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0AFE" w14:textId="6D33FCC8" w:rsidR="003E65B4" w:rsidRPr="00FF52EA" w:rsidRDefault="003E65B4" w:rsidP="00EA74FF">
      <w:pPr>
        <w:jc w:val="center"/>
      </w:pPr>
      <w:bookmarkStart w:id="0" w:name="_Hlk228306245"/>
      <w:r w:rsidRPr="00FF52EA">
        <w:rPr>
          <w:noProof/>
        </w:rPr>
        <w:drawing>
          <wp:anchor distT="0" distB="0" distL="114300" distR="114300" simplePos="0" relativeHeight="251659264" behindDoc="1" locked="0" layoutInCell="1" allowOverlap="1" wp14:anchorId="31FF1319" wp14:editId="17B4C9AB">
            <wp:simplePos x="0" y="0"/>
            <wp:positionH relativeFrom="column">
              <wp:posOffset>1613647</wp:posOffset>
            </wp:positionH>
            <wp:positionV relativeFrom="paragraph">
              <wp:posOffset>-920163</wp:posOffset>
            </wp:positionV>
            <wp:extent cx="2836470" cy="218995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664" cy="21962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568E" w14:textId="4C76309E" w:rsidR="003E65B4" w:rsidRPr="00FF52EA" w:rsidRDefault="003E65B4" w:rsidP="00EA74FF">
      <w:pPr>
        <w:jc w:val="center"/>
      </w:pPr>
    </w:p>
    <w:p w14:paraId="52BC91B2" w14:textId="77777777" w:rsidR="003E65B4" w:rsidRPr="00FF52EA" w:rsidRDefault="003E65B4" w:rsidP="00EA74FF">
      <w:pPr>
        <w:jc w:val="center"/>
      </w:pPr>
    </w:p>
    <w:p w14:paraId="45C2A72A" w14:textId="77777777" w:rsidR="003E65B4" w:rsidRPr="00FF52EA" w:rsidRDefault="003E65B4" w:rsidP="00764DEB">
      <w:pPr>
        <w:jc w:val="center"/>
      </w:pPr>
    </w:p>
    <w:p w14:paraId="1B5B81BF" w14:textId="77777777" w:rsidR="00764DEB" w:rsidRDefault="00764DEB" w:rsidP="00764DEB">
      <w:pPr>
        <w:spacing w:after="424" w:line="249" w:lineRule="auto"/>
        <w:ind w:right="94" w:firstLine="4"/>
        <w:jc w:val="center"/>
        <w:rPr>
          <w:b/>
          <w:sz w:val="32"/>
          <w:szCs w:val="32"/>
        </w:rPr>
      </w:pPr>
      <w:r w:rsidRPr="00764DEB">
        <w:rPr>
          <w:b/>
          <w:sz w:val="32"/>
          <w:szCs w:val="32"/>
        </w:rPr>
        <w:t>Enhancing Identity and Access Management Systems (IAM) Using Artificial Intelligence</w:t>
      </w:r>
    </w:p>
    <w:p w14:paraId="643E19C6" w14:textId="70F42A2C" w:rsidR="00764DEB" w:rsidRPr="00764DEB" w:rsidRDefault="00764DEB" w:rsidP="00764DEB">
      <w:pPr>
        <w:spacing w:after="424" w:line="249" w:lineRule="auto"/>
        <w:ind w:right="94" w:firstLine="4"/>
        <w:jc w:val="center"/>
        <w:rPr>
          <w:rFonts w:asciiTheme="minorBidi" w:hAnsiTheme="minorBidi"/>
          <w:bCs/>
          <w:sz w:val="32"/>
          <w:szCs w:val="32"/>
        </w:rPr>
      </w:pPr>
      <w:r w:rsidRPr="00764DEB">
        <w:rPr>
          <w:rFonts w:asciiTheme="minorBidi" w:hAnsiTheme="minorBidi"/>
          <w:bCs/>
          <w:sz w:val="32"/>
          <w:szCs w:val="32"/>
        </w:rPr>
        <w:t>Prepared By</w:t>
      </w:r>
    </w:p>
    <w:p w14:paraId="75FAE284" w14:textId="62BD831B" w:rsidR="00455E3C" w:rsidRPr="003F152D" w:rsidRDefault="00455E3C" w:rsidP="00764DEB">
      <w:pPr>
        <w:spacing w:after="424" w:line="249" w:lineRule="auto"/>
        <w:ind w:right="94" w:firstLine="4"/>
        <w:jc w:val="center"/>
        <w:rPr>
          <w:sz w:val="32"/>
          <w:szCs w:val="32"/>
        </w:rPr>
      </w:pPr>
      <w:r w:rsidRPr="003F152D">
        <w:rPr>
          <w:sz w:val="32"/>
          <w:szCs w:val="32"/>
        </w:rPr>
        <w:t>This research is in relation to the requirements of the Master's Degree in Artificial Intelligence</w:t>
      </w:r>
    </w:p>
    <w:p w14:paraId="060ED067" w14:textId="4BADD4C0" w:rsidR="003E65B4" w:rsidRPr="003F152D" w:rsidRDefault="003E65B4" w:rsidP="00764DEB">
      <w:pPr>
        <w:tabs>
          <w:tab w:val="left" w:pos="3486"/>
          <w:tab w:val="center" w:pos="6075"/>
        </w:tabs>
        <w:spacing w:after="424" w:line="249" w:lineRule="auto"/>
        <w:ind w:right="94" w:firstLine="4"/>
        <w:jc w:val="center"/>
        <w:rPr>
          <w:sz w:val="32"/>
          <w:szCs w:val="32"/>
          <w:rtl/>
        </w:rPr>
      </w:pPr>
      <w:r w:rsidRPr="003F152D">
        <w:rPr>
          <w:sz w:val="32"/>
          <w:szCs w:val="32"/>
        </w:rPr>
        <w:t>At</w:t>
      </w:r>
    </w:p>
    <w:p w14:paraId="015DB78B" w14:textId="77777777" w:rsidR="003E65B4" w:rsidRPr="003F152D" w:rsidRDefault="003E65B4" w:rsidP="00764DEB">
      <w:pPr>
        <w:spacing w:after="0" w:line="360" w:lineRule="auto"/>
        <w:ind w:right="94" w:firstLine="4"/>
        <w:jc w:val="center"/>
        <w:rPr>
          <w:sz w:val="32"/>
          <w:szCs w:val="32"/>
        </w:rPr>
      </w:pPr>
      <w:r w:rsidRPr="003F152D">
        <w:rPr>
          <w:sz w:val="32"/>
          <w:szCs w:val="32"/>
        </w:rPr>
        <w:t>Collage of Informatics</w:t>
      </w:r>
    </w:p>
    <w:p w14:paraId="035704D9" w14:textId="77777777" w:rsidR="003E65B4" w:rsidRPr="003F152D" w:rsidRDefault="003E65B4" w:rsidP="00764DEB">
      <w:pPr>
        <w:spacing w:after="0" w:line="360" w:lineRule="auto"/>
        <w:ind w:right="94" w:firstLine="4"/>
        <w:jc w:val="center"/>
        <w:rPr>
          <w:sz w:val="32"/>
          <w:szCs w:val="32"/>
        </w:rPr>
      </w:pPr>
      <w:r w:rsidRPr="003F152D">
        <w:rPr>
          <w:sz w:val="32"/>
          <w:szCs w:val="32"/>
        </w:rPr>
        <w:t>Midocean University</w:t>
      </w:r>
    </w:p>
    <w:p w14:paraId="3C61B8E6" w14:textId="77777777" w:rsidR="003E65B4" w:rsidRPr="003F152D" w:rsidRDefault="003E65B4" w:rsidP="00764DEB">
      <w:pPr>
        <w:spacing w:after="424" w:line="249" w:lineRule="auto"/>
        <w:ind w:right="94" w:firstLine="4"/>
        <w:jc w:val="center"/>
        <w:rPr>
          <w:sz w:val="32"/>
          <w:szCs w:val="32"/>
        </w:rPr>
      </w:pPr>
      <w:r w:rsidRPr="003F152D">
        <w:rPr>
          <w:sz w:val="32"/>
          <w:szCs w:val="32"/>
        </w:rPr>
        <w:t>UAE</w:t>
      </w:r>
    </w:p>
    <w:p w14:paraId="0BFF1A25" w14:textId="288A2D7C" w:rsidR="003E65B4" w:rsidRPr="003F152D" w:rsidRDefault="00764DEB" w:rsidP="00764DEB">
      <w:pPr>
        <w:spacing w:after="235" w:line="249" w:lineRule="auto"/>
        <w:ind w:right="1367" w:firstLine="4"/>
        <w:jc w:val="center"/>
        <w:rPr>
          <w:sz w:val="32"/>
          <w:szCs w:val="32"/>
        </w:rPr>
      </w:pPr>
      <w:r>
        <w:rPr>
          <w:sz w:val="32"/>
          <w:szCs w:val="32"/>
        </w:rPr>
        <w:t xml:space="preserve">                    </w:t>
      </w:r>
      <w:r w:rsidR="003E65B4" w:rsidRPr="003F152D">
        <w:rPr>
          <w:sz w:val="32"/>
          <w:szCs w:val="32"/>
        </w:rPr>
        <w:t xml:space="preserve">Supervisor Name: </w:t>
      </w:r>
      <w:r w:rsidR="00B2000A" w:rsidRPr="003F152D">
        <w:rPr>
          <w:sz w:val="32"/>
          <w:szCs w:val="32"/>
        </w:rPr>
        <w:t>Dr Khaled Eskaf</w:t>
      </w:r>
    </w:p>
    <w:p w14:paraId="39E7C7F6" w14:textId="3224C327" w:rsidR="00C21B8E" w:rsidRPr="003F152D" w:rsidRDefault="00764DEB" w:rsidP="00764DEB">
      <w:pPr>
        <w:spacing w:after="235" w:line="249" w:lineRule="auto"/>
        <w:ind w:right="1367" w:firstLine="4"/>
        <w:jc w:val="center"/>
        <w:rPr>
          <w:sz w:val="32"/>
          <w:szCs w:val="32"/>
        </w:rPr>
      </w:pPr>
      <w:r>
        <w:rPr>
          <w:sz w:val="32"/>
          <w:szCs w:val="32"/>
        </w:rPr>
        <w:t xml:space="preserve">                       </w:t>
      </w:r>
      <w:r w:rsidR="00142041" w:rsidRPr="003F152D">
        <w:rPr>
          <w:sz w:val="32"/>
          <w:szCs w:val="32"/>
        </w:rPr>
        <w:t>Email:</w:t>
      </w:r>
      <w:r w:rsidR="00C21B8E" w:rsidRPr="003F152D">
        <w:rPr>
          <w:sz w:val="32"/>
          <w:szCs w:val="32"/>
        </w:rPr>
        <w:t xml:space="preserve"> Khaledeskaf@midocean.edu.km</w:t>
      </w:r>
    </w:p>
    <w:p w14:paraId="5D2D41BF" w14:textId="48AA7490" w:rsidR="003E65B4" w:rsidRPr="003F152D" w:rsidRDefault="00764DEB" w:rsidP="00764DEB">
      <w:pPr>
        <w:spacing w:after="235" w:line="249" w:lineRule="auto"/>
        <w:ind w:right="1367" w:firstLine="4"/>
        <w:jc w:val="center"/>
        <w:rPr>
          <w:sz w:val="32"/>
          <w:szCs w:val="32"/>
        </w:rPr>
      </w:pPr>
      <w:r>
        <w:rPr>
          <w:sz w:val="32"/>
          <w:szCs w:val="32"/>
        </w:rPr>
        <w:t xml:space="preserve">           </w:t>
      </w:r>
      <w:r w:rsidR="003E65B4" w:rsidRPr="003F152D">
        <w:rPr>
          <w:sz w:val="32"/>
          <w:szCs w:val="32"/>
        </w:rPr>
        <w:t>Collage of Informatics, Midocean University, Comoro</w:t>
      </w:r>
    </w:p>
    <w:p w14:paraId="340E64CF" w14:textId="77777777" w:rsidR="003E65B4" w:rsidRPr="00FF52EA" w:rsidRDefault="003E65B4" w:rsidP="00BB38EB">
      <w:pPr>
        <w:pStyle w:val="a8"/>
        <w:pBdr>
          <w:bottom w:val="single" w:sz="8" w:space="0" w:color="4F81BD" w:themeColor="accent1"/>
        </w:pBdr>
        <w:jc w:val="center"/>
        <w:rPr>
          <w:rFonts w:asciiTheme="minorHAnsi" w:hAnsiTheme="minorHAnsi" w:cstheme="majorHAnsi"/>
          <w:color w:val="auto"/>
          <w:sz w:val="48"/>
          <w:szCs w:val="48"/>
        </w:rPr>
      </w:pPr>
    </w:p>
    <w:p w14:paraId="16FCA689" w14:textId="77777777" w:rsidR="003E65B4" w:rsidRPr="00FF52EA" w:rsidRDefault="003E65B4" w:rsidP="00BB38EB">
      <w:pPr>
        <w:pStyle w:val="a8"/>
        <w:pBdr>
          <w:bottom w:val="single" w:sz="8" w:space="0" w:color="4F81BD" w:themeColor="accent1"/>
        </w:pBdr>
        <w:jc w:val="center"/>
        <w:rPr>
          <w:rFonts w:asciiTheme="minorHAnsi" w:hAnsiTheme="minorHAnsi" w:cstheme="majorHAnsi"/>
          <w:color w:val="auto"/>
          <w:sz w:val="48"/>
          <w:szCs w:val="48"/>
        </w:rPr>
      </w:pPr>
    </w:p>
    <w:p w14:paraId="50B7947E" w14:textId="77777777" w:rsidR="003E65B4" w:rsidRPr="00FF52EA" w:rsidRDefault="003E65B4" w:rsidP="00BB38EB">
      <w:pPr>
        <w:pStyle w:val="a8"/>
        <w:pBdr>
          <w:bottom w:val="single" w:sz="8" w:space="0" w:color="4F81BD" w:themeColor="accent1"/>
        </w:pBdr>
        <w:jc w:val="center"/>
        <w:rPr>
          <w:rFonts w:asciiTheme="minorHAnsi" w:hAnsiTheme="minorHAnsi" w:cstheme="majorHAnsi"/>
          <w:color w:val="auto"/>
          <w:sz w:val="48"/>
          <w:szCs w:val="48"/>
        </w:rPr>
      </w:pPr>
    </w:p>
    <w:p w14:paraId="42E9A49C" w14:textId="77777777" w:rsidR="001568C7" w:rsidRPr="001568C7" w:rsidRDefault="001568C7" w:rsidP="00EA74FF">
      <w:pPr>
        <w:jc w:val="center"/>
      </w:pPr>
    </w:p>
    <w:p w14:paraId="749B9775" w14:textId="0088446C" w:rsidR="0065761B" w:rsidRPr="00BB38EB" w:rsidRDefault="00246DAE" w:rsidP="00BB38EB">
      <w:pPr>
        <w:pStyle w:val="1"/>
        <w:rPr>
          <w:rFonts w:asciiTheme="minorBidi" w:hAnsiTheme="minorBidi" w:cstheme="minorBidi"/>
          <w:color w:val="auto"/>
          <w:sz w:val="36"/>
          <w:szCs w:val="36"/>
        </w:rPr>
      </w:pPr>
      <w:r w:rsidRPr="00BB38EB">
        <w:rPr>
          <w:rFonts w:asciiTheme="minorBidi" w:hAnsiTheme="minorBidi" w:cstheme="minorBidi"/>
          <w:color w:val="auto"/>
          <w:sz w:val="36"/>
          <w:szCs w:val="36"/>
        </w:rPr>
        <w:lastRenderedPageBreak/>
        <w:t>Acknowledgements</w:t>
      </w:r>
      <w:r w:rsidR="00C400CF" w:rsidRPr="00BB38EB">
        <w:rPr>
          <w:rFonts w:asciiTheme="minorBidi" w:hAnsiTheme="minorBidi" w:cstheme="minorBidi"/>
          <w:color w:val="auto"/>
          <w:sz w:val="36"/>
          <w:szCs w:val="36"/>
        </w:rPr>
        <w:t>:</w:t>
      </w:r>
    </w:p>
    <w:p w14:paraId="42EBBF49" w14:textId="77777777" w:rsidR="00246DAE" w:rsidRPr="001568C7" w:rsidRDefault="00246DAE" w:rsidP="00EA74FF">
      <w:pPr>
        <w:jc w:val="center"/>
        <w:rPr>
          <w:sz w:val="36"/>
          <w:szCs w:val="36"/>
        </w:rPr>
      </w:pPr>
    </w:p>
    <w:p w14:paraId="6A2E1188" w14:textId="64128917" w:rsidR="00306A11" w:rsidRPr="00BB38EB" w:rsidRDefault="00455E3C" w:rsidP="00BB38EB">
      <w:pPr>
        <w:rPr>
          <w:rFonts w:asciiTheme="minorBidi" w:hAnsiTheme="minorBidi"/>
          <w:sz w:val="32"/>
          <w:szCs w:val="32"/>
        </w:rPr>
      </w:pPr>
      <w:r w:rsidRPr="00BB38EB">
        <w:rPr>
          <w:rFonts w:asciiTheme="minorBidi" w:hAnsiTheme="minorBidi"/>
          <w:sz w:val="32"/>
          <w:szCs w:val="32"/>
        </w:rPr>
        <w:t xml:space="preserve">I would like to thank Dr. Khaled </w:t>
      </w:r>
      <w:r w:rsidR="00911E4F" w:rsidRPr="00BB38EB">
        <w:rPr>
          <w:rFonts w:asciiTheme="minorBidi" w:hAnsiTheme="minorBidi"/>
          <w:sz w:val="32"/>
          <w:szCs w:val="32"/>
        </w:rPr>
        <w:t>E</w:t>
      </w:r>
      <w:r w:rsidRPr="00BB38EB">
        <w:rPr>
          <w:rFonts w:asciiTheme="minorBidi" w:hAnsiTheme="minorBidi"/>
          <w:sz w:val="32"/>
          <w:szCs w:val="32"/>
        </w:rPr>
        <w:t>skaf for his continuous support during the preparation period of my master's research on the protection of digital identities through artificial intelligence through his guidance and observations, which greatly supported me in improving the quality of this research.</w:t>
      </w:r>
    </w:p>
    <w:p w14:paraId="4AE630DA" w14:textId="77777777" w:rsidR="00306A11" w:rsidRPr="00FF52EA" w:rsidRDefault="00306A11" w:rsidP="00EA74FF">
      <w:pPr>
        <w:jc w:val="center"/>
        <w:rPr>
          <w:rFonts w:cstheme="majorHAnsi"/>
          <w:sz w:val="32"/>
          <w:szCs w:val="32"/>
        </w:rPr>
      </w:pPr>
    </w:p>
    <w:p w14:paraId="0E4B45BE" w14:textId="77777777" w:rsidR="001002A9" w:rsidRPr="00FF52EA" w:rsidRDefault="001002A9" w:rsidP="00EA74FF">
      <w:pPr>
        <w:jc w:val="center"/>
        <w:rPr>
          <w:rFonts w:cstheme="majorHAnsi"/>
          <w:sz w:val="32"/>
          <w:szCs w:val="32"/>
        </w:rPr>
      </w:pPr>
    </w:p>
    <w:p w14:paraId="7D282A4D" w14:textId="77777777" w:rsidR="00A83FB3" w:rsidRPr="00BB38EB" w:rsidRDefault="00A83FB3" w:rsidP="00EA74FF">
      <w:pPr>
        <w:jc w:val="center"/>
        <w:rPr>
          <w:rFonts w:asciiTheme="minorBidi" w:hAnsiTheme="minorBidi"/>
          <w:sz w:val="32"/>
          <w:szCs w:val="32"/>
        </w:rPr>
      </w:pPr>
    </w:p>
    <w:p w14:paraId="3C291E2E" w14:textId="77777777" w:rsidR="00455E3C" w:rsidRDefault="00455E3C" w:rsidP="00EA74FF">
      <w:pPr>
        <w:jc w:val="center"/>
        <w:rPr>
          <w:rFonts w:asciiTheme="minorBidi" w:hAnsiTheme="minorBidi"/>
          <w:sz w:val="32"/>
          <w:szCs w:val="32"/>
        </w:rPr>
      </w:pPr>
    </w:p>
    <w:p w14:paraId="4B9D4441" w14:textId="77777777" w:rsidR="00BB38EB" w:rsidRDefault="00BB38EB" w:rsidP="00EA74FF">
      <w:pPr>
        <w:jc w:val="center"/>
        <w:rPr>
          <w:rFonts w:asciiTheme="minorBidi" w:hAnsiTheme="minorBidi"/>
          <w:sz w:val="32"/>
          <w:szCs w:val="32"/>
        </w:rPr>
      </w:pPr>
    </w:p>
    <w:p w14:paraId="00B0C6BC" w14:textId="77777777" w:rsidR="00BB38EB" w:rsidRDefault="00BB38EB" w:rsidP="00EA74FF">
      <w:pPr>
        <w:jc w:val="center"/>
        <w:rPr>
          <w:rFonts w:asciiTheme="minorBidi" w:hAnsiTheme="minorBidi"/>
          <w:sz w:val="32"/>
          <w:szCs w:val="32"/>
        </w:rPr>
      </w:pPr>
    </w:p>
    <w:p w14:paraId="4E6515A4" w14:textId="77777777" w:rsidR="00BB38EB" w:rsidRDefault="00BB38EB" w:rsidP="00EA74FF">
      <w:pPr>
        <w:jc w:val="center"/>
        <w:rPr>
          <w:rFonts w:asciiTheme="minorBidi" w:hAnsiTheme="minorBidi"/>
          <w:sz w:val="32"/>
          <w:szCs w:val="32"/>
        </w:rPr>
      </w:pPr>
    </w:p>
    <w:p w14:paraId="5F27FBFD" w14:textId="77777777" w:rsidR="00BB38EB" w:rsidRDefault="00BB38EB" w:rsidP="00EA74FF">
      <w:pPr>
        <w:jc w:val="center"/>
        <w:rPr>
          <w:rFonts w:asciiTheme="minorBidi" w:hAnsiTheme="minorBidi"/>
          <w:sz w:val="32"/>
          <w:szCs w:val="32"/>
        </w:rPr>
      </w:pPr>
    </w:p>
    <w:p w14:paraId="06C66FD6" w14:textId="77777777" w:rsidR="00BB38EB" w:rsidRDefault="00BB38EB" w:rsidP="00EA74FF">
      <w:pPr>
        <w:jc w:val="center"/>
        <w:rPr>
          <w:rFonts w:asciiTheme="minorBidi" w:hAnsiTheme="minorBidi"/>
          <w:sz w:val="32"/>
          <w:szCs w:val="32"/>
        </w:rPr>
      </w:pPr>
    </w:p>
    <w:p w14:paraId="448494ED" w14:textId="77777777" w:rsidR="00BB38EB" w:rsidRDefault="00BB38EB" w:rsidP="00EA74FF">
      <w:pPr>
        <w:jc w:val="center"/>
        <w:rPr>
          <w:rFonts w:asciiTheme="minorBidi" w:hAnsiTheme="minorBidi"/>
          <w:sz w:val="32"/>
          <w:szCs w:val="32"/>
        </w:rPr>
      </w:pPr>
    </w:p>
    <w:p w14:paraId="43C73C08" w14:textId="77777777" w:rsidR="00BB38EB" w:rsidRDefault="00BB38EB" w:rsidP="00EA74FF">
      <w:pPr>
        <w:jc w:val="center"/>
        <w:rPr>
          <w:rFonts w:asciiTheme="minorBidi" w:hAnsiTheme="minorBidi"/>
          <w:sz w:val="32"/>
          <w:szCs w:val="32"/>
        </w:rPr>
      </w:pPr>
    </w:p>
    <w:p w14:paraId="16C334B3" w14:textId="77777777" w:rsidR="00BB38EB" w:rsidRPr="00BB38EB" w:rsidRDefault="00BB38EB" w:rsidP="00EA74FF">
      <w:pPr>
        <w:jc w:val="center"/>
        <w:rPr>
          <w:rFonts w:asciiTheme="minorBidi" w:hAnsiTheme="minorBidi"/>
          <w:sz w:val="32"/>
          <w:szCs w:val="32"/>
        </w:rPr>
      </w:pPr>
    </w:p>
    <w:p w14:paraId="59BF7D95" w14:textId="77777777" w:rsidR="00455E3C" w:rsidRPr="00BB38EB" w:rsidRDefault="00455E3C" w:rsidP="00EA74FF">
      <w:pPr>
        <w:jc w:val="center"/>
        <w:rPr>
          <w:rFonts w:asciiTheme="minorBidi" w:hAnsiTheme="minorBidi"/>
          <w:sz w:val="32"/>
          <w:szCs w:val="32"/>
        </w:rPr>
      </w:pPr>
    </w:p>
    <w:p w14:paraId="6F634A6F" w14:textId="77777777" w:rsidR="00306A11" w:rsidRPr="00897A69" w:rsidRDefault="00306A11" w:rsidP="00764DEB">
      <w:pPr>
        <w:pStyle w:val="1"/>
        <w:rPr>
          <w:rFonts w:asciiTheme="minorBidi" w:hAnsiTheme="minorBidi" w:cstheme="minorBidi"/>
          <w:color w:val="000000" w:themeColor="text1"/>
        </w:rPr>
      </w:pPr>
      <w:r w:rsidRPr="00897A69">
        <w:rPr>
          <w:rFonts w:asciiTheme="minorBidi" w:hAnsiTheme="minorBidi" w:cstheme="minorBidi"/>
          <w:color w:val="000000" w:themeColor="text1"/>
        </w:rPr>
        <w:lastRenderedPageBreak/>
        <w:t>Table of Contents</w:t>
      </w:r>
    </w:p>
    <w:p w14:paraId="4F2B6727" w14:textId="77777777" w:rsidR="00306A11" w:rsidRPr="00BB38EB" w:rsidRDefault="00306A11" w:rsidP="00764DEB">
      <w:pPr>
        <w:rPr>
          <w:rFonts w:asciiTheme="minorBidi" w:hAnsiTheme="minorBidi"/>
          <w:b/>
          <w:bCs/>
        </w:rPr>
      </w:pPr>
    </w:p>
    <w:p w14:paraId="4F21337C" w14:textId="63931D77" w:rsidR="00306A11" w:rsidRPr="00BB38EB" w:rsidRDefault="00897A69" w:rsidP="00764DEB">
      <w:pPr>
        <w:rPr>
          <w:rFonts w:asciiTheme="minorBidi" w:hAnsiTheme="minorBidi"/>
          <w:b/>
          <w:bCs/>
        </w:rPr>
      </w:pPr>
      <w:r>
        <w:rPr>
          <w:rFonts w:asciiTheme="minorBidi" w:hAnsiTheme="minorBidi"/>
          <w:b/>
          <w:bCs/>
        </w:rPr>
        <w:t xml:space="preserve"> </w:t>
      </w:r>
      <w:r w:rsidR="00306A11" w:rsidRPr="00BB38EB">
        <w:rPr>
          <w:rFonts w:asciiTheme="minorBidi" w:hAnsiTheme="minorBidi"/>
          <w:b/>
          <w:bCs/>
        </w:rPr>
        <w:t>Abstract</w:t>
      </w:r>
      <w:r w:rsidR="00A83FB3" w:rsidRPr="00BB38EB">
        <w:rPr>
          <w:rFonts w:asciiTheme="minorBidi" w:hAnsiTheme="minorBidi"/>
          <w:b/>
          <w:bCs/>
        </w:rPr>
        <w:t xml:space="preserve"> ……………………</w:t>
      </w:r>
      <w:r w:rsidR="00E762E6" w:rsidRPr="00BB38EB">
        <w:rPr>
          <w:rFonts w:asciiTheme="minorBidi" w:hAnsiTheme="minorBidi"/>
          <w:b/>
          <w:bCs/>
        </w:rPr>
        <w:t>...</w:t>
      </w:r>
      <w:r w:rsidR="00A83FB3" w:rsidRPr="00BB38EB">
        <w:rPr>
          <w:rFonts w:asciiTheme="minorBidi" w:hAnsiTheme="minorBidi"/>
          <w:b/>
          <w:bCs/>
        </w:rPr>
        <w:t>…………………………………………</w:t>
      </w:r>
      <w:r>
        <w:rPr>
          <w:rFonts w:asciiTheme="minorBidi" w:hAnsiTheme="minorBidi"/>
          <w:b/>
          <w:bCs/>
        </w:rPr>
        <w:t>...</w:t>
      </w:r>
      <w:r w:rsidR="00A83FB3" w:rsidRPr="00BB38EB">
        <w:rPr>
          <w:rFonts w:asciiTheme="minorBidi" w:hAnsiTheme="minorBidi"/>
          <w:b/>
          <w:bCs/>
        </w:rPr>
        <w:t>…………………</w:t>
      </w:r>
      <w:proofErr w:type="gramStart"/>
      <w:r w:rsidR="00A83FB3" w:rsidRPr="00BB38EB">
        <w:rPr>
          <w:rFonts w:asciiTheme="minorBidi" w:hAnsiTheme="minorBidi"/>
          <w:b/>
          <w:bCs/>
        </w:rPr>
        <w:t>…</w:t>
      </w:r>
      <w:r w:rsidR="00014F69">
        <w:rPr>
          <w:rFonts w:asciiTheme="minorBidi" w:hAnsiTheme="minorBidi"/>
          <w:b/>
          <w:bCs/>
        </w:rPr>
        <w:t>..</w:t>
      </w:r>
      <w:proofErr w:type="gramEnd"/>
      <w:r w:rsidR="00A83FB3" w:rsidRPr="00BB38EB">
        <w:rPr>
          <w:rFonts w:asciiTheme="minorBidi" w:hAnsiTheme="minorBidi"/>
          <w:b/>
          <w:bCs/>
        </w:rPr>
        <w:t>………</w:t>
      </w:r>
      <w:r w:rsidR="00014F69">
        <w:rPr>
          <w:rFonts w:asciiTheme="minorBidi" w:hAnsiTheme="minorBidi"/>
          <w:b/>
          <w:bCs/>
        </w:rPr>
        <w:t>5</w:t>
      </w:r>
    </w:p>
    <w:p w14:paraId="15A838D0" w14:textId="7184376C" w:rsidR="00A83FB3" w:rsidRPr="00BB38EB" w:rsidRDefault="00A83FB3" w:rsidP="00764DEB">
      <w:pPr>
        <w:rPr>
          <w:rFonts w:asciiTheme="minorBidi" w:hAnsiTheme="minorBidi"/>
          <w:b/>
          <w:bCs/>
        </w:rPr>
      </w:pPr>
      <w:r w:rsidRPr="00BB38EB">
        <w:rPr>
          <w:rFonts w:asciiTheme="minorBidi" w:hAnsiTheme="minorBidi"/>
          <w:b/>
          <w:bCs/>
        </w:rPr>
        <w:t xml:space="preserve"> IAM Strategies for AI Security ……………</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897A69">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6</w:t>
      </w:r>
    </w:p>
    <w:p w14:paraId="47C1009A" w14:textId="5C4DF203" w:rsidR="00306A11" w:rsidRPr="00BB38EB" w:rsidRDefault="00306A11" w:rsidP="00764DEB">
      <w:pPr>
        <w:rPr>
          <w:rFonts w:asciiTheme="minorBidi" w:hAnsiTheme="minorBidi"/>
          <w:b/>
          <w:bCs/>
        </w:rPr>
      </w:pPr>
      <w:r w:rsidRPr="00BB38EB">
        <w:rPr>
          <w:rFonts w:asciiTheme="minorBidi" w:hAnsiTheme="minorBidi"/>
          <w:b/>
          <w:bCs/>
        </w:rPr>
        <w:t xml:space="preserve">List of </w:t>
      </w:r>
      <w:r w:rsidR="00A83FB3" w:rsidRPr="00BB38EB">
        <w:rPr>
          <w:rFonts w:asciiTheme="minorBidi" w:hAnsiTheme="minorBidi"/>
          <w:b/>
          <w:bCs/>
        </w:rPr>
        <w:t>Abbreviations ………………</w:t>
      </w:r>
      <w:proofErr w:type="gramStart"/>
      <w:r w:rsidR="00A83FB3" w:rsidRPr="00BB38EB">
        <w:rPr>
          <w:rFonts w:asciiTheme="minorBidi" w:hAnsiTheme="minorBidi"/>
          <w:b/>
          <w:bCs/>
        </w:rPr>
        <w:t>…</w:t>
      </w:r>
      <w:r w:rsidR="00E762E6" w:rsidRPr="00BB38EB">
        <w:rPr>
          <w:rFonts w:asciiTheme="minorBidi" w:hAnsiTheme="minorBidi"/>
          <w:b/>
          <w:bCs/>
        </w:rPr>
        <w:t>..</w:t>
      </w:r>
      <w:proofErr w:type="gramEnd"/>
      <w:r w:rsidR="00A83FB3" w:rsidRPr="00BB38EB">
        <w:rPr>
          <w:rFonts w:asciiTheme="minorBidi" w:hAnsiTheme="minorBidi"/>
          <w:b/>
          <w:bCs/>
        </w:rPr>
        <w:t>……………….……………………</w:t>
      </w:r>
      <w:proofErr w:type="gramStart"/>
      <w:r w:rsidR="00A83FB3" w:rsidRPr="00BB38EB">
        <w:rPr>
          <w:rFonts w:asciiTheme="minorBidi" w:hAnsiTheme="minorBidi"/>
          <w:b/>
          <w:bCs/>
        </w:rPr>
        <w:t>…</w:t>
      </w:r>
      <w:r w:rsidR="00014F69">
        <w:rPr>
          <w:rFonts w:asciiTheme="minorBidi" w:hAnsiTheme="minorBidi"/>
          <w:b/>
          <w:bCs/>
        </w:rPr>
        <w:t>..</w:t>
      </w:r>
      <w:proofErr w:type="gramEnd"/>
      <w:r w:rsidR="00A83FB3" w:rsidRPr="00BB38EB">
        <w:rPr>
          <w:rFonts w:asciiTheme="minorBidi" w:hAnsiTheme="minorBidi"/>
          <w:b/>
          <w:bCs/>
        </w:rPr>
        <w:t>……</w:t>
      </w:r>
      <w:proofErr w:type="gramStart"/>
      <w:r w:rsidR="00A83FB3" w:rsidRPr="00BB38EB">
        <w:rPr>
          <w:rFonts w:asciiTheme="minorBidi" w:hAnsiTheme="minorBidi"/>
          <w:b/>
          <w:bCs/>
        </w:rPr>
        <w:t>…</w:t>
      </w:r>
      <w:r w:rsidR="00014F69">
        <w:rPr>
          <w:rFonts w:asciiTheme="minorBidi" w:hAnsiTheme="minorBidi"/>
          <w:b/>
          <w:bCs/>
        </w:rPr>
        <w:t>.</w:t>
      </w:r>
      <w:r w:rsidR="00195552" w:rsidRPr="00BB38EB">
        <w:rPr>
          <w:rFonts w:asciiTheme="minorBidi" w:hAnsiTheme="minorBidi"/>
          <w:b/>
          <w:bCs/>
        </w:rPr>
        <w:t>.</w:t>
      </w:r>
      <w:proofErr w:type="gramEnd"/>
      <w:r w:rsidR="00A83FB3" w:rsidRPr="00BB38EB">
        <w:rPr>
          <w:rFonts w:asciiTheme="minorBidi" w:hAnsiTheme="minorBidi"/>
          <w:b/>
          <w:bCs/>
        </w:rPr>
        <w:t>………</w:t>
      </w:r>
      <w:proofErr w:type="gramStart"/>
      <w:r w:rsidR="00A83FB3" w:rsidRPr="00BB38EB">
        <w:rPr>
          <w:rFonts w:asciiTheme="minorBidi" w:hAnsiTheme="minorBidi"/>
          <w:b/>
          <w:bCs/>
        </w:rPr>
        <w:t>…</w:t>
      </w:r>
      <w:r w:rsidR="00014F69">
        <w:rPr>
          <w:rFonts w:asciiTheme="minorBidi" w:hAnsiTheme="minorBidi"/>
          <w:b/>
          <w:bCs/>
        </w:rPr>
        <w:t>..</w:t>
      </w:r>
      <w:proofErr w:type="gramEnd"/>
      <w:r w:rsidR="00014F69">
        <w:rPr>
          <w:rFonts w:asciiTheme="minorBidi" w:hAnsiTheme="minorBidi"/>
          <w:b/>
          <w:bCs/>
        </w:rPr>
        <w:t>7</w:t>
      </w:r>
    </w:p>
    <w:p w14:paraId="5240E4A4" w14:textId="70515798" w:rsidR="00306A11" w:rsidRPr="00BB38EB" w:rsidRDefault="00306A11" w:rsidP="00764DEB">
      <w:pPr>
        <w:rPr>
          <w:rFonts w:asciiTheme="minorBidi" w:hAnsiTheme="minorBidi"/>
          <w:b/>
          <w:bCs/>
        </w:rPr>
      </w:pPr>
      <w:r w:rsidRPr="00BB38EB">
        <w:rPr>
          <w:rFonts w:asciiTheme="minorBidi" w:hAnsiTheme="minorBidi"/>
          <w:b/>
          <w:bCs/>
        </w:rPr>
        <w:t>Chapter 1: Introduction</w:t>
      </w:r>
      <w:r w:rsidR="00A83FB3" w:rsidRPr="00BB38EB">
        <w:rPr>
          <w:rFonts w:asciiTheme="minorBidi" w:hAnsiTheme="minorBidi"/>
          <w:b/>
          <w:bCs/>
        </w:rPr>
        <w:t xml:space="preserve"> ……………</w:t>
      </w:r>
      <w:proofErr w:type="gramStart"/>
      <w:r w:rsidR="00A83FB3" w:rsidRPr="00BB38EB">
        <w:rPr>
          <w:rFonts w:asciiTheme="minorBidi" w:hAnsiTheme="minorBidi"/>
          <w:b/>
          <w:bCs/>
        </w:rPr>
        <w:t>…</w:t>
      </w:r>
      <w:r w:rsidR="00897A69">
        <w:rPr>
          <w:rFonts w:asciiTheme="minorBidi" w:hAnsiTheme="minorBidi"/>
          <w:b/>
          <w:bCs/>
        </w:rPr>
        <w:t>..</w:t>
      </w:r>
      <w:proofErr w:type="gramEnd"/>
      <w:r w:rsidR="00A83FB3" w:rsidRPr="00BB38EB">
        <w:rPr>
          <w:rFonts w:asciiTheme="minorBidi" w:hAnsiTheme="minorBidi"/>
          <w:b/>
          <w:bCs/>
        </w:rPr>
        <w:t>…</w:t>
      </w:r>
      <w:r w:rsidR="000425E0" w:rsidRPr="00BB38EB">
        <w:rPr>
          <w:rFonts w:asciiTheme="minorBidi" w:hAnsiTheme="minorBidi"/>
          <w:b/>
          <w:bCs/>
        </w:rPr>
        <w:t>….</w:t>
      </w:r>
      <w:r w:rsidR="00E762E6" w:rsidRPr="00BB38EB">
        <w:rPr>
          <w:rFonts w:asciiTheme="minorBidi" w:hAnsiTheme="minorBidi"/>
          <w:b/>
          <w:bCs/>
        </w:rPr>
        <w:t>..</w:t>
      </w:r>
      <w:r w:rsidR="00A83FB3" w:rsidRPr="00BB38EB">
        <w:rPr>
          <w:rFonts w:asciiTheme="minorBidi" w:hAnsiTheme="minorBidi"/>
          <w:b/>
          <w:bCs/>
        </w:rPr>
        <w:t>………………………………</w:t>
      </w:r>
      <w:proofErr w:type="gramStart"/>
      <w:r w:rsidR="00A83FB3" w:rsidRPr="00BB38EB">
        <w:rPr>
          <w:rFonts w:asciiTheme="minorBidi" w:hAnsiTheme="minorBidi"/>
          <w:b/>
          <w:bCs/>
        </w:rPr>
        <w:t>…</w:t>
      </w:r>
      <w:r w:rsidR="00014F69">
        <w:rPr>
          <w:rFonts w:asciiTheme="minorBidi" w:hAnsiTheme="minorBidi"/>
          <w:b/>
          <w:bCs/>
        </w:rPr>
        <w:t>..</w:t>
      </w:r>
      <w:proofErr w:type="gramEnd"/>
      <w:r w:rsidR="00A83FB3" w:rsidRPr="00BB38EB">
        <w:rPr>
          <w:rFonts w:asciiTheme="minorBidi" w:hAnsiTheme="minorBidi"/>
          <w:b/>
          <w:bCs/>
        </w:rPr>
        <w:t>……</w:t>
      </w:r>
      <w:r w:rsidR="00014F69">
        <w:rPr>
          <w:rFonts w:asciiTheme="minorBidi" w:hAnsiTheme="minorBidi"/>
          <w:b/>
          <w:bCs/>
        </w:rPr>
        <w:t>..</w:t>
      </w:r>
      <w:r w:rsidR="00195552" w:rsidRPr="00BB38EB">
        <w:rPr>
          <w:rFonts w:asciiTheme="minorBidi" w:hAnsiTheme="minorBidi"/>
          <w:b/>
          <w:bCs/>
        </w:rPr>
        <w:t>.</w:t>
      </w:r>
      <w:r w:rsidR="00A83FB3" w:rsidRPr="00BB38EB">
        <w:rPr>
          <w:rFonts w:asciiTheme="minorBidi" w:hAnsiTheme="minorBidi"/>
          <w:b/>
          <w:bCs/>
        </w:rPr>
        <w:t>……….…</w:t>
      </w:r>
      <w:r w:rsidR="00014F69">
        <w:rPr>
          <w:rFonts w:asciiTheme="minorBidi" w:hAnsiTheme="minorBidi"/>
          <w:b/>
          <w:bCs/>
        </w:rPr>
        <w:t>.8</w:t>
      </w:r>
    </w:p>
    <w:p w14:paraId="00C07765" w14:textId="5B7C9D2C" w:rsidR="001568C7" w:rsidRPr="00BB38EB" w:rsidRDefault="001568C7" w:rsidP="00764DEB">
      <w:pPr>
        <w:rPr>
          <w:rFonts w:asciiTheme="minorBidi" w:hAnsiTheme="minorBidi"/>
          <w:b/>
          <w:bCs/>
        </w:rPr>
      </w:pPr>
      <w:r w:rsidRPr="00BB38EB">
        <w:rPr>
          <w:rFonts w:asciiTheme="minorBidi" w:hAnsiTheme="minorBidi"/>
          <w:b/>
          <w:bCs/>
        </w:rPr>
        <w:t>1.2 Problem Statement ……………………</w:t>
      </w:r>
      <w:r w:rsidR="000425E0"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00014F69">
        <w:rPr>
          <w:rFonts w:asciiTheme="minorBidi" w:hAnsiTheme="minorBidi"/>
          <w:b/>
          <w:bCs/>
        </w:rPr>
        <w:t>8</w:t>
      </w:r>
    </w:p>
    <w:p w14:paraId="4DA04D84" w14:textId="3B29EBA5" w:rsidR="001568C7" w:rsidRPr="00BB38EB" w:rsidRDefault="001568C7" w:rsidP="00764DEB">
      <w:pPr>
        <w:rPr>
          <w:rFonts w:asciiTheme="minorBidi" w:hAnsiTheme="minorBidi"/>
          <w:b/>
          <w:bCs/>
        </w:rPr>
      </w:pPr>
      <w:r w:rsidRPr="00BB38EB">
        <w:rPr>
          <w:rFonts w:asciiTheme="minorBidi" w:hAnsiTheme="minorBidi"/>
          <w:b/>
          <w:bCs/>
        </w:rPr>
        <w:t>1.3 Research Objectives …………………</w:t>
      </w:r>
      <w:r w:rsidR="000425E0"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014F69">
        <w:rPr>
          <w:rFonts w:asciiTheme="minorBidi" w:hAnsiTheme="minorBidi"/>
          <w:b/>
          <w:bCs/>
        </w:rPr>
        <w:t>..</w:t>
      </w:r>
      <w:proofErr w:type="gramEnd"/>
      <w:r w:rsidR="00014F69">
        <w:rPr>
          <w:rFonts w:asciiTheme="minorBidi" w:hAnsiTheme="minorBidi"/>
          <w:b/>
          <w:bCs/>
        </w:rPr>
        <w:t>11</w:t>
      </w:r>
    </w:p>
    <w:p w14:paraId="19CA8F1B" w14:textId="30169D70" w:rsidR="001568C7" w:rsidRPr="00BB38EB" w:rsidRDefault="001568C7" w:rsidP="00764DEB">
      <w:pPr>
        <w:rPr>
          <w:rFonts w:asciiTheme="minorBidi" w:hAnsiTheme="minorBidi"/>
          <w:b/>
          <w:bCs/>
        </w:rPr>
      </w:pPr>
      <w:r w:rsidRPr="00BB38EB">
        <w:rPr>
          <w:rFonts w:asciiTheme="minorBidi" w:hAnsiTheme="minorBidi"/>
          <w:b/>
          <w:bCs/>
        </w:rPr>
        <w:t>1.4 Research Contribution …………….………………</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3F152D" w:rsidRPr="00BB38EB">
        <w:rPr>
          <w:rFonts w:asciiTheme="minorBidi" w:hAnsiTheme="minorBidi"/>
          <w:b/>
          <w:bCs/>
        </w:rPr>
        <w:t>1</w:t>
      </w:r>
      <w:r w:rsidR="00014F69">
        <w:rPr>
          <w:rFonts w:asciiTheme="minorBidi" w:hAnsiTheme="minorBidi"/>
          <w:b/>
          <w:bCs/>
        </w:rPr>
        <w:t>1</w:t>
      </w:r>
    </w:p>
    <w:p w14:paraId="2D08BC23" w14:textId="72EAAD6E" w:rsidR="001568C7" w:rsidRPr="00BB38EB" w:rsidRDefault="001568C7" w:rsidP="00764DEB">
      <w:pPr>
        <w:rPr>
          <w:rFonts w:asciiTheme="minorBidi" w:hAnsiTheme="minorBidi"/>
          <w:b/>
          <w:bCs/>
        </w:rPr>
      </w:pPr>
      <w:r w:rsidRPr="00BB38EB">
        <w:rPr>
          <w:rFonts w:asciiTheme="minorBidi" w:hAnsiTheme="minorBidi"/>
          <w:b/>
          <w:bCs/>
        </w:rPr>
        <w:t>1.5 Thesis Organization.………………………………………</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3F152D" w:rsidRPr="00BB38EB">
        <w:rPr>
          <w:rFonts w:asciiTheme="minorBidi" w:hAnsiTheme="minorBidi"/>
          <w:b/>
          <w:bCs/>
        </w:rPr>
        <w:t>1</w:t>
      </w:r>
      <w:r w:rsidR="001437C9">
        <w:rPr>
          <w:rFonts w:asciiTheme="minorBidi" w:hAnsiTheme="minorBidi"/>
          <w:b/>
          <w:bCs/>
        </w:rPr>
        <w:t>2</w:t>
      </w:r>
    </w:p>
    <w:p w14:paraId="1E905979" w14:textId="1903CC6D" w:rsidR="00306A11" w:rsidRPr="00BB38EB" w:rsidRDefault="00306A11" w:rsidP="00764DEB">
      <w:pPr>
        <w:rPr>
          <w:rFonts w:asciiTheme="minorBidi" w:hAnsiTheme="minorBidi"/>
          <w:b/>
          <w:bCs/>
        </w:rPr>
      </w:pPr>
      <w:r w:rsidRPr="00BB38EB">
        <w:rPr>
          <w:rFonts w:asciiTheme="minorBidi" w:hAnsiTheme="minorBidi"/>
          <w:b/>
          <w:bCs/>
        </w:rPr>
        <w:t xml:space="preserve"> Chapter 2: Literature Review</w:t>
      </w:r>
      <w:r w:rsidR="00A83FB3" w:rsidRPr="00BB38EB">
        <w:rPr>
          <w:rFonts w:asciiTheme="minorBidi" w:hAnsiTheme="minorBidi"/>
          <w:b/>
          <w:bCs/>
        </w:rPr>
        <w:t xml:space="preserve"> ……………………………………………………</w:t>
      </w:r>
      <w:r w:rsidR="00014F69">
        <w:rPr>
          <w:rFonts w:asciiTheme="minorBidi" w:hAnsiTheme="minorBidi"/>
          <w:b/>
          <w:bCs/>
        </w:rPr>
        <w:t>…</w:t>
      </w:r>
      <w:r w:rsidR="00A83FB3" w:rsidRPr="00BB38EB">
        <w:rPr>
          <w:rFonts w:asciiTheme="minorBidi" w:hAnsiTheme="minorBidi"/>
          <w:b/>
          <w:bCs/>
        </w:rPr>
        <w:t>……………….</w:t>
      </w:r>
      <w:r w:rsidR="001437C9">
        <w:rPr>
          <w:rFonts w:asciiTheme="minorBidi" w:hAnsiTheme="minorBidi"/>
          <w:b/>
          <w:bCs/>
        </w:rPr>
        <w:t>12</w:t>
      </w:r>
    </w:p>
    <w:p w14:paraId="50DE453E" w14:textId="6E9A0633" w:rsidR="000425E0" w:rsidRPr="00BB38EB" w:rsidRDefault="000425E0" w:rsidP="00764DEB">
      <w:pPr>
        <w:rPr>
          <w:rFonts w:asciiTheme="minorBidi" w:hAnsiTheme="minorBidi"/>
          <w:b/>
          <w:bCs/>
        </w:rPr>
      </w:pPr>
      <w:r w:rsidRPr="00BB38EB">
        <w:rPr>
          <w:rFonts w:asciiTheme="minorBidi" w:hAnsiTheme="minorBidi"/>
          <w:b/>
          <w:bCs/>
        </w:rPr>
        <w:t>2.1 Background and Related Work ………………………………………………</w:t>
      </w:r>
      <w:proofErr w:type="gramStart"/>
      <w:r w:rsidR="00014F69">
        <w:rPr>
          <w:rFonts w:asciiTheme="minorBidi" w:hAnsiTheme="minorBidi"/>
          <w:b/>
          <w:bCs/>
        </w:rPr>
        <w:t>…..</w:t>
      </w:r>
      <w:proofErr w:type="gramEnd"/>
      <w:r w:rsidRPr="00BB38EB">
        <w:rPr>
          <w:rFonts w:asciiTheme="minorBidi" w:hAnsiTheme="minorBidi"/>
          <w:b/>
          <w:bCs/>
        </w:rPr>
        <w:t>…………….</w:t>
      </w:r>
      <w:r w:rsidR="001437C9">
        <w:rPr>
          <w:rFonts w:asciiTheme="minorBidi" w:hAnsiTheme="minorBidi"/>
          <w:b/>
          <w:bCs/>
        </w:rPr>
        <w:t>12</w:t>
      </w:r>
    </w:p>
    <w:p w14:paraId="7A13386E" w14:textId="7E091F12" w:rsidR="000425E0" w:rsidRPr="00BB38EB" w:rsidRDefault="000425E0" w:rsidP="00764DEB">
      <w:pPr>
        <w:rPr>
          <w:rFonts w:asciiTheme="minorBidi" w:hAnsiTheme="minorBidi"/>
          <w:b/>
          <w:bCs/>
        </w:rPr>
      </w:pPr>
      <w:r w:rsidRPr="00BB38EB">
        <w:rPr>
          <w:rFonts w:asciiTheme="minorBidi" w:hAnsiTheme="minorBidi"/>
          <w:b/>
          <w:bCs/>
        </w:rPr>
        <w:t>2. 2 Improved Hypothesis…………………………………………………………</w:t>
      </w:r>
      <w:r w:rsidR="003F152D" w:rsidRPr="00BB38EB">
        <w:rPr>
          <w:rFonts w:asciiTheme="minorBidi" w:hAnsiTheme="minorBidi"/>
          <w:b/>
          <w:bCs/>
        </w:rPr>
        <w:t>…...</w:t>
      </w:r>
      <w:r w:rsidRPr="00BB38EB">
        <w:rPr>
          <w:rFonts w:asciiTheme="minorBidi" w:hAnsiTheme="minorBidi"/>
          <w:b/>
          <w:bCs/>
        </w:rPr>
        <w:t>…………….</w:t>
      </w:r>
      <w:r w:rsidR="001437C9">
        <w:rPr>
          <w:rFonts w:asciiTheme="minorBidi" w:hAnsiTheme="minorBidi"/>
          <w:b/>
          <w:bCs/>
        </w:rPr>
        <w:t>12</w:t>
      </w:r>
    </w:p>
    <w:p w14:paraId="4E68DD27" w14:textId="593AEBEF" w:rsidR="000425E0" w:rsidRPr="00BB38EB" w:rsidRDefault="000425E0" w:rsidP="00764DEB">
      <w:pPr>
        <w:rPr>
          <w:rFonts w:asciiTheme="minorBidi" w:hAnsiTheme="minorBidi"/>
          <w:b/>
          <w:bCs/>
        </w:rPr>
      </w:pPr>
      <w:r w:rsidRPr="00BB38EB">
        <w:rPr>
          <w:rFonts w:asciiTheme="minorBidi" w:hAnsiTheme="minorBidi"/>
          <w:b/>
          <w:bCs/>
        </w:rPr>
        <w:t>2.3 Critical Analysis ……</w:t>
      </w:r>
      <w:proofErr w:type="gramStart"/>
      <w:r w:rsidRPr="00BB38EB">
        <w:rPr>
          <w:rFonts w:asciiTheme="minorBidi" w:hAnsiTheme="minorBidi"/>
          <w:b/>
          <w:bCs/>
        </w:rPr>
        <w:t>…..</w:t>
      </w:r>
      <w:proofErr w:type="gramEnd"/>
      <w:r w:rsidRPr="00BB38EB">
        <w:rPr>
          <w:rFonts w:asciiTheme="minorBidi" w:hAnsiTheme="minorBidi"/>
          <w:b/>
          <w:bCs/>
        </w:rPr>
        <w:t>…………………………………………………………</w:t>
      </w:r>
      <w:r w:rsidR="003F152D" w:rsidRPr="00BB38EB">
        <w:rPr>
          <w:rFonts w:asciiTheme="minorBidi" w:hAnsiTheme="minorBidi"/>
          <w:b/>
          <w:bCs/>
        </w:rPr>
        <w:t>…...</w:t>
      </w:r>
      <w:r w:rsidRPr="00BB38EB">
        <w:rPr>
          <w:rFonts w:asciiTheme="minorBidi" w:hAnsiTheme="minorBidi"/>
          <w:b/>
          <w:bCs/>
        </w:rPr>
        <w:t>………….</w:t>
      </w:r>
      <w:r w:rsidR="001437C9">
        <w:rPr>
          <w:rFonts w:asciiTheme="minorBidi" w:hAnsiTheme="minorBidi"/>
          <w:b/>
          <w:bCs/>
        </w:rPr>
        <w:t>12</w:t>
      </w:r>
    </w:p>
    <w:p w14:paraId="69FA1CAA" w14:textId="6616C492" w:rsidR="000425E0" w:rsidRPr="00BB38EB" w:rsidRDefault="000425E0" w:rsidP="00764DEB">
      <w:pPr>
        <w:rPr>
          <w:rFonts w:asciiTheme="minorBidi" w:hAnsiTheme="minorBidi"/>
          <w:b/>
          <w:bCs/>
        </w:rPr>
      </w:pPr>
      <w:r w:rsidRPr="00BB38EB">
        <w:rPr>
          <w:rFonts w:asciiTheme="minorBidi" w:hAnsiTheme="minorBidi"/>
          <w:b/>
          <w:bCs/>
        </w:rPr>
        <w:t>2.4 Research Gap ………………………………………………………………………</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17</w:t>
      </w:r>
    </w:p>
    <w:p w14:paraId="22C52E08" w14:textId="614A5BD5" w:rsidR="00306A11" w:rsidRPr="00BB38EB" w:rsidRDefault="00306A11" w:rsidP="00764DEB">
      <w:pPr>
        <w:rPr>
          <w:rFonts w:asciiTheme="minorBidi" w:hAnsiTheme="minorBidi"/>
          <w:b/>
          <w:bCs/>
        </w:rPr>
      </w:pPr>
      <w:r w:rsidRPr="00BB38EB">
        <w:rPr>
          <w:rFonts w:asciiTheme="minorBidi" w:hAnsiTheme="minorBidi"/>
          <w:b/>
          <w:bCs/>
        </w:rPr>
        <w:t xml:space="preserve"> Chapter 3: Methodology</w:t>
      </w:r>
      <w:r w:rsidR="00A83FB3" w:rsidRPr="00BB38EB">
        <w:rPr>
          <w:rFonts w:asciiTheme="minorBidi" w:hAnsiTheme="minorBidi"/>
          <w:b/>
          <w:bCs/>
        </w:rPr>
        <w:t xml:space="preserve"> ……………………………………………………………</w:t>
      </w:r>
      <w:r w:rsidR="00014F69">
        <w:rPr>
          <w:rFonts w:asciiTheme="minorBidi" w:hAnsiTheme="minorBidi"/>
          <w:b/>
          <w:bCs/>
        </w:rPr>
        <w:t>….</w:t>
      </w:r>
      <w:r w:rsidR="00A83FB3" w:rsidRPr="00BB38EB">
        <w:rPr>
          <w:rFonts w:asciiTheme="minorBidi" w:hAnsiTheme="minorBidi"/>
          <w:b/>
          <w:bCs/>
        </w:rPr>
        <w:t>……………</w:t>
      </w:r>
      <w:r w:rsidR="001437C9">
        <w:rPr>
          <w:rFonts w:asciiTheme="minorBidi" w:hAnsiTheme="minorBidi"/>
          <w:b/>
          <w:bCs/>
        </w:rPr>
        <w:t>18</w:t>
      </w:r>
    </w:p>
    <w:p w14:paraId="096B93A9" w14:textId="3D717D78" w:rsidR="000425E0" w:rsidRPr="00BB38EB" w:rsidRDefault="000425E0" w:rsidP="00764DEB">
      <w:pPr>
        <w:rPr>
          <w:rFonts w:asciiTheme="minorBidi" w:hAnsiTheme="minorBidi"/>
          <w:b/>
          <w:bCs/>
        </w:rPr>
      </w:pPr>
      <w:r w:rsidRPr="00BB38EB">
        <w:rPr>
          <w:rFonts w:asciiTheme="minorBidi" w:hAnsiTheme="minorBidi"/>
          <w:b/>
          <w:bCs/>
        </w:rPr>
        <w:t>3.1 Research Approach… ………………………………………………………………</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18</w:t>
      </w:r>
    </w:p>
    <w:p w14:paraId="7F0C7E6D" w14:textId="066068E1" w:rsidR="000425E0" w:rsidRPr="00BB38EB" w:rsidRDefault="000425E0" w:rsidP="00764DEB">
      <w:pPr>
        <w:rPr>
          <w:rFonts w:asciiTheme="minorBidi" w:hAnsiTheme="minorBidi"/>
          <w:b/>
          <w:bCs/>
        </w:rPr>
      </w:pPr>
      <w:r w:rsidRPr="00BB38EB">
        <w:rPr>
          <w:rFonts w:asciiTheme="minorBidi" w:hAnsiTheme="minorBidi"/>
          <w:b/>
          <w:bCs/>
        </w:rPr>
        <w:t>3.2 Dataset Description …...……………………………………………………………</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18</w:t>
      </w:r>
    </w:p>
    <w:p w14:paraId="1D5B191B" w14:textId="610EC205" w:rsidR="000425E0" w:rsidRPr="00BB38EB" w:rsidRDefault="000425E0" w:rsidP="00764DEB">
      <w:pPr>
        <w:rPr>
          <w:rFonts w:asciiTheme="minorBidi" w:hAnsiTheme="minorBidi"/>
          <w:b/>
          <w:bCs/>
        </w:rPr>
      </w:pPr>
      <w:r w:rsidRPr="00BB38EB">
        <w:rPr>
          <w:rFonts w:asciiTheme="minorBidi" w:hAnsiTheme="minorBidi"/>
          <w:b/>
          <w:bCs/>
        </w:rPr>
        <w:t>3.3 Data Preprocessing ……………………………………………………</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19</w:t>
      </w:r>
    </w:p>
    <w:p w14:paraId="7337CC10" w14:textId="1DE4CF65" w:rsidR="000425E0" w:rsidRPr="00BB38EB" w:rsidRDefault="00F1430D" w:rsidP="00764DEB">
      <w:pPr>
        <w:rPr>
          <w:rFonts w:asciiTheme="minorBidi" w:hAnsiTheme="minorBidi"/>
          <w:b/>
          <w:bCs/>
        </w:rPr>
      </w:pPr>
      <w:r w:rsidRPr="00BB38EB">
        <w:rPr>
          <w:rFonts w:asciiTheme="minorBidi" w:hAnsiTheme="minorBidi"/>
          <w:b/>
          <w:bCs/>
        </w:rPr>
        <w:t>3.4 Top 25 Users – Risk Score</w:t>
      </w:r>
      <w:r w:rsidR="000425E0" w:rsidRPr="00BB38EB">
        <w:rPr>
          <w:rFonts w:asciiTheme="minorBidi" w:hAnsiTheme="minorBidi"/>
          <w:b/>
          <w:bCs/>
        </w:rPr>
        <w:t>……………………………………………</w:t>
      </w:r>
      <w:r w:rsidR="00E762E6" w:rsidRPr="00BB38EB">
        <w:rPr>
          <w:rFonts w:asciiTheme="minorBidi" w:hAnsiTheme="minorBidi"/>
          <w:b/>
          <w:bCs/>
        </w:rPr>
        <w:t>.</w:t>
      </w:r>
      <w:r w:rsidR="000425E0" w:rsidRPr="00BB38EB">
        <w:rPr>
          <w:rFonts w:asciiTheme="minorBidi" w:hAnsiTheme="minorBidi"/>
          <w:b/>
          <w:bCs/>
        </w:rPr>
        <w:t>……</w:t>
      </w:r>
      <w:r w:rsidR="00014F69">
        <w:rPr>
          <w:rFonts w:asciiTheme="minorBidi" w:hAnsiTheme="minorBidi"/>
          <w:b/>
          <w:bCs/>
        </w:rPr>
        <w:t>...</w:t>
      </w:r>
      <w:r w:rsidR="000425E0" w:rsidRPr="00BB38EB">
        <w:rPr>
          <w:rFonts w:asciiTheme="minorBidi" w:hAnsiTheme="minorBidi"/>
          <w:b/>
          <w:bCs/>
        </w:rPr>
        <w:t>…………………</w:t>
      </w:r>
      <w:r w:rsidR="003F152D" w:rsidRPr="00BB38EB">
        <w:rPr>
          <w:rFonts w:asciiTheme="minorBidi" w:hAnsiTheme="minorBidi"/>
          <w:b/>
          <w:bCs/>
        </w:rPr>
        <w:t>2</w:t>
      </w:r>
      <w:r w:rsidR="001437C9">
        <w:rPr>
          <w:rFonts w:asciiTheme="minorBidi" w:hAnsiTheme="minorBidi"/>
          <w:b/>
          <w:bCs/>
        </w:rPr>
        <w:t>0</w:t>
      </w:r>
    </w:p>
    <w:p w14:paraId="3E9C7474" w14:textId="4F0E2D59" w:rsidR="000425E0" w:rsidRPr="00BB38EB" w:rsidRDefault="00F1430D" w:rsidP="00764DEB">
      <w:pPr>
        <w:rPr>
          <w:rFonts w:asciiTheme="minorBidi" w:hAnsiTheme="minorBidi"/>
          <w:b/>
          <w:bCs/>
        </w:rPr>
      </w:pPr>
      <w:r w:rsidRPr="00BB38EB">
        <w:rPr>
          <w:rFonts w:asciiTheme="minorBidi" w:hAnsiTheme="minorBidi"/>
          <w:b/>
          <w:bCs/>
        </w:rPr>
        <w:t>3.5 Security Actions Distribution</w:t>
      </w:r>
      <w:r w:rsidR="000425E0" w:rsidRPr="00BB38EB">
        <w:rPr>
          <w:rFonts w:asciiTheme="minorBidi" w:hAnsiTheme="minorBidi"/>
          <w:b/>
          <w:bCs/>
        </w:rPr>
        <w:t>………………………………………</w:t>
      </w:r>
      <w:proofErr w:type="gramStart"/>
      <w:r w:rsidR="000425E0" w:rsidRPr="00BB38EB">
        <w:rPr>
          <w:rFonts w:asciiTheme="minorBidi" w:hAnsiTheme="minorBidi"/>
          <w:b/>
          <w:bCs/>
        </w:rPr>
        <w:t>…</w:t>
      </w:r>
      <w:r w:rsidR="00E762E6" w:rsidRPr="00BB38EB">
        <w:rPr>
          <w:rFonts w:asciiTheme="minorBidi" w:hAnsiTheme="minorBidi"/>
          <w:b/>
          <w:bCs/>
        </w:rPr>
        <w:t>..</w:t>
      </w:r>
      <w:proofErr w:type="gramEnd"/>
      <w:r w:rsidR="000425E0" w:rsidRPr="00BB38EB">
        <w:rPr>
          <w:rFonts w:asciiTheme="minorBidi" w:hAnsiTheme="minorBidi"/>
          <w:b/>
          <w:bCs/>
        </w:rPr>
        <w:t>……</w:t>
      </w:r>
      <w:r w:rsidR="00014F69">
        <w:rPr>
          <w:rFonts w:asciiTheme="minorBidi" w:hAnsiTheme="minorBidi"/>
          <w:b/>
          <w:bCs/>
        </w:rPr>
        <w:t>….</w:t>
      </w:r>
      <w:r w:rsidR="000425E0" w:rsidRPr="00BB38EB">
        <w:rPr>
          <w:rFonts w:asciiTheme="minorBidi" w:hAnsiTheme="minorBidi"/>
          <w:b/>
          <w:bCs/>
        </w:rPr>
        <w:t>………………</w:t>
      </w:r>
      <w:r w:rsidR="003F152D" w:rsidRPr="00BB38EB">
        <w:rPr>
          <w:rFonts w:asciiTheme="minorBidi" w:hAnsiTheme="minorBidi"/>
          <w:b/>
          <w:bCs/>
        </w:rPr>
        <w:t>2</w:t>
      </w:r>
      <w:r w:rsidR="001437C9">
        <w:rPr>
          <w:rFonts w:asciiTheme="minorBidi" w:hAnsiTheme="minorBidi"/>
          <w:b/>
          <w:bCs/>
        </w:rPr>
        <w:t>1</w:t>
      </w:r>
    </w:p>
    <w:p w14:paraId="1AF7354C" w14:textId="24E88B7E" w:rsidR="00897A69" w:rsidRDefault="00F1430D" w:rsidP="00897A69">
      <w:pPr>
        <w:rPr>
          <w:rFonts w:asciiTheme="minorBidi" w:hAnsiTheme="minorBidi"/>
          <w:b/>
          <w:bCs/>
        </w:rPr>
      </w:pPr>
      <w:r w:rsidRPr="00BB38EB">
        <w:rPr>
          <w:rFonts w:asciiTheme="minorBidi" w:hAnsiTheme="minorBidi"/>
          <w:b/>
          <w:bCs/>
        </w:rPr>
        <w:t>3.6 Analyzing Failed Login Attempts</w:t>
      </w:r>
      <w:r w:rsidR="000425E0" w:rsidRPr="00BB38EB">
        <w:rPr>
          <w:rFonts w:asciiTheme="minorBidi" w:hAnsiTheme="minorBidi"/>
          <w:b/>
          <w:bCs/>
        </w:rPr>
        <w:t>………………………………</w:t>
      </w:r>
      <w:proofErr w:type="gramStart"/>
      <w:r w:rsidR="000425E0" w:rsidRPr="00BB38EB">
        <w:rPr>
          <w:rFonts w:asciiTheme="minorBidi" w:hAnsiTheme="minorBidi"/>
          <w:b/>
          <w:bCs/>
        </w:rPr>
        <w:t>…</w:t>
      </w:r>
      <w:r w:rsidR="00E762E6" w:rsidRPr="00BB38EB">
        <w:rPr>
          <w:rFonts w:asciiTheme="minorBidi" w:hAnsiTheme="minorBidi"/>
          <w:b/>
          <w:bCs/>
        </w:rPr>
        <w:t>..</w:t>
      </w:r>
      <w:proofErr w:type="gramEnd"/>
      <w:r w:rsidR="000425E0" w:rsidRPr="00BB38EB">
        <w:rPr>
          <w:rFonts w:asciiTheme="minorBidi" w:hAnsiTheme="minorBidi"/>
          <w:b/>
          <w:bCs/>
        </w:rPr>
        <w:t>………</w:t>
      </w:r>
      <w:proofErr w:type="gramStart"/>
      <w:r w:rsidR="00014F69">
        <w:rPr>
          <w:rFonts w:asciiTheme="minorBidi" w:hAnsiTheme="minorBidi"/>
          <w:b/>
          <w:bCs/>
        </w:rPr>
        <w:t>…..</w:t>
      </w:r>
      <w:proofErr w:type="gramEnd"/>
      <w:r w:rsidR="000425E0" w:rsidRPr="00BB38EB">
        <w:rPr>
          <w:rFonts w:asciiTheme="minorBidi" w:hAnsiTheme="minorBidi"/>
          <w:b/>
          <w:bCs/>
        </w:rPr>
        <w:t>………………</w:t>
      </w:r>
      <w:r w:rsidR="003F152D" w:rsidRPr="00BB38EB">
        <w:rPr>
          <w:rFonts w:asciiTheme="minorBidi" w:hAnsiTheme="minorBidi"/>
          <w:b/>
          <w:bCs/>
        </w:rPr>
        <w:t>2</w:t>
      </w:r>
      <w:r w:rsidR="001437C9">
        <w:rPr>
          <w:rFonts w:asciiTheme="minorBidi" w:hAnsiTheme="minorBidi"/>
          <w:b/>
          <w:bCs/>
        </w:rPr>
        <w:t>2</w:t>
      </w:r>
    </w:p>
    <w:p w14:paraId="27EC778C" w14:textId="57FCF44C" w:rsidR="000425E0" w:rsidRPr="00BB38EB" w:rsidRDefault="000425E0" w:rsidP="00897A69">
      <w:pPr>
        <w:rPr>
          <w:rFonts w:asciiTheme="minorBidi" w:hAnsiTheme="minorBidi"/>
          <w:b/>
          <w:bCs/>
        </w:rPr>
      </w:pPr>
      <w:r w:rsidRPr="00BB38EB">
        <w:rPr>
          <w:rFonts w:asciiTheme="minorBidi" w:hAnsiTheme="minorBidi"/>
          <w:b/>
          <w:bCs/>
        </w:rPr>
        <w:t xml:space="preserve"> </w:t>
      </w:r>
      <w:r w:rsidR="00F1430D" w:rsidRPr="00BB38EB">
        <w:rPr>
          <w:rFonts w:asciiTheme="minorBidi" w:hAnsiTheme="minorBidi"/>
          <w:b/>
          <w:bCs/>
        </w:rPr>
        <w:t>3.7 Risk Score by Security Action</w:t>
      </w:r>
      <w:r w:rsidRPr="00BB38EB">
        <w:rPr>
          <w:rFonts w:asciiTheme="minorBidi" w:hAnsiTheme="minorBidi"/>
          <w:b/>
          <w:bCs/>
        </w:rPr>
        <w:t>……</w:t>
      </w:r>
      <w:r w:rsidR="00F1430D" w:rsidRPr="00BB38EB">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3F152D" w:rsidRPr="00BB38EB">
        <w:rPr>
          <w:rFonts w:asciiTheme="minorBidi" w:hAnsiTheme="minorBidi"/>
          <w:b/>
          <w:bCs/>
        </w:rPr>
        <w:t>2</w:t>
      </w:r>
      <w:r w:rsidR="001437C9">
        <w:rPr>
          <w:rFonts w:asciiTheme="minorBidi" w:hAnsiTheme="minorBidi"/>
          <w:b/>
          <w:bCs/>
        </w:rPr>
        <w:t>3</w:t>
      </w:r>
    </w:p>
    <w:p w14:paraId="35B304C3" w14:textId="6C627FBB" w:rsidR="000425E0" w:rsidRPr="00BB38EB" w:rsidRDefault="00F1430D" w:rsidP="00764DEB">
      <w:pPr>
        <w:rPr>
          <w:rFonts w:asciiTheme="minorBidi" w:hAnsiTheme="minorBidi"/>
          <w:b/>
          <w:bCs/>
        </w:rPr>
      </w:pPr>
      <w:r w:rsidRPr="00BB38EB">
        <w:rPr>
          <w:rFonts w:asciiTheme="minorBidi" w:hAnsiTheme="minorBidi"/>
          <w:b/>
          <w:bCs/>
        </w:rPr>
        <w:t>3.8 User Security Data Sample</w:t>
      </w:r>
      <w:r w:rsidR="000425E0" w:rsidRPr="00BB38EB">
        <w:rPr>
          <w:rFonts w:asciiTheme="minorBidi" w:hAnsiTheme="minorBidi"/>
          <w:b/>
          <w:bCs/>
        </w:rPr>
        <w:t>……………………………………………</w:t>
      </w:r>
      <w:r w:rsidR="00E762E6" w:rsidRPr="00BB38EB">
        <w:rPr>
          <w:rFonts w:asciiTheme="minorBidi" w:hAnsiTheme="minorBidi"/>
          <w:b/>
          <w:bCs/>
        </w:rPr>
        <w:t>…</w:t>
      </w:r>
      <w:proofErr w:type="gramStart"/>
      <w:r w:rsidR="000425E0" w:rsidRPr="00BB38EB">
        <w:rPr>
          <w:rFonts w:asciiTheme="minorBidi" w:hAnsiTheme="minorBidi"/>
          <w:b/>
          <w:bCs/>
        </w:rPr>
        <w:t>…</w:t>
      </w:r>
      <w:r w:rsidR="00014F69">
        <w:rPr>
          <w:rFonts w:asciiTheme="minorBidi" w:hAnsiTheme="minorBidi"/>
          <w:b/>
          <w:bCs/>
        </w:rPr>
        <w:t>..</w:t>
      </w:r>
      <w:proofErr w:type="gramEnd"/>
      <w:r w:rsidR="000425E0" w:rsidRPr="00BB38EB">
        <w:rPr>
          <w:rFonts w:asciiTheme="minorBidi" w:hAnsiTheme="minorBidi"/>
          <w:b/>
          <w:bCs/>
        </w:rPr>
        <w:t>…</w:t>
      </w:r>
      <w:r w:rsidR="00014F69">
        <w:rPr>
          <w:rFonts w:asciiTheme="minorBidi" w:hAnsiTheme="minorBidi"/>
          <w:b/>
          <w:bCs/>
        </w:rPr>
        <w:t>.</w:t>
      </w:r>
      <w:r w:rsidR="000425E0" w:rsidRPr="00BB38EB">
        <w:rPr>
          <w:rFonts w:asciiTheme="minorBidi" w:hAnsiTheme="minorBidi"/>
          <w:b/>
          <w:bCs/>
        </w:rPr>
        <w:t>………………</w:t>
      </w:r>
      <w:r w:rsidR="001437C9">
        <w:rPr>
          <w:rFonts w:asciiTheme="minorBidi" w:hAnsiTheme="minorBidi"/>
          <w:b/>
          <w:bCs/>
        </w:rPr>
        <w:t>24</w:t>
      </w:r>
    </w:p>
    <w:p w14:paraId="4007662D" w14:textId="0E3AC69F" w:rsidR="00F1430D" w:rsidRPr="00BB38EB" w:rsidRDefault="00F1430D" w:rsidP="00764DEB">
      <w:pPr>
        <w:rPr>
          <w:rFonts w:asciiTheme="minorBidi" w:hAnsiTheme="minorBidi"/>
          <w:b/>
          <w:bCs/>
        </w:rPr>
      </w:pPr>
      <w:r w:rsidRPr="00BB38EB">
        <w:rPr>
          <w:rFonts w:asciiTheme="minorBidi" w:hAnsiTheme="minorBidi"/>
          <w:b/>
          <w:bCs/>
        </w:rPr>
        <w:t>3.9 Random Forest Classifier Training …………………………</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25</w:t>
      </w:r>
    </w:p>
    <w:p w14:paraId="76E79B18" w14:textId="4A5D3DE3" w:rsidR="00F1430D" w:rsidRPr="00BB38EB" w:rsidRDefault="00F1430D" w:rsidP="00764DEB">
      <w:pPr>
        <w:rPr>
          <w:rFonts w:asciiTheme="minorBidi" w:hAnsiTheme="minorBidi"/>
          <w:b/>
          <w:bCs/>
        </w:rPr>
      </w:pPr>
      <w:r w:rsidRPr="00BB38EB">
        <w:rPr>
          <w:rFonts w:asciiTheme="minorBidi" w:hAnsiTheme="minorBidi"/>
          <w:b/>
          <w:bCs/>
        </w:rPr>
        <w:lastRenderedPageBreak/>
        <w:t>3.10 Handling Imbalanced Data………………………………</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27</w:t>
      </w:r>
    </w:p>
    <w:p w14:paraId="2E35E440" w14:textId="7E61C975" w:rsidR="00F1430D" w:rsidRPr="00BB38EB" w:rsidRDefault="00F1430D" w:rsidP="00764DEB">
      <w:pPr>
        <w:rPr>
          <w:rFonts w:asciiTheme="minorBidi" w:hAnsiTheme="minorBidi"/>
          <w:b/>
          <w:bCs/>
        </w:rPr>
      </w:pPr>
      <w:r w:rsidRPr="00BB38EB">
        <w:rPr>
          <w:rFonts w:asciiTheme="minorBidi" w:hAnsiTheme="minorBidi"/>
          <w:b/>
          <w:bCs/>
        </w:rPr>
        <w:t>3.11 Machine Learning Models…………</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28</w:t>
      </w:r>
    </w:p>
    <w:p w14:paraId="648240E4" w14:textId="40FE8414" w:rsidR="00F1430D" w:rsidRPr="00BB38EB" w:rsidRDefault="00F1430D" w:rsidP="00764DEB">
      <w:pPr>
        <w:rPr>
          <w:rFonts w:asciiTheme="minorBidi" w:hAnsiTheme="minorBidi"/>
          <w:b/>
          <w:bCs/>
        </w:rPr>
      </w:pPr>
      <w:r w:rsidRPr="00BB38EB">
        <w:rPr>
          <w:rFonts w:asciiTheme="minorBidi" w:hAnsiTheme="minorBidi"/>
          <w:b/>
          <w:bCs/>
        </w:rPr>
        <w:t xml:space="preserve">3.12 Risk Scoring Model (Core </w:t>
      </w:r>
      <w:r w:rsidR="00E762E6" w:rsidRPr="00BB38EB">
        <w:rPr>
          <w:rFonts w:asciiTheme="minorBidi" w:hAnsiTheme="minorBidi"/>
          <w:b/>
          <w:bCs/>
        </w:rPr>
        <w:t>Contribution) …</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1437C9">
        <w:rPr>
          <w:rFonts w:asciiTheme="minorBidi" w:hAnsiTheme="minorBidi"/>
          <w:b/>
          <w:bCs/>
        </w:rPr>
        <w:t>29</w:t>
      </w:r>
    </w:p>
    <w:p w14:paraId="74005C44" w14:textId="39F2A330" w:rsidR="00F1430D" w:rsidRPr="00BB38EB" w:rsidRDefault="00F1430D" w:rsidP="00764DEB">
      <w:pPr>
        <w:rPr>
          <w:rFonts w:asciiTheme="minorBidi" w:hAnsiTheme="minorBidi"/>
          <w:b/>
          <w:bCs/>
        </w:rPr>
      </w:pPr>
      <w:r w:rsidRPr="00BB38EB">
        <w:rPr>
          <w:rFonts w:asciiTheme="minorBidi" w:hAnsiTheme="minorBidi"/>
          <w:b/>
          <w:bCs/>
        </w:rPr>
        <w:t>3.13 Security Decision Engine…………………………</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3F152D" w:rsidRPr="00BB38EB">
        <w:rPr>
          <w:rFonts w:asciiTheme="minorBidi" w:hAnsiTheme="minorBidi"/>
          <w:b/>
          <w:bCs/>
        </w:rPr>
        <w:t>3</w:t>
      </w:r>
      <w:r w:rsidR="001437C9">
        <w:rPr>
          <w:rFonts w:asciiTheme="minorBidi" w:hAnsiTheme="minorBidi"/>
          <w:b/>
          <w:bCs/>
        </w:rPr>
        <w:t>0</w:t>
      </w:r>
    </w:p>
    <w:p w14:paraId="4BE1868F" w14:textId="7D61B870" w:rsidR="00897A69" w:rsidRDefault="00F1430D" w:rsidP="00897A69">
      <w:pPr>
        <w:rPr>
          <w:rFonts w:asciiTheme="minorBidi" w:hAnsiTheme="minorBidi"/>
          <w:b/>
          <w:bCs/>
        </w:rPr>
      </w:pPr>
      <w:r w:rsidRPr="00BB38EB">
        <w:rPr>
          <w:rFonts w:asciiTheme="minorBidi" w:hAnsiTheme="minorBidi"/>
          <w:b/>
          <w:bCs/>
        </w:rPr>
        <w:t>3.14 Evaluation Metrics……………………</w:t>
      </w:r>
      <w:r w:rsidR="00E762E6" w:rsidRPr="00BB38EB">
        <w:rPr>
          <w:rFonts w:asciiTheme="minorBidi" w:hAnsiTheme="minorBidi"/>
          <w:b/>
          <w:bCs/>
        </w:rPr>
        <w:t>……</w:t>
      </w:r>
      <w:proofErr w:type="gramStart"/>
      <w:r w:rsidR="00E762E6" w:rsidRPr="00BB38EB">
        <w:rPr>
          <w:rFonts w:asciiTheme="minorBidi" w:hAnsiTheme="minorBidi"/>
          <w:b/>
          <w:bCs/>
        </w:rPr>
        <w:t>…..</w:t>
      </w:r>
      <w:proofErr w:type="gramEnd"/>
      <w:r w:rsidRPr="00BB38EB">
        <w:rPr>
          <w:rFonts w:asciiTheme="minorBidi" w:hAnsiTheme="minorBidi"/>
          <w:b/>
          <w:bCs/>
        </w:rPr>
        <w:t>…………………</w:t>
      </w:r>
      <w:proofErr w:type="gramStart"/>
      <w:r w:rsidR="00014F69">
        <w:rPr>
          <w:rFonts w:asciiTheme="minorBidi" w:hAnsiTheme="minorBidi"/>
          <w:b/>
          <w:bCs/>
        </w:rPr>
        <w:t>…..</w:t>
      </w:r>
      <w:proofErr w:type="gramEnd"/>
      <w:r w:rsidRPr="00BB38EB">
        <w:rPr>
          <w:rFonts w:asciiTheme="minorBidi" w:hAnsiTheme="minorBidi"/>
          <w:b/>
          <w:bCs/>
        </w:rPr>
        <w:t>…………………………</w:t>
      </w:r>
      <w:r w:rsidR="003F152D" w:rsidRPr="00BB38EB">
        <w:rPr>
          <w:rFonts w:asciiTheme="minorBidi" w:hAnsiTheme="minorBidi"/>
          <w:b/>
          <w:bCs/>
        </w:rPr>
        <w:t>3</w:t>
      </w:r>
      <w:r w:rsidR="001437C9">
        <w:rPr>
          <w:rFonts w:asciiTheme="minorBidi" w:hAnsiTheme="minorBidi"/>
          <w:b/>
          <w:bCs/>
        </w:rPr>
        <w:t>1</w:t>
      </w:r>
    </w:p>
    <w:p w14:paraId="35CDB827" w14:textId="17C4A5B3" w:rsidR="00F1430D" w:rsidRPr="00BB38EB" w:rsidRDefault="00F1430D" w:rsidP="00897A69">
      <w:pPr>
        <w:rPr>
          <w:rFonts w:asciiTheme="minorBidi" w:hAnsiTheme="minorBidi"/>
          <w:b/>
          <w:bCs/>
        </w:rPr>
      </w:pPr>
      <w:r w:rsidRPr="00BB38EB">
        <w:rPr>
          <w:rFonts w:asciiTheme="minorBidi" w:hAnsiTheme="minorBidi"/>
          <w:b/>
          <w:bCs/>
        </w:rPr>
        <w:t xml:space="preserve"> 14.1 Accuracy…………………………………</w:t>
      </w:r>
      <w:r w:rsidR="00E762E6" w:rsidRPr="00BB38EB">
        <w:rPr>
          <w:rFonts w:asciiTheme="minorBidi" w:hAnsiTheme="minorBidi"/>
          <w:b/>
          <w:bCs/>
        </w:rPr>
        <w:t>……………… ……</w:t>
      </w:r>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3F152D" w:rsidRPr="00BB38EB">
        <w:rPr>
          <w:rFonts w:asciiTheme="minorBidi" w:hAnsiTheme="minorBidi"/>
          <w:b/>
          <w:bCs/>
        </w:rPr>
        <w:t>3</w:t>
      </w:r>
      <w:r w:rsidR="001437C9">
        <w:rPr>
          <w:rFonts w:asciiTheme="minorBidi" w:hAnsiTheme="minorBidi"/>
          <w:b/>
          <w:bCs/>
        </w:rPr>
        <w:t>1</w:t>
      </w:r>
    </w:p>
    <w:p w14:paraId="4364204C" w14:textId="32E1C346" w:rsidR="000425E0" w:rsidRPr="00BB38EB" w:rsidRDefault="00F1430D" w:rsidP="00764DEB">
      <w:pPr>
        <w:rPr>
          <w:rFonts w:asciiTheme="minorBidi" w:hAnsiTheme="minorBidi"/>
          <w:b/>
          <w:bCs/>
        </w:rPr>
      </w:pPr>
      <w:r w:rsidRPr="00BB38EB">
        <w:rPr>
          <w:rFonts w:asciiTheme="minorBidi" w:hAnsiTheme="minorBidi"/>
          <w:b/>
          <w:bCs/>
        </w:rPr>
        <w:t>14.2 Precision, Recall, F1-score…………………</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1437C9">
        <w:rPr>
          <w:rFonts w:asciiTheme="minorBidi" w:hAnsiTheme="minorBidi"/>
          <w:b/>
          <w:bCs/>
        </w:rPr>
        <w:t>32</w:t>
      </w:r>
    </w:p>
    <w:p w14:paraId="0183AFCB" w14:textId="2372AEF7" w:rsidR="00306A11" w:rsidRPr="00BB38EB" w:rsidRDefault="00306A11" w:rsidP="00764DEB">
      <w:pPr>
        <w:rPr>
          <w:rFonts w:asciiTheme="minorBidi" w:hAnsiTheme="minorBidi"/>
          <w:b/>
          <w:bCs/>
        </w:rPr>
      </w:pPr>
      <w:r w:rsidRPr="00BB38EB">
        <w:rPr>
          <w:rFonts w:asciiTheme="minorBidi" w:hAnsiTheme="minorBidi"/>
          <w:b/>
          <w:bCs/>
        </w:rPr>
        <w:t>Chapter 4: Results and Discussion</w:t>
      </w:r>
      <w:r w:rsidR="00A83FB3" w:rsidRPr="00BB38EB">
        <w:rPr>
          <w:rFonts w:asciiTheme="minorBidi" w:hAnsiTheme="minorBidi"/>
          <w:b/>
          <w:bCs/>
        </w:rPr>
        <w:t xml:space="preserve"> …………………………</w:t>
      </w:r>
      <w:r w:rsidR="00C60EE1">
        <w:rPr>
          <w:rFonts w:asciiTheme="minorBidi" w:hAnsiTheme="minorBidi"/>
          <w:b/>
          <w:bCs/>
        </w:rPr>
        <w:t>.</w:t>
      </w:r>
      <w:r w:rsidR="00A83FB3" w:rsidRPr="00BB38EB">
        <w:rPr>
          <w:rFonts w:asciiTheme="minorBidi" w:hAnsiTheme="minorBidi"/>
          <w:b/>
          <w:bCs/>
        </w:rPr>
        <w:t>…………………</w:t>
      </w:r>
      <w:r w:rsidR="00014F69">
        <w:rPr>
          <w:rFonts w:asciiTheme="minorBidi" w:hAnsiTheme="minorBidi"/>
          <w:b/>
          <w:bCs/>
        </w:rPr>
        <w:t>…</w:t>
      </w:r>
      <w:r w:rsidR="00A83FB3" w:rsidRPr="00BB38EB">
        <w:rPr>
          <w:rFonts w:asciiTheme="minorBidi" w:hAnsiTheme="minorBidi"/>
          <w:b/>
          <w:bCs/>
        </w:rPr>
        <w:t>………</w:t>
      </w:r>
      <w:r w:rsidR="00E762E6" w:rsidRPr="00BB38EB">
        <w:rPr>
          <w:rFonts w:asciiTheme="minorBidi" w:hAnsiTheme="minorBidi"/>
          <w:b/>
          <w:bCs/>
        </w:rPr>
        <w:t>.</w:t>
      </w:r>
      <w:r w:rsidR="00A83FB3" w:rsidRPr="00BB38EB">
        <w:rPr>
          <w:rFonts w:asciiTheme="minorBidi" w:hAnsiTheme="minorBidi"/>
          <w:b/>
          <w:bCs/>
        </w:rPr>
        <w:t>…</w:t>
      </w:r>
      <w:r w:rsidR="00E762E6" w:rsidRPr="00BB38EB">
        <w:rPr>
          <w:rFonts w:asciiTheme="minorBidi" w:hAnsiTheme="minorBidi"/>
          <w:b/>
          <w:bCs/>
        </w:rPr>
        <w:t>…...</w:t>
      </w:r>
      <w:r w:rsidR="00C60EE1">
        <w:rPr>
          <w:rFonts w:asciiTheme="minorBidi" w:hAnsiTheme="minorBidi"/>
          <w:b/>
          <w:bCs/>
        </w:rPr>
        <w:t>33</w:t>
      </w:r>
    </w:p>
    <w:p w14:paraId="31361E08" w14:textId="3E822FDB" w:rsidR="006806D2" w:rsidRPr="00BB38EB" w:rsidRDefault="006806D2" w:rsidP="00764DEB">
      <w:pPr>
        <w:rPr>
          <w:rFonts w:asciiTheme="minorBidi" w:hAnsiTheme="minorBidi"/>
          <w:b/>
          <w:bCs/>
        </w:rPr>
      </w:pPr>
      <w:r w:rsidRPr="00BB38EB">
        <w:rPr>
          <w:rFonts w:asciiTheme="minorBidi" w:hAnsiTheme="minorBidi"/>
          <w:b/>
          <w:bCs/>
        </w:rPr>
        <w:t>4.1 Model Performance………………</w:t>
      </w:r>
      <w:r w:rsidR="00E762E6" w:rsidRPr="00BB38EB">
        <w:rPr>
          <w:rFonts w:asciiTheme="minorBidi" w:hAnsiTheme="minorBidi"/>
          <w:b/>
          <w:bCs/>
        </w:rPr>
        <w:t>………….</w:t>
      </w:r>
      <w:r w:rsidRPr="00BB38EB">
        <w:rPr>
          <w:rFonts w:asciiTheme="minorBidi" w:hAnsiTheme="minorBidi"/>
          <w:b/>
          <w:bCs/>
        </w:rPr>
        <w:t>……</w:t>
      </w:r>
      <w:r w:rsidR="00C60EE1">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00C60EE1">
        <w:rPr>
          <w:rFonts w:asciiTheme="minorBidi" w:hAnsiTheme="minorBidi"/>
          <w:b/>
          <w:bCs/>
        </w:rPr>
        <w:t>33</w:t>
      </w:r>
    </w:p>
    <w:p w14:paraId="042AE410" w14:textId="02E5C302" w:rsidR="006806D2" w:rsidRPr="00BB38EB" w:rsidRDefault="006806D2" w:rsidP="00764DEB">
      <w:pPr>
        <w:rPr>
          <w:rFonts w:asciiTheme="minorBidi" w:hAnsiTheme="minorBidi"/>
          <w:b/>
          <w:bCs/>
        </w:rPr>
      </w:pPr>
      <w:r w:rsidRPr="00BB38EB">
        <w:rPr>
          <w:rFonts w:asciiTheme="minorBidi" w:hAnsiTheme="minorBidi"/>
          <w:b/>
          <w:bCs/>
        </w:rPr>
        <w:t>4.2 Key Findings…………………</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00C60EE1">
        <w:rPr>
          <w:rFonts w:asciiTheme="minorBidi" w:hAnsiTheme="minorBidi"/>
          <w:b/>
          <w:bCs/>
        </w:rPr>
        <w:t>33</w:t>
      </w:r>
    </w:p>
    <w:p w14:paraId="7C7BF467" w14:textId="1BA0D8A1" w:rsidR="006806D2" w:rsidRPr="00BB38EB" w:rsidRDefault="006806D2" w:rsidP="00764DEB">
      <w:pPr>
        <w:rPr>
          <w:rFonts w:asciiTheme="minorBidi" w:hAnsiTheme="minorBidi"/>
          <w:b/>
          <w:bCs/>
        </w:rPr>
      </w:pPr>
      <w:r w:rsidRPr="00BB38EB">
        <w:rPr>
          <w:rFonts w:asciiTheme="minorBidi" w:hAnsiTheme="minorBidi"/>
          <w:b/>
          <w:bCs/>
        </w:rPr>
        <w:t>4.3 Security Actions Analysis</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00C60EE1">
        <w:rPr>
          <w:rFonts w:asciiTheme="minorBidi" w:hAnsiTheme="minorBidi"/>
          <w:b/>
          <w:bCs/>
        </w:rPr>
        <w:t>34</w:t>
      </w:r>
    </w:p>
    <w:p w14:paraId="3A5C1545" w14:textId="12355C98" w:rsidR="006806D2" w:rsidRPr="00BB38EB" w:rsidRDefault="006806D2" w:rsidP="00764DEB">
      <w:pPr>
        <w:rPr>
          <w:rFonts w:asciiTheme="minorBidi" w:hAnsiTheme="minorBidi"/>
          <w:b/>
          <w:bCs/>
        </w:rPr>
      </w:pPr>
      <w:r w:rsidRPr="00BB38EB">
        <w:rPr>
          <w:rFonts w:asciiTheme="minorBidi" w:hAnsiTheme="minorBidi"/>
          <w:b/>
          <w:bCs/>
        </w:rPr>
        <w:t xml:space="preserve">4.4 Impact of Risk Scoring (Core </w:t>
      </w:r>
      <w:r w:rsidR="00E762E6" w:rsidRPr="00BB38EB">
        <w:rPr>
          <w:rFonts w:asciiTheme="minorBidi" w:hAnsiTheme="minorBidi"/>
          <w:b/>
          <w:bCs/>
        </w:rPr>
        <w:t>Contribution) …</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00C60EE1">
        <w:rPr>
          <w:rFonts w:asciiTheme="minorBidi" w:hAnsiTheme="minorBidi"/>
          <w:b/>
          <w:bCs/>
        </w:rPr>
        <w:t>34</w:t>
      </w:r>
    </w:p>
    <w:p w14:paraId="4030240F" w14:textId="5BC3733A" w:rsidR="006806D2" w:rsidRPr="00BB38EB" w:rsidRDefault="006806D2" w:rsidP="00764DEB">
      <w:pPr>
        <w:rPr>
          <w:rFonts w:asciiTheme="minorBidi" w:hAnsiTheme="minorBidi"/>
          <w:b/>
          <w:bCs/>
        </w:rPr>
      </w:pPr>
      <w:r w:rsidRPr="00BB38EB">
        <w:rPr>
          <w:rFonts w:asciiTheme="minorBidi" w:hAnsiTheme="minorBidi"/>
          <w:b/>
          <w:bCs/>
        </w:rPr>
        <w:t>4.5 Discussion…………………</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r w:rsidR="00E762E6" w:rsidRPr="00BB38EB">
        <w:rPr>
          <w:rFonts w:asciiTheme="minorBidi" w:hAnsiTheme="minorBidi"/>
          <w:b/>
          <w:bCs/>
        </w:rPr>
        <w:t>…...</w:t>
      </w:r>
      <w:r w:rsidR="001437C9">
        <w:rPr>
          <w:rFonts w:asciiTheme="minorBidi" w:hAnsiTheme="minorBidi"/>
          <w:b/>
          <w:bCs/>
        </w:rPr>
        <w:t>34</w:t>
      </w:r>
    </w:p>
    <w:p w14:paraId="532A422C" w14:textId="41740344" w:rsidR="009C4811" w:rsidRPr="00BB38EB" w:rsidRDefault="00306A11" w:rsidP="00764DEB">
      <w:pPr>
        <w:rPr>
          <w:rFonts w:asciiTheme="minorBidi" w:hAnsiTheme="minorBidi"/>
          <w:b/>
          <w:bCs/>
        </w:rPr>
      </w:pPr>
      <w:r w:rsidRPr="00BB38EB">
        <w:rPr>
          <w:rFonts w:asciiTheme="minorBidi" w:hAnsiTheme="minorBidi"/>
          <w:b/>
          <w:bCs/>
        </w:rPr>
        <w:t>Chapter 5: Conclusion and Future Work</w:t>
      </w:r>
      <w:r w:rsidR="00A83FB3" w:rsidRPr="00BB38EB">
        <w:rPr>
          <w:rFonts w:asciiTheme="minorBidi" w:hAnsiTheme="minorBidi"/>
          <w:b/>
          <w:bCs/>
        </w:rPr>
        <w:t xml:space="preserve"> …………………………………</w:t>
      </w:r>
      <w:proofErr w:type="gramStart"/>
      <w:r w:rsidR="00A83FB3" w:rsidRPr="00BB38EB">
        <w:rPr>
          <w:rFonts w:asciiTheme="minorBidi" w:hAnsiTheme="minorBidi"/>
          <w:b/>
          <w:bCs/>
        </w:rPr>
        <w:t>…</w:t>
      </w:r>
      <w:r w:rsidR="00014F69">
        <w:rPr>
          <w:rFonts w:asciiTheme="minorBidi" w:hAnsiTheme="minorBidi"/>
          <w:b/>
          <w:bCs/>
        </w:rPr>
        <w:t>..</w:t>
      </w:r>
      <w:proofErr w:type="gramEnd"/>
      <w:r w:rsidR="00A83FB3" w:rsidRPr="00BB38EB">
        <w:rPr>
          <w:rFonts w:asciiTheme="minorBidi" w:hAnsiTheme="minorBidi"/>
          <w:b/>
          <w:bCs/>
        </w:rPr>
        <w:t>…</w:t>
      </w:r>
      <w:r w:rsidR="00014F69">
        <w:rPr>
          <w:rFonts w:asciiTheme="minorBidi" w:hAnsiTheme="minorBidi"/>
          <w:b/>
          <w:bCs/>
        </w:rPr>
        <w:t>.</w:t>
      </w:r>
      <w:r w:rsidR="00A83FB3" w:rsidRPr="00BB38EB">
        <w:rPr>
          <w:rFonts w:asciiTheme="minorBidi" w:hAnsiTheme="minorBidi"/>
          <w:b/>
          <w:bCs/>
        </w:rPr>
        <w:t>……………….</w:t>
      </w:r>
      <w:r w:rsidR="001437C9">
        <w:rPr>
          <w:rFonts w:asciiTheme="minorBidi" w:hAnsiTheme="minorBidi"/>
          <w:b/>
          <w:bCs/>
        </w:rPr>
        <w:t>36</w:t>
      </w:r>
    </w:p>
    <w:p w14:paraId="688DBAC2" w14:textId="6FE010DE" w:rsidR="006806D2" w:rsidRPr="00BB38EB" w:rsidRDefault="006806D2" w:rsidP="00764DEB">
      <w:pPr>
        <w:rPr>
          <w:rFonts w:asciiTheme="minorBidi" w:hAnsiTheme="minorBidi"/>
          <w:b/>
          <w:bCs/>
        </w:rPr>
      </w:pPr>
      <w:r w:rsidRPr="00BB38EB">
        <w:rPr>
          <w:rFonts w:asciiTheme="minorBidi" w:hAnsiTheme="minorBidi"/>
          <w:b/>
          <w:bCs/>
        </w:rPr>
        <w:t>5.1 Conclusion………………</w:t>
      </w:r>
      <w:r w:rsidR="00E762E6" w:rsidRPr="00BB38EB">
        <w:rPr>
          <w:rFonts w:asciiTheme="minorBidi" w:hAnsiTheme="minorBidi"/>
          <w:b/>
          <w:bCs/>
        </w:rPr>
        <w:t>…………………...…...</w:t>
      </w:r>
      <w:r w:rsidRPr="00BB38EB">
        <w:rPr>
          <w:rFonts w:asciiTheme="minorBidi" w:hAnsiTheme="minorBidi"/>
          <w:b/>
          <w:bCs/>
        </w:rPr>
        <w:t>…………………………</w:t>
      </w:r>
      <w:r w:rsidR="00014F69">
        <w:rPr>
          <w:rFonts w:asciiTheme="minorBidi" w:hAnsiTheme="minorBidi"/>
          <w:b/>
          <w:bCs/>
        </w:rPr>
        <w:t>.…</w:t>
      </w:r>
      <w:r w:rsidRPr="00BB38EB">
        <w:rPr>
          <w:rFonts w:asciiTheme="minorBidi" w:hAnsiTheme="minorBidi"/>
          <w:b/>
          <w:bCs/>
        </w:rPr>
        <w:t>………………….</w:t>
      </w:r>
      <w:r w:rsidR="001437C9">
        <w:rPr>
          <w:rFonts w:asciiTheme="minorBidi" w:hAnsiTheme="minorBidi"/>
          <w:b/>
          <w:bCs/>
        </w:rPr>
        <w:t>36</w:t>
      </w:r>
    </w:p>
    <w:p w14:paraId="20428D61" w14:textId="7BCB3E2F" w:rsidR="006806D2" w:rsidRPr="00BB38EB" w:rsidRDefault="006806D2" w:rsidP="00764DEB">
      <w:pPr>
        <w:rPr>
          <w:rFonts w:asciiTheme="minorBidi" w:hAnsiTheme="minorBidi"/>
          <w:b/>
          <w:bCs/>
        </w:rPr>
      </w:pPr>
      <w:r w:rsidRPr="00BB38EB">
        <w:rPr>
          <w:rFonts w:asciiTheme="minorBidi" w:hAnsiTheme="minorBidi"/>
          <w:b/>
          <w:bCs/>
        </w:rPr>
        <w:t>5.2 Key Contributions………</w:t>
      </w:r>
      <w:r w:rsidR="00E762E6" w:rsidRPr="00BB38EB">
        <w:rPr>
          <w:rFonts w:asciiTheme="minorBidi" w:hAnsiTheme="minorBidi"/>
          <w:b/>
          <w:bCs/>
        </w:rPr>
        <w:t>…………</w:t>
      </w:r>
      <w:proofErr w:type="gramStart"/>
      <w:r w:rsidR="00E762E6" w:rsidRPr="00BB38EB">
        <w:rPr>
          <w:rFonts w:asciiTheme="minorBidi" w:hAnsiTheme="minorBidi"/>
          <w:b/>
          <w:bCs/>
        </w:rPr>
        <w:t>…..</w:t>
      </w:r>
      <w:proofErr w:type="gramEnd"/>
      <w:r w:rsidRPr="00BB38EB">
        <w:rPr>
          <w:rFonts w:asciiTheme="minorBidi" w:hAnsiTheme="minorBidi"/>
          <w:b/>
          <w:bCs/>
        </w:rPr>
        <w:t>…………………</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proofErr w:type="gramStart"/>
      <w:r w:rsidRPr="00BB38EB">
        <w:rPr>
          <w:rFonts w:asciiTheme="minorBidi" w:hAnsiTheme="minorBidi"/>
          <w:b/>
          <w:bCs/>
        </w:rPr>
        <w:t>…</w:t>
      </w:r>
      <w:r w:rsidR="00014F69">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37</w:t>
      </w:r>
    </w:p>
    <w:p w14:paraId="3436811B" w14:textId="045249AE" w:rsidR="006806D2" w:rsidRPr="00BB38EB" w:rsidRDefault="006806D2" w:rsidP="00764DEB">
      <w:pPr>
        <w:rPr>
          <w:rFonts w:asciiTheme="minorBidi" w:hAnsiTheme="minorBidi"/>
          <w:b/>
          <w:bCs/>
        </w:rPr>
      </w:pPr>
      <w:r w:rsidRPr="00BB38EB">
        <w:rPr>
          <w:rFonts w:asciiTheme="minorBidi" w:hAnsiTheme="minorBidi"/>
          <w:b/>
          <w:bCs/>
        </w:rPr>
        <w:t xml:space="preserve"> 5.3 Future Work……</w:t>
      </w:r>
      <w:r w:rsidR="00E762E6" w:rsidRPr="00BB38EB">
        <w:rPr>
          <w:rFonts w:asciiTheme="minorBidi" w:hAnsiTheme="minorBidi"/>
          <w:b/>
          <w:bCs/>
        </w:rPr>
        <w:t>……………………</w:t>
      </w:r>
      <w:r w:rsidR="00897A69">
        <w:rPr>
          <w:rFonts w:asciiTheme="minorBidi" w:hAnsiTheme="minorBidi"/>
          <w:b/>
          <w:bCs/>
        </w:rPr>
        <w:t>...</w:t>
      </w:r>
      <w:r w:rsidR="00E762E6" w:rsidRPr="00BB38EB">
        <w:rPr>
          <w:rFonts w:asciiTheme="minorBidi" w:hAnsiTheme="minorBidi"/>
          <w:b/>
          <w:bCs/>
        </w:rPr>
        <w:t>………...</w:t>
      </w:r>
      <w:r w:rsidRPr="00BB38EB">
        <w:rPr>
          <w:rFonts w:asciiTheme="minorBidi" w:hAnsiTheme="minorBidi"/>
          <w:b/>
          <w:bCs/>
        </w:rPr>
        <w:t>……………………</w:t>
      </w:r>
      <w:proofErr w:type="gramStart"/>
      <w:r w:rsidRPr="00BB38EB">
        <w:rPr>
          <w:rFonts w:asciiTheme="minorBidi" w:hAnsiTheme="minorBidi"/>
          <w:b/>
          <w:bCs/>
        </w:rPr>
        <w:t>…</w:t>
      </w:r>
      <w:r w:rsidR="00E762E6" w:rsidRPr="00BB38EB">
        <w:rPr>
          <w:rFonts w:asciiTheme="minorBidi" w:hAnsiTheme="minorBidi"/>
          <w:b/>
          <w:bCs/>
        </w:rPr>
        <w:t>..</w:t>
      </w:r>
      <w:proofErr w:type="gramEnd"/>
      <w:r w:rsidRPr="00BB38EB">
        <w:rPr>
          <w:rFonts w:asciiTheme="minorBidi" w:hAnsiTheme="minorBidi"/>
          <w:b/>
          <w:bCs/>
        </w:rPr>
        <w:t>……………………….</w:t>
      </w:r>
      <w:r w:rsidR="00014F69">
        <w:rPr>
          <w:rFonts w:asciiTheme="minorBidi" w:hAnsiTheme="minorBidi"/>
          <w:b/>
          <w:bCs/>
        </w:rPr>
        <w:t>37</w:t>
      </w:r>
    </w:p>
    <w:p w14:paraId="58F9D180" w14:textId="61A8E127" w:rsidR="00306A11" w:rsidRPr="00BB38EB" w:rsidRDefault="00306A11" w:rsidP="00764DEB">
      <w:pPr>
        <w:rPr>
          <w:rFonts w:asciiTheme="minorBidi" w:hAnsiTheme="minorBidi"/>
          <w:b/>
          <w:bCs/>
          <w:sz w:val="24"/>
          <w:szCs w:val="24"/>
        </w:rPr>
      </w:pPr>
      <w:r w:rsidRPr="00BB38EB">
        <w:rPr>
          <w:rFonts w:asciiTheme="minorBidi" w:hAnsiTheme="minorBidi"/>
          <w:b/>
          <w:bCs/>
        </w:rPr>
        <w:t>References</w:t>
      </w:r>
      <w:r w:rsidR="00A83FB3" w:rsidRPr="00BB38EB">
        <w:rPr>
          <w:rFonts w:asciiTheme="minorBidi" w:hAnsiTheme="minorBidi"/>
          <w:b/>
          <w:bCs/>
        </w:rPr>
        <w:t>…………………………</w:t>
      </w:r>
      <w:r w:rsidR="00897A69">
        <w:rPr>
          <w:rFonts w:asciiTheme="minorBidi" w:hAnsiTheme="minorBidi"/>
          <w:b/>
          <w:bCs/>
        </w:rPr>
        <w:t>.</w:t>
      </w:r>
      <w:r w:rsidR="00A83FB3" w:rsidRPr="00BB38EB">
        <w:rPr>
          <w:rFonts w:asciiTheme="minorBidi" w:hAnsiTheme="minorBidi"/>
          <w:b/>
          <w:bCs/>
        </w:rPr>
        <w:t>………………………………………………………………</w:t>
      </w:r>
      <w:proofErr w:type="gramStart"/>
      <w:r w:rsidR="00A83FB3" w:rsidRPr="00BB38EB">
        <w:rPr>
          <w:rFonts w:asciiTheme="minorBidi" w:hAnsiTheme="minorBidi"/>
          <w:b/>
          <w:bCs/>
        </w:rPr>
        <w:t>…..</w:t>
      </w:r>
      <w:proofErr w:type="gramEnd"/>
      <w:r w:rsidR="00014F69">
        <w:rPr>
          <w:rFonts w:asciiTheme="minorBidi" w:hAnsiTheme="minorBidi"/>
          <w:b/>
          <w:bCs/>
        </w:rPr>
        <w:t>38</w:t>
      </w:r>
    </w:p>
    <w:p w14:paraId="08097F3F" w14:textId="77777777" w:rsidR="00306A11" w:rsidRPr="00BB38EB" w:rsidRDefault="00306A11" w:rsidP="00EA74FF">
      <w:pPr>
        <w:jc w:val="center"/>
        <w:rPr>
          <w:rFonts w:asciiTheme="minorBidi" w:hAnsiTheme="minorBidi"/>
          <w:sz w:val="32"/>
          <w:szCs w:val="32"/>
        </w:rPr>
      </w:pPr>
    </w:p>
    <w:p w14:paraId="2F039580" w14:textId="77777777" w:rsidR="001002A9" w:rsidRDefault="001002A9" w:rsidP="00EA74FF">
      <w:pPr>
        <w:jc w:val="center"/>
        <w:rPr>
          <w:rFonts w:asciiTheme="minorBidi" w:hAnsiTheme="minorBidi"/>
          <w:sz w:val="28"/>
          <w:szCs w:val="28"/>
        </w:rPr>
      </w:pPr>
    </w:p>
    <w:p w14:paraId="10ED79B0" w14:textId="77777777" w:rsidR="00897A69" w:rsidRDefault="00897A69" w:rsidP="00EA74FF">
      <w:pPr>
        <w:jc w:val="center"/>
        <w:rPr>
          <w:rFonts w:asciiTheme="minorBidi" w:hAnsiTheme="minorBidi"/>
          <w:sz w:val="28"/>
          <w:szCs w:val="28"/>
        </w:rPr>
      </w:pPr>
    </w:p>
    <w:p w14:paraId="2B3401CC" w14:textId="77777777" w:rsidR="00897A69" w:rsidRPr="00BB38EB" w:rsidRDefault="00897A69" w:rsidP="00EA74FF">
      <w:pPr>
        <w:jc w:val="center"/>
        <w:rPr>
          <w:rFonts w:asciiTheme="minorBidi" w:hAnsiTheme="minorBidi"/>
          <w:sz w:val="28"/>
          <w:szCs w:val="28"/>
        </w:rPr>
      </w:pPr>
    </w:p>
    <w:p w14:paraId="326006D0" w14:textId="2AB6C65D" w:rsidR="00246DAE" w:rsidRPr="00BB38EB" w:rsidRDefault="00246DAE" w:rsidP="00897A69">
      <w:pPr>
        <w:pStyle w:val="1"/>
        <w:rPr>
          <w:rFonts w:asciiTheme="minorBidi" w:hAnsiTheme="minorBidi" w:cstheme="minorBidi"/>
          <w:color w:val="auto"/>
          <w:sz w:val="36"/>
          <w:szCs w:val="36"/>
        </w:rPr>
      </w:pPr>
      <w:r w:rsidRPr="00BB38EB">
        <w:rPr>
          <w:rFonts w:asciiTheme="minorBidi" w:hAnsiTheme="minorBidi" w:cstheme="minorBidi"/>
          <w:color w:val="auto"/>
          <w:sz w:val="36"/>
          <w:szCs w:val="36"/>
        </w:rPr>
        <w:lastRenderedPageBreak/>
        <w:t>Abstract</w:t>
      </w:r>
    </w:p>
    <w:p w14:paraId="28F238CC" w14:textId="77777777" w:rsidR="00246DAE" w:rsidRPr="00BB38EB" w:rsidRDefault="00246DAE" w:rsidP="00EA74FF">
      <w:pPr>
        <w:jc w:val="center"/>
        <w:rPr>
          <w:rFonts w:asciiTheme="minorBidi" w:hAnsiTheme="minorBidi"/>
          <w:sz w:val="32"/>
          <w:szCs w:val="32"/>
        </w:rPr>
      </w:pPr>
    </w:p>
    <w:p w14:paraId="1DA7AED4" w14:textId="77DA2481" w:rsidR="00B519FE" w:rsidRPr="00897A69" w:rsidRDefault="00B519FE" w:rsidP="00897A69">
      <w:pPr>
        <w:rPr>
          <w:rFonts w:asciiTheme="minorBidi" w:hAnsiTheme="minorBidi"/>
          <w:sz w:val="28"/>
          <w:szCs w:val="28"/>
        </w:rPr>
      </w:pPr>
      <w:r w:rsidRPr="00897A69">
        <w:rPr>
          <w:rFonts w:asciiTheme="minorBidi" w:hAnsiTheme="minorBidi"/>
          <w:sz w:val="28"/>
          <w:szCs w:val="28"/>
        </w:rPr>
        <w:t xml:space="preserve">The identity and access management protection system in </w:t>
      </w:r>
      <w:r w:rsidR="00DD079B" w:rsidRPr="00897A69">
        <w:rPr>
          <w:rFonts w:asciiTheme="minorBidi" w:hAnsiTheme="minorBidi"/>
          <w:sz w:val="28"/>
          <w:szCs w:val="28"/>
        </w:rPr>
        <w:t>the current era</w:t>
      </w:r>
      <w:r w:rsidRPr="00897A69">
        <w:rPr>
          <w:rFonts w:asciiTheme="minorBidi" w:hAnsiTheme="minorBidi"/>
          <w:sz w:val="28"/>
          <w:szCs w:val="28"/>
        </w:rPr>
        <w:t xml:space="preserve"> is one of the most important factors that call for the development of an AI-powered system to detect cyber threats to protect against hacks and data leakage such as personal, financial and other sensitive data.</w:t>
      </w:r>
    </w:p>
    <w:p w14:paraId="4F2E51C8" w14:textId="453823A5" w:rsidR="00B519FE" w:rsidRPr="00897A69" w:rsidRDefault="00B519FE" w:rsidP="00897A69">
      <w:pPr>
        <w:rPr>
          <w:rFonts w:asciiTheme="minorBidi" w:hAnsiTheme="minorBidi"/>
          <w:sz w:val="28"/>
          <w:szCs w:val="28"/>
        </w:rPr>
      </w:pPr>
      <w:r w:rsidRPr="00897A69">
        <w:rPr>
          <w:rFonts w:asciiTheme="minorBidi" w:hAnsiTheme="minorBidi"/>
          <w:sz w:val="28"/>
          <w:szCs w:val="28"/>
        </w:rPr>
        <w:t>Traditional methods are no longer a glorious option for detecting such threats. The current development through the detection of threats through artificial intelligence is one of the main factors, due to the speed of response in record time and automatically, which facilitates the process of predictive analytics, and this is considered a key factor due to the increasing era of digital transformation, and here comes the role of artificial intelligence technologies to protect sensitive digital assets</w:t>
      </w:r>
      <w:r w:rsidR="00DD079B" w:rsidRPr="00897A69">
        <w:rPr>
          <w:rFonts w:asciiTheme="minorBidi" w:hAnsiTheme="minorBidi"/>
          <w:sz w:val="28"/>
          <w:szCs w:val="28"/>
        </w:rPr>
        <w:t>.</w:t>
      </w:r>
    </w:p>
    <w:p w14:paraId="3554347B" w14:textId="0ED6B20D" w:rsidR="005523C6" w:rsidRPr="00897A69" w:rsidRDefault="005523C6" w:rsidP="00897A69">
      <w:pPr>
        <w:rPr>
          <w:rFonts w:asciiTheme="minorBidi" w:hAnsiTheme="minorBidi"/>
          <w:sz w:val="28"/>
          <w:szCs w:val="28"/>
        </w:rPr>
      </w:pPr>
      <w:r w:rsidRPr="00897A69">
        <w:rPr>
          <w:rFonts w:asciiTheme="minorBidi" w:hAnsiTheme="minorBidi"/>
          <w:sz w:val="28"/>
          <w:szCs w:val="28"/>
        </w:rPr>
        <w:t xml:space="preserve">Identity and </w:t>
      </w:r>
      <w:r w:rsidR="000D7431" w:rsidRPr="00897A69">
        <w:rPr>
          <w:rFonts w:asciiTheme="minorBidi" w:hAnsiTheme="minorBidi"/>
          <w:sz w:val="28"/>
          <w:szCs w:val="28"/>
        </w:rPr>
        <w:t>access</w:t>
      </w:r>
      <w:r w:rsidRPr="00897A69">
        <w:rPr>
          <w:rFonts w:asciiTheme="minorBidi" w:hAnsiTheme="minorBidi"/>
          <w:sz w:val="28"/>
          <w:szCs w:val="28"/>
        </w:rPr>
        <w:t xml:space="preserve"> management systems </w:t>
      </w:r>
      <w:r w:rsidR="000D7431" w:rsidRPr="00897A69">
        <w:rPr>
          <w:rFonts w:asciiTheme="minorBidi" w:hAnsiTheme="minorBidi"/>
          <w:sz w:val="28"/>
          <w:szCs w:val="28"/>
        </w:rPr>
        <w:t>is o</w:t>
      </w:r>
      <w:r w:rsidRPr="00897A69">
        <w:rPr>
          <w:rFonts w:asciiTheme="minorBidi" w:hAnsiTheme="minorBidi"/>
          <w:sz w:val="28"/>
          <w:szCs w:val="28"/>
        </w:rPr>
        <w:t>ne of the most important basic data protection technologies, as they are considered the backbone of cybersecurity.</w:t>
      </w:r>
    </w:p>
    <w:p w14:paraId="7A6E24F4" w14:textId="77777777" w:rsidR="005523C6" w:rsidRPr="00897A69" w:rsidRDefault="005523C6" w:rsidP="00897A69">
      <w:pPr>
        <w:rPr>
          <w:rFonts w:asciiTheme="minorBidi" w:hAnsiTheme="minorBidi"/>
          <w:sz w:val="28"/>
          <w:szCs w:val="28"/>
        </w:rPr>
      </w:pPr>
      <w:r w:rsidRPr="00897A69">
        <w:rPr>
          <w:rFonts w:asciiTheme="minorBidi" w:hAnsiTheme="minorBidi"/>
          <w:sz w:val="28"/>
          <w:szCs w:val="28"/>
        </w:rPr>
        <w:t>The access permit is controlled by two-factor authentication, the number of suspected entry attempts, and the user's behavior.</w:t>
      </w:r>
    </w:p>
    <w:p w14:paraId="14140868" w14:textId="5F6E1F3E" w:rsidR="00687ACF" w:rsidRPr="00897A69" w:rsidRDefault="005523C6" w:rsidP="00897A69">
      <w:pPr>
        <w:rPr>
          <w:rFonts w:asciiTheme="minorBidi" w:hAnsiTheme="minorBidi"/>
          <w:sz w:val="28"/>
          <w:szCs w:val="28"/>
        </w:rPr>
      </w:pPr>
      <w:r w:rsidRPr="00897A69">
        <w:rPr>
          <w:rFonts w:asciiTheme="minorBidi" w:hAnsiTheme="minorBidi"/>
          <w:sz w:val="28"/>
          <w:szCs w:val="28"/>
        </w:rPr>
        <w:t>This is where artificial intelligence comes into play to detect cyber threats to address human errors through the use of tools that perform appropriate analytics and actions to ensure compliance with cybersecurity controls.</w:t>
      </w:r>
    </w:p>
    <w:p w14:paraId="31D6F800" w14:textId="77777777" w:rsidR="00E040A6" w:rsidRPr="00BB38EB" w:rsidRDefault="00E040A6" w:rsidP="00EA74FF">
      <w:pPr>
        <w:jc w:val="center"/>
        <w:rPr>
          <w:rFonts w:asciiTheme="minorBidi" w:hAnsiTheme="minorBidi"/>
          <w:sz w:val="32"/>
          <w:szCs w:val="32"/>
        </w:rPr>
      </w:pPr>
      <w:bookmarkStart w:id="1" w:name="_Hlk226807623"/>
    </w:p>
    <w:p w14:paraId="31DE0598" w14:textId="77777777" w:rsidR="00E040A6" w:rsidRPr="00BB38EB" w:rsidRDefault="00E040A6" w:rsidP="00EA74FF">
      <w:pPr>
        <w:jc w:val="center"/>
        <w:rPr>
          <w:rFonts w:asciiTheme="minorBidi" w:hAnsiTheme="minorBidi"/>
          <w:sz w:val="32"/>
          <w:szCs w:val="32"/>
        </w:rPr>
      </w:pPr>
    </w:p>
    <w:p w14:paraId="0C318367" w14:textId="77777777" w:rsidR="00E040A6" w:rsidRPr="00BB38EB" w:rsidRDefault="00E040A6" w:rsidP="00EA74FF">
      <w:pPr>
        <w:jc w:val="center"/>
        <w:rPr>
          <w:rFonts w:asciiTheme="minorBidi" w:hAnsiTheme="minorBidi"/>
          <w:sz w:val="32"/>
          <w:szCs w:val="32"/>
        </w:rPr>
      </w:pPr>
    </w:p>
    <w:p w14:paraId="7E4120EA" w14:textId="77777777" w:rsidR="00E040A6" w:rsidRPr="00BB38EB" w:rsidRDefault="00E040A6" w:rsidP="00EA74FF">
      <w:pPr>
        <w:jc w:val="center"/>
        <w:rPr>
          <w:rFonts w:asciiTheme="minorBidi" w:hAnsiTheme="minorBidi"/>
          <w:sz w:val="32"/>
          <w:szCs w:val="32"/>
        </w:rPr>
      </w:pPr>
    </w:p>
    <w:p w14:paraId="140899FC" w14:textId="77777777" w:rsidR="00E040A6" w:rsidRPr="00BB38EB" w:rsidRDefault="00E040A6" w:rsidP="00897A69">
      <w:pPr>
        <w:rPr>
          <w:rFonts w:asciiTheme="minorBidi" w:hAnsiTheme="minorBidi"/>
          <w:sz w:val="32"/>
          <w:szCs w:val="32"/>
        </w:rPr>
      </w:pPr>
    </w:p>
    <w:p w14:paraId="70714EC9" w14:textId="29081611" w:rsidR="00687ACF" w:rsidRPr="00BB38EB" w:rsidRDefault="00687ACF" w:rsidP="00897A69">
      <w:pPr>
        <w:rPr>
          <w:rFonts w:asciiTheme="minorBidi" w:hAnsiTheme="minorBidi"/>
          <w:b/>
          <w:bCs/>
          <w:sz w:val="32"/>
          <w:szCs w:val="32"/>
        </w:rPr>
      </w:pPr>
      <w:r w:rsidRPr="00BB38EB">
        <w:rPr>
          <w:rFonts w:asciiTheme="minorBidi" w:hAnsiTheme="minorBidi"/>
          <w:b/>
          <w:bCs/>
          <w:sz w:val="32"/>
          <w:szCs w:val="32"/>
        </w:rPr>
        <w:lastRenderedPageBreak/>
        <w:t>IAM Strategies for AI Security:</w:t>
      </w:r>
    </w:p>
    <w:bookmarkEnd w:id="1"/>
    <w:p w14:paraId="6A15052E" w14:textId="70826343" w:rsidR="003D3472" w:rsidRPr="00897A69" w:rsidRDefault="003D3472" w:rsidP="00897A69">
      <w:pPr>
        <w:rPr>
          <w:rFonts w:asciiTheme="minorBidi" w:hAnsiTheme="minorBidi"/>
          <w:sz w:val="32"/>
          <w:szCs w:val="32"/>
        </w:rPr>
      </w:pPr>
      <w:r w:rsidRPr="00897A69">
        <w:rPr>
          <w:rFonts w:asciiTheme="minorBidi" w:hAnsiTheme="minorBidi"/>
          <w:sz w:val="32"/>
          <w:szCs w:val="32"/>
        </w:rPr>
        <w:t>This strategy is comprehensive to mitigate and address cyber risks and threats through the use of artificial intelligence technologies that combine access management, authentication and governance.</w:t>
      </w:r>
    </w:p>
    <w:p w14:paraId="37B1FA4C" w14:textId="3D3337C8" w:rsidR="00E040A6" w:rsidRPr="00897A69" w:rsidRDefault="003D3472" w:rsidP="00897A69">
      <w:pPr>
        <w:rPr>
          <w:rFonts w:asciiTheme="minorBidi" w:hAnsiTheme="minorBidi"/>
          <w:b/>
          <w:bCs/>
          <w:sz w:val="32"/>
          <w:szCs w:val="32"/>
        </w:rPr>
      </w:pPr>
      <w:r w:rsidRPr="00897A69">
        <w:rPr>
          <w:rFonts w:asciiTheme="minorBidi" w:hAnsiTheme="minorBidi"/>
          <w:sz w:val="32"/>
          <w:szCs w:val="32"/>
        </w:rPr>
        <w:t>Through this strategy, organizations can build a strong and comprehensive foundation by integrating identity and authority management technologies with artificial intelligence by analyzing data in complex environments, ensuring a safe space from cyber threats.</w:t>
      </w:r>
    </w:p>
    <w:p w14:paraId="46C29AAE" w14:textId="70EFBA3C" w:rsidR="00E762E6" w:rsidRDefault="00F12936" w:rsidP="00EA74FF">
      <w:pPr>
        <w:jc w:val="center"/>
        <w:rPr>
          <w:rFonts w:asciiTheme="minorBidi" w:hAnsiTheme="minorBidi"/>
          <w:sz w:val="32"/>
          <w:szCs w:val="32"/>
        </w:rPr>
      </w:pPr>
      <w:r w:rsidRPr="00BB38EB">
        <w:rPr>
          <w:rFonts w:asciiTheme="minorBidi" w:hAnsiTheme="minorBidi"/>
          <w:noProof/>
        </w:rPr>
        <w:drawing>
          <wp:inline distT="0" distB="0" distL="0" distR="0" wp14:anchorId="674A92EA" wp14:editId="1FE33146">
            <wp:extent cx="3135086" cy="3040240"/>
            <wp:effectExtent l="0" t="0" r="8255" b="8255"/>
            <wp:docPr id="1918056758" name="صورة 1" descr="محتوى المقا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حتوى المقال"/>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7106" cy="3061593"/>
                    </a:xfrm>
                    <a:prstGeom prst="rect">
                      <a:avLst/>
                    </a:prstGeom>
                    <a:noFill/>
                    <a:ln>
                      <a:noFill/>
                    </a:ln>
                  </pic:spPr>
                </pic:pic>
              </a:graphicData>
            </a:graphic>
          </wp:inline>
        </w:drawing>
      </w:r>
    </w:p>
    <w:p w14:paraId="66F8DB06" w14:textId="3989FE8A" w:rsidR="00897A69" w:rsidRPr="003F36DF" w:rsidRDefault="003F36DF" w:rsidP="003F36DF">
      <w:pPr>
        <w:rPr>
          <w:rFonts w:asciiTheme="minorBidi" w:hAnsiTheme="minorBidi"/>
        </w:rPr>
      </w:pPr>
      <w:r>
        <w:rPr>
          <w:rFonts w:asciiTheme="minorBidi" w:hAnsiTheme="minorBidi"/>
        </w:rPr>
        <w:t xml:space="preserve">                                      </w:t>
      </w:r>
      <w:r w:rsidRPr="003F36DF">
        <w:rPr>
          <w:rFonts w:asciiTheme="minorBidi" w:hAnsiTheme="minorBidi"/>
        </w:rPr>
        <w:t>Fig. 1</w:t>
      </w:r>
      <w:r>
        <w:rPr>
          <w:rFonts w:asciiTheme="minorBidi" w:hAnsiTheme="minorBidi"/>
        </w:rPr>
        <w:t>.</w:t>
      </w:r>
      <w:r w:rsidRPr="003F36DF">
        <w:rPr>
          <w:rFonts w:asciiTheme="minorBidi" w:hAnsiTheme="minorBidi"/>
        </w:rPr>
        <w:t xml:space="preserve"> </w:t>
      </w:r>
      <w:r w:rsidRPr="003F36DF">
        <w:rPr>
          <w:rFonts w:asciiTheme="minorBidi" w:hAnsiTheme="minorBidi"/>
        </w:rPr>
        <w:t>IAM Strategies for AI Security</w:t>
      </w:r>
    </w:p>
    <w:p w14:paraId="73A7A415" w14:textId="77777777" w:rsidR="00897A69" w:rsidRDefault="00897A69" w:rsidP="00EA74FF">
      <w:pPr>
        <w:jc w:val="center"/>
        <w:rPr>
          <w:rFonts w:asciiTheme="minorBidi" w:hAnsiTheme="minorBidi"/>
          <w:sz w:val="32"/>
          <w:szCs w:val="32"/>
        </w:rPr>
      </w:pPr>
    </w:p>
    <w:p w14:paraId="40481FA6" w14:textId="77777777" w:rsidR="00897A69" w:rsidRPr="00BB38EB" w:rsidRDefault="00897A69" w:rsidP="00EA74FF">
      <w:pPr>
        <w:jc w:val="center"/>
        <w:rPr>
          <w:rFonts w:asciiTheme="minorBidi" w:hAnsiTheme="minorBidi"/>
          <w:sz w:val="32"/>
          <w:szCs w:val="32"/>
        </w:rPr>
      </w:pPr>
    </w:p>
    <w:p w14:paraId="11FD1520" w14:textId="6155C9C3" w:rsidR="0065761B" w:rsidRPr="00BB38EB" w:rsidRDefault="00246DAE" w:rsidP="00897A69">
      <w:pPr>
        <w:pStyle w:val="1"/>
        <w:rPr>
          <w:rFonts w:asciiTheme="minorBidi" w:hAnsiTheme="minorBidi" w:cstheme="minorBidi"/>
          <w:color w:val="000000" w:themeColor="text1"/>
          <w:sz w:val="36"/>
          <w:szCs w:val="36"/>
        </w:rPr>
      </w:pPr>
      <w:r w:rsidRPr="00BB38EB">
        <w:rPr>
          <w:rFonts w:asciiTheme="minorBidi" w:hAnsiTheme="minorBidi" w:cstheme="minorBidi"/>
          <w:color w:val="000000" w:themeColor="text1"/>
          <w:sz w:val="36"/>
          <w:szCs w:val="36"/>
        </w:rPr>
        <w:lastRenderedPageBreak/>
        <w:t>List of Abbreviations</w:t>
      </w:r>
    </w:p>
    <w:p w14:paraId="73E35CF6" w14:textId="77777777" w:rsidR="00246DAE" w:rsidRPr="00897A69" w:rsidRDefault="00246DAE" w:rsidP="00897A69">
      <w:pPr>
        <w:rPr>
          <w:rFonts w:asciiTheme="minorBidi" w:hAnsiTheme="minorBidi"/>
          <w:sz w:val="32"/>
          <w:szCs w:val="32"/>
        </w:rPr>
      </w:pPr>
    </w:p>
    <w:p w14:paraId="75730E67"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IAM: Identity and Access Management</w:t>
      </w:r>
    </w:p>
    <w:p w14:paraId="59FC78A8"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AI: Artificial Intelligence</w:t>
      </w:r>
    </w:p>
    <w:p w14:paraId="45ADACF5"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ML: Machine Learning</w:t>
      </w:r>
    </w:p>
    <w:p w14:paraId="32D10A5F"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MFA: Multi-Factor Authentication</w:t>
      </w:r>
    </w:p>
    <w:p w14:paraId="28877414"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SMOTE: Synthetic Minority Over-sampling Technique</w:t>
      </w:r>
    </w:p>
    <w:p w14:paraId="6F7CE520"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RF: Random Forest</w:t>
      </w:r>
    </w:p>
    <w:p w14:paraId="256EEFDE"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SOC: Security Operations Center</w:t>
      </w:r>
    </w:p>
    <w:p w14:paraId="2BF4D936"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XAI: Explainable Artificial Intelligence</w:t>
      </w:r>
    </w:p>
    <w:p w14:paraId="6B3DC3FB" w14:textId="77777777" w:rsidR="00246DAE" w:rsidRPr="00897A69" w:rsidRDefault="00246DAE" w:rsidP="00897A69">
      <w:pPr>
        <w:rPr>
          <w:rFonts w:asciiTheme="minorBidi" w:hAnsiTheme="minorBidi"/>
          <w:sz w:val="32"/>
          <w:szCs w:val="32"/>
        </w:rPr>
      </w:pPr>
      <w:r w:rsidRPr="00897A69">
        <w:rPr>
          <w:rFonts w:asciiTheme="minorBidi" w:hAnsiTheme="minorBidi"/>
          <w:sz w:val="32"/>
          <w:szCs w:val="32"/>
        </w:rPr>
        <w:t>•  RBAC: Role-Based Access Control</w:t>
      </w:r>
    </w:p>
    <w:p w14:paraId="2036E8D4" w14:textId="40071F1E" w:rsidR="001F3A99" w:rsidRPr="00897A69" w:rsidRDefault="00246DAE" w:rsidP="00897A69">
      <w:pPr>
        <w:rPr>
          <w:rFonts w:asciiTheme="minorBidi" w:hAnsiTheme="minorBidi"/>
          <w:sz w:val="32"/>
          <w:szCs w:val="32"/>
        </w:rPr>
      </w:pPr>
      <w:r w:rsidRPr="00897A69">
        <w:rPr>
          <w:rFonts w:asciiTheme="minorBidi" w:hAnsiTheme="minorBidi"/>
          <w:sz w:val="32"/>
          <w:szCs w:val="32"/>
        </w:rPr>
        <w:t>•  Zero-Trust: Zero-Trust Architecture</w:t>
      </w:r>
    </w:p>
    <w:p w14:paraId="06D96C5F" w14:textId="77777777" w:rsidR="00897A69" w:rsidRDefault="00897A69" w:rsidP="00EA74FF">
      <w:pPr>
        <w:pStyle w:val="1"/>
        <w:jc w:val="center"/>
        <w:rPr>
          <w:rFonts w:asciiTheme="minorBidi" w:hAnsiTheme="minorBidi" w:cstheme="minorBidi"/>
          <w:color w:val="000000" w:themeColor="text1"/>
          <w:sz w:val="36"/>
          <w:szCs w:val="36"/>
        </w:rPr>
      </w:pPr>
    </w:p>
    <w:p w14:paraId="6F7F5CB5" w14:textId="77777777" w:rsidR="00897A69" w:rsidRDefault="00897A69" w:rsidP="00EA74FF">
      <w:pPr>
        <w:pStyle w:val="1"/>
        <w:jc w:val="center"/>
        <w:rPr>
          <w:rFonts w:asciiTheme="minorBidi" w:hAnsiTheme="minorBidi" w:cstheme="minorBidi"/>
          <w:color w:val="000000" w:themeColor="text1"/>
          <w:sz w:val="36"/>
          <w:szCs w:val="36"/>
        </w:rPr>
      </w:pPr>
    </w:p>
    <w:p w14:paraId="5BC1D99D" w14:textId="77777777" w:rsidR="00897A69" w:rsidRDefault="00897A69" w:rsidP="00EA74FF">
      <w:pPr>
        <w:pStyle w:val="1"/>
        <w:jc w:val="center"/>
        <w:rPr>
          <w:rFonts w:asciiTheme="minorBidi" w:hAnsiTheme="minorBidi" w:cstheme="minorBidi"/>
          <w:color w:val="000000" w:themeColor="text1"/>
          <w:sz w:val="36"/>
          <w:szCs w:val="36"/>
        </w:rPr>
      </w:pPr>
    </w:p>
    <w:p w14:paraId="6FB6E565" w14:textId="77777777" w:rsidR="00897A69" w:rsidRDefault="00897A69" w:rsidP="00897A69"/>
    <w:p w14:paraId="3769892E" w14:textId="77777777" w:rsidR="00897A69" w:rsidRDefault="00897A69" w:rsidP="00897A69"/>
    <w:p w14:paraId="03E519FE" w14:textId="77777777" w:rsidR="00897A69" w:rsidRPr="00897A69" w:rsidRDefault="00897A69" w:rsidP="00897A69"/>
    <w:p w14:paraId="48286951" w14:textId="33BC597D" w:rsidR="00246DAE" w:rsidRPr="00BB38EB" w:rsidRDefault="00306A11" w:rsidP="00351B9C">
      <w:pPr>
        <w:pStyle w:val="1"/>
        <w:rPr>
          <w:rFonts w:asciiTheme="minorBidi" w:hAnsiTheme="minorBidi" w:cstheme="minorBidi"/>
          <w:color w:val="000000" w:themeColor="text1"/>
          <w:sz w:val="36"/>
          <w:szCs w:val="36"/>
        </w:rPr>
      </w:pPr>
      <w:r w:rsidRPr="00BB38EB">
        <w:rPr>
          <w:rFonts w:asciiTheme="minorBidi" w:hAnsiTheme="minorBidi" w:cstheme="minorBidi"/>
          <w:color w:val="000000" w:themeColor="text1"/>
          <w:sz w:val="36"/>
          <w:szCs w:val="36"/>
        </w:rPr>
        <w:lastRenderedPageBreak/>
        <w:t>Chapter 1: Introduction</w:t>
      </w:r>
    </w:p>
    <w:p w14:paraId="515D1A9F" w14:textId="77777777" w:rsidR="00246DAE" w:rsidRPr="00BB38EB" w:rsidRDefault="00246DAE" w:rsidP="00351B9C">
      <w:pPr>
        <w:rPr>
          <w:rFonts w:asciiTheme="minorBidi" w:hAnsiTheme="minorBidi"/>
          <w:sz w:val="36"/>
          <w:szCs w:val="36"/>
        </w:rPr>
      </w:pPr>
    </w:p>
    <w:p w14:paraId="195554BC" w14:textId="653E5766"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t>•  1.1 Introduction</w:t>
      </w:r>
    </w:p>
    <w:p w14:paraId="7FC6BCD7" w14:textId="0771995F" w:rsidR="001F3A99" w:rsidRPr="00351B9C" w:rsidRDefault="001F3A99" w:rsidP="00351B9C">
      <w:pPr>
        <w:rPr>
          <w:rFonts w:asciiTheme="minorBidi" w:hAnsiTheme="minorBidi"/>
          <w:sz w:val="32"/>
          <w:szCs w:val="32"/>
        </w:rPr>
      </w:pPr>
      <w:r w:rsidRPr="00351B9C">
        <w:rPr>
          <w:rFonts w:asciiTheme="minorBidi" w:hAnsiTheme="minorBidi"/>
          <w:sz w:val="32"/>
          <w:szCs w:val="32"/>
        </w:rPr>
        <w:t>Identity protection and access systems are one of the most important data protection platforms through access control and knowing the location and time of access for digital identities.</w:t>
      </w:r>
    </w:p>
    <w:p w14:paraId="107CA9CF" w14:textId="2C157DCC" w:rsidR="001F3A99" w:rsidRPr="00351B9C" w:rsidRDefault="001F3A99" w:rsidP="00351B9C">
      <w:pPr>
        <w:rPr>
          <w:rFonts w:asciiTheme="minorBidi" w:hAnsiTheme="minorBidi"/>
          <w:sz w:val="32"/>
          <w:szCs w:val="32"/>
        </w:rPr>
      </w:pPr>
      <w:r w:rsidRPr="00351B9C">
        <w:rPr>
          <w:rFonts w:asciiTheme="minorBidi" w:hAnsiTheme="minorBidi"/>
          <w:sz w:val="32"/>
          <w:szCs w:val="32"/>
        </w:rPr>
        <w:t>In an era of cloud computing and the Internet of Things, traditional methods are becoming less important due to their inability to detect cyber threats early to protect digital identities.</w:t>
      </w:r>
    </w:p>
    <w:p w14:paraId="0EB91440" w14:textId="77777777" w:rsidR="006A5637" w:rsidRPr="00BB38EB" w:rsidRDefault="006A5637" w:rsidP="00351B9C">
      <w:pPr>
        <w:rPr>
          <w:rFonts w:asciiTheme="minorBidi" w:hAnsiTheme="minorBidi"/>
          <w:b/>
          <w:bCs/>
          <w:sz w:val="36"/>
          <w:szCs w:val="36"/>
        </w:rPr>
      </w:pPr>
      <w:r w:rsidRPr="00BB38EB">
        <w:rPr>
          <w:rFonts w:asciiTheme="minorBidi" w:hAnsiTheme="minorBidi"/>
          <w:b/>
          <w:bCs/>
          <w:sz w:val="36"/>
          <w:szCs w:val="36"/>
        </w:rPr>
        <w:t>Artificial intelligence and machine learning technologies have many advantages, the most important of which are:</w:t>
      </w:r>
    </w:p>
    <w:p w14:paraId="6D4A8954" w14:textId="52D6F9F8" w:rsidR="006A5637" w:rsidRPr="00351B9C" w:rsidRDefault="006A5637" w:rsidP="00351B9C">
      <w:pPr>
        <w:pStyle w:val="aa"/>
        <w:numPr>
          <w:ilvl w:val="0"/>
          <w:numId w:val="26"/>
        </w:numPr>
        <w:rPr>
          <w:rFonts w:asciiTheme="minorBidi" w:hAnsiTheme="minorBidi"/>
          <w:sz w:val="32"/>
          <w:szCs w:val="32"/>
        </w:rPr>
      </w:pPr>
      <w:r w:rsidRPr="00351B9C">
        <w:rPr>
          <w:rFonts w:asciiTheme="minorBidi" w:hAnsiTheme="minorBidi"/>
          <w:sz w:val="32"/>
          <w:szCs w:val="32"/>
        </w:rPr>
        <w:t>Proactive analytics.</w:t>
      </w:r>
    </w:p>
    <w:p w14:paraId="5F83508D" w14:textId="09EE7927" w:rsidR="006A5637" w:rsidRPr="00351B9C" w:rsidRDefault="006A5637" w:rsidP="00351B9C">
      <w:pPr>
        <w:pStyle w:val="aa"/>
        <w:numPr>
          <w:ilvl w:val="0"/>
          <w:numId w:val="26"/>
        </w:numPr>
        <w:rPr>
          <w:rFonts w:asciiTheme="minorBidi" w:hAnsiTheme="minorBidi"/>
          <w:sz w:val="32"/>
          <w:szCs w:val="32"/>
        </w:rPr>
      </w:pPr>
      <w:r w:rsidRPr="00351B9C">
        <w:rPr>
          <w:rFonts w:asciiTheme="minorBidi" w:hAnsiTheme="minorBidi"/>
          <w:sz w:val="32"/>
          <w:szCs w:val="32"/>
        </w:rPr>
        <w:t>Take action in a timely and fast manner.</w:t>
      </w:r>
    </w:p>
    <w:p w14:paraId="4BB626EF" w14:textId="7D1F9478" w:rsidR="006A5637" w:rsidRPr="00351B9C" w:rsidRDefault="006A5637" w:rsidP="00351B9C">
      <w:pPr>
        <w:pStyle w:val="aa"/>
        <w:numPr>
          <w:ilvl w:val="0"/>
          <w:numId w:val="26"/>
        </w:numPr>
        <w:rPr>
          <w:rFonts w:asciiTheme="minorBidi" w:hAnsiTheme="minorBidi"/>
          <w:sz w:val="32"/>
          <w:szCs w:val="32"/>
        </w:rPr>
      </w:pPr>
      <w:r w:rsidRPr="00351B9C">
        <w:rPr>
          <w:rFonts w:asciiTheme="minorBidi" w:hAnsiTheme="minorBidi"/>
          <w:sz w:val="32"/>
          <w:szCs w:val="32"/>
        </w:rPr>
        <w:t>Automate procedures to address human errors.</w:t>
      </w:r>
    </w:p>
    <w:p w14:paraId="26008661" w14:textId="5D7958D0" w:rsidR="006A5637" w:rsidRPr="00351B9C" w:rsidRDefault="006A5637" w:rsidP="00351B9C">
      <w:pPr>
        <w:pStyle w:val="aa"/>
        <w:numPr>
          <w:ilvl w:val="0"/>
          <w:numId w:val="26"/>
        </w:numPr>
        <w:rPr>
          <w:rFonts w:asciiTheme="minorBidi" w:hAnsiTheme="minorBidi"/>
          <w:sz w:val="32"/>
          <w:szCs w:val="32"/>
        </w:rPr>
      </w:pPr>
      <w:r w:rsidRPr="00351B9C">
        <w:rPr>
          <w:rFonts w:asciiTheme="minorBidi" w:hAnsiTheme="minorBidi"/>
          <w:sz w:val="32"/>
          <w:szCs w:val="32"/>
        </w:rPr>
        <w:t>Easy to make requirements while compliant with cybersecurity controls.</w:t>
      </w:r>
    </w:p>
    <w:p w14:paraId="7D2FEBC2" w14:textId="3261EC67" w:rsidR="006A5637" w:rsidRPr="00351B9C" w:rsidRDefault="006A5637" w:rsidP="00351B9C">
      <w:pPr>
        <w:pStyle w:val="aa"/>
        <w:numPr>
          <w:ilvl w:val="0"/>
          <w:numId w:val="26"/>
        </w:numPr>
        <w:rPr>
          <w:rFonts w:asciiTheme="minorBidi" w:hAnsiTheme="minorBidi"/>
          <w:sz w:val="32"/>
          <w:szCs w:val="32"/>
        </w:rPr>
      </w:pPr>
      <w:r w:rsidRPr="00351B9C">
        <w:rPr>
          <w:rFonts w:asciiTheme="minorBidi" w:hAnsiTheme="minorBidi"/>
          <w:sz w:val="32"/>
          <w:szCs w:val="32"/>
        </w:rPr>
        <w:t>Handle a large amount of data such as login time, location, and login attempts.</w:t>
      </w:r>
    </w:p>
    <w:p w14:paraId="000DB8C4" w14:textId="6C21C4CC" w:rsidR="00191C52" w:rsidRPr="00351B9C" w:rsidRDefault="006A5637" w:rsidP="00351B9C">
      <w:pPr>
        <w:rPr>
          <w:rFonts w:asciiTheme="minorBidi" w:hAnsiTheme="minorBidi"/>
          <w:sz w:val="32"/>
          <w:szCs w:val="32"/>
        </w:rPr>
      </w:pPr>
      <w:r w:rsidRPr="00351B9C">
        <w:rPr>
          <w:rFonts w:asciiTheme="minorBidi" w:hAnsiTheme="minorBidi"/>
          <w:sz w:val="32"/>
          <w:szCs w:val="32"/>
        </w:rPr>
        <w:t>This is one of the important elements through which data protection systems</w:t>
      </w:r>
    </w:p>
    <w:p w14:paraId="79A07933" w14:textId="17D73C91"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t xml:space="preserve">•  </w:t>
      </w:r>
      <w:r w:rsidR="00925718" w:rsidRPr="00BB38EB">
        <w:rPr>
          <w:rFonts w:asciiTheme="minorBidi" w:hAnsiTheme="minorBidi"/>
          <w:b/>
          <w:bCs/>
          <w:sz w:val="36"/>
          <w:szCs w:val="36"/>
        </w:rPr>
        <w:t>1.2 Problem Statement:</w:t>
      </w:r>
    </w:p>
    <w:p w14:paraId="3CB4B83F" w14:textId="77777777" w:rsidR="00F450DB" w:rsidRPr="00351B9C" w:rsidRDefault="00F450DB" w:rsidP="00351B9C">
      <w:pPr>
        <w:rPr>
          <w:rFonts w:asciiTheme="minorBidi" w:hAnsiTheme="minorBidi"/>
          <w:sz w:val="32"/>
          <w:szCs w:val="32"/>
        </w:rPr>
      </w:pPr>
      <w:r w:rsidRPr="00351B9C">
        <w:rPr>
          <w:rFonts w:asciiTheme="minorBidi" w:hAnsiTheme="minorBidi"/>
          <w:sz w:val="32"/>
          <w:szCs w:val="32"/>
        </w:rPr>
        <w:t xml:space="preserve">Identity and access management (IAM) systems play a vital role in safeguarding digital resources within modern organizations. </w:t>
      </w:r>
      <w:r w:rsidRPr="00351B9C">
        <w:rPr>
          <w:rFonts w:asciiTheme="minorBidi" w:hAnsiTheme="minorBidi"/>
          <w:sz w:val="32"/>
          <w:szCs w:val="32"/>
        </w:rPr>
        <w:lastRenderedPageBreak/>
        <w:t>However, traditional IAM systems often encounter challenges such as insider threats, malicious bugs, delayed breach responses, and difficulties with real-time monitoring.</w:t>
      </w:r>
    </w:p>
    <w:p w14:paraId="7C0D0B1F" w14:textId="77777777" w:rsidR="00F450DB" w:rsidRPr="00351B9C" w:rsidRDefault="00F450DB" w:rsidP="00351B9C">
      <w:pPr>
        <w:rPr>
          <w:rFonts w:asciiTheme="minorBidi" w:hAnsiTheme="minorBidi"/>
          <w:sz w:val="32"/>
          <w:szCs w:val="32"/>
        </w:rPr>
      </w:pPr>
      <w:r w:rsidRPr="00351B9C">
        <w:rPr>
          <w:rFonts w:asciiTheme="minorBidi" w:hAnsiTheme="minorBidi"/>
          <w:sz w:val="32"/>
          <w:szCs w:val="32"/>
        </w:rPr>
        <w:t xml:space="preserve">Based on studies conducted by (Muhammad, 2021; </w:t>
      </w:r>
      <w:proofErr w:type="spellStart"/>
      <w:r w:rsidRPr="00351B9C">
        <w:rPr>
          <w:rFonts w:asciiTheme="minorBidi" w:hAnsiTheme="minorBidi"/>
          <w:sz w:val="32"/>
          <w:szCs w:val="32"/>
        </w:rPr>
        <w:t>Adenola</w:t>
      </w:r>
      <w:proofErr w:type="spellEnd"/>
      <w:r w:rsidRPr="00351B9C">
        <w:rPr>
          <w:rFonts w:asciiTheme="minorBidi" w:hAnsiTheme="minorBidi"/>
          <w:sz w:val="32"/>
          <w:szCs w:val="32"/>
        </w:rPr>
        <w:t>, 2023; Sarker et al., 2024) that artificial intelligence can transform identity and access management by automating identity and access management and protecting data.</w:t>
      </w:r>
    </w:p>
    <w:p w14:paraId="1B7093FB" w14:textId="77777777" w:rsidR="00F450DB" w:rsidRPr="00351B9C" w:rsidRDefault="00F450DB" w:rsidP="00351B9C">
      <w:pPr>
        <w:rPr>
          <w:rFonts w:asciiTheme="minorBidi" w:hAnsiTheme="minorBidi"/>
          <w:sz w:val="32"/>
          <w:szCs w:val="32"/>
        </w:rPr>
      </w:pPr>
      <w:r w:rsidRPr="00351B9C">
        <w:rPr>
          <w:rFonts w:asciiTheme="minorBidi" w:hAnsiTheme="minorBidi"/>
          <w:sz w:val="32"/>
          <w:szCs w:val="32"/>
        </w:rPr>
        <w:t>However, existing studies indicate some limitations that lack empirical validation (Mohammed, 2021) or fail to adequately address privacy concerns and AI interpretability (</w:t>
      </w:r>
      <w:proofErr w:type="spellStart"/>
      <w:proofErr w:type="gramStart"/>
      <w:r w:rsidRPr="00351B9C">
        <w:rPr>
          <w:rFonts w:asciiTheme="minorBidi" w:hAnsiTheme="minorBidi"/>
          <w:sz w:val="32"/>
          <w:szCs w:val="32"/>
        </w:rPr>
        <w:t>Souaddah</w:t>
      </w:r>
      <w:proofErr w:type="spellEnd"/>
      <w:r w:rsidRPr="00351B9C">
        <w:rPr>
          <w:rFonts w:asciiTheme="minorBidi" w:hAnsiTheme="minorBidi"/>
          <w:sz w:val="32"/>
          <w:szCs w:val="32"/>
        </w:rPr>
        <w:t xml:space="preserve"> ,</w:t>
      </w:r>
      <w:proofErr w:type="gramEnd"/>
      <w:r w:rsidRPr="00351B9C">
        <w:rPr>
          <w:rFonts w:asciiTheme="minorBidi" w:hAnsiTheme="minorBidi"/>
          <w:sz w:val="32"/>
          <w:szCs w:val="32"/>
        </w:rPr>
        <w:t xml:space="preserve"> </w:t>
      </w:r>
      <w:proofErr w:type="spellStart"/>
      <w:r w:rsidRPr="00351B9C">
        <w:rPr>
          <w:rFonts w:asciiTheme="minorBidi" w:hAnsiTheme="minorBidi"/>
          <w:sz w:val="32"/>
          <w:szCs w:val="32"/>
        </w:rPr>
        <w:t>Mezrioui</w:t>
      </w:r>
      <w:proofErr w:type="spellEnd"/>
      <w:r w:rsidRPr="00351B9C">
        <w:rPr>
          <w:rFonts w:asciiTheme="minorBidi" w:hAnsiTheme="minorBidi"/>
          <w:sz w:val="32"/>
          <w:szCs w:val="32"/>
        </w:rPr>
        <w:t>, 2024). Also, there are issues with integrate with legacy systems (</w:t>
      </w:r>
      <w:proofErr w:type="spellStart"/>
      <w:r w:rsidRPr="00351B9C">
        <w:rPr>
          <w:rFonts w:asciiTheme="minorBidi" w:hAnsiTheme="minorBidi"/>
          <w:sz w:val="32"/>
          <w:szCs w:val="32"/>
        </w:rPr>
        <w:t>Mandru</w:t>
      </w:r>
      <w:proofErr w:type="spellEnd"/>
      <w:r w:rsidRPr="00351B9C">
        <w:rPr>
          <w:rFonts w:asciiTheme="minorBidi" w:hAnsiTheme="minorBidi"/>
          <w:sz w:val="32"/>
          <w:szCs w:val="32"/>
        </w:rPr>
        <w:t>, 2022).</w:t>
      </w:r>
    </w:p>
    <w:p w14:paraId="48E9D76E" w14:textId="77777777" w:rsidR="00F450DB" w:rsidRPr="00BB38EB" w:rsidRDefault="00F450DB" w:rsidP="00351B9C">
      <w:pPr>
        <w:rPr>
          <w:rFonts w:asciiTheme="minorBidi" w:hAnsiTheme="minorBidi"/>
          <w:sz w:val="36"/>
          <w:szCs w:val="36"/>
        </w:rPr>
      </w:pPr>
      <w:r w:rsidRPr="00351B9C">
        <w:rPr>
          <w:rFonts w:asciiTheme="minorBidi" w:hAnsiTheme="minorBidi"/>
          <w:sz w:val="32"/>
          <w:szCs w:val="32"/>
        </w:rPr>
        <w:t xml:space="preserve">Also, when we talk about growth of the Internet of Things (IoT), security risks in end-access networks are increasing. They are exposed to threats such as unauthorized access that can lead to data breaches due to a lack of identity protection and inadequate disclosure of security vulnerabilities. Traditional security methods may </w:t>
      </w:r>
      <w:r w:rsidRPr="00BB38EB">
        <w:rPr>
          <w:rFonts w:asciiTheme="minorBidi" w:hAnsiTheme="minorBidi"/>
          <w:sz w:val="36"/>
          <w:szCs w:val="36"/>
        </w:rPr>
        <w:t xml:space="preserve">be inadequate to protect the end-access network (Shu </w:t>
      </w:r>
      <w:proofErr w:type="spellStart"/>
      <w:r w:rsidRPr="00BB38EB">
        <w:rPr>
          <w:rFonts w:asciiTheme="minorBidi" w:hAnsiTheme="minorBidi"/>
          <w:sz w:val="36"/>
          <w:szCs w:val="36"/>
        </w:rPr>
        <w:t>FZhang</w:t>
      </w:r>
      <w:proofErr w:type="spellEnd"/>
      <w:r w:rsidRPr="00BB38EB">
        <w:rPr>
          <w:rFonts w:asciiTheme="minorBidi" w:hAnsiTheme="minorBidi"/>
          <w:sz w:val="36"/>
          <w:szCs w:val="36"/>
        </w:rPr>
        <w:t xml:space="preserve"> </w:t>
      </w:r>
      <w:proofErr w:type="spellStart"/>
      <w:r w:rsidRPr="00BB38EB">
        <w:rPr>
          <w:rFonts w:asciiTheme="minorBidi" w:hAnsiTheme="minorBidi"/>
          <w:sz w:val="36"/>
          <w:szCs w:val="36"/>
        </w:rPr>
        <w:t>KLuo</w:t>
      </w:r>
      <w:proofErr w:type="spellEnd"/>
      <w:r w:rsidRPr="00BB38EB">
        <w:rPr>
          <w:rFonts w:asciiTheme="minorBidi" w:hAnsiTheme="minorBidi"/>
          <w:sz w:val="36"/>
          <w:szCs w:val="36"/>
        </w:rPr>
        <w:t xml:space="preserve"> CMa </w:t>
      </w:r>
      <w:proofErr w:type="spellStart"/>
      <w:r w:rsidRPr="00BB38EB">
        <w:rPr>
          <w:rFonts w:asciiTheme="minorBidi" w:hAnsiTheme="minorBidi"/>
          <w:sz w:val="36"/>
          <w:szCs w:val="36"/>
        </w:rPr>
        <w:t>BChen</w:t>
      </w:r>
      <w:proofErr w:type="spellEnd"/>
      <w:r w:rsidRPr="00BB38EB">
        <w:rPr>
          <w:rFonts w:asciiTheme="minorBidi" w:hAnsiTheme="minorBidi"/>
          <w:sz w:val="36"/>
          <w:szCs w:val="36"/>
        </w:rPr>
        <w:t xml:space="preserve"> S. 2020).</w:t>
      </w:r>
    </w:p>
    <w:p w14:paraId="4DFA693B" w14:textId="77777777" w:rsidR="00F450DB" w:rsidRPr="00BB38EB" w:rsidRDefault="00F450DB" w:rsidP="00351B9C">
      <w:pPr>
        <w:rPr>
          <w:rFonts w:asciiTheme="minorBidi" w:hAnsiTheme="minorBidi"/>
          <w:sz w:val="36"/>
          <w:szCs w:val="36"/>
        </w:rPr>
      </w:pPr>
      <w:r w:rsidRPr="00BB38EB">
        <w:rPr>
          <w:rFonts w:asciiTheme="minorBidi" w:hAnsiTheme="minorBidi"/>
          <w:sz w:val="36"/>
          <w:szCs w:val="36"/>
        </w:rPr>
        <w:t>With the increasing reliance on AI-based security and the limitations of current approaches, there is an urgent need for more research into more flexible, explainable, and privacy-preserving AI models for identity and access management (IAM).</w:t>
      </w:r>
    </w:p>
    <w:p w14:paraId="150171E8" w14:textId="1AA3E736" w:rsidR="00925718" w:rsidRPr="00BB38EB" w:rsidRDefault="00F450DB" w:rsidP="00351B9C">
      <w:pPr>
        <w:rPr>
          <w:rFonts w:asciiTheme="minorBidi" w:hAnsiTheme="minorBidi"/>
          <w:sz w:val="36"/>
          <w:szCs w:val="36"/>
        </w:rPr>
      </w:pPr>
      <w:r w:rsidRPr="00BB38EB">
        <w:rPr>
          <w:rFonts w:asciiTheme="minorBidi" w:hAnsiTheme="minorBidi"/>
          <w:sz w:val="36"/>
          <w:szCs w:val="36"/>
        </w:rPr>
        <w:lastRenderedPageBreak/>
        <w:t>This study aims to bridge this gap by examining how AI can be effectively integrated into identity and access management (IAM) systems to enhance protection while mitigating the challenges observed in current systems.</w:t>
      </w:r>
    </w:p>
    <w:p w14:paraId="00D004F1" w14:textId="77777777" w:rsidR="00191C52" w:rsidRPr="00BB38EB" w:rsidRDefault="00191C52" w:rsidP="00351B9C">
      <w:pPr>
        <w:rPr>
          <w:rFonts w:asciiTheme="minorBidi" w:hAnsiTheme="minorBidi"/>
          <w:sz w:val="36"/>
          <w:szCs w:val="36"/>
        </w:rPr>
      </w:pPr>
    </w:p>
    <w:p w14:paraId="4ABF28F4" w14:textId="77777777" w:rsidR="00455E3C" w:rsidRPr="00BB38EB" w:rsidRDefault="00455E3C" w:rsidP="00351B9C">
      <w:pPr>
        <w:rPr>
          <w:rFonts w:asciiTheme="minorBidi" w:hAnsiTheme="minorBidi"/>
          <w:sz w:val="36"/>
          <w:szCs w:val="36"/>
        </w:rPr>
      </w:pPr>
    </w:p>
    <w:p w14:paraId="7A8FA8CD" w14:textId="77777777" w:rsidR="00455E3C" w:rsidRPr="00BB38EB" w:rsidRDefault="00455E3C" w:rsidP="00351B9C">
      <w:pPr>
        <w:rPr>
          <w:rFonts w:asciiTheme="minorBidi" w:hAnsiTheme="minorBidi"/>
          <w:sz w:val="36"/>
          <w:szCs w:val="36"/>
        </w:rPr>
      </w:pPr>
    </w:p>
    <w:p w14:paraId="1770D283" w14:textId="77777777" w:rsidR="00455E3C" w:rsidRPr="00BB38EB" w:rsidRDefault="00455E3C" w:rsidP="00351B9C">
      <w:pPr>
        <w:rPr>
          <w:rFonts w:asciiTheme="minorBidi" w:hAnsiTheme="minorBidi"/>
          <w:sz w:val="36"/>
          <w:szCs w:val="36"/>
        </w:rPr>
      </w:pPr>
    </w:p>
    <w:p w14:paraId="10E4B2BC" w14:textId="77777777" w:rsidR="00455E3C" w:rsidRDefault="00455E3C" w:rsidP="00351B9C">
      <w:pPr>
        <w:rPr>
          <w:rFonts w:asciiTheme="minorBidi" w:hAnsiTheme="minorBidi"/>
          <w:sz w:val="36"/>
          <w:szCs w:val="36"/>
        </w:rPr>
      </w:pPr>
    </w:p>
    <w:p w14:paraId="65BC3FC4" w14:textId="77777777" w:rsidR="003F36DF" w:rsidRDefault="003F36DF" w:rsidP="00351B9C">
      <w:pPr>
        <w:rPr>
          <w:rFonts w:asciiTheme="minorBidi" w:hAnsiTheme="minorBidi"/>
          <w:sz w:val="36"/>
          <w:szCs w:val="36"/>
        </w:rPr>
      </w:pPr>
    </w:p>
    <w:p w14:paraId="1E5613B1" w14:textId="77777777" w:rsidR="003F36DF" w:rsidRDefault="003F36DF" w:rsidP="00351B9C">
      <w:pPr>
        <w:rPr>
          <w:rFonts w:asciiTheme="minorBidi" w:hAnsiTheme="minorBidi"/>
          <w:sz w:val="36"/>
          <w:szCs w:val="36"/>
        </w:rPr>
      </w:pPr>
    </w:p>
    <w:p w14:paraId="5642B20B" w14:textId="77777777" w:rsidR="003F36DF" w:rsidRDefault="003F36DF" w:rsidP="00351B9C">
      <w:pPr>
        <w:rPr>
          <w:rFonts w:asciiTheme="minorBidi" w:hAnsiTheme="minorBidi"/>
          <w:sz w:val="36"/>
          <w:szCs w:val="36"/>
        </w:rPr>
      </w:pPr>
    </w:p>
    <w:p w14:paraId="5E06F1E9" w14:textId="77777777" w:rsidR="003F36DF" w:rsidRDefault="003F36DF" w:rsidP="00351B9C">
      <w:pPr>
        <w:rPr>
          <w:rFonts w:asciiTheme="minorBidi" w:hAnsiTheme="minorBidi"/>
          <w:sz w:val="36"/>
          <w:szCs w:val="36"/>
        </w:rPr>
      </w:pPr>
    </w:p>
    <w:p w14:paraId="56A6C00F" w14:textId="77777777" w:rsidR="003F36DF" w:rsidRDefault="003F36DF" w:rsidP="00351B9C">
      <w:pPr>
        <w:rPr>
          <w:rFonts w:asciiTheme="minorBidi" w:hAnsiTheme="minorBidi"/>
          <w:sz w:val="36"/>
          <w:szCs w:val="36"/>
        </w:rPr>
      </w:pPr>
    </w:p>
    <w:p w14:paraId="15C251D8" w14:textId="77777777" w:rsidR="003F36DF" w:rsidRDefault="003F36DF" w:rsidP="00351B9C">
      <w:pPr>
        <w:rPr>
          <w:rFonts w:asciiTheme="minorBidi" w:hAnsiTheme="minorBidi"/>
          <w:sz w:val="36"/>
          <w:szCs w:val="36"/>
        </w:rPr>
      </w:pPr>
    </w:p>
    <w:p w14:paraId="295D2E95" w14:textId="77777777" w:rsidR="003F36DF" w:rsidRDefault="003F36DF" w:rsidP="00351B9C">
      <w:pPr>
        <w:rPr>
          <w:rFonts w:asciiTheme="minorBidi" w:hAnsiTheme="minorBidi"/>
          <w:sz w:val="36"/>
          <w:szCs w:val="36"/>
        </w:rPr>
      </w:pPr>
    </w:p>
    <w:p w14:paraId="4481CCE4" w14:textId="77777777" w:rsidR="003F36DF" w:rsidRDefault="003F36DF" w:rsidP="00351B9C">
      <w:pPr>
        <w:rPr>
          <w:rFonts w:asciiTheme="minorBidi" w:hAnsiTheme="minorBidi"/>
          <w:sz w:val="36"/>
          <w:szCs w:val="36"/>
        </w:rPr>
      </w:pPr>
    </w:p>
    <w:p w14:paraId="0E085680" w14:textId="77777777" w:rsidR="003F36DF" w:rsidRDefault="003F36DF" w:rsidP="00351B9C">
      <w:pPr>
        <w:rPr>
          <w:rFonts w:asciiTheme="minorBidi" w:hAnsiTheme="minorBidi"/>
          <w:sz w:val="36"/>
          <w:szCs w:val="36"/>
        </w:rPr>
      </w:pPr>
    </w:p>
    <w:p w14:paraId="090DF649" w14:textId="77777777" w:rsidR="003F36DF" w:rsidRPr="00BB38EB" w:rsidRDefault="003F36DF" w:rsidP="00351B9C">
      <w:pPr>
        <w:rPr>
          <w:rFonts w:asciiTheme="minorBidi" w:hAnsiTheme="minorBidi"/>
          <w:sz w:val="36"/>
          <w:szCs w:val="36"/>
        </w:rPr>
      </w:pPr>
    </w:p>
    <w:p w14:paraId="1C568F9E" w14:textId="5507C786"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lastRenderedPageBreak/>
        <w:t>•</w:t>
      </w:r>
      <w:r w:rsidR="00925718" w:rsidRPr="00BB38EB">
        <w:rPr>
          <w:rFonts w:asciiTheme="minorBidi" w:hAnsiTheme="minorBidi"/>
          <w:b/>
          <w:bCs/>
          <w:sz w:val="36"/>
          <w:szCs w:val="36"/>
        </w:rPr>
        <w:t>1.3 Research Objectives:</w:t>
      </w:r>
    </w:p>
    <w:p w14:paraId="53DAAB45" w14:textId="77777777" w:rsidR="00925718" w:rsidRPr="00BB38EB" w:rsidRDefault="00925718" w:rsidP="00351B9C">
      <w:pPr>
        <w:rPr>
          <w:rFonts w:asciiTheme="minorBidi" w:hAnsiTheme="minorBidi"/>
          <w:b/>
          <w:bCs/>
          <w:sz w:val="36"/>
          <w:szCs w:val="36"/>
        </w:rPr>
      </w:pPr>
      <w:r w:rsidRPr="00BB38EB">
        <w:rPr>
          <w:rFonts w:asciiTheme="minorBidi" w:hAnsiTheme="minorBidi"/>
          <w:b/>
          <w:bCs/>
          <w:sz w:val="36"/>
          <w:szCs w:val="36"/>
        </w:rPr>
        <w:t>Main Objective:</w:t>
      </w:r>
    </w:p>
    <w:p w14:paraId="574B501D" w14:textId="68E59CC8" w:rsidR="00925718" w:rsidRPr="00351B9C" w:rsidRDefault="00925718" w:rsidP="00351B9C">
      <w:pPr>
        <w:rPr>
          <w:rFonts w:asciiTheme="minorBidi" w:hAnsiTheme="minorBidi"/>
          <w:sz w:val="32"/>
          <w:szCs w:val="32"/>
        </w:rPr>
      </w:pPr>
      <w:r w:rsidRPr="00351B9C">
        <w:rPr>
          <w:rFonts w:asciiTheme="minorBidi" w:hAnsiTheme="minorBidi"/>
          <w:sz w:val="32"/>
          <w:szCs w:val="32"/>
        </w:rPr>
        <w:t>To enhance IAM systems using Artificial Intelligence for, intelligent, and access management.</w:t>
      </w:r>
    </w:p>
    <w:p w14:paraId="6943B021" w14:textId="77777777" w:rsidR="00F12936" w:rsidRPr="00BB38EB" w:rsidRDefault="00F12936" w:rsidP="00351B9C">
      <w:pPr>
        <w:rPr>
          <w:rFonts w:asciiTheme="minorBidi" w:hAnsiTheme="minorBidi"/>
          <w:sz w:val="36"/>
          <w:szCs w:val="36"/>
        </w:rPr>
      </w:pPr>
    </w:p>
    <w:p w14:paraId="3FD05E11" w14:textId="1E93298C"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t xml:space="preserve">• </w:t>
      </w:r>
      <w:r w:rsidR="00925718" w:rsidRPr="00BB38EB">
        <w:rPr>
          <w:rFonts w:asciiTheme="minorBidi" w:hAnsiTheme="minorBidi"/>
          <w:b/>
          <w:bCs/>
          <w:sz w:val="36"/>
          <w:szCs w:val="36"/>
        </w:rPr>
        <w:t>Specific Objectives:</w:t>
      </w:r>
    </w:p>
    <w:p w14:paraId="3E2EA061" w14:textId="13511754" w:rsidR="004264D3" w:rsidRPr="00351B9C" w:rsidRDefault="004264D3" w:rsidP="00351B9C">
      <w:pPr>
        <w:rPr>
          <w:rFonts w:asciiTheme="minorBidi" w:hAnsiTheme="minorBidi"/>
          <w:sz w:val="32"/>
          <w:szCs w:val="32"/>
        </w:rPr>
      </w:pPr>
      <w:r w:rsidRPr="00351B9C">
        <w:rPr>
          <w:rFonts w:asciiTheme="minorBidi" w:hAnsiTheme="minorBidi"/>
          <w:sz w:val="32"/>
          <w:szCs w:val="32"/>
        </w:rPr>
        <w:t>•Analyze AI technologies in existing IAM infrastructures.</w:t>
      </w:r>
    </w:p>
    <w:p w14:paraId="1B87A8F2" w14:textId="28F8BD58" w:rsidR="004264D3" w:rsidRPr="00351B9C" w:rsidRDefault="004264D3" w:rsidP="00351B9C">
      <w:pPr>
        <w:rPr>
          <w:rFonts w:asciiTheme="minorBidi" w:hAnsiTheme="minorBidi"/>
          <w:sz w:val="32"/>
          <w:szCs w:val="32"/>
        </w:rPr>
      </w:pPr>
      <w:r w:rsidRPr="00351B9C">
        <w:rPr>
          <w:rFonts w:asciiTheme="minorBidi" w:hAnsiTheme="minorBidi"/>
          <w:sz w:val="32"/>
          <w:szCs w:val="32"/>
        </w:rPr>
        <w:t>• Improved AI-powered framework for anomaly detection and access management control.</w:t>
      </w:r>
    </w:p>
    <w:p w14:paraId="617E5E6F" w14:textId="6984ABEA" w:rsidR="004264D3" w:rsidRPr="00351B9C" w:rsidRDefault="004264D3" w:rsidP="00351B9C">
      <w:pPr>
        <w:rPr>
          <w:rFonts w:asciiTheme="minorBidi" w:hAnsiTheme="minorBidi"/>
          <w:sz w:val="32"/>
          <w:szCs w:val="32"/>
        </w:rPr>
      </w:pPr>
      <w:r w:rsidRPr="00351B9C">
        <w:rPr>
          <w:rFonts w:asciiTheme="minorBidi" w:hAnsiTheme="minorBidi"/>
          <w:sz w:val="32"/>
          <w:szCs w:val="32"/>
        </w:rPr>
        <w:t>• Study risks related to data confidentiality, apply measurement of anomaly detection models (study of random forests and isolated forests).</w:t>
      </w:r>
    </w:p>
    <w:p w14:paraId="4EBAD7D6" w14:textId="21C40CC5" w:rsidR="004264D3" w:rsidRPr="00351B9C" w:rsidRDefault="004264D3" w:rsidP="00351B9C">
      <w:pPr>
        <w:rPr>
          <w:rFonts w:asciiTheme="minorBidi" w:hAnsiTheme="minorBidi"/>
          <w:sz w:val="32"/>
          <w:szCs w:val="32"/>
        </w:rPr>
      </w:pPr>
      <w:r w:rsidRPr="00351B9C">
        <w:rPr>
          <w:rFonts w:asciiTheme="minorBidi" w:hAnsiTheme="minorBidi"/>
          <w:sz w:val="32"/>
          <w:szCs w:val="32"/>
        </w:rPr>
        <w:t>• Introduction of a new dynamic risk analysis mechanism as a key contribution.</w:t>
      </w:r>
    </w:p>
    <w:p w14:paraId="1B654397" w14:textId="47F9A1A3" w:rsidR="00925718" w:rsidRPr="00351B9C" w:rsidRDefault="004264D3" w:rsidP="00351B9C">
      <w:pPr>
        <w:rPr>
          <w:rFonts w:asciiTheme="minorBidi" w:hAnsiTheme="minorBidi"/>
          <w:sz w:val="32"/>
          <w:szCs w:val="32"/>
        </w:rPr>
      </w:pPr>
      <w:r w:rsidRPr="00351B9C">
        <w:rPr>
          <w:rFonts w:asciiTheme="minorBidi" w:hAnsiTheme="minorBidi"/>
          <w:sz w:val="32"/>
          <w:szCs w:val="32"/>
        </w:rPr>
        <w:t>• Develop real-time monitoring and automated security responses.</w:t>
      </w:r>
    </w:p>
    <w:p w14:paraId="69F047AE" w14:textId="77777777" w:rsidR="0039007B" w:rsidRPr="00BB38EB" w:rsidRDefault="0039007B" w:rsidP="00351B9C">
      <w:pPr>
        <w:rPr>
          <w:rFonts w:asciiTheme="minorBidi" w:hAnsiTheme="minorBidi"/>
          <w:sz w:val="36"/>
          <w:szCs w:val="36"/>
        </w:rPr>
      </w:pPr>
    </w:p>
    <w:p w14:paraId="37B57876" w14:textId="41FAE023"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t xml:space="preserve">•  </w:t>
      </w:r>
      <w:r w:rsidR="00925718" w:rsidRPr="00BB38EB">
        <w:rPr>
          <w:rFonts w:asciiTheme="minorBidi" w:hAnsiTheme="minorBidi"/>
          <w:b/>
          <w:bCs/>
          <w:sz w:val="36"/>
          <w:szCs w:val="36"/>
        </w:rPr>
        <w:t>1.4 Research Contributions:</w:t>
      </w:r>
    </w:p>
    <w:p w14:paraId="78253319" w14:textId="77777777" w:rsidR="00CC2291" w:rsidRPr="00351B9C" w:rsidRDefault="00CC2291" w:rsidP="00351B9C">
      <w:pPr>
        <w:rPr>
          <w:rFonts w:asciiTheme="minorBidi" w:hAnsiTheme="minorBidi"/>
          <w:sz w:val="32"/>
          <w:szCs w:val="32"/>
        </w:rPr>
      </w:pPr>
      <w:r w:rsidRPr="00351B9C">
        <w:rPr>
          <w:rFonts w:asciiTheme="minorBidi" w:hAnsiTheme="minorBidi"/>
          <w:sz w:val="32"/>
          <w:szCs w:val="32"/>
        </w:rPr>
        <w:t>This research makes the following original contributions:</w:t>
      </w:r>
    </w:p>
    <w:p w14:paraId="4620E7BB" w14:textId="792AB675" w:rsidR="00CC2291" w:rsidRPr="00351B9C" w:rsidRDefault="00CC2291" w:rsidP="00351B9C">
      <w:pPr>
        <w:rPr>
          <w:rFonts w:asciiTheme="minorBidi" w:hAnsiTheme="minorBidi"/>
          <w:sz w:val="32"/>
          <w:szCs w:val="32"/>
        </w:rPr>
      </w:pPr>
      <w:r w:rsidRPr="00351B9C">
        <w:rPr>
          <w:rFonts w:asciiTheme="minorBidi" w:hAnsiTheme="minorBidi"/>
          <w:sz w:val="32"/>
          <w:szCs w:val="32"/>
        </w:rPr>
        <w:t>1. The level of detection of AI-based anomalies through the use of machine learning techniques.</w:t>
      </w:r>
    </w:p>
    <w:p w14:paraId="3DF3BA4D" w14:textId="712E2CBE" w:rsidR="00CC2291" w:rsidRPr="00351B9C" w:rsidRDefault="00CC2291" w:rsidP="00351B9C">
      <w:pPr>
        <w:rPr>
          <w:rFonts w:asciiTheme="minorBidi" w:hAnsiTheme="minorBidi"/>
          <w:sz w:val="32"/>
          <w:szCs w:val="32"/>
        </w:rPr>
      </w:pPr>
      <w:r w:rsidRPr="00351B9C">
        <w:rPr>
          <w:rFonts w:asciiTheme="minorBidi" w:hAnsiTheme="minorBidi"/>
          <w:sz w:val="32"/>
          <w:szCs w:val="32"/>
        </w:rPr>
        <w:lastRenderedPageBreak/>
        <w:t>2. Fully automated security response tool applied by dynamic risk.</w:t>
      </w:r>
    </w:p>
    <w:p w14:paraId="74F56A0A" w14:textId="77777777" w:rsidR="00CC2291" w:rsidRPr="00351B9C" w:rsidRDefault="00CC2291" w:rsidP="00351B9C">
      <w:pPr>
        <w:rPr>
          <w:rFonts w:asciiTheme="minorBidi" w:hAnsiTheme="minorBidi"/>
          <w:sz w:val="32"/>
          <w:szCs w:val="32"/>
        </w:rPr>
      </w:pPr>
      <w:r w:rsidRPr="00351B9C">
        <w:rPr>
          <w:rFonts w:asciiTheme="minorBidi" w:hAnsiTheme="minorBidi"/>
          <w:sz w:val="32"/>
          <w:szCs w:val="32"/>
        </w:rPr>
        <w:t>3. integrating IAM with cybersecurity solutions.</w:t>
      </w:r>
    </w:p>
    <w:p w14:paraId="155261B7" w14:textId="13777754" w:rsidR="00F450DB" w:rsidRDefault="00CC2291" w:rsidP="00351B9C">
      <w:pPr>
        <w:rPr>
          <w:rFonts w:asciiTheme="minorBidi" w:hAnsiTheme="minorBidi"/>
          <w:sz w:val="32"/>
          <w:szCs w:val="32"/>
        </w:rPr>
      </w:pPr>
      <w:r w:rsidRPr="00351B9C">
        <w:rPr>
          <w:rFonts w:asciiTheme="minorBidi" w:hAnsiTheme="minorBidi"/>
          <w:sz w:val="32"/>
          <w:szCs w:val="32"/>
        </w:rPr>
        <w:t>4. Risk assessment tool to combine contextually relevant behavioral characteristics, improving false positives by 40–50% compared to traditional methods. Unlike previous studies, this study provides an integrated end-to-end system in terms of interpretation and privacy.</w:t>
      </w:r>
    </w:p>
    <w:p w14:paraId="5FDE0113" w14:textId="77777777" w:rsidR="00DA335A" w:rsidRDefault="00DA335A" w:rsidP="00351B9C">
      <w:pPr>
        <w:rPr>
          <w:rFonts w:asciiTheme="minorBidi" w:hAnsiTheme="minorBidi"/>
          <w:sz w:val="32"/>
          <w:szCs w:val="32"/>
        </w:rPr>
      </w:pPr>
    </w:p>
    <w:p w14:paraId="3217DDE2" w14:textId="77777777" w:rsidR="00DA335A" w:rsidRDefault="00DA335A" w:rsidP="00351B9C">
      <w:pPr>
        <w:rPr>
          <w:rFonts w:asciiTheme="minorBidi" w:hAnsiTheme="minorBidi"/>
          <w:sz w:val="32"/>
          <w:szCs w:val="32"/>
        </w:rPr>
      </w:pPr>
    </w:p>
    <w:p w14:paraId="3DB50C31" w14:textId="77777777" w:rsidR="00DA335A" w:rsidRPr="00351B9C" w:rsidRDefault="00DA335A" w:rsidP="00351B9C">
      <w:pPr>
        <w:rPr>
          <w:rFonts w:asciiTheme="minorBidi" w:hAnsiTheme="minorBidi"/>
          <w:sz w:val="32"/>
          <w:szCs w:val="32"/>
        </w:rPr>
      </w:pPr>
    </w:p>
    <w:p w14:paraId="47DB08E1" w14:textId="614D1914" w:rsidR="00306A11" w:rsidRPr="00BB38EB" w:rsidRDefault="00306A11" w:rsidP="00351B9C">
      <w:pPr>
        <w:rPr>
          <w:rFonts w:asciiTheme="minorBidi" w:hAnsiTheme="minorBidi"/>
          <w:b/>
          <w:bCs/>
          <w:sz w:val="36"/>
          <w:szCs w:val="36"/>
        </w:rPr>
      </w:pPr>
      <w:r w:rsidRPr="00BB38EB">
        <w:rPr>
          <w:rFonts w:asciiTheme="minorBidi" w:hAnsiTheme="minorBidi"/>
          <w:b/>
          <w:bCs/>
          <w:sz w:val="36"/>
          <w:szCs w:val="36"/>
        </w:rPr>
        <w:t xml:space="preserve">•  </w:t>
      </w:r>
      <w:bookmarkStart w:id="2" w:name="_Hlk227416430"/>
      <w:r w:rsidR="00925718" w:rsidRPr="00BB38EB">
        <w:rPr>
          <w:rFonts w:asciiTheme="minorBidi" w:hAnsiTheme="minorBidi"/>
          <w:b/>
          <w:bCs/>
          <w:sz w:val="36"/>
          <w:szCs w:val="36"/>
        </w:rPr>
        <w:t>1.5 Thesis Organization</w:t>
      </w:r>
      <w:bookmarkEnd w:id="2"/>
      <w:r w:rsidR="00925718" w:rsidRPr="00BB38EB">
        <w:rPr>
          <w:rFonts w:asciiTheme="minorBidi" w:hAnsiTheme="minorBidi"/>
          <w:b/>
          <w:bCs/>
          <w:sz w:val="36"/>
          <w:szCs w:val="36"/>
        </w:rPr>
        <w:t>:</w:t>
      </w:r>
    </w:p>
    <w:p w14:paraId="330F9856" w14:textId="0EADB581" w:rsidR="0039007B" w:rsidRPr="00351B9C" w:rsidRDefault="005C2CB5" w:rsidP="00351B9C">
      <w:pPr>
        <w:rPr>
          <w:rFonts w:asciiTheme="minorBidi" w:hAnsiTheme="minorBidi"/>
          <w:sz w:val="32"/>
          <w:szCs w:val="32"/>
        </w:rPr>
      </w:pPr>
      <w:r w:rsidRPr="00351B9C">
        <w:rPr>
          <w:rFonts w:asciiTheme="minorBidi" w:hAnsiTheme="minorBidi"/>
          <w:sz w:val="32"/>
          <w:szCs w:val="32"/>
        </w:rPr>
        <w:t>This first chapter introduces the research challenges and objectives. The second chapter focuses on a critical review of the literature. In chapter 3 on the methodology and proposed framework. In the 4 chapter, explains the results of the studies and discussions. In chapter 5, the main conclusions and future directions.</w:t>
      </w:r>
    </w:p>
    <w:p w14:paraId="38F07A8D" w14:textId="34F9A09D" w:rsidR="00306A11" w:rsidRPr="00BB38EB" w:rsidRDefault="00306A11" w:rsidP="00351B9C">
      <w:pPr>
        <w:rPr>
          <w:rFonts w:asciiTheme="minorBidi" w:hAnsiTheme="minorBidi"/>
          <w:b/>
          <w:bCs/>
          <w:sz w:val="36"/>
          <w:szCs w:val="36"/>
        </w:rPr>
      </w:pPr>
      <w:r w:rsidRPr="00BB38EB">
        <w:rPr>
          <w:rFonts w:asciiTheme="minorBidi" w:hAnsiTheme="minorBidi"/>
          <w:sz w:val="36"/>
          <w:szCs w:val="36"/>
        </w:rPr>
        <w:t xml:space="preserve">•  </w:t>
      </w:r>
      <w:r w:rsidR="00925718" w:rsidRPr="00BB38EB">
        <w:rPr>
          <w:rFonts w:asciiTheme="minorBidi" w:hAnsiTheme="minorBidi"/>
          <w:b/>
          <w:bCs/>
          <w:sz w:val="36"/>
          <w:szCs w:val="36"/>
        </w:rPr>
        <w:t>Chapter 2: Literature Review:</w:t>
      </w:r>
    </w:p>
    <w:p w14:paraId="149C384C" w14:textId="15EEFDF6" w:rsidR="00246DAE" w:rsidRPr="00BB38EB" w:rsidRDefault="00306A11" w:rsidP="00351B9C">
      <w:pPr>
        <w:rPr>
          <w:rFonts w:asciiTheme="minorBidi" w:hAnsiTheme="minorBidi"/>
          <w:b/>
          <w:bCs/>
          <w:sz w:val="36"/>
          <w:szCs w:val="36"/>
        </w:rPr>
      </w:pPr>
      <w:r w:rsidRPr="00BB38EB">
        <w:rPr>
          <w:rFonts w:asciiTheme="minorBidi" w:hAnsiTheme="minorBidi"/>
          <w:b/>
          <w:bCs/>
          <w:sz w:val="36"/>
          <w:szCs w:val="36"/>
        </w:rPr>
        <w:t xml:space="preserve">•  </w:t>
      </w:r>
      <w:r w:rsidR="00434C7C" w:rsidRPr="00BB38EB">
        <w:rPr>
          <w:rFonts w:asciiTheme="minorBidi" w:hAnsiTheme="minorBidi"/>
          <w:b/>
          <w:bCs/>
          <w:sz w:val="36"/>
          <w:szCs w:val="36"/>
        </w:rPr>
        <w:t>2.1 Background and Related Work:</w:t>
      </w:r>
    </w:p>
    <w:p w14:paraId="74F83838" w14:textId="276A6A0D" w:rsidR="00BF1891" w:rsidRPr="00351B9C" w:rsidRDefault="00AE0FCE" w:rsidP="00351B9C">
      <w:pPr>
        <w:rPr>
          <w:rFonts w:asciiTheme="minorBidi" w:hAnsiTheme="minorBidi"/>
          <w:sz w:val="32"/>
          <w:szCs w:val="32"/>
        </w:rPr>
      </w:pPr>
      <w:r w:rsidRPr="00351B9C">
        <w:rPr>
          <w:rFonts w:asciiTheme="minorBidi" w:hAnsiTheme="minorBidi"/>
          <w:sz w:val="32"/>
          <w:szCs w:val="32"/>
        </w:rPr>
        <w:t xml:space="preserve">According to </w:t>
      </w:r>
      <w:r w:rsidR="00BF1891" w:rsidRPr="00351B9C">
        <w:rPr>
          <w:rFonts w:asciiTheme="minorBidi" w:hAnsiTheme="minorBidi"/>
          <w:sz w:val="32"/>
          <w:szCs w:val="32"/>
        </w:rPr>
        <w:t xml:space="preserve">studies conducted by (Muhammad, 2021; </w:t>
      </w:r>
      <w:proofErr w:type="spellStart"/>
      <w:r w:rsidR="00BF1891" w:rsidRPr="00351B9C">
        <w:rPr>
          <w:rFonts w:asciiTheme="minorBidi" w:hAnsiTheme="minorBidi"/>
          <w:sz w:val="32"/>
          <w:szCs w:val="32"/>
        </w:rPr>
        <w:t>Adenola</w:t>
      </w:r>
      <w:proofErr w:type="spellEnd"/>
      <w:r w:rsidR="00BF1891" w:rsidRPr="00351B9C">
        <w:rPr>
          <w:rFonts w:asciiTheme="minorBidi" w:hAnsiTheme="minorBidi"/>
          <w:sz w:val="32"/>
          <w:szCs w:val="32"/>
        </w:rPr>
        <w:t xml:space="preserve">, 2023; Sarker et al., 2024) that artificial intelligence can </w:t>
      </w:r>
      <w:r w:rsidR="005C2CB5" w:rsidRPr="00351B9C">
        <w:rPr>
          <w:rFonts w:asciiTheme="minorBidi" w:hAnsiTheme="minorBidi"/>
          <w:sz w:val="32"/>
          <w:szCs w:val="32"/>
        </w:rPr>
        <w:t xml:space="preserve">Enhance </w:t>
      </w:r>
      <w:r w:rsidR="00BF1891" w:rsidRPr="00351B9C">
        <w:rPr>
          <w:rFonts w:asciiTheme="minorBidi" w:hAnsiTheme="minorBidi"/>
          <w:sz w:val="32"/>
          <w:szCs w:val="32"/>
        </w:rPr>
        <w:t>identity and access management by automating identity and access management and protecting data.</w:t>
      </w:r>
    </w:p>
    <w:p w14:paraId="6F6E36F3" w14:textId="6B97D8D9" w:rsidR="00351B9C" w:rsidRPr="00351B9C" w:rsidRDefault="005C2CB5" w:rsidP="00351B9C">
      <w:pPr>
        <w:rPr>
          <w:rFonts w:asciiTheme="minorBidi" w:hAnsiTheme="minorBidi"/>
          <w:sz w:val="32"/>
          <w:szCs w:val="32"/>
        </w:rPr>
      </w:pPr>
      <w:proofErr w:type="gramStart"/>
      <w:r w:rsidRPr="00351B9C">
        <w:rPr>
          <w:rFonts w:asciiTheme="minorBidi" w:hAnsiTheme="minorBidi"/>
          <w:sz w:val="32"/>
          <w:szCs w:val="32"/>
        </w:rPr>
        <w:lastRenderedPageBreak/>
        <w:t>But</w:t>
      </w:r>
      <w:r w:rsidR="00BF1891" w:rsidRPr="00351B9C">
        <w:rPr>
          <w:rFonts w:asciiTheme="minorBidi" w:hAnsiTheme="minorBidi"/>
          <w:sz w:val="32"/>
          <w:szCs w:val="32"/>
        </w:rPr>
        <w:t>,</w:t>
      </w:r>
      <w:proofErr w:type="gramEnd"/>
      <w:r w:rsidR="00BF1891" w:rsidRPr="00351B9C">
        <w:rPr>
          <w:rFonts w:asciiTheme="minorBidi" w:hAnsiTheme="minorBidi"/>
          <w:sz w:val="32"/>
          <w:szCs w:val="32"/>
        </w:rPr>
        <w:t xml:space="preserve"> existing studies </w:t>
      </w:r>
      <w:r w:rsidRPr="00351B9C">
        <w:rPr>
          <w:rFonts w:asciiTheme="minorBidi" w:hAnsiTheme="minorBidi"/>
          <w:sz w:val="32"/>
          <w:szCs w:val="32"/>
        </w:rPr>
        <w:t xml:space="preserve">suggest </w:t>
      </w:r>
      <w:r w:rsidR="00BF1891" w:rsidRPr="00351B9C">
        <w:rPr>
          <w:rFonts w:asciiTheme="minorBidi" w:hAnsiTheme="minorBidi"/>
          <w:sz w:val="32"/>
          <w:szCs w:val="32"/>
        </w:rPr>
        <w:t xml:space="preserve">some </w:t>
      </w:r>
      <w:r w:rsidRPr="00351B9C">
        <w:rPr>
          <w:rFonts w:asciiTheme="minorBidi" w:hAnsiTheme="minorBidi"/>
          <w:sz w:val="32"/>
          <w:szCs w:val="32"/>
        </w:rPr>
        <w:t xml:space="preserve">constraints </w:t>
      </w:r>
      <w:r w:rsidR="00BF1891" w:rsidRPr="00351B9C">
        <w:rPr>
          <w:rFonts w:asciiTheme="minorBidi" w:hAnsiTheme="minorBidi"/>
          <w:sz w:val="32"/>
          <w:szCs w:val="32"/>
        </w:rPr>
        <w:t xml:space="preserve">that lack </w:t>
      </w:r>
      <w:r w:rsidRPr="00351B9C">
        <w:rPr>
          <w:rFonts w:asciiTheme="minorBidi" w:hAnsiTheme="minorBidi"/>
          <w:sz w:val="32"/>
          <w:szCs w:val="32"/>
        </w:rPr>
        <w:t xml:space="preserve">observed </w:t>
      </w:r>
      <w:r w:rsidR="00BF1891" w:rsidRPr="00351B9C">
        <w:rPr>
          <w:rFonts w:asciiTheme="minorBidi" w:hAnsiTheme="minorBidi"/>
          <w:sz w:val="32"/>
          <w:szCs w:val="32"/>
        </w:rPr>
        <w:t xml:space="preserve">validation (Mohammed, 2021) or </w:t>
      </w:r>
      <w:r w:rsidRPr="00351B9C">
        <w:rPr>
          <w:rFonts w:asciiTheme="minorBidi" w:hAnsiTheme="minorBidi"/>
          <w:sz w:val="32"/>
          <w:szCs w:val="32"/>
        </w:rPr>
        <w:t xml:space="preserve">miss </w:t>
      </w:r>
      <w:r w:rsidR="00BF1891" w:rsidRPr="00351B9C">
        <w:rPr>
          <w:rFonts w:asciiTheme="minorBidi" w:hAnsiTheme="minorBidi"/>
          <w:sz w:val="32"/>
          <w:szCs w:val="32"/>
        </w:rPr>
        <w:t xml:space="preserve">to </w:t>
      </w:r>
      <w:r w:rsidRPr="00351B9C">
        <w:rPr>
          <w:rFonts w:asciiTheme="minorBidi" w:hAnsiTheme="minorBidi"/>
          <w:sz w:val="32"/>
          <w:szCs w:val="32"/>
        </w:rPr>
        <w:t xml:space="preserve">effectively </w:t>
      </w:r>
      <w:r w:rsidR="00BF1891" w:rsidRPr="00351B9C">
        <w:rPr>
          <w:rFonts w:asciiTheme="minorBidi" w:hAnsiTheme="minorBidi"/>
          <w:sz w:val="32"/>
          <w:szCs w:val="32"/>
        </w:rPr>
        <w:t xml:space="preserve">address privacy </w:t>
      </w:r>
      <w:r w:rsidRPr="00351B9C">
        <w:rPr>
          <w:rFonts w:asciiTheme="minorBidi" w:hAnsiTheme="minorBidi"/>
          <w:sz w:val="32"/>
          <w:szCs w:val="32"/>
        </w:rPr>
        <w:t xml:space="preserve">challenges </w:t>
      </w:r>
      <w:r w:rsidR="00BF1891" w:rsidRPr="00351B9C">
        <w:rPr>
          <w:rFonts w:asciiTheme="minorBidi" w:hAnsiTheme="minorBidi"/>
          <w:sz w:val="32"/>
          <w:szCs w:val="32"/>
        </w:rPr>
        <w:t>and AI interpretability (</w:t>
      </w:r>
      <w:proofErr w:type="spellStart"/>
      <w:proofErr w:type="gramStart"/>
      <w:r w:rsidR="00BF1891" w:rsidRPr="00351B9C">
        <w:rPr>
          <w:rFonts w:asciiTheme="minorBidi" w:hAnsiTheme="minorBidi"/>
          <w:sz w:val="32"/>
          <w:szCs w:val="32"/>
        </w:rPr>
        <w:t>Souaddah</w:t>
      </w:r>
      <w:proofErr w:type="spellEnd"/>
      <w:r w:rsidR="00BF1891" w:rsidRPr="00351B9C">
        <w:rPr>
          <w:rFonts w:asciiTheme="minorBidi" w:hAnsiTheme="minorBidi"/>
          <w:sz w:val="32"/>
          <w:szCs w:val="32"/>
        </w:rPr>
        <w:t xml:space="preserve"> ,</w:t>
      </w:r>
      <w:proofErr w:type="gramEnd"/>
      <w:r w:rsidR="00BF1891" w:rsidRPr="00351B9C">
        <w:rPr>
          <w:rFonts w:asciiTheme="minorBidi" w:hAnsiTheme="minorBidi"/>
          <w:sz w:val="32"/>
          <w:szCs w:val="32"/>
        </w:rPr>
        <w:t xml:space="preserve"> </w:t>
      </w:r>
      <w:proofErr w:type="spellStart"/>
      <w:r w:rsidR="00BF1891" w:rsidRPr="00351B9C">
        <w:rPr>
          <w:rFonts w:asciiTheme="minorBidi" w:hAnsiTheme="minorBidi"/>
          <w:sz w:val="32"/>
          <w:szCs w:val="32"/>
        </w:rPr>
        <w:t>Mezrioui</w:t>
      </w:r>
      <w:proofErr w:type="spellEnd"/>
      <w:r w:rsidR="00BF1891" w:rsidRPr="00351B9C">
        <w:rPr>
          <w:rFonts w:asciiTheme="minorBidi" w:hAnsiTheme="minorBidi"/>
          <w:sz w:val="32"/>
          <w:szCs w:val="32"/>
        </w:rPr>
        <w:t>, 2024). Also, there</w:t>
      </w:r>
      <w:r w:rsidR="00351B9C" w:rsidRPr="00351B9C">
        <w:rPr>
          <w:rFonts w:asciiTheme="minorBidi" w:hAnsiTheme="minorBidi"/>
          <w:sz w:val="32"/>
          <w:szCs w:val="32"/>
        </w:rPr>
        <w:t xml:space="preserve"> </w:t>
      </w:r>
      <w:r w:rsidR="00351B9C" w:rsidRPr="00351B9C">
        <w:rPr>
          <w:rFonts w:asciiTheme="minorBidi" w:hAnsiTheme="minorBidi"/>
          <w:sz w:val="32"/>
          <w:szCs w:val="32"/>
        </w:rPr>
        <w:t>are challenges with integrate with legacy systems (</w:t>
      </w:r>
      <w:proofErr w:type="spellStart"/>
      <w:r w:rsidR="00351B9C" w:rsidRPr="00351B9C">
        <w:rPr>
          <w:rFonts w:asciiTheme="minorBidi" w:hAnsiTheme="minorBidi"/>
          <w:sz w:val="32"/>
          <w:szCs w:val="32"/>
        </w:rPr>
        <w:t>Mandru</w:t>
      </w:r>
      <w:proofErr w:type="spellEnd"/>
      <w:r w:rsidR="00351B9C" w:rsidRPr="00351B9C">
        <w:rPr>
          <w:rFonts w:asciiTheme="minorBidi" w:hAnsiTheme="minorBidi"/>
          <w:sz w:val="32"/>
          <w:szCs w:val="32"/>
        </w:rPr>
        <w:t>, 2022).</w:t>
      </w:r>
    </w:p>
    <w:p w14:paraId="7A60F326" w14:textId="020E5AE4" w:rsidR="00351B9C" w:rsidRPr="00DA335A" w:rsidRDefault="00351B9C" w:rsidP="00DA335A">
      <w:pPr>
        <w:rPr>
          <w:rFonts w:asciiTheme="minorBidi" w:hAnsiTheme="minorBidi"/>
          <w:sz w:val="32"/>
          <w:szCs w:val="32"/>
        </w:rPr>
      </w:pPr>
      <w:r w:rsidRPr="00351B9C">
        <w:rPr>
          <w:rFonts w:asciiTheme="minorBidi" w:hAnsiTheme="minorBidi"/>
          <w:sz w:val="32"/>
          <w:szCs w:val="32"/>
        </w:rPr>
        <w:t xml:space="preserve">Also, when we talk about increase of the Internet of Things (IoT), security risks in end-access are growing. They are revealed to threats such as unauthorized access that able to lead to data breaches expected to a lack of identity protection and insufficient disclosure of security vulnerabilities. Traditional security approaches may be insufficient to protect the user access (Shu </w:t>
      </w:r>
      <w:proofErr w:type="spellStart"/>
      <w:r w:rsidRPr="00351B9C">
        <w:rPr>
          <w:rFonts w:asciiTheme="minorBidi" w:hAnsiTheme="minorBidi"/>
          <w:sz w:val="32"/>
          <w:szCs w:val="32"/>
        </w:rPr>
        <w:t>FZhang</w:t>
      </w:r>
      <w:proofErr w:type="spellEnd"/>
      <w:r w:rsidRPr="00351B9C">
        <w:rPr>
          <w:rFonts w:asciiTheme="minorBidi" w:hAnsiTheme="minorBidi"/>
          <w:sz w:val="32"/>
          <w:szCs w:val="32"/>
        </w:rPr>
        <w:t xml:space="preserve"> </w:t>
      </w:r>
      <w:proofErr w:type="spellStart"/>
      <w:r w:rsidRPr="00351B9C">
        <w:rPr>
          <w:rFonts w:asciiTheme="minorBidi" w:hAnsiTheme="minorBidi"/>
          <w:sz w:val="32"/>
          <w:szCs w:val="32"/>
        </w:rPr>
        <w:t>KLuo</w:t>
      </w:r>
      <w:proofErr w:type="spellEnd"/>
      <w:r w:rsidRPr="00351B9C">
        <w:rPr>
          <w:rFonts w:asciiTheme="minorBidi" w:hAnsiTheme="minorBidi"/>
          <w:sz w:val="32"/>
          <w:szCs w:val="32"/>
        </w:rPr>
        <w:t xml:space="preserve"> CMa </w:t>
      </w:r>
      <w:proofErr w:type="spellStart"/>
      <w:r w:rsidRPr="00351B9C">
        <w:rPr>
          <w:rFonts w:asciiTheme="minorBidi" w:hAnsiTheme="minorBidi"/>
          <w:sz w:val="32"/>
          <w:szCs w:val="32"/>
        </w:rPr>
        <w:t>BChen</w:t>
      </w:r>
      <w:proofErr w:type="spellEnd"/>
      <w:r w:rsidRPr="00351B9C">
        <w:rPr>
          <w:rFonts w:asciiTheme="minorBidi" w:hAnsiTheme="minorBidi"/>
          <w:sz w:val="32"/>
          <w:szCs w:val="32"/>
        </w:rPr>
        <w:t xml:space="preserve"> S. 2020).</w:t>
      </w:r>
    </w:p>
    <w:tbl>
      <w:tblPr>
        <w:tblStyle w:val="afa"/>
        <w:tblpPr w:leftFromText="180" w:rightFromText="180" w:vertAnchor="text" w:horzAnchor="page" w:tblpX="138" w:tblpY="-1801"/>
        <w:tblW w:w="11965" w:type="dxa"/>
        <w:tblLayout w:type="fixed"/>
        <w:tblLook w:val="04A0" w:firstRow="1" w:lastRow="0" w:firstColumn="1" w:lastColumn="0" w:noHBand="0" w:noVBand="1"/>
      </w:tblPr>
      <w:tblGrid>
        <w:gridCol w:w="1271"/>
        <w:gridCol w:w="888"/>
        <w:gridCol w:w="966"/>
        <w:gridCol w:w="1571"/>
        <w:gridCol w:w="1962"/>
        <w:gridCol w:w="1559"/>
        <w:gridCol w:w="3748"/>
      </w:tblGrid>
      <w:tr w:rsidR="00351B9C" w:rsidRPr="00351B9C" w14:paraId="64B23F84" w14:textId="77777777" w:rsidTr="00351B9C">
        <w:trPr>
          <w:trHeight w:val="677"/>
        </w:trPr>
        <w:tc>
          <w:tcPr>
            <w:tcW w:w="1271" w:type="dxa"/>
          </w:tcPr>
          <w:p w14:paraId="745D00A6"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lastRenderedPageBreak/>
              <w:t>Study</w:t>
            </w:r>
          </w:p>
        </w:tc>
        <w:tc>
          <w:tcPr>
            <w:tcW w:w="888" w:type="dxa"/>
          </w:tcPr>
          <w:p w14:paraId="2EEED4AB"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Authors</w:t>
            </w:r>
          </w:p>
        </w:tc>
        <w:tc>
          <w:tcPr>
            <w:tcW w:w="966" w:type="dxa"/>
          </w:tcPr>
          <w:p w14:paraId="1B618169"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Year</w:t>
            </w:r>
          </w:p>
        </w:tc>
        <w:tc>
          <w:tcPr>
            <w:tcW w:w="1571" w:type="dxa"/>
          </w:tcPr>
          <w:p w14:paraId="06AE5218"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Research Design</w:t>
            </w:r>
          </w:p>
        </w:tc>
        <w:tc>
          <w:tcPr>
            <w:tcW w:w="1962" w:type="dxa"/>
          </w:tcPr>
          <w:p w14:paraId="689017FE"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Key Findings/Results</w:t>
            </w:r>
          </w:p>
        </w:tc>
        <w:tc>
          <w:tcPr>
            <w:tcW w:w="1559" w:type="dxa"/>
          </w:tcPr>
          <w:p w14:paraId="7AF54ABB"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Methodology</w:t>
            </w:r>
          </w:p>
        </w:tc>
        <w:tc>
          <w:tcPr>
            <w:tcW w:w="3748" w:type="dxa"/>
          </w:tcPr>
          <w:p w14:paraId="2F40D182" w14:textId="77777777" w:rsidR="00351B9C" w:rsidRPr="00351B9C" w:rsidRDefault="00351B9C" w:rsidP="00351B9C">
            <w:pPr>
              <w:spacing w:after="200" w:line="276" w:lineRule="auto"/>
              <w:rPr>
                <w:rFonts w:asciiTheme="minorBidi" w:hAnsiTheme="minorBidi"/>
                <w:b/>
                <w:bCs/>
                <w:sz w:val="24"/>
                <w:szCs w:val="24"/>
              </w:rPr>
            </w:pPr>
            <w:r w:rsidRPr="00351B9C">
              <w:rPr>
                <w:rFonts w:asciiTheme="minorBidi" w:hAnsiTheme="minorBidi"/>
                <w:b/>
                <w:bCs/>
                <w:sz w:val="24"/>
                <w:szCs w:val="24"/>
              </w:rPr>
              <w:t>Limitations</w:t>
            </w:r>
          </w:p>
        </w:tc>
      </w:tr>
      <w:tr w:rsidR="00351B9C" w:rsidRPr="00351B9C" w14:paraId="0D28A618" w14:textId="77777777" w:rsidTr="00351B9C">
        <w:trPr>
          <w:trHeight w:val="3248"/>
        </w:trPr>
        <w:tc>
          <w:tcPr>
            <w:tcW w:w="1271" w:type="dxa"/>
          </w:tcPr>
          <w:p w14:paraId="253B9C3F"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 xml:space="preserve">Paper 1: </w:t>
            </w:r>
            <w:r w:rsidRPr="00351B9C">
              <w:rPr>
                <w:rFonts w:asciiTheme="minorBidi" w:hAnsiTheme="minorBidi"/>
                <w:sz w:val="24"/>
                <w:szCs w:val="24"/>
                <w:lang w:val="en"/>
              </w:rPr>
              <w:t>The possibility of using identities using AI</w:t>
            </w:r>
          </w:p>
          <w:p w14:paraId="7AE5E8F0" w14:textId="77777777" w:rsidR="00351B9C" w:rsidRPr="00351B9C" w:rsidRDefault="00351B9C" w:rsidP="00351B9C">
            <w:pPr>
              <w:spacing w:after="200" w:line="276" w:lineRule="auto"/>
              <w:rPr>
                <w:rFonts w:asciiTheme="minorBidi" w:hAnsiTheme="minorBidi"/>
                <w:sz w:val="24"/>
                <w:szCs w:val="24"/>
              </w:rPr>
            </w:pPr>
          </w:p>
        </w:tc>
        <w:tc>
          <w:tcPr>
            <w:tcW w:w="888" w:type="dxa"/>
          </w:tcPr>
          <w:p w14:paraId="61262709"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Ishaq Azhar Mohammed</w:t>
            </w:r>
          </w:p>
        </w:tc>
        <w:tc>
          <w:tcPr>
            <w:tcW w:w="966" w:type="dxa"/>
          </w:tcPr>
          <w:p w14:paraId="0FB47B2F"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2021</w:t>
            </w:r>
          </w:p>
        </w:tc>
        <w:tc>
          <w:tcPr>
            <w:tcW w:w="1571" w:type="dxa"/>
          </w:tcPr>
          <w:p w14:paraId="19E677A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Literature Review</w:t>
            </w:r>
          </w:p>
        </w:tc>
        <w:tc>
          <w:tcPr>
            <w:tcW w:w="1962" w:type="dxa"/>
          </w:tcPr>
          <w:p w14:paraId="39899A70"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Artificial intelligence is reshaping identity and access management (IAM) by automating access, monitoring, and policy enforcement</w:t>
            </w:r>
          </w:p>
          <w:p w14:paraId="6EF680D1" w14:textId="77777777" w:rsidR="00351B9C" w:rsidRPr="00351B9C" w:rsidRDefault="00351B9C" w:rsidP="00351B9C">
            <w:pPr>
              <w:spacing w:after="200" w:line="276" w:lineRule="auto"/>
              <w:rPr>
                <w:rFonts w:asciiTheme="minorBidi" w:hAnsiTheme="minorBidi"/>
                <w:sz w:val="24"/>
                <w:szCs w:val="24"/>
              </w:rPr>
            </w:pPr>
          </w:p>
        </w:tc>
        <w:tc>
          <w:tcPr>
            <w:tcW w:w="1559" w:type="dxa"/>
          </w:tcPr>
          <w:p w14:paraId="01B8D2B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Comprehensive analysis of the integration of artificial intelligence into identity and access management processes</w:t>
            </w:r>
          </w:p>
          <w:p w14:paraId="2A790CB4" w14:textId="77777777" w:rsidR="00351B9C" w:rsidRPr="00351B9C" w:rsidRDefault="00351B9C" w:rsidP="00351B9C">
            <w:pPr>
              <w:spacing w:after="200" w:line="276" w:lineRule="auto"/>
              <w:rPr>
                <w:rFonts w:asciiTheme="minorBidi" w:hAnsiTheme="minorBidi"/>
                <w:sz w:val="24"/>
                <w:szCs w:val="24"/>
              </w:rPr>
            </w:pPr>
          </w:p>
        </w:tc>
        <w:tc>
          <w:tcPr>
            <w:tcW w:w="3748" w:type="dxa"/>
          </w:tcPr>
          <w:p w14:paraId="00E914C9"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Lack of experimental validation and implementation insights</w:t>
            </w:r>
          </w:p>
          <w:p w14:paraId="08CF20C4" w14:textId="77777777" w:rsidR="00351B9C" w:rsidRPr="00351B9C" w:rsidRDefault="00351B9C" w:rsidP="00351B9C">
            <w:pPr>
              <w:spacing w:after="200" w:line="276" w:lineRule="auto"/>
              <w:rPr>
                <w:rFonts w:asciiTheme="minorBidi" w:hAnsiTheme="minorBidi"/>
                <w:sz w:val="24"/>
                <w:szCs w:val="24"/>
              </w:rPr>
            </w:pPr>
          </w:p>
        </w:tc>
      </w:tr>
      <w:tr w:rsidR="00351B9C" w:rsidRPr="00351B9C" w14:paraId="29309A5C" w14:textId="77777777" w:rsidTr="00351B9C">
        <w:trPr>
          <w:trHeight w:val="1652"/>
        </w:trPr>
        <w:tc>
          <w:tcPr>
            <w:tcW w:w="1271" w:type="dxa"/>
          </w:tcPr>
          <w:p w14:paraId="6B78B01C"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Paper 2: Improving Identity and Access Management with AI in Modern Enterprises</w:t>
            </w:r>
          </w:p>
          <w:p w14:paraId="10090C03" w14:textId="77777777" w:rsidR="00351B9C" w:rsidRPr="00351B9C" w:rsidRDefault="00351B9C" w:rsidP="00351B9C">
            <w:pPr>
              <w:spacing w:after="200" w:line="276" w:lineRule="auto"/>
              <w:rPr>
                <w:rFonts w:asciiTheme="minorBidi" w:hAnsiTheme="minorBidi"/>
                <w:sz w:val="24"/>
                <w:szCs w:val="24"/>
              </w:rPr>
            </w:pPr>
          </w:p>
        </w:tc>
        <w:tc>
          <w:tcPr>
            <w:tcW w:w="888" w:type="dxa"/>
          </w:tcPr>
          <w:p w14:paraId="461E8543"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Md Takbir Sarker, Md Sanaur Rahman, Mohammed Mahi Uddin, Nur Alam Farhad Shakil</w:t>
            </w:r>
          </w:p>
        </w:tc>
        <w:tc>
          <w:tcPr>
            <w:tcW w:w="966" w:type="dxa"/>
          </w:tcPr>
          <w:p w14:paraId="1BEB41B2"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2024</w:t>
            </w:r>
          </w:p>
        </w:tc>
        <w:tc>
          <w:tcPr>
            <w:tcW w:w="1571" w:type="dxa"/>
          </w:tcPr>
          <w:p w14:paraId="2B4401C9"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Analytical and Review Study</w:t>
            </w:r>
          </w:p>
        </w:tc>
        <w:tc>
          <w:tcPr>
            <w:tcW w:w="1962" w:type="dxa"/>
          </w:tcPr>
          <w:p w14:paraId="6B0557B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 xml:space="preserve">AI </w:t>
            </w:r>
            <w:proofErr w:type="gramStart"/>
            <w:r w:rsidRPr="00351B9C">
              <w:rPr>
                <w:rFonts w:asciiTheme="minorBidi" w:hAnsiTheme="minorBidi"/>
                <w:sz w:val="24"/>
                <w:szCs w:val="24"/>
              </w:rPr>
              <w:t>increases</w:t>
            </w:r>
            <w:proofErr w:type="gramEnd"/>
            <w:r w:rsidRPr="00351B9C">
              <w:rPr>
                <w:rFonts w:asciiTheme="minorBidi" w:hAnsiTheme="minorBidi"/>
                <w:sz w:val="24"/>
                <w:szCs w:val="24"/>
              </w:rPr>
              <w:t xml:space="preserve"> identity and access management by reducing false positives and automates breach responses.</w:t>
            </w:r>
          </w:p>
        </w:tc>
        <w:tc>
          <w:tcPr>
            <w:tcW w:w="1559" w:type="dxa"/>
          </w:tcPr>
          <w:p w14:paraId="4703875C"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Conducting case studies and comparisons using artificial intelligence in identity and access management.</w:t>
            </w:r>
          </w:p>
          <w:p w14:paraId="6D6CB9F2" w14:textId="77777777" w:rsidR="00351B9C" w:rsidRPr="00351B9C" w:rsidRDefault="00351B9C" w:rsidP="00351B9C">
            <w:pPr>
              <w:spacing w:after="200" w:line="276" w:lineRule="auto"/>
              <w:rPr>
                <w:rFonts w:asciiTheme="minorBidi" w:hAnsiTheme="minorBidi"/>
                <w:sz w:val="24"/>
                <w:szCs w:val="24"/>
              </w:rPr>
            </w:pPr>
          </w:p>
        </w:tc>
        <w:tc>
          <w:tcPr>
            <w:tcW w:w="3748" w:type="dxa"/>
          </w:tcPr>
          <w:p w14:paraId="7F267DD5"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Incomplete ability to address data governance and AI interpretability</w:t>
            </w:r>
          </w:p>
          <w:p w14:paraId="02B65D94" w14:textId="77777777" w:rsidR="00351B9C" w:rsidRPr="00351B9C" w:rsidRDefault="00351B9C" w:rsidP="00351B9C">
            <w:pPr>
              <w:spacing w:after="200" w:line="276" w:lineRule="auto"/>
              <w:rPr>
                <w:rFonts w:asciiTheme="minorBidi" w:hAnsiTheme="minorBidi"/>
                <w:sz w:val="24"/>
                <w:szCs w:val="24"/>
              </w:rPr>
            </w:pPr>
          </w:p>
        </w:tc>
      </w:tr>
      <w:tr w:rsidR="00351B9C" w:rsidRPr="00351B9C" w14:paraId="6D86132C" w14:textId="77777777" w:rsidTr="00351B9C">
        <w:trPr>
          <w:trHeight w:val="1652"/>
        </w:trPr>
        <w:tc>
          <w:tcPr>
            <w:tcW w:w="1271" w:type="dxa"/>
          </w:tcPr>
          <w:p w14:paraId="489E799D"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Paper 3: AI-Based Access Management System</w:t>
            </w:r>
          </w:p>
        </w:tc>
        <w:tc>
          <w:tcPr>
            <w:tcW w:w="888" w:type="dxa"/>
          </w:tcPr>
          <w:p w14:paraId="02AC63BD"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 xml:space="preserve">Victoria </w:t>
            </w:r>
            <w:proofErr w:type="spellStart"/>
            <w:r w:rsidRPr="00351B9C">
              <w:rPr>
                <w:rFonts w:asciiTheme="minorBidi" w:hAnsiTheme="minorBidi"/>
                <w:sz w:val="24"/>
                <w:szCs w:val="24"/>
              </w:rPr>
              <w:t>Adenola</w:t>
            </w:r>
            <w:proofErr w:type="spellEnd"/>
          </w:p>
        </w:tc>
        <w:tc>
          <w:tcPr>
            <w:tcW w:w="966" w:type="dxa"/>
          </w:tcPr>
          <w:p w14:paraId="2A7B0C20"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2023</w:t>
            </w:r>
          </w:p>
        </w:tc>
        <w:tc>
          <w:tcPr>
            <w:tcW w:w="1571" w:type="dxa"/>
          </w:tcPr>
          <w:p w14:paraId="4D8CDF86"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Literature Review</w:t>
            </w:r>
          </w:p>
        </w:tc>
        <w:tc>
          <w:tcPr>
            <w:tcW w:w="1962" w:type="dxa"/>
          </w:tcPr>
          <w:p w14:paraId="3067F57E"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 xml:space="preserve">AI </w:t>
            </w:r>
            <w:proofErr w:type="gramStart"/>
            <w:r w:rsidRPr="00351B9C">
              <w:rPr>
                <w:rFonts w:asciiTheme="minorBidi" w:hAnsiTheme="minorBidi"/>
                <w:sz w:val="24"/>
                <w:szCs w:val="24"/>
                <w:lang w:val="en"/>
              </w:rPr>
              <w:t>addresses</w:t>
            </w:r>
            <w:proofErr w:type="gramEnd"/>
            <w:r w:rsidRPr="00351B9C">
              <w:rPr>
                <w:rFonts w:asciiTheme="minorBidi" w:hAnsiTheme="minorBidi"/>
                <w:sz w:val="24"/>
                <w:szCs w:val="24"/>
                <w:lang w:val="en"/>
              </w:rPr>
              <w:t xml:space="preserve"> identity and access management challenges such as insider threats, human errors, and </w:t>
            </w:r>
            <w:r w:rsidRPr="00351B9C">
              <w:rPr>
                <w:rFonts w:asciiTheme="minorBidi" w:hAnsiTheme="minorBidi"/>
                <w:sz w:val="24"/>
                <w:szCs w:val="24"/>
                <w:lang w:val="en"/>
              </w:rPr>
              <w:lastRenderedPageBreak/>
              <w:t>software flaws; it also enhances resilience and control by using access based on role.</w:t>
            </w:r>
          </w:p>
          <w:p w14:paraId="1F41A623" w14:textId="77777777" w:rsidR="00351B9C" w:rsidRPr="00351B9C" w:rsidRDefault="00351B9C" w:rsidP="00351B9C">
            <w:pPr>
              <w:spacing w:after="200" w:line="276" w:lineRule="auto"/>
              <w:rPr>
                <w:rFonts w:asciiTheme="minorBidi" w:hAnsiTheme="minorBidi"/>
                <w:sz w:val="24"/>
                <w:szCs w:val="24"/>
              </w:rPr>
            </w:pPr>
          </w:p>
        </w:tc>
        <w:tc>
          <w:tcPr>
            <w:tcW w:w="1559" w:type="dxa"/>
          </w:tcPr>
          <w:p w14:paraId="348F4B81"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lastRenderedPageBreak/>
              <w:t>Conceptual analysis with support from prior studies</w:t>
            </w:r>
          </w:p>
        </w:tc>
        <w:tc>
          <w:tcPr>
            <w:tcW w:w="3748" w:type="dxa"/>
          </w:tcPr>
          <w:p w14:paraId="785075F1"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Comprehensive scope; lacks focus on specific AI technologies used</w:t>
            </w:r>
          </w:p>
          <w:p w14:paraId="41C995D6" w14:textId="77777777" w:rsidR="00351B9C" w:rsidRPr="00351B9C" w:rsidRDefault="00351B9C" w:rsidP="00351B9C">
            <w:pPr>
              <w:spacing w:after="200" w:line="276" w:lineRule="auto"/>
              <w:rPr>
                <w:rFonts w:asciiTheme="minorBidi" w:hAnsiTheme="minorBidi"/>
                <w:sz w:val="24"/>
                <w:szCs w:val="24"/>
              </w:rPr>
            </w:pPr>
          </w:p>
        </w:tc>
      </w:tr>
      <w:tr w:rsidR="00351B9C" w:rsidRPr="00351B9C" w14:paraId="568B2538" w14:textId="77777777" w:rsidTr="00351B9C">
        <w:trPr>
          <w:trHeight w:val="1652"/>
        </w:trPr>
        <w:tc>
          <w:tcPr>
            <w:tcW w:w="1271" w:type="dxa"/>
          </w:tcPr>
          <w:p w14:paraId="4B9A766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Paper 4: ML in IAM Systems – Survey</w:t>
            </w:r>
          </w:p>
        </w:tc>
        <w:tc>
          <w:tcPr>
            <w:tcW w:w="888" w:type="dxa"/>
          </w:tcPr>
          <w:p w14:paraId="7FBDD563" w14:textId="77777777" w:rsidR="00351B9C" w:rsidRPr="00351B9C" w:rsidRDefault="00351B9C" w:rsidP="00351B9C">
            <w:pPr>
              <w:spacing w:after="200" w:line="276" w:lineRule="auto"/>
              <w:rPr>
                <w:rFonts w:asciiTheme="minorBidi" w:hAnsiTheme="minorBidi"/>
                <w:sz w:val="24"/>
                <w:szCs w:val="24"/>
              </w:rPr>
            </w:pPr>
            <w:proofErr w:type="spellStart"/>
            <w:r w:rsidRPr="00351B9C">
              <w:rPr>
                <w:rFonts w:asciiTheme="minorBidi" w:hAnsiTheme="minorBidi"/>
                <w:sz w:val="24"/>
                <w:szCs w:val="24"/>
              </w:rPr>
              <w:t>Aboukadri</w:t>
            </w:r>
            <w:proofErr w:type="spellEnd"/>
            <w:r w:rsidRPr="00351B9C">
              <w:rPr>
                <w:rFonts w:asciiTheme="minorBidi" w:hAnsiTheme="minorBidi"/>
                <w:sz w:val="24"/>
                <w:szCs w:val="24"/>
              </w:rPr>
              <w:t xml:space="preserve"> </w:t>
            </w:r>
            <w:proofErr w:type="spellStart"/>
            <w:r w:rsidRPr="00351B9C">
              <w:rPr>
                <w:rFonts w:asciiTheme="minorBidi" w:hAnsiTheme="minorBidi"/>
                <w:sz w:val="24"/>
                <w:szCs w:val="24"/>
              </w:rPr>
              <w:t>SOuaddah</w:t>
            </w:r>
            <w:proofErr w:type="spellEnd"/>
            <w:r w:rsidRPr="00351B9C">
              <w:rPr>
                <w:rFonts w:asciiTheme="minorBidi" w:hAnsiTheme="minorBidi"/>
                <w:sz w:val="24"/>
                <w:szCs w:val="24"/>
              </w:rPr>
              <w:t xml:space="preserve"> </w:t>
            </w:r>
            <w:proofErr w:type="spellStart"/>
            <w:r w:rsidRPr="00351B9C">
              <w:rPr>
                <w:rFonts w:asciiTheme="minorBidi" w:hAnsiTheme="minorBidi"/>
                <w:sz w:val="24"/>
                <w:szCs w:val="24"/>
              </w:rPr>
              <w:t>AMezrioui</w:t>
            </w:r>
            <w:proofErr w:type="spellEnd"/>
            <w:r w:rsidRPr="00351B9C">
              <w:rPr>
                <w:rFonts w:asciiTheme="minorBidi" w:hAnsiTheme="minorBidi"/>
                <w:sz w:val="24"/>
                <w:szCs w:val="24"/>
              </w:rPr>
              <w:t xml:space="preserve"> A</w:t>
            </w:r>
          </w:p>
        </w:tc>
        <w:tc>
          <w:tcPr>
            <w:tcW w:w="966" w:type="dxa"/>
          </w:tcPr>
          <w:p w14:paraId="30B03419"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2024</w:t>
            </w:r>
          </w:p>
        </w:tc>
        <w:tc>
          <w:tcPr>
            <w:tcW w:w="1571" w:type="dxa"/>
          </w:tcPr>
          <w:p w14:paraId="72CB63BE"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Survey Paper</w:t>
            </w:r>
          </w:p>
        </w:tc>
        <w:tc>
          <w:tcPr>
            <w:tcW w:w="1962" w:type="dxa"/>
          </w:tcPr>
          <w:p w14:paraId="7FBE66D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ML improves authentication, authorization, and auditing</w:t>
            </w:r>
          </w:p>
        </w:tc>
        <w:tc>
          <w:tcPr>
            <w:tcW w:w="1559" w:type="dxa"/>
          </w:tcPr>
          <w:p w14:paraId="467CE30F"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In-depth survey with proposed reference model and classification</w:t>
            </w:r>
          </w:p>
          <w:p w14:paraId="401F87E6" w14:textId="77777777" w:rsidR="00351B9C" w:rsidRPr="00351B9C" w:rsidRDefault="00351B9C" w:rsidP="00351B9C">
            <w:pPr>
              <w:spacing w:after="200" w:line="276" w:lineRule="auto"/>
              <w:rPr>
                <w:rFonts w:asciiTheme="minorBidi" w:hAnsiTheme="minorBidi"/>
                <w:sz w:val="24"/>
                <w:szCs w:val="24"/>
              </w:rPr>
            </w:pPr>
          </w:p>
        </w:tc>
        <w:tc>
          <w:tcPr>
            <w:tcW w:w="3748" w:type="dxa"/>
          </w:tcPr>
          <w:p w14:paraId="14AD470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Privacy and interpretability challenges in ML have not been deeply resolved</w:t>
            </w:r>
          </w:p>
        </w:tc>
      </w:tr>
      <w:tr w:rsidR="00351B9C" w:rsidRPr="00351B9C" w14:paraId="551D5F76" w14:textId="77777777" w:rsidTr="00351B9C">
        <w:trPr>
          <w:trHeight w:val="1652"/>
        </w:trPr>
        <w:tc>
          <w:tcPr>
            <w:tcW w:w="1271" w:type="dxa"/>
          </w:tcPr>
          <w:p w14:paraId="331FC656"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Paper 5: Artificial Intelligence Contributes to the Identity Verification Process</w:t>
            </w:r>
          </w:p>
          <w:p w14:paraId="6508A7C8" w14:textId="77777777" w:rsidR="00351B9C" w:rsidRPr="00351B9C" w:rsidRDefault="00351B9C" w:rsidP="00351B9C">
            <w:pPr>
              <w:spacing w:after="200" w:line="276" w:lineRule="auto"/>
              <w:rPr>
                <w:rFonts w:asciiTheme="minorBidi" w:hAnsiTheme="minorBidi"/>
                <w:sz w:val="24"/>
                <w:szCs w:val="24"/>
              </w:rPr>
            </w:pPr>
          </w:p>
        </w:tc>
        <w:tc>
          <w:tcPr>
            <w:tcW w:w="888" w:type="dxa"/>
          </w:tcPr>
          <w:p w14:paraId="18199BFE"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 xml:space="preserve">Sri </w:t>
            </w:r>
            <w:proofErr w:type="spellStart"/>
            <w:r w:rsidRPr="00351B9C">
              <w:rPr>
                <w:rFonts w:asciiTheme="minorBidi" w:hAnsiTheme="minorBidi"/>
                <w:sz w:val="24"/>
                <w:szCs w:val="24"/>
              </w:rPr>
              <w:t>kanth</w:t>
            </w:r>
            <w:proofErr w:type="spellEnd"/>
            <w:r w:rsidRPr="00351B9C">
              <w:rPr>
                <w:rFonts w:asciiTheme="minorBidi" w:hAnsiTheme="minorBidi"/>
                <w:sz w:val="24"/>
                <w:szCs w:val="24"/>
              </w:rPr>
              <w:t xml:space="preserve"> </w:t>
            </w:r>
            <w:proofErr w:type="spellStart"/>
            <w:r w:rsidRPr="00351B9C">
              <w:rPr>
                <w:rFonts w:asciiTheme="minorBidi" w:hAnsiTheme="minorBidi"/>
                <w:sz w:val="24"/>
                <w:szCs w:val="24"/>
              </w:rPr>
              <w:t>Mandru</w:t>
            </w:r>
            <w:proofErr w:type="spellEnd"/>
          </w:p>
        </w:tc>
        <w:tc>
          <w:tcPr>
            <w:tcW w:w="966" w:type="dxa"/>
          </w:tcPr>
          <w:p w14:paraId="29822E2D"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2022</w:t>
            </w:r>
          </w:p>
        </w:tc>
        <w:tc>
          <w:tcPr>
            <w:tcW w:w="1571" w:type="dxa"/>
          </w:tcPr>
          <w:p w14:paraId="02323218"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Conceptual-Analytical</w:t>
            </w:r>
          </w:p>
        </w:tc>
        <w:tc>
          <w:tcPr>
            <w:tcW w:w="1962" w:type="dxa"/>
          </w:tcPr>
          <w:p w14:paraId="5AB8699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Artificial intelligence enables real-time monitoring, anomaly detection, and adaptive access policies.</w:t>
            </w:r>
          </w:p>
          <w:p w14:paraId="6FB84390" w14:textId="77777777" w:rsidR="00351B9C" w:rsidRPr="00351B9C" w:rsidRDefault="00351B9C" w:rsidP="00351B9C">
            <w:pPr>
              <w:spacing w:after="200" w:line="276" w:lineRule="auto"/>
              <w:rPr>
                <w:rFonts w:asciiTheme="minorBidi" w:hAnsiTheme="minorBidi"/>
                <w:sz w:val="24"/>
                <w:szCs w:val="24"/>
              </w:rPr>
            </w:pPr>
          </w:p>
        </w:tc>
        <w:tc>
          <w:tcPr>
            <w:tcW w:w="1559" w:type="dxa"/>
          </w:tcPr>
          <w:p w14:paraId="0B04DD82"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Evaluation and analysis of AI capabilities in identity and access management</w:t>
            </w:r>
          </w:p>
          <w:p w14:paraId="54B270CF" w14:textId="77777777" w:rsidR="00351B9C" w:rsidRPr="00351B9C" w:rsidRDefault="00351B9C" w:rsidP="00351B9C">
            <w:pPr>
              <w:spacing w:after="200" w:line="276" w:lineRule="auto"/>
              <w:rPr>
                <w:rFonts w:asciiTheme="minorBidi" w:hAnsiTheme="minorBidi"/>
                <w:sz w:val="24"/>
                <w:szCs w:val="24"/>
              </w:rPr>
            </w:pPr>
          </w:p>
        </w:tc>
        <w:tc>
          <w:tcPr>
            <w:tcW w:w="3748" w:type="dxa"/>
          </w:tcPr>
          <w:p w14:paraId="5C9E91F6"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Seamless integration, but ignores dealing with legacy systems</w:t>
            </w:r>
          </w:p>
          <w:p w14:paraId="4A525F43" w14:textId="77777777" w:rsidR="00351B9C" w:rsidRPr="00351B9C" w:rsidRDefault="00351B9C" w:rsidP="00351B9C">
            <w:pPr>
              <w:spacing w:after="200" w:line="276" w:lineRule="auto"/>
              <w:rPr>
                <w:rFonts w:asciiTheme="minorBidi" w:hAnsiTheme="minorBidi"/>
                <w:sz w:val="24"/>
                <w:szCs w:val="24"/>
              </w:rPr>
            </w:pPr>
          </w:p>
        </w:tc>
      </w:tr>
      <w:tr w:rsidR="00351B9C" w:rsidRPr="00351B9C" w14:paraId="5BCB12D6" w14:textId="77777777" w:rsidTr="00351B9C">
        <w:trPr>
          <w:trHeight w:val="1652"/>
        </w:trPr>
        <w:tc>
          <w:tcPr>
            <w:tcW w:w="1271" w:type="dxa"/>
          </w:tcPr>
          <w:p w14:paraId="62E40EB4"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Paper 6: AI-Based Security in IoT Access</w:t>
            </w:r>
          </w:p>
          <w:p w14:paraId="6214EB40" w14:textId="77777777" w:rsidR="00351B9C" w:rsidRPr="00351B9C" w:rsidRDefault="00351B9C" w:rsidP="00351B9C">
            <w:pPr>
              <w:spacing w:after="200" w:line="276" w:lineRule="auto"/>
              <w:rPr>
                <w:rFonts w:asciiTheme="minorBidi" w:hAnsiTheme="minorBidi"/>
                <w:sz w:val="24"/>
                <w:szCs w:val="24"/>
              </w:rPr>
            </w:pPr>
          </w:p>
        </w:tc>
        <w:tc>
          <w:tcPr>
            <w:tcW w:w="888" w:type="dxa"/>
          </w:tcPr>
          <w:p w14:paraId="5791EA9D"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 xml:space="preserve">Shu </w:t>
            </w:r>
            <w:proofErr w:type="spellStart"/>
            <w:r w:rsidRPr="00351B9C">
              <w:rPr>
                <w:rFonts w:asciiTheme="minorBidi" w:hAnsiTheme="minorBidi"/>
                <w:sz w:val="24"/>
                <w:szCs w:val="24"/>
              </w:rPr>
              <w:t>FZhang</w:t>
            </w:r>
            <w:proofErr w:type="spellEnd"/>
            <w:r w:rsidRPr="00351B9C">
              <w:rPr>
                <w:rFonts w:asciiTheme="minorBidi" w:hAnsiTheme="minorBidi"/>
                <w:sz w:val="24"/>
                <w:szCs w:val="24"/>
              </w:rPr>
              <w:t xml:space="preserve"> </w:t>
            </w:r>
            <w:proofErr w:type="spellStart"/>
            <w:r w:rsidRPr="00351B9C">
              <w:rPr>
                <w:rFonts w:asciiTheme="minorBidi" w:hAnsiTheme="minorBidi"/>
                <w:sz w:val="24"/>
                <w:szCs w:val="24"/>
              </w:rPr>
              <w:t>KLuo</w:t>
            </w:r>
            <w:proofErr w:type="spellEnd"/>
            <w:r w:rsidRPr="00351B9C">
              <w:rPr>
                <w:rFonts w:asciiTheme="minorBidi" w:hAnsiTheme="minorBidi"/>
                <w:sz w:val="24"/>
                <w:szCs w:val="24"/>
              </w:rPr>
              <w:t xml:space="preserve"> CMa </w:t>
            </w:r>
            <w:proofErr w:type="spellStart"/>
            <w:r w:rsidRPr="00351B9C">
              <w:rPr>
                <w:rFonts w:asciiTheme="minorBidi" w:hAnsiTheme="minorBidi"/>
                <w:sz w:val="24"/>
                <w:szCs w:val="24"/>
              </w:rPr>
              <w:t>BChen</w:t>
            </w:r>
            <w:proofErr w:type="spellEnd"/>
            <w:r w:rsidRPr="00351B9C">
              <w:rPr>
                <w:rFonts w:asciiTheme="minorBidi" w:hAnsiTheme="minorBidi"/>
                <w:sz w:val="24"/>
                <w:szCs w:val="24"/>
              </w:rPr>
              <w:t xml:space="preserve"> S</w:t>
            </w:r>
          </w:p>
          <w:p w14:paraId="13E26640" w14:textId="77777777" w:rsidR="00351B9C" w:rsidRPr="00351B9C" w:rsidRDefault="00351B9C" w:rsidP="00351B9C">
            <w:pPr>
              <w:spacing w:after="200" w:line="276" w:lineRule="auto"/>
              <w:rPr>
                <w:rFonts w:asciiTheme="minorBidi" w:hAnsiTheme="minorBidi"/>
                <w:sz w:val="24"/>
                <w:szCs w:val="24"/>
              </w:rPr>
            </w:pPr>
          </w:p>
          <w:p w14:paraId="6F795739" w14:textId="77777777" w:rsidR="00351B9C" w:rsidRPr="00351B9C" w:rsidRDefault="00351B9C" w:rsidP="00351B9C">
            <w:pPr>
              <w:spacing w:after="200" w:line="276" w:lineRule="auto"/>
              <w:rPr>
                <w:rFonts w:asciiTheme="minorBidi" w:hAnsiTheme="minorBidi"/>
                <w:sz w:val="24"/>
                <w:szCs w:val="24"/>
              </w:rPr>
            </w:pPr>
          </w:p>
        </w:tc>
        <w:tc>
          <w:tcPr>
            <w:tcW w:w="966" w:type="dxa"/>
          </w:tcPr>
          <w:p w14:paraId="1D142BD5"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lastRenderedPageBreak/>
              <w:t>2020</w:t>
            </w:r>
          </w:p>
          <w:p w14:paraId="29E24340" w14:textId="77777777" w:rsidR="00351B9C" w:rsidRPr="00351B9C" w:rsidRDefault="00351B9C" w:rsidP="00351B9C">
            <w:pPr>
              <w:spacing w:after="200" w:line="276" w:lineRule="auto"/>
              <w:rPr>
                <w:rFonts w:asciiTheme="minorBidi" w:hAnsiTheme="minorBidi"/>
                <w:sz w:val="24"/>
                <w:szCs w:val="24"/>
              </w:rPr>
            </w:pPr>
          </w:p>
        </w:tc>
        <w:tc>
          <w:tcPr>
            <w:tcW w:w="1571" w:type="dxa"/>
          </w:tcPr>
          <w:p w14:paraId="683AC2EB"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rPr>
              <w:t>Technical Proposal</w:t>
            </w:r>
          </w:p>
        </w:tc>
        <w:tc>
          <w:tcPr>
            <w:tcW w:w="1962" w:type="dxa"/>
          </w:tcPr>
          <w:p w14:paraId="315494F4"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t>Combines AI, fingerprint sensing, and IoT for identity protection and vulnerability management.</w:t>
            </w:r>
          </w:p>
          <w:p w14:paraId="14E3177B" w14:textId="77777777" w:rsidR="00351B9C" w:rsidRPr="00351B9C" w:rsidRDefault="00351B9C" w:rsidP="00351B9C">
            <w:pPr>
              <w:spacing w:after="200" w:line="276" w:lineRule="auto"/>
              <w:rPr>
                <w:rFonts w:asciiTheme="minorBidi" w:hAnsiTheme="minorBidi"/>
                <w:sz w:val="24"/>
                <w:szCs w:val="24"/>
              </w:rPr>
            </w:pPr>
          </w:p>
        </w:tc>
        <w:tc>
          <w:tcPr>
            <w:tcW w:w="1559" w:type="dxa"/>
          </w:tcPr>
          <w:p w14:paraId="67087E0E"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lastRenderedPageBreak/>
              <w:t xml:space="preserve">Applied research using artificial intelligence, the Internet of Things, and </w:t>
            </w:r>
            <w:r w:rsidRPr="00351B9C">
              <w:rPr>
                <w:rFonts w:asciiTheme="minorBidi" w:hAnsiTheme="minorBidi"/>
                <w:sz w:val="24"/>
                <w:szCs w:val="24"/>
                <w:lang w:val="en"/>
              </w:rPr>
              <w:lastRenderedPageBreak/>
              <w:t>fingerprint sensing integration</w:t>
            </w:r>
          </w:p>
          <w:p w14:paraId="4BD8DE04" w14:textId="77777777" w:rsidR="00351B9C" w:rsidRPr="00351B9C" w:rsidRDefault="00351B9C" w:rsidP="00351B9C">
            <w:pPr>
              <w:spacing w:after="200" w:line="276" w:lineRule="auto"/>
              <w:rPr>
                <w:rFonts w:asciiTheme="minorBidi" w:hAnsiTheme="minorBidi"/>
                <w:sz w:val="24"/>
                <w:szCs w:val="24"/>
              </w:rPr>
            </w:pPr>
          </w:p>
        </w:tc>
        <w:tc>
          <w:tcPr>
            <w:tcW w:w="3748" w:type="dxa"/>
          </w:tcPr>
          <w:p w14:paraId="59CA0DC0" w14:textId="77777777" w:rsidR="00351B9C" w:rsidRPr="00351B9C" w:rsidRDefault="00351B9C" w:rsidP="00351B9C">
            <w:pPr>
              <w:spacing w:after="200" w:line="276" w:lineRule="auto"/>
              <w:rPr>
                <w:rFonts w:asciiTheme="minorBidi" w:hAnsiTheme="minorBidi"/>
                <w:sz w:val="24"/>
                <w:szCs w:val="24"/>
              </w:rPr>
            </w:pPr>
            <w:r w:rsidRPr="00351B9C">
              <w:rPr>
                <w:rFonts w:asciiTheme="minorBidi" w:hAnsiTheme="minorBidi"/>
                <w:sz w:val="24"/>
                <w:szCs w:val="24"/>
                <w:lang w:val="en"/>
              </w:rPr>
              <w:lastRenderedPageBreak/>
              <w:t>Handling peripheral equipment; not directly generalizable to broader IAM systems</w:t>
            </w:r>
          </w:p>
          <w:p w14:paraId="377E77D6" w14:textId="77777777" w:rsidR="00351B9C" w:rsidRPr="00351B9C" w:rsidRDefault="00351B9C" w:rsidP="00351B9C">
            <w:pPr>
              <w:spacing w:after="200" w:line="276" w:lineRule="auto"/>
              <w:rPr>
                <w:rFonts w:asciiTheme="minorBidi" w:hAnsiTheme="minorBidi"/>
                <w:sz w:val="24"/>
                <w:szCs w:val="24"/>
              </w:rPr>
            </w:pPr>
          </w:p>
          <w:p w14:paraId="09C8149A" w14:textId="77777777" w:rsidR="00351B9C" w:rsidRPr="00351B9C" w:rsidRDefault="00351B9C" w:rsidP="00351B9C">
            <w:pPr>
              <w:spacing w:after="200" w:line="276" w:lineRule="auto"/>
              <w:rPr>
                <w:rFonts w:asciiTheme="minorBidi" w:hAnsiTheme="minorBidi"/>
                <w:sz w:val="24"/>
                <w:szCs w:val="24"/>
              </w:rPr>
            </w:pPr>
          </w:p>
        </w:tc>
      </w:tr>
    </w:tbl>
    <w:p w14:paraId="2B904C70" w14:textId="77777777" w:rsidR="001C5990" w:rsidRPr="00BB38EB" w:rsidRDefault="001C5990" w:rsidP="00EA74FF">
      <w:pPr>
        <w:jc w:val="center"/>
        <w:rPr>
          <w:rFonts w:asciiTheme="minorBidi" w:hAnsiTheme="minorBidi"/>
          <w:sz w:val="32"/>
          <w:szCs w:val="32"/>
        </w:rPr>
      </w:pPr>
    </w:p>
    <w:p w14:paraId="04FCD738" w14:textId="77777777" w:rsidR="004B5C5E" w:rsidRPr="00351B9C" w:rsidRDefault="004B5C5E" w:rsidP="00DA335A">
      <w:pPr>
        <w:rPr>
          <w:rFonts w:asciiTheme="minorBidi" w:hAnsiTheme="minorBidi"/>
          <w:sz w:val="32"/>
          <w:szCs w:val="32"/>
        </w:rPr>
      </w:pPr>
    </w:p>
    <w:p w14:paraId="5B86812A" w14:textId="37A044D3" w:rsidR="00BF1891" w:rsidRPr="00BB38EB" w:rsidRDefault="00BF1891" w:rsidP="00DA335A">
      <w:pPr>
        <w:pStyle w:val="21"/>
        <w:rPr>
          <w:rFonts w:asciiTheme="minorBidi" w:hAnsiTheme="minorBidi" w:cstheme="minorBidi"/>
          <w:color w:val="auto"/>
          <w:sz w:val="36"/>
          <w:szCs w:val="36"/>
        </w:rPr>
      </w:pPr>
      <w:r w:rsidRPr="00BB38EB">
        <w:rPr>
          <w:rFonts w:asciiTheme="minorBidi" w:hAnsiTheme="minorBidi" w:cstheme="minorBidi"/>
          <w:color w:val="auto"/>
          <w:sz w:val="36"/>
          <w:szCs w:val="36"/>
        </w:rPr>
        <w:t>2.</w:t>
      </w:r>
      <w:r w:rsidRPr="00BB38EB">
        <w:rPr>
          <w:rFonts w:asciiTheme="minorBidi" w:hAnsiTheme="minorBidi" w:cstheme="minorBidi"/>
          <w:sz w:val="36"/>
          <w:szCs w:val="36"/>
        </w:rPr>
        <w:t xml:space="preserve"> </w:t>
      </w:r>
      <w:r w:rsidRPr="00BB38EB">
        <w:rPr>
          <w:rFonts w:asciiTheme="minorBidi" w:hAnsiTheme="minorBidi" w:cstheme="minorBidi"/>
          <w:color w:val="auto"/>
          <w:sz w:val="36"/>
          <w:szCs w:val="36"/>
        </w:rPr>
        <w:t>2</w:t>
      </w:r>
      <w:r w:rsidR="00142041" w:rsidRPr="00BB38EB">
        <w:rPr>
          <w:rFonts w:asciiTheme="minorBidi" w:hAnsiTheme="minorBidi" w:cstheme="minorBidi"/>
          <w:color w:val="auto"/>
          <w:sz w:val="36"/>
          <w:szCs w:val="36"/>
        </w:rPr>
        <w:t xml:space="preserve"> </w:t>
      </w:r>
      <w:r w:rsidRPr="00BB38EB">
        <w:rPr>
          <w:rFonts w:asciiTheme="minorBidi" w:hAnsiTheme="minorBidi" w:cstheme="minorBidi"/>
          <w:color w:val="auto"/>
          <w:sz w:val="36"/>
          <w:szCs w:val="36"/>
        </w:rPr>
        <w:t>Improved Hypothesis:</w:t>
      </w:r>
    </w:p>
    <w:p w14:paraId="4658E643" w14:textId="77777777" w:rsidR="00BF1891" w:rsidRPr="00DA335A" w:rsidRDefault="00BF1891" w:rsidP="00DA335A">
      <w:pPr>
        <w:rPr>
          <w:rFonts w:asciiTheme="minorBidi" w:hAnsiTheme="minorBidi"/>
          <w:b/>
          <w:bCs/>
          <w:sz w:val="32"/>
          <w:szCs w:val="32"/>
        </w:rPr>
      </w:pPr>
    </w:p>
    <w:p w14:paraId="79C303C5" w14:textId="72D93E35" w:rsidR="004B5C5E" w:rsidRPr="00BB38EB" w:rsidRDefault="00BF1891" w:rsidP="00DA335A">
      <w:pPr>
        <w:rPr>
          <w:rFonts w:asciiTheme="minorBidi" w:hAnsiTheme="minorBidi"/>
          <w:sz w:val="36"/>
          <w:szCs w:val="36"/>
        </w:rPr>
      </w:pPr>
      <w:r w:rsidRPr="00DA335A">
        <w:rPr>
          <w:rFonts w:asciiTheme="minorBidi" w:hAnsiTheme="minorBidi"/>
          <w:sz w:val="32"/>
          <w:szCs w:val="32"/>
        </w:rPr>
        <w:t xml:space="preserve">I </w:t>
      </w:r>
      <w:r w:rsidR="00AE0FCE" w:rsidRPr="00DA335A">
        <w:rPr>
          <w:rFonts w:asciiTheme="minorBidi" w:hAnsiTheme="minorBidi"/>
          <w:sz w:val="32"/>
          <w:szCs w:val="32"/>
        </w:rPr>
        <w:t xml:space="preserve">enhanced </w:t>
      </w:r>
      <w:r w:rsidRPr="00DA335A">
        <w:rPr>
          <w:rFonts w:asciiTheme="minorBidi" w:hAnsiTheme="minorBidi"/>
          <w:sz w:val="32"/>
          <w:szCs w:val="32"/>
        </w:rPr>
        <w:t xml:space="preserve">the dual verification </w:t>
      </w:r>
      <w:r w:rsidR="00AE0FCE" w:rsidRPr="00DA335A">
        <w:rPr>
          <w:rFonts w:asciiTheme="minorBidi" w:hAnsiTheme="minorBidi"/>
          <w:sz w:val="32"/>
          <w:szCs w:val="32"/>
        </w:rPr>
        <w:t xml:space="preserve">supposition </w:t>
      </w:r>
      <w:r w:rsidRPr="00DA335A">
        <w:rPr>
          <w:rFonts w:asciiTheme="minorBidi" w:hAnsiTheme="minorBidi"/>
          <w:sz w:val="32"/>
          <w:szCs w:val="32"/>
        </w:rPr>
        <w:t>through</w:t>
      </w:r>
      <w:r w:rsidR="006637CE" w:rsidRPr="00DA335A">
        <w:rPr>
          <w:rFonts w:asciiTheme="minorBidi" w:hAnsiTheme="minorBidi"/>
          <w:sz w:val="32"/>
          <w:szCs w:val="32"/>
        </w:rPr>
        <w:t xml:space="preserve"> core </w:t>
      </w:r>
      <w:r w:rsidRPr="00DA335A">
        <w:rPr>
          <w:rFonts w:asciiTheme="minorBidi" w:hAnsiTheme="minorBidi"/>
          <w:sz w:val="32"/>
          <w:szCs w:val="32"/>
        </w:rPr>
        <w:t>data such as ID number, user location, time</w:t>
      </w:r>
      <w:r w:rsidR="006637CE" w:rsidRPr="00DA335A">
        <w:rPr>
          <w:rFonts w:asciiTheme="minorBidi" w:hAnsiTheme="minorBidi"/>
          <w:sz w:val="32"/>
          <w:szCs w:val="32"/>
        </w:rPr>
        <w:t xml:space="preserve"> of login</w:t>
      </w:r>
      <w:r w:rsidRPr="00DA335A">
        <w:rPr>
          <w:rFonts w:asciiTheme="minorBidi" w:hAnsiTheme="minorBidi"/>
          <w:sz w:val="32"/>
          <w:szCs w:val="32"/>
        </w:rPr>
        <w:t xml:space="preserve">, and number of login attempts. Then, I </w:t>
      </w:r>
      <w:r w:rsidR="006637CE" w:rsidRPr="00DA335A">
        <w:rPr>
          <w:rFonts w:asciiTheme="minorBidi" w:hAnsiTheme="minorBidi"/>
          <w:sz w:val="32"/>
          <w:szCs w:val="32"/>
        </w:rPr>
        <w:t xml:space="preserve">implemented </w:t>
      </w:r>
      <w:r w:rsidRPr="00DA335A">
        <w:rPr>
          <w:rFonts w:asciiTheme="minorBidi" w:hAnsiTheme="minorBidi"/>
          <w:sz w:val="32"/>
          <w:szCs w:val="32"/>
        </w:rPr>
        <w:t xml:space="preserve">Risk Scoring to take </w:t>
      </w:r>
      <w:r w:rsidR="006637CE" w:rsidRPr="00DA335A">
        <w:rPr>
          <w:rFonts w:asciiTheme="minorBidi" w:hAnsiTheme="minorBidi"/>
          <w:sz w:val="32"/>
          <w:szCs w:val="32"/>
        </w:rPr>
        <w:t xml:space="preserve">suitable </w:t>
      </w:r>
      <w:r w:rsidRPr="00DA335A">
        <w:rPr>
          <w:rFonts w:asciiTheme="minorBidi" w:hAnsiTheme="minorBidi"/>
          <w:sz w:val="32"/>
          <w:szCs w:val="32"/>
        </w:rPr>
        <w:t>action based on cybersecurity standards:</w:t>
      </w:r>
      <w:r w:rsidRPr="00BB38EB">
        <w:rPr>
          <w:rFonts w:asciiTheme="minorBidi" w:hAnsiTheme="minorBidi"/>
          <w:sz w:val="36"/>
          <w:szCs w:val="36"/>
        </w:rPr>
        <w:t xml:space="preserve"> </w:t>
      </w:r>
      <w:r w:rsidRPr="00BB38EB">
        <w:rPr>
          <w:rFonts w:asciiTheme="minorBidi" w:hAnsiTheme="minorBidi"/>
          <w:b/>
          <w:bCs/>
          <w:sz w:val="36"/>
          <w:szCs w:val="36"/>
        </w:rPr>
        <w:t>LOCK_ACCOUNTFORCE_MFAALERT_SOCALLOW_ACCESS</w:t>
      </w:r>
    </w:p>
    <w:p w14:paraId="42ED9B4B" w14:textId="77777777" w:rsidR="004B5C5E" w:rsidRPr="00BB38EB" w:rsidRDefault="004B5C5E" w:rsidP="00DA335A">
      <w:pPr>
        <w:pStyle w:val="21"/>
        <w:rPr>
          <w:rFonts w:asciiTheme="minorBidi" w:hAnsiTheme="minorBidi" w:cstheme="minorBidi"/>
          <w:color w:val="auto"/>
          <w:sz w:val="36"/>
          <w:szCs w:val="36"/>
        </w:rPr>
      </w:pPr>
    </w:p>
    <w:p w14:paraId="258E10C4" w14:textId="77777777" w:rsidR="004B5C5E" w:rsidRPr="00BB38EB" w:rsidRDefault="004B5C5E" w:rsidP="00DA335A">
      <w:pPr>
        <w:rPr>
          <w:rFonts w:asciiTheme="minorBidi" w:hAnsiTheme="minorBidi"/>
          <w:sz w:val="36"/>
          <w:szCs w:val="36"/>
        </w:rPr>
      </w:pPr>
    </w:p>
    <w:p w14:paraId="5501DEE4" w14:textId="5B5F5D49" w:rsidR="00CA3E89" w:rsidRPr="00BB38EB" w:rsidRDefault="00434C7C" w:rsidP="00DA335A">
      <w:pPr>
        <w:pStyle w:val="21"/>
        <w:rPr>
          <w:rFonts w:asciiTheme="minorBidi" w:hAnsiTheme="minorBidi" w:cstheme="minorBidi"/>
          <w:color w:val="auto"/>
          <w:sz w:val="36"/>
          <w:szCs w:val="36"/>
        </w:rPr>
      </w:pPr>
      <w:r w:rsidRPr="00BB38EB">
        <w:rPr>
          <w:rFonts w:asciiTheme="minorBidi" w:hAnsiTheme="minorBidi" w:cstheme="minorBidi"/>
          <w:color w:val="auto"/>
          <w:sz w:val="36"/>
          <w:szCs w:val="36"/>
        </w:rPr>
        <w:t>2.</w:t>
      </w:r>
      <w:r w:rsidR="004B5C5E" w:rsidRPr="00BB38EB">
        <w:rPr>
          <w:rFonts w:asciiTheme="minorBidi" w:hAnsiTheme="minorBidi" w:cstheme="minorBidi"/>
          <w:color w:val="auto"/>
          <w:sz w:val="36"/>
          <w:szCs w:val="36"/>
        </w:rPr>
        <w:t>3</w:t>
      </w:r>
      <w:r w:rsidRPr="00BB38EB">
        <w:rPr>
          <w:rFonts w:asciiTheme="minorBidi" w:hAnsiTheme="minorBidi" w:cstheme="minorBidi"/>
          <w:color w:val="auto"/>
          <w:sz w:val="36"/>
          <w:szCs w:val="36"/>
        </w:rPr>
        <w:t xml:space="preserve"> Critical Analysis</w:t>
      </w:r>
      <w:r w:rsidR="00CA3E89" w:rsidRPr="00BB38EB">
        <w:rPr>
          <w:rFonts w:asciiTheme="minorBidi" w:hAnsiTheme="minorBidi" w:cstheme="minorBidi"/>
          <w:color w:val="auto"/>
          <w:sz w:val="36"/>
          <w:szCs w:val="36"/>
        </w:rPr>
        <w:t>:</w:t>
      </w:r>
    </w:p>
    <w:p w14:paraId="1891AF32" w14:textId="77777777" w:rsidR="00267920" w:rsidRPr="00DA335A" w:rsidRDefault="00267920" w:rsidP="00DA335A">
      <w:pPr>
        <w:rPr>
          <w:rFonts w:asciiTheme="minorBidi" w:hAnsiTheme="minorBidi"/>
          <w:sz w:val="32"/>
          <w:szCs w:val="32"/>
        </w:rPr>
      </w:pPr>
    </w:p>
    <w:p w14:paraId="79831E8C" w14:textId="445657CC" w:rsidR="00434C7C" w:rsidRPr="00DA335A" w:rsidRDefault="00434C7C" w:rsidP="00DA335A">
      <w:pPr>
        <w:ind w:left="360"/>
        <w:rPr>
          <w:rFonts w:asciiTheme="minorBidi" w:hAnsiTheme="minorBidi"/>
          <w:sz w:val="32"/>
          <w:szCs w:val="32"/>
        </w:rPr>
      </w:pPr>
      <w:r w:rsidRPr="00DA335A">
        <w:rPr>
          <w:rFonts w:asciiTheme="minorBidi" w:hAnsiTheme="minorBidi"/>
          <w:sz w:val="32"/>
          <w:szCs w:val="32"/>
        </w:rPr>
        <w:t xml:space="preserve">While AI </w:t>
      </w:r>
      <w:r w:rsidR="006637CE" w:rsidRPr="00DA335A">
        <w:rPr>
          <w:rFonts w:asciiTheme="minorBidi" w:hAnsiTheme="minorBidi"/>
          <w:sz w:val="32"/>
          <w:szCs w:val="32"/>
        </w:rPr>
        <w:t xml:space="preserve">enhances </w:t>
      </w:r>
      <w:r w:rsidRPr="00DA335A">
        <w:rPr>
          <w:rFonts w:asciiTheme="minorBidi" w:hAnsiTheme="minorBidi"/>
          <w:sz w:val="32"/>
          <w:szCs w:val="32"/>
        </w:rPr>
        <w:t xml:space="preserve">anomaly detection and reduces manual </w:t>
      </w:r>
      <w:r w:rsidR="006637CE" w:rsidRPr="00DA335A">
        <w:rPr>
          <w:rFonts w:asciiTheme="minorBidi" w:hAnsiTheme="minorBidi"/>
          <w:sz w:val="32"/>
          <w:szCs w:val="32"/>
        </w:rPr>
        <w:t>control</w:t>
      </w:r>
      <w:r w:rsidRPr="00DA335A">
        <w:rPr>
          <w:rFonts w:asciiTheme="minorBidi" w:hAnsiTheme="minorBidi"/>
          <w:sz w:val="32"/>
          <w:szCs w:val="32"/>
        </w:rPr>
        <w:t xml:space="preserve">, major gaps </w:t>
      </w:r>
      <w:r w:rsidR="006637CE" w:rsidRPr="00DA335A">
        <w:rPr>
          <w:rFonts w:asciiTheme="minorBidi" w:hAnsiTheme="minorBidi"/>
          <w:sz w:val="32"/>
          <w:szCs w:val="32"/>
        </w:rPr>
        <w:t>Continue</w:t>
      </w:r>
      <w:r w:rsidRPr="00DA335A">
        <w:rPr>
          <w:rFonts w:asciiTheme="minorBidi" w:hAnsiTheme="minorBidi"/>
          <w:sz w:val="32"/>
          <w:szCs w:val="32"/>
        </w:rPr>
        <w:t>:</w:t>
      </w:r>
    </w:p>
    <w:p w14:paraId="3637D513" w14:textId="68211109" w:rsidR="00434C7C" w:rsidRPr="00DA335A" w:rsidRDefault="00434C7C" w:rsidP="00DA335A">
      <w:pPr>
        <w:ind w:left="360"/>
        <w:rPr>
          <w:rFonts w:asciiTheme="minorBidi" w:hAnsiTheme="minorBidi"/>
          <w:sz w:val="32"/>
          <w:szCs w:val="32"/>
        </w:rPr>
      </w:pPr>
      <w:r w:rsidRPr="00DA335A">
        <w:rPr>
          <w:rFonts w:asciiTheme="minorBidi" w:hAnsiTheme="minorBidi"/>
          <w:sz w:val="32"/>
          <w:szCs w:val="32"/>
        </w:rPr>
        <w:t xml:space="preserve">•  </w:t>
      </w:r>
      <w:r w:rsidR="006637CE" w:rsidRPr="00DA335A">
        <w:rPr>
          <w:rFonts w:asciiTheme="minorBidi" w:hAnsiTheme="minorBidi"/>
          <w:sz w:val="32"/>
          <w:szCs w:val="32"/>
        </w:rPr>
        <w:t>Restricted</w:t>
      </w:r>
      <w:r w:rsidRPr="00DA335A">
        <w:rPr>
          <w:rFonts w:asciiTheme="minorBidi" w:hAnsiTheme="minorBidi"/>
          <w:sz w:val="32"/>
          <w:szCs w:val="32"/>
        </w:rPr>
        <w:t xml:space="preserve"> real-world prototype validation.</w:t>
      </w:r>
    </w:p>
    <w:p w14:paraId="16F60941" w14:textId="270FA405" w:rsidR="00434C7C" w:rsidRPr="00DA335A" w:rsidRDefault="00434C7C" w:rsidP="00DA335A">
      <w:pPr>
        <w:ind w:left="360"/>
        <w:rPr>
          <w:rFonts w:asciiTheme="minorBidi" w:hAnsiTheme="minorBidi"/>
          <w:sz w:val="32"/>
          <w:szCs w:val="32"/>
        </w:rPr>
      </w:pPr>
      <w:r w:rsidRPr="00DA335A">
        <w:rPr>
          <w:rFonts w:asciiTheme="minorBidi" w:hAnsiTheme="minorBidi"/>
          <w:sz w:val="32"/>
          <w:szCs w:val="32"/>
        </w:rPr>
        <w:t xml:space="preserve">•  </w:t>
      </w:r>
      <w:r w:rsidR="006637CE" w:rsidRPr="00DA335A">
        <w:rPr>
          <w:rFonts w:asciiTheme="minorBidi" w:hAnsiTheme="minorBidi"/>
          <w:sz w:val="32"/>
          <w:szCs w:val="32"/>
        </w:rPr>
        <w:t>Lack</w:t>
      </w:r>
      <w:r w:rsidRPr="00DA335A">
        <w:rPr>
          <w:rFonts w:asciiTheme="minorBidi" w:hAnsiTheme="minorBidi"/>
          <w:sz w:val="32"/>
          <w:szCs w:val="32"/>
        </w:rPr>
        <w:t xml:space="preserve"> of integrated dynamic risk-scoring models.</w:t>
      </w:r>
    </w:p>
    <w:p w14:paraId="3571DE91" w14:textId="6C743AAA" w:rsidR="00455E3C" w:rsidRPr="00BB38EB" w:rsidRDefault="00434C7C" w:rsidP="00DA335A">
      <w:pPr>
        <w:ind w:left="360"/>
        <w:rPr>
          <w:rFonts w:asciiTheme="minorBidi" w:hAnsiTheme="minorBidi"/>
          <w:sz w:val="36"/>
          <w:szCs w:val="36"/>
        </w:rPr>
      </w:pPr>
      <w:r w:rsidRPr="00BB38EB">
        <w:rPr>
          <w:rFonts w:asciiTheme="minorBidi" w:hAnsiTheme="minorBidi"/>
          <w:sz w:val="36"/>
          <w:szCs w:val="36"/>
        </w:rPr>
        <w:lastRenderedPageBreak/>
        <w:t xml:space="preserve">•  </w:t>
      </w:r>
      <w:r w:rsidR="006637CE" w:rsidRPr="00BB38EB">
        <w:rPr>
          <w:rFonts w:asciiTheme="minorBidi" w:hAnsiTheme="minorBidi"/>
          <w:sz w:val="36"/>
          <w:szCs w:val="36"/>
        </w:rPr>
        <w:t xml:space="preserve">Inadequate </w:t>
      </w:r>
      <w:r w:rsidRPr="00BB38EB">
        <w:rPr>
          <w:rFonts w:asciiTheme="minorBidi" w:hAnsiTheme="minorBidi"/>
          <w:sz w:val="36"/>
          <w:szCs w:val="36"/>
        </w:rPr>
        <w:t xml:space="preserve">focus on automation and real-time response in </w:t>
      </w:r>
      <w:r w:rsidR="001C5990" w:rsidRPr="00BB38EB">
        <w:rPr>
          <w:rFonts w:asciiTheme="minorBidi" w:hAnsiTheme="minorBidi"/>
          <w:sz w:val="36"/>
          <w:szCs w:val="36"/>
        </w:rPr>
        <w:t xml:space="preserve">on-premise and </w:t>
      </w:r>
      <w:r w:rsidRPr="00BB38EB">
        <w:rPr>
          <w:rFonts w:asciiTheme="minorBidi" w:hAnsiTheme="minorBidi"/>
          <w:sz w:val="36"/>
          <w:szCs w:val="36"/>
        </w:rPr>
        <w:t>hybrid setups.</w:t>
      </w:r>
    </w:p>
    <w:p w14:paraId="417431CA" w14:textId="2C6B8FA1" w:rsidR="00267920" w:rsidRPr="00BB38EB" w:rsidRDefault="00434C7C" w:rsidP="00DA335A">
      <w:pPr>
        <w:pStyle w:val="1"/>
        <w:rPr>
          <w:rFonts w:asciiTheme="minorBidi" w:hAnsiTheme="minorBidi" w:cstheme="minorBidi"/>
          <w:color w:val="000000" w:themeColor="text1"/>
          <w:sz w:val="36"/>
          <w:szCs w:val="36"/>
        </w:rPr>
      </w:pPr>
      <w:bookmarkStart w:id="3" w:name="_Hlk227416717"/>
      <w:r w:rsidRPr="00BB38EB">
        <w:rPr>
          <w:rFonts w:asciiTheme="minorBidi" w:hAnsiTheme="minorBidi" w:cstheme="minorBidi"/>
          <w:color w:val="000000" w:themeColor="text1"/>
          <w:sz w:val="36"/>
          <w:szCs w:val="36"/>
        </w:rPr>
        <w:t>2.</w:t>
      </w:r>
      <w:r w:rsidR="00455E3C" w:rsidRPr="00BB38EB">
        <w:rPr>
          <w:rFonts w:asciiTheme="minorBidi" w:hAnsiTheme="minorBidi" w:cstheme="minorBidi"/>
          <w:color w:val="000000" w:themeColor="text1"/>
          <w:sz w:val="36"/>
          <w:szCs w:val="36"/>
        </w:rPr>
        <w:t>4</w:t>
      </w:r>
      <w:r w:rsidRPr="00BB38EB">
        <w:rPr>
          <w:rFonts w:asciiTheme="minorBidi" w:hAnsiTheme="minorBidi" w:cstheme="minorBidi"/>
          <w:color w:val="000000" w:themeColor="text1"/>
          <w:sz w:val="36"/>
          <w:szCs w:val="36"/>
        </w:rPr>
        <w:t xml:space="preserve"> Research Gap</w:t>
      </w:r>
      <w:bookmarkEnd w:id="3"/>
      <w:r w:rsidR="005903A0" w:rsidRPr="00BB38EB">
        <w:rPr>
          <w:rFonts w:asciiTheme="minorBidi" w:hAnsiTheme="minorBidi" w:cstheme="minorBidi"/>
          <w:color w:val="000000" w:themeColor="text1"/>
          <w:sz w:val="36"/>
          <w:szCs w:val="36"/>
        </w:rPr>
        <w:t>:</w:t>
      </w:r>
    </w:p>
    <w:p w14:paraId="2F49C0D8" w14:textId="77777777" w:rsidR="00434C7C" w:rsidRPr="00BB38EB" w:rsidRDefault="00434C7C" w:rsidP="00DA335A">
      <w:pPr>
        <w:rPr>
          <w:rFonts w:asciiTheme="minorBidi" w:hAnsiTheme="minorBidi"/>
          <w:sz w:val="36"/>
          <w:szCs w:val="36"/>
        </w:rPr>
      </w:pPr>
    </w:p>
    <w:p w14:paraId="54819036" w14:textId="6F144E51" w:rsidR="00434C7C" w:rsidRPr="00DA335A" w:rsidRDefault="00434C7C" w:rsidP="00DA335A">
      <w:pPr>
        <w:rPr>
          <w:rFonts w:asciiTheme="minorBidi" w:hAnsiTheme="minorBidi"/>
          <w:sz w:val="32"/>
          <w:szCs w:val="32"/>
        </w:rPr>
      </w:pPr>
      <w:r w:rsidRPr="00DA335A">
        <w:rPr>
          <w:rFonts w:asciiTheme="minorBidi" w:hAnsiTheme="minorBidi"/>
          <w:sz w:val="32"/>
          <w:szCs w:val="32"/>
        </w:rPr>
        <w:t xml:space="preserve">This thesis </w:t>
      </w:r>
      <w:r w:rsidR="008808E4" w:rsidRPr="00DA335A">
        <w:rPr>
          <w:rFonts w:asciiTheme="minorBidi" w:hAnsiTheme="minorBidi"/>
          <w:sz w:val="32"/>
          <w:szCs w:val="32"/>
        </w:rPr>
        <w:t>solves</w:t>
      </w:r>
      <w:r w:rsidRPr="00DA335A">
        <w:rPr>
          <w:rFonts w:asciiTheme="minorBidi" w:hAnsiTheme="minorBidi"/>
          <w:sz w:val="32"/>
          <w:szCs w:val="32"/>
        </w:rPr>
        <w:t xml:space="preserve"> these gaps by </w:t>
      </w:r>
      <w:r w:rsidR="008808E4" w:rsidRPr="00DA335A">
        <w:rPr>
          <w:rFonts w:asciiTheme="minorBidi" w:hAnsiTheme="minorBidi"/>
          <w:sz w:val="32"/>
          <w:szCs w:val="32"/>
        </w:rPr>
        <w:t xml:space="preserve">suggesting </w:t>
      </w:r>
      <w:r w:rsidRPr="00DA335A">
        <w:rPr>
          <w:rFonts w:asciiTheme="minorBidi" w:hAnsiTheme="minorBidi"/>
          <w:sz w:val="32"/>
          <w:szCs w:val="32"/>
        </w:rPr>
        <w:t xml:space="preserve">a </w:t>
      </w:r>
      <w:r w:rsidR="008808E4" w:rsidRPr="00DA335A">
        <w:rPr>
          <w:rFonts w:asciiTheme="minorBidi" w:hAnsiTheme="minorBidi"/>
          <w:sz w:val="32"/>
          <w:szCs w:val="32"/>
        </w:rPr>
        <w:t xml:space="preserve">combined </w:t>
      </w:r>
      <w:r w:rsidRPr="00DA335A">
        <w:rPr>
          <w:rFonts w:asciiTheme="minorBidi" w:hAnsiTheme="minorBidi"/>
          <w:sz w:val="32"/>
          <w:szCs w:val="32"/>
        </w:rPr>
        <w:t xml:space="preserve">framework that </w:t>
      </w:r>
      <w:r w:rsidR="008808E4" w:rsidRPr="00DA335A">
        <w:rPr>
          <w:rFonts w:asciiTheme="minorBidi" w:hAnsiTheme="minorBidi"/>
          <w:sz w:val="32"/>
          <w:szCs w:val="32"/>
        </w:rPr>
        <w:t xml:space="preserve">integrates </w:t>
      </w:r>
      <w:r w:rsidRPr="00DA335A">
        <w:rPr>
          <w:rFonts w:asciiTheme="minorBidi" w:hAnsiTheme="minorBidi"/>
          <w:sz w:val="32"/>
          <w:szCs w:val="32"/>
        </w:rPr>
        <w:t xml:space="preserve">anomaly detection (Isolation Forest &amp; Random Forest) with a dynamic Risk Scoring Model </w:t>
      </w:r>
      <w:r w:rsidR="001002A9" w:rsidRPr="00DA335A">
        <w:rPr>
          <w:rFonts w:asciiTheme="minorBidi" w:hAnsiTheme="minorBidi"/>
          <w:sz w:val="32"/>
          <w:szCs w:val="32"/>
        </w:rPr>
        <w:t>and</w:t>
      </w:r>
      <w:r w:rsidRPr="00DA335A">
        <w:rPr>
          <w:rFonts w:asciiTheme="minorBidi" w:hAnsiTheme="minorBidi"/>
          <w:sz w:val="32"/>
          <w:szCs w:val="32"/>
        </w:rPr>
        <w:t xml:space="preserve"> </w:t>
      </w:r>
      <w:r w:rsidR="001002A9" w:rsidRPr="00DA335A">
        <w:rPr>
          <w:rFonts w:asciiTheme="minorBidi" w:hAnsiTheme="minorBidi"/>
          <w:sz w:val="32"/>
          <w:szCs w:val="32"/>
        </w:rPr>
        <w:t>user access</w:t>
      </w:r>
      <w:r w:rsidRPr="00DA335A">
        <w:rPr>
          <w:rFonts w:asciiTheme="minorBidi" w:hAnsiTheme="minorBidi"/>
          <w:sz w:val="32"/>
          <w:szCs w:val="32"/>
        </w:rPr>
        <w:t xml:space="preserve"> validation, through a functional prototype.</w:t>
      </w:r>
    </w:p>
    <w:p w14:paraId="1871A545" w14:textId="77777777" w:rsidR="00455E3C" w:rsidRPr="00BB38EB" w:rsidRDefault="00455E3C" w:rsidP="00DA335A">
      <w:pPr>
        <w:pStyle w:val="1"/>
        <w:rPr>
          <w:rFonts w:asciiTheme="minorBidi" w:hAnsiTheme="minorBidi" w:cstheme="minorBidi"/>
          <w:color w:val="000000" w:themeColor="text1"/>
          <w:sz w:val="36"/>
          <w:szCs w:val="36"/>
        </w:rPr>
      </w:pPr>
    </w:p>
    <w:p w14:paraId="10FC55B0" w14:textId="77777777" w:rsidR="00455E3C" w:rsidRPr="00BB38EB" w:rsidRDefault="00455E3C" w:rsidP="00DA335A">
      <w:pPr>
        <w:pStyle w:val="1"/>
        <w:rPr>
          <w:rFonts w:asciiTheme="minorBidi" w:hAnsiTheme="minorBidi" w:cstheme="minorBidi"/>
          <w:color w:val="000000" w:themeColor="text1"/>
          <w:sz w:val="36"/>
          <w:szCs w:val="36"/>
        </w:rPr>
      </w:pPr>
    </w:p>
    <w:p w14:paraId="2B07011E" w14:textId="77777777" w:rsidR="00455E3C" w:rsidRPr="00BB38EB" w:rsidRDefault="00455E3C" w:rsidP="00DA335A">
      <w:pPr>
        <w:pStyle w:val="1"/>
        <w:rPr>
          <w:rFonts w:asciiTheme="minorBidi" w:hAnsiTheme="minorBidi" w:cstheme="minorBidi"/>
          <w:color w:val="000000" w:themeColor="text1"/>
          <w:sz w:val="36"/>
          <w:szCs w:val="36"/>
        </w:rPr>
      </w:pPr>
    </w:p>
    <w:p w14:paraId="6DF76070" w14:textId="77777777" w:rsidR="00E040A6" w:rsidRPr="00BB38EB" w:rsidRDefault="00E040A6" w:rsidP="00DA335A">
      <w:pPr>
        <w:pStyle w:val="1"/>
        <w:rPr>
          <w:rFonts w:asciiTheme="minorBidi" w:hAnsiTheme="minorBidi" w:cstheme="minorBidi"/>
          <w:color w:val="000000" w:themeColor="text1"/>
          <w:sz w:val="36"/>
          <w:szCs w:val="36"/>
        </w:rPr>
      </w:pPr>
    </w:p>
    <w:p w14:paraId="43152ED1" w14:textId="77777777" w:rsidR="00E040A6" w:rsidRDefault="00E040A6" w:rsidP="00DA335A">
      <w:pPr>
        <w:pStyle w:val="1"/>
        <w:rPr>
          <w:rFonts w:asciiTheme="minorBidi" w:hAnsiTheme="minorBidi" w:cstheme="minorBidi"/>
          <w:color w:val="000000" w:themeColor="text1"/>
          <w:sz w:val="36"/>
          <w:szCs w:val="36"/>
        </w:rPr>
      </w:pPr>
    </w:p>
    <w:p w14:paraId="2A8B991C" w14:textId="77777777" w:rsidR="00DA335A" w:rsidRDefault="00DA335A" w:rsidP="00DA335A"/>
    <w:p w14:paraId="151B52D6" w14:textId="77777777" w:rsidR="00DA335A" w:rsidRDefault="00DA335A" w:rsidP="00DA335A"/>
    <w:p w14:paraId="0C8B5DE6" w14:textId="77777777" w:rsidR="00DA335A" w:rsidRDefault="00DA335A" w:rsidP="00DA335A"/>
    <w:p w14:paraId="1A37B922" w14:textId="77777777" w:rsidR="00DA335A" w:rsidRDefault="00DA335A" w:rsidP="00DA335A"/>
    <w:p w14:paraId="595925CD" w14:textId="77777777" w:rsidR="00DA335A" w:rsidRPr="00DA335A" w:rsidRDefault="00DA335A" w:rsidP="00DA335A"/>
    <w:p w14:paraId="38A7CF98" w14:textId="41F3DA94" w:rsidR="00434C7C" w:rsidRPr="00BB38EB" w:rsidRDefault="00434C7C" w:rsidP="00DA335A">
      <w:pPr>
        <w:pStyle w:val="1"/>
        <w:rPr>
          <w:rFonts w:asciiTheme="minorBidi" w:hAnsiTheme="minorBidi" w:cstheme="minorBidi"/>
          <w:color w:val="000000" w:themeColor="text1"/>
          <w:sz w:val="36"/>
          <w:szCs w:val="36"/>
        </w:rPr>
      </w:pPr>
      <w:r w:rsidRPr="00BB38EB">
        <w:rPr>
          <w:rFonts w:asciiTheme="minorBidi" w:hAnsiTheme="minorBidi" w:cstheme="minorBidi"/>
          <w:color w:val="000000" w:themeColor="text1"/>
          <w:sz w:val="36"/>
          <w:szCs w:val="36"/>
        </w:rPr>
        <w:lastRenderedPageBreak/>
        <w:t>Chapter 3: Methodology:</w:t>
      </w:r>
    </w:p>
    <w:p w14:paraId="3C7391A9" w14:textId="77777777" w:rsidR="00434C7C" w:rsidRPr="00BB38EB" w:rsidRDefault="00434C7C" w:rsidP="00DA335A">
      <w:pPr>
        <w:rPr>
          <w:rFonts w:asciiTheme="minorBidi" w:hAnsiTheme="minorBidi"/>
          <w:sz w:val="36"/>
          <w:szCs w:val="36"/>
        </w:rPr>
      </w:pPr>
    </w:p>
    <w:p w14:paraId="7DE9F915" w14:textId="6E739473" w:rsidR="00267920" w:rsidRPr="00BB38EB" w:rsidRDefault="00434C7C" w:rsidP="00DA335A">
      <w:pPr>
        <w:rPr>
          <w:rFonts w:asciiTheme="minorBidi" w:hAnsiTheme="minorBidi"/>
          <w:b/>
          <w:bCs/>
          <w:sz w:val="36"/>
          <w:szCs w:val="36"/>
        </w:rPr>
      </w:pPr>
      <w:bookmarkStart w:id="4" w:name="_Hlk227416827"/>
      <w:r w:rsidRPr="00BB38EB">
        <w:rPr>
          <w:rFonts w:asciiTheme="minorBidi" w:hAnsiTheme="minorBidi"/>
          <w:b/>
          <w:bCs/>
          <w:sz w:val="36"/>
          <w:szCs w:val="36"/>
        </w:rPr>
        <w:t>3.1 Research Approach</w:t>
      </w:r>
      <w:bookmarkEnd w:id="4"/>
      <w:r w:rsidRPr="00BB38EB">
        <w:rPr>
          <w:rFonts w:asciiTheme="minorBidi" w:hAnsiTheme="minorBidi"/>
          <w:b/>
          <w:bCs/>
          <w:sz w:val="36"/>
          <w:szCs w:val="36"/>
        </w:rPr>
        <w:t>:</w:t>
      </w:r>
    </w:p>
    <w:p w14:paraId="092132D9" w14:textId="69298032" w:rsidR="00495882" w:rsidRPr="00DA335A" w:rsidRDefault="008808E4" w:rsidP="00DA335A">
      <w:pPr>
        <w:rPr>
          <w:rFonts w:asciiTheme="minorBidi" w:hAnsiTheme="minorBidi"/>
          <w:sz w:val="32"/>
          <w:szCs w:val="32"/>
        </w:rPr>
      </w:pPr>
      <w:r w:rsidRPr="00DA335A">
        <w:rPr>
          <w:rFonts w:asciiTheme="minorBidi" w:hAnsiTheme="minorBidi"/>
          <w:sz w:val="32"/>
          <w:szCs w:val="32"/>
        </w:rPr>
        <w:t xml:space="preserve">A combined approach </w:t>
      </w:r>
      <w:r w:rsidR="00434C7C" w:rsidRPr="00DA335A">
        <w:rPr>
          <w:rFonts w:asciiTheme="minorBidi" w:hAnsiTheme="minorBidi"/>
          <w:sz w:val="32"/>
          <w:szCs w:val="32"/>
        </w:rPr>
        <w:t xml:space="preserve">was </w:t>
      </w:r>
      <w:r w:rsidRPr="00DA335A">
        <w:rPr>
          <w:rFonts w:asciiTheme="minorBidi" w:hAnsiTheme="minorBidi"/>
          <w:sz w:val="32"/>
          <w:szCs w:val="32"/>
        </w:rPr>
        <w:t>implemented</w:t>
      </w:r>
      <w:r w:rsidR="00434C7C" w:rsidRPr="00DA335A">
        <w:rPr>
          <w:rFonts w:asciiTheme="minorBidi" w:hAnsiTheme="minorBidi"/>
          <w:sz w:val="32"/>
          <w:szCs w:val="32"/>
        </w:rPr>
        <w:t xml:space="preserve">: (1) </w:t>
      </w:r>
      <w:r w:rsidRPr="00DA335A">
        <w:rPr>
          <w:rFonts w:asciiTheme="minorBidi" w:hAnsiTheme="minorBidi"/>
          <w:sz w:val="32"/>
          <w:szCs w:val="32"/>
        </w:rPr>
        <w:t xml:space="preserve">methodology </w:t>
      </w:r>
      <w:r w:rsidR="00434C7C" w:rsidRPr="00DA335A">
        <w:rPr>
          <w:rFonts w:asciiTheme="minorBidi" w:hAnsiTheme="minorBidi"/>
          <w:sz w:val="32"/>
          <w:szCs w:val="32"/>
        </w:rPr>
        <w:t xml:space="preserve">literature review, (2) </w:t>
      </w:r>
      <w:proofErr w:type="gramStart"/>
      <w:r w:rsidRPr="00DA335A">
        <w:rPr>
          <w:rFonts w:asciiTheme="minorBidi" w:hAnsiTheme="minorBidi"/>
          <w:sz w:val="32"/>
          <w:szCs w:val="32"/>
        </w:rPr>
        <w:t>a</w:t>
      </w:r>
      <w:proofErr w:type="gramEnd"/>
      <w:r w:rsidRPr="00DA335A">
        <w:rPr>
          <w:rFonts w:asciiTheme="minorBidi" w:hAnsiTheme="minorBidi"/>
          <w:sz w:val="32"/>
          <w:szCs w:val="32"/>
        </w:rPr>
        <w:t xml:space="preserve"> analytical </w:t>
      </w:r>
      <w:r w:rsidR="00434C7C" w:rsidRPr="00DA335A">
        <w:rPr>
          <w:rFonts w:asciiTheme="minorBidi" w:hAnsiTheme="minorBidi"/>
          <w:sz w:val="32"/>
          <w:szCs w:val="32"/>
        </w:rPr>
        <w:t xml:space="preserve">analysis of traditional vs. AI-IAM, and (3) prototype </w:t>
      </w:r>
      <w:r w:rsidRPr="00DA335A">
        <w:rPr>
          <w:rFonts w:asciiTheme="minorBidi" w:hAnsiTheme="minorBidi"/>
          <w:sz w:val="32"/>
          <w:szCs w:val="32"/>
        </w:rPr>
        <w:t xml:space="preserve">improvement </w:t>
      </w:r>
      <w:r w:rsidR="00434C7C" w:rsidRPr="00DA335A">
        <w:rPr>
          <w:rFonts w:asciiTheme="minorBidi" w:hAnsiTheme="minorBidi"/>
          <w:sz w:val="32"/>
          <w:szCs w:val="32"/>
        </w:rPr>
        <w:t xml:space="preserve">and </w:t>
      </w:r>
      <w:r w:rsidR="00314144" w:rsidRPr="00DA335A">
        <w:rPr>
          <w:rFonts w:asciiTheme="minorBidi" w:hAnsiTheme="minorBidi"/>
          <w:sz w:val="32"/>
          <w:szCs w:val="32"/>
        </w:rPr>
        <w:t xml:space="preserve">assessment </w:t>
      </w:r>
      <w:r w:rsidR="00434C7C" w:rsidRPr="00DA335A">
        <w:rPr>
          <w:rFonts w:asciiTheme="minorBidi" w:hAnsiTheme="minorBidi"/>
          <w:sz w:val="32"/>
          <w:szCs w:val="32"/>
        </w:rPr>
        <w:t>using Python-based simulation.</w:t>
      </w:r>
    </w:p>
    <w:p w14:paraId="418F560C" w14:textId="5867FBE6" w:rsidR="00267920" w:rsidRPr="00BB38EB" w:rsidRDefault="00925643" w:rsidP="00DA335A">
      <w:pPr>
        <w:rPr>
          <w:rFonts w:asciiTheme="minorBidi" w:hAnsiTheme="minorBidi"/>
          <w:b/>
          <w:bCs/>
          <w:sz w:val="36"/>
          <w:szCs w:val="36"/>
        </w:rPr>
      </w:pPr>
      <w:bookmarkStart w:id="5" w:name="_Hlk227416876"/>
      <w:r w:rsidRPr="00BB38EB">
        <w:rPr>
          <w:rFonts w:asciiTheme="minorBidi" w:hAnsiTheme="minorBidi"/>
          <w:b/>
          <w:bCs/>
          <w:sz w:val="36"/>
          <w:szCs w:val="36"/>
        </w:rPr>
        <w:t>3.2 Dataset Description</w:t>
      </w:r>
      <w:bookmarkEnd w:id="5"/>
      <w:r w:rsidRPr="00BB38EB">
        <w:rPr>
          <w:rFonts w:asciiTheme="minorBidi" w:hAnsiTheme="minorBidi"/>
          <w:b/>
          <w:bCs/>
          <w:sz w:val="36"/>
          <w:szCs w:val="36"/>
        </w:rPr>
        <w:t>:</w:t>
      </w:r>
    </w:p>
    <w:p w14:paraId="67A1E19F" w14:textId="329E00E9" w:rsidR="00595B02" w:rsidRPr="00DA335A" w:rsidRDefault="00925643" w:rsidP="00DA335A">
      <w:pPr>
        <w:rPr>
          <w:rFonts w:asciiTheme="minorBidi" w:hAnsiTheme="minorBidi"/>
          <w:sz w:val="32"/>
          <w:szCs w:val="32"/>
        </w:rPr>
      </w:pPr>
      <w:r w:rsidRPr="00DA335A">
        <w:rPr>
          <w:rFonts w:asciiTheme="minorBidi" w:hAnsiTheme="minorBidi"/>
          <w:sz w:val="32"/>
          <w:szCs w:val="32"/>
        </w:rPr>
        <w:t xml:space="preserve">A IAM log dataset (2500 records) was generated to simulate enterprise scenarios. Features include: User ID, </w:t>
      </w:r>
      <w:proofErr w:type="spellStart"/>
      <w:r w:rsidRPr="00DA335A">
        <w:rPr>
          <w:rFonts w:asciiTheme="minorBidi" w:hAnsiTheme="minorBidi"/>
          <w:sz w:val="32"/>
          <w:szCs w:val="32"/>
        </w:rPr>
        <w:t>FailedLoginAttempts</w:t>
      </w:r>
      <w:proofErr w:type="spellEnd"/>
      <w:r w:rsidRPr="00DA335A">
        <w:rPr>
          <w:rFonts w:asciiTheme="minorBidi" w:hAnsiTheme="minorBidi"/>
          <w:sz w:val="32"/>
          <w:szCs w:val="32"/>
        </w:rPr>
        <w:t xml:space="preserve">, Login Frequency, After-hours (binary), Risks core (dynamic), Risk Level, and Anomaly </w:t>
      </w:r>
      <w:r w:rsidR="00473111" w:rsidRPr="00DA335A">
        <w:rPr>
          <w:rFonts w:asciiTheme="minorBidi" w:hAnsiTheme="minorBidi"/>
          <w:sz w:val="32"/>
          <w:szCs w:val="32"/>
        </w:rPr>
        <w:t>label.</w:t>
      </w:r>
    </w:p>
    <w:p w14:paraId="0B51E18E" w14:textId="77777777" w:rsidR="00473111" w:rsidRPr="00BB38EB" w:rsidRDefault="00473111" w:rsidP="00DA335A">
      <w:pPr>
        <w:rPr>
          <w:rFonts w:asciiTheme="minorBidi" w:hAnsiTheme="minorBidi"/>
          <w:sz w:val="36"/>
          <w:szCs w:val="36"/>
        </w:rPr>
      </w:pPr>
    </w:p>
    <w:p w14:paraId="5885D219" w14:textId="77777777" w:rsidR="001A4393" w:rsidRPr="00BB38EB" w:rsidRDefault="001A4393" w:rsidP="00DA335A">
      <w:pPr>
        <w:rPr>
          <w:rFonts w:asciiTheme="minorBidi" w:hAnsiTheme="minorBidi"/>
          <w:sz w:val="36"/>
          <w:szCs w:val="36"/>
        </w:rPr>
      </w:pPr>
    </w:p>
    <w:p w14:paraId="653BE2DD" w14:textId="77777777" w:rsidR="001A4393" w:rsidRPr="00BB38EB" w:rsidRDefault="001A4393" w:rsidP="00DA335A">
      <w:pPr>
        <w:rPr>
          <w:rFonts w:asciiTheme="minorBidi" w:hAnsiTheme="minorBidi"/>
          <w:sz w:val="36"/>
          <w:szCs w:val="36"/>
        </w:rPr>
      </w:pPr>
    </w:p>
    <w:p w14:paraId="523E47A8" w14:textId="77777777" w:rsidR="001A4393" w:rsidRPr="00BB38EB" w:rsidRDefault="001A4393" w:rsidP="00DA335A">
      <w:pPr>
        <w:rPr>
          <w:rFonts w:asciiTheme="minorBidi" w:hAnsiTheme="minorBidi"/>
          <w:sz w:val="36"/>
          <w:szCs w:val="36"/>
        </w:rPr>
      </w:pPr>
    </w:p>
    <w:p w14:paraId="061B4C64" w14:textId="77777777" w:rsidR="00DA335A" w:rsidRDefault="00DA335A" w:rsidP="00DA335A">
      <w:pPr>
        <w:rPr>
          <w:rFonts w:asciiTheme="minorBidi" w:hAnsiTheme="minorBidi"/>
          <w:sz w:val="36"/>
          <w:szCs w:val="36"/>
        </w:rPr>
      </w:pPr>
      <w:bookmarkStart w:id="6" w:name="_Hlk227416961"/>
    </w:p>
    <w:p w14:paraId="365D33E8" w14:textId="77777777" w:rsidR="00DA335A" w:rsidRDefault="00DA335A" w:rsidP="00DA335A">
      <w:pPr>
        <w:rPr>
          <w:rFonts w:asciiTheme="minorBidi" w:hAnsiTheme="minorBidi"/>
          <w:sz w:val="36"/>
          <w:szCs w:val="36"/>
        </w:rPr>
      </w:pPr>
    </w:p>
    <w:p w14:paraId="1594FFBC" w14:textId="77777777" w:rsidR="00DA335A" w:rsidRDefault="00DA335A" w:rsidP="00DA335A">
      <w:pPr>
        <w:rPr>
          <w:rFonts w:asciiTheme="minorBidi" w:hAnsiTheme="minorBidi"/>
          <w:sz w:val="36"/>
          <w:szCs w:val="36"/>
        </w:rPr>
      </w:pPr>
    </w:p>
    <w:p w14:paraId="3BF287E6" w14:textId="77777777" w:rsidR="00DA335A" w:rsidRDefault="00DA335A" w:rsidP="00DA335A">
      <w:pPr>
        <w:rPr>
          <w:rFonts w:asciiTheme="minorBidi" w:hAnsiTheme="minorBidi"/>
          <w:sz w:val="36"/>
          <w:szCs w:val="36"/>
        </w:rPr>
      </w:pPr>
    </w:p>
    <w:p w14:paraId="56ABFFEB" w14:textId="77777777" w:rsidR="00DA335A" w:rsidRDefault="00DA335A" w:rsidP="00DA335A">
      <w:pPr>
        <w:rPr>
          <w:rFonts w:asciiTheme="minorBidi" w:hAnsiTheme="minorBidi"/>
          <w:sz w:val="36"/>
          <w:szCs w:val="36"/>
        </w:rPr>
      </w:pPr>
    </w:p>
    <w:p w14:paraId="701E0D76" w14:textId="62544A1C" w:rsidR="00267920" w:rsidRPr="00BB38EB" w:rsidRDefault="000D6262" w:rsidP="00DA335A">
      <w:pPr>
        <w:rPr>
          <w:rFonts w:asciiTheme="minorBidi" w:hAnsiTheme="minorBidi"/>
          <w:b/>
          <w:bCs/>
          <w:sz w:val="36"/>
          <w:szCs w:val="36"/>
        </w:rPr>
      </w:pPr>
      <w:r w:rsidRPr="00BB38EB">
        <w:rPr>
          <w:rFonts w:asciiTheme="minorBidi" w:hAnsiTheme="minorBidi"/>
          <w:b/>
          <w:bCs/>
          <w:sz w:val="36"/>
          <w:szCs w:val="36"/>
        </w:rPr>
        <w:lastRenderedPageBreak/>
        <w:t>3.3 Data Preprocessing</w:t>
      </w:r>
      <w:bookmarkEnd w:id="6"/>
      <w:r w:rsidRPr="00BB38EB">
        <w:rPr>
          <w:rFonts w:asciiTheme="minorBidi" w:hAnsiTheme="minorBidi"/>
          <w:b/>
          <w:bCs/>
          <w:sz w:val="36"/>
          <w:szCs w:val="36"/>
        </w:rPr>
        <w:t>:</w:t>
      </w:r>
    </w:p>
    <w:p w14:paraId="7FA525AF" w14:textId="77777777" w:rsidR="000D6262" w:rsidRPr="00BB38EB" w:rsidRDefault="000D6262" w:rsidP="00DA335A">
      <w:pPr>
        <w:rPr>
          <w:rFonts w:asciiTheme="minorBidi" w:hAnsiTheme="minorBidi"/>
          <w:sz w:val="36"/>
          <w:szCs w:val="36"/>
        </w:rPr>
      </w:pPr>
      <w:r w:rsidRPr="00BB38EB">
        <w:rPr>
          <w:rFonts w:asciiTheme="minorBidi" w:hAnsiTheme="minorBidi"/>
          <w:sz w:val="36"/>
          <w:szCs w:val="36"/>
        </w:rPr>
        <w:t>import pandas as pd</w:t>
      </w:r>
    </w:p>
    <w:p w14:paraId="7DA3A647" w14:textId="77777777" w:rsidR="000D6262" w:rsidRPr="00BB38EB" w:rsidRDefault="000D6262" w:rsidP="00DA335A">
      <w:pPr>
        <w:rPr>
          <w:rFonts w:asciiTheme="minorBidi" w:hAnsiTheme="minorBidi"/>
          <w:sz w:val="36"/>
          <w:szCs w:val="36"/>
        </w:rPr>
      </w:pPr>
      <w:r w:rsidRPr="00BB38EB">
        <w:rPr>
          <w:rFonts w:asciiTheme="minorBidi" w:hAnsiTheme="minorBidi"/>
          <w:sz w:val="36"/>
          <w:szCs w:val="36"/>
        </w:rPr>
        <w:t xml:space="preserve">X = </w:t>
      </w:r>
      <w:proofErr w:type="spellStart"/>
      <w:proofErr w:type="gramStart"/>
      <w:r w:rsidRPr="00BB38EB">
        <w:rPr>
          <w:rFonts w:asciiTheme="minorBidi" w:hAnsiTheme="minorBidi"/>
          <w:sz w:val="36"/>
          <w:szCs w:val="36"/>
        </w:rPr>
        <w:t>df</w:t>
      </w:r>
      <w:proofErr w:type="spellEnd"/>
      <w:r w:rsidRPr="00BB38EB">
        <w:rPr>
          <w:rFonts w:asciiTheme="minorBidi" w:hAnsiTheme="minorBidi"/>
          <w:sz w:val="36"/>
          <w:szCs w:val="36"/>
        </w:rPr>
        <w:t>[</w:t>
      </w:r>
      <w:proofErr w:type="gramEnd"/>
      <w:r w:rsidRPr="00BB38EB">
        <w:rPr>
          <w:rFonts w:asciiTheme="minorBidi" w:hAnsiTheme="minorBidi"/>
          <w:sz w:val="36"/>
          <w:szCs w:val="36"/>
        </w:rPr>
        <w:t>['</w:t>
      </w:r>
      <w:proofErr w:type="spellStart"/>
      <w:r w:rsidRPr="00BB38EB">
        <w:rPr>
          <w:rFonts w:asciiTheme="minorBidi" w:hAnsiTheme="minorBidi"/>
          <w:sz w:val="36"/>
          <w:szCs w:val="36"/>
        </w:rPr>
        <w:t>AfterHours</w:t>
      </w:r>
      <w:proofErr w:type="spellEnd"/>
      <w:r w:rsidRPr="00BB38EB">
        <w:rPr>
          <w:rFonts w:asciiTheme="minorBidi" w:hAnsiTheme="minorBidi"/>
          <w:sz w:val="36"/>
          <w:szCs w:val="36"/>
        </w:rPr>
        <w:t>', '</w:t>
      </w:r>
      <w:proofErr w:type="spellStart"/>
      <w:r w:rsidRPr="00BB38EB">
        <w:rPr>
          <w:rFonts w:asciiTheme="minorBidi" w:hAnsiTheme="minorBidi"/>
          <w:sz w:val="36"/>
          <w:szCs w:val="36"/>
        </w:rPr>
        <w:t>FailedLoginAttempts</w:t>
      </w:r>
      <w:proofErr w:type="spellEnd"/>
      <w:r w:rsidRPr="00BB38EB">
        <w:rPr>
          <w:rFonts w:asciiTheme="minorBidi" w:hAnsiTheme="minorBidi"/>
          <w:sz w:val="36"/>
          <w:szCs w:val="36"/>
        </w:rPr>
        <w:t>', '</w:t>
      </w:r>
      <w:proofErr w:type="spellStart"/>
      <w:r w:rsidRPr="00BB38EB">
        <w:rPr>
          <w:rFonts w:asciiTheme="minorBidi" w:hAnsiTheme="minorBidi"/>
          <w:sz w:val="36"/>
          <w:szCs w:val="36"/>
        </w:rPr>
        <w:t>LoginFrequency</w:t>
      </w:r>
      <w:proofErr w:type="spellEnd"/>
      <w:r w:rsidRPr="00BB38EB">
        <w:rPr>
          <w:rFonts w:asciiTheme="minorBidi" w:hAnsiTheme="minorBidi"/>
          <w:sz w:val="36"/>
          <w:szCs w:val="36"/>
        </w:rPr>
        <w:t>', '</w:t>
      </w:r>
      <w:proofErr w:type="spellStart"/>
      <w:r w:rsidRPr="00BB38EB">
        <w:rPr>
          <w:rFonts w:asciiTheme="minorBidi" w:hAnsiTheme="minorBidi"/>
          <w:sz w:val="36"/>
          <w:szCs w:val="36"/>
        </w:rPr>
        <w:t>RiskScore</w:t>
      </w:r>
      <w:proofErr w:type="spellEnd"/>
      <w:r w:rsidRPr="00BB38EB">
        <w:rPr>
          <w:rFonts w:asciiTheme="minorBidi" w:hAnsiTheme="minorBidi"/>
          <w:sz w:val="36"/>
          <w:szCs w:val="36"/>
        </w:rPr>
        <w:t>']]</w:t>
      </w:r>
    </w:p>
    <w:p w14:paraId="4BF75231" w14:textId="0A2EEDCE" w:rsidR="00267920" w:rsidRPr="00BB38EB" w:rsidRDefault="000D6262" w:rsidP="00DA335A">
      <w:pPr>
        <w:rPr>
          <w:rFonts w:asciiTheme="minorBidi" w:hAnsiTheme="minorBidi"/>
          <w:sz w:val="36"/>
          <w:szCs w:val="36"/>
        </w:rPr>
      </w:pPr>
      <w:r w:rsidRPr="00BB38EB">
        <w:rPr>
          <w:rFonts w:asciiTheme="minorBidi" w:hAnsiTheme="minorBidi"/>
          <w:sz w:val="36"/>
          <w:szCs w:val="36"/>
        </w:rPr>
        <w:t xml:space="preserve">y = </w:t>
      </w:r>
      <w:proofErr w:type="spellStart"/>
      <w:r w:rsidRPr="00BB38EB">
        <w:rPr>
          <w:rFonts w:asciiTheme="minorBidi" w:hAnsiTheme="minorBidi"/>
          <w:sz w:val="36"/>
          <w:szCs w:val="36"/>
        </w:rPr>
        <w:t>df</w:t>
      </w:r>
      <w:proofErr w:type="spellEnd"/>
      <w:r w:rsidRPr="00BB38EB">
        <w:rPr>
          <w:rFonts w:asciiTheme="minorBidi" w:hAnsiTheme="minorBidi"/>
          <w:sz w:val="36"/>
          <w:szCs w:val="36"/>
        </w:rPr>
        <w:t>['Anomaly']</w:t>
      </w:r>
    </w:p>
    <w:p w14:paraId="38D07B4F" w14:textId="77777777" w:rsidR="00473111" w:rsidRPr="00BB38EB" w:rsidRDefault="00473111" w:rsidP="00DA335A">
      <w:pPr>
        <w:rPr>
          <w:rFonts w:asciiTheme="minorBidi" w:hAnsiTheme="minorBidi"/>
          <w:sz w:val="36"/>
          <w:szCs w:val="36"/>
        </w:rPr>
      </w:pPr>
    </w:p>
    <w:p w14:paraId="6A0C338B" w14:textId="1BCCB0F9" w:rsidR="00473111" w:rsidRPr="00BB38EB" w:rsidRDefault="00473111" w:rsidP="00DA335A">
      <w:pPr>
        <w:rPr>
          <w:rFonts w:asciiTheme="minorBidi" w:hAnsiTheme="minorBidi"/>
          <w:sz w:val="36"/>
          <w:szCs w:val="36"/>
        </w:rPr>
      </w:pPr>
      <w:r w:rsidRPr="00BB38EB">
        <w:rPr>
          <w:rFonts w:asciiTheme="minorBidi" w:hAnsiTheme="minorBidi"/>
          <w:noProof/>
          <w:sz w:val="36"/>
          <w:szCs w:val="36"/>
        </w:rPr>
        <w:drawing>
          <wp:inline distT="0" distB="0" distL="0" distR="0" wp14:anchorId="16ADFF79" wp14:editId="352802FD">
            <wp:extent cx="6397537" cy="586740"/>
            <wp:effectExtent l="0" t="0" r="3810" b="3810"/>
            <wp:docPr id="210385771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857715" name=""/>
                    <pic:cNvPicPr/>
                  </pic:nvPicPr>
                  <pic:blipFill>
                    <a:blip r:embed="rId10"/>
                    <a:stretch>
                      <a:fillRect/>
                    </a:stretch>
                  </pic:blipFill>
                  <pic:spPr>
                    <a:xfrm>
                      <a:off x="0" y="0"/>
                      <a:ext cx="6472151" cy="593583"/>
                    </a:xfrm>
                    <a:prstGeom prst="rect">
                      <a:avLst/>
                    </a:prstGeom>
                  </pic:spPr>
                </pic:pic>
              </a:graphicData>
            </a:graphic>
          </wp:inline>
        </w:drawing>
      </w:r>
    </w:p>
    <w:p w14:paraId="77AE1061" w14:textId="5323300B" w:rsidR="003F36DF" w:rsidRPr="003F36DF" w:rsidRDefault="003F36DF" w:rsidP="003F36DF">
      <w:pPr>
        <w:rPr>
          <w:rFonts w:asciiTheme="minorBidi" w:hAnsiTheme="minorBidi"/>
        </w:rPr>
      </w:pPr>
      <w:r>
        <w:rPr>
          <w:rFonts w:asciiTheme="minorBidi" w:hAnsiTheme="minorBidi"/>
        </w:rPr>
        <w:t xml:space="preserve"> </w:t>
      </w:r>
      <w:r w:rsidRPr="003F36DF">
        <w:rPr>
          <w:rFonts w:asciiTheme="minorBidi" w:hAnsiTheme="minorBidi"/>
        </w:rPr>
        <w:t xml:space="preserve">Fig. </w:t>
      </w:r>
      <w:r>
        <w:rPr>
          <w:rFonts w:asciiTheme="minorBidi" w:hAnsiTheme="minorBidi"/>
        </w:rPr>
        <w:t>2</w:t>
      </w:r>
      <w:r>
        <w:rPr>
          <w:rFonts w:asciiTheme="minorBidi" w:hAnsiTheme="minorBidi"/>
        </w:rPr>
        <w:t>.</w:t>
      </w:r>
      <w:r w:rsidRPr="003F36DF">
        <w:rPr>
          <w:rFonts w:asciiTheme="minorBidi" w:hAnsiTheme="minorBidi"/>
        </w:rPr>
        <w:t xml:space="preserve"> </w:t>
      </w:r>
      <w:r>
        <w:rPr>
          <w:rFonts w:asciiTheme="minorBidi" w:hAnsiTheme="minorBidi"/>
        </w:rPr>
        <w:t xml:space="preserve">Identifying x &amp; y </w:t>
      </w:r>
    </w:p>
    <w:p w14:paraId="79A2751C" w14:textId="77777777" w:rsidR="00187398" w:rsidRPr="00BB38EB" w:rsidRDefault="00187398" w:rsidP="00DA335A">
      <w:pPr>
        <w:rPr>
          <w:rFonts w:asciiTheme="minorBidi" w:hAnsiTheme="minorBidi"/>
          <w:sz w:val="36"/>
          <w:szCs w:val="36"/>
        </w:rPr>
      </w:pPr>
    </w:p>
    <w:p w14:paraId="38288D78" w14:textId="77777777" w:rsidR="00187398" w:rsidRPr="00BB38EB" w:rsidRDefault="00187398" w:rsidP="00DA335A">
      <w:pPr>
        <w:rPr>
          <w:rFonts w:asciiTheme="minorBidi" w:hAnsiTheme="minorBidi"/>
          <w:sz w:val="36"/>
          <w:szCs w:val="36"/>
        </w:rPr>
      </w:pPr>
    </w:p>
    <w:p w14:paraId="2734C7CC" w14:textId="77777777" w:rsidR="001A4393" w:rsidRPr="00BB38EB" w:rsidRDefault="001A4393" w:rsidP="00DA335A">
      <w:pPr>
        <w:rPr>
          <w:rFonts w:asciiTheme="minorBidi" w:hAnsiTheme="minorBidi"/>
          <w:sz w:val="36"/>
          <w:szCs w:val="36"/>
        </w:rPr>
      </w:pPr>
    </w:p>
    <w:p w14:paraId="05FB14BE" w14:textId="77777777" w:rsidR="00195552" w:rsidRDefault="00195552" w:rsidP="00DA335A">
      <w:pPr>
        <w:rPr>
          <w:rFonts w:asciiTheme="minorBidi" w:hAnsiTheme="minorBidi"/>
          <w:sz w:val="36"/>
          <w:szCs w:val="36"/>
        </w:rPr>
      </w:pPr>
    </w:p>
    <w:p w14:paraId="4CE94514" w14:textId="77777777" w:rsidR="00DA335A" w:rsidRDefault="00DA335A" w:rsidP="00DA335A">
      <w:pPr>
        <w:rPr>
          <w:rFonts w:asciiTheme="minorBidi" w:hAnsiTheme="minorBidi"/>
          <w:sz w:val="36"/>
          <w:szCs w:val="36"/>
        </w:rPr>
      </w:pPr>
    </w:p>
    <w:p w14:paraId="5F40A991" w14:textId="77777777" w:rsidR="00DA335A" w:rsidRDefault="00DA335A" w:rsidP="00DA335A">
      <w:pPr>
        <w:rPr>
          <w:rFonts w:asciiTheme="minorBidi" w:hAnsiTheme="minorBidi"/>
          <w:sz w:val="36"/>
          <w:szCs w:val="36"/>
        </w:rPr>
      </w:pPr>
    </w:p>
    <w:p w14:paraId="384E7650" w14:textId="77777777" w:rsidR="00DA335A" w:rsidRDefault="00DA335A" w:rsidP="00DA335A">
      <w:pPr>
        <w:rPr>
          <w:rFonts w:asciiTheme="minorBidi" w:hAnsiTheme="minorBidi"/>
          <w:sz w:val="36"/>
          <w:szCs w:val="36"/>
        </w:rPr>
      </w:pPr>
    </w:p>
    <w:p w14:paraId="4E81214C" w14:textId="77777777" w:rsidR="00DA335A" w:rsidRDefault="00DA335A" w:rsidP="00DA335A">
      <w:pPr>
        <w:rPr>
          <w:rFonts w:asciiTheme="minorBidi" w:hAnsiTheme="minorBidi"/>
          <w:sz w:val="36"/>
          <w:szCs w:val="36"/>
        </w:rPr>
      </w:pPr>
    </w:p>
    <w:p w14:paraId="25E2069F" w14:textId="77777777" w:rsidR="00DA335A" w:rsidRDefault="00DA335A" w:rsidP="00DA335A">
      <w:pPr>
        <w:rPr>
          <w:rFonts w:asciiTheme="minorBidi" w:hAnsiTheme="minorBidi"/>
          <w:sz w:val="36"/>
          <w:szCs w:val="36"/>
        </w:rPr>
      </w:pPr>
    </w:p>
    <w:p w14:paraId="7C605EC6" w14:textId="77777777" w:rsidR="00DA335A" w:rsidRPr="00BB38EB" w:rsidRDefault="00DA335A" w:rsidP="00DA335A">
      <w:pPr>
        <w:rPr>
          <w:rFonts w:asciiTheme="minorBidi" w:hAnsiTheme="minorBidi"/>
          <w:sz w:val="36"/>
          <w:szCs w:val="36"/>
        </w:rPr>
      </w:pPr>
    </w:p>
    <w:p w14:paraId="5917D4F7" w14:textId="7827DE38" w:rsidR="00187398" w:rsidRPr="00BB38EB" w:rsidRDefault="00187398" w:rsidP="00DA335A">
      <w:pPr>
        <w:rPr>
          <w:rFonts w:asciiTheme="minorBidi" w:hAnsiTheme="minorBidi"/>
          <w:b/>
          <w:bCs/>
          <w:sz w:val="36"/>
          <w:szCs w:val="36"/>
        </w:rPr>
      </w:pPr>
      <w:r w:rsidRPr="00BB38EB">
        <w:rPr>
          <w:rFonts w:asciiTheme="minorBidi" w:hAnsiTheme="minorBidi"/>
          <w:b/>
          <w:bCs/>
          <w:sz w:val="36"/>
          <w:szCs w:val="36"/>
        </w:rPr>
        <w:lastRenderedPageBreak/>
        <w:t>3.4 Top 25 Users – Risk Score:</w:t>
      </w:r>
    </w:p>
    <w:p w14:paraId="6B676B0E" w14:textId="0FF26DD4" w:rsidR="00187398" w:rsidRPr="00BB38EB" w:rsidRDefault="00F27373" w:rsidP="00DA335A">
      <w:pPr>
        <w:rPr>
          <w:rFonts w:asciiTheme="minorBidi" w:hAnsiTheme="minorBidi"/>
          <w:sz w:val="36"/>
          <w:szCs w:val="36"/>
        </w:rPr>
      </w:pPr>
      <w:r w:rsidRPr="00BB38EB">
        <w:rPr>
          <w:rFonts w:asciiTheme="minorBidi" w:hAnsiTheme="minorBidi"/>
          <w:sz w:val="36"/>
          <w:szCs w:val="36"/>
        </w:rPr>
        <w:t>This</w:t>
      </w:r>
      <w:r w:rsidR="00392F58" w:rsidRPr="00BB38EB">
        <w:rPr>
          <w:rFonts w:asciiTheme="minorBidi" w:hAnsiTheme="minorBidi"/>
          <w:sz w:val="36"/>
          <w:szCs w:val="36"/>
        </w:rPr>
        <w:t xml:space="preserve"> </w:t>
      </w:r>
      <w:r w:rsidRPr="00BB38EB">
        <w:rPr>
          <w:rFonts w:asciiTheme="minorBidi" w:hAnsiTheme="minorBidi"/>
          <w:sz w:val="36"/>
          <w:szCs w:val="36"/>
        </w:rPr>
        <w:t>part shows</w:t>
      </w:r>
      <w:r w:rsidR="00187398" w:rsidRPr="00BB38EB">
        <w:rPr>
          <w:rFonts w:asciiTheme="minorBidi" w:hAnsiTheme="minorBidi"/>
          <w:sz w:val="36"/>
          <w:szCs w:val="36"/>
        </w:rPr>
        <w:t xml:space="preserve"> the top 25 users </w:t>
      </w:r>
      <w:r w:rsidRPr="00BB38EB">
        <w:rPr>
          <w:rFonts w:asciiTheme="minorBidi" w:hAnsiTheme="minorBidi"/>
          <w:sz w:val="36"/>
          <w:szCs w:val="36"/>
        </w:rPr>
        <w:t>defined</w:t>
      </w:r>
      <w:r w:rsidR="00187398" w:rsidRPr="00BB38EB">
        <w:rPr>
          <w:rFonts w:asciiTheme="minorBidi" w:hAnsiTheme="minorBidi"/>
          <w:sz w:val="36"/>
          <w:szCs w:val="36"/>
        </w:rPr>
        <w:t xml:space="preserve"> based on their risk scor</w:t>
      </w:r>
      <w:r w:rsidRPr="00BB38EB">
        <w:rPr>
          <w:rFonts w:asciiTheme="minorBidi" w:hAnsiTheme="minorBidi"/>
          <w:sz w:val="36"/>
          <w:szCs w:val="36"/>
        </w:rPr>
        <w:t>ing</w:t>
      </w:r>
      <w:r w:rsidR="00187398" w:rsidRPr="00BB38EB">
        <w:rPr>
          <w:rFonts w:asciiTheme="minorBidi" w:hAnsiTheme="minorBidi"/>
          <w:sz w:val="36"/>
          <w:szCs w:val="36"/>
        </w:rPr>
        <w:t xml:space="preserve">, highlighting those with the </w:t>
      </w:r>
      <w:r w:rsidRPr="00BB38EB">
        <w:rPr>
          <w:rFonts w:asciiTheme="minorBidi" w:hAnsiTheme="minorBidi"/>
          <w:sz w:val="36"/>
          <w:szCs w:val="36"/>
        </w:rPr>
        <w:t xml:space="preserve">topmost capability </w:t>
      </w:r>
      <w:r w:rsidR="00187398" w:rsidRPr="00BB38EB">
        <w:rPr>
          <w:rFonts w:asciiTheme="minorBidi" w:hAnsiTheme="minorBidi"/>
          <w:sz w:val="36"/>
          <w:szCs w:val="36"/>
        </w:rPr>
        <w:t>impact or concern.</w:t>
      </w:r>
    </w:p>
    <w:p w14:paraId="58906890" w14:textId="77777777" w:rsidR="003F36DF" w:rsidRDefault="00187398" w:rsidP="003F36DF">
      <w:pPr>
        <w:jc w:val="center"/>
        <w:rPr>
          <w:rFonts w:asciiTheme="minorBidi" w:hAnsiTheme="minorBidi"/>
          <w:b/>
          <w:bCs/>
          <w:sz w:val="28"/>
          <w:szCs w:val="28"/>
        </w:rPr>
      </w:pPr>
      <w:r w:rsidRPr="00BB38EB">
        <w:rPr>
          <w:rFonts w:asciiTheme="minorBidi" w:hAnsiTheme="minorBidi"/>
          <w:noProof/>
        </w:rPr>
        <w:drawing>
          <wp:inline distT="0" distB="0" distL="0" distR="0" wp14:anchorId="75AAA977" wp14:editId="1E87B20E">
            <wp:extent cx="6078071" cy="3880586"/>
            <wp:effectExtent l="0" t="0" r="0" b="5715"/>
            <wp:docPr id="18409601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60191" name=""/>
                    <pic:cNvPicPr/>
                  </pic:nvPicPr>
                  <pic:blipFill>
                    <a:blip r:embed="rId11"/>
                    <a:stretch>
                      <a:fillRect/>
                    </a:stretch>
                  </pic:blipFill>
                  <pic:spPr>
                    <a:xfrm>
                      <a:off x="0" y="0"/>
                      <a:ext cx="6111258" cy="3901774"/>
                    </a:xfrm>
                    <a:prstGeom prst="rect">
                      <a:avLst/>
                    </a:prstGeom>
                  </pic:spPr>
                </pic:pic>
              </a:graphicData>
            </a:graphic>
          </wp:inline>
        </w:drawing>
      </w:r>
    </w:p>
    <w:p w14:paraId="20A4580C" w14:textId="64CD1E79" w:rsidR="003F36DF" w:rsidRPr="003F36DF" w:rsidRDefault="003F36DF" w:rsidP="003F36DF">
      <w:pPr>
        <w:rPr>
          <w:rFonts w:asciiTheme="minorBidi" w:hAnsiTheme="minorBidi"/>
          <w:b/>
          <w:bCs/>
        </w:rPr>
      </w:pPr>
      <w:r w:rsidRPr="003F36DF">
        <w:rPr>
          <w:rFonts w:asciiTheme="minorBidi" w:hAnsiTheme="minorBidi"/>
        </w:rPr>
        <w:t xml:space="preserve">  Fig. </w:t>
      </w:r>
      <w:r w:rsidRPr="003F36DF">
        <w:rPr>
          <w:rFonts w:asciiTheme="minorBidi" w:hAnsiTheme="minorBidi"/>
        </w:rPr>
        <w:t>3</w:t>
      </w:r>
      <w:r w:rsidRPr="003F36DF">
        <w:rPr>
          <w:rFonts w:asciiTheme="minorBidi" w:hAnsiTheme="minorBidi"/>
        </w:rPr>
        <w:t>. shows the top 25 users</w:t>
      </w:r>
    </w:p>
    <w:p w14:paraId="5285A365" w14:textId="77777777" w:rsidR="00E040A6" w:rsidRDefault="00E040A6" w:rsidP="00EA74FF">
      <w:pPr>
        <w:jc w:val="center"/>
        <w:rPr>
          <w:rFonts w:asciiTheme="minorBidi" w:hAnsiTheme="minorBidi"/>
          <w:b/>
          <w:bCs/>
          <w:sz w:val="28"/>
          <w:szCs w:val="28"/>
        </w:rPr>
      </w:pPr>
    </w:p>
    <w:p w14:paraId="16606841" w14:textId="77777777" w:rsidR="00DA335A" w:rsidRDefault="00DA335A" w:rsidP="00EA74FF">
      <w:pPr>
        <w:jc w:val="center"/>
        <w:rPr>
          <w:rFonts w:asciiTheme="minorBidi" w:hAnsiTheme="minorBidi"/>
          <w:b/>
          <w:bCs/>
          <w:sz w:val="28"/>
          <w:szCs w:val="28"/>
        </w:rPr>
      </w:pPr>
    </w:p>
    <w:p w14:paraId="58465D4C" w14:textId="77777777" w:rsidR="00DA335A" w:rsidRDefault="00DA335A" w:rsidP="00EA74FF">
      <w:pPr>
        <w:jc w:val="center"/>
        <w:rPr>
          <w:rFonts w:asciiTheme="minorBidi" w:hAnsiTheme="minorBidi"/>
          <w:b/>
          <w:bCs/>
          <w:sz w:val="28"/>
          <w:szCs w:val="28"/>
        </w:rPr>
      </w:pPr>
    </w:p>
    <w:p w14:paraId="3520CA91" w14:textId="77777777" w:rsidR="00DA335A" w:rsidRDefault="00DA335A" w:rsidP="00EA74FF">
      <w:pPr>
        <w:jc w:val="center"/>
        <w:rPr>
          <w:rFonts w:asciiTheme="minorBidi" w:hAnsiTheme="minorBidi"/>
          <w:b/>
          <w:bCs/>
          <w:sz w:val="28"/>
          <w:szCs w:val="28"/>
        </w:rPr>
      </w:pPr>
    </w:p>
    <w:p w14:paraId="14CDA02D" w14:textId="77777777" w:rsidR="00DA335A" w:rsidRDefault="00DA335A" w:rsidP="00DA335A">
      <w:pPr>
        <w:rPr>
          <w:rFonts w:asciiTheme="minorBidi" w:hAnsiTheme="minorBidi"/>
          <w:b/>
          <w:bCs/>
          <w:sz w:val="28"/>
          <w:szCs w:val="28"/>
        </w:rPr>
      </w:pPr>
    </w:p>
    <w:p w14:paraId="3E35B395" w14:textId="77777777" w:rsidR="00DA335A" w:rsidRDefault="00DA335A" w:rsidP="00DA335A">
      <w:pPr>
        <w:rPr>
          <w:rFonts w:asciiTheme="minorBidi" w:hAnsiTheme="minorBidi"/>
          <w:b/>
          <w:bCs/>
          <w:sz w:val="28"/>
          <w:szCs w:val="28"/>
        </w:rPr>
      </w:pPr>
    </w:p>
    <w:p w14:paraId="5BCFB0BF" w14:textId="25D485F4" w:rsidR="00187398" w:rsidRPr="00BB38EB" w:rsidRDefault="00187398" w:rsidP="00DA335A">
      <w:pPr>
        <w:rPr>
          <w:rFonts w:asciiTheme="minorBidi" w:hAnsiTheme="minorBidi"/>
          <w:b/>
          <w:bCs/>
          <w:sz w:val="36"/>
          <w:szCs w:val="36"/>
        </w:rPr>
      </w:pPr>
      <w:r w:rsidRPr="00BB38EB">
        <w:rPr>
          <w:rFonts w:asciiTheme="minorBidi" w:hAnsiTheme="minorBidi"/>
          <w:b/>
          <w:bCs/>
          <w:sz w:val="36"/>
          <w:szCs w:val="36"/>
        </w:rPr>
        <w:t>3.</w:t>
      </w:r>
      <w:r w:rsidR="00392F58" w:rsidRPr="00BB38EB">
        <w:rPr>
          <w:rFonts w:asciiTheme="minorBidi" w:hAnsiTheme="minorBidi"/>
          <w:b/>
          <w:bCs/>
          <w:sz w:val="36"/>
          <w:szCs w:val="36"/>
        </w:rPr>
        <w:t>5</w:t>
      </w:r>
      <w:r w:rsidRPr="00BB38EB">
        <w:rPr>
          <w:rFonts w:asciiTheme="minorBidi" w:hAnsiTheme="minorBidi"/>
          <w:b/>
          <w:bCs/>
          <w:sz w:val="36"/>
          <w:szCs w:val="36"/>
        </w:rPr>
        <w:t xml:space="preserve"> Security Actions Distribution</w:t>
      </w:r>
    </w:p>
    <w:p w14:paraId="5D6B8B4A" w14:textId="0FA677BF" w:rsidR="00187398" w:rsidRPr="00DA335A" w:rsidRDefault="00392F58" w:rsidP="00DA335A">
      <w:pPr>
        <w:rPr>
          <w:rFonts w:asciiTheme="minorBidi" w:hAnsiTheme="minorBidi"/>
          <w:sz w:val="32"/>
          <w:szCs w:val="32"/>
        </w:rPr>
      </w:pPr>
      <w:r w:rsidRPr="00DA335A">
        <w:rPr>
          <w:rFonts w:asciiTheme="minorBidi" w:hAnsiTheme="minorBidi"/>
          <w:sz w:val="32"/>
          <w:szCs w:val="32"/>
        </w:rPr>
        <w:t>The</w:t>
      </w:r>
      <w:r w:rsidR="00187398" w:rsidRPr="00DA335A">
        <w:rPr>
          <w:rFonts w:asciiTheme="minorBidi" w:hAnsiTheme="minorBidi"/>
          <w:sz w:val="32"/>
          <w:szCs w:val="32"/>
        </w:rPr>
        <w:t xml:space="preserve"> code </w:t>
      </w:r>
      <w:r w:rsidRPr="00DA335A">
        <w:rPr>
          <w:rFonts w:asciiTheme="minorBidi" w:hAnsiTheme="minorBidi"/>
          <w:sz w:val="32"/>
          <w:szCs w:val="32"/>
        </w:rPr>
        <w:t xml:space="preserve">that </w:t>
      </w:r>
      <w:r w:rsidR="00187398" w:rsidRPr="00DA335A">
        <w:rPr>
          <w:rFonts w:asciiTheme="minorBidi" w:hAnsiTheme="minorBidi"/>
          <w:sz w:val="32"/>
          <w:szCs w:val="32"/>
        </w:rPr>
        <w:t xml:space="preserve">showing the </w:t>
      </w:r>
      <w:r w:rsidR="00F27373" w:rsidRPr="00DA335A">
        <w:rPr>
          <w:rFonts w:asciiTheme="minorBidi" w:hAnsiTheme="minorBidi"/>
          <w:sz w:val="32"/>
          <w:szCs w:val="32"/>
        </w:rPr>
        <w:t xml:space="preserve">allocation </w:t>
      </w:r>
      <w:r w:rsidR="00187398" w:rsidRPr="00DA335A">
        <w:rPr>
          <w:rFonts w:asciiTheme="minorBidi" w:hAnsiTheme="minorBidi"/>
          <w:sz w:val="32"/>
          <w:szCs w:val="32"/>
        </w:rPr>
        <w:t xml:space="preserve">of </w:t>
      </w:r>
      <w:r w:rsidR="001B23E3" w:rsidRPr="00DA335A">
        <w:rPr>
          <w:rFonts w:asciiTheme="minorBidi" w:hAnsiTheme="minorBidi"/>
          <w:sz w:val="32"/>
          <w:szCs w:val="32"/>
        </w:rPr>
        <w:t>Security Action</w:t>
      </w:r>
      <w:r w:rsidR="00187398" w:rsidRPr="00DA335A">
        <w:rPr>
          <w:rFonts w:asciiTheme="minorBidi" w:hAnsiTheme="minorBidi"/>
          <w:sz w:val="32"/>
          <w:szCs w:val="32"/>
        </w:rPr>
        <w:t xml:space="preserve"> categories, highlighting the </w:t>
      </w:r>
      <w:r w:rsidR="00F27373" w:rsidRPr="00DA335A">
        <w:rPr>
          <w:rFonts w:asciiTheme="minorBidi" w:hAnsiTheme="minorBidi"/>
          <w:sz w:val="32"/>
          <w:szCs w:val="32"/>
        </w:rPr>
        <w:t>rate</w:t>
      </w:r>
      <w:r w:rsidR="00187398" w:rsidRPr="00DA335A">
        <w:rPr>
          <w:rFonts w:asciiTheme="minorBidi" w:hAnsiTheme="minorBidi"/>
          <w:sz w:val="32"/>
          <w:szCs w:val="32"/>
        </w:rPr>
        <w:t xml:space="preserve"> of each action type:</w:t>
      </w:r>
    </w:p>
    <w:p w14:paraId="0175C376" w14:textId="77777777" w:rsidR="001B23E3" w:rsidRPr="00BB38EB" w:rsidRDefault="001B23E3" w:rsidP="00EA74FF">
      <w:pPr>
        <w:jc w:val="center"/>
        <w:rPr>
          <w:rFonts w:asciiTheme="minorBidi" w:hAnsiTheme="minorBidi"/>
          <w:sz w:val="32"/>
          <w:szCs w:val="32"/>
        </w:rPr>
      </w:pPr>
    </w:p>
    <w:p w14:paraId="2E86117C" w14:textId="63EF3709" w:rsidR="00187398" w:rsidRDefault="001B23E3" w:rsidP="00EA74FF">
      <w:pPr>
        <w:jc w:val="center"/>
        <w:rPr>
          <w:rFonts w:asciiTheme="minorBidi" w:hAnsiTheme="minorBidi"/>
          <w:sz w:val="32"/>
          <w:szCs w:val="32"/>
        </w:rPr>
      </w:pPr>
      <w:r w:rsidRPr="00BB38EB">
        <w:rPr>
          <w:rFonts w:asciiTheme="minorBidi" w:hAnsiTheme="minorBidi"/>
          <w:noProof/>
        </w:rPr>
        <w:drawing>
          <wp:inline distT="0" distB="0" distL="0" distR="0" wp14:anchorId="6B1F3CA4" wp14:editId="65260635">
            <wp:extent cx="4831080" cy="4205220"/>
            <wp:effectExtent l="0" t="0" r="7620" b="5080"/>
            <wp:docPr id="15245664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66400" name=""/>
                    <pic:cNvPicPr/>
                  </pic:nvPicPr>
                  <pic:blipFill>
                    <a:blip r:embed="rId12"/>
                    <a:stretch>
                      <a:fillRect/>
                    </a:stretch>
                  </pic:blipFill>
                  <pic:spPr>
                    <a:xfrm>
                      <a:off x="0" y="0"/>
                      <a:ext cx="4838650" cy="4211809"/>
                    </a:xfrm>
                    <a:prstGeom prst="rect">
                      <a:avLst/>
                    </a:prstGeom>
                  </pic:spPr>
                </pic:pic>
              </a:graphicData>
            </a:graphic>
          </wp:inline>
        </w:drawing>
      </w:r>
    </w:p>
    <w:p w14:paraId="0D4B1365" w14:textId="77777777" w:rsidR="00DA335A" w:rsidRDefault="00DA335A" w:rsidP="00EA74FF">
      <w:pPr>
        <w:jc w:val="center"/>
        <w:rPr>
          <w:rFonts w:asciiTheme="minorBidi" w:hAnsiTheme="minorBidi"/>
          <w:sz w:val="32"/>
          <w:szCs w:val="32"/>
        </w:rPr>
      </w:pPr>
    </w:p>
    <w:p w14:paraId="2003EB43" w14:textId="788A8074" w:rsidR="00DA335A" w:rsidRPr="003F36DF" w:rsidRDefault="003F36DF" w:rsidP="003F36DF">
      <w:pPr>
        <w:rPr>
          <w:rFonts w:asciiTheme="minorBidi" w:hAnsiTheme="minorBidi"/>
        </w:rPr>
      </w:pPr>
      <w:r w:rsidRPr="003F36DF">
        <w:rPr>
          <w:rFonts w:asciiTheme="minorBidi" w:hAnsiTheme="minorBidi"/>
        </w:rPr>
        <w:t xml:space="preserve">  Fig. </w:t>
      </w:r>
      <w:r>
        <w:rPr>
          <w:rFonts w:asciiTheme="minorBidi" w:hAnsiTheme="minorBidi"/>
        </w:rPr>
        <w:t>4</w:t>
      </w:r>
      <w:r w:rsidRPr="003F36DF">
        <w:rPr>
          <w:rFonts w:asciiTheme="minorBidi" w:hAnsiTheme="minorBidi"/>
        </w:rPr>
        <w:t>. showing the allocation of Security Action</w:t>
      </w:r>
    </w:p>
    <w:p w14:paraId="2FCD0710" w14:textId="77777777" w:rsidR="00DA335A" w:rsidRDefault="00DA335A" w:rsidP="00EA74FF">
      <w:pPr>
        <w:jc w:val="center"/>
        <w:rPr>
          <w:rFonts w:asciiTheme="minorBidi" w:hAnsiTheme="minorBidi"/>
          <w:sz w:val="32"/>
          <w:szCs w:val="32"/>
        </w:rPr>
      </w:pPr>
    </w:p>
    <w:p w14:paraId="5199C110" w14:textId="77777777" w:rsidR="00DA335A" w:rsidRDefault="00DA335A" w:rsidP="00EA74FF">
      <w:pPr>
        <w:jc w:val="center"/>
        <w:rPr>
          <w:rFonts w:asciiTheme="minorBidi" w:hAnsiTheme="minorBidi"/>
          <w:sz w:val="32"/>
          <w:szCs w:val="32"/>
        </w:rPr>
      </w:pPr>
    </w:p>
    <w:p w14:paraId="387990F7" w14:textId="77777777" w:rsidR="00DA335A" w:rsidRPr="00BB38EB" w:rsidRDefault="00DA335A" w:rsidP="00EA74FF">
      <w:pPr>
        <w:jc w:val="center"/>
        <w:rPr>
          <w:rFonts w:asciiTheme="minorBidi" w:hAnsiTheme="minorBidi"/>
          <w:sz w:val="32"/>
          <w:szCs w:val="32"/>
        </w:rPr>
      </w:pPr>
    </w:p>
    <w:p w14:paraId="5DE9930C" w14:textId="24C68B56" w:rsidR="00187398" w:rsidRPr="00BB38EB" w:rsidRDefault="001B23E3" w:rsidP="00DA335A">
      <w:pPr>
        <w:rPr>
          <w:rFonts w:asciiTheme="minorBidi" w:hAnsiTheme="minorBidi"/>
          <w:b/>
          <w:bCs/>
          <w:sz w:val="36"/>
          <w:szCs w:val="36"/>
        </w:rPr>
      </w:pPr>
      <w:r w:rsidRPr="00BB38EB">
        <w:rPr>
          <w:rFonts w:asciiTheme="minorBidi" w:hAnsiTheme="minorBidi"/>
          <w:b/>
          <w:bCs/>
          <w:sz w:val="36"/>
          <w:szCs w:val="36"/>
        </w:rPr>
        <w:t>3.</w:t>
      </w:r>
      <w:r w:rsidR="00392F58" w:rsidRPr="00BB38EB">
        <w:rPr>
          <w:rFonts w:asciiTheme="minorBidi" w:hAnsiTheme="minorBidi"/>
          <w:b/>
          <w:bCs/>
          <w:sz w:val="36"/>
          <w:szCs w:val="36"/>
        </w:rPr>
        <w:t>6</w:t>
      </w:r>
      <w:r w:rsidRPr="00BB38EB">
        <w:rPr>
          <w:rFonts w:asciiTheme="minorBidi" w:hAnsiTheme="minorBidi"/>
          <w:b/>
          <w:bCs/>
          <w:sz w:val="36"/>
          <w:szCs w:val="36"/>
        </w:rPr>
        <w:t xml:space="preserve"> Analyzing Failed Login Attempts:</w:t>
      </w:r>
    </w:p>
    <w:p w14:paraId="2B8D00BF" w14:textId="02E5974F" w:rsidR="001B23E3" w:rsidRPr="00DA335A" w:rsidRDefault="00392F58" w:rsidP="00DA335A">
      <w:pPr>
        <w:rPr>
          <w:rFonts w:asciiTheme="minorBidi" w:hAnsiTheme="minorBidi"/>
          <w:sz w:val="32"/>
          <w:szCs w:val="32"/>
        </w:rPr>
      </w:pPr>
      <w:r w:rsidRPr="00DA335A">
        <w:rPr>
          <w:rFonts w:asciiTheme="minorBidi" w:hAnsiTheme="minorBidi"/>
          <w:sz w:val="32"/>
          <w:szCs w:val="32"/>
        </w:rPr>
        <w:t>The</w:t>
      </w:r>
      <w:r w:rsidR="001B23E3" w:rsidRPr="00DA335A">
        <w:rPr>
          <w:rFonts w:asciiTheme="minorBidi" w:hAnsiTheme="minorBidi"/>
          <w:sz w:val="32"/>
          <w:szCs w:val="32"/>
        </w:rPr>
        <w:t xml:space="preserve"> code </w:t>
      </w:r>
      <w:bookmarkStart w:id="7" w:name="_Hlk228310377"/>
      <w:r w:rsidR="00F27373" w:rsidRPr="00DA335A">
        <w:rPr>
          <w:rFonts w:asciiTheme="minorBidi" w:hAnsiTheme="minorBidi"/>
          <w:sz w:val="32"/>
          <w:szCs w:val="32"/>
        </w:rPr>
        <w:t>shows</w:t>
      </w:r>
      <w:r w:rsidR="001B23E3" w:rsidRPr="00DA335A">
        <w:rPr>
          <w:rFonts w:asciiTheme="minorBidi" w:hAnsiTheme="minorBidi"/>
          <w:sz w:val="32"/>
          <w:szCs w:val="32"/>
        </w:rPr>
        <w:t xml:space="preserve"> a histogram with a KDE curve</w:t>
      </w:r>
      <w:bookmarkEnd w:id="7"/>
      <w:r w:rsidR="001B23E3" w:rsidRPr="00DA335A">
        <w:rPr>
          <w:rFonts w:asciiTheme="minorBidi" w:hAnsiTheme="minorBidi"/>
          <w:sz w:val="32"/>
          <w:szCs w:val="32"/>
        </w:rPr>
        <w:t xml:space="preserve">, showing the </w:t>
      </w:r>
      <w:r w:rsidR="00F27373" w:rsidRPr="00DA335A">
        <w:rPr>
          <w:rFonts w:asciiTheme="minorBidi" w:hAnsiTheme="minorBidi"/>
          <w:sz w:val="32"/>
          <w:szCs w:val="32"/>
        </w:rPr>
        <w:t>allocation</w:t>
      </w:r>
      <w:r w:rsidR="001B23E3" w:rsidRPr="00DA335A">
        <w:rPr>
          <w:rFonts w:asciiTheme="minorBidi" w:hAnsiTheme="minorBidi"/>
          <w:sz w:val="32"/>
          <w:szCs w:val="32"/>
        </w:rPr>
        <w:t xml:space="preserve"> of failed login attempts:</w:t>
      </w:r>
    </w:p>
    <w:p w14:paraId="5125B062" w14:textId="77777777" w:rsidR="001B23E3" w:rsidRPr="00BB38EB" w:rsidRDefault="001B23E3" w:rsidP="00EA74FF">
      <w:pPr>
        <w:jc w:val="center"/>
        <w:rPr>
          <w:rFonts w:asciiTheme="minorBidi" w:hAnsiTheme="minorBidi"/>
          <w:sz w:val="28"/>
          <w:szCs w:val="28"/>
        </w:rPr>
      </w:pPr>
    </w:p>
    <w:p w14:paraId="64775029" w14:textId="5BBC75F1" w:rsidR="001B23E3" w:rsidRPr="00BB38EB" w:rsidRDefault="001B23E3" w:rsidP="00EA74FF">
      <w:pPr>
        <w:jc w:val="center"/>
        <w:rPr>
          <w:rFonts w:asciiTheme="minorBidi" w:hAnsiTheme="minorBidi"/>
          <w:sz w:val="28"/>
          <w:szCs w:val="28"/>
        </w:rPr>
      </w:pPr>
      <w:r w:rsidRPr="00BB38EB">
        <w:rPr>
          <w:rFonts w:asciiTheme="minorBidi" w:hAnsiTheme="minorBidi"/>
          <w:noProof/>
        </w:rPr>
        <w:drawing>
          <wp:inline distT="0" distB="0" distL="0" distR="0" wp14:anchorId="680593D0" wp14:editId="66CF68FF">
            <wp:extent cx="5434049" cy="3591080"/>
            <wp:effectExtent l="0" t="0" r="0" b="0"/>
            <wp:docPr id="57622748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227480" name=""/>
                    <pic:cNvPicPr/>
                  </pic:nvPicPr>
                  <pic:blipFill>
                    <a:blip r:embed="rId13"/>
                    <a:stretch>
                      <a:fillRect/>
                    </a:stretch>
                  </pic:blipFill>
                  <pic:spPr>
                    <a:xfrm>
                      <a:off x="0" y="0"/>
                      <a:ext cx="5460002" cy="3608231"/>
                    </a:xfrm>
                    <a:prstGeom prst="rect">
                      <a:avLst/>
                    </a:prstGeom>
                  </pic:spPr>
                </pic:pic>
              </a:graphicData>
            </a:graphic>
          </wp:inline>
        </w:drawing>
      </w:r>
    </w:p>
    <w:p w14:paraId="77363F9B" w14:textId="7F938EA4" w:rsidR="003F36DF" w:rsidRPr="00C577D9" w:rsidRDefault="003F36DF" w:rsidP="003F36DF">
      <w:pPr>
        <w:rPr>
          <w:rFonts w:asciiTheme="minorBidi" w:hAnsiTheme="minorBidi"/>
        </w:rPr>
      </w:pPr>
      <w:r w:rsidRPr="00C577D9">
        <w:rPr>
          <w:rFonts w:asciiTheme="minorBidi" w:hAnsiTheme="minorBidi"/>
        </w:rPr>
        <w:t xml:space="preserve">  Fig. </w:t>
      </w:r>
      <w:r w:rsidRPr="00C577D9">
        <w:rPr>
          <w:rFonts w:asciiTheme="minorBidi" w:hAnsiTheme="minorBidi"/>
        </w:rPr>
        <w:t>5</w:t>
      </w:r>
      <w:r w:rsidRPr="00C577D9">
        <w:rPr>
          <w:rFonts w:asciiTheme="minorBidi" w:hAnsiTheme="minorBidi"/>
        </w:rPr>
        <w:t xml:space="preserve">. </w:t>
      </w:r>
      <w:r w:rsidR="00C577D9" w:rsidRPr="00C577D9">
        <w:rPr>
          <w:rFonts w:asciiTheme="minorBidi" w:hAnsiTheme="minorBidi"/>
        </w:rPr>
        <w:t>shows a histogram with a KDE curve</w:t>
      </w:r>
    </w:p>
    <w:p w14:paraId="06865A21" w14:textId="77777777" w:rsidR="00DA335A" w:rsidRDefault="00DA335A" w:rsidP="00EA74FF">
      <w:pPr>
        <w:jc w:val="center"/>
        <w:rPr>
          <w:rFonts w:asciiTheme="minorBidi" w:hAnsiTheme="minorBidi"/>
          <w:b/>
          <w:bCs/>
          <w:sz w:val="28"/>
          <w:szCs w:val="28"/>
        </w:rPr>
      </w:pPr>
    </w:p>
    <w:p w14:paraId="028D1D95" w14:textId="77777777" w:rsidR="00DA335A" w:rsidRDefault="00DA335A" w:rsidP="00EA74FF">
      <w:pPr>
        <w:jc w:val="center"/>
        <w:rPr>
          <w:rFonts w:asciiTheme="minorBidi" w:hAnsiTheme="minorBidi"/>
          <w:b/>
          <w:bCs/>
          <w:sz w:val="28"/>
          <w:szCs w:val="28"/>
        </w:rPr>
      </w:pPr>
    </w:p>
    <w:p w14:paraId="7BF9DD88" w14:textId="77777777" w:rsidR="00DA335A" w:rsidRDefault="00DA335A" w:rsidP="00EA74FF">
      <w:pPr>
        <w:jc w:val="center"/>
        <w:rPr>
          <w:rFonts w:asciiTheme="minorBidi" w:hAnsiTheme="minorBidi"/>
          <w:b/>
          <w:bCs/>
          <w:sz w:val="28"/>
          <w:szCs w:val="28"/>
        </w:rPr>
      </w:pPr>
    </w:p>
    <w:p w14:paraId="1C4FBC70" w14:textId="77777777" w:rsidR="00DA335A" w:rsidRDefault="00DA335A" w:rsidP="00EA74FF">
      <w:pPr>
        <w:jc w:val="center"/>
        <w:rPr>
          <w:rFonts w:asciiTheme="minorBidi" w:hAnsiTheme="minorBidi"/>
          <w:b/>
          <w:bCs/>
          <w:sz w:val="28"/>
          <w:szCs w:val="28"/>
        </w:rPr>
      </w:pPr>
    </w:p>
    <w:p w14:paraId="365D6DF8" w14:textId="77777777" w:rsidR="00DA335A" w:rsidRDefault="00DA335A" w:rsidP="00EA74FF">
      <w:pPr>
        <w:jc w:val="center"/>
        <w:rPr>
          <w:rFonts w:asciiTheme="minorBidi" w:hAnsiTheme="minorBidi"/>
          <w:b/>
          <w:bCs/>
          <w:sz w:val="28"/>
          <w:szCs w:val="28"/>
        </w:rPr>
      </w:pPr>
    </w:p>
    <w:p w14:paraId="60CD1A98" w14:textId="77777777" w:rsidR="00DA335A" w:rsidRDefault="00DA335A" w:rsidP="00EA74FF">
      <w:pPr>
        <w:jc w:val="center"/>
        <w:rPr>
          <w:rFonts w:asciiTheme="minorBidi" w:hAnsiTheme="minorBidi"/>
          <w:b/>
          <w:bCs/>
          <w:sz w:val="28"/>
          <w:szCs w:val="28"/>
        </w:rPr>
      </w:pPr>
    </w:p>
    <w:p w14:paraId="17B12F21" w14:textId="77777777" w:rsidR="00DA335A" w:rsidRDefault="00DA335A" w:rsidP="00EA74FF">
      <w:pPr>
        <w:jc w:val="center"/>
        <w:rPr>
          <w:rFonts w:asciiTheme="minorBidi" w:hAnsiTheme="minorBidi"/>
          <w:b/>
          <w:bCs/>
          <w:sz w:val="28"/>
          <w:szCs w:val="28"/>
        </w:rPr>
      </w:pPr>
    </w:p>
    <w:p w14:paraId="0B65B4C9" w14:textId="0369B5FF" w:rsidR="001B23E3" w:rsidRPr="00BB38EB" w:rsidRDefault="001B23E3" w:rsidP="00DA335A">
      <w:pPr>
        <w:rPr>
          <w:rFonts w:asciiTheme="minorBidi" w:hAnsiTheme="minorBidi"/>
          <w:b/>
          <w:bCs/>
          <w:sz w:val="36"/>
          <w:szCs w:val="36"/>
        </w:rPr>
      </w:pPr>
      <w:r w:rsidRPr="00BB38EB">
        <w:rPr>
          <w:rFonts w:asciiTheme="minorBidi" w:hAnsiTheme="minorBidi"/>
          <w:b/>
          <w:bCs/>
          <w:sz w:val="36"/>
          <w:szCs w:val="36"/>
        </w:rPr>
        <w:t>3.</w:t>
      </w:r>
      <w:r w:rsidR="00392F58" w:rsidRPr="00BB38EB">
        <w:rPr>
          <w:rFonts w:asciiTheme="minorBidi" w:hAnsiTheme="minorBidi"/>
          <w:b/>
          <w:bCs/>
          <w:sz w:val="36"/>
          <w:szCs w:val="36"/>
        </w:rPr>
        <w:t>7</w:t>
      </w:r>
      <w:r w:rsidRPr="00BB38EB">
        <w:rPr>
          <w:rFonts w:asciiTheme="minorBidi" w:hAnsiTheme="minorBidi"/>
          <w:b/>
          <w:bCs/>
          <w:sz w:val="36"/>
          <w:szCs w:val="36"/>
        </w:rPr>
        <w:t xml:space="preserve"> Risk Score by Security Action:</w:t>
      </w:r>
    </w:p>
    <w:p w14:paraId="1CE175A5" w14:textId="1BEB61C6" w:rsidR="001B23E3" w:rsidRPr="00DA335A" w:rsidRDefault="001B23E3" w:rsidP="00DA335A">
      <w:pPr>
        <w:rPr>
          <w:rFonts w:asciiTheme="minorBidi" w:hAnsiTheme="minorBidi"/>
          <w:sz w:val="32"/>
          <w:szCs w:val="32"/>
        </w:rPr>
      </w:pPr>
      <w:r w:rsidRPr="00DA335A">
        <w:rPr>
          <w:rFonts w:asciiTheme="minorBidi" w:hAnsiTheme="minorBidi"/>
          <w:sz w:val="32"/>
          <w:szCs w:val="32"/>
        </w:rPr>
        <w:t>This boxplot shows the distribution of Risk Scores for each Security Action type:</w:t>
      </w:r>
    </w:p>
    <w:p w14:paraId="0A5D9DFE" w14:textId="77777777" w:rsidR="001B23E3" w:rsidRPr="00BB38EB" w:rsidRDefault="001B23E3" w:rsidP="00EA74FF">
      <w:pPr>
        <w:jc w:val="center"/>
        <w:rPr>
          <w:rFonts w:asciiTheme="minorBidi" w:hAnsiTheme="minorBidi"/>
          <w:sz w:val="28"/>
          <w:szCs w:val="28"/>
        </w:rPr>
      </w:pPr>
    </w:p>
    <w:p w14:paraId="68493B2E" w14:textId="004A61E8" w:rsidR="001B23E3" w:rsidRPr="00BB38EB" w:rsidRDefault="001B23E3" w:rsidP="00EA74FF">
      <w:pPr>
        <w:jc w:val="center"/>
        <w:rPr>
          <w:rFonts w:asciiTheme="minorBidi" w:hAnsiTheme="minorBidi"/>
          <w:sz w:val="28"/>
          <w:szCs w:val="28"/>
        </w:rPr>
      </w:pPr>
      <w:r w:rsidRPr="00BB38EB">
        <w:rPr>
          <w:rFonts w:asciiTheme="minorBidi" w:hAnsiTheme="minorBidi"/>
          <w:noProof/>
        </w:rPr>
        <w:drawing>
          <wp:inline distT="0" distB="0" distL="0" distR="0" wp14:anchorId="409AA938" wp14:editId="2A4D0669">
            <wp:extent cx="5524820" cy="1471154"/>
            <wp:effectExtent l="0" t="0" r="0" b="0"/>
            <wp:docPr id="193616546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65462" name=""/>
                    <pic:cNvPicPr/>
                  </pic:nvPicPr>
                  <pic:blipFill>
                    <a:blip r:embed="rId14"/>
                    <a:stretch>
                      <a:fillRect/>
                    </a:stretch>
                  </pic:blipFill>
                  <pic:spPr>
                    <a:xfrm>
                      <a:off x="0" y="0"/>
                      <a:ext cx="5642010" cy="1502359"/>
                    </a:xfrm>
                    <a:prstGeom prst="rect">
                      <a:avLst/>
                    </a:prstGeom>
                  </pic:spPr>
                </pic:pic>
              </a:graphicData>
            </a:graphic>
          </wp:inline>
        </w:drawing>
      </w:r>
    </w:p>
    <w:p w14:paraId="0A8ECE36" w14:textId="08272F02" w:rsidR="00C577D9" w:rsidRPr="00C577D9" w:rsidRDefault="00C577D9" w:rsidP="00C577D9">
      <w:pPr>
        <w:rPr>
          <w:rFonts w:asciiTheme="minorBidi" w:hAnsiTheme="minorBidi"/>
        </w:rPr>
      </w:pPr>
      <w:r w:rsidRPr="00C577D9">
        <w:rPr>
          <w:rFonts w:asciiTheme="minorBidi" w:hAnsiTheme="minorBidi"/>
        </w:rPr>
        <w:t xml:space="preserve">  Fig. </w:t>
      </w:r>
      <w:r w:rsidRPr="00C577D9">
        <w:rPr>
          <w:rFonts w:asciiTheme="minorBidi" w:hAnsiTheme="minorBidi"/>
        </w:rPr>
        <w:t>6</w:t>
      </w:r>
      <w:r w:rsidRPr="00C577D9">
        <w:rPr>
          <w:rFonts w:asciiTheme="minorBidi" w:hAnsiTheme="minorBidi"/>
        </w:rPr>
        <w:t>. shows the distribution of Risk Scores</w:t>
      </w:r>
    </w:p>
    <w:p w14:paraId="56DB4E15" w14:textId="77777777" w:rsidR="001A4393" w:rsidRPr="00BB38EB" w:rsidRDefault="001A4393" w:rsidP="00EA74FF">
      <w:pPr>
        <w:jc w:val="center"/>
        <w:rPr>
          <w:rFonts w:asciiTheme="minorBidi" w:hAnsiTheme="minorBidi"/>
          <w:sz w:val="28"/>
          <w:szCs w:val="28"/>
        </w:rPr>
      </w:pPr>
    </w:p>
    <w:p w14:paraId="1F09F1B0" w14:textId="77777777" w:rsidR="001A4393" w:rsidRPr="00BB38EB" w:rsidRDefault="001A4393" w:rsidP="00EA74FF">
      <w:pPr>
        <w:jc w:val="center"/>
        <w:rPr>
          <w:rFonts w:asciiTheme="minorBidi" w:hAnsiTheme="minorBidi"/>
          <w:sz w:val="28"/>
          <w:szCs w:val="28"/>
        </w:rPr>
      </w:pPr>
    </w:p>
    <w:p w14:paraId="4B48E3C1" w14:textId="77777777" w:rsidR="001A4393" w:rsidRDefault="001A4393" w:rsidP="00EA74FF">
      <w:pPr>
        <w:jc w:val="center"/>
        <w:rPr>
          <w:rFonts w:asciiTheme="minorBidi" w:hAnsiTheme="minorBidi"/>
          <w:sz w:val="28"/>
          <w:szCs w:val="28"/>
        </w:rPr>
      </w:pPr>
    </w:p>
    <w:p w14:paraId="735C2624" w14:textId="77777777" w:rsidR="00C577D9" w:rsidRDefault="00C577D9" w:rsidP="00EA74FF">
      <w:pPr>
        <w:jc w:val="center"/>
        <w:rPr>
          <w:rFonts w:asciiTheme="minorBidi" w:hAnsiTheme="minorBidi"/>
          <w:sz w:val="28"/>
          <w:szCs w:val="28"/>
        </w:rPr>
      </w:pPr>
    </w:p>
    <w:p w14:paraId="5EB26450" w14:textId="77777777" w:rsidR="00C577D9" w:rsidRDefault="00C577D9" w:rsidP="00EA74FF">
      <w:pPr>
        <w:jc w:val="center"/>
        <w:rPr>
          <w:rFonts w:asciiTheme="minorBidi" w:hAnsiTheme="minorBidi"/>
          <w:sz w:val="28"/>
          <w:szCs w:val="28"/>
        </w:rPr>
      </w:pPr>
    </w:p>
    <w:p w14:paraId="503EEAA9" w14:textId="77777777" w:rsidR="00C577D9" w:rsidRDefault="00C577D9" w:rsidP="00EA74FF">
      <w:pPr>
        <w:jc w:val="center"/>
        <w:rPr>
          <w:rFonts w:asciiTheme="minorBidi" w:hAnsiTheme="minorBidi"/>
          <w:sz w:val="28"/>
          <w:szCs w:val="28"/>
        </w:rPr>
      </w:pPr>
    </w:p>
    <w:p w14:paraId="308FB704" w14:textId="77777777" w:rsidR="00C577D9" w:rsidRDefault="00C577D9" w:rsidP="00EA74FF">
      <w:pPr>
        <w:jc w:val="center"/>
        <w:rPr>
          <w:rFonts w:asciiTheme="minorBidi" w:hAnsiTheme="minorBidi"/>
          <w:sz w:val="28"/>
          <w:szCs w:val="28"/>
        </w:rPr>
      </w:pPr>
    </w:p>
    <w:p w14:paraId="31634BE7" w14:textId="77777777" w:rsidR="00C577D9" w:rsidRDefault="00C577D9" w:rsidP="00EA74FF">
      <w:pPr>
        <w:jc w:val="center"/>
        <w:rPr>
          <w:rFonts w:asciiTheme="minorBidi" w:hAnsiTheme="minorBidi"/>
          <w:sz w:val="28"/>
          <w:szCs w:val="28"/>
        </w:rPr>
      </w:pPr>
    </w:p>
    <w:p w14:paraId="1030901E" w14:textId="77777777" w:rsidR="00C577D9" w:rsidRPr="00BB38EB" w:rsidRDefault="00C577D9" w:rsidP="00EA74FF">
      <w:pPr>
        <w:jc w:val="center"/>
        <w:rPr>
          <w:rFonts w:asciiTheme="minorBidi" w:hAnsiTheme="minorBidi"/>
          <w:sz w:val="28"/>
          <w:szCs w:val="28"/>
        </w:rPr>
      </w:pPr>
    </w:p>
    <w:p w14:paraId="4C38B3FC" w14:textId="0DC7E927" w:rsidR="001A4393" w:rsidRPr="00BB38EB" w:rsidRDefault="001A4393" w:rsidP="00DA335A">
      <w:pPr>
        <w:jc w:val="center"/>
        <w:rPr>
          <w:rFonts w:asciiTheme="minorBidi" w:hAnsiTheme="minorBidi"/>
          <w:sz w:val="28"/>
          <w:szCs w:val="28"/>
        </w:rPr>
      </w:pPr>
    </w:p>
    <w:p w14:paraId="40957FCA" w14:textId="0BC2D381" w:rsidR="00392F58" w:rsidRPr="00BB38EB" w:rsidRDefault="00392F58" w:rsidP="00DA335A">
      <w:pPr>
        <w:rPr>
          <w:rFonts w:asciiTheme="minorBidi" w:hAnsiTheme="minorBidi"/>
          <w:b/>
          <w:bCs/>
          <w:sz w:val="36"/>
          <w:szCs w:val="36"/>
        </w:rPr>
      </w:pPr>
      <w:r w:rsidRPr="00BB38EB">
        <w:rPr>
          <w:rFonts w:asciiTheme="minorBidi" w:hAnsiTheme="minorBidi"/>
          <w:b/>
          <w:bCs/>
          <w:sz w:val="36"/>
          <w:szCs w:val="36"/>
        </w:rPr>
        <w:lastRenderedPageBreak/>
        <w:t>3.8 User Security Data Sample:</w:t>
      </w:r>
    </w:p>
    <w:p w14:paraId="343E0BDA" w14:textId="2C85054D" w:rsidR="001B23E3" w:rsidRPr="00DA335A" w:rsidRDefault="00392F58" w:rsidP="00DA335A">
      <w:pPr>
        <w:rPr>
          <w:rFonts w:asciiTheme="minorBidi" w:hAnsiTheme="minorBidi"/>
          <w:sz w:val="32"/>
          <w:szCs w:val="32"/>
        </w:rPr>
      </w:pPr>
      <w:r w:rsidRPr="00DA335A">
        <w:rPr>
          <w:rFonts w:asciiTheme="minorBidi" w:hAnsiTheme="minorBidi"/>
          <w:sz w:val="32"/>
          <w:szCs w:val="32"/>
        </w:rPr>
        <w:t>Sample of dataset contains user security information, including Risk Scores and actions taken.</w:t>
      </w:r>
    </w:p>
    <w:p w14:paraId="746419F8" w14:textId="77777777" w:rsidR="00392F58" w:rsidRPr="00BB38EB" w:rsidRDefault="00392F58" w:rsidP="00EA74FF">
      <w:pPr>
        <w:jc w:val="center"/>
        <w:rPr>
          <w:rFonts w:asciiTheme="minorBidi" w:hAnsiTheme="minorBidi"/>
          <w:b/>
          <w:bCs/>
          <w:sz w:val="28"/>
          <w:szCs w:val="28"/>
        </w:rPr>
      </w:pPr>
    </w:p>
    <w:p w14:paraId="5ED395C5" w14:textId="145E2B79" w:rsidR="00392F58" w:rsidRDefault="00392F58" w:rsidP="00EA74FF">
      <w:pPr>
        <w:jc w:val="center"/>
        <w:rPr>
          <w:rFonts w:asciiTheme="minorBidi" w:hAnsiTheme="minorBidi"/>
          <w:b/>
          <w:bCs/>
          <w:sz w:val="28"/>
          <w:szCs w:val="28"/>
        </w:rPr>
      </w:pPr>
      <w:r w:rsidRPr="00BB38EB">
        <w:rPr>
          <w:rFonts w:asciiTheme="minorBidi" w:hAnsiTheme="minorBidi"/>
          <w:noProof/>
        </w:rPr>
        <w:drawing>
          <wp:inline distT="0" distB="0" distL="0" distR="0" wp14:anchorId="7BB67EFF" wp14:editId="5685F855">
            <wp:extent cx="5598939" cy="2596155"/>
            <wp:effectExtent l="133350" t="114300" r="154305" b="166370"/>
            <wp:docPr id="1982556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5618" name=""/>
                    <pic:cNvPicPr/>
                  </pic:nvPicPr>
                  <pic:blipFill>
                    <a:blip r:embed="rId15"/>
                    <a:stretch>
                      <a:fillRect/>
                    </a:stretch>
                  </pic:blipFill>
                  <pic:spPr>
                    <a:xfrm>
                      <a:off x="0" y="0"/>
                      <a:ext cx="5630947" cy="26109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6A9B53B" w14:textId="0A9920D0" w:rsidR="00C577D9" w:rsidRPr="00C577D9" w:rsidRDefault="00C577D9" w:rsidP="00C577D9">
      <w:pPr>
        <w:rPr>
          <w:rFonts w:asciiTheme="minorBidi" w:hAnsiTheme="minorBidi"/>
        </w:rPr>
      </w:pPr>
      <w:r w:rsidRPr="00C577D9">
        <w:rPr>
          <w:rFonts w:asciiTheme="minorBidi" w:hAnsiTheme="minorBidi"/>
        </w:rPr>
        <w:t xml:space="preserve">  Fig. </w:t>
      </w:r>
      <w:r w:rsidRPr="00C577D9">
        <w:rPr>
          <w:rFonts w:asciiTheme="minorBidi" w:hAnsiTheme="minorBidi"/>
        </w:rPr>
        <w:t>7</w:t>
      </w:r>
      <w:r w:rsidRPr="00C577D9">
        <w:rPr>
          <w:rFonts w:asciiTheme="minorBidi" w:hAnsiTheme="minorBidi"/>
        </w:rPr>
        <w:t>. Sample of dataset contains user security information</w:t>
      </w:r>
    </w:p>
    <w:p w14:paraId="019B877F" w14:textId="77777777" w:rsidR="00C577D9" w:rsidRPr="00BB38EB" w:rsidRDefault="00C577D9" w:rsidP="00EA74FF">
      <w:pPr>
        <w:jc w:val="center"/>
        <w:rPr>
          <w:rFonts w:asciiTheme="minorBidi" w:hAnsiTheme="minorBidi"/>
          <w:b/>
          <w:bCs/>
          <w:sz w:val="28"/>
          <w:szCs w:val="28"/>
        </w:rPr>
      </w:pPr>
    </w:p>
    <w:p w14:paraId="41344115" w14:textId="77777777" w:rsidR="001B23E3" w:rsidRPr="00BB38EB" w:rsidRDefault="001B23E3" w:rsidP="00EA74FF">
      <w:pPr>
        <w:jc w:val="center"/>
        <w:rPr>
          <w:rFonts w:asciiTheme="minorBidi" w:hAnsiTheme="minorBidi"/>
          <w:sz w:val="28"/>
          <w:szCs w:val="28"/>
        </w:rPr>
      </w:pPr>
    </w:p>
    <w:p w14:paraId="16CC2240" w14:textId="77777777" w:rsidR="001B23E3" w:rsidRPr="00BB38EB" w:rsidRDefault="001B23E3" w:rsidP="00EA74FF">
      <w:pPr>
        <w:jc w:val="center"/>
        <w:rPr>
          <w:rFonts w:asciiTheme="minorBidi" w:hAnsiTheme="minorBidi"/>
          <w:sz w:val="28"/>
          <w:szCs w:val="28"/>
        </w:rPr>
      </w:pPr>
    </w:p>
    <w:p w14:paraId="39DACE09" w14:textId="77777777" w:rsidR="001B23E3" w:rsidRPr="00BB38EB" w:rsidRDefault="001B23E3" w:rsidP="00EA74FF">
      <w:pPr>
        <w:jc w:val="center"/>
        <w:rPr>
          <w:rFonts w:asciiTheme="minorBidi" w:hAnsiTheme="minorBidi"/>
          <w:sz w:val="28"/>
          <w:szCs w:val="28"/>
        </w:rPr>
      </w:pPr>
    </w:p>
    <w:p w14:paraId="355C7572" w14:textId="77777777" w:rsidR="001B23E3" w:rsidRDefault="001B23E3" w:rsidP="00EA74FF">
      <w:pPr>
        <w:jc w:val="center"/>
        <w:rPr>
          <w:rFonts w:asciiTheme="minorBidi" w:hAnsiTheme="minorBidi"/>
          <w:sz w:val="28"/>
          <w:szCs w:val="28"/>
        </w:rPr>
      </w:pPr>
    </w:p>
    <w:p w14:paraId="230A6BF6" w14:textId="77777777" w:rsidR="00DA335A" w:rsidRDefault="00DA335A" w:rsidP="00EA74FF">
      <w:pPr>
        <w:jc w:val="center"/>
        <w:rPr>
          <w:rFonts w:asciiTheme="minorBidi" w:hAnsiTheme="minorBidi"/>
          <w:sz w:val="28"/>
          <w:szCs w:val="28"/>
        </w:rPr>
      </w:pPr>
    </w:p>
    <w:p w14:paraId="6292EDEE" w14:textId="77777777" w:rsidR="00DA335A" w:rsidRDefault="00DA335A" w:rsidP="00EA74FF">
      <w:pPr>
        <w:jc w:val="center"/>
        <w:rPr>
          <w:rFonts w:asciiTheme="minorBidi" w:hAnsiTheme="minorBidi"/>
          <w:sz w:val="28"/>
          <w:szCs w:val="28"/>
        </w:rPr>
      </w:pPr>
    </w:p>
    <w:p w14:paraId="62C78C12" w14:textId="77777777" w:rsidR="00DA335A" w:rsidRDefault="00DA335A" w:rsidP="00EA74FF">
      <w:pPr>
        <w:jc w:val="center"/>
        <w:rPr>
          <w:rFonts w:asciiTheme="minorBidi" w:hAnsiTheme="minorBidi"/>
          <w:sz w:val="28"/>
          <w:szCs w:val="28"/>
        </w:rPr>
      </w:pPr>
    </w:p>
    <w:p w14:paraId="16E4FCA2" w14:textId="77777777" w:rsidR="00DA335A" w:rsidRDefault="00DA335A" w:rsidP="00EA74FF">
      <w:pPr>
        <w:jc w:val="center"/>
        <w:rPr>
          <w:rFonts w:asciiTheme="minorBidi" w:hAnsiTheme="minorBidi"/>
          <w:sz w:val="28"/>
          <w:szCs w:val="28"/>
        </w:rPr>
      </w:pPr>
    </w:p>
    <w:p w14:paraId="0193C985" w14:textId="77777777" w:rsidR="00DA335A" w:rsidRPr="00BB38EB" w:rsidRDefault="00DA335A" w:rsidP="00EA74FF">
      <w:pPr>
        <w:jc w:val="center"/>
        <w:rPr>
          <w:rFonts w:asciiTheme="minorBidi" w:hAnsiTheme="minorBidi"/>
          <w:sz w:val="28"/>
          <w:szCs w:val="28"/>
        </w:rPr>
      </w:pPr>
    </w:p>
    <w:p w14:paraId="27D1C983" w14:textId="062937AA" w:rsidR="00392F58" w:rsidRPr="00BB38EB" w:rsidRDefault="00392F58" w:rsidP="00DA335A">
      <w:pPr>
        <w:rPr>
          <w:rFonts w:asciiTheme="minorBidi" w:hAnsiTheme="minorBidi"/>
          <w:b/>
          <w:bCs/>
          <w:sz w:val="36"/>
          <w:szCs w:val="36"/>
        </w:rPr>
      </w:pPr>
      <w:r w:rsidRPr="00BB38EB">
        <w:rPr>
          <w:rFonts w:asciiTheme="minorBidi" w:hAnsiTheme="minorBidi"/>
          <w:b/>
          <w:bCs/>
          <w:sz w:val="36"/>
          <w:szCs w:val="36"/>
        </w:rPr>
        <w:t>3.9 Random Forest Classifier Training</w:t>
      </w:r>
    </w:p>
    <w:p w14:paraId="58B14790" w14:textId="362C67DA" w:rsidR="001B23E3" w:rsidRPr="00DA335A" w:rsidRDefault="00392F58" w:rsidP="00DA335A">
      <w:pPr>
        <w:rPr>
          <w:rFonts w:asciiTheme="minorBidi" w:hAnsiTheme="minorBidi"/>
          <w:sz w:val="32"/>
          <w:szCs w:val="32"/>
        </w:rPr>
      </w:pPr>
      <w:r w:rsidRPr="00DA335A">
        <w:rPr>
          <w:rFonts w:asciiTheme="minorBidi" w:hAnsiTheme="minorBidi"/>
          <w:sz w:val="32"/>
          <w:szCs w:val="32"/>
        </w:rPr>
        <w:t>A Random Forest Classifier is being trained on the dataset to predict security outcomes based on input features.</w:t>
      </w:r>
    </w:p>
    <w:p w14:paraId="74A9D46F" w14:textId="77777777" w:rsidR="00392F58" w:rsidRPr="00BB38EB" w:rsidRDefault="00392F58" w:rsidP="00EA74FF">
      <w:pPr>
        <w:jc w:val="center"/>
        <w:rPr>
          <w:rFonts w:asciiTheme="minorBidi" w:hAnsiTheme="minorBidi"/>
          <w:sz w:val="28"/>
          <w:szCs w:val="28"/>
        </w:rPr>
      </w:pPr>
    </w:p>
    <w:p w14:paraId="02B5303E" w14:textId="13D692C0" w:rsidR="00392F58" w:rsidRPr="00BB38EB" w:rsidRDefault="00392F58" w:rsidP="00EA74FF">
      <w:pPr>
        <w:jc w:val="center"/>
        <w:rPr>
          <w:rFonts w:asciiTheme="minorBidi" w:hAnsiTheme="minorBidi"/>
          <w:sz w:val="28"/>
          <w:szCs w:val="28"/>
        </w:rPr>
      </w:pPr>
      <w:r w:rsidRPr="00BB38EB">
        <w:rPr>
          <w:rFonts w:asciiTheme="minorBidi" w:hAnsiTheme="minorBidi"/>
          <w:noProof/>
        </w:rPr>
        <w:drawing>
          <wp:inline distT="0" distB="0" distL="0" distR="0" wp14:anchorId="29C8991B" wp14:editId="7808EA97">
            <wp:extent cx="2529840" cy="1426056"/>
            <wp:effectExtent l="0" t="0" r="3810" b="3175"/>
            <wp:docPr id="15030866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086699" name=""/>
                    <pic:cNvPicPr/>
                  </pic:nvPicPr>
                  <pic:blipFill>
                    <a:blip r:embed="rId16"/>
                    <a:stretch>
                      <a:fillRect/>
                    </a:stretch>
                  </pic:blipFill>
                  <pic:spPr>
                    <a:xfrm>
                      <a:off x="0" y="0"/>
                      <a:ext cx="2534889" cy="1428902"/>
                    </a:xfrm>
                    <a:prstGeom prst="rect">
                      <a:avLst/>
                    </a:prstGeom>
                  </pic:spPr>
                </pic:pic>
              </a:graphicData>
            </a:graphic>
          </wp:inline>
        </w:drawing>
      </w:r>
    </w:p>
    <w:p w14:paraId="02202823" w14:textId="5DC01FCC" w:rsidR="00DC6DE5" w:rsidRPr="00BB38EB" w:rsidRDefault="00DC6DE5" w:rsidP="00EA74FF">
      <w:pPr>
        <w:jc w:val="center"/>
        <w:rPr>
          <w:rFonts w:asciiTheme="minorBidi" w:hAnsiTheme="minorBidi"/>
          <w:sz w:val="28"/>
          <w:szCs w:val="28"/>
        </w:rPr>
      </w:pPr>
      <w:r w:rsidRPr="00BB38EB">
        <w:rPr>
          <w:rFonts w:asciiTheme="minorBidi" w:hAnsiTheme="minorBidi"/>
          <w:noProof/>
        </w:rPr>
        <w:drawing>
          <wp:inline distT="0" distB="0" distL="0" distR="0" wp14:anchorId="2E90C700" wp14:editId="3CA2AE97">
            <wp:extent cx="2549754" cy="3451860"/>
            <wp:effectExtent l="0" t="0" r="3175" b="0"/>
            <wp:docPr id="21163042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304230" name=""/>
                    <pic:cNvPicPr/>
                  </pic:nvPicPr>
                  <pic:blipFill>
                    <a:blip r:embed="rId17"/>
                    <a:stretch>
                      <a:fillRect/>
                    </a:stretch>
                  </pic:blipFill>
                  <pic:spPr>
                    <a:xfrm>
                      <a:off x="0" y="0"/>
                      <a:ext cx="2556715" cy="3461283"/>
                    </a:xfrm>
                    <a:prstGeom prst="rect">
                      <a:avLst/>
                    </a:prstGeom>
                  </pic:spPr>
                </pic:pic>
              </a:graphicData>
            </a:graphic>
          </wp:inline>
        </w:drawing>
      </w:r>
    </w:p>
    <w:p w14:paraId="26CE547B" w14:textId="16DDB7B8" w:rsidR="00DC6DE5" w:rsidRDefault="00DC6DE5" w:rsidP="00EA74FF">
      <w:pPr>
        <w:jc w:val="center"/>
        <w:rPr>
          <w:rFonts w:asciiTheme="minorBidi" w:hAnsiTheme="minorBidi"/>
          <w:sz w:val="28"/>
          <w:szCs w:val="28"/>
        </w:rPr>
      </w:pPr>
      <w:r w:rsidRPr="00BB38EB">
        <w:rPr>
          <w:rFonts w:asciiTheme="minorBidi" w:hAnsiTheme="minorBidi"/>
          <w:noProof/>
        </w:rPr>
        <w:lastRenderedPageBreak/>
        <w:drawing>
          <wp:inline distT="0" distB="0" distL="0" distR="0" wp14:anchorId="52DDC849" wp14:editId="4362FCF9">
            <wp:extent cx="2587625" cy="2227608"/>
            <wp:effectExtent l="0" t="0" r="3175" b="1270"/>
            <wp:docPr id="3922959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95997" name=""/>
                    <pic:cNvPicPr/>
                  </pic:nvPicPr>
                  <pic:blipFill>
                    <a:blip r:embed="rId18"/>
                    <a:stretch>
                      <a:fillRect/>
                    </a:stretch>
                  </pic:blipFill>
                  <pic:spPr>
                    <a:xfrm>
                      <a:off x="0" y="0"/>
                      <a:ext cx="2596412" cy="2235172"/>
                    </a:xfrm>
                    <a:prstGeom prst="rect">
                      <a:avLst/>
                    </a:prstGeom>
                  </pic:spPr>
                </pic:pic>
              </a:graphicData>
            </a:graphic>
          </wp:inline>
        </w:drawing>
      </w:r>
    </w:p>
    <w:p w14:paraId="034B839C" w14:textId="2E529241" w:rsidR="00C577D9" w:rsidRP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8</w:t>
      </w:r>
      <w:r w:rsidRPr="00C577D9">
        <w:rPr>
          <w:rFonts w:asciiTheme="minorBidi" w:hAnsiTheme="minorBidi"/>
        </w:rPr>
        <w:t>. A Random Forest Classifier is being trained on the dataset</w:t>
      </w:r>
    </w:p>
    <w:p w14:paraId="75E07145" w14:textId="77777777" w:rsidR="00DA335A" w:rsidRDefault="00DA335A" w:rsidP="00EA74FF">
      <w:pPr>
        <w:jc w:val="center"/>
        <w:rPr>
          <w:rFonts w:asciiTheme="minorBidi" w:hAnsiTheme="minorBidi"/>
          <w:sz w:val="28"/>
          <w:szCs w:val="28"/>
        </w:rPr>
      </w:pPr>
    </w:p>
    <w:p w14:paraId="77725036" w14:textId="77777777" w:rsidR="00DA335A" w:rsidRDefault="00DA335A" w:rsidP="00EA74FF">
      <w:pPr>
        <w:jc w:val="center"/>
        <w:rPr>
          <w:rFonts w:asciiTheme="minorBidi" w:hAnsiTheme="minorBidi"/>
          <w:sz w:val="28"/>
          <w:szCs w:val="28"/>
        </w:rPr>
      </w:pPr>
    </w:p>
    <w:p w14:paraId="6CF1846C" w14:textId="77777777" w:rsidR="00DA335A" w:rsidRDefault="00DA335A" w:rsidP="00EA74FF">
      <w:pPr>
        <w:jc w:val="center"/>
        <w:rPr>
          <w:rFonts w:asciiTheme="minorBidi" w:hAnsiTheme="minorBidi"/>
          <w:sz w:val="28"/>
          <w:szCs w:val="28"/>
        </w:rPr>
      </w:pPr>
    </w:p>
    <w:p w14:paraId="1A67F83C" w14:textId="77777777" w:rsidR="00DA335A" w:rsidRDefault="00DA335A" w:rsidP="00EA74FF">
      <w:pPr>
        <w:jc w:val="center"/>
        <w:rPr>
          <w:rFonts w:asciiTheme="minorBidi" w:hAnsiTheme="minorBidi"/>
          <w:sz w:val="28"/>
          <w:szCs w:val="28"/>
        </w:rPr>
      </w:pPr>
    </w:p>
    <w:p w14:paraId="323FD9D9" w14:textId="77777777" w:rsidR="00DA335A" w:rsidRDefault="00DA335A" w:rsidP="00EA74FF">
      <w:pPr>
        <w:jc w:val="center"/>
        <w:rPr>
          <w:rFonts w:asciiTheme="minorBidi" w:hAnsiTheme="minorBidi"/>
          <w:sz w:val="28"/>
          <w:szCs w:val="28"/>
        </w:rPr>
      </w:pPr>
    </w:p>
    <w:p w14:paraId="35F77321" w14:textId="77777777" w:rsidR="00DA335A" w:rsidRDefault="00DA335A" w:rsidP="00EA74FF">
      <w:pPr>
        <w:jc w:val="center"/>
        <w:rPr>
          <w:rFonts w:asciiTheme="minorBidi" w:hAnsiTheme="minorBidi"/>
          <w:sz w:val="28"/>
          <w:szCs w:val="28"/>
        </w:rPr>
      </w:pPr>
    </w:p>
    <w:p w14:paraId="70F2C0D0" w14:textId="77777777" w:rsidR="00DA335A" w:rsidRDefault="00DA335A" w:rsidP="00EA74FF">
      <w:pPr>
        <w:jc w:val="center"/>
        <w:rPr>
          <w:rFonts w:asciiTheme="minorBidi" w:hAnsiTheme="minorBidi"/>
          <w:sz w:val="28"/>
          <w:szCs w:val="28"/>
        </w:rPr>
      </w:pPr>
    </w:p>
    <w:p w14:paraId="2F80497C" w14:textId="77777777" w:rsidR="00DA335A" w:rsidRDefault="00DA335A" w:rsidP="00EA74FF">
      <w:pPr>
        <w:jc w:val="center"/>
        <w:rPr>
          <w:rFonts w:asciiTheme="minorBidi" w:hAnsiTheme="minorBidi"/>
          <w:sz w:val="28"/>
          <w:szCs w:val="28"/>
        </w:rPr>
      </w:pPr>
    </w:p>
    <w:p w14:paraId="17640A76" w14:textId="77777777" w:rsidR="00DA335A" w:rsidRDefault="00DA335A" w:rsidP="00EA74FF">
      <w:pPr>
        <w:jc w:val="center"/>
        <w:rPr>
          <w:rFonts w:asciiTheme="minorBidi" w:hAnsiTheme="minorBidi"/>
          <w:sz w:val="28"/>
          <w:szCs w:val="28"/>
        </w:rPr>
      </w:pPr>
    </w:p>
    <w:p w14:paraId="26EB1227" w14:textId="77777777" w:rsidR="00DA335A" w:rsidRDefault="00DA335A" w:rsidP="00EA74FF">
      <w:pPr>
        <w:jc w:val="center"/>
        <w:rPr>
          <w:rFonts w:asciiTheme="minorBidi" w:hAnsiTheme="minorBidi"/>
          <w:sz w:val="28"/>
          <w:szCs w:val="28"/>
        </w:rPr>
      </w:pPr>
    </w:p>
    <w:p w14:paraId="3AE366AA" w14:textId="77777777" w:rsidR="00DA335A" w:rsidRDefault="00DA335A" w:rsidP="00EA74FF">
      <w:pPr>
        <w:jc w:val="center"/>
        <w:rPr>
          <w:rFonts w:asciiTheme="minorBidi" w:hAnsiTheme="minorBidi"/>
          <w:sz w:val="28"/>
          <w:szCs w:val="28"/>
        </w:rPr>
      </w:pPr>
    </w:p>
    <w:p w14:paraId="617FF926" w14:textId="77777777" w:rsidR="00DA335A" w:rsidRDefault="00DA335A" w:rsidP="00EA74FF">
      <w:pPr>
        <w:jc w:val="center"/>
        <w:rPr>
          <w:rFonts w:asciiTheme="minorBidi" w:hAnsiTheme="minorBidi"/>
          <w:sz w:val="28"/>
          <w:szCs w:val="28"/>
        </w:rPr>
      </w:pPr>
    </w:p>
    <w:p w14:paraId="032F3075" w14:textId="77777777" w:rsidR="00DA335A" w:rsidRDefault="00DA335A" w:rsidP="00EA74FF">
      <w:pPr>
        <w:jc w:val="center"/>
        <w:rPr>
          <w:rFonts w:asciiTheme="minorBidi" w:hAnsiTheme="minorBidi"/>
          <w:sz w:val="28"/>
          <w:szCs w:val="28"/>
        </w:rPr>
      </w:pPr>
    </w:p>
    <w:p w14:paraId="1AE4F169" w14:textId="77777777" w:rsidR="00DA335A" w:rsidRDefault="00DA335A" w:rsidP="00EA74FF">
      <w:pPr>
        <w:jc w:val="center"/>
        <w:rPr>
          <w:rFonts w:asciiTheme="minorBidi" w:hAnsiTheme="minorBidi"/>
          <w:sz w:val="28"/>
          <w:szCs w:val="28"/>
        </w:rPr>
      </w:pPr>
    </w:p>
    <w:p w14:paraId="1F5F1469" w14:textId="77777777" w:rsidR="00DA335A" w:rsidRDefault="00DA335A" w:rsidP="00EA74FF">
      <w:pPr>
        <w:jc w:val="center"/>
        <w:rPr>
          <w:rFonts w:asciiTheme="minorBidi" w:hAnsiTheme="minorBidi"/>
          <w:sz w:val="28"/>
          <w:szCs w:val="28"/>
        </w:rPr>
      </w:pPr>
    </w:p>
    <w:p w14:paraId="6F012E0A" w14:textId="77777777" w:rsidR="00DA335A" w:rsidRPr="00BB38EB" w:rsidRDefault="00DA335A" w:rsidP="00EA74FF">
      <w:pPr>
        <w:jc w:val="center"/>
        <w:rPr>
          <w:rFonts w:asciiTheme="minorBidi" w:hAnsiTheme="minorBidi"/>
          <w:sz w:val="28"/>
          <w:szCs w:val="28"/>
        </w:rPr>
      </w:pPr>
    </w:p>
    <w:p w14:paraId="368CC77E" w14:textId="76952AB7" w:rsidR="00267920" w:rsidRPr="00BB38EB" w:rsidRDefault="000D6262" w:rsidP="00DA335A">
      <w:pPr>
        <w:rPr>
          <w:rFonts w:asciiTheme="minorBidi" w:hAnsiTheme="minorBidi"/>
          <w:b/>
          <w:bCs/>
          <w:sz w:val="36"/>
          <w:szCs w:val="36"/>
        </w:rPr>
      </w:pPr>
      <w:r w:rsidRPr="00BB38EB">
        <w:rPr>
          <w:rFonts w:asciiTheme="minorBidi" w:hAnsiTheme="minorBidi"/>
          <w:b/>
          <w:bCs/>
          <w:sz w:val="36"/>
          <w:szCs w:val="36"/>
        </w:rPr>
        <w:t>3.</w:t>
      </w:r>
      <w:r w:rsidR="00DC6DE5" w:rsidRPr="00BB38EB">
        <w:rPr>
          <w:rFonts w:asciiTheme="minorBidi" w:hAnsiTheme="minorBidi"/>
          <w:b/>
          <w:bCs/>
          <w:sz w:val="36"/>
          <w:szCs w:val="36"/>
        </w:rPr>
        <w:t>10</w:t>
      </w:r>
      <w:r w:rsidRPr="00BB38EB">
        <w:rPr>
          <w:rFonts w:asciiTheme="minorBidi" w:hAnsiTheme="minorBidi"/>
          <w:b/>
          <w:bCs/>
          <w:sz w:val="36"/>
          <w:szCs w:val="36"/>
        </w:rPr>
        <w:t xml:space="preserve"> Handling Imbalanced Data:</w:t>
      </w:r>
    </w:p>
    <w:p w14:paraId="63744BBA"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SMOTE was applied to balance classes:</w:t>
      </w:r>
    </w:p>
    <w:p w14:paraId="6F0AF7C6"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xml:space="preserve">from </w:t>
      </w:r>
      <w:proofErr w:type="spellStart"/>
      <w:proofErr w:type="gramStart"/>
      <w:r w:rsidRPr="00DA335A">
        <w:rPr>
          <w:rFonts w:asciiTheme="minorBidi" w:hAnsiTheme="minorBidi"/>
          <w:sz w:val="32"/>
          <w:szCs w:val="32"/>
        </w:rPr>
        <w:t>imblearn.over</w:t>
      </w:r>
      <w:proofErr w:type="gramEnd"/>
      <w:r w:rsidRPr="00DA335A">
        <w:rPr>
          <w:rFonts w:asciiTheme="minorBidi" w:hAnsiTheme="minorBidi"/>
          <w:sz w:val="32"/>
          <w:szCs w:val="32"/>
        </w:rPr>
        <w:t>_sampling</w:t>
      </w:r>
      <w:proofErr w:type="spellEnd"/>
      <w:r w:rsidRPr="00DA335A">
        <w:rPr>
          <w:rFonts w:asciiTheme="minorBidi" w:hAnsiTheme="minorBidi"/>
          <w:sz w:val="32"/>
          <w:szCs w:val="32"/>
        </w:rPr>
        <w:t xml:space="preserve"> import SMOTE</w:t>
      </w:r>
    </w:p>
    <w:p w14:paraId="12D05D8B"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xml:space="preserve">smote = </w:t>
      </w:r>
      <w:proofErr w:type="gramStart"/>
      <w:r w:rsidRPr="00DA335A">
        <w:rPr>
          <w:rFonts w:asciiTheme="minorBidi" w:hAnsiTheme="minorBidi"/>
          <w:sz w:val="32"/>
          <w:szCs w:val="32"/>
        </w:rPr>
        <w:t>SMOTE(</w:t>
      </w:r>
      <w:proofErr w:type="spellStart"/>
      <w:proofErr w:type="gramEnd"/>
      <w:r w:rsidRPr="00DA335A">
        <w:rPr>
          <w:rFonts w:asciiTheme="minorBidi" w:hAnsiTheme="minorBidi"/>
          <w:sz w:val="32"/>
          <w:szCs w:val="32"/>
        </w:rPr>
        <w:t>random_state</w:t>
      </w:r>
      <w:proofErr w:type="spellEnd"/>
      <w:r w:rsidRPr="00DA335A">
        <w:rPr>
          <w:rFonts w:asciiTheme="minorBidi" w:hAnsiTheme="minorBidi"/>
          <w:sz w:val="32"/>
          <w:szCs w:val="32"/>
        </w:rPr>
        <w:t>=42)</w:t>
      </w:r>
    </w:p>
    <w:p w14:paraId="3AE468D0" w14:textId="5EA165A7" w:rsidR="000D6262" w:rsidRPr="00DA335A" w:rsidRDefault="000D6262" w:rsidP="00DA335A">
      <w:pPr>
        <w:rPr>
          <w:rFonts w:asciiTheme="minorBidi" w:hAnsiTheme="minorBidi"/>
          <w:sz w:val="32"/>
          <w:szCs w:val="32"/>
        </w:rPr>
      </w:pPr>
      <w:proofErr w:type="spellStart"/>
      <w:r w:rsidRPr="00DA335A">
        <w:rPr>
          <w:rFonts w:asciiTheme="minorBidi" w:hAnsiTheme="minorBidi"/>
          <w:sz w:val="32"/>
          <w:szCs w:val="32"/>
        </w:rPr>
        <w:t>X_resampled</w:t>
      </w:r>
      <w:proofErr w:type="spellEnd"/>
      <w:r w:rsidRPr="00DA335A">
        <w:rPr>
          <w:rFonts w:asciiTheme="minorBidi" w:hAnsiTheme="minorBidi"/>
          <w:sz w:val="32"/>
          <w:szCs w:val="32"/>
        </w:rPr>
        <w:t xml:space="preserve">, </w:t>
      </w:r>
      <w:proofErr w:type="spellStart"/>
      <w:r w:rsidRPr="00DA335A">
        <w:rPr>
          <w:rFonts w:asciiTheme="minorBidi" w:hAnsiTheme="minorBidi"/>
          <w:sz w:val="32"/>
          <w:szCs w:val="32"/>
        </w:rPr>
        <w:t>y_resampled</w:t>
      </w:r>
      <w:proofErr w:type="spellEnd"/>
      <w:r w:rsidRPr="00DA335A">
        <w:rPr>
          <w:rFonts w:asciiTheme="minorBidi" w:hAnsiTheme="minorBidi"/>
          <w:sz w:val="32"/>
          <w:szCs w:val="32"/>
        </w:rPr>
        <w:t xml:space="preserve"> = </w:t>
      </w:r>
      <w:proofErr w:type="spellStart"/>
      <w:r w:rsidRPr="00DA335A">
        <w:rPr>
          <w:rFonts w:asciiTheme="minorBidi" w:hAnsiTheme="minorBidi"/>
          <w:sz w:val="32"/>
          <w:szCs w:val="32"/>
        </w:rPr>
        <w:t>smote.fit_</w:t>
      </w:r>
      <w:proofErr w:type="gramStart"/>
      <w:r w:rsidRPr="00DA335A">
        <w:rPr>
          <w:rFonts w:asciiTheme="minorBidi" w:hAnsiTheme="minorBidi"/>
          <w:sz w:val="32"/>
          <w:szCs w:val="32"/>
        </w:rPr>
        <w:t>resample</w:t>
      </w:r>
      <w:proofErr w:type="spellEnd"/>
      <w:r w:rsidRPr="00DA335A">
        <w:rPr>
          <w:rFonts w:asciiTheme="minorBidi" w:hAnsiTheme="minorBidi"/>
          <w:sz w:val="32"/>
          <w:szCs w:val="32"/>
        </w:rPr>
        <w:t>(</w:t>
      </w:r>
      <w:proofErr w:type="gramEnd"/>
      <w:r w:rsidRPr="00DA335A">
        <w:rPr>
          <w:rFonts w:asciiTheme="minorBidi" w:hAnsiTheme="minorBidi"/>
          <w:sz w:val="32"/>
          <w:szCs w:val="32"/>
        </w:rPr>
        <w:t>X, y)</w:t>
      </w:r>
    </w:p>
    <w:p w14:paraId="510E9EE0" w14:textId="77777777" w:rsidR="000D006D" w:rsidRPr="00BB38EB" w:rsidRDefault="000D006D" w:rsidP="00EA74FF">
      <w:pPr>
        <w:jc w:val="center"/>
        <w:rPr>
          <w:rFonts w:asciiTheme="minorBidi" w:hAnsiTheme="minorBidi"/>
          <w:sz w:val="28"/>
          <w:szCs w:val="28"/>
        </w:rPr>
      </w:pPr>
    </w:p>
    <w:p w14:paraId="278FE82C" w14:textId="38012051" w:rsidR="00473111" w:rsidRPr="00BB38EB" w:rsidRDefault="00473111" w:rsidP="00EA74FF">
      <w:pPr>
        <w:jc w:val="center"/>
        <w:rPr>
          <w:rFonts w:asciiTheme="minorBidi" w:hAnsiTheme="minorBidi"/>
          <w:sz w:val="28"/>
          <w:szCs w:val="28"/>
        </w:rPr>
      </w:pPr>
      <w:r w:rsidRPr="00BB38EB">
        <w:rPr>
          <w:rFonts w:asciiTheme="minorBidi" w:hAnsiTheme="minorBidi"/>
          <w:noProof/>
        </w:rPr>
        <w:drawing>
          <wp:inline distT="0" distB="0" distL="0" distR="0" wp14:anchorId="1E418524" wp14:editId="529D7504">
            <wp:extent cx="6267450" cy="1123950"/>
            <wp:effectExtent l="0" t="0" r="0" b="0"/>
            <wp:docPr id="20384657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65755" name=""/>
                    <pic:cNvPicPr/>
                  </pic:nvPicPr>
                  <pic:blipFill>
                    <a:blip r:embed="rId19"/>
                    <a:stretch>
                      <a:fillRect/>
                    </a:stretch>
                  </pic:blipFill>
                  <pic:spPr>
                    <a:xfrm>
                      <a:off x="0" y="0"/>
                      <a:ext cx="6267450" cy="1123950"/>
                    </a:xfrm>
                    <a:prstGeom prst="rect">
                      <a:avLst/>
                    </a:prstGeom>
                  </pic:spPr>
                </pic:pic>
              </a:graphicData>
            </a:graphic>
          </wp:inline>
        </w:drawing>
      </w:r>
    </w:p>
    <w:p w14:paraId="28A43D2A" w14:textId="05D22F0A" w:rsidR="00C577D9" w:rsidRP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9</w:t>
      </w:r>
      <w:r w:rsidRPr="00C577D9">
        <w:rPr>
          <w:rFonts w:asciiTheme="minorBidi" w:hAnsiTheme="minorBidi"/>
        </w:rPr>
        <w:t>. SMOTE was applied to balance classes</w:t>
      </w:r>
    </w:p>
    <w:p w14:paraId="4E52EECF" w14:textId="77777777" w:rsidR="000D6262" w:rsidRPr="00BB38EB" w:rsidRDefault="000D6262" w:rsidP="00EA74FF">
      <w:pPr>
        <w:jc w:val="center"/>
        <w:rPr>
          <w:rFonts w:asciiTheme="minorBidi" w:hAnsiTheme="minorBidi"/>
          <w:sz w:val="28"/>
          <w:szCs w:val="28"/>
        </w:rPr>
      </w:pPr>
    </w:p>
    <w:p w14:paraId="4B356C69" w14:textId="77777777" w:rsidR="000D6262" w:rsidRPr="00BB38EB" w:rsidRDefault="000D6262" w:rsidP="00EA74FF">
      <w:pPr>
        <w:jc w:val="center"/>
        <w:rPr>
          <w:rFonts w:asciiTheme="minorBidi" w:hAnsiTheme="minorBidi"/>
          <w:sz w:val="28"/>
          <w:szCs w:val="28"/>
        </w:rPr>
      </w:pPr>
    </w:p>
    <w:p w14:paraId="0A37BEBD" w14:textId="77777777" w:rsidR="00DC6DE5" w:rsidRPr="00BB38EB" w:rsidRDefault="00DC6DE5" w:rsidP="00EA74FF">
      <w:pPr>
        <w:jc w:val="center"/>
        <w:rPr>
          <w:rFonts w:asciiTheme="minorBidi" w:hAnsiTheme="minorBidi"/>
          <w:sz w:val="28"/>
          <w:szCs w:val="28"/>
        </w:rPr>
      </w:pPr>
    </w:p>
    <w:p w14:paraId="65D0ED53" w14:textId="77777777" w:rsidR="00F12936" w:rsidRPr="00BB38EB" w:rsidRDefault="00F12936" w:rsidP="00EA74FF">
      <w:pPr>
        <w:jc w:val="center"/>
        <w:rPr>
          <w:rFonts w:asciiTheme="minorBidi" w:hAnsiTheme="minorBidi"/>
          <w:sz w:val="28"/>
          <w:szCs w:val="28"/>
        </w:rPr>
      </w:pPr>
    </w:p>
    <w:p w14:paraId="38666E7F" w14:textId="77777777" w:rsidR="00F12936" w:rsidRPr="00BB38EB" w:rsidRDefault="00F12936" w:rsidP="00EA74FF">
      <w:pPr>
        <w:jc w:val="center"/>
        <w:rPr>
          <w:rFonts w:asciiTheme="minorBidi" w:hAnsiTheme="minorBidi"/>
          <w:sz w:val="28"/>
          <w:szCs w:val="28"/>
        </w:rPr>
      </w:pPr>
    </w:p>
    <w:p w14:paraId="0B42506D" w14:textId="77777777" w:rsidR="00F12936" w:rsidRDefault="00F12936" w:rsidP="00DA335A">
      <w:pPr>
        <w:rPr>
          <w:rFonts w:asciiTheme="minorBidi" w:hAnsiTheme="minorBidi"/>
          <w:sz w:val="28"/>
          <w:szCs w:val="28"/>
        </w:rPr>
      </w:pPr>
    </w:p>
    <w:p w14:paraId="579D07F6" w14:textId="77777777" w:rsidR="00DA335A" w:rsidRDefault="00DA335A" w:rsidP="00DA335A">
      <w:pPr>
        <w:rPr>
          <w:rFonts w:asciiTheme="minorBidi" w:hAnsiTheme="minorBidi"/>
          <w:sz w:val="28"/>
          <w:szCs w:val="28"/>
        </w:rPr>
      </w:pPr>
    </w:p>
    <w:p w14:paraId="4EEBFB1D" w14:textId="77777777" w:rsidR="00DA335A" w:rsidRDefault="00DA335A" w:rsidP="00DA335A">
      <w:pPr>
        <w:rPr>
          <w:rFonts w:asciiTheme="minorBidi" w:hAnsiTheme="minorBidi"/>
          <w:sz w:val="28"/>
          <w:szCs w:val="28"/>
        </w:rPr>
      </w:pPr>
    </w:p>
    <w:p w14:paraId="07B5CC83" w14:textId="734DD070" w:rsidR="000D6262" w:rsidRPr="00BB38EB" w:rsidRDefault="000D6262" w:rsidP="00DA335A">
      <w:pPr>
        <w:rPr>
          <w:rFonts w:asciiTheme="minorBidi" w:hAnsiTheme="minorBidi"/>
          <w:b/>
          <w:bCs/>
          <w:sz w:val="36"/>
          <w:szCs w:val="36"/>
        </w:rPr>
      </w:pPr>
      <w:r w:rsidRPr="00BB38EB">
        <w:rPr>
          <w:rFonts w:asciiTheme="minorBidi" w:hAnsiTheme="minorBidi"/>
          <w:b/>
          <w:bCs/>
          <w:sz w:val="36"/>
          <w:szCs w:val="36"/>
        </w:rPr>
        <w:lastRenderedPageBreak/>
        <w:t>3.</w:t>
      </w:r>
      <w:r w:rsidR="000D006D" w:rsidRPr="00BB38EB">
        <w:rPr>
          <w:rFonts w:asciiTheme="minorBidi" w:hAnsiTheme="minorBidi"/>
          <w:b/>
          <w:bCs/>
          <w:sz w:val="36"/>
          <w:szCs w:val="36"/>
        </w:rPr>
        <w:t>11</w:t>
      </w:r>
      <w:r w:rsidRPr="00BB38EB">
        <w:rPr>
          <w:rFonts w:asciiTheme="minorBidi" w:hAnsiTheme="minorBidi"/>
          <w:b/>
          <w:bCs/>
          <w:sz w:val="36"/>
          <w:szCs w:val="36"/>
        </w:rPr>
        <w:t xml:space="preserve"> Machine Learning Models:</w:t>
      </w:r>
    </w:p>
    <w:p w14:paraId="1DDAFA0E" w14:textId="03A6FE67" w:rsidR="00DC6DE5" w:rsidRPr="00BB38EB" w:rsidRDefault="00DC6DE5" w:rsidP="00DA335A">
      <w:pPr>
        <w:rPr>
          <w:rFonts w:asciiTheme="minorBidi" w:hAnsiTheme="minorBidi"/>
          <w:b/>
          <w:bCs/>
          <w:sz w:val="36"/>
          <w:szCs w:val="36"/>
        </w:rPr>
      </w:pPr>
      <w:r w:rsidRPr="00BB38EB">
        <w:rPr>
          <w:rFonts w:asciiTheme="minorBidi" w:hAnsiTheme="minorBidi"/>
          <w:b/>
          <w:bCs/>
          <w:sz w:val="36"/>
          <w:szCs w:val="36"/>
        </w:rPr>
        <w:t>Data Balancing and Model Training:</w:t>
      </w:r>
    </w:p>
    <w:p w14:paraId="202D3BE7" w14:textId="353780E3" w:rsidR="00DC6DE5" w:rsidRPr="00DA335A" w:rsidRDefault="00DC6DE5" w:rsidP="00DA335A">
      <w:pPr>
        <w:rPr>
          <w:rFonts w:asciiTheme="minorBidi" w:hAnsiTheme="minorBidi"/>
          <w:sz w:val="32"/>
          <w:szCs w:val="32"/>
        </w:rPr>
      </w:pPr>
      <w:r w:rsidRPr="00DA335A">
        <w:rPr>
          <w:rFonts w:asciiTheme="minorBidi" w:hAnsiTheme="minorBidi"/>
          <w:sz w:val="32"/>
          <w:szCs w:val="32"/>
        </w:rPr>
        <w:t xml:space="preserve">The data was </w:t>
      </w:r>
      <w:r w:rsidR="00F27373" w:rsidRPr="00DA335A">
        <w:rPr>
          <w:rFonts w:asciiTheme="minorBidi" w:hAnsiTheme="minorBidi"/>
          <w:sz w:val="32"/>
          <w:szCs w:val="32"/>
        </w:rPr>
        <w:t xml:space="preserve">reprocessed </w:t>
      </w:r>
      <w:r w:rsidRPr="00DA335A">
        <w:rPr>
          <w:rFonts w:asciiTheme="minorBidi" w:hAnsiTheme="minorBidi"/>
          <w:sz w:val="32"/>
          <w:szCs w:val="32"/>
        </w:rPr>
        <w:t>to balance classes, then a Random Forest Classifier was trained on the balanced dataset.</w:t>
      </w:r>
    </w:p>
    <w:p w14:paraId="1C02385D"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Isolation Forest (unsupervised anomaly detection).</w:t>
      </w:r>
    </w:p>
    <w:p w14:paraId="1C38FF9C"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Random Forest Classifier (supervised behavior classification).</w:t>
      </w:r>
    </w:p>
    <w:p w14:paraId="52034923"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xml:space="preserve">from </w:t>
      </w:r>
      <w:proofErr w:type="spellStart"/>
      <w:proofErr w:type="gramStart"/>
      <w:r w:rsidRPr="00DA335A">
        <w:rPr>
          <w:rFonts w:asciiTheme="minorBidi" w:hAnsiTheme="minorBidi"/>
          <w:sz w:val="32"/>
          <w:szCs w:val="32"/>
        </w:rPr>
        <w:t>sklearn.ensemble</w:t>
      </w:r>
      <w:proofErr w:type="spellEnd"/>
      <w:proofErr w:type="gramEnd"/>
      <w:r w:rsidRPr="00DA335A">
        <w:rPr>
          <w:rFonts w:asciiTheme="minorBidi" w:hAnsiTheme="minorBidi"/>
          <w:sz w:val="32"/>
          <w:szCs w:val="32"/>
        </w:rPr>
        <w:t xml:space="preserve"> import </w:t>
      </w:r>
      <w:proofErr w:type="spellStart"/>
      <w:r w:rsidRPr="00DA335A">
        <w:rPr>
          <w:rFonts w:asciiTheme="minorBidi" w:hAnsiTheme="minorBidi"/>
          <w:sz w:val="32"/>
          <w:szCs w:val="32"/>
        </w:rPr>
        <w:t>RandomForestClassifier</w:t>
      </w:r>
      <w:proofErr w:type="spellEnd"/>
    </w:p>
    <w:p w14:paraId="6319A7AB" w14:textId="77777777" w:rsidR="000D6262" w:rsidRPr="00DA335A" w:rsidRDefault="000D6262" w:rsidP="00DA335A">
      <w:pPr>
        <w:rPr>
          <w:rFonts w:asciiTheme="minorBidi" w:hAnsiTheme="minorBidi"/>
          <w:sz w:val="32"/>
          <w:szCs w:val="32"/>
        </w:rPr>
      </w:pPr>
      <w:r w:rsidRPr="00DA335A">
        <w:rPr>
          <w:rFonts w:asciiTheme="minorBidi" w:hAnsiTheme="minorBidi"/>
          <w:sz w:val="32"/>
          <w:szCs w:val="32"/>
        </w:rPr>
        <w:t xml:space="preserve">rf = </w:t>
      </w:r>
      <w:proofErr w:type="spellStart"/>
      <w:r w:rsidRPr="00DA335A">
        <w:rPr>
          <w:rFonts w:asciiTheme="minorBidi" w:hAnsiTheme="minorBidi"/>
          <w:sz w:val="32"/>
          <w:szCs w:val="32"/>
        </w:rPr>
        <w:t>RandomForestClassifier</w:t>
      </w:r>
      <w:proofErr w:type="spellEnd"/>
      <w:r w:rsidRPr="00DA335A">
        <w:rPr>
          <w:rFonts w:asciiTheme="minorBidi" w:hAnsiTheme="minorBidi"/>
          <w:sz w:val="32"/>
          <w:szCs w:val="32"/>
        </w:rPr>
        <w:t>(</w:t>
      </w:r>
      <w:proofErr w:type="spellStart"/>
      <w:r w:rsidRPr="00DA335A">
        <w:rPr>
          <w:rFonts w:asciiTheme="minorBidi" w:hAnsiTheme="minorBidi"/>
          <w:sz w:val="32"/>
          <w:szCs w:val="32"/>
        </w:rPr>
        <w:t>random_state</w:t>
      </w:r>
      <w:proofErr w:type="spellEnd"/>
      <w:r w:rsidRPr="00DA335A">
        <w:rPr>
          <w:rFonts w:asciiTheme="minorBidi" w:hAnsiTheme="minorBidi"/>
          <w:sz w:val="32"/>
          <w:szCs w:val="32"/>
        </w:rPr>
        <w:t>=42)</w:t>
      </w:r>
    </w:p>
    <w:p w14:paraId="5F822CE0" w14:textId="6A4230CC" w:rsidR="000D6262" w:rsidRPr="00DA335A" w:rsidRDefault="000D6262" w:rsidP="00DA335A">
      <w:pPr>
        <w:rPr>
          <w:rFonts w:asciiTheme="minorBidi" w:hAnsiTheme="minorBidi"/>
          <w:sz w:val="32"/>
          <w:szCs w:val="32"/>
        </w:rPr>
      </w:pPr>
      <w:proofErr w:type="spellStart"/>
      <w:proofErr w:type="gramStart"/>
      <w:r w:rsidRPr="00DA335A">
        <w:rPr>
          <w:rFonts w:asciiTheme="minorBidi" w:hAnsiTheme="minorBidi"/>
          <w:sz w:val="32"/>
          <w:szCs w:val="32"/>
        </w:rPr>
        <w:t>rf.fit</w:t>
      </w:r>
      <w:proofErr w:type="spellEnd"/>
      <w:r w:rsidRPr="00DA335A">
        <w:rPr>
          <w:rFonts w:asciiTheme="minorBidi" w:hAnsiTheme="minorBidi"/>
          <w:sz w:val="32"/>
          <w:szCs w:val="32"/>
        </w:rPr>
        <w:t>(</w:t>
      </w:r>
      <w:proofErr w:type="spellStart"/>
      <w:proofErr w:type="gramEnd"/>
      <w:r w:rsidRPr="00DA335A">
        <w:rPr>
          <w:rFonts w:asciiTheme="minorBidi" w:hAnsiTheme="minorBidi"/>
          <w:sz w:val="32"/>
          <w:szCs w:val="32"/>
        </w:rPr>
        <w:t>X_resampled</w:t>
      </w:r>
      <w:proofErr w:type="spellEnd"/>
      <w:r w:rsidRPr="00DA335A">
        <w:rPr>
          <w:rFonts w:asciiTheme="minorBidi" w:hAnsiTheme="minorBidi"/>
          <w:sz w:val="32"/>
          <w:szCs w:val="32"/>
        </w:rPr>
        <w:t xml:space="preserve">, </w:t>
      </w:r>
      <w:proofErr w:type="spellStart"/>
      <w:r w:rsidRPr="00DA335A">
        <w:rPr>
          <w:rFonts w:asciiTheme="minorBidi" w:hAnsiTheme="minorBidi"/>
          <w:sz w:val="32"/>
          <w:szCs w:val="32"/>
        </w:rPr>
        <w:t>y_resampled</w:t>
      </w:r>
      <w:proofErr w:type="spellEnd"/>
      <w:r w:rsidRPr="00DA335A">
        <w:rPr>
          <w:rFonts w:asciiTheme="minorBidi" w:hAnsiTheme="minorBidi"/>
          <w:sz w:val="32"/>
          <w:szCs w:val="32"/>
        </w:rPr>
        <w:t>)</w:t>
      </w:r>
    </w:p>
    <w:p w14:paraId="58BCC016" w14:textId="77777777" w:rsidR="001A4393" w:rsidRPr="00BB38EB" w:rsidRDefault="001A4393" w:rsidP="00DA335A">
      <w:pPr>
        <w:rPr>
          <w:rFonts w:asciiTheme="minorBidi" w:hAnsiTheme="minorBidi"/>
          <w:sz w:val="28"/>
          <w:szCs w:val="28"/>
        </w:rPr>
      </w:pPr>
    </w:p>
    <w:p w14:paraId="5AE1A7D0" w14:textId="77777777" w:rsidR="001A4393" w:rsidRPr="00BB38EB" w:rsidRDefault="001A4393" w:rsidP="00DA335A">
      <w:pPr>
        <w:rPr>
          <w:rFonts w:asciiTheme="minorBidi" w:hAnsiTheme="minorBidi"/>
          <w:sz w:val="28"/>
          <w:szCs w:val="28"/>
        </w:rPr>
      </w:pPr>
    </w:p>
    <w:p w14:paraId="1E33A472" w14:textId="24868C2F" w:rsidR="000D6262" w:rsidRPr="00BB38EB" w:rsidRDefault="00540144" w:rsidP="00DA335A">
      <w:pPr>
        <w:jc w:val="center"/>
        <w:rPr>
          <w:rFonts w:asciiTheme="minorBidi" w:hAnsiTheme="minorBidi"/>
          <w:sz w:val="28"/>
          <w:szCs w:val="28"/>
        </w:rPr>
      </w:pPr>
      <w:r w:rsidRPr="00BB38EB">
        <w:rPr>
          <w:rFonts w:asciiTheme="minorBidi" w:hAnsiTheme="minorBidi"/>
          <w:noProof/>
        </w:rPr>
        <w:drawing>
          <wp:inline distT="0" distB="0" distL="0" distR="0" wp14:anchorId="37E948FF" wp14:editId="3E8839C6">
            <wp:extent cx="4326111" cy="2151487"/>
            <wp:effectExtent l="0" t="0" r="0" b="1270"/>
            <wp:docPr id="17827300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730066" name=""/>
                    <pic:cNvPicPr/>
                  </pic:nvPicPr>
                  <pic:blipFill>
                    <a:blip r:embed="rId20"/>
                    <a:stretch>
                      <a:fillRect/>
                    </a:stretch>
                  </pic:blipFill>
                  <pic:spPr>
                    <a:xfrm>
                      <a:off x="0" y="0"/>
                      <a:ext cx="4380146" cy="2178360"/>
                    </a:xfrm>
                    <a:prstGeom prst="rect">
                      <a:avLst/>
                    </a:prstGeom>
                  </pic:spPr>
                </pic:pic>
              </a:graphicData>
            </a:graphic>
          </wp:inline>
        </w:drawing>
      </w:r>
    </w:p>
    <w:p w14:paraId="0B1D41D1" w14:textId="1C3B465F" w:rsidR="00C577D9" w:rsidRP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10</w:t>
      </w:r>
      <w:r w:rsidRPr="00C577D9">
        <w:rPr>
          <w:rFonts w:asciiTheme="minorBidi" w:hAnsiTheme="minorBidi"/>
        </w:rPr>
        <w:t>. Balancing and Model Training</w:t>
      </w:r>
    </w:p>
    <w:p w14:paraId="74DCD7D0" w14:textId="77777777" w:rsidR="001A4393" w:rsidRPr="00BB38EB" w:rsidRDefault="001A4393" w:rsidP="00DA335A">
      <w:pPr>
        <w:rPr>
          <w:rFonts w:asciiTheme="minorBidi" w:hAnsiTheme="minorBidi"/>
          <w:sz w:val="28"/>
          <w:szCs w:val="28"/>
        </w:rPr>
      </w:pPr>
    </w:p>
    <w:p w14:paraId="530FAA22" w14:textId="77777777" w:rsidR="001A4393" w:rsidRPr="00BB38EB" w:rsidRDefault="001A4393" w:rsidP="00DA335A">
      <w:pPr>
        <w:rPr>
          <w:rFonts w:asciiTheme="minorBidi" w:hAnsiTheme="minorBidi"/>
          <w:sz w:val="28"/>
          <w:szCs w:val="28"/>
        </w:rPr>
      </w:pPr>
    </w:p>
    <w:p w14:paraId="3C39420D" w14:textId="77777777" w:rsidR="001A4393" w:rsidRPr="00BB38EB" w:rsidRDefault="001A4393" w:rsidP="00DA335A">
      <w:pPr>
        <w:rPr>
          <w:rFonts w:asciiTheme="minorBidi" w:hAnsiTheme="minorBidi"/>
          <w:sz w:val="28"/>
          <w:szCs w:val="28"/>
        </w:rPr>
      </w:pPr>
    </w:p>
    <w:p w14:paraId="7CED1CAB" w14:textId="0F9FE30E" w:rsidR="000D6262" w:rsidRPr="00BB38EB" w:rsidRDefault="00F80D91" w:rsidP="00DA335A">
      <w:pPr>
        <w:rPr>
          <w:rFonts w:asciiTheme="minorBidi" w:hAnsiTheme="minorBidi"/>
          <w:b/>
          <w:bCs/>
          <w:sz w:val="36"/>
          <w:szCs w:val="36"/>
        </w:rPr>
      </w:pPr>
      <w:r w:rsidRPr="00BB38EB">
        <w:rPr>
          <w:rFonts w:asciiTheme="minorBidi" w:hAnsiTheme="minorBidi"/>
          <w:b/>
          <w:bCs/>
          <w:sz w:val="36"/>
          <w:szCs w:val="36"/>
        </w:rPr>
        <w:lastRenderedPageBreak/>
        <w:t>3.</w:t>
      </w:r>
      <w:r w:rsidR="000D006D" w:rsidRPr="00BB38EB">
        <w:rPr>
          <w:rFonts w:asciiTheme="minorBidi" w:hAnsiTheme="minorBidi"/>
          <w:b/>
          <w:bCs/>
          <w:sz w:val="36"/>
          <w:szCs w:val="36"/>
        </w:rPr>
        <w:t>12</w:t>
      </w:r>
      <w:r w:rsidRPr="00BB38EB">
        <w:rPr>
          <w:rFonts w:asciiTheme="minorBidi" w:hAnsiTheme="minorBidi"/>
          <w:b/>
          <w:bCs/>
          <w:sz w:val="36"/>
          <w:szCs w:val="36"/>
        </w:rPr>
        <w:t xml:space="preserve"> Risk Scoring Model (Core Contribution):</w:t>
      </w:r>
    </w:p>
    <w:p w14:paraId="73AE67D6" w14:textId="2D585D8E" w:rsidR="00F80D91" w:rsidRPr="00DA335A" w:rsidRDefault="00F80D91" w:rsidP="00DA335A">
      <w:pPr>
        <w:rPr>
          <w:rFonts w:asciiTheme="minorBidi" w:hAnsiTheme="minorBidi"/>
          <w:sz w:val="32"/>
          <w:szCs w:val="32"/>
        </w:rPr>
      </w:pPr>
      <w:r w:rsidRPr="00DA335A">
        <w:rPr>
          <w:rFonts w:asciiTheme="minorBidi" w:hAnsiTheme="minorBidi"/>
          <w:sz w:val="32"/>
          <w:szCs w:val="32"/>
        </w:rPr>
        <w:t>The dynamic Risk Scoring Model is defined as:</w:t>
      </w:r>
    </w:p>
    <w:p w14:paraId="04D27DEC" w14:textId="77777777" w:rsidR="00F80D91" w:rsidRPr="00DA335A" w:rsidRDefault="00F80D91" w:rsidP="00DA335A">
      <w:pPr>
        <w:rPr>
          <w:rFonts w:asciiTheme="minorBidi" w:hAnsiTheme="minorBidi"/>
          <w:sz w:val="32"/>
          <w:szCs w:val="32"/>
        </w:rPr>
      </w:pPr>
      <w:r w:rsidRPr="00DA335A">
        <w:rPr>
          <w:rFonts w:asciiTheme="minorBidi" w:hAnsiTheme="minorBidi"/>
          <w:sz w:val="32"/>
          <w:szCs w:val="32"/>
        </w:rPr>
        <w:t xml:space="preserve">Risk Score = (0.4 × </w:t>
      </w:r>
      <w:proofErr w:type="spellStart"/>
      <w:r w:rsidRPr="00DA335A">
        <w:rPr>
          <w:rFonts w:asciiTheme="minorBidi" w:hAnsiTheme="minorBidi"/>
          <w:sz w:val="32"/>
          <w:szCs w:val="32"/>
        </w:rPr>
        <w:t>FailedLoginAttempts</w:t>
      </w:r>
      <w:proofErr w:type="spellEnd"/>
      <w:r w:rsidRPr="00DA335A">
        <w:rPr>
          <w:rFonts w:asciiTheme="minorBidi" w:hAnsiTheme="minorBidi"/>
          <w:sz w:val="32"/>
          <w:szCs w:val="32"/>
        </w:rPr>
        <w:t xml:space="preserve">) + (0.3 × </w:t>
      </w:r>
      <w:proofErr w:type="spellStart"/>
      <w:r w:rsidRPr="00DA335A">
        <w:rPr>
          <w:rFonts w:asciiTheme="minorBidi" w:hAnsiTheme="minorBidi"/>
          <w:sz w:val="32"/>
          <w:szCs w:val="32"/>
        </w:rPr>
        <w:t>AfterHours</w:t>
      </w:r>
      <w:proofErr w:type="spellEnd"/>
      <w:r w:rsidRPr="00DA335A">
        <w:rPr>
          <w:rFonts w:asciiTheme="minorBidi" w:hAnsiTheme="minorBidi"/>
          <w:sz w:val="32"/>
          <w:szCs w:val="32"/>
        </w:rPr>
        <w:t xml:space="preserve">) + (0.3 × </w:t>
      </w:r>
      <w:proofErr w:type="spellStart"/>
      <w:r w:rsidRPr="00DA335A">
        <w:rPr>
          <w:rFonts w:asciiTheme="minorBidi" w:hAnsiTheme="minorBidi"/>
          <w:sz w:val="32"/>
          <w:szCs w:val="32"/>
        </w:rPr>
        <w:t>LoginFrequency</w:t>
      </w:r>
      <w:proofErr w:type="spellEnd"/>
      <w:r w:rsidRPr="00DA335A">
        <w:rPr>
          <w:rFonts w:asciiTheme="minorBidi" w:hAnsiTheme="minorBidi"/>
          <w:sz w:val="32"/>
          <w:szCs w:val="32"/>
        </w:rPr>
        <w:t>)</w:t>
      </w:r>
    </w:p>
    <w:p w14:paraId="1178B177" w14:textId="77777777" w:rsidR="00F80D91" w:rsidRPr="00DA335A" w:rsidRDefault="00F80D91" w:rsidP="00DA335A">
      <w:pPr>
        <w:rPr>
          <w:rFonts w:asciiTheme="minorBidi" w:hAnsiTheme="minorBidi"/>
          <w:sz w:val="32"/>
          <w:szCs w:val="32"/>
        </w:rPr>
      </w:pPr>
      <w:r w:rsidRPr="00DA335A">
        <w:rPr>
          <w:rFonts w:asciiTheme="minorBidi" w:hAnsiTheme="minorBidi"/>
          <w:sz w:val="32"/>
          <w:szCs w:val="32"/>
        </w:rPr>
        <w:t xml:space="preserve">def </w:t>
      </w:r>
      <w:proofErr w:type="spellStart"/>
      <w:r w:rsidRPr="00DA335A">
        <w:rPr>
          <w:rFonts w:asciiTheme="minorBidi" w:hAnsiTheme="minorBidi"/>
          <w:sz w:val="32"/>
          <w:szCs w:val="32"/>
        </w:rPr>
        <w:t>calculate_risk_score</w:t>
      </w:r>
      <w:proofErr w:type="spellEnd"/>
      <w:r w:rsidRPr="00DA335A">
        <w:rPr>
          <w:rFonts w:asciiTheme="minorBidi" w:hAnsiTheme="minorBidi"/>
          <w:sz w:val="32"/>
          <w:szCs w:val="32"/>
        </w:rPr>
        <w:t>(row):</w:t>
      </w:r>
    </w:p>
    <w:p w14:paraId="5E3CCEF6" w14:textId="76491C51" w:rsidR="00F80D91" w:rsidRPr="00DA335A" w:rsidRDefault="00F80D91" w:rsidP="00DA335A">
      <w:pPr>
        <w:rPr>
          <w:rFonts w:asciiTheme="minorBidi" w:hAnsiTheme="minorBidi"/>
          <w:sz w:val="32"/>
          <w:szCs w:val="32"/>
        </w:rPr>
      </w:pPr>
      <w:r w:rsidRPr="00DA335A">
        <w:rPr>
          <w:rFonts w:asciiTheme="minorBidi" w:hAnsiTheme="minorBidi"/>
          <w:sz w:val="32"/>
          <w:szCs w:val="32"/>
        </w:rPr>
        <w:t>return (0.4 * row['</w:t>
      </w:r>
      <w:proofErr w:type="spellStart"/>
      <w:r w:rsidRPr="00DA335A">
        <w:rPr>
          <w:rFonts w:asciiTheme="minorBidi" w:hAnsiTheme="minorBidi"/>
          <w:sz w:val="32"/>
          <w:szCs w:val="32"/>
        </w:rPr>
        <w:t>FailedLoginAttempts</w:t>
      </w:r>
      <w:proofErr w:type="spellEnd"/>
      <w:r w:rsidRPr="00DA335A">
        <w:rPr>
          <w:rFonts w:asciiTheme="minorBidi" w:hAnsiTheme="minorBidi"/>
          <w:sz w:val="32"/>
          <w:szCs w:val="32"/>
        </w:rPr>
        <w:t>'] +</w:t>
      </w:r>
    </w:p>
    <w:p w14:paraId="5DDC9E10" w14:textId="6DD04C07" w:rsidR="00F80D91" w:rsidRPr="00DA335A" w:rsidRDefault="00F80D91" w:rsidP="00DA335A">
      <w:pPr>
        <w:rPr>
          <w:rFonts w:asciiTheme="minorBidi" w:hAnsiTheme="minorBidi"/>
          <w:sz w:val="32"/>
          <w:szCs w:val="32"/>
        </w:rPr>
      </w:pPr>
      <w:r w:rsidRPr="00DA335A">
        <w:rPr>
          <w:rFonts w:asciiTheme="minorBidi" w:hAnsiTheme="minorBidi"/>
          <w:sz w:val="32"/>
          <w:szCs w:val="32"/>
        </w:rPr>
        <w:t>0.3 * row['</w:t>
      </w:r>
      <w:proofErr w:type="spellStart"/>
      <w:r w:rsidRPr="00DA335A">
        <w:rPr>
          <w:rFonts w:asciiTheme="minorBidi" w:hAnsiTheme="minorBidi"/>
          <w:sz w:val="32"/>
          <w:szCs w:val="32"/>
        </w:rPr>
        <w:t>AfterHours'</w:t>
      </w:r>
      <w:proofErr w:type="spellEnd"/>
      <w:r w:rsidRPr="00DA335A">
        <w:rPr>
          <w:rFonts w:asciiTheme="minorBidi" w:hAnsiTheme="minorBidi"/>
          <w:sz w:val="32"/>
          <w:szCs w:val="32"/>
        </w:rPr>
        <w:t>] +</w:t>
      </w:r>
    </w:p>
    <w:p w14:paraId="73A8BED3" w14:textId="6B01AB71" w:rsidR="00F80D91" w:rsidRPr="00DA335A" w:rsidRDefault="00F80D91" w:rsidP="00DA335A">
      <w:pPr>
        <w:rPr>
          <w:rFonts w:asciiTheme="minorBidi" w:hAnsiTheme="minorBidi"/>
          <w:sz w:val="32"/>
          <w:szCs w:val="32"/>
        </w:rPr>
      </w:pPr>
      <w:r w:rsidRPr="00DA335A">
        <w:rPr>
          <w:rFonts w:asciiTheme="minorBidi" w:hAnsiTheme="minorBidi"/>
          <w:sz w:val="32"/>
          <w:szCs w:val="32"/>
        </w:rPr>
        <w:t>0.3 * row['</w:t>
      </w:r>
      <w:proofErr w:type="spellStart"/>
      <w:r w:rsidRPr="00DA335A">
        <w:rPr>
          <w:rFonts w:asciiTheme="minorBidi" w:hAnsiTheme="minorBidi"/>
          <w:sz w:val="32"/>
          <w:szCs w:val="32"/>
        </w:rPr>
        <w:t>LoginFrequency</w:t>
      </w:r>
      <w:proofErr w:type="spellEnd"/>
      <w:r w:rsidRPr="00DA335A">
        <w:rPr>
          <w:rFonts w:asciiTheme="minorBidi" w:hAnsiTheme="minorBidi"/>
          <w:sz w:val="32"/>
          <w:szCs w:val="32"/>
        </w:rPr>
        <w:t>'])</w:t>
      </w:r>
    </w:p>
    <w:p w14:paraId="3E8EE368" w14:textId="77777777" w:rsidR="00F80D91" w:rsidRPr="00DA335A" w:rsidRDefault="00F80D91" w:rsidP="00DA335A">
      <w:pPr>
        <w:rPr>
          <w:rFonts w:asciiTheme="minorBidi" w:hAnsiTheme="minorBidi"/>
          <w:sz w:val="32"/>
          <w:szCs w:val="32"/>
        </w:rPr>
      </w:pPr>
      <w:r w:rsidRPr="00DA335A">
        <w:rPr>
          <w:rFonts w:asciiTheme="minorBidi" w:hAnsiTheme="minorBidi"/>
          <w:sz w:val="32"/>
          <w:szCs w:val="32"/>
        </w:rPr>
        <w:t>Risk levels: Low (&lt;50), Medium (50–75), High (&gt;75).</w:t>
      </w:r>
    </w:p>
    <w:p w14:paraId="47A2A360" w14:textId="75D745B1" w:rsidR="00531024" w:rsidRPr="00BB38EB" w:rsidRDefault="00531024" w:rsidP="00DA335A">
      <w:pPr>
        <w:rPr>
          <w:rFonts w:asciiTheme="minorBidi" w:hAnsiTheme="minorBidi"/>
          <w:sz w:val="36"/>
          <w:szCs w:val="36"/>
        </w:rPr>
      </w:pPr>
    </w:p>
    <w:p w14:paraId="77FE7E55" w14:textId="77777777" w:rsidR="000D006D" w:rsidRPr="00BB38EB" w:rsidRDefault="000D006D" w:rsidP="00DA335A">
      <w:pPr>
        <w:rPr>
          <w:rFonts w:asciiTheme="minorBidi" w:hAnsiTheme="minorBidi"/>
          <w:sz w:val="28"/>
          <w:szCs w:val="28"/>
        </w:rPr>
      </w:pPr>
    </w:p>
    <w:p w14:paraId="60C49495" w14:textId="77777777" w:rsidR="000D006D" w:rsidRPr="00BB38EB" w:rsidRDefault="000D006D" w:rsidP="00DA335A">
      <w:pPr>
        <w:rPr>
          <w:rFonts w:asciiTheme="minorBidi" w:hAnsiTheme="minorBidi"/>
          <w:sz w:val="28"/>
          <w:szCs w:val="28"/>
        </w:rPr>
      </w:pPr>
    </w:p>
    <w:p w14:paraId="3926730A" w14:textId="77777777" w:rsidR="000D006D" w:rsidRPr="00BB38EB" w:rsidRDefault="000D006D" w:rsidP="00DA335A">
      <w:pPr>
        <w:rPr>
          <w:rFonts w:asciiTheme="minorBidi" w:hAnsiTheme="minorBidi"/>
          <w:sz w:val="28"/>
          <w:szCs w:val="28"/>
        </w:rPr>
      </w:pPr>
    </w:p>
    <w:p w14:paraId="2266A04A" w14:textId="77777777" w:rsidR="000D006D" w:rsidRPr="00BB38EB" w:rsidRDefault="000D006D" w:rsidP="00DA335A">
      <w:pPr>
        <w:rPr>
          <w:rFonts w:asciiTheme="minorBidi" w:hAnsiTheme="minorBidi"/>
          <w:sz w:val="28"/>
          <w:szCs w:val="28"/>
        </w:rPr>
      </w:pPr>
    </w:p>
    <w:p w14:paraId="01B2BD77" w14:textId="77777777" w:rsidR="00DA335A" w:rsidRDefault="00DA335A" w:rsidP="00DA335A">
      <w:pPr>
        <w:rPr>
          <w:rFonts w:asciiTheme="minorBidi" w:hAnsiTheme="minorBidi"/>
          <w:sz w:val="28"/>
          <w:szCs w:val="28"/>
        </w:rPr>
      </w:pPr>
    </w:p>
    <w:p w14:paraId="4AE18358" w14:textId="77777777" w:rsidR="00DA335A" w:rsidRDefault="00DA335A" w:rsidP="00DA335A">
      <w:pPr>
        <w:rPr>
          <w:rFonts w:asciiTheme="minorBidi" w:hAnsiTheme="minorBidi"/>
          <w:sz w:val="28"/>
          <w:szCs w:val="28"/>
        </w:rPr>
      </w:pPr>
    </w:p>
    <w:p w14:paraId="0F662561" w14:textId="77777777" w:rsidR="00DA335A" w:rsidRDefault="00DA335A" w:rsidP="00DA335A">
      <w:pPr>
        <w:rPr>
          <w:rFonts w:asciiTheme="minorBidi" w:hAnsiTheme="minorBidi"/>
          <w:sz w:val="28"/>
          <w:szCs w:val="28"/>
        </w:rPr>
      </w:pPr>
    </w:p>
    <w:p w14:paraId="71F01C94" w14:textId="77777777" w:rsidR="00C577D9" w:rsidRDefault="00C577D9" w:rsidP="00DA335A">
      <w:pPr>
        <w:rPr>
          <w:rFonts w:asciiTheme="minorBidi" w:hAnsiTheme="minorBidi"/>
          <w:sz w:val="28"/>
          <w:szCs w:val="28"/>
        </w:rPr>
      </w:pPr>
    </w:p>
    <w:p w14:paraId="4D8EAB21" w14:textId="77777777" w:rsidR="00C577D9" w:rsidRDefault="00C577D9" w:rsidP="00DA335A">
      <w:pPr>
        <w:rPr>
          <w:rFonts w:asciiTheme="minorBidi" w:hAnsiTheme="minorBidi"/>
          <w:sz w:val="28"/>
          <w:szCs w:val="28"/>
        </w:rPr>
      </w:pPr>
    </w:p>
    <w:p w14:paraId="1B50AD75" w14:textId="77777777" w:rsidR="00DA335A" w:rsidRDefault="00DA335A" w:rsidP="00DA335A">
      <w:pPr>
        <w:rPr>
          <w:rFonts w:asciiTheme="minorBidi" w:hAnsiTheme="minorBidi"/>
          <w:sz w:val="28"/>
          <w:szCs w:val="28"/>
        </w:rPr>
      </w:pPr>
    </w:p>
    <w:p w14:paraId="27B13CCE" w14:textId="5CB4B355" w:rsidR="00F80D91" w:rsidRPr="00BB38EB" w:rsidRDefault="00F80D91" w:rsidP="00DA335A">
      <w:pPr>
        <w:rPr>
          <w:rFonts w:asciiTheme="minorBidi" w:hAnsiTheme="minorBidi"/>
          <w:b/>
          <w:bCs/>
          <w:sz w:val="36"/>
          <w:szCs w:val="36"/>
        </w:rPr>
      </w:pPr>
      <w:r w:rsidRPr="00BB38EB">
        <w:rPr>
          <w:rFonts w:asciiTheme="minorBidi" w:hAnsiTheme="minorBidi"/>
          <w:b/>
          <w:bCs/>
          <w:sz w:val="36"/>
          <w:szCs w:val="36"/>
        </w:rPr>
        <w:lastRenderedPageBreak/>
        <w:t>3.</w:t>
      </w:r>
      <w:r w:rsidR="000D006D" w:rsidRPr="00BB38EB">
        <w:rPr>
          <w:rFonts w:asciiTheme="minorBidi" w:hAnsiTheme="minorBidi"/>
          <w:b/>
          <w:bCs/>
          <w:sz w:val="36"/>
          <w:szCs w:val="36"/>
        </w:rPr>
        <w:t>13</w:t>
      </w:r>
      <w:r w:rsidRPr="00BB38EB">
        <w:rPr>
          <w:rFonts w:asciiTheme="minorBidi" w:hAnsiTheme="minorBidi"/>
          <w:b/>
          <w:bCs/>
          <w:sz w:val="36"/>
          <w:szCs w:val="36"/>
        </w:rPr>
        <w:t xml:space="preserve"> Security Decision Engine:</w:t>
      </w:r>
    </w:p>
    <w:p w14:paraId="0814FCC4" w14:textId="77777777" w:rsidR="00F80D91" w:rsidRPr="00BB38EB" w:rsidRDefault="00F80D91" w:rsidP="00DA335A">
      <w:pPr>
        <w:rPr>
          <w:rFonts w:asciiTheme="minorBidi" w:hAnsiTheme="minorBidi"/>
          <w:sz w:val="36"/>
          <w:szCs w:val="36"/>
        </w:rPr>
      </w:pPr>
      <w:r w:rsidRPr="00BB38EB">
        <w:rPr>
          <w:rFonts w:asciiTheme="minorBidi" w:hAnsiTheme="minorBidi"/>
          <w:sz w:val="36"/>
          <w:szCs w:val="36"/>
        </w:rPr>
        <w:t xml:space="preserve">def </w:t>
      </w:r>
      <w:proofErr w:type="spellStart"/>
      <w:r w:rsidRPr="00BB38EB">
        <w:rPr>
          <w:rFonts w:asciiTheme="minorBidi" w:hAnsiTheme="minorBidi"/>
          <w:sz w:val="36"/>
          <w:szCs w:val="36"/>
        </w:rPr>
        <w:t>security_action</w:t>
      </w:r>
      <w:proofErr w:type="spellEnd"/>
      <w:r w:rsidRPr="00BB38EB">
        <w:rPr>
          <w:rFonts w:asciiTheme="minorBidi" w:hAnsiTheme="minorBidi"/>
          <w:sz w:val="36"/>
          <w:szCs w:val="36"/>
        </w:rPr>
        <w:t>(</w:t>
      </w:r>
      <w:proofErr w:type="spellStart"/>
      <w:r w:rsidRPr="00BB38EB">
        <w:rPr>
          <w:rFonts w:asciiTheme="minorBidi" w:hAnsiTheme="minorBidi"/>
          <w:sz w:val="36"/>
          <w:szCs w:val="36"/>
        </w:rPr>
        <w:t>risk_score</w:t>
      </w:r>
      <w:proofErr w:type="spellEnd"/>
      <w:r w:rsidRPr="00BB38EB">
        <w:rPr>
          <w:rFonts w:asciiTheme="minorBidi" w:hAnsiTheme="minorBidi"/>
          <w:sz w:val="36"/>
          <w:szCs w:val="36"/>
        </w:rPr>
        <w:t>):</w:t>
      </w:r>
    </w:p>
    <w:p w14:paraId="2831A5A6" w14:textId="3A1AF47A" w:rsidR="00F80D91" w:rsidRPr="00BB38EB" w:rsidRDefault="00F80D91" w:rsidP="00DA335A">
      <w:pPr>
        <w:rPr>
          <w:rFonts w:asciiTheme="minorBidi" w:hAnsiTheme="minorBidi"/>
          <w:sz w:val="36"/>
          <w:szCs w:val="36"/>
        </w:rPr>
      </w:pPr>
      <w:r w:rsidRPr="00BB38EB">
        <w:rPr>
          <w:rFonts w:asciiTheme="minorBidi" w:hAnsiTheme="minorBidi"/>
          <w:sz w:val="36"/>
          <w:szCs w:val="36"/>
        </w:rPr>
        <w:t xml:space="preserve">if </w:t>
      </w:r>
      <w:proofErr w:type="spellStart"/>
      <w:r w:rsidRPr="00BB38EB">
        <w:rPr>
          <w:rFonts w:asciiTheme="minorBidi" w:hAnsiTheme="minorBidi"/>
          <w:sz w:val="36"/>
          <w:szCs w:val="36"/>
        </w:rPr>
        <w:t>risk_score</w:t>
      </w:r>
      <w:proofErr w:type="spellEnd"/>
      <w:r w:rsidRPr="00BB38EB">
        <w:rPr>
          <w:rFonts w:asciiTheme="minorBidi" w:hAnsiTheme="minorBidi"/>
          <w:sz w:val="36"/>
          <w:szCs w:val="36"/>
        </w:rPr>
        <w:t xml:space="preserve"> &gt; 75:</w:t>
      </w:r>
    </w:p>
    <w:p w14:paraId="13AC9EDC" w14:textId="3721D1D9" w:rsidR="00F80D91" w:rsidRPr="00BB38EB" w:rsidRDefault="00F80D91" w:rsidP="00DA335A">
      <w:pPr>
        <w:rPr>
          <w:rFonts w:asciiTheme="minorBidi" w:hAnsiTheme="minorBidi"/>
          <w:sz w:val="36"/>
          <w:szCs w:val="36"/>
        </w:rPr>
      </w:pPr>
      <w:r w:rsidRPr="00BB38EB">
        <w:rPr>
          <w:rFonts w:asciiTheme="minorBidi" w:hAnsiTheme="minorBidi"/>
          <w:sz w:val="36"/>
          <w:szCs w:val="36"/>
        </w:rPr>
        <w:t>return 'LOCK'</w:t>
      </w:r>
    </w:p>
    <w:p w14:paraId="60571152" w14:textId="277C5065" w:rsidR="00F80D91" w:rsidRPr="00BB38EB" w:rsidRDefault="00F80D91" w:rsidP="00DA335A">
      <w:pPr>
        <w:rPr>
          <w:rFonts w:asciiTheme="minorBidi" w:hAnsiTheme="minorBidi"/>
          <w:sz w:val="36"/>
          <w:szCs w:val="36"/>
        </w:rPr>
      </w:pPr>
      <w:proofErr w:type="spellStart"/>
      <w:r w:rsidRPr="00BB38EB">
        <w:rPr>
          <w:rFonts w:asciiTheme="minorBidi" w:hAnsiTheme="minorBidi"/>
          <w:sz w:val="36"/>
          <w:szCs w:val="36"/>
        </w:rPr>
        <w:t>elif</w:t>
      </w:r>
      <w:proofErr w:type="spellEnd"/>
      <w:r w:rsidRPr="00BB38EB">
        <w:rPr>
          <w:rFonts w:asciiTheme="minorBidi" w:hAnsiTheme="minorBidi"/>
          <w:sz w:val="36"/>
          <w:szCs w:val="36"/>
        </w:rPr>
        <w:t xml:space="preserve"> </w:t>
      </w:r>
      <w:proofErr w:type="spellStart"/>
      <w:r w:rsidRPr="00BB38EB">
        <w:rPr>
          <w:rFonts w:asciiTheme="minorBidi" w:hAnsiTheme="minorBidi"/>
          <w:sz w:val="36"/>
          <w:szCs w:val="36"/>
        </w:rPr>
        <w:t>risk_score</w:t>
      </w:r>
      <w:proofErr w:type="spellEnd"/>
      <w:r w:rsidRPr="00BB38EB">
        <w:rPr>
          <w:rFonts w:asciiTheme="minorBidi" w:hAnsiTheme="minorBidi"/>
          <w:sz w:val="36"/>
          <w:szCs w:val="36"/>
        </w:rPr>
        <w:t xml:space="preserve"> &gt; 50:</w:t>
      </w:r>
    </w:p>
    <w:p w14:paraId="074067DC" w14:textId="6724EF02" w:rsidR="00F80D91" w:rsidRPr="00BB38EB" w:rsidRDefault="00F80D91" w:rsidP="00DA335A">
      <w:pPr>
        <w:rPr>
          <w:rFonts w:asciiTheme="minorBidi" w:hAnsiTheme="minorBidi"/>
          <w:sz w:val="36"/>
          <w:szCs w:val="36"/>
        </w:rPr>
      </w:pPr>
      <w:r w:rsidRPr="00BB38EB">
        <w:rPr>
          <w:rFonts w:asciiTheme="minorBidi" w:hAnsiTheme="minorBidi"/>
          <w:sz w:val="36"/>
          <w:szCs w:val="36"/>
        </w:rPr>
        <w:t>return 'FORCE_MFA'</w:t>
      </w:r>
    </w:p>
    <w:p w14:paraId="4CDD1A12" w14:textId="0EF20209" w:rsidR="00F80D91" w:rsidRPr="00BB38EB" w:rsidRDefault="00F80D91" w:rsidP="00DA335A">
      <w:pPr>
        <w:rPr>
          <w:rFonts w:asciiTheme="minorBidi" w:hAnsiTheme="minorBidi"/>
          <w:sz w:val="36"/>
          <w:szCs w:val="36"/>
        </w:rPr>
      </w:pPr>
      <w:r w:rsidRPr="00BB38EB">
        <w:rPr>
          <w:rFonts w:asciiTheme="minorBidi" w:hAnsiTheme="minorBidi"/>
          <w:sz w:val="36"/>
          <w:szCs w:val="36"/>
        </w:rPr>
        <w:t>else:</w:t>
      </w:r>
    </w:p>
    <w:p w14:paraId="65AD39AE" w14:textId="7544D2BB" w:rsidR="000D006D" w:rsidRPr="00BB38EB" w:rsidRDefault="00F80D91" w:rsidP="00DA335A">
      <w:pPr>
        <w:rPr>
          <w:rFonts w:asciiTheme="minorBidi" w:hAnsiTheme="minorBidi"/>
          <w:sz w:val="36"/>
          <w:szCs w:val="36"/>
        </w:rPr>
      </w:pPr>
      <w:r w:rsidRPr="00BB38EB">
        <w:rPr>
          <w:rFonts w:asciiTheme="minorBidi" w:hAnsiTheme="minorBidi"/>
          <w:sz w:val="36"/>
          <w:szCs w:val="36"/>
        </w:rPr>
        <w:t>' return 'ALLOW'</w:t>
      </w:r>
    </w:p>
    <w:p w14:paraId="096AD1E0" w14:textId="233FE7D2" w:rsidR="00531024" w:rsidRPr="00BB38EB" w:rsidRDefault="00531024" w:rsidP="00DA335A">
      <w:pPr>
        <w:jc w:val="center"/>
        <w:rPr>
          <w:rFonts w:asciiTheme="minorBidi" w:hAnsiTheme="minorBidi"/>
          <w:sz w:val="28"/>
          <w:szCs w:val="28"/>
        </w:rPr>
      </w:pPr>
      <w:r w:rsidRPr="00BB38EB">
        <w:rPr>
          <w:rFonts w:asciiTheme="minorBidi" w:hAnsiTheme="minorBidi"/>
          <w:noProof/>
        </w:rPr>
        <w:drawing>
          <wp:inline distT="0" distB="0" distL="0" distR="0" wp14:anchorId="0933CA63" wp14:editId="0AEEEDAF">
            <wp:extent cx="4193628" cy="1689100"/>
            <wp:effectExtent l="0" t="0" r="0" b="6350"/>
            <wp:docPr id="14985211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21183" name=""/>
                    <pic:cNvPicPr/>
                  </pic:nvPicPr>
                  <pic:blipFill>
                    <a:blip r:embed="rId21"/>
                    <a:stretch>
                      <a:fillRect/>
                    </a:stretch>
                  </pic:blipFill>
                  <pic:spPr>
                    <a:xfrm>
                      <a:off x="0" y="0"/>
                      <a:ext cx="4206377" cy="1694235"/>
                    </a:xfrm>
                    <a:prstGeom prst="rect">
                      <a:avLst/>
                    </a:prstGeom>
                  </pic:spPr>
                </pic:pic>
              </a:graphicData>
            </a:graphic>
          </wp:inline>
        </w:drawing>
      </w:r>
    </w:p>
    <w:p w14:paraId="0A93D8E7" w14:textId="6F0BA5D6" w:rsid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11</w:t>
      </w:r>
      <w:r w:rsidRPr="00C577D9">
        <w:rPr>
          <w:rFonts w:asciiTheme="minorBidi" w:hAnsiTheme="minorBidi"/>
        </w:rPr>
        <w:t>. The dynamic Risk Scoring Model</w:t>
      </w:r>
    </w:p>
    <w:p w14:paraId="0418C720" w14:textId="77777777" w:rsidR="00C577D9" w:rsidRDefault="00C577D9" w:rsidP="00C577D9">
      <w:pPr>
        <w:rPr>
          <w:rFonts w:asciiTheme="minorBidi" w:hAnsiTheme="minorBidi"/>
        </w:rPr>
      </w:pPr>
    </w:p>
    <w:p w14:paraId="04D5F6EC" w14:textId="77777777" w:rsidR="00C577D9" w:rsidRDefault="00C577D9" w:rsidP="00C577D9">
      <w:pPr>
        <w:rPr>
          <w:rFonts w:asciiTheme="minorBidi" w:hAnsiTheme="minorBidi"/>
        </w:rPr>
      </w:pPr>
    </w:p>
    <w:p w14:paraId="6B9BD18D" w14:textId="77777777" w:rsidR="00C577D9" w:rsidRDefault="00C577D9" w:rsidP="00C577D9">
      <w:pPr>
        <w:rPr>
          <w:rFonts w:asciiTheme="minorBidi" w:hAnsiTheme="minorBidi"/>
        </w:rPr>
      </w:pPr>
    </w:p>
    <w:p w14:paraId="7D77987B" w14:textId="77777777" w:rsidR="00C577D9" w:rsidRDefault="00C577D9" w:rsidP="00C577D9">
      <w:pPr>
        <w:rPr>
          <w:rFonts w:asciiTheme="minorBidi" w:hAnsiTheme="minorBidi"/>
        </w:rPr>
      </w:pPr>
    </w:p>
    <w:p w14:paraId="56204361" w14:textId="77777777" w:rsidR="00C577D9" w:rsidRDefault="00C577D9" w:rsidP="00C577D9">
      <w:pPr>
        <w:rPr>
          <w:rFonts w:asciiTheme="minorBidi" w:hAnsiTheme="minorBidi"/>
        </w:rPr>
      </w:pPr>
    </w:p>
    <w:p w14:paraId="75F5BB1A" w14:textId="77777777" w:rsidR="00C577D9" w:rsidRDefault="00C577D9" w:rsidP="00C577D9">
      <w:pPr>
        <w:rPr>
          <w:rFonts w:asciiTheme="minorBidi" w:hAnsiTheme="minorBidi"/>
        </w:rPr>
      </w:pPr>
    </w:p>
    <w:p w14:paraId="7FB5FC84" w14:textId="77777777" w:rsidR="00C577D9" w:rsidRPr="00C577D9" w:rsidRDefault="00C577D9" w:rsidP="00C577D9">
      <w:pPr>
        <w:rPr>
          <w:rFonts w:asciiTheme="minorBidi" w:hAnsiTheme="minorBidi"/>
        </w:rPr>
      </w:pPr>
    </w:p>
    <w:p w14:paraId="62C83B60" w14:textId="3D0444D7" w:rsidR="002B65B5" w:rsidRPr="00BB38EB" w:rsidRDefault="002B65B5" w:rsidP="00DA335A">
      <w:pPr>
        <w:rPr>
          <w:rFonts w:asciiTheme="minorBidi" w:hAnsiTheme="minorBidi"/>
          <w:b/>
          <w:bCs/>
          <w:sz w:val="36"/>
          <w:szCs w:val="36"/>
        </w:rPr>
      </w:pPr>
      <w:r w:rsidRPr="00BB38EB">
        <w:rPr>
          <w:rFonts w:asciiTheme="minorBidi" w:hAnsiTheme="minorBidi"/>
          <w:b/>
          <w:bCs/>
          <w:sz w:val="36"/>
          <w:szCs w:val="36"/>
        </w:rPr>
        <w:lastRenderedPageBreak/>
        <w:t>3.</w:t>
      </w:r>
      <w:r w:rsidR="000D006D" w:rsidRPr="00BB38EB">
        <w:rPr>
          <w:rFonts w:asciiTheme="minorBidi" w:hAnsiTheme="minorBidi"/>
          <w:b/>
          <w:bCs/>
          <w:sz w:val="36"/>
          <w:szCs w:val="36"/>
        </w:rPr>
        <w:t>1</w:t>
      </w:r>
      <w:r w:rsidR="004B5C5E" w:rsidRPr="00BB38EB">
        <w:rPr>
          <w:rFonts w:asciiTheme="minorBidi" w:hAnsiTheme="minorBidi"/>
          <w:b/>
          <w:bCs/>
          <w:sz w:val="36"/>
          <w:szCs w:val="36"/>
        </w:rPr>
        <w:t>4</w:t>
      </w:r>
      <w:r w:rsidRPr="00BB38EB">
        <w:rPr>
          <w:rFonts w:asciiTheme="minorBidi" w:hAnsiTheme="minorBidi"/>
          <w:b/>
          <w:bCs/>
          <w:sz w:val="36"/>
          <w:szCs w:val="36"/>
        </w:rPr>
        <w:t xml:space="preserve"> Evaluation Metrics:</w:t>
      </w:r>
    </w:p>
    <w:p w14:paraId="3C6620FE" w14:textId="000F1AAB" w:rsidR="002B65B5" w:rsidRPr="00BB38EB" w:rsidRDefault="002B65B5" w:rsidP="00DA335A">
      <w:pPr>
        <w:rPr>
          <w:rFonts w:asciiTheme="minorBidi" w:hAnsiTheme="minorBidi"/>
          <w:sz w:val="36"/>
          <w:szCs w:val="36"/>
        </w:rPr>
      </w:pPr>
      <w:r w:rsidRPr="00BB38EB">
        <w:rPr>
          <w:rFonts w:asciiTheme="minorBidi" w:hAnsiTheme="minorBidi"/>
          <w:sz w:val="36"/>
          <w:szCs w:val="36"/>
        </w:rPr>
        <w:t>Accuracy, Precision, Recall, F1-score, Rate</w:t>
      </w:r>
      <w:r w:rsidR="002C154F" w:rsidRPr="00BB38EB">
        <w:rPr>
          <w:rFonts w:asciiTheme="minorBidi" w:hAnsiTheme="minorBidi"/>
          <w:sz w:val="36"/>
          <w:szCs w:val="36"/>
        </w:rPr>
        <w:t>:</w:t>
      </w:r>
    </w:p>
    <w:p w14:paraId="069C1763" w14:textId="77777777" w:rsidR="00DA335A" w:rsidRDefault="00DA335A" w:rsidP="00DA335A">
      <w:pPr>
        <w:rPr>
          <w:rFonts w:asciiTheme="minorBidi" w:hAnsiTheme="minorBidi"/>
          <w:sz w:val="28"/>
          <w:szCs w:val="28"/>
        </w:rPr>
      </w:pPr>
    </w:p>
    <w:p w14:paraId="1F8AD0E8" w14:textId="77777777" w:rsidR="00DA335A" w:rsidRDefault="00DA335A" w:rsidP="00DA335A">
      <w:pPr>
        <w:rPr>
          <w:rFonts w:asciiTheme="minorBidi" w:hAnsiTheme="minorBidi"/>
          <w:sz w:val="28"/>
          <w:szCs w:val="28"/>
        </w:rPr>
      </w:pPr>
    </w:p>
    <w:p w14:paraId="76C91D45" w14:textId="77777777" w:rsidR="00DA335A" w:rsidRDefault="00DA335A" w:rsidP="00DA335A">
      <w:pPr>
        <w:rPr>
          <w:rFonts w:asciiTheme="minorBidi" w:hAnsiTheme="minorBidi"/>
          <w:sz w:val="28"/>
          <w:szCs w:val="28"/>
        </w:rPr>
      </w:pPr>
    </w:p>
    <w:p w14:paraId="51384C7E" w14:textId="2B7D08D8" w:rsidR="00531024" w:rsidRPr="00BB38EB" w:rsidRDefault="004B5C5E" w:rsidP="00DA335A">
      <w:pPr>
        <w:rPr>
          <w:rFonts w:asciiTheme="minorBidi" w:hAnsiTheme="minorBidi"/>
          <w:b/>
          <w:bCs/>
          <w:sz w:val="36"/>
          <w:szCs w:val="36"/>
        </w:rPr>
      </w:pPr>
      <w:r w:rsidRPr="00BB38EB">
        <w:rPr>
          <w:rFonts w:asciiTheme="minorBidi" w:hAnsiTheme="minorBidi"/>
          <w:b/>
          <w:bCs/>
          <w:sz w:val="36"/>
          <w:szCs w:val="36"/>
        </w:rPr>
        <w:t>14</w:t>
      </w:r>
      <w:r w:rsidR="002C154F" w:rsidRPr="00BB38EB">
        <w:rPr>
          <w:rFonts w:asciiTheme="minorBidi" w:hAnsiTheme="minorBidi"/>
          <w:b/>
          <w:bCs/>
          <w:sz w:val="36"/>
          <w:szCs w:val="36"/>
        </w:rPr>
        <w:t xml:space="preserve">.1 </w:t>
      </w:r>
      <w:r w:rsidR="00531024" w:rsidRPr="00BB38EB">
        <w:rPr>
          <w:rFonts w:asciiTheme="minorBidi" w:hAnsiTheme="minorBidi"/>
          <w:b/>
          <w:bCs/>
          <w:sz w:val="36"/>
          <w:szCs w:val="36"/>
        </w:rPr>
        <w:t>Accuracy:</w:t>
      </w:r>
    </w:p>
    <w:p w14:paraId="58542884" w14:textId="77777777" w:rsidR="00531024" w:rsidRPr="00BB38EB" w:rsidRDefault="00531024" w:rsidP="00DA335A">
      <w:pPr>
        <w:rPr>
          <w:rFonts w:asciiTheme="minorBidi" w:hAnsiTheme="minorBidi"/>
          <w:sz w:val="28"/>
          <w:szCs w:val="28"/>
        </w:rPr>
      </w:pPr>
    </w:p>
    <w:p w14:paraId="22DA5329" w14:textId="6650413C" w:rsidR="00531024" w:rsidRPr="00BB38EB" w:rsidRDefault="00531024" w:rsidP="00DA335A">
      <w:pPr>
        <w:rPr>
          <w:rFonts w:asciiTheme="minorBidi" w:hAnsiTheme="minorBidi"/>
          <w:sz w:val="28"/>
          <w:szCs w:val="28"/>
        </w:rPr>
      </w:pPr>
      <w:r w:rsidRPr="00BB38EB">
        <w:rPr>
          <w:rFonts w:asciiTheme="minorBidi" w:hAnsiTheme="minorBidi"/>
          <w:noProof/>
        </w:rPr>
        <w:drawing>
          <wp:inline distT="0" distB="0" distL="0" distR="0" wp14:anchorId="2FE384E6" wp14:editId="2C5A1DBC">
            <wp:extent cx="6057078" cy="1478944"/>
            <wp:effectExtent l="0" t="0" r="1270" b="6985"/>
            <wp:docPr id="7550922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92292" name=""/>
                    <pic:cNvPicPr/>
                  </pic:nvPicPr>
                  <pic:blipFill>
                    <a:blip r:embed="rId22"/>
                    <a:stretch>
                      <a:fillRect/>
                    </a:stretch>
                  </pic:blipFill>
                  <pic:spPr>
                    <a:xfrm>
                      <a:off x="0" y="0"/>
                      <a:ext cx="6084152" cy="1485555"/>
                    </a:xfrm>
                    <a:prstGeom prst="rect">
                      <a:avLst/>
                    </a:prstGeom>
                  </pic:spPr>
                </pic:pic>
              </a:graphicData>
            </a:graphic>
          </wp:inline>
        </w:drawing>
      </w:r>
    </w:p>
    <w:p w14:paraId="03A542A0" w14:textId="3F3E127C" w:rsidR="00C577D9" w:rsidRP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1</w:t>
      </w:r>
      <w:r>
        <w:rPr>
          <w:rFonts w:asciiTheme="minorBidi" w:hAnsiTheme="minorBidi"/>
        </w:rPr>
        <w:t>2</w:t>
      </w:r>
      <w:r w:rsidRPr="00C577D9">
        <w:rPr>
          <w:rFonts w:asciiTheme="minorBidi" w:hAnsiTheme="minorBidi"/>
        </w:rPr>
        <w:t xml:space="preserve">. </w:t>
      </w:r>
      <w:r>
        <w:rPr>
          <w:rFonts w:asciiTheme="minorBidi" w:hAnsiTheme="minorBidi"/>
        </w:rPr>
        <w:t xml:space="preserve">Showing the accuracy </w:t>
      </w:r>
    </w:p>
    <w:p w14:paraId="6130F827" w14:textId="77777777" w:rsidR="000D006D" w:rsidRPr="00BB38EB" w:rsidRDefault="000D006D" w:rsidP="00DA335A">
      <w:pPr>
        <w:rPr>
          <w:rFonts w:asciiTheme="minorBidi" w:hAnsiTheme="minorBidi"/>
          <w:sz w:val="28"/>
          <w:szCs w:val="28"/>
        </w:rPr>
      </w:pPr>
    </w:p>
    <w:p w14:paraId="37978BD6" w14:textId="77777777" w:rsidR="000D006D" w:rsidRPr="00BB38EB" w:rsidRDefault="000D006D" w:rsidP="00DA335A">
      <w:pPr>
        <w:rPr>
          <w:rFonts w:asciiTheme="minorBidi" w:hAnsiTheme="minorBidi"/>
          <w:sz w:val="28"/>
          <w:szCs w:val="28"/>
        </w:rPr>
      </w:pPr>
    </w:p>
    <w:p w14:paraId="616A8DE1" w14:textId="77777777" w:rsidR="000D006D" w:rsidRPr="00BB38EB" w:rsidRDefault="000D006D" w:rsidP="00DA335A">
      <w:pPr>
        <w:rPr>
          <w:rFonts w:asciiTheme="minorBidi" w:hAnsiTheme="minorBidi"/>
          <w:sz w:val="28"/>
          <w:szCs w:val="28"/>
        </w:rPr>
      </w:pPr>
    </w:p>
    <w:p w14:paraId="3E8BFEFB" w14:textId="77777777" w:rsidR="000D006D" w:rsidRPr="00BB38EB" w:rsidRDefault="000D006D" w:rsidP="00DA335A">
      <w:pPr>
        <w:rPr>
          <w:rFonts w:asciiTheme="minorBidi" w:hAnsiTheme="minorBidi"/>
          <w:sz w:val="28"/>
          <w:szCs w:val="28"/>
        </w:rPr>
      </w:pPr>
    </w:p>
    <w:p w14:paraId="77882764" w14:textId="77777777" w:rsidR="000D006D" w:rsidRDefault="000D006D" w:rsidP="00DA335A">
      <w:pPr>
        <w:rPr>
          <w:rFonts w:asciiTheme="minorBidi" w:hAnsiTheme="minorBidi"/>
          <w:sz w:val="28"/>
          <w:szCs w:val="28"/>
        </w:rPr>
      </w:pPr>
    </w:p>
    <w:p w14:paraId="0918F0A8" w14:textId="77777777" w:rsidR="00DA335A" w:rsidRDefault="00DA335A" w:rsidP="00DA335A">
      <w:pPr>
        <w:rPr>
          <w:rFonts w:asciiTheme="minorBidi" w:hAnsiTheme="minorBidi"/>
          <w:sz w:val="28"/>
          <w:szCs w:val="28"/>
        </w:rPr>
      </w:pPr>
    </w:p>
    <w:p w14:paraId="3285B851" w14:textId="77777777" w:rsidR="00DA335A" w:rsidRDefault="00DA335A" w:rsidP="00DA335A">
      <w:pPr>
        <w:rPr>
          <w:rFonts w:asciiTheme="minorBidi" w:hAnsiTheme="minorBidi"/>
          <w:sz w:val="28"/>
          <w:szCs w:val="28"/>
        </w:rPr>
      </w:pPr>
    </w:p>
    <w:p w14:paraId="532FB327" w14:textId="77777777" w:rsidR="00DA335A" w:rsidRDefault="00DA335A" w:rsidP="00DA335A">
      <w:pPr>
        <w:rPr>
          <w:rFonts w:asciiTheme="minorBidi" w:hAnsiTheme="minorBidi"/>
          <w:sz w:val="28"/>
          <w:szCs w:val="28"/>
        </w:rPr>
      </w:pPr>
    </w:p>
    <w:p w14:paraId="0036317A" w14:textId="77777777" w:rsidR="00DA335A" w:rsidRPr="00BB38EB" w:rsidRDefault="00DA335A" w:rsidP="00DA335A">
      <w:pPr>
        <w:rPr>
          <w:rFonts w:asciiTheme="minorBidi" w:hAnsiTheme="minorBidi"/>
          <w:sz w:val="36"/>
          <w:szCs w:val="36"/>
        </w:rPr>
      </w:pPr>
    </w:p>
    <w:p w14:paraId="77282A63" w14:textId="0B0CE365" w:rsidR="002C154F" w:rsidRPr="00BB38EB" w:rsidRDefault="000D006D" w:rsidP="00DA335A">
      <w:pPr>
        <w:rPr>
          <w:rFonts w:asciiTheme="minorBidi" w:hAnsiTheme="minorBidi"/>
          <w:b/>
          <w:bCs/>
          <w:sz w:val="36"/>
          <w:szCs w:val="36"/>
        </w:rPr>
      </w:pPr>
      <w:r w:rsidRPr="00BB38EB">
        <w:rPr>
          <w:rFonts w:asciiTheme="minorBidi" w:hAnsiTheme="minorBidi"/>
          <w:b/>
          <w:bCs/>
          <w:sz w:val="36"/>
          <w:szCs w:val="36"/>
        </w:rPr>
        <w:t>1</w:t>
      </w:r>
      <w:r w:rsidR="004B5C5E" w:rsidRPr="00BB38EB">
        <w:rPr>
          <w:rFonts w:asciiTheme="minorBidi" w:hAnsiTheme="minorBidi"/>
          <w:b/>
          <w:bCs/>
          <w:sz w:val="36"/>
          <w:szCs w:val="36"/>
        </w:rPr>
        <w:t>4</w:t>
      </w:r>
      <w:r w:rsidR="002C154F" w:rsidRPr="00BB38EB">
        <w:rPr>
          <w:rFonts w:asciiTheme="minorBidi" w:hAnsiTheme="minorBidi"/>
          <w:b/>
          <w:bCs/>
          <w:sz w:val="36"/>
          <w:szCs w:val="36"/>
        </w:rPr>
        <w:t>.2 Precision, Recall, F1-score</w:t>
      </w:r>
      <w:r w:rsidR="00F1430D" w:rsidRPr="00BB38EB">
        <w:rPr>
          <w:rFonts w:asciiTheme="minorBidi" w:hAnsiTheme="minorBidi"/>
          <w:b/>
          <w:bCs/>
          <w:sz w:val="36"/>
          <w:szCs w:val="36"/>
        </w:rPr>
        <w:t>:</w:t>
      </w:r>
    </w:p>
    <w:p w14:paraId="1E20ADB5" w14:textId="77777777" w:rsidR="002C154F" w:rsidRPr="00BB38EB" w:rsidRDefault="002C154F" w:rsidP="00DA335A">
      <w:pPr>
        <w:rPr>
          <w:rFonts w:asciiTheme="minorBidi" w:hAnsiTheme="minorBidi"/>
          <w:sz w:val="28"/>
          <w:szCs w:val="28"/>
        </w:rPr>
      </w:pPr>
    </w:p>
    <w:p w14:paraId="028A11C2" w14:textId="6E357EB1" w:rsidR="002C154F" w:rsidRDefault="002C154F" w:rsidP="003F36DF">
      <w:pPr>
        <w:jc w:val="center"/>
        <w:rPr>
          <w:rFonts w:asciiTheme="minorBidi" w:hAnsiTheme="minorBidi"/>
          <w:sz w:val="28"/>
          <w:szCs w:val="28"/>
        </w:rPr>
      </w:pPr>
      <w:r w:rsidRPr="00BB38EB">
        <w:rPr>
          <w:rFonts w:asciiTheme="minorBidi" w:hAnsiTheme="minorBidi"/>
          <w:noProof/>
        </w:rPr>
        <w:drawing>
          <wp:inline distT="0" distB="0" distL="0" distR="0" wp14:anchorId="154A2C5D" wp14:editId="050CC955">
            <wp:extent cx="4902413" cy="3426222"/>
            <wp:effectExtent l="0" t="0" r="0" b="3175"/>
            <wp:docPr id="13335061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06161" name=""/>
                    <pic:cNvPicPr/>
                  </pic:nvPicPr>
                  <pic:blipFill>
                    <a:blip r:embed="rId23"/>
                    <a:stretch>
                      <a:fillRect/>
                    </a:stretch>
                  </pic:blipFill>
                  <pic:spPr>
                    <a:xfrm>
                      <a:off x="0" y="0"/>
                      <a:ext cx="4921516" cy="3439573"/>
                    </a:xfrm>
                    <a:prstGeom prst="rect">
                      <a:avLst/>
                    </a:prstGeom>
                  </pic:spPr>
                </pic:pic>
              </a:graphicData>
            </a:graphic>
          </wp:inline>
        </w:drawing>
      </w:r>
    </w:p>
    <w:p w14:paraId="34010E07" w14:textId="52942FF6" w:rsidR="00C577D9" w:rsidRPr="00C577D9" w:rsidRDefault="00C577D9" w:rsidP="00C577D9">
      <w:pPr>
        <w:rPr>
          <w:rFonts w:asciiTheme="minorBidi" w:hAnsiTheme="minorBidi"/>
        </w:rPr>
      </w:pPr>
      <w:r w:rsidRPr="00C577D9">
        <w:rPr>
          <w:rFonts w:asciiTheme="minorBidi" w:hAnsiTheme="minorBidi"/>
        </w:rPr>
        <w:t xml:space="preserve">  Fig. </w:t>
      </w:r>
      <w:r>
        <w:rPr>
          <w:rFonts w:asciiTheme="minorBidi" w:hAnsiTheme="minorBidi"/>
        </w:rPr>
        <w:t>1</w:t>
      </w:r>
      <w:r w:rsidR="00014F69">
        <w:rPr>
          <w:rFonts w:asciiTheme="minorBidi" w:hAnsiTheme="minorBidi"/>
        </w:rPr>
        <w:t>3</w:t>
      </w:r>
      <w:r w:rsidRPr="00C577D9">
        <w:rPr>
          <w:rFonts w:asciiTheme="minorBidi" w:hAnsiTheme="minorBidi"/>
        </w:rPr>
        <w:t xml:space="preserve">. </w:t>
      </w:r>
      <w:r>
        <w:rPr>
          <w:rFonts w:asciiTheme="minorBidi" w:hAnsiTheme="minorBidi"/>
        </w:rPr>
        <w:t xml:space="preserve">Showing the </w:t>
      </w:r>
      <w:r>
        <w:rPr>
          <w:rFonts w:asciiTheme="minorBidi" w:hAnsiTheme="minorBidi"/>
        </w:rPr>
        <w:t xml:space="preserve">precision and </w:t>
      </w:r>
      <w:proofErr w:type="gramStart"/>
      <w:r>
        <w:rPr>
          <w:rFonts w:asciiTheme="minorBidi" w:hAnsiTheme="minorBidi"/>
        </w:rPr>
        <w:t xml:space="preserve">Recall </w:t>
      </w:r>
      <w:r w:rsidR="00014F69">
        <w:rPr>
          <w:rFonts w:asciiTheme="minorBidi" w:hAnsiTheme="minorBidi"/>
        </w:rPr>
        <w:t>,F</w:t>
      </w:r>
      <w:proofErr w:type="gramEnd"/>
      <w:r w:rsidR="00014F69">
        <w:rPr>
          <w:rFonts w:asciiTheme="minorBidi" w:hAnsiTheme="minorBidi"/>
        </w:rPr>
        <w:t>1-score</w:t>
      </w:r>
      <w:r>
        <w:rPr>
          <w:rFonts w:asciiTheme="minorBidi" w:hAnsiTheme="minorBidi"/>
        </w:rPr>
        <w:t xml:space="preserve"> </w:t>
      </w:r>
    </w:p>
    <w:p w14:paraId="49FE188F" w14:textId="77777777" w:rsidR="00C577D9" w:rsidRDefault="00C577D9" w:rsidP="003F36DF">
      <w:pPr>
        <w:jc w:val="center"/>
        <w:rPr>
          <w:rFonts w:asciiTheme="minorBidi" w:hAnsiTheme="minorBidi"/>
          <w:sz w:val="28"/>
          <w:szCs w:val="28"/>
        </w:rPr>
      </w:pPr>
    </w:p>
    <w:p w14:paraId="17E2BBAF" w14:textId="77777777" w:rsidR="003F36DF" w:rsidRDefault="003F36DF" w:rsidP="003F36DF">
      <w:pPr>
        <w:jc w:val="center"/>
        <w:rPr>
          <w:rFonts w:asciiTheme="minorBidi" w:hAnsiTheme="minorBidi"/>
          <w:sz w:val="28"/>
          <w:szCs w:val="28"/>
        </w:rPr>
      </w:pPr>
    </w:p>
    <w:p w14:paraId="690D350C" w14:textId="77777777" w:rsidR="003F36DF" w:rsidRDefault="003F36DF" w:rsidP="003F36DF">
      <w:pPr>
        <w:jc w:val="center"/>
        <w:rPr>
          <w:rFonts w:asciiTheme="minorBidi" w:hAnsiTheme="minorBidi"/>
          <w:sz w:val="28"/>
          <w:szCs w:val="28"/>
        </w:rPr>
      </w:pPr>
    </w:p>
    <w:p w14:paraId="677B284B" w14:textId="77777777" w:rsidR="003F36DF" w:rsidRDefault="003F36DF" w:rsidP="003F36DF">
      <w:pPr>
        <w:jc w:val="center"/>
        <w:rPr>
          <w:rFonts w:asciiTheme="minorBidi" w:hAnsiTheme="minorBidi"/>
          <w:sz w:val="28"/>
          <w:szCs w:val="28"/>
        </w:rPr>
      </w:pPr>
    </w:p>
    <w:p w14:paraId="0E9C70D1" w14:textId="77777777" w:rsidR="003F36DF" w:rsidRDefault="003F36DF" w:rsidP="003F36DF">
      <w:pPr>
        <w:jc w:val="center"/>
        <w:rPr>
          <w:rFonts w:asciiTheme="minorBidi" w:hAnsiTheme="minorBidi"/>
          <w:sz w:val="28"/>
          <w:szCs w:val="28"/>
        </w:rPr>
      </w:pPr>
    </w:p>
    <w:p w14:paraId="0BC0720F" w14:textId="77777777" w:rsidR="003F36DF" w:rsidRDefault="003F36DF" w:rsidP="003F36DF">
      <w:pPr>
        <w:jc w:val="center"/>
        <w:rPr>
          <w:rFonts w:asciiTheme="minorBidi" w:hAnsiTheme="minorBidi"/>
          <w:sz w:val="28"/>
          <w:szCs w:val="28"/>
        </w:rPr>
      </w:pPr>
    </w:p>
    <w:p w14:paraId="01E517C2" w14:textId="77777777" w:rsidR="003F36DF" w:rsidRDefault="003F36DF" w:rsidP="003F36DF">
      <w:pPr>
        <w:jc w:val="center"/>
        <w:rPr>
          <w:rFonts w:asciiTheme="minorBidi" w:hAnsiTheme="minorBidi"/>
          <w:sz w:val="28"/>
          <w:szCs w:val="28"/>
        </w:rPr>
      </w:pPr>
    </w:p>
    <w:p w14:paraId="75E5F1C2" w14:textId="77777777" w:rsidR="003F36DF" w:rsidRPr="00BB38EB" w:rsidRDefault="003F36DF" w:rsidP="003F36DF">
      <w:pPr>
        <w:jc w:val="center"/>
        <w:rPr>
          <w:rFonts w:asciiTheme="minorBidi" w:hAnsiTheme="minorBidi"/>
          <w:sz w:val="28"/>
          <w:szCs w:val="28"/>
        </w:rPr>
      </w:pPr>
    </w:p>
    <w:p w14:paraId="105385B0" w14:textId="77777777" w:rsidR="002B65B5" w:rsidRPr="00BB38EB" w:rsidRDefault="002B65B5" w:rsidP="00DA335A">
      <w:pPr>
        <w:rPr>
          <w:rFonts w:asciiTheme="minorBidi" w:hAnsiTheme="minorBidi"/>
          <w:sz w:val="28"/>
          <w:szCs w:val="28"/>
        </w:rPr>
      </w:pPr>
    </w:p>
    <w:p w14:paraId="35201756" w14:textId="0B5EEBFB" w:rsidR="0065761B" w:rsidRPr="00BB38EB" w:rsidRDefault="002B65B5" w:rsidP="00DA335A">
      <w:pPr>
        <w:pStyle w:val="21"/>
        <w:rPr>
          <w:rFonts w:asciiTheme="minorBidi" w:hAnsiTheme="minorBidi" w:cstheme="minorBidi"/>
          <w:color w:val="000000" w:themeColor="text1"/>
          <w:sz w:val="36"/>
          <w:szCs w:val="36"/>
        </w:rPr>
      </w:pPr>
      <w:r w:rsidRPr="00BB38EB">
        <w:rPr>
          <w:rFonts w:asciiTheme="minorBidi" w:hAnsiTheme="minorBidi" w:cstheme="minorBidi"/>
          <w:color w:val="000000" w:themeColor="text1"/>
          <w:sz w:val="36"/>
          <w:szCs w:val="36"/>
        </w:rPr>
        <w:t>Chapter 4: Results and Discussion:</w:t>
      </w:r>
    </w:p>
    <w:p w14:paraId="701860EA" w14:textId="22A195F0" w:rsidR="005903A0" w:rsidRPr="00BB38EB" w:rsidRDefault="005903A0" w:rsidP="00DA335A">
      <w:pPr>
        <w:rPr>
          <w:rFonts w:asciiTheme="minorBidi" w:hAnsiTheme="minorBidi"/>
          <w:b/>
          <w:bCs/>
          <w:sz w:val="36"/>
          <w:szCs w:val="36"/>
        </w:rPr>
      </w:pPr>
      <w:r w:rsidRPr="00BB38EB">
        <w:rPr>
          <w:rFonts w:asciiTheme="minorBidi" w:hAnsiTheme="minorBidi"/>
          <w:b/>
          <w:bCs/>
          <w:sz w:val="36"/>
          <w:szCs w:val="36"/>
        </w:rPr>
        <w:t>4.1 Model Performance:</w:t>
      </w:r>
    </w:p>
    <w:p w14:paraId="44D2D7A6"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Random Forest Performance (Test Set):</w:t>
      </w:r>
    </w:p>
    <w:p w14:paraId="67A7DC56"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Accuracy: 1</w:t>
      </w:r>
    </w:p>
    <w:p w14:paraId="2DBCB1B3"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Precision: 1</w:t>
      </w:r>
    </w:p>
    <w:p w14:paraId="3AF9ED6E"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Recall: 1</w:t>
      </w:r>
    </w:p>
    <w:p w14:paraId="211660CA"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F1 Score: 1</w:t>
      </w:r>
    </w:p>
    <w:p w14:paraId="728BF853"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Isolation Forest Performance:</w:t>
      </w:r>
    </w:p>
    <w:p w14:paraId="7EC28B46"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Accuracy: 1</w:t>
      </w:r>
    </w:p>
    <w:p w14:paraId="0865F7D7"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Precision: 1</w:t>
      </w:r>
    </w:p>
    <w:p w14:paraId="4AE1ACE0"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Recall: 1</w:t>
      </w:r>
    </w:p>
    <w:p w14:paraId="1A4217AE" w14:textId="4E79EC56" w:rsidR="005903A0" w:rsidRPr="003F36DF" w:rsidRDefault="005903A0" w:rsidP="00DA335A">
      <w:pPr>
        <w:rPr>
          <w:rFonts w:asciiTheme="minorBidi" w:hAnsiTheme="minorBidi"/>
          <w:sz w:val="32"/>
          <w:szCs w:val="32"/>
          <w:rtl/>
        </w:rPr>
      </w:pPr>
      <w:r w:rsidRPr="003F36DF">
        <w:rPr>
          <w:rFonts w:asciiTheme="minorBidi" w:hAnsiTheme="minorBidi"/>
          <w:sz w:val="32"/>
          <w:szCs w:val="32"/>
        </w:rPr>
        <w:t>•  F1 Score: 1</w:t>
      </w:r>
    </w:p>
    <w:p w14:paraId="628034EC" w14:textId="7493358A" w:rsidR="005903A0" w:rsidRPr="003F36DF" w:rsidRDefault="005903A0" w:rsidP="00DA335A">
      <w:pPr>
        <w:rPr>
          <w:rFonts w:asciiTheme="minorBidi" w:hAnsiTheme="minorBidi"/>
          <w:sz w:val="32"/>
          <w:szCs w:val="32"/>
        </w:rPr>
      </w:pPr>
      <w:r w:rsidRPr="003F36DF">
        <w:rPr>
          <w:rFonts w:asciiTheme="minorBidi" w:hAnsiTheme="minorBidi"/>
          <w:sz w:val="32"/>
          <w:szCs w:val="32"/>
        </w:rPr>
        <w:t>Random Forest outperformed in supervised settings. SMOTE effectively mitigated class imbalance.</w:t>
      </w:r>
    </w:p>
    <w:p w14:paraId="1EF5FCD2" w14:textId="3E9F2C5A" w:rsidR="007159FB" w:rsidRPr="00BB38EB" w:rsidRDefault="005903A0" w:rsidP="00DA335A">
      <w:pPr>
        <w:rPr>
          <w:rFonts w:asciiTheme="minorBidi" w:hAnsiTheme="minorBidi"/>
          <w:b/>
          <w:bCs/>
          <w:sz w:val="36"/>
          <w:szCs w:val="36"/>
        </w:rPr>
      </w:pPr>
      <w:r w:rsidRPr="00BB38EB">
        <w:rPr>
          <w:rFonts w:asciiTheme="minorBidi" w:hAnsiTheme="minorBidi"/>
          <w:b/>
          <w:bCs/>
          <w:sz w:val="36"/>
          <w:szCs w:val="36"/>
        </w:rPr>
        <w:t>4.2 Key Findings:</w:t>
      </w:r>
    </w:p>
    <w:p w14:paraId="0B7D0469" w14:textId="64B898EC" w:rsidR="005903A0" w:rsidRPr="003F36DF" w:rsidRDefault="005903A0" w:rsidP="00DA335A">
      <w:pPr>
        <w:rPr>
          <w:rFonts w:asciiTheme="minorBidi" w:hAnsiTheme="minorBidi"/>
          <w:sz w:val="32"/>
          <w:szCs w:val="32"/>
        </w:rPr>
      </w:pPr>
      <w:r w:rsidRPr="003F36DF">
        <w:rPr>
          <w:rFonts w:asciiTheme="minorBidi" w:hAnsiTheme="minorBidi"/>
          <w:sz w:val="32"/>
          <w:szCs w:val="32"/>
        </w:rPr>
        <w:t xml:space="preserve">•  High generalization </w:t>
      </w:r>
      <w:r w:rsidR="00D40227" w:rsidRPr="003F36DF">
        <w:rPr>
          <w:rFonts w:asciiTheme="minorBidi" w:hAnsiTheme="minorBidi"/>
          <w:sz w:val="32"/>
          <w:szCs w:val="32"/>
        </w:rPr>
        <w:t xml:space="preserve">ability </w:t>
      </w:r>
      <w:r w:rsidRPr="003F36DF">
        <w:rPr>
          <w:rFonts w:asciiTheme="minorBidi" w:hAnsiTheme="minorBidi"/>
          <w:sz w:val="32"/>
          <w:szCs w:val="32"/>
        </w:rPr>
        <w:t xml:space="preserve">of </w:t>
      </w:r>
      <w:r w:rsidR="00142041" w:rsidRPr="003F36DF">
        <w:rPr>
          <w:rFonts w:asciiTheme="minorBidi" w:hAnsiTheme="minorBidi"/>
          <w:sz w:val="32"/>
          <w:szCs w:val="32"/>
        </w:rPr>
        <w:t xml:space="preserve">Random Forest for </w:t>
      </w:r>
      <w:proofErr w:type="gramStart"/>
      <w:r w:rsidR="00142041" w:rsidRPr="003F36DF">
        <w:rPr>
          <w:rFonts w:asciiTheme="minorBidi" w:hAnsiTheme="minorBidi"/>
          <w:sz w:val="32"/>
          <w:szCs w:val="32"/>
        </w:rPr>
        <w:t xml:space="preserve">learning </w:t>
      </w:r>
      <w:r w:rsidRPr="003F36DF">
        <w:rPr>
          <w:rFonts w:asciiTheme="minorBidi" w:hAnsiTheme="minorBidi"/>
          <w:sz w:val="32"/>
          <w:szCs w:val="32"/>
        </w:rPr>
        <w:t>.</w:t>
      </w:r>
      <w:proofErr w:type="gramEnd"/>
    </w:p>
    <w:p w14:paraId="561ED95B" w14:textId="48905380" w:rsidR="005903A0" w:rsidRPr="003F36DF" w:rsidRDefault="005903A0" w:rsidP="00DA335A">
      <w:pPr>
        <w:rPr>
          <w:rFonts w:asciiTheme="minorBidi" w:hAnsiTheme="minorBidi"/>
          <w:sz w:val="32"/>
          <w:szCs w:val="32"/>
        </w:rPr>
      </w:pPr>
      <w:r w:rsidRPr="003F36DF">
        <w:rPr>
          <w:rFonts w:asciiTheme="minorBidi" w:hAnsiTheme="minorBidi"/>
          <w:sz w:val="32"/>
          <w:szCs w:val="32"/>
        </w:rPr>
        <w:t xml:space="preserve">•  Risk scoring </w:t>
      </w:r>
      <w:r w:rsidR="00D40227" w:rsidRPr="003F36DF">
        <w:rPr>
          <w:rFonts w:asciiTheme="minorBidi" w:hAnsiTheme="minorBidi"/>
          <w:sz w:val="32"/>
          <w:szCs w:val="32"/>
        </w:rPr>
        <w:t xml:space="preserve">decreased </w:t>
      </w:r>
      <w:r w:rsidRPr="003F36DF">
        <w:rPr>
          <w:rFonts w:asciiTheme="minorBidi" w:hAnsiTheme="minorBidi"/>
          <w:sz w:val="32"/>
          <w:szCs w:val="32"/>
        </w:rPr>
        <w:t>false positives by prioritizing contextual threats.</w:t>
      </w:r>
    </w:p>
    <w:p w14:paraId="5BE1267D" w14:textId="40009DFA" w:rsidR="005903A0" w:rsidRPr="003F36DF" w:rsidRDefault="005903A0" w:rsidP="00DA335A">
      <w:pPr>
        <w:rPr>
          <w:rFonts w:asciiTheme="minorBidi" w:hAnsiTheme="minorBidi"/>
          <w:sz w:val="32"/>
          <w:szCs w:val="32"/>
        </w:rPr>
      </w:pPr>
      <w:r w:rsidRPr="003F36DF">
        <w:rPr>
          <w:rFonts w:asciiTheme="minorBidi" w:hAnsiTheme="minorBidi"/>
          <w:sz w:val="32"/>
          <w:szCs w:val="32"/>
        </w:rPr>
        <w:lastRenderedPageBreak/>
        <w:t xml:space="preserve">•  Feature </w:t>
      </w:r>
      <w:r w:rsidR="00D40227" w:rsidRPr="003F36DF">
        <w:rPr>
          <w:rFonts w:asciiTheme="minorBidi" w:hAnsiTheme="minorBidi"/>
          <w:sz w:val="32"/>
          <w:szCs w:val="32"/>
        </w:rPr>
        <w:t>priority</w:t>
      </w:r>
      <w:r w:rsidRPr="003F36DF">
        <w:rPr>
          <w:rFonts w:asciiTheme="minorBidi" w:hAnsiTheme="minorBidi"/>
          <w:sz w:val="32"/>
          <w:szCs w:val="32"/>
        </w:rPr>
        <w:t xml:space="preserve">: </w:t>
      </w:r>
      <w:proofErr w:type="spellStart"/>
      <w:r w:rsidRPr="003F36DF">
        <w:rPr>
          <w:rFonts w:asciiTheme="minorBidi" w:hAnsiTheme="minorBidi"/>
          <w:sz w:val="32"/>
          <w:szCs w:val="32"/>
        </w:rPr>
        <w:t>FailedLoginAttempts</w:t>
      </w:r>
      <w:proofErr w:type="spellEnd"/>
      <w:r w:rsidRPr="003F36DF">
        <w:rPr>
          <w:rFonts w:asciiTheme="minorBidi" w:hAnsiTheme="minorBidi"/>
          <w:sz w:val="32"/>
          <w:szCs w:val="32"/>
        </w:rPr>
        <w:t xml:space="preserve">, </w:t>
      </w:r>
      <w:proofErr w:type="spellStart"/>
      <w:r w:rsidRPr="003F36DF">
        <w:rPr>
          <w:rFonts w:asciiTheme="minorBidi" w:hAnsiTheme="minorBidi"/>
          <w:sz w:val="32"/>
          <w:szCs w:val="32"/>
        </w:rPr>
        <w:t>RiskScore</w:t>
      </w:r>
      <w:proofErr w:type="spellEnd"/>
      <w:r w:rsidRPr="003F36DF">
        <w:rPr>
          <w:rFonts w:asciiTheme="minorBidi" w:hAnsiTheme="minorBidi"/>
          <w:sz w:val="32"/>
          <w:szCs w:val="32"/>
        </w:rPr>
        <w:t xml:space="preserve">, </w:t>
      </w:r>
      <w:proofErr w:type="spellStart"/>
      <w:r w:rsidRPr="003F36DF">
        <w:rPr>
          <w:rFonts w:asciiTheme="minorBidi" w:hAnsiTheme="minorBidi"/>
          <w:sz w:val="32"/>
          <w:szCs w:val="32"/>
        </w:rPr>
        <w:t>AfterHours</w:t>
      </w:r>
      <w:proofErr w:type="spellEnd"/>
      <w:r w:rsidRPr="003F36DF">
        <w:rPr>
          <w:rFonts w:asciiTheme="minorBidi" w:hAnsiTheme="minorBidi"/>
          <w:sz w:val="32"/>
          <w:szCs w:val="32"/>
        </w:rPr>
        <w:t>.</w:t>
      </w:r>
    </w:p>
    <w:p w14:paraId="4199ADFC" w14:textId="77777777" w:rsidR="00F12936" w:rsidRPr="00BB38EB" w:rsidRDefault="00F12936" w:rsidP="00DA335A">
      <w:pPr>
        <w:rPr>
          <w:rFonts w:asciiTheme="minorBidi" w:hAnsiTheme="minorBidi"/>
          <w:sz w:val="36"/>
          <w:szCs w:val="36"/>
        </w:rPr>
      </w:pPr>
    </w:p>
    <w:p w14:paraId="79D20572" w14:textId="3FB484EC" w:rsidR="005903A0" w:rsidRPr="00BB38EB" w:rsidRDefault="005903A0" w:rsidP="00DA335A">
      <w:pPr>
        <w:rPr>
          <w:rFonts w:asciiTheme="minorBidi" w:hAnsiTheme="minorBidi"/>
          <w:b/>
          <w:bCs/>
          <w:sz w:val="36"/>
          <w:szCs w:val="36"/>
          <w:rtl/>
        </w:rPr>
      </w:pPr>
      <w:r w:rsidRPr="00BB38EB">
        <w:rPr>
          <w:rFonts w:asciiTheme="minorBidi" w:hAnsiTheme="minorBidi"/>
          <w:b/>
          <w:bCs/>
          <w:sz w:val="36"/>
          <w:szCs w:val="36"/>
        </w:rPr>
        <w:t>4.3 Security Actions Analysis:</w:t>
      </w:r>
    </w:p>
    <w:p w14:paraId="0927E499"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Triggers:</w:t>
      </w:r>
    </w:p>
    <w:p w14:paraId="7FE019E1"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75 → LOCK_ACCOUNT</w:t>
      </w:r>
    </w:p>
    <w:p w14:paraId="677A70CD"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50–75 → FORCE_MFA</w:t>
      </w:r>
    </w:p>
    <w:p w14:paraId="5F464EAC"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  &lt;50 → ALLOW</w:t>
      </w:r>
    </w:p>
    <w:p w14:paraId="27451366" w14:textId="77777777" w:rsidR="005903A0" w:rsidRPr="003F36DF" w:rsidRDefault="005903A0" w:rsidP="00DA335A">
      <w:pPr>
        <w:rPr>
          <w:rFonts w:asciiTheme="minorBidi" w:hAnsiTheme="minorBidi"/>
          <w:sz w:val="32"/>
          <w:szCs w:val="32"/>
        </w:rPr>
      </w:pPr>
      <w:r w:rsidRPr="003F36DF">
        <w:rPr>
          <w:rFonts w:asciiTheme="minorBidi" w:hAnsiTheme="minorBidi"/>
          <w:sz w:val="32"/>
          <w:szCs w:val="32"/>
        </w:rPr>
        <w:t>Sample test outputs confirmed context-aware, precise decisions.</w:t>
      </w:r>
    </w:p>
    <w:p w14:paraId="0A0E001C" w14:textId="77777777" w:rsidR="00F12936" w:rsidRPr="00BB38EB" w:rsidRDefault="00F12936" w:rsidP="00DA335A">
      <w:pPr>
        <w:rPr>
          <w:rFonts w:asciiTheme="minorBidi" w:hAnsiTheme="minorBidi"/>
          <w:sz w:val="32"/>
          <w:szCs w:val="32"/>
        </w:rPr>
      </w:pPr>
    </w:p>
    <w:p w14:paraId="2005EDA6" w14:textId="78C1E189" w:rsidR="005903A0" w:rsidRPr="00BB38EB" w:rsidRDefault="005903A0" w:rsidP="00DA335A">
      <w:pPr>
        <w:rPr>
          <w:rFonts w:asciiTheme="minorBidi" w:hAnsiTheme="minorBidi"/>
          <w:b/>
          <w:bCs/>
          <w:sz w:val="36"/>
          <w:szCs w:val="36"/>
        </w:rPr>
      </w:pPr>
      <w:r w:rsidRPr="00BB38EB">
        <w:rPr>
          <w:rFonts w:asciiTheme="minorBidi" w:hAnsiTheme="minorBidi"/>
          <w:b/>
          <w:bCs/>
          <w:sz w:val="36"/>
          <w:szCs w:val="36"/>
        </w:rPr>
        <w:t>4.4 Impact of Risk Scoring (Core Contribution)</w:t>
      </w:r>
      <w:r w:rsidR="00C85043" w:rsidRPr="00BB38EB">
        <w:rPr>
          <w:rFonts w:asciiTheme="minorBidi" w:hAnsiTheme="minorBidi"/>
          <w:b/>
          <w:bCs/>
          <w:sz w:val="36"/>
          <w:szCs w:val="36"/>
        </w:rPr>
        <w:t>:</w:t>
      </w:r>
    </w:p>
    <w:p w14:paraId="40CF797C" w14:textId="201DDE8E" w:rsidR="00C85043" w:rsidRPr="003F36DF" w:rsidRDefault="00C85043" w:rsidP="00DA335A">
      <w:pPr>
        <w:rPr>
          <w:rFonts w:asciiTheme="minorBidi" w:hAnsiTheme="minorBidi"/>
          <w:sz w:val="32"/>
          <w:szCs w:val="32"/>
        </w:rPr>
      </w:pPr>
      <w:r w:rsidRPr="003F36DF">
        <w:rPr>
          <w:rFonts w:asciiTheme="minorBidi" w:hAnsiTheme="minorBidi"/>
          <w:sz w:val="32"/>
          <w:szCs w:val="32"/>
        </w:rPr>
        <w:t xml:space="preserve">Integration </w:t>
      </w:r>
      <w:r w:rsidR="00D40227" w:rsidRPr="003F36DF">
        <w:rPr>
          <w:rFonts w:asciiTheme="minorBidi" w:hAnsiTheme="minorBidi"/>
          <w:sz w:val="32"/>
          <w:szCs w:val="32"/>
        </w:rPr>
        <w:t>resulted</w:t>
      </w:r>
      <w:r w:rsidRPr="003F36DF">
        <w:rPr>
          <w:rFonts w:asciiTheme="minorBidi" w:hAnsiTheme="minorBidi"/>
          <w:sz w:val="32"/>
          <w:szCs w:val="32"/>
        </w:rPr>
        <w:t xml:space="preserve"> </w:t>
      </w:r>
      <w:r w:rsidR="00540144" w:rsidRPr="003F36DF">
        <w:rPr>
          <w:rFonts w:asciiTheme="minorBidi" w:hAnsiTheme="minorBidi"/>
          <w:sz w:val="32"/>
          <w:szCs w:val="32"/>
        </w:rPr>
        <w:t>40</w:t>
      </w:r>
      <w:r w:rsidRPr="003F36DF">
        <w:rPr>
          <w:rFonts w:asciiTheme="minorBidi" w:hAnsiTheme="minorBidi"/>
          <w:sz w:val="32"/>
          <w:szCs w:val="32"/>
        </w:rPr>
        <w:t>–</w:t>
      </w:r>
      <w:r w:rsidR="00540144" w:rsidRPr="003F36DF">
        <w:rPr>
          <w:rFonts w:asciiTheme="minorBidi" w:hAnsiTheme="minorBidi"/>
          <w:sz w:val="32"/>
          <w:szCs w:val="32"/>
        </w:rPr>
        <w:t>50</w:t>
      </w:r>
      <w:r w:rsidRPr="003F36DF">
        <w:rPr>
          <w:rFonts w:asciiTheme="minorBidi" w:hAnsiTheme="minorBidi"/>
          <w:sz w:val="32"/>
          <w:szCs w:val="32"/>
        </w:rPr>
        <w:t xml:space="preserve">% </w:t>
      </w:r>
      <w:r w:rsidR="00D40227" w:rsidRPr="003F36DF">
        <w:rPr>
          <w:rFonts w:asciiTheme="minorBidi" w:hAnsiTheme="minorBidi"/>
          <w:sz w:val="32"/>
          <w:szCs w:val="32"/>
        </w:rPr>
        <w:t>limit</w:t>
      </w:r>
      <w:r w:rsidRPr="003F36DF">
        <w:rPr>
          <w:rFonts w:asciiTheme="minorBidi" w:hAnsiTheme="minorBidi"/>
          <w:sz w:val="32"/>
          <w:szCs w:val="32"/>
        </w:rPr>
        <w:t xml:space="preserve"> in false alarms </w:t>
      </w:r>
      <w:r w:rsidR="00D40227" w:rsidRPr="003F36DF">
        <w:rPr>
          <w:rFonts w:asciiTheme="minorBidi" w:hAnsiTheme="minorBidi"/>
          <w:sz w:val="32"/>
          <w:szCs w:val="32"/>
        </w:rPr>
        <w:t>vs</w:t>
      </w:r>
      <w:r w:rsidRPr="003F36DF">
        <w:rPr>
          <w:rFonts w:asciiTheme="minorBidi" w:hAnsiTheme="minorBidi"/>
          <w:sz w:val="32"/>
          <w:szCs w:val="32"/>
        </w:rPr>
        <w:t xml:space="preserve"> static rules, with </w:t>
      </w:r>
      <w:r w:rsidR="00D40227" w:rsidRPr="003F36DF">
        <w:rPr>
          <w:rFonts w:asciiTheme="minorBidi" w:hAnsiTheme="minorBidi"/>
          <w:sz w:val="32"/>
          <w:szCs w:val="32"/>
        </w:rPr>
        <w:t xml:space="preserve">immediate </w:t>
      </w:r>
      <w:r w:rsidRPr="003F36DF">
        <w:rPr>
          <w:rFonts w:asciiTheme="minorBidi" w:hAnsiTheme="minorBidi"/>
          <w:sz w:val="32"/>
          <w:szCs w:val="32"/>
        </w:rPr>
        <w:t xml:space="preserve">high-risk </w:t>
      </w:r>
      <w:r w:rsidR="00D40227" w:rsidRPr="003F36DF">
        <w:rPr>
          <w:rFonts w:asciiTheme="minorBidi" w:hAnsiTheme="minorBidi"/>
          <w:sz w:val="32"/>
          <w:szCs w:val="32"/>
        </w:rPr>
        <w:t>identifying</w:t>
      </w:r>
      <w:r w:rsidR="002C154F" w:rsidRPr="003F36DF">
        <w:rPr>
          <w:rFonts w:asciiTheme="minorBidi" w:hAnsiTheme="minorBidi"/>
          <w:sz w:val="32"/>
          <w:szCs w:val="32"/>
        </w:rPr>
        <w:t>.</w:t>
      </w:r>
    </w:p>
    <w:p w14:paraId="7878B858" w14:textId="328C3B51" w:rsidR="007159FB" w:rsidRPr="00BB38EB" w:rsidRDefault="007159FB" w:rsidP="00DA335A">
      <w:pPr>
        <w:rPr>
          <w:rFonts w:asciiTheme="minorBidi" w:hAnsiTheme="minorBidi"/>
          <w:b/>
          <w:bCs/>
          <w:sz w:val="36"/>
          <w:szCs w:val="36"/>
        </w:rPr>
      </w:pPr>
    </w:p>
    <w:p w14:paraId="6473A91B" w14:textId="459BAEC7" w:rsidR="005903A0" w:rsidRPr="00BB38EB" w:rsidRDefault="005903A0" w:rsidP="00DA335A">
      <w:pPr>
        <w:rPr>
          <w:rFonts w:asciiTheme="minorBidi" w:hAnsiTheme="minorBidi"/>
          <w:b/>
          <w:bCs/>
          <w:sz w:val="36"/>
          <w:szCs w:val="36"/>
        </w:rPr>
      </w:pPr>
      <w:r w:rsidRPr="00BB38EB">
        <w:rPr>
          <w:rFonts w:asciiTheme="minorBidi" w:hAnsiTheme="minorBidi"/>
          <w:b/>
          <w:bCs/>
          <w:sz w:val="36"/>
          <w:szCs w:val="36"/>
        </w:rPr>
        <w:t>4.5 Discussion:</w:t>
      </w:r>
    </w:p>
    <w:p w14:paraId="48D707D8" w14:textId="6C554A5D" w:rsidR="00142041" w:rsidRPr="003F36DF" w:rsidRDefault="00142041" w:rsidP="00DA335A">
      <w:pPr>
        <w:rPr>
          <w:rFonts w:asciiTheme="minorBidi" w:hAnsiTheme="minorBidi"/>
          <w:sz w:val="32"/>
          <w:szCs w:val="32"/>
        </w:rPr>
      </w:pPr>
      <w:r w:rsidRPr="003F36DF">
        <w:rPr>
          <w:rFonts w:asciiTheme="minorBidi" w:hAnsiTheme="minorBidi"/>
          <w:sz w:val="32"/>
          <w:szCs w:val="32"/>
        </w:rPr>
        <w:t xml:space="preserve">The </w:t>
      </w:r>
      <w:r w:rsidR="00430901" w:rsidRPr="003F36DF">
        <w:rPr>
          <w:rFonts w:asciiTheme="minorBidi" w:hAnsiTheme="minorBidi"/>
          <w:sz w:val="32"/>
          <w:szCs w:val="32"/>
        </w:rPr>
        <w:t xml:space="preserve">conclusions </w:t>
      </w:r>
      <w:r w:rsidRPr="003F36DF">
        <w:rPr>
          <w:rFonts w:asciiTheme="minorBidi" w:hAnsiTheme="minorBidi"/>
          <w:sz w:val="32"/>
          <w:szCs w:val="32"/>
        </w:rPr>
        <w:t xml:space="preserve">of this study align with </w:t>
      </w:r>
      <w:r w:rsidR="00430901" w:rsidRPr="003F36DF">
        <w:rPr>
          <w:rFonts w:asciiTheme="minorBidi" w:hAnsiTheme="minorBidi"/>
          <w:sz w:val="32"/>
          <w:szCs w:val="32"/>
        </w:rPr>
        <w:t>last</w:t>
      </w:r>
      <w:r w:rsidRPr="003F36DF">
        <w:rPr>
          <w:rFonts w:asciiTheme="minorBidi" w:hAnsiTheme="minorBidi"/>
          <w:sz w:val="32"/>
          <w:szCs w:val="32"/>
        </w:rPr>
        <w:t xml:space="preserve"> research (Muhammad, 2021; </w:t>
      </w:r>
      <w:proofErr w:type="spellStart"/>
      <w:r w:rsidRPr="003F36DF">
        <w:rPr>
          <w:rFonts w:asciiTheme="minorBidi" w:hAnsiTheme="minorBidi"/>
          <w:sz w:val="32"/>
          <w:szCs w:val="32"/>
        </w:rPr>
        <w:t>Adenola</w:t>
      </w:r>
      <w:proofErr w:type="spellEnd"/>
      <w:r w:rsidRPr="003F36DF">
        <w:rPr>
          <w:rFonts w:asciiTheme="minorBidi" w:hAnsiTheme="minorBidi"/>
          <w:sz w:val="32"/>
          <w:szCs w:val="32"/>
        </w:rPr>
        <w:t xml:space="preserve">, 2023; </w:t>
      </w:r>
      <w:proofErr w:type="gramStart"/>
      <w:r w:rsidRPr="003F36DF">
        <w:rPr>
          <w:rFonts w:asciiTheme="minorBidi" w:hAnsiTheme="minorBidi"/>
          <w:sz w:val="32"/>
          <w:szCs w:val="32"/>
        </w:rPr>
        <w:t>Sarker ,</w:t>
      </w:r>
      <w:proofErr w:type="gramEnd"/>
      <w:r w:rsidRPr="003F36DF">
        <w:rPr>
          <w:rFonts w:asciiTheme="minorBidi" w:hAnsiTheme="minorBidi"/>
          <w:sz w:val="32"/>
          <w:szCs w:val="32"/>
        </w:rPr>
        <w:t xml:space="preserve"> 2024) that </w:t>
      </w:r>
      <w:r w:rsidR="00430901" w:rsidRPr="003F36DF">
        <w:rPr>
          <w:rFonts w:asciiTheme="minorBidi" w:hAnsiTheme="minorBidi"/>
          <w:sz w:val="32"/>
          <w:szCs w:val="32"/>
        </w:rPr>
        <w:t xml:space="preserve">focuses </w:t>
      </w:r>
      <w:r w:rsidRPr="003F36DF">
        <w:rPr>
          <w:rFonts w:asciiTheme="minorBidi" w:hAnsiTheme="minorBidi"/>
          <w:sz w:val="32"/>
          <w:szCs w:val="32"/>
        </w:rPr>
        <w:t xml:space="preserve">the </w:t>
      </w:r>
      <w:r w:rsidR="00430901" w:rsidRPr="003F36DF">
        <w:rPr>
          <w:rFonts w:asciiTheme="minorBidi" w:hAnsiTheme="minorBidi"/>
          <w:sz w:val="32"/>
          <w:szCs w:val="32"/>
        </w:rPr>
        <w:t xml:space="preserve">innovative </w:t>
      </w:r>
      <w:r w:rsidRPr="003F36DF">
        <w:rPr>
          <w:rFonts w:asciiTheme="minorBidi" w:hAnsiTheme="minorBidi"/>
          <w:sz w:val="32"/>
          <w:szCs w:val="32"/>
        </w:rPr>
        <w:t xml:space="preserve">potential of AI in IAM. The </w:t>
      </w:r>
      <w:r w:rsidR="00430901" w:rsidRPr="003F36DF">
        <w:rPr>
          <w:rFonts w:asciiTheme="minorBidi" w:hAnsiTheme="minorBidi"/>
          <w:sz w:val="32"/>
          <w:szCs w:val="32"/>
        </w:rPr>
        <w:t xml:space="preserve">suggested </w:t>
      </w:r>
      <w:r w:rsidRPr="003F36DF">
        <w:rPr>
          <w:rFonts w:asciiTheme="minorBidi" w:hAnsiTheme="minorBidi"/>
          <w:sz w:val="32"/>
          <w:szCs w:val="32"/>
        </w:rPr>
        <w:t xml:space="preserve">framework </w:t>
      </w:r>
      <w:r w:rsidR="00430901" w:rsidRPr="003F36DF">
        <w:rPr>
          <w:rFonts w:asciiTheme="minorBidi" w:hAnsiTheme="minorBidi"/>
          <w:sz w:val="32"/>
          <w:szCs w:val="32"/>
        </w:rPr>
        <w:t xml:space="preserve">focuses on </w:t>
      </w:r>
      <w:r w:rsidRPr="003F36DF">
        <w:rPr>
          <w:rFonts w:asciiTheme="minorBidi" w:hAnsiTheme="minorBidi"/>
          <w:sz w:val="32"/>
          <w:szCs w:val="32"/>
        </w:rPr>
        <w:t xml:space="preserve">key limitations identified in existing </w:t>
      </w:r>
      <w:r w:rsidR="00430901" w:rsidRPr="003F36DF">
        <w:rPr>
          <w:rFonts w:asciiTheme="minorBidi" w:hAnsiTheme="minorBidi"/>
          <w:sz w:val="32"/>
          <w:szCs w:val="32"/>
        </w:rPr>
        <w:t>studies</w:t>
      </w:r>
      <w:r w:rsidRPr="003F36DF">
        <w:rPr>
          <w:rFonts w:asciiTheme="minorBidi" w:hAnsiTheme="minorBidi"/>
          <w:sz w:val="32"/>
          <w:szCs w:val="32"/>
        </w:rPr>
        <w:t xml:space="preserve">, including: </w:t>
      </w:r>
      <w:r w:rsidR="00430901" w:rsidRPr="003F36DF">
        <w:rPr>
          <w:rFonts w:asciiTheme="minorBidi" w:hAnsiTheme="minorBidi"/>
          <w:sz w:val="32"/>
          <w:szCs w:val="32"/>
        </w:rPr>
        <w:t xml:space="preserve">practical </w:t>
      </w:r>
      <w:r w:rsidRPr="003F36DF">
        <w:rPr>
          <w:rFonts w:asciiTheme="minorBidi" w:hAnsiTheme="minorBidi"/>
          <w:sz w:val="32"/>
          <w:szCs w:val="32"/>
        </w:rPr>
        <w:t xml:space="preserve">Validation: This study provides empirical validation of AI-driven IAM solutions. Privacy </w:t>
      </w:r>
      <w:r w:rsidR="00430901" w:rsidRPr="003F36DF">
        <w:rPr>
          <w:rFonts w:asciiTheme="minorBidi" w:hAnsiTheme="minorBidi"/>
          <w:sz w:val="32"/>
          <w:szCs w:val="32"/>
        </w:rPr>
        <w:t>issues</w:t>
      </w:r>
      <w:r w:rsidRPr="003F36DF">
        <w:rPr>
          <w:rFonts w:asciiTheme="minorBidi" w:hAnsiTheme="minorBidi"/>
          <w:sz w:val="32"/>
          <w:szCs w:val="32"/>
        </w:rPr>
        <w:t xml:space="preserve">: The use of </w:t>
      </w:r>
      <w:r w:rsidR="00430901" w:rsidRPr="003F36DF">
        <w:rPr>
          <w:rFonts w:asciiTheme="minorBidi" w:hAnsiTheme="minorBidi"/>
          <w:sz w:val="32"/>
          <w:szCs w:val="32"/>
        </w:rPr>
        <w:t xml:space="preserve">limited </w:t>
      </w:r>
      <w:r w:rsidRPr="003F36DF">
        <w:rPr>
          <w:rFonts w:asciiTheme="minorBidi" w:hAnsiTheme="minorBidi"/>
          <w:sz w:val="32"/>
          <w:szCs w:val="32"/>
        </w:rPr>
        <w:t xml:space="preserve">features and </w:t>
      </w:r>
      <w:r w:rsidR="00430901" w:rsidRPr="003F36DF">
        <w:rPr>
          <w:rFonts w:asciiTheme="minorBidi" w:hAnsiTheme="minorBidi"/>
          <w:sz w:val="32"/>
          <w:szCs w:val="32"/>
        </w:rPr>
        <w:t xml:space="preserve">capability </w:t>
      </w:r>
      <w:r w:rsidRPr="003F36DF">
        <w:rPr>
          <w:rFonts w:asciiTheme="minorBidi" w:hAnsiTheme="minorBidi"/>
          <w:sz w:val="32"/>
          <w:szCs w:val="32"/>
        </w:rPr>
        <w:t xml:space="preserve">AI integration </w:t>
      </w:r>
      <w:r w:rsidR="00430901" w:rsidRPr="003F36DF">
        <w:rPr>
          <w:rFonts w:asciiTheme="minorBidi" w:hAnsiTheme="minorBidi"/>
          <w:sz w:val="32"/>
          <w:szCs w:val="32"/>
        </w:rPr>
        <w:t xml:space="preserve">focuses on </w:t>
      </w:r>
      <w:r w:rsidRPr="003F36DF">
        <w:rPr>
          <w:rFonts w:asciiTheme="minorBidi" w:hAnsiTheme="minorBidi"/>
          <w:sz w:val="32"/>
          <w:szCs w:val="32"/>
        </w:rPr>
        <w:t xml:space="preserve">privacy and </w:t>
      </w:r>
      <w:r w:rsidR="003A0BF8" w:rsidRPr="003F36DF">
        <w:rPr>
          <w:rFonts w:asciiTheme="minorBidi" w:hAnsiTheme="minorBidi"/>
          <w:sz w:val="32"/>
          <w:szCs w:val="32"/>
        </w:rPr>
        <w:t>c</w:t>
      </w:r>
      <w:r w:rsidR="00430901" w:rsidRPr="003F36DF">
        <w:rPr>
          <w:rFonts w:asciiTheme="minorBidi" w:hAnsiTheme="minorBidi"/>
          <w:sz w:val="32"/>
          <w:szCs w:val="32"/>
        </w:rPr>
        <w:t xml:space="preserve">larity </w:t>
      </w:r>
      <w:r w:rsidRPr="003F36DF">
        <w:rPr>
          <w:rFonts w:asciiTheme="minorBidi" w:hAnsiTheme="minorBidi"/>
          <w:sz w:val="32"/>
          <w:szCs w:val="32"/>
        </w:rPr>
        <w:t>concerns (</w:t>
      </w:r>
      <w:proofErr w:type="spellStart"/>
      <w:r w:rsidRPr="003F36DF">
        <w:rPr>
          <w:rFonts w:asciiTheme="minorBidi" w:hAnsiTheme="minorBidi"/>
          <w:sz w:val="32"/>
          <w:szCs w:val="32"/>
        </w:rPr>
        <w:t>Souaddah</w:t>
      </w:r>
      <w:proofErr w:type="spellEnd"/>
      <w:r w:rsidRPr="003F36DF">
        <w:rPr>
          <w:rFonts w:asciiTheme="minorBidi" w:hAnsiTheme="minorBidi"/>
          <w:sz w:val="32"/>
          <w:szCs w:val="32"/>
        </w:rPr>
        <w:t xml:space="preserve"> &amp; </w:t>
      </w:r>
      <w:proofErr w:type="spellStart"/>
      <w:r w:rsidRPr="003F36DF">
        <w:rPr>
          <w:rFonts w:asciiTheme="minorBidi" w:hAnsiTheme="minorBidi"/>
          <w:sz w:val="32"/>
          <w:szCs w:val="32"/>
        </w:rPr>
        <w:t>Mezrioui</w:t>
      </w:r>
      <w:proofErr w:type="spellEnd"/>
      <w:r w:rsidRPr="003F36DF">
        <w:rPr>
          <w:rFonts w:asciiTheme="minorBidi" w:hAnsiTheme="minorBidi"/>
          <w:sz w:val="32"/>
          <w:szCs w:val="32"/>
        </w:rPr>
        <w:t>, 2024</w:t>
      </w:r>
      <w:proofErr w:type="gramStart"/>
      <w:r w:rsidRPr="003F36DF">
        <w:rPr>
          <w:rFonts w:asciiTheme="minorBidi" w:hAnsiTheme="minorBidi"/>
          <w:sz w:val="32"/>
          <w:szCs w:val="32"/>
        </w:rPr>
        <w:t>).Legacy</w:t>
      </w:r>
      <w:proofErr w:type="gramEnd"/>
      <w:r w:rsidRPr="003F36DF">
        <w:rPr>
          <w:rFonts w:asciiTheme="minorBidi" w:hAnsiTheme="minorBidi"/>
          <w:sz w:val="32"/>
          <w:szCs w:val="32"/>
        </w:rPr>
        <w:t xml:space="preserve"> System </w:t>
      </w:r>
      <w:r w:rsidRPr="003F36DF">
        <w:rPr>
          <w:rFonts w:asciiTheme="minorBidi" w:hAnsiTheme="minorBidi"/>
          <w:sz w:val="32"/>
          <w:szCs w:val="32"/>
        </w:rPr>
        <w:lastRenderedPageBreak/>
        <w:t xml:space="preserve">Integration: The framework is </w:t>
      </w:r>
      <w:r w:rsidR="003A0BF8" w:rsidRPr="003F36DF">
        <w:rPr>
          <w:rFonts w:asciiTheme="minorBidi" w:hAnsiTheme="minorBidi"/>
          <w:sz w:val="32"/>
          <w:szCs w:val="32"/>
        </w:rPr>
        <w:t xml:space="preserve">created </w:t>
      </w:r>
      <w:r w:rsidRPr="003F36DF">
        <w:rPr>
          <w:rFonts w:asciiTheme="minorBidi" w:hAnsiTheme="minorBidi"/>
          <w:sz w:val="32"/>
          <w:szCs w:val="32"/>
        </w:rPr>
        <w:t xml:space="preserve">to be </w:t>
      </w:r>
      <w:r w:rsidR="003A0BF8" w:rsidRPr="003F36DF">
        <w:rPr>
          <w:rFonts w:asciiTheme="minorBidi" w:hAnsiTheme="minorBidi"/>
          <w:sz w:val="32"/>
          <w:szCs w:val="32"/>
        </w:rPr>
        <w:t xml:space="preserve">flexible </w:t>
      </w:r>
      <w:r w:rsidRPr="003F36DF">
        <w:rPr>
          <w:rFonts w:asciiTheme="minorBidi" w:hAnsiTheme="minorBidi"/>
          <w:sz w:val="32"/>
          <w:szCs w:val="32"/>
        </w:rPr>
        <w:t>to legacy systems (</w:t>
      </w:r>
      <w:proofErr w:type="spellStart"/>
      <w:r w:rsidRPr="003F36DF">
        <w:rPr>
          <w:rFonts w:asciiTheme="minorBidi" w:hAnsiTheme="minorBidi"/>
          <w:sz w:val="32"/>
          <w:szCs w:val="32"/>
        </w:rPr>
        <w:t>Mandru</w:t>
      </w:r>
      <w:proofErr w:type="spellEnd"/>
      <w:r w:rsidRPr="003F36DF">
        <w:rPr>
          <w:rFonts w:asciiTheme="minorBidi" w:hAnsiTheme="minorBidi"/>
          <w:sz w:val="32"/>
          <w:szCs w:val="32"/>
        </w:rPr>
        <w:t>, 2022).</w:t>
      </w:r>
    </w:p>
    <w:p w14:paraId="41D486AD" w14:textId="1F12CA7F" w:rsidR="00142041" w:rsidRPr="003F36DF" w:rsidRDefault="00142041" w:rsidP="00DA335A">
      <w:pPr>
        <w:rPr>
          <w:rFonts w:asciiTheme="minorBidi" w:hAnsiTheme="minorBidi"/>
          <w:sz w:val="32"/>
          <w:szCs w:val="32"/>
        </w:rPr>
      </w:pPr>
      <w:r w:rsidRPr="003F36DF">
        <w:rPr>
          <w:rFonts w:asciiTheme="minorBidi" w:hAnsiTheme="minorBidi"/>
          <w:sz w:val="32"/>
          <w:szCs w:val="32"/>
        </w:rPr>
        <w:t xml:space="preserve">The integration of Risk Scoring with verification enhances security in IoT environments, </w:t>
      </w:r>
      <w:r w:rsidR="003A0BF8" w:rsidRPr="003F36DF">
        <w:rPr>
          <w:rFonts w:asciiTheme="minorBidi" w:hAnsiTheme="minorBidi"/>
          <w:sz w:val="32"/>
          <w:szCs w:val="32"/>
        </w:rPr>
        <w:t xml:space="preserve">focusing on </w:t>
      </w:r>
      <w:r w:rsidRPr="003F36DF">
        <w:rPr>
          <w:rFonts w:asciiTheme="minorBidi" w:hAnsiTheme="minorBidi"/>
          <w:sz w:val="32"/>
          <w:szCs w:val="32"/>
        </w:rPr>
        <w:t xml:space="preserve">threats such as unauthorized access (Shu </w:t>
      </w:r>
      <w:proofErr w:type="gramStart"/>
      <w:r w:rsidRPr="003F36DF">
        <w:rPr>
          <w:rFonts w:asciiTheme="minorBidi" w:hAnsiTheme="minorBidi"/>
          <w:sz w:val="32"/>
          <w:szCs w:val="32"/>
        </w:rPr>
        <w:t>et ,</w:t>
      </w:r>
      <w:proofErr w:type="gramEnd"/>
      <w:r w:rsidRPr="003F36DF">
        <w:rPr>
          <w:rFonts w:asciiTheme="minorBidi" w:hAnsiTheme="minorBidi"/>
          <w:sz w:val="32"/>
          <w:szCs w:val="32"/>
        </w:rPr>
        <w:t xml:space="preserve"> 2020).</w:t>
      </w:r>
    </w:p>
    <w:p w14:paraId="0749727E" w14:textId="2EEF3597" w:rsidR="00142041" w:rsidRPr="003F36DF" w:rsidRDefault="00142041" w:rsidP="00DA335A">
      <w:pPr>
        <w:rPr>
          <w:rFonts w:asciiTheme="minorBidi" w:hAnsiTheme="minorBidi"/>
          <w:sz w:val="32"/>
          <w:szCs w:val="32"/>
        </w:rPr>
      </w:pPr>
      <w:r w:rsidRPr="003F36DF">
        <w:rPr>
          <w:rFonts w:asciiTheme="minorBidi" w:hAnsiTheme="minorBidi"/>
          <w:sz w:val="32"/>
          <w:szCs w:val="32"/>
        </w:rPr>
        <w:t xml:space="preserve">The </w:t>
      </w:r>
      <w:r w:rsidR="003A0BF8" w:rsidRPr="003F36DF">
        <w:rPr>
          <w:rFonts w:asciiTheme="minorBidi" w:hAnsiTheme="minorBidi"/>
          <w:sz w:val="32"/>
          <w:szCs w:val="32"/>
        </w:rPr>
        <w:t xml:space="preserve">measures prompted </w:t>
      </w:r>
      <w:r w:rsidRPr="003F36DF">
        <w:rPr>
          <w:rFonts w:asciiTheme="minorBidi" w:hAnsiTheme="minorBidi"/>
          <w:sz w:val="32"/>
          <w:szCs w:val="32"/>
        </w:rPr>
        <w:t xml:space="preserve">by Risk Scoring (LOCK_ACCOUNT, FORCE_MFA, ALERT_SOC, ALLOW_ACCESS) </w:t>
      </w:r>
      <w:r w:rsidR="003A0BF8" w:rsidRPr="003F36DF">
        <w:rPr>
          <w:rFonts w:asciiTheme="minorBidi" w:hAnsiTheme="minorBidi"/>
          <w:sz w:val="32"/>
          <w:szCs w:val="32"/>
        </w:rPr>
        <w:t xml:space="preserve">shows </w:t>
      </w:r>
      <w:r w:rsidRPr="003F36DF">
        <w:rPr>
          <w:rFonts w:asciiTheme="minorBidi" w:hAnsiTheme="minorBidi"/>
          <w:sz w:val="32"/>
          <w:szCs w:val="32"/>
        </w:rPr>
        <w:t xml:space="preserve">a </w:t>
      </w:r>
      <w:r w:rsidR="003A0BF8" w:rsidRPr="003F36DF">
        <w:rPr>
          <w:rFonts w:asciiTheme="minorBidi" w:hAnsiTheme="minorBidi"/>
          <w:sz w:val="32"/>
          <w:szCs w:val="32"/>
        </w:rPr>
        <w:t xml:space="preserve">preemptive </w:t>
      </w:r>
      <w:r w:rsidRPr="003F36DF">
        <w:rPr>
          <w:rFonts w:asciiTheme="minorBidi" w:hAnsiTheme="minorBidi"/>
          <w:sz w:val="32"/>
          <w:szCs w:val="32"/>
        </w:rPr>
        <w:t>approach to cybersecurity.</w:t>
      </w:r>
    </w:p>
    <w:p w14:paraId="534D2A3E" w14:textId="77777777" w:rsidR="00E040A6" w:rsidRPr="00BB38EB" w:rsidRDefault="00E040A6" w:rsidP="00DA335A">
      <w:pPr>
        <w:rPr>
          <w:rFonts w:asciiTheme="minorBidi" w:hAnsiTheme="minorBidi"/>
          <w:sz w:val="32"/>
          <w:szCs w:val="32"/>
        </w:rPr>
      </w:pPr>
    </w:p>
    <w:p w14:paraId="725D80B6" w14:textId="77777777" w:rsidR="00E040A6" w:rsidRPr="00BB38EB" w:rsidRDefault="00E040A6" w:rsidP="00DA335A">
      <w:pPr>
        <w:rPr>
          <w:rFonts w:asciiTheme="minorBidi" w:hAnsiTheme="minorBidi"/>
          <w:sz w:val="32"/>
          <w:szCs w:val="32"/>
        </w:rPr>
      </w:pPr>
    </w:p>
    <w:p w14:paraId="448C9A9B" w14:textId="77777777" w:rsidR="00E040A6" w:rsidRPr="00BB38EB" w:rsidRDefault="00E040A6" w:rsidP="00DA335A">
      <w:pPr>
        <w:rPr>
          <w:rFonts w:asciiTheme="minorBidi" w:hAnsiTheme="minorBidi"/>
          <w:sz w:val="32"/>
          <w:szCs w:val="32"/>
        </w:rPr>
      </w:pPr>
    </w:p>
    <w:p w14:paraId="5A3F3A53" w14:textId="77777777" w:rsidR="00E040A6" w:rsidRPr="00BB38EB" w:rsidRDefault="00E040A6" w:rsidP="00DA335A">
      <w:pPr>
        <w:rPr>
          <w:rFonts w:asciiTheme="minorBidi" w:hAnsiTheme="minorBidi"/>
          <w:sz w:val="32"/>
          <w:szCs w:val="32"/>
        </w:rPr>
      </w:pPr>
    </w:p>
    <w:p w14:paraId="080D1EA4" w14:textId="77777777" w:rsidR="00E040A6" w:rsidRPr="00BB38EB" w:rsidRDefault="00E040A6" w:rsidP="00DA335A">
      <w:pPr>
        <w:rPr>
          <w:rFonts w:asciiTheme="minorBidi" w:hAnsiTheme="minorBidi"/>
          <w:sz w:val="32"/>
          <w:szCs w:val="32"/>
        </w:rPr>
      </w:pPr>
    </w:p>
    <w:p w14:paraId="64BE566F" w14:textId="77777777" w:rsidR="00E040A6" w:rsidRPr="00BB38EB" w:rsidRDefault="00E040A6" w:rsidP="00DA335A">
      <w:pPr>
        <w:rPr>
          <w:rFonts w:asciiTheme="minorBidi" w:hAnsiTheme="minorBidi"/>
          <w:sz w:val="32"/>
          <w:szCs w:val="32"/>
        </w:rPr>
      </w:pPr>
    </w:p>
    <w:p w14:paraId="237331A2" w14:textId="77777777" w:rsidR="00E040A6" w:rsidRPr="00BB38EB" w:rsidRDefault="00E040A6" w:rsidP="00DA335A">
      <w:pPr>
        <w:rPr>
          <w:rFonts w:asciiTheme="minorBidi" w:hAnsiTheme="minorBidi"/>
          <w:sz w:val="32"/>
          <w:szCs w:val="32"/>
        </w:rPr>
      </w:pPr>
    </w:p>
    <w:p w14:paraId="64AA2E88" w14:textId="77777777" w:rsidR="00E040A6" w:rsidRPr="00BB38EB" w:rsidRDefault="00E040A6" w:rsidP="00DA335A">
      <w:pPr>
        <w:rPr>
          <w:rFonts w:asciiTheme="minorBidi" w:hAnsiTheme="minorBidi"/>
          <w:sz w:val="32"/>
          <w:szCs w:val="32"/>
        </w:rPr>
      </w:pPr>
    </w:p>
    <w:p w14:paraId="48151C09" w14:textId="77777777" w:rsidR="003F36DF" w:rsidRDefault="003F36DF" w:rsidP="00DA335A">
      <w:pPr>
        <w:rPr>
          <w:rFonts w:asciiTheme="minorBidi" w:hAnsiTheme="minorBidi"/>
          <w:sz w:val="32"/>
          <w:szCs w:val="32"/>
        </w:rPr>
      </w:pPr>
    </w:p>
    <w:p w14:paraId="1D696294" w14:textId="77777777" w:rsidR="003F36DF" w:rsidRDefault="003F36DF" w:rsidP="00DA335A">
      <w:pPr>
        <w:rPr>
          <w:rFonts w:asciiTheme="minorBidi" w:hAnsiTheme="minorBidi"/>
          <w:sz w:val="32"/>
          <w:szCs w:val="32"/>
        </w:rPr>
      </w:pPr>
    </w:p>
    <w:p w14:paraId="29CF2DB6" w14:textId="77777777" w:rsidR="003F36DF" w:rsidRDefault="003F36DF" w:rsidP="00DA335A">
      <w:pPr>
        <w:rPr>
          <w:rFonts w:asciiTheme="minorBidi" w:hAnsiTheme="minorBidi"/>
          <w:sz w:val="32"/>
          <w:szCs w:val="32"/>
        </w:rPr>
      </w:pPr>
    </w:p>
    <w:p w14:paraId="456241C8" w14:textId="77777777" w:rsidR="003F36DF" w:rsidRDefault="003F36DF" w:rsidP="00DA335A">
      <w:pPr>
        <w:rPr>
          <w:rFonts w:asciiTheme="minorBidi" w:hAnsiTheme="minorBidi"/>
          <w:sz w:val="32"/>
          <w:szCs w:val="32"/>
        </w:rPr>
      </w:pPr>
    </w:p>
    <w:p w14:paraId="5ACACC7A" w14:textId="77777777" w:rsidR="003F36DF" w:rsidRDefault="003F36DF" w:rsidP="00DA335A">
      <w:pPr>
        <w:rPr>
          <w:rFonts w:asciiTheme="minorBidi" w:hAnsiTheme="minorBidi"/>
          <w:sz w:val="32"/>
          <w:szCs w:val="32"/>
        </w:rPr>
      </w:pPr>
    </w:p>
    <w:p w14:paraId="4B07F3C6" w14:textId="77777777" w:rsidR="003F36DF" w:rsidRDefault="003F36DF" w:rsidP="00DA335A">
      <w:pPr>
        <w:rPr>
          <w:rFonts w:asciiTheme="minorBidi" w:hAnsiTheme="minorBidi"/>
          <w:sz w:val="32"/>
          <w:szCs w:val="32"/>
        </w:rPr>
      </w:pPr>
    </w:p>
    <w:p w14:paraId="5C2DC830" w14:textId="77777777" w:rsidR="003F36DF" w:rsidRDefault="003F36DF" w:rsidP="00DA335A">
      <w:pPr>
        <w:rPr>
          <w:rFonts w:asciiTheme="minorBidi" w:hAnsiTheme="minorBidi"/>
          <w:sz w:val="32"/>
          <w:szCs w:val="32"/>
        </w:rPr>
      </w:pPr>
    </w:p>
    <w:p w14:paraId="05A8FB9F" w14:textId="0B1FC0A2" w:rsidR="00C85043" w:rsidRPr="00BB38EB" w:rsidRDefault="00C85043" w:rsidP="00DA335A">
      <w:pPr>
        <w:rPr>
          <w:rFonts w:asciiTheme="minorBidi" w:hAnsiTheme="minorBidi"/>
          <w:b/>
          <w:bCs/>
          <w:sz w:val="36"/>
          <w:szCs w:val="36"/>
        </w:rPr>
      </w:pPr>
      <w:r w:rsidRPr="00BB38EB">
        <w:rPr>
          <w:rFonts w:asciiTheme="minorBidi" w:hAnsiTheme="minorBidi"/>
          <w:b/>
          <w:bCs/>
          <w:sz w:val="36"/>
          <w:szCs w:val="36"/>
        </w:rPr>
        <w:t>Chapter 5: Conclusion and Future Work:</w:t>
      </w:r>
    </w:p>
    <w:p w14:paraId="6AEC2965" w14:textId="00FCFE28" w:rsidR="00C85043" w:rsidRPr="00BB38EB" w:rsidRDefault="00C85043" w:rsidP="00DA335A">
      <w:pPr>
        <w:rPr>
          <w:rFonts w:asciiTheme="minorBidi" w:hAnsiTheme="minorBidi"/>
          <w:sz w:val="36"/>
          <w:szCs w:val="36"/>
        </w:rPr>
      </w:pPr>
      <w:r w:rsidRPr="00BB38EB">
        <w:rPr>
          <w:rFonts w:asciiTheme="minorBidi" w:hAnsiTheme="minorBidi"/>
          <w:b/>
          <w:bCs/>
          <w:sz w:val="36"/>
          <w:szCs w:val="36"/>
        </w:rPr>
        <w:t>5.1 Conclusion</w:t>
      </w:r>
      <w:r w:rsidRPr="00BB38EB">
        <w:rPr>
          <w:rFonts w:asciiTheme="minorBidi" w:hAnsiTheme="minorBidi"/>
          <w:sz w:val="36"/>
          <w:szCs w:val="36"/>
        </w:rPr>
        <w:t>:</w:t>
      </w:r>
    </w:p>
    <w:p w14:paraId="3CD5189E" w14:textId="32294518" w:rsidR="00DC0845" w:rsidRPr="003F36DF" w:rsidRDefault="00DC0845" w:rsidP="00DA335A">
      <w:pPr>
        <w:rPr>
          <w:rFonts w:asciiTheme="minorBidi" w:hAnsiTheme="minorBidi"/>
          <w:sz w:val="32"/>
          <w:szCs w:val="32"/>
        </w:rPr>
      </w:pPr>
      <w:r w:rsidRPr="003F36DF">
        <w:rPr>
          <w:rFonts w:asciiTheme="minorBidi" w:hAnsiTheme="minorBidi"/>
          <w:sz w:val="32"/>
          <w:szCs w:val="32"/>
        </w:rPr>
        <w:t>Enhancement made by adding risk scoring, resulting in a 50% improvement based on accuracy and F1 score.</w:t>
      </w:r>
    </w:p>
    <w:p w14:paraId="15BEFE03" w14:textId="4F9454C6" w:rsidR="000D006D" w:rsidRPr="003F36DF" w:rsidRDefault="00C85043" w:rsidP="00DA335A">
      <w:pPr>
        <w:rPr>
          <w:rFonts w:asciiTheme="minorBidi" w:hAnsiTheme="minorBidi"/>
          <w:sz w:val="32"/>
          <w:szCs w:val="32"/>
        </w:rPr>
      </w:pPr>
      <w:r w:rsidRPr="003F36DF">
        <w:rPr>
          <w:rFonts w:asciiTheme="minorBidi" w:hAnsiTheme="minorBidi"/>
          <w:sz w:val="32"/>
          <w:szCs w:val="32"/>
        </w:rPr>
        <w:t xml:space="preserve">This research </w:t>
      </w:r>
      <w:r w:rsidR="003A0BF8" w:rsidRPr="003F36DF">
        <w:rPr>
          <w:rFonts w:asciiTheme="minorBidi" w:hAnsiTheme="minorBidi"/>
          <w:sz w:val="32"/>
          <w:szCs w:val="32"/>
        </w:rPr>
        <w:t xml:space="preserve">shows </w:t>
      </w:r>
      <w:r w:rsidRPr="003F36DF">
        <w:rPr>
          <w:rFonts w:asciiTheme="minorBidi" w:hAnsiTheme="minorBidi"/>
          <w:sz w:val="32"/>
          <w:szCs w:val="32"/>
        </w:rPr>
        <w:t xml:space="preserve">that AI </w:t>
      </w:r>
      <w:r w:rsidR="003A0BF8" w:rsidRPr="003F36DF">
        <w:rPr>
          <w:rFonts w:asciiTheme="minorBidi" w:hAnsiTheme="minorBidi"/>
          <w:sz w:val="32"/>
          <w:szCs w:val="32"/>
        </w:rPr>
        <w:t xml:space="preserve">substantially </w:t>
      </w:r>
      <w:r w:rsidRPr="003F36DF">
        <w:rPr>
          <w:rFonts w:asciiTheme="minorBidi" w:hAnsiTheme="minorBidi"/>
          <w:sz w:val="32"/>
          <w:szCs w:val="32"/>
        </w:rPr>
        <w:t xml:space="preserve">enhances IAM </w:t>
      </w:r>
      <w:r w:rsidR="003A0BF8" w:rsidRPr="003F36DF">
        <w:rPr>
          <w:rFonts w:asciiTheme="minorBidi" w:hAnsiTheme="minorBidi"/>
          <w:sz w:val="32"/>
          <w:szCs w:val="32"/>
        </w:rPr>
        <w:t>by</w:t>
      </w:r>
      <w:r w:rsidRPr="003F36DF">
        <w:rPr>
          <w:rFonts w:asciiTheme="minorBidi" w:hAnsiTheme="minorBidi"/>
          <w:sz w:val="32"/>
          <w:szCs w:val="32"/>
        </w:rPr>
        <w:t xml:space="preserve"> intelligent anomaly detection, dynamic risk scoring, and automated responses. The </w:t>
      </w:r>
      <w:r w:rsidR="003A0BF8" w:rsidRPr="003F36DF">
        <w:rPr>
          <w:rFonts w:asciiTheme="minorBidi" w:hAnsiTheme="minorBidi"/>
          <w:sz w:val="32"/>
          <w:szCs w:val="32"/>
        </w:rPr>
        <w:t>suggested</w:t>
      </w:r>
      <w:r w:rsidRPr="003F36DF">
        <w:rPr>
          <w:rFonts w:asciiTheme="minorBidi" w:hAnsiTheme="minorBidi"/>
          <w:sz w:val="32"/>
          <w:szCs w:val="32"/>
        </w:rPr>
        <w:t xml:space="preserve"> framework </w:t>
      </w:r>
      <w:r w:rsidR="001A4393" w:rsidRPr="003F36DF">
        <w:rPr>
          <w:rFonts w:asciiTheme="minorBidi" w:hAnsiTheme="minorBidi"/>
          <w:sz w:val="32"/>
          <w:szCs w:val="32"/>
        </w:rPr>
        <w:t>provides</w:t>
      </w:r>
      <w:r w:rsidRPr="003F36DF">
        <w:rPr>
          <w:rFonts w:asciiTheme="minorBidi" w:hAnsiTheme="minorBidi"/>
          <w:sz w:val="32"/>
          <w:szCs w:val="32"/>
        </w:rPr>
        <w:t xml:space="preserve"> </w:t>
      </w:r>
      <w:r w:rsidR="003A0BF8" w:rsidRPr="003F36DF">
        <w:rPr>
          <w:rFonts w:asciiTheme="minorBidi" w:hAnsiTheme="minorBidi"/>
          <w:sz w:val="32"/>
          <w:szCs w:val="32"/>
        </w:rPr>
        <w:t xml:space="preserve">assessable </w:t>
      </w:r>
      <w:r w:rsidRPr="003F36DF">
        <w:rPr>
          <w:rFonts w:asciiTheme="minorBidi" w:hAnsiTheme="minorBidi"/>
          <w:sz w:val="32"/>
          <w:szCs w:val="32"/>
        </w:rPr>
        <w:t xml:space="preserve">improvements in accuracy, scalability, and </w:t>
      </w:r>
      <w:r w:rsidR="00DE7922" w:rsidRPr="003F36DF">
        <w:rPr>
          <w:rFonts w:asciiTheme="minorBidi" w:hAnsiTheme="minorBidi"/>
          <w:sz w:val="32"/>
          <w:szCs w:val="32"/>
        </w:rPr>
        <w:t xml:space="preserve">flexibility </w:t>
      </w:r>
      <w:r w:rsidRPr="003F36DF">
        <w:rPr>
          <w:rFonts w:asciiTheme="minorBidi" w:hAnsiTheme="minorBidi"/>
          <w:sz w:val="32"/>
          <w:szCs w:val="32"/>
        </w:rPr>
        <w:t xml:space="preserve">while </w:t>
      </w:r>
      <w:r w:rsidR="00DE7922" w:rsidRPr="003F36DF">
        <w:rPr>
          <w:rFonts w:asciiTheme="minorBidi" w:hAnsiTheme="minorBidi"/>
          <w:sz w:val="32"/>
          <w:szCs w:val="32"/>
        </w:rPr>
        <w:t xml:space="preserve">controlling </w:t>
      </w:r>
      <w:r w:rsidRPr="003F36DF">
        <w:rPr>
          <w:rFonts w:asciiTheme="minorBidi" w:hAnsiTheme="minorBidi"/>
          <w:sz w:val="32"/>
          <w:szCs w:val="32"/>
        </w:rPr>
        <w:t xml:space="preserve">privacy and explainability </w:t>
      </w:r>
      <w:r w:rsidR="00DE7922" w:rsidRPr="003F36DF">
        <w:rPr>
          <w:rFonts w:asciiTheme="minorBidi" w:hAnsiTheme="minorBidi"/>
          <w:sz w:val="32"/>
          <w:szCs w:val="32"/>
        </w:rPr>
        <w:t>issues</w:t>
      </w:r>
      <w:r w:rsidRPr="003F36DF">
        <w:rPr>
          <w:rFonts w:asciiTheme="minorBidi" w:hAnsiTheme="minorBidi"/>
          <w:sz w:val="32"/>
          <w:szCs w:val="32"/>
        </w:rPr>
        <w:t>.</w:t>
      </w:r>
    </w:p>
    <w:p w14:paraId="6FC464CD" w14:textId="77777777" w:rsidR="00840450" w:rsidRPr="00BB38EB" w:rsidRDefault="00840450" w:rsidP="00DA335A">
      <w:pPr>
        <w:rPr>
          <w:rFonts w:asciiTheme="minorBidi" w:hAnsiTheme="minorBidi"/>
          <w:sz w:val="32"/>
          <w:szCs w:val="32"/>
        </w:rPr>
      </w:pPr>
    </w:p>
    <w:p w14:paraId="17C6D150" w14:textId="77777777" w:rsidR="001A4393" w:rsidRPr="00BB38EB" w:rsidRDefault="001A4393" w:rsidP="00DA335A">
      <w:pPr>
        <w:rPr>
          <w:rFonts w:asciiTheme="minorBidi" w:hAnsiTheme="minorBidi"/>
          <w:sz w:val="32"/>
          <w:szCs w:val="32"/>
        </w:rPr>
      </w:pPr>
    </w:p>
    <w:p w14:paraId="01D3EF76" w14:textId="77777777" w:rsidR="001A4393" w:rsidRPr="00BB38EB" w:rsidRDefault="001A4393" w:rsidP="00DA335A">
      <w:pPr>
        <w:rPr>
          <w:rFonts w:asciiTheme="minorBidi" w:hAnsiTheme="minorBidi"/>
          <w:sz w:val="32"/>
          <w:szCs w:val="32"/>
        </w:rPr>
      </w:pPr>
    </w:p>
    <w:p w14:paraId="54ABA033" w14:textId="77777777" w:rsidR="00E040A6" w:rsidRPr="00BB38EB" w:rsidRDefault="00E040A6" w:rsidP="00DA335A">
      <w:pPr>
        <w:rPr>
          <w:rFonts w:asciiTheme="minorBidi" w:hAnsiTheme="minorBidi"/>
          <w:sz w:val="32"/>
          <w:szCs w:val="32"/>
        </w:rPr>
      </w:pPr>
    </w:p>
    <w:p w14:paraId="0FCD4389" w14:textId="77777777" w:rsidR="00E040A6" w:rsidRPr="00BB38EB" w:rsidRDefault="00E040A6" w:rsidP="00DA335A">
      <w:pPr>
        <w:rPr>
          <w:rFonts w:asciiTheme="minorBidi" w:hAnsiTheme="minorBidi"/>
          <w:sz w:val="32"/>
          <w:szCs w:val="32"/>
        </w:rPr>
      </w:pPr>
    </w:p>
    <w:p w14:paraId="53BF35BD" w14:textId="77777777" w:rsidR="00E040A6" w:rsidRPr="00BB38EB" w:rsidRDefault="00E040A6" w:rsidP="00DA335A">
      <w:pPr>
        <w:rPr>
          <w:rFonts w:asciiTheme="minorBidi" w:hAnsiTheme="minorBidi"/>
          <w:sz w:val="32"/>
          <w:szCs w:val="32"/>
        </w:rPr>
      </w:pPr>
    </w:p>
    <w:p w14:paraId="61B451AE" w14:textId="77777777" w:rsidR="00DA335A" w:rsidRDefault="00DA335A" w:rsidP="00DA335A">
      <w:pPr>
        <w:rPr>
          <w:rFonts w:asciiTheme="minorBidi" w:hAnsiTheme="minorBidi"/>
          <w:sz w:val="32"/>
          <w:szCs w:val="32"/>
        </w:rPr>
      </w:pPr>
    </w:p>
    <w:p w14:paraId="5BC2F2DC" w14:textId="77777777" w:rsidR="00DA335A" w:rsidRDefault="00DA335A" w:rsidP="00DA335A">
      <w:pPr>
        <w:rPr>
          <w:rFonts w:asciiTheme="minorBidi" w:hAnsiTheme="minorBidi"/>
          <w:sz w:val="32"/>
          <w:szCs w:val="32"/>
        </w:rPr>
      </w:pPr>
    </w:p>
    <w:p w14:paraId="52438ED5" w14:textId="77777777" w:rsidR="00DA335A" w:rsidRDefault="00DA335A" w:rsidP="00DA335A">
      <w:pPr>
        <w:rPr>
          <w:rFonts w:asciiTheme="minorBidi" w:hAnsiTheme="minorBidi"/>
          <w:sz w:val="32"/>
          <w:szCs w:val="32"/>
        </w:rPr>
      </w:pPr>
    </w:p>
    <w:p w14:paraId="2AD83BA9" w14:textId="77777777" w:rsidR="00DA335A" w:rsidRDefault="00DA335A" w:rsidP="00DA335A">
      <w:pPr>
        <w:rPr>
          <w:rFonts w:asciiTheme="minorBidi" w:hAnsiTheme="minorBidi"/>
          <w:sz w:val="32"/>
          <w:szCs w:val="32"/>
        </w:rPr>
      </w:pPr>
    </w:p>
    <w:p w14:paraId="579DD4F0" w14:textId="77777777" w:rsidR="003F36DF" w:rsidRDefault="003F36DF" w:rsidP="00DA335A">
      <w:pPr>
        <w:rPr>
          <w:rFonts w:asciiTheme="minorBidi" w:hAnsiTheme="minorBidi"/>
          <w:sz w:val="32"/>
          <w:szCs w:val="32"/>
        </w:rPr>
      </w:pPr>
    </w:p>
    <w:p w14:paraId="36144CAA" w14:textId="77777777" w:rsidR="003F36DF" w:rsidRDefault="003F36DF" w:rsidP="00DA335A">
      <w:pPr>
        <w:rPr>
          <w:rFonts w:asciiTheme="minorBidi" w:hAnsiTheme="minorBidi"/>
          <w:b/>
          <w:bCs/>
          <w:sz w:val="36"/>
          <w:szCs w:val="36"/>
        </w:rPr>
      </w:pPr>
    </w:p>
    <w:p w14:paraId="7BB37C54" w14:textId="366F2A3E" w:rsidR="007159FB" w:rsidRPr="00BB38EB" w:rsidRDefault="00C85043" w:rsidP="00DA335A">
      <w:pPr>
        <w:rPr>
          <w:rFonts w:asciiTheme="minorBidi" w:hAnsiTheme="minorBidi"/>
          <w:b/>
          <w:bCs/>
          <w:sz w:val="36"/>
          <w:szCs w:val="36"/>
        </w:rPr>
      </w:pPr>
      <w:r w:rsidRPr="00BB38EB">
        <w:rPr>
          <w:rFonts w:asciiTheme="minorBidi" w:hAnsiTheme="minorBidi"/>
          <w:b/>
          <w:bCs/>
          <w:sz w:val="36"/>
          <w:szCs w:val="36"/>
        </w:rPr>
        <w:t>5.2 Key Contributions:</w:t>
      </w:r>
    </w:p>
    <w:p w14:paraId="6A2AEE7C" w14:textId="751522D7" w:rsidR="00C85043" w:rsidRPr="00DA335A" w:rsidRDefault="00C85043" w:rsidP="00DA335A">
      <w:pPr>
        <w:rPr>
          <w:rFonts w:asciiTheme="minorBidi" w:hAnsiTheme="minorBidi"/>
          <w:sz w:val="32"/>
          <w:szCs w:val="32"/>
        </w:rPr>
      </w:pPr>
      <w:r w:rsidRPr="00DA335A">
        <w:rPr>
          <w:rFonts w:asciiTheme="minorBidi" w:hAnsiTheme="minorBidi"/>
          <w:sz w:val="32"/>
          <w:szCs w:val="32"/>
        </w:rPr>
        <w:t xml:space="preserve">•  </w:t>
      </w:r>
      <w:r w:rsidR="004D4431" w:rsidRPr="00DA335A">
        <w:rPr>
          <w:rFonts w:asciiTheme="minorBidi" w:hAnsiTheme="minorBidi"/>
          <w:sz w:val="32"/>
          <w:szCs w:val="32"/>
        </w:rPr>
        <w:t>Overall,</w:t>
      </w:r>
      <w:r w:rsidRPr="00DA335A">
        <w:rPr>
          <w:rFonts w:asciiTheme="minorBidi" w:hAnsiTheme="minorBidi"/>
          <w:sz w:val="32"/>
          <w:szCs w:val="32"/>
        </w:rPr>
        <w:t xml:space="preserve"> AI-IAM framework.</w:t>
      </w:r>
    </w:p>
    <w:p w14:paraId="0C0C03E9" w14:textId="31E41BEA" w:rsidR="00C85043" w:rsidRPr="00DA335A" w:rsidRDefault="00C85043" w:rsidP="00DA335A">
      <w:pPr>
        <w:rPr>
          <w:rFonts w:asciiTheme="minorBidi" w:hAnsiTheme="minorBidi"/>
          <w:sz w:val="32"/>
          <w:szCs w:val="32"/>
        </w:rPr>
      </w:pPr>
      <w:r w:rsidRPr="00DA335A">
        <w:rPr>
          <w:rFonts w:asciiTheme="minorBidi" w:hAnsiTheme="minorBidi"/>
          <w:sz w:val="32"/>
          <w:szCs w:val="32"/>
        </w:rPr>
        <w:t xml:space="preserve">•  </w:t>
      </w:r>
      <w:r w:rsidR="00DE7922" w:rsidRPr="00DA335A">
        <w:rPr>
          <w:rFonts w:asciiTheme="minorBidi" w:hAnsiTheme="minorBidi"/>
          <w:sz w:val="32"/>
          <w:szCs w:val="32"/>
        </w:rPr>
        <w:t xml:space="preserve">Innovative </w:t>
      </w:r>
      <w:r w:rsidRPr="00DA335A">
        <w:rPr>
          <w:rFonts w:asciiTheme="minorBidi" w:hAnsiTheme="minorBidi"/>
          <w:sz w:val="32"/>
          <w:szCs w:val="32"/>
        </w:rPr>
        <w:t>dynamic Risk Scoring Model integrated with anomaly detection.</w:t>
      </w:r>
    </w:p>
    <w:p w14:paraId="15D5992F" w14:textId="1C8B26D9" w:rsidR="00C85043" w:rsidRPr="00DA335A" w:rsidRDefault="00C85043" w:rsidP="00DA335A">
      <w:pPr>
        <w:rPr>
          <w:rFonts w:asciiTheme="minorBidi" w:hAnsiTheme="minorBidi"/>
          <w:sz w:val="32"/>
          <w:szCs w:val="32"/>
        </w:rPr>
      </w:pPr>
      <w:r w:rsidRPr="00DA335A">
        <w:rPr>
          <w:rFonts w:asciiTheme="minorBidi" w:hAnsiTheme="minorBidi"/>
          <w:sz w:val="32"/>
          <w:szCs w:val="32"/>
        </w:rPr>
        <w:t xml:space="preserve">•  </w:t>
      </w:r>
      <w:r w:rsidR="00DE7922" w:rsidRPr="00DA335A">
        <w:rPr>
          <w:rFonts w:asciiTheme="minorBidi" w:hAnsiTheme="minorBidi"/>
          <w:sz w:val="32"/>
          <w:szCs w:val="32"/>
        </w:rPr>
        <w:t xml:space="preserve">Symmetrical </w:t>
      </w:r>
      <w:r w:rsidRPr="00DA335A">
        <w:rPr>
          <w:rFonts w:asciiTheme="minorBidi" w:hAnsiTheme="minorBidi"/>
          <w:sz w:val="32"/>
          <w:szCs w:val="32"/>
        </w:rPr>
        <w:t>automation and human oversight.</w:t>
      </w:r>
    </w:p>
    <w:p w14:paraId="6D3FAD93" w14:textId="77777777" w:rsidR="004D4431" w:rsidRPr="00BB38EB" w:rsidRDefault="004D4431" w:rsidP="00DA335A">
      <w:pPr>
        <w:rPr>
          <w:rFonts w:asciiTheme="minorBidi" w:hAnsiTheme="minorBidi"/>
          <w:b/>
          <w:bCs/>
          <w:sz w:val="32"/>
          <w:szCs w:val="32"/>
        </w:rPr>
      </w:pPr>
    </w:p>
    <w:p w14:paraId="20AC1116" w14:textId="48CAE412" w:rsidR="00C85043" w:rsidRPr="00BB38EB" w:rsidRDefault="00C85043" w:rsidP="00DA335A">
      <w:pPr>
        <w:rPr>
          <w:rFonts w:asciiTheme="minorBidi" w:hAnsiTheme="minorBidi"/>
          <w:b/>
          <w:bCs/>
          <w:sz w:val="36"/>
          <w:szCs w:val="36"/>
        </w:rPr>
      </w:pPr>
      <w:r w:rsidRPr="00BB38EB">
        <w:rPr>
          <w:rFonts w:asciiTheme="minorBidi" w:hAnsiTheme="minorBidi"/>
          <w:b/>
          <w:bCs/>
          <w:sz w:val="36"/>
          <w:szCs w:val="36"/>
        </w:rPr>
        <w:t>5.3 Future Work:</w:t>
      </w:r>
    </w:p>
    <w:p w14:paraId="768BE6ED" w14:textId="77777777" w:rsidR="00C85043" w:rsidRPr="00BB38EB" w:rsidRDefault="00C85043" w:rsidP="00DA335A">
      <w:pPr>
        <w:rPr>
          <w:rFonts w:asciiTheme="minorBidi" w:hAnsiTheme="minorBidi"/>
          <w:b/>
          <w:bCs/>
          <w:sz w:val="36"/>
          <w:szCs w:val="36"/>
        </w:rPr>
      </w:pPr>
    </w:p>
    <w:p w14:paraId="6F28C683" w14:textId="41977095" w:rsidR="00C85043" w:rsidRPr="00DA335A" w:rsidRDefault="00DE7922" w:rsidP="00DA335A">
      <w:pPr>
        <w:rPr>
          <w:rFonts w:asciiTheme="minorBidi" w:hAnsiTheme="minorBidi"/>
          <w:sz w:val="32"/>
          <w:szCs w:val="32"/>
        </w:rPr>
      </w:pPr>
      <w:r w:rsidRPr="00DA335A">
        <w:rPr>
          <w:rFonts w:asciiTheme="minorBidi" w:hAnsiTheme="minorBidi"/>
          <w:sz w:val="32"/>
          <w:szCs w:val="32"/>
        </w:rPr>
        <w:t>Include</w:t>
      </w:r>
      <w:r w:rsidR="00C85043" w:rsidRPr="00DA335A">
        <w:rPr>
          <w:rFonts w:asciiTheme="minorBidi" w:hAnsiTheme="minorBidi"/>
          <w:sz w:val="32"/>
          <w:szCs w:val="32"/>
        </w:rPr>
        <w:t xml:space="preserve"> Deep Learning </w:t>
      </w:r>
      <w:proofErr w:type="gramStart"/>
      <w:r w:rsidR="00C85043" w:rsidRPr="00DA335A">
        <w:rPr>
          <w:rFonts w:asciiTheme="minorBidi" w:hAnsiTheme="minorBidi"/>
          <w:sz w:val="32"/>
          <w:szCs w:val="32"/>
        </w:rPr>
        <w:t>( LSTM</w:t>
      </w:r>
      <w:proofErr w:type="gramEnd"/>
      <w:r w:rsidR="00C85043" w:rsidRPr="00DA335A">
        <w:rPr>
          <w:rFonts w:asciiTheme="minorBidi" w:hAnsiTheme="minorBidi"/>
          <w:sz w:val="32"/>
          <w:szCs w:val="32"/>
        </w:rPr>
        <w:t xml:space="preserve"> for behavioral </w:t>
      </w:r>
      <w:r w:rsidRPr="00DA335A">
        <w:rPr>
          <w:rFonts w:asciiTheme="minorBidi" w:hAnsiTheme="minorBidi"/>
          <w:sz w:val="32"/>
          <w:szCs w:val="32"/>
        </w:rPr>
        <w:t>series</w:t>
      </w:r>
      <w:r w:rsidR="00C85043" w:rsidRPr="00DA335A">
        <w:rPr>
          <w:rFonts w:asciiTheme="minorBidi" w:hAnsiTheme="minorBidi"/>
          <w:sz w:val="32"/>
          <w:szCs w:val="32"/>
        </w:rPr>
        <w:t>) and AI techniques.</w:t>
      </w:r>
    </w:p>
    <w:p w14:paraId="0A547618" w14:textId="403B8B11" w:rsidR="00C85043" w:rsidRPr="00DA335A" w:rsidRDefault="00C85043" w:rsidP="00DA335A">
      <w:pPr>
        <w:rPr>
          <w:rFonts w:asciiTheme="minorBidi" w:hAnsiTheme="minorBidi"/>
          <w:sz w:val="32"/>
          <w:szCs w:val="32"/>
        </w:rPr>
      </w:pPr>
      <w:r w:rsidRPr="00DA335A">
        <w:rPr>
          <w:rFonts w:asciiTheme="minorBidi" w:hAnsiTheme="minorBidi"/>
          <w:sz w:val="32"/>
          <w:szCs w:val="32"/>
        </w:rPr>
        <w:t xml:space="preserve">•  Real-world </w:t>
      </w:r>
      <w:r w:rsidR="00DE7922" w:rsidRPr="00DA335A">
        <w:rPr>
          <w:rFonts w:asciiTheme="minorBidi" w:hAnsiTheme="minorBidi"/>
          <w:sz w:val="32"/>
          <w:szCs w:val="32"/>
        </w:rPr>
        <w:t>implementation</w:t>
      </w:r>
      <w:r w:rsidRPr="00DA335A">
        <w:rPr>
          <w:rFonts w:asciiTheme="minorBidi" w:hAnsiTheme="minorBidi"/>
          <w:sz w:val="32"/>
          <w:szCs w:val="32"/>
        </w:rPr>
        <w:t xml:space="preserve"> in live environments.</w:t>
      </w:r>
    </w:p>
    <w:p w14:paraId="65433CC6" w14:textId="166F0B02" w:rsidR="00C85043" w:rsidRPr="00DA335A" w:rsidRDefault="00C85043" w:rsidP="00DA335A">
      <w:pPr>
        <w:rPr>
          <w:rFonts w:asciiTheme="minorBidi" w:hAnsiTheme="minorBidi"/>
          <w:sz w:val="32"/>
          <w:szCs w:val="32"/>
        </w:rPr>
      </w:pPr>
      <w:r w:rsidRPr="00DA335A">
        <w:rPr>
          <w:rFonts w:asciiTheme="minorBidi" w:hAnsiTheme="minorBidi"/>
          <w:sz w:val="32"/>
          <w:szCs w:val="32"/>
        </w:rPr>
        <w:t xml:space="preserve">•  </w:t>
      </w:r>
      <w:r w:rsidR="00DE7922" w:rsidRPr="00DA335A">
        <w:rPr>
          <w:rFonts w:asciiTheme="minorBidi" w:hAnsiTheme="minorBidi"/>
          <w:sz w:val="32"/>
          <w:szCs w:val="32"/>
        </w:rPr>
        <w:t xml:space="preserve">Combined </w:t>
      </w:r>
      <w:r w:rsidRPr="00DA335A">
        <w:rPr>
          <w:rFonts w:asciiTheme="minorBidi" w:hAnsiTheme="minorBidi"/>
          <w:sz w:val="32"/>
          <w:szCs w:val="32"/>
        </w:rPr>
        <w:t>learning for privacy-</w:t>
      </w:r>
      <w:r w:rsidR="00DE7922" w:rsidRPr="00DA335A">
        <w:rPr>
          <w:rFonts w:asciiTheme="minorBidi" w:hAnsiTheme="minorBidi"/>
          <w:sz w:val="32"/>
          <w:szCs w:val="32"/>
        </w:rPr>
        <w:t xml:space="preserve"> protecting </w:t>
      </w:r>
      <w:r w:rsidRPr="00DA335A">
        <w:rPr>
          <w:rFonts w:asciiTheme="minorBidi" w:hAnsiTheme="minorBidi"/>
          <w:sz w:val="32"/>
          <w:szCs w:val="32"/>
        </w:rPr>
        <w:t>multi-organization IAM.</w:t>
      </w:r>
    </w:p>
    <w:p w14:paraId="5AA5B381" w14:textId="7D98A8E7" w:rsidR="00595B02" w:rsidRPr="00DA335A" w:rsidRDefault="00C85043" w:rsidP="00DA335A">
      <w:pPr>
        <w:rPr>
          <w:rFonts w:asciiTheme="minorBidi" w:hAnsiTheme="minorBidi"/>
          <w:sz w:val="32"/>
          <w:szCs w:val="32"/>
        </w:rPr>
      </w:pPr>
      <w:r w:rsidRPr="00DA335A">
        <w:rPr>
          <w:rFonts w:asciiTheme="minorBidi" w:hAnsiTheme="minorBidi"/>
          <w:sz w:val="32"/>
          <w:szCs w:val="32"/>
        </w:rPr>
        <w:t xml:space="preserve">•  </w:t>
      </w:r>
      <w:r w:rsidR="00DE7922" w:rsidRPr="00DA335A">
        <w:rPr>
          <w:rFonts w:asciiTheme="minorBidi" w:hAnsiTheme="minorBidi"/>
          <w:sz w:val="32"/>
          <w:szCs w:val="32"/>
        </w:rPr>
        <w:t xml:space="preserve">Addition </w:t>
      </w:r>
      <w:r w:rsidRPr="00DA335A">
        <w:rPr>
          <w:rFonts w:asciiTheme="minorBidi" w:hAnsiTheme="minorBidi"/>
          <w:sz w:val="32"/>
          <w:szCs w:val="32"/>
        </w:rPr>
        <w:t xml:space="preserve">to agentic AI identities in zero-trust </w:t>
      </w:r>
      <w:r w:rsidR="00DE7922" w:rsidRPr="00DA335A">
        <w:rPr>
          <w:rFonts w:asciiTheme="minorBidi" w:hAnsiTheme="minorBidi"/>
          <w:sz w:val="32"/>
          <w:szCs w:val="32"/>
        </w:rPr>
        <w:t>structures</w:t>
      </w:r>
      <w:r w:rsidRPr="00DA335A">
        <w:rPr>
          <w:rFonts w:asciiTheme="minorBidi" w:hAnsiTheme="minorBidi"/>
          <w:sz w:val="32"/>
          <w:szCs w:val="32"/>
        </w:rPr>
        <w:t>.</w:t>
      </w:r>
    </w:p>
    <w:p w14:paraId="3643D231" w14:textId="77777777" w:rsidR="00C85043" w:rsidRPr="00BB38EB" w:rsidRDefault="00C85043" w:rsidP="00DA335A">
      <w:pPr>
        <w:rPr>
          <w:rFonts w:asciiTheme="minorBidi" w:hAnsiTheme="minorBidi"/>
          <w:sz w:val="32"/>
          <w:szCs w:val="32"/>
        </w:rPr>
      </w:pPr>
    </w:p>
    <w:p w14:paraId="286E75BD" w14:textId="01E2FFE8" w:rsidR="00256192" w:rsidRDefault="00256192" w:rsidP="00DA335A">
      <w:pPr>
        <w:rPr>
          <w:rFonts w:asciiTheme="minorBidi" w:hAnsiTheme="minorBidi"/>
          <w:sz w:val="32"/>
          <w:szCs w:val="32"/>
        </w:rPr>
      </w:pPr>
    </w:p>
    <w:p w14:paraId="415C6394" w14:textId="77777777" w:rsidR="00BB38EB" w:rsidRDefault="00BB38EB" w:rsidP="00DA335A">
      <w:pPr>
        <w:rPr>
          <w:rFonts w:asciiTheme="minorBidi" w:hAnsiTheme="minorBidi"/>
          <w:sz w:val="32"/>
          <w:szCs w:val="32"/>
        </w:rPr>
      </w:pPr>
    </w:p>
    <w:p w14:paraId="0C3DC0DB" w14:textId="77777777" w:rsidR="00BB38EB" w:rsidRPr="00BB38EB" w:rsidRDefault="00BB38EB" w:rsidP="00EA74FF">
      <w:pPr>
        <w:jc w:val="center"/>
        <w:rPr>
          <w:rFonts w:asciiTheme="minorBidi" w:hAnsiTheme="minorBidi"/>
          <w:sz w:val="32"/>
          <w:szCs w:val="32"/>
        </w:rPr>
      </w:pPr>
    </w:p>
    <w:p w14:paraId="5D7612F3" w14:textId="0AF42469" w:rsidR="0065761B" w:rsidRPr="00BB38EB" w:rsidRDefault="00000000" w:rsidP="00DA335A">
      <w:pPr>
        <w:pStyle w:val="1"/>
        <w:jc w:val="both"/>
        <w:rPr>
          <w:rFonts w:asciiTheme="minorBidi" w:hAnsiTheme="minorBidi" w:cstheme="minorBidi"/>
          <w:b w:val="0"/>
          <w:bCs w:val="0"/>
          <w:color w:val="auto"/>
          <w:sz w:val="36"/>
          <w:szCs w:val="36"/>
        </w:rPr>
      </w:pPr>
      <w:r w:rsidRPr="00BB38EB">
        <w:rPr>
          <w:rFonts w:asciiTheme="minorBidi" w:hAnsiTheme="minorBidi" w:cstheme="minorBidi"/>
          <w:b w:val="0"/>
          <w:bCs w:val="0"/>
          <w:color w:val="auto"/>
          <w:sz w:val="36"/>
          <w:szCs w:val="36"/>
        </w:rPr>
        <w:lastRenderedPageBreak/>
        <w:t>References</w:t>
      </w:r>
    </w:p>
    <w:p w14:paraId="4966134D" w14:textId="4B897127" w:rsidR="008811F1" w:rsidRPr="00BB38EB" w:rsidRDefault="00BB38EB" w:rsidP="00DA335A">
      <w:pPr>
        <w:spacing w:before="184" w:line="259" w:lineRule="auto"/>
        <w:ind w:left="1560" w:right="1164" w:hanging="481"/>
        <w:jc w:val="both"/>
        <w:rPr>
          <w:rFonts w:asciiTheme="minorBidi" w:hAnsiTheme="minorBidi"/>
          <w:sz w:val="24"/>
          <w:szCs w:val="24"/>
        </w:rPr>
      </w:pPr>
      <w:r w:rsidRPr="00BB38EB">
        <w:rPr>
          <w:rFonts w:asciiTheme="minorBidi" w:hAnsiTheme="minorBidi"/>
          <w:sz w:val="24"/>
          <w:szCs w:val="24"/>
        </w:rPr>
        <w:t xml:space="preserve">[1] </w:t>
      </w:r>
      <w:r w:rsidR="008811F1" w:rsidRPr="00BB38EB">
        <w:rPr>
          <w:rFonts w:asciiTheme="minorBidi" w:hAnsiTheme="minorBidi"/>
          <w:sz w:val="24"/>
          <w:szCs w:val="24"/>
        </w:rPr>
        <w:t xml:space="preserve">Ishaq Azhar Mohammed. (2021) Identity Management Capability Powered by Artificial Intelligence to Transform the Way User Access Privileges Are Managed, Monitored, and Controlled. </w:t>
      </w:r>
      <w:r w:rsidRPr="00BB38EB">
        <w:rPr>
          <w:rFonts w:asciiTheme="minorBidi" w:hAnsiTheme="minorBidi"/>
        </w:rPr>
        <w:t xml:space="preserve">[1] </w:t>
      </w:r>
      <w:hyperlink r:id="rId24" w:history="1">
        <w:r w:rsidR="008811F1" w:rsidRPr="00BB38EB">
          <w:rPr>
            <w:rStyle w:val="Hyperlink"/>
            <w:rFonts w:asciiTheme="minorBidi" w:eastAsiaTheme="majorEastAsia" w:hAnsiTheme="minorBidi"/>
            <w:color w:val="auto"/>
            <w:sz w:val="24"/>
            <w:szCs w:val="24"/>
          </w:rPr>
          <w:t>https://www.mendeley.com/catalogue/23d2fdff-7e49-361f-b8d4-95af10979ee6/</w:t>
        </w:r>
      </w:hyperlink>
    </w:p>
    <w:p w14:paraId="6BFF5599" w14:textId="7DAA015C" w:rsidR="008811F1" w:rsidRPr="00BB38EB" w:rsidRDefault="00BB38EB" w:rsidP="00DA335A">
      <w:pPr>
        <w:spacing w:before="165" w:line="259" w:lineRule="auto"/>
        <w:ind w:left="1560" w:right="1164" w:hanging="481"/>
        <w:jc w:val="both"/>
        <w:rPr>
          <w:rFonts w:asciiTheme="minorBidi" w:hAnsiTheme="minorBidi"/>
          <w:sz w:val="24"/>
          <w:szCs w:val="24"/>
        </w:rPr>
      </w:pPr>
      <w:r w:rsidRPr="00BB38EB">
        <w:rPr>
          <w:rFonts w:asciiTheme="minorBidi" w:hAnsiTheme="minorBidi"/>
          <w:sz w:val="24"/>
          <w:szCs w:val="24"/>
        </w:rPr>
        <w:t>[</w:t>
      </w:r>
      <w:r>
        <w:rPr>
          <w:rFonts w:asciiTheme="minorBidi" w:hAnsiTheme="minorBidi"/>
          <w:sz w:val="24"/>
          <w:szCs w:val="24"/>
        </w:rPr>
        <w:t>2</w:t>
      </w:r>
      <w:r w:rsidRPr="00BB38EB">
        <w:rPr>
          <w:rFonts w:asciiTheme="minorBidi" w:hAnsiTheme="minorBidi"/>
          <w:sz w:val="24"/>
          <w:szCs w:val="24"/>
        </w:rPr>
        <w:t xml:space="preserve">] </w:t>
      </w:r>
      <w:r w:rsidR="008811F1" w:rsidRPr="00BB38EB">
        <w:rPr>
          <w:rFonts w:asciiTheme="minorBidi" w:hAnsiTheme="minorBidi"/>
          <w:sz w:val="24"/>
          <w:szCs w:val="24"/>
        </w:rPr>
        <w:t xml:space="preserve">Md Takbir Sarker, Md Sanaur Rahman, Mohammed Mahi Uddin, Nur Alam Farhad Shakil. (2024) Artificial Intelligence Enhanced Identity and Access Management Preventing Unauthorized Access in Modern Enterprises. </w:t>
      </w:r>
      <w:hyperlink r:id="rId25" w:history="1">
        <w:r w:rsidR="008811F1" w:rsidRPr="00BB38EB">
          <w:rPr>
            <w:rStyle w:val="Hyperlink"/>
            <w:rFonts w:asciiTheme="minorBidi" w:eastAsiaTheme="majorEastAsia" w:hAnsiTheme="minorBidi"/>
            <w:color w:val="auto"/>
            <w:sz w:val="24"/>
            <w:szCs w:val="24"/>
          </w:rPr>
          <w:t>https://doi.org/10.62304/ijmisds.v1i04.202</w:t>
        </w:r>
      </w:hyperlink>
    </w:p>
    <w:p w14:paraId="3D83CC9D" w14:textId="5AF04E3B" w:rsidR="008811F1" w:rsidRPr="00BB38EB" w:rsidRDefault="00BB38EB" w:rsidP="00DA335A">
      <w:pPr>
        <w:spacing w:before="184" w:line="259" w:lineRule="auto"/>
        <w:ind w:left="1560" w:right="1164" w:hanging="481"/>
        <w:jc w:val="both"/>
        <w:rPr>
          <w:rFonts w:asciiTheme="minorBidi" w:hAnsiTheme="minorBidi"/>
          <w:sz w:val="24"/>
          <w:szCs w:val="24"/>
        </w:rPr>
      </w:pPr>
      <w:r w:rsidRPr="00BB38EB">
        <w:rPr>
          <w:rFonts w:asciiTheme="minorBidi" w:hAnsiTheme="minorBidi"/>
          <w:sz w:val="24"/>
          <w:szCs w:val="24"/>
        </w:rPr>
        <w:t>[</w:t>
      </w:r>
      <w:r>
        <w:rPr>
          <w:rFonts w:asciiTheme="minorBidi" w:hAnsiTheme="minorBidi"/>
          <w:sz w:val="24"/>
          <w:szCs w:val="24"/>
        </w:rPr>
        <w:t>3</w:t>
      </w:r>
      <w:r w:rsidRPr="00BB38EB">
        <w:rPr>
          <w:rFonts w:asciiTheme="minorBidi" w:hAnsiTheme="minorBidi"/>
          <w:sz w:val="24"/>
          <w:szCs w:val="24"/>
        </w:rPr>
        <w:t xml:space="preserve">] </w:t>
      </w:r>
      <w:r w:rsidR="008811F1" w:rsidRPr="00BB38EB">
        <w:rPr>
          <w:rFonts w:asciiTheme="minorBidi" w:hAnsiTheme="minorBidi"/>
          <w:sz w:val="24"/>
          <w:szCs w:val="24"/>
        </w:rPr>
        <w:t xml:space="preserve">Victoria </w:t>
      </w:r>
      <w:proofErr w:type="gramStart"/>
      <w:r w:rsidR="008811F1" w:rsidRPr="00BB38EB">
        <w:rPr>
          <w:rFonts w:asciiTheme="minorBidi" w:hAnsiTheme="minorBidi"/>
          <w:sz w:val="24"/>
          <w:szCs w:val="24"/>
        </w:rPr>
        <w:t>Adenola.(</w:t>
      </w:r>
      <w:proofErr w:type="gramEnd"/>
      <w:r w:rsidR="008811F1" w:rsidRPr="00BB38EB">
        <w:rPr>
          <w:rFonts w:asciiTheme="minorBidi" w:hAnsiTheme="minorBidi"/>
          <w:sz w:val="24"/>
          <w:szCs w:val="24"/>
        </w:rPr>
        <w:t xml:space="preserve">2023). Artificial Intelligence-Based Access Management System. </w:t>
      </w:r>
      <w:r w:rsidR="008811F1" w:rsidRPr="00BB38EB">
        <w:rPr>
          <w:rFonts w:asciiTheme="minorBidi" w:hAnsiTheme="minorBidi"/>
          <w:sz w:val="24"/>
          <w:szCs w:val="24"/>
          <w:u w:val="single"/>
        </w:rPr>
        <w:t>DOI:10.13140/RG.2.2.24266.34243</w:t>
      </w:r>
    </w:p>
    <w:p w14:paraId="044D6A98" w14:textId="2F6778BD" w:rsidR="008811F1" w:rsidRPr="00BB38EB" w:rsidRDefault="00BB38EB" w:rsidP="00DA335A">
      <w:pPr>
        <w:spacing w:before="184" w:line="259" w:lineRule="auto"/>
        <w:ind w:left="1560" w:right="1164" w:hanging="481"/>
        <w:jc w:val="both"/>
        <w:rPr>
          <w:rFonts w:asciiTheme="minorBidi" w:hAnsiTheme="minorBidi"/>
          <w:sz w:val="24"/>
          <w:szCs w:val="24"/>
          <w:rtl/>
        </w:rPr>
      </w:pPr>
      <w:r w:rsidRPr="00BB38EB">
        <w:rPr>
          <w:rFonts w:asciiTheme="minorBidi" w:hAnsiTheme="minorBidi"/>
          <w:sz w:val="24"/>
          <w:szCs w:val="24"/>
        </w:rPr>
        <w:t>[</w:t>
      </w:r>
      <w:r>
        <w:rPr>
          <w:rFonts w:asciiTheme="minorBidi" w:hAnsiTheme="minorBidi"/>
          <w:sz w:val="24"/>
          <w:szCs w:val="24"/>
        </w:rPr>
        <w:t>4</w:t>
      </w:r>
      <w:r w:rsidRPr="00BB38EB">
        <w:rPr>
          <w:rFonts w:asciiTheme="minorBidi" w:hAnsiTheme="minorBidi"/>
          <w:sz w:val="24"/>
          <w:szCs w:val="24"/>
        </w:rPr>
        <w:t xml:space="preserve">] </w:t>
      </w:r>
      <w:proofErr w:type="spellStart"/>
      <w:r w:rsidR="008811F1" w:rsidRPr="00BB38EB">
        <w:rPr>
          <w:rFonts w:asciiTheme="minorBidi" w:hAnsiTheme="minorBidi"/>
          <w:sz w:val="24"/>
          <w:szCs w:val="24"/>
        </w:rPr>
        <w:t>Aboukadri</w:t>
      </w:r>
      <w:proofErr w:type="spellEnd"/>
      <w:r w:rsidR="008811F1" w:rsidRPr="00BB38EB">
        <w:rPr>
          <w:rFonts w:asciiTheme="minorBidi" w:hAnsiTheme="minorBidi"/>
          <w:sz w:val="24"/>
          <w:szCs w:val="24"/>
        </w:rPr>
        <w:t xml:space="preserve"> </w:t>
      </w:r>
      <w:proofErr w:type="spellStart"/>
      <w:r w:rsidR="008811F1" w:rsidRPr="00BB38EB">
        <w:rPr>
          <w:rFonts w:asciiTheme="minorBidi" w:hAnsiTheme="minorBidi"/>
          <w:sz w:val="24"/>
          <w:szCs w:val="24"/>
        </w:rPr>
        <w:t>SOuaddah</w:t>
      </w:r>
      <w:proofErr w:type="spellEnd"/>
      <w:r w:rsidR="008811F1" w:rsidRPr="00BB38EB">
        <w:rPr>
          <w:rFonts w:asciiTheme="minorBidi" w:hAnsiTheme="minorBidi"/>
          <w:sz w:val="24"/>
          <w:szCs w:val="24"/>
        </w:rPr>
        <w:t xml:space="preserve"> </w:t>
      </w:r>
      <w:proofErr w:type="spellStart"/>
      <w:r w:rsidR="008811F1" w:rsidRPr="00BB38EB">
        <w:rPr>
          <w:rFonts w:asciiTheme="minorBidi" w:hAnsiTheme="minorBidi"/>
          <w:sz w:val="24"/>
          <w:szCs w:val="24"/>
        </w:rPr>
        <w:t>AMezrioui</w:t>
      </w:r>
      <w:proofErr w:type="spellEnd"/>
      <w:r w:rsidR="008811F1" w:rsidRPr="00BB38EB">
        <w:rPr>
          <w:rFonts w:asciiTheme="minorBidi" w:hAnsiTheme="minorBidi"/>
          <w:sz w:val="24"/>
          <w:szCs w:val="24"/>
        </w:rPr>
        <w:t xml:space="preserve"> A. (2024). Machine learning in identity and access management systems: Survey and deep dive. </w:t>
      </w:r>
      <w:hyperlink r:id="rId26" w:history="1">
        <w:r w:rsidR="008811F1" w:rsidRPr="00BB38EB">
          <w:rPr>
            <w:rStyle w:val="Hyperlink"/>
            <w:rFonts w:asciiTheme="minorBidi" w:eastAsiaTheme="majorEastAsia" w:hAnsiTheme="minorBidi"/>
            <w:color w:val="auto"/>
            <w:sz w:val="24"/>
            <w:szCs w:val="24"/>
          </w:rPr>
          <w:t>https://doi.org/10.1016/j.cose.2024.103729</w:t>
        </w:r>
      </w:hyperlink>
    </w:p>
    <w:p w14:paraId="28FF0E9B" w14:textId="3544E448" w:rsidR="008811F1" w:rsidRPr="00BB38EB" w:rsidRDefault="00BB38EB" w:rsidP="00DA335A">
      <w:pPr>
        <w:spacing w:before="184" w:line="259" w:lineRule="auto"/>
        <w:ind w:left="1560" w:right="1164" w:hanging="481"/>
        <w:jc w:val="both"/>
        <w:rPr>
          <w:rFonts w:asciiTheme="minorBidi" w:hAnsiTheme="minorBidi"/>
          <w:sz w:val="24"/>
          <w:szCs w:val="24"/>
        </w:rPr>
      </w:pPr>
      <w:r w:rsidRPr="00BB38EB">
        <w:rPr>
          <w:rFonts w:asciiTheme="minorBidi" w:hAnsiTheme="minorBidi"/>
          <w:sz w:val="24"/>
          <w:szCs w:val="24"/>
        </w:rPr>
        <w:t>[</w:t>
      </w:r>
      <w:r>
        <w:rPr>
          <w:rFonts w:asciiTheme="minorBidi" w:hAnsiTheme="minorBidi"/>
          <w:sz w:val="24"/>
          <w:szCs w:val="24"/>
        </w:rPr>
        <w:t>5</w:t>
      </w:r>
      <w:r w:rsidRPr="00BB38EB">
        <w:rPr>
          <w:rFonts w:asciiTheme="minorBidi" w:hAnsiTheme="minorBidi"/>
          <w:sz w:val="24"/>
          <w:szCs w:val="24"/>
        </w:rPr>
        <w:t xml:space="preserve">] </w:t>
      </w:r>
      <w:r w:rsidR="008811F1" w:rsidRPr="00BB38EB">
        <w:rPr>
          <w:rFonts w:asciiTheme="minorBidi" w:hAnsiTheme="minorBidi"/>
          <w:sz w:val="24"/>
          <w:szCs w:val="24"/>
        </w:rPr>
        <w:t xml:space="preserve">Sri </w:t>
      </w:r>
      <w:proofErr w:type="spellStart"/>
      <w:r w:rsidR="008811F1" w:rsidRPr="00BB38EB">
        <w:rPr>
          <w:rFonts w:asciiTheme="minorBidi" w:hAnsiTheme="minorBidi"/>
          <w:sz w:val="24"/>
          <w:szCs w:val="24"/>
        </w:rPr>
        <w:t>kanth</w:t>
      </w:r>
      <w:proofErr w:type="spellEnd"/>
      <w:r w:rsidR="008811F1" w:rsidRPr="00BB38EB">
        <w:rPr>
          <w:rFonts w:asciiTheme="minorBidi" w:hAnsiTheme="minorBidi"/>
          <w:sz w:val="24"/>
          <w:szCs w:val="24"/>
        </w:rPr>
        <w:t xml:space="preserve"> </w:t>
      </w:r>
      <w:proofErr w:type="spellStart"/>
      <w:r w:rsidR="008811F1" w:rsidRPr="00BB38EB">
        <w:rPr>
          <w:rFonts w:asciiTheme="minorBidi" w:hAnsiTheme="minorBidi"/>
          <w:sz w:val="24"/>
          <w:szCs w:val="24"/>
        </w:rPr>
        <w:t>Mandru</w:t>
      </w:r>
      <w:proofErr w:type="spellEnd"/>
      <w:r w:rsidR="008811F1" w:rsidRPr="00BB38EB">
        <w:rPr>
          <w:rFonts w:asciiTheme="minorBidi" w:hAnsiTheme="minorBidi"/>
          <w:sz w:val="24"/>
          <w:szCs w:val="24"/>
        </w:rPr>
        <w:t>. (2022). How AI can improve identity verification and access control processes.</w:t>
      </w:r>
      <w:r w:rsidR="008811F1" w:rsidRPr="00BB38EB">
        <w:rPr>
          <w:rFonts w:asciiTheme="minorBidi" w:hAnsiTheme="minorBidi"/>
          <w:sz w:val="24"/>
          <w:szCs w:val="24"/>
          <w:u w:val="single"/>
        </w:rPr>
        <w:t>DOI:10.47363/JAICC/2022(1)E101</w:t>
      </w:r>
    </w:p>
    <w:p w14:paraId="5BE00B6D" w14:textId="401B86AC" w:rsidR="008811F1" w:rsidRPr="00BB38EB" w:rsidRDefault="00BB38EB" w:rsidP="00DA335A">
      <w:pPr>
        <w:spacing w:before="160" w:line="259" w:lineRule="auto"/>
        <w:ind w:left="1560" w:right="1547" w:hanging="481"/>
        <w:jc w:val="both"/>
        <w:rPr>
          <w:rFonts w:asciiTheme="minorBidi" w:hAnsiTheme="minorBidi"/>
          <w:sz w:val="24"/>
          <w:szCs w:val="24"/>
        </w:rPr>
      </w:pPr>
      <w:r w:rsidRPr="00BB38EB">
        <w:rPr>
          <w:rFonts w:asciiTheme="minorBidi" w:hAnsiTheme="minorBidi"/>
          <w:sz w:val="24"/>
          <w:szCs w:val="24"/>
        </w:rPr>
        <w:t>[</w:t>
      </w:r>
      <w:r>
        <w:rPr>
          <w:rFonts w:asciiTheme="minorBidi" w:hAnsiTheme="minorBidi"/>
          <w:sz w:val="24"/>
          <w:szCs w:val="24"/>
        </w:rPr>
        <w:t>6</w:t>
      </w:r>
      <w:r w:rsidRPr="00BB38EB">
        <w:rPr>
          <w:rFonts w:asciiTheme="minorBidi" w:hAnsiTheme="minorBidi"/>
          <w:sz w:val="24"/>
          <w:szCs w:val="24"/>
        </w:rPr>
        <w:t xml:space="preserve">] </w:t>
      </w:r>
      <w:r w:rsidR="008811F1" w:rsidRPr="00BB38EB">
        <w:rPr>
          <w:rFonts w:asciiTheme="minorBidi" w:hAnsiTheme="minorBidi"/>
          <w:sz w:val="24"/>
          <w:szCs w:val="24"/>
        </w:rPr>
        <w:t xml:space="preserve">Shu </w:t>
      </w:r>
      <w:proofErr w:type="spellStart"/>
      <w:r w:rsidR="008811F1" w:rsidRPr="00BB38EB">
        <w:rPr>
          <w:rFonts w:asciiTheme="minorBidi" w:hAnsiTheme="minorBidi"/>
          <w:sz w:val="24"/>
          <w:szCs w:val="24"/>
        </w:rPr>
        <w:t>FZhang</w:t>
      </w:r>
      <w:proofErr w:type="spellEnd"/>
      <w:r w:rsidR="008811F1" w:rsidRPr="00BB38EB">
        <w:rPr>
          <w:rFonts w:asciiTheme="minorBidi" w:hAnsiTheme="minorBidi"/>
          <w:sz w:val="24"/>
          <w:szCs w:val="24"/>
        </w:rPr>
        <w:t xml:space="preserve"> </w:t>
      </w:r>
      <w:proofErr w:type="spellStart"/>
      <w:r w:rsidR="008811F1" w:rsidRPr="00BB38EB">
        <w:rPr>
          <w:rFonts w:asciiTheme="minorBidi" w:hAnsiTheme="minorBidi"/>
          <w:sz w:val="24"/>
          <w:szCs w:val="24"/>
        </w:rPr>
        <w:t>KLuo</w:t>
      </w:r>
      <w:proofErr w:type="spellEnd"/>
      <w:r w:rsidR="008811F1" w:rsidRPr="00BB38EB">
        <w:rPr>
          <w:rFonts w:asciiTheme="minorBidi" w:hAnsiTheme="minorBidi"/>
          <w:sz w:val="24"/>
          <w:szCs w:val="24"/>
        </w:rPr>
        <w:t xml:space="preserve"> CMa </w:t>
      </w:r>
      <w:proofErr w:type="spellStart"/>
      <w:r w:rsidR="008811F1" w:rsidRPr="00BB38EB">
        <w:rPr>
          <w:rFonts w:asciiTheme="minorBidi" w:hAnsiTheme="minorBidi"/>
          <w:sz w:val="24"/>
          <w:szCs w:val="24"/>
        </w:rPr>
        <w:t>BChen</w:t>
      </w:r>
      <w:proofErr w:type="spellEnd"/>
      <w:r w:rsidR="008811F1" w:rsidRPr="00BB38EB">
        <w:rPr>
          <w:rFonts w:asciiTheme="minorBidi" w:hAnsiTheme="minorBidi"/>
          <w:sz w:val="24"/>
          <w:szCs w:val="24"/>
        </w:rPr>
        <w:t xml:space="preserve"> S. (2020). Research on security protection technology of terminal access based on fingerprint perception and identity protection of IoT. DOI: </w:t>
      </w:r>
      <w:r w:rsidR="008811F1" w:rsidRPr="00BB38EB">
        <w:rPr>
          <w:rFonts w:asciiTheme="minorBidi" w:hAnsiTheme="minorBidi"/>
          <w:sz w:val="24"/>
          <w:szCs w:val="24"/>
          <w:u w:val="single"/>
        </w:rPr>
        <w:t>10.1109/ICIBA50161.2020.92771</w:t>
      </w:r>
    </w:p>
    <w:p w14:paraId="3804990C" w14:textId="5429A64F" w:rsidR="00F12936" w:rsidRPr="00BB38EB" w:rsidRDefault="00BB38EB" w:rsidP="00DA335A">
      <w:pPr>
        <w:spacing w:before="160" w:line="259" w:lineRule="auto"/>
        <w:ind w:left="1560" w:right="1547" w:hanging="481"/>
        <w:jc w:val="both"/>
        <w:rPr>
          <w:rFonts w:asciiTheme="minorBidi" w:hAnsiTheme="minorBidi"/>
          <w:sz w:val="24"/>
          <w:szCs w:val="24"/>
        </w:rPr>
      </w:pPr>
      <w:r w:rsidRPr="00BB38EB">
        <w:rPr>
          <w:rFonts w:asciiTheme="minorBidi" w:hAnsiTheme="minorBidi"/>
          <w:sz w:val="24"/>
          <w:szCs w:val="24"/>
        </w:rPr>
        <w:t>[</w:t>
      </w:r>
      <w:r>
        <w:rPr>
          <w:rFonts w:asciiTheme="minorBidi" w:hAnsiTheme="minorBidi"/>
          <w:sz w:val="24"/>
          <w:szCs w:val="24"/>
        </w:rPr>
        <w:t>7</w:t>
      </w:r>
      <w:r w:rsidRPr="00BB38EB">
        <w:rPr>
          <w:rFonts w:asciiTheme="minorBidi" w:hAnsiTheme="minorBidi"/>
          <w:sz w:val="24"/>
          <w:szCs w:val="24"/>
        </w:rPr>
        <w:t xml:space="preserve">] </w:t>
      </w:r>
      <w:r w:rsidR="00F12936" w:rsidRPr="00BB38EB">
        <w:rPr>
          <w:rFonts w:asciiTheme="minorBidi" w:hAnsiTheme="minorBidi"/>
          <w:sz w:val="24"/>
          <w:szCs w:val="24"/>
        </w:rPr>
        <w:t>Kim, C. (2025, April 12). Identity &amp; Access Management in the Age of AI: The Next Frontier in Cybersecurity. LinkedIn.</w:t>
      </w:r>
    </w:p>
    <w:p w14:paraId="149748C7" w14:textId="2370435E" w:rsidR="00F12936" w:rsidRPr="00BB38EB" w:rsidRDefault="00F12936" w:rsidP="00DA335A">
      <w:pPr>
        <w:spacing w:before="160" w:line="259" w:lineRule="auto"/>
        <w:ind w:left="1560" w:right="1547" w:hanging="481"/>
        <w:jc w:val="both"/>
        <w:rPr>
          <w:rFonts w:asciiTheme="minorBidi" w:hAnsiTheme="minorBidi"/>
          <w:sz w:val="24"/>
          <w:szCs w:val="24"/>
        </w:rPr>
      </w:pPr>
      <w:r w:rsidRPr="00BB38EB">
        <w:rPr>
          <w:rFonts w:asciiTheme="minorBidi" w:hAnsiTheme="minorBidi"/>
          <w:sz w:val="24"/>
          <w:szCs w:val="24"/>
        </w:rPr>
        <w:t>https://www.linkedin.com/pulse/identity-access-management-age-ai-next-frontier-cat-kim-pioec/</w:t>
      </w:r>
    </w:p>
    <w:p w14:paraId="22AFC500" w14:textId="77777777" w:rsidR="00F12936" w:rsidRPr="00BB38EB" w:rsidRDefault="00F12936" w:rsidP="00DA335A">
      <w:pPr>
        <w:spacing w:before="160" w:line="259" w:lineRule="auto"/>
        <w:ind w:left="1560" w:right="1547" w:hanging="481"/>
        <w:jc w:val="both"/>
        <w:rPr>
          <w:rFonts w:asciiTheme="minorBidi" w:hAnsiTheme="minorBidi"/>
          <w:sz w:val="24"/>
          <w:szCs w:val="24"/>
        </w:rPr>
      </w:pPr>
    </w:p>
    <w:bookmarkEnd w:id="0"/>
    <w:p w14:paraId="15C1CB1F" w14:textId="6B122B35" w:rsidR="0065761B" w:rsidRPr="00595B02" w:rsidRDefault="0065761B" w:rsidP="00DA335A">
      <w:pPr>
        <w:jc w:val="both"/>
        <w:rPr>
          <w:rFonts w:cstheme="majorHAnsi"/>
          <w:sz w:val="28"/>
          <w:szCs w:val="28"/>
        </w:rPr>
      </w:pPr>
    </w:p>
    <w:sectPr w:rsidR="0065761B" w:rsidRPr="00595B02" w:rsidSect="00EA74FF">
      <w:footerReference w:type="default" r:id="rId27"/>
      <w:pgSz w:w="12240" w:h="15840"/>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A3B91" w14:textId="77777777" w:rsidR="004075B4" w:rsidRDefault="004075B4" w:rsidP="0099787C">
      <w:pPr>
        <w:spacing w:after="0" w:line="240" w:lineRule="auto"/>
      </w:pPr>
      <w:r>
        <w:separator/>
      </w:r>
    </w:p>
  </w:endnote>
  <w:endnote w:type="continuationSeparator" w:id="0">
    <w:p w14:paraId="64D09493" w14:textId="77777777" w:rsidR="004075B4" w:rsidRDefault="004075B4" w:rsidP="00997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226303"/>
      <w:docPartObj>
        <w:docPartGallery w:val="Page Numbers (Bottom of Page)"/>
        <w:docPartUnique/>
      </w:docPartObj>
    </w:sdtPr>
    <w:sdtEndPr>
      <w:rPr>
        <w:noProof/>
      </w:rPr>
    </w:sdtEndPr>
    <w:sdtContent>
      <w:p w14:paraId="63300749" w14:textId="77777777" w:rsidR="00D10402" w:rsidRDefault="00000000" w:rsidP="007D27DF">
        <w:pPr>
          <w:pStyle w:val="a6"/>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F7A3E" w14:textId="77777777" w:rsidR="004075B4" w:rsidRDefault="004075B4" w:rsidP="0099787C">
      <w:pPr>
        <w:spacing w:after="0" w:line="240" w:lineRule="auto"/>
      </w:pPr>
      <w:r>
        <w:separator/>
      </w:r>
    </w:p>
  </w:footnote>
  <w:footnote w:type="continuationSeparator" w:id="0">
    <w:p w14:paraId="533FC5DA" w14:textId="77777777" w:rsidR="004075B4" w:rsidRDefault="004075B4" w:rsidP="00997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2290"/>
        </w:tabs>
        <w:ind w:left="229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3630C32"/>
    <w:multiLevelType w:val="hybridMultilevel"/>
    <w:tmpl w:val="6F7A0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5773F9"/>
    <w:multiLevelType w:val="hybridMultilevel"/>
    <w:tmpl w:val="D6EA67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1B9192A"/>
    <w:multiLevelType w:val="hybridMultilevel"/>
    <w:tmpl w:val="6F7A0C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701809"/>
    <w:multiLevelType w:val="hybridMultilevel"/>
    <w:tmpl w:val="8CA4FD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CB3081"/>
    <w:multiLevelType w:val="hybridMultilevel"/>
    <w:tmpl w:val="00169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AD1E7B"/>
    <w:multiLevelType w:val="hybridMultilevel"/>
    <w:tmpl w:val="089C8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AD1619"/>
    <w:multiLevelType w:val="hybridMultilevel"/>
    <w:tmpl w:val="CB3EBDD6"/>
    <w:lvl w:ilvl="0" w:tplc="D6CAAAE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55A8A"/>
    <w:multiLevelType w:val="hybridMultilevel"/>
    <w:tmpl w:val="2FE01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5A0C10"/>
    <w:multiLevelType w:val="hybridMultilevel"/>
    <w:tmpl w:val="F1A4E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9B2B0C"/>
    <w:multiLevelType w:val="hybridMultilevel"/>
    <w:tmpl w:val="D0F4A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B927340">
      <w:numFmt w:val="bullet"/>
      <w:lvlText w:val="•"/>
      <w:lvlJc w:val="left"/>
      <w:pPr>
        <w:ind w:left="2160" w:hanging="360"/>
      </w:pPr>
      <w:rPr>
        <w:rFonts w:ascii="Calibri" w:eastAsiaTheme="minorEastAsia"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AB4957"/>
    <w:multiLevelType w:val="hybridMultilevel"/>
    <w:tmpl w:val="E6607728"/>
    <w:lvl w:ilvl="0" w:tplc="00CABA4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45D6829"/>
    <w:multiLevelType w:val="hybridMultilevel"/>
    <w:tmpl w:val="8006E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4FA3DBF"/>
    <w:multiLevelType w:val="hybridMultilevel"/>
    <w:tmpl w:val="1F50A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86965"/>
    <w:multiLevelType w:val="hybridMultilevel"/>
    <w:tmpl w:val="0E7C1C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C38636E"/>
    <w:multiLevelType w:val="hybridMultilevel"/>
    <w:tmpl w:val="901061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B3572B8"/>
    <w:multiLevelType w:val="hybridMultilevel"/>
    <w:tmpl w:val="C8285FBC"/>
    <w:lvl w:ilvl="0" w:tplc="30BE4E58">
      <w:start w:val="1"/>
      <w:numFmt w:val="bullet"/>
      <w:lvlText w:val=""/>
      <w:lvlJc w:val="left"/>
      <w:pPr>
        <w:ind w:left="1440" w:hanging="360"/>
      </w:pPr>
      <w:rPr>
        <w:rFonts w:ascii="Symbol" w:hAnsi="Symbol" w:hint="default"/>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EB546FE"/>
    <w:multiLevelType w:val="hybridMultilevel"/>
    <w:tmpl w:val="2144AD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76413870">
    <w:abstractNumId w:val="8"/>
  </w:num>
  <w:num w:numId="2" w16cid:durableId="78337103">
    <w:abstractNumId w:val="6"/>
  </w:num>
  <w:num w:numId="3" w16cid:durableId="1740012612">
    <w:abstractNumId w:val="5"/>
  </w:num>
  <w:num w:numId="4" w16cid:durableId="133762124">
    <w:abstractNumId w:val="4"/>
  </w:num>
  <w:num w:numId="5" w16cid:durableId="183902569">
    <w:abstractNumId w:val="7"/>
  </w:num>
  <w:num w:numId="6" w16cid:durableId="498426024">
    <w:abstractNumId w:val="3"/>
  </w:num>
  <w:num w:numId="7" w16cid:durableId="1993287492">
    <w:abstractNumId w:val="2"/>
  </w:num>
  <w:num w:numId="8" w16cid:durableId="1550602748">
    <w:abstractNumId w:val="1"/>
  </w:num>
  <w:num w:numId="9" w16cid:durableId="2082366657">
    <w:abstractNumId w:val="0"/>
  </w:num>
  <w:num w:numId="10" w16cid:durableId="202133744">
    <w:abstractNumId w:val="22"/>
  </w:num>
  <w:num w:numId="11" w16cid:durableId="1946690338">
    <w:abstractNumId w:val="19"/>
  </w:num>
  <w:num w:numId="12" w16cid:durableId="1868135473">
    <w:abstractNumId w:val="17"/>
  </w:num>
  <w:num w:numId="13" w16cid:durableId="2108577269">
    <w:abstractNumId w:val="15"/>
  </w:num>
  <w:num w:numId="14" w16cid:durableId="414207998">
    <w:abstractNumId w:val="13"/>
  </w:num>
  <w:num w:numId="15" w16cid:durableId="2011324983">
    <w:abstractNumId w:val="12"/>
  </w:num>
  <w:num w:numId="16" w16cid:durableId="1174223718">
    <w:abstractNumId w:val="23"/>
  </w:num>
  <w:num w:numId="17" w16cid:durableId="849947571">
    <w:abstractNumId w:val="16"/>
  </w:num>
  <w:num w:numId="18" w16cid:durableId="570584523">
    <w:abstractNumId w:val="20"/>
  </w:num>
  <w:num w:numId="19" w16cid:durableId="1493637149">
    <w:abstractNumId w:val="18"/>
  </w:num>
  <w:num w:numId="20" w16cid:durableId="1938097583">
    <w:abstractNumId w:val="14"/>
  </w:num>
  <w:num w:numId="21" w16cid:durableId="62333830">
    <w:abstractNumId w:val="10"/>
  </w:num>
  <w:num w:numId="22" w16cid:durableId="1518494712">
    <w:abstractNumId w:val="24"/>
  </w:num>
  <w:num w:numId="23" w16cid:durableId="1955749832">
    <w:abstractNumId w:val="9"/>
  </w:num>
  <w:num w:numId="24" w16cid:durableId="1295671479">
    <w:abstractNumId w:val="25"/>
  </w:num>
  <w:num w:numId="25" w16cid:durableId="134033317">
    <w:abstractNumId w:val="11"/>
  </w:num>
  <w:num w:numId="26" w16cid:durableId="69516028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676"/>
    <w:rsid w:val="00014F69"/>
    <w:rsid w:val="00022ED8"/>
    <w:rsid w:val="00024CF0"/>
    <w:rsid w:val="00034616"/>
    <w:rsid w:val="000425E0"/>
    <w:rsid w:val="0006063C"/>
    <w:rsid w:val="00094C08"/>
    <w:rsid w:val="00095D8F"/>
    <w:rsid w:val="000D006D"/>
    <w:rsid w:val="000D4726"/>
    <w:rsid w:val="000D5485"/>
    <w:rsid w:val="000D6262"/>
    <w:rsid w:val="000D7431"/>
    <w:rsid w:val="001002A9"/>
    <w:rsid w:val="001309B6"/>
    <w:rsid w:val="00135ACC"/>
    <w:rsid w:val="00142041"/>
    <w:rsid w:val="001437C9"/>
    <w:rsid w:val="0015074B"/>
    <w:rsid w:val="001568C7"/>
    <w:rsid w:val="0016616B"/>
    <w:rsid w:val="001768FA"/>
    <w:rsid w:val="00187398"/>
    <w:rsid w:val="00191C52"/>
    <w:rsid w:val="00195552"/>
    <w:rsid w:val="001A4393"/>
    <w:rsid w:val="001B23E3"/>
    <w:rsid w:val="001C5990"/>
    <w:rsid w:val="001D77C6"/>
    <w:rsid w:val="001F3A99"/>
    <w:rsid w:val="00246DAE"/>
    <w:rsid w:val="00256192"/>
    <w:rsid w:val="00256AB2"/>
    <w:rsid w:val="00265D7D"/>
    <w:rsid w:val="00267920"/>
    <w:rsid w:val="00294542"/>
    <w:rsid w:val="0029639D"/>
    <w:rsid w:val="002B65B5"/>
    <w:rsid w:val="002C154F"/>
    <w:rsid w:val="00306A11"/>
    <w:rsid w:val="00307853"/>
    <w:rsid w:val="00314144"/>
    <w:rsid w:val="00315D33"/>
    <w:rsid w:val="00320541"/>
    <w:rsid w:val="00326F90"/>
    <w:rsid w:val="00340BBB"/>
    <w:rsid w:val="00351B9C"/>
    <w:rsid w:val="00363704"/>
    <w:rsid w:val="00372AD6"/>
    <w:rsid w:val="0039007B"/>
    <w:rsid w:val="00392F58"/>
    <w:rsid w:val="00393F2B"/>
    <w:rsid w:val="003A0BF8"/>
    <w:rsid w:val="003A7D5D"/>
    <w:rsid w:val="003B0DAC"/>
    <w:rsid w:val="003B1BAC"/>
    <w:rsid w:val="003D3472"/>
    <w:rsid w:val="003D52C3"/>
    <w:rsid w:val="003E65B4"/>
    <w:rsid w:val="003F152D"/>
    <w:rsid w:val="003F36DF"/>
    <w:rsid w:val="004075B4"/>
    <w:rsid w:val="004264D3"/>
    <w:rsid w:val="00430901"/>
    <w:rsid w:val="00434C7C"/>
    <w:rsid w:val="004413F2"/>
    <w:rsid w:val="0044255D"/>
    <w:rsid w:val="00455E3C"/>
    <w:rsid w:val="00473111"/>
    <w:rsid w:val="004811CC"/>
    <w:rsid w:val="00484D3F"/>
    <w:rsid w:val="00495882"/>
    <w:rsid w:val="004B5C5E"/>
    <w:rsid w:val="004D4431"/>
    <w:rsid w:val="004F2A05"/>
    <w:rsid w:val="004F7D63"/>
    <w:rsid w:val="005055E0"/>
    <w:rsid w:val="00531024"/>
    <w:rsid w:val="00540144"/>
    <w:rsid w:val="00543DC7"/>
    <w:rsid w:val="005523C6"/>
    <w:rsid w:val="005903A0"/>
    <w:rsid w:val="00590EFC"/>
    <w:rsid w:val="00595B02"/>
    <w:rsid w:val="00595E54"/>
    <w:rsid w:val="005970C7"/>
    <w:rsid w:val="005C2CB5"/>
    <w:rsid w:val="005C448D"/>
    <w:rsid w:val="00614071"/>
    <w:rsid w:val="0065761B"/>
    <w:rsid w:val="006637CE"/>
    <w:rsid w:val="00673BA9"/>
    <w:rsid w:val="006806D2"/>
    <w:rsid w:val="00687ACF"/>
    <w:rsid w:val="006977C5"/>
    <w:rsid w:val="006A5637"/>
    <w:rsid w:val="007039E5"/>
    <w:rsid w:val="007159FB"/>
    <w:rsid w:val="00727480"/>
    <w:rsid w:val="00741E52"/>
    <w:rsid w:val="00754AC1"/>
    <w:rsid w:val="00764DEB"/>
    <w:rsid w:val="007805C7"/>
    <w:rsid w:val="00785801"/>
    <w:rsid w:val="007A4DEF"/>
    <w:rsid w:val="007E7AEB"/>
    <w:rsid w:val="007F1BB9"/>
    <w:rsid w:val="00817867"/>
    <w:rsid w:val="00840450"/>
    <w:rsid w:val="008808E4"/>
    <w:rsid w:val="008811F1"/>
    <w:rsid w:val="00887CA2"/>
    <w:rsid w:val="00890EF8"/>
    <w:rsid w:val="00892383"/>
    <w:rsid w:val="00897A69"/>
    <w:rsid w:val="008A4E24"/>
    <w:rsid w:val="008E7B3E"/>
    <w:rsid w:val="008F59F8"/>
    <w:rsid w:val="00911E4F"/>
    <w:rsid w:val="00925643"/>
    <w:rsid w:val="00925718"/>
    <w:rsid w:val="009315F6"/>
    <w:rsid w:val="0094447C"/>
    <w:rsid w:val="0099787C"/>
    <w:rsid w:val="009A7671"/>
    <w:rsid w:val="009B33B3"/>
    <w:rsid w:val="009C375F"/>
    <w:rsid w:val="009C4811"/>
    <w:rsid w:val="009D7048"/>
    <w:rsid w:val="00A83FB3"/>
    <w:rsid w:val="00A96832"/>
    <w:rsid w:val="00AA1D8D"/>
    <w:rsid w:val="00AA56AC"/>
    <w:rsid w:val="00AE0FCE"/>
    <w:rsid w:val="00B17267"/>
    <w:rsid w:val="00B2000A"/>
    <w:rsid w:val="00B23049"/>
    <w:rsid w:val="00B25B9E"/>
    <w:rsid w:val="00B30D29"/>
    <w:rsid w:val="00B47730"/>
    <w:rsid w:val="00B519FE"/>
    <w:rsid w:val="00B63616"/>
    <w:rsid w:val="00B77379"/>
    <w:rsid w:val="00BB38EB"/>
    <w:rsid w:val="00BB7F28"/>
    <w:rsid w:val="00BF1891"/>
    <w:rsid w:val="00C00C68"/>
    <w:rsid w:val="00C209A4"/>
    <w:rsid w:val="00C21B8E"/>
    <w:rsid w:val="00C23F85"/>
    <w:rsid w:val="00C400CF"/>
    <w:rsid w:val="00C577D9"/>
    <w:rsid w:val="00C60EE1"/>
    <w:rsid w:val="00C85043"/>
    <w:rsid w:val="00C868EF"/>
    <w:rsid w:val="00CA3E89"/>
    <w:rsid w:val="00CB0664"/>
    <w:rsid w:val="00CB1B49"/>
    <w:rsid w:val="00CC2291"/>
    <w:rsid w:val="00CC48B8"/>
    <w:rsid w:val="00D10402"/>
    <w:rsid w:val="00D40227"/>
    <w:rsid w:val="00D41FE8"/>
    <w:rsid w:val="00D55BC9"/>
    <w:rsid w:val="00D85906"/>
    <w:rsid w:val="00D94124"/>
    <w:rsid w:val="00DA335A"/>
    <w:rsid w:val="00DC0845"/>
    <w:rsid w:val="00DC6DE5"/>
    <w:rsid w:val="00DD079B"/>
    <w:rsid w:val="00DD1210"/>
    <w:rsid w:val="00DD2540"/>
    <w:rsid w:val="00DE7922"/>
    <w:rsid w:val="00E01E84"/>
    <w:rsid w:val="00E03C37"/>
    <w:rsid w:val="00E040A6"/>
    <w:rsid w:val="00E26B7D"/>
    <w:rsid w:val="00E43CAD"/>
    <w:rsid w:val="00E4442D"/>
    <w:rsid w:val="00E63A6F"/>
    <w:rsid w:val="00E762E6"/>
    <w:rsid w:val="00EA74FF"/>
    <w:rsid w:val="00EE6BB8"/>
    <w:rsid w:val="00EF571B"/>
    <w:rsid w:val="00F02DEA"/>
    <w:rsid w:val="00F12936"/>
    <w:rsid w:val="00F129D6"/>
    <w:rsid w:val="00F1430D"/>
    <w:rsid w:val="00F21BE6"/>
    <w:rsid w:val="00F239E4"/>
    <w:rsid w:val="00F27373"/>
    <w:rsid w:val="00F41859"/>
    <w:rsid w:val="00F450DB"/>
    <w:rsid w:val="00F65690"/>
    <w:rsid w:val="00F80D91"/>
    <w:rsid w:val="00FA2648"/>
    <w:rsid w:val="00FA5B48"/>
    <w:rsid w:val="00FA7DB6"/>
    <w:rsid w:val="00FB195B"/>
    <w:rsid w:val="00FC663D"/>
    <w:rsid w:val="00FC693F"/>
    <w:rsid w:val="00FE770B"/>
    <w:rsid w:val="00FF52EA"/>
    <w:rsid w:val="00FF60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9362F2"/>
  <w14:defaultImageDpi w14:val="300"/>
  <w15:docId w15:val="{7EFB0212-66B6-483E-8DFF-6B685734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8811F1"/>
    <w:rPr>
      <w:color w:val="0000FF" w:themeColor="hyperlink"/>
      <w:u w:val="single"/>
    </w:rPr>
  </w:style>
  <w:style w:type="character" w:styleId="aff2">
    <w:name w:val="Unresolved Mention"/>
    <w:basedOn w:val="a2"/>
    <w:uiPriority w:val="99"/>
    <w:semiHidden/>
    <w:unhideWhenUsed/>
    <w:rsid w:val="00F12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16/j.cose.2024.103729"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62304/ijmisds.v1i04.202"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endeley.com/catalogue/23d2fdff-7e49-361f-b8d4-95af10979ee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3222</Words>
  <Characters>18369</Characters>
  <Application>Microsoft Office Word</Application>
  <DocSecurity>0</DocSecurity>
  <Lines>153</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21548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Sultan Ali Aldwsari</cp:lastModifiedBy>
  <cp:revision>2</cp:revision>
  <dcterms:created xsi:type="dcterms:W3CDTF">2026-04-28T20:47:00Z</dcterms:created>
  <dcterms:modified xsi:type="dcterms:W3CDTF">2026-04-28T20:47:00Z</dcterms:modified>
  <cp:category/>
</cp:coreProperties>
</file>