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68"/>
        <w:gridCol w:w="4968"/>
      </w:tblGrid>
      <w:tr w:rsidR="002446D6" w14:paraId="7B757EA6" w14:textId="77777777">
        <w:trPr>
          <w:jc w:val="center"/>
        </w:trPr>
        <w:tc>
          <w:tcPr>
            <w:tcW w:w="4968" w:type="dxa"/>
          </w:tcPr>
          <w:p w14:paraId="049DE505" w14:textId="77777777" w:rsidR="002446D6" w:rsidRDefault="00260C40">
            <w:r>
              <w:rPr>
                <w:noProof/>
              </w:rPr>
              <w:drawing>
                <wp:inline distT="0" distB="0" distL="0" distR="0" wp14:anchorId="562D3106" wp14:editId="1EBE9E08">
                  <wp:extent cx="1645920" cy="16459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midocean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8" w:type="dxa"/>
          </w:tcPr>
          <w:p w14:paraId="3867A6C4" w14:textId="77777777" w:rsidR="002446D6" w:rsidRDefault="00260C40">
            <w:pPr>
              <w:jc w:val="right"/>
            </w:pPr>
            <w:proofErr w:type="spellStart"/>
            <w:r>
              <w:rPr>
                <w:rFonts w:ascii="Arial" w:hAnsi="Arial"/>
                <w:b/>
                <w:sz w:val="28"/>
              </w:rPr>
              <w:t>جامعة</w:t>
            </w:r>
            <w:proofErr w:type="spellEnd"/>
            <w:r>
              <w:rPr>
                <w:rFonts w:ascii="Arial" w:hAnsi="Arial"/>
                <w:b/>
                <w:sz w:val="2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8"/>
              </w:rPr>
              <w:t>ميدأوشن</w:t>
            </w:r>
            <w:proofErr w:type="spellEnd"/>
            <w:r>
              <w:rPr>
                <w:rFonts w:ascii="Arial" w:hAnsi="Arial"/>
                <w:b/>
                <w:sz w:val="28"/>
              </w:rPr>
              <w:br/>
            </w:r>
            <w:proofErr w:type="spellStart"/>
            <w:r>
              <w:rPr>
                <w:rFonts w:ascii="Arial" w:hAnsi="Arial"/>
                <w:b/>
                <w:sz w:val="28"/>
              </w:rPr>
              <w:t>كلية</w:t>
            </w:r>
            <w:proofErr w:type="spellEnd"/>
            <w:r>
              <w:rPr>
                <w:rFonts w:ascii="Arial" w:hAnsi="Arial"/>
                <w:b/>
                <w:sz w:val="2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8"/>
              </w:rPr>
              <w:t>الإعلام</w:t>
            </w:r>
            <w:proofErr w:type="spellEnd"/>
            <w:r>
              <w:rPr>
                <w:rFonts w:ascii="Arial" w:hAnsi="Arial"/>
                <w:b/>
                <w:sz w:val="2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8"/>
              </w:rPr>
              <w:t>والتسويق</w:t>
            </w:r>
            <w:proofErr w:type="spellEnd"/>
            <w:r>
              <w:rPr>
                <w:rFonts w:ascii="Arial" w:hAnsi="Arial"/>
                <w:b/>
                <w:sz w:val="28"/>
              </w:rPr>
              <w:br/>
            </w:r>
            <w:proofErr w:type="spellStart"/>
            <w:r>
              <w:rPr>
                <w:rFonts w:ascii="Arial" w:hAnsi="Arial"/>
                <w:b/>
                <w:sz w:val="28"/>
              </w:rPr>
              <w:t>بكالوريوس</w:t>
            </w:r>
            <w:proofErr w:type="spellEnd"/>
            <w:r>
              <w:rPr>
                <w:rFonts w:ascii="Arial" w:hAnsi="Arial"/>
                <w:b/>
                <w:sz w:val="2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8"/>
              </w:rPr>
              <w:t>تسويق</w:t>
            </w:r>
            <w:proofErr w:type="spellEnd"/>
            <w:r>
              <w:rPr>
                <w:rFonts w:ascii="Arial" w:hAnsi="Arial"/>
                <w:b/>
                <w:sz w:val="2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8"/>
              </w:rPr>
              <w:t>رقمي</w:t>
            </w:r>
            <w:proofErr w:type="spellEnd"/>
          </w:p>
        </w:tc>
      </w:tr>
    </w:tbl>
    <w:p w14:paraId="65889127" w14:textId="77777777" w:rsidR="002446D6" w:rsidRDefault="002446D6">
      <w:pPr>
        <w:spacing w:after="0"/>
      </w:pPr>
    </w:p>
    <w:p w14:paraId="43355FE8" w14:textId="77777777" w:rsidR="002446D6" w:rsidRDefault="002446D6">
      <w:pPr>
        <w:spacing w:after="0"/>
      </w:pPr>
    </w:p>
    <w:p w14:paraId="71AD1FD8" w14:textId="77777777" w:rsidR="002446D6" w:rsidRDefault="002446D6">
      <w:pPr>
        <w:spacing w:after="0"/>
      </w:pPr>
    </w:p>
    <w:p w14:paraId="19AB9623" w14:textId="77777777" w:rsidR="002446D6" w:rsidRPr="00351C72" w:rsidRDefault="00260C40">
      <w:pPr>
        <w:jc w:val="center"/>
        <w:rPr>
          <w:sz w:val="32"/>
          <w:szCs w:val="32"/>
        </w:rPr>
      </w:pPr>
      <w:proofErr w:type="spellStart"/>
      <w:r w:rsidRPr="00351C72">
        <w:rPr>
          <w:rFonts w:ascii="Arial" w:hAnsi="Arial"/>
          <w:sz w:val="32"/>
          <w:szCs w:val="32"/>
        </w:rPr>
        <w:t>خطة</w:t>
      </w:r>
      <w:proofErr w:type="spellEnd"/>
      <w:r w:rsidRPr="00351C72">
        <w:rPr>
          <w:rFonts w:ascii="Arial" w:hAnsi="Arial"/>
          <w:sz w:val="32"/>
          <w:szCs w:val="32"/>
        </w:rPr>
        <w:t xml:space="preserve"> </w:t>
      </w:r>
      <w:proofErr w:type="spellStart"/>
      <w:r w:rsidRPr="00351C72">
        <w:rPr>
          <w:rFonts w:ascii="Arial" w:hAnsi="Arial"/>
          <w:sz w:val="32"/>
          <w:szCs w:val="32"/>
        </w:rPr>
        <w:t>بحثية</w:t>
      </w:r>
      <w:proofErr w:type="spellEnd"/>
      <w:r w:rsidRPr="00351C72">
        <w:rPr>
          <w:rFonts w:ascii="Arial" w:hAnsi="Arial"/>
          <w:sz w:val="32"/>
          <w:szCs w:val="32"/>
        </w:rPr>
        <w:t xml:space="preserve"> </w:t>
      </w:r>
      <w:proofErr w:type="spellStart"/>
      <w:r w:rsidRPr="00351C72">
        <w:rPr>
          <w:rFonts w:ascii="Arial" w:hAnsi="Arial"/>
          <w:sz w:val="32"/>
          <w:szCs w:val="32"/>
        </w:rPr>
        <w:t>مقدمة</w:t>
      </w:r>
      <w:proofErr w:type="spellEnd"/>
      <w:r w:rsidRPr="00351C72">
        <w:rPr>
          <w:rFonts w:ascii="Arial" w:hAnsi="Arial"/>
          <w:sz w:val="32"/>
          <w:szCs w:val="32"/>
        </w:rPr>
        <w:t xml:space="preserve"> </w:t>
      </w:r>
      <w:proofErr w:type="spellStart"/>
      <w:r w:rsidRPr="00351C72">
        <w:rPr>
          <w:rFonts w:ascii="Arial" w:hAnsi="Arial"/>
          <w:sz w:val="32"/>
          <w:szCs w:val="32"/>
        </w:rPr>
        <w:t>لدرجة</w:t>
      </w:r>
      <w:proofErr w:type="spellEnd"/>
      <w:r w:rsidRPr="00351C72">
        <w:rPr>
          <w:rFonts w:ascii="Arial" w:hAnsi="Arial"/>
          <w:sz w:val="32"/>
          <w:szCs w:val="32"/>
        </w:rPr>
        <w:t xml:space="preserve"> </w:t>
      </w:r>
      <w:proofErr w:type="spellStart"/>
      <w:r w:rsidRPr="00351C72">
        <w:rPr>
          <w:rFonts w:ascii="Arial" w:hAnsi="Arial"/>
          <w:sz w:val="32"/>
          <w:szCs w:val="32"/>
        </w:rPr>
        <w:t>البكالوريوس</w:t>
      </w:r>
      <w:proofErr w:type="spellEnd"/>
      <w:r w:rsidRPr="00351C72">
        <w:rPr>
          <w:rFonts w:ascii="Arial" w:hAnsi="Arial"/>
          <w:sz w:val="32"/>
          <w:szCs w:val="32"/>
        </w:rPr>
        <w:t xml:space="preserve"> </w:t>
      </w:r>
      <w:proofErr w:type="spellStart"/>
      <w:r w:rsidRPr="00351C72">
        <w:rPr>
          <w:rFonts w:ascii="Arial" w:hAnsi="Arial"/>
          <w:sz w:val="32"/>
          <w:szCs w:val="32"/>
        </w:rPr>
        <w:t>في</w:t>
      </w:r>
      <w:proofErr w:type="spellEnd"/>
      <w:r w:rsidRPr="00351C72">
        <w:rPr>
          <w:rFonts w:ascii="Arial" w:hAnsi="Arial"/>
          <w:sz w:val="32"/>
          <w:szCs w:val="32"/>
        </w:rPr>
        <w:t xml:space="preserve"> </w:t>
      </w:r>
      <w:proofErr w:type="spellStart"/>
      <w:r w:rsidRPr="00351C72">
        <w:rPr>
          <w:rFonts w:ascii="Arial" w:hAnsi="Arial"/>
          <w:sz w:val="32"/>
          <w:szCs w:val="32"/>
        </w:rPr>
        <w:t>التسويق</w:t>
      </w:r>
      <w:proofErr w:type="spellEnd"/>
      <w:r w:rsidRPr="00351C72">
        <w:rPr>
          <w:rFonts w:ascii="Arial" w:hAnsi="Arial"/>
          <w:sz w:val="32"/>
          <w:szCs w:val="32"/>
        </w:rPr>
        <w:t xml:space="preserve"> </w:t>
      </w:r>
      <w:proofErr w:type="spellStart"/>
      <w:r w:rsidRPr="00351C72">
        <w:rPr>
          <w:rFonts w:ascii="Arial" w:hAnsi="Arial"/>
          <w:sz w:val="32"/>
          <w:szCs w:val="32"/>
        </w:rPr>
        <w:t>الرقمي</w:t>
      </w:r>
      <w:proofErr w:type="spellEnd"/>
    </w:p>
    <w:p w14:paraId="66AB6925" w14:textId="77777777" w:rsidR="002446D6" w:rsidRDefault="002446D6">
      <w:pPr>
        <w:spacing w:after="0"/>
      </w:pPr>
    </w:p>
    <w:p w14:paraId="58EDA5A1" w14:textId="77777777" w:rsidR="002446D6" w:rsidRDefault="002446D6">
      <w:pPr>
        <w:spacing w:after="0"/>
      </w:pPr>
    </w:p>
    <w:p w14:paraId="2FF7EEA0" w14:textId="01EC2321" w:rsidR="002446D6" w:rsidRPr="00351C72" w:rsidRDefault="00351C72">
      <w:pPr>
        <w:jc w:val="center"/>
        <w:rPr>
          <w:bCs/>
          <w:sz w:val="40"/>
          <w:szCs w:val="40"/>
        </w:rPr>
      </w:pPr>
      <w:r>
        <w:rPr>
          <w:rFonts w:ascii="Arial" w:hAnsi="Arial" w:cs="Arial" w:hint="cs"/>
          <w:bCs/>
          <w:sz w:val="40"/>
          <w:szCs w:val="40"/>
          <w:rtl/>
        </w:rPr>
        <w:t>"</w:t>
      </w:r>
      <w:r w:rsidRPr="00351C72">
        <w:rPr>
          <w:rFonts w:ascii="Arial" w:hAnsi="Arial" w:cs="Arial" w:hint="cs"/>
          <w:bCs/>
          <w:sz w:val="40"/>
          <w:szCs w:val="40"/>
          <w:rtl/>
        </w:rPr>
        <w:t>تأثير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مقاطع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تذوق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الطعام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التي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يقدمها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المؤثرون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على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منصة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تيك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توك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في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السلوك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الاستهلاكي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للجمهور</w:t>
      </w:r>
      <w:r w:rsidRPr="00351C72">
        <w:rPr>
          <w:rFonts w:ascii="Arial" w:hAnsi="Arial" w:cs="Arial"/>
          <w:bCs/>
          <w:sz w:val="40"/>
          <w:szCs w:val="40"/>
          <w:rtl/>
        </w:rPr>
        <w:t xml:space="preserve"> </w:t>
      </w:r>
      <w:r w:rsidRPr="00351C72">
        <w:rPr>
          <w:rFonts w:ascii="Arial" w:hAnsi="Arial" w:cs="Arial" w:hint="cs"/>
          <w:bCs/>
          <w:sz w:val="40"/>
          <w:szCs w:val="40"/>
          <w:rtl/>
        </w:rPr>
        <w:t>السعودي</w:t>
      </w:r>
      <w:r>
        <w:rPr>
          <w:rFonts w:ascii="Arial" w:hAnsi="Arial" w:cs="Arial" w:hint="cs"/>
          <w:bCs/>
          <w:sz w:val="40"/>
          <w:szCs w:val="40"/>
          <w:rtl/>
        </w:rPr>
        <w:t>"</w:t>
      </w:r>
    </w:p>
    <w:p w14:paraId="558A417F" w14:textId="77777777" w:rsidR="002446D6" w:rsidRDefault="002446D6">
      <w:pPr>
        <w:spacing w:after="0"/>
      </w:pPr>
    </w:p>
    <w:p w14:paraId="33FF8904" w14:textId="77777777" w:rsidR="002446D6" w:rsidRDefault="002446D6">
      <w:pPr>
        <w:spacing w:after="0"/>
      </w:pPr>
    </w:p>
    <w:p w14:paraId="6D383D29" w14:textId="77777777" w:rsidR="002446D6" w:rsidRDefault="002446D6">
      <w:pPr>
        <w:spacing w:after="0"/>
      </w:pPr>
    </w:p>
    <w:p w14:paraId="218F3E84" w14:textId="77777777" w:rsidR="002446D6" w:rsidRDefault="002446D6">
      <w:pPr>
        <w:spacing w:after="0"/>
      </w:pPr>
    </w:p>
    <w:p w14:paraId="0F5E01BB" w14:textId="77777777" w:rsidR="002446D6" w:rsidRDefault="00260C40">
      <w:pPr>
        <w:jc w:val="center"/>
      </w:pPr>
      <w:proofErr w:type="spellStart"/>
      <w:r>
        <w:rPr>
          <w:rFonts w:ascii="Arial" w:hAnsi="Arial"/>
          <w:sz w:val="28"/>
        </w:rPr>
        <w:t>إعداد</w:t>
      </w:r>
      <w:proofErr w:type="spellEnd"/>
      <w:r>
        <w:rPr>
          <w:rFonts w:ascii="Arial" w:hAnsi="Arial"/>
          <w:sz w:val="28"/>
        </w:rPr>
        <w:t xml:space="preserve">: </w:t>
      </w:r>
      <w:proofErr w:type="spellStart"/>
      <w:r>
        <w:rPr>
          <w:rFonts w:ascii="Arial" w:hAnsi="Arial"/>
          <w:sz w:val="28"/>
        </w:rPr>
        <w:t>حنين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علي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المقطري</w:t>
      </w:r>
      <w:proofErr w:type="spellEnd"/>
      <w:r>
        <w:rPr>
          <w:rFonts w:ascii="Arial" w:hAnsi="Arial"/>
          <w:sz w:val="28"/>
        </w:rPr>
        <w:br/>
      </w:r>
      <w:proofErr w:type="spellStart"/>
      <w:r>
        <w:rPr>
          <w:rFonts w:ascii="Arial" w:hAnsi="Arial"/>
          <w:sz w:val="28"/>
        </w:rPr>
        <w:t>الرقم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proofErr w:type="gramStart"/>
      <w:r>
        <w:rPr>
          <w:rFonts w:ascii="Arial" w:hAnsi="Arial"/>
          <w:sz w:val="28"/>
        </w:rPr>
        <w:t>الأكاديمي</w:t>
      </w:r>
      <w:proofErr w:type="spellEnd"/>
      <w:r>
        <w:rPr>
          <w:rFonts w:ascii="Arial" w:hAnsi="Arial"/>
          <w:sz w:val="28"/>
        </w:rPr>
        <w:t xml:space="preserve"> :</w:t>
      </w:r>
      <w:proofErr w:type="gramEnd"/>
      <w:r>
        <w:rPr>
          <w:rFonts w:ascii="Arial" w:hAnsi="Arial"/>
          <w:sz w:val="28"/>
        </w:rPr>
        <w:t xml:space="preserve"> 232002204</w:t>
      </w:r>
    </w:p>
    <w:p w14:paraId="24752A1E" w14:textId="77777777" w:rsidR="002446D6" w:rsidRDefault="002446D6">
      <w:pPr>
        <w:spacing w:after="0"/>
      </w:pPr>
    </w:p>
    <w:p w14:paraId="3DDD89CE" w14:textId="77777777" w:rsidR="002446D6" w:rsidRDefault="002446D6">
      <w:pPr>
        <w:spacing w:after="0"/>
      </w:pPr>
    </w:p>
    <w:p w14:paraId="76FC738E" w14:textId="77777777" w:rsidR="002446D6" w:rsidRDefault="002446D6">
      <w:pPr>
        <w:spacing w:after="0"/>
      </w:pPr>
    </w:p>
    <w:p w14:paraId="4DEA18FA" w14:textId="77777777" w:rsidR="002446D6" w:rsidRDefault="00260C40">
      <w:pPr>
        <w:jc w:val="center"/>
      </w:pPr>
      <w:proofErr w:type="spellStart"/>
      <w:r>
        <w:rPr>
          <w:rFonts w:ascii="Arial" w:hAnsi="Arial"/>
          <w:sz w:val="28"/>
        </w:rPr>
        <w:t>تحت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إشراف</w:t>
      </w:r>
      <w:proofErr w:type="spellEnd"/>
      <w:r>
        <w:rPr>
          <w:rFonts w:ascii="Arial" w:hAnsi="Arial"/>
          <w:sz w:val="28"/>
        </w:rPr>
        <w:br/>
        <w:t xml:space="preserve">د/ </w:t>
      </w:r>
      <w:proofErr w:type="spellStart"/>
      <w:r>
        <w:rPr>
          <w:rFonts w:ascii="Arial" w:hAnsi="Arial"/>
          <w:sz w:val="28"/>
        </w:rPr>
        <w:t>علياء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قمر</w:t>
      </w:r>
      <w:proofErr w:type="spellEnd"/>
      <w:r>
        <w:rPr>
          <w:rFonts w:ascii="Arial" w:hAnsi="Arial"/>
          <w:sz w:val="28"/>
        </w:rPr>
        <w:br/>
      </w:r>
      <w:r>
        <w:rPr>
          <w:rFonts w:ascii="Arial" w:hAnsi="Arial"/>
          <w:sz w:val="28"/>
        </w:rPr>
        <w:br/>
        <w:t>٢٠٢٦</w:t>
      </w:r>
    </w:p>
    <w:p w14:paraId="28CD1B8B" w14:textId="77777777" w:rsidR="002446D6" w:rsidRDefault="00260C40">
      <w: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68"/>
        <w:gridCol w:w="4968"/>
      </w:tblGrid>
      <w:tr w:rsidR="002446D6" w14:paraId="1F5C6200" w14:textId="77777777">
        <w:trPr>
          <w:jc w:val="center"/>
        </w:trPr>
        <w:tc>
          <w:tcPr>
            <w:tcW w:w="4968" w:type="dxa"/>
          </w:tcPr>
          <w:p w14:paraId="5FA66C7A" w14:textId="77777777" w:rsidR="002446D6" w:rsidRDefault="00260C40">
            <w:r>
              <w:rPr>
                <w:rFonts w:ascii="Arial" w:hAnsi="Arial"/>
                <w:b/>
                <w:sz w:val="26"/>
              </w:rPr>
              <w:lastRenderedPageBreak/>
              <w:t>Midocean University</w:t>
            </w:r>
            <w:r>
              <w:rPr>
                <w:rFonts w:ascii="Arial" w:hAnsi="Arial"/>
                <w:b/>
                <w:sz w:val="26"/>
              </w:rPr>
              <w:br/>
              <w:t>College of Media and Marketing</w:t>
            </w:r>
            <w:r>
              <w:rPr>
                <w:rFonts w:ascii="Arial" w:hAnsi="Arial"/>
                <w:b/>
                <w:sz w:val="26"/>
              </w:rPr>
              <w:br/>
              <w:t>Bachelor of Digital Marketing</w:t>
            </w:r>
          </w:p>
        </w:tc>
        <w:tc>
          <w:tcPr>
            <w:tcW w:w="4968" w:type="dxa"/>
          </w:tcPr>
          <w:p w14:paraId="0E9C5B04" w14:textId="77777777" w:rsidR="002446D6" w:rsidRDefault="00260C40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11C14D22" wp14:editId="3FB8DBFB">
                  <wp:extent cx="1645920" cy="164592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midocean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2860A9" w14:textId="77777777" w:rsidR="002446D6" w:rsidRDefault="002446D6">
      <w:pPr>
        <w:spacing w:after="0"/>
      </w:pPr>
    </w:p>
    <w:p w14:paraId="4610F1E2" w14:textId="77777777" w:rsidR="002446D6" w:rsidRDefault="002446D6">
      <w:pPr>
        <w:spacing w:after="0"/>
      </w:pPr>
    </w:p>
    <w:p w14:paraId="131C57AD" w14:textId="77777777" w:rsidR="002446D6" w:rsidRDefault="002446D6">
      <w:pPr>
        <w:spacing w:after="0"/>
      </w:pPr>
    </w:p>
    <w:p w14:paraId="415C42E4" w14:textId="77777777" w:rsidR="002446D6" w:rsidRPr="00351C72" w:rsidRDefault="00260C40">
      <w:pPr>
        <w:jc w:val="center"/>
        <w:rPr>
          <w:sz w:val="32"/>
          <w:szCs w:val="32"/>
        </w:rPr>
      </w:pPr>
      <w:r w:rsidRPr="00351C72">
        <w:rPr>
          <w:rFonts w:ascii="Arial" w:hAnsi="Arial"/>
          <w:sz w:val="32"/>
          <w:szCs w:val="32"/>
        </w:rPr>
        <w:t>Title the study"</w:t>
      </w:r>
    </w:p>
    <w:p w14:paraId="0B7F03C4" w14:textId="77777777" w:rsidR="002446D6" w:rsidRDefault="002446D6">
      <w:pPr>
        <w:spacing w:after="0"/>
      </w:pPr>
    </w:p>
    <w:p w14:paraId="22C02F00" w14:textId="77777777" w:rsidR="002446D6" w:rsidRDefault="002446D6">
      <w:pPr>
        <w:spacing w:after="0"/>
      </w:pPr>
    </w:p>
    <w:p w14:paraId="11D41ABB" w14:textId="0DD70377" w:rsidR="002446D6" w:rsidRDefault="00351C72" w:rsidP="00351C72">
      <w:pPr>
        <w:spacing w:after="0"/>
        <w:jc w:val="center"/>
      </w:pPr>
      <w:r>
        <w:rPr>
          <w:rFonts w:ascii="Arial" w:hAnsi="Arial"/>
          <w:b/>
          <w:sz w:val="36"/>
        </w:rPr>
        <w:t>"</w:t>
      </w:r>
      <w:r w:rsidRPr="00351C72">
        <w:rPr>
          <w:rFonts w:ascii="Arial" w:hAnsi="Arial"/>
          <w:b/>
          <w:sz w:val="36"/>
        </w:rPr>
        <w:t>The Impact of Food Review and Tasting Content Shared by Influencers on TikTok on the Consumer Behavior of Saudi Consumer</w:t>
      </w:r>
      <w:r>
        <w:rPr>
          <w:rFonts w:ascii="Arial" w:hAnsi="Arial"/>
          <w:b/>
          <w:sz w:val="36"/>
        </w:rPr>
        <w:t>s"</w:t>
      </w:r>
    </w:p>
    <w:p w14:paraId="11123A66" w14:textId="77777777" w:rsidR="002446D6" w:rsidRDefault="002446D6">
      <w:pPr>
        <w:spacing w:after="0"/>
      </w:pPr>
    </w:p>
    <w:p w14:paraId="035712F5" w14:textId="77777777" w:rsidR="002446D6" w:rsidRDefault="002446D6">
      <w:pPr>
        <w:spacing w:after="0"/>
      </w:pPr>
    </w:p>
    <w:p w14:paraId="3E7EE173" w14:textId="77777777" w:rsidR="002446D6" w:rsidRDefault="002446D6">
      <w:pPr>
        <w:spacing w:after="0"/>
      </w:pPr>
    </w:p>
    <w:p w14:paraId="249BC535" w14:textId="77777777" w:rsidR="002446D6" w:rsidRDefault="00260C40">
      <w:pPr>
        <w:jc w:val="center"/>
      </w:pPr>
      <w:r>
        <w:rPr>
          <w:rFonts w:ascii="Arial" w:hAnsi="Arial"/>
          <w:sz w:val="28"/>
        </w:rPr>
        <w:t>Prepared by</w:t>
      </w:r>
      <w:r>
        <w:rPr>
          <w:rFonts w:ascii="Arial" w:hAnsi="Arial"/>
          <w:sz w:val="28"/>
        </w:rPr>
        <w:br/>
        <w:t>Haneen Ali Al-</w:t>
      </w:r>
      <w:proofErr w:type="spellStart"/>
      <w:r>
        <w:rPr>
          <w:rFonts w:ascii="Arial" w:hAnsi="Arial"/>
          <w:sz w:val="28"/>
        </w:rPr>
        <w:t>Maqtari</w:t>
      </w:r>
      <w:proofErr w:type="spellEnd"/>
      <w:r>
        <w:rPr>
          <w:rFonts w:ascii="Arial" w:hAnsi="Arial"/>
          <w:sz w:val="28"/>
        </w:rPr>
        <w:br/>
        <w:t>Academic Number: 232002204</w:t>
      </w:r>
    </w:p>
    <w:p w14:paraId="06E94039" w14:textId="77777777" w:rsidR="002446D6" w:rsidRDefault="002446D6">
      <w:pPr>
        <w:spacing w:after="0"/>
      </w:pPr>
    </w:p>
    <w:p w14:paraId="3D518680" w14:textId="77777777" w:rsidR="002446D6" w:rsidRDefault="002446D6">
      <w:pPr>
        <w:spacing w:after="0"/>
      </w:pPr>
    </w:p>
    <w:p w14:paraId="7BA1B463" w14:textId="77777777" w:rsidR="002446D6" w:rsidRDefault="002446D6">
      <w:pPr>
        <w:spacing w:after="0"/>
      </w:pPr>
    </w:p>
    <w:p w14:paraId="05923CA5" w14:textId="77777777" w:rsidR="002446D6" w:rsidRDefault="00260C40">
      <w:pPr>
        <w:jc w:val="center"/>
      </w:pPr>
      <w:r>
        <w:rPr>
          <w:rFonts w:ascii="Arial" w:hAnsi="Arial"/>
          <w:sz w:val="28"/>
        </w:rPr>
        <w:t>Supervised by:</w:t>
      </w:r>
      <w:r>
        <w:rPr>
          <w:rFonts w:ascii="Arial" w:hAnsi="Arial"/>
          <w:sz w:val="28"/>
        </w:rPr>
        <w:br/>
        <w:t>Dr. Aliaa Qamer</w:t>
      </w:r>
      <w:r>
        <w:rPr>
          <w:rFonts w:ascii="Arial" w:hAnsi="Arial"/>
          <w:sz w:val="28"/>
        </w:rPr>
        <w:br/>
      </w:r>
      <w:r>
        <w:rPr>
          <w:rFonts w:ascii="Arial" w:hAnsi="Arial"/>
          <w:sz w:val="28"/>
        </w:rPr>
        <w:br/>
        <w:t>Year 2026</w:t>
      </w:r>
    </w:p>
    <w:sectPr w:rsidR="002446D6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7780035">
    <w:abstractNumId w:val="8"/>
  </w:num>
  <w:num w:numId="2" w16cid:durableId="2100061413">
    <w:abstractNumId w:val="6"/>
  </w:num>
  <w:num w:numId="3" w16cid:durableId="76706191">
    <w:abstractNumId w:val="5"/>
  </w:num>
  <w:num w:numId="4" w16cid:durableId="1937398130">
    <w:abstractNumId w:val="4"/>
  </w:num>
  <w:num w:numId="5" w16cid:durableId="1982954766">
    <w:abstractNumId w:val="7"/>
  </w:num>
  <w:num w:numId="6" w16cid:durableId="1059397521">
    <w:abstractNumId w:val="3"/>
  </w:num>
  <w:num w:numId="7" w16cid:durableId="217673499">
    <w:abstractNumId w:val="2"/>
  </w:num>
  <w:num w:numId="8" w16cid:durableId="936713753">
    <w:abstractNumId w:val="1"/>
  </w:num>
  <w:num w:numId="9" w16cid:durableId="1377506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446D6"/>
    <w:rsid w:val="00260C40"/>
    <w:rsid w:val="0029639D"/>
    <w:rsid w:val="00310764"/>
    <w:rsid w:val="00326F90"/>
    <w:rsid w:val="00351C72"/>
    <w:rsid w:val="007E652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20240CB"/>
  <w14:defaultImageDpi w14:val="300"/>
  <w15:docId w15:val="{84F2F977-B953-BF42-B790-116A2A7E7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7575461-51A5-3142-A324-3C9DEE7B9A4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latifah awad</cp:lastModifiedBy>
  <cp:revision>3</cp:revision>
  <dcterms:created xsi:type="dcterms:W3CDTF">2026-06-06T12:25:00Z</dcterms:created>
  <dcterms:modified xsi:type="dcterms:W3CDTF">2026-06-09T11:07:00Z</dcterms:modified>
  <cp:category/>
</cp:coreProperties>
</file>