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71"/>
      </w:tblGrid>
      <w:tr w:rsidR="00A578D4" w:rsidRPr="00925B8C" w14:paraId="039AB637" w14:textId="77777777" w:rsidTr="00C02E12">
        <w:trPr>
          <w:jc w:val="center"/>
        </w:trPr>
        <w:tc>
          <w:tcPr>
            <w:tcW w:w="9071" w:type="dxa"/>
            <w:shd w:val="clear" w:color="auto" w:fill="EAF1F8"/>
            <w:vAlign w:val="center"/>
          </w:tcPr>
          <w:p w14:paraId="38A741F9" w14:textId="77777777" w:rsidR="00A578D4" w:rsidRPr="00925B8C" w:rsidRDefault="00A578D4" w:rsidP="00C02E1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color w:val="000000" w:themeColor="text1"/>
                <w:sz w:val="40"/>
                <w:szCs w:val="40"/>
              </w:rPr>
            </w:pP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الفصل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الأول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: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الإطار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العام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للدراسة</w:t>
            </w:r>
          </w:p>
        </w:tc>
      </w:tr>
    </w:tbl>
    <w:p w14:paraId="4E31B8A4" w14:textId="77777777" w:rsidR="00A578D4" w:rsidRPr="00925B8C" w:rsidRDefault="00A578D4" w:rsidP="00A578D4">
      <w:pPr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64854CE8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1-1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مقدمة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</w:p>
    <w:p w14:paraId="68E45E9C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إطارًا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وطنيًا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شاملًا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لإعادة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توجيه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والاجتماعية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وضعت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الإنسان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التنموي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باعتباره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الغاية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والوسيلة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آن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وانطلاقًا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التصور،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تطوير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نشاطًا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فرعيًا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مساندة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للسياسات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العامة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فحسب،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أصبح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ركيزة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استراتيجية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اقتصاد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متنوع،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ومجتمع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ديناميكية،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التكيّف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التحولات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المحلية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والعالمية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باعتباره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تحقيق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ليعكس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بوضوح،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التركيز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الاستثمار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المواطن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الطفولة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المبكرة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وحتى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الحياة،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احتياجات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والمستقبلي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1C0E69F4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ويتوافق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تنظر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وتطوير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استثمارات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إنتاجية،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وليست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نفقات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استهلاكية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أكّد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وبيكر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تراكم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المعرفة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والخبرات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إنتاجية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وقيمته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ويُحسن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قدرته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المنافسة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ثمّ،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تعليمية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تدريبية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تهدف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تُقرأ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ضوء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منطق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الاستثمار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ضوء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المعالجة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الإجرائية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المؤقتة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لمعدلات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البطالة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فقط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1961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1993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)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00382F7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السياق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مؤسسات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العالي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مطالبة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بتقديم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المعرفة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المجردة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وحسب،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أصبحت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مطالبة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حقيقية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ويشمل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التكيف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متطلبات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السلوك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التنظيمي،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الفرق،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والتواصل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مواقف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واقعية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هنا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برزت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الأدوات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قربًا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تعبر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يتعلمه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يطلبه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صاحب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بيئة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الممارسة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الفعلية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(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1C428F4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صيغ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يسمح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بالاندماج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المؤقت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بيئة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حقيقية،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وملاحظة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الممارسات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واكتساب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الأولية،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وتطوير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السلوكية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والفنية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يصعب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اكتسابها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بالأسلوب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الصفي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وحده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أكدت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الحديثة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المنظمة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الثقة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الإدراك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الذاتي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للكفاءة،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وتساعد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توقعات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وإدراك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الفجوات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قدراته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ومتطلبات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منتج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يشترط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الأكاديمي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كمتطلب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للتخرج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جاكسون،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D63EFC8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فهي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بعدًا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آخر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أبعاد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تزود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بإشارات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معيارية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معترف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مستوى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إتقانه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لمجال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معين،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قدرته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مهام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متخصصة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لمعايير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محددة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وتزداد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تتسم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بتعدد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الوظيفية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الدقيقة،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والتسويق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وسلاسل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الإمداد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المشروعات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والحوكمة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المخاطر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المجالات،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تتيح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تمييز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نفسه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وتقدم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مؤشرًا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إضافيًا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وكفاءته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سينغوبتا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DF2AF03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وتؤكد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البيانات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الخاصة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مجموعة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والقانون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أكبر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مجموعات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المنافسة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داخل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المجموعة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مرتفعة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بطبيعتها،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يتحقق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تلقائيًا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بمجرد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الانتقال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يظل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مرحلة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حرجة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تحتاج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مؤسسي،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وتخطيط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دقيقة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الأكاديمية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والمتطلبات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الفعلية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للوظائف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يكتسب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مضاعفة،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خاصة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ظل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وطني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معلن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يستهدف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المواطن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230DA89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ويتصل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الموضوع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بطبيعة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والاجتماعي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التوسع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دور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القطاع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الخاص،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ونمو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ريادة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الرقمي،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وزيادة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الوظائف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القائمة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والمعرفة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واتخاذ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القرار،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أصبح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معنيًا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بامتلاك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حزمة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مركبة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الكفايات،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يكفي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التحصيل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وحده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هنا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موضوع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يبحث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مبادرتين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فرعيتين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منفصلتين،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يتناول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آليتين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امتدادًا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تطبيقيًا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لفلسفة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73C8872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ضوء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سبق،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فحص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ممثلة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ومنهجي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متكامل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الاستراتيجية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أخرى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84B4C9D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</w:p>
    <w:p w14:paraId="6BC6FCA6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</w:p>
    <w:p w14:paraId="4BD74F6F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</w:p>
    <w:p w14:paraId="1E0F3B27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495D1B3D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13EAC55C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1-2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مشكلة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30A217DD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تنبع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مشكلة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وجود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فجوة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ظاهرة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التوسع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الملحوظ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استمرار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سرعة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بعض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الرغم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يؤكدان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المواطن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متطلبات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السوق،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الواقع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يشير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الانتقال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يزال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يواجه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تتعلق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ملاءمة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المكتسبة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لطبيعة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الوظائف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المتاحة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57A5106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وتتعمق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المشكلة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نلاحظ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المؤهل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وحده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كافيًا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كثير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لضمان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مناسبة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قصير،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ظل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ارتفاع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مستوى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المنافسة،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وتزايد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توقعات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يتعلق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الناعمة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بيئات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متغيرة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ارتفاع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أعداد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يفرض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البحث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مزايا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إضافية،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السابقة،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وإثبات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الاستعداد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الاندماج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السريع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بيئة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المطيري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بنداواس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08347EB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الرغم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وجود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منتجات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رسمية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حجم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الفعلي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البيئة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يزال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بحاجة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يختلف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حيث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وطبيعة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المسندة،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ومستوى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الإشراف،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وارتباط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التجربة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بالتخصص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تتفاوت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حيث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الاعتراف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وارتباطها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بالمسار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وتوقيتها،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استثمار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مساره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اليافي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والهاجري،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الرقيب،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576ADC0F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ثمّ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جوهر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المشكلة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تكشف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كانت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ممثلة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تؤدي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بالفعل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الانتظار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989158C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وبناءً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ذلك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صياغة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السؤال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الرئيس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للدراسة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النحو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الآتي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5B0C7D7D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lastRenderedPageBreak/>
        <w:t>ما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ممثلة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برامج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السعودية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؟</w:t>
      </w:r>
      <w:proofErr w:type="gramEnd"/>
    </w:p>
    <w:p w14:paraId="09371841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21AA220C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3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أهمية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16E8F530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أولًا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-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الأهمية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العلمية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0212E937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الإسهام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المتصلة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بموضوع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A898DFE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تقديم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معالجة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تكاملية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تجمع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إطار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واحد،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بدل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تناولهما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متفرقين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A1906CA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إثراء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الخاصة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السياق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حضورًا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D266919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تقديم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ومدخل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والإشارة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59AA558" w14:textId="77777777" w:rsidR="00A578D4" w:rsidRDefault="00A578D4" w:rsidP="00A578D4">
      <w:pPr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</w:pPr>
      <w:r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br w:type="page"/>
      </w:r>
    </w:p>
    <w:p w14:paraId="08C602D4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lastRenderedPageBreak/>
        <w:t>ثانيًا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proofErr w:type="gramStart"/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-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الأهمية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العملية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2F673B09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وكليات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إعادة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تصميم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ومواءمته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المستهدفة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6508EB4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الداعمة،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تقويم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فعالية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بتأهيل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B7F5F56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مساعدة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جاهزيتهم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وقيمتهم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0795F2D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تزويد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القرار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بمؤشرات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تساعد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العالي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احتياجات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B4521C8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162DC6BB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4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أهداف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752DBBF0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واقع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الصلة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68FD561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06F9D95C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A146049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الكشف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طبيعة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التكاملية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أخرى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ABE9D66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أبرز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المعوقات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DA91378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اقتراح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توصيات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1A5CAC07" w14:textId="77777777" w:rsidR="00A578D4" w:rsidRDefault="00A578D4" w:rsidP="00A578D4">
      <w:pPr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>
        <w:rPr>
          <w:rFonts w:ascii="Sakkal Majalla" w:hAnsi="Sakkal Majalla" w:cs="Sakkal Majalla"/>
          <w:color w:val="000000" w:themeColor="text1"/>
          <w:sz w:val="40"/>
          <w:szCs w:val="40"/>
          <w:rtl/>
        </w:rPr>
        <w:br w:type="page"/>
      </w:r>
    </w:p>
    <w:p w14:paraId="70403C51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6B56DCF8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5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تساؤلات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7E680582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واقع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السعودية؟</w:t>
      </w:r>
    </w:p>
    <w:p w14:paraId="77A85052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الأعمال؟</w:t>
      </w:r>
    </w:p>
    <w:p w14:paraId="0F1E62FC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الأعمال؟</w:t>
      </w:r>
    </w:p>
    <w:p w14:paraId="1BC82781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تكاملية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للتوظيف؟</w:t>
      </w:r>
    </w:p>
    <w:p w14:paraId="68A03E0D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أبرز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المعوقات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المبادرات؟</w:t>
      </w:r>
    </w:p>
    <w:p w14:paraId="66796FC8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تختلف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درجة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باختلاف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الجنس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التخرج؟</w:t>
      </w:r>
    </w:p>
    <w:p w14:paraId="5BC23D8C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يحصل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عليها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الأعمال؟</w:t>
      </w:r>
    </w:p>
    <w:p w14:paraId="45C0014C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71FE877D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6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فروض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4CA0C02B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اعتمادًا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الصياغة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الإحصائية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العلمية،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تصاغ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الفروض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صورتها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الصفرية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النحو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الآتي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4DF911E7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الفرض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الرئيس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الصفري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: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دلالة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إحصائية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730B46A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lastRenderedPageBreak/>
        <w:t>الفرض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الفرعي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الأول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>: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دلالة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إحصائية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2863D1E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الفرض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الفرعي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الثاني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>: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دلالة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إحصائية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02E39659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الفرض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الفرعي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الثالث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>: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تفاعلي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دلالة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إحصائية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00B7DC4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الفرض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الفرعي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الرابع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>: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توجد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دلالة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إحصائية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تقدير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تُعزى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الجنس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التخرج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03E4B335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77BBAB21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7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مبررات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اختيار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الموضوع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75A0F7A3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اتصال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الموضوع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المباشر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بأحد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تحقيق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B4922B9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ارتباط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الموضوع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بقضية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شريحة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واسعة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خاصة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FC5EC71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مرحلة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الانتقال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مرحلة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حاسمة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تشكيل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70CB810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دراسات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تجمع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السياق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DFE3851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إمكانية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تحويل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نتائج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توصيات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للتنفيذ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داخل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الداعمة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4CC37AF4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0250C27A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8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حدود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6F418202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lastRenderedPageBreak/>
        <w:t>الحدود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الموضوعية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: </w:t>
      </w:r>
      <w:r w:rsidRPr="004B0169"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تقتصر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بحث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بعدين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F256FB4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الحدود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البشرية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: </w:t>
      </w:r>
      <w:r w:rsidRPr="004B0169"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خريجو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الحكومية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والأهلية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1A3B293B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الحدود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المكانية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: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AA971EE" w14:textId="77777777" w:rsidR="00A578D4" w:rsidRPr="00925B8C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الحدود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الزمانية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: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الخريجون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الفترة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2022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0184ABD4" w14:textId="77777777" w:rsidR="00A578D4" w:rsidRDefault="00A578D4" w:rsidP="00A578D4">
      <w:pPr>
        <w:pStyle w:val="ListBullet"/>
        <w:tabs>
          <w:tab w:val="num" w:pos="360"/>
        </w:tabs>
        <w:bidi/>
        <w:spacing w:after="0" w:line="240" w:lineRule="auto"/>
        <w:ind w:left="360" w:hanging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الحدود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 </w:t>
      </w:r>
      <w:proofErr w:type="gramStart"/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المنهجية</w:t>
      </w:r>
      <w:r w:rsidRPr="004B0169">
        <w:rPr>
          <w:rFonts w:ascii="Sakkal Majalla" w:hAnsi="Sakkal Majalla" w:cs="Sakkal Majalla"/>
          <w:b/>
          <w:bCs/>
          <w:color w:val="000000" w:themeColor="text1"/>
          <w:sz w:val="40"/>
          <w:szCs w:val="40"/>
        </w:rPr>
        <w:t xml:space="preserve">: </w:t>
      </w:r>
      <w:r w:rsidRPr="004B0169"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دراسة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وصفية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تعتمد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الاستبانة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الإحصائي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الكمي،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البيانات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الثانوية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والوثائق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الرسمية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9C09ADD" w14:textId="77777777" w:rsidR="00A578D4" w:rsidRPr="00925B8C" w:rsidRDefault="00A578D4" w:rsidP="00A578D4">
      <w:pPr>
        <w:pStyle w:val="ListBullet"/>
        <w:numPr>
          <w:ilvl w:val="0"/>
          <w:numId w:val="0"/>
        </w:numPr>
        <w:bidi/>
        <w:spacing w:after="0" w:line="240" w:lineRule="auto"/>
        <w:ind w:left="36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4D01E8A0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9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مصطلحات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5D462D59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68468666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مجموع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والخبرات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يكتسبها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عبر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والخبرة،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تنعكس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إنتاجيته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وقيمته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وقدرته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المنافسة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إجرائيًا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يقصد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مجموعة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والسياسات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تستهدف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إطار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ويجري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قياسه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بعدين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محددين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1961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1993).</w:t>
      </w:r>
    </w:p>
    <w:p w14:paraId="749ED370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التعاوني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0C226E78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نمط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أنماط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والتطبيق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بيئة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حقيقية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ويقصد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إجرائيًا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درجة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استفادة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تجربة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منظمة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بتخصصه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التخرج،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ويقاس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ملاءمة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الإشراف،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وإسهامه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جاكسون،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1FF4B1F6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الاحترافي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>ــــــــــــــــــــــــــــــــــ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095BDEF8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معتمدة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تمنحها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متخصصة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لإثبات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امتلاك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معيارية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محدد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ويقصد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إجرائيًا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شهادة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الأقل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سعيه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عليها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بالتخصص،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ويقاس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وارتباطها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بالمسار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وتوقيتها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وأثرها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المدرك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سينغوبتا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4859734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الأعم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>ــــــــــــــــــــــــــ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</w:p>
    <w:p w14:paraId="340667D4" w14:textId="77777777" w:rsidR="00A578D4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يقصد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إجرائيًا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مدفوعة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الأجر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12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شهرًا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التخرج،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مراعاة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ارتباط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بالتخصص،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ورضا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وإدراكه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74CA03DC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0502F295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1-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10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النظرية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العلمية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المتبعة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لإعداد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البحث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والنموذج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المفاهيمي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5D20E1B8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تستند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حزمة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متكاملة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الأساس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قيمة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إنتاجية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وفرصه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الإطار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يشرح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المعارف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والسمات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حقيقية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الإشارة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الدور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تؤديه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صاحب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مؤشرًا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إضافيًا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الكفاءة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والاستعداد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1961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1993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توملينسون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2017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51803466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7A6A50">
        <w:rPr>
          <w:rFonts w:ascii="Sakkal Majalla" w:hAnsi="Sakkal Majalla" w:cs="Sakkal Majalla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0525F8D" wp14:editId="132862DE">
            <wp:simplePos x="0" y="0"/>
            <wp:positionH relativeFrom="margin">
              <wp:posOffset>68580</wp:posOffset>
            </wp:positionH>
            <wp:positionV relativeFrom="paragraph">
              <wp:posOffset>127000</wp:posOffset>
            </wp:positionV>
            <wp:extent cx="5387975" cy="3474720"/>
            <wp:effectExtent l="0" t="0" r="3175" b="0"/>
            <wp:wrapTight wrapText="bothSides">
              <wp:wrapPolygon edited="0">
                <wp:start x="0" y="0"/>
                <wp:lineTo x="0" y="21434"/>
                <wp:lineTo x="21536" y="21434"/>
                <wp:lineTo x="21536" y="0"/>
                <wp:lineTo x="0" y="0"/>
              </wp:wrapPolygon>
            </wp:wrapTight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7975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3E66FDC1" w14:textId="77777777" w:rsidR="00A578D4" w:rsidRPr="00925B8C" w:rsidRDefault="00A578D4" w:rsidP="00A578D4">
      <w:pPr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br w:type="page"/>
      </w:r>
    </w:p>
    <w:tbl>
      <w:tblPr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71"/>
      </w:tblGrid>
      <w:tr w:rsidR="00A578D4" w:rsidRPr="00925B8C" w14:paraId="751C9103" w14:textId="77777777" w:rsidTr="00C02E12">
        <w:trPr>
          <w:jc w:val="center"/>
        </w:trPr>
        <w:tc>
          <w:tcPr>
            <w:tcW w:w="9071" w:type="dxa"/>
            <w:shd w:val="clear" w:color="auto" w:fill="EAF1F8"/>
            <w:vAlign w:val="center"/>
          </w:tcPr>
          <w:p w14:paraId="1021A0A5" w14:textId="77777777" w:rsidR="00A578D4" w:rsidRPr="00925B8C" w:rsidRDefault="00A578D4" w:rsidP="00C02E12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color w:val="000000" w:themeColor="text1"/>
                <w:sz w:val="40"/>
                <w:szCs w:val="40"/>
              </w:rPr>
            </w:pP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lastRenderedPageBreak/>
              <w:t>الفصل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proofErr w:type="gramStart"/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الثاني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: </w:t>
            </w:r>
            <w:r>
              <w:rPr>
                <w:rFonts w:ascii="Sakkal Majalla" w:hAnsi="Sakkal Majalla" w:cs="Sakkal Majalla" w:hint="cs"/>
                <w:b/>
                <w:color w:val="000000" w:themeColor="text1"/>
                <w:sz w:val="40"/>
                <w:szCs w:val="40"/>
                <w:rtl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الدراسات</w:t>
            </w:r>
            <w:proofErr w:type="gramEnd"/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السابقة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والإطار</w:t>
            </w:r>
            <w:r w:rsidRPr="00925B8C">
              <w:rPr>
                <w:rFonts w:ascii="Sakkal Majalla" w:hAnsi="Sakkal Majalla" w:cs="Sakkal Majalla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925B8C">
              <w:rPr>
                <w:rFonts w:ascii="Sakkal Majalla" w:hAnsi="Sakkal Majalla" w:cs="Sakkal Majalla"/>
                <w:b/>
                <w:bCs/>
                <w:color w:val="000000" w:themeColor="text1"/>
                <w:sz w:val="40"/>
                <w:szCs w:val="40"/>
                <w:rtl/>
              </w:rPr>
              <w:t>النظري</w:t>
            </w:r>
          </w:p>
        </w:tc>
      </w:tr>
    </w:tbl>
    <w:p w14:paraId="63F40D55" w14:textId="77777777" w:rsidR="00A578D4" w:rsidRPr="00925B8C" w:rsidRDefault="00A578D4" w:rsidP="00A578D4">
      <w:pPr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>
        <w:rPr>
          <w:rFonts w:ascii="Sakkal Majalla" w:hAnsi="Sakkal Majalla" w:cs="Sakkal Majalla"/>
          <w:color w:val="000000" w:themeColor="text1"/>
          <w:sz w:val="40"/>
          <w:szCs w:val="40"/>
          <w:rtl/>
        </w:rPr>
        <w:tab/>
      </w:r>
    </w:p>
    <w:p w14:paraId="24B06FCA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1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مقدمة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 </w:t>
      </w:r>
    </w:p>
    <w:p w14:paraId="1FBD602B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يهدف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الخلفية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المتكاملة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عرض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المرتكزات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استعراض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أبرز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السابقة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والأجنبية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الصلة؛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تمهيدًا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لتحديد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موقع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الحقل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المعرفي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تنتمي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إليه،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وتوضيح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تضيفه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مقارنة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سبقها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اليافي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والهاجري،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الرقيب،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المطيري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F1F058C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2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المتغير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المستقل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: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</w:t>
      </w:r>
    </w:p>
    <w:p w14:paraId="2424A0FB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1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تنمية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الفكر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الإداري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والاقتصادي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2C407DD9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يرتبط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بتاريخ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طويل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التنظير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والإداري،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ويُعد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أبرز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المفاهيم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فسرت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الاستثمار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الإنسان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النمو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والإنتاجية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والدخل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فحين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نوعًا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الاستثمار،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يؤسس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لفكرة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ينفق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الأفراد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ينبغي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يعامل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دائمًا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باعتباره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إنفاقًا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استهلاكيًا،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كثيرًا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تراكمًا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إنتاجي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طويل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الأمد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ليعزز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ويطوره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نمذجة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العلاقة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والعائد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أخرى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1961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1993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4128BE4E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العلوم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الإدارية،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تطور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ليشمل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ليس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فقط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المعرفة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السلوكية،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والمرونة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القيادية،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الابتكار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التوسع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المفاهيمي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لماذا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تكفي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وحدها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استثمارات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إضافية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والاعتماد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والاجتماعي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توملينسون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2017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3199352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ويكتسب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خاصة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الساعية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الهيكلي،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الاقتصاد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حيث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ترتبط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جودة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التأهيل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بإمكانية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التوسع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القطاعات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الجديدة،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وإحلال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الكفاءات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الإنتاجية،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وتقليص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الفجوة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واحتياجات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الزاوية،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تبدو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المملكة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امتدادًا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مؤسسيًا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واضحًا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لفلسفة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17359A97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7E78589C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2-2-2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2030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</w:p>
    <w:p w14:paraId="69EC5CFE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جاءت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تنموية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تضع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الإنسان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محورًا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رئيسًا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للتحول،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انعكس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بوضوح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انطلق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ليدمج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المستمر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وتمكين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وإعادة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تأهيلها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ويؤكد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وثائقه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التنفيذية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وتقاريره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السنوية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أحد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أهدافه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الجوهرية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المواطن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جميع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مراحل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الحياة،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وتعزيز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مخرجات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واحتياجات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ثقافة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الابتكار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وريادة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2BB87416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ويفهم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التوجه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تقتصر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المؤسسات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الرسمية،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تمتد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شراكات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تدريبية،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ومنتجات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تمكينية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تستهدف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والباحثين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والعاملين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القطاعين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العام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والخاص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ثمّ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بالتدريب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أدوات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تنفيذية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الأشمل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E4A347A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الإطار،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عدّ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التصاقًا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بمرحلة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الانتقال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لأنهما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يعالجان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فجوة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ويمنحان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للترجمة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وظيفية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أفضل،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يزودان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صاحب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بإشارات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ملموسة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استعداد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ودرجة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5FCC06E8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3131E346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3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التدريب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: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المفهوم،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الأهداف،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وآليات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التأثير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61E8CAF8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يرتبط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يقوم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الأكاديمي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بممارسات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الواقعية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خبرات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منظمة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أهداف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واضحة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وإشراف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وتقييم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وتغذية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راجعة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وتؤكد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يزيد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نضج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مهنيًا،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ويقلل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فجوة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الانتقال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ويُحسن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إدراكه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لذاته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جاكسون،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نغ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2022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3ABF846E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الأهداف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يحققها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: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الوعي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الطالب،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فهمه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لطبيعة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المؤسسات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والوظائف،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وتطوير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مهاراته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الاتصال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الجماعي،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قدرته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التكيف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المتغيرات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بتوقعات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ويوفر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تغذية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راجعة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تؤثر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قراراته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لاحقًا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اليافي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والهاجري،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نغ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2022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60483EDC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زاوية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توفير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قناة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مبكرة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للتعرف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المواهب،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واختبار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ملاءمة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الطلبة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والخريجين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للثقافة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التنظيمية،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وتقدير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جاهزيتهم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الفعلية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ولذلك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يقتصر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الطالب،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يمتد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المؤسسة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المستضيفة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السواء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اليافي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والهاجري،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جاكسون،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4EA06207" w14:textId="77777777" w:rsidR="00A578D4" w:rsidRPr="00925B8C" w:rsidRDefault="00A578D4" w:rsidP="00A578D4">
      <w:pPr>
        <w:bidi/>
        <w:spacing w:after="0" w:line="240" w:lineRule="auto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4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الشهادات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: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المفهوم،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الأدوار،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والقيمة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السوقية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</w:t>
      </w:r>
    </w:p>
    <w:p w14:paraId="79DD73CA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الاحترافية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آلية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معاصرة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لإثبات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الكفاءة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مجالات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متنوعة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وتقوم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قيمتها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تمنح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صاحب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مؤشرًا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نسبيًا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امتلاك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محددة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التحقق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معايير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خارجية،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يجعلها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إشارة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موثوقة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نسبيًا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سياقات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والمفاضلة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والترقية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سينغوبتا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FB01700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تخصص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تتعدد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مجالات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بالمسارات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وتحليل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البيانات،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المشروعات،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وسلاسل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الإمداد،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والتسويق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الرقمي،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الجودة،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وغيرها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ويجعل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أداة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مواءمتها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الاتجاهات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الدقيقة،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متطلبات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القطاعات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المختلفة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بنداواس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إيبايد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616F3656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دعم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يعكس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إدراكًا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مؤسسيًا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لدورها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الكفاءة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وزيادة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تنافسية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الباحثين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غير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النهائي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يتحدد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عليها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فقط،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ارتباطها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بالتخصص،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الجهة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المانحة،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وتوقيت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عليها،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وكيفية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للخريج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صندوق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02846B32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2D110A7F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3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المتغير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التابع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: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وقابلية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التوظيف</w:t>
      </w:r>
    </w:p>
    <w:p w14:paraId="01CC7FDC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يعد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مفهومًا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أوسع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الحصول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وظيفة،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يرتبط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الأدبيات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الحديثة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امتلاك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مجموعة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المعارف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والسمات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والإنجازات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تزيد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احتمالات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حصوله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مناسب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والمحافظة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عليه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والتطور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هنا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حلقة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وصل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يملكه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بشرية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يستطيع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تحقيقه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فعليًا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توملينسون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2017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</w:p>
    <w:p w14:paraId="1D51DD9C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حالة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تتخذ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طابعًا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مركبًا؛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فقط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أساسًا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معرفيًا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الإدارة،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كذلك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تحليلية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واتصالية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وسلوكية،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وقدرة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فرق،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ومرونة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والتكيّف،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ووعيًا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بالأدوات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الحديثة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ارتفاع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مقارنة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ببعض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التخصصات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الأخرى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المطيري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بنداواس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68AF7679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وتزداد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المفهوم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السياق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بسبب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التنافس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الخريجين،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وتنوع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المسارات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الوظيفية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قطاع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واتساع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نطاق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الوظائف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مزيجًا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والمعرفة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والاعتماد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ثمّ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فإن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يتطلب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تفاعلًا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والطالب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والجهات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الداعمة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والاعتماد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المرصد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الوطني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2E60F7C5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590E050D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4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الإط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>ـــــــــــــــــــــــ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ار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النظري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للدراس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>ـــــــــــــــــــــــ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ة</w:t>
      </w:r>
    </w:p>
    <w:p w14:paraId="09E49E51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تستند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أربعة</w:t>
      </w:r>
      <w:proofErr w:type="gram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مرتكزات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يرفع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الاستثمار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الإنتاجية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للفرد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الثاني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مدخل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يشرح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تتحول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الموارد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التعليمية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فرص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فعلية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ويتمثل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الثالث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التعلم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الذي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المرتكز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الرابع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فهو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نظرية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الإشارة،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مؤشرات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الكفاءة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والاستعداد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شولتز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1961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بيكر،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1993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يورك،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2006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توملينسون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2017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229A2DB1" w14:textId="77777777" w:rsidR="00A578D4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  <w:rtl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خلال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هذه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المداخل،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استثمارًا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الجاهزية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يمكن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تفسير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بوصفها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استثمارًا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الاعتماد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والإشارة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السوقية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وعندما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يجتمع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البعدان،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تصبح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الخريج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أعلى؛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يستقبل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مزيجًا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الممارسة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والدليل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المعتمد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الوقت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نفسه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أوليفر،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بيون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سينغوبتا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2023</w:t>
      </w:r>
      <w:proofErr w:type="gramStart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)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</w:p>
    <w:p w14:paraId="0FD7B5D9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</w:p>
    <w:p w14:paraId="6167F170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5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الدراسات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السابق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>ــــــــــــــــــــــــــ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ة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:</w:t>
      </w:r>
      <w:proofErr w:type="gramEnd"/>
    </w:p>
    <w:p w14:paraId="6BA64AF3" w14:textId="77777777" w:rsidR="00A578D4" w:rsidRPr="00925B8C" w:rsidRDefault="00A578D4" w:rsidP="00A578D4">
      <w:pPr>
        <w:bidi/>
        <w:spacing w:after="0" w:line="240" w:lineRule="auto"/>
        <w:ind w:firstLine="397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فيما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يلي</w:t>
      </w:r>
      <w:r>
        <w:rPr>
          <w:rFonts w:ascii="Sakkal Majalla" w:hAnsi="Sakkal Majalla" w:cs="Sakkal Majalla" w:hint="cs"/>
          <w:b/>
          <w:bCs/>
          <w:color w:val="000000" w:themeColor="text1"/>
          <w:sz w:val="40"/>
          <w:szCs w:val="40"/>
          <w:rtl/>
        </w:rPr>
        <w:t xml:space="preserve"> جدول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عرض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مختصر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لأبرز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السابقة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تناولت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التعاوني،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المهنية،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وقابلية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الأعمال،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مع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إبراز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تضيفه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الحالية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مقارنة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بها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</w:p>
    <w:p w14:paraId="65963061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جدول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(2-1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)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:</w:t>
      </w:r>
      <w:proofErr w:type="gramEnd"/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ملخص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السابقة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العربية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والأجنبية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ذات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الصلة</w:t>
      </w:r>
    </w:p>
    <w:tbl>
      <w:tblPr>
        <w:tblStyle w:val="TableGrid"/>
        <w:bidiVisual/>
        <w:tblW w:w="9545" w:type="dxa"/>
        <w:jc w:val="center"/>
        <w:tblLayout w:type="fixed"/>
        <w:tblLook w:val="04A0" w:firstRow="1" w:lastRow="0" w:firstColumn="1" w:lastColumn="0" w:noHBand="0" w:noVBand="1"/>
      </w:tblPr>
      <w:tblGrid>
        <w:gridCol w:w="1909"/>
        <w:gridCol w:w="2625"/>
        <w:gridCol w:w="2625"/>
        <w:gridCol w:w="2386"/>
      </w:tblGrid>
      <w:tr w:rsidR="00A578D4" w:rsidRPr="006938C5" w14:paraId="727BF4D4" w14:textId="77777777" w:rsidTr="00C02E12">
        <w:trPr>
          <w:trHeight w:val="1293"/>
          <w:jc w:val="center"/>
        </w:trPr>
        <w:tc>
          <w:tcPr>
            <w:tcW w:w="1909" w:type="dxa"/>
            <w:shd w:val="clear" w:color="auto" w:fill="D9EAF7"/>
            <w:vAlign w:val="center"/>
          </w:tcPr>
          <w:p w14:paraId="4DCAECDA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lastRenderedPageBreak/>
              <w:t>الباحث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>/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السنة</w:t>
            </w:r>
          </w:p>
        </w:tc>
        <w:tc>
          <w:tcPr>
            <w:tcW w:w="2625" w:type="dxa"/>
            <w:shd w:val="clear" w:color="auto" w:fill="D9EAF7"/>
            <w:vAlign w:val="center"/>
          </w:tcPr>
          <w:p w14:paraId="7CED4B72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موضوع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الدراسة</w:t>
            </w:r>
          </w:p>
        </w:tc>
        <w:tc>
          <w:tcPr>
            <w:tcW w:w="2625" w:type="dxa"/>
            <w:shd w:val="clear" w:color="auto" w:fill="D9EAF7"/>
            <w:vAlign w:val="center"/>
          </w:tcPr>
          <w:p w14:paraId="367455F7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أبرز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النتائج</w:t>
            </w:r>
          </w:p>
        </w:tc>
        <w:tc>
          <w:tcPr>
            <w:tcW w:w="2386" w:type="dxa"/>
            <w:shd w:val="clear" w:color="auto" w:fill="D9EAF7"/>
            <w:vAlign w:val="center"/>
          </w:tcPr>
          <w:p w14:paraId="2812C0D2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وجه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الإفادة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للدراسة</w:t>
            </w:r>
            <w:r w:rsidRPr="006938C5">
              <w:rPr>
                <w:rFonts w:ascii="Sakkal Majalla" w:hAnsi="Sakkal Majalla" w:cs="Sakkal Majalla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b/>
                <w:bCs/>
                <w:color w:val="000000" w:themeColor="text1"/>
                <w:sz w:val="32"/>
                <w:szCs w:val="32"/>
                <w:rtl/>
              </w:rPr>
              <w:t>الحالية</w:t>
            </w:r>
          </w:p>
        </w:tc>
      </w:tr>
      <w:tr w:rsidR="00A578D4" w:rsidRPr="006938C5" w14:paraId="1A13196B" w14:textId="77777777" w:rsidTr="00C02E12">
        <w:trPr>
          <w:trHeight w:val="2290"/>
          <w:jc w:val="center"/>
        </w:trPr>
        <w:tc>
          <w:tcPr>
            <w:tcW w:w="1909" w:type="dxa"/>
            <w:shd w:val="clear" w:color="auto" w:fill="F3F7FB"/>
            <w:vAlign w:val="center"/>
          </w:tcPr>
          <w:p w14:paraId="186C603B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اليافي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والهاجري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(2021)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10B46A9D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اتجاهات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طالبات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ومشرفات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التدريب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التعاوني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بيئة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الأعمال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السعودية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746ABED5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أكدت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أهمية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التدريب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التعاوني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كمتطلب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للتخرج،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وأثره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الإيجابي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الجاهزية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والانتقال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إلى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سوق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shd w:val="clear" w:color="auto" w:fill="F3F7FB"/>
            <w:vAlign w:val="center"/>
          </w:tcPr>
          <w:p w14:paraId="3E27DB41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تدعم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أهمية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بعد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التدريب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التعاوني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البيئة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  <w:tr w:rsidR="00A578D4" w:rsidRPr="006938C5" w14:paraId="72B0046A" w14:textId="77777777" w:rsidTr="00C02E12">
        <w:trPr>
          <w:trHeight w:val="2299"/>
          <w:jc w:val="center"/>
        </w:trPr>
        <w:tc>
          <w:tcPr>
            <w:tcW w:w="1909" w:type="dxa"/>
            <w:vAlign w:val="center"/>
          </w:tcPr>
          <w:p w14:paraId="69C2D85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الرقيب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(2020)</w:t>
            </w:r>
          </w:p>
        </w:tc>
        <w:tc>
          <w:tcPr>
            <w:tcW w:w="2625" w:type="dxa"/>
            <w:vAlign w:val="center"/>
          </w:tcPr>
          <w:p w14:paraId="72F168F9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دور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الجامعات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تأهيل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خريجي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المحاسبة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للحصول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على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</w:p>
        </w:tc>
        <w:tc>
          <w:tcPr>
            <w:tcW w:w="2625" w:type="dxa"/>
            <w:vAlign w:val="center"/>
          </w:tcPr>
          <w:p w14:paraId="32551896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أظهرت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أهمية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الدور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الجامعي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التحفيز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والتوعية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والدعم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المبكر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vAlign w:val="center"/>
          </w:tcPr>
          <w:p w14:paraId="059CFD59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تفيد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بناء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بعد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والربط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بين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الجامعة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وسوق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  <w:tr w:rsidR="00A578D4" w:rsidRPr="006938C5" w14:paraId="516D7DDB" w14:textId="77777777" w:rsidTr="00C02E12">
        <w:trPr>
          <w:trHeight w:val="2387"/>
          <w:jc w:val="center"/>
        </w:trPr>
        <w:tc>
          <w:tcPr>
            <w:tcW w:w="1909" w:type="dxa"/>
            <w:shd w:val="clear" w:color="auto" w:fill="F3F7FB"/>
            <w:vAlign w:val="center"/>
          </w:tcPr>
          <w:p w14:paraId="65A6427A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proofErr w:type="spellStart"/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Ebaid</w:t>
            </w:r>
            <w:proofErr w:type="spellEnd"/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(2021)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365138C8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تصورات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أصحاب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لمهارات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قابلية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لدى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خريجي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المحاسبة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السعودية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64FC3129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ركز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أصحاب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على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المهارات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الفنية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والعامة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والاتصال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الجماعي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shd w:val="clear" w:color="auto" w:fill="F3F7FB"/>
            <w:vAlign w:val="center"/>
          </w:tcPr>
          <w:p w14:paraId="39F6F04D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تدعم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أهمية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المتطلبات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المهارية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تقيسها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الدراسة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الحالية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  <w:tr w:rsidR="00A578D4" w:rsidRPr="006938C5" w14:paraId="22AFF8FB" w14:textId="77777777" w:rsidTr="00C02E12">
        <w:trPr>
          <w:trHeight w:val="2387"/>
          <w:jc w:val="center"/>
        </w:trPr>
        <w:tc>
          <w:tcPr>
            <w:tcW w:w="1909" w:type="dxa"/>
            <w:vAlign w:val="center"/>
          </w:tcPr>
          <w:p w14:paraId="70822A2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Ng et al. (2022)</w:t>
            </w:r>
          </w:p>
        </w:tc>
        <w:tc>
          <w:tcPr>
            <w:tcW w:w="2625" w:type="dxa"/>
            <w:vAlign w:val="center"/>
          </w:tcPr>
          <w:p w14:paraId="4C96F939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تعزيز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قابلية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المدركة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عبر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التعلم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المدمج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بالعمل</w:t>
            </w:r>
          </w:p>
        </w:tc>
        <w:tc>
          <w:tcPr>
            <w:tcW w:w="2625" w:type="dxa"/>
            <w:vAlign w:val="center"/>
          </w:tcPr>
          <w:p w14:paraId="56E3D34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أكدت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الدراسة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خبرات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cs/>
              </w:rPr>
              <w:t>‎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  <w:cs/>
              </w:rPr>
              <w:t>WIL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‎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ترفع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القابلية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الداخلية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والخارجية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للتوظيف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vAlign w:val="center"/>
          </w:tcPr>
          <w:p w14:paraId="7D2C2C64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توفر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سندًا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نظريًا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لأثر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التدريب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التعاوني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الجاهزية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  <w:tr w:rsidR="00A578D4" w:rsidRPr="006938C5" w14:paraId="623F53B7" w14:textId="77777777" w:rsidTr="00C02E12">
        <w:trPr>
          <w:trHeight w:val="3490"/>
          <w:jc w:val="center"/>
        </w:trPr>
        <w:tc>
          <w:tcPr>
            <w:tcW w:w="1909" w:type="dxa"/>
            <w:shd w:val="clear" w:color="auto" w:fill="F3F7FB"/>
            <w:vAlign w:val="center"/>
          </w:tcPr>
          <w:p w14:paraId="53EF8A6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proofErr w:type="spellStart"/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lastRenderedPageBreak/>
              <w:t>Peón</w:t>
            </w:r>
            <w:proofErr w:type="spellEnd"/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et al. (2023)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279C72DF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والاعتماد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الخارجي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وعلاقتهما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بإدراك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التوظيف</w:t>
            </w:r>
          </w:p>
        </w:tc>
        <w:tc>
          <w:tcPr>
            <w:tcW w:w="2625" w:type="dxa"/>
            <w:shd w:val="clear" w:color="auto" w:fill="F3F7FB"/>
            <w:vAlign w:val="center"/>
          </w:tcPr>
          <w:p w14:paraId="37EFA15D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أشارت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النتائج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إلى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الاعتماد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يرتبطان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بصورة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إيجابية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بإدراك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فرص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والرضا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عن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البرنامج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shd w:val="clear" w:color="auto" w:fill="F3F7FB"/>
            <w:vAlign w:val="center"/>
          </w:tcPr>
          <w:p w14:paraId="7F0E4A24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تساند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تحليل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دور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الشهادات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المهنية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التنافسية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الوظيفية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  <w:tr w:rsidR="00A578D4" w:rsidRPr="006938C5" w14:paraId="7E2A0C7F" w14:textId="77777777" w:rsidTr="00C02E12">
        <w:trPr>
          <w:trHeight w:val="2938"/>
          <w:jc w:val="center"/>
        </w:trPr>
        <w:tc>
          <w:tcPr>
            <w:tcW w:w="1909" w:type="dxa"/>
            <w:vAlign w:val="center"/>
          </w:tcPr>
          <w:p w14:paraId="327B917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AL-Mutairi et al. (2025)</w:t>
            </w:r>
          </w:p>
        </w:tc>
        <w:tc>
          <w:tcPr>
            <w:tcW w:w="2625" w:type="dxa"/>
            <w:vAlign w:val="center"/>
          </w:tcPr>
          <w:p w14:paraId="49873620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العوامل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المحددة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لقابلية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توظيف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خريجي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الأعمال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من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وجهة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نظر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أصحاب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</w:p>
        </w:tc>
        <w:tc>
          <w:tcPr>
            <w:tcW w:w="2625" w:type="dxa"/>
            <w:vAlign w:val="center"/>
          </w:tcPr>
          <w:p w14:paraId="63344B8E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أولى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أصحاب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أهمية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مرتفعة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للمعرفة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والمهارات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الصلبة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والناعمة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الجماعي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386" w:type="dxa"/>
            <w:vAlign w:val="center"/>
          </w:tcPr>
          <w:p w14:paraId="68436FEF" w14:textId="77777777" w:rsidR="00A578D4" w:rsidRPr="006938C5" w:rsidRDefault="00A578D4" w:rsidP="00C02E12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</w:pP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توفر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تفسيرًا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لسلوك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أصحاب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العمل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ومعايير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الاختيار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في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السوق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 xml:space="preserve"> 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  <w:rtl/>
              </w:rPr>
              <w:t>السعودي</w:t>
            </w:r>
            <w:r w:rsidRPr="006938C5">
              <w:rPr>
                <w:rFonts w:ascii="Sakkal Majalla" w:hAnsi="Sakkal Majalla" w:cs="Sakkal Majalla"/>
                <w:color w:val="000000" w:themeColor="text1"/>
                <w:sz w:val="32"/>
                <w:szCs w:val="32"/>
              </w:rPr>
              <w:t>.</w:t>
            </w:r>
          </w:p>
        </w:tc>
      </w:tr>
    </w:tbl>
    <w:p w14:paraId="2E2E5AD3" w14:textId="77777777" w:rsidR="00A578D4" w:rsidRPr="00925B8C" w:rsidRDefault="00A578D4" w:rsidP="00A578D4">
      <w:pPr>
        <w:bidi/>
        <w:spacing w:after="0" w:line="240" w:lineRule="auto"/>
        <w:jc w:val="center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>2-</w:t>
      </w:r>
      <w:proofErr w:type="gramStart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6 </w:t>
      </w:r>
      <w:r>
        <w:rPr>
          <w:rFonts w:ascii="Sakkal Majalla" w:hAnsi="Sakkal Majalla" w:cs="Sakkal Majalla" w:hint="cs"/>
          <w:b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التعقيب</w:t>
      </w:r>
      <w:proofErr w:type="gramEnd"/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السابقة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والفجوة</w:t>
      </w:r>
      <w:r w:rsidRPr="00925B8C">
        <w:rPr>
          <w:rFonts w:ascii="Sakkal Majalla" w:hAnsi="Sakkal Majalla" w:cs="Sakkal Majalla"/>
          <w:b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b/>
          <w:bCs/>
          <w:color w:val="000000" w:themeColor="text1"/>
          <w:sz w:val="40"/>
          <w:szCs w:val="40"/>
          <w:rtl/>
        </w:rPr>
        <w:t>البحثية</w:t>
      </w:r>
    </w:p>
    <w:p w14:paraId="435F1FB4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يتضح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السابقة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هناك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اتفاقًا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عامًا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أهمية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الخبرة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التطبيقية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المعيارية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تحسين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قابلية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.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يتضح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وخارجها،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يمنح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وزنًا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واضحًا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للمهارات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والناعمة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وللمؤشرات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تقلل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عدم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اليقين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لدى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أصحاب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عند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اتخاذ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قرار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اليافي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والهاجري،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الرقيب،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المطيري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spellStart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بنداواس</w:t>
      </w:r>
      <w:proofErr w:type="spellEnd"/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2024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33500812" w14:textId="77777777" w:rsidR="00A578D4" w:rsidRPr="00925B8C" w:rsidRDefault="00A578D4" w:rsidP="00A578D4">
      <w:pPr>
        <w:bidi/>
        <w:spacing w:after="0" w:line="240" w:lineRule="auto"/>
        <w:ind w:firstLine="720"/>
        <w:jc w:val="both"/>
        <w:rPr>
          <w:rFonts w:ascii="Sakkal Majalla" w:hAnsi="Sakkal Majalla" w:cs="Sakkal Majalla"/>
          <w:color w:val="000000" w:themeColor="text1"/>
          <w:sz w:val="40"/>
          <w:szCs w:val="40"/>
        </w:rPr>
      </w:pP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وتتمثل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الفجوة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البحثية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تنطلق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منها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ندرة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الدراسات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تجمع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بعدي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التدريب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التعاوني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والشهادات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المهنية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معًا،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وتبحث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أثرهما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توظيف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خريجي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إدارة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الأعمال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تحديدًا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داخل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السياق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وفي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ضوء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مبادرات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رأس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المال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المرتبطة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proofErr w:type="gramStart"/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2030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  <w:proofErr w:type="gramEnd"/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كما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تسعى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lastRenderedPageBreak/>
        <w:t>الدراسة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الحالية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إلى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تقديم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ربط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أكثر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وضوحًا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بين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المتغيرات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النظرية،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والنموذج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المفاهيمي،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وأدوات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القياس،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والنتائج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المتوقعة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على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مستوى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الممارسة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الجامعية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وسوق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العمل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(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رؤية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السعودية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2030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2016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برنامج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تنمية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القدرات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البشرية،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2021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؛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المطيري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  <w:rtl/>
        </w:rPr>
        <w:t>وآخرون،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 xml:space="preserve"> 2025</w:t>
      </w:r>
      <w:r>
        <w:rPr>
          <w:rFonts w:ascii="Sakkal Majalla" w:hAnsi="Sakkal Majalla" w:cs="Sakkal Majalla" w:hint="cs"/>
          <w:color w:val="000000" w:themeColor="text1"/>
          <w:sz w:val="40"/>
          <w:szCs w:val="40"/>
          <w:rtl/>
        </w:rPr>
        <w:t>)</w:t>
      </w:r>
      <w:r w:rsidRPr="00925B8C">
        <w:rPr>
          <w:rFonts w:ascii="Sakkal Majalla" w:hAnsi="Sakkal Majalla" w:cs="Sakkal Majalla"/>
          <w:color w:val="000000" w:themeColor="text1"/>
          <w:sz w:val="40"/>
          <w:szCs w:val="40"/>
        </w:rPr>
        <w:t>.</w:t>
      </w:r>
    </w:p>
    <w:p w14:paraId="17895771" w14:textId="77777777" w:rsidR="00D96403" w:rsidRDefault="00D96403"/>
    <w:sectPr w:rsidR="00D9640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A720267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657362"/>
    <w:multiLevelType w:val="hybridMultilevel"/>
    <w:tmpl w:val="725CA33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4D5653"/>
    <w:multiLevelType w:val="hybridMultilevel"/>
    <w:tmpl w:val="F0ACB72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8107867">
    <w:abstractNumId w:val="8"/>
  </w:num>
  <w:num w:numId="2" w16cid:durableId="1286690570">
    <w:abstractNumId w:val="6"/>
  </w:num>
  <w:num w:numId="3" w16cid:durableId="1575432472">
    <w:abstractNumId w:val="5"/>
  </w:num>
  <w:num w:numId="4" w16cid:durableId="1182163957">
    <w:abstractNumId w:val="4"/>
  </w:num>
  <w:num w:numId="5" w16cid:durableId="1023626152">
    <w:abstractNumId w:val="7"/>
  </w:num>
  <w:num w:numId="6" w16cid:durableId="110824301">
    <w:abstractNumId w:val="3"/>
  </w:num>
  <w:num w:numId="7" w16cid:durableId="284772209">
    <w:abstractNumId w:val="2"/>
  </w:num>
  <w:num w:numId="8" w16cid:durableId="1642466813">
    <w:abstractNumId w:val="1"/>
  </w:num>
  <w:num w:numId="9" w16cid:durableId="1126236569">
    <w:abstractNumId w:val="0"/>
  </w:num>
  <w:num w:numId="10" w16cid:durableId="1368025432">
    <w:abstractNumId w:val="10"/>
  </w:num>
  <w:num w:numId="11" w16cid:durableId="1960647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d6419478-d089-4452-a0cd-7a995591513b"/>
    <w:docVar w:name="GVData" w:val="eyJPUyI6IldpbmRvd3MiLCJkb2NJRCI6IjY3MTQ3NTA3LWQ1ZDItNDEyOS1iNWEzLTBhMzkyNjFjZDBkNyIsImRvY1N0YXRlIjoie30iLCJwYXJlbnRMaW5lSWRzIjoiW10iLCJ3cml0dGVuS2V5cyI6IltcImd2ZG9jaWRcIl0iLCJub09mR3ZEYXRhRW50cmllcyI6"/>
    <w:docVar w:name="GVData0" w:val="IjIiLCJsaW5lSWQiOiIzMmEyN2UxZi01MGJhLTRjMGEtYTczZC02ZTkzMGVlMmU0NjkifQ=="/>
    <w:docVar w:name="GVData1" w:val="(end)"/>
    <w:docVar w:name="gvdocid" w:val="67147507-d5d2-4129-b5a3-0a39261cd0d7"/>
    <w:docVar w:name="TagDateTime" w:val="2026-07-08T11:11:22Z"/>
    <w:docVar w:name="UserId" w:val="Sarah Ali Alsabi"/>
  </w:docVars>
  <w:rsids>
    <w:rsidRoot w:val="00A578D4"/>
    <w:rsid w:val="002265DA"/>
    <w:rsid w:val="00A578D4"/>
    <w:rsid w:val="00BF6689"/>
    <w:rsid w:val="00D803B0"/>
    <w:rsid w:val="00D9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AE64C"/>
  <w15:chartTrackingRefBased/>
  <w15:docId w15:val="{BE19A0AB-DFCC-4037-BDD5-1AE88FB5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8D4"/>
    <w:pPr>
      <w:spacing w:after="200" w:line="276" w:lineRule="auto"/>
    </w:pPr>
    <w:rPr>
      <w:rFonts w:ascii="Arial" w:eastAsiaTheme="minorEastAsia" w:hAnsi="Arial" w:cs="Arial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78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78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78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8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78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78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78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78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78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8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578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578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8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78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78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78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78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78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78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78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78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78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78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78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78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78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7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78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78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7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8D4"/>
    <w:rPr>
      <w:rFonts w:ascii="Arial" w:eastAsiaTheme="minorEastAsia" w:hAnsi="Arial" w:cs="Arial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57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8D4"/>
    <w:rPr>
      <w:rFonts w:ascii="Arial" w:eastAsiaTheme="minorEastAsia" w:hAnsi="Arial" w:cs="Arial"/>
      <w:kern w:val="0"/>
      <w:szCs w:val="22"/>
      <w14:ligatures w14:val="none"/>
    </w:rPr>
  </w:style>
  <w:style w:type="paragraph" w:styleId="NoSpacing">
    <w:name w:val="No Spacing"/>
    <w:uiPriority w:val="1"/>
    <w:qFormat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A578D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578D4"/>
    <w:rPr>
      <w:rFonts w:ascii="Arial" w:eastAsiaTheme="minorEastAsia" w:hAnsi="Arial" w:cs="Arial"/>
      <w:kern w:val="0"/>
      <w:szCs w:val="22"/>
      <w14:ligatures w14:val="none"/>
    </w:rPr>
  </w:style>
  <w:style w:type="paragraph" w:styleId="BodyText2">
    <w:name w:val="Body Text 2"/>
    <w:basedOn w:val="Normal"/>
    <w:link w:val="BodyText2Char"/>
    <w:uiPriority w:val="99"/>
    <w:unhideWhenUsed/>
    <w:rsid w:val="00A578D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578D4"/>
    <w:rPr>
      <w:rFonts w:ascii="Arial" w:eastAsiaTheme="minorEastAsia" w:hAnsi="Arial" w:cs="Arial"/>
      <w:kern w:val="0"/>
      <w:szCs w:val="22"/>
      <w14:ligatures w14:val="none"/>
    </w:rPr>
  </w:style>
  <w:style w:type="paragraph" w:styleId="BodyText3">
    <w:name w:val="Body Text 3"/>
    <w:basedOn w:val="Normal"/>
    <w:link w:val="BodyText3Char"/>
    <w:uiPriority w:val="99"/>
    <w:unhideWhenUsed/>
    <w:rsid w:val="00A578D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578D4"/>
    <w:rPr>
      <w:rFonts w:ascii="Arial" w:eastAsiaTheme="minorEastAsia" w:hAnsi="Arial" w:cs="Arial"/>
      <w:kern w:val="0"/>
      <w:sz w:val="16"/>
      <w:szCs w:val="16"/>
      <w14:ligatures w14:val="none"/>
    </w:rPr>
  </w:style>
  <w:style w:type="paragraph" w:styleId="List">
    <w:name w:val="List"/>
    <w:basedOn w:val="Normal"/>
    <w:uiPriority w:val="99"/>
    <w:unhideWhenUsed/>
    <w:rsid w:val="00A578D4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A578D4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A578D4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A578D4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Bullet2">
    <w:name w:val="List Bullet 2"/>
    <w:basedOn w:val="Normal"/>
    <w:uiPriority w:val="99"/>
    <w:unhideWhenUsed/>
    <w:rsid w:val="00A578D4"/>
    <w:pPr>
      <w:numPr>
        <w:numId w:val="2"/>
      </w:numPr>
      <w:tabs>
        <w:tab w:val="clear" w:pos="720"/>
      </w:tabs>
      <w:ind w:left="0" w:firstLine="0"/>
      <w:contextualSpacing/>
    </w:pPr>
  </w:style>
  <w:style w:type="paragraph" w:styleId="ListBullet3">
    <w:name w:val="List Bullet 3"/>
    <w:basedOn w:val="Normal"/>
    <w:uiPriority w:val="99"/>
    <w:unhideWhenUsed/>
    <w:rsid w:val="00A578D4"/>
    <w:pPr>
      <w:numPr>
        <w:numId w:val="3"/>
      </w:numPr>
      <w:tabs>
        <w:tab w:val="clear" w:pos="1080"/>
      </w:tabs>
      <w:ind w:left="0" w:firstLine="0"/>
      <w:contextualSpacing/>
    </w:pPr>
  </w:style>
  <w:style w:type="paragraph" w:styleId="ListNumber">
    <w:name w:val="List Number"/>
    <w:basedOn w:val="Normal"/>
    <w:uiPriority w:val="99"/>
    <w:unhideWhenUsed/>
    <w:rsid w:val="00A578D4"/>
    <w:pPr>
      <w:numPr>
        <w:numId w:val="5"/>
      </w:numPr>
      <w:tabs>
        <w:tab w:val="clear" w:pos="360"/>
      </w:tabs>
      <w:ind w:left="0" w:firstLine="0"/>
      <w:contextualSpacing/>
    </w:pPr>
  </w:style>
  <w:style w:type="paragraph" w:styleId="ListNumber2">
    <w:name w:val="List Number 2"/>
    <w:basedOn w:val="Normal"/>
    <w:uiPriority w:val="99"/>
    <w:unhideWhenUsed/>
    <w:rsid w:val="00A578D4"/>
    <w:pPr>
      <w:numPr>
        <w:numId w:val="6"/>
      </w:numPr>
      <w:tabs>
        <w:tab w:val="clear" w:pos="720"/>
      </w:tabs>
      <w:ind w:left="0" w:firstLine="0"/>
      <w:contextualSpacing/>
    </w:pPr>
  </w:style>
  <w:style w:type="paragraph" w:styleId="ListNumber3">
    <w:name w:val="List Number 3"/>
    <w:basedOn w:val="Normal"/>
    <w:uiPriority w:val="99"/>
    <w:unhideWhenUsed/>
    <w:rsid w:val="00A578D4"/>
    <w:pPr>
      <w:numPr>
        <w:numId w:val="7"/>
      </w:numPr>
      <w:tabs>
        <w:tab w:val="clear" w:pos="1080"/>
      </w:tabs>
      <w:ind w:left="0" w:firstLine="0"/>
      <w:contextualSpacing/>
    </w:pPr>
  </w:style>
  <w:style w:type="paragraph" w:styleId="ListContinue">
    <w:name w:val="List Continue"/>
    <w:basedOn w:val="Normal"/>
    <w:uiPriority w:val="99"/>
    <w:unhideWhenUsed/>
    <w:rsid w:val="00A578D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A578D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A578D4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A578D4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kern w:val="0"/>
      <w:sz w:val="20"/>
      <w:szCs w:val="20"/>
      <w14:ligatures w14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A578D4"/>
    <w:rPr>
      <w:rFonts w:ascii="Courier" w:eastAsiaTheme="minorEastAsia" w:hAnsi="Courier"/>
      <w:kern w:val="0"/>
      <w:sz w:val="20"/>
      <w:szCs w:val="20"/>
      <w14:ligatures w14:val="non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578D4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A578D4"/>
    <w:rPr>
      <w:b/>
      <w:bCs/>
    </w:rPr>
  </w:style>
  <w:style w:type="character" w:styleId="Emphasis">
    <w:name w:val="Emphasis"/>
    <w:basedOn w:val="DefaultParagraphFont"/>
    <w:uiPriority w:val="20"/>
    <w:qFormat/>
    <w:rsid w:val="00A578D4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A578D4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A578D4"/>
    <w:rPr>
      <w:smallCaps/>
      <w:color w:val="E97132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A578D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78D4"/>
    <w:pPr>
      <w:spacing w:before="480" w:after="0"/>
      <w:outlineLvl w:val="9"/>
    </w:pPr>
    <w:rPr>
      <w:b/>
      <w:bCs/>
      <w:sz w:val="28"/>
      <w:szCs w:val="28"/>
    </w:rPr>
  </w:style>
  <w:style w:type="table" w:styleId="TableGrid">
    <w:name w:val="Table Grid"/>
    <w:basedOn w:val="TableNormal"/>
    <w:uiPriority w:val="5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A578D4"/>
    <w:pPr>
      <w:spacing w:after="0" w:line="240" w:lineRule="auto"/>
    </w:pPr>
    <w:rPr>
      <w:rFonts w:eastAsiaTheme="minorEastAsia"/>
      <w:color w:val="000000" w:themeColor="text1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A578D4"/>
    <w:pPr>
      <w:spacing w:after="0" w:line="240" w:lineRule="auto"/>
    </w:pPr>
    <w:rPr>
      <w:rFonts w:eastAsiaTheme="minorEastAsia"/>
      <w:color w:val="0F4761" w:themeColor="accent1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A578D4"/>
    <w:pPr>
      <w:spacing w:after="0" w:line="240" w:lineRule="auto"/>
    </w:pPr>
    <w:rPr>
      <w:rFonts w:eastAsiaTheme="minorEastAsia"/>
      <w:color w:val="BF4E14" w:themeColor="accent2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A578D4"/>
    <w:pPr>
      <w:spacing w:after="0" w:line="240" w:lineRule="auto"/>
    </w:pPr>
    <w:rPr>
      <w:rFonts w:eastAsiaTheme="minorEastAsia"/>
      <w:color w:val="124F1A" w:themeColor="accent3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A578D4"/>
    <w:pPr>
      <w:spacing w:after="0" w:line="240" w:lineRule="auto"/>
    </w:pPr>
    <w:rPr>
      <w:rFonts w:eastAsiaTheme="minorEastAsia"/>
      <w:color w:val="0B769F" w:themeColor="accent4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A578D4"/>
    <w:pPr>
      <w:spacing w:after="0" w:line="240" w:lineRule="auto"/>
    </w:pPr>
    <w:rPr>
      <w:rFonts w:eastAsiaTheme="minorEastAsia"/>
      <w:color w:val="77206D" w:themeColor="accent5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A578D4"/>
    <w:pPr>
      <w:spacing w:after="0" w:line="240" w:lineRule="auto"/>
    </w:pPr>
    <w:rPr>
      <w:rFonts w:eastAsiaTheme="minorEastAsia"/>
      <w:color w:val="3A7C22" w:themeColor="accent6" w:themeShade="BF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A578D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A578D4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A578D4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Grid">
    <w:name w:val="Colorful Grid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A578D4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3673</Words>
  <Characters>20241</Characters>
  <Application>Microsoft Office Word</Application>
  <DocSecurity>0</DocSecurity>
  <Lines>674</Lines>
  <Paragraphs>373</Paragraphs>
  <ScaleCrop>false</ScaleCrop>
  <Company/>
  <LinksUpToDate>false</LinksUpToDate>
  <CharactersWithSpaces>23541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A. Alsabi</dc:creator>
  <cp:keywords/>
  <dc:description/>
  <cp:lastModifiedBy>Sarah A. Alsabi</cp:lastModifiedBy>
  <cp:revision>1</cp:revision>
  <dcterms:created xsi:type="dcterms:W3CDTF">2026-07-17T13:03:00Z</dcterms:created>
  <dcterms:modified xsi:type="dcterms:W3CDTF">2026-07-17T13:05:00Z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67147507-d5d2-4129-b5a3-0a39261cd0d7</vt:lpwstr>
  </property>
  <property fmtid="{D5CDD505-2E9C-101B-9397-08002B2CF9AE}" pid="3" name="GVData">
    <vt:lpwstr>eyJPUyI6IldpbmRvd3MiLCJkb2NJRCI6IjY3MTQ3NTA3LWQ1ZDItNDEyOS1iNWEzLTBhMzkyNjFjZDBkNyIsImRvY1N0YXRlIjoie30iLCJwYXJlbnRMaW5lSWRzIjoiW10iLCJ3cml0dGVuS2V5cyI6IltcImd2ZG9jaWRcIl0iLCJub09mR3ZEYXRhRW50cmllcyI6</vt:lpwstr>
  </property>
  <property fmtid="{D5CDD505-2E9C-101B-9397-08002B2CF9AE}" pid="4" name="GVData1">
    <vt:lpwstr>(end)</vt:lpwstr>
  </property>
  <property fmtid="{D5CDD505-2E9C-101B-9397-08002B2CF9AE}" pid="5" name="GVData0">
    <vt:lpwstr>IjIiLCJsaW5lSWQiOiIzMmEyN2UxZi01MGJhLTRjMGEtYTczZC02ZTkzMGVlMmU0NjkifQ==</vt:lpwstr>
  </property>
</Properties>
</file>