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9833B" w14:textId="77777777" w:rsidR="00A662EF" w:rsidRPr="00D31755" w:rsidRDefault="00464A84" w:rsidP="00D31755">
      <w:pPr>
        <w:bidi/>
        <w:spacing w:after="0" w:line="240" w:lineRule="auto"/>
        <w:jc w:val="both"/>
        <w:rPr>
          <w:rFonts w:ascii="Simplified Arabic" w:hAnsi="Simplified Arabic" w:cs="Simplified Arabic"/>
          <w:b/>
          <w:bCs/>
          <w:color w:val="000000" w:themeColor="text1"/>
          <w:sz w:val="20"/>
          <w:szCs w:val="20"/>
          <w:rtl/>
        </w:rPr>
      </w:pPr>
      <w:r w:rsidRPr="00D31755">
        <w:rPr>
          <w:rFonts w:ascii="Simplified Arabic" w:hAnsi="Simplified Arabic" w:cs="Simplified Arabic"/>
          <w:b/>
          <w:bCs/>
          <w:color w:val="000000" w:themeColor="text1"/>
          <w:sz w:val="20"/>
          <w:szCs w:val="20"/>
          <w:rtl/>
        </w:rPr>
        <w:t>الفصل الثالث: منهجية الدراسة</w:t>
      </w:r>
    </w:p>
    <w:p w14:paraId="70AC31DE" w14:textId="77777777" w:rsidR="000A310A" w:rsidRPr="00D31755" w:rsidRDefault="000A310A" w:rsidP="00D31755">
      <w:pPr>
        <w:bidi/>
        <w:spacing w:after="0" w:line="240" w:lineRule="auto"/>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2243"/>
        <w:gridCol w:w="1276"/>
        <w:gridCol w:w="9067"/>
      </w:tblGrid>
      <w:tr w:rsidR="00047CBC" w:rsidRPr="00D31755" w14:paraId="0B6430BB" w14:textId="77777777" w:rsidTr="00D31755">
        <w:trPr>
          <w:cantSplit/>
          <w:tblHeader/>
          <w:jc w:val="center"/>
        </w:trPr>
        <w:tc>
          <w:tcPr>
            <w:tcW w:w="1814" w:type="dxa"/>
            <w:tcMar>
              <w:top w:w="100" w:type="dxa"/>
              <w:left w:w="100" w:type="dxa"/>
              <w:bottom w:w="100" w:type="dxa"/>
              <w:right w:w="100" w:type="dxa"/>
            </w:tcMar>
          </w:tcPr>
          <w:p w14:paraId="1901FDC6"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البند</w:t>
            </w:r>
          </w:p>
        </w:tc>
        <w:tc>
          <w:tcPr>
            <w:tcW w:w="2243" w:type="dxa"/>
            <w:tcMar>
              <w:top w:w="100" w:type="dxa"/>
              <w:left w:w="100" w:type="dxa"/>
              <w:bottom w:w="100" w:type="dxa"/>
              <w:right w:w="100" w:type="dxa"/>
            </w:tcMar>
          </w:tcPr>
          <w:p w14:paraId="7C714C99"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البيان</w:t>
            </w:r>
          </w:p>
        </w:tc>
        <w:tc>
          <w:tcPr>
            <w:tcW w:w="1276" w:type="dxa"/>
            <w:tcMar>
              <w:top w:w="100" w:type="dxa"/>
              <w:left w:w="100" w:type="dxa"/>
              <w:bottom w:w="100" w:type="dxa"/>
              <w:right w:w="100" w:type="dxa"/>
            </w:tcMar>
          </w:tcPr>
          <w:p w14:paraId="21948837"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البند</w:t>
            </w:r>
          </w:p>
        </w:tc>
        <w:tc>
          <w:tcPr>
            <w:tcW w:w="9067" w:type="dxa"/>
            <w:tcMar>
              <w:top w:w="100" w:type="dxa"/>
              <w:left w:w="100" w:type="dxa"/>
              <w:bottom w:w="100" w:type="dxa"/>
              <w:right w:w="100" w:type="dxa"/>
            </w:tcMar>
          </w:tcPr>
          <w:p w14:paraId="5A3A588E"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البيان</w:t>
            </w:r>
          </w:p>
        </w:tc>
      </w:tr>
      <w:tr w:rsidR="00047CBC" w:rsidRPr="00D31755" w14:paraId="5504D2D1" w14:textId="77777777" w:rsidTr="00D31755">
        <w:trPr>
          <w:cantSplit/>
          <w:jc w:val="center"/>
        </w:trPr>
        <w:tc>
          <w:tcPr>
            <w:tcW w:w="1814" w:type="dxa"/>
            <w:tcMar>
              <w:top w:w="100" w:type="dxa"/>
              <w:left w:w="100" w:type="dxa"/>
              <w:bottom w:w="100" w:type="dxa"/>
              <w:right w:w="100" w:type="dxa"/>
            </w:tcMar>
          </w:tcPr>
          <w:p w14:paraId="1DAE340D"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اسم الطالب</w:t>
            </w:r>
          </w:p>
        </w:tc>
        <w:tc>
          <w:tcPr>
            <w:tcW w:w="2243" w:type="dxa"/>
            <w:tcMar>
              <w:top w:w="100" w:type="dxa"/>
              <w:left w:w="100" w:type="dxa"/>
              <w:bottom w:w="100" w:type="dxa"/>
              <w:right w:w="100" w:type="dxa"/>
            </w:tcMar>
          </w:tcPr>
          <w:p w14:paraId="3F0FA074"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عادل حماص</w:t>
            </w:r>
          </w:p>
        </w:tc>
        <w:tc>
          <w:tcPr>
            <w:tcW w:w="1276" w:type="dxa"/>
            <w:tcMar>
              <w:top w:w="100" w:type="dxa"/>
              <w:left w:w="100" w:type="dxa"/>
              <w:bottom w:w="100" w:type="dxa"/>
              <w:right w:w="100" w:type="dxa"/>
            </w:tcMar>
          </w:tcPr>
          <w:p w14:paraId="558B51CA"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عنوان الرسالة</w:t>
            </w:r>
          </w:p>
        </w:tc>
        <w:tc>
          <w:tcPr>
            <w:tcW w:w="9067" w:type="dxa"/>
            <w:tcMar>
              <w:top w:w="100" w:type="dxa"/>
              <w:left w:w="100" w:type="dxa"/>
              <w:bottom w:w="100" w:type="dxa"/>
              <w:right w:w="100" w:type="dxa"/>
            </w:tcMar>
          </w:tcPr>
          <w:p w14:paraId="5CCD8F71"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tc>
      </w:tr>
      <w:tr w:rsidR="00047CBC" w:rsidRPr="00D31755" w14:paraId="2FED5074" w14:textId="77777777" w:rsidTr="00D31755">
        <w:trPr>
          <w:cantSplit/>
          <w:jc w:val="center"/>
        </w:trPr>
        <w:tc>
          <w:tcPr>
            <w:tcW w:w="1814" w:type="dxa"/>
            <w:tcMar>
              <w:top w:w="100" w:type="dxa"/>
              <w:left w:w="100" w:type="dxa"/>
              <w:bottom w:w="100" w:type="dxa"/>
              <w:right w:w="100" w:type="dxa"/>
            </w:tcMar>
          </w:tcPr>
          <w:p w14:paraId="351883ED"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النسخة المراجعة</w:t>
            </w:r>
          </w:p>
        </w:tc>
        <w:tc>
          <w:tcPr>
            <w:tcW w:w="2243" w:type="dxa"/>
            <w:tcMar>
              <w:top w:w="100" w:type="dxa"/>
              <w:left w:w="100" w:type="dxa"/>
              <w:bottom w:w="100" w:type="dxa"/>
              <w:right w:w="100" w:type="dxa"/>
            </w:tcMar>
          </w:tcPr>
          <w:p w14:paraId="0889F970"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معدلة / التعديل الثالث</w:t>
            </w:r>
          </w:p>
        </w:tc>
        <w:tc>
          <w:tcPr>
            <w:tcW w:w="1276" w:type="dxa"/>
            <w:tcMar>
              <w:top w:w="100" w:type="dxa"/>
              <w:left w:w="100" w:type="dxa"/>
              <w:bottom w:w="100" w:type="dxa"/>
              <w:right w:w="100" w:type="dxa"/>
            </w:tcMar>
          </w:tcPr>
          <w:p w14:paraId="3032E51A"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الحكم العام</w:t>
            </w:r>
          </w:p>
        </w:tc>
        <w:tc>
          <w:tcPr>
            <w:tcW w:w="9067" w:type="dxa"/>
            <w:tcMar>
              <w:top w:w="100" w:type="dxa"/>
              <w:left w:w="100" w:type="dxa"/>
              <w:bottom w:w="100" w:type="dxa"/>
              <w:right w:w="100" w:type="dxa"/>
            </w:tcMar>
          </w:tcPr>
          <w:p w14:paraId="2B8BDEC1"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يحتاج إلى تعديلات متوسطة قبل الاعتماد</w:t>
            </w:r>
          </w:p>
        </w:tc>
      </w:tr>
    </w:tbl>
    <w:p w14:paraId="3E3450C7"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D31755" w14:paraId="70D427BC" w14:textId="77777777" w:rsidTr="00047CBC">
        <w:trPr>
          <w:cantSplit/>
          <w:tblHeader/>
          <w:jc w:val="center"/>
        </w:trPr>
        <w:tc>
          <w:tcPr>
            <w:tcW w:w="2381" w:type="dxa"/>
            <w:tcMar>
              <w:top w:w="100" w:type="dxa"/>
              <w:left w:w="100" w:type="dxa"/>
              <w:bottom w:w="100" w:type="dxa"/>
              <w:right w:w="100" w:type="dxa"/>
            </w:tcMar>
            <w:vAlign w:val="center"/>
          </w:tcPr>
          <w:p w14:paraId="780BA59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71DBFCF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1F83DC8F"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20B10B2E"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4306A42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 / ما تم تعديله</w:t>
            </w:r>
          </w:p>
        </w:tc>
      </w:tr>
      <w:tr w:rsidR="00D31755" w:rsidRPr="00D31755" w14:paraId="70FECEB9" w14:textId="77777777" w:rsidTr="00135298">
        <w:trPr>
          <w:cantSplit/>
          <w:jc w:val="center"/>
        </w:trPr>
        <w:tc>
          <w:tcPr>
            <w:tcW w:w="2381" w:type="dxa"/>
            <w:tcMar>
              <w:top w:w="100" w:type="dxa"/>
              <w:left w:w="100" w:type="dxa"/>
              <w:bottom w:w="100" w:type="dxa"/>
              <w:right w:w="100" w:type="dxa"/>
            </w:tcMar>
          </w:tcPr>
          <w:p w14:paraId="160540A6"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الانطباع</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العام</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عن</w:t>
            </w:r>
            <w:proofErr w:type="spellEnd"/>
            <w:r w:rsidRPr="00D31755">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628DE2C4" w14:textId="25A7DDA8" w:rsidR="00D31755" w:rsidRPr="00D31755" w:rsidRDefault="00D31755" w:rsidP="00D31755">
            <w:pPr>
              <w:bidi/>
              <w:jc w:val="both"/>
              <w:rPr>
                <w:rFonts w:ascii="Simplified Arabic" w:hAnsi="Simplified Arabic" w:cs="Simplified Arabic"/>
                <w:sz w:val="20"/>
                <w:szCs w:val="20"/>
              </w:rPr>
            </w:pPr>
            <w:r w:rsidRPr="00B408BF">
              <w:rPr>
                <w:rtl/>
              </w:rPr>
              <w:t>النسخة الحالية تظهر تطورًا واضحًا في تحديد التصميم الكمي المسحي المدعوم بتحليل الوثائق، وفي محاولة بناء نموذج مقترح. ومع ذلك، ما يزال الفصل يحتاج ضبطًا متوسطًا في منطق الدمج بين الاستبانة والوثائق وتحكيم الخبراء.</w:t>
            </w:r>
          </w:p>
        </w:tc>
        <w:tc>
          <w:tcPr>
            <w:tcW w:w="1814" w:type="dxa"/>
            <w:tcMar>
              <w:top w:w="100" w:type="dxa"/>
              <w:left w:w="100" w:type="dxa"/>
              <w:bottom w:w="100" w:type="dxa"/>
              <w:right w:w="100" w:type="dxa"/>
            </w:tcMar>
          </w:tcPr>
          <w:p w14:paraId="78415776" w14:textId="7D3A024E" w:rsidR="00D31755" w:rsidRPr="00D31755" w:rsidRDefault="00D31755" w:rsidP="00D31755">
            <w:pPr>
              <w:bidi/>
              <w:jc w:val="both"/>
              <w:rPr>
                <w:rFonts w:ascii="Simplified Arabic" w:hAnsi="Simplified Arabic" w:cs="Simplified Arabic"/>
                <w:sz w:val="20"/>
                <w:szCs w:val="20"/>
              </w:rPr>
            </w:pPr>
            <w:r w:rsidRPr="00B408BF">
              <w:rPr>
                <w:rtl/>
              </w:rPr>
              <w:t>جيد مع تعديل</w:t>
            </w:r>
          </w:p>
        </w:tc>
        <w:tc>
          <w:tcPr>
            <w:tcW w:w="4025" w:type="dxa"/>
            <w:tcMar>
              <w:top w:w="100" w:type="dxa"/>
              <w:left w:w="100" w:type="dxa"/>
              <w:bottom w:w="100" w:type="dxa"/>
              <w:right w:w="100" w:type="dxa"/>
            </w:tcMar>
          </w:tcPr>
          <w:p w14:paraId="7DC53709" w14:textId="3E1FE5D5" w:rsidR="00D31755" w:rsidRPr="00D31755" w:rsidRDefault="00D31755" w:rsidP="00D31755">
            <w:pPr>
              <w:bidi/>
              <w:jc w:val="both"/>
              <w:rPr>
                <w:rFonts w:ascii="Simplified Arabic" w:hAnsi="Simplified Arabic" w:cs="Simplified Arabic"/>
                <w:sz w:val="20"/>
                <w:szCs w:val="20"/>
              </w:rPr>
            </w:pPr>
            <w:r w:rsidRPr="00B408BF">
              <w:rPr>
                <w:rtl/>
              </w:rPr>
              <w:t>توضيح كيفية دمج نتائج المسح وتحليل الوثائق في بناء النموذج المقترح، وتحديد دور دراسة الحالة بدقة</w:t>
            </w:r>
            <w:r w:rsidRPr="00B408BF">
              <w:t>.</w:t>
            </w:r>
          </w:p>
        </w:tc>
        <w:tc>
          <w:tcPr>
            <w:tcW w:w="1814" w:type="dxa"/>
            <w:tcMar>
              <w:top w:w="100" w:type="dxa"/>
              <w:left w:w="100" w:type="dxa"/>
              <w:bottom w:w="100" w:type="dxa"/>
              <w:right w:w="100" w:type="dxa"/>
            </w:tcMar>
          </w:tcPr>
          <w:p w14:paraId="11DD4723"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09244661" w14:textId="77777777" w:rsidTr="00135298">
        <w:trPr>
          <w:cantSplit/>
          <w:jc w:val="center"/>
        </w:trPr>
        <w:tc>
          <w:tcPr>
            <w:tcW w:w="2381" w:type="dxa"/>
            <w:tcMar>
              <w:top w:w="100" w:type="dxa"/>
              <w:left w:w="100" w:type="dxa"/>
              <w:bottom w:w="100" w:type="dxa"/>
              <w:right w:w="100" w:type="dxa"/>
            </w:tcMar>
          </w:tcPr>
          <w:p w14:paraId="7A4D7435"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08700FC4" w14:textId="4DE371D1" w:rsidR="00D31755" w:rsidRPr="00D31755" w:rsidRDefault="00D31755" w:rsidP="00D31755">
            <w:pPr>
              <w:bidi/>
              <w:jc w:val="both"/>
              <w:rPr>
                <w:rFonts w:ascii="Simplified Arabic" w:hAnsi="Simplified Arabic" w:cs="Simplified Arabic"/>
                <w:sz w:val="20"/>
                <w:szCs w:val="20"/>
              </w:rPr>
            </w:pPr>
            <w:r w:rsidRPr="00B408BF">
              <w:rPr>
                <w:rtl/>
              </w:rPr>
              <w:t>التنظيم أصبح أوضح، لكنه يتطلب فصلًا أكثر تحديدًا بين: اختبار الفرضيات، تحليل الوثائق، وبناء النموذج المقترح.</w:t>
            </w:r>
          </w:p>
        </w:tc>
        <w:tc>
          <w:tcPr>
            <w:tcW w:w="1814" w:type="dxa"/>
            <w:tcMar>
              <w:top w:w="100" w:type="dxa"/>
              <w:left w:w="100" w:type="dxa"/>
              <w:bottom w:w="100" w:type="dxa"/>
              <w:right w:w="100" w:type="dxa"/>
            </w:tcMar>
          </w:tcPr>
          <w:p w14:paraId="4E198514" w14:textId="6A871E23" w:rsidR="00D31755" w:rsidRPr="00D31755" w:rsidRDefault="00D31755" w:rsidP="00D31755">
            <w:pPr>
              <w:bidi/>
              <w:jc w:val="both"/>
              <w:rPr>
                <w:rFonts w:ascii="Simplified Arabic" w:hAnsi="Simplified Arabic" w:cs="Simplified Arabic"/>
                <w:sz w:val="20"/>
                <w:szCs w:val="20"/>
              </w:rPr>
            </w:pPr>
            <w:r w:rsidRPr="00B408BF">
              <w:rPr>
                <w:rtl/>
              </w:rPr>
              <w:t>جيد</w:t>
            </w:r>
          </w:p>
        </w:tc>
        <w:tc>
          <w:tcPr>
            <w:tcW w:w="4025" w:type="dxa"/>
            <w:tcMar>
              <w:top w:w="100" w:type="dxa"/>
              <w:left w:w="100" w:type="dxa"/>
              <w:bottom w:w="100" w:type="dxa"/>
              <w:right w:w="100" w:type="dxa"/>
            </w:tcMar>
          </w:tcPr>
          <w:p w14:paraId="441336EB" w14:textId="6DAB7841" w:rsidR="00D31755" w:rsidRPr="00D31755" w:rsidRDefault="00D31755" w:rsidP="00D31755">
            <w:pPr>
              <w:bidi/>
              <w:jc w:val="both"/>
              <w:rPr>
                <w:rFonts w:ascii="Simplified Arabic" w:hAnsi="Simplified Arabic" w:cs="Simplified Arabic"/>
                <w:sz w:val="20"/>
                <w:szCs w:val="20"/>
              </w:rPr>
            </w:pPr>
            <w:r w:rsidRPr="00B408BF">
              <w:rPr>
                <w:rtl/>
              </w:rPr>
              <w:t>إضافة مخطط إجرائي يوضح مراحل الدراسة وتسلسل استخدام كل مصدر بيانات</w:t>
            </w:r>
            <w:r w:rsidRPr="00B408BF">
              <w:t>.</w:t>
            </w:r>
          </w:p>
        </w:tc>
        <w:tc>
          <w:tcPr>
            <w:tcW w:w="1814" w:type="dxa"/>
            <w:tcMar>
              <w:top w:w="100" w:type="dxa"/>
              <w:left w:w="100" w:type="dxa"/>
              <w:bottom w:w="100" w:type="dxa"/>
              <w:right w:w="100" w:type="dxa"/>
            </w:tcMar>
          </w:tcPr>
          <w:p w14:paraId="302EA95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80F86E9" w14:textId="77777777" w:rsidTr="00135298">
        <w:trPr>
          <w:cantSplit/>
          <w:jc w:val="center"/>
        </w:trPr>
        <w:tc>
          <w:tcPr>
            <w:tcW w:w="2381" w:type="dxa"/>
            <w:tcMar>
              <w:top w:w="100" w:type="dxa"/>
              <w:left w:w="100" w:type="dxa"/>
              <w:bottom w:w="100" w:type="dxa"/>
              <w:right w:w="100" w:type="dxa"/>
            </w:tcMar>
          </w:tcPr>
          <w:p w14:paraId="4FACB8CD"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303A67D7" w14:textId="0DCA23D8" w:rsidR="00D31755" w:rsidRPr="00D31755" w:rsidRDefault="00D31755" w:rsidP="00D31755">
            <w:pPr>
              <w:bidi/>
              <w:jc w:val="both"/>
              <w:rPr>
                <w:rFonts w:ascii="Simplified Arabic" w:hAnsi="Simplified Arabic" w:cs="Simplified Arabic"/>
                <w:sz w:val="20"/>
                <w:szCs w:val="20"/>
              </w:rPr>
            </w:pPr>
            <w:r w:rsidRPr="00B408BF">
              <w:rPr>
                <w:rtl/>
              </w:rPr>
              <w:t>الاتساق العام جيد بين الشراكات والحوكمة البيئية وإدارة الأداء، لكن بعض المصطلحات مثل دراسة حالة، نموذج مقترح، وتحليل وثائق تحتاج ضبطًا مع الفرضيات والأداة.</w:t>
            </w:r>
          </w:p>
        </w:tc>
        <w:tc>
          <w:tcPr>
            <w:tcW w:w="1814" w:type="dxa"/>
            <w:tcMar>
              <w:top w:w="100" w:type="dxa"/>
              <w:left w:w="100" w:type="dxa"/>
              <w:bottom w:w="100" w:type="dxa"/>
              <w:right w:w="100" w:type="dxa"/>
            </w:tcMar>
          </w:tcPr>
          <w:p w14:paraId="4BAE7500" w14:textId="5B1535E2" w:rsidR="00D31755" w:rsidRPr="00D31755" w:rsidRDefault="00D31755" w:rsidP="00D31755">
            <w:pPr>
              <w:bidi/>
              <w:jc w:val="both"/>
              <w:rPr>
                <w:rFonts w:ascii="Simplified Arabic" w:hAnsi="Simplified Arabic" w:cs="Simplified Arabic"/>
                <w:sz w:val="20"/>
                <w:szCs w:val="20"/>
              </w:rPr>
            </w:pPr>
            <w:r w:rsidRPr="00B408BF">
              <w:rPr>
                <w:rtl/>
              </w:rPr>
              <w:t>جيد مع تعديل</w:t>
            </w:r>
          </w:p>
        </w:tc>
        <w:tc>
          <w:tcPr>
            <w:tcW w:w="4025" w:type="dxa"/>
            <w:tcMar>
              <w:top w:w="100" w:type="dxa"/>
              <w:left w:w="100" w:type="dxa"/>
              <w:bottom w:w="100" w:type="dxa"/>
              <w:right w:w="100" w:type="dxa"/>
            </w:tcMar>
          </w:tcPr>
          <w:p w14:paraId="7ECB6F4A" w14:textId="21296694" w:rsidR="00D31755" w:rsidRPr="00D31755" w:rsidRDefault="00D31755" w:rsidP="00D31755">
            <w:pPr>
              <w:bidi/>
              <w:jc w:val="both"/>
              <w:rPr>
                <w:rFonts w:ascii="Simplified Arabic" w:hAnsi="Simplified Arabic" w:cs="Simplified Arabic"/>
                <w:sz w:val="20"/>
                <w:szCs w:val="20"/>
              </w:rPr>
            </w:pPr>
            <w:r w:rsidRPr="00B408BF">
              <w:rPr>
                <w:rtl/>
              </w:rPr>
              <w:t xml:space="preserve">مطابقة التصميم والمنهج مع أهداف بناء </w:t>
            </w:r>
            <w:proofErr w:type="gramStart"/>
            <w:r w:rsidRPr="00B408BF">
              <w:rPr>
                <w:rtl/>
              </w:rPr>
              <w:t>النموذج</w:t>
            </w:r>
            <w:proofErr w:type="gramEnd"/>
            <w:r w:rsidRPr="00B408BF">
              <w:rPr>
                <w:rtl/>
              </w:rPr>
              <w:t xml:space="preserve"> والفروض وبيانات الاستبانة والوثائق</w:t>
            </w:r>
            <w:r w:rsidRPr="00B408BF">
              <w:t>.</w:t>
            </w:r>
          </w:p>
        </w:tc>
        <w:tc>
          <w:tcPr>
            <w:tcW w:w="1814" w:type="dxa"/>
            <w:tcMar>
              <w:top w:w="100" w:type="dxa"/>
              <w:left w:w="100" w:type="dxa"/>
              <w:bottom w:w="100" w:type="dxa"/>
              <w:right w:w="100" w:type="dxa"/>
            </w:tcMar>
          </w:tcPr>
          <w:p w14:paraId="5D797878" w14:textId="77777777" w:rsidR="00D31755" w:rsidRPr="00D31755" w:rsidRDefault="00D31755" w:rsidP="00D31755">
            <w:pPr>
              <w:bidi/>
              <w:jc w:val="both"/>
              <w:rPr>
                <w:rFonts w:ascii="Simplified Arabic" w:hAnsi="Simplified Arabic" w:cs="Simplified Arabic"/>
                <w:sz w:val="20"/>
                <w:szCs w:val="20"/>
              </w:rPr>
            </w:pPr>
          </w:p>
        </w:tc>
      </w:tr>
    </w:tbl>
    <w:p w14:paraId="26B76107"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D31755" w14:paraId="6C0C727E" w14:textId="77777777" w:rsidTr="00047CBC">
        <w:trPr>
          <w:cantSplit/>
          <w:tblHeader/>
          <w:jc w:val="center"/>
        </w:trPr>
        <w:tc>
          <w:tcPr>
            <w:tcW w:w="1927" w:type="dxa"/>
            <w:tcMar>
              <w:top w:w="100" w:type="dxa"/>
              <w:left w:w="100" w:type="dxa"/>
              <w:bottom w:w="100" w:type="dxa"/>
              <w:right w:w="100" w:type="dxa"/>
            </w:tcMar>
            <w:vAlign w:val="center"/>
          </w:tcPr>
          <w:p w14:paraId="64120EDA"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23D09BB6"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14F258C8"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3044A4F5"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54791C9A"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4B125E" w14:textId="77777777" w:rsidR="00047CBC" w:rsidRPr="00D31755" w:rsidRDefault="00047CBC"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color w:val="000000" w:themeColor="text1"/>
                <w:sz w:val="20"/>
                <w:szCs w:val="20"/>
                <w:rtl/>
              </w:rPr>
              <w:t>رد الطالب</w:t>
            </w:r>
          </w:p>
        </w:tc>
      </w:tr>
      <w:tr w:rsidR="00D31755" w:rsidRPr="00D31755" w14:paraId="52C83BBD" w14:textId="77777777" w:rsidTr="002813F8">
        <w:trPr>
          <w:cantSplit/>
          <w:jc w:val="center"/>
        </w:trPr>
        <w:tc>
          <w:tcPr>
            <w:tcW w:w="1927" w:type="dxa"/>
            <w:tcMar>
              <w:top w:w="100" w:type="dxa"/>
              <w:left w:w="100" w:type="dxa"/>
              <w:bottom w:w="100" w:type="dxa"/>
              <w:right w:w="100" w:type="dxa"/>
            </w:tcMar>
          </w:tcPr>
          <w:p w14:paraId="34913D84"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تحديد</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42F1C09A" w14:textId="444B6531" w:rsidR="00D31755" w:rsidRPr="00D31755" w:rsidRDefault="00D31755" w:rsidP="00D31755">
            <w:pPr>
              <w:bidi/>
              <w:jc w:val="both"/>
              <w:rPr>
                <w:rFonts w:ascii="Simplified Arabic" w:hAnsi="Simplified Arabic" w:cs="Simplified Arabic"/>
                <w:sz w:val="20"/>
                <w:szCs w:val="20"/>
              </w:rPr>
            </w:pPr>
            <w:r w:rsidRPr="00E43187">
              <w:rPr>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4F76B101" w14:textId="15E8EF37" w:rsidR="00D31755" w:rsidRPr="00D31755" w:rsidRDefault="00D31755" w:rsidP="00D31755">
            <w:pPr>
              <w:bidi/>
              <w:jc w:val="both"/>
              <w:rPr>
                <w:rFonts w:ascii="Simplified Arabic" w:hAnsi="Simplified Arabic" w:cs="Simplified Arabic"/>
                <w:sz w:val="20"/>
                <w:szCs w:val="20"/>
              </w:rPr>
            </w:pPr>
            <w:r w:rsidRPr="00E43187">
              <w:rPr>
                <w:rtl/>
              </w:rPr>
              <w:t>تم تحديد المنهج الوصفي التحليلي الكمي المدعوم بتحليل الوثائق، وهو اتجاه مناسب لكنه يحتاج صياغة أدق.</w:t>
            </w:r>
          </w:p>
        </w:tc>
        <w:tc>
          <w:tcPr>
            <w:tcW w:w="1474" w:type="dxa"/>
            <w:tcMar>
              <w:top w:w="100" w:type="dxa"/>
              <w:left w:w="100" w:type="dxa"/>
              <w:bottom w:w="100" w:type="dxa"/>
              <w:right w:w="100" w:type="dxa"/>
            </w:tcMar>
          </w:tcPr>
          <w:p w14:paraId="17716422" w14:textId="0EADA1F3" w:rsidR="00D31755" w:rsidRPr="00D31755" w:rsidRDefault="00D31755" w:rsidP="00D31755">
            <w:pPr>
              <w:bidi/>
              <w:jc w:val="both"/>
              <w:rPr>
                <w:rFonts w:ascii="Simplified Arabic" w:hAnsi="Simplified Arabic" w:cs="Simplified Arabic"/>
                <w:sz w:val="20"/>
                <w:szCs w:val="20"/>
              </w:rPr>
            </w:pPr>
            <w:r w:rsidRPr="00E43187">
              <w:rPr>
                <w:rtl/>
              </w:rPr>
              <w:t>جيد</w:t>
            </w:r>
          </w:p>
        </w:tc>
        <w:tc>
          <w:tcPr>
            <w:tcW w:w="3288" w:type="dxa"/>
            <w:tcMar>
              <w:top w:w="100" w:type="dxa"/>
              <w:left w:w="100" w:type="dxa"/>
              <w:bottom w:w="100" w:type="dxa"/>
              <w:right w:w="100" w:type="dxa"/>
            </w:tcMar>
          </w:tcPr>
          <w:p w14:paraId="741B2DFC" w14:textId="1CEF9F3C" w:rsidR="00D31755" w:rsidRPr="00D31755" w:rsidRDefault="00D31755" w:rsidP="00D31755">
            <w:pPr>
              <w:bidi/>
              <w:jc w:val="both"/>
              <w:rPr>
                <w:rFonts w:ascii="Simplified Arabic" w:hAnsi="Simplified Arabic" w:cs="Simplified Arabic"/>
                <w:sz w:val="20"/>
                <w:szCs w:val="20"/>
              </w:rPr>
            </w:pPr>
            <w:r w:rsidRPr="00E43187">
              <w:rPr>
                <w:rtl/>
              </w:rPr>
              <w:t>صياغة فقرة تصميم موحدة لا تخلط بين عدة مناهج</w:t>
            </w:r>
            <w:r w:rsidRPr="00E43187">
              <w:t>.</w:t>
            </w:r>
          </w:p>
        </w:tc>
        <w:tc>
          <w:tcPr>
            <w:tcW w:w="1134" w:type="dxa"/>
            <w:tcMar>
              <w:top w:w="100" w:type="dxa"/>
              <w:left w:w="100" w:type="dxa"/>
              <w:bottom w:w="100" w:type="dxa"/>
              <w:right w:w="100" w:type="dxa"/>
            </w:tcMar>
          </w:tcPr>
          <w:p w14:paraId="51C0213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2FB461F8" w14:textId="77777777" w:rsidTr="002813F8">
        <w:trPr>
          <w:cantSplit/>
          <w:jc w:val="center"/>
        </w:trPr>
        <w:tc>
          <w:tcPr>
            <w:tcW w:w="1927" w:type="dxa"/>
            <w:tcMar>
              <w:top w:w="100" w:type="dxa"/>
              <w:left w:w="100" w:type="dxa"/>
              <w:bottom w:w="100" w:type="dxa"/>
              <w:right w:w="100" w:type="dxa"/>
            </w:tcMar>
          </w:tcPr>
          <w:p w14:paraId="66A890EF"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ملاءمة المنهج للموضوع</w:t>
            </w:r>
          </w:p>
        </w:tc>
        <w:tc>
          <w:tcPr>
            <w:tcW w:w="3005" w:type="dxa"/>
            <w:tcMar>
              <w:top w:w="100" w:type="dxa"/>
              <w:left w:w="100" w:type="dxa"/>
              <w:bottom w:w="100" w:type="dxa"/>
              <w:right w:w="100" w:type="dxa"/>
            </w:tcMar>
          </w:tcPr>
          <w:p w14:paraId="6BCD0168" w14:textId="6D242352" w:rsidR="00D31755" w:rsidRPr="00D31755" w:rsidRDefault="00D31755" w:rsidP="00D31755">
            <w:pPr>
              <w:bidi/>
              <w:jc w:val="both"/>
              <w:rPr>
                <w:rFonts w:ascii="Simplified Arabic" w:hAnsi="Simplified Arabic" w:cs="Simplified Arabic"/>
                <w:sz w:val="20"/>
                <w:szCs w:val="20"/>
              </w:rPr>
            </w:pPr>
            <w:r w:rsidRPr="00E43187">
              <w:rPr>
                <w:rtl/>
              </w:rPr>
              <w:t>هل يتوافق المنهج مع طبيعة المشكلة والأسئلة والفرضيات؟</w:t>
            </w:r>
          </w:p>
        </w:tc>
        <w:tc>
          <w:tcPr>
            <w:tcW w:w="4025" w:type="dxa"/>
            <w:tcMar>
              <w:top w:w="100" w:type="dxa"/>
              <w:left w:w="100" w:type="dxa"/>
              <w:bottom w:w="100" w:type="dxa"/>
              <w:right w:w="100" w:type="dxa"/>
            </w:tcMar>
          </w:tcPr>
          <w:p w14:paraId="32BBD1CB" w14:textId="2FC269C8" w:rsidR="00D31755" w:rsidRPr="00D31755" w:rsidRDefault="00D31755" w:rsidP="00D31755">
            <w:pPr>
              <w:bidi/>
              <w:jc w:val="both"/>
              <w:rPr>
                <w:rFonts w:ascii="Simplified Arabic" w:hAnsi="Simplified Arabic" w:cs="Simplified Arabic"/>
                <w:sz w:val="20"/>
                <w:szCs w:val="20"/>
              </w:rPr>
            </w:pPr>
            <w:r w:rsidRPr="00E43187">
              <w:rPr>
                <w:rtl/>
              </w:rPr>
              <w:t>المنهج ملائم إذا وُضح أن الاستبانة تختبر العلاقات وأن الوثائق تدعم تفسير النتائج وبناء النموذج.</w:t>
            </w:r>
          </w:p>
        </w:tc>
        <w:tc>
          <w:tcPr>
            <w:tcW w:w="1474" w:type="dxa"/>
            <w:tcMar>
              <w:top w:w="100" w:type="dxa"/>
              <w:left w:w="100" w:type="dxa"/>
              <w:bottom w:w="100" w:type="dxa"/>
              <w:right w:w="100" w:type="dxa"/>
            </w:tcMar>
          </w:tcPr>
          <w:p w14:paraId="6A6C1882" w14:textId="30CD4E49" w:rsidR="00D31755" w:rsidRPr="00D31755" w:rsidRDefault="00D31755" w:rsidP="00D31755">
            <w:pPr>
              <w:bidi/>
              <w:jc w:val="both"/>
              <w:rPr>
                <w:rFonts w:ascii="Simplified Arabic" w:hAnsi="Simplified Arabic" w:cs="Simplified Arabic"/>
                <w:sz w:val="20"/>
                <w:szCs w:val="20"/>
              </w:rPr>
            </w:pPr>
            <w:r w:rsidRPr="00E43187">
              <w:rPr>
                <w:rtl/>
              </w:rPr>
              <w:t>جيد مع تعديل</w:t>
            </w:r>
          </w:p>
        </w:tc>
        <w:tc>
          <w:tcPr>
            <w:tcW w:w="3288" w:type="dxa"/>
            <w:tcMar>
              <w:top w:w="100" w:type="dxa"/>
              <w:left w:w="100" w:type="dxa"/>
              <w:bottom w:w="100" w:type="dxa"/>
              <w:right w:w="100" w:type="dxa"/>
            </w:tcMar>
          </w:tcPr>
          <w:p w14:paraId="4FF5232B" w14:textId="11609124" w:rsidR="00D31755" w:rsidRPr="00D31755" w:rsidRDefault="00D31755" w:rsidP="00D31755">
            <w:pPr>
              <w:bidi/>
              <w:jc w:val="both"/>
              <w:rPr>
                <w:rFonts w:ascii="Simplified Arabic" w:hAnsi="Simplified Arabic" w:cs="Simplified Arabic"/>
                <w:sz w:val="20"/>
                <w:szCs w:val="20"/>
              </w:rPr>
            </w:pPr>
            <w:r w:rsidRPr="00E43187">
              <w:rPr>
                <w:rtl/>
              </w:rPr>
              <w:t>توضيح وظيفة كل مصدر بيانات في مراحل الدراسة</w:t>
            </w:r>
            <w:r w:rsidRPr="00E43187">
              <w:t>.</w:t>
            </w:r>
          </w:p>
        </w:tc>
        <w:tc>
          <w:tcPr>
            <w:tcW w:w="1134" w:type="dxa"/>
            <w:tcMar>
              <w:top w:w="100" w:type="dxa"/>
              <w:left w:w="100" w:type="dxa"/>
              <w:bottom w:w="100" w:type="dxa"/>
              <w:right w:w="100" w:type="dxa"/>
            </w:tcMar>
          </w:tcPr>
          <w:p w14:paraId="0A5310B3"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04B6E39" w14:textId="77777777" w:rsidTr="002813F8">
        <w:trPr>
          <w:cantSplit/>
          <w:jc w:val="center"/>
        </w:trPr>
        <w:tc>
          <w:tcPr>
            <w:tcW w:w="1927" w:type="dxa"/>
            <w:tcMar>
              <w:top w:w="100" w:type="dxa"/>
              <w:left w:w="100" w:type="dxa"/>
              <w:bottom w:w="100" w:type="dxa"/>
              <w:right w:w="100" w:type="dxa"/>
            </w:tcMar>
          </w:tcPr>
          <w:p w14:paraId="361F30C0"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تصميم الدراسة</w:t>
            </w:r>
          </w:p>
        </w:tc>
        <w:tc>
          <w:tcPr>
            <w:tcW w:w="3005" w:type="dxa"/>
            <w:tcMar>
              <w:top w:w="100" w:type="dxa"/>
              <w:left w:w="100" w:type="dxa"/>
              <w:bottom w:w="100" w:type="dxa"/>
              <w:right w:w="100" w:type="dxa"/>
            </w:tcMar>
          </w:tcPr>
          <w:p w14:paraId="659DFE6E" w14:textId="3D82DD03" w:rsidR="00D31755" w:rsidRPr="00D31755" w:rsidRDefault="00D31755" w:rsidP="00D31755">
            <w:pPr>
              <w:bidi/>
              <w:jc w:val="both"/>
              <w:rPr>
                <w:rFonts w:ascii="Simplified Arabic" w:hAnsi="Simplified Arabic" w:cs="Simplified Arabic"/>
                <w:sz w:val="20"/>
                <w:szCs w:val="20"/>
              </w:rPr>
            </w:pPr>
            <w:r w:rsidRPr="00E43187">
              <w:rPr>
                <w:rtl/>
              </w:rPr>
              <w:t>هل تم توضيح التصميم: مقطعي، طولي، دراسة حالة، مسحي؟</w:t>
            </w:r>
          </w:p>
        </w:tc>
        <w:tc>
          <w:tcPr>
            <w:tcW w:w="4025" w:type="dxa"/>
            <w:tcMar>
              <w:top w:w="100" w:type="dxa"/>
              <w:left w:w="100" w:type="dxa"/>
              <w:bottom w:w="100" w:type="dxa"/>
              <w:right w:w="100" w:type="dxa"/>
            </w:tcMar>
          </w:tcPr>
          <w:p w14:paraId="7936A324" w14:textId="31B499F9" w:rsidR="00D31755" w:rsidRPr="00D31755" w:rsidRDefault="00D31755" w:rsidP="00D31755">
            <w:pPr>
              <w:bidi/>
              <w:jc w:val="both"/>
              <w:rPr>
                <w:rFonts w:ascii="Simplified Arabic" w:hAnsi="Simplified Arabic" w:cs="Simplified Arabic"/>
                <w:sz w:val="20"/>
                <w:szCs w:val="20"/>
              </w:rPr>
            </w:pPr>
            <w:r w:rsidRPr="00E43187">
              <w:rPr>
                <w:rtl/>
              </w:rPr>
              <w:t>التصميم المقطعي واضح، لكن وصف دراسة الحالة يحتاج تحديدًا: هل هي مجال تطبيقي أم تصميم بحثي مستقل؟</w:t>
            </w:r>
          </w:p>
        </w:tc>
        <w:tc>
          <w:tcPr>
            <w:tcW w:w="1474" w:type="dxa"/>
            <w:tcMar>
              <w:top w:w="100" w:type="dxa"/>
              <w:left w:w="100" w:type="dxa"/>
              <w:bottom w:w="100" w:type="dxa"/>
              <w:right w:w="100" w:type="dxa"/>
            </w:tcMar>
          </w:tcPr>
          <w:p w14:paraId="401D8C79" w14:textId="70FB3C07" w:rsidR="00D31755" w:rsidRPr="00D31755" w:rsidRDefault="00D31755" w:rsidP="00D31755">
            <w:pPr>
              <w:bidi/>
              <w:jc w:val="both"/>
              <w:rPr>
                <w:rFonts w:ascii="Simplified Arabic" w:hAnsi="Simplified Arabic" w:cs="Simplified Arabic"/>
                <w:sz w:val="20"/>
                <w:szCs w:val="20"/>
              </w:rPr>
            </w:pPr>
            <w:r w:rsidRPr="00E43187">
              <w:rPr>
                <w:rtl/>
              </w:rPr>
              <w:t>جيد مع تعديل</w:t>
            </w:r>
          </w:p>
        </w:tc>
        <w:tc>
          <w:tcPr>
            <w:tcW w:w="3288" w:type="dxa"/>
            <w:tcMar>
              <w:top w:w="100" w:type="dxa"/>
              <w:left w:w="100" w:type="dxa"/>
              <w:bottom w:w="100" w:type="dxa"/>
              <w:right w:w="100" w:type="dxa"/>
            </w:tcMar>
          </w:tcPr>
          <w:p w14:paraId="48A2C31E" w14:textId="7A352226" w:rsidR="00D31755" w:rsidRPr="00D31755" w:rsidRDefault="00D31755" w:rsidP="00D31755">
            <w:pPr>
              <w:bidi/>
              <w:jc w:val="both"/>
              <w:rPr>
                <w:rFonts w:ascii="Simplified Arabic" w:hAnsi="Simplified Arabic" w:cs="Simplified Arabic"/>
                <w:sz w:val="20"/>
                <w:szCs w:val="20"/>
              </w:rPr>
            </w:pPr>
            <w:r w:rsidRPr="00E43187">
              <w:rPr>
                <w:rtl/>
              </w:rPr>
              <w:t>تحديد أن التفتيش البيئي مجال تطبيق إذا لم يكن تصميم دراسة حالة كاملة</w:t>
            </w:r>
            <w:r w:rsidRPr="00E43187">
              <w:t>.</w:t>
            </w:r>
          </w:p>
        </w:tc>
        <w:tc>
          <w:tcPr>
            <w:tcW w:w="1134" w:type="dxa"/>
            <w:tcMar>
              <w:top w:w="100" w:type="dxa"/>
              <w:left w:w="100" w:type="dxa"/>
              <w:bottom w:w="100" w:type="dxa"/>
              <w:right w:w="100" w:type="dxa"/>
            </w:tcMar>
          </w:tcPr>
          <w:p w14:paraId="2724227A"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78E6013" w14:textId="77777777" w:rsidTr="002813F8">
        <w:trPr>
          <w:cantSplit/>
          <w:jc w:val="center"/>
        </w:trPr>
        <w:tc>
          <w:tcPr>
            <w:tcW w:w="1927" w:type="dxa"/>
            <w:tcMar>
              <w:top w:w="100" w:type="dxa"/>
              <w:left w:w="100" w:type="dxa"/>
              <w:bottom w:w="100" w:type="dxa"/>
              <w:right w:w="100" w:type="dxa"/>
            </w:tcMar>
          </w:tcPr>
          <w:p w14:paraId="58D05A9F"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lastRenderedPageBreak/>
              <w:t>النموذج المفاهيمي</w:t>
            </w:r>
          </w:p>
        </w:tc>
        <w:tc>
          <w:tcPr>
            <w:tcW w:w="3005" w:type="dxa"/>
            <w:tcMar>
              <w:top w:w="100" w:type="dxa"/>
              <w:left w:w="100" w:type="dxa"/>
              <w:bottom w:w="100" w:type="dxa"/>
              <w:right w:w="100" w:type="dxa"/>
            </w:tcMar>
          </w:tcPr>
          <w:p w14:paraId="4C315E67" w14:textId="3F77E41E" w:rsidR="00D31755" w:rsidRPr="00D31755" w:rsidRDefault="00D31755" w:rsidP="00D31755">
            <w:pPr>
              <w:bidi/>
              <w:jc w:val="both"/>
              <w:rPr>
                <w:rFonts w:ascii="Simplified Arabic" w:hAnsi="Simplified Arabic" w:cs="Simplified Arabic"/>
                <w:sz w:val="20"/>
                <w:szCs w:val="20"/>
              </w:rPr>
            </w:pPr>
            <w:r w:rsidRPr="00E43187">
              <w:rPr>
                <w:rtl/>
              </w:rPr>
              <w:t>هل تم ربط التصميم بالنموذج المفاهيمي؟</w:t>
            </w:r>
          </w:p>
        </w:tc>
        <w:tc>
          <w:tcPr>
            <w:tcW w:w="4025" w:type="dxa"/>
            <w:tcMar>
              <w:top w:w="100" w:type="dxa"/>
              <w:left w:w="100" w:type="dxa"/>
              <w:bottom w:w="100" w:type="dxa"/>
              <w:right w:w="100" w:type="dxa"/>
            </w:tcMar>
          </w:tcPr>
          <w:p w14:paraId="1CFF6AB0" w14:textId="769A903C" w:rsidR="00D31755" w:rsidRPr="00D31755" w:rsidRDefault="00D31755" w:rsidP="00D31755">
            <w:pPr>
              <w:bidi/>
              <w:jc w:val="both"/>
              <w:rPr>
                <w:rFonts w:ascii="Simplified Arabic" w:hAnsi="Simplified Arabic" w:cs="Simplified Arabic"/>
                <w:sz w:val="20"/>
                <w:szCs w:val="20"/>
              </w:rPr>
            </w:pPr>
            <w:r w:rsidRPr="00E43187">
              <w:rPr>
                <w:rtl/>
              </w:rPr>
              <w:t>النموذج المفاهيمي يظهر المتغيرات والأبعاد، لكنه يحتاج توثيق مسارات الاختبار.</w:t>
            </w:r>
          </w:p>
        </w:tc>
        <w:tc>
          <w:tcPr>
            <w:tcW w:w="1474" w:type="dxa"/>
            <w:tcMar>
              <w:top w:w="100" w:type="dxa"/>
              <w:left w:w="100" w:type="dxa"/>
              <w:bottom w:w="100" w:type="dxa"/>
              <w:right w:w="100" w:type="dxa"/>
            </w:tcMar>
          </w:tcPr>
          <w:p w14:paraId="0DACB08A" w14:textId="62941A4C" w:rsidR="00D31755" w:rsidRPr="00D31755" w:rsidRDefault="00D31755" w:rsidP="00D31755">
            <w:pPr>
              <w:bidi/>
              <w:jc w:val="both"/>
              <w:rPr>
                <w:rFonts w:ascii="Simplified Arabic" w:hAnsi="Simplified Arabic" w:cs="Simplified Arabic"/>
                <w:sz w:val="20"/>
                <w:szCs w:val="20"/>
              </w:rPr>
            </w:pPr>
            <w:r w:rsidRPr="00E43187">
              <w:rPr>
                <w:rtl/>
              </w:rPr>
              <w:t>جيد</w:t>
            </w:r>
          </w:p>
        </w:tc>
        <w:tc>
          <w:tcPr>
            <w:tcW w:w="3288" w:type="dxa"/>
            <w:tcMar>
              <w:top w:w="100" w:type="dxa"/>
              <w:left w:w="100" w:type="dxa"/>
              <w:bottom w:w="100" w:type="dxa"/>
              <w:right w:w="100" w:type="dxa"/>
            </w:tcMar>
          </w:tcPr>
          <w:p w14:paraId="34FD665D" w14:textId="2F71C094" w:rsidR="00D31755" w:rsidRPr="00D31755" w:rsidRDefault="00D31755" w:rsidP="00D31755">
            <w:pPr>
              <w:bidi/>
              <w:jc w:val="both"/>
              <w:rPr>
                <w:rFonts w:ascii="Simplified Arabic" w:hAnsi="Simplified Arabic" w:cs="Simplified Arabic"/>
                <w:sz w:val="20"/>
                <w:szCs w:val="20"/>
              </w:rPr>
            </w:pPr>
            <w:r w:rsidRPr="00E43187">
              <w:rPr>
                <w:rtl/>
              </w:rPr>
              <w:t>إضافة جدول مسارات يربط الأبعاد بالفرضيات</w:t>
            </w:r>
            <w:r w:rsidRPr="00E43187">
              <w:t>.</w:t>
            </w:r>
          </w:p>
        </w:tc>
        <w:tc>
          <w:tcPr>
            <w:tcW w:w="1134" w:type="dxa"/>
            <w:tcMar>
              <w:top w:w="100" w:type="dxa"/>
              <w:left w:w="100" w:type="dxa"/>
              <w:bottom w:w="100" w:type="dxa"/>
              <w:right w:w="100" w:type="dxa"/>
            </w:tcMar>
          </w:tcPr>
          <w:p w14:paraId="784CDB84"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9373C96" w14:textId="77777777" w:rsidTr="002813F8">
        <w:trPr>
          <w:cantSplit/>
          <w:jc w:val="center"/>
        </w:trPr>
        <w:tc>
          <w:tcPr>
            <w:tcW w:w="1927" w:type="dxa"/>
            <w:tcMar>
              <w:top w:w="100" w:type="dxa"/>
              <w:left w:w="100" w:type="dxa"/>
              <w:bottom w:w="100" w:type="dxa"/>
              <w:right w:w="100" w:type="dxa"/>
            </w:tcMar>
          </w:tcPr>
          <w:p w14:paraId="6C087BF6"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1C887C03" w14:textId="258430A5" w:rsidR="00D31755" w:rsidRPr="00D31755" w:rsidRDefault="00D31755" w:rsidP="00D31755">
            <w:pPr>
              <w:bidi/>
              <w:jc w:val="both"/>
              <w:rPr>
                <w:rFonts w:ascii="Simplified Arabic" w:hAnsi="Simplified Arabic" w:cs="Simplified Arabic"/>
                <w:sz w:val="20"/>
                <w:szCs w:val="20"/>
              </w:rPr>
            </w:pPr>
            <w:r w:rsidRPr="00E43187">
              <w:rPr>
                <w:rtl/>
              </w:rPr>
              <w:t>هل تم تعريف المتغيرات إجرائيًا؟</w:t>
            </w:r>
          </w:p>
        </w:tc>
        <w:tc>
          <w:tcPr>
            <w:tcW w:w="4025" w:type="dxa"/>
            <w:tcMar>
              <w:top w:w="100" w:type="dxa"/>
              <w:left w:w="100" w:type="dxa"/>
              <w:bottom w:w="100" w:type="dxa"/>
              <w:right w:w="100" w:type="dxa"/>
            </w:tcMar>
          </w:tcPr>
          <w:p w14:paraId="3B0A4B71" w14:textId="66479390" w:rsidR="00D31755" w:rsidRPr="00D31755" w:rsidRDefault="00D31755" w:rsidP="00D31755">
            <w:pPr>
              <w:bidi/>
              <w:jc w:val="both"/>
              <w:rPr>
                <w:rFonts w:ascii="Simplified Arabic" w:hAnsi="Simplified Arabic" w:cs="Simplified Arabic"/>
                <w:sz w:val="20"/>
                <w:szCs w:val="20"/>
              </w:rPr>
            </w:pPr>
            <w:r w:rsidRPr="00E43187">
              <w:rPr>
                <w:rtl/>
              </w:rPr>
              <w:t>التعريفات الإجرائية تحتاج ربطًا مباشرًا بمؤشرات القياس ومصادرها.</w:t>
            </w:r>
          </w:p>
        </w:tc>
        <w:tc>
          <w:tcPr>
            <w:tcW w:w="1474" w:type="dxa"/>
            <w:tcMar>
              <w:top w:w="100" w:type="dxa"/>
              <w:left w:w="100" w:type="dxa"/>
              <w:bottom w:w="100" w:type="dxa"/>
              <w:right w:w="100" w:type="dxa"/>
            </w:tcMar>
          </w:tcPr>
          <w:p w14:paraId="14FD0B6A" w14:textId="666861EA" w:rsidR="00D31755" w:rsidRPr="00D31755" w:rsidRDefault="00D31755" w:rsidP="00D31755">
            <w:pPr>
              <w:bidi/>
              <w:jc w:val="both"/>
              <w:rPr>
                <w:rFonts w:ascii="Simplified Arabic" w:hAnsi="Simplified Arabic" w:cs="Simplified Arabic"/>
                <w:sz w:val="20"/>
                <w:szCs w:val="20"/>
              </w:rPr>
            </w:pPr>
            <w:r w:rsidRPr="00E43187">
              <w:rPr>
                <w:rtl/>
              </w:rPr>
              <w:t>جيد مع تعديل</w:t>
            </w:r>
          </w:p>
        </w:tc>
        <w:tc>
          <w:tcPr>
            <w:tcW w:w="3288" w:type="dxa"/>
            <w:tcMar>
              <w:top w:w="100" w:type="dxa"/>
              <w:left w:w="100" w:type="dxa"/>
              <w:bottom w:w="100" w:type="dxa"/>
              <w:right w:w="100" w:type="dxa"/>
            </w:tcMar>
          </w:tcPr>
          <w:p w14:paraId="4AABA16C" w14:textId="72327B5A" w:rsidR="00D31755" w:rsidRPr="00D31755" w:rsidRDefault="00D31755" w:rsidP="00D31755">
            <w:pPr>
              <w:bidi/>
              <w:jc w:val="both"/>
              <w:rPr>
                <w:rFonts w:ascii="Simplified Arabic" w:hAnsi="Simplified Arabic" w:cs="Simplified Arabic"/>
                <w:sz w:val="20"/>
                <w:szCs w:val="20"/>
              </w:rPr>
            </w:pPr>
            <w:r w:rsidRPr="00E43187">
              <w:rPr>
                <w:rtl/>
              </w:rPr>
              <w:t>إضافة جدول تعريفات إجرائية وفقرات ومصادر</w:t>
            </w:r>
            <w:r w:rsidRPr="00E43187">
              <w:t>.</w:t>
            </w:r>
          </w:p>
        </w:tc>
        <w:tc>
          <w:tcPr>
            <w:tcW w:w="1134" w:type="dxa"/>
            <w:tcMar>
              <w:top w:w="100" w:type="dxa"/>
              <w:left w:w="100" w:type="dxa"/>
              <w:bottom w:w="100" w:type="dxa"/>
              <w:right w:w="100" w:type="dxa"/>
            </w:tcMar>
          </w:tcPr>
          <w:p w14:paraId="355C83C0" w14:textId="77777777" w:rsidR="00D31755" w:rsidRPr="00D31755" w:rsidRDefault="00D31755" w:rsidP="00D31755">
            <w:pPr>
              <w:bidi/>
              <w:jc w:val="both"/>
              <w:rPr>
                <w:rFonts w:ascii="Simplified Arabic" w:hAnsi="Simplified Arabic" w:cs="Simplified Arabic"/>
                <w:sz w:val="20"/>
                <w:szCs w:val="20"/>
              </w:rPr>
            </w:pPr>
          </w:p>
        </w:tc>
      </w:tr>
    </w:tbl>
    <w:p w14:paraId="171C062F" w14:textId="77777777" w:rsidR="00A662EF" w:rsidRPr="00D31755" w:rsidRDefault="00A662EF" w:rsidP="00D31755">
      <w:pPr>
        <w:bidi/>
        <w:spacing w:after="0" w:line="240" w:lineRule="auto"/>
        <w:jc w:val="both"/>
        <w:rPr>
          <w:rFonts w:ascii="Simplified Arabic" w:hAnsi="Simplified Arabic" w:cs="Simplified Arabic"/>
          <w:color w:val="000000" w:themeColor="text1"/>
          <w:sz w:val="20"/>
          <w:szCs w:val="20"/>
        </w:rPr>
      </w:pPr>
    </w:p>
    <w:p w14:paraId="2925FBB0"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7230F454" w14:textId="77777777" w:rsidTr="00047CBC">
        <w:trPr>
          <w:cantSplit/>
          <w:tblHeader/>
          <w:jc w:val="center"/>
        </w:trPr>
        <w:tc>
          <w:tcPr>
            <w:tcW w:w="1927" w:type="dxa"/>
            <w:tcMar>
              <w:top w:w="100" w:type="dxa"/>
              <w:left w:w="100" w:type="dxa"/>
              <w:bottom w:w="100" w:type="dxa"/>
              <w:right w:w="100" w:type="dxa"/>
            </w:tcMar>
            <w:vAlign w:val="center"/>
          </w:tcPr>
          <w:p w14:paraId="313554C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601EE7E"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3274B4F"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5811959"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4B64AB8"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05D311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4869DC27" w14:textId="77777777" w:rsidTr="000E7AD1">
        <w:trPr>
          <w:cantSplit/>
          <w:jc w:val="center"/>
        </w:trPr>
        <w:tc>
          <w:tcPr>
            <w:tcW w:w="1927" w:type="dxa"/>
            <w:tcMar>
              <w:top w:w="100" w:type="dxa"/>
              <w:left w:w="100" w:type="dxa"/>
              <w:bottom w:w="100" w:type="dxa"/>
              <w:right w:w="100" w:type="dxa"/>
            </w:tcMar>
          </w:tcPr>
          <w:p w14:paraId="5B1A2477"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أداة</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جمع</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14F5BD14" w14:textId="1D8A70C8" w:rsidR="00D31755" w:rsidRPr="00D31755" w:rsidRDefault="00D31755" w:rsidP="00D31755">
            <w:pPr>
              <w:bidi/>
              <w:jc w:val="both"/>
              <w:rPr>
                <w:rFonts w:ascii="Simplified Arabic" w:hAnsi="Simplified Arabic" w:cs="Simplified Arabic"/>
                <w:sz w:val="20"/>
                <w:szCs w:val="20"/>
              </w:rPr>
            </w:pPr>
            <w:r w:rsidRPr="0099168E">
              <w:rPr>
                <w:rtl/>
              </w:rPr>
              <w:t>هل الأداة محددة بوضوح؟ استبانة، مقابلة، وثائق، بيانات ثانوية؟</w:t>
            </w:r>
          </w:p>
        </w:tc>
        <w:tc>
          <w:tcPr>
            <w:tcW w:w="4025" w:type="dxa"/>
            <w:tcMar>
              <w:top w:w="100" w:type="dxa"/>
              <w:left w:w="100" w:type="dxa"/>
              <w:bottom w:w="100" w:type="dxa"/>
              <w:right w:w="100" w:type="dxa"/>
            </w:tcMar>
          </w:tcPr>
          <w:p w14:paraId="3263658F" w14:textId="47F4B992" w:rsidR="00D31755" w:rsidRPr="00D31755" w:rsidRDefault="00D31755" w:rsidP="00D31755">
            <w:pPr>
              <w:bidi/>
              <w:jc w:val="both"/>
              <w:rPr>
                <w:rFonts w:ascii="Simplified Arabic" w:hAnsi="Simplified Arabic" w:cs="Simplified Arabic"/>
                <w:sz w:val="20"/>
                <w:szCs w:val="20"/>
              </w:rPr>
            </w:pPr>
            <w:r w:rsidRPr="0099168E">
              <w:rPr>
                <w:rtl/>
              </w:rPr>
              <w:t>الاستبانة محددة كمصدر رئيس، والوثائق كمصدر مساند، وهذا مناسب بشرط ضبط العلاقة بينهما.</w:t>
            </w:r>
          </w:p>
        </w:tc>
        <w:tc>
          <w:tcPr>
            <w:tcW w:w="1474" w:type="dxa"/>
            <w:tcMar>
              <w:top w:w="100" w:type="dxa"/>
              <w:left w:w="100" w:type="dxa"/>
              <w:bottom w:w="100" w:type="dxa"/>
              <w:right w:w="100" w:type="dxa"/>
            </w:tcMar>
          </w:tcPr>
          <w:p w14:paraId="2A3BE8C1" w14:textId="532D84DF" w:rsidR="00D31755" w:rsidRPr="00D31755" w:rsidRDefault="00D31755" w:rsidP="00D31755">
            <w:pPr>
              <w:bidi/>
              <w:jc w:val="both"/>
              <w:rPr>
                <w:rFonts w:ascii="Simplified Arabic" w:hAnsi="Simplified Arabic" w:cs="Simplified Arabic"/>
                <w:sz w:val="20"/>
                <w:szCs w:val="20"/>
              </w:rPr>
            </w:pPr>
            <w:r w:rsidRPr="0099168E">
              <w:rPr>
                <w:rtl/>
              </w:rPr>
              <w:t>جيد</w:t>
            </w:r>
          </w:p>
        </w:tc>
        <w:tc>
          <w:tcPr>
            <w:tcW w:w="3288" w:type="dxa"/>
            <w:tcMar>
              <w:top w:w="100" w:type="dxa"/>
              <w:left w:w="100" w:type="dxa"/>
              <w:bottom w:w="100" w:type="dxa"/>
              <w:right w:w="100" w:type="dxa"/>
            </w:tcMar>
          </w:tcPr>
          <w:p w14:paraId="575D0ABB" w14:textId="40C8B7E6" w:rsidR="00D31755" w:rsidRPr="00D31755" w:rsidRDefault="00D31755" w:rsidP="00D31755">
            <w:pPr>
              <w:bidi/>
              <w:jc w:val="both"/>
              <w:rPr>
                <w:rFonts w:ascii="Simplified Arabic" w:hAnsi="Simplified Arabic" w:cs="Simplified Arabic"/>
                <w:sz w:val="20"/>
                <w:szCs w:val="20"/>
              </w:rPr>
            </w:pPr>
            <w:r w:rsidRPr="0099168E">
              <w:rPr>
                <w:rtl/>
              </w:rPr>
              <w:t>إضافة جدول يبين دور كل مصدر بيانات</w:t>
            </w:r>
            <w:r w:rsidRPr="0099168E">
              <w:t>.</w:t>
            </w:r>
          </w:p>
        </w:tc>
        <w:tc>
          <w:tcPr>
            <w:tcW w:w="1134" w:type="dxa"/>
            <w:tcMar>
              <w:top w:w="100" w:type="dxa"/>
              <w:left w:w="100" w:type="dxa"/>
              <w:bottom w:w="100" w:type="dxa"/>
              <w:right w:w="100" w:type="dxa"/>
            </w:tcMar>
          </w:tcPr>
          <w:p w14:paraId="277180E0"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7567AC5F" w14:textId="77777777" w:rsidTr="000E7AD1">
        <w:trPr>
          <w:cantSplit/>
          <w:jc w:val="center"/>
        </w:trPr>
        <w:tc>
          <w:tcPr>
            <w:tcW w:w="1927" w:type="dxa"/>
            <w:tcMar>
              <w:top w:w="100" w:type="dxa"/>
              <w:left w:w="100" w:type="dxa"/>
              <w:bottom w:w="100" w:type="dxa"/>
              <w:right w:w="100" w:type="dxa"/>
            </w:tcMar>
          </w:tcPr>
          <w:p w14:paraId="202FA8A6"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5F65B208" w14:textId="1697D548" w:rsidR="00D31755" w:rsidRPr="00D31755" w:rsidRDefault="00D31755" w:rsidP="00D31755">
            <w:pPr>
              <w:bidi/>
              <w:jc w:val="both"/>
              <w:rPr>
                <w:rFonts w:ascii="Simplified Arabic" w:hAnsi="Simplified Arabic" w:cs="Simplified Arabic"/>
                <w:sz w:val="20"/>
                <w:szCs w:val="20"/>
              </w:rPr>
            </w:pPr>
            <w:r w:rsidRPr="0099168E">
              <w:rPr>
                <w:rtl/>
              </w:rPr>
              <w:t>هل تم تبرير اختيار الاستبانة أو المقابلة؟</w:t>
            </w:r>
          </w:p>
        </w:tc>
        <w:tc>
          <w:tcPr>
            <w:tcW w:w="4025" w:type="dxa"/>
            <w:tcMar>
              <w:top w:w="100" w:type="dxa"/>
              <w:left w:w="100" w:type="dxa"/>
              <w:bottom w:w="100" w:type="dxa"/>
              <w:right w:w="100" w:type="dxa"/>
            </w:tcMar>
          </w:tcPr>
          <w:p w14:paraId="5B6BD2EB" w14:textId="301A39DE" w:rsidR="00D31755" w:rsidRPr="00D31755" w:rsidRDefault="00D31755" w:rsidP="00D31755">
            <w:pPr>
              <w:bidi/>
              <w:jc w:val="both"/>
              <w:rPr>
                <w:rFonts w:ascii="Simplified Arabic" w:hAnsi="Simplified Arabic" w:cs="Simplified Arabic"/>
                <w:sz w:val="20"/>
                <w:szCs w:val="20"/>
              </w:rPr>
            </w:pPr>
            <w:r w:rsidRPr="0099168E">
              <w:rPr>
                <w:rtl/>
              </w:rPr>
              <w:t>تبرير الاستبانة مقبول لاختبار آراء أصحاب العلاقة في التفتيش البيئي.</w:t>
            </w:r>
          </w:p>
        </w:tc>
        <w:tc>
          <w:tcPr>
            <w:tcW w:w="1474" w:type="dxa"/>
            <w:tcMar>
              <w:top w:w="100" w:type="dxa"/>
              <w:left w:w="100" w:type="dxa"/>
              <w:bottom w:w="100" w:type="dxa"/>
              <w:right w:w="100" w:type="dxa"/>
            </w:tcMar>
          </w:tcPr>
          <w:p w14:paraId="52875E6E" w14:textId="7BB26C0F" w:rsidR="00D31755" w:rsidRPr="00D31755" w:rsidRDefault="00D31755" w:rsidP="00D31755">
            <w:pPr>
              <w:bidi/>
              <w:jc w:val="both"/>
              <w:rPr>
                <w:rFonts w:ascii="Simplified Arabic" w:hAnsi="Simplified Arabic" w:cs="Simplified Arabic"/>
                <w:sz w:val="20"/>
                <w:szCs w:val="20"/>
              </w:rPr>
            </w:pPr>
            <w:r w:rsidRPr="0099168E">
              <w:rPr>
                <w:rtl/>
              </w:rPr>
              <w:t>جيد</w:t>
            </w:r>
          </w:p>
        </w:tc>
        <w:tc>
          <w:tcPr>
            <w:tcW w:w="3288" w:type="dxa"/>
            <w:tcMar>
              <w:top w:w="100" w:type="dxa"/>
              <w:left w:w="100" w:type="dxa"/>
              <w:bottom w:w="100" w:type="dxa"/>
              <w:right w:w="100" w:type="dxa"/>
            </w:tcMar>
          </w:tcPr>
          <w:p w14:paraId="2E3E92BB" w14:textId="21BF71B1" w:rsidR="00D31755" w:rsidRPr="00D31755" w:rsidRDefault="00D31755" w:rsidP="00D31755">
            <w:pPr>
              <w:bidi/>
              <w:jc w:val="both"/>
              <w:rPr>
                <w:rFonts w:ascii="Simplified Arabic" w:hAnsi="Simplified Arabic" w:cs="Simplified Arabic"/>
                <w:sz w:val="20"/>
                <w:szCs w:val="20"/>
              </w:rPr>
            </w:pPr>
            <w:r w:rsidRPr="0099168E">
              <w:rPr>
                <w:rtl/>
              </w:rPr>
              <w:t>ربط الأداة بالفئة القادرة على تقييم الشراكات والحوكمة</w:t>
            </w:r>
            <w:r w:rsidRPr="0099168E">
              <w:t>.</w:t>
            </w:r>
          </w:p>
        </w:tc>
        <w:tc>
          <w:tcPr>
            <w:tcW w:w="1134" w:type="dxa"/>
            <w:tcMar>
              <w:top w:w="100" w:type="dxa"/>
              <w:left w:w="100" w:type="dxa"/>
              <w:bottom w:w="100" w:type="dxa"/>
              <w:right w:w="100" w:type="dxa"/>
            </w:tcMar>
          </w:tcPr>
          <w:p w14:paraId="318FD192"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A386F11" w14:textId="77777777" w:rsidTr="000E7AD1">
        <w:trPr>
          <w:cantSplit/>
          <w:jc w:val="center"/>
        </w:trPr>
        <w:tc>
          <w:tcPr>
            <w:tcW w:w="1927" w:type="dxa"/>
            <w:tcMar>
              <w:top w:w="100" w:type="dxa"/>
              <w:left w:w="100" w:type="dxa"/>
              <w:bottom w:w="100" w:type="dxa"/>
              <w:right w:w="100" w:type="dxa"/>
            </w:tcMar>
          </w:tcPr>
          <w:p w14:paraId="254CACA7"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09884B21" w14:textId="705229D1" w:rsidR="00D31755" w:rsidRPr="00D31755" w:rsidRDefault="00D31755" w:rsidP="00D31755">
            <w:pPr>
              <w:bidi/>
              <w:jc w:val="both"/>
              <w:rPr>
                <w:rFonts w:ascii="Simplified Arabic" w:hAnsi="Simplified Arabic" w:cs="Simplified Arabic"/>
                <w:sz w:val="20"/>
                <w:szCs w:val="20"/>
              </w:rPr>
            </w:pPr>
            <w:r w:rsidRPr="0099168E">
              <w:rPr>
                <w:rtl/>
              </w:rPr>
              <w:t>هل تم توضيح أقسام الأداة وعدد الفقرات؟</w:t>
            </w:r>
          </w:p>
        </w:tc>
        <w:tc>
          <w:tcPr>
            <w:tcW w:w="4025" w:type="dxa"/>
            <w:tcMar>
              <w:top w:w="100" w:type="dxa"/>
              <w:left w:w="100" w:type="dxa"/>
              <w:bottom w:w="100" w:type="dxa"/>
              <w:right w:w="100" w:type="dxa"/>
            </w:tcMar>
          </w:tcPr>
          <w:p w14:paraId="4CB6D6E7" w14:textId="79A3D242" w:rsidR="00D31755" w:rsidRPr="00D31755" w:rsidRDefault="00D31755" w:rsidP="00D31755">
            <w:pPr>
              <w:bidi/>
              <w:jc w:val="both"/>
              <w:rPr>
                <w:rFonts w:ascii="Simplified Arabic" w:hAnsi="Simplified Arabic" w:cs="Simplified Arabic"/>
                <w:sz w:val="20"/>
                <w:szCs w:val="20"/>
              </w:rPr>
            </w:pPr>
            <w:r w:rsidRPr="0099168E">
              <w:rPr>
                <w:rtl/>
              </w:rPr>
              <w:t>هيكل الأداة يحتاج جدولًا نهائيًا يوضح محاور الشراكات والحوكمة وإدارة الأداء.</w:t>
            </w:r>
          </w:p>
        </w:tc>
        <w:tc>
          <w:tcPr>
            <w:tcW w:w="1474" w:type="dxa"/>
            <w:tcMar>
              <w:top w:w="100" w:type="dxa"/>
              <w:left w:w="100" w:type="dxa"/>
              <w:bottom w:w="100" w:type="dxa"/>
              <w:right w:w="100" w:type="dxa"/>
            </w:tcMar>
          </w:tcPr>
          <w:p w14:paraId="1D5F3250" w14:textId="7909167D" w:rsidR="00D31755" w:rsidRPr="00D31755" w:rsidRDefault="00D31755" w:rsidP="00D31755">
            <w:pPr>
              <w:bidi/>
              <w:jc w:val="both"/>
              <w:rPr>
                <w:rFonts w:ascii="Simplified Arabic" w:hAnsi="Simplified Arabic" w:cs="Simplified Arabic"/>
                <w:sz w:val="20"/>
                <w:szCs w:val="20"/>
              </w:rPr>
            </w:pPr>
            <w:r w:rsidRPr="0099168E">
              <w:rPr>
                <w:rtl/>
              </w:rPr>
              <w:t>جيد مع تعديل</w:t>
            </w:r>
          </w:p>
        </w:tc>
        <w:tc>
          <w:tcPr>
            <w:tcW w:w="3288" w:type="dxa"/>
            <w:tcMar>
              <w:top w:w="100" w:type="dxa"/>
              <w:left w:w="100" w:type="dxa"/>
              <w:bottom w:w="100" w:type="dxa"/>
              <w:right w:w="100" w:type="dxa"/>
            </w:tcMar>
          </w:tcPr>
          <w:p w14:paraId="6819EB18" w14:textId="50A2C6D1" w:rsidR="00D31755" w:rsidRPr="00D31755" w:rsidRDefault="00D31755" w:rsidP="00D31755">
            <w:pPr>
              <w:bidi/>
              <w:jc w:val="both"/>
              <w:rPr>
                <w:rFonts w:ascii="Simplified Arabic" w:hAnsi="Simplified Arabic" w:cs="Simplified Arabic"/>
                <w:sz w:val="20"/>
                <w:szCs w:val="20"/>
              </w:rPr>
            </w:pPr>
            <w:r w:rsidRPr="0099168E">
              <w:rPr>
                <w:rtl/>
              </w:rPr>
              <w:t>إرفاق النسخة النهائية من الاستبانة</w:t>
            </w:r>
            <w:r w:rsidRPr="0099168E">
              <w:t>.</w:t>
            </w:r>
          </w:p>
        </w:tc>
        <w:tc>
          <w:tcPr>
            <w:tcW w:w="1134" w:type="dxa"/>
            <w:tcMar>
              <w:top w:w="100" w:type="dxa"/>
              <w:left w:w="100" w:type="dxa"/>
              <w:bottom w:w="100" w:type="dxa"/>
              <w:right w:w="100" w:type="dxa"/>
            </w:tcMar>
          </w:tcPr>
          <w:p w14:paraId="455CF539"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4B31AD60" w14:textId="77777777" w:rsidTr="000E7AD1">
        <w:trPr>
          <w:cantSplit/>
          <w:jc w:val="center"/>
        </w:trPr>
        <w:tc>
          <w:tcPr>
            <w:tcW w:w="1927" w:type="dxa"/>
            <w:tcMar>
              <w:top w:w="100" w:type="dxa"/>
              <w:left w:w="100" w:type="dxa"/>
              <w:bottom w:w="100" w:type="dxa"/>
              <w:right w:w="100" w:type="dxa"/>
            </w:tcMar>
          </w:tcPr>
          <w:p w14:paraId="02098D1C"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43772BE9" w14:textId="3F11C02F" w:rsidR="00D31755" w:rsidRPr="00D31755" w:rsidRDefault="00D31755" w:rsidP="00D31755">
            <w:pPr>
              <w:bidi/>
              <w:jc w:val="both"/>
              <w:rPr>
                <w:rFonts w:ascii="Simplified Arabic" w:hAnsi="Simplified Arabic" w:cs="Simplified Arabic"/>
                <w:sz w:val="20"/>
                <w:szCs w:val="20"/>
              </w:rPr>
            </w:pPr>
            <w:r w:rsidRPr="0099168E">
              <w:rPr>
                <w:rtl/>
              </w:rPr>
              <w:t>هل تم تحديد مقياس ليكرت أو غيره؟</w:t>
            </w:r>
          </w:p>
        </w:tc>
        <w:tc>
          <w:tcPr>
            <w:tcW w:w="4025" w:type="dxa"/>
            <w:tcMar>
              <w:top w:w="100" w:type="dxa"/>
              <w:left w:w="100" w:type="dxa"/>
              <w:bottom w:w="100" w:type="dxa"/>
              <w:right w:w="100" w:type="dxa"/>
            </w:tcMar>
          </w:tcPr>
          <w:p w14:paraId="4DDC6116" w14:textId="4672A55A" w:rsidR="00D31755" w:rsidRPr="00D31755" w:rsidRDefault="00D31755" w:rsidP="00D31755">
            <w:pPr>
              <w:bidi/>
              <w:jc w:val="both"/>
              <w:rPr>
                <w:rFonts w:ascii="Simplified Arabic" w:hAnsi="Simplified Arabic" w:cs="Simplified Arabic"/>
                <w:sz w:val="20"/>
                <w:szCs w:val="20"/>
              </w:rPr>
            </w:pPr>
            <w:r w:rsidRPr="0099168E">
              <w:rPr>
                <w:rtl/>
              </w:rPr>
              <w:t>مقياس ليكرت يجب أن يوضح الترميز ومعيار تفسير المتوسطات.</w:t>
            </w:r>
          </w:p>
        </w:tc>
        <w:tc>
          <w:tcPr>
            <w:tcW w:w="1474" w:type="dxa"/>
            <w:tcMar>
              <w:top w:w="100" w:type="dxa"/>
              <w:left w:w="100" w:type="dxa"/>
              <w:bottom w:w="100" w:type="dxa"/>
              <w:right w:w="100" w:type="dxa"/>
            </w:tcMar>
          </w:tcPr>
          <w:p w14:paraId="1A8578DD" w14:textId="68F53F57" w:rsidR="00D31755" w:rsidRPr="00D31755" w:rsidRDefault="00D31755" w:rsidP="00D31755">
            <w:pPr>
              <w:bidi/>
              <w:jc w:val="both"/>
              <w:rPr>
                <w:rFonts w:ascii="Simplified Arabic" w:hAnsi="Simplified Arabic" w:cs="Simplified Arabic"/>
                <w:sz w:val="20"/>
                <w:szCs w:val="20"/>
              </w:rPr>
            </w:pPr>
            <w:r w:rsidRPr="0099168E">
              <w:rPr>
                <w:rtl/>
              </w:rPr>
              <w:t>جيد</w:t>
            </w:r>
          </w:p>
        </w:tc>
        <w:tc>
          <w:tcPr>
            <w:tcW w:w="3288" w:type="dxa"/>
            <w:tcMar>
              <w:top w:w="100" w:type="dxa"/>
              <w:left w:w="100" w:type="dxa"/>
              <w:bottom w:w="100" w:type="dxa"/>
              <w:right w:w="100" w:type="dxa"/>
            </w:tcMar>
          </w:tcPr>
          <w:p w14:paraId="0D7A7108" w14:textId="46317F1A" w:rsidR="00D31755" w:rsidRPr="00D31755" w:rsidRDefault="00D31755" w:rsidP="00D31755">
            <w:pPr>
              <w:bidi/>
              <w:jc w:val="both"/>
              <w:rPr>
                <w:rFonts w:ascii="Simplified Arabic" w:hAnsi="Simplified Arabic" w:cs="Simplified Arabic"/>
                <w:sz w:val="20"/>
                <w:szCs w:val="20"/>
              </w:rPr>
            </w:pPr>
            <w:r w:rsidRPr="0099168E">
              <w:rPr>
                <w:rtl/>
              </w:rPr>
              <w:t>تثبيت اتجاه الترميز</w:t>
            </w:r>
            <w:r w:rsidRPr="0099168E">
              <w:t>.</w:t>
            </w:r>
          </w:p>
        </w:tc>
        <w:tc>
          <w:tcPr>
            <w:tcW w:w="1134" w:type="dxa"/>
            <w:tcMar>
              <w:top w:w="100" w:type="dxa"/>
              <w:left w:w="100" w:type="dxa"/>
              <w:bottom w:w="100" w:type="dxa"/>
              <w:right w:w="100" w:type="dxa"/>
            </w:tcMar>
          </w:tcPr>
          <w:p w14:paraId="2D4F02F8"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509C1AE0" w14:textId="77777777" w:rsidTr="000E7AD1">
        <w:trPr>
          <w:cantSplit/>
          <w:jc w:val="center"/>
        </w:trPr>
        <w:tc>
          <w:tcPr>
            <w:tcW w:w="1927" w:type="dxa"/>
            <w:tcMar>
              <w:top w:w="100" w:type="dxa"/>
              <w:left w:w="100" w:type="dxa"/>
              <w:bottom w:w="100" w:type="dxa"/>
              <w:right w:w="100" w:type="dxa"/>
            </w:tcMar>
          </w:tcPr>
          <w:p w14:paraId="4BD50814"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46A3B6B1" w14:textId="53946E4C" w:rsidR="00D31755" w:rsidRPr="00D31755" w:rsidRDefault="00D31755" w:rsidP="00D31755">
            <w:pPr>
              <w:bidi/>
              <w:jc w:val="both"/>
              <w:rPr>
                <w:rFonts w:ascii="Simplified Arabic" w:hAnsi="Simplified Arabic" w:cs="Simplified Arabic"/>
                <w:sz w:val="20"/>
                <w:szCs w:val="20"/>
              </w:rPr>
            </w:pPr>
            <w:r w:rsidRPr="0099168E">
              <w:rPr>
                <w:rtl/>
              </w:rPr>
              <w:t>هل تم توضيح خطوات التوزيع والاسترجاع؟</w:t>
            </w:r>
          </w:p>
        </w:tc>
        <w:tc>
          <w:tcPr>
            <w:tcW w:w="4025" w:type="dxa"/>
            <w:tcMar>
              <w:top w:w="100" w:type="dxa"/>
              <w:left w:w="100" w:type="dxa"/>
              <w:bottom w:w="100" w:type="dxa"/>
              <w:right w:w="100" w:type="dxa"/>
            </w:tcMar>
          </w:tcPr>
          <w:p w14:paraId="11A46C76" w14:textId="52E89261" w:rsidR="00D31755" w:rsidRPr="00D31755" w:rsidRDefault="00D31755" w:rsidP="00D31755">
            <w:pPr>
              <w:bidi/>
              <w:jc w:val="both"/>
              <w:rPr>
                <w:rFonts w:ascii="Simplified Arabic" w:hAnsi="Simplified Arabic" w:cs="Simplified Arabic"/>
                <w:sz w:val="20"/>
                <w:szCs w:val="20"/>
              </w:rPr>
            </w:pPr>
            <w:r w:rsidRPr="0099168E">
              <w:rPr>
                <w:rtl/>
              </w:rPr>
              <w:t>إجراءات جمع البيانات تحتاج تحديد الفئات المستهدفة، القنوات، المدة، ومعايير الاستبعاد.</w:t>
            </w:r>
          </w:p>
        </w:tc>
        <w:tc>
          <w:tcPr>
            <w:tcW w:w="1474" w:type="dxa"/>
            <w:tcMar>
              <w:top w:w="100" w:type="dxa"/>
              <w:left w:w="100" w:type="dxa"/>
              <w:bottom w:w="100" w:type="dxa"/>
              <w:right w:w="100" w:type="dxa"/>
            </w:tcMar>
          </w:tcPr>
          <w:p w14:paraId="6BE19B45" w14:textId="40A6267A" w:rsidR="00D31755" w:rsidRPr="00D31755" w:rsidRDefault="00D31755" w:rsidP="00D31755">
            <w:pPr>
              <w:bidi/>
              <w:jc w:val="both"/>
              <w:rPr>
                <w:rFonts w:ascii="Simplified Arabic" w:hAnsi="Simplified Arabic" w:cs="Simplified Arabic"/>
                <w:sz w:val="20"/>
                <w:szCs w:val="20"/>
              </w:rPr>
            </w:pPr>
            <w:r w:rsidRPr="0099168E">
              <w:rPr>
                <w:rtl/>
              </w:rPr>
              <w:t>مقبول</w:t>
            </w:r>
          </w:p>
        </w:tc>
        <w:tc>
          <w:tcPr>
            <w:tcW w:w="3288" w:type="dxa"/>
            <w:tcMar>
              <w:top w:w="100" w:type="dxa"/>
              <w:left w:w="100" w:type="dxa"/>
              <w:bottom w:w="100" w:type="dxa"/>
              <w:right w:w="100" w:type="dxa"/>
            </w:tcMar>
          </w:tcPr>
          <w:p w14:paraId="490E8CF1" w14:textId="5B29A3FB" w:rsidR="00D31755" w:rsidRPr="00D31755" w:rsidRDefault="00D31755" w:rsidP="00D31755">
            <w:pPr>
              <w:bidi/>
              <w:jc w:val="both"/>
              <w:rPr>
                <w:rFonts w:ascii="Simplified Arabic" w:hAnsi="Simplified Arabic" w:cs="Simplified Arabic"/>
                <w:sz w:val="20"/>
                <w:szCs w:val="20"/>
              </w:rPr>
            </w:pPr>
            <w:r w:rsidRPr="0099168E">
              <w:rPr>
                <w:rtl/>
              </w:rPr>
              <w:t>تحديد خطوات التوزيع والاسترجاع</w:t>
            </w:r>
            <w:r w:rsidRPr="0099168E">
              <w:t>.</w:t>
            </w:r>
          </w:p>
        </w:tc>
        <w:tc>
          <w:tcPr>
            <w:tcW w:w="1134" w:type="dxa"/>
            <w:tcMar>
              <w:top w:w="100" w:type="dxa"/>
              <w:left w:w="100" w:type="dxa"/>
              <w:bottom w:w="100" w:type="dxa"/>
              <w:right w:w="100" w:type="dxa"/>
            </w:tcMar>
          </w:tcPr>
          <w:p w14:paraId="4E41E286"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02DE69A1" w14:textId="77777777" w:rsidTr="000E7AD1">
        <w:trPr>
          <w:cantSplit/>
          <w:jc w:val="center"/>
        </w:trPr>
        <w:tc>
          <w:tcPr>
            <w:tcW w:w="1927" w:type="dxa"/>
            <w:tcMar>
              <w:top w:w="100" w:type="dxa"/>
              <w:left w:w="100" w:type="dxa"/>
              <w:bottom w:w="100" w:type="dxa"/>
              <w:right w:w="100" w:type="dxa"/>
            </w:tcMar>
          </w:tcPr>
          <w:p w14:paraId="0FBFE84F"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tcPr>
          <w:p w14:paraId="503FC583" w14:textId="67293874" w:rsidR="00D31755" w:rsidRPr="00D31755" w:rsidRDefault="00D31755" w:rsidP="00D31755">
            <w:pPr>
              <w:bidi/>
              <w:jc w:val="both"/>
              <w:rPr>
                <w:rFonts w:ascii="Simplified Arabic" w:hAnsi="Simplified Arabic" w:cs="Simplified Arabic"/>
                <w:sz w:val="20"/>
                <w:szCs w:val="20"/>
              </w:rPr>
            </w:pPr>
            <w:r w:rsidRPr="0099168E">
              <w:rPr>
                <w:rtl/>
              </w:rPr>
              <w:t>هل تم توضيح مصادر البيانات الثانوية؟</w:t>
            </w:r>
          </w:p>
        </w:tc>
        <w:tc>
          <w:tcPr>
            <w:tcW w:w="4025" w:type="dxa"/>
            <w:tcMar>
              <w:top w:w="100" w:type="dxa"/>
              <w:left w:w="100" w:type="dxa"/>
              <w:bottom w:w="100" w:type="dxa"/>
              <w:right w:w="100" w:type="dxa"/>
            </w:tcMar>
          </w:tcPr>
          <w:p w14:paraId="39890FE0" w14:textId="2C39A118" w:rsidR="00D31755" w:rsidRPr="00D31755" w:rsidRDefault="00D31755" w:rsidP="00D31755">
            <w:pPr>
              <w:bidi/>
              <w:jc w:val="both"/>
              <w:rPr>
                <w:rFonts w:ascii="Simplified Arabic" w:hAnsi="Simplified Arabic" w:cs="Simplified Arabic"/>
                <w:sz w:val="20"/>
                <w:szCs w:val="20"/>
              </w:rPr>
            </w:pPr>
            <w:r w:rsidRPr="0099168E">
              <w:rPr>
                <w:rtl/>
              </w:rPr>
              <w:t>تحليل الوثائق يحتاج بروتوكولًا واضحًا: نوع الوثائق، معايير الاختيار، وطريقة التحليل.</w:t>
            </w:r>
          </w:p>
        </w:tc>
        <w:tc>
          <w:tcPr>
            <w:tcW w:w="1474" w:type="dxa"/>
            <w:tcMar>
              <w:top w:w="100" w:type="dxa"/>
              <w:left w:w="100" w:type="dxa"/>
              <w:bottom w:w="100" w:type="dxa"/>
              <w:right w:w="100" w:type="dxa"/>
            </w:tcMar>
          </w:tcPr>
          <w:p w14:paraId="5A32E3AF" w14:textId="40500A3B" w:rsidR="00D31755" w:rsidRPr="00D31755" w:rsidRDefault="00D31755" w:rsidP="00D31755">
            <w:pPr>
              <w:bidi/>
              <w:jc w:val="both"/>
              <w:rPr>
                <w:rFonts w:ascii="Simplified Arabic" w:hAnsi="Simplified Arabic" w:cs="Simplified Arabic"/>
                <w:sz w:val="20"/>
                <w:szCs w:val="20"/>
              </w:rPr>
            </w:pPr>
            <w:r w:rsidRPr="0099168E">
              <w:rPr>
                <w:rtl/>
              </w:rPr>
              <w:t>جيد مع تعديل</w:t>
            </w:r>
          </w:p>
        </w:tc>
        <w:tc>
          <w:tcPr>
            <w:tcW w:w="3288" w:type="dxa"/>
            <w:tcMar>
              <w:top w:w="100" w:type="dxa"/>
              <w:left w:w="100" w:type="dxa"/>
              <w:bottom w:w="100" w:type="dxa"/>
              <w:right w:w="100" w:type="dxa"/>
            </w:tcMar>
          </w:tcPr>
          <w:p w14:paraId="6D558C36" w14:textId="3780EA34" w:rsidR="00D31755" w:rsidRPr="00D31755" w:rsidRDefault="00D31755" w:rsidP="00D31755">
            <w:pPr>
              <w:bidi/>
              <w:jc w:val="both"/>
              <w:rPr>
                <w:rFonts w:ascii="Simplified Arabic" w:hAnsi="Simplified Arabic" w:cs="Simplified Arabic"/>
                <w:sz w:val="20"/>
                <w:szCs w:val="20"/>
              </w:rPr>
            </w:pPr>
            <w:r w:rsidRPr="0099168E">
              <w:rPr>
                <w:rtl/>
              </w:rPr>
              <w:t>إضافة بروتوكول مختصر لتحليل الوثائق</w:t>
            </w:r>
            <w:r w:rsidRPr="0099168E">
              <w:t>.</w:t>
            </w:r>
          </w:p>
        </w:tc>
        <w:tc>
          <w:tcPr>
            <w:tcW w:w="1134" w:type="dxa"/>
            <w:tcMar>
              <w:top w:w="100" w:type="dxa"/>
              <w:left w:w="100" w:type="dxa"/>
              <w:bottom w:w="100" w:type="dxa"/>
              <w:right w:w="100" w:type="dxa"/>
            </w:tcMar>
          </w:tcPr>
          <w:p w14:paraId="05F0D314" w14:textId="77777777" w:rsidR="00D31755" w:rsidRPr="00D31755" w:rsidRDefault="00D31755" w:rsidP="00D31755">
            <w:pPr>
              <w:bidi/>
              <w:jc w:val="both"/>
              <w:rPr>
                <w:rFonts w:ascii="Simplified Arabic" w:hAnsi="Simplified Arabic" w:cs="Simplified Arabic"/>
                <w:sz w:val="20"/>
                <w:szCs w:val="20"/>
              </w:rPr>
            </w:pPr>
          </w:p>
        </w:tc>
      </w:tr>
    </w:tbl>
    <w:p w14:paraId="29870448"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0C380E56" w14:textId="77777777" w:rsidTr="00047CBC">
        <w:trPr>
          <w:cantSplit/>
          <w:tblHeader/>
          <w:jc w:val="center"/>
        </w:trPr>
        <w:tc>
          <w:tcPr>
            <w:tcW w:w="1927" w:type="dxa"/>
            <w:tcMar>
              <w:top w:w="100" w:type="dxa"/>
              <w:left w:w="100" w:type="dxa"/>
              <w:bottom w:w="100" w:type="dxa"/>
              <w:right w:w="100" w:type="dxa"/>
            </w:tcMar>
            <w:vAlign w:val="center"/>
          </w:tcPr>
          <w:p w14:paraId="3BBBF9E1"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56DEE4D"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55BD757"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F60F681"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5DD7ACC"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CBCA5F9"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435F02F2" w14:textId="77777777" w:rsidTr="001E537C">
        <w:trPr>
          <w:cantSplit/>
          <w:jc w:val="center"/>
        </w:trPr>
        <w:tc>
          <w:tcPr>
            <w:tcW w:w="1927" w:type="dxa"/>
            <w:tcMar>
              <w:top w:w="100" w:type="dxa"/>
              <w:left w:w="100" w:type="dxa"/>
              <w:bottom w:w="100" w:type="dxa"/>
              <w:right w:w="100" w:type="dxa"/>
            </w:tcMar>
          </w:tcPr>
          <w:p w14:paraId="5D8ABAA7"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تحديد</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مجتمع</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2E278876" w14:textId="175FEFEE" w:rsidR="00D31755" w:rsidRPr="00D31755" w:rsidRDefault="00D31755" w:rsidP="00D31755">
            <w:pPr>
              <w:bidi/>
              <w:jc w:val="both"/>
              <w:rPr>
                <w:rFonts w:ascii="Simplified Arabic" w:hAnsi="Simplified Arabic" w:cs="Simplified Arabic"/>
                <w:sz w:val="20"/>
                <w:szCs w:val="20"/>
              </w:rPr>
            </w:pPr>
            <w:r w:rsidRPr="00CA5A94">
              <w:rPr>
                <w:rtl/>
              </w:rPr>
              <w:t>هل المجتمع محدد بدقة؟</w:t>
            </w:r>
          </w:p>
        </w:tc>
        <w:tc>
          <w:tcPr>
            <w:tcW w:w="4025" w:type="dxa"/>
            <w:tcMar>
              <w:top w:w="100" w:type="dxa"/>
              <w:left w:w="100" w:type="dxa"/>
              <w:bottom w:w="100" w:type="dxa"/>
              <w:right w:w="100" w:type="dxa"/>
            </w:tcMar>
          </w:tcPr>
          <w:p w14:paraId="3DAAF102" w14:textId="2BA352D7" w:rsidR="00D31755" w:rsidRPr="00D31755" w:rsidRDefault="00D31755" w:rsidP="00D31755">
            <w:pPr>
              <w:bidi/>
              <w:jc w:val="both"/>
              <w:rPr>
                <w:rFonts w:ascii="Simplified Arabic" w:hAnsi="Simplified Arabic" w:cs="Simplified Arabic"/>
                <w:sz w:val="20"/>
                <w:szCs w:val="20"/>
              </w:rPr>
            </w:pPr>
            <w:r w:rsidRPr="00CA5A94">
              <w:rPr>
                <w:rtl/>
              </w:rPr>
              <w:t>مجتمع الدراسة يحتاج تحديدًا أدق لأصحاب العلاقة في قطاع البيئة والتفتيش البيئي.</w:t>
            </w:r>
          </w:p>
        </w:tc>
        <w:tc>
          <w:tcPr>
            <w:tcW w:w="1474" w:type="dxa"/>
            <w:tcMar>
              <w:top w:w="100" w:type="dxa"/>
              <w:left w:w="100" w:type="dxa"/>
              <w:bottom w:w="100" w:type="dxa"/>
              <w:right w:w="100" w:type="dxa"/>
            </w:tcMar>
          </w:tcPr>
          <w:p w14:paraId="61ECA0E8" w14:textId="2C71CBE7" w:rsidR="00D31755" w:rsidRPr="00D31755" w:rsidRDefault="00D31755" w:rsidP="00D31755">
            <w:pPr>
              <w:bidi/>
              <w:jc w:val="both"/>
              <w:rPr>
                <w:rFonts w:ascii="Simplified Arabic" w:hAnsi="Simplified Arabic" w:cs="Simplified Arabic"/>
                <w:sz w:val="20"/>
                <w:szCs w:val="20"/>
              </w:rPr>
            </w:pPr>
            <w:r w:rsidRPr="00CA5A94">
              <w:rPr>
                <w:rtl/>
              </w:rPr>
              <w:t>مقبول</w:t>
            </w:r>
          </w:p>
        </w:tc>
        <w:tc>
          <w:tcPr>
            <w:tcW w:w="3288" w:type="dxa"/>
            <w:tcMar>
              <w:top w:w="100" w:type="dxa"/>
              <w:left w:w="100" w:type="dxa"/>
              <w:bottom w:w="100" w:type="dxa"/>
              <w:right w:w="100" w:type="dxa"/>
            </w:tcMar>
          </w:tcPr>
          <w:p w14:paraId="4DE5D38D" w14:textId="623E59AF" w:rsidR="00D31755" w:rsidRPr="00D31755" w:rsidRDefault="00D31755" w:rsidP="00D31755">
            <w:pPr>
              <w:bidi/>
              <w:jc w:val="both"/>
              <w:rPr>
                <w:rFonts w:ascii="Simplified Arabic" w:hAnsi="Simplified Arabic" w:cs="Simplified Arabic"/>
                <w:sz w:val="20"/>
                <w:szCs w:val="20"/>
              </w:rPr>
            </w:pPr>
            <w:r w:rsidRPr="00CA5A94">
              <w:rPr>
                <w:rtl/>
              </w:rPr>
              <w:t>تعريف الفئات المستهدفة وظيفيًا ومؤسسيًا</w:t>
            </w:r>
            <w:r w:rsidRPr="00CA5A94">
              <w:t>.</w:t>
            </w:r>
          </w:p>
        </w:tc>
        <w:tc>
          <w:tcPr>
            <w:tcW w:w="1134" w:type="dxa"/>
            <w:tcMar>
              <w:top w:w="100" w:type="dxa"/>
              <w:left w:w="100" w:type="dxa"/>
              <w:bottom w:w="100" w:type="dxa"/>
              <w:right w:w="100" w:type="dxa"/>
            </w:tcMar>
          </w:tcPr>
          <w:p w14:paraId="04F197F3"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5957C185" w14:textId="77777777" w:rsidTr="001E537C">
        <w:trPr>
          <w:cantSplit/>
          <w:jc w:val="center"/>
        </w:trPr>
        <w:tc>
          <w:tcPr>
            <w:tcW w:w="1927" w:type="dxa"/>
            <w:tcMar>
              <w:top w:w="100" w:type="dxa"/>
              <w:left w:w="100" w:type="dxa"/>
              <w:bottom w:w="100" w:type="dxa"/>
              <w:right w:w="100" w:type="dxa"/>
            </w:tcMar>
          </w:tcPr>
          <w:p w14:paraId="2F00C43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4B739A8A" w14:textId="59E2D87C" w:rsidR="00D31755" w:rsidRPr="00D31755" w:rsidRDefault="00D31755" w:rsidP="00D31755">
            <w:pPr>
              <w:bidi/>
              <w:jc w:val="both"/>
              <w:rPr>
                <w:rFonts w:ascii="Simplified Arabic" w:hAnsi="Simplified Arabic" w:cs="Simplified Arabic"/>
                <w:sz w:val="20"/>
                <w:szCs w:val="20"/>
              </w:rPr>
            </w:pPr>
            <w:r w:rsidRPr="00CA5A94">
              <w:rPr>
                <w:rtl/>
              </w:rPr>
              <w:t>هل تم التمييز بين المجتمع العام والمجتمع المستهدف؟</w:t>
            </w:r>
          </w:p>
        </w:tc>
        <w:tc>
          <w:tcPr>
            <w:tcW w:w="4025" w:type="dxa"/>
            <w:tcMar>
              <w:top w:w="100" w:type="dxa"/>
              <w:left w:w="100" w:type="dxa"/>
              <w:bottom w:w="100" w:type="dxa"/>
              <w:right w:w="100" w:type="dxa"/>
            </w:tcMar>
          </w:tcPr>
          <w:p w14:paraId="2CFC7AF3" w14:textId="56758DA2" w:rsidR="00D31755" w:rsidRPr="00D31755" w:rsidRDefault="00D31755" w:rsidP="00D31755">
            <w:pPr>
              <w:bidi/>
              <w:jc w:val="both"/>
              <w:rPr>
                <w:rFonts w:ascii="Simplified Arabic" w:hAnsi="Simplified Arabic" w:cs="Simplified Arabic"/>
                <w:sz w:val="20"/>
                <w:szCs w:val="20"/>
              </w:rPr>
            </w:pPr>
            <w:r w:rsidRPr="00CA5A94">
              <w:rPr>
                <w:rtl/>
              </w:rPr>
              <w:t>يجب التمييز بين الجهات العامة/الخاصة والمستجيبين الأفراد داخلها.</w:t>
            </w:r>
          </w:p>
        </w:tc>
        <w:tc>
          <w:tcPr>
            <w:tcW w:w="1474" w:type="dxa"/>
            <w:tcMar>
              <w:top w:w="100" w:type="dxa"/>
              <w:left w:w="100" w:type="dxa"/>
              <w:bottom w:w="100" w:type="dxa"/>
              <w:right w:w="100" w:type="dxa"/>
            </w:tcMar>
          </w:tcPr>
          <w:p w14:paraId="6D057572" w14:textId="5A7D9950" w:rsidR="00D31755" w:rsidRPr="00D31755" w:rsidRDefault="00D31755" w:rsidP="00D31755">
            <w:pPr>
              <w:bidi/>
              <w:jc w:val="both"/>
              <w:rPr>
                <w:rFonts w:ascii="Simplified Arabic" w:hAnsi="Simplified Arabic" w:cs="Simplified Arabic"/>
                <w:sz w:val="20"/>
                <w:szCs w:val="20"/>
              </w:rPr>
            </w:pPr>
            <w:r w:rsidRPr="00CA5A94">
              <w:rPr>
                <w:rtl/>
              </w:rPr>
              <w:t>مقبول</w:t>
            </w:r>
          </w:p>
        </w:tc>
        <w:tc>
          <w:tcPr>
            <w:tcW w:w="3288" w:type="dxa"/>
            <w:tcMar>
              <w:top w:w="100" w:type="dxa"/>
              <w:left w:w="100" w:type="dxa"/>
              <w:bottom w:w="100" w:type="dxa"/>
              <w:right w:w="100" w:type="dxa"/>
            </w:tcMar>
          </w:tcPr>
          <w:p w14:paraId="057786F6" w14:textId="145CA29F" w:rsidR="00D31755" w:rsidRPr="00D31755" w:rsidRDefault="00D31755" w:rsidP="00D31755">
            <w:pPr>
              <w:bidi/>
              <w:jc w:val="both"/>
              <w:rPr>
                <w:rFonts w:ascii="Simplified Arabic" w:hAnsi="Simplified Arabic" w:cs="Simplified Arabic"/>
                <w:sz w:val="20"/>
                <w:szCs w:val="20"/>
              </w:rPr>
            </w:pPr>
            <w:r w:rsidRPr="00CA5A94">
              <w:rPr>
                <w:rtl/>
              </w:rPr>
              <w:t>تمييز وحدة التحليل عن جهة الانتماء</w:t>
            </w:r>
            <w:r w:rsidRPr="00CA5A94">
              <w:t>.</w:t>
            </w:r>
          </w:p>
        </w:tc>
        <w:tc>
          <w:tcPr>
            <w:tcW w:w="1134" w:type="dxa"/>
            <w:tcMar>
              <w:top w:w="100" w:type="dxa"/>
              <w:left w:w="100" w:type="dxa"/>
              <w:bottom w:w="100" w:type="dxa"/>
              <w:right w:w="100" w:type="dxa"/>
            </w:tcMar>
          </w:tcPr>
          <w:p w14:paraId="55813840"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62828C0F" w14:textId="77777777" w:rsidTr="001E537C">
        <w:trPr>
          <w:cantSplit/>
          <w:jc w:val="center"/>
        </w:trPr>
        <w:tc>
          <w:tcPr>
            <w:tcW w:w="1927" w:type="dxa"/>
            <w:tcMar>
              <w:top w:w="100" w:type="dxa"/>
              <w:left w:w="100" w:type="dxa"/>
              <w:bottom w:w="100" w:type="dxa"/>
              <w:right w:w="100" w:type="dxa"/>
            </w:tcMar>
          </w:tcPr>
          <w:p w14:paraId="16A7F618"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lastRenderedPageBreak/>
              <w:t>أسلوب المعاينة</w:t>
            </w:r>
          </w:p>
        </w:tc>
        <w:tc>
          <w:tcPr>
            <w:tcW w:w="3005" w:type="dxa"/>
            <w:tcMar>
              <w:top w:w="100" w:type="dxa"/>
              <w:left w:w="100" w:type="dxa"/>
              <w:bottom w:w="100" w:type="dxa"/>
              <w:right w:w="100" w:type="dxa"/>
            </w:tcMar>
          </w:tcPr>
          <w:p w14:paraId="4498A3FA" w14:textId="2466540E" w:rsidR="00D31755" w:rsidRPr="00D31755" w:rsidRDefault="00D31755" w:rsidP="00D31755">
            <w:pPr>
              <w:bidi/>
              <w:jc w:val="both"/>
              <w:rPr>
                <w:rFonts w:ascii="Simplified Arabic" w:hAnsi="Simplified Arabic" w:cs="Simplified Arabic"/>
                <w:sz w:val="20"/>
                <w:szCs w:val="20"/>
              </w:rPr>
            </w:pPr>
            <w:r w:rsidRPr="00CA5A94">
              <w:rPr>
                <w:rtl/>
              </w:rPr>
              <w:t>هل تم توضيح نوع العينة؟ عشوائية، طبقية، قصدية، ميسرة؟</w:t>
            </w:r>
          </w:p>
        </w:tc>
        <w:tc>
          <w:tcPr>
            <w:tcW w:w="4025" w:type="dxa"/>
            <w:tcMar>
              <w:top w:w="100" w:type="dxa"/>
              <w:left w:w="100" w:type="dxa"/>
              <w:bottom w:w="100" w:type="dxa"/>
              <w:right w:w="100" w:type="dxa"/>
            </w:tcMar>
          </w:tcPr>
          <w:p w14:paraId="2ED77C92" w14:textId="70935A0C" w:rsidR="00D31755" w:rsidRPr="00D31755" w:rsidRDefault="00D31755" w:rsidP="00D31755">
            <w:pPr>
              <w:bidi/>
              <w:jc w:val="both"/>
              <w:rPr>
                <w:rFonts w:ascii="Simplified Arabic" w:hAnsi="Simplified Arabic" w:cs="Simplified Arabic"/>
                <w:sz w:val="20"/>
                <w:szCs w:val="20"/>
              </w:rPr>
            </w:pPr>
            <w:r w:rsidRPr="00CA5A94">
              <w:rPr>
                <w:rtl/>
              </w:rPr>
              <w:t>أسلوب المعاينة يحتاج تبريرًا واضحًا بناءً على طبيعة الوصول لأصحاب الخبرة.</w:t>
            </w:r>
          </w:p>
        </w:tc>
        <w:tc>
          <w:tcPr>
            <w:tcW w:w="1474" w:type="dxa"/>
            <w:tcMar>
              <w:top w:w="100" w:type="dxa"/>
              <w:left w:w="100" w:type="dxa"/>
              <w:bottom w:w="100" w:type="dxa"/>
              <w:right w:w="100" w:type="dxa"/>
            </w:tcMar>
          </w:tcPr>
          <w:p w14:paraId="1BD2C336" w14:textId="73B1FA48" w:rsidR="00D31755" w:rsidRPr="00D31755" w:rsidRDefault="00D31755" w:rsidP="00D31755">
            <w:pPr>
              <w:bidi/>
              <w:jc w:val="both"/>
              <w:rPr>
                <w:rFonts w:ascii="Simplified Arabic" w:hAnsi="Simplified Arabic" w:cs="Simplified Arabic"/>
                <w:sz w:val="20"/>
                <w:szCs w:val="20"/>
              </w:rPr>
            </w:pPr>
            <w:r w:rsidRPr="00CA5A94">
              <w:rPr>
                <w:rtl/>
              </w:rPr>
              <w:t>مقبول</w:t>
            </w:r>
          </w:p>
        </w:tc>
        <w:tc>
          <w:tcPr>
            <w:tcW w:w="3288" w:type="dxa"/>
            <w:tcMar>
              <w:top w:w="100" w:type="dxa"/>
              <w:left w:w="100" w:type="dxa"/>
              <w:bottom w:w="100" w:type="dxa"/>
              <w:right w:w="100" w:type="dxa"/>
            </w:tcMar>
          </w:tcPr>
          <w:p w14:paraId="7F979DBE" w14:textId="3CF62800" w:rsidR="00D31755" w:rsidRPr="00D31755" w:rsidRDefault="00D31755" w:rsidP="00D31755">
            <w:pPr>
              <w:bidi/>
              <w:jc w:val="both"/>
              <w:rPr>
                <w:rFonts w:ascii="Simplified Arabic" w:hAnsi="Simplified Arabic" w:cs="Simplified Arabic"/>
                <w:sz w:val="20"/>
                <w:szCs w:val="20"/>
              </w:rPr>
            </w:pPr>
            <w:r w:rsidRPr="00CA5A94">
              <w:rPr>
                <w:rtl/>
              </w:rPr>
              <w:t xml:space="preserve">توضيح إن كانت العينة قصدية </w:t>
            </w:r>
            <w:proofErr w:type="spellStart"/>
            <w:r w:rsidRPr="00CA5A94">
              <w:rPr>
                <w:rtl/>
              </w:rPr>
              <w:t>خبراتية</w:t>
            </w:r>
            <w:proofErr w:type="spellEnd"/>
            <w:r w:rsidRPr="00CA5A94">
              <w:rPr>
                <w:rtl/>
              </w:rPr>
              <w:t xml:space="preserve"> أو عشوائية</w:t>
            </w:r>
            <w:r w:rsidRPr="00CA5A94">
              <w:t>.</w:t>
            </w:r>
          </w:p>
        </w:tc>
        <w:tc>
          <w:tcPr>
            <w:tcW w:w="1134" w:type="dxa"/>
            <w:tcMar>
              <w:top w:w="100" w:type="dxa"/>
              <w:left w:w="100" w:type="dxa"/>
              <w:bottom w:w="100" w:type="dxa"/>
              <w:right w:w="100" w:type="dxa"/>
            </w:tcMar>
          </w:tcPr>
          <w:p w14:paraId="768B8BE3"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FB726FA" w14:textId="77777777" w:rsidTr="001E537C">
        <w:trPr>
          <w:cantSplit/>
          <w:jc w:val="center"/>
        </w:trPr>
        <w:tc>
          <w:tcPr>
            <w:tcW w:w="1927" w:type="dxa"/>
            <w:tcMar>
              <w:top w:w="100" w:type="dxa"/>
              <w:left w:w="100" w:type="dxa"/>
              <w:bottom w:w="100" w:type="dxa"/>
              <w:right w:w="100" w:type="dxa"/>
            </w:tcMar>
          </w:tcPr>
          <w:p w14:paraId="4543FA6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5BE960C2" w14:textId="465CF7FA" w:rsidR="00D31755" w:rsidRPr="00D31755" w:rsidRDefault="00D31755" w:rsidP="00D31755">
            <w:pPr>
              <w:bidi/>
              <w:jc w:val="both"/>
              <w:rPr>
                <w:rFonts w:ascii="Simplified Arabic" w:hAnsi="Simplified Arabic" w:cs="Simplified Arabic"/>
                <w:sz w:val="20"/>
                <w:szCs w:val="20"/>
              </w:rPr>
            </w:pPr>
            <w:r w:rsidRPr="00CA5A94">
              <w:rPr>
                <w:rtl/>
              </w:rPr>
              <w:t>هل تم حساب حجم العينة بطريقة علمية؟</w:t>
            </w:r>
          </w:p>
        </w:tc>
        <w:tc>
          <w:tcPr>
            <w:tcW w:w="4025" w:type="dxa"/>
            <w:tcMar>
              <w:top w:w="100" w:type="dxa"/>
              <w:left w:w="100" w:type="dxa"/>
              <w:bottom w:w="100" w:type="dxa"/>
              <w:right w:w="100" w:type="dxa"/>
            </w:tcMar>
          </w:tcPr>
          <w:p w14:paraId="2331E68B" w14:textId="203B71D5" w:rsidR="00D31755" w:rsidRPr="00D31755" w:rsidRDefault="00D31755" w:rsidP="00D31755">
            <w:pPr>
              <w:bidi/>
              <w:jc w:val="both"/>
              <w:rPr>
                <w:rFonts w:ascii="Simplified Arabic" w:hAnsi="Simplified Arabic" w:cs="Simplified Arabic"/>
                <w:sz w:val="20"/>
                <w:szCs w:val="20"/>
              </w:rPr>
            </w:pPr>
            <w:r w:rsidRPr="00CA5A94">
              <w:rPr>
                <w:rtl/>
              </w:rPr>
              <w:t>حجم العينة يحتاج حسابًا أو مبررًا علميًا مرتبطًا بإطار الوصول.</w:t>
            </w:r>
          </w:p>
        </w:tc>
        <w:tc>
          <w:tcPr>
            <w:tcW w:w="1474" w:type="dxa"/>
            <w:tcMar>
              <w:top w:w="100" w:type="dxa"/>
              <w:left w:w="100" w:type="dxa"/>
              <w:bottom w:w="100" w:type="dxa"/>
              <w:right w:w="100" w:type="dxa"/>
            </w:tcMar>
          </w:tcPr>
          <w:p w14:paraId="4C6623D5" w14:textId="1EC98A5D" w:rsidR="00D31755" w:rsidRPr="00D31755" w:rsidRDefault="00D31755" w:rsidP="00D31755">
            <w:pPr>
              <w:bidi/>
              <w:jc w:val="both"/>
              <w:rPr>
                <w:rFonts w:ascii="Simplified Arabic" w:hAnsi="Simplified Arabic" w:cs="Simplified Arabic"/>
                <w:sz w:val="20"/>
                <w:szCs w:val="20"/>
              </w:rPr>
            </w:pPr>
            <w:r w:rsidRPr="00CA5A94">
              <w:rPr>
                <w:rtl/>
              </w:rPr>
              <w:t>مقبول</w:t>
            </w:r>
          </w:p>
        </w:tc>
        <w:tc>
          <w:tcPr>
            <w:tcW w:w="3288" w:type="dxa"/>
            <w:tcMar>
              <w:top w:w="100" w:type="dxa"/>
              <w:left w:w="100" w:type="dxa"/>
              <w:bottom w:w="100" w:type="dxa"/>
              <w:right w:w="100" w:type="dxa"/>
            </w:tcMar>
          </w:tcPr>
          <w:p w14:paraId="05798B35" w14:textId="586E0679" w:rsidR="00D31755" w:rsidRPr="00D31755" w:rsidRDefault="00D31755" w:rsidP="00D31755">
            <w:pPr>
              <w:bidi/>
              <w:jc w:val="both"/>
              <w:rPr>
                <w:rFonts w:ascii="Simplified Arabic" w:hAnsi="Simplified Arabic" w:cs="Simplified Arabic"/>
                <w:sz w:val="20"/>
                <w:szCs w:val="20"/>
              </w:rPr>
            </w:pPr>
            <w:r w:rsidRPr="00CA5A94">
              <w:rPr>
                <w:rtl/>
              </w:rPr>
              <w:t>إغلاق حساب حجم العينة أو تبرير الحجم المستهدف</w:t>
            </w:r>
            <w:r w:rsidRPr="00CA5A94">
              <w:t>.</w:t>
            </w:r>
          </w:p>
        </w:tc>
        <w:tc>
          <w:tcPr>
            <w:tcW w:w="1134" w:type="dxa"/>
            <w:tcMar>
              <w:top w:w="100" w:type="dxa"/>
              <w:left w:w="100" w:type="dxa"/>
              <w:bottom w:w="100" w:type="dxa"/>
              <w:right w:w="100" w:type="dxa"/>
            </w:tcMar>
          </w:tcPr>
          <w:p w14:paraId="22DE2827"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7EF1D278" w14:textId="77777777" w:rsidTr="001E537C">
        <w:trPr>
          <w:cantSplit/>
          <w:jc w:val="center"/>
        </w:trPr>
        <w:tc>
          <w:tcPr>
            <w:tcW w:w="1927" w:type="dxa"/>
            <w:tcMar>
              <w:top w:w="100" w:type="dxa"/>
              <w:left w:w="100" w:type="dxa"/>
              <w:bottom w:w="100" w:type="dxa"/>
              <w:right w:w="100" w:type="dxa"/>
            </w:tcMar>
          </w:tcPr>
          <w:p w14:paraId="705F113F"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0A258238" w14:textId="315CCA56" w:rsidR="00D31755" w:rsidRPr="00D31755" w:rsidRDefault="00D31755" w:rsidP="00D31755">
            <w:pPr>
              <w:bidi/>
              <w:jc w:val="both"/>
              <w:rPr>
                <w:rFonts w:ascii="Simplified Arabic" w:hAnsi="Simplified Arabic" w:cs="Simplified Arabic"/>
                <w:sz w:val="20"/>
                <w:szCs w:val="20"/>
              </w:rPr>
            </w:pPr>
            <w:r w:rsidRPr="00CA5A94">
              <w:rPr>
                <w:rtl/>
              </w:rPr>
              <w:t>هل تم توضيح توزيع العينة على الطبقات أو الفئات؟</w:t>
            </w:r>
          </w:p>
        </w:tc>
        <w:tc>
          <w:tcPr>
            <w:tcW w:w="4025" w:type="dxa"/>
            <w:tcMar>
              <w:top w:w="100" w:type="dxa"/>
              <w:left w:w="100" w:type="dxa"/>
              <w:bottom w:w="100" w:type="dxa"/>
              <w:right w:w="100" w:type="dxa"/>
            </w:tcMar>
          </w:tcPr>
          <w:p w14:paraId="5C015A36" w14:textId="3A4CAA27" w:rsidR="00D31755" w:rsidRPr="00D31755" w:rsidRDefault="00D31755" w:rsidP="00D31755">
            <w:pPr>
              <w:bidi/>
              <w:jc w:val="both"/>
              <w:rPr>
                <w:rFonts w:ascii="Simplified Arabic" w:hAnsi="Simplified Arabic" w:cs="Simplified Arabic"/>
                <w:sz w:val="20"/>
                <w:szCs w:val="20"/>
              </w:rPr>
            </w:pPr>
            <w:r w:rsidRPr="00CA5A94">
              <w:rPr>
                <w:rtl/>
              </w:rPr>
              <w:t>توزيع العينة على الفئات أو الجهات مهم لضمان عدم تحيز منظور واحد.</w:t>
            </w:r>
          </w:p>
        </w:tc>
        <w:tc>
          <w:tcPr>
            <w:tcW w:w="1474" w:type="dxa"/>
            <w:tcMar>
              <w:top w:w="100" w:type="dxa"/>
              <w:left w:w="100" w:type="dxa"/>
              <w:bottom w:w="100" w:type="dxa"/>
              <w:right w:w="100" w:type="dxa"/>
            </w:tcMar>
          </w:tcPr>
          <w:p w14:paraId="3AEEA87A" w14:textId="6B7053FC" w:rsidR="00D31755" w:rsidRPr="00D31755" w:rsidRDefault="00D31755" w:rsidP="00D31755">
            <w:pPr>
              <w:bidi/>
              <w:jc w:val="both"/>
              <w:rPr>
                <w:rFonts w:ascii="Simplified Arabic" w:hAnsi="Simplified Arabic" w:cs="Simplified Arabic"/>
                <w:sz w:val="20"/>
                <w:szCs w:val="20"/>
              </w:rPr>
            </w:pPr>
            <w:r w:rsidRPr="00CA5A94">
              <w:rPr>
                <w:rtl/>
              </w:rPr>
              <w:t>جيد مع تعديل</w:t>
            </w:r>
          </w:p>
        </w:tc>
        <w:tc>
          <w:tcPr>
            <w:tcW w:w="3288" w:type="dxa"/>
            <w:tcMar>
              <w:top w:w="100" w:type="dxa"/>
              <w:left w:w="100" w:type="dxa"/>
              <w:bottom w:w="100" w:type="dxa"/>
              <w:right w:w="100" w:type="dxa"/>
            </w:tcMar>
          </w:tcPr>
          <w:p w14:paraId="70C22882" w14:textId="38B47423" w:rsidR="00D31755" w:rsidRPr="00D31755" w:rsidRDefault="00D31755" w:rsidP="00D31755">
            <w:pPr>
              <w:bidi/>
              <w:jc w:val="both"/>
              <w:rPr>
                <w:rFonts w:ascii="Simplified Arabic" w:hAnsi="Simplified Arabic" w:cs="Simplified Arabic"/>
                <w:sz w:val="20"/>
                <w:szCs w:val="20"/>
              </w:rPr>
            </w:pPr>
            <w:r w:rsidRPr="00CA5A94">
              <w:rPr>
                <w:rtl/>
              </w:rPr>
              <w:t>إضافة توزيع مستهدف حسب القطاع/الجهة/الدور</w:t>
            </w:r>
            <w:r w:rsidRPr="00CA5A94">
              <w:t>.</w:t>
            </w:r>
          </w:p>
        </w:tc>
        <w:tc>
          <w:tcPr>
            <w:tcW w:w="1134" w:type="dxa"/>
            <w:tcMar>
              <w:top w:w="100" w:type="dxa"/>
              <w:left w:w="100" w:type="dxa"/>
              <w:bottom w:w="100" w:type="dxa"/>
              <w:right w:w="100" w:type="dxa"/>
            </w:tcMar>
          </w:tcPr>
          <w:p w14:paraId="6398FB69"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7F9D675" w14:textId="77777777" w:rsidTr="001E537C">
        <w:trPr>
          <w:cantSplit/>
          <w:jc w:val="center"/>
        </w:trPr>
        <w:tc>
          <w:tcPr>
            <w:tcW w:w="1927" w:type="dxa"/>
            <w:tcMar>
              <w:top w:w="100" w:type="dxa"/>
              <w:left w:w="100" w:type="dxa"/>
              <w:bottom w:w="100" w:type="dxa"/>
              <w:right w:w="100" w:type="dxa"/>
            </w:tcMar>
          </w:tcPr>
          <w:p w14:paraId="1E2431F1"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6D9CB733" w14:textId="6D4FB178" w:rsidR="00D31755" w:rsidRPr="00D31755" w:rsidRDefault="00D31755" w:rsidP="00D31755">
            <w:pPr>
              <w:bidi/>
              <w:jc w:val="both"/>
              <w:rPr>
                <w:rFonts w:ascii="Simplified Arabic" w:hAnsi="Simplified Arabic" w:cs="Simplified Arabic"/>
                <w:sz w:val="20"/>
                <w:szCs w:val="20"/>
              </w:rPr>
            </w:pPr>
            <w:r w:rsidRPr="00CA5A94">
              <w:rPr>
                <w:rtl/>
              </w:rPr>
              <w:t>هل تم التخطيط للتعامل مع الاستجابات الناقصة؟</w:t>
            </w:r>
          </w:p>
        </w:tc>
        <w:tc>
          <w:tcPr>
            <w:tcW w:w="4025" w:type="dxa"/>
            <w:tcMar>
              <w:top w:w="100" w:type="dxa"/>
              <w:left w:w="100" w:type="dxa"/>
              <w:bottom w:w="100" w:type="dxa"/>
              <w:right w:w="100" w:type="dxa"/>
            </w:tcMar>
          </w:tcPr>
          <w:p w14:paraId="302D18C3" w14:textId="445E2958" w:rsidR="00D31755" w:rsidRPr="00D31755" w:rsidRDefault="00D31755" w:rsidP="00D31755">
            <w:pPr>
              <w:bidi/>
              <w:jc w:val="both"/>
              <w:rPr>
                <w:rFonts w:ascii="Simplified Arabic" w:hAnsi="Simplified Arabic" w:cs="Simplified Arabic"/>
                <w:sz w:val="20"/>
                <w:szCs w:val="20"/>
              </w:rPr>
            </w:pPr>
            <w:r w:rsidRPr="00CA5A94">
              <w:rPr>
                <w:rtl/>
              </w:rPr>
              <w:t>خطة استبعاد الاستجابات الناقصة أو غير المؤهلة تحتاج عتبات واضحة.</w:t>
            </w:r>
          </w:p>
        </w:tc>
        <w:tc>
          <w:tcPr>
            <w:tcW w:w="1474" w:type="dxa"/>
            <w:tcMar>
              <w:top w:w="100" w:type="dxa"/>
              <w:left w:w="100" w:type="dxa"/>
              <w:bottom w:w="100" w:type="dxa"/>
              <w:right w:w="100" w:type="dxa"/>
            </w:tcMar>
          </w:tcPr>
          <w:p w14:paraId="4D1BC6C8" w14:textId="1839033F" w:rsidR="00D31755" w:rsidRPr="00D31755" w:rsidRDefault="00D31755" w:rsidP="00D31755">
            <w:pPr>
              <w:bidi/>
              <w:jc w:val="both"/>
              <w:rPr>
                <w:rFonts w:ascii="Simplified Arabic" w:hAnsi="Simplified Arabic" w:cs="Simplified Arabic"/>
                <w:sz w:val="20"/>
                <w:szCs w:val="20"/>
              </w:rPr>
            </w:pPr>
            <w:r w:rsidRPr="00CA5A94">
              <w:rPr>
                <w:rtl/>
              </w:rPr>
              <w:t>جيد</w:t>
            </w:r>
          </w:p>
        </w:tc>
        <w:tc>
          <w:tcPr>
            <w:tcW w:w="3288" w:type="dxa"/>
            <w:tcMar>
              <w:top w:w="100" w:type="dxa"/>
              <w:left w:w="100" w:type="dxa"/>
              <w:bottom w:w="100" w:type="dxa"/>
              <w:right w:w="100" w:type="dxa"/>
            </w:tcMar>
          </w:tcPr>
          <w:p w14:paraId="3DA5CD9C" w14:textId="17C54A70" w:rsidR="00D31755" w:rsidRPr="00D31755" w:rsidRDefault="00D31755" w:rsidP="00D31755">
            <w:pPr>
              <w:bidi/>
              <w:jc w:val="both"/>
              <w:rPr>
                <w:rFonts w:ascii="Simplified Arabic" w:hAnsi="Simplified Arabic" w:cs="Simplified Arabic"/>
                <w:sz w:val="20"/>
                <w:szCs w:val="20"/>
              </w:rPr>
            </w:pPr>
            <w:r w:rsidRPr="00CA5A94">
              <w:rPr>
                <w:rtl/>
              </w:rPr>
              <w:t>تحديد عتبات الاستبعاد والفقد</w:t>
            </w:r>
            <w:r w:rsidRPr="00CA5A94">
              <w:t>.</w:t>
            </w:r>
          </w:p>
        </w:tc>
        <w:tc>
          <w:tcPr>
            <w:tcW w:w="1134" w:type="dxa"/>
            <w:tcMar>
              <w:top w:w="100" w:type="dxa"/>
              <w:left w:w="100" w:type="dxa"/>
              <w:bottom w:w="100" w:type="dxa"/>
              <w:right w:w="100" w:type="dxa"/>
            </w:tcMar>
          </w:tcPr>
          <w:p w14:paraId="1CCDA32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214E8209" w14:textId="77777777" w:rsidTr="001E537C">
        <w:trPr>
          <w:cantSplit/>
          <w:jc w:val="center"/>
        </w:trPr>
        <w:tc>
          <w:tcPr>
            <w:tcW w:w="1927" w:type="dxa"/>
            <w:tcMar>
              <w:top w:w="100" w:type="dxa"/>
              <w:left w:w="100" w:type="dxa"/>
              <w:bottom w:w="100" w:type="dxa"/>
              <w:right w:w="100" w:type="dxa"/>
            </w:tcMar>
          </w:tcPr>
          <w:p w14:paraId="66A50990"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646CC8F4" w14:textId="5F102807" w:rsidR="00D31755" w:rsidRPr="00D31755" w:rsidRDefault="00D31755" w:rsidP="00D31755">
            <w:pPr>
              <w:bidi/>
              <w:jc w:val="both"/>
              <w:rPr>
                <w:rFonts w:ascii="Simplified Arabic" w:hAnsi="Simplified Arabic" w:cs="Simplified Arabic"/>
                <w:sz w:val="20"/>
                <w:szCs w:val="20"/>
              </w:rPr>
            </w:pPr>
            <w:r w:rsidRPr="00CA5A94">
              <w:rPr>
                <w:rtl/>
              </w:rPr>
              <w:t>هل تم بيان حدود التعميم؟</w:t>
            </w:r>
          </w:p>
        </w:tc>
        <w:tc>
          <w:tcPr>
            <w:tcW w:w="4025" w:type="dxa"/>
            <w:tcMar>
              <w:top w:w="100" w:type="dxa"/>
              <w:left w:w="100" w:type="dxa"/>
              <w:bottom w:w="100" w:type="dxa"/>
              <w:right w:w="100" w:type="dxa"/>
            </w:tcMar>
          </w:tcPr>
          <w:p w14:paraId="3C662B35" w14:textId="6C380C98" w:rsidR="00D31755" w:rsidRPr="00D31755" w:rsidRDefault="00D31755" w:rsidP="00D31755">
            <w:pPr>
              <w:bidi/>
              <w:jc w:val="both"/>
              <w:rPr>
                <w:rFonts w:ascii="Simplified Arabic" w:hAnsi="Simplified Arabic" w:cs="Simplified Arabic"/>
                <w:sz w:val="20"/>
                <w:szCs w:val="20"/>
              </w:rPr>
            </w:pPr>
            <w:r w:rsidRPr="00CA5A94">
              <w:rPr>
                <w:rtl/>
              </w:rPr>
              <w:t>قابلية التعميم محدودة؛ لأن الدراسة تستهدف مجال التفتيش البيئي ونموذجًا مقترحًا.</w:t>
            </w:r>
          </w:p>
        </w:tc>
        <w:tc>
          <w:tcPr>
            <w:tcW w:w="1474" w:type="dxa"/>
            <w:tcMar>
              <w:top w:w="100" w:type="dxa"/>
              <w:left w:w="100" w:type="dxa"/>
              <w:bottom w:w="100" w:type="dxa"/>
              <w:right w:w="100" w:type="dxa"/>
            </w:tcMar>
          </w:tcPr>
          <w:p w14:paraId="36945FAE" w14:textId="10DD5681" w:rsidR="00D31755" w:rsidRPr="00D31755" w:rsidRDefault="00D31755" w:rsidP="00D31755">
            <w:pPr>
              <w:bidi/>
              <w:jc w:val="both"/>
              <w:rPr>
                <w:rFonts w:ascii="Simplified Arabic" w:hAnsi="Simplified Arabic" w:cs="Simplified Arabic"/>
                <w:sz w:val="20"/>
                <w:szCs w:val="20"/>
              </w:rPr>
            </w:pPr>
            <w:r w:rsidRPr="00CA5A94">
              <w:rPr>
                <w:rtl/>
              </w:rPr>
              <w:t>جيد</w:t>
            </w:r>
          </w:p>
        </w:tc>
        <w:tc>
          <w:tcPr>
            <w:tcW w:w="3288" w:type="dxa"/>
            <w:tcMar>
              <w:top w:w="100" w:type="dxa"/>
              <w:left w:w="100" w:type="dxa"/>
              <w:bottom w:w="100" w:type="dxa"/>
              <w:right w:w="100" w:type="dxa"/>
            </w:tcMar>
          </w:tcPr>
          <w:p w14:paraId="75275E5D" w14:textId="0A32C6C0" w:rsidR="00D31755" w:rsidRPr="00D31755" w:rsidRDefault="00D31755" w:rsidP="00D31755">
            <w:pPr>
              <w:bidi/>
              <w:jc w:val="both"/>
              <w:rPr>
                <w:rFonts w:ascii="Simplified Arabic" w:hAnsi="Simplified Arabic" w:cs="Simplified Arabic"/>
                <w:sz w:val="20"/>
                <w:szCs w:val="20"/>
              </w:rPr>
            </w:pPr>
            <w:r w:rsidRPr="00CA5A94">
              <w:rPr>
                <w:rtl/>
              </w:rPr>
              <w:t>تقييد التعميم وفق حدود المجال والعينة</w:t>
            </w:r>
            <w:r w:rsidRPr="00CA5A94">
              <w:t>.</w:t>
            </w:r>
          </w:p>
        </w:tc>
        <w:tc>
          <w:tcPr>
            <w:tcW w:w="1134" w:type="dxa"/>
            <w:tcMar>
              <w:top w:w="100" w:type="dxa"/>
              <w:left w:w="100" w:type="dxa"/>
              <w:bottom w:w="100" w:type="dxa"/>
              <w:right w:w="100" w:type="dxa"/>
            </w:tcMar>
          </w:tcPr>
          <w:p w14:paraId="025C12EB" w14:textId="77777777" w:rsidR="00D31755" w:rsidRPr="00D31755" w:rsidRDefault="00D31755" w:rsidP="00D31755">
            <w:pPr>
              <w:bidi/>
              <w:jc w:val="both"/>
              <w:rPr>
                <w:rFonts w:ascii="Simplified Arabic" w:hAnsi="Simplified Arabic" w:cs="Simplified Arabic"/>
                <w:sz w:val="20"/>
                <w:szCs w:val="20"/>
              </w:rPr>
            </w:pPr>
          </w:p>
        </w:tc>
      </w:tr>
    </w:tbl>
    <w:p w14:paraId="5BDF63BE"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532AC4BB" w14:textId="77777777" w:rsidTr="00047CBC">
        <w:trPr>
          <w:cantSplit/>
          <w:tblHeader/>
          <w:jc w:val="center"/>
        </w:trPr>
        <w:tc>
          <w:tcPr>
            <w:tcW w:w="1927" w:type="dxa"/>
            <w:tcMar>
              <w:top w:w="100" w:type="dxa"/>
              <w:left w:w="100" w:type="dxa"/>
              <w:bottom w:w="100" w:type="dxa"/>
              <w:right w:w="100" w:type="dxa"/>
            </w:tcMar>
            <w:vAlign w:val="center"/>
          </w:tcPr>
          <w:p w14:paraId="24026404"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AC3A7D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F0A103D"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01DABAF"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D5022E7"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657D8F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71898C05" w14:textId="77777777" w:rsidTr="00BE175E">
        <w:trPr>
          <w:cantSplit/>
          <w:jc w:val="center"/>
        </w:trPr>
        <w:tc>
          <w:tcPr>
            <w:tcW w:w="1927" w:type="dxa"/>
            <w:tcMar>
              <w:top w:w="100" w:type="dxa"/>
              <w:left w:w="100" w:type="dxa"/>
              <w:bottom w:w="100" w:type="dxa"/>
              <w:right w:w="100" w:type="dxa"/>
            </w:tcMar>
          </w:tcPr>
          <w:p w14:paraId="2ACA2DB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 xml:space="preserve">خطة </w:t>
            </w:r>
            <w:proofErr w:type="spellStart"/>
            <w:r w:rsidRPr="00D31755">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2947F7DB" w14:textId="5DBC4ED0" w:rsidR="00D31755" w:rsidRPr="00D31755" w:rsidRDefault="00D31755" w:rsidP="00D31755">
            <w:pPr>
              <w:bidi/>
              <w:jc w:val="both"/>
              <w:rPr>
                <w:rFonts w:ascii="Simplified Arabic" w:hAnsi="Simplified Arabic" w:cs="Simplified Arabic"/>
                <w:sz w:val="20"/>
                <w:szCs w:val="20"/>
              </w:rPr>
            </w:pPr>
            <w:r w:rsidRPr="00C612A0">
              <w:rPr>
                <w:rtl/>
              </w:rPr>
              <w:t>هل توجد خطة تحليل واضحة؟</w:t>
            </w:r>
          </w:p>
        </w:tc>
        <w:tc>
          <w:tcPr>
            <w:tcW w:w="4025" w:type="dxa"/>
            <w:tcMar>
              <w:top w:w="100" w:type="dxa"/>
              <w:left w:w="100" w:type="dxa"/>
              <w:bottom w:w="100" w:type="dxa"/>
              <w:right w:w="100" w:type="dxa"/>
            </w:tcMar>
          </w:tcPr>
          <w:p w14:paraId="48FC5F81" w14:textId="5338F0BC" w:rsidR="00D31755" w:rsidRPr="00D31755" w:rsidRDefault="00D31755" w:rsidP="00D31755">
            <w:pPr>
              <w:bidi/>
              <w:jc w:val="both"/>
              <w:rPr>
                <w:rFonts w:ascii="Simplified Arabic" w:hAnsi="Simplified Arabic" w:cs="Simplified Arabic"/>
                <w:sz w:val="20"/>
                <w:szCs w:val="20"/>
              </w:rPr>
            </w:pPr>
            <w:r w:rsidRPr="00C612A0">
              <w:rPr>
                <w:rtl/>
              </w:rPr>
              <w:t>خطة التحليل تحتاج فصلًا بين التحليل الكمي وتحليل الوثائق وتحكيم النموذج.</w:t>
            </w:r>
          </w:p>
        </w:tc>
        <w:tc>
          <w:tcPr>
            <w:tcW w:w="1474" w:type="dxa"/>
            <w:tcMar>
              <w:top w:w="100" w:type="dxa"/>
              <w:left w:w="100" w:type="dxa"/>
              <w:bottom w:w="100" w:type="dxa"/>
              <w:right w:w="100" w:type="dxa"/>
            </w:tcMar>
          </w:tcPr>
          <w:p w14:paraId="14E8B4A1" w14:textId="03C6EB9A" w:rsidR="00D31755" w:rsidRPr="00D31755" w:rsidRDefault="00D31755" w:rsidP="00D31755">
            <w:pPr>
              <w:bidi/>
              <w:jc w:val="both"/>
              <w:rPr>
                <w:rFonts w:ascii="Simplified Arabic" w:hAnsi="Simplified Arabic" w:cs="Simplified Arabic"/>
                <w:sz w:val="20"/>
                <w:szCs w:val="20"/>
              </w:rPr>
            </w:pPr>
            <w:r w:rsidRPr="00C612A0">
              <w:rPr>
                <w:rtl/>
              </w:rPr>
              <w:t>مقبول</w:t>
            </w:r>
          </w:p>
        </w:tc>
        <w:tc>
          <w:tcPr>
            <w:tcW w:w="3288" w:type="dxa"/>
            <w:tcMar>
              <w:top w:w="100" w:type="dxa"/>
              <w:left w:w="100" w:type="dxa"/>
              <w:bottom w:w="100" w:type="dxa"/>
              <w:right w:w="100" w:type="dxa"/>
            </w:tcMar>
          </w:tcPr>
          <w:p w14:paraId="3E663305" w14:textId="6EDAE8D3" w:rsidR="00D31755" w:rsidRPr="00D31755" w:rsidRDefault="00D31755" w:rsidP="00D31755">
            <w:pPr>
              <w:bidi/>
              <w:jc w:val="both"/>
              <w:rPr>
                <w:rFonts w:ascii="Simplified Arabic" w:hAnsi="Simplified Arabic" w:cs="Simplified Arabic"/>
                <w:sz w:val="20"/>
                <w:szCs w:val="20"/>
              </w:rPr>
            </w:pPr>
            <w:r w:rsidRPr="00C612A0">
              <w:rPr>
                <w:rtl/>
              </w:rPr>
              <w:t>إعداد جدول يوضح التحليل الكمي والوثائقي وتحكيم الخبراء</w:t>
            </w:r>
            <w:r w:rsidRPr="00C612A0">
              <w:t>.</w:t>
            </w:r>
          </w:p>
        </w:tc>
        <w:tc>
          <w:tcPr>
            <w:tcW w:w="1134" w:type="dxa"/>
            <w:tcMar>
              <w:top w:w="100" w:type="dxa"/>
              <w:left w:w="100" w:type="dxa"/>
              <w:bottom w:w="100" w:type="dxa"/>
              <w:right w:w="100" w:type="dxa"/>
            </w:tcMar>
          </w:tcPr>
          <w:p w14:paraId="71C018EF"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BEF9BF7" w14:textId="77777777" w:rsidTr="00BE175E">
        <w:trPr>
          <w:cantSplit/>
          <w:jc w:val="center"/>
        </w:trPr>
        <w:tc>
          <w:tcPr>
            <w:tcW w:w="1927" w:type="dxa"/>
            <w:tcMar>
              <w:top w:w="100" w:type="dxa"/>
              <w:left w:w="100" w:type="dxa"/>
              <w:bottom w:w="100" w:type="dxa"/>
              <w:right w:w="100" w:type="dxa"/>
            </w:tcMar>
          </w:tcPr>
          <w:p w14:paraId="44CD9E1E"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1F37B9F2" w14:textId="58A620C7" w:rsidR="00D31755" w:rsidRPr="00D31755" w:rsidRDefault="00D31755" w:rsidP="00D31755">
            <w:pPr>
              <w:bidi/>
              <w:jc w:val="both"/>
              <w:rPr>
                <w:rFonts w:ascii="Simplified Arabic" w:hAnsi="Simplified Arabic" w:cs="Simplified Arabic"/>
                <w:sz w:val="20"/>
                <w:szCs w:val="20"/>
              </w:rPr>
            </w:pPr>
            <w:r w:rsidRPr="00C612A0">
              <w:rPr>
                <w:rtl/>
              </w:rPr>
              <w:t>هل تم تحديد البرنامج المستخدم؟</w:t>
            </w:r>
          </w:p>
        </w:tc>
        <w:tc>
          <w:tcPr>
            <w:tcW w:w="4025" w:type="dxa"/>
            <w:tcMar>
              <w:top w:w="100" w:type="dxa"/>
              <w:left w:w="100" w:type="dxa"/>
              <w:bottom w:w="100" w:type="dxa"/>
              <w:right w:w="100" w:type="dxa"/>
            </w:tcMar>
          </w:tcPr>
          <w:p w14:paraId="37E5329C" w14:textId="70D5D2C0" w:rsidR="00D31755" w:rsidRPr="00D31755" w:rsidRDefault="00D31755" w:rsidP="00D31755">
            <w:pPr>
              <w:bidi/>
              <w:jc w:val="both"/>
              <w:rPr>
                <w:rFonts w:ascii="Simplified Arabic" w:hAnsi="Simplified Arabic" w:cs="Simplified Arabic"/>
                <w:sz w:val="20"/>
                <w:szCs w:val="20"/>
              </w:rPr>
            </w:pPr>
            <w:r w:rsidRPr="00C612A0">
              <w:rPr>
                <w:rtl/>
              </w:rPr>
              <w:t>ينبغي تحديد البرامج الإحصائية وأدوات تحليل الوثائق بوضوح.</w:t>
            </w:r>
          </w:p>
        </w:tc>
        <w:tc>
          <w:tcPr>
            <w:tcW w:w="1474" w:type="dxa"/>
            <w:tcMar>
              <w:top w:w="100" w:type="dxa"/>
              <w:left w:w="100" w:type="dxa"/>
              <w:bottom w:w="100" w:type="dxa"/>
              <w:right w:w="100" w:type="dxa"/>
            </w:tcMar>
          </w:tcPr>
          <w:p w14:paraId="6ED35F43" w14:textId="4E70D66C" w:rsidR="00D31755" w:rsidRPr="00D31755" w:rsidRDefault="00D31755" w:rsidP="00D31755">
            <w:pPr>
              <w:bidi/>
              <w:jc w:val="both"/>
              <w:rPr>
                <w:rFonts w:ascii="Simplified Arabic" w:hAnsi="Simplified Arabic" w:cs="Simplified Arabic"/>
                <w:sz w:val="20"/>
                <w:szCs w:val="20"/>
              </w:rPr>
            </w:pPr>
            <w:r w:rsidRPr="00C612A0">
              <w:rPr>
                <w:rtl/>
              </w:rPr>
              <w:t>جيد</w:t>
            </w:r>
          </w:p>
        </w:tc>
        <w:tc>
          <w:tcPr>
            <w:tcW w:w="3288" w:type="dxa"/>
            <w:tcMar>
              <w:top w:w="100" w:type="dxa"/>
              <w:left w:w="100" w:type="dxa"/>
              <w:bottom w:w="100" w:type="dxa"/>
              <w:right w:w="100" w:type="dxa"/>
            </w:tcMar>
          </w:tcPr>
          <w:p w14:paraId="3DFA9051" w14:textId="52B313A2" w:rsidR="00D31755" w:rsidRPr="00D31755" w:rsidRDefault="00D31755" w:rsidP="00D31755">
            <w:pPr>
              <w:bidi/>
              <w:jc w:val="both"/>
              <w:rPr>
                <w:rFonts w:ascii="Simplified Arabic" w:hAnsi="Simplified Arabic" w:cs="Simplified Arabic"/>
                <w:sz w:val="20"/>
                <w:szCs w:val="20"/>
              </w:rPr>
            </w:pPr>
            <w:r w:rsidRPr="00C612A0">
              <w:rPr>
                <w:rtl/>
              </w:rPr>
              <w:t>تحديد</w:t>
            </w:r>
            <w:r w:rsidRPr="00C612A0">
              <w:t xml:space="preserve"> SPSS/SmartPLS </w:t>
            </w:r>
            <w:r w:rsidRPr="00C612A0">
              <w:rPr>
                <w:rtl/>
              </w:rPr>
              <w:t>أو أداة التحليل النهائية</w:t>
            </w:r>
            <w:r w:rsidRPr="00C612A0">
              <w:t>.</w:t>
            </w:r>
          </w:p>
        </w:tc>
        <w:tc>
          <w:tcPr>
            <w:tcW w:w="1134" w:type="dxa"/>
            <w:tcMar>
              <w:top w:w="100" w:type="dxa"/>
              <w:left w:w="100" w:type="dxa"/>
              <w:bottom w:w="100" w:type="dxa"/>
              <w:right w:w="100" w:type="dxa"/>
            </w:tcMar>
          </w:tcPr>
          <w:p w14:paraId="507F3A62"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7C9D758" w14:textId="77777777" w:rsidTr="00BE175E">
        <w:trPr>
          <w:cantSplit/>
          <w:jc w:val="center"/>
        </w:trPr>
        <w:tc>
          <w:tcPr>
            <w:tcW w:w="1927" w:type="dxa"/>
            <w:tcMar>
              <w:top w:w="100" w:type="dxa"/>
              <w:left w:w="100" w:type="dxa"/>
              <w:bottom w:w="100" w:type="dxa"/>
              <w:right w:w="100" w:type="dxa"/>
            </w:tcMar>
          </w:tcPr>
          <w:p w14:paraId="723F2ED1"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الإحصاء الوصفي</w:t>
            </w:r>
          </w:p>
        </w:tc>
        <w:tc>
          <w:tcPr>
            <w:tcW w:w="3005" w:type="dxa"/>
            <w:tcMar>
              <w:top w:w="100" w:type="dxa"/>
              <w:left w:w="100" w:type="dxa"/>
              <w:bottom w:w="100" w:type="dxa"/>
              <w:right w:w="100" w:type="dxa"/>
            </w:tcMar>
          </w:tcPr>
          <w:p w14:paraId="7CF3EAD4" w14:textId="4D2FAA03" w:rsidR="00D31755" w:rsidRPr="00D31755" w:rsidRDefault="00D31755" w:rsidP="00D31755">
            <w:pPr>
              <w:bidi/>
              <w:jc w:val="both"/>
              <w:rPr>
                <w:rFonts w:ascii="Simplified Arabic" w:hAnsi="Simplified Arabic" w:cs="Simplified Arabic"/>
                <w:sz w:val="20"/>
                <w:szCs w:val="20"/>
              </w:rPr>
            </w:pPr>
            <w:r w:rsidRPr="00C612A0">
              <w:rPr>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3484BE3A" w14:textId="0AB42132" w:rsidR="00D31755" w:rsidRPr="00D31755" w:rsidRDefault="00D31755" w:rsidP="00D31755">
            <w:pPr>
              <w:bidi/>
              <w:jc w:val="both"/>
              <w:rPr>
                <w:rFonts w:ascii="Simplified Arabic" w:hAnsi="Simplified Arabic" w:cs="Simplified Arabic"/>
                <w:sz w:val="20"/>
                <w:szCs w:val="20"/>
              </w:rPr>
            </w:pPr>
            <w:r w:rsidRPr="00C612A0">
              <w:rPr>
                <w:rtl/>
              </w:rPr>
              <w:t>الإحصاء الوصفي مناسب لوصف المتغيرات والخصائص.</w:t>
            </w:r>
          </w:p>
        </w:tc>
        <w:tc>
          <w:tcPr>
            <w:tcW w:w="1474" w:type="dxa"/>
            <w:tcMar>
              <w:top w:w="100" w:type="dxa"/>
              <w:left w:w="100" w:type="dxa"/>
              <w:bottom w:w="100" w:type="dxa"/>
              <w:right w:w="100" w:type="dxa"/>
            </w:tcMar>
          </w:tcPr>
          <w:p w14:paraId="6382909C" w14:textId="731080CF" w:rsidR="00D31755" w:rsidRPr="00D31755" w:rsidRDefault="00D31755" w:rsidP="00D31755">
            <w:pPr>
              <w:bidi/>
              <w:jc w:val="both"/>
              <w:rPr>
                <w:rFonts w:ascii="Simplified Arabic" w:hAnsi="Simplified Arabic" w:cs="Simplified Arabic"/>
                <w:sz w:val="20"/>
                <w:szCs w:val="20"/>
              </w:rPr>
            </w:pPr>
            <w:r w:rsidRPr="00C612A0">
              <w:rPr>
                <w:rtl/>
              </w:rPr>
              <w:t>جيد</w:t>
            </w:r>
          </w:p>
        </w:tc>
        <w:tc>
          <w:tcPr>
            <w:tcW w:w="3288" w:type="dxa"/>
            <w:tcMar>
              <w:top w:w="100" w:type="dxa"/>
              <w:left w:w="100" w:type="dxa"/>
              <w:bottom w:w="100" w:type="dxa"/>
              <w:right w:w="100" w:type="dxa"/>
            </w:tcMar>
          </w:tcPr>
          <w:p w14:paraId="22F28CD6" w14:textId="070ACC3D" w:rsidR="00D31755" w:rsidRPr="00D31755" w:rsidRDefault="00D31755" w:rsidP="00D31755">
            <w:pPr>
              <w:bidi/>
              <w:jc w:val="both"/>
              <w:rPr>
                <w:rFonts w:ascii="Simplified Arabic" w:hAnsi="Simplified Arabic" w:cs="Simplified Arabic"/>
                <w:sz w:val="20"/>
                <w:szCs w:val="20"/>
              </w:rPr>
            </w:pPr>
            <w:r w:rsidRPr="00C612A0">
              <w:rPr>
                <w:rtl/>
              </w:rPr>
              <w:t>استخدام الوصف لتفسير مستوى المتغيرات</w:t>
            </w:r>
            <w:r w:rsidRPr="00C612A0">
              <w:t>.</w:t>
            </w:r>
          </w:p>
        </w:tc>
        <w:tc>
          <w:tcPr>
            <w:tcW w:w="1134" w:type="dxa"/>
            <w:tcMar>
              <w:top w:w="100" w:type="dxa"/>
              <w:left w:w="100" w:type="dxa"/>
              <w:bottom w:w="100" w:type="dxa"/>
              <w:right w:w="100" w:type="dxa"/>
            </w:tcMar>
          </w:tcPr>
          <w:p w14:paraId="4E11B141"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CBAF9AE" w14:textId="77777777" w:rsidTr="00BE175E">
        <w:trPr>
          <w:cantSplit/>
          <w:jc w:val="center"/>
        </w:trPr>
        <w:tc>
          <w:tcPr>
            <w:tcW w:w="1927" w:type="dxa"/>
            <w:tcMar>
              <w:top w:w="100" w:type="dxa"/>
              <w:left w:w="100" w:type="dxa"/>
              <w:bottom w:w="100" w:type="dxa"/>
              <w:right w:w="100" w:type="dxa"/>
            </w:tcMar>
          </w:tcPr>
          <w:p w14:paraId="3556FE7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اختبار الفرضيات</w:t>
            </w:r>
          </w:p>
        </w:tc>
        <w:tc>
          <w:tcPr>
            <w:tcW w:w="3005" w:type="dxa"/>
            <w:tcMar>
              <w:top w:w="100" w:type="dxa"/>
              <w:left w:w="100" w:type="dxa"/>
              <w:bottom w:w="100" w:type="dxa"/>
              <w:right w:w="100" w:type="dxa"/>
            </w:tcMar>
          </w:tcPr>
          <w:p w14:paraId="656C2D15" w14:textId="63C129A3" w:rsidR="00D31755" w:rsidRPr="00D31755" w:rsidRDefault="00D31755" w:rsidP="00D31755">
            <w:pPr>
              <w:bidi/>
              <w:jc w:val="both"/>
              <w:rPr>
                <w:rFonts w:ascii="Simplified Arabic" w:hAnsi="Simplified Arabic" w:cs="Simplified Arabic"/>
                <w:sz w:val="20"/>
                <w:szCs w:val="20"/>
              </w:rPr>
            </w:pPr>
            <w:r w:rsidRPr="00C612A0">
              <w:rPr>
                <w:rtl/>
              </w:rPr>
              <w:t>هل الأساليب مناسبة للفرضيات؟</w:t>
            </w:r>
          </w:p>
        </w:tc>
        <w:tc>
          <w:tcPr>
            <w:tcW w:w="4025" w:type="dxa"/>
            <w:tcMar>
              <w:top w:w="100" w:type="dxa"/>
              <w:left w:w="100" w:type="dxa"/>
              <w:bottom w:w="100" w:type="dxa"/>
              <w:right w:w="100" w:type="dxa"/>
            </w:tcMar>
          </w:tcPr>
          <w:p w14:paraId="020A7E63" w14:textId="05AA3FE8" w:rsidR="00D31755" w:rsidRPr="00D31755" w:rsidRDefault="00D31755" w:rsidP="00D31755">
            <w:pPr>
              <w:bidi/>
              <w:jc w:val="both"/>
              <w:rPr>
                <w:rFonts w:ascii="Simplified Arabic" w:hAnsi="Simplified Arabic" w:cs="Simplified Arabic"/>
                <w:sz w:val="20"/>
                <w:szCs w:val="20"/>
              </w:rPr>
            </w:pPr>
            <w:r w:rsidRPr="00C612A0">
              <w:rPr>
                <w:rtl/>
              </w:rPr>
              <w:t>اختبار الفرضيات يجب أن يقتصر على بيانات الاستبانة ما لم يوضح غير ذلك.</w:t>
            </w:r>
          </w:p>
        </w:tc>
        <w:tc>
          <w:tcPr>
            <w:tcW w:w="1474" w:type="dxa"/>
            <w:tcMar>
              <w:top w:w="100" w:type="dxa"/>
              <w:left w:w="100" w:type="dxa"/>
              <w:bottom w:w="100" w:type="dxa"/>
              <w:right w:w="100" w:type="dxa"/>
            </w:tcMar>
          </w:tcPr>
          <w:p w14:paraId="679F43D3" w14:textId="2CF2A29F" w:rsidR="00D31755" w:rsidRPr="00D31755" w:rsidRDefault="00D31755" w:rsidP="00D31755">
            <w:pPr>
              <w:bidi/>
              <w:jc w:val="both"/>
              <w:rPr>
                <w:rFonts w:ascii="Simplified Arabic" w:hAnsi="Simplified Arabic" w:cs="Simplified Arabic"/>
                <w:sz w:val="20"/>
                <w:szCs w:val="20"/>
              </w:rPr>
            </w:pPr>
            <w:r w:rsidRPr="00C612A0">
              <w:rPr>
                <w:rtl/>
              </w:rPr>
              <w:t>جيد مع تعديل</w:t>
            </w:r>
          </w:p>
        </w:tc>
        <w:tc>
          <w:tcPr>
            <w:tcW w:w="3288" w:type="dxa"/>
            <w:tcMar>
              <w:top w:w="100" w:type="dxa"/>
              <w:left w:w="100" w:type="dxa"/>
              <w:bottom w:w="100" w:type="dxa"/>
              <w:right w:w="100" w:type="dxa"/>
            </w:tcMar>
          </w:tcPr>
          <w:p w14:paraId="63F9E7C5" w14:textId="31ECBFE1" w:rsidR="00D31755" w:rsidRPr="00D31755" w:rsidRDefault="00D31755" w:rsidP="00D31755">
            <w:pPr>
              <w:bidi/>
              <w:jc w:val="both"/>
              <w:rPr>
                <w:rFonts w:ascii="Simplified Arabic" w:hAnsi="Simplified Arabic" w:cs="Simplified Arabic"/>
                <w:sz w:val="20"/>
                <w:szCs w:val="20"/>
              </w:rPr>
            </w:pPr>
            <w:r w:rsidRPr="00C612A0">
              <w:rPr>
                <w:rtl/>
              </w:rPr>
              <w:t>مطابقة كل فرضية بمصدر البيانات والأسلوب الإحصائي</w:t>
            </w:r>
            <w:r w:rsidRPr="00C612A0">
              <w:t>.</w:t>
            </w:r>
          </w:p>
        </w:tc>
        <w:tc>
          <w:tcPr>
            <w:tcW w:w="1134" w:type="dxa"/>
            <w:tcMar>
              <w:top w:w="100" w:type="dxa"/>
              <w:left w:w="100" w:type="dxa"/>
              <w:bottom w:w="100" w:type="dxa"/>
              <w:right w:w="100" w:type="dxa"/>
            </w:tcMar>
          </w:tcPr>
          <w:p w14:paraId="053D538D"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02CBD32B" w14:textId="77777777" w:rsidTr="00BE175E">
        <w:trPr>
          <w:cantSplit/>
          <w:jc w:val="center"/>
        </w:trPr>
        <w:tc>
          <w:tcPr>
            <w:tcW w:w="1927" w:type="dxa"/>
            <w:tcMar>
              <w:top w:w="100" w:type="dxa"/>
              <w:left w:w="100" w:type="dxa"/>
              <w:bottom w:w="100" w:type="dxa"/>
              <w:right w:w="100" w:type="dxa"/>
            </w:tcMar>
          </w:tcPr>
          <w:p w14:paraId="4C093731"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tcPr>
          <w:p w14:paraId="1897285F" w14:textId="5F8A39AE" w:rsidR="00D31755" w:rsidRPr="00D31755" w:rsidRDefault="00D31755" w:rsidP="00D31755">
            <w:pPr>
              <w:bidi/>
              <w:jc w:val="both"/>
              <w:rPr>
                <w:rFonts w:ascii="Simplified Arabic" w:hAnsi="Simplified Arabic" w:cs="Simplified Arabic"/>
                <w:sz w:val="20"/>
                <w:szCs w:val="20"/>
              </w:rPr>
            </w:pPr>
            <w:r w:rsidRPr="00C612A0">
              <w:rPr>
                <w:rtl/>
              </w:rPr>
              <w:t>هل تم ذكر اختبارات الافتراضات؟</w:t>
            </w:r>
          </w:p>
        </w:tc>
        <w:tc>
          <w:tcPr>
            <w:tcW w:w="4025" w:type="dxa"/>
            <w:tcMar>
              <w:top w:w="100" w:type="dxa"/>
              <w:left w:w="100" w:type="dxa"/>
              <w:bottom w:w="100" w:type="dxa"/>
              <w:right w:w="100" w:type="dxa"/>
            </w:tcMar>
          </w:tcPr>
          <w:p w14:paraId="79F4889E" w14:textId="58A8BF9D" w:rsidR="00D31755" w:rsidRPr="00D31755" w:rsidRDefault="00D31755" w:rsidP="00D31755">
            <w:pPr>
              <w:bidi/>
              <w:jc w:val="both"/>
              <w:rPr>
                <w:rFonts w:ascii="Simplified Arabic" w:hAnsi="Simplified Arabic" w:cs="Simplified Arabic"/>
                <w:sz w:val="20"/>
                <w:szCs w:val="20"/>
              </w:rPr>
            </w:pPr>
            <w:r w:rsidRPr="00C612A0">
              <w:rPr>
                <w:rtl/>
              </w:rPr>
              <w:t>شروط التحليل تحتاج عتبات واضحة.</w:t>
            </w:r>
          </w:p>
        </w:tc>
        <w:tc>
          <w:tcPr>
            <w:tcW w:w="1474" w:type="dxa"/>
            <w:tcMar>
              <w:top w:w="100" w:type="dxa"/>
              <w:left w:w="100" w:type="dxa"/>
              <w:bottom w:w="100" w:type="dxa"/>
              <w:right w:w="100" w:type="dxa"/>
            </w:tcMar>
          </w:tcPr>
          <w:p w14:paraId="352A19DF" w14:textId="12931E1E" w:rsidR="00D31755" w:rsidRPr="00D31755" w:rsidRDefault="00D31755" w:rsidP="00D31755">
            <w:pPr>
              <w:bidi/>
              <w:jc w:val="both"/>
              <w:rPr>
                <w:rFonts w:ascii="Simplified Arabic" w:hAnsi="Simplified Arabic" w:cs="Simplified Arabic"/>
                <w:sz w:val="20"/>
                <w:szCs w:val="20"/>
              </w:rPr>
            </w:pPr>
            <w:r w:rsidRPr="00C612A0">
              <w:rPr>
                <w:rtl/>
              </w:rPr>
              <w:t>مقبول</w:t>
            </w:r>
          </w:p>
        </w:tc>
        <w:tc>
          <w:tcPr>
            <w:tcW w:w="3288" w:type="dxa"/>
            <w:tcMar>
              <w:top w:w="100" w:type="dxa"/>
              <w:left w:w="100" w:type="dxa"/>
              <w:bottom w:w="100" w:type="dxa"/>
              <w:right w:w="100" w:type="dxa"/>
            </w:tcMar>
          </w:tcPr>
          <w:p w14:paraId="2B2F5F3F" w14:textId="1132BAC7" w:rsidR="00D31755" w:rsidRPr="00D31755" w:rsidRDefault="00D31755" w:rsidP="00D31755">
            <w:pPr>
              <w:bidi/>
              <w:jc w:val="both"/>
              <w:rPr>
                <w:rFonts w:ascii="Simplified Arabic" w:hAnsi="Simplified Arabic" w:cs="Simplified Arabic"/>
                <w:sz w:val="20"/>
                <w:szCs w:val="20"/>
              </w:rPr>
            </w:pPr>
            <w:r w:rsidRPr="00C612A0">
              <w:rPr>
                <w:rtl/>
              </w:rPr>
              <w:t>إضافة عتبات القبول</w:t>
            </w:r>
            <w:r w:rsidRPr="00C612A0">
              <w:t>.</w:t>
            </w:r>
          </w:p>
        </w:tc>
        <w:tc>
          <w:tcPr>
            <w:tcW w:w="1134" w:type="dxa"/>
            <w:tcMar>
              <w:top w:w="100" w:type="dxa"/>
              <w:left w:w="100" w:type="dxa"/>
              <w:bottom w:w="100" w:type="dxa"/>
              <w:right w:w="100" w:type="dxa"/>
            </w:tcMar>
          </w:tcPr>
          <w:p w14:paraId="5365C88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4286CA2" w14:textId="77777777" w:rsidTr="00BE175E">
        <w:trPr>
          <w:cantSplit/>
          <w:jc w:val="center"/>
        </w:trPr>
        <w:tc>
          <w:tcPr>
            <w:tcW w:w="1927" w:type="dxa"/>
            <w:tcMar>
              <w:top w:w="100" w:type="dxa"/>
              <w:left w:w="100" w:type="dxa"/>
              <w:bottom w:w="100" w:type="dxa"/>
              <w:right w:w="100" w:type="dxa"/>
            </w:tcMar>
          </w:tcPr>
          <w:p w14:paraId="6070DB75"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649FF23E" w14:textId="02613F2D" w:rsidR="00D31755" w:rsidRPr="00D31755" w:rsidRDefault="00D31755" w:rsidP="00D31755">
            <w:pPr>
              <w:bidi/>
              <w:jc w:val="both"/>
              <w:rPr>
                <w:rFonts w:ascii="Simplified Arabic" w:hAnsi="Simplified Arabic" w:cs="Simplified Arabic"/>
                <w:sz w:val="20"/>
                <w:szCs w:val="20"/>
              </w:rPr>
            </w:pPr>
            <w:r w:rsidRPr="00C612A0">
              <w:rPr>
                <w:rtl/>
              </w:rPr>
              <w:t>هل توجد وساطة أو اعتدال أو نموذج بنائي؟</w:t>
            </w:r>
          </w:p>
        </w:tc>
        <w:tc>
          <w:tcPr>
            <w:tcW w:w="4025" w:type="dxa"/>
            <w:tcMar>
              <w:top w:w="100" w:type="dxa"/>
              <w:left w:w="100" w:type="dxa"/>
              <w:bottom w:w="100" w:type="dxa"/>
              <w:right w:w="100" w:type="dxa"/>
            </w:tcMar>
          </w:tcPr>
          <w:p w14:paraId="671D2417" w14:textId="7D53462C" w:rsidR="00D31755" w:rsidRPr="00D31755" w:rsidRDefault="00D31755" w:rsidP="00D31755">
            <w:pPr>
              <w:bidi/>
              <w:jc w:val="both"/>
              <w:rPr>
                <w:rFonts w:ascii="Simplified Arabic" w:hAnsi="Simplified Arabic" w:cs="Simplified Arabic"/>
                <w:sz w:val="20"/>
                <w:szCs w:val="20"/>
              </w:rPr>
            </w:pPr>
            <w:r w:rsidRPr="00C612A0">
              <w:rPr>
                <w:rtl/>
              </w:rPr>
              <w:t>إذا كان الهدف تطوير نموذج، يجب بيان طريقة التحقق من النموذج مثل تحكيم خبراء.</w:t>
            </w:r>
          </w:p>
        </w:tc>
        <w:tc>
          <w:tcPr>
            <w:tcW w:w="1474" w:type="dxa"/>
            <w:tcMar>
              <w:top w:w="100" w:type="dxa"/>
              <w:left w:w="100" w:type="dxa"/>
              <w:bottom w:w="100" w:type="dxa"/>
              <w:right w:w="100" w:type="dxa"/>
            </w:tcMar>
          </w:tcPr>
          <w:p w14:paraId="63FE71F3" w14:textId="7170F82F" w:rsidR="00D31755" w:rsidRPr="00D31755" w:rsidRDefault="00D31755" w:rsidP="00D31755">
            <w:pPr>
              <w:bidi/>
              <w:jc w:val="both"/>
              <w:rPr>
                <w:rFonts w:ascii="Simplified Arabic" w:hAnsi="Simplified Arabic" w:cs="Simplified Arabic"/>
                <w:sz w:val="20"/>
                <w:szCs w:val="20"/>
              </w:rPr>
            </w:pPr>
            <w:r w:rsidRPr="00C612A0">
              <w:rPr>
                <w:rtl/>
              </w:rPr>
              <w:t>جيد مع تعديل</w:t>
            </w:r>
          </w:p>
        </w:tc>
        <w:tc>
          <w:tcPr>
            <w:tcW w:w="3288" w:type="dxa"/>
            <w:tcMar>
              <w:top w:w="100" w:type="dxa"/>
              <w:left w:w="100" w:type="dxa"/>
              <w:bottom w:w="100" w:type="dxa"/>
              <w:right w:w="100" w:type="dxa"/>
            </w:tcMar>
          </w:tcPr>
          <w:p w14:paraId="33667130" w14:textId="6A00413B" w:rsidR="00D31755" w:rsidRPr="00D31755" w:rsidRDefault="00D31755" w:rsidP="00D31755">
            <w:pPr>
              <w:bidi/>
              <w:jc w:val="both"/>
              <w:rPr>
                <w:rFonts w:ascii="Simplified Arabic" w:hAnsi="Simplified Arabic" w:cs="Simplified Arabic"/>
                <w:sz w:val="20"/>
                <w:szCs w:val="20"/>
              </w:rPr>
            </w:pPr>
            <w:r w:rsidRPr="00C612A0">
              <w:rPr>
                <w:rtl/>
              </w:rPr>
              <w:t>توضيح معايير اختيار الخبراء ونموذج التحكيم</w:t>
            </w:r>
            <w:r w:rsidRPr="00C612A0">
              <w:t>.</w:t>
            </w:r>
          </w:p>
        </w:tc>
        <w:tc>
          <w:tcPr>
            <w:tcW w:w="1134" w:type="dxa"/>
            <w:tcMar>
              <w:top w:w="100" w:type="dxa"/>
              <w:left w:w="100" w:type="dxa"/>
              <w:bottom w:w="100" w:type="dxa"/>
              <w:right w:w="100" w:type="dxa"/>
            </w:tcMar>
          </w:tcPr>
          <w:p w14:paraId="7C110637" w14:textId="77777777" w:rsidR="00D31755" w:rsidRPr="00D31755" w:rsidRDefault="00D31755" w:rsidP="00D31755">
            <w:pPr>
              <w:bidi/>
              <w:jc w:val="both"/>
              <w:rPr>
                <w:rFonts w:ascii="Simplified Arabic" w:hAnsi="Simplified Arabic" w:cs="Simplified Arabic"/>
                <w:sz w:val="20"/>
                <w:szCs w:val="20"/>
              </w:rPr>
            </w:pPr>
          </w:p>
        </w:tc>
      </w:tr>
      <w:tr w:rsidR="00A96B5E" w:rsidRPr="00D31755" w14:paraId="76965BF4" w14:textId="77777777" w:rsidTr="00BE175E">
        <w:trPr>
          <w:cantSplit/>
          <w:jc w:val="center"/>
        </w:trPr>
        <w:tc>
          <w:tcPr>
            <w:tcW w:w="1927" w:type="dxa"/>
            <w:tcMar>
              <w:top w:w="100" w:type="dxa"/>
              <w:left w:w="100" w:type="dxa"/>
              <w:bottom w:w="100" w:type="dxa"/>
              <w:right w:w="100" w:type="dxa"/>
            </w:tcMar>
          </w:tcPr>
          <w:p w14:paraId="0DDC580C"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tcPr>
          <w:p w14:paraId="592A8BFD"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هل تم تجنب عرض نتائج فعلية في الفصل الثالث؟</w:t>
            </w:r>
          </w:p>
        </w:tc>
        <w:tc>
          <w:tcPr>
            <w:tcW w:w="4025" w:type="dxa"/>
            <w:tcMar>
              <w:top w:w="100" w:type="dxa"/>
              <w:left w:w="100" w:type="dxa"/>
              <w:bottom w:w="100" w:type="dxa"/>
              <w:right w:w="100" w:type="dxa"/>
            </w:tcMar>
          </w:tcPr>
          <w:p w14:paraId="50495BA0"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ينبغي عدم عرض نتائج بناء النموذج قبل تنفيذ التحليل.</w:t>
            </w:r>
          </w:p>
        </w:tc>
        <w:tc>
          <w:tcPr>
            <w:tcW w:w="1474" w:type="dxa"/>
            <w:tcMar>
              <w:top w:w="100" w:type="dxa"/>
              <w:left w:w="100" w:type="dxa"/>
              <w:bottom w:w="100" w:type="dxa"/>
              <w:right w:w="100" w:type="dxa"/>
            </w:tcMar>
          </w:tcPr>
          <w:p w14:paraId="294CE67D"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جيد</w:t>
            </w:r>
          </w:p>
        </w:tc>
        <w:tc>
          <w:tcPr>
            <w:tcW w:w="3288" w:type="dxa"/>
            <w:tcMar>
              <w:top w:w="100" w:type="dxa"/>
              <w:left w:w="100" w:type="dxa"/>
              <w:bottom w:w="100" w:type="dxa"/>
              <w:right w:w="100" w:type="dxa"/>
            </w:tcMar>
          </w:tcPr>
          <w:p w14:paraId="06330954" w14:textId="77777777" w:rsidR="005C1CC0" w:rsidRPr="00D31755" w:rsidRDefault="00000000"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صياغة بناء النموذج كمرحلة لاحقة.</w:t>
            </w:r>
          </w:p>
        </w:tc>
        <w:tc>
          <w:tcPr>
            <w:tcW w:w="1134" w:type="dxa"/>
            <w:tcMar>
              <w:top w:w="100" w:type="dxa"/>
              <w:left w:w="100" w:type="dxa"/>
              <w:bottom w:w="100" w:type="dxa"/>
              <w:right w:w="100" w:type="dxa"/>
            </w:tcMar>
          </w:tcPr>
          <w:p w14:paraId="6EF98CAB" w14:textId="77777777" w:rsidR="005C1CC0" w:rsidRPr="00D31755" w:rsidRDefault="005C1CC0" w:rsidP="00D31755">
            <w:pPr>
              <w:bidi/>
              <w:jc w:val="both"/>
              <w:rPr>
                <w:rFonts w:ascii="Simplified Arabic" w:hAnsi="Simplified Arabic" w:cs="Simplified Arabic"/>
                <w:sz w:val="20"/>
                <w:szCs w:val="20"/>
              </w:rPr>
            </w:pPr>
          </w:p>
        </w:tc>
      </w:tr>
    </w:tbl>
    <w:p w14:paraId="015285C6"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6789F8E6" w14:textId="77777777" w:rsidTr="00047CBC">
        <w:trPr>
          <w:cantSplit/>
          <w:tblHeader/>
          <w:jc w:val="center"/>
        </w:trPr>
        <w:tc>
          <w:tcPr>
            <w:tcW w:w="1927" w:type="dxa"/>
            <w:tcMar>
              <w:top w:w="100" w:type="dxa"/>
              <w:left w:w="100" w:type="dxa"/>
              <w:bottom w:w="100" w:type="dxa"/>
              <w:right w:w="100" w:type="dxa"/>
            </w:tcMar>
            <w:vAlign w:val="center"/>
          </w:tcPr>
          <w:p w14:paraId="55E2A038"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229736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B3C899D"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C780E3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4C57CEA"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755F44C"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4F7F75B7" w14:textId="77777777" w:rsidTr="00100366">
        <w:trPr>
          <w:cantSplit/>
          <w:jc w:val="center"/>
        </w:trPr>
        <w:tc>
          <w:tcPr>
            <w:tcW w:w="1927" w:type="dxa"/>
            <w:tcMar>
              <w:top w:w="100" w:type="dxa"/>
              <w:left w:w="100" w:type="dxa"/>
              <w:bottom w:w="100" w:type="dxa"/>
              <w:right w:w="100" w:type="dxa"/>
            </w:tcMar>
          </w:tcPr>
          <w:p w14:paraId="331E81F9"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الصدق</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346CEEF2" w14:textId="5789FB62" w:rsidR="00D31755" w:rsidRPr="00D31755" w:rsidRDefault="00D31755" w:rsidP="00D31755">
            <w:pPr>
              <w:bidi/>
              <w:jc w:val="both"/>
              <w:rPr>
                <w:rFonts w:ascii="Simplified Arabic" w:hAnsi="Simplified Arabic" w:cs="Simplified Arabic"/>
                <w:sz w:val="20"/>
                <w:szCs w:val="20"/>
              </w:rPr>
            </w:pPr>
            <w:r w:rsidRPr="00D058E8">
              <w:rPr>
                <w:rtl/>
              </w:rPr>
              <w:t>هل تم توضيح عرض الأداة على محكمين؟</w:t>
            </w:r>
          </w:p>
        </w:tc>
        <w:tc>
          <w:tcPr>
            <w:tcW w:w="4025" w:type="dxa"/>
            <w:tcMar>
              <w:top w:w="100" w:type="dxa"/>
              <w:left w:w="100" w:type="dxa"/>
              <w:bottom w:w="100" w:type="dxa"/>
              <w:right w:w="100" w:type="dxa"/>
            </w:tcMar>
          </w:tcPr>
          <w:p w14:paraId="52178A50" w14:textId="6A83C86D" w:rsidR="00D31755" w:rsidRPr="00D31755" w:rsidRDefault="00D31755" w:rsidP="00D31755">
            <w:pPr>
              <w:bidi/>
              <w:jc w:val="both"/>
              <w:rPr>
                <w:rFonts w:ascii="Simplified Arabic" w:hAnsi="Simplified Arabic" w:cs="Simplified Arabic"/>
                <w:sz w:val="20"/>
                <w:szCs w:val="20"/>
              </w:rPr>
            </w:pPr>
            <w:r w:rsidRPr="00D058E8">
              <w:rPr>
                <w:rtl/>
              </w:rPr>
              <w:t>التحكيم مهم للأداة وللنموذج المقترح ويحتاج تفصيلًا مزدوجًا.</w:t>
            </w:r>
          </w:p>
        </w:tc>
        <w:tc>
          <w:tcPr>
            <w:tcW w:w="1474" w:type="dxa"/>
            <w:tcMar>
              <w:top w:w="100" w:type="dxa"/>
              <w:left w:w="100" w:type="dxa"/>
              <w:bottom w:w="100" w:type="dxa"/>
              <w:right w:w="100" w:type="dxa"/>
            </w:tcMar>
          </w:tcPr>
          <w:p w14:paraId="6C21F514" w14:textId="706C975A" w:rsidR="00D31755" w:rsidRPr="00D31755" w:rsidRDefault="00D31755" w:rsidP="00D31755">
            <w:pPr>
              <w:bidi/>
              <w:jc w:val="both"/>
              <w:rPr>
                <w:rFonts w:ascii="Simplified Arabic" w:hAnsi="Simplified Arabic" w:cs="Simplified Arabic"/>
                <w:sz w:val="20"/>
                <w:szCs w:val="20"/>
              </w:rPr>
            </w:pPr>
            <w:r w:rsidRPr="00D058E8">
              <w:rPr>
                <w:rtl/>
              </w:rPr>
              <w:t>جيد مع تعديل</w:t>
            </w:r>
          </w:p>
        </w:tc>
        <w:tc>
          <w:tcPr>
            <w:tcW w:w="3288" w:type="dxa"/>
            <w:tcMar>
              <w:top w:w="100" w:type="dxa"/>
              <w:left w:w="100" w:type="dxa"/>
              <w:bottom w:w="100" w:type="dxa"/>
              <w:right w:w="100" w:type="dxa"/>
            </w:tcMar>
          </w:tcPr>
          <w:p w14:paraId="6DC3EE2F" w14:textId="7C559FE7" w:rsidR="00D31755" w:rsidRPr="00D31755" w:rsidRDefault="00D31755" w:rsidP="00D31755">
            <w:pPr>
              <w:bidi/>
              <w:jc w:val="both"/>
              <w:rPr>
                <w:rFonts w:ascii="Simplified Arabic" w:hAnsi="Simplified Arabic" w:cs="Simplified Arabic"/>
                <w:sz w:val="20"/>
                <w:szCs w:val="20"/>
              </w:rPr>
            </w:pPr>
            <w:r w:rsidRPr="00D058E8">
              <w:rPr>
                <w:rtl/>
              </w:rPr>
              <w:t>تحديد تحكيم الاستبانة وتحكيم النموذج المقترح كل على حدة</w:t>
            </w:r>
            <w:r w:rsidRPr="00D058E8">
              <w:t>.</w:t>
            </w:r>
          </w:p>
        </w:tc>
        <w:tc>
          <w:tcPr>
            <w:tcW w:w="1134" w:type="dxa"/>
            <w:tcMar>
              <w:top w:w="100" w:type="dxa"/>
              <w:left w:w="100" w:type="dxa"/>
              <w:bottom w:w="100" w:type="dxa"/>
              <w:right w:w="100" w:type="dxa"/>
            </w:tcMar>
          </w:tcPr>
          <w:p w14:paraId="10956CE6"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742F94FB" w14:textId="77777777" w:rsidTr="00100366">
        <w:trPr>
          <w:cantSplit/>
          <w:jc w:val="center"/>
        </w:trPr>
        <w:tc>
          <w:tcPr>
            <w:tcW w:w="1927" w:type="dxa"/>
            <w:tcMar>
              <w:top w:w="100" w:type="dxa"/>
              <w:left w:w="100" w:type="dxa"/>
              <w:bottom w:w="100" w:type="dxa"/>
              <w:right w:w="100" w:type="dxa"/>
            </w:tcMar>
          </w:tcPr>
          <w:p w14:paraId="67D3D63A"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44CE6CBA" w14:textId="00A8B3E2" w:rsidR="00D31755" w:rsidRPr="00D31755" w:rsidRDefault="00D31755" w:rsidP="00D31755">
            <w:pPr>
              <w:bidi/>
              <w:jc w:val="both"/>
              <w:rPr>
                <w:rFonts w:ascii="Simplified Arabic" w:hAnsi="Simplified Arabic" w:cs="Simplified Arabic"/>
                <w:sz w:val="20"/>
                <w:szCs w:val="20"/>
              </w:rPr>
            </w:pPr>
            <w:r w:rsidRPr="00D058E8">
              <w:rPr>
                <w:rtl/>
              </w:rPr>
              <w:t>هل الفقرات تغطي أبعاد المتغيرات؟</w:t>
            </w:r>
          </w:p>
        </w:tc>
        <w:tc>
          <w:tcPr>
            <w:tcW w:w="4025" w:type="dxa"/>
            <w:tcMar>
              <w:top w:w="100" w:type="dxa"/>
              <w:left w:w="100" w:type="dxa"/>
              <w:bottom w:w="100" w:type="dxa"/>
              <w:right w:w="100" w:type="dxa"/>
            </w:tcMar>
          </w:tcPr>
          <w:p w14:paraId="3E2DE680" w14:textId="7F71D6FE" w:rsidR="00D31755" w:rsidRPr="00D31755" w:rsidRDefault="00D31755" w:rsidP="00D31755">
            <w:pPr>
              <w:bidi/>
              <w:jc w:val="both"/>
              <w:rPr>
                <w:rFonts w:ascii="Simplified Arabic" w:hAnsi="Simplified Arabic" w:cs="Simplified Arabic"/>
                <w:sz w:val="20"/>
                <w:szCs w:val="20"/>
              </w:rPr>
            </w:pPr>
            <w:r w:rsidRPr="00D058E8">
              <w:rPr>
                <w:rtl/>
              </w:rPr>
              <w:t>صدق المحتوى يجب أن يغطي الشراكات والحوكمة وإدارة الأداء.</w:t>
            </w:r>
          </w:p>
        </w:tc>
        <w:tc>
          <w:tcPr>
            <w:tcW w:w="1474" w:type="dxa"/>
            <w:tcMar>
              <w:top w:w="100" w:type="dxa"/>
              <w:left w:w="100" w:type="dxa"/>
              <w:bottom w:w="100" w:type="dxa"/>
              <w:right w:w="100" w:type="dxa"/>
            </w:tcMar>
          </w:tcPr>
          <w:p w14:paraId="01F0888E" w14:textId="53883161" w:rsidR="00D31755" w:rsidRPr="00D31755" w:rsidRDefault="00D31755" w:rsidP="00D31755">
            <w:pPr>
              <w:bidi/>
              <w:jc w:val="both"/>
              <w:rPr>
                <w:rFonts w:ascii="Simplified Arabic" w:hAnsi="Simplified Arabic" w:cs="Simplified Arabic"/>
                <w:sz w:val="20"/>
                <w:szCs w:val="20"/>
              </w:rPr>
            </w:pPr>
            <w:r w:rsidRPr="00D058E8">
              <w:rPr>
                <w:rtl/>
              </w:rPr>
              <w:t>جيد</w:t>
            </w:r>
          </w:p>
        </w:tc>
        <w:tc>
          <w:tcPr>
            <w:tcW w:w="3288" w:type="dxa"/>
            <w:tcMar>
              <w:top w:w="100" w:type="dxa"/>
              <w:left w:w="100" w:type="dxa"/>
              <w:bottom w:w="100" w:type="dxa"/>
              <w:right w:w="100" w:type="dxa"/>
            </w:tcMar>
          </w:tcPr>
          <w:p w14:paraId="03B37114" w14:textId="3593E3A7" w:rsidR="00D31755" w:rsidRPr="00D31755" w:rsidRDefault="00D31755" w:rsidP="00D31755">
            <w:pPr>
              <w:bidi/>
              <w:jc w:val="both"/>
              <w:rPr>
                <w:rFonts w:ascii="Simplified Arabic" w:hAnsi="Simplified Arabic" w:cs="Simplified Arabic"/>
                <w:sz w:val="20"/>
                <w:szCs w:val="20"/>
              </w:rPr>
            </w:pPr>
            <w:r w:rsidRPr="00D058E8">
              <w:rPr>
                <w:rtl/>
              </w:rPr>
              <w:t>إعداد جدول صدق محتوى للفقرات</w:t>
            </w:r>
            <w:r w:rsidRPr="00D058E8">
              <w:t>.</w:t>
            </w:r>
          </w:p>
        </w:tc>
        <w:tc>
          <w:tcPr>
            <w:tcW w:w="1134" w:type="dxa"/>
            <w:tcMar>
              <w:top w:w="100" w:type="dxa"/>
              <w:left w:w="100" w:type="dxa"/>
              <w:bottom w:w="100" w:type="dxa"/>
              <w:right w:w="100" w:type="dxa"/>
            </w:tcMar>
          </w:tcPr>
          <w:p w14:paraId="1605B64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6E6A2A2" w14:textId="77777777" w:rsidTr="00100366">
        <w:trPr>
          <w:cantSplit/>
          <w:jc w:val="center"/>
        </w:trPr>
        <w:tc>
          <w:tcPr>
            <w:tcW w:w="1927" w:type="dxa"/>
            <w:tcMar>
              <w:top w:w="100" w:type="dxa"/>
              <w:left w:w="100" w:type="dxa"/>
              <w:bottom w:w="100" w:type="dxa"/>
              <w:right w:w="100" w:type="dxa"/>
            </w:tcMar>
          </w:tcPr>
          <w:p w14:paraId="60735D27"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44C97C0E" w14:textId="353E37BC" w:rsidR="00D31755" w:rsidRPr="00D31755" w:rsidRDefault="00D31755" w:rsidP="00D31755">
            <w:pPr>
              <w:bidi/>
              <w:jc w:val="both"/>
              <w:rPr>
                <w:rFonts w:ascii="Simplified Arabic" w:hAnsi="Simplified Arabic" w:cs="Simplified Arabic"/>
                <w:sz w:val="20"/>
                <w:szCs w:val="20"/>
              </w:rPr>
            </w:pPr>
            <w:r w:rsidRPr="00D058E8">
              <w:rPr>
                <w:rtl/>
              </w:rPr>
              <w:t>هل تم التخطيط للتحقق من البناء العاملي؟</w:t>
            </w:r>
          </w:p>
        </w:tc>
        <w:tc>
          <w:tcPr>
            <w:tcW w:w="4025" w:type="dxa"/>
            <w:tcMar>
              <w:top w:w="100" w:type="dxa"/>
              <w:left w:w="100" w:type="dxa"/>
              <w:bottom w:w="100" w:type="dxa"/>
              <w:right w:w="100" w:type="dxa"/>
            </w:tcMar>
          </w:tcPr>
          <w:p w14:paraId="00A90B98" w14:textId="52CAAA7C" w:rsidR="00D31755" w:rsidRPr="00D31755" w:rsidRDefault="00D31755" w:rsidP="00D31755">
            <w:pPr>
              <w:bidi/>
              <w:jc w:val="both"/>
              <w:rPr>
                <w:rFonts w:ascii="Simplified Arabic" w:hAnsi="Simplified Arabic" w:cs="Simplified Arabic"/>
                <w:sz w:val="20"/>
                <w:szCs w:val="20"/>
              </w:rPr>
            </w:pPr>
            <w:r w:rsidRPr="00D058E8">
              <w:rPr>
                <w:rtl/>
              </w:rPr>
              <w:t>صدق البناء للأداة الكمية يحتاج خطة واضحة بعد جمع البيانات.</w:t>
            </w:r>
          </w:p>
        </w:tc>
        <w:tc>
          <w:tcPr>
            <w:tcW w:w="1474" w:type="dxa"/>
            <w:tcMar>
              <w:top w:w="100" w:type="dxa"/>
              <w:left w:w="100" w:type="dxa"/>
              <w:bottom w:w="100" w:type="dxa"/>
              <w:right w:w="100" w:type="dxa"/>
            </w:tcMar>
          </w:tcPr>
          <w:p w14:paraId="702E65E9" w14:textId="17781BAA" w:rsidR="00D31755" w:rsidRPr="00D31755" w:rsidRDefault="00D31755" w:rsidP="00D31755">
            <w:pPr>
              <w:bidi/>
              <w:jc w:val="both"/>
              <w:rPr>
                <w:rFonts w:ascii="Simplified Arabic" w:hAnsi="Simplified Arabic" w:cs="Simplified Arabic"/>
                <w:sz w:val="20"/>
                <w:szCs w:val="20"/>
              </w:rPr>
            </w:pPr>
            <w:r w:rsidRPr="00D058E8">
              <w:rPr>
                <w:rtl/>
              </w:rPr>
              <w:t>جيد</w:t>
            </w:r>
          </w:p>
        </w:tc>
        <w:tc>
          <w:tcPr>
            <w:tcW w:w="3288" w:type="dxa"/>
            <w:tcMar>
              <w:top w:w="100" w:type="dxa"/>
              <w:left w:w="100" w:type="dxa"/>
              <w:bottom w:w="100" w:type="dxa"/>
              <w:right w:w="100" w:type="dxa"/>
            </w:tcMar>
          </w:tcPr>
          <w:p w14:paraId="3F08957B" w14:textId="6284E875" w:rsidR="00D31755" w:rsidRPr="00D31755" w:rsidRDefault="00D31755" w:rsidP="00D31755">
            <w:pPr>
              <w:bidi/>
              <w:jc w:val="both"/>
              <w:rPr>
                <w:rFonts w:ascii="Simplified Arabic" w:hAnsi="Simplified Arabic" w:cs="Simplified Arabic"/>
                <w:sz w:val="20"/>
                <w:szCs w:val="20"/>
              </w:rPr>
            </w:pPr>
            <w:r w:rsidRPr="00D058E8">
              <w:rPr>
                <w:rtl/>
              </w:rPr>
              <w:t>تحديد أسلوب صدق البناء</w:t>
            </w:r>
            <w:r w:rsidRPr="00D058E8">
              <w:t>.</w:t>
            </w:r>
          </w:p>
        </w:tc>
        <w:tc>
          <w:tcPr>
            <w:tcW w:w="1134" w:type="dxa"/>
            <w:tcMar>
              <w:top w:w="100" w:type="dxa"/>
              <w:left w:w="100" w:type="dxa"/>
              <w:bottom w:w="100" w:type="dxa"/>
              <w:right w:w="100" w:type="dxa"/>
            </w:tcMar>
          </w:tcPr>
          <w:p w14:paraId="475B5C09"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7D59E17" w14:textId="77777777" w:rsidTr="00100366">
        <w:trPr>
          <w:cantSplit/>
          <w:jc w:val="center"/>
        </w:trPr>
        <w:tc>
          <w:tcPr>
            <w:tcW w:w="1927" w:type="dxa"/>
            <w:tcMar>
              <w:top w:w="100" w:type="dxa"/>
              <w:left w:w="100" w:type="dxa"/>
              <w:bottom w:w="100" w:type="dxa"/>
              <w:right w:w="100" w:type="dxa"/>
            </w:tcMar>
          </w:tcPr>
          <w:p w14:paraId="28F9E0C4"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153096B9" w14:textId="0A76F674" w:rsidR="00D31755" w:rsidRPr="00D31755" w:rsidRDefault="00D31755" w:rsidP="00D31755">
            <w:pPr>
              <w:bidi/>
              <w:jc w:val="both"/>
              <w:rPr>
                <w:rFonts w:ascii="Simplified Arabic" w:hAnsi="Simplified Arabic" w:cs="Simplified Arabic"/>
                <w:sz w:val="20"/>
                <w:szCs w:val="20"/>
              </w:rPr>
            </w:pPr>
            <w:r w:rsidRPr="00D058E8">
              <w:rPr>
                <w:rtl/>
              </w:rPr>
              <w:t>هل الدراسة تستخدم نمذجة معادلات بنائية؟</w:t>
            </w:r>
          </w:p>
        </w:tc>
        <w:tc>
          <w:tcPr>
            <w:tcW w:w="4025" w:type="dxa"/>
            <w:tcMar>
              <w:top w:w="100" w:type="dxa"/>
              <w:left w:w="100" w:type="dxa"/>
              <w:bottom w:w="100" w:type="dxa"/>
              <w:right w:w="100" w:type="dxa"/>
            </w:tcMar>
          </w:tcPr>
          <w:p w14:paraId="0412F0AE" w14:textId="01634401" w:rsidR="00D31755" w:rsidRPr="00D31755" w:rsidRDefault="00D31755" w:rsidP="00D31755">
            <w:pPr>
              <w:bidi/>
              <w:jc w:val="both"/>
              <w:rPr>
                <w:rFonts w:ascii="Simplified Arabic" w:hAnsi="Simplified Arabic" w:cs="Simplified Arabic"/>
                <w:sz w:val="20"/>
                <w:szCs w:val="20"/>
              </w:rPr>
            </w:pPr>
            <w:r w:rsidRPr="00D058E8">
              <w:rPr>
                <w:rtl/>
              </w:rPr>
              <w:t xml:space="preserve">مؤشرات الصدق </w:t>
            </w:r>
            <w:proofErr w:type="spellStart"/>
            <w:r w:rsidRPr="00D058E8">
              <w:rPr>
                <w:rtl/>
              </w:rPr>
              <w:t>التقاربي</w:t>
            </w:r>
            <w:proofErr w:type="spellEnd"/>
            <w:r w:rsidRPr="00D058E8">
              <w:rPr>
                <w:rtl/>
              </w:rPr>
              <w:t xml:space="preserve"> والتمييزي لا تستخدم إلا مع نموذج قياس بنائي.</w:t>
            </w:r>
          </w:p>
        </w:tc>
        <w:tc>
          <w:tcPr>
            <w:tcW w:w="1474" w:type="dxa"/>
            <w:tcMar>
              <w:top w:w="100" w:type="dxa"/>
              <w:left w:w="100" w:type="dxa"/>
              <w:bottom w:w="100" w:type="dxa"/>
              <w:right w:w="100" w:type="dxa"/>
            </w:tcMar>
          </w:tcPr>
          <w:p w14:paraId="65A802E6" w14:textId="74BEF0EE" w:rsidR="00D31755" w:rsidRPr="00D31755" w:rsidRDefault="00D31755" w:rsidP="00D31755">
            <w:pPr>
              <w:bidi/>
              <w:jc w:val="both"/>
              <w:rPr>
                <w:rFonts w:ascii="Simplified Arabic" w:hAnsi="Simplified Arabic" w:cs="Simplified Arabic"/>
                <w:sz w:val="20"/>
                <w:szCs w:val="20"/>
              </w:rPr>
            </w:pPr>
            <w:r w:rsidRPr="00D058E8">
              <w:rPr>
                <w:rtl/>
              </w:rPr>
              <w:t>مقبول</w:t>
            </w:r>
          </w:p>
        </w:tc>
        <w:tc>
          <w:tcPr>
            <w:tcW w:w="3288" w:type="dxa"/>
            <w:tcMar>
              <w:top w:w="100" w:type="dxa"/>
              <w:left w:w="100" w:type="dxa"/>
              <w:bottom w:w="100" w:type="dxa"/>
              <w:right w:w="100" w:type="dxa"/>
            </w:tcMar>
          </w:tcPr>
          <w:p w14:paraId="79841A87" w14:textId="631400FE" w:rsidR="00D31755" w:rsidRPr="00D31755" w:rsidRDefault="00D31755" w:rsidP="00D31755">
            <w:pPr>
              <w:bidi/>
              <w:jc w:val="both"/>
              <w:rPr>
                <w:rFonts w:ascii="Simplified Arabic" w:hAnsi="Simplified Arabic" w:cs="Simplified Arabic"/>
                <w:sz w:val="20"/>
                <w:szCs w:val="20"/>
              </w:rPr>
            </w:pPr>
            <w:r w:rsidRPr="00D058E8">
              <w:rPr>
                <w:rtl/>
              </w:rPr>
              <w:t>حذف المؤشرات غير المستخدمة أو تبريرها</w:t>
            </w:r>
            <w:r w:rsidRPr="00D058E8">
              <w:t>.</w:t>
            </w:r>
          </w:p>
        </w:tc>
        <w:tc>
          <w:tcPr>
            <w:tcW w:w="1134" w:type="dxa"/>
            <w:tcMar>
              <w:top w:w="100" w:type="dxa"/>
              <w:left w:w="100" w:type="dxa"/>
              <w:bottom w:w="100" w:type="dxa"/>
              <w:right w:w="100" w:type="dxa"/>
            </w:tcMar>
          </w:tcPr>
          <w:p w14:paraId="5BFA993D"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BE23507" w14:textId="77777777" w:rsidTr="00100366">
        <w:trPr>
          <w:cantSplit/>
          <w:jc w:val="center"/>
        </w:trPr>
        <w:tc>
          <w:tcPr>
            <w:tcW w:w="1927" w:type="dxa"/>
            <w:tcMar>
              <w:top w:w="100" w:type="dxa"/>
              <w:left w:w="100" w:type="dxa"/>
              <w:bottom w:w="100" w:type="dxa"/>
              <w:right w:w="100" w:type="dxa"/>
            </w:tcMar>
          </w:tcPr>
          <w:p w14:paraId="191EA589"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47C12FB1" w14:textId="1D0B292A" w:rsidR="00D31755" w:rsidRPr="00D31755" w:rsidRDefault="00D31755" w:rsidP="00D31755">
            <w:pPr>
              <w:bidi/>
              <w:jc w:val="both"/>
              <w:rPr>
                <w:rFonts w:ascii="Simplified Arabic" w:hAnsi="Simplified Arabic" w:cs="Simplified Arabic"/>
                <w:sz w:val="20"/>
                <w:szCs w:val="20"/>
              </w:rPr>
            </w:pPr>
            <w:r w:rsidRPr="00D058E8">
              <w:rPr>
                <w:rtl/>
              </w:rPr>
              <w:t>هل تم توضيح معامل ألفا كرونباخ أو الثبات المركب؟</w:t>
            </w:r>
          </w:p>
        </w:tc>
        <w:tc>
          <w:tcPr>
            <w:tcW w:w="4025" w:type="dxa"/>
            <w:tcMar>
              <w:top w:w="100" w:type="dxa"/>
              <w:left w:w="100" w:type="dxa"/>
              <w:bottom w:w="100" w:type="dxa"/>
              <w:right w:w="100" w:type="dxa"/>
            </w:tcMar>
          </w:tcPr>
          <w:p w14:paraId="594F789C" w14:textId="64165D1D" w:rsidR="00D31755" w:rsidRPr="00D31755" w:rsidRDefault="00D31755" w:rsidP="00D31755">
            <w:pPr>
              <w:bidi/>
              <w:jc w:val="both"/>
              <w:rPr>
                <w:rFonts w:ascii="Simplified Arabic" w:hAnsi="Simplified Arabic" w:cs="Simplified Arabic"/>
                <w:sz w:val="20"/>
                <w:szCs w:val="20"/>
              </w:rPr>
            </w:pPr>
            <w:r w:rsidRPr="00D058E8">
              <w:rPr>
                <w:rtl/>
              </w:rPr>
              <w:t>الثبات ينبغي حسابه لكل محور من محاور الاستبانة.</w:t>
            </w:r>
          </w:p>
        </w:tc>
        <w:tc>
          <w:tcPr>
            <w:tcW w:w="1474" w:type="dxa"/>
            <w:tcMar>
              <w:top w:w="100" w:type="dxa"/>
              <w:left w:w="100" w:type="dxa"/>
              <w:bottom w:w="100" w:type="dxa"/>
              <w:right w:w="100" w:type="dxa"/>
            </w:tcMar>
          </w:tcPr>
          <w:p w14:paraId="58D2D44F" w14:textId="7D56D17F" w:rsidR="00D31755" w:rsidRPr="00D31755" w:rsidRDefault="00D31755" w:rsidP="00D31755">
            <w:pPr>
              <w:bidi/>
              <w:jc w:val="both"/>
              <w:rPr>
                <w:rFonts w:ascii="Simplified Arabic" w:hAnsi="Simplified Arabic" w:cs="Simplified Arabic"/>
                <w:sz w:val="20"/>
                <w:szCs w:val="20"/>
              </w:rPr>
            </w:pPr>
            <w:r w:rsidRPr="00D058E8">
              <w:rPr>
                <w:rtl/>
              </w:rPr>
              <w:t>جيد</w:t>
            </w:r>
          </w:p>
        </w:tc>
        <w:tc>
          <w:tcPr>
            <w:tcW w:w="3288" w:type="dxa"/>
            <w:tcMar>
              <w:top w:w="100" w:type="dxa"/>
              <w:left w:w="100" w:type="dxa"/>
              <w:bottom w:w="100" w:type="dxa"/>
              <w:right w:w="100" w:type="dxa"/>
            </w:tcMar>
          </w:tcPr>
          <w:p w14:paraId="2B27BA29" w14:textId="240862F3" w:rsidR="00D31755" w:rsidRPr="00D31755" w:rsidRDefault="00D31755" w:rsidP="00D31755">
            <w:pPr>
              <w:bidi/>
              <w:jc w:val="both"/>
              <w:rPr>
                <w:rFonts w:ascii="Simplified Arabic" w:hAnsi="Simplified Arabic" w:cs="Simplified Arabic"/>
                <w:sz w:val="20"/>
                <w:szCs w:val="20"/>
              </w:rPr>
            </w:pPr>
            <w:r w:rsidRPr="00D058E8">
              <w:rPr>
                <w:rtl/>
              </w:rPr>
              <w:t>عرض ألفا كرونباخ لكل محور بعد الاستطلاع</w:t>
            </w:r>
            <w:r w:rsidRPr="00D058E8">
              <w:t>.</w:t>
            </w:r>
          </w:p>
        </w:tc>
        <w:tc>
          <w:tcPr>
            <w:tcW w:w="1134" w:type="dxa"/>
            <w:tcMar>
              <w:top w:w="100" w:type="dxa"/>
              <w:left w:w="100" w:type="dxa"/>
              <w:bottom w:w="100" w:type="dxa"/>
              <w:right w:w="100" w:type="dxa"/>
            </w:tcMar>
          </w:tcPr>
          <w:p w14:paraId="2E1D7A1B"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2257B61B" w14:textId="77777777" w:rsidTr="00100366">
        <w:trPr>
          <w:cantSplit/>
          <w:jc w:val="center"/>
        </w:trPr>
        <w:tc>
          <w:tcPr>
            <w:tcW w:w="1927" w:type="dxa"/>
            <w:tcMar>
              <w:top w:w="100" w:type="dxa"/>
              <w:left w:w="100" w:type="dxa"/>
              <w:bottom w:w="100" w:type="dxa"/>
              <w:right w:w="100" w:type="dxa"/>
            </w:tcMar>
          </w:tcPr>
          <w:p w14:paraId="70191180"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tcPr>
          <w:p w14:paraId="0CC1520A" w14:textId="5FDC51AC" w:rsidR="00D31755" w:rsidRPr="00D31755" w:rsidRDefault="00D31755" w:rsidP="00D31755">
            <w:pPr>
              <w:bidi/>
              <w:jc w:val="both"/>
              <w:rPr>
                <w:rFonts w:ascii="Simplified Arabic" w:hAnsi="Simplified Arabic" w:cs="Simplified Arabic"/>
                <w:sz w:val="20"/>
                <w:szCs w:val="20"/>
              </w:rPr>
            </w:pPr>
            <w:r w:rsidRPr="00D058E8">
              <w:rPr>
                <w:rtl/>
              </w:rPr>
              <w:t>هل توجد دراسة استطلاعية؟</w:t>
            </w:r>
          </w:p>
        </w:tc>
        <w:tc>
          <w:tcPr>
            <w:tcW w:w="4025" w:type="dxa"/>
            <w:tcMar>
              <w:top w:w="100" w:type="dxa"/>
              <w:left w:w="100" w:type="dxa"/>
              <w:bottom w:w="100" w:type="dxa"/>
              <w:right w:w="100" w:type="dxa"/>
            </w:tcMar>
          </w:tcPr>
          <w:p w14:paraId="6F750AE5" w14:textId="0F22B565" w:rsidR="00D31755" w:rsidRPr="00D31755" w:rsidRDefault="00D31755" w:rsidP="00D31755">
            <w:pPr>
              <w:bidi/>
              <w:jc w:val="both"/>
              <w:rPr>
                <w:rFonts w:ascii="Simplified Arabic" w:hAnsi="Simplified Arabic" w:cs="Simplified Arabic"/>
                <w:sz w:val="20"/>
                <w:szCs w:val="20"/>
              </w:rPr>
            </w:pPr>
            <w:r w:rsidRPr="00D058E8">
              <w:rPr>
                <w:rtl/>
              </w:rPr>
              <w:t>الدراسة الاستطلاعية ضرورية للتحقق من وضوح المصطلحات البيئية والحوكمة.</w:t>
            </w:r>
          </w:p>
        </w:tc>
        <w:tc>
          <w:tcPr>
            <w:tcW w:w="1474" w:type="dxa"/>
            <w:tcMar>
              <w:top w:w="100" w:type="dxa"/>
              <w:left w:w="100" w:type="dxa"/>
              <w:bottom w:w="100" w:type="dxa"/>
              <w:right w:w="100" w:type="dxa"/>
            </w:tcMar>
          </w:tcPr>
          <w:p w14:paraId="782FD50B" w14:textId="25927EBD" w:rsidR="00D31755" w:rsidRPr="00D31755" w:rsidRDefault="00D31755" w:rsidP="00D31755">
            <w:pPr>
              <w:bidi/>
              <w:jc w:val="both"/>
              <w:rPr>
                <w:rFonts w:ascii="Simplified Arabic" w:hAnsi="Simplified Arabic" w:cs="Simplified Arabic"/>
                <w:sz w:val="20"/>
                <w:szCs w:val="20"/>
              </w:rPr>
            </w:pPr>
            <w:r w:rsidRPr="00D058E8">
              <w:rPr>
                <w:rtl/>
              </w:rPr>
              <w:t>جيد مع تعديل</w:t>
            </w:r>
          </w:p>
        </w:tc>
        <w:tc>
          <w:tcPr>
            <w:tcW w:w="3288" w:type="dxa"/>
            <w:tcMar>
              <w:top w:w="100" w:type="dxa"/>
              <w:left w:w="100" w:type="dxa"/>
              <w:bottom w:w="100" w:type="dxa"/>
              <w:right w:w="100" w:type="dxa"/>
            </w:tcMar>
          </w:tcPr>
          <w:p w14:paraId="5E0D0FE3" w14:textId="3D6038EA" w:rsidR="00D31755" w:rsidRPr="00D31755" w:rsidRDefault="00D31755" w:rsidP="00D31755">
            <w:pPr>
              <w:bidi/>
              <w:jc w:val="both"/>
              <w:rPr>
                <w:rFonts w:ascii="Simplified Arabic" w:hAnsi="Simplified Arabic" w:cs="Simplified Arabic"/>
                <w:sz w:val="20"/>
                <w:szCs w:val="20"/>
              </w:rPr>
            </w:pPr>
            <w:r w:rsidRPr="00D058E8">
              <w:rPr>
                <w:rtl/>
              </w:rPr>
              <w:t>إجراء دراسة استطلاعية على فئة قريبة من المجتمع</w:t>
            </w:r>
            <w:r w:rsidRPr="00D058E8">
              <w:t>.</w:t>
            </w:r>
          </w:p>
        </w:tc>
        <w:tc>
          <w:tcPr>
            <w:tcW w:w="1134" w:type="dxa"/>
            <w:tcMar>
              <w:top w:w="100" w:type="dxa"/>
              <w:left w:w="100" w:type="dxa"/>
              <w:bottom w:w="100" w:type="dxa"/>
              <w:right w:w="100" w:type="dxa"/>
            </w:tcMar>
          </w:tcPr>
          <w:p w14:paraId="36277246"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4273FDBA" w14:textId="77777777" w:rsidTr="00100366">
        <w:trPr>
          <w:cantSplit/>
          <w:jc w:val="center"/>
        </w:trPr>
        <w:tc>
          <w:tcPr>
            <w:tcW w:w="1927" w:type="dxa"/>
            <w:tcMar>
              <w:top w:w="100" w:type="dxa"/>
              <w:left w:w="100" w:type="dxa"/>
              <w:bottom w:w="100" w:type="dxa"/>
              <w:right w:w="100" w:type="dxa"/>
            </w:tcMar>
          </w:tcPr>
          <w:p w14:paraId="19F1F90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جودة الترجمة</w:t>
            </w:r>
          </w:p>
        </w:tc>
        <w:tc>
          <w:tcPr>
            <w:tcW w:w="3005" w:type="dxa"/>
            <w:tcMar>
              <w:top w:w="100" w:type="dxa"/>
              <w:left w:w="100" w:type="dxa"/>
              <w:bottom w:w="100" w:type="dxa"/>
              <w:right w:w="100" w:type="dxa"/>
            </w:tcMar>
          </w:tcPr>
          <w:p w14:paraId="72EA9B57" w14:textId="1B8E4EA0" w:rsidR="00D31755" w:rsidRPr="00D31755" w:rsidRDefault="00D31755" w:rsidP="00D31755">
            <w:pPr>
              <w:bidi/>
              <w:jc w:val="both"/>
              <w:rPr>
                <w:rFonts w:ascii="Simplified Arabic" w:hAnsi="Simplified Arabic" w:cs="Simplified Arabic"/>
                <w:sz w:val="20"/>
                <w:szCs w:val="20"/>
              </w:rPr>
            </w:pPr>
            <w:r w:rsidRPr="00D058E8">
              <w:rPr>
                <w:rtl/>
              </w:rPr>
              <w:t>إذا كانت الأداة مترجمة، هل تم التحقق من الترجمة؟</w:t>
            </w:r>
          </w:p>
        </w:tc>
        <w:tc>
          <w:tcPr>
            <w:tcW w:w="4025" w:type="dxa"/>
            <w:tcMar>
              <w:top w:w="100" w:type="dxa"/>
              <w:left w:w="100" w:type="dxa"/>
              <w:bottom w:w="100" w:type="dxa"/>
              <w:right w:w="100" w:type="dxa"/>
            </w:tcMar>
          </w:tcPr>
          <w:p w14:paraId="2D563BBD" w14:textId="4E5BF245" w:rsidR="00D31755" w:rsidRPr="00D31755" w:rsidRDefault="00D31755" w:rsidP="00D31755">
            <w:pPr>
              <w:bidi/>
              <w:jc w:val="both"/>
              <w:rPr>
                <w:rFonts w:ascii="Simplified Arabic" w:hAnsi="Simplified Arabic" w:cs="Simplified Arabic"/>
                <w:sz w:val="20"/>
                <w:szCs w:val="20"/>
              </w:rPr>
            </w:pPr>
            <w:r w:rsidRPr="00D058E8">
              <w:rPr>
                <w:rtl/>
              </w:rPr>
              <w:t>المصطلحات البيئية والقانونية تحتاج ضبطًا وتوحيدًا.</w:t>
            </w:r>
          </w:p>
        </w:tc>
        <w:tc>
          <w:tcPr>
            <w:tcW w:w="1474" w:type="dxa"/>
            <w:tcMar>
              <w:top w:w="100" w:type="dxa"/>
              <w:left w:w="100" w:type="dxa"/>
              <w:bottom w:w="100" w:type="dxa"/>
              <w:right w:w="100" w:type="dxa"/>
            </w:tcMar>
          </w:tcPr>
          <w:p w14:paraId="603E811F" w14:textId="5BDBADD4" w:rsidR="00D31755" w:rsidRPr="00D31755" w:rsidRDefault="00D31755" w:rsidP="00D31755">
            <w:pPr>
              <w:bidi/>
              <w:jc w:val="both"/>
              <w:rPr>
                <w:rFonts w:ascii="Simplified Arabic" w:hAnsi="Simplified Arabic" w:cs="Simplified Arabic"/>
                <w:sz w:val="20"/>
                <w:szCs w:val="20"/>
              </w:rPr>
            </w:pPr>
            <w:r w:rsidRPr="00D058E8">
              <w:rPr>
                <w:rtl/>
              </w:rPr>
              <w:t>جيد</w:t>
            </w:r>
          </w:p>
        </w:tc>
        <w:tc>
          <w:tcPr>
            <w:tcW w:w="3288" w:type="dxa"/>
            <w:tcMar>
              <w:top w:w="100" w:type="dxa"/>
              <w:left w:w="100" w:type="dxa"/>
              <w:bottom w:w="100" w:type="dxa"/>
              <w:right w:w="100" w:type="dxa"/>
            </w:tcMar>
          </w:tcPr>
          <w:p w14:paraId="58EC7CB1" w14:textId="7CB44B16" w:rsidR="00D31755" w:rsidRPr="00D31755" w:rsidRDefault="00D31755" w:rsidP="00D31755">
            <w:pPr>
              <w:bidi/>
              <w:jc w:val="both"/>
              <w:rPr>
                <w:rFonts w:ascii="Simplified Arabic" w:hAnsi="Simplified Arabic" w:cs="Simplified Arabic"/>
                <w:sz w:val="20"/>
                <w:szCs w:val="20"/>
              </w:rPr>
            </w:pPr>
            <w:r w:rsidRPr="00D058E8">
              <w:rPr>
                <w:rtl/>
              </w:rPr>
              <w:t>توحيد مفاهيم الحوكمة والتفتيش والأداء</w:t>
            </w:r>
            <w:r w:rsidRPr="00D058E8">
              <w:t>.</w:t>
            </w:r>
          </w:p>
        </w:tc>
        <w:tc>
          <w:tcPr>
            <w:tcW w:w="1134" w:type="dxa"/>
            <w:tcMar>
              <w:top w:w="100" w:type="dxa"/>
              <w:left w:w="100" w:type="dxa"/>
              <w:bottom w:w="100" w:type="dxa"/>
              <w:right w:w="100" w:type="dxa"/>
            </w:tcMar>
          </w:tcPr>
          <w:p w14:paraId="03788ADD" w14:textId="77777777" w:rsidR="00D31755" w:rsidRPr="00D31755" w:rsidRDefault="00D31755" w:rsidP="00D31755">
            <w:pPr>
              <w:bidi/>
              <w:jc w:val="both"/>
              <w:rPr>
                <w:rFonts w:ascii="Simplified Arabic" w:hAnsi="Simplified Arabic" w:cs="Simplified Arabic"/>
                <w:sz w:val="20"/>
                <w:szCs w:val="20"/>
              </w:rPr>
            </w:pPr>
          </w:p>
        </w:tc>
      </w:tr>
    </w:tbl>
    <w:p w14:paraId="76D9A04F"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2A172364" w14:textId="77777777" w:rsidTr="00047CBC">
        <w:trPr>
          <w:cantSplit/>
          <w:tblHeader/>
          <w:jc w:val="center"/>
        </w:trPr>
        <w:tc>
          <w:tcPr>
            <w:tcW w:w="1927" w:type="dxa"/>
            <w:tcMar>
              <w:top w:w="100" w:type="dxa"/>
              <w:left w:w="100" w:type="dxa"/>
              <w:bottom w:w="100" w:type="dxa"/>
              <w:right w:w="100" w:type="dxa"/>
            </w:tcMar>
            <w:vAlign w:val="center"/>
          </w:tcPr>
          <w:p w14:paraId="15E7EB71"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D40018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B8769B8"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4EF6B05"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FE97AFA"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B1FB2B2"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0F97C173" w14:textId="77777777" w:rsidTr="00183B26">
        <w:trPr>
          <w:cantSplit/>
          <w:jc w:val="center"/>
        </w:trPr>
        <w:tc>
          <w:tcPr>
            <w:tcW w:w="1927" w:type="dxa"/>
            <w:tcMar>
              <w:top w:w="100" w:type="dxa"/>
              <w:left w:w="100" w:type="dxa"/>
              <w:bottom w:w="100" w:type="dxa"/>
              <w:right w:w="100" w:type="dxa"/>
            </w:tcMar>
          </w:tcPr>
          <w:p w14:paraId="54B58D2B"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الموافقة</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53F57C4B" w14:textId="65EE8090" w:rsidR="00D31755" w:rsidRPr="00D31755" w:rsidRDefault="00D31755" w:rsidP="00D31755">
            <w:pPr>
              <w:bidi/>
              <w:jc w:val="both"/>
              <w:rPr>
                <w:rFonts w:ascii="Simplified Arabic" w:hAnsi="Simplified Arabic" w:cs="Simplified Arabic"/>
                <w:sz w:val="20"/>
                <w:szCs w:val="20"/>
              </w:rPr>
            </w:pPr>
            <w:r w:rsidRPr="00312579">
              <w:rPr>
                <w:rtl/>
              </w:rPr>
              <w:t>هل تم توضيح موافقة المشاركين؟</w:t>
            </w:r>
          </w:p>
        </w:tc>
        <w:tc>
          <w:tcPr>
            <w:tcW w:w="4025" w:type="dxa"/>
            <w:tcMar>
              <w:top w:w="100" w:type="dxa"/>
              <w:left w:w="100" w:type="dxa"/>
              <w:bottom w:w="100" w:type="dxa"/>
              <w:right w:w="100" w:type="dxa"/>
            </w:tcMar>
          </w:tcPr>
          <w:p w14:paraId="0BAE22A4" w14:textId="32E13ADB" w:rsidR="00D31755" w:rsidRPr="00D31755" w:rsidRDefault="00D31755" w:rsidP="00D31755">
            <w:pPr>
              <w:bidi/>
              <w:jc w:val="both"/>
              <w:rPr>
                <w:rFonts w:ascii="Simplified Arabic" w:hAnsi="Simplified Arabic" w:cs="Simplified Arabic"/>
                <w:sz w:val="20"/>
                <w:szCs w:val="20"/>
              </w:rPr>
            </w:pPr>
            <w:r w:rsidRPr="00312579">
              <w:rPr>
                <w:rtl/>
              </w:rPr>
              <w:t>الموافقة المستنيرة ضرورية للمشاركين من الجهات المختلفة.</w:t>
            </w:r>
          </w:p>
        </w:tc>
        <w:tc>
          <w:tcPr>
            <w:tcW w:w="1474" w:type="dxa"/>
            <w:tcMar>
              <w:top w:w="100" w:type="dxa"/>
              <w:left w:w="100" w:type="dxa"/>
              <w:bottom w:w="100" w:type="dxa"/>
              <w:right w:w="100" w:type="dxa"/>
            </w:tcMar>
          </w:tcPr>
          <w:p w14:paraId="32739571" w14:textId="3E84F45A" w:rsidR="00D31755" w:rsidRPr="00D31755" w:rsidRDefault="00D31755" w:rsidP="00D31755">
            <w:pPr>
              <w:bidi/>
              <w:jc w:val="both"/>
              <w:rPr>
                <w:rFonts w:ascii="Simplified Arabic" w:hAnsi="Simplified Arabic" w:cs="Simplified Arabic"/>
                <w:sz w:val="20"/>
                <w:szCs w:val="20"/>
              </w:rPr>
            </w:pPr>
            <w:r w:rsidRPr="00312579">
              <w:rPr>
                <w:rtl/>
              </w:rPr>
              <w:t>جيد</w:t>
            </w:r>
          </w:p>
        </w:tc>
        <w:tc>
          <w:tcPr>
            <w:tcW w:w="3288" w:type="dxa"/>
            <w:tcMar>
              <w:top w:w="100" w:type="dxa"/>
              <w:left w:w="100" w:type="dxa"/>
              <w:bottom w:w="100" w:type="dxa"/>
              <w:right w:w="100" w:type="dxa"/>
            </w:tcMar>
          </w:tcPr>
          <w:p w14:paraId="1738DBCE" w14:textId="292BD25B" w:rsidR="00D31755" w:rsidRPr="00D31755" w:rsidRDefault="00D31755" w:rsidP="00D31755">
            <w:pPr>
              <w:bidi/>
              <w:jc w:val="both"/>
              <w:rPr>
                <w:rFonts w:ascii="Simplified Arabic" w:hAnsi="Simplified Arabic" w:cs="Simplified Arabic"/>
                <w:sz w:val="20"/>
                <w:szCs w:val="20"/>
              </w:rPr>
            </w:pPr>
            <w:r w:rsidRPr="00312579">
              <w:rPr>
                <w:rtl/>
              </w:rPr>
              <w:t>إدراج نص موافقة واضح</w:t>
            </w:r>
            <w:r w:rsidRPr="00312579">
              <w:t>.</w:t>
            </w:r>
          </w:p>
        </w:tc>
        <w:tc>
          <w:tcPr>
            <w:tcW w:w="1134" w:type="dxa"/>
            <w:tcMar>
              <w:top w:w="100" w:type="dxa"/>
              <w:left w:w="100" w:type="dxa"/>
              <w:bottom w:w="100" w:type="dxa"/>
              <w:right w:w="100" w:type="dxa"/>
            </w:tcMar>
          </w:tcPr>
          <w:p w14:paraId="7B5539CF"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13E96C9" w14:textId="77777777" w:rsidTr="00183B26">
        <w:trPr>
          <w:cantSplit/>
          <w:jc w:val="center"/>
        </w:trPr>
        <w:tc>
          <w:tcPr>
            <w:tcW w:w="1927" w:type="dxa"/>
            <w:tcMar>
              <w:top w:w="100" w:type="dxa"/>
              <w:left w:w="100" w:type="dxa"/>
              <w:bottom w:w="100" w:type="dxa"/>
              <w:right w:w="100" w:type="dxa"/>
            </w:tcMar>
          </w:tcPr>
          <w:p w14:paraId="4BE5070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2C4AB457" w14:textId="38C2EF9D" w:rsidR="00D31755" w:rsidRPr="00D31755" w:rsidRDefault="00D31755" w:rsidP="00D31755">
            <w:pPr>
              <w:bidi/>
              <w:jc w:val="both"/>
              <w:rPr>
                <w:rFonts w:ascii="Simplified Arabic" w:hAnsi="Simplified Arabic" w:cs="Simplified Arabic"/>
                <w:sz w:val="20"/>
                <w:szCs w:val="20"/>
              </w:rPr>
            </w:pPr>
            <w:r w:rsidRPr="00312579">
              <w:rPr>
                <w:rtl/>
              </w:rPr>
              <w:t>هل تم توضيح حماية البيانات؟</w:t>
            </w:r>
          </w:p>
        </w:tc>
        <w:tc>
          <w:tcPr>
            <w:tcW w:w="4025" w:type="dxa"/>
            <w:tcMar>
              <w:top w:w="100" w:type="dxa"/>
              <w:left w:w="100" w:type="dxa"/>
              <w:bottom w:w="100" w:type="dxa"/>
              <w:right w:w="100" w:type="dxa"/>
            </w:tcMar>
          </w:tcPr>
          <w:p w14:paraId="48F53490" w14:textId="292335B0" w:rsidR="00D31755" w:rsidRPr="00D31755" w:rsidRDefault="00D31755" w:rsidP="00D31755">
            <w:pPr>
              <w:bidi/>
              <w:jc w:val="both"/>
              <w:rPr>
                <w:rFonts w:ascii="Simplified Arabic" w:hAnsi="Simplified Arabic" w:cs="Simplified Arabic"/>
                <w:sz w:val="20"/>
                <w:szCs w:val="20"/>
              </w:rPr>
            </w:pPr>
            <w:r w:rsidRPr="00312579">
              <w:rPr>
                <w:rtl/>
              </w:rPr>
              <w:t>السرية مهمة لأن الآراء قد تتعلق بأداء مؤسسات أو شراكات قائمة.</w:t>
            </w:r>
          </w:p>
        </w:tc>
        <w:tc>
          <w:tcPr>
            <w:tcW w:w="1474" w:type="dxa"/>
            <w:tcMar>
              <w:top w:w="100" w:type="dxa"/>
              <w:left w:w="100" w:type="dxa"/>
              <w:bottom w:w="100" w:type="dxa"/>
              <w:right w:w="100" w:type="dxa"/>
            </w:tcMar>
          </w:tcPr>
          <w:p w14:paraId="01EE52AE" w14:textId="1EAC0CBB" w:rsidR="00D31755" w:rsidRPr="00D31755" w:rsidRDefault="00D31755" w:rsidP="00D31755">
            <w:pPr>
              <w:bidi/>
              <w:jc w:val="both"/>
              <w:rPr>
                <w:rFonts w:ascii="Simplified Arabic" w:hAnsi="Simplified Arabic" w:cs="Simplified Arabic"/>
                <w:sz w:val="20"/>
                <w:szCs w:val="20"/>
              </w:rPr>
            </w:pPr>
            <w:r w:rsidRPr="00312579">
              <w:rPr>
                <w:rtl/>
              </w:rPr>
              <w:t>جيد جداً</w:t>
            </w:r>
          </w:p>
        </w:tc>
        <w:tc>
          <w:tcPr>
            <w:tcW w:w="3288" w:type="dxa"/>
            <w:tcMar>
              <w:top w:w="100" w:type="dxa"/>
              <w:left w:w="100" w:type="dxa"/>
              <w:bottom w:w="100" w:type="dxa"/>
              <w:right w:w="100" w:type="dxa"/>
            </w:tcMar>
          </w:tcPr>
          <w:p w14:paraId="2EE692F0" w14:textId="11B3F5CE" w:rsidR="00D31755" w:rsidRPr="00D31755" w:rsidRDefault="00D31755" w:rsidP="00D31755">
            <w:pPr>
              <w:bidi/>
              <w:jc w:val="both"/>
              <w:rPr>
                <w:rFonts w:ascii="Simplified Arabic" w:hAnsi="Simplified Arabic" w:cs="Simplified Arabic"/>
                <w:sz w:val="20"/>
                <w:szCs w:val="20"/>
              </w:rPr>
            </w:pPr>
            <w:r w:rsidRPr="00312579">
              <w:rPr>
                <w:rtl/>
              </w:rPr>
              <w:t>إخفاء أسماء المشاركين والجهات عند اللزوم</w:t>
            </w:r>
            <w:r w:rsidRPr="00312579">
              <w:t>.</w:t>
            </w:r>
          </w:p>
        </w:tc>
        <w:tc>
          <w:tcPr>
            <w:tcW w:w="1134" w:type="dxa"/>
            <w:tcMar>
              <w:top w:w="100" w:type="dxa"/>
              <w:left w:w="100" w:type="dxa"/>
              <w:bottom w:w="100" w:type="dxa"/>
              <w:right w:w="100" w:type="dxa"/>
            </w:tcMar>
          </w:tcPr>
          <w:p w14:paraId="5E9FBDBB"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DB9D045" w14:textId="77777777" w:rsidTr="00183B26">
        <w:trPr>
          <w:cantSplit/>
          <w:jc w:val="center"/>
        </w:trPr>
        <w:tc>
          <w:tcPr>
            <w:tcW w:w="1927" w:type="dxa"/>
            <w:tcMar>
              <w:top w:w="100" w:type="dxa"/>
              <w:left w:w="100" w:type="dxa"/>
              <w:bottom w:w="100" w:type="dxa"/>
              <w:right w:w="100" w:type="dxa"/>
            </w:tcMar>
          </w:tcPr>
          <w:p w14:paraId="492B6D6B"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221177E4" w14:textId="7D8EC3B3" w:rsidR="00D31755" w:rsidRPr="00D31755" w:rsidRDefault="00D31755" w:rsidP="00D31755">
            <w:pPr>
              <w:bidi/>
              <w:jc w:val="both"/>
              <w:rPr>
                <w:rFonts w:ascii="Simplified Arabic" w:hAnsi="Simplified Arabic" w:cs="Simplified Arabic"/>
                <w:sz w:val="20"/>
                <w:szCs w:val="20"/>
              </w:rPr>
            </w:pPr>
            <w:r w:rsidRPr="00312579">
              <w:rPr>
                <w:rtl/>
              </w:rPr>
              <w:t xml:space="preserve">هل توجد </w:t>
            </w:r>
            <w:proofErr w:type="gramStart"/>
            <w:r w:rsidRPr="00312579">
              <w:rPr>
                <w:rtl/>
              </w:rPr>
              <w:t>مخاطر</w:t>
            </w:r>
            <w:proofErr w:type="gramEnd"/>
            <w:r w:rsidRPr="00312579">
              <w:rPr>
                <w:rtl/>
              </w:rPr>
              <w:t xml:space="preserve"> محتملة؟</w:t>
            </w:r>
          </w:p>
        </w:tc>
        <w:tc>
          <w:tcPr>
            <w:tcW w:w="4025" w:type="dxa"/>
            <w:tcMar>
              <w:top w:w="100" w:type="dxa"/>
              <w:left w:w="100" w:type="dxa"/>
              <w:bottom w:w="100" w:type="dxa"/>
              <w:right w:w="100" w:type="dxa"/>
            </w:tcMar>
          </w:tcPr>
          <w:p w14:paraId="13312D63" w14:textId="5791C656" w:rsidR="00D31755" w:rsidRPr="00D31755" w:rsidRDefault="00D31755" w:rsidP="00D31755">
            <w:pPr>
              <w:bidi/>
              <w:jc w:val="both"/>
              <w:rPr>
                <w:rFonts w:ascii="Simplified Arabic" w:hAnsi="Simplified Arabic" w:cs="Simplified Arabic"/>
                <w:sz w:val="20"/>
                <w:szCs w:val="20"/>
              </w:rPr>
            </w:pPr>
            <w:r w:rsidRPr="00312579">
              <w:rPr>
                <w:rtl/>
              </w:rPr>
              <w:t>المخاطر منخفضة إذا عُرضت النتائج مجمعة دون تسمية جهات.</w:t>
            </w:r>
          </w:p>
        </w:tc>
        <w:tc>
          <w:tcPr>
            <w:tcW w:w="1474" w:type="dxa"/>
            <w:tcMar>
              <w:top w:w="100" w:type="dxa"/>
              <w:left w:w="100" w:type="dxa"/>
              <w:bottom w:w="100" w:type="dxa"/>
              <w:right w:w="100" w:type="dxa"/>
            </w:tcMar>
          </w:tcPr>
          <w:p w14:paraId="60A6F459" w14:textId="644A460F" w:rsidR="00D31755" w:rsidRPr="00D31755" w:rsidRDefault="00D31755" w:rsidP="00D31755">
            <w:pPr>
              <w:bidi/>
              <w:jc w:val="both"/>
              <w:rPr>
                <w:rFonts w:ascii="Simplified Arabic" w:hAnsi="Simplified Arabic" w:cs="Simplified Arabic"/>
                <w:sz w:val="20"/>
                <w:szCs w:val="20"/>
              </w:rPr>
            </w:pPr>
            <w:r w:rsidRPr="00312579">
              <w:rPr>
                <w:rtl/>
              </w:rPr>
              <w:t>جيد</w:t>
            </w:r>
          </w:p>
        </w:tc>
        <w:tc>
          <w:tcPr>
            <w:tcW w:w="3288" w:type="dxa"/>
            <w:tcMar>
              <w:top w:w="100" w:type="dxa"/>
              <w:left w:w="100" w:type="dxa"/>
              <w:bottom w:w="100" w:type="dxa"/>
              <w:right w:w="100" w:type="dxa"/>
            </w:tcMar>
          </w:tcPr>
          <w:p w14:paraId="7FF8DBCF" w14:textId="0092D6A5" w:rsidR="00D31755" w:rsidRPr="00D31755" w:rsidRDefault="00D31755" w:rsidP="00D31755">
            <w:pPr>
              <w:bidi/>
              <w:jc w:val="both"/>
              <w:rPr>
                <w:rFonts w:ascii="Simplified Arabic" w:hAnsi="Simplified Arabic" w:cs="Simplified Arabic"/>
                <w:sz w:val="20"/>
                <w:szCs w:val="20"/>
              </w:rPr>
            </w:pPr>
            <w:r w:rsidRPr="00312579">
              <w:rPr>
                <w:rtl/>
              </w:rPr>
              <w:t>التأكيد على الاستخدام الأكاديمي فقط</w:t>
            </w:r>
            <w:r w:rsidRPr="00312579">
              <w:t>.</w:t>
            </w:r>
          </w:p>
        </w:tc>
        <w:tc>
          <w:tcPr>
            <w:tcW w:w="1134" w:type="dxa"/>
            <w:tcMar>
              <w:top w:w="100" w:type="dxa"/>
              <w:left w:w="100" w:type="dxa"/>
              <w:bottom w:w="100" w:type="dxa"/>
              <w:right w:w="100" w:type="dxa"/>
            </w:tcMar>
          </w:tcPr>
          <w:p w14:paraId="0915A078"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43B05E05" w14:textId="77777777" w:rsidTr="00183B26">
        <w:trPr>
          <w:cantSplit/>
          <w:jc w:val="center"/>
        </w:trPr>
        <w:tc>
          <w:tcPr>
            <w:tcW w:w="1927" w:type="dxa"/>
            <w:tcMar>
              <w:top w:w="100" w:type="dxa"/>
              <w:left w:w="100" w:type="dxa"/>
              <w:bottom w:w="100" w:type="dxa"/>
              <w:right w:w="100" w:type="dxa"/>
            </w:tcMar>
          </w:tcPr>
          <w:p w14:paraId="7C77B52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176D0A43" w14:textId="0D6D3F8E" w:rsidR="00D31755" w:rsidRPr="00D31755" w:rsidRDefault="00D31755" w:rsidP="00D31755">
            <w:pPr>
              <w:bidi/>
              <w:jc w:val="both"/>
              <w:rPr>
                <w:rFonts w:ascii="Simplified Arabic" w:hAnsi="Simplified Arabic" w:cs="Simplified Arabic"/>
                <w:sz w:val="20"/>
                <w:szCs w:val="20"/>
              </w:rPr>
            </w:pPr>
            <w:r w:rsidRPr="00312579">
              <w:rPr>
                <w:rtl/>
              </w:rPr>
              <w:t>هل يحتاج الطالب موافقة جهة العمل أو لجنة أخلاقيات؟</w:t>
            </w:r>
          </w:p>
        </w:tc>
        <w:tc>
          <w:tcPr>
            <w:tcW w:w="4025" w:type="dxa"/>
            <w:tcMar>
              <w:top w:w="100" w:type="dxa"/>
              <w:left w:w="100" w:type="dxa"/>
              <w:bottom w:w="100" w:type="dxa"/>
              <w:right w:w="100" w:type="dxa"/>
            </w:tcMar>
          </w:tcPr>
          <w:p w14:paraId="4D2F5A45" w14:textId="3333E198" w:rsidR="00D31755" w:rsidRPr="00D31755" w:rsidRDefault="00D31755" w:rsidP="00D31755">
            <w:pPr>
              <w:bidi/>
              <w:jc w:val="both"/>
              <w:rPr>
                <w:rFonts w:ascii="Simplified Arabic" w:hAnsi="Simplified Arabic" w:cs="Simplified Arabic"/>
                <w:sz w:val="20"/>
                <w:szCs w:val="20"/>
              </w:rPr>
            </w:pPr>
            <w:r w:rsidRPr="00312579">
              <w:rPr>
                <w:rtl/>
              </w:rPr>
              <w:t>قد يحتاج الباحث موافقات رسمية من الجهات البيئية أو المهنية ذات الصلة.</w:t>
            </w:r>
          </w:p>
        </w:tc>
        <w:tc>
          <w:tcPr>
            <w:tcW w:w="1474" w:type="dxa"/>
            <w:tcMar>
              <w:top w:w="100" w:type="dxa"/>
              <w:left w:w="100" w:type="dxa"/>
              <w:bottom w:w="100" w:type="dxa"/>
              <w:right w:w="100" w:type="dxa"/>
            </w:tcMar>
          </w:tcPr>
          <w:p w14:paraId="2CA6F02B" w14:textId="21DA5A62" w:rsidR="00D31755" w:rsidRPr="00D31755" w:rsidRDefault="00D31755" w:rsidP="00D31755">
            <w:pPr>
              <w:bidi/>
              <w:jc w:val="both"/>
              <w:rPr>
                <w:rFonts w:ascii="Simplified Arabic" w:hAnsi="Simplified Arabic" w:cs="Simplified Arabic"/>
                <w:sz w:val="20"/>
                <w:szCs w:val="20"/>
              </w:rPr>
            </w:pPr>
            <w:r w:rsidRPr="00312579">
              <w:rPr>
                <w:rtl/>
              </w:rPr>
              <w:t>جيد مع تعديل</w:t>
            </w:r>
          </w:p>
        </w:tc>
        <w:tc>
          <w:tcPr>
            <w:tcW w:w="3288" w:type="dxa"/>
            <w:tcMar>
              <w:top w:w="100" w:type="dxa"/>
              <w:left w:w="100" w:type="dxa"/>
              <w:bottom w:w="100" w:type="dxa"/>
              <w:right w:w="100" w:type="dxa"/>
            </w:tcMar>
          </w:tcPr>
          <w:p w14:paraId="1B587911" w14:textId="78D015CC" w:rsidR="00D31755" w:rsidRPr="00D31755" w:rsidRDefault="00D31755" w:rsidP="00D31755">
            <w:pPr>
              <w:bidi/>
              <w:jc w:val="both"/>
              <w:rPr>
                <w:rFonts w:ascii="Simplified Arabic" w:hAnsi="Simplified Arabic" w:cs="Simplified Arabic"/>
                <w:sz w:val="20"/>
                <w:szCs w:val="20"/>
              </w:rPr>
            </w:pPr>
            <w:r w:rsidRPr="00312579">
              <w:rPr>
                <w:rtl/>
              </w:rPr>
              <w:t>إرفاق الموافقات أو توضيح أنها ستستكمل قبل التطبيق</w:t>
            </w:r>
            <w:r w:rsidRPr="00312579">
              <w:t>.</w:t>
            </w:r>
          </w:p>
        </w:tc>
        <w:tc>
          <w:tcPr>
            <w:tcW w:w="1134" w:type="dxa"/>
            <w:tcMar>
              <w:top w:w="100" w:type="dxa"/>
              <w:left w:w="100" w:type="dxa"/>
              <w:bottom w:w="100" w:type="dxa"/>
              <w:right w:w="100" w:type="dxa"/>
            </w:tcMar>
          </w:tcPr>
          <w:p w14:paraId="2C2933A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7982860" w14:textId="77777777" w:rsidTr="00183B26">
        <w:trPr>
          <w:cantSplit/>
          <w:jc w:val="center"/>
        </w:trPr>
        <w:tc>
          <w:tcPr>
            <w:tcW w:w="1927" w:type="dxa"/>
            <w:tcMar>
              <w:top w:w="100" w:type="dxa"/>
              <w:left w:w="100" w:type="dxa"/>
              <w:bottom w:w="100" w:type="dxa"/>
              <w:right w:w="100" w:type="dxa"/>
            </w:tcMar>
          </w:tcPr>
          <w:p w14:paraId="6013CE6A"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lastRenderedPageBreak/>
              <w:t>البيانات الحساسة</w:t>
            </w:r>
          </w:p>
        </w:tc>
        <w:tc>
          <w:tcPr>
            <w:tcW w:w="3005" w:type="dxa"/>
            <w:tcMar>
              <w:top w:w="100" w:type="dxa"/>
              <w:left w:w="100" w:type="dxa"/>
              <w:bottom w:w="100" w:type="dxa"/>
              <w:right w:w="100" w:type="dxa"/>
            </w:tcMar>
          </w:tcPr>
          <w:p w14:paraId="72E2A839" w14:textId="17B0F36E" w:rsidR="00D31755" w:rsidRPr="00D31755" w:rsidRDefault="00D31755" w:rsidP="00D31755">
            <w:pPr>
              <w:bidi/>
              <w:jc w:val="both"/>
              <w:rPr>
                <w:rFonts w:ascii="Simplified Arabic" w:hAnsi="Simplified Arabic" w:cs="Simplified Arabic"/>
                <w:sz w:val="20"/>
                <w:szCs w:val="20"/>
              </w:rPr>
            </w:pPr>
            <w:r w:rsidRPr="00312579">
              <w:rPr>
                <w:rtl/>
              </w:rPr>
              <w:t>هل يتم جمع بيانات شخصية غير ضرورية؟</w:t>
            </w:r>
          </w:p>
        </w:tc>
        <w:tc>
          <w:tcPr>
            <w:tcW w:w="4025" w:type="dxa"/>
            <w:tcMar>
              <w:top w:w="100" w:type="dxa"/>
              <w:left w:w="100" w:type="dxa"/>
              <w:bottom w:w="100" w:type="dxa"/>
              <w:right w:w="100" w:type="dxa"/>
            </w:tcMar>
          </w:tcPr>
          <w:p w14:paraId="7C5C8C3D" w14:textId="55D083CC" w:rsidR="00D31755" w:rsidRPr="00D31755" w:rsidRDefault="00D31755" w:rsidP="00D31755">
            <w:pPr>
              <w:bidi/>
              <w:jc w:val="both"/>
              <w:rPr>
                <w:rFonts w:ascii="Simplified Arabic" w:hAnsi="Simplified Arabic" w:cs="Simplified Arabic"/>
                <w:sz w:val="20"/>
                <w:szCs w:val="20"/>
              </w:rPr>
            </w:pPr>
            <w:r w:rsidRPr="00312579">
              <w:rPr>
                <w:rtl/>
              </w:rPr>
              <w:t>ينبغي عدم جمع بيانات تكشف جهة أو موظفًا دون ضرورة بحثية.</w:t>
            </w:r>
          </w:p>
        </w:tc>
        <w:tc>
          <w:tcPr>
            <w:tcW w:w="1474" w:type="dxa"/>
            <w:tcMar>
              <w:top w:w="100" w:type="dxa"/>
              <w:left w:w="100" w:type="dxa"/>
              <w:bottom w:w="100" w:type="dxa"/>
              <w:right w:w="100" w:type="dxa"/>
            </w:tcMar>
          </w:tcPr>
          <w:p w14:paraId="057CF1FB" w14:textId="79C2BBE5" w:rsidR="00D31755" w:rsidRPr="00D31755" w:rsidRDefault="00D31755" w:rsidP="00D31755">
            <w:pPr>
              <w:bidi/>
              <w:jc w:val="both"/>
              <w:rPr>
                <w:rFonts w:ascii="Simplified Arabic" w:hAnsi="Simplified Arabic" w:cs="Simplified Arabic"/>
                <w:sz w:val="20"/>
                <w:szCs w:val="20"/>
              </w:rPr>
            </w:pPr>
            <w:r w:rsidRPr="00312579">
              <w:rPr>
                <w:rtl/>
              </w:rPr>
              <w:t>جيد</w:t>
            </w:r>
          </w:p>
        </w:tc>
        <w:tc>
          <w:tcPr>
            <w:tcW w:w="3288" w:type="dxa"/>
            <w:tcMar>
              <w:top w:w="100" w:type="dxa"/>
              <w:left w:w="100" w:type="dxa"/>
              <w:bottom w:w="100" w:type="dxa"/>
              <w:right w:w="100" w:type="dxa"/>
            </w:tcMar>
          </w:tcPr>
          <w:p w14:paraId="255BDA5D" w14:textId="63DEB918" w:rsidR="00D31755" w:rsidRPr="00D31755" w:rsidRDefault="00D31755" w:rsidP="00D31755">
            <w:pPr>
              <w:bidi/>
              <w:jc w:val="both"/>
              <w:rPr>
                <w:rFonts w:ascii="Simplified Arabic" w:hAnsi="Simplified Arabic" w:cs="Simplified Arabic"/>
                <w:sz w:val="20"/>
                <w:szCs w:val="20"/>
              </w:rPr>
            </w:pPr>
            <w:r w:rsidRPr="00312579">
              <w:rPr>
                <w:rtl/>
              </w:rPr>
              <w:t>تقليل البيانات التعريفية</w:t>
            </w:r>
            <w:r w:rsidRPr="00312579">
              <w:t>.</w:t>
            </w:r>
          </w:p>
        </w:tc>
        <w:tc>
          <w:tcPr>
            <w:tcW w:w="1134" w:type="dxa"/>
            <w:tcMar>
              <w:top w:w="100" w:type="dxa"/>
              <w:left w:w="100" w:type="dxa"/>
              <w:bottom w:w="100" w:type="dxa"/>
              <w:right w:w="100" w:type="dxa"/>
            </w:tcMar>
          </w:tcPr>
          <w:p w14:paraId="4FD4F3C2"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3D1C347" w14:textId="77777777" w:rsidTr="00183B26">
        <w:trPr>
          <w:cantSplit/>
          <w:jc w:val="center"/>
        </w:trPr>
        <w:tc>
          <w:tcPr>
            <w:tcW w:w="1927" w:type="dxa"/>
            <w:tcMar>
              <w:top w:w="100" w:type="dxa"/>
              <w:left w:w="100" w:type="dxa"/>
              <w:bottom w:w="100" w:type="dxa"/>
              <w:right w:w="100" w:type="dxa"/>
            </w:tcMar>
          </w:tcPr>
          <w:p w14:paraId="6351CEFA"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547E406F" w14:textId="40B2882A" w:rsidR="00D31755" w:rsidRPr="00D31755" w:rsidRDefault="00D31755" w:rsidP="00D31755">
            <w:pPr>
              <w:bidi/>
              <w:jc w:val="both"/>
              <w:rPr>
                <w:rFonts w:ascii="Simplified Arabic" w:hAnsi="Simplified Arabic" w:cs="Simplified Arabic"/>
                <w:sz w:val="20"/>
                <w:szCs w:val="20"/>
              </w:rPr>
            </w:pPr>
            <w:r w:rsidRPr="00312579">
              <w:rPr>
                <w:rtl/>
              </w:rPr>
              <w:t>هل سيتم عرض النتائج بصورة مجمعة؟</w:t>
            </w:r>
          </w:p>
        </w:tc>
        <w:tc>
          <w:tcPr>
            <w:tcW w:w="4025" w:type="dxa"/>
            <w:tcMar>
              <w:top w:w="100" w:type="dxa"/>
              <w:left w:w="100" w:type="dxa"/>
              <w:bottom w:w="100" w:type="dxa"/>
              <w:right w:w="100" w:type="dxa"/>
            </w:tcMar>
          </w:tcPr>
          <w:p w14:paraId="0A7AC695" w14:textId="5ACD0D1D" w:rsidR="00D31755" w:rsidRPr="00D31755" w:rsidRDefault="00D31755" w:rsidP="00D31755">
            <w:pPr>
              <w:bidi/>
              <w:jc w:val="both"/>
              <w:rPr>
                <w:rFonts w:ascii="Simplified Arabic" w:hAnsi="Simplified Arabic" w:cs="Simplified Arabic"/>
                <w:sz w:val="20"/>
                <w:szCs w:val="20"/>
              </w:rPr>
            </w:pPr>
            <w:r w:rsidRPr="00312579">
              <w:rPr>
                <w:rtl/>
              </w:rPr>
              <w:t>عرض النتائج بصورة مجمعة ضروري لحماية الجهات والمشاركين.</w:t>
            </w:r>
          </w:p>
        </w:tc>
        <w:tc>
          <w:tcPr>
            <w:tcW w:w="1474" w:type="dxa"/>
            <w:tcMar>
              <w:top w:w="100" w:type="dxa"/>
              <w:left w:w="100" w:type="dxa"/>
              <w:bottom w:w="100" w:type="dxa"/>
              <w:right w:w="100" w:type="dxa"/>
            </w:tcMar>
          </w:tcPr>
          <w:p w14:paraId="2320F6F5" w14:textId="62DC5FD1" w:rsidR="00D31755" w:rsidRPr="00D31755" w:rsidRDefault="00D31755" w:rsidP="00D31755">
            <w:pPr>
              <w:bidi/>
              <w:jc w:val="both"/>
              <w:rPr>
                <w:rFonts w:ascii="Simplified Arabic" w:hAnsi="Simplified Arabic" w:cs="Simplified Arabic"/>
                <w:sz w:val="20"/>
                <w:szCs w:val="20"/>
              </w:rPr>
            </w:pPr>
            <w:r w:rsidRPr="00312579">
              <w:rPr>
                <w:rtl/>
              </w:rPr>
              <w:t>جيد جداً</w:t>
            </w:r>
          </w:p>
        </w:tc>
        <w:tc>
          <w:tcPr>
            <w:tcW w:w="3288" w:type="dxa"/>
            <w:tcMar>
              <w:top w:w="100" w:type="dxa"/>
              <w:left w:w="100" w:type="dxa"/>
              <w:bottom w:w="100" w:type="dxa"/>
              <w:right w:w="100" w:type="dxa"/>
            </w:tcMar>
          </w:tcPr>
          <w:p w14:paraId="42AECAA7" w14:textId="3ADE2595" w:rsidR="00D31755" w:rsidRPr="00D31755" w:rsidRDefault="00D31755" w:rsidP="00D31755">
            <w:pPr>
              <w:bidi/>
              <w:jc w:val="both"/>
              <w:rPr>
                <w:rFonts w:ascii="Simplified Arabic" w:hAnsi="Simplified Arabic" w:cs="Simplified Arabic"/>
                <w:sz w:val="20"/>
                <w:szCs w:val="20"/>
              </w:rPr>
            </w:pPr>
            <w:r w:rsidRPr="00312579">
              <w:rPr>
                <w:rtl/>
              </w:rPr>
              <w:t>عرض النتائج بشكل مجمع وآمن</w:t>
            </w:r>
            <w:r w:rsidRPr="00312579">
              <w:t>.</w:t>
            </w:r>
          </w:p>
        </w:tc>
        <w:tc>
          <w:tcPr>
            <w:tcW w:w="1134" w:type="dxa"/>
            <w:tcMar>
              <w:top w:w="100" w:type="dxa"/>
              <w:left w:w="100" w:type="dxa"/>
              <w:bottom w:w="100" w:type="dxa"/>
              <w:right w:w="100" w:type="dxa"/>
            </w:tcMar>
          </w:tcPr>
          <w:p w14:paraId="46A1449B" w14:textId="77777777" w:rsidR="00D31755" w:rsidRPr="00D31755" w:rsidRDefault="00D31755" w:rsidP="00D31755">
            <w:pPr>
              <w:bidi/>
              <w:jc w:val="both"/>
              <w:rPr>
                <w:rFonts w:ascii="Simplified Arabic" w:hAnsi="Simplified Arabic" w:cs="Simplified Arabic"/>
                <w:sz w:val="20"/>
                <w:szCs w:val="20"/>
              </w:rPr>
            </w:pPr>
          </w:p>
        </w:tc>
      </w:tr>
    </w:tbl>
    <w:p w14:paraId="113D53E3"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0C1A32D6" w14:textId="77777777" w:rsidTr="00047CBC">
        <w:trPr>
          <w:cantSplit/>
          <w:tblHeader/>
          <w:jc w:val="center"/>
        </w:trPr>
        <w:tc>
          <w:tcPr>
            <w:tcW w:w="1927" w:type="dxa"/>
            <w:tcMar>
              <w:top w:w="100" w:type="dxa"/>
              <w:left w:w="100" w:type="dxa"/>
              <w:bottom w:w="100" w:type="dxa"/>
              <w:right w:w="100" w:type="dxa"/>
            </w:tcMar>
            <w:vAlign w:val="center"/>
          </w:tcPr>
          <w:p w14:paraId="78C7DDD0"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695772A"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F0950D0"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36E0B2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FAE13CF"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43ABAB9"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49DCF565" w14:textId="77777777" w:rsidTr="003A65F8">
        <w:trPr>
          <w:cantSplit/>
          <w:jc w:val="center"/>
        </w:trPr>
        <w:tc>
          <w:tcPr>
            <w:tcW w:w="1927" w:type="dxa"/>
            <w:tcMar>
              <w:top w:w="100" w:type="dxa"/>
              <w:left w:w="100" w:type="dxa"/>
              <w:bottom w:w="100" w:type="dxa"/>
              <w:right w:w="100" w:type="dxa"/>
            </w:tcMar>
          </w:tcPr>
          <w:p w14:paraId="641CF74F"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دعم</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الاختيارات</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tcPr>
          <w:p w14:paraId="46487B0C" w14:textId="2FA83182" w:rsidR="00D31755" w:rsidRPr="00D31755" w:rsidRDefault="00D31755" w:rsidP="00D31755">
            <w:pPr>
              <w:bidi/>
              <w:jc w:val="both"/>
              <w:rPr>
                <w:rFonts w:ascii="Simplified Arabic" w:hAnsi="Simplified Arabic" w:cs="Simplified Arabic"/>
                <w:sz w:val="20"/>
                <w:szCs w:val="20"/>
              </w:rPr>
            </w:pPr>
            <w:r w:rsidRPr="008637E6">
              <w:rPr>
                <w:rtl/>
              </w:rPr>
              <w:t>هل القرارات المنهجية موثقة؟</w:t>
            </w:r>
          </w:p>
        </w:tc>
        <w:tc>
          <w:tcPr>
            <w:tcW w:w="4025" w:type="dxa"/>
            <w:tcMar>
              <w:top w:w="100" w:type="dxa"/>
              <w:left w:w="100" w:type="dxa"/>
              <w:bottom w:w="100" w:type="dxa"/>
              <w:right w:w="100" w:type="dxa"/>
            </w:tcMar>
          </w:tcPr>
          <w:p w14:paraId="65A56408" w14:textId="6920726A" w:rsidR="00D31755" w:rsidRPr="00D31755" w:rsidRDefault="00D31755" w:rsidP="00D31755">
            <w:pPr>
              <w:bidi/>
              <w:jc w:val="both"/>
              <w:rPr>
                <w:rFonts w:ascii="Simplified Arabic" w:hAnsi="Simplified Arabic" w:cs="Simplified Arabic"/>
                <w:sz w:val="20"/>
                <w:szCs w:val="20"/>
              </w:rPr>
            </w:pPr>
            <w:r w:rsidRPr="008637E6">
              <w:rPr>
                <w:rtl/>
              </w:rPr>
              <w:t>القرارات المنهجية تحتاج دعمًا أكبر بمراجع في تطوير النماذج وتحليل الوثائق.</w:t>
            </w:r>
          </w:p>
        </w:tc>
        <w:tc>
          <w:tcPr>
            <w:tcW w:w="1474" w:type="dxa"/>
            <w:tcMar>
              <w:top w:w="100" w:type="dxa"/>
              <w:left w:w="100" w:type="dxa"/>
              <w:bottom w:w="100" w:type="dxa"/>
              <w:right w:w="100" w:type="dxa"/>
            </w:tcMar>
          </w:tcPr>
          <w:p w14:paraId="14FB7D98" w14:textId="47D35673" w:rsidR="00D31755" w:rsidRPr="00D31755" w:rsidRDefault="00D31755" w:rsidP="00D31755">
            <w:pPr>
              <w:bidi/>
              <w:jc w:val="both"/>
              <w:rPr>
                <w:rFonts w:ascii="Simplified Arabic" w:hAnsi="Simplified Arabic" w:cs="Simplified Arabic"/>
                <w:sz w:val="20"/>
                <w:szCs w:val="20"/>
              </w:rPr>
            </w:pPr>
            <w:r w:rsidRPr="008637E6">
              <w:rPr>
                <w:rtl/>
              </w:rPr>
              <w:t>جيد مع تعديل</w:t>
            </w:r>
          </w:p>
        </w:tc>
        <w:tc>
          <w:tcPr>
            <w:tcW w:w="3288" w:type="dxa"/>
            <w:tcMar>
              <w:top w:w="100" w:type="dxa"/>
              <w:left w:w="100" w:type="dxa"/>
              <w:bottom w:w="100" w:type="dxa"/>
              <w:right w:w="100" w:type="dxa"/>
            </w:tcMar>
          </w:tcPr>
          <w:p w14:paraId="0F0DFF45" w14:textId="0054F4D1" w:rsidR="00D31755" w:rsidRPr="00D31755" w:rsidRDefault="00D31755" w:rsidP="00D31755">
            <w:pPr>
              <w:bidi/>
              <w:jc w:val="both"/>
              <w:rPr>
                <w:rFonts w:ascii="Simplified Arabic" w:hAnsi="Simplified Arabic" w:cs="Simplified Arabic"/>
                <w:sz w:val="20"/>
                <w:szCs w:val="20"/>
              </w:rPr>
            </w:pPr>
            <w:r w:rsidRPr="008637E6">
              <w:rPr>
                <w:rtl/>
              </w:rPr>
              <w:t>إضافة مراجع منهجية لتحليل الوثائق وتطوير النماذج</w:t>
            </w:r>
            <w:r w:rsidRPr="008637E6">
              <w:t>.</w:t>
            </w:r>
          </w:p>
        </w:tc>
        <w:tc>
          <w:tcPr>
            <w:tcW w:w="1134" w:type="dxa"/>
            <w:tcMar>
              <w:top w:w="100" w:type="dxa"/>
              <w:left w:w="100" w:type="dxa"/>
              <w:bottom w:w="100" w:type="dxa"/>
              <w:right w:w="100" w:type="dxa"/>
            </w:tcMar>
          </w:tcPr>
          <w:p w14:paraId="2706C5BF"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0334218C" w14:textId="77777777" w:rsidTr="003A65F8">
        <w:trPr>
          <w:cantSplit/>
          <w:jc w:val="center"/>
        </w:trPr>
        <w:tc>
          <w:tcPr>
            <w:tcW w:w="1927" w:type="dxa"/>
            <w:tcMar>
              <w:top w:w="100" w:type="dxa"/>
              <w:left w:w="100" w:type="dxa"/>
              <w:bottom w:w="100" w:type="dxa"/>
              <w:right w:w="100" w:type="dxa"/>
            </w:tcMar>
          </w:tcPr>
          <w:p w14:paraId="3CBF08B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tcPr>
          <w:p w14:paraId="07BD68D0" w14:textId="0B089693" w:rsidR="00D31755" w:rsidRPr="00D31755" w:rsidRDefault="00D31755" w:rsidP="00D31755">
            <w:pPr>
              <w:bidi/>
              <w:jc w:val="both"/>
              <w:rPr>
                <w:rFonts w:ascii="Simplified Arabic" w:hAnsi="Simplified Arabic" w:cs="Simplified Arabic"/>
                <w:sz w:val="20"/>
                <w:szCs w:val="20"/>
              </w:rPr>
            </w:pPr>
            <w:r w:rsidRPr="008637E6">
              <w:rPr>
                <w:rtl/>
              </w:rPr>
              <w:t>هل المراجع حديثة؟</w:t>
            </w:r>
          </w:p>
        </w:tc>
        <w:tc>
          <w:tcPr>
            <w:tcW w:w="4025" w:type="dxa"/>
            <w:tcMar>
              <w:top w:w="100" w:type="dxa"/>
              <w:left w:w="100" w:type="dxa"/>
              <w:bottom w:w="100" w:type="dxa"/>
              <w:right w:w="100" w:type="dxa"/>
            </w:tcMar>
          </w:tcPr>
          <w:p w14:paraId="086AA65E" w14:textId="0B9B821E" w:rsidR="00D31755" w:rsidRPr="00D31755" w:rsidRDefault="00D31755" w:rsidP="00D31755">
            <w:pPr>
              <w:bidi/>
              <w:jc w:val="both"/>
              <w:rPr>
                <w:rFonts w:ascii="Simplified Arabic" w:hAnsi="Simplified Arabic" w:cs="Simplified Arabic"/>
                <w:sz w:val="20"/>
                <w:szCs w:val="20"/>
              </w:rPr>
            </w:pPr>
            <w:r w:rsidRPr="008637E6">
              <w:rPr>
                <w:rtl/>
              </w:rPr>
              <w:t>المراجع في مجال</w:t>
            </w:r>
            <w:r w:rsidRPr="008637E6">
              <w:t xml:space="preserve"> PPP </w:t>
            </w:r>
            <w:r w:rsidRPr="008637E6">
              <w:rPr>
                <w:rtl/>
              </w:rPr>
              <w:t>والحوكمة البيئية يجب تحديثها وتوثيقها.</w:t>
            </w:r>
          </w:p>
        </w:tc>
        <w:tc>
          <w:tcPr>
            <w:tcW w:w="1474" w:type="dxa"/>
            <w:tcMar>
              <w:top w:w="100" w:type="dxa"/>
              <w:left w:w="100" w:type="dxa"/>
              <w:bottom w:w="100" w:type="dxa"/>
              <w:right w:w="100" w:type="dxa"/>
            </w:tcMar>
          </w:tcPr>
          <w:p w14:paraId="7E7D1D77" w14:textId="67CDF110" w:rsidR="00D31755" w:rsidRPr="00D31755" w:rsidRDefault="00D31755" w:rsidP="00D31755">
            <w:pPr>
              <w:bidi/>
              <w:jc w:val="both"/>
              <w:rPr>
                <w:rFonts w:ascii="Simplified Arabic" w:hAnsi="Simplified Arabic" w:cs="Simplified Arabic"/>
                <w:sz w:val="20"/>
                <w:szCs w:val="20"/>
              </w:rPr>
            </w:pPr>
            <w:r w:rsidRPr="008637E6">
              <w:rPr>
                <w:rtl/>
              </w:rPr>
              <w:t>جيد</w:t>
            </w:r>
          </w:p>
        </w:tc>
        <w:tc>
          <w:tcPr>
            <w:tcW w:w="3288" w:type="dxa"/>
            <w:tcMar>
              <w:top w:w="100" w:type="dxa"/>
              <w:left w:w="100" w:type="dxa"/>
              <w:bottom w:w="100" w:type="dxa"/>
              <w:right w:w="100" w:type="dxa"/>
            </w:tcMar>
          </w:tcPr>
          <w:p w14:paraId="20E05CB6" w14:textId="101018AB" w:rsidR="00D31755" w:rsidRPr="00D31755" w:rsidRDefault="00D31755" w:rsidP="00D31755">
            <w:pPr>
              <w:bidi/>
              <w:jc w:val="both"/>
              <w:rPr>
                <w:rFonts w:ascii="Simplified Arabic" w:hAnsi="Simplified Arabic" w:cs="Simplified Arabic"/>
                <w:sz w:val="20"/>
                <w:szCs w:val="20"/>
              </w:rPr>
            </w:pPr>
            <w:r w:rsidRPr="008637E6">
              <w:rPr>
                <w:rtl/>
              </w:rPr>
              <w:t>تحديث مصادر الشراكات والحوكمة البيئية</w:t>
            </w:r>
            <w:r w:rsidRPr="008637E6">
              <w:t>.</w:t>
            </w:r>
          </w:p>
        </w:tc>
        <w:tc>
          <w:tcPr>
            <w:tcW w:w="1134" w:type="dxa"/>
            <w:tcMar>
              <w:top w:w="100" w:type="dxa"/>
              <w:left w:w="100" w:type="dxa"/>
              <w:bottom w:w="100" w:type="dxa"/>
              <w:right w:w="100" w:type="dxa"/>
            </w:tcMar>
          </w:tcPr>
          <w:p w14:paraId="5A517CF8"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3FAC3115" w14:textId="77777777" w:rsidTr="003A65F8">
        <w:trPr>
          <w:cantSplit/>
          <w:jc w:val="center"/>
        </w:trPr>
        <w:tc>
          <w:tcPr>
            <w:tcW w:w="1927" w:type="dxa"/>
            <w:tcMar>
              <w:top w:w="100" w:type="dxa"/>
              <w:left w:w="100" w:type="dxa"/>
              <w:bottom w:w="100" w:type="dxa"/>
              <w:right w:w="100" w:type="dxa"/>
            </w:tcMar>
          </w:tcPr>
          <w:p w14:paraId="01F7971C"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tcPr>
          <w:p w14:paraId="126CB6D6" w14:textId="0EBCBE42" w:rsidR="00D31755" w:rsidRPr="00D31755" w:rsidRDefault="00D31755" w:rsidP="00D31755">
            <w:pPr>
              <w:bidi/>
              <w:jc w:val="both"/>
              <w:rPr>
                <w:rFonts w:ascii="Simplified Arabic" w:hAnsi="Simplified Arabic" w:cs="Simplified Arabic"/>
                <w:sz w:val="20"/>
                <w:szCs w:val="20"/>
              </w:rPr>
            </w:pPr>
            <w:r w:rsidRPr="008637E6">
              <w:rPr>
                <w:rtl/>
              </w:rPr>
              <w:t>هل يوجد أسلوب توثيق موحد؟</w:t>
            </w:r>
          </w:p>
        </w:tc>
        <w:tc>
          <w:tcPr>
            <w:tcW w:w="4025" w:type="dxa"/>
            <w:tcMar>
              <w:top w:w="100" w:type="dxa"/>
              <w:left w:w="100" w:type="dxa"/>
              <w:bottom w:w="100" w:type="dxa"/>
              <w:right w:w="100" w:type="dxa"/>
            </w:tcMar>
          </w:tcPr>
          <w:p w14:paraId="6FAEF9EA" w14:textId="7922FD96" w:rsidR="00D31755" w:rsidRPr="00D31755" w:rsidRDefault="00D31755" w:rsidP="00D31755">
            <w:pPr>
              <w:bidi/>
              <w:jc w:val="both"/>
              <w:rPr>
                <w:rFonts w:ascii="Simplified Arabic" w:hAnsi="Simplified Arabic" w:cs="Simplified Arabic"/>
                <w:sz w:val="20"/>
                <w:szCs w:val="20"/>
              </w:rPr>
            </w:pPr>
            <w:r w:rsidRPr="008637E6">
              <w:rPr>
                <w:rtl/>
              </w:rPr>
              <w:t>التوثيق يحتاج مراجعة</w:t>
            </w:r>
            <w:r w:rsidRPr="008637E6">
              <w:t xml:space="preserve"> APA.</w:t>
            </w:r>
          </w:p>
        </w:tc>
        <w:tc>
          <w:tcPr>
            <w:tcW w:w="1474" w:type="dxa"/>
            <w:tcMar>
              <w:top w:w="100" w:type="dxa"/>
              <w:left w:w="100" w:type="dxa"/>
              <w:bottom w:w="100" w:type="dxa"/>
              <w:right w:w="100" w:type="dxa"/>
            </w:tcMar>
          </w:tcPr>
          <w:p w14:paraId="26B677D8" w14:textId="6D4C0DB9" w:rsidR="00D31755" w:rsidRPr="00D31755" w:rsidRDefault="00D31755" w:rsidP="00D31755">
            <w:pPr>
              <w:bidi/>
              <w:jc w:val="both"/>
              <w:rPr>
                <w:rFonts w:ascii="Simplified Arabic" w:hAnsi="Simplified Arabic" w:cs="Simplified Arabic"/>
                <w:sz w:val="20"/>
                <w:szCs w:val="20"/>
              </w:rPr>
            </w:pPr>
            <w:r w:rsidRPr="008637E6">
              <w:rPr>
                <w:rtl/>
              </w:rPr>
              <w:t>جيد</w:t>
            </w:r>
          </w:p>
        </w:tc>
        <w:tc>
          <w:tcPr>
            <w:tcW w:w="3288" w:type="dxa"/>
            <w:tcMar>
              <w:top w:w="100" w:type="dxa"/>
              <w:left w:w="100" w:type="dxa"/>
              <w:bottom w:w="100" w:type="dxa"/>
              <w:right w:w="100" w:type="dxa"/>
            </w:tcMar>
          </w:tcPr>
          <w:p w14:paraId="41206838" w14:textId="2A06C200" w:rsidR="00D31755" w:rsidRPr="00D31755" w:rsidRDefault="00D31755" w:rsidP="00D31755">
            <w:pPr>
              <w:bidi/>
              <w:jc w:val="both"/>
              <w:rPr>
                <w:rFonts w:ascii="Simplified Arabic" w:hAnsi="Simplified Arabic" w:cs="Simplified Arabic"/>
                <w:sz w:val="20"/>
                <w:szCs w:val="20"/>
              </w:rPr>
            </w:pPr>
            <w:r w:rsidRPr="008637E6">
              <w:rPr>
                <w:rtl/>
              </w:rPr>
              <w:t>توحيد التوثيق</w:t>
            </w:r>
            <w:r w:rsidRPr="008637E6">
              <w:t>.</w:t>
            </w:r>
          </w:p>
        </w:tc>
        <w:tc>
          <w:tcPr>
            <w:tcW w:w="1134" w:type="dxa"/>
            <w:tcMar>
              <w:top w:w="100" w:type="dxa"/>
              <w:left w:w="100" w:type="dxa"/>
              <w:bottom w:w="100" w:type="dxa"/>
              <w:right w:w="100" w:type="dxa"/>
            </w:tcMar>
          </w:tcPr>
          <w:p w14:paraId="134B0284"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198F44C" w14:textId="77777777" w:rsidTr="003A65F8">
        <w:trPr>
          <w:cantSplit/>
          <w:jc w:val="center"/>
        </w:trPr>
        <w:tc>
          <w:tcPr>
            <w:tcW w:w="1927" w:type="dxa"/>
            <w:tcMar>
              <w:top w:w="100" w:type="dxa"/>
              <w:left w:w="100" w:type="dxa"/>
              <w:bottom w:w="100" w:type="dxa"/>
              <w:right w:w="100" w:type="dxa"/>
            </w:tcMar>
          </w:tcPr>
          <w:p w14:paraId="4BE3D62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مطابقة المراجع داخل النص والقائمة</w:t>
            </w:r>
          </w:p>
        </w:tc>
        <w:tc>
          <w:tcPr>
            <w:tcW w:w="3005" w:type="dxa"/>
            <w:tcMar>
              <w:top w:w="100" w:type="dxa"/>
              <w:left w:w="100" w:type="dxa"/>
              <w:bottom w:w="100" w:type="dxa"/>
              <w:right w:w="100" w:type="dxa"/>
            </w:tcMar>
          </w:tcPr>
          <w:p w14:paraId="7E9AB894" w14:textId="0D5A8189" w:rsidR="00D31755" w:rsidRPr="00D31755" w:rsidRDefault="00D31755" w:rsidP="00D31755">
            <w:pPr>
              <w:bidi/>
              <w:jc w:val="both"/>
              <w:rPr>
                <w:rFonts w:ascii="Simplified Arabic" w:hAnsi="Simplified Arabic" w:cs="Simplified Arabic"/>
                <w:sz w:val="20"/>
                <w:szCs w:val="20"/>
              </w:rPr>
            </w:pPr>
            <w:r w:rsidRPr="008637E6">
              <w:rPr>
                <w:rtl/>
              </w:rPr>
              <w:t>هل كل مرجع مذكور في النص موجود في القائمة؟</w:t>
            </w:r>
          </w:p>
        </w:tc>
        <w:tc>
          <w:tcPr>
            <w:tcW w:w="4025" w:type="dxa"/>
            <w:tcMar>
              <w:top w:w="100" w:type="dxa"/>
              <w:left w:w="100" w:type="dxa"/>
              <w:bottom w:w="100" w:type="dxa"/>
              <w:right w:w="100" w:type="dxa"/>
            </w:tcMar>
          </w:tcPr>
          <w:p w14:paraId="10A80AFE" w14:textId="7402BA5B" w:rsidR="00D31755" w:rsidRPr="00D31755" w:rsidRDefault="00D31755" w:rsidP="00D31755">
            <w:pPr>
              <w:bidi/>
              <w:jc w:val="both"/>
              <w:rPr>
                <w:rFonts w:ascii="Simplified Arabic" w:hAnsi="Simplified Arabic" w:cs="Simplified Arabic"/>
                <w:sz w:val="20"/>
                <w:szCs w:val="20"/>
              </w:rPr>
            </w:pPr>
            <w:r w:rsidRPr="008637E6">
              <w:rPr>
                <w:rtl/>
              </w:rPr>
              <w:t>مطابقة المراجع الداخلية والقائمة مطلوبة.</w:t>
            </w:r>
          </w:p>
        </w:tc>
        <w:tc>
          <w:tcPr>
            <w:tcW w:w="1474" w:type="dxa"/>
            <w:tcMar>
              <w:top w:w="100" w:type="dxa"/>
              <w:left w:w="100" w:type="dxa"/>
              <w:bottom w:w="100" w:type="dxa"/>
              <w:right w:w="100" w:type="dxa"/>
            </w:tcMar>
          </w:tcPr>
          <w:p w14:paraId="19BA6441" w14:textId="430DEF78" w:rsidR="00D31755" w:rsidRPr="00D31755" w:rsidRDefault="00D31755" w:rsidP="00D31755">
            <w:pPr>
              <w:bidi/>
              <w:jc w:val="both"/>
              <w:rPr>
                <w:rFonts w:ascii="Simplified Arabic" w:hAnsi="Simplified Arabic" w:cs="Simplified Arabic"/>
                <w:sz w:val="20"/>
                <w:szCs w:val="20"/>
              </w:rPr>
            </w:pPr>
            <w:r w:rsidRPr="008637E6">
              <w:rPr>
                <w:rtl/>
              </w:rPr>
              <w:t>جيد</w:t>
            </w:r>
          </w:p>
        </w:tc>
        <w:tc>
          <w:tcPr>
            <w:tcW w:w="3288" w:type="dxa"/>
            <w:tcMar>
              <w:top w:w="100" w:type="dxa"/>
              <w:left w:w="100" w:type="dxa"/>
              <w:bottom w:w="100" w:type="dxa"/>
              <w:right w:w="100" w:type="dxa"/>
            </w:tcMar>
          </w:tcPr>
          <w:p w14:paraId="1EA4CB03" w14:textId="4A1E92D0" w:rsidR="00D31755" w:rsidRPr="00D31755" w:rsidRDefault="00D31755" w:rsidP="00D31755">
            <w:pPr>
              <w:bidi/>
              <w:jc w:val="both"/>
              <w:rPr>
                <w:rFonts w:ascii="Simplified Arabic" w:hAnsi="Simplified Arabic" w:cs="Simplified Arabic"/>
                <w:sz w:val="20"/>
                <w:szCs w:val="20"/>
              </w:rPr>
            </w:pPr>
            <w:r w:rsidRPr="008637E6">
              <w:rPr>
                <w:rtl/>
              </w:rPr>
              <w:t>فحص المطابقة النهائية</w:t>
            </w:r>
            <w:r w:rsidRPr="008637E6">
              <w:t>.</w:t>
            </w:r>
          </w:p>
        </w:tc>
        <w:tc>
          <w:tcPr>
            <w:tcW w:w="1134" w:type="dxa"/>
            <w:tcMar>
              <w:top w:w="100" w:type="dxa"/>
              <w:left w:w="100" w:type="dxa"/>
              <w:bottom w:w="100" w:type="dxa"/>
              <w:right w:w="100" w:type="dxa"/>
            </w:tcMar>
          </w:tcPr>
          <w:p w14:paraId="330CEAD0"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72A95276" w14:textId="77777777" w:rsidTr="003A65F8">
        <w:trPr>
          <w:cantSplit/>
          <w:jc w:val="center"/>
        </w:trPr>
        <w:tc>
          <w:tcPr>
            <w:tcW w:w="1927" w:type="dxa"/>
            <w:tcMar>
              <w:top w:w="100" w:type="dxa"/>
              <w:left w:w="100" w:type="dxa"/>
              <w:bottom w:w="100" w:type="dxa"/>
              <w:right w:w="100" w:type="dxa"/>
            </w:tcMar>
          </w:tcPr>
          <w:p w14:paraId="33E0CD12"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tcPr>
          <w:p w14:paraId="5227EDA0" w14:textId="36B67C2A" w:rsidR="00D31755" w:rsidRPr="00D31755" w:rsidRDefault="00D31755" w:rsidP="00D31755">
            <w:pPr>
              <w:bidi/>
              <w:jc w:val="both"/>
              <w:rPr>
                <w:rFonts w:ascii="Simplified Arabic" w:hAnsi="Simplified Arabic" w:cs="Simplified Arabic"/>
                <w:sz w:val="20"/>
                <w:szCs w:val="20"/>
              </w:rPr>
            </w:pPr>
            <w:r w:rsidRPr="008637E6">
              <w:rPr>
                <w:rtl/>
              </w:rPr>
              <w:t>هل تم الاعتماد على مواقع عامة؟</w:t>
            </w:r>
          </w:p>
        </w:tc>
        <w:tc>
          <w:tcPr>
            <w:tcW w:w="4025" w:type="dxa"/>
            <w:tcMar>
              <w:top w:w="100" w:type="dxa"/>
              <w:left w:w="100" w:type="dxa"/>
              <w:bottom w:w="100" w:type="dxa"/>
              <w:right w:w="100" w:type="dxa"/>
            </w:tcMar>
          </w:tcPr>
          <w:p w14:paraId="60D3F4E8" w14:textId="7BFFF61F" w:rsidR="00D31755" w:rsidRPr="00D31755" w:rsidRDefault="00D31755" w:rsidP="00D31755">
            <w:pPr>
              <w:bidi/>
              <w:jc w:val="both"/>
              <w:rPr>
                <w:rFonts w:ascii="Simplified Arabic" w:hAnsi="Simplified Arabic" w:cs="Simplified Arabic"/>
                <w:sz w:val="20"/>
                <w:szCs w:val="20"/>
              </w:rPr>
            </w:pPr>
            <w:r w:rsidRPr="008637E6">
              <w:rPr>
                <w:rtl/>
              </w:rPr>
              <w:t>الوثائق الرسمية مهمة للسياق لكنها لا تغني عن المراجع العلمية.</w:t>
            </w:r>
          </w:p>
        </w:tc>
        <w:tc>
          <w:tcPr>
            <w:tcW w:w="1474" w:type="dxa"/>
            <w:tcMar>
              <w:top w:w="100" w:type="dxa"/>
              <w:left w:w="100" w:type="dxa"/>
              <w:bottom w:w="100" w:type="dxa"/>
              <w:right w:w="100" w:type="dxa"/>
            </w:tcMar>
          </w:tcPr>
          <w:p w14:paraId="3E6743B2" w14:textId="6B99350D" w:rsidR="00D31755" w:rsidRPr="00D31755" w:rsidRDefault="00D31755" w:rsidP="00D31755">
            <w:pPr>
              <w:bidi/>
              <w:jc w:val="both"/>
              <w:rPr>
                <w:rFonts w:ascii="Simplified Arabic" w:hAnsi="Simplified Arabic" w:cs="Simplified Arabic"/>
                <w:sz w:val="20"/>
                <w:szCs w:val="20"/>
              </w:rPr>
            </w:pPr>
            <w:r w:rsidRPr="008637E6">
              <w:rPr>
                <w:rtl/>
              </w:rPr>
              <w:t>جيد</w:t>
            </w:r>
          </w:p>
        </w:tc>
        <w:tc>
          <w:tcPr>
            <w:tcW w:w="3288" w:type="dxa"/>
            <w:tcMar>
              <w:top w:w="100" w:type="dxa"/>
              <w:left w:w="100" w:type="dxa"/>
              <w:bottom w:w="100" w:type="dxa"/>
              <w:right w:w="100" w:type="dxa"/>
            </w:tcMar>
          </w:tcPr>
          <w:p w14:paraId="1A9CCE38" w14:textId="457530C7" w:rsidR="00D31755" w:rsidRPr="00D31755" w:rsidRDefault="00D31755" w:rsidP="00D31755">
            <w:pPr>
              <w:bidi/>
              <w:jc w:val="both"/>
              <w:rPr>
                <w:rFonts w:ascii="Simplified Arabic" w:hAnsi="Simplified Arabic" w:cs="Simplified Arabic"/>
                <w:sz w:val="20"/>
                <w:szCs w:val="20"/>
              </w:rPr>
            </w:pPr>
            <w:r w:rsidRPr="008637E6">
              <w:rPr>
                <w:rtl/>
              </w:rPr>
              <w:t>الفصل بين الوثائق الرسمية والمقاييس العلمية</w:t>
            </w:r>
            <w:r w:rsidRPr="008637E6">
              <w:t>.</w:t>
            </w:r>
          </w:p>
        </w:tc>
        <w:tc>
          <w:tcPr>
            <w:tcW w:w="1134" w:type="dxa"/>
            <w:tcMar>
              <w:top w:w="100" w:type="dxa"/>
              <w:left w:w="100" w:type="dxa"/>
              <w:bottom w:w="100" w:type="dxa"/>
              <w:right w:w="100" w:type="dxa"/>
            </w:tcMar>
          </w:tcPr>
          <w:p w14:paraId="0CA009EC" w14:textId="77777777" w:rsidR="00D31755" w:rsidRPr="00D31755" w:rsidRDefault="00D31755" w:rsidP="00D31755">
            <w:pPr>
              <w:bidi/>
              <w:jc w:val="both"/>
              <w:rPr>
                <w:rFonts w:ascii="Simplified Arabic" w:hAnsi="Simplified Arabic" w:cs="Simplified Arabic"/>
                <w:sz w:val="20"/>
                <w:szCs w:val="20"/>
              </w:rPr>
            </w:pPr>
          </w:p>
        </w:tc>
      </w:tr>
    </w:tbl>
    <w:p w14:paraId="64CD6DC1" w14:textId="77777777" w:rsidR="00A662EF" w:rsidRPr="00D31755" w:rsidRDefault="000A310A"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31755" w14:paraId="2BE8AA7F" w14:textId="77777777" w:rsidTr="00047CBC">
        <w:trPr>
          <w:cantSplit/>
          <w:tblHeader/>
          <w:jc w:val="center"/>
        </w:trPr>
        <w:tc>
          <w:tcPr>
            <w:tcW w:w="1927" w:type="dxa"/>
            <w:tcMar>
              <w:top w:w="100" w:type="dxa"/>
              <w:left w:w="100" w:type="dxa"/>
              <w:bottom w:w="100" w:type="dxa"/>
              <w:right w:w="100" w:type="dxa"/>
            </w:tcMar>
            <w:vAlign w:val="center"/>
          </w:tcPr>
          <w:p w14:paraId="37F86CBD"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0707084"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4995A57"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A2B5BAE"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C68CBCC"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B5F23AF"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رد الطالب</w:t>
            </w:r>
          </w:p>
        </w:tc>
      </w:tr>
      <w:tr w:rsidR="00D31755" w:rsidRPr="00D31755" w14:paraId="1169BCF0" w14:textId="77777777" w:rsidTr="002C2416">
        <w:trPr>
          <w:cantSplit/>
          <w:jc w:val="center"/>
        </w:trPr>
        <w:tc>
          <w:tcPr>
            <w:tcW w:w="1927" w:type="dxa"/>
            <w:tcMar>
              <w:top w:w="100" w:type="dxa"/>
              <w:left w:w="100" w:type="dxa"/>
              <w:bottom w:w="100" w:type="dxa"/>
              <w:right w:w="100" w:type="dxa"/>
            </w:tcMar>
          </w:tcPr>
          <w:p w14:paraId="17E18D46"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وضوح</w:t>
            </w:r>
            <w:proofErr w:type="spellEnd"/>
            <w:r w:rsidRPr="00D31755">
              <w:rPr>
                <w:rFonts w:ascii="Simplified Arabic" w:hAnsi="Simplified Arabic" w:cs="Simplified Arabic"/>
                <w:sz w:val="20"/>
                <w:szCs w:val="20"/>
              </w:rPr>
              <w:t xml:space="preserve"> </w:t>
            </w:r>
            <w:proofErr w:type="spellStart"/>
            <w:r w:rsidRPr="00D31755">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tcPr>
          <w:p w14:paraId="42F586AE" w14:textId="09B0ECFF" w:rsidR="00D31755" w:rsidRPr="00D31755" w:rsidRDefault="00D31755" w:rsidP="00D31755">
            <w:pPr>
              <w:bidi/>
              <w:jc w:val="both"/>
              <w:rPr>
                <w:rFonts w:ascii="Simplified Arabic" w:hAnsi="Simplified Arabic" w:cs="Simplified Arabic"/>
                <w:sz w:val="20"/>
                <w:szCs w:val="20"/>
              </w:rPr>
            </w:pPr>
            <w:r w:rsidRPr="002C6B60">
              <w:rPr>
                <w:rtl/>
              </w:rPr>
              <w:t>هل اللغة واضحة ومباشرة؟</w:t>
            </w:r>
          </w:p>
        </w:tc>
        <w:tc>
          <w:tcPr>
            <w:tcW w:w="4025" w:type="dxa"/>
            <w:tcMar>
              <w:top w:w="100" w:type="dxa"/>
              <w:left w:w="100" w:type="dxa"/>
              <w:bottom w:w="100" w:type="dxa"/>
              <w:right w:w="100" w:type="dxa"/>
            </w:tcMar>
          </w:tcPr>
          <w:p w14:paraId="603C894A" w14:textId="5B0F6595" w:rsidR="00D31755" w:rsidRPr="00D31755" w:rsidRDefault="00D31755" w:rsidP="00D31755">
            <w:pPr>
              <w:bidi/>
              <w:jc w:val="both"/>
              <w:rPr>
                <w:rFonts w:ascii="Simplified Arabic" w:hAnsi="Simplified Arabic" w:cs="Simplified Arabic"/>
                <w:sz w:val="20"/>
                <w:szCs w:val="20"/>
              </w:rPr>
            </w:pPr>
            <w:r w:rsidRPr="002C6B60">
              <w:rPr>
                <w:rtl/>
              </w:rPr>
              <w:t>اللغة الأكاديمية مقبولة لكنها تحتاج ضبطًا في الصياغة الطويلة.</w:t>
            </w:r>
          </w:p>
        </w:tc>
        <w:tc>
          <w:tcPr>
            <w:tcW w:w="1474" w:type="dxa"/>
            <w:tcMar>
              <w:top w:w="100" w:type="dxa"/>
              <w:left w:w="100" w:type="dxa"/>
              <w:bottom w:w="100" w:type="dxa"/>
              <w:right w:w="100" w:type="dxa"/>
            </w:tcMar>
          </w:tcPr>
          <w:p w14:paraId="0D6BD20C" w14:textId="6A4B3F5D" w:rsidR="00D31755" w:rsidRPr="00D31755" w:rsidRDefault="00D31755" w:rsidP="00D31755">
            <w:pPr>
              <w:bidi/>
              <w:jc w:val="both"/>
              <w:rPr>
                <w:rFonts w:ascii="Simplified Arabic" w:hAnsi="Simplified Arabic" w:cs="Simplified Arabic"/>
                <w:sz w:val="20"/>
                <w:szCs w:val="20"/>
              </w:rPr>
            </w:pPr>
            <w:r w:rsidRPr="002C6B60">
              <w:rPr>
                <w:rtl/>
              </w:rPr>
              <w:t>جيد</w:t>
            </w:r>
          </w:p>
        </w:tc>
        <w:tc>
          <w:tcPr>
            <w:tcW w:w="3288" w:type="dxa"/>
            <w:tcMar>
              <w:top w:w="100" w:type="dxa"/>
              <w:left w:w="100" w:type="dxa"/>
              <w:bottom w:w="100" w:type="dxa"/>
              <w:right w:w="100" w:type="dxa"/>
            </w:tcMar>
          </w:tcPr>
          <w:p w14:paraId="7C65DAFE" w14:textId="73AEAC60" w:rsidR="00D31755" w:rsidRPr="00D31755" w:rsidRDefault="00D31755" w:rsidP="00D31755">
            <w:pPr>
              <w:bidi/>
              <w:jc w:val="both"/>
              <w:rPr>
                <w:rFonts w:ascii="Simplified Arabic" w:hAnsi="Simplified Arabic" w:cs="Simplified Arabic"/>
                <w:sz w:val="20"/>
                <w:szCs w:val="20"/>
              </w:rPr>
            </w:pPr>
            <w:r w:rsidRPr="002C6B60">
              <w:rPr>
                <w:rtl/>
              </w:rPr>
              <w:t>اختصار الجمل الطويلة</w:t>
            </w:r>
            <w:r w:rsidRPr="002C6B60">
              <w:t>.</w:t>
            </w:r>
          </w:p>
        </w:tc>
        <w:tc>
          <w:tcPr>
            <w:tcW w:w="1134" w:type="dxa"/>
            <w:tcMar>
              <w:top w:w="100" w:type="dxa"/>
              <w:left w:w="100" w:type="dxa"/>
              <w:bottom w:w="100" w:type="dxa"/>
              <w:right w:w="100" w:type="dxa"/>
            </w:tcMar>
          </w:tcPr>
          <w:p w14:paraId="6A8F2ACC"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6D0887F5" w14:textId="77777777" w:rsidTr="002C2416">
        <w:trPr>
          <w:cantSplit/>
          <w:jc w:val="center"/>
        </w:trPr>
        <w:tc>
          <w:tcPr>
            <w:tcW w:w="1927" w:type="dxa"/>
            <w:tcMar>
              <w:top w:w="100" w:type="dxa"/>
              <w:left w:w="100" w:type="dxa"/>
              <w:bottom w:w="100" w:type="dxa"/>
              <w:right w:w="100" w:type="dxa"/>
            </w:tcMar>
          </w:tcPr>
          <w:p w14:paraId="2081FB16"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tcPr>
          <w:p w14:paraId="358A41CD" w14:textId="231205CA" w:rsidR="00D31755" w:rsidRPr="00D31755" w:rsidRDefault="00D31755" w:rsidP="00D31755">
            <w:pPr>
              <w:bidi/>
              <w:jc w:val="both"/>
              <w:rPr>
                <w:rFonts w:ascii="Simplified Arabic" w:hAnsi="Simplified Arabic" w:cs="Simplified Arabic"/>
                <w:sz w:val="20"/>
                <w:szCs w:val="20"/>
              </w:rPr>
            </w:pPr>
            <w:r w:rsidRPr="002C6B60">
              <w:rPr>
                <w:rtl/>
              </w:rPr>
              <w:t>هل المصطلحات موحدة؟</w:t>
            </w:r>
          </w:p>
        </w:tc>
        <w:tc>
          <w:tcPr>
            <w:tcW w:w="4025" w:type="dxa"/>
            <w:tcMar>
              <w:top w:w="100" w:type="dxa"/>
              <w:left w:w="100" w:type="dxa"/>
              <w:bottom w:w="100" w:type="dxa"/>
              <w:right w:w="100" w:type="dxa"/>
            </w:tcMar>
          </w:tcPr>
          <w:p w14:paraId="140B21E7" w14:textId="6E79172F" w:rsidR="00D31755" w:rsidRPr="00D31755" w:rsidRDefault="00D31755" w:rsidP="00D31755">
            <w:pPr>
              <w:bidi/>
              <w:jc w:val="both"/>
              <w:rPr>
                <w:rFonts w:ascii="Simplified Arabic" w:hAnsi="Simplified Arabic" w:cs="Simplified Arabic"/>
                <w:sz w:val="20"/>
                <w:szCs w:val="20"/>
              </w:rPr>
            </w:pPr>
            <w:r w:rsidRPr="002C6B60">
              <w:rPr>
                <w:rtl/>
              </w:rPr>
              <w:t>المصطلحات بحاجة توحيد بين</w:t>
            </w:r>
            <w:r w:rsidRPr="002C6B60">
              <w:t xml:space="preserve"> PPP</w:t>
            </w:r>
            <w:r w:rsidRPr="002C6B60">
              <w:rPr>
                <w:rtl/>
              </w:rPr>
              <w:t>، الحوكمة البيئية، وإدارة الأداء.</w:t>
            </w:r>
          </w:p>
        </w:tc>
        <w:tc>
          <w:tcPr>
            <w:tcW w:w="1474" w:type="dxa"/>
            <w:tcMar>
              <w:top w:w="100" w:type="dxa"/>
              <w:left w:w="100" w:type="dxa"/>
              <w:bottom w:w="100" w:type="dxa"/>
              <w:right w:w="100" w:type="dxa"/>
            </w:tcMar>
          </w:tcPr>
          <w:p w14:paraId="0A2058E3" w14:textId="3471C1C0" w:rsidR="00D31755" w:rsidRPr="00D31755" w:rsidRDefault="00D31755" w:rsidP="00D31755">
            <w:pPr>
              <w:bidi/>
              <w:jc w:val="both"/>
              <w:rPr>
                <w:rFonts w:ascii="Simplified Arabic" w:hAnsi="Simplified Arabic" w:cs="Simplified Arabic"/>
                <w:sz w:val="20"/>
                <w:szCs w:val="20"/>
              </w:rPr>
            </w:pPr>
            <w:r w:rsidRPr="002C6B60">
              <w:rPr>
                <w:rtl/>
              </w:rPr>
              <w:t>جيد مع تعديل</w:t>
            </w:r>
          </w:p>
        </w:tc>
        <w:tc>
          <w:tcPr>
            <w:tcW w:w="3288" w:type="dxa"/>
            <w:tcMar>
              <w:top w:w="100" w:type="dxa"/>
              <w:left w:w="100" w:type="dxa"/>
              <w:bottom w:w="100" w:type="dxa"/>
              <w:right w:w="100" w:type="dxa"/>
            </w:tcMar>
          </w:tcPr>
          <w:p w14:paraId="15FEB843" w14:textId="4B1A8786" w:rsidR="00D31755" w:rsidRPr="00D31755" w:rsidRDefault="00D31755" w:rsidP="00D31755">
            <w:pPr>
              <w:bidi/>
              <w:jc w:val="both"/>
              <w:rPr>
                <w:rFonts w:ascii="Simplified Arabic" w:hAnsi="Simplified Arabic" w:cs="Simplified Arabic"/>
                <w:sz w:val="20"/>
                <w:szCs w:val="20"/>
              </w:rPr>
            </w:pPr>
            <w:r w:rsidRPr="002C6B60">
              <w:rPr>
                <w:rtl/>
              </w:rPr>
              <w:t>اعتماد ترجمة موحدة للمصطلحات</w:t>
            </w:r>
            <w:r w:rsidRPr="002C6B60">
              <w:t>.</w:t>
            </w:r>
          </w:p>
        </w:tc>
        <w:tc>
          <w:tcPr>
            <w:tcW w:w="1134" w:type="dxa"/>
            <w:tcMar>
              <w:top w:w="100" w:type="dxa"/>
              <w:left w:w="100" w:type="dxa"/>
              <w:bottom w:w="100" w:type="dxa"/>
              <w:right w:w="100" w:type="dxa"/>
            </w:tcMar>
          </w:tcPr>
          <w:p w14:paraId="67EF93D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DF3DDF5" w14:textId="77777777" w:rsidTr="002C2416">
        <w:trPr>
          <w:cantSplit/>
          <w:jc w:val="center"/>
        </w:trPr>
        <w:tc>
          <w:tcPr>
            <w:tcW w:w="1927" w:type="dxa"/>
            <w:tcMar>
              <w:top w:w="100" w:type="dxa"/>
              <w:left w:w="100" w:type="dxa"/>
              <w:bottom w:w="100" w:type="dxa"/>
              <w:right w:w="100" w:type="dxa"/>
            </w:tcMar>
          </w:tcPr>
          <w:p w14:paraId="7B54B9D0"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tcPr>
          <w:p w14:paraId="7C694B7B" w14:textId="20269246" w:rsidR="00D31755" w:rsidRPr="00D31755" w:rsidRDefault="00D31755" w:rsidP="00D31755">
            <w:pPr>
              <w:bidi/>
              <w:jc w:val="both"/>
              <w:rPr>
                <w:rFonts w:ascii="Simplified Arabic" w:hAnsi="Simplified Arabic" w:cs="Simplified Arabic"/>
                <w:sz w:val="20"/>
                <w:szCs w:val="20"/>
              </w:rPr>
            </w:pPr>
            <w:r w:rsidRPr="002C6B60">
              <w:rPr>
                <w:rtl/>
              </w:rPr>
              <w:t>هل العناوين منظمة؟</w:t>
            </w:r>
          </w:p>
        </w:tc>
        <w:tc>
          <w:tcPr>
            <w:tcW w:w="4025" w:type="dxa"/>
            <w:tcMar>
              <w:top w:w="100" w:type="dxa"/>
              <w:left w:w="100" w:type="dxa"/>
              <w:bottom w:w="100" w:type="dxa"/>
              <w:right w:w="100" w:type="dxa"/>
            </w:tcMar>
          </w:tcPr>
          <w:p w14:paraId="6E81B5AD" w14:textId="0E049776" w:rsidR="00D31755" w:rsidRPr="00D31755" w:rsidRDefault="00D31755" w:rsidP="00D31755">
            <w:pPr>
              <w:bidi/>
              <w:jc w:val="both"/>
              <w:rPr>
                <w:rFonts w:ascii="Simplified Arabic" w:hAnsi="Simplified Arabic" w:cs="Simplified Arabic"/>
                <w:sz w:val="20"/>
                <w:szCs w:val="20"/>
              </w:rPr>
            </w:pPr>
            <w:r w:rsidRPr="002C6B60">
              <w:rPr>
                <w:rtl/>
              </w:rPr>
              <w:t>الترقيم والعناوين بحاجة مراجعة بسبب تعدد مراحل الدراسة.</w:t>
            </w:r>
          </w:p>
        </w:tc>
        <w:tc>
          <w:tcPr>
            <w:tcW w:w="1474" w:type="dxa"/>
            <w:tcMar>
              <w:top w:w="100" w:type="dxa"/>
              <w:left w:w="100" w:type="dxa"/>
              <w:bottom w:w="100" w:type="dxa"/>
              <w:right w:w="100" w:type="dxa"/>
            </w:tcMar>
          </w:tcPr>
          <w:p w14:paraId="0123A1C4" w14:textId="0413352D" w:rsidR="00D31755" w:rsidRPr="00D31755" w:rsidRDefault="00D31755" w:rsidP="00D31755">
            <w:pPr>
              <w:bidi/>
              <w:jc w:val="both"/>
              <w:rPr>
                <w:rFonts w:ascii="Simplified Arabic" w:hAnsi="Simplified Arabic" w:cs="Simplified Arabic"/>
                <w:sz w:val="20"/>
                <w:szCs w:val="20"/>
              </w:rPr>
            </w:pPr>
            <w:r w:rsidRPr="002C6B60">
              <w:rPr>
                <w:rtl/>
              </w:rPr>
              <w:t>جيد</w:t>
            </w:r>
          </w:p>
        </w:tc>
        <w:tc>
          <w:tcPr>
            <w:tcW w:w="3288" w:type="dxa"/>
            <w:tcMar>
              <w:top w:w="100" w:type="dxa"/>
              <w:left w:w="100" w:type="dxa"/>
              <w:bottom w:w="100" w:type="dxa"/>
              <w:right w:w="100" w:type="dxa"/>
            </w:tcMar>
          </w:tcPr>
          <w:p w14:paraId="4F018FAE" w14:textId="400FDC23" w:rsidR="00D31755" w:rsidRPr="00D31755" w:rsidRDefault="00D31755" w:rsidP="00D31755">
            <w:pPr>
              <w:bidi/>
              <w:jc w:val="both"/>
              <w:rPr>
                <w:rFonts w:ascii="Simplified Arabic" w:hAnsi="Simplified Arabic" w:cs="Simplified Arabic"/>
                <w:sz w:val="20"/>
                <w:szCs w:val="20"/>
              </w:rPr>
            </w:pPr>
            <w:r w:rsidRPr="002C6B60">
              <w:rPr>
                <w:rtl/>
              </w:rPr>
              <w:t>مراجعة العناوين والإحالات</w:t>
            </w:r>
            <w:r w:rsidRPr="002C6B60">
              <w:t>.</w:t>
            </w:r>
          </w:p>
        </w:tc>
        <w:tc>
          <w:tcPr>
            <w:tcW w:w="1134" w:type="dxa"/>
            <w:tcMar>
              <w:top w:w="100" w:type="dxa"/>
              <w:left w:w="100" w:type="dxa"/>
              <w:bottom w:w="100" w:type="dxa"/>
              <w:right w:w="100" w:type="dxa"/>
            </w:tcMar>
          </w:tcPr>
          <w:p w14:paraId="09F1D7E3"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518D987" w14:textId="77777777" w:rsidTr="002C2416">
        <w:trPr>
          <w:cantSplit/>
          <w:jc w:val="center"/>
        </w:trPr>
        <w:tc>
          <w:tcPr>
            <w:tcW w:w="1927" w:type="dxa"/>
            <w:tcMar>
              <w:top w:w="100" w:type="dxa"/>
              <w:left w:w="100" w:type="dxa"/>
              <w:bottom w:w="100" w:type="dxa"/>
              <w:right w:w="100" w:type="dxa"/>
            </w:tcMar>
          </w:tcPr>
          <w:p w14:paraId="2F96C637"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lastRenderedPageBreak/>
              <w:t>الجداول والأشكال</w:t>
            </w:r>
          </w:p>
        </w:tc>
        <w:tc>
          <w:tcPr>
            <w:tcW w:w="3005" w:type="dxa"/>
            <w:tcMar>
              <w:top w:w="100" w:type="dxa"/>
              <w:left w:w="100" w:type="dxa"/>
              <w:bottom w:w="100" w:type="dxa"/>
              <w:right w:w="100" w:type="dxa"/>
            </w:tcMar>
          </w:tcPr>
          <w:p w14:paraId="463EE706" w14:textId="43392EE2" w:rsidR="00D31755" w:rsidRPr="00D31755" w:rsidRDefault="00D31755" w:rsidP="00D31755">
            <w:pPr>
              <w:bidi/>
              <w:jc w:val="both"/>
              <w:rPr>
                <w:rFonts w:ascii="Simplified Arabic" w:hAnsi="Simplified Arabic" w:cs="Simplified Arabic"/>
                <w:sz w:val="20"/>
                <w:szCs w:val="20"/>
              </w:rPr>
            </w:pPr>
            <w:r w:rsidRPr="002C6B60">
              <w:rPr>
                <w:rtl/>
              </w:rPr>
              <w:t>هل الجداول واضحة ومفسرة؟</w:t>
            </w:r>
          </w:p>
        </w:tc>
        <w:tc>
          <w:tcPr>
            <w:tcW w:w="4025" w:type="dxa"/>
            <w:tcMar>
              <w:top w:w="100" w:type="dxa"/>
              <w:left w:w="100" w:type="dxa"/>
              <w:bottom w:w="100" w:type="dxa"/>
              <w:right w:w="100" w:type="dxa"/>
            </w:tcMar>
          </w:tcPr>
          <w:p w14:paraId="7631B01C" w14:textId="3AB5CDA8" w:rsidR="00D31755" w:rsidRPr="00D31755" w:rsidRDefault="00D31755" w:rsidP="00D31755">
            <w:pPr>
              <w:bidi/>
              <w:jc w:val="both"/>
              <w:rPr>
                <w:rFonts w:ascii="Simplified Arabic" w:hAnsi="Simplified Arabic" w:cs="Simplified Arabic"/>
                <w:sz w:val="20"/>
                <w:szCs w:val="20"/>
              </w:rPr>
            </w:pPr>
            <w:r w:rsidRPr="002C6B60">
              <w:rPr>
                <w:rtl/>
              </w:rPr>
              <w:t>الجداول والأشكال مفيدة إذا فسرت المراحل بوضوح.</w:t>
            </w:r>
          </w:p>
        </w:tc>
        <w:tc>
          <w:tcPr>
            <w:tcW w:w="1474" w:type="dxa"/>
            <w:tcMar>
              <w:top w:w="100" w:type="dxa"/>
              <w:left w:w="100" w:type="dxa"/>
              <w:bottom w:w="100" w:type="dxa"/>
              <w:right w:w="100" w:type="dxa"/>
            </w:tcMar>
          </w:tcPr>
          <w:p w14:paraId="6B3E27B1" w14:textId="5E1980CA" w:rsidR="00D31755" w:rsidRPr="00D31755" w:rsidRDefault="00D31755" w:rsidP="00D31755">
            <w:pPr>
              <w:bidi/>
              <w:jc w:val="both"/>
              <w:rPr>
                <w:rFonts w:ascii="Simplified Arabic" w:hAnsi="Simplified Arabic" w:cs="Simplified Arabic"/>
                <w:sz w:val="20"/>
                <w:szCs w:val="20"/>
              </w:rPr>
            </w:pPr>
            <w:r w:rsidRPr="002C6B60">
              <w:rPr>
                <w:rtl/>
              </w:rPr>
              <w:t>جيد</w:t>
            </w:r>
          </w:p>
        </w:tc>
        <w:tc>
          <w:tcPr>
            <w:tcW w:w="3288" w:type="dxa"/>
            <w:tcMar>
              <w:top w:w="100" w:type="dxa"/>
              <w:left w:w="100" w:type="dxa"/>
              <w:bottom w:w="100" w:type="dxa"/>
              <w:right w:w="100" w:type="dxa"/>
            </w:tcMar>
          </w:tcPr>
          <w:p w14:paraId="4A85A584" w14:textId="18B37ECB" w:rsidR="00D31755" w:rsidRPr="00D31755" w:rsidRDefault="00D31755" w:rsidP="00D31755">
            <w:pPr>
              <w:bidi/>
              <w:jc w:val="both"/>
              <w:rPr>
                <w:rFonts w:ascii="Simplified Arabic" w:hAnsi="Simplified Arabic" w:cs="Simplified Arabic"/>
                <w:sz w:val="20"/>
                <w:szCs w:val="20"/>
              </w:rPr>
            </w:pPr>
            <w:r w:rsidRPr="002C6B60">
              <w:rPr>
                <w:rtl/>
              </w:rPr>
              <w:t>إضافة شكل يوضح مراحل الدراسة</w:t>
            </w:r>
            <w:r w:rsidRPr="002C6B60">
              <w:t>.</w:t>
            </w:r>
          </w:p>
        </w:tc>
        <w:tc>
          <w:tcPr>
            <w:tcW w:w="1134" w:type="dxa"/>
            <w:tcMar>
              <w:top w:w="100" w:type="dxa"/>
              <w:left w:w="100" w:type="dxa"/>
              <w:bottom w:w="100" w:type="dxa"/>
              <w:right w:w="100" w:type="dxa"/>
            </w:tcMar>
          </w:tcPr>
          <w:p w14:paraId="042B884E" w14:textId="77777777" w:rsidR="00D31755" w:rsidRPr="00D31755" w:rsidRDefault="00D31755" w:rsidP="00D31755">
            <w:pPr>
              <w:bidi/>
              <w:jc w:val="both"/>
              <w:rPr>
                <w:rFonts w:ascii="Simplified Arabic" w:hAnsi="Simplified Arabic" w:cs="Simplified Arabic"/>
                <w:sz w:val="20"/>
                <w:szCs w:val="20"/>
              </w:rPr>
            </w:pPr>
          </w:p>
        </w:tc>
      </w:tr>
      <w:tr w:rsidR="00D31755" w:rsidRPr="00D31755" w14:paraId="1C159245" w14:textId="77777777" w:rsidTr="002C2416">
        <w:trPr>
          <w:cantSplit/>
          <w:jc w:val="center"/>
        </w:trPr>
        <w:tc>
          <w:tcPr>
            <w:tcW w:w="1927" w:type="dxa"/>
            <w:tcMar>
              <w:top w:w="100" w:type="dxa"/>
              <w:left w:w="100" w:type="dxa"/>
              <w:bottom w:w="100" w:type="dxa"/>
              <w:right w:w="100" w:type="dxa"/>
            </w:tcMar>
          </w:tcPr>
          <w:p w14:paraId="755DC491"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tcPr>
          <w:p w14:paraId="294AD52E" w14:textId="4AD4D2CF" w:rsidR="00D31755" w:rsidRPr="00D31755" w:rsidRDefault="00D31755" w:rsidP="00D31755">
            <w:pPr>
              <w:bidi/>
              <w:jc w:val="both"/>
              <w:rPr>
                <w:rFonts w:ascii="Simplified Arabic" w:hAnsi="Simplified Arabic" w:cs="Simplified Arabic"/>
                <w:sz w:val="20"/>
                <w:szCs w:val="20"/>
              </w:rPr>
            </w:pPr>
            <w:r w:rsidRPr="002C6B60">
              <w:rPr>
                <w:rtl/>
              </w:rPr>
              <w:t>هل الفصل يلتزم بوصف الإجراءات فقط؟</w:t>
            </w:r>
          </w:p>
        </w:tc>
        <w:tc>
          <w:tcPr>
            <w:tcW w:w="4025" w:type="dxa"/>
            <w:tcMar>
              <w:top w:w="100" w:type="dxa"/>
              <w:left w:w="100" w:type="dxa"/>
              <w:bottom w:w="100" w:type="dxa"/>
              <w:right w:w="100" w:type="dxa"/>
            </w:tcMar>
          </w:tcPr>
          <w:p w14:paraId="36E10BC5" w14:textId="0E1B1533" w:rsidR="00D31755" w:rsidRPr="00D31755" w:rsidRDefault="00D31755" w:rsidP="00D31755">
            <w:pPr>
              <w:bidi/>
              <w:jc w:val="both"/>
              <w:rPr>
                <w:rFonts w:ascii="Simplified Arabic" w:hAnsi="Simplified Arabic" w:cs="Simplified Arabic"/>
                <w:sz w:val="20"/>
                <w:szCs w:val="20"/>
              </w:rPr>
            </w:pPr>
            <w:r w:rsidRPr="002C6B60">
              <w:rPr>
                <w:rtl/>
              </w:rPr>
              <w:t>ينبغي تجنب عرض نتائج النموذج قبل تنفيذ التحليل والتحكيم.</w:t>
            </w:r>
          </w:p>
        </w:tc>
        <w:tc>
          <w:tcPr>
            <w:tcW w:w="1474" w:type="dxa"/>
            <w:tcMar>
              <w:top w:w="100" w:type="dxa"/>
              <w:left w:w="100" w:type="dxa"/>
              <w:bottom w:w="100" w:type="dxa"/>
              <w:right w:w="100" w:type="dxa"/>
            </w:tcMar>
          </w:tcPr>
          <w:p w14:paraId="728D5809" w14:textId="36140CB4" w:rsidR="00D31755" w:rsidRPr="00D31755" w:rsidRDefault="00D31755" w:rsidP="00D31755">
            <w:pPr>
              <w:bidi/>
              <w:jc w:val="both"/>
              <w:rPr>
                <w:rFonts w:ascii="Simplified Arabic" w:hAnsi="Simplified Arabic" w:cs="Simplified Arabic"/>
                <w:sz w:val="20"/>
                <w:szCs w:val="20"/>
              </w:rPr>
            </w:pPr>
            <w:r w:rsidRPr="002C6B60">
              <w:rPr>
                <w:rtl/>
              </w:rPr>
              <w:t>جيد</w:t>
            </w:r>
          </w:p>
        </w:tc>
        <w:tc>
          <w:tcPr>
            <w:tcW w:w="3288" w:type="dxa"/>
            <w:tcMar>
              <w:top w:w="100" w:type="dxa"/>
              <w:left w:w="100" w:type="dxa"/>
              <w:bottom w:w="100" w:type="dxa"/>
              <w:right w:w="100" w:type="dxa"/>
            </w:tcMar>
          </w:tcPr>
          <w:p w14:paraId="33773872" w14:textId="193C3350" w:rsidR="00D31755" w:rsidRPr="00D31755" w:rsidRDefault="00D31755" w:rsidP="00D31755">
            <w:pPr>
              <w:bidi/>
              <w:jc w:val="both"/>
              <w:rPr>
                <w:rFonts w:ascii="Simplified Arabic" w:hAnsi="Simplified Arabic" w:cs="Simplified Arabic"/>
                <w:sz w:val="20"/>
                <w:szCs w:val="20"/>
              </w:rPr>
            </w:pPr>
            <w:r w:rsidRPr="002C6B60">
              <w:rPr>
                <w:rtl/>
              </w:rPr>
              <w:t>فصل المخطط عن المنفذ</w:t>
            </w:r>
            <w:r w:rsidRPr="002C6B60">
              <w:t>.</w:t>
            </w:r>
          </w:p>
        </w:tc>
        <w:tc>
          <w:tcPr>
            <w:tcW w:w="1134" w:type="dxa"/>
            <w:tcMar>
              <w:top w:w="100" w:type="dxa"/>
              <w:left w:w="100" w:type="dxa"/>
              <w:bottom w:w="100" w:type="dxa"/>
              <w:right w:w="100" w:type="dxa"/>
            </w:tcMar>
          </w:tcPr>
          <w:p w14:paraId="7FBD4BE5" w14:textId="77777777" w:rsidR="00D31755" w:rsidRPr="00D31755" w:rsidRDefault="00D31755" w:rsidP="00D31755">
            <w:pPr>
              <w:bidi/>
              <w:jc w:val="both"/>
              <w:rPr>
                <w:rFonts w:ascii="Simplified Arabic" w:hAnsi="Simplified Arabic" w:cs="Simplified Arabic"/>
                <w:sz w:val="20"/>
                <w:szCs w:val="20"/>
              </w:rPr>
            </w:pPr>
          </w:p>
        </w:tc>
      </w:tr>
    </w:tbl>
    <w:p w14:paraId="02992122" w14:textId="77777777" w:rsidR="003B24C9" w:rsidRPr="00D31755" w:rsidRDefault="003B24C9" w:rsidP="00D31755">
      <w:pPr>
        <w:bidi/>
        <w:spacing w:after="0" w:line="240" w:lineRule="auto"/>
        <w:jc w:val="both"/>
        <w:rPr>
          <w:rFonts w:ascii="Simplified Arabic" w:eastAsiaTheme="majorEastAsia" w:hAnsi="Simplified Arabic" w:cs="Simplified Arabic"/>
          <w:b/>
          <w:bCs/>
          <w:color w:val="000000" w:themeColor="text1"/>
          <w:sz w:val="20"/>
          <w:szCs w:val="20"/>
          <w:rtl/>
        </w:rPr>
      </w:pPr>
      <w:r w:rsidRPr="00D31755">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4798D471" w14:textId="77777777" w:rsidR="00A662EF" w:rsidRPr="00D31755" w:rsidRDefault="003B24C9" w:rsidP="00D31755">
      <w:pPr>
        <w:bidi/>
        <w:spacing w:after="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D31755">
        <w:rPr>
          <w:rFonts w:ascii="Simplified Arabic" w:hAnsi="Simplified Arabic" w:cs="Simplified Arabic"/>
          <w:color w:val="000000" w:themeColor="text1"/>
          <w:sz w:val="20"/>
          <w:szCs w:val="20"/>
          <w:rtl/>
        </w:rPr>
        <w:t>الملاحظة،</w:t>
      </w:r>
      <w:r w:rsidRPr="00D31755">
        <w:rPr>
          <w:rFonts w:ascii="Simplified Arabic" w:hAnsi="Simplified Arabic" w:cs="Simplified Arabic"/>
          <w:color w:val="000000" w:themeColor="text1"/>
          <w:sz w:val="20"/>
          <w:szCs w:val="20"/>
          <w:rtl/>
        </w:rPr>
        <w:t xml:space="preserve"> </w:t>
      </w:r>
      <w:proofErr w:type="gramStart"/>
      <w:r w:rsidRPr="00D31755">
        <w:rPr>
          <w:rFonts w:ascii="Simplified Arabic" w:hAnsi="Simplified Arabic" w:cs="Simplified Arabic"/>
          <w:color w:val="000000" w:themeColor="text1"/>
          <w:sz w:val="20"/>
          <w:szCs w:val="20"/>
          <w:rtl/>
        </w:rPr>
        <w:t>وأثرها</w:t>
      </w:r>
      <w:proofErr w:type="gramEnd"/>
      <w:r w:rsidRPr="00D31755">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D31755" w14:paraId="0B81832D" w14:textId="77777777" w:rsidTr="00F50E7D">
        <w:trPr>
          <w:cantSplit/>
          <w:tblHeader/>
          <w:jc w:val="center"/>
        </w:trPr>
        <w:tc>
          <w:tcPr>
            <w:tcW w:w="4082" w:type="dxa"/>
            <w:tcMar>
              <w:top w:w="100" w:type="dxa"/>
              <w:left w:w="100" w:type="dxa"/>
              <w:bottom w:w="100" w:type="dxa"/>
              <w:right w:w="100" w:type="dxa"/>
            </w:tcMar>
            <w:vAlign w:val="center"/>
          </w:tcPr>
          <w:p w14:paraId="4D1ACAA5"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17DCF363"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1271CF78"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3330F268"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77D04204"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الأولوية</w:t>
            </w:r>
          </w:p>
        </w:tc>
      </w:tr>
      <w:tr w:rsidR="00D31755" w:rsidRPr="00D31755" w14:paraId="6ABFF0E1" w14:textId="77777777" w:rsidTr="00311371">
        <w:trPr>
          <w:cantSplit/>
          <w:jc w:val="center"/>
        </w:trPr>
        <w:tc>
          <w:tcPr>
            <w:tcW w:w="4082" w:type="dxa"/>
            <w:tcMar>
              <w:top w:w="100" w:type="dxa"/>
              <w:left w:w="100" w:type="dxa"/>
              <w:bottom w:w="100" w:type="dxa"/>
              <w:right w:w="100" w:type="dxa"/>
            </w:tcMar>
          </w:tcPr>
          <w:p w14:paraId="0292023C"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حسم</w:t>
            </w:r>
            <w:proofErr w:type="spellEnd"/>
            <w:r w:rsidRPr="00D31755">
              <w:rPr>
                <w:rFonts w:ascii="Simplified Arabic" w:hAnsi="Simplified Arabic" w:cs="Simplified Arabic"/>
                <w:sz w:val="20"/>
                <w:szCs w:val="20"/>
              </w:rPr>
              <w:t xml:space="preserve"> تصميم </w:t>
            </w:r>
            <w:proofErr w:type="spellStart"/>
            <w:r w:rsidRPr="00D31755">
              <w:rPr>
                <w:rFonts w:ascii="Simplified Arabic" w:hAnsi="Simplified Arabic" w:cs="Simplified Arabic"/>
                <w:sz w:val="20"/>
                <w:szCs w:val="20"/>
              </w:rPr>
              <w:t>الدراسة</w:t>
            </w:r>
            <w:proofErr w:type="spellEnd"/>
          </w:p>
        </w:tc>
        <w:tc>
          <w:tcPr>
            <w:tcW w:w="2324" w:type="dxa"/>
            <w:tcMar>
              <w:top w:w="100" w:type="dxa"/>
              <w:left w:w="100" w:type="dxa"/>
              <w:bottom w:w="100" w:type="dxa"/>
              <w:right w:w="100" w:type="dxa"/>
            </w:tcMar>
          </w:tcPr>
          <w:p w14:paraId="366C63B5" w14:textId="1931F22A" w:rsidR="00D31755" w:rsidRPr="00D31755" w:rsidRDefault="00D31755" w:rsidP="00D31755">
            <w:pPr>
              <w:bidi/>
              <w:jc w:val="both"/>
              <w:rPr>
                <w:rFonts w:ascii="Simplified Arabic" w:hAnsi="Simplified Arabic" w:cs="Simplified Arabic"/>
                <w:sz w:val="20"/>
                <w:szCs w:val="20"/>
              </w:rPr>
            </w:pPr>
            <w:r w:rsidRPr="00454BC9">
              <w:t>3.1-3.2</w:t>
            </w:r>
          </w:p>
        </w:tc>
        <w:tc>
          <w:tcPr>
            <w:tcW w:w="3628" w:type="dxa"/>
            <w:tcMar>
              <w:top w:w="100" w:type="dxa"/>
              <w:left w:w="100" w:type="dxa"/>
              <w:bottom w:w="100" w:type="dxa"/>
              <w:right w:w="100" w:type="dxa"/>
            </w:tcMar>
          </w:tcPr>
          <w:p w14:paraId="7739DB2A" w14:textId="7D47708E" w:rsidR="00D31755" w:rsidRPr="00D31755" w:rsidRDefault="00D31755" w:rsidP="00D31755">
            <w:pPr>
              <w:bidi/>
              <w:jc w:val="both"/>
              <w:rPr>
                <w:rFonts w:ascii="Simplified Arabic" w:hAnsi="Simplified Arabic" w:cs="Simplified Arabic"/>
                <w:sz w:val="20"/>
                <w:szCs w:val="20"/>
              </w:rPr>
            </w:pPr>
            <w:r w:rsidRPr="00454BC9">
              <w:rPr>
                <w:rtl/>
              </w:rPr>
              <w:t>يوضح منطق الدراسة المركبة.</w:t>
            </w:r>
          </w:p>
        </w:tc>
        <w:tc>
          <w:tcPr>
            <w:tcW w:w="3855" w:type="dxa"/>
            <w:tcMar>
              <w:top w:w="100" w:type="dxa"/>
              <w:left w:w="100" w:type="dxa"/>
              <w:bottom w:w="100" w:type="dxa"/>
              <w:right w:w="100" w:type="dxa"/>
            </w:tcMar>
          </w:tcPr>
          <w:p w14:paraId="0199C4E3" w14:textId="35C50B2A" w:rsidR="00D31755" w:rsidRPr="00D31755" w:rsidRDefault="00D31755" w:rsidP="00D31755">
            <w:pPr>
              <w:bidi/>
              <w:jc w:val="both"/>
              <w:rPr>
                <w:rFonts w:ascii="Simplified Arabic" w:hAnsi="Simplified Arabic" w:cs="Simplified Arabic"/>
                <w:sz w:val="20"/>
                <w:szCs w:val="20"/>
              </w:rPr>
            </w:pPr>
            <w:r w:rsidRPr="00454BC9">
              <w:rPr>
                <w:rtl/>
              </w:rPr>
              <w:t>بيان دور الاستبانة والوثائق وتحكيم الخبراء في كل مرحلة.</w:t>
            </w:r>
          </w:p>
        </w:tc>
        <w:tc>
          <w:tcPr>
            <w:tcW w:w="1134" w:type="dxa"/>
            <w:tcMar>
              <w:top w:w="100" w:type="dxa"/>
              <w:left w:w="100" w:type="dxa"/>
              <w:bottom w:w="100" w:type="dxa"/>
              <w:right w:w="100" w:type="dxa"/>
            </w:tcMar>
          </w:tcPr>
          <w:p w14:paraId="0322D7DD" w14:textId="2ED33F32" w:rsidR="00D31755" w:rsidRPr="00D31755" w:rsidRDefault="00D31755" w:rsidP="00D31755">
            <w:pPr>
              <w:bidi/>
              <w:jc w:val="both"/>
              <w:rPr>
                <w:rFonts w:ascii="Simplified Arabic" w:hAnsi="Simplified Arabic" w:cs="Simplified Arabic"/>
                <w:sz w:val="20"/>
                <w:szCs w:val="20"/>
              </w:rPr>
            </w:pPr>
            <w:r w:rsidRPr="00454BC9">
              <w:rPr>
                <w:rtl/>
              </w:rPr>
              <w:t>عالية</w:t>
            </w:r>
          </w:p>
        </w:tc>
      </w:tr>
      <w:tr w:rsidR="00D31755" w:rsidRPr="00D31755" w14:paraId="59760332" w14:textId="77777777" w:rsidTr="00311371">
        <w:trPr>
          <w:cantSplit/>
          <w:jc w:val="center"/>
        </w:trPr>
        <w:tc>
          <w:tcPr>
            <w:tcW w:w="4082" w:type="dxa"/>
            <w:tcMar>
              <w:top w:w="100" w:type="dxa"/>
              <w:left w:w="100" w:type="dxa"/>
              <w:bottom w:w="100" w:type="dxa"/>
              <w:right w:w="100" w:type="dxa"/>
            </w:tcMar>
          </w:tcPr>
          <w:p w14:paraId="6088EAE5"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تحديد المجتمع والعينة</w:t>
            </w:r>
          </w:p>
        </w:tc>
        <w:tc>
          <w:tcPr>
            <w:tcW w:w="2324" w:type="dxa"/>
            <w:tcMar>
              <w:top w:w="100" w:type="dxa"/>
              <w:left w:w="100" w:type="dxa"/>
              <w:bottom w:w="100" w:type="dxa"/>
              <w:right w:w="100" w:type="dxa"/>
            </w:tcMar>
          </w:tcPr>
          <w:p w14:paraId="7FA84E25" w14:textId="2D3FF0CF" w:rsidR="00D31755" w:rsidRPr="00D31755" w:rsidRDefault="00D31755" w:rsidP="00D31755">
            <w:pPr>
              <w:bidi/>
              <w:jc w:val="both"/>
              <w:rPr>
                <w:rFonts w:ascii="Simplified Arabic" w:hAnsi="Simplified Arabic" w:cs="Simplified Arabic"/>
                <w:sz w:val="20"/>
                <w:szCs w:val="20"/>
              </w:rPr>
            </w:pPr>
            <w:r w:rsidRPr="00454BC9">
              <w:t>3.4-3.5</w:t>
            </w:r>
          </w:p>
        </w:tc>
        <w:tc>
          <w:tcPr>
            <w:tcW w:w="3628" w:type="dxa"/>
            <w:tcMar>
              <w:top w:w="100" w:type="dxa"/>
              <w:left w:w="100" w:type="dxa"/>
              <w:bottom w:w="100" w:type="dxa"/>
              <w:right w:w="100" w:type="dxa"/>
            </w:tcMar>
          </w:tcPr>
          <w:p w14:paraId="76CAE46A" w14:textId="46AFD8FF" w:rsidR="00D31755" w:rsidRPr="00D31755" w:rsidRDefault="00D31755" w:rsidP="00D31755">
            <w:pPr>
              <w:bidi/>
              <w:jc w:val="both"/>
              <w:rPr>
                <w:rFonts w:ascii="Simplified Arabic" w:hAnsi="Simplified Arabic" w:cs="Simplified Arabic"/>
                <w:sz w:val="20"/>
                <w:szCs w:val="20"/>
              </w:rPr>
            </w:pPr>
            <w:r w:rsidRPr="00454BC9">
              <w:rPr>
                <w:rtl/>
              </w:rPr>
              <w:t>يدعم صلاحية النتائج.</w:t>
            </w:r>
          </w:p>
        </w:tc>
        <w:tc>
          <w:tcPr>
            <w:tcW w:w="3855" w:type="dxa"/>
            <w:tcMar>
              <w:top w:w="100" w:type="dxa"/>
              <w:left w:w="100" w:type="dxa"/>
              <w:bottom w:w="100" w:type="dxa"/>
              <w:right w:w="100" w:type="dxa"/>
            </w:tcMar>
          </w:tcPr>
          <w:p w14:paraId="60A9A3D4" w14:textId="0C97365B" w:rsidR="00D31755" w:rsidRPr="00D31755" w:rsidRDefault="00D31755" w:rsidP="00D31755">
            <w:pPr>
              <w:bidi/>
              <w:jc w:val="both"/>
              <w:rPr>
                <w:rFonts w:ascii="Simplified Arabic" w:hAnsi="Simplified Arabic" w:cs="Simplified Arabic"/>
                <w:sz w:val="20"/>
                <w:szCs w:val="20"/>
              </w:rPr>
            </w:pPr>
            <w:r w:rsidRPr="00454BC9">
              <w:rPr>
                <w:rtl/>
              </w:rPr>
              <w:t>تعريف الفئات المستهدفة وإطار الوصول وحجم العينة.</w:t>
            </w:r>
          </w:p>
        </w:tc>
        <w:tc>
          <w:tcPr>
            <w:tcW w:w="1134" w:type="dxa"/>
            <w:tcMar>
              <w:top w:w="100" w:type="dxa"/>
              <w:left w:w="100" w:type="dxa"/>
              <w:bottom w:w="100" w:type="dxa"/>
              <w:right w:w="100" w:type="dxa"/>
            </w:tcMar>
          </w:tcPr>
          <w:p w14:paraId="66FED674" w14:textId="2DE5683C" w:rsidR="00D31755" w:rsidRPr="00D31755" w:rsidRDefault="00D31755" w:rsidP="00D31755">
            <w:pPr>
              <w:bidi/>
              <w:jc w:val="both"/>
              <w:rPr>
                <w:rFonts w:ascii="Simplified Arabic" w:hAnsi="Simplified Arabic" w:cs="Simplified Arabic"/>
                <w:sz w:val="20"/>
                <w:szCs w:val="20"/>
              </w:rPr>
            </w:pPr>
            <w:r w:rsidRPr="00454BC9">
              <w:rPr>
                <w:rtl/>
              </w:rPr>
              <w:t>عالية</w:t>
            </w:r>
          </w:p>
        </w:tc>
      </w:tr>
      <w:tr w:rsidR="00D31755" w:rsidRPr="00D31755" w14:paraId="49D3B4C1" w14:textId="77777777" w:rsidTr="00311371">
        <w:trPr>
          <w:cantSplit/>
          <w:jc w:val="center"/>
        </w:trPr>
        <w:tc>
          <w:tcPr>
            <w:tcW w:w="4082" w:type="dxa"/>
            <w:tcMar>
              <w:top w:w="100" w:type="dxa"/>
              <w:left w:w="100" w:type="dxa"/>
              <w:bottom w:w="100" w:type="dxa"/>
              <w:right w:w="100" w:type="dxa"/>
            </w:tcMar>
          </w:tcPr>
          <w:p w14:paraId="1F6573F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بروتوكول تحليل الوثائق</w:t>
            </w:r>
          </w:p>
        </w:tc>
        <w:tc>
          <w:tcPr>
            <w:tcW w:w="2324" w:type="dxa"/>
            <w:tcMar>
              <w:top w:w="100" w:type="dxa"/>
              <w:left w:w="100" w:type="dxa"/>
              <w:bottom w:w="100" w:type="dxa"/>
              <w:right w:w="100" w:type="dxa"/>
            </w:tcMar>
          </w:tcPr>
          <w:p w14:paraId="121E0281" w14:textId="2B476B88" w:rsidR="00D31755" w:rsidRPr="00D31755" w:rsidRDefault="00D31755" w:rsidP="00D31755">
            <w:pPr>
              <w:bidi/>
              <w:jc w:val="both"/>
              <w:rPr>
                <w:rFonts w:ascii="Simplified Arabic" w:hAnsi="Simplified Arabic" w:cs="Simplified Arabic"/>
                <w:sz w:val="20"/>
                <w:szCs w:val="20"/>
              </w:rPr>
            </w:pPr>
            <w:r w:rsidRPr="00454BC9">
              <w:rPr>
                <w:rtl/>
              </w:rPr>
              <w:t>مصادر البيانات</w:t>
            </w:r>
          </w:p>
        </w:tc>
        <w:tc>
          <w:tcPr>
            <w:tcW w:w="3628" w:type="dxa"/>
            <w:tcMar>
              <w:top w:w="100" w:type="dxa"/>
              <w:left w:w="100" w:type="dxa"/>
              <w:bottom w:w="100" w:type="dxa"/>
              <w:right w:w="100" w:type="dxa"/>
            </w:tcMar>
          </w:tcPr>
          <w:p w14:paraId="2452BE72" w14:textId="6C8FD07E" w:rsidR="00D31755" w:rsidRPr="00D31755" w:rsidRDefault="00D31755" w:rsidP="00D31755">
            <w:pPr>
              <w:bidi/>
              <w:jc w:val="both"/>
              <w:rPr>
                <w:rFonts w:ascii="Simplified Arabic" w:hAnsi="Simplified Arabic" w:cs="Simplified Arabic"/>
                <w:sz w:val="20"/>
                <w:szCs w:val="20"/>
              </w:rPr>
            </w:pPr>
            <w:r w:rsidRPr="00454BC9">
              <w:rPr>
                <w:rtl/>
              </w:rPr>
              <w:t>يعزز شفافية الجزء المساند.</w:t>
            </w:r>
          </w:p>
        </w:tc>
        <w:tc>
          <w:tcPr>
            <w:tcW w:w="3855" w:type="dxa"/>
            <w:tcMar>
              <w:top w:w="100" w:type="dxa"/>
              <w:left w:w="100" w:type="dxa"/>
              <w:bottom w:w="100" w:type="dxa"/>
              <w:right w:w="100" w:type="dxa"/>
            </w:tcMar>
          </w:tcPr>
          <w:p w14:paraId="1560DC01" w14:textId="46070AD9" w:rsidR="00D31755" w:rsidRPr="00D31755" w:rsidRDefault="00D31755" w:rsidP="00D31755">
            <w:pPr>
              <w:bidi/>
              <w:jc w:val="both"/>
              <w:rPr>
                <w:rFonts w:ascii="Simplified Arabic" w:hAnsi="Simplified Arabic" w:cs="Simplified Arabic"/>
                <w:sz w:val="20"/>
                <w:szCs w:val="20"/>
              </w:rPr>
            </w:pPr>
            <w:r w:rsidRPr="00454BC9">
              <w:rPr>
                <w:rtl/>
              </w:rPr>
              <w:t>تحديد نوع الوثائق ومعايير اختيارها وطريقة تحليلها.</w:t>
            </w:r>
          </w:p>
        </w:tc>
        <w:tc>
          <w:tcPr>
            <w:tcW w:w="1134" w:type="dxa"/>
            <w:tcMar>
              <w:top w:w="100" w:type="dxa"/>
              <w:left w:w="100" w:type="dxa"/>
              <w:bottom w:w="100" w:type="dxa"/>
              <w:right w:w="100" w:type="dxa"/>
            </w:tcMar>
          </w:tcPr>
          <w:p w14:paraId="3FE4DBDE" w14:textId="5CF41BD5" w:rsidR="00D31755" w:rsidRPr="00D31755" w:rsidRDefault="00D31755" w:rsidP="00D31755">
            <w:pPr>
              <w:bidi/>
              <w:jc w:val="both"/>
              <w:rPr>
                <w:rFonts w:ascii="Simplified Arabic" w:hAnsi="Simplified Arabic" w:cs="Simplified Arabic"/>
                <w:sz w:val="20"/>
                <w:szCs w:val="20"/>
              </w:rPr>
            </w:pPr>
            <w:r w:rsidRPr="00454BC9">
              <w:rPr>
                <w:rtl/>
              </w:rPr>
              <w:t>عالية</w:t>
            </w:r>
          </w:p>
        </w:tc>
      </w:tr>
      <w:tr w:rsidR="00D31755" w:rsidRPr="00D31755" w14:paraId="3F42586F" w14:textId="77777777" w:rsidTr="00311371">
        <w:trPr>
          <w:cantSplit/>
          <w:jc w:val="center"/>
        </w:trPr>
        <w:tc>
          <w:tcPr>
            <w:tcW w:w="4082" w:type="dxa"/>
            <w:tcMar>
              <w:top w:w="100" w:type="dxa"/>
              <w:left w:w="100" w:type="dxa"/>
              <w:bottom w:w="100" w:type="dxa"/>
              <w:right w:w="100" w:type="dxa"/>
            </w:tcMar>
          </w:tcPr>
          <w:p w14:paraId="59CA3989"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تحكيم النموذج المقترح</w:t>
            </w:r>
          </w:p>
        </w:tc>
        <w:tc>
          <w:tcPr>
            <w:tcW w:w="2324" w:type="dxa"/>
            <w:tcMar>
              <w:top w:w="100" w:type="dxa"/>
              <w:left w:w="100" w:type="dxa"/>
              <w:bottom w:w="100" w:type="dxa"/>
              <w:right w:w="100" w:type="dxa"/>
            </w:tcMar>
          </w:tcPr>
          <w:p w14:paraId="3E0E2C6A" w14:textId="7AD83B5D" w:rsidR="00D31755" w:rsidRPr="00D31755" w:rsidRDefault="00D31755" w:rsidP="00D31755">
            <w:pPr>
              <w:bidi/>
              <w:jc w:val="both"/>
              <w:rPr>
                <w:rFonts w:ascii="Simplified Arabic" w:hAnsi="Simplified Arabic" w:cs="Simplified Arabic"/>
                <w:sz w:val="20"/>
                <w:szCs w:val="20"/>
              </w:rPr>
            </w:pPr>
            <w:r w:rsidRPr="00454BC9">
              <w:rPr>
                <w:rtl/>
              </w:rPr>
              <w:t>مرحلة بناء النموذج</w:t>
            </w:r>
          </w:p>
        </w:tc>
        <w:tc>
          <w:tcPr>
            <w:tcW w:w="3628" w:type="dxa"/>
            <w:tcMar>
              <w:top w:w="100" w:type="dxa"/>
              <w:left w:w="100" w:type="dxa"/>
              <w:bottom w:w="100" w:type="dxa"/>
              <w:right w:w="100" w:type="dxa"/>
            </w:tcMar>
          </w:tcPr>
          <w:p w14:paraId="40CAAAB6" w14:textId="0D1620E7" w:rsidR="00D31755" w:rsidRPr="00D31755" w:rsidRDefault="00D31755" w:rsidP="00D31755">
            <w:pPr>
              <w:bidi/>
              <w:jc w:val="both"/>
              <w:rPr>
                <w:rFonts w:ascii="Simplified Arabic" w:hAnsi="Simplified Arabic" w:cs="Simplified Arabic"/>
                <w:sz w:val="20"/>
                <w:szCs w:val="20"/>
              </w:rPr>
            </w:pPr>
            <w:r w:rsidRPr="00454BC9">
              <w:rPr>
                <w:rtl/>
              </w:rPr>
              <w:t>يدعم موثوقية النموذج النهائي.</w:t>
            </w:r>
          </w:p>
        </w:tc>
        <w:tc>
          <w:tcPr>
            <w:tcW w:w="3855" w:type="dxa"/>
            <w:tcMar>
              <w:top w:w="100" w:type="dxa"/>
              <w:left w:w="100" w:type="dxa"/>
              <w:bottom w:w="100" w:type="dxa"/>
              <w:right w:w="100" w:type="dxa"/>
            </w:tcMar>
          </w:tcPr>
          <w:p w14:paraId="3A03D78B" w14:textId="7EB31174" w:rsidR="00D31755" w:rsidRPr="00D31755" w:rsidRDefault="00D31755" w:rsidP="00D31755">
            <w:pPr>
              <w:bidi/>
              <w:jc w:val="both"/>
              <w:rPr>
                <w:rFonts w:ascii="Simplified Arabic" w:hAnsi="Simplified Arabic" w:cs="Simplified Arabic"/>
                <w:sz w:val="20"/>
                <w:szCs w:val="20"/>
              </w:rPr>
            </w:pPr>
            <w:r w:rsidRPr="00454BC9">
              <w:rPr>
                <w:rtl/>
              </w:rPr>
              <w:t>تحديد عدد الخبراء ومعايير اختيارهم وأداة التحكيم.</w:t>
            </w:r>
          </w:p>
        </w:tc>
        <w:tc>
          <w:tcPr>
            <w:tcW w:w="1134" w:type="dxa"/>
            <w:tcMar>
              <w:top w:w="100" w:type="dxa"/>
              <w:left w:w="100" w:type="dxa"/>
              <w:bottom w:w="100" w:type="dxa"/>
              <w:right w:w="100" w:type="dxa"/>
            </w:tcMar>
          </w:tcPr>
          <w:p w14:paraId="4070B7A7" w14:textId="538A6383" w:rsidR="00D31755" w:rsidRPr="00D31755" w:rsidRDefault="00D31755" w:rsidP="00D31755">
            <w:pPr>
              <w:bidi/>
              <w:jc w:val="both"/>
              <w:rPr>
                <w:rFonts w:ascii="Simplified Arabic" w:hAnsi="Simplified Arabic" w:cs="Simplified Arabic"/>
                <w:sz w:val="20"/>
                <w:szCs w:val="20"/>
              </w:rPr>
            </w:pPr>
            <w:r w:rsidRPr="00454BC9">
              <w:rPr>
                <w:rtl/>
              </w:rPr>
              <w:t>عالية</w:t>
            </w:r>
          </w:p>
        </w:tc>
      </w:tr>
      <w:tr w:rsidR="00D31755" w:rsidRPr="00D31755" w14:paraId="2FDED19C" w14:textId="77777777" w:rsidTr="00311371">
        <w:trPr>
          <w:cantSplit/>
          <w:jc w:val="center"/>
        </w:trPr>
        <w:tc>
          <w:tcPr>
            <w:tcW w:w="4082" w:type="dxa"/>
            <w:tcMar>
              <w:top w:w="100" w:type="dxa"/>
              <w:left w:w="100" w:type="dxa"/>
              <w:bottom w:w="100" w:type="dxa"/>
              <w:right w:w="100" w:type="dxa"/>
            </w:tcMar>
          </w:tcPr>
          <w:p w14:paraId="6F478133"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توحيد المصطلحات</w:t>
            </w:r>
          </w:p>
        </w:tc>
        <w:tc>
          <w:tcPr>
            <w:tcW w:w="2324" w:type="dxa"/>
            <w:tcMar>
              <w:top w:w="100" w:type="dxa"/>
              <w:left w:w="100" w:type="dxa"/>
              <w:bottom w:w="100" w:type="dxa"/>
              <w:right w:w="100" w:type="dxa"/>
            </w:tcMar>
          </w:tcPr>
          <w:p w14:paraId="25346A6E" w14:textId="69E1C100" w:rsidR="00D31755" w:rsidRPr="00D31755" w:rsidRDefault="00D31755" w:rsidP="00D31755">
            <w:pPr>
              <w:bidi/>
              <w:jc w:val="both"/>
              <w:rPr>
                <w:rFonts w:ascii="Simplified Arabic" w:hAnsi="Simplified Arabic" w:cs="Simplified Arabic"/>
                <w:sz w:val="20"/>
                <w:szCs w:val="20"/>
              </w:rPr>
            </w:pPr>
            <w:r w:rsidRPr="00454BC9">
              <w:rPr>
                <w:rtl/>
              </w:rPr>
              <w:t>كامل الفصل</w:t>
            </w:r>
          </w:p>
        </w:tc>
        <w:tc>
          <w:tcPr>
            <w:tcW w:w="3628" w:type="dxa"/>
            <w:tcMar>
              <w:top w:w="100" w:type="dxa"/>
              <w:left w:w="100" w:type="dxa"/>
              <w:bottom w:w="100" w:type="dxa"/>
              <w:right w:w="100" w:type="dxa"/>
            </w:tcMar>
          </w:tcPr>
          <w:p w14:paraId="66E3BCD3" w14:textId="24E51B1B" w:rsidR="00D31755" w:rsidRPr="00D31755" w:rsidRDefault="00D31755" w:rsidP="00D31755">
            <w:pPr>
              <w:bidi/>
              <w:jc w:val="both"/>
              <w:rPr>
                <w:rFonts w:ascii="Simplified Arabic" w:hAnsi="Simplified Arabic" w:cs="Simplified Arabic"/>
                <w:sz w:val="20"/>
                <w:szCs w:val="20"/>
              </w:rPr>
            </w:pPr>
            <w:r w:rsidRPr="00454BC9">
              <w:rPr>
                <w:rtl/>
              </w:rPr>
              <w:t>يمنع الالتباس بين الدراسة الحالة والمجال التطبيقي.</w:t>
            </w:r>
          </w:p>
        </w:tc>
        <w:tc>
          <w:tcPr>
            <w:tcW w:w="3855" w:type="dxa"/>
            <w:tcMar>
              <w:top w:w="100" w:type="dxa"/>
              <w:left w:w="100" w:type="dxa"/>
              <w:bottom w:w="100" w:type="dxa"/>
              <w:right w:w="100" w:type="dxa"/>
            </w:tcMar>
          </w:tcPr>
          <w:p w14:paraId="49CFD3B4" w14:textId="30FEB9AC" w:rsidR="00D31755" w:rsidRPr="00D31755" w:rsidRDefault="00D31755" w:rsidP="00D31755">
            <w:pPr>
              <w:bidi/>
              <w:jc w:val="both"/>
              <w:rPr>
                <w:rFonts w:ascii="Simplified Arabic" w:hAnsi="Simplified Arabic" w:cs="Simplified Arabic"/>
                <w:sz w:val="20"/>
                <w:szCs w:val="20"/>
              </w:rPr>
            </w:pPr>
            <w:r w:rsidRPr="00454BC9">
              <w:rPr>
                <w:rtl/>
              </w:rPr>
              <w:t>اعتماد مصطلحات ثابتة في كل الفصل.</w:t>
            </w:r>
          </w:p>
        </w:tc>
        <w:tc>
          <w:tcPr>
            <w:tcW w:w="1134" w:type="dxa"/>
            <w:tcMar>
              <w:top w:w="100" w:type="dxa"/>
              <w:left w:w="100" w:type="dxa"/>
              <w:bottom w:w="100" w:type="dxa"/>
              <w:right w:w="100" w:type="dxa"/>
            </w:tcMar>
          </w:tcPr>
          <w:p w14:paraId="44F96D31" w14:textId="3F5EFAE1" w:rsidR="00D31755" w:rsidRPr="00D31755" w:rsidRDefault="00D31755" w:rsidP="00D31755">
            <w:pPr>
              <w:bidi/>
              <w:jc w:val="both"/>
              <w:rPr>
                <w:rFonts w:ascii="Simplified Arabic" w:hAnsi="Simplified Arabic" w:cs="Simplified Arabic"/>
                <w:sz w:val="20"/>
                <w:szCs w:val="20"/>
              </w:rPr>
            </w:pPr>
            <w:r w:rsidRPr="00454BC9">
              <w:rPr>
                <w:rtl/>
              </w:rPr>
              <w:t>متوسطة</w:t>
            </w:r>
          </w:p>
        </w:tc>
      </w:tr>
      <w:tr w:rsidR="00A662EF" w:rsidRPr="00D31755" w14:paraId="0AF7E0A1" w14:textId="77777777" w:rsidTr="00F50E7D">
        <w:trPr>
          <w:cantSplit/>
          <w:jc w:val="center"/>
        </w:trPr>
        <w:tc>
          <w:tcPr>
            <w:tcW w:w="4082" w:type="dxa"/>
            <w:tcMar>
              <w:top w:w="100" w:type="dxa"/>
              <w:left w:w="100" w:type="dxa"/>
              <w:bottom w:w="100" w:type="dxa"/>
              <w:right w:w="100" w:type="dxa"/>
            </w:tcMar>
          </w:tcPr>
          <w:p w14:paraId="121C1B3A" w14:textId="77777777" w:rsidR="005C1CC0" w:rsidRPr="00D31755" w:rsidRDefault="005C1CC0" w:rsidP="00D31755">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5B4D3378" w14:textId="77777777" w:rsidR="005C1CC0" w:rsidRPr="00D31755" w:rsidRDefault="005C1CC0" w:rsidP="00D31755">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3BBC73A9" w14:textId="77777777" w:rsidR="005C1CC0" w:rsidRPr="00D31755" w:rsidRDefault="005C1CC0" w:rsidP="00D31755">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47ADF7E8" w14:textId="77777777" w:rsidR="005C1CC0" w:rsidRPr="00D31755" w:rsidRDefault="005C1CC0" w:rsidP="00D31755">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780C4D21" w14:textId="77777777" w:rsidR="005C1CC0" w:rsidRPr="00D31755" w:rsidRDefault="005C1CC0" w:rsidP="00D31755">
            <w:pPr>
              <w:bidi/>
              <w:jc w:val="both"/>
              <w:rPr>
                <w:rFonts w:ascii="Simplified Arabic" w:hAnsi="Simplified Arabic" w:cs="Simplified Arabic"/>
                <w:sz w:val="20"/>
                <w:szCs w:val="20"/>
              </w:rPr>
            </w:pPr>
          </w:p>
        </w:tc>
      </w:tr>
      <w:tr w:rsidR="00A662EF" w:rsidRPr="00D31755" w14:paraId="2FF48011" w14:textId="77777777" w:rsidTr="00F50E7D">
        <w:trPr>
          <w:cantSplit/>
          <w:jc w:val="center"/>
        </w:trPr>
        <w:tc>
          <w:tcPr>
            <w:tcW w:w="4082" w:type="dxa"/>
            <w:tcMar>
              <w:top w:w="100" w:type="dxa"/>
              <w:left w:w="100" w:type="dxa"/>
              <w:bottom w:w="100" w:type="dxa"/>
              <w:right w:w="100" w:type="dxa"/>
            </w:tcMar>
          </w:tcPr>
          <w:p w14:paraId="62713ADB" w14:textId="77777777" w:rsidR="005C1CC0" w:rsidRPr="00D31755" w:rsidRDefault="005C1CC0" w:rsidP="00D31755">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2CEBD081" w14:textId="77777777" w:rsidR="005C1CC0" w:rsidRPr="00D31755" w:rsidRDefault="005C1CC0" w:rsidP="00D31755">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6DAAC2BF" w14:textId="77777777" w:rsidR="005C1CC0" w:rsidRPr="00D31755" w:rsidRDefault="005C1CC0" w:rsidP="00D31755">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4AFE0A14" w14:textId="77777777" w:rsidR="005C1CC0" w:rsidRPr="00D31755" w:rsidRDefault="005C1CC0" w:rsidP="00D31755">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0ED5824D" w14:textId="77777777" w:rsidR="005C1CC0" w:rsidRPr="00D31755" w:rsidRDefault="005C1CC0" w:rsidP="00D31755">
            <w:pPr>
              <w:bidi/>
              <w:jc w:val="both"/>
              <w:rPr>
                <w:rFonts w:ascii="Simplified Arabic" w:hAnsi="Simplified Arabic" w:cs="Simplified Arabic"/>
                <w:sz w:val="20"/>
                <w:szCs w:val="20"/>
              </w:rPr>
            </w:pPr>
          </w:p>
        </w:tc>
      </w:tr>
    </w:tbl>
    <w:p w14:paraId="51E1D993" w14:textId="77777777" w:rsidR="00A662EF" w:rsidRPr="00D31755" w:rsidRDefault="003B24C9"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D31755" w14:paraId="78D1743C" w14:textId="77777777" w:rsidTr="00F50E7D">
        <w:trPr>
          <w:cantSplit/>
          <w:tblHeader/>
          <w:jc w:val="center"/>
        </w:trPr>
        <w:tc>
          <w:tcPr>
            <w:tcW w:w="2381" w:type="dxa"/>
            <w:tcMar>
              <w:top w:w="100" w:type="dxa"/>
              <w:left w:w="100" w:type="dxa"/>
              <w:bottom w:w="100" w:type="dxa"/>
              <w:right w:w="100" w:type="dxa"/>
            </w:tcMar>
            <w:vAlign w:val="center"/>
          </w:tcPr>
          <w:p w14:paraId="6064CE97"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1656702B"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0D19D80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33810CB6" w14:textId="77777777" w:rsidR="00A662EF" w:rsidRPr="00D31755" w:rsidRDefault="00000000"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b/>
                <w:color w:val="000000" w:themeColor="text1"/>
                <w:sz w:val="20"/>
                <w:szCs w:val="20"/>
              </w:rPr>
              <w:t>الإجراء المطلوب</w:t>
            </w:r>
          </w:p>
        </w:tc>
      </w:tr>
      <w:tr w:rsidR="00D31755" w:rsidRPr="00D31755" w14:paraId="660107A9" w14:textId="77777777" w:rsidTr="00F40072">
        <w:trPr>
          <w:cantSplit/>
          <w:jc w:val="center"/>
        </w:trPr>
        <w:tc>
          <w:tcPr>
            <w:tcW w:w="2381" w:type="dxa"/>
            <w:tcMar>
              <w:top w:w="100" w:type="dxa"/>
              <w:left w:w="100" w:type="dxa"/>
              <w:bottom w:w="100" w:type="dxa"/>
              <w:right w:w="100" w:type="dxa"/>
            </w:tcMar>
          </w:tcPr>
          <w:p w14:paraId="16652500" w14:textId="77777777" w:rsidR="00D31755" w:rsidRPr="00D31755" w:rsidRDefault="00D31755" w:rsidP="00D31755">
            <w:pPr>
              <w:bidi/>
              <w:jc w:val="both"/>
              <w:rPr>
                <w:rFonts w:ascii="Simplified Arabic" w:hAnsi="Simplified Arabic" w:cs="Simplified Arabic"/>
                <w:sz w:val="20"/>
                <w:szCs w:val="20"/>
              </w:rPr>
            </w:pPr>
            <w:proofErr w:type="spellStart"/>
            <w:r w:rsidRPr="00D31755">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41492693" w14:textId="27D6E203" w:rsidR="00D31755" w:rsidRPr="00D31755" w:rsidRDefault="00D31755" w:rsidP="00D31755">
            <w:pPr>
              <w:bidi/>
              <w:jc w:val="both"/>
              <w:rPr>
                <w:rFonts w:ascii="Simplified Arabic" w:hAnsi="Simplified Arabic" w:cs="Simplified Arabic"/>
                <w:sz w:val="20"/>
                <w:szCs w:val="20"/>
              </w:rPr>
            </w:pPr>
            <w:r w:rsidRPr="00460E5E">
              <w:rPr>
                <w:rtl/>
              </w:rPr>
              <w:t>الفصل تطور في تحديد مصادر البيانات وبناء النموذج المقترح.</w:t>
            </w:r>
          </w:p>
        </w:tc>
        <w:tc>
          <w:tcPr>
            <w:tcW w:w="1701" w:type="dxa"/>
            <w:tcMar>
              <w:top w:w="100" w:type="dxa"/>
              <w:left w:w="100" w:type="dxa"/>
              <w:bottom w:w="100" w:type="dxa"/>
              <w:right w:w="100" w:type="dxa"/>
            </w:tcMar>
          </w:tcPr>
          <w:p w14:paraId="2E59AA5F" w14:textId="6DD6C411" w:rsidR="00D31755" w:rsidRPr="00D31755" w:rsidRDefault="00D31755" w:rsidP="00D31755">
            <w:pPr>
              <w:bidi/>
              <w:jc w:val="both"/>
              <w:rPr>
                <w:rFonts w:ascii="Simplified Arabic" w:hAnsi="Simplified Arabic" w:cs="Simplified Arabic"/>
                <w:sz w:val="20"/>
                <w:szCs w:val="20"/>
              </w:rPr>
            </w:pPr>
            <w:r w:rsidRPr="00460E5E">
              <w:rPr>
                <w:rtl/>
              </w:rPr>
              <w:t>عالية</w:t>
            </w:r>
          </w:p>
        </w:tc>
        <w:tc>
          <w:tcPr>
            <w:tcW w:w="3969" w:type="dxa"/>
            <w:tcMar>
              <w:top w:w="100" w:type="dxa"/>
              <w:left w:w="100" w:type="dxa"/>
              <w:bottom w:w="100" w:type="dxa"/>
              <w:right w:w="100" w:type="dxa"/>
            </w:tcMar>
          </w:tcPr>
          <w:p w14:paraId="40E9D79A" w14:textId="4789933A" w:rsidR="00D31755" w:rsidRPr="00D31755" w:rsidRDefault="00D31755" w:rsidP="00D31755">
            <w:pPr>
              <w:bidi/>
              <w:jc w:val="both"/>
              <w:rPr>
                <w:rFonts w:ascii="Simplified Arabic" w:hAnsi="Simplified Arabic" w:cs="Simplified Arabic"/>
                <w:sz w:val="20"/>
                <w:szCs w:val="20"/>
              </w:rPr>
            </w:pPr>
            <w:r w:rsidRPr="00460E5E">
              <w:rPr>
                <w:rtl/>
              </w:rPr>
              <w:t>الحفاظ على الاتجاه العام</w:t>
            </w:r>
            <w:r w:rsidRPr="00460E5E">
              <w:t>.</w:t>
            </w:r>
          </w:p>
        </w:tc>
      </w:tr>
      <w:tr w:rsidR="00D31755" w:rsidRPr="00D31755" w14:paraId="5264C77D" w14:textId="77777777" w:rsidTr="00F40072">
        <w:trPr>
          <w:cantSplit/>
          <w:jc w:val="center"/>
        </w:trPr>
        <w:tc>
          <w:tcPr>
            <w:tcW w:w="2381" w:type="dxa"/>
            <w:tcMar>
              <w:top w:w="100" w:type="dxa"/>
              <w:left w:w="100" w:type="dxa"/>
              <w:bottom w:w="100" w:type="dxa"/>
              <w:right w:w="100" w:type="dxa"/>
            </w:tcMar>
          </w:tcPr>
          <w:p w14:paraId="508FBAA1"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متبقٍ رئيس</w:t>
            </w:r>
          </w:p>
        </w:tc>
        <w:tc>
          <w:tcPr>
            <w:tcW w:w="6804" w:type="dxa"/>
            <w:tcMar>
              <w:top w:w="100" w:type="dxa"/>
              <w:left w:w="100" w:type="dxa"/>
              <w:bottom w:w="100" w:type="dxa"/>
              <w:right w:w="100" w:type="dxa"/>
            </w:tcMar>
          </w:tcPr>
          <w:p w14:paraId="34F7A355" w14:textId="0C74FB8E" w:rsidR="00D31755" w:rsidRPr="00D31755" w:rsidRDefault="00D31755" w:rsidP="00D31755">
            <w:pPr>
              <w:bidi/>
              <w:jc w:val="both"/>
              <w:rPr>
                <w:rFonts w:ascii="Simplified Arabic" w:hAnsi="Simplified Arabic" w:cs="Simplified Arabic"/>
                <w:sz w:val="20"/>
                <w:szCs w:val="20"/>
              </w:rPr>
            </w:pPr>
            <w:r w:rsidRPr="00460E5E">
              <w:rPr>
                <w:rtl/>
              </w:rPr>
              <w:t>منطق الدمج بين الاستبانة والوثائق وتحكيم الخبراء يحتاج ضبطًا.</w:t>
            </w:r>
          </w:p>
        </w:tc>
        <w:tc>
          <w:tcPr>
            <w:tcW w:w="1701" w:type="dxa"/>
            <w:tcMar>
              <w:top w:w="100" w:type="dxa"/>
              <w:left w:w="100" w:type="dxa"/>
              <w:bottom w:w="100" w:type="dxa"/>
              <w:right w:w="100" w:type="dxa"/>
            </w:tcMar>
          </w:tcPr>
          <w:p w14:paraId="1B41BC7D" w14:textId="6C97D08F" w:rsidR="00D31755" w:rsidRPr="00D31755" w:rsidRDefault="00D31755" w:rsidP="00D31755">
            <w:pPr>
              <w:bidi/>
              <w:jc w:val="both"/>
              <w:rPr>
                <w:rFonts w:ascii="Simplified Arabic" w:hAnsi="Simplified Arabic" w:cs="Simplified Arabic"/>
                <w:sz w:val="20"/>
                <w:szCs w:val="20"/>
              </w:rPr>
            </w:pPr>
            <w:r w:rsidRPr="00460E5E">
              <w:rPr>
                <w:rtl/>
              </w:rPr>
              <w:t>عالية</w:t>
            </w:r>
          </w:p>
        </w:tc>
        <w:tc>
          <w:tcPr>
            <w:tcW w:w="3969" w:type="dxa"/>
            <w:tcMar>
              <w:top w:w="100" w:type="dxa"/>
              <w:left w:w="100" w:type="dxa"/>
              <w:bottom w:w="100" w:type="dxa"/>
              <w:right w:w="100" w:type="dxa"/>
            </w:tcMar>
          </w:tcPr>
          <w:p w14:paraId="43E8BB43" w14:textId="183E0BDA" w:rsidR="00D31755" w:rsidRPr="00D31755" w:rsidRDefault="00D31755" w:rsidP="00D31755">
            <w:pPr>
              <w:bidi/>
              <w:jc w:val="both"/>
              <w:rPr>
                <w:rFonts w:ascii="Simplified Arabic" w:hAnsi="Simplified Arabic" w:cs="Simplified Arabic"/>
                <w:sz w:val="20"/>
                <w:szCs w:val="20"/>
              </w:rPr>
            </w:pPr>
            <w:r w:rsidRPr="00460E5E">
              <w:rPr>
                <w:rtl/>
              </w:rPr>
              <w:t>إضافة مخطط إجرائي واضح</w:t>
            </w:r>
            <w:r w:rsidRPr="00460E5E">
              <w:t>.</w:t>
            </w:r>
          </w:p>
        </w:tc>
      </w:tr>
      <w:tr w:rsidR="00D31755" w:rsidRPr="00D31755" w14:paraId="3702E314" w14:textId="77777777" w:rsidTr="00F40072">
        <w:trPr>
          <w:cantSplit/>
          <w:jc w:val="center"/>
        </w:trPr>
        <w:tc>
          <w:tcPr>
            <w:tcW w:w="2381" w:type="dxa"/>
            <w:tcMar>
              <w:top w:w="100" w:type="dxa"/>
              <w:left w:w="100" w:type="dxa"/>
              <w:bottom w:w="100" w:type="dxa"/>
              <w:right w:w="100" w:type="dxa"/>
            </w:tcMar>
          </w:tcPr>
          <w:p w14:paraId="7F45F18E"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تحليل</w:t>
            </w:r>
          </w:p>
        </w:tc>
        <w:tc>
          <w:tcPr>
            <w:tcW w:w="6804" w:type="dxa"/>
            <w:tcMar>
              <w:top w:w="100" w:type="dxa"/>
              <w:left w:w="100" w:type="dxa"/>
              <w:bottom w:w="100" w:type="dxa"/>
              <w:right w:w="100" w:type="dxa"/>
            </w:tcMar>
          </w:tcPr>
          <w:p w14:paraId="3950CB0C" w14:textId="44906874" w:rsidR="00D31755" w:rsidRPr="00D31755" w:rsidRDefault="00D31755" w:rsidP="00D31755">
            <w:pPr>
              <w:bidi/>
              <w:jc w:val="both"/>
              <w:rPr>
                <w:rFonts w:ascii="Simplified Arabic" w:hAnsi="Simplified Arabic" w:cs="Simplified Arabic"/>
                <w:sz w:val="20"/>
                <w:szCs w:val="20"/>
              </w:rPr>
            </w:pPr>
            <w:r w:rsidRPr="00460E5E">
              <w:rPr>
                <w:rtl/>
              </w:rPr>
              <w:t>خطة التحليل تحتاج فصلًا بين الكمي والوثائقي.</w:t>
            </w:r>
          </w:p>
        </w:tc>
        <w:tc>
          <w:tcPr>
            <w:tcW w:w="1701" w:type="dxa"/>
            <w:tcMar>
              <w:top w:w="100" w:type="dxa"/>
              <w:left w:w="100" w:type="dxa"/>
              <w:bottom w:w="100" w:type="dxa"/>
              <w:right w:w="100" w:type="dxa"/>
            </w:tcMar>
          </w:tcPr>
          <w:p w14:paraId="6B8A6BF1" w14:textId="7ECE46AF" w:rsidR="00D31755" w:rsidRPr="00D31755" w:rsidRDefault="00D31755" w:rsidP="00D31755">
            <w:pPr>
              <w:bidi/>
              <w:jc w:val="both"/>
              <w:rPr>
                <w:rFonts w:ascii="Simplified Arabic" w:hAnsi="Simplified Arabic" w:cs="Simplified Arabic"/>
                <w:sz w:val="20"/>
                <w:szCs w:val="20"/>
              </w:rPr>
            </w:pPr>
            <w:r w:rsidRPr="00460E5E">
              <w:rPr>
                <w:rtl/>
              </w:rPr>
              <w:t>عالية</w:t>
            </w:r>
          </w:p>
        </w:tc>
        <w:tc>
          <w:tcPr>
            <w:tcW w:w="3969" w:type="dxa"/>
            <w:tcMar>
              <w:top w:w="100" w:type="dxa"/>
              <w:left w:w="100" w:type="dxa"/>
              <w:bottom w:w="100" w:type="dxa"/>
              <w:right w:w="100" w:type="dxa"/>
            </w:tcMar>
          </w:tcPr>
          <w:p w14:paraId="385BDB90" w14:textId="5F18C850" w:rsidR="00D31755" w:rsidRPr="00D31755" w:rsidRDefault="00D31755" w:rsidP="00D31755">
            <w:pPr>
              <w:bidi/>
              <w:jc w:val="both"/>
              <w:rPr>
                <w:rFonts w:ascii="Simplified Arabic" w:hAnsi="Simplified Arabic" w:cs="Simplified Arabic"/>
                <w:sz w:val="20"/>
                <w:szCs w:val="20"/>
              </w:rPr>
            </w:pPr>
            <w:r w:rsidRPr="00460E5E">
              <w:rPr>
                <w:rtl/>
              </w:rPr>
              <w:t>إعداد جدول خطة تحليل متكاملة</w:t>
            </w:r>
            <w:r w:rsidRPr="00460E5E">
              <w:t>.</w:t>
            </w:r>
          </w:p>
        </w:tc>
      </w:tr>
      <w:tr w:rsidR="00D31755" w:rsidRPr="00D31755" w14:paraId="098802AC" w14:textId="77777777" w:rsidTr="00F40072">
        <w:trPr>
          <w:cantSplit/>
          <w:jc w:val="center"/>
        </w:trPr>
        <w:tc>
          <w:tcPr>
            <w:tcW w:w="2381" w:type="dxa"/>
            <w:tcMar>
              <w:top w:w="100" w:type="dxa"/>
              <w:left w:w="100" w:type="dxa"/>
              <w:bottom w:w="100" w:type="dxa"/>
              <w:right w:w="100" w:type="dxa"/>
            </w:tcMar>
          </w:tcPr>
          <w:p w14:paraId="04CE3FD9"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t>تنظيم</w:t>
            </w:r>
          </w:p>
        </w:tc>
        <w:tc>
          <w:tcPr>
            <w:tcW w:w="6804" w:type="dxa"/>
            <w:tcMar>
              <w:top w:w="100" w:type="dxa"/>
              <w:left w:w="100" w:type="dxa"/>
              <w:bottom w:w="100" w:type="dxa"/>
              <w:right w:w="100" w:type="dxa"/>
            </w:tcMar>
          </w:tcPr>
          <w:p w14:paraId="7774298B" w14:textId="5471AEEC" w:rsidR="00D31755" w:rsidRPr="00D31755" w:rsidRDefault="00D31755" w:rsidP="00D31755">
            <w:pPr>
              <w:bidi/>
              <w:jc w:val="both"/>
              <w:rPr>
                <w:rFonts w:ascii="Simplified Arabic" w:hAnsi="Simplified Arabic" w:cs="Simplified Arabic"/>
                <w:sz w:val="20"/>
                <w:szCs w:val="20"/>
              </w:rPr>
            </w:pPr>
            <w:r w:rsidRPr="00460E5E">
              <w:rPr>
                <w:rtl/>
              </w:rPr>
              <w:t>المصطلحات والتصميم بحاجة توحيد.</w:t>
            </w:r>
          </w:p>
        </w:tc>
        <w:tc>
          <w:tcPr>
            <w:tcW w:w="1701" w:type="dxa"/>
            <w:tcMar>
              <w:top w:w="100" w:type="dxa"/>
              <w:left w:w="100" w:type="dxa"/>
              <w:bottom w:w="100" w:type="dxa"/>
              <w:right w:w="100" w:type="dxa"/>
            </w:tcMar>
          </w:tcPr>
          <w:p w14:paraId="3E6A9ECD" w14:textId="2FC7DABE" w:rsidR="00D31755" w:rsidRPr="00D31755" w:rsidRDefault="00D31755" w:rsidP="00D31755">
            <w:pPr>
              <w:bidi/>
              <w:jc w:val="both"/>
              <w:rPr>
                <w:rFonts w:ascii="Simplified Arabic" w:hAnsi="Simplified Arabic" w:cs="Simplified Arabic"/>
                <w:sz w:val="20"/>
                <w:szCs w:val="20"/>
              </w:rPr>
            </w:pPr>
            <w:r w:rsidRPr="00460E5E">
              <w:rPr>
                <w:rtl/>
              </w:rPr>
              <w:t>متوسطة</w:t>
            </w:r>
          </w:p>
        </w:tc>
        <w:tc>
          <w:tcPr>
            <w:tcW w:w="3969" w:type="dxa"/>
            <w:tcMar>
              <w:top w:w="100" w:type="dxa"/>
              <w:left w:w="100" w:type="dxa"/>
              <w:bottom w:w="100" w:type="dxa"/>
              <w:right w:w="100" w:type="dxa"/>
            </w:tcMar>
          </w:tcPr>
          <w:p w14:paraId="1B5AE821" w14:textId="4C8A39E3" w:rsidR="00D31755" w:rsidRPr="00D31755" w:rsidRDefault="00D31755" w:rsidP="00D31755">
            <w:pPr>
              <w:bidi/>
              <w:jc w:val="both"/>
              <w:rPr>
                <w:rFonts w:ascii="Simplified Arabic" w:hAnsi="Simplified Arabic" w:cs="Simplified Arabic"/>
                <w:sz w:val="20"/>
                <w:szCs w:val="20"/>
              </w:rPr>
            </w:pPr>
            <w:r w:rsidRPr="00460E5E">
              <w:rPr>
                <w:rtl/>
              </w:rPr>
              <w:t>مراجعة لغوية ومنهجية</w:t>
            </w:r>
            <w:r w:rsidRPr="00460E5E">
              <w:t>.</w:t>
            </w:r>
          </w:p>
        </w:tc>
      </w:tr>
      <w:tr w:rsidR="00D31755" w:rsidRPr="00D31755" w14:paraId="298426B2" w14:textId="77777777" w:rsidTr="00F40072">
        <w:trPr>
          <w:cantSplit/>
          <w:jc w:val="center"/>
        </w:trPr>
        <w:tc>
          <w:tcPr>
            <w:tcW w:w="2381" w:type="dxa"/>
            <w:tcMar>
              <w:top w:w="100" w:type="dxa"/>
              <w:left w:w="100" w:type="dxa"/>
              <w:bottom w:w="100" w:type="dxa"/>
              <w:right w:w="100" w:type="dxa"/>
            </w:tcMar>
          </w:tcPr>
          <w:p w14:paraId="41DB3B4E" w14:textId="77777777" w:rsidR="00D31755" w:rsidRPr="00D31755" w:rsidRDefault="00D31755" w:rsidP="00D31755">
            <w:pPr>
              <w:bidi/>
              <w:jc w:val="both"/>
              <w:rPr>
                <w:rFonts w:ascii="Simplified Arabic" w:hAnsi="Simplified Arabic" w:cs="Simplified Arabic"/>
                <w:sz w:val="20"/>
                <w:szCs w:val="20"/>
              </w:rPr>
            </w:pPr>
            <w:r w:rsidRPr="00D31755">
              <w:rPr>
                <w:rFonts w:ascii="Simplified Arabic" w:hAnsi="Simplified Arabic" w:cs="Simplified Arabic"/>
                <w:sz w:val="20"/>
                <w:szCs w:val="20"/>
              </w:rPr>
              <w:lastRenderedPageBreak/>
              <w:t>حكم عام</w:t>
            </w:r>
          </w:p>
        </w:tc>
        <w:tc>
          <w:tcPr>
            <w:tcW w:w="6804" w:type="dxa"/>
            <w:tcMar>
              <w:top w:w="100" w:type="dxa"/>
              <w:left w:w="100" w:type="dxa"/>
              <w:bottom w:w="100" w:type="dxa"/>
              <w:right w:w="100" w:type="dxa"/>
            </w:tcMar>
          </w:tcPr>
          <w:p w14:paraId="127EE95E" w14:textId="1A6FD75E" w:rsidR="00D31755" w:rsidRPr="00D31755" w:rsidRDefault="00D31755" w:rsidP="00D31755">
            <w:pPr>
              <w:bidi/>
              <w:jc w:val="both"/>
              <w:rPr>
                <w:rFonts w:ascii="Simplified Arabic" w:hAnsi="Simplified Arabic" w:cs="Simplified Arabic"/>
                <w:sz w:val="20"/>
                <w:szCs w:val="20"/>
              </w:rPr>
            </w:pPr>
            <w:r w:rsidRPr="00460E5E">
              <w:rPr>
                <w:rtl/>
              </w:rPr>
              <w:t>يحتاج إلى تعديلات متوسطة قبل الاعتماد.</w:t>
            </w:r>
          </w:p>
        </w:tc>
        <w:tc>
          <w:tcPr>
            <w:tcW w:w="1701" w:type="dxa"/>
            <w:tcMar>
              <w:top w:w="100" w:type="dxa"/>
              <w:left w:w="100" w:type="dxa"/>
              <w:bottom w:w="100" w:type="dxa"/>
              <w:right w:w="100" w:type="dxa"/>
            </w:tcMar>
          </w:tcPr>
          <w:p w14:paraId="29CB804F" w14:textId="29C2257D" w:rsidR="00D31755" w:rsidRPr="00D31755" w:rsidRDefault="00D31755" w:rsidP="00D31755">
            <w:pPr>
              <w:bidi/>
              <w:jc w:val="both"/>
              <w:rPr>
                <w:rFonts w:ascii="Simplified Arabic" w:hAnsi="Simplified Arabic" w:cs="Simplified Arabic"/>
                <w:sz w:val="20"/>
                <w:szCs w:val="20"/>
              </w:rPr>
            </w:pPr>
            <w:r w:rsidRPr="00460E5E">
              <w:rPr>
                <w:rtl/>
              </w:rPr>
              <w:t>عالية</w:t>
            </w:r>
          </w:p>
        </w:tc>
        <w:tc>
          <w:tcPr>
            <w:tcW w:w="3969" w:type="dxa"/>
            <w:tcMar>
              <w:top w:w="100" w:type="dxa"/>
              <w:left w:w="100" w:type="dxa"/>
              <w:bottom w:w="100" w:type="dxa"/>
              <w:right w:w="100" w:type="dxa"/>
            </w:tcMar>
          </w:tcPr>
          <w:p w14:paraId="7F062346" w14:textId="5DC9E9CD" w:rsidR="00D31755" w:rsidRPr="00D31755" w:rsidRDefault="00D31755" w:rsidP="00D31755">
            <w:pPr>
              <w:bidi/>
              <w:jc w:val="both"/>
              <w:rPr>
                <w:rFonts w:ascii="Simplified Arabic" w:hAnsi="Simplified Arabic" w:cs="Simplified Arabic"/>
                <w:sz w:val="20"/>
                <w:szCs w:val="20"/>
              </w:rPr>
            </w:pPr>
            <w:r w:rsidRPr="00460E5E">
              <w:rPr>
                <w:rtl/>
              </w:rPr>
              <w:t>تنفيذ تعديلات منهجية متوسطة</w:t>
            </w:r>
            <w:r w:rsidRPr="00460E5E">
              <w:t>.</w:t>
            </w:r>
          </w:p>
        </w:tc>
      </w:tr>
    </w:tbl>
    <w:p w14:paraId="4DCD54A7" w14:textId="77777777" w:rsidR="00A662EF" w:rsidRPr="00D31755" w:rsidRDefault="00A662EF" w:rsidP="00D31755">
      <w:pPr>
        <w:bidi/>
        <w:spacing w:after="0" w:line="240" w:lineRule="auto"/>
        <w:jc w:val="both"/>
        <w:rPr>
          <w:rFonts w:ascii="Simplified Arabic" w:hAnsi="Simplified Arabic" w:cs="Simplified Arabic"/>
          <w:color w:val="000000" w:themeColor="text1"/>
          <w:sz w:val="20"/>
          <w:szCs w:val="20"/>
        </w:rPr>
      </w:pPr>
    </w:p>
    <w:p w14:paraId="59356A46" w14:textId="77777777" w:rsidR="00A662EF" w:rsidRPr="00D31755" w:rsidRDefault="002225E8" w:rsidP="00D31755">
      <w:pPr>
        <w:pStyle w:val="Heading1"/>
        <w:bidi/>
        <w:spacing w:before="200" w:line="240" w:lineRule="auto"/>
        <w:jc w:val="both"/>
        <w:rPr>
          <w:rFonts w:ascii="Simplified Arabic" w:hAnsi="Simplified Arabic" w:cs="Simplified Arabic"/>
          <w:color w:val="000000" w:themeColor="text1"/>
          <w:sz w:val="20"/>
          <w:szCs w:val="20"/>
        </w:rPr>
      </w:pPr>
      <w:r w:rsidRPr="00D31755">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D31755" w14:paraId="37D7E1E7" w14:textId="77777777" w:rsidTr="00F50E7D">
        <w:trPr>
          <w:cantSplit/>
          <w:tblHeader/>
          <w:jc w:val="center"/>
        </w:trPr>
        <w:tc>
          <w:tcPr>
            <w:tcW w:w="1701" w:type="dxa"/>
            <w:tcMar>
              <w:top w:w="100" w:type="dxa"/>
              <w:left w:w="100" w:type="dxa"/>
              <w:bottom w:w="100" w:type="dxa"/>
              <w:right w:w="100" w:type="dxa"/>
            </w:tcMar>
          </w:tcPr>
          <w:p w14:paraId="713AF6F0" w14:textId="77777777" w:rsidR="00F50E7D" w:rsidRPr="00D31755" w:rsidRDefault="00F50E7D"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7E204A86" w14:textId="77777777" w:rsidR="00F50E7D" w:rsidRPr="00D31755" w:rsidRDefault="00F50E7D" w:rsidP="00D31755">
            <w:pPr>
              <w:bidi/>
              <w:jc w:val="both"/>
              <w:rPr>
                <w:rFonts w:ascii="Simplified Arabic" w:hAnsi="Simplified Arabic" w:cs="Simplified Arabic"/>
                <w:b/>
                <w:bCs/>
                <w:color w:val="000000" w:themeColor="text1"/>
                <w:sz w:val="20"/>
                <w:szCs w:val="20"/>
              </w:rPr>
            </w:pPr>
            <w:r w:rsidRPr="00D31755">
              <w:rPr>
                <w:rFonts w:ascii="Simplified Arabic" w:hAnsi="Simplified Arabic" w:cs="Simplified Arabic"/>
                <w:b/>
                <w:bCs/>
                <w:sz w:val="20"/>
                <w:szCs w:val="20"/>
                <w:rtl/>
              </w:rPr>
              <w:t>الخيار</w:t>
            </w:r>
          </w:p>
        </w:tc>
      </w:tr>
      <w:tr w:rsidR="00F50E7D" w:rsidRPr="00D31755" w14:paraId="0D5A4F49" w14:textId="77777777" w:rsidTr="00F50E7D">
        <w:trPr>
          <w:cantSplit/>
          <w:jc w:val="center"/>
        </w:trPr>
        <w:tc>
          <w:tcPr>
            <w:tcW w:w="1701" w:type="dxa"/>
            <w:tcMar>
              <w:top w:w="100" w:type="dxa"/>
              <w:left w:w="100" w:type="dxa"/>
              <w:bottom w:w="100" w:type="dxa"/>
              <w:right w:w="100" w:type="dxa"/>
            </w:tcMar>
          </w:tcPr>
          <w:p w14:paraId="7002320F" w14:textId="77777777" w:rsidR="005C1CC0" w:rsidRPr="00D31755" w:rsidRDefault="00000000" w:rsidP="00D31755">
            <w:pPr>
              <w:bidi/>
              <w:jc w:val="both"/>
              <w:rPr>
                <w:rFonts w:ascii="Simplified Arabic" w:hAnsi="Simplified Arabic" w:cs="Simplified Arabic"/>
                <w:sz w:val="20"/>
                <w:szCs w:val="20"/>
              </w:rPr>
            </w:pPr>
            <w:r w:rsidRPr="00D31755">
              <w:rPr>
                <w:rFonts w:ascii="Segoe UI Symbol" w:hAnsi="Segoe UI Symbol" w:cs="Segoe UI Symbol"/>
                <w:sz w:val="20"/>
                <w:szCs w:val="20"/>
              </w:rPr>
              <w:t>☐</w:t>
            </w:r>
          </w:p>
        </w:tc>
        <w:tc>
          <w:tcPr>
            <w:tcW w:w="12757" w:type="dxa"/>
            <w:tcMar>
              <w:top w:w="100" w:type="dxa"/>
              <w:left w:w="100" w:type="dxa"/>
              <w:bottom w:w="100" w:type="dxa"/>
              <w:right w:w="100" w:type="dxa"/>
            </w:tcMar>
          </w:tcPr>
          <w:p w14:paraId="1F474CCE" w14:textId="77777777" w:rsidR="00F50E7D" w:rsidRPr="00D31755" w:rsidRDefault="00F50E7D"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sz w:val="20"/>
                <w:szCs w:val="20"/>
                <w:rtl/>
              </w:rPr>
              <w:t>الفصل مقبول بصورته الحالية</w:t>
            </w:r>
          </w:p>
        </w:tc>
      </w:tr>
      <w:tr w:rsidR="00F50E7D" w:rsidRPr="00D31755" w14:paraId="24387C62" w14:textId="77777777" w:rsidTr="00F50E7D">
        <w:trPr>
          <w:cantSplit/>
          <w:jc w:val="center"/>
        </w:trPr>
        <w:tc>
          <w:tcPr>
            <w:tcW w:w="1701" w:type="dxa"/>
            <w:tcMar>
              <w:top w:w="100" w:type="dxa"/>
              <w:left w:w="100" w:type="dxa"/>
              <w:bottom w:w="100" w:type="dxa"/>
              <w:right w:w="100" w:type="dxa"/>
            </w:tcMar>
          </w:tcPr>
          <w:p w14:paraId="5CA04BD4" w14:textId="77777777" w:rsidR="005C1CC0" w:rsidRPr="00D31755" w:rsidRDefault="00000000" w:rsidP="00D31755">
            <w:pPr>
              <w:bidi/>
              <w:jc w:val="both"/>
              <w:rPr>
                <w:rFonts w:ascii="Simplified Arabic" w:hAnsi="Simplified Arabic" w:cs="Simplified Arabic"/>
                <w:sz w:val="20"/>
                <w:szCs w:val="20"/>
              </w:rPr>
            </w:pPr>
            <w:r w:rsidRPr="00D31755">
              <w:rPr>
                <w:rFonts w:ascii="Segoe UI Symbol" w:hAnsi="Segoe UI Symbol" w:cs="Segoe UI Symbol"/>
                <w:sz w:val="20"/>
                <w:szCs w:val="20"/>
              </w:rPr>
              <w:t>☐</w:t>
            </w:r>
          </w:p>
        </w:tc>
        <w:tc>
          <w:tcPr>
            <w:tcW w:w="12757" w:type="dxa"/>
            <w:tcMar>
              <w:top w:w="100" w:type="dxa"/>
              <w:left w:w="100" w:type="dxa"/>
              <w:bottom w:w="100" w:type="dxa"/>
              <w:right w:w="100" w:type="dxa"/>
            </w:tcMar>
          </w:tcPr>
          <w:p w14:paraId="0C89F995" w14:textId="77777777" w:rsidR="00F50E7D" w:rsidRPr="00D31755" w:rsidRDefault="00F50E7D"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sz w:val="20"/>
                <w:szCs w:val="20"/>
                <w:rtl/>
              </w:rPr>
              <w:t>الفصل مقبول بعد تعديلات طفيفة</w:t>
            </w:r>
          </w:p>
        </w:tc>
      </w:tr>
      <w:tr w:rsidR="00F50E7D" w:rsidRPr="00D31755" w14:paraId="1A7CD206" w14:textId="77777777" w:rsidTr="00F50E7D">
        <w:trPr>
          <w:cantSplit/>
          <w:jc w:val="center"/>
        </w:trPr>
        <w:tc>
          <w:tcPr>
            <w:tcW w:w="1701" w:type="dxa"/>
            <w:tcMar>
              <w:top w:w="100" w:type="dxa"/>
              <w:left w:w="100" w:type="dxa"/>
              <w:bottom w:w="100" w:type="dxa"/>
              <w:right w:w="100" w:type="dxa"/>
            </w:tcMar>
          </w:tcPr>
          <w:p w14:paraId="2608785F" w14:textId="77777777" w:rsidR="005C1CC0" w:rsidRPr="00D31755" w:rsidRDefault="00000000" w:rsidP="00D31755">
            <w:pPr>
              <w:bidi/>
              <w:jc w:val="both"/>
              <w:rPr>
                <w:rFonts w:ascii="Simplified Arabic" w:hAnsi="Simplified Arabic" w:cs="Simplified Arabic"/>
                <w:sz w:val="20"/>
                <w:szCs w:val="20"/>
              </w:rPr>
            </w:pPr>
            <w:r w:rsidRPr="00D31755">
              <w:rPr>
                <w:rFonts w:ascii="Segoe UI Symbol" w:hAnsi="Segoe UI Symbol" w:cs="Segoe UI Symbol"/>
                <w:sz w:val="20"/>
                <w:szCs w:val="20"/>
              </w:rPr>
              <w:t>☑</w:t>
            </w:r>
          </w:p>
        </w:tc>
        <w:tc>
          <w:tcPr>
            <w:tcW w:w="12757" w:type="dxa"/>
            <w:tcMar>
              <w:top w:w="100" w:type="dxa"/>
              <w:left w:w="100" w:type="dxa"/>
              <w:bottom w:w="100" w:type="dxa"/>
              <w:right w:w="100" w:type="dxa"/>
            </w:tcMar>
          </w:tcPr>
          <w:p w14:paraId="2DFE93E7" w14:textId="77777777" w:rsidR="00F50E7D" w:rsidRPr="00D31755" w:rsidRDefault="00F50E7D"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sz w:val="20"/>
                <w:szCs w:val="20"/>
                <w:rtl/>
              </w:rPr>
              <w:t>الفصل يحتاج إلى تعديلات متوسطة قبل الاعتماد</w:t>
            </w:r>
          </w:p>
        </w:tc>
      </w:tr>
      <w:tr w:rsidR="00F50E7D" w:rsidRPr="00D31755" w14:paraId="69DDE2EB" w14:textId="77777777" w:rsidTr="00F50E7D">
        <w:trPr>
          <w:cantSplit/>
          <w:jc w:val="center"/>
        </w:trPr>
        <w:tc>
          <w:tcPr>
            <w:tcW w:w="1701" w:type="dxa"/>
            <w:tcMar>
              <w:top w:w="100" w:type="dxa"/>
              <w:left w:w="100" w:type="dxa"/>
              <w:bottom w:w="100" w:type="dxa"/>
              <w:right w:w="100" w:type="dxa"/>
            </w:tcMar>
          </w:tcPr>
          <w:p w14:paraId="4191E022" w14:textId="77777777" w:rsidR="005C1CC0" w:rsidRPr="00D31755" w:rsidRDefault="00000000" w:rsidP="00D31755">
            <w:pPr>
              <w:bidi/>
              <w:jc w:val="both"/>
              <w:rPr>
                <w:rFonts w:ascii="Simplified Arabic" w:hAnsi="Simplified Arabic" w:cs="Simplified Arabic"/>
                <w:sz w:val="20"/>
                <w:szCs w:val="20"/>
              </w:rPr>
            </w:pPr>
            <w:r w:rsidRPr="00D31755">
              <w:rPr>
                <w:rFonts w:ascii="Segoe UI Symbol" w:hAnsi="Segoe UI Symbol" w:cs="Segoe UI Symbol"/>
                <w:sz w:val="20"/>
                <w:szCs w:val="20"/>
              </w:rPr>
              <w:t>☐</w:t>
            </w:r>
          </w:p>
        </w:tc>
        <w:tc>
          <w:tcPr>
            <w:tcW w:w="12757" w:type="dxa"/>
            <w:tcMar>
              <w:top w:w="100" w:type="dxa"/>
              <w:left w:w="100" w:type="dxa"/>
              <w:bottom w:w="100" w:type="dxa"/>
              <w:right w:w="100" w:type="dxa"/>
            </w:tcMar>
          </w:tcPr>
          <w:p w14:paraId="14505BC9" w14:textId="77777777" w:rsidR="00F50E7D" w:rsidRPr="00D31755" w:rsidRDefault="00F50E7D"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sz w:val="20"/>
                <w:szCs w:val="20"/>
                <w:rtl/>
              </w:rPr>
              <w:t>الفصل يحتاج إلى تعديلات جوهرية وإعادة مراجعة</w:t>
            </w:r>
          </w:p>
        </w:tc>
      </w:tr>
      <w:tr w:rsidR="00F50E7D" w:rsidRPr="00D31755" w14:paraId="4E04CEEF" w14:textId="77777777" w:rsidTr="00F50E7D">
        <w:trPr>
          <w:cantSplit/>
          <w:jc w:val="center"/>
        </w:trPr>
        <w:tc>
          <w:tcPr>
            <w:tcW w:w="1701" w:type="dxa"/>
            <w:tcMar>
              <w:top w:w="100" w:type="dxa"/>
              <w:left w:w="100" w:type="dxa"/>
              <w:bottom w:w="100" w:type="dxa"/>
              <w:right w:w="100" w:type="dxa"/>
            </w:tcMar>
          </w:tcPr>
          <w:p w14:paraId="0057345B" w14:textId="77777777" w:rsidR="005C1CC0" w:rsidRPr="00D31755" w:rsidRDefault="00000000" w:rsidP="00D31755">
            <w:pPr>
              <w:bidi/>
              <w:jc w:val="both"/>
              <w:rPr>
                <w:rFonts w:ascii="Simplified Arabic" w:hAnsi="Simplified Arabic" w:cs="Simplified Arabic"/>
                <w:sz w:val="20"/>
                <w:szCs w:val="20"/>
              </w:rPr>
            </w:pPr>
            <w:r w:rsidRPr="00D31755">
              <w:rPr>
                <w:rFonts w:ascii="Segoe UI Symbol" w:hAnsi="Segoe UI Symbol" w:cs="Segoe UI Symbol"/>
                <w:sz w:val="20"/>
                <w:szCs w:val="20"/>
              </w:rPr>
              <w:t>☐</w:t>
            </w:r>
          </w:p>
        </w:tc>
        <w:tc>
          <w:tcPr>
            <w:tcW w:w="12757" w:type="dxa"/>
            <w:tcMar>
              <w:top w:w="100" w:type="dxa"/>
              <w:left w:w="100" w:type="dxa"/>
              <w:bottom w:w="100" w:type="dxa"/>
              <w:right w:w="100" w:type="dxa"/>
            </w:tcMar>
          </w:tcPr>
          <w:p w14:paraId="2C803883" w14:textId="77777777" w:rsidR="00F50E7D" w:rsidRPr="00D31755" w:rsidRDefault="00F50E7D" w:rsidP="00D31755">
            <w:pPr>
              <w:bidi/>
              <w:jc w:val="both"/>
              <w:rPr>
                <w:rFonts w:ascii="Simplified Arabic" w:hAnsi="Simplified Arabic" w:cs="Simplified Arabic"/>
                <w:color w:val="000000" w:themeColor="text1"/>
                <w:sz w:val="20"/>
                <w:szCs w:val="20"/>
              </w:rPr>
            </w:pPr>
            <w:r w:rsidRPr="00D31755">
              <w:rPr>
                <w:rFonts w:ascii="Simplified Arabic" w:hAnsi="Simplified Arabic" w:cs="Simplified Arabic"/>
                <w:sz w:val="20"/>
                <w:szCs w:val="20"/>
                <w:rtl/>
              </w:rPr>
              <w:t>الفصل غير مكتمل ويحتاج إلى إعادة بناء منهجي</w:t>
            </w:r>
          </w:p>
        </w:tc>
      </w:tr>
    </w:tbl>
    <w:p w14:paraId="29838AC8" w14:textId="77777777" w:rsidR="00F50E7D" w:rsidRPr="00D31755" w:rsidRDefault="002225E8" w:rsidP="00D31755">
      <w:pPr>
        <w:pStyle w:val="Heading1"/>
        <w:bidi/>
        <w:spacing w:before="200" w:line="240" w:lineRule="auto"/>
        <w:jc w:val="both"/>
        <w:rPr>
          <w:rFonts w:ascii="Simplified Arabic" w:hAnsi="Simplified Arabic" w:cs="Simplified Arabic"/>
          <w:color w:val="000000" w:themeColor="text1"/>
          <w:sz w:val="20"/>
          <w:szCs w:val="20"/>
          <w:rtl/>
        </w:rPr>
      </w:pPr>
      <w:r w:rsidRPr="00D31755">
        <w:rPr>
          <w:rFonts w:ascii="Simplified Arabic" w:hAnsi="Simplified Arabic" w:cs="Simplified Arabic"/>
          <w:color w:val="000000" w:themeColor="text1"/>
          <w:sz w:val="20"/>
          <w:szCs w:val="20"/>
          <w:rtl/>
        </w:rPr>
        <w:t>التوصية العامة:</w:t>
      </w:r>
    </w:p>
    <w:p w14:paraId="366FD9F9" w14:textId="77777777" w:rsidR="00F50E7D" w:rsidRPr="00D31755" w:rsidRDefault="002225E8" w:rsidP="00D31755">
      <w:pPr>
        <w:bidi/>
        <w:spacing w:after="0" w:line="240" w:lineRule="auto"/>
        <w:jc w:val="both"/>
        <w:rPr>
          <w:rFonts w:ascii="Simplified Arabic" w:hAnsi="Simplified Arabic" w:cs="Simplified Arabic"/>
          <w:sz w:val="20"/>
          <w:szCs w:val="20"/>
        </w:rPr>
      </w:pPr>
      <w:r w:rsidRPr="00D31755">
        <w:rPr>
          <w:rFonts w:ascii="Simplified Arabic" w:eastAsiaTheme="majorEastAsia" w:hAnsi="Simplified Arabic" w:cs="Simplified Arabic"/>
          <w:b/>
          <w:bCs/>
          <w:color w:val="000000" w:themeColor="text1"/>
          <w:sz w:val="20"/>
          <w:szCs w:val="20"/>
          <w:rtl/>
        </w:rPr>
        <w:t>ملاحظات ختامية للطالب:</w:t>
      </w:r>
    </w:p>
    <w:p w14:paraId="5C575513" w14:textId="77777777" w:rsidR="00D31755" w:rsidRDefault="00D31755" w:rsidP="00D31755">
      <w:pPr>
        <w:bidi/>
        <w:spacing w:after="0" w:line="240" w:lineRule="auto"/>
        <w:jc w:val="both"/>
        <w:rPr>
          <w:rFonts w:ascii="Simplified Arabic" w:hAnsi="Simplified Arabic" w:cs="Simplified Arabic"/>
          <w:sz w:val="20"/>
          <w:szCs w:val="20"/>
          <w:rtl/>
        </w:rPr>
      </w:pPr>
      <w:r>
        <w:rPr>
          <w:rFonts w:ascii="Simplified Arabic" w:hAnsi="Simplified Arabic" w:cs="Simplified Arabic"/>
          <w:sz w:val="20"/>
          <w:szCs w:val="20"/>
          <w:rtl/>
        </w:rPr>
        <w:t>ملاحظات ختامية من المشرف الأكاديمي:</w:t>
      </w:r>
    </w:p>
    <w:p w14:paraId="29EF1969" w14:textId="5B585F34" w:rsidR="00D31755" w:rsidRDefault="00D31755" w:rsidP="00D31755">
      <w:pPr>
        <w:bidi/>
        <w:spacing w:after="0" w:line="240" w:lineRule="auto"/>
        <w:jc w:val="both"/>
        <w:rPr>
          <w:rFonts w:ascii="Simplified Arabic" w:hAnsi="Simplified Arabic" w:cs="Simplified Arabic"/>
          <w:sz w:val="20"/>
          <w:szCs w:val="20"/>
          <w:rtl/>
        </w:rPr>
      </w:pPr>
      <w:proofErr w:type="spellStart"/>
      <w:r>
        <w:rPr>
          <w:rFonts w:ascii="Simplified Arabic" w:hAnsi="Simplified Arabic" w:cs="Simplified Arabic"/>
          <w:sz w:val="20"/>
          <w:szCs w:val="20"/>
          <w:rtl/>
        </w:rPr>
        <w:t>تحتاح</w:t>
      </w:r>
      <w:proofErr w:type="spellEnd"/>
      <w:r>
        <w:rPr>
          <w:rFonts w:ascii="Simplified Arabic" w:hAnsi="Simplified Arabic" w:cs="Simplified Arabic"/>
          <w:sz w:val="20"/>
          <w:szCs w:val="20"/>
          <w:rtl/>
        </w:rPr>
        <w:t xml:space="preserve"> </w:t>
      </w:r>
      <w:r>
        <w:rPr>
          <w:rFonts w:ascii="Simplified Arabic" w:hAnsi="Simplified Arabic" w:cs="Simplified Arabic" w:hint="cs"/>
          <w:sz w:val="20"/>
          <w:szCs w:val="20"/>
          <w:rtl/>
        </w:rPr>
        <w:t>ال</w:t>
      </w:r>
      <w:r>
        <w:rPr>
          <w:rFonts w:ascii="Simplified Arabic" w:hAnsi="Simplified Arabic" w:cs="Simplified Arabic"/>
          <w:sz w:val="20"/>
          <w:szCs w:val="20"/>
          <w:rtl/>
        </w:rPr>
        <w:t>نسخة إلى تعديلات متوسطة قبل الاعتماد، مع الإبقاء على الاتجاه العام للفصل. التركيز المطلوب هو توضيح منطق التصميم، وتحديد دور الاستبانة والوثائق وتحكيم الخبراء في تطوير النموذج المقترح.</w:t>
      </w:r>
    </w:p>
    <w:p w14:paraId="46865260" w14:textId="49F3ED76" w:rsidR="006309E8" w:rsidRPr="00D31755" w:rsidRDefault="00D31755" w:rsidP="00D31755">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بعد إضافة بروتوكول تحليل الوثائق، وضبط المجتمع والعينة، وتوثيق تحكيم الأداة والنموذج، ستكون النسخة أكثر جاهزية للاعتماد والانتقال للمرحلة التالية.</w:t>
      </w:r>
      <w:r w:rsidR="00A96B5E" w:rsidRPr="00D31755">
        <w:rPr>
          <w:rFonts w:ascii="Simplified Arabic" w:hAnsi="Simplified Arabic" w:cs="Simplified Arabic"/>
          <w:sz w:val="20"/>
          <w:szCs w:val="20"/>
        </w:rPr>
        <w:t>.</w:t>
      </w:r>
    </w:p>
    <w:sectPr w:rsidR="006309E8" w:rsidRPr="00D31755"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F1FA" w14:textId="77777777" w:rsidR="00495DDC" w:rsidRDefault="00495DDC">
      <w:pPr>
        <w:spacing w:after="0" w:line="240" w:lineRule="auto"/>
      </w:pPr>
      <w:r>
        <w:separator/>
      </w:r>
    </w:p>
  </w:endnote>
  <w:endnote w:type="continuationSeparator" w:id="0">
    <w:p w14:paraId="425C15E6" w14:textId="77777777" w:rsidR="00495DDC" w:rsidRDefault="00495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C869B" w14:textId="77777777" w:rsidR="00A662EF" w:rsidRDefault="00000000">
    <w:pPr>
      <w:pStyle w:val="Footer"/>
      <w:bidi/>
      <w:jc w:val="center"/>
    </w:pPr>
    <w:proofErr w:type="spellStart"/>
    <w:r>
      <w:t>نموذج</w:t>
    </w:r>
    <w:proofErr w:type="spellEnd"/>
    <w:r>
      <w:t xml:space="preserve"> ملاحظات </w:t>
    </w:r>
    <w:proofErr w:type="spellStart"/>
    <w:r>
      <w:t>المشرف</w:t>
    </w:r>
    <w:proofErr w:type="spellEnd"/>
    <w:r>
      <w:t xml:space="preserve"> </w:t>
    </w:r>
    <w:proofErr w:type="spellStart"/>
    <w:r>
      <w:t>الأكاديمي</w:t>
    </w:r>
    <w:proofErr w:type="spellEnd"/>
    <w:r>
      <w:t xml:space="preserve"> على الفصل الثالث - </w:t>
    </w:r>
    <w:proofErr w:type="spellStart"/>
    <w: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CC1CA" w14:textId="77777777" w:rsidR="00495DDC" w:rsidRDefault="00495DDC">
      <w:pPr>
        <w:spacing w:after="0" w:line="240" w:lineRule="auto"/>
      </w:pPr>
      <w:r>
        <w:separator/>
      </w:r>
    </w:p>
  </w:footnote>
  <w:footnote w:type="continuationSeparator" w:id="0">
    <w:p w14:paraId="26998264" w14:textId="77777777" w:rsidR="00495DDC" w:rsidRDefault="00495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175416"/>
    <w:rsid w:val="002225E8"/>
    <w:rsid w:val="0029639D"/>
    <w:rsid w:val="00326F90"/>
    <w:rsid w:val="003B24C9"/>
    <w:rsid w:val="00464A84"/>
    <w:rsid w:val="00495DDC"/>
    <w:rsid w:val="005C1CC0"/>
    <w:rsid w:val="006309E8"/>
    <w:rsid w:val="00650F0C"/>
    <w:rsid w:val="008F6E78"/>
    <w:rsid w:val="00A662EF"/>
    <w:rsid w:val="00A82D47"/>
    <w:rsid w:val="00A96B5E"/>
    <w:rsid w:val="00AA1D8D"/>
    <w:rsid w:val="00B47730"/>
    <w:rsid w:val="00CB0664"/>
    <w:rsid w:val="00D31755"/>
    <w:rsid w:val="00E50202"/>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FF2203"/>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4</cp:revision>
  <dcterms:created xsi:type="dcterms:W3CDTF">2026-06-30T16:51:00Z</dcterms:created>
  <dcterms:modified xsi:type="dcterms:W3CDTF">2026-08-16T06:54:00Z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f1b856f0-639d-4c49-b620-08eaa5b9fa21</vt:lpwstr>
  </property>
</Properties>
</file>