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C9AEBD" w14:textId="77777777" w:rsidR="009562C7" w:rsidRDefault="009562C7" w:rsidP="009562C7">
      <w:pPr>
        <w:bidi/>
        <w:spacing w:line="360" w:lineRule="auto"/>
        <w:jc w:val="center"/>
        <w:rPr>
          <w:b/>
          <w:sz w:val="44"/>
          <w:rtl/>
        </w:rPr>
      </w:pPr>
    </w:p>
    <w:p w14:paraId="2A186473" w14:textId="77777777" w:rsidR="009562C7" w:rsidRDefault="009562C7" w:rsidP="009562C7">
      <w:pPr>
        <w:bidi/>
        <w:spacing w:line="360" w:lineRule="auto"/>
        <w:jc w:val="center"/>
        <w:rPr>
          <w:b/>
          <w:sz w:val="44"/>
          <w:rtl/>
        </w:rPr>
      </w:pPr>
    </w:p>
    <w:p w14:paraId="58B1DC50" w14:textId="564181AB" w:rsidR="009562C7" w:rsidRDefault="008D56CD" w:rsidP="009562C7">
      <w:pPr>
        <w:bidi/>
        <w:spacing w:line="360" w:lineRule="auto"/>
        <w:jc w:val="center"/>
      </w:pPr>
      <w:proofErr w:type="spellStart"/>
      <w:r>
        <w:rPr>
          <w:b/>
          <w:sz w:val="44"/>
        </w:rPr>
        <w:t>خطة</w:t>
      </w:r>
      <w:proofErr w:type="spellEnd"/>
      <w:r>
        <w:rPr>
          <w:b/>
          <w:sz w:val="44"/>
        </w:rPr>
        <w:t xml:space="preserve"> </w:t>
      </w:r>
      <w:proofErr w:type="spellStart"/>
      <w:r>
        <w:rPr>
          <w:b/>
          <w:sz w:val="44"/>
        </w:rPr>
        <w:t>بحثية</w:t>
      </w:r>
      <w:proofErr w:type="spellEnd"/>
    </w:p>
    <w:p w14:paraId="46456096" w14:textId="77777777" w:rsidR="001E6B12" w:rsidRDefault="008D56CD" w:rsidP="009562C7">
      <w:pPr>
        <w:bidi/>
        <w:spacing w:after="160" w:line="360" w:lineRule="auto"/>
        <w:jc w:val="center"/>
      </w:pPr>
      <w:r>
        <w:rPr>
          <w:b/>
          <w:sz w:val="40"/>
        </w:rPr>
        <w:t>دور</w:t>
      </w:r>
      <w:r>
        <w:rPr>
          <w:b/>
          <w:sz w:val="40"/>
        </w:rPr>
        <w:t xml:space="preserve"> </w:t>
      </w:r>
      <w:r>
        <w:rPr>
          <w:b/>
          <w:sz w:val="40"/>
        </w:rPr>
        <w:t>التعليقات</w:t>
      </w:r>
      <w:r>
        <w:rPr>
          <w:b/>
          <w:sz w:val="40"/>
        </w:rPr>
        <w:t xml:space="preserve"> </w:t>
      </w:r>
      <w:r>
        <w:rPr>
          <w:b/>
          <w:sz w:val="40"/>
        </w:rPr>
        <w:t>الإلكترونية</w:t>
      </w:r>
      <w:r>
        <w:rPr>
          <w:b/>
          <w:sz w:val="40"/>
        </w:rPr>
        <w:t xml:space="preserve"> </w:t>
      </w:r>
      <w:r>
        <w:rPr>
          <w:b/>
          <w:sz w:val="40"/>
        </w:rPr>
        <w:t>في</w:t>
      </w:r>
      <w:r>
        <w:rPr>
          <w:b/>
          <w:sz w:val="40"/>
        </w:rPr>
        <w:t xml:space="preserve"> </w:t>
      </w:r>
      <w:r>
        <w:rPr>
          <w:b/>
          <w:sz w:val="40"/>
        </w:rPr>
        <w:t>تشكيل</w:t>
      </w:r>
      <w:r>
        <w:rPr>
          <w:b/>
          <w:sz w:val="40"/>
        </w:rPr>
        <w:t xml:space="preserve"> </w:t>
      </w:r>
      <w:r>
        <w:rPr>
          <w:b/>
          <w:sz w:val="40"/>
        </w:rPr>
        <w:t>نية</w:t>
      </w:r>
      <w:r>
        <w:rPr>
          <w:b/>
          <w:sz w:val="40"/>
        </w:rPr>
        <w:t xml:space="preserve"> </w:t>
      </w:r>
      <w:r>
        <w:rPr>
          <w:b/>
          <w:sz w:val="40"/>
        </w:rPr>
        <w:t>الشراء</w:t>
      </w:r>
      <w:r>
        <w:rPr>
          <w:b/>
          <w:sz w:val="40"/>
        </w:rPr>
        <w:t xml:space="preserve"> </w:t>
      </w:r>
      <w:r>
        <w:rPr>
          <w:b/>
          <w:sz w:val="40"/>
        </w:rPr>
        <w:t>لدى</w:t>
      </w:r>
      <w:r>
        <w:rPr>
          <w:b/>
          <w:sz w:val="40"/>
        </w:rPr>
        <w:t xml:space="preserve"> </w:t>
      </w:r>
      <w:r>
        <w:rPr>
          <w:b/>
          <w:sz w:val="40"/>
        </w:rPr>
        <w:t>المستهلكين</w:t>
      </w:r>
    </w:p>
    <w:p w14:paraId="6E97226C" w14:textId="77777777" w:rsidR="001E6B12" w:rsidRDefault="008D56CD" w:rsidP="009562C7">
      <w:pPr>
        <w:bidi/>
        <w:spacing w:after="560" w:line="360" w:lineRule="auto"/>
        <w:jc w:val="center"/>
      </w:pPr>
      <w:r>
        <w:rPr>
          <w:sz w:val="26"/>
        </w:rPr>
        <w:t>The Role of Online Comments in Shaping Consumers’ Purchase Intention</w:t>
      </w:r>
    </w:p>
    <w:p w14:paraId="37107176" w14:textId="77777777" w:rsidR="001E6B12" w:rsidRDefault="008D56CD" w:rsidP="009562C7">
      <w:pPr>
        <w:bidi/>
        <w:spacing w:after="240" w:line="360" w:lineRule="auto"/>
        <w:jc w:val="center"/>
      </w:pPr>
      <w:r>
        <w:rPr>
          <w:b/>
          <w:sz w:val="30"/>
        </w:rPr>
        <w:t>مقرر</w:t>
      </w:r>
      <w:r>
        <w:rPr>
          <w:b/>
          <w:sz w:val="30"/>
        </w:rPr>
        <w:t xml:space="preserve"> </w:t>
      </w:r>
      <w:r>
        <w:rPr>
          <w:b/>
          <w:sz w:val="30"/>
        </w:rPr>
        <w:t>مشروع</w:t>
      </w:r>
      <w:r>
        <w:rPr>
          <w:b/>
          <w:sz w:val="30"/>
        </w:rPr>
        <w:t xml:space="preserve"> </w:t>
      </w:r>
      <w:r>
        <w:rPr>
          <w:b/>
          <w:sz w:val="30"/>
        </w:rPr>
        <w:t>التخرج</w:t>
      </w:r>
      <w:r>
        <w:rPr>
          <w:b/>
          <w:sz w:val="30"/>
        </w:rPr>
        <w:t xml:space="preserve"> – </w:t>
      </w:r>
      <w:r>
        <w:rPr>
          <w:b/>
          <w:sz w:val="30"/>
        </w:rPr>
        <w:t>ماجستير</w:t>
      </w:r>
      <w:r>
        <w:rPr>
          <w:b/>
          <w:sz w:val="30"/>
        </w:rPr>
        <w:t xml:space="preserve"> </w:t>
      </w:r>
      <w:r>
        <w:rPr>
          <w:b/>
          <w:sz w:val="30"/>
        </w:rPr>
        <w:t>التسويق</w:t>
      </w:r>
      <w:r>
        <w:rPr>
          <w:b/>
          <w:sz w:val="30"/>
        </w:rPr>
        <w:t xml:space="preserve"> </w:t>
      </w:r>
      <w:r>
        <w:rPr>
          <w:b/>
          <w:sz w:val="30"/>
        </w:rPr>
        <w:t>الرقمي</w:t>
      </w:r>
    </w:p>
    <w:p w14:paraId="0CDD88D2" w14:textId="77777777" w:rsidR="001E6B12" w:rsidRDefault="008D56CD" w:rsidP="009562C7">
      <w:pPr>
        <w:bidi/>
        <w:spacing w:after="480" w:line="360" w:lineRule="auto"/>
        <w:jc w:val="center"/>
      </w:pPr>
      <w:r>
        <w:t>الفصل</w:t>
      </w:r>
      <w:r>
        <w:t xml:space="preserve"> </w:t>
      </w:r>
      <w:r>
        <w:t>الدراسي</w:t>
      </w:r>
      <w:r>
        <w:t xml:space="preserve"> </w:t>
      </w:r>
      <w:r>
        <w:t>الثاني</w:t>
      </w:r>
      <w:r>
        <w:t xml:space="preserve"> – 2026</w:t>
      </w:r>
    </w:p>
    <w:p w14:paraId="29D6A8AC" w14:textId="77777777" w:rsidR="001E6B12" w:rsidRDefault="008D56CD" w:rsidP="009562C7">
      <w:pPr>
        <w:bidi/>
        <w:spacing w:line="360" w:lineRule="auto"/>
        <w:jc w:val="center"/>
      </w:pPr>
      <w:r>
        <w:t>إعداد</w:t>
      </w:r>
      <w:r>
        <w:t xml:space="preserve"> </w:t>
      </w:r>
      <w:r>
        <w:t>الطالبة</w:t>
      </w:r>
      <w:r>
        <w:t xml:space="preserve">: </w:t>
      </w:r>
      <w:r>
        <w:t>منيرة</w:t>
      </w:r>
      <w:r>
        <w:t xml:space="preserve"> </w:t>
      </w:r>
      <w:r>
        <w:t>عبداللطيف</w:t>
      </w:r>
      <w:r>
        <w:t xml:space="preserve"> </w:t>
      </w:r>
      <w:r>
        <w:t>صالح</w:t>
      </w:r>
      <w:r>
        <w:t xml:space="preserve"> </w:t>
      </w:r>
      <w:r>
        <w:t>الرويشد</w:t>
      </w:r>
    </w:p>
    <w:p w14:paraId="2B1193CB" w14:textId="77777777" w:rsidR="001E6B12" w:rsidRDefault="008D56CD" w:rsidP="009562C7">
      <w:pPr>
        <w:bidi/>
        <w:spacing w:line="360" w:lineRule="auto"/>
        <w:jc w:val="center"/>
      </w:pPr>
      <w:r>
        <w:t>الرقم</w:t>
      </w:r>
      <w:r>
        <w:t xml:space="preserve"> </w:t>
      </w:r>
      <w:r>
        <w:t>الجامعي</w:t>
      </w:r>
      <w:r>
        <w:t>: 253001490</w:t>
      </w:r>
    </w:p>
    <w:p w14:paraId="5C5FAD42" w14:textId="77777777" w:rsidR="001E6B12" w:rsidRDefault="008D56CD" w:rsidP="009562C7">
      <w:pPr>
        <w:bidi/>
        <w:spacing w:line="360" w:lineRule="auto"/>
        <w:jc w:val="center"/>
      </w:pPr>
      <w:r>
        <w:t>إشراف</w:t>
      </w:r>
      <w:r>
        <w:t xml:space="preserve">: </w:t>
      </w:r>
      <w:r>
        <w:t>د</w:t>
      </w:r>
      <w:r>
        <w:t xml:space="preserve">. </w:t>
      </w:r>
      <w:r>
        <w:t>محمد</w:t>
      </w:r>
      <w:r>
        <w:t xml:space="preserve"> </w:t>
      </w:r>
      <w:r>
        <w:t>عويس</w:t>
      </w:r>
    </w:p>
    <w:p w14:paraId="5D86A700" w14:textId="77777777" w:rsidR="001E6B12" w:rsidRDefault="008D56CD" w:rsidP="009562C7">
      <w:pPr>
        <w:bidi/>
        <w:spacing w:line="360" w:lineRule="auto"/>
        <w:jc w:val="center"/>
      </w:pPr>
      <w:r>
        <w:br w:type="page"/>
      </w:r>
    </w:p>
    <w:p w14:paraId="11C185AB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1. </w:t>
      </w:r>
      <w:r>
        <w:rPr>
          <w:b/>
          <w:sz w:val="32"/>
        </w:rPr>
        <w:t>مقدمة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48319C5B" w14:textId="77777777" w:rsidR="001E6B12" w:rsidRDefault="008D56CD" w:rsidP="009562C7">
      <w:pPr>
        <w:bidi/>
        <w:spacing w:after="140" w:line="360" w:lineRule="auto"/>
      </w:pPr>
      <w:r>
        <w:t>أدى</w:t>
      </w:r>
      <w:r>
        <w:t xml:space="preserve"> </w:t>
      </w:r>
      <w:r>
        <w:t>التطور</w:t>
      </w:r>
      <w:r>
        <w:t xml:space="preserve"> </w:t>
      </w:r>
      <w:r>
        <w:t>المتسارع</w:t>
      </w:r>
      <w:r>
        <w:t xml:space="preserve"> </w:t>
      </w:r>
      <w:r>
        <w:t>في</w:t>
      </w:r>
      <w:r>
        <w:t xml:space="preserve"> </w:t>
      </w:r>
      <w:r>
        <w:t>التقنيات</w:t>
      </w:r>
      <w:r>
        <w:t xml:space="preserve"> </w:t>
      </w:r>
      <w:r>
        <w:t>الرقمية</w:t>
      </w:r>
      <w:r>
        <w:t xml:space="preserve"> </w:t>
      </w:r>
      <w:r>
        <w:t>وانتشار</w:t>
      </w:r>
      <w:r>
        <w:t xml:space="preserve"> </w:t>
      </w:r>
      <w:r>
        <w:t>منصات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 xml:space="preserve"> </w:t>
      </w:r>
      <w:r>
        <w:t>ومواقع</w:t>
      </w:r>
      <w:r>
        <w:t xml:space="preserve"> </w:t>
      </w:r>
      <w:r>
        <w:t>التجارة</w:t>
      </w:r>
      <w:r>
        <w:t xml:space="preserve"> </w:t>
      </w:r>
      <w:r>
        <w:t>الإلكترونية</w:t>
      </w:r>
      <w:r>
        <w:t xml:space="preserve"> </w:t>
      </w:r>
      <w:r>
        <w:t>إلى</w:t>
      </w:r>
      <w:r>
        <w:t xml:space="preserve"> </w:t>
      </w:r>
      <w:r>
        <w:t>تغير</w:t>
      </w:r>
      <w:r>
        <w:t xml:space="preserve"> </w:t>
      </w:r>
      <w:r>
        <w:t>واضح</w:t>
      </w:r>
      <w:r>
        <w:t xml:space="preserve"> </w:t>
      </w:r>
      <w:r>
        <w:t>في</w:t>
      </w:r>
      <w:r>
        <w:t xml:space="preserve"> </w:t>
      </w:r>
      <w:r>
        <w:t>الطريقة</w:t>
      </w:r>
      <w:r>
        <w:t xml:space="preserve"> </w:t>
      </w:r>
      <w:r>
        <w:t>التي</w:t>
      </w:r>
      <w:r>
        <w:t xml:space="preserve"> </w:t>
      </w:r>
      <w:r>
        <w:t>يبحث</w:t>
      </w:r>
      <w:r>
        <w:t xml:space="preserve"> </w:t>
      </w:r>
      <w:r>
        <w:t>بها</w:t>
      </w:r>
      <w:r>
        <w:t xml:space="preserve"> </w:t>
      </w:r>
      <w:r>
        <w:t>المستهلكون</w:t>
      </w:r>
      <w:r>
        <w:t xml:space="preserve"> </w:t>
      </w:r>
      <w:r>
        <w:t>عن</w:t>
      </w:r>
      <w:r>
        <w:t xml:space="preserve"> </w:t>
      </w:r>
      <w:r>
        <w:t>المعلومات</w:t>
      </w:r>
      <w:r>
        <w:t xml:space="preserve"> </w:t>
      </w:r>
      <w:r>
        <w:t>ويتخذون</w:t>
      </w:r>
      <w:r>
        <w:t xml:space="preserve"> </w:t>
      </w:r>
      <w:r>
        <w:t>من</w:t>
      </w:r>
      <w:r>
        <w:t xml:space="preserve"> </w:t>
      </w:r>
      <w:r>
        <w:t>خلالها</w:t>
      </w:r>
      <w:r>
        <w:t xml:space="preserve"> </w:t>
      </w:r>
      <w:r>
        <w:t>قراراتهم</w:t>
      </w:r>
      <w:r>
        <w:t xml:space="preserve"> </w:t>
      </w:r>
      <w:r>
        <w:t>الشرائية</w:t>
      </w:r>
      <w:r>
        <w:t xml:space="preserve">. </w:t>
      </w:r>
      <w:r>
        <w:t>فلم</w:t>
      </w:r>
      <w:r>
        <w:t xml:space="preserve"> </w:t>
      </w:r>
      <w:r>
        <w:t>يعد</w:t>
      </w:r>
      <w:r>
        <w:t xml:space="preserve"> </w:t>
      </w:r>
      <w:r>
        <w:t>المستهلك</w:t>
      </w:r>
      <w:r>
        <w:t xml:space="preserve"> </w:t>
      </w:r>
      <w:r>
        <w:t>يعتمد</w:t>
      </w:r>
      <w:r>
        <w:t xml:space="preserve"> </w:t>
      </w:r>
      <w:r>
        <w:t>فقط</w:t>
      </w:r>
      <w:r>
        <w:t xml:space="preserve"> </w:t>
      </w:r>
      <w:r>
        <w:t>على</w:t>
      </w:r>
      <w:r>
        <w:t xml:space="preserve"> </w:t>
      </w:r>
      <w:r>
        <w:t>الرسائل</w:t>
      </w:r>
      <w:r>
        <w:t xml:space="preserve"> </w:t>
      </w:r>
      <w:r>
        <w:t>الإعلانية</w:t>
      </w:r>
      <w:r>
        <w:t xml:space="preserve"> </w:t>
      </w:r>
      <w:r>
        <w:t>التي</w:t>
      </w:r>
      <w:r>
        <w:t xml:space="preserve"> </w:t>
      </w:r>
      <w:r>
        <w:t>تقدمها</w:t>
      </w:r>
      <w:r>
        <w:t xml:space="preserve"> </w:t>
      </w:r>
      <w:r>
        <w:t>الشركات،</w:t>
      </w:r>
      <w:r>
        <w:t xml:space="preserve"> </w:t>
      </w:r>
      <w:r>
        <w:t>بل</w:t>
      </w:r>
      <w:r>
        <w:t xml:space="preserve"> </w:t>
      </w:r>
      <w:r>
        <w:t>أصبح</w:t>
      </w:r>
      <w:r>
        <w:t xml:space="preserve"> </w:t>
      </w:r>
      <w:r>
        <w:t>أكثر</w:t>
      </w:r>
      <w:r>
        <w:t xml:space="preserve"> </w:t>
      </w:r>
      <w:r>
        <w:t>اهتمامًا</w:t>
      </w:r>
      <w:r>
        <w:t xml:space="preserve"> </w:t>
      </w:r>
      <w:r>
        <w:t>بآراء</w:t>
      </w:r>
      <w:r>
        <w:t xml:space="preserve"> </w:t>
      </w:r>
      <w:r>
        <w:t>وتجارب</w:t>
      </w:r>
      <w:r>
        <w:t xml:space="preserve"> </w:t>
      </w:r>
      <w:r>
        <w:t>المستهلكين</w:t>
      </w:r>
      <w:r>
        <w:t xml:space="preserve"> </w:t>
      </w:r>
      <w:r>
        <w:t>الآخرين</w:t>
      </w:r>
      <w:r>
        <w:t xml:space="preserve"> </w:t>
      </w:r>
      <w:r>
        <w:t>المنشورة</w:t>
      </w:r>
      <w:r>
        <w:t xml:space="preserve"> </w:t>
      </w:r>
      <w:r>
        <w:t>عبر</w:t>
      </w:r>
      <w:r>
        <w:t xml:space="preserve"> </w:t>
      </w:r>
      <w:r>
        <w:t>المنصات</w:t>
      </w:r>
      <w:r>
        <w:t xml:space="preserve"> </w:t>
      </w:r>
      <w:r>
        <w:t>الرقمية</w:t>
      </w:r>
      <w:r>
        <w:t>.</w:t>
      </w:r>
    </w:p>
    <w:p w14:paraId="3248217B" w14:textId="77777777" w:rsidR="001E6B12" w:rsidRDefault="008D56CD" w:rsidP="009562C7">
      <w:pPr>
        <w:bidi/>
        <w:spacing w:after="140" w:line="360" w:lineRule="auto"/>
      </w:pPr>
      <w:r>
        <w:t>وتعد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من</w:t>
      </w:r>
      <w:r>
        <w:t xml:space="preserve"> </w:t>
      </w:r>
      <w:r>
        <w:t>أبرز</w:t>
      </w:r>
      <w:r>
        <w:t xml:space="preserve"> </w:t>
      </w:r>
      <w:r>
        <w:t>أشكال</w:t>
      </w:r>
      <w:r>
        <w:t xml:space="preserve"> </w:t>
      </w:r>
      <w:r>
        <w:t>المحتوى</w:t>
      </w:r>
      <w:r>
        <w:t xml:space="preserve"> </w:t>
      </w:r>
      <w:r>
        <w:t>الذي</w:t>
      </w:r>
      <w:r>
        <w:t xml:space="preserve"> </w:t>
      </w:r>
      <w:r>
        <w:t>ينشئه</w:t>
      </w:r>
      <w:r>
        <w:t xml:space="preserve"> </w:t>
      </w:r>
      <w:r>
        <w:t>المستخدمون،</w:t>
      </w:r>
      <w:r>
        <w:t xml:space="preserve"> </w:t>
      </w:r>
      <w:r>
        <w:t>إذ</w:t>
      </w:r>
      <w:r>
        <w:t xml:space="preserve"> </w:t>
      </w:r>
      <w:r>
        <w:t>توفر</w:t>
      </w:r>
      <w:r>
        <w:t xml:space="preserve"> </w:t>
      </w:r>
      <w:r>
        <w:t>للمستهلك</w:t>
      </w:r>
      <w:r>
        <w:t xml:space="preserve"> </w:t>
      </w:r>
      <w:r>
        <w:t>معلومات</w:t>
      </w:r>
      <w:r>
        <w:t xml:space="preserve"> </w:t>
      </w:r>
      <w:r>
        <w:t>عن</w:t>
      </w:r>
      <w:r>
        <w:t xml:space="preserve"> </w:t>
      </w:r>
      <w:r>
        <w:t>المنتجات</w:t>
      </w:r>
      <w:r>
        <w:t xml:space="preserve"> </w:t>
      </w:r>
      <w:r>
        <w:t>والخدمات</w:t>
      </w:r>
      <w:r>
        <w:t xml:space="preserve"> </w:t>
      </w:r>
      <w:r>
        <w:t>مبنية</w:t>
      </w:r>
      <w:r>
        <w:t xml:space="preserve"> </w:t>
      </w:r>
      <w:r>
        <w:t>على</w:t>
      </w:r>
      <w:r>
        <w:t xml:space="preserve"> </w:t>
      </w:r>
      <w:r>
        <w:t>تجارب</w:t>
      </w:r>
      <w:r>
        <w:t xml:space="preserve"> </w:t>
      </w:r>
      <w:r>
        <w:t>فعلية</w:t>
      </w:r>
      <w:r>
        <w:t xml:space="preserve"> </w:t>
      </w:r>
      <w:r>
        <w:t>أو</w:t>
      </w:r>
      <w:r>
        <w:t xml:space="preserve"> </w:t>
      </w:r>
      <w:r>
        <w:t>تصورات</w:t>
      </w:r>
      <w:r>
        <w:t xml:space="preserve"> </w:t>
      </w:r>
      <w:r>
        <w:t>شخصية</w:t>
      </w:r>
      <w:r>
        <w:t xml:space="preserve"> </w:t>
      </w:r>
      <w:r>
        <w:t>للآخرين</w:t>
      </w:r>
      <w:r>
        <w:t xml:space="preserve">. </w:t>
      </w:r>
      <w:r>
        <w:t>وقد</w:t>
      </w:r>
      <w:r>
        <w:t xml:space="preserve"> </w:t>
      </w:r>
      <w:r>
        <w:t>تؤثر</w:t>
      </w:r>
      <w:r>
        <w:t xml:space="preserve"> </w:t>
      </w:r>
      <w:r>
        <w:t>هذه</w:t>
      </w:r>
      <w:r>
        <w:t xml:space="preserve"> </w:t>
      </w:r>
      <w:r>
        <w:t>التعليقات،</w:t>
      </w:r>
      <w:r>
        <w:t xml:space="preserve"> </w:t>
      </w:r>
      <w:r>
        <w:t>سواء</w:t>
      </w:r>
      <w:r>
        <w:t xml:space="preserve"> </w:t>
      </w:r>
      <w:r>
        <w:t>كانت</w:t>
      </w:r>
      <w:r>
        <w:t xml:space="preserve"> </w:t>
      </w:r>
      <w:r>
        <w:t>إيجابية</w:t>
      </w:r>
      <w:r>
        <w:t xml:space="preserve"> </w:t>
      </w:r>
      <w:r>
        <w:t>أو</w:t>
      </w:r>
      <w:r>
        <w:t xml:space="preserve"> </w:t>
      </w:r>
      <w:r>
        <w:t>سلبية،</w:t>
      </w:r>
      <w:r>
        <w:t xml:space="preserve"> </w:t>
      </w:r>
      <w:r>
        <w:t>في</w:t>
      </w:r>
      <w:r>
        <w:t xml:space="preserve"> </w:t>
      </w:r>
      <w:r>
        <w:t>تقييم</w:t>
      </w:r>
      <w:r>
        <w:t xml:space="preserve"> </w:t>
      </w:r>
      <w:r>
        <w:t>المستهلك</w:t>
      </w:r>
      <w:r>
        <w:t xml:space="preserve"> </w:t>
      </w:r>
      <w:r>
        <w:t>للمنتج</w:t>
      </w:r>
      <w:r>
        <w:t xml:space="preserve"> </w:t>
      </w:r>
      <w:r>
        <w:t>ومدى</w:t>
      </w:r>
      <w:r>
        <w:t xml:space="preserve"> </w:t>
      </w:r>
      <w:r>
        <w:t>ثقته</w:t>
      </w:r>
      <w:r>
        <w:t xml:space="preserve"> </w:t>
      </w:r>
      <w:r>
        <w:t>به،</w:t>
      </w:r>
      <w:r>
        <w:t xml:space="preserve"> </w:t>
      </w:r>
      <w:r>
        <w:t>ومن</w:t>
      </w:r>
      <w:r>
        <w:t xml:space="preserve"> </w:t>
      </w:r>
      <w:r>
        <w:t>ثم</w:t>
      </w:r>
      <w:r>
        <w:t xml:space="preserve"> </w:t>
      </w:r>
      <w:r>
        <w:t>في</w:t>
      </w:r>
      <w:r>
        <w:t xml:space="preserve"> </w:t>
      </w:r>
      <w:r>
        <w:t>نيته</w:t>
      </w:r>
      <w:r>
        <w:t xml:space="preserve"> </w:t>
      </w:r>
      <w:r>
        <w:t>لاتخاذ</w:t>
      </w:r>
      <w:r>
        <w:t xml:space="preserve"> </w:t>
      </w:r>
      <w:r>
        <w:t>قرار</w:t>
      </w:r>
      <w:r>
        <w:t xml:space="preserve"> </w:t>
      </w:r>
      <w:r>
        <w:t>الشراء</w:t>
      </w:r>
      <w:r>
        <w:t>.</w:t>
      </w:r>
    </w:p>
    <w:p w14:paraId="14393E08" w14:textId="77777777" w:rsidR="001E6B12" w:rsidRDefault="008D56CD" w:rsidP="009562C7">
      <w:pPr>
        <w:bidi/>
        <w:spacing w:after="140" w:line="360" w:lineRule="auto"/>
      </w:pPr>
      <w:r>
        <w:t>وتزداد</w:t>
      </w:r>
      <w:r>
        <w:t xml:space="preserve"> </w:t>
      </w:r>
      <w:r>
        <w:t>أهمية</w:t>
      </w:r>
      <w:r>
        <w:t xml:space="preserve"> </w:t>
      </w:r>
      <w:r>
        <w:t>دراسة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في</w:t>
      </w:r>
      <w:r>
        <w:t xml:space="preserve"> </w:t>
      </w:r>
      <w:r>
        <w:t>البيئة</w:t>
      </w:r>
      <w:r>
        <w:t xml:space="preserve"> </w:t>
      </w:r>
      <w:r>
        <w:t>التسويقية</w:t>
      </w:r>
      <w:r>
        <w:t xml:space="preserve"> </w:t>
      </w:r>
      <w:r>
        <w:t>الرقمية</w:t>
      </w:r>
      <w:r>
        <w:t xml:space="preserve"> </w:t>
      </w:r>
      <w:r>
        <w:t>في</w:t>
      </w:r>
      <w:r>
        <w:t xml:space="preserve"> </w:t>
      </w:r>
      <w:r>
        <w:t>ظل</w:t>
      </w:r>
      <w:r>
        <w:t xml:space="preserve"> </w:t>
      </w:r>
      <w:r>
        <w:t>اعتماد</w:t>
      </w:r>
      <w:r>
        <w:t xml:space="preserve"> </w:t>
      </w:r>
      <w:r>
        <w:t>المنشآت</w:t>
      </w:r>
      <w:r>
        <w:t xml:space="preserve"> </w:t>
      </w:r>
      <w:r>
        <w:t>بصورة</w:t>
      </w:r>
      <w:r>
        <w:t xml:space="preserve"> </w:t>
      </w:r>
      <w:r>
        <w:t>متزايدة</w:t>
      </w:r>
      <w:r>
        <w:t xml:space="preserve"> </w:t>
      </w:r>
      <w:r>
        <w:t>على</w:t>
      </w:r>
      <w:r>
        <w:t xml:space="preserve"> </w:t>
      </w:r>
      <w:r>
        <w:t>القنوات</w:t>
      </w:r>
      <w:r>
        <w:t xml:space="preserve"> </w:t>
      </w:r>
      <w:r>
        <w:t>الرقمية</w:t>
      </w:r>
      <w:r>
        <w:t xml:space="preserve"> </w:t>
      </w:r>
      <w:r>
        <w:t>في</w:t>
      </w:r>
      <w:r>
        <w:t xml:space="preserve"> </w:t>
      </w:r>
      <w:r>
        <w:t>التواصل</w:t>
      </w:r>
      <w:r>
        <w:t xml:space="preserve"> </w:t>
      </w:r>
      <w:r>
        <w:t>مع</w:t>
      </w:r>
      <w:r>
        <w:t xml:space="preserve"> </w:t>
      </w:r>
      <w:r>
        <w:t>المستهلكين،</w:t>
      </w:r>
      <w:r>
        <w:t xml:space="preserve"> </w:t>
      </w:r>
      <w:r>
        <w:t>وارتفاع</w:t>
      </w:r>
      <w:r>
        <w:t xml:space="preserve"> </w:t>
      </w:r>
      <w:r>
        <w:t>مستوى</w:t>
      </w:r>
      <w:r>
        <w:t xml:space="preserve"> </w:t>
      </w:r>
      <w:r>
        <w:t>الاطلاع</w:t>
      </w:r>
      <w:r>
        <w:t xml:space="preserve"> </w:t>
      </w:r>
      <w:r>
        <w:t>على</w:t>
      </w:r>
      <w:r>
        <w:t xml:space="preserve"> </w:t>
      </w:r>
      <w:r>
        <w:t>تقييمات</w:t>
      </w:r>
      <w:r>
        <w:t xml:space="preserve"> </w:t>
      </w:r>
      <w:r>
        <w:t>وتعليقات</w:t>
      </w:r>
      <w:r>
        <w:t xml:space="preserve"> </w:t>
      </w:r>
      <w:r>
        <w:t>العملاء</w:t>
      </w:r>
      <w:r>
        <w:t xml:space="preserve"> </w:t>
      </w:r>
      <w:r>
        <w:t>قبل</w:t>
      </w:r>
      <w:r>
        <w:t xml:space="preserve"> </w:t>
      </w:r>
      <w:r>
        <w:t>اتخاذ</w:t>
      </w:r>
      <w:r>
        <w:t xml:space="preserve"> </w:t>
      </w:r>
      <w:r>
        <w:t>القرارات</w:t>
      </w:r>
      <w:r>
        <w:t xml:space="preserve"> </w:t>
      </w:r>
      <w:r>
        <w:t>الشرائية</w:t>
      </w:r>
      <w:r>
        <w:t xml:space="preserve">. </w:t>
      </w:r>
      <w:r>
        <w:t>ومن</w:t>
      </w:r>
      <w:r>
        <w:t xml:space="preserve"> </w:t>
      </w:r>
      <w:r>
        <w:t>هنا</w:t>
      </w:r>
      <w:r>
        <w:t xml:space="preserve"> </w:t>
      </w:r>
      <w:r>
        <w:t>تسعى</w:t>
      </w:r>
      <w:r>
        <w:t xml:space="preserve"> </w:t>
      </w:r>
      <w:r>
        <w:t>هذه</w:t>
      </w:r>
      <w:r>
        <w:t xml:space="preserve"> </w:t>
      </w:r>
      <w:r>
        <w:t>الدراسة</w:t>
      </w:r>
      <w:r>
        <w:t xml:space="preserve"> </w:t>
      </w:r>
      <w:r>
        <w:t>إلى</w:t>
      </w:r>
      <w:r>
        <w:t xml:space="preserve">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دور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في</w:t>
      </w:r>
      <w:r>
        <w:t xml:space="preserve"> </w:t>
      </w:r>
      <w:r>
        <w:t>تشكيل</w:t>
      </w:r>
      <w:r>
        <w:t xml:space="preserve"> </w:t>
      </w:r>
      <w:r>
        <w:t>نية</w:t>
      </w:r>
      <w:r>
        <w:t xml:space="preserve"> </w:t>
      </w:r>
      <w:r>
        <w:t>الشراء</w:t>
      </w:r>
      <w:r>
        <w:t xml:space="preserve"> </w:t>
      </w:r>
      <w:r>
        <w:t>لدى</w:t>
      </w:r>
      <w:r>
        <w:t xml:space="preserve"> </w:t>
      </w:r>
      <w:r>
        <w:t>المستهلكين،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دراسة</w:t>
      </w:r>
      <w:r>
        <w:t xml:space="preserve"> </w:t>
      </w:r>
      <w:r>
        <w:t>مجموعة</w:t>
      </w:r>
      <w:r>
        <w:t xml:space="preserve"> </w:t>
      </w:r>
      <w:r>
        <w:t>من</w:t>
      </w:r>
      <w:r>
        <w:t xml:space="preserve"> </w:t>
      </w:r>
      <w:r>
        <w:t>أبعاد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ومدى</w:t>
      </w:r>
      <w:r>
        <w:t xml:space="preserve"> </w:t>
      </w:r>
      <w:r>
        <w:t>تأثيرها</w:t>
      </w:r>
      <w:r>
        <w:t xml:space="preserve"> </w:t>
      </w:r>
      <w:r>
        <w:t>في</w:t>
      </w:r>
      <w:r>
        <w:t xml:space="preserve"> </w:t>
      </w:r>
      <w:r>
        <w:t>النية</w:t>
      </w:r>
      <w:r>
        <w:t xml:space="preserve"> </w:t>
      </w:r>
      <w:r>
        <w:t>الشرائية</w:t>
      </w:r>
      <w:r>
        <w:t>.</w:t>
      </w:r>
    </w:p>
    <w:p w14:paraId="730D8448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2. </w:t>
      </w:r>
      <w:r>
        <w:rPr>
          <w:b/>
          <w:sz w:val="32"/>
        </w:rPr>
        <w:t>مشكلة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6898B404" w14:textId="77777777" w:rsidR="001E6B12" w:rsidRDefault="008D56CD" w:rsidP="009562C7">
      <w:pPr>
        <w:bidi/>
        <w:spacing w:after="140" w:line="360" w:lineRule="auto"/>
      </w:pPr>
      <w:r>
        <w:t>أصبح</w:t>
      </w:r>
      <w:r>
        <w:t xml:space="preserve"> </w:t>
      </w:r>
      <w:r>
        <w:t>المستهلك</w:t>
      </w:r>
      <w:r>
        <w:t xml:space="preserve"> </w:t>
      </w:r>
      <w:r>
        <w:t>اليوم</w:t>
      </w:r>
      <w:r>
        <w:t xml:space="preserve"> </w:t>
      </w:r>
      <w:r>
        <w:t>قادرًا</w:t>
      </w:r>
      <w:r>
        <w:t xml:space="preserve"> </w:t>
      </w:r>
      <w:r>
        <w:t>على</w:t>
      </w:r>
      <w:r>
        <w:t xml:space="preserve"> </w:t>
      </w:r>
      <w:r>
        <w:t>الاطلاع</w:t>
      </w:r>
      <w:r>
        <w:t xml:space="preserve"> </w:t>
      </w:r>
      <w:r>
        <w:t>على</w:t>
      </w:r>
      <w:r>
        <w:t xml:space="preserve"> </w:t>
      </w:r>
      <w:r>
        <w:t>عدد</w:t>
      </w:r>
      <w:r>
        <w:t xml:space="preserve"> </w:t>
      </w:r>
      <w:r>
        <w:t>كبير</w:t>
      </w:r>
      <w:r>
        <w:t xml:space="preserve"> </w:t>
      </w:r>
      <w:r>
        <w:t>من</w:t>
      </w:r>
      <w:r>
        <w:t xml:space="preserve"> </w:t>
      </w:r>
      <w:r>
        <w:t>التعليقات</w:t>
      </w:r>
      <w:r>
        <w:t xml:space="preserve"> </w:t>
      </w:r>
      <w:r>
        <w:t>والتقييمات</w:t>
      </w:r>
      <w:r>
        <w:t xml:space="preserve"> </w:t>
      </w:r>
      <w:r>
        <w:t>الإلكترونية</w:t>
      </w:r>
      <w:r>
        <w:t xml:space="preserve"> </w:t>
      </w:r>
      <w:r>
        <w:t>قبل</w:t>
      </w:r>
      <w:r>
        <w:t xml:space="preserve"> </w:t>
      </w:r>
      <w:r>
        <w:t>اتخاذ</w:t>
      </w:r>
      <w:r>
        <w:t xml:space="preserve"> </w:t>
      </w:r>
      <w:r>
        <w:t>قرار</w:t>
      </w:r>
      <w:r>
        <w:t xml:space="preserve"> </w:t>
      </w:r>
      <w:r>
        <w:t>شراء</w:t>
      </w:r>
      <w:r>
        <w:t xml:space="preserve"> </w:t>
      </w:r>
      <w:r>
        <w:t>منتج</w:t>
      </w:r>
      <w:r>
        <w:t xml:space="preserve"> </w:t>
      </w:r>
      <w:r>
        <w:t>أو</w:t>
      </w:r>
      <w:r>
        <w:t xml:space="preserve"> </w:t>
      </w:r>
      <w:r>
        <w:t>خدمة،</w:t>
      </w:r>
      <w:r>
        <w:t xml:space="preserve"> </w:t>
      </w:r>
      <w:r>
        <w:t>وهو</w:t>
      </w:r>
      <w:r>
        <w:t xml:space="preserve"> </w:t>
      </w:r>
      <w:r>
        <w:t>ما</w:t>
      </w:r>
      <w:r>
        <w:t xml:space="preserve"> </w:t>
      </w:r>
      <w:r>
        <w:t>جعل</w:t>
      </w:r>
      <w:r>
        <w:t xml:space="preserve"> </w:t>
      </w:r>
      <w:r>
        <w:t>هذه</w:t>
      </w:r>
      <w:r>
        <w:t xml:space="preserve"> </w:t>
      </w:r>
      <w:r>
        <w:t>التعليقات</w:t>
      </w:r>
      <w:r>
        <w:t xml:space="preserve"> </w:t>
      </w:r>
      <w:r>
        <w:t>عنصرًا</w:t>
      </w:r>
      <w:r>
        <w:t xml:space="preserve"> </w:t>
      </w:r>
      <w:r>
        <w:t>مؤثرًا</w:t>
      </w:r>
      <w:r>
        <w:t xml:space="preserve"> </w:t>
      </w:r>
      <w:r>
        <w:t>في</w:t>
      </w:r>
      <w:r>
        <w:t xml:space="preserve"> </w:t>
      </w:r>
      <w:r>
        <w:t>العملية</w:t>
      </w:r>
      <w:r>
        <w:t xml:space="preserve"> </w:t>
      </w:r>
      <w:r>
        <w:t>الشرائية</w:t>
      </w:r>
      <w:r>
        <w:t>.</w:t>
      </w:r>
    </w:p>
    <w:p w14:paraId="453EF304" w14:textId="77777777" w:rsidR="001E6B12" w:rsidRDefault="008D56CD" w:rsidP="009562C7">
      <w:pPr>
        <w:bidi/>
        <w:spacing w:after="140" w:line="360" w:lineRule="auto"/>
      </w:pPr>
      <w:r>
        <w:t>وعلى</w:t>
      </w:r>
      <w:r>
        <w:t xml:space="preserve"> </w:t>
      </w:r>
      <w:r>
        <w:t>الرغم</w:t>
      </w:r>
      <w:r>
        <w:t xml:space="preserve"> </w:t>
      </w:r>
      <w:r>
        <w:t>من</w:t>
      </w:r>
      <w:r>
        <w:t xml:space="preserve"> </w:t>
      </w:r>
      <w:r>
        <w:t>أهمية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في</w:t>
      </w:r>
      <w:r>
        <w:t xml:space="preserve"> </w:t>
      </w:r>
      <w:r>
        <w:t>البيئة</w:t>
      </w:r>
      <w:r>
        <w:t xml:space="preserve"> </w:t>
      </w:r>
      <w:r>
        <w:t>الرقمية،</w:t>
      </w:r>
      <w:r>
        <w:t xml:space="preserve"> </w:t>
      </w:r>
      <w:r>
        <w:t>فإن</w:t>
      </w:r>
      <w:r>
        <w:t xml:space="preserve"> </w:t>
      </w:r>
      <w:r>
        <w:t>درجة</w:t>
      </w:r>
      <w:r>
        <w:t xml:space="preserve"> </w:t>
      </w:r>
      <w:r>
        <w:t>تأثيرها</w:t>
      </w:r>
      <w:r>
        <w:t xml:space="preserve"> </w:t>
      </w:r>
      <w:r>
        <w:t>قد</w:t>
      </w:r>
      <w:r>
        <w:t xml:space="preserve"> </w:t>
      </w:r>
      <w:r>
        <w:t>تختلف</w:t>
      </w:r>
      <w:r>
        <w:t xml:space="preserve"> </w:t>
      </w:r>
      <w:r>
        <w:t>بحسب</w:t>
      </w:r>
      <w:r>
        <w:t xml:space="preserve"> </w:t>
      </w:r>
      <w:r>
        <w:t>طبيعة</w:t>
      </w:r>
      <w:r>
        <w:t xml:space="preserve"> </w:t>
      </w:r>
      <w:r>
        <w:t>التعليق</w:t>
      </w:r>
      <w:r>
        <w:t xml:space="preserve"> </w:t>
      </w:r>
      <w:r>
        <w:t>ومصداقيته</w:t>
      </w:r>
      <w:r>
        <w:t xml:space="preserve"> </w:t>
      </w:r>
      <w:r>
        <w:t>وجودته</w:t>
      </w:r>
      <w:r>
        <w:t xml:space="preserve"> </w:t>
      </w:r>
      <w:r>
        <w:t>واتجاهه</w:t>
      </w:r>
      <w:r>
        <w:t xml:space="preserve"> </w:t>
      </w:r>
      <w:r>
        <w:t>الإيجابي</w:t>
      </w:r>
      <w:r>
        <w:t xml:space="preserve"> </w:t>
      </w:r>
      <w:r>
        <w:t>أو</w:t>
      </w:r>
      <w:r>
        <w:t xml:space="preserve"> </w:t>
      </w:r>
      <w:r>
        <w:t>السلبي،</w:t>
      </w:r>
      <w:r>
        <w:t xml:space="preserve"> </w:t>
      </w:r>
      <w:r>
        <w:t>كما</w:t>
      </w:r>
      <w:r>
        <w:t xml:space="preserve"> </w:t>
      </w:r>
      <w:r>
        <w:t>أن</w:t>
      </w:r>
      <w:r>
        <w:t xml:space="preserve"> </w:t>
      </w:r>
      <w:r>
        <w:t>وفرة</w:t>
      </w:r>
      <w:r>
        <w:t xml:space="preserve"> </w:t>
      </w:r>
      <w:r>
        <w:t>المعلومات</w:t>
      </w:r>
      <w:r>
        <w:t xml:space="preserve"> </w:t>
      </w:r>
      <w:r>
        <w:t>والتجارب</w:t>
      </w:r>
      <w:r>
        <w:t xml:space="preserve"> </w:t>
      </w:r>
      <w:r>
        <w:t>المنشورة</w:t>
      </w:r>
      <w:r>
        <w:t xml:space="preserve"> </w:t>
      </w:r>
      <w:r>
        <w:t>إلكترونيًا</w:t>
      </w:r>
      <w:r>
        <w:t xml:space="preserve"> </w:t>
      </w:r>
      <w:r>
        <w:t>قد</w:t>
      </w:r>
      <w:r>
        <w:t xml:space="preserve"> </w:t>
      </w:r>
      <w:r>
        <w:t>تؤدي</w:t>
      </w:r>
      <w:r>
        <w:t xml:space="preserve"> </w:t>
      </w:r>
      <w:r>
        <w:t>إلى</w:t>
      </w:r>
      <w:r>
        <w:t xml:space="preserve"> </w:t>
      </w:r>
      <w:r>
        <w:t>اختلاف</w:t>
      </w:r>
      <w:r>
        <w:t xml:space="preserve"> </w:t>
      </w:r>
      <w:r>
        <w:t>استجابات</w:t>
      </w:r>
      <w:r>
        <w:t xml:space="preserve"> </w:t>
      </w:r>
      <w:r>
        <w:t>المستهلكين</w:t>
      </w:r>
      <w:r>
        <w:t xml:space="preserve"> </w:t>
      </w:r>
      <w:r>
        <w:t>تجاه</w:t>
      </w:r>
      <w:r>
        <w:t xml:space="preserve"> </w:t>
      </w:r>
      <w:r>
        <w:t>المنتجات</w:t>
      </w:r>
      <w:r>
        <w:t xml:space="preserve"> </w:t>
      </w:r>
      <w:r>
        <w:t>والخدمات</w:t>
      </w:r>
      <w:r>
        <w:t>.</w:t>
      </w:r>
    </w:p>
    <w:p w14:paraId="1AFDBA12" w14:textId="77777777" w:rsidR="001E6B12" w:rsidRDefault="008D56CD" w:rsidP="009562C7">
      <w:pPr>
        <w:bidi/>
        <w:spacing w:after="140" w:line="360" w:lineRule="auto"/>
      </w:pPr>
      <w:r>
        <w:t>وبناءً</w:t>
      </w:r>
      <w:r>
        <w:t xml:space="preserve"> </w:t>
      </w:r>
      <w:r>
        <w:t>على</w:t>
      </w:r>
      <w:r>
        <w:t xml:space="preserve"> </w:t>
      </w:r>
      <w:r>
        <w:t>ذلك</w:t>
      </w:r>
      <w:r>
        <w:t xml:space="preserve"> </w:t>
      </w:r>
      <w:r>
        <w:t>تتمثل</w:t>
      </w:r>
      <w:r>
        <w:t xml:space="preserve"> </w:t>
      </w:r>
      <w:r>
        <w:t>مشكلة</w:t>
      </w:r>
      <w:r>
        <w:t xml:space="preserve"> </w:t>
      </w:r>
      <w:r>
        <w:t>الدراسة</w:t>
      </w:r>
      <w:r>
        <w:t xml:space="preserve"> </w:t>
      </w:r>
      <w:r>
        <w:t>في</w:t>
      </w:r>
      <w:r>
        <w:t xml:space="preserve"> </w:t>
      </w:r>
      <w:r>
        <w:t>الحاجة</w:t>
      </w:r>
      <w:r>
        <w:t xml:space="preserve"> </w:t>
      </w:r>
      <w:r>
        <w:t>إلى</w:t>
      </w:r>
      <w:r>
        <w:t xml:space="preserve">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مدى</w:t>
      </w:r>
      <w:r>
        <w:t xml:space="preserve"> </w:t>
      </w:r>
      <w:r>
        <w:t>إسهام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في</w:t>
      </w:r>
      <w:r>
        <w:t xml:space="preserve"> </w:t>
      </w:r>
      <w:r>
        <w:t>تشكيل</w:t>
      </w:r>
      <w:r>
        <w:t xml:space="preserve"> </w:t>
      </w:r>
      <w:r>
        <w:t>نية</w:t>
      </w:r>
      <w:r>
        <w:t xml:space="preserve"> </w:t>
      </w:r>
      <w:r>
        <w:t>الشراء</w:t>
      </w:r>
      <w:r>
        <w:t xml:space="preserve"> </w:t>
      </w:r>
      <w:r>
        <w:t>لدى</w:t>
      </w:r>
      <w:r>
        <w:t xml:space="preserve"> </w:t>
      </w:r>
      <w:r>
        <w:t>المستهلكين،</w:t>
      </w:r>
      <w:r>
        <w:t xml:space="preserve"> </w:t>
      </w:r>
      <w:r>
        <w:t>وتحديد</w:t>
      </w:r>
      <w:r>
        <w:t xml:space="preserve"> </w:t>
      </w:r>
      <w:r>
        <w:t>الأبعاد</w:t>
      </w:r>
      <w:r>
        <w:t xml:space="preserve"> </w:t>
      </w:r>
      <w:r>
        <w:t>الأكثر</w:t>
      </w:r>
      <w:r>
        <w:t xml:space="preserve"> </w:t>
      </w:r>
      <w:r>
        <w:t>تأثيرًا</w:t>
      </w:r>
      <w:r>
        <w:t xml:space="preserve"> </w:t>
      </w:r>
      <w:r>
        <w:t>في</w:t>
      </w:r>
      <w:r>
        <w:t xml:space="preserve"> </w:t>
      </w:r>
      <w:r>
        <w:t>هذه</w:t>
      </w:r>
      <w:r>
        <w:t xml:space="preserve"> </w:t>
      </w:r>
      <w:r>
        <w:t>النية</w:t>
      </w:r>
      <w:r>
        <w:t>.</w:t>
      </w:r>
    </w:p>
    <w:p w14:paraId="12D8014F" w14:textId="77777777" w:rsidR="001E6B12" w:rsidRDefault="008D56CD" w:rsidP="009562C7">
      <w:pPr>
        <w:bidi/>
        <w:spacing w:after="140" w:line="360" w:lineRule="auto"/>
      </w:pPr>
      <w:r>
        <w:rPr>
          <w:b/>
        </w:rPr>
        <w:t>السؤال</w:t>
      </w:r>
      <w:r>
        <w:rPr>
          <w:b/>
        </w:rPr>
        <w:t xml:space="preserve"> </w:t>
      </w:r>
      <w:r>
        <w:rPr>
          <w:b/>
        </w:rPr>
        <w:t>الرئيس</w:t>
      </w:r>
      <w:r>
        <w:rPr>
          <w:b/>
        </w:rPr>
        <w:t xml:space="preserve"> </w:t>
      </w:r>
      <w:r>
        <w:rPr>
          <w:b/>
        </w:rPr>
        <w:t>للدراسة</w:t>
      </w:r>
      <w:r>
        <w:rPr>
          <w:b/>
        </w:rPr>
        <w:t>:</w:t>
      </w:r>
    </w:p>
    <w:p w14:paraId="03B6F318" w14:textId="77777777" w:rsidR="001E6B12" w:rsidRDefault="008D56CD" w:rsidP="009562C7">
      <w:pPr>
        <w:bidi/>
        <w:spacing w:after="140" w:line="360" w:lineRule="auto"/>
        <w:ind w:right="340"/>
      </w:pPr>
      <w:r>
        <w:rPr>
          <w:b/>
          <w:sz w:val="30"/>
        </w:rPr>
        <w:t>ما</w:t>
      </w:r>
      <w:r>
        <w:rPr>
          <w:b/>
          <w:sz w:val="30"/>
        </w:rPr>
        <w:t xml:space="preserve"> </w:t>
      </w:r>
      <w:r>
        <w:rPr>
          <w:b/>
          <w:sz w:val="30"/>
        </w:rPr>
        <w:t>دور</w:t>
      </w:r>
      <w:r>
        <w:rPr>
          <w:b/>
          <w:sz w:val="30"/>
        </w:rPr>
        <w:t xml:space="preserve"> </w:t>
      </w:r>
      <w:r>
        <w:rPr>
          <w:b/>
          <w:sz w:val="30"/>
        </w:rPr>
        <w:t>التعليقات</w:t>
      </w:r>
      <w:r>
        <w:rPr>
          <w:b/>
          <w:sz w:val="30"/>
        </w:rPr>
        <w:t xml:space="preserve"> </w:t>
      </w:r>
      <w:r>
        <w:rPr>
          <w:b/>
          <w:sz w:val="30"/>
        </w:rPr>
        <w:t>الإلكترونية</w:t>
      </w:r>
      <w:r>
        <w:rPr>
          <w:b/>
          <w:sz w:val="30"/>
        </w:rPr>
        <w:t xml:space="preserve"> </w:t>
      </w:r>
      <w:r>
        <w:rPr>
          <w:b/>
          <w:sz w:val="30"/>
        </w:rPr>
        <w:t>في</w:t>
      </w:r>
      <w:r>
        <w:rPr>
          <w:b/>
          <w:sz w:val="30"/>
        </w:rPr>
        <w:t xml:space="preserve"> </w:t>
      </w:r>
      <w:r>
        <w:rPr>
          <w:b/>
          <w:sz w:val="30"/>
        </w:rPr>
        <w:t>تشكيل</w:t>
      </w:r>
      <w:r>
        <w:rPr>
          <w:b/>
          <w:sz w:val="30"/>
        </w:rPr>
        <w:t xml:space="preserve"> </w:t>
      </w:r>
      <w:r>
        <w:rPr>
          <w:b/>
          <w:sz w:val="30"/>
        </w:rPr>
        <w:t>نية</w:t>
      </w:r>
      <w:r>
        <w:rPr>
          <w:b/>
          <w:sz w:val="30"/>
        </w:rPr>
        <w:t xml:space="preserve"> </w:t>
      </w:r>
      <w:r>
        <w:rPr>
          <w:b/>
          <w:sz w:val="30"/>
        </w:rPr>
        <w:t>الشراء</w:t>
      </w:r>
      <w:r>
        <w:rPr>
          <w:b/>
          <w:sz w:val="30"/>
        </w:rPr>
        <w:t xml:space="preserve"> </w:t>
      </w:r>
      <w:r>
        <w:rPr>
          <w:b/>
          <w:sz w:val="30"/>
        </w:rPr>
        <w:t>لدى</w:t>
      </w:r>
      <w:r>
        <w:rPr>
          <w:b/>
          <w:sz w:val="30"/>
        </w:rPr>
        <w:t xml:space="preserve"> </w:t>
      </w:r>
      <w:r>
        <w:rPr>
          <w:b/>
          <w:sz w:val="30"/>
        </w:rPr>
        <w:t>المستهلكين؟</w:t>
      </w:r>
    </w:p>
    <w:p w14:paraId="1C988676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3. </w:t>
      </w:r>
      <w:r>
        <w:rPr>
          <w:b/>
          <w:sz w:val="32"/>
        </w:rPr>
        <w:t>أسئلة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226B0CD3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ما</w:t>
      </w:r>
      <w:r>
        <w:rPr>
          <w:sz w:val="27"/>
        </w:rPr>
        <w:t xml:space="preserve"> </w:t>
      </w:r>
      <w:r>
        <w:rPr>
          <w:sz w:val="27"/>
        </w:rPr>
        <w:t>مستوى</w:t>
      </w:r>
      <w:r>
        <w:rPr>
          <w:sz w:val="27"/>
        </w:rPr>
        <w:t xml:space="preserve"> </w:t>
      </w:r>
      <w:r>
        <w:rPr>
          <w:sz w:val="27"/>
        </w:rPr>
        <w:t>اعتماد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 xml:space="preserve"> </w:t>
      </w:r>
      <w:r>
        <w:rPr>
          <w:sz w:val="27"/>
        </w:rPr>
        <w:t>على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قبل</w:t>
      </w:r>
      <w:r>
        <w:rPr>
          <w:sz w:val="27"/>
        </w:rPr>
        <w:t xml:space="preserve"> </w:t>
      </w:r>
      <w:r>
        <w:rPr>
          <w:sz w:val="27"/>
        </w:rPr>
        <w:t>اتخاذ</w:t>
      </w:r>
      <w:r>
        <w:rPr>
          <w:sz w:val="27"/>
        </w:rPr>
        <w:t xml:space="preserve"> </w:t>
      </w:r>
      <w:r>
        <w:rPr>
          <w:sz w:val="27"/>
        </w:rPr>
        <w:t>قرار</w:t>
      </w:r>
      <w:r>
        <w:rPr>
          <w:sz w:val="27"/>
        </w:rPr>
        <w:t xml:space="preserve"> </w:t>
      </w:r>
      <w:r>
        <w:rPr>
          <w:sz w:val="27"/>
        </w:rPr>
        <w:t>الشراء؟</w:t>
      </w:r>
    </w:p>
    <w:p w14:paraId="7FD7B7B7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ما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مصداقية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 xml:space="preserve"> </w:t>
      </w:r>
      <w:r>
        <w:rPr>
          <w:sz w:val="27"/>
        </w:rPr>
        <w:t>لدى</w:t>
      </w:r>
      <w:r>
        <w:rPr>
          <w:sz w:val="27"/>
        </w:rPr>
        <w:t xml:space="preserve"> </w:t>
      </w:r>
      <w:r>
        <w:rPr>
          <w:sz w:val="27"/>
        </w:rPr>
        <w:t>المستهلكين؟</w:t>
      </w:r>
    </w:p>
    <w:p w14:paraId="11AFE91C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ما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جودة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الشراء؟</w:t>
      </w:r>
    </w:p>
    <w:p w14:paraId="248E93CA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ما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اتجاه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الإلكترونية،</w:t>
      </w:r>
      <w:r>
        <w:rPr>
          <w:sz w:val="27"/>
        </w:rPr>
        <w:t xml:space="preserve"> </w:t>
      </w:r>
      <w:r>
        <w:rPr>
          <w:sz w:val="27"/>
        </w:rPr>
        <w:t>الإيجابي</w:t>
      </w:r>
      <w:r>
        <w:rPr>
          <w:sz w:val="27"/>
        </w:rPr>
        <w:t xml:space="preserve"> </w:t>
      </w:r>
      <w:r>
        <w:rPr>
          <w:sz w:val="27"/>
        </w:rPr>
        <w:t>أو</w:t>
      </w:r>
      <w:r>
        <w:rPr>
          <w:sz w:val="27"/>
        </w:rPr>
        <w:t xml:space="preserve"> </w:t>
      </w:r>
      <w:r>
        <w:rPr>
          <w:sz w:val="27"/>
        </w:rPr>
        <w:t>السلبي،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الشراء؟</w:t>
      </w:r>
    </w:p>
    <w:p w14:paraId="0CC88434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ما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كمية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 xml:space="preserve"> </w:t>
      </w:r>
      <w:r>
        <w:rPr>
          <w:sz w:val="27"/>
        </w:rPr>
        <w:t>لدى</w:t>
      </w:r>
      <w:r>
        <w:rPr>
          <w:sz w:val="27"/>
        </w:rPr>
        <w:t xml:space="preserve"> </w:t>
      </w:r>
      <w:r>
        <w:rPr>
          <w:sz w:val="27"/>
        </w:rPr>
        <w:t>المستهلكين؟</w:t>
      </w:r>
    </w:p>
    <w:p w14:paraId="03846DE0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ما</w:t>
      </w:r>
      <w:r>
        <w:rPr>
          <w:sz w:val="27"/>
        </w:rPr>
        <w:t xml:space="preserve"> </w:t>
      </w:r>
      <w:r>
        <w:rPr>
          <w:sz w:val="27"/>
        </w:rPr>
        <w:t>مستوى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 xml:space="preserve"> </w:t>
      </w:r>
      <w:r>
        <w:rPr>
          <w:sz w:val="27"/>
        </w:rPr>
        <w:t>لدى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ضوء</w:t>
      </w:r>
      <w:r>
        <w:rPr>
          <w:sz w:val="27"/>
        </w:rPr>
        <w:t xml:space="preserve"> </w:t>
      </w:r>
      <w:r>
        <w:rPr>
          <w:sz w:val="27"/>
        </w:rPr>
        <w:t>المعلومات</w:t>
      </w:r>
      <w:r>
        <w:rPr>
          <w:sz w:val="27"/>
        </w:rPr>
        <w:t xml:space="preserve"> </w:t>
      </w:r>
      <w:r>
        <w:rPr>
          <w:sz w:val="27"/>
        </w:rPr>
        <w:t>المتاحة</w:t>
      </w:r>
      <w:r>
        <w:rPr>
          <w:sz w:val="27"/>
        </w:rPr>
        <w:t xml:space="preserve"> </w:t>
      </w:r>
      <w:r>
        <w:rPr>
          <w:sz w:val="27"/>
        </w:rPr>
        <w:t>من</w:t>
      </w:r>
      <w:r>
        <w:rPr>
          <w:sz w:val="27"/>
        </w:rPr>
        <w:t xml:space="preserve"> </w:t>
      </w:r>
      <w:r>
        <w:rPr>
          <w:sz w:val="27"/>
        </w:rPr>
        <w:t>خلال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الإلكترونية؟</w:t>
      </w:r>
    </w:p>
    <w:p w14:paraId="0A77D995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4. </w:t>
      </w:r>
      <w:r>
        <w:rPr>
          <w:b/>
          <w:sz w:val="32"/>
        </w:rPr>
        <w:t>أهداف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32E2ED3D" w14:textId="77777777" w:rsidR="001E6B12" w:rsidRDefault="008D56CD" w:rsidP="009562C7">
      <w:pPr>
        <w:bidi/>
        <w:spacing w:after="140" w:line="360" w:lineRule="auto"/>
      </w:pPr>
      <w:r>
        <w:t>تهدف</w:t>
      </w:r>
      <w:r>
        <w:t xml:space="preserve"> </w:t>
      </w:r>
      <w:r>
        <w:t>الدراسة</w:t>
      </w:r>
      <w:r>
        <w:t xml:space="preserve"> </w:t>
      </w:r>
      <w:r>
        <w:t>بصورة</w:t>
      </w:r>
      <w:r>
        <w:t xml:space="preserve"> </w:t>
      </w:r>
      <w:r>
        <w:t>رئيسة</w:t>
      </w:r>
      <w:r>
        <w:t xml:space="preserve"> </w:t>
      </w:r>
      <w:r>
        <w:t>إلى</w:t>
      </w:r>
      <w:r>
        <w:t xml:space="preserve"> </w:t>
      </w:r>
      <w:r>
        <w:t>التعرف</w:t>
      </w:r>
      <w:r>
        <w:t xml:space="preserve"> </w:t>
      </w:r>
      <w:r>
        <w:t>على</w:t>
      </w:r>
      <w:r>
        <w:t xml:space="preserve"> </w:t>
      </w:r>
      <w:r>
        <w:t>دور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في</w:t>
      </w:r>
      <w:r>
        <w:t xml:space="preserve"> </w:t>
      </w:r>
      <w:r>
        <w:t>تشكيل</w:t>
      </w:r>
      <w:r>
        <w:t xml:space="preserve"> </w:t>
      </w:r>
      <w:r>
        <w:t>نية</w:t>
      </w:r>
      <w:r>
        <w:t xml:space="preserve"> </w:t>
      </w:r>
      <w:r>
        <w:t>الشراء</w:t>
      </w:r>
      <w:r>
        <w:t xml:space="preserve"> </w:t>
      </w:r>
      <w:r>
        <w:t>لدى</w:t>
      </w:r>
      <w:r>
        <w:t xml:space="preserve"> </w:t>
      </w:r>
      <w:r>
        <w:t>المستهلكين،</w:t>
      </w:r>
      <w:r>
        <w:t xml:space="preserve"> </w:t>
      </w:r>
      <w:r>
        <w:t>ويتفرع</w:t>
      </w:r>
      <w:r>
        <w:t xml:space="preserve"> </w:t>
      </w:r>
      <w:r>
        <w:t>من</w:t>
      </w:r>
      <w:r>
        <w:t xml:space="preserve"> </w:t>
      </w:r>
      <w:r>
        <w:t>هذا</w:t>
      </w:r>
      <w:r>
        <w:t xml:space="preserve"> </w:t>
      </w:r>
      <w:r>
        <w:t>الهدف</w:t>
      </w:r>
      <w:r>
        <w:t xml:space="preserve"> </w:t>
      </w:r>
      <w:r>
        <w:t>ما</w:t>
      </w:r>
      <w:r>
        <w:t xml:space="preserve"> </w:t>
      </w:r>
      <w:r>
        <w:t>يأتي</w:t>
      </w:r>
      <w:r>
        <w:t>:</w:t>
      </w:r>
    </w:p>
    <w:p w14:paraId="46B41B45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قياس</w:t>
      </w:r>
      <w:r>
        <w:rPr>
          <w:sz w:val="27"/>
        </w:rPr>
        <w:t xml:space="preserve"> </w:t>
      </w:r>
      <w:r>
        <w:rPr>
          <w:sz w:val="27"/>
        </w:rPr>
        <w:t>مستوى</w:t>
      </w:r>
      <w:r>
        <w:rPr>
          <w:sz w:val="27"/>
        </w:rPr>
        <w:t xml:space="preserve"> </w:t>
      </w:r>
      <w:r>
        <w:rPr>
          <w:sz w:val="27"/>
        </w:rPr>
        <w:t>اهتمام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 xml:space="preserve"> </w:t>
      </w:r>
      <w:r>
        <w:rPr>
          <w:sz w:val="27"/>
        </w:rPr>
        <w:t>بالتعليقات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قبل</w:t>
      </w:r>
      <w:r>
        <w:rPr>
          <w:sz w:val="27"/>
        </w:rPr>
        <w:t xml:space="preserve"> </w:t>
      </w:r>
      <w:r>
        <w:rPr>
          <w:sz w:val="27"/>
        </w:rPr>
        <w:t>عملية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>.</w:t>
      </w:r>
    </w:p>
    <w:p w14:paraId="0687054E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التعرف</w:t>
      </w:r>
      <w:r>
        <w:rPr>
          <w:sz w:val="27"/>
        </w:rPr>
        <w:t xml:space="preserve"> </w:t>
      </w:r>
      <w:r>
        <w:rPr>
          <w:sz w:val="27"/>
        </w:rPr>
        <w:t>على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مصداقية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>.</w:t>
      </w:r>
    </w:p>
    <w:p w14:paraId="04E32FA5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قياس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جودة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>.</w:t>
      </w:r>
    </w:p>
    <w:p w14:paraId="1AA78A29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تحديد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اتجاه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>.</w:t>
      </w:r>
    </w:p>
    <w:p w14:paraId="286C09BB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التعرف</w:t>
      </w:r>
      <w:r>
        <w:rPr>
          <w:sz w:val="27"/>
        </w:rPr>
        <w:t xml:space="preserve"> </w:t>
      </w:r>
      <w:r>
        <w:rPr>
          <w:sz w:val="27"/>
        </w:rPr>
        <w:t>على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كمية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>.</w:t>
      </w:r>
    </w:p>
    <w:p w14:paraId="53BE25AC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تحديد</w:t>
      </w:r>
      <w:r>
        <w:rPr>
          <w:sz w:val="27"/>
        </w:rPr>
        <w:t xml:space="preserve"> </w:t>
      </w:r>
      <w:r>
        <w:rPr>
          <w:sz w:val="27"/>
        </w:rPr>
        <w:t>أكثر</w:t>
      </w:r>
      <w:r>
        <w:rPr>
          <w:sz w:val="27"/>
        </w:rPr>
        <w:t xml:space="preserve"> </w:t>
      </w:r>
      <w:r>
        <w:rPr>
          <w:sz w:val="27"/>
        </w:rPr>
        <w:t>أبعاد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تأثيرًا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 xml:space="preserve"> </w:t>
      </w:r>
      <w:r>
        <w:rPr>
          <w:sz w:val="27"/>
        </w:rPr>
        <w:t>لدى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>.</w:t>
      </w:r>
    </w:p>
    <w:p w14:paraId="40B8100D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تقديم</w:t>
      </w:r>
      <w:r>
        <w:rPr>
          <w:sz w:val="27"/>
        </w:rPr>
        <w:t xml:space="preserve"> </w:t>
      </w:r>
      <w:r>
        <w:rPr>
          <w:sz w:val="27"/>
        </w:rPr>
        <w:t>توصيات</w:t>
      </w:r>
      <w:r>
        <w:rPr>
          <w:sz w:val="27"/>
        </w:rPr>
        <w:t xml:space="preserve"> </w:t>
      </w:r>
      <w:r>
        <w:rPr>
          <w:sz w:val="27"/>
        </w:rPr>
        <w:t>تسويقية</w:t>
      </w:r>
      <w:r>
        <w:rPr>
          <w:sz w:val="27"/>
        </w:rPr>
        <w:t xml:space="preserve"> </w:t>
      </w:r>
      <w:r>
        <w:rPr>
          <w:sz w:val="27"/>
        </w:rPr>
        <w:t>تساعد</w:t>
      </w:r>
      <w:r>
        <w:rPr>
          <w:sz w:val="27"/>
        </w:rPr>
        <w:t xml:space="preserve"> </w:t>
      </w:r>
      <w:r>
        <w:rPr>
          <w:sz w:val="27"/>
        </w:rPr>
        <w:t>المنشآت</w:t>
      </w:r>
      <w:r>
        <w:rPr>
          <w:sz w:val="27"/>
        </w:rPr>
        <w:t xml:space="preserve"> </w:t>
      </w:r>
      <w:r>
        <w:rPr>
          <w:sz w:val="27"/>
        </w:rPr>
        <w:t>على</w:t>
      </w:r>
      <w:r>
        <w:rPr>
          <w:sz w:val="27"/>
        </w:rPr>
        <w:t xml:space="preserve"> </w:t>
      </w:r>
      <w:r>
        <w:rPr>
          <w:sz w:val="27"/>
        </w:rPr>
        <w:t>تحسين</w:t>
      </w:r>
      <w:r>
        <w:rPr>
          <w:sz w:val="27"/>
        </w:rPr>
        <w:t xml:space="preserve"> </w:t>
      </w:r>
      <w:r>
        <w:rPr>
          <w:sz w:val="27"/>
        </w:rPr>
        <w:t>إدارة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والتفاعل</w:t>
      </w:r>
      <w:r>
        <w:rPr>
          <w:sz w:val="27"/>
        </w:rPr>
        <w:t xml:space="preserve"> </w:t>
      </w:r>
      <w:r>
        <w:rPr>
          <w:sz w:val="27"/>
        </w:rPr>
        <w:t>مع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البيئة</w:t>
      </w:r>
      <w:r>
        <w:rPr>
          <w:sz w:val="27"/>
        </w:rPr>
        <w:t xml:space="preserve"> </w:t>
      </w:r>
      <w:r>
        <w:rPr>
          <w:sz w:val="27"/>
        </w:rPr>
        <w:t>الرقمية</w:t>
      </w:r>
      <w:r>
        <w:rPr>
          <w:sz w:val="27"/>
        </w:rPr>
        <w:t>.</w:t>
      </w:r>
    </w:p>
    <w:p w14:paraId="704C9105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5. </w:t>
      </w:r>
      <w:r>
        <w:rPr>
          <w:b/>
          <w:sz w:val="32"/>
        </w:rPr>
        <w:t>فرضيات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446465E7" w14:textId="77777777" w:rsidR="001E6B12" w:rsidRDefault="008D56CD" w:rsidP="009562C7">
      <w:pPr>
        <w:bidi/>
        <w:spacing w:after="140" w:line="360" w:lineRule="auto"/>
      </w:pPr>
      <w:r>
        <w:rPr>
          <w:b/>
        </w:rPr>
        <w:t>الفرضية</w:t>
      </w:r>
      <w:r>
        <w:rPr>
          <w:b/>
        </w:rPr>
        <w:t xml:space="preserve"> </w:t>
      </w:r>
      <w:r>
        <w:rPr>
          <w:b/>
        </w:rPr>
        <w:t>الرئيسة</w:t>
      </w:r>
      <w:r>
        <w:rPr>
          <w:b/>
        </w:rPr>
        <w:t>:</w:t>
      </w:r>
    </w:p>
    <w:p w14:paraId="5AA616C6" w14:textId="77777777" w:rsidR="001E6B12" w:rsidRDefault="008D56CD" w:rsidP="009562C7">
      <w:pPr>
        <w:bidi/>
        <w:spacing w:after="140" w:line="360" w:lineRule="auto"/>
      </w:pPr>
      <w:r>
        <w:t xml:space="preserve">H1: </w:t>
      </w:r>
      <w:r>
        <w:t>يوجد</w:t>
      </w:r>
      <w:r>
        <w:t xml:space="preserve"> </w:t>
      </w:r>
      <w:r>
        <w:t>أثر</w:t>
      </w:r>
      <w:r>
        <w:t xml:space="preserve"> </w:t>
      </w:r>
      <w:r>
        <w:t>ذو</w:t>
      </w:r>
      <w:r>
        <w:t xml:space="preserve"> </w:t>
      </w:r>
      <w:r>
        <w:t>دلالة</w:t>
      </w:r>
      <w:r>
        <w:t xml:space="preserve"> </w:t>
      </w:r>
      <w:r>
        <w:t>إحصائية</w:t>
      </w:r>
      <w:r>
        <w:t xml:space="preserve"> </w:t>
      </w:r>
      <w:r>
        <w:t>للتعليقات</w:t>
      </w:r>
      <w:r>
        <w:t xml:space="preserve"> </w:t>
      </w:r>
      <w:r>
        <w:t>الإلكترونية</w:t>
      </w:r>
      <w:r>
        <w:t xml:space="preserve"> </w:t>
      </w:r>
      <w:r>
        <w:t>في</w:t>
      </w:r>
      <w:r>
        <w:t xml:space="preserve"> </w:t>
      </w:r>
      <w:r>
        <w:t>نية</w:t>
      </w:r>
      <w:r>
        <w:t xml:space="preserve"> </w:t>
      </w:r>
      <w:r>
        <w:t>الشراء</w:t>
      </w:r>
      <w:r>
        <w:t xml:space="preserve"> </w:t>
      </w:r>
      <w:r>
        <w:t>لدى</w:t>
      </w:r>
      <w:r>
        <w:t xml:space="preserve"> </w:t>
      </w:r>
      <w:r>
        <w:t>المستهلكين</w:t>
      </w:r>
      <w:r>
        <w:t>.</w:t>
      </w:r>
    </w:p>
    <w:p w14:paraId="30C48B30" w14:textId="77777777" w:rsidR="001E6B12" w:rsidRDefault="008D56CD" w:rsidP="009562C7">
      <w:pPr>
        <w:bidi/>
        <w:spacing w:after="140" w:line="360" w:lineRule="auto"/>
      </w:pPr>
      <w:r>
        <w:rPr>
          <w:b/>
        </w:rPr>
        <w:t>الفرضيات</w:t>
      </w:r>
      <w:r>
        <w:rPr>
          <w:b/>
        </w:rPr>
        <w:t xml:space="preserve"> </w:t>
      </w:r>
      <w:r>
        <w:rPr>
          <w:b/>
        </w:rPr>
        <w:t>الفرعية</w:t>
      </w:r>
      <w:r>
        <w:rPr>
          <w:b/>
        </w:rPr>
        <w:t>:</w:t>
      </w:r>
    </w:p>
    <w:p w14:paraId="7F1C816E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 xml:space="preserve">H1a: </w:t>
      </w:r>
      <w:r>
        <w:rPr>
          <w:sz w:val="27"/>
        </w:rPr>
        <w:t>يوجد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ذو</w:t>
      </w:r>
      <w:r>
        <w:rPr>
          <w:sz w:val="27"/>
        </w:rPr>
        <w:t xml:space="preserve"> </w:t>
      </w:r>
      <w:r>
        <w:rPr>
          <w:sz w:val="27"/>
        </w:rPr>
        <w:t>دلالة</w:t>
      </w:r>
      <w:r>
        <w:rPr>
          <w:sz w:val="27"/>
        </w:rPr>
        <w:t xml:space="preserve"> </w:t>
      </w:r>
      <w:r>
        <w:rPr>
          <w:sz w:val="27"/>
        </w:rPr>
        <w:t>إحصائية</w:t>
      </w:r>
      <w:r>
        <w:rPr>
          <w:sz w:val="27"/>
        </w:rPr>
        <w:t xml:space="preserve"> </w:t>
      </w:r>
      <w:r>
        <w:rPr>
          <w:sz w:val="27"/>
        </w:rPr>
        <w:t>لمصداقية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 xml:space="preserve"> </w:t>
      </w:r>
      <w:r>
        <w:rPr>
          <w:sz w:val="27"/>
        </w:rPr>
        <w:t>لدى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>.</w:t>
      </w:r>
    </w:p>
    <w:p w14:paraId="039E66BB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 xml:space="preserve">H1b: </w:t>
      </w:r>
      <w:r>
        <w:rPr>
          <w:sz w:val="27"/>
        </w:rPr>
        <w:t>يوجد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ذو</w:t>
      </w:r>
      <w:r>
        <w:rPr>
          <w:sz w:val="27"/>
        </w:rPr>
        <w:t xml:space="preserve"> </w:t>
      </w:r>
      <w:r>
        <w:rPr>
          <w:sz w:val="27"/>
        </w:rPr>
        <w:t>دلالة</w:t>
      </w:r>
      <w:r>
        <w:rPr>
          <w:sz w:val="27"/>
        </w:rPr>
        <w:t xml:space="preserve"> </w:t>
      </w:r>
      <w:r>
        <w:rPr>
          <w:sz w:val="27"/>
        </w:rPr>
        <w:t>إحصائية</w:t>
      </w:r>
      <w:r>
        <w:rPr>
          <w:sz w:val="27"/>
        </w:rPr>
        <w:t xml:space="preserve"> </w:t>
      </w:r>
      <w:r>
        <w:rPr>
          <w:sz w:val="27"/>
        </w:rPr>
        <w:t>لجودة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 xml:space="preserve"> </w:t>
      </w:r>
      <w:r>
        <w:rPr>
          <w:sz w:val="27"/>
        </w:rPr>
        <w:t>لدى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>.</w:t>
      </w:r>
    </w:p>
    <w:p w14:paraId="6ED7BA85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 xml:space="preserve">H1c: </w:t>
      </w:r>
      <w:r>
        <w:rPr>
          <w:sz w:val="27"/>
        </w:rPr>
        <w:t>يوجد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ذو</w:t>
      </w:r>
      <w:r>
        <w:rPr>
          <w:sz w:val="27"/>
        </w:rPr>
        <w:t xml:space="preserve"> </w:t>
      </w:r>
      <w:r>
        <w:rPr>
          <w:sz w:val="27"/>
        </w:rPr>
        <w:t>دلالة</w:t>
      </w:r>
      <w:r>
        <w:rPr>
          <w:sz w:val="27"/>
        </w:rPr>
        <w:t xml:space="preserve"> </w:t>
      </w:r>
      <w:r>
        <w:rPr>
          <w:sz w:val="27"/>
        </w:rPr>
        <w:t>إحصائية</w:t>
      </w:r>
      <w:r>
        <w:rPr>
          <w:sz w:val="27"/>
        </w:rPr>
        <w:t xml:space="preserve"> </w:t>
      </w:r>
      <w:r>
        <w:rPr>
          <w:sz w:val="27"/>
        </w:rPr>
        <w:t>لاتجاه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 xml:space="preserve"> </w:t>
      </w:r>
      <w:r>
        <w:rPr>
          <w:sz w:val="27"/>
        </w:rPr>
        <w:t>لدى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>.</w:t>
      </w:r>
    </w:p>
    <w:p w14:paraId="651B6F0F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 xml:space="preserve">H1d: </w:t>
      </w:r>
      <w:r>
        <w:rPr>
          <w:sz w:val="27"/>
        </w:rPr>
        <w:t>يوجد</w:t>
      </w:r>
      <w:r>
        <w:rPr>
          <w:sz w:val="27"/>
        </w:rPr>
        <w:t xml:space="preserve"> </w:t>
      </w:r>
      <w:r>
        <w:rPr>
          <w:sz w:val="27"/>
        </w:rPr>
        <w:t>أثر</w:t>
      </w:r>
      <w:r>
        <w:rPr>
          <w:sz w:val="27"/>
        </w:rPr>
        <w:t xml:space="preserve"> </w:t>
      </w:r>
      <w:r>
        <w:rPr>
          <w:sz w:val="27"/>
        </w:rPr>
        <w:t>ذو</w:t>
      </w:r>
      <w:r>
        <w:rPr>
          <w:sz w:val="27"/>
        </w:rPr>
        <w:t xml:space="preserve"> </w:t>
      </w:r>
      <w:r>
        <w:rPr>
          <w:sz w:val="27"/>
        </w:rPr>
        <w:t>دلالة</w:t>
      </w:r>
      <w:r>
        <w:rPr>
          <w:sz w:val="27"/>
        </w:rPr>
        <w:t xml:space="preserve"> </w:t>
      </w:r>
      <w:r>
        <w:rPr>
          <w:sz w:val="27"/>
        </w:rPr>
        <w:t>إحصائية</w:t>
      </w:r>
      <w:r>
        <w:rPr>
          <w:sz w:val="27"/>
        </w:rPr>
        <w:t xml:space="preserve"> </w:t>
      </w:r>
      <w:r>
        <w:rPr>
          <w:sz w:val="27"/>
        </w:rPr>
        <w:t>لكمية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</w:t>
      </w:r>
      <w:r>
        <w:rPr>
          <w:sz w:val="27"/>
        </w:rPr>
        <w:t xml:space="preserve"> </w:t>
      </w:r>
      <w:r>
        <w:rPr>
          <w:sz w:val="27"/>
        </w:rPr>
        <w:t>في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 xml:space="preserve"> </w:t>
      </w:r>
      <w:r>
        <w:rPr>
          <w:sz w:val="27"/>
        </w:rPr>
        <w:t>لدى</w:t>
      </w:r>
      <w:r>
        <w:rPr>
          <w:sz w:val="27"/>
        </w:rPr>
        <w:t xml:space="preserve"> </w:t>
      </w:r>
      <w:r>
        <w:rPr>
          <w:sz w:val="27"/>
        </w:rPr>
        <w:t>المستهلكين</w:t>
      </w:r>
      <w:r>
        <w:rPr>
          <w:sz w:val="27"/>
        </w:rPr>
        <w:t>.</w:t>
      </w:r>
    </w:p>
    <w:p w14:paraId="68807E1E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6. </w:t>
      </w:r>
      <w:r>
        <w:rPr>
          <w:b/>
          <w:sz w:val="32"/>
        </w:rPr>
        <w:t>النموذج</w:t>
      </w:r>
      <w:r>
        <w:rPr>
          <w:b/>
          <w:sz w:val="32"/>
        </w:rPr>
        <w:t xml:space="preserve"> </w:t>
      </w:r>
      <w:r>
        <w:rPr>
          <w:b/>
          <w:sz w:val="32"/>
        </w:rPr>
        <w:t>المفاهيمي</w:t>
      </w:r>
      <w:r>
        <w:rPr>
          <w:b/>
          <w:sz w:val="32"/>
        </w:rPr>
        <w:t xml:space="preserve"> </w:t>
      </w:r>
      <w:r>
        <w:rPr>
          <w:b/>
          <w:sz w:val="32"/>
        </w:rPr>
        <w:t>للدراسة</w:t>
      </w:r>
    </w:p>
    <w:p w14:paraId="247345C7" w14:textId="77777777" w:rsidR="001E6B12" w:rsidRDefault="008D56CD" w:rsidP="009562C7">
      <w:pPr>
        <w:bidi/>
        <w:spacing w:after="140" w:line="360" w:lineRule="auto"/>
      </w:pPr>
      <w:r>
        <w:rPr>
          <w:b/>
        </w:rPr>
        <w:t>المتغير</w:t>
      </w:r>
      <w:r>
        <w:rPr>
          <w:b/>
        </w:rPr>
        <w:t xml:space="preserve"> </w:t>
      </w:r>
      <w:r>
        <w:rPr>
          <w:b/>
        </w:rPr>
        <w:t>المستقل</w:t>
      </w:r>
      <w:r>
        <w:rPr>
          <w:b/>
        </w:rPr>
        <w:t xml:space="preserve">: </w:t>
      </w:r>
      <w:r>
        <w:rPr>
          <w:b/>
        </w:rPr>
        <w:t>التعليقات</w:t>
      </w:r>
      <w:r>
        <w:rPr>
          <w:b/>
        </w:rPr>
        <w:t xml:space="preserve"> </w:t>
      </w:r>
      <w:r>
        <w:rPr>
          <w:b/>
        </w:rPr>
        <w:t>الإلكترونية</w:t>
      </w:r>
    </w:p>
    <w:p w14:paraId="7548A6F3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مصداقية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>.</w:t>
      </w:r>
    </w:p>
    <w:p w14:paraId="7F39B94D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جودة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>.</w:t>
      </w:r>
    </w:p>
    <w:p w14:paraId="6486B6EE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اتجاه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>.</w:t>
      </w:r>
    </w:p>
    <w:p w14:paraId="1F24C153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كمية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>.</w:t>
      </w:r>
    </w:p>
    <w:p w14:paraId="6019401A" w14:textId="77777777" w:rsidR="001E6B12" w:rsidRDefault="008D56CD" w:rsidP="009562C7">
      <w:pPr>
        <w:bidi/>
        <w:spacing w:after="140" w:line="360" w:lineRule="auto"/>
      </w:pPr>
      <w:r>
        <w:rPr>
          <w:b/>
        </w:rPr>
        <w:t>المتغير</w:t>
      </w:r>
      <w:r>
        <w:rPr>
          <w:b/>
        </w:rPr>
        <w:t xml:space="preserve"> </w:t>
      </w:r>
      <w:r>
        <w:rPr>
          <w:b/>
        </w:rPr>
        <w:t>التابع</w:t>
      </w:r>
      <w:r>
        <w:rPr>
          <w:b/>
        </w:rPr>
        <w:t xml:space="preserve">: </w:t>
      </w:r>
      <w:r>
        <w:rPr>
          <w:b/>
        </w:rPr>
        <w:t>نية</w:t>
      </w:r>
      <w:r>
        <w:rPr>
          <w:b/>
        </w:rPr>
        <w:t xml:space="preserve"> </w:t>
      </w:r>
      <w:r>
        <w:rPr>
          <w:b/>
        </w:rPr>
        <w:t>الشراء</w:t>
      </w:r>
      <w:r>
        <w:rPr>
          <w:b/>
        </w:rPr>
        <w:t xml:space="preserve"> </w:t>
      </w:r>
      <w:r>
        <w:rPr>
          <w:b/>
        </w:rPr>
        <w:t>لدى</w:t>
      </w:r>
      <w:r>
        <w:rPr>
          <w:b/>
        </w:rPr>
        <w:t xml:space="preserve"> </w:t>
      </w:r>
      <w:r>
        <w:rPr>
          <w:b/>
        </w:rPr>
        <w:t>المستهلكين</w:t>
      </w:r>
    </w:p>
    <w:p w14:paraId="43BD1311" w14:textId="77777777" w:rsidR="001E6B12" w:rsidRDefault="008D56CD" w:rsidP="009562C7">
      <w:pPr>
        <w:bidi/>
        <w:spacing w:after="140" w:line="360" w:lineRule="auto"/>
      </w:pPr>
      <w:r>
        <w:t>العلاقة</w:t>
      </w:r>
      <w:r>
        <w:t xml:space="preserve"> </w:t>
      </w:r>
      <w:r>
        <w:t>المقترحة</w:t>
      </w:r>
      <w:r>
        <w:t xml:space="preserve"> </w:t>
      </w:r>
      <w:r>
        <w:t>في</w:t>
      </w:r>
      <w:r>
        <w:t xml:space="preserve"> </w:t>
      </w:r>
      <w:r>
        <w:t>النموذج</w:t>
      </w:r>
      <w:r>
        <w:t xml:space="preserve">: </w:t>
      </w:r>
      <w:r>
        <w:t>التعليقات</w:t>
      </w:r>
      <w:r>
        <w:t xml:space="preserve"> </w:t>
      </w:r>
      <w:r>
        <w:t>الإلكترونية</w:t>
      </w:r>
      <w:r>
        <w:t xml:space="preserve"> ← </w:t>
      </w:r>
      <w:r>
        <w:t>نية</w:t>
      </w:r>
      <w:r>
        <w:t xml:space="preserve"> </w:t>
      </w:r>
      <w:r>
        <w:t>الشراء</w:t>
      </w:r>
      <w:r>
        <w:t xml:space="preserve"> </w:t>
      </w:r>
      <w:r>
        <w:t>لدى</w:t>
      </w:r>
      <w:r>
        <w:t xml:space="preserve"> </w:t>
      </w:r>
      <w:r>
        <w:t>المستهلكين</w:t>
      </w:r>
      <w:r>
        <w:t>.</w:t>
      </w:r>
    </w:p>
    <w:p w14:paraId="4791430D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7. </w:t>
      </w:r>
      <w:r>
        <w:rPr>
          <w:b/>
          <w:sz w:val="32"/>
        </w:rPr>
        <w:t>أهمية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2AC61554" w14:textId="77777777" w:rsidR="001E6B12" w:rsidRDefault="008D56CD" w:rsidP="009562C7">
      <w:pPr>
        <w:bidi/>
        <w:spacing w:after="140" w:line="360" w:lineRule="auto"/>
      </w:pPr>
      <w:r>
        <w:rPr>
          <w:b/>
        </w:rPr>
        <w:t>الأهمية</w:t>
      </w:r>
      <w:r>
        <w:rPr>
          <w:b/>
        </w:rPr>
        <w:t xml:space="preserve"> </w:t>
      </w:r>
      <w:r>
        <w:rPr>
          <w:b/>
        </w:rPr>
        <w:t>العلمية</w:t>
      </w:r>
      <w:r>
        <w:rPr>
          <w:b/>
        </w:rPr>
        <w:t>:</w:t>
      </w:r>
    </w:p>
    <w:p w14:paraId="0C2CF58F" w14:textId="77777777" w:rsidR="001E6B12" w:rsidRDefault="008D56CD" w:rsidP="009562C7">
      <w:pPr>
        <w:bidi/>
        <w:spacing w:after="140" w:line="360" w:lineRule="auto"/>
      </w:pPr>
      <w:r>
        <w:t>تسهم</w:t>
      </w:r>
      <w:r>
        <w:t xml:space="preserve"> </w:t>
      </w:r>
      <w:r>
        <w:t>الدراسة</w:t>
      </w:r>
      <w:r>
        <w:t xml:space="preserve"> </w:t>
      </w:r>
      <w:r>
        <w:t>في</w:t>
      </w:r>
      <w:r>
        <w:t xml:space="preserve"> </w:t>
      </w:r>
      <w:r>
        <w:t>إثراء</w:t>
      </w:r>
      <w:r>
        <w:t xml:space="preserve"> </w:t>
      </w:r>
      <w:r>
        <w:t>الأدبيات</w:t>
      </w:r>
      <w:r>
        <w:t xml:space="preserve"> </w:t>
      </w:r>
      <w:r>
        <w:t>المرتبطة</w:t>
      </w:r>
      <w:r>
        <w:t xml:space="preserve"> </w:t>
      </w:r>
      <w:r>
        <w:t>بسلوك</w:t>
      </w:r>
      <w:r>
        <w:t xml:space="preserve"> </w:t>
      </w:r>
      <w:r>
        <w:t>المستهلك</w:t>
      </w:r>
      <w:r>
        <w:t xml:space="preserve"> </w:t>
      </w:r>
      <w:r>
        <w:t>والتسويق</w:t>
      </w:r>
      <w:r>
        <w:t xml:space="preserve"> </w:t>
      </w:r>
      <w:r>
        <w:t>الرقمي،</w:t>
      </w:r>
      <w:r>
        <w:t xml:space="preserve"> </w:t>
      </w:r>
      <w:r>
        <w:t>وتساعد</w:t>
      </w:r>
      <w:r>
        <w:t xml:space="preserve"> </w:t>
      </w:r>
      <w:r>
        <w:t>على</w:t>
      </w:r>
      <w:r>
        <w:t xml:space="preserve"> </w:t>
      </w:r>
      <w:r>
        <w:t>توضيح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والنية</w:t>
      </w:r>
      <w:r>
        <w:t xml:space="preserve"> </w:t>
      </w:r>
      <w:r>
        <w:t>الشرائية،</w:t>
      </w:r>
      <w:r>
        <w:t xml:space="preserve"> </w:t>
      </w:r>
      <w:r>
        <w:t>إضافة</w:t>
      </w:r>
      <w:r>
        <w:t xml:space="preserve"> </w:t>
      </w:r>
      <w:r>
        <w:t>إلى</w:t>
      </w:r>
      <w:r>
        <w:t xml:space="preserve"> </w:t>
      </w:r>
      <w:r>
        <w:t>دراسة</w:t>
      </w:r>
      <w:r>
        <w:t xml:space="preserve"> </w:t>
      </w:r>
      <w:r>
        <w:t>مجموعة</w:t>
      </w:r>
      <w:r>
        <w:t xml:space="preserve"> </w:t>
      </w:r>
      <w:r>
        <w:t>من</w:t>
      </w:r>
      <w:r>
        <w:t xml:space="preserve"> </w:t>
      </w:r>
      <w:r>
        <w:t>خصائص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التي</w:t>
      </w:r>
      <w:r>
        <w:t xml:space="preserve"> </w:t>
      </w:r>
      <w:r>
        <w:t>يمكن</w:t>
      </w:r>
      <w:r>
        <w:t xml:space="preserve"> </w:t>
      </w:r>
      <w:r>
        <w:t>أن</w:t>
      </w:r>
      <w:r>
        <w:t xml:space="preserve"> </w:t>
      </w:r>
      <w:r>
        <w:t>تؤثر</w:t>
      </w:r>
      <w:r>
        <w:t xml:space="preserve"> </w:t>
      </w:r>
      <w:r>
        <w:t>في</w:t>
      </w:r>
      <w:r>
        <w:t xml:space="preserve"> </w:t>
      </w:r>
      <w:r>
        <w:t>القرارات</w:t>
      </w:r>
      <w:r>
        <w:t xml:space="preserve"> </w:t>
      </w:r>
      <w:r>
        <w:t>الشرائية</w:t>
      </w:r>
      <w:r>
        <w:t xml:space="preserve"> </w:t>
      </w:r>
      <w:r>
        <w:t>للمستهلكين</w:t>
      </w:r>
      <w:r>
        <w:t>.</w:t>
      </w:r>
    </w:p>
    <w:p w14:paraId="33D531B6" w14:textId="77777777" w:rsidR="001E6B12" w:rsidRDefault="008D56CD" w:rsidP="009562C7">
      <w:pPr>
        <w:bidi/>
        <w:spacing w:after="140" w:line="360" w:lineRule="auto"/>
      </w:pPr>
      <w:r>
        <w:rPr>
          <w:b/>
        </w:rPr>
        <w:t>الأهمية</w:t>
      </w:r>
      <w:r>
        <w:rPr>
          <w:b/>
        </w:rPr>
        <w:t xml:space="preserve"> </w:t>
      </w:r>
      <w:r>
        <w:rPr>
          <w:b/>
        </w:rPr>
        <w:t>التطبيقية</w:t>
      </w:r>
      <w:r>
        <w:rPr>
          <w:b/>
        </w:rPr>
        <w:t>:</w:t>
      </w:r>
    </w:p>
    <w:p w14:paraId="14E0E6E4" w14:textId="77777777" w:rsidR="001E6B12" w:rsidRDefault="008D56CD" w:rsidP="009562C7">
      <w:pPr>
        <w:bidi/>
        <w:spacing w:after="140" w:line="360" w:lineRule="auto"/>
      </w:pPr>
      <w:r>
        <w:t>تساعد</w:t>
      </w:r>
      <w:r>
        <w:t xml:space="preserve"> </w:t>
      </w:r>
      <w:r>
        <w:t>نتائج</w:t>
      </w:r>
      <w:r>
        <w:t xml:space="preserve"> </w:t>
      </w:r>
      <w:r>
        <w:t>الدراسة</w:t>
      </w:r>
      <w:r>
        <w:t xml:space="preserve"> </w:t>
      </w:r>
      <w:r>
        <w:t>الشركات</w:t>
      </w:r>
      <w:r>
        <w:t xml:space="preserve"> </w:t>
      </w:r>
      <w:r>
        <w:t>والمسوقين</w:t>
      </w:r>
      <w:r>
        <w:t xml:space="preserve"> </w:t>
      </w:r>
      <w:r>
        <w:t>على</w:t>
      </w:r>
      <w:r>
        <w:t xml:space="preserve"> </w:t>
      </w:r>
      <w:r>
        <w:t>فهم</w:t>
      </w:r>
      <w:r>
        <w:t xml:space="preserve"> </w:t>
      </w:r>
      <w:r>
        <w:t>مدى</w:t>
      </w:r>
      <w:r>
        <w:t xml:space="preserve"> </w:t>
      </w:r>
      <w:r>
        <w:t>تأثير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في</w:t>
      </w:r>
      <w:r>
        <w:t xml:space="preserve"> </w:t>
      </w:r>
      <w:r>
        <w:t>المستهلكين،</w:t>
      </w:r>
      <w:r>
        <w:t xml:space="preserve"> </w:t>
      </w:r>
      <w:r>
        <w:t>وتوضح</w:t>
      </w:r>
      <w:r>
        <w:t xml:space="preserve"> </w:t>
      </w:r>
      <w:r>
        <w:t>أهمية</w:t>
      </w:r>
      <w:r>
        <w:t xml:space="preserve"> </w:t>
      </w:r>
      <w:r>
        <w:t>إدارة</w:t>
      </w:r>
      <w:r>
        <w:t xml:space="preserve"> </w:t>
      </w:r>
      <w:r>
        <w:t>تقييمات</w:t>
      </w:r>
      <w:r>
        <w:t xml:space="preserve"> </w:t>
      </w:r>
      <w:r>
        <w:t>وتعليقات</w:t>
      </w:r>
      <w:r>
        <w:t xml:space="preserve"> </w:t>
      </w:r>
      <w:r>
        <w:t>العملاء</w:t>
      </w:r>
      <w:r>
        <w:t xml:space="preserve"> </w:t>
      </w:r>
      <w:r>
        <w:t>ومتابعتها</w:t>
      </w:r>
      <w:r>
        <w:t xml:space="preserve"> </w:t>
      </w:r>
      <w:r>
        <w:t>بصورة</w:t>
      </w:r>
      <w:r>
        <w:t xml:space="preserve"> </w:t>
      </w:r>
      <w:r>
        <w:t>فعالة،</w:t>
      </w:r>
      <w:r>
        <w:t xml:space="preserve"> </w:t>
      </w:r>
      <w:r>
        <w:t>كما</w:t>
      </w:r>
      <w:r>
        <w:t xml:space="preserve"> </w:t>
      </w:r>
      <w:r>
        <w:t>يمكن</w:t>
      </w:r>
      <w:r>
        <w:t xml:space="preserve"> </w:t>
      </w:r>
      <w:r>
        <w:t>أن</w:t>
      </w:r>
      <w:r>
        <w:t xml:space="preserve"> </w:t>
      </w:r>
      <w:r>
        <w:t>تساعد</w:t>
      </w:r>
      <w:r>
        <w:t xml:space="preserve"> </w:t>
      </w:r>
      <w:r>
        <w:t>المنشآت</w:t>
      </w:r>
      <w:r>
        <w:t xml:space="preserve"> </w:t>
      </w:r>
      <w:r>
        <w:t>في</w:t>
      </w:r>
      <w:r>
        <w:t xml:space="preserve"> </w:t>
      </w:r>
      <w:r>
        <w:t>تحسين</w:t>
      </w:r>
      <w:r>
        <w:t xml:space="preserve"> </w:t>
      </w:r>
      <w:r>
        <w:t>استراتيجيات</w:t>
      </w:r>
      <w:r>
        <w:t xml:space="preserve"> </w:t>
      </w:r>
      <w:r>
        <w:t>التسويق</w:t>
      </w:r>
      <w:r>
        <w:t xml:space="preserve"> </w:t>
      </w:r>
      <w:r>
        <w:t>الرقمي</w:t>
      </w:r>
      <w:r>
        <w:t xml:space="preserve"> </w:t>
      </w:r>
      <w:r>
        <w:t>وبناء</w:t>
      </w:r>
      <w:r>
        <w:t xml:space="preserve"> </w:t>
      </w:r>
      <w:r>
        <w:t>الثقة</w:t>
      </w:r>
      <w:r>
        <w:t xml:space="preserve"> </w:t>
      </w:r>
      <w:r>
        <w:t>مع</w:t>
      </w:r>
      <w:r>
        <w:t xml:space="preserve"> </w:t>
      </w:r>
      <w:r>
        <w:t>العملاء</w:t>
      </w:r>
      <w:r>
        <w:t xml:space="preserve"> </w:t>
      </w:r>
      <w:r>
        <w:t>وتعزيز</w:t>
      </w:r>
      <w:r>
        <w:t xml:space="preserve"> </w:t>
      </w:r>
      <w:r>
        <w:t>نية</w:t>
      </w:r>
      <w:r>
        <w:t xml:space="preserve"> </w:t>
      </w:r>
      <w:r>
        <w:t>الشراء</w:t>
      </w:r>
      <w:r>
        <w:t>.</w:t>
      </w:r>
    </w:p>
    <w:p w14:paraId="13066F27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8. </w:t>
      </w:r>
      <w:r>
        <w:rPr>
          <w:b/>
          <w:sz w:val="32"/>
        </w:rPr>
        <w:t>منهج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78E2F917" w14:textId="77777777" w:rsidR="001E6B12" w:rsidRDefault="008D56CD" w:rsidP="009562C7">
      <w:pPr>
        <w:bidi/>
        <w:spacing w:after="140" w:line="360" w:lineRule="auto"/>
      </w:pPr>
      <w:r>
        <w:t>تعتمد</w:t>
      </w:r>
      <w:r>
        <w:t xml:space="preserve"> </w:t>
      </w:r>
      <w:r>
        <w:t>الدراسة</w:t>
      </w:r>
      <w:r>
        <w:t xml:space="preserve"> </w:t>
      </w:r>
      <w:r>
        <w:t>على</w:t>
      </w:r>
      <w:r>
        <w:t xml:space="preserve"> </w:t>
      </w:r>
      <w:r>
        <w:t>المنهج</w:t>
      </w:r>
      <w:r>
        <w:t xml:space="preserve"> </w:t>
      </w:r>
      <w:r>
        <w:t>الوصفي</w:t>
      </w:r>
      <w:r>
        <w:t xml:space="preserve"> </w:t>
      </w:r>
      <w:r>
        <w:t>التحليلي</w:t>
      </w:r>
      <w:r>
        <w:t xml:space="preserve"> </w:t>
      </w:r>
      <w:r>
        <w:t>لملاءمته</w:t>
      </w:r>
      <w:r>
        <w:t xml:space="preserve"> </w:t>
      </w:r>
      <w:r>
        <w:t>لطبيعة</w:t>
      </w:r>
      <w:r>
        <w:t xml:space="preserve"> </w:t>
      </w:r>
      <w:r>
        <w:t>الدراسة</w:t>
      </w:r>
      <w:r>
        <w:t xml:space="preserve"> </w:t>
      </w:r>
      <w:r>
        <w:t>وأهدافها،</w:t>
      </w:r>
      <w:r>
        <w:t xml:space="preserve"> </w:t>
      </w:r>
      <w:r>
        <w:t>حيث</w:t>
      </w:r>
      <w:r>
        <w:t xml:space="preserve"> </w:t>
      </w:r>
      <w:r>
        <w:t>يتيح</w:t>
      </w:r>
      <w:r>
        <w:t xml:space="preserve"> </w:t>
      </w:r>
      <w:r>
        <w:t>وصف</w:t>
      </w:r>
      <w:r>
        <w:t xml:space="preserve"> </w:t>
      </w:r>
      <w:r>
        <w:t>الظاهرة</w:t>
      </w:r>
      <w:r>
        <w:t xml:space="preserve"> </w:t>
      </w:r>
      <w:r>
        <w:t>محل</w:t>
      </w:r>
      <w:r>
        <w:t xml:space="preserve"> </w:t>
      </w:r>
      <w:r>
        <w:t>الدراسة</w:t>
      </w:r>
      <w:r>
        <w:t xml:space="preserve"> </w:t>
      </w:r>
      <w:r>
        <w:t>وتحليل</w:t>
      </w:r>
      <w:r>
        <w:t xml:space="preserve"> </w:t>
      </w:r>
      <w:r>
        <w:t>العلاقة</w:t>
      </w:r>
      <w:r>
        <w:t xml:space="preserve"> </w:t>
      </w:r>
      <w:r>
        <w:t>بين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ونية</w:t>
      </w:r>
      <w:r>
        <w:t xml:space="preserve"> </w:t>
      </w:r>
      <w:r>
        <w:t>الشراء</w:t>
      </w:r>
      <w:r>
        <w:t xml:space="preserve"> </w:t>
      </w:r>
      <w:r>
        <w:t>لدى</w:t>
      </w:r>
      <w:r>
        <w:t xml:space="preserve"> </w:t>
      </w:r>
      <w:r>
        <w:t>المستهلكين</w:t>
      </w:r>
      <w:r>
        <w:t>.</w:t>
      </w:r>
    </w:p>
    <w:p w14:paraId="367AE3F6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9. </w:t>
      </w:r>
      <w:r>
        <w:rPr>
          <w:b/>
          <w:sz w:val="32"/>
        </w:rPr>
        <w:t>مجتمع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238830E8" w14:textId="77777777" w:rsidR="001E6B12" w:rsidRDefault="008D56CD" w:rsidP="009562C7">
      <w:pPr>
        <w:bidi/>
        <w:spacing w:after="140" w:line="360" w:lineRule="auto"/>
      </w:pPr>
      <w:r>
        <w:t>يتكون</w:t>
      </w:r>
      <w:r>
        <w:t xml:space="preserve"> </w:t>
      </w:r>
      <w:r>
        <w:t>مجتمع</w:t>
      </w:r>
      <w:r>
        <w:t xml:space="preserve"> </w:t>
      </w:r>
      <w:r>
        <w:t>الدراسة</w:t>
      </w:r>
      <w:r>
        <w:t xml:space="preserve"> </w:t>
      </w:r>
      <w:r>
        <w:t>من</w:t>
      </w:r>
      <w:r>
        <w:t xml:space="preserve"> </w:t>
      </w:r>
      <w:r>
        <w:t>المستهلكين</w:t>
      </w:r>
      <w:r>
        <w:t xml:space="preserve"> </w:t>
      </w:r>
      <w:r>
        <w:t>الذين</w:t>
      </w:r>
      <w:r>
        <w:t xml:space="preserve"> </w:t>
      </w:r>
      <w:r>
        <w:t>يستخدمون</w:t>
      </w:r>
      <w:r>
        <w:t xml:space="preserve"> </w:t>
      </w:r>
      <w:r>
        <w:t>المنصات</w:t>
      </w:r>
      <w:r>
        <w:t xml:space="preserve"> </w:t>
      </w:r>
      <w:r>
        <w:t>الرقمية</w:t>
      </w:r>
      <w:r>
        <w:t xml:space="preserve"> </w:t>
      </w:r>
      <w:r>
        <w:t>ومواقع</w:t>
      </w:r>
      <w:r>
        <w:t xml:space="preserve"> </w:t>
      </w:r>
      <w:r>
        <w:t>التواصل</w:t>
      </w:r>
      <w:r>
        <w:t xml:space="preserve"> </w:t>
      </w:r>
      <w:r>
        <w:t>الاجتماعي</w:t>
      </w:r>
      <w:r>
        <w:t xml:space="preserve"> </w:t>
      </w:r>
      <w:r>
        <w:t>أو</w:t>
      </w:r>
      <w:r>
        <w:t xml:space="preserve"> </w:t>
      </w:r>
      <w:r>
        <w:t>المتاجر</w:t>
      </w:r>
      <w:r>
        <w:t xml:space="preserve"> </w:t>
      </w:r>
      <w:r>
        <w:t>الإلكترونية</w:t>
      </w:r>
      <w:r>
        <w:t xml:space="preserve"> </w:t>
      </w:r>
      <w:r>
        <w:t>ويطلعون</w:t>
      </w:r>
      <w:r>
        <w:t xml:space="preserve"> </w:t>
      </w:r>
      <w:r>
        <w:t>على</w:t>
      </w:r>
      <w:r>
        <w:t xml:space="preserve"> </w:t>
      </w:r>
      <w:r>
        <w:t>تعليقات</w:t>
      </w:r>
      <w:r>
        <w:t xml:space="preserve"> </w:t>
      </w:r>
      <w:r>
        <w:t>وتقييمات</w:t>
      </w:r>
      <w:r>
        <w:t xml:space="preserve"> </w:t>
      </w:r>
      <w:r>
        <w:t>المستخدمين</w:t>
      </w:r>
      <w:r>
        <w:t xml:space="preserve"> </w:t>
      </w:r>
      <w:r>
        <w:t>قبل</w:t>
      </w:r>
      <w:r>
        <w:t xml:space="preserve"> </w:t>
      </w:r>
      <w:r>
        <w:t>شراء</w:t>
      </w:r>
      <w:r>
        <w:t xml:space="preserve"> </w:t>
      </w:r>
      <w:r>
        <w:t>المنتجات</w:t>
      </w:r>
      <w:r>
        <w:t xml:space="preserve"> </w:t>
      </w:r>
      <w:r>
        <w:t>أو</w:t>
      </w:r>
      <w:r>
        <w:t xml:space="preserve"> </w:t>
      </w:r>
      <w:r>
        <w:t>الخدمات</w:t>
      </w:r>
      <w:r>
        <w:t>.</w:t>
      </w:r>
    </w:p>
    <w:p w14:paraId="3AC8F445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10. </w:t>
      </w:r>
      <w:r>
        <w:rPr>
          <w:b/>
          <w:sz w:val="32"/>
        </w:rPr>
        <w:t>عينة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4A4FD98D" w14:textId="77777777" w:rsidR="001E6B12" w:rsidRDefault="008D56CD" w:rsidP="009562C7">
      <w:pPr>
        <w:bidi/>
        <w:spacing w:after="140" w:line="360" w:lineRule="auto"/>
      </w:pPr>
      <w:r>
        <w:t>يتم</w:t>
      </w:r>
      <w:r>
        <w:t xml:space="preserve"> </w:t>
      </w:r>
      <w:r>
        <w:t>اختيار</w:t>
      </w:r>
      <w:r>
        <w:t xml:space="preserve"> </w:t>
      </w:r>
      <w:r>
        <w:t>عينة</w:t>
      </w:r>
      <w:r>
        <w:t xml:space="preserve"> </w:t>
      </w:r>
      <w:r>
        <w:t>من</w:t>
      </w:r>
      <w:r>
        <w:t xml:space="preserve"> </w:t>
      </w:r>
      <w:r>
        <w:t>المستهلكين</w:t>
      </w:r>
      <w:r>
        <w:t xml:space="preserve"> </w:t>
      </w:r>
      <w:r>
        <w:t>الذين</w:t>
      </w:r>
      <w:r>
        <w:t xml:space="preserve"> </w:t>
      </w:r>
      <w:r>
        <w:t>سبق</w:t>
      </w:r>
      <w:r>
        <w:t xml:space="preserve"> </w:t>
      </w:r>
      <w:r>
        <w:t>لهم</w:t>
      </w:r>
      <w:r>
        <w:t xml:space="preserve"> </w:t>
      </w:r>
      <w:r>
        <w:t>الاطلاع</w:t>
      </w:r>
      <w:r>
        <w:t xml:space="preserve"> </w:t>
      </w:r>
      <w:r>
        <w:t>على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عند</w:t>
      </w:r>
      <w:r>
        <w:t xml:space="preserve"> </w:t>
      </w:r>
      <w:r>
        <w:t>التفكير</w:t>
      </w:r>
      <w:r>
        <w:t xml:space="preserve"> </w:t>
      </w:r>
      <w:r>
        <w:t>في</w:t>
      </w:r>
      <w:r>
        <w:t xml:space="preserve"> </w:t>
      </w:r>
      <w:r>
        <w:t>شراء</w:t>
      </w:r>
      <w:r>
        <w:t xml:space="preserve"> </w:t>
      </w:r>
      <w:r>
        <w:t>منتج</w:t>
      </w:r>
      <w:r>
        <w:t xml:space="preserve"> </w:t>
      </w:r>
      <w:r>
        <w:t>أو</w:t>
      </w:r>
      <w:r>
        <w:t xml:space="preserve"> </w:t>
      </w:r>
      <w:r>
        <w:t>خدمة،</w:t>
      </w:r>
      <w:r>
        <w:t xml:space="preserve"> </w:t>
      </w:r>
      <w:r>
        <w:t>ويحدد</w:t>
      </w:r>
      <w:r>
        <w:t xml:space="preserve"> </w:t>
      </w:r>
      <w:r>
        <w:t>حجم</w:t>
      </w:r>
      <w:r>
        <w:t xml:space="preserve"> </w:t>
      </w:r>
      <w:r>
        <w:t>العينة</w:t>
      </w:r>
      <w:r>
        <w:t xml:space="preserve"> </w:t>
      </w:r>
      <w:r>
        <w:t>النهائي</w:t>
      </w:r>
      <w:r>
        <w:t xml:space="preserve"> </w:t>
      </w:r>
      <w:r>
        <w:t>وفق</w:t>
      </w:r>
      <w:r>
        <w:t xml:space="preserve"> </w:t>
      </w:r>
      <w:r>
        <w:t>متطلبات</w:t>
      </w:r>
      <w:r>
        <w:t xml:space="preserve"> </w:t>
      </w:r>
      <w:r>
        <w:t>الدراسة</w:t>
      </w:r>
      <w:r>
        <w:t xml:space="preserve"> </w:t>
      </w:r>
      <w:r>
        <w:t>والأسلوب</w:t>
      </w:r>
      <w:r>
        <w:t xml:space="preserve"> </w:t>
      </w:r>
      <w:r>
        <w:t>الإحصائي</w:t>
      </w:r>
      <w:r>
        <w:t xml:space="preserve"> </w:t>
      </w:r>
      <w:r>
        <w:t>المعتمد</w:t>
      </w:r>
      <w:r>
        <w:t>.</w:t>
      </w:r>
    </w:p>
    <w:p w14:paraId="7459D1EF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11. </w:t>
      </w:r>
      <w:r>
        <w:rPr>
          <w:b/>
          <w:sz w:val="32"/>
        </w:rPr>
        <w:t>أداة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34D7A441" w14:textId="77777777" w:rsidR="001E6B12" w:rsidRDefault="008D56CD" w:rsidP="009562C7">
      <w:pPr>
        <w:bidi/>
        <w:spacing w:after="140" w:line="360" w:lineRule="auto"/>
      </w:pPr>
      <w:r>
        <w:t>تعتمد</w:t>
      </w:r>
      <w:r>
        <w:t xml:space="preserve"> </w:t>
      </w:r>
      <w:r>
        <w:t>الدراسة</w:t>
      </w:r>
      <w:r>
        <w:t xml:space="preserve"> </w:t>
      </w:r>
      <w:r>
        <w:t>على</w:t>
      </w:r>
      <w:r>
        <w:t xml:space="preserve"> </w:t>
      </w:r>
      <w:r>
        <w:t>الاستبانة</w:t>
      </w:r>
      <w:r>
        <w:t xml:space="preserve"> </w:t>
      </w:r>
      <w:r>
        <w:t>الإلكترونية</w:t>
      </w:r>
      <w:r>
        <w:t xml:space="preserve"> </w:t>
      </w:r>
      <w:r>
        <w:t>بوصفها</w:t>
      </w:r>
      <w:r>
        <w:t xml:space="preserve"> </w:t>
      </w:r>
      <w:r>
        <w:t>الأداة</w:t>
      </w:r>
      <w:r>
        <w:t xml:space="preserve"> </w:t>
      </w:r>
      <w:r>
        <w:t>الرئيسة</w:t>
      </w:r>
      <w:r>
        <w:t xml:space="preserve"> </w:t>
      </w:r>
      <w:r>
        <w:t>لجمع</w:t>
      </w:r>
      <w:r>
        <w:t xml:space="preserve"> </w:t>
      </w:r>
      <w:r>
        <w:t>البيانات</w:t>
      </w:r>
      <w:r>
        <w:t xml:space="preserve"> </w:t>
      </w:r>
      <w:r>
        <w:t>من</w:t>
      </w:r>
      <w:r>
        <w:t xml:space="preserve"> </w:t>
      </w:r>
      <w:r>
        <w:t>أفراد</w:t>
      </w:r>
      <w:r>
        <w:t xml:space="preserve"> </w:t>
      </w:r>
      <w:r>
        <w:t>العينة</w:t>
      </w:r>
      <w:r>
        <w:t xml:space="preserve">. </w:t>
      </w:r>
      <w:r>
        <w:t>وتتكون</w:t>
      </w:r>
      <w:r>
        <w:t xml:space="preserve"> </w:t>
      </w:r>
      <w:r>
        <w:t>الاستبانة</w:t>
      </w:r>
      <w:r>
        <w:t xml:space="preserve"> </w:t>
      </w:r>
      <w:r>
        <w:t>بصورة</w:t>
      </w:r>
      <w:r>
        <w:t xml:space="preserve"> </w:t>
      </w:r>
      <w:r>
        <w:t>عامة</w:t>
      </w:r>
      <w:r>
        <w:t xml:space="preserve"> </w:t>
      </w:r>
      <w:r>
        <w:t>من</w:t>
      </w:r>
      <w:r>
        <w:t xml:space="preserve"> </w:t>
      </w:r>
      <w:r>
        <w:t>قسمين</w:t>
      </w:r>
      <w:r>
        <w:t>:</w:t>
      </w:r>
    </w:p>
    <w:p w14:paraId="4FC510C7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القسم</w:t>
      </w:r>
      <w:r>
        <w:rPr>
          <w:sz w:val="27"/>
        </w:rPr>
        <w:t xml:space="preserve"> </w:t>
      </w:r>
      <w:r>
        <w:rPr>
          <w:sz w:val="27"/>
        </w:rPr>
        <w:t>الأول</w:t>
      </w:r>
      <w:r>
        <w:rPr>
          <w:sz w:val="27"/>
        </w:rPr>
        <w:t xml:space="preserve">: </w:t>
      </w:r>
      <w:r>
        <w:rPr>
          <w:sz w:val="27"/>
        </w:rPr>
        <w:t>البيانات</w:t>
      </w:r>
      <w:r>
        <w:rPr>
          <w:sz w:val="27"/>
        </w:rPr>
        <w:t xml:space="preserve"> </w:t>
      </w:r>
      <w:r>
        <w:rPr>
          <w:sz w:val="27"/>
        </w:rPr>
        <w:t>الديموغرافية</w:t>
      </w:r>
      <w:r>
        <w:rPr>
          <w:sz w:val="27"/>
        </w:rPr>
        <w:t xml:space="preserve"> </w:t>
      </w:r>
      <w:r>
        <w:rPr>
          <w:sz w:val="27"/>
        </w:rPr>
        <w:t>للمشاركين،</w:t>
      </w:r>
      <w:r>
        <w:rPr>
          <w:sz w:val="27"/>
        </w:rPr>
        <w:t xml:space="preserve"> </w:t>
      </w:r>
      <w:r>
        <w:rPr>
          <w:sz w:val="27"/>
        </w:rPr>
        <w:t>مثل</w:t>
      </w:r>
      <w:r>
        <w:rPr>
          <w:sz w:val="27"/>
        </w:rPr>
        <w:t xml:space="preserve"> </w:t>
      </w:r>
      <w:r>
        <w:rPr>
          <w:sz w:val="27"/>
        </w:rPr>
        <w:t>العمر</w:t>
      </w:r>
      <w:r>
        <w:rPr>
          <w:sz w:val="27"/>
        </w:rPr>
        <w:t xml:space="preserve"> </w:t>
      </w:r>
      <w:r>
        <w:rPr>
          <w:sz w:val="27"/>
        </w:rPr>
        <w:t>والجنس</w:t>
      </w:r>
      <w:r>
        <w:rPr>
          <w:sz w:val="27"/>
        </w:rPr>
        <w:t xml:space="preserve"> </w:t>
      </w:r>
      <w:r>
        <w:rPr>
          <w:sz w:val="27"/>
        </w:rPr>
        <w:t>والمستوى</w:t>
      </w:r>
      <w:r>
        <w:rPr>
          <w:sz w:val="27"/>
        </w:rPr>
        <w:t xml:space="preserve"> </w:t>
      </w:r>
      <w:r>
        <w:rPr>
          <w:sz w:val="27"/>
        </w:rPr>
        <w:t>التعليمي</w:t>
      </w:r>
      <w:r>
        <w:rPr>
          <w:sz w:val="27"/>
        </w:rPr>
        <w:t xml:space="preserve"> </w:t>
      </w:r>
      <w:r>
        <w:rPr>
          <w:sz w:val="27"/>
        </w:rPr>
        <w:t>ومدى</w:t>
      </w:r>
      <w:r>
        <w:rPr>
          <w:sz w:val="27"/>
        </w:rPr>
        <w:t xml:space="preserve"> </w:t>
      </w:r>
      <w:r>
        <w:rPr>
          <w:sz w:val="27"/>
        </w:rPr>
        <w:t>استخدام</w:t>
      </w:r>
      <w:r>
        <w:rPr>
          <w:sz w:val="27"/>
        </w:rPr>
        <w:t xml:space="preserve"> </w:t>
      </w:r>
      <w:r>
        <w:rPr>
          <w:sz w:val="27"/>
        </w:rPr>
        <w:t>المنصات</w:t>
      </w:r>
      <w:r>
        <w:rPr>
          <w:sz w:val="27"/>
        </w:rPr>
        <w:t xml:space="preserve"> </w:t>
      </w:r>
      <w:r>
        <w:rPr>
          <w:sz w:val="27"/>
        </w:rPr>
        <w:t>الرقمية</w:t>
      </w:r>
      <w:r>
        <w:rPr>
          <w:sz w:val="27"/>
        </w:rPr>
        <w:t>.</w:t>
      </w:r>
    </w:p>
    <w:p w14:paraId="562180DA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القسم</w:t>
      </w:r>
      <w:r>
        <w:rPr>
          <w:sz w:val="27"/>
        </w:rPr>
        <w:t xml:space="preserve"> </w:t>
      </w:r>
      <w:r>
        <w:rPr>
          <w:sz w:val="27"/>
        </w:rPr>
        <w:t>الثاني</w:t>
      </w:r>
      <w:r>
        <w:rPr>
          <w:sz w:val="27"/>
        </w:rPr>
        <w:t xml:space="preserve">: </w:t>
      </w:r>
      <w:r>
        <w:rPr>
          <w:sz w:val="27"/>
        </w:rPr>
        <w:t>عبارات</w:t>
      </w:r>
      <w:r>
        <w:rPr>
          <w:sz w:val="27"/>
        </w:rPr>
        <w:t xml:space="preserve"> </w:t>
      </w:r>
      <w:r>
        <w:rPr>
          <w:sz w:val="27"/>
        </w:rPr>
        <w:t>تقيس</w:t>
      </w:r>
      <w:r>
        <w:rPr>
          <w:sz w:val="27"/>
        </w:rPr>
        <w:t xml:space="preserve"> </w:t>
      </w:r>
      <w:r>
        <w:rPr>
          <w:sz w:val="27"/>
        </w:rPr>
        <w:t>متغيرات</w:t>
      </w:r>
      <w:r>
        <w:rPr>
          <w:sz w:val="27"/>
        </w:rPr>
        <w:t xml:space="preserve"> </w:t>
      </w:r>
      <w:r>
        <w:rPr>
          <w:sz w:val="27"/>
        </w:rPr>
        <w:t>الدراسة،</w:t>
      </w:r>
      <w:r>
        <w:rPr>
          <w:sz w:val="27"/>
        </w:rPr>
        <w:t xml:space="preserve"> </w:t>
      </w:r>
      <w:r>
        <w:rPr>
          <w:sz w:val="27"/>
        </w:rPr>
        <w:t>وتشمل</w:t>
      </w:r>
      <w:r>
        <w:rPr>
          <w:sz w:val="27"/>
        </w:rPr>
        <w:t xml:space="preserve"> </w:t>
      </w:r>
      <w:r>
        <w:rPr>
          <w:sz w:val="27"/>
        </w:rPr>
        <w:t>مصداقية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الإلكترونية،</w:t>
      </w:r>
      <w:r>
        <w:rPr>
          <w:sz w:val="27"/>
        </w:rPr>
        <w:t xml:space="preserve"> </w:t>
      </w:r>
      <w:r>
        <w:rPr>
          <w:sz w:val="27"/>
        </w:rPr>
        <w:t>وجودة</w:t>
      </w:r>
      <w:r>
        <w:rPr>
          <w:sz w:val="27"/>
        </w:rPr>
        <w:t xml:space="preserve"> </w:t>
      </w:r>
      <w:r>
        <w:rPr>
          <w:sz w:val="27"/>
        </w:rPr>
        <w:t>التعليقات،</w:t>
      </w:r>
      <w:r>
        <w:rPr>
          <w:sz w:val="27"/>
        </w:rPr>
        <w:t xml:space="preserve"> </w:t>
      </w:r>
      <w:r>
        <w:rPr>
          <w:sz w:val="27"/>
        </w:rPr>
        <w:t>واتجاه</w:t>
      </w:r>
      <w:r>
        <w:rPr>
          <w:sz w:val="27"/>
        </w:rPr>
        <w:t xml:space="preserve"> </w:t>
      </w:r>
      <w:r>
        <w:rPr>
          <w:sz w:val="27"/>
        </w:rPr>
        <w:t>التعليقات،</w:t>
      </w:r>
      <w:r>
        <w:rPr>
          <w:sz w:val="27"/>
        </w:rPr>
        <w:t xml:space="preserve"> </w:t>
      </w:r>
      <w:r>
        <w:rPr>
          <w:sz w:val="27"/>
        </w:rPr>
        <w:t>وكمية</w:t>
      </w:r>
      <w:r>
        <w:rPr>
          <w:sz w:val="27"/>
        </w:rPr>
        <w:t xml:space="preserve"> </w:t>
      </w:r>
      <w:r>
        <w:rPr>
          <w:sz w:val="27"/>
        </w:rPr>
        <w:t>التعليقات،</w:t>
      </w:r>
      <w:r>
        <w:rPr>
          <w:sz w:val="27"/>
        </w:rPr>
        <w:t xml:space="preserve"> </w:t>
      </w:r>
      <w:r>
        <w:rPr>
          <w:sz w:val="27"/>
        </w:rPr>
        <w:t>ونية</w:t>
      </w:r>
      <w:r>
        <w:rPr>
          <w:sz w:val="27"/>
        </w:rPr>
        <w:t xml:space="preserve"> </w:t>
      </w:r>
      <w:r>
        <w:rPr>
          <w:sz w:val="27"/>
        </w:rPr>
        <w:t>الشراء</w:t>
      </w:r>
      <w:r>
        <w:rPr>
          <w:sz w:val="27"/>
        </w:rPr>
        <w:t>.</w:t>
      </w:r>
    </w:p>
    <w:p w14:paraId="5E590DE0" w14:textId="77777777" w:rsidR="001E6B12" w:rsidRDefault="008D56CD" w:rsidP="009562C7">
      <w:pPr>
        <w:bidi/>
        <w:spacing w:after="140" w:line="360" w:lineRule="auto"/>
      </w:pPr>
      <w:r>
        <w:t>وتقاس</w:t>
      </w:r>
      <w:r>
        <w:t xml:space="preserve"> </w:t>
      </w:r>
      <w:r>
        <w:t>العبارات</w:t>
      </w:r>
      <w:r>
        <w:t xml:space="preserve"> </w:t>
      </w:r>
      <w:r>
        <w:t>باستخدام</w:t>
      </w:r>
      <w:r>
        <w:t xml:space="preserve"> </w:t>
      </w:r>
      <w:r>
        <w:t>مقياس</w:t>
      </w:r>
      <w:r>
        <w:t xml:space="preserve"> </w:t>
      </w:r>
      <w:r>
        <w:t>ليكرت</w:t>
      </w:r>
      <w:r>
        <w:t xml:space="preserve"> </w:t>
      </w:r>
      <w:r>
        <w:t>الخماسي</w:t>
      </w:r>
      <w:r>
        <w:t>.</w:t>
      </w:r>
    </w:p>
    <w:p w14:paraId="19762CAF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12. </w:t>
      </w:r>
      <w:r>
        <w:rPr>
          <w:b/>
          <w:sz w:val="32"/>
        </w:rPr>
        <w:t>صدق</w:t>
      </w:r>
      <w:r>
        <w:rPr>
          <w:b/>
          <w:sz w:val="32"/>
        </w:rPr>
        <w:t xml:space="preserve"> </w:t>
      </w:r>
      <w:r>
        <w:rPr>
          <w:b/>
          <w:sz w:val="32"/>
        </w:rPr>
        <w:t>وثبات</w:t>
      </w:r>
      <w:r>
        <w:rPr>
          <w:b/>
          <w:sz w:val="32"/>
        </w:rPr>
        <w:t xml:space="preserve"> </w:t>
      </w:r>
      <w:r>
        <w:rPr>
          <w:b/>
          <w:sz w:val="32"/>
        </w:rPr>
        <w:t>أداة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659CF509" w14:textId="77777777" w:rsidR="001E6B12" w:rsidRDefault="008D56CD" w:rsidP="009562C7">
      <w:pPr>
        <w:bidi/>
        <w:spacing w:after="140" w:line="360" w:lineRule="auto"/>
      </w:pPr>
      <w:r>
        <w:t>يتم</w:t>
      </w:r>
      <w:r>
        <w:t xml:space="preserve"> </w:t>
      </w:r>
      <w:r>
        <w:t>التحقق</w:t>
      </w:r>
      <w:r>
        <w:t xml:space="preserve"> </w:t>
      </w:r>
      <w:r>
        <w:t>من</w:t>
      </w:r>
      <w:r>
        <w:t xml:space="preserve"> </w:t>
      </w:r>
      <w:r>
        <w:t>صدق</w:t>
      </w:r>
      <w:r>
        <w:t xml:space="preserve"> </w:t>
      </w:r>
      <w:r>
        <w:t>الاستبانة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عرضها</w:t>
      </w:r>
      <w:r>
        <w:t xml:space="preserve"> </w:t>
      </w:r>
      <w:r>
        <w:t>على</w:t>
      </w:r>
      <w:r>
        <w:t xml:space="preserve"> </w:t>
      </w:r>
      <w:r>
        <w:t>مجموعة</w:t>
      </w:r>
      <w:r>
        <w:t xml:space="preserve"> </w:t>
      </w:r>
      <w:r>
        <w:t>من</w:t>
      </w:r>
      <w:r>
        <w:t xml:space="preserve"> </w:t>
      </w:r>
      <w:r>
        <w:t>المحكمين</w:t>
      </w:r>
      <w:r>
        <w:t xml:space="preserve"> </w:t>
      </w:r>
      <w:r>
        <w:t>والمتخصصين</w:t>
      </w:r>
      <w:r>
        <w:t xml:space="preserve"> </w:t>
      </w:r>
      <w:r>
        <w:t>للتأكد</w:t>
      </w:r>
      <w:r>
        <w:t xml:space="preserve"> </w:t>
      </w:r>
      <w:r>
        <w:t>من</w:t>
      </w:r>
      <w:r>
        <w:t xml:space="preserve"> </w:t>
      </w:r>
      <w:r>
        <w:t>وضوح</w:t>
      </w:r>
      <w:r>
        <w:t xml:space="preserve"> </w:t>
      </w:r>
      <w:r>
        <w:t>العبارات</w:t>
      </w:r>
      <w:r>
        <w:t xml:space="preserve"> </w:t>
      </w:r>
      <w:r>
        <w:t>وملاءمتها</w:t>
      </w:r>
      <w:r>
        <w:t xml:space="preserve"> </w:t>
      </w:r>
      <w:r>
        <w:t>لمتغيرات</w:t>
      </w:r>
      <w:r>
        <w:t xml:space="preserve"> </w:t>
      </w:r>
      <w:r>
        <w:t>الدراسة</w:t>
      </w:r>
      <w:r>
        <w:t xml:space="preserve">. </w:t>
      </w:r>
      <w:r>
        <w:t>كما</w:t>
      </w:r>
      <w:r>
        <w:t xml:space="preserve"> </w:t>
      </w:r>
      <w:r>
        <w:t>يتم</w:t>
      </w:r>
      <w:r>
        <w:t xml:space="preserve"> </w:t>
      </w:r>
      <w:r>
        <w:t>التحقق</w:t>
      </w:r>
      <w:r>
        <w:t xml:space="preserve"> </w:t>
      </w:r>
      <w:r>
        <w:t>من</w:t>
      </w:r>
      <w:r>
        <w:t xml:space="preserve"> </w:t>
      </w:r>
      <w:r>
        <w:t>ثبات</w:t>
      </w:r>
      <w:r>
        <w:t xml:space="preserve"> </w:t>
      </w:r>
      <w:r>
        <w:t>أداة</w:t>
      </w:r>
      <w:r>
        <w:t xml:space="preserve"> </w:t>
      </w:r>
      <w:r>
        <w:t>الدراسة</w:t>
      </w:r>
      <w:r>
        <w:t xml:space="preserve"> </w:t>
      </w:r>
      <w:r>
        <w:t>باستخدام</w:t>
      </w:r>
      <w:r>
        <w:t xml:space="preserve"> </w:t>
      </w:r>
      <w:r>
        <w:t>معامل</w:t>
      </w:r>
      <w:r>
        <w:t xml:space="preserve"> </w:t>
      </w:r>
      <w:r>
        <w:t>ألفا</w:t>
      </w:r>
      <w:r>
        <w:t xml:space="preserve"> </w:t>
      </w:r>
      <w:r>
        <w:t>كرونباخ</w:t>
      </w:r>
      <w:r>
        <w:t xml:space="preserve"> (Cronbach's Alpha) </w:t>
      </w:r>
      <w:r>
        <w:t>للتحقق</w:t>
      </w:r>
      <w:r>
        <w:t xml:space="preserve"> </w:t>
      </w:r>
      <w:r>
        <w:t>من</w:t>
      </w:r>
      <w:r>
        <w:t xml:space="preserve"> </w:t>
      </w:r>
      <w:r>
        <w:t>مستوى</w:t>
      </w:r>
      <w:r>
        <w:t xml:space="preserve"> </w:t>
      </w:r>
      <w:r>
        <w:t>الاتساق</w:t>
      </w:r>
      <w:r>
        <w:t xml:space="preserve"> </w:t>
      </w:r>
      <w:r>
        <w:t>الداخلي</w:t>
      </w:r>
      <w:r>
        <w:t xml:space="preserve"> </w:t>
      </w:r>
      <w:r>
        <w:t>لفقرات</w:t>
      </w:r>
      <w:r>
        <w:t xml:space="preserve"> </w:t>
      </w:r>
      <w:r>
        <w:t>الاستبانة</w:t>
      </w:r>
      <w:r>
        <w:t>.</w:t>
      </w:r>
    </w:p>
    <w:p w14:paraId="517154B4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13. </w:t>
      </w:r>
      <w:r>
        <w:rPr>
          <w:b/>
          <w:sz w:val="32"/>
        </w:rPr>
        <w:t>أساليب</w:t>
      </w:r>
      <w:r>
        <w:rPr>
          <w:b/>
          <w:sz w:val="32"/>
        </w:rPr>
        <w:t xml:space="preserve"> </w:t>
      </w:r>
      <w:r>
        <w:rPr>
          <w:b/>
          <w:sz w:val="32"/>
        </w:rPr>
        <w:t>تحليل</w:t>
      </w:r>
      <w:r>
        <w:rPr>
          <w:b/>
          <w:sz w:val="32"/>
        </w:rPr>
        <w:t xml:space="preserve"> </w:t>
      </w:r>
      <w:r>
        <w:rPr>
          <w:b/>
          <w:sz w:val="32"/>
        </w:rPr>
        <w:t>البيانات</w:t>
      </w:r>
    </w:p>
    <w:p w14:paraId="03CB4F97" w14:textId="77777777" w:rsidR="001E6B12" w:rsidRDefault="008D56CD" w:rsidP="009562C7">
      <w:pPr>
        <w:bidi/>
        <w:spacing w:after="140" w:line="360" w:lineRule="auto"/>
      </w:pPr>
      <w:r>
        <w:t>بعد</w:t>
      </w:r>
      <w:r>
        <w:t xml:space="preserve"> </w:t>
      </w:r>
      <w:r>
        <w:t>جمع</w:t>
      </w:r>
      <w:r>
        <w:t xml:space="preserve"> </w:t>
      </w:r>
      <w:r>
        <w:t>الاستجابات،</w:t>
      </w:r>
      <w:r>
        <w:t xml:space="preserve"> </w:t>
      </w:r>
      <w:r>
        <w:t>يمكن</w:t>
      </w:r>
      <w:r>
        <w:t xml:space="preserve"> </w:t>
      </w:r>
      <w:r>
        <w:t>استخدام</w:t>
      </w:r>
      <w:r>
        <w:t xml:space="preserve"> </w:t>
      </w:r>
      <w:r>
        <w:t>أحد</w:t>
      </w:r>
      <w:r>
        <w:t xml:space="preserve"> </w:t>
      </w:r>
      <w:r>
        <w:t>البرامج</w:t>
      </w:r>
      <w:r>
        <w:t xml:space="preserve"> </w:t>
      </w:r>
      <w:r>
        <w:t>الإحصائية</w:t>
      </w:r>
      <w:r>
        <w:t xml:space="preserve"> </w:t>
      </w:r>
      <w:r>
        <w:t>مثل</w:t>
      </w:r>
      <w:r>
        <w:t xml:space="preserve"> SPSS </w:t>
      </w:r>
      <w:r>
        <w:t>لتحليل</w:t>
      </w:r>
      <w:r>
        <w:t xml:space="preserve"> </w:t>
      </w:r>
      <w:r>
        <w:t>البيانات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>:</w:t>
      </w:r>
    </w:p>
    <w:p w14:paraId="29B9114C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التكرارات</w:t>
      </w:r>
      <w:r>
        <w:rPr>
          <w:sz w:val="27"/>
        </w:rPr>
        <w:t xml:space="preserve"> </w:t>
      </w:r>
      <w:r>
        <w:rPr>
          <w:sz w:val="27"/>
        </w:rPr>
        <w:t>والنسب</w:t>
      </w:r>
      <w:r>
        <w:rPr>
          <w:sz w:val="27"/>
        </w:rPr>
        <w:t xml:space="preserve"> </w:t>
      </w:r>
      <w:r>
        <w:rPr>
          <w:sz w:val="27"/>
        </w:rPr>
        <w:t>المئوية</w:t>
      </w:r>
      <w:r>
        <w:rPr>
          <w:sz w:val="27"/>
        </w:rPr>
        <w:t>.</w:t>
      </w:r>
    </w:p>
    <w:p w14:paraId="3BD9685A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المتوسطات</w:t>
      </w:r>
      <w:r>
        <w:rPr>
          <w:sz w:val="27"/>
        </w:rPr>
        <w:t xml:space="preserve"> </w:t>
      </w:r>
      <w:r>
        <w:rPr>
          <w:sz w:val="27"/>
        </w:rPr>
        <w:t>الحسابية</w:t>
      </w:r>
      <w:r>
        <w:rPr>
          <w:sz w:val="27"/>
        </w:rPr>
        <w:t xml:space="preserve"> </w:t>
      </w:r>
      <w:r>
        <w:rPr>
          <w:sz w:val="27"/>
        </w:rPr>
        <w:t>والانحرافات</w:t>
      </w:r>
      <w:r>
        <w:rPr>
          <w:sz w:val="27"/>
        </w:rPr>
        <w:t xml:space="preserve"> </w:t>
      </w:r>
      <w:r>
        <w:rPr>
          <w:sz w:val="27"/>
        </w:rPr>
        <w:t>المعيارية</w:t>
      </w:r>
      <w:r>
        <w:rPr>
          <w:sz w:val="27"/>
        </w:rPr>
        <w:t>.</w:t>
      </w:r>
    </w:p>
    <w:p w14:paraId="1E851313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معامل</w:t>
      </w:r>
      <w:r>
        <w:rPr>
          <w:sz w:val="27"/>
        </w:rPr>
        <w:t xml:space="preserve"> </w:t>
      </w:r>
      <w:r>
        <w:rPr>
          <w:sz w:val="27"/>
        </w:rPr>
        <w:t>ألفا</w:t>
      </w:r>
      <w:r>
        <w:rPr>
          <w:sz w:val="27"/>
        </w:rPr>
        <w:t xml:space="preserve"> </w:t>
      </w:r>
      <w:r>
        <w:rPr>
          <w:sz w:val="27"/>
        </w:rPr>
        <w:t>كرونباخ</w:t>
      </w:r>
      <w:r>
        <w:rPr>
          <w:sz w:val="27"/>
        </w:rPr>
        <w:t>.</w:t>
      </w:r>
    </w:p>
    <w:p w14:paraId="7239733A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معامل</w:t>
      </w:r>
      <w:r>
        <w:rPr>
          <w:sz w:val="27"/>
        </w:rPr>
        <w:t xml:space="preserve"> </w:t>
      </w:r>
      <w:r>
        <w:rPr>
          <w:sz w:val="27"/>
        </w:rPr>
        <w:t>ارتباط</w:t>
      </w:r>
      <w:r>
        <w:rPr>
          <w:sz w:val="27"/>
        </w:rPr>
        <w:t xml:space="preserve"> </w:t>
      </w:r>
      <w:r>
        <w:rPr>
          <w:sz w:val="27"/>
        </w:rPr>
        <w:t>بيرسون</w:t>
      </w:r>
      <w:r>
        <w:rPr>
          <w:sz w:val="27"/>
        </w:rPr>
        <w:t>.</w:t>
      </w:r>
    </w:p>
    <w:p w14:paraId="2106622C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تحليل</w:t>
      </w:r>
      <w:r>
        <w:rPr>
          <w:sz w:val="27"/>
        </w:rPr>
        <w:t xml:space="preserve"> </w:t>
      </w:r>
      <w:r>
        <w:rPr>
          <w:sz w:val="27"/>
        </w:rPr>
        <w:t>الانحدار</w:t>
      </w:r>
      <w:r>
        <w:rPr>
          <w:sz w:val="27"/>
        </w:rPr>
        <w:t>.</w:t>
      </w:r>
    </w:p>
    <w:p w14:paraId="0CF0ED42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اختبار</w:t>
      </w:r>
      <w:r>
        <w:rPr>
          <w:sz w:val="27"/>
        </w:rPr>
        <w:t xml:space="preserve"> </w:t>
      </w:r>
      <w:r>
        <w:rPr>
          <w:sz w:val="27"/>
        </w:rPr>
        <w:t>الفرضيات</w:t>
      </w:r>
      <w:r>
        <w:rPr>
          <w:sz w:val="27"/>
        </w:rPr>
        <w:t xml:space="preserve"> </w:t>
      </w:r>
      <w:r>
        <w:rPr>
          <w:sz w:val="27"/>
        </w:rPr>
        <w:t>الإحصائية</w:t>
      </w:r>
      <w:r>
        <w:rPr>
          <w:sz w:val="27"/>
        </w:rPr>
        <w:t xml:space="preserve"> </w:t>
      </w:r>
      <w:r>
        <w:rPr>
          <w:sz w:val="27"/>
        </w:rPr>
        <w:t>المناسبة</w:t>
      </w:r>
      <w:r>
        <w:rPr>
          <w:sz w:val="27"/>
        </w:rPr>
        <w:t>.</w:t>
      </w:r>
    </w:p>
    <w:p w14:paraId="11CAA418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14. </w:t>
      </w:r>
      <w:r>
        <w:rPr>
          <w:b/>
          <w:sz w:val="32"/>
        </w:rPr>
        <w:t>حدود</w:t>
      </w:r>
      <w:r>
        <w:rPr>
          <w:b/>
          <w:sz w:val="32"/>
        </w:rPr>
        <w:t xml:space="preserve"> </w:t>
      </w:r>
      <w:r>
        <w:rPr>
          <w:b/>
          <w:sz w:val="32"/>
        </w:rPr>
        <w:t>الدراسة</w:t>
      </w:r>
    </w:p>
    <w:p w14:paraId="2605D927" w14:textId="77777777" w:rsidR="001E6B12" w:rsidRDefault="008D56CD" w:rsidP="009562C7">
      <w:pPr>
        <w:bidi/>
        <w:spacing w:after="100" w:line="360" w:lineRule="auto"/>
      </w:pPr>
      <w:r>
        <w:rPr>
          <w:b/>
        </w:rPr>
        <w:t>الحدود</w:t>
      </w:r>
      <w:r>
        <w:rPr>
          <w:b/>
        </w:rPr>
        <w:t xml:space="preserve"> </w:t>
      </w:r>
      <w:r>
        <w:rPr>
          <w:b/>
        </w:rPr>
        <w:t>الموضوعية</w:t>
      </w:r>
      <w:r>
        <w:rPr>
          <w:b/>
        </w:rPr>
        <w:t xml:space="preserve">: </w:t>
      </w:r>
      <w:r>
        <w:t>تركز</w:t>
      </w:r>
      <w:r>
        <w:t xml:space="preserve"> </w:t>
      </w:r>
      <w:r>
        <w:t>الدراسة</w:t>
      </w:r>
      <w:r>
        <w:t xml:space="preserve"> </w:t>
      </w:r>
      <w:r>
        <w:t>على</w:t>
      </w:r>
      <w:r>
        <w:t xml:space="preserve"> </w:t>
      </w:r>
      <w:r>
        <w:t>دور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 xml:space="preserve"> </w:t>
      </w:r>
      <w:r>
        <w:t>في</w:t>
      </w:r>
      <w:r>
        <w:t xml:space="preserve"> </w:t>
      </w:r>
      <w:r>
        <w:t>تشكيل</w:t>
      </w:r>
      <w:r>
        <w:t xml:space="preserve"> </w:t>
      </w:r>
      <w:r>
        <w:t>نية</w:t>
      </w:r>
      <w:r>
        <w:t xml:space="preserve"> </w:t>
      </w:r>
      <w:r>
        <w:t>الشراء</w:t>
      </w:r>
      <w:r>
        <w:t xml:space="preserve"> </w:t>
      </w:r>
      <w:r>
        <w:t>لدى</w:t>
      </w:r>
      <w:r>
        <w:t xml:space="preserve"> </w:t>
      </w:r>
      <w:r>
        <w:t>المستهلكين</w:t>
      </w:r>
      <w:r>
        <w:t>.</w:t>
      </w:r>
    </w:p>
    <w:p w14:paraId="49687BFE" w14:textId="77777777" w:rsidR="001E6B12" w:rsidRDefault="008D56CD" w:rsidP="009562C7">
      <w:pPr>
        <w:bidi/>
        <w:spacing w:after="100" w:line="360" w:lineRule="auto"/>
      </w:pPr>
      <w:r>
        <w:rPr>
          <w:b/>
        </w:rPr>
        <w:t>الحدود</w:t>
      </w:r>
      <w:r>
        <w:rPr>
          <w:b/>
        </w:rPr>
        <w:t xml:space="preserve"> </w:t>
      </w:r>
      <w:r>
        <w:rPr>
          <w:b/>
        </w:rPr>
        <w:t>البشرية</w:t>
      </w:r>
      <w:r>
        <w:rPr>
          <w:b/>
        </w:rPr>
        <w:t xml:space="preserve">: </w:t>
      </w:r>
      <w:r>
        <w:t>المستهلكون</w:t>
      </w:r>
      <w:r>
        <w:t xml:space="preserve"> </w:t>
      </w:r>
      <w:r>
        <w:t>المستخدمون</w:t>
      </w:r>
      <w:r>
        <w:t xml:space="preserve"> </w:t>
      </w:r>
      <w:r>
        <w:t>للمنصات</w:t>
      </w:r>
      <w:r>
        <w:t xml:space="preserve"> </w:t>
      </w:r>
      <w:r>
        <w:t>الرقمية</w:t>
      </w:r>
      <w:r>
        <w:t xml:space="preserve"> </w:t>
      </w:r>
      <w:r>
        <w:t>والمتاجر</w:t>
      </w:r>
      <w:r>
        <w:t xml:space="preserve"> </w:t>
      </w:r>
      <w:r>
        <w:t>الإلكترونية</w:t>
      </w:r>
      <w:r>
        <w:t>.</w:t>
      </w:r>
    </w:p>
    <w:p w14:paraId="48699C69" w14:textId="77777777" w:rsidR="001E6B12" w:rsidRDefault="008D56CD" w:rsidP="009562C7">
      <w:pPr>
        <w:bidi/>
        <w:spacing w:after="100" w:line="360" w:lineRule="auto"/>
      </w:pPr>
      <w:r>
        <w:rPr>
          <w:b/>
        </w:rPr>
        <w:t>الحدود</w:t>
      </w:r>
      <w:r>
        <w:rPr>
          <w:b/>
        </w:rPr>
        <w:t xml:space="preserve"> </w:t>
      </w:r>
      <w:r>
        <w:rPr>
          <w:b/>
        </w:rPr>
        <w:t>المكانية</w:t>
      </w:r>
      <w:r>
        <w:rPr>
          <w:b/>
        </w:rPr>
        <w:t xml:space="preserve">: </w:t>
      </w:r>
      <w:r>
        <w:t>يتم</w:t>
      </w:r>
      <w:r>
        <w:t xml:space="preserve"> </w:t>
      </w:r>
      <w:r>
        <w:t>تحديدها</w:t>
      </w:r>
      <w:r>
        <w:t xml:space="preserve"> </w:t>
      </w:r>
      <w:r>
        <w:t>وفق</w:t>
      </w:r>
      <w:r>
        <w:t xml:space="preserve"> </w:t>
      </w:r>
      <w:r>
        <w:t>نطاق</w:t>
      </w:r>
      <w:r>
        <w:t xml:space="preserve"> </w:t>
      </w:r>
      <w:r>
        <w:t>توزيع</w:t>
      </w:r>
      <w:r>
        <w:t xml:space="preserve"> </w:t>
      </w:r>
      <w:r>
        <w:t>الاستبانة</w:t>
      </w:r>
      <w:r>
        <w:t xml:space="preserve"> </w:t>
      </w:r>
      <w:r>
        <w:t>وعينة</w:t>
      </w:r>
      <w:r>
        <w:t xml:space="preserve"> </w:t>
      </w:r>
      <w:r>
        <w:t>الدراسة</w:t>
      </w:r>
      <w:r>
        <w:t>.</w:t>
      </w:r>
    </w:p>
    <w:p w14:paraId="16A23985" w14:textId="77777777" w:rsidR="001E6B12" w:rsidRDefault="008D56CD" w:rsidP="009562C7">
      <w:pPr>
        <w:bidi/>
        <w:spacing w:after="100" w:line="360" w:lineRule="auto"/>
      </w:pPr>
      <w:r>
        <w:rPr>
          <w:b/>
        </w:rPr>
        <w:t>الحدود</w:t>
      </w:r>
      <w:r>
        <w:rPr>
          <w:b/>
        </w:rPr>
        <w:t xml:space="preserve"> </w:t>
      </w:r>
      <w:r>
        <w:rPr>
          <w:b/>
        </w:rPr>
        <w:t>الزمنية</w:t>
      </w:r>
      <w:r>
        <w:rPr>
          <w:b/>
        </w:rPr>
        <w:t xml:space="preserve">: </w:t>
      </w:r>
      <w:r>
        <w:t>الفصل</w:t>
      </w:r>
      <w:r>
        <w:t xml:space="preserve"> </w:t>
      </w:r>
      <w:r>
        <w:t>الدراسي</w:t>
      </w:r>
      <w:r>
        <w:t xml:space="preserve"> </w:t>
      </w:r>
      <w:r>
        <w:t>الثاني</w:t>
      </w:r>
      <w:r>
        <w:t xml:space="preserve"> </w:t>
      </w:r>
      <w:r>
        <w:t>لعام</w:t>
      </w:r>
      <w:r>
        <w:t xml:space="preserve"> 2026</w:t>
      </w:r>
      <w:r>
        <w:t>م</w:t>
      </w:r>
      <w:r>
        <w:t>.</w:t>
      </w:r>
    </w:p>
    <w:p w14:paraId="688560D5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15. </w:t>
      </w:r>
      <w:r>
        <w:rPr>
          <w:b/>
          <w:sz w:val="32"/>
        </w:rPr>
        <w:t>التعريفات</w:t>
      </w:r>
      <w:r>
        <w:rPr>
          <w:b/>
          <w:sz w:val="32"/>
        </w:rPr>
        <w:t xml:space="preserve"> </w:t>
      </w:r>
      <w:r>
        <w:rPr>
          <w:b/>
          <w:sz w:val="32"/>
        </w:rPr>
        <w:t>الإجرائية</w:t>
      </w:r>
    </w:p>
    <w:p w14:paraId="5FE0AA16" w14:textId="77777777" w:rsidR="001E6B12" w:rsidRDefault="008D56CD" w:rsidP="009562C7">
      <w:pPr>
        <w:bidi/>
        <w:spacing w:after="140" w:line="360" w:lineRule="auto"/>
      </w:pPr>
      <w:r>
        <w:rPr>
          <w:b/>
        </w:rPr>
        <w:t>التعليقات</w:t>
      </w:r>
      <w:r>
        <w:rPr>
          <w:b/>
        </w:rPr>
        <w:t xml:space="preserve"> </w:t>
      </w:r>
      <w:r>
        <w:rPr>
          <w:b/>
        </w:rPr>
        <w:t>الإلكترونية</w:t>
      </w:r>
      <w:r>
        <w:rPr>
          <w:b/>
        </w:rPr>
        <w:t xml:space="preserve">: </w:t>
      </w:r>
      <w:r>
        <w:t>الآراء</w:t>
      </w:r>
      <w:r>
        <w:t xml:space="preserve"> </w:t>
      </w:r>
      <w:r>
        <w:t>والتقييمات</w:t>
      </w:r>
      <w:r>
        <w:t xml:space="preserve"> </w:t>
      </w:r>
      <w:r>
        <w:t>والمعلومات</w:t>
      </w:r>
      <w:r>
        <w:t xml:space="preserve"> </w:t>
      </w:r>
      <w:r>
        <w:t>التي</w:t>
      </w:r>
      <w:r>
        <w:t xml:space="preserve"> </w:t>
      </w:r>
      <w:r>
        <w:t>ينشرها</w:t>
      </w:r>
      <w:r>
        <w:t xml:space="preserve"> </w:t>
      </w:r>
      <w:r>
        <w:t>المستهلكون</w:t>
      </w:r>
      <w:r>
        <w:t xml:space="preserve"> </w:t>
      </w:r>
      <w:r>
        <w:t>عبر</w:t>
      </w:r>
      <w:r>
        <w:t xml:space="preserve"> </w:t>
      </w:r>
      <w:r>
        <w:t>المنصات</w:t>
      </w:r>
      <w:r>
        <w:t xml:space="preserve"> </w:t>
      </w:r>
      <w:r>
        <w:t>والمواقع</w:t>
      </w:r>
      <w:r>
        <w:t xml:space="preserve"> </w:t>
      </w:r>
      <w:r>
        <w:t>الرقمية</w:t>
      </w:r>
      <w:r>
        <w:t xml:space="preserve"> </w:t>
      </w:r>
      <w:r>
        <w:t>حول</w:t>
      </w:r>
      <w:r>
        <w:t xml:space="preserve"> </w:t>
      </w:r>
      <w:r>
        <w:t>المنتجات</w:t>
      </w:r>
      <w:r>
        <w:t xml:space="preserve"> </w:t>
      </w:r>
      <w:r>
        <w:t>أو</w:t>
      </w:r>
      <w:r>
        <w:t xml:space="preserve"> </w:t>
      </w:r>
      <w:r>
        <w:t>الخدمات،</w:t>
      </w:r>
      <w:r>
        <w:t xml:space="preserve"> </w:t>
      </w:r>
      <w:r>
        <w:t>ويتم</w:t>
      </w:r>
      <w:r>
        <w:t xml:space="preserve"> </w:t>
      </w:r>
      <w:r>
        <w:t>قياسها</w:t>
      </w:r>
      <w:r>
        <w:t xml:space="preserve"> </w:t>
      </w:r>
      <w:r>
        <w:t>في</w:t>
      </w:r>
      <w:r>
        <w:t xml:space="preserve"> </w:t>
      </w:r>
      <w:r>
        <w:t>الدراسة</w:t>
      </w:r>
      <w:r>
        <w:t xml:space="preserve"> </w:t>
      </w:r>
      <w:r>
        <w:t>من</w:t>
      </w:r>
      <w:r>
        <w:t xml:space="preserve"> </w:t>
      </w:r>
      <w:r>
        <w:t>خلال</w:t>
      </w:r>
      <w:r>
        <w:t xml:space="preserve"> </w:t>
      </w:r>
      <w:r>
        <w:t>مصداقيتها</w:t>
      </w:r>
      <w:r>
        <w:t xml:space="preserve"> </w:t>
      </w:r>
      <w:r>
        <w:t>وجودتها</w:t>
      </w:r>
      <w:r>
        <w:t xml:space="preserve"> </w:t>
      </w:r>
      <w:r>
        <w:t>واتجاهها</w:t>
      </w:r>
      <w:r>
        <w:t xml:space="preserve"> </w:t>
      </w:r>
      <w:r>
        <w:t>وكميتها</w:t>
      </w:r>
      <w:r>
        <w:t>.</w:t>
      </w:r>
    </w:p>
    <w:p w14:paraId="48E9FE9C" w14:textId="77777777" w:rsidR="001E6B12" w:rsidRDefault="008D56CD" w:rsidP="009562C7">
      <w:pPr>
        <w:bidi/>
        <w:spacing w:after="140" w:line="360" w:lineRule="auto"/>
      </w:pPr>
      <w:r>
        <w:rPr>
          <w:b/>
        </w:rPr>
        <w:t>نية</w:t>
      </w:r>
      <w:r>
        <w:rPr>
          <w:b/>
        </w:rPr>
        <w:t xml:space="preserve"> </w:t>
      </w:r>
      <w:r>
        <w:rPr>
          <w:b/>
        </w:rPr>
        <w:t>الشراء</w:t>
      </w:r>
      <w:r>
        <w:rPr>
          <w:b/>
        </w:rPr>
        <w:t xml:space="preserve">: </w:t>
      </w:r>
      <w:r>
        <w:t>مدى</w:t>
      </w:r>
      <w:r>
        <w:t xml:space="preserve"> </w:t>
      </w:r>
      <w:r>
        <w:t>استعداد</w:t>
      </w:r>
      <w:r>
        <w:t xml:space="preserve"> </w:t>
      </w:r>
      <w:r>
        <w:t>المستهلك</w:t>
      </w:r>
      <w:r>
        <w:t xml:space="preserve"> </w:t>
      </w:r>
      <w:r>
        <w:t>ورغبته</w:t>
      </w:r>
      <w:r>
        <w:t xml:space="preserve"> </w:t>
      </w:r>
      <w:r>
        <w:t>المتوقعة</w:t>
      </w:r>
      <w:r>
        <w:t xml:space="preserve"> </w:t>
      </w:r>
      <w:r>
        <w:t>في</w:t>
      </w:r>
      <w:r>
        <w:t xml:space="preserve"> </w:t>
      </w:r>
      <w:r>
        <w:t>شراء</w:t>
      </w:r>
      <w:r>
        <w:t xml:space="preserve"> </w:t>
      </w:r>
      <w:r>
        <w:t>منتج</w:t>
      </w:r>
      <w:r>
        <w:t xml:space="preserve"> </w:t>
      </w:r>
      <w:r>
        <w:t>أو</w:t>
      </w:r>
      <w:r>
        <w:t xml:space="preserve"> </w:t>
      </w:r>
      <w:r>
        <w:t>خدمة</w:t>
      </w:r>
      <w:r>
        <w:t xml:space="preserve"> </w:t>
      </w:r>
      <w:r>
        <w:t>بعد</w:t>
      </w:r>
      <w:r>
        <w:t xml:space="preserve"> </w:t>
      </w:r>
      <w:r>
        <w:t>تقييم</w:t>
      </w:r>
      <w:r>
        <w:t xml:space="preserve"> </w:t>
      </w:r>
      <w:r>
        <w:t>المعلومات</w:t>
      </w:r>
      <w:r>
        <w:t xml:space="preserve"> </w:t>
      </w:r>
      <w:r>
        <w:t>المتاحة</w:t>
      </w:r>
      <w:r>
        <w:t xml:space="preserve"> </w:t>
      </w:r>
      <w:r>
        <w:t>لديه،</w:t>
      </w:r>
      <w:r>
        <w:t xml:space="preserve"> </w:t>
      </w:r>
      <w:r>
        <w:t>ومن</w:t>
      </w:r>
      <w:r>
        <w:t xml:space="preserve"> </w:t>
      </w:r>
      <w:r>
        <w:t>بينها</w:t>
      </w:r>
      <w:r>
        <w:t xml:space="preserve"> </w:t>
      </w:r>
      <w:r>
        <w:t>التعليقات</w:t>
      </w:r>
      <w:r>
        <w:t xml:space="preserve"> </w:t>
      </w:r>
      <w:r>
        <w:t>الإلكترونية</w:t>
      </w:r>
      <w:r>
        <w:t>.</w:t>
      </w:r>
    </w:p>
    <w:p w14:paraId="53D980BC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16. </w:t>
      </w:r>
      <w:r>
        <w:rPr>
          <w:b/>
          <w:sz w:val="32"/>
        </w:rPr>
        <w:t>الهيكل</w:t>
      </w:r>
      <w:r>
        <w:rPr>
          <w:b/>
          <w:sz w:val="32"/>
        </w:rPr>
        <w:t xml:space="preserve"> </w:t>
      </w:r>
      <w:r>
        <w:rPr>
          <w:b/>
          <w:sz w:val="32"/>
        </w:rPr>
        <w:t>المقترح</w:t>
      </w:r>
      <w:r>
        <w:rPr>
          <w:b/>
          <w:sz w:val="32"/>
        </w:rPr>
        <w:t xml:space="preserve"> </w:t>
      </w:r>
      <w:r>
        <w:rPr>
          <w:b/>
          <w:sz w:val="32"/>
        </w:rPr>
        <w:t>للدراسة</w:t>
      </w:r>
    </w:p>
    <w:p w14:paraId="5A2C92DF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الفصل</w:t>
      </w:r>
      <w:r>
        <w:rPr>
          <w:sz w:val="27"/>
        </w:rPr>
        <w:t xml:space="preserve"> </w:t>
      </w:r>
      <w:r>
        <w:rPr>
          <w:sz w:val="27"/>
        </w:rPr>
        <w:t>الأول</w:t>
      </w:r>
      <w:r>
        <w:rPr>
          <w:sz w:val="27"/>
        </w:rPr>
        <w:t xml:space="preserve">: </w:t>
      </w:r>
      <w:r>
        <w:rPr>
          <w:sz w:val="27"/>
        </w:rPr>
        <w:t>الإطار</w:t>
      </w:r>
      <w:r>
        <w:rPr>
          <w:sz w:val="27"/>
        </w:rPr>
        <w:t xml:space="preserve"> </w:t>
      </w:r>
      <w:r>
        <w:rPr>
          <w:sz w:val="27"/>
        </w:rPr>
        <w:t>العام</w:t>
      </w:r>
      <w:r>
        <w:rPr>
          <w:sz w:val="27"/>
        </w:rPr>
        <w:t xml:space="preserve"> </w:t>
      </w:r>
      <w:r>
        <w:rPr>
          <w:sz w:val="27"/>
        </w:rPr>
        <w:t>للدراسة،</w:t>
      </w:r>
      <w:r>
        <w:rPr>
          <w:sz w:val="27"/>
        </w:rPr>
        <w:t xml:space="preserve"> </w:t>
      </w:r>
      <w:r>
        <w:rPr>
          <w:sz w:val="27"/>
        </w:rPr>
        <w:t>ويشمل</w:t>
      </w:r>
      <w:r>
        <w:rPr>
          <w:sz w:val="27"/>
        </w:rPr>
        <w:t xml:space="preserve"> </w:t>
      </w:r>
      <w:r>
        <w:rPr>
          <w:sz w:val="27"/>
        </w:rPr>
        <w:t>المقدمة،</w:t>
      </w:r>
      <w:r>
        <w:rPr>
          <w:sz w:val="27"/>
        </w:rPr>
        <w:t xml:space="preserve"> </w:t>
      </w:r>
      <w:r>
        <w:rPr>
          <w:sz w:val="27"/>
        </w:rPr>
        <w:t>مشكلة</w:t>
      </w:r>
      <w:r>
        <w:rPr>
          <w:sz w:val="27"/>
        </w:rPr>
        <w:t xml:space="preserve"> </w:t>
      </w:r>
      <w:r>
        <w:rPr>
          <w:sz w:val="27"/>
        </w:rPr>
        <w:t>الدراسة،</w:t>
      </w:r>
      <w:r>
        <w:rPr>
          <w:sz w:val="27"/>
        </w:rPr>
        <w:t xml:space="preserve"> </w:t>
      </w:r>
      <w:r>
        <w:rPr>
          <w:sz w:val="27"/>
        </w:rPr>
        <w:t>الأسئلة،</w:t>
      </w:r>
      <w:r>
        <w:rPr>
          <w:sz w:val="27"/>
        </w:rPr>
        <w:t xml:space="preserve"> </w:t>
      </w:r>
      <w:r>
        <w:rPr>
          <w:sz w:val="27"/>
        </w:rPr>
        <w:t>الأهداف،</w:t>
      </w:r>
      <w:r>
        <w:rPr>
          <w:sz w:val="27"/>
        </w:rPr>
        <w:t xml:space="preserve"> </w:t>
      </w:r>
      <w:r>
        <w:rPr>
          <w:sz w:val="27"/>
        </w:rPr>
        <w:t>الفرضيات،</w:t>
      </w:r>
      <w:r>
        <w:rPr>
          <w:sz w:val="27"/>
        </w:rPr>
        <w:t xml:space="preserve"> </w:t>
      </w:r>
      <w:r>
        <w:rPr>
          <w:sz w:val="27"/>
        </w:rPr>
        <w:t>الأهمية،</w:t>
      </w:r>
      <w:r>
        <w:rPr>
          <w:sz w:val="27"/>
        </w:rPr>
        <w:t xml:space="preserve"> </w:t>
      </w:r>
      <w:r>
        <w:rPr>
          <w:sz w:val="27"/>
        </w:rPr>
        <w:t>الحدود</w:t>
      </w:r>
      <w:r>
        <w:rPr>
          <w:sz w:val="27"/>
        </w:rPr>
        <w:t xml:space="preserve"> </w:t>
      </w:r>
      <w:r>
        <w:rPr>
          <w:sz w:val="27"/>
        </w:rPr>
        <w:t>والمصطلحات</w:t>
      </w:r>
      <w:r>
        <w:rPr>
          <w:sz w:val="27"/>
        </w:rPr>
        <w:t>.</w:t>
      </w:r>
    </w:p>
    <w:p w14:paraId="7B0B6866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الفصل</w:t>
      </w:r>
      <w:r>
        <w:rPr>
          <w:sz w:val="27"/>
        </w:rPr>
        <w:t xml:space="preserve"> </w:t>
      </w:r>
      <w:r>
        <w:rPr>
          <w:sz w:val="27"/>
        </w:rPr>
        <w:t>الثاني</w:t>
      </w:r>
      <w:r>
        <w:rPr>
          <w:sz w:val="27"/>
        </w:rPr>
        <w:t xml:space="preserve">: </w:t>
      </w:r>
      <w:r>
        <w:rPr>
          <w:sz w:val="27"/>
        </w:rPr>
        <w:t>الإطار</w:t>
      </w:r>
      <w:r>
        <w:rPr>
          <w:sz w:val="27"/>
        </w:rPr>
        <w:t xml:space="preserve"> </w:t>
      </w:r>
      <w:r>
        <w:rPr>
          <w:sz w:val="27"/>
        </w:rPr>
        <w:t>النظري</w:t>
      </w:r>
      <w:r>
        <w:rPr>
          <w:sz w:val="27"/>
        </w:rPr>
        <w:t xml:space="preserve"> </w:t>
      </w:r>
      <w:r>
        <w:rPr>
          <w:sz w:val="27"/>
        </w:rPr>
        <w:t>والدراسات</w:t>
      </w:r>
      <w:r>
        <w:rPr>
          <w:sz w:val="27"/>
        </w:rPr>
        <w:t xml:space="preserve"> </w:t>
      </w:r>
      <w:r>
        <w:rPr>
          <w:sz w:val="27"/>
        </w:rPr>
        <w:t>السابقة،</w:t>
      </w:r>
      <w:r>
        <w:rPr>
          <w:sz w:val="27"/>
        </w:rPr>
        <w:t xml:space="preserve"> </w:t>
      </w:r>
      <w:r>
        <w:rPr>
          <w:sz w:val="27"/>
        </w:rPr>
        <w:t>ويتناول</w:t>
      </w:r>
      <w:r>
        <w:rPr>
          <w:sz w:val="27"/>
        </w:rPr>
        <w:t xml:space="preserve"> </w:t>
      </w:r>
      <w:r>
        <w:rPr>
          <w:sz w:val="27"/>
        </w:rPr>
        <w:t>التعليقات</w:t>
      </w:r>
      <w:r>
        <w:rPr>
          <w:sz w:val="27"/>
        </w:rPr>
        <w:t xml:space="preserve"> </w:t>
      </w:r>
      <w:r>
        <w:rPr>
          <w:sz w:val="27"/>
        </w:rPr>
        <w:t>الإلكترونية،</w:t>
      </w:r>
      <w:r>
        <w:rPr>
          <w:sz w:val="27"/>
        </w:rPr>
        <w:t xml:space="preserve"> </w:t>
      </w:r>
      <w:r>
        <w:rPr>
          <w:sz w:val="27"/>
        </w:rPr>
        <w:t>سلوك</w:t>
      </w:r>
      <w:r>
        <w:rPr>
          <w:sz w:val="27"/>
        </w:rPr>
        <w:t xml:space="preserve"> </w:t>
      </w:r>
      <w:r>
        <w:rPr>
          <w:sz w:val="27"/>
        </w:rPr>
        <w:t>المستهلك،</w:t>
      </w:r>
      <w:r>
        <w:rPr>
          <w:sz w:val="27"/>
        </w:rPr>
        <w:t xml:space="preserve"> </w:t>
      </w:r>
      <w:r>
        <w:rPr>
          <w:sz w:val="27"/>
        </w:rPr>
        <w:t>نية</w:t>
      </w:r>
      <w:r>
        <w:rPr>
          <w:sz w:val="27"/>
        </w:rPr>
        <w:t xml:space="preserve"> </w:t>
      </w:r>
      <w:r>
        <w:rPr>
          <w:sz w:val="27"/>
        </w:rPr>
        <w:t>الشراء،</w:t>
      </w:r>
      <w:r>
        <w:rPr>
          <w:sz w:val="27"/>
        </w:rPr>
        <w:t xml:space="preserve"> </w:t>
      </w:r>
      <w:r>
        <w:rPr>
          <w:sz w:val="27"/>
        </w:rPr>
        <w:t>والعلاقة</w:t>
      </w:r>
      <w:r>
        <w:rPr>
          <w:sz w:val="27"/>
        </w:rPr>
        <w:t xml:space="preserve"> </w:t>
      </w:r>
      <w:r>
        <w:rPr>
          <w:sz w:val="27"/>
        </w:rPr>
        <w:t>بين</w:t>
      </w:r>
      <w:r>
        <w:rPr>
          <w:sz w:val="27"/>
        </w:rPr>
        <w:t xml:space="preserve"> </w:t>
      </w:r>
      <w:r>
        <w:rPr>
          <w:sz w:val="27"/>
        </w:rPr>
        <w:t>متغيرات</w:t>
      </w:r>
      <w:r>
        <w:rPr>
          <w:sz w:val="27"/>
        </w:rPr>
        <w:t xml:space="preserve"> </w:t>
      </w:r>
      <w:r>
        <w:rPr>
          <w:sz w:val="27"/>
        </w:rPr>
        <w:t>الدراسة</w:t>
      </w:r>
      <w:r>
        <w:rPr>
          <w:sz w:val="27"/>
        </w:rPr>
        <w:t>.</w:t>
      </w:r>
    </w:p>
    <w:p w14:paraId="7FB106C3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الفصل</w:t>
      </w:r>
      <w:r>
        <w:rPr>
          <w:sz w:val="27"/>
        </w:rPr>
        <w:t xml:space="preserve"> </w:t>
      </w:r>
      <w:r>
        <w:rPr>
          <w:sz w:val="27"/>
        </w:rPr>
        <w:t>الثالث</w:t>
      </w:r>
      <w:r>
        <w:rPr>
          <w:sz w:val="27"/>
        </w:rPr>
        <w:t xml:space="preserve">: </w:t>
      </w:r>
      <w:r>
        <w:rPr>
          <w:sz w:val="27"/>
        </w:rPr>
        <w:t>منهجية</w:t>
      </w:r>
      <w:r>
        <w:rPr>
          <w:sz w:val="27"/>
        </w:rPr>
        <w:t xml:space="preserve"> </w:t>
      </w:r>
      <w:r>
        <w:rPr>
          <w:sz w:val="27"/>
        </w:rPr>
        <w:t>الدراسة</w:t>
      </w:r>
      <w:r>
        <w:rPr>
          <w:sz w:val="27"/>
        </w:rPr>
        <w:t xml:space="preserve"> </w:t>
      </w:r>
      <w:r>
        <w:rPr>
          <w:sz w:val="27"/>
        </w:rPr>
        <w:t>وإجراءاتها،</w:t>
      </w:r>
      <w:r>
        <w:rPr>
          <w:sz w:val="27"/>
        </w:rPr>
        <w:t xml:space="preserve"> </w:t>
      </w:r>
      <w:r>
        <w:rPr>
          <w:sz w:val="27"/>
        </w:rPr>
        <w:t>ويشمل</w:t>
      </w:r>
      <w:r>
        <w:rPr>
          <w:sz w:val="27"/>
        </w:rPr>
        <w:t xml:space="preserve"> </w:t>
      </w:r>
      <w:r>
        <w:rPr>
          <w:sz w:val="27"/>
        </w:rPr>
        <w:t>المنهج،</w:t>
      </w:r>
      <w:r>
        <w:rPr>
          <w:sz w:val="27"/>
        </w:rPr>
        <w:t xml:space="preserve"> </w:t>
      </w:r>
      <w:r>
        <w:rPr>
          <w:sz w:val="27"/>
        </w:rPr>
        <w:t>المجتمع،</w:t>
      </w:r>
      <w:r>
        <w:rPr>
          <w:sz w:val="27"/>
        </w:rPr>
        <w:t xml:space="preserve"> </w:t>
      </w:r>
      <w:r>
        <w:rPr>
          <w:sz w:val="27"/>
        </w:rPr>
        <w:t>العينة،</w:t>
      </w:r>
      <w:r>
        <w:rPr>
          <w:sz w:val="27"/>
        </w:rPr>
        <w:t xml:space="preserve"> </w:t>
      </w:r>
      <w:r>
        <w:rPr>
          <w:sz w:val="27"/>
        </w:rPr>
        <w:t>أداة</w:t>
      </w:r>
      <w:r>
        <w:rPr>
          <w:sz w:val="27"/>
        </w:rPr>
        <w:t xml:space="preserve"> </w:t>
      </w:r>
      <w:r>
        <w:rPr>
          <w:sz w:val="27"/>
        </w:rPr>
        <w:t>الدراسة،</w:t>
      </w:r>
      <w:r>
        <w:rPr>
          <w:sz w:val="27"/>
        </w:rPr>
        <w:t xml:space="preserve"> </w:t>
      </w:r>
      <w:r>
        <w:rPr>
          <w:sz w:val="27"/>
        </w:rPr>
        <w:t>الصدق</w:t>
      </w:r>
      <w:r>
        <w:rPr>
          <w:sz w:val="27"/>
        </w:rPr>
        <w:t xml:space="preserve"> </w:t>
      </w:r>
      <w:r>
        <w:rPr>
          <w:sz w:val="27"/>
        </w:rPr>
        <w:t>والثبات</w:t>
      </w:r>
      <w:r>
        <w:rPr>
          <w:sz w:val="27"/>
        </w:rPr>
        <w:t xml:space="preserve"> </w:t>
      </w:r>
      <w:r>
        <w:rPr>
          <w:sz w:val="27"/>
        </w:rPr>
        <w:t>وأساليب</w:t>
      </w:r>
      <w:r>
        <w:rPr>
          <w:sz w:val="27"/>
        </w:rPr>
        <w:t xml:space="preserve"> </w:t>
      </w:r>
      <w:r>
        <w:rPr>
          <w:sz w:val="27"/>
        </w:rPr>
        <w:t>التحليل</w:t>
      </w:r>
      <w:r>
        <w:rPr>
          <w:sz w:val="27"/>
        </w:rPr>
        <w:t xml:space="preserve"> </w:t>
      </w:r>
      <w:r>
        <w:rPr>
          <w:sz w:val="27"/>
        </w:rPr>
        <w:t>الإحصائي</w:t>
      </w:r>
      <w:r>
        <w:rPr>
          <w:sz w:val="27"/>
        </w:rPr>
        <w:t>.</w:t>
      </w:r>
    </w:p>
    <w:p w14:paraId="455D74D4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الفصل</w:t>
      </w:r>
      <w:r>
        <w:rPr>
          <w:sz w:val="27"/>
        </w:rPr>
        <w:t xml:space="preserve"> </w:t>
      </w:r>
      <w:r>
        <w:rPr>
          <w:sz w:val="27"/>
        </w:rPr>
        <w:t>الرابع</w:t>
      </w:r>
      <w:r>
        <w:rPr>
          <w:sz w:val="27"/>
        </w:rPr>
        <w:t xml:space="preserve">: </w:t>
      </w:r>
      <w:r>
        <w:rPr>
          <w:sz w:val="27"/>
        </w:rPr>
        <w:t>تحليل</w:t>
      </w:r>
      <w:r>
        <w:rPr>
          <w:sz w:val="27"/>
        </w:rPr>
        <w:t xml:space="preserve"> </w:t>
      </w:r>
      <w:r>
        <w:rPr>
          <w:sz w:val="27"/>
        </w:rPr>
        <w:t>البيانات</w:t>
      </w:r>
      <w:r>
        <w:rPr>
          <w:sz w:val="27"/>
        </w:rPr>
        <w:t xml:space="preserve"> </w:t>
      </w:r>
      <w:r>
        <w:rPr>
          <w:sz w:val="27"/>
        </w:rPr>
        <w:t>وعرض</w:t>
      </w:r>
      <w:r>
        <w:rPr>
          <w:sz w:val="27"/>
        </w:rPr>
        <w:t xml:space="preserve"> </w:t>
      </w:r>
      <w:r>
        <w:rPr>
          <w:sz w:val="27"/>
        </w:rPr>
        <w:t>النتائج</w:t>
      </w:r>
      <w:r>
        <w:rPr>
          <w:sz w:val="27"/>
        </w:rPr>
        <w:t xml:space="preserve"> </w:t>
      </w:r>
      <w:r>
        <w:rPr>
          <w:sz w:val="27"/>
        </w:rPr>
        <w:t>واختبار</w:t>
      </w:r>
      <w:r>
        <w:rPr>
          <w:sz w:val="27"/>
        </w:rPr>
        <w:t xml:space="preserve"> </w:t>
      </w:r>
      <w:r>
        <w:rPr>
          <w:sz w:val="27"/>
        </w:rPr>
        <w:t>الفرضيات</w:t>
      </w:r>
      <w:r>
        <w:rPr>
          <w:sz w:val="27"/>
        </w:rPr>
        <w:t>.</w:t>
      </w:r>
    </w:p>
    <w:p w14:paraId="2D57CAF3" w14:textId="77777777" w:rsidR="001E6B12" w:rsidRDefault="008D56CD" w:rsidP="009562C7">
      <w:pPr>
        <w:pStyle w:val="a0"/>
        <w:bidi/>
        <w:spacing w:after="80" w:line="360" w:lineRule="auto"/>
        <w:ind w:left="170" w:right="227"/>
      </w:pPr>
      <w:r>
        <w:rPr>
          <w:sz w:val="27"/>
        </w:rPr>
        <w:t>الفصل</w:t>
      </w:r>
      <w:r>
        <w:rPr>
          <w:sz w:val="27"/>
        </w:rPr>
        <w:t xml:space="preserve"> </w:t>
      </w:r>
      <w:r>
        <w:rPr>
          <w:sz w:val="27"/>
        </w:rPr>
        <w:t>الخامس</w:t>
      </w:r>
      <w:r>
        <w:rPr>
          <w:sz w:val="27"/>
        </w:rPr>
        <w:t xml:space="preserve">: </w:t>
      </w:r>
      <w:r>
        <w:rPr>
          <w:sz w:val="27"/>
        </w:rPr>
        <w:t>مناقشة</w:t>
      </w:r>
      <w:r>
        <w:rPr>
          <w:sz w:val="27"/>
        </w:rPr>
        <w:t xml:space="preserve"> </w:t>
      </w:r>
      <w:r>
        <w:rPr>
          <w:sz w:val="27"/>
        </w:rPr>
        <w:t>النتائج</w:t>
      </w:r>
      <w:r>
        <w:rPr>
          <w:sz w:val="27"/>
        </w:rPr>
        <w:t xml:space="preserve"> </w:t>
      </w:r>
      <w:r>
        <w:rPr>
          <w:sz w:val="27"/>
        </w:rPr>
        <w:t>والاستنتاجات</w:t>
      </w:r>
      <w:r>
        <w:rPr>
          <w:sz w:val="27"/>
        </w:rPr>
        <w:t xml:space="preserve"> </w:t>
      </w:r>
      <w:r>
        <w:rPr>
          <w:sz w:val="27"/>
        </w:rPr>
        <w:t>والتوصيات</w:t>
      </w:r>
      <w:r>
        <w:rPr>
          <w:sz w:val="27"/>
        </w:rPr>
        <w:t xml:space="preserve"> </w:t>
      </w:r>
      <w:r>
        <w:rPr>
          <w:sz w:val="27"/>
        </w:rPr>
        <w:t>والمقترحات</w:t>
      </w:r>
      <w:r>
        <w:rPr>
          <w:sz w:val="27"/>
        </w:rPr>
        <w:t xml:space="preserve"> </w:t>
      </w:r>
      <w:r>
        <w:rPr>
          <w:sz w:val="27"/>
        </w:rPr>
        <w:t>للدراسات</w:t>
      </w:r>
      <w:r>
        <w:rPr>
          <w:sz w:val="27"/>
        </w:rPr>
        <w:t xml:space="preserve"> </w:t>
      </w:r>
      <w:r>
        <w:rPr>
          <w:sz w:val="27"/>
        </w:rPr>
        <w:t>المستقبلية</w:t>
      </w:r>
      <w:r>
        <w:rPr>
          <w:sz w:val="27"/>
        </w:rPr>
        <w:t>.</w:t>
      </w:r>
    </w:p>
    <w:p w14:paraId="1C118F44" w14:textId="77777777" w:rsidR="001E6B12" w:rsidRDefault="008D56CD" w:rsidP="009562C7">
      <w:pPr>
        <w:bidi/>
        <w:spacing w:before="200" w:after="120" w:line="360" w:lineRule="auto"/>
      </w:pPr>
      <w:r>
        <w:rPr>
          <w:b/>
          <w:sz w:val="32"/>
        </w:rPr>
        <w:t xml:space="preserve">17. </w:t>
      </w:r>
      <w:r>
        <w:rPr>
          <w:b/>
          <w:sz w:val="32"/>
        </w:rPr>
        <w:t>ملاحظة</w:t>
      </w:r>
      <w:r>
        <w:rPr>
          <w:b/>
          <w:sz w:val="32"/>
        </w:rPr>
        <w:t xml:space="preserve"> </w:t>
      </w:r>
      <w:r>
        <w:rPr>
          <w:b/>
          <w:sz w:val="32"/>
        </w:rPr>
        <w:t>تنظيمية</w:t>
      </w:r>
    </w:p>
    <w:p w14:paraId="68B1E603" w14:textId="77777777" w:rsidR="001E6B12" w:rsidRDefault="008D56CD" w:rsidP="009562C7">
      <w:pPr>
        <w:bidi/>
        <w:spacing w:after="140" w:line="360" w:lineRule="auto"/>
      </w:pPr>
      <w:r>
        <w:t>تعد</w:t>
      </w:r>
      <w:r>
        <w:t xml:space="preserve"> </w:t>
      </w:r>
      <w:r>
        <w:t>هذه</w:t>
      </w:r>
      <w:r>
        <w:t xml:space="preserve"> </w:t>
      </w:r>
      <w:r>
        <w:t>الخطة</w:t>
      </w:r>
      <w:r>
        <w:t xml:space="preserve"> </w:t>
      </w:r>
      <w:r>
        <w:t>إطارًا</w:t>
      </w:r>
      <w:r>
        <w:t xml:space="preserve"> </w:t>
      </w:r>
      <w:r>
        <w:t>أوليًا</w:t>
      </w:r>
      <w:r>
        <w:t xml:space="preserve"> </w:t>
      </w:r>
      <w:r>
        <w:t>منظمًا</w:t>
      </w:r>
      <w:r>
        <w:t xml:space="preserve"> </w:t>
      </w:r>
      <w:r>
        <w:t>لمشروع</w:t>
      </w:r>
      <w:r>
        <w:t xml:space="preserve"> </w:t>
      </w:r>
      <w:r>
        <w:t>التخرج،</w:t>
      </w:r>
      <w:r>
        <w:t xml:space="preserve"> </w:t>
      </w:r>
      <w:r>
        <w:t>ويمكن</w:t>
      </w:r>
      <w:r>
        <w:t xml:space="preserve"> </w:t>
      </w:r>
      <w:r>
        <w:t>استكمالها</w:t>
      </w:r>
      <w:r>
        <w:t xml:space="preserve"> </w:t>
      </w:r>
      <w:r>
        <w:t>لاحقًا</w:t>
      </w:r>
      <w:r>
        <w:t xml:space="preserve"> </w:t>
      </w:r>
      <w:r>
        <w:t>بإضافة</w:t>
      </w:r>
      <w:r>
        <w:t xml:space="preserve"> </w:t>
      </w:r>
      <w:r>
        <w:t>الدراسات</w:t>
      </w:r>
      <w:r>
        <w:t xml:space="preserve"> </w:t>
      </w:r>
      <w:r>
        <w:t>السابقة</w:t>
      </w:r>
      <w:r>
        <w:t xml:space="preserve"> </w:t>
      </w:r>
      <w:r>
        <w:t>والمراجع</w:t>
      </w:r>
      <w:r>
        <w:t xml:space="preserve"> </w:t>
      </w:r>
      <w:r>
        <w:t>العلمية</w:t>
      </w:r>
      <w:r>
        <w:t xml:space="preserve"> </w:t>
      </w:r>
      <w:r>
        <w:t>المعتمدة</w:t>
      </w:r>
      <w:r>
        <w:t xml:space="preserve"> </w:t>
      </w:r>
      <w:r>
        <w:t>وتحديد</w:t>
      </w:r>
      <w:r>
        <w:t xml:space="preserve"> </w:t>
      </w:r>
      <w:r>
        <w:t>الحدود</w:t>
      </w:r>
      <w:r>
        <w:t xml:space="preserve"> </w:t>
      </w:r>
      <w:r>
        <w:t>المكانية</w:t>
      </w:r>
      <w:r>
        <w:t xml:space="preserve"> </w:t>
      </w:r>
      <w:r>
        <w:t>وحجم</w:t>
      </w:r>
      <w:r>
        <w:t xml:space="preserve"> </w:t>
      </w:r>
      <w:r>
        <w:t>العينة</w:t>
      </w:r>
      <w:r>
        <w:t xml:space="preserve"> </w:t>
      </w:r>
      <w:r>
        <w:t>بصورة</w:t>
      </w:r>
      <w:r>
        <w:t xml:space="preserve"> </w:t>
      </w:r>
      <w:r>
        <w:t>نهائية</w:t>
      </w:r>
      <w:r>
        <w:t xml:space="preserve"> </w:t>
      </w:r>
      <w:r>
        <w:t>وفق</w:t>
      </w:r>
      <w:r>
        <w:t xml:space="preserve"> </w:t>
      </w:r>
      <w:r>
        <w:t>توجيهات</w:t>
      </w:r>
      <w:r>
        <w:t xml:space="preserve"> </w:t>
      </w:r>
      <w:r>
        <w:t>المشرف</w:t>
      </w:r>
      <w:r>
        <w:t xml:space="preserve"> </w:t>
      </w:r>
      <w:r>
        <w:t>الأكاديمي</w:t>
      </w:r>
      <w:r>
        <w:t xml:space="preserve"> </w:t>
      </w:r>
      <w:r>
        <w:t>ومتطلبات</w:t>
      </w:r>
      <w:r>
        <w:t xml:space="preserve"> </w:t>
      </w:r>
      <w:r>
        <w:t>الجامعة</w:t>
      </w:r>
      <w:r>
        <w:t>.</w:t>
      </w:r>
    </w:p>
    <w:sectPr w:rsidR="001E6B12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247" w:right="1417" w:bottom="124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9FB6021" w14:textId="77777777" w:rsidR="008D56CD" w:rsidRDefault="008D56CD">
      <w:pPr>
        <w:spacing w:after="0" w:line="240" w:lineRule="auto"/>
      </w:pPr>
      <w:r>
        <w:separator/>
      </w:r>
    </w:p>
  </w:endnote>
  <w:endnote w:type="continuationSeparator" w:id="0">
    <w:p w14:paraId="13C9B5BF" w14:textId="77777777" w:rsidR="008D56CD" w:rsidRDefault="008D56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altName w:val="Courier New"/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54FBB2" w14:textId="643FAC7E" w:rsidR="009562C7" w:rsidRDefault="009562C7" w:rsidP="00E83D6A">
    <w:pPr>
      <w:pStyle w:val="a6"/>
      <w:framePr w:wrap="none" w:vAnchor="text" w:hAnchor="margin" w:xAlign="right" w:y="1"/>
      <w:rPr>
        <w:rStyle w:val="aff2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9C94DA3" wp14:editId="1525590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599118428" name="مربع نص 6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991547" w14:textId="19D2375C" w:rsidR="009562C7" w:rsidRPr="009562C7" w:rsidRDefault="009562C7" w:rsidP="009562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C94DA3" id="_x0000_t202" coordsize="21600,21600" o:spt="202" path="m,l,21600r21600,l21600,xe">
              <v:stroke joinstyle="miter"/>
              <v:path gradientshapeok="t" o:connecttype="rect"/>
            </v:shapetype>
            <v:shape id="مربع نص 6" o:spid="_x0000_s1028" type="#_x0000_t202" alt="Public - عام" style="position:absolute;margin-left:0;margin-top:0;width:45.65pt;height:29.0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" filled="f" stroked="f">
              <v:fill o:detectmouseclick="t"/>
              <v:textbox style="mso-fit-shape-to-text:t" inset="0,0,0,15pt">
                <w:txbxContent>
                  <w:p w14:paraId="66991547" w14:textId="19D2375C" w:rsidR="009562C7" w:rsidRPr="009562C7" w:rsidRDefault="009562C7" w:rsidP="009562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aff2"/>
      </w:rPr>
      <w:id w:val="898175995"/>
      <w:docPartObj>
        <w:docPartGallery w:val="Page Numbers (Bottom of Page)"/>
        <w:docPartUnique/>
      </w:docPartObj>
    </w:sdtPr>
    <w:sdtContent>
      <w:p w14:paraId="0454FBB2" w14:textId="643FAC7E" w:rsidR="009562C7" w:rsidRDefault="009562C7" w:rsidP="00E83D6A">
        <w:pPr>
          <w:pStyle w:val="a6"/>
          <w:framePr w:wrap="none" w:vAnchor="text" w:hAnchor="margin" w:xAlign="right" w:y="1"/>
          <w:rPr>
            <w:rStyle w:val="aff2"/>
          </w:rPr>
        </w:pPr>
        <w:r>
          <w:rPr>
            <w:rStyle w:val="aff2"/>
          </w:rPr>
          <w:fldChar w:fldCharType="begin"/>
        </w:r>
        <w:r>
          <w:rPr>
            <w:rStyle w:val="aff2"/>
          </w:rPr>
          <w:instrText xml:space="preserve"> PAGE </w:instrText>
        </w:r>
        <w:r>
          <w:rPr>
            <w:rStyle w:val="aff2"/>
          </w:rPr>
          <w:fldChar w:fldCharType="separate"/>
        </w:r>
        <w:r>
          <w:rPr>
            <w:rStyle w:val="aff2"/>
          </w:rPr>
          <w:fldChar w:fldCharType="end"/>
        </w:r>
      </w:p>
    </w:sdtContent>
  </w:sdt>
  <w:p w14:paraId="432A69BE" w14:textId="77777777" w:rsidR="009562C7" w:rsidRDefault="009562C7" w:rsidP="009562C7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3E2AB92" w14:textId="211AF198" w:rsidR="009562C7" w:rsidRDefault="009562C7" w:rsidP="00E83D6A">
    <w:pPr>
      <w:pStyle w:val="a6"/>
      <w:framePr w:wrap="none" w:vAnchor="text" w:hAnchor="margin" w:xAlign="right" w:y="1"/>
      <w:rPr>
        <w:rStyle w:val="aff2"/>
      </w:rPr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21B30EAA" wp14:editId="1B00082E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1098749145" name="مربع نص 7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1E94EF" w14:textId="13447256" w:rsidR="009562C7" w:rsidRPr="009562C7" w:rsidRDefault="009562C7" w:rsidP="009562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B30EAA" id="_x0000_t202" coordsize="21600,21600" o:spt="202" path="m,l,21600r21600,l21600,xe">
              <v:stroke joinstyle="miter"/>
              <v:path gradientshapeok="t" o:connecttype="rect"/>
            </v:shapetype>
            <v:shape id="مربع نص 7" o:spid="_x0000_s1029" type="#_x0000_t202" alt="Public - عام" style="position:absolute;margin-left:0;margin-top:0;width:45.65pt;height:29.05pt;z-index:25166438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" filled="f" stroked="f">
              <v:fill o:detectmouseclick="t"/>
              <v:textbox style="mso-fit-shape-to-text:t" inset="0,0,0,15pt">
                <w:txbxContent>
                  <w:p w14:paraId="3F1E94EF" w14:textId="13447256" w:rsidR="009562C7" w:rsidRPr="009562C7" w:rsidRDefault="009562C7" w:rsidP="009562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rPr>
          <w:rStyle w:val="aff2"/>
        </w:rPr>
        <w:id w:val="1094359957"/>
        <w:docPartObj>
          <w:docPartGallery w:val="Page Numbers (Bottom of Page)"/>
          <w:docPartUnique/>
        </w:docPartObj>
      </w:sdtPr>
      <w:sdtContent>
        <w:r>
          <w:rPr>
            <w:rStyle w:val="aff2"/>
          </w:rPr>
          <w:fldChar w:fldCharType="begin"/>
        </w:r>
        <w:r>
          <w:rPr>
            <w:rStyle w:val="aff2"/>
          </w:rPr>
          <w:instrText xml:space="preserve"> PAGE </w:instrText>
        </w:r>
        <w:r>
          <w:rPr>
            <w:rStyle w:val="aff2"/>
          </w:rPr>
          <w:fldChar w:fldCharType="separate"/>
        </w:r>
        <w:r>
          <w:rPr>
            <w:rStyle w:val="aff2"/>
            <w:noProof/>
          </w:rPr>
          <w:t>7</w:t>
        </w:r>
        <w:r>
          <w:rPr>
            <w:rStyle w:val="aff2"/>
          </w:rPr>
          <w:fldChar w:fldCharType="end"/>
        </w:r>
      </w:sdtContent>
    </w:sdt>
  </w:p>
  <w:p w14:paraId="13DC0DEC" w14:textId="270F9DC5" w:rsidR="001E6B12" w:rsidRDefault="001E6B12" w:rsidP="009562C7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AB5BA5" w14:textId="160F5ED8" w:rsidR="009562C7" w:rsidRDefault="009562C7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6B63864" wp14:editId="606EB60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1577874429" name="مربع نص 5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B1449E" w14:textId="1AA2455B" w:rsidR="009562C7" w:rsidRPr="009562C7" w:rsidRDefault="009562C7" w:rsidP="009562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B63864" id="_x0000_t202" coordsize="21600,21600" o:spt="202" path="m,l,21600r21600,l21600,xe">
              <v:stroke joinstyle="miter"/>
              <v:path gradientshapeok="t" o:connecttype="rect"/>
            </v:shapetype>
            <v:shape id="مربع نص 5" o:spid="_x0000_s1031" type="#_x0000_t202" alt="Public - عام" style="position:absolute;margin-left:0;margin-top:0;width:45.65pt;height:29.0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" filled="f" stroked="f">
              <v:fill o:detectmouseclick="t"/>
              <v:textbox style="mso-fit-shape-to-text:t" inset="0,0,0,15pt">
                <w:txbxContent>
                  <w:p w14:paraId="3BB1449E" w14:textId="1AA2455B" w:rsidR="009562C7" w:rsidRPr="009562C7" w:rsidRDefault="009562C7" w:rsidP="009562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0A2F08F" w14:textId="77777777" w:rsidR="008D56CD" w:rsidRDefault="008D56CD">
      <w:pPr>
        <w:spacing w:after="0" w:line="240" w:lineRule="auto"/>
      </w:pPr>
      <w:r>
        <w:separator/>
      </w:r>
    </w:p>
  </w:footnote>
  <w:footnote w:type="continuationSeparator" w:id="0">
    <w:p w14:paraId="2907E964" w14:textId="77777777" w:rsidR="008D56CD" w:rsidRDefault="008D56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0E5E05C" w14:textId="3FDC3251" w:rsidR="009562C7" w:rsidRDefault="009562C7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D8333ED" wp14:editId="03BCDC8C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9755" cy="368935"/>
              <wp:effectExtent l="0" t="0" r="4445" b="12065"/>
              <wp:wrapNone/>
              <wp:docPr id="2134021006" name="مربع نص 3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D9F210" w14:textId="16285078" w:rsidR="009562C7" w:rsidRPr="009562C7" w:rsidRDefault="009562C7" w:rsidP="009562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1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8333ED" id="_x0000_t202" coordsize="21600,21600" o:spt="202" path="m,l,21600r21600,l21600,xe">
              <v:stroke joinstyle="miter"/>
              <v:path gradientshapeok="t" o:connecttype="rect"/>
            </v:shapetype>
            <v:shape id="مربع نص 3" o:spid="_x0000_s1026" type="#_x0000_t202" alt="Public - عام" style="position:absolute;margin-left:0;margin-top:0;width:45.65pt;height:29.0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" filled="f" stroked="f">
              <v:fill o:detectmouseclick="t"/>
              <v:textbox style="mso-fit-shape-to-text:t" inset="0,15pt,0,0">
                <w:txbxContent>
                  <w:p w14:paraId="7AD9F210" w14:textId="16285078" w:rsidR="009562C7" w:rsidRPr="009562C7" w:rsidRDefault="009562C7" w:rsidP="009562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E77F6A9" w14:textId="79CFF08A" w:rsidR="009562C7" w:rsidRPr="009562C7" w:rsidRDefault="009562C7" w:rsidP="009562C7">
    <w:pPr>
      <w:spacing w:after="160" w:line="360" w:lineRule="auto"/>
      <w:jc w:val="right"/>
      <w:rPr>
        <w:sz w:val="13"/>
        <w:szCs w:val="1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94BC78F" wp14:editId="718BC515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579755" cy="368935"/>
              <wp:effectExtent l="0" t="0" r="4445" b="12065"/>
              <wp:wrapNone/>
              <wp:docPr id="322832122" name="مربع نص 4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E4EF89" w14:textId="17C5FD04" w:rsidR="009562C7" w:rsidRPr="009562C7" w:rsidRDefault="009562C7" w:rsidP="009562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1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4BC78F" id="_x0000_t202" coordsize="21600,21600" o:spt="202" path="m,l,21600r21600,l21600,xe">
              <v:stroke joinstyle="miter"/>
              <v:path gradientshapeok="t" o:connecttype="rect"/>
            </v:shapetype>
            <v:shape id="مربع نص 4" o:spid="_x0000_s1027" type="#_x0000_t202" alt="Public - عام" style="position:absolute;left:0;text-align:left;margin-left:0;margin-top:0;width:45.65pt;height:29.05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" filled="f" stroked="f">
              <v:fill o:detectmouseclick="t"/>
              <v:textbox style="mso-fit-shape-to-text:t" inset="0,15pt,0,0">
                <w:txbxContent>
                  <w:p w14:paraId="06E4EF89" w14:textId="17C5FD04" w:rsidR="009562C7" w:rsidRPr="009562C7" w:rsidRDefault="009562C7" w:rsidP="009562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47840587" wp14:editId="74A76B67">
          <wp:simplePos x="0" y="0"/>
          <wp:positionH relativeFrom="column">
            <wp:posOffset>-791015</wp:posOffset>
          </wp:positionH>
          <wp:positionV relativeFrom="paragraph">
            <wp:posOffset>-266807</wp:posOffset>
          </wp:positionV>
          <wp:extent cx="1538134" cy="706170"/>
          <wp:effectExtent l="0" t="0" r="0" b="5080"/>
          <wp:wrapNone/>
          <wp:docPr id="2056542173" name="صورة 1" descr="تسجيل الدخول | خدمات ميدأوشن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تسجيل الدخول | خدمات ميدأوشن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8134" cy="706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9562C7">
      <w:rPr>
        <w:b/>
        <w:sz w:val="16"/>
        <w:szCs w:val="10"/>
      </w:rPr>
      <w:t>جامعة</w:t>
    </w:r>
    <w:proofErr w:type="spellEnd"/>
    <w:r w:rsidRPr="009562C7">
      <w:rPr>
        <w:b/>
        <w:sz w:val="16"/>
        <w:szCs w:val="10"/>
      </w:rPr>
      <w:t xml:space="preserve"> </w:t>
    </w:r>
    <w:proofErr w:type="spellStart"/>
    <w:r w:rsidRPr="009562C7">
      <w:rPr>
        <w:b/>
        <w:sz w:val="16"/>
        <w:szCs w:val="10"/>
      </w:rPr>
      <w:t>ميدأوش</w:t>
    </w:r>
    <w:proofErr w:type="spellEnd"/>
  </w:p>
  <w:p w14:paraId="7B3E7218" w14:textId="0B1CEB4C" w:rsidR="009562C7" w:rsidRPr="009562C7" w:rsidRDefault="009562C7" w:rsidP="009562C7">
    <w:pPr>
      <w:spacing w:after="160" w:line="360" w:lineRule="auto"/>
      <w:jc w:val="right"/>
      <w:rPr>
        <w:sz w:val="13"/>
        <w:szCs w:val="10"/>
      </w:rPr>
    </w:pPr>
    <w:proofErr w:type="spellStart"/>
    <w:r w:rsidRPr="009562C7">
      <w:rPr>
        <w:b/>
        <w:sz w:val="16"/>
        <w:szCs w:val="10"/>
      </w:rPr>
      <w:t>كلية</w:t>
    </w:r>
    <w:proofErr w:type="spellEnd"/>
    <w:r w:rsidRPr="009562C7">
      <w:rPr>
        <w:b/>
        <w:sz w:val="16"/>
        <w:szCs w:val="10"/>
      </w:rPr>
      <w:t xml:space="preserve"> </w:t>
    </w:r>
    <w:proofErr w:type="spellStart"/>
    <w:r w:rsidRPr="009562C7">
      <w:rPr>
        <w:b/>
        <w:sz w:val="16"/>
        <w:szCs w:val="10"/>
      </w:rPr>
      <w:t>الإعلام</w:t>
    </w:r>
    <w:proofErr w:type="spellEnd"/>
    <w:r w:rsidRPr="009562C7">
      <w:rPr>
        <w:b/>
        <w:sz w:val="16"/>
        <w:szCs w:val="10"/>
      </w:rPr>
      <w:t xml:space="preserve"> </w:t>
    </w:r>
    <w:proofErr w:type="spellStart"/>
    <w:r w:rsidRPr="009562C7">
      <w:rPr>
        <w:b/>
        <w:sz w:val="16"/>
        <w:szCs w:val="10"/>
      </w:rPr>
      <w:t>والتسويق</w:t>
    </w:r>
    <w:proofErr w:type="spellEnd"/>
  </w:p>
  <w:p w14:paraId="25ABE9DC" w14:textId="467B81F9" w:rsidR="009562C7" w:rsidRPr="009562C7" w:rsidRDefault="009562C7" w:rsidP="009562C7">
    <w:pPr>
      <w:spacing w:after="160" w:line="360" w:lineRule="auto"/>
      <w:jc w:val="right"/>
      <w:rPr>
        <w:sz w:val="13"/>
        <w:szCs w:val="10"/>
      </w:rPr>
    </w:pPr>
    <w:proofErr w:type="spellStart"/>
    <w:r w:rsidRPr="009562C7">
      <w:rPr>
        <w:b/>
        <w:sz w:val="16"/>
        <w:szCs w:val="10"/>
      </w:rPr>
      <w:t>برنامج</w:t>
    </w:r>
    <w:proofErr w:type="spellEnd"/>
    <w:r w:rsidRPr="009562C7">
      <w:rPr>
        <w:b/>
        <w:sz w:val="16"/>
        <w:szCs w:val="10"/>
      </w:rPr>
      <w:t xml:space="preserve"> </w:t>
    </w:r>
    <w:proofErr w:type="spellStart"/>
    <w:r w:rsidRPr="009562C7">
      <w:rPr>
        <w:b/>
        <w:sz w:val="16"/>
        <w:szCs w:val="10"/>
      </w:rPr>
      <w:t>ماجستير</w:t>
    </w:r>
    <w:proofErr w:type="spellEnd"/>
    <w:r w:rsidRPr="009562C7">
      <w:rPr>
        <w:b/>
        <w:sz w:val="16"/>
        <w:szCs w:val="10"/>
      </w:rPr>
      <w:t xml:space="preserve"> </w:t>
    </w:r>
    <w:proofErr w:type="spellStart"/>
    <w:r w:rsidRPr="009562C7">
      <w:rPr>
        <w:b/>
        <w:sz w:val="16"/>
        <w:szCs w:val="10"/>
      </w:rPr>
      <w:t>التسويق</w:t>
    </w:r>
    <w:proofErr w:type="spellEnd"/>
    <w:r w:rsidRPr="009562C7">
      <w:rPr>
        <w:b/>
        <w:sz w:val="16"/>
        <w:szCs w:val="10"/>
      </w:rPr>
      <w:t xml:space="preserve"> </w:t>
    </w:r>
    <w:proofErr w:type="spellStart"/>
    <w:r w:rsidRPr="009562C7">
      <w:rPr>
        <w:b/>
        <w:sz w:val="16"/>
        <w:szCs w:val="10"/>
      </w:rPr>
      <w:t>الرقمي</w:t>
    </w:r>
    <w:proofErr w:type="spellEnd"/>
    <w:r w:rsidRPr="009562C7">
      <w:t xml:space="preserve"> </w:t>
    </w:r>
    <w:r>
      <w:fldChar w:fldCharType="begin"/>
    </w:r>
    <w:r>
      <w:instrText xml:space="preserve"> INCLUDEPICTURE "/Users/munirah/Library/Group Containers/UBF8T346G9.ms/WebArchiveCopyPasteTempFiles/com.microsoft.Word/logo.png" \* MERGEFORMATINET </w:instrText>
    </w:r>
    <w:r>
      <w:fldChar w:fldCharType="separate"/>
    </w:r>
    <w:r>
      <w:fldChar w:fldCharType="end"/>
    </w:r>
  </w:p>
  <w:p w14:paraId="4F3764A1" w14:textId="77777777" w:rsidR="009562C7" w:rsidRDefault="009562C7" w:rsidP="009562C7">
    <w:pPr>
      <w:spacing w:after="360" w:line="360" w:lineRule="auto"/>
      <w:jc w:val="center"/>
    </w:pPr>
  </w:p>
  <w:p w14:paraId="57DA553D" w14:textId="77777777" w:rsidR="009562C7" w:rsidRDefault="009562C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FAF6981" w14:textId="087AC26D" w:rsidR="009562C7" w:rsidRDefault="009562C7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8817C07" wp14:editId="2C9A680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9755" cy="368935"/>
              <wp:effectExtent l="0" t="0" r="4445" b="12065"/>
              <wp:wrapNone/>
              <wp:docPr id="1515330962" name="مربع نص 2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BF2FE9" w14:textId="529DE186" w:rsidR="009562C7" w:rsidRPr="009562C7" w:rsidRDefault="009562C7" w:rsidP="009562C7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9562C7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1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817C07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30" type="#_x0000_t202" alt="Public - عام" style="position:absolute;margin-left:0;margin-top:0;width:45.65pt;height:29.0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" filled="f" stroked="f">
              <v:fill o:detectmouseclick="t"/>
              <v:textbox style="mso-fit-shape-to-text:t" inset="0,15pt,0,0">
                <w:txbxContent>
                  <w:p w14:paraId="45BF2FE9" w14:textId="529DE186" w:rsidR="009562C7" w:rsidRPr="009562C7" w:rsidRDefault="009562C7" w:rsidP="009562C7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9562C7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97912521">
    <w:abstractNumId w:val="8"/>
  </w:num>
  <w:num w:numId="2" w16cid:durableId="1370958468">
    <w:abstractNumId w:val="6"/>
  </w:num>
  <w:num w:numId="3" w16cid:durableId="1570068073">
    <w:abstractNumId w:val="5"/>
  </w:num>
  <w:num w:numId="4" w16cid:durableId="1431002168">
    <w:abstractNumId w:val="4"/>
  </w:num>
  <w:num w:numId="5" w16cid:durableId="2065255753">
    <w:abstractNumId w:val="7"/>
  </w:num>
  <w:num w:numId="6" w16cid:durableId="520320974">
    <w:abstractNumId w:val="3"/>
  </w:num>
  <w:num w:numId="7" w16cid:durableId="2093505174">
    <w:abstractNumId w:val="2"/>
  </w:num>
  <w:num w:numId="8" w16cid:durableId="1138188136">
    <w:abstractNumId w:val="1"/>
  </w:num>
  <w:num w:numId="9" w16cid:durableId="133792669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6B12"/>
    <w:rsid w:val="0029639D"/>
    <w:rsid w:val="00326F90"/>
    <w:rsid w:val="006D09D0"/>
    <w:rsid w:val="0083513F"/>
    <w:rsid w:val="008D56CD"/>
    <w:rsid w:val="009562C7"/>
    <w:rsid w:val="00AA1D8D"/>
    <w:rsid w:val="00B47730"/>
    <w:rsid w:val="00CB0664"/>
    <w:rsid w:val="00D753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٫"/>
  <w:listSeparator w:val=";"/>
  <w14:docId w14:val="233F86CF"/>
  <w14:defaultImageDpi w14:val="300"/>
  <w15:docId w15:val="{6DFBA3C5-FFE6-2848-831F-CF201C892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 w:cs="Arial"/>
      <w:sz w:val="28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2">
    <w:name w:val="page number"/>
    <w:basedOn w:val="a2"/>
    <w:uiPriority w:val="99"/>
    <w:semiHidden/>
    <w:unhideWhenUsed/>
    <w:rsid w:val="00956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96578f-6ae1-40cd-93dd-1a3b7a6ede66}" enabled="1" method="Standard" siteId="{2c86bbfc-8d04-41ff-a83a-942f075e0f60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1124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منيره عبداللطيف الرويشد</cp:lastModifiedBy>
  <cp:revision>2</cp:revision>
  <cp:lastPrinted>2026-08-15T06:23:00Z</cp:lastPrinted>
  <dcterms:created xsi:type="dcterms:W3CDTF">2026-08-15T06:23:00Z</dcterms:created>
  <dcterms:modified xsi:type="dcterms:W3CDTF">2026-08-15T06:23:00Z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5a521d92,7f32938e,133e06fa</vt:lpwstr>
  </property>
  <property fmtid="{D5CDD505-2E9C-101B-9397-08002B2CF9AE}" pid="3" name="ClassificationContentMarkingHeaderFontProps">
    <vt:lpwstr>#008000,10,Aptos</vt:lpwstr>
  </property>
  <property fmtid="{D5CDD505-2E9C-101B-9397-08002B2CF9AE}" pid="4" name="ClassificationContentMarkingHeaderText">
    <vt:lpwstr>Public - عام</vt:lpwstr>
  </property>
  <property fmtid="{D5CDD505-2E9C-101B-9397-08002B2CF9AE}" pid="5" name="ClassificationContentMarkingFooterShapeIds">
    <vt:lpwstr>5e0c73fd,23b5d25c,417d94d9</vt:lpwstr>
  </property>
  <property fmtid="{D5CDD505-2E9C-101B-9397-08002B2CF9AE}" pid="6" name="ClassificationContentMarkingFooterFontProps">
    <vt:lpwstr>#008000,10,Aptos</vt:lpwstr>
  </property>
  <property fmtid="{D5CDD505-2E9C-101B-9397-08002B2CF9AE}" pid="7" name="ClassificationContentMarkingFooterText">
    <vt:lpwstr>Public - عام</vt:lpwstr>
  </property>
</Properties>
</file>