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 /><Relationship Id="rId2" Type="http://schemas.openxmlformats.org/package/2006/relationships/metadata/thumbnail" Target="docProps/thumbnail.jpeg" /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C013B" w14:textId="77777777" w:rsidR="002E7F82" w:rsidRDefault="00130ECD">
      <w:r>
        <w:rPr>
          <w:noProof/>
        </w:rPr>
        <w:drawing>
          <wp:inline distT="0" distB="0" distL="0" distR="0" wp14:anchorId="42E2FBA0" wp14:editId="18DBF541">
            <wp:extent cx="5303520" cy="729293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0230948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7292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87DFD2" w14:textId="77777777" w:rsidR="002E7F82" w:rsidRDefault="00130ECD">
      <w:r>
        <w:br w:type="page"/>
      </w:r>
    </w:p>
    <w:p w14:paraId="2DA23549" w14:textId="77777777" w:rsidR="002E7F82" w:rsidRDefault="00130ECD">
      <w:r>
        <w:rPr>
          <w:noProof/>
        </w:rPr>
        <w:drawing>
          <wp:inline distT="0" distB="0" distL="0" distR="0" wp14:anchorId="495C8712" wp14:editId="7DB689D0">
            <wp:extent cx="5303520" cy="758492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0230949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7584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7F82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18711819">
    <w:abstractNumId w:val="8"/>
  </w:num>
  <w:num w:numId="2" w16cid:durableId="159390094">
    <w:abstractNumId w:val="6"/>
  </w:num>
  <w:num w:numId="3" w16cid:durableId="1904488706">
    <w:abstractNumId w:val="5"/>
  </w:num>
  <w:num w:numId="4" w16cid:durableId="81028841">
    <w:abstractNumId w:val="4"/>
  </w:num>
  <w:num w:numId="5" w16cid:durableId="1955942962">
    <w:abstractNumId w:val="7"/>
  </w:num>
  <w:num w:numId="6" w16cid:durableId="817918150">
    <w:abstractNumId w:val="3"/>
  </w:num>
  <w:num w:numId="7" w16cid:durableId="283080054">
    <w:abstractNumId w:val="2"/>
  </w:num>
  <w:num w:numId="8" w16cid:durableId="550730946">
    <w:abstractNumId w:val="1"/>
  </w:num>
  <w:num w:numId="9" w16cid:durableId="1125153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visionView w:inkAnnotations="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30ECD"/>
    <w:rsid w:val="0015074B"/>
    <w:rsid w:val="0029639D"/>
    <w:rsid w:val="002E7F82"/>
    <w:rsid w:val="00326F90"/>
    <w:rsid w:val="007B4767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0B8F114"/>
  <w14:defaultImageDpi w14:val="300"/>
  <w15:docId w15:val="{64CA4A48-0B77-4C4F-88F3-7D8926435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image" Target="media/image2.jpg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image" Target="media/image1.jpg" /><Relationship Id="rId5" Type="http://schemas.openxmlformats.org/officeDocument/2006/relationships/webSettings" Target="webSettings.xml" /><Relationship Id="rId4" Type="http://schemas.openxmlformats.org/officeDocument/2006/relationships/settings" Target="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Qusay Fast</cp:lastModifiedBy>
  <cp:revision>2</cp:revision>
  <dcterms:created xsi:type="dcterms:W3CDTF">2026-06-11T17:48:00Z</dcterms:created>
  <dcterms:modified xsi:type="dcterms:W3CDTF">2026-06-11T17:48:00Z</dcterms:modified>
  <cp:category/>
</cp:coreProperties>
</file>