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29506" w14:textId="1529C662" w:rsidR="007C0437" w:rsidRDefault="00FD5EBA" w:rsidP="00FD5EBA">
      <w:pPr>
        <w:spacing w:line="360" w:lineRule="auto"/>
        <w:jc w:val="center"/>
        <w:rPr>
          <w:rFonts w:asciiTheme="majorHAnsi" w:hAnsiTheme="majorHAnsi" w:cstheme="majorHAnsi"/>
          <w:b/>
          <w:sz w:val="28"/>
          <w:szCs w:val="28"/>
          <w:rtl/>
        </w:rPr>
      </w:pPr>
      <w:r w:rsidRPr="00FD5EBA">
        <w:rPr>
          <w:rFonts w:asciiTheme="majorHAnsi" w:hAnsiTheme="majorHAnsi" w:cstheme="majorHAnsi"/>
          <w:b/>
          <w:bCs/>
          <w:sz w:val="28"/>
          <w:szCs w:val="28"/>
        </w:rPr>
        <w:t>7201013102</w:t>
      </w:r>
    </w:p>
    <w:p w14:paraId="209C1AB4" w14:textId="7C5F959D" w:rsidR="007C0437" w:rsidRDefault="007C0437" w:rsidP="009B66BC">
      <w:pPr>
        <w:spacing w:line="360" w:lineRule="auto"/>
        <w:jc w:val="center"/>
        <w:rPr>
          <w:rFonts w:asciiTheme="majorHAnsi" w:hAnsiTheme="majorHAnsi" w:cstheme="majorHAnsi"/>
          <w:b/>
          <w:sz w:val="28"/>
          <w:szCs w:val="28"/>
        </w:rPr>
      </w:pPr>
      <w:r>
        <w:rPr>
          <w:noProof/>
        </w:rPr>
        <w:drawing>
          <wp:inline distT="0" distB="0" distL="0" distR="0" wp14:anchorId="79FBA610" wp14:editId="461EA1BB">
            <wp:extent cx="1732915" cy="769620"/>
            <wp:effectExtent l="0" t="0" r="635" b="0"/>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HP\Downloads\logo midocean-01.png"/>
                    <pic:cNvPicPr>
                      <a:picLocks noChangeAspect="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inline>
        </w:drawing>
      </w:r>
    </w:p>
    <w:p w14:paraId="1FEE3CD2" w14:textId="0C5E520B" w:rsidR="000C371C" w:rsidRPr="00137322" w:rsidRDefault="00590096" w:rsidP="00B05D15">
      <w:pPr>
        <w:bidi/>
        <w:spacing w:line="360" w:lineRule="auto"/>
        <w:jc w:val="center"/>
        <w:rPr>
          <w:rFonts w:asciiTheme="majorHAnsi" w:hAnsiTheme="majorHAnsi" w:cstheme="majorHAnsi"/>
          <w:b/>
          <w:sz w:val="36"/>
          <w:szCs w:val="36"/>
          <w:rtl/>
        </w:rPr>
      </w:pPr>
      <w:bookmarkStart w:id="0" w:name="_Hlk223216238"/>
      <w:proofErr w:type="spellStart"/>
      <w:r w:rsidRPr="00137322">
        <w:rPr>
          <w:rFonts w:ascii="Times New Roman" w:hAnsi="Times New Roman" w:cs="Times New Roman"/>
          <w:b/>
          <w:sz w:val="36"/>
          <w:szCs w:val="36"/>
        </w:rPr>
        <w:t>جامعة</w:t>
      </w:r>
      <w:proofErr w:type="spellEnd"/>
      <w:r w:rsidRPr="00137322">
        <w:rPr>
          <w:rFonts w:asciiTheme="majorHAnsi" w:hAnsiTheme="majorHAnsi" w:cstheme="majorHAnsi"/>
          <w:b/>
          <w:sz w:val="36"/>
          <w:szCs w:val="36"/>
        </w:rPr>
        <w:t xml:space="preserve"> </w:t>
      </w:r>
      <w:proofErr w:type="spellStart"/>
      <w:r w:rsidRPr="00137322">
        <w:rPr>
          <w:rFonts w:ascii="Times New Roman" w:hAnsi="Times New Roman" w:cs="Times New Roman"/>
          <w:b/>
          <w:sz w:val="36"/>
          <w:szCs w:val="36"/>
        </w:rPr>
        <w:t>ميد</w:t>
      </w:r>
      <w:proofErr w:type="spellEnd"/>
      <w:r w:rsidRPr="00137322">
        <w:rPr>
          <w:rFonts w:asciiTheme="majorHAnsi" w:hAnsiTheme="majorHAnsi" w:cstheme="majorHAnsi"/>
          <w:b/>
          <w:sz w:val="36"/>
          <w:szCs w:val="36"/>
        </w:rPr>
        <w:t xml:space="preserve"> </w:t>
      </w:r>
      <w:proofErr w:type="spellStart"/>
      <w:r w:rsidRPr="00137322">
        <w:rPr>
          <w:rFonts w:ascii="Times New Roman" w:hAnsi="Times New Roman" w:cs="Times New Roman"/>
          <w:b/>
          <w:sz w:val="36"/>
          <w:szCs w:val="36"/>
        </w:rPr>
        <w:t>أوشن</w:t>
      </w:r>
      <w:proofErr w:type="spellEnd"/>
    </w:p>
    <w:p w14:paraId="33FEF257" w14:textId="4014B674" w:rsidR="00137322" w:rsidRDefault="00137322" w:rsidP="00137322">
      <w:pPr>
        <w:bidi/>
        <w:spacing w:line="360" w:lineRule="auto"/>
        <w:jc w:val="center"/>
        <w:rPr>
          <w:rFonts w:asciiTheme="majorHAnsi" w:hAnsiTheme="majorHAnsi" w:cstheme="majorHAnsi"/>
          <w:b/>
          <w:sz w:val="36"/>
          <w:szCs w:val="36"/>
          <w:rtl/>
        </w:rPr>
      </w:pPr>
      <w:r>
        <w:rPr>
          <w:rFonts w:ascii="Times New Roman" w:hAnsi="Times New Roman" w:cs="Times New Roman" w:hint="cs"/>
          <w:b/>
          <w:sz w:val="36"/>
          <w:szCs w:val="36"/>
          <w:rtl/>
        </w:rPr>
        <w:t>بحث</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ماجستير</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كلية</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الإدارة</w:t>
      </w:r>
      <w:r>
        <w:rPr>
          <w:rFonts w:asciiTheme="majorHAnsi" w:hAnsiTheme="majorHAnsi" w:cstheme="majorHAnsi" w:hint="cs"/>
          <w:b/>
          <w:sz w:val="36"/>
          <w:szCs w:val="36"/>
          <w:rtl/>
        </w:rPr>
        <w:t xml:space="preserve"> / </w:t>
      </w:r>
      <w:r>
        <w:rPr>
          <w:rFonts w:ascii="Times New Roman" w:hAnsi="Times New Roman" w:cs="Times New Roman" w:hint="cs"/>
          <w:b/>
          <w:sz w:val="36"/>
          <w:szCs w:val="36"/>
          <w:rtl/>
        </w:rPr>
        <w:t>ماجستير</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الإدارة</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العقارية</w:t>
      </w:r>
    </w:p>
    <w:p w14:paraId="54CA984A" w14:textId="77777777" w:rsidR="00137322" w:rsidRPr="00137322" w:rsidRDefault="00137322" w:rsidP="00137322">
      <w:pPr>
        <w:bidi/>
        <w:spacing w:line="360" w:lineRule="auto"/>
        <w:jc w:val="center"/>
        <w:rPr>
          <w:rFonts w:asciiTheme="majorHAnsi" w:hAnsiTheme="majorHAnsi" w:cstheme="majorHAnsi"/>
          <w:b/>
          <w:sz w:val="36"/>
          <w:szCs w:val="36"/>
          <w:rtl/>
        </w:rPr>
      </w:pPr>
    </w:p>
    <w:p w14:paraId="1C239EE3" w14:textId="4BEF8D83" w:rsidR="00703534" w:rsidRPr="00137322" w:rsidRDefault="00137322" w:rsidP="00B05D15">
      <w:pPr>
        <w:bidi/>
        <w:spacing w:line="360" w:lineRule="auto"/>
        <w:jc w:val="center"/>
        <w:rPr>
          <w:rFonts w:asciiTheme="majorHAnsi" w:hAnsiTheme="majorHAnsi" w:cstheme="majorHAnsi"/>
          <w:b/>
          <w:sz w:val="36"/>
          <w:szCs w:val="36"/>
        </w:rPr>
      </w:pPr>
      <w:r>
        <w:rPr>
          <w:rFonts w:ascii="Times New Roman" w:hAnsi="Times New Roman" w:cs="Times New Roman" w:hint="cs"/>
          <w:b/>
          <w:sz w:val="36"/>
          <w:szCs w:val="36"/>
          <w:rtl/>
        </w:rPr>
        <w:t>عنوان</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الدراسة</w:t>
      </w:r>
    </w:p>
    <w:p w14:paraId="5311D533" w14:textId="0D05C720" w:rsidR="002A5EE1" w:rsidRDefault="00074D4B" w:rsidP="00B05D15">
      <w:pPr>
        <w:bidi/>
        <w:spacing w:line="360" w:lineRule="auto"/>
        <w:jc w:val="center"/>
        <w:rPr>
          <w:rFonts w:asciiTheme="majorHAnsi" w:hAnsiTheme="majorHAnsi" w:cstheme="majorHAnsi"/>
          <w:b/>
          <w:sz w:val="36"/>
          <w:szCs w:val="36"/>
          <w:rtl/>
        </w:rPr>
      </w:pPr>
      <w:r w:rsidRPr="00137322">
        <w:rPr>
          <w:rFonts w:ascii="Times New Roman" w:hAnsi="Times New Roman" w:cs="Times New Roman" w:hint="cs"/>
          <w:b/>
          <w:sz w:val="36"/>
          <w:szCs w:val="36"/>
          <w:rtl/>
        </w:rPr>
        <w:t>التسويق</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العقاري</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الرقمي</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وتجربة</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العميل</w:t>
      </w:r>
    </w:p>
    <w:p w14:paraId="0D8A9578" w14:textId="00827794" w:rsidR="00137322" w:rsidRPr="00137322" w:rsidRDefault="00137322" w:rsidP="00137322">
      <w:pPr>
        <w:bidi/>
        <w:spacing w:line="360" w:lineRule="auto"/>
        <w:jc w:val="center"/>
        <w:rPr>
          <w:rFonts w:asciiTheme="majorHAnsi" w:hAnsiTheme="majorHAnsi" w:cstheme="majorHAnsi"/>
          <w:b/>
          <w:sz w:val="36"/>
          <w:szCs w:val="36"/>
          <w:rtl/>
        </w:rPr>
      </w:pPr>
      <w:r>
        <w:rPr>
          <w:rFonts w:ascii="Times New Roman" w:hAnsi="Times New Roman" w:cs="Times New Roman" w:hint="cs"/>
          <w:b/>
          <w:sz w:val="36"/>
          <w:szCs w:val="36"/>
          <w:rtl/>
        </w:rPr>
        <w:t>دراسة</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تطبيقية</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على</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السوق</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العقاري</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في</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المملكة</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العربية</w:t>
      </w:r>
      <w:r>
        <w:rPr>
          <w:rFonts w:asciiTheme="majorHAnsi" w:hAnsiTheme="majorHAnsi" w:cstheme="majorHAnsi" w:hint="cs"/>
          <w:b/>
          <w:sz w:val="36"/>
          <w:szCs w:val="36"/>
          <w:rtl/>
        </w:rPr>
        <w:t xml:space="preserve"> </w:t>
      </w:r>
      <w:r>
        <w:rPr>
          <w:rFonts w:ascii="Times New Roman" w:hAnsi="Times New Roman" w:cs="Times New Roman" w:hint="cs"/>
          <w:b/>
          <w:sz w:val="36"/>
          <w:szCs w:val="36"/>
          <w:rtl/>
        </w:rPr>
        <w:t>السعودية</w:t>
      </w:r>
    </w:p>
    <w:p w14:paraId="2F71FDEA" w14:textId="77777777" w:rsidR="00703534" w:rsidRPr="00137322" w:rsidRDefault="00703534" w:rsidP="00B05D15">
      <w:pPr>
        <w:bidi/>
        <w:spacing w:line="360" w:lineRule="auto"/>
        <w:jc w:val="center"/>
        <w:rPr>
          <w:rFonts w:asciiTheme="majorHAnsi" w:hAnsiTheme="majorHAnsi" w:cstheme="majorHAnsi"/>
          <w:b/>
          <w:sz w:val="36"/>
          <w:szCs w:val="36"/>
          <w:rtl/>
        </w:rPr>
      </w:pPr>
    </w:p>
    <w:p w14:paraId="2B8F1F99" w14:textId="4D118FE8" w:rsidR="00E71DE9" w:rsidRPr="00137322" w:rsidRDefault="00E71DE9" w:rsidP="00B05D15">
      <w:pPr>
        <w:bidi/>
        <w:spacing w:line="360" w:lineRule="auto"/>
        <w:jc w:val="center"/>
        <w:rPr>
          <w:rFonts w:asciiTheme="majorHAnsi" w:hAnsiTheme="majorHAnsi" w:cstheme="majorHAnsi"/>
          <w:b/>
          <w:sz w:val="36"/>
          <w:szCs w:val="36"/>
          <w:rtl/>
        </w:rPr>
      </w:pPr>
      <w:r w:rsidRPr="00137322">
        <w:rPr>
          <w:rFonts w:ascii="Times New Roman" w:hAnsi="Times New Roman" w:cs="Times New Roman" w:hint="cs"/>
          <w:b/>
          <w:sz w:val="36"/>
          <w:szCs w:val="36"/>
          <w:rtl/>
        </w:rPr>
        <w:t>اعداد</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الطالب</w:t>
      </w:r>
      <w:r w:rsidRPr="00137322">
        <w:rPr>
          <w:rFonts w:asciiTheme="majorHAnsi" w:hAnsiTheme="majorHAnsi" w:cstheme="majorHAnsi"/>
          <w:b/>
          <w:sz w:val="36"/>
          <w:szCs w:val="36"/>
          <w:rtl/>
        </w:rPr>
        <w:t xml:space="preserve"> / </w:t>
      </w:r>
      <w:r w:rsidRPr="00137322">
        <w:rPr>
          <w:rFonts w:ascii="Times New Roman" w:hAnsi="Times New Roman" w:cs="Times New Roman" w:hint="cs"/>
          <w:b/>
          <w:sz w:val="36"/>
          <w:szCs w:val="36"/>
          <w:rtl/>
        </w:rPr>
        <w:t>نايف</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حسين</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صالح</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ال</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لعجم</w:t>
      </w:r>
    </w:p>
    <w:p w14:paraId="70D9C269" w14:textId="77777777" w:rsidR="002A5EE1" w:rsidRPr="00137322" w:rsidRDefault="00E71DE9" w:rsidP="00B05D15">
      <w:pPr>
        <w:bidi/>
        <w:spacing w:line="360" w:lineRule="auto"/>
        <w:jc w:val="center"/>
        <w:rPr>
          <w:rFonts w:asciiTheme="majorHAnsi" w:hAnsiTheme="majorHAnsi" w:cstheme="majorHAnsi"/>
          <w:b/>
          <w:sz w:val="36"/>
          <w:szCs w:val="36"/>
        </w:rPr>
      </w:pPr>
      <w:r w:rsidRPr="00137322">
        <w:rPr>
          <w:rFonts w:ascii="Times New Roman" w:hAnsi="Times New Roman" w:cs="Times New Roman" w:hint="cs"/>
          <w:b/>
          <w:sz w:val="36"/>
          <w:szCs w:val="36"/>
          <w:rtl/>
        </w:rPr>
        <w:t>الرقم</w:t>
      </w:r>
      <w:r w:rsidRPr="00137322">
        <w:rPr>
          <w:rFonts w:asciiTheme="majorHAnsi" w:hAnsiTheme="majorHAnsi" w:cstheme="majorHAnsi"/>
          <w:b/>
          <w:sz w:val="36"/>
          <w:szCs w:val="36"/>
          <w:rtl/>
        </w:rPr>
        <w:t xml:space="preserve"> </w:t>
      </w:r>
      <w:r w:rsidRPr="00137322">
        <w:rPr>
          <w:rFonts w:ascii="Times New Roman" w:hAnsi="Times New Roman" w:cs="Times New Roman" w:hint="cs"/>
          <w:b/>
          <w:sz w:val="36"/>
          <w:szCs w:val="36"/>
          <w:rtl/>
        </w:rPr>
        <w:t>الجامعي</w:t>
      </w:r>
      <w:r w:rsidRPr="00137322">
        <w:rPr>
          <w:rFonts w:asciiTheme="majorHAnsi" w:hAnsiTheme="majorHAnsi" w:cstheme="majorHAnsi"/>
          <w:b/>
          <w:sz w:val="36"/>
          <w:szCs w:val="36"/>
          <w:rtl/>
        </w:rPr>
        <w:t xml:space="preserve"> / </w:t>
      </w:r>
      <w:hyperlink r:id="rId9" w:history="1">
        <w:r w:rsidR="002A5EE1" w:rsidRPr="00137322">
          <w:rPr>
            <w:rFonts w:asciiTheme="majorHAnsi" w:hAnsiTheme="majorHAnsi" w:cstheme="majorHAnsi"/>
            <w:b/>
            <w:sz w:val="36"/>
            <w:szCs w:val="36"/>
          </w:rPr>
          <w:t>253000952</w:t>
        </w:r>
      </w:hyperlink>
    </w:p>
    <w:p w14:paraId="10A571E4" w14:textId="31244143" w:rsidR="00703534" w:rsidRDefault="00E71DE9" w:rsidP="007901D3">
      <w:pPr>
        <w:bidi/>
        <w:spacing w:line="360" w:lineRule="auto"/>
        <w:jc w:val="center"/>
        <w:rPr>
          <w:rFonts w:asciiTheme="majorHAnsi" w:hAnsiTheme="majorHAnsi" w:cstheme="majorHAnsi"/>
          <w:b/>
          <w:sz w:val="36"/>
          <w:szCs w:val="36"/>
          <w:rtl/>
        </w:rPr>
      </w:pPr>
      <w:r w:rsidRPr="00137322">
        <w:rPr>
          <w:rFonts w:ascii="Times New Roman" w:hAnsi="Times New Roman" w:cs="Times New Roman" w:hint="cs"/>
          <w:b/>
          <w:sz w:val="36"/>
          <w:szCs w:val="36"/>
          <w:rtl/>
        </w:rPr>
        <w:t>اشراف</w:t>
      </w:r>
      <w:r w:rsidR="007901D3">
        <w:rPr>
          <w:rFonts w:asciiTheme="majorHAnsi" w:hAnsiTheme="majorHAnsi" w:cstheme="majorHAnsi" w:hint="cs"/>
          <w:b/>
          <w:sz w:val="36"/>
          <w:szCs w:val="36"/>
          <w:rtl/>
        </w:rPr>
        <w:t xml:space="preserve"> </w:t>
      </w:r>
      <w:r w:rsidR="00562691" w:rsidRPr="00137322">
        <w:rPr>
          <w:rFonts w:asciiTheme="majorHAnsi" w:hAnsiTheme="majorHAnsi" w:cstheme="majorHAnsi" w:hint="cs"/>
          <w:b/>
          <w:sz w:val="36"/>
          <w:szCs w:val="36"/>
          <w:rtl/>
        </w:rPr>
        <w:t>/</w:t>
      </w:r>
      <w:r w:rsidR="00562691">
        <w:rPr>
          <w:rFonts w:asciiTheme="majorHAnsi" w:hAnsiTheme="majorHAnsi" w:cstheme="majorHAnsi" w:hint="cs"/>
          <w:b/>
          <w:sz w:val="36"/>
          <w:szCs w:val="36"/>
          <w:rtl/>
        </w:rPr>
        <w:t xml:space="preserve"> د. فيصل حسن </w:t>
      </w:r>
    </w:p>
    <w:p w14:paraId="2D9FD6B1" w14:textId="0FE00A3A" w:rsidR="00562691" w:rsidRDefault="00562691" w:rsidP="00562691">
      <w:pPr>
        <w:bidi/>
        <w:spacing w:line="360" w:lineRule="auto"/>
        <w:jc w:val="center"/>
        <w:rPr>
          <w:rFonts w:asciiTheme="majorHAnsi" w:hAnsiTheme="majorHAnsi" w:cstheme="majorHAnsi"/>
          <w:b/>
          <w:sz w:val="36"/>
          <w:szCs w:val="36"/>
          <w:rtl/>
        </w:rPr>
      </w:pPr>
      <w:r>
        <w:rPr>
          <w:rFonts w:asciiTheme="majorHAnsi" w:hAnsiTheme="majorHAnsi" w:cstheme="majorHAnsi" w:hint="cs"/>
          <w:b/>
          <w:sz w:val="36"/>
          <w:szCs w:val="36"/>
          <w:rtl/>
        </w:rPr>
        <w:t xml:space="preserve">  د. فايز جراد</w:t>
      </w:r>
    </w:p>
    <w:p w14:paraId="49A9B3C3" w14:textId="77777777" w:rsidR="00137322" w:rsidRPr="00137322" w:rsidRDefault="00137322" w:rsidP="00137322">
      <w:pPr>
        <w:bidi/>
        <w:spacing w:line="360" w:lineRule="auto"/>
        <w:jc w:val="center"/>
        <w:rPr>
          <w:rFonts w:asciiTheme="majorHAnsi" w:hAnsiTheme="majorHAnsi" w:cstheme="majorHAnsi"/>
          <w:b/>
          <w:sz w:val="36"/>
          <w:szCs w:val="36"/>
          <w:rtl/>
        </w:rPr>
      </w:pPr>
    </w:p>
    <w:p w14:paraId="360EE66F" w14:textId="77777777" w:rsidR="00703534" w:rsidRPr="00137322" w:rsidRDefault="00590096" w:rsidP="00B05D15">
      <w:pPr>
        <w:bidi/>
        <w:spacing w:line="360" w:lineRule="auto"/>
        <w:jc w:val="center"/>
        <w:rPr>
          <w:rFonts w:asciiTheme="majorHAnsi" w:hAnsiTheme="majorHAnsi" w:cstheme="majorHAnsi"/>
          <w:b/>
          <w:sz w:val="36"/>
          <w:szCs w:val="36"/>
        </w:rPr>
      </w:pPr>
      <w:proofErr w:type="spellStart"/>
      <w:r w:rsidRPr="00137322">
        <w:rPr>
          <w:rFonts w:asciiTheme="majorHAnsi" w:hAnsiTheme="majorHAnsi" w:cstheme="majorHAnsi"/>
          <w:b/>
          <w:sz w:val="36"/>
          <w:szCs w:val="36"/>
        </w:rPr>
        <w:t>العام</w:t>
      </w:r>
      <w:proofErr w:type="spellEnd"/>
      <w:r w:rsidRPr="00137322">
        <w:rPr>
          <w:rFonts w:asciiTheme="majorHAnsi" w:hAnsiTheme="majorHAnsi" w:cstheme="majorHAnsi"/>
          <w:b/>
          <w:sz w:val="36"/>
          <w:szCs w:val="36"/>
        </w:rPr>
        <w:t xml:space="preserve"> </w:t>
      </w:r>
      <w:proofErr w:type="spellStart"/>
      <w:r w:rsidRPr="00137322">
        <w:rPr>
          <w:rFonts w:ascii="Times New Roman" w:hAnsi="Times New Roman" w:cs="Times New Roman"/>
          <w:b/>
          <w:sz w:val="36"/>
          <w:szCs w:val="36"/>
        </w:rPr>
        <w:t>الجامعي</w:t>
      </w:r>
      <w:proofErr w:type="spellEnd"/>
      <w:r w:rsidRPr="00137322">
        <w:rPr>
          <w:rFonts w:asciiTheme="majorHAnsi" w:hAnsiTheme="majorHAnsi" w:cstheme="majorHAnsi"/>
          <w:b/>
          <w:sz w:val="36"/>
          <w:szCs w:val="36"/>
        </w:rPr>
        <w:t>: 2026</w:t>
      </w:r>
      <w:bookmarkEnd w:id="0"/>
    </w:p>
    <w:p w14:paraId="4F3666F1" w14:textId="3785214B" w:rsidR="00703534" w:rsidRPr="00B05D15" w:rsidRDefault="00590096" w:rsidP="00B05D15">
      <w:pPr>
        <w:bidi/>
        <w:spacing w:line="360" w:lineRule="auto"/>
        <w:jc w:val="center"/>
        <w:rPr>
          <w:rFonts w:asciiTheme="majorHAnsi" w:hAnsiTheme="majorHAnsi" w:cstheme="majorHAnsi"/>
          <w:b/>
        </w:rPr>
      </w:pPr>
      <w:r w:rsidRPr="00B05D15">
        <w:rPr>
          <w:rFonts w:asciiTheme="majorHAnsi" w:hAnsiTheme="majorHAnsi" w:cstheme="majorHAnsi"/>
          <w:b/>
        </w:rPr>
        <w:br w:type="page"/>
      </w:r>
      <w:r w:rsidR="00286598" w:rsidRPr="00B05D15">
        <w:rPr>
          <w:rFonts w:asciiTheme="majorHAnsi" w:hAnsiTheme="majorHAnsi" w:cstheme="majorHAnsi"/>
          <w:b/>
          <w:noProof/>
        </w:rPr>
        <w:lastRenderedPageBreak/>
        <w:drawing>
          <wp:inline distT="0" distB="0" distL="0" distR="0" wp14:anchorId="3E7B28C7" wp14:editId="379A5A40">
            <wp:extent cx="5972175" cy="6148070"/>
            <wp:effectExtent l="0" t="0" r="9525" b="5080"/>
            <wp:docPr id="3431733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175" cy="6148070"/>
                    </a:xfrm>
                    <a:prstGeom prst="rect">
                      <a:avLst/>
                    </a:prstGeom>
                    <a:noFill/>
                    <a:ln>
                      <a:noFill/>
                    </a:ln>
                  </pic:spPr>
                </pic:pic>
              </a:graphicData>
            </a:graphic>
          </wp:inline>
        </w:drawing>
      </w:r>
      <w:r w:rsidRPr="00B05D15">
        <w:rPr>
          <w:rFonts w:asciiTheme="majorHAnsi" w:hAnsiTheme="majorHAnsi" w:cstheme="majorHAnsi"/>
          <w:b/>
        </w:rPr>
        <w:br w:type="page"/>
      </w:r>
    </w:p>
    <w:p w14:paraId="5BBB7564" w14:textId="77777777" w:rsidR="00B07D03" w:rsidRPr="00B05D15" w:rsidRDefault="00B07D03" w:rsidP="00B05D15">
      <w:pPr>
        <w:bidi/>
        <w:spacing w:line="360" w:lineRule="auto"/>
        <w:rPr>
          <w:rFonts w:asciiTheme="majorHAnsi" w:hAnsiTheme="majorHAnsi" w:cstheme="majorHAnsi"/>
          <w:b/>
          <w:sz w:val="28"/>
          <w:szCs w:val="28"/>
          <w:rtl/>
        </w:rPr>
      </w:pPr>
    </w:p>
    <w:p w14:paraId="4FB7196F" w14:textId="77777777" w:rsidR="00B07D03" w:rsidRPr="00B05D15" w:rsidRDefault="00B07D03" w:rsidP="00B05D15">
      <w:pPr>
        <w:bidi/>
        <w:spacing w:line="360" w:lineRule="auto"/>
        <w:rPr>
          <w:rFonts w:asciiTheme="majorHAnsi" w:hAnsiTheme="majorHAnsi" w:cstheme="majorHAnsi"/>
          <w:b/>
          <w:sz w:val="28"/>
          <w:szCs w:val="28"/>
          <w:rtl/>
        </w:rPr>
      </w:pPr>
    </w:p>
    <w:p w14:paraId="35508625" w14:textId="41936C86" w:rsidR="00971EAB" w:rsidRPr="00B05D15" w:rsidRDefault="00971EAB" w:rsidP="00B05D15">
      <w:pPr>
        <w:bidi/>
        <w:spacing w:line="360" w:lineRule="auto"/>
        <w:rPr>
          <w:rFonts w:asciiTheme="majorHAnsi" w:hAnsiTheme="majorHAnsi" w:cstheme="majorHAnsi"/>
          <w:b/>
          <w:sz w:val="28"/>
          <w:szCs w:val="28"/>
        </w:rPr>
      </w:pPr>
      <w:r w:rsidRPr="00B05D15">
        <w:rPr>
          <w:rFonts w:ascii="Times New Roman" w:hAnsi="Times New Roman" w:cs="Times New Roman" w:hint="cs"/>
          <w:b/>
          <w:sz w:val="28"/>
          <w:szCs w:val="28"/>
          <w:rtl/>
        </w:rPr>
        <w:t>إهداء</w:t>
      </w:r>
    </w:p>
    <w:p w14:paraId="78BBECD3" w14:textId="5C796199" w:rsidR="00CC5BD1" w:rsidRPr="00B05D15" w:rsidRDefault="00971EAB" w:rsidP="00B05D15">
      <w:pPr>
        <w:bidi/>
        <w:spacing w:line="360" w:lineRule="auto"/>
        <w:rPr>
          <w:rFonts w:asciiTheme="majorHAnsi" w:hAnsiTheme="majorHAnsi" w:cstheme="majorHAnsi"/>
          <w:b/>
          <w:sz w:val="28"/>
          <w:szCs w:val="28"/>
          <w:rtl/>
        </w:rPr>
      </w:pPr>
      <w:r w:rsidRPr="00B05D15">
        <w:rPr>
          <w:rFonts w:ascii="Times New Roman" w:hAnsi="Times New Roman" w:cs="Times New Roman" w:hint="cs"/>
          <w:b/>
          <w:sz w:val="28"/>
          <w:szCs w:val="28"/>
          <w:rtl/>
        </w:rPr>
        <w:t>أهدي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العمل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إلى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والديَّ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العزيزين،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اللذين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كانا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مصدر</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دعمٍ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وإلهامٍ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طوال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مسيرتي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العلمية،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وإلى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والدتي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التي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كانت</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الحافز</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الدائم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بتشجيعها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ومحبتها،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وإلى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والدي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الذي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علّمني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معنى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المثابرة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والعمل</w:t>
      </w:r>
      <w:r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الجاد</w:t>
      </w:r>
      <w:r w:rsidR="00CC5BD1" w:rsidRPr="00B05D15">
        <w:rPr>
          <w:rFonts w:asciiTheme="majorHAnsi" w:hAnsiTheme="majorHAnsi" w:cstheme="majorHAnsi"/>
          <w:b/>
          <w:sz w:val="28"/>
          <w:szCs w:val="28"/>
          <w:rtl/>
        </w:rPr>
        <w:t>.</w:t>
      </w:r>
    </w:p>
    <w:p w14:paraId="55467C95" w14:textId="0924942F" w:rsidR="00CC5BD1" w:rsidRPr="00B05D15" w:rsidRDefault="00971EAB" w:rsidP="00B05D15">
      <w:pPr>
        <w:bidi/>
        <w:spacing w:line="360" w:lineRule="auto"/>
        <w:rPr>
          <w:rFonts w:asciiTheme="majorHAnsi" w:hAnsiTheme="majorHAnsi" w:cstheme="majorHAnsi"/>
          <w:b/>
          <w:sz w:val="28"/>
          <w:szCs w:val="28"/>
        </w:rPr>
      </w:pPr>
      <w:r w:rsidRPr="00B05D15">
        <w:rPr>
          <w:rFonts w:ascii="Times New Roman" w:hAnsi="Times New Roman" w:cs="Times New Roman" w:hint="cs"/>
          <w:b/>
          <w:sz w:val="28"/>
          <w:szCs w:val="28"/>
          <w:rtl/>
        </w:rPr>
        <w:t>إلى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زوجتي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الغالية،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التي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كانت</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الشريكة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والسند</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في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كل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خطوة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من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الرحلة،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أهدي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الإنجاز</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تقديرًا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لجهودها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وصبرها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ودعمها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اللامحدود</w:t>
      </w:r>
      <w:r w:rsidR="00CC5BD1" w:rsidRPr="00B05D15">
        <w:rPr>
          <w:rFonts w:asciiTheme="majorHAnsi" w:hAnsiTheme="majorHAnsi" w:cstheme="majorHAnsi"/>
          <w:b/>
          <w:sz w:val="28"/>
          <w:szCs w:val="28"/>
          <w:rtl/>
        </w:rPr>
        <w:t>.</w:t>
      </w:r>
    </w:p>
    <w:p w14:paraId="072C1768" w14:textId="51905097" w:rsidR="00CC5BD1" w:rsidRPr="00B05D15" w:rsidRDefault="00971EAB" w:rsidP="00B05D15">
      <w:pPr>
        <w:bidi/>
        <w:spacing w:line="360" w:lineRule="auto"/>
        <w:rPr>
          <w:rFonts w:asciiTheme="majorHAnsi" w:hAnsiTheme="majorHAnsi" w:cstheme="majorHAnsi"/>
          <w:b/>
          <w:sz w:val="28"/>
          <w:szCs w:val="28"/>
        </w:rPr>
      </w:pPr>
      <w:r w:rsidRPr="00B05D15">
        <w:rPr>
          <w:rFonts w:ascii="Times New Roman" w:hAnsi="Times New Roman" w:cs="Times New Roman" w:hint="cs"/>
          <w:b/>
          <w:sz w:val="28"/>
          <w:szCs w:val="28"/>
          <w:rtl/>
        </w:rPr>
        <w:t>إلى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أساتذتي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الأفاضل،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الذين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قدموا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العلم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والتوجيه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والإرشاد،</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وكانوا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خير</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مرشدين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ومعلمين،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أهدي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العمل</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تعبيرًا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عن</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اعتزازي</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وامتناني</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لهم</w:t>
      </w:r>
      <w:r w:rsidR="00CC5BD1" w:rsidRPr="00B05D15">
        <w:rPr>
          <w:rFonts w:asciiTheme="majorHAnsi" w:hAnsiTheme="majorHAnsi" w:cstheme="majorHAnsi"/>
          <w:b/>
          <w:sz w:val="28"/>
          <w:szCs w:val="28"/>
          <w:rtl/>
        </w:rPr>
        <w:t>.</w:t>
      </w:r>
    </w:p>
    <w:p w14:paraId="3D3F64CB" w14:textId="77777777" w:rsidR="00CC5BD1" w:rsidRPr="00B05D15" w:rsidRDefault="00971EAB" w:rsidP="00B05D15">
      <w:pPr>
        <w:bidi/>
        <w:spacing w:line="360" w:lineRule="auto"/>
        <w:rPr>
          <w:rFonts w:asciiTheme="majorHAnsi" w:hAnsiTheme="majorHAnsi" w:cstheme="majorHAnsi"/>
          <w:b/>
          <w:sz w:val="28"/>
          <w:szCs w:val="28"/>
          <w:rtl/>
        </w:rPr>
      </w:pPr>
      <w:r w:rsidRPr="00B05D15">
        <w:rPr>
          <w:rFonts w:ascii="Times New Roman" w:hAnsi="Times New Roman" w:cs="Times New Roman" w:hint="cs"/>
          <w:b/>
          <w:sz w:val="28"/>
          <w:szCs w:val="28"/>
          <w:rtl/>
        </w:rPr>
        <w:t>إلى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زملائي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وأصدقائي،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الذين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وقفوا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بجانبي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وكانوا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عونًا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وسندًا،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أهدي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العمل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تقديرًا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لكل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الدعم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والتشجيع</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الذي</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تلقيت</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منهم</w:t>
      </w:r>
      <w:r w:rsidR="00CC5BD1" w:rsidRPr="00B05D15">
        <w:rPr>
          <w:rFonts w:asciiTheme="majorHAnsi" w:hAnsiTheme="majorHAnsi" w:cstheme="majorHAnsi"/>
          <w:b/>
          <w:sz w:val="28"/>
          <w:szCs w:val="28"/>
          <w:rtl/>
        </w:rPr>
        <w:t>.</w:t>
      </w:r>
    </w:p>
    <w:p w14:paraId="63B3382F" w14:textId="08B32030" w:rsidR="00CC5BD1" w:rsidRPr="00B05D15" w:rsidRDefault="00971EAB" w:rsidP="00B05D15">
      <w:pPr>
        <w:bidi/>
        <w:spacing w:line="360" w:lineRule="auto"/>
        <w:rPr>
          <w:rFonts w:asciiTheme="majorHAnsi" w:hAnsiTheme="majorHAnsi" w:cstheme="majorHAnsi"/>
          <w:b/>
          <w:sz w:val="28"/>
          <w:szCs w:val="28"/>
          <w:rtl/>
        </w:rPr>
      </w:pPr>
      <w:r w:rsidRPr="00B05D15">
        <w:rPr>
          <w:rFonts w:ascii="Times New Roman" w:hAnsi="Times New Roman" w:cs="Times New Roman" w:hint="cs"/>
          <w:b/>
          <w:sz w:val="28"/>
          <w:szCs w:val="28"/>
          <w:rtl/>
        </w:rPr>
        <w:t>وأخيرًا،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أهدي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العمل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لكل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من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ساهم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في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نجاحي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ودعمني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في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الرحلة،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سائلًا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الله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يجعل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الإنجاز</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خطوة</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نحو</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المزيد</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من</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النجاح</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والتقدم</w:t>
      </w:r>
      <w:r w:rsidR="00CC5BD1" w:rsidRPr="00B05D15">
        <w:rPr>
          <w:rFonts w:asciiTheme="majorHAnsi" w:hAnsiTheme="majorHAnsi" w:cstheme="majorHAnsi"/>
          <w:b/>
          <w:sz w:val="28"/>
          <w:szCs w:val="28"/>
          <w:rtl/>
        </w:rPr>
        <w:t>.</w:t>
      </w:r>
    </w:p>
    <w:p w14:paraId="1B58858B" w14:textId="77777777" w:rsidR="00971EAB" w:rsidRPr="00B05D15" w:rsidRDefault="00971EAB" w:rsidP="00B05D15">
      <w:pPr>
        <w:bidi/>
        <w:spacing w:line="360" w:lineRule="auto"/>
        <w:rPr>
          <w:rFonts w:asciiTheme="majorHAnsi" w:hAnsiTheme="majorHAnsi" w:cstheme="majorHAnsi"/>
          <w:b/>
          <w:sz w:val="28"/>
          <w:szCs w:val="28"/>
          <w:rtl/>
        </w:rPr>
      </w:pPr>
    </w:p>
    <w:p w14:paraId="70DBD655" w14:textId="77777777" w:rsidR="00B07D03" w:rsidRPr="00B05D15" w:rsidRDefault="00B07D03" w:rsidP="00B05D15">
      <w:pPr>
        <w:bidi/>
        <w:spacing w:line="360" w:lineRule="auto"/>
        <w:rPr>
          <w:rFonts w:asciiTheme="majorHAnsi" w:hAnsiTheme="majorHAnsi" w:cstheme="majorHAnsi"/>
          <w:b/>
          <w:sz w:val="28"/>
          <w:szCs w:val="28"/>
          <w:rtl/>
        </w:rPr>
      </w:pPr>
    </w:p>
    <w:p w14:paraId="56F9FE6E" w14:textId="77777777" w:rsidR="00B07D03" w:rsidRPr="00B05D15" w:rsidRDefault="00B07D03" w:rsidP="00B05D15">
      <w:pPr>
        <w:bidi/>
        <w:spacing w:line="360" w:lineRule="auto"/>
        <w:rPr>
          <w:rFonts w:asciiTheme="majorHAnsi" w:hAnsiTheme="majorHAnsi" w:cstheme="majorHAnsi"/>
          <w:b/>
          <w:sz w:val="28"/>
          <w:szCs w:val="28"/>
          <w:rtl/>
        </w:rPr>
      </w:pPr>
    </w:p>
    <w:p w14:paraId="2D1D2F30" w14:textId="77777777" w:rsidR="00B07D03" w:rsidRPr="00B05D15" w:rsidRDefault="00B07D03" w:rsidP="00B05D15">
      <w:pPr>
        <w:bidi/>
        <w:spacing w:line="360" w:lineRule="auto"/>
        <w:rPr>
          <w:rFonts w:asciiTheme="majorHAnsi" w:hAnsiTheme="majorHAnsi" w:cstheme="majorHAnsi"/>
          <w:b/>
          <w:sz w:val="28"/>
          <w:szCs w:val="28"/>
          <w:rtl/>
        </w:rPr>
      </w:pPr>
    </w:p>
    <w:p w14:paraId="71FD8E37" w14:textId="77777777" w:rsidR="00B07D03" w:rsidRPr="00B05D15" w:rsidRDefault="00B07D03" w:rsidP="00B05D15">
      <w:pPr>
        <w:bidi/>
        <w:spacing w:line="360" w:lineRule="auto"/>
        <w:rPr>
          <w:rFonts w:asciiTheme="majorHAnsi" w:hAnsiTheme="majorHAnsi" w:cstheme="majorHAnsi"/>
          <w:b/>
          <w:sz w:val="28"/>
          <w:szCs w:val="28"/>
          <w:rtl/>
        </w:rPr>
      </w:pPr>
    </w:p>
    <w:p w14:paraId="3A68DD96" w14:textId="77777777" w:rsidR="00B07D03" w:rsidRPr="00B05D15" w:rsidRDefault="00B07D03" w:rsidP="00B05D15">
      <w:pPr>
        <w:bidi/>
        <w:spacing w:line="360" w:lineRule="auto"/>
        <w:rPr>
          <w:rFonts w:asciiTheme="majorHAnsi" w:hAnsiTheme="majorHAnsi" w:cstheme="majorHAnsi"/>
          <w:b/>
          <w:sz w:val="28"/>
          <w:szCs w:val="28"/>
          <w:rtl/>
        </w:rPr>
      </w:pPr>
    </w:p>
    <w:p w14:paraId="5F923B4D" w14:textId="77777777" w:rsidR="00B07D03" w:rsidRPr="00B05D15" w:rsidRDefault="00B07D03" w:rsidP="00B05D15">
      <w:pPr>
        <w:bidi/>
        <w:spacing w:line="360" w:lineRule="auto"/>
        <w:rPr>
          <w:rFonts w:asciiTheme="majorHAnsi" w:hAnsiTheme="majorHAnsi" w:cstheme="majorHAnsi"/>
          <w:b/>
          <w:sz w:val="28"/>
          <w:szCs w:val="28"/>
          <w:rtl/>
        </w:rPr>
      </w:pPr>
    </w:p>
    <w:p w14:paraId="16B1A062" w14:textId="77777777" w:rsidR="00B07D03" w:rsidRPr="00B05D15" w:rsidRDefault="00B07D03" w:rsidP="00B05D15">
      <w:pPr>
        <w:bidi/>
        <w:spacing w:line="360" w:lineRule="auto"/>
        <w:rPr>
          <w:rFonts w:asciiTheme="majorHAnsi" w:hAnsiTheme="majorHAnsi" w:cstheme="majorHAnsi"/>
          <w:b/>
          <w:sz w:val="28"/>
          <w:szCs w:val="28"/>
          <w:rtl/>
        </w:rPr>
      </w:pPr>
    </w:p>
    <w:p w14:paraId="5AFD7468" w14:textId="77777777" w:rsidR="00B07D03" w:rsidRPr="00B05D15" w:rsidRDefault="00B07D03" w:rsidP="00B05D15">
      <w:pPr>
        <w:bidi/>
        <w:spacing w:line="360" w:lineRule="auto"/>
        <w:rPr>
          <w:rFonts w:asciiTheme="majorHAnsi" w:hAnsiTheme="majorHAnsi" w:cstheme="majorHAnsi"/>
          <w:b/>
          <w:sz w:val="28"/>
          <w:szCs w:val="28"/>
          <w:rtl/>
        </w:rPr>
      </w:pPr>
    </w:p>
    <w:p w14:paraId="4D00B99C" w14:textId="77777777" w:rsidR="00B07D03" w:rsidRPr="00B05D15" w:rsidRDefault="00B07D03" w:rsidP="00B05D15">
      <w:pPr>
        <w:bidi/>
        <w:spacing w:line="360" w:lineRule="auto"/>
        <w:rPr>
          <w:rFonts w:asciiTheme="majorHAnsi" w:hAnsiTheme="majorHAnsi" w:cstheme="majorHAnsi"/>
          <w:b/>
          <w:sz w:val="28"/>
          <w:szCs w:val="28"/>
          <w:rtl/>
        </w:rPr>
      </w:pPr>
    </w:p>
    <w:p w14:paraId="660FFA89" w14:textId="77777777" w:rsidR="000C371C" w:rsidRPr="00B05D15" w:rsidRDefault="000C371C" w:rsidP="00B05D15">
      <w:pPr>
        <w:bidi/>
        <w:spacing w:line="360" w:lineRule="auto"/>
        <w:rPr>
          <w:rFonts w:asciiTheme="majorHAnsi" w:hAnsiTheme="majorHAnsi" w:cstheme="majorHAnsi"/>
          <w:b/>
          <w:sz w:val="28"/>
          <w:szCs w:val="28"/>
          <w:rtl/>
        </w:rPr>
      </w:pPr>
    </w:p>
    <w:p w14:paraId="63C6DFCB" w14:textId="77777777" w:rsidR="000C371C" w:rsidRPr="00B05D15" w:rsidRDefault="000C371C" w:rsidP="00B05D15">
      <w:pPr>
        <w:bidi/>
        <w:spacing w:line="360" w:lineRule="auto"/>
        <w:rPr>
          <w:rFonts w:asciiTheme="majorHAnsi" w:hAnsiTheme="majorHAnsi" w:cstheme="majorHAnsi"/>
          <w:b/>
          <w:sz w:val="28"/>
          <w:szCs w:val="28"/>
          <w:rtl/>
        </w:rPr>
      </w:pPr>
    </w:p>
    <w:p w14:paraId="7ED391D9" w14:textId="0E0B54F4" w:rsidR="00971EAB" w:rsidRPr="00B05D15" w:rsidRDefault="00971EAB" w:rsidP="00B05D15">
      <w:pPr>
        <w:bidi/>
        <w:spacing w:line="360" w:lineRule="auto"/>
        <w:rPr>
          <w:rFonts w:asciiTheme="majorHAnsi" w:hAnsiTheme="majorHAnsi" w:cstheme="majorHAnsi"/>
          <w:b/>
          <w:sz w:val="28"/>
          <w:szCs w:val="28"/>
          <w:rtl/>
        </w:rPr>
      </w:pPr>
      <w:r w:rsidRPr="00B05D15">
        <w:rPr>
          <w:rFonts w:ascii="Times New Roman" w:hAnsi="Times New Roman" w:cs="Times New Roman" w:hint="cs"/>
          <w:b/>
          <w:sz w:val="28"/>
          <w:szCs w:val="28"/>
          <w:rtl/>
        </w:rPr>
        <w:t>شكر</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وتقدير</w:t>
      </w:r>
    </w:p>
    <w:p w14:paraId="7C0F3898" w14:textId="6EFB1920" w:rsidR="00CC5BD1" w:rsidRPr="00B05D15" w:rsidRDefault="00971EAB" w:rsidP="00B05D15">
      <w:pPr>
        <w:bidi/>
        <w:spacing w:line="360" w:lineRule="auto"/>
        <w:rPr>
          <w:rFonts w:asciiTheme="majorHAnsi" w:hAnsiTheme="majorHAnsi" w:cstheme="majorHAnsi"/>
          <w:b/>
          <w:sz w:val="28"/>
          <w:szCs w:val="28"/>
        </w:rPr>
      </w:pPr>
      <w:r w:rsidRPr="00B05D15">
        <w:rPr>
          <w:rFonts w:ascii="Times New Roman" w:hAnsi="Times New Roman" w:cs="Times New Roman" w:hint="cs"/>
          <w:b/>
          <w:sz w:val="28"/>
          <w:szCs w:val="28"/>
          <w:rtl/>
        </w:rPr>
        <w:t>الحمد</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لله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الذي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بنعمته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تتم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الصالحات،</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والحمد</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لله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على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توفيقه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وإعانته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في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إتمام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العمل،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والصلاة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والسلام</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على</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خير</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خلقه</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سيدنا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محمد</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وعلى</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آلة</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وصحبه</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أجمعين</w:t>
      </w:r>
      <w:r w:rsidR="00CC5BD1" w:rsidRPr="00B05D15">
        <w:rPr>
          <w:rFonts w:asciiTheme="majorHAnsi" w:hAnsiTheme="majorHAnsi" w:cstheme="majorHAnsi"/>
          <w:b/>
          <w:sz w:val="28"/>
          <w:szCs w:val="28"/>
          <w:rtl/>
        </w:rPr>
        <w:t>.</w:t>
      </w:r>
    </w:p>
    <w:p w14:paraId="6BBCDBB7" w14:textId="4745ECC6" w:rsidR="00CC5BD1" w:rsidRPr="00B05D15" w:rsidRDefault="00971EAB" w:rsidP="00B05D15">
      <w:pPr>
        <w:bidi/>
        <w:spacing w:line="360" w:lineRule="auto"/>
        <w:rPr>
          <w:rFonts w:asciiTheme="majorHAnsi" w:hAnsiTheme="majorHAnsi" w:cstheme="majorHAnsi"/>
          <w:b/>
          <w:sz w:val="28"/>
          <w:szCs w:val="28"/>
        </w:rPr>
      </w:pPr>
      <w:r w:rsidRPr="00B05D15">
        <w:rPr>
          <w:rFonts w:ascii="Times New Roman" w:hAnsi="Times New Roman" w:cs="Times New Roman" w:hint="cs"/>
          <w:b/>
          <w:sz w:val="28"/>
          <w:szCs w:val="28"/>
          <w:rtl/>
        </w:rPr>
        <w:t>أتقدم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بخالص</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الشكر</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والتقدير</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إلى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والديَّ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العزيزين،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اللذين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كانا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بعد</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الله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تعالى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مصدر</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الدعم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والسند</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طوال</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مسيرتي</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العلمية،</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فقد</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كان</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لدعائهما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وتشجيعهما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الأثر</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الكبير</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في</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تجاوز</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التحديات</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وتحقيق</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هذا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الإنجاز</w:t>
      </w:r>
      <w:r w:rsidR="00CC5BD1" w:rsidRPr="00B05D15">
        <w:rPr>
          <w:rFonts w:asciiTheme="majorHAnsi" w:hAnsiTheme="majorHAnsi" w:cstheme="majorHAnsi"/>
          <w:b/>
          <w:sz w:val="28"/>
          <w:szCs w:val="28"/>
          <w:rtl/>
        </w:rPr>
        <w:t>.</w:t>
      </w:r>
    </w:p>
    <w:p w14:paraId="40FCC64B" w14:textId="3C5013C6" w:rsidR="00CC5BD1" w:rsidRPr="00B05D15" w:rsidRDefault="00971EAB" w:rsidP="00B05D15">
      <w:pPr>
        <w:bidi/>
        <w:spacing w:line="360" w:lineRule="auto"/>
        <w:rPr>
          <w:rFonts w:asciiTheme="majorHAnsi" w:hAnsiTheme="majorHAnsi" w:cstheme="majorHAnsi"/>
          <w:b/>
          <w:sz w:val="28"/>
          <w:szCs w:val="28"/>
        </w:rPr>
      </w:pPr>
      <w:r w:rsidRPr="00B05D15">
        <w:rPr>
          <w:rFonts w:ascii="Times New Roman" w:hAnsi="Times New Roman" w:cs="Times New Roman" w:hint="cs"/>
          <w:b/>
          <w:sz w:val="28"/>
          <w:szCs w:val="28"/>
          <w:rtl/>
        </w:rPr>
        <w:t>كما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أتوجه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بخالص</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الامتنان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إلى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زوجتي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العزيزة،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التي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كانت</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شريكة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النجاح</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والسند</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الحقيقي،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بصبرها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ودعمها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المتواصل،</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وكان</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لوقوفها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الدائم</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أثر</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بالغ</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في</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إتمام</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هذا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العمل</w:t>
      </w:r>
      <w:r w:rsidR="00CC5BD1" w:rsidRPr="00B05D15">
        <w:rPr>
          <w:rFonts w:asciiTheme="majorHAnsi" w:hAnsiTheme="majorHAnsi" w:cstheme="majorHAnsi"/>
          <w:b/>
          <w:sz w:val="28"/>
          <w:szCs w:val="28"/>
          <w:rtl/>
        </w:rPr>
        <w:t>.</w:t>
      </w:r>
    </w:p>
    <w:p w14:paraId="2683E757" w14:textId="2D4EBCB0" w:rsidR="00CC5BD1" w:rsidRPr="00B05D15" w:rsidRDefault="00971EAB" w:rsidP="00B05D15">
      <w:pPr>
        <w:bidi/>
        <w:spacing w:line="360" w:lineRule="auto"/>
        <w:rPr>
          <w:rFonts w:asciiTheme="majorHAnsi" w:hAnsiTheme="majorHAnsi" w:cstheme="majorHAnsi"/>
          <w:b/>
          <w:sz w:val="28"/>
          <w:szCs w:val="28"/>
        </w:rPr>
      </w:pPr>
      <w:r w:rsidRPr="00B05D15">
        <w:rPr>
          <w:rFonts w:ascii="Times New Roman" w:hAnsi="Times New Roman" w:cs="Times New Roman" w:hint="cs"/>
          <w:b/>
          <w:sz w:val="28"/>
          <w:szCs w:val="28"/>
          <w:rtl/>
        </w:rPr>
        <w:t>ولا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يفوتني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أتقدم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بالشكر</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الجزيل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إلى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أساتذتي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الكرام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ومشرفي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البحث،</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لما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قدموه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من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توجيه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علمي</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ودعم</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قيّم،</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كان</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له</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الدور</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الكبير</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في</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إخراج</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هذا</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العمل</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بالصورة</w:t>
      </w:r>
      <w:r w:rsidR="00CC5BD1" w:rsidRPr="00B05D15">
        <w:rPr>
          <w:rFonts w:asciiTheme="majorHAnsi" w:hAnsiTheme="majorHAnsi" w:cstheme="majorHAnsi"/>
          <w:b/>
          <w:sz w:val="28"/>
          <w:szCs w:val="28"/>
          <w:rtl/>
        </w:rPr>
        <w:t xml:space="preserve"> </w:t>
      </w:r>
      <w:r w:rsidR="00CC5BD1" w:rsidRPr="00B05D15">
        <w:rPr>
          <w:rFonts w:ascii="Times New Roman" w:hAnsi="Times New Roman" w:cs="Times New Roman" w:hint="cs"/>
          <w:b/>
          <w:sz w:val="28"/>
          <w:szCs w:val="28"/>
          <w:rtl/>
        </w:rPr>
        <w:t>المرجوة</w:t>
      </w:r>
      <w:r w:rsidR="00CC5BD1" w:rsidRPr="00B05D15">
        <w:rPr>
          <w:rFonts w:asciiTheme="majorHAnsi" w:hAnsiTheme="majorHAnsi" w:cstheme="majorHAnsi"/>
          <w:b/>
          <w:sz w:val="28"/>
          <w:szCs w:val="28"/>
          <w:rtl/>
        </w:rPr>
        <w:t>.</w:t>
      </w:r>
    </w:p>
    <w:p w14:paraId="0AD9B827" w14:textId="2B7A2660" w:rsidR="00B07D03" w:rsidRPr="00B05D15" w:rsidRDefault="00971EAB" w:rsidP="00B05D15">
      <w:pPr>
        <w:bidi/>
        <w:spacing w:line="360" w:lineRule="auto"/>
        <w:rPr>
          <w:rFonts w:asciiTheme="majorHAnsi" w:hAnsiTheme="majorHAnsi" w:cstheme="majorHAnsi"/>
          <w:b/>
          <w:sz w:val="28"/>
          <w:szCs w:val="28"/>
          <w:rtl/>
        </w:rPr>
      </w:pPr>
      <w:r w:rsidRPr="00B05D15">
        <w:rPr>
          <w:rFonts w:ascii="Times New Roman" w:hAnsi="Times New Roman" w:cs="Times New Roman" w:hint="cs"/>
          <w:b/>
          <w:sz w:val="28"/>
          <w:szCs w:val="28"/>
          <w:rtl/>
        </w:rPr>
        <w:t>وأسأل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الله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تعالى</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أن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يجعل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هذا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العمل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خالصًا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لوجهه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الكريم،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نافعًا</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للعلم</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وطلابه،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وأن</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يكتب</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له</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القبول</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والتوفيق</w:t>
      </w:r>
      <w:r w:rsidR="00CC5BD1" w:rsidRPr="00B05D15">
        <w:rPr>
          <w:rFonts w:asciiTheme="majorHAnsi" w:hAnsiTheme="majorHAnsi" w:cstheme="majorHAnsi"/>
          <w:b/>
          <w:sz w:val="28"/>
          <w:szCs w:val="28"/>
          <w:rtl/>
        </w:rPr>
        <w:t>.</w:t>
      </w:r>
    </w:p>
    <w:p w14:paraId="3BE01C05" w14:textId="77777777" w:rsidR="00B07D03" w:rsidRPr="00B05D15" w:rsidRDefault="00B07D03" w:rsidP="00B05D15">
      <w:pPr>
        <w:bidi/>
        <w:spacing w:line="360" w:lineRule="auto"/>
        <w:rPr>
          <w:rFonts w:asciiTheme="majorHAnsi" w:hAnsiTheme="majorHAnsi" w:cstheme="majorHAnsi"/>
          <w:b/>
          <w:sz w:val="40"/>
          <w:rtl/>
        </w:rPr>
      </w:pPr>
    </w:p>
    <w:p w14:paraId="4C9D102A" w14:textId="77777777" w:rsidR="00B07D03" w:rsidRPr="00B05D15" w:rsidRDefault="00B07D03" w:rsidP="00B05D15">
      <w:pPr>
        <w:bidi/>
        <w:spacing w:line="360" w:lineRule="auto"/>
        <w:rPr>
          <w:rFonts w:asciiTheme="majorHAnsi" w:hAnsiTheme="majorHAnsi" w:cstheme="majorHAnsi"/>
          <w:b/>
          <w:sz w:val="40"/>
          <w:rtl/>
        </w:rPr>
      </w:pPr>
    </w:p>
    <w:p w14:paraId="545CB4FC" w14:textId="77777777" w:rsidR="00B07D03" w:rsidRPr="00B05D15" w:rsidRDefault="00B07D03" w:rsidP="00B05D15">
      <w:pPr>
        <w:bidi/>
        <w:spacing w:line="360" w:lineRule="auto"/>
        <w:rPr>
          <w:rFonts w:asciiTheme="majorHAnsi" w:hAnsiTheme="majorHAnsi" w:cstheme="majorHAnsi"/>
          <w:b/>
          <w:sz w:val="40"/>
          <w:rtl/>
        </w:rPr>
      </w:pPr>
    </w:p>
    <w:p w14:paraId="7D59B804" w14:textId="77777777" w:rsidR="00B07D03" w:rsidRPr="00B05D15" w:rsidRDefault="00B07D03" w:rsidP="00B05D15">
      <w:pPr>
        <w:bidi/>
        <w:spacing w:line="360" w:lineRule="auto"/>
        <w:rPr>
          <w:rFonts w:asciiTheme="majorHAnsi" w:hAnsiTheme="majorHAnsi" w:cstheme="majorHAnsi"/>
          <w:b/>
          <w:sz w:val="40"/>
          <w:rtl/>
        </w:rPr>
      </w:pPr>
    </w:p>
    <w:p w14:paraId="63ABB0A3" w14:textId="77777777" w:rsidR="00B07D03" w:rsidRPr="00B05D15" w:rsidRDefault="00B07D03" w:rsidP="00B05D15">
      <w:pPr>
        <w:bidi/>
        <w:spacing w:line="360" w:lineRule="auto"/>
        <w:rPr>
          <w:rFonts w:asciiTheme="majorHAnsi" w:hAnsiTheme="majorHAnsi" w:cstheme="majorHAnsi"/>
          <w:b/>
          <w:sz w:val="40"/>
          <w:rtl/>
        </w:rPr>
      </w:pPr>
    </w:p>
    <w:p w14:paraId="54C3D008" w14:textId="77777777" w:rsidR="00B07D03" w:rsidRPr="00B05D15" w:rsidRDefault="00B07D03" w:rsidP="00B05D15">
      <w:pPr>
        <w:bidi/>
        <w:spacing w:line="360" w:lineRule="auto"/>
        <w:rPr>
          <w:rFonts w:asciiTheme="majorHAnsi" w:hAnsiTheme="majorHAnsi" w:cstheme="majorHAnsi"/>
          <w:b/>
          <w:sz w:val="40"/>
          <w:rtl/>
        </w:rPr>
      </w:pPr>
    </w:p>
    <w:p w14:paraId="5303E0F0" w14:textId="77777777" w:rsidR="00B07D03" w:rsidRPr="00B05D15" w:rsidRDefault="00B07D03" w:rsidP="00B05D15">
      <w:pPr>
        <w:bidi/>
        <w:spacing w:line="360" w:lineRule="auto"/>
        <w:rPr>
          <w:rFonts w:asciiTheme="majorHAnsi" w:hAnsiTheme="majorHAnsi" w:cstheme="majorHAnsi"/>
          <w:b/>
          <w:sz w:val="40"/>
          <w:rtl/>
        </w:rPr>
      </w:pPr>
    </w:p>
    <w:p w14:paraId="66711D3F" w14:textId="77777777" w:rsidR="00B07D03" w:rsidRPr="00B05D15" w:rsidRDefault="00B07D03" w:rsidP="00B05D15">
      <w:pPr>
        <w:bidi/>
        <w:spacing w:line="360" w:lineRule="auto"/>
        <w:rPr>
          <w:rFonts w:asciiTheme="majorHAnsi" w:hAnsiTheme="majorHAnsi" w:cstheme="majorHAnsi"/>
          <w:b/>
          <w:sz w:val="40"/>
          <w:rtl/>
        </w:rPr>
      </w:pPr>
    </w:p>
    <w:p w14:paraId="57AF7EA2" w14:textId="77777777" w:rsidR="00B07D03" w:rsidRPr="00B05D15" w:rsidRDefault="00B07D03" w:rsidP="00B05D15">
      <w:pPr>
        <w:bidi/>
        <w:spacing w:line="360" w:lineRule="auto"/>
        <w:rPr>
          <w:rFonts w:asciiTheme="majorHAnsi" w:hAnsiTheme="majorHAnsi" w:cstheme="majorHAnsi"/>
          <w:b/>
          <w:sz w:val="40"/>
          <w:rtl/>
        </w:rPr>
      </w:pPr>
    </w:p>
    <w:p w14:paraId="6955B661" w14:textId="77777777" w:rsidR="00B07D03" w:rsidRPr="00B05D15" w:rsidRDefault="00B07D03" w:rsidP="00B05D15">
      <w:pPr>
        <w:bidi/>
        <w:spacing w:line="360" w:lineRule="auto"/>
        <w:rPr>
          <w:rFonts w:asciiTheme="majorHAnsi" w:hAnsiTheme="majorHAnsi" w:cstheme="majorHAnsi"/>
          <w:b/>
          <w:sz w:val="40"/>
        </w:rPr>
      </w:pPr>
    </w:p>
    <w:p w14:paraId="101116E7" w14:textId="77777777" w:rsidR="00CC5BD1" w:rsidRPr="00B05D15" w:rsidRDefault="00CC5BD1" w:rsidP="00B05D15">
      <w:pPr>
        <w:bidi/>
        <w:spacing w:line="360" w:lineRule="auto"/>
        <w:rPr>
          <w:rFonts w:asciiTheme="majorHAnsi" w:hAnsiTheme="majorHAnsi" w:cstheme="majorHAnsi"/>
          <w:bCs/>
          <w:sz w:val="28"/>
          <w:szCs w:val="28"/>
          <w:rtl/>
        </w:rPr>
      </w:pPr>
    </w:p>
    <w:p w14:paraId="2944E179" w14:textId="77777777" w:rsidR="00CC5BD1" w:rsidRPr="00B05D15" w:rsidRDefault="00CC5BD1" w:rsidP="00B05D15">
      <w:pPr>
        <w:bidi/>
        <w:spacing w:line="360" w:lineRule="auto"/>
        <w:rPr>
          <w:rFonts w:asciiTheme="majorHAnsi" w:hAnsiTheme="majorHAnsi" w:cstheme="majorHAnsi"/>
          <w:bCs/>
          <w:sz w:val="28"/>
          <w:szCs w:val="28"/>
          <w:rtl/>
        </w:rPr>
      </w:pPr>
    </w:p>
    <w:p w14:paraId="65400981" w14:textId="77777777" w:rsidR="00074D4B" w:rsidRPr="00074D4B" w:rsidRDefault="00074D4B" w:rsidP="00B05D15">
      <w:pPr>
        <w:bidi/>
        <w:spacing w:line="360" w:lineRule="auto"/>
        <w:rPr>
          <w:rFonts w:asciiTheme="majorHAnsi" w:hAnsiTheme="majorHAnsi" w:cstheme="majorHAnsi"/>
          <w:b/>
          <w:bCs/>
          <w:sz w:val="28"/>
          <w:szCs w:val="28"/>
        </w:rPr>
      </w:pPr>
      <w:r w:rsidRPr="00074D4B">
        <w:rPr>
          <w:rFonts w:ascii="Times New Roman" w:hAnsi="Times New Roman" w:cs="Times New Roman" w:hint="cs"/>
          <w:b/>
          <w:bCs/>
          <w:sz w:val="28"/>
          <w:szCs w:val="28"/>
          <w:rtl/>
        </w:rPr>
        <w:t>المستخلص</w:t>
      </w:r>
    </w:p>
    <w:p w14:paraId="20E2AE8F" w14:textId="77777777" w:rsidR="00074D4B" w:rsidRPr="00B05D15" w:rsidRDefault="00074D4B" w:rsidP="00B05D15">
      <w:pPr>
        <w:bidi/>
        <w:spacing w:line="360" w:lineRule="auto"/>
        <w:rPr>
          <w:rFonts w:asciiTheme="majorHAnsi" w:hAnsiTheme="majorHAnsi" w:cstheme="majorHAnsi"/>
          <w:b/>
          <w:sz w:val="28"/>
          <w:szCs w:val="28"/>
          <w:rtl/>
        </w:rPr>
      </w:pPr>
      <w:r w:rsidRPr="00074D4B">
        <w:rPr>
          <w:rFonts w:ascii="Times New Roman" w:hAnsi="Times New Roman" w:cs="Times New Roman" w:hint="cs"/>
          <w:b/>
          <w:sz w:val="28"/>
          <w:szCs w:val="28"/>
          <w:rtl/>
        </w:rPr>
        <w:t>هدفت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هذه</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الدراسة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إلى</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تحليل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أثر</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التسويق</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العقاري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الرقمي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على</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تجربة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العميل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في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السوق</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العقاري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السعودي،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في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ظل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التحول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الرقمي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المتسارع</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الذي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يشهده</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القطاع</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العقاري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اعتمدت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الدراسة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المنهج</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الوصفي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التحليلي،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وتم</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جمع</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البيانات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من</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خلال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استبانة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وُزعت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على</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عينة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من</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المسوقين</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العقاريين</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والعملاء</w:t>
      </w:r>
      <w:r w:rsidRPr="00074D4B">
        <w:rPr>
          <w:rFonts w:asciiTheme="majorHAnsi" w:hAnsiTheme="majorHAnsi" w:cstheme="majorHAnsi"/>
          <w:b/>
          <w:sz w:val="28"/>
          <w:szCs w:val="28"/>
          <w:rtl/>
        </w:rPr>
        <w:t>.</w:t>
      </w:r>
    </w:p>
    <w:p w14:paraId="449F3593" w14:textId="1B016DEC" w:rsidR="00074D4B" w:rsidRPr="00B05D15" w:rsidRDefault="00074D4B" w:rsidP="00B05D15">
      <w:pPr>
        <w:bidi/>
        <w:spacing w:line="360" w:lineRule="auto"/>
        <w:rPr>
          <w:rFonts w:asciiTheme="majorHAnsi" w:hAnsiTheme="majorHAnsi" w:cstheme="majorHAnsi"/>
          <w:b/>
          <w:sz w:val="28"/>
          <w:szCs w:val="28"/>
          <w:rtl/>
        </w:rPr>
      </w:pPr>
      <w:r w:rsidRPr="00074D4B">
        <w:rPr>
          <w:rFonts w:ascii="Times New Roman" w:hAnsi="Times New Roman" w:cs="Times New Roman" w:hint="cs"/>
          <w:b/>
          <w:sz w:val="28"/>
          <w:szCs w:val="28"/>
          <w:rtl/>
        </w:rPr>
        <w:t>ركزت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الدراسة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على</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أبعاد</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التسويق</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العقاري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الرقمي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المتمثلة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في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المنصات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الإلكترونية،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ووسائل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التواصل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الاجتماعي،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وتحليل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البيانات،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وأدوات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العرض</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الرقمي،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وقياس</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تأثيرها</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على</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مؤشرات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تجربة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العميل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مثل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الرضا،</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وسهولة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الوصول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إلى</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المعلومات،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وسرعة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اتخاذ</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القرار</w:t>
      </w:r>
      <w:r w:rsidRPr="00074D4B">
        <w:rPr>
          <w:rFonts w:asciiTheme="majorHAnsi" w:hAnsiTheme="majorHAnsi" w:cstheme="majorHAnsi"/>
          <w:b/>
          <w:sz w:val="28"/>
          <w:szCs w:val="28"/>
          <w:rtl/>
        </w:rPr>
        <w:t>.</w:t>
      </w:r>
    </w:p>
    <w:p w14:paraId="5983A6AA" w14:textId="79D6E86A" w:rsidR="00074D4B" w:rsidRPr="00B05D15" w:rsidRDefault="00074D4B" w:rsidP="00B05D15">
      <w:pPr>
        <w:bidi/>
        <w:spacing w:line="360" w:lineRule="auto"/>
        <w:rPr>
          <w:rFonts w:asciiTheme="majorHAnsi" w:hAnsiTheme="majorHAnsi" w:cstheme="majorHAnsi"/>
          <w:b/>
          <w:sz w:val="28"/>
          <w:szCs w:val="28"/>
          <w:rtl/>
        </w:rPr>
      </w:pPr>
      <w:r w:rsidRPr="00074D4B">
        <w:rPr>
          <w:rFonts w:ascii="Times New Roman" w:hAnsi="Times New Roman" w:cs="Times New Roman" w:hint="cs"/>
          <w:b/>
          <w:sz w:val="28"/>
          <w:szCs w:val="28"/>
          <w:rtl/>
        </w:rPr>
        <w:t>أظهرت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النتائج</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وجود</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علاقة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إيجابية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ذات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دلالة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إحصائية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بين</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استخدام</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أدوات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التسويق</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الرقمي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وتحسين</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تجربة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العميل،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مما</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يعكس</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أهمية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تبني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التقنيات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الحديثة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في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القطاع</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العقاري</w:t>
      </w:r>
      <w:r w:rsidRPr="00074D4B">
        <w:rPr>
          <w:rFonts w:asciiTheme="majorHAnsi" w:hAnsiTheme="majorHAnsi" w:cstheme="majorHAnsi"/>
          <w:b/>
          <w:sz w:val="28"/>
          <w:szCs w:val="28"/>
          <w:rtl/>
        </w:rPr>
        <w:t>.</w:t>
      </w:r>
    </w:p>
    <w:p w14:paraId="64B98502" w14:textId="31B4D963" w:rsidR="00074D4B" w:rsidRPr="00074D4B" w:rsidRDefault="00074D4B" w:rsidP="00B05D15">
      <w:pPr>
        <w:bidi/>
        <w:spacing w:line="360" w:lineRule="auto"/>
        <w:rPr>
          <w:rFonts w:asciiTheme="majorHAnsi" w:hAnsiTheme="majorHAnsi" w:cstheme="majorHAnsi"/>
          <w:b/>
          <w:sz w:val="28"/>
          <w:szCs w:val="28"/>
        </w:rPr>
      </w:pPr>
      <w:r w:rsidRPr="00074D4B">
        <w:rPr>
          <w:rFonts w:ascii="Times New Roman" w:hAnsi="Times New Roman" w:cs="Times New Roman" w:hint="cs"/>
          <w:b/>
          <w:sz w:val="28"/>
          <w:szCs w:val="28"/>
          <w:rtl/>
        </w:rPr>
        <w:t>وأوصت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الدراسة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بتعزيز</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المهارات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الرقمية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لدى</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العاملين</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في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المجال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العقاري،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والاستثمار</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في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الأدوات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التقنية</w:t>
      </w:r>
      <w:r w:rsidRPr="00B05D15">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الحديثة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لتحسين</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جودة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الخدمات</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وتحقيق</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ميزة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تنافسية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مستدامة</w:t>
      </w:r>
      <w:r w:rsidRPr="00B05D15">
        <w:rPr>
          <w:rFonts w:asciiTheme="majorHAnsi" w:hAnsiTheme="majorHAnsi" w:cstheme="majorHAnsi"/>
          <w:b/>
          <w:sz w:val="28"/>
          <w:szCs w:val="28"/>
          <w:rtl/>
        </w:rPr>
        <w:t>.</w:t>
      </w:r>
    </w:p>
    <w:p w14:paraId="0BB1A4E8" w14:textId="0C9F9594" w:rsidR="00703534" w:rsidRPr="00B05D15" w:rsidRDefault="00074D4B" w:rsidP="00B05D15">
      <w:pPr>
        <w:bidi/>
        <w:spacing w:line="360" w:lineRule="auto"/>
        <w:rPr>
          <w:rFonts w:asciiTheme="majorHAnsi" w:hAnsiTheme="majorHAnsi" w:cstheme="majorHAnsi"/>
          <w:b/>
          <w:sz w:val="28"/>
          <w:szCs w:val="28"/>
        </w:rPr>
      </w:pPr>
      <w:r w:rsidRPr="00074D4B">
        <w:rPr>
          <w:rFonts w:ascii="Times New Roman" w:hAnsi="Times New Roman" w:cs="Times New Roman" w:hint="cs"/>
          <w:b/>
          <w:bCs/>
          <w:sz w:val="28"/>
          <w:szCs w:val="28"/>
          <w:rtl/>
        </w:rPr>
        <w:t>الكلمات</w:t>
      </w:r>
      <w:r w:rsidRPr="00074D4B">
        <w:rPr>
          <w:rFonts w:asciiTheme="majorHAnsi" w:hAnsiTheme="majorHAnsi" w:cstheme="majorHAnsi"/>
          <w:b/>
          <w:bCs/>
          <w:sz w:val="28"/>
          <w:szCs w:val="28"/>
          <w:rtl/>
        </w:rPr>
        <w:t xml:space="preserve"> </w:t>
      </w:r>
      <w:r w:rsidRPr="00074D4B">
        <w:rPr>
          <w:rFonts w:ascii="Times New Roman" w:hAnsi="Times New Roman" w:cs="Times New Roman" w:hint="cs"/>
          <w:b/>
          <w:bCs/>
          <w:sz w:val="28"/>
          <w:szCs w:val="28"/>
          <w:rtl/>
        </w:rPr>
        <w:t>المفتاحية</w:t>
      </w:r>
      <w:r w:rsidRPr="00074D4B">
        <w:rPr>
          <w:rFonts w:asciiTheme="majorHAnsi" w:hAnsiTheme="majorHAnsi" w:cstheme="majorHAnsi"/>
          <w:b/>
          <w:bCs/>
          <w:sz w:val="28"/>
          <w:szCs w:val="28"/>
        </w:rPr>
        <w:t>:</w:t>
      </w:r>
      <w:r w:rsidRPr="00074D4B">
        <w:rPr>
          <w:rFonts w:asciiTheme="majorHAnsi" w:hAnsiTheme="majorHAnsi" w:cstheme="majorHAnsi"/>
          <w:b/>
          <w:sz w:val="28"/>
          <w:szCs w:val="28"/>
        </w:rPr>
        <w:t xml:space="preserve"> </w:t>
      </w:r>
      <w:r w:rsidRPr="00074D4B">
        <w:rPr>
          <w:rFonts w:ascii="Times New Roman" w:hAnsi="Times New Roman" w:cs="Times New Roman" w:hint="cs"/>
          <w:b/>
          <w:sz w:val="28"/>
          <w:szCs w:val="28"/>
          <w:rtl/>
        </w:rPr>
        <w:t>التسويق</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العقاري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الرقمي،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تجربة</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العميل،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التحول</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الرقمي،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السوق</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العقاري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السعودي،</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التكنولوجيا</w:t>
      </w:r>
      <w:r w:rsidRPr="00074D4B">
        <w:rPr>
          <w:rFonts w:asciiTheme="majorHAnsi" w:hAnsiTheme="majorHAnsi" w:cstheme="majorHAnsi"/>
          <w:b/>
          <w:sz w:val="28"/>
          <w:szCs w:val="28"/>
          <w:rtl/>
        </w:rPr>
        <w:t xml:space="preserve"> </w:t>
      </w:r>
      <w:r w:rsidRPr="00074D4B">
        <w:rPr>
          <w:rFonts w:ascii="Times New Roman" w:hAnsi="Times New Roman" w:cs="Times New Roman" w:hint="cs"/>
          <w:b/>
          <w:sz w:val="28"/>
          <w:szCs w:val="28"/>
          <w:rtl/>
        </w:rPr>
        <w:t>الرقمية</w:t>
      </w:r>
      <w:r w:rsidRPr="00B05D15">
        <w:rPr>
          <w:rFonts w:asciiTheme="majorHAnsi" w:hAnsiTheme="majorHAnsi" w:cstheme="majorHAnsi"/>
          <w:b/>
          <w:sz w:val="28"/>
          <w:szCs w:val="28"/>
          <w:rtl/>
        </w:rPr>
        <w:t>.</w:t>
      </w:r>
    </w:p>
    <w:p w14:paraId="39100D2E" w14:textId="10F928AF" w:rsidR="00703534" w:rsidRPr="00B05D15" w:rsidRDefault="00703534" w:rsidP="00B05D15">
      <w:pPr>
        <w:bidi/>
        <w:spacing w:line="360" w:lineRule="auto"/>
        <w:rPr>
          <w:rFonts w:asciiTheme="majorHAnsi" w:hAnsiTheme="majorHAnsi" w:cstheme="majorHAnsi"/>
          <w:b/>
          <w:rtl/>
        </w:rPr>
      </w:pPr>
    </w:p>
    <w:p w14:paraId="4CFF66AD" w14:textId="77777777" w:rsidR="00B07D03" w:rsidRPr="00B05D15" w:rsidRDefault="00B07D03" w:rsidP="00B05D15">
      <w:pPr>
        <w:bidi/>
        <w:spacing w:line="360" w:lineRule="auto"/>
        <w:rPr>
          <w:rFonts w:asciiTheme="majorHAnsi" w:hAnsiTheme="majorHAnsi" w:cstheme="majorHAnsi"/>
          <w:b/>
          <w:rtl/>
        </w:rPr>
      </w:pPr>
    </w:p>
    <w:p w14:paraId="59FFACDF" w14:textId="77777777" w:rsidR="00B07D03" w:rsidRPr="00B05D15" w:rsidRDefault="00B07D03" w:rsidP="00B05D15">
      <w:pPr>
        <w:bidi/>
        <w:spacing w:line="360" w:lineRule="auto"/>
        <w:rPr>
          <w:rFonts w:asciiTheme="majorHAnsi" w:hAnsiTheme="majorHAnsi" w:cstheme="majorHAnsi"/>
          <w:b/>
          <w:rtl/>
        </w:rPr>
      </w:pPr>
    </w:p>
    <w:p w14:paraId="19AE72C8" w14:textId="77777777" w:rsidR="00B07D03" w:rsidRPr="00B05D15" w:rsidRDefault="00B07D03" w:rsidP="00B05D15">
      <w:pPr>
        <w:bidi/>
        <w:spacing w:line="360" w:lineRule="auto"/>
        <w:rPr>
          <w:rFonts w:asciiTheme="majorHAnsi" w:hAnsiTheme="majorHAnsi" w:cstheme="majorHAnsi"/>
          <w:b/>
          <w:rtl/>
        </w:rPr>
      </w:pPr>
    </w:p>
    <w:p w14:paraId="54BCBFAC" w14:textId="77777777" w:rsidR="00B07D03" w:rsidRPr="00B05D15" w:rsidRDefault="00B07D03" w:rsidP="00B05D15">
      <w:pPr>
        <w:bidi/>
        <w:spacing w:line="360" w:lineRule="auto"/>
        <w:rPr>
          <w:rFonts w:asciiTheme="majorHAnsi" w:hAnsiTheme="majorHAnsi" w:cstheme="majorHAnsi"/>
          <w:b/>
          <w:rtl/>
        </w:rPr>
      </w:pPr>
    </w:p>
    <w:p w14:paraId="18CDF988" w14:textId="77777777" w:rsidR="00B07D03" w:rsidRPr="00B05D15" w:rsidRDefault="00B07D03" w:rsidP="00B05D15">
      <w:pPr>
        <w:bidi/>
        <w:spacing w:line="360" w:lineRule="auto"/>
        <w:rPr>
          <w:rFonts w:asciiTheme="majorHAnsi" w:hAnsiTheme="majorHAnsi" w:cstheme="majorHAnsi"/>
          <w:b/>
          <w:rtl/>
        </w:rPr>
      </w:pPr>
    </w:p>
    <w:p w14:paraId="30ACF54B" w14:textId="77777777" w:rsidR="00B07D03" w:rsidRPr="00B05D15" w:rsidRDefault="00B07D03" w:rsidP="00B05D15">
      <w:pPr>
        <w:bidi/>
        <w:spacing w:line="360" w:lineRule="auto"/>
        <w:rPr>
          <w:rFonts w:asciiTheme="majorHAnsi" w:hAnsiTheme="majorHAnsi" w:cstheme="majorHAnsi"/>
          <w:b/>
          <w:rtl/>
        </w:rPr>
      </w:pPr>
    </w:p>
    <w:p w14:paraId="368F3C34" w14:textId="77777777" w:rsidR="00B07D03" w:rsidRPr="00B05D15" w:rsidRDefault="00B07D03" w:rsidP="00B05D15">
      <w:pPr>
        <w:bidi/>
        <w:spacing w:line="360" w:lineRule="auto"/>
        <w:rPr>
          <w:rFonts w:asciiTheme="majorHAnsi" w:hAnsiTheme="majorHAnsi" w:cstheme="majorHAnsi"/>
          <w:b/>
          <w:rtl/>
        </w:rPr>
      </w:pPr>
    </w:p>
    <w:p w14:paraId="5BC2879B" w14:textId="77777777" w:rsidR="00B07D03" w:rsidRPr="00B05D15" w:rsidRDefault="00B07D03" w:rsidP="00B05D15">
      <w:pPr>
        <w:bidi/>
        <w:spacing w:line="360" w:lineRule="auto"/>
        <w:rPr>
          <w:rFonts w:asciiTheme="majorHAnsi" w:hAnsiTheme="majorHAnsi" w:cstheme="majorHAnsi"/>
          <w:b/>
          <w:rtl/>
        </w:rPr>
      </w:pPr>
    </w:p>
    <w:p w14:paraId="347B8741" w14:textId="77777777" w:rsidR="00B07D03" w:rsidRPr="00B05D15" w:rsidRDefault="00B07D03" w:rsidP="00B05D15">
      <w:pPr>
        <w:bidi/>
        <w:spacing w:line="360" w:lineRule="auto"/>
        <w:rPr>
          <w:rFonts w:asciiTheme="majorHAnsi" w:hAnsiTheme="majorHAnsi" w:cstheme="majorHAnsi"/>
          <w:b/>
          <w:rtl/>
        </w:rPr>
      </w:pPr>
    </w:p>
    <w:p w14:paraId="6B48A620" w14:textId="77777777" w:rsidR="00B07D03" w:rsidRPr="00B05D15" w:rsidRDefault="00B07D03" w:rsidP="00B05D15">
      <w:pPr>
        <w:bidi/>
        <w:spacing w:line="360" w:lineRule="auto"/>
        <w:rPr>
          <w:rFonts w:asciiTheme="majorHAnsi" w:hAnsiTheme="majorHAnsi" w:cstheme="majorHAnsi"/>
          <w:b/>
          <w:rtl/>
        </w:rPr>
      </w:pPr>
    </w:p>
    <w:p w14:paraId="48AC38C0" w14:textId="77777777" w:rsidR="00B07D03" w:rsidRPr="00B05D15" w:rsidRDefault="00B07D03" w:rsidP="00B05D15">
      <w:pPr>
        <w:bidi/>
        <w:spacing w:line="360" w:lineRule="auto"/>
        <w:rPr>
          <w:rFonts w:asciiTheme="majorHAnsi" w:hAnsiTheme="majorHAnsi" w:cstheme="majorHAnsi"/>
          <w:b/>
          <w:rtl/>
        </w:rPr>
      </w:pPr>
    </w:p>
    <w:p w14:paraId="4A7F273B" w14:textId="77777777" w:rsidR="00074D4B" w:rsidRPr="00074D4B" w:rsidRDefault="00074D4B" w:rsidP="00B05D15">
      <w:pPr>
        <w:bidi/>
        <w:spacing w:line="360" w:lineRule="auto"/>
        <w:jc w:val="right"/>
        <w:rPr>
          <w:rFonts w:asciiTheme="majorHAnsi" w:hAnsiTheme="majorHAnsi" w:cstheme="majorHAnsi"/>
          <w:b/>
          <w:bCs/>
        </w:rPr>
      </w:pPr>
      <w:r w:rsidRPr="00074D4B">
        <w:rPr>
          <w:rFonts w:asciiTheme="majorHAnsi" w:hAnsiTheme="majorHAnsi" w:cstheme="majorHAnsi"/>
          <w:b/>
          <w:bCs/>
        </w:rPr>
        <w:t>ABSTRACT</w:t>
      </w:r>
    </w:p>
    <w:p w14:paraId="0B10EB69" w14:textId="77777777" w:rsidR="00074D4B" w:rsidRPr="00074D4B" w:rsidRDefault="00074D4B" w:rsidP="00B05D15">
      <w:pPr>
        <w:bidi/>
        <w:spacing w:line="360" w:lineRule="auto"/>
        <w:jc w:val="right"/>
        <w:rPr>
          <w:rFonts w:asciiTheme="majorHAnsi" w:hAnsiTheme="majorHAnsi" w:cstheme="majorHAnsi"/>
          <w:b/>
        </w:rPr>
      </w:pPr>
      <w:r w:rsidRPr="00074D4B">
        <w:rPr>
          <w:rFonts w:asciiTheme="majorHAnsi" w:hAnsiTheme="majorHAnsi" w:cstheme="majorHAnsi"/>
          <w:b/>
        </w:rPr>
        <w:t>This study aimed to examine the impact of digital real estate marketing on customer experience within the Saudi real estate market. The study adopted a descriptive analytical approach and collected data through a questionnaire distributed to real estate marketers and customers. The research focused on digital marketing dimensions including online platforms, social media, data analytics, and digital presentation tools, and their influence on customer experience indicators such as satisfaction, accessibility of information, and decision-making efficiency. The findings revealed a statistically significant positive relationship between digital real estate marketing and customer experience. The study recommends enhancing digital competencies among real estate professionals and investing in advanced technologies to improve service quality and achieve sustainable competitive advantage.</w:t>
      </w:r>
    </w:p>
    <w:p w14:paraId="043CFA3F" w14:textId="77777777" w:rsidR="00703534" w:rsidRPr="00B05D15" w:rsidRDefault="00590096" w:rsidP="00B05D15">
      <w:pPr>
        <w:bidi/>
        <w:spacing w:line="360" w:lineRule="auto"/>
        <w:rPr>
          <w:rFonts w:asciiTheme="majorHAnsi" w:hAnsiTheme="majorHAnsi" w:cstheme="majorHAnsi"/>
          <w:b/>
        </w:rPr>
      </w:pPr>
      <w:r w:rsidRPr="00B05D15">
        <w:rPr>
          <w:rFonts w:asciiTheme="majorHAnsi" w:hAnsiTheme="majorHAnsi" w:cstheme="majorHAnsi"/>
          <w:b/>
        </w:rPr>
        <w:br w:type="page"/>
      </w:r>
    </w:p>
    <w:p w14:paraId="7CD28666" w14:textId="77777777" w:rsidR="00B07D03" w:rsidRPr="00B05D15" w:rsidRDefault="00B07D03" w:rsidP="00B05D15">
      <w:pPr>
        <w:bidi/>
        <w:spacing w:line="360" w:lineRule="auto"/>
        <w:rPr>
          <w:rFonts w:asciiTheme="majorHAnsi" w:hAnsiTheme="majorHAnsi" w:cstheme="majorHAnsi"/>
          <w:b/>
          <w:sz w:val="28"/>
          <w:szCs w:val="28"/>
          <w:rtl/>
        </w:rPr>
      </w:pPr>
    </w:p>
    <w:p w14:paraId="312BBBCD" w14:textId="77777777" w:rsidR="00B07D03" w:rsidRPr="00B05D15" w:rsidRDefault="00B07D03" w:rsidP="00B05D15">
      <w:pPr>
        <w:bidi/>
        <w:spacing w:line="360" w:lineRule="auto"/>
        <w:rPr>
          <w:rFonts w:asciiTheme="majorHAnsi" w:hAnsiTheme="majorHAnsi" w:cstheme="majorHAnsi"/>
          <w:b/>
          <w:sz w:val="28"/>
          <w:szCs w:val="28"/>
          <w:rtl/>
        </w:rPr>
      </w:pPr>
    </w:p>
    <w:p w14:paraId="3BE85D8E" w14:textId="10EB626D" w:rsidR="00CF5C02" w:rsidRPr="00B05D15" w:rsidRDefault="00CF5C02" w:rsidP="00B05D15">
      <w:pPr>
        <w:bidi/>
        <w:spacing w:line="360" w:lineRule="auto"/>
        <w:rPr>
          <w:rFonts w:asciiTheme="majorHAnsi" w:hAnsiTheme="majorHAnsi" w:cstheme="majorHAnsi"/>
          <w:b/>
          <w:sz w:val="28"/>
          <w:szCs w:val="28"/>
          <w:rtl/>
        </w:rPr>
      </w:pPr>
      <w:r w:rsidRPr="00B05D15">
        <w:rPr>
          <w:rFonts w:ascii="Times New Roman" w:hAnsi="Times New Roman" w:cs="Times New Roman" w:hint="cs"/>
          <w:b/>
          <w:sz w:val="28"/>
          <w:szCs w:val="28"/>
          <w:rtl/>
        </w:rPr>
        <w:t>قائمة</w:t>
      </w:r>
      <w:r w:rsidRPr="00B05D15">
        <w:rPr>
          <w:rFonts w:asciiTheme="majorHAnsi" w:hAnsiTheme="majorHAnsi" w:cstheme="majorHAnsi"/>
          <w:b/>
          <w:sz w:val="28"/>
          <w:szCs w:val="28"/>
          <w:rtl/>
        </w:rPr>
        <w:t xml:space="preserve"> </w:t>
      </w:r>
      <w:r w:rsidRPr="00B05D15">
        <w:rPr>
          <w:rFonts w:ascii="Times New Roman" w:hAnsi="Times New Roman" w:cs="Times New Roman" w:hint="cs"/>
          <w:b/>
          <w:sz w:val="28"/>
          <w:szCs w:val="28"/>
          <w:rtl/>
        </w:rPr>
        <w:t>المحتويات</w:t>
      </w:r>
    </w:p>
    <w:tbl>
      <w:tblPr>
        <w:tblStyle w:val="GridTable6Colorful-Accent5"/>
        <w:bidiVisual/>
        <w:tblW w:w="0" w:type="auto"/>
        <w:tblLook w:val="04A0" w:firstRow="1" w:lastRow="0" w:firstColumn="1" w:lastColumn="0" w:noHBand="0" w:noVBand="1"/>
      </w:tblPr>
      <w:tblGrid>
        <w:gridCol w:w="6067"/>
        <w:gridCol w:w="3132"/>
      </w:tblGrid>
      <w:tr w:rsidR="001359CF" w:rsidRPr="00B05D15" w14:paraId="6D8207E0" w14:textId="77777777" w:rsidTr="001359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31BBCD15" w14:textId="02047EBD" w:rsidR="001359CF" w:rsidRPr="00B05D15" w:rsidRDefault="001359CF" w:rsidP="00B05D15">
            <w:pPr>
              <w:bidi/>
              <w:spacing w:line="360" w:lineRule="auto"/>
              <w:rPr>
                <w:rFonts w:asciiTheme="majorHAnsi" w:hAnsiTheme="majorHAnsi" w:cstheme="majorHAnsi"/>
                <w:b w:val="0"/>
                <w:sz w:val="28"/>
                <w:szCs w:val="28"/>
                <w:rtl/>
              </w:rPr>
            </w:pPr>
            <w:r w:rsidRPr="00B05D15">
              <w:rPr>
                <w:rFonts w:ascii="Times New Roman" w:hAnsi="Times New Roman" w:cs="Times New Roman" w:hint="cs"/>
                <w:b w:val="0"/>
                <w:sz w:val="28"/>
                <w:szCs w:val="28"/>
                <w:rtl/>
              </w:rPr>
              <w:t>اسم</w:t>
            </w:r>
            <w:r w:rsidRPr="00B05D15">
              <w:rPr>
                <w:rFonts w:asciiTheme="majorHAnsi" w:hAnsiTheme="majorHAnsi" w:cstheme="majorHAnsi"/>
                <w:b w:val="0"/>
                <w:sz w:val="28"/>
                <w:szCs w:val="28"/>
                <w:rtl/>
              </w:rPr>
              <w:t xml:space="preserve"> </w:t>
            </w:r>
            <w:r w:rsidRPr="00B05D15">
              <w:rPr>
                <w:rFonts w:ascii="Times New Roman" w:hAnsi="Times New Roman" w:cs="Times New Roman" w:hint="cs"/>
                <w:b w:val="0"/>
                <w:sz w:val="28"/>
                <w:szCs w:val="28"/>
                <w:rtl/>
              </w:rPr>
              <w:t>الجدول</w:t>
            </w:r>
          </w:p>
        </w:tc>
        <w:tc>
          <w:tcPr>
            <w:tcW w:w="3132" w:type="dxa"/>
          </w:tcPr>
          <w:p w14:paraId="0CB77D6B" w14:textId="017ECEFD" w:rsidR="001359CF" w:rsidRPr="00B05D15" w:rsidRDefault="001359CF" w:rsidP="00B05D15">
            <w:pPr>
              <w:bidi/>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 w:val="28"/>
                <w:szCs w:val="28"/>
                <w:rtl/>
              </w:rPr>
            </w:pPr>
            <w:r w:rsidRPr="00B05D15">
              <w:rPr>
                <w:rFonts w:ascii="Times New Roman" w:hAnsi="Times New Roman" w:cs="Times New Roman" w:hint="cs"/>
                <w:sz w:val="28"/>
                <w:szCs w:val="28"/>
                <w:rtl/>
              </w:rPr>
              <w:t>رقم</w:t>
            </w:r>
            <w:r w:rsidRPr="00B05D15">
              <w:rPr>
                <w:rFonts w:asciiTheme="majorHAnsi" w:hAnsiTheme="majorHAnsi" w:cstheme="majorHAnsi"/>
                <w:sz w:val="28"/>
                <w:szCs w:val="28"/>
                <w:rtl/>
              </w:rPr>
              <w:t xml:space="preserve"> </w:t>
            </w:r>
            <w:r w:rsidRPr="00B05D15">
              <w:rPr>
                <w:rFonts w:ascii="Times New Roman" w:hAnsi="Times New Roman" w:cs="Times New Roman" w:hint="cs"/>
                <w:sz w:val="28"/>
                <w:szCs w:val="28"/>
                <w:rtl/>
              </w:rPr>
              <w:t>الصفحة</w:t>
            </w:r>
          </w:p>
        </w:tc>
      </w:tr>
      <w:tr w:rsidR="00866711" w:rsidRPr="00B05D15" w14:paraId="2DFF60F6"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660C1ED9" w14:textId="6001721E" w:rsidR="00866711" w:rsidRPr="00B05D15" w:rsidRDefault="00866711" w:rsidP="00B05D15">
            <w:pPr>
              <w:bidi/>
              <w:spacing w:line="360" w:lineRule="auto"/>
              <w:rPr>
                <w:rFonts w:ascii="Times New Roman" w:hAnsi="Times New Roman" w:cs="Times New Roman"/>
                <w:sz w:val="28"/>
                <w:szCs w:val="28"/>
                <w:rtl/>
              </w:rPr>
            </w:pPr>
            <w:r>
              <w:rPr>
                <w:rFonts w:ascii="Times New Roman" w:hAnsi="Times New Roman" w:cs="Times New Roman" w:hint="cs"/>
                <w:sz w:val="28"/>
                <w:szCs w:val="28"/>
                <w:rtl/>
              </w:rPr>
              <w:t xml:space="preserve">الصفحة الرئيسية </w:t>
            </w:r>
          </w:p>
        </w:tc>
        <w:tc>
          <w:tcPr>
            <w:tcW w:w="3132" w:type="dxa"/>
          </w:tcPr>
          <w:p w14:paraId="7A085DB2" w14:textId="3283C955" w:rsidR="00866711" w:rsidRPr="00B05D15" w:rsidRDefault="00866711"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8"/>
                <w:szCs w:val="28"/>
                <w:rtl/>
              </w:rPr>
            </w:pPr>
            <w:r>
              <w:rPr>
                <w:rFonts w:ascii="Times New Roman" w:hAnsi="Times New Roman" w:cs="Times New Roman" w:hint="cs"/>
                <w:b/>
                <w:sz w:val="28"/>
                <w:szCs w:val="28"/>
                <w:rtl/>
              </w:rPr>
              <w:t>1</w:t>
            </w:r>
          </w:p>
        </w:tc>
      </w:tr>
      <w:tr w:rsidR="001359CF" w:rsidRPr="00B05D15" w14:paraId="5EE39040"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30750367" w14:textId="78D76779" w:rsidR="001359CF" w:rsidRPr="00B05D15" w:rsidRDefault="001359CF" w:rsidP="00B05D15">
            <w:pPr>
              <w:bidi/>
              <w:spacing w:line="360" w:lineRule="auto"/>
              <w:rPr>
                <w:rFonts w:asciiTheme="majorHAnsi" w:hAnsiTheme="majorHAnsi" w:cstheme="majorHAnsi"/>
                <w:b w:val="0"/>
                <w:sz w:val="28"/>
                <w:szCs w:val="28"/>
                <w:rtl/>
              </w:rPr>
            </w:pPr>
            <w:r w:rsidRPr="00B05D15">
              <w:rPr>
                <w:rFonts w:ascii="Times New Roman" w:hAnsi="Times New Roman" w:cs="Times New Roman" w:hint="cs"/>
                <w:b w:val="0"/>
                <w:sz w:val="28"/>
                <w:szCs w:val="28"/>
                <w:rtl/>
              </w:rPr>
              <w:t>بسم</w:t>
            </w:r>
            <w:r w:rsidRPr="00B05D15">
              <w:rPr>
                <w:rFonts w:asciiTheme="majorHAnsi" w:hAnsiTheme="majorHAnsi" w:cstheme="majorHAnsi"/>
                <w:b w:val="0"/>
                <w:sz w:val="28"/>
                <w:szCs w:val="28"/>
                <w:rtl/>
              </w:rPr>
              <w:t xml:space="preserve"> </w:t>
            </w:r>
            <w:r w:rsidRPr="00B05D15">
              <w:rPr>
                <w:rFonts w:ascii="Times New Roman" w:hAnsi="Times New Roman" w:cs="Times New Roman" w:hint="cs"/>
                <w:b w:val="0"/>
                <w:sz w:val="28"/>
                <w:szCs w:val="28"/>
                <w:rtl/>
              </w:rPr>
              <w:t>الله</w:t>
            </w:r>
            <w:r w:rsidRPr="00B05D15">
              <w:rPr>
                <w:rFonts w:asciiTheme="majorHAnsi" w:hAnsiTheme="majorHAnsi" w:cstheme="majorHAnsi"/>
                <w:b w:val="0"/>
                <w:sz w:val="28"/>
                <w:szCs w:val="28"/>
                <w:rtl/>
              </w:rPr>
              <w:t xml:space="preserve"> </w:t>
            </w:r>
            <w:r w:rsidRPr="00B05D15">
              <w:rPr>
                <w:rFonts w:ascii="Times New Roman" w:hAnsi="Times New Roman" w:cs="Times New Roman" w:hint="cs"/>
                <w:b w:val="0"/>
                <w:sz w:val="28"/>
                <w:szCs w:val="28"/>
                <w:rtl/>
              </w:rPr>
              <w:t>الرحمن</w:t>
            </w:r>
            <w:r w:rsidRPr="00B05D15">
              <w:rPr>
                <w:rFonts w:asciiTheme="majorHAnsi" w:hAnsiTheme="majorHAnsi" w:cstheme="majorHAnsi"/>
                <w:b w:val="0"/>
                <w:sz w:val="28"/>
                <w:szCs w:val="28"/>
                <w:rtl/>
              </w:rPr>
              <w:t xml:space="preserve"> </w:t>
            </w:r>
            <w:r w:rsidRPr="00B05D15">
              <w:rPr>
                <w:rFonts w:ascii="Times New Roman" w:hAnsi="Times New Roman" w:cs="Times New Roman" w:hint="cs"/>
                <w:b w:val="0"/>
                <w:sz w:val="28"/>
                <w:szCs w:val="28"/>
                <w:rtl/>
              </w:rPr>
              <w:t>الرحيم</w:t>
            </w:r>
          </w:p>
        </w:tc>
        <w:tc>
          <w:tcPr>
            <w:tcW w:w="3132" w:type="dxa"/>
          </w:tcPr>
          <w:p w14:paraId="141056F8" w14:textId="2A4562A6" w:rsidR="001359CF" w:rsidRPr="00B05D15" w:rsidRDefault="00866711"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w:t>
            </w:r>
          </w:p>
        </w:tc>
      </w:tr>
      <w:tr w:rsidR="001359CF" w:rsidRPr="00B05D15" w14:paraId="6BDEFB89"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5B21D3BF" w14:textId="47479AB7" w:rsidR="001359CF" w:rsidRPr="00B05D15" w:rsidRDefault="001359CF" w:rsidP="00B05D15">
            <w:pPr>
              <w:bidi/>
              <w:spacing w:line="360" w:lineRule="auto"/>
              <w:rPr>
                <w:rFonts w:asciiTheme="majorHAnsi" w:hAnsiTheme="majorHAnsi" w:cstheme="majorHAnsi"/>
                <w:b w:val="0"/>
                <w:sz w:val="28"/>
                <w:szCs w:val="28"/>
                <w:rtl/>
              </w:rPr>
            </w:pPr>
            <w:r w:rsidRPr="00B05D15">
              <w:rPr>
                <w:rFonts w:ascii="Times New Roman" w:hAnsi="Times New Roman" w:cs="Times New Roman" w:hint="cs"/>
                <w:b w:val="0"/>
                <w:sz w:val="28"/>
                <w:szCs w:val="28"/>
                <w:rtl/>
              </w:rPr>
              <w:t>اهداء</w:t>
            </w:r>
          </w:p>
        </w:tc>
        <w:tc>
          <w:tcPr>
            <w:tcW w:w="3132" w:type="dxa"/>
          </w:tcPr>
          <w:p w14:paraId="3BC520D3" w14:textId="751DB163" w:rsidR="001359CF" w:rsidRPr="00B05D15" w:rsidRDefault="001359CF"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sidRPr="00B05D15">
              <w:rPr>
                <w:rFonts w:asciiTheme="majorHAnsi" w:hAnsiTheme="majorHAnsi" w:cstheme="majorHAnsi"/>
                <w:b/>
                <w:sz w:val="28"/>
                <w:szCs w:val="28"/>
                <w:rtl/>
              </w:rPr>
              <w:t>3</w:t>
            </w:r>
          </w:p>
        </w:tc>
      </w:tr>
      <w:tr w:rsidR="001359CF" w:rsidRPr="00B05D15" w14:paraId="6AE3557F"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12E5AC6E" w14:textId="072DDD7E" w:rsidR="001359CF" w:rsidRPr="00B05D15" w:rsidRDefault="001359CF" w:rsidP="00B05D15">
            <w:pPr>
              <w:bidi/>
              <w:spacing w:line="360" w:lineRule="auto"/>
              <w:rPr>
                <w:rFonts w:asciiTheme="majorHAnsi" w:hAnsiTheme="majorHAnsi" w:cstheme="majorHAnsi"/>
                <w:b w:val="0"/>
                <w:sz w:val="28"/>
                <w:szCs w:val="28"/>
                <w:rtl/>
              </w:rPr>
            </w:pPr>
            <w:r w:rsidRPr="00B05D15">
              <w:rPr>
                <w:rFonts w:ascii="Times New Roman" w:hAnsi="Times New Roman" w:cs="Times New Roman" w:hint="cs"/>
                <w:b w:val="0"/>
                <w:sz w:val="28"/>
                <w:szCs w:val="28"/>
                <w:rtl/>
              </w:rPr>
              <w:t>شكر</w:t>
            </w:r>
            <w:r w:rsidRPr="00B05D15">
              <w:rPr>
                <w:rFonts w:asciiTheme="majorHAnsi" w:hAnsiTheme="majorHAnsi" w:cstheme="majorHAnsi"/>
                <w:b w:val="0"/>
                <w:sz w:val="28"/>
                <w:szCs w:val="28"/>
                <w:rtl/>
              </w:rPr>
              <w:t xml:space="preserve"> </w:t>
            </w:r>
            <w:r w:rsidRPr="00B05D15">
              <w:rPr>
                <w:rFonts w:ascii="Times New Roman" w:hAnsi="Times New Roman" w:cs="Times New Roman" w:hint="cs"/>
                <w:b w:val="0"/>
                <w:sz w:val="28"/>
                <w:szCs w:val="28"/>
                <w:rtl/>
              </w:rPr>
              <w:t>وتقدير</w:t>
            </w:r>
          </w:p>
        </w:tc>
        <w:tc>
          <w:tcPr>
            <w:tcW w:w="3132" w:type="dxa"/>
          </w:tcPr>
          <w:p w14:paraId="1014A78B" w14:textId="0F2B29B0" w:rsidR="001359CF" w:rsidRPr="00B05D15" w:rsidRDefault="001359CF"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sidRPr="00B05D15">
              <w:rPr>
                <w:rFonts w:asciiTheme="majorHAnsi" w:hAnsiTheme="majorHAnsi" w:cstheme="majorHAnsi"/>
                <w:b/>
                <w:sz w:val="28"/>
                <w:szCs w:val="28"/>
                <w:rtl/>
              </w:rPr>
              <w:t>4</w:t>
            </w:r>
          </w:p>
        </w:tc>
      </w:tr>
      <w:tr w:rsidR="001359CF" w:rsidRPr="00B05D15" w14:paraId="1E6C2732"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0A8E2F7D" w14:textId="42B6D631" w:rsidR="001359CF" w:rsidRPr="00B05D15" w:rsidRDefault="001359CF" w:rsidP="00B05D15">
            <w:pPr>
              <w:bidi/>
              <w:spacing w:line="360" w:lineRule="auto"/>
              <w:rPr>
                <w:rFonts w:asciiTheme="majorHAnsi" w:hAnsiTheme="majorHAnsi" w:cstheme="majorHAnsi"/>
                <w:b w:val="0"/>
                <w:sz w:val="28"/>
                <w:szCs w:val="28"/>
                <w:rtl/>
              </w:rPr>
            </w:pPr>
            <w:r w:rsidRPr="00B05D15">
              <w:rPr>
                <w:rFonts w:ascii="Times New Roman" w:hAnsi="Times New Roman" w:cs="Times New Roman" w:hint="cs"/>
                <w:b w:val="0"/>
                <w:sz w:val="28"/>
                <w:szCs w:val="28"/>
                <w:rtl/>
              </w:rPr>
              <w:t>المستخلص</w:t>
            </w:r>
          </w:p>
        </w:tc>
        <w:tc>
          <w:tcPr>
            <w:tcW w:w="3132" w:type="dxa"/>
          </w:tcPr>
          <w:p w14:paraId="0BC093A6" w14:textId="302C3F32" w:rsidR="001359CF" w:rsidRPr="00B05D15" w:rsidRDefault="00622C67"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sidRPr="00B05D15">
              <w:rPr>
                <w:rFonts w:asciiTheme="majorHAnsi" w:hAnsiTheme="majorHAnsi" w:cstheme="majorHAnsi"/>
                <w:b/>
                <w:sz w:val="28"/>
                <w:szCs w:val="28"/>
                <w:rtl/>
              </w:rPr>
              <w:t>5</w:t>
            </w:r>
          </w:p>
        </w:tc>
      </w:tr>
      <w:tr w:rsidR="001359CF" w:rsidRPr="00B05D15" w14:paraId="6C645B64"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530B2444" w14:textId="07870207" w:rsidR="001359CF" w:rsidRPr="00B05D15" w:rsidRDefault="001359CF" w:rsidP="00B05D15">
            <w:pPr>
              <w:bidi/>
              <w:spacing w:line="360" w:lineRule="auto"/>
              <w:rPr>
                <w:rFonts w:asciiTheme="majorHAnsi" w:hAnsiTheme="majorHAnsi" w:cstheme="majorHAnsi"/>
                <w:b w:val="0"/>
                <w:sz w:val="28"/>
                <w:szCs w:val="28"/>
                <w:rtl/>
              </w:rPr>
            </w:pPr>
            <w:r w:rsidRPr="00B05D15">
              <w:rPr>
                <w:rFonts w:ascii="Times New Roman" w:hAnsi="Times New Roman" w:cs="Times New Roman" w:hint="cs"/>
                <w:b w:val="0"/>
                <w:sz w:val="28"/>
                <w:szCs w:val="28"/>
                <w:rtl/>
              </w:rPr>
              <w:t>قائمة</w:t>
            </w:r>
            <w:r w:rsidRPr="00B05D15">
              <w:rPr>
                <w:rFonts w:asciiTheme="majorHAnsi" w:hAnsiTheme="majorHAnsi" w:cstheme="majorHAnsi"/>
                <w:b w:val="0"/>
                <w:sz w:val="28"/>
                <w:szCs w:val="28"/>
                <w:rtl/>
              </w:rPr>
              <w:t xml:space="preserve"> </w:t>
            </w:r>
            <w:r w:rsidRPr="00B05D15">
              <w:rPr>
                <w:rFonts w:ascii="Times New Roman" w:hAnsi="Times New Roman" w:cs="Times New Roman" w:hint="cs"/>
                <w:b w:val="0"/>
                <w:sz w:val="28"/>
                <w:szCs w:val="28"/>
                <w:rtl/>
              </w:rPr>
              <w:t>المحتوي</w:t>
            </w:r>
          </w:p>
        </w:tc>
        <w:tc>
          <w:tcPr>
            <w:tcW w:w="3132" w:type="dxa"/>
          </w:tcPr>
          <w:p w14:paraId="6D7B3026" w14:textId="4A38C728" w:rsidR="001359CF" w:rsidRPr="00B05D15" w:rsidRDefault="00456F05"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7</w:t>
            </w:r>
          </w:p>
        </w:tc>
      </w:tr>
      <w:tr w:rsidR="001359CF" w:rsidRPr="00B05D15" w14:paraId="23197A5C"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51BC02DA" w14:textId="18DBDEEB" w:rsidR="001359CF" w:rsidRPr="004958A1" w:rsidRDefault="004958A1" w:rsidP="004958A1">
            <w:pPr>
              <w:bidi/>
              <w:spacing w:line="360" w:lineRule="auto"/>
              <w:rPr>
                <w:rFonts w:ascii="Times New Roman" w:hAnsi="Times New Roman" w:cs="Times New Roman"/>
                <w:b w:val="0"/>
                <w:sz w:val="28"/>
                <w:szCs w:val="28"/>
                <w:rtl/>
              </w:rPr>
            </w:pPr>
            <w:r>
              <w:rPr>
                <w:rFonts w:ascii="Times New Roman" w:hAnsi="Times New Roman" w:cs="Times New Roman" w:hint="cs"/>
                <w:b w:val="0"/>
                <w:sz w:val="28"/>
                <w:szCs w:val="28"/>
                <w:rtl/>
              </w:rPr>
              <w:t>الفصل الأول: الإطار العام للدراسة</w:t>
            </w:r>
            <w:r w:rsidR="00A27DB4">
              <w:rPr>
                <w:rFonts w:ascii="Times New Roman" w:hAnsi="Times New Roman" w:cs="Times New Roman" w:hint="cs"/>
                <w:b w:val="0"/>
                <w:sz w:val="28"/>
                <w:szCs w:val="28"/>
                <w:rtl/>
              </w:rPr>
              <w:t xml:space="preserve"> - المقدمة</w:t>
            </w:r>
          </w:p>
        </w:tc>
        <w:tc>
          <w:tcPr>
            <w:tcW w:w="3132" w:type="dxa"/>
          </w:tcPr>
          <w:p w14:paraId="34C65092" w14:textId="09A91007" w:rsidR="001359CF" w:rsidRPr="00B05D15" w:rsidRDefault="00A27DB4"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9</w:t>
            </w:r>
          </w:p>
        </w:tc>
      </w:tr>
      <w:tr w:rsidR="001359CF" w:rsidRPr="00B05D15" w14:paraId="1EA30969"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62431B54" w14:textId="316EE2F9" w:rsidR="001359CF" w:rsidRPr="00B05D15" w:rsidRDefault="00A27DB4" w:rsidP="00B05D15">
            <w:pPr>
              <w:bidi/>
              <w:spacing w:line="360" w:lineRule="auto"/>
              <w:rPr>
                <w:rFonts w:asciiTheme="majorHAnsi" w:hAnsiTheme="majorHAnsi" w:cstheme="majorHAnsi"/>
                <w:b w:val="0"/>
                <w:sz w:val="28"/>
                <w:szCs w:val="28"/>
                <w:rtl/>
              </w:rPr>
            </w:pPr>
            <w:r>
              <w:rPr>
                <w:rFonts w:ascii="Times New Roman" w:hAnsi="Times New Roman" w:cs="Times New Roman" w:hint="cs"/>
                <w:b w:val="0"/>
                <w:sz w:val="28"/>
                <w:szCs w:val="28"/>
                <w:rtl/>
              </w:rPr>
              <w:t xml:space="preserve">مشكلة الدراسة </w:t>
            </w:r>
          </w:p>
        </w:tc>
        <w:tc>
          <w:tcPr>
            <w:tcW w:w="3132" w:type="dxa"/>
          </w:tcPr>
          <w:p w14:paraId="437C4C51" w14:textId="3518BB97" w:rsidR="001359CF" w:rsidRPr="00B05D15" w:rsidRDefault="00A27DB4"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10</w:t>
            </w:r>
          </w:p>
        </w:tc>
      </w:tr>
      <w:tr w:rsidR="001359CF" w:rsidRPr="00B05D15" w14:paraId="700C6D95"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221D532C" w14:textId="44F29F0C" w:rsidR="001359CF" w:rsidRPr="00A27DB4" w:rsidRDefault="00A27DB4" w:rsidP="00A27DB4">
            <w:pPr>
              <w:bidi/>
              <w:spacing w:line="360" w:lineRule="auto"/>
              <w:rPr>
                <w:rFonts w:ascii="Times New Roman" w:hAnsi="Times New Roman" w:cs="Times New Roman"/>
                <w:b w:val="0"/>
                <w:sz w:val="28"/>
                <w:szCs w:val="28"/>
                <w:rtl/>
              </w:rPr>
            </w:pPr>
            <w:r w:rsidRPr="00A27DB4">
              <w:rPr>
                <w:rFonts w:ascii="Times New Roman" w:hAnsi="Times New Roman" w:cs="Times New Roman" w:hint="cs"/>
                <w:b w:val="0"/>
                <w:sz w:val="28"/>
                <w:szCs w:val="28"/>
                <w:rtl/>
              </w:rPr>
              <w:t>الس</w:t>
            </w:r>
            <w:r>
              <w:rPr>
                <w:rFonts w:ascii="Times New Roman" w:hAnsi="Times New Roman" w:cs="Times New Roman" w:hint="cs"/>
                <w:b w:val="0"/>
                <w:sz w:val="28"/>
                <w:szCs w:val="28"/>
                <w:rtl/>
              </w:rPr>
              <w:t>ؤا</w:t>
            </w:r>
            <w:r w:rsidRPr="00A27DB4">
              <w:rPr>
                <w:rFonts w:ascii="Times New Roman" w:hAnsi="Times New Roman" w:cs="Times New Roman" w:hint="cs"/>
                <w:b w:val="0"/>
                <w:sz w:val="28"/>
                <w:szCs w:val="28"/>
                <w:rtl/>
              </w:rPr>
              <w:t>ل</w:t>
            </w:r>
            <w:r w:rsidRPr="00A27DB4">
              <w:rPr>
                <w:rFonts w:ascii="Times New Roman" w:hAnsi="Times New Roman" w:cs="Times New Roman"/>
                <w:b w:val="0"/>
                <w:sz w:val="28"/>
                <w:szCs w:val="28"/>
                <w:rtl/>
              </w:rPr>
              <w:t xml:space="preserve"> </w:t>
            </w:r>
            <w:r w:rsidRPr="00A27DB4">
              <w:rPr>
                <w:rFonts w:ascii="Times New Roman" w:hAnsi="Times New Roman" w:cs="Times New Roman" w:hint="cs"/>
                <w:b w:val="0"/>
                <w:sz w:val="28"/>
                <w:szCs w:val="28"/>
                <w:rtl/>
              </w:rPr>
              <w:t>الرئيس</w:t>
            </w:r>
          </w:p>
        </w:tc>
        <w:tc>
          <w:tcPr>
            <w:tcW w:w="3132" w:type="dxa"/>
          </w:tcPr>
          <w:p w14:paraId="5A0C7528" w14:textId="00C6E5DD" w:rsidR="001359CF" w:rsidRPr="00B05D15" w:rsidRDefault="00A27DB4"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11</w:t>
            </w:r>
          </w:p>
        </w:tc>
      </w:tr>
      <w:tr w:rsidR="00A41E53" w:rsidRPr="00B05D15" w14:paraId="493ABE32"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7226678B" w14:textId="67529B9E" w:rsidR="00A41E53" w:rsidRPr="00B05D15" w:rsidRDefault="00A41E53" w:rsidP="00A41E53">
            <w:pPr>
              <w:bidi/>
              <w:spacing w:line="360" w:lineRule="auto"/>
              <w:rPr>
                <w:rFonts w:asciiTheme="majorHAnsi" w:hAnsiTheme="majorHAnsi" w:cstheme="majorHAnsi"/>
                <w:bCs w:val="0"/>
                <w:rtl/>
              </w:rPr>
            </w:pPr>
            <w:r w:rsidRPr="00B05D15">
              <w:rPr>
                <w:rFonts w:asciiTheme="majorHAnsi" w:hAnsiTheme="majorHAnsi" w:cstheme="majorHAnsi"/>
                <w:bCs w:val="0"/>
                <w:sz w:val="32"/>
              </w:rPr>
              <w:t xml:space="preserve">3.1 </w:t>
            </w:r>
            <w:proofErr w:type="spellStart"/>
            <w:r w:rsidRPr="00B05D15">
              <w:rPr>
                <w:rFonts w:ascii="Times New Roman" w:hAnsi="Times New Roman" w:cs="Times New Roman"/>
                <w:bCs w:val="0"/>
                <w:sz w:val="32"/>
              </w:rPr>
              <w:t>أهمية</w:t>
            </w:r>
            <w:proofErr w:type="spellEnd"/>
            <w:r w:rsidRPr="00B05D15">
              <w:rPr>
                <w:rFonts w:asciiTheme="majorHAnsi" w:hAnsiTheme="majorHAnsi" w:cstheme="majorHAnsi"/>
                <w:bCs w:val="0"/>
                <w:sz w:val="32"/>
              </w:rPr>
              <w:t xml:space="preserve"> </w:t>
            </w:r>
            <w:proofErr w:type="spellStart"/>
            <w:r w:rsidRPr="00B05D15">
              <w:rPr>
                <w:rFonts w:ascii="Times New Roman" w:hAnsi="Times New Roman" w:cs="Times New Roman"/>
                <w:bCs w:val="0"/>
                <w:sz w:val="32"/>
              </w:rPr>
              <w:t>الدراسة</w:t>
            </w:r>
            <w:proofErr w:type="spellEnd"/>
          </w:p>
        </w:tc>
        <w:tc>
          <w:tcPr>
            <w:tcW w:w="3132" w:type="dxa"/>
          </w:tcPr>
          <w:p w14:paraId="465F2E8A" w14:textId="25144F4F" w:rsidR="00A41E53" w:rsidRPr="00B05D15" w:rsidRDefault="00A41E53" w:rsidP="00A41E53">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13</w:t>
            </w:r>
          </w:p>
        </w:tc>
      </w:tr>
      <w:tr w:rsidR="00A41E53" w:rsidRPr="00B05D15" w14:paraId="2088218F"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6F5D9036" w14:textId="7D386784" w:rsidR="00A41E53" w:rsidRPr="00B05D15" w:rsidRDefault="00A41E53" w:rsidP="00A41E53">
            <w:pPr>
              <w:bidi/>
              <w:spacing w:line="360" w:lineRule="auto"/>
              <w:rPr>
                <w:rFonts w:asciiTheme="majorHAnsi" w:hAnsiTheme="majorHAnsi" w:cstheme="majorHAnsi"/>
                <w:bCs w:val="0"/>
                <w:rtl/>
              </w:rPr>
            </w:pPr>
            <w:r w:rsidRPr="00B05D15">
              <w:rPr>
                <w:rFonts w:asciiTheme="majorHAnsi" w:hAnsiTheme="majorHAnsi" w:cstheme="majorHAnsi"/>
                <w:bCs w:val="0"/>
                <w:sz w:val="32"/>
              </w:rPr>
              <w:t xml:space="preserve">4.1 </w:t>
            </w:r>
            <w:proofErr w:type="spellStart"/>
            <w:r w:rsidRPr="00B05D15">
              <w:rPr>
                <w:rFonts w:ascii="Times New Roman" w:hAnsi="Times New Roman" w:cs="Times New Roman"/>
                <w:bCs w:val="0"/>
                <w:sz w:val="32"/>
              </w:rPr>
              <w:t>أهداف</w:t>
            </w:r>
            <w:proofErr w:type="spellEnd"/>
            <w:r w:rsidRPr="00B05D15">
              <w:rPr>
                <w:rFonts w:asciiTheme="majorHAnsi" w:hAnsiTheme="majorHAnsi" w:cstheme="majorHAnsi"/>
                <w:bCs w:val="0"/>
                <w:sz w:val="32"/>
              </w:rPr>
              <w:t xml:space="preserve"> </w:t>
            </w:r>
            <w:proofErr w:type="spellStart"/>
            <w:r w:rsidRPr="00B05D15">
              <w:rPr>
                <w:rFonts w:ascii="Times New Roman" w:hAnsi="Times New Roman" w:cs="Times New Roman"/>
                <w:bCs w:val="0"/>
                <w:sz w:val="32"/>
              </w:rPr>
              <w:t>الدراسة</w:t>
            </w:r>
            <w:proofErr w:type="spellEnd"/>
          </w:p>
        </w:tc>
        <w:tc>
          <w:tcPr>
            <w:tcW w:w="3132" w:type="dxa"/>
          </w:tcPr>
          <w:p w14:paraId="73726724" w14:textId="1FFCCE5B" w:rsidR="00A41E53" w:rsidRPr="00B05D15" w:rsidRDefault="00A41E53" w:rsidP="00A41E53">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14</w:t>
            </w:r>
          </w:p>
        </w:tc>
      </w:tr>
      <w:tr w:rsidR="00A41E53" w:rsidRPr="00B05D15" w14:paraId="5149F4FE"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76FAC934" w14:textId="614CB39A" w:rsidR="00A41E53" w:rsidRPr="00B05D15" w:rsidRDefault="00A41E53" w:rsidP="00A41E53">
            <w:pPr>
              <w:bidi/>
              <w:spacing w:line="360" w:lineRule="auto"/>
              <w:rPr>
                <w:rFonts w:asciiTheme="majorHAnsi" w:hAnsiTheme="majorHAnsi" w:cstheme="majorHAnsi"/>
                <w:bCs w:val="0"/>
                <w:rtl/>
              </w:rPr>
            </w:pPr>
            <w:r w:rsidRPr="00B05D15">
              <w:rPr>
                <w:rFonts w:asciiTheme="majorHAnsi" w:hAnsiTheme="majorHAnsi" w:cstheme="majorHAnsi"/>
                <w:bCs w:val="0"/>
                <w:sz w:val="32"/>
              </w:rPr>
              <w:t xml:space="preserve">5.1 </w:t>
            </w:r>
            <w:proofErr w:type="spellStart"/>
            <w:r w:rsidRPr="00B05D15">
              <w:rPr>
                <w:rFonts w:ascii="Times New Roman" w:hAnsi="Times New Roman" w:cs="Times New Roman"/>
                <w:bCs w:val="0"/>
                <w:sz w:val="32"/>
              </w:rPr>
              <w:t>تساؤلات</w:t>
            </w:r>
            <w:proofErr w:type="spellEnd"/>
            <w:r w:rsidRPr="00B05D15">
              <w:rPr>
                <w:rFonts w:asciiTheme="majorHAnsi" w:hAnsiTheme="majorHAnsi" w:cstheme="majorHAnsi"/>
                <w:bCs w:val="0"/>
                <w:sz w:val="32"/>
              </w:rPr>
              <w:t xml:space="preserve"> </w:t>
            </w:r>
            <w:proofErr w:type="spellStart"/>
            <w:r w:rsidRPr="00B05D15">
              <w:rPr>
                <w:rFonts w:ascii="Times New Roman" w:hAnsi="Times New Roman" w:cs="Times New Roman"/>
                <w:bCs w:val="0"/>
                <w:sz w:val="32"/>
              </w:rPr>
              <w:t>الدراسة</w:t>
            </w:r>
            <w:proofErr w:type="spellEnd"/>
          </w:p>
        </w:tc>
        <w:tc>
          <w:tcPr>
            <w:tcW w:w="3132" w:type="dxa"/>
          </w:tcPr>
          <w:p w14:paraId="0E05C9A7" w14:textId="62774A24" w:rsidR="00A41E53" w:rsidRPr="00B05D15" w:rsidRDefault="00A41E53" w:rsidP="00A41E53">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14</w:t>
            </w:r>
          </w:p>
        </w:tc>
      </w:tr>
      <w:tr w:rsidR="00A41E53" w:rsidRPr="00B05D15" w14:paraId="29D8B915"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540521DD" w14:textId="70C5A20C" w:rsidR="00A41E53" w:rsidRPr="00B05D15" w:rsidRDefault="00A41E53" w:rsidP="00A41E53">
            <w:pPr>
              <w:bidi/>
              <w:spacing w:line="360" w:lineRule="auto"/>
              <w:rPr>
                <w:rFonts w:asciiTheme="majorHAnsi" w:hAnsiTheme="majorHAnsi" w:cstheme="majorHAnsi"/>
                <w:bCs w:val="0"/>
                <w:rtl/>
              </w:rPr>
            </w:pPr>
            <w:r w:rsidRPr="00B05D15">
              <w:rPr>
                <w:rFonts w:asciiTheme="majorHAnsi" w:hAnsiTheme="majorHAnsi" w:cstheme="majorHAnsi"/>
                <w:bCs w:val="0"/>
                <w:sz w:val="32"/>
              </w:rPr>
              <w:t xml:space="preserve">6.1 </w:t>
            </w:r>
            <w:proofErr w:type="spellStart"/>
            <w:r w:rsidRPr="00B05D15">
              <w:rPr>
                <w:rFonts w:ascii="Times New Roman" w:hAnsi="Times New Roman" w:cs="Times New Roman"/>
                <w:bCs w:val="0"/>
                <w:sz w:val="32"/>
              </w:rPr>
              <w:t>فرضيات</w:t>
            </w:r>
            <w:proofErr w:type="spellEnd"/>
            <w:r w:rsidRPr="00B05D15">
              <w:rPr>
                <w:rFonts w:asciiTheme="majorHAnsi" w:hAnsiTheme="majorHAnsi" w:cstheme="majorHAnsi"/>
                <w:bCs w:val="0"/>
                <w:sz w:val="32"/>
              </w:rPr>
              <w:t xml:space="preserve"> </w:t>
            </w:r>
            <w:proofErr w:type="spellStart"/>
            <w:r w:rsidRPr="00B05D15">
              <w:rPr>
                <w:rFonts w:ascii="Times New Roman" w:hAnsi="Times New Roman" w:cs="Times New Roman"/>
                <w:bCs w:val="0"/>
                <w:sz w:val="32"/>
              </w:rPr>
              <w:t>الدراسة</w:t>
            </w:r>
            <w:proofErr w:type="spellEnd"/>
          </w:p>
        </w:tc>
        <w:tc>
          <w:tcPr>
            <w:tcW w:w="3132" w:type="dxa"/>
          </w:tcPr>
          <w:p w14:paraId="63F0FD4A" w14:textId="71630D25" w:rsidR="00A41E53" w:rsidRPr="00B05D15" w:rsidRDefault="00A41E53" w:rsidP="00A41E53">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15</w:t>
            </w:r>
          </w:p>
        </w:tc>
      </w:tr>
      <w:tr w:rsidR="00A41E53" w:rsidRPr="00B05D15" w14:paraId="16BB9CAA"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08BB58C9" w14:textId="34424125" w:rsidR="00A41E53" w:rsidRPr="00B05D15" w:rsidRDefault="00A41E53" w:rsidP="00A41E53">
            <w:pPr>
              <w:bidi/>
              <w:spacing w:line="360" w:lineRule="auto"/>
              <w:rPr>
                <w:rFonts w:asciiTheme="majorHAnsi" w:hAnsiTheme="majorHAnsi" w:cstheme="majorHAnsi"/>
                <w:bCs w:val="0"/>
                <w:rtl/>
              </w:rPr>
            </w:pPr>
            <w:r w:rsidRPr="00B05D15">
              <w:rPr>
                <w:rFonts w:asciiTheme="majorHAnsi" w:hAnsiTheme="majorHAnsi" w:cstheme="majorHAnsi"/>
                <w:bCs w:val="0"/>
                <w:sz w:val="32"/>
              </w:rPr>
              <w:t xml:space="preserve">7.1 </w:t>
            </w:r>
            <w:proofErr w:type="spellStart"/>
            <w:r w:rsidRPr="00B05D15">
              <w:rPr>
                <w:rFonts w:ascii="Times New Roman" w:hAnsi="Times New Roman" w:cs="Times New Roman"/>
                <w:bCs w:val="0"/>
                <w:sz w:val="32"/>
              </w:rPr>
              <w:t>نموذج</w:t>
            </w:r>
            <w:proofErr w:type="spellEnd"/>
            <w:r w:rsidRPr="00B05D15">
              <w:rPr>
                <w:rFonts w:asciiTheme="majorHAnsi" w:hAnsiTheme="majorHAnsi" w:cstheme="majorHAnsi"/>
                <w:bCs w:val="0"/>
                <w:sz w:val="32"/>
              </w:rPr>
              <w:t xml:space="preserve"> </w:t>
            </w:r>
            <w:proofErr w:type="spellStart"/>
            <w:r w:rsidRPr="00B05D15">
              <w:rPr>
                <w:rFonts w:ascii="Times New Roman" w:hAnsi="Times New Roman" w:cs="Times New Roman"/>
                <w:bCs w:val="0"/>
                <w:sz w:val="32"/>
              </w:rPr>
              <w:t>الدراسة</w:t>
            </w:r>
            <w:proofErr w:type="spellEnd"/>
          </w:p>
        </w:tc>
        <w:tc>
          <w:tcPr>
            <w:tcW w:w="3132" w:type="dxa"/>
          </w:tcPr>
          <w:p w14:paraId="1649DB95" w14:textId="1C4ABB64" w:rsidR="00A41E53" w:rsidRPr="00B05D15" w:rsidRDefault="00A41E53" w:rsidP="00A41E53">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16</w:t>
            </w:r>
          </w:p>
        </w:tc>
      </w:tr>
      <w:tr w:rsidR="00A41E53" w:rsidRPr="00B05D15" w14:paraId="67F93E5A"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7ECC1DC7" w14:textId="3B1D212C" w:rsidR="00A41E53" w:rsidRPr="00B05D15" w:rsidRDefault="00A41E53" w:rsidP="00A41E53">
            <w:pPr>
              <w:bidi/>
              <w:spacing w:line="360" w:lineRule="auto"/>
              <w:rPr>
                <w:rFonts w:asciiTheme="majorHAnsi" w:hAnsiTheme="majorHAnsi" w:cstheme="majorHAnsi"/>
                <w:bCs w:val="0"/>
                <w:rtl/>
              </w:rPr>
            </w:pPr>
            <w:r w:rsidRPr="00B05D15">
              <w:rPr>
                <w:rFonts w:asciiTheme="majorHAnsi" w:hAnsiTheme="majorHAnsi" w:cstheme="majorHAnsi"/>
                <w:sz w:val="32"/>
              </w:rPr>
              <w:t xml:space="preserve">12.1 </w:t>
            </w:r>
            <w:proofErr w:type="spellStart"/>
            <w:r w:rsidRPr="00B05D15">
              <w:rPr>
                <w:rFonts w:ascii="Times New Roman" w:hAnsi="Times New Roman" w:cs="Times New Roman"/>
                <w:sz w:val="32"/>
              </w:rPr>
              <w:t>حدود</w:t>
            </w:r>
            <w:proofErr w:type="spellEnd"/>
            <w:r w:rsidRPr="00B05D15">
              <w:rPr>
                <w:rFonts w:asciiTheme="majorHAnsi" w:hAnsiTheme="majorHAnsi" w:cstheme="majorHAnsi"/>
                <w:sz w:val="32"/>
              </w:rPr>
              <w:t xml:space="preserve"> </w:t>
            </w:r>
            <w:proofErr w:type="spellStart"/>
            <w:r w:rsidRPr="00B05D15">
              <w:rPr>
                <w:rFonts w:ascii="Times New Roman" w:hAnsi="Times New Roman" w:cs="Times New Roman"/>
                <w:sz w:val="32"/>
              </w:rPr>
              <w:t>الدراسة</w:t>
            </w:r>
            <w:proofErr w:type="spellEnd"/>
          </w:p>
        </w:tc>
        <w:tc>
          <w:tcPr>
            <w:tcW w:w="3132" w:type="dxa"/>
          </w:tcPr>
          <w:p w14:paraId="779F6695" w14:textId="5AC06E8B" w:rsidR="00A41E53" w:rsidRPr="00B05D15" w:rsidRDefault="00A41E53" w:rsidP="00A41E53">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18</w:t>
            </w:r>
          </w:p>
        </w:tc>
      </w:tr>
      <w:tr w:rsidR="00A41E53" w:rsidRPr="00B05D15" w14:paraId="22DBF054"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5E87C928" w14:textId="2EB8CDD1" w:rsidR="00A41E53" w:rsidRPr="00B05D15" w:rsidRDefault="00A41E53" w:rsidP="00A41E53">
            <w:pPr>
              <w:bidi/>
              <w:spacing w:line="360" w:lineRule="auto"/>
              <w:rPr>
                <w:rFonts w:asciiTheme="majorHAnsi" w:hAnsiTheme="majorHAnsi" w:cstheme="majorHAnsi"/>
                <w:bCs w:val="0"/>
                <w:rtl/>
              </w:rPr>
            </w:pPr>
            <w:proofErr w:type="spellStart"/>
            <w:r w:rsidRPr="00B05D15">
              <w:rPr>
                <w:rFonts w:ascii="Times New Roman" w:hAnsi="Times New Roman" w:cs="Times New Roman"/>
                <w:sz w:val="36"/>
              </w:rPr>
              <w:t>الفصل</w:t>
            </w:r>
            <w:proofErr w:type="spellEnd"/>
            <w:r w:rsidRPr="00B05D15">
              <w:rPr>
                <w:rFonts w:asciiTheme="majorHAnsi" w:hAnsiTheme="majorHAnsi" w:cstheme="majorHAnsi"/>
                <w:sz w:val="36"/>
              </w:rPr>
              <w:t xml:space="preserve"> </w:t>
            </w:r>
            <w:proofErr w:type="spellStart"/>
            <w:r w:rsidRPr="00B05D15">
              <w:rPr>
                <w:rFonts w:ascii="Times New Roman" w:hAnsi="Times New Roman" w:cs="Times New Roman"/>
                <w:sz w:val="36"/>
              </w:rPr>
              <w:t>الثاني</w:t>
            </w:r>
            <w:proofErr w:type="spellEnd"/>
            <w:r w:rsidRPr="00B05D15">
              <w:rPr>
                <w:rFonts w:asciiTheme="majorHAnsi" w:hAnsiTheme="majorHAnsi" w:cstheme="majorHAnsi"/>
                <w:sz w:val="36"/>
              </w:rPr>
              <w:t xml:space="preserve">: </w:t>
            </w:r>
            <w:proofErr w:type="spellStart"/>
            <w:r w:rsidRPr="00B05D15">
              <w:rPr>
                <w:rFonts w:ascii="Times New Roman" w:hAnsi="Times New Roman" w:cs="Times New Roman"/>
                <w:sz w:val="36"/>
              </w:rPr>
              <w:t>الإطار</w:t>
            </w:r>
            <w:proofErr w:type="spellEnd"/>
            <w:r w:rsidRPr="00B05D15">
              <w:rPr>
                <w:rFonts w:asciiTheme="majorHAnsi" w:hAnsiTheme="majorHAnsi" w:cstheme="majorHAnsi"/>
                <w:sz w:val="36"/>
              </w:rPr>
              <w:t xml:space="preserve"> </w:t>
            </w:r>
            <w:proofErr w:type="spellStart"/>
            <w:r w:rsidRPr="00B05D15">
              <w:rPr>
                <w:rFonts w:ascii="Times New Roman" w:hAnsi="Times New Roman" w:cs="Times New Roman"/>
                <w:sz w:val="36"/>
              </w:rPr>
              <w:t>النظري</w:t>
            </w:r>
            <w:proofErr w:type="spellEnd"/>
            <w:r w:rsidRPr="00B05D15">
              <w:rPr>
                <w:rFonts w:asciiTheme="majorHAnsi" w:hAnsiTheme="majorHAnsi" w:cstheme="majorHAnsi"/>
                <w:sz w:val="36"/>
              </w:rPr>
              <w:t xml:space="preserve"> </w:t>
            </w:r>
            <w:proofErr w:type="spellStart"/>
            <w:r w:rsidRPr="00B05D15">
              <w:rPr>
                <w:rFonts w:ascii="Times New Roman" w:hAnsi="Times New Roman" w:cs="Times New Roman"/>
                <w:sz w:val="36"/>
              </w:rPr>
              <w:t>والدراسات</w:t>
            </w:r>
            <w:proofErr w:type="spellEnd"/>
            <w:r w:rsidRPr="00B05D15">
              <w:rPr>
                <w:rFonts w:asciiTheme="majorHAnsi" w:hAnsiTheme="majorHAnsi" w:cstheme="majorHAnsi"/>
                <w:sz w:val="36"/>
              </w:rPr>
              <w:t xml:space="preserve"> </w:t>
            </w:r>
            <w:proofErr w:type="spellStart"/>
            <w:r w:rsidRPr="00B05D15">
              <w:rPr>
                <w:rFonts w:ascii="Times New Roman" w:hAnsi="Times New Roman" w:cs="Times New Roman"/>
                <w:sz w:val="36"/>
              </w:rPr>
              <w:t>السابقة</w:t>
            </w:r>
            <w:proofErr w:type="spellEnd"/>
          </w:p>
        </w:tc>
        <w:tc>
          <w:tcPr>
            <w:tcW w:w="3132" w:type="dxa"/>
          </w:tcPr>
          <w:p w14:paraId="1A3CE0E5" w14:textId="17D37E5B" w:rsidR="00A41E53" w:rsidRPr="00B05D15" w:rsidRDefault="00A41E53" w:rsidP="00A41E53">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19</w:t>
            </w:r>
          </w:p>
        </w:tc>
      </w:tr>
      <w:tr w:rsidR="001359CF" w:rsidRPr="00B05D15" w14:paraId="6A6DF62E"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37BDFF28" w14:textId="4E7E852A" w:rsidR="001359CF" w:rsidRPr="00B05D15" w:rsidRDefault="00A41E53" w:rsidP="00A41E53">
            <w:pPr>
              <w:spacing w:line="360" w:lineRule="auto"/>
              <w:jc w:val="right"/>
              <w:rPr>
                <w:rFonts w:asciiTheme="majorHAnsi" w:hAnsiTheme="majorHAnsi" w:cstheme="majorHAnsi"/>
                <w:b w:val="0"/>
                <w:rtl/>
              </w:rPr>
            </w:pPr>
            <w:r w:rsidRPr="00A41E53">
              <w:rPr>
                <w:rFonts w:asciiTheme="majorHAnsi" w:hAnsiTheme="majorHAnsi" w:cstheme="majorHAnsi"/>
                <w:sz w:val="32"/>
              </w:rPr>
              <w:t xml:space="preserve">2.2 </w:t>
            </w:r>
            <w:r w:rsidRPr="00A41E53">
              <w:rPr>
                <w:rFonts w:asciiTheme="majorHAnsi" w:hAnsiTheme="majorHAnsi" w:cstheme="majorHAnsi" w:hint="cs"/>
                <w:sz w:val="32"/>
                <w:rtl/>
              </w:rPr>
              <w:t>مفهوم</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التسويق</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العقار</w:t>
            </w:r>
            <w:r w:rsidRPr="00A41E53">
              <w:rPr>
                <w:rFonts w:asciiTheme="majorHAnsi" w:hAnsiTheme="majorHAnsi" w:cstheme="majorHAnsi"/>
                <w:sz w:val="32"/>
                <w:rtl/>
              </w:rPr>
              <w:t xml:space="preserve"> </w:t>
            </w:r>
            <w:r w:rsidRPr="00A41E53">
              <w:rPr>
                <w:rFonts w:asciiTheme="majorHAnsi" w:hAnsiTheme="majorHAnsi" w:cstheme="majorHAnsi" w:hint="cs"/>
                <w:sz w:val="32"/>
                <w:rtl/>
              </w:rPr>
              <w:t>ي</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الرقمي</w:t>
            </w:r>
          </w:p>
        </w:tc>
        <w:tc>
          <w:tcPr>
            <w:tcW w:w="3132" w:type="dxa"/>
          </w:tcPr>
          <w:p w14:paraId="0EF27D9F" w14:textId="0FB68FFA" w:rsidR="001359CF" w:rsidRPr="00B05D15" w:rsidRDefault="00A41E53"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19</w:t>
            </w:r>
          </w:p>
        </w:tc>
      </w:tr>
      <w:tr w:rsidR="001359CF" w:rsidRPr="00B05D15" w14:paraId="125BAFFE"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6F3527A1" w14:textId="42DD7C1D" w:rsidR="001359CF" w:rsidRPr="00B05D15" w:rsidRDefault="00A41E53" w:rsidP="00A41E53">
            <w:pPr>
              <w:spacing w:line="360" w:lineRule="auto"/>
              <w:jc w:val="right"/>
              <w:rPr>
                <w:rFonts w:asciiTheme="majorHAnsi" w:hAnsiTheme="majorHAnsi" w:cstheme="majorHAnsi"/>
                <w:b w:val="0"/>
                <w:rtl/>
              </w:rPr>
            </w:pPr>
            <w:r w:rsidRPr="00A41E53">
              <w:rPr>
                <w:rFonts w:asciiTheme="majorHAnsi" w:hAnsiTheme="majorHAnsi" w:cstheme="majorHAnsi"/>
                <w:sz w:val="32"/>
              </w:rPr>
              <w:t xml:space="preserve">2.3 </w:t>
            </w:r>
            <w:r w:rsidRPr="00A41E53">
              <w:rPr>
                <w:rFonts w:asciiTheme="majorHAnsi" w:hAnsiTheme="majorHAnsi" w:cstheme="majorHAnsi" w:hint="cs"/>
                <w:sz w:val="32"/>
                <w:rtl/>
              </w:rPr>
              <w:t>أدوات</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التسويق</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العقاري</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الرقمي</w:t>
            </w:r>
          </w:p>
        </w:tc>
        <w:tc>
          <w:tcPr>
            <w:tcW w:w="3132" w:type="dxa"/>
          </w:tcPr>
          <w:p w14:paraId="653E4CF6" w14:textId="6A8AD0EB" w:rsidR="001359CF" w:rsidRPr="00B05D15" w:rsidRDefault="00A41E53"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20</w:t>
            </w:r>
          </w:p>
        </w:tc>
      </w:tr>
      <w:tr w:rsidR="001359CF" w:rsidRPr="00B05D15" w14:paraId="504F0446"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161EA235" w14:textId="3C11A37C" w:rsidR="001359CF" w:rsidRPr="00B05D15" w:rsidRDefault="00A41E53" w:rsidP="00A41E53">
            <w:pPr>
              <w:bidi/>
              <w:spacing w:line="360" w:lineRule="auto"/>
              <w:rPr>
                <w:rFonts w:asciiTheme="majorHAnsi" w:hAnsiTheme="majorHAnsi" w:cstheme="majorHAnsi"/>
                <w:b w:val="0"/>
                <w:rtl/>
              </w:rPr>
            </w:pPr>
            <w:r w:rsidRPr="00A41E53">
              <w:rPr>
                <w:rFonts w:asciiTheme="majorHAnsi" w:hAnsiTheme="majorHAnsi" w:cstheme="majorHAnsi" w:hint="cs"/>
                <w:sz w:val="32"/>
                <w:rtl/>
              </w:rPr>
              <w:t>مفهوم</w:t>
            </w:r>
            <w:r w:rsidRPr="00A41E53">
              <w:rPr>
                <w:rFonts w:asciiTheme="majorHAnsi" w:hAnsiTheme="majorHAnsi" w:cstheme="majorHAnsi"/>
                <w:sz w:val="32"/>
                <w:rtl/>
              </w:rPr>
              <w:t xml:space="preserve"> </w:t>
            </w:r>
            <w:r w:rsidRPr="00A41E53">
              <w:rPr>
                <w:rFonts w:asciiTheme="majorHAnsi" w:hAnsiTheme="majorHAnsi" w:cstheme="majorHAnsi" w:hint="cs"/>
                <w:sz w:val="32"/>
                <w:rtl/>
              </w:rPr>
              <w:t>تجرب</w:t>
            </w:r>
            <w:r w:rsidRPr="00A41E53">
              <w:rPr>
                <w:rFonts w:asciiTheme="majorHAnsi" w:hAnsiTheme="majorHAnsi" w:cstheme="majorHAnsi"/>
                <w:sz w:val="32"/>
                <w:rtl/>
              </w:rPr>
              <w:t xml:space="preserve"> </w:t>
            </w:r>
            <w:r w:rsidRPr="00A41E53">
              <w:rPr>
                <w:rFonts w:asciiTheme="majorHAnsi" w:hAnsiTheme="majorHAnsi" w:cstheme="majorHAnsi" w:hint="cs"/>
                <w:sz w:val="32"/>
                <w:rtl/>
              </w:rPr>
              <w:t>ة</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العمي</w:t>
            </w:r>
            <w:r w:rsidRPr="00A41E53">
              <w:rPr>
                <w:rFonts w:asciiTheme="majorHAnsi" w:hAnsiTheme="majorHAnsi" w:cstheme="majorHAnsi"/>
                <w:sz w:val="32"/>
                <w:rtl/>
              </w:rPr>
              <w:t xml:space="preserve"> </w:t>
            </w:r>
            <w:r w:rsidRPr="00A41E53">
              <w:rPr>
                <w:rFonts w:asciiTheme="majorHAnsi" w:hAnsiTheme="majorHAnsi" w:cstheme="majorHAnsi" w:hint="cs"/>
                <w:sz w:val="32"/>
                <w:rtl/>
              </w:rPr>
              <w:t>ل</w:t>
            </w:r>
            <w:r w:rsidRPr="00A41E53">
              <w:rPr>
                <w:rFonts w:asciiTheme="majorHAnsi" w:hAnsiTheme="majorHAnsi" w:cstheme="majorHAnsi"/>
                <w:sz w:val="32"/>
                <w:rtl/>
              </w:rPr>
              <w:t xml:space="preserve"> 2.4</w:t>
            </w:r>
          </w:p>
        </w:tc>
        <w:tc>
          <w:tcPr>
            <w:tcW w:w="3132" w:type="dxa"/>
          </w:tcPr>
          <w:p w14:paraId="30417AE9" w14:textId="308001C7" w:rsidR="001359CF" w:rsidRPr="00B05D15" w:rsidRDefault="00A41E53"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21</w:t>
            </w:r>
          </w:p>
        </w:tc>
      </w:tr>
      <w:tr w:rsidR="001359CF" w:rsidRPr="00B05D15" w14:paraId="56ECAAF0"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4A665AF0" w14:textId="572DB87F" w:rsidR="001359CF" w:rsidRPr="00B05D15" w:rsidRDefault="00A41E53" w:rsidP="00A41E53">
            <w:pPr>
              <w:spacing w:line="360" w:lineRule="auto"/>
              <w:jc w:val="right"/>
              <w:rPr>
                <w:rFonts w:asciiTheme="majorHAnsi" w:hAnsiTheme="majorHAnsi" w:cstheme="majorHAnsi"/>
                <w:b w:val="0"/>
                <w:rtl/>
              </w:rPr>
            </w:pPr>
            <w:r w:rsidRPr="00A41E53">
              <w:rPr>
                <w:rFonts w:asciiTheme="majorHAnsi" w:hAnsiTheme="majorHAnsi" w:cstheme="majorHAnsi"/>
                <w:sz w:val="32"/>
              </w:rPr>
              <w:t xml:space="preserve">2.5 </w:t>
            </w:r>
            <w:r w:rsidRPr="00A41E53">
              <w:rPr>
                <w:rFonts w:asciiTheme="majorHAnsi" w:hAnsiTheme="majorHAnsi" w:cstheme="majorHAnsi" w:hint="cs"/>
                <w:sz w:val="32"/>
                <w:rtl/>
              </w:rPr>
              <w:t>النظريات</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الداعمة</w:t>
            </w:r>
            <w:r w:rsidRPr="00A41E53">
              <w:rPr>
                <w:rFonts w:asciiTheme="majorHAnsi" w:hAnsiTheme="majorHAnsi" w:cstheme="majorHAnsi"/>
                <w:sz w:val="32"/>
                <w:rtl/>
              </w:rPr>
              <w:t xml:space="preserve"> </w:t>
            </w:r>
            <w:r w:rsidRPr="00A41E53">
              <w:rPr>
                <w:rFonts w:asciiTheme="majorHAnsi" w:hAnsiTheme="majorHAnsi" w:cstheme="majorHAnsi" w:hint="cs"/>
                <w:sz w:val="32"/>
                <w:rtl/>
              </w:rPr>
              <w:t>للدراس</w:t>
            </w:r>
            <w:r w:rsidRPr="00A41E53">
              <w:rPr>
                <w:rFonts w:asciiTheme="majorHAnsi" w:hAnsiTheme="majorHAnsi" w:cstheme="majorHAnsi"/>
                <w:sz w:val="32"/>
                <w:rtl/>
              </w:rPr>
              <w:t xml:space="preserve"> </w:t>
            </w:r>
            <w:r w:rsidRPr="00A41E53">
              <w:rPr>
                <w:rFonts w:asciiTheme="majorHAnsi" w:hAnsiTheme="majorHAnsi" w:cstheme="majorHAnsi" w:hint="cs"/>
                <w:sz w:val="32"/>
                <w:rtl/>
              </w:rPr>
              <w:t>ة</w:t>
            </w:r>
          </w:p>
        </w:tc>
        <w:tc>
          <w:tcPr>
            <w:tcW w:w="3132" w:type="dxa"/>
          </w:tcPr>
          <w:p w14:paraId="53BB91B6" w14:textId="22F6736C" w:rsidR="001359CF" w:rsidRPr="00B05D15" w:rsidRDefault="00A41E53"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21</w:t>
            </w:r>
          </w:p>
        </w:tc>
      </w:tr>
      <w:tr w:rsidR="001359CF" w:rsidRPr="00B05D15" w14:paraId="6FF93DD8"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3BE05F0C" w14:textId="3FD32413" w:rsidR="001359CF" w:rsidRPr="00B05D15" w:rsidRDefault="00A41E53" w:rsidP="00A41E53">
            <w:pPr>
              <w:bidi/>
              <w:spacing w:line="360" w:lineRule="auto"/>
              <w:rPr>
                <w:rFonts w:asciiTheme="majorHAnsi" w:hAnsiTheme="majorHAnsi" w:cstheme="majorHAnsi"/>
                <w:b w:val="0"/>
                <w:rtl/>
              </w:rPr>
            </w:pPr>
            <w:r w:rsidRPr="00A41E53">
              <w:rPr>
                <w:rFonts w:ascii="Times New Roman" w:hAnsi="Times New Roman" w:cs="Times New Roman" w:hint="cs"/>
                <w:sz w:val="36"/>
                <w:rtl/>
              </w:rPr>
              <w:lastRenderedPageBreak/>
              <w:t>الدراسات</w:t>
            </w:r>
            <w:r w:rsidRPr="00A41E53">
              <w:rPr>
                <w:rFonts w:ascii="Times New Roman" w:hAnsi="Times New Roman" w:cs="Times New Roman"/>
                <w:sz w:val="36"/>
                <w:rtl/>
              </w:rPr>
              <w:t xml:space="preserve"> </w:t>
            </w:r>
            <w:r w:rsidRPr="00A41E53">
              <w:rPr>
                <w:rFonts w:ascii="Times New Roman" w:hAnsi="Times New Roman" w:cs="Times New Roman" w:hint="cs"/>
                <w:sz w:val="36"/>
                <w:rtl/>
              </w:rPr>
              <w:t>السابق</w:t>
            </w:r>
            <w:r w:rsidRPr="00A41E53">
              <w:rPr>
                <w:rFonts w:ascii="Times New Roman" w:hAnsi="Times New Roman" w:cs="Times New Roman"/>
                <w:sz w:val="36"/>
                <w:rtl/>
              </w:rPr>
              <w:t xml:space="preserve"> </w:t>
            </w:r>
            <w:r w:rsidRPr="00A41E53">
              <w:rPr>
                <w:rFonts w:ascii="Times New Roman" w:hAnsi="Times New Roman" w:cs="Times New Roman" w:hint="cs"/>
                <w:sz w:val="36"/>
                <w:rtl/>
              </w:rPr>
              <w:t>ة</w:t>
            </w:r>
            <w:r w:rsidRPr="00A41E53">
              <w:rPr>
                <w:rFonts w:ascii="Times New Roman" w:hAnsi="Times New Roman" w:cs="Times New Roman"/>
                <w:sz w:val="36"/>
                <w:rtl/>
              </w:rPr>
              <w:t xml:space="preserve"> 2.6</w:t>
            </w:r>
          </w:p>
        </w:tc>
        <w:tc>
          <w:tcPr>
            <w:tcW w:w="3132" w:type="dxa"/>
          </w:tcPr>
          <w:p w14:paraId="29AB181E" w14:textId="7EF204B2" w:rsidR="001359CF" w:rsidRPr="00B05D15" w:rsidRDefault="00A41E53"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22</w:t>
            </w:r>
          </w:p>
        </w:tc>
      </w:tr>
      <w:tr w:rsidR="001359CF" w:rsidRPr="00B05D15" w14:paraId="677082B7"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7564679B" w14:textId="5C7CACE6" w:rsidR="001359CF" w:rsidRPr="00B05D15" w:rsidRDefault="00A41E53" w:rsidP="00A41E53">
            <w:pPr>
              <w:spacing w:line="360" w:lineRule="auto"/>
              <w:jc w:val="right"/>
              <w:rPr>
                <w:rFonts w:asciiTheme="majorHAnsi" w:hAnsiTheme="majorHAnsi" w:cstheme="majorHAnsi"/>
                <w:b w:val="0"/>
                <w:rtl/>
              </w:rPr>
            </w:pPr>
            <w:r w:rsidRPr="00A41E53">
              <w:rPr>
                <w:rFonts w:asciiTheme="majorHAnsi" w:hAnsiTheme="majorHAnsi" w:cstheme="majorHAnsi"/>
                <w:sz w:val="32"/>
              </w:rPr>
              <w:t xml:space="preserve">2.7 </w:t>
            </w:r>
            <w:r w:rsidRPr="00A41E53">
              <w:rPr>
                <w:rFonts w:asciiTheme="majorHAnsi" w:hAnsiTheme="majorHAnsi" w:cstheme="majorHAnsi" w:hint="cs"/>
                <w:sz w:val="32"/>
                <w:rtl/>
              </w:rPr>
              <w:t>الفجوة</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البحثي</w:t>
            </w:r>
            <w:r>
              <w:rPr>
                <w:rFonts w:asciiTheme="majorHAnsi" w:hAnsiTheme="majorHAnsi" w:cstheme="majorHAnsi" w:hint="cs"/>
                <w:sz w:val="32"/>
                <w:rtl/>
              </w:rPr>
              <w:t>ة</w:t>
            </w:r>
          </w:p>
        </w:tc>
        <w:tc>
          <w:tcPr>
            <w:tcW w:w="3132" w:type="dxa"/>
          </w:tcPr>
          <w:p w14:paraId="27E792EE" w14:textId="2FE52429" w:rsidR="001359CF" w:rsidRPr="00B05D15" w:rsidRDefault="00A41E53"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22</w:t>
            </w:r>
          </w:p>
        </w:tc>
      </w:tr>
      <w:tr w:rsidR="001359CF" w:rsidRPr="00B05D15" w14:paraId="47AE07A5"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274260CD" w14:textId="2CE6C09E" w:rsidR="001359CF" w:rsidRPr="00B05D15" w:rsidRDefault="00A41E53" w:rsidP="00A41E53">
            <w:pPr>
              <w:bidi/>
              <w:spacing w:line="360" w:lineRule="auto"/>
              <w:rPr>
                <w:rFonts w:asciiTheme="majorHAnsi" w:hAnsiTheme="majorHAnsi" w:cstheme="majorHAnsi"/>
                <w:b w:val="0"/>
                <w:rtl/>
              </w:rPr>
            </w:pPr>
            <w:r w:rsidRPr="00A41E53">
              <w:rPr>
                <w:rFonts w:asciiTheme="majorHAnsi" w:hAnsiTheme="majorHAnsi" w:cstheme="majorHAnsi" w:hint="cs"/>
                <w:sz w:val="32"/>
                <w:rtl/>
              </w:rPr>
              <w:t>الفصل</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الثالث</w:t>
            </w:r>
            <w:r w:rsidRPr="00A41E53">
              <w:rPr>
                <w:rFonts w:asciiTheme="majorHAnsi" w:hAnsiTheme="majorHAnsi" w:cstheme="majorHAnsi"/>
                <w:sz w:val="32"/>
                <w:rtl/>
              </w:rPr>
              <w:t xml:space="preserve">: </w:t>
            </w:r>
            <w:r w:rsidRPr="00A41E53">
              <w:rPr>
                <w:rFonts w:asciiTheme="majorHAnsi" w:hAnsiTheme="majorHAnsi" w:cstheme="majorHAnsi" w:hint="cs"/>
                <w:sz w:val="32"/>
                <w:rtl/>
              </w:rPr>
              <w:t>منهجي</w:t>
            </w:r>
            <w:r w:rsidRPr="00A41E53">
              <w:rPr>
                <w:rFonts w:asciiTheme="majorHAnsi" w:hAnsiTheme="majorHAnsi" w:cstheme="majorHAnsi"/>
                <w:sz w:val="32"/>
                <w:rtl/>
              </w:rPr>
              <w:t xml:space="preserve"> </w:t>
            </w:r>
            <w:r w:rsidRPr="00A41E53">
              <w:rPr>
                <w:rFonts w:asciiTheme="majorHAnsi" w:hAnsiTheme="majorHAnsi" w:cstheme="majorHAnsi" w:hint="cs"/>
                <w:sz w:val="32"/>
                <w:rtl/>
              </w:rPr>
              <w:t>ة</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الدراس</w:t>
            </w:r>
            <w:r>
              <w:rPr>
                <w:rFonts w:asciiTheme="majorHAnsi" w:hAnsiTheme="majorHAnsi" w:cstheme="majorHAnsi" w:hint="cs"/>
                <w:sz w:val="32"/>
                <w:rtl/>
              </w:rPr>
              <w:t xml:space="preserve">ة </w:t>
            </w:r>
          </w:p>
        </w:tc>
        <w:tc>
          <w:tcPr>
            <w:tcW w:w="3132" w:type="dxa"/>
          </w:tcPr>
          <w:p w14:paraId="38885DC8" w14:textId="40AADCD3" w:rsidR="001359CF" w:rsidRPr="00B05D15" w:rsidRDefault="00A41E53" w:rsidP="00A41E53">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bCs/>
                <w:sz w:val="28"/>
                <w:szCs w:val="28"/>
                <w:rtl/>
              </w:rPr>
              <w:t xml:space="preserve"> 23</w:t>
            </w:r>
          </w:p>
        </w:tc>
      </w:tr>
      <w:tr w:rsidR="001359CF" w:rsidRPr="00B05D15" w14:paraId="3EEC9D5D"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7766B130" w14:textId="16586D90" w:rsidR="001359CF" w:rsidRPr="00B05D15" w:rsidRDefault="00A41E53" w:rsidP="00A41E53">
            <w:pPr>
              <w:bidi/>
              <w:spacing w:line="360" w:lineRule="auto"/>
              <w:rPr>
                <w:rFonts w:asciiTheme="majorHAnsi" w:hAnsiTheme="majorHAnsi" w:cstheme="majorHAnsi"/>
                <w:b w:val="0"/>
                <w:rtl/>
              </w:rPr>
            </w:pPr>
            <w:r w:rsidRPr="00A41E53">
              <w:rPr>
                <w:rFonts w:asciiTheme="majorHAnsi" w:hAnsiTheme="majorHAnsi" w:cstheme="majorHAnsi" w:hint="cs"/>
                <w:sz w:val="32"/>
                <w:rtl/>
              </w:rPr>
              <w:t>الفصل</w:t>
            </w:r>
            <w:r w:rsidRPr="00A41E53">
              <w:rPr>
                <w:rFonts w:asciiTheme="majorHAnsi" w:hAnsiTheme="majorHAnsi" w:cstheme="majorHAnsi"/>
                <w:sz w:val="32"/>
                <w:rtl/>
              </w:rPr>
              <w:t xml:space="preserve"> </w:t>
            </w:r>
            <w:proofErr w:type="gramStart"/>
            <w:r w:rsidRPr="00A41E53">
              <w:rPr>
                <w:rFonts w:asciiTheme="majorHAnsi" w:hAnsiTheme="majorHAnsi" w:cstheme="majorHAnsi" w:hint="cs"/>
                <w:sz w:val="32"/>
                <w:rtl/>
              </w:rPr>
              <w:t>الرابع</w:t>
            </w:r>
            <w:r w:rsidRPr="00A41E53">
              <w:rPr>
                <w:rFonts w:asciiTheme="majorHAnsi" w:hAnsiTheme="majorHAnsi" w:cstheme="majorHAnsi"/>
                <w:sz w:val="32"/>
                <w:rtl/>
              </w:rPr>
              <w:t xml:space="preserve"> :</w:t>
            </w:r>
            <w:proofErr w:type="gramEnd"/>
            <w:r w:rsidRPr="00A41E53">
              <w:rPr>
                <w:rFonts w:asciiTheme="majorHAnsi" w:hAnsiTheme="majorHAnsi" w:cstheme="majorHAnsi"/>
                <w:sz w:val="32"/>
                <w:rtl/>
              </w:rPr>
              <w:t xml:space="preserve"> </w:t>
            </w:r>
            <w:r w:rsidRPr="00A41E53">
              <w:rPr>
                <w:rFonts w:asciiTheme="majorHAnsi" w:hAnsiTheme="majorHAnsi" w:cstheme="majorHAnsi" w:hint="cs"/>
                <w:sz w:val="32"/>
                <w:rtl/>
              </w:rPr>
              <w:t>المناقش</w:t>
            </w:r>
            <w:r w:rsidRPr="00A41E53">
              <w:rPr>
                <w:rFonts w:asciiTheme="majorHAnsi" w:hAnsiTheme="majorHAnsi" w:cstheme="majorHAnsi"/>
                <w:sz w:val="32"/>
                <w:rtl/>
              </w:rPr>
              <w:t xml:space="preserve"> </w:t>
            </w:r>
            <w:r w:rsidRPr="00A41E53">
              <w:rPr>
                <w:rFonts w:asciiTheme="majorHAnsi" w:hAnsiTheme="majorHAnsi" w:cstheme="majorHAnsi" w:hint="cs"/>
                <w:sz w:val="32"/>
                <w:rtl/>
              </w:rPr>
              <w:t>ة</w:t>
            </w:r>
            <w:r w:rsidRPr="00A41E53">
              <w:rPr>
                <w:rFonts w:asciiTheme="majorHAnsi" w:hAnsiTheme="majorHAnsi" w:cstheme="majorHAnsi"/>
                <w:sz w:val="32"/>
                <w:rtl/>
              </w:rPr>
              <w:t xml:space="preserve"> </w:t>
            </w:r>
            <w:r w:rsidRPr="00A41E53">
              <w:rPr>
                <w:rFonts w:asciiTheme="majorHAnsi" w:hAnsiTheme="majorHAnsi" w:cstheme="majorHAnsi" w:hint="cs"/>
                <w:sz w:val="32"/>
                <w:rtl/>
              </w:rPr>
              <w:t>والتوصيات</w:t>
            </w:r>
          </w:p>
        </w:tc>
        <w:tc>
          <w:tcPr>
            <w:tcW w:w="3132" w:type="dxa"/>
          </w:tcPr>
          <w:p w14:paraId="39A8792C" w14:textId="3F849FB7" w:rsidR="001359CF" w:rsidRPr="00B05D15" w:rsidRDefault="00A41E53"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24</w:t>
            </w:r>
          </w:p>
        </w:tc>
      </w:tr>
      <w:tr w:rsidR="001359CF" w:rsidRPr="00B05D15" w14:paraId="6AAC3611"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59EA7217" w14:textId="2E7CAF1B" w:rsidR="001359CF" w:rsidRPr="00B05D15" w:rsidRDefault="00A41E53" w:rsidP="00A41E53">
            <w:pPr>
              <w:bidi/>
              <w:spacing w:line="360" w:lineRule="auto"/>
              <w:rPr>
                <w:rFonts w:asciiTheme="majorHAnsi" w:hAnsiTheme="majorHAnsi" w:cstheme="majorHAnsi"/>
                <w:b w:val="0"/>
                <w:rtl/>
              </w:rPr>
            </w:pPr>
            <w:r w:rsidRPr="00A41E53">
              <w:rPr>
                <w:rFonts w:asciiTheme="majorHAnsi" w:hAnsiTheme="majorHAnsi" w:cstheme="majorHAnsi" w:hint="cs"/>
                <w:sz w:val="32"/>
                <w:rtl/>
              </w:rPr>
              <w:t>الفصل</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الرابع</w:t>
            </w:r>
            <w:r w:rsidRPr="00A41E53">
              <w:rPr>
                <w:rFonts w:asciiTheme="majorHAnsi" w:hAnsiTheme="majorHAnsi" w:cstheme="majorHAnsi"/>
                <w:sz w:val="32"/>
                <w:rtl/>
              </w:rPr>
              <w:t xml:space="preserve">: </w:t>
            </w:r>
            <w:r w:rsidRPr="00A41E53">
              <w:rPr>
                <w:rFonts w:asciiTheme="majorHAnsi" w:hAnsiTheme="majorHAnsi" w:cstheme="majorHAnsi" w:hint="cs"/>
                <w:sz w:val="32"/>
                <w:rtl/>
              </w:rPr>
              <w:t>تحلي</w:t>
            </w:r>
            <w:r w:rsidRPr="00A41E53">
              <w:rPr>
                <w:rFonts w:asciiTheme="majorHAnsi" w:hAnsiTheme="majorHAnsi" w:cstheme="majorHAnsi"/>
                <w:sz w:val="32"/>
                <w:rtl/>
              </w:rPr>
              <w:t xml:space="preserve"> </w:t>
            </w:r>
            <w:r w:rsidRPr="00A41E53">
              <w:rPr>
                <w:rFonts w:asciiTheme="majorHAnsi" w:hAnsiTheme="majorHAnsi" w:cstheme="majorHAnsi" w:hint="cs"/>
                <w:sz w:val="32"/>
                <w:rtl/>
              </w:rPr>
              <w:t>ل</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البيانات</w:t>
            </w:r>
            <w:r w:rsidRPr="00A41E53">
              <w:rPr>
                <w:rFonts w:asciiTheme="majorHAnsi" w:hAnsiTheme="majorHAnsi" w:cstheme="majorHAnsi"/>
                <w:sz w:val="32"/>
                <w:rtl/>
              </w:rPr>
              <w:t xml:space="preserve"> </w:t>
            </w:r>
            <w:r w:rsidRPr="00A41E53">
              <w:rPr>
                <w:rFonts w:asciiTheme="majorHAnsi" w:hAnsiTheme="majorHAnsi" w:cstheme="majorHAnsi" w:hint="cs"/>
                <w:sz w:val="32"/>
                <w:rtl/>
              </w:rPr>
              <w:t>ومناقشة</w:t>
            </w:r>
            <w:r w:rsidRPr="00A41E53">
              <w:rPr>
                <w:rFonts w:asciiTheme="majorHAnsi" w:hAnsiTheme="majorHAnsi" w:cstheme="majorHAnsi"/>
                <w:sz w:val="32"/>
                <w:rtl/>
              </w:rPr>
              <w:t xml:space="preserve"> </w:t>
            </w:r>
            <w:r w:rsidRPr="00A41E53">
              <w:rPr>
                <w:rFonts w:asciiTheme="majorHAnsi" w:hAnsiTheme="majorHAnsi" w:cstheme="majorHAnsi" w:hint="cs"/>
                <w:sz w:val="32"/>
                <w:rtl/>
              </w:rPr>
              <w:t>نتائج</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الدراسة</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الميداني</w:t>
            </w:r>
            <w:r>
              <w:rPr>
                <w:rFonts w:asciiTheme="majorHAnsi" w:hAnsiTheme="majorHAnsi" w:cstheme="majorHAnsi" w:hint="cs"/>
                <w:sz w:val="32"/>
                <w:rtl/>
              </w:rPr>
              <w:t>ة</w:t>
            </w:r>
          </w:p>
        </w:tc>
        <w:tc>
          <w:tcPr>
            <w:tcW w:w="3132" w:type="dxa"/>
          </w:tcPr>
          <w:p w14:paraId="1227D465" w14:textId="10E0A429" w:rsidR="001359CF" w:rsidRPr="00B05D15" w:rsidRDefault="00A41E53"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25</w:t>
            </w:r>
          </w:p>
        </w:tc>
      </w:tr>
      <w:tr w:rsidR="001359CF" w:rsidRPr="00B05D15" w14:paraId="0C453963"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3A017AD6" w14:textId="31EBAB64" w:rsidR="001359CF" w:rsidRPr="00B05D15" w:rsidRDefault="00A41E53" w:rsidP="00A41E53">
            <w:pPr>
              <w:bidi/>
              <w:spacing w:line="360" w:lineRule="auto"/>
              <w:rPr>
                <w:rFonts w:asciiTheme="majorHAnsi" w:hAnsiTheme="majorHAnsi" w:cstheme="majorHAnsi"/>
                <w:b w:val="0"/>
                <w:rtl/>
              </w:rPr>
            </w:pPr>
            <w:r w:rsidRPr="00A41E53">
              <w:rPr>
                <w:rFonts w:asciiTheme="majorHAnsi" w:hAnsiTheme="majorHAnsi" w:cstheme="majorHAnsi"/>
                <w:sz w:val="32"/>
              </w:rPr>
              <w:t xml:space="preserve">. </w:t>
            </w:r>
            <w:r w:rsidRPr="00A41E53">
              <w:rPr>
                <w:rFonts w:asciiTheme="majorHAnsi" w:hAnsiTheme="majorHAnsi" w:cstheme="majorHAnsi" w:hint="cs"/>
                <w:sz w:val="32"/>
                <w:rtl/>
              </w:rPr>
              <w:t>الفص</w:t>
            </w:r>
            <w:r w:rsidRPr="00A41E53">
              <w:rPr>
                <w:rFonts w:asciiTheme="majorHAnsi" w:hAnsiTheme="majorHAnsi" w:cstheme="majorHAnsi"/>
                <w:sz w:val="32"/>
                <w:rtl/>
              </w:rPr>
              <w:t xml:space="preserve"> </w:t>
            </w:r>
            <w:r w:rsidRPr="00A41E53">
              <w:rPr>
                <w:rFonts w:asciiTheme="majorHAnsi" w:hAnsiTheme="majorHAnsi" w:cstheme="majorHAnsi" w:hint="cs"/>
                <w:sz w:val="32"/>
                <w:rtl/>
              </w:rPr>
              <w:t>ل</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الخامس</w:t>
            </w:r>
            <w:r w:rsidRPr="00A41E53">
              <w:rPr>
                <w:rFonts w:asciiTheme="majorHAnsi" w:hAnsiTheme="majorHAnsi" w:cstheme="majorHAnsi"/>
                <w:sz w:val="32"/>
                <w:rtl/>
              </w:rPr>
              <w:t xml:space="preserve">: </w:t>
            </w:r>
            <w:r w:rsidRPr="00A41E53">
              <w:rPr>
                <w:rFonts w:asciiTheme="majorHAnsi" w:hAnsiTheme="majorHAnsi" w:cstheme="majorHAnsi" w:hint="cs"/>
                <w:sz w:val="32"/>
                <w:rtl/>
              </w:rPr>
              <w:t>مناقشة</w:t>
            </w:r>
            <w:r w:rsidRPr="00A41E53">
              <w:rPr>
                <w:rFonts w:asciiTheme="majorHAnsi" w:hAnsiTheme="majorHAnsi" w:cstheme="majorHAnsi"/>
                <w:sz w:val="32"/>
                <w:rtl/>
              </w:rPr>
              <w:t xml:space="preserve"> </w:t>
            </w:r>
            <w:r w:rsidRPr="00A41E53">
              <w:rPr>
                <w:rFonts w:asciiTheme="majorHAnsi" w:hAnsiTheme="majorHAnsi" w:cstheme="majorHAnsi" w:hint="cs"/>
                <w:sz w:val="32"/>
                <w:rtl/>
              </w:rPr>
              <w:t>النتائج</w:t>
            </w:r>
            <w:r w:rsidRPr="00A41E53">
              <w:rPr>
                <w:rFonts w:asciiTheme="majorHAnsi" w:hAnsiTheme="majorHAnsi" w:cstheme="majorHAnsi"/>
                <w:sz w:val="32"/>
                <w:rtl/>
              </w:rPr>
              <w:t xml:space="preserve"> </w:t>
            </w:r>
            <w:r w:rsidRPr="00A41E53">
              <w:rPr>
                <w:rFonts w:asciiTheme="majorHAnsi" w:hAnsiTheme="majorHAnsi" w:cstheme="majorHAnsi" w:hint="cs"/>
                <w:sz w:val="32"/>
                <w:rtl/>
              </w:rPr>
              <w:t>والتوصيات</w:t>
            </w:r>
          </w:p>
        </w:tc>
        <w:tc>
          <w:tcPr>
            <w:tcW w:w="3132" w:type="dxa"/>
          </w:tcPr>
          <w:p w14:paraId="65D22959" w14:textId="3B33164F" w:rsidR="001359CF" w:rsidRPr="00B05D15" w:rsidRDefault="00A41E53"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27</w:t>
            </w:r>
          </w:p>
        </w:tc>
      </w:tr>
      <w:tr w:rsidR="001359CF" w:rsidRPr="00B05D15" w14:paraId="25135DCC" w14:textId="77777777" w:rsidTr="00135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7" w:type="dxa"/>
          </w:tcPr>
          <w:p w14:paraId="578E9E61" w14:textId="6403751B" w:rsidR="001359CF" w:rsidRPr="00B05D15" w:rsidRDefault="00101F1D" w:rsidP="00101F1D">
            <w:pPr>
              <w:bidi/>
              <w:spacing w:line="360" w:lineRule="auto"/>
              <w:rPr>
                <w:rFonts w:asciiTheme="majorHAnsi" w:hAnsiTheme="majorHAnsi" w:cstheme="majorHAnsi"/>
                <w:b w:val="0"/>
                <w:rtl/>
              </w:rPr>
            </w:pPr>
            <w:r w:rsidRPr="00101F1D">
              <w:rPr>
                <w:rFonts w:ascii="Times New Roman" w:hAnsi="Times New Roman" w:cs="Times New Roman" w:hint="cs"/>
                <w:sz w:val="36"/>
                <w:rtl/>
              </w:rPr>
              <w:t>الاستنتاجات</w:t>
            </w:r>
            <w:r w:rsidRPr="00101F1D">
              <w:rPr>
                <w:rFonts w:ascii="Times New Roman" w:hAnsi="Times New Roman" w:cs="Times New Roman"/>
                <w:sz w:val="36"/>
                <w:rtl/>
              </w:rPr>
              <w:t xml:space="preserve"> 5.2</w:t>
            </w:r>
          </w:p>
        </w:tc>
        <w:tc>
          <w:tcPr>
            <w:tcW w:w="3132" w:type="dxa"/>
          </w:tcPr>
          <w:p w14:paraId="155EC8EE" w14:textId="51F15961" w:rsidR="001359CF" w:rsidRPr="00B05D15" w:rsidRDefault="00101F1D" w:rsidP="00B05D15">
            <w:pPr>
              <w:bidi/>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28</w:t>
            </w:r>
          </w:p>
        </w:tc>
      </w:tr>
      <w:tr w:rsidR="001359CF" w:rsidRPr="00B05D15" w14:paraId="45C57C2A" w14:textId="77777777" w:rsidTr="001359CF">
        <w:tc>
          <w:tcPr>
            <w:cnfStyle w:val="001000000000" w:firstRow="0" w:lastRow="0" w:firstColumn="1" w:lastColumn="0" w:oddVBand="0" w:evenVBand="0" w:oddHBand="0" w:evenHBand="0" w:firstRowFirstColumn="0" w:firstRowLastColumn="0" w:lastRowFirstColumn="0" w:lastRowLastColumn="0"/>
            <w:tcW w:w="6067" w:type="dxa"/>
          </w:tcPr>
          <w:p w14:paraId="3475966F" w14:textId="157C74E4" w:rsidR="001359CF" w:rsidRPr="00B05D15" w:rsidRDefault="00101F1D" w:rsidP="00101F1D">
            <w:pPr>
              <w:spacing w:line="360" w:lineRule="auto"/>
              <w:jc w:val="right"/>
              <w:rPr>
                <w:rFonts w:asciiTheme="majorHAnsi" w:hAnsiTheme="majorHAnsi" w:cstheme="majorHAnsi"/>
                <w:b w:val="0"/>
                <w:sz w:val="28"/>
                <w:szCs w:val="28"/>
                <w:rtl/>
              </w:rPr>
            </w:pPr>
            <w:r w:rsidRPr="00101F1D">
              <w:rPr>
                <w:rFonts w:asciiTheme="majorHAnsi" w:hAnsiTheme="majorHAnsi" w:cstheme="majorHAnsi"/>
                <w:sz w:val="32"/>
              </w:rPr>
              <w:t xml:space="preserve">5.3 </w:t>
            </w:r>
            <w:r w:rsidRPr="00101F1D">
              <w:rPr>
                <w:rFonts w:asciiTheme="majorHAnsi" w:hAnsiTheme="majorHAnsi" w:cstheme="majorHAnsi" w:hint="cs"/>
                <w:sz w:val="32"/>
                <w:rtl/>
              </w:rPr>
              <w:t>التوصيات</w:t>
            </w:r>
          </w:p>
        </w:tc>
        <w:tc>
          <w:tcPr>
            <w:tcW w:w="3132" w:type="dxa"/>
          </w:tcPr>
          <w:p w14:paraId="1E18FE10" w14:textId="3D629104" w:rsidR="001359CF" w:rsidRPr="00B05D15" w:rsidRDefault="00101F1D" w:rsidP="00B05D15">
            <w:pPr>
              <w:bidi/>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8"/>
                <w:szCs w:val="28"/>
                <w:rtl/>
              </w:rPr>
            </w:pPr>
            <w:r>
              <w:rPr>
                <w:rFonts w:asciiTheme="majorHAnsi" w:hAnsiTheme="majorHAnsi" w:cstheme="majorHAnsi" w:hint="cs"/>
                <w:b/>
                <w:sz w:val="28"/>
                <w:szCs w:val="28"/>
                <w:rtl/>
              </w:rPr>
              <w:t>28</w:t>
            </w:r>
          </w:p>
        </w:tc>
      </w:tr>
    </w:tbl>
    <w:p w14:paraId="616E780B" w14:textId="77777777" w:rsidR="00B07D03" w:rsidRDefault="00B07D03" w:rsidP="00B05D15">
      <w:pPr>
        <w:bidi/>
        <w:spacing w:line="360" w:lineRule="auto"/>
        <w:rPr>
          <w:rFonts w:asciiTheme="majorHAnsi" w:hAnsiTheme="majorHAnsi" w:cstheme="majorHAnsi"/>
          <w:b/>
          <w:sz w:val="28"/>
          <w:szCs w:val="28"/>
          <w:rtl/>
        </w:rPr>
      </w:pPr>
    </w:p>
    <w:p w14:paraId="30A94F88" w14:textId="77777777" w:rsidR="008318A1" w:rsidRDefault="008318A1" w:rsidP="008318A1">
      <w:pPr>
        <w:bidi/>
        <w:spacing w:line="360" w:lineRule="auto"/>
        <w:rPr>
          <w:rFonts w:asciiTheme="majorHAnsi" w:hAnsiTheme="majorHAnsi" w:cstheme="majorHAnsi"/>
          <w:b/>
          <w:sz w:val="28"/>
          <w:szCs w:val="28"/>
          <w:rtl/>
        </w:rPr>
      </w:pPr>
    </w:p>
    <w:p w14:paraId="06DCBEB7" w14:textId="77777777" w:rsidR="008318A1" w:rsidRDefault="008318A1" w:rsidP="008318A1">
      <w:pPr>
        <w:bidi/>
        <w:spacing w:line="360" w:lineRule="auto"/>
        <w:rPr>
          <w:rFonts w:asciiTheme="majorHAnsi" w:hAnsiTheme="majorHAnsi" w:cstheme="majorHAnsi"/>
          <w:b/>
          <w:sz w:val="28"/>
          <w:szCs w:val="28"/>
          <w:rtl/>
        </w:rPr>
      </w:pPr>
    </w:p>
    <w:p w14:paraId="091BAF05" w14:textId="77777777" w:rsidR="008318A1" w:rsidRDefault="008318A1" w:rsidP="008318A1">
      <w:pPr>
        <w:bidi/>
        <w:spacing w:line="360" w:lineRule="auto"/>
        <w:rPr>
          <w:rFonts w:asciiTheme="majorHAnsi" w:hAnsiTheme="majorHAnsi" w:cstheme="majorHAnsi"/>
          <w:b/>
          <w:sz w:val="28"/>
          <w:szCs w:val="28"/>
          <w:rtl/>
        </w:rPr>
      </w:pPr>
    </w:p>
    <w:p w14:paraId="1455AFEF" w14:textId="77777777" w:rsidR="008318A1" w:rsidRDefault="008318A1" w:rsidP="008318A1">
      <w:pPr>
        <w:bidi/>
        <w:spacing w:line="360" w:lineRule="auto"/>
        <w:rPr>
          <w:rFonts w:asciiTheme="majorHAnsi" w:hAnsiTheme="majorHAnsi" w:cstheme="majorHAnsi"/>
          <w:b/>
          <w:sz w:val="28"/>
          <w:szCs w:val="28"/>
          <w:rtl/>
        </w:rPr>
      </w:pPr>
    </w:p>
    <w:p w14:paraId="7884E541" w14:textId="77777777" w:rsidR="008318A1" w:rsidRDefault="008318A1" w:rsidP="008318A1">
      <w:pPr>
        <w:bidi/>
        <w:spacing w:line="360" w:lineRule="auto"/>
        <w:rPr>
          <w:rFonts w:asciiTheme="majorHAnsi" w:hAnsiTheme="majorHAnsi" w:cstheme="majorHAnsi"/>
          <w:b/>
          <w:sz w:val="28"/>
          <w:szCs w:val="28"/>
          <w:rtl/>
        </w:rPr>
      </w:pPr>
    </w:p>
    <w:p w14:paraId="6BA07130" w14:textId="77777777" w:rsidR="008318A1" w:rsidRDefault="008318A1" w:rsidP="008318A1">
      <w:pPr>
        <w:bidi/>
        <w:spacing w:line="360" w:lineRule="auto"/>
        <w:rPr>
          <w:rFonts w:asciiTheme="majorHAnsi" w:hAnsiTheme="majorHAnsi" w:cstheme="majorHAnsi"/>
          <w:b/>
          <w:sz w:val="28"/>
          <w:szCs w:val="28"/>
          <w:rtl/>
        </w:rPr>
      </w:pPr>
    </w:p>
    <w:p w14:paraId="342F8B03" w14:textId="77777777" w:rsidR="008318A1" w:rsidRDefault="008318A1" w:rsidP="008318A1">
      <w:pPr>
        <w:bidi/>
        <w:spacing w:line="360" w:lineRule="auto"/>
        <w:rPr>
          <w:rFonts w:asciiTheme="majorHAnsi" w:hAnsiTheme="majorHAnsi" w:cstheme="majorHAnsi"/>
          <w:b/>
          <w:sz w:val="28"/>
          <w:szCs w:val="28"/>
          <w:rtl/>
        </w:rPr>
      </w:pPr>
    </w:p>
    <w:p w14:paraId="306B5932" w14:textId="77777777" w:rsidR="008318A1" w:rsidRDefault="008318A1" w:rsidP="008318A1">
      <w:pPr>
        <w:bidi/>
        <w:spacing w:line="360" w:lineRule="auto"/>
        <w:rPr>
          <w:rFonts w:asciiTheme="majorHAnsi" w:hAnsiTheme="majorHAnsi" w:cstheme="majorHAnsi"/>
          <w:b/>
          <w:sz w:val="28"/>
          <w:szCs w:val="28"/>
          <w:rtl/>
        </w:rPr>
      </w:pPr>
    </w:p>
    <w:p w14:paraId="1EE9DA4B" w14:textId="77777777" w:rsidR="008318A1" w:rsidRDefault="008318A1" w:rsidP="008318A1">
      <w:pPr>
        <w:bidi/>
        <w:spacing w:line="360" w:lineRule="auto"/>
        <w:rPr>
          <w:rFonts w:asciiTheme="majorHAnsi" w:hAnsiTheme="majorHAnsi" w:cstheme="majorHAnsi"/>
          <w:b/>
          <w:sz w:val="28"/>
          <w:szCs w:val="28"/>
          <w:rtl/>
        </w:rPr>
      </w:pPr>
    </w:p>
    <w:p w14:paraId="138173F1" w14:textId="77777777" w:rsidR="008318A1" w:rsidRDefault="008318A1" w:rsidP="008318A1">
      <w:pPr>
        <w:bidi/>
        <w:spacing w:line="360" w:lineRule="auto"/>
        <w:rPr>
          <w:rFonts w:asciiTheme="majorHAnsi" w:hAnsiTheme="majorHAnsi" w:cstheme="majorHAnsi"/>
          <w:b/>
          <w:sz w:val="28"/>
          <w:szCs w:val="28"/>
          <w:rtl/>
        </w:rPr>
      </w:pPr>
    </w:p>
    <w:p w14:paraId="69DE7BC6" w14:textId="77777777" w:rsidR="008318A1" w:rsidRDefault="008318A1" w:rsidP="008318A1">
      <w:pPr>
        <w:bidi/>
        <w:spacing w:line="360" w:lineRule="auto"/>
        <w:rPr>
          <w:rFonts w:asciiTheme="majorHAnsi" w:hAnsiTheme="majorHAnsi" w:cstheme="majorHAnsi"/>
          <w:b/>
          <w:sz w:val="28"/>
          <w:szCs w:val="28"/>
          <w:rtl/>
        </w:rPr>
      </w:pPr>
    </w:p>
    <w:p w14:paraId="72563304" w14:textId="77777777" w:rsidR="008318A1" w:rsidRDefault="008318A1" w:rsidP="008318A1">
      <w:pPr>
        <w:bidi/>
        <w:spacing w:line="360" w:lineRule="auto"/>
        <w:rPr>
          <w:rFonts w:asciiTheme="majorHAnsi" w:hAnsiTheme="majorHAnsi" w:cstheme="majorHAnsi"/>
          <w:b/>
          <w:sz w:val="28"/>
          <w:szCs w:val="28"/>
          <w:rtl/>
        </w:rPr>
      </w:pPr>
    </w:p>
    <w:p w14:paraId="67B79A82" w14:textId="77777777" w:rsidR="008318A1" w:rsidRPr="00B05D15" w:rsidRDefault="008318A1" w:rsidP="008318A1">
      <w:pPr>
        <w:bidi/>
        <w:spacing w:line="360" w:lineRule="auto"/>
        <w:rPr>
          <w:rFonts w:asciiTheme="majorHAnsi" w:hAnsiTheme="majorHAnsi" w:cstheme="majorHAnsi"/>
          <w:b/>
          <w:sz w:val="28"/>
          <w:szCs w:val="28"/>
          <w:rtl/>
        </w:rPr>
      </w:pPr>
    </w:p>
    <w:p w14:paraId="5E2CE6FC" w14:textId="77777777" w:rsidR="00622C67" w:rsidRPr="00B05D15" w:rsidRDefault="00622C67" w:rsidP="00B05D15">
      <w:pPr>
        <w:bidi/>
        <w:spacing w:line="360" w:lineRule="auto"/>
        <w:rPr>
          <w:rFonts w:asciiTheme="majorHAnsi" w:hAnsiTheme="majorHAnsi" w:cstheme="majorHAnsi"/>
          <w:b/>
          <w:sz w:val="28"/>
          <w:szCs w:val="28"/>
          <w:rtl/>
        </w:rPr>
      </w:pPr>
    </w:p>
    <w:p w14:paraId="31204389" w14:textId="77777777" w:rsidR="00622C67" w:rsidRPr="00B05D15" w:rsidRDefault="00622C67" w:rsidP="00B05D15">
      <w:pPr>
        <w:bidi/>
        <w:spacing w:line="360" w:lineRule="auto"/>
        <w:rPr>
          <w:rFonts w:asciiTheme="majorHAnsi" w:hAnsiTheme="majorHAnsi" w:cstheme="majorHAnsi"/>
          <w:b/>
          <w:sz w:val="28"/>
          <w:szCs w:val="28"/>
          <w:rtl/>
        </w:rPr>
      </w:pPr>
    </w:p>
    <w:p w14:paraId="5B19B905" w14:textId="77777777" w:rsidR="00456F05" w:rsidRPr="00074D4B" w:rsidRDefault="00456F05" w:rsidP="00456F05">
      <w:pPr>
        <w:bidi/>
        <w:spacing w:line="360" w:lineRule="auto"/>
        <w:rPr>
          <w:rFonts w:asciiTheme="majorHAnsi" w:hAnsiTheme="majorHAnsi" w:cstheme="majorHAnsi"/>
          <w:b/>
          <w:bCs/>
          <w:sz w:val="36"/>
        </w:rPr>
      </w:pPr>
      <w:r w:rsidRPr="00074D4B">
        <w:rPr>
          <w:rFonts w:ascii="Times New Roman" w:hAnsi="Times New Roman" w:cs="Times New Roman" w:hint="cs"/>
          <w:b/>
          <w:bCs/>
          <w:sz w:val="36"/>
          <w:rtl/>
        </w:rPr>
        <w:t>الفصل</w:t>
      </w:r>
      <w:r w:rsidRPr="00074D4B">
        <w:rPr>
          <w:rFonts w:asciiTheme="majorHAnsi" w:hAnsiTheme="majorHAnsi" w:cstheme="majorHAnsi"/>
          <w:b/>
          <w:bCs/>
          <w:sz w:val="36"/>
          <w:rtl/>
        </w:rPr>
        <w:t xml:space="preserve"> </w:t>
      </w:r>
      <w:r w:rsidRPr="00074D4B">
        <w:rPr>
          <w:rFonts w:ascii="Times New Roman" w:hAnsi="Times New Roman" w:cs="Times New Roman" w:hint="cs"/>
          <w:b/>
          <w:bCs/>
          <w:sz w:val="36"/>
          <w:rtl/>
        </w:rPr>
        <w:t>الأول</w:t>
      </w:r>
      <w:r w:rsidRPr="00074D4B">
        <w:rPr>
          <w:rFonts w:asciiTheme="majorHAnsi" w:hAnsiTheme="majorHAnsi" w:cstheme="majorHAnsi"/>
          <w:b/>
          <w:bCs/>
          <w:sz w:val="36"/>
          <w:rtl/>
        </w:rPr>
        <w:t xml:space="preserve">: </w:t>
      </w:r>
      <w:r w:rsidRPr="00074D4B">
        <w:rPr>
          <w:rFonts w:ascii="Times New Roman" w:hAnsi="Times New Roman" w:cs="Times New Roman" w:hint="cs"/>
          <w:b/>
          <w:bCs/>
          <w:sz w:val="36"/>
          <w:rtl/>
        </w:rPr>
        <w:t>الإطار</w:t>
      </w:r>
      <w:r w:rsidRPr="00074D4B">
        <w:rPr>
          <w:rFonts w:asciiTheme="majorHAnsi" w:hAnsiTheme="majorHAnsi" w:cstheme="majorHAnsi"/>
          <w:b/>
          <w:bCs/>
          <w:sz w:val="36"/>
          <w:rtl/>
        </w:rPr>
        <w:t xml:space="preserve"> </w:t>
      </w:r>
      <w:r w:rsidRPr="00074D4B">
        <w:rPr>
          <w:rFonts w:ascii="Times New Roman" w:hAnsi="Times New Roman" w:cs="Times New Roman" w:hint="cs"/>
          <w:b/>
          <w:bCs/>
          <w:sz w:val="36"/>
          <w:rtl/>
        </w:rPr>
        <w:t>العام</w:t>
      </w:r>
      <w:r w:rsidRPr="00074D4B">
        <w:rPr>
          <w:rFonts w:asciiTheme="majorHAnsi" w:hAnsiTheme="majorHAnsi" w:cstheme="majorHAnsi"/>
          <w:b/>
          <w:bCs/>
          <w:sz w:val="36"/>
          <w:rtl/>
        </w:rPr>
        <w:t xml:space="preserve"> </w:t>
      </w:r>
      <w:r w:rsidRPr="00074D4B">
        <w:rPr>
          <w:rFonts w:ascii="Times New Roman" w:hAnsi="Times New Roman" w:cs="Times New Roman" w:hint="cs"/>
          <w:b/>
          <w:bCs/>
          <w:sz w:val="36"/>
          <w:rtl/>
        </w:rPr>
        <w:t>للدراسة</w:t>
      </w:r>
    </w:p>
    <w:p w14:paraId="04DBE7D6" w14:textId="77777777" w:rsidR="00456F05" w:rsidRPr="00074D4B" w:rsidRDefault="00456F05" w:rsidP="00456F05">
      <w:pPr>
        <w:bidi/>
        <w:spacing w:line="360" w:lineRule="auto"/>
        <w:rPr>
          <w:rFonts w:asciiTheme="majorHAnsi" w:hAnsiTheme="majorHAnsi" w:cstheme="majorHAnsi"/>
          <w:b/>
          <w:bCs/>
          <w:sz w:val="36"/>
        </w:rPr>
      </w:pPr>
      <w:r w:rsidRPr="00074D4B">
        <w:rPr>
          <w:rFonts w:asciiTheme="majorHAnsi" w:hAnsiTheme="majorHAnsi" w:cstheme="majorHAnsi"/>
          <w:b/>
          <w:bCs/>
          <w:sz w:val="36"/>
        </w:rPr>
        <w:t xml:space="preserve">1.1 </w:t>
      </w:r>
      <w:r w:rsidRPr="00074D4B">
        <w:rPr>
          <w:rFonts w:ascii="Times New Roman" w:hAnsi="Times New Roman" w:cs="Times New Roman" w:hint="cs"/>
          <w:b/>
          <w:bCs/>
          <w:sz w:val="36"/>
          <w:rtl/>
        </w:rPr>
        <w:t>المقدمة</w:t>
      </w:r>
    </w:p>
    <w:p w14:paraId="0359A941" w14:textId="77777777" w:rsidR="00456F05" w:rsidRPr="00B05D15" w:rsidRDefault="00456F05" w:rsidP="00456F05">
      <w:pPr>
        <w:bidi/>
        <w:spacing w:line="360" w:lineRule="auto"/>
        <w:rPr>
          <w:rFonts w:asciiTheme="majorHAnsi" w:hAnsiTheme="majorHAnsi" w:cstheme="majorHAnsi"/>
          <w:b/>
          <w:sz w:val="36"/>
          <w:rtl/>
        </w:rPr>
      </w:pPr>
      <w:r w:rsidRPr="00074D4B">
        <w:rPr>
          <w:rFonts w:ascii="Times New Roman" w:hAnsi="Times New Roman" w:cs="Times New Roman" w:hint="cs"/>
          <w:b/>
          <w:sz w:val="36"/>
          <w:rtl/>
        </w:rPr>
        <w:t>شهد</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القطاع</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العقاري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خلال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السنوات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الأخيرة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تحولات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جوهرية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نتيجة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التطور</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المتسارع</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في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التكنولوجيا</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الرقمية،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حيث</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أصبحت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الأدوات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الرقمية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عنصرًا</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أساسيًا</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في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عمليات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التسويق</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والتواصل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مع</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العملاء</w:t>
      </w:r>
      <w:r w:rsidRPr="00074D4B">
        <w:rPr>
          <w:rFonts w:asciiTheme="majorHAnsi" w:hAnsiTheme="majorHAnsi" w:cstheme="majorHAnsi"/>
          <w:b/>
          <w:sz w:val="36"/>
          <w:rtl/>
        </w:rPr>
        <w:t>.</w:t>
      </w:r>
    </w:p>
    <w:p w14:paraId="21BED20C" w14:textId="77777777" w:rsidR="00456F05" w:rsidRPr="00074D4B" w:rsidRDefault="00456F05" w:rsidP="00456F05">
      <w:pPr>
        <w:bidi/>
        <w:spacing w:line="360" w:lineRule="auto"/>
        <w:rPr>
          <w:rFonts w:asciiTheme="majorHAnsi" w:hAnsiTheme="majorHAnsi" w:cstheme="majorHAnsi"/>
          <w:b/>
          <w:sz w:val="36"/>
        </w:rPr>
      </w:pPr>
      <w:r w:rsidRPr="00074D4B">
        <w:rPr>
          <w:rFonts w:ascii="Times New Roman" w:hAnsi="Times New Roman" w:cs="Times New Roman" w:hint="cs"/>
          <w:b/>
          <w:sz w:val="36"/>
          <w:rtl/>
        </w:rPr>
        <w:t>وقد</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أدى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انتشار</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الإنترنت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والمنصات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الإلكترونية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ووسائل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التواصل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الاجتماعي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إلى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تغيير</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جذري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في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طريقة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عرض</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العقارات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والتفاعل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مع</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العملاء،</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مما</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أوجد</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مفهوم</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التسويق</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العقاري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الرقمي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الذي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يعتمد</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على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التقنيات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الحديثة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في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الترويج</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للعقارات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وتحقيق</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الكفاءة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التسويقية</w:t>
      </w:r>
      <w:r w:rsidRPr="00B05D15">
        <w:rPr>
          <w:rFonts w:asciiTheme="majorHAnsi" w:hAnsiTheme="majorHAnsi" w:cstheme="majorHAnsi"/>
          <w:b/>
          <w:sz w:val="36"/>
          <w:rtl/>
        </w:rPr>
        <w:t>.</w:t>
      </w:r>
    </w:p>
    <w:p w14:paraId="4817B124" w14:textId="77777777" w:rsidR="00622C67" w:rsidRPr="00456F05" w:rsidRDefault="00622C67" w:rsidP="00B05D15">
      <w:pPr>
        <w:bidi/>
        <w:spacing w:line="360" w:lineRule="auto"/>
        <w:rPr>
          <w:rFonts w:asciiTheme="majorHAnsi" w:hAnsiTheme="majorHAnsi" w:cstheme="majorHAnsi"/>
          <w:b/>
          <w:sz w:val="28"/>
          <w:szCs w:val="28"/>
          <w:rtl/>
        </w:rPr>
      </w:pPr>
    </w:p>
    <w:p w14:paraId="240849D7" w14:textId="77777777" w:rsidR="00456F05" w:rsidRPr="00B05D15" w:rsidRDefault="00456F05" w:rsidP="00456F05">
      <w:pPr>
        <w:bidi/>
        <w:spacing w:line="360" w:lineRule="auto"/>
        <w:rPr>
          <w:rFonts w:asciiTheme="majorHAnsi" w:hAnsiTheme="majorHAnsi" w:cstheme="majorHAnsi"/>
          <w:b/>
          <w:sz w:val="36"/>
        </w:rPr>
      </w:pPr>
      <w:r w:rsidRPr="00074D4B">
        <w:rPr>
          <w:rFonts w:ascii="Times New Roman" w:hAnsi="Times New Roman" w:cs="Times New Roman" w:hint="cs"/>
          <w:b/>
          <w:sz w:val="36"/>
          <w:rtl/>
        </w:rPr>
        <w:t>وفي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المملكة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العربية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السعودية،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يتزامن</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هذا</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التحول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مع</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توجهات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رؤية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المملكة</w:t>
      </w:r>
      <w:r w:rsidRPr="00074D4B">
        <w:rPr>
          <w:rFonts w:asciiTheme="majorHAnsi" w:hAnsiTheme="majorHAnsi" w:cstheme="majorHAnsi"/>
          <w:b/>
          <w:sz w:val="36"/>
          <w:rtl/>
        </w:rPr>
        <w:t xml:space="preserve"> 2030 </w:t>
      </w:r>
      <w:r w:rsidRPr="00074D4B">
        <w:rPr>
          <w:rFonts w:ascii="Times New Roman" w:hAnsi="Times New Roman" w:cs="Times New Roman" w:hint="cs"/>
          <w:b/>
          <w:sz w:val="36"/>
          <w:rtl/>
        </w:rPr>
        <w:t>التي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تسعى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إلى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تعزيز</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التحول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الرقمي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ورفع</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كفاءة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القطاعات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الاقتصادية،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ومن</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ضمنها</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القطاع</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العقاري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وقد</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أدى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ذلك</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إلى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زيادة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الاعتماد</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على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الحلول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الرقمية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في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عمليات</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التسويق،</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مما</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انعكس</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على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تجربة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العميل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وأساليب</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اتخاذ</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القرار</w:t>
      </w:r>
      <w:r w:rsidRPr="00B05D15">
        <w:rPr>
          <w:rFonts w:asciiTheme="majorHAnsi" w:hAnsiTheme="majorHAnsi" w:cstheme="majorHAnsi"/>
          <w:b/>
          <w:rtl/>
        </w:rPr>
        <w:t>.</w:t>
      </w:r>
    </w:p>
    <w:p w14:paraId="4E87B9D1" w14:textId="77777777" w:rsidR="00622C67" w:rsidRPr="00456F05" w:rsidRDefault="00622C67" w:rsidP="00B05D15">
      <w:pPr>
        <w:bidi/>
        <w:spacing w:line="360" w:lineRule="auto"/>
        <w:rPr>
          <w:rFonts w:asciiTheme="majorHAnsi" w:hAnsiTheme="majorHAnsi" w:cstheme="majorHAnsi"/>
          <w:b/>
          <w:sz w:val="28"/>
          <w:szCs w:val="28"/>
          <w:rtl/>
        </w:rPr>
      </w:pPr>
    </w:p>
    <w:p w14:paraId="6CBA057E" w14:textId="77777777" w:rsidR="00622C67" w:rsidRPr="00B05D15" w:rsidRDefault="00622C67" w:rsidP="00B05D15">
      <w:pPr>
        <w:bidi/>
        <w:spacing w:line="360" w:lineRule="auto"/>
        <w:rPr>
          <w:rFonts w:asciiTheme="majorHAnsi" w:hAnsiTheme="majorHAnsi" w:cstheme="majorHAnsi"/>
          <w:b/>
          <w:sz w:val="28"/>
          <w:szCs w:val="28"/>
          <w:rtl/>
        </w:rPr>
      </w:pPr>
    </w:p>
    <w:p w14:paraId="1D3FD159" w14:textId="77777777" w:rsidR="00622C67" w:rsidRPr="00B05D15" w:rsidRDefault="00622C67" w:rsidP="00B05D15">
      <w:pPr>
        <w:bidi/>
        <w:spacing w:line="360" w:lineRule="auto"/>
        <w:rPr>
          <w:rFonts w:asciiTheme="majorHAnsi" w:hAnsiTheme="majorHAnsi" w:cstheme="majorHAnsi"/>
          <w:b/>
          <w:sz w:val="28"/>
          <w:szCs w:val="28"/>
          <w:rtl/>
        </w:rPr>
      </w:pPr>
    </w:p>
    <w:p w14:paraId="589AE41D" w14:textId="77777777" w:rsidR="00622C67" w:rsidRPr="00B05D15" w:rsidRDefault="00622C67" w:rsidP="00B05D15">
      <w:pPr>
        <w:bidi/>
        <w:spacing w:line="360" w:lineRule="auto"/>
        <w:rPr>
          <w:rFonts w:asciiTheme="majorHAnsi" w:hAnsiTheme="majorHAnsi" w:cstheme="majorHAnsi"/>
          <w:b/>
          <w:sz w:val="28"/>
          <w:szCs w:val="28"/>
          <w:rtl/>
        </w:rPr>
      </w:pPr>
    </w:p>
    <w:p w14:paraId="0888E217" w14:textId="77777777" w:rsidR="00622C67" w:rsidRPr="00B05D15" w:rsidRDefault="00622C67" w:rsidP="00B05D15">
      <w:pPr>
        <w:bidi/>
        <w:spacing w:line="360" w:lineRule="auto"/>
        <w:rPr>
          <w:rFonts w:asciiTheme="majorHAnsi" w:hAnsiTheme="majorHAnsi" w:cstheme="majorHAnsi"/>
          <w:b/>
          <w:sz w:val="28"/>
          <w:szCs w:val="28"/>
          <w:rtl/>
        </w:rPr>
      </w:pPr>
    </w:p>
    <w:p w14:paraId="3600FE5F" w14:textId="77777777" w:rsidR="00622C67" w:rsidRPr="00B05D15" w:rsidRDefault="00622C67" w:rsidP="00B05D15">
      <w:pPr>
        <w:bidi/>
        <w:spacing w:line="360" w:lineRule="auto"/>
        <w:rPr>
          <w:rFonts w:asciiTheme="majorHAnsi" w:hAnsiTheme="majorHAnsi" w:cstheme="majorHAnsi"/>
          <w:b/>
          <w:sz w:val="28"/>
          <w:szCs w:val="28"/>
          <w:rtl/>
        </w:rPr>
      </w:pPr>
    </w:p>
    <w:p w14:paraId="1B29F566" w14:textId="77777777" w:rsidR="00622C67" w:rsidRPr="00B05D15" w:rsidRDefault="00622C67" w:rsidP="00B05D15">
      <w:pPr>
        <w:bidi/>
        <w:spacing w:line="360" w:lineRule="auto"/>
        <w:rPr>
          <w:rFonts w:asciiTheme="majorHAnsi" w:hAnsiTheme="majorHAnsi" w:cstheme="majorHAnsi"/>
          <w:b/>
          <w:sz w:val="28"/>
          <w:szCs w:val="28"/>
          <w:rtl/>
        </w:rPr>
      </w:pPr>
    </w:p>
    <w:p w14:paraId="370CDEFB" w14:textId="77777777" w:rsidR="00622C67" w:rsidRPr="00B05D15" w:rsidRDefault="00622C67" w:rsidP="00B05D15">
      <w:pPr>
        <w:bidi/>
        <w:spacing w:line="360" w:lineRule="auto"/>
        <w:rPr>
          <w:rFonts w:asciiTheme="majorHAnsi" w:hAnsiTheme="majorHAnsi" w:cstheme="majorHAnsi"/>
          <w:b/>
          <w:sz w:val="28"/>
          <w:szCs w:val="28"/>
          <w:rtl/>
        </w:rPr>
      </w:pPr>
    </w:p>
    <w:p w14:paraId="5401ECE1" w14:textId="77777777" w:rsidR="00622C67" w:rsidRPr="00B05D15" w:rsidRDefault="00622C67" w:rsidP="00B05D15">
      <w:pPr>
        <w:bidi/>
        <w:spacing w:line="360" w:lineRule="auto"/>
        <w:rPr>
          <w:rFonts w:asciiTheme="majorHAnsi" w:hAnsiTheme="majorHAnsi" w:cstheme="majorHAnsi"/>
          <w:b/>
          <w:sz w:val="28"/>
          <w:szCs w:val="28"/>
        </w:rPr>
      </w:pPr>
    </w:p>
    <w:p w14:paraId="70F1036C" w14:textId="77777777" w:rsidR="00074D4B" w:rsidRPr="00B05D15" w:rsidRDefault="00074D4B" w:rsidP="00B05D15">
      <w:pPr>
        <w:bidi/>
        <w:spacing w:line="360" w:lineRule="auto"/>
        <w:rPr>
          <w:rFonts w:asciiTheme="majorHAnsi" w:hAnsiTheme="majorHAnsi" w:cstheme="majorHAnsi"/>
          <w:b/>
          <w:bCs/>
          <w:sz w:val="36"/>
          <w:rtl/>
        </w:rPr>
      </w:pPr>
    </w:p>
    <w:p w14:paraId="249B1D13" w14:textId="77777777" w:rsidR="006E2046" w:rsidRDefault="006E2046" w:rsidP="006E2046">
      <w:pPr>
        <w:spacing w:line="360" w:lineRule="auto"/>
        <w:jc w:val="right"/>
        <w:rPr>
          <w:rFonts w:asciiTheme="majorHAnsi" w:hAnsiTheme="majorHAnsi" w:cstheme="majorHAnsi"/>
          <w:b/>
          <w:bCs/>
          <w:sz w:val="36"/>
          <w:rtl/>
        </w:rPr>
      </w:pPr>
    </w:p>
    <w:p w14:paraId="240C784B" w14:textId="77777777" w:rsidR="006E2046" w:rsidRDefault="006E2046" w:rsidP="006E2046">
      <w:pPr>
        <w:spacing w:line="360" w:lineRule="auto"/>
        <w:jc w:val="right"/>
        <w:rPr>
          <w:rFonts w:asciiTheme="majorHAnsi" w:hAnsiTheme="majorHAnsi" w:cstheme="majorHAnsi"/>
          <w:b/>
          <w:bCs/>
          <w:sz w:val="36"/>
          <w:rtl/>
        </w:rPr>
      </w:pPr>
    </w:p>
    <w:p w14:paraId="0AC5F3EB" w14:textId="77777777" w:rsidR="006E2046" w:rsidRDefault="006E2046" w:rsidP="006E2046">
      <w:pPr>
        <w:spacing w:line="360" w:lineRule="auto"/>
        <w:jc w:val="right"/>
        <w:rPr>
          <w:rFonts w:asciiTheme="majorHAnsi" w:hAnsiTheme="majorHAnsi" w:cstheme="majorHAnsi"/>
          <w:b/>
          <w:bCs/>
          <w:sz w:val="36"/>
          <w:rtl/>
        </w:rPr>
      </w:pPr>
    </w:p>
    <w:p w14:paraId="7677BAF7" w14:textId="0D6F8820" w:rsidR="006E2046" w:rsidRPr="00074D4B" w:rsidRDefault="006E2046" w:rsidP="006E2046">
      <w:pPr>
        <w:spacing w:line="360" w:lineRule="auto"/>
        <w:jc w:val="right"/>
        <w:rPr>
          <w:rFonts w:asciiTheme="majorHAnsi" w:hAnsiTheme="majorHAnsi" w:cstheme="majorHAnsi"/>
          <w:b/>
          <w:bCs/>
          <w:sz w:val="36"/>
        </w:rPr>
      </w:pPr>
      <w:r w:rsidRPr="00074D4B">
        <w:rPr>
          <w:rFonts w:asciiTheme="majorHAnsi" w:hAnsiTheme="majorHAnsi" w:cstheme="majorHAnsi"/>
          <w:b/>
          <w:bCs/>
          <w:sz w:val="36"/>
        </w:rPr>
        <w:t xml:space="preserve">1.2 </w:t>
      </w:r>
      <w:r w:rsidRPr="00074D4B">
        <w:rPr>
          <w:rFonts w:ascii="Times New Roman" w:hAnsi="Times New Roman" w:cs="Times New Roman" w:hint="cs"/>
          <w:b/>
          <w:bCs/>
          <w:sz w:val="36"/>
          <w:rtl/>
        </w:rPr>
        <w:t>مشكلة</w:t>
      </w:r>
      <w:r w:rsidRPr="00074D4B">
        <w:rPr>
          <w:rFonts w:asciiTheme="majorHAnsi" w:hAnsiTheme="majorHAnsi" w:cstheme="majorHAnsi"/>
          <w:b/>
          <w:bCs/>
          <w:sz w:val="36"/>
          <w:rtl/>
        </w:rPr>
        <w:t xml:space="preserve"> </w:t>
      </w:r>
      <w:r w:rsidRPr="00074D4B">
        <w:rPr>
          <w:rFonts w:ascii="Times New Roman" w:hAnsi="Times New Roman" w:cs="Times New Roman" w:hint="cs"/>
          <w:b/>
          <w:bCs/>
          <w:sz w:val="36"/>
          <w:rtl/>
        </w:rPr>
        <w:t>الدراسة</w:t>
      </w:r>
    </w:p>
    <w:p w14:paraId="6A4C9A0D" w14:textId="77777777" w:rsidR="006E2046" w:rsidRPr="00B05D15" w:rsidRDefault="006E2046" w:rsidP="006E2046">
      <w:pPr>
        <w:bidi/>
        <w:spacing w:line="360" w:lineRule="auto"/>
        <w:rPr>
          <w:rFonts w:asciiTheme="majorHAnsi" w:hAnsiTheme="majorHAnsi" w:cstheme="majorHAnsi"/>
          <w:b/>
          <w:sz w:val="36"/>
          <w:rtl/>
        </w:rPr>
      </w:pPr>
      <w:r w:rsidRPr="00B05D15">
        <w:rPr>
          <w:rFonts w:ascii="Times New Roman" w:hAnsi="Times New Roman" w:cs="Times New Roman" w:hint="cs"/>
          <w:b/>
          <w:sz w:val="36"/>
          <w:rtl/>
        </w:rPr>
        <w:t>على</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الرغم</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من</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التوسع</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المتزايد</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في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استخدام</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أدوات</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التسويق</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الرقمي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داخل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القطاع</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العقاري،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إلا</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أن</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تقييم</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أثرها</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الفعلي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على</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تجربة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العميل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ما</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يزال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بحاجة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إلى</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دراسات</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علمية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تطبيقية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تُعنى</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بقياس</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طبيعة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هذه</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العلاقة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وأبعادها</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المختلفة،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خصوصًا</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في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السوق</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العقاري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السعودي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الذي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يشهد</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نموًا</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متسارعًا</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وتنافسية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متزايدة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مدفوعة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بالتحول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الرقمي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ومن</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هذا</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المنطلق،</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تتمثل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مشكلة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الدراسة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في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تحليل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أثر</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التسويق</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العقاري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الرقمي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على</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تجربة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العميل،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وقياس</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مدى</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مساهمة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الأدوات</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الرقمية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في</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تحسين</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جودة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التفاعل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مع</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العملاء</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وتعزيز</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مستوى</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رضاهم</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خلال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مراحل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البحث</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واتخاذ</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القرار</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العقاري</w:t>
      </w:r>
      <w:r w:rsidRPr="00B05D15">
        <w:rPr>
          <w:rFonts w:asciiTheme="majorHAnsi" w:hAnsiTheme="majorHAnsi" w:cstheme="majorHAnsi"/>
          <w:b/>
          <w:sz w:val="36"/>
          <w:rtl/>
        </w:rPr>
        <w:t>.</w:t>
      </w:r>
    </w:p>
    <w:p w14:paraId="2104C0F4" w14:textId="77777777" w:rsidR="00074D4B" w:rsidRPr="00B05D15" w:rsidRDefault="00074D4B" w:rsidP="00B05D15">
      <w:pPr>
        <w:bidi/>
        <w:spacing w:line="360" w:lineRule="auto"/>
        <w:rPr>
          <w:rFonts w:asciiTheme="majorHAnsi" w:hAnsiTheme="majorHAnsi" w:cstheme="majorHAnsi"/>
          <w:b/>
          <w:bCs/>
          <w:sz w:val="36"/>
          <w:rtl/>
        </w:rPr>
      </w:pPr>
    </w:p>
    <w:p w14:paraId="7E4CB93E" w14:textId="77777777" w:rsidR="00074D4B" w:rsidRPr="00B05D15" w:rsidRDefault="00074D4B" w:rsidP="00B05D15">
      <w:pPr>
        <w:bidi/>
        <w:spacing w:line="360" w:lineRule="auto"/>
        <w:rPr>
          <w:rFonts w:asciiTheme="majorHAnsi" w:hAnsiTheme="majorHAnsi" w:cstheme="majorHAnsi"/>
          <w:b/>
          <w:bCs/>
          <w:sz w:val="36"/>
          <w:rtl/>
        </w:rPr>
      </w:pPr>
    </w:p>
    <w:p w14:paraId="6D651277" w14:textId="17BEDC89" w:rsidR="006E2046" w:rsidRPr="00B05D15" w:rsidRDefault="00590096" w:rsidP="006E2046">
      <w:pPr>
        <w:spacing w:line="360" w:lineRule="auto"/>
        <w:jc w:val="right"/>
        <w:rPr>
          <w:rFonts w:asciiTheme="majorHAnsi" w:hAnsiTheme="majorHAnsi" w:cstheme="majorHAnsi"/>
          <w:b/>
          <w:sz w:val="36"/>
          <w:rtl/>
        </w:rPr>
      </w:pPr>
      <w:r w:rsidRPr="00B05D15">
        <w:rPr>
          <w:rFonts w:asciiTheme="majorHAnsi" w:hAnsiTheme="majorHAnsi" w:cstheme="majorHAnsi"/>
          <w:b/>
        </w:rPr>
        <w:br w:type="page"/>
      </w:r>
    </w:p>
    <w:p w14:paraId="43EE2F28" w14:textId="59824AAD" w:rsidR="00456F05" w:rsidRDefault="00456F05" w:rsidP="00456F05">
      <w:pPr>
        <w:bidi/>
        <w:spacing w:line="360" w:lineRule="auto"/>
        <w:rPr>
          <w:rFonts w:asciiTheme="majorHAnsi" w:hAnsiTheme="majorHAnsi" w:cstheme="majorHAnsi"/>
          <w:b/>
          <w:rtl/>
        </w:rPr>
      </w:pPr>
    </w:p>
    <w:p w14:paraId="7D15690B" w14:textId="77777777" w:rsidR="00456F05" w:rsidRDefault="00456F05" w:rsidP="00456F05">
      <w:pPr>
        <w:bidi/>
        <w:spacing w:line="360" w:lineRule="auto"/>
        <w:rPr>
          <w:rFonts w:asciiTheme="majorHAnsi" w:hAnsiTheme="majorHAnsi" w:cstheme="majorHAnsi"/>
          <w:b/>
          <w:rtl/>
        </w:rPr>
      </w:pPr>
    </w:p>
    <w:p w14:paraId="74CA1304" w14:textId="77777777" w:rsidR="00456F05" w:rsidRDefault="00456F05" w:rsidP="00456F05">
      <w:pPr>
        <w:bidi/>
        <w:spacing w:line="360" w:lineRule="auto"/>
        <w:rPr>
          <w:rFonts w:asciiTheme="majorHAnsi" w:hAnsiTheme="majorHAnsi" w:cstheme="majorHAnsi"/>
          <w:b/>
          <w:rtl/>
        </w:rPr>
      </w:pPr>
    </w:p>
    <w:p w14:paraId="189E70DB" w14:textId="77777777" w:rsidR="00456F05" w:rsidRPr="00B05D15" w:rsidRDefault="00456F05" w:rsidP="00456F05">
      <w:pPr>
        <w:bidi/>
        <w:spacing w:line="360" w:lineRule="auto"/>
        <w:rPr>
          <w:rFonts w:asciiTheme="majorHAnsi" w:hAnsiTheme="majorHAnsi" w:cstheme="majorHAnsi"/>
          <w:b/>
          <w:sz w:val="36"/>
          <w:rtl/>
        </w:rPr>
      </w:pPr>
    </w:p>
    <w:p w14:paraId="115C4F7D" w14:textId="77777777" w:rsidR="00456F05" w:rsidRPr="00B05D15" w:rsidRDefault="00456F05" w:rsidP="00456F05">
      <w:pPr>
        <w:bidi/>
        <w:spacing w:line="360" w:lineRule="auto"/>
        <w:rPr>
          <w:rFonts w:asciiTheme="majorHAnsi" w:hAnsiTheme="majorHAnsi" w:cstheme="majorHAnsi"/>
          <w:b/>
          <w:sz w:val="36"/>
          <w:rtl/>
        </w:rPr>
      </w:pPr>
      <w:r w:rsidRPr="00074D4B">
        <w:rPr>
          <w:rFonts w:ascii="Times New Roman" w:hAnsi="Times New Roman" w:cs="Times New Roman" w:hint="cs"/>
          <w:b/>
          <w:bCs/>
          <w:sz w:val="36"/>
          <w:rtl/>
        </w:rPr>
        <w:t>السؤال</w:t>
      </w:r>
      <w:r w:rsidRPr="00074D4B">
        <w:rPr>
          <w:rFonts w:asciiTheme="majorHAnsi" w:hAnsiTheme="majorHAnsi" w:cstheme="majorHAnsi"/>
          <w:b/>
          <w:bCs/>
          <w:sz w:val="36"/>
          <w:rtl/>
        </w:rPr>
        <w:t xml:space="preserve"> </w:t>
      </w:r>
      <w:r w:rsidRPr="00074D4B">
        <w:rPr>
          <w:rFonts w:ascii="Times New Roman" w:hAnsi="Times New Roman" w:cs="Times New Roman" w:hint="cs"/>
          <w:b/>
          <w:bCs/>
          <w:sz w:val="36"/>
          <w:rtl/>
        </w:rPr>
        <w:t>الرئيس</w:t>
      </w:r>
      <w:r w:rsidRPr="00074D4B">
        <w:rPr>
          <w:rFonts w:asciiTheme="majorHAnsi" w:hAnsiTheme="majorHAnsi" w:cstheme="majorHAnsi"/>
          <w:b/>
          <w:bCs/>
          <w:sz w:val="36"/>
        </w:rPr>
        <w:t>:</w:t>
      </w:r>
      <w:r w:rsidRPr="00074D4B">
        <w:rPr>
          <w:rFonts w:asciiTheme="majorHAnsi" w:hAnsiTheme="majorHAnsi" w:cstheme="majorHAnsi"/>
          <w:b/>
          <w:sz w:val="36"/>
        </w:rPr>
        <w:br/>
      </w:r>
      <w:r w:rsidRPr="00074D4B">
        <w:rPr>
          <w:rFonts w:ascii="Times New Roman" w:hAnsi="Times New Roman" w:cs="Times New Roman" w:hint="cs"/>
          <w:b/>
          <w:sz w:val="36"/>
          <w:rtl/>
        </w:rPr>
        <w:t>ما</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أثر</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التسويق</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العقاري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الرقمي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على</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تجربة</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العميل</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في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السوق</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العقاري</w:t>
      </w:r>
      <w:r w:rsidRPr="00074D4B">
        <w:rPr>
          <w:rFonts w:asciiTheme="majorHAnsi" w:hAnsiTheme="majorHAnsi" w:cstheme="majorHAnsi"/>
          <w:b/>
          <w:sz w:val="36"/>
          <w:rtl/>
        </w:rPr>
        <w:t xml:space="preserve"> </w:t>
      </w:r>
      <w:r w:rsidRPr="00074D4B">
        <w:rPr>
          <w:rFonts w:ascii="Times New Roman" w:hAnsi="Times New Roman" w:cs="Times New Roman" w:hint="cs"/>
          <w:b/>
          <w:sz w:val="36"/>
          <w:rtl/>
        </w:rPr>
        <w:t>السعودي؟</w:t>
      </w:r>
    </w:p>
    <w:p w14:paraId="1D621E4B" w14:textId="77777777" w:rsidR="00456F05" w:rsidRPr="00B05D15" w:rsidRDefault="00456F05" w:rsidP="00456F05">
      <w:pPr>
        <w:bidi/>
        <w:spacing w:line="360" w:lineRule="auto"/>
        <w:rPr>
          <w:rFonts w:asciiTheme="majorHAnsi" w:hAnsiTheme="majorHAnsi" w:cstheme="majorHAnsi"/>
          <w:b/>
          <w:sz w:val="36"/>
          <w:rtl/>
        </w:rPr>
      </w:pPr>
      <w:r w:rsidRPr="00B05D15">
        <w:rPr>
          <w:rFonts w:ascii="Times New Roman" w:hAnsi="Times New Roman" w:cs="Times New Roman" w:hint="cs"/>
          <w:b/>
          <w:sz w:val="36"/>
          <w:rtl/>
        </w:rPr>
        <w:t>أولًا</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تحسين</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الوصول</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إلى</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المعلومات</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وسهولة</w:t>
      </w:r>
      <w:r w:rsidRPr="00B05D15">
        <w:rPr>
          <w:rFonts w:asciiTheme="majorHAnsi" w:hAnsiTheme="majorHAnsi" w:cstheme="majorHAnsi"/>
          <w:b/>
          <w:sz w:val="36"/>
          <w:rtl/>
        </w:rPr>
        <w:t xml:space="preserve"> </w:t>
      </w:r>
      <w:r w:rsidRPr="00B05D15">
        <w:rPr>
          <w:rFonts w:ascii="Times New Roman" w:hAnsi="Times New Roman" w:cs="Times New Roman" w:hint="cs"/>
          <w:b/>
          <w:sz w:val="36"/>
          <w:rtl/>
        </w:rPr>
        <w:t>البحث</w:t>
      </w:r>
    </w:p>
    <w:p w14:paraId="5830D958" w14:textId="77777777" w:rsidR="00456F05" w:rsidRPr="00622C67" w:rsidRDefault="00456F05" w:rsidP="00456F05">
      <w:pPr>
        <w:bidi/>
        <w:spacing w:line="360" w:lineRule="auto"/>
        <w:rPr>
          <w:rFonts w:asciiTheme="majorHAnsi" w:hAnsiTheme="majorHAnsi" w:cstheme="majorHAnsi"/>
          <w:b/>
          <w:bCs/>
          <w:sz w:val="36"/>
        </w:rPr>
      </w:pPr>
      <w:r w:rsidRPr="00622C67">
        <w:rPr>
          <w:rFonts w:ascii="Times New Roman" w:hAnsi="Times New Roman" w:cs="Times New Roman" w:hint="cs"/>
          <w:b/>
          <w:bCs/>
          <w:sz w:val="36"/>
          <w:rtl/>
        </w:rPr>
        <w:t>ثانيًا</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رفع</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مستوى</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تجربة</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العميل</w:t>
      </w:r>
      <w:r w:rsidRPr="00622C67">
        <w:rPr>
          <w:rFonts w:asciiTheme="majorHAnsi" w:hAnsiTheme="majorHAnsi" w:cstheme="majorHAnsi"/>
          <w:b/>
          <w:bCs/>
          <w:sz w:val="36"/>
        </w:rPr>
        <w:t xml:space="preserve"> (Customer Experience)</w:t>
      </w:r>
    </w:p>
    <w:p w14:paraId="650EE45A" w14:textId="77777777" w:rsidR="00456F05" w:rsidRPr="00622C67" w:rsidRDefault="00456F05" w:rsidP="00456F05">
      <w:pPr>
        <w:bidi/>
        <w:spacing w:line="360" w:lineRule="auto"/>
        <w:rPr>
          <w:rFonts w:asciiTheme="majorHAnsi" w:hAnsiTheme="majorHAnsi" w:cstheme="majorHAnsi"/>
          <w:b/>
          <w:bCs/>
          <w:sz w:val="36"/>
        </w:rPr>
      </w:pPr>
      <w:r w:rsidRPr="00622C67">
        <w:rPr>
          <w:rFonts w:ascii="Times New Roman" w:hAnsi="Times New Roman" w:cs="Times New Roman" w:hint="cs"/>
          <w:b/>
          <w:bCs/>
          <w:sz w:val="36"/>
          <w:rtl/>
        </w:rPr>
        <w:t>ثالثًا</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تعزيز</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رضا</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العملاء</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والثقة</w:t>
      </w:r>
    </w:p>
    <w:p w14:paraId="075B334E" w14:textId="77777777" w:rsidR="00456F05" w:rsidRPr="00622C67" w:rsidRDefault="00456F05" w:rsidP="00456F05">
      <w:pPr>
        <w:bidi/>
        <w:spacing w:line="360" w:lineRule="auto"/>
        <w:rPr>
          <w:rFonts w:asciiTheme="majorHAnsi" w:hAnsiTheme="majorHAnsi" w:cstheme="majorHAnsi"/>
          <w:b/>
          <w:bCs/>
          <w:sz w:val="36"/>
        </w:rPr>
      </w:pPr>
      <w:r w:rsidRPr="00622C67">
        <w:rPr>
          <w:rFonts w:ascii="Times New Roman" w:hAnsi="Times New Roman" w:cs="Times New Roman" w:hint="cs"/>
          <w:b/>
          <w:bCs/>
          <w:sz w:val="36"/>
          <w:rtl/>
        </w:rPr>
        <w:t>رابعًا</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دعم</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التحول</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الرقمي</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في</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السوق</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العقاري</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السعودي</w:t>
      </w:r>
    </w:p>
    <w:p w14:paraId="50CBEC4F" w14:textId="77777777" w:rsidR="00456F05" w:rsidRPr="00622C67" w:rsidRDefault="00456F05" w:rsidP="00456F05">
      <w:pPr>
        <w:bidi/>
        <w:spacing w:line="360" w:lineRule="auto"/>
        <w:rPr>
          <w:rFonts w:asciiTheme="majorHAnsi" w:hAnsiTheme="majorHAnsi" w:cstheme="majorHAnsi"/>
          <w:b/>
          <w:bCs/>
          <w:sz w:val="36"/>
        </w:rPr>
      </w:pPr>
      <w:r w:rsidRPr="00622C67">
        <w:rPr>
          <w:rFonts w:ascii="Times New Roman" w:hAnsi="Times New Roman" w:cs="Times New Roman" w:hint="cs"/>
          <w:b/>
          <w:bCs/>
          <w:sz w:val="36"/>
          <w:rtl/>
        </w:rPr>
        <w:t>خامسًا</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التأثير</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على</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سلوك</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العميل</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واتخاذ</w:t>
      </w:r>
      <w:r w:rsidRPr="00622C67">
        <w:rPr>
          <w:rFonts w:asciiTheme="majorHAnsi" w:hAnsiTheme="majorHAnsi" w:cstheme="majorHAnsi"/>
          <w:b/>
          <w:bCs/>
          <w:sz w:val="36"/>
          <w:rtl/>
        </w:rPr>
        <w:t xml:space="preserve"> </w:t>
      </w:r>
      <w:r w:rsidRPr="00622C67">
        <w:rPr>
          <w:rFonts w:ascii="Times New Roman" w:hAnsi="Times New Roman" w:cs="Times New Roman" w:hint="cs"/>
          <w:b/>
          <w:bCs/>
          <w:sz w:val="36"/>
          <w:rtl/>
        </w:rPr>
        <w:t>القرار</w:t>
      </w:r>
    </w:p>
    <w:p w14:paraId="396F0C28" w14:textId="3A357CA6" w:rsidR="00703534" w:rsidRPr="00456F05" w:rsidRDefault="00703534" w:rsidP="00B05D15">
      <w:pPr>
        <w:bidi/>
        <w:spacing w:line="360" w:lineRule="auto"/>
        <w:rPr>
          <w:rFonts w:asciiTheme="majorHAnsi" w:hAnsiTheme="majorHAnsi" w:cstheme="majorHAnsi"/>
          <w:b/>
        </w:rPr>
      </w:pPr>
    </w:p>
    <w:p w14:paraId="2DEF8F49" w14:textId="77777777" w:rsidR="00B07D03" w:rsidRPr="00B05D15" w:rsidRDefault="00B07D03" w:rsidP="00B05D15">
      <w:pPr>
        <w:bidi/>
        <w:spacing w:line="360" w:lineRule="auto"/>
        <w:rPr>
          <w:rFonts w:asciiTheme="majorHAnsi" w:hAnsiTheme="majorHAnsi" w:cstheme="majorHAnsi"/>
          <w:b/>
          <w:sz w:val="36"/>
          <w:rtl/>
        </w:rPr>
      </w:pPr>
    </w:p>
    <w:p w14:paraId="518A1019" w14:textId="77777777" w:rsidR="005F0B45" w:rsidRPr="00B05D15" w:rsidRDefault="005F0B45" w:rsidP="00B05D15">
      <w:pPr>
        <w:bidi/>
        <w:spacing w:line="360" w:lineRule="auto"/>
        <w:rPr>
          <w:rFonts w:asciiTheme="majorHAnsi" w:hAnsiTheme="majorHAnsi" w:cstheme="majorHAnsi"/>
          <w:b/>
          <w:sz w:val="36"/>
          <w:rtl/>
        </w:rPr>
      </w:pPr>
    </w:p>
    <w:p w14:paraId="5569EDBD" w14:textId="77777777" w:rsidR="005F0B45" w:rsidRPr="00B05D15" w:rsidRDefault="005F0B45" w:rsidP="00B05D15">
      <w:pPr>
        <w:bidi/>
        <w:spacing w:line="360" w:lineRule="auto"/>
        <w:rPr>
          <w:rFonts w:asciiTheme="majorHAnsi" w:hAnsiTheme="majorHAnsi" w:cstheme="majorHAnsi"/>
          <w:b/>
          <w:sz w:val="36"/>
          <w:rtl/>
        </w:rPr>
      </w:pPr>
    </w:p>
    <w:p w14:paraId="593259DC" w14:textId="77777777" w:rsidR="00622C67" w:rsidRPr="00B05D15" w:rsidRDefault="00622C67" w:rsidP="00B05D15">
      <w:pPr>
        <w:bidi/>
        <w:spacing w:line="360" w:lineRule="auto"/>
        <w:rPr>
          <w:rFonts w:asciiTheme="majorHAnsi" w:hAnsiTheme="majorHAnsi" w:cstheme="majorHAnsi"/>
          <w:b/>
          <w:sz w:val="36"/>
          <w:rtl/>
        </w:rPr>
      </w:pPr>
    </w:p>
    <w:p w14:paraId="30C622E0" w14:textId="77777777" w:rsidR="005F0B45" w:rsidRPr="00B05D15" w:rsidRDefault="005F0B45" w:rsidP="00B05D15">
      <w:pPr>
        <w:bidi/>
        <w:spacing w:line="360" w:lineRule="auto"/>
        <w:rPr>
          <w:rFonts w:asciiTheme="majorHAnsi" w:hAnsiTheme="majorHAnsi" w:cstheme="majorHAnsi"/>
          <w:b/>
          <w:sz w:val="36"/>
          <w:rtl/>
        </w:rPr>
      </w:pPr>
    </w:p>
    <w:p w14:paraId="1AA70C23" w14:textId="77777777" w:rsidR="009A2188" w:rsidRPr="00B05D15" w:rsidRDefault="009A2188" w:rsidP="00B05D15">
      <w:pPr>
        <w:bidi/>
        <w:spacing w:line="360" w:lineRule="auto"/>
        <w:rPr>
          <w:rFonts w:asciiTheme="majorHAnsi" w:hAnsiTheme="majorHAnsi" w:cstheme="majorHAnsi"/>
          <w:b/>
          <w:sz w:val="36"/>
          <w:rtl/>
        </w:rPr>
      </w:pPr>
    </w:p>
    <w:p w14:paraId="7850A6E7" w14:textId="77777777" w:rsidR="00622C67" w:rsidRPr="00B05D15" w:rsidRDefault="00622C67" w:rsidP="00B05D15">
      <w:pPr>
        <w:bidi/>
        <w:spacing w:line="360" w:lineRule="auto"/>
        <w:rPr>
          <w:rFonts w:asciiTheme="majorHAnsi" w:hAnsiTheme="majorHAnsi" w:cstheme="majorHAnsi"/>
          <w:b/>
          <w:sz w:val="36"/>
          <w:rtl/>
        </w:rPr>
      </w:pPr>
    </w:p>
    <w:p w14:paraId="69086F20" w14:textId="77777777" w:rsidR="00622C67" w:rsidRPr="00B05D15" w:rsidRDefault="00622C67" w:rsidP="00B05D15">
      <w:pPr>
        <w:bidi/>
        <w:spacing w:line="360" w:lineRule="auto"/>
        <w:rPr>
          <w:rFonts w:asciiTheme="majorHAnsi" w:hAnsiTheme="majorHAnsi" w:cstheme="majorHAnsi"/>
          <w:b/>
          <w:sz w:val="36"/>
          <w:rtl/>
        </w:rPr>
      </w:pPr>
    </w:p>
    <w:p w14:paraId="1709E02F" w14:textId="77777777" w:rsidR="00622C67" w:rsidRPr="00B05D15" w:rsidRDefault="00622C67" w:rsidP="00B05D15">
      <w:pPr>
        <w:bidi/>
        <w:spacing w:line="360" w:lineRule="auto"/>
        <w:rPr>
          <w:rFonts w:asciiTheme="majorHAnsi" w:hAnsiTheme="majorHAnsi" w:cstheme="majorHAnsi"/>
          <w:b/>
          <w:sz w:val="36"/>
          <w:rtl/>
        </w:rPr>
      </w:pPr>
    </w:p>
    <w:p w14:paraId="5FFF0044" w14:textId="77777777" w:rsidR="00622C67" w:rsidRPr="00B05D15" w:rsidRDefault="00622C67" w:rsidP="00B05D15">
      <w:pPr>
        <w:bidi/>
        <w:spacing w:line="360" w:lineRule="auto"/>
        <w:rPr>
          <w:rFonts w:asciiTheme="majorHAnsi" w:hAnsiTheme="majorHAnsi" w:cstheme="majorHAnsi"/>
          <w:b/>
          <w:sz w:val="36"/>
          <w:rtl/>
        </w:rPr>
      </w:pPr>
    </w:p>
    <w:p w14:paraId="00DA00AC" w14:textId="77777777" w:rsidR="00622C67" w:rsidRPr="00B05D15" w:rsidRDefault="00622C67" w:rsidP="00B05D15">
      <w:pPr>
        <w:bidi/>
        <w:spacing w:line="360" w:lineRule="auto"/>
        <w:rPr>
          <w:rFonts w:asciiTheme="majorHAnsi" w:hAnsiTheme="majorHAnsi" w:cstheme="majorHAnsi"/>
          <w:b/>
          <w:sz w:val="36"/>
          <w:rtl/>
        </w:rPr>
      </w:pPr>
    </w:p>
    <w:p w14:paraId="49E73414" w14:textId="77777777" w:rsidR="00622C67" w:rsidRPr="00B05D15" w:rsidRDefault="00622C67" w:rsidP="00B05D15">
      <w:pPr>
        <w:bidi/>
        <w:spacing w:line="360" w:lineRule="auto"/>
        <w:rPr>
          <w:rFonts w:asciiTheme="majorHAnsi" w:hAnsiTheme="majorHAnsi" w:cstheme="majorHAnsi"/>
          <w:b/>
          <w:sz w:val="36"/>
          <w:rtl/>
        </w:rPr>
      </w:pPr>
    </w:p>
    <w:p w14:paraId="4BB2C079" w14:textId="77777777" w:rsidR="00622C67" w:rsidRPr="00B05D15" w:rsidRDefault="00622C67" w:rsidP="00B05D15">
      <w:pPr>
        <w:bidi/>
        <w:spacing w:line="360" w:lineRule="auto"/>
        <w:rPr>
          <w:rFonts w:asciiTheme="majorHAnsi" w:hAnsiTheme="majorHAnsi" w:cstheme="majorHAnsi"/>
          <w:b/>
          <w:sz w:val="36"/>
          <w:rtl/>
        </w:rPr>
      </w:pPr>
    </w:p>
    <w:p w14:paraId="20DAC3C8" w14:textId="77777777" w:rsidR="00622C67" w:rsidRPr="00622C67" w:rsidRDefault="00622C67" w:rsidP="00B05D15">
      <w:pPr>
        <w:bidi/>
        <w:spacing w:line="360" w:lineRule="auto"/>
        <w:rPr>
          <w:rFonts w:asciiTheme="majorHAnsi" w:hAnsiTheme="majorHAnsi" w:cstheme="majorHAnsi"/>
          <w:b/>
          <w:sz w:val="36"/>
        </w:rPr>
      </w:pPr>
      <w:r w:rsidRPr="00622C67">
        <w:rPr>
          <w:rFonts w:ascii="Times New Roman" w:hAnsi="Times New Roman" w:cs="Times New Roman" w:hint="cs"/>
          <w:b/>
          <w:sz w:val="36"/>
          <w:rtl/>
        </w:rPr>
        <w:t>يمكن</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القول</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إن</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التسويق</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العقاري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الرقمي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يؤثر</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إيجابيًا</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على</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تجربة</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العميل</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في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السوق</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العقاري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السعودي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من</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خلال</w:t>
      </w:r>
      <w:r w:rsidRPr="00622C67">
        <w:rPr>
          <w:rFonts w:asciiTheme="majorHAnsi" w:hAnsiTheme="majorHAnsi" w:cstheme="majorHAnsi"/>
          <w:b/>
          <w:sz w:val="36"/>
        </w:rPr>
        <w:t>:</w:t>
      </w:r>
    </w:p>
    <w:p w14:paraId="03958FB9" w14:textId="77777777" w:rsidR="00622C67" w:rsidRPr="00622C67" w:rsidRDefault="00622C67" w:rsidP="00B05D15">
      <w:pPr>
        <w:bidi/>
        <w:spacing w:line="360" w:lineRule="auto"/>
        <w:rPr>
          <w:rFonts w:asciiTheme="majorHAnsi" w:hAnsiTheme="majorHAnsi" w:cstheme="majorHAnsi"/>
          <w:b/>
          <w:sz w:val="36"/>
        </w:rPr>
      </w:pPr>
      <w:r w:rsidRPr="00622C67">
        <w:rPr>
          <w:rFonts w:ascii="Segoe UI Symbol" w:hAnsi="Segoe UI Symbol" w:cs="Segoe UI Symbol"/>
          <w:b/>
          <w:sz w:val="36"/>
        </w:rPr>
        <w:t>✔</w:t>
      </w:r>
      <w:r w:rsidRPr="00622C67">
        <w:rPr>
          <w:rFonts w:asciiTheme="majorHAnsi" w:hAnsiTheme="majorHAnsi" w:cstheme="majorHAnsi"/>
          <w:b/>
          <w:sz w:val="36"/>
        </w:rPr>
        <w:t xml:space="preserve"> </w:t>
      </w:r>
      <w:r w:rsidRPr="00622C67">
        <w:rPr>
          <w:rFonts w:ascii="Times New Roman" w:hAnsi="Times New Roman" w:cs="Times New Roman" w:hint="cs"/>
          <w:b/>
          <w:sz w:val="36"/>
          <w:rtl/>
        </w:rPr>
        <w:t>تحسين</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الوصول</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للمعلومات</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العقارية</w:t>
      </w:r>
      <w:r w:rsidRPr="00622C67">
        <w:rPr>
          <w:rFonts w:asciiTheme="majorHAnsi" w:hAnsiTheme="majorHAnsi" w:cstheme="majorHAnsi"/>
          <w:b/>
          <w:sz w:val="36"/>
        </w:rPr>
        <w:br/>
      </w:r>
      <w:r w:rsidRPr="00622C67">
        <w:rPr>
          <w:rFonts w:ascii="Segoe UI Symbol" w:hAnsi="Segoe UI Symbol" w:cs="Segoe UI Symbol"/>
          <w:b/>
          <w:sz w:val="36"/>
        </w:rPr>
        <w:t>✔</w:t>
      </w:r>
      <w:r w:rsidRPr="00622C67">
        <w:rPr>
          <w:rFonts w:asciiTheme="majorHAnsi" w:hAnsiTheme="majorHAnsi" w:cstheme="majorHAnsi"/>
          <w:b/>
          <w:sz w:val="36"/>
        </w:rPr>
        <w:t xml:space="preserve"> </w:t>
      </w:r>
      <w:r w:rsidRPr="00622C67">
        <w:rPr>
          <w:rFonts w:ascii="Times New Roman" w:hAnsi="Times New Roman" w:cs="Times New Roman" w:hint="cs"/>
          <w:b/>
          <w:sz w:val="36"/>
          <w:rtl/>
        </w:rPr>
        <w:t>تعزيز</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التفاعل</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والشفافية</w:t>
      </w:r>
      <w:r w:rsidRPr="00622C67">
        <w:rPr>
          <w:rFonts w:asciiTheme="majorHAnsi" w:hAnsiTheme="majorHAnsi" w:cstheme="majorHAnsi"/>
          <w:b/>
          <w:sz w:val="36"/>
        </w:rPr>
        <w:br/>
      </w:r>
      <w:r w:rsidRPr="00622C67">
        <w:rPr>
          <w:rFonts w:ascii="Segoe UI Symbol" w:hAnsi="Segoe UI Symbol" w:cs="Segoe UI Symbol"/>
          <w:b/>
          <w:sz w:val="36"/>
        </w:rPr>
        <w:t>✔</w:t>
      </w:r>
      <w:r w:rsidRPr="00622C67">
        <w:rPr>
          <w:rFonts w:asciiTheme="majorHAnsi" w:hAnsiTheme="majorHAnsi" w:cstheme="majorHAnsi"/>
          <w:b/>
          <w:sz w:val="36"/>
        </w:rPr>
        <w:t xml:space="preserve"> </w:t>
      </w:r>
      <w:r w:rsidRPr="00622C67">
        <w:rPr>
          <w:rFonts w:ascii="Times New Roman" w:hAnsi="Times New Roman" w:cs="Times New Roman" w:hint="cs"/>
          <w:b/>
          <w:sz w:val="36"/>
          <w:rtl/>
        </w:rPr>
        <w:t>رفع</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مستوى</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الرضا</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والثقة</w:t>
      </w:r>
      <w:r w:rsidRPr="00622C67">
        <w:rPr>
          <w:rFonts w:asciiTheme="majorHAnsi" w:hAnsiTheme="majorHAnsi" w:cstheme="majorHAnsi"/>
          <w:b/>
          <w:sz w:val="36"/>
        </w:rPr>
        <w:br/>
      </w:r>
      <w:r w:rsidRPr="00622C67">
        <w:rPr>
          <w:rFonts w:ascii="Segoe UI Symbol" w:hAnsi="Segoe UI Symbol" w:cs="Segoe UI Symbol"/>
          <w:b/>
          <w:sz w:val="36"/>
        </w:rPr>
        <w:t>✔</w:t>
      </w:r>
      <w:r w:rsidRPr="00622C67">
        <w:rPr>
          <w:rFonts w:asciiTheme="majorHAnsi" w:hAnsiTheme="majorHAnsi" w:cstheme="majorHAnsi"/>
          <w:b/>
          <w:sz w:val="36"/>
        </w:rPr>
        <w:t xml:space="preserve"> </w:t>
      </w:r>
      <w:r w:rsidRPr="00622C67">
        <w:rPr>
          <w:rFonts w:ascii="Times New Roman" w:hAnsi="Times New Roman" w:cs="Times New Roman" w:hint="cs"/>
          <w:b/>
          <w:sz w:val="36"/>
          <w:rtl/>
        </w:rPr>
        <w:t>تسريع</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عملية</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اتخاذ</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القرار</w:t>
      </w:r>
      <w:r w:rsidRPr="00622C67">
        <w:rPr>
          <w:rFonts w:asciiTheme="majorHAnsi" w:hAnsiTheme="majorHAnsi" w:cstheme="majorHAnsi"/>
          <w:b/>
          <w:sz w:val="36"/>
        </w:rPr>
        <w:br/>
      </w:r>
      <w:r w:rsidRPr="00622C67">
        <w:rPr>
          <w:rFonts w:ascii="Segoe UI Symbol" w:hAnsi="Segoe UI Symbol" w:cs="Segoe UI Symbol"/>
          <w:b/>
          <w:sz w:val="36"/>
        </w:rPr>
        <w:t>✔</w:t>
      </w:r>
      <w:r w:rsidRPr="00622C67">
        <w:rPr>
          <w:rFonts w:asciiTheme="majorHAnsi" w:hAnsiTheme="majorHAnsi" w:cstheme="majorHAnsi"/>
          <w:b/>
          <w:sz w:val="36"/>
        </w:rPr>
        <w:t xml:space="preserve"> </w:t>
      </w:r>
      <w:r w:rsidRPr="00622C67">
        <w:rPr>
          <w:rFonts w:ascii="Times New Roman" w:hAnsi="Times New Roman" w:cs="Times New Roman" w:hint="cs"/>
          <w:b/>
          <w:sz w:val="36"/>
          <w:rtl/>
        </w:rPr>
        <w:t>دعم</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التحول</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الرقمي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في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القطاع</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العقاري</w:t>
      </w:r>
    </w:p>
    <w:p w14:paraId="1BB76B4D" w14:textId="77777777" w:rsidR="00622C67" w:rsidRPr="00B05D15" w:rsidRDefault="00622C67" w:rsidP="00B05D15">
      <w:pPr>
        <w:bidi/>
        <w:spacing w:line="360" w:lineRule="auto"/>
        <w:rPr>
          <w:rFonts w:asciiTheme="majorHAnsi" w:hAnsiTheme="majorHAnsi" w:cstheme="majorHAnsi"/>
          <w:b/>
          <w:sz w:val="36"/>
          <w:rtl/>
        </w:rPr>
      </w:pPr>
      <w:r w:rsidRPr="00622C67">
        <w:rPr>
          <w:rFonts w:ascii="Times New Roman" w:hAnsi="Times New Roman" w:cs="Times New Roman" w:hint="cs"/>
          <w:b/>
          <w:sz w:val="36"/>
          <w:rtl/>
        </w:rPr>
        <w:t>وبالتالي،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أصبح</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تبني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أدوات</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التسويق</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الرقمي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ضرورة</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استراتيجية</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للمسوقين</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العقاريين</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الراغبين</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في</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تحسين</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تجربة</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العميل</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وتحقيق</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ميزة</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تنافسية</w:t>
      </w:r>
      <w:r w:rsidRPr="00622C67">
        <w:rPr>
          <w:rFonts w:asciiTheme="majorHAnsi" w:hAnsiTheme="majorHAnsi" w:cstheme="majorHAnsi"/>
          <w:b/>
          <w:sz w:val="36"/>
          <w:rtl/>
        </w:rPr>
        <w:t xml:space="preserve"> </w:t>
      </w:r>
      <w:r w:rsidRPr="00622C67">
        <w:rPr>
          <w:rFonts w:ascii="Times New Roman" w:hAnsi="Times New Roman" w:cs="Times New Roman" w:hint="cs"/>
          <w:b/>
          <w:sz w:val="36"/>
          <w:rtl/>
        </w:rPr>
        <w:t>مستدامة</w:t>
      </w:r>
      <w:r w:rsidRPr="00622C67">
        <w:rPr>
          <w:rFonts w:asciiTheme="majorHAnsi" w:hAnsiTheme="majorHAnsi" w:cstheme="majorHAnsi"/>
          <w:b/>
          <w:sz w:val="36"/>
        </w:rPr>
        <w:t>.</w:t>
      </w:r>
    </w:p>
    <w:p w14:paraId="019BFDE6" w14:textId="77777777" w:rsidR="009A2188" w:rsidRPr="00B05D15" w:rsidRDefault="009A2188" w:rsidP="00B05D15">
      <w:pPr>
        <w:bidi/>
        <w:spacing w:line="360" w:lineRule="auto"/>
        <w:rPr>
          <w:rFonts w:asciiTheme="majorHAnsi" w:hAnsiTheme="majorHAnsi" w:cstheme="majorHAnsi"/>
          <w:b/>
          <w:sz w:val="36"/>
          <w:rtl/>
        </w:rPr>
      </w:pPr>
    </w:p>
    <w:p w14:paraId="2C1D2559" w14:textId="77777777" w:rsidR="009A2188" w:rsidRPr="00B05D15" w:rsidRDefault="009A2188" w:rsidP="00B05D15">
      <w:pPr>
        <w:bidi/>
        <w:spacing w:line="360" w:lineRule="auto"/>
        <w:rPr>
          <w:rFonts w:asciiTheme="majorHAnsi" w:hAnsiTheme="majorHAnsi" w:cstheme="majorHAnsi"/>
          <w:b/>
          <w:sz w:val="36"/>
          <w:rtl/>
        </w:rPr>
      </w:pPr>
    </w:p>
    <w:p w14:paraId="169F810B" w14:textId="77777777" w:rsidR="009A2188" w:rsidRPr="00B05D15" w:rsidRDefault="009A2188" w:rsidP="00B05D15">
      <w:pPr>
        <w:bidi/>
        <w:spacing w:line="360" w:lineRule="auto"/>
        <w:rPr>
          <w:rFonts w:asciiTheme="majorHAnsi" w:hAnsiTheme="majorHAnsi" w:cstheme="majorHAnsi"/>
          <w:b/>
          <w:sz w:val="36"/>
          <w:rtl/>
        </w:rPr>
      </w:pPr>
    </w:p>
    <w:p w14:paraId="547A97D6" w14:textId="77777777" w:rsidR="009A2188" w:rsidRPr="00B05D15" w:rsidRDefault="009A2188" w:rsidP="00B05D15">
      <w:pPr>
        <w:bidi/>
        <w:spacing w:line="360" w:lineRule="auto"/>
        <w:rPr>
          <w:rFonts w:asciiTheme="majorHAnsi" w:hAnsiTheme="majorHAnsi" w:cstheme="majorHAnsi"/>
          <w:b/>
          <w:sz w:val="36"/>
          <w:rtl/>
        </w:rPr>
      </w:pPr>
    </w:p>
    <w:p w14:paraId="24E6D89E" w14:textId="77777777" w:rsidR="009A2188" w:rsidRPr="00B05D15" w:rsidRDefault="009A2188" w:rsidP="00B05D15">
      <w:pPr>
        <w:bidi/>
        <w:spacing w:line="360" w:lineRule="auto"/>
        <w:rPr>
          <w:rFonts w:asciiTheme="majorHAnsi" w:hAnsiTheme="majorHAnsi" w:cstheme="majorHAnsi"/>
          <w:b/>
          <w:sz w:val="36"/>
          <w:rtl/>
        </w:rPr>
      </w:pPr>
    </w:p>
    <w:p w14:paraId="719E1E85" w14:textId="77777777" w:rsidR="009A2188" w:rsidRPr="00B05D15" w:rsidRDefault="009A2188" w:rsidP="00B05D15">
      <w:pPr>
        <w:bidi/>
        <w:spacing w:line="360" w:lineRule="auto"/>
        <w:rPr>
          <w:rFonts w:asciiTheme="majorHAnsi" w:hAnsiTheme="majorHAnsi" w:cstheme="majorHAnsi"/>
          <w:b/>
          <w:sz w:val="36"/>
          <w:rtl/>
        </w:rPr>
      </w:pPr>
    </w:p>
    <w:p w14:paraId="2B1316F2" w14:textId="77777777" w:rsidR="009A2188" w:rsidRPr="00B05D15" w:rsidRDefault="009A2188" w:rsidP="00B05D15">
      <w:pPr>
        <w:bidi/>
        <w:spacing w:line="360" w:lineRule="auto"/>
        <w:rPr>
          <w:rFonts w:asciiTheme="majorHAnsi" w:hAnsiTheme="majorHAnsi" w:cstheme="majorHAnsi"/>
          <w:b/>
          <w:sz w:val="36"/>
          <w:rtl/>
        </w:rPr>
      </w:pPr>
    </w:p>
    <w:p w14:paraId="18B1F67D" w14:textId="77777777" w:rsidR="009A2188" w:rsidRPr="00B05D15" w:rsidRDefault="009A2188" w:rsidP="00B05D15">
      <w:pPr>
        <w:bidi/>
        <w:spacing w:line="360" w:lineRule="auto"/>
        <w:rPr>
          <w:rFonts w:asciiTheme="majorHAnsi" w:hAnsiTheme="majorHAnsi" w:cstheme="majorHAnsi"/>
          <w:b/>
          <w:sz w:val="36"/>
          <w:rtl/>
        </w:rPr>
      </w:pPr>
    </w:p>
    <w:p w14:paraId="70880F29" w14:textId="77777777" w:rsidR="009A2188" w:rsidRPr="00B05D15" w:rsidRDefault="009A2188" w:rsidP="00B05D15">
      <w:pPr>
        <w:bidi/>
        <w:spacing w:line="360" w:lineRule="auto"/>
        <w:rPr>
          <w:rFonts w:asciiTheme="majorHAnsi" w:hAnsiTheme="majorHAnsi" w:cstheme="majorHAnsi"/>
          <w:b/>
          <w:sz w:val="36"/>
          <w:rtl/>
        </w:rPr>
      </w:pPr>
    </w:p>
    <w:p w14:paraId="44A6A8A5" w14:textId="77777777" w:rsidR="009A2188" w:rsidRPr="00B05D15" w:rsidRDefault="009A2188" w:rsidP="00B05D15">
      <w:pPr>
        <w:bidi/>
        <w:spacing w:line="360" w:lineRule="auto"/>
        <w:rPr>
          <w:rFonts w:asciiTheme="majorHAnsi" w:hAnsiTheme="majorHAnsi" w:cstheme="majorHAnsi"/>
          <w:b/>
          <w:sz w:val="36"/>
          <w:rtl/>
        </w:rPr>
      </w:pPr>
    </w:p>
    <w:p w14:paraId="52321419" w14:textId="77777777" w:rsidR="009A2188" w:rsidRDefault="009A2188" w:rsidP="00B05D15">
      <w:pPr>
        <w:bidi/>
        <w:spacing w:line="360" w:lineRule="auto"/>
        <w:rPr>
          <w:rFonts w:asciiTheme="majorHAnsi" w:hAnsiTheme="majorHAnsi" w:cstheme="majorHAnsi"/>
          <w:b/>
          <w:sz w:val="36"/>
          <w:rtl/>
        </w:rPr>
      </w:pPr>
    </w:p>
    <w:p w14:paraId="7E43ED96" w14:textId="77777777" w:rsidR="006E2046" w:rsidRDefault="006E2046" w:rsidP="006E2046">
      <w:pPr>
        <w:bidi/>
        <w:spacing w:line="360" w:lineRule="auto"/>
        <w:rPr>
          <w:rFonts w:asciiTheme="majorHAnsi" w:hAnsiTheme="majorHAnsi" w:cstheme="majorHAnsi"/>
          <w:b/>
          <w:sz w:val="36"/>
          <w:rtl/>
        </w:rPr>
      </w:pPr>
    </w:p>
    <w:p w14:paraId="59914D19" w14:textId="77777777" w:rsidR="006E2046" w:rsidRPr="00B05D15" w:rsidRDefault="006E2046" w:rsidP="006E2046">
      <w:pPr>
        <w:bidi/>
        <w:spacing w:line="360" w:lineRule="auto"/>
        <w:rPr>
          <w:rFonts w:asciiTheme="majorHAnsi" w:hAnsiTheme="majorHAnsi" w:cstheme="majorHAnsi"/>
          <w:b/>
          <w:sz w:val="36"/>
          <w:rtl/>
        </w:rPr>
      </w:pPr>
    </w:p>
    <w:p w14:paraId="11E6CEED" w14:textId="77777777" w:rsidR="009A2188" w:rsidRPr="00B05D15" w:rsidRDefault="009A2188" w:rsidP="00B05D15">
      <w:pPr>
        <w:bidi/>
        <w:spacing w:line="360" w:lineRule="auto"/>
        <w:rPr>
          <w:rFonts w:asciiTheme="majorHAnsi" w:hAnsiTheme="majorHAnsi" w:cstheme="majorHAnsi"/>
          <w:b/>
          <w:sz w:val="36"/>
          <w:rtl/>
        </w:rPr>
      </w:pPr>
    </w:p>
    <w:p w14:paraId="21C97015" w14:textId="77777777" w:rsidR="003E2E5C" w:rsidRPr="003E2E5C" w:rsidRDefault="003E2E5C" w:rsidP="00456F05">
      <w:pPr>
        <w:spacing w:line="360" w:lineRule="auto"/>
        <w:ind w:firstLine="283"/>
        <w:jc w:val="right"/>
        <w:rPr>
          <w:rFonts w:asciiTheme="majorHAnsi" w:hAnsiTheme="majorHAnsi" w:cstheme="majorHAnsi"/>
          <w:b/>
          <w:bCs/>
        </w:rPr>
      </w:pPr>
      <w:r w:rsidRPr="003E2E5C">
        <w:rPr>
          <w:rFonts w:asciiTheme="majorHAnsi" w:hAnsiTheme="majorHAnsi" w:cstheme="majorHAnsi"/>
          <w:b/>
          <w:bCs/>
        </w:rPr>
        <w:t xml:space="preserve">1.3 </w:t>
      </w:r>
      <w:r w:rsidRPr="003E2E5C">
        <w:rPr>
          <w:rFonts w:ascii="Times New Roman" w:hAnsi="Times New Roman" w:cs="Times New Roman" w:hint="cs"/>
          <w:b/>
          <w:bCs/>
          <w:rtl/>
        </w:rPr>
        <w:t>أهمية</w:t>
      </w:r>
      <w:r w:rsidRPr="003E2E5C">
        <w:rPr>
          <w:rFonts w:asciiTheme="majorHAnsi" w:hAnsiTheme="majorHAnsi" w:cstheme="majorHAnsi"/>
          <w:b/>
          <w:bCs/>
          <w:rtl/>
        </w:rPr>
        <w:t xml:space="preserve"> </w:t>
      </w:r>
      <w:r w:rsidRPr="003E2E5C">
        <w:rPr>
          <w:rFonts w:ascii="Times New Roman" w:hAnsi="Times New Roman" w:cs="Times New Roman" w:hint="cs"/>
          <w:b/>
          <w:bCs/>
          <w:rtl/>
        </w:rPr>
        <w:t>الدراسة</w:t>
      </w:r>
    </w:p>
    <w:p w14:paraId="47DDAA4C" w14:textId="77777777" w:rsidR="003E2E5C" w:rsidRPr="003E2E5C" w:rsidRDefault="003E2E5C" w:rsidP="00B05D15">
      <w:pPr>
        <w:bidi/>
        <w:spacing w:line="360" w:lineRule="auto"/>
        <w:ind w:firstLine="283"/>
        <w:rPr>
          <w:rFonts w:asciiTheme="majorHAnsi" w:hAnsiTheme="majorHAnsi" w:cstheme="majorHAnsi"/>
          <w:b/>
          <w:bCs/>
        </w:rPr>
      </w:pPr>
      <w:r w:rsidRPr="003E2E5C">
        <w:rPr>
          <w:rFonts w:ascii="Times New Roman" w:hAnsi="Times New Roman" w:cs="Times New Roman" w:hint="cs"/>
          <w:b/>
          <w:bCs/>
          <w:rtl/>
        </w:rPr>
        <w:t>الأهمية</w:t>
      </w:r>
      <w:r w:rsidRPr="003E2E5C">
        <w:rPr>
          <w:rFonts w:asciiTheme="majorHAnsi" w:hAnsiTheme="majorHAnsi" w:cstheme="majorHAnsi"/>
          <w:b/>
          <w:bCs/>
          <w:rtl/>
        </w:rPr>
        <w:t xml:space="preserve"> </w:t>
      </w:r>
      <w:r w:rsidRPr="003E2E5C">
        <w:rPr>
          <w:rFonts w:ascii="Times New Roman" w:hAnsi="Times New Roman" w:cs="Times New Roman" w:hint="cs"/>
          <w:b/>
          <w:bCs/>
          <w:rtl/>
        </w:rPr>
        <w:t>العلمية</w:t>
      </w:r>
    </w:p>
    <w:p w14:paraId="1DDB0931" w14:textId="5B05A9FD" w:rsidR="003E2E5C" w:rsidRPr="003E2E5C" w:rsidRDefault="003E2E5C" w:rsidP="00B05D15">
      <w:pPr>
        <w:bidi/>
        <w:spacing w:line="360" w:lineRule="auto"/>
        <w:ind w:firstLine="283"/>
        <w:rPr>
          <w:rFonts w:asciiTheme="majorHAnsi" w:hAnsiTheme="majorHAnsi" w:cstheme="majorHAnsi"/>
          <w:b/>
        </w:rPr>
      </w:pPr>
      <w:r w:rsidRPr="003E2E5C">
        <w:rPr>
          <w:rFonts w:ascii="Times New Roman" w:hAnsi="Times New Roman" w:cs="Times New Roman" w:hint="cs"/>
          <w:b/>
          <w:rtl/>
        </w:rPr>
        <w:t>تنبع</w:t>
      </w:r>
      <w:r w:rsidRPr="003E2E5C">
        <w:rPr>
          <w:rFonts w:asciiTheme="majorHAnsi" w:hAnsiTheme="majorHAnsi" w:cstheme="majorHAnsi"/>
          <w:b/>
          <w:rtl/>
        </w:rPr>
        <w:t xml:space="preserve"> </w:t>
      </w:r>
      <w:r w:rsidRPr="003E2E5C">
        <w:rPr>
          <w:rFonts w:ascii="Times New Roman" w:hAnsi="Times New Roman" w:cs="Times New Roman" w:hint="cs"/>
          <w:b/>
          <w:rtl/>
        </w:rPr>
        <w:t>الأهمية</w:t>
      </w:r>
      <w:r w:rsidRPr="003E2E5C">
        <w:rPr>
          <w:rFonts w:asciiTheme="majorHAnsi" w:hAnsiTheme="majorHAnsi" w:cstheme="majorHAnsi"/>
          <w:b/>
          <w:rtl/>
        </w:rPr>
        <w:t xml:space="preserve"> </w:t>
      </w:r>
      <w:r w:rsidRPr="003E2E5C">
        <w:rPr>
          <w:rFonts w:ascii="Times New Roman" w:hAnsi="Times New Roman" w:cs="Times New Roman" w:hint="cs"/>
          <w:b/>
          <w:rtl/>
        </w:rPr>
        <w:t>العلمية</w:t>
      </w:r>
      <w:r w:rsidRPr="003E2E5C">
        <w:rPr>
          <w:rFonts w:asciiTheme="majorHAnsi" w:hAnsiTheme="majorHAnsi" w:cstheme="majorHAnsi"/>
          <w:b/>
          <w:rtl/>
        </w:rPr>
        <w:t xml:space="preserve"> </w:t>
      </w:r>
      <w:r w:rsidRPr="003E2E5C">
        <w:rPr>
          <w:rFonts w:ascii="Times New Roman" w:hAnsi="Times New Roman" w:cs="Times New Roman" w:hint="cs"/>
          <w:b/>
          <w:rtl/>
        </w:rPr>
        <w:t>لهذه</w:t>
      </w:r>
      <w:r w:rsidRPr="003E2E5C">
        <w:rPr>
          <w:rFonts w:asciiTheme="majorHAnsi" w:hAnsiTheme="majorHAnsi" w:cstheme="majorHAnsi"/>
          <w:b/>
          <w:rtl/>
        </w:rPr>
        <w:t xml:space="preserve"> </w:t>
      </w:r>
      <w:r w:rsidRPr="003E2E5C">
        <w:rPr>
          <w:rFonts w:ascii="Times New Roman" w:hAnsi="Times New Roman" w:cs="Times New Roman" w:hint="cs"/>
          <w:b/>
          <w:rtl/>
        </w:rPr>
        <w:t>الدراسة</w:t>
      </w:r>
      <w:r w:rsidRPr="003E2E5C">
        <w:rPr>
          <w:rFonts w:asciiTheme="majorHAnsi" w:hAnsiTheme="majorHAnsi" w:cstheme="majorHAnsi"/>
          <w:b/>
          <w:rtl/>
        </w:rPr>
        <w:t xml:space="preserve"> </w:t>
      </w:r>
      <w:r w:rsidRPr="003E2E5C">
        <w:rPr>
          <w:rFonts w:ascii="Times New Roman" w:hAnsi="Times New Roman" w:cs="Times New Roman" w:hint="cs"/>
          <w:b/>
          <w:rtl/>
        </w:rPr>
        <w:t>من</w:t>
      </w:r>
      <w:r w:rsidRPr="003E2E5C">
        <w:rPr>
          <w:rFonts w:asciiTheme="majorHAnsi" w:hAnsiTheme="majorHAnsi" w:cstheme="majorHAnsi"/>
          <w:b/>
          <w:rtl/>
        </w:rPr>
        <w:t xml:space="preserve"> </w:t>
      </w:r>
      <w:r w:rsidRPr="003E2E5C">
        <w:rPr>
          <w:rFonts w:ascii="Times New Roman" w:hAnsi="Times New Roman" w:cs="Times New Roman" w:hint="cs"/>
          <w:b/>
          <w:rtl/>
        </w:rPr>
        <w:t>مساهمتها</w:t>
      </w:r>
      <w:r w:rsidRPr="003E2E5C">
        <w:rPr>
          <w:rFonts w:asciiTheme="majorHAnsi" w:hAnsiTheme="majorHAnsi" w:cstheme="majorHAnsi"/>
          <w:b/>
          <w:rtl/>
        </w:rPr>
        <w:t xml:space="preserve"> </w:t>
      </w:r>
      <w:r w:rsidRPr="003E2E5C">
        <w:rPr>
          <w:rFonts w:ascii="Times New Roman" w:hAnsi="Times New Roman" w:cs="Times New Roman" w:hint="cs"/>
          <w:b/>
          <w:rtl/>
        </w:rPr>
        <w:t>في</w:t>
      </w:r>
      <w:r w:rsidRPr="003E2E5C">
        <w:rPr>
          <w:rFonts w:asciiTheme="majorHAnsi" w:hAnsiTheme="majorHAnsi" w:cstheme="majorHAnsi"/>
          <w:b/>
          <w:rtl/>
        </w:rPr>
        <w:t xml:space="preserve"> </w:t>
      </w:r>
      <w:r w:rsidRPr="003E2E5C">
        <w:rPr>
          <w:rFonts w:ascii="Times New Roman" w:hAnsi="Times New Roman" w:cs="Times New Roman" w:hint="cs"/>
          <w:b/>
          <w:rtl/>
        </w:rPr>
        <w:t>تعزيز</w:t>
      </w:r>
      <w:r w:rsidRPr="003E2E5C">
        <w:rPr>
          <w:rFonts w:asciiTheme="majorHAnsi" w:hAnsiTheme="majorHAnsi" w:cstheme="majorHAnsi"/>
          <w:b/>
          <w:rtl/>
        </w:rPr>
        <w:t xml:space="preserve"> </w:t>
      </w:r>
      <w:r w:rsidRPr="003E2E5C">
        <w:rPr>
          <w:rFonts w:ascii="Times New Roman" w:hAnsi="Times New Roman" w:cs="Times New Roman" w:hint="cs"/>
          <w:b/>
          <w:rtl/>
        </w:rPr>
        <w:t>الأدبيات</w:t>
      </w:r>
      <w:r w:rsidRPr="003E2E5C">
        <w:rPr>
          <w:rFonts w:asciiTheme="majorHAnsi" w:hAnsiTheme="majorHAnsi" w:cstheme="majorHAnsi"/>
          <w:b/>
          <w:rtl/>
        </w:rPr>
        <w:t xml:space="preserve"> </w:t>
      </w:r>
      <w:r w:rsidRPr="003E2E5C">
        <w:rPr>
          <w:rFonts w:ascii="Times New Roman" w:hAnsi="Times New Roman" w:cs="Times New Roman" w:hint="cs"/>
          <w:b/>
          <w:rtl/>
        </w:rPr>
        <w:t>العلمية</w:t>
      </w:r>
      <w:r w:rsidRPr="003E2E5C">
        <w:rPr>
          <w:rFonts w:asciiTheme="majorHAnsi" w:hAnsiTheme="majorHAnsi" w:cstheme="majorHAnsi"/>
          <w:b/>
          <w:rtl/>
        </w:rPr>
        <w:t xml:space="preserve"> </w:t>
      </w:r>
      <w:r w:rsidRPr="003E2E5C">
        <w:rPr>
          <w:rFonts w:ascii="Times New Roman" w:hAnsi="Times New Roman" w:cs="Times New Roman" w:hint="cs"/>
          <w:b/>
          <w:rtl/>
        </w:rPr>
        <w:t>المرتبطة</w:t>
      </w:r>
      <w:r w:rsidRPr="003E2E5C">
        <w:rPr>
          <w:rFonts w:asciiTheme="majorHAnsi" w:hAnsiTheme="majorHAnsi" w:cstheme="majorHAnsi"/>
          <w:b/>
          <w:rtl/>
        </w:rPr>
        <w:t xml:space="preserve"> </w:t>
      </w:r>
      <w:r w:rsidRPr="003E2E5C">
        <w:rPr>
          <w:rFonts w:ascii="Times New Roman" w:hAnsi="Times New Roman" w:cs="Times New Roman" w:hint="cs"/>
          <w:b/>
          <w:rtl/>
        </w:rPr>
        <w:t>بالتسويق</w:t>
      </w:r>
      <w:r w:rsidRPr="003E2E5C">
        <w:rPr>
          <w:rFonts w:asciiTheme="majorHAnsi" w:hAnsiTheme="majorHAnsi" w:cstheme="majorHAnsi"/>
          <w:b/>
          <w:rtl/>
        </w:rPr>
        <w:t xml:space="preserve"> </w:t>
      </w:r>
      <w:r w:rsidRPr="003E2E5C">
        <w:rPr>
          <w:rFonts w:ascii="Times New Roman" w:hAnsi="Times New Roman" w:cs="Times New Roman" w:hint="cs"/>
          <w:b/>
          <w:rtl/>
        </w:rPr>
        <w:t>العقاري</w:t>
      </w:r>
      <w:r w:rsidRPr="003E2E5C">
        <w:rPr>
          <w:rFonts w:asciiTheme="majorHAnsi" w:hAnsiTheme="majorHAnsi" w:cstheme="majorHAnsi"/>
          <w:b/>
          <w:rtl/>
        </w:rPr>
        <w:t xml:space="preserve"> </w:t>
      </w:r>
      <w:r w:rsidRPr="003E2E5C">
        <w:rPr>
          <w:rFonts w:ascii="Times New Roman" w:hAnsi="Times New Roman" w:cs="Times New Roman" w:hint="cs"/>
          <w:b/>
          <w:rtl/>
        </w:rPr>
        <w:t>الرقمي</w:t>
      </w:r>
      <w:r w:rsidRPr="003E2E5C">
        <w:rPr>
          <w:rFonts w:asciiTheme="majorHAnsi" w:hAnsiTheme="majorHAnsi" w:cstheme="majorHAnsi"/>
          <w:b/>
          <w:rtl/>
        </w:rPr>
        <w:t xml:space="preserve"> </w:t>
      </w:r>
      <w:r w:rsidRPr="003E2E5C">
        <w:rPr>
          <w:rFonts w:ascii="Times New Roman" w:hAnsi="Times New Roman" w:cs="Times New Roman" w:hint="cs"/>
          <w:b/>
          <w:rtl/>
        </w:rPr>
        <w:t>وتجربة</w:t>
      </w:r>
      <w:r w:rsidRPr="003E2E5C">
        <w:rPr>
          <w:rFonts w:asciiTheme="majorHAnsi" w:hAnsiTheme="majorHAnsi" w:cstheme="majorHAnsi"/>
          <w:b/>
          <w:rtl/>
        </w:rPr>
        <w:t xml:space="preserve"> </w:t>
      </w:r>
      <w:r w:rsidRPr="003E2E5C">
        <w:rPr>
          <w:rFonts w:ascii="Times New Roman" w:hAnsi="Times New Roman" w:cs="Times New Roman" w:hint="cs"/>
          <w:b/>
          <w:rtl/>
        </w:rPr>
        <w:t>العميل،</w:t>
      </w:r>
      <w:r w:rsidRPr="003E2E5C">
        <w:rPr>
          <w:rFonts w:asciiTheme="majorHAnsi" w:hAnsiTheme="majorHAnsi" w:cstheme="majorHAnsi"/>
          <w:b/>
          <w:rtl/>
        </w:rPr>
        <w:t xml:space="preserve"> </w:t>
      </w:r>
      <w:r w:rsidRPr="003E2E5C">
        <w:rPr>
          <w:rFonts w:ascii="Times New Roman" w:hAnsi="Times New Roman" w:cs="Times New Roman" w:hint="cs"/>
          <w:b/>
          <w:rtl/>
        </w:rPr>
        <w:t>من</w:t>
      </w:r>
      <w:r w:rsidRPr="003E2E5C">
        <w:rPr>
          <w:rFonts w:asciiTheme="majorHAnsi" w:hAnsiTheme="majorHAnsi" w:cstheme="majorHAnsi"/>
          <w:b/>
          <w:rtl/>
        </w:rPr>
        <w:t xml:space="preserve"> </w:t>
      </w:r>
      <w:r w:rsidRPr="003E2E5C">
        <w:rPr>
          <w:rFonts w:ascii="Times New Roman" w:hAnsi="Times New Roman" w:cs="Times New Roman" w:hint="cs"/>
          <w:b/>
          <w:rtl/>
        </w:rPr>
        <w:t>خلال</w:t>
      </w:r>
      <w:r w:rsidRPr="003E2E5C">
        <w:rPr>
          <w:rFonts w:asciiTheme="majorHAnsi" w:hAnsiTheme="majorHAnsi" w:cstheme="majorHAnsi"/>
          <w:b/>
          <w:rtl/>
        </w:rPr>
        <w:t xml:space="preserve"> </w:t>
      </w:r>
      <w:r w:rsidRPr="003E2E5C">
        <w:rPr>
          <w:rFonts w:ascii="Times New Roman" w:hAnsi="Times New Roman" w:cs="Times New Roman" w:hint="cs"/>
          <w:b/>
          <w:rtl/>
        </w:rPr>
        <w:t>تقديم</w:t>
      </w:r>
      <w:r w:rsidRPr="003E2E5C">
        <w:rPr>
          <w:rFonts w:asciiTheme="majorHAnsi" w:hAnsiTheme="majorHAnsi" w:cstheme="majorHAnsi"/>
          <w:b/>
          <w:rtl/>
        </w:rPr>
        <w:t xml:space="preserve"> </w:t>
      </w:r>
      <w:r w:rsidRPr="003E2E5C">
        <w:rPr>
          <w:rFonts w:ascii="Times New Roman" w:hAnsi="Times New Roman" w:cs="Times New Roman" w:hint="cs"/>
          <w:b/>
          <w:rtl/>
        </w:rPr>
        <w:t>إطار</w:t>
      </w:r>
      <w:r w:rsidRPr="003E2E5C">
        <w:rPr>
          <w:rFonts w:asciiTheme="majorHAnsi" w:hAnsiTheme="majorHAnsi" w:cstheme="majorHAnsi"/>
          <w:b/>
          <w:rtl/>
        </w:rPr>
        <w:t xml:space="preserve"> </w:t>
      </w:r>
      <w:r w:rsidRPr="003E2E5C">
        <w:rPr>
          <w:rFonts w:ascii="Times New Roman" w:hAnsi="Times New Roman" w:cs="Times New Roman" w:hint="cs"/>
          <w:b/>
          <w:rtl/>
        </w:rPr>
        <w:t>تحليلي</w:t>
      </w:r>
      <w:r w:rsidRPr="003E2E5C">
        <w:rPr>
          <w:rFonts w:asciiTheme="majorHAnsi" w:hAnsiTheme="majorHAnsi" w:cstheme="majorHAnsi"/>
          <w:b/>
          <w:rtl/>
        </w:rPr>
        <w:t xml:space="preserve"> </w:t>
      </w:r>
      <w:r w:rsidRPr="003E2E5C">
        <w:rPr>
          <w:rFonts w:ascii="Times New Roman" w:hAnsi="Times New Roman" w:cs="Times New Roman" w:hint="cs"/>
          <w:b/>
          <w:rtl/>
        </w:rPr>
        <w:t>يربط</w:t>
      </w:r>
      <w:r w:rsidRPr="003E2E5C">
        <w:rPr>
          <w:rFonts w:asciiTheme="majorHAnsi" w:hAnsiTheme="majorHAnsi" w:cstheme="majorHAnsi"/>
          <w:b/>
          <w:rtl/>
        </w:rPr>
        <w:t xml:space="preserve"> </w:t>
      </w:r>
      <w:r w:rsidRPr="003E2E5C">
        <w:rPr>
          <w:rFonts w:ascii="Times New Roman" w:hAnsi="Times New Roman" w:cs="Times New Roman" w:hint="cs"/>
          <w:b/>
          <w:rtl/>
        </w:rPr>
        <w:t>بين</w:t>
      </w:r>
      <w:r w:rsidRPr="003E2E5C">
        <w:rPr>
          <w:rFonts w:asciiTheme="majorHAnsi" w:hAnsiTheme="majorHAnsi" w:cstheme="majorHAnsi"/>
          <w:b/>
          <w:rtl/>
        </w:rPr>
        <w:t xml:space="preserve"> </w:t>
      </w:r>
      <w:r w:rsidRPr="003E2E5C">
        <w:rPr>
          <w:rFonts w:ascii="Times New Roman" w:hAnsi="Times New Roman" w:cs="Times New Roman" w:hint="cs"/>
          <w:b/>
          <w:rtl/>
        </w:rPr>
        <w:t>أدوات</w:t>
      </w:r>
      <w:r w:rsidRPr="003E2E5C">
        <w:rPr>
          <w:rFonts w:asciiTheme="majorHAnsi" w:hAnsiTheme="majorHAnsi" w:cstheme="majorHAnsi"/>
          <w:b/>
          <w:rtl/>
        </w:rPr>
        <w:t xml:space="preserve"> </w:t>
      </w:r>
      <w:r w:rsidRPr="003E2E5C">
        <w:rPr>
          <w:rFonts w:ascii="Times New Roman" w:hAnsi="Times New Roman" w:cs="Times New Roman" w:hint="cs"/>
          <w:b/>
          <w:rtl/>
        </w:rPr>
        <w:t>التسويق</w:t>
      </w:r>
      <w:r w:rsidRPr="003E2E5C">
        <w:rPr>
          <w:rFonts w:asciiTheme="majorHAnsi" w:hAnsiTheme="majorHAnsi" w:cstheme="majorHAnsi"/>
          <w:b/>
          <w:rtl/>
        </w:rPr>
        <w:t xml:space="preserve"> </w:t>
      </w:r>
      <w:r w:rsidRPr="003E2E5C">
        <w:rPr>
          <w:rFonts w:ascii="Times New Roman" w:hAnsi="Times New Roman" w:cs="Times New Roman" w:hint="cs"/>
          <w:b/>
          <w:rtl/>
        </w:rPr>
        <w:t>الرقمي</w:t>
      </w:r>
      <w:r w:rsidRPr="003E2E5C">
        <w:rPr>
          <w:rFonts w:asciiTheme="majorHAnsi" w:hAnsiTheme="majorHAnsi" w:cstheme="majorHAnsi"/>
          <w:b/>
          <w:rtl/>
        </w:rPr>
        <w:t xml:space="preserve"> </w:t>
      </w:r>
      <w:r w:rsidRPr="003E2E5C">
        <w:rPr>
          <w:rFonts w:ascii="Times New Roman" w:hAnsi="Times New Roman" w:cs="Times New Roman" w:hint="cs"/>
          <w:b/>
          <w:rtl/>
        </w:rPr>
        <w:t>ومؤشرات</w:t>
      </w:r>
      <w:r w:rsidRPr="003E2E5C">
        <w:rPr>
          <w:rFonts w:asciiTheme="majorHAnsi" w:hAnsiTheme="majorHAnsi" w:cstheme="majorHAnsi"/>
          <w:b/>
          <w:rtl/>
        </w:rPr>
        <w:t xml:space="preserve"> </w:t>
      </w:r>
      <w:r w:rsidRPr="003E2E5C">
        <w:rPr>
          <w:rFonts w:ascii="Times New Roman" w:hAnsi="Times New Roman" w:cs="Times New Roman" w:hint="cs"/>
          <w:b/>
          <w:rtl/>
        </w:rPr>
        <w:t>تجربة</w:t>
      </w:r>
      <w:r w:rsidRPr="003E2E5C">
        <w:rPr>
          <w:rFonts w:asciiTheme="majorHAnsi" w:hAnsiTheme="majorHAnsi" w:cstheme="majorHAnsi"/>
          <w:b/>
          <w:rtl/>
        </w:rPr>
        <w:t xml:space="preserve"> </w:t>
      </w:r>
      <w:r w:rsidRPr="003E2E5C">
        <w:rPr>
          <w:rFonts w:ascii="Times New Roman" w:hAnsi="Times New Roman" w:cs="Times New Roman" w:hint="cs"/>
          <w:b/>
          <w:rtl/>
        </w:rPr>
        <w:t>العميل</w:t>
      </w:r>
      <w:r w:rsidRPr="003E2E5C">
        <w:rPr>
          <w:rFonts w:asciiTheme="majorHAnsi" w:hAnsiTheme="majorHAnsi" w:cstheme="majorHAnsi"/>
          <w:b/>
          <w:rtl/>
        </w:rPr>
        <w:t xml:space="preserve"> </w:t>
      </w:r>
      <w:r w:rsidRPr="003E2E5C">
        <w:rPr>
          <w:rFonts w:ascii="Times New Roman" w:hAnsi="Times New Roman" w:cs="Times New Roman" w:hint="cs"/>
          <w:b/>
          <w:rtl/>
        </w:rPr>
        <w:t>ضمن</w:t>
      </w:r>
      <w:r w:rsidRPr="003E2E5C">
        <w:rPr>
          <w:rFonts w:asciiTheme="majorHAnsi" w:hAnsiTheme="majorHAnsi" w:cstheme="majorHAnsi"/>
          <w:b/>
          <w:rtl/>
        </w:rPr>
        <w:t xml:space="preserve"> </w:t>
      </w:r>
      <w:r w:rsidRPr="003E2E5C">
        <w:rPr>
          <w:rFonts w:ascii="Times New Roman" w:hAnsi="Times New Roman" w:cs="Times New Roman" w:hint="cs"/>
          <w:b/>
          <w:rtl/>
        </w:rPr>
        <w:t>سياق</w:t>
      </w:r>
      <w:r w:rsidRPr="003E2E5C">
        <w:rPr>
          <w:rFonts w:asciiTheme="majorHAnsi" w:hAnsiTheme="majorHAnsi" w:cstheme="majorHAnsi"/>
          <w:b/>
          <w:rtl/>
        </w:rPr>
        <w:t xml:space="preserve"> </w:t>
      </w:r>
      <w:r w:rsidRPr="003E2E5C">
        <w:rPr>
          <w:rFonts w:ascii="Times New Roman" w:hAnsi="Times New Roman" w:cs="Times New Roman" w:hint="cs"/>
          <w:b/>
          <w:rtl/>
        </w:rPr>
        <w:t>السوق</w:t>
      </w:r>
      <w:r w:rsidRPr="003E2E5C">
        <w:rPr>
          <w:rFonts w:asciiTheme="majorHAnsi" w:hAnsiTheme="majorHAnsi" w:cstheme="majorHAnsi"/>
          <w:b/>
          <w:rtl/>
        </w:rPr>
        <w:t xml:space="preserve"> </w:t>
      </w:r>
      <w:r w:rsidRPr="003E2E5C">
        <w:rPr>
          <w:rFonts w:ascii="Times New Roman" w:hAnsi="Times New Roman" w:cs="Times New Roman" w:hint="cs"/>
          <w:b/>
          <w:rtl/>
        </w:rPr>
        <w:t>العقاري</w:t>
      </w:r>
      <w:r w:rsidRPr="003E2E5C">
        <w:rPr>
          <w:rFonts w:asciiTheme="majorHAnsi" w:hAnsiTheme="majorHAnsi" w:cstheme="majorHAnsi"/>
          <w:b/>
          <w:rtl/>
        </w:rPr>
        <w:t xml:space="preserve"> </w:t>
      </w:r>
      <w:r w:rsidRPr="003E2E5C">
        <w:rPr>
          <w:rFonts w:ascii="Times New Roman" w:hAnsi="Times New Roman" w:cs="Times New Roman" w:hint="cs"/>
          <w:b/>
          <w:rtl/>
        </w:rPr>
        <w:t>السعودي</w:t>
      </w:r>
      <w:r w:rsidRPr="003E2E5C">
        <w:rPr>
          <w:rFonts w:asciiTheme="majorHAnsi" w:hAnsiTheme="majorHAnsi" w:cstheme="majorHAnsi"/>
          <w:b/>
          <w:rtl/>
        </w:rPr>
        <w:t xml:space="preserve">. </w:t>
      </w:r>
      <w:r w:rsidRPr="003E2E5C">
        <w:rPr>
          <w:rFonts w:ascii="Times New Roman" w:hAnsi="Times New Roman" w:cs="Times New Roman" w:hint="cs"/>
          <w:b/>
          <w:rtl/>
        </w:rPr>
        <w:t>كما</w:t>
      </w:r>
      <w:r w:rsidRPr="003E2E5C">
        <w:rPr>
          <w:rFonts w:asciiTheme="majorHAnsi" w:hAnsiTheme="majorHAnsi" w:cstheme="majorHAnsi"/>
          <w:b/>
          <w:rtl/>
        </w:rPr>
        <w:t xml:space="preserve"> </w:t>
      </w:r>
      <w:r w:rsidRPr="003E2E5C">
        <w:rPr>
          <w:rFonts w:ascii="Times New Roman" w:hAnsi="Times New Roman" w:cs="Times New Roman" w:hint="cs"/>
          <w:b/>
          <w:rtl/>
        </w:rPr>
        <w:t>تسعى</w:t>
      </w:r>
      <w:r w:rsidRPr="003E2E5C">
        <w:rPr>
          <w:rFonts w:asciiTheme="majorHAnsi" w:hAnsiTheme="majorHAnsi" w:cstheme="majorHAnsi"/>
          <w:b/>
          <w:rtl/>
        </w:rPr>
        <w:t xml:space="preserve"> </w:t>
      </w:r>
      <w:r w:rsidRPr="003E2E5C">
        <w:rPr>
          <w:rFonts w:ascii="Times New Roman" w:hAnsi="Times New Roman" w:cs="Times New Roman" w:hint="cs"/>
          <w:b/>
          <w:rtl/>
        </w:rPr>
        <w:t>الدراسة</w:t>
      </w:r>
      <w:r w:rsidRPr="003E2E5C">
        <w:rPr>
          <w:rFonts w:asciiTheme="majorHAnsi" w:hAnsiTheme="majorHAnsi" w:cstheme="majorHAnsi"/>
          <w:b/>
          <w:rtl/>
        </w:rPr>
        <w:t xml:space="preserve"> </w:t>
      </w:r>
      <w:r w:rsidRPr="003E2E5C">
        <w:rPr>
          <w:rFonts w:ascii="Times New Roman" w:hAnsi="Times New Roman" w:cs="Times New Roman" w:hint="cs"/>
          <w:b/>
          <w:rtl/>
        </w:rPr>
        <w:t>إلى</w:t>
      </w:r>
      <w:r w:rsidRPr="003E2E5C">
        <w:rPr>
          <w:rFonts w:asciiTheme="majorHAnsi" w:hAnsiTheme="majorHAnsi" w:cstheme="majorHAnsi"/>
          <w:b/>
          <w:rtl/>
        </w:rPr>
        <w:t xml:space="preserve"> </w:t>
      </w:r>
      <w:r w:rsidRPr="003E2E5C">
        <w:rPr>
          <w:rFonts w:ascii="Times New Roman" w:hAnsi="Times New Roman" w:cs="Times New Roman" w:hint="cs"/>
          <w:b/>
          <w:rtl/>
        </w:rPr>
        <w:t>سد</w:t>
      </w:r>
      <w:r w:rsidRPr="003E2E5C">
        <w:rPr>
          <w:rFonts w:asciiTheme="majorHAnsi" w:hAnsiTheme="majorHAnsi" w:cstheme="majorHAnsi"/>
          <w:b/>
          <w:rtl/>
        </w:rPr>
        <w:t xml:space="preserve"> </w:t>
      </w:r>
      <w:r w:rsidRPr="003E2E5C">
        <w:rPr>
          <w:rFonts w:ascii="Times New Roman" w:hAnsi="Times New Roman" w:cs="Times New Roman" w:hint="cs"/>
          <w:b/>
          <w:rtl/>
        </w:rPr>
        <w:t>فجوة</w:t>
      </w:r>
      <w:r w:rsidRPr="003E2E5C">
        <w:rPr>
          <w:rFonts w:asciiTheme="majorHAnsi" w:hAnsiTheme="majorHAnsi" w:cstheme="majorHAnsi"/>
          <w:b/>
          <w:rtl/>
        </w:rPr>
        <w:t xml:space="preserve"> </w:t>
      </w:r>
      <w:r w:rsidRPr="003E2E5C">
        <w:rPr>
          <w:rFonts w:ascii="Times New Roman" w:hAnsi="Times New Roman" w:cs="Times New Roman" w:hint="cs"/>
          <w:b/>
          <w:rtl/>
        </w:rPr>
        <w:t>بحثية</w:t>
      </w:r>
      <w:r w:rsidRPr="003E2E5C">
        <w:rPr>
          <w:rFonts w:asciiTheme="majorHAnsi" w:hAnsiTheme="majorHAnsi" w:cstheme="majorHAnsi"/>
          <w:b/>
          <w:rtl/>
        </w:rPr>
        <w:t xml:space="preserve"> </w:t>
      </w:r>
      <w:r w:rsidRPr="003E2E5C">
        <w:rPr>
          <w:rFonts w:ascii="Times New Roman" w:hAnsi="Times New Roman" w:cs="Times New Roman" w:hint="cs"/>
          <w:b/>
          <w:rtl/>
        </w:rPr>
        <w:t>تتمثل</w:t>
      </w:r>
      <w:r w:rsidRPr="003E2E5C">
        <w:rPr>
          <w:rFonts w:asciiTheme="majorHAnsi" w:hAnsiTheme="majorHAnsi" w:cstheme="majorHAnsi"/>
          <w:b/>
          <w:rtl/>
        </w:rPr>
        <w:t xml:space="preserve"> </w:t>
      </w:r>
      <w:r w:rsidRPr="003E2E5C">
        <w:rPr>
          <w:rFonts w:ascii="Times New Roman" w:hAnsi="Times New Roman" w:cs="Times New Roman" w:hint="cs"/>
          <w:b/>
          <w:rtl/>
        </w:rPr>
        <w:t>في</w:t>
      </w:r>
      <w:r w:rsidRPr="003E2E5C">
        <w:rPr>
          <w:rFonts w:asciiTheme="majorHAnsi" w:hAnsiTheme="majorHAnsi" w:cstheme="majorHAnsi"/>
          <w:b/>
          <w:rtl/>
        </w:rPr>
        <w:t xml:space="preserve"> </w:t>
      </w:r>
      <w:r w:rsidRPr="003E2E5C">
        <w:rPr>
          <w:rFonts w:ascii="Times New Roman" w:hAnsi="Times New Roman" w:cs="Times New Roman" w:hint="cs"/>
          <w:b/>
          <w:rtl/>
        </w:rPr>
        <w:t>محدودية</w:t>
      </w:r>
      <w:r w:rsidRPr="003E2E5C">
        <w:rPr>
          <w:rFonts w:asciiTheme="majorHAnsi" w:hAnsiTheme="majorHAnsi" w:cstheme="majorHAnsi"/>
          <w:b/>
          <w:rtl/>
        </w:rPr>
        <w:t xml:space="preserve"> </w:t>
      </w:r>
      <w:r w:rsidRPr="003E2E5C">
        <w:rPr>
          <w:rFonts w:ascii="Times New Roman" w:hAnsi="Times New Roman" w:cs="Times New Roman" w:hint="cs"/>
          <w:b/>
          <w:rtl/>
        </w:rPr>
        <w:t>الدراسات</w:t>
      </w:r>
      <w:r w:rsidRPr="003E2E5C">
        <w:rPr>
          <w:rFonts w:asciiTheme="majorHAnsi" w:hAnsiTheme="majorHAnsi" w:cstheme="majorHAnsi"/>
          <w:b/>
          <w:rtl/>
        </w:rPr>
        <w:t xml:space="preserve"> </w:t>
      </w:r>
      <w:r w:rsidRPr="003E2E5C">
        <w:rPr>
          <w:rFonts w:ascii="Times New Roman" w:hAnsi="Times New Roman" w:cs="Times New Roman" w:hint="cs"/>
          <w:b/>
          <w:rtl/>
        </w:rPr>
        <w:t>التطبيقية</w:t>
      </w:r>
      <w:r w:rsidRPr="003E2E5C">
        <w:rPr>
          <w:rFonts w:asciiTheme="majorHAnsi" w:hAnsiTheme="majorHAnsi" w:cstheme="majorHAnsi"/>
          <w:b/>
          <w:rtl/>
        </w:rPr>
        <w:t xml:space="preserve"> </w:t>
      </w:r>
      <w:r w:rsidRPr="003E2E5C">
        <w:rPr>
          <w:rFonts w:ascii="Times New Roman" w:hAnsi="Times New Roman" w:cs="Times New Roman" w:hint="cs"/>
          <w:b/>
          <w:rtl/>
        </w:rPr>
        <w:t>التي</w:t>
      </w:r>
      <w:r w:rsidRPr="003E2E5C">
        <w:rPr>
          <w:rFonts w:asciiTheme="majorHAnsi" w:hAnsiTheme="majorHAnsi" w:cstheme="majorHAnsi"/>
          <w:b/>
          <w:rtl/>
        </w:rPr>
        <w:t xml:space="preserve"> </w:t>
      </w:r>
      <w:r w:rsidRPr="003E2E5C">
        <w:rPr>
          <w:rFonts w:ascii="Times New Roman" w:hAnsi="Times New Roman" w:cs="Times New Roman" w:hint="cs"/>
          <w:b/>
          <w:rtl/>
        </w:rPr>
        <w:t>تناولت</w:t>
      </w:r>
      <w:r w:rsidRPr="003E2E5C">
        <w:rPr>
          <w:rFonts w:asciiTheme="majorHAnsi" w:hAnsiTheme="majorHAnsi" w:cstheme="majorHAnsi"/>
          <w:b/>
          <w:rtl/>
        </w:rPr>
        <w:t xml:space="preserve"> </w:t>
      </w:r>
      <w:r w:rsidRPr="003E2E5C">
        <w:rPr>
          <w:rFonts w:ascii="Times New Roman" w:hAnsi="Times New Roman" w:cs="Times New Roman" w:hint="cs"/>
          <w:b/>
          <w:rtl/>
        </w:rPr>
        <w:t>هذه</w:t>
      </w:r>
      <w:r w:rsidRPr="003E2E5C">
        <w:rPr>
          <w:rFonts w:asciiTheme="majorHAnsi" w:hAnsiTheme="majorHAnsi" w:cstheme="majorHAnsi"/>
          <w:b/>
          <w:rtl/>
        </w:rPr>
        <w:t xml:space="preserve"> </w:t>
      </w:r>
      <w:r w:rsidRPr="003E2E5C">
        <w:rPr>
          <w:rFonts w:ascii="Times New Roman" w:hAnsi="Times New Roman" w:cs="Times New Roman" w:hint="cs"/>
          <w:b/>
          <w:rtl/>
        </w:rPr>
        <w:t>العلاقة</w:t>
      </w:r>
      <w:r w:rsidRPr="003E2E5C">
        <w:rPr>
          <w:rFonts w:asciiTheme="majorHAnsi" w:hAnsiTheme="majorHAnsi" w:cstheme="majorHAnsi"/>
          <w:b/>
          <w:rtl/>
        </w:rPr>
        <w:t xml:space="preserve"> </w:t>
      </w:r>
      <w:r w:rsidRPr="003E2E5C">
        <w:rPr>
          <w:rFonts w:ascii="Times New Roman" w:hAnsi="Times New Roman" w:cs="Times New Roman" w:hint="cs"/>
          <w:b/>
          <w:rtl/>
        </w:rPr>
        <w:t>في</w:t>
      </w:r>
      <w:r w:rsidRPr="003E2E5C">
        <w:rPr>
          <w:rFonts w:asciiTheme="majorHAnsi" w:hAnsiTheme="majorHAnsi" w:cstheme="majorHAnsi"/>
          <w:b/>
          <w:rtl/>
        </w:rPr>
        <w:t xml:space="preserve"> </w:t>
      </w:r>
      <w:r w:rsidRPr="003E2E5C">
        <w:rPr>
          <w:rFonts w:ascii="Times New Roman" w:hAnsi="Times New Roman" w:cs="Times New Roman" w:hint="cs"/>
          <w:b/>
          <w:rtl/>
        </w:rPr>
        <w:t>البيئة</w:t>
      </w:r>
      <w:r w:rsidRPr="003E2E5C">
        <w:rPr>
          <w:rFonts w:asciiTheme="majorHAnsi" w:hAnsiTheme="majorHAnsi" w:cstheme="majorHAnsi"/>
          <w:b/>
          <w:rtl/>
        </w:rPr>
        <w:t xml:space="preserve"> </w:t>
      </w:r>
      <w:r w:rsidRPr="003E2E5C">
        <w:rPr>
          <w:rFonts w:ascii="Times New Roman" w:hAnsi="Times New Roman" w:cs="Times New Roman" w:hint="cs"/>
          <w:b/>
          <w:rtl/>
        </w:rPr>
        <w:t>العربية،</w:t>
      </w:r>
      <w:r w:rsidRPr="003E2E5C">
        <w:rPr>
          <w:rFonts w:asciiTheme="majorHAnsi" w:hAnsiTheme="majorHAnsi" w:cstheme="majorHAnsi"/>
          <w:b/>
          <w:rtl/>
        </w:rPr>
        <w:t xml:space="preserve"> </w:t>
      </w:r>
      <w:r w:rsidRPr="003E2E5C">
        <w:rPr>
          <w:rFonts w:ascii="Times New Roman" w:hAnsi="Times New Roman" w:cs="Times New Roman" w:hint="cs"/>
          <w:b/>
          <w:rtl/>
        </w:rPr>
        <w:t>الأمر</w:t>
      </w:r>
      <w:r w:rsidRPr="003E2E5C">
        <w:rPr>
          <w:rFonts w:asciiTheme="majorHAnsi" w:hAnsiTheme="majorHAnsi" w:cstheme="majorHAnsi"/>
          <w:b/>
          <w:rtl/>
        </w:rPr>
        <w:t xml:space="preserve"> </w:t>
      </w:r>
      <w:r w:rsidRPr="003E2E5C">
        <w:rPr>
          <w:rFonts w:ascii="Times New Roman" w:hAnsi="Times New Roman" w:cs="Times New Roman" w:hint="cs"/>
          <w:b/>
          <w:rtl/>
        </w:rPr>
        <w:t>الذي</w:t>
      </w:r>
      <w:r w:rsidRPr="003E2E5C">
        <w:rPr>
          <w:rFonts w:asciiTheme="majorHAnsi" w:hAnsiTheme="majorHAnsi" w:cstheme="majorHAnsi"/>
          <w:b/>
          <w:rtl/>
        </w:rPr>
        <w:t xml:space="preserve"> </w:t>
      </w:r>
      <w:r w:rsidRPr="003E2E5C">
        <w:rPr>
          <w:rFonts w:ascii="Times New Roman" w:hAnsi="Times New Roman" w:cs="Times New Roman" w:hint="cs"/>
          <w:b/>
          <w:rtl/>
        </w:rPr>
        <w:t>يضيف</w:t>
      </w:r>
      <w:r w:rsidRPr="003E2E5C">
        <w:rPr>
          <w:rFonts w:asciiTheme="majorHAnsi" w:hAnsiTheme="majorHAnsi" w:cstheme="majorHAnsi"/>
          <w:b/>
          <w:rtl/>
        </w:rPr>
        <w:t xml:space="preserve"> </w:t>
      </w:r>
      <w:r w:rsidRPr="003E2E5C">
        <w:rPr>
          <w:rFonts w:ascii="Times New Roman" w:hAnsi="Times New Roman" w:cs="Times New Roman" w:hint="cs"/>
          <w:b/>
          <w:rtl/>
        </w:rPr>
        <w:t>بعدًا</w:t>
      </w:r>
      <w:r w:rsidRPr="003E2E5C">
        <w:rPr>
          <w:rFonts w:asciiTheme="majorHAnsi" w:hAnsiTheme="majorHAnsi" w:cstheme="majorHAnsi"/>
          <w:b/>
          <w:rtl/>
        </w:rPr>
        <w:t xml:space="preserve"> </w:t>
      </w:r>
      <w:r w:rsidRPr="003E2E5C">
        <w:rPr>
          <w:rFonts w:ascii="Times New Roman" w:hAnsi="Times New Roman" w:cs="Times New Roman" w:hint="cs"/>
          <w:b/>
          <w:rtl/>
        </w:rPr>
        <w:t>علميًا</w:t>
      </w:r>
      <w:r w:rsidRPr="003E2E5C">
        <w:rPr>
          <w:rFonts w:asciiTheme="majorHAnsi" w:hAnsiTheme="majorHAnsi" w:cstheme="majorHAnsi"/>
          <w:b/>
          <w:rtl/>
        </w:rPr>
        <w:t xml:space="preserve"> </w:t>
      </w:r>
      <w:r w:rsidRPr="003E2E5C">
        <w:rPr>
          <w:rFonts w:ascii="Times New Roman" w:hAnsi="Times New Roman" w:cs="Times New Roman" w:hint="cs"/>
          <w:b/>
          <w:rtl/>
        </w:rPr>
        <w:t>جديدًا</w:t>
      </w:r>
      <w:r w:rsidRPr="003E2E5C">
        <w:rPr>
          <w:rFonts w:asciiTheme="majorHAnsi" w:hAnsiTheme="majorHAnsi" w:cstheme="majorHAnsi"/>
          <w:b/>
          <w:rtl/>
        </w:rPr>
        <w:t xml:space="preserve"> </w:t>
      </w:r>
      <w:r w:rsidRPr="003E2E5C">
        <w:rPr>
          <w:rFonts w:ascii="Times New Roman" w:hAnsi="Times New Roman" w:cs="Times New Roman" w:hint="cs"/>
          <w:b/>
          <w:rtl/>
        </w:rPr>
        <w:t>يمكن</w:t>
      </w:r>
      <w:r w:rsidRPr="003E2E5C">
        <w:rPr>
          <w:rFonts w:asciiTheme="majorHAnsi" w:hAnsiTheme="majorHAnsi" w:cstheme="majorHAnsi"/>
          <w:b/>
          <w:rtl/>
        </w:rPr>
        <w:t xml:space="preserve"> </w:t>
      </w:r>
      <w:r w:rsidRPr="003E2E5C">
        <w:rPr>
          <w:rFonts w:ascii="Times New Roman" w:hAnsi="Times New Roman" w:cs="Times New Roman" w:hint="cs"/>
          <w:b/>
          <w:rtl/>
        </w:rPr>
        <w:t>الاستفادة</w:t>
      </w:r>
      <w:r w:rsidRPr="003E2E5C">
        <w:rPr>
          <w:rFonts w:asciiTheme="majorHAnsi" w:hAnsiTheme="majorHAnsi" w:cstheme="majorHAnsi"/>
          <w:b/>
          <w:rtl/>
        </w:rPr>
        <w:t xml:space="preserve"> </w:t>
      </w:r>
      <w:r w:rsidRPr="003E2E5C">
        <w:rPr>
          <w:rFonts w:ascii="Times New Roman" w:hAnsi="Times New Roman" w:cs="Times New Roman" w:hint="cs"/>
          <w:b/>
          <w:rtl/>
        </w:rPr>
        <w:t>منه</w:t>
      </w:r>
      <w:r w:rsidRPr="003E2E5C">
        <w:rPr>
          <w:rFonts w:asciiTheme="majorHAnsi" w:hAnsiTheme="majorHAnsi" w:cstheme="majorHAnsi"/>
          <w:b/>
          <w:rtl/>
        </w:rPr>
        <w:t xml:space="preserve"> </w:t>
      </w:r>
      <w:r w:rsidRPr="003E2E5C">
        <w:rPr>
          <w:rFonts w:ascii="Times New Roman" w:hAnsi="Times New Roman" w:cs="Times New Roman" w:hint="cs"/>
          <w:b/>
          <w:rtl/>
        </w:rPr>
        <w:t>في</w:t>
      </w:r>
      <w:r w:rsidRPr="003E2E5C">
        <w:rPr>
          <w:rFonts w:asciiTheme="majorHAnsi" w:hAnsiTheme="majorHAnsi" w:cstheme="majorHAnsi"/>
          <w:b/>
          <w:rtl/>
        </w:rPr>
        <w:t xml:space="preserve"> </w:t>
      </w:r>
      <w:r w:rsidRPr="003E2E5C">
        <w:rPr>
          <w:rFonts w:ascii="Times New Roman" w:hAnsi="Times New Roman" w:cs="Times New Roman" w:hint="cs"/>
          <w:b/>
          <w:rtl/>
        </w:rPr>
        <w:t>الدراسات</w:t>
      </w:r>
      <w:r w:rsidRPr="003E2E5C">
        <w:rPr>
          <w:rFonts w:asciiTheme="majorHAnsi" w:hAnsiTheme="majorHAnsi" w:cstheme="majorHAnsi"/>
          <w:b/>
          <w:rtl/>
        </w:rPr>
        <w:t xml:space="preserve"> </w:t>
      </w:r>
      <w:r w:rsidRPr="003E2E5C">
        <w:rPr>
          <w:rFonts w:ascii="Times New Roman" w:hAnsi="Times New Roman" w:cs="Times New Roman" w:hint="cs"/>
          <w:b/>
          <w:rtl/>
        </w:rPr>
        <w:t>المستقبلية</w:t>
      </w:r>
      <w:r w:rsidRPr="00B05D15">
        <w:rPr>
          <w:rFonts w:asciiTheme="majorHAnsi" w:hAnsiTheme="majorHAnsi" w:cstheme="majorHAnsi"/>
          <w:b/>
          <w:rtl/>
        </w:rPr>
        <w:t>.</w:t>
      </w:r>
    </w:p>
    <w:p w14:paraId="30109FD2" w14:textId="77777777" w:rsidR="00074D4B" w:rsidRPr="00B05D15" w:rsidRDefault="00074D4B" w:rsidP="00B05D15">
      <w:pPr>
        <w:bidi/>
        <w:spacing w:line="360" w:lineRule="auto"/>
        <w:ind w:firstLine="283"/>
        <w:rPr>
          <w:rFonts w:asciiTheme="majorHAnsi" w:hAnsiTheme="majorHAnsi" w:cstheme="majorHAnsi"/>
          <w:b/>
          <w:rtl/>
        </w:rPr>
      </w:pPr>
    </w:p>
    <w:p w14:paraId="5CF99865" w14:textId="426CB7CB" w:rsidR="003E2E5C" w:rsidRPr="00B05D15" w:rsidRDefault="003E2E5C" w:rsidP="00B05D15">
      <w:pPr>
        <w:bidi/>
        <w:spacing w:line="360" w:lineRule="auto"/>
        <w:ind w:firstLine="283"/>
        <w:rPr>
          <w:rFonts w:asciiTheme="majorHAnsi" w:hAnsiTheme="majorHAnsi" w:cstheme="majorHAnsi"/>
          <w:b/>
          <w:rtl/>
        </w:rPr>
      </w:pPr>
      <w:r w:rsidRPr="00B05D15">
        <w:rPr>
          <w:rFonts w:ascii="Times New Roman" w:hAnsi="Times New Roman" w:cs="Times New Roman" w:hint="cs"/>
          <w:b/>
          <w:rtl/>
        </w:rPr>
        <w:t>تتمثل</w:t>
      </w:r>
      <w:r w:rsidRPr="00B05D15">
        <w:rPr>
          <w:rFonts w:asciiTheme="majorHAnsi" w:hAnsiTheme="majorHAnsi" w:cstheme="majorHAnsi"/>
          <w:b/>
          <w:rtl/>
        </w:rPr>
        <w:t xml:space="preserve"> </w:t>
      </w:r>
      <w:r w:rsidRPr="00B05D15">
        <w:rPr>
          <w:rFonts w:ascii="Times New Roman" w:hAnsi="Times New Roman" w:cs="Times New Roman" w:hint="cs"/>
          <w:b/>
          <w:rtl/>
        </w:rPr>
        <w:t>الأهمية</w:t>
      </w:r>
      <w:r w:rsidRPr="00B05D15">
        <w:rPr>
          <w:rFonts w:asciiTheme="majorHAnsi" w:hAnsiTheme="majorHAnsi" w:cstheme="majorHAnsi"/>
          <w:b/>
          <w:rtl/>
        </w:rPr>
        <w:t xml:space="preserve"> </w:t>
      </w:r>
      <w:r w:rsidRPr="00B05D15">
        <w:rPr>
          <w:rFonts w:ascii="Times New Roman" w:hAnsi="Times New Roman" w:cs="Times New Roman" w:hint="cs"/>
          <w:b/>
          <w:rtl/>
        </w:rPr>
        <w:t>العملية</w:t>
      </w:r>
      <w:r w:rsidRPr="00B05D15">
        <w:rPr>
          <w:rFonts w:asciiTheme="majorHAnsi" w:hAnsiTheme="majorHAnsi" w:cstheme="majorHAnsi"/>
          <w:b/>
          <w:rtl/>
        </w:rPr>
        <w:t xml:space="preserve"> </w:t>
      </w:r>
      <w:r w:rsidRPr="00B05D15">
        <w:rPr>
          <w:rFonts w:ascii="Times New Roman" w:hAnsi="Times New Roman" w:cs="Times New Roman" w:hint="cs"/>
          <w:b/>
          <w:rtl/>
        </w:rPr>
        <w:t>للدراسة</w:t>
      </w:r>
      <w:r w:rsidRPr="00B05D15">
        <w:rPr>
          <w:rFonts w:asciiTheme="majorHAnsi" w:hAnsiTheme="majorHAnsi" w:cstheme="majorHAnsi"/>
          <w:b/>
          <w:rtl/>
        </w:rPr>
        <w:t xml:space="preserve"> </w:t>
      </w:r>
      <w:r w:rsidRPr="00B05D15">
        <w:rPr>
          <w:rFonts w:ascii="Times New Roman" w:hAnsi="Times New Roman" w:cs="Times New Roman" w:hint="cs"/>
          <w:b/>
          <w:rtl/>
        </w:rPr>
        <w:t>في</w:t>
      </w:r>
      <w:r w:rsidRPr="00B05D15">
        <w:rPr>
          <w:rFonts w:asciiTheme="majorHAnsi" w:hAnsiTheme="majorHAnsi" w:cstheme="majorHAnsi"/>
          <w:b/>
          <w:rtl/>
        </w:rPr>
        <w:t xml:space="preserve"> </w:t>
      </w:r>
      <w:r w:rsidRPr="00B05D15">
        <w:rPr>
          <w:rFonts w:ascii="Times New Roman" w:hAnsi="Times New Roman" w:cs="Times New Roman" w:hint="cs"/>
          <w:b/>
          <w:rtl/>
        </w:rPr>
        <w:t>توفير</w:t>
      </w:r>
      <w:r w:rsidRPr="00B05D15">
        <w:rPr>
          <w:rFonts w:asciiTheme="majorHAnsi" w:hAnsiTheme="majorHAnsi" w:cstheme="majorHAnsi"/>
          <w:b/>
          <w:rtl/>
        </w:rPr>
        <w:t xml:space="preserve"> </w:t>
      </w:r>
      <w:r w:rsidRPr="00B05D15">
        <w:rPr>
          <w:rFonts w:ascii="Times New Roman" w:hAnsi="Times New Roman" w:cs="Times New Roman" w:hint="cs"/>
          <w:b/>
          <w:rtl/>
        </w:rPr>
        <w:t>نتائج</w:t>
      </w:r>
      <w:r w:rsidRPr="00B05D15">
        <w:rPr>
          <w:rFonts w:asciiTheme="majorHAnsi" w:hAnsiTheme="majorHAnsi" w:cstheme="majorHAnsi"/>
          <w:b/>
          <w:rtl/>
        </w:rPr>
        <w:t xml:space="preserve"> </w:t>
      </w:r>
      <w:r w:rsidRPr="00B05D15">
        <w:rPr>
          <w:rFonts w:ascii="Times New Roman" w:hAnsi="Times New Roman" w:cs="Times New Roman" w:hint="cs"/>
          <w:b/>
          <w:rtl/>
        </w:rPr>
        <w:t>تطبيقية</w:t>
      </w:r>
      <w:r w:rsidRPr="00B05D15">
        <w:rPr>
          <w:rFonts w:asciiTheme="majorHAnsi" w:hAnsiTheme="majorHAnsi" w:cstheme="majorHAnsi"/>
          <w:b/>
          <w:rtl/>
        </w:rPr>
        <w:t xml:space="preserve"> </w:t>
      </w:r>
      <w:r w:rsidRPr="00B05D15">
        <w:rPr>
          <w:rFonts w:ascii="Times New Roman" w:hAnsi="Times New Roman" w:cs="Times New Roman" w:hint="cs"/>
          <w:b/>
          <w:rtl/>
        </w:rPr>
        <w:t>يمكن</w:t>
      </w:r>
      <w:r w:rsidRPr="00B05D15">
        <w:rPr>
          <w:rFonts w:asciiTheme="majorHAnsi" w:hAnsiTheme="majorHAnsi" w:cstheme="majorHAnsi"/>
          <w:b/>
          <w:rtl/>
        </w:rPr>
        <w:t xml:space="preserve"> </w:t>
      </w:r>
      <w:r w:rsidRPr="00B05D15">
        <w:rPr>
          <w:rFonts w:ascii="Times New Roman" w:hAnsi="Times New Roman" w:cs="Times New Roman" w:hint="cs"/>
          <w:b/>
          <w:rtl/>
        </w:rPr>
        <w:t>أن</w:t>
      </w:r>
      <w:r w:rsidRPr="00B05D15">
        <w:rPr>
          <w:rFonts w:asciiTheme="majorHAnsi" w:hAnsiTheme="majorHAnsi" w:cstheme="majorHAnsi"/>
          <w:b/>
          <w:rtl/>
        </w:rPr>
        <w:t xml:space="preserve"> </w:t>
      </w:r>
      <w:r w:rsidRPr="00B05D15">
        <w:rPr>
          <w:rFonts w:ascii="Times New Roman" w:hAnsi="Times New Roman" w:cs="Times New Roman" w:hint="cs"/>
          <w:b/>
          <w:rtl/>
        </w:rPr>
        <w:t>تسهم</w:t>
      </w:r>
      <w:r w:rsidRPr="00B05D15">
        <w:rPr>
          <w:rFonts w:asciiTheme="majorHAnsi" w:hAnsiTheme="majorHAnsi" w:cstheme="majorHAnsi"/>
          <w:b/>
          <w:rtl/>
        </w:rPr>
        <w:t xml:space="preserve"> </w:t>
      </w:r>
      <w:r w:rsidRPr="00B05D15">
        <w:rPr>
          <w:rFonts w:ascii="Times New Roman" w:hAnsi="Times New Roman" w:cs="Times New Roman" w:hint="cs"/>
          <w:b/>
          <w:rtl/>
        </w:rPr>
        <w:t>في</w:t>
      </w:r>
      <w:r w:rsidRPr="00B05D15">
        <w:rPr>
          <w:rFonts w:asciiTheme="majorHAnsi" w:hAnsiTheme="majorHAnsi" w:cstheme="majorHAnsi"/>
          <w:b/>
          <w:rtl/>
        </w:rPr>
        <w:t xml:space="preserve"> </w:t>
      </w:r>
      <w:r w:rsidRPr="00B05D15">
        <w:rPr>
          <w:rFonts w:ascii="Times New Roman" w:hAnsi="Times New Roman" w:cs="Times New Roman" w:hint="cs"/>
          <w:b/>
          <w:rtl/>
        </w:rPr>
        <w:t>دعم</w:t>
      </w:r>
      <w:r w:rsidRPr="00B05D15">
        <w:rPr>
          <w:rFonts w:asciiTheme="majorHAnsi" w:hAnsiTheme="majorHAnsi" w:cstheme="majorHAnsi"/>
          <w:b/>
          <w:rtl/>
        </w:rPr>
        <w:t xml:space="preserve"> </w:t>
      </w:r>
      <w:r w:rsidRPr="00B05D15">
        <w:rPr>
          <w:rFonts w:ascii="Times New Roman" w:hAnsi="Times New Roman" w:cs="Times New Roman" w:hint="cs"/>
          <w:b/>
          <w:rtl/>
        </w:rPr>
        <w:t>صناع</w:t>
      </w:r>
      <w:r w:rsidRPr="00B05D15">
        <w:rPr>
          <w:rFonts w:asciiTheme="majorHAnsi" w:hAnsiTheme="majorHAnsi" w:cstheme="majorHAnsi"/>
          <w:b/>
          <w:rtl/>
        </w:rPr>
        <w:t xml:space="preserve"> </w:t>
      </w:r>
      <w:r w:rsidRPr="00B05D15">
        <w:rPr>
          <w:rFonts w:ascii="Times New Roman" w:hAnsi="Times New Roman" w:cs="Times New Roman" w:hint="cs"/>
          <w:b/>
          <w:rtl/>
        </w:rPr>
        <w:t>القرار</w:t>
      </w:r>
      <w:r w:rsidRPr="00B05D15">
        <w:rPr>
          <w:rFonts w:asciiTheme="majorHAnsi" w:hAnsiTheme="majorHAnsi" w:cstheme="majorHAnsi"/>
          <w:b/>
          <w:rtl/>
        </w:rPr>
        <w:t xml:space="preserve"> </w:t>
      </w:r>
      <w:r w:rsidRPr="00B05D15">
        <w:rPr>
          <w:rFonts w:ascii="Times New Roman" w:hAnsi="Times New Roman" w:cs="Times New Roman" w:hint="cs"/>
          <w:b/>
          <w:rtl/>
        </w:rPr>
        <w:t>داخل</w:t>
      </w:r>
      <w:r w:rsidRPr="00B05D15">
        <w:rPr>
          <w:rFonts w:asciiTheme="majorHAnsi" w:hAnsiTheme="majorHAnsi" w:cstheme="majorHAnsi"/>
          <w:b/>
          <w:rtl/>
        </w:rPr>
        <w:t xml:space="preserve"> </w:t>
      </w:r>
      <w:r w:rsidRPr="00B05D15">
        <w:rPr>
          <w:rFonts w:ascii="Times New Roman" w:hAnsi="Times New Roman" w:cs="Times New Roman" w:hint="cs"/>
          <w:b/>
          <w:rtl/>
        </w:rPr>
        <w:t>الشركات</w:t>
      </w:r>
      <w:r w:rsidRPr="00B05D15">
        <w:rPr>
          <w:rFonts w:asciiTheme="majorHAnsi" w:hAnsiTheme="majorHAnsi" w:cstheme="majorHAnsi"/>
          <w:b/>
          <w:rtl/>
        </w:rPr>
        <w:t xml:space="preserve"> </w:t>
      </w:r>
      <w:r w:rsidRPr="00B05D15">
        <w:rPr>
          <w:rFonts w:ascii="Times New Roman" w:hAnsi="Times New Roman" w:cs="Times New Roman" w:hint="cs"/>
          <w:b/>
          <w:rtl/>
        </w:rPr>
        <w:t>العقارية،</w:t>
      </w:r>
      <w:r w:rsidRPr="00B05D15">
        <w:rPr>
          <w:rFonts w:asciiTheme="majorHAnsi" w:hAnsiTheme="majorHAnsi" w:cstheme="majorHAnsi"/>
          <w:b/>
          <w:rtl/>
        </w:rPr>
        <w:t xml:space="preserve"> </w:t>
      </w:r>
      <w:r w:rsidRPr="00B05D15">
        <w:rPr>
          <w:rFonts w:ascii="Times New Roman" w:hAnsi="Times New Roman" w:cs="Times New Roman" w:hint="cs"/>
          <w:b/>
          <w:rtl/>
        </w:rPr>
        <w:t>ومساعدة</w:t>
      </w:r>
      <w:r w:rsidRPr="00B05D15">
        <w:rPr>
          <w:rFonts w:asciiTheme="majorHAnsi" w:hAnsiTheme="majorHAnsi" w:cstheme="majorHAnsi"/>
          <w:b/>
          <w:rtl/>
        </w:rPr>
        <w:t xml:space="preserve"> </w:t>
      </w:r>
      <w:r w:rsidRPr="00B05D15">
        <w:rPr>
          <w:rFonts w:ascii="Times New Roman" w:hAnsi="Times New Roman" w:cs="Times New Roman" w:hint="cs"/>
          <w:b/>
          <w:rtl/>
        </w:rPr>
        <w:t>المسوقين</w:t>
      </w:r>
      <w:r w:rsidRPr="00B05D15">
        <w:rPr>
          <w:rFonts w:asciiTheme="majorHAnsi" w:hAnsiTheme="majorHAnsi" w:cstheme="majorHAnsi"/>
          <w:b/>
          <w:rtl/>
        </w:rPr>
        <w:t xml:space="preserve"> </w:t>
      </w:r>
      <w:r w:rsidRPr="00B05D15">
        <w:rPr>
          <w:rFonts w:ascii="Times New Roman" w:hAnsi="Times New Roman" w:cs="Times New Roman" w:hint="cs"/>
          <w:b/>
          <w:rtl/>
        </w:rPr>
        <w:t>العقاريين</w:t>
      </w:r>
      <w:r w:rsidRPr="00B05D15">
        <w:rPr>
          <w:rFonts w:asciiTheme="majorHAnsi" w:hAnsiTheme="majorHAnsi" w:cstheme="majorHAnsi"/>
          <w:b/>
          <w:rtl/>
        </w:rPr>
        <w:t xml:space="preserve"> </w:t>
      </w:r>
      <w:r w:rsidRPr="00B05D15">
        <w:rPr>
          <w:rFonts w:ascii="Times New Roman" w:hAnsi="Times New Roman" w:cs="Times New Roman" w:hint="cs"/>
          <w:b/>
          <w:rtl/>
        </w:rPr>
        <w:t>على</w:t>
      </w:r>
      <w:r w:rsidRPr="00B05D15">
        <w:rPr>
          <w:rFonts w:asciiTheme="majorHAnsi" w:hAnsiTheme="majorHAnsi" w:cstheme="majorHAnsi"/>
          <w:b/>
          <w:rtl/>
        </w:rPr>
        <w:t xml:space="preserve"> </w:t>
      </w:r>
      <w:r w:rsidRPr="00B05D15">
        <w:rPr>
          <w:rFonts w:ascii="Times New Roman" w:hAnsi="Times New Roman" w:cs="Times New Roman" w:hint="cs"/>
          <w:b/>
          <w:rtl/>
        </w:rPr>
        <w:t>تطوير</w:t>
      </w:r>
      <w:r w:rsidRPr="00B05D15">
        <w:rPr>
          <w:rFonts w:asciiTheme="majorHAnsi" w:hAnsiTheme="majorHAnsi" w:cstheme="majorHAnsi"/>
          <w:b/>
          <w:rtl/>
        </w:rPr>
        <w:t xml:space="preserve"> </w:t>
      </w:r>
      <w:r w:rsidRPr="00B05D15">
        <w:rPr>
          <w:rFonts w:ascii="Times New Roman" w:hAnsi="Times New Roman" w:cs="Times New Roman" w:hint="cs"/>
          <w:b/>
          <w:rtl/>
        </w:rPr>
        <w:t>استراتيجيات</w:t>
      </w:r>
      <w:r w:rsidRPr="00B05D15">
        <w:rPr>
          <w:rFonts w:asciiTheme="majorHAnsi" w:hAnsiTheme="majorHAnsi" w:cstheme="majorHAnsi"/>
          <w:b/>
          <w:rtl/>
        </w:rPr>
        <w:t xml:space="preserve"> </w:t>
      </w:r>
      <w:r w:rsidRPr="00B05D15">
        <w:rPr>
          <w:rFonts w:ascii="Times New Roman" w:hAnsi="Times New Roman" w:cs="Times New Roman" w:hint="cs"/>
          <w:b/>
          <w:rtl/>
        </w:rPr>
        <w:t>تسويق</w:t>
      </w:r>
      <w:r w:rsidRPr="00B05D15">
        <w:rPr>
          <w:rFonts w:asciiTheme="majorHAnsi" w:hAnsiTheme="majorHAnsi" w:cstheme="majorHAnsi"/>
          <w:b/>
          <w:rtl/>
        </w:rPr>
        <w:t xml:space="preserve"> </w:t>
      </w:r>
      <w:r w:rsidRPr="00B05D15">
        <w:rPr>
          <w:rFonts w:ascii="Times New Roman" w:hAnsi="Times New Roman" w:cs="Times New Roman" w:hint="cs"/>
          <w:b/>
          <w:rtl/>
        </w:rPr>
        <w:t>رقمية</w:t>
      </w:r>
      <w:r w:rsidRPr="00B05D15">
        <w:rPr>
          <w:rFonts w:asciiTheme="majorHAnsi" w:hAnsiTheme="majorHAnsi" w:cstheme="majorHAnsi"/>
          <w:b/>
          <w:rtl/>
        </w:rPr>
        <w:t xml:space="preserve"> </w:t>
      </w:r>
      <w:r w:rsidRPr="00B05D15">
        <w:rPr>
          <w:rFonts w:ascii="Times New Roman" w:hAnsi="Times New Roman" w:cs="Times New Roman" w:hint="cs"/>
          <w:b/>
          <w:rtl/>
        </w:rPr>
        <w:t>أكثر</w:t>
      </w:r>
      <w:r w:rsidRPr="00B05D15">
        <w:rPr>
          <w:rFonts w:asciiTheme="majorHAnsi" w:hAnsiTheme="majorHAnsi" w:cstheme="majorHAnsi"/>
          <w:b/>
          <w:rtl/>
        </w:rPr>
        <w:t xml:space="preserve"> </w:t>
      </w:r>
      <w:r w:rsidRPr="00B05D15">
        <w:rPr>
          <w:rFonts w:ascii="Times New Roman" w:hAnsi="Times New Roman" w:cs="Times New Roman" w:hint="cs"/>
          <w:b/>
          <w:rtl/>
        </w:rPr>
        <w:t>فاعلية</w:t>
      </w:r>
      <w:r w:rsidRPr="00B05D15">
        <w:rPr>
          <w:rFonts w:asciiTheme="majorHAnsi" w:hAnsiTheme="majorHAnsi" w:cstheme="majorHAnsi"/>
          <w:b/>
          <w:rtl/>
        </w:rPr>
        <w:t xml:space="preserve"> </w:t>
      </w:r>
      <w:r w:rsidRPr="00B05D15">
        <w:rPr>
          <w:rFonts w:ascii="Times New Roman" w:hAnsi="Times New Roman" w:cs="Times New Roman" w:hint="cs"/>
          <w:b/>
          <w:rtl/>
        </w:rPr>
        <w:t>ترتكز</w:t>
      </w:r>
      <w:r w:rsidRPr="00B05D15">
        <w:rPr>
          <w:rFonts w:asciiTheme="majorHAnsi" w:hAnsiTheme="majorHAnsi" w:cstheme="majorHAnsi"/>
          <w:b/>
          <w:rtl/>
        </w:rPr>
        <w:t xml:space="preserve"> </w:t>
      </w:r>
      <w:r w:rsidRPr="00B05D15">
        <w:rPr>
          <w:rFonts w:ascii="Times New Roman" w:hAnsi="Times New Roman" w:cs="Times New Roman" w:hint="cs"/>
          <w:b/>
          <w:rtl/>
        </w:rPr>
        <w:t>على</w:t>
      </w:r>
      <w:r w:rsidRPr="00B05D15">
        <w:rPr>
          <w:rFonts w:asciiTheme="majorHAnsi" w:hAnsiTheme="majorHAnsi" w:cstheme="majorHAnsi"/>
          <w:b/>
          <w:rtl/>
        </w:rPr>
        <w:t xml:space="preserve"> </w:t>
      </w:r>
      <w:r w:rsidRPr="00B05D15">
        <w:rPr>
          <w:rFonts w:ascii="Times New Roman" w:hAnsi="Times New Roman" w:cs="Times New Roman" w:hint="cs"/>
          <w:b/>
          <w:rtl/>
        </w:rPr>
        <w:t>تحسين</w:t>
      </w:r>
      <w:r w:rsidRPr="00B05D15">
        <w:rPr>
          <w:rFonts w:asciiTheme="majorHAnsi" w:hAnsiTheme="majorHAnsi" w:cstheme="majorHAnsi"/>
          <w:b/>
          <w:rtl/>
        </w:rPr>
        <w:t xml:space="preserve"> </w:t>
      </w:r>
      <w:r w:rsidRPr="00B05D15">
        <w:rPr>
          <w:rFonts w:ascii="Times New Roman" w:hAnsi="Times New Roman" w:cs="Times New Roman" w:hint="cs"/>
          <w:b/>
          <w:rtl/>
        </w:rPr>
        <w:t>تجربة</w:t>
      </w:r>
      <w:r w:rsidRPr="00B05D15">
        <w:rPr>
          <w:rFonts w:asciiTheme="majorHAnsi" w:hAnsiTheme="majorHAnsi" w:cstheme="majorHAnsi"/>
          <w:b/>
          <w:rtl/>
        </w:rPr>
        <w:t xml:space="preserve"> </w:t>
      </w:r>
      <w:r w:rsidRPr="00B05D15">
        <w:rPr>
          <w:rFonts w:ascii="Times New Roman" w:hAnsi="Times New Roman" w:cs="Times New Roman" w:hint="cs"/>
          <w:b/>
          <w:rtl/>
        </w:rPr>
        <w:t>العميل</w:t>
      </w:r>
      <w:r w:rsidRPr="00B05D15">
        <w:rPr>
          <w:rFonts w:asciiTheme="majorHAnsi" w:hAnsiTheme="majorHAnsi" w:cstheme="majorHAnsi"/>
          <w:b/>
          <w:rtl/>
        </w:rPr>
        <w:t xml:space="preserve">. </w:t>
      </w:r>
      <w:r w:rsidRPr="00B05D15">
        <w:rPr>
          <w:rFonts w:ascii="Times New Roman" w:hAnsi="Times New Roman" w:cs="Times New Roman" w:hint="cs"/>
          <w:b/>
          <w:rtl/>
        </w:rPr>
        <w:t>كما</w:t>
      </w:r>
      <w:r w:rsidRPr="00B05D15">
        <w:rPr>
          <w:rFonts w:asciiTheme="majorHAnsi" w:hAnsiTheme="majorHAnsi" w:cstheme="majorHAnsi"/>
          <w:b/>
          <w:rtl/>
        </w:rPr>
        <w:t xml:space="preserve"> </w:t>
      </w:r>
      <w:r w:rsidRPr="00B05D15">
        <w:rPr>
          <w:rFonts w:ascii="Times New Roman" w:hAnsi="Times New Roman" w:cs="Times New Roman" w:hint="cs"/>
          <w:b/>
          <w:rtl/>
        </w:rPr>
        <w:t>تساعد</w:t>
      </w:r>
      <w:r w:rsidRPr="00B05D15">
        <w:rPr>
          <w:rFonts w:asciiTheme="majorHAnsi" w:hAnsiTheme="majorHAnsi" w:cstheme="majorHAnsi"/>
          <w:b/>
          <w:rtl/>
        </w:rPr>
        <w:t xml:space="preserve"> </w:t>
      </w:r>
      <w:r w:rsidRPr="00B05D15">
        <w:rPr>
          <w:rFonts w:ascii="Times New Roman" w:hAnsi="Times New Roman" w:cs="Times New Roman" w:hint="cs"/>
          <w:b/>
          <w:rtl/>
        </w:rPr>
        <w:t>نتائج</w:t>
      </w:r>
      <w:r w:rsidRPr="00B05D15">
        <w:rPr>
          <w:rFonts w:asciiTheme="majorHAnsi" w:hAnsiTheme="majorHAnsi" w:cstheme="majorHAnsi"/>
          <w:b/>
          <w:rtl/>
        </w:rPr>
        <w:t xml:space="preserve"> </w:t>
      </w:r>
      <w:r w:rsidRPr="00B05D15">
        <w:rPr>
          <w:rFonts w:ascii="Times New Roman" w:hAnsi="Times New Roman" w:cs="Times New Roman" w:hint="cs"/>
          <w:b/>
          <w:rtl/>
        </w:rPr>
        <w:t>الدراسة</w:t>
      </w:r>
      <w:r w:rsidRPr="00B05D15">
        <w:rPr>
          <w:rFonts w:asciiTheme="majorHAnsi" w:hAnsiTheme="majorHAnsi" w:cstheme="majorHAnsi"/>
          <w:b/>
          <w:rtl/>
        </w:rPr>
        <w:t xml:space="preserve"> </w:t>
      </w:r>
      <w:r w:rsidRPr="00B05D15">
        <w:rPr>
          <w:rFonts w:ascii="Times New Roman" w:hAnsi="Times New Roman" w:cs="Times New Roman" w:hint="cs"/>
          <w:b/>
          <w:rtl/>
        </w:rPr>
        <w:t>في</w:t>
      </w:r>
      <w:r w:rsidRPr="00B05D15">
        <w:rPr>
          <w:rFonts w:asciiTheme="majorHAnsi" w:hAnsiTheme="majorHAnsi" w:cstheme="majorHAnsi"/>
          <w:b/>
          <w:rtl/>
        </w:rPr>
        <w:t xml:space="preserve"> </w:t>
      </w:r>
      <w:r w:rsidRPr="00B05D15">
        <w:rPr>
          <w:rFonts w:ascii="Times New Roman" w:hAnsi="Times New Roman" w:cs="Times New Roman" w:hint="cs"/>
          <w:b/>
          <w:rtl/>
        </w:rPr>
        <w:t>توجيه</w:t>
      </w:r>
      <w:r w:rsidRPr="00B05D15">
        <w:rPr>
          <w:rFonts w:asciiTheme="majorHAnsi" w:hAnsiTheme="majorHAnsi" w:cstheme="majorHAnsi"/>
          <w:b/>
          <w:rtl/>
        </w:rPr>
        <w:t xml:space="preserve"> </w:t>
      </w:r>
      <w:r w:rsidRPr="00B05D15">
        <w:rPr>
          <w:rFonts w:ascii="Times New Roman" w:hAnsi="Times New Roman" w:cs="Times New Roman" w:hint="cs"/>
          <w:b/>
          <w:rtl/>
        </w:rPr>
        <w:t>الاستثمار</w:t>
      </w:r>
      <w:r w:rsidRPr="00B05D15">
        <w:rPr>
          <w:rFonts w:asciiTheme="majorHAnsi" w:hAnsiTheme="majorHAnsi" w:cstheme="majorHAnsi"/>
          <w:b/>
          <w:rtl/>
        </w:rPr>
        <w:t xml:space="preserve"> </w:t>
      </w:r>
      <w:r w:rsidRPr="00B05D15">
        <w:rPr>
          <w:rFonts w:ascii="Times New Roman" w:hAnsi="Times New Roman" w:cs="Times New Roman" w:hint="cs"/>
          <w:b/>
          <w:rtl/>
        </w:rPr>
        <w:t>نحو</w:t>
      </w:r>
      <w:r w:rsidRPr="00B05D15">
        <w:rPr>
          <w:rFonts w:asciiTheme="majorHAnsi" w:hAnsiTheme="majorHAnsi" w:cstheme="majorHAnsi"/>
          <w:b/>
          <w:rtl/>
        </w:rPr>
        <w:t xml:space="preserve"> </w:t>
      </w:r>
      <w:r w:rsidRPr="00B05D15">
        <w:rPr>
          <w:rFonts w:ascii="Times New Roman" w:hAnsi="Times New Roman" w:cs="Times New Roman" w:hint="cs"/>
          <w:b/>
          <w:rtl/>
        </w:rPr>
        <w:t>الأدوات</w:t>
      </w:r>
      <w:r w:rsidRPr="00B05D15">
        <w:rPr>
          <w:rFonts w:asciiTheme="majorHAnsi" w:hAnsiTheme="majorHAnsi" w:cstheme="majorHAnsi"/>
          <w:b/>
          <w:rtl/>
        </w:rPr>
        <w:t xml:space="preserve"> </w:t>
      </w:r>
      <w:r w:rsidRPr="00B05D15">
        <w:rPr>
          <w:rFonts w:ascii="Times New Roman" w:hAnsi="Times New Roman" w:cs="Times New Roman" w:hint="cs"/>
          <w:b/>
          <w:rtl/>
        </w:rPr>
        <w:t>الرقمية</w:t>
      </w:r>
      <w:r w:rsidRPr="00B05D15">
        <w:rPr>
          <w:rFonts w:asciiTheme="majorHAnsi" w:hAnsiTheme="majorHAnsi" w:cstheme="majorHAnsi"/>
          <w:b/>
          <w:rtl/>
        </w:rPr>
        <w:t xml:space="preserve"> </w:t>
      </w:r>
      <w:r w:rsidRPr="00B05D15">
        <w:rPr>
          <w:rFonts w:ascii="Times New Roman" w:hAnsi="Times New Roman" w:cs="Times New Roman" w:hint="cs"/>
          <w:b/>
          <w:rtl/>
        </w:rPr>
        <w:t>الأكثر</w:t>
      </w:r>
      <w:r w:rsidRPr="00B05D15">
        <w:rPr>
          <w:rFonts w:asciiTheme="majorHAnsi" w:hAnsiTheme="majorHAnsi" w:cstheme="majorHAnsi"/>
          <w:b/>
          <w:rtl/>
        </w:rPr>
        <w:t xml:space="preserve"> </w:t>
      </w:r>
      <w:r w:rsidRPr="00B05D15">
        <w:rPr>
          <w:rFonts w:ascii="Times New Roman" w:hAnsi="Times New Roman" w:cs="Times New Roman" w:hint="cs"/>
          <w:b/>
          <w:rtl/>
        </w:rPr>
        <w:t>تأثيرًا،</w:t>
      </w:r>
      <w:r w:rsidRPr="00B05D15">
        <w:rPr>
          <w:rFonts w:asciiTheme="majorHAnsi" w:hAnsiTheme="majorHAnsi" w:cstheme="majorHAnsi"/>
          <w:b/>
          <w:rtl/>
        </w:rPr>
        <w:t xml:space="preserve"> </w:t>
      </w:r>
      <w:r w:rsidRPr="00B05D15">
        <w:rPr>
          <w:rFonts w:ascii="Times New Roman" w:hAnsi="Times New Roman" w:cs="Times New Roman" w:hint="cs"/>
          <w:b/>
          <w:rtl/>
        </w:rPr>
        <w:t>بما</w:t>
      </w:r>
      <w:r w:rsidRPr="00B05D15">
        <w:rPr>
          <w:rFonts w:asciiTheme="majorHAnsi" w:hAnsiTheme="majorHAnsi" w:cstheme="majorHAnsi"/>
          <w:b/>
          <w:rtl/>
        </w:rPr>
        <w:t xml:space="preserve"> </w:t>
      </w:r>
      <w:r w:rsidRPr="00B05D15">
        <w:rPr>
          <w:rFonts w:ascii="Times New Roman" w:hAnsi="Times New Roman" w:cs="Times New Roman" w:hint="cs"/>
          <w:b/>
          <w:rtl/>
        </w:rPr>
        <w:t>يسهم</w:t>
      </w:r>
      <w:r w:rsidRPr="00B05D15">
        <w:rPr>
          <w:rFonts w:asciiTheme="majorHAnsi" w:hAnsiTheme="majorHAnsi" w:cstheme="majorHAnsi"/>
          <w:b/>
          <w:rtl/>
        </w:rPr>
        <w:t xml:space="preserve"> </w:t>
      </w:r>
      <w:r w:rsidRPr="00B05D15">
        <w:rPr>
          <w:rFonts w:ascii="Times New Roman" w:hAnsi="Times New Roman" w:cs="Times New Roman" w:hint="cs"/>
          <w:b/>
          <w:rtl/>
        </w:rPr>
        <w:t>في</w:t>
      </w:r>
      <w:r w:rsidRPr="00B05D15">
        <w:rPr>
          <w:rFonts w:asciiTheme="majorHAnsi" w:hAnsiTheme="majorHAnsi" w:cstheme="majorHAnsi"/>
          <w:b/>
          <w:rtl/>
        </w:rPr>
        <w:t xml:space="preserve"> </w:t>
      </w:r>
      <w:r w:rsidRPr="00B05D15">
        <w:rPr>
          <w:rFonts w:ascii="Times New Roman" w:hAnsi="Times New Roman" w:cs="Times New Roman" w:hint="cs"/>
          <w:b/>
          <w:rtl/>
        </w:rPr>
        <w:t>رفع</w:t>
      </w:r>
      <w:r w:rsidRPr="00B05D15">
        <w:rPr>
          <w:rFonts w:asciiTheme="majorHAnsi" w:hAnsiTheme="majorHAnsi" w:cstheme="majorHAnsi"/>
          <w:b/>
          <w:rtl/>
        </w:rPr>
        <w:t xml:space="preserve"> </w:t>
      </w:r>
      <w:r w:rsidRPr="00B05D15">
        <w:rPr>
          <w:rFonts w:ascii="Times New Roman" w:hAnsi="Times New Roman" w:cs="Times New Roman" w:hint="cs"/>
          <w:b/>
          <w:rtl/>
        </w:rPr>
        <w:t>جودة</w:t>
      </w:r>
      <w:r w:rsidRPr="00B05D15">
        <w:rPr>
          <w:rFonts w:asciiTheme="majorHAnsi" w:hAnsiTheme="majorHAnsi" w:cstheme="majorHAnsi"/>
          <w:b/>
          <w:rtl/>
        </w:rPr>
        <w:t xml:space="preserve"> </w:t>
      </w:r>
      <w:r w:rsidRPr="00B05D15">
        <w:rPr>
          <w:rFonts w:ascii="Times New Roman" w:hAnsi="Times New Roman" w:cs="Times New Roman" w:hint="cs"/>
          <w:b/>
          <w:rtl/>
        </w:rPr>
        <w:t>الخدمات</w:t>
      </w:r>
      <w:r w:rsidRPr="00B05D15">
        <w:rPr>
          <w:rFonts w:asciiTheme="majorHAnsi" w:hAnsiTheme="majorHAnsi" w:cstheme="majorHAnsi"/>
          <w:b/>
          <w:rtl/>
        </w:rPr>
        <w:t xml:space="preserve"> </w:t>
      </w:r>
      <w:r w:rsidRPr="00B05D15">
        <w:rPr>
          <w:rFonts w:ascii="Times New Roman" w:hAnsi="Times New Roman" w:cs="Times New Roman" w:hint="cs"/>
          <w:b/>
          <w:rtl/>
        </w:rPr>
        <w:t>العقارية</w:t>
      </w:r>
      <w:r w:rsidRPr="00B05D15">
        <w:rPr>
          <w:rFonts w:asciiTheme="majorHAnsi" w:hAnsiTheme="majorHAnsi" w:cstheme="majorHAnsi"/>
          <w:b/>
          <w:rtl/>
        </w:rPr>
        <w:t xml:space="preserve"> </w:t>
      </w:r>
      <w:r w:rsidRPr="00B05D15">
        <w:rPr>
          <w:rFonts w:ascii="Times New Roman" w:hAnsi="Times New Roman" w:cs="Times New Roman" w:hint="cs"/>
          <w:b/>
          <w:rtl/>
        </w:rPr>
        <w:t>وتعزيز</w:t>
      </w:r>
      <w:r w:rsidRPr="00B05D15">
        <w:rPr>
          <w:rFonts w:asciiTheme="majorHAnsi" w:hAnsiTheme="majorHAnsi" w:cstheme="majorHAnsi"/>
          <w:b/>
          <w:rtl/>
        </w:rPr>
        <w:t xml:space="preserve"> </w:t>
      </w:r>
      <w:r w:rsidRPr="00B05D15">
        <w:rPr>
          <w:rFonts w:ascii="Times New Roman" w:hAnsi="Times New Roman" w:cs="Times New Roman" w:hint="cs"/>
          <w:b/>
          <w:rtl/>
        </w:rPr>
        <w:t>القدرة</w:t>
      </w:r>
      <w:r w:rsidRPr="00B05D15">
        <w:rPr>
          <w:rFonts w:asciiTheme="majorHAnsi" w:hAnsiTheme="majorHAnsi" w:cstheme="majorHAnsi"/>
          <w:b/>
          <w:rtl/>
        </w:rPr>
        <w:t xml:space="preserve"> </w:t>
      </w:r>
      <w:r w:rsidRPr="00B05D15">
        <w:rPr>
          <w:rFonts w:ascii="Times New Roman" w:hAnsi="Times New Roman" w:cs="Times New Roman" w:hint="cs"/>
          <w:b/>
          <w:rtl/>
        </w:rPr>
        <w:t>التنافسية</w:t>
      </w:r>
      <w:r w:rsidRPr="00B05D15">
        <w:rPr>
          <w:rFonts w:asciiTheme="majorHAnsi" w:hAnsiTheme="majorHAnsi" w:cstheme="majorHAnsi"/>
          <w:b/>
          <w:rtl/>
        </w:rPr>
        <w:t xml:space="preserve"> </w:t>
      </w:r>
      <w:r w:rsidRPr="00B05D15">
        <w:rPr>
          <w:rFonts w:ascii="Times New Roman" w:hAnsi="Times New Roman" w:cs="Times New Roman" w:hint="cs"/>
          <w:b/>
          <w:rtl/>
        </w:rPr>
        <w:t>في</w:t>
      </w:r>
      <w:r w:rsidRPr="00B05D15">
        <w:rPr>
          <w:rFonts w:asciiTheme="majorHAnsi" w:hAnsiTheme="majorHAnsi" w:cstheme="majorHAnsi"/>
          <w:b/>
          <w:rtl/>
        </w:rPr>
        <w:t xml:space="preserve"> </w:t>
      </w:r>
      <w:r w:rsidRPr="00B05D15">
        <w:rPr>
          <w:rFonts w:ascii="Times New Roman" w:hAnsi="Times New Roman" w:cs="Times New Roman" w:hint="cs"/>
          <w:b/>
          <w:rtl/>
        </w:rPr>
        <w:t>السوق</w:t>
      </w:r>
      <w:r w:rsidRPr="00B05D15">
        <w:rPr>
          <w:rFonts w:asciiTheme="majorHAnsi" w:hAnsiTheme="majorHAnsi" w:cstheme="majorHAnsi"/>
          <w:b/>
          <w:rtl/>
        </w:rPr>
        <w:t xml:space="preserve"> </w:t>
      </w:r>
      <w:r w:rsidRPr="00B05D15">
        <w:rPr>
          <w:rFonts w:ascii="Times New Roman" w:hAnsi="Times New Roman" w:cs="Times New Roman" w:hint="cs"/>
          <w:b/>
          <w:rtl/>
        </w:rPr>
        <w:t>العقاري</w:t>
      </w:r>
      <w:r w:rsidRPr="00B05D15">
        <w:rPr>
          <w:rFonts w:asciiTheme="majorHAnsi" w:hAnsiTheme="majorHAnsi" w:cstheme="majorHAnsi"/>
          <w:b/>
          <w:rtl/>
        </w:rPr>
        <w:t xml:space="preserve"> </w:t>
      </w:r>
      <w:r w:rsidRPr="00B05D15">
        <w:rPr>
          <w:rFonts w:ascii="Times New Roman" w:hAnsi="Times New Roman" w:cs="Times New Roman" w:hint="cs"/>
          <w:b/>
          <w:rtl/>
        </w:rPr>
        <w:t>السعودي</w:t>
      </w:r>
      <w:r w:rsidRPr="00B05D15">
        <w:rPr>
          <w:rFonts w:asciiTheme="majorHAnsi" w:hAnsiTheme="majorHAnsi" w:cstheme="majorHAnsi"/>
          <w:b/>
          <w:rtl/>
        </w:rPr>
        <w:t>.</w:t>
      </w:r>
    </w:p>
    <w:p w14:paraId="640BED42" w14:textId="77777777" w:rsidR="00622C67" w:rsidRPr="00B05D15" w:rsidRDefault="00622C67" w:rsidP="00B05D15">
      <w:pPr>
        <w:bidi/>
        <w:spacing w:line="360" w:lineRule="auto"/>
        <w:ind w:firstLine="283"/>
        <w:rPr>
          <w:rFonts w:asciiTheme="majorHAnsi" w:hAnsiTheme="majorHAnsi" w:cstheme="majorHAnsi"/>
          <w:b/>
          <w:rtl/>
        </w:rPr>
      </w:pPr>
    </w:p>
    <w:p w14:paraId="048776ED" w14:textId="77777777" w:rsidR="00622C67" w:rsidRPr="00B05D15" w:rsidRDefault="00622C67" w:rsidP="00B05D15">
      <w:pPr>
        <w:bidi/>
        <w:spacing w:line="360" w:lineRule="auto"/>
        <w:ind w:firstLine="283"/>
        <w:rPr>
          <w:rFonts w:asciiTheme="majorHAnsi" w:hAnsiTheme="majorHAnsi" w:cstheme="majorHAnsi"/>
          <w:b/>
          <w:rtl/>
        </w:rPr>
      </w:pPr>
    </w:p>
    <w:p w14:paraId="3BA41898" w14:textId="77777777" w:rsidR="00622C67" w:rsidRPr="00B05D15" w:rsidRDefault="00622C67" w:rsidP="00B05D15">
      <w:pPr>
        <w:bidi/>
        <w:spacing w:line="360" w:lineRule="auto"/>
        <w:ind w:firstLine="283"/>
        <w:rPr>
          <w:rFonts w:asciiTheme="majorHAnsi" w:hAnsiTheme="majorHAnsi" w:cstheme="majorHAnsi"/>
          <w:b/>
          <w:rtl/>
        </w:rPr>
      </w:pPr>
    </w:p>
    <w:p w14:paraId="24698F9F" w14:textId="77777777" w:rsidR="00622C67" w:rsidRPr="00B05D15" w:rsidRDefault="00622C67" w:rsidP="00B05D15">
      <w:pPr>
        <w:bidi/>
        <w:spacing w:line="360" w:lineRule="auto"/>
        <w:ind w:firstLine="283"/>
        <w:rPr>
          <w:rFonts w:asciiTheme="majorHAnsi" w:hAnsiTheme="majorHAnsi" w:cstheme="majorHAnsi"/>
          <w:b/>
          <w:rtl/>
        </w:rPr>
      </w:pPr>
    </w:p>
    <w:p w14:paraId="1B8E342D" w14:textId="77777777" w:rsidR="00622C67" w:rsidRPr="00B05D15" w:rsidRDefault="00622C67" w:rsidP="00B05D15">
      <w:pPr>
        <w:bidi/>
        <w:spacing w:line="360" w:lineRule="auto"/>
        <w:ind w:firstLine="283"/>
        <w:rPr>
          <w:rFonts w:asciiTheme="majorHAnsi" w:hAnsiTheme="majorHAnsi" w:cstheme="majorHAnsi"/>
          <w:b/>
          <w:rtl/>
        </w:rPr>
      </w:pPr>
    </w:p>
    <w:p w14:paraId="42D8F11D" w14:textId="77777777" w:rsidR="00622C67" w:rsidRPr="00B05D15" w:rsidRDefault="00622C67" w:rsidP="00B05D15">
      <w:pPr>
        <w:bidi/>
        <w:spacing w:line="360" w:lineRule="auto"/>
        <w:ind w:firstLine="283"/>
        <w:rPr>
          <w:rFonts w:asciiTheme="majorHAnsi" w:hAnsiTheme="majorHAnsi" w:cstheme="majorHAnsi"/>
          <w:b/>
          <w:rtl/>
        </w:rPr>
      </w:pPr>
    </w:p>
    <w:p w14:paraId="7361B389" w14:textId="77777777" w:rsidR="00622C67" w:rsidRPr="00B05D15" w:rsidRDefault="00622C67" w:rsidP="00B05D15">
      <w:pPr>
        <w:bidi/>
        <w:spacing w:line="360" w:lineRule="auto"/>
        <w:ind w:firstLine="283"/>
        <w:rPr>
          <w:rFonts w:asciiTheme="majorHAnsi" w:hAnsiTheme="majorHAnsi" w:cstheme="majorHAnsi"/>
          <w:b/>
          <w:rtl/>
        </w:rPr>
      </w:pPr>
    </w:p>
    <w:p w14:paraId="578D8350" w14:textId="77777777" w:rsidR="003E2E5C" w:rsidRPr="00B05D15" w:rsidRDefault="003E2E5C" w:rsidP="00B05D15">
      <w:pPr>
        <w:bidi/>
        <w:spacing w:line="360" w:lineRule="auto"/>
        <w:ind w:firstLine="283"/>
        <w:rPr>
          <w:rFonts w:asciiTheme="majorHAnsi" w:hAnsiTheme="majorHAnsi" w:cstheme="majorHAnsi"/>
          <w:b/>
          <w:rtl/>
        </w:rPr>
      </w:pPr>
    </w:p>
    <w:p w14:paraId="190B1A3D" w14:textId="77777777" w:rsidR="003E2E5C" w:rsidRPr="00B05D15" w:rsidRDefault="003E2E5C" w:rsidP="00B05D15">
      <w:pPr>
        <w:bidi/>
        <w:spacing w:line="360" w:lineRule="auto"/>
        <w:ind w:firstLine="283"/>
        <w:rPr>
          <w:rFonts w:asciiTheme="majorHAnsi" w:hAnsiTheme="majorHAnsi" w:cstheme="majorHAnsi"/>
          <w:b/>
          <w:rtl/>
        </w:rPr>
      </w:pPr>
    </w:p>
    <w:p w14:paraId="72497F7D" w14:textId="77777777" w:rsidR="003E2E5C" w:rsidRPr="00B05D15" w:rsidRDefault="003E2E5C" w:rsidP="00B05D15">
      <w:pPr>
        <w:bidi/>
        <w:spacing w:line="360" w:lineRule="auto"/>
        <w:ind w:firstLine="283"/>
        <w:rPr>
          <w:rFonts w:asciiTheme="majorHAnsi" w:hAnsiTheme="majorHAnsi" w:cstheme="majorHAnsi"/>
          <w:b/>
          <w:rtl/>
        </w:rPr>
      </w:pPr>
    </w:p>
    <w:p w14:paraId="6713AAC0" w14:textId="77777777" w:rsidR="003E2E5C" w:rsidRPr="00B05D15" w:rsidRDefault="003E2E5C" w:rsidP="00B05D15">
      <w:pPr>
        <w:bidi/>
        <w:spacing w:line="360" w:lineRule="auto"/>
        <w:ind w:firstLine="283"/>
        <w:rPr>
          <w:rFonts w:asciiTheme="majorHAnsi" w:hAnsiTheme="majorHAnsi" w:cstheme="majorHAnsi"/>
          <w:b/>
          <w:rtl/>
        </w:rPr>
      </w:pPr>
    </w:p>
    <w:p w14:paraId="73CB219D" w14:textId="77777777" w:rsidR="003E2E5C" w:rsidRPr="00B05D15" w:rsidRDefault="003E2E5C" w:rsidP="00B05D15">
      <w:pPr>
        <w:bidi/>
        <w:spacing w:line="360" w:lineRule="auto"/>
        <w:ind w:firstLine="283"/>
        <w:rPr>
          <w:rFonts w:asciiTheme="majorHAnsi" w:hAnsiTheme="majorHAnsi" w:cstheme="majorHAnsi"/>
          <w:b/>
          <w:rtl/>
        </w:rPr>
      </w:pPr>
    </w:p>
    <w:p w14:paraId="4A6C2E95" w14:textId="77777777" w:rsidR="009A2188" w:rsidRPr="00B05D15" w:rsidRDefault="009A2188" w:rsidP="00B05D15">
      <w:pPr>
        <w:bidi/>
        <w:spacing w:line="360" w:lineRule="auto"/>
        <w:ind w:firstLine="283"/>
        <w:rPr>
          <w:rFonts w:asciiTheme="majorHAnsi" w:hAnsiTheme="majorHAnsi" w:cstheme="majorHAnsi"/>
          <w:b/>
          <w:rtl/>
        </w:rPr>
      </w:pPr>
    </w:p>
    <w:p w14:paraId="4F0ECCF2" w14:textId="77777777" w:rsidR="009A2188" w:rsidRPr="00B05D15" w:rsidRDefault="009A2188" w:rsidP="00B05D15">
      <w:pPr>
        <w:bidi/>
        <w:spacing w:line="360" w:lineRule="auto"/>
        <w:ind w:firstLine="283"/>
        <w:rPr>
          <w:rFonts w:asciiTheme="majorHAnsi" w:hAnsiTheme="majorHAnsi" w:cstheme="majorHAnsi"/>
          <w:b/>
          <w:rtl/>
        </w:rPr>
      </w:pPr>
    </w:p>
    <w:p w14:paraId="344FAEC3" w14:textId="77777777" w:rsidR="00622C67" w:rsidRPr="00B05D15" w:rsidRDefault="00622C67" w:rsidP="00B05D15">
      <w:pPr>
        <w:bidi/>
        <w:spacing w:line="360" w:lineRule="auto"/>
        <w:ind w:firstLine="283"/>
        <w:rPr>
          <w:rFonts w:asciiTheme="majorHAnsi" w:hAnsiTheme="majorHAnsi" w:cstheme="majorHAnsi"/>
          <w:b/>
          <w:rtl/>
        </w:rPr>
      </w:pPr>
    </w:p>
    <w:p w14:paraId="225DE573" w14:textId="0540382A" w:rsidR="00074D4B" w:rsidRPr="00074D4B" w:rsidRDefault="00074D4B" w:rsidP="00456F05">
      <w:pPr>
        <w:spacing w:line="360" w:lineRule="auto"/>
        <w:ind w:firstLine="283"/>
        <w:jc w:val="right"/>
        <w:rPr>
          <w:rFonts w:asciiTheme="majorHAnsi" w:hAnsiTheme="majorHAnsi" w:cstheme="majorHAnsi"/>
          <w:b/>
          <w:bCs/>
        </w:rPr>
      </w:pPr>
      <w:r w:rsidRPr="00074D4B">
        <w:rPr>
          <w:rFonts w:asciiTheme="majorHAnsi" w:hAnsiTheme="majorHAnsi" w:cstheme="majorHAnsi"/>
          <w:b/>
          <w:bCs/>
        </w:rPr>
        <w:lastRenderedPageBreak/>
        <w:t xml:space="preserve">1.4 </w:t>
      </w:r>
      <w:r w:rsidRPr="00B05D15">
        <w:rPr>
          <w:rFonts w:asciiTheme="majorHAnsi" w:hAnsiTheme="majorHAnsi" w:cstheme="majorHAnsi"/>
          <w:b/>
          <w:bCs/>
          <w:rtl/>
        </w:rPr>
        <w:t xml:space="preserve">  </w:t>
      </w:r>
      <w:r w:rsidRPr="00074D4B">
        <w:rPr>
          <w:rFonts w:ascii="Times New Roman" w:hAnsi="Times New Roman" w:cs="Times New Roman" w:hint="cs"/>
          <w:b/>
          <w:bCs/>
          <w:rtl/>
        </w:rPr>
        <w:t>أهداف</w:t>
      </w:r>
      <w:r w:rsidRPr="00074D4B">
        <w:rPr>
          <w:rFonts w:asciiTheme="majorHAnsi" w:hAnsiTheme="majorHAnsi" w:cstheme="majorHAnsi"/>
          <w:b/>
          <w:bCs/>
          <w:rtl/>
        </w:rPr>
        <w:t xml:space="preserve"> </w:t>
      </w:r>
      <w:r w:rsidRPr="00074D4B">
        <w:rPr>
          <w:rFonts w:ascii="Times New Roman" w:hAnsi="Times New Roman" w:cs="Times New Roman" w:hint="cs"/>
          <w:b/>
          <w:bCs/>
          <w:rtl/>
        </w:rPr>
        <w:t>الدراسة</w:t>
      </w:r>
    </w:p>
    <w:p w14:paraId="07383FBA" w14:textId="77777777" w:rsidR="00074D4B" w:rsidRPr="00074D4B" w:rsidRDefault="00074D4B" w:rsidP="00B05D15">
      <w:pPr>
        <w:numPr>
          <w:ilvl w:val="0"/>
          <w:numId w:val="10"/>
        </w:numPr>
        <w:bidi/>
        <w:spacing w:line="360" w:lineRule="auto"/>
        <w:rPr>
          <w:rFonts w:asciiTheme="majorHAnsi" w:hAnsiTheme="majorHAnsi" w:cstheme="majorHAnsi"/>
          <w:b/>
        </w:rPr>
      </w:pPr>
      <w:r w:rsidRPr="00074D4B">
        <w:rPr>
          <w:rFonts w:ascii="Times New Roman" w:hAnsi="Times New Roman" w:cs="Times New Roman" w:hint="cs"/>
          <w:b/>
          <w:rtl/>
        </w:rPr>
        <w:t>تحليل</w:t>
      </w:r>
      <w:r w:rsidRPr="00074D4B">
        <w:rPr>
          <w:rFonts w:asciiTheme="majorHAnsi" w:hAnsiTheme="majorHAnsi" w:cstheme="majorHAnsi"/>
          <w:b/>
          <w:rtl/>
        </w:rPr>
        <w:t xml:space="preserve"> </w:t>
      </w:r>
      <w:r w:rsidRPr="00074D4B">
        <w:rPr>
          <w:rFonts w:ascii="Times New Roman" w:hAnsi="Times New Roman" w:cs="Times New Roman" w:hint="cs"/>
          <w:b/>
          <w:rtl/>
        </w:rPr>
        <w:t>أثر</w:t>
      </w:r>
      <w:r w:rsidRPr="00074D4B">
        <w:rPr>
          <w:rFonts w:asciiTheme="majorHAnsi" w:hAnsiTheme="majorHAnsi" w:cstheme="majorHAnsi"/>
          <w:b/>
          <w:rtl/>
        </w:rPr>
        <w:t xml:space="preserve"> </w:t>
      </w:r>
      <w:r w:rsidRPr="00074D4B">
        <w:rPr>
          <w:rFonts w:ascii="Times New Roman" w:hAnsi="Times New Roman" w:cs="Times New Roman" w:hint="cs"/>
          <w:b/>
          <w:rtl/>
        </w:rPr>
        <w:t>التسويق</w:t>
      </w:r>
      <w:r w:rsidRPr="00074D4B">
        <w:rPr>
          <w:rFonts w:asciiTheme="majorHAnsi" w:hAnsiTheme="majorHAnsi" w:cstheme="majorHAnsi"/>
          <w:b/>
          <w:rtl/>
        </w:rPr>
        <w:t xml:space="preserve"> </w:t>
      </w:r>
      <w:r w:rsidRPr="00074D4B">
        <w:rPr>
          <w:rFonts w:ascii="Times New Roman" w:hAnsi="Times New Roman" w:cs="Times New Roman" w:hint="cs"/>
          <w:b/>
          <w:rtl/>
        </w:rPr>
        <w:t>العقاري</w:t>
      </w:r>
      <w:r w:rsidRPr="00074D4B">
        <w:rPr>
          <w:rFonts w:asciiTheme="majorHAnsi" w:hAnsiTheme="majorHAnsi" w:cstheme="majorHAnsi"/>
          <w:b/>
          <w:rtl/>
        </w:rPr>
        <w:t xml:space="preserve"> </w:t>
      </w:r>
      <w:r w:rsidRPr="00074D4B">
        <w:rPr>
          <w:rFonts w:ascii="Times New Roman" w:hAnsi="Times New Roman" w:cs="Times New Roman" w:hint="cs"/>
          <w:b/>
          <w:rtl/>
        </w:rPr>
        <w:t>الرقمي</w:t>
      </w:r>
      <w:r w:rsidRPr="00074D4B">
        <w:rPr>
          <w:rFonts w:asciiTheme="majorHAnsi" w:hAnsiTheme="majorHAnsi" w:cstheme="majorHAnsi"/>
          <w:b/>
          <w:rtl/>
        </w:rPr>
        <w:t xml:space="preserve"> </w:t>
      </w:r>
      <w:r w:rsidRPr="00074D4B">
        <w:rPr>
          <w:rFonts w:ascii="Times New Roman" w:hAnsi="Times New Roman" w:cs="Times New Roman" w:hint="cs"/>
          <w:b/>
          <w:rtl/>
        </w:rPr>
        <w:t>على</w:t>
      </w:r>
      <w:r w:rsidRPr="00074D4B">
        <w:rPr>
          <w:rFonts w:asciiTheme="majorHAnsi" w:hAnsiTheme="majorHAnsi" w:cstheme="majorHAnsi"/>
          <w:b/>
          <w:rtl/>
        </w:rPr>
        <w:t xml:space="preserve"> </w:t>
      </w:r>
      <w:r w:rsidRPr="00074D4B">
        <w:rPr>
          <w:rFonts w:ascii="Times New Roman" w:hAnsi="Times New Roman" w:cs="Times New Roman" w:hint="cs"/>
          <w:b/>
          <w:rtl/>
        </w:rPr>
        <w:t>تجربة</w:t>
      </w:r>
      <w:r w:rsidRPr="00074D4B">
        <w:rPr>
          <w:rFonts w:asciiTheme="majorHAnsi" w:hAnsiTheme="majorHAnsi" w:cstheme="majorHAnsi"/>
          <w:b/>
          <w:rtl/>
        </w:rPr>
        <w:t xml:space="preserve"> </w:t>
      </w:r>
      <w:r w:rsidRPr="00074D4B">
        <w:rPr>
          <w:rFonts w:ascii="Times New Roman" w:hAnsi="Times New Roman" w:cs="Times New Roman" w:hint="cs"/>
          <w:b/>
          <w:rtl/>
        </w:rPr>
        <w:t>العميل</w:t>
      </w:r>
      <w:r w:rsidRPr="00074D4B">
        <w:rPr>
          <w:rFonts w:asciiTheme="majorHAnsi" w:hAnsiTheme="majorHAnsi" w:cstheme="majorHAnsi"/>
          <w:b/>
        </w:rPr>
        <w:t>.</w:t>
      </w:r>
    </w:p>
    <w:p w14:paraId="13F178F9" w14:textId="77777777" w:rsidR="00074D4B" w:rsidRPr="00074D4B" w:rsidRDefault="00074D4B" w:rsidP="00B05D15">
      <w:pPr>
        <w:numPr>
          <w:ilvl w:val="0"/>
          <w:numId w:val="10"/>
        </w:numPr>
        <w:bidi/>
        <w:spacing w:line="360" w:lineRule="auto"/>
        <w:rPr>
          <w:rFonts w:asciiTheme="majorHAnsi" w:hAnsiTheme="majorHAnsi" w:cstheme="majorHAnsi"/>
          <w:b/>
        </w:rPr>
      </w:pPr>
      <w:r w:rsidRPr="00074D4B">
        <w:rPr>
          <w:rFonts w:ascii="Times New Roman" w:hAnsi="Times New Roman" w:cs="Times New Roman" w:hint="cs"/>
          <w:b/>
          <w:rtl/>
        </w:rPr>
        <w:t>تحديد</w:t>
      </w:r>
      <w:r w:rsidRPr="00074D4B">
        <w:rPr>
          <w:rFonts w:asciiTheme="majorHAnsi" w:hAnsiTheme="majorHAnsi" w:cstheme="majorHAnsi"/>
          <w:b/>
          <w:rtl/>
        </w:rPr>
        <w:t xml:space="preserve"> </w:t>
      </w:r>
      <w:r w:rsidRPr="00074D4B">
        <w:rPr>
          <w:rFonts w:ascii="Times New Roman" w:hAnsi="Times New Roman" w:cs="Times New Roman" w:hint="cs"/>
          <w:b/>
          <w:rtl/>
        </w:rPr>
        <w:t>الأدوات</w:t>
      </w:r>
      <w:r w:rsidRPr="00074D4B">
        <w:rPr>
          <w:rFonts w:asciiTheme="majorHAnsi" w:hAnsiTheme="majorHAnsi" w:cstheme="majorHAnsi"/>
          <w:b/>
          <w:rtl/>
        </w:rPr>
        <w:t xml:space="preserve"> </w:t>
      </w:r>
      <w:r w:rsidRPr="00074D4B">
        <w:rPr>
          <w:rFonts w:ascii="Times New Roman" w:hAnsi="Times New Roman" w:cs="Times New Roman" w:hint="cs"/>
          <w:b/>
          <w:rtl/>
        </w:rPr>
        <w:t>الرقمية</w:t>
      </w:r>
      <w:r w:rsidRPr="00074D4B">
        <w:rPr>
          <w:rFonts w:asciiTheme="majorHAnsi" w:hAnsiTheme="majorHAnsi" w:cstheme="majorHAnsi"/>
          <w:b/>
          <w:rtl/>
        </w:rPr>
        <w:t xml:space="preserve"> </w:t>
      </w:r>
      <w:r w:rsidRPr="00074D4B">
        <w:rPr>
          <w:rFonts w:ascii="Times New Roman" w:hAnsi="Times New Roman" w:cs="Times New Roman" w:hint="cs"/>
          <w:b/>
          <w:rtl/>
        </w:rPr>
        <w:t>الأكثر</w:t>
      </w:r>
      <w:r w:rsidRPr="00074D4B">
        <w:rPr>
          <w:rFonts w:asciiTheme="majorHAnsi" w:hAnsiTheme="majorHAnsi" w:cstheme="majorHAnsi"/>
          <w:b/>
          <w:rtl/>
        </w:rPr>
        <w:t xml:space="preserve"> </w:t>
      </w:r>
      <w:r w:rsidRPr="00074D4B">
        <w:rPr>
          <w:rFonts w:ascii="Times New Roman" w:hAnsi="Times New Roman" w:cs="Times New Roman" w:hint="cs"/>
          <w:b/>
          <w:rtl/>
        </w:rPr>
        <w:t>تأثيرًا</w:t>
      </w:r>
      <w:r w:rsidRPr="00074D4B">
        <w:rPr>
          <w:rFonts w:asciiTheme="majorHAnsi" w:hAnsiTheme="majorHAnsi" w:cstheme="majorHAnsi"/>
          <w:b/>
          <w:rtl/>
        </w:rPr>
        <w:t xml:space="preserve"> </w:t>
      </w:r>
      <w:r w:rsidRPr="00074D4B">
        <w:rPr>
          <w:rFonts w:ascii="Times New Roman" w:hAnsi="Times New Roman" w:cs="Times New Roman" w:hint="cs"/>
          <w:b/>
          <w:rtl/>
        </w:rPr>
        <w:t>في</w:t>
      </w:r>
      <w:r w:rsidRPr="00074D4B">
        <w:rPr>
          <w:rFonts w:asciiTheme="majorHAnsi" w:hAnsiTheme="majorHAnsi" w:cstheme="majorHAnsi"/>
          <w:b/>
          <w:rtl/>
        </w:rPr>
        <w:t xml:space="preserve"> </w:t>
      </w:r>
      <w:r w:rsidRPr="00074D4B">
        <w:rPr>
          <w:rFonts w:ascii="Times New Roman" w:hAnsi="Times New Roman" w:cs="Times New Roman" w:hint="cs"/>
          <w:b/>
          <w:rtl/>
        </w:rPr>
        <w:t>القطاع</w:t>
      </w:r>
      <w:r w:rsidRPr="00074D4B">
        <w:rPr>
          <w:rFonts w:asciiTheme="majorHAnsi" w:hAnsiTheme="majorHAnsi" w:cstheme="majorHAnsi"/>
          <w:b/>
          <w:rtl/>
        </w:rPr>
        <w:t xml:space="preserve"> </w:t>
      </w:r>
      <w:r w:rsidRPr="00074D4B">
        <w:rPr>
          <w:rFonts w:ascii="Times New Roman" w:hAnsi="Times New Roman" w:cs="Times New Roman" w:hint="cs"/>
          <w:b/>
          <w:rtl/>
        </w:rPr>
        <w:t>العقاري</w:t>
      </w:r>
      <w:r w:rsidRPr="00074D4B">
        <w:rPr>
          <w:rFonts w:asciiTheme="majorHAnsi" w:hAnsiTheme="majorHAnsi" w:cstheme="majorHAnsi"/>
          <w:b/>
        </w:rPr>
        <w:t>.</w:t>
      </w:r>
    </w:p>
    <w:p w14:paraId="31BA96FD" w14:textId="77777777" w:rsidR="00074D4B" w:rsidRPr="00074D4B" w:rsidRDefault="00074D4B" w:rsidP="00B05D15">
      <w:pPr>
        <w:numPr>
          <w:ilvl w:val="0"/>
          <w:numId w:val="10"/>
        </w:numPr>
        <w:bidi/>
        <w:spacing w:line="360" w:lineRule="auto"/>
        <w:rPr>
          <w:rFonts w:asciiTheme="majorHAnsi" w:hAnsiTheme="majorHAnsi" w:cstheme="majorHAnsi"/>
          <w:b/>
        </w:rPr>
      </w:pPr>
      <w:r w:rsidRPr="00074D4B">
        <w:rPr>
          <w:rFonts w:ascii="Times New Roman" w:hAnsi="Times New Roman" w:cs="Times New Roman" w:hint="cs"/>
          <w:b/>
          <w:rtl/>
        </w:rPr>
        <w:t>قياس</w:t>
      </w:r>
      <w:r w:rsidRPr="00074D4B">
        <w:rPr>
          <w:rFonts w:asciiTheme="majorHAnsi" w:hAnsiTheme="majorHAnsi" w:cstheme="majorHAnsi"/>
          <w:b/>
          <w:rtl/>
        </w:rPr>
        <w:t xml:space="preserve"> </w:t>
      </w:r>
      <w:r w:rsidRPr="00074D4B">
        <w:rPr>
          <w:rFonts w:ascii="Times New Roman" w:hAnsi="Times New Roman" w:cs="Times New Roman" w:hint="cs"/>
          <w:b/>
          <w:rtl/>
        </w:rPr>
        <w:t>العلاقة</w:t>
      </w:r>
      <w:r w:rsidRPr="00074D4B">
        <w:rPr>
          <w:rFonts w:asciiTheme="majorHAnsi" w:hAnsiTheme="majorHAnsi" w:cstheme="majorHAnsi"/>
          <w:b/>
          <w:rtl/>
        </w:rPr>
        <w:t xml:space="preserve"> </w:t>
      </w:r>
      <w:r w:rsidRPr="00074D4B">
        <w:rPr>
          <w:rFonts w:ascii="Times New Roman" w:hAnsi="Times New Roman" w:cs="Times New Roman" w:hint="cs"/>
          <w:b/>
          <w:rtl/>
        </w:rPr>
        <w:t>بين</w:t>
      </w:r>
      <w:r w:rsidRPr="00074D4B">
        <w:rPr>
          <w:rFonts w:asciiTheme="majorHAnsi" w:hAnsiTheme="majorHAnsi" w:cstheme="majorHAnsi"/>
          <w:b/>
          <w:rtl/>
        </w:rPr>
        <w:t xml:space="preserve"> </w:t>
      </w:r>
      <w:r w:rsidRPr="00074D4B">
        <w:rPr>
          <w:rFonts w:ascii="Times New Roman" w:hAnsi="Times New Roman" w:cs="Times New Roman" w:hint="cs"/>
          <w:b/>
          <w:rtl/>
        </w:rPr>
        <w:t>استخدام</w:t>
      </w:r>
      <w:r w:rsidRPr="00074D4B">
        <w:rPr>
          <w:rFonts w:asciiTheme="majorHAnsi" w:hAnsiTheme="majorHAnsi" w:cstheme="majorHAnsi"/>
          <w:b/>
          <w:rtl/>
        </w:rPr>
        <w:t xml:space="preserve"> </w:t>
      </w:r>
      <w:r w:rsidRPr="00074D4B">
        <w:rPr>
          <w:rFonts w:ascii="Times New Roman" w:hAnsi="Times New Roman" w:cs="Times New Roman" w:hint="cs"/>
          <w:b/>
          <w:rtl/>
        </w:rPr>
        <w:t>التكنولوجيا</w:t>
      </w:r>
      <w:r w:rsidRPr="00074D4B">
        <w:rPr>
          <w:rFonts w:asciiTheme="majorHAnsi" w:hAnsiTheme="majorHAnsi" w:cstheme="majorHAnsi"/>
          <w:b/>
          <w:rtl/>
        </w:rPr>
        <w:t xml:space="preserve"> </w:t>
      </w:r>
      <w:r w:rsidRPr="00074D4B">
        <w:rPr>
          <w:rFonts w:ascii="Times New Roman" w:hAnsi="Times New Roman" w:cs="Times New Roman" w:hint="cs"/>
          <w:b/>
          <w:rtl/>
        </w:rPr>
        <w:t>الرقمية</w:t>
      </w:r>
      <w:r w:rsidRPr="00074D4B">
        <w:rPr>
          <w:rFonts w:asciiTheme="majorHAnsi" w:hAnsiTheme="majorHAnsi" w:cstheme="majorHAnsi"/>
          <w:b/>
          <w:rtl/>
        </w:rPr>
        <w:t xml:space="preserve"> </w:t>
      </w:r>
      <w:r w:rsidRPr="00074D4B">
        <w:rPr>
          <w:rFonts w:ascii="Times New Roman" w:hAnsi="Times New Roman" w:cs="Times New Roman" w:hint="cs"/>
          <w:b/>
          <w:rtl/>
        </w:rPr>
        <w:t>ورضا</w:t>
      </w:r>
      <w:r w:rsidRPr="00074D4B">
        <w:rPr>
          <w:rFonts w:asciiTheme="majorHAnsi" w:hAnsiTheme="majorHAnsi" w:cstheme="majorHAnsi"/>
          <w:b/>
          <w:rtl/>
        </w:rPr>
        <w:t xml:space="preserve"> </w:t>
      </w:r>
      <w:r w:rsidRPr="00074D4B">
        <w:rPr>
          <w:rFonts w:ascii="Times New Roman" w:hAnsi="Times New Roman" w:cs="Times New Roman" w:hint="cs"/>
          <w:b/>
          <w:rtl/>
        </w:rPr>
        <w:t>العملاء</w:t>
      </w:r>
      <w:r w:rsidRPr="00074D4B">
        <w:rPr>
          <w:rFonts w:asciiTheme="majorHAnsi" w:hAnsiTheme="majorHAnsi" w:cstheme="majorHAnsi"/>
          <w:b/>
        </w:rPr>
        <w:t>.</w:t>
      </w:r>
    </w:p>
    <w:p w14:paraId="63BF691D" w14:textId="15D3C38D" w:rsidR="00703534" w:rsidRPr="00B05D15" w:rsidRDefault="00074D4B" w:rsidP="00B05D15">
      <w:pPr>
        <w:numPr>
          <w:ilvl w:val="0"/>
          <w:numId w:val="10"/>
        </w:numPr>
        <w:bidi/>
        <w:spacing w:line="360" w:lineRule="auto"/>
        <w:rPr>
          <w:rFonts w:asciiTheme="majorHAnsi" w:hAnsiTheme="majorHAnsi" w:cstheme="majorHAnsi"/>
          <w:b/>
        </w:rPr>
      </w:pPr>
      <w:r w:rsidRPr="00074D4B">
        <w:rPr>
          <w:rFonts w:ascii="Times New Roman" w:hAnsi="Times New Roman" w:cs="Times New Roman" w:hint="cs"/>
          <w:b/>
          <w:rtl/>
        </w:rPr>
        <w:t>تقديم</w:t>
      </w:r>
      <w:r w:rsidRPr="00074D4B">
        <w:rPr>
          <w:rFonts w:asciiTheme="majorHAnsi" w:hAnsiTheme="majorHAnsi" w:cstheme="majorHAnsi"/>
          <w:b/>
          <w:rtl/>
        </w:rPr>
        <w:t xml:space="preserve"> </w:t>
      </w:r>
      <w:r w:rsidRPr="00074D4B">
        <w:rPr>
          <w:rFonts w:ascii="Times New Roman" w:hAnsi="Times New Roman" w:cs="Times New Roman" w:hint="cs"/>
          <w:b/>
          <w:rtl/>
        </w:rPr>
        <w:t>توصيات</w:t>
      </w:r>
      <w:r w:rsidRPr="00074D4B">
        <w:rPr>
          <w:rFonts w:asciiTheme="majorHAnsi" w:hAnsiTheme="majorHAnsi" w:cstheme="majorHAnsi"/>
          <w:b/>
          <w:rtl/>
        </w:rPr>
        <w:t xml:space="preserve"> </w:t>
      </w:r>
      <w:r w:rsidRPr="00074D4B">
        <w:rPr>
          <w:rFonts w:ascii="Times New Roman" w:hAnsi="Times New Roman" w:cs="Times New Roman" w:hint="cs"/>
          <w:b/>
          <w:rtl/>
        </w:rPr>
        <w:t>عملية</w:t>
      </w:r>
      <w:r w:rsidRPr="00074D4B">
        <w:rPr>
          <w:rFonts w:asciiTheme="majorHAnsi" w:hAnsiTheme="majorHAnsi" w:cstheme="majorHAnsi"/>
          <w:b/>
          <w:rtl/>
        </w:rPr>
        <w:t xml:space="preserve"> </w:t>
      </w:r>
      <w:r w:rsidRPr="00074D4B">
        <w:rPr>
          <w:rFonts w:ascii="Times New Roman" w:hAnsi="Times New Roman" w:cs="Times New Roman" w:hint="cs"/>
          <w:b/>
          <w:rtl/>
        </w:rPr>
        <w:t>لتحسين</w:t>
      </w:r>
      <w:r w:rsidRPr="00074D4B">
        <w:rPr>
          <w:rFonts w:asciiTheme="majorHAnsi" w:hAnsiTheme="majorHAnsi" w:cstheme="majorHAnsi"/>
          <w:b/>
          <w:rtl/>
        </w:rPr>
        <w:t xml:space="preserve"> </w:t>
      </w:r>
      <w:r w:rsidRPr="00074D4B">
        <w:rPr>
          <w:rFonts w:ascii="Times New Roman" w:hAnsi="Times New Roman" w:cs="Times New Roman" w:hint="cs"/>
          <w:b/>
          <w:rtl/>
        </w:rPr>
        <w:t>الأداء</w:t>
      </w:r>
      <w:r w:rsidRPr="00074D4B">
        <w:rPr>
          <w:rFonts w:asciiTheme="majorHAnsi" w:hAnsiTheme="majorHAnsi" w:cstheme="majorHAnsi"/>
          <w:b/>
          <w:rtl/>
        </w:rPr>
        <w:t xml:space="preserve"> </w:t>
      </w:r>
      <w:r w:rsidRPr="00074D4B">
        <w:rPr>
          <w:rFonts w:ascii="Times New Roman" w:hAnsi="Times New Roman" w:cs="Times New Roman" w:hint="cs"/>
          <w:b/>
          <w:rtl/>
        </w:rPr>
        <w:t>التسويقي</w:t>
      </w:r>
      <w:r w:rsidRPr="00074D4B">
        <w:rPr>
          <w:rFonts w:asciiTheme="majorHAnsi" w:hAnsiTheme="majorHAnsi" w:cstheme="majorHAnsi"/>
          <w:b/>
          <w:rtl/>
        </w:rPr>
        <w:t xml:space="preserve"> </w:t>
      </w:r>
      <w:r w:rsidRPr="00074D4B">
        <w:rPr>
          <w:rFonts w:ascii="Times New Roman" w:hAnsi="Times New Roman" w:cs="Times New Roman" w:hint="cs"/>
          <w:b/>
          <w:rtl/>
        </w:rPr>
        <w:t>الرقمي</w:t>
      </w:r>
    </w:p>
    <w:p w14:paraId="3AEB31DD" w14:textId="27C1834C" w:rsidR="00074D4B" w:rsidRPr="00074D4B" w:rsidRDefault="00074D4B" w:rsidP="00456F05">
      <w:pPr>
        <w:spacing w:line="360" w:lineRule="auto"/>
        <w:ind w:firstLine="283"/>
        <w:jc w:val="right"/>
        <w:rPr>
          <w:rFonts w:asciiTheme="majorHAnsi" w:hAnsiTheme="majorHAnsi" w:cstheme="majorHAnsi"/>
          <w:b/>
          <w:bCs/>
        </w:rPr>
      </w:pPr>
      <w:r w:rsidRPr="00074D4B">
        <w:rPr>
          <w:rFonts w:asciiTheme="majorHAnsi" w:hAnsiTheme="majorHAnsi" w:cstheme="majorHAnsi"/>
          <w:b/>
          <w:bCs/>
        </w:rPr>
        <w:t xml:space="preserve">1.5 </w:t>
      </w:r>
      <w:r w:rsidRPr="00074D4B">
        <w:rPr>
          <w:rFonts w:ascii="Times New Roman" w:hAnsi="Times New Roman" w:cs="Times New Roman" w:hint="cs"/>
          <w:b/>
          <w:bCs/>
          <w:rtl/>
        </w:rPr>
        <w:t>تساؤلات</w:t>
      </w:r>
      <w:r w:rsidRPr="00074D4B">
        <w:rPr>
          <w:rFonts w:asciiTheme="majorHAnsi" w:hAnsiTheme="majorHAnsi" w:cstheme="majorHAnsi"/>
          <w:b/>
          <w:bCs/>
          <w:rtl/>
        </w:rPr>
        <w:t xml:space="preserve"> </w:t>
      </w:r>
      <w:r w:rsidRPr="00074D4B">
        <w:rPr>
          <w:rFonts w:ascii="Times New Roman" w:hAnsi="Times New Roman" w:cs="Times New Roman" w:hint="cs"/>
          <w:b/>
          <w:bCs/>
          <w:rtl/>
        </w:rPr>
        <w:t>الدراسة</w:t>
      </w:r>
    </w:p>
    <w:p w14:paraId="6BE4C98B" w14:textId="77777777" w:rsidR="00074D4B" w:rsidRPr="00074D4B" w:rsidRDefault="00074D4B" w:rsidP="00B05D15">
      <w:pPr>
        <w:numPr>
          <w:ilvl w:val="0"/>
          <w:numId w:val="11"/>
        </w:numPr>
        <w:bidi/>
        <w:spacing w:line="360" w:lineRule="auto"/>
        <w:rPr>
          <w:rFonts w:asciiTheme="majorHAnsi" w:hAnsiTheme="majorHAnsi" w:cstheme="majorHAnsi"/>
          <w:b/>
        </w:rPr>
      </w:pPr>
      <w:r w:rsidRPr="00074D4B">
        <w:rPr>
          <w:rFonts w:ascii="Times New Roman" w:hAnsi="Times New Roman" w:cs="Times New Roman" w:hint="cs"/>
          <w:b/>
          <w:rtl/>
        </w:rPr>
        <w:t>ما</w:t>
      </w:r>
      <w:r w:rsidRPr="00074D4B">
        <w:rPr>
          <w:rFonts w:asciiTheme="majorHAnsi" w:hAnsiTheme="majorHAnsi" w:cstheme="majorHAnsi"/>
          <w:b/>
          <w:rtl/>
        </w:rPr>
        <w:t xml:space="preserve"> </w:t>
      </w:r>
      <w:r w:rsidRPr="00074D4B">
        <w:rPr>
          <w:rFonts w:ascii="Times New Roman" w:hAnsi="Times New Roman" w:cs="Times New Roman" w:hint="cs"/>
          <w:b/>
          <w:rtl/>
        </w:rPr>
        <w:t>مدى</w:t>
      </w:r>
      <w:r w:rsidRPr="00074D4B">
        <w:rPr>
          <w:rFonts w:asciiTheme="majorHAnsi" w:hAnsiTheme="majorHAnsi" w:cstheme="majorHAnsi"/>
          <w:b/>
          <w:rtl/>
        </w:rPr>
        <w:t xml:space="preserve"> </w:t>
      </w:r>
      <w:r w:rsidRPr="00074D4B">
        <w:rPr>
          <w:rFonts w:ascii="Times New Roman" w:hAnsi="Times New Roman" w:cs="Times New Roman" w:hint="cs"/>
          <w:b/>
          <w:rtl/>
        </w:rPr>
        <w:t>تأثير</w:t>
      </w:r>
      <w:r w:rsidRPr="00074D4B">
        <w:rPr>
          <w:rFonts w:asciiTheme="majorHAnsi" w:hAnsiTheme="majorHAnsi" w:cstheme="majorHAnsi"/>
          <w:b/>
          <w:rtl/>
        </w:rPr>
        <w:t xml:space="preserve"> </w:t>
      </w:r>
      <w:r w:rsidRPr="00074D4B">
        <w:rPr>
          <w:rFonts w:ascii="Times New Roman" w:hAnsi="Times New Roman" w:cs="Times New Roman" w:hint="cs"/>
          <w:b/>
          <w:rtl/>
        </w:rPr>
        <w:t>التسويق</w:t>
      </w:r>
      <w:r w:rsidRPr="00074D4B">
        <w:rPr>
          <w:rFonts w:asciiTheme="majorHAnsi" w:hAnsiTheme="majorHAnsi" w:cstheme="majorHAnsi"/>
          <w:b/>
          <w:rtl/>
        </w:rPr>
        <w:t xml:space="preserve"> </w:t>
      </w:r>
      <w:r w:rsidRPr="00074D4B">
        <w:rPr>
          <w:rFonts w:ascii="Times New Roman" w:hAnsi="Times New Roman" w:cs="Times New Roman" w:hint="cs"/>
          <w:b/>
          <w:rtl/>
        </w:rPr>
        <w:t>العقاري</w:t>
      </w:r>
      <w:r w:rsidRPr="00074D4B">
        <w:rPr>
          <w:rFonts w:asciiTheme="majorHAnsi" w:hAnsiTheme="majorHAnsi" w:cstheme="majorHAnsi"/>
          <w:b/>
          <w:rtl/>
        </w:rPr>
        <w:t xml:space="preserve"> </w:t>
      </w:r>
      <w:r w:rsidRPr="00074D4B">
        <w:rPr>
          <w:rFonts w:ascii="Times New Roman" w:hAnsi="Times New Roman" w:cs="Times New Roman" w:hint="cs"/>
          <w:b/>
          <w:rtl/>
        </w:rPr>
        <w:t>الرقمي</w:t>
      </w:r>
      <w:r w:rsidRPr="00074D4B">
        <w:rPr>
          <w:rFonts w:asciiTheme="majorHAnsi" w:hAnsiTheme="majorHAnsi" w:cstheme="majorHAnsi"/>
          <w:b/>
          <w:rtl/>
        </w:rPr>
        <w:t xml:space="preserve"> </w:t>
      </w:r>
      <w:r w:rsidRPr="00074D4B">
        <w:rPr>
          <w:rFonts w:ascii="Times New Roman" w:hAnsi="Times New Roman" w:cs="Times New Roman" w:hint="cs"/>
          <w:b/>
          <w:rtl/>
        </w:rPr>
        <w:t>على</w:t>
      </w:r>
      <w:r w:rsidRPr="00074D4B">
        <w:rPr>
          <w:rFonts w:asciiTheme="majorHAnsi" w:hAnsiTheme="majorHAnsi" w:cstheme="majorHAnsi"/>
          <w:b/>
          <w:rtl/>
        </w:rPr>
        <w:t xml:space="preserve"> </w:t>
      </w:r>
      <w:r w:rsidRPr="00074D4B">
        <w:rPr>
          <w:rFonts w:ascii="Times New Roman" w:hAnsi="Times New Roman" w:cs="Times New Roman" w:hint="cs"/>
          <w:b/>
          <w:rtl/>
        </w:rPr>
        <w:t>تجربة</w:t>
      </w:r>
      <w:r w:rsidRPr="00074D4B">
        <w:rPr>
          <w:rFonts w:asciiTheme="majorHAnsi" w:hAnsiTheme="majorHAnsi" w:cstheme="majorHAnsi"/>
          <w:b/>
          <w:rtl/>
        </w:rPr>
        <w:t xml:space="preserve"> </w:t>
      </w:r>
      <w:r w:rsidRPr="00074D4B">
        <w:rPr>
          <w:rFonts w:ascii="Times New Roman" w:hAnsi="Times New Roman" w:cs="Times New Roman" w:hint="cs"/>
          <w:b/>
          <w:rtl/>
        </w:rPr>
        <w:t>العميل؟</w:t>
      </w:r>
    </w:p>
    <w:p w14:paraId="4314C6AB" w14:textId="77777777" w:rsidR="00074D4B" w:rsidRPr="00074D4B" w:rsidRDefault="00074D4B" w:rsidP="00B05D15">
      <w:pPr>
        <w:numPr>
          <w:ilvl w:val="0"/>
          <w:numId w:val="11"/>
        </w:numPr>
        <w:bidi/>
        <w:spacing w:line="360" w:lineRule="auto"/>
        <w:rPr>
          <w:rFonts w:asciiTheme="majorHAnsi" w:hAnsiTheme="majorHAnsi" w:cstheme="majorHAnsi"/>
          <w:b/>
        </w:rPr>
      </w:pPr>
      <w:r w:rsidRPr="00074D4B">
        <w:rPr>
          <w:rFonts w:ascii="Times New Roman" w:hAnsi="Times New Roman" w:cs="Times New Roman" w:hint="cs"/>
          <w:b/>
          <w:rtl/>
        </w:rPr>
        <w:t>ما</w:t>
      </w:r>
      <w:r w:rsidRPr="00074D4B">
        <w:rPr>
          <w:rFonts w:asciiTheme="majorHAnsi" w:hAnsiTheme="majorHAnsi" w:cstheme="majorHAnsi"/>
          <w:b/>
          <w:rtl/>
        </w:rPr>
        <w:t xml:space="preserve"> </w:t>
      </w:r>
      <w:r w:rsidRPr="00074D4B">
        <w:rPr>
          <w:rFonts w:ascii="Times New Roman" w:hAnsi="Times New Roman" w:cs="Times New Roman" w:hint="cs"/>
          <w:b/>
          <w:rtl/>
        </w:rPr>
        <w:t>الأدوات</w:t>
      </w:r>
      <w:r w:rsidRPr="00074D4B">
        <w:rPr>
          <w:rFonts w:asciiTheme="majorHAnsi" w:hAnsiTheme="majorHAnsi" w:cstheme="majorHAnsi"/>
          <w:b/>
          <w:rtl/>
        </w:rPr>
        <w:t xml:space="preserve"> </w:t>
      </w:r>
      <w:r w:rsidRPr="00074D4B">
        <w:rPr>
          <w:rFonts w:ascii="Times New Roman" w:hAnsi="Times New Roman" w:cs="Times New Roman" w:hint="cs"/>
          <w:b/>
          <w:rtl/>
        </w:rPr>
        <w:t>الرقمية</w:t>
      </w:r>
      <w:r w:rsidRPr="00074D4B">
        <w:rPr>
          <w:rFonts w:asciiTheme="majorHAnsi" w:hAnsiTheme="majorHAnsi" w:cstheme="majorHAnsi"/>
          <w:b/>
          <w:rtl/>
        </w:rPr>
        <w:t xml:space="preserve"> </w:t>
      </w:r>
      <w:r w:rsidRPr="00074D4B">
        <w:rPr>
          <w:rFonts w:ascii="Times New Roman" w:hAnsi="Times New Roman" w:cs="Times New Roman" w:hint="cs"/>
          <w:b/>
          <w:rtl/>
        </w:rPr>
        <w:t>الأكثر</w:t>
      </w:r>
      <w:r w:rsidRPr="00074D4B">
        <w:rPr>
          <w:rFonts w:asciiTheme="majorHAnsi" w:hAnsiTheme="majorHAnsi" w:cstheme="majorHAnsi"/>
          <w:b/>
          <w:rtl/>
        </w:rPr>
        <w:t xml:space="preserve"> </w:t>
      </w:r>
      <w:r w:rsidRPr="00074D4B">
        <w:rPr>
          <w:rFonts w:ascii="Times New Roman" w:hAnsi="Times New Roman" w:cs="Times New Roman" w:hint="cs"/>
          <w:b/>
          <w:rtl/>
        </w:rPr>
        <w:t>تأثيرًا</w:t>
      </w:r>
      <w:r w:rsidRPr="00074D4B">
        <w:rPr>
          <w:rFonts w:asciiTheme="majorHAnsi" w:hAnsiTheme="majorHAnsi" w:cstheme="majorHAnsi"/>
          <w:b/>
          <w:rtl/>
        </w:rPr>
        <w:t xml:space="preserve"> </w:t>
      </w:r>
      <w:r w:rsidRPr="00074D4B">
        <w:rPr>
          <w:rFonts w:ascii="Times New Roman" w:hAnsi="Times New Roman" w:cs="Times New Roman" w:hint="cs"/>
          <w:b/>
          <w:rtl/>
        </w:rPr>
        <w:t>في</w:t>
      </w:r>
      <w:r w:rsidRPr="00074D4B">
        <w:rPr>
          <w:rFonts w:asciiTheme="majorHAnsi" w:hAnsiTheme="majorHAnsi" w:cstheme="majorHAnsi"/>
          <w:b/>
          <w:rtl/>
        </w:rPr>
        <w:t xml:space="preserve"> </w:t>
      </w:r>
      <w:r w:rsidRPr="00074D4B">
        <w:rPr>
          <w:rFonts w:ascii="Times New Roman" w:hAnsi="Times New Roman" w:cs="Times New Roman" w:hint="cs"/>
          <w:b/>
          <w:rtl/>
        </w:rPr>
        <w:t>قرارات</w:t>
      </w:r>
      <w:r w:rsidRPr="00074D4B">
        <w:rPr>
          <w:rFonts w:asciiTheme="majorHAnsi" w:hAnsiTheme="majorHAnsi" w:cstheme="majorHAnsi"/>
          <w:b/>
          <w:rtl/>
        </w:rPr>
        <w:t xml:space="preserve"> </w:t>
      </w:r>
      <w:r w:rsidRPr="00074D4B">
        <w:rPr>
          <w:rFonts w:ascii="Times New Roman" w:hAnsi="Times New Roman" w:cs="Times New Roman" w:hint="cs"/>
          <w:b/>
          <w:rtl/>
        </w:rPr>
        <w:t>العملاء؟</w:t>
      </w:r>
    </w:p>
    <w:p w14:paraId="160F8A82" w14:textId="1102C2B5" w:rsidR="00B07D03" w:rsidRPr="00B05D15" w:rsidRDefault="00074D4B" w:rsidP="00B05D15">
      <w:pPr>
        <w:numPr>
          <w:ilvl w:val="0"/>
          <w:numId w:val="11"/>
        </w:numPr>
        <w:bidi/>
        <w:spacing w:line="360" w:lineRule="auto"/>
        <w:rPr>
          <w:rFonts w:asciiTheme="majorHAnsi" w:hAnsiTheme="majorHAnsi" w:cstheme="majorHAnsi"/>
          <w:b/>
          <w:rtl/>
        </w:rPr>
      </w:pPr>
      <w:r w:rsidRPr="00074D4B">
        <w:rPr>
          <w:rFonts w:ascii="Times New Roman" w:hAnsi="Times New Roman" w:cs="Times New Roman" w:hint="cs"/>
          <w:b/>
          <w:rtl/>
        </w:rPr>
        <w:t>هل</w:t>
      </w:r>
      <w:r w:rsidRPr="00074D4B">
        <w:rPr>
          <w:rFonts w:asciiTheme="majorHAnsi" w:hAnsiTheme="majorHAnsi" w:cstheme="majorHAnsi"/>
          <w:b/>
          <w:rtl/>
        </w:rPr>
        <w:t xml:space="preserve"> </w:t>
      </w:r>
      <w:r w:rsidRPr="00074D4B">
        <w:rPr>
          <w:rFonts w:ascii="Times New Roman" w:hAnsi="Times New Roman" w:cs="Times New Roman" w:hint="cs"/>
          <w:b/>
          <w:rtl/>
        </w:rPr>
        <w:t>يسهم</w:t>
      </w:r>
      <w:r w:rsidRPr="00074D4B">
        <w:rPr>
          <w:rFonts w:asciiTheme="majorHAnsi" w:hAnsiTheme="majorHAnsi" w:cstheme="majorHAnsi"/>
          <w:b/>
          <w:rtl/>
        </w:rPr>
        <w:t xml:space="preserve"> </w:t>
      </w:r>
      <w:r w:rsidRPr="00074D4B">
        <w:rPr>
          <w:rFonts w:ascii="Times New Roman" w:hAnsi="Times New Roman" w:cs="Times New Roman" w:hint="cs"/>
          <w:b/>
          <w:rtl/>
        </w:rPr>
        <w:t>التسويق</w:t>
      </w:r>
      <w:r w:rsidRPr="00074D4B">
        <w:rPr>
          <w:rFonts w:asciiTheme="majorHAnsi" w:hAnsiTheme="majorHAnsi" w:cstheme="majorHAnsi"/>
          <w:b/>
          <w:rtl/>
        </w:rPr>
        <w:t xml:space="preserve"> </w:t>
      </w:r>
      <w:r w:rsidRPr="00074D4B">
        <w:rPr>
          <w:rFonts w:ascii="Times New Roman" w:hAnsi="Times New Roman" w:cs="Times New Roman" w:hint="cs"/>
          <w:b/>
          <w:rtl/>
        </w:rPr>
        <w:t>الرقمي</w:t>
      </w:r>
      <w:r w:rsidRPr="00074D4B">
        <w:rPr>
          <w:rFonts w:asciiTheme="majorHAnsi" w:hAnsiTheme="majorHAnsi" w:cstheme="majorHAnsi"/>
          <w:b/>
          <w:rtl/>
        </w:rPr>
        <w:t xml:space="preserve"> </w:t>
      </w:r>
      <w:r w:rsidRPr="00074D4B">
        <w:rPr>
          <w:rFonts w:ascii="Times New Roman" w:hAnsi="Times New Roman" w:cs="Times New Roman" w:hint="cs"/>
          <w:b/>
          <w:rtl/>
        </w:rPr>
        <w:t>في</w:t>
      </w:r>
      <w:r w:rsidRPr="00074D4B">
        <w:rPr>
          <w:rFonts w:asciiTheme="majorHAnsi" w:hAnsiTheme="majorHAnsi" w:cstheme="majorHAnsi"/>
          <w:b/>
          <w:rtl/>
        </w:rPr>
        <w:t xml:space="preserve"> </w:t>
      </w:r>
      <w:r w:rsidRPr="00074D4B">
        <w:rPr>
          <w:rFonts w:ascii="Times New Roman" w:hAnsi="Times New Roman" w:cs="Times New Roman" w:hint="cs"/>
          <w:b/>
          <w:rtl/>
        </w:rPr>
        <w:t>تحسين</w:t>
      </w:r>
      <w:r w:rsidRPr="00074D4B">
        <w:rPr>
          <w:rFonts w:asciiTheme="majorHAnsi" w:hAnsiTheme="majorHAnsi" w:cstheme="majorHAnsi"/>
          <w:b/>
          <w:rtl/>
        </w:rPr>
        <w:t xml:space="preserve"> </w:t>
      </w:r>
      <w:r w:rsidRPr="00074D4B">
        <w:rPr>
          <w:rFonts w:ascii="Times New Roman" w:hAnsi="Times New Roman" w:cs="Times New Roman" w:hint="cs"/>
          <w:b/>
          <w:rtl/>
        </w:rPr>
        <w:t>رضا</w:t>
      </w:r>
      <w:r w:rsidRPr="00074D4B">
        <w:rPr>
          <w:rFonts w:asciiTheme="majorHAnsi" w:hAnsiTheme="majorHAnsi" w:cstheme="majorHAnsi"/>
          <w:b/>
          <w:rtl/>
        </w:rPr>
        <w:t xml:space="preserve"> </w:t>
      </w:r>
      <w:r w:rsidRPr="00074D4B">
        <w:rPr>
          <w:rFonts w:ascii="Times New Roman" w:hAnsi="Times New Roman" w:cs="Times New Roman" w:hint="cs"/>
          <w:b/>
          <w:rtl/>
        </w:rPr>
        <w:t>العملاء</w:t>
      </w:r>
      <w:r w:rsidRPr="00074D4B">
        <w:rPr>
          <w:rFonts w:asciiTheme="majorHAnsi" w:hAnsiTheme="majorHAnsi" w:cstheme="majorHAnsi"/>
          <w:b/>
          <w:rtl/>
        </w:rPr>
        <w:t xml:space="preserve"> </w:t>
      </w:r>
      <w:r w:rsidRPr="00074D4B">
        <w:rPr>
          <w:rFonts w:ascii="Times New Roman" w:hAnsi="Times New Roman" w:cs="Times New Roman" w:hint="cs"/>
          <w:b/>
          <w:rtl/>
        </w:rPr>
        <w:t>وسرعة</w:t>
      </w:r>
      <w:r w:rsidRPr="00074D4B">
        <w:rPr>
          <w:rFonts w:asciiTheme="majorHAnsi" w:hAnsiTheme="majorHAnsi" w:cstheme="majorHAnsi"/>
          <w:b/>
          <w:rtl/>
        </w:rPr>
        <w:t xml:space="preserve"> </w:t>
      </w:r>
      <w:r w:rsidRPr="00074D4B">
        <w:rPr>
          <w:rFonts w:ascii="Times New Roman" w:hAnsi="Times New Roman" w:cs="Times New Roman" w:hint="cs"/>
          <w:b/>
          <w:rtl/>
        </w:rPr>
        <w:t>اتخاذ</w:t>
      </w:r>
      <w:r w:rsidRPr="00074D4B">
        <w:rPr>
          <w:rFonts w:asciiTheme="majorHAnsi" w:hAnsiTheme="majorHAnsi" w:cstheme="majorHAnsi"/>
          <w:b/>
          <w:rtl/>
        </w:rPr>
        <w:t xml:space="preserve"> </w:t>
      </w:r>
      <w:r w:rsidRPr="00074D4B">
        <w:rPr>
          <w:rFonts w:ascii="Times New Roman" w:hAnsi="Times New Roman" w:cs="Times New Roman" w:hint="cs"/>
          <w:b/>
          <w:rtl/>
        </w:rPr>
        <w:t>القرار؟</w:t>
      </w:r>
    </w:p>
    <w:p w14:paraId="7D23C22C" w14:textId="77777777" w:rsidR="00B07D03" w:rsidRPr="00B05D15" w:rsidRDefault="00B07D03" w:rsidP="00B05D15">
      <w:pPr>
        <w:bidi/>
        <w:spacing w:line="360" w:lineRule="auto"/>
        <w:ind w:firstLine="283"/>
        <w:rPr>
          <w:rFonts w:asciiTheme="majorHAnsi" w:hAnsiTheme="majorHAnsi" w:cstheme="majorHAnsi"/>
          <w:b/>
          <w:rtl/>
        </w:rPr>
      </w:pPr>
    </w:p>
    <w:p w14:paraId="3E7A13E9" w14:textId="77777777" w:rsidR="00B07D03" w:rsidRPr="00B05D15" w:rsidRDefault="00B07D03" w:rsidP="00B05D15">
      <w:pPr>
        <w:bidi/>
        <w:spacing w:line="360" w:lineRule="auto"/>
        <w:ind w:firstLine="283"/>
        <w:rPr>
          <w:rFonts w:asciiTheme="majorHAnsi" w:hAnsiTheme="majorHAnsi" w:cstheme="majorHAnsi"/>
          <w:b/>
          <w:rtl/>
        </w:rPr>
      </w:pPr>
    </w:p>
    <w:p w14:paraId="5B7D2BFC" w14:textId="77777777" w:rsidR="003E2E5C" w:rsidRPr="00B05D15" w:rsidRDefault="003E2E5C" w:rsidP="00B05D15">
      <w:pPr>
        <w:bidi/>
        <w:spacing w:line="360" w:lineRule="auto"/>
        <w:ind w:firstLine="283"/>
        <w:rPr>
          <w:rFonts w:asciiTheme="majorHAnsi" w:hAnsiTheme="majorHAnsi" w:cstheme="majorHAnsi"/>
          <w:b/>
          <w:rtl/>
        </w:rPr>
      </w:pPr>
    </w:p>
    <w:p w14:paraId="5384AB9E" w14:textId="77777777" w:rsidR="003E2E5C" w:rsidRPr="00B05D15" w:rsidRDefault="003E2E5C" w:rsidP="00B05D15">
      <w:pPr>
        <w:bidi/>
        <w:spacing w:line="360" w:lineRule="auto"/>
        <w:ind w:firstLine="283"/>
        <w:rPr>
          <w:rFonts w:asciiTheme="majorHAnsi" w:hAnsiTheme="majorHAnsi" w:cstheme="majorHAnsi"/>
          <w:b/>
          <w:rtl/>
        </w:rPr>
      </w:pPr>
    </w:p>
    <w:p w14:paraId="7FB12E1A" w14:textId="77777777" w:rsidR="003E2E5C" w:rsidRPr="00B05D15" w:rsidRDefault="003E2E5C" w:rsidP="00B05D15">
      <w:pPr>
        <w:bidi/>
        <w:spacing w:line="360" w:lineRule="auto"/>
        <w:ind w:firstLine="283"/>
        <w:rPr>
          <w:rFonts w:asciiTheme="majorHAnsi" w:hAnsiTheme="majorHAnsi" w:cstheme="majorHAnsi"/>
          <w:b/>
          <w:rtl/>
        </w:rPr>
      </w:pPr>
    </w:p>
    <w:p w14:paraId="5503C4EE" w14:textId="77777777" w:rsidR="003E2E5C" w:rsidRPr="00B05D15" w:rsidRDefault="003E2E5C" w:rsidP="00B05D15">
      <w:pPr>
        <w:bidi/>
        <w:spacing w:line="360" w:lineRule="auto"/>
        <w:ind w:firstLine="283"/>
        <w:rPr>
          <w:rFonts w:asciiTheme="majorHAnsi" w:hAnsiTheme="majorHAnsi" w:cstheme="majorHAnsi"/>
          <w:b/>
          <w:rtl/>
        </w:rPr>
      </w:pPr>
    </w:p>
    <w:p w14:paraId="753AF9A6" w14:textId="77777777" w:rsidR="003E2E5C" w:rsidRPr="00B05D15" w:rsidRDefault="003E2E5C" w:rsidP="00B05D15">
      <w:pPr>
        <w:bidi/>
        <w:spacing w:line="360" w:lineRule="auto"/>
        <w:ind w:firstLine="283"/>
        <w:rPr>
          <w:rFonts w:asciiTheme="majorHAnsi" w:hAnsiTheme="majorHAnsi" w:cstheme="majorHAnsi"/>
          <w:b/>
          <w:rtl/>
        </w:rPr>
      </w:pPr>
    </w:p>
    <w:p w14:paraId="6FCCF602" w14:textId="77777777" w:rsidR="003E2E5C" w:rsidRPr="00B05D15" w:rsidRDefault="003E2E5C" w:rsidP="00B05D15">
      <w:pPr>
        <w:bidi/>
        <w:spacing w:line="360" w:lineRule="auto"/>
        <w:ind w:firstLine="283"/>
        <w:rPr>
          <w:rFonts w:asciiTheme="majorHAnsi" w:hAnsiTheme="majorHAnsi" w:cstheme="majorHAnsi"/>
          <w:b/>
          <w:rtl/>
        </w:rPr>
      </w:pPr>
    </w:p>
    <w:p w14:paraId="093D5C37" w14:textId="77777777" w:rsidR="003E2E5C" w:rsidRPr="00B05D15" w:rsidRDefault="003E2E5C" w:rsidP="00B05D15">
      <w:pPr>
        <w:bidi/>
        <w:spacing w:line="360" w:lineRule="auto"/>
        <w:ind w:firstLine="283"/>
        <w:rPr>
          <w:rFonts w:asciiTheme="majorHAnsi" w:hAnsiTheme="majorHAnsi" w:cstheme="majorHAnsi"/>
          <w:b/>
          <w:rtl/>
        </w:rPr>
      </w:pPr>
    </w:p>
    <w:p w14:paraId="40203D19" w14:textId="77777777" w:rsidR="003E2E5C" w:rsidRPr="00B05D15" w:rsidRDefault="003E2E5C" w:rsidP="00B05D15">
      <w:pPr>
        <w:bidi/>
        <w:spacing w:line="360" w:lineRule="auto"/>
        <w:ind w:firstLine="283"/>
        <w:rPr>
          <w:rFonts w:asciiTheme="majorHAnsi" w:hAnsiTheme="majorHAnsi" w:cstheme="majorHAnsi"/>
          <w:b/>
          <w:rtl/>
        </w:rPr>
      </w:pPr>
    </w:p>
    <w:p w14:paraId="0FC7306B" w14:textId="77777777" w:rsidR="003E2E5C" w:rsidRPr="00B05D15" w:rsidRDefault="003E2E5C" w:rsidP="00B05D15">
      <w:pPr>
        <w:bidi/>
        <w:spacing w:line="360" w:lineRule="auto"/>
        <w:ind w:firstLine="283"/>
        <w:rPr>
          <w:rFonts w:asciiTheme="majorHAnsi" w:hAnsiTheme="majorHAnsi" w:cstheme="majorHAnsi"/>
          <w:b/>
          <w:rtl/>
        </w:rPr>
      </w:pPr>
    </w:p>
    <w:p w14:paraId="7C1BAEEC" w14:textId="77777777" w:rsidR="003E2E5C" w:rsidRPr="00B05D15" w:rsidRDefault="003E2E5C" w:rsidP="00B05D15">
      <w:pPr>
        <w:bidi/>
        <w:spacing w:line="360" w:lineRule="auto"/>
        <w:ind w:firstLine="283"/>
        <w:rPr>
          <w:rFonts w:asciiTheme="majorHAnsi" w:hAnsiTheme="majorHAnsi" w:cstheme="majorHAnsi"/>
          <w:b/>
          <w:rtl/>
        </w:rPr>
      </w:pPr>
    </w:p>
    <w:p w14:paraId="1955F927" w14:textId="77777777" w:rsidR="003E2E5C" w:rsidRPr="00B05D15" w:rsidRDefault="003E2E5C" w:rsidP="00B05D15">
      <w:pPr>
        <w:bidi/>
        <w:spacing w:line="360" w:lineRule="auto"/>
        <w:ind w:firstLine="283"/>
        <w:rPr>
          <w:rFonts w:asciiTheme="majorHAnsi" w:hAnsiTheme="majorHAnsi" w:cstheme="majorHAnsi"/>
          <w:b/>
          <w:rtl/>
        </w:rPr>
      </w:pPr>
    </w:p>
    <w:p w14:paraId="7A6C8891" w14:textId="77777777" w:rsidR="009A2188" w:rsidRPr="00B05D15" w:rsidRDefault="009A2188" w:rsidP="00B05D15">
      <w:pPr>
        <w:bidi/>
        <w:spacing w:line="360" w:lineRule="auto"/>
        <w:ind w:firstLine="283"/>
        <w:rPr>
          <w:rFonts w:asciiTheme="majorHAnsi" w:hAnsiTheme="majorHAnsi" w:cstheme="majorHAnsi"/>
          <w:b/>
          <w:rtl/>
        </w:rPr>
      </w:pPr>
    </w:p>
    <w:p w14:paraId="5329E463" w14:textId="77777777" w:rsidR="009A2188" w:rsidRDefault="009A2188" w:rsidP="00B05D15">
      <w:pPr>
        <w:bidi/>
        <w:spacing w:line="360" w:lineRule="auto"/>
        <w:ind w:firstLine="283"/>
        <w:rPr>
          <w:rFonts w:asciiTheme="majorHAnsi" w:hAnsiTheme="majorHAnsi" w:cstheme="majorHAnsi"/>
          <w:b/>
          <w:rtl/>
        </w:rPr>
      </w:pPr>
    </w:p>
    <w:p w14:paraId="72907E16" w14:textId="77777777" w:rsidR="006E2046" w:rsidRDefault="006E2046" w:rsidP="006E2046">
      <w:pPr>
        <w:bidi/>
        <w:spacing w:line="360" w:lineRule="auto"/>
        <w:ind w:firstLine="283"/>
        <w:rPr>
          <w:rFonts w:asciiTheme="majorHAnsi" w:hAnsiTheme="majorHAnsi" w:cstheme="majorHAnsi"/>
          <w:b/>
          <w:rtl/>
        </w:rPr>
      </w:pPr>
    </w:p>
    <w:p w14:paraId="7A376292" w14:textId="77777777" w:rsidR="006E2046" w:rsidRDefault="006E2046" w:rsidP="006E2046">
      <w:pPr>
        <w:bidi/>
        <w:spacing w:line="360" w:lineRule="auto"/>
        <w:ind w:firstLine="283"/>
        <w:rPr>
          <w:rFonts w:asciiTheme="majorHAnsi" w:hAnsiTheme="majorHAnsi" w:cstheme="majorHAnsi"/>
          <w:b/>
          <w:rtl/>
        </w:rPr>
      </w:pPr>
    </w:p>
    <w:p w14:paraId="19FDF6DC" w14:textId="77777777" w:rsidR="006E2046" w:rsidRPr="00B05D15" w:rsidRDefault="006E2046" w:rsidP="006E2046">
      <w:pPr>
        <w:bidi/>
        <w:spacing w:line="360" w:lineRule="auto"/>
        <w:ind w:firstLine="283"/>
        <w:rPr>
          <w:rFonts w:asciiTheme="majorHAnsi" w:hAnsiTheme="majorHAnsi" w:cstheme="majorHAnsi"/>
          <w:b/>
          <w:rtl/>
        </w:rPr>
      </w:pPr>
    </w:p>
    <w:p w14:paraId="630893C5" w14:textId="77777777" w:rsidR="00D720A1" w:rsidRPr="00D720A1" w:rsidRDefault="00D720A1" w:rsidP="00456F05">
      <w:pPr>
        <w:spacing w:line="360" w:lineRule="auto"/>
        <w:jc w:val="right"/>
        <w:rPr>
          <w:rFonts w:asciiTheme="majorHAnsi" w:hAnsiTheme="majorHAnsi" w:cstheme="majorHAnsi"/>
          <w:b/>
          <w:bCs/>
          <w:sz w:val="32"/>
        </w:rPr>
      </w:pPr>
      <w:r w:rsidRPr="00D720A1">
        <w:rPr>
          <w:rFonts w:asciiTheme="majorHAnsi" w:hAnsiTheme="majorHAnsi" w:cstheme="majorHAnsi"/>
          <w:b/>
          <w:bCs/>
          <w:sz w:val="32"/>
        </w:rPr>
        <w:t xml:space="preserve">1.6 </w:t>
      </w:r>
      <w:r w:rsidRPr="00D720A1">
        <w:rPr>
          <w:rFonts w:ascii="Times New Roman" w:hAnsi="Times New Roman" w:cs="Times New Roman" w:hint="cs"/>
          <w:b/>
          <w:bCs/>
          <w:sz w:val="32"/>
          <w:rtl/>
        </w:rPr>
        <w:t>فرضيات</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الدراسة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بصياغة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أكاديمية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ميدانية</w:t>
      </w:r>
      <w:r w:rsidRPr="00D720A1">
        <w:rPr>
          <w:rFonts w:asciiTheme="majorHAnsi" w:hAnsiTheme="majorHAnsi" w:cstheme="majorHAnsi"/>
          <w:b/>
          <w:bCs/>
          <w:sz w:val="32"/>
          <w:rtl/>
        </w:rPr>
        <w:t>)</w:t>
      </w:r>
    </w:p>
    <w:p w14:paraId="5B19D8E9" w14:textId="77777777" w:rsidR="00D720A1" w:rsidRPr="00B05D15" w:rsidRDefault="00D720A1" w:rsidP="00B05D15">
      <w:pPr>
        <w:bidi/>
        <w:spacing w:line="360" w:lineRule="auto"/>
        <w:rPr>
          <w:rFonts w:asciiTheme="majorHAnsi" w:hAnsiTheme="majorHAnsi" w:cstheme="majorHAnsi"/>
          <w:b/>
          <w:sz w:val="32"/>
          <w:rtl/>
        </w:rPr>
      </w:pPr>
      <w:r w:rsidRPr="00D720A1">
        <w:rPr>
          <w:rFonts w:ascii="Times New Roman" w:hAnsi="Times New Roman" w:cs="Times New Roman" w:hint="cs"/>
          <w:b/>
          <w:sz w:val="32"/>
          <w:rtl/>
        </w:rPr>
        <w:t>استنادًا</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إلى</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المعطيات</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الميدانية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التي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تم</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الحصول</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عليها</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من</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خلال</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الزيارات</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الميدانية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لمكاتب</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المسوقين</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العقاريين،</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والمقابلات</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الشفهية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مع</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العملاء،</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إضافة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إلى</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الملاحظات</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المباشرة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لواقع</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الممارسات</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التسويقية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في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السوق</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العقاري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السعودي،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تم</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صياغة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فرضيات</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الدراسة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بهدف</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اختبار</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أثر</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استخدام</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أدوات</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التسويق</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العقاري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الرقمي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على</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تجربة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العميل،</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وذلك</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على</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النحو</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الآتي</w:t>
      </w:r>
      <w:r w:rsidRPr="00D720A1">
        <w:rPr>
          <w:rFonts w:asciiTheme="majorHAnsi" w:hAnsiTheme="majorHAnsi" w:cstheme="majorHAnsi"/>
          <w:b/>
          <w:sz w:val="32"/>
        </w:rPr>
        <w:t>:</w:t>
      </w:r>
    </w:p>
    <w:p w14:paraId="25FC9D1C" w14:textId="77777777" w:rsidR="00D720A1" w:rsidRPr="00D720A1" w:rsidRDefault="00D720A1" w:rsidP="00B05D15">
      <w:pPr>
        <w:bidi/>
        <w:spacing w:line="360" w:lineRule="auto"/>
        <w:rPr>
          <w:rFonts w:asciiTheme="majorHAnsi" w:hAnsiTheme="majorHAnsi" w:cstheme="majorHAnsi"/>
          <w:b/>
          <w:sz w:val="32"/>
        </w:rPr>
      </w:pPr>
    </w:p>
    <w:p w14:paraId="09A35583" w14:textId="490CC234" w:rsidR="00D720A1" w:rsidRPr="00B05D15" w:rsidRDefault="00D720A1" w:rsidP="00B05D15">
      <w:pPr>
        <w:pStyle w:val="ListParagraph"/>
        <w:numPr>
          <w:ilvl w:val="1"/>
          <w:numId w:val="10"/>
        </w:numPr>
        <w:bidi/>
        <w:spacing w:line="360" w:lineRule="auto"/>
        <w:rPr>
          <w:rFonts w:asciiTheme="majorHAnsi" w:hAnsiTheme="majorHAnsi" w:cstheme="majorHAnsi"/>
          <w:b/>
          <w:bCs/>
          <w:sz w:val="32"/>
        </w:rPr>
      </w:pPr>
      <w:r w:rsidRPr="00B05D15">
        <w:rPr>
          <w:rFonts w:ascii="Times New Roman" w:hAnsi="Times New Roman" w:cs="Times New Roman" w:hint="cs"/>
          <w:b/>
          <w:bCs/>
          <w:sz w:val="32"/>
          <w:rtl/>
        </w:rPr>
        <w:t>الفرضية</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الرئيسة</w:t>
      </w:r>
    </w:p>
    <w:p w14:paraId="5A144786" w14:textId="77777777" w:rsidR="00D720A1" w:rsidRPr="00D720A1" w:rsidRDefault="00D720A1" w:rsidP="00B05D15">
      <w:pPr>
        <w:bidi/>
        <w:spacing w:line="360" w:lineRule="auto"/>
        <w:rPr>
          <w:rFonts w:asciiTheme="majorHAnsi" w:hAnsiTheme="majorHAnsi" w:cstheme="majorHAnsi"/>
          <w:b/>
          <w:sz w:val="32"/>
        </w:rPr>
      </w:pPr>
      <w:r w:rsidRPr="00D720A1">
        <w:rPr>
          <w:rFonts w:ascii="Times New Roman" w:hAnsi="Times New Roman" w:cs="Times New Roman" w:hint="cs"/>
          <w:b/>
          <w:sz w:val="32"/>
          <w:rtl/>
        </w:rPr>
        <w:t>يوجد</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أثر</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ذو</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دلالة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إحصائية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لاستخدام</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أدوات</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التسويق</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العقاري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الرقمي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على</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تجربة</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العميل</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في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السوق</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العقاري</w:t>
      </w:r>
      <w:r w:rsidRPr="00D720A1">
        <w:rPr>
          <w:rFonts w:asciiTheme="majorHAnsi" w:hAnsiTheme="majorHAnsi" w:cstheme="majorHAnsi"/>
          <w:b/>
          <w:sz w:val="32"/>
          <w:rtl/>
        </w:rPr>
        <w:t xml:space="preserve"> </w:t>
      </w:r>
      <w:r w:rsidRPr="00D720A1">
        <w:rPr>
          <w:rFonts w:ascii="Times New Roman" w:hAnsi="Times New Roman" w:cs="Times New Roman" w:hint="cs"/>
          <w:b/>
          <w:sz w:val="32"/>
          <w:rtl/>
        </w:rPr>
        <w:t>السعودي</w:t>
      </w:r>
      <w:r w:rsidRPr="00D720A1">
        <w:rPr>
          <w:rFonts w:asciiTheme="majorHAnsi" w:hAnsiTheme="majorHAnsi" w:cstheme="majorHAnsi"/>
          <w:b/>
          <w:sz w:val="32"/>
        </w:rPr>
        <w:t>.</w:t>
      </w:r>
    </w:p>
    <w:p w14:paraId="714E1124" w14:textId="7C58126F" w:rsidR="00D720A1" w:rsidRPr="00B05D15" w:rsidRDefault="00D720A1" w:rsidP="00B05D15">
      <w:pPr>
        <w:pStyle w:val="ListParagraph"/>
        <w:numPr>
          <w:ilvl w:val="1"/>
          <w:numId w:val="10"/>
        </w:numPr>
        <w:bidi/>
        <w:spacing w:line="360" w:lineRule="auto"/>
        <w:rPr>
          <w:rFonts w:asciiTheme="majorHAnsi" w:hAnsiTheme="majorHAnsi" w:cstheme="majorHAnsi"/>
          <w:b/>
          <w:bCs/>
          <w:sz w:val="32"/>
        </w:rPr>
      </w:pPr>
      <w:r w:rsidRPr="00B05D15">
        <w:rPr>
          <w:rFonts w:ascii="Times New Roman" w:hAnsi="Times New Roman" w:cs="Times New Roman" w:hint="cs"/>
          <w:b/>
          <w:bCs/>
          <w:sz w:val="32"/>
          <w:rtl/>
        </w:rPr>
        <w:t>الفرضيات</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الفرعية</w:t>
      </w:r>
    </w:p>
    <w:p w14:paraId="5AF488FD" w14:textId="77777777" w:rsidR="00D720A1" w:rsidRPr="00D720A1" w:rsidRDefault="00D720A1" w:rsidP="00B05D15">
      <w:pPr>
        <w:tabs>
          <w:tab w:val="num" w:pos="720"/>
        </w:tabs>
        <w:bidi/>
        <w:spacing w:line="360" w:lineRule="auto"/>
        <w:rPr>
          <w:rFonts w:asciiTheme="majorHAnsi" w:hAnsiTheme="majorHAnsi" w:cstheme="majorHAnsi"/>
          <w:b/>
          <w:bCs/>
          <w:sz w:val="32"/>
        </w:rPr>
      </w:pPr>
      <w:r w:rsidRPr="00D720A1">
        <w:rPr>
          <w:rFonts w:ascii="Times New Roman" w:hAnsi="Times New Roman" w:cs="Times New Roman" w:hint="cs"/>
          <w:b/>
          <w:bCs/>
          <w:sz w:val="32"/>
          <w:rtl/>
        </w:rPr>
        <w:t>يوجد</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أثر</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ذو</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دلالة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إحصائية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لاستخدام</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المنصات</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الإلكترونية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على</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تجربة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العميل</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من</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حيث</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سهولة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الوصول</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إلى</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المعلومات</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العقارية</w:t>
      </w:r>
      <w:r w:rsidRPr="00D720A1">
        <w:rPr>
          <w:rFonts w:asciiTheme="majorHAnsi" w:hAnsiTheme="majorHAnsi" w:cstheme="majorHAnsi"/>
          <w:b/>
          <w:bCs/>
          <w:sz w:val="32"/>
        </w:rPr>
        <w:t>.</w:t>
      </w:r>
    </w:p>
    <w:p w14:paraId="723835F0" w14:textId="77777777" w:rsidR="00D720A1" w:rsidRPr="00D720A1" w:rsidRDefault="00D720A1" w:rsidP="00B05D15">
      <w:pPr>
        <w:tabs>
          <w:tab w:val="num" w:pos="720"/>
        </w:tabs>
        <w:bidi/>
        <w:spacing w:line="360" w:lineRule="auto"/>
        <w:rPr>
          <w:rFonts w:asciiTheme="majorHAnsi" w:hAnsiTheme="majorHAnsi" w:cstheme="majorHAnsi"/>
          <w:b/>
          <w:bCs/>
          <w:sz w:val="32"/>
        </w:rPr>
      </w:pPr>
      <w:r w:rsidRPr="00D720A1">
        <w:rPr>
          <w:rFonts w:ascii="Times New Roman" w:hAnsi="Times New Roman" w:cs="Times New Roman" w:hint="cs"/>
          <w:b/>
          <w:bCs/>
          <w:sz w:val="32"/>
          <w:rtl/>
        </w:rPr>
        <w:t>يوجد</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أثر</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ذو</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دلالة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إحصائية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لاستخدام</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وسائل</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التواصل</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الاجتماعي</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على</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مستوى</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تفاعل</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العملاء</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وانطباعهم</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تجاه</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الخدمات</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العقارية</w:t>
      </w:r>
      <w:r w:rsidRPr="00D720A1">
        <w:rPr>
          <w:rFonts w:asciiTheme="majorHAnsi" w:hAnsiTheme="majorHAnsi" w:cstheme="majorHAnsi"/>
          <w:b/>
          <w:bCs/>
          <w:sz w:val="32"/>
        </w:rPr>
        <w:t>.</w:t>
      </w:r>
    </w:p>
    <w:p w14:paraId="717A24D5" w14:textId="77777777" w:rsidR="00D720A1" w:rsidRPr="00D720A1" w:rsidRDefault="00D720A1" w:rsidP="00B05D15">
      <w:pPr>
        <w:tabs>
          <w:tab w:val="num" w:pos="720"/>
        </w:tabs>
        <w:bidi/>
        <w:spacing w:line="360" w:lineRule="auto"/>
        <w:rPr>
          <w:rFonts w:asciiTheme="majorHAnsi" w:hAnsiTheme="majorHAnsi" w:cstheme="majorHAnsi"/>
          <w:b/>
          <w:bCs/>
          <w:sz w:val="32"/>
        </w:rPr>
      </w:pPr>
      <w:r w:rsidRPr="00D720A1">
        <w:rPr>
          <w:rFonts w:ascii="Times New Roman" w:hAnsi="Times New Roman" w:cs="Times New Roman" w:hint="cs"/>
          <w:b/>
          <w:bCs/>
          <w:sz w:val="32"/>
          <w:rtl/>
        </w:rPr>
        <w:t>يوجد</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أثر</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ذو</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دلالة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إحصائية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لتحليل</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البيانات</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وفهم</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سلوك</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العملاء</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في</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تحسين</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ملاءمة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العروض</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العقارية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لاحتياجاتهم</w:t>
      </w:r>
      <w:r w:rsidRPr="00D720A1">
        <w:rPr>
          <w:rFonts w:asciiTheme="majorHAnsi" w:hAnsiTheme="majorHAnsi" w:cstheme="majorHAnsi"/>
          <w:b/>
          <w:bCs/>
          <w:sz w:val="32"/>
        </w:rPr>
        <w:t>.</w:t>
      </w:r>
    </w:p>
    <w:p w14:paraId="75E3E7E7" w14:textId="77777777" w:rsidR="00D720A1" w:rsidRPr="00D720A1" w:rsidRDefault="00D720A1" w:rsidP="00B05D15">
      <w:pPr>
        <w:tabs>
          <w:tab w:val="num" w:pos="720"/>
        </w:tabs>
        <w:bidi/>
        <w:spacing w:line="360" w:lineRule="auto"/>
        <w:rPr>
          <w:rFonts w:asciiTheme="majorHAnsi" w:hAnsiTheme="majorHAnsi" w:cstheme="majorHAnsi"/>
          <w:b/>
          <w:bCs/>
          <w:sz w:val="32"/>
        </w:rPr>
      </w:pPr>
      <w:r w:rsidRPr="00D720A1">
        <w:rPr>
          <w:rFonts w:ascii="Times New Roman" w:hAnsi="Times New Roman" w:cs="Times New Roman" w:hint="cs"/>
          <w:b/>
          <w:bCs/>
          <w:sz w:val="32"/>
          <w:rtl/>
        </w:rPr>
        <w:t>يوجد</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أثر</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ذو</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دلالة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إحصائية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لأدوات</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العرض</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الرقمي،</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مثل</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الصور</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الاحترافية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والجولات</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الافتراضية،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على</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مستوى</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رضا</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العميل</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وجودة</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قراره</w:t>
      </w:r>
      <w:r w:rsidRPr="00D720A1">
        <w:rPr>
          <w:rFonts w:asciiTheme="majorHAnsi" w:hAnsiTheme="majorHAnsi" w:cstheme="majorHAnsi"/>
          <w:b/>
          <w:bCs/>
          <w:sz w:val="32"/>
          <w:rtl/>
        </w:rPr>
        <w:t xml:space="preserve"> </w:t>
      </w:r>
      <w:r w:rsidRPr="00D720A1">
        <w:rPr>
          <w:rFonts w:ascii="Times New Roman" w:hAnsi="Times New Roman" w:cs="Times New Roman" w:hint="cs"/>
          <w:b/>
          <w:bCs/>
          <w:sz w:val="32"/>
          <w:rtl/>
        </w:rPr>
        <w:t>العقاري</w:t>
      </w:r>
      <w:r w:rsidRPr="00D720A1">
        <w:rPr>
          <w:rFonts w:asciiTheme="majorHAnsi" w:hAnsiTheme="majorHAnsi" w:cstheme="majorHAnsi"/>
          <w:b/>
          <w:bCs/>
          <w:sz w:val="32"/>
        </w:rPr>
        <w:t>.</w:t>
      </w:r>
    </w:p>
    <w:p w14:paraId="7F4F5A03" w14:textId="77777777" w:rsidR="00104E32" w:rsidRPr="00B05D15" w:rsidRDefault="00104E32" w:rsidP="00B05D15">
      <w:pPr>
        <w:bidi/>
        <w:spacing w:line="360" w:lineRule="auto"/>
        <w:ind w:left="720"/>
        <w:rPr>
          <w:rFonts w:asciiTheme="majorHAnsi" w:hAnsiTheme="majorHAnsi" w:cstheme="majorHAnsi"/>
          <w:b/>
          <w:sz w:val="32"/>
          <w:rtl/>
        </w:rPr>
      </w:pPr>
    </w:p>
    <w:p w14:paraId="1F7EB7FA" w14:textId="77777777" w:rsidR="00104E32" w:rsidRPr="00B05D15" w:rsidRDefault="00104E32" w:rsidP="00B05D15">
      <w:pPr>
        <w:bidi/>
        <w:spacing w:line="360" w:lineRule="auto"/>
        <w:ind w:left="720"/>
        <w:rPr>
          <w:rFonts w:asciiTheme="majorHAnsi" w:hAnsiTheme="majorHAnsi" w:cstheme="majorHAnsi"/>
          <w:b/>
          <w:sz w:val="32"/>
          <w:rtl/>
        </w:rPr>
      </w:pPr>
    </w:p>
    <w:p w14:paraId="42146487" w14:textId="77777777" w:rsidR="00104E32" w:rsidRPr="00B05D15" w:rsidRDefault="00104E32" w:rsidP="00B05D15">
      <w:pPr>
        <w:bidi/>
        <w:spacing w:line="360" w:lineRule="auto"/>
        <w:ind w:left="720"/>
        <w:rPr>
          <w:rFonts w:asciiTheme="majorHAnsi" w:hAnsiTheme="majorHAnsi" w:cstheme="majorHAnsi"/>
          <w:b/>
          <w:sz w:val="32"/>
          <w:rtl/>
        </w:rPr>
      </w:pPr>
    </w:p>
    <w:p w14:paraId="6AB99B01" w14:textId="77777777" w:rsidR="00104E32" w:rsidRPr="00B05D15" w:rsidRDefault="00104E32" w:rsidP="00B05D15">
      <w:pPr>
        <w:bidi/>
        <w:spacing w:line="360" w:lineRule="auto"/>
        <w:ind w:left="720"/>
        <w:rPr>
          <w:rFonts w:asciiTheme="majorHAnsi" w:hAnsiTheme="majorHAnsi" w:cstheme="majorHAnsi"/>
          <w:b/>
          <w:sz w:val="32"/>
          <w:rtl/>
        </w:rPr>
      </w:pPr>
    </w:p>
    <w:p w14:paraId="58D702F2" w14:textId="77777777" w:rsidR="00104E32" w:rsidRPr="00B05D15" w:rsidRDefault="00104E32" w:rsidP="00B05D15">
      <w:pPr>
        <w:bidi/>
        <w:spacing w:line="360" w:lineRule="auto"/>
        <w:ind w:left="720"/>
        <w:rPr>
          <w:rFonts w:asciiTheme="majorHAnsi" w:hAnsiTheme="majorHAnsi" w:cstheme="majorHAnsi"/>
          <w:b/>
          <w:sz w:val="32"/>
          <w:rtl/>
        </w:rPr>
      </w:pPr>
    </w:p>
    <w:p w14:paraId="41325D71" w14:textId="77777777" w:rsidR="00104E32" w:rsidRPr="00B05D15" w:rsidRDefault="00104E32" w:rsidP="00B05D15">
      <w:pPr>
        <w:bidi/>
        <w:spacing w:line="360" w:lineRule="auto"/>
        <w:ind w:left="720"/>
        <w:rPr>
          <w:rFonts w:asciiTheme="majorHAnsi" w:hAnsiTheme="majorHAnsi" w:cstheme="majorHAnsi"/>
          <w:b/>
          <w:sz w:val="32"/>
          <w:rtl/>
        </w:rPr>
      </w:pPr>
    </w:p>
    <w:p w14:paraId="220FF312" w14:textId="77777777" w:rsidR="00104E32" w:rsidRPr="00B05D15" w:rsidRDefault="00104E32" w:rsidP="00B05D15">
      <w:pPr>
        <w:bidi/>
        <w:spacing w:line="360" w:lineRule="auto"/>
        <w:ind w:left="283"/>
        <w:rPr>
          <w:rFonts w:asciiTheme="majorHAnsi" w:hAnsiTheme="majorHAnsi" w:cstheme="majorHAnsi"/>
          <w:b/>
          <w:sz w:val="32"/>
          <w:rtl/>
        </w:rPr>
      </w:pPr>
    </w:p>
    <w:p w14:paraId="3A3B98C8" w14:textId="77777777" w:rsidR="00772D21" w:rsidRPr="00B05D15" w:rsidRDefault="00772D21" w:rsidP="00B05D15">
      <w:pPr>
        <w:bidi/>
        <w:spacing w:line="360" w:lineRule="auto"/>
        <w:ind w:left="283"/>
        <w:rPr>
          <w:rFonts w:asciiTheme="majorHAnsi" w:hAnsiTheme="majorHAnsi" w:cstheme="majorHAnsi"/>
          <w:b/>
          <w:sz w:val="32"/>
          <w:rtl/>
        </w:rPr>
      </w:pPr>
    </w:p>
    <w:p w14:paraId="0A2E0557" w14:textId="77777777" w:rsidR="009A2188" w:rsidRPr="00B05D15" w:rsidRDefault="009A2188" w:rsidP="00B05D15">
      <w:pPr>
        <w:bidi/>
        <w:spacing w:line="360" w:lineRule="auto"/>
        <w:ind w:left="283"/>
        <w:rPr>
          <w:rFonts w:asciiTheme="majorHAnsi" w:hAnsiTheme="majorHAnsi" w:cstheme="majorHAnsi"/>
          <w:b/>
          <w:sz w:val="32"/>
          <w:rtl/>
        </w:rPr>
      </w:pPr>
    </w:p>
    <w:p w14:paraId="5EF45EB4" w14:textId="77777777" w:rsidR="00772D21" w:rsidRPr="00B05D15" w:rsidRDefault="00772D21" w:rsidP="00B05D15">
      <w:pPr>
        <w:bidi/>
        <w:spacing w:line="360" w:lineRule="auto"/>
        <w:ind w:left="283"/>
        <w:rPr>
          <w:rFonts w:asciiTheme="majorHAnsi" w:hAnsiTheme="majorHAnsi" w:cstheme="majorHAnsi"/>
          <w:b/>
          <w:sz w:val="32"/>
        </w:rPr>
      </w:pPr>
    </w:p>
    <w:p w14:paraId="37300AFD" w14:textId="77777777" w:rsidR="00E96B54" w:rsidRDefault="00E96B54" w:rsidP="000B2CE1">
      <w:pPr>
        <w:spacing w:line="360" w:lineRule="auto"/>
        <w:ind w:left="283"/>
        <w:jc w:val="right"/>
        <w:rPr>
          <w:rFonts w:asciiTheme="majorHAnsi" w:hAnsiTheme="majorHAnsi" w:cstheme="majorHAnsi"/>
          <w:b/>
          <w:bCs/>
          <w:sz w:val="32"/>
          <w:rtl/>
        </w:rPr>
      </w:pPr>
    </w:p>
    <w:p w14:paraId="48A33D0A" w14:textId="77777777" w:rsidR="00E96B54" w:rsidRDefault="00E96B54" w:rsidP="000B2CE1">
      <w:pPr>
        <w:spacing w:line="360" w:lineRule="auto"/>
        <w:ind w:left="283"/>
        <w:jc w:val="right"/>
        <w:rPr>
          <w:rFonts w:asciiTheme="majorHAnsi" w:hAnsiTheme="majorHAnsi" w:cstheme="majorHAnsi"/>
          <w:b/>
          <w:bCs/>
          <w:sz w:val="32"/>
          <w:rtl/>
        </w:rPr>
      </w:pPr>
    </w:p>
    <w:p w14:paraId="22D2CA32" w14:textId="77777777" w:rsidR="00E96B54" w:rsidRDefault="00E96B54" w:rsidP="000B2CE1">
      <w:pPr>
        <w:spacing w:line="360" w:lineRule="auto"/>
        <w:ind w:left="283"/>
        <w:jc w:val="right"/>
        <w:rPr>
          <w:rFonts w:asciiTheme="majorHAnsi" w:hAnsiTheme="majorHAnsi" w:cstheme="majorHAnsi"/>
          <w:b/>
          <w:bCs/>
          <w:sz w:val="32"/>
          <w:rtl/>
        </w:rPr>
      </w:pPr>
    </w:p>
    <w:p w14:paraId="3FBCFBB8" w14:textId="39699701" w:rsidR="00772D21" w:rsidRPr="00B05D15" w:rsidRDefault="00772D21" w:rsidP="000B2CE1">
      <w:pPr>
        <w:spacing w:line="360" w:lineRule="auto"/>
        <w:ind w:left="283"/>
        <w:jc w:val="right"/>
        <w:rPr>
          <w:rFonts w:asciiTheme="majorHAnsi" w:hAnsiTheme="majorHAnsi" w:cstheme="majorHAnsi"/>
          <w:b/>
          <w:bCs/>
          <w:sz w:val="32"/>
        </w:rPr>
      </w:pPr>
      <w:r w:rsidRPr="00B05D15">
        <w:rPr>
          <w:rFonts w:asciiTheme="majorHAnsi" w:hAnsiTheme="majorHAnsi" w:cstheme="majorHAnsi"/>
          <w:b/>
          <w:bCs/>
          <w:sz w:val="32"/>
        </w:rPr>
        <w:t xml:space="preserve">1.7 </w:t>
      </w:r>
      <w:r w:rsidRPr="00B05D15">
        <w:rPr>
          <w:rFonts w:ascii="Times New Roman" w:hAnsi="Times New Roman" w:cs="Times New Roman" w:hint="cs"/>
          <w:b/>
          <w:bCs/>
          <w:sz w:val="32"/>
          <w:rtl/>
        </w:rPr>
        <w:t>نموذج</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الدراسة</w:t>
      </w:r>
    </w:p>
    <w:p w14:paraId="5011A0C7" w14:textId="77777777" w:rsidR="00772D21" w:rsidRPr="00B05D15" w:rsidRDefault="00772D21" w:rsidP="00B05D15">
      <w:pPr>
        <w:bidi/>
        <w:spacing w:line="360" w:lineRule="auto"/>
        <w:ind w:left="283"/>
        <w:rPr>
          <w:rFonts w:asciiTheme="majorHAnsi" w:hAnsiTheme="majorHAnsi" w:cstheme="majorHAnsi"/>
          <w:b/>
          <w:bCs/>
          <w:sz w:val="32"/>
          <w:rtl/>
        </w:rPr>
      </w:pPr>
      <w:r w:rsidRPr="00772D21">
        <w:rPr>
          <w:rFonts w:ascii="Times New Roman" w:hAnsi="Times New Roman" w:cs="Times New Roman" w:hint="cs"/>
          <w:b/>
          <w:bCs/>
          <w:sz w:val="32"/>
          <w:rtl/>
        </w:rPr>
        <w:t>استنادًا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إلى</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نتائج</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الزيارات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الميدانية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لمكاتب</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المسوقين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العقاريين،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والمقابلات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الشفهية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مع</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العملاء،</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إضافة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إلى</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الملاحظات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المباشرة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لواقع</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الممارسات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التسويقية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في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السوق</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السعودي،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تم</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بناء</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نموذج</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الدراسة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بهدف</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توضيح</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العلاقة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بين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أدوات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التسويق</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الرقمي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وتجربة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العميل،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وقياس</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طبيعة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تأثيرها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ضمن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بيئة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السوق</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المحلي</w:t>
      </w:r>
      <w:r w:rsidRPr="00772D21">
        <w:rPr>
          <w:rFonts w:asciiTheme="majorHAnsi" w:hAnsiTheme="majorHAnsi" w:cstheme="majorHAnsi"/>
          <w:b/>
          <w:bCs/>
          <w:sz w:val="32"/>
        </w:rPr>
        <w:t>.</w:t>
      </w:r>
    </w:p>
    <w:p w14:paraId="0AF442CE" w14:textId="77777777" w:rsidR="0043294A" w:rsidRPr="00B05D15" w:rsidRDefault="0043294A" w:rsidP="00B05D15">
      <w:pPr>
        <w:bidi/>
        <w:spacing w:line="360" w:lineRule="auto"/>
        <w:ind w:left="283"/>
        <w:rPr>
          <w:rFonts w:asciiTheme="majorHAnsi" w:hAnsiTheme="majorHAnsi" w:cstheme="majorHAnsi"/>
          <w:b/>
          <w:bCs/>
          <w:sz w:val="32"/>
          <w:rtl/>
        </w:rPr>
      </w:pPr>
    </w:p>
    <w:p w14:paraId="4F51D174" w14:textId="77777777" w:rsidR="00772D21" w:rsidRPr="00772D21" w:rsidRDefault="00772D21" w:rsidP="00B05D15">
      <w:pPr>
        <w:bidi/>
        <w:spacing w:line="360" w:lineRule="auto"/>
        <w:ind w:left="283"/>
        <w:rPr>
          <w:rFonts w:asciiTheme="majorHAnsi" w:hAnsiTheme="majorHAnsi" w:cstheme="majorHAnsi"/>
          <w:b/>
          <w:bCs/>
          <w:sz w:val="32"/>
        </w:rPr>
      </w:pPr>
      <w:r w:rsidRPr="00772D21">
        <w:rPr>
          <w:rFonts w:ascii="Times New Roman" w:hAnsi="Times New Roman" w:cs="Times New Roman" w:hint="cs"/>
          <w:b/>
          <w:bCs/>
          <w:sz w:val="32"/>
          <w:rtl/>
        </w:rPr>
        <w:t>ويتكون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نموذج</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الدراسة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متغيرين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رئيسين</w:t>
      </w:r>
      <w:r w:rsidRPr="00772D21">
        <w:rPr>
          <w:rFonts w:asciiTheme="majorHAnsi" w:hAnsiTheme="majorHAnsi" w:cstheme="majorHAnsi"/>
          <w:b/>
          <w:bCs/>
          <w:sz w:val="32"/>
        </w:rPr>
        <w:t>:</w:t>
      </w:r>
    </w:p>
    <w:p w14:paraId="10DD1CD8" w14:textId="156D6AC1" w:rsidR="00772D21" w:rsidRPr="00B05D15" w:rsidRDefault="00772D21" w:rsidP="00B05D15">
      <w:pPr>
        <w:pStyle w:val="ListParagraph"/>
        <w:numPr>
          <w:ilvl w:val="1"/>
          <w:numId w:val="10"/>
        </w:numPr>
        <w:bidi/>
        <w:spacing w:line="360" w:lineRule="auto"/>
        <w:rPr>
          <w:rFonts w:asciiTheme="majorHAnsi" w:hAnsiTheme="majorHAnsi" w:cstheme="majorHAnsi"/>
          <w:b/>
          <w:bCs/>
          <w:sz w:val="32"/>
        </w:rPr>
      </w:pPr>
      <w:r w:rsidRPr="00B05D15">
        <w:rPr>
          <w:rFonts w:ascii="Times New Roman" w:hAnsi="Times New Roman" w:cs="Times New Roman" w:hint="cs"/>
          <w:b/>
          <w:bCs/>
          <w:sz w:val="32"/>
          <w:rtl/>
        </w:rPr>
        <w:t>أولًا</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المتغير</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المستقل</w:t>
      </w:r>
    </w:p>
    <w:p w14:paraId="0DA84BCF" w14:textId="547B00D4" w:rsidR="00772D21" w:rsidRPr="00772D21" w:rsidRDefault="00772D21" w:rsidP="00B05D15">
      <w:pPr>
        <w:bidi/>
        <w:spacing w:line="360" w:lineRule="auto"/>
        <w:ind w:left="283"/>
        <w:rPr>
          <w:rFonts w:asciiTheme="majorHAnsi" w:hAnsiTheme="majorHAnsi" w:cstheme="majorHAnsi"/>
          <w:b/>
          <w:bCs/>
          <w:sz w:val="32"/>
        </w:rPr>
      </w:pPr>
      <w:r w:rsidRPr="00772D21">
        <w:rPr>
          <w:rFonts w:ascii="Times New Roman" w:hAnsi="Times New Roman" w:cs="Times New Roman" w:hint="cs"/>
          <w:b/>
          <w:bCs/>
          <w:sz w:val="32"/>
          <w:rtl/>
        </w:rPr>
        <w:t>التسويق</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الرقمي،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ويشمل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الأبعاد</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الآتية</w:t>
      </w:r>
      <w:r w:rsidRPr="00772D21">
        <w:rPr>
          <w:rFonts w:asciiTheme="majorHAnsi" w:hAnsiTheme="majorHAnsi" w:cstheme="majorHAnsi"/>
          <w:b/>
          <w:bCs/>
          <w:sz w:val="32"/>
        </w:rPr>
        <w:t>:</w:t>
      </w:r>
    </w:p>
    <w:p w14:paraId="0C7106AA" w14:textId="77777777" w:rsidR="00772D21" w:rsidRPr="00772D21" w:rsidRDefault="00772D21" w:rsidP="00B05D15">
      <w:pPr>
        <w:numPr>
          <w:ilvl w:val="0"/>
          <w:numId w:val="18"/>
        </w:numPr>
        <w:bidi/>
        <w:spacing w:line="360" w:lineRule="auto"/>
        <w:rPr>
          <w:rFonts w:asciiTheme="majorHAnsi" w:hAnsiTheme="majorHAnsi" w:cstheme="majorHAnsi"/>
          <w:b/>
          <w:bCs/>
          <w:sz w:val="32"/>
        </w:rPr>
      </w:pPr>
      <w:r w:rsidRPr="00772D21">
        <w:rPr>
          <w:rFonts w:ascii="Times New Roman" w:hAnsi="Times New Roman" w:cs="Times New Roman" w:hint="cs"/>
          <w:b/>
          <w:bCs/>
          <w:sz w:val="32"/>
          <w:rtl/>
        </w:rPr>
        <w:t>المنصات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الإلكترونية</w:t>
      </w:r>
    </w:p>
    <w:p w14:paraId="67195FA7" w14:textId="77777777" w:rsidR="00772D21" w:rsidRPr="00772D21" w:rsidRDefault="00772D21" w:rsidP="00B05D15">
      <w:pPr>
        <w:numPr>
          <w:ilvl w:val="0"/>
          <w:numId w:val="18"/>
        </w:numPr>
        <w:bidi/>
        <w:spacing w:line="360" w:lineRule="auto"/>
        <w:rPr>
          <w:rFonts w:asciiTheme="majorHAnsi" w:hAnsiTheme="majorHAnsi" w:cstheme="majorHAnsi"/>
          <w:b/>
          <w:bCs/>
          <w:sz w:val="32"/>
        </w:rPr>
      </w:pPr>
      <w:r w:rsidRPr="00772D21">
        <w:rPr>
          <w:rFonts w:ascii="Times New Roman" w:hAnsi="Times New Roman" w:cs="Times New Roman" w:hint="cs"/>
          <w:b/>
          <w:bCs/>
          <w:sz w:val="32"/>
          <w:rtl/>
        </w:rPr>
        <w:t>وسائل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التواصل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الاجتماعي</w:t>
      </w:r>
    </w:p>
    <w:p w14:paraId="537776D6" w14:textId="77777777" w:rsidR="00772D21" w:rsidRPr="00772D21" w:rsidRDefault="00772D21" w:rsidP="00B05D15">
      <w:pPr>
        <w:numPr>
          <w:ilvl w:val="0"/>
          <w:numId w:val="18"/>
        </w:numPr>
        <w:bidi/>
        <w:spacing w:line="360" w:lineRule="auto"/>
        <w:rPr>
          <w:rFonts w:asciiTheme="majorHAnsi" w:hAnsiTheme="majorHAnsi" w:cstheme="majorHAnsi"/>
          <w:b/>
          <w:bCs/>
          <w:sz w:val="32"/>
        </w:rPr>
      </w:pPr>
      <w:r w:rsidRPr="00772D21">
        <w:rPr>
          <w:rFonts w:ascii="Times New Roman" w:hAnsi="Times New Roman" w:cs="Times New Roman" w:hint="cs"/>
          <w:b/>
          <w:bCs/>
          <w:sz w:val="32"/>
          <w:rtl/>
        </w:rPr>
        <w:t>تحليل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البيانات</w:t>
      </w:r>
    </w:p>
    <w:p w14:paraId="2916E289" w14:textId="77777777" w:rsidR="00772D21" w:rsidRPr="00772D21" w:rsidRDefault="00772D21" w:rsidP="00B05D15">
      <w:pPr>
        <w:numPr>
          <w:ilvl w:val="0"/>
          <w:numId w:val="18"/>
        </w:numPr>
        <w:bidi/>
        <w:spacing w:line="360" w:lineRule="auto"/>
        <w:rPr>
          <w:rFonts w:asciiTheme="majorHAnsi" w:hAnsiTheme="majorHAnsi" w:cstheme="majorHAnsi"/>
          <w:b/>
          <w:bCs/>
          <w:sz w:val="32"/>
        </w:rPr>
      </w:pPr>
      <w:r w:rsidRPr="00772D21">
        <w:rPr>
          <w:rFonts w:ascii="Times New Roman" w:hAnsi="Times New Roman" w:cs="Times New Roman" w:hint="cs"/>
          <w:b/>
          <w:bCs/>
          <w:sz w:val="32"/>
          <w:rtl/>
        </w:rPr>
        <w:t>أدوات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العرض</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الرقمي</w:t>
      </w:r>
    </w:p>
    <w:p w14:paraId="6DFD5FBC" w14:textId="77777777" w:rsidR="00772D21" w:rsidRPr="00B05D15" w:rsidRDefault="00772D21" w:rsidP="00B05D15">
      <w:pPr>
        <w:bidi/>
        <w:spacing w:line="360" w:lineRule="auto"/>
        <w:ind w:left="283"/>
        <w:rPr>
          <w:rFonts w:asciiTheme="majorHAnsi" w:hAnsiTheme="majorHAnsi" w:cstheme="majorHAnsi"/>
          <w:b/>
          <w:bCs/>
          <w:sz w:val="32"/>
          <w:rtl/>
        </w:rPr>
      </w:pPr>
      <w:r w:rsidRPr="00772D21">
        <w:rPr>
          <w:rFonts w:ascii="Times New Roman" w:hAnsi="Times New Roman" w:cs="Times New Roman" w:hint="cs"/>
          <w:b/>
          <w:bCs/>
          <w:sz w:val="32"/>
          <w:rtl/>
        </w:rPr>
        <w:t>وتمثل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هذه</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الأبعاد</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أهم</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الأدوات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الرقمية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التي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يعتمد</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عليها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المسوقون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العقاريون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في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الترويج</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للعقارات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والتفاعل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مع</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العملاء،</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كما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تم</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رصدها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ميدانيًا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خلال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الزيارات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والمقابلات</w:t>
      </w:r>
      <w:r w:rsidRPr="00772D21">
        <w:rPr>
          <w:rFonts w:asciiTheme="majorHAnsi" w:hAnsiTheme="majorHAnsi" w:cstheme="majorHAnsi"/>
          <w:b/>
          <w:bCs/>
          <w:sz w:val="32"/>
        </w:rPr>
        <w:t>.</w:t>
      </w:r>
    </w:p>
    <w:p w14:paraId="372FFA87" w14:textId="77777777" w:rsidR="00772D21" w:rsidRPr="00B05D15" w:rsidRDefault="00772D21" w:rsidP="00B05D15">
      <w:pPr>
        <w:bidi/>
        <w:spacing w:line="360" w:lineRule="auto"/>
        <w:ind w:left="283"/>
        <w:rPr>
          <w:rFonts w:asciiTheme="majorHAnsi" w:hAnsiTheme="majorHAnsi" w:cstheme="majorHAnsi"/>
          <w:b/>
          <w:bCs/>
          <w:sz w:val="32"/>
        </w:rPr>
      </w:pPr>
    </w:p>
    <w:p w14:paraId="2320B807" w14:textId="77777777" w:rsidR="00772D21" w:rsidRPr="00B05D15" w:rsidRDefault="00772D21" w:rsidP="00B05D15">
      <w:pPr>
        <w:bidi/>
        <w:spacing w:line="360" w:lineRule="auto"/>
        <w:ind w:left="283"/>
        <w:rPr>
          <w:rFonts w:asciiTheme="majorHAnsi" w:hAnsiTheme="majorHAnsi" w:cstheme="majorHAnsi"/>
          <w:b/>
          <w:bCs/>
          <w:sz w:val="32"/>
          <w:rtl/>
        </w:rPr>
      </w:pPr>
    </w:p>
    <w:p w14:paraId="02A6B4DB" w14:textId="77777777" w:rsidR="00772D21" w:rsidRPr="00B05D15" w:rsidRDefault="00772D21" w:rsidP="00B05D15">
      <w:pPr>
        <w:bidi/>
        <w:spacing w:line="360" w:lineRule="auto"/>
        <w:ind w:left="283"/>
        <w:rPr>
          <w:rFonts w:asciiTheme="majorHAnsi" w:hAnsiTheme="majorHAnsi" w:cstheme="majorHAnsi"/>
          <w:b/>
          <w:bCs/>
          <w:sz w:val="32"/>
          <w:rtl/>
        </w:rPr>
      </w:pPr>
    </w:p>
    <w:p w14:paraId="31A69E3A" w14:textId="77777777" w:rsidR="00772D21" w:rsidRPr="00B05D15" w:rsidRDefault="00772D21" w:rsidP="00B05D15">
      <w:pPr>
        <w:bidi/>
        <w:spacing w:line="360" w:lineRule="auto"/>
        <w:ind w:left="283"/>
        <w:rPr>
          <w:rFonts w:asciiTheme="majorHAnsi" w:hAnsiTheme="majorHAnsi" w:cstheme="majorHAnsi"/>
          <w:b/>
          <w:bCs/>
          <w:sz w:val="32"/>
          <w:rtl/>
        </w:rPr>
      </w:pPr>
    </w:p>
    <w:p w14:paraId="043934DB" w14:textId="77777777" w:rsidR="00772D21" w:rsidRPr="00B05D15" w:rsidRDefault="00772D21" w:rsidP="00B05D15">
      <w:pPr>
        <w:bidi/>
        <w:spacing w:line="360" w:lineRule="auto"/>
        <w:ind w:left="283"/>
        <w:rPr>
          <w:rFonts w:asciiTheme="majorHAnsi" w:hAnsiTheme="majorHAnsi" w:cstheme="majorHAnsi"/>
          <w:b/>
          <w:bCs/>
          <w:sz w:val="32"/>
          <w:rtl/>
        </w:rPr>
      </w:pPr>
    </w:p>
    <w:p w14:paraId="15164AC5" w14:textId="77777777" w:rsidR="00772D21" w:rsidRPr="00B05D15" w:rsidRDefault="00772D21" w:rsidP="00B05D15">
      <w:pPr>
        <w:bidi/>
        <w:spacing w:line="360" w:lineRule="auto"/>
        <w:ind w:left="283"/>
        <w:rPr>
          <w:rFonts w:asciiTheme="majorHAnsi" w:hAnsiTheme="majorHAnsi" w:cstheme="majorHAnsi"/>
          <w:b/>
          <w:bCs/>
          <w:sz w:val="32"/>
          <w:rtl/>
        </w:rPr>
      </w:pPr>
    </w:p>
    <w:p w14:paraId="7AF6D8E2" w14:textId="77777777" w:rsidR="00772D21" w:rsidRPr="00B05D15" w:rsidRDefault="00772D21" w:rsidP="00B05D15">
      <w:pPr>
        <w:bidi/>
        <w:spacing w:line="360" w:lineRule="auto"/>
        <w:ind w:left="283"/>
        <w:rPr>
          <w:rFonts w:asciiTheme="majorHAnsi" w:hAnsiTheme="majorHAnsi" w:cstheme="majorHAnsi"/>
          <w:b/>
          <w:bCs/>
          <w:sz w:val="32"/>
          <w:rtl/>
        </w:rPr>
      </w:pPr>
    </w:p>
    <w:p w14:paraId="6463BC67" w14:textId="77777777" w:rsidR="009A2188" w:rsidRDefault="009A2188" w:rsidP="00B05D15">
      <w:pPr>
        <w:bidi/>
        <w:spacing w:line="360" w:lineRule="auto"/>
        <w:ind w:left="283"/>
        <w:rPr>
          <w:rFonts w:asciiTheme="majorHAnsi" w:hAnsiTheme="majorHAnsi" w:cstheme="majorHAnsi"/>
          <w:b/>
          <w:bCs/>
          <w:sz w:val="32"/>
          <w:rtl/>
        </w:rPr>
      </w:pPr>
    </w:p>
    <w:p w14:paraId="03B435B5" w14:textId="77777777" w:rsidR="000B2CE1" w:rsidRDefault="000B2CE1" w:rsidP="000B2CE1">
      <w:pPr>
        <w:bidi/>
        <w:spacing w:line="360" w:lineRule="auto"/>
        <w:ind w:left="283"/>
        <w:rPr>
          <w:rFonts w:asciiTheme="majorHAnsi" w:hAnsiTheme="majorHAnsi" w:cstheme="majorHAnsi"/>
          <w:b/>
          <w:bCs/>
          <w:sz w:val="32"/>
          <w:rtl/>
        </w:rPr>
      </w:pPr>
    </w:p>
    <w:p w14:paraId="61EE7862" w14:textId="77777777" w:rsidR="009A2188" w:rsidRPr="00B05D15" w:rsidRDefault="009A2188" w:rsidP="00B05D15">
      <w:pPr>
        <w:bidi/>
        <w:spacing w:line="360" w:lineRule="auto"/>
        <w:ind w:left="283"/>
        <w:rPr>
          <w:rFonts w:asciiTheme="majorHAnsi" w:hAnsiTheme="majorHAnsi" w:cstheme="majorHAnsi"/>
          <w:b/>
          <w:bCs/>
          <w:sz w:val="32"/>
          <w:rtl/>
        </w:rPr>
      </w:pPr>
    </w:p>
    <w:p w14:paraId="3BCBBCD4" w14:textId="32F61620" w:rsidR="00772D21" w:rsidRPr="00B05D15" w:rsidRDefault="00772D21" w:rsidP="00B05D15">
      <w:pPr>
        <w:pStyle w:val="ListParagraph"/>
        <w:numPr>
          <w:ilvl w:val="1"/>
          <w:numId w:val="10"/>
        </w:numPr>
        <w:bidi/>
        <w:spacing w:line="360" w:lineRule="auto"/>
        <w:rPr>
          <w:rFonts w:asciiTheme="majorHAnsi" w:hAnsiTheme="majorHAnsi" w:cstheme="majorHAnsi"/>
          <w:b/>
          <w:bCs/>
          <w:sz w:val="32"/>
        </w:rPr>
      </w:pPr>
      <w:r w:rsidRPr="00B05D15">
        <w:rPr>
          <w:rFonts w:ascii="Times New Roman" w:hAnsi="Times New Roman" w:cs="Times New Roman" w:hint="cs"/>
          <w:b/>
          <w:bCs/>
          <w:sz w:val="32"/>
          <w:rtl/>
        </w:rPr>
        <w:t>ثانيًا</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المتغير</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التابع</w:t>
      </w:r>
    </w:p>
    <w:p w14:paraId="1217E730" w14:textId="77777777" w:rsidR="00772D21" w:rsidRPr="00772D21" w:rsidRDefault="00772D21" w:rsidP="00B05D15">
      <w:pPr>
        <w:bidi/>
        <w:spacing w:line="360" w:lineRule="auto"/>
        <w:ind w:left="283"/>
        <w:rPr>
          <w:rFonts w:asciiTheme="majorHAnsi" w:hAnsiTheme="majorHAnsi" w:cstheme="majorHAnsi"/>
          <w:b/>
          <w:bCs/>
          <w:sz w:val="32"/>
        </w:rPr>
      </w:pPr>
      <w:r w:rsidRPr="00772D21">
        <w:rPr>
          <w:rFonts w:ascii="Times New Roman" w:hAnsi="Times New Roman" w:cs="Times New Roman" w:hint="cs"/>
          <w:b/>
          <w:bCs/>
          <w:sz w:val="32"/>
          <w:rtl/>
        </w:rPr>
        <w:t>تجربة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العميل،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وتقاس</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خلال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المؤشرات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الآتية</w:t>
      </w:r>
      <w:r w:rsidRPr="00772D21">
        <w:rPr>
          <w:rFonts w:asciiTheme="majorHAnsi" w:hAnsiTheme="majorHAnsi" w:cstheme="majorHAnsi"/>
          <w:b/>
          <w:bCs/>
          <w:sz w:val="32"/>
        </w:rPr>
        <w:t>:</w:t>
      </w:r>
    </w:p>
    <w:p w14:paraId="3A0CCB91" w14:textId="77777777" w:rsidR="00772D21" w:rsidRPr="00772D21" w:rsidRDefault="00772D21" w:rsidP="00B05D15">
      <w:pPr>
        <w:numPr>
          <w:ilvl w:val="0"/>
          <w:numId w:val="19"/>
        </w:numPr>
        <w:bidi/>
        <w:spacing w:line="360" w:lineRule="auto"/>
        <w:rPr>
          <w:rFonts w:asciiTheme="majorHAnsi" w:hAnsiTheme="majorHAnsi" w:cstheme="majorHAnsi"/>
          <w:b/>
          <w:bCs/>
          <w:sz w:val="32"/>
        </w:rPr>
      </w:pPr>
      <w:r w:rsidRPr="00772D21">
        <w:rPr>
          <w:rFonts w:ascii="Times New Roman" w:hAnsi="Times New Roman" w:cs="Times New Roman" w:hint="cs"/>
          <w:b/>
          <w:bCs/>
          <w:sz w:val="32"/>
          <w:rtl/>
        </w:rPr>
        <w:t>مستوى</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رضا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العميل</w:t>
      </w:r>
    </w:p>
    <w:p w14:paraId="17EA5D2F" w14:textId="77777777" w:rsidR="00772D21" w:rsidRPr="00772D21" w:rsidRDefault="00772D21" w:rsidP="00B05D15">
      <w:pPr>
        <w:numPr>
          <w:ilvl w:val="0"/>
          <w:numId w:val="19"/>
        </w:numPr>
        <w:bidi/>
        <w:spacing w:line="360" w:lineRule="auto"/>
        <w:rPr>
          <w:rFonts w:asciiTheme="majorHAnsi" w:hAnsiTheme="majorHAnsi" w:cstheme="majorHAnsi"/>
          <w:b/>
          <w:bCs/>
          <w:sz w:val="32"/>
        </w:rPr>
      </w:pPr>
      <w:r w:rsidRPr="00772D21">
        <w:rPr>
          <w:rFonts w:ascii="Times New Roman" w:hAnsi="Times New Roman" w:cs="Times New Roman" w:hint="cs"/>
          <w:b/>
          <w:bCs/>
          <w:sz w:val="32"/>
          <w:rtl/>
        </w:rPr>
        <w:t>سهولة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الوصول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إلى</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المعلومات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العقارية</w:t>
      </w:r>
    </w:p>
    <w:p w14:paraId="15058FF2" w14:textId="77777777" w:rsidR="00772D21" w:rsidRPr="00772D21" w:rsidRDefault="00772D21" w:rsidP="00B05D15">
      <w:pPr>
        <w:numPr>
          <w:ilvl w:val="0"/>
          <w:numId w:val="19"/>
        </w:numPr>
        <w:bidi/>
        <w:spacing w:line="360" w:lineRule="auto"/>
        <w:rPr>
          <w:rFonts w:asciiTheme="majorHAnsi" w:hAnsiTheme="majorHAnsi" w:cstheme="majorHAnsi"/>
          <w:b/>
          <w:bCs/>
          <w:sz w:val="32"/>
        </w:rPr>
      </w:pPr>
      <w:r w:rsidRPr="00772D21">
        <w:rPr>
          <w:rFonts w:ascii="Times New Roman" w:hAnsi="Times New Roman" w:cs="Times New Roman" w:hint="cs"/>
          <w:b/>
          <w:bCs/>
          <w:sz w:val="32"/>
          <w:rtl/>
        </w:rPr>
        <w:t>سرعة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اتخاذ</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القرار</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w:t>
      </w:r>
    </w:p>
    <w:p w14:paraId="116FEF6A" w14:textId="77777777" w:rsidR="00772D21" w:rsidRPr="00772D21" w:rsidRDefault="00772D21" w:rsidP="00B05D15">
      <w:pPr>
        <w:bidi/>
        <w:spacing w:line="360" w:lineRule="auto"/>
        <w:ind w:left="283"/>
        <w:rPr>
          <w:rFonts w:asciiTheme="majorHAnsi" w:hAnsiTheme="majorHAnsi" w:cstheme="majorHAnsi"/>
          <w:b/>
          <w:bCs/>
          <w:sz w:val="32"/>
        </w:rPr>
      </w:pPr>
      <w:r w:rsidRPr="00772D21">
        <w:rPr>
          <w:rFonts w:ascii="Times New Roman" w:hAnsi="Times New Roman" w:cs="Times New Roman" w:hint="cs"/>
          <w:b/>
          <w:bCs/>
          <w:sz w:val="32"/>
          <w:rtl/>
        </w:rPr>
        <w:t>وتعكس</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هذه</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المؤشرات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مدى</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تأثير</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استخدام</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أدوات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التسويق</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الرقمي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على</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تجربة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العميل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أثناء</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رحلة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البحث</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والتفاعل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مع</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الخدمات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العقارية</w:t>
      </w:r>
      <w:r w:rsidRPr="00772D21">
        <w:rPr>
          <w:rFonts w:asciiTheme="majorHAnsi" w:hAnsiTheme="majorHAnsi" w:cstheme="majorHAnsi"/>
          <w:b/>
          <w:bCs/>
          <w:sz w:val="32"/>
        </w:rPr>
        <w:t>.</w:t>
      </w:r>
    </w:p>
    <w:p w14:paraId="0BDBD84C" w14:textId="06FC7A4D" w:rsidR="00772D21" w:rsidRPr="00B05D15" w:rsidRDefault="00772D21" w:rsidP="00B05D15">
      <w:pPr>
        <w:pStyle w:val="ListParagraph"/>
        <w:numPr>
          <w:ilvl w:val="1"/>
          <w:numId w:val="10"/>
        </w:numPr>
        <w:bidi/>
        <w:spacing w:line="360" w:lineRule="auto"/>
        <w:rPr>
          <w:rFonts w:asciiTheme="majorHAnsi" w:hAnsiTheme="majorHAnsi" w:cstheme="majorHAnsi"/>
          <w:b/>
          <w:bCs/>
          <w:sz w:val="32"/>
        </w:rPr>
      </w:pPr>
      <w:r w:rsidRPr="00B05D15">
        <w:rPr>
          <w:rFonts w:ascii="Times New Roman" w:hAnsi="Times New Roman" w:cs="Times New Roman" w:hint="cs"/>
          <w:b/>
          <w:bCs/>
          <w:sz w:val="32"/>
          <w:rtl/>
        </w:rPr>
        <w:t>العلاقة</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بين</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متغيرات</w:t>
      </w:r>
      <w:r w:rsidRPr="00B05D15">
        <w:rPr>
          <w:rFonts w:asciiTheme="majorHAnsi" w:hAnsiTheme="majorHAnsi" w:cstheme="majorHAnsi"/>
          <w:b/>
          <w:bCs/>
          <w:sz w:val="32"/>
          <w:rtl/>
        </w:rPr>
        <w:t xml:space="preserve"> </w:t>
      </w:r>
      <w:r w:rsidRPr="00B05D15">
        <w:rPr>
          <w:rFonts w:ascii="Times New Roman" w:hAnsi="Times New Roman" w:cs="Times New Roman" w:hint="cs"/>
          <w:b/>
          <w:bCs/>
          <w:sz w:val="32"/>
          <w:rtl/>
        </w:rPr>
        <w:t>الدراسة</w:t>
      </w:r>
    </w:p>
    <w:p w14:paraId="0C0582BA" w14:textId="77777777" w:rsidR="00772D21" w:rsidRPr="00772D21" w:rsidRDefault="00772D21" w:rsidP="00B05D15">
      <w:pPr>
        <w:bidi/>
        <w:spacing w:line="360" w:lineRule="auto"/>
        <w:ind w:left="283"/>
        <w:rPr>
          <w:rFonts w:asciiTheme="majorHAnsi" w:hAnsiTheme="majorHAnsi" w:cstheme="majorHAnsi"/>
          <w:b/>
          <w:bCs/>
          <w:sz w:val="32"/>
        </w:rPr>
      </w:pPr>
      <w:r w:rsidRPr="00772D21">
        <w:rPr>
          <w:rFonts w:ascii="Times New Roman" w:hAnsi="Times New Roman" w:cs="Times New Roman" w:hint="cs"/>
          <w:b/>
          <w:bCs/>
          <w:sz w:val="32"/>
          <w:rtl/>
        </w:rPr>
        <w:t>يفترض</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نموذج</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الدراسة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وجود</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علاقة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تأثير</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مباشرة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بين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أبعاد</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التسويق</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الرقمي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باعتبارها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متغيرًا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مستقلًا،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وتجربة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العميل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باعتبارها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متغيرًا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تابعًا،</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حيث</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تسعى</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الدراسة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إلى</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قياس</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مدى</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مساهمة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الأدوات</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الرقمية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في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تحسين</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جودة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تجربة</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العميل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داخل</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السوق</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العقاري</w:t>
      </w:r>
      <w:r w:rsidRPr="00772D21">
        <w:rPr>
          <w:rFonts w:asciiTheme="majorHAnsi" w:hAnsiTheme="majorHAnsi" w:cstheme="majorHAnsi"/>
          <w:b/>
          <w:bCs/>
          <w:sz w:val="32"/>
          <w:rtl/>
        </w:rPr>
        <w:t xml:space="preserve"> </w:t>
      </w:r>
      <w:r w:rsidRPr="00772D21">
        <w:rPr>
          <w:rFonts w:ascii="Times New Roman" w:hAnsi="Times New Roman" w:cs="Times New Roman" w:hint="cs"/>
          <w:b/>
          <w:bCs/>
          <w:sz w:val="32"/>
          <w:rtl/>
        </w:rPr>
        <w:t>السعودي</w:t>
      </w:r>
      <w:r w:rsidRPr="00772D21">
        <w:rPr>
          <w:rFonts w:asciiTheme="majorHAnsi" w:hAnsiTheme="majorHAnsi" w:cstheme="majorHAnsi"/>
          <w:b/>
          <w:bCs/>
          <w:sz w:val="32"/>
        </w:rPr>
        <w:t>.</w:t>
      </w:r>
    </w:p>
    <w:p w14:paraId="7B88E6C4" w14:textId="77777777" w:rsidR="00772D21" w:rsidRPr="00B05D15" w:rsidRDefault="00772D21" w:rsidP="00B05D15">
      <w:pPr>
        <w:bidi/>
        <w:spacing w:line="360" w:lineRule="auto"/>
        <w:ind w:left="283"/>
        <w:rPr>
          <w:rFonts w:asciiTheme="majorHAnsi" w:hAnsiTheme="majorHAnsi" w:cstheme="majorHAnsi"/>
          <w:b/>
          <w:bCs/>
          <w:sz w:val="32"/>
          <w:rtl/>
        </w:rPr>
      </w:pPr>
    </w:p>
    <w:p w14:paraId="679CCE4A" w14:textId="77777777" w:rsidR="009A2188" w:rsidRPr="00B05D15" w:rsidRDefault="009A2188" w:rsidP="00B05D15">
      <w:pPr>
        <w:bidi/>
        <w:spacing w:line="360" w:lineRule="auto"/>
        <w:ind w:left="283"/>
        <w:rPr>
          <w:rFonts w:asciiTheme="majorHAnsi" w:hAnsiTheme="majorHAnsi" w:cstheme="majorHAnsi"/>
          <w:b/>
          <w:bCs/>
          <w:sz w:val="32"/>
          <w:rtl/>
        </w:rPr>
      </w:pPr>
    </w:p>
    <w:p w14:paraId="50EAD62A" w14:textId="77777777" w:rsidR="009A2188" w:rsidRPr="00B05D15" w:rsidRDefault="009A2188" w:rsidP="00B05D15">
      <w:pPr>
        <w:bidi/>
        <w:spacing w:line="360" w:lineRule="auto"/>
        <w:ind w:left="283"/>
        <w:rPr>
          <w:rFonts w:asciiTheme="majorHAnsi" w:hAnsiTheme="majorHAnsi" w:cstheme="majorHAnsi"/>
          <w:b/>
          <w:bCs/>
          <w:sz w:val="32"/>
          <w:rtl/>
        </w:rPr>
      </w:pPr>
    </w:p>
    <w:p w14:paraId="59593978" w14:textId="77777777" w:rsidR="009A2188" w:rsidRPr="00B05D15" w:rsidRDefault="009A2188" w:rsidP="00B05D15">
      <w:pPr>
        <w:bidi/>
        <w:spacing w:line="360" w:lineRule="auto"/>
        <w:ind w:left="283"/>
        <w:rPr>
          <w:rFonts w:asciiTheme="majorHAnsi" w:hAnsiTheme="majorHAnsi" w:cstheme="majorHAnsi"/>
          <w:b/>
          <w:bCs/>
          <w:sz w:val="32"/>
          <w:rtl/>
        </w:rPr>
      </w:pPr>
    </w:p>
    <w:p w14:paraId="1A1F4750" w14:textId="77777777" w:rsidR="009A2188" w:rsidRPr="00B05D15" w:rsidRDefault="009A2188" w:rsidP="00B05D15">
      <w:pPr>
        <w:bidi/>
        <w:spacing w:line="360" w:lineRule="auto"/>
        <w:ind w:left="283"/>
        <w:rPr>
          <w:rFonts w:asciiTheme="majorHAnsi" w:hAnsiTheme="majorHAnsi" w:cstheme="majorHAnsi"/>
          <w:b/>
          <w:bCs/>
          <w:sz w:val="32"/>
          <w:rtl/>
        </w:rPr>
      </w:pPr>
    </w:p>
    <w:p w14:paraId="3166C0F8" w14:textId="77777777" w:rsidR="009A2188" w:rsidRPr="00B05D15" w:rsidRDefault="009A2188" w:rsidP="00B05D15">
      <w:pPr>
        <w:bidi/>
        <w:spacing w:line="360" w:lineRule="auto"/>
        <w:ind w:left="283"/>
        <w:rPr>
          <w:rFonts w:asciiTheme="majorHAnsi" w:hAnsiTheme="majorHAnsi" w:cstheme="majorHAnsi"/>
          <w:b/>
          <w:bCs/>
          <w:sz w:val="32"/>
          <w:rtl/>
        </w:rPr>
      </w:pPr>
    </w:p>
    <w:p w14:paraId="4B51FAFE" w14:textId="77777777" w:rsidR="009A2188" w:rsidRPr="00B05D15" w:rsidRDefault="009A2188" w:rsidP="00B05D15">
      <w:pPr>
        <w:bidi/>
        <w:spacing w:line="360" w:lineRule="auto"/>
        <w:ind w:left="283"/>
        <w:rPr>
          <w:rFonts w:asciiTheme="majorHAnsi" w:hAnsiTheme="majorHAnsi" w:cstheme="majorHAnsi"/>
          <w:b/>
          <w:bCs/>
          <w:sz w:val="32"/>
          <w:rtl/>
        </w:rPr>
      </w:pPr>
    </w:p>
    <w:p w14:paraId="3924A2C1" w14:textId="77777777" w:rsidR="009A2188" w:rsidRPr="00B05D15" w:rsidRDefault="009A2188" w:rsidP="00B05D15">
      <w:pPr>
        <w:bidi/>
        <w:spacing w:line="360" w:lineRule="auto"/>
        <w:ind w:left="283"/>
        <w:rPr>
          <w:rFonts w:asciiTheme="majorHAnsi" w:hAnsiTheme="majorHAnsi" w:cstheme="majorHAnsi"/>
          <w:b/>
          <w:bCs/>
          <w:sz w:val="32"/>
          <w:rtl/>
        </w:rPr>
      </w:pPr>
    </w:p>
    <w:p w14:paraId="70922C7F" w14:textId="77777777" w:rsidR="009A2188" w:rsidRPr="00B05D15" w:rsidRDefault="009A2188" w:rsidP="00B05D15">
      <w:pPr>
        <w:bidi/>
        <w:spacing w:line="360" w:lineRule="auto"/>
        <w:ind w:left="283"/>
        <w:rPr>
          <w:rFonts w:asciiTheme="majorHAnsi" w:hAnsiTheme="majorHAnsi" w:cstheme="majorHAnsi"/>
          <w:b/>
          <w:bCs/>
          <w:sz w:val="32"/>
          <w:rtl/>
        </w:rPr>
      </w:pPr>
    </w:p>
    <w:p w14:paraId="55840E14" w14:textId="77777777" w:rsidR="009A2188" w:rsidRPr="00B05D15" w:rsidRDefault="009A2188" w:rsidP="00B05D15">
      <w:pPr>
        <w:bidi/>
        <w:spacing w:line="360" w:lineRule="auto"/>
        <w:ind w:left="283"/>
        <w:rPr>
          <w:rFonts w:asciiTheme="majorHAnsi" w:hAnsiTheme="majorHAnsi" w:cstheme="majorHAnsi"/>
          <w:b/>
          <w:bCs/>
          <w:sz w:val="32"/>
          <w:rtl/>
        </w:rPr>
      </w:pPr>
    </w:p>
    <w:p w14:paraId="5DF6DD06" w14:textId="77777777" w:rsidR="009A2188" w:rsidRPr="00B05D15" w:rsidRDefault="009A2188" w:rsidP="00B05D15">
      <w:pPr>
        <w:bidi/>
        <w:spacing w:line="360" w:lineRule="auto"/>
        <w:ind w:left="283"/>
        <w:rPr>
          <w:rFonts w:asciiTheme="majorHAnsi" w:hAnsiTheme="majorHAnsi" w:cstheme="majorHAnsi"/>
          <w:b/>
          <w:bCs/>
          <w:sz w:val="32"/>
          <w:rtl/>
        </w:rPr>
      </w:pPr>
    </w:p>
    <w:p w14:paraId="66E19B75" w14:textId="77777777" w:rsidR="009A2188" w:rsidRDefault="009A2188" w:rsidP="00B05D15">
      <w:pPr>
        <w:bidi/>
        <w:spacing w:line="360" w:lineRule="auto"/>
        <w:ind w:left="283"/>
        <w:rPr>
          <w:rFonts w:asciiTheme="majorHAnsi" w:hAnsiTheme="majorHAnsi" w:cstheme="majorHAnsi"/>
          <w:b/>
          <w:bCs/>
          <w:sz w:val="32"/>
          <w:rtl/>
        </w:rPr>
      </w:pPr>
    </w:p>
    <w:p w14:paraId="589316F0" w14:textId="77777777" w:rsidR="000B2CE1" w:rsidRDefault="000B2CE1" w:rsidP="000B2CE1">
      <w:pPr>
        <w:bidi/>
        <w:spacing w:line="360" w:lineRule="auto"/>
        <w:ind w:left="283"/>
        <w:rPr>
          <w:rFonts w:asciiTheme="majorHAnsi" w:hAnsiTheme="majorHAnsi" w:cstheme="majorHAnsi"/>
          <w:b/>
          <w:bCs/>
          <w:sz w:val="32"/>
          <w:rtl/>
        </w:rPr>
      </w:pPr>
    </w:p>
    <w:p w14:paraId="49E895ED" w14:textId="77777777" w:rsidR="000B2CE1" w:rsidRDefault="000B2CE1" w:rsidP="000B2CE1">
      <w:pPr>
        <w:bidi/>
        <w:spacing w:line="360" w:lineRule="auto"/>
        <w:ind w:left="283"/>
        <w:rPr>
          <w:rFonts w:asciiTheme="majorHAnsi" w:hAnsiTheme="majorHAnsi" w:cstheme="majorHAnsi"/>
          <w:b/>
          <w:bCs/>
          <w:sz w:val="32"/>
          <w:rtl/>
        </w:rPr>
      </w:pPr>
    </w:p>
    <w:p w14:paraId="1408D986" w14:textId="77777777" w:rsidR="000B2CE1" w:rsidRPr="00B05D15" w:rsidRDefault="000B2CE1" w:rsidP="000B2CE1">
      <w:pPr>
        <w:bidi/>
        <w:spacing w:line="360" w:lineRule="auto"/>
        <w:ind w:left="283"/>
        <w:rPr>
          <w:rFonts w:asciiTheme="majorHAnsi" w:hAnsiTheme="majorHAnsi" w:cstheme="majorHAnsi"/>
          <w:b/>
          <w:bCs/>
          <w:sz w:val="32"/>
          <w:rtl/>
        </w:rPr>
      </w:pPr>
    </w:p>
    <w:p w14:paraId="64747B9A" w14:textId="77777777" w:rsidR="009A2188" w:rsidRPr="007F0450" w:rsidRDefault="009A2188" w:rsidP="000B2CE1">
      <w:pPr>
        <w:spacing w:line="360" w:lineRule="auto"/>
        <w:ind w:left="283"/>
        <w:jc w:val="right"/>
        <w:rPr>
          <w:rFonts w:asciiTheme="majorHAnsi" w:hAnsiTheme="majorHAnsi" w:cstheme="majorHAnsi"/>
          <w:b/>
          <w:bCs/>
          <w:sz w:val="32"/>
        </w:rPr>
      </w:pPr>
      <w:r w:rsidRPr="007F0450">
        <w:rPr>
          <w:rFonts w:asciiTheme="majorHAnsi" w:hAnsiTheme="majorHAnsi" w:cstheme="majorHAnsi"/>
          <w:b/>
          <w:bCs/>
          <w:sz w:val="32"/>
        </w:rPr>
        <w:t xml:space="preserve">1.8 </w:t>
      </w:r>
      <w:r w:rsidRPr="007F0450">
        <w:rPr>
          <w:rFonts w:ascii="Times New Roman" w:hAnsi="Times New Roman" w:cs="Times New Roman" w:hint="cs"/>
          <w:b/>
          <w:bCs/>
          <w:sz w:val="32"/>
          <w:rtl/>
        </w:rPr>
        <w:t>حدود</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الدراسة</w:t>
      </w:r>
    </w:p>
    <w:p w14:paraId="63B69CEF" w14:textId="77777777" w:rsidR="009A2188" w:rsidRPr="007F0450" w:rsidRDefault="009A2188" w:rsidP="00B05D15">
      <w:pPr>
        <w:numPr>
          <w:ilvl w:val="0"/>
          <w:numId w:val="14"/>
        </w:numPr>
        <w:bidi/>
        <w:spacing w:line="360" w:lineRule="auto"/>
        <w:rPr>
          <w:rFonts w:asciiTheme="majorHAnsi" w:hAnsiTheme="majorHAnsi" w:cstheme="majorHAnsi"/>
          <w:b/>
          <w:sz w:val="32"/>
        </w:rPr>
      </w:pPr>
      <w:r w:rsidRPr="007F0450">
        <w:rPr>
          <w:rFonts w:ascii="Times New Roman" w:hAnsi="Times New Roman" w:cs="Times New Roman" w:hint="cs"/>
          <w:b/>
          <w:sz w:val="32"/>
          <w:rtl/>
        </w:rPr>
        <w:t>الحدود</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المكانية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السوق</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العقاري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السعودي</w:t>
      </w:r>
      <w:r w:rsidRPr="007F0450">
        <w:rPr>
          <w:rFonts w:asciiTheme="majorHAnsi" w:hAnsiTheme="majorHAnsi" w:cstheme="majorHAnsi"/>
          <w:b/>
          <w:sz w:val="32"/>
        </w:rPr>
        <w:t>.</w:t>
      </w:r>
    </w:p>
    <w:p w14:paraId="6FAF5C6E" w14:textId="77777777" w:rsidR="009A2188" w:rsidRPr="007F0450" w:rsidRDefault="009A2188" w:rsidP="00B05D15">
      <w:pPr>
        <w:numPr>
          <w:ilvl w:val="0"/>
          <w:numId w:val="14"/>
        </w:numPr>
        <w:bidi/>
        <w:spacing w:line="360" w:lineRule="auto"/>
        <w:rPr>
          <w:rFonts w:asciiTheme="majorHAnsi" w:hAnsiTheme="majorHAnsi" w:cstheme="majorHAnsi"/>
          <w:b/>
          <w:sz w:val="32"/>
        </w:rPr>
      </w:pPr>
      <w:r w:rsidRPr="007F0450">
        <w:rPr>
          <w:rFonts w:ascii="Times New Roman" w:hAnsi="Times New Roman" w:cs="Times New Roman" w:hint="cs"/>
          <w:b/>
          <w:sz w:val="32"/>
          <w:rtl/>
        </w:rPr>
        <w:t>الحدود</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البشرية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مسوقون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عقاريون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وعملاء</w:t>
      </w:r>
      <w:r w:rsidRPr="007F0450">
        <w:rPr>
          <w:rFonts w:asciiTheme="majorHAnsi" w:hAnsiTheme="majorHAnsi" w:cstheme="majorHAnsi"/>
          <w:b/>
          <w:sz w:val="32"/>
        </w:rPr>
        <w:t>.</w:t>
      </w:r>
    </w:p>
    <w:p w14:paraId="3579DF79" w14:textId="77777777" w:rsidR="009A2188" w:rsidRPr="00B05D15" w:rsidRDefault="009A2188" w:rsidP="00B05D15">
      <w:pPr>
        <w:numPr>
          <w:ilvl w:val="0"/>
          <w:numId w:val="14"/>
        </w:numPr>
        <w:bidi/>
        <w:spacing w:line="360" w:lineRule="auto"/>
        <w:rPr>
          <w:rFonts w:asciiTheme="majorHAnsi" w:hAnsiTheme="majorHAnsi" w:cstheme="majorHAnsi"/>
          <w:b/>
          <w:sz w:val="32"/>
        </w:rPr>
      </w:pPr>
      <w:r w:rsidRPr="007F0450">
        <w:rPr>
          <w:rFonts w:ascii="Times New Roman" w:hAnsi="Times New Roman" w:cs="Times New Roman" w:hint="cs"/>
          <w:b/>
          <w:sz w:val="32"/>
          <w:rtl/>
        </w:rPr>
        <w:t>الحدود</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الزمنية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عام</w:t>
      </w:r>
      <w:r w:rsidRPr="007F0450">
        <w:rPr>
          <w:rFonts w:asciiTheme="majorHAnsi" w:hAnsiTheme="majorHAnsi" w:cstheme="majorHAnsi"/>
          <w:b/>
          <w:sz w:val="32"/>
          <w:rtl/>
        </w:rPr>
        <w:t xml:space="preserve"> 2026</w:t>
      </w:r>
      <w:r w:rsidRPr="007F0450">
        <w:rPr>
          <w:rFonts w:asciiTheme="majorHAnsi" w:hAnsiTheme="majorHAnsi" w:cstheme="majorHAnsi"/>
          <w:b/>
          <w:sz w:val="32"/>
        </w:rPr>
        <w:t>.</w:t>
      </w:r>
    </w:p>
    <w:p w14:paraId="6CE2CC2A" w14:textId="77777777" w:rsidR="00772D21" w:rsidRPr="00B05D15" w:rsidRDefault="00772D21" w:rsidP="00B05D15">
      <w:pPr>
        <w:bidi/>
        <w:spacing w:line="360" w:lineRule="auto"/>
        <w:ind w:left="283"/>
        <w:rPr>
          <w:rFonts w:asciiTheme="majorHAnsi" w:hAnsiTheme="majorHAnsi" w:cstheme="majorHAnsi"/>
          <w:b/>
          <w:bCs/>
          <w:sz w:val="32"/>
          <w:rtl/>
        </w:rPr>
      </w:pPr>
    </w:p>
    <w:p w14:paraId="70025645" w14:textId="77777777" w:rsidR="00772D21" w:rsidRPr="00B05D15" w:rsidRDefault="00772D21" w:rsidP="00B05D15">
      <w:pPr>
        <w:bidi/>
        <w:spacing w:line="360" w:lineRule="auto"/>
        <w:ind w:left="283"/>
        <w:rPr>
          <w:rFonts w:asciiTheme="majorHAnsi" w:hAnsiTheme="majorHAnsi" w:cstheme="majorHAnsi"/>
          <w:b/>
          <w:bCs/>
          <w:sz w:val="32"/>
          <w:rtl/>
        </w:rPr>
      </w:pPr>
    </w:p>
    <w:p w14:paraId="3E42703A" w14:textId="77777777" w:rsidR="00772D21" w:rsidRPr="00B05D15" w:rsidRDefault="00772D21" w:rsidP="00B05D15">
      <w:pPr>
        <w:bidi/>
        <w:spacing w:line="360" w:lineRule="auto"/>
        <w:ind w:left="283"/>
        <w:rPr>
          <w:rFonts w:asciiTheme="majorHAnsi" w:hAnsiTheme="majorHAnsi" w:cstheme="majorHAnsi"/>
          <w:b/>
          <w:bCs/>
          <w:sz w:val="32"/>
          <w:rtl/>
        </w:rPr>
      </w:pPr>
    </w:p>
    <w:p w14:paraId="212287CC" w14:textId="77777777" w:rsidR="00772D21" w:rsidRPr="00B05D15" w:rsidRDefault="00772D21" w:rsidP="00B05D15">
      <w:pPr>
        <w:bidi/>
        <w:spacing w:line="360" w:lineRule="auto"/>
        <w:ind w:left="283"/>
        <w:rPr>
          <w:rFonts w:asciiTheme="majorHAnsi" w:hAnsiTheme="majorHAnsi" w:cstheme="majorHAnsi"/>
          <w:b/>
          <w:bCs/>
          <w:sz w:val="32"/>
          <w:rtl/>
        </w:rPr>
      </w:pPr>
    </w:p>
    <w:p w14:paraId="21BDB235" w14:textId="77777777" w:rsidR="00772D21" w:rsidRPr="00B05D15" w:rsidRDefault="00772D21" w:rsidP="00B05D15">
      <w:pPr>
        <w:bidi/>
        <w:spacing w:line="360" w:lineRule="auto"/>
        <w:ind w:left="283"/>
        <w:rPr>
          <w:rFonts w:asciiTheme="majorHAnsi" w:hAnsiTheme="majorHAnsi" w:cstheme="majorHAnsi"/>
          <w:b/>
          <w:bCs/>
          <w:sz w:val="32"/>
          <w:rtl/>
        </w:rPr>
      </w:pPr>
    </w:p>
    <w:p w14:paraId="5E7A1E24" w14:textId="77777777" w:rsidR="00772D21" w:rsidRPr="00B05D15" w:rsidRDefault="00772D21" w:rsidP="00B05D15">
      <w:pPr>
        <w:bidi/>
        <w:spacing w:line="360" w:lineRule="auto"/>
        <w:ind w:left="283"/>
        <w:rPr>
          <w:rFonts w:asciiTheme="majorHAnsi" w:hAnsiTheme="majorHAnsi" w:cstheme="majorHAnsi"/>
          <w:b/>
          <w:bCs/>
          <w:sz w:val="32"/>
          <w:rtl/>
        </w:rPr>
      </w:pPr>
    </w:p>
    <w:p w14:paraId="614AD7AB" w14:textId="77777777" w:rsidR="00772D21" w:rsidRPr="00B05D15" w:rsidRDefault="00772D21" w:rsidP="00B05D15">
      <w:pPr>
        <w:bidi/>
        <w:spacing w:line="360" w:lineRule="auto"/>
        <w:ind w:left="283"/>
        <w:rPr>
          <w:rFonts w:asciiTheme="majorHAnsi" w:hAnsiTheme="majorHAnsi" w:cstheme="majorHAnsi"/>
          <w:b/>
          <w:bCs/>
          <w:sz w:val="32"/>
          <w:rtl/>
        </w:rPr>
      </w:pPr>
    </w:p>
    <w:p w14:paraId="3B4C16CA" w14:textId="77777777" w:rsidR="00772D21" w:rsidRPr="00B05D15" w:rsidRDefault="00772D21" w:rsidP="00B05D15">
      <w:pPr>
        <w:bidi/>
        <w:spacing w:line="360" w:lineRule="auto"/>
        <w:ind w:left="283"/>
        <w:rPr>
          <w:rFonts w:asciiTheme="majorHAnsi" w:hAnsiTheme="majorHAnsi" w:cstheme="majorHAnsi"/>
          <w:b/>
          <w:bCs/>
          <w:sz w:val="32"/>
          <w:rtl/>
        </w:rPr>
      </w:pPr>
    </w:p>
    <w:p w14:paraId="05ED3E87" w14:textId="77777777" w:rsidR="00772D21" w:rsidRPr="00B05D15" w:rsidRDefault="00772D21" w:rsidP="00B05D15">
      <w:pPr>
        <w:bidi/>
        <w:spacing w:line="360" w:lineRule="auto"/>
        <w:ind w:left="283"/>
        <w:rPr>
          <w:rFonts w:asciiTheme="majorHAnsi" w:hAnsiTheme="majorHAnsi" w:cstheme="majorHAnsi"/>
          <w:b/>
          <w:bCs/>
          <w:sz w:val="32"/>
          <w:rtl/>
        </w:rPr>
      </w:pPr>
    </w:p>
    <w:p w14:paraId="6B2BD054" w14:textId="77777777" w:rsidR="00772D21" w:rsidRPr="00B05D15" w:rsidRDefault="00772D21" w:rsidP="00B05D15">
      <w:pPr>
        <w:bidi/>
        <w:spacing w:line="360" w:lineRule="auto"/>
        <w:ind w:left="283"/>
        <w:rPr>
          <w:rFonts w:asciiTheme="majorHAnsi" w:hAnsiTheme="majorHAnsi" w:cstheme="majorHAnsi"/>
          <w:b/>
          <w:bCs/>
          <w:sz w:val="32"/>
          <w:rtl/>
        </w:rPr>
      </w:pPr>
    </w:p>
    <w:p w14:paraId="6BBFC8D5" w14:textId="77777777" w:rsidR="00772D21" w:rsidRPr="00B05D15" w:rsidRDefault="00772D21" w:rsidP="00B05D15">
      <w:pPr>
        <w:bidi/>
        <w:spacing w:line="360" w:lineRule="auto"/>
        <w:ind w:left="283"/>
        <w:rPr>
          <w:rFonts w:asciiTheme="majorHAnsi" w:hAnsiTheme="majorHAnsi" w:cstheme="majorHAnsi"/>
          <w:b/>
          <w:bCs/>
          <w:sz w:val="32"/>
          <w:rtl/>
        </w:rPr>
      </w:pPr>
    </w:p>
    <w:p w14:paraId="0B8A445D" w14:textId="77777777" w:rsidR="00772D21" w:rsidRPr="00B05D15" w:rsidRDefault="00772D21" w:rsidP="00B05D15">
      <w:pPr>
        <w:bidi/>
        <w:spacing w:line="360" w:lineRule="auto"/>
        <w:ind w:left="283"/>
        <w:rPr>
          <w:rFonts w:asciiTheme="majorHAnsi" w:hAnsiTheme="majorHAnsi" w:cstheme="majorHAnsi"/>
          <w:b/>
          <w:bCs/>
          <w:sz w:val="32"/>
          <w:rtl/>
        </w:rPr>
      </w:pPr>
    </w:p>
    <w:p w14:paraId="468BA497" w14:textId="77777777" w:rsidR="00772D21" w:rsidRPr="00B05D15" w:rsidRDefault="00772D21" w:rsidP="00B05D15">
      <w:pPr>
        <w:bidi/>
        <w:spacing w:line="360" w:lineRule="auto"/>
        <w:ind w:left="283"/>
        <w:rPr>
          <w:rFonts w:asciiTheme="majorHAnsi" w:hAnsiTheme="majorHAnsi" w:cstheme="majorHAnsi"/>
          <w:b/>
          <w:bCs/>
          <w:sz w:val="32"/>
          <w:rtl/>
        </w:rPr>
      </w:pPr>
    </w:p>
    <w:p w14:paraId="1D8DD113" w14:textId="77777777" w:rsidR="0043294A" w:rsidRPr="00B05D15" w:rsidRDefault="0043294A" w:rsidP="00B05D15">
      <w:pPr>
        <w:bidi/>
        <w:spacing w:line="360" w:lineRule="auto"/>
        <w:ind w:left="283"/>
        <w:rPr>
          <w:rFonts w:asciiTheme="majorHAnsi" w:hAnsiTheme="majorHAnsi" w:cstheme="majorHAnsi"/>
          <w:b/>
          <w:bCs/>
          <w:sz w:val="32"/>
          <w:rtl/>
        </w:rPr>
      </w:pPr>
    </w:p>
    <w:p w14:paraId="6975D925" w14:textId="77777777" w:rsidR="007F0450" w:rsidRPr="00B05D15" w:rsidRDefault="007F0450" w:rsidP="00B05D15">
      <w:pPr>
        <w:bidi/>
        <w:spacing w:line="360" w:lineRule="auto"/>
        <w:ind w:left="720"/>
        <w:rPr>
          <w:rFonts w:asciiTheme="majorHAnsi" w:hAnsiTheme="majorHAnsi" w:cstheme="majorHAnsi"/>
          <w:b/>
          <w:sz w:val="32"/>
          <w:rtl/>
        </w:rPr>
      </w:pPr>
    </w:p>
    <w:p w14:paraId="5BB8C6C1" w14:textId="77777777" w:rsidR="007F0450" w:rsidRPr="00B05D15" w:rsidRDefault="007F0450" w:rsidP="00B05D15">
      <w:pPr>
        <w:bidi/>
        <w:spacing w:line="360" w:lineRule="auto"/>
        <w:ind w:left="720"/>
        <w:rPr>
          <w:rFonts w:asciiTheme="majorHAnsi" w:hAnsiTheme="majorHAnsi" w:cstheme="majorHAnsi"/>
          <w:b/>
          <w:sz w:val="32"/>
          <w:rtl/>
        </w:rPr>
      </w:pPr>
    </w:p>
    <w:p w14:paraId="7D6748C6" w14:textId="77777777" w:rsidR="007F0450" w:rsidRPr="00B05D15" w:rsidRDefault="007F0450" w:rsidP="00B05D15">
      <w:pPr>
        <w:bidi/>
        <w:spacing w:line="360" w:lineRule="auto"/>
        <w:ind w:left="720"/>
        <w:rPr>
          <w:rFonts w:asciiTheme="majorHAnsi" w:hAnsiTheme="majorHAnsi" w:cstheme="majorHAnsi"/>
          <w:b/>
          <w:sz w:val="32"/>
          <w:rtl/>
        </w:rPr>
      </w:pPr>
    </w:p>
    <w:p w14:paraId="2F8F34D2" w14:textId="77777777" w:rsidR="00772D21" w:rsidRPr="00B05D15" w:rsidRDefault="00772D21" w:rsidP="00B05D15">
      <w:pPr>
        <w:bidi/>
        <w:spacing w:line="360" w:lineRule="auto"/>
        <w:ind w:left="720"/>
        <w:rPr>
          <w:rFonts w:asciiTheme="majorHAnsi" w:hAnsiTheme="majorHAnsi" w:cstheme="majorHAnsi"/>
          <w:b/>
          <w:sz w:val="32"/>
          <w:rtl/>
        </w:rPr>
      </w:pPr>
    </w:p>
    <w:p w14:paraId="7657CB13" w14:textId="77777777" w:rsidR="009A2188" w:rsidRPr="00B05D15" w:rsidRDefault="009A2188" w:rsidP="00B05D15">
      <w:pPr>
        <w:bidi/>
        <w:spacing w:line="360" w:lineRule="auto"/>
        <w:ind w:left="720"/>
        <w:rPr>
          <w:rFonts w:asciiTheme="majorHAnsi" w:hAnsiTheme="majorHAnsi" w:cstheme="majorHAnsi"/>
          <w:b/>
          <w:sz w:val="32"/>
          <w:rtl/>
        </w:rPr>
      </w:pPr>
    </w:p>
    <w:p w14:paraId="77AB7A06" w14:textId="77777777" w:rsidR="009A2188" w:rsidRPr="00B05D15" w:rsidRDefault="009A2188" w:rsidP="00B05D15">
      <w:pPr>
        <w:bidi/>
        <w:spacing w:line="360" w:lineRule="auto"/>
        <w:ind w:left="720"/>
        <w:rPr>
          <w:rFonts w:asciiTheme="majorHAnsi" w:hAnsiTheme="majorHAnsi" w:cstheme="majorHAnsi"/>
          <w:b/>
          <w:sz w:val="32"/>
          <w:rtl/>
        </w:rPr>
      </w:pPr>
    </w:p>
    <w:p w14:paraId="2A406F65" w14:textId="52C1B6E4" w:rsidR="007F0450" w:rsidRPr="007F0450" w:rsidRDefault="007F0450" w:rsidP="00B05D15">
      <w:pPr>
        <w:bidi/>
        <w:spacing w:line="360" w:lineRule="auto"/>
        <w:ind w:left="720"/>
        <w:rPr>
          <w:rFonts w:asciiTheme="majorHAnsi" w:hAnsiTheme="majorHAnsi" w:cstheme="majorHAnsi"/>
          <w:b/>
          <w:bCs/>
          <w:sz w:val="32"/>
        </w:rPr>
      </w:pPr>
      <w:r w:rsidRPr="007F0450">
        <w:rPr>
          <w:rFonts w:ascii="Times New Roman" w:hAnsi="Times New Roman" w:cs="Times New Roman" w:hint="cs"/>
          <w:b/>
          <w:bCs/>
          <w:sz w:val="32"/>
          <w:rtl/>
        </w:rPr>
        <w:t>الفصل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الثاني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الإطار</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النظري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والدراسات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السابقة</w:t>
      </w:r>
      <w:r w:rsidR="0043294A" w:rsidRPr="00B05D15">
        <w:rPr>
          <w:rFonts w:asciiTheme="majorHAnsi" w:hAnsiTheme="majorHAnsi" w:cstheme="majorHAnsi"/>
          <w:b/>
          <w:bCs/>
          <w:sz w:val="32"/>
          <w:rtl/>
        </w:rPr>
        <w:t>:</w:t>
      </w:r>
    </w:p>
    <w:p w14:paraId="04FE329D" w14:textId="77777777" w:rsidR="007F0450" w:rsidRPr="007F0450" w:rsidRDefault="007F0450" w:rsidP="000B2CE1">
      <w:pPr>
        <w:spacing w:line="360" w:lineRule="auto"/>
        <w:ind w:left="720"/>
        <w:jc w:val="right"/>
        <w:rPr>
          <w:rFonts w:asciiTheme="majorHAnsi" w:hAnsiTheme="majorHAnsi" w:cstheme="majorHAnsi"/>
          <w:b/>
          <w:bCs/>
          <w:sz w:val="32"/>
        </w:rPr>
      </w:pPr>
      <w:r w:rsidRPr="007F0450">
        <w:rPr>
          <w:rFonts w:asciiTheme="majorHAnsi" w:hAnsiTheme="majorHAnsi" w:cstheme="majorHAnsi"/>
          <w:b/>
          <w:bCs/>
          <w:sz w:val="32"/>
        </w:rPr>
        <w:t xml:space="preserve">2.1 </w:t>
      </w:r>
      <w:r w:rsidRPr="007F0450">
        <w:rPr>
          <w:rFonts w:ascii="Times New Roman" w:hAnsi="Times New Roman" w:cs="Times New Roman" w:hint="cs"/>
          <w:b/>
          <w:bCs/>
          <w:sz w:val="32"/>
          <w:rtl/>
        </w:rPr>
        <w:t>تمهيد</w:t>
      </w:r>
    </w:p>
    <w:p w14:paraId="26E85800" w14:textId="5E6D24A8" w:rsidR="007F0450" w:rsidRPr="007F0450" w:rsidRDefault="007F0450" w:rsidP="00B05D15">
      <w:pPr>
        <w:bidi/>
        <w:spacing w:line="360" w:lineRule="auto"/>
        <w:ind w:left="720"/>
        <w:rPr>
          <w:rFonts w:asciiTheme="majorHAnsi" w:hAnsiTheme="majorHAnsi" w:cstheme="majorHAnsi"/>
          <w:b/>
          <w:sz w:val="32"/>
        </w:rPr>
      </w:pPr>
      <w:r w:rsidRPr="007F0450">
        <w:rPr>
          <w:rFonts w:ascii="Times New Roman" w:hAnsi="Times New Roman" w:cs="Times New Roman" w:hint="cs"/>
          <w:b/>
          <w:sz w:val="32"/>
          <w:rtl/>
        </w:rPr>
        <w:t>يتناول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هذا</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الفصل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المفاهيم</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النظرية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المرتبطة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بالتسويق</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العقاري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الرقمي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وتجربة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العميل،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إضافة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إلى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عرض</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الدراسات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السابقة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ذات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العلاقة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بهدف</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بناء</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إطار</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علمي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يفسر</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العلاقة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بين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متغيرات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الدراسة</w:t>
      </w:r>
      <w:r w:rsidR="0043294A" w:rsidRPr="00B05D15">
        <w:rPr>
          <w:rFonts w:asciiTheme="majorHAnsi" w:hAnsiTheme="majorHAnsi" w:cstheme="majorHAnsi"/>
          <w:b/>
          <w:sz w:val="32"/>
          <w:rtl/>
        </w:rPr>
        <w:t>.</w:t>
      </w:r>
    </w:p>
    <w:p w14:paraId="18FDBAA7" w14:textId="77777777" w:rsidR="007F0450" w:rsidRPr="00B05D15" w:rsidRDefault="007F0450" w:rsidP="00B05D15">
      <w:pPr>
        <w:bidi/>
        <w:spacing w:line="360" w:lineRule="auto"/>
        <w:ind w:left="720"/>
        <w:rPr>
          <w:rFonts w:asciiTheme="majorHAnsi" w:hAnsiTheme="majorHAnsi" w:cstheme="majorHAnsi"/>
          <w:b/>
          <w:sz w:val="32"/>
          <w:rtl/>
        </w:rPr>
      </w:pPr>
    </w:p>
    <w:p w14:paraId="54F7D547" w14:textId="77777777" w:rsidR="007F0450" w:rsidRPr="007F0450" w:rsidRDefault="007F0450" w:rsidP="000B2CE1">
      <w:pPr>
        <w:spacing w:line="360" w:lineRule="auto"/>
        <w:ind w:left="720"/>
        <w:jc w:val="right"/>
        <w:rPr>
          <w:rFonts w:asciiTheme="majorHAnsi" w:hAnsiTheme="majorHAnsi" w:cstheme="majorHAnsi"/>
          <w:b/>
          <w:bCs/>
          <w:sz w:val="32"/>
        </w:rPr>
      </w:pPr>
      <w:r w:rsidRPr="007F0450">
        <w:rPr>
          <w:rFonts w:asciiTheme="majorHAnsi" w:hAnsiTheme="majorHAnsi" w:cstheme="majorHAnsi"/>
          <w:b/>
          <w:bCs/>
          <w:sz w:val="32"/>
        </w:rPr>
        <w:t xml:space="preserve">2.2 </w:t>
      </w:r>
      <w:r w:rsidRPr="007F0450">
        <w:rPr>
          <w:rFonts w:ascii="Times New Roman" w:hAnsi="Times New Roman" w:cs="Times New Roman" w:hint="cs"/>
          <w:b/>
          <w:bCs/>
          <w:sz w:val="32"/>
          <w:rtl/>
        </w:rPr>
        <w:t>مفهوم</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التسويق</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العقاري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الرقمي</w:t>
      </w:r>
    </w:p>
    <w:p w14:paraId="42BDF6FC" w14:textId="07B6E5D0" w:rsidR="007F0450" w:rsidRPr="007F0450" w:rsidRDefault="007F0450" w:rsidP="00B05D15">
      <w:pPr>
        <w:bidi/>
        <w:spacing w:line="360" w:lineRule="auto"/>
        <w:ind w:left="720"/>
        <w:rPr>
          <w:rFonts w:asciiTheme="majorHAnsi" w:hAnsiTheme="majorHAnsi" w:cstheme="majorHAnsi"/>
          <w:b/>
          <w:bCs/>
          <w:sz w:val="32"/>
        </w:rPr>
      </w:pPr>
      <w:r w:rsidRPr="007F0450">
        <w:rPr>
          <w:rFonts w:ascii="Times New Roman" w:hAnsi="Times New Roman" w:cs="Times New Roman" w:hint="cs"/>
          <w:b/>
          <w:bCs/>
          <w:sz w:val="32"/>
          <w:rtl/>
        </w:rPr>
        <w:t>يشير</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التسويق</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العقاري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الرقمي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إلى</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استخدام</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الأدوات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الرقمية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والتقنيات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الحديثة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في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الترويج</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للعقارات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واستهداف</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العملاء</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عبر</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القنوات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الإلكترونية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ويشمل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ذلك</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المواقع</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العقارية،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والإعلانات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الرقمية،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والجولات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الافتراضية،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وتحليل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البيانات،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والتفاعل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عبر</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وسائل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التواصل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الاجتماعي</w:t>
      </w:r>
      <w:r w:rsidR="0043294A" w:rsidRPr="00B05D15">
        <w:rPr>
          <w:rFonts w:asciiTheme="majorHAnsi" w:hAnsiTheme="majorHAnsi" w:cstheme="majorHAnsi"/>
          <w:b/>
          <w:bCs/>
          <w:sz w:val="32"/>
          <w:rtl/>
        </w:rPr>
        <w:t>.</w:t>
      </w:r>
    </w:p>
    <w:p w14:paraId="0CB8F47F" w14:textId="353DD41A" w:rsidR="007F0450" w:rsidRPr="00B05D15" w:rsidRDefault="007F0450" w:rsidP="00B05D15">
      <w:pPr>
        <w:bidi/>
        <w:spacing w:line="360" w:lineRule="auto"/>
        <w:ind w:left="720"/>
        <w:rPr>
          <w:rFonts w:asciiTheme="majorHAnsi" w:hAnsiTheme="majorHAnsi" w:cstheme="majorHAnsi"/>
          <w:b/>
          <w:bCs/>
          <w:sz w:val="32"/>
          <w:rtl/>
        </w:rPr>
      </w:pPr>
      <w:r w:rsidRPr="007F0450">
        <w:rPr>
          <w:rFonts w:ascii="Times New Roman" w:hAnsi="Times New Roman" w:cs="Times New Roman" w:hint="cs"/>
          <w:b/>
          <w:bCs/>
          <w:sz w:val="32"/>
          <w:rtl/>
        </w:rPr>
        <w:t>وقد</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أسهم</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التسويق</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الرقمي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في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تحسين</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كفاءة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العمليات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التسويقية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من</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خلال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تقليل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التكاليف</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وزيادة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الوصول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إلى</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العملاء</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المستهدفين</w:t>
      </w:r>
      <w:r w:rsidR="0043294A" w:rsidRPr="00B05D15">
        <w:rPr>
          <w:rFonts w:asciiTheme="majorHAnsi" w:hAnsiTheme="majorHAnsi" w:cstheme="majorHAnsi"/>
          <w:b/>
          <w:bCs/>
          <w:sz w:val="32"/>
          <w:rtl/>
        </w:rPr>
        <w:t>.</w:t>
      </w:r>
    </w:p>
    <w:p w14:paraId="2775990A" w14:textId="77777777" w:rsidR="007F0450" w:rsidRPr="00B05D15" w:rsidRDefault="007F0450" w:rsidP="00B05D15">
      <w:pPr>
        <w:bidi/>
        <w:spacing w:line="360" w:lineRule="auto"/>
        <w:ind w:left="720"/>
        <w:rPr>
          <w:rFonts w:asciiTheme="majorHAnsi" w:hAnsiTheme="majorHAnsi" w:cstheme="majorHAnsi"/>
          <w:b/>
          <w:sz w:val="32"/>
          <w:rtl/>
        </w:rPr>
      </w:pPr>
    </w:p>
    <w:p w14:paraId="02D5C0A7" w14:textId="77777777" w:rsidR="007F0450" w:rsidRPr="00B05D15" w:rsidRDefault="007F0450" w:rsidP="00B05D15">
      <w:pPr>
        <w:bidi/>
        <w:spacing w:line="360" w:lineRule="auto"/>
        <w:ind w:left="720"/>
        <w:rPr>
          <w:rFonts w:asciiTheme="majorHAnsi" w:hAnsiTheme="majorHAnsi" w:cstheme="majorHAnsi"/>
          <w:b/>
          <w:sz w:val="32"/>
          <w:rtl/>
        </w:rPr>
      </w:pPr>
    </w:p>
    <w:p w14:paraId="3244C62C" w14:textId="77777777" w:rsidR="007F0450" w:rsidRPr="00B05D15" w:rsidRDefault="007F0450" w:rsidP="00B05D15">
      <w:pPr>
        <w:bidi/>
        <w:spacing w:line="360" w:lineRule="auto"/>
        <w:ind w:left="720"/>
        <w:rPr>
          <w:rFonts w:asciiTheme="majorHAnsi" w:hAnsiTheme="majorHAnsi" w:cstheme="majorHAnsi"/>
          <w:b/>
          <w:sz w:val="32"/>
          <w:rtl/>
        </w:rPr>
      </w:pPr>
    </w:p>
    <w:p w14:paraId="4D4C8685" w14:textId="77777777" w:rsidR="007F0450" w:rsidRPr="00B05D15" w:rsidRDefault="007F0450" w:rsidP="00B05D15">
      <w:pPr>
        <w:bidi/>
        <w:spacing w:line="360" w:lineRule="auto"/>
        <w:ind w:left="720"/>
        <w:rPr>
          <w:rFonts w:asciiTheme="majorHAnsi" w:hAnsiTheme="majorHAnsi" w:cstheme="majorHAnsi"/>
          <w:b/>
          <w:sz w:val="32"/>
          <w:rtl/>
        </w:rPr>
      </w:pPr>
    </w:p>
    <w:p w14:paraId="7FB6F6CB" w14:textId="77777777" w:rsidR="007F0450" w:rsidRPr="00B05D15" w:rsidRDefault="007F0450" w:rsidP="00B05D15">
      <w:pPr>
        <w:bidi/>
        <w:spacing w:line="360" w:lineRule="auto"/>
        <w:ind w:left="720"/>
        <w:rPr>
          <w:rFonts w:asciiTheme="majorHAnsi" w:hAnsiTheme="majorHAnsi" w:cstheme="majorHAnsi"/>
          <w:b/>
          <w:sz w:val="32"/>
          <w:rtl/>
        </w:rPr>
      </w:pPr>
    </w:p>
    <w:p w14:paraId="4D807F3B" w14:textId="77777777" w:rsidR="007F0450" w:rsidRPr="00B05D15" w:rsidRDefault="007F0450" w:rsidP="00B05D15">
      <w:pPr>
        <w:bidi/>
        <w:spacing w:line="360" w:lineRule="auto"/>
        <w:ind w:left="720"/>
        <w:rPr>
          <w:rFonts w:asciiTheme="majorHAnsi" w:hAnsiTheme="majorHAnsi" w:cstheme="majorHAnsi"/>
          <w:b/>
          <w:sz w:val="32"/>
          <w:rtl/>
        </w:rPr>
      </w:pPr>
    </w:p>
    <w:p w14:paraId="2515D9E3" w14:textId="77777777" w:rsidR="007F0450" w:rsidRPr="00B05D15" w:rsidRDefault="007F0450" w:rsidP="00B05D15">
      <w:pPr>
        <w:bidi/>
        <w:spacing w:line="360" w:lineRule="auto"/>
        <w:ind w:left="720"/>
        <w:rPr>
          <w:rFonts w:asciiTheme="majorHAnsi" w:hAnsiTheme="majorHAnsi" w:cstheme="majorHAnsi"/>
          <w:b/>
          <w:sz w:val="32"/>
          <w:rtl/>
        </w:rPr>
      </w:pPr>
    </w:p>
    <w:p w14:paraId="10EC2883" w14:textId="77777777" w:rsidR="007F0450" w:rsidRPr="00B05D15" w:rsidRDefault="007F0450" w:rsidP="00B05D15">
      <w:pPr>
        <w:bidi/>
        <w:spacing w:line="360" w:lineRule="auto"/>
        <w:ind w:left="720"/>
        <w:rPr>
          <w:rFonts w:asciiTheme="majorHAnsi" w:hAnsiTheme="majorHAnsi" w:cstheme="majorHAnsi"/>
          <w:b/>
          <w:sz w:val="32"/>
          <w:rtl/>
        </w:rPr>
      </w:pPr>
    </w:p>
    <w:p w14:paraId="3BD5D891" w14:textId="77777777" w:rsidR="007F0450" w:rsidRPr="00B05D15" w:rsidRDefault="007F0450" w:rsidP="00B05D15">
      <w:pPr>
        <w:bidi/>
        <w:spacing w:line="360" w:lineRule="auto"/>
        <w:ind w:left="720"/>
        <w:rPr>
          <w:rFonts w:asciiTheme="majorHAnsi" w:hAnsiTheme="majorHAnsi" w:cstheme="majorHAnsi"/>
          <w:b/>
          <w:sz w:val="32"/>
          <w:rtl/>
        </w:rPr>
      </w:pPr>
    </w:p>
    <w:p w14:paraId="1A54E928" w14:textId="77777777" w:rsidR="007F0450" w:rsidRPr="00B05D15" w:rsidRDefault="007F0450" w:rsidP="00B05D15">
      <w:pPr>
        <w:bidi/>
        <w:spacing w:line="360" w:lineRule="auto"/>
        <w:ind w:left="720"/>
        <w:rPr>
          <w:rFonts w:asciiTheme="majorHAnsi" w:hAnsiTheme="majorHAnsi" w:cstheme="majorHAnsi"/>
          <w:b/>
          <w:sz w:val="32"/>
          <w:rtl/>
        </w:rPr>
      </w:pPr>
    </w:p>
    <w:p w14:paraId="6C274B8F" w14:textId="77777777" w:rsidR="007F0450" w:rsidRPr="00B05D15" w:rsidRDefault="007F0450" w:rsidP="00B05D15">
      <w:pPr>
        <w:bidi/>
        <w:spacing w:line="360" w:lineRule="auto"/>
        <w:ind w:left="720"/>
        <w:rPr>
          <w:rFonts w:asciiTheme="majorHAnsi" w:hAnsiTheme="majorHAnsi" w:cstheme="majorHAnsi"/>
          <w:b/>
          <w:sz w:val="32"/>
          <w:rtl/>
        </w:rPr>
      </w:pPr>
    </w:p>
    <w:p w14:paraId="72390455" w14:textId="77777777" w:rsidR="007F0450" w:rsidRPr="00B05D15" w:rsidRDefault="007F0450" w:rsidP="00B05D15">
      <w:pPr>
        <w:bidi/>
        <w:spacing w:line="360" w:lineRule="auto"/>
        <w:ind w:left="720"/>
        <w:rPr>
          <w:rFonts w:asciiTheme="majorHAnsi" w:hAnsiTheme="majorHAnsi" w:cstheme="majorHAnsi"/>
          <w:b/>
          <w:sz w:val="32"/>
          <w:rtl/>
        </w:rPr>
      </w:pPr>
    </w:p>
    <w:p w14:paraId="0718F100" w14:textId="77777777" w:rsidR="007F0450" w:rsidRPr="00B05D15" w:rsidRDefault="007F0450" w:rsidP="00B05D15">
      <w:pPr>
        <w:bidi/>
        <w:spacing w:line="360" w:lineRule="auto"/>
        <w:ind w:left="720"/>
        <w:rPr>
          <w:rFonts w:asciiTheme="majorHAnsi" w:hAnsiTheme="majorHAnsi" w:cstheme="majorHAnsi"/>
          <w:b/>
          <w:sz w:val="32"/>
          <w:rtl/>
        </w:rPr>
      </w:pPr>
    </w:p>
    <w:p w14:paraId="1B800920" w14:textId="77777777" w:rsidR="007F0450" w:rsidRPr="00B05D15" w:rsidRDefault="007F0450" w:rsidP="00B05D15">
      <w:pPr>
        <w:bidi/>
        <w:spacing w:line="360" w:lineRule="auto"/>
        <w:ind w:left="720"/>
        <w:rPr>
          <w:rFonts w:asciiTheme="majorHAnsi" w:hAnsiTheme="majorHAnsi" w:cstheme="majorHAnsi"/>
          <w:b/>
          <w:sz w:val="32"/>
          <w:rtl/>
        </w:rPr>
      </w:pPr>
    </w:p>
    <w:p w14:paraId="5B15A869" w14:textId="28C10964" w:rsidR="007F0450" w:rsidRPr="00B05D15" w:rsidRDefault="007F0450" w:rsidP="000B2CE1">
      <w:pPr>
        <w:spacing w:line="360" w:lineRule="auto"/>
        <w:ind w:left="720"/>
        <w:jc w:val="right"/>
        <w:rPr>
          <w:rFonts w:asciiTheme="majorHAnsi" w:hAnsiTheme="majorHAnsi" w:cstheme="majorHAnsi"/>
          <w:b/>
          <w:bCs/>
          <w:sz w:val="32"/>
          <w:rtl/>
        </w:rPr>
      </w:pPr>
      <w:r w:rsidRPr="007F0450">
        <w:rPr>
          <w:rFonts w:asciiTheme="majorHAnsi" w:hAnsiTheme="majorHAnsi" w:cstheme="majorHAnsi"/>
          <w:b/>
          <w:bCs/>
          <w:sz w:val="32"/>
        </w:rPr>
        <w:t xml:space="preserve">2.3 </w:t>
      </w:r>
      <w:r w:rsidRPr="007F0450">
        <w:rPr>
          <w:rFonts w:ascii="Times New Roman" w:hAnsi="Times New Roman" w:cs="Times New Roman" w:hint="cs"/>
          <w:b/>
          <w:bCs/>
          <w:sz w:val="32"/>
          <w:rtl/>
        </w:rPr>
        <w:t>أدوات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التسويق</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العقاري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الرقمي</w:t>
      </w:r>
    </w:p>
    <w:p w14:paraId="68EAABB1" w14:textId="4E1702A5" w:rsidR="007F0450" w:rsidRPr="007F0450" w:rsidRDefault="0043294A" w:rsidP="00B05D15">
      <w:pPr>
        <w:bidi/>
        <w:spacing w:line="360" w:lineRule="auto"/>
        <w:ind w:left="720"/>
        <w:rPr>
          <w:rFonts w:asciiTheme="majorHAnsi" w:hAnsiTheme="majorHAnsi" w:cstheme="majorHAnsi"/>
          <w:b/>
          <w:bCs/>
          <w:sz w:val="32"/>
        </w:rPr>
      </w:pPr>
      <w:r w:rsidRPr="00B05D15">
        <w:rPr>
          <w:rFonts w:asciiTheme="majorHAnsi" w:hAnsiTheme="majorHAnsi" w:cstheme="majorHAnsi"/>
          <w:b/>
          <w:bCs/>
          <w:sz w:val="32"/>
          <w:rtl/>
        </w:rPr>
        <w:t>1-</w:t>
      </w:r>
      <w:r w:rsidR="007F0450" w:rsidRPr="007F0450">
        <w:rPr>
          <w:rFonts w:asciiTheme="majorHAnsi" w:hAnsiTheme="majorHAnsi" w:cstheme="majorHAnsi"/>
          <w:b/>
          <w:bCs/>
          <w:sz w:val="32"/>
        </w:rPr>
        <w:t xml:space="preserve"> </w:t>
      </w:r>
      <w:r w:rsidR="007F0450" w:rsidRPr="007F0450">
        <w:rPr>
          <w:rFonts w:ascii="Times New Roman" w:hAnsi="Times New Roman" w:cs="Times New Roman" w:hint="cs"/>
          <w:b/>
          <w:bCs/>
          <w:sz w:val="32"/>
          <w:rtl/>
        </w:rPr>
        <w:t>المنصات</w:t>
      </w:r>
      <w:r w:rsidR="007F0450" w:rsidRPr="007F0450">
        <w:rPr>
          <w:rFonts w:asciiTheme="majorHAnsi" w:hAnsiTheme="majorHAnsi" w:cstheme="majorHAnsi"/>
          <w:b/>
          <w:bCs/>
          <w:sz w:val="32"/>
          <w:rtl/>
        </w:rPr>
        <w:t xml:space="preserve"> </w:t>
      </w:r>
      <w:r w:rsidR="007F0450" w:rsidRPr="007F0450">
        <w:rPr>
          <w:rFonts w:ascii="Times New Roman" w:hAnsi="Times New Roman" w:cs="Times New Roman" w:hint="cs"/>
          <w:b/>
          <w:bCs/>
          <w:sz w:val="32"/>
          <w:rtl/>
        </w:rPr>
        <w:t>الإلكترونية</w:t>
      </w:r>
    </w:p>
    <w:p w14:paraId="3E6BF570" w14:textId="77777777" w:rsidR="0043294A" w:rsidRPr="00B05D15" w:rsidRDefault="007F0450" w:rsidP="00B05D15">
      <w:pPr>
        <w:bidi/>
        <w:spacing w:line="360" w:lineRule="auto"/>
        <w:ind w:left="720"/>
        <w:rPr>
          <w:rFonts w:asciiTheme="majorHAnsi" w:hAnsiTheme="majorHAnsi" w:cstheme="majorHAnsi"/>
          <w:b/>
          <w:bCs/>
          <w:sz w:val="32"/>
          <w:rtl/>
        </w:rPr>
      </w:pPr>
      <w:r w:rsidRPr="007F0450">
        <w:rPr>
          <w:rFonts w:ascii="Times New Roman" w:hAnsi="Times New Roman" w:cs="Times New Roman" w:hint="cs"/>
          <w:b/>
          <w:bCs/>
          <w:sz w:val="32"/>
          <w:rtl/>
        </w:rPr>
        <w:t>تعد</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المنصات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العقارية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الإلكترونية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وسيلة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فعالة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لعرض</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العقارات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وتوفير</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المعلومات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اللازمة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للعملاء</w:t>
      </w:r>
      <w:r w:rsidRPr="007F0450">
        <w:rPr>
          <w:rFonts w:asciiTheme="majorHAnsi" w:hAnsiTheme="majorHAnsi" w:cstheme="majorHAnsi"/>
          <w:b/>
          <w:bCs/>
          <w:sz w:val="32"/>
        </w:rPr>
        <w:t>.</w:t>
      </w:r>
    </w:p>
    <w:p w14:paraId="0C0755BA" w14:textId="70765118" w:rsidR="007F0450" w:rsidRPr="007F0450" w:rsidRDefault="0043294A" w:rsidP="00B05D15">
      <w:pPr>
        <w:bidi/>
        <w:spacing w:line="360" w:lineRule="auto"/>
        <w:ind w:left="720"/>
        <w:rPr>
          <w:rFonts w:asciiTheme="majorHAnsi" w:hAnsiTheme="majorHAnsi" w:cstheme="majorHAnsi"/>
          <w:b/>
          <w:bCs/>
          <w:sz w:val="32"/>
        </w:rPr>
      </w:pPr>
      <w:r w:rsidRPr="00B05D15">
        <w:rPr>
          <w:rFonts w:asciiTheme="majorHAnsi" w:hAnsiTheme="majorHAnsi" w:cstheme="majorHAnsi"/>
          <w:b/>
          <w:bCs/>
          <w:sz w:val="32"/>
          <w:rtl/>
        </w:rPr>
        <w:t xml:space="preserve">2- </w:t>
      </w:r>
      <w:r w:rsidR="007F0450" w:rsidRPr="007F0450">
        <w:rPr>
          <w:rFonts w:ascii="Times New Roman" w:hAnsi="Times New Roman" w:cs="Times New Roman" w:hint="cs"/>
          <w:b/>
          <w:bCs/>
          <w:sz w:val="32"/>
          <w:rtl/>
        </w:rPr>
        <w:t>وسائل</w:t>
      </w:r>
      <w:r w:rsidR="007F0450" w:rsidRPr="007F0450">
        <w:rPr>
          <w:rFonts w:asciiTheme="majorHAnsi" w:hAnsiTheme="majorHAnsi" w:cstheme="majorHAnsi"/>
          <w:b/>
          <w:bCs/>
          <w:sz w:val="32"/>
          <w:rtl/>
        </w:rPr>
        <w:t xml:space="preserve"> </w:t>
      </w:r>
      <w:r w:rsidR="007F0450" w:rsidRPr="007F0450">
        <w:rPr>
          <w:rFonts w:ascii="Times New Roman" w:hAnsi="Times New Roman" w:cs="Times New Roman" w:hint="cs"/>
          <w:b/>
          <w:bCs/>
          <w:sz w:val="32"/>
          <w:rtl/>
        </w:rPr>
        <w:t>التواصل</w:t>
      </w:r>
      <w:r w:rsidR="007F0450" w:rsidRPr="007F0450">
        <w:rPr>
          <w:rFonts w:asciiTheme="majorHAnsi" w:hAnsiTheme="majorHAnsi" w:cstheme="majorHAnsi"/>
          <w:b/>
          <w:bCs/>
          <w:sz w:val="32"/>
          <w:rtl/>
        </w:rPr>
        <w:t xml:space="preserve"> </w:t>
      </w:r>
      <w:r w:rsidR="007F0450" w:rsidRPr="007F0450">
        <w:rPr>
          <w:rFonts w:ascii="Times New Roman" w:hAnsi="Times New Roman" w:cs="Times New Roman" w:hint="cs"/>
          <w:b/>
          <w:bCs/>
          <w:sz w:val="32"/>
          <w:rtl/>
        </w:rPr>
        <w:t>الاجتماعي</w:t>
      </w:r>
    </w:p>
    <w:p w14:paraId="259C0590" w14:textId="6C9223DD" w:rsidR="0043294A" w:rsidRPr="00B05D15" w:rsidRDefault="007F0450" w:rsidP="00B05D15">
      <w:pPr>
        <w:bidi/>
        <w:spacing w:line="360" w:lineRule="auto"/>
        <w:ind w:left="720"/>
        <w:rPr>
          <w:rFonts w:asciiTheme="majorHAnsi" w:hAnsiTheme="majorHAnsi" w:cstheme="majorHAnsi"/>
          <w:b/>
          <w:bCs/>
          <w:sz w:val="32"/>
          <w:rtl/>
        </w:rPr>
      </w:pPr>
      <w:r w:rsidRPr="007F0450">
        <w:rPr>
          <w:rFonts w:ascii="Times New Roman" w:hAnsi="Times New Roman" w:cs="Times New Roman" w:hint="cs"/>
          <w:b/>
          <w:bCs/>
          <w:sz w:val="32"/>
          <w:rtl/>
        </w:rPr>
        <w:t>أصبحت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أداة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رئيسية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في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جذب</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العملاء</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وتعزيز</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التفاعل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وبناء</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الثقة</w:t>
      </w:r>
      <w:r w:rsidRPr="007F0450">
        <w:rPr>
          <w:rFonts w:asciiTheme="majorHAnsi" w:hAnsiTheme="majorHAnsi" w:cstheme="majorHAnsi"/>
          <w:b/>
          <w:bCs/>
          <w:sz w:val="32"/>
        </w:rPr>
        <w:t>.</w:t>
      </w:r>
    </w:p>
    <w:p w14:paraId="47E9A1F5" w14:textId="6876CAB2" w:rsidR="007F0450" w:rsidRPr="00B05D15" w:rsidRDefault="0043294A" w:rsidP="00B05D15">
      <w:pPr>
        <w:bidi/>
        <w:spacing w:line="360" w:lineRule="auto"/>
        <w:ind w:left="720"/>
        <w:rPr>
          <w:rFonts w:asciiTheme="majorHAnsi" w:hAnsiTheme="majorHAnsi" w:cstheme="majorHAnsi"/>
          <w:b/>
          <w:bCs/>
          <w:sz w:val="32"/>
          <w:rtl/>
        </w:rPr>
      </w:pPr>
      <w:r w:rsidRPr="00B05D15">
        <w:rPr>
          <w:rFonts w:asciiTheme="majorHAnsi" w:hAnsiTheme="majorHAnsi" w:cstheme="majorHAnsi"/>
          <w:b/>
          <w:bCs/>
          <w:sz w:val="32"/>
          <w:rtl/>
        </w:rPr>
        <w:t xml:space="preserve">3- </w:t>
      </w:r>
      <w:r w:rsidR="007F0450" w:rsidRPr="007F0450">
        <w:rPr>
          <w:rFonts w:ascii="Times New Roman" w:hAnsi="Times New Roman" w:cs="Times New Roman" w:hint="cs"/>
          <w:b/>
          <w:bCs/>
          <w:sz w:val="32"/>
          <w:rtl/>
        </w:rPr>
        <w:t>تحليل</w:t>
      </w:r>
      <w:r w:rsidR="007F0450" w:rsidRPr="007F0450">
        <w:rPr>
          <w:rFonts w:asciiTheme="majorHAnsi" w:hAnsiTheme="majorHAnsi" w:cstheme="majorHAnsi"/>
          <w:b/>
          <w:bCs/>
          <w:sz w:val="32"/>
          <w:rtl/>
        </w:rPr>
        <w:t xml:space="preserve"> </w:t>
      </w:r>
      <w:r w:rsidR="007F0450" w:rsidRPr="007F0450">
        <w:rPr>
          <w:rFonts w:ascii="Times New Roman" w:hAnsi="Times New Roman" w:cs="Times New Roman" w:hint="cs"/>
          <w:b/>
          <w:bCs/>
          <w:sz w:val="32"/>
          <w:rtl/>
        </w:rPr>
        <w:t>البيانات</w:t>
      </w:r>
    </w:p>
    <w:p w14:paraId="6524D665" w14:textId="77777777" w:rsidR="0043294A" w:rsidRPr="00B05D15" w:rsidRDefault="007F0450" w:rsidP="00B05D15">
      <w:pPr>
        <w:bidi/>
        <w:spacing w:line="360" w:lineRule="auto"/>
        <w:ind w:left="720"/>
        <w:rPr>
          <w:rFonts w:asciiTheme="majorHAnsi" w:hAnsiTheme="majorHAnsi" w:cstheme="majorHAnsi"/>
          <w:b/>
          <w:bCs/>
          <w:sz w:val="32"/>
          <w:rtl/>
        </w:rPr>
      </w:pPr>
      <w:r w:rsidRPr="007F0450">
        <w:rPr>
          <w:rFonts w:ascii="Times New Roman" w:hAnsi="Times New Roman" w:cs="Times New Roman" w:hint="cs"/>
          <w:b/>
          <w:bCs/>
          <w:sz w:val="32"/>
          <w:rtl/>
        </w:rPr>
        <w:t>يساعد</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تحليل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البيانات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في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فهم</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سلوك</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العملاء</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وتوجيه</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الحملات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التسويقية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بشكل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أكثر</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دقة</w:t>
      </w:r>
      <w:r w:rsidRPr="007F0450">
        <w:rPr>
          <w:rFonts w:asciiTheme="majorHAnsi" w:hAnsiTheme="majorHAnsi" w:cstheme="majorHAnsi"/>
          <w:b/>
          <w:bCs/>
          <w:sz w:val="32"/>
        </w:rPr>
        <w:t>.</w:t>
      </w:r>
    </w:p>
    <w:p w14:paraId="6ADA921E" w14:textId="7FB18323" w:rsidR="007F0450" w:rsidRPr="00B05D15" w:rsidRDefault="0043294A" w:rsidP="00B05D15">
      <w:pPr>
        <w:bidi/>
        <w:spacing w:line="360" w:lineRule="auto"/>
        <w:ind w:left="720"/>
        <w:rPr>
          <w:rFonts w:asciiTheme="majorHAnsi" w:hAnsiTheme="majorHAnsi" w:cstheme="majorHAnsi"/>
          <w:b/>
          <w:bCs/>
          <w:sz w:val="32"/>
        </w:rPr>
      </w:pPr>
      <w:r w:rsidRPr="00B05D15">
        <w:rPr>
          <w:rFonts w:asciiTheme="majorHAnsi" w:hAnsiTheme="majorHAnsi" w:cstheme="majorHAnsi"/>
          <w:b/>
          <w:bCs/>
          <w:sz w:val="32"/>
          <w:rtl/>
        </w:rPr>
        <w:t xml:space="preserve">4- </w:t>
      </w:r>
      <w:r w:rsidR="007F0450" w:rsidRPr="00B05D15">
        <w:rPr>
          <w:rFonts w:ascii="Times New Roman" w:hAnsi="Times New Roman" w:cs="Times New Roman" w:hint="cs"/>
          <w:b/>
          <w:bCs/>
          <w:sz w:val="32"/>
          <w:rtl/>
        </w:rPr>
        <w:t>أدوات</w:t>
      </w:r>
      <w:r w:rsidR="007F0450" w:rsidRPr="00B05D15">
        <w:rPr>
          <w:rFonts w:asciiTheme="majorHAnsi" w:hAnsiTheme="majorHAnsi" w:cstheme="majorHAnsi"/>
          <w:b/>
          <w:bCs/>
          <w:sz w:val="32"/>
          <w:rtl/>
        </w:rPr>
        <w:t xml:space="preserve"> </w:t>
      </w:r>
      <w:r w:rsidR="007F0450" w:rsidRPr="00B05D15">
        <w:rPr>
          <w:rFonts w:ascii="Times New Roman" w:hAnsi="Times New Roman" w:cs="Times New Roman" w:hint="cs"/>
          <w:b/>
          <w:bCs/>
          <w:sz w:val="32"/>
          <w:rtl/>
        </w:rPr>
        <w:t>العرض</w:t>
      </w:r>
      <w:r w:rsidR="007F0450" w:rsidRPr="00B05D15">
        <w:rPr>
          <w:rFonts w:asciiTheme="majorHAnsi" w:hAnsiTheme="majorHAnsi" w:cstheme="majorHAnsi"/>
          <w:b/>
          <w:bCs/>
          <w:sz w:val="32"/>
          <w:rtl/>
        </w:rPr>
        <w:t xml:space="preserve"> </w:t>
      </w:r>
      <w:r w:rsidR="007F0450" w:rsidRPr="00B05D15">
        <w:rPr>
          <w:rFonts w:ascii="Times New Roman" w:hAnsi="Times New Roman" w:cs="Times New Roman" w:hint="cs"/>
          <w:b/>
          <w:bCs/>
          <w:sz w:val="32"/>
          <w:rtl/>
        </w:rPr>
        <w:t>الرقمي</w:t>
      </w:r>
    </w:p>
    <w:p w14:paraId="5E248401" w14:textId="77777777" w:rsidR="007F0450" w:rsidRPr="007F0450" w:rsidRDefault="007F0450" w:rsidP="00B05D15">
      <w:pPr>
        <w:bidi/>
        <w:spacing w:line="360" w:lineRule="auto"/>
        <w:ind w:left="720"/>
        <w:rPr>
          <w:rFonts w:asciiTheme="majorHAnsi" w:hAnsiTheme="majorHAnsi" w:cstheme="majorHAnsi"/>
          <w:b/>
          <w:bCs/>
          <w:sz w:val="32"/>
        </w:rPr>
      </w:pPr>
      <w:r w:rsidRPr="007F0450">
        <w:rPr>
          <w:rFonts w:ascii="Times New Roman" w:hAnsi="Times New Roman" w:cs="Times New Roman" w:hint="cs"/>
          <w:b/>
          <w:bCs/>
          <w:sz w:val="32"/>
          <w:rtl/>
        </w:rPr>
        <w:t>تشمل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الصور</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الاحترافية،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الفيديوهات،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والجولات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الافتراضية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تسهم</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في</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تحسين</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تجربة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العميل</w:t>
      </w:r>
      <w:r w:rsidRPr="007F0450">
        <w:rPr>
          <w:rFonts w:asciiTheme="majorHAnsi" w:hAnsiTheme="majorHAnsi" w:cstheme="majorHAnsi"/>
          <w:b/>
          <w:bCs/>
          <w:sz w:val="32"/>
        </w:rPr>
        <w:t>.</w:t>
      </w:r>
    </w:p>
    <w:p w14:paraId="61A52642" w14:textId="77777777" w:rsidR="007F0450" w:rsidRPr="00B05D15" w:rsidRDefault="007F0450" w:rsidP="00B05D15">
      <w:pPr>
        <w:bidi/>
        <w:spacing w:line="360" w:lineRule="auto"/>
        <w:ind w:left="720"/>
        <w:rPr>
          <w:rFonts w:asciiTheme="majorHAnsi" w:hAnsiTheme="majorHAnsi" w:cstheme="majorHAnsi"/>
          <w:b/>
          <w:sz w:val="32"/>
          <w:rtl/>
        </w:rPr>
      </w:pPr>
    </w:p>
    <w:p w14:paraId="606D9B29" w14:textId="77777777" w:rsidR="007F0450" w:rsidRPr="00B05D15" w:rsidRDefault="007F0450" w:rsidP="00B05D15">
      <w:pPr>
        <w:bidi/>
        <w:spacing w:line="360" w:lineRule="auto"/>
        <w:ind w:left="720"/>
        <w:rPr>
          <w:rFonts w:asciiTheme="majorHAnsi" w:hAnsiTheme="majorHAnsi" w:cstheme="majorHAnsi"/>
          <w:b/>
          <w:sz w:val="32"/>
          <w:rtl/>
        </w:rPr>
      </w:pPr>
    </w:p>
    <w:p w14:paraId="0B54BF0C" w14:textId="77777777" w:rsidR="007F0450" w:rsidRPr="00B05D15" w:rsidRDefault="007F0450" w:rsidP="00B05D15">
      <w:pPr>
        <w:bidi/>
        <w:spacing w:line="360" w:lineRule="auto"/>
        <w:ind w:left="720"/>
        <w:rPr>
          <w:rFonts w:asciiTheme="majorHAnsi" w:hAnsiTheme="majorHAnsi" w:cstheme="majorHAnsi"/>
          <w:b/>
          <w:sz w:val="32"/>
          <w:rtl/>
        </w:rPr>
      </w:pPr>
    </w:p>
    <w:p w14:paraId="0E8195CA" w14:textId="77777777" w:rsidR="007F0450" w:rsidRPr="00B05D15" w:rsidRDefault="007F0450" w:rsidP="00B05D15">
      <w:pPr>
        <w:bidi/>
        <w:spacing w:line="360" w:lineRule="auto"/>
        <w:ind w:left="720"/>
        <w:rPr>
          <w:rFonts w:asciiTheme="majorHAnsi" w:hAnsiTheme="majorHAnsi" w:cstheme="majorHAnsi"/>
          <w:b/>
          <w:sz w:val="32"/>
          <w:rtl/>
        </w:rPr>
      </w:pPr>
    </w:p>
    <w:p w14:paraId="125655BF" w14:textId="77777777" w:rsidR="007F0450" w:rsidRPr="00B05D15" w:rsidRDefault="007F0450" w:rsidP="00B05D15">
      <w:pPr>
        <w:bidi/>
        <w:spacing w:line="360" w:lineRule="auto"/>
        <w:ind w:left="720"/>
        <w:rPr>
          <w:rFonts w:asciiTheme="majorHAnsi" w:hAnsiTheme="majorHAnsi" w:cstheme="majorHAnsi"/>
          <w:b/>
          <w:sz w:val="32"/>
          <w:rtl/>
        </w:rPr>
      </w:pPr>
    </w:p>
    <w:p w14:paraId="2A25889A" w14:textId="77777777" w:rsidR="007F0450" w:rsidRPr="00B05D15" w:rsidRDefault="007F0450" w:rsidP="00B05D15">
      <w:pPr>
        <w:bidi/>
        <w:spacing w:line="360" w:lineRule="auto"/>
        <w:ind w:left="720"/>
        <w:rPr>
          <w:rFonts w:asciiTheme="majorHAnsi" w:hAnsiTheme="majorHAnsi" w:cstheme="majorHAnsi"/>
          <w:b/>
          <w:sz w:val="32"/>
          <w:rtl/>
        </w:rPr>
      </w:pPr>
    </w:p>
    <w:p w14:paraId="11A4AD6D" w14:textId="77777777" w:rsidR="007F0450" w:rsidRPr="00B05D15" w:rsidRDefault="007F0450" w:rsidP="00B05D15">
      <w:pPr>
        <w:bidi/>
        <w:spacing w:line="360" w:lineRule="auto"/>
        <w:ind w:left="720"/>
        <w:rPr>
          <w:rFonts w:asciiTheme="majorHAnsi" w:hAnsiTheme="majorHAnsi" w:cstheme="majorHAnsi"/>
          <w:b/>
          <w:sz w:val="32"/>
          <w:rtl/>
        </w:rPr>
      </w:pPr>
    </w:p>
    <w:p w14:paraId="47862716" w14:textId="77777777" w:rsidR="007F0450" w:rsidRPr="00B05D15" w:rsidRDefault="007F0450" w:rsidP="00B05D15">
      <w:pPr>
        <w:bidi/>
        <w:spacing w:line="360" w:lineRule="auto"/>
        <w:ind w:left="720"/>
        <w:rPr>
          <w:rFonts w:asciiTheme="majorHAnsi" w:hAnsiTheme="majorHAnsi" w:cstheme="majorHAnsi"/>
          <w:b/>
          <w:sz w:val="32"/>
          <w:rtl/>
        </w:rPr>
      </w:pPr>
    </w:p>
    <w:p w14:paraId="2487ABF2" w14:textId="77777777" w:rsidR="007F0450" w:rsidRPr="00B05D15" w:rsidRDefault="007F0450" w:rsidP="00B05D15">
      <w:pPr>
        <w:bidi/>
        <w:spacing w:line="360" w:lineRule="auto"/>
        <w:ind w:left="720"/>
        <w:rPr>
          <w:rFonts w:asciiTheme="majorHAnsi" w:hAnsiTheme="majorHAnsi" w:cstheme="majorHAnsi"/>
          <w:b/>
          <w:sz w:val="32"/>
          <w:rtl/>
        </w:rPr>
      </w:pPr>
    </w:p>
    <w:p w14:paraId="242197A3" w14:textId="77777777" w:rsidR="007F0450" w:rsidRPr="00B05D15" w:rsidRDefault="007F0450" w:rsidP="00B05D15">
      <w:pPr>
        <w:bidi/>
        <w:spacing w:line="360" w:lineRule="auto"/>
        <w:ind w:left="720"/>
        <w:rPr>
          <w:rFonts w:asciiTheme="majorHAnsi" w:hAnsiTheme="majorHAnsi" w:cstheme="majorHAnsi"/>
          <w:b/>
          <w:bCs/>
          <w:sz w:val="32"/>
          <w:rtl/>
        </w:rPr>
      </w:pPr>
    </w:p>
    <w:p w14:paraId="4FE7F3D5" w14:textId="77777777" w:rsidR="007F0450" w:rsidRPr="00B05D15" w:rsidRDefault="007F0450" w:rsidP="00B05D15">
      <w:pPr>
        <w:bidi/>
        <w:spacing w:line="360" w:lineRule="auto"/>
        <w:ind w:left="720"/>
        <w:rPr>
          <w:rFonts w:asciiTheme="majorHAnsi" w:hAnsiTheme="majorHAnsi" w:cstheme="majorHAnsi"/>
          <w:b/>
          <w:bCs/>
          <w:sz w:val="32"/>
          <w:rtl/>
        </w:rPr>
      </w:pPr>
    </w:p>
    <w:p w14:paraId="13B5FB6F" w14:textId="77777777" w:rsidR="0043294A" w:rsidRPr="00B05D15" w:rsidRDefault="0043294A" w:rsidP="00B05D15">
      <w:pPr>
        <w:bidi/>
        <w:spacing w:line="360" w:lineRule="auto"/>
        <w:ind w:left="720"/>
        <w:rPr>
          <w:rFonts w:asciiTheme="majorHAnsi" w:hAnsiTheme="majorHAnsi" w:cstheme="majorHAnsi"/>
          <w:b/>
          <w:bCs/>
          <w:sz w:val="32"/>
          <w:rtl/>
        </w:rPr>
      </w:pPr>
    </w:p>
    <w:p w14:paraId="6ABEE5D4" w14:textId="77777777" w:rsidR="0043294A" w:rsidRPr="00B05D15" w:rsidRDefault="0043294A" w:rsidP="00B05D15">
      <w:pPr>
        <w:bidi/>
        <w:spacing w:line="360" w:lineRule="auto"/>
        <w:ind w:left="720"/>
        <w:rPr>
          <w:rFonts w:asciiTheme="majorHAnsi" w:hAnsiTheme="majorHAnsi" w:cstheme="majorHAnsi"/>
          <w:b/>
          <w:bCs/>
          <w:sz w:val="32"/>
          <w:rtl/>
        </w:rPr>
      </w:pPr>
    </w:p>
    <w:p w14:paraId="2C1620B4" w14:textId="77777777" w:rsidR="009A2188" w:rsidRPr="00B05D15" w:rsidRDefault="009A2188" w:rsidP="00B05D15">
      <w:pPr>
        <w:bidi/>
        <w:spacing w:line="360" w:lineRule="auto"/>
        <w:ind w:left="720"/>
        <w:rPr>
          <w:rFonts w:asciiTheme="majorHAnsi" w:hAnsiTheme="majorHAnsi" w:cstheme="majorHAnsi"/>
          <w:b/>
          <w:bCs/>
          <w:sz w:val="32"/>
          <w:rtl/>
        </w:rPr>
      </w:pPr>
    </w:p>
    <w:p w14:paraId="3858E1BA" w14:textId="77777777" w:rsidR="0043294A" w:rsidRPr="00B05D15" w:rsidRDefault="0043294A" w:rsidP="00B05D15">
      <w:pPr>
        <w:bidi/>
        <w:spacing w:line="360" w:lineRule="auto"/>
        <w:ind w:left="720"/>
        <w:rPr>
          <w:rFonts w:asciiTheme="majorHAnsi" w:hAnsiTheme="majorHAnsi" w:cstheme="majorHAnsi"/>
          <w:b/>
          <w:bCs/>
          <w:sz w:val="32"/>
          <w:rtl/>
        </w:rPr>
      </w:pPr>
    </w:p>
    <w:p w14:paraId="53F4394A" w14:textId="3883EE47" w:rsidR="0043294A" w:rsidRPr="007F0450" w:rsidRDefault="007F0450" w:rsidP="000B2CE1">
      <w:pPr>
        <w:spacing w:line="360" w:lineRule="auto"/>
        <w:ind w:left="720"/>
        <w:jc w:val="right"/>
        <w:rPr>
          <w:rFonts w:asciiTheme="majorHAnsi" w:hAnsiTheme="majorHAnsi" w:cstheme="majorHAnsi"/>
          <w:b/>
          <w:bCs/>
          <w:sz w:val="32"/>
        </w:rPr>
      </w:pPr>
      <w:r w:rsidRPr="007F0450">
        <w:rPr>
          <w:rFonts w:asciiTheme="majorHAnsi" w:hAnsiTheme="majorHAnsi" w:cstheme="majorHAnsi"/>
          <w:b/>
          <w:bCs/>
          <w:sz w:val="32"/>
        </w:rPr>
        <w:t xml:space="preserve">2.4 </w:t>
      </w:r>
      <w:r w:rsidRPr="007F0450">
        <w:rPr>
          <w:rFonts w:ascii="Times New Roman" w:hAnsi="Times New Roman" w:cs="Times New Roman" w:hint="cs"/>
          <w:b/>
          <w:bCs/>
          <w:sz w:val="32"/>
          <w:rtl/>
        </w:rPr>
        <w:t>مفهوم</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تجربة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العميل</w:t>
      </w:r>
    </w:p>
    <w:p w14:paraId="4A28D00A" w14:textId="77777777" w:rsidR="007F0450" w:rsidRPr="007F0450" w:rsidRDefault="007F0450" w:rsidP="00B05D15">
      <w:pPr>
        <w:bidi/>
        <w:spacing w:line="360" w:lineRule="auto"/>
        <w:ind w:left="720"/>
        <w:rPr>
          <w:rFonts w:asciiTheme="majorHAnsi" w:hAnsiTheme="majorHAnsi" w:cstheme="majorHAnsi"/>
          <w:b/>
          <w:sz w:val="32"/>
        </w:rPr>
      </w:pPr>
      <w:r w:rsidRPr="007F0450">
        <w:rPr>
          <w:rFonts w:ascii="Times New Roman" w:hAnsi="Times New Roman" w:cs="Times New Roman" w:hint="cs"/>
          <w:b/>
          <w:sz w:val="32"/>
          <w:rtl/>
        </w:rPr>
        <w:t>تشير</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تجربة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العميل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إلى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الانطباعات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والمشاعر</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التي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تتكون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لدى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العميل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نتيجة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تفاعله</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مع</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الخدمة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أو</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المنتج</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في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المجال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العقاري،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تتأثر</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تجربة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العميل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بسهولة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الوصول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إلى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المعلومات،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وجودة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التواصل،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وسرعة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اتخاذ</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القرار</w:t>
      </w:r>
      <w:r w:rsidRPr="007F0450">
        <w:rPr>
          <w:rFonts w:asciiTheme="majorHAnsi" w:hAnsiTheme="majorHAnsi" w:cstheme="majorHAnsi"/>
          <w:b/>
          <w:sz w:val="32"/>
        </w:rPr>
        <w:t>.</w:t>
      </w:r>
    </w:p>
    <w:p w14:paraId="3022772C" w14:textId="77777777" w:rsidR="007F0450" w:rsidRPr="007F0450" w:rsidRDefault="007F0450" w:rsidP="00B05D15">
      <w:pPr>
        <w:bidi/>
        <w:spacing w:line="360" w:lineRule="auto"/>
        <w:ind w:left="720"/>
        <w:rPr>
          <w:rFonts w:asciiTheme="majorHAnsi" w:hAnsiTheme="majorHAnsi" w:cstheme="majorHAnsi"/>
          <w:b/>
          <w:sz w:val="32"/>
        </w:rPr>
      </w:pPr>
    </w:p>
    <w:p w14:paraId="746343AA" w14:textId="77777777" w:rsidR="007F0450" w:rsidRPr="007F0450" w:rsidRDefault="007F0450" w:rsidP="000B2CE1">
      <w:pPr>
        <w:spacing w:line="360" w:lineRule="auto"/>
        <w:ind w:left="720"/>
        <w:jc w:val="right"/>
        <w:rPr>
          <w:rFonts w:asciiTheme="majorHAnsi" w:hAnsiTheme="majorHAnsi" w:cstheme="majorHAnsi"/>
          <w:b/>
          <w:bCs/>
          <w:sz w:val="32"/>
        </w:rPr>
      </w:pPr>
      <w:r w:rsidRPr="007F0450">
        <w:rPr>
          <w:rFonts w:asciiTheme="majorHAnsi" w:hAnsiTheme="majorHAnsi" w:cstheme="majorHAnsi"/>
          <w:b/>
          <w:bCs/>
          <w:sz w:val="32"/>
        </w:rPr>
        <w:t xml:space="preserve">2.5 </w:t>
      </w:r>
      <w:r w:rsidRPr="007F0450">
        <w:rPr>
          <w:rFonts w:ascii="Times New Roman" w:hAnsi="Times New Roman" w:cs="Times New Roman" w:hint="cs"/>
          <w:b/>
          <w:bCs/>
          <w:sz w:val="32"/>
          <w:rtl/>
        </w:rPr>
        <w:t>النظريات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الداعمة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للدراسة</w:t>
      </w:r>
    </w:p>
    <w:p w14:paraId="1F27D04A" w14:textId="3BAB9534" w:rsidR="007F0450" w:rsidRPr="007F0450" w:rsidRDefault="007F0450" w:rsidP="00B05D15">
      <w:pPr>
        <w:bidi/>
        <w:spacing w:line="360" w:lineRule="auto"/>
        <w:ind w:left="720"/>
        <w:rPr>
          <w:rFonts w:asciiTheme="majorHAnsi" w:hAnsiTheme="majorHAnsi" w:cstheme="majorHAnsi"/>
          <w:b/>
          <w:bCs/>
          <w:sz w:val="32"/>
        </w:rPr>
      </w:pPr>
      <w:r w:rsidRPr="007F0450">
        <w:rPr>
          <w:rFonts w:ascii="Times New Roman" w:hAnsi="Times New Roman" w:cs="Times New Roman" w:hint="cs"/>
          <w:b/>
          <w:bCs/>
          <w:sz w:val="32"/>
          <w:rtl/>
        </w:rPr>
        <w:t>نظرية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قبول</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التكنولوجيا</w:t>
      </w:r>
      <w:proofErr w:type="gramStart"/>
      <w:r w:rsidR="0043294A" w:rsidRPr="00B05D15">
        <w:rPr>
          <w:rFonts w:asciiTheme="majorHAnsi" w:hAnsiTheme="majorHAnsi" w:cstheme="majorHAnsi"/>
          <w:b/>
          <w:bCs/>
          <w:sz w:val="32"/>
          <w:rtl/>
        </w:rPr>
        <w:t xml:space="preserve">  </w:t>
      </w:r>
      <w:r w:rsidRPr="007F0450">
        <w:rPr>
          <w:rFonts w:asciiTheme="majorHAnsi" w:hAnsiTheme="majorHAnsi" w:cstheme="majorHAnsi"/>
          <w:b/>
          <w:bCs/>
          <w:sz w:val="32"/>
        </w:rPr>
        <w:t xml:space="preserve"> (</w:t>
      </w:r>
      <w:proofErr w:type="gramEnd"/>
      <w:r w:rsidRPr="007F0450">
        <w:rPr>
          <w:rFonts w:asciiTheme="majorHAnsi" w:hAnsiTheme="majorHAnsi" w:cstheme="majorHAnsi"/>
          <w:b/>
          <w:bCs/>
          <w:sz w:val="32"/>
        </w:rPr>
        <w:t>TAM)</w:t>
      </w:r>
    </w:p>
    <w:p w14:paraId="556E605A" w14:textId="77777777" w:rsidR="007F0450" w:rsidRPr="007F0450" w:rsidRDefault="007F0450" w:rsidP="00B05D15">
      <w:pPr>
        <w:bidi/>
        <w:spacing w:line="360" w:lineRule="auto"/>
        <w:ind w:left="720"/>
        <w:rPr>
          <w:rFonts w:asciiTheme="majorHAnsi" w:hAnsiTheme="majorHAnsi" w:cstheme="majorHAnsi"/>
          <w:b/>
          <w:sz w:val="32"/>
        </w:rPr>
      </w:pPr>
      <w:r w:rsidRPr="007F0450">
        <w:rPr>
          <w:rFonts w:ascii="Times New Roman" w:hAnsi="Times New Roman" w:cs="Times New Roman" w:hint="cs"/>
          <w:b/>
          <w:sz w:val="32"/>
          <w:rtl/>
        </w:rPr>
        <w:t>تفترض</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أن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تبني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التكنولوجيا</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يعتمد</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على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سهولة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الاستخدام</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والمنفعة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المتوقعة</w:t>
      </w:r>
      <w:r w:rsidRPr="007F0450">
        <w:rPr>
          <w:rFonts w:asciiTheme="majorHAnsi" w:hAnsiTheme="majorHAnsi" w:cstheme="majorHAnsi"/>
          <w:b/>
          <w:sz w:val="32"/>
        </w:rPr>
        <w:t>.</w:t>
      </w:r>
    </w:p>
    <w:p w14:paraId="067342C0" w14:textId="77777777" w:rsidR="007F0450" w:rsidRPr="007F0450" w:rsidRDefault="007F0450" w:rsidP="00B05D15">
      <w:pPr>
        <w:bidi/>
        <w:spacing w:line="360" w:lineRule="auto"/>
        <w:ind w:left="720"/>
        <w:rPr>
          <w:rFonts w:asciiTheme="majorHAnsi" w:hAnsiTheme="majorHAnsi" w:cstheme="majorHAnsi"/>
          <w:b/>
          <w:bCs/>
          <w:sz w:val="32"/>
        </w:rPr>
      </w:pPr>
      <w:r w:rsidRPr="007F0450">
        <w:rPr>
          <w:rFonts w:ascii="Times New Roman" w:hAnsi="Times New Roman" w:cs="Times New Roman" w:hint="cs"/>
          <w:b/>
          <w:bCs/>
          <w:sz w:val="32"/>
          <w:rtl/>
        </w:rPr>
        <w:t>نظرية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التسويق</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بالعلاقات</w:t>
      </w:r>
    </w:p>
    <w:p w14:paraId="0ED4825D" w14:textId="77777777" w:rsidR="007F0450" w:rsidRPr="007F0450" w:rsidRDefault="007F0450" w:rsidP="00B05D15">
      <w:pPr>
        <w:bidi/>
        <w:spacing w:line="360" w:lineRule="auto"/>
        <w:ind w:left="720"/>
        <w:rPr>
          <w:rFonts w:asciiTheme="majorHAnsi" w:hAnsiTheme="majorHAnsi" w:cstheme="majorHAnsi"/>
          <w:b/>
          <w:sz w:val="32"/>
        </w:rPr>
      </w:pPr>
      <w:r w:rsidRPr="007F0450">
        <w:rPr>
          <w:rFonts w:ascii="Times New Roman" w:hAnsi="Times New Roman" w:cs="Times New Roman" w:hint="cs"/>
          <w:b/>
          <w:sz w:val="32"/>
          <w:rtl/>
        </w:rPr>
        <w:t>تركز</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على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بناء</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علاقات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طويلة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الأمد</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مع</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العملاء</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خلال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تقديم</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قيمة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مضافة</w:t>
      </w:r>
      <w:r w:rsidRPr="007F0450">
        <w:rPr>
          <w:rFonts w:asciiTheme="majorHAnsi" w:hAnsiTheme="majorHAnsi" w:cstheme="majorHAnsi"/>
          <w:b/>
          <w:sz w:val="32"/>
        </w:rPr>
        <w:t>.</w:t>
      </w:r>
    </w:p>
    <w:p w14:paraId="7EC72062" w14:textId="77777777" w:rsidR="007F0450" w:rsidRPr="00B05D15" w:rsidRDefault="007F0450" w:rsidP="00B05D15">
      <w:pPr>
        <w:bidi/>
        <w:spacing w:line="360" w:lineRule="auto"/>
        <w:ind w:left="720"/>
        <w:rPr>
          <w:rFonts w:asciiTheme="majorHAnsi" w:hAnsiTheme="majorHAnsi" w:cstheme="majorHAnsi"/>
          <w:b/>
          <w:sz w:val="32"/>
          <w:rtl/>
        </w:rPr>
      </w:pPr>
    </w:p>
    <w:p w14:paraId="475E8E0D" w14:textId="77777777" w:rsidR="007F0450" w:rsidRPr="00B05D15" w:rsidRDefault="007F0450" w:rsidP="00B05D15">
      <w:pPr>
        <w:bidi/>
        <w:spacing w:line="360" w:lineRule="auto"/>
        <w:ind w:left="720"/>
        <w:rPr>
          <w:rFonts w:asciiTheme="majorHAnsi" w:hAnsiTheme="majorHAnsi" w:cstheme="majorHAnsi"/>
          <w:b/>
          <w:sz w:val="32"/>
          <w:rtl/>
        </w:rPr>
      </w:pPr>
    </w:p>
    <w:p w14:paraId="301052C4" w14:textId="77777777" w:rsidR="0043294A" w:rsidRPr="00B05D15" w:rsidRDefault="0043294A" w:rsidP="00B05D15">
      <w:pPr>
        <w:bidi/>
        <w:spacing w:line="360" w:lineRule="auto"/>
        <w:ind w:left="720"/>
        <w:rPr>
          <w:rFonts w:asciiTheme="majorHAnsi" w:hAnsiTheme="majorHAnsi" w:cstheme="majorHAnsi"/>
          <w:b/>
          <w:sz w:val="32"/>
          <w:rtl/>
        </w:rPr>
      </w:pPr>
    </w:p>
    <w:p w14:paraId="35410E27" w14:textId="77777777" w:rsidR="0043294A" w:rsidRPr="00B05D15" w:rsidRDefault="0043294A" w:rsidP="00B05D15">
      <w:pPr>
        <w:bidi/>
        <w:spacing w:line="360" w:lineRule="auto"/>
        <w:ind w:left="720"/>
        <w:rPr>
          <w:rFonts w:asciiTheme="majorHAnsi" w:hAnsiTheme="majorHAnsi" w:cstheme="majorHAnsi"/>
          <w:b/>
          <w:sz w:val="32"/>
          <w:rtl/>
        </w:rPr>
      </w:pPr>
    </w:p>
    <w:p w14:paraId="7E29E35D" w14:textId="77777777" w:rsidR="0043294A" w:rsidRPr="00B05D15" w:rsidRDefault="0043294A" w:rsidP="00B05D15">
      <w:pPr>
        <w:bidi/>
        <w:spacing w:line="360" w:lineRule="auto"/>
        <w:ind w:left="720"/>
        <w:rPr>
          <w:rFonts w:asciiTheme="majorHAnsi" w:hAnsiTheme="majorHAnsi" w:cstheme="majorHAnsi"/>
          <w:b/>
          <w:sz w:val="32"/>
          <w:rtl/>
        </w:rPr>
      </w:pPr>
    </w:p>
    <w:p w14:paraId="4C3A864B" w14:textId="77777777" w:rsidR="0043294A" w:rsidRPr="00B05D15" w:rsidRDefault="0043294A" w:rsidP="00B05D15">
      <w:pPr>
        <w:bidi/>
        <w:spacing w:line="360" w:lineRule="auto"/>
        <w:ind w:left="720"/>
        <w:rPr>
          <w:rFonts w:asciiTheme="majorHAnsi" w:hAnsiTheme="majorHAnsi" w:cstheme="majorHAnsi"/>
          <w:b/>
          <w:sz w:val="32"/>
          <w:rtl/>
        </w:rPr>
      </w:pPr>
    </w:p>
    <w:p w14:paraId="114675B5" w14:textId="77777777" w:rsidR="0043294A" w:rsidRPr="00B05D15" w:rsidRDefault="0043294A" w:rsidP="00B05D15">
      <w:pPr>
        <w:bidi/>
        <w:spacing w:line="360" w:lineRule="auto"/>
        <w:ind w:left="720"/>
        <w:rPr>
          <w:rFonts w:asciiTheme="majorHAnsi" w:hAnsiTheme="majorHAnsi" w:cstheme="majorHAnsi"/>
          <w:b/>
          <w:sz w:val="32"/>
          <w:rtl/>
        </w:rPr>
      </w:pPr>
    </w:p>
    <w:p w14:paraId="430D9C09" w14:textId="77777777" w:rsidR="0043294A" w:rsidRPr="00B05D15" w:rsidRDefault="0043294A" w:rsidP="00B05D15">
      <w:pPr>
        <w:bidi/>
        <w:spacing w:line="360" w:lineRule="auto"/>
        <w:ind w:left="720"/>
        <w:rPr>
          <w:rFonts w:asciiTheme="majorHAnsi" w:hAnsiTheme="majorHAnsi" w:cstheme="majorHAnsi"/>
          <w:b/>
          <w:sz w:val="32"/>
          <w:rtl/>
        </w:rPr>
      </w:pPr>
    </w:p>
    <w:p w14:paraId="1F8D5385" w14:textId="77777777" w:rsidR="0043294A" w:rsidRPr="00B05D15" w:rsidRDefault="0043294A" w:rsidP="00B05D15">
      <w:pPr>
        <w:bidi/>
        <w:spacing w:line="360" w:lineRule="auto"/>
        <w:ind w:left="720"/>
        <w:rPr>
          <w:rFonts w:asciiTheme="majorHAnsi" w:hAnsiTheme="majorHAnsi" w:cstheme="majorHAnsi"/>
          <w:b/>
          <w:sz w:val="32"/>
          <w:rtl/>
        </w:rPr>
      </w:pPr>
    </w:p>
    <w:p w14:paraId="5A1FC346" w14:textId="77777777" w:rsidR="0043294A" w:rsidRPr="00B05D15" w:rsidRDefault="0043294A" w:rsidP="00B05D15">
      <w:pPr>
        <w:bidi/>
        <w:spacing w:line="360" w:lineRule="auto"/>
        <w:ind w:left="720"/>
        <w:rPr>
          <w:rFonts w:asciiTheme="majorHAnsi" w:hAnsiTheme="majorHAnsi" w:cstheme="majorHAnsi"/>
          <w:b/>
          <w:sz w:val="32"/>
          <w:rtl/>
        </w:rPr>
      </w:pPr>
    </w:p>
    <w:p w14:paraId="20007519" w14:textId="77777777" w:rsidR="0043294A" w:rsidRPr="00B05D15" w:rsidRDefault="0043294A" w:rsidP="00B05D15">
      <w:pPr>
        <w:bidi/>
        <w:spacing w:line="360" w:lineRule="auto"/>
        <w:ind w:left="720"/>
        <w:rPr>
          <w:rFonts w:asciiTheme="majorHAnsi" w:hAnsiTheme="majorHAnsi" w:cstheme="majorHAnsi"/>
          <w:b/>
          <w:sz w:val="32"/>
          <w:rtl/>
        </w:rPr>
      </w:pPr>
    </w:p>
    <w:p w14:paraId="250EEC3E" w14:textId="77777777" w:rsidR="0043294A" w:rsidRPr="00B05D15" w:rsidRDefault="0043294A" w:rsidP="00B05D15">
      <w:pPr>
        <w:bidi/>
        <w:spacing w:line="360" w:lineRule="auto"/>
        <w:ind w:left="720"/>
        <w:rPr>
          <w:rFonts w:asciiTheme="majorHAnsi" w:hAnsiTheme="majorHAnsi" w:cstheme="majorHAnsi"/>
          <w:b/>
          <w:sz w:val="32"/>
          <w:rtl/>
        </w:rPr>
      </w:pPr>
    </w:p>
    <w:p w14:paraId="671E9EC1" w14:textId="77777777" w:rsidR="0043294A" w:rsidRPr="00B05D15" w:rsidRDefault="0043294A" w:rsidP="00B05D15">
      <w:pPr>
        <w:bidi/>
        <w:spacing w:line="360" w:lineRule="auto"/>
        <w:ind w:left="720"/>
        <w:rPr>
          <w:rFonts w:asciiTheme="majorHAnsi" w:hAnsiTheme="majorHAnsi" w:cstheme="majorHAnsi"/>
          <w:b/>
          <w:sz w:val="32"/>
          <w:rtl/>
        </w:rPr>
      </w:pPr>
    </w:p>
    <w:p w14:paraId="2581C54F" w14:textId="77777777" w:rsidR="0043294A" w:rsidRPr="00B05D15" w:rsidRDefault="0043294A" w:rsidP="00B05D15">
      <w:pPr>
        <w:bidi/>
        <w:spacing w:line="360" w:lineRule="auto"/>
        <w:ind w:left="720"/>
        <w:rPr>
          <w:rFonts w:asciiTheme="majorHAnsi" w:hAnsiTheme="majorHAnsi" w:cstheme="majorHAnsi"/>
          <w:b/>
          <w:sz w:val="32"/>
          <w:rtl/>
        </w:rPr>
      </w:pPr>
    </w:p>
    <w:p w14:paraId="7E303E71" w14:textId="77777777" w:rsidR="007F0450" w:rsidRPr="007F0450" w:rsidRDefault="007F0450" w:rsidP="000B2CE1">
      <w:pPr>
        <w:spacing w:line="360" w:lineRule="auto"/>
        <w:ind w:left="720"/>
        <w:jc w:val="right"/>
        <w:rPr>
          <w:rFonts w:asciiTheme="majorHAnsi" w:hAnsiTheme="majorHAnsi" w:cstheme="majorHAnsi"/>
          <w:b/>
          <w:bCs/>
          <w:sz w:val="32"/>
        </w:rPr>
      </w:pPr>
      <w:r w:rsidRPr="007F0450">
        <w:rPr>
          <w:rFonts w:asciiTheme="majorHAnsi" w:hAnsiTheme="majorHAnsi" w:cstheme="majorHAnsi"/>
          <w:b/>
          <w:bCs/>
          <w:sz w:val="32"/>
        </w:rPr>
        <w:t xml:space="preserve">2.6 </w:t>
      </w:r>
      <w:r w:rsidRPr="007F0450">
        <w:rPr>
          <w:rFonts w:ascii="Times New Roman" w:hAnsi="Times New Roman" w:cs="Times New Roman" w:hint="cs"/>
          <w:b/>
          <w:bCs/>
          <w:sz w:val="32"/>
          <w:rtl/>
        </w:rPr>
        <w:t>الدراسات</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السابقة</w:t>
      </w:r>
    </w:p>
    <w:p w14:paraId="1BD8836B" w14:textId="77777777" w:rsidR="007F0450" w:rsidRPr="007F0450" w:rsidRDefault="007F0450" w:rsidP="00B05D15">
      <w:pPr>
        <w:bidi/>
        <w:spacing w:line="360" w:lineRule="auto"/>
        <w:ind w:left="720"/>
        <w:rPr>
          <w:rFonts w:asciiTheme="majorHAnsi" w:hAnsiTheme="majorHAnsi" w:cstheme="majorHAnsi"/>
          <w:b/>
          <w:sz w:val="32"/>
        </w:rPr>
      </w:pPr>
      <w:r w:rsidRPr="007F0450">
        <w:rPr>
          <w:rFonts w:ascii="Times New Roman" w:hAnsi="Times New Roman" w:cs="Times New Roman" w:hint="cs"/>
          <w:b/>
          <w:sz w:val="32"/>
          <w:rtl/>
        </w:rPr>
        <w:t>أظهرت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الدراسات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السابقة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وجود</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علاقة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إيجابية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بين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استخدام</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التكنولوجيا</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الرقمية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وتحسين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الأداء</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التسويقي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كما</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أشارت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إلى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أن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الأدوات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الرقمية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تسهم</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في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تحسين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تجربة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العميل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وزيادة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رضاهم</w:t>
      </w:r>
      <w:r w:rsidRPr="007F0450">
        <w:rPr>
          <w:rFonts w:asciiTheme="majorHAnsi" w:hAnsiTheme="majorHAnsi" w:cstheme="majorHAnsi"/>
          <w:b/>
          <w:sz w:val="32"/>
        </w:rPr>
        <w:t>.</w:t>
      </w:r>
    </w:p>
    <w:p w14:paraId="1376B38E" w14:textId="77777777" w:rsidR="007F0450" w:rsidRPr="00B05D15" w:rsidRDefault="007F0450" w:rsidP="00B05D15">
      <w:pPr>
        <w:bidi/>
        <w:spacing w:line="360" w:lineRule="auto"/>
        <w:ind w:left="720"/>
        <w:rPr>
          <w:rFonts w:asciiTheme="majorHAnsi" w:hAnsiTheme="majorHAnsi" w:cstheme="majorHAnsi"/>
          <w:b/>
          <w:sz w:val="32"/>
          <w:rtl/>
        </w:rPr>
      </w:pPr>
    </w:p>
    <w:p w14:paraId="2E470FD0" w14:textId="77777777" w:rsidR="007F0450" w:rsidRPr="007F0450" w:rsidRDefault="007F0450" w:rsidP="000B2CE1">
      <w:pPr>
        <w:spacing w:line="360" w:lineRule="auto"/>
        <w:ind w:left="720"/>
        <w:jc w:val="right"/>
        <w:rPr>
          <w:rFonts w:asciiTheme="majorHAnsi" w:hAnsiTheme="majorHAnsi" w:cstheme="majorHAnsi"/>
          <w:b/>
          <w:bCs/>
          <w:sz w:val="32"/>
        </w:rPr>
      </w:pPr>
      <w:r w:rsidRPr="007F0450">
        <w:rPr>
          <w:rFonts w:asciiTheme="majorHAnsi" w:hAnsiTheme="majorHAnsi" w:cstheme="majorHAnsi"/>
          <w:b/>
          <w:bCs/>
          <w:sz w:val="32"/>
        </w:rPr>
        <w:t xml:space="preserve">2.7 </w:t>
      </w:r>
      <w:r w:rsidRPr="007F0450">
        <w:rPr>
          <w:rFonts w:ascii="Times New Roman" w:hAnsi="Times New Roman" w:cs="Times New Roman" w:hint="cs"/>
          <w:b/>
          <w:bCs/>
          <w:sz w:val="32"/>
          <w:rtl/>
        </w:rPr>
        <w:t>الفجوة</w:t>
      </w:r>
      <w:r w:rsidRPr="007F0450">
        <w:rPr>
          <w:rFonts w:asciiTheme="majorHAnsi" w:hAnsiTheme="majorHAnsi" w:cstheme="majorHAnsi"/>
          <w:b/>
          <w:bCs/>
          <w:sz w:val="32"/>
          <w:rtl/>
        </w:rPr>
        <w:t xml:space="preserve"> </w:t>
      </w:r>
      <w:r w:rsidRPr="007F0450">
        <w:rPr>
          <w:rFonts w:ascii="Times New Roman" w:hAnsi="Times New Roman" w:cs="Times New Roman" w:hint="cs"/>
          <w:b/>
          <w:bCs/>
          <w:sz w:val="32"/>
          <w:rtl/>
        </w:rPr>
        <w:t>البحثية</w:t>
      </w:r>
    </w:p>
    <w:p w14:paraId="77366884" w14:textId="77777777" w:rsidR="007F0450" w:rsidRPr="007F0450" w:rsidRDefault="007F0450" w:rsidP="00B05D15">
      <w:pPr>
        <w:bidi/>
        <w:spacing w:line="360" w:lineRule="auto"/>
        <w:ind w:left="720"/>
        <w:rPr>
          <w:rFonts w:asciiTheme="majorHAnsi" w:hAnsiTheme="majorHAnsi" w:cstheme="majorHAnsi"/>
          <w:b/>
          <w:sz w:val="32"/>
        </w:rPr>
      </w:pPr>
      <w:r w:rsidRPr="007F0450">
        <w:rPr>
          <w:rFonts w:ascii="Times New Roman" w:hAnsi="Times New Roman" w:cs="Times New Roman" w:hint="cs"/>
          <w:b/>
          <w:sz w:val="32"/>
          <w:rtl/>
        </w:rPr>
        <w:t>على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الرغم</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كثرة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الدراسات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العالمية،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إلا</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أن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الدراسات</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التطبيقية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التي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تربط</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بين</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التسويق</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العقاري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الرقمي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وتجربة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العميل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في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السوق</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السعودي</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لا</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تزال</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محدودة،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وهو</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ما</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تسعى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هذه</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الدراسة</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إلى</w:t>
      </w:r>
      <w:r w:rsidRPr="007F0450">
        <w:rPr>
          <w:rFonts w:asciiTheme="majorHAnsi" w:hAnsiTheme="majorHAnsi" w:cstheme="majorHAnsi"/>
          <w:b/>
          <w:sz w:val="32"/>
          <w:rtl/>
        </w:rPr>
        <w:t xml:space="preserve"> </w:t>
      </w:r>
      <w:r w:rsidRPr="007F0450">
        <w:rPr>
          <w:rFonts w:ascii="Times New Roman" w:hAnsi="Times New Roman" w:cs="Times New Roman" w:hint="cs"/>
          <w:b/>
          <w:sz w:val="32"/>
          <w:rtl/>
        </w:rPr>
        <w:t>معالجته</w:t>
      </w:r>
      <w:r w:rsidRPr="007F0450">
        <w:rPr>
          <w:rFonts w:asciiTheme="majorHAnsi" w:hAnsiTheme="majorHAnsi" w:cstheme="majorHAnsi"/>
          <w:b/>
          <w:sz w:val="32"/>
        </w:rPr>
        <w:t>.</w:t>
      </w:r>
    </w:p>
    <w:p w14:paraId="1A44D153" w14:textId="77777777" w:rsidR="007F0450" w:rsidRPr="00B05D15" w:rsidRDefault="007F0450" w:rsidP="00B05D15">
      <w:pPr>
        <w:bidi/>
        <w:spacing w:line="360" w:lineRule="auto"/>
        <w:ind w:left="720"/>
        <w:rPr>
          <w:rFonts w:asciiTheme="majorHAnsi" w:hAnsiTheme="majorHAnsi" w:cstheme="majorHAnsi"/>
          <w:b/>
          <w:sz w:val="32"/>
          <w:rtl/>
        </w:rPr>
      </w:pPr>
    </w:p>
    <w:p w14:paraId="4782C11D" w14:textId="77777777" w:rsidR="00AC1A31" w:rsidRPr="00B05D15" w:rsidRDefault="00AC1A31" w:rsidP="00B05D15">
      <w:pPr>
        <w:bidi/>
        <w:spacing w:line="360" w:lineRule="auto"/>
        <w:ind w:left="720"/>
        <w:rPr>
          <w:rFonts w:asciiTheme="majorHAnsi" w:hAnsiTheme="majorHAnsi" w:cstheme="majorHAnsi"/>
          <w:b/>
          <w:sz w:val="32"/>
          <w:rtl/>
        </w:rPr>
      </w:pPr>
    </w:p>
    <w:p w14:paraId="2CCCF1F3" w14:textId="77777777" w:rsidR="00AC1A31" w:rsidRPr="00B05D15" w:rsidRDefault="00AC1A31" w:rsidP="00B05D15">
      <w:pPr>
        <w:bidi/>
        <w:spacing w:line="360" w:lineRule="auto"/>
        <w:ind w:left="720"/>
        <w:rPr>
          <w:rFonts w:asciiTheme="majorHAnsi" w:hAnsiTheme="majorHAnsi" w:cstheme="majorHAnsi"/>
          <w:b/>
          <w:sz w:val="32"/>
          <w:rtl/>
        </w:rPr>
      </w:pPr>
    </w:p>
    <w:p w14:paraId="162FFA36" w14:textId="77777777" w:rsidR="00AC1A31" w:rsidRPr="00B05D15" w:rsidRDefault="00AC1A31" w:rsidP="00B05D15">
      <w:pPr>
        <w:bidi/>
        <w:spacing w:line="360" w:lineRule="auto"/>
        <w:ind w:left="720"/>
        <w:rPr>
          <w:rFonts w:asciiTheme="majorHAnsi" w:hAnsiTheme="majorHAnsi" w:cstheme="majorHAnsi"/>
          <w:b/>
          <w:sz w:val="32"/>
          <w:rtl/>
        </w:rPr>
      </w:pPr>
    </w:p>
    <w:p w14:paraId="661CE675" w14:textId="77777777" w:rsidR="00AC1A31" w:rsidRPr="00B05D15" w:rsidRDefault="00AC1A31" w:rsidP="00B05D15">
      <w:pPr>
        <w:bidi/>
        <w:spacing w:line="360" w:lineRule="auto"/>
        <w:ind w:left="720"/>
        <w:rPr>
          <w:rFonts w:asciiTheme="majorHAnsi" w:hAnsiTheme="majorHAnsi" w:cstheme="majorHAnsi"/>
          <w:b/>
          <w:sz w:val="32"/>
          <w:rtl/>
        </w:rPr>
      </w:pPr>
    </w:p>
    <w:p w14:paraId="15986159" w14:textId="77777777" w:rsidR="00AC1A31" w:rsidRPr="00B05D15" w:rsidRDefault="00AC1A31" w:rsidP="00B05D15">
      <w:pPr>
        <w:bidi/>
        <w:spacing w:line="360" w:lineRule="auto"/>
        <w:ind w:left="720"/>
        <w:rPr>
          <w:rFonts w:asciiTheme="majorHAnsi" w:hAnsiTheme="majorHAnsi" w:cstheme="majorHAnsi"/>
          <w:b/>
          <w:sz w:val="32"/>
          <w:rtl/>
        </w:rPr>
      </w:pPr>
    </w:p>
    <w:p w14:paraId="26D326DF" w14:textId="77777777" w:rsidR="00AC1A31" w:rsidRPr="00B05D15" w:rsidRDefault="00AC1A31" w:rsidP="00B05D15">
      <w:pPr>
        <w:bidi/>
        <w:spacing w:line="360" w:lineRule="auto"/>
        <w:ind w:left="720"/>
        <w:rPr>
          <w:rFonts w:asciiTheme="majorHAnsi" w:hAnsiTheme="majorHAnsi" w:cstheme="majorHAnsi"/>
          <w:b/>
          <w:sz w:val="32"/>
          <w:rtl/>
        </w:rPr>
      </w:pPr>
    </w:p>
    <w:p w14:paraId="0C8D04B0" w14:textId="77777777" w:rsidR="00AC1A31" w:rsidRPr="00B05D15" w:rsidRDefault="00AC1A31" w:rsidP="00B05D15">
      <w:pPr>
        <w:bidi/>
        <w:spacing w:line="360" w:lineRule="auto"/>
        <w:ind w:left="720"/>
        <w:rPr>
          <w:rFonts w:asciiTheme="majorHAnsi" w:hAnsiTheme="majorHAnsi" w:cstheme="majorHAnsi"/>
          <w:b/>
          <w:sz w:val="32"/>
          <w:rtl/>
        </w:rPr>
      </w:pPr>
    </w:p>
    <w:p w14:paraId="39BB28F0" w14:textId="77777777" w:rsidR="00AC1A31" w:rsidRPr="00B05D15" w:rsidRDefault="00AC1A31" w:rsidP="00B05D15">
      <w:pPr>
        <w:bidi/>
        <w:spacing w:line="360" w:lineRule="auto"/>
        <w:ind w:left="720"/>
        <w:rPr>
          <w:rFonts w:asciiTheme="majorHAnsi" w:hAnsiTheme="majorHAnsi" w:cstheme="majorHAnsi"/>
          <w:b/>
          <w:sz w:val="32"/>
          <w:rtl/>
        </w:rPr>
      </w:pPr>
    </w:p>
    <w:p w14:paraId="107B938D" w14:textId="77777777" w:rsidR="00AC1A31" w:rsidRPr="00B05D15" w:rsidRDefault="00AC1A31" w:rsidP="00B05D15">
      <w:pPr>
        <w:bidi/>
        <w:spacing w:line="360" w:lineRule="auto"/>
        <w:ind w:left="720"/>
        <w:rPr>
          <w:rFonts w:asciiTheme="majorHAnsi" w:hAnsiTheme="majorHAnsi" w:cstheme="majorHAnsi"/>
          <w:b/>
          <w:sz w:val="32"/>
          <w:rtl/>
        </w:rPr>
      </w:pPr>
    </w:p>
    <w:p w14:paraId="54911E0B" w14:textId="77777777" w:rsidR="00AC1A31" w:rsidRPr="00B05D15" w:rsidRDefault="00AC1A31" w:rsidP="00B05D15">
      <w:pPr>
        <w:bidi/>
        <w:spacing w:line="360" w:lineRule="auto"/>
        <w:ind w:left="720"/>
        <w:rPr>
          <w:rFonts w:asciiTheme="majorHAnsi" w:hAnsiTheme="majorHAnsi" w:cstheme="majorHAnsi"/>
          <w:b/>
          <w:sz w:val="32"/>
          <w:rtl/>
        </w:rPr>
      </w:pPr>
    </w:p>
    <w:p w14:paraId="04BFED9F" w14:textId="77777777" w:rsidR="00AC1A31" w:rsidRPr="00B05D15" w:rsidRDefault="00AC1A31" w:rsidP="00B05D15">
      <w:pPr>
        <w:bidi/>
        <w:spacing w:line="360" w:lineRule="auto"/>
        <w:ind w:left="720"/>
        <w:rPr>
          <w:rFonts w:asciiTheme="majorHAnsi" w:hAnsiTheme="majorHAnsi" w:cstheme="majorHAnsi"/>
          <w:b/>
          <w:sz w:val="32"/>
          <w:rtl/>
        </w:rPr>
      </w:pPr>
    </w:p>
    <w:p w14:paraId="30E43772" w14:textId="77777777" w:rsidR="00596432" w:rsidRPr="00B05D15" w:rsidRDefault="00596432" w:rsidP="00B05D15">
      <w:pPr>
        <w:bidi/>
        <w:spacing w:line="360" w:lineRule="auto"/>
        <w:ind w:left="720"/>
        <w:rPr>
          <w:rFonts w:asciiTheme="majorHAnsi" w:hAnsiTheme="majorHAnsi" w:cstheme="majorHAnsi"/>
          <w:b/>
          <w:sz w:val="32"/>
          <w:rtl/>
        </w:rPr>
      </w:pPr>
    </w:p>
    <w:p w14:paraId="495EBCCA" w14:textId="77777777" w:rsidR="00AC1A31" w:rsidRDefault="00AC1A31" w:rsidP="00B05D15">
      <w:pPr>
        <w:bidi/>
        <w:spacing w:line="360" w:lineRule="auto"/>
        <w:ind w:left="720"/>
        <w:rPr>
          <w:rFonts w:asciiTheme="majorHAnsi" w:hAnsiTheme="majorHAnsi" w:cstheme="majorHAnsi"/>
          <w:b/>
          <w:sz w:val="32"/>
          <w:rtl/>
        </w:rPr>
      </w:pPr>
    </w:p>
    <w:p w14:paraId="269179F7" w14:textId="77777777" w:rsidR="00E96B54" w:rsidRDefault="00E96B54" w:rsidP="00E96B54">
      <w:pPr>
        <w:bidi/>
        <w:spacing w:line="360" w:lineRule="auto"/>
        <w:ind w:left="720"/>
        <w:rPr>
          <w:rFonts w:asciiTheme="majorHAnsi" w:hAnsiTheme="majorHAnsi" w:cstheme="majorHAnsi"/>
          <w:b/>
          <w:sz w:val="32"/>
          <w:rtl/>
        </w:rPr>
      </w:pPr>
    </w:p>
    <w:p w14:paraId="56229929" w14:textId="77777777" w:rsidR="00E96B54" w:rsidRPr="00B05D15" w:rsidRDefault="00E96B54" w:rsidP="00E96B54">
      <w:pPr>
        <w:bidi/>
        <w:spacing w:line="360" w:lineRule="auto"/>
        <w:ind w:left="720"/>
        <w:rPr>
          <w:rFonts w:asciiTheme="majorHAnsi" w:hAnsiTheme="majorHAnsi" w:cstheme="majorHAnsi"/>
          <w:b/>
          <w:sz w:val="32"/>
          <w:rtl/>
        </w:rPr>
      </w:pPr>
    </w:p>
    <w:p w14:paraId="295F554F" w14:textId="77777777" w:rsidR="00AC1A31" w:rsidRPr="00AC1A31" w:rsidRDefault="00AC1A31" w:rsidP="00B05D15">
      <w:pPr>
        <w:bidi/>
        <w:spacing w:line="360" w:lineRule="auto"/>
        <w:ind w:left="720"/>
        <w:rPr>
          <w:rFonts w:asciiTheme="majorHAnsi" w:hAnsiTheme="majorHAnsi" w:cstheme="majorHAnsi"/>
          <w:b/>
          <w:bCs/>
          <w:sz w:val="32"/>
        </w:rPr>
      </w:pPr>
      <w:r w:rsidRPr="00AC1A31">
        <w:rPr>
          <w:rFonts w:ascii="Times New Roman" w:hAnsi="Times New Roman" w:cs="Times New Roman" w:hint="cs"/>
          <w:b/>
          <w:bCs/>
          <w:sz w:val="32"/>
          <w:rtl/>
        </w:rPr>
        <w:t>الفصل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الثالث</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منهجية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الدراسة</w:t>
      </w:r>
    </w:p>
    <w:p w14:paraId="4958797A" w14:textId="77777777" w:rsidR="00AC1A31" w:rsidRPr="00AC1A31" w:rsidRDefault="00AC1A31" w:rsidP="000B2CE1">
      <w:pPr>
        <w:spacing w:line="360" w:lineRule="auto"/>
        <w:ind w:left="720"/>
        <w:jc w:val="right"/>
        <w:rPr>
          <w:rFonts w:asciiTheme="majorHAnsi" w:hAnsiTheme="majorHAnsi" w:cstheme="majorHAnsi"/>
          <w:b/>
          <w:bCs/>
          <w:sz w:val="32"/>
        </w:rPr>
      </w:pPr>
      <w:r w:rsidRPr="00AC1A31">
        <w:rPr>
          <w:rFonts w:asciiTheme="majorHAnsi" w:hAnsiTheme="majorHAnsi" w:cstheme="majorHAnsi"/>
          <w:b/>
          <w:bCs/>
          <w:sz w:val="32"/>
        </w:rPr>
        <w:t xml:space="preserve">3.1 </w:t>
      </w:r>
      <w:r w:rsidRPr="00AC1A31">
        <w:rPr>
          <w:rFonts w:ascii="Times New Roman" w:hAnsi="Times New Roman" w:cs="Times New Roman" w:hint="cs"/>
          <w:b/>
          <w:bCs/>
          <w:sz w:val="32"/>
          <w:rtl/>
        </w:rPr>
        <w:t>منهج</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الدراسة</w:t>
      </w:r>
    </w:p>
    <w:p w14:paraId="62391A58" w14:textId="77777777" w:rsidR="00AC1A31" w:rsidRPr="00AC1A31" w:rsidRDefault="00AC1A31" w:rsidP="00B05D15">
      <w:pPr>
        <w:bidi/>
        <w:spacing w:line="360" w:lineRule="auto"/>
        <w:ind w:left="720"/>
        <w:rPr>
          <w:rFonts w:asciiTheme="majorHAnsi" w:hAnsiTheme="majorHAnsi" w:cstheme="majorHAnsi"/>
          <w:b/>
          <w:bCs/>
          <w:sz w:val="32"/>
        </w:rPr>
      </w:pPr>
      <w:r w:rsidRPr="00AC1A31">
        <w:rPr>
          <w:rFonts w:ascii="Times New Roman" w:hAnsi="Times New Roman" w:cs="Times New Roman" w:hint="cs"/>
          <w:b/>
          <w:bCs/>
          <w:sz w:val="32"/>
          <w:rtl/>
        </w:rPr>
        <w:t>اعتمدت</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الدراسة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على</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المنهج</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النوعي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الميداني،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لملاءمته</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لطبيعة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الدراسة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التي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تهدف</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إلى</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فهم</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أثر</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التسويق</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العقاري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الرقمي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على</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تجربة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العميل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من</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خلال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الواقع</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العملي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للممارسات</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التسويقية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في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السوق</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العقاري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السعودي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ويتميز</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هذا</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المنهج</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بقدرته</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على</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تقديم</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فهم</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عميق</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للظواهر</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من</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خلال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التفاعل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المباشر</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مع</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المشاركين</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وتحليل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آرائهم</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وخبراتهم</w:t>
      </w:r>
      <w:r w:rsidRPr="00AC1A31">
        <w:rPr>
          <w:rFonts w:asciiTheme="majorHAnsi" w:hAnsiTheme="majorHAnsi" w:cstheme="majorHAnsi"/>
          <w:b/>
          <w:bCs/>
          <w:sz w:val="32"/>
        </w:rPr>
        <w:t>.</w:t>
      </w:r>
    </w:p>
    <w:p w14:paraId="3B6F9469" w14:textId="77777777" w:rsidR="00AC1A31" w:rsidRPr="00AC1A31" w:rsidRDefault="00AC1A31" w:rsidP="000B2CE1">
      <w:pPr>
        <w:spacing w:line="360" w:lineRule="auto"/>
        <w:ind w:left="720"/>
        <w:jc w:val="right"/>
        <w:rPr>
          <w:rFonts w:asciiTheme="majorHAnsi" w:hAnsiTheme="majorHAnsi" w:cstheme="majorHAnsi"/>
          <w:b/>
          <w:bCs/>
          <w:sz w:val="32"/>
        </w:rPr>
      </w:pPr>
      <w:r w:rsidRPr="00AC1A31">
        <w:rPr>
          <w:rFonts w:asciiTheme="majorHAnsi" w:hAnsiTheme="majorHAnsi" w:cstheme="majorHAnsi"/>
          <w:b/>
          <w:bCs/>
          <w:sz w:val="32"/>
        </w:rPr>
        <w:t xml:space="preserve">3.2 </w:t>
      </w:r>
      <w:r w:rsidRPr="00AC1A31">
        <w:rPr>
          <w:rFonts w:ascii="Times New Roman" w:hAnsi="Times New Roman" w:cs="Times New Roman" w:hint="cs"/>
          <w:b/>
          <w:bCs/>
          <w:sz w:val="32"/>
          <w:rtl/>
        </w:rPr>
        <w:t>مجتمع</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الدراسة</w:t>
      </w:r>
    </w:p>
    <w:p w14:paraId="429D5051" w14:textId="77777777" w:rsidR="00AC1A31" w:rsidRPr="00AC1A31" w:rsidRDefault="00AC1A31" w:rsidP="00B05D15">
      <w:pPr>
        <w:bidi/>
        <w:spacing w:line="360" w:lineRule="auto"/>
        <w:ind w:left="720"/>
        <w:rPr>
          <w:rFonts w:asciiTheme="majorHAnsi" w:hAnsiTheme="majorHAnsi" w:cstheme="majorHAnsi"/>
          <w:b/>
          <w:bCs/>
          <w:sz w:val="32"/>
        </w:rPr>
      </w:pPr>
      <w:r w:rsidRPr="00AC1A31">
        <w:rPr>
          <w:rFonts w:ascii="Times New Roman" w:hAnsi="Times New Roman" w:cs="Times New Roman" w:hint="cs"/>
          <w:b/>
          <w:bCs/>
          <w:sz w:val="32"/>
          <w:rtl/>
        </w:rPr>
        <w:t>تمثل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مجتمع</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الدراسة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في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المسوقين</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العقاريين</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والعملاء</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المتعاملين</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مع</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السوق</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العقاري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السعودي،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باعتبارهم</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الأطراف</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الأكثر</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ارتباطًا</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بعمليات</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التسويق</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العقاري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الرقمي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وتجربة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العميل</w:t>
      </w:r>
      <w:r w:rsidRPr="00AC1A31">
        <w:rPr>
          <w:rFonts w:asciiTheme="majorHAnsi" w:hAnsiTheme="majorHAnsi" w:cstheme="majorHAnsi"/>
          <w:b/>
          <w:bCs/>
          <w:sz w:val="32"/>
        </w:rPr>
        <w:t>.</w:t>
      </w:r>
    </w:p>
    <w:p w14:paraId="4FB28780" w14:textId="77777777" w:rsidR="00AC1A31" w:rsidRPr="00AC1A31" w:rsidRDefault="00AC1A31" w:rsidP="000B2CE1">
      <w:pPr>
        <w:spacing w:line="360" w:lineRule="auto"/>
        <w:ind w:left="720"/>
        <w:jc w:val="right"/>
        <w:rPr>
          <w:rFonts w:asciiTheme="majorHAnsi" w:hAnsiTheme="majorHAnsi" w:cstheme="majorHAnsi"/>
          <w:b/>
          <w:bCs/>
          <w:sz w:val="32"/>
        </w:rPr>
      </w:pPr>
      <w:r w:rsidRPr="00AC1A31">
        <w:rPr>
          <w:rFonts w:asciiTheme="majorHAnsi" w:hAnsiTheme="majorHAnsi" w:cstheme="majorHAnsi"/>
          <w:b/>
          <w:bCs/>
          <w:sz w:val="32"/>
        </w:rPr>
        <w:t xml:space="preserve">3.3 </w:t>
      </w:r>
      <w:r w:rsidRPr="00AC1A31">
        <w:rPr>
          <w:rFonts w:ascii="Times New Roman" w:hAnsi="Times New Roman" w:cs="Times New Roman" w:hint="cs"/>
          <w:b/>
          <w:bCs/>
          <w:sz w:val="32"/>
          <w:rtl/>
        </w:rPr>
        <w:t>عينة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الدراسة</w:t>
      </w:r>
    </w:p>
    <w:p w14:paraId="0F051930" w14:textId="77777777" w:rsidR="00AC1A31" w:rsidRPr="00AC1A31" w:rsidRDefault="00AC1A31" w:rsidP="00B05D15">
      <w:pPr>
        <w:bidi/>
        <w:spacing w:line="360" w:lineRule="auto"/>
        <w:ind w:left="720"/>
        <w:rPr>
          <w:rFonts w:asciiTheme="majorHAnsi" w:hAnsiTheme="majorHAnsi" w:cstheme="majorHAnsi"/>
          <w:b/>
          <w:bCs/>
          <w:sz w:val="32"/>
        </w:rPr>
      </w:pPr>
      <w:r w:rsidRPr="00AC1A31">
        <w:rPr>
          <w:rFonts w:ascii="Times New Roman" w:hAnsi="Times New Roman" w:cs="Times New Roman" w:hint="cs"/>
          <w:b/>
          <w:bCs/>
          <w:sz w:val="32"/>
          <w:rtl/>
        </w:rPr>
        <w:t>تم</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اختيار</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عينة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قصدية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من</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المسوقين</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العقاريين</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والعملاء،</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بحيث</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تمثل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الفئات</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ذات</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الخبرة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والتجربة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المباشرة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في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التعامل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مع</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أدوات</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التسويق</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العقاري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الرقمي،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بهدف</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الحصول</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على</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معلومات</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دقيقة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تعكس</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الواقع</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العملي</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للسوق</w:t>
      </w:r>
      <w:r w:rsidRPr="00AC1A31">
        <w:rPr>
          <w:rFonts w:asciiTheme="majorHAnsi" w:hAnsiTheme="majorHAnsi" w:cstheme="majorHAnsi"/>
          <w:b/>
          <w:bCs/>
          <w:sz w:val="32"/>
        </w:rPr>
        <w:t>.</w:t>
      </w:r>
    </w:p>
    <w:p w14:paraId="1869FB21" w14:textId="77777777" w:rsidR="007F0450" w:rsidRPr="00B05D15" w:rsidRDefault="007F0450" w:rsidP="00B05D15">
      <w:pPr>
        <w:bidi/>
        <w:spacing w:line="360" w:lineRule="auto"/>
        <w:ind w:left="720"/>
        <w:rPr>
          <w:rFonts w:asciiTheme="majorHAnsi" w:hAnsiTheme="majorHAnsi" w:cstheme="majorHAnsi"/>
          <w:b/>
          <w:sz w:val="32"/>
          <w:rtl/>
        </w:rPr>
      </w:pPr>
    </w:p>
    <w:p w14:paraId="6EF81BA1" w14:textId="77777777" w:rsidR="00AC1A31" w:rsidRPr="00B05D15" w:rsidRDefault="00AC1A31" w:rsidP="00B05D15">
      <w:pPr>
        <w:bidi/>
        <w:spacing w:line="360" w:lineRule="auto"/>
        <w:ind w:left="720"/>
        <w:rPr>
          <w:rFonts w:asciiTheme="majorHAnsi" w:hAnsiTheme="majorHAnsi" w:cstheme="majorHAnsi"/>
          <w:b/>
          <w:sz w:val="32"/>
          <w:rtl/>
        </w:rPr>
      </w:pPr>
    </w:p>
    <w:p w14:paraId="6AF5387F" w14:textId="77777777" w:rsidR="00AC1A31" w:rsidRPr="00B05D15" w:rsidRDefault="00AC1A31" w:rsidP="00B05D15">
      <w:pPr>
        <w:bidi/>
        <w:spacing w:line="360" w:lineRule="auto"/>
        <w:ind w:left="720"/>
        <w:rPr>
          <w:rFonts w:asciiTheme="majorHAnsi" w:hAnsiTheme="majorHAnsi" w:cstheme="majorHAnsi"/>
          <w:b/>
          <w:sz w:val="32"/>
          <w:rtl/>
        </w:rPr>
      </w:pPr>
    </w:p>
    <w:p w14:paraId="00050704" w14:textId="77777777" w:rsidR="00AC1A31" w:rsidRPr="00B05D15" w:rsidRDefault="00AC1A31" w:rsidP="00B05D15">
      <w:pPr>
        <w:bidi/>
        <w:spacing w:line="360" w:lineRule="auto"/>
        <w:ind w:left="720"/>
        <w:rPr>
          <w:rFonts w:asciiTheme="majorHAnsi" w:hAnsiTheme="majorHAnsi" w:cstheme="majorHAnsi"/>
          <w:b/>
          <w:sz w:val="32"/>
          <w:rtl/>
        </w:rPr>
      </w:pPr>
    </w:p>
    <w:p w14:paraId="58D854C0" w14:textId="77777777" w:rsidR="00AC1A31" w:rsidRPr="00B05D15" w:rsidRDefault="00AC1A31" w:rsidP="00B05D15">
      <w:pPr>
        <w:bidi/>
        <w:spacing w:line="360" w:lineRule="auto"/>
        <w:ind w:left="720"/>
        <w:rPr>
          <w:rFonts w:asciiTheme="majorHAnsi" w:hAnsiTheme="majorHAnsi" w:cstheme="majorHAnsi"/>
          <w:b/>
          <w:sz w:val="32"/>
          <w:rtl/>
        </w:rPr>
      </w:pPr>
    </w:p>
    <w:p w14:paraId="338F5876" w14:textId="77777777" w:rsidR="00AC1A31" w:rsidRPr="00B05D15" w:rsidRDefault="00AC1A31" w:rsidP="00B05D15">
      <w:pPr>
        <w:bidi/>
        <w:spacing w:line="360" w:lineRule="auto"/>
        <w:ind w:left="720"/>
        <w:rPr>
          <w:rFonts w:asciiTheme="majorHAnsi" w:hAnsiTheme="majorHAnsi" w:cstheme="majorHAnsi"/>
          <w:b/>
          <w:sz w:val="32"/>
          <w:rtl/>
        </w:rPr>
      </w:pPr>
    </w:p>
    <w:p w14:paraId="74DC7275" w14:textId="77777777" w:rsidR="00AC1A31" w:rsidRPr="00B05D15" w:rsidRDefault="00AC1A31" w:rsidP="00B05D15">
      <w:pPr>
        <w:bidi/>
        <w:spacing w:line="360" w:lineRule="auto"/>
        <w:ind w:left="720"/>
        <w:rPr>
          <w:rFonts w:asciiTheme="majorHAnsi" w:hAnsiTheme="majorHAnsi" w:cstheme="majorHAnsi"/>
          <w:b/>
          <w:sz w:val="32"/>
          <w:rtl/>
        </w:rPr>
      </w:pPr>
    </w:p>
    <w:p w14:paraId="0BCEA597" w14:textId="77777777" w:rsidR="00AC1A31" w:rsidRPr="00B05D15" w:rsidRDefault="00AC1A31" w:rsidP="00B05D15">
      <w:pPr>
        <w:bidi/>
        <w:spacing w:line="360" w:lineRule="auto"/>
        <w:ind w:left="720"/>
        <w:rPr>
          <w:rFonts w:asciiTheme="majorHAnsi" w:hAnsiTheme="majorHAnsi" w:cstheme="majorHAnsi"/>
          <w:b/>
          <w:sz w:val="32"/>
          <w:rtl/>
        </w:rPr>
      </w:pPr>
    </w:p>
    <w:p w14:paraId="4A6F6CE4" w14:textId="77777777" w:rsidR="00AC1A31" w:rsidRDefault="00AC1A31" w:rsidP="00B05D15">
      <w:pPr>
        <w:bidi/>
        <w:spacing w:line="360" w:lineRule="auto"/>
        <w:ind w:left="720"/>
        <w:rPr>
          <w:rFonts w:asciiTheme="majorHAnsi" w:hAnsiTheme="majorHAnsi" w:cstheme="majorHAnsi"/>
          <w:b/>
          <w:sz w:val="32"/>
          <w:rtl/>
        </w:rPr>
      </w:pPr>
    </w:p>
    <w:p w14:paraId="7F59C79C" w14:textId="77777777" w:rsidR="000B2CE1" w:rsidRDefault="000B2CE1" w:rsidP="000B2CE1">
      <w:pPr>
        <w:bidi/>
        <w:spacing w:line="360" w:lineRule="auto"/>
        <w:ind w:left="720"/>
        <w:rPr>
          <w:rFonts w:asciiTheme="majorHAnsi" w:hAnsiTheme="majorHAnsi" w:cstheme="majorHAnsi"/>
          <w:b/>
          <w:sz w:val="32"/>
          <w:rtl/>
        </w:rPr>
      </w:pPr>
    </w:p>
    <w:p w14:paraId="1E3B2909" w14:textId="77777777" w:rsidR="000B2CE1" w:rsidRDefault="000B2CE1" w:rsidP="000B2CE1">
      <w:pPr>
        <w:bidi/>
        <w:spacing w:line="360" w:lineRule="auto"/>
        <w:ind w:left="720"/>
        <w:rPr>
          <w:rFonts w:asciiTheme="majorHAnsi" w:hAnsiTheme="majorHAnsi" w:cstheme="majorHAnsi"/>
          <w:b/>
          <w:sz w:val="32"/>
          <w:rtl/>
        </w:rPr>
      </w:pPr>
    </w:p>
    <w:p w14:paraId="07A9C835" w14:textId="77777777" w:rsidR="000B2CE1" w:rsidRDefault="000B2CE1" w:rsidP="000B2CE1">
      <w:pPr>
        <w:bidi/>
        <w:spacing w:line="360" w:lineRule="auto"/>
        <w:ind w:left="720"/>
        <w:rPr>
          <w:rFonts w:asciiTheme="majorHAnsi" w:hAnsiTheme="majorHAnsi" w:cstheme="majorHAnsi"/>
          <w:b/>
          <w:sz w:val="32"/>
          <w:rtl/>
        </w:rPr>
      </w:pPr>
    </w:p>
    <w:p w14:paraId="16021E9A" w14:textId="77777777" w:rsidR="000B2CE1" w:rsidRPr="00B05D15" w:rsidRDefault="000B2CE1" w:rsidP="000B2CE1">
      <w:pPr>
        <w:bidi/>
        <w:spacing w:line="360" w:lineRule="auto"/>
        <w:ind w:left="720"/>
        <w:rPr>
          <w:rFonts w:asciiTheme="majorHAnsi" w:hAnsiTheme="majorHAnsi" w:cstheme="majorHAnsi"/>
          <w:b/>
          <w:sz w:val="32"/>
          <w:rtl/>
        </w:rPr>
      </w:pPr>
    </w:p>
    <w:p w14:paraId="41B23B0D" w14:textId="77777777" w:rsidR="007F0450" w:rsidRPr="00B05D15" w:rsidRDefault="007F0450" w:rsidP="00B05D15">
      <w:pPr>
        <w:bidi/>
        <w:spacing w:line="360" w:lineRule="auto"/>
        <w:ind w:left="720"/>
        <w:rPr>
          <w:rFonts w:asciiTheme="majorHAnsi" w:hAnsiTheme="majorHAnsi" w:cstheme="majorHAnsi"/>
          <w:b/>
          <w:sz w:val="32"/>
          <w:rtl/>
        </w:rPr>
      </w:pPr>
    </w:p>
    <w:p w14:paraId="5ADCB0B0" w14:textId="77777777" w:rsidR="00AC1A31" w:rsidRPr="00B05D15" w:rsidRDefault="00AC1A31" w:rsidP="00B05D15">
      <w:pPr>
        <w:bidi/>
        <w:spacing w:line="360" w:lineRule="auto"/>
        <w:ind w:left="720"/>
        <w:rPr>
          <w:rFonts w:asciiTheme="majorHAnsi" w:hAnsiTheme="majorHAnsi" w:cstheme="majorHAnsi"/>
          <w:b/>
          <w:sz w:val="32"/>
          <w:rtl/>
        </w:rPr>
      </w:pPr>
    </w:p>
    <w:p w14:paraId="1FFD3650" w14:textId="4C8E7010" w:rsidR="00AC1A31" w:rsidRPr="00AC1A31" w:rsidRDefault="00AC1A31" w:rsidP="00B05D15">
      <w:pPr>
        <w:bidi/>
        <w:spacing w:line="360" w:lineRule="auto"/>
        <w:ind w:left="720"/>
        <w:rPr>
          <w:rFonts w:asciiTheme="majorHAnsi" w:hAnsiTheme="majorHAnsi" w:cstheme="majorHAnsi"/>
          <w:b/>
          <w:bCs/>
          <w:sz w:val="32"/>
        </w:rPr>
      </w:pPr>
      <w:r w:rsidRPr="00AC1A31">
        <w:rPr>
          <w:rFonts w:ascii="Times New Roman" w:hAnsi="Times New Roman" w:cs="Times New Roman" w:hint="cs"/>
          <w:b/>
          <w:bCs/>
          <w:sz w:val="32"/>
          <w:rtl/>
        </w:rPr>
        <w:t>الفصل</w:t>
      </w:r>
      <w:r w:rsidRPr="00AC1A31">
        <w:rPr>
          <w:rFonts w:asciiTheme="majorHAnsi" w:hAnsiTheme="majorHAnsi" w:cstheme="majorHAnsi"/>
          <w:b/>
          <w:bCs/>
          <w:sz w:val="32"/>
          <w:rtl/>
        </w:rPr>
        <w:t xml:space="preserve"> </w:t>
      </w:r>
      <w:r w:rsidR="00596432" w:rsidRPr="00B05D15">
        <w:rPr>
          <w:rFonts w:ascii="Times New Roman" w:hAnsi="Times New Roman" w:cs="Times New Roman" w:hint="cs"/>
          <w:b/>
          <w:bCs/>
          <w:sz w:val="32"/>
          <w:rtl/>
        </w:rPr>
        <w:t>الرابع</w:t>
      </w:r>
      <w:r w:rsidR="00596432" w:rsidRPr="00B05D15">
        <w:rPr>
          <w:rFonts w:asciiTheme="majorHAnsi" w:hAnsiTheme="majorHAnsi" w:cstheme="majorHAnsi"/>
          <w:b/>
          <w:bCs/>
          <w:sz w:val="32"/>
          <w:rtl/>
        </w:rPr>
        <w:t>:</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المناقشة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والتوصيات</w:t>
      </w:r>
    </w:p>
    <w:p w14:paraId="50194D90" w14:textId="77777777" w:rsidR="00AC1A31" w:rsidRPr="00AC1A31" w:rsidRDefault="00AC1A31" w:rsidP="000B2CE1">
      <w:pPr>
        <w:spacing w:line="360" w:lineRule="auto"/>
        <w:ind w:left="720"/>
        <w:jc w:val="right"/>
        <w:rPr>
          <w:rFonts w:asciiTheme="majorHAnsi" w:hAnsiTheme="majorHAnsi" w:cstheme="majorHAnsi"/>
          <w:b/>
          <w:bCs/>
          <w:sz w:val="32"/>
        </w:rPr>
      </w:pPr>
      <w:r w:rsidRPr="00AC1A31">
        <w:rPr>
          <w:rFonts w:asciiTheme="majorHAnsi" w:hAnsiTheme="majorHAnsi" w:cstheme="majorHAnsi"/>
          <w:b/>
          <w:bCs/>
          <w:sz w:val="32"/>
        </w:rPr>
        <w:t xml:space="preserve">5.1 </w:t>
      </w:r>
      <w:r w:rsidRPr="00AC1A31">
        <w:rPr>
          <w:rFonts w:ascii="Times New Roman" w:hAnsi="Times New Roman" w:cs="Times New Roman" w:hint="cs"/>
          <w:b/>
          <w:bCs/>
          <w:sz w:val="32"/>
          <w:rtl/>
        </w:rPr>
        <w:t>مناقشة</w:t>
      </w:r>
      <w:r w:rsidRPr="00AC1A31">
        <w:rPr>
          <w:rFonts w:asciiTheme="majorHAnsi" w:hAnsiTheme="majorHAnsi" w:cstheme="majorHAnsi"/>
          <w:b/>
          <w:bCs/>
          <w:sz w:val="32"/>
          <w:rtl/>
        </w:rPr>
        <w:t xml:space="preserve"> </w:t>
      </w:r>
      <w:r w:rsidRPr="00AC1A31">
        <w:rPr>
          <w:rFonts w:ascii="Times New Roman" w:hAnsi="Times New Roman" w:cs="Times New Roman" w:hint="cs"/>
          <w:b/>
          <w:bCs/>
          <w:sz w:val="32"/>
          <w:rtl/>
        </w:rPr>
        <w:t>النتائج</w:t>
      </w:r>
    </w:p>
    <w:p w14:paraId="75C1777C" w14:textId="77777777" w:rsidR="00AC1A31" w:rsidRPr="00B05D15" w:rsidRDefault="00AC1A31" w:rsidP="00B05D15">
      <w:pPr>
        <w:bidi/>
        <w:spacing w:line="360" w:lineRule="auto"/>
        <w:ind w:left="720"/>
        <w:rPr>
          <w:rFonts w:asciiTheme="majorHAnsi" w:hAnsiTheme="majorHAnsi" w:cstheme="majorHAnsi"/>
          <w:b/>
          <w:sz w:val="32"/>
          <w:rtl/>
        </w:rPr>
      </w:pPr>
      <w:r w:rsidRPr="00AC1A31">
        <w:rPr>
          <w:rFonts w:ascii="Times New Roman" w:hAnsi="Times New Roman" w:cs="Times New Roman" w:hint="cs"/>
          <w:b/>
          <w:sz w:val="32"/>
          <w:rtl/>
        </w:rPr>
        <w:t>أظهرت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نتائج</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الدراسة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الميدانية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توافقًا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واضحًا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مع</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الأدبيات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العلمية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السابقة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أكدت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أهمية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التكنولوجيا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الرقمية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في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تطوير</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أساليب</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التسويق</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العقاري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وتحسين</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تجربة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العميل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وقد</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بينت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المقابلات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الشفهية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والملاحظات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الميدانية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أن</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استخدام</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الأدوات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الرقمية،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مثل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المنصات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الإلكترونية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ووسائل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التواصل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الاجتماعي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وأدوات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العرض</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الرقمي،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يسهم</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في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تسهيل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الوصول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إلى</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المعلومات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العقارية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وتعزيز</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تفاعل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العملاء</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مع</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العروض</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المقدمة،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مما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ينعكس</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إيجابًا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على</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مستوى</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رضاهم</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وسرعة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اتخاذ</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القرار</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العقاري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كما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أظهرت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النتائج</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أن</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التحول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نحو</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التسويق</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الرقمي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أصبح</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عنصرًا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أساسيًا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في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رفع</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كفاءة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الأداء</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التسويقي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داخل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السوق</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العقاري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السعودي</w:t>
      </w:r>
      <w:r w:rsidRPr="00AC1A31">
        <w:rPr>
          <w:rFonts w:asciiTheme="majorHAnsi" w:hAnsiTheme="majorHAnsi" w:cstheme="majorHAnsi"/>
          <w:b/>
          <w:sz w:val="32"/>
        </w:rPr>
        <w:t>.</w:t>
      </w:r>
    </w:p>
    <w:p w14:paraId="28696D22" w14:textId="77777777" w:rsidR="00AC1A31" w:rsidRPr="00AC1A31" w:rsidRDefault="00AC1A31" w:rsidP="000B2CE1">
      <w:pPr>
        <w:spacing w:line="360" w:lineRule="auto"/>
        <w:ind w:left="720"/>
        <w:jc w:val="right"/>
        <w:rPr>
          <w:rFonts w:asciiTheme="majorHAnsi" w:hAnsiTheme="majorHAnsi" w:cstheme="majorHAnsi"/>
          <w:b/>
          <w:bCs/>
          <w:sz w:val="32"/>
        </w:rPr>
      </w:pPr>
      <w:r w:rsidRPr="00AC1A31">
        <w:rPr>
          <w:rFonts w:asciiTheme="majorHAnsi" w:hAnsiTheme="majorHAnsi" w:cstheme="majorHAnsi"/>
          <w:b/>
          <w:bCs/>
          <w:sz w:val="32"/>
        </w:rPr>
        <w:t xml:space="preserve">5.2 </w:t>
      </w:r>
      <w:r w:rsidRPr="00AC1A31">
        <w:rPr>
          <w:rFonts w:ascii="Times New Roman" w:hAnsi="Times New Roman" w:cs="Times New Roman" w:hint="cs"/>
          <w:b/>
          <w:bCs/>
          <w:sz w:val="32"/>
          <w:rtl/>
        </w:rPr>
        <w:t>التوصيات</w:t>
      </w:r>
    </w:p>
    <w:p w14:paraId="6F8C8019" w14:textId="77777777" w:rsidR="00AC1A31" w:rsidRPr="00AC1A31" w:rsidRDefault="00AC1A31" w:rsidP="00B05D15">
      <w:pPr>
        <w:bidi/>
        <w:spacing w:line="360" w:lineRule="auto"/>
        <w:ind w:left="720"/>
        <w:rPr>
          <w:rFonts w:asciiTheme="majorHAnsi" w:hAnsiTheme="majorHAnsi" w:cstheme="majorHAnsi"/>
          <w:b/>
          <w:sz w:val="32"/>
        </w:rPr>
      </w:pPr>
      <w:r w:rsidRPr="00AC1A31">
        <w:rPr>
          <w:rFonts w:ascii="Times New Roman" w:hAnsi="Times New Roman" w:cs="Times New Roman" w:hint="cs"/>
          <w:b/>
          <w:sz w:val="32"/>
          <w:rtl/>
        </w:rPr>
        <w:t>استنادًا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إلى</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نتائج</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الدراسة،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توصي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الدراسة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بما</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يلي</w:t>
      </w:r>
      <w:r w:rsidRPr="00AC1A31">
        <w:rPr>
          <w:rFonts w:asciiTheme="majorHAnsi" w:hAnsiTheme="majorHAnsi" w:cstheme="majorHAnsi"/>
          <w:b/>
          <w:sz w:val="32"/>
        </w:rPr>
        <w:t>:</w:t>
      </w:r>
    </w:p>
    <w:p w14:paraId="7C1B3B9C" w14:textId="77777777" w:rsidR="00AC1A31" w:rsidRPr="00AC1A31" w:rsidRDefault="00AC1A31" w:rsidP="00B05D15">
      <w:pPr>
        <w:numPr>
          <w:ilvl w:val="0"/>
          <w:numId w:val="20"/>
        </w:numPr>
        <w:bidi/>
        <w:spacing w:line="360" w:lineRule="auto"/>
        <w:rPr>
          <w:rFonts w:asciiTheme="majorHAnsi" w:hAnsiTheme="majorHAnsi" w:cstheme="majorHAnsi"/>
          <w:b/>
          <w:sz w:val="32"/>
        </w:rPr>
      </w:pPr>
      <w:r w:rsidRPr="00AC1A31">
        <w:rPr>
          <w:rFonts w:ascii="Times New Roman" w:hAnsi="Times New Roman" w:cs="Times New Roman" w:hint="cs"/>
          <w:b/>
          <w:sz w:val="32"/>
          <w:rtl/>
        </w:rPr>
        <w:t>تطوير</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المهارات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الرقمية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للمسوقين</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العقاريين</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من</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خلال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برامج</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تدريبية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متخصصة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في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التسويق</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الرقمي</w:t>
      </w:r>
      <w:r w:rsidRPr="00AC1A31">
        <w:rPr>
          <w:rFonts w:asciiTheme="majorHAnsi" w:hAnsiTheme="majorHAnsi" w:cstheme="majorHAnsi"/>
          <w:b/>
          <w:sz w:val="32"/>
        </w:rPr>
        <w:t>.</w:t>
      </w:r>
    </w:p>
    <w:p w14:paraId="3BCACBAE" w14:textId="77777777" w:rsidR="00AC1A31" w:rsidRPr="00AC1A31" w:rsidRDefault="00AC1A31" w:rsidP="00B05D15">
      <w:pPr>
        <w:numPr>
          <w:ilvl w:val="0"/>
          <w:numId w:val="20"/>
        </w:numPr>
        <w:bidi/>
        <w:spacing w:line="360" w:lineRule="auto"/>
        <w:rPr>
          <w:rFonts w:asciiTheme="majorHAnsi" w:hAnsiTheme="majorHAnsi" w:cstheme="majorHAnsi"/>
          <w:b/>
          <w:sz w:val="32"/>
        </w:rPr>
      </w:pPr>
      <w:r w:rsidRPr="00AC1A31">
        <w:rPr>
          <w:rFonts w:ascii="Times New Roman" w:hAnsi="Times New Roman" w:cs="Times New Roman" w:hint="cs"/>
          <w:b/>
          <w:sz w:val="32"/>
          <w:rtl/>
        </w:rPr>
        <w:t>الاستثمار</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في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أدوات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العرض</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الرقمي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الحديثة،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مثل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الجولات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الافتراضية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والمحتوى</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البصري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الاحترافي،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لتحسين</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تجربة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العميل</w:t>
      </w:r>
      <w:r w:rsidRPr="00AC1A31">
        <w:rPr>
          <w:rFonts w:asciiTheme="majorHAnsi" w:hAnsiTheme="majorHAnsi" w:cstheme="majorHAnsi"/>
          <w:b/>
          <w:sz w:val="32"/>
        </w:rPr>
        <w:t>.</w:t>
      </w:r>
    </w:p>
    <w:p w14:paraId="6DF49D5D" w14:textId="77777777" w:rsidR="00AC1A31" w:rsidRPr="00AC1A31" w:rsidRDefault="00AC1A31" w:rsidP="00B05D15">
      <w:pPr>
        <w:numPr>
          <w:ilvl w:val="0"/>
          <w:numId w:val="20"/>
        </w:numPr>
        <w:bidi/>
        <w:spacing w:line="360" w:lineRule="auto"/>
        <w:rPr>
          <w:rFonts w:asciiTheme="majorHAnsi" w:hAnsiTheme="majorHAnsi" w:cstheme="majorHAnsi"/>
          <w:b/>
          <w:sz w:val="32"/>
        </w:rPr>
      </w:pPr>
      <w:r w:rsidRPr="00AC1A31">
        <w:rPr>
          <w:rFonts w:ascii="Times New Roman" w:hAnsi="Times New Roman" w:cs="Times New Roman" w:hint="cs"/>
          <w:b/>
          <w:sz w:val="32"/>
          <w:rtl/>
        </w:rPr>
        <w:t>تعزيز</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استخدام</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تحليل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البيانات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لفهم</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سلوك</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العملاء</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وتصميم</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حملات</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تسويقية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أكثر</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دقة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وفاعلية</w:t>
      </w:r>
      <w:r w:rsidRPr="00AC1A31">
        <w:rPr>
          <w:rFonts w:asciiTheme="majorHAnsi" w:hAnsiTheme="majorHAnsi" w:cstheme="majorHAnsi"/>
          <w:b/>
          <w:sz w:val="32"/>
        </w:rPr>
        <w:t>.</w:t>
      </w:r>
    </w:p>
    <w:p w14:paraId="5C45D9BE" w14:textId="77777777" w:rsidR="00AC1A31" w:rsidRPr="00AC1A31" w:rsidRDefault="00AC1A31" w:rsidP="00B05D15">
      <w:pPr>
        <w:numPr>
          <w:ilvl w:val="0"/>
          <w:numId w:val="20"/>
        </w:numPr>
        <w:bidi/>
        <w:spacing w:line="360" w:lineRule="auto"/>
        <w:rPr>
          <w:rFonts w:asciiTheme="majorHAnsi" w:hAnsiTheme="majorHAnsi" w:cstheme="majorHAnsi"/>
          <w:b/>
          <w:sz w:val="32"/>
        </w:rPr>
      </w:pPr>
      <w:r w:rsidRPr="00AC1A31">
        <w:rPr>
          <w:rFonts w:ascii="Times New Roman" w:hAnsi="Times New Roman" w:cs="Times New Roman" w:hint="cs"/>
          <w:b/>
          <w:sz w:val="32"/>
          <w:rtl/>
        </w:rPr>
        <w:t>تشجيع</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مكاتب</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التسويق</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العقاري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على</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تبني</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حلول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رقمية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متقدمة</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تدعم</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التفاعل</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السريع</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مع</w:t>
      </w:r>
      <w:r w:rsidRPr="00AC1A31">
        <w:rPr>
          <w:rFonts w:asciiTheme="majorHAnsi" w:hAnsiTheme="majorHAnsi" w:cstheme="majorHAnsi"/>
          <w:b/>
          <w:sz w:val="32"/>
          <w:rtl/>
        </w:rPr>
        <w:t xml:space="preserve"> </w:t>
      </w:r>
      <w:r w:rsidRPr="00AC1A31">
        <w:rPr>
          <w:rFonts w:ascii="Times New Roman" w:hAnsi="Times New Roman" w:cs="Times New Roman" w:hint="cs"/>
          <w:b/>
          <w:sz w:val="32"/>
          <w:rtl/>
        </w:rPr>
        <w:t>العملاء</w:t>
      </w:r>
      <w:r w:rsidRPr="00AC1A31">
        <w:rPr>
          <w:rFonts w:asciiTheme="majorHAnsi" w:hAnsiTheme="majorHAnsi" w:cstheme="majorHAnsi"/>
          <w:b/>
          <w:sz w:val="32"/>
        </w:rPr>
        <w:t>.</w:t>
      </w:r>
    </w:p>
    <w:p w14:paraId="294E439E" w14:textId="77777777" w:rsidR="00D059FE" w:rsidRPr="00D059FE" w:rsidRDefault="00D059FE" w:rsidP="000B2CE1">
      <w:pPr>
        <w:spacing w:line="360" w:lineRule="auto"/>
        <w:ind w:left="720"/>
        <w:jc w:val="right"/>
        <w:rPr>
          <w:rFonts w:asciiTheme="majorHAnsi" w:hAnsiTheme="majorHAnsi" w:cstheme="majorHAnsi"/>
          <w:b/>
          <w:sz w:val="32"/>
        </w:rPr>
      </w:pPr>
      <w:r w:rsidRPr="00D059FE">
        <w:rPr>
          <w:rFonts w:asciiTheme="majorHAnsi" w:hAnsiTheme="majorHAnsi" w:cstheme="majorHAnsi"/>
          <w:b/>
          <w:sz w:val="32"/>
        </w:rPr>
        <w:t xml:space="preserve">5.3 </w:t>
      </w:r>
      <w:r w:rsidRPr="00D059FE">
        <w:rPr>
          <w:rFonts w:ascii="Times New Roman" w:hAnsi="Times New Roman" w:cs="Times New Roman" w:hint="cs"/>
          <w:b/>
          <w:sz w:val="32"/>
          <w:rtl/>
        </w:rPr>
        <w:t>حدود</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الدراسة</w:t>
      </w:r>
    </w:p>
    <w:p w14:paraId="3A84BEFE" w14:textId="77777777" w:rsidR="00D059FE" w:rsidRPr="00D059FE" w:rsidRDefault="00D059FE" w:rsidP="00B05D15">
      <w:pPr>
        <w:bidi/>
        <w:spacing w:line="360" w:lineRule="auto"/>
        <w:ind w:left="720"/>
        <w:rPr>
          <w:rFonts w:asciiTheme="majorHAnsi" w:hAnsiTheme="majorHAnsi" w:cstheme="majorHAnsi"/>
          <w:b/>
          <w:sz w:val="32"/>
        </w:rPr>
      </w:pPr>
      <w:r w:rsidRPr="00D059FE">
        <w:rPr>
          <w:rFonts w:ascii="Times New Roman" w:hAnsi="Times New Roman" w:cs="Times New Roman" w:hint="cs"/>
          <w:b/>
          <w:sz w:val="32"/>
          <w:rtl/>
        </w:rPr>
        <w:t>اقتصرت</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الدراسة</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على</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السوق</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العقاري</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في</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المملكة</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العربية</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السعودية،</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كما</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اعتمدت</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على</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منهج</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نوعي</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قائم</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على</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المقابلات</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الشفهية</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والملاحظة</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الميدانية،</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مما</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قد</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يحد</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من</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إمكانية</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تعميم</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النتائج</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على</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جميع</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الأسواق</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العقارية</w:t>
      </w:r>
      <w:r w:rsidRPr="00D059FE">
        <w:rPr>
          <w:rFonts w:asciiTheme="majorHAnsi" w:hAnsiTheme="majorHAnsi" w:cstheme="majorHAnsi"/>
          <w:b/>
          <w:sz w:val="32"/>
          <w:rtl/>
        </w:rPr>
        <w:t xml:space="preserve"> </w:t>
      </w:r>
      <w:r w:rsidRPr="00D059FE">
        <w:rPr>
          <w:rFonts w:ascii="Times New Roman" w:hAnsi="Times New Roman" w:cs="Times New Roman" w:hint="cs"/>
          <w:b/>
          <w:sz w:val="32"/>
          <w:rtl/>
        </w:rPr>
        <w:t>الأخرى</w:t>
      </w:r>
      <w:r w:rsidRPr="00D059FE">
        <w:rPr>
          <w:rFonts w:asciiTheme="majorHAnsi" w:hAnsiTheme="majorHAnsi" w:cstheme="majorHAnsi"/>
          <w:b/>
          <w:sz w:val="32"/>
        </w:rPr>
        <w:t>.</w:t>
      </w:r>
    </w:p>
    <w:p w14:paraId="632FE545" w14:textId="77777777" w:rsidR="00AC1A31" w:rsidRPr="007F0450" w:rsidRDefault="00AC1A31" w:rsidP="00B05D15">
      <w:pPr>
        <w:bidi/>
        <w:spacing w:line="360" w:lineRule="auto"/>
        <w:ind w:left="720"/>
        <w:rPr>
          <w:rFonts w:asciiTheme="majorHAnsi" w:hAnsiTheme="majorHAnsi" w:cstheme="majorHAnsi"/>
          <w:b/>
          <w:sz w:val="32"/>
        </w:rPr>
      </w:pPr>
    </w:p>
    <w:p w14:paraId="3A5A73D4" w14:textId="77777777" w:rsidR="007F0450" w:rsidRPr="00B05D15" w:rsidRDefault="007F0450" w:rsidP="00B05D15">
      <w:pPr>
        <w:bidi/>
        <w:spacing w:line="360" w:lineRule="auto"/>
        <w:ind w:left="720"/>
        <w:rPr>
          <w:rFonts w:asciiTheme="majorHAnsi" w:hAnsiTheme="majorHAnsi" w:cstheme="majorHAnsi"/>
          <w:b/>
          <w:sz w:val="32"/>
        </w:rPr>
      </w:pPr>
    </w:p>
    <w:p w14:paraId="2B261B74" w14:textId="77777777" w:rsidR="009A2188" w:rsidRPr="00B05D15" w:rsidRDefault="009A2188" w:rsidP="00B05D15">
      <w:pPr>
        <w:bidi/>
        <w:spacing w:line="360" w:lineRule="auto"/>
        <w:rPr>
          <w:rFonts w:asciiTheme="majorHAnsi" w:hAnsiTheme="majorHAnsi" w:cstheme="majorHAnsi"/>
          <w:b/>
          <w:rtl/>
        </w:rPr>
      </w:pPr>
    </w:p>
    <w:p w14:paraId="19C1713F" w14:textId="77777777" w:rsidR="009A2188" w:rsidRPr="00B05D15" w:rsidRDefault="009A2188" w:rsidP="00B05D15">
      <w:pPr>
        <w:bidi/>
        <w:spacing w:line="360" w:lineRule="auto"/>
        <w:rPr>
          <w:rFonts w:asciiTheme="majorHAnsi" w:hAnsiTheme="majorHAnsi" w:cstheme="majorHAnsi"/>
          <w:b/>
          <w:rtl/>
        </w:rPr>
      </w:pPr>
    </w:p>
    <w:p w14:paraId="10EA5CD7" w14:textId="77777777" w:rsidR="009A2188" w:rsidRDefault="009A2188" w:rsidP="00B05D15">
      <w:pPr>
        <w:bidi/>
        <w:spacing w:line="360" w:lineRule="auto"/>
        <w:rPr>
          <w:rFonts w:asciiTheme="majorHAnsi" w:hAnsiTheme="majorHAnsi" w:cstheme="majorHAnsi"/>
          <w:b/>
          <w:rtl/>
        </w:rPr>
      </w:pPr>
    </w:p>
    <w:p w14:paraId="17EC58DA" w14:textId="77777777" w:rsidR="00E96B54" w:rsidRPr="00B05D15" w:rsidRDefault="00E96B54" w:rsidP="00E96B54">
      <w:pPr>
        <w:bidi/>
        <w:spacing w:line="360" w:lineRule="auto"/>
        <w:rPr>
          <w:rFonts w:asciiTheme="majorHAnsi" w:hAnsiTheme="majorHAnsi" w:cstheme="majorHAnsi"/>
          <w:b/>
          <w:rtl/>
        </w:rPr>
      </w:pPr>
    </w:p>
    <w:p w14:paraId="2D223D5A" w14:textId="77777777" w:rsidR="009A2188" w:rsidRPr="00B05D15" w:rsidRDefault="009A2188" w:rsidP="00B05D15">
      <w:pPr>
        <w:bidi/>
        <w:spacing w:line="360" w:lineRule="auto"/>
        <w:rPr>
          <w:rFonts w:asciiTheme="majorHAnsi" w:hAnsiTheme="majorHAnsi" w:cstheme="majorHAnsi"/>
          <w:b/>
          <w:sz w:val="36"/>
          <w:rtl/>
        </w:rPr>
      </w:pPr>
    </w:p>
    <w:p w14:paraId="159879C5" w14:textId="77777777" w:rsidR="009A2188" w:rsidRPr="004249E8" w:rsidRDefault="009A2188" w:rsidP="00B05D15">
      <w:pPr>
        <w:bidi/>
        <w:spacing w:line="360" w:lineRule="auto"/>
        <w:rPr>
          <w:rFonts w:asciiTheme="majorHAnsi" w:hAnsiTheme="majorHAnsi" w:cstheme="majorHAnsi"/>
          <w:b/>
          <w:bCs/>
          <w:sz w:val="36"/>
        </w:rPr>
      </w:pPr>
      <w:r w:rsidRPr="004249E8">
        <w:rPr>
          <w:rFonts w:ascii="Times New Roman" w:hAnsi="Times New Roman" w:cs="Times New Roman" w:hint="cs"/>
          <w:b/>
          <w:bCs/>
          <w:sz w:val="36"/>
          <w:rtl/>
        </w:rPr>
        <w:t>الفصل</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الرابع</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تحليل</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البيانات</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ومناقشة</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نتائج</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الدراسة</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الميدانية</w:t>
      </w:r>
    </w:p>
    <w:p w14:paraId="15842667" w14:textId="77777777" w:rsidR="009A2188" w:rsidRPr="004249E8" w:rsidRDefault="009A2188" w:rsidP="000B2CE1">
      <w:pPr>
        <w:spacing w:line="360" w:lineRule="auto"/>
        <w:jc w:val="right"/>
        <w:rPr>
          <w:rFonts w:asciiTheme="majorHAnsi" w:hAnsiTheme="majorHAnsi" w:cstheme="majorHAnsi"/>
          <w:b/>
          <w:bCs/>
          <w:sz w:val="36"/>
        </w:rPr>
      </w:pPr>
      <w:r w:rsidRPr="004249E8">
        <w:rPr>
          <w:rFonts w:asciiTheme="majorHAnsi" w:hAnsiTheme="majorHAnsi" w:cstheme="majorHAnsi"/>
          <w:b/>
          <w:bCs/>
          <w:sz w:val="36"/>
        </w:rPr>
        <w:t xml:space="preserve">4.1 </w:t>
      </w:r>
      <w:r w:rsidRPr="004249E8">
        <w:rPr>
          <w:rFonts w:ascii="Times New Roman" w:hAnsi="Times New Roman" w:cs="Times New Roman" w:hint="cs"/>
          <w:b/>
          <w:bCs/>
          <w:sz w:val="36"/>
          <w:rtl/>
        </w:rPr>
        <w:t>مقدمة</w:t>
      </w:r>
    </w:p>
    <w:p w14:paraId="09C1FADD" w14:textId="77777777" w:rsidR="009A2188" w:rsidRPr="004249E8" w:rsidRDefault="009A2188" w:rsidP="00B05D15">
      <w:pPr>
        <w:bidi/>
        <w:spacing w:line="360" w:lineRule="auto"/>
        <w:rPr>
          <w:rFonts w:asciiTheme="majorHAnsi" w:hAnsiTheme="majorHAnsi" w:cstheme="majorHAnsi"/>
          <w:b/>
          <w:sz w:val="36"/>
        </w:rPr>
      </w:pPr>
      <w:r w:rsidRPr="004249E8">
        <w:rPr>
          <w:rFonts w:ascii="Times New Roman" w:hAnsi="Times New Roman" w:cs="Times New Roman" w:hint="cs"/>
          <w:b/>
          <w:sz w:val="36"/>
          <w:rtl/>
        </w:rPr>
        <w:t>يتناول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هذا</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الفصل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عرض</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وتحليل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النتائج</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التوصل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إليها</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خلال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الدراسة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الميدانية،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والتي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اعتمدت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المقابلات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الشفهية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مع</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المسوقين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العقاريين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والعملاء،</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إضافة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إلى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الملاحظات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المباشرة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أثناء</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الزيارات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الميدانية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لمكاتب</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التسويق</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ويهدف</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هذا</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الفصل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إلى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تحليل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المعطيات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الميدانية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واستخلاص</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الأنماط</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الرئيسة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توضح</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أثر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التسويق</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الرقمي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تجربة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العميل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في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السوق</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السعودي</w:t>
      </w:r>
      <w:r w:rsidRPr="00B05D15">
        <w:rPr>
          <w:rFonts w:asciiTheme="majorHAnsi" w:hAnsiTheme="majorHAnsi" w:cstheme="majorHAnsi"/>
          <w:b/>
          <w:sz w:val="36"/>
          <w:rtl/>
        </w:rPr>
        <w:t>.</w:t>
      </w:r>
    </w:p>
    <w:p w14:paraId="71C1A1A9" w14:textId="77777777" w:rsidR="009A2188" w:rsidRPr="004249E8" w:rsidRDefault="009A2188" w:rsidP="000B2CE1">
      <w:pPr>
        <w:spacing w:line="360" w:lineRule="auto"/>
        <w:jc w:val="right"/>
        <w:rPr>
          <w:rFonts w:asciiTheme="majorHAnsi" w:hAnsiTheme="majorHAnsi" w:cstheme="majorHAnsi"/>
          <w:b/>
          <w:bCs/>
          <w:sz w:val="36"/>
        </w:rPr>
      </w:pPr>
      <w:r w:rsidRPr="004249E8">
        <w:rPr>
          <w:rFonts w:asciiTheme="majorHAnsi" w:hAnsiTheme="majorHAnsi" w:cstheme="majorHAnsi"/>
          <w:b/>
          <w:bCs/>
          <w:sz w:val="36"/>
        </w:rPr>
        <w:t xml:space="preserve">4.2 </w:t>
      </w:r>
      <w:r w:rsidRPr="004249E8">
        <w:rPr>
          <w:rFonts w:ascii="Times New Roman" w:hAnsi="Times New Roman" w:cs="Times New Roman" w:hint="cs"/>
          <w:b/>
          <w:bCs/>
          <w:sz w:val="36"/>
          <w:rtl/>
        </w:rPr>
        <w:t>تحليل</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نتائج</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المقابلات</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الميدانية</w:t>
      </w:r>
    </w:p>
    <w:p w14:paraId="2C63C522" w14:textId="77777777" w:rsidR="009A2188" w:rsidRPr="00B05D15" w:rsidRDefault="009A2188" w:rsidP="00B05D15">
      <w:pPr>
        <w:bidi/>
        <w:spacing w:line="360" w:lineRule="auto"/>
        <w:rPr>
          <w:rFonts w:asciiTheme="majorHAnsi" w:hAnsiTheme="majorHAnsi" w:cstheme="majorHAnsi"/>
          <w:b/>
          <w:sz w:val="36"/>
          <w:rtl/>
        </w:rPr>
      </w:pPr>
      <w:r w:rsidRPr="004249E8">
        <w:rPr>
          <w:rFonts w:ascii="Times New Roman" w:hAnsi="Times New Roman" w:cs="Times New Roman" w:hint="cs"/>
          <w:b/>
          <w:sz w:val="36"/>
          <w:rtl/>
        </w:rPr>
        <w:t>أظهرت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نتائج</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المقابلات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الشفهية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وجود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توجه</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واضح</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لدى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المسوقين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العقاريين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نحو</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الاعتماد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المتزايد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أدوات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التسويق</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الرقمي،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حيث</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أكد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المشاركون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المنصات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الإلكترونية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ووسائل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التواصل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الاجتماعي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أصبحت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أهم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القنوات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المستخدمة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في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عرض</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والتواصل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مع</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العملاء</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كما</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أشار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عدد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العملاء</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إلى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توفر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المعلومات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الرقمية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وسهولة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الوصول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إليها</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أسهم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في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تسهيل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عملية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البحث</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واتخاذ</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القرار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w:t>
      </w:r>
      <w:r w:rsidRPr="00B05D15">
        <w:rPr>
          <w:rFonts w:asciiTheme="majorHAnsi" w:hAnsiTheme="majorHAnsi" w:cstheme="majorHAnsi"/>
          <w:b/>
          <w:sz w:val="36"/>
          <w:rtl/>
        </w:rPr>
        <w:t>.</w:t>
      </w:r>
    </w:p>
    <w:p w14:paraId="0A8E8332" w14:textId="77777777" w:rsidR="009A2188" w:rsidRPr="004249E8" w:rsidRDefault="009A2188" w:rsidP="000B2CE1">
      <w:pPr>
        <w:spacing w:line="360" w:lineRule="auto"/>
        <w:jc w:val="right"/>
        <w:rPr>
          <w:rFonts w:asciiTheme="majorHAnsi" w:hAnsiTheme="majorHAnsi" w:cstheme="majorHAnsi"/>
          <w:b/>
          <w:bCs/>
          <w:sz w:val="36"/>
        </w:rPr>
      </w:pPr>
      <w:r w:rsidRPr="004249E8">
        <w:rPr>
          <w:rFonts w:asciiTheme="majorHAnsi" w:hAnsiTheme="majorHAnsi" w:cstheme="majorHAnsi"/>
          <w:b/>
          <w:bCs/>
          <w:sz w:val="36"/>
        </w:rPr>
        <w:t xml:space="preserve">4.3 </w:t>
      </w:r>
      <w:r w:rsidRPr="004249E8">
        <w:rPr>
          <w:rFonts w:ascii="Times New Roman" w:hAnsi="Times New Roman" w:cs="Times New Roman" w:hint="cs"/>
          <w:b/>
          <w:bCs/>
          <w:sz w:val="36"/>
          <w:rtl/>
        </w:rPr>
        <w:t>نتائج</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الملاحظة</w:t>
      </w:r>
      <w:r w:rsidRPr="004249E8">
        <w:rPr>
          <w:rFonts w:asciiTheme="majorHAnsi" w:hAnsiTheme="majorHAnsi" w:cstheme="majorHAnsi"/>
          <w:b/>
          <w:bCs/>
          <w:sz w:val="36"/>
          <w:rtl/>
        </w:rPr>
        <w:t xml:space="preserve"> </w:t>
      </w:r>
      <w:r w:rsidRPr="004249E8">
        <w:rPr>
          <w:rFonts w:ascii="Times New Roman" w:hAnsi="Times New Roman" w:cs="Times New Roman" w:hint="cs"/>
          <w:b/>
          <w:bCs/>
          <w:sz w:val="36"/>
          <w:rtl/>
        </w:rPr>
        <w:t>الميدانية</w:t>
      </w:r>
    </w:p>
    <w:p w14:paraId="184BC07A" w14:textId="77777777" w:rsidR="009A2188" w:rsidRPr="004249E8" w:rsidRDefault="009A2188" w:rsidP="00B05D15">
      <w:pPr>
        <w:bidi/>
        <w:spacing w:line="360" w:lineRule="auto"/>
        <w:rPr>
          <w:rFonts w:asciiTheme="majorHAnsi" w:hAnsiTheme="majorHAnsi" w:cstheme="majorHAnsi"/>
          <w:b/>
          <w:sz w:val="36"/>
        </w:rPr>
      </w:pPr>
      <w:r w:rsidRPr="004249E8">
        <w:rPr>
          <w:rFonts w:ascii="Times New Roman" w:hAnsi="Times New Roman" w:cs="Times New Roman" w:hint="cs"/>
          <w:b/>
          <w:sz w:val="36"/>
          <w:rtl/>
        </w:rPr>
        <w:t>أوضحت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الملاحظات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المباشرة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خلال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الزيارات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الميدانية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مكاتب</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التسويق</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أصبحت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تعتمد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بشكل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متزايد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المحتوى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البصري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وأدوات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العرض</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الرقمي،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مثل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الصور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الاحترافية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والجولات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الافتراضية،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مما</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يعزز</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تجربة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العميل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ويزيد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مستوى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التفاعل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مع</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العروض</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كما</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لوحظ</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استخدام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الوسائل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الرقمية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يسهم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في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تسريع</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التواصل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وتقليل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الوقت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اللازم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لإتمام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العمليات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التسويقية</w:t>
      </w:r>
      <w:r w:rsidRPr="00B05D15">
        <w:rPr>
          <w:rFonts w:asciiTheme="majorHAnsi" w:hAnsiTheme="majorHAnsi" w:cstheme="majorHAnsi"/>
          <w:b/>
          <w:sz w:val="36"/>
          <w:rtl/>
        </w:rPr>
        <w:t>.</w:t>
      </w:r>
    </w:p>
    <w:p w14:paraId="4C3D48A0" w14:textId="6FF80AC1" w:rsidR="00703534" w:rsidRPr="00B05D15" w:rsidRDefault="00590096" w:rsidP="00B05D15">
      <w:pPr>
        <w:bidi/>
        <w:spacing w:line="360" w:lineRule="auto"/>
        <w:rPr>
          <w:rFonts w:asciiTheme="majorHAnsi" w:hAnsiTheme="majorHAnsi" w:cstheme="majorHAnsi"/>
          <w:b/>
        </w:rPr>
      </w:pPr>
      <w:r w:rsidRPr="00B05D15">
        <w:rPr>
          <w:rFonts w:asciiTheme="majorHAnsi" w:hAnsiTheme="majorHAnsi" w:cstheme="majorHAnsi"/>
          <w:b/>
        </w:rPr>
        <w:br w:type="page"/>
      </w:r>
    </w:p>
    <w:p w14:paraId="6C0A35E2" w14:textId="77777777" w:rsidR="00B07D03" w:rsidRPr="00B05D15" w:rsidRDefault="00B07D03" w:rsidP="00B05D15">
      <w:pPr>
        <w:bidi/>
        <w:spacing w:line="360" w:lineRule="auto"/>
        <w:rPr>
          <w:rFonts w:asciiTheme="majorHAnsi" w:hAnsiTheme="majorHAnsi" w:cstheme="majorHAnsi"/>
          <w:b/>
          <w:sz w:val="36"/>
          <w:rtl/>
        </w:rPr>
      </w:pPr>
      <w:bookmarkStart w:id="1" w:name="_Hlk222955439"/>
    </w:p>
    <w:p w14:paraId="0E40E1FB" w14:textId="77777777" w:rsidR="004249E8" w:rsidRPr="00B05D15" w:rsidRDefault="004249E8" w:rsidP="00B05D15">
      <w:pPr>
        <w:bidi/>
        <w:spacing w:line="360" w:lineRule="auto"/>
        <w:rPr>
          <w:rFonts w:asciiTheme="majorHAnsi" w:hAnsiTheme="majorHAnsi" w:cstheme="majorHAnsi"/>
          <w:b/>
          <w:sz w:val="36"/>
          <w:rtl/>
        </w:rPr>
      </w:pPr>
    </w:p>
    <w:p w14:paraId="443F244F" w14:textId="77777777" w:rsidR="004249E8" w:rsidRPr="00B05D15" w:rsidRDefault="004249E8" w:rsidP="00B05D15">
      <w:pPr>
        <w:bidi/>
        <w:spacing w:line="360" w:lineRule="auto"/>
        <w:rPr>
          <w:rFonts w:asciiTheme="majorHAnsi" w:hAnsiTheme="majorHAnsi" w:cstheme="majorHAnsi"/>
          <w:b/>
          <w:sz w:val="36"/>
          <w:rtl/>
        </w:rPr>
      </w:pPr>
    </w:p>
    <w:p w14:paraId="3827CDA8" w14:textId="77777777" w:rsidR="009A2188" w:rsidRPr="00B05D15" w:rsidRDefault="009A2188" w:rsidP="00B05D15">
      <w:pPr>
        <w:bidi/>
        <w:spacing w:line="360" w:lineRule="auto"/>
        <w:rPr>
          <w:rFonts w:asciiTheme="majorHAnsi" w:hAnsiTheme="majorHAnsi" w:cstheme="majorHAnsi"/>
          <w:b/>
          <w:sz w:val="36"/>
          <w:rtl/>
        </w:rPr>
      </w:pPr>
    </w:p>
    <w:p w14:paraId="2F509018" w14:textId="2D23BB59" w:rsidR="004249E8" w:rsidRPr="004249E8" w:rsidRDefault="004249E8" w:rsidP="00E96B54">
      <w:pPr>
        <w:spacing w:line="360" w:lineRule="auto"/>
        <w:jc w:val="right"/>
        <w:rPr>
          <w:rFonts w:asciiTheme="majorHAnsi" w:hAnsiTheme="majorHAnsi" w:cstheme="majorHAnsi"/>
          <w:b/>
          <w:sz w:val="36"/>
        </w:rPr>
      </w:pPr>
      <w:r w:rsidRPr="004249E8">
        <w:rPr>
          <w:rFonts w:asciiTheme="majorHAnsi" w:hAnsiTheme="majorHAnsi" w:cstheme="majorHAnsi"/>
          <w:b/>
          <w:sz w:val="36"/>
        </w:rPr>
        <w:t xml:space="preserve">.4 </w:t>
      </w:r>
      <w:r w:rsidRPr="004249E8">
        <w:rPr>
          <w:rFonts w:ascii="Times New Roman" w:hAnsi="Times New Roman" w:cs="Times New Roman" w:hint="cs"/>
          <w:b/>
          <w:sz w:val="36"/>
          <w:rtl/>
        </w:rPr>
        <w:t>تحليل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محاور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الدراسة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في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ضوء</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الفرضيات</w:t>
      </w:r>
    </w:p>
    <w:p w14:paraId="40B4AFFA" w14:textId="77777777" w:rsidR="004249E8" w:rsidRPr="004249E8" w:rsidRDefault="004249E8" w:rsidP="00B05D15">
      <w:pPr>
        <w:bidi/>
        <w:spacing w:line="360" w:lineRule="auto"/>
        <w:rPr>
          <w:rFonts w:asciiTheme="majorHAnsi" w:hAnsiTheme="majorHAnsi" w:cstheme="majorHAnsi"/>
          <w:b/>
          <w:sz w:val="36"/>
        </w:rPr>
      </w:pPr>
      <w:r w:rsidRPr="004249E8">
        <w:rPr>
          <w:rFonts w:ascii="Times New Roman" w:hAnsi="Times New Roman" w:cs="Times New Roman" w:hint="cs"/>
          <w:b/>
          <w:sz w:val="36"/>
          <w:rtl/>
        </w:rPr>
        <w:t>من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خلال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تحليل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البيانات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الميدانية،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تبين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وجود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أثر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واضح</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لاستخدام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أدوات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التسويق</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الرقمي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تجربة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العميل،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حيث</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أظهرت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نتائج</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المقابلات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والملاحظات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أن</w:t>
      </w:r>
      <w:r w:rsidRPr="004249E8">
        <w:rPr>
          <w:rFonts w:asciiTheme="majorHAnsi" w:hAnsiTheme="majorHAnsi" w:cstheme="majorHAnsi"/>
          <w:b/>
          <w:sz w:val="36"/>
        </w:rPr>
        <w:t>:</w:t>
      </w:r>
    </w:p>
    <w:p w14:paraId="6ECFD9B1" w14:textId="77777777" w:rsidR="004249E8" w:rsidRPr="004249E8" w:rsidRDefault="004249E8" w:rsidP="00B05D15">
      <w:pPr>
        <w:numPr>
          <w:ilvl w:val="0"/>
          <w:numId w:val="21"/>
        </w:numPr>
        <w:bidi/>
        <w:spacing w:line="360" w:lineRule="auto"/>
        <w:rPr>
          <w:rFonts w:asciiTheme="majorHAnsi" w:hAnsiTheme="majorHAnsi" w:cstheme="majorHAnsi"/>
          <w:b/>
          <w:sz w:val="36"/>
        </w:rPr>
      </w:pPr>
      <w:r w:rsidRPr="004249E8">
        <w:rPr>
          <w:rFonts w:ascii="Times New Roman" w:hAnsi="Times New Roman" w:cs="Times New Roman" w:hint="cs"/>
          <w:b/>
          <w:sz w:val="36"/>
          <w:rtl/>
        </w:rPr>
        <w:t>المنصات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الإلكترونية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تسهم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في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تسهيل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الوصول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إلى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المعلومات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العقارية</w:t>
      </w:r>
      <w:r w:rsidRPr="004249E8">
        <w:rPr>
          <w:rFonts w:asciiTheme="majorHAnsi" w:hAnsiTheme="majorHAnsi" w:cstheme="majorHAnsi"/>
          <w:b/>
          <w:sz w:val="36"/>
        </w:rPr>
        <w:t>.</w:t>
      </w:r>
    </w:p>
    <w:p w14:paraId="36DF4D45" w14:textId="77777777" w:rsidR="004249E8" w:rsidRPr="004249E8" w:rsidRDefault="004249E8" w:rsidP="00B05D15">
      <w:pPr>
        <w:numPr>
          <w:ilvl w:val="0"/>
          <w:numId w:val="21"/>
        </w:numPr>
        <w:bidi/>
        <w:spacing w:line="360" w:lineRule="auto"/>
        <w:rPr>
          <w:rFonts w:asciiTheme="majorHAnsi" w:hAnsiTheme="majorHAnsi" w:cstheme="majorHAnsi"/>
          <w:b/>
          <w:sz w:val="36"/>
        </w:rPr>
      </w:pPr>
      <w:r w:rsidRPr="004249E8">
        <w:rPr>
          <w:rFonts w:ascii="Times New Roman" w:hAnsi="Times New Roman" w:cs="Times New Roman" w:hint="cs"/>
          <w:b/>
          <w:sz w:val="36"/>
          <w:rtl/>
        </w:rPr>
        <w:t>وسائل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التواصل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الاجتماعي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تعزز</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التفاعل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المباشر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بين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المسوقين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والعملاء</w:t>
      </w:r>
      <w:r w:rsidRPr="004249E8">
        <w:rPr>
          <w:rFonts w:asciiTheme="majorHAnsi" w:hAnsiTheme="majorHAnsi" w:cstheme="majorHAnsi"/>
          <w:b/>
          <w:sz w:val="36"/>
        </w:rPr>
        <w:t>.</w:t>
      </w:r>
    </w:p>
    <w:p w14:paraId="2FA40E2F" w14:textId="77777777" w:rsidR="004249E8" w:rsidRPr="004249E8" w:rsidRDefault="004249E8" w:rsidP="00B05D15">
      <w:pPr>
        <w:numPr>
          <w:ilvl w:val="0"/>
          <w:numId w:val="21"/>
        </w:numPr>
        <w:bidi/>
        <w:spacing w:line="360" w:lineRule="auto"/>
        <w:rPr>
          <w:rFonts w:asciiTheme="majorHAnsi" w:hAnsiTheme="majorHAnsi" w:cstheme="majorHAnsi"/>
          <w:b/>
          <w:sz w:val="36"/>
        </w:rPr>
      </w:pPr>
      <w:r w:rsidRPr="004249E8">
        <w:rPr>
          <w:rFonts w:ascii="Times New Roman" w:hAnsi="Times New Roman" w:cs="Times New Roman" w:hint="cs"/>
          <w:b/>
          <w:sz w:val="36"/>
          <w:rtl/>
        </w:rPr>
        <w:t>تحليل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البيانات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يساعد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في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تقديم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عروض</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عقارية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أكثر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ملاءمة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لاحتياجات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العملاء</w:t>
      </w:r>
      <w:r w:rsidRPr="004249E8">
        <w:rPr>
          <w:rFonts w:asciiTheme="majorHAnsi" w:hAnsiTheme="majorHAnsi" w:cstheme="majorHAnsi"/>
          <w:b/>
          <w:sz w:val="36"/>
        </w:rPr>
        <w:t>.</w:t>
      </w:r>
    </w:p>
    <w:p w14:paraId="43C0EACE" w14:textId="77777777" w:rsidR="004249E8" w:rsidRPr="004249E8" w:rsidRDefault="004249E8" w:rsidP="00B05D15">
      <w:pPr>
        <w:numPr>
          <w:ilvl w:val="0"/>
          <w:numId w:val="21"/>
        </w:numPr>
        <w:bidi/>
        <w:spacing w:line="360" w:lineRule="auto"/>
        <w:rPr>
          <w:rFonts w:asciiTheme="majorHAnsi" w:hAnsiTheme="majorHAnsi" w:cstheme="majorHAnsi"/>
          <w:b/>
          <w:sz w:val="36"/>
        </w:rPr>
      </w:pPr>
      <w:r w:rsidRPr="004249E8">
        <w:rPr>
          <w:rFonts w:ascii="Times New Roman" w:hAnsi="Times New Roman" w:cs="Times New Roman" w:hint="cs"/>
          <w:b/>
          <w:sz w:val="36"/>
          <w:rtl/>
        </w:rPr>
        <w:t>أدوات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العرض</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الرقمي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تحسن</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مستوى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رضا</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العميل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وتدعم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اتخاذ</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القرار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w:t>
      </w:r>
      <w:r w:rsidRPr="004249E8">
        <w:rPr>
          <w:rFonts w:asciiTheme="majorHAnsi" w:hAnsiTheme="majorHAnsi" w:cstheme="majorHAnsi"/>
          <w:b/>
          <w:sz w:val="36"/>
        </w:rPr>
        <w:t>.</w:t>
      </w:r>
    </w:p>
    <w:p w14:paraId="5AFCB07C" w14:textId="77777777" w:rsidR="004249E8" w:rsidRPr="004249E8" w:rsidRDefault="004249E8" w:rsidP="00B05D15">
      <w:pPr>
        <w:bidi/>
        <w:spacing w:line="360" w:lineRule="auto"/>
        <w:rPr>
          <w:rFonts w:asciiTheme="majorHAnsi" w:hAnsiTheme="majorHAnsi" w:cstheme="majorHAnsi"/>
          <w:b/>
          <w:sz w:val="36"/>
        </w:rPr>
      </w:pPr>
      <w:r w:rsidRPr="004249E8">
        <w:rPr>
          <w:rFonts w:ascii="Times New Roman" w:hAnsi="Times New Roman" w:cs="Times New Roman" w:hint="cs"/>
          <w:b/>
          <w:sz w:val="36"/>
          <w:rtl/>
        </w:rPr>
        <w:t>وبناءً</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ذلك،</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تشير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النتائج</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الميدانية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إلى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دعم</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الفرضيات</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التي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تفترض</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وجود</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أثر</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إيجابي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للتسويق</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الرقمي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على</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تجربة</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العميل</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في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السوق</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العقاري</w:t>
      </w:r>
      <w:r w:rsidRPr="004249E8">
        <w:rPr>
          <w:rFonts w:asciiTheme="majorHAnsi" w:hAnsiTheme="majorHAnsi" w:cstheme="majorHAnsi"/>
          <w:b/>
          <w:sz w:val="36"/>
          <w:rtl/>
        </w:rPr>
        <w:t xml:space="preserve"> </w:t>
      </w:r>
      <w:r w:rsidRPr="004249E8">
        <w:rPr>
          <w:rFonts w:ascii="Times New Roman" w:hAnsi="Times New Roman" w:cs="Times New Roman" w:hint="cs"/>
          <w:b/>
          <w:sz w:val="36"/>
          <w:rtl/>
        </w:rPr>
        <w:t>السعودي</w:t>
      </w:r>
      <w:r w:rsidRPr="004249E8">
        <w:rPr>
          <w:rFonts w:asciiTheme="majorHAnsi" w:hAnsiTheme="majorHAnsi" w:cstheme="majorHAnsi"/>
          <w:b/>
          <w:sz w:val="36"/>
        </w:rPr>
        <w:t>.</w:t>
      </w:r>
    </w:p>
    <w:p w14:paraId="475B45E0" w14:textId="77777777" w:rsidR="00B07D03" w:rsidRPr="00B05D15" w:rsidRDefault="00B07D03" w:rsidP="00B05D15">
      <w:pPr>
        <w:bidi/>
        <w:spacing w:line="360" w:lineRule="auto"/>
        <w:rPr>
          <w:rFonts w:asciiTheme="majorHAnsi" w:hAnsiTheme="majorHAnsi" w:cstheme="majorHAnsi"/>
          <w:b/>
          <w:sz w:val="36"/>
          <w:rtl/>
        </w:rPr>
      </w:pPr>
    </w:p>
    <w:bookmarkEnd w:id="1"/>
    <w:p w14:paraId="2A71580B" w14:textId="3D76C9B9" w:rsidR="004249E8" w:rsidRPr="004249E8" w:rsidRDefault="004249E8" w:rsidP="00E96B54">
      <w:pPr>
        <w:spacing w:line="360" w:lineRule="auto"/>
        <w:jc w:val="right"/>
        <w:rPr>
          <w:rFonts w:asciiTheme="majorHAnsi" w:hAnsiTheme="majorHAnsi" w:cstheme="majorHAnsi"/>
          <w:b/>
          <w:bCs/>
        </w:rPr>
      </w:pPr>
      <w:r w:rsidRPr="004249E8">
        <w:rPr>
          <w:rFonts w:asciiTheme="majorHAnsi" w:hAnsiTheme="majorHAnsi" w:cstheme="majorHAnsi"/>
          <w:b/>
          <w:bCs/>
        </w:rPr>
        <w:t xml:space="preserve">4.5 </w:t>
      </w:r>
      <w:r w:rsidRPr="004249E8">
        <w:rPr>
          <w:rFonts w:ascii="Times New Roman" w:hAnsi="Times New Roman" w:cs="Times New Roman" w:hint="cs"/>
          <w:b/>
          <w:bCs/>
          <w:rtl/>
        </w:rPr>
        <w:t>خلاصة</w:t>
      </w:r>
      <w:r w:rsidRPr="004249E8">
        <w:rPr>
          <w:rFonts w:asciiTheme="majorHAnsi" w:hAnsiTheme="majorHAnsi" w:cstheme="majorHAnsi"/>
          <w:b/>
          <w:bCs/>
          <w:rtl/>
        </w:rPr>
        <w:t xml:space="preserve"> </w:t>
      </w:r>
      <w:r w:rsidRPr="004249E8">
        <w:rPr>
          <w:rFonts w:ascii="Times New Roman" w:hAnsi="Times New Roman" w:cs="Times New Roman" w:hint="cs"/>
          <w:b/>
          <w:bCs/>
          <w:rtl/>
        </w:rPr>
        <w:t>نتائج</w:t>
      </w:r>
      <w:r w:rsidRPr="004249E8">
        <w:rPr>
          <w:rFonts w:asciiTheme="majorHAnsi" w:hAnsiTheme="majorHAnsi" w:cstheme="majorHAnsi"/>
          <w:b/>
          <w:bCs/>
          <w:rtl/>
        </w:rPr>
        <w:t xml:space="preserve"> </w:t>
      </w:r>
      <w:r w:rsidRPr="004249E8">
        <w:rPr>
          <w:rFonts w:ascii="Times New Roman" w:hAnsi="Times New Roman" w:cs="Times New Roman" w:hint="cs"/>
          <w:b/>
          <w:bCs/>
          <w:rtl/>
        </w:rPr>
        <w:t>الفصل</w:t>
      </w:r>
    </w:p>
    <w:p w14:paraId="1330B159" w14:textId="4BCAF512" w:rsidR="00703534" w:rsidRPr="00B05D15" w:rsidRDefault="004249E8" w:rsidP="00B05D15">
      <w:pPr>
        <w:bidi/>
        <w:spacing w:line="360" w:lineRule="auto"/>
        <w:rPr>
          <w:rFonts w:asciiTheme="majorHAnsi" w:hAnsiTheme="majorHAnsi" w:cstheme="majorHAnsi"/>
          <w:b/>
        </w:rPr>
      </w:pPr>
      <w:r w:rsidRPr="004249E8">
        <w:rPr>
          <w:rFonts w:ascii="Times New Roman" w:hAnsi="Times New Roman" w:cs="Times New Roman" w:hint="cs"/>
          <w:b/>
          <w:rtl/>
        </w:rPr>
        <w:t>يمكن</w:t>
      </w:r>
      <w:r w:rsidRPr="004249E8">
        <w:rPr>
          <w:rFonts w:asciiTheme="majorHAnsi" w:hAnsiTheme="majorHAnsi" w:cstheme="majorHAnsi"/>
          <w:b/>
          <w:rtl/>
        </w:rPr>
        <w:t xml:space="preserve"> </w:t>
      </w:r>
      <w:r w:rsidRPr="004249E8">
        <w:rPr>
          <w:rFonts w:ascii="Times New Roman" w:hAnsi="Times New Roman" w:cs="Times New Roman" w:hint="cs"/>
          <w:b/>
          <w:rtl/>
        </w:rPr>
        <w:t>تلخيص</w:t>
      </w:r>
      <w:r w:rsidRPr="004249E8">
        <w:rPr>
          <w:rFonts w:asciiTheme="majorHAnsi" w:hAnsiTheme="majorHAnsi" w:cstheme="majorHAnsi"/>
          <w:b/>
          <w:rtl/>
        </w:rPr>
        <w:t xml:space="preserve"> </w:t>
      </w:r>
      <w:r w:rsidRPr="004249E8">
        <w:rPr>
          <w:rFonts w:ascii="Times New Roman" w:hAnsi="Times New Roman" w:cs="Times New Roman" w:hint="cs"/>
          <w:b/>
          <w:rtl/>
        </w:rPr>
        <w:t>نتائج</w:t>
      </w:r>
      <w:r w:rsidRPr="004249E8">
        <w:rPr>
          <w:rFonts w:asciiTheme="majorHAnsi" w:hAnsiTheme="majorHAnsi" w:cstheme="majorHAnsi"/>
          <w:b/>
          <w:rtl/>
        </w:rPr>
        <w:t xml:space="preserve"> </w:t>
      </w:r>
      <w:r w:rsidRPr="004249E8">
        <w:rPr>
          <w:rFonts w:ascii="Times New Roman" w:hAnsi="Times New Roman" w:cs="Times New Roman" w:hint="cs"/>
          <w:b/>
          <w:rtl/>
        </w:rPr>
        <w:t>الدراسة</w:t>
      </w:r>
      <w:r w:rsidRPr="004249E8">
        <w:rPr>
          <w:rFonts w:asciiTheme="majorHAnsi" w:hAnsiTheme="majorHAnsi" w:cstheme="majorHAnsi"/>
          <w:b/>
          <w:rtl/>
        </w:rPr>
        <w:t xml:space="preserve"> </w:t>
      </w:r>
      <w:r w:rsidRPr="004249E8">
        <w:rPr>
          <w:rFonts w:ascii="Times New Roman" w:hAnsi="Times New Roman" w:cs="Times New Roman" w:hint="cs"/>
          <w:b/>
          <w:rtl/>
        </w:rPr>
        <w:t>الميدانية</w:t>
      </w:r>
      <w:r w:rsidRPr="004249E8">
        <w:rPr>
          <w:rFonts w:asciiTheme="majorHAnsi" w:hAnsiTheme="majorHAnsi" w:cstheme="majorHAnsi"/>
          <w:b/>
          <w:rtl/>
        </w:rPr>
        <w:t xml:space="preserve"> </w:t>
      </w:r>
      <w:r w:rsidRPr="004249E8">
        <w:rPr>
          <w:rFonts w:ascii="Times New Roman" w:hAnsi="Times New Roman" w:cs="Times New Roman" w:hint="cs"/>
          <w:b/>
          <w:rtl/>
        </w:rPr>
        <w:t>في</w:t>
      </w:r>
      <w:r w:rsidRPr="004249E8">
        <w:rPr>
          <w:rFonts w:asciiTheme="majorHAnsi" w:hAnsiTheme="majorHAnsi" w:cstheme="majorHAnsi"/>
          <w:b/>
          <w:rtl/>
        </w:rPr>
        <w:t xml:space="preserve"> </w:t>
      </w:r>
      <w:r w:rsidRPr="004249E8">
        <w:rPr>
          <w:rFonts w:ascii="Times New Roman" w:hAnsi="Times New Roman" w:cs="Times New Roman" w:hint="cs"/>
          <w:b/>
          <w:rtl/>
        </w:rPr>
        <w:t>أن</w:t>
      </w:r>
      <w:r w:rsidRPr="004249E8">
        <w:rPr>
          <w:rFonts w:asciiTheme="majorHAnsi" w:hAnsiTheme="majorHAnsi" w:cstheme="majorHAnsi"/>
          <w:b/>
          <w:rtl/>
        </w:rPr>
        <w:t xml:space="preserve"> </w:t>
      </w:r>
      <w:r w:rsidRPr="004249E8">
        <w:rPr>
          <w:rFonts w:ascii="Times New Roman" w:hAnsi="Times New Roman" w:cs="Times New Roman" w:hint="cs"/>
          <w:b/>
          <w:rtl/>
        </w:rPr>
        <w:t>التسويق</w:t>
      </w:r>
      <w:r w:rsidRPr="004249E8">
        <w:rPr>
          <w:rFonts w:asciiTheme="majorHAnsi" w:hAnsiTheme="majorHAnsi" w:cstheme="majorHAnsi"/>
          <w:b/>
          <w:rtl/>
        </w:rPr>
        <w:t xml:space="preserve"> </w:t>
      </w:r>
      <w:r w:rsidRPr="004249E8">
        <w:rPr>
          <w:rFonts w:ascii="Times New Roman" w:hAnsi="Times New Roman" w:cs="Times New Roman" w:hint="cs"/>
          <w:b/>
          <w:rtl/>
        </w:rPr>
        <w:t>العقاري</w:t>
      </w:r>
      <w:r w:rsidRPr="004249E8">
        <w:rPr>
          <w:rFonts w:asciiTheme="majorHAnsi" w:hAnsiTheme="majorHAnsi" w:cstheme="majorHAnsi"/>
          <w:b/>
          <w:rtl/>
        </w:rPr>
        <w:t xml:space="preserve"> </w:t>
      </w:r>
      <w:r w:rsidRPr="004249E8">
        <w:rPr>
          <w:rFonts w:ascii="Times New Roman" w:hAnsi="Times New Roman" w:cs="Times New Roman" w:hint="cs"/>
          <w:b/>
          <w:rtl/>
        </w:rPr>
        <w:t>الرقمي</w:t>
      </w:r>
      <w:r w:rsidRPr="004249E8">
        <w:rPr>
          <w:rFonts w:asciiTheme="majorHAnsi" w:hAnsiTheme="majorHAnsi" w:cstheme="majorHAnsi"/>
          <w:b/>
          <w:rtl/>
        </w:rPr>
        <w:t xml:space="preserve"> </w:t>
      </w:r>
      <w:r w:rsidRPr="004249E8">
        <w:rPr>
          <w:rFonts w:ascii="Times New Roman" w:hAnsi="Times New Roman" w:cs="Times New Roman" w:hint="cs"/>
          <w:b/>
          <w:rtl/>
        </w:rPr>
        <w:t>يمثل</w:t>
      </w:r>
      <w:r w:rsidRPr="004249E8">
        <w:rPr>
          <w:rFonts w:asciiTheme="majorHAnsi" w:hAnsiTheme="majorHAnsi" w:cstheme="majorHAnsi"/>
          <w:b/>
          <w:rtl/>
        </w:rPr>
        <w:t xml:space="preserve"> </w:t>
      </w:r>
      <w:r w:rsidRPr="004249E8">
        <w:rPr>
          <w:rFonts w:ascii="Times New Roman" w:hAnsi="Times New Roman" w:cs="Times New Roman" w:hint="cs"/>
          <w:b/>
          <w:rtl/>
        </w:rPr>
        <w:t>عنصرًا</w:t>
      </w:r>
      <w:r w:rsidRPr="004249E8">
        <w:rPr>
          <w:rFonts w:asciiTheme="majorHAnsi" w:hAnsiTheme="majorHAnsi" w:cstheme="majorHAnsi"/>
          <w:b/>
          <w:rtl/>
        </w:rPr>
        <w:t xml:space="preserve"> </w:t>
      </w:r>
      <w:r w:rsidRPr="004249E8">
        <w:rPr>
          <w:rFonts w:ascii="Times New Roman" w:hAnsi="Times New Roman" w:cs="Times New Roman" w:hint="cs"/>
          <w:b/>
          <w:rtl/>
        </w:rPr>
        <w:t>أساسيًا</w:t>
      </w:r>
      <w:r w:rsidRPr="004249E8">
        <w:rPr>
          <w:rFonts w:asciiTheme="majorHAnsi" w:hAnsiTheme="majorHAnsi" w:cstheme="majorHAnsi"/>
          <w:b/>
          <w:rtl/>
        </w:rPr>
        <w:t xml:space="preserve"> </w:t>
      </w:r>
      <w:r w:rsidRPr="004249E8">
        <w:rPr>
          <w:rFonts w:ascii="Times New Roman" w:hAnsi="Times New Roman" w:cs="Times New Roman" w:hint="cs"/>
          <w:b/>
          <w:rtl/>
        </w:rPr>
        <w:t>في</w:t>
      </w:r>
      <w:r w:rsidRPr="004249E8">
        <w:rPr>
          <w:rFonts w:asciiTheme="majorHAnsi" w:hAnsiTheme="majorHAnsi" w:cstheme="majorHAnsi"/>
          <w:b/>
          <w:rtl/>
        </w:rPr>
        <w:t xml:space="preserve"> </w:t>
      </w:r>
      <w:r w:rsidRPr="004249E8">
        <w:rPr>
          <w:rFonts w:ascii="Times New Roman" w:hAnsi="Times New Roman" w:cs="Times New Roman" w:hint="cs"/>
          <w:b/>
          <w:rtl/>
        </w:rPr>
        <w:t>تحسين</w:t>
      </w:r>
      <w:r w:rsidRPr="004249E8">
        <w:rPr>
          <w:rFonts w:asciiTheme="majorHAnsi" w:hAnsiTheme="majorHAnsi" w:cstheme="majorHAnsi"/>
          <w:b/>
          <w:rtl/>
        </w:rPr>
        <w:t xml:space="preserve"> </w:t>
      </w:r>
      <w:r w:rsidRPr="004249E8">
        <w:rPr>
          <w:rFonts w:ascii="Times New Roman" w:hAnsi="Times New Roman" w:cs="Times New Roman" w:hint="cs"/>
          <w:b/>
          <w:rtl/>
        </w:rPr>
        <w:t>تجربة</w:t>
      </w:r>
      <w:r w:rsidRPr="004249E8">
        <w:rPr>
          <w:rFonts w:asciiTheme="majorHAnsi" w:hAnsiTheme="majorHAnsi" w:cstheme="majorHAnsi"/>
          <w:b/>
          <w:rtl/>
        </w:rPr>
        <w:t xml:space="preserve"> </w:t>
      </w:r>
      <w:r w:rsidRPr="004249E8">
        <w:rPr>
          <w:rFonts w:ascii="Times New Roman" w:hAnsi="Times New Roman" w:cs="Times New Roman" w:hint="cs"/>
          <w:b/>
          <w:rtl/>
        </w:rPr>
        <w:t>العميل،</w:t>
      </w:r>
      <w:r w:rsidRPr="004249E8">
        <w:rPr>
          <w:rFonts w:asciiTheme="majorHAnsi" w:hAnsiTheme="majorHAnsi" w:cstheme="majorHAnsi"/>
          <w:b/>
          <w:rtl/>
        </w:rPr>
        <w:t xml:space="preserve"> </w:t>
      </w:r>
      <w:r w:rsidRPr="004249E8">
        <w:rPr>
          <w:rFonts w:ascii="Times New Roman" w:hAnsi="Times New Roman" w:cs="Times New Roman" w:hint="cs"/>
          <w:b/>
          <w:rtl/>
        </w:rPr>
        <w:t>من</w:t>
      </w:r>
      <w:r w:rsidRPr="004249E8">
        <w:rPr>
          <w:rFonts w:asciiTheme="majorHAnsi" w:hAnsiTheme="majorHAnsi" w:cstheme="majorHAnsi"/>
          <w:b/>
          <w:rtl/>
        </w:rPr>
        <w:t xml:space="preserve"> </w:t>
      </w:r>
      <w:r w:rsidRPr="004249E8">
        <w:rPr>
          <w:rFonts w:ascii="Times New Roman" w:hAnsi="Times New Roman" w:cs="Times New Roman" w:hint="cs"/>
          <w:b/>
          <w:rtl/>
        </w:rPr>
        <w:t>خلال</w:t>
      </w:r>
      <w:r w:rsidRPr="004249E8">
        <w:rPr>
          <w:rFonts w:asciiTheme="majorHAnsi" w:hAnsiTheme="majorHAnsi" w:cstheme="majorHAnsi"/>
          <w:b/>
          <w:rtl/>
        </w:rPr>
        <w:t xml:space="preserve"> </w:t>
      </w:r>
      <w:r w:rsidRPr="004249E8">
        <w:rPr>
          <w:rFonts w:ascii="Times New Roman" w:hAnsi="Times New Roman" w:cs="Times New Roman" w:hint="cs"/>
          <w:b/>
          <w:rtl/>
        </w:rPr>
        <w:t>توفير</w:t>
      </w:r>
      <w:r w:rsidRPr="004249E8">
        <w:rPr>
          <w:rFonts w:asciiTheme="majorHAnsi" w:hAnsiTheme="majorHAnsi" w:cstheme="majorHAnsi"/>
          <w:b/>
          <w:rtl/>
        </w:rPr>
        <w:t xml:space="preserve"> </w:t>
      </w:r>
      <w:r w:rsidRPr="004249E8">
        <w:rPr>
          <w:rFonts w:ascii="Times New Roman" w:hAnsi="Times New Roman" w:cs="Times New Roman" w:hint="cs"/>
          <w:b/>
          <w:rtl/>
        </w:rPr>
        <w:t>المعلومات</w:t>
      </w:r>
      <w:r w:rsidRPr="004249E8">
        <w:rPr>
          <w:rFonts w:asciiTheme="majorHAnsi" w:hAnsiTheme="majorHAnsi" w:cstheme="majorHAnsi"/>
          <w:b/>
          <w:rtl/>
        </w:rPr>
        <w:t xml:space="preserve"> </w:t>
      </w:r>
      <w:r w:rsidRPr="004249E8">
        <w:rPr>
          <w:rFonts w:ascii="Times New Roman" w:hAnsi="Times New Roman" w:cs="Times New Roman" w:hint="cs"/>
          <w:b/>
          <w:rtl/>
        </w:rPr>
        <w:t>بشكل</w:t>
      </w:r>
      <w:r w:rsidRPr="004249E8">
        <w:rPr>
          <w:rFonts w:asciiTheme="majorHAnsi" w:hAnsiTheme="majorHAnsi" w:cstheme="majorHAnsi"/>
          <w:b/>
          <w:rtl/>
        </w:rPr>
        <w:t xml:space="preserve"> </w:t>
      </w:r>
      <w:r w:rsidRPr="004249E8">
        <w:rPr>
          <w:rFonts w:ascii="Times New Roman" w:hAnsi="Times New Roman" w:cs="Times New Roman" w:hint="cs"/>
          <w:b/>
          <w:rtl/>
        </w:rPr>
        <w:t>أسرع،</w:t>
      </w:r>
      <w:r w:rsidRPr="004249E8">
        <w:rPr>
          <w:rFonts w:asciiTheme="majorHAnsi" w:hAnsiTheme="majorHAnsi" w:cstheme="majorHAnsi"/>
          <w:b/>
          <w:rtl/>
        </w:rPr>
        <w:t xml:space="preserve"> </w:t>
      </w:r>
      <w:r w:rsidRPr="004249E8">
        <w:rPr>
          <w:rFonts w:ascii="Times New Roman" w:hAnsi="Times New Roman" w:cs="Times New Roman" w:hint="cs"/>
          <w:b/>
          <w:rtl/>
        </w:rPr>
        <w:t>وتحسين</w:t>
      </w:r>
      <w:r w:rsidRPr="004249E8">
        <w:rPr>
          <w:rFonts w:asciiTheme="majorHAnsi" w:hAnsiTheme="majorHAnsi" w:cstheme="majorHAnsi"/>
          <w:b/>
          <w:rtl/>
        </w:rPr>
        <w:t xml:space="preserve"> </w:t>
      </w:r>
      <w:r w:rsidRPr="004249E8">
        <w:rPr>
          <w:rFonts w:ascii="Times New Roman" w:hAnsi="Times New Roman" w:cs="Times New Roman" w:hint="cs"/>
          <w:b/>
          <w:rtl/>
        </w:rPr>
        <w:t>جودة</w:t>
      </w:r>
      <w:r w:rsidRPr="004249E8">
        <w:rPr>
          <w:rFonts w:asciiTheme="majorHAnsi" w:hAnsiTheme="majorHAnsi" w:cstheme="majorHAnsi"/>
          <w:b/>
          <w:rtl/>
        </w:rPr>
        <w:t xml:space="preserve"> </w:t>
      </w:r>
      <w:r w:rsidRPr="004249E8">
        <w:rPr>
          <w:rFonts w:ascii="Times New Roman" w:hAnsi="Times New Roman" w:cs="Times New Roman" w:hint="cs"/>
          <w:b/>
          <w:rtl/>
        </w:rPr>
        <w:t>التواصل،</w:t>
      </w:r>
      <w:r w:rsidRPr="004249E8">
        <w:rPr>
          <w:rFonts w:asciiTheme="majorHAnsi" w:hAnsiTheme="majorHAnsi" w:cstheme="majorHAnsi"/>
          <w:b/>
          <w:rtl/>
        </w:rPr>
        <w:t xml:space="preserve"> </w:t>
      </w:r>
      <w:r w:rsidRPr="004249E8">
        <w:rPr>
          <w:rFonts w:ascii="Times New Roman" w:hAnsi="Times New Roman" w:cs="Times New Roman" w:hint="cs"/>
          <w:b/>
          <w:rtl/>
        </w:rPr>
        <w:t>وتعزيز</w:t>
      </w:r>
      <w:r w:rsidRPr="004249E8">
        <w:rPr>
          <w:rFonts w:asciiTheme="majorHAnsi" w:hAnsiTheme="majorHAnsi" w:cstheme="majorHAnsi"/>
          <w:b/>
          <w:rtl/>
        </w:rPr>
        <w:t xml:space="preserve"> </w:t>
      </w:r>
      <w:r w:rsidRPr="004249E8">
        <w:rPr>
          <w:rFonts w:ascii="Times New Roman" w:hAnsi="Times New Roman" w:cs="Times New Roman" w:hint="cs"/>
          <w:b/>
          <w:rtl/>
        </w:rPr>
        <w:t>المحتوى</w:t>
      </w:r>
      <w:r w:rsidRPr="004249E8">
        <w:rPr>
          <w:rFonts w:asciiTheme="majorHAnsi" w:hAnsiTheme="majorHAnsi" w:cstheme="majorHAnsi"/>
          <w:b/>
          <w:rtl/>
        </w:rPr>
        <w:t xml:space="preserve"> </w:t>
      </w:r>
      <w:r w:rsidRPr="004249E8">
        <w:rPr>
          <w:rFonts w:ascii="Times New Roman" w:hAnsi="Times New Roman" w:cs="Times New Roman" w:hint="cs"/>
          <w:b/>
          <w:rtl/>
        </w:rPr>
        <w:t>البصري</w:t>
      </w:r>
      <w:r w:rsidRPr="004249E8">
        <w:rPr>
          <w:rFonts w:asciiTheme="majorHAnsi" w:hAnsiTheme="majorHAnsi" w:cstheme="majorHAnsi"/>
          <w:b/>
          <w:rtl/>
        </w:rPr>
        <w:t xml:space="preserve"> </w:t>
      </w:r>
      <w:r w:rsidRPr="004249E8">
        <w:rPr>
          <w:rFonts w:ascii="Times New Roman" w:hAnsi="Times New Roman" w:cs="Times New Roman" w:hint="cs"/>
          <w:b/>
          <w:rtl/>
        </w:rPr>
        <w:t>للعروض</w:t>
      </w:r>
      <w:r w:rsidRPr="004249E8">
        <w:rPr>
          <w:rFonts w:asciiTheme="majorHAnsi" w:hAnsiTheme="majorHAnsi" w:cstheme="majorHAnsi"/>
          <w:b/>
          <w:rtl/>
        </w:rPr>
        <w:t xml:space="preserve"> </w:t>
      </w:r>
      <w:r w:rsidRPr="004249E8">
        <w:rPr>
          <w:rFonts w:ascii="Times New Roman" w:hAnsi="Times New Roman" w:cs="Times New Roman" w:hint="cs"/>
          <w:b/>
          <w:rtl/>
        </w:rPr>
        <w:t>العقارية،</w:t>
      </w:r>
      <w:r w:rsidRPr="004249E8">
        <w:rPr>
          <w:rFonts w:asciiTheme="majorHAnsi" w:hAnsiTheme="majorHAnsi" w:cstheme="majorHAnsi"/>
          <w:b/>
          <w:rtl/>
        </w:rPr>
        <w:t xml:space="preserve"> </w:t>
      </w:r>
      <w:r w:rsidRPr="004249E8">
        <w:rPr>
          <w:rFonts w:ascii="Times New Roman" w:hAnsi="Times New Roman" w:cs="Times New Roman" w:hint="cs"/>
          <w:b/>
          <w:rtl/>
        </w:rPr>
        <w:t>وهو</w:t>
      </w:r>
      <w:r w:rsidRPr="004249E8">
        <w:rPr>
          <w:rFonts w:asciiTheme="majorHAnsi" w:hAnsiTheme="majorHAnsi" w:cstheme="majorHAnsi"/>
          <w:b/>
          <w:rtl/>
        </w:rPr>
        <w:t xml:space="preserve"> </w:t>
      </w:r>
      <w:r w:rsidRPr="004249E8">
        <w:rPr>
          <w:rFonts w:ascii="Times New Roman" w:hAnsi="Times New Roman" w:cs="Times New Roman" w:hint="cs"/>
          <w:b/>
          <w:rtl/>
        </w:rPr>
        <w:t>ما</w:t>
      </w:r>
      <w:r w:rsidRPr="004249E8">
        <w:rPr>
          <w:rFonts w:asciiTheme="majorHAnsi" w:hAnsiTheme="majorHAnsi" w:cstheme="majorHAnsi"/>
          <w:b/>
          <w:rtl/>
        </w:rPr>
        <w:t xml:space="preserve"> </w:t>
      </w:r>
      <w:r w:rsidRPr="004249E8">
        <w:rPr>
          <w:rFonts w:ascii="Times New Roman" w:hAnsi="Times New Roman" w:cs="Times New Roman" w:hint="cs"/>
          <w:b/>
          <w:rtl/>
        </w:rPr>
        <w:t>ينعكس</w:t>
      </w:r>
      <w:r w:rsidRPr="004249E8">
        <w:rPr>
          <w:rFonts w:asciiTheme="majorHAnsi" w:hAnsiTheme="majorHAnsi" w:cstheme="majorHAnsi"/>
          <w:b/>
          <w:rtl/>
        </w:rPr>
        <w:t xml:space="preserve"> </w:t>
      </w:r>
      <w:r w:rsidRPr="004249E8">
        <w:rPr>
          <w:rFonts w:ascii="Times New Roman" w:hAnsi="Times New Roman" w:cs="Times New Roman" w:hint="cs"/>
          <w:b/>
          <w:rtl/>
        </w:rPr>
        <w:t>إيجابيًا</w:t>
      </w:r>
      <w:r w:rsidRPr="004249E8">
        <w:rPr>
          <w:rFonts w:asciiTheme="majorHAnsi" w:hAnsiTheme="majorHAnsi" w:cstheme="majorHAnsi"/>
          <w:b/>
          <w:rtl/>
        </w:rPr>
        <w:t xml:space="preserve"> </w:t>
      </w:r>
      <w:r w:rsidRPr="004249E8">
        <w:rPr>
          <w:rFonts w:ascii="Times New Roman" w:hAnsi="Times New Roman" w:cs="Times New Roman" w:hint="cs"/>
          <w:b/>
          <w:rtl/>
        </w:rPr>
        <w:t>على</w:t>
      </w:r>
      <w:r w:rsidRPr="004249E8">
        <w:rPr>
          <w:rFonts w:asciiTheme="majorHAnsi" w:hAnsiTheme="majorHAnsi" w:cstheme="majorHAnsi"/>
          <w:b/>
          <w:rtl/>
        </w:rPr>
        <w:t xml:space="preserve"> </w:t>
      </w:r>
      <w:r w:rsidRPr="004249E8">
        <w:rPr>
          <w:rFonts w:ascii="Times New Roman" w:hAnsi="Times New Roman" w:cs="Times New Roman" w:hint="cs"/>
          <w:b/>
          <w:rtl/>
        </w:rPr>
        <w:t>مستوى</w:t>
      </w:r>
      <w:r w:rsidRPr="004249E8">
        <w:rPr>
          <w:rFonts w:asciiTheme="majorHAnsi" w:hAnsiTheme="majorHAnsi" w:cstheme="majorHAnsi"/>
          <w:b/>
          <w:rtl/>
        </w:rPr>
        <w:t xml:space="preserve"> </w:t>
      </w:r>
      <w:r w:rsidRPr="004249E8">
        <w:rPr>
          <w:rFonts w:ascii="Times New Roman" w:hAnsi="Times New Roman" w:cs="Times New Roman" w:hint="cs"/>
          <w:b/>
          <w:rtl/>
        </w:rPr>
        <w:t>رضا</w:t>
      </w:r>
      <w:r w:rsidRPr="004249E8">
        <w:rPr>
          <w:rFonts w:asciiTheme="majorHAnsi" w:hAnsiTheme="majorHAnsi" w:cstheme="majorHAnsi"/>
          <w:b/>
          <w:rtl/>
        </w:rPr>
        <w:t xml:space="preserve"> </w:t>
      </w:r>
      <w:r w:rsidRPr="004249E8">
        <w:rPr>
          <w:rFonts w:ascii="Times New Roman" w:hAnsi="Times New Roman" w:cs="Times New Roman" w:hint="cs"/>
          <w:b/>
          <w:rtl/>
        </w:rPr>
        <w:t>العملاء</w:t>
      </w:r>
      <w:r w:rsidRPr="004249E8">
        <w:rPr>
          <w:rFonts w:asciiTheme="majorHAnsi" w:hAnsiTheme="majorHAnsi" w:cstheme="majorHAnsi"/>
          <w:b/>
          <w:rtl/>
        </w:rPr>
        <w:t xml:space="preserve"> </w:t>
      </w:r>
      <w:r w:rsidRPr="004249E8">
        <w:rPr>
          <w:rFonts w:ascii="Times New Roman" w:hAnsi="Times New Roman" w:cs="Times New Roman" w:hint="cs"/>
          <w:b/>
          <w:rtl/>
        </w:rPr>
        <w:t>وكفاءة</w:t>
      </w:r>
      <w:r w:rsidRPr="004249E8">
        <w:rPr>
          <w:rFonts w:asciiTheme="majorHAnsi" w:hAnsiTheme="majorHAnsi" w:cstheme="majorHAnsi"/>
          <w:b/>
          <w:rtl/>
        </w:rPr>
        <w:t xml:space="preserve"> </w:t>
      </w:r>
      <w:r w:rsidRPr="004249E8">
        <w:rPr>
          <w:rFonts w:ascii="Times New Roman" w:hAnsi="Times New Roman" w:cs="Times New Roman" w:hint="cs"/>
          <w:b/>
          <w:rtl/>
        </w:rPr>
        <w:t>العمليات</w:t>
      </w:r>
      <w:r w:rsidRPr="004249E8">
        <w:rPr>
          <w:rFonts w:asciiTheme="majorHAnsi" w:hAnsiTheme="majorHAnsi" w:cstheme="majorHAnsi"/>
          <w:b/>
          <w:rtl/>
        </w:rPr>
        <w:t xml:space="preserve"> </w:t>
      </w:r>
      <w:r w:rsidRPr="004249E8">
        <w:rPr>
          <w:rFonts w:ascii="Times New Roman" w:hAnsi="Times New Roman" w:cs="Times New Roman" w:hint="cs"/>
          <w:b/>
          <w:rtl/>
        </w:rPr>
        <w:t>التسويقية</w:t>
      </w:r>
      <w:r w:rsidRPr="00B05D15">
        <w:rPr>
          <w:rFonts w:asciiTheme="majorHAnsi" w:hAnsiTheme="majorHAnsi" w:cstheme="majorHAnsi"/>
          <w:b/>
          <w:rtl/>
        </w:rPr>
        <w:t>.</w:t>
      </w:r>
      <w:r w:rsidR="00590096" w:rsidRPr="00B05D15">
        <w:rPr>
          <w:rFonts w:asciiTheme="majorHAnsi" w:hAnsiTheme="majorHAnsi" w:cstheme="majorHAnsi"/>
          <w:b/>
        </w:rPr>
        <w:br w:type="page"/>
      </w:r>
    </w:p>
    <w:p w14:paraId="08E4B005" w14:textId="77777777" w:rsidR="009A2188" w:rsidRPr="00B05D15" w:rsidRDefault="009A2188" w:rsidP="00B05D15">
      <w:pPr>
        <w:bidi/>
        <w:spacing w:line="360" w:lineRule="auto"/>
        <w:rPr>
          <w:rFonts w:asciiTheme="majorHAnsi" w:hAnsiTheme="majorHAnsi" w:cstheme="majorHAnsi"/>
          <w:b/>
          <w:rtl/>
        </w:rPr>
      </w:pPr>
    </w:p>
    <w:p w14:paraId="10B5F879" w14:textId="77777777" w:rsidR="009A2188" w:rsidRPr="00B05D15" w:rsidRDefault="009A2188" w:rsidP="00B05D15">
      <w:pPr>
        <w:bidi/>
        <w:spacing w:line="360" w:lineRule="auto"/>
        <w:rPr>
          <w:rFonts w:asciiTheme="majorHAnsi" w:hAnsiTheme="majorHAnsi" w:cstheme="majorHAnsi"/>
          <w:b/>
          <w:rtl/>
        </w:rPr>
      </w:pPr>
    </w:p>
    <w:p w14:paraId="3009E664" w14:textId="77777777" w:rsidR="009A2188" w:rsidRPr="00B05D15" w:rsidRDefault="009A2188" w:rsidP="00B05D15">
      <w:pPr>
        <w:bidi/>
        <w:spacing w:line="360" w:lineRule="auto"/>
        <w:rPr>
          <w:rFonts w:asciiTheme="majorHAnsi" w:hAnsiTheme="majorHAnsi" w:cstheme="majorHAnsi"/>
          <w:b/>
          <w:rtl/>
        </w:rPr>
      </w:pPr>
    </w:p>
    <w:p w14:paraId="5A72961F" w14:textId="77777777" w:rsidR="009A2188" w:rsidRPr="00B05D15" w:rsidRDefault="009A2188" w:rsidP="00B05D15">
      <w:pPr>
        <w:bidi/>
        <w:spacing w:line="360" w:lineRule="auto"/>
        <w:rPr>
          <w:rFonts w:asciiTheme="majorHAnsi" w:hAnsiTheme="majorHAnsi" w:cstheme="majorHAnsi"/>
          <w:b/>
          <w:rtl/>
        </w:rPr>
      </w:pPr>
    </w:p>
    <w:p w14:paraId="0FCDA231" w14:textId="77777777" w:rsidR="009A2188" w:rsidRPr="00B05D15" w:rsidRDefault="009A2188" w:rsidP="00B05D15">
      <w:pPr>
        <w:bidi/>
        <w:spacing w:line="360" w:lineRule="auto"/>
        <w:rPr>
          <w:rFonts w:asciiTheme="majorHAnsi" w:hAnsiTheme="majorHAnsi" w:cstheme="majorHAnsi"/>
          <w:b/>
          <w:rtl/>
        </w:rPr>
      </w:pPr>
    </w:p>
    <w:p w14:paraId="06D85928" w14:textId="77777777" w:rsidR="009A2188" w:rsidRPr="00B05D15" w:rsidRDefault="009A2188" w:rsidP="00B05D15">
      <w:pPr>
        <w:bidi/>
        <w:spacing w:line="360" w:lineRule="auto"/>
        <w:rPr>
          <w:rFonts w:asciiTheme="majorHAnsi" w:hAnsiTheme="majorHAnsi" w:cstheme="majorHAnsi"/>
          <w:b/>
        </w:rPr>
      </w:pPr>
      <w:r w:rsidRPr="00B05D15">
        <w:rPr>
          <w:rFonts w:asciiTheme="majorHAnsi" w:hAnsiTheme="majorHAnsi" w:cstheme="majorHAnsi"/>
          <w:b/>
        </w:rPr>
        <w:t>.</w:t>
      </w:r>
      <w:r w:rsidRPr="00B05D15">
        <w:rPr>
          <w:rFonts w:asciiTheme="majorHAnsi" w:hAnsiTheme="majorHAnsi" w:cstheme="majorHAnsi"/>
          <w:b/>
          <w:rtl/>
        </w:rPr>
        <w:t xml:space="preserve"> </w:t>
      </w:r>
      <w:r w:rsidRPr="00B05D15">
        <w:rPr>
          <w:rFonts w:ascii="Times New Roman" w:hAnsi="Times New Roman" w:cs="Times New Roman" w:hint="cs"/>
          <w:b/>
          <w:rtl/>
        </w:rPr>
        <w:t>الفصل</w:t>
      </w:r>
      <w:r w:rsidRPr="00B05D15">
        <w:rPr>
          <w:rFonts w:asciiTheme="majorHAnsi" w:hAnsiTheme="majorHAnsi" w:cstheme="majorHAnsi"/>
          <w:b/>
          <w:rtl/>
        </w:rPr>
        <w:t xml:space="preserve"> </w:t>
      </w:r>
      <w:r w:rsidRPr="00B05D15">
        <w:rPr>
          <w:rFonts w:ascii="Times New Roman" w:hAnsi="Times New Roman" w:cs="Times New Roman" w:hint="cs"/>
          <w:b/>
          <w:rtl/>
        </w:rPr>
        <w:t>الخامس</w:t>
      </w:r>
      <w:r w:rsidRPr="00B05D15">
        <w:rPr>
          <w:rFonts w:asciiTheme="majorHAnsi" w:hAnsiTheme="majorHAnsi" w:cstheme="majorHAnsi"/>
          <w:b/>
          <w:rtl/>
        </w:rPr>
        <w:t xml:space="preserve">: </w:t>
      </w:r>
      <w:r w:rsidRPr="00B05D15">
        <w:rPr>
          <w:rFonts w:ascii="Times New Roman" w:hAnsi="Times New Roman" w:cs="Times New Roman" w:hint="cs"/>
          <w:b/>
          <w:rtl/>
        </w:rPr>
        <w:t>مناقشة</w:t>
      </w:r>
      <w:r w:rsidRPr="00B05D15">
        <w:rPr>
          <w:rFonts w:asciiTheme="majorHAnsi" w:hAnsiTheme="majorHAnsi" w:cstheme="majorHAnsi"/>
          <w:b/>
          <w:rtl/>
        </w:rPr>
        <w:t xml:space="preserve"> </w:t>
      </w:r>
      <w:r w:rsidRPr="00B05D15">
        <w:rPr>
          <w:rFonts w:ascii="Times New Roman" w:hAnsi="Times New Roman" w:cs="Times New Roman" w:hint="cs"/>
          <w:b/>
          <w:rtl/>
        </w:rPr>
        <w:t>النتائج</w:t>
      </w:r>
      <w:r w:rsidRPr="00B05D15">
        <w:rPr>
          <w:rFonts w:asciiTheme="majorHAnsi" w:hAnsiTheme="majorHAnsi" w:cstheme="majorHAnsi"/>
          <w:b/>
          <w:rtl/>
        </w:rPr>
        <w:t xml:space="preserve"> </w:t>
      </w:r>
      <w:r w:rsidRPr="00B05D15">
        <w:rPr>
          <w:rFonts w:ascii="Times New Roman" w:hAnsi="Times New Roman" w:cs="Times New Roman" w:hint="cs"/>
          <w:b/>
          <w:rtl/>
        </w:rPr>
        <w:t>والتوصيات</w:t>
      </w:r>
    </w:p>
    <w:p w14:paraId="34E10A4E" w14:textId="77777777" w:rsidR="009A2188" w:rsidRPr="009A2188" w:rsidRDefault="009A2188" w:rsidP="00E96B54">
      <w:pPr>
        <w:spacing w:line="360" w:lineRule="auto"/>
        <w:jc w:val="right"/>
        <w:rPr>
          <w:rFonts w:asciiTheme="majorHAnsi" w:hAnsiTheme="majorHAnsi" w:cstheme="majorHAnsi"/>
          <w:b/>
        </w:rPr>
      </w:pPr>
      <w:r w:rsidRPr="009A2188">
        <w:rPr>
          <w:rFonts w:asciiTheme="majorHAnsi" w:hAnsiTheme="majorHAnsi" w:cstheme="majorHAnsi"/>
          <w:b/>
        </w:rPr>
        <w:t xml:space="preserve">5.1 </w:t>
      </w:r>
      <w:r w:rsidRPr="009A2188">
        <w:rPr>
          <w:rFonts w:ascii="Times New Roman" w:hAnsi="Times New Roman" w:cs="Times New Roman" w:hint="cs"/>
          <w:b/>
          <w:rtl/>
        </w:rPr>
        <w:t>مناقشة</w:t>
      </w:r>
      <w:r w:rsidRPr="009A2188">
        <w:rPr>
          <w:rFonts w:asciiTheme="majorHAnsi" w:hAnsiTheme="majorHAnsi" w:cstheme="majorHAnsi"/>
          <w:b/>
          <w:rtl/>
        </w:rPr>
        <w:t xml:space="preserve"> </w:t>
      </w:r>
      <w:r w:rsidRPr="009A2188">
        <w:rPr>
          <w:rFonts w:ascii="Times New Roman" w:hAnsi="Times New Roman" w:cs="Times New Roman" w:hint="cs"/>
          <w:b/>
          <w:rtl/>
        </w:rPr>
        <w:t>النتائج</w:t>
      </w:r>
    </w:p>
    <w:p w14:paraId="385523B5" w14:textId="77777777" w:rsidR="009A2188" w:rsidRPr="009A2188" w:rsidRDefault="009A2188" w:rsidP="00B05D15">
      <w:pPr>
        <w:bidi/>
        <w:spacing w:line="360" w:lineRule="auto"/>
        <w:rPr>
          <w:rFonts w:asciiTheme="majorHAnsi" w:hAnsiTheme="majorHAnsi" w:cstheme="majorHAnsi"/>
          <w:b/>
        </w:rPr>
      </w:pPr>
      <w:r w:rsidRPr="009A2188">
        <w:rPr>
          <w:rFonts w:ascii="Times New Roman" w:hAnsi="Times New Roman" w:cs="Times New Roman" w:hint="cs"/>
          <w:b/>
          <w:rtl/>
        </w:rPr>
        <w:t>أظهرت</w:t>
      </w:r>
      <w:r w:rsidRPr="009A2188">
        <w:rPr>
          <w:rFonts w:asciiTheme="majorHAnsi" w:hAnsiTheme="majorHAnsi" w:cstheme="majorHAnsi"/>
          <w:b/>
          <w:rtl/>
        </w:rPr>
        <w:t xml:space="preserve"> </w:t>
      </w:r>
      <w:r w:rsidRPr="009A2188">
        <w:rPr>
          <w:rFonts w:ascii="Times New Roman" w:hAnsi="Times New Roman" w:cs="Times New Roman" w:hint="cs"/>
          <w:b/>
          <w:rtl/>
        </w:rPr>
        <w:t>نتائج</w:t>
      </w:r>
      <w:r w:rsidRPr="009A2188">
        <w:rPr>
          <w:rFonts w:asciiTheme="majorHAnsi" w:hAnsiTheme="majorHAnsi" w:cstheme="majorHAnsi"/>
          <w:b/>
          <w:rtl/>
        </w:rPr>
        <w:t xml:space="preserve"> </w:t>
      </w:r>
      <w:r w:rsidRPr="009A2188">
        <w:rPr>
          <w:rFonts w:ascii="Times New Roman" w:hAnsi="Times New Roman" w:cs="Times New Roman" w:hint="cs"/>
          <w:b/>
          <w:rtl/>
        </w:rPr>
        <w:t>الدراسة</w:t>
      </w:r>
      <w:r w:rsidRPr="009A2188">
        <w:rPr>
          <w:rFonts w:asciiTheme="majorHAnsi" w:hAnsiTheme="majorHAnsi" w:cstheme="majorHAnsi"/>
          <w:b/>
          <w:rtl/>
        </w:rPr>
        <w:t xml:space="preserve"> </w:t>
      </w:r>
      <w:r w:rsidRPr="009A2188">
        <w:rPr>
          <w:rFonts w:ascii="Times New Roman" w:hAnsi="Times New Roman" w:cs="Times New Roman" w:hint="cs"/>
          <w:b/>
          <w:rtl/>
        </w:rPr>
        <w:t>الميدانية</w:t>
      </w:r>
      <w:r w:rsidRPr="009A2188">
        <w:rPr>
          <w:rFonts w:asciiTheme="majorHAnsi" w:hAnsiTheme="majorHAnsi" w:cstheme="majorHAnsi"/>
          <w:b/>
          <w:rtl/>
        </w:rPr>
        <w:t xml:space="preserve"> </w:t>
      </w:r>
      <w:r w:rsidRPr="009A2188">
        <w:rPr>
          <w:rFonts w:ascii="Times New Roman" w:hAnsi="Times New Roman" w:cs="Times New Roman" w:hint="cs"/>
          <w:b/>
          <w:rtl/>
        </w:rPr>
        <w:t>توافقًا</w:t>
      </w:r>
      <w:r w:rsidRPr="009A2188">
        <w:rPr>
          <w:rFonts w:asciiTheme="majorHAnsi" w:hAnsiTheme="majorHAnsi" w:cstheme="majorHAnsi"/>
          <w:b/>
          <w:rtl/>
        </w:rPr>
        <w:t xml:space="preserve"> </w:t>
      </w:r>
      <w:r w:rsidRPr="009A2188">
        <w:rPr>
          <w:rFonts w:ascii="Times New Roman" w:hAnsi="Times New Roman" w:cs="Times New Roman" w:hint="cs"/>
          <w:b/>
          <w:rtl/>
        </w:rPr>
        <w:t>واضحًا</w:t>
      </w:r>
      <w:r w:rsidRPr="009A2188">
        <w:rPr>
          <w:rFonts w:asciiTheme="majorHAnsi" w:hAnsiTheme="majorHAnsi" w:cstheme="majorHAnsi"/>
          <w:b/>
          <w:rtl/>
        </w:rPr>
        <w:t xml:space="preserve"> </w:t>
      </w:r>
      <w:r w:rsidRPr="009A2188">
        <w:rPr>
          <w:rFonts w:ascii="Times New Roman" w:hAnsi="Times New Roman" w:cs="Times New Roman" w:hint="cs"/>
          <w:b/>
          <w:rtl/>
        </w:rPr>
        <w:t>مع</w:t>
      </w:r>
      <w:r w:rsidRPr="009A2188">
        <w:rPr>
          <w:rFonts w:asciiTheme="majorHAnsi" w:hAnsiTheme="majorHAnsi" w:cstheme="majorHAnsi"/>
          <w:b/>
          <w:rtl/>
        </w:rPr>
        <w:t xml:space="preserve"> </w:t>
      </w:r>
      <w:r w:rsidRPr="009A2188">
        <w:rPr>
          <w:rFonts w:ascii="Times New Roman" w:hAnsi="Times New Roman" w:cs="Times New Roman" w:hint="cs"/>
          <w:b/>
          <w:rtl/>
        </w:rPr>
        <w:t>ما</w:t>
      </w:r>
      <w:r w:rsidRPr="009A2188">
        <w:rPr>
          <w:rFonts w:asciiTheme="majorHAnsi" w:hAnsiTheme="majorHAnsi" w:cstheme="majorHAnsi"/>
          <w:b/>
          <w:rtl/>
        </w:rPr>
        <w:t xml:space="preserve"> </w:t>
      </w:r>
      <w:r w:rsidRPr="009A2188">
        <w:rPr>
          <w:rFonts w:ascii="Times New Roman" w:hAnsi="Times New Roman" w:cs="Times New Roman" w:hint="cs"/>
          <w:b/>
          <w:rtl/>
        </w:rPr>
        <w:t>أشارت</w:t>
      </w:r>
      <w:r w:rsidRPr="009A2188">
        <w:rPr>
          <w:rFonts w:asciiTheme="majorHAnsi" w:hAnsiTheme="majorHAnsi" w:cstheme="majorHAnsi"/>
          <w:b/>
          <w:rtl/>
        </w:rPr>
        <w:t xml:space="preserve"> </w:t>
      </w:r>
      <w:r w:rsidRPr="009A2188">
        <w:rPr>
          <w:rFonts w:ascii="Times New Roman" w:hAnsi="Times New Roman" w:cs="Times New Roman" w:hint="cs"/>
          <w:b/>
          <w:rtl/>
        </w:rPr>
        <w:t>إليه</w:t>
      </w:r>
      <w:r w:rsidRPr="009A2188">
        <w:rPr>
          <w:rFonts w:asciiTheme="majorHAnsi" w:hAnsiTheme="majorHAnsi" w:cstheme="majorHAnsi"/>
          <w:b/>
          <w:rtl/>
        </w:rPr>
        <w:t xml:space="preserve"> </w:t>
      </w:r>
      <w:r w:rsidRPr="009A2188">
        <w:rPr>
          <w:rFonts w:ascii="Times New Roman" w:hAnsi="Times New Roman" w:cs="Times New Roman" w:hint="cs"/>
          <w:b/>
          <w:rtl/>
        </w:rPr>
        <w:t>الأدبيات</w:t>
      </w:r>
      <w:r w:rsidRPr="009A2188">
        <w:rPr>
          <w:rFonts w:asciiTheme="majorHAnsi" w:hAnsiTheme="majorHAnsi" w:cstheme="majorHAnsi"/>
          <w:b/>
          <w:rtl/>
        </w:rPr>
        <w:t xml:space="preserve"> </w:t>
      </w:r>
      <w:r w:rsidRPr="009A2188">
        <w:rPr>
          <w:rFonts w:ascii="Times New Roman" w:hAnsi="Times New Roman" w:cs="Times New Roman" w:hint="cs"/>
          <w:b/>
          <w:rtl/>
        </w:rPr>
        <w:t>العلمية</w:t>
      </w:r>
      <w:r w:rsidRPr="009A2188">
        <w:rPr>
          <w:rFonts w:asciiTheme="majorHAnsi" w:hAnsiTheme="majorHAnsi" w:cstheme="majorHAnsi"/>
          <w:b/>
          <w:rtl/>
        </w:rPr>
        <w:t xml:space="preserve"> </w:t>
      </w:r>
      <w:r w:rsidRPr="009A2188">
        <w:rPr>
          <w:rFonts w:ascii="Times New Roman" w:hAnsi="Times New Roman" w:cs="Times New Roman" w:hint="cs"/>
          <w:b/>
          <w:rtl/>
        </w:rPr>
        <w:t>المتعلقة</w:t>
      </w:r>
      <w:r w:rsidRPr="009A2188">
        <w:rPr>
          <w:rFonts w:asciiTheme="majorHAnsi" w:hAnsiTheme="majorHAnsi" w:cstheme="majorHAnsi"/>
          <w:b/>
          <w:rtl/>
        </w:rPr>
        <w:t xml:space="preserve"> </w:t>
      </w:r>
      <w:r w:rsidRPr="009A2188">
        <w:rPr>
          <w:rFonts w:ascii="Times New Roman" w:hAnsi="Times New Roman" w:cs="Times New Roman" w:hint="cs"/>
          <w:b/>
          <w:rtl/>
        </w:rPr>
        <w:t>بالتسويق</w:t>
      </w:r>
      <w:r w:rsidRPr="009A2188">
        <w:rPr>
          <w:rFonts w:asciiTheme="majorHAnsi" w:hAnsiTheme="majorHAnsi" w:cstheme="majorHAnsi"/>
          <w:b/>
          <w:rtl/>
        </w:rPr>
        <w:t xml:space="preserve"> </w:t>
      </w:r>
      <w:r w:rsidRPr="009A2188">
        <w:rPr>
          <w:rFonts w:ascii="Times New Roman" w:hAnsi="Times New Roman" w:cs="Times New Roman" w:hint="cs"/>
          <w:b/>
          <w:rtl/>
        </w:rPr>
        <w:t>العقاري</w:t>
      </w:r>
      <w:r w:rsidRPr="009A2188">
        <w:rPr>
          <w:rFonts w:asciiTheme="majorHAnsi" w:hAnsiTheme="majorHAnsi" w:cstheme="majorHAnsi"/>
          <w:b/>
          <w:rtl/>
        </w:rPr>
        <w:t xml:space="preserve"> </w:t>
      </w:r>
      <w:r w:rsidRPr="009A2188">
        <w:rPr>
          <w:rFonts w:ascii="Times New Roman" w:hAnsi="Times New Roman" w:cs="Times New Roman" w:hint="cs"/>
          <w:b/>
          <w:rtl/>
        </w:rPr>
        <w:t>الرقمي،</w:t>
      </w:r>
      <w:r w:rsidRPr="009A2188">
        <w:rPr>
          <w:rFonts w:asciiTheme="majorHAnsi" w:hAnsiTheme="majorHAnsi" w:cstheme="majorHAnsi"/>
          <w:b/>
          <w:rtl/>
        </w:rPr>
        <w:t xml:space="preserve"> </w:t>
      </w:r>
      <w:r w:rsidRPr="009A2188">
        <w:rPr>
          <w:rFonts w:ascii="Times New Roman" w:hAnsi="Times New Roman" w:cs="Times New Roman" w:hint="cs"/>
          <w:b/>
          <w:rtl/>
        </w:rPr>
        <w:t>حيث</w:t>
      </w:r>
      <w:r w:rsidRPr="009A2188">
        <w:rPr>
          <w:rFonts w:asciiTheme="majorHAnsi" w:hAnsiTheme="majorHAnsi" w:cstheme="majorHAnsi"/>
          <w:b/>
          <w:rtl/>
        </w:rPr>
        <w:t xml:space="preserve"> </w:t>
      </w:r>
      <w:r w:rsidRPr="009A2188">
        <w:rPr>
          <w:rFonts w:ascii="Times New Roman" w:hAnsi="Times New Roman" w:cs="Times New Roman" w:hint="cs"/>
          <w:b/>
          <w:rtl/>
        </w:rPr>
        <w:t>تبين</w:t>
      </w:r>
      <w:r w:rsidRPr="009A2188">
        <w:rPr>
          <w:rFonts w:asciiTheme="majorHAnsi" w:hAnsiTheme="majorHAnsi" w:cstheme="majorHAnsi"/>
          <w:b/>
          <w:rtl/>
        </w:rPr>
        <w:t xml:space="preserve"> </w:t>
      </w:r>
      <w:r w:rsidRPr="009A2188">
        <w:rPr>
          <w:rFonts w:ascii="Times New Roman" w:hAnsi="Times New Roman" w:cs="Times New Roman" w:hint="cs"/>
          <w:b/>
          <w:rtl/>
        </w:rPr>
        <w:t>من</w:t>
      </w:r>
      <w:r w:rsidRPr="009A2188">
        <w:rPr>
          <w:rFonts w:asciiTheme="majorHAnsi" w:hAnsiTheme="majorHAnsi" w:cstheme="majorHAnsi"/>
          <w:b/>
          <w:rtl/>
        </w:rPr>
        <w:t xml:space="preserve"> </w:t>
      </w:r>
      <w:r w:rsidRPr="009A2188">
        <w:rPr>
          <w:rFonts w:ascii="Times New Roman" w:hAnsi="Times New Roman" w:cs="Times New Roman" w:hint="cs"/>
          <w:b/>
          <w:rtl/>
        </w:rPr>
        <w:t>خلال</w:t>
      </w:r>
      <w:r w:rsidRPr="009A2188">
        <w:rPr>
          <w:rFonts w:asciiTheme="majorHAnsi" w:hAnsiTheme="majorHAnsi" w:cstheme="majorHAnsi"/>
          <w:b/>
          <w:rtl/>
        </w:rPr>
        <w:t xml:space="preserve"> </w:t>
      </w:r>
      <w:r w:rsidRPr="009A2188">
        <w:rPr>
          <w:rFonts w:ascii="Times New Roman" w:hAnsi="Times New Roman" w:cs="Times New Roman" w:hint="cs"/>
          <w:b/>
          <w:rtl/>
        </w:rPr>
        <w:t>المقابلات</w:t>
      </w:r>
      <w:r w:rsidRPr="009A2188">
        <w:rPr>
          <w:rFonts w:asciiTheme="majorHAnsi" w:hAnsiTheme="majorHAnsi" w:cstheme="majorHAnsi"/>
          <w:b/>
          <w:rtl/>
        </w:rPr>
        <w:t xml:space="preserve"> </w:t>
      </w:r>
      <w:r w:rsidRPr="009A2188">
        <w:rPr>
          <w:rFonts w:ascii="Times New Roman" w:hAnsi="Times New Roman" w:cs="Times New Roman" w:hint="cs"/>
          <w:b/>
          <w:rtl/>
        </w:rPr>
        <w:t>الشفهية</w:t>
      </w:r>
      <w:r w:rsidRPr="009A2188">
        <w:rPr>
          <w:rFonts w:asciiTheme="majorHAnsi" w:hAnsiTheme="majorHAnsi" w:cstheme="majorHAnsi"/>
          <w:b/>
          <w:rtl/>
        </w:rPr>
        <w:t xml:space="preserve"> </w:t>
      </w:r>
      <w:r w:rsidRPr="009A2188">
        <w:rPr>
          <w:rFonts w:ascii="Times New Roman" w:hAnsi="Times New Roman" w:cs="Times New Roman" w:hint="cs"/>
          <w:b/>
          <w:rtl/>
        </w:rPr>
        <w:t>والملاحظات</w:t>
      </w:r>
      <w:r w:rsidRPr="009A2188">
        <w:rPr>
          <w:rFonts w:asciiTheme="majorHAnsi" w:hAnsiTheme="majorHAnsi" w:cstheme="majorHAnsi"/>
          <w:b/>
          <w:rtl/>
        </w:rPr>
        <w:t xml:space="preserve"> </w:t>
      </w:r>
      <w:r w:rsidRPr="009A2188">
        <w:rPr>
          <w:rFonts w:ascii="Times New Roman" w:hAnsi="Times New Roman" w:cs="Times New Roman" w:hint="cs"/>
          <w:b/>
          <w:rtl/>
        </w:rPr>
        <w:t>المباشرة</w:t>
      </w:r>
      <w:r w:rsidRPr="009A2188">
        <w:rPr>
          <w:rFonts w:asciiTheme="majorHAnsi" w:hAnsiTheme="majorHAnsi" w:cstheme="majorHAnsi"/>
          <w:b/>
          <w:rtl/>
        </w:rPr>
        <w:t xml:space="preserve"> </w:t>
      </w:r>
      <w:r w:rsidRPr="009A2188">
        <w:rPr>
          <w:rFonts w:ascii="Times New Roman" w:hAnsi="Times New Roman" w:cs="Times New Roman" w:hint="cs"/>
          <w:b/>
          <w:rtl/>
        </w:rPr>
        <w:t>أن</w:t>
      </w:r>
      <w:r w:rsidRPr="009A2188">
        <w:rPr>
          <w:rFonts w:asciiTheme="majorHAnsi" w:hAnsiTheme="majorHAnsi" w:cstheme="majorHAnsi"/>
          <w:b/>
          <w:rtl/>
        </w:rPr>
        <w:t xml:space="preserve"> </w:t>
      </w:r>
      <w:r w:rsidRPr="009A2188">
        <w:rPr>
          <w:rFonts w:ascii="Times New Roman" w:hAnsi="Times New Roman" w:cs="Times New Roman" w:hint="cs"/>
          <w:b/>
          <w:rtl/>
        </w:rPr>
        <w:t>استخدام</w:t>
      </w:r>
      <w:r w:rsidRPr="009A2188">
        <w:rPr>
          <w:rFonts w:asciiTheme="majorHAnsi" w:hAnsiTheme="majorHAnsi" w:cstheme="majorHAnsi"/>
          <w:b/>
          <w:rtl/>
        </w:rPr>
        <w:t xml:space="preserve"> </w:t>
      </w:r>
      <w:r w:rsidRPr="009A2188">
        <w:rPr>
          <w:rFonts w:ascii="Times New Roman" w:hAnsi="Times New Roman" w:cs="Times New Roman" w:hint="cs"/>
          <w:b/>
          <w:rtl/>
        </w:rPr>
        <w:t>الأدوات</w:t>
      </w:r>
      <w:r w:rsidRPr="009A2188">
        <w:rPr>
          <w:rFonts w:asciiTheme="majorHAnsi" w:hAnsiTheme="majorHAnsi" w:cstheme="majorHAnsi"/>
          <w:b/>
          <w:rtl/>
        </w:rPr>
        <w:t xml:space="preserve"> </w:t>
      </w:r>
      <w:r w:rsidRPr="009A2188">
        <w:rPr>
          <w:rFonts w:ascii="Times New Roman" w:hAnsi="Times New Roman" w:cs="Times New Roman" w:hint="cs"/>
          <w:b/>
          <w:rtl/>
        </w:rPr>
        <w:t>الرقمية</w:t>
      </w:r>
      <w:r w:rsidRPr="009A2188">
        <w:rPr>
          <w:rFonts w:asciiTheme="majorHAnsi" w:hAnsiTheme="majorHAnsi" w:cstheme="majorHAnsi"/>
          <w:b/>
          <w:rtl/>
        </w:rPr>
        <w:t xml:space="preserve"> </w:t>
      </w:r>
      <w:r w:rsidRPr="009A2188">
        <w:rPr>
          <w:rFonts w:ascii="Times New Roman" w:hAnsi="Times New Roman" w:cs="Times New Roman" w:hint="cs"/>
          <w:b/>
          <w:rtl/>
        </w:rPr>
        <w:t>يسهم</w:t>
      </w:r>
      <w:r w:rsidRPr="009A2188">
        <w:rPr>
          <w:rFonts w:asciiTheme="majorHAnsi" w:hAnsiTheme="majorHAnsi" w:cstheme="majorHAnsi"/>
          <w:b/>
          <w:rtl/>
        </w:rPr>
        <w:t xml:space="preserve"> </w:t>
      </w:r>
      <w:r w:rsidRPr="009A2188">
        <w:rPr>
          <w:rFonts w:ascii="Times New Roman" w:hAnsi="Times New Roman" w:cs="Times New Roman" w:hint="cs"/>
          <w:b/>
          <w:rtl/>
        </w:rPr>
        <w:t>بشكل</w:t>
      </w:r>
      <w:r w:rsidRPr="009A2188">
        <w:rPr>
          <w:rFonts w:asciiTheme="majorHAnsi" w:hAnsiTheme="majorHAnsi" w:cstheme="majorHAnsi"/>
          <w:b/>
          <w:rtl/>
        </w:rPr>
        <w:t xml:space="preserve"> </w:t>
      </w:r>
      <w:r w:rsidRPr="009A2188">
        <w:rPr>
          <w:rFonts w:ascii="Times New Roman" w:hAnsi="Times New Roman" w:cs="Times New Roman" w:hint="cs"/>
          <w:b/>
          <w:rtl/>
        </w:rPr>
        <w:t>ملحوظ</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تحسين</w:t>
      </w:r>
      <w:r w:rsidRPr="009A2188">
        <w:rPr>
          <w:rFonts w:asciiTheme="majorHAnsi" w:hAnsiTheme="majorHAnsi" w:cstheme="majorHAnsi"/>
          <w:b/>
          <w:rtl/>
        </w:rPr>
        <w:t xml:space="preserve"> </w:t>
      </w:r>
      <w:r w:rsidRPr="009A2188">
        <w:rPr>
          <w:rFonts w:ascii="Times New Roman" w:hAnsi="Times New Roman" w:cs="Times New Roman" w:hint="cs"/>
          <w:b/>
          <w:rtl/>
        </w:rPr>
        <w:t>كفاءة</w:t>
      </w:r>
      <w:r w:rsidRPr="009A2188">
        <w:rPr>
          <w:rFonts w:asciiTheme="majorHAnsi" w:hAnsiTheme="majorHAnsi" w:cstheme="majorHAnsi"/>
          <w:b/>
          <w:rtl/>
        </w:rPr>
        <w:t xml:space="preserve"> </w:t>
      </w:r>
      <w:r w:rsidRPr="009A2188">
        <w:rPr>
          <w:rFonts w:ascii="Times New Roman" w:hAnsi="Times New Roman" w:cs="Times New Roman" w:hint="cs"/>
          <w:b/>
          <w:rtl/>
        </w:rPr>
        <w:t>العمليات</w:t>
      </w:r>
      <w:r w:rsidRPr="009A2188">
        <w:rPr>
          <w:rFonts w:asciiTheme="majorHAnsi" w:hAnsiTheme="majorHAnsi" w:cstheme="majorHAnsi"/>
          <w:b/>
          <w:rtl/>
        </w:rPr>
        <w:t xml:space="preserve"> </w:t>
      </w:r>
      <w:r w:rsidRPr="009A2188">
        <w:rPr>
          <w:rFonts w:ascii="Times New Roman" w:hAnsi="Times New Roman" w:cs="Times New Roman" w:hint="cs"/>
          <w:b/>
          <w:rtl/>
        </w:rPr>
        <w:t>التسويقية</w:t>
      </w:r>
      <w:r w:rsidRPr="009A2188">
        <w:rPr>
          <w:rFonts w:asciiTheme="majorHAnsi" w:hAnsiTheme="majorHAnsi" w:cstheme="majorHAnsi"/>
          <w:b/>
          <w:rtl/>
        </w:rPr>
        <w:t xml:space="preserve"> </w:t>
      </w:r>
      <w:r w:rsidRPr="009A2188">
        <w:rPr>
          <w:rFonts w:ascii="Times New Roman" w:hAnsi="Times New Roman" w:cs="Times New Roman" w:hint="cs"/>
          <w:b/>
          <w:rtl/>
        </w:rPr>
        <w:t>وتعزيز</w:t>
      </w:r>
      <w:r w:rsidRPr="009A2188">
        <w:rPr>
          <w:rFonts w:asciiTheme="majorHAnsi" w:hAnsiTheme="majorHAnsi" w:cstheme="majorHAnsi"/>
          <w:b/>
          <w:rtl/>
        </w:rPr>
        <w:t xml:space="preserve"> </w:t>
      </w:r>
      <w:r w:rsidRPr="009A2188">
        <w:rPr>
          <w:rFonts w:ascii="Times New Roman" w:hAnsi="Times New Roman" w:cs="Times New Roman" w:hint="cs"/>
          <w:b/>
          <w:rtl/>
        </w:rPr>
        <w:t>تجربة</w:t>
      </w:r>
      <w:r w:rsidRPr="009A2188">
        <w:rPr>
          <w:rFonts w:asciiTheme="majorHAnsi" w:hAnsiTheme="majorHAnsi" w:cstheme="majorHAnsi"/>
          <w:b/>
          <w:rtl/>
        </w:rPr>
        <w:t xml:space="preserve"> </w:t>
      </w:r>
      <w:r w:rsidRPr="009A2188">
        <w:rPr>
          <w:rFonts w:ascii="Times New Roman" w:hAnsi="Times New Roman" w:cs="Times New Roman" w:hint="cs"/>
          <w:b/>
          <w:rtl/>
        </w:rPr>
        <w:t>العميل</w:t>
      </w:r>
      <w:r w:rsidRPr="009A2188">
        <w:rPr>
          <w:rFonts w:asciiTheme="majorHAnsi" w:hAnsiTheme="majorHAnsi" w:cstheme="majorHAnsi"/>
          <w:b/>
          <w:rtl/>
        </w:rPr>
        <w:t xml:space="preserve"> </w:t>
      </w:r>
      <w:r w:rsidRPr="009A2188">
        <w:rPr>
          <w:rFonts w:ascii="Times New Roman" w:hAnsi="Times New Roman" w:cs="Times New Roman" w:hint="cs"/>
          <w:b/>
          <w:rtl/>
        </w:rPr>
        <w:t>داخل</w:t>
      </w:r>
      <w:r w:rsidRPr="009A2188">
        <w:rPr>
          <w:rFonts w:asciiTheme="majorHAnsi" w:hAnsiTheme="majorHAnsi" w:cstheme="majorHAnsi"/>
          <w:b/>
          <w:rtl/>
        </w:rPr>
        <w:t xml:space="preserve"> </w:t>
      </w:r>
      <w:r w:rsidRPr="009A2188">
        <w:rPr>
          <w:rFonts w:ascii="Times New Roman" w:hAnsi="Times New Roman" w:cs="Times New Roman" w:hint="cs"/>
          <w:b/>
          <w:rtl/>
        </w:rPr>
        <w:t>السوق</w:t>
      </w:r>
      <w:r w:rsidRPr="009A2188">
        <w:rPr>
          <w:rFonts w:asciiTheme="majorHAnsi" w:hAnsiTheme="majorHAnsi" w:cstheme="majorHAnsi"/>
          <w:b/>
          <w:rtl/>
        </w:rPr>
        <w:t xml:space="preserve"> </w:t>
      </w:r>
      <w:r w:rsidRPr="009A2188">
        <w:rPr>
          <w:rFonts w:ascii="Times New Roman" w:hAnsi="Times New Roman" w:cs="Times New Roman" w:hint="cs"/>
          <w:b/>
          <w:rtl/>
        </w:rPr>
        <w:t>العقاري</w:t>
      </w:r>
      <w:r w:rsidRPr="009A2188">
        <w:rPr>
          <w:rFonts w:asciiTheme="majorHAnsi" w:hAnsiTheme="majorHAnsi" w:cstheme="majorHAnsi"/>
          <w:b/>
          <w:rtl/>
        </w:rPr>
        <w:t xml:space="preserve"> </w:t>
      </w:r>
      <w:r w:rsidRPr="009A2188">
        <w:rPr>
          <w:rFonts w:ascii="Times New Roman" w:hAnsi="Times New Roman" w:cs="Times New Roman" w:hint="cs"/>
          <w:b/>
          <w:rtl/>
        </w:rPr>
        <w:t>السعودي</w:t>
      </w:r>
      <w:r w:rsidRPr="009A2188">
        <w:rPr>
          <w:rFonts w:asciiTheme="majorHAnsi" w:hAnsiTheme="majorHAnsi" w:cstheme="majorHAnsi"/>
          <w:b/>
          <w:rtl/>
        </w:rPr>
        <w:t xml:space="preserve">. </w:t>
      </w:r>
      <w:r w:rsidRPr="009A2188">
        <w:rPr>
          <w:rFonts w:ascii="Times New Roman" w:hAnsi="Times New Roman" w:cs="Times New Roman" w:hint="cs"/>
          <w:b/>
          <w:rtl/>
        </w:rPr>
        <w:t>وقد</w:t>
      </w:r>
      <w:r w:rsidRPr="009A2188">
        <w:rPr>
          <w:rFonts w:asciiTheme="majorHAnsi" w:hAnsiTheme="majorHAnsi" w:cstheme="majorHAnsi"/>
          <w:b/>
          <w:rtl/>
        </w:rPr>
        <w:t xml:space="preserve"> </w:t>
      </w:r>
      <w:r w:rsidRPr="009A2188">
        <w:rPr>
          <w:rFonts w:ascii="Times New Roman" w:hAnsi="Times New Roman" w:cs="Times New Roman" w:hint="cs"/>
          <w:b/>
          <w:rtl/>
        </w:rPr>
        <w:t>ظهر</w:t>
      </w:r>
      <w:r w:rsidRPr="009A2188">
        <w:rPr>
          <w:rFonts w:asciiTheme="majorHAnsi" w:hAnsiTheme="majorHAnsi" w:cstheme="majorHAnsi"/>
          <w:b/>
          <w:rtl/>
        </w:rPr>
        <w:t xml:space="preserve"> </w:t>
      </w:r>
      <w:r w:rsidRPr="009A2188">
        <w:rPr>
          <w:rFonts w:ascii="Times New Roman" w:hAnsi="Times New Roman" w:cs="Times New Roman" w:hint="cs"/>
          <w:b/>
          <w:rtl/>
        </w:rPr>
        <w:t>ذلك</w:t>
      </w:r>
      <w:r w:rsidRPr="009A2188">
        <w:rPr>
          <w:rFonts w:asciiTheme="majorHAnsi" w:hAnsiTheme="majorHAnsi" w:cstheme="majorHAnsi"/>
          <w:b/>
          <w:rtl/>
        </w:rPr>
        <w:t xml:space="preserve"> </w:t>
      </w:r>
      <w:r w:rsidRPr="009A2188">
        <w:rPr>
          <w:rFonts w:ascii="Times New Roman" w:hAnsi="Times New Roman" w:cs="Times New Roman" w:hint="cs"/>
          <w:b/>
          <w:rtl/>
        </w:rPr>
        <w:t>من</w:t>
      </w:r>
      <w:r w:rsidRPr="009A2188">
        <w:rPr>
          <w:rFonts w:asciiTheme="majorHAnsi" w:hAnsiTheme="majorHAnsi" w:cstheme="majorHAnsi"/>
          <w:b/>
          <w:rtl/>
        </w:rPr>
        <w:t xml:space="preserve"> </w:t>
      </w:r>
      <w:r w:rsidRPr="009A2188">
        <w:rPr>
          <w:rFonts w:ascii="Times New Roman" w:hAnsi="Times New Roman" w:cs="Times New Roman" w:hint="cs"/>
          <w:b/>
          <w:rtl/>
        </w:rPr>
        <w:t>خلال</w:t>
      </w:r>
      <w:r w:rsidRPr="009A2188">
        <w:rPr>
          <w:rFonts w:asciiTheme="majorHAnsi" w:hAnsiTheme="majorHAnsi" w:cstheme="majorHAnsi"/>
          <w:b/>
          <w:rtl/>
        </w:rPr>
        <w:t xml:space="preserve"> </w:t>
      </w:r>
      <w:r w:rsidRPr="009A2188">
        <w:rPr>
          <w:rFonts w:ascii="Times New Roman" w:hAnsi="Times New Roman" w:cs="Times New Roman" w:hint="cs"/>
          <w:b/>
          <w:rtl/>
        </w:rPr>
        <w:t>اعتماد</w:t>
      </w:r>
      <w:r w:rsidRPr="009A2188">
        <w:rPr>
          <w:rFonts w:asciiTheme="majorHAnsi" w:hAnsiTheme="majorHAnsi" w:cstheme="majorHAnsi"/>
          <w:b/>
          <w:rtl/>
        </w:rPr>
        <w:t xml:space="preserve"> </w:t>
      </w:r>
      <w:r w:rsidRPr="009A2188">
        <w:rPr>
          <w:rFonts w:ascii="Times New Roman" w:hAnsi="Times New Roman" w:cs="Times New Roman" w:hint="cs"/>
          <w:b/>
          <w:rtl/>
        </w:rPr>
        <w:t>المسوقين</w:t>
      </w:r>
      <w:r w:rsidRPr="009A2188">
        <w:rPr>
          <w:rFonts w:asciiTheme="majorHAnsi" w:hAnsiTheme="majorHAnsi" w:cstheme="majorHAnsi"/>
          <w:b/>
          <w:rtl/>
        </w:rPr>
        <w:t xml:space="preserve"> </w:t>
      </w:r>
      <w:r w:rsidRPr="009A2188">
        <w:rPr>
          <w:rFonts w:ascii="Times New Roman" w:hAnsi="Times New Roman" w:cs="Times New Roman" w:hint="cs"/>
          <w:b/>
          <w:rtl/>
        </w:rPr>
        <w:t>العقاريين</w:t>
      </w:r>
      <w:r w:rsidRPr="009A2188">
        <w:rPr>
          <w:rFonts w:asciiTheme="majorHAnsi" w:hAnsiTheme="majorHAnsi" w:cstheme="majorHAnsi"/>
          <w:b/>
          <w:rtl/>
        </w:rPr>
        <w:t xml:space="preserve"> </w:t>
      </w:r>
      <w:r w:rsidRPr="009A2188">
        <w:rPr>
          <w:rFonts w:ascii="Times New Roman" w:hAnsi="Times New Roman" w:cs="Times New Roman" w:hint="cs"/>
          <w:b/>
          <w:rtl/>
        </w:rPr>
        <w:t>على</w:t>
      </w:r>
      <w:r w:rsidRPr="009A2188">
        <w:rPr>
          <w:rFonts w:asciiTheme="majorHAnsi" w:hAnsiTheme="majorHAnsi" w:cstheme="majorHAnsi"/>
          <w:b/>
          <w:rtl/>
        </w:rPr>
        <w:t xml:space="preserve"> </w:t>
      </w:r>
      <w:r w:rsidRPr="009A2188">
        <w:rPr>
          <w:rFonts w:ascii="Times New Roman" w:hAnsi="Times New Roman" w:cs="Times New Roman" w:hint="cs"/>
          <w:b/>
          <w:rtl/>
        </w:rPr>
        <w:t>المنصات</w:t>
      </w:r>
      <w:r w:rsidRPr="009A2188">
        <w:rPr>
          <w:rFonts w:asciiTheme="majorHAnsi" w:hAnsiTheme="majorHAnsi" w:cstheme="majorHAnsi"/>
          <w:b/>
          <w:rtl/>
        </w:rPr>
        <w:t xml:space="preserve"> </w:t>
      </w:r>
      <w:r w:rsidRPr="009A2188">
        <w:rPr>
          <w:rFonts w:ascii="Times New Roman" w:hAnsi="Times New Roman" w:cs="Times New Roman" w:hint="cs"/>
          <w:b/>
          <w:rtl/>
        </w:rPr>
        <w:t>الإلكترونية</w:t>
      </w:r>
      <w:r w:rsidRPr="009A2188">
        <w:rPr>
          <w:rFonts w:asciiTheme="majorHAnsi" w:hAnsiTheme="majorHAnsi" w:cstheme="majorHAnsi"/>
          <w:b/>
          <w:rtl/>
        </w:rPr>
        <w:t xml:space="preserve"> </w:t>
      </w:r>
      <w:r w:rsidRPr="009A2188">
        <w:rPr>
          <w:rFonts w:ascii="Times New Roman" w:hAnsi="Times New Roman" w:cs="Times New Roman" w:hint="cs"/>
          <w:b/>
          <w:rtl/>
        </w:rPr>
        <w:t>ووسائل</w:t>
      </w:r>
      <w:r w:rsidRPr="009A2188">
        <w:rPr>
          <w:rFonts w:asciiTheme="majorHAnsi" w:hAnsiTheme="majorHAnsi" w:cstheme="majorHAnsi"/>
          <w:b/>
          <w:rtl/>
        </w:rPr>
        <w:t xml:space="preserve"> </w:t>
      </w:r>
      <w:r w:rsidRPr="009A2188">
        <w:rPr>
          <w:rFonts w:ascii="Times New Roman" w:hAnsi="Times New Roman" w:cs="Times New Roman" w:hint="cs"/>
          <w:b/>
          <w:rtl/>
        </w:rPr>
        <w:t>التواصل</w:t>
      </w:r>
      <w:r w:rsidRPr="009A2188">
        <w:rPr>
          <w:rFonts w:asciiTheme="majorHAnsi" w:hAnsiTheme="majorHAnsi" w:cstheme="majorHAnsi"/>
          <w:b/>
          <w:rtl/>
        </w:rPr>
        <w:t xml:space="preserve"> </w:t>
      </w:r>
      <w:r w:rsidRPr="009A2188">
        <w:rPr>
          <w:rFonts w:ascii="Times New Roman" w:hAnsi="Times New Roman" w:cs="Times New Roman" w:hint="cs"/>
          <w:b/>
          <w:rtl/>
        </w:rPr>
        <w:t>الاجتماعي</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عرض</w:t>
      </w:r>
      <w:r w:rsidRPr="009A2188">
        <w:rPr>
          <w:rFonts w:asciiTheme="majorHAnsi" w:hAnsiTheme="majorHAnsi" w:cstheme="majorHAnsi"/>
          <w:b/>
          <w:rtl/>
        </w:rPr>
        <w:t xml:space="preserve"> </w:t>
      </w:r>
      <w:r w:rsidRPr="009A2188">
        <w:rPr>
          <w:rFonts w:ascii="Times New Roman" w:hAnsi="Times New Roman" w:cs="Times New Roman" w:hint="cs"/>
          <w:b/>
          <w:rtl/>
        </w:rPr>
        <w:t>العقارات</w:t>
      </w:r>
      <w:r w:rsidRPr="009A2188">
        <w:rPr>
          <w:rFonts w:asciiTheme="majorHAnsi" w:hAnsiTheme="majorHAnsi" w:cstheme="majorHAnsi"/>
          <w:b/>
          <w:rtl/>
        </w:rPr>
        <w:t xml:space="preserve"> </w:t>
      </w:r>
      <w:r w:rsidRPr="009A2188">
        <w:rPr>
          <w:rFonts w:ascii="Times New Roman" w:hAnsi="Times New Roman" w:cs="Times New Roman" w:hint="cs"/>
          <w:b/>
          <w:rtl/>
        </w:rPr>
        <w:t>والتواصل</w:t>
      </w:r>
      <w:r w:rsidRPr="009A2188">
        <w:rPr>
          <w:rFonts w:asciiTheme="majorHAnsi" w:hAnsiTheme="majorHAnsi" w:cstheme="majorHAnsi"/>
          <w:b/>
          <w:rtl/>
        </w:rPr>
        <w:t xml:space="preserve"> </w:t>
      </w:r>
      <w:r w:rsidRPr="009A2188">
        <w:rPr>
          <w:rFonts w:ascii="Times New Roman" w:hAnsi="Times New Roman" w:cs="Times New Roman" w:hint="cs"/>
          <w:b/>
          <w:rtl/>
        </w:rPr>
        <w:t>مع</w:t>
      </w:r>
      <w:r w:rsidRPr="009A2188">
        <w:rPr>
          <w:rFonts w:asciiTheme="majorHAnsi" w:hAnsiTheme="majorHAnsi" w:cstheme="majorHAnsi"/>
          <w:b/>
          <w:rtl/>
        </w:rPr>
        <w:t xml:space="preserve"> </w:t>
      </w:r>
      <w:r w:rsidRPr="009A2188">
        <w:rPr>
          <w:rFonts w:ascii="Times New Roman" w:hAnsi="Times New Roman" w:cs="Times New Roman" w:hint="cs"/>
          <w:b/>
          <w:rtl/>
        </w:rPr>
        <w:t>العملاء،</w:t>
      </w:r>
      <w:r w:rsidRPr="009A2188">
        <w:rPr>
          <w:rFonts w:asciiTheme="majorHAnsi" w:hAnsiTheme="majorHAnsi" w:cstheme="majorHAnsi"/>
          <w:b/>
          <w:rtl/>
        </w:rPr>
        <w:t xml:space="preserve"> </w:t>
      </w:r>
      <w:r w:rsidRPr="009A2188">
        <w:rPr>
          <w:rFonts w:ascii="Times New Roman" w:hAnsi="Times New Roman" w:cs="Times New Roman" w:hint="cs"/>
          <w:b/>
          <w:rtl/>
        </w:rPr>
        <w:t>مما</w:t>
      </w:r>
      <w:r w:rsidRPr="009A2188">
        <w:rPr>
          <w:rFonts w:asciiTheme="majorHAnsi" w:hAnsiTheme="majorHAnsi" w:cstheme="majorHAnsi"/>
          <w:b/>
          <w:rtl/>
        </w:rPr>
        <w:t xml:space="preserve"> </w:t>
      </w:r>
      <w:r w:rsidRPr="009A2188">
        <w:rPr>
          <w:rFonts w:ascii="Times New Roman" w:hAnsi="Times New Roman" w:cs="Times New Roman" w:hint="cs"/>
          <w:b/>
          <w:rtl/>
        </w:rPr>
        <w:t>ساعد</w:t>
      </w:r>
      <w:r w:rsidRPr="009A2188">
        <w:rPr>
          <w:rFonts w:asciiTheme="majorHAnsi" w:hAnsiTheme="majorHAnsi" w:cstheme="majorHAnsi"/>
          <w:b/>
          <w:rtl/>
        </w:rPr>
        <w:t xml:space="preserve"> </w:t>
      </w:r>
      <w:r w:rsidRPr="009A2188">
        <w:rPr>
          <w:rFonts w:ascii="Times New Roman" w:hAnsi="Times New Roman" w:cs="Times New Roman" w:hint="cs"/>
          <w:b/>
          <w:rtl/>
        </w:rPr>
        <w:t>على</w:t>
      </w:r>
      <w:r w:rsidRPr="009A2188">
        <w:rPr>
          <w:rFonts w:asciiTheme="majorHAnsi" w:hAnsiTheme="majorHAnsi" w:cstheme="majorHAnsi"/>
          <w:b/>
          <w:rtl/>
        </w:rPr>
        <w:t xml:space="preserve"> </w:t>
      </w:r>
      <w:r w:rsidRPr="009A2188">
        <w:rPr>
          <w:rFonts w:ascii="Times New Roman" w:hAnsi="Times New Roman" w:cs="Times New Roman" w:hint="cs"/>
          <w:b/>
          <w:rtl/>
        </w:rPr>
        <w:t>تسهيل</w:t>
      </w:r>
      <w:r w:rsidRPr="009A2188">
        <w:rPr>
          <w:rFonts w:asciiTheme="majorHAnsi" w:hAnsiTheme="majorHAnsi" w:cstheme="majorHAnsi"/>
          <w:b/>
          <w:rtl/>
        </w:rPr>
        <w:t xml:space="preserve"> </w:t>
      </w:r>
      <w:r w:rsidRPr="009A2188">
        <w:rPr>
          <w:rFonts w:ascii="Times New Roman" w:hAnsi="Times New Roman" w:cs="Times New Roman" w:hint="cs"/>
          <w:b/>
          <w:rtl/>
        </w:rPr>
        <w:t>الوصول</w:t>
      </w:r>
      <w:r w:rsidRPr="009A2188">
        <w:rPr>
          <w:rFonts w:asciiTheme="majorHAnsi" w:hAnsiTheme="majorHAnsi" w:cstheme="majorHAnsi"/>
          <w:b/>
          <w:rtl/>
        </w:rPr>
        <w:t xml:space="preserve"> </w:t>
      </w:r>
      <w:r w:rsidRPr="009A2188">
        <w:rPr>
          <w:rFonts w:ascii="Times New Roman" w:hAnsi="Times New Roman" w:cs="Times New Roman" w:hint="cs"/>
          <w:b/>
          <w:rtl/>
        </w:rPr>
        <w:t>إلى</w:t>
      </w:r>
      <w:r w:rsidRPr="009A2188">
        <w:rPr>
          <w:rFonts w:asciiTheme="majorHAnsi" w:hAnsiTheme="majorHAnsi" w:cstheme="majorHAnsi"/>
          <w:b/>
          <w:rtl/>
        </w:rPr>
        <w:t xml:space="preserve"> </w:t>
      </w:r>
      <w:r w:rsidRPr="009A2188">
        <w:rPr>
          <w:rFonts w:ascii="Times New Roman" w:hAnsi="Times New Roman" w:cs="Times New Roman" w:hint="cs"/>
          <w:b/>
          <w:rtl/>
        </w:rPr>
        <w:t>المعلومات</w:t>
      </w:r>
      <w:r w:rsidRPr="009A2188">
        <w:rPr>
          <w:rFonts w:asciiTheme="majorHAnsi" w:hAnsiTheme="majorHAnsi" w:cstheme="majorHAnsi"/>
          <w:b/>
          <w:rtl/>
        </w:rPr>
        <w:t xml:space="preserve"> </w:t>
      </w:r>
      <w:r w:rsidRPr="009A2188">
        <w:rPr>
          <w:rFonts w:ascii="Times New Roman" w:hAnsi="Times New Roman" w:cs="Times New Roman" w:hint="cs"/>
          <w:b/>
          <w:rtl/>
        </w:rPr>
        <w:t>العقارية</w:t>
      </w:r>
      <w:r w:rsidRPr="009A2188">
        <w:rPr>
          <w:rFonts w:asciiTheme="majorHAnsi" w:hAnsiTheme="majorHAnsi" w:cstheme="majorHAnsi"/>
          <w:b/>
          <w:rtl/>
        </w:rPr>
        <w:t xml:space="preserve"> </w:t>
      </w:r>
      <w:r w:rsidRPr="009A2188">
        <w:rPr>
          <w:rFonts w:ascii="Times New Roman" w:hAnsi="Times New Roman" w:cs="Times New Roman" w:hint="cs"/>
          <w:b/>
          <w:rtl/>
        </w:rPr>
        <w:t>وتقليل</w:t>
      </w:r>
      <w:r w:rsidRPr="009A2188">
        <w:rPr>
          <w:rFonts w:asciiTheme="majorHAnsi" w:hAnsiTheme="majorHAnsi" w:cstheme="majorHAnsi"/>
          <w:b/>
          <w:rtl/>
        </w:rPr>
        <w:t xml:space="preserve"> </w:t>
      </w:r>
      <w:r w:rsidRPr="009A2188">
        <w:rPr>
          <w:rFonts w:ascii="Times New Roman" w:hAnsi="Times New Roman" w:cs="Times New Roman" w:hint="cs"/>
          <w:b/>
          <w:rtl/>
        </w:rPr>
        <w:t>الوقت</w:t>
      </w:r>
      <w:r w:rsidRPr="009A2188">
        <w:rPr>
          <w:rFonts w:asciiTheme="majorHAnsi" w:hAnsiTheme="majorHAnsi" w:cstheme="majorHAnsi"/>
          <w:b/>
          <w:rtl/>
        </w:rPr>
        <w:t xml:space="preserve"> </w:t>
      </w:r>
      <w:r w:rsidRPr="009A2188">
        <w:rPr>
          <w:rFonts w:ascii="Times New Roman" w:hAnsi="Times New Roman" w:cs="Times New Roman" w:hint="cs"/>
          <w:b/>
          <w:rtl/>
        </w:rPr>
        <w:t>والجهد</w:t>
      </w:r>
      <w:r w:rsidRPr="009A2188">
        <w:rPr>
          <w:rFonts w:asciiTheme="majorHAnsi" w:hAnsiTheme="majorHAnsi" w:cstheme="majorHAnsi"/>
          <w:b/>
          <w:rtl/>
        </w:rPr>
        <w:t xml:space="preserve"> </w:t>
      </w:r>
      <w:r w:rsidRPr="009A2188">
        <w:rPr>
          <w:rFonts w:ascii="Times New Roman" w:hAnsi="Times New Roman" w:cs="Times New Roman" w:hint="cs"/>
          <w:b/>
          <w:rtl/>
        </w:rPr>
        <w:t>المبذول</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عملية</w:t>
      </w:r>
      <w:r w:rsidRPr="009A2188">
        <w:rPr>
          <w:rFonts w:asciiTheme="majorHAnsi" w:hAnsiTheme="majorHAnsi" w:cstheme="majorHAnsi"/>
          <w:b/>
          <w:rtl/>
        </w:rPr>
        <w:t xml:space="preserve"> </w:t>
      </w:r>
      <w:r w:rsidRPr="009A2188">
        <w:rPr>
          <w:rFonts w:ascii="Times New Roman" w:hAnsi="Times New Roman" w:cs="Times New Roman" w:hint="cs"/>
          <w:b/>
          <w:rtl/>
        </w:rPr>
        <w:t>البحث</w:t>
      </w:r>
      <w:r w:rsidRPr="009A2188">
        <w:rPr>
          <w:rFonts w:asciiTheme="majorHAnsi" w:hAnsiTheme="majorHAnsi" w:cstheme="majorHAnsi"/>
          <w:b/>
        </w:rPr>
        <w:t>.</w:t>
      </w:r>
    </w:p>
    <w:p w14:paraId="4E105E1D" w14:textId="1BCFB790" w:rsidR="00703534" w:rsidRPr="00B05D15" w:rsidRDefault="009A2188" w:rsidP="00B05D15">
      <w:pPr>
        <w:bidi/>
        <w:spacing w:line="360" w:lineRule="auto"/>
        <w:rPr>
          <w:rFonts w:asciiTheme="majorHAnsi" w:hAnsiTheme="majorHAnsi" w:cstheme="majorHAnsi"/>
          <w:b/>
          <w:rtl/>
        </w:rPr>
      </w:pPr>
      <w:r w:rsidRPr="009A2188">
        <w:rPr>
          <w:rFonts w:ascii="Times New Roman" w:hAnsi="Times New Roman" w:cs="Times New Roman" w:hint="cs"/>
          <w:b/>
          <w:rtl/>
        </w:rPr>
        <w:t>كما</w:t>
      </w:r>
      <w:r w:rsidRPr="009A2188">
        <w:rPr>
          <w:rFonts w:asciiTheme="majorHAnsi" w:hAnsiTheme="majorHAnsi" w:cstheme="majorHAnsi"/>
          <w:b/>
          <w:rtl/>
        </w:rPr>
        <w:t xml:space="preserve"> </w:t>
      </w:r>
      <w:r w:rsidRPr="009A2188">
        <w:rPr>
          <w:rFonts w:ascii="Times New Roman" w:hAnsi="Times New Roman" w:cs="Times New Roman" w:hint="cs"/>
          <w:b/>
          <w:rtl/>
        </w:rPr>
        <w:t>أوضحت</w:t>
      </w:r>
      <w:r w:rsidRPr="009A2188">
        <w:rPr>
          <w:rFonts w:asciiTheme="majorHAnsi" w:hAnsiTheme="majorHAnsi" w:cstheme="majorHAnsi"/>
          <w:b/>
          <w:rtl/>
        </w:rPr>
        <w:t xml:space="preserve"> </w:t>
      </w:r>
      <w:r w:rsidRPr="009A2188">
        <w:rPr>
          <w:rFonts w:ascii="Times New Roman" w:hAnsi="Times New Roman" w:cs="Times New Roman" w:hint="cs"/>
          <w:b/>
          <w:rtl/>
        </w:rPr>
        <w:t>النتائج</w:t>
      </w:r>
      <w:r w:rsidRPr="009A2188">
        <w:rPr>
          <w:rFonts w:asciiTheme="majorHAnsi" w:hAnsiTheme="majorHAnsi" w:cstheme="majorHAnsi"/>
          <w:b/>
          <w:rtl/>
        </w:rPr>
        <w:t xml:space="preserve"> </w:t>
      </w:r>
      <w:r w:rsidRPr="009A2188">
        <w:rPr>
          <w:rFonts w:ascii="Times New Roman" w:hAnsi="Times New Roman" w:cs="Times New Roman" w:hint="cs"/>
          <w:b/>
          <w:rtl/>
        </w:rPr>
        <w:t>أن</w:t>
      </w:r>
      <w:r w:rsidRPr="009A2188">
        <w:rPr>
          <w:rFonts w:asciiTheme="majorHAnsi" w:hAnsiTheme="majorHAnsi" w:cstheme="majorHAnsi"/>
          <w:b/>
          <w:rtl/>
        </w:rPr>
        <w:t xml:space="preserve"> </w:t>
      </w:r>
      <w:r w:rsidRPr="009A2188">
        <w:rPr>
          <w:rFonts w:ascii="Times New Roman" w:hAnsi="Times New Roman" w:cs="Times New Roman" w:hint="cs"/>
          <w:b/>
          <w:rtl/>
        </w:rPr>
        <w:t>أدوات</w:t>
      </w:r>
      <w:r w:rsidRPr="009A2188">
        <w:rPr>
          <w:rFonts w:asciiTheme="majorHAnsi" w:hAnsiTheme="majorHAnsi" w:cstheme="majorHAnsi"/>
          <w:b/>
          <w:rtl/>
        </w:rPr>
        <w:t xml:space="preserve"> </w:t>
      </w:r>
      <w:r w:rsidRPr="009A2188">
        <w:rPr>
          <w:rFonts w:ascii="Times New Roman" w:hAnsi="Times New Roman" w:cs="Times New Roman" w:hint="cs"/>
          <w:b/>
          <w:rtl/>
        </w:rPr>
        <w:t>العرض</w:t>
      </w:r>
      <w:r w:rsidRPr="009A2188">
        <w:rPr>
          <w:rFonts w:asciiTheme="majorHAnsi" w:hAnsiTheme="majorHAnsi" w:cstheme="majorHAnsi"/>
          <w:b/>
          <w:rtl/>
        </w:rPr>
        <w:t xml:space="preserve"> </w:t>
      </w:r>
      <w:r w:rsidRPr="009A2188">
        <w:rPr>
          <w:rFonts w:ascii="Times New Roman" w:hAnsi="Times New Roman" w:cs="Times New Roman" w:hint="cs"/>
          <w:b/>
          <w:rtl/>
        </w:rPr>
        <w:t>الرقمي،</w:t>
      </w:r>
      <w:r w:rsidRPr="009A2188">
        <w:rPr>
          <w:rFonts w:asciiTheme="majorHAnsi" w:hAnsiTheme="majorHAnsi" w:cstheme="majorHAnsi"/>
          <w:b/>
          <w:rtl/>
        </w:rPr>
        <w:t xml:space="preserve"> </w:t>
      </w:r>
      <w:r w:rsidRPr="009A2188">
        <w:rPr>
          <w:rFonts w:ascii="Times New Roman" w:hAnsi="Times New Roman" w:cs="Times New Roman" w:hint="cs"/>
          <w:b/>
          <w:rtl/>
        </w:rPr>
        <w:t>مثل</w:t>
      </w:r>
      <w:r w:rsidRPr="009A2188">
        <w:rPr>
          <w:rFonts w:asciiTheme="majorHAnsi" w:hAnsiTheme="majorHAnsi" w:cstheme="majorHAnsi"/>
          <w:b/>
          <w:rtl/>
        </w:rPr>
        <w:t xml:space="preserve"> </w:t>
      </w:r>
      <w:r w:rsidRPr="009A2188">
        <w:rPr>
          <w:rFonts w:ascii="Times New Roman" w:hAnsi="Times New Roman" w:cs="Times New Roman" w:hint="cs"/>
          <w:b/>
          <w:rtl/>
        </w:rPr>
        <w:t>الصور</w:t>
      </w:r>
      <w:r w:rsidRPr="009A2188">
        <w:rPr>
          <w:rFonts w:asciiTheme="majorHAnsi" w:hAnsiTheme="majorHAnsi" w:cstheme="majorHAnsi"/>
          <w:b/>
          <w:rtl/>
        </w:rPr>
        <w:t xml:space="preserve"> </w:t>
      </w:r>
      <w:r w:rsidRPr="009A2188">
        <w:rPr>
          <w:rFonts w:ascii="Times New Roman" w:hAnsi="Times New Roman" w:cs="Times New Roman" w:hint="cs"/>
          <w:b/>
          <w:rtl/>
        </w:rPr>
        <w:t>الاحترافية</w:t>
      </w:r>
      <w:r w:rsidRPr="009A2188">
        <w:rPr>
          <w:rFonts w:asciiTheme="majorHAnsi" w:hAnsiTheme="majorHAnsi" w:cstheme="majorHAnsi"/>
          <w:b/>
          <w:rtl/>
        </w:rPr>
        <w:t xml:space="preserve"> </w:t>
      </w:r>
      <w:r w:rsidRPr="009A2188">
        <w:rPr>
          <w:rFonts w:ascii="Times New Roman" w:hAnsi="Times New Roman" w:cs="Times New Roman" w:hint="cs"/>
          <w:b/>
          <w:rtl/>
        </w:rPr>
        <w:t>والجولات</w:t>
      </w:r>
      <w:r w:rsidRPr="009A2188">
        <w:rPr>
          <w:rFonts w:asciiTheme="majorHAnsi" w:hAnsiTheme="majorHAnsi" w:cstheme="majorHAnsi"/>
          <w:b/>
          <w:rtl/>
        </w:rPr>
        <w:t xml:space="preserve"> </w:t>
      </w:r>
      <w:r w:rsidRPr="009A2188">
        <w:rPr>
          <w:rFonts w:ascii="Times New Roman" w:hAnsi="Times New Roman" w:cs="Times New Roman" w:hint="cs"/>
          <w:b/>
          <w:rtl/>
        </w:rPr>
        <w:t>الافتراضية،</w:t>
      </w:r>
      <w:r w:rsidRPr="009A2188">
        <w:rPr>
          <w:rFonts w:asciiTheme="majorHAnsi" w:hAnsiTheme="majorHAnsi" w:cstheme="majorHAnsi"/>
          <w:b/>
          <w:rtl/>
        </w:rPr>
        <w:t xml:space="preserve"> </w:t>
      </w:r>
      <w:r w:rsidRPr="009A2188">
        <w:rPr>
          <w:rFonts w:ascii="Times New Roman" w:hAnsi="Times New Roman" w:cs="Times New Roman" w:hint="cs"/>
          <w:b/>
          <w:rtl/>
        </w:rPr>
        <w:t>تلعب</w:t>
      </w:r>
      <w:r w:rsidRPr="009A2188">
        <w:rPr>
          <w:rFonts w:asciiTheme="majorHAnsi" w:hAnsiTheme="majorHAnsi" w:cstheme="majorHAnsi"/>
          <w:b/>
          <w:rtl/>
        </w:rPr>
        <w:t xml:space="preserve"> </w:t>
      </w:r>
      <w:r w:rsidRPr="009A2188">
        <w:rPr>
          <w:rFonts w:ascii="Times New Roman" w:hAnsi="Times New Roman" w:cs="Times New Roman" w:hint="cs"/>
          <w:b/>
          <w:rtl/>
        </w:rPr>
        <w:t>دورًا</w:t>
      </w:r>
      <w:r w:rsidRPr="009A2188">
        <w:rPr>
          <w:rFonts w:asciiTheme="majorHAnsi" w:hAnsiTheme="majorHAnsi" w:cstheme="majorHAnsi"/>
          <w:b/>
          <w:rtl/>
        </w:rPr>
        <w:t xml:space="preserve"> </w:t>
      </w:r>
      <w:r w:rsidRPr="009A2188">
        <w:rPr>
          <w:rFonts w:ascii="Times New Roman" w:hAnsi="Times New Roman" w:cs="Times New Roman" w:hint="cs"/>
          <w:b/>
          <w:rtl/>
        </w:rPr>
        <w:t>مهمًا</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تكوين</w:t>
      </w:r>
      <w:r w:rsidRPr="009A2188">
        <w:rPr>
          <w:rFonts w:asciiTheme="majorHAnsi" w:hAnsiTheme="majorHAnsi" w:cstheme="majorHAnsi"/>
          <w:b/>
          <w:rtl/>
        </w:rPr>
        <w:t xml:space="preserve"> </w:t>
      </w:r>
      <w:r w:rsidRPr="009A2188">
        <w:rPr>
          <w:rFonts w:ascii="Times New Roman" w:hAnsi="Times New Roman" w:cs="Times New Roman" w:hint="cs"/>
          <w:b/>
          <w:rtl/>
        </w:rPr>
        <w:t>انطباع</w:t>
      </w:r>
      <w:r w:rsidRPr="009A2188">
        <w:rPr>
          <w:rFonts w:asciiTheme="majorHAnsi" w:hAnsiTheme="majorHAnsi" w:cstheme="majorHAnsi"/>
          <w:b/>
          <w:rtl/>
        </w:rPr>
        <w:t xml:space="preserve"> </w:t>
      </w:r>
      <w:r w:rsidRPr="009A2188">
        <w:rPr>
          <w:rFonts w:ascii="Times New Roman" w:hAnsi="Times New Roman" w:cs="Times New Roman" w:hint="cs"/>
          <w:b/>
          <w:rtl/>
        </w:rPr>
        <w:t>إيجابي</w:t>
      </w:r>
      <w:r w:rsidRPr="009A2188">
        <w:rPr>
          <w:rFonts w:asciiTheme="majorHAnsi" w:hAnsiTheme="majorHAnsi" w:cstheme="majorHAnsi"/>
          <w:b/>
          <w:rtl/>
        </w:rPr>
        <w:t xml:space="preserve"> </w:t>
      </w:r>
      <w:r w:rsidRPr="009A2188">
        <w:rPr>
          <w:rFonts w:ascii="Times New Roman" w:hAnsi="Times New Roman" w:cs="Times New Roman" w:hint="cs"/>
          <w:b/>
          <w:rtl/>
        </w:rPr>
        <w:t>لدى</w:t>
      </w:r>
      <w:r w:rsidRPr="009A2188">
        <w:rPr>
          <w:rFonts w:asciiTheme="majorHAnsi" w:hAnsiTheme="majorHAnsi" w:cstheme="majorHAnsi"/>
          <w:b/>
          <w:rtl/>
        </w:rPr>
        <w:t xml:space="preserve"> </w:t>
      </w:r>
      <w:r w:rsidRPr="009A2188">
        <w:rPr>
          <w:rFonts w:ascii="Times New Roman" w:hAnsi="Times New Roman" w:cs="Times New Roman" w:hint="cs"/>
          <w:b/>
          <w:rtl/>
        </w:rPr>
        <w:t>العملاء،</w:t>
      </w:r>
      <w:r w:rsidRPr="009A2188">
        <w:rPr>
          <w:rFonts w:asciiTheme="majorHAnsi" w:hAnsiTheme="majorHAnsi" w:cstheme="majorHAnsi"/>
          <w:b/>
          <w:rtl/>
        </w:rPr>
        <w:t xml:space="preserve"> </w:t>
      </w:r>
      <w:r w:rsidRPr="009A2188">
        <w:rPr>
          <w:rFonts w:ascii="Times New Roman" w:hAnsi="Times New Roman" w:cs="Times New Roman" w:hint="cs"/>
          <w:b/>
          <w:rtl/>
        </w:rPr>
        <w:t>وتساعدهم</w:t>
      </w:r>
      <w:r w:rsidRPr="009A2188">
        <w:rPr>
          <w:rFonts w:asciiTheme="majorHAnsi" w:hAnsiTheme="majorHAnsi" w:cstheme="majorHAnsi"/>
          <w:b/>
          <w:rtl/>
        </w:rPr>
        <w:t xml:space="preserve"> </w:t>
      </w:r>
      <w:r w:rsidRPr="009A2188">
        <w:rPr>
          <w:rFonts w:ascii="Times New Roman" w:hAnsi="Times New Roman" w:cs="Times New Roman" w:hint="cs"/>
          <w:b/>
          <w:rtl/>
        </w:rPr>
        <w:t>على</w:t>
      </w:r>
      <w:r w:rsidRPr="009A2188">
        <w:rPr>
          <w:rFonts w:asciiTheme="majorHAnsi" w:hAnsiTheme="majorHAnsi" w:cstheme="majorHAnsi"/>
          <w:b/>
          <w:rtl/>
        </w:rPr>
        <w:t xml:space="preserve"> </w:t>
      </w:r>
      <w:r w:rsidRPr="009A2188">
        <w:rPr>
          <w:rFonts w:ascii="Times New Roman" w:hAnsi="Times New Roman" w:cs="Times New Roman" w:hint="cs"/>
          <w:b/>
          <w:rtl/>
        </w:rPr>
        <w:t>اتخاذ</w:t>
      </w:r>
      <w:r w:rsidRPr="009A2188">
        <w:rPr>
          <w:rFonts w:asciiTheme="majorHAnsi" w:hAnsiTheme="majorHAnsi" w:cstheme="majorHAnsi"/>
          <w:b/>
          <w:rtl/>
        </w:rPr>
        <w:t xml:space="preserve"> </w:t>
      </w:r>
      <w:r w:rsidRPr="009A2188">
        <w:rPr>
          <w:rFonts w:ascii="Times New Roman" w:hAnsi="Times New Roman" w:cs="Times New Roman" w:hint="cs"/>
          <w:b/>
          <w:rtl/>
        </w:rPr>
        <w:t>قرارات</w:t>
      </w:r>
      <w:r w:rsidRPr="009A2188">
        <w:rPr>
          <w:rFonts w:asciiTheme="majorHAnsi" w:hAnsiTheme="majorHAnsi" w:cstheme="majorHAnsi"/>
          <w:b/>
          <w:rtl/>
        </w:rPr>
        <w:t xml:space="preserve"> </w:t>
      </w:r>
      <w:r w:rsidRPr="009A2188">
        <w:rPr>
          <w:rFonts w:ascii="Times New Roman" w:hAnsi="Times New Roman" w:cs="Times New Roman" w:hint="cs"/>
          <w:b/>
          <w:rtl/>
        </w:rPr>
        <w:t>عقارية</w:t>
      </w:r>
      <w:r w:rsidRPr="009A2188">
        <w:rPr>
          <w:rFonts w:asciiTheme="majorHAnsi" w:hAnsiTheme="majorHAnsi" w:cstheme="majorHAnsi"/>
          <w:b/>
          <w:rtl/>
        </w:rPr>
        <w:t xml:space="preserve"> </w:t>
      </w:r>
      <w:r w:rsidRPr="009A2188">
        <w:rPr>
          <w:rFonts w:ascii="Times New Roman" w:hAnsi="Times New Roman" w:cs="Times New Roman" w:hint="cs"/>
          <w:b/>
          <w:rtl/>
        </w:rPr>
        <w:t>أكثر</w:t>
      </w:r>
      <w:r w:rsidRPr="009A2188">
        <w:rPr>
          <w:rFonts w:asciiTheme="majorHAnsi" w:hAnsiTheme="majorHAnsi" w:cstheme="majorHAnsi"/>
          <w:b/>
          <w:rtl/>
        </w:rPr>
        <w:t xml:space="preserve"> </w:t>
      </w:r>
      <w:r w:rsidRPr="009A2188">
        <w:rPr>
          <w:rFonts w:ascii="Times New Roman" w:hAnsi="Times New Roman" w:cs="Times New Roman" w:hint="cs"/>
          <w:b/>
          <w:rtl/>
        </w:rPr>
        <w:t>وضوحًا</w:t>
      </w:r>
      <w:r w:rsidRPr="009A2188">
        <w:rPr>
          <w:rFonts w:asciiTheme="majorHAnsi" w:hAnsiTheme="majorHAnsi" w:cstheme="majorHAnsi"/>
          <w:b/>
          <w:rtl/>
        </w:rPr>
        <w:t xml:space="preserve"> </w:t>
      </w:r>
      <w:r w:rsidRPr="009A2188">
        <w:rPr>
          <w:rFonts w:ascii="Times New Roman" w:hAnsi="Times New Roman" w:cs="Times New Roman" w:hint="cs"/>
          <w:b/>
          <w:rtl/>
        </w:rPr>
        <w:t>وثقة</w:t>
      </w:r>
      <w:r w:rsidRPr="009A2188">
        <w:rPr>
          <w:rFonts w:asciiTheme="majorHAnsi" w:hAnsiTheme="majorHAnsi" w:cstheme="majorHAnsi"/>
          <w:b/>
          <w:rtl/>
        </w:rPr>
        <w:t xml:space="preserve">. </w:t>
      </w:r>
      <w:r w:rsidRPr="009A2188">
        <w:rPr>
          <w:rFonts w:ascii="Times New Roman" w:hAnsi="Times New Roman" w:cs="Times New Roman" w:hint="cs"/>
          <w:b/>
          <w:rtl/>
        </w:rPr>
        <w:t>ويمكن</w:t>
      </w:r>
      <w:r w:rsidRPr="009A2188">
        <w:rPr>
          <w:rFonts w:asciiTheme="majorHAnsi" w:hAnsiTheme="majorHAnsi" w:cstheme="majorHAnsi"/>
          <w:b/>
          <w:rtl/>
        </w:rPr>
        <w:t xml:space="preserve"> </w:t>
      </w:r>
      <w:r w:rsidRPr="009A2188">
        <w:rPr>
          <w:rFonts w:ascii="Times New Roman" w:hAnsi="Times New Roman" w:cs="Times New Roman" w:hint="cs"/>
          <w:b/>
          <w:rtl/>
        </w:rPr>
        <w:t>تفسير</w:t>
      </w:r>
      <w:r w:rsidRPr="009A2188">
        <w:rPr>
          <w:rFonts w:asciiTheme="majorHAnsi" w:hAnsiTheme="majorHAnsi" w:cstheme="majorHAnsi"/>
          <w:b/>
          <w:rtl/>
        </w:rPr>
        <w:t xml:space="preserve"> </w:t>
      </w:r>
      <w:r w:rsidRPr="009A2188">
        <w:rPr>
          <w:rFonts w:ascii="Times New Roman" w:hAnsi="Times New Roman" w:cs="Times New Roman" w:hint="cs"/>
          <w:b/>
          <w:rtl/>
        </w:rPr>
        <w:t>هذه</w:t>
      </w:r>
      <w:r w:rsidRPr="009A2188">
        <w:rPr>
          <w:rFonts w:asciiTheme="majorHAnsi" w:hAnsiTheme="majorHAnsi" w:cstheme="majorHAnsi"/>
          <w:b/>
          <w:rtl/>
        </w:rPr>
        <w:t xml:space="preserve"> </w:t>
      </w:r>
      <w:r w:rsidRPr="009A2188">
        <w:rPr>
          <w:rFonts w:ascii="Times New Roman" w:hAnsi="Times New Roman" w:cs="Times New Roman" w:hint="cs"/>
          <w:b/>
          <w:rtl/>
        </w:rPr>
        <w:t>النتائج</w:t>
      </w:r>
      <w:r w:rsidRPr="009A2188">
        <w:rPr>
          <w:rFonts w:asciiTheme="majorHAnsi" w:hAnsiTheme="majorHAnsi" w:cstheme="majorHAnsi"/>
          <w:b/>
          <w:rtl/>
        </w:rPr>
        <w:t xml:space="preserve"> </w:t>
      </w:r>
      <w:r w:rsidRPr="009A2188">
        <w:rPr>
          <w:rFonts w:ascii="Times New Roman" w:hAnsi="Times New Roman" w:cs="Times New Roman" w:hint="cs"/>
          <w:b/>
          <w:rtl/>
        </w:rPr>
        <w:t>بقدرة</w:t>
      </w:r>
      <w:r w:rsidRPr="009A2188">
        <w:rPr>
          <w:rFonts w:asciiTheme="majorHAnsi" w:hAnsiTheme="majorHAnsi" w:cstheme="majorHAnsi"/>
          <w:b/>
          <w:rtl/>
        </w:rPr>
        <w:t xml:space="preserve"> </w:t>
      </w:r>
      <w:r w:rsidRPr="009A2188">
        <w:rPr>
          <w:rFonts w:ascii="Times New Roman" w:hAnsi="Times New Roman" w:cs="Times New Roman" w:hint="cs"/>
          <w:b/>
          <w:rtl/>
        </w:rPr>
        <w:t>التكنولوجيا</w:t>
      </w:r>
      <w:r w:rsidRPr="009A2188">
        <w:rPr>
          <w:rFonts w:asciiTheme="majorHAnsi" w:hAnsiTheme="majorHAnsi" w:cstheme="majorHAnsi"/>
          <w:b/>
          <w:rtl/>
        </w:rPr>
        <w:t xml:space="preserve"> </w:t>
      </w:r>
      <w:r w:rsidRPr="009A2188">
        <w:rPr>
          <w:rFonts w:ascii="Times New Roman" w:hAnsi="Times New Roman" w:cs="Times New Roman" w:hint="cs"/>
          <w:b/>
          <w:rtl/>
        </w:rPr>
        <w:t>الرقمية</w:t>
      </w:r>
      <w:r w:rsidRPr="009A2188">
        <w:rPr>
          <w:rFonts w:asciiTheme="majorHAnsi" w:hAnsiTheme="majorHAnsi" w:cstheme="majorHAnsi"/>
          <w:b/>
          <w:rtl/>
        </w:rPr>
        <w:t xml:space="preserve"> </w:t>
      </w:r>
      <w:r w:rsidRPr="009A2188">
        <w:rPr>
          <w:rFonts w:ascii="Times New Roman" w:hAnsi="Times New Roman" w:cs="Times New Roman" w:hint="cs"/>
          <w:b/>
          <w:rtl/>
        </w:rPr>
        <w:t>على</w:t>
      </w:r>
      <w:r w:rsidRPr="009A2188">
        <w:rPr>
          <w:rFonts w:asciiTheme="majorHAnsi" w:hAnsiTheme="majorHAnsi" w:cstheme="majorHAnsi"/>
          <w:b/>
          <w:rtl/>
        </w:rPr>
        <w:t xml:space="preserve"> </w:t>
      </w:r>
      <w:r w:rsidRPr="009A2188">
        <w:rPr>
          <w:rFonts w:ascii="Times New Roman" w:hAnsi="Times New Roman" w:cs="Times New Roman" w:hint="cs"/>
          <w:b/>
          <w:rtl/>
        </w:rPr>
        <w:t>توفير</w:t>
      </w:r>
      <w:r w:rsidRPr="009A2188">
        <w:rPr>
          <w:rFonts w:asciiTheme="majorHAnsi" w:hAnsiTheme="majorHAnsi" w:cstheme="majorHAnsi"/>
          <w:b/>
          <w:rtl/>
        </w:rPr>
        <w:t xml:space="preserve"> </w:t>
      </w:r>
      <w:r w:rsidRPr="009A2188">
        <w:rPr>
          <w:rFonts w:ascii="Times New Roman" w:hAnsi="Times New Roman" w:cs="Times New Roman" w:hint="cs"/>
          <w:b/>
          <w:rtl/>
        </w:rPr>
        <w:t>تجربة</w:t>
      </w:r>
      <w:r w:rsidRPr="009A2188">
        <w:rPr>
          <w:rFonts w:asciiTheme="majorHAnsi" w:hAnsiTheme="majorHAnsi" w:cstheme="majorHAnsi"/>
          <w:b/>
          <w:rtl/>
        </w:rPr>
        <w:t xml:space="preserve"> </w:t>
      </w:r>
      <w:r w:rsidRPr="009A2188">
        <w:rPr>
          <w:rFonts w:ascii="Times New Roman" w:hAnsi="Times New Roman" w:cs="Times New Roman" w:hint="cs"/>
          <w:b/>
          <w:rtl/>
        </w:rPr>
        <w:t>أكثر</w:t>
      </w:r>
      <w:r w:rsidRPr="009A2188">
        <w:rPr>
          <w:rFonts w:asciiTheme="majorHAnsi" w:hAnsiTheme="majorHAnsi" w:cstheme="majorHAnsi"/>
          <w:b/>
          <w:rtl/>
        </w:rPr>
        <w:t xml:space="preserve"> </w:t>
      </w:r>
      <w:r w:rsidRPr="009A2188">
        <w:rPr>
          <w:rFonts w:ascii="Times New Roman" w:hAnsi="Times New Roman" w:cs="Times New Roman" w:hint="cs"/>
          <w:b/>
          <w:rtl/>
        </w:rPr>
        <w:t>تفاعلية</w:t>
      </w:r>
      <w:r w:rsidRPr="009A2188">
        <w:rPr>
          <w:rFonts w:asciiTheme="majorHAnsi" w:hAnsiTheme="majorHAnsi" w:cstheme="majorHAnsi"/>
          <w:b/>
          <w:rtl/>
        </w:rPr>
        <w:t xml:space="preserve"> </w:t>
      </w:r>
      <w:r w:rsidRPr="009A2188">
        <w:rPr>
          <w:rFonts w:ascii="Times New Roman" w:hAnsi="Times New Roman" w:cs="Times New Roman" w:hint="cs"/>
          <w:b/>
          <w:rtl/>
        </w:rPr>
        <w:t>وشفافية</w:t>
      </w:r>
      <w:r w:rsidRPr="009A2188">
        <w:rPr>
          <w:rFonts w:asciiTheme="majorHAnsi" w:hAnsiTheme="majorHAnsi" w:cstheme="majorHAnsi"/>
          <w:b/>
          <w:rtl/>
        </w:rPr>
        <w:t xml:space="preserve"> </w:t>
      </w:r>
      <w:r w:rsidRPr="009A2188">
        <w:rPr>
          <w:rFonts w:ascii="Times New Roman" w:hAnsi="Times New Roman" w:cs="Times New Roman" w:hint="cs"/>
          <w:b/>
          <w:rtl/>
        </w:rPr>
        <w:t>مقارنة</w:t>
      </w:r>
      <w:r w:rsidRPr="009A2188">
        <w:rPr>
          <w:rFonts w:asciiTheme="majorHAnsi" w:hAnsiTheme="majorHAnsi" w:cstheme="majorHAnsi"/>
          <w:b/>
          <w:rtl/>
        </w:rPr>
        <w:t xml:space="preserve"> </w:t>
      </w:r>
      <w:r w:rsidRPr="009A2188">
        <w:rPr>
          <w:rFonts w:ascii="Times New Roman" w:hAnsi="Times New Roman" w:cs="Times New Roman" w:hint="cs"/>
          <w:b/>
          <w:rtl/>
        </w:rPr>
        <w:t>بالأساليب</w:t>
      </w:r>
      <w:r w:rsidRPr="009A2188">
        <w:rPr>
          <w:rFonts w:asciiTheme="majorHAnsi" w:hAnsiTheme="majorHAnsi" w:cstheme="majorHAnsi"/>
          <w:b/>
          <w:rtl/>
        </w:rPr>
        <w:t xml:space="preserve"> </w:t>
      </w:r>
      <w:r w:rsidRPr="009A2188">
        <w:rPr>
          <w:rFonts w:ascii="Times New Roman" w:hAnsi="Times New Roman" w:cs="Times New Roman" w:hint="cs"/>
          <w:b/>
          <w:rtl/>
        </w:rPr>
        <w:t>التقليدية</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التسويق</w:t>
      </w:r>
      <w:r w:rsidRPr="009A2188">
        <w:rPr>
          <w:rFonts w:asciiTheme="majorHAnsi" w:hAnsiTheme="majorHAnsi" w:cstheme="majorHAnsi"/>
          <w:b/>
          <w:rtl/>
        </w:rPr>
        <w:t xml:space="preserve"> </w:t>
      </w:r>
      <w:r w:rsidRPr="009A2188">
        <w:rPr>
          <w:rFonts w:ascii="Times New Roman" w:hAnsi="Times New Roman" w:cs="Times New Roman" w:hint="cs"/>
          <w:b/>
          <w:rtl/>
        </w:rPr>
        <w:t>العقاري</w:t>
      </w:r>
      <w:r w:rsidRPr="00B05D15">
        <w:rPr>
          <w:rFonts w:asciiTheme="majorHAnsi" w:hAnsiTheme="majorHAnsi" w:cstheme="majorHAnsi"/>
          <w:b/>
        </w:rPr>
        <w:t xml:space="preserve"> </w:t>
      </w:r>
      <w:r w:rsidR="00590096" w:rsidRPr="00B05D15">
        <w:rPr>
          <w:rFonts w:asciiTheme="majorHAnsi" w:hAnsiTheme="majorHAnsi" w:cstheme="majorHAnsi"/>
          <w:b/>
        </w:rPr>
        <w:br w:type="page"/>
      </w:r>
    </w:p>
    <w:p w14:paraId="2357E002" w14:textId="77777777" w:rsidR="009A2188" w:rsidRPr="00B05D15" w:rsidRDefault="009A2188" w:rsidP="00B05D15">
      <w:pPr>
        <w:bidi/>
        <w:spacing w:line="360" w:lineRule="auto"/>
        <w:rPr>
          <w:rFonts w:asciiTheme="majorHAnsi" w:hAnsiTheme="majorHAnsi" w:cstheme="majorHAnsi"/>
          <w:b/>
          <w:bCs/>
          <w:rtl/>
        </w:rPr>
      </w:pPr>
    </w:p>
    <w:p w14:paraId="1F2385EF" w14:textId="77777777" w:rsidR="009A2188" w:rsidRDefault="009A2188" w:rsidP="00B05D15">
      <w:pPr>
        <w:bidi/>
        <w:spacing w:line="360" w:lineRule="auto"/>
        <w:rPr>
          <w:rFonts w:asciiTheme="majorHAnsi" w:hAnsiTheme="majorHAnsi" w:cstheme="majorHAnsi"/>
          <w:b/>
          <w:bCs/>
          <w:rtl/>
        </w:rPr>
      </w:pPr>
    </w:p>
    <w:p w14:paraId="51542360" w14:textId="77777777" w:rsidR="00E96B54" w:rsidRPr="00B05D15" w:rsidRDefault="00E96B54" w:rsidP="00E96B54">
      <w:pPr>
        <w:bidi/>
        <w:spacing w:line="360" w:lineRule="auto"/>
        <w:rPr>
          <w:rFonts w:asciiTheme="majorHAnsi" w:hAnsiTheme="majorHAnsi" w:cstheme="majorHAnsi"/>
          <w:b/>
          <w:bCs/>
          <w:rtl/>
        </w:rPr>
      </w:pPr>
    </w:p>
    <w:p w14:paraId="177E6FF9" w14:textId="77777777" w:rsidR="009A2188" w:rsidRPr="00B05D15" w:rsidRDefault="009A2188" w:rsidP="00B05D15">
      <w:pPr>
        <w:bidi/>
        <w:spacing w:line="360" w:lineRule="auto"/>
        <w:rPr>
          <w:rFonts w:asciiTheme="majorHAnsi" w:hAnsiTheme="majorHAnsi" w:cstheme="majorHAnsi"/>
          <w:b/>
          <w:bCs/>
          <w:rtl/>
        </w:rPr>
      </w:pPr>
    </w:p>
    <w:p w14:paraId="06AC41FB" w14:textId="77777777" w:rsidR="009A2188" w:rsidRPr="00B05D15" w:rsidRDefault="009A2188" w:rsidP="00B05D15">
      <w:pPr>
        <w:bidi/>
        <w:spacing w:line="360" w:lineRule="auto"/>
        <w:rPr>
          <w:rFonts w:asciiTheme="majorHAnsi" w:hAnsiTheme="majorHAnsi" w:cstheme="majorHAnsi"/>
          <w:b/>
          <w:bCs/>
          <w:rtl/>
        </w:rPr>
      </w:pPr>
    </w:p>
    <w:p w14:paraId="20828B40" w14:textId="689A689D" w:rsidR="009A2188" w:rsidRPr="009A2188" w:rsidRDefault="009A2188" w:rsidP="00E96B54">
      <w:pPr>
        <w:spacing w:line="360" w:lineRule="auto"/>
        <w:jc w:val="right"/>
        <w:rPr>
          <w:rFonts w:asciiTheme="majorHAnsi" w:hAnsiTheme="majorHAnsi" w:cstheme="majorHAnsi"/>
          <w:b/>
          <w:bCs/>
        </w:rPr>
      </w:pPr>
      <w:r w:rsidRPr="009A2188">
        <w:rPr>
          <w:rFonts w:asciiTheme="majorHAnsi" w:hAnsiTheme="majorHAnsi" w:cstheme="majorHAnsi"/>
          <w:b/>
          <w:bCs/>
        </w:rPr>
        <w:t xml:space="preserve">5.2 </w:t>
      </w:r>
      <w:r w:rsidRPr="009A2188">
        <w:rPr>
          <w:rFonts w:ascii="Times New Roman" w:hAnsi="Times New Roman" w:cs="Times New Roman" w:hint="cs"/>
          <w:b/>
          <w:bCs/>
          <w:rtl/>
        </w:rPr>
        <w:t>الاستنتاجات</w:t>
      </w:r>
    </w:p>
    <w:p w14:paraId="4B24DE8E" w14:textId="77777777" w:rsidR="009A2188" w:rsidRPr="009A2188" w:rsidRDefault="009A2188" w:rsidP="00B05D15">
      <w:pPr>
        <w:bidi/>
        <w:spacing w:line="360" w:lineRule="auto"/>
        <w:rPr>
          <w:rFonts w:asciiTheme="majorHAnsi" w:hAnsiTheme="majorHAnsi" w:cstheme="majorHAnsi"/>
          <w:b/>
        </w:rPr>
      </w:pP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ضوء</w:t>
      </w:r>
      <w:r w:rsidRPr="009A2188">
        <w:rPr>
          <w:rFonts w:asciiTheme="majorHAnsi" w:hAnsiTheme="majorHAnsi" w:cstheme="majorHAnsi"/>
          <w:b/>
          <w:rtl/>
        </w:rPr>
        <w:t xml:space="preserve"> </w:t>
      </w:r>
      <w:r w:rsidRPr="009A2188">
        <w:rPr>
          <w:rFonts w:ascii="Times New Roman" w:hAnsi="Times New Roman" w:cs="Times New Roman" w:hint="cs"/>
          <w:b/>
          <w:rtl/>
        </w:rPr>
        <w:t>النتائج</w:t>
      </w:r>
      <w:r w:rsidRPr="009A2188">
        <w:rPr>
          <w:rFonts w:asciiTheme="majorHAnsi" w:hAnsiTheme="majorHAnsi" w:cstheme="majorHAnsi"/>
          <w:b/>
          <w:rtl/>
        </w:rPr>
        <w:t xml:space="preserve"> </w:t>
      </w:r>
      <w:r w:rsidRPr="009A2188">
        <w:rPr>
          <w:rFonts w:ascii="Times New Roman" w:hAnsi="Times New Roman" w:cs="Times New Roman" w:hint="cs"/>
          <w:b/>
          <w:rtl/>
        </w:rPr>
        <w:t>الميدانية،</w:t>
      </w:r>
      <w:r w:rsidRPr="009A2188">
        <w:rPr>
          <w:rFonts w:asciiTheme="majorHAnsi" w:hAnsiTheme="majorHAnsi" w:cstheme="majorHAnsi"/>
          <w:b/>
          <w:rtl/>
        </w:rPr>
        <w:t xml:space="preserve"> </w:t>
      </w:r>
      <w:r w:rsidRPr="009A2188">
        <w:rPr>
          <w:rFonts w:ascii="Times New Roman" w:hAnsi="Times New Roman" w:cs="Times New Roman" w:hint="cs"/>
          <w:b/>
          <w:rtl/>
        </w:rPr>
        <w:t>توصلت</w:t>
      </w:r>
      <w:r w:rsidRPr="009A2188">
        <w:rPr>
          <w:rFonts w:asciiTheme="majorHAnsi" w:hAnsiTheme="majorHAnsi" w:cstheme="majorHAnsi"/>
          <w:b/>
          <w:rtl/>
        </w:rPr>
        <w:t xml:space="preserve"> </w:t>
      </w:r>
      <w:r w:rsidRPr="009A2188">
        <w:rPr>
          <w:rFonts w:ascii="Times New Roman" w:hAnsi="Times New Roman" w:cs="Times New Roman" w:hint="cs"/>
          <w:b/>
          <w:rtl/>
        </w:rPr>
        <w:t>الدراسة</w:t>
      </w:r>
      <w:r w:rsidRPr="009A2188">
        <w:rPr>
          <w:rFonts w:asciiTheme="majorHAnsi" w:hAnsiTheme="majorHAnsi" w:cstheme="majorHAnsi"/>
          <w:b/>
          <w:rtl/>
        </w:rPr>
        <w:t xml:space="preserve"> </w:t>
      </w:r>
      <w:r w:rsidRPr="009A2188">
        <w:rPr>
          <w:rFonts w:ascii="Times New Roman" w:hAnsi="Times New Roman" w:cs="Times New Roman" w:hint="cs"/>
          <w:b/>
          <w:rtl/>
        </w:rPr>
        <w:t>إلى</w:t>
      </w:r>
      <w:r w:rsidRPr="009A2188">
        <w:rPr>
          <w:rFonts w:asciiTheme="majorHAnsi" w:hAnsiTheme="majorHAnsi" w:cstheme="majorHAnsi"/>
          <w:b/>
          <w:rtl/>
        </w:rPr>
        <w:t xml:space="preserve"> </w:t>
      </w:r>
      <w:r w:rsidRPr="009A2188">
        <w:rPr>
          <w:rFonts w:ascii="Times New Roman" w:hAnsi="Times New Roman" w:cs="Times New Roman" w:hint="cs"/>
          <w:b/>
          <w:rtl/>
        </w:rPr>
        <w:t>مجموعة</w:t>
      </w:r>
      <w:r w:rsidRPr="009A2188">
        <w:rPr>
          <w:rFonts w:asciiTheme="majorHAnsi" w:hAnsiTheme="majorHAnsi" w:cstheme="majorHAnsi"/>
          <w:b/>
          <w:rtl/>
        </w:rPr>
        <w:t xml:space="preserve"> </w:t>
      </w:r>
      <w:r w:rsidRPr="009A2188">
        <w:rPr>
          <w:rFonts w:ascii="Times New Roman" w:hAnsi="Times New Roman" w:cs="Times New Roman" w:hint="cs"/>
          <w:b/>
          <w:rtl/>
        </w:rPr>
        <w:t>من</w:t>
      </w:r>
      <w:r w:rsidRPr="009A2188">
        <w:rPr>
          <w:rFonts w:asciiTheme="majorHAnsi" w:hAnsiTheme="majorHAnsi" w:cstheme="majorHAnsi"/>
          <w:b/>
          <w:rtl/>
        </w:rPr>
        <w:t xml:space="preserve"> </w:t>
      </w:r>
      <w:r w:rsidRPr="009A2188">
        <w:rPr>
          <w:rFonts w:ascii="Times New Roman" w:hAnsi="Times New Roman" w:cs="Times New Roman" w:hint="cs"/>
          <w:b/>
          <w:rtl/>
        </w:rPr>
        <w:t>الاستنتاجات،</w:t>
      </w:r>
      <w:r w:rsidRPr="009A2188">
        <w:rPr>
          <w:rFonts w:asciiTheme="majorHAnsi" w:hAnsiTheme="majorHAnsi" w:cstheme="majorHAnsi"/>
          <w:b/>
          <w:rtl/>
        </w:rPr>
        <w:t xml:space="preserve"> </w:t>
      </w:r>
      <w:r w:rsidRPr="009A2188">
        <w:rPr>
          <w:rFonts w:ascii="Times New Roman" w:hAnsi="Times New Roman" w:cs="Times New Roman" w:hint="cs"/>
          <w:b/>
          <w:rtl/>
        </w:rPr>
        <w:t>من</w:t>
      </w:r>
      <w:r w:rsidRPr="009A2188">
        <w:rPr>
          <w:rFonts w:asciiTheme="majorHAnsi" w:hAnsiTheme="majorHAnsi" w:cstheme="majorHAnsi"/>
          <w:b/>
          <w:rtl/>
        </w:rPr>
        <w:t xml:space="preserve"> </w:t>
      </w:r>
      <w:r w:rsidRPr="009A2188">
        <w:rPr>
          <w:rFonts w:ascii="Times New Roman" w:hAnsi="Times New Roman" w:cs="Times New Roman" w:hint="cs"/>
          <w:b/>
          <w:rtl/>
        </w:rPr>
        <w:t>أبرزها</w:t>
      </w:r>
      <w:r w:rsidRPr="009A2188">
        <w:rPr>
          <w:rFonts w:asciiTheme="majorHAnsi" w:hAnsiTheme="majorHAnsi" w:cstheme="majorHAnsi"/>
          <w:b/>
        </w:rPr>
        <w:t>:</w:t>
      </w:r>
    </w:p>
    <w:p w14:paraId="607AD24A" w14:textId="77777777" w:rsidR="009A2188" w:rsidRPr="009A2188" w:rsidRDefault="009A2188" w:rsidP="00B05D15">
      <w:pPr>
        <w:numPr>
          <w:ilvl w:val="0"/>
          <w:numId w:val="22"/>
        </w:numPr>
        <w:bidi/>
        <w:spacing w:line="360" w:lineRule="auto"/>
        <w:rPr>
          <w:rFonts w:asciiTheme="majorHAnsi" w:hAnsiTheme="majorHAnsi" w:cstheme="majorHAnsi"/>
          <w:b/>
        </w:rPr>
      </w:pPr>
      <w:r w:rsidRPr="009A2188">
        <w:rPr>
          <w:rFonts w:ascii="Times New Roman" w:hAnsi="Times New Roman" w:cs="Times New Roman" w:hint="cs"/>
          <w:b/>
          <w:rtl/>
        </w:rPr>
        <w:t>أصبحت</w:t>
      </w:r>
      <w:r w:rsidRPr="009A2188">
        <w:rPr>
          <w:rFonts w:asciiTheme="majorHAnsi" w:hAnsiTheme="majorHAnsi" w:cstheme="majorHAnsi"/>
          <w:b/>
          <w:rtl/>
        </w:rPr>
        <w:t xml:space="preserve"> </w:t>
      </w:r>
      <w:r w:rsidRPr="009A2188">
        <w:rPr>
          <w:rFonts w:ascii="Times New Roman" w:hAnsi="Times New Roman" w:cs="Times New Roman" w:hint="cs"/>
          <w:b/>
          <w:rtl/>
        </w:rPr>
        <w:t>التكنولوجيا</w:t>
      </w:r>
      <w:r w:rsidRPr="009A2188">
        <w:rPr>
          <w:rFonts w:asciiTheme="majorHAnsi" w:hAnsiTheme="majorHAnsi" w:cstheme="majorHAnsi"/>
          <w:b/>
          <w:rtl/>
        </w:rPr>
        <w:t xml:space="preserve"> </w:t>
      </w:r>
      <w:r w:rsidRPr="009A2188">
        <w:rPr>
          <w:rFonts w:ascii="Times New Roman" w:hAnsi="Times New Roman" w:cs="Times New Roman" w:hint="cs"/>
          <w:b/>
          <w:rtl/>
        </w:rPr>
        <w:t>الرقمية</w:t>
      </w:r>
      <w:r w:rsidRPr="009A2188">
        <w:rPr>
          <w:rFonts w:asciiTheme="majorHAnsi" w:hAnsiTheme="majorHAnsi" w:cstheme="majorHAnsi"/>
          <w:b/>
          <w:rtl/>
        </w:rPr>
        <w:t xml:space="preserve"> </w:t>
      </w:r>
      <w:r w:rsidRPr="009A2188">
        <w:rPr>
          <w:rFonts w:ascii="Times New Roman" w:hAnsi="Times New Roman" w:cs="Times New Roman" w:hint="cs"/>
          <w:b/>
          <w:rtl/>
        </w:rPr>
        <w:t>عنصرًا</w:t>
      </w:r>
      <w:r w:rsidRPr="009A2188">
        <w:rPr>
          <w:rFonts w:asciiTheme="majorHAnsi" w:hAnsiTheme="majorHAnsi" w:cstheme="majorHAnsi"/>
          <w:b/>
          <w:rtl/>
        </w:rPr>
        <w:t xml:space="preserve"> </w:t>
      </w:r>
      <w:r w:rsidRPr="009A2188">
        <w:rPr>
          <w:rFonts w:ascii="Times New Roman" w:hAnsi="Times New Roman" w:cs="Times New Roman" w:hint="cs"/>
          <w:b/>
          <w:rtl/>
        </w:rPr>
        <w:t>أساسيًا</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ممارسات</w:t>
      </w:r>
      <w:r w:rsidRPr="009A2188">
        <w:rPr>
          <w:rFonts w:asciiTheme="majorHAnsi" w:hAnsiTheme="majorHAnsi" w:cstheme="majorHAnsi"/>
          <w:b/>
          <w:rtl/>
        </w:rPr>
        <w:t xml:space="preserve"> </w:t>
      </w:r>
      <w:r w:rsidRPr="009A2188">
        <w:rPr>
          <w:rFonts w:ascii="Times New Roman" w:hAnsi="Times New Roman" w:cs="Times New Roman" w:hint="cs"/>
          <w:b/>
          <w:rtl/>
        </w:rPr>
        <w:t>التسويق</w:t>
      </w:r>
      <w:r w:rsidRPr="009A2188">
        <w:rPr>
          <w:rFonts w:asciiTheme="majorHAnsi" w:hAnsiTheme="majorHAnsi" w:cstheme="majorHAnsi"/>
          <w:b/>
          <w:rtl/>
        </w:rPr>
        <w:t xml:space="preserve"> </w:t>
      </w:r>
      <w:r w:rsidRPr="009A2188">
        <w:rPr>
          <w:rFonts w:ascii="Times New Roman" w:hAnsi="Times New Roman" w:cs="Times New Roman" w:hint="cs"/>
          <w:b/>
          <w:rtl/>
        </w:rPr>
        <w:t>العقاري</w:t>
      </w:r>
      <w:r w:rsidRPr="009A2188">
        <w:rPr>
          <w:rFonts w:asciiTheme="majorHAnsi" w:hAnsiTheme="majorHAnsi" w:cstheme="majorHAnsi"/>
          <w:b/>
          <w:rtl/>
        </w:rPr>
        <w:t xml:space="preserve"> </w:t>
      </w:r>
      <w:r w:rsidRPr="009A2188">
        <w:rPr>
          <w:rFonts w:ascii="Times New Roman" w:hAnsi="Times New Roman" w:cs="Times New Roman" w:hint="cs"/>
          <w:b/>
          <w:rtl/>
        </w:rPr>
        <w:t>الحديثة</w:t>
      </w:r>
      <w:r w:rsidRPr="009A2188">
        <w:rPr>
          <w:rFonts w:asciiTheme="majorHAnsi" w:hAnsiTheme="majorHAnsi" w:cstheme="majorHAnsi"/>
          <w:b/>
          <w:rtl/>
        </w:rPr>
        <w:t xml:space="preserve"> </w:t>
      </w:r>
      <w:r w:rsidRPr="009A2188">
        <w:rPr>
          <w:rFonts w:ascii="Times New Roman" w:hAnsi="Times New Roman" w:cs="Times New Roman" w:hint="cs"/>
          <w:b/>
          <w:rtl/>
        </w:rPr>
        <w:t>داخل</w:t>
      </w:r>
      <w:r w:rsidRPr="009A2188">
        <w:rPr>
          <w:rFonts w:asciiTheme="majorHAnsi" w:hAnsiTheme="majorHAnsi" w:cstheme="majorHAnsi"/>
          <w:b/>
          <w:rtl/>
        </w:rPr>
        <w:t xml:space="preserve"> </w:t>
      </w:r>
      <w:r w:rsidRPr="009A2188">
        <w:rPr>
          <w:rFonts w:ascii="Times New Roman" w:hAnsi="Times New Roman" w:cs="Times New Roman" w:hint="cs"/>
          <w:b/>
          <w:rtl/>
        </w:rPr>
        <w:t>السوق</w:t>
      </w:r>
      <w:r w:rsidRPr="009A2188">
        <w:rPr>
          <w:rFonts w:asciiTheme="majorHAnsi" w:hAnsiTheme="majorHAnsi" w:cstheme="majorHAnsi"/>
          <w:b/>
          <w:rtl/>
        </w:rPr>
        <w:t xml:space="preserve"> </w:t>
      </w:r>
      <w:r w:rsidRPr="009A2188">
        <w:rPr>
          <w:rFonts w:ascii="Times New Roman" w:hAnsi="Times New Roman" w:cs="Times New Roman" w:hint="cs"/>
          <w:b/>
          <w:rtl/>
        </w:rPr>
        <w:t>السعودي</w:t>
      </w:r>
      <w:r w:rsidRPr="009A2188">
        <w:rPr>
          <w:rFonts w:asciiTheme="majorHAnsi" w:hAnsiTheme="majorHAnsi" w:cstheme="majorHAnsi"/>
          <w:b/>
        </w:rPr>
        <w:t>.</w:t>
      </w:r>
    </w:p>
    <w:p w14:paraId="62E23F84" w14:textId="77777777" w:rsidR="009A2188" w:rsidRPr="009A2188" w:rsidRDefault="009A2188" w:rsidP="00B05D15">
      <w:pPr>
        <w:numPr>
          <w:ilvl w:val="0"/>
          <w:numId w:val="22"/>
        </w:numPr>
        <w:bidi/>
        <w:spacing w:line="360" w:lineRule="auto"/>
        <w:rPr>
          <w:rFonts w:asciiTheme="majorHAnsi" w:hAnsiTheme="majorHAnsi" w:cstheme="majorHAnsi"/>
          <w:b/>
        </w:rPr>
      </w:pPr>
      <w:r w:rsidRPr="009A2188">
        <w:rPr>
          <w:rFonts w:ascii="Times New Roman" w:hAnsi="Times New Roman" w:cs="Times New Roman" w:hint="cs"/>
          <w:b/>
          <w:rtl/>
        </w:rPr>
        <w:t>يسهم</w:t>
      </w:r>
      <w:r w:rsidRPr="009A2188">
        <w:rPr>
          <w:rFonts w:asciiTheme="majorHAnsi" w:hAnsiTheme="majorHAnsi" w:cstheme="majorHAnsi"/>
          <w:b/>
          <w:rtl/>
        </w:rPr>
        <w:t xml:space="preserve"> </w:t>
      </w:r>
      <w:r w:rsidRPr="009A2188">
        <w:rPr>
          <w:rFonts w:ascii="Times New Roman" w:hAnsi="Times New Roman" w:cs="Times New Roman" w:hint="cs"/>
          <w:b/>
          <w:rtl/>
        </w:rPr>
        <w:t>استخدام</w:t>
      </w:r>
      <w:r w:rsidRPr="009A2188">
        <w:rPr>
          <w:rFonts w:asciiTheme="majorHAnsi" w:hAnsiTheme="majorHAnsi" w:cstheme="majorHAnsi"/>
          <w:b/>
          <w:rtl/>
        </w:rPr>
        <w:t xml:space="preserve"> </w:t>
      </w:r>
      <w:r w:rsidRPr="009A2188">
        <w:rPr>
          <w:rFonts w:ascii="Times New Roman" w:hAnsi="Times New Roman" w:cs="Times New Roman" w:hint="cs"/>
          <w:b/>
          <w:rtl/>
        </w:rPr>
        <w:t>المنصات</w:t>
      </w:r>
      <w:r w:rsidRPr="009A2188">
        <w:rPr>
          <w:rFonts w:asciiTheme="majorHAnsi" w:hAnsiTheme="majorHAnsi" w:cstheme="majorHAnsi"/>
          <w:b/>
          <w:rtl/>
        </w:rPr>
        <w:t xml:space="preserve"> </w:t>
      </w:r>
      <w:r w:rsidRPr="009A2188">
        <w:rPr>
          <w:rFonts w:ascii="Times New Roman" w:hAnsi="Times New Roman" w:cs="Times New Roman" w:hint="cs"/>
          <w:b/>
          <w:rtl/>
        </w:rPr>
        <w:t>الإلكترونية</w:t>
      </w:r>
      <w:r w:rsidRPr="009A2188">
        <w:rPr>
          <w:rFonts w:asciiTheme="majorHAnsi" w:hAnsiTheme="majorHAnsi" w:cstheme="majorHAnsi"/>
          <w:b/>
          <w:rtl/>
        </w:rPr>
        <w:t xml:space="preserve"> </w:t>
      </w:r>
      <w:r w:rsidRPr="009A2188">
        <w:rPr>
          <w:rFonts w:ascii="Times New Roman" w:hAnsi="Times New Roman" w:cs="Times New Roman" w:hint="cs"/>
          <w:b/>
          <w:rtl/>
        </w:rPr>
        <w:t>ووسائل</w:t>
      </w:r>
      <w:r w:rsidRPr="009A2188">
        <w:rPr>
          <w:rFonts w:asciiTheme="majorHAnsi" w:hAnsiTheme="majorHAnsi" w:cstheme="majorHAnsi"/>
          <w:b/>
          <w:rtl/>
        </w:rPr>
        <w:t xml:space="preserve"> </w:t>
      </w:r>
      <w:r w:rsidRPr="009A2188">
        <w:rPr>
          <w:rFonts w:ascii="Times New Roman" w:hAnsi="Times New Roman" w:cs="Times New Roman" w:hint="cs"/>
          <w:b/>
          <w:rtl/>
        </w:rPr>
        <w:t>التواصل</w:t>
      </w:r>
      <w:r w:rsidRPr="009A2188">
        <w:rPr>
          <w:rFonts w:asciiTheme="majorHAnsi" w:hAnsiTheme="majorHAnsi" w:cstheme="majorHAnsi"/>
          <w:b/>
          <w:rtl/>
        </w:rPr>
        <w:t xml:space="preserve"> </w:t>
      </w:r>
      <w:r w:rsidRPr="009A2188">
        <w:rPr>
          <w:rFonts w:ascii="Times New Roman" w:hAnsi="Times New Roman" w:cs="Times New Roman" w:hint="cs"/>
          <w:b/>
          <w:rtl/>
        </w:rPr>
        <w:t>الاجتماعي</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تحسين</w:t>
      </w:r>
      <w:r w:rsidRPr="009A2188">
        <w:rPr>
          <w:rFonts w:asciiTheme="majorHAnsi" w:hAnsiTheme="majorHAnsi" w:cstheme="majorHAnsi"/>
          <w:b/>
          <w:rtl/>
        </w:rPr>
        <w:t xml:space="preserve"> </w:t>
      </w:r>
      <w:r w:rsidRPr="009A2188">
        <w:rPr>
          <w:rFonts w:ascii="Times New Roman" w:hAnsi="Times New Roman" w:cs="Times New Roman" w:hint="cs"/>
          <w:b/>
          <w:rtl/>
        </w:rPr>
        <w:t>مستوى</w:t>
      </w:r>
      <w:r w:rsidRPr="009A2188">
        <w:rPr>
          <w:rFonts w:asciiTheme="majorHAnsi" w:hAnsiTheme="majorHAnsi" w:cstheme="majorHAnsi"/>
          <w:b/>
          <w:rtl/>
        </w:rPr>
        <w:t xml:space="preserve"> </w:t>
      </w:r>
      <w:r w:rsidRPr="009A2188">
        <w:rPr>
          <w:rFonts w:ascii="Times New Roman" w:hAnsi="Times New Roman" w:cs="Times New Roman" w:hint="cs"/>
          <w:b/>
          <w:rtl/>
        </w:rPr>
        <w:t>التواصل</w:t>
      </w:r>
      <w:r w:rsidRPr="009A2188">
        <w:rPr>
          <w:rFonts w:asciiTheme="majorHAnsi" w:hAnsiTheme="majorHAnsi" w:cstheme="majorHAnsi"/>
          <w:b/>
          <w:rtl/>
        </w:rPr>
        <w:t xml:space="preserve"> </w:t>
      </w:r>
      <w:r w:rsidRPr="009A2188">
        <w:rPr>
          <w:rFonts w:ascii="Times New Roman" w:hAnsi="Times New Roman" w:cs="Times New Roman" w:hint="cs"/>
          <w:b/>
          <w:rtl/>
        </w:rPr>
        <w:t>بين</w:t>
      </w:r>
      <w:r w:rsidRPr="009A2188">
        <w:rPr>
          <w:rFonts w:asciiTheme="majorHAnsi" w:hAnsiTheme="majorHAnsi" w:cstheme="majorHAnsi"/>
          <w:b/>
          <w:rtl/>
        </w:rPr>
        <w:t xml:space="preserve"> </w:t>
      </w:r>
      <w:r w:rsidRPr="009A2188">
        <w:rPr>
          <w:rFonts w:ascii="Times New Roman" w:hAnsi="Times New Roman" w:cs="Times New Roman" w:hint="cs"/>
          <w:b/>
          <w:rtl/>
        </w:rPr>
        <w:t>المسوقين</w:t>
      </w:r>
      <w:r w:rsidRPr="009A2188">
        <w:rPr>
          <w:rFonts w:asciiTheme="majorHAnsi" w:hAnsiTheme="majorHAnsi" w:cstheme="majorHAnsi"/>
          <w:b/>
          <w:rtl/>
        </w:rPr>
        <w:t xml:space="preserve"> </w:t>
      </w:r>
      <w:r w:rsidRPr="009A2188">
        <w:rPr>
          <w:rFonts w:ascii="Times New Roman" w:hAnsi="Times New Roman" w:cs="Times New Roman" w:hint="cs"/>
          <w:b/>
          <w:rtl/>
        </w:rPr>
        <w:t>والعملاء</w:t>
      </w:r>
      <w:r w:rsidRPr="009A2188">
        <w:rPr>
          <w:rFonts w:asciiTheme="majorHAnsi" w:hAnsiTheme="majorHAnsi" w:cstheme="majorHAnsi"/>
          <w:b/>
        </w:rPr>
        <w:t>.</w:t>
      </w:r>
    </w:p>
    <w:p w14:paraId="1CAB949B" w14:textId="77777777" w:rsidR="009A2188" w:rsidRPr="009A2188" w:rsidRDefault="009A2188" w:rsidP="00B05D15">
      <w:pPr>
        <w:numPr>
          <w:ilvl w:val="0"/>
          <w:numId w:val="22"/>
        </w:numPr>
        <w:bidi/>
        <w:spacing w:line="360" w:lineRule="auto"/>
        <w:rPr>
          <w:rFonts w:asciiTheme="majorHAnsi" w:hAnsiTheme="majorHAnsi" w:cstheme="majorHAnsi"/>
          <w:b/>
        </w:rPr>
      </w:pPr>
      <w:r w:rsidRPr="009A2188">
        <w:rPr>
          <w:rFonts w:ascii="Times New Roman" w:hAnsi="Times New Roman" w:cs="Times New Roman" w:hint="cs"/>
          <w:b/>
          <w:rtl/>
        </w:rPr>
        <w:t>يساعد</w:t>
      </w:r>
      <w:r w:rsidRPr="009A2188">
        <w:rPr>
          <w:rFonts w:asciiTheme="majorHAnsi" w:hAnsiTheme="majorHAnsi" w:cstheme="majorHAnsi"/>
          <w:b/>
          <w:rtl/>
        </w:rPr>
        <w:t xml:space="preserve"> </w:t>
      </w:r>
      <w:r w:rsidRPr="009A2188">
        <w:rPr>
          <w:rFonts w:ascii="Times New Roman" w:hAnsi="Times New Roman" w:cs="Times New Roman" w:hint="cs"/>
          <w:b/>
          <w:rtl/>
        </w:rPr>
        <w:t>توظيف</w:t>
      </w:r>
      <w:r w:rsidRPr="009A2188">
        <w:rPr>
          <w:rFonts w:asciiTheme="majorHAnsi" w:hAnsiTheme="majorHAnsi" w:cstheme="majorHAnsi"/>
          <w:b/>
          <w:rtl/>
        </w:rPr>
        <w:t xml:space="preserve"> </w:t>
      </w:r>
      <w:r w:rsidRPr="009A2188">
        <w:rPr>
          <w:rFonts w:ascii="Times New Roman" w:hAnsi="Times New Roman" w:cs="Times New Roman" w:hint="cs"/>
          <w:b/>
          <w:rtl/>
        </w:rPr>
        <w:t>أدوات</w:t>
      </w:r>
      <w:r w:rsidRPr="009A2188">
        <w:rPr>
          <w:rFonts w:asciiTheme="majorHAnsi" w:hAnsiTheme="majorHAnsi" w:cstheme="majorHAnsi"/>
          <w:b/>
          <w:rtl/>
        </w:rPr>
        <w:t xml:space="preserve"> </w:t>
      </w:r>
      <w:r w:rsidRPr="009A2188">
        <w:rPr>
          <w:rFonts w:ascii="Times New Roman" w:hAnsi="Times New Roman" w:cs="Times New Roman" w:hint="cs"/>
          <w:b/>
          <w:rtl/>
        </w:rPr>
        <w:t>العرض</w:t>
      </w:r>
      <w:r w:rsidRPr="009A2188">
        <w:rPr>
          <w:rFonts w:asciiTheme="majorHAnsi" w:hAnsiTheme="majorHAnsi" w:cstheme="majorHAnsi"/>
          <w:b/>
          <w:rtl/>
        </w:rPr>
        <w:t xml:space="preserve"> </w:t>
      </w:r>
      <w:r w:rsidRPr="009A2188">
        <w:rPr>
          <w:rFonts w:ascii="Times New Roman" w:hAnsi="Times New Roman" w:cs="Times New Roman" w:hint="cs"/>
          <w:b/>
          <w:rtl/>
        </w:rPr>
        <w:t>الرقمي</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رفع</w:t>
      </w:r>
      <w:r w:rsidRPr="009A2188">
        <w:rPr>
          <w:rFonts w:asciiTheme="majorHAnsi" w:hAnsiTheme="majorHAnsi" w:cstheme="majorHAnsi"/>
          <w:b/>
          <w:rtl/>
        </w:rPr>
        <w:t xml:space="preserve"> </w:t>
      </w:r>
      <w:r w:rsidRPr="009A2188">
        <w:rPr>
          <w:rFonts w:ascii="Times New Roman" w:hAnsi="Times New Roman" w:cs="Times New Roman" w:hint="cs"/>
          <w:b/>
          <w:rtl/>
        </w:rPr>
        <w:t>مستوى</w:t>
      </w:r>
      <w:r w:rsidRPr="009A2188">
        <w:rPr>
          <w:rFonts w:asciiTheme="majorHAnsi" w:hAnsiTheme="majorHAnsi" w:cstheme="majorHAnsi"/>
          <w:b/>
          <w:rtl/>
        </w:rPr>
        <w:t xml:space="preserve"> </w:t>
      </w:r>
      <w:r w:rsidRPr="009A2188">
        <w:rPr>
          <w:rFonts w:ascii="Times New Roman" w:hAnsi="Times New Roman" w:cs="Times New Roman" w:hint="cs"/>
          <w:b/>
          <w:rtl/>
        </w:rPr>
        <w:t>رضا</w:t>
      </w:r>
      <w:r w:rsidRPr="009A2188">
        <w:rPr>
          <w:rFonts w:asciiTheme="majorHAnsi" w:hAnsiTheme="majorHAnsi" w:cstheme="majorHAnsi"/>
          <w:b/>
          <w:rtl/>
        </w:rPr>
        <w:t xml:space="preserve"> </w:t>
      </w:r>
      <w:r w:rsidRPr="009A2188">
        <w:rPr>
          <w:rFonts w:ascii="Times New Roman" w:hAnsi="Times New Roman" w:cs="Times New Roman" w:hint="cs"/>
          <w:b/>
          <w:rtl/>
        </w:rPr>
        <w:t>العميل</w:t>
      </w:r>
      <w:r w:rsidRPr="009A2188">
        <w:rPr>
          <w:rFonts w:asciiTheme="majorHAnsi" w:hAnsiTheme="majorHAnsi" w:cstheme="majorHAnsi"/>
          <w:b/>
          <w:rtl/>
        </w:rPr>
        <w:t xml:space="preserve"> </w:t>
      </w:r>
      <w:r w:rsidRPr="009A2188">
        <w:rPr>
          <w:rFonts w:ascii="Times New Roman" w:hAnsi="Times New Roman" w:cs="Times New Roman" w:hint="cs"/>
          <w:b/>
          <w:rtl/>
        </w:rPr>
        <w:t>وتحسين</w:t>
      </w:r>
      <w:r w:rsidRPr="009A2188">
        <w:rPr>
          <w:rFonts w:asciiTheme="majorHAnsi" w:hAnsiTheme="majorHAnsi" w:cstheme="majorHAnsi"/>
          <w:b/>
          <w:rtl/>
        </w:rPr>
        <w:t xml:space="preserve"> </w:t>
      </w:r>
      <w:r w:rsidRPr="009A2188">
        <w:rPr>
          <w:rFonts w:ascii="Times New Roman" w:hAnsi="Times New Roman" w:cs="Times New Roman" w:hint="cs"/>
          <w:b/>
          <w:rtl/>
        </w:rPr>
        <w:t>تجربته</w:t>
      </w:r>
      <w:r w:rsidRPr="009A2188">
        <w:rPr>
          <w:rFonts w:asciiTheme="majorHAnsi" w:hAnsiTheme="majorHAnsi" w:cstheme="majorHAnsi"/>
          <w:b/>
          <w:rtl/>
        </w:rPr>
        <w:t xml:space="preserve"> </w:t>
      </w:r>
      <w:r w:rsidRPr="009A2188">
        <w:rPr>
          <w:rFonts w:ascii="Times New Roman" w:hAnsi="Times New Roman" w:cs="Times New Roman" w:hint="cs"/>
          <w:b/>
          <w:rtl/>
        </w:rPr>
        <w:t>خلال</w:t>
      </w:r>
      <w:r w:rsidRPr="009A2188">
        <w:rPr>
          <w:rFonts w:asciiTheme="majorHAnsi" w:hAnsiTheme="majorHAnsi" w:cstheme="majorHAnsi"/>
          <w:b/>
          <w:rtl/>
        </w:rPr>
        <w:t xml:space="preserve"> </w:t>
      </w:r>
      <w:r w:rsidRPr="009A2188">
        <w:rPr>
          <w:rFonts w:ascii="Times New Roman" w:hAnsi="Times New Roman" w:cs="Times New Roman" w:hint="cs"/>
          <w:b/>
          <w:rtl/>
        </w:rPr>
        <w:t>رحلة</w:t>
      </w:r>
      <w:r w:rsidRPr="009A2188">
        <w:rPr>
          <w:rFonts w:asciiTheme="majorHAnsi" w:hAnsiTheme="majorHAnsi" w:cstheme="majorHAnsi"/>
          <w:b/>
          <w:rtl/>
        </w:rPr>
        <w:t xml:space="preserve"> </w:t>
      </w:r>
      <w:r w:rsidRPr="009A2188">
        <w:rPr>
          <w:rFonts w:ascii="Times New Roman" w:hAnsi="Times New Roman" w:cs="Times New Roman" w:hint="cs"/>
          <w:b/>
          <w:rtl/>
        </w:rPr>
        <w:t>البحث</w:t>
      </w:r>
      <w:r w:rsidRPr="009A2188">
        <w:rPr>
          <w:rFonts w:asciiTheme="majorHAnsi" w:hAnsiTheme="majorHAnsi" w:cstheme="majorHAnsi"/>
          <w:b/>
          <w:rtl/>
        </w:rPr>
        <w:t xml:space="preserve"> </w:t>
      </w:r>
      <w:r w:rsidRPr="009A2188">
        <w:rPr>
          <w:rFonts w:ascii="Times New Roman" w:hAnsi="Times New Roman" w:cs="Times New Roman" w:hint="cs"/>
          <w:b/>
          <w:rtl/>
        </w:rPr>
        <w:t>العقاري</w:t>
      </w:r>
      <w:r w:rsidRPr="009A2188">
        <w:rPr>
          <w:rFonts w:asciiTheme="majorHAnsi" w:hAnsiTheme="majorHAnsi" w:cstheme="majorHAnsi"/>
          <w:b/>
        </w:rPr>
        <w:t>.</w:t>
      </w:r>
    </w:p>
    <w:p w14:paraId="7D70B620" w14:textId="77777777" w:rsidR="009A2188" w:rsidRPr="009A2188" w:rsidRDefault="009A2188" w:rsidP="00B05D15">
      <w:pPr>
        <w:numPr>
          <w:ilvl w:val="0"/>
          <w:numId w:val="22"/>
        </w:numPr>
        <w:bidi/>
        <w:spacing w:line="360" w:lineRule="auto"/>
        <w:rPr>
          <w:rFonts w:asciiTheme="majorHAnsi" w:hAnsiTheme="majorHAnsi" w:cstheme="majorHAnsi"/>
          <w:b/>
        </w:rPr>
      </w:pPr>
      <w:r w:rsidRPr="009A2188">
        <w:rPr>
          <w:rFonts w:ascii="Times New Roman" w:hAnsi="Times New Roman" w:cs="Times New Roman" w:hint="cs"/>
          <w:b/>
          <w:rtl/>
        </w:rPr>
        <w:t>يمثل</w:t>
      </w:r>
      <w:r w:rsidRPr="009A2188">
        <w:rPr>
          <w:rFonts w:asciiTheme="majorHAnsi" w:hAnsiTheme="majorHAnsi" w:cstheme="majorHAnsi"/>
          <w:b/>
          <w:rtl/>
        </w:rPr>
        <w:t xml:space="preserve"> </w:t>
      </w:r>
      <w:r w:rsidRPr="009A2188">
        <w:rPr>
          <w:rFonts w:ascii="Times New Roman" w:hAnsi="Times New Roman" w:cs="Times New Roman" w:hint="cs"/>
          <w:b/>
          <w:rtl/>
        </w:rPr>
        <w:t>تحليل</w:t>
      </w:r>
      <w:r w:rsidRPr="009A2188">
        <w:rPr>
          <w:rFonts w:asciiTheme="majorHAnsi" w:hAnsiTheme="majorHAnsi" w:cstheme="majorHAnsi"/>
          <w:b/>
          <w:rtl/>
        </w:rPr>
        <w:t xml:space="preserve"> </w:t>
      </w:r>
      <w:r w:rsidRPr="009A2188">
        <w:rPr>
          <w:rFonts w:ascii="Times New Roman" w:hAnsi="Times New Roman" w:cs="Times New Roman" w:hint="cs"/>
          <w:b/>
          <w:rtl/>
        </w:rPr>
        <w:t>البيانات</w:t>
      </w:r>
      <w:r w:rsidRPr="009A2188">
        <w:rPr>
          <w:rFonts w:asciiTheme="majorHAnsi" w:hAnsiTheme="majorHAnsi" w:cstheme="majorHAnsi"/>
          <w:b/>
          <w:rtl/>
        </w:rPr>
        <w:t xml:space="preserve"> </w:t>
      </w:r>
      <w:r w:rsidRPr="009A2188">
        <w:rPr>
          <w:rFonts w:ascii="Times New Roman" w:hAnsi="Times New Roman" w:cs="Times New Roman" w:hint="cs"/>
          <w:b/>
          <w:rtl/>
        </w:rPr>
        <w:t>وفهم</w:t>
      </w:r>
      <w:r w:rsidRPr="009A2188">
        <w:rPr>
          <w:rFonts w:asciiTheme="majorHAnsi" w:hAnsiTheme="majorHAnsi" w:cstheme="majorHAnsi"/>
          <w:b/>
          <w:rtl/>
        </w:rPr>
        <w:t xml:space="preserve"> </w:t>
      </w:r>
      <w:r w:rsidRPr="009A2188">
        <w:rPr>
          <w:rFonts w:ascii="Times New Roman" w:hAnsi="Times New Roman" w:cs="Times New Roman" w:hint="cs"/>
          <w:b/>
          <w:rtl/>
        </w:rPr>
        <w:t>سلوك</w:t>
      </w:r>
      <w:r w:rsidRPr="009A2188">
        <w:rPr>
          <w:rFonts w:asciiTheme="majorHAnsi" w:hAnsiTheme="majorHAnsi" w:cstheme="majorHAnsi"/>
          <w:b/>
          <w:rtl/>
        </w:rPr>
        <w:t xml:space="preserve"> </w:t>
      </w:r>
      <w:r w:rsidRPr="009A2188">
        <w:rPr>
          <w:rFonts w:ascii="Times New Roman" w:hAnsi="Times New Roman" w:cs="Times New Roman" w:hint="cs"/>
          <w:b/>
          <w:rtl/>
        </w:rPr>
        <w:t>العملاء</w:t>
      </w:r>
      <w:r w:rsidRPr="009A2188">
        <w:rPr>
          <w:rFonts w:asciiTheme="majorHAnsi" w:hAnsiTheme="majorHAnsi" w:cstheme="majorHAnsi"/>
          <w:b/>
          <w:rtl/>
        </w:rPr>
        <w:t xml:space="preserve"> </w:t>
      </w:r>
      <w:r w:rsidRPr="009A2188">
        <w:rPr>
          <w:rFonts w:ascii="Times New Roman" w:hAnsi="Times New Roman" w:cs="Times New Roman" w:hint="cs"/>
          <w:b/>
          <w:rtl/>
        </w:rPr>
        <w:t>عاملًا</w:t>
      </w:r>
      <w:r w:rsidRPr="009A2188">
        <w:rPr>
          <w:rFonts w:asciiTheme="majorHAnsi" w:hAnsiTheme="majorHAnsi" w:cstheme="majorHAnsi"/>
          <w:b/>
          <w:rtl/>
        </w:rPr>
        <w:t xml:space="preserve"> </w:t>
      </w:r>
      <w:r w:rsidRPr="009A2188">
        <w:rPr>
          <w:rFonts w:ascii="Times New Roman" w:hAnsi="Times New Roman" w:cs="Times New Roman" w:hint="cs"/>
          <w:b/>
          <w:rtl/>
        </w:rPr>
        <w:t>مهمًا</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تقديم</w:t>
      </w:r>
      <w:r w:rsidRPr="009A2188">
        <w:rPr>
          <w:rFonts w:asciiTheme="majorHAnsi" w:hAnsiTheme="majorHAnsi" w:cstheme="majorHAnsi"/>
          <w:b/>
          <w:rtl/>
        </w:rPr>
        <w:t xml:space="preserve"> </w:t>
      </w:r>
      <w:r w:rsidRPr="009A2188">
        <w:rPr>
          <w:rFonts w:ascii="Times New Roman" w:hAnsi="Times New Roman" w:cs="Times New Roman" w:hint="cs"/>
          <w:b/>
          <w:rtl/>
        </w:rPr>
        <w:t>عروض</w:t>
      </w:r>
      <w:r w:rsidRPr="009A2188">
        <w:rPr>
          <w:rFonts w:asciiTheme="majorHAnsi" w:hAnsiTheme="majorHAnsi" w:cstheme="majorHAnsi"/>
          <w:b/>
          <w:rtl/>
        </w:rPr>
        <w:t xml:space="preserve"> </w:t>
      </w:r>
      <w:r w:rsidRPr="009A2188">
        <w:rPr>
          <w:rFonts w:ascii="Times New Roman" w:hAnsi="Times New Roman" w:cs="Times New Roman" w:hint="cs"/>
          <w:b/>
          <w:rtl/>
        </w:rPr>
        <w:t>عقارية</w:t>
      </w:r>
      <w:r w:rsidRPr="009A2188">
        <w:rPr>
          <w:rFonts w:asciiTheme="majorHAnsi" w:hAnsiTheme="majorHAnsi" w:cstheme="majorHAnsi"/>
          <w:b/>
          <w:rtl/>
        </w:rPr>
        <w:t xml:space="preserve"> </w:t>
      </w:r>
      <w:r w:rsidRPr="009A2188">
        <w:rPr>
          <w:rFonts w:ascii="Times New Roman" w:hAnsi="Times New Roman" w:cs="Times New Roman" w:hint="cs"/>
          <w:b/>
          <w:rtl/>
        </w:rPr>
        <w:t>أكثر</w:t>
      </w:r>
      <w:r w:rsidRPr="009A2188">
        <w:rPr>
          <w:rFonts w:asciiTheme="majorHAnsi" w:hAnsiTheme="majorHAnsi" w:cstheme="majorHAnsi"/>
          <w:b/>
          <w:rtl/>
        </w:rPr>
        <w:t xml:space="preserve"> </w:t>
      </w:r>
      <w:r w:rsidRPr="009A2188">
        <w:rPr>
          <w:rFonts w:ascii="Times New Roman" w:hAnsi="Times New Roman" w:cs="Times New Roman" w:hint="cs"/>
          <w:b/>
          <w:rtl/>
        </w:rPr>
        <w:t>ملاءمة</w:t>
      </w:r>
      <w:r w:rsidRPr="009A2188">
        <w:rPr>
          <w:rFonts w:asciiTheme="majorHAnsi" w:hAnsiTheme="majorHAnsi" w:cstheme="majorHAnsi"/>
          <w:b/>
          <w:rtl/>
        </w:rPr>
        <w:t xml:space="preserve"> </w:t>
      </w:r>
      <w:r w:rsidRPr="009A2188">
        <w:rPr>
          <w:rFonts w:ascii="Times New Roman" w:hAnsi="Times New Roman" w:cs="Times New Roman" w:hint="cs"/>
          <w:b/>
          <w:rtl/>
        </w:rPr>
        <w:t>لاحتياجات</w:t>
      </w:r>
      <w:r w:rsidRPr="009A2188">
        <w:rPr>
          <w:rFonts w:asciiTheme="majorHAnsi" w:hAnsiTheme="majorHAnsi" w:cstheme="majorHAnsi"/>
          <w:b/>
          <w:rtl/>
        </w:rPr>
        <w:t xml:space="preserve"> </w:t>
      </w:r>
      <w:r w:rsidRPr="009A2188">
        <w:rPr>
          <w:rFonts w:ascii="Times New Roman" w:hAnsi="Times New Roman" w:cs="Times New Roman" w:hint="cs"/>
          <w:b/>
          <w:rtl/>
        </w:rPr>
        <w:t>السوق</w:t>
      </w:r>
      <w:r w:rsidRPr="009A2188">
        <w:rPr>
          <w:rFonts w:asciiTheme="majorHAnsi" w:hAnsiTheme="majorHAnsi" w:cstheme="majorHAnsi"/>
          <w:b/>
        </w:rPr>
        <w:t>.</w:t>
      </w:r>
    </w:p>
    <w:p w14:paraId="5950CFDD" w14:textId="77777777" w:rsidR="009A2188" w:rsidRPr="00B05D15" w:rsidRDefault="009A2188" w:rsidP="00B05D15">
      <w:pPr>
        <w:bidi/>
        <w:spacing w:line="360" w:lineRule="auto"/>
        <w:rPr>
          <w:rFonts w:asciiTheme="majorHAnsi" w:hAnsiTheme="majorHAnsi" w:cstheme="majorHAnsi"/>
          <w:b/>
          <w:rtl/>
        </w:rPr>
      </w:pPr>
    </w:p>
    <w:p w14:paraId="6700DE37" w14:textId="77777777" w:rsidR="009A2188" w:rsidRPr="009A2188" w:rsidRDefault="009A2188" w:rsidP="00E96B54">
      <w:pPr>
        <w:spacing w:line="360" w:lineRule="auto"/>
        <w:ind w:firstLine="283"/>
        <w:jc w:val="right"/>
        <w:rPr>
          <w:rFonts w:asciiTheme="majorHAnsi" w:hAnsiTheme="majorHAnsi" w:cstheme="majorHAnsi"/>
          <w:b/>
          <w:bCs/>
        </w:rPr>
      </w:pPr>
      <w:r w:rsidRPr="009A2188">
        <w:rPr>
          <w:rFonts w:asciiTheme="majorHAnsi" w:hAnsiTheme="majorHAnsi" w:cstheme="majorHAnsi"/>
          <w:b/>
          <w:bCs/>
        </w:rPr>
        <w:t xml:space="preserve">5.3 </w:t>
      </w:r>
      <w:r w:rsidRPr="009A2188">
        <w:rPr>
          <w:rFonts w:ascii="Times New Roman" w:hAnsi="Times New Roman" w:cs="Times New Roman" w:hint="cs"/>
          <w:b/>
          <w:bCs/>
          <w:rtl/>
        </w:rPr>
        <w:t>التوصيات</w:t>
      </w:r>
    </w:p>
    <w:p w14:paraId="2759C6D0" w14:textId="77777777" w:rsidR="009A2188" w:rsidRPr="009A2188" w:rsidRDefault="009A2188" w:rsidP="00B05D15">
      <w:pPr>
        <w:bidi/>
        <w:spacing w:line="360" w:lineRule="auto"/>
        <w:ind w:firstLine="283"/>
        <w:rPr>
          <w:rFonts w:asciiTheme="majorHAnsi" w:hAnsiTheme="majorHAnsi" w:cstheme="majorHAnsi"/>
          <w:b/>
        </w:rPr>
      </w:pPr>
      <w:r w:rsidRPr="009A2188">
        <w:rPr>
          <w:rFonts w:ascii="Times New Roman" w:hAnsi="Times New Roman" w:cs="Times New Roman" w:hint="cs"/>
          <w:b/>
          <w:rtl/>
        </w:rPr>
        <w:t>استنادًا</w:t>
      </w:r>
      <w:r w:rsidRPr="009A2188">
        <w:rPr>
          <w:rFonts w:asciiTheme="majorHAnsi" w:hAnsiTheme="majorHAnsi" w:cstheme="majorHAnsi"/>
          <w:b/>
          <w:rtl/>
        </w:rPr>
        <w:t xml:space="preserve"> </w:t>
      </w:r>
      <w:r w:rsidRPr="009A2188">
        <w:rPr>
          <w:rFonts w:ascii="Times New Roman" w:hAnsi="Times New Roman" w:cs="Times New Roman" w:hint="cs"/>
          <w:b/>
          <w:rtl/>
        </w:rPr>
        <w:t>إلى</w:t>
      </w:r>
      <w:r w:rsidRPr="009A2188">
        <w:rPr>
          <w:rFonts w:asciiTheme="majorHAnsi" w:hAnsiTheme="majorHAnsi" w:cstheme="majorHAnsi"/>
          <w:b/>
          <w:rtl/>
        </w:rPr>
        <w:t xml:space="preserve"> </w:t>
      </w:r>
      <w:r w:rsidRPr="009A2188">
        <w:rPr>
          <w:rFonts w:ascii="Times New Roman" w:hAnsi="Times New Roman" w:cs="Times New Roman" w:hint="cs"/>
          <w:b/>
          <w:rtl/>
        </w:rPr>
        <w:t>نتائج</w:t>
      </w:r>
      <w:r w:rsidRPr="009A2188">
        <w:rPr>
          <w:rFonts w:asciiTheme="majorHAnsi" w:hAnsiTheme="majorHAnsi" w:cstheme="majorHAnsi"/>
          <w:b/>
          <w:rtl/>
        </w:rPr>
        <w:t xml:space="preserve"> </w:t>
      </w:r>
      <w:r w:rsidRPr="009A2188">
        <w:rPr>
          <w:rFonts w:ascii="Times New Roman" w:hAnsi="Times New Roman" w:cs="Times New Roman" w:hint="cs"/>
          <w:b/>
          <w:rtl/>
        </w:rPr>
        <w:t>الدراسة،</w:t>
      </w:r>
      <w:r w:rsidRPr="009A2188">
        <w:rPr>
          <w:rFonts w:asciiTheme="majorHAnsi" w:hAnsiTheme="majorHAnsi" w:cstheme="majorHAnsi"/>
          <w:b/>
          <w:rtl/>
        </w:rPr>
        <w:t xml:space="preserve"> </w:t>
      </w:r>
      <w:r w:rsidRPr="009A2188">
        <w:rPr>
          <w:rFonts w:ascii="Times New Roman" w:hAnsi="Times New Roman" w:cs="Times New Roman" w:hint="cs"/>
          <w:b/>
          <w:rtl/>
        </w:rPr>
        <w:t>توصي</w:t>
      </w:r>
      <w:r w:rsidRPr="009A2188">
        <w:rPr>
          <w:rFonts w:asciiTheme="majorHAnsi" w:hAnsiTheme="majorHAnsi" w:cstheme="majorHAnsi"/>
          <w:b/>
          <w:rtl/>
        </w:rPr>
        <w:t xml:space="preserve"> </w:t>
      </w:r>
      <w:r w:rsidRPr="009A2188">
        <w:rPr>
          <w:rFonts w:ascii="Times New Roman" w:hAnsi="Times New Roman" w:cs="Times New Roman" w:hint="cs"/>
          <w:b/>
          <w:rtl/>
        </w:rPr>
        <w:t>الدراسة</w:t>
      </w:r>
      <w:r w:rsidRPr="009A2188">
        <w:rPr>
          <w:rFonts w:asciiTheme="majorHAnsi" w:hAnsiTheme="majorHAnsi" w:cstheme="majorHAnsi"/>
          <w:b/>
          <w:rtl/>
        </w:rPr>
        <w:t xml:space="preserve"> </w:t>
      </w:r>
      <w:r w:rsidRPr="009A2188">
        <w:rPr>
          <w:rFonts w:ascii="Times New Roman" w:hAnsi="Times New Roman" w:cs="Times New Roman" w:hint="cs"/>
          <w:b/>
          <w:rtl/>
        </w:rPr>
        <w:t>بما</w:t>
      </w:r>
      <w:r w:rsidRPr="009A2188">
        <w:rPr>
          <w:rFonts w:asciiTheme="majorHAnsi" w:hAnsiTheme="majorHAnsi" w:cstheme="majorHAnsi"/>
          <w:b/>
          <w:rtl/>
        </w:rPr>
        <w:t xml:space="preserve"> </w:t>
      </w:r>
      <w:r w:rsidRPr="009A2188">
        <w:rPr>
          <w:rFonts w:ascii="Times New Roman" w:hAnsi="Times New Roman" w:cs="Times New Roman" w:hint="cs"/>
          <w:b/>
          <w:rtl/>
        </w:rPr>
        <w:t>يلي</w:t>
      </w:r>
      <w:r w:rsidRPr="009A2188">
        <w:rPr>
          <w:rFonts w:asciiTheme="majorHAnsi" w:hAnsiTheme="majorHAnsi" w:cstheme="majorHAnsi"/>
          <w:b/>
        </w:rPr>
        <w:t>:</w:t>
      </w:r>
    </w:p>
    <w:p w14:paraId="3A2CE371" w14:textId="77777777" w:rsidR="009A2188" w:rsidRPr="009A2188" w:rsidRDefault="009A2188" w:rsidP="00B05D15">
      <w:pPr>
        <w:numPr>
          <w:ilvl w:val="0"/>
          <w:numId w:val="23"/>
        </w:numPr>
        <w:bidi/>
        <w:spacing w:line="360" w:lineRule="auto"/>
        <w:rPr>
          <w:rFonts w:asciiTheme="majorHAnsi" w:hAnsiTheme="majorHAnsi" w:cstheme="majorHAnsi"/>
          <w:b/>
        </w:rPr>
      </w:pPr>
      <w:r w:rsidRPr="009A2188">
        <w:rPr>
          <w:rFonts w:ascii="Times New Roman" w:hAnsi="Times New Roman" w:cs="Times New Roman" w:hint="cs"/>
          <w:b/>
          <w:rtl/>
        </w:rPr>
        <w:t>تطوير</w:t>
      </w:r>
      <w:r w:rsidRPr="009A2188">
        <w:rPr>
          <w:rFonts w:asciiTheme="majorHAnsi" w:hAnsiTheme="majorHAnsi" w:cstheme="majorHAnsi"/>
          <w:b/>
          <w:rtl/>
        </w:rPr>
        <w:t xml:space="preserve"> </w:t>
      </w:r>
      <w:r w:rsidRPr="009A2188">
        <w:rPr>
          <w:rFonts w:ascii="Times New Roman" w:hAnsi="Times New Roman" w:cs="Times New Roman" w:hint="cs"/>
          <w:b/>
          <w:rtl/>
        </w:rPr>
        <w:t>المهارات</w:t>
      </w:r>
      <w:r w:rsidRPr="009A2188">
        <w:rPr>
          <w:rFonts w:asciiTheme="majorHAnsi" w:hAnsiTheme="majorHAnsi" w:cstheme="majorHAnsi"/>
          <w:b/>
          <w:rtl/>
        </w:rPr>
        <w:t xml:space="preserve"> </w:t>
      </w:r>
      <w:r w:rsidRPr="009A2188">
        <w:rPr>
          <w:rFonts w:ascii="Times New Roman" w:hAnsi="Times New Roman" w:cs="Times New Roman" w:hint="cs"/>
          <w:b/>
          <w:rtl/>
        </w:rPr>
        <w:t>الرقمية</w:t>
      </w:r>
      <w:r w:rsidRPr="009A2188">
        <w:rPr>
          <w:rFonts w:asciiTheme="majorHAnsi" w:hAnsiTheme="majorHAnsi" w:cstheme="majorHAnsi"/>
          <w:b/>
          <w:rtl/>
        </w:rPr>
        <w:t xml:space="preserve"> </w:t>
      </w:r>
      <w:r w:rsidRPr="009A2188">
        <w:rPr>
          <w:rFonts w:ascii="Times New Roman" w:hAnsi="Times New Roman" w:cs="Times New Roman" w:hint="cs"/>
          <w:b/>
          <w:rtl/>
        </w:rPr>
        <w:t>للمسوقين</w:t>
      </w:r>
      <w:r w:rsidRPr="009A2188">
        <w:rPr>
          <w:rFonts w:asciiTheme="majorHAnsi" w:hAnsiTheme="majorHAnsi" w:cstheme="majorHAnsi"/>
          <w:b/>
          <w:rtl/>
        </w:rPr>
        <w:t xml:space="preserve"> </w:t>
      </w:r>
      <w:r w:rsidRPr="009A2188">
        <w:rPr>
          <w:rFonts w:ascii="Times New Roman" w:hAnsi="Times New Roman" w:cs="Times New Roman" w:hint="cs"/>
          <w:b/>
          <w:rtl/>
        </w:rPr>
        <w:t>العقاريين</w:t>
      </w:r>
      <w:r w:rsidRPr="009A2188">
        <w:rPr>
          <w:rFonts w:asciiTheme="majorHAnsi" w:hAnsiTheme="majorHAnsi" w:cstheme="majorHAnsi"/>
          <w:b/>
          <w:rtl/>
        </w:rPr>
        <w:t xml:space="preserve"> </w:t>
      </w:r>
      <w:r w:rsidRPr="009A2188">
        <w:rPr>
          <w:rFonts w:ascii="Times New Roman" w:hAnsi="Times New Roman" w:cs="Times New Roman" w:hint="cs"/>
          <w:b/>
          <w:rtl/>
        </w:rPr>
        <w:t>من</w:t>
      </w:r>
      <w:r w:rsidRPr="009A2188">
        <w:rPr>
          <w:rFonts w:asciiTheme="majorHAnsi" w:hAnsiTheme="majorHAnsi" w:cstheme="majorHAnsi"/>
          <w:b/>
          <w:rtl/>
        </w:rPr>
        <w:t xml:space="preserve"> </w:t>
      </w:r>
      <w:r w:rsidRPr="009A2188">
        <w:rPr>
          <w:rFonts w:ascii="Times New Roman" w:hAnsi="Times New Roman" w:cs="Times New Roman" w:hint="cs"/>
          <w:b/>
          <w:rtl/>
        </w:rPr>
        <w:t>خلال</w:t>
      </w:r>
      <w:r w:rsidRPr="009A2188">
        <w:rPr>
          <w:rFonts w:asciiTheme="majorHAnsi" w:hAnsiTheme="majorHAnsi" w:cstheme="majorHAnsi"/>
          <w:b/>
          <w:rtl/>
        </w:rPr>
        <w:t xml:space="preserve"> </w:t>
      </w:r>
      <w:r w:rsidRPr="009A2188">
        <w:rPr>
          <w:rFonts w:ascii="Times New Roman" w:hAnsi="Times New Roman" w:cs="Times New Roman" w:hint="cs"/>
          <w:b/>
          <w:rtl/>
        </w:rPr>
        <w:t>برامج</w:t>
      </w:r>
      <w:r w:rsidRPr="009A2188">
        <w:rPr>
          <w:rFonts w:asciiTheme="majorHAnsi" w:hAnsiTheme="majorHAnsi" w:cstheme="majorHAnsi"/>
          <w:b/>
          <w:rtl/>
        </w:rPr>
        <w:t xml:space="preserve"> </w:t>
      </w:r>
      <w:r w:rsidRPr="009A2188">
        <w:rPr>
          <w:rFonts w:ascii="Times New Roman" w:hAnsi="Times New Roman" w:cs="Times New Roman" w:hint="cs"/>
          <w:b/>
          <w:rtl/>
        </w:rPr>
        <w:t>تدريبية</w:t>
      </w:r>
      <w:r w:rsidRPr="009A2188">
        <w:rPr>
          <w:rFonts w:asciiTheme="majorHAnsi" w:hAnsiTheme="majorHAnsi" w:cstheme="majorHAnsi"/>
          <w:b/>
          <w:rtl/>
        </w:rPr>
        <w:t xml:space="preserve"> </w:t>
      </w:r>
      <w:r w:rsidRPr="009A2188">
        <w:rPr>
          <w:rFonts w:ascii="Times New Roman" w:hAnsi="Times New Roman" w:cs="Times New Roman" w:hint="cs"/>
          <w:b/>
          <w:rtl/>
        </w:rPr>
        <w:t>متخصصة</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التسويق</w:t>
      </w:r>
      <w:r w:rsidRPr="009A2188">
        <w:rPr>
          <w:rFonts w:asciiTheme="majorHAnsi" w:hAnsiTheme="majorHAnsi" w:cstheme="majorHAnsi"/>
          <w:b/>
          <w:rtl/>
        </w:rPr>
        <w:t xml:space="preserve"> </w:t>
      </w:r>
      <w:r w:rsidRPr="009A2188">
        <w:rPr>
          <w:rFonts w:ascii="Times New Roman" w:hAnsi="Times New Roman" w:cs="Times New Roman" w:hint="cs"/>
          <w:b/>
          <w:rtl/>
        </w:rPr>
        <w:t>الرقمي</w:t>
      </w:r>
      <w:r w:rsidRPr="009A2188">
        <w:rPr>
          <w:rFonts w:asciiTheme="majorHAnsi" w:hAnsiTheme="majorHAnsi" w:cstheme="majorHAnsi"/>
          <w:b/>
        </w:rPr>
        <w:t>.</w:t>
      </w:r>
    </w:p>
    <w:p w14:paraId="671E43A2" w14:textId="77777777" w:rsidR="009A2188" w:rsidRPr="009A2188" w:rsidRDefault="009A2188" w:rsidP="00B05D15">
      <w:pPr>
        <w:numPr>
          <w:ilvl w:val="0"/>
          <w:numId w:val="23"/>
        </w:numPr>
        <w:bidi/>
        <w:spacing w:line="360" w:lineRule="auto"/>
        <w:rPr>
          <w:rFonts w:asciiTheme="majorHAnsi" w:hAnsiTheme="majorHAnsi" w:cstheme="majorHAnsi"/>
          <w:b/>
        </w:rPr>
      </w:pPr>
      <w:r w:rsidRPr="009A2188">
        <w:rPr>
          <w:rFonts w:ascii="Times New Roman" w:hAnsi="Times New Roman" w:cs="Times New Roman" w:hint="cs"/>
          <w:b/>
          <w:rtl/>
        </w:rPr>
        <w:t>تعزيز</w:t>
      </w:r>
      <w:r w:rsidRPr="009A2188">
        <w:rPr>
          <w:rFonts w:asciiTheme="majorHAnsi" w:hAnsiTheme="majorHAnsi" w:cstheme="majorHAnsi"/>
          <w:b/>
          <w:rtl/>
        </w:rPr>
        <w:t xml:space="preserve"> </w:t>
      </w:r>
      <w:r w:rsidRPr="009A2188">
        <w:rPr>
          <w:rFonts w:ascii="Times New Roman" w:hAnsi="Times New Roman" w:cs="Times New Roman" w:hint="cs"/>
          <w:b/>
          <w:rtl/>
        </w:rPr>
        <w:t>الاستثمار</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المنصات</w:t>
      </w:r>
      <w:r w:rsidRPr="009A2188">
        <w:rPr>
          <w:rFonts w:asciiTheme="majorHAnsi" w:hAnsiTheme="majorHAnsi" w:cstheme="majorHAnsi"/>
          <w:b/>
          <w:rtl/>
        </w:rPr>
        <w:t xml:space="preserve"> </w:t>
      </w:r>
      <w:r w:rsidRPr="009A2188">
        <w:rPr>
          <w:rFonts w:ascii="Times New Roman" w:hAnsi="Times New Roman" w:cs="Times New Roman" w:hint="cs"/>
          <w:b/>
          <w:rtl/>
        </w:rPr>
        <w:t>العقارية</w:t>
      </w:r>
      <w:r w:rsidRPr="009A2188">
        <w:rPr>
          <w:rFonts w:asciiTheme="majorHAnsi" w:hAnsiTheme="majorHAnsi" w:cstheme="majorHAnsi"/>
          <w:b/>
          <w:rtl/>
        </w:rPr>
        <w:t xml:space="preserve"> </w:t>
      </w:r>
      <w:r w:rsidRPr="009A2188">
        <w:rPr>
          <w:rFonts w:ascii="Times New Roman" w:hAnsi="Times New Roman" w:cs="Times New Roman" w:hint="cs"/>
          <w:b/>
          <w:rtl/>
        </w:rPr>
        <w:t>الرقمية</w:t>
      </w:r>
      <w:r w:rsidRPr="009A2188">
        <w:rPr>
          <w:rFonts w:asciiTheme="majorHAnsi" w:hAnsiTheme="majorHAnsi" w:cstheme="majorHAnsi"/>
          <w:b/>
          <w:rtl/>
        </w:rPr>
        <w:t xml:space="preserve"> </w:t>
      </w:r>
      <w:r w:rsidRPr="009A2188">
        <w:rPr>
          <w:rFonts w:ascii="Times New Roman" w:hAnsi="Times New Roman" w:cs="Times New Roman" w:hint="cs"/>
          <w:b/>
          <w:rtl/>
        </w:rPr>
        <w:t>وتطوير</w:t>
      </w:r>
      <w:r w:rsidRPr="009A2188">
        <w:rPr>
          <w:rFonts w:asciiTheme="majorHAnsi" w:hAnsiTheme="majorHAnsi" w:cstheme="majorHAnsi"/>
          <w:b/>
          <w:rtl/>
        </w:rPr>
        <w:t xml:space="preserve"> </w:t>
      </w:r>
      <w:r w:rsidRPr="009A2188">
        <w:rPr>
          <w:rFonts w:ascii="Times New Roman" w:hAnsi="Times New Roman" w:cs="Times New Roman" w:hint="cs"/>
          <w:b/>
          <w:rtl/>
        </w:rPr>
        <w:t>أساليب</w:t>
      </w:r>
      <w:r w:rsidRPr="009A2188">
        <w:rPr>
          <w:rFonts w:asciiTheme="majorHAnsi" w:hAnsiTheme="majorHAnsi" w:cstheme="majorHAnsi"/>
          <w:b/>
          <w:rtl/>
        </w:rPr>
        <w:t xml:space="preserve"> </w:t>
      </w:r>
      <w:r w:rsidRPr="009A2188">
        <w:rPr>
          <w:rFonts w:ascii="Times New Roman" w:hAnsi="Times New Roman" w:cs="Times New Roman" w:hint="cs"/>
          <w:b/>
          <w:rtl/>
        </w:rPr>
        <w:t>العرض</w:t>
      </w:r>
      <w:r w:rsidRPr="009A2188">
        <w:rPr>
          <w:rFonts w:asciiTheme="majorHAnsi" w:hAnsiTheme="majorHAnsi" w:cstheme="majorHAnsi"/>
          <w:b/>
          <w:rtl/>
        </w:rPr>
        <w:t xml:space="preserve"> </w:t>
      </w:r>
      <w:r w:rsidRPr="009A2188">
        <w:rPr>
          <w:rFonts w:ascii="Times New Roman" w:hAnsi="Times New Roman" w:cs="Times New Roman" w:hint="cs"/>
          <w:b/>
          <w:rtl/>
        </w:rPr>
        <w:t>الحديثة</w:t>
      </w:r>
      <w:r w:rsidRPr="009A2188">
        <w:rPr>
          <w:rFonts w:asciiTheme="majorHAnsi" w:hAnsiTheme="majorHAnsi" w:cstheme="majorHAnsi"/>
          <w:b/>
        </w:rPr>
        <w:t>.</w:t>
      </w:r>
    </w:p>
    <w:p w14:paraId="0F159909" w14:textId="77777777" w:rsidR="009A2188" w:rsidRPr="009A2188" w:rsidRDefault="009A2188" w:rsidP="00B05D15">
      <w:pPr>
        <w:numPr>
          <w:ilvl w:val="0"/>
          <w:numId w:val="23"/>
        </w:numPr>
        <w:bidi/>
        <w:spacing w:line="360" w:lineRule="auto"/>
        <w:rPr>
          <w:rFonts w:asciiTheme="majorHAnsi" w:hAnsiTheme="majorHAnsi" w:cstheme="majorHAnsi"/>
          <w:b/>
        </w:rPr>
      </w:pPr>
      <w:r w:rsidRPr="009A2188">
        <w:rPr>
          <w:rFonts w:ascii="Times New Roman" w:hAnsi="Times New Roman" w:cs="Times New Roman" w:hint="cs"/>
          <w:b/>
          <w:rtl/>
        </w:rPr>
        <w:t>الاعتماد</w:t>
      </w:r>
      <w:r w:rsidRPr="009A2188">
        <w:rPr>
          <w:rFonts w:asciiTheme="majorHAnsi" w:hAnsiTheme="majorHAnsi" w:cstheme="majorHAnsi"/>
          <w:b/>
          <w:rtl/>
        </w:rPr>
        <w:t xml:space="preserve"> </w:t>
      </w:r>
      <w:r w:rsidRPr="009A2188">
        <w:rPr>
          <w:rFonts w:ascii="Times New Roman" w:hAnsi="Times New Roman" w:cs="Times New Roman" w:hint="cs"/>
          <w:b/>
          <w:rtl/>
        </w:rPr>
        <w:t>على</w:t>
      </w:r>
      <w:r w:rsidRPr="009A2188">
        <w:rPr>
          <w:rFonts w:asciiTheme="majorHAnsi" w:hAnsiTheme="majorHAnsi" w:cstheme="majorHAnsi"/>
          <w:b/>
          <w:rtl/>
        </w:rPr>
        <w:t xml:space="preserve"> </w:t>
      </w:r>
      <w:r w:rsidRPr="009A2188">
        <w:rPr>
          <w:rFonts w:ascii="Times New Roman" w:hAnsi="Times New Roman" w:cs="Times New Roman" w:hint="cs"/>
          <w:b/>
          <w:rtl/>
        </w:rPr>
        <w:t>تحليل</w:t>
      </w:r>
      <w:r w:rsidRPr="009A2188">
        <w:rPr>
          <w:rFonts w:asciiTheme="majorHAnsi" w:hAnsiTheme="majorHAnsi" w:cstheme="majorHAnsi"/>
          <w:b/>
          <w:rtl/>
        </w:rPr>
        <w:t xml:space="preserve"> </w:t>
      </w:r>
      <w:r w:rsidRPr="009A2188">
        <w:rPr>
          <w:rFonts w:ascii="Times New Roman" w:hAnsi="Times New Roman" w:cs="Times New Roman" w:hint="cs"/>
          <w:b/>
          <w:rtl/>
        </w:rPr>
        <w:t>البيانات</w:t>
      </w:r>
      <w:r w:rsidRPr="009A2188">
        <w:rPr>
          <w:rFonts w:asciiTheme="majorHAnsi" w:hAnsiTheme="majorHAnsi" w:cstheme="majorHAnsi"/>
          <w:b/>
          <w:rtl/>
        </w:rPr>
        <w:t xml:space="preserve"> </w:t>
      </w:r>
      <w:r w:rsidRPr="009A2188">
        <w:rPr>
          <w:rFonts w:ascii="Times New Roman" w:hAnsi="Times New Roman" w:cs="Times New Roman" w:hint="cs"/>
          <w:b/>
          <w:rtl/>
        </w:rPr>
        <w:t>لفهم</w:t>
      </w:r>
      <w:r w:rsidRPr="009A2188">
        <w:rPr>
          <w:rFonts w:asciiTheme="majorHAnsi" w:hAnsiTheme="majorHAnsi" w:cstheme="majorHAnsi"/>
          <w:b/>
          <w:rtl/>
        </w:rPr>
        <w:t xml:space="preserve"> </w:t>
      </w:r>
      <w:r w:rsidRPr="009A2188">
        <w:rPr>
          <w:rFonts w:ascii="Times New Roman" w:hAnsi="Times New Roman" w:cs="Times New Roman" w:hint="cs"/>
          <w:b/>
          <w:rtl/>
        </w:rPr>
        <w:t>سلوك</w:t>
      </w:r>
      <w:r w:rsidRPr="009A2188">
        <w:rPr>
          <w:rFonts w:asciiTheme="majorHAnsi" w:hAnsiTheme="majorHAnsi" w:cstheme="majorHAnsi"/>
          <w:b/>
          <w:rtl/>
        </w:rPr>
        <w:t xml:space="preserve"> </w:t>
      </w:r>
      <w:r w:rsidRPr="009A2188">
        <w:rPr>
          <w:rFonts w:ascii="Times New Roman" w:hAnsi="Times New Roman" w:cs="Times New Roman" w:hint="cs"/>
          <w:b/>
          <w:rtl/>
        </w:rPr>
        <w:t>العملاء</w:t>
      </w:r>
      <w:r w:rsidRPr="009A2188">
        <w:rPr>
          <w:rFonts w:asciiTheme="majorHAnsi" w:hAnsiTheme="majorHAnsi" w:cstheme="majorHAnsi"/>
          <w:b/>
          <w:rtl/>
        </w:rPr>
        <w:t xml:space="preserve"> </w:t>
      </w:r>
      <w:r w:rsidRPr="009A2188">
        <w:rPr>
          <w:rFonts w:ascii="Times New Roman" w:hAnsi="Times New Roman" w:cs="Times New Roman" w:hint="cs"/>
          <w:b/>
          <w:rtl/>
        </w:rPr>
        <w:t>وتصميم</w:t>
      </w:r>
      <w:r w:rsidRPr="009A2188">
        <w:rPr>
          <w:rFonts w:asciiTheme="majorHAnsi" w:hAnsiTheme="majorHAnsi" w:cstheme="majorHAnsi"/>
          <w:b/>
          <w:rtl/>
        </w:rPr>
        <w:t xml:space="preserve"> </w:t>
      </w:r>
      <w:r w:rsidRPr="009A2188">
        <w:rPr>
          <w:rFonts w:ascii="Times New Roman" w:hAnsi="Times New Roman" w:cs="Times New Roman" w:hint="cs"/>
          <w:b/>
          <w:rtl/>
        </w:rPr>
        <w:t>حملات</w:t>
      </w:r>
      <w:r w:rsidRPr="009A2188">
        <w:rPr>
          <w:rFonts w:asciiTheme="majorHAnsi" w:hAnsiTheme="majorHAnsi" w:cstheme="majorHAnsi"/>
          <w:b/>
          <w:rtl/>
        </w:rPr>
        <w:t xml:space="preserve"> </w:t>
      </w:r>
      <w:r w:rsidRPr="009A2188">
        <w:rPr>
          <w:rFonts w:ascii="Times New Roman" w:hAnsi="Times New Roman" w:cs="Times New Roman" w:hint="cs"/>
          <w:b/>
          <w:rtl/>
        </w:rPr>
        <w:t>تسويقية</w:t>
      </w:r>
      <w:r w:rsidRPr="009A2188">
        <w:rPr>
          <w:rFonts w:asciiTheme="majorHAnsi" w:hAnsiTheme="majorHAnsi" w:cstheme="majorHAnsi"/>
          <w:b/>
          <w:rtl/>
        </w:rPr>
        <w:t xml:space="preserve"> </w:t>
      </w:r>
      <w:r w:rsidRPr="009A2188">
        <w:rPr>
          <w:rFonts w:ascii="Times New Roman" w:hAnsi="Times New Roman" w:cs="Times New Roman" w:hint="cs"/>
          <w:b/>
          <w:rtl/>
        </w:rPr>
        <w:t>أكثر</w:t>
      </w:r>
      <w:r w:rsidRPr="009A2188">
        <w:rPr>
          <w:rFonts w:asciiTheme="majorHAnsi" w:hAnsiTheme="majorHAnsi" w:cstheme="majorHAnsi"/>
          <w:b/>
          <w:rtl/>
        </w:rPr>
        <w:t xml:space="preserve"> </w:t>
      </w:r>
      <w:r w:rsidRPr="009A2188">
        <w:rPr>
          <w:rFonts w:ascii="Times New Roman" w:hAnsi="Times New Roman" w:cs="Times New Roman" w:hint="cs"/>
          <w:b/>
          <w:rtl/>
        </w:rPr>
        <w:t>فاعلية</w:t>
      </w:r>
      <w:r w:rsidRPr="009A2188">
        <w:rPr>
          <w:rFonts w:asciiTheme="majorHAnsi" w:hAnsiTheme="majorHAnsi" w:cstheme="majorHAnsi"/>
          <w:b/>
        </w:rPr>
        <w:t>.</w:t>
      </w:r>
    </w:p>
    <w:p w14:paraId="4A9CB96C" w14:textId="77777777" w:rsidR="009A2188" w:rsidRPr="009A2188" w:rsidRDefault="009A2188" w:rsidP="00B05D15">
      <w:pPr>
        <w:numPr>
          <w:ilvl w:val="0"/>
          <w:numId w:val="23"/>
        </w:numPr>
        <w:bidi/>
        <w:spacing w:line="360" w:lineRule="auto"/>
        <w:rPr>
          <w:rFonts w:asciiTheme="majorHAnsi" w:hAnsiTheme="majorHAnsi" w:cstheme="majorHAnsi"/>
          <w:b/>
        </w:rPr>
      </w:pPr>
      <w:r w:rsidRPr="009A2188">
        <w:rPr>
          <w:rFonts w:ascii="Times New Roman" w:hAnsi="Times New Roman" w:cs="Times New Roman" w:hint="cs"/>
          <w:b/>
          <w:rtl/>
        </w:rPr>
        <w:t>تحسين</w:t>
      </w:r>
      <w:r w:rsidRPr="009A2188">
        <w:rPr>
          <w:rFonts w:asciiTheme="majorHAnsi" w:hAnsiTheme="majorHAnsi" w:cstheme="majorHAnsi"/>
          <w:b/>
          <w:rtl/>
        </w:rPr>
        <w:t xml:space="preserve"> </w:t>
      </w:r>
      <w:r w:rsidRPr="009A2188">
        <w:rPr>
          <w:rFonts w:ascii="Times New Roman" w:hAnsi="Times New Roman" w:cs="Times New Roman" w:hint="cs"/>
          <w:b/>
          <w:rtl/>
        </w:rPr>
        <w:t>جودة</w:t>
      </w:r>
      <w:r w:rsidRPr="009A2188">
        <w:rPr>
          <w:rFonts w:asciiTheme="majorHAnsi" w:hAnsiTheme="majorHAnsi" w:cstheme="majorHAnsi"/>
          <w:b/>
          <w:rtl/>
        </w:rPr>
        <w:t xml:space="preserve"> </w:t>
      </w:r>
      <w:r w:rsidRPr="009A2188">
        <w:rPr>
          <w:rFonts w:ascii="Times New Roman" w:hAnsi="Times New Roman" w:cs="Times New Roman" w:hint="cs"/>
          <w:b/>
          <w:rtl/>
        </w:rPr>
        <w:t>المحتوى</w:t>
      </w:r>
      <w:r w:rsidRPr="009A2188">
        <w:rPr>
          <w:rFonts w:asciiTheme="majorHAnsi" w:hAnsiTheme="majorHAnsi" w:cstheme="majorHAnsi"/>
          <w:b/>
          <w:rtl/>
        </w:rPr>
        <w:t xml:space="preserve"> </w:t>
      </w:r>
      <w:r w:rsidRPr="009A2188">
        <w:rPr>
          <w:rFonts w:ascii="Times New Roman" w:hAnsi="Times New Roman" w:cs="Times New Roman" w:hint="cs"/>
          <w:b/>
          <w:rtl/>
        </w:rPr>
        <w:t>البصري</w:t>
      </w:r>
      <w:r w:rsidRPr="009A2188">
        <w:rPr>
          <w:rFonts w:asciiTheme="majorHAnsi" w:hAnsiTheme="majorHAnsi" w:cstheme="majorHAnsi"/>
          <w:b/>
          <w:rtl/>
        </w:rPr>
        <w:t xml:space="preserve"> </w:t>
      </w:r>
      <w:r w:rsidRPr="009A2188">
        <w:rPr>
          <w:rFonts w:ascii="Times New Roman" w:hAnsi="Times New Roman" w:cs="Times New Roman" w:hint="cs"/>
          <w:b/>
          <w:rtl/>
        </w:rPr>
        <w:t>للعروض</w:t>
      </w:r>
      <w:r w:rsidRPr="009A2188">
        <w:rPr>
          <w:rFonts w:asciiTheme="majorHAnsi" w:hAnsiTheme="majorHAnsi" w:cstheme="majorHAnsi"/>
          <w:b/>
          <w:rtl/>
        </w:rPr>
        <w:t xml:space="preserve"> </w:t>
      </w:r>
      <w:r w:rsidRPr="009A2188">
        <w:rPr>
          <w:rFonts w:ascii="Times New Roman" w:hAnsi="Times New Roman" w:cs="Times New Roman" w:hint="cs"/>
          <w:b/>
          <w:rtl/>
        </w:rPr>
        <w:t>العقارية</w:t>
      </w:r>
      <w:r w:rsidRPr="009A2188">
        <w:rPr>
          <w:rFonts w:asciiTheme="majorHAnsi" w:hAnsiTheme="majorHAnsi" w:cstheme="majorHAnsi"/>
          <w:b/>
          <w:rtl/>
        </w:rPr>
        <w:t xml:space="preserve"> </w:t>
      </w:r>
      <w:r w:rsidRPr="009A2188">
        <w:rPr>
          <w:rFonts w:ascii="Times New Roman" w:hAnsi="Times New Roman" w:cs="Times New Roman" w:hint="cs"/>
          <w:b/>
          <w:rtl/>
        </w:rPr>
        <w:t>بما</w:t>
      </w:r>
      <w:r w:rsidRPr="009A2188">
        <w:rPr>
          <w:rFonts w:asciiTheme="majorHAnsi" w:hAnsiTheme="majorHAnsi" w:cstheme="majorHAnsi"/>
          <w:b/>
          <w:rtl/>
        </w:rPr>
        <w:t xml:space="preserve"> </w:t>
      </w:r>
      <w:r w:rsidRPr="009A2188">
        <w:rPr>
          <w:rFonts w:ascii="Times New Roman" w:hAnsi="Times New Roman" w:cs="Times New Roman" w:hint="cs"/>
          <w:b/>
          <w:rtl/>
        </w:rPr>
        <w:t>يسهم</w:t>
      </w:r>
      <w:r w:rsidRPr="009A2188">
        <w:rPr>
          <w:rFonts w:asciiTheme="majorHAnsi" w:hAnsiTheme="majorHAnsi" w:cstheme="majorHAnsi"/>
          <w:b/>
          <w:rtl/>
        </w:rPr>
        <w:t xml:space="preserve"> </w:t>
      </w:r>
      <w:r w:rsidRPr="009A2188">
        <w:rPr>
          <w:rFonts w:ascii="Times New Roman" w:hAnsi="Times New Roman" w:cs="Times New Roman" w:hint="cs"/>
          <w:b/>
          <w:rtl/>
        </w:rPr>
        <w:t>في</w:t>
      </w:r>
      <w:r w:rsidRPr="009A2188">
        <w:rPr>
          <w:rFonts w:asciiTheme="majorHAnsi" w:hAnsiTheme="majorHAnsi" w:cstheme="majorHAnsi"/>
          <w:b/>
          <w:rtl/>
        </w:rPr>
        <w:t xml:space="preserve"> </w:t>
      </w:r>
      <w:r w:rsidRPr="009A2188">
        <w:rPr>
          <w:rFonts w:ascii="Times New Roman" w:hAnsi="Times New Roman" w:cs="Times New Roman" w:hint="cs"/>
          <w:b/>
          <w:rtl/>
        </w:rPr>
        <w:t>تعزيز</w:t>
      </w:r>
      <w:r w:rsidRPr="009A2188">
        <w:rPr>
          <w:rFonts w:asciiTheme="majorHAnsi" w:hAnsiTheme="majorHAnsi" w:cstheme="majorHAnsi"/>
          <w:b/>
          <w:rtl/>
        </w:rPr>
        <w:t xml:space="preserve"> </w:t>
      </w:r>
      <w:r w:rsidRPr="009A2188">
        <w:rPr>
          <w:rFonts w:ascii="Times New Roman" w:hAnsi="Times New Roman" w:cs="Times New Roman" w:hint="cs"/>
          <w:b/>
          <w:rtl/>
        </w:rPr>
        <w:t>تجربة</w:t>
      </w:r>
      <w:r w:rsidRPr="009A2188">
        <w:rPr>
          <w:rFonts w:asciiTheme="majorHAnsi" w:hAnsiTheme="majorHAnsi" w:cstheme="majorHAnsi"/>
          <w:b/>
          <w:rtl/>
        </w:rPr>
        <w:t xml:space="preserve"> </w:t>
      </w:r>
      <w:r w:rsidRPr="009A2188">
        <w:rPr>
          <w:rFonts w:ascii="Times New Roman" w:hAnsi="Times New Roman" w:cs="Times New Roman" w:hint="cs"/>
          <w:b/>
          <w:rtl/>
        </w:rPr>
        <w:t>العميل</w:t>
      </w:r>
      <w:r w:rsidRPr="009A2188">
        <w:rPr>
          <w:rFonts w:asciiTheme="majorHAnsi" w:hAnsiTheme="majorHAnsi" w:cstheme="majorHAnsi"/>
          <w:b/>
          <w:rtl/>
        </w:rPr>
        <w:t xml:space="preserve"> </w:t>
      </w:r>
      <w:r w:rsidRPr="009A2188">
        <w:rPr>
          <w:rFonts w:ascii="Times New Roman" w:hAnsi="Times New Roman" w:cs="Times New Roman" w:hint="cs"/>
          <w:b/>
          <w:rtl/>
        </w:rPr>
        <w:t>وزيادة</w:t>
      </w:r>
      <w:r w:rsidRPr="009A2188">
        <w:rPr>
          <w:rFonts w:asciiTheme="majorHAnsi" w:hAnsiTheme="majorHAnsi" w:cstheme="majorHAnsi"/>
          <w:b/>
          <w:rtl/>
        </w:rPr>
        <w:t xml:space="preserve"> </w:t>
      </w:r>
      <w:r w:rsidRPr="009A2188">
        <w:rPr>
          <w:rFonts w:ascii="Times New Roman" w:hAnsi="Times New Roman" w:cs="Times New Roman" w:hint="cs"/>
          <w:b/>
          <w:rtl/>
        </w:rPr>
        <w:t>مستوى</w:t>
      </w:r>
      <w:r w:rsidRPr="009A2188">
        <w:rPr>
          <w:rFonts w:asciiTheme="majorHAnsi" w:hAnsiTheme="majorHAnsi" w:cstheme="majorHAnsi"/>
          <w:b/>
          <w:rtl/>
        </w:rPr>
        <w:t xml:space="preserve"> </w:t>
      </w:r>
      <w:r w:rsidRPr="009A2188">
        <w:rPr>
          <w:rFonts w:ascii="Times New Roman" w:hAnsi="Times New Roman" w:cs="Times New Roman" w:hint="cs"/>
          <w:b/>
          <w:rtl/>
        </w:rPr>
        <w:t>التفاعل</w:t>
      </w:r>
      <w:r w:rsidRPr="009A2188">
        <w:rPr>
          <w:rFonts w:asciiTheme="majorHAnsi" w:hAnsiTheme="majorHAnsi" w:cstheme="majorHAnsi"/>
          <w:b/>
        </w:rPr>
        <w:t>.</w:t>
      </w:r>
    </w:p>
    <w:p w14:paraId="3DB8EDB6" w14:textId="0DCDB2A4" w:rsidR="00703534" w:rsidRPr="00B05D15" w:rsidRDefault="00703534" w:rsidP="00B05D15">
      <w:pPr>
        <w:bidi/>
        <w:spacing w:line="360" w:lineRule="auto"/>
        <w:ind w:firstLine="283"/>
        <w:rPr>
          <w:rFonts w:asciiTheme="majorHAnsi" w:hAnsiTheme="majorHAnsi" w:cstheme="majorHAnsi"/>
          <w:b/>
          <w:rtl/>
        </w:rPr>
      </w:pPr>
    </w:p>
    <w:p w14:paraId="6F6E9B1E" w14:textId="77777777" w:rsidR="009A2188" w:rsidRPr="00B05D15" w:rsidRDefault="009A2188" w:rsidP="00B05D15">
      <w:pPr>
        <w:bidi/>
        <w:spacing w:line="360" w:lineRule="auto"/>
        <w:ind w:firstLine="283"/>
        <w:rPr>
          <w:rFonts w:asciiTheme="majorHAnsi" w:hAnsiTheme="majorHAnsi" w:cstheme="majorHAnsi"/>
          <w:b/>
          <w:rtl/>
        </w:rPr>
      </w:pPr>
    </w:p>
    <w:p w14:paraId="546CEE8A" w14:textId="77777777" w:rsidR="009A2188" w:rsidRPr="00B05D15" w:rsidRDefault="009A2188" w:rsidP="00B05D15">
      <w:pPr>
        <w:bidi/>
        <w:spacing w:line="360" w:lineRule="auto"/>
        <w:ind w:firstLine="283"/>
        <w:rPr>
          <w:rFonts w:asciiTheme="majorHAnsi" w:hAnsiTheme="majorHAnsi" w:cstheme="majorHAnsi"/>
          <w:b/>
        </w:rPr>
      </w:pPr>
    </w:p>
    <w:p w14:paraId="7A843668" w14:textId="77777777" w:rsidR="00703534" w:rsidRPr="00B05D15" w:rsidRDefault="00590096" w:rsidP="00B05D15">
      <w:pPr>
        <w:bidi/>
        <w:spacing w:line="360" w:lineRule="auto"/>
        <w:rPr>
          <w:rFonts w:asciiTheme="majorHAnsi" w:hAnsiTheme="majorHAnsi" w:cstheme="majorHAnsi"/>
          <w:b/>
        </w:rPr>
      </w:pPr>
      <w:r w:rsidRPr="00B05D15">
        <w:rPr>
          <w:rFonts w:asciiTheme="majorHAnsi" w:hAnsiTheme="majorHAnsi" w:cstheme="majorHAnsi"/>
          <w:b/>
        </w:rPr>
        <w:br w:type="page"/>
      </w:r>
    </w:p>
    <w:p w14:paraId="28F1D80C" w14:textId="77777777" w:rsidR="0092650D" w:rsidRDefault="0092650D" w:rsidP="00B05D15">
      <w:pPr>
        <w:bidi/>
        <w:spacing w:line="360" w:lineRule="auto"/>
        <w:rPr>
          <w:rFonts w:asciiTheme="majorHAnsi" w:hAnsiTheme="majorHAnsi" w:cstheme="majorHAnsi"/>
          <w:b/>
          <w:sz w:val="36"/>
          <w:rtl/>
        </w:rPr>
      </w:pPr>
      <w:bookmarkStart w:id="2" w:name="_Hlk222955589"/>
    </w:p>
    <w:p w14:paraId="1C3169BE" w14:textId="77777777" w:rsidR="00E96B54" w:rsidRDefault="00E96B54" w:rsidP="00E96B54">
      <w:pPr>
        <w:bidi/>
        <w:spacing w:line="360" w:lineRule="auto"/>
        <w:rPr>
          <w:rFonts w:asciiTheme="majorHAnsi" w:hAnsiTheme="majorHAnsi" w:cstheme="majorHAnsi"/>
          <w:b/>
          <w:sz w:val="36"/>
          <w:rtl/>
        </w:rPr>
      </w:pPr>
    </w:p>
    <w:p w14:paraId="0D7CA42E" w14:textId="77777777" w:rsidR="00E96B54" w:rsidRPr="00B05D15" w:rsidRDefault="00E96B54" w:rsidP="00E96B54">
      <w:pPr>
        <w:bidi/>
        <w:spacing w:line="360" w:lineRule="auto"/>
        <w:rPr>
          <w:rFonts w:asciiTheme="majorHAnsi" w:hAnsiTheme="majorHAnsi" w:cstheme="majorHAnsi"/>
          <w:b/>
          <w:sz w:val="36"/>
          <w:rtl/>
        </w:rPr>
      </w:pPr>
    </w:p>
    <w:p w14:paraId="76A4995A" w14:textId="77777777" w:rsidR="0092650D" w:rsidRPr="00B05D15" w:rsidRDefault="0092650D" w:rsidP="00B05D15">
      <w:pPr>
        <w:bidi/>
        <w:spacing w:line="360" w:lineRule="auto"/>
        <w:rPr>
          <w:rFonts w:asciiTheme="majorHAnsi" w:hAnsiTheme="majorHAnsi" w:cstheme="majorHAnsi"/>
          <w:b/>
          <w:sz w:val="36"/>
          <w:rtl/>
        </w:rPr>
      </w:pPr>
    </w:p>
    <w:p w14:paraId="333F8F22" w14:textId="77777777" w:rsidR="0092650D" w:rsidRPr="00B05D15" w:rsidRDefault="0092650D" w:rsidP="00B05D15">
      <w:pPr>
        <w:bidi/>
        <w:spacing w:line="360" w:lineRule="auto"/>
        <w:rPr>
          <w:rFonts w:asciiTheme="majorHAnsi" w:hAnsiTheme="majorHAnsi" w:cstheme="majorHAnsi"/>
          <w:b/>
          <w:sz w:val="36"/>
          <w:rtl/>
        </w:rPr>
      </w:pPr>
    </w:p>
    <w:bookmarkEnd w:id="2"/>
    <w:p w14:paraId="5B989135" w14:textId="3E0B6B2C" w:rsidR="0092650D" w:rsidRPr="00B05D15" w:rsidRDefault="0092650D" w:rsidP="00B05D15">
      <w:pPr>
        <w:bidi/>
        <w:spacing w:line="360" w:lineRule="auto"/>
        <w:rPr>
          <w:rFonts w:asciiTheme="majorHAnsi" w:hAnsiTheme="majorHAnsi" w:cstheme="majorHAnsi"/>
          <w:b/>
          <w:bCs/>
          <w:rtl/>
        </w:rPr>
      </w:pPr>
      <w:r w:rsidRPr="00B05D15">
        <w:rPr>
          <w:rFonts w:ascii="Times New Roman" w:hAnsi="Times New Roman" w:cs="Times New Roman" w:hint="cs"/>
          <w:b/>
          <w:bCs/>
          <w:rtl/>
        </w:rPr>
        <w:t>المراجع</w:t>
      </w:r>
      <w:r w:rsidRPr="00B05D15">
        <w:rPr>
          <w:rFonts w:asciiTheme="majorHAnsi" w:hAnsiTheme="majorHAnsi" w:cstheme="majorHAnsi"/>
          <w:b/>
          <w:bCs/>
          <w:rtl/>
        </w:rPr>
        <w:t>:</w:t>
      </w:r>
    </w:p>
    <w:p w14:paraId="07078A3B" w14:textId="77777777" w:rsidR="0092650D" w:rsidRPr="0092650D" w:rsidRDefault="0092650D" w:rsidP="00B05D15">
      <w:pPr>
        <w:bidi/>
        <w:spacing w:line="360" w:lineRule="auto"/>
        <w:rPr>
          <w:rFonts w:asciiTheme="majorHAnsi" w:hAnsiTheme="majorHAnsi" w:cstheme="majorHAnsi"/>
          <w:b/>
        </w:rPr>
      </w:pPr>
      <w:r w:rsidRPr="0092650D">
        <w:rPr>
          <w:rFonts w:asciiTheme="majorHAnsi" w:hAnsiTheme="majorHAnsi" w:cstheme="majorHAnsi"/>
          <w:b/>
        </w:rPr>
        <w:t xml:space="preserve">Kotler, P., &amp; Keller, K. L. (2020). </w:t>
      </w:r>
      <w:r w:rsidRPr="0092650D">
        <w:rPr>
          <w:rFonts w:asciiTheme="majorHAnsi" w:hAnsiTheme="majorHAnsi" w:cstheme="majorHAnsi"/>
          <w:b/>
          <w:i/>
          <w:iCs/>
        </w:rPr>
        <w:t>Marketing Management</w:t>
      </w:r>
      <w:r w:rsidRPr="0092650D">
        <w:rPr>
          <w:rFonts w:asciiTheme="majorHAnsi" w:hAnsiTheme="majorHAnsi" w:cstheme="majorHAnsi"/>
          <w:b/>
        </w:rPr>
        <w:t>. Pearson.</w:t>
      </w:r>
    </w:p>
    <w:p w14:paraId="474EA318" w14:textId="77777777" w:rsidR="0092650D" w:rsidRPr="0092650D" w:rsidRDefault="0092650D" w:rsidP="00B05D15">
      <w:pPr>
        <w:bidi/>
        <w:spacing w:line="360" w:lineRule="auto"/>
        <w:rPr>
          <w:rFonts w:asciiTheme="majorHAnsi" w:hAnsiTheme="majorHAnsi" w:cstheme="majorHAnsi"/>
          <w:b/>
        </w:rPr>
      </w:pPr>
      <w:r w:rsidRPr="0092650D">
        <w:rPr>
          <w:rFonts w:asciiTheme="majorHAnsi" w:hAnsiTheme="majorHAnsi" w:cstheme="majorHAnsi"/>
          <w:b/>
        </w:rPr>
        <w:t xml:space="preserve">Chaffey, D., &amp; Ellis-Chadwick, F. (2019). </w:t>
      </w:r>
      <w:r w:rsidRPr="0092650D">
        <w:rPr>
          <w:rFonts w:asciiTheme="majorHAnsi" w:hAnsiTheme="majorHAnsi" w:cstheme="majorHAnsi"/>
          <w:b/>
          <w:i/>
          <w:iCs/>
        </w:rPr>
        <w:t>Digital Marketing</w:t>
      </w:r>
      <w:r w:rsidRPr="0092650D">
        <w:rPr>
          <w:rFonts w:asciiTheme="majorHAnsi" w:hAnsiTheme="majorHAnsi" w:cstheme="majorHAnsi"/>
          <w:b/>
        </w:rPr>
        <w:t>. Pearson.</w:t>
      </w:r>
    </w:p>
    <w:p w14:paraId="2ED3A942" w14:textId="77777777" w:rsidR="0092650D" w:rsidRPr="0092650D" w:rsidRDefault="0092650D" w:rsidP="00B05D15">
      <w:pPr>
        <w:bidi/>
        <w:spacing w:line="360" w:lineRule="auto"/>
        <w:rPr>
          <w:rFonts w:asciiTheme="majorHAnsi" w:hAnsiTheme="majorHAnsi" w:cstheme="majorHAnsi"/>
          <w:b/>
        </w:rPr>
      </w:pPr>
      <w:r w:rsidRPr="0092650D">
        <w:rPr>
          <w:rFonts w:asciiTheme="majorHAnsi" w:hAnsiTheme="majorHAnsi" w:cstheme="majorHAnsi"/>
          <w:b/>
        </w:rPr>
        <w:t xml:space="preserve">Lemon, K. N., &amp; Verhoef, P. C. (2016). Customer experience and customer journey. </w:t>
      </w:r>
      <w:r w:rsidRPr="0092650D">
        <w:rPr>
          <w:rFonts w:asciiTheme="majorHAnsi" w:hAnsiTheme="majorHAnsi" w:cstheme="majorHAnsi"/>
          <w:b/>
          <w:i/>
          <w:iCs/>
        </w:rPr>
        <w:t>Journal of Marketing</w:t>
      </w:r>
      <w:r w:rsidRPr="0092650D">
        <w:rPr>
          <w:rFonts w:asciiTheme="majorHAnsi" w:hAnsiTheme="majorHAnsi" w:cstheme="majorHAnsi"/>
          <w:b/>
        </w:rPr>
        <w:t>.</w:t>
      </w:r>
    </w:p>
    <w:p w14:paraId="09112524" w14:textId="77777777" w:rsidR="0092650D" w:rsidRPr="0092650D" w:rsidRDefault="0092650D" w:rsidP="00B05D15">
      <w:pPr>
        <w:bidi/>
        <w:spacing w:line="360" w:lineRule="auto"/>
        <w:rPr>
          <w:rFonts w:asciiTheme="majorHAnsi" w:hAnsiTheme="majorHAnsi" w:cstheme="majorHAnsi"/>
          <w:b/>
        </w:rPr>
      </w:pPr>
      <w:r w:rsidRPr="0092650D">
        <w:rPr>
          <w:rFonts w:asciiTheme="majorHAnsi" w:hAnsiTheme="majorHAnsi" w:cstheme="majorHAnsi"/>
          <w:b/>
        </w:rPr>
        <w:t xml:space="preserve">Creswell, J. W. (2014). </w:t>
      </w:r>
      <w:r w:rsidRPr="0092650D">
        <w:rPr>
          <w:rFonts w:asciiTheme="majorHAnsi" w:hAnsiTheme="majorHAnsi" w:cstheme="majorHAnsi"/>
          <w:b/>
          <w:i/>
          <w:iCs/>
        </w:rPr>
        <w:t>Research Design</w:t>
      </w:r>
      <w:r w:rsidRPr="0092650D">
        <w:rPr>
          <w:rFonts w:asciiTheme="majorHAnsi" w:hAnsiTheme="majorHAnsi" w:cstheme="majorHAnsi"/>
          <w:b/>
        </w:rPr>
        <w:t>. Sage Publications.</w:t>
      </w:r>
    </w:p>
    <w:p w14:paraId="0B8B22EC" w14:textId="5AA1D218" w:rsidR="00703534" w:rsidRPr="00B05D15" w:rsidRDefault="0092650D" w:rsidP="00B05D15">
      <w:pPr>
        <w:bidi/>
        <w:spacing w:line="360" w:lineRule="auto"/>
        <w:rPr>
          <w:rFonts w:asciiTheme="majorHAnsi" w:hAnsiTheme="majorHAnsi" w:cstheme="majorHAnsi"/>
          <w:b/>
        </w:rPr>
      </w:pPr>
      <w:r w:rsidRPr="0092650D">
        <w:rPr>
          <w:rFonts w:ascii="Times New Roman" w:hAnsi="Times New Roman" w:cs="Times New Roman" w:hint="cs"/>
          <w:b/>
          <w:rtl/>
        </w:rPr>
        <w:t>الهيئة</w:t>
      </w:r>
      <w:r w:rsidRPr="0092650D">
        <w:rPr>
          <w:rFonts w:asciiTheme="majorHAnsi" w:hAnsiTheme="majorHAnsi" w:cstheme="majorHAnsi"/>
          <w:b/>
          <w:rtl/>
        </w:rPr>
        <w:t xml:space="preserve"> </w:t>
      </w:r>
      <w:r w:rsidRPr="0092650D">
        <w:rPr>
          <w:rFonts w:ascii="Times New Roman" w:hAnsi="Times New Roman" w:cs="Times New Roman" w:hint="cs"/>
          <w:b/>
          <w:rtl/>
        </w:rPr>
        <w:t>العامة</w:t>
      </w:r>
      <w:r w:rsidRPr="0092650D">
        <w:rPr>
          <w:rFonts w:asciiTheme="majorHAnsi" w:hAnsiTheme="majorHAnsi" w:cstheme="majorHAnsi"/>
          <w:b/>
          <w:rtl/>
        </w:rPr>
        <w:t xml:space="preserve"> </w:t>
      </w:r>
      <w:r w:rsidRPr="0092650D">
        <w:rPr>
          <w:rFonts w:ascii="Times New Roman" w:hAnsi="Times New Roman" w:cs="Times New Roman" w:hint="cs"/>
          <w:b/>
          <w:rtl/>
        </w:rPr>
        <w:t>للعقار</w:t>
      </w:r>
      <w:r w:rsidRPr="0092650D">
        <w:rPr>
          <w:rFonts w:asciiTheme="majorHAnsi" w:hAnsiTheme="majorHAnsi" w:cstheme="majorHAnsi"/>
          <w:b/>
          <w:rtl/>
        </w:rPr>
        <w:t xml:space="preserve">. (2024). </w:t>
      </w:r>
      <w:r w:rsidRPr="0092650D">
        <w:rPr>
          <w:rFonts w:ascii="Times New Roman" w:hAnsi="Times New Roman" w:cs="Times New Roman" w:hint="cs"/>
          <w:b/>
          <w:rtl/>
        </w:rPr>
        <w:t>تقارير</w:t>
      </w:r>
      <w:r w:rsidRPr="0092650D">
        <w:rPr>
          <w:rFonts w:asciiTheme="majorHAnsi" w:hAnsiTheme="majorHAnsi" w:cstheme="majorHAnsi"/>
          <w:b/>
          <w:rtl/>
        </w:rPr>
        <w:t xml:space="preserve"> </w:t>
      </w:r>
      <w:r w:rsidRPr="0092650D">
        <w:rPr>
          <w:rFonts w:ascii="Times New Roman" w:hAnsi="Times New Roman" w:cs="Times New Roman" w:hint="cs"/>
          <w:b/>
          <w:rtl/>
        </w:rPr>
        <w:t>التحول</w:t>
      </w:r>
      <w:r w:rsidRPr="0092650D">
        <w:rPr>
          <w:rFonts w:asciiTheme="majorHAnsi" w:hAnsiTheme="majorHAnsi" w:cstheme="majorHAnsi"/>
          <w:b/>
          <w:rtl/>
        </w:rPr>
        <w:t xml:space="preserve"> </w:t>
      </w:r>
      <w:r w:rsidRPr="0092650D">
        <w:rPr>
          <w:rFonts w:ascii="Times New Roman" w:hAnsi="Times New Roman" w:cs="Times New Roman" w:hint="cs"/>
          <w:b/>
          <w:rtl/>
        </w:rPr>
        <w:t>الرقمي</w:t>
      </w:r>
      <w:r w:rsidRPr="0092650D">
        <w:rPr>
          <w:rFonts w:asciiTheme="majorHAnsi" w:hAnsiTheme="majorHAnsi" w:cstheme="majorHAnsi"/>
          <w:b/>
          <w:rtl/>
        </w:rPr>
        <w:t xml:space="preserve"> </w:t>
      </w:r>
      <w:r w:rsidRPr="0092650D">
        <w:rPr>
          <w:rFonts w:ascii="Times New Roman" w:hAnsi="Times New Roman" w:cs="Times New Roman" w:hint="cs"/>
          <w:b/>
          <w:rtl/>
        </w:rPr>
        <w:t>في</w:t>
      </w:r>
      <w:r w:rsidRPr="0092650D">
        <w:rPr>
          <w:rFonts w:asciiTheme="majorHAnsi" w:hAnsiTheme="majorHAnsi" w:cstheme="majorHAnsi"/>
          <w:b/>
          <w:rtl/>
        </w:rPr>
        <w:t xml:space="preserve"> </w:t>
      </w:r>
      <w:r w:rsidRPr="0092650D">
        <w:rPr>
          <w:rFonts w:ascii="Times New Roman" w:hAnsi="Times New Roman" w:cs="Times New Roman" w:hint="cs"/>
          <w:b/>
          <w:rtl/>
        </w:rPr>
        <w:t>القطاع</w:t>
      </w:r>
      <w:r w:rsidRPr="0092650D">
        <w:rPr>
          <w:rFonts w:asciiTheme="majorHAnsi" w:hAnsiTheme="majorHAnsi" w:cstheme="majorHAnsi"/>
          <w:b/>
          <w:rtl/>
        </w:rPr>
        <w:t xml:space="preserve"> </w:t>
      </w:r>
      <w:r w:rsidRPr="0092650D">
        <w:rPr>
          <w:rFonts w:ascii="Times New Roman" w:hAnsi="Times New Roman" w:cs="Times New Roman" w:hint="cs"/>
          <w:b/>
          <w:rtl/>
        </w:rPr>
        <w:t>العقاري</w:t>
      </w:r>
      <w:r w:rsidRPr="0092650D">
        <w:rPr>
          <w:rFonts w:asciiTheme="majorHAnsi" w:hAnsiTheme="majorHAnsi" w:cstheme="majorHAnsi"/>
          <w:b/>
          <w:rtl/>
        </w:rPr>
        <w:t xml:space="preserve"> </w:t>
      </w:r>
      <w:r w:rsidRPr="0092650D">
        <w:rPr>
          <w:rFonts w:ascii="Times New Roman" w:hAnsi="Times New Roman" w:cs="Times New Roman" w:hint="cs"/>
          <w:b/>
          <w:rtl/>
        </w:rPr>
        <w:t>السعودي</w:t>
      </w:r>
      <w:r w:rsidRPr="0092650D">
        <w:rPr>
          <w:rFonts w:asciiTheme="majorHAnsi" w:hAnsiTheme="majorHAnsi" w:cstheme="majorHAnsi"/>
          <w:b/>
        </w:rPr>
        <w:t>.</w:t>
      </w:r>
    </w:p>
    <w:sectPr w:rsidR="00703534" w:rsidRPr="00B05D15" w:rsidSect="003F0242">
      <w:footerReference w:type="default" r:id="rId11"/>
      <w:pgSz w:w="12240" w:h="15840"/>
      <w:pgMar w:top="1134" w:right="1701" w:bottom="1134" w:left="1134" w:header="720" w:footer="720" w:gutter="0"/>
      <w:pgBorders w:offsetFrom="page">
        <w:top w:val="dotDash" w:sz="4" w:space="24" w:color="auto" w:shadow="1"/>
        <w:left w:val="dotDash" w:sz="4" w:space="24" w:color="auto" w:shadow="1"/>
        <w:bottom w:val="dotDash" w:sz="4" w:space="24" w:color="auto" w:shadow="1"/>
        <w:right w:val="dotDash"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D92A7" w14:textId="77777777" w:rsidR="00DD3A32" w:rsidRDefault="00DD3A32" w:rsidP="000C371C">
      <w:pPr>
        <w:spacing w:after="0" w:line="240" w:lineRule="auto"/>
      </w:pPr>
      <w:r>
        <w:separator/>
      </w:r>
    </w:p>
  </w:endnote>
  <w:endnote w:type="continuationSeparator" w:id="0">
    <w:p w14:paraId="07892230" w14:textId="77777777" w:rsidR="00DD3A32" w:rsidRDefault="00DD3A32" w:rsidP="000C3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6086619"/>
      <w:docPartObj>
        <w:docPartGallery w:val="Page Numbers (Bottom of Page)"/>
        <w:docPartUnique/>
      </w:docPartObj>
    </w:sdtPr>
    <w:sdtEndPr>
      <w:rPr>
        <w:noProof/>
      </w:rPr>
    </w:sdtEndPr>
    <w:sdtContent>
      <w:p w14:paraId="1813EEDE" w14:textId="02E6E863" w:rsidR="00866711" w:rsidRDefault="008667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E3D1DA" w14:textId="77777777" w:rsidR="00866711" w:rsidRDefault="00866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62EF4" w14:textId="77777777" w:rsidR="00DD3A32" w:rsidRDefault="00DD3A32" w:rsidP="000C371C">
      <w:pPr>
        <w:spacing w:after="0" w:line="240" w:lineRule="auto"/>
      </w:pPr>
      <w:r>
        <w:separator/>
      </w:r>
    </w:p>
  </w:footnote>
  <w:footnote w:type="continuationSeparator" w:id="0">
    <w:p w14:paraId="4A83F835" w14:textId="77777777" w:rsidR="00DD3A32" w:rsidRDefault="00DD3A32" w:rsidP="000C37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B84364"/>
    <w:multiLevelType w:val="multilevel"/>
    <w:tmpl w:val="17C06072"/>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DA1B5D"/>
    <w:multiLevelType w:val="multilevel"/>
    <w:tmpl w:val="EFFC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A2719F"/>
    <w:multiLevelType w:val="multilevel"/>
    <w:tmpl w:val="6D5A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5B7532"/>
    <w:multiLevelType w:val="multilevel"/>
    <w:tmpl w:val="96D88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DB5EEA"/>
    <w:multiLevelType w:val="multilevel"/>
    <w:tmpl w:val="1A7A170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Calibri" w:eastAsiaTheme="minorEastAsia" w:hAnsi="Calibri" w:cs="Calibri" w:hint="default"/>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B6248A"/>
    <w:multiLevelType w:val="multilevel"/>
    <w:tmpl w:val="1B04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627B84"/>
    <w:multiLevelType w:val="multilevel"/>
    <w:tmpl w:val="8BAE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D95847"/>
    <w:multiLevelType w:val="multilevel"/>
    <w:tmpl w:val="CC2A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9776F8"/>
    <w:multiLevelType w:val="multilevel"/>
    <w:tmpl w:val="BF04A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2A4F47"/>
    <w:multiLevelType w:val="multilevel"/>
    <w:tmpl w:val="4942C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A25576"/>
    <w:multiLevelType w:val="multilevel"/>
    <w:tmpl w:val="A69C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D86C3B"/>
    <w:multiLevelType w:val="multilevel"/>
    <w:tmpl w:val="AE62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5F4A1F"/>
    <w:multiLevelType w:val="multilevel"/>
    <w:tmpl w:val="A4A6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9213FA"/>
    <w:multiLevelType w:val="multilevel"/>
    <w:tmpl w:val="06A0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0057442">
    <w:abstractNumId w:val="8"/>
  </w:num>
  <w:num w:numId="2" w16cid:durableId="923998889">
    <w:abstractNumId w:val="6"/>
  </w:num>
  <w:num w:numId="3" w16cid:durableId="385490153">
    <w:abstractNumId w:val="5"/>
  </w:num>
  <w:num w:numId="4" w16cid:durableId="839009521">
    <w:abstractNumId w:val="4"/>
  </w:num>
  <w:num w:numId="5" w16cid:durableId="425467267">
    <w:abstractNumId w:val="7"/>
  </w:num>
  <w:num w:numId="6" w16cid:durableId="140580553">
    <w:abstractNumId w:val="3"/>
  </w:num>
  <w:num w:numId="7" w16cid:durableId="1306817865">
    <w:abstractNumId w:val="2"/>
  </w:num>
  <w:num w:numId="8" w16cid:durableId="227695074">
    <w:abstractNumId w:val="1"/>
  </w:num>
  <w:num w:numId="9" w16cid:durableId="83841238">
    <w:abstractNumId w:val="0"/>
  </w:num>
  <w:num w:numId="10" w16cid:durableId="1641835916">
    <w:abstractNumId w:val="13"/>
  </w:num>
  <w:num w:numId="11" w16cid:durableId="1374891708">
    <w:abstractNumId w:val="14"/>
  </w:num>
  <w:num w:numId="12" w16cid:durableId="1933977236">
    <w:abstractNumId w:val="17"/>
  </w:num>
  <w:num w:numId="13" w16cid:durableId="1471049036">
    <w:abstractNumId w:val="11"/>
  </w:num>
  <w:num w:numId="14" w16cid:durableId="419790702">
    <w:abstractNumId w:val="10"/>
  </w:num>
  <w:num w:numId="15" w16cid:durableId="844826575">
    <w:abstractNumId w:val="21"/>
  </w:num>
  <w:num w:numId="16" w16cid:durableId="528644059">
    <w:abstractNumId w:val="22"/>
  </w:num>
  <w:num w:numId="17" w16cid:durableId="1415591401">
    <w:abstractNumId w:val="12"/>
  </w:num>
  <w:num w:numId="18" w16cid:durableId="1967392743">
    <w:abstractNumId w:val="20"/>
  </w:num>
  <w:num w:numId="19" w16cid:durableId="1305548904">
    <w:abstractNumId w:val="9"/>
  </w:num>
  <w:num w:numId="20" w16cid:durableId="252055507">
    <w:abstractNumId w:val="18"/>
  </w:num>
  <w:num w:numId="21" w16cid:durableId="1407264004">
    <w:abstractNumId w:val="19"/>
  </w:num>
  <w:num w:numId="22" w16cid:durableId="1644576961">
    <w:abstractNumId w:val="16"/>
  </w:num>
  <w:num w:numId="23" w16cid:durableId="15236638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35F1"/>
    <w:rsid w:val="0006063C"/>
    <w:rsid w:val="00074D4B"/>
    <w:rsid w:val="000B2CE1"/>
    <w:rsid w:val="000C371C"/>
    <w:rsid w:val="00101F1D"/>
    <w:rsid w:val="00104E32"/>
    <w:rsid w:val="001359CF"/>
    <w:rsid w:val="00137322"/>
    <w:rsid w:val="0015074B"/>
    <w:rsid w:val="001813DF"/>
    <w:rsid w:val="002234CB"/>
    <w:rsid w:val="00286598"/>
    <w:rsid w:val="0029639D"/>
    <w:rsid w:val="002A5EE1"/>
    <w:rsid w:val="002B7199"/>
    <w:rsid w:val="00326F90"/>
    <w:rsid w:val="003E2E5C"/>
    <w:rsid w:val="003F0242"/>
    <w:rsid w:val="004249E8"/>
    <w:rsid w:val="0043294A"/>
    <w:rsid w:val="00436FA1"/>
    <w:rsid w:val="00456F05"/>
    <w:rsid w:val="0046031A"/>
    <w:rsid w:val="0047181B"/>
    <w:rsid w:val="004958A1"/>
    <w:rsid w:val="004F08A2"/>
    <w:rsid w:val="00522D53"/>
    <w:rsid w:val="00562691"/>
    <w:rsid w:val="00590096"/>
    <w:rsid w:val="00596432"/>
    <w:rsid w:val="005F0B45"/>
    <w:rsid w:val="00600238"/>
    <w:rsid w:val="00622C67"/>
    <w:rsid w:val="006E2046"/>
    <w:rsid w:val="00703534"/>
    <w:rsid w:val="007562FB"/>
    <w:rsid w:val="00772D21"/>
    <w:rsid w:val="007901D3"/>
    <w:rsid w:val="00792C25"/>
    <w:rsid w:val="007C0437"/>
    <w:rsid w:val="007F0450"/>
    <w:rsid w:val="008318A1"/>
    <w:rsid w:val="00866711"/>
    <w:rsid w:val="0092650D"/>
    <w:rsid w:val="00971EAB"/>
    <w:rsid w:val="009A2188"/>
    <w:rsid w:val="009B1AC4"/>
    <w:rsid w:val="009B66BC"/>
    <w:rsid w:val="00A27DB4"/>
    <w:rsid w:val="00A41E53"/>
    <w:rsid w:val="00AA1D8D"/>
    <w:rsid w:val="00AC1A31"/>
    <w:rsid w:val="00B05D15"/>
    <w:rsid w:val="00B07D03"/>
    <w:rsid w:val="00B47730"/>
    <w:rsid w:val="00B524C1"/>
    <w:rsid w:val="00B55B16"/>
    <w:rsid w:val="00BB527F"/>
    <w:rsid w:val="00BD7159"/>
    <w:rsid w:val="00CB0664"/>
    <w:rsid w:val="00CB5F28"/>
    <w:rsid w:val="00CC5BD1"/>
    <w:rsid w:val="00CF5C02"/>
    <w:rsid w:val="00CF66F7"/>
    <w:rsid w:val="00D059FE"/>
    <w:rsid w:val="00D20B50"/>
    <w:rsid w:val="00D720A1"/>
    <w:rsid w:val="00DC5E40"/>
    <w:rsid w:val="00DD3A32"/>
    <w:rsid w:val="00DF06ED"/>
    <w:rsid w:val="00E71DE9"/>
    <w:rsid w:val="00E96B54"/>
    <w:rsid w:val="00F022DC"/>
    <w:rsid w:val="00FC693F"/>
    <w:rsid w:val="00FD5E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800B39"/>
  <w14:defaultImageDpi w14:val="330"/>
  <w15:docId w15:val="{52919BA4-3880-4904-98F7-C78BF3DA5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598"/>
  </w:style>
  <w:style w:type="paragraph" w:styleId="Heading1">
    <w:name w:val="heading 1"/>
    <w:basedOn w:val="Normal"/>
    <w:next w:val="Normal"/>
    <w:link w:val="Heading1Char"/>
    <w:uiPriority w:val="9"/>
    <w:qFormat/>
    <w:rsid w:val="00286598"/>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286598"/>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286598"/>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86598"/>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286598"/>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286598"/>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286598"/>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286598"/>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286598"/>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286598"/>
    <w:pPr>
      <w:spacing w:after="0" w:line="240" w:lineRule="auto"/>
    </w:pPr>
  </w:style>
  <w:style w:type="character" w:customStyle="1" w:styleId="Heading1Char">
    <w:name w:val="Heading 1 Char"/>
    <w:basedOn w:val="DefaultParagraphFont"/>
    <w:link w:val="Heading1"/>
    <w:uiPriority w:val="9"/>
    <w:rsid w:val="00286598"/>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28659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286598"/>
    <w:rPr>
      <w:rFonts w:asciiTheme="majorHAnsi" w:eastAsiaTheme="majorEastAsia" w:hAnsiTheme="majorHAnsi" w:cstheme="majorBidi"/>
      <w:color w:val="365F91" w:themeColor="accent1" w:themeShade="BF"/>
      <w:sz w:val="28"/>
      <w:szCs w:val="28"/>
    </w:rPr>
  </w:style>
  <w:style w:type="paragraph" w:styleId="Title">
    <w:name w:val="Title"/>
    <w:basedOn w:val="Normal"/>
    <w:next w:val="Normal"/>
    <w:link w:val="TitleChar"/>
    <w:uiPriority w:val="10"/>
    <w:qFormat/>
    <w:rsid w:val="00286598"/>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286598"/>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286598"/>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286598"/>
    <w:rPr>
      <w:rFonts w:asciiTheme="majorHAnsi" w:eastAsiaTheme="majorEastAsia" w:hAnsiTheme="majorHAnsi" w:cstheme="majorBidi"/>
      <w:color w:val="4F81BD" w:themeColor="accent1"/>
      <w:sz w:val="28"/>
      <w:szCs w:val="28"/>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286598"/>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286598"/>
    <w:rPr>
      <w:color w:val="1F497D" w:themeColor="text2"/>
      <w:sz w:val="24"/>
      <w:szCs w:val="24"/>
    </w:rPr>
  </w:style>
  <w:style w:type="character" w:customStyle="1" w:styleId="Heading4Char">
    <w:name w:val="Heading 4 Char"/>
    <w:basedOn w:val="DefaultParagraphFont"/>
    <w:link w:val="Heading4"/>
    <w:uiPriority w:val="9"/>
    <w:semiHidden/>
    <w:rsid w:val="00286598"/>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286598"/>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286598"/>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286598"/>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286598"/>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286598"/>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286598"/>
    <w:pPr>
      <w:spacing w:line="240" w:lineRule="auto"/>
    </w:pPr>
    <w:rPr>
      <w:b/>
      <w:bCs/>
      <w:smallCaps/>
      <w:color w:val="1F497D" w:themeColor="text2"/>
    </w:rPr>
  </w:style>
  <w:style w:type="character" w:styleId="Strong">
    <w:name w:val="Strong"/>
    <w:basedOn w:val="DefaultParagraphFont"/>
    <w:uiPriority w:val="22"/>
    <w:qFormat/>
    <w:rsid w:val="00286598"/>
    <w:rPr>
      <w:b/>
      <w:bCs/>
    </w:rPr>
  </w:style>
  <w:style w:type="character" w:styleId="Emphasis">
    <w:name w:val="Emphasis"/>
    <w:basedOn w:val="DefaultParagraphFont"/>
    <w:uiPriority w:val="20"/>
    <w:qFormat/>
    <w:rsid w:val="00286598"/>
    <w:rPr>
      <w:i/>
      <w:iCs/>
    </w:rPr>
  </w:style>
  <w:style w:type="paragraph" w:styleId="IntenseQuote">
    <w:name w:val="Intense Quote"/>
    <w:basedOn w:val="Normal"/>
    <w:next w:val="Normal"/>
    <w:link w:val="IntenseQuoteChar"/>
    <w:uiPriority w:val="30"/>
    <w:qFormat/>
    <w:rsid w:val="00286598"/>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286598"/>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286598"/>
    <w:rPr>
      <w:i/>
      <w:iCs/>
      <w:color w:val="595959" w:themeColor="text1" w:themeTint="A6"/>
    </w:rPr>
  </w:style>
  <w:style w:type="character" w:styleId="IntenseEmphasis">
    <w:name w:val="Intense Emphasis"/>
    <w:basedOn w:val="DefaultParagraphFont"/>
    <w:uiPriority w:val="21"/>
    <w:qFormat/>
    <w:rsid w:val="00286598"/>
    <w:rPr>
      <w:b/>
      <w:bCs/>
      <w:i/>
      <w:iCs/>
    </w:rPr>
  </w:style>
  <w:style w:type="character" w:styleId="SubtleReference">
    <w:name w:val="Subtle Reference"/>
    <w:basedOn w:val="DefaultParagraphFont"/>
    <w:uiPriority w:val="31"/>
    <w:qFormat/>
    <w:rsid w:val="0028659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86598"/>
    <w:rPr>
      <w:b/>
      <w:bCs/>
      <w:smallCaps/>
      <w:color w:val="1F497D" w:themeColor="text2"/>
      <w:u w:val="single"/>
    </w:rPr>
  </w:style>
  <w:style w:type="character" w:styleId="BookTitle">
    <w:name w:val="Book Title"/>
    <w:basedOn w:val="DefaultParagraphFont"/>
    <w:uiPriority w:val="33"/>
    <w:qFormat/>
    <w:rsid w:val="00286598"/>
    <w:rPr>
      <w:b/>
      <w:bCs/>
      <w:smallCaps/>
      <w:spacing w:val="10"/>
    </w:rPr>
  </w:style>
  <w:style w:type="paragraph" w:styleId="TOCHeading">
    <w:name w:val="TOC Heading"/>
    <w:basedOn w:val="Heading1"/>
    <w:next w:val="Normal"/>
    <w:uiPriority w:val="39"/>
    <w:semiHidden/>
    <w:unhideWhenUsed/>
    <w:qFormat/>
    <w:rsid w:val="00286598"/>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A5EE1"/>
    <w:rPr>
      <w:color w:val="0000FF" w:themeColor="hyperlink"/>
      <w:u w:val="single"/>
    </w:rPr>
  </w:style>
  <w:style w:type="character" w:styleId="UnresolvedMention">
    <w:name w:val="Unresolved Mention"/>
    <w:basedOn w:val="DefaultParagraphFont"/>
    <w:uiPriority w:val="99"/>
    <w:semiHidden/>
    <w:unhideWhenUsed/>
    <w:rsid w:val="002A5EE1"/>
    <w:rPr>
      <w:color w:val="605E5C"/>
      <w:shd w:val="clear" w:color="auto" w:fill="E1DFDD"/>
    </w:rPr>
  </w:style>
  <w:style w:type="table" w:styleId="PlainTable1">
    <w:name w:val="Plain Table 1"/>
    <w:basedOn w:val="TableNormal"/>
    <w:uiPriority w:val="99"/>
    <w:rsid w:val="00CF5C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CF5C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CF5C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CF5C0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CF5C0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99"/>
    <w:rsid w:val="00CF5C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CF5C02"/>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F5C02"/>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F5C02"/>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NoSpacingChar">
    <w:name w:val="No Spacing Char"/>
    <w:basedOn w:val="DefaultParagraphFont"/>
    <w:link w:val="NoSpacing"/>
    <w:uiPriority w:val="1"/>
    <w:rsid w:val="000C371C"/>
  </w:style>
  <w:style w:type="table" w:styleId="GridTable6Colorful-Accent5">
    <w:name w:val="Grid Table 6 Colorful Accent 5"/>
    <w:basedOn w:val="TableNormal"/>
    <w:uiPriority w:val="51"/>
    <w:rsid w:val="005F0B45"/>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sis.midocean.a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2801</Words>
  <Characters>15971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NAIF LAJAM</cp:lastModifiedBy>
  <cp:revision>2</cp:revision>
  <cp:lastPrinted>2026-02-28T21:34:00Z</cp:lastPrinted>
  <dcterms:created xsi:type="dcterms:W3CDTF">2026-07-18T12:47:00Z</dcterms:created>
  <dcterms:modified xsi:type="dcterms:W3CDTF">2026-07-18T12:47:00Z</dcterms:modified>
  <cp:category/>
</cp:coreProperties>
</file>