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CEDBA4" w14:textId="3F5F114F" w:rsidR="008E412B" w:rsidRPr="008E412B" w:rsidRDefault="008E412B" w:rsidP="00785C0A">
      <w:pPr>
        <w:spacing w:line="276" w:lineRule="auto"/>
        <w:jc w:val="both"/>
        <w:rPr>
          <w:rFonts w:asciiTheme="minorBidi" w:hAnsiTheme="minorBidi"/>
          <w:sz w:val="30"/>
          <w:szCs w:val="30"/>
          <w:rtl/>
        </w:rPr>
      </w:pPr>
      <w:r w:rsidRPr="000F0786">
        <w:rPr>
          <w:rFonts w:asciiTheme="minorBidi" w:hAnsiTheme="minorBidi"/>
          <w:b/>
          <w:bCs/>
          <w:noProof/>
          <w:sz w:val="26"/>
          <w:szCs w:val="26"/>
        </w:rPr>
        <w:drawing>
          <wp:anchor distT="0" distB="0" distL="114300" distR="114300" simplePos="0" relativeHeight="251703296" behindDoc="0" locked="0" layoutInCell="1" allowOverlap="1" wp14:anchorId="364A6841" wp14:editId="10B308A3">
            <wp:simplePos x="0" y="0"/>
            <wp:positionH relativeFrom="margin">
              <wp:posOffset>-511810</wp:posOffset>
            </wp:positionH>
            <wp:positionV relativeFrom="margin">
              <wp:posOffset>-558800</wp:posOffset>
            </wp:positionV>
            <wp:extent cx="2226945" cy="1615440"/>
            <wp:effectExtent l="0" t="0" r="190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b="21836"/>
                    <a:stretch/>
                  </pic:blipFill>
                  <pic:spPr bwMode="auto">
                    <a:xfrm>
                      <a:off x="0" y="0"/>
                      <a:ext cx="2226945" cy="16154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heme="minorBidi" w:hAnsiTheme="minorBidi" w:hint="cs"/>
          <w:b/>
          <w:bCs/>
          <w:sz w:val="26"/>
          <w:szCs w:val="26"/>
          <w:rtl/>
        </w:rPr>
        <w:t xml:space="preserve">   </w:t>
      </w:r>
      <w:r w:rsidRPr="008E412B">
        <w:rPr>
          <w:rFonts w:asciiTheme="minorBidi" w:hAnsiTheme="minorBidi" w:hint="cs"/>
          <w:b/>
          <w:bCs/>
          <w:sz w:val="30"/>
          <w:szCs w:val="30"/>
          <w:rtl/>
        </w:rPr>
        <w:t xml:space="preserve">      </w:t>
      </w:r>
      <w:r w:rsidRPr="008E412B">
        <w:rPr>
          <w:rFonts w:asciiTheme="minorBidi" w:hAnsiTheme="minorBidi"/>
          <w:b/>
          <w:bCs/>
          <w:sz w:val="30"/>
          <w:szCs w:val="30"/>
          <w:rtl/>
        </w:rPr>
        <w:t xml:space="preserve"> جامعة </w:t>
      </w:r>
      <w:proofErr w:type="spellStart"/>
      <w:r w:rsidRPr="008E412B">
        <w:rPr>
          <w:rFonts w:asciiTheme="minorBidi" w:hAnsiTheme="minorBidi"/>
          <w:b/>
          <w:bCs/>
          <w:sz w:val="30"/>
          <w:szCs w:val="30"/>
          <w:rtl/>
        </w:rPr>
        <w:t>ميدأوشن</w:t>
      </w:r>
      <w:proofErr w:type="spellEnd"/>
      <w:r w:rsidRPr="008E412B">
        <w:rPr>
          <w:rFonts w:asciiTheme="minorBidi" w:hAnsiTheme="minorBidi"/>
          <w:b/>
          <w:bCs/>
          <w:sz w:val="30"/>
          <w:szCs w:val="30"/>
          <w:rtl/>
        </w:rPr>
        <w:t xml:space="preserve"> </w:t>
      </w:r>
    </w:p>
    <w:p w14:paraId="1ACCD130" w14:textId="42A5C56C" w:rsidR="008E412B" w:rsidRPr="008E412B" w:rsidRDefault="008E412B" w:rsidP="00785C0A">
      <w:pPr>
        <w:spacing w:line="276" w:lineRule="auto"/>
        <w:jc w:val="both"/>
        <w:rPr>
          <w:rFonts w:asciiTheme="minorBidi" w:hAnsiTheme="minorBidi"/>
          <w:b/>
          <w:bCs/>
          <w:sz w:val="30"/>
          <w:szCs w:val="30"/>
          <w:lang w:val="en-GB"/>
        </w:rPr>
      </w:pPr>
      <w:r w:rsidRPr="008E412B">
        <w:rPr>
          <w:rFonts w:asciiTheme="minorBidi" w:hAnsiTheme="minorBidi"/>
          <w:b/>
          <w:bCs/>
          <w:sz w:val="30"/>
          <w:szCs w:val="30"/>
        </w:rPr>
        <w:t xml:space="preserve">  </w:t>
      </w:r>
      <w:r w:rsidRPr="008E412B">
        <w:rPr>
          <w:rFonts w:asciiTheme="minorBidi" w:hAnsiTheme="minorBidi" w:hint="cs"/>
          <w:b/>
          <w:bCs/>
          <w:sz w:val="30"/>
          <w:szCs w:val="30"/>
          <w:rtl/>
        </w:rPr>
        <w:t xml:space="preserve"> </w:t>
      </w:r>
      <w:r w:rsidRPr="008E412B">
        <w:rPr>
          <w:rFonts w:asciiTheme="minorBidi" w:hAnsiTheme="minorBidi"/>
          <w:b/>
          <w:bCs/>
          <w:sz w:val="30"/>
          <w:szCs w:val="30"/>
        </w:rPr>
        <w:t xml:space="preserve">      </w:t>
      </w:r>
      <w:r w:rsidRPr="008E412B">
        <w:rPr>
          <w:rFonts w:asciiTheme="minorBidi" w:hAnsiTheme="minorBidi" w:hint="cs"/>
          <w:b/>
          <w:bCs/>
          <w:sz w:val="30"/>
          <w:szCs w:val="30"/>
          <w:rtl/>
        </w:rPr>
        <w:t xml:space="preserve">    </w:t>
      </w:r>
      <w:r w:rsidRPr="008E412B">
        <w:rPr>
          <w:rFonts w:asciiTheme="minorBidi" w:hAnsiTheme="minorBidi"/>
          <w:b/>
          <w:bCs/>
          <w:sz w:val="30"/>
          <w:szCs w:val="30"/>
        </w:rPr>
        <w:t xml:space="preserve">  </w:t>
      </w:r>
      <w:r w:rsidRPr="008E412B">
        <w:rPr>
          <w:rFonts w:asciiTheme="minorBidi" w:hAnsiTheme="minorBidi"/>
          <w:b/>
          <w:bCs/>
          <w:sz w:val="30"/>
          <w:szCs w:val="30"/>
          <w:rtl/>
        </w:rPr>
        <w:t xml:space="preserve">كلية الإدارة </w:t>
      </w:r>
    </w:p>
    <w:p w14:paraId="3E81D12A" w14:textId="442460E3" w:rsidR="008E412B" w:rsidRPr="008E412B" w:rsidRDefault="008E412B" w:rsidP="00785C0A">
      <w:pPr>
        <w:spacing w:line="276" w:lineRule="auto"/>
        <w:jc w:val="both"/>
        <w:rPr>
          <w:rFonts w:asciiTheme="minorBidi" w:hAnsiTheme="minorBidi"/>
          <w:b/>
          <w:bCs/>
          <w:sz w:val="30"/>
          <w:szCs w:val="30"/>
          <w:rtl/>
        </w:rPr>
      </w:pPr>
      <w:r w:rsidRPr="008E412B">
        <w:rPr>
          <w:rFonts w:asciiTheme="minorBidi" w:hAnsiTheme="minorBidi" w:hint="cs"/>
          <w:b/>
          <w:bCs/>
          <w:sz w:val="30"/>
          <w:szCs w:val="30"/>
          <w:rtl/>
        </w:rPr>
        <w:t xml:space="preserve">    </w:t>
      </w:r>
      <w:r w:rsidRPr="008E412B">
        <w:rPr>
          <w:rFonts w:asciiTheme="minorBidi" w:hAnsiTheme="minorBidi"/>
          <w:b/>
          <w:bCs/>
          <w:sz w:val="30"/>
          <w:szCs w:val="30"/>
          <w:rtl/>
        </w:rPr>
        <w:t xml:space="preserve"> ماجستير إدارة المشاريع</w:t>
      </w:r>
    </w:p>
    <w:p w14:paraId="1F1A1EB8" w14:textId="77777777" w:rsidR="008E412B" w:rsidRDefault="008E412B" w:rsidP="009B4868">
      <w:pPr>
        <w:spacing w:line="276" w:lineRule="auto"/>
        <w:jc w:val="center"/>
        <w:rPr>
          <w:rFonts w:asciiTheme="minorBidi" w:hAnsiTheme="minorBidi"/>
          <w:sz w:val="26"/>
          <w:szCs w:val="26"/>
          <w:rtl/>
          <w:cs w:val="0"/>
        </w:rPr>
      </w:pPr>
    </w:p>
    <w:p w14:paraId="08AF0B8F" w14:textId="77777777" w:rsidR="00BF3334" w:rsidRDefault="00BF3334" w:rsidP="009B4868">
      <w:pPr>
        <w:spacing w:line="276" w:lineRule="auto"/>
        <w:jc w:val="center"/>
        <w:rPr>
          <w:rFonts w:asciiTheme="minorBidi" w:hAnsiTheme="minorBidi"/>
          <w:sz w:val="26"/>
          <w:szCs w:val="26"/>
          <w:rtl/>
          <w:cs w:val="0"/>
        </w:rPr>
      </w:pPr>
    </w:p>
    <w:p w14:paraId="42FDB660" w14:textId="77777777" w:rsidR="00BF3334" w:rsidRPr="000F0786" w:rsidRDefault="00BF3334" w:rsidP="009B4868">
      <w:pPr>
        <w:spacing w:line="276" w:lineRule="auto"/>
        <w:jc w:val="center"/>
        <w:rPr>
          <w:rFonts w:asciiTheme="minorBidi" w:hAnsiTheme="minorBidi"/>
          <w:sz w:val="26"/>
          <w:szCs w:val="26"/>
          <w:rtl/>
        </w:rPr>
      </w:pPr>
    </w:p>
    <w:p w14:paraId="48192893" w14:textId="77777777" w:rsidR="008E412B" w:rsidRPr="000F0786" w:rsidRDefault="008E412B" w:rsidP="00BF3334">
      <w:pPr>
        <w:spacing w:line="276" w:lineRule="auto"/>
        <w:jc w:val="center"/>
        <w:rPr>
          <w:rFonts w:asciiTheme="minorBidi" w:hAnsiTheme="minorBidi"/>
          <w:b/>
          <w:bCs/>
          <w:color w:val="000000" w:themeColor="text1"/>
          <w:sz w:val="52"/>
          <w:szCs w:val="52"/>
          <w:rtl/>
        </w:rPr>
      </w:pPr>
      <w:r w:rsidRPr="000F0786">
        <w:rPr>
          <w:rFonts w:asciiTheme="minorBidi" w:hAnsiTheme="minorBidi"/>
          <w:b/>
          <w:bCs/>
          <w:color w:val="000000" w:themeColor="text1"/>
          <w:sz w:val="52"/>
          <w:szCs w:val="52"/>
          <w:rtl/>
        </w:rPr>
        <w:t>أثر إدارة الأداء على تحسين الإنتاجية</w:t>
      </w:r>
    </w:p>
    <w:p w14:paraId="08365DEE" w14:textId="77777777" w:rsidR="008E412B" w:rsidRPr="000F0786" w:rsidRDefault="008E412B" w:rsidP="009B4868">
      <w:pPr>
        <w:spacing w:line="276" w:lineRule="auto"/>
        <w:jc w:val="center"/>
        <w:rPr>
          <w:rFonts w:asciiTheme="minorBidi" w:hAnsiTheme="minorBidi"/>
          <w:b/>
          <w:bCs/>
          <w:color w:val="000000" w:themeColor="text1"/>
          <w:sz w:val="36"/>
          <w:szCs w:val="36"/>
          <w:rtl/>
        </w:rPr>
      </w:pPr>
      <w:r w:rsidRPr="000F0786">
        <w:rPr>
          <w:rFonts w:asciiTheme="minorBidi" w:hAnsiTheme="minorBidi"/>
          <w:b/>
          <w:bCs/>
          <w:color w:val="000000" w:themeColor="text1"/>
          <w:sz w:val="36"/>
          <w:szCs w:val="36"/>
          <w:rtl/>
        </w:rPr>
        <w:t>دراسة ميدانية على العاملين في شركة مصنع تمور القصيم المحدودة بالمملكة العربية السعودية</w:t>
      </w:r>
    </w:p>
    <w:p w14:paraId="28BE34BA" w14:textId="77777777" w:rsidR="008E412B" w:rsidRPr="000F0786" w:rsidRDefault="008E412B" w:rsidP="009B4868">
      <w:pPr>
        <w:spacing w:line="276" w:lineRule="auto"/>
        <w:jc w:val="center"/>
        <w:rPr>
          <w:rFonts w:asciiTheme="minorBidi" w:hAnsiTheme="minorBidi"/>
          <w:sz w:val="26"/>
          <w:szCs w:val="26"/>
          <w:rtl/>
        </w:rPr>
      </w:pPr>
    </w:p>
    <w:p w14:paraId="23F97F11" w14:textId="77777777" w:rsidR="008E412B" w:rsidRPr="000F0786" w:rsidRDefault="008E412B" w:rsidP="009B4868">
      <w:pPr>
        <w:spacing w:after="0" w:line="276" w:lineRule="auto"/>
        <w:jc w:val="center"/>
        <w:rPr>
          <w:rFonts w:asciiTheme="minorBidi" w:hAnsiTheme="minorBidi"/>
          <w:b/>
          <w:bCs/>
          <w:sz w:val="26"/>
          <w:szCs w:val="26"/>
          <w:rtl/>
        </w:rPr>
      </w:pPr>
    </w:p>
    <w:p w14:paraId="358C6B32" w14:textId="77777777" w:rsidR="008E412B" w:rsidRPr="000F0786" w:rsidRDefault="008E412B" w:rsidP="009B4868">
      <w:pPr>
        <w:spacing w:after="0" w:line="276" w:lineRule="auto"/>
        <w:jc w:val="center"/>
        <w:rPr>
          <w:rFonts w:asciiTheme="minorBidi" w:hAnsiTheme="minorBidi"/>
          <w:b/>
          <w:bCs/>
          <w:sz w:val="30"/>
          <w:szCs w:val="30"/>
          <w:rtl/>
        </w:rPr>
      </w:pPr>
      <w:r w:rsidRPr="000F0786">
        <w:rPr>
          <w:rFonts w:asciiTheme="minorBidi" w:hAnsiTheme="minorBidi"/>
          <w:b/>
          <w:bCs/>
          <w:sz w:val="30"/>
          <w:szCs w:val="30"/>
          <w:rtl/>
        </w:rPr>
        <w:t>إعداد الطالب/</w:t>
      </w:r>
    </w:p>
    <w:p w14:paraId="66F92398" w14:textId="77777777" w:rsidR="008E412B" w:rsidRPr="000F0786" w:rsidRDefault="008E412B" w:rsidP="009B4868">
      <w:pPr>
        <w:spacing w:after="0" w:line="276" w:lineRule="auto"/>
        <w:jc w:val="center"/>
        <w:rPr>
          <w:rFonts w:asciiTheme="minorBidi" w:hAnsiTheme="minorBidi"/>
          <w:b/>
          <w:bCs/>
          <w:sz w:val="30"/>
          <w:szCs w:val="30"/>
          <w:rtl/>
        </w:rPr>
      </w:pPr>
      <w:r w:rsidRPr="000F0786">
        <w:rPr>
          <w:rFonts w:asciiTheme="minorBidi" w:hAnsiTheme="minorBidi"/>
          <w:b/>
          <w:bCs/>
          <w:sz w:val="30"/>
          <w:szCs w:val="30"/>
          <w:rtl/>
        </w:rPr>
        <w:t>حمود محمد العنزي</w:t>
      </w:r>
    </w:p>
    <w:p w14:paraId="7ED77487" w14:textId="77777777" w:rsidR="008E412B" w:rsidRPr="000F0786" w:rsidRDefault="008E412B" w:rsidP="009B4868">
      <w:pPr>
        <w:spacing w:after="0" w:line="276" w:lineRule="auto"/>
        <w:jc w:val="center"/>
        <w:rPr>
          <w:rFonts w:asciiTheme="minorBidi" w:hAnsiTheme="minorBidi"/>
          <w:b/>
          <w:bCs/>
          <w:sz w:val="30"/>
          <w:szCs w:val="30"/>
          <w:rtl/>
        </w:rPr>
      </w:pPr>
    </w:p>
    <w:p w14:paraId="2A9E57FB" w14:textId="77777777" w:rsidR="008E412B" w:rsidRPr="000F0786" w:rsidRDefault="008E412B" w:rsidP="009B4868">
      <w:pPr>
        <w:spacing w:after="0" w:line="276" w:lineRule="auto"/>
        <w:jc w:val="center"/>
        <w:rPr>
          <w:rFonts w:asciiTheme="minorBidi" w:hAnsiTheme="minorBidi"/>
          <w:b/>
          <w:bCs/>
          <w:sz w:val="30"/>
          <w:szCs w:val="30"/>
          <w:rtl/>
        </w:rPr>
      </w:pPr>
      <w:r w:rsidRPr="000F0786">
        <w:rPr>
          <w:rFonts w:asciiTheme="minorBidi" w:hAnsiTheme="minorBidi"/>
          <w:b/>
          <w:bCs/>
          <w:sz w:val="30"/>
          <w:szCs w:val="30"/>
          <w:rtl/>
        </w:rPr>
        <w:t>الرقم الجامعي/</w:t>
      </w:r>
    </w:p>
    <w:p w14:paraId="17A1F241" w14:textId="77777777" w:rsidR="008E412B" w:rsidRPr="000F0786" w:rsidRDefault="008E412B" w:rsidP="009B4868">
      <w:pPr>
        <w:spacing w:after="0" w:line="276" w:lineRule="auto"/>
        <w:jc w:val="center"/>
        <w:rPr>
          <w:rFonts w:asciiTheme="minorBidi" w:hAnsiTheme="minorBidi"/>
          <w:b/>
          <w:bCs/>
          <w:sz w:val="30"/>
          <w:szCs w:val="30"/>
          <w:rtl/>
        </w:rPr>
      </w:pPr>
      <w:r w:rsidRPr="000F0786">
        <w:rPr>
          <w:rFonts w:asciiTheme="minorBidi" w:hAnsiTheme="minorBidi"/>
          <w:b/>
          <w:bCs/>
          <w:sz w:val="30"/>
          <w:szCs w:val="30"/>
        </w:rPr>
        <w:t>253000052</w:t>
      </w:r>
    </w:p>
    <w:p w14:paraId="3AD778B0" w14:textId="77777777" w:rsidR="008E412B" w:rsidRPr="000F0786" w:rsidRDefault="008E412B" w:rsidP="009B4868">
      <w:pPr>
        <w:spacing w:after="0" w:line="276" w:lineRule="auto"/>
        <w:jc w:val="center"/>
        <w:rPr>
          <w:rFonts w:asciiTheme="minorBidi" w:hAnsiTheme="minorBidi"/>
          <w:b/>
          <w:bCs/>
          <w:sz w:val="30"/>
          <w:szCs w:val="30"/>
          <w:rtl/>
        </w:rPr>
      </w:pPr>
    </w:p>
    <w:p w14:paraId="773DBFF1" w14:textId="77777777" w:rsidR="008E412B" w:rsidRPr="000F0786" w:rsidRDefault="008E412B" w:rsidP="009B4868">
      <w:pPr>
        <w:spacing w:after="0" w:line="276" w:lineRule="auto"/>
        <w:jc w:val="center"/>
        <w:rPr>
          <w:rFonts w:asciiTheme="minorBidi" w:hAnsiTheme="minorBidi"/>
          <w:b/>
          <w:bCs/>
          <w:sz w:val="30"/>
          <w:szCs w:val="30"/>
          <w:rtl/>
        </w:rPr>
      </w:pPr>
      <w:r w:rsidRPr="000F0786">
        <w:rPr>
          <w:rFonts w:asciiTheme="minorBidi" w:hAnsiTheme="minorBidi"/>
          <w:b/>
          <w:bCs/>
          <w:sz w:val="30"/>
          <w:szCs w:val="30"/>
          <w:rtl/>
        </w:rPr>
        <w:t>إشراف/</w:t>
      </w:r>
    </w:p>
    <w:p w14:paraId="16F96FBF" w14:textId="77777777" w:rsidR="008E412B" w:rsidRDefault="008E412B" w:rsidP="009B4868">
      <w:pPr>
        <w:spacing w:after="0" w:line="276" w:lineRule="auto"/>
        <w:jc w:val="center"/>
        <w:rPr>
          <w:rFonts w:asciiTheme="minorBidi" w:hAnsiTheme="minorBidi"/>
          <w:b/>
          <w:bCs/>
          <w:sz w:val="30"/>
          <w:szCs w:val="30"/>
          <w:rtl/>
        </w:rPr>
      </w:pPr>
      <w:proofErr w:type="spellStart"/>
      <w:proofErr w:type="gramStart"/>
      <w:r w:rsidRPr="000F0786">
        <w:rPr>
          <w:rFonts w:asciiTheme="minorBidi" w:hAnsiTheme="minorBidi"/>
          <w:b/>
          <w:bCs/>
          <w:sz w:val="30"/>
          <w:szCs w:val="30"/>
          <w:rtl/>
        </w:rPr>
        <w:t>د.فايز</w:t>
      </w:r>
      <w:proofErr w:type="spellEnd"/>
      <w:proofErr w:type="gramEnd"/>
      <w:r w:rsidRPr="000F0786">
        <w:rPr>
          <w:rFonts w:asciiTheme="minorBidi" w:hAnsiTheme="minorBidi"/>
          <w:b/>
          <w:bCs/>
          <w:sz w:val="30"/>
          <w:szCs w:val="30"/>
          <w:rtl/>
        </w:rPr>
        <w:t xml:space="preserve"> جراد</w:t>
      </w:r>
    </w:p>
    <w:p w14:paraId="34309291" w14:textId="4E49E620" w:rsidR="00DF300C" w:rsidRPr="000F0786" w:rsidRDefault="00DF300C" w:rsidP="009B4868">
      <w:pPr>
        <w:spacing w:after="0" w:line="276" w:lineRule="auto"/>
        <w:jc w:val="center"/>
        <w:rPr>
          <w:rFonts w:asciiTheme="minorBidi" w:hAnsiTheme="minorBidi"/>
          <w:b/>
          <w:bCs/>
          <w:sz w:val="30"/>
          <w:szCs w:val="30"/>
          <w:rtl/>
        </w:rPr>
      </w:pPr>
      <w:proofErr w:type="spellStart"/>
      <w:proofErr w:type="gramStart"/>
      <w:r>
        <w:rPr>
          <w:rFonts w:asciiTheme="minorBidi" w:hAnsiTheme="minorBidi" w:hint="cs"/>
          <w:b/>
          <w:bCs/>
          <w:sz w:val="30"/>
          <w:szCs w:val="30"/>
          <w:rtl/>
        </w:rPr>
        <w:t>د.الفيصل</w:t>
      </w:r>
      <w:proofErr w:type="spellEnd"/>
      <w:proofErr w:type="gramEnd"/>
      <w:r>
        <w:rPr>
          <w:rFonts w:asciiTheme="minorBidi" w:hAnsiTheme="minorBidi" w:hint="cs"/>
          <w:b/>
          <w:bCs/>
          <w:sz w:val="30"/>
          <w:szCs w:val="30"/>
          <w:rtl/>
        </w:rPr>
        <w:t xml:space="preserve"> </w:t>
      </w:r>
      <w:proofErr w:type="gramStart"/>
      <w:r>
        <w:rPr>
          <w:rFonts w:asciiTheme="minorBidi" w:hAnsiTheme="minorBidi" w:hint="cs"/>
          <w:b/>
          <w:bCs/>
          <w:sz w:val="30"/>
          <w:szCs w:val="30"/>
          <w:rtl/>
        </w:rPr>
        <w:t>عبدالحميد</w:t>
      </w:r>
      <w:proofErr w:type="gramEnd"/>
    </w:p>
    <w:p w14:paraId="7A40BB24" w14:textId="77777777" w:rsidR="008E412B" w:rsidRPr="000F0786" w:rsidRDefault="008E412B" w:rsidP="009B4868">
      <w:pPr>
        <w:spacing w:line="276" w:lineRule="auto"/>
        <w:jc w:val="center"/>
        <w:rPr>
          <w:rFonts w:asciiTheme="minorBidi" w:hAnsiTheme="minorBidi"/>
          <w:b/>
          <w:bCs/>
          <w:sz w:val="30"/>
          <w:szCs w:val="30"/>
          <w:rtl/>
        </w:rPr>
      </w:pPr>
    </w:p>
    <w:p w14:paraId="20583C3B" w14:textId="77777777" w:rsidR="008E412B" w:rsidRPr="000F0786" w:rsidRDefault="008E412B" w:rsidP="009B4868">
      <w:pPr>
        <w:spacing w:line="276" w:lineRule="auto"/>
        <w:jc w:val="center"/>
        <w:rPr>
          <w:rFonts w:asciiTheme="minorBidi" w:hAnsiTheme="minorBidi"/>
          <w:b/>
          <w:bCs/>
          <w:sz w:val="30"/>
          <w:szCs w:val="30"/>
          <w:rtl/>
        </w:rPr>
      </w:pPr>
    </w:p>
    <w:p w14:paraId="740B697D" w14:textId="77777777" w:rsidR="008E412B" w:rsidRPr="000F0786" w:rsidRDefault="008E412B" w:rsidP="009B4868">
      <w:pPr>
        <w:spacing w:after="0" w:line="276" w:lineRule="auto"/>
        <w:jc w:val="center"/>
        <w:rPr>
          <w:rFonts w:asciiTheme="minorBidi" w:hAnsiTheme="minorBidi"/>
          <w:b/>
          <w:bCs/>
          <w:sz w:val="30"/>
          <w:szCs w:val="30"/>
          <w:rtl/>
        </w:rPr>
      </w:pPr>
      <w:r w:rsidRPr="000F0786">
        <w:rPr>
          <w:rFonts w:asciiTheme="minorBidi" w:hAnsiTheme="minorBidi"/>
          <w:b/>
          <w:bCs/>
          <w:sz w:val="30"/>
          <w:szCs w:val="30"/>
          <w:rtl/>
        </w:rPr>
        <w:t>العام الدراسي:</w:t>
      </w:r>
    </w:p>
    <w:p w14:paraId="74DADA3E" w14:textId="77777777" w:rsidR="008E412B" w:rsidRDefault="008E412B" w:rsidP="009B4868">
      <w:pPr>
        <w:spacing w:after="0" w:line="276" w:lineRule="auto"/>
        <w:jc w:val="center"/>
        <w:rPr>
          <w:rFonts w:asciiTheme="minorBidi" w:hAnsiTheme="minorBidi"/>
          <w:b/>
          <w:bCs/>
          <w:sz w:val="30"/>
          <w:szCs w:val="30"/>
          <w:rtl/>
        </w:rPr>
      </w:pPr>
      <w:r w:rsidRPr="000F0786">
        <w:rPr>
          <w:rFonts w:asciiTheme="minorBidi" w:hAnsiTheme="minorBidi"/>
          <w:b/>
          <w:bCs/>
          <w:sz w:val="30"/>
          <w:szCs w:val="30"/>
          <w:rtl/>
          <w:lang w:val="en-GB"/>
        </w:rPr>
        <w:t>2026</w:t>
      </w:r>
    </w:p>
    <w:p w14:paraId="5E6E0064" w14:textId="77777777" w:rsidR="009B4868" w:rsidRDefault="009B4868" w:rsidP="009B4868">
      <w:pPr>
        <w:spacing w:after="0" w:line="276" w:lineRule="auto"/>
        <w:jc w:val="center"/>
        <w:rPr>
          <w:rFonts w:asciiTheme="minorBidi" w:hAnsiTheme="minorBidi"/>
          <w:b/>
          <w:bCs/>
          <w:sz w:val="30"/>
          <w:szCs w:val="30"/>
          <w:rtl/>
        </w:rPr>
      </w:pPr>
    </w:p>
    <w:p w14:paraId="7137F6F2" w14:textId="77777777" w:rsidR="009B4868" w:rsidRDefault="009B4868" w:rsidP="009B4868">
      <w:pPr>
        <w:spacing w:after="0" w:line="276" w:lineRule="auto"/>
        <w:jc w:val="center"/>
        <w:rPr>
          <w:rFonts w:asciiTheme="minorBidi" w:hAnsiTheme="minorBidi"/>
          <w:b/>
          <w:bCs/>
          <w:sz w:val="30"/>
          <w:szCs w:val="30"/>
          <w:rtl/>
        </w:rPr>
      </w:pPr>
    </w:p>
    <w:p w14:paraId="22B33F02" w14:textId="77777777" w:rsidR="009B4868" w:rsidRDefault="009B4868" w:rsidP="009B4868">
      <w:pPr>
        <w:spacing w:after="0" w:line="276" w:lineRule="auto"/>
        <w:jc w:val="center"/>
        <w:rPr>
          <w:rFonts w:asciiTheme="minorBidi" w:hAnsiTheme="minorBidi"/>
          <w:b/>
          <w:bCs/>
          <w:sz w:val="30"/>
          <w:szCs w:val="30"/>
          <w:rtl/>
        </w:rPr>
      </w:pPr>
    </w:p>
    <w:p w14:paraId="3214779E" w14:textId="77777777" w:rsidR="009B4868" w:rsidRDefault="009B4868" w:rsidP="009B4868">
      <w:pPr>
        <w:spacing w:after="0" w:line="276" w:lineRule="auto"/>
        <w:jc w:val="center"/>
        <w:rPr>
          <w:rFonts w:asciiTheme="minorBidi" w:hAnsiTheme="minorBidi"/>
          <w:b/>
          <w:bCs/>
          <w:sz w:val="30"/>
          <w:szCs w:val="30"/>
          <w:rtl/>
        </w:rPr>
      </w:pPr>
    </w:p>
    <w:p w14:paraId="408BA995" w14:textId="77777777" w:rsidR="009B4868" w:rsidRDefault="009B4868" w:rsidP="009B4868">
      <w:pPr>
        <w:spacing w:after="0" w:line="276" w:lineRule="auto"/>
        <w:jc w:val="center"/>
        <w:rPr>
          <w:rFonts w:asciiTheme="minorBidi" w:hAnsiTheme="minorBidi"/>
          <w:b/>
          <w:bCs/>
          <w:sz w:val="30"/>
          <w:szCs w:val="30"/>
          <w:rtl/>
        </w:rPr>
      </w:pPr>
    </w:p>
    <w:p w14:paraId="785E12EB" w14:textId="77777777" w:rsidR="009B4868" w:rsidRDefault="009B4868" w:rsidP="009B4868">
      <w:pPr>
        <w:spacing w:after="0" w:line="276" w:lineRule="auto"/>
        <w:jc w:val="center"/>
        <w:rPr>
          <w:rFonts w:asciiTheme="minorBidi" w:hAnsiTheme="minorBidi"/>
          <w:b/>
          <w:bCs/>
          <w:sz w:val="30"/>
          <w:szCs w:val="30"/>
        </w:rPr>
      </w:pPr>
    </w:p>
    <w:p w14:paraId="1C6BAD14" w14:textId="129586A3" w:rsidR="008E412B" w:rsidRPr="009B4868" w:rsidRDefault="004B1822" w:rsidP="009B4868">
      <w:pPr>
        <w:pStyle w:val="Heading1"/>
        <w:spacing w:line="276" w:lineRule="auto"/>
        <w:jc w:val="center"/>
        <w:rPr>
          <w:color w:val="FFFFFF" w:themeColor="background1"/>
          <w:rtl/>
        </w:rPr>
      </w:pPr>
      <w:bookmarkStart w:id="0" w:name="_Toc233582842"/>
      <w:bookmarkStart w:id="1" w:name="_Toc233583009"/>
      <w:bookmarkStart w:id="2" w:name="_Toc233584642"/>
      <w:bookmarkStart w:id="3" w:name="_Toc233585014"/>
      <w:bookmarkStart w:id="4" w:name="_Toc233585140"/>
      <w:bookmarkStart w:id="5" w:name="_Toc233585281"/>
      <w:bookmarkStart w:id="6" w:name="_Toc233585611"/>
      <w:bookmarkStart w:id="7" w:name="_Toc233585767"/>
      <w:bookmarkStart w:id="8" w:name="_Toc233585893"/>
      <w:bookmarkStart w:id="9" w:name="_Toc233586022"/>
      <w:bookmarkStart w:id="10" w:name="_Toc233586800"/>
      <w:bookmarkStart w:id="11" w:name="_Toc233586935"/>
      <w:bookmarkStart w:id="12" w:name="_Toc233587076"/>
      <w:bookmarkStart w:id="13" w:name="_Toc233587203"/>
      <w:bookmarkStart w:id="14" w:name="_Toc233587061"/>
      <w:bookmarkStart w:id="15" w:name="_Toc233587613"/>
      <w:bookmarkStart w:id="16" w:name="_Toc233587745"/>
      <w:r w:rsidRPr="009B4868">
        <w:rPr>
          <w:color w:val="FFFFFF" w:themeColor="background1"/>
          <w:rtl/>
        </w:rPr>
        <w:t>الآية الكريمة</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27F277F0" w14:textId="77777777" w:rsidR="008E412B" w:rsidRPr="008E412B" w:rsidRDefault="008E412B" w:rsidP="009B4868">
      <w:pPr>
        <w:spacing w:line="276" w:lineRule="auto"/>
        <w:jc w:val="center"/>
        <w:rPr>
          <w:rtl/>
          <w:lang w:val="en-US"/>
        </w:rPr>
      </w:pPr>
    </w:p>
    <w:p w14:paraId="69DB878B" w14:textId="77777777" w:rsidR="008E412B" w:rsidRDefault="008E412B" w:rsidP="00785C0A">
      <w:pPr>
        <w:spacing w:line="276" w:lineRule="auto"/>
        <w:jc w:val="both"/>
        <w:rPr>
          <w:b/>
          <w:bCs/>
          <w:sz w:val="40"/>
          <w:szCs w:val="40"/>
          <w:rtl/>
        </w:rPr>
      </w:pPr>
      <w:r>
        <w:rPr>
          <w:noProof/>
        </w:rPr>
        <w:drawing>
          <wp:inline distT="0" distB="0" distL="0" distR="0" wp14:anchorId="4B4B01E9" wp14:editId="17953199">
            <wp:extent cx="4953000" cy="3429000"/>
            <wp:effectExtent l="0" t="0" r="0" b="0"/>
            <wp:docPr id="39" name="صورة 2" descr="Calligraphy Vector Art PNG Images | Free Download On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lligraphy Vector Art PNG Images | Free Download On Pngtre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000" cy="3429000"/>
                    </a:xfrm>
                    <a:prstGeom prst="rect">
                      <a:avLst/>
                    </a:prstGeom>
                    <a:noFill/>
                    <a:ln>
                      <a:noFill/>
                    </a:ln>
                  </pic:spPr>
                </pic:pic>
              </a:graphicData>
            </a:graphic>
          </wp:inline>
        </w:drawing>
      </w:r>
    </w:p>
    <w:p w14:paraId="25EBD0F0" w14:textId="77777777" w:rsidR="008E412B" w:rsidRDefault="008E412B" w:rsidP="00785C0A">
      <w:pPr>
        <w:spacing w:line="276" w:lineRule="auto"/>
        <w:jc w:val="both"/>
        <w:rPr>
          <w:b/>
          <w:bCs/>
          <w:sz w:val="40"/>
          <w:szCs w:val="40"/>
          <w:rtl/>
        </w:rPr>
      </w:pPr>
    </w:p>
    <w:p w14:paraId="62BB612D" w14:textId="77777777" w:rsidR="008E412B" w:rsidRDefault="008E412B" w:rsidP="00785C0A">
      <w:pPr>
        <w:spacing w:line="276" w:lineRule="auto"/>
        <w:jc w:val="both"/>
        <w:rPr>
          <w:b/>
          <w:bCs/>
          <w:sz w:val="40"/>
          <w:szCs w:val="40"/>
          <w:rtl/>
        </w:rPr>
      </w:pPr>
    </w:p>
    <w:p w14:paraId="498BDAF5" w14:textId="77777777" w:rsidR="008E412B" w:rsidRPr="00857836" w:rsidRDefault="008E412B" w:rsidP="00785C0A">
      <w:pPr>
        <w:spacing w:line="276" w:lineRule="auto"/>
        <w:jc w:val="both"/>
        <w:rPr>
          <w:b/>
          <w:bCs/>
          <w:sz w:val="90"/>
          <w:szCs w:val="90"/>
        </w:rPr>
      </w:pPr>
      <w:proofErr w:type="gramStart"/>
      <w:r w:rsidRPr="00857836">
        <w:rPr>
          <w:sz w:val="90"/>
          <w:szCs w:val="90"/>
          <w:rtl/>
        </w:rPr>
        <w:t>﴿</w:t>
      </w:r>
      <w:r w:rsidRPr="00857836">
        <w:rPr>
          <w:b/>
          <w:bCs/>
          <w:sz w:val="90"/>
          <w:szCs w:val="90"/>
          <w:rtl/>
        </w:rPr>
        <w:t xml:space="preserve"> وَمَا</w:t>
      </w:r>
      <w:proofErr w:type="gramEnd"/>
      <w:r w:rsidRPr="00857836">
        <w:rPr>
          <w:b/>
          <w:bCs/>
          <w:sz w:val="90"/>
          <w:szCs w:val="90"/>
          <w:rtl/>
        </w:rPr>
        <w:t xml:space="preserve"> أُوتِيتُمْ مِنَ الْعِلْمِ إِلَّا </w:t>
      </w:r>
      <w:proofErr w:type="gramStart"/>
      <w:r w:rsidRPr="00857836">
        <w:rPr>
          <w:b/>
          <w:bCs/>
          <w:sz w:val="90"/>
          <w:szCs w:val="90"/>
          <w:rtl/>
        </w:rPr>
        <w:t xml:space="preserve">قَلِيلًا </w:t>
      </w:r>
      <w:r w:rsidRPr="00857836">
        <w:rPr>
          <w:sz w:val="90"/>
          <w:szCs w:val="90"/>
          <w:rtl/>
        </w:rPr>
        <w:t>﴾</w:t>
      </w:r>
      <w:proofErr w:type="gramEnd"/>
    </w:p>
    <w:p w14:paraId="155BBA27" w14:textId="77777777" w:rsidR="008E412B" w:rsidRPr="008C7891" w:rsidRDefault="008E412B" w:rsidP="009B4868">
      <w:pPr>
        <w:spacing w:line="276" w:lineRule="auto"/>
        <w:jc w:val="right"/>
        <w:rPr>
          <w:b/>
          <w:bCs/>
          <w:sz w:val="30"/>
          <w:szCs w:val="30"/>
          <w:rtl/>
        </w:rPr>
      </w:pPr>
      <w:r w:rsidRPr="008C7891">
        <w:rPr>
          <w:b/>
          <w:bCs/>
          <w:sz w:val="48"/>
          <w:szCs w:val="48"/>
          <w:rtl/>
        </w:rPr>
        <w:t>{</w:t>
      </w:r>
      <w:r w:rsidRPr="008C7891">
        <w:rPr>
          <w:rFonts w:hint="cs"/>
          <w:b/>
          <w:bCs/>
          <w:sz w:val="48"/>
          <w:szCs w:val="48"/>
          <w:rtl/>
        </w:rPr>
        <w:t xml:space="preserve">سور </w:t>
      </w:r>
      <w:r w:rsidRPr="008C7891">
        <w:rPr>
          <w:b/>
          <w:bCs/>
          <w:sz w:val="48"/>
          <w:szCs w:val="48"/>
          <w:rtl/>
        </w:rPr>
        <w:t>الإسراء:</w:t>
      </w:r>
      <w:r w:rsidRPr="008C7891">
        <w:rPr>
          <w:rFonts w:hint="cs"/>
          <w:b/>
          <w:bCs/>
          <w:sz w:val="48"/>
          <w:szCs w:val="48"/>
          <w:rtl/>
        </w:rPr>
        <w:t xml:space="preserve"> </w:t>
      </w:r>
      <w:r>
        <w:rPr>
          <w:rFonts w:hint="cs"/>
          <w:b/>
          <w:bCs/>
          <w:sz w:val="48"/>
          <w:szCs w:val="48"/>
          <w:rtl/>
        </w:rPr>
        <w:t xml:space="preserve">جزء </w:t>
      </w:r>
      <w:r w:rsidRPr="008C7891">
        <w:rPr>
          <w:rFonts w:hint="cs"/>
          <w:b/>
          <w:bCs/>
          <w:sz w:val="48"/>
          <w:szCs w:val="48"/>
          <w:rtl/>
        </w:rPr>
        <w:t xml:space="preserve">من الآية </w:t>
      </w:r>
      <w:r w:rsidRPr="008C7891">
        <w:rPr>
          <w:b/>
          <w:bCs/>
          <w:sz w:val="48"/>
          <w:szCs w:val="48"/>
          <w:rtl/>
        </w:rPr>
        <w:t>85}</w:t>
      </w:r>
    </w:p>
    <w:p w14:paraId="7B013924" w14:textId="77777777" w:rsidR="008E412B" w:rsidRDefault="008E412B" w:rsidP="009B4868">
      <w:pPr>
        <w:spacing w:line="276" w:lineRule="auto"/>
        <w:jc w:val="center"/>
        <w:rPr>
          <w:b/>
          <w:bCs/>
          <w:sz w:val="40"/>
          <w:szCs w:val="40"/>
          <w:rtl/>
        </w:rPr>
      </w:pPr>
    </w:p>
    <w:p w14:paraId="78FA0526" w14:textId="77777777" w:rsidR="008E412B" w:rsidRDefault="008E412B" w:rsidP="009B4868">
      <w:pPr>
        <w:spacing w:line="276" w:lineRule="auto"/>
        <w:jc w:val="center"/>
        <w:rPr>
          <w:b/>
          <w:bCs/>
          <w:sz w:val="40"/>
          <w:szCs w:val="40"/>
          <w:rtl/>
        </w:rPr>
      </w:pPr>
    </w:p>
    <w:p w14:paraId="2AA47260" w14:textId="77777777" w:rsidR="008E412B" w:rsidRDefault="008E412B" w:rsidP="009B4868">
      <w:pPr>
        <w:spacing w:line="276" w:lineRule="auto"/>
        <w:jc w:val="center"/>
        <w:rPr>
          <w:b/>
          <w:bCs/>
          <w:sz w:val="40"/>
          <w:szCs w:val="40"/>
          <w:rtl/>
        </w:rPr>
      </w:pPr>
    </w:p>
    <w:p w14:paraId="01C49230" w14:textId="77777777" w:rsidR="008E412B" w:rsidRDefault="008E412B" w:rsidP="009B4868">
      <w:pPr>
        <w:spacing w:line="276" w:lineRule="auto"/>
        <w:jc w:val="center"/>
        <w:rPr>
          <w:b/>
          <w:bCs/>
          <w:sz w:val="40"/>
          <w:szCs w:val="40"/>
          <w:rtl/>
        </w:rPr>
      </w:pPr>
    </w:p>
    <w:p w14:paraId="567C3784" w14:textId="77777777" w:rsidR="008E412B" w:rsidRDefault="008E412B" w:rsidP="009B4868">
      <w:pPr>
        <w:spacing w:line="276" w:lineRule="auto"/>
        <w:jc w:val="center"/>
        <w:rPr>
          <w:b/>
          <w:bCs/>
          <w:sz w:val="40"/>
          <w:szCs w:val="40"/>
          <w:rtl/>
        </w:rPr>
      </w:pPr>
    </w:p>
    <w:p w14:paraId="62E1FC06" w14:textId="77777777" w:rsidR="008E412B" w:rsidRPr="007C3D41" w:rsidRDefault="008E412B" w:rsidP="009B4868">
      <w:pPr>
        <w:spacing w:line="276" w:lineRule="auto"/>
        <w:jc w:val="center"/>
        <w:rPr>
          <w:b/>
          <w:bCs/>
          <w:sz w:val="40"/>
          <w:szCs w:val="40"/>
          <w:rtl/>
        </w:rPr>
      </w:pPr>
    </w:p>
    <w:p w14:paraId="766AB49E" w14:textId="6EDDB7CD" w:rsidR="008E412B" w:rsidRPr="004B1822" w:rsidRDefault="004B1822" w:rsidP="009B4868">
      <w:pPr>
        <w:pStyle w:val="Heading1"/>
        <w:spacing w:line="276" w:lineRule="auto"/>
        <w:jc w:val="center"/>
        <w:rPr>
          <w:rtl/>
        </w:rPr>
      </w:pPr>
      <w:bookmarkStart w:id="17" w:name="_Toc233582843"/>
      <w:bookmarkStart w:id="18" w:name="_Toc233583010"/>
      <w:bookmarkStart w:id="19" w:name="_Toc233584643"/>
      <w:bookmarkStart w:id="20" w:name="_Toc233585015"/>
      <w:bookmarkStart w:id="21" w:name="_Toc233585141"/>
      <w:bookmarkStart w:id="22" w:name="_Toc233585282"/>
      <w:bookmarkStart w:id="23" w:name="_Toc233585612"/>
      <w:bookmarkStart w:id="24" w:name="_Toc233585768"/>
      <w:bookmarkStart w:id="25" w:name="_Toc233585894"/>
      <w:bookmarkStart w:id="26" w:name="_Toc233586023"/>
      <w:bookmarkStart w:id="27" w:name="_Toc233586801"/>
      <w:bookmarkStart w:id="28" w:name="_Toc233586936"/>
      <w:bookmarkStart w:id="29" w:name="_Toc233587077"/>
      <w:bookmarkStart w:id="30" w:name="_Toc233587204"/>
      <w:bookmarkStart w:id="31" w:name="_Toc233587062"/>
      <w:bookmarkStart w:id="32" w:name="_Toc233587614"/>
      <w:bookmarkStart w:id="33" w:name="_Toc233587746"/>
      <w:r w:rsidRPr="004B1822">
        <w:rPr>
          <w:rtl/>
        </w:rPr>
        <w:t>الاهداء</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76A0004A" w14:textId="77777777" w:rsidR="008E412B" w:rsidRPr="007C3D41" w:rsidRDefault="008E412B" w:rsidP="009B4868">
      <w:pPr>
        <w:spacing w:line="276" w:lineRule="auto"/>
        <w:jc w:val="center"/>
        <w:rPr>
          <w:sz w:val="36"/>
          <w:szCs w:val="36"/>
        </w:rPr>
      </w:pPr>
      <w:r w:rsidRPr="007C3D41">
        <w:rPr>
          <w:sz w:val="36"/>
          <w:szCs w:val="36"/>
          <w:rtl/>
        </w:rPr>
        <w:t>قال الله سبحانه وتعالى: ﴿وَاشْكُرُوا نِعْمَتَ اللَّهِ إِن كُنتُمْ إِيَّاهُ تَعْبُدُونَ﴾</w:t>
      </w:r>
    </w:p>
    <w:p w14:paraId="7338107D" w14:textId="77777777" w:rsidR="008E412B" w:rsidRPr="007C3D41" w:rsidRDefault="008E412B" w:rsidP="009B4868">
      <w:pPr>
        <w:spacing w:line="276" w:lineRule="auto"/>
        <w:jc w:val="center"/>
        <w:rPr>
          <w:sz w:val="36"/>
          <w:szCs w:val="36"/>
          <w:rtl/>
        </w:rPr>
      </w:pPr>
    </w:p>
    <w:p w14:paraId="48DD841F" w14:textId="77777777" w:rsidR="008E412B" w:rsidRPr="007C3D41" w:rsidRDefault="008E412B" w:rsidP="009B4868">
      <w:pPr>
        <w:spacing w:line="276" w:lineRule="auto"/>
        <w:jc w:val="center"/>
        <w:rPr>
          <w:sz w:val="36"/>
          <w:szCs w:val="36"/>
        </w:rPr>
      </w:pPr>
      <w:r w:rsidRPr="007C3D41">
        <w:rPr>
          <w:sz w:val="36"/>
          <w:szCs w:val="36"/>
          <w:rtl/>
        </w:rPr>
        <w:t>إلى من غرَسوا في قلبي حبّ المعرفة، وعلّموني أن العلم رسالة ومسؤولية</w:t>
      </w:r>
      <w:r w:rsidRPr="007C3D41">
        <w:rPr>
          <w:sz w:val="36"/>
          <w:szCs w:val="36"/>
        </w:rPr>
        <w:t>…</w:t>
      </w:r>
    </w:p>
    <w:p w14:paraId="752264B6" w14:textId="77777777" w:rsidR="008E412B" w:rsidRPr="007C3D41" w:rsidRDefault="008E412B" w:rsidP="009B4868">
      <w:pPr>
        <w:spacing w:line="276" w:lineRule="auto"/>
        <w:jc w:val="center"/>
        <w:rPr>
          <w:sz w:val="36"/>
          <w:szCs w:val="36"/>
        </w:rPr>
      </w:pPr>
      <w:r w:rsidRPr="007C3D41">
        <w:rPr>
          <w:sz w:val="36"/>
          <w:szCs w:val="36"/>
          <w:rtl/>
        </w:rPr>
        <w:t>إلى والديّ الكريمين، رمز العطاء والإلهام، اللذين كانا سندي ودعائي الدائم في كل خطواتي</w:t>
      </w:r>
      <w:r w:rsidRPr="007C3D41">
        <w:rPr>
          <w:sz w:val="36"/>
          <w:szCs w:val="36"/>
        </w:rPr>
        <w:t>…</w:t>
      </w:r>
    </w:p>
    <w:p w14:paraId="437E96F3" w14:textId="77777777" w:rsidR="008E412B" w:rsidRPr="007C3D41" w:rsidRDefault="008E412B" w:rsidP="009B4868">
      <w:pPr>
        <w:spacing w:line="276" w:lineRule="auto"/>
        <w:jc w:val="center"/>
        <w:rPr>
          <w:sz w:val="36"/>
          <w:szCs w:val="36"/>
        </w:rPr>
      </w:pPr>
      <w:r w:rsidRPr="007C3D41">
        <w:rPr>
          <w:sz w:val="36"/>
          <w:szCs w:val="36"/>
          <w:rtl/>
        </w:rPr>
        <w:t>إلى أساتذتي الأفاضل الذين وجّهوني وأثرَوا فكري بنور العلم والتوجيه</w:t>
      </w:r>
      <w:r w:rsidRPr="007C3D41">
        <w:rPr>
          <w:sz w:val="36"/>
          <w:szCs w:val="36"/>
        </w:rPr>
        <w:t>…</w:t>
      </w:r>
    </w:p>
    <w:p w14:paraId="6A71B36E" w14:textId="77777777" w:rsidR="008E412B" w:rsidRPr="007C3D41" w:rsidRDefault="008E412B" w:rsidP="009B4868">
      <w:pPr>
        <w:spacing w:line="276" w:lineRule="auto"/>
        <w:jc w:val="center"/>
        <w:rPr>
          <w:sz w:val="36"/>
          <w:szCs w:val="36"/>
        </w:rPr>
      </w:pPr>
      <w:r w:rsidRPr="007C3D41">
        <w:rPr>
          <w:sz w:val="36"/>
          <w:szCs w:val="36"/>
          <w:rtl/>
        </w:rPr>
        <w:t>إلى كل زملائي ومَن شاركني مسيرة البحث والعمل، وكل من دعم هذا الجهد بكلمة أو فكرة أو تشجيع</w:t>
      </w:r>
      <w:r w:rsidRPr="007C3D41">
        <w:rPr>
          <w:sz w:val="36"/>
          <w:szCs w:val="36"/>
        </w:rPr>
        <w:t>…</w:t>
      </w:r>
    </w:p>
    <w:p w14:paraId="26FD63EC" w14:textId="77777777" w:rsidR="008E412B" w:rsidRPr="007C3D41" w:rsidRDefault="008E412B" w:rsidP="009B4868">
      <w:pPr>
        <w:spacing w:line="276" w:lineRule="auto"/>
        <w:jc w:val="center"/>
        <w:rPr>
          <w:sz w:val="36"/>
          <w:szCs w:val="36"/>
        </w:rPr>
      </w:pPr>
      <w:r w:rsidRPr="007C3D41">
        <w:rPr>
          <w:sz w:val="36"/>
          <w:szCs w:val="36"/>
          <w:rtl/>
        </w:rPr>
        <w:t>أُهدي هذا العمل المتواضع عربون وفاء وامتنان، راجيًا أن يسهم في تطوير المعرفة وخدمة وطننا الغالي.</w:t>
      </w:r>
    </w:p>
    <w:p w14:paraId="61EF09DB" w14:textId="77777777" w:rsidR="008E412B" w:rsidRPr="007C3D41" w:rsidRDefault="008E412B" w:rsidP="009B4868">
      <w:pPr>
        <w:spacing w:line="276" w:lineRule="auto"/>
        <w:jc w:val="center"/>
        <w:rPr>
          <w:rtl/>
        </w:rPr>
      </w:pPr>
    </w:p>
    <w:p w14:paraId="2A5A0E72" w14:textId="77777777" w:rsidR="008E412B" w:rsidRPr="007C3D41" w:rsidRDefault="008E412B" w:rsidP="009B4868">
      <w:pPr>
        <w:spacing w:line="276" w:lineRule="auto"/>
        <w:jc w:val="center"/>
        <w:rPr>
          <w:rtl/>
        </w:rPr>
      </w:pPr>
    </w:p>
    <w:p w14:paraId="5BE8F6DE" w14:textId="77777777" w:rsidR="008E412B" w:rsidRPr="007C3D41" w:rsidRDefault="008E412B" w:rsidP="009B4868">
      <w:pPr>
        <w:spacing w:line="276" w:lineRule="auto"/>
        <w:jc w:val="center"/>
        <w:rPr>
          <w:rtl/>
        </w:rPr>
      </w:pPr>
    </w:p>
    <w:p w14:paraId="1353791E" w14:textId="77777777" w:rsidR="008E412B" w:rsidRDefault="008E412B" w:rsidP="009B4868">
      <w:pPr>
        <w:spacing w:line="276" w:lineRule="auto"/>
        <w:jc w:val="center"/>
        <w:rPr>
          <w:rtl/>
        </w:rPr>
      </w:pPr>
    </w:p>
    <w:p w14:paraId="045A3EE8" w14:textId="77777777" w:rsidR="008E412B" w:rsidRDefault="008E412B" w:rsidP="009B4868">
      <w:pPr>
        <w:spacing w:line="276" w:lineRule="auto"/>
        <w:jc w:val="center"/>
        <w:rPr>
          <w:rtl/>
        </w:rPr>
      </w:pPr>
    </w:p>
    <w:p w14:paraId="152BF6F1" w14:textId="77777777" w:rsidR="008E412B" w:rsidRDefault="008E412B" w:rsidP="009B4868">
      <w:pPr>
        <w:spacing w:line="276" w:lineRule="auto"/>
        <w:jc w:val="center"/>
        <w:rPr>
          <w:rtl/>
        </w:rPr>
      </w:pPr>
    </w:p>
    <w:p w14:paraId="52AD38EB" w14:textId="77777777" w:rsidR="008E412B" w:rsidRDefault="008E412B" w:rsidP="009B4868">
      <w:pPr>
        <w:spacing w:line="276" w:lineRule="auto"/>
        <w:jc w:val="center"/>
        <w:rPr>
          <w:rtl/>
        </w:rPr>
      </w:pPr>
    </w:p>
    <w:p w14:paraId="5A6D6024" w14:textId="77777777" w:rsidR="008E412B" w:rsidRDefault="008E412B" w:rsidP="009B4868">
      <w:pPr>
        <w:spacing w:line="276" w:lineRule="auto"/>
        <w:jc w:val="center"/>
        <w:rPr>
          <w:rtl/>
        </w:rPr>
      </w:pPr>
    </w:p>
    <w:p w14:paraId="310E3DF0" w14:textId="77777777" w:rsidR="008E412B" w:rsidRDefault="008E412B" w:rsidP="009B4868">
      <w:pPr>
        <w:spacing w:line="276" w:lineRule="auto"/>
        <w:jc w:val="center"/>
        <w:rPr>
          <w:rtl/>
        </w:rPr>
      </w:pPr>
    </w:p>
    <w:p w14:paraId="0A6AF981" w14:textId="77777777" w:rsidR="008E412B" w:rsidRDefault="008E412B" w:rsidP="009B4868">
      <w:pPr>
        <w:spacing w:line="276" w:lineRule="auto"/>
        <w:jc w:val="center"/>
        <w:rPr>
          <w:rtl/>
          <w:cs w:val="0"/>
        </w:rPr>
      </w:pPr>
    </w:p>
    <w:p w14:paraId="30DEBE00" w14:textId="77777777" w:rsidR="000A4248" w:rsidRDefault="000A4248" w:rsidP="009B4868">
      <w:pPr>
        <w:spacing w:line="276" w:lineRule="auto"/>
        <w:jc w:val="center"/>
        <w:rPr>
          <w:rtl/>
        </w:rPr>
      </w:pPr>
    </w:p>
    <w:p w14:paraId="44F2911F" w14:textId="77777777" w:rsidR="008E412B" w:rsidRDefault="008E412B" w:rsidP="009B4868">
      <w:pPr>
        <w:spacing w:line="276" w:lineRule="auto"/>
        <w:jc w:val="center"/>
        <w:rPr>
          <w:rtl/>
        </w:rPr>
      </w:pPr>
    </w:p>
    <w:p w14:paraId="28B62223" w14:textId="37A8BDB9" w:rsidR="008E412B" w:rsidRPr="004B1822" w:rsidRDefault="004B1822" w:rsidP="009B4868">
      <w:pPr>
        <w:pStyle w:val="Heading1"/>
        <w:spacing w:line="276" w:lineRule="auto"/>
        <w:jc w:val="center"/>
      </w:pPr>
      <w:bookmarkStart w:id="34" w:name="_Toc233582844"/>
      <w:bookmarkStart w:id="35" w:name="_Toc233583011"/>
      <w:bookmarkStart w:id="36" w:name="_Toc233584644"/>
      <w:bookmarkStart w:id="37" w:name="_Toc233585016"/>
      <w:bookmarkStart w:id="38" w:name="_Toc233585142"/>
      <w:bookmarkStart w:id="39" w:name="_Toc233585283"/>
      <w:bookmarkStart w:id="40" w:name="_Toc233585613"/>
      <w:bookmarkStart w:id="41" w:name="_Toc233585769"/>
      <w:bookmarkStart w:id="42" w:name="_Toc233585895"/>
      <w:bookmarkStart w:id="43" w:name="_Toc233586024"/>
      <w:bookmarkStart w:id="44" w:name="_Toc233586802"/>
      <w:bookmarkStart w:id="45" w:name="_Toc233586937"/>
      <w:bookmarkStart w:id="46" w:name="_Toc233587078"/>
      <w:bookmarkStart w:id="47" w:name="_Toc233587205"/>
      <w:bookmarkStart w:id="48" w:name="_Toc233587063"/>
      <w:bookmarkStart w:id="49" w:name="_Toc233587615"/>
      <w:bookmarkStart w:id="50" w:name="_Toc233587747"/>
      <w:r w:rsidRPr="004B1822">
        <w:rPr>
          <w:rtl/>
        </w:rPr>
        <w:t>الشكر والتقدير</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6E486451" w14:textId="77777777" w:rsidR="008E412B" w:rsidRDefault="008E412B" w:rsidP="009B4868">
      <w:pPr>
        <w:spacing w:line="276" w:lineRule="auto"/>
        <w:jc w:val="center"/>
        <w:rPr>
          <w:rtl/>
        </w:rPr>
      </w:pPr>
    </w:p>
    <w:p w14:paraId="00999E60" w14:textId="77777777" w:rsidR="00DF300C" w:rsidRPr="00DF300C" w:rsidRDefault="00DF300C" w:rsidP="00DF300C">
      <w:pPr>
        <w:spacing w:line="276" w:lineRule="auto"/>
        <w:jc w:val="center"/>
        <w:rPr>
          <w:sz w:val="36"/>
          <w:szCs w:val="36"/>
          <w:cs w:val="0"/>
        </w:rPr>
      </w:pPr>
      <w:r w:rsidRPr="00DF300C">
        <w:rPr>
          <w:sz w:val="36"/>
          <w:szCs w:val="36"/>
          <w:rtl/>
        </w:rPr>
        <w:t>الحمد لله الذي بنعمته تتم الصالحات، وبتوفيقه وفضله أُنجزت هذه الرسالة العلمية التي تمثل خلاصة جهد طويل ومسيرة بحثية ممتدة</w:t>
      </w:r>
      <w:r w:rsidRPr="00DF300C">
        <w:rPr>
          <w:sz w:val="36"/>
          <w:szCs w:val="36"/>
        </w:rPr>
        <w:t>.</w:t>
      </w:r>
    </w:p>
    <w:p w14:paraId="205D6E57" w14:textId="77777777" w:rsidR="00DF300C" w:rsidRDefault="00DF300C" w:rsidP="00DF300C">
      <w:pPr>
        <w:spacing w:line="276" w:lineRule="auto"/>
        <w:jc w:val="center"/>
        <w:rPr>
          <w:sz w:val="36"/>
          <w:szCs w:val="36"/>
          <w:cs w:val="0"/>
          <w:lang w:val="en-US"/>
        </w:rPr>
      </w:pPr>
      <w:r w:rsidRPr="00DF300C">
        <w:rPr>
          <w:sz w:val="36"/>
          <w:szCs w:val="36"/>
          <w:rtl/>
        </w:rPr>
        <w:t>أتقدم بجزيل الشكر وعظيم التقدير إلى مشرفيّ الكريمين، الدكتور فايز جراد والدكتور الفيصل عبد الحميد، لما قدماه من علم وتوجيه سديد ودعم متواصل كان له بالغ الأثر في إثراء هذه الدراسة وتطويرها حتى ظهرت بهذه الصورة</w:t>
      </w:r>
      <w:r w:rsidRPr="00DF300C">
        <w:rPr>
          <w:sz w:val="36"/>
          <w:szCs w:val="36"/>
        </w:rPr>
        <w:t>.</w:t>
      </w:r>
    </w:p>
    <w:p w14:paraId="45BF804C" w14:textId="71EA5600" w:rsidR="008F4030" w:rsidRDefault="008F4030" w:rsidP="008F4030">
      <w:pPr>
        <w:spacing w:line="276" w:lineRule="auto"/>
        <w:jc w:val="center"/>
        <w:rPr>
          <w:sz w:val="36"/>
          <w:szCs w:val="36"/>
          <w:rtl/>
          <w:cs w:val="0"/>
          <w:lang w:val="en-US"/>
        </w:rPr>
      </w:pPr>
      <w:r>
        <w:rPr>
          <w:rFonts w:hint="cs"/>
          <w:sz w:val="36"/>
          <w:szCs w:val="36"/>
          <w:rtl/>
          <w:cs w:val="0"/>
          <w:lang w:val="en-US"/>
        </w:rPr>
        <w:t>قل ما شئت يا قلمي فلربما .... تأتي بما لم يأت به الكُتّاب</w:t>
      </w:r>
    </w:p>
    <w:p w14:paraId="27646DF2" w14:textId="6B1F6A9C" w:rsidR="008F4030" w:rsidRDefault="008F4030" w:rsidP="008F4030">
      <w:pPr>
        <w:spacing w:line="276" w:lineRule="auto"/>
        <w:jc w:val="center"/>
        <w:rPr>
          <w:sz w:val="36"/>
          <w:szCs w:val="36"/>
          <w:rtl/>
          <w:cs w:val="0"/>
          <w:lang w:val="en-US"/>
        </w:rPr>
      </w:pPr>
      <w:r>
        <w:rPr>
          <w:rFonts w:hint="cs"/>
          <w:sz w:val="36"/>
          <w:szCs w:val="36"/>
          <w:rtl/>
          <w:cs w:val="0"/>
          <w:lang w:val="en-US"/>
        </w:rPr>
        <w:t>يا أيها المعلم نجمك ساطع .... لولاك لكان للعلم طلسم وحجاب</w:t>
      </w:r>
    </w:p>
    <w:p w14:paraId="211F9BD6" w14:textId="77777777" w:rsidR="008F4030" w:rsidRDefault="008F4030" w:rsidP="00DF300C">
      <w:pPr>
        <w:spacing w:line="276" w:lineRule="auto"/>
        <w:jc w:val="center"/>
        <w:rPr>
          <w:sz w:val="36"/>
          <w:szCs w:val="36"/>
          <w:rtl/>
        </w:rPr>
      </w:pPr>
    </w:p>
    <w:p w14:paraId="3FC0537C" w14:textId="0839813C" w:rsidR="00DF300C" w:rsidRPr="00DF300C" w:rsidRDefault="00DF300C" w:rsidP="00DF300C">
      <w:pPr>
        <w:spacing w:line="276" w:lineRule="auto"/>
        <w:jc w:val="center"/>
        <w:rPr>
          <w:sz w:val="36"/>
          <w:szCs w:val="36"/>
        </w:rPr>
      </w:pPr>
      <w:r w:rsidRPr="00DF300C">
        <w:rPr>
          <w:sz w:val="36"/>
          <w:szCs w:val="36"/>
          <w:rtl/>
        </w:rPr>
        <w:t>ولا يفوتني أن أخص بالشكر كل من ساهم من العاملين في شركة مصنع تمور القصيم المحدودة بالمملكة العربية السعودية في تسهيل مهمة جمع البيانات وتقديم العون اللازم لإتمام الجانب الميداني من الدراسة</w:t>
      </w:r>
      <w:r w:rsidRPr="00DF300C">
        <w:rPr>
          <w:sz w:val="36"/>
          <w:szCs w:val="36"/>
        </w:rPr>
        <w:t>.</w:t>
      </w:r>
    </w:p>
    <w:p w14:paraId="504F9F8D" w14:textId="608A8E94" w:rsidR="00DF300C" w:rsidRPr="00DF300C" w:rsidRDefault="00DF300C" w:rsidP="00DF300C">
      <w:pPr>
        <w:spacing w:line="276" w:lineRule="auto"/>
        <w:jc w:val="center"/>
        <w:rPr>
          <w:sz w:val="36"/>
          <w:szCs w:val="36"/>
        </w:rPr>
      </w:pPr>
      <w:r w:rsidRPr="00DF300C">
        <w:rPr>
          <w:sz w:val="36"/>
          <w:szCs w:val="36"/>
          <w:rtl/>
        </w:rPr>
        <w:t>إلى كل زملائي وزميلاتي من طلاب الدراسات العليا، الذين تبادلنا العون والدعم في مسيرة البحث</w:t>
      </w:r>
      <w:r w:rsidR="008F4030">
        <w:rPr>
          <w:rFonts w:hint="cs"/>
          <w:sz w:val="36"/>
          <w:szCs w:val="36"/>
          <w:rtl/>
        </w:rPr>
        <w:t xml:space="preserve"> أثناء المناقشات وقت الحصص</w:t>
      </w:r>
      <w:r w:rsidRPr="00DF300C">
        <w:rPr>
          <w:sz w:val="36"/>
          <w:szCs w:val="36"/>
          <w:rtl/>
        </w:rPr>
        <w:t>، أقدم شكري العميق على ما قدموه من روح إيجابية وتحفيز دائم</w:t>
      </w:r>
      <w:r w:rsidRPr="00DF300C">
        <w:rPr>
          <w:sz w:val="36"/>
          <w:szCs w:val="36"/>
        </w:rPr>
        <w:t>.</w:t>
      </w:r>
    </w:p>
    <w:p w14:paraId="19A8C675" w14:textId="77777777" w:rsidR="00DF300C" w:rsidRPr="00DF300C" w:rsidRDefault="00DF300C" w:rsidP="00DF300C">
      <w:pPr>
        <w:spacing w:line="276" w:lineRule="auto"/>
        <w:jc w:val="center"/>
        <w:rPr>
          <w:sz w:val="36"/>
          <w:szCs w:val="36"/>
        </w:rPr>
      </w:pPr>
      <w:r w:rsidRPr="00DF300C">
        <w:rPr>
          <w:sz w:val="36"/>
          <w:szCs w:val="36"/>
          <w:rtl/>
        </w:rPr>
        <w:t>وأخيرا، أتوجه بالشكر إلى كل من قدّم لي كلمة دعم، أو دعوة صادقة، أو لحظة تفهم خلال مراحل إعداد هذه الدراسة</w:t>
      </w:r>
      <w:r w:rsidRPr="00DF300C">
        <w:rPr>
          <w:sz w:val="36"/>
          <w:szCs w:val="36"/>
        </w:rPr>
        <w:t>.</w:t>
      </w:r>
    </w:p>
    <w:p w14:paraId="7AD22EFF" w14:textId="77777777" w:rsidR="00DF300C" w:rsidRPr="00DF300C" w:rsidRDefault="00DF300C" w:rsidP="00DF300C">
      <w:pPr>
        <w:spacing w:line="276" w:lineRule="auto"/>
        <w:jc w:val="center"/>
        <w:rPr>
          <w:sz w:val="36"/>
          <w:szCs w:val="36"/>
        </w:rPr>
      </w:pPr>
      <w:r w:rsidRPr="00DF300C">
        <w:rPr>
          <w:sz w:val="36"/>
          <w:szCs w:val="36"/>
          <w:rtl/>
        </w:rPr>
        <w:t>بارك الله فيكم جميعا، وجعل هذا العمل خالصا لوجهه الكريم</w:t>
      </w:r>
      <w:r w:rsidRPr="00DF300C">
        <w:rPr>
          <w:sz w:val="36"/>
          <w:szCs w:val="36"/>
        </w:rPr>
        <w:t>.</w:t>
      </w:r>
    </w:p>
    <w:p w14:paraId="0AF363DA" w14:textId="77777777" w:rsidR="008E412B" w:rsidRPr="008E412B" w:rsidRDefault="008E412B" w:rsidP="00785C0A">
      <w:pPr>
        <w:spacing w:after="0" w:line="276" w:lineRule="auto"/>
        <w:ind w:right="-426"/>
        <w:jc w:val="both"/>
        <w:rPr>
          <w:rStyle w:val="s1"/>
          <w:rFonts w:asciiTheme="minorBidi" w:eastAsiaTheme="minorEastAsia" w:hAnsiTheme="minorBidi"/>
          <w:sz w:val="22"/>
          <w:szCs w:val="22"/>
          <w:rtl/>
          <w:lang w:val="en-US"/>
        </w:rPr>
      </w:pPr>
    </w:p>
    <w:p w14:paraId="170AB158" w14:textId="77777777" w:rsidR="00A65499" w:rsidRPr="00447966" w:rsidRDefault="00A65499" w:rsidP="00785C0A">
      <w:pPr>
        <w:spacing w:line="276" w:lineRule="auto"/>
        <w:jc w:val="both"/>
        <w:rPr>
          <w:sz w:val="30"/>
          <w:szCs w:val="30"/>
        </w:rPr>
      </w:pPr>
    </w:p>
    <w:p w14:paraId="07416C44" w14:textId="77777777" w:rsidR="008F4030" w:rsidRDefault="008F4030" w:rsidP="009B4868">
      <w:pPr>
        <w:spacing w:line="276" w:lineRule="auto"/>
        <w:jc w:val="center"/>
        <w:rPr>
          <w:b/>
          <w:bCs/>
          <w:sz w:val="38"/>
          <w:szCs w:val="38"/>
          <w:rtl/>
          <w:cs w:val="0"/>
        </w:rPr>
      </w:pPr>
    </w:p>
    <w:p w14:paraId="68A4756B" w14:textId="77777777" w:rsidR="008F4030" w:rsidRDefault="008F4030" w:rsidP="009B4868">
      <w:pPr>
        <w:spacing w:line="276" w:lineRule="auto"/>
        <w:jc w:val="center"/>
        <w:rPr>
          <w:b/>
          <w:bCs/>
          <w:sz w:val="38"/>
          <w:szCs w:val="38"/>
          <w:rtl/>
        </w:rPr>
      </w:pPr>
    </w:p>
    <w:p w14:paraId="6C864FDF" w14:textId="272D1312" w:rsidR="008E412B" w:rsidRPr="008E412B" w:rsidRDefault="008E412B" w:rsidP="009B4868">
      <w:pPr>
        <w:spacing w:line="276" w:lineRule="auto"/>
        <w:jc w:val="center"/>
        <w:rPr>
          <w:b/>
          <w:bCs/>
          <w:sz w:val="38"/>
          <w:szCs w:val="38"/>
          <w:cs w:val="0"/>
        </w:rPr>
      </w:pPr>
      <w:r w:rsidRPr="008E412B">
        <w:rPr>
          <w:b/>
          <w:bCs/>
          <w:sz w:val="38"/>
          <w:szCs w:val="38"/>
          <w:rtl/>
        </w:rPr>
        <w:t>المستخلص</w:t>
      </w:r>
    </w:p>
    <w:p w14:paraId="15EA3B7D" w14:textId="5D06DAC3" w:rsidR="008E412B" w:rsidRPr="008E412B" w:rsidRDefault="008E412B" w:rsidP="00785C0A">
      <w:pPr>
        <w:spacing w:line="276" w:lineRule="auto"/>
        <w:jc w:val="both"/>
        <w:rPr>
          <w:sz w:val="30"/>
          <w:szCs w:val="30"/>
        </w:rPr>
      </w:pPr>
      <w:r w:rsidRPr="008E412B">
        <w:rPr>
          <w:sz w:val="30"/>
          <w:szCs w:val="30"/>
          <w:rtl/>
        </w:rPr>
        <w:t xml:space="preserve">هدفت هذه الدراسة إلى التعرف على أثر إدارة الأداء على تحسين الإنتاجية لدى العاملين في شركة مصنع تمور القصيم المحدودة بالمملكة العربية السعودية. ركزت الدراسة على أربعة أبعاد رئيسة لإدارة الأداء، وهي تخطيط الأداء، والمتابعة والتغذية الراجعة، وتقييم الأداء، </w:t>
      </w:r>
      <w:proofErr w:type="gramStart"/>
      <w:r w:rsidRPr="008E412B">
        <w:rPr>
          <w:sz w:val="30"/>
          <w:szCs w:val="30"/>
          <w:rtl/>
        </w:rPr>
        <w:t>والحوافز</w:t>
      </w:r>
      <w:proofErr w:type="gramEnd"/>
      <w:r w:rsidRPr="008E412B">
        <w:rPr>
          <w:sz w:val="30"/>
          <w:szCs w:val="30"/>
          <w:rtl/>
        </w:rPr>
        <w:t xml:space="preserve"> والتطوير. كما تناولت تحسين الإنتاجية من خلال سرعة الإنجاز، وجودة المخرجات، وكفاءة استخدام الوقت والموارد، وتقليل الأخطاء والهدر، وتحسين الأداء العام</w:t>
      </w:r>
      <w:r w:rsidRPr="008E412B">
        <w:rPr>
          <w:sz w:val="30"/>
          <w:szCs w:val="30"/>
        </w:rPr>
        <w:t>.</w:t>
      </w:r>
      <w:r w:rsidR="001C38DE">
        <w:rPr>
          <w:rFonts w:hint="cs"/>
          <w:sz w:val="30"/>
          <w:szCs w:val="30"/>
          <w:rtl/>
        </w:rPr>
        <w:t xml:space="preserve"> </w:t>
      </w:r>
      <w:r w:rsidRPr="008E412B">
        <w:rPr>
          <w:sz w:val="30"/>
          <w:szCs w:val="30"/>
          <w:rtl/>
        </w:rPr>
        <w:t xml:space="preserve">اعتمدت الدراسة على المنهج الوصفي التحليلي، واستخدمت الاستبانة أداة رئيسة لجمع البيانات من أفراد عينة الدراسة. وتم تحليل البيانات باستخدام الأساليب الإحصائية المناسبة، ومنها التكرارات والنسب المئوية، والمتوسطات الحسابية، والانحرافات المعيارية، ومعامل </w:t>
      </w:r>
      <w:proofErr w:type="spellStart"/>
      <w:r w:rsidRPr="008E412B">
        <w:rPr>
          <w:sz w:val="30"/>
          <w:szCs w:val="30"/>
          <w:rtl/>
        </w:rPr>
        <w:t>كرونباخ</w:t>
      </w:r>
      <w:proofErr w:type="spellEnd"/>
      <w:r w:rsidRPr="008E412B">
        <w:rPr>
          <w:sz w:val="30"/>
          <w:szCs w:val="30"/>
          <w:rtl/>
        </w:rPr>
        <w:t xml:space="preserve"> ألفا، ومعامل ارتباط بيرسون، وتحليل الانحدار البسيط والمتعدد، وذلك بهدف قياس مستوى تطبيق إدارة الأداء، ومستوى تحسين الإنتاجية، واختبار أثر أبعاد إدارة الأداء على الإنتاجية</w:t>
      </w:r>
      <w:r w:rsidRPr="008E412B">
        <w:rPr>
          <w:sz w:val="30"/>
          <w:szCs w:val="30"/>
        </w:rPr>
        <w:t>.</w:t>
      </w:r>
      <w:r>
        <w:rPr>
          <w:rFonts w:hint="cs"/>
          <w:sz w:val="30"/>
          <w:szCs w:val="30"/>
          <w:rtl/>
        </w:rPr>
        <w:t xml:space="preserve"> </w:t>
      </w:r>
      <w:r w:rsidRPr="008E412B">
        <w:rPr>
          <w:sz w:val="30"/>
          <w:szCs w:val="30"/>
          <w:rtl/>
        </w:rPr>
        <w:t>أظهرت نتائج الدراسة وجود أثر ذي دلالة إحصائية لإدارة الأداء بأبعادها مجتمعة على تحسين الإنتاجية لدى العاملين في شركة مصنع تمور القصيم المحدودة. كما أظهرت النتائج وجود أثر ذي دلالة إحصائية لكل من تخطيط الأداء، والمتابعة والتغذية الراجعة، وتقييم الأداء، والحوافز والتطوير على تحسين الإنتاجية. وجاء بعد المتابعة والتغذية الراجعة ضمن الأبعاد الأكثر تأثيرا، يليه بعد الحوافز والتطوير، مما يدل على أهمية المتابعة المستمرة وربط نتائج الأداء بالدعم والتدريب والتحفيز</w:t>
      </w:r>
      <w:r w:rsidRPr="008E412B">
        <w:rPr>
          <w:sz w:val="30"/>
          <w:szCs w:val="30"/>
        </w:rPr>
        <w:t>.</w:t>
      </w:r>
      <w:r>
        <w:rPr>
          <w:rFonts w:hint="cs"/>
          <w:sz w:val="30"/>
          <w:szCs w:val="30"/>
          <w:rtl/>
        </w:rPr>
        <w:t xml:space="preserve"> </w:t>
      </w:r>
      <w:r w:rsidRPr="008E412B">
        <w:rPr>
          <w:sz w:val="30"/>
          <w:szCs w:val="30"/>
          <w:rtl/>
        </w:rPr>
        <w:t>أوصت الدراسة بضرورة تطوير نظام إدارة الأداء داخل الشركة من خلال تحديد أهداف أداء واضحة، وتطبيق متابعة دورية منتظمة، وتحسين عدالة تقييم الأداء، وربط نتائج التقييم بالحوافز وبرامج التطوير. كما أوصت بتدريب المشرفين على تقديم تغذية راجعة عملية، واستخدام مؤشرات أداء قابلة للقياس، بما يساعد على رفع جودة المخرجات، وتقليل الأخطاء والهدر، وتحسين الإنتاجية العامة</w:t>
      </w:r>
      <w:r w:rsidRPr="008E412B">
        <w:rPr>
          <w:sz w:val="30"/>
          <w:szCs w:val="30"/>
        </w:rPr>
        <w:t>.</w:t>
      </w:r>
    </w:p>
    <w:p w14:paraId="55F8E0BB" w14:textId="77777777" w:rsidR="008E412B" w:rsidRDefault="008E412B" w:rsidP="00785C0A">
      <w:pPr>
        <w:spacing w:line="276" w:lineRule="auto"/>
        <w:jc w:val="both"/>
        <w:rPr>
          <w:sz w:val="30"/>
          <w:szCs w:val="30"/>
          <w:rtl/>
        </w:rPr>
      </w:pPr>
      <w:r w:rsidRPr="008E412B">
        <w:rPr>
          <w:b/>
          <w:bCs/>
          <w:sz w:val="30"/>
          <w:szCs w:val="30"/>
          <w:rtl/>
        </w:rPr>
        <w:t>الكلمات المفتاحية:</w:t>
      </w:r>
      <w:r w:rsidRPr="008E412B">
        <w:rPr>
          <w:sz w:val="30"/>
          <w:szCs w:val="30"/>
          <w:rtl/>
        </w:rPr>
        <w:t xml:space="preserve"> إدارة الأداء، تحسين الإنتاجية، تخطيط الأداء، التغذية الراجعة، تقييم الأداء، الحوافز والتطوير، شركة مصنع تمور القصيم المحدودة</w:t>
      </w:r>
      <w:r w:rsidRPr="008E412B">
        <w:rPr>
          <w:sz w:val="30"/>
          <w:szCs w:val="30"/>
        </w:rPr>
        <w:t>.</w:t>
      </w:r>
    </w:p>
    <w:p w14:paraId="5278A609" w14:textId="77777777" w:rsidR="008E412B" w:rsidRDefault="008E412B" w:rsidP="00785C0A">
      <w:pPr>
        <w:spacing w:after="200" w:line="276" w:lineRule="auto"/>
        <w:jc w:val="both"/>
        <w:rPr>
          <w:sz w:val="30"/>
          <w:szCs w:val="30"/>
          <w:rtl/>
          <w:cs w:val="0"/>
        </w:rPr>
      </w:pPr>
    </w:p>
    <w:p w14:paraId="37C08498" w14:textId="77777777" w:rsidR="008E412B" w:rsidRDefault="008E412B" w:rsidP="00785C0A">
      <w:pPr>
        <w:spacing w:after="200" w:line="276" w:lineRule="auto"/>
        <w:jc w:val="both"/>
        <w:rPr>
          <w:sz w:val="30"/>
          <w:szCs w:val="30"/>
          <w:rtl/>
          <w:cs w:val="0"/>
        </w:rPr>
      </w:pPr>
    </w:p>
    <w:p w14:paraId="251D6B24" w14:textId="77777777" w:rsidR="008E412B" w:rsidRDefault="008E412B" w:rsidP="00785C0A">
      <w:pPr>
        <w:spacing w:after="200" w:line="276" w:lineRule="auto"/>
        <w:jc w:val="both"/>
        <w:rPr>
          <w:sz w:val="30"/>
          <w:szCs w:val="30"/>
          <w:rtl/>
          <w:cs w:val="0"/>
        </w:rPr>
      </w:pPr>
    </w:p>
    <w:p w14:paraId="5270C7D7" w14:textId="77777777" w:rsidR="008E412B" w:rsidRDefault="008E412B" w:rsidP="00785C0A">
      <w:pPr>
        <w:spacing w:after="200" w:line="276" w:lineRule="auto"/>
        <w:jc w:val="both"/>
        <w:rPr>
          <w:sz w:val="30"/>
          <w:szCs w:val="30"/>
          <w:rtl/>
          <w:cs w:val="0"/>
        </w:rPr>
      </w:pPr>
    </w:p>
    <w:p w14:paraId="2575D495" w14:textId="77777777" w:rsidR="008E412B" w:rsidRDefault="008E412B" w:rsidP="00785C0A">
      <w:pPr>
        <w:spacing w:after="200" w:line="276" w:lineRule="auto"/>
        <w:jc w:val="both"/>
        <w:rPr>
          <w:sz w:val="30"/>
          <w:szCs w:val="30"/>
          <w:rtl/>
          <w:cs w:val="0"/>
        </w:rPr>
      </w:pPr>
    </w:p>
    <w:p w14:paraId="406A22E4" w14:textId="77777777" w:rsidR="008E412B" w:rsidRDefault="008E412B" w:rsidP="00785C0A">
      <w:pPr>
        <w:spacing w:after="200" w:line="276" w:lineRule="auto"/>
        <w:jc w:val="both"/>
        <w:rPr>
          <w:sz w:val="30"/>
          <w:szCs w:val="30"/>
          <w:rtl/>
          <w:cs w:val="0"/>
        </w:rPr>
      </w:pPr>
    </w:p>
    <w:p w14:paraId="4075AC7C" w14:textId="77777777" w:rsidR="008E412B" w:rsidRDefault="008E412B" w:rsidP="00785C0A">
      <w:pPr>
        <w:spacing w:after="200" w:line="276" w:lineRule="auto"/>
        <w:jc w:val="both"/>
        <w:rPr>
          <w:sz w:val="30"/>
          <w:szCs w:val="30"/>
          <w:rtl/>
          <w:cs w:val="0"/>
        </w:rPr>
      </w:pPr>
    </w:p>
    <w:p w14:paraId="4D5DE884" w14:textId="476FD7DE" w:rsidR="001C38DE" w:rsidRPr="00BF3334" w:rsidRDefault="004B1822" w:rsidP="009B4868">
      <w:pPr>
        <w:pStyle w:val="Heading1"/>
        <w:spacing w:line="276" w:lineRule="auto"/>
        <w:jc w:val="center"/>
        <w:rPr>
          <w:noProof/>
          <w:sz w:val="38"/>
          <w:szCs w:val="38"/>
        </w:rPr>
      </w:pPr>
      <w:bookmarkStart w:id="51" w:name="_Toc233582845"/>
      <w:bookmarkStart w:id="52" w:name="_Toc233583012"/>
      <w:bookmarkStart w:id="53" w:name="_Toc233584645"/>
      <w:bookmarkStart w:id="54" w:name="_Toc233585017"/>
      <w:bookmarkStart w:id="55" w:name="_Toc233585143"/>
      <w:bookmarkStart w:id="56" w:name="_Toc233585284"/>
      <w:bookmarkStart w:id="57" w:name="_Toc233585614"/>
      <w:bookmarkStart w:id="58" w:name="_Toc233585770"/>
      <w:bookmarkStart w:id="59" w:name="_Toc233585896"/>
      <w:bookmarkStart w:id="60" w:name="_Toc233586025"/>
      <w:bookmarkStart w:id="61" w:name="_Toc233586803"/>
      <w:bookmarkStart w:id="62" w:name="_Toc233586938"/>
      <w:bookmarkStart w:id="63" w:name="_Toc233587079"/>
      <w:bookmarkStart w:id="64" w:name="_Toc233587206"/>
      <w:bookmarkStart w:id="65" w:name="_Toc233587064"/>
      <w:bookmarkStart w:id="66" w:name="_Toc233587616"/>
      <w:bookmarkStart w:id="67" w:name="_Toc233587748"/>
      <w:r w:rsidRPr="00BF3334">
        <w:rPr>
          <w:noProof/>
          <w:sz w:val="38"/>
          <w:szCs w:val="38"/>
          <w:cs/>
        </w:rPr>
        <w:t>Abstract</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33C33D08" w14:textId="42276402" w:rsidR="001C38DE" w:rsidRDefault="001C38DE" w:rsidP="009B4868">
      <w:pPr>
        <w:bidi w:val="0"/>
        <w:spacing w:line="276" w:lineRule="auto"/>
        <w:jc w:val="both"/>
      </w:pPr>
      <w:r w:rsidRPr="0033514C">
        <w:rPr>
          <w:cs w:val="0"/>
          <w:lang w:val="en-US"/>
        </w:rPr>
        <w:t>This study aimed to identify the effect of performance management on improving employee productivity at Qassim Dates Factory Company Ltd</w:t>
      </w:r>
      <w:r>
        <w:rPr>
          <w:cs w:val="0"/>
          <w:lang w:val="en-US"/>
        </w:rPr>
        <w:t>.</w:t>
      </w:r>
      <w:r w:rsidRPr="0033514C">
        <w:rPr>
          <w:cs w:val="0"/>
          <w:lang w:val="en-US"/>
        </w:rPr>
        <w:t xml:space="preserve"> in the Kingdom of Saudi Arabia</w:t>
      </w:r>
      <w:r>
        <w:rPr>
          <w:cs w:val="0"/>
          <w:lang w:val="en-US"/>
        </w:rPr>
        <w:t>.</w:t>
      </w:r>
      <w:r w:rsidRPr="0033514C">
        <w:rPr>
          <w:cs w:val="0"/>
          <w:lang w:val="en-US"/>
        </w:rPr>
        <w:t xml:space="preserve"> The study focused on four main dimensions of performance management: performance planning, monitoring and feedback, performance appraisal, and incentives and development</w:t>
      </w:r>
      <w:r>
        <w:rPr>
          <w:cs w:val="0"/>
          <w:lang w:val="en-US"/>
        </w:rPr>
        <w:t>.</w:t>
      </w:r>
      <w:r w:rsidRPr="0033514C">
        <w:rPr>
          <w:cs w:val="0"/>
          <w:lang w:val="en-US"/>
        </w:rPr>
        <w:t xml:space="preserve"> Productivity improvement was examined through task completion speed, output quality, efficient use of time and resources, reduction of errors and waste, and overall performance improvement</w:t>
      </w:r>
      <w:r>
        <w:rPr>
          <w:rtl/>
          <w:cs w:val="0"/>
        </w:rPr>
        <w:t>.</w:t>
      </w:r>
      <w:r>
        <w:rPr>
          <w:cs w:val="0"/>
          <w:lang w:val="en-US"/>
        </w:rPr>
        <w:t xml:space="preserve"> </w:t>
      </w:r>
      <w:r w:rsidRPr="0033514C">
        <w:rPr>
          <w:cs w:val="0"/>
          <w:lang w:val="en-US"/>
        </w:rPr>
        <w:t>The study adopted the descriptive analytical approach and used a questionnaire as the main tool for collecting data from the study sample</w:t>
      </w:r>
      <w:r>
        <w:rPr>
          <w:cs w:val="0"/>
          <w:lang w:val="en-US"/>
        </w:rPr>
        <w:t>.</w:t>
      </w:r>
      <w:r w:rsidRPr="0033514C">
        <w:rPr>
          <w:cs w:val="0"/>
          <w:lang w:val="en-US"/>
        </w:rPr>
        <w:t xml:space="preserve"> The data were analyzed using appropriate statistical methods, including frequencies, percentages, means, standard deviations, Cronbach’s alpha, Pearson correlation, simple regression, and multiple regression</w:t>
      </w:r>
      <w:r>
        <w:rPr>
          <w:cs w:val="0"/>
          <w:lang w:val="en-US"/>
        </w:rPr>
        <w:t>.</w:t>
      </w:r>
      <w:r w:rsidRPr="0033514C">
        <w:rPr>
          <w:cs w:val="0"/>
          <w:lang w:val="en-US"/>
        </w:rPr>
        <w:t xml:space="preserve"> These methods were used to measure the level of performance management practices, the level of productivity improvement, and the effect of performance management dimensions on productivity</w:t>
      </w:r>
      <w:r>
        <w:rPr>
          <w:rtl/>
          <w:cs w:val="0"/>
        </w:rPr>
        <w:t>.</w:t>
      </w:r>
      <w:r>
        <w:rPr>
          <w:cs w:val="0"/>
          <w:lang w:val="en-US"/>
        </w:rPr>
        <w:t xml:space="preserve"> </w:t>
      </w:r>
      <w:r w:rsidRPr="0033514C">
        <w:rPr>
          <w:cs w:val="0"/>
          <w:lang w:val="en-US"/>
        </w:rPr>
        <w:t>The results showed a statistically significant effect of performance management, with its combined dimensions, on improving employee productivity at Qassim Dates Factory Company Ltd</w:t>
      </w:r>
      <w:r>
        <w:rPr>
          <w:cs w:val="0"/>
          <w:lang w:val="en-US"/>
        </w:rPr>
        <w:t>.</w:t>
      </w:r>
      <w:r w:rsidRPr="0033514C">
        <w:rPr>
          <w:cs w:val="0"/>
          <w:lang w:val="en-US"/>
        </w:rPr>
        <w:t xml:space="preserve"> The results also showed a statistically significant effect of performance planning, monitoring and feedback, performance appraisal, and incentives and development on productivity improvement</w:t>
      </w:r>
      <w:r>
        <w:rPr>
          <w:cs w:val="0"/>
          <w:lang w:val="en-US"/>
        </w:rPr>
        <w:t>.</w:t>
      </w:r>
      <w:r w:rsidRPr="0033514C">
        <w:rPr>
          <w:cs w:val="0"/>
          <w:lang w:val="en-US"/>
        </w:rPr>
        <w:t xml:space="preserve"> Monitoring and feedback appeared among the most influential dimensions, followed by incentives and development</w:t>
      </w:r>
      <w:r>
        <w:rPr>
          <w:cs w:val="0"/>
          <w:lang w:val="en-US"/>
        </w:rPr>
        <w:t>.</w:t>
      </w:r>
      <w:r w:rsidRPr="0033514C">
        <w:rPr>
          <w:cs w:val="0"/>
          <w:lang w:val="en-US"/>
        </w:rPr>
        <w:t xml:space="preserve"> This indicates the importance of continuous follow-up and linking performance results to support, training, and motivation</w:t>
      </w:r>
      <w:r>
        <w:rPr>
          <w:rtl/>
          <w:cs w:val="0"/>
        </w:rPr>
        <w:t>.</w:t>
      </w:r>
      <w:r>
        <w:rPr>
          <w:cs w:val="0"/>
          <w:lang w:val="en-US"/>
        </w:rPr>
        <w:t xml:space="preserve"> </w:t>
      </w:r>
      <w:r w:rsidRPr="0033514C">
        <w:rPr>
          <w:cs w:val="0"/>
          <w:lang w:val="en-US"/>
        </w:rPr>
        <w:t>The study recommended developing the company’s performance management system by setting clear performance objectives, applying regular follow-up, improving the fairness of performance appraisal, and linking appraisal results to incentives and development programs</w:t>
      </w:r>
      <w:r>
        <w:rPr>
          <w:cs w:val="0"/>
          <w:lang w:val="en-US"/>
        </w:rPr>
        <w:t>.</w:t>
      </w:r>
      <w:r w:rsidRPr="0033514C">
        <w:rPr>
          <w:cs w:val="0"/>
          <w:lang w:val="en-US"/>
        </w:rPr>
        <w:t xml:space="preserve"> The study also recommended training supervisors to provide practical feedback and using measurable performance indicators to improve output quality, reduce errors and waste, and enhance overall productivity</w:t>
      </w:r>
      <w:r>
        <w:rPr>
          <w:rtl/>
          <w:cs w:val="0"/>
        </w:rPr>
        <w:t>.</w:t>
      </w:r>
    </w:p>
    <w:p w14:paraId="104249C6" w14:textId="4E58E4D0" w:rsidR="00A65499" w:rsidRDefault="001C38DE" w:rsidP="009B4868">
      <w:pPr>
        <w:bidi w:val="0"/>
        <w:spacing w:line="276" w:lineRule="auto"/>
        <w:jc w:val="both"/>
        <w:rPr>
          <w:sz w:val="30"/>
          <w:szCs w:val="30"/>
          <w:cs w:val="0"/>
          <w:lang w:val="en-US"/>
        </w:rPr>
      </w:pPr>
      <w:r w:rsidRPr="001C38DE">
        <w:rPr>
          <w:b/>
          <w:bCs/>
          <w:cs w:val="0"/>
          <w:lang w:val="en-US"/>
        </w:rPr>
        <w:t>Keywords:</w:t>
      </w:r>
      <w:r w:rsidRPr="0033514C">
        <w:rPr>
          <w:cs w:val="0"/>
          <w:lang w:val="en-US"/>
        </w:rPr>
        <w:t xml:space="preserve"> Performance Management, Productivity Improvement, Performance Planning, Feedback, Performance Appraisal, Incentives and Development, Qassim Dates Factory Company Ltd</w:t>
      </w:r>
      <w:r>
        <w:rPr>
          <w:rtl/>
          <w:cs w:val="0"/>
        </w:rPr>
        <w:t>.</w:t>
      </w:r>
    </w:p>
    <w:p w14:paraId="280D307C" w14:textId="77777777" w:rsidR="00012A8F" w:rsidRDefault="00012A8F" w:rsidP="00012A8F">
      <w:pPr>
        <w:bidi w:val="0"/>
        <w:spacing w:line="276" w:lineRule="auto"/>
        <w:jc w:val="both"/>
        <w:rPr>
          <w:sz w:val="30"/>
          <w:szCs w:val="30"/>
          <w:cs w:val="0"/>
          <w:lang w:val="en-US"/>
        </w:rPr>
      </w:pPr>
    </w:p>
    <w:p w14:paraId="1E178362" w14:textId="77777777" w:rsidR="00012A8F" w:rsidRDefault="00012A8F" w:rsidP="00012A8F">
      <w:pPr>
        <w:bidi w:val="0"/>
        <w:spacing w:line="276" w:lineRule="auto"/>
        <w:jc w:val="both"/>
        <w:rPr>
          <w:sz w:val="30"/>
          <w:szCs w:val="30"/>
          <w:cs w:val="0"/>
          <w:lang w:val="en-US"/>
        </w:rPr>
      </w:pPr>
    </w:p>
    <w:p w14:paraId="3DE762AE" w14:textId="77777777" w:rsidR="00012A8F" w:rsidRDefault="00012A8F" w:rsidP="00012A8F">
      <w:pPr>
        <w:bidi w:val="0"/>
        <w:spacing w:line="276" w:lineRule="auto"/>
        <w:jc w:val="both"/>
        <w:rPr>
          <w:sz w:val="30"/>
          <w:szCs w:val="30"/>
          <w:cs w:val="0"/>
          <w:lang w:val="en-US"/>
        </w:rPr>
      </w:pPr>
    </w:p>
    <w:p w14:paraId="4A195E65" w14:textId="77777777" w:rsidR="00012A8F" w:rsidRDefault="00012A8F" w:rsidP="00012A8F">
      <w:pPr>
        <w:bidi w:val="0"/>
        <w:spacing w:line="276" w:lineRule="auto"/>
        <w:jc w:val="both"/>
        <w:rPr>
          <w:sz w:val="30"/>
          <w:szCs w:val="30"/>
          <w:cs w:val="0"/>
          <w:lang w:val="en-US"/>
        </w:rPr>
      </w:pPr>
    </w:p>
    <w:p w14:paraId="289F6F14" w14:textId="77777777" w:rsidR="00012A8F" w:rsidRDefault="00012A8F" w:rsidP="00012A8F">
      <w:pPr>
        <w:bidi w:val="0"/>
        <w:spacing w:line="276" w:lineRule="auto"/>
        <w:jc w:val="both"/>
        <w:rPr>
          <w:sz w:val="30"/>
          <w:szCs w:val="30"/>
          <w:cs w:val="0"/>
          <w:lang w:val="en-US"/>
        </w:rPr>
      </w:pPr>
    </w:p>
    <w:p w14:paraId="08DB2D64" w14:textId="44BF3E19" w:rsidR="00472BF3" w:rsidRPr="00472BF3" w:rsidRDefault="00472BF3" w:rsidP="00472BF3">
      <w:pPr>
        <w:bidi w:val="0"/>
        <w:spacing w:line="276" w:lineRule="auto"/>
        <w:jc w:val="center"/>
        <w:rPr>
          <w:b/>
          <w:bCs/>
          <w:sz w:val="40"/>
          <w:szCs w:val="40"/>
          <w:rtl/>
          <w:cs w:val="0"/>
          <w:lang w:val="en-US"/>
        </w:rPr>
      </w:pPr>
      <w:r w:rsidRPr="00472BF3">
        <w:rPr>
          <w:rFonts w:hint="cs"/>
          <w:b/>
          <w:bCs/>
          <w:sz w:val="40"/>
          <w:szCs w:val="40"/>
          <w:rtl/>
          <w:cs w:val="0"/>
          <w:lang w:val="en-US"/>
        </w:rPr>
        <w:t>جدول المحتويات</w:t>
      </w:r>
    </w:p>
    <w:p w14:paraId="5A1EC260" w14:textId="18F87145" w:rsidR="00472BF3" w:rsidRDefault="00472BF3" w:rsidP="00472BF3">
      <w:pPr>
        <w:pStyle w:val="TOC1"/>
        <w:rPr>
          <w:rFonts w:asciiTheme="minorHAnsi" w:eastAsiaTheme="minorEastAsia" w:hAnsiTheme="minorHAnsi" w:cstheme="minorBidi"/>
          <w:noProof/>
          <w:kern w:val="2"/>
          <w:sz w:val="24"/>
          <w:szCs w:val="24"/>
          <w:cs w:val="0"/>
          <w:lang w:val="en-US"/>
          <w14:ligatures w14:val="standardContextual"/>
        </w:rPr>
      </w:pPr>
      <w:r>
        <w:rPr>
          <w:rtl/>
          <w:cs w:val="0"/>
        </w:rPr>
        <w:fldChar w:fldCharType="begin"/>
      </w:r>
      <w:r>
        <w:rPr>
          <w:rtl/>
          <w:cs w:val="0"/>
        </w:rPr>
        <w:instrText xml:space="preserve"> </w:instrText>
      </w:r>
      <w:r>
        <w:rPr>
          <w:rFonts w:hint="cs"/>
          <w:cs w:val="0"/>
        </w:rPr>
        <w:instrText>TOC</w:instrText>
      </w:r>
      <w:r>
        <w:rPr>
          <w:rFonts w:hint="cs"/>
          <w:rtl/>
          <w:cs w:val="0"/>
        </w:rPr>
        <w:instrText xml:space="preserve"> \</w:instrText>
      </w:r>
      <w:r>
        <w:rPr>
          <w:rFonts w:hint="cs"/>
          <w:cs w:val="0"/>
        </w:rPr>
        <w:instrText>o "1-2" \h \z \u</w:instrText>
      </w:r>
      <w:r>
        <w:rPr>
          <w:rtl/>
          <w:cs w:val="0"/>
        </w:rPr>
        <w:instrText xml:space="preserve"> </w:instrText>
      </w:r>
      <w:r>
        <w:rPr>
          <w:rtl/>
          <w:cs w:val="0"/>
        </w:rPr>
        <w:fldChar w:fldCharType="separate"/>
      </w:r>
      <w:hyperlink w:anchor="_Toc233587745" w:history="1">
        <w:r w:rsidRPr="007F116D">
          <w:rPr>
            <w:rStyle w:val="Hyperlink"/>
            <w:rFonts w:hint="eastAsia"/>
            <w:noProof/>
            <w:rtl/>
          </w:rPr>
          <w:t>الآية</w:t>
        </w:r>
        <w:r w:rsidRPr="007F116D">
          <w:rPr>
            <w:rStyle w:val="Hyperlink"/>
            <w:noProof/>
            <w:rtl/>
          </w:rPr>
          <w:t xml:space="preserve"> </w:t>
        </w:r>
        <w:r w:rsidRPr="007F116D">
          <w:rPr>
            <w:rStyle w:val="Hyperlink"/>
            <w:rFonts w:hint="eastAsia"/>
            <w:noProof/>
            <w:rtl/>
          </w:rPr>
          <w:t>الكريمة</w:t>
        </w:r>
        <w:r>
          <w:rPr>
            <w:noProof/>
            <w:webHidden/>
            <w:rtl/>
          </w:rPr>
          <w:tab/>
        </w:r>
        <w:r>
          <w:rPr>
            <w:noProof/>
            <w:webHidden/>
          </w:rPr>
          <w:tab/>
        </w:r>
        <w:r>
          <w:rPr>
            <w:rStyle w:val="Hyperlink"/>
            <w:noProof/>
            <w:rtl/>
          </w:rPr>
          <w:fldChar w:fldCharType="begin"/>
        </w:r>
        <w:r>
          <w:rPr>
            <w:noProof/>
            <w:webHidden/>
          </w:rPr>
          <w:instrText xml:space="preserve"> PAGEREF _Toc233587745 \h </w:instrText>
        </w:r>
        <w:r>
          <w:rPr>
            <w:rStyle w:val="Hyperlink"/>
            <w:noProof/>
            <w:rtl/>
          </w:rPr>
        </w:r>
        <w:r>
          <w:rPr>
            <w:rStyle w:val="Hyperlink"/>
            <w:noProof/>
            <w:rtl/>
          </w:rPr>
          <w:fldChar w:fldCharType="separate"/>
        </w:r>
        <w:r w:rsidR="00486132">
          <w:rPr>
            <w:rFonts w:hint="eastAsia"/>
            <w:noProof/>
            <w:webHidden/>
            <w:rtl/>
            <w:cs w:val="0"/>
          </w:rPr>
          <w:t>‌ب</w:t>
        </w:r>
        <w:r>
          <w:rPr>
            <w:rStyle w:val="Hyperlink"/>
            <w:noProof/>
            <w:rtl/>
          </w:rPr>
          <w:fldChar w:fldCharType="end"/>
        </w:r>
      </w:hyperlink>
    </w:p>
    <w:p w14:paraId="6913CF4A" w14:textId="6BDD0DFF" w:rsidR="00472BF3" w:rsidRDefault="00472BF3" w:rsidP="00472BF3">
      <w:pPr>
        <w:pStyle w:val="TOC1"/>
        <w:rPr>
          <w:rFonts w:asciiTheme="minorHAnsi" w:eastAsiaTheme="minorEastAsia" w:hAnsiTheme="minorHAnsi" w:cstheme="minorBidi"/>
          <w:noProof/>
          <w:kern w:val="2"/>
          <w:sz w:val="24"/>
          <w:szCs w:val="24"/>
          <w:cs w:val="0"/>
          <w:lang w:val="en-US"/>
          <w14:ligatures w14:val="standardContextual"/>
        </w:rPr>
      </w:pPr>
      <w:hyperlink w:anchor="_Toc233587746" w:history="1">
        <w:r w:rsidRPr="007F116D">
          <w:rPr>
            <w:rStyle w:val="Hyperlink"/>
            <w:rFonts w:hint="eastAsia"/>
            <w:noProof/>
            <w:rtl/>
          </w:rPr>
          <w:t>الاهداء</w:t>
        </w:r>
        <w:r>
          <w:rPr>
            <w:noProof/>
            <w:webHidden/>
            <w:rtl/>
          </w:rPr>
          <w:tab/>
        </w:r>
        <w:r>
          <w:rPr>
            <w:noProof/>
            <w:webHidden/>
          </w:rPr>
          <w:tab/>
        </w:r>
        <w:r>
          <w:rPr>
            <w:rStyle w:val="Hyperlink"/>
            <w:noProof/>
            <w:rtl/>
          </w:rPr>
          <w:fldChar w:fldCharType="begin"/>
        </w:r>
        <w:r>
          <w:rPr>
            <w:noProof/>
            <w:webHidden/>
          </w:rPr>
          <w:instrText xml:space="preserve"> PAGEREF _Toc233587746 \h </w:instrText>
        </w:r>
        <w:r>
          <w:rPr>
            <w:rStyle w:val="Hyperlink"/>
            <w:noProof/>
            <w:rtl/>
          </w:rPr>
        </w:r>
        <w:r>
          <w:rPr>
            <w:rStyle w:val="Hyperlink"/>
            <w:noProof/>
            <w:rtl/>
          </w:rPr>
          <w:fldChar w:fldCharType="separate"/>
        </w:r>
        <w:r w:rsidR="00486132">
          <w:rPr>
            <w:rFonts w:hint="eastAsia"/>
            <w:noProof/>
            <w:webHidden/>
            <w:rtl/>
            <w:cs w:val="0"/>
          </w:rPr>
          <w:t>‌ج</w:t>
        </w:r>
        <w:r>
          <w:rPr>
            <w:rStyle w:val="Hyperlink"/>
            <w:noProof/>
            <w:rtl/>
          </w:rPr>
          <w:fldChar w:fldCharType="end"/>
        </w:r>
      </w:hyperlink>
    </w:p>
    <w:p w14:paraId="380431BC" w14:textId="29C0A1A3" w:rsidR="00472BF3" w:rsidRDefault="00472BF3" w:rsidP="00472BF3">
      <w:pPr>
        <w:pStyle w:val="TOC1"/>
        <w:rPr>
          <w:rFonts w:asciiTheme="minorHAnsi" w:eastAsiaTheme="minorEastAsia" w:hAnsiTheme="minorHAnsi" w:cstheme="minorBidi"/>
          <w:noProof/>
          <w:kern w:val="2"/>
          <w:sz w:val="24"/>
          <w:szCs w:val="24"/>
          <w:cs w:val="0"/>
          <w:lang w:val="en-US"/>
          <w14:ligatures w14:val="standardContextual"/>
        </w:rPr>
      </w:pPr>
      <w:hyperlink w:anchor="_Toc233587747" w:history="1">
        <w:r w:rsidRPr="007F116D">
          <w:rPr>
            <w:rStyle w:val="Hyperlink"/>
            <w:rFonts w:hint="eastAsia"/>
            <w:noProof/>
            <w:rtl/>
          </w:rPr>
          <w:t>الشكر</w:t>
        </w:r>
        <w:r w:rsidRPr="007F116D">
          <w:rPr>
            <w:rStyle w:val="Hyperlink"/>
            <w:noProof/>
            <w:rtl/>
          </w:rPr>
          <w:t xml:space="preserve"> </w:t>
        </w:r>
        <w:r w:rsidRPr="007F116D">
          <w:rPr>
            <w:rStyle w:val="Hyperlink"/>
            <w:rFonts w:hint="eastAsia"/>
            <w:noProof/>
            <w:rtl/>
          </w:rPr>
          <w:t>والتقدير</w:t>
        </w:r>
        <w:r>
          <w:rPr>
            <w:rStyle w:val="Hyperlink"/>
            <w:noProof/>
            <w:rtl/>
          </w:rPr>
          <w:tab/>
        </w:r>
        <w:r>
          <w:rPr>
            <w:noProof/>
            <w:webHidden/>
          </w:rPr>
          <w:tab/>
        </w:r>
        <w:r>
          <w:rPr>
            <w:rStyle w:val="Hyperlink"/>
            <w:noProof/>
            <w:rtl/>
          </w:rPr>
          <w:fldChar w:fldCharType="begin"/>
        </w:r>
        <w:r>
          <w:rPr>
            <w:noProof/>
            <w:webHidden/>
          </w:rPr>
          <w:instrText xml:space="preserve"> PAGEREF _Toc233587747 \h </w:instrText>
        </w:r>
        <w:r>
          <w:rPr>
            <w:rStyle w:val="Hyperlink"/>
            <w:noProof/>
            <w:rtl/>
          </w:rPr>
        </w:r>
        <w:r>
          <w:rPr>
            <w:rStyle w:val="Hyperlink"/>
            <w:noProof/>
            <w:rtl/>
          </w:rPr>
          <w:fldChar w:fldCharType="separate"/>
        </w:r>
        <w:r w:rsidR="00486132">
          <w:rPr>
            <w:rFonts w:hint="eastAsia"/>
            <w:noProof/>
            <w:webHidden/>
            <w:rtl/>
            <w:cs w:val="0"/>
          </w:rPr>
          <w:t>‌د</w:t>
        </w:r>
        <w:r>
          <w:rPr>
            <w:rStyle w:val="Hyperlink"/>
            <w:noProof/>
            <w:rtl/>
          </w:rPr>
          <w:fldChar w:fldCharType="end"/>
        </w:r>
      </w:hyperlink>
    </w:p>
    <w:p w14:paraId="13F4C9B3" w14:textId="1BF79903" w:rsidR="00472BF3" w:rsidRDefault="00472BF3" w:rsidP="00472BF3">
      <w:pPr>
        <w:pStyle w:val="TOC1"/>
        <w:rPr>
          <w:rFonts w:asciiTheme="minorHAnsi" w:eastAsiaTheme="minorEastAsia" w:hAnsiTheme="minorHAnsi" w:cstheme="minorBidi"/>
          <w:noProof/>
          <w:kern w:val="2"/>
          <w:sz w:val="24"/>
          <w:szCs w:val="24"/>
          <w:cs w:val="0"/>
          <w:lang w:val="en-US"/>
          <w14:ligatures w14:val="standardContextual"/>
        </w:rPr>
      </w:pPr>
      <w:hyperlink w:anchor="_Toc233587748" w:history="1">
        <w:r w:rsidRPr="007F116D">
          <w:rPr>
            <w:rStyle w:val="Hyperlink"/>
            <w:noProof/>
          </w:rPr>
          <w:t>Abstract</w:t>
        </w:r>
        <w:r>
          <w:rPr>
            <w:noProof/>
            <w:webHidden/>
            <w:rtl/>
          </w:rPr>
          <w:tab/>
        </w:r>
        <w:r>
          <w:rPr>
            <w:noProof/>
            <w:webHidden/>
          </w:rPr>
          <w:tab/>
        </w:r>
        <w:r>
          <w:rPr>
            <w:rStyle w:val="Hyperlink"/>
            <w:noProof/>
            <w:rtl/>
          </w:rPr>
          <w:fldChar w:fldCharType="begin"/>
        </w:r>
        <w:r>
          <w:rPr>
            <w:noProof/>
            <w:webHidden/>
          </w:rPr>
          <w:instrText xml:space="preserve"> PAGEREF _Toc233587748 \h </w:instrText>
        </w:r>
        <w:r>
          <w:rPr>
            <w:rStyle w:val="Hyperlink"/>
            <w:noProof/>
            <w:rtl/>
          </w:rPr>
        </w:r>
        <w:r>
          <w:rPr>
            <w:rStyle w:val="Hyperlink"/>
            <w:noProof/>
            <w:rtl/>
          </w:rPr>
          <w:fldChar w:fldCharType="separate"/>
        </w:r>
        <w:r w:rsidR="00486132">
          <w:rPr>
            <w:rFonts w:hint="eastAsia"/>
            <w:noProof/>
            <w:webHidden/>
            <w:rtl/>
            <w:cs w:val="0"/>
          </w:rPr>
          <w:t>‌و</w:t>
        </w:r>
        <w:r>
          <w:rPr>
            <w:rStyle w:val="Hyperlink"/>
            <w:noProof/>
            <w:rtl/>
          </w:rPr>
          <w:fldChar w:fldCharType="end"/>
        </w:r>
      </w:hyperlink>
    </w:p>
    <w:p w14:paraId="30EA87AF" w14:textId="4F7B66B6" w:rsidR="00472BF3" w:rsidRDefault="00472BF3" w:rsidP="00472BF3">
      <w:pPr>
        <w:pStyle w:val="TOC1"/>
        <w:rPr>
          <w:rFonts w:asciiTheme="minorHAnsi" w:eastAsiaTheme="minorEastAsia" w:hAnsiTheme="minorHAnsi" w:cstheme="minorBidi"/>
          <w:noProof/>
          <w:kern w:val="2"/>
          <w:sz w:val="24"/>
          <w:szCs w:val="24"/>
          <w:cs w:val="0"/>
          <w:lang w:val="en-US"/>
          <w14:ligatures w14:val="standardContextual"/>
        </w:rPr>
      </w:pPr>
      <w:hyperlink w:anchor="_Toc233587749" w:history="1">
        <w:r w:rsidRPr="007F116D">
          <w:rPr>
            <w:rStyle w:val="Hyperlink"/>
            <w:noProof/>
            <w:rtl/>
          </w:rPr>
          <w:t>1.</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الفصل</w:t>
        </w:r>
        <w:r w:rsidRPr="007F116D">
          <w:rPr>
            <w:rStyle w:val="Hyperlink"/>
            <w:noProof/>
            <w:rtl/>
          </w:rPr>
          <w:t xml:space="preserve"> </w:t>
        </w:r>
        <w:r w:rsidRPr="007F116D">
          <w:rPr>
            <w:rStyle w:val="Hyperlink"/>
            <w:rFonts w:hint="eastAsia"/>
            <w:noProof/>
            <w:rtl/>
          </w:rPr>
          <w:t>الأول</w:t>
        </w:r>
        <w:r w:rsidRPr="007F116D">
          <w:rPr>
            <w:rStyle w:val="Hyperlink"/>
            <w:noProof/>
            <w:rtl/>
          </w:rPr>
          <w:t xml:space="preserve">: </w:t>
        </w:r>
        <w:r w:rsidRPr="007F116D">
          <w:rPr>
            <w:rStyle w:val="Hyperlink"/>
            <w:rFonts w:hint="eastAsia"/>
            <w:noProof/>
            <w:rtl/>
          </w:rPr>
          <w:t>الإطار</w:t>
        </w:r>
        <w:r w:rsidRPr="007F116D">
          <w:rPr>
            <w:rStyle w:val="Hyperlink"/>
            <w:noProof/>
            <w:rtl/>
          </w:rPr>
          <w:t xml:space="preserve"> </w:t>
        </w:r>
        <w:r w:rsidRPr="007F116D">
          <w:rPr>
            <w:rStyle w:val="Hyperlink"/>
            <w:rFonts w:hint="eastAsia"/>
            <w:noProof/>
            <w:rtl/>
          </w:rPr>
          <w:t>العام</w:t>
        </w:r>
        <w:r w:rsidRPr="007F116D">
          <w:rPr>
            <w:rStyle w:val="Hyperlink"/>
            <w:noProof/>
            <w:rtl/>
          </w:rPr>
          <w:t xml:space="preserve"> </w:t>
        </w:r>
        <w:r w:rsidRPr="007F116D">
          <w:rPr>
            <w:rStyle w:val="Hyperlink"/>
            <w:rFonts w:hint="eastAsia"/>
            <w:noProof/>
            <w:rtl/>
          </w:rPr>
          <w:t>للدراسة</w:t>
        </w:r>
        <w:r>
          <w:rPr>
            <w:noProof/>
            <w:webHidden/>
          </w:rPr>
          <w:tab/>
        </w:r>
        <w:r>
          <w:rPr>
            <w:rStyle w:val="Hyperlink"/>
            <w:noProof/>
            <w:rtl/>
          </w:rPr>
          <w:fldChar w:fldCharType="begin"/>
        </w:r>
        <w:r>
          <w:rPr>
            <w:noProof/>
            <w:webHidden/>
          </w:rPr>
          <w:instrText xml:space="preserve"> PAGEREF _Toc233587749 \h </w:instrText>
        </w:r>
        <w:r>
          <w:rPr>
            <w:rStyle w:val="Hyperlink"/>
            <w:noProof/>
            <w:rtl/>
          </w:rPr>
        </w:r>
        <w:r>
          <w:rPr>
            <w:rStyle w:val="Hyperlink"/>
            <w:noProof/>
            <w:rtl/>
          </w:rPr>
          <w:fldChar w:fldCharType="separate"/>
        </w:r>
        <w:r w:rsidR="00486132">
          <w:rPr>
            <w:noProof/>
            <w:webHidden/>
            <w:rtl/>
            <w:cs w:val="0"/>
          </w:rPr>
          <w:t>1</w:t>
        </w:r>
        <w:r>
          <w:rPr>
            <w:rStyle w:val="Hyperlink"/>
            <w:noProof/>
            <w:rtl/>
          </w:rPr>
          <w:fldChar w:fldCharType="end"/>
        </w:r>
      </w:hyperlink>
    </w:p>
    <w:p w14:paraId="30640C22" w14:textId="0B19AFF6"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50" w:history="1">
        <w:r w:rsidRPr="007F116D">
          <w:rPr>
            <w:rStyle w:val="Hyperlink"/>
            <w:noProof/>
          </w:rPr>
          <w:t>1-1</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مقدمة</w:t>
        </w:r>
        <w:r>
          <w:rPr>
            <w:noProof/>
            <w:webHidden/>
          </w:rPr>
          <w:tab/>
        </w:r>
        <w:r>
          <w:rPr>
            <w:rStyle w:val="Hyperlink"/>
            <w:noProof/>
            <w:rtl/>
          </w:rPr>
          <w:fldChar w:fldCharType="begin"/>
        </w:r>
        <w:r>
          <w:rPr>
            <w:noProof/>
            <w:webHidden/>
          </w:rPr>
          <w:instrText xml:space="preserve"> PAGEREF _Toc233587750 \h </w:instrText>
        </w:r>
        <w:r>
          <w:rPr>
            <w:rStyle w:val="Hyperlink"/>
            <w:noProof/>
            <w:rtl/>
          </w:rPr>
        </w:r>
        <w:r>
          <w:rPr>
            <w:rStyle w:val="Hyperlink"/>
            <w:noProof/>
            <w:rtl/>
          </w:rPr>
          <w:fldChar w:fldCharType="separate"/>
        </w:r>
        <w:r w:rsidR="00486132">
          <w:rPr>
            <w:noProof/>
            <w:webHidden/>
            <w:rtl/>
            <w:cs w:val="0"/>
          </w:rPr>
          <w:t>1</w:t>
        </w:r>
        <w:r>
          <w:rPr>
            <w:rStyle w:val="Hyperlink"/>
            <w:noProof/>
            <w:rtl/>
          </w:rPr>
          <w:fldChar w:fldCharType="end"/>
        </w:r>
      </w:hyperlink>
    </w:p>
    <w:p w14:paraId="093239BD" w14:textId="177B752B"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51" w:history="1">
        <w:r w:rsidRPr="007F116D">
          <w:rPr>
            <w:rStyle w:val="Hyperlink"/>
            <w:noProof/>
          </w:rPr>
          <w:t>1-2</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مشكلة</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_Toc233587751 \h </w:instrText>
        </w:r>
        <w:r>
          <w:rPr>
            <w:rStyle w:val="Hyperlink"/>
            <w:noProof/>
            <w:rtl/>
          </w:rPr>
        </w:r>
        <w:r>
          <w:rPr>
            <w:rStyle w:val="Hyperlink"/>
            <w:noProof/>
            <w:rtl/>
          </w:rPr>
          <w:fldChar w:fldCharType="separate"/>
        </w:r>
        <w:r w:rsidR="00486132">
          <w:rPr>
            <w:noProof/>
            <w:webHidden/>
            <w:rtl/>
            <w:cs w:val="0"/>
          </w:rPr>
          <w:t>2</w:t>
        </w:r>
        <w:r>
          <w:rPr>
            <w:rStyle w:val="Hyperlink"/>
            <w:noProof/>
            <w:rtl/>
          </w:rPr>
          <w:fldChar w:fldCharType="end"/>
        </w:r>
      </w:hyperlink>
    </w:p>
    <w:p w14:paraId="66DDC2C7" w14:textId="29291AE0"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52" w:history="1">
        <w:r w:rsidRPr="007F116D">
          <w:rPr>
            <w:rStyle w:val="Hyperlink"/>
            <w:noProof/>
          </w:rPr>
          <w:t>1-3</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أهمية</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_Toc233587752 \h </w:instrText>
        </w:r>
        <w:r>
          <w:rPr>
            <w:rStyle w:val="Hyperlink"/>
            <w:noProof/>
            <w:rtl/>
          </w:rPr>
        </w:r>
        <w:r>
          <w:rPr>
            <w:rStyle w:val="Hyperlink"/>
            <w:noProof/>
            <w:rtl/>
          </w:rPr>
          <w:fldChar w:fldCharType="separate"/>
        </w:r>
        <w:r w:rsidR="00486132">
          <w:rPr>
            <w:noProof/>
            <w:webHidden/>
            <w:rtl/>
            <w:cs w:val="0"/>
          </w:rPr>
          <w:t>4</w:t>
        </w:r>
        <w:r>
          <w:rPr>
            <w:rStyle w:val="Hyperlink"/>
            <w:noProof/>
            <w:rtl/>
          </w:rPr>
          <w:fldChar w:fldCharType="end"/>
        </w:r>
      </w:hyperlink>
    </w:p>
    <w:p w14:paraId="64863232" w14:textId="6CF2682B"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53" w:history="1">
        <w:r w:rsidRPr="007F116D">
          <w:rPr>
            <w:rStyle w:val="Hyperlink"/>
            <w:noProof/>
          </w:rPr>
          <w:t>1-4</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أهداف</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_Toc233587753 \h </w:instrText>
        </w:r>
        <w:r>
          <w:rPr>
            <w:rStyle w:val="Hyperlink"/>
            <w:noProof/>
            <w:rtl/>
          </w:rPr>
        </w:r>
        <w:r>
          <w:rPr>
            <w:rStyle w:val="Hyperlink"/>
            <w:noProof/>
            <w:rtl/>
          </w:rPr>
          <w:fldChar w:fldCharType="separate"/>
        </w:r>
        <w:r w:rsidR="00486132">
          <w:rPr>
            <w:noProof/>
            <w:webHidden/>
            <w:rtl/>
            <w:cs w:val="0"/>
          </w:rPr>
          <w:t>5</w:t>
        </w:r>
        <w:r>
          <w:rPr>
            <w:rStyle w:val="Hyperlink"/>
            <w:noProof/>
            <w:rtl/>
          </w:rPr>
          <w:fldChar w:fldCharType="end"/>
        </w:r>
      </w:hyperlink>
    </w:p>
    <w:p w14:paraId="0B408335" w14:textId="6C6BED6A"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54" w:history="1">
        <w:r w:rsidRPr="007F116D">
          <w:rPr>
            <w:rStyle w:val="Hyperlink"/>
            <w:noProof/>
          </w:rPr>
          <w:t>1-5</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تساؤلات</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_Toc233587754 \h </w:instrText>
        </w:r>
        <w:r>
          <w:rPr>
            <w:rStyle w:val="Hyperlink"/>
            <w:noProof/>
            <w:rtl/>
          </w:rPr>
        </w:r>
        <w:r>
          <w:rPr>
            <w:rStyle w:val="Hyperlink"/>
            <w:noProof/>
            <w:rtl/>
          </w:rPr>
          <w:fldChar w:fldCharType="separate"/>
        </w:r>
        <w:r w:rsidR="00486132">
          <w:rPr>
            <w:noProof/>
            <w:webHidden/>
            <w:rtl/>
            <w:cs w:val="0"/>
          </w:rPr>
          <w:t>6</w:t>
        </w:r>
        <w:r>
          <w:rPr>
            <w:rStyle w:val="Hyperlink"/>
            <w:noProof/>
            <w:rtl/>
          </w:rPr>
          <w:fldChar w:fldCharType="end"/>
        </w:r>
      </w:hyperlink>
    </w:p>
    <w:p w14:paraId="44F62FF7" w14:textId="5EEE320A"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55" w:history="1">
        <w:r w:rsidRPr="007F116D">
          <w:rPr>
            <w:rStyle w:val="Hyperlink"/>
            <w:noProof/>
          </w:rPr>
          <w:t>1-6</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فروض</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_Toc233587755 \h </w:instrText>
        </w:r>
        <w:r>
          <w:rPr>
            <w:rStyle w:val="Hyperlink"/>
            <w:noProof/>
            <w:rtl/>
          </w:rPr>
        </w:r>
        <w:r>
          <w:rPr>
            <w:rStyle w:val="Hyperlink"/>
            <w:noProof/>
            <w:rtl/>
          </w:rPr>
          <w:fldChar w:fldCharType="separate"/>
        </w:r>
        <w:r w:rsidR="00486132">
          <w:rPr>
            <w:noProof/>
            <w:webHidden/>
            <w:rtl/>
            <w:cs w:val="0"/>
          </w:rPr>
          <w:t>6</w:t>
        </w:r>
        <w:r>
          <w:rPr>
            <w:rStyle w:val="Hyperlink"/>
            <w:noProof/>
            <w:rtl/>
          </w:rPr>
          <w:fldChar w:fldCharType="end"/>
        </w:r>
      </w:hyperlink>
    </w:p>
    <w:p w14:paraId="339AFAE9" w14:textId="44661484"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56" w:history="1">
        <w:r w:rsidRPr="007F116D">
          <w:rPr>
            <w:rStyle w:val="Hyperlink"/>
            <w:noProof/>
          </w:rPr>
          <w:t>1-7</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نموذج</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_Toc233587756 \h </w:instrText>
        </w:r>
        <w:r>
          <w:rPr>
            <w:rStyle w:val="Hyperlink"/>
            <w:noProof/>
            <w:rtl/>
          </w:rPr>
        </w:r>
        <w:r>
          <w:rPr>
            <w:rStyle w:val="Hyperlink"/>
            <w:noProof/>
            <w:rtl/>
          </w:rPr>
          <w:fldChar w:fldCharType="separate"/>
        </w:r>
        <w:r w:rsidR="00486132">
          <w:rPr>
            <w:noProof/>
            <w:webHidden/>
            <w:rtl/>
            <w:cs w:val="0"/>
          </w:rPr>
          <w:t>8</w:t>
        </w:r>
        <w:r>
          <w:rPr>
            <w:rStyle w:val="Hyperlink"/>
            <w:noProof/>
            <w:rtl/>
          </w:rPr>
          <w:fldChar w:fldCharType="end"/>
        </w:r>
      </w:hyperlink>
    </w:p>
    <w:p w14:paraId="5B9890DD" w14:textId="48A7C782"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57" w:history="1">
        <w:r w:rsidRPr="007F116D">
          <w:rPr>
            <w:rStyle w:val="Hyperlink"/>
            <w:noProof/>
          </w:rPr>
          <w:t>1-8</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الدراسات</w:t>
        </w:r>
        <w:r w:rsidRPr="007F116D">
          <w:rPr>
            <w:rStyle w:val="Hyperlink"/>
            <w:noProof/>
            <w:rtl/>
          </w:rPr>
          <w:t xml:space="preserve"> </w:t>
        </w:r>
        <w:r w:rsidRPr="007F116D">
          <w:rPr>
            <w:rStyle w:val="Hyperlink"/>
            <w:rFonts w:hint="eastAsia"/>
            <w:noProof/>
            <w:rtl/>
          </w:rPr>
          <w:t>السابقة</w:t>
        </w:r>
        <w:r>
          <w:rPr>
            <w:noProof/>
            <w:webHidden/>
          </w:rPr>
          <w:tab/>
        </w:r>
        <w:r>
          <w:rPr>
            <w:rStyle w:val="Hyperlink"/>
            <w:noProof/>
            <w:rtl/>
          </w:rPr>
          <w:fldChar w:fldCharType="begin"/>
        </w:r>
        <w:r>
          <w:rPr>
            <w:noProof/>
            <w:webHidden/>
          </w:rPr>
          <w:instrText xml:space="preserve"> PAGEREF _Toc233587757 \h </w:instrText>
        </w:r>
        <w:r>
          <w:rPr>
            <w:rStyle w:val="Hyperlink"/>
            <w:noProof/>
            <w:rtl/>
          </w:rPr>
        </w:r>
        <w:r>
          <w:rPr>
            <w:rStyle w:val="Hyperlink"/>
            <w:noProof/>
            <w:rtl/>
          </w:rPr>
          <w:fldChar w:fldCharType="separate"/>
        </w:r>
        <w:r w:rsidR="00486132">
          <w:rPr>
            <w:noProof/>
            <w:webHidden/>
            <w:rtl/>
            <w:cs w:val="0"/>
          </w:rPr>
          <w:t>9</w:t>
        </w:r>
        <w:r>
          <w:rPr>
            <w:rStyle w:val="Hyperlink"/>
            <w:noProof/>
            <w:rtl/>
          </w:rPr>
          <w:fldChar w:fldCharType="end"/>
        </w:r>
      </w:hyperlink>
    </w:p>
    <w:p w14:paraId="06FA4E6C" w14:textId="2415893B"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58" w:history="1">
        <w:r w:rsidRPr="007F116D">
          <w:rPr>
            <w:rStyle w:val="Hyperlink"/>
            <w:noProof/>
          </w:rPr>
          <w:t>1-9</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المنطلقات</w:t>
        </w:r>
        <w:r w:rsidRPr="007F116D">
          <w:rPr>
            <w:rStyle w:val="Hyperlink"/>
            <w:noProof/>
            <w:rtl/>
          </w:rPr>
          <w:t xml:space="preserve"> </w:t>
        </w:r>
        <w:r w:rsidRPr="007F116D">
          <w:rPr>
            <w:rStyle w:val="Hyperlink"/>
            <w:rFonts w:hint="eastAsia"/>
            <w:noProof/>
            <w:rtl/>
          </w:rPr>
          <w:t>النظرية</w:t>
        </w:r>
        <w:r w:rsidRPr="007F116D">
          <w:rPr>
            <w:rStyle w:val="Hyperlink"/>
            <w:noProof/>
            <w:rtl/>
          </w:rPr>
          <w:t xml:space="preserve"> </w:t>
        </w:r>
        <w:r w:rsidRPr="007F116D">
          <w:rPr>
            <w:rStyle w:val="Hyperlink"/>
            <w:rFonts w:hint="eastAsia"/>
            <w:noProof/>
            <w:rtl/>
          </w:rPr>
          <w:t>للدراسة</w:t>
        </w:r>
        <w:r>
          <w:rPr>
            <w:noProof/>
            <w:webHidden/>
          </w:rPr>
          <w:tab/>
        </w:r>
        <w:r>
          <w:rPr>
            <w:rStyle w:val="Hyperlink"/>
            <w:noProof/>
            <w:rtl/>
          </w:rPr>
          <w:fldChar w:fldCharType="begin"/>
        </w:r>
        <w:r>
          <w:rPr>
            <w:noProof/>
            <w:webHidden/>
          </w:rPr>
          <w:instrText xml:space="preserve"> PAGEREF _Toc233587758 \h </w:instrText>
        </w:r>
        <w:r>
          <w:rPr>
            <w:rStyle w:val="Hyperlink"/>
            <w:noProof/>
            <w:rtl/>
          </w:rPr>
        </w:r>
        <w:r>
          <w:rPr>
            <w:rStyle w:val="Hyperlink"/>
            <w:noProof/>
            <w:rtl/>
          </w:rPr>
          <w:fldChar w:fldCharType="separate"/>
        </w:r>
        <w:r w:rsidR="00486132">
          <w:rPr>
            <w:noProof/>
            <w:webHidden/>
            <w:rtl/>
            <w:cs w:val="0"/>
          </w:rPr>
          <w:t>15</w:t>
        </w:r>
        <w:r>
          <w:rPr>
            <w:rStyle w:val="Hyperlink"/>
            <w:noProof/>
            <w:rtl/>
          </w:rPr>
          <w:fldChar w:fldCharType="end"/>
        </w:r>
      </w:hyperlink>
    </w:p>
    <w:p w14:paraId="4B9F3A6F" w14:textId="19161217"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59" w:history="1">
        <w:r w:rsidRPr="007F116D">
          <w:rPr>
            <w:rStyle w:val="Hyperlink"/>
            <w:noProof/>
          </w:rPr>
          <w:t>1-10</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المنهجية</w:t>
        </w:r>
        <w:r w:rsidRPr="007F116D">
          <w:rPr>
            <w:rStyle w:val="Hyperlink"/>
            <w:noProof/>
            <w:rtl/>
          </w:rPr>
          <w:t xml:space="preserve"> </w:t>
        </w:r>
        <w:r w:rsidRPr="007F116D">
          <w:rPr>
            <w:rStyle w:val="Hyperlink"/>
            <w:rFonts w:hint="eastAsia"/>
            <w:noProof/>
            <w:rtl/>
          </w:rPr>
          <w:t>وطرق</w:t>
        </w:r>
        <w:r w:rsidRPr="007F116D">
          <w:rPr>
            <w:rStyle w:val="Hyperlink"/>
            <w:noProof/>
            <w:rtl/>
          </w:rPr>
          <w:t xml:space="preserve"> </w:t>
        </w:r>
        <w:r w:rsidRPr="007F116D">
          <w:rPr>
            <w:rStyle w:val="Hyperlink"/>
            <w:rFonts w:hint="eastAsia"/>
            <w:noProof/>
            <w:rtl/>
          </w:rPr>
          <w:t>البحث</w:t>
        </w:r>
        <w:r>
          <w:rPr>
            <w:noProof/>
            <w:webHidden/>
          </w:rPr>
          <w:tab/>
        </w:r>
        <w:r>
          <w:rPr>
            <w:rStyle w:val="Hyperlink"/>
            <w:noProof/>
            <w:rtl/>
          </w:rPr>
          <w:fldChar w:fldCharType="begin"/>
        </w:r>
        <w:r>
          <w:rPr>
            <w:noProof/>
            <w:webHidden/>
          </w:rPr>
          <w:instrText xml:space="preserve"> PAGEREF _Toc233587759 \h </w:instrText>
        </w:r>
        <w:r>
          <w:rPr>
            <w:rStyle w:val="Hyperlink"/>
            <w:noProof/>
            <w:rtl/>
          </w:rPr>
        </w:r>
        <w:r>
          <w:rPr>
            <w:rStyle w:val="Hyperlink"/>
            <w:noProof/>
            <w:rtl/>
          </w:rPr>
          <w:fldChar w:fldCharType="separate"/>
        </w:r>
        <w:r w:rsidR="00486132">
          <w:rPr>
            <w:noProof/>
            <w:webHidden/>
            <w:rtl/>
            <w:cs w:val="0"/>
          </w:rPr>
          <w:t>17</w:t>
        </w:r>
        <w:r>
          <w:rPr>
            <w:rStyle w:val="Hyperlink"/>
            <w:noProof/>
            <w:rtl/>
          </w:rPr>
          <w:fldChar w:fldCharType="end"/>
        </w:r>
      </w:hyperlink>
    </w:p>
    <w:p w14:paraId="36918CD1" w14:textId="453CA0FA"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60" w:history="1">
        <w:r w:rsidRPr="007F116D">
          <w:rPr>
            <w:rStyle w:val="Hyperlink"/>
            <w:noProof/>
          </w:rPr>
          <w:t>1-11</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حدود</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_Toc233587760 \h </w:instrText>
        </w:r>
        <w:r>
          <w:rPr>
            <w:rStyle w:val="Hyperlink"/>
            <w:noProof/>
            <w:rtl/>
          </w:rPr>
        </w:r>
        <w:r>
          <w:rPr>
            <w:rStyle w:val="Hyperlink"/>
            <w:noProof/>
            <w:rtl/>
          </w:rPr>
          <w:fldChar w:fldCharType="separate"/>
        </w:r>
        <w:r w:rsidR="00486132">
          <w:rPr>
            <w:noProof/>
            <w:webHidden/>
            <w:rtl/>
            <w:cs w:val="0"/>
          </w:rPr>
          <w:t>21</w:t>
        </w:r>
        <w:r>
          <w:rPr>
            <w:rStyle w:val="Hyperlink"/>
            <w:noProof/>
            <w:rtl/>
          </w:rPr>
          <w:fldChar w:fldCharType="end"/>
        </w:r>
      </w:hyperlink>
    </w:p>
    <w:p w14:paraId="08D3F543" w14:textId="72601C91" w:rsidR="00472BF3" w:rsidRDefault="00472BF3" w:rsidP="00472BF3">
      <w:pPr>
        <w:pStyle w:val="TOC1"/>
        <w:rPr>
          <w:rFonts w:asciiTheme="minorHAnsi" w:eastAsiaTheme="minorEastAsia" w:hAnsiTheme="minorHAnsi" w:cstheme="minorBidi"/>
          <w:noProof/>
          <w:kern w:val="2"/>
          <w:sz w:val="24"/>
          <w:szCs w:val="24"/>
          <w:cs w:val="0"/>
          <w:lang w:val="en-US"/>
          <w14:ligatures w14:val="standardContextual"/>
        </w:rPr>
      </w:pPr>
      <w:hyperlink w:anchor="_Toc233587761" w:history="1">
        <w:r w:rsidRPr="007F116D">
          <w:rPr>
            <w:rStyle w:val="Hyperlink"/>
            <w:noProof/>
          </w:rPr>
          <w:t>2</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الفصل</w:t>
        </w:r>
        <w:r w:rsidRPr="007F116D">
          <w:rPr>
            <w:rStyle w:val="Hyperlink"/>
            <w:noProof/>
            <w:rtl/>
          </w:rPr>
          <w:t xml:space="preserve"> </w:t>
        </w:r>
        <w:r w:rsidRPr="007F116D">
          <w:rPr>
            <w:rStyle w:val="Hyperlink"/>
            <w:rFonts w:hint="eastAsia"/>
            <w:noProof/>
            <w:rtl/>
          </w:rPr>
          <w:t>الثاني</w:t>
        </w:r>
        <w:r w:rsidRPr="007F116D">
          <w:rPr>
            <w:rStyle w:val="Hyperlink"/>
            <w:noProof/>
            <w:rtl/>
          </w:rPr>
          <w:t xml:space="preserve">: </w:t>
        </w:r>
        <w:r w:rsidRPr="007F116D">
          <w:rPr>
            <w:rStyle w:val="Hyperlink"/>
            <w:rFonts w:hint="eastAsia"/>
            <w:noProof/>
            <w:rtl/>
          </w:rPr>
          <w:t>الإطار</w:t>
        </w:r>
        <w:r w:rsidRPr="007F116D">
          <w:rPr>
            <w:rStyle w:val="Hyperlink"/>
            <w:noProof/>
            <w:rtl/>
          </w:rPr>
          <w:t xml:space="preserve"> </w:t>
        </w:r>
        <w:r w:rsidRPr="007F116D">
          <w:rPr>
            <w:rStyle w:val="Hyperlink"/>
            <w:rFonts w:hint="eastAsia"/>
            <w:noProof/>
            <w:rtl/>
          </w:rPr>
          <w:t>النظري</w:t>
        </w:r>
        <w:r>
          <w:rPr>
            <w:noProof/>
            <w:webHidden/>
          </w:rPr>
          <w:tab/>
        </w:r>
        <w:r>
          <w:rPr>
            <w:rStyle w:val="Hyperlink"/>
            <w:noProof/>
            <w:rtl/>
          </w:rPr>
          <w:fldChar w:fldCharType="begin"/>
        </w:r>
        <w:r>
          <w:rPr>
            <w:noProof/>
            <w:webHidden/>
          </w:rPr>
          <w:instrText xml:space="preserve"> PAGEREF _Toc233587761 \h </w:instrText>
        </w:r>
        <w:r>
          <w:rPr>
            <w:rStyle w:val="Hyperlink"/>
            <w:noProof/>
            <w:rtl/>
          </w:rPr>
        </w:r>
        <w:r>
          <w:rPr>
            <w:rStyle w:val="Hyperlink"/>
            <w:noProof/>
            <w:rtl/>
          </w:rPr>
          <w:fldChar w:fldCharType="separate"/>
        </w:r>
        <w:r w:rsidR="00486132">
          <w:rPr>
            <w:noProof/>
            <w:webHidden/>
            <w:rtl/>
            <w:cs w:val="0"/>
          </w:rPr>
          <w:t>22</w:t>
        </w:r>
        <w:r>
          <w:rPr>
            <w:rStyle w:val="Hyperlink"/>
            <w:noProof/>
            <w:rtl/>
          </w:rPr>
          <w:fldChar w:fldCharType="end"/>
        </w:r>
      </w:hyperlink>
    </w:p>
    <w:p w14:paraId="4674BBD2" w14:textId="400C4B37"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62" w:history="1">
        <w:r w:rsidRPr="007F116D">
          <w:rPr>
            <w:rStyle w:val="Hyperlink"/>
            <w:noProof/>
          </w:rPr>
          <w:t>2-1</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تمهيد</w:t>
        </w:r>
        <w:r>
          <w:rPr>
            <w:noProof/>
            <w:webHidden/>
          </w:rPr>
          <w:tab/>
        </w:r>
        <w:r>
          <w:rPr>
            <w:rStyle w:val="Hyperlink"/>
            <w:noProof/>
            <w:rtl/>
          </w:rPr>
          <w:fldChar w:fldCharType="begin"/>
        </w:r>
        <w:r>
          <w:rPr>
            <w:noProof/>
            <w:webHidden/>
          </w:rPr>
          <w:instrText xml:space="preserve"> PAGEREF _Toc233587762 \h </w:instrText>
        </w:r>
        <w:r>
          <w:rPr>
            <w:rStyle w:val="Hyperlink"/>
            <w:noProof/>
            <w:rtl/>
          </w:rPr>
        </w:r>
        <w:r>
          <w:rPr>
            <w:rStyle w:val="Hyperlink"/>
            <w:noProof/>
            <w:rtl/>
          </w:rPr>
          <w:fldChar w:fldCharType="separate"/>
        </w:r>
        <w:r w:rsidR="00486132">
          <w:rPr>
            <w:noProof/>
            <w:webHidden/>
            <w:rtl/>
            <w:cs w:val="0"/>
          </w:rPr>
          <w:t>22</w:t>
        </w:r>
        <w:r>
          <w:rPr>
            <w:rStyle w:val="Hyperlink"/>
            <w:noProof/>
            <w:rtl/>
          </w:rPr>
          <w:fldChar w:fldCharType="end"/>
        </w:r>
      </w:hyperlink>
    </w:p>
    <w:p w14:paraId="07562EC6" w14:textId="66147EA6"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63" w:history="1">
        <w:r w:rsidRPr="007F116D">
          <w:rPr>
            <w:rStyle w:val="Hyperlink"/>
            <w:noProof/>
          </w:rPr>
          <w:t>2-2</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المبحث</w:t>
        </w:r>
        <w:r w:rsidRPr="007F116D">
          <w:rPr>
            <w:rStyle w:val="Hyperlink"/>
            <w:noProof/>
            <w:rtl/>
          </w:rPr>
          <w:t xml:space="preserve"> </w:t>
        </w:r>
        <w:r w:rsidRPr="007F116D">
          <w:rPr>
            <w:rStyle w:val="Hyperlink"/>
            <w:rFonts w:hint="eastAsia"/>
            <w:noProof/>
            <w:rtl/>
          </w:rPr>
          <w:t>الأول</w:t>
        </w:r>
        <w:r w:rsidRPr="007F116D">
          <w:rPr>
            <w:rStyle w:val="Hyperlink"/>
            <w:noProof/>
            <w:rtl/>
          </w:rPr>
          <w:t xml:space="preserve">: </w:t>
        </w:r>
        <w:r w:rsidRPr="007F116D">
          <w:rPr>
            <w:rStyle w:val="Hyperlink"/>
            <w:rFonts w:hint="eastAsia"/>
            <w:noProof/>
            <w:rtl/>
          </w:rPr>
          <w:t>إدارة</w:t>
        </w:r>
        <w:r w:rsidRPr="007F116D">
          <w:rPr>
            <w:rStyle w:val="Hyperlink"/>
            <w:noProof/>
            <w:rtl/>
          </w:rPr>
          <w:t xml:space="preserve"> </w:t>
        </w:r>
        <w:r w:rsidRPr="007F116D">
          <w:rPr>
            <w:rStyle w:val="Hyperlink"/>
            <w:rFonts w:hint="eastAsia"/>
            <w:noProof/>
            <w:rtl/>
          </w:rPr>
          <w:t>الأداء</w:t>
        </w:r>
        <w:r>
          <w:rPr>
            <w:noProof/>
            <w:webHidden/>
          </w:rPr>
          <w:tab/>
        </w:r>
        <w:r>
          <w:rPr>
            <w:rStyle w:val="Hyperlink"/>
            <w:noProof/>
            <w:rtl/>
          </w:rPr>
          <w:fldChar w:fldCharType="begin"/>
        </w:r>
        <w:r>
          <w:rPr>
            <w:noProof/>
            <w:webHidden/>
          </w:rPr>
          <w:instrText xml:space="preserve"> PAGEREF _Toc233587763 \h </w:instrText>
        </w:r>
        <w:r>
          <w:rPr>
            <w:rStyle w:val="Hyperlink"/>
            <w:noProof/>
            <w:rtl/>
          </w:rPr>
        </w:r>
        <w:r>
          <w:rPr>
            <w:rStyle w:val="Hyperlink"/>
            <w:noProof/>
            <w:rtl/>
          </w:rPr>
          <w:fldChar w:fldCharType="separate"/>
        </w:r>
        <w:r w:rsidR="00486132">
          <w:rPr>
            <w:noProof/>
            <w:webHidden/>
            <w:rtl/>
            <w:cs w:val="0"/>
          </w:rPr>
          <w:t>23</w:t>
        </w:r>
        <w:r>
          <w:rPr>
            <w:rStyle w:val="Hyperlink"/>
            <w:noProof/>
            <w:rtl/>
          </w:rPr>
          <w:fldChar w:fldCharType="end"/>
        </w:r>
      </w:hyperlink>
    </w:p>
    <w:p w14:paraId="104D2059" w14:textId="5BF58C4D"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64" w:history="1">
        <w:r w:rsidRPr="007F116D">
          <w:rPr>
            <w:rStyle w:val="Hyperlink"/>
            <w:noProof/>
          </w:rPr>
          <w:t>2-3</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المبحث</w:t>
        </w:r>
        <w:r w:rsidRPr="007F116D">
          <w:rPr>
            <w:rStyle w:val="Hyperlink"/>
            <w:noProof/>
            <w:rtl/>
          </w:rPr>
          <w:t xml:space="preserve"> </w:t>
        </w:r>
        <w:r w:rsidRPr="007F116D">
          <w:rPr>
            <w:rStyle w:val="Hyperlink"/>
            <w:rFonts w:hint="eastAsia"/>
            <w:noProof/>
            <w:rtl/>
          </w:rPr>
          <w:t>الثاني</w:t>
        </w:r>
        <w:r w:rsidRPr="007F116D">
          <w:rPr>
            <w:rStyle w:val="Hyperlink"/>
            <w:noProof/>
            <w:rtl/>
          </w:rPr>
          <w:t xml:space="preserve">: </w:t>
        </w:r>
        <w:r w:rsidRPr="007F116D">
          <w:rPr>
            <w:rStyle w:val="Hyperlink"/>
            <w:rFonts w:hint="eastAsia"/>
            <w:noProof/>
            <w:rtl/>
          </w:rPr>
          <w:t>تحسين</w:t>
        </w:r>
        <w:r w:rsidRPr="007F116D">
          <w:rPr>
            <w:rStyle w:val="Hyperlink"/>
            <w:noProof/>
            <w:rtl/>
          </w:rPr>
          <w:t xml:space="preserve"> </w:t>
        </w:r>
        <w:r w:rsidRPr="007F116D">
          <w:rPr>
            <w:rStyle w:val="Hyperlink"/>
            <w:rFonts w:hint="eastAsia"/>
            <w:noProof/>
            <w:rtl/>
          </w:rPr>
          <w:t>الإنتاجية</w:t>
        </w:r>
        <w:r>
          <w:rPr>
            <w:noProof/>
            <w:webHidden/>
          </w:rPr>
          <w:tab/>
        </w:r>
        <w:r>
          <w:rPr>
            <w:rStyle w:val="Hyperlink"/>
            <w:noProof/>
            <w:rtl/>
          </w:rPr>
          <w:fldChar w:fldCharType="begin"/>
        </w:r>
        <w:r>
          <w:rPr>
            <w:noProof/>
            <w:webHidden/>
          </w:rPr>
          <w:instrText xml:space="preserve"> PAGEREF _Toc233587764 \h </w:instrText>
        </w:r>
        <w:r>
          <w:rPr>
            <w:rStyle w:val="Hyperlink"/>
            <w:noProof/>
            <w:rtl/>
          </w:rPr>
        </w:r>
        <w:r>
          <w:rPr>
            <w:rStyle w:val="Hyperlink"/>
            <w:noProof/>
            <w:rtl/>
          </w:rPr>
          <w:fldChar w:fldCharType="separate"/>
        </w:r>
        <w:r w:rsidR="00486132">
          <w:rPr>
            <w:noProof/>
            <w:webHidden/>
            <w:rtl/>
            <w:cs w:val="0"/>
          </w:rPr>
          <w:t>34</w:t>
        </w:r>
        <w:r>
          <w:rPr>
            <w:rStyle w:val="Hyperlink"/>
            <w:noProof/>
            <w:rtl/>
          </w:rPr>
          <w:fldChar w:fldCharType="end"/>
        </w:r>
      </w:hyperlink>
    </w:p>
    <w:p w14:paraId="79DEB591" w14:textId="02035EB0" w:rsidR="00472BF3" w:rsidRDefault="00472BF3" w:rsidP="00472BF3">
      <w:pPr>
        <w:pStyle w:val="TOC1"/>
        <w:rPr>
          <w:rFonts w:asciiTheme="minorHAnsi" w:eastAsiaTheme="minorEastAsia" w:hAnsiTheme="minorHAnsi" w:cstheme="minorBidi"/>
          <w:noProof/>
          <w:kern w:val="2"/>
          <w:sz w:val="24"/>
          <w:szCs w:val="24"/>
          <w:cs w:val="0"/>
          <w:lang w:val="en-US"/>
          <w14:ligatures w14:val="standardContextual"/>
        </w:rPr>
      </w:pPr>
      <w:hyperlink w:anchor="_Toc233587765" w:history="1">
        <w:r w:rsidRPr="007F116D">
          <w:rPr>
            <w:rStyle w:val="Hyperlink"/>
            <w:noProof/>
          </w:rPr>
          <w:t>3</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الفصل</w:t>
        </w:r>
        <w:r w:rsidRPr="007F116D">
          <w:rPr>
            <w:rStyle w:val="Hyperlink"/>
            <w:noProof/>
            <w:rtl/>
          </w:rPr>
          <w:t xml:space="preserve"> </w:t>
        </w:r>
        <w:r w:rsidRPr="007F116D">
          <w:rPr>
            <w:rStyle w:val="Hyperlink"/>
            <w:rFonts w:hint="eastAsia"/>
            <w:noProof/>
            <w:rtl/>
          </w:rPr>
          <w:t>الثالث</w:t>
        </w:r>
        <w:r w:rsidRPr="007F116D">
          <w:rPr>
            <w:rStyle w:val="Hyperlink"/>
            <w:noProof/>
            <w:rtl/>
          </w:rPr>
          <w:t xml:space="preserve">: </w:t>
        </w:r>
        <w:r w:rsidRPr="007F116D">
          <w:rPr>
            <w:rStyle w:val="Hyperlink"/>
            <w:rFonts w:hint="eastAsia"/>
            <w:noProof/>
            <w:rtl/>
          </w:rPr>
          <w:t>المنهجية</w:t>
        </w:r>
        <w:r w:rsidRPr="007F116D">
          <w:rPr>
            <w:rStyle w:val="Hyperlink"/>
            <w:noProof/>
            <w:rtl/>
          </w:rPr>
          <w:t xml:space="preserve"> </w:t>
        </w:r>
        <w:r w:rsidRPr="007F116D">
          <w:rPr>
            <w:rStyle w:val="Hyperlink"/>
            <w:rFonts w:hint="eastAsia"/>
            <w:noProof/>
            <w:rtl/>
          </w:rPr>
          <w:t>والإجراءات</w:t>
        </w:r>
        <w:r>
          <w:rPr>
            <w:noProof/>
            <w:webHidden/>
          </w:rPr>
          <w:tab/>
        </w:r>
        <w:r>
          <w:rPr>
            <w:rStyle w:val="Hyperlink"/>
            <w:noProof/>
            <w:rtl/>
          </w:rPr>
          <w:fldChar w:fldCharType="begin"/>
        </w:r>
        <w:r>
          <w:rPr>
            <w:noProof/>
            <w:webHidden/>
          </w:rPr>
          <w:instrText xml:space="preserve"> PAGEREF _Toc233587765 \h </w:instrText>
        </w:r>
        <w:r>
          <w:rPr>
            <w:rStyle w:val="Hyperlink"/>
            <w:noProof/>
            <w:rtl/>
          </w:rPr>
        </w:r>
        <w:r>
          <w:rPr>
            <w:rStyle w:val="Hyperlink"/>
            <w:noProof/>
            <w:rtl/>
          </w:rPr>
          <w:fldChar w:fldCharType="separate"/>
        </w:r>
        <w:r w:rsidR="00486132">
          <w:rPr>
            <w:noProof/>
            <w:webHidden/>
            <w:rtl/>
            <w:cs w:val="0"/>
          </w:rPr>
          <w:t>43</w:t>
        </w:r>
        <w:r>
          <w:rPr>
            <w:rStyle w:val="Hyperlink"/>
            <w:noProof/>
            <w:rtl/>
          </w:rPr>
          <w:fldChar w:fldCharType="end"/>
        </w:r>
      </w:hyperlink>
    </w:p>
    <w:p w14:paraId="6FE88790" w14:textId="7670BD18"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66" w:history="1">
        <w:r w:rsidRPr="007F116D">
          <w:rPr>
            <w:rStyle w:val="Hyperlink"/>
            <w:noProof/>
          </w:rPr>
          <w:t>3-1</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تمهيد</w:t>
        </w:r>
        <w:r>
          <w:rPr>
            <w:noProof/>
            <w:webHidden/>
          </w:rPr>
          <w:tab/>
        </w:r>
        <w:r>
          <w:rPr>
            <w:rStyle w:val="Hyperlink"/>
            <w:noProof/>
            <w:rtl/>
          </w:rPr>
          <w:fldChar w:fldCharType="begin"/>
        </w:r>
        <w:r>
          <w:rPr>
            <w:noProof/>
            <w:webHidden/>
          </w:rPr>
          <w:instrText xml:space="preserve"> PAGEREF _Toc233587766 \h </w:instrText>
        </w:r>
        <w:r>
          <w:rPr>
            <w:rStyle w:val="Hyperlink"/>
            <w:noProof/>
            <w:rtl/>
          </w:rPr>
        </w:r>
        <w:r>
          <w:rPr>
            <w:rStyle w:val="Hyperlink"/>
            <w:noProof/>
            <w:rtl/>
          </w:rPr>
          <w:fldChar w:fldCharType="separate"/>
        </w:r>
        <w:r w:rsidR="00486132">
          <w:rPr>
            <w:noProof/>
            <w:webHidden/>
            <w:rtl/>
            <w:cs w:val="0"/>
          </w:rPr>
          <w:t>43</w:t>
        </w:r>
        <w:r>
          <w:rPr>
            <w:rStyle w:val="Hyperlink"/>
            <w:noProof/>
            <w:rtl/>
          </w:rPr>
          <w:fldChar w:fldCharType="end"/>
        </w:r>
      </w:hyperlink>
    </w:p>
    <w:p w14:paraId="46A5A44F" w14:textId="249563BE"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67" w:history="1">
        <w:r w:rsidRPr="007F116D">
          <w:rPr>
            <w:rStyle w:val="Hyperlink"/>
            <w:noProof/>
          </w:rPr>
          <w:t>3-2</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منهج</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_Toc233587767 \h </w:instrText>
        </w:r>
        <w:r>
          <w:rPr>
            <w:rStyle w:val="Hyperlink"/>
            <w:noProof/>
            <w:rtl/>
          </w:rPr>
        </w:r>
        <w:r>
          <w:rPr>
            <w:rStyle w:val="Hyperlink"/>
            <w:noProof/>
            <w:rtl/>
          </w:rPr>
          <w:fldChar w:fldCharType="separate"/>
        </w:r>
        <w:r w:rsidR="00486132">
          <w:rPr>
            <w:noProof/>
            <w:webHidden/>
            <w:rtl/>
            <w:cs w:val="0"/>
          </w:rPr>
          <w:t>43</w:t>
        </w:r>
        <w:r>
          <w:rPr>
            <w:rStyle w:val="Hyperlink"/>
            <w:noProof/>
            <w:rtl/>
          </w:rPr>
          <w:fldChar w:fldCharType="end"/>
        </w:r>
      </w:hyperlink>
    </w:p>
    <w:p w14:paraId="5B9D546C" w14:textId="7A8AE2CB"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68" w:history="1">
        <w:r w:rsidRPr="007F116D">
          <w:rPr>
            <w:rStyle w:val="Hyperlink"/>
            <w:noProof/>
          </w:rPr>
          <w:t>3-3</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مجتمع</w:t>
        </w:r>
        <w:r w:rsidRPr="007F116D">
          <w:rPr>
            <w:rStyle w:val="Hyperlink"/>
            <w:noProof/>
            <w:rtl/>
          </w:rPr>
          <w:t xml:space="preserve"> </w:t>
        </w:r>
        <w:r w:rsidRPr="007F116D">
          <w:rPr>
            <w:rStyle w:val="Hyperlink"/>
            <w:rFonts w:hint="eastAsia"/>
            <w:noProof/>
            <w:rtl/>
          </w:rPr>
          <w:t>وعينة</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_Toc233587768 \h </w:instrText>
        </w:r>
        <w:r>
          <w:rPr>
            <w:rStyle w:val="Hyperlink"/>
            <w:noProof/>
            <w:rtl/>
          </w:rPr>
        </w:r>
        <w:r>
          <w:rPr>
            <w:rStyle w:val="Hyperlink"/>
            <w:noProof/>
            <w:rtl/>
          </w:rPr>
          <w:fldChar w:fldCharType="separate"/>
        </w:r>
        <w:r w:rsidR="00486132">
          <w:rPr>
            <w:noProof/>
            <w:webHidden/>
            <w:rtl/>
            <w:cs w:val="0"/>
          </w:rPr>
          <w:t>44</w:t>
        </w:r>
        <w:r>
          <w:rPr>
            <w:rStyle w:val="Hyperlink"/>
            <w:noProof/>
            <w:rtl/>
          </w:rPr>
          <w:fldChar w:fldCharType="end"/>
        </w:r>
      </w:hyperlink>
    </w:p>
    <w:p w14:paraId="3DBC9863" w14:textId="46C4CF38"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69" w:history="1">
        <w:r w:rsidRPr="007F116D">
          <w:rPr>
            <w:rStyle w:val="Hyperlink"/>
            <w:noProof/>
          </w:rPr>
          <w:t>3-4</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خصائص</w:t>
        </w:r>
        <w:r w:rsidRPr="007F116D">
          <w:rPr>
            <w:rStyle w:val="Hyperlink"/>
            <w:noProof/>
            <w:rtl/>
          </w:rPr>
          <w:t xml:space="preserve"> </w:t>
        </w:r>
        <w:r w:rsidRPr="007F116D">
          <w:rPr>
            <w:rStyle w:val="Hyperlink"/>
            <w:rFonts w:hint="eastAsia"/>
            <w:noProof/>
            <w:rtl/>
          </w:rPr>
          <w:t>العينة</w:t>
        </w:r>
        <w:r w:rsidRPr="007F116D">
          <w:rPr>
            <w:rStyle w:val="Hyperlink"/>
            <w:noProof/>
            <w:rtl/>
          </w:rPr>
          <w:t xml:space="preserve"> </w:t>
        </w:r>
        <w:r w:rsidRPr="007F116D">
          <w:rPr>
            <w:rStyle w:val="Hyperlink"/>
            <w:rFonts w:hint="eastAsia"/>
            <w:noProof/>
            <w:rtl/>
          </w:rPr>
          <w:t>الشخصية</w:t>
        </w:r>
        <w:r w:rsidRPr="007F116D">
          <w:rPr>
            <w:rStyle w:val="Hyperlink"/>
            <w:noProof/>
            <w:rtl/>
          </w:rPr>
          <w:t xml:space="preserve"> </w:t>
        </w:r>
        <w:r w:rsidRPr="007F116D">
          <w:rPr>
            <w:rStyle w:val="Hyperlink"/>
            <w:rFonts w:hint="eastAsia"/>
            <w:noProof/>
            <w:rtl/>
          </w:rPr>
          <w:t>والوظيفية</w:t>
        </w:r>
        <w:r>
          <w:rPr>
            <w:noProof/>
            <w:webHidden/>
          </w:rPr>
          <w:tab/>
        </w:r>
        <w:r>
          <w:rPr>
            <w:rStyle w:val="Hyperlink"/>
            <w:noProof/>
            <w:rtl/>
          </w:rPr>
          <w:fldChar w:fldCharType="begin"/>
        </w:r>
        <w:r>
          <w:rPr>
            <w:noProof/>
            <w:webHidden/>
          </w:rPr>
          <w:instrText xml:space="preserve"> PAGEREF _Toc233587769 \h </w:instrText>
        </w:r>
        <w:r>
          <w:rPr>
            <w:rStyle w:val="Hyperlink"/>
            <w:noProof/>
            <w:rtl/>
          </w:rPr>
        </w:r>
        <w:r>
          <w:rPr>
            <w:rStyle w:val="Hyperlink"/>
            <w:noProof/>
            <w:rtl/>
          </w:rPr>
          <w:fldChar w:fldCharType="separate"/>
        </w:r>
        <w:r w:rsidR="00486132">
          <w:rPr>
            <w:noProof/>
            <w:webHidden/>
            <w:rtl/>
            <w:cs w:val="0"/>
          </w:rPr>
          <w:t>47</w:t>
        </w:r>
        <w:r>
          <w:rPr>
            <w:rStyle w:val="Hyperlink"/>
            <w:noProof/>
            <w:rtl/>
          </w:rPr>
          <w:fldChar w:fldCharType="end"/>
        </w:r>
      </w:hyperlink>
    </w:p>
    <w:p w14:paraId="072EF00D" w14:textId="69F6AB9C"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70" w:history="1">
        <w:r w:rsidRPr="007F116D">
          <w:rPr>
            <w:rStyle w:val="Hyperlink"/>
            <w:noProof/>
          </w:rPr>
          <w:t>3-5</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أداة</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_Toc233587770 \h </w:instrText>
        </w:r>
        <w:r>
          <w:rPr>
            <w:rStyle w:val="Hyperlink"/>
            <w:noProof/>
            <w:rtl/>
          </w:rPr>
        </w:r>
        <w:r>
          <w:rPr>
            <w:rStyle w:val="Hyperlink"/>
            <w:noProof/>
            <w:rtl/>
          </w:rPr>
          <w:fldChar w:fldCharType="separate"/>
        </w:r>
        <w:r w:rsidR="00486132">
          <w:rPr>
            <w:noProof/>
            <w:webHidden/>
            <w:rtl/>
            <w:cs w:val="0"/>
          </w:rPr>
          <w:t>50</w:t>
        </w:r>
        <w:r>
          <w:rPr>
            <w:rStyle w:val="Hyperlink"/>
            <w:noProof/>
            <w:rtl/>
          </w:rPr>
          <w:fldChar w:fldCharType="end"/>
        </w:r>
      </w:hyperlink>
    </w:p>
    <w:p w14:paraId="2EBBCD49" w14:textId="415428C3"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71" w:history="1">
        <w:r w:rsidRPr="007F116D">
          <w:rPr>
            <w:rStyle w:val="Hyperlink"/>
            <w:noProof/>
          </w:rPr>
          <w:t>3-6</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صدق</w:t>
        </w:r>
        <w:r w:rsidRPr="007F116D">
          <w:rPr>
            <w:rStyle w:val="Hyperlink"/>
            <w:noProof/>
            <w:rtl/>
          </w:rPr>
          <w:t xml:space="preserve"> </w:t>
        </w:r>
        <w:r w:rsidRPr="007F116D">
          <w:rPr>
            <w:rStyle w:val="Hyperlink"/>
            <w:rFonts w:hint="eastAsia"/>
            <w:noProof/>
            <w:rtl/>
          </w:rPr>
          <w:t>وثبات</w:t>
        </w:r>
        <w:r w:rsidRPr="007F116D">
          <w:rPr>
            <w:rStyle w:val="Hyperlink"/>
            <w:noProof/>
            <w:rtl/>
          </w:rPr>
          <w:t xml:space="preserve"> </w:t>
        </w:r>
        <w:r w:rsidRPr="007F116D">
          <w:rPr>
            <w:rStyle w:val="Hyperlink"/>
            <w:rFonts w:hint="eastAsia"/>
            <w:noProof/>
            <w:rtl/>
          </w:rPr>
          <w:t>أداة</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_Toc233587771 \h </w:instrText>
        </w:r>
        <w:r>
          <w:rPr>
            <w:rStyle w:val="Hyperlink"/>
            <w:noProof/>
            <w:rtl/>
          </w:rPr>
        </w:r>
        <w:r>
          <w:rPr>
            <w:rStyle w:val="Hyperlink"/>
            <w:noProof/>
            <w:rtl/>
          </w:rPr>
          <w:fldChar w:fldCharType="separate"/>
        </w:r>
        <w:r w:rsidR="00486132">
          <w:rPr>
            <w:noProof/>
            <w:webHidden/>
            <w:rtl/>
            <w:cs w:val="0"/>
          </w:rPr>
          <w:t>52</w:t>
        </w:r>
        <w:r>
          <w:rPr>
            <w:rStyle w:val="Hyperlink"/>
            <w:noProof/>
            <w:rtl/>
          </w:rPr>
          <w:fldChar w:fldCharType="end"/>
        </w:r>
      </w:hyperlink>
    </w:p>
    <w:p w14:paraId="75BF2396" w14:textId="7E1E26B7"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72" w:history="1">
        <w:r w:rsidRPr="007F116D">
          <w:rPr>
            <w:rStyle w:val="Hyperlink"/>
            <w:noProof/>
          </w:rPr>
          <w:t>3-7</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إجراءات</w:t>
        </w:r>
        <w:r w:rsidRPr="007F116D">
          <w:rPr>
            <w:rStyle w:val="Hyperlink"/>
            <w:noProof/>
            <w:rtl/>
          </w:rPr>
          <w:t xml:space="preserve"> </w:t>
        </w:r>
        <w:r w:rsidRPr="007F116D">
          <w:rPr>
            <w:rStyle w:val="Hyperlink"/>
            <w:rFonts w:hint="eastAsia"/>
            <w:noProof/>
            <w:rtl/>
          </w:rPr>
          <w:t>جمع</w:t>
        </w:r>
        <w:r w:rsidRPr="007F116D">
          <w:rPr>
            <w:rStyle w:val="Hyperlink"/>
            <w:noProof/>
            <w:rtl/>
          </w:rPr>
          <w:t xml:space="preserve"> </w:t>
        </w:r>
        <w:r w:rsidRPr="007F116D">
          <w:rPr>
            <w:rStyle w:val="Hyperlink"/>
            <w:rFonts w:hint="eastAsia"/>
            <w:noProof/>
            <w:rtl/>
          </w:rPr>
          <w:t>البيانات</w:t>
        </w:r>
        <w:r>
          <w:rPr>
            <w:noProof/>
            <w:webHidden/>
          </w:rPr>
          <w:tab/>
        </w:r>
        <w:r>
          <w:rPr>
            <w:rStyle w:val="Hyperlink"/>
            <w:noProof/>
            <w:rtl/>
          </w:rPr>
          <w:fldChar w:fldCharType="begin"/>
        </w:r>
        <w:r>
          <w:rPr>
            <w:noProof/>
            <w:webHidden/>
          </w:rPr>
          <w:instrText xml:space="preserve"> PAGEREF _Toc233587772 \h </w:instrText>
        </w:r>
        <w:r>
          <w:rPr>
            <w:rStyle w:val="Hyperlink"/>
            <w:noProof/>
            <w:rtl/>
          </w:rPr>
        </w:r>
        <w:r>
          <w:rPr>
            <w:rStyle w:val="Hyperlink"/>
            <w:noProof/>
            <w:rtl/>
          </w:rPr>
          <w:fldChar w:fldCharType="separate"/>
        </w:r>
        <w:r w:rsidR="00486132">
          <w:rPr>
            <w:noProof/>
            <w:webHidden/>
            <w:rtl/>
            <w:cs w:val="0"/>
          </w:rPr>
          <w:t>54</w:t>
        </w:r>
        <w:r>
          <w:rPr>
            <w:rStyle w:val="Hyperlink"/>
            <w:noProof/>
            <w:rtl/>
          </w:rPr>
          <w:fldChar w:fldCharType="end"/>
        </w:r>
      </w:hyperlink>
    </w:p>
    <w:p w14:paraId="40C528EE" w14:textId="18115A59"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73" w:history="1">
        <w:r w:rsidRPr="007F116D">
          <w:rPr>
            <w:rStyle w:val="Hyperlink"/>
            <w:noProof/>
          </w:rPr>
          <w:t>3-8</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ترميز</w:t>
        </w:r>
        <w:r w:rsidRPr="007F116D">
          <w:rPr>
            <w:rStyle w:val="Hyperlink"/>
            <w:noProof/>
            <w:rtl/>
          </w:rPr>
          <w:t xml:space="preserve"> </w:t>
        </w:r>
        <w:r w:rsidRPr="007F116D">
          <w:rPr>
            <w:rStyle w:val="Hyperlink"/>
            <w:rFonts w:hint="eastAsia"/>
            <w:noProof/>
            <w:rtl/>
          </w:rPr>
          <w:t>متغيرات</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_Toc233587773 \h </w:instrText>
        </w:r>
        <w:r>
          <w:rPr>
            <w:rStyle w:val="Hyperlink"/>
            <w:noProof/>
            <w:rtl/>
          </w:rPr>
        </w:r>
        <w:r>
          <w:rPr>
            <w:rStyle w:val="Hyperlink"/>
            <w:noProof/>
            <w:rtl/>
          </w:rPr>
          <w:fldChar w:fldCharType="separate"/>
        </w:r>
        <w:r w:rsidR="00486132">
          <w:rPr>
            <w:noProof/>
            <w:webHidden/>
            <w:rtl/>
            <w:cs w:val="0"/>
          </w:rPr>
          <w:t>54</w:t>
        </w:r>
        <w:r>
          <w:rPr>
            <w:rStyle w:val="Hyperlink"/>
            <w:noProof/>
            <w:rtl/>
          </w:rPr>
          <w:fldChar w:fldCharType="end"/>
        </w:r>
      </w:hyperlink>
    </w:p>
    <w:p w14:paraId="66BFFA9D" w14:textId="2CF19B66"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74" w:history="1">
        <w:r w:rsidRPr="007F116D">
          <w:rPr>
            <w:rStyle w:val="Hyperlink"/>
            <w:noProof/>
          </w:rPr>
          <w:t>3-9</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الأساليب</w:t>
        </w:r>
        <w:r w:rsidRPr="007F116D">
          <w:rPr>
            <w:rStyle w:val="Hyperlink"/>
            <w:noProof/>
            <w:rtl/>
          </w:rPr>
          <w:t xml:space="preserve"> </w:t>
        </w:r>
        <w:r w:rsidRPr="007F116D">
          <w:rPr>
            <w:rStyle w:val="Hyperlink"/>
            <w:rFonts w:hint="eastAsia"/>
            <w:noProof/>
            <w:rtl/>
          </w:rPr>
          <w:t>الإحصائية</w:t>
        </w:r>
        <w:r w:rsidRPr="007F116D">
          <w:rPr>
            <w:rStyle w:val="Hyperlink"/>
            <w:noProof/>
            <w:rtl/>
          </w:rPr>
          <w:t xml:space="preserve"> </w:t>
        </w:r>
        <w:r w:rsidRPr="007F116D">
          <w:rPr>
            <w:rStyle w:val="Hyperlink"/>
            <w:rFonts w:hint="eastAsia"/>
            <w:noProof/>
            <w:rtl/>
          </w:rPr>
          <w:t>المستخدمة</w:t>
        </w:r>
        <w:r>
          <w:rPr>
            <w:noProof/>
            <w:webHidden/>
          </w:rPr>
          <w:tab/>
        </w:r>
        <w:r>
          <w:rPr>
            <w:rStyle w:val="Hyperlink"/>
            <w:noProof/>
            <w:rtl/>
          </w:rPr>
          <w:fldChar w:fldCharType="begin"/>
        </w:r>
        <w:r>
          <w:rPr>
            <w:noProof/>
            <w:webHidden/>
          </w:rPr>
          <w:instrText xml:space="preserve"> PAGEREF _Toc233587774 \h </w:instrText>
        </w:r>
        <w:r>
          <w:rPr>
            <w:rStyle w:val="Hyperlink"/>
            <w:noProof/>
            <w:rtl/>
          </w:rPr>
        </w:r>
        <w:r>
          <w:rPr>
            <w:rStyle w:val="Hyperlink"/>
            <w:noProof/>
            <w:rtl/>
          </w:rPr>
          <w:fldChar w:fldCharType="separate"/>
        </w:r>
        <w:r w:rsidR="00486132">
          <w:rPr>
            <w:noProof/>
            <w:webHidden/>
            <w:rtl/>
            <w:cs w:val="0"/>
          </w:rPr>
          <w:t>55</w:t>
        </w:r>
        <w:r>
          <w:rPr>
            <w:rStyle w:val="Hyperlink"/>
            <w:noProof/>
            <w:rtl/>
          </w:rPr>
          <w:fldChar w:fldCharType="end"/>
        </w:r>
      </w:hyperlink>
    </w:p>
    <w:p w14:paraId="6DFE562A" w14:textId="6B7EDEEF"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75" w:history="1">
        <w:r w:rsidRPr="007F116D">
          <w:rPr>
            <w:rStyle w:val="Hyperlink"/>
            <w:noProof/>
          </w:rPr>
          <w:t>3-10</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الاختبارات</w:t>
        </w:r>
        <w:r w:rsidRPr="007F116D">
          <w:rPr>
            <w:rStyle w:val="Hyperlink"/>
            <w:noProof/>
            <w:rtl/>
          </w:rPr>
          <w:t xml:space="preserve"> </w:t>
        </w:r>
        <w:r w:rsidRPr="007F116D">
          <w:rPr>
            <w:rStyle w:val="Hyperlink"/>
            <w:rFonts w:hint="eastAsia"/>
            <w:noProof/>
            <w:rtl/>
          </w:rPr>
          <w:t>القبلية</w:t>
        </w:r>
        <w:r w:rsidRPr="007F116D">
          <w:rPr>
            <w:rStyle w:val="Hyperlink"/>
            <w:noProof/>
            <w:rtl/>
          </w:rPr>
          <w:t xml:space="preserve"> </w:t>
        </w:r>
        <w:r w:rsidRPr="007F116D">
          <w:rPr>
            <w:rStyle w:val="Hyperlink"/>
            <w:rFonts w:hint="eastAsia"/>
            <w:noProof/>
            <w:rtl/>
          </w:rPr>
          <w:t>للتحليل</w:t>
        </w:r>
        <w:r>
          <w:rPr>
            <w:noProof/>
            <w:webHidden/>
          </w:rPr>
          <w:tab/>
        </w:r>
        <w:r>
          <w:rPr>
            <w:rStyle w:val="Hyperlink"/>
            <w:noProof/>
            <w:rtl/>
          </w:rPr>
          <w:fldChar w:fldCharType="begin"/>
        </w:r>
        <w:r>
          <w:rPr>
            <w:noProof/>
            <w:webHidden/>
          </w:rPr>
          <w:instrText xml:space="preserve"> PAGEREF _Toc233587775 \h </w:instrText>
        </w:r>
        <w:r>
          <w:rPr>
            <w:rStyle w:val="Hyperlink"/>
            <w:noProof/>
            <w:rtl/>
          </w:rPr>
        </w:r>
        <w:r>
          <w:rPr>
            <w:rStyle w:val="Hyperlink"/>
            <w:noProof/>
            <w:rtl/>
          </w:rPr>
          <w:fldChar w:fldCharType="separate"/>
        </w:r>
        <w:r w:rsidR="00486132">
          <w:rPr>
            <w:noProof/>
            <w:webHidden/>
            <w:rtl/>
            <w:cs w:val="0"/>
          </w:rPr>
          <w:t>56</w:t>
        </w:r>
        <w:r>
          <w:rPr>
            <w:rStyle w:val="Hyperlink"/>
            <w:noProof/>
            <w:rtl/>
          </w:rPr>
          <w:fldChar w:fldCharType="end"/>
        </w:r>
      </w:hyperlink>
    </w:p>
    <w:p w14:paraId="513C7022" w14:textId="6DD65357"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76" w:history="1">
        <w:r w:rsidRPr="007F116D">
          <w:rPr>
            <w:rStyle w:val="Hyperlink"/>
            <w:noProof/>
          </w:rPr>
          <w:t>3-11</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معايير</w:t>
        </w:r>
        <w:r w:rsidRPr="007F116D">
          <w:rPr>
            <w:rStyle w:val="Hyperlink"/>
            <w:noProof/>
            <w:rtl/>
          </w:rPr>
          <w:t xml:space="preserve"> </w:t>
        </w:r>
        <w:r w:rsidRPr="007F116D">
          <w:rPr>
            <w:rStyle w:val="Hyperlink"/>
            <w:rFonts w:hint="eastAsia"/>
            <w:noProof/>
            <w:rtl/>
          </w:rPr>
          <w:t>اختبار</w:t>
        </w:r>
        <w:r w:rsidRPr="007F116D">
          <w:rPr>
            <w:rStyle w:val="Hyperlink"/>
            <w:noProof/>
            <w:rtl/>
          </w:rPr>
          <w:t xml:space="preserve"> </w:t>
        </w:r>
        <w:r w:rsidRPr="007F116D">
          <w:rPr>
            <w:rStyle w:val="Hyperlink"/>
            <w:rFonts w:hint="eastAsia"/>
            <w:noProof/>
            <w:rtl/>
          </w:rPr>
          <w:t>الفرضيات</w:t>
        </w:r>
        <w:r>
          <w:rPr>
            <w:noProof/>
            <w:webHidden/>
          </w:rPr>
          <w:tab/>
        </w:r>
        <w:r>
          <w:rPr>
            <w:rStyle w:val="Hyperlink"/>
            <w:noProof/>
            <w:rtl/>
          </w:rPr>
          <w:fldChar w:fldCharType="begin"/>
        </w:r>
        <w:r>
          <w:rPr>
            <w:noProof/>
            <w:webHidden/>
          </w:rPr>
          <w:instrText xml:space="preserve"> PAGEREF _Toc233587776 \h </w:instrText>
        </w:r>
        <w:r>
          <w:rPr>
            <w:rStyle w:val="Hyperlink"/>
            <w:noProof/>
            <w:rtl/>
          </w:rPr>
        </w:r>
        <w:r>
          <w:rPr>
            <w:rStyle w:val="Hyperlink"/>
            <w:noProof/>
            <w:rtl/>
          </w:rPr>
          <w:fldChar w:fldCharType="separate"/>
        </w:r>
        <w:r w:rsidR="00486132">
          <w:rPr>
            <w:noProof/>
            <w:webHidden/>
            <w:rtl/>
            <w:cs w:val="0"/>
          </w:rPr>
          <w:t>57</w:t>
        </w:r>
        <w:r>
          <w:rPr>
            <w:rStyle w:val="Hyperlink"/>
            <w:noProof/>
            <w:rtl/>
          </w:rPr>
          <w:fldChar w:fldCharType="end"/>
        </w:r>
      </w:hyperlink>
    </w:p>
    <w:p w14:paraId="16A6B154" w14:textId="3218B9E7"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77" w:history="1">
        <w:r w:rsidRPr="007F116D">
          <w:rPr>
            <w:rStyle w:val="Hyperlink"/>
            <w:noProof/>
          </w:rPr>
          <w:t>3-12</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الاعتبارات</w:t>
        </w:r>
        <w:r w:rsidRPr="007F116D">
          <w:rPr>
            <w:rStyle w:val="Hyperlink"/>
            <w:noProof/>
            <w:rtl/>
          </w:rPr>
          <w:t xml:space="preserve"> </w:t>
        </w:r>
        <w:r w:rsidRPr="007F116D">
          <w:rPr>
            <w:rStyle w:val="Hyperlink"/>
            <w:rFonts w:hint="eastAsia"/>
            <w:noProof/>
            <w:rtl/>
          </w:rPr>
          <w:t>المنهجية</w:t>
        </w:r>
        <w:r w:rsidRPr="007F116D">
          <w:rPr>
            <w:rStyle w:val="Hyperlink"/>
            <w:noProof/>
            <w:rtl/>
          </w:rPr>
          <w:t xml:space="preserve"> </w:t>
        </w:r>
        <w:r w:rsidRPr="007F116D">
          <w:rPr>
            <w:rStyle w:val="Hyperlink"/>
            <w:rFonts w:hint="eastAsia"/>
            <w:noProof/>
            <w:rtl/>
          </w:rPr>
          <w:t>للدراسة</w:t>
        </w:r>
        <w:r>
          <w:rPr>
            <w:noProof/>
            <w:webHidden/>
          </w:rPr>
          <w:tab/>
        </w:r>
        <w:r>
          <w:rPr>
            <w:rStyle w:val="Hyperlink"/>
            <w:noProof/>
            <w:rtl/>
          </w:rPr>
          <w:fldChar w:fldCharType="begin"/>
        </w:r>
        <w:r>
          <w:rPr>
            <w:noProof/>
            <w:webHidden/>
          </w:rPr>
          <w:instrText xml:space="preserve"> PAGEREF _Toc233587777 \h </w:instrText>
        </w:r>
        <w:r>
          <w:rPr>
            <w:rStyle w:val="Hyperlink"/>
            <w:noProof/>
            <w:rtl/>
          </w:rPr>
        </w:r>
        <w:r>
          <w:rPr>
            <w:rStyle w:val="Hyperlink"/>
            <w:noProof/>
            <w:rtl/>
          </w:rPr>
          <w:fldChar w:fldCharType="separate"/>
        </w:r>
        <w:r w:rsidR="00486132">
          <w:rPr>
            <w:noProof/>
            <w:webHidden/>
            <w:rtl/>
            <w:cs w:val="0"/>
          </w:rPr>
          <w:t>57</w:t>
        </w:r>
        <w:r>
          <w:rPr>
            <w:rStyle w:val="Hyperlink"/>
            <w:noProof/>
            <w:rtl/>
          </w:rPr>
          <w:fldChar w:fldCharType="end"/>
        </w:r>
      </w:hyperlink>
    </w:p>
    <w:p w14:paraId="13EDA95A" w14:textId="2127E1A5" w:rsidR="00472BF3" w:rsidRDefault="00472BF3" w:rsidP="00472BF3">
      <w:pPr>
        <w:pStyle w:val="TOC1"/>
        <w:rPr>
          <w:rFonts w:asciiTheme="minorHAnsi" w:eastAsiaTheme="minorEastAsia" w:hAnsiTheme="minorHAnsi" w:cstheme="minorBidi"/>
          <w:noProof/>
          <w:kern w:val="2"/>
          <w:sz w:val="24"/>
          <w:szCs w:val="24"/>
          <w:cs w:val="0"/>
          <w:lang w:val="en-US"/>
          <w14:ligatures w14:val="standardContextual"/>
        </w:rPr>
      </w:pPr>
      <w:hyperlink w:anchor="_Toc233587778" w:history="1">
        <w:r w:rsidRPr="007F116D">
          <w:rPr>
            <w:rStyle w:val="Hyperlink"/>
            <w:noProof/>
          </w:rPr>
          <w:t>4</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الفصل</w:t>
        </w:r>
        <w:r w:rsidRPr="007F116D">
          <w:rPr>
            <w:rStyle w:val="Hyperlink"/>
            <w:noProof/>
            <w:rtl/>
          </w:rPr>
          <w:t xml:space="preserve"> </w:t>
        </w:r>
        <w:r w:rsidRPr="007F116D">
          <w:rPr>
            <w:rStyle w:val="Hyperlink"/>
            <w:rFonts w:hint="eastAsia"/>
            <w:noProof/>
            <w:rtl/>
          </w:rPr>
          <w:t>الرابع</w:t>
        </w:r>
        <w:r w:rsidRPr="007F116D">
          <w:rPr>
            <w:rStyle w:val="Hyperlink"/>
            <w:noProof/>
            <w:rtl/>
          </w:rPr>
          <w:t xml:space="preserve">: </w:t>
        </w:r>
        <w:r w:rsidRPr="007F116D">
          <w:rPr>
            <w:rStyle w:val="Hyperlink"/>
            <w:rFonts w:hint="eastAsia"/>
            <w:noProof/>
            <w:rtl/>
          </w:rPr>
          <w:t>تحليل</w:t>
        </w:r>
        <w:r w:rsidRPr="007F116D">
          <w:rPr>
            <w:rStyle w:val="Hyperlink"/>
            <w:noProof/>
            <w:rtl/>
          </w:rPr>
          <w:t xml:space="preserve"> </w:t>
        </w:r>
        <w:r w:rsidRPr="007F116D">
          <w:rPr>
            <w:rStyle w:val="Hyperlink"/>
            <w:rFonts w:hint="eastAsia"/>
            <w:noProof/>
            <w:rtl/>
          </w:rPr>
          <w:t>البيانات</w:t>
        </w:r>
        <w:r w:rsidRPr="007F116D">
          <w:rPr>
            <w:rStyle w:val="Hyperlink"/>
            <w:noProof/>
            <w:rtl/>
          </w:rPr>
          <w:t xml:space="preserve"> </w:t>
        </w:r>
        <w:r w:rsidRPr="007F116D">
          <w:rPr>
            <w:rStyle w:val="Hyperlink"/>
            <w:rFonts w:hint="eastAsia"/>
            <w:noProof/>
            <w:rtl/>
          </w:rPr>
          <w:t>واختبار</w:t>
        </w:r>
        <w:r w:rsidRPr="007F116D">
          <w:rPr>
            <w:rStyle w:val="Hyperlink"/>
            <w:noProof/>
            <w:rtl/>
          </w:rPr>
          <w:t xml:space="preserve"> </w:t>
        </w:r>
        <w:r w:rsidRPr="007F116D">
          <w:rPr>
            <w:rStyle w:val="Hyperlink"/>
            <w:rFonts w:hint="eastAsia"/>
            <w:noProof/>
            <w:rtl/>
          </w:rPr>
          <w:t>الفرضيات</w:t>
        </w:r>
        <w:r>
          <w:rPr>
            <w:noProof/>
            <w:webHidden/>
          </w:rPr>
          <w:tab/>
        </w:r>
        <w:r>
          <w:rPr>
            <w:rStyle w:val="Hyperlink"/>
            <w:noProof/>
            <w:rtl/>
          </w:rPr>
          <w:fldChar w:fldCharType="begin"/>
        </w:r>
        <w:r>
          <w:rPr>
            <w:noProof/>
            <w:webHidden/>
          </w:rPr>
          <w:instrText xml:space="preserve"> PAGEREF _Toc233587778 \h </w:instrText>
        </w:r>
        <w:r>
          <w:rPr>
            <w:rStyle w:val="Hyperlink"/>
            <w:noProof/>
            <w:rtl/>
          </w:rPr>
        </w:r>
        <w:r>
          <w:rPr>
            <w:rStyle w:val="Hyperlink"/>
            <w:noProof/>
            <w:rtl/>
          </w:rPr>
          <w:fldChar w:fldCharType="separate"/>
        </w:r>
        <w:r w:rsidR="00486132">
          <w:rPr>
            <w:noProof/>
            <w:webHidden/>
            <w:rtl/>
            <w:cs w:val="0"/>
          </w:rPr>
          <w:t>58</w:t>
        </w:r>
        <w:r>
          <w:rPr>
            <w:rStyle w:val="Hyperlink"/>
            <w:noProof/>
            <w:rtl/>
          </w:rPr>
          <w:fldChar w:fldCharType="end"/>
        </w:r>
      </w:hyperlink>
    </w:p>
    <w:p w14:paraId="1F86A043" w14:textId="62FBE6BE"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79" w:history="1">
        <w:r w:rsidRPr="007F116D">
          <w:rPr>
            <w:rStyle w:val="Hyperlink"/>
            <w:noProof/>
          </w:rPr>
          <w:t>4-1</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مقدمة</w:t>
        </w:r>
        <w:r>
          <w:rPr>
            <w:noProof/>
            <w:webHidden/>
          </w:rPr>
          <w:tab/>
        </w:r>
        <w:r>
          <w:rPr>
            <w:rStyle w:val="Hyperlink"/>
            <w:noProof/>
            <w:rtl/>
          </w:rPr>
          <w:fldChar w:fldCharType="begin"/>
        </w:r>
        <w:r>
          <w:rPr>
            <w:noProof/>
            <w:webHidden/>
          </w:rPr>
          <w:instrText xml:space="preserve"> PAGEREF _Toc233587779 \h </w:instrText>
        </w:r>
        <w:r>
          <w:rPr>
            <w:rStyle w:val="Hyperlink"/>
            <w:noProof/>
            <w:rtl/>
          </w:rPr>
        </w:r>
        <w:r>
          <w:rPr>
            <w:rStyle w:val="Hyperlink"/>
            <w:noProof/>
            <w:rtl/>
          </w:rPr>
          <w:fldChar w:fldCharType="separate"/>
        </w:r>
        <w:r w:rsidR="00486132">
          <w:rPr>
            <w:noProof/>
            <w:webHidden/>
            <w:rtl/>
            <w:cs w:val="0"/>
          </w:rPr>
          <w:t>58</w:t>
        </w:r>
        <w:r>
          <w:rPr>
            <w:rStyle w:val="Hyperlink"/>
            <w:noProof/>
            <w:rtl/>
          </w:rPr>
          <w:fldChar w:fldCharType="end"/>
        </w:r>
      </w:hyperlink>
    </w:p>
    <w:p w14:paraId="0ABEF785" w14:textId="67ACFC0A"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80" w:history="1">
        <w:r w:rsidRPr="007F116D">
          <w:rPr>
            <w:rStyle w:val="Hyperlink"/>
            <w:noProof/>
          </w:rPr>
          <w:t>4-2</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خصائص</w:t>
        </w:r>
        <w:r w:rsidRPr="007F116D">
          <w:rPr>
            <w:rStyle w:val="Hyperlink"/>
            <w:noProof/>
            <w:rtl/>
          </w:rPr>
          <w:t xml:space="preserve"> </w:t>
        </w:r>
        <w:r w:rsidRPr="007F116D">
          <w:rPr>
            <w:rStyle w:val="Hyperlink"/>
            <w:rFonts w:hint="eastAsia"/>
            <w:noProof/>
            <w:rtl/>
          </w:rPr>
          <w:t>عينة</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_Toc233587780 \h </w:instrText>
        </w:r>
        <w:r>
          <w:rPr>
            <w:rStyle w:val="Hyperlink"/>
            <w:noProof/>
            <w:rtl/>
          </w:rPr>
        </w:r>
        <w:r>
          <w:rPr>
            <w:rStyle w:val="Hyperlink"/>
            <w:noProof/>
            <w:rtl/>
          </w:rPr>
          <w:fldChar w:fldCharType="separate"/>
        </w:r>
        <w:r w:rsidR="00486132">
          <w:rPr>
            <w:noProof/>
            <w:webHidden/>
            <w:rtl/>
            <w:cs w:val="0"/>
          </w:rPr>
          <w:t>58</w:t>
        </w:r>
        <w:r>
          <w:rPr>
            <w:rStyle w:val="Hyperlink"/>
            <w:noProof/>
            <w:rtl/>
          </w:rPr>
          <w:fldChar w:fldCharType="end"/>
        </w:r>
      </w:hyperlink>
    </w:p>
    <w:p w14:paraId="5B2A603D" w14:textId="33F88725"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81" w:history="1">
        <w:r w:rsidRPr="007F116D">
          <w:rPr>
            <w:rStyle w:val="Hyperlink"/>
            <w:noProof/>
          </w:rPr>
          <w:t>4-3</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الاختبارات</w:t>
        </w:r>
        <w:r w:rsidRPr="007F116D">
          <w:rPr>
            <w:rStyle w:val="Hyperlink"/>
            <w:noProof/>
            <w:rtl/>
          </w:rPr>
          <w:t xml:space="preserve"> </w:t>
        </w:r>
        <w:r w:rsidRPr="007F116D">
          <w:rPr>
            <w:rStyle w:val="Hyperlink"/>
            <w:rFonts w:hint="eastAsia"/>
            <w:noProof/>
            <w:rtl/>
          </w:rPr>
          <w:t>القبلية</w:t>
        </w:r>
        <w:r w:rsidRPr="007F116D">
          <w:rPr>
            <w:rStyle w:val="Hyperlink"/>
            <w:noProof/>
            <w:rtl/>
          </w:rPr>
          <w:t xml:space="preserve"> </w:t>
        </w:r>
        <w:r w:rsidRPr="007F116D">
          <w:rPr>
            <w:rStyle w:val="Hyperlink"/>
            <w:rFonts w:hint="eastAsia"/>
            <w:noProof/>
            <w:rtl/>
          </w:rPr>
          <w:t>للبيانات</w:t>
        </w:r>
        <w:r>
          <w:rPr>
            <w:noProof/>
            <w:webHidden/>
          </w:rPr>
          <w:tab/>
        </w:r>
        <w:r>
          <w:rPr>
            <w:rStyle w:val="Hyperlink"/>
            <w:noProof/>
            <w:rtl/>
          </w:rPr>
          <w:fldChar w:fldCharType="begin"/>
        </w:r>
        <w:r>
          <w:rPr>
            <w:noProof/>
            <w:webHidden/>
          </w:rPr>
          <w:instrText xml:space="preserve"> PAGEREF _Toc233587781 \h </w:instrText>
        </w:r>
        <w:r>
          <w:rPr>
            <w:rStyle w:val="Hyperlink"/>
            <w:noProof/>
            <w:rtl/>
          </w:rPr>
        </w:r>
        <w:r>
          <w:rPr>
            <w:rStyle w:val="Hyperlink"/>
            <w:noProof/>
            <w:rtl/>
          </w:rPr>
          <w:fldChar w:fldCharType="separate"/>
        </w:r>
        <w:r w:rsidR="00486132">
          <w:rPr>
            <w:noProof/>
            <w:webHidden/>
            <w:rtl/>
            <w:cs w:val="0"/>
          </w:rPr>
          <w:t>64</w:t>
        </w:r>
        <w:r>
          <w:rPr>
            <w:rStyle w:val="Hyperlink"/>
            <w:noProof/>
            <w:rtl/>
          </w:rPr>
          <w:fldChar w:fldCharType="end"/>
        </w:r>
      </w:hyperlink>
    </w:p>
    <w:p w14:paraId="03BAE379" w14:textId="2BABAD32"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82" w:history="1">
        <w:r w:rsidRPr="007F116D">
          <w:rPr>
            <w:rStyle w:val="Hyperlink"/>
            <w:noProof/>
          </w:rPr>
          <w:t>4-4</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تحليل</w:t>
        </w:r>
        <w:r w:rsidRPr="007F116D">
          <w:rPr>
            <w:rStyle w:val="Hyperlink"/>
            <w:noProof/>
            <w:rtl/>
          </w:rPr>
          <w:t xml:space="preserve"> </w:t>
        </w:r>
        <w:r w:rsidRPr="007F116D">
          <w:rPr>
            <w:rStyle w:val="Hyperlink"/>
            <w:rFonts w:hint="eastAsia"/>
            <w:noProof/>
            <w:rtl/>
          </w:rPr>
          <w:t>البيانات</w:t>
        </w:r>
        <w:r w:rsidRPr="007F116D">
          <w:rPr>
            <w:rStyle w:val="Hyperlink"/>
            <w:noProof/>
            <w:rtl/>
          </w:rPr>
          <w:t xml:space="preserve"> </w:t>
        </w:r>
        <w:r w:rsidRPr="007F116D">
          <w:rPr>
            <w:rStyle w:val="Hyperlink"/>
            <w:rFonts w:hint="eastAsia"/>
            <w:noProof/>
            <w:rtl/>
          </w:rPr>
          <w:t>الوصفية</w:t>
        </w:r>
        <w:r w:rsidRPr="007F116D">
          <w:rPr>
            <w:rStyle w:val="Hyperlink"/>
            <w:noProof/>
            <w:rtl/>
          </w:rPr>
          <w:t xml:space="preserve"> </w:t>
        </w:r>
        <w:r w:rsidRPr="007F116D">
          <w:rPr>
            <w:rStyle w:val="Hyperlink"/>
            <w:rFonts w:hint="eastAsia"/>
            <w:noProof/>
            <w:rtl/>
          </w:rPr>
          <w:t>لمتغيرات</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_Toc233587782 \h </w:instrText>
        </w:r>
        <w:r>
          <w:rPr>
            <w:rStyle w:val="Hyperlink"/>
            <w:noProof/>
            <w:rtl/>
          </w:rPr>
        </w:r>
        <w:r>
          <w:rPr>
            <w:rStyle w:val="Hyperlink"/>
            <w:noProof/>
            <w:rtl/>
          </w:rPr>
          <w:fldChar w:fldCharType="separate"/>
        </w:r>
        <w:r w:rsidR="00486132">
          <w:rPr>
            <w:noProof/>
            <w:webHidden/>
            <w:rtl/>
            <w:cs w:val="0"/>
          </w:rPr>
          <w:t>68</w:t>
        </w:r>
        <w:r>
          <w:rPr>
            <w:rStyle w:val="Hyperlink"/>
            <w:noProof/>
            <w:rtl/>
          </w:rPr>
          <w:fldChar w:fldCharType="end"/>
        </w:r>
      </w:hyperlink>
    </w:p>
    <w:p w14:paraId="33B54E3B" w14:textId="104FD8B2"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83" w:history="1">
        <w:r w:rsidRPr="007F116D">
          <w:rPr>
            <w:rStyle w:val="Hyperlink"/>
            <w:noProof/>
          </w:rPr>
          <w:t>4-5</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تحليل</w:t>
        </w:r>
        <w:r w:rsidRPr="007F116D">
          <w:rPr>
            <w:rStyle w:val="Hyperlink"/>
            <w:noProof/>
            <w:rtl/>
          </w:rPr>
          <w:t xml:space="preserve"> </w:t>
        </w:r>
        <w:r w:rsidRPr="007F116D">
          <w:rPr>
            <w:rStyle w:val="Hyperlink"/>
            <w:rFonts w:hint="eastAsia"/>
            <w:noProof/>
            <w:rtl/>
          </w:rPr>
          <w:t>العلاقات</w:t>
        </w:r>
        <w:r w:rsidRPr="007F116D">
          <w:rPr>
            <w:rStyle w:val="Hyperlink"/>
            <w:noProof/>
            <w:rtl/>
          </w:rPr>
          <w:t xml:space="preserve"> </w:t>
        </w:r>
        <w:r w:rsidRPr="007F116D">
          <w:rPr>
            <w:rStyle w:val="Hyperlink"/>
            <w:rFonts w:hint="eastAsia"/>
            <w:noProof/>
            <w:rtl/>
          </w:rPr>
          <w:t>بين</w:t>
        </w:r>
        <w:r w:rsidRPr="007F116D">
          <w:rPr>
            <w:rStyle w:val="Hyperlink"/>
            <w:noProof/>
            <w:rtl/>
          </w:rPr>
          <w:t xml:space="preserve"> </w:t>
        </w:r>
        <w:r w:rsidRPr="007F116D">
          <w:rPr>
            <w:rStyle w:val="Hyperlink"/>
            <w:rFonts w:hint="eastAsia"/>
            <w:noProof/>
            <w:rtl/>
          </w:rPr>
          <w:t>متغيرات</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_Toc233587783 \h </w:instrText>
        </w:r>
        <w:r>
          <w:rPr>
            <w:rStyle w:val="Hyperlink"/>
            <w:noProof/>
            <w:rtl/>
          </w:rPr>
        </w:r>
        <w:r>
          <w:rPr>
            <w:rStyle w:val="Hyperlink"/>
            <w:noProof/>
            <w:rtl/>
          </w:rPr>
          <w:fldChar w:fldCharType="separate"/>
        </w:r>
        <w:r w:rsidR="00486132">
          <w:rPr>
            <w:noProof/>
            <w:webHidden/>
            <w:rtl/>
            <w:cs w:val="0"/>
          </w:rPr>
          <w:t>75</w:t>
        </w:r>
        <w:r>
          <w:rPr>
            <w:rStyle w:val="Hyperlink"/>
            <w:noProof/>
            <w:rtl/>
          </w:rPr>
          <w:fldChar w:fldCharType="end"/>
        </w:r>
      </w:hyperlink>
    </w:p>
    <w:p w14:paraId="4D870CE4" w14:textId="3B9A59CD"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84" w:history="1">
        <w:r w:rsidRPr="007F116D">
          <w:rPr>
            <w:rStyle w:val="Hyperlink"/>
            <w:noProof/>
          </w:rPr>
          <w:t>4-6</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اختبار</w:t>
        </w:r>
        <w:r w:rsidRPr="007F116D">
          <w:rPr>
            <w:rStyle w:val="Hyperlink"/>
            <w:noProof/>
            <w:rtl/>
          </w:rPr>
          <w:t xml:space="preserve"> </w:t>
        </w:r>
        <w:r w:rsidRPr="007F116D">
          <w:rPr>
            <w:rStyle w:val="Hyperlink"/>
            <w:rFonts w:hint="eastAsia"/>
            <w:noProof/>
            <w:rtl/>
          </w:rPr>
          <w:t>فرضيات</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_Toc233587784 \h </w:instrText>
        </w:r>
        <w:r>
          <w:rPr>
            <w:rStyle w:val="Hyperlink"/>
            <w:noProof/>
            <w:rtl/>
          </w:rPr>
        </w:r>
        <w:r>
          <w:rPr>
            <w:rStyle w:val="Hyperlink"/>
            <w:noProof/>
            <w:rtl/>
          </w:rPr>
          <w:fldChar w:fldCharType="separate"/>
        </w:r>
        <w:r w:rsidR="00486132">
          <w:rPr>
            <w:noProof/>
            <w:webHidden/>
            <w:rtl/>
            <w:cs w:val="0"/>
          </w:rPr>
          <w:t>76</w:t>
        </w:r>
        <w:r>
          <w:rPr>
            <w:rStyle w:val="Hyperlink"/>
            <w:noProof/>
            <w:rtl/>
          </w:rPr>
          <w:fldChar w:fldCharType="end"/>
        </w:r>
      </w:hyperlink>
    </w:p>
    <w:p w14:paraId="51067067" w14:textId="161C5528"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85" w:history="1">
        <w:r w:rsidRPr="007F116D">
          <w:rPr>
            <w:rStyle w:val="Hyperlink"/>
            <w:noProof/>
          </w:rPr>
          <w:t>4-7</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ملخص</w:t>
        </w:r>
        <w:r w:rsidRPr="007F116D">
          <w:rPr>
            <w:rStyle w:val="Hyperlink"/>
            <w:noProof/>
            <w:rtl/>
          </w:rPr>
          <w:t xml:space="preserve"> </w:t>
        </w:r>
        <w:r w:rsidRPr="007F116D">
          <w:rPr>
            <w:rStyle w:val="Hyperlink"/>
            <w:rFonts w:hint="eastAsia"/>
            <w:noProof/>
            <w:rtl/>
          </w:rPr>
          <w:t>النتائج</w:t>
        </w:r>
        <w:r>
          <w:rPr>
            <w:noProof/>
            <w:webHidden/>
          </w:rPr>
          <w:tab/>
        </w:r>
        <w:r>
          <w:rPr>
            <w:rStyle w:val="Hyperlink"/>
            <w:noProof/>
            <w:rtl/>
          </w:rPr>
          <w:fldChar w:fldCharType="begin"/>
        </w:r>
        <w:r>
          <w:rPr>
            <w:noProof/>
            <w:webHidden/>
          </w:rPr>
          <w:instrText xml:space="preserve"> PAGEREF _Toc233587785 \h </w:instrText>
        </w:r>
        <w:r>
          <w:rPr>
            <w:rStyle w:val="Hyperlink"/>
            <w:noProof/>
            <w:rtl/>
          </w:rPr>
        </w:r>
        <w:r>
          <w:rPr>
            <w:rStyle w:val="Hyperlink"/>
            <w:noProof/>
            <w:rtl/>
          </w:rPr>
          <w:fldChar w:fldCharType="separate"/>
        </w:r>
        <w:r w:rsidR="00486132">
          <w:rPr>
            <w:noProof/>
            <w:webHidden/>
            <w:rtl/>
            <w:cs w:val="0"/>
          </w:rPr>
          <w:t>80</w:t>
        </w:r>
        <w:r>
          <w:rPr>
            <w:rStyle w:val="Hyperlink"/>
            <w:noProof/>
            <w:rtl/>
          </w:rPr>
          <w:fldChar w:fldCharType="end"/>
        </w:r>
      </w:hyperlink>
    </w:p>
    <w:p w14:paraId="7F12F6A2" w14:textId="67E4D52D" w:rsidR="00472BF3" w:rsidRDefault="00472BF3" w:rsidP="00472BF3">
      <w:pPr>
        <w:pStyle w:val="TOC1"/>
        <w:rPr>
          <w:rFonts w:asciiTheme="minorHAnsi" w:eastAsiaTheme="minorEastAsia" w:hAnsiTheme="minorHAnsi" w:cstheme="minorBidi"/>
          <w:noProof/>
          <w:kern w:val="2"/>
          <w:sz w:val="24"/>
          <w:szCs w:val="24"/>
          <w:cs w:val="0"/>
          <w:lang w:val="en-US"/>
          <w14:ligatures w14:val="standardContextual"/>
        </w:rPr>
      </w:pPr>
      <w:hyperlink w:anchor="_Toc233587786" w:history="1">
        <w:r w:rsidRPr="007F116D">
          <w:rPr>
            <w:rStyle w:val="Hyperlink"/>
            <w:noProof/>
          </w:rPr>
          <w:t>5</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الفصل</w:t>
        </w:r>
        <w:r w:rsidRPr="007F116D">
          <w:rPr>
            <w:rStyle w:val="Hyperlink"/>
            <w:noProof/>
            <w:rtl/>
          </w:rPr>
          <w:t xml:space="preserve"> </w:t>
        </w:r>
        <w:r w:rsidRPr="007F116D">
          <w:rPr>
            <w:rStyle w:val="Hyperlink"/>
            <w:rFonts w:hint="eastAsia"/>
            <w:noProof/>
            <w:rtl/>
          </w:rPr>
          <w:t>الخامس</w:t>
        </w:r>
        <w:r w:rsidRPr="007F116D">
          <w:rPr>
            <w:rStyle w:val="Hyperlink"/>
            <w:noProof/>
            <w:rtl/>
          </w:rPr>
          <w:t xml:space="preserve">: </w:t>
        </w:r>
        <w:r w:rsidRPr="007F116D">
          <w:rPr>
            <w:rStyle w:val="Hyperlink"/>
            <w:rFonts w:hint="eastAsia"/>
            <w:noProof/>
            <w:rtl/>
          </w:rPr>
          <w:t>مناقشة</w:t>
        </w:r>
        <w:r w:rsidRPr="007F116D">
          <w:rPr>
            <w:rStyle w:val="Hyperlink"/>
            <w:noProof/>
            <w:rtl/>
          </w:rPr>
          <w:t xml:space="preserve"> </w:t>
        </w:r>
        <w:r w:rsidRPr="007F116D">
          <w:rPr>
            <w:rStyle w:val="Hyperlink"/>
            <w:rFonts w:hint="eastAsia"/>
            <w:noProof/>
            <w:rtl/>
          </w:rPr>
          <w:t>النتائج</w:t>
        </w:r>
        <w:r w:rsidRPr="007F116D">
          <w:rPr>
            <w:rStyle w:val="Hyperlink"/>
            <w:noProof/>
            <w:rtl/>
          </w:rPr>
          <w:t xml:space="preserve"> </w:t>
        </w:r>
        <w:r w:rsidRPr="007F116D">
          <w:rPr>
            <w:rStyle w:val="Hyperlink"/>
            <w:rFonts w:hint="eastAsia"/>
            <w:noProof/>
            <w:rtl/>
          </w:rPr>
          <w:t>والتوصيات</w:t>
        </w:r>
        <w:r>
          <w:rPr>
            <w:noProof/>
            <w:webHidden/>
          </w:rPr>
          <w:tab/>
        </w:r>
        <w:r>
          <w:rPr>
            <w:rStyle w:val="Hyperlink"/>
            <w:noProof/>
            <w:rtl/>
          </w:rPr>
          <w:fldChar w:fldCharType="begin"/>
        </w:r>
        <w:r>
          <w:rPr>
            <w:noProof/>
            <w:webHidden/>
          </w:rPr>
          <w:instrText xml:space="preserve"> PAGEREF _Toc233587786 \h </w:instrText>
        </w:r>
        <w:r>
          <w:rPr>
            <w:rStyle w:val="Hyperlink"/>
            <w:noProof/>
            <w:rtl/>
          </w:rPr>
        </w:r>
        <w:r>
          <w:rPr>
            <w:rStyle w:val="Hyperlink"/>
            <w:noProof/>
            <w:rtl/>
          </w:rPr>
          <w:fldChar w:fldCharType="separate"/>
        </w:r>
        <w:r w:rsidR="00486132">
          <w:rPr>
            <w:noProof/>
            <w:webHidden/>
            <w:rtl/>
            <w:cs w:val="0"/>
          </w:rPr>
          <w:t>81</w:t>
        </w:r>
        <w:r>
          <w:rPr>
            <w:rStyle w:val="Hyperlink"/>
            <w:noProof/>
            <w:rtl/>
          </w:rPr>
          <w:fldChar w:fldCharType="end"/>
        </w:r>
      </w:hyperlink>
    </w:p>
    <w:p w14:paraId="158C8F2D" w14:textId="493871E7"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87" w:history="1">
        <w:r w:rsidRPr="007F116D">
          <w:rPr>
            <w:rStyle w:val="Hyperlink"/>
            <w:noProof/>
          </w:rPr>
          <w:t>5-1</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المقدمة</w:t>
        </w:r>
        <w:r>
          <w:rPr>
            <w:noProof/>
            <w:webHidden/>
          </w:rPr>
          <w:tab/>
        </w:r>
        <w:r>
          <w:rPr>
            <w:rStyle w:val="Hyperlink"/>
            <w:noProof/>
            <w:rtl/>
          </w:rPr>
          <w:fldChar w:fldCharType="begin"/>
        </w:r>
        <w:r>
          <w:rPr>
            <w:noProof/>
            <w:webHidden/>
          </w:rPr>
          <w:instrText xml:space="preserve"> PAGEREF _Toc233587787 \h </w:instrText>
        </w:r>
        <w:r>
          <w:rPr>
            <w:rStyle w:val="Hyperlink"/>
            <w:noProof/>
            <w:rtl/>
          </w:rPr>
        </w:r>
        <w:r>
          <w:rPr>
            <w:rStyle w:val="Hyperlink"/>
            <w:noProof/>
            <w:rtl/>
          </w:rPr>
          <w:fldChar w:fldCharType="separate"/>
        </w:r>
        <w:r w:rsidR="00486132">
          <w:rPr>
            <w:noProof/>
            <w:webHidden/>
            <w:rtl/>
            <w:cs w:val="0"/>
          </w:rPr>
          <w:t>81</w:t>
        </w:r>
        <w:r>
          <w:rPr>
            <w:rStyle w:val="Hyperlink"/>
            <w:noProof/>
            <w:rtl/>
          </w:rPr>
          <w:fldChar w:fldCharType="end"/>
        </w:r>
      </w:hyperlink>
    </w:p>
    <w:p w14:paraId="4C5D8198" w14:textId="7DD8A344"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88" w:history="1">
        <w:r w:rsidRPr="007F116D">
          <w:rPr>
            <w:rStyle w:val="Hyperlink"/>
            <w:noProof/>
          </w:rPr>
          <w:t>5-2</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النتائج</w:t>
        </w:r>
        <w:r w:rsidRPr="007F116D">
          <w:rPr>
            <w:rStyle w:val="Hyperlink"/>
            <w:noProof/>
            <w:rtl/>
          </w:rPr>
          <w:t xml:space="preserve"> </w:t>
        </w:r>
        <w:r w:rsidRPr="007F116D">
          <w:rPr>
            <w:rStyle w:val="Hyperlink"/>
            <w:rFonts w:hint="eastAsia"/>
            <w:noProof/>
            <w:rtl/>
          </w:rPr>
          <w:t>المتعلقة</w:t>
        </w:r>
        <w:r w:rsidRPr="007F116D">
          <w:rPr>
            <w:rStyle w:val="Hyperlink"/>
            <w:noProof/>
            <w:rtl/>
          </w:rPr>
          <w:t xml:space="preserve"> </w:t>
        </w:r>
        <w:r w:rsidRPr="007F116D">
          <w:rPr>
            <w:rStyle w:val="Hyperlink"/>
            <w:rFonts w:hint="eastAsia"/>
            <w:noProof/>
            <w:rtl/>
          </w:rPr>
          <w:t>بمتغيرات</w:t>
        </w:r>
        <w:r w:rsidRPr="007F116D">
          <w:rPr>
            <w:rStyle w:val="Hyperlink"/>
            <w:noProof/>
            <w:rtl/>
          </w:rPr>
          <w:t xml:space="preserve"> </w:t>
        </w:r>
        <w:r w:rsidRPr="007F116D">
          <w:rPr>
            <w:rStyle w:val="Hyperlink"/>
            <w:rFonts w:hint="eastAsia"/>
            <w:noProof/>
            <w:rtl/>
          </w:rPr>
          <w:t>الدراسة</w:t>
        </w:r>
        <w:r w:rsidRPr="007F116D">
          <w:rPr>
            <w:rStyle w:val="Hyperlink"/>
            <w:noProof/>
            <w:rtl/>
          </w:rPr>
          <w:t xml:space="preserve"> </w:t>
        </w:r>
        <w:r w:rsidRPr="007F116D">
          <w:rPr>
            <w:rStyle w:val="Hyperlink"/>
            <w:rFonts w:hint="eastAsia"/>
            <w:noProof/>
            <w:rtl/>
          </w:rPr>
          <w:t>الوصفية</w:t>
        </w:r>
        <w:r>
          <w:rPr>
            <w:noProof/>
            <w:webHidden/>
          </w:rPr>
          <w:tab/>
        </w:r>
        <w:r>
          <w:rPr>
            <w:rStyle w:val="Hyperlink"/>
            <w:noProof/>
            <w:rtl/>
          </w:rPr>
          <w:fldChar w:fldCharType="begin"/>
        </w:r>
        <w:r>
          <w:rPr>
            <w:noProof/>
            <w:webHidden/>
          </w:rPr>
          <w:instrText xml:space="preserve"> PAGEREF _Toc233587788 \h </w:instrText>
        </w:r>
        <w:r>
          <w:rPr>
            <w:rStyle w:val="Hyperlink"/>
            <w:noProof/>
            <w:rtl/>
          </w:rPr>
        </w:r>
        <w:r>
          <w:rPr>
            <w:rStyle w:val="Hyperlink"/>
            <w:noProof/>
            <w:rtl/>
          </w:rPr>
          <w:fldChar w:fldCharType="separate"/>
        </w:r>
        <w:r w:rsidR="00486132">
          <w:rPr>
            <w:noProof/>
            <w:webHidden/>
            <w:rtl/>
            <w:cs w:val="0"/>
          </w:rPr>
          <w:t>81</w:t>
        </w:r>
        <w:r>
          <w:rPr>
            <w:rStyle w:val="Hyperlink"/>
            <w:noProof/>
            <w:rtl/>
          </w:rPr>
          <w:fldChar w:fldCharType="end"/>
        </w:r>
      </w:hyperlink>
    </w:p>
    <w:p w14:paraId="3A4192AA" w14:textId="41787207"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89" w:history="1">
        <w:r w:rsidRPr="007F116D">
          <w:rPr>
            <w:rStyle w:val="Hyperlink"/>
            <w:noProof/>
          </w:rPr>
          <w:t>5-3</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w:t>
        </w:r>
        <w:r w:rsidRPr="007F116D">
          <w:rPr>
            <w:rStyle w:val="Hyperlink"/>
            <w:noProof/>
            <w:rtl/>
          </w:rPr>
          <w:t xml:space="preserve"> </w:t>
        </w:r>
        <w:r w:rsidRPr="007F116D">
          <w:rPr>
            <w:rStyle w:val="Hyperlink"/>
            <w:rFonts w:hint="eastAsia"/>
            <w:noProof/>
            <w:rtl/>
          </w:rPr>
          <w:t>النتائج</w:t>
        </w:r>
        <w:r w:rsidRPr="007F116D">
          <w:rPr>
            <w:rStyle w:val="Hyperlink"/>
            <w:noProof/>
            <w:rtl/>
          </w:rPr>
          <w:t xml:space="preserve"> </w:t>
        </w:r>
        <w:r w:rsidRPr="007F116D">
          <w:rPr>
            <w:rStyle w:val="Hyperlink"/>
            <w:rFonts w:hint="eastAsia"/>
            <w:noProof/>
            <w:rtl/>
          </w:rPr>
          <w:t>المتعلقة</w:t>
        </w:r>
        <w:r w:rsidRPr="007F116D">
          <w:rPr>
            <w:rStyle w:val="Hyperlink"/>
            <w:noProof/>
            <w:rtl/>
          </w:rPr>
          <w:t xml:space="preserve"> </w:t>
        </w:r>
        <w:r w:rsidRPr="007F116D">
          <w:rPr>
            <w:rStyle w:val="Hyperlink"/>
            <w:rFonts w:hint="eastAsia"/>
            <w:noProof/>
            <w:rtl/>
          </w:rPr>
          <w:t>باختبار</w:t>
        </w:r>
        <w:r w:rsidRPr="007F116D">
          <w:rPr>
            <w:rStyle w:val="Hyperlink"/>
            <w:noProof/>
            <w:rtl/>
          </w:rPr>
          <w:t xml:space="preserve"> </w:t>
        </w:r>
        <w:r w:rsidRPr="007F116D">
          <w:rPr>
            <w:rStyle w:val="Hyperlink"/>
            <w:rFonts w:hint="eastAsia"/>
            <w:noProof/>
            <w:rtl/>
          </w:rPr>
          <w:t>فرضيات</w:t>
        </w:r>
        <w:r w:rsidRPr="007F116D">
          <w:rPr>
            <w:rStyle w:val="Hyperlink"/>
            <w:noProof/>
            <w:rtl/>
          </w:rPr>
          <w:t xml:space="preserve"> </w:t>
        </w:r>
        <w:r w:rsidRPr="007F116D">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_Toc233587789 \h </w:instrText>
        </w:r>
        <w:r>
          <w:rPr>
            <w:rStyle w:val="Hyperlink"/>
            <w:noProof/>
            <w:rtl/>
          </w:rPr>
        </w:r>
        <w:r>
          <w:rPr>
            <w:rStyle w:val="Hyperlink"/>
            <w:noProof/>
            <w:rtl/>
          </w:rPr>
          <w:fldChar w:fldCharType="separate"/>
        </w:r>
        <w:r w:rsidR="00486132">
          <w:rPr>
            <w:noProof/>
            <w:webHidden/>
            <w:rtl/>
            <w:cs w:val="0"/>
          </w:rPr>
          <w:t>86</w:t>
        </w:r>
        <w:r>
          <w:rPr>
            <w:rStyle w:val="Hyperlink"/>
            <w:noProof/>
            <w:rtl/>
          </w:rPr>
          <w:fldChar w:fldCharType="end"/>
        </w:r>
      </w:hyperlink>
    </w:p>
    <w:p w14:paraId="00A45390" w14:textId="5F5E2469"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90" w:history="1">
        <w:r w:rsidRPr="007F116D">
          <w:rPr>
            <w:rStyle w:val="Hyperlink"/>
            <w:noProof/>
          </w:rPr>
          <w:t>5-4</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الاستنتاجات</w:t>
        </w:r>
        <w:r w:rsidRPr="007F116D">
          <w:rPr>
            <w:rStyle w:val="Hyperlink"/>
            <w:noProof/>
            <w:rtl/>
          </w:rPr>
          <w:t xml:space="preserve"> </w:t>
        </w:r>
        <w:r w:rsidRPr="007F116D">
          <w:rPr>
            <w:rStyle w:val="Hyperlink"/>
            <w:rFonts w:hint="eastAsia"/>
            <w:noProof/>
            <w:rtl/>
          </w:rPr>
          <w:t>العامة</w:t>
        </w:r>
        <w:r w:rsidRPr="007F116D">
          <w:rPr>
            <w:rStyle w:val="Hyperlink"/>
            <w:noProof/>
            <w:rtl/>
          </w:rPr>
          <w:t xml:space="preserve"> </w:t>
        </w:r>
        <w:r w:rsidRPr="007F116D">
          <w:rPr>
            <w:rStyle w:val="Hyperlink"/>
            <w:rFonts w:hint="eastAsia"/>
            <w:noProof/>
            <w:rtl/>
          </w:rPr>
          <w:t>للدراسة</w:t>
        </w:r>
        <w:r>
          <w:rPr>
            <w:noProof/>
            <w:webHidden/>
          </w:rPr>
          <w:tab/>
        </w:r>
        <w:r>
          <w:rPr>
            <w:rStyle w:val="Hyperlink"/>
            <w:noProof/>
            <w:rtl/>
          </w:rPr>
          <w:fldChar w:fldCharType="begin"/>
        </w:r>
        <w:r>
          <w:rPr>
            <w:noProof/>
            <w:webHidden/>
          </w:rPr>
          <w:instrText xml:space="preserve"> PAGEREF _Toc233587790 \h </w:instrText>
        </w:r>
        <w:r>
          <w:rPr>
            <w:rStyle w:val="Hyperlink"/>
            <w:noProof/>
            <w:rtl/>
          </w:rPr>
        </w:r>
        <w:r>
          <w:rPr>
            <w:rStyle w:val="Hyperlink"/>
            <w:noProof/>
            <w:rtl/>
          </w:rPr>
          <w:fldChar w:fldCharType="separate"/>
        </w:r>
        <w:r w:rsidR="00486132">
          <w:rPr>
            <w:noProof/>
            <w:webHidden/>
            <w:rtl/>
            <w:cs w:val="0"/>
          </w:rPr>
          <w:t>90</w:t>
        </w:r>
        <w:r>
          <w:rPr>
            <w:rStyle w:val="Hyperlink"/>
            <w:noProof/>
            <w:rtl/>
          </w:rPr>
          <w:fldChar w:fldCharType="end"/>
        </w:r>
      </w:hyperlink>
    </w:p>
    <w:p w14:paraId="3B265996" w14:textId="7549FF80"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91" w:history="1">
        <w:r w:rsidRPr="007F116D">
          <w:rPr>
            <w:rStyle w:val="Hyperlink"/>
            <w:noProof/>
          </w:rPr>
          <w:t>5-5</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التوصيات</w:t>
        </w:r>
        <w:r>
          <w:rPr>
            <w:noProof/>
            <w:webHidden/>
          </w:rPr>
          <w:tab/>
        </w:r>
        <w:r>
          <w:rPr>
            <w:rStyle w:val="Hyperlink"/>
            <w:noProof/>
            <w:rtl/>
          </w:rPr>
          <w:fldChar w:fldCharType="begin"/>
        </w:r>
        <w:r>
          <w:rPr>
            <w:noProof/>
            <w:webHidden/>
          </w:rPr>
          <w:instrText xml:space="preserve"> PAGEREF _Toc233587791 \h </w:instrText>
        </w:r>
        <w:r>
          <w:rPr>
            <w:rStyle w:val="Hyperlink"/>
            <w:noProof/>
            <w:rtl/>
          </w:rPr>
        </w:r>
        <w:r>
          <w:rPr>
            <w:rStyle w:val="Hyperlink"/>
            <w:noProof/>
            <w:rtl/>
          </w:rPr>
          <w:fldChar w:fldCharType="separate"/>
        </w:r>
        <w:r w:rsidR="00486132">
          <w:rPr>
            <w:noProof/>
            <w:webHidden/>
            <w:rtl/>
            <w:cs w:val="0"/>
          </w:rPr>
          <w:t>92</w:t>
        </w:r>
        <w:r>
          <w:rPr>
            <w:rStyle w:val="Hyperlink"/>
            <w:noProof/>
            <w:rtl/>
          </w:rPr>
          <w:fldChar w:fldCharType="end"/>
        </w:r>
      </w:hyperlink>
    </w:p>
    <w:p w14:paraId="494791A8" w14:textId="374AA9A7" w:rsidR="00472BF3" w:rsidRDefault="00472BF3" w:rsidP="00472BF3">
      <w:pPr>
        <w:pStyle w:val="TOC2"/>
        <w:rPr>
          <w:rFonts w:asciiTheme="minorHAnsi" w:eastAsiaTheme="minorEastAsia" w:hAnsiTheme="minorHAnsi" w:cstheme="minorBidi"/>
          <w:noProof/>
          <w:kern w:val="2"/>
          <w:sz w:val="24"/>
          <w:szCs w:val="24"/>
          <w:cs w:val="0"/>
          <w:lang w:val="en-US"/>
          <w14:ligatures w14:val="standardContextual"/>
        </w:rPr>
      </w:pPr>
      <w:hyperlink w:anchor="_Toc233587792" w:history="1">
        <w:r w:rsidRPr="007F116D">
          <w:rPr>
            <w:rStyle w:val="Hyperlink"/>
            <w:noProof/>
          </w:rPr>
          <w:t>5-6</w:t>
        </w:r>
        <w:r>
          <w:rPr>
            <w:rFonts w:asciiTheme="minorHAnsi" w:eastAsiaTheme="minorEastAsia" w:hAnsiTheme="minorHAnsi" w:cstheme="minorBidi"/>
            <w:noProof/>
            <w:kern w:val="2"/>
            <w:sz w:val="24"/>
            <w:szCs w:val="24"/>
            <w:cs w:val="0"/>
            <w:lang w:val="en-US"/>
            <w14:ligatures w14:val="standardContextual"/>
          </w:rPr>
          <w:tab/>
        </w:r>
        <w:r w:rsidRPr="007F116D">
          <w:rPr>
            <w:rStyle w:val="Hyperlink"/>
            <w:rFonts w:hint="eastAsia"/>
            <w:noProof/>
            <w:rtl/>
          </w:rPr>
          <w:t>مجالات</w:t>
        </w:r>
        <w:r w:rsidRPr="007F116D">
          <w:rPr>
            <w:rStyle w:val="Hyperlink"/>
            <w:noProof/>
            <w:rtl/>
          </w:rPr>
          <w:t xml:space="preserve"> </w:t>
        </w:r>
        <w:r w:rsidRPr="007F116D">
          <w:rPr>
            <w:rStyle w:val="Hyperlink"/>
            <w:rFonts w:hint="eastAsia"/>
            <w:noProof/>
            <w:rtl/>
          </w:rPr>
          <w:t>الدراسات</w:t>
        </w:r>
        <w:r w:rsidRPr="007F116D">
          <w:rPr>
            <w:rStyle w:val="Hyperlink"/>
            <w:noProof/>
            <w:rtl/>
          </w:rPr>
          <w:t xml:space="preserve"> </w:t>
        </w:r>
        <w:r w:rsidRPr="007F116D">
          <w:rPr>
            <w:rStyle w:val="Hyperlink"/>
            <w:rFonts w:hint="eastAsia"/>
            <w:noProof/>
            <w:rtl/>
          </w:rPr>
          <w:t>المستقبلية</w:t>
        </w:r>
        <w:r>
          <w:rPr>
            <w:noProof/>
            <w:webHidden/>
          </w:rPr>
          <w:tab/>
        </w:r>
        <w:r>
          <w:rPr>
            <w:rStyle w:val="Hyperlink"/>
            <w:noProof/>
            <w:rtl/>
          </w:rPr>
          <w:fldChar w:fldCharType="begin"/>
        </w:r>
        <w:r>
          <w:rPr>
            <w:noProof/>
            <w:webHidden/>
          </w:rPr>
          <w:instrText xml:space="preserve"> PAGEREF _Toc233587792 \h </w:instrText>
        </w:r>
        <w:r>
          <w:rPr>
            <w:rStyle w:val="Hyperlink"/>
            <w:noProof/>
            <w:rtl/>
          </w:rPr>
        </w:r>
        <w:r>
          <w:rPr>
            <w:rStyle w:val="Hyperlink"/>
            <w:noProof/>
            <w:rtl/>
          </w:rPr>
          <w:fldChar w:fldCharType="separate"/>
        </w:r>
        <w:r w:rsidR="00486132">
          <w:rPr>
            <w:noProof/>
            <w:webHidden/>
            <w:rtl/>
            <w:cs w:val="0"/>
          </w:rPr>
          <w:t>94</w:t>
        </w:r>
        <w:r>
          <w:rPr>
            <w:rStyle w:val="Hyperlink"/>
            <w:noProof/>
            <w:rtl/>
          </w:rPr>
          <w:fldChar w:fldCharType="end"/>
        </w:r>
      </w:hyperlink>
    </w:p>
    <w:p w14:paraId="1CFE8C8B" w14:textId="59ABA7E1" w:rsidR="00472BF3" w:rsidRDefault="00472BF3" w:rsidP="00472BF3">
      <w:pPr>
        <w:tabs>
          <w:tab w:val="right" w:leader="dot" w:pos="9072"/>
        </w:tabs>
      </w:pPr>
      <w:r>
        <w:rPr>
          <w:rtl/>
          <w:cs w:val="0"/>
        </w:rPr>
        <w:fldChar w:fldCharType="end"/>
      </w:r>
    </w:p>
    <w:p w14:paraId="4C8F886D" w14:textId="77777777" w:rsidR="00472BF3" w:rsidRDefault="00472BF3" w:rsidP="00472BF3">
      <w:pPr>
        <w:bidi w:val="0"/>
        <w:spacing w:line="276" w:lineRule="auto"/>
        <w:jc w:val="both"/>
        <w:rPr>
          <w:sz w:val="30"/>
          <w:szCs w:val="30"/>
          <w:cs w:val="0"/>
          <w:lang w:val="en-US"/>
        </w:rPr>
      </w:pPr>
    </w:p>
    <w:p w14:paraId="2AC38198" w14:textId="34024CBD" w:rsidR="00472BF3" w:rsidRDefault="00472BF3" w:rsidP="00472BF3">
      <w:pPr>
        <w:bidi w:val="0"/>
        <w:spacing w:line="276" w:lineRule="auto"/>
        <w:jc w:val="center"/>
        <w:rPr>
          <w:b/>
          <w:bCs/>
          <w:sz w:val="38"/>
          <w:szCs w:val="38"/>
          <w:rtl/>
          <w:cs w:val="0"/>
          <w:lang w:val="en-US"/>
        </w:rPr>
      </w:pPr>
      <w:r>
        <w:rPr>
          <w:rFonts w:hint="cs"/>
          <w:b/>
          <w:bCs/>
          <w:sz w:val="38"/>
          <w:szCs w:val="38"/>
          <w:rtl/>
          <w:cs w:val="0"/>
          <w:lang w:val="en-US"/>
        </w:rPr>
        <w:t>قائمة</w:t>
      </w:r>
      <w:r w:rsidRPr="00472BF3">
        <w:rPr>
          <w:rFonts w:hint="cs"/>
          <w:b/>
          <w:bCs/>
          <w:sz w:val="38"/>
          <w:szCs w:val="38"/>
          <w:rtl/>
          <w:cs w:val="0"/>
          <w:lang w:val="en-US"/>
        </w:rPr>
        <w:t xml:space="preserve"> الجداول</w:t>
      </w:r>
    </w:p>
    <w:p w14:paraId="6AFCC163" w14:textId="375274B8" w:rsidR="00BF3334" w:rsidRDefault="00472BF3"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r>
        <w:rPr>
          <w:b/>
          <w:bCs/>
          <w:sz w:val="38"/>
          <w:szCs w:val="38"/>
          <w:cs w:val="0"/>
          <w:lang w:val="en-US"/>
        </w:rPr>
        <w:fldChar w:fldCharType="begin"/>
      </w:r>
      <w:r>
        <w:rPr>
          <w:b/>
          <w:bCs/>
          <w:sz w:val="38"/>
          <w:szCs w:val="38"/>
          <w:cs w:val="0"/>
          <w:lang w:val="en-US"/>
        </w:rPr>
        <w:instrText xml:space="preserve"> </w:instrText>
      </w:r>
      <w:r>
        <w:rPr>
          <w:rFonts w:hint="cs"/>
          <w:b/>
          <w:bCs/>
          <w:sz w:val="38"/>
          <w:szCs w:val="38"/>
          <w:cs w:val="0"/>
          <w:lang w:val="en-US"/>
        </w:rPr>
        <w:instrText>TOC \h \z \c "</w:instrText>
      </w:r>
      <w:r>
        <w:rPr>
          <w:rFonts w:hint="cs"/>
          <w:b/>
          <w:bCs/>
          <w:sz w:val="38"/>
          <w:szCs w:val="38"/>
          <w:rtl/>
          <w:cs w:val="0"/>
          <w:lang w:val="en-US"/>
        </w:rPr>
        <w:instrText>جدول</w:instrText>
      </w:r>
      <w:r>
        <w:rPr>
          <w:rFonts w:hint="cs"/>
          <w:b/>
          <w:bCs/>
          <w:sz w:val="38"/>
          <w:szCs w:val="38"/>
          <w:cs w:val="0"/>
          <w:lang w:val="en-US"/>
        </w:rPr>
        <w:instrText>"</w:instrText>
      </w:r>
      <w:r>
        <w:rPr>
          <w:b/>
          <w:bCs/>
          <w:sz w:val="38"/>
          <w:szCs w:val="38"/>
          <w:cs w:val="0"/>
          <w:lang w:val="en-US"/>
        </w:rPr>
        <w:instrText xml:space="preserve"> </w:instrText>
      </w:r>
      <w:r>
        <w:rPr>
          <w:b/>
          <w:bCs/>
          <w:sz w:val="38"/>
          <w:szCs w:val="38"/>
          <w:cs w:val="0"/>
          <w:lang w:val="en-US"/>
        </w:rPr>
        <w:fldChar w:fldCharType="separate"/>
      </w:r>
      <w:hyperlink w:anchor="_Toc233588174" w:history="1">
        <w:r w:rsidR="00BF3334" w:rsidRPr="00BC1678">
          <w:rPr>
            <w:rStyle w:val="Hyperlink"/>
            <w:rFonts w:hint="eastAsia"/>
            <w:noProof/>
            <w:rtl/>
          </w:rPr>
          <w:t>جدول</w:t>
        </w:r>
        <w:r w:rsidR="00BF3334" w:rsidRPr="00BC1678">
          <w:rPr>
            <w:rStyle w:val="Hyperlink"/>
            <w:noProof/>
            <w:rtl/>
          </w:rPr>
          <w:t xml:space="preserve"> 1</w:t>
        </w:r>
        <w:r w:rsidR="00BF3334" w:rsidRPr="00BC1678">
          <w:rPr>
            <w:rStyle w:val="Hyperlink"/>
            <w:noProof/>
            <w:rtl/>
            <w:cs w:val="0"/>
          </w:rPr>
          <w:t xml:space="preserve"> </w:t>
        </w:r>
        <w:r w:rsidR="00BF3334" w:rsidRPr="00BC1678">
          <w:rPr>
            <w:rStyle w:val="Hyperlink"/>
            <w:noProof/>
            <w:rtl/>
          </w:rPr>
          <w:t xml:space="preserve"> </w:t>
        </w:r>
        <w:r w:rsidR="00BF3334" w:rsidRPr="00BC1678">
          <w:rPr>
            <w:rStyle w:val="Hyperlink"/>
            <w:rFonts w:hint="eastAsia"/>
            <w:noProof/>
            <w:rtl/>
          </w:rPr>
          <w:t>محاور</w:t>
        </w:r>
        <w:r w:rsidR="00BF3334" w:rsidRPr="00BC1678">
          <w:rPr>
            <w:rStyle w:val="Hyperlink"/>
            <w:noProof/>
            <w:rtl/>
          </w:rPr>
          <w:t xml:space="preserve"> </w:t>
        </w:r>
        <w:r w:rsidR="00BF3334" w:rsidRPr="00BC1678">
          <w:rPr>
            <w:rStyle w:val="Hyperlink"/>
            <w:rFonts w:hint="eastAsia"/>
            <w:noProof/>
            <w:rtl/>
          </w:rPr>
          <w:t>أداة</w:t>
        </w:r>
        <w:r w:rsidR="00BF3334" w:rsidRPr="00BC1678">
          <w:rPr>
            <w:rStyle w:val="Hyperlink"/>
            <w:noProof/>
            <w:rtl/>
          </w:rPr>
          <w:t xml:space="preserve"> </w:t>
        </w:r>
        <w:r w:rsidR="00BF3334" w:rsidRPr="00BC1678">
          <w:rPr>
            <w:rStyle w:val="Hyperlink"/>
            <w:rFonts w:hint="eastAsia"/>
            <w:noProof/>
            <w:rtl/>
          </w:rPr>
          <w:t>الدراسة</w:t>
        </w:r>
        <w:r w:rsidR="00BF3334">
          <w:rPr>
            <w:noProof/>
            <w:webHidden/>
          </w:rPr>
          <w:tab/>
        </w:r>
        <w:r w:rsidR="00BF3334">
          <w:rPr>
            <w:rStyle w:val="Hyperlink"/>
            <w:noProof/>
            <w:rtl/>
          </w:rPr>
          <w:fldChar w:fldCharType="begin"/>
        </w:r>
        <w:r w:rsidR="00BF3334">
          <w:rPr>
            <w:noProof/>
            <w:webHidden/>
          </w:rPr>
          <w:instrText xml:space="preserve"> PAGEREF _Toc233588174 \h </w:instrText>
        </w:r>
        <w:r w:rsidR="00BF3334">
          <w:rPr>
            <w:rStyle w:val="Hyperlink"/>
            <w:noProof/>
            <w:rtl/>
          </w:rPr>
        </w:r>
        <w:r w:rsidR="00BF3334">
          <w:rPr>
            <w:rStyle w:val="Hyperlink"/>
            <w:noProof/>
            <w:rtl/>
          </w:rPr>
          <w:fldChar w:fldCharType="separate"/>
        </w:r>
        <w:r w:rsidR="00486132">
          <w:rPr>
            <w:noProof/>
            <w:webHidden/>
            <w:rtl/>
            <w:cs w:val="0"/>
          </w:rPr>
          <w:t>19</w:t>
        </w:r>
        <w:r w:rsidR="00BF3334">
          <w:rPr>
            <w:rStyle w:val="Hyperlink"/>
            <w:noProof/>
            <w:rtl/>
          </w:rPr>
          <w:fldChar w:fldCharType="end"/>
        </w:r>
      </w:hyperlink>
    </w:p>
    <w:p w14:paraId="7D93D019" w14:textId="50936589"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75" w:history="1">
        <w:r w:rsidRPr="00BC1678">
          <w:rPr>
            <w:rStyle w:val="Hyperlink"/>
            <w:rFonts w:hint="eastAsia"/>
            <w:noProof/>
            <w:rtl/>
          </w:rPr>
          <w:t>جدول</w:t>
        </w:r>
        <w:r w:rsidRPr="00BC1678">
          <w:rPr>
            <w:rStyle w:val="Hyperlink"/>
            <w:noProof/>
            <w:rtl/>
          </w:rPr>
          <w:t xml:space="preserve"> 2</w:t>
        </w:r>
        <w:r w:rsidRPr="00BC1678">
          <w:rPr>
            <w:rStyle w:val="Hyperlink"/>
            <w:noProof/>
            <w:rtl/>
            <w:cs w:val="0"/>
          </w:rPr>
          <w:t xml:space="preserve"> </w:t>
        </w:r>
        <w:r w:rsidRPr="00BC1678">
          <w:rPr>
            <w:rStyle w:val="Hyperlink"/>
            <w:rFonts w:hint="eastAsia"/>
            <w:noProof/>
            <w:rtl/>
          </w:rPr>
          <w:t>الأساليب</w:t>
        </w:r>
        <w:r w:rsidRPr="00BC1678">
          <w:rPr>
            <w:rStyle w:val="Hyperlink"/>
            <w:noProof/>
            <w:rtl/>
          </w:rPr>
          <w:t xml:space="preserve"> </w:t>
        </w:r>
        <w:r w:rsidRPr="00BC1678">
          <w:rPr>
            <w:rStyle w:val="Hyperlink"/>
            <w:rFonts w:hint="eastAsia"/>
            <w:noProof/>
            <w:rtl/>
          </w:rPr>
          <w:t>الإحصائية</w:t>
        </w:r>
        <w:r w:rsidRPr="00BC1678">
          <w:rPr>
            <w:rStyle w:val="Hyperlink"/>
            <w:noProof/>
            <w:rtl/>
          </w:rPr>
          <w:t xml:space="preserve"> </w:t>
        </w:r>
        <w:r w:rsidRPr="00BC1678">
          <w:rPr>
            <w:rStyle w:val="Hyperlink"/>
            <w:rFonts w:hint="eastAsia"/>
            <w:noProof/>
            <w:rtl/>
          </w:rPr>
          <w:t>المستخدمة</w:t>
        </w:r>
        <w:r w:rsidRPr="00BC1678">
          <w:rPr>
            <w:rStyle w:val="Hyperlink"/>
            <w:noProof/>
            <w:rtl/>
          </w:rPr>
          <w:t xml:space="preserve"> </w:t>
        </w:r>
        <w:r w:rsidRPr="00BC1678">
          <w:rPr>
            <w:rStyle w:val="Hyperlink"/>
            <w:rFonts w:hint="eastAsia"/>
            <w:noProof/>
            <w:rtl/>
          </w:rPr>
          <w:t>في</w:t>
        </w:r>
        <w:r w:rsidRPr="00BC1678">
          <w:rPr>
            <w:rStyle w:val="Hyperlink"/>
            <w:noProof/>
            <w:rtl/>
          </w:rPr>
          <w:t xml:space="preserve"> </w:t>
        </w:r>
        <w:r w:rsidRPr="00BC1678">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_Toc233588175 \h </w:instrText>
        </w:r>
        <w:r>
          <w:rPr>
            <w:rStyle w:val="Hyperlink"/>
            <w:noProof/>
            <w:rtl/>
          </w:rPr>
        </w:r>
        <w:r>
          <w:rPr>
            <w:rStyle w:val="Hyperlink"/>
            <w:noProof/>
            <w:rtl/>
          </w:rPr>
          <w:fldChar w:fldCharType="separate"/>
        </w:r>
        <w:r w:rsidR="00486132">
          <w:rPr>
            <w:noProof/>
            <w:webHidden/>
            <w:rtl/>
            <w:cs w:val="0"/>
          </w:rPr>
          <w:t>20</w:t>
        </w:r>
        <w:r>
          <w:rPr>
            <w:rStyle w:val="Hyperlink"/>
            <w:noProof/>
            <w:rtl/>
          </w:rPr>
          <w:fldChar w:fldCharType="end"/>
        </w:r>
      </w:hyperlink>
    </w:p>
    <w:p w14:paraId="2AA346E5" w14:textId="5BA23495"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76" w:history="1">
        <w:r w:rsidRPr="00BC1678">
          <w:rPr>
            <w:rStyle w:val="Hyperlink"/>
            <w:rFonts w:hint="eastAsia"/>
            <w:noProof/>
            <w:rtl/>
          </w:rPr>
          <w:t>جدول</w:t>
        </w:r>
        <w:r w:rsidRPr="00BC1678">
          <w:rPr>
            <w:rStyle w:val="Hyperlink"/>
            <w:noProof/>
            <w:rtl/>
          </w:rPr>
          <w:t xml:space="preserve"> 3 </w:t>
        </w:r>
        <w:r w:rsidRPr="00BC1678">
          <w:rPr>
            <w:rStyle w:val="Hyperlink"/>
            <w:rFonts w:hint="eastAsia"/>
            <w:noProof/>
            <w:rtl/>
          </w:rPr>
          <w:t>التطور</w:t>
        </w:r>
        <w:r w:rsidRPr="00BC1678">
          <w:rPr>
            <w:rStyle w:val="Hyperlink"/>
            <w:noProof/>
            <w:rtl/>
          </w:rPr>
          <w:t xml:space="preserve"> </w:t>
        </w:r>
        <w:r w:rsidRPr="00BC1678">
          <w:rPr>
            <w:rStyle w:val="Hyperlink"/>
            <w:rFonts w:hint="eastAsia"/>
            <w:noProof/>
            <w:rtl/>
          </w:rPr>
          <w:t>التاريخي</w:t>
        </w:r>
        <w:r w:rsidRPr="00BC1678">
          <w:rPr>
            <w:rStyle w:val="Hyperlink"/>
            <w:noProof/>
            <w:rtl/>
          </w:rPr>
          <w:t xml:space="preserve"> </w:t>
        </w:r>
        <w:r w:rsidRPr="00BC1678">
          <w:rPr>
            <w:rStyle w:val="Hyperlink"/>
            <w:rFonts w:hint="eastAsia"/>
            <w:noProof/>
            <w:rtl/>
          </w:rPr>
          <w:t>لإدارة</w:t>
        </w:r>
        <w:r w:rsidRPr="00BC1678">
          <w:rPr>
            <w:rStyle w:val="Hyperlink"/>
            <w:noProof/>
            <w:rtl/>
          </w:rPr>
          <w:t xml:space="preserve"> </w:t>
        </w:r>
        <w:r w:rsidRPr="00BC1678">
          <w:rPr>
            <w:rStyle w:val="Hyperlink"/>
            <w:rFonts w:hint="eastAsia"/>
            <w:noProof/>
            <w:rtl/>
          </w:rPr>
          <w:t>الأداء</w:t>
        </w:r>
        <w:r>
          <w:rPr>
            <w:noProof/>
            <w:webHidden/>
          </w:rPr>
          <w:tab/>
        </w:r>
        <w:r>
          <w:rPr>
            <w:rStyle w:val="Hyperlink"/>
            <w:noProof/>
            <w:rtl/>
          </w:rPr>
          <w:fldChar w:fldCharType="begin"/>
        </w:r>
        <w:r>
          <w:rPr>
            <w:noProof/>
            <w:webHidden/>
          </w:rPr>
          <w:instrText xml:space="preserve"> PAGEREF _Toc233588176 \h </w:instrText>
        </w:r>
        <w:r>
          <w:rPr>
            <w:rStyle w:val="Hyperlink"/>
            <w:noProof/>
            <w:rtl/>
          </w:rPr>
        </w:r>
        <w:r>
          <w:rPr>
            <w:rStyle w:val="Hyperlink"/>
            <w:noProof/>
            <w:rtl/>
          </w:rPr>
          <w:fldChar w:fldCharType="separate"/>
        </w:r>
        <w:r w:rsidR="00486132">
          <w:rPr>
            <w:noProof/>
            <w:webHidden/>
            <w:rtl/>
            <w:cs w:val="0"/>
          </w:rPr>
          <w:t>24</w:t>
        </w:r>
        <w:r>
          <w:rPr>
            <w:rStyle w:val="Hyperlink"/>
            <w:noProof/>
            <w:rtl/>
          </w:rPr>
          <w:fldChar w:fldCharType="end"/>
        </w:r>
      </w:hyperlink>
    </w:p>
    <w:p w14:paraId="54E383C0" w14:textId="318544D0"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77" w:history="1">
        <w:r w:rsidRPr="00BC1678">
          <w:rPr>
            <w:rStyle w:val="Hyperlink"/>
            <w:rFonts w:hint="eastAsia"/>
            <w:noProof/>
            <w:rtl/>
          </w:rPr>
          <w:t>جدول</w:t>
        </w:r>
        <w:r w:rsidRPr="00BC1678">
          <w:rPr>
            <w:rStyle w:val="Hyperlink"/>
            <w:noProof/>
            <w:rtl/>
          </w:rPr>
          <w:t xml:space="preserve"> </w:t>
        </w:r>
        <w:r w:rsidRPr="00BC1678">
          <w:rPr>
            <w:rStyle w:val="Hyperlink"/>
            <w:noProof/>
          </w:rPr>
          <w:t>4</w:t>
        </w:r>
        <w:r w:rsidRPr="00BC1678">
          <w:rPr>
            <w:rStyle w:val="Hyperlink"/>
            <w:noProof/>
            <w:rtl/>
          </w:rPr>
          <w:t xml:space="preserve"> </w:t>
        </w:r>
        <w:r w:rsidRPr="00BC1678">
          <w:rPr>
            <w:rStyle w:val="Hyperlink"/>
            <w:rFonts w:hint="eastAsia"/>
            <w:noProof/>
            <w:rtl/>
          </w:rPr>
          <w:t>أبعاد</w:t>
        </w:r>
        <w:r w:rsidRPr="00BC1678">
          <w:rPr>
            <w:rStyle w:val="Hyperlink"/>
            <w:noProof/>
            <w:rtl/>
          </w:rPr>
          <w:t xml:space="preserve"> </w:t>
        </w:r>
        <w:r w:rsidRPr="00BC1678">
          <w:rPr>
            <w:rStyle w:val="Hyperlink"/>
            <w:rFonts w:hint="eastAsia"/>
            <w:noProof/>
            <w:rtl/>
          </w:rPr>
          <w:t>مفهوم</w:t>
        </w:r>
        <w:r w:rsidRPr="00BC1678">
          <w:rPr>
            <w:rStyle w:val="Hyperlink"/>
            <w:noProof/>
            <w:rtl/>
          </w:rPr>
          <w:t xml:space="preserve"> </w:t>
        </w:r>
        <w:r w:rsidRPr="00BC1678">
          <w:rPr>
            <w:rStyle w:val="Hyperlink"/>
            <w:rFonts w:hint="eastAsia"/>
            <w:noProof/>
            <w:rtl/>
          </w:rPr>
          <w:t>إدارة</w:t>
        </w:r>
        <w:r w:rsidRPr="00BC1678">
          <w:rPr>
            <w:rStyle w:val="Hyperlink"/>
            <w:noProof/>
            <w:rtl/>
          </w:rPr>
          <w:t xml:space="preserve"> </w:t>
        </w:r>
        <w:r w:rsidRPr="00BC1678">
          <w:rPr>
            <w:rStyle w:val="Hyperlink"/>
            <w:rFonts w:hint="eastAsia"/>
            <w:noProof/>
            <w:rtl/>
          </w:rPr>
          <w:t>الأداء</w:t>
        </w:r>
        <w:r>
          <w:rPr>
            <w:noProof/>
            <w:webHidden/>
          </w:rPr>
          <w:tab/>
        </w:r>
        <w:r>
          <w:rPr>
            <w:rStyle w:val="Hyperlink"/>
            <w:noProof/>
            <w:rtl/>
          </w:rPr>
          <w:fldChar w:fldCharType="begin"/>
        </w:r>
        <w:r>
          <w:rPr>
            <w:noProof/>
            <w:webHidden/>
          </w:rPr>
          <w:instrText xml:space="preserve"> PAGEREF _Toc233588177 \h </w:instrText>
        </w:r>
        <w:r>
          <w:rPr>
            <w:rStyle w:val="Hyperlink"/>
            <w:noProof/>
            <w:rtl/>
          </w:rPr>
        </w:r>
        <w:r>
          <w:rPr>
            <w:rStyle w:val="Hyperlink"/>
            <w:noProof/>
            <w:rtl/>
          </w:rPr>
          <w:fldChar w:fldCharType="separate"/>
        </w:r>
        <w:r w:rsidR="00486132">
          <w:rPr>
            <w:noProof/>
            <w:webHidden/>
            <w:rtl/>
            <w:cs w:val="0"/>
          </w:rPr>
          <w:t>25</w:t>
        </w:r>
        <w:r>
          <w:rPr>
            <w:rStyle w:val="Hyperlink"/>
            <w:noProof/>
            <w:rtl/>
          </w:rPr>
          <w:fldChar w:fldCharType="end"/>
        </w:r>
      </w:hyperlink>
    </w:p>
    <w:p w14:paraId="37423E4F" w14:textId="04666DD1"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78" w:history="1">
        <w:r w:rsidRPr="00BC1678">
          <w:rPr>
            <w:rStyle w:val="Hyperlink"/>
            <w:rFonts w:hint="eastAsia"/>
            <w:noProof/>
            <w:rtl/>
          </w:rPr>
          <w:t>جدول</w:t>
        </w:r>
        <w:r w:rsidRPr="00BC1678">
          <w:rPr>
            <w:rStyle w:val="Hyperlink"/>
            <w:noProof/>
            <w:rtl/>
          </w:rPr>
          <w:t xml:space="preserve"> 5 </w:t>
        </w:r>
        <w:r w:rsidRPr="00BC1678">
          <w:rPr>
            <w:rStyle w:val="Hyperlink"/>
            <w:rFonts w:hint="eastAsia"/>
            <w:noProof/>
            <w:rtl/>
          </w:rPr>
          <w:t>مبادئ</w:t>
        </w:r>
        <w:r w:rsidRPr="00BC1678">
          <w:rPr>
            <w:rStyle w:val="Hyperlink"/>
            <w:noProof/>
            <w:rtl/>
          </w:rPr>
          <w:t xml:space="preserve"> </w:t>
        </w:r>
        <w:r w:rsidRPr="00BC1678">
          <w:rPr>
            <w:rStyle w:val="Hyperlink"/>
            <w:rFonts w:hint="eastAsia"/>
            <w:noProof/>
            <w:rtl/>
          </w:rPr>
          <w:t>إدارة</w:t>
        </w:r>
        <w:r w:rsidRPr="00BC1678">
          <w:rPr>
            <w:rStyle w:val="Hyperlink"/>
            <w:noProof/>
            <w:rtl/>
          </w:rPr>
          <w:t xml:space="preserve"> </w:t>
        </w:r>
        <w:r w:rsidRPr="00BC1678">
          <w:rPr>
            <w:rStyle w:val="Hyperlink"/>
            <w:rFonts w:hint="eastAsia"/>
            <w:noProof/>
            <w:rtl/>
          </w:rPr>
          <w:t>الأداء</w:t>
        </w:r>
        <w:r w:rsidRPr="00BC1678">
          <w:rPr>
            <w:rStyle w:val="Hyperlink"/>
            <w:noProof/>
            <w:rtl/>
          </w:rPr>
          <w:t xml:space="preserve"> </w:t>
        </w:r>
        <w:r w:rsidRPr="00BC1678">
          <w:rPr>
            <w:rStyle w:val="Hyperlink"/>
            <w:rFonts w:hint="eastAsia"/>
            <w:noProof/>
            <w:rtl/>
          </w:rPr>
          <w:t>الفعالة</w:t>
        </w:r>
        <w:r>
          <w:rPr>
            <w:noProof/>
            <w:webHidden/>
          </w:rPr>
          <w:tab/>
        </w:r>
        <w:r>
          <w:rPr>
            <w:rStyle w:val="Hyperlink"/>
            <w:noProof/>
            <w:rtl/>
          </w:rPr>
          <w:fldChar w:fldCharType="begin"/>
        </w:r>
        <w:r>
          <w:rPr>
            <w:noProof/>
            <w:webHidden/>
          </w:rPr>
          <w:instrText xml:space="preserve"> PAGEREF _Toc233588178 \h </w:instrText>
        </w:r>
        <w:r>
          <w:rPr>
            <w:rStyle w:val="Hyperlink"/>
            <w:noProof/>
            <w:rtl/>
          </w:rPr>
        </w:r>
        <w:r>
          <w:rPr>
            <w:rStyle w:val="Hyperlink"/>
            <w:noProof/>
            <w:rtl/>
          </w:rPr>
          <w:fldChar w:fldCharType="separate"/>
        </w:r>
        <w:r w:rsidR="00486132">
          <w:rPr>
            <w:noProof/>
            <w:webHidden/>
            <w:rtl/>
            <w:cs w:val="0"/>
          </w:rPr>
          <w:t>28</w:t>
        </w:r>
        <w:r>
          <w:rPr>
            <w:rStyle w:val="Hyperlink"/>
            <w:noProof/>
            <w:rtl/>
          </w:rPr>
          <w:fldChar w:fldCharType="end"/>
        </w:r>
      </w:hyperlink>
    </w:p>
    <w:p w14:paraId="035D2336" w14:textId="69635F96"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79" w:history="1">
        <w:r w:rsidRPr="00BC1678">
          <w:rPr>
            <w:rStyle w:val="Hyperlink"/>
            <w:rFonts w:hint="eastAsia"/>
            <w:noProof/>
            <w:rtl/>
          </w:rPr>
          <w:t>جدول</w:t>
        </w:r>
        <w:r w:rsidRPr="00BC1678">
          <w:rPr>
            <w:rStyle w:val="Hyperlink"/>
            <w:noProof/>
            <w:rtl/>
          </w:rPr>
          <w:t xml:space="preserve"> 6  </w:t>
        </w:r>
        <w:r w:rsidRPr="00BC1678">
          <w:rPr>
            <w:rStyle w:val="Hyperlink"/>
            <w:rFonts w:hint="eastAsia"/>
            <w:noProof/>
            <w:rtl/>
          </w:rPr>
          <w:t>مراحل</w:t>
        </w:r>
        <w:r w:rsidRPr="00BC1678">
          <w:rPr>
            <w:rStyle w:val="Hyperlink"/>
            <w:noProof/>
            <w:rtl/>
          </w:rPr>
          <w:t xml:space="preserve"> </w:t>
        </w:r>
        <w:r w:rsidRPr="00BC1678">
          <w:rPr>
            <w:rStyle w:val="Hyperlink"/>
            <w:rFonts w:hint="eastAsia"/>
            <w:noProof/>
            <w:rtl/>
          </w:rPr>
          <w:t>إدارة</w:t>
        </w:r>
        <w:r w:rsidRPr="00BC1678">
          <w:rPr>
            <w:rStyle w:val="Hyperlink"/>
            <w:noProof/>
            <w:rtl/>
          </w:rPr>
          <w:t xml:space="preserve"> </w:t>
        </w:r>
        <w:r w:rsidRPr="00BC1678">
          <w:rPr>
            <w:rStyle w:val="Hyperlink"/>
            <w:rFonts w:hint="eastAsia"/>
            <w:noProof/>
            <w:rtl/>
          </w:rPr>
          <w:t>الأداء</w:t>
        </w:r>
        <w:r>
          <w:rPr>
            <w:noProof/>
            <w:webHidden/>
          </w:rPr>
          <w:tab/>
        </w:r>
        <w:r>
          <w:rPr>
            <w:rStyle w:val="Hyperlink"/>
            <w:noProof/>
            <w:rtl/>
          </w:rPr>
          <w:fldChar w:fldCharType="begin"/>
        </w:r>
        <w:r>
          <w:rPr>
            <w:noProof/>
            <w:webHidden/>
          </w:rPr>
          <w:instrText xml:space="preserve"> PAGEREF _Toc233588179 \h </w:instrText>
        </w:r>
        <w:r>
          <w:rPr>
            <w:rStyle w:val="Hyperlink"/>
            <w:noProof/>
            <w:rtl/>
          </w:rPr>
        </w:r>
        <w:r>
          <w:rPr>
            <w:rStyle w:val="Hyperlink"/>
            <w:noProof/>
            <w:rtl/>
          </w:rPr>
          <w:fldChar w:fldCharType="separate"/>
        </w:r>
        <w:r w:rsidR="00486132">
          <w:rPr>
            <w:noProof/>
            <w:webHidden/>
            <w:rtl/>
            <w:cs w:val="0"/>
          </w:rPr>
          <w:t>29</w:t>
        </w:r>
        <w:r>
          <w:rPr>
            <w:rStyle w:val="Hyperlink"/>
            <w:noProof/>
            <w:rtl/>
          </w:rPr>
          <w:fldChar w:fldCharType="end"/>
        </w:r>
      </w:hyperlink>
    </w:p>
    <w:p w14:paraId="271C7F2C" w14:textId="36EAF760"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80" w:history="1">
        <w:r w:rsidRPr="00BC1678">
          <w:rPr>
            <w:rStyle w:val="Hyperlink"/>
            <w:rFonts w:hint="eastAsia"/>
            <w:noProof/>
            <w:rtl/>
          </w:rPr>
          <w:t>جدول</w:t>
        </w:r>
        <w:r w:rsidRPr="00BC1678">
          <w:rPr>
            <w:rStyle w:val="Hyperlink"/>
            <w:noProof/>
            <w:rtl/>
          </w:rPr>
          <w:t xml:space="preserve"> 7 </w:t>
        </w:r>
        <w:r w:rsidRPr="00BC1678">
          <w:rPr>
            <w:rStyle w:val="Hyperlink"/>
            <w:rFonts w:hint="eastAsia"/>
            <w:noProof/>
            <w:rtl/>
          </w:rPr>
          <w:t>عناصر</w:t>
        </w:r>
        <w:r w:rsidRPr="00BC1678">
          <w:rPr>
            <w:rStyle w:val="Hyperlink"/>
            <w:noProof/>
            <w:rtl/>
          </w:rPr>
          <w:t xml:space="preserve"> </w:t>
        </w:r>
        <w:r w:rsidRPr="00BC1678">
          <w:rPr>
            <w:rStyle w:val="Hyperlink"/>
            <w:rFonts w:hint="eastAsia"/>
            <w:noProof/>
            <w:rtl/>
          </w:rPr>
          <w:t>الإنتاجية</w:t>
        </w:r>
        <w:r>
          <w:rPr>
            <w:noProof/>
            <w:webHidden/>
          </w:rPr>
          <w:tab/>
        </w:r>
        <w:r>
          <w:rPr>
            <w:rStyle w:val="Hyperlink"/>
            <w:noProof/>
            <w:rtl/>
          </w:rPr>
          <w:fldChar w:fldCharType="begin"/>
        </w:r>
        <w:r>
          <w:rPr>
            <w:noProof/>
            <w:webHidden/>
          </w:rPr>
          <w:instrText xml:space="preserve"> PAGEREF _Toc233588180 \h </w:instrText>
        </w:r>
        <w:r>
          <w:rPr>
            <w:rStyle w:val="Hyperlink"/>
            <w:noProof/>
            <w:rtl/>
          </w:rPr>
        </w:r>
        <w:r>
          <w:rPr>
            <w:rStyle w:val="Hyperlink"/>
            <w:noProof/>
            <w:rtl/>
          </w:rPr>
          <w:fldChar w:fldCharType="separate"/>
        </w:r>
        <w:r w:rsidR="00486132">
          <w:rPr>
            <w:noProof/>
            <w:webHidden/>
            <w:rtl/>
            <w:cs w:val="0"/>
          </w:rPr>
          <w:t>36</w:t>
        </w:r>
        <w:r>
          <w:rPr>
            <w:rStyle w:val="Hyperlink"/>
            <w:noProof/>
            <w:rtl/>
          </w:rPr>
          <w:fldChar w:fldCharType="end"/>
        </w:r>
      </w:hyperlink>
    </w:p>
    <w:p w14:paraId="0B478970" w14:textId="5AD266EF"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81" w:history="1">
        <w:r w:rsidRPr="00BC1678">
          <w:rPr>
            <w:rStyle w:val="Hyperlink"/>
            <w:rFonts w:hint="eastAsia"/>
            <w:noProof/>
            <w:rtl/>
          </w:rPr>
          <w:t>جدول</w:t>
        </w:r>
        <w:r w:rsidRPr="00BC1678">
          <w:rPr>
            <w:rStyle w:val="Hyperlink"/>
            <w:noProof/>
            <w:rtl/>
          </w:rPr>
          <w:t xml:space="preserve"> 8  </w:t>
        </w:r>
        <w:r w:rsidRPr="00BC1678">
          <w:rPr>
            <w:rStyle w:val="Hyperlink"/>
            <w:rFonts w:hint="eastAsia"/>
            <w:noProof/>
            <w:rtl/>
          </w:rPr>
          <w:t>مؤشرات</w:t>
        </w:r>
        <w:r w:rsidRPr="00BC1678">
          <w:rPr>
            <w:rStyle w:val="Hyperlink"/>
            <w:noProof/>
            <w:rtl/>
          </w:rPr>
          <w:t xml:space="preserve"> </w:t>
        </w:r>
        <w:r w:rsidRPr="00BC1678">
          <w:rPr>
            <w:rStyle w:val="Hyperlink"/>
            <w:rFonts w:hint="eastAsia"/>
            <w:noProof/>
            <w:rtl/>
          </w:rPr>
          <w:t>قياس</w:t>
        </w:r>
        <w:r w:rsidRPr="00BC1678">
          <w:rPr>
            <w:rStyle w:val="Hyperlink"/>
            <w:noProof/>
            <w:rtl/>
          </w:rPr>
          <w:t xml:space="preserve"> </w:t>
        </w:r>
        <w:r w:rsidRPr="00BC1678">
          <w:rPr>
            <w:rStyle w:val="Hyperlink"/>
            <w:rFonts w:hint="eastAsia"/>
            <w:noProof/>
            <w:rtl/>
          </w:rPr>
          <w:t>الإنتاجية</w:t>
        </w:r>
        <w:r w:rsidRPr="00BC1678">
          <w:rPr>
            <w:rStyle w:val="Hyperlink"/>
            <w:noProof/>
            <w:rtl/>
          </w:rPr>
          <w:t xml:space="preserve"> </w:t>
        </w:r>
        <w:r w:rsidRPr="00BC1678">
          <w:rPr>
            <w:rStyle w:val="Hyperlink"/>
            <w:rFonts w:hint="eastAsia"/>
            <w:noProof/>
            <w:rtl/>
          </w:rPr>
          <w:t>في</w:t>
        </w:r>
        <w:r w:rsidRPr="00BC1678">
          <w:rPr>
            <w:rStyle w:val="Hyperlink"/>
            <w:noProof/>
            <w:rtl/>
          </w:rPr>
          <w:t xml:space="preserve"> </w:t>
        </w:r>
        <w:r w:rsidRPr="00BC1678">
          <w:rPr>
            <w:rStyle w:val="Hyperlink"/>
            <w:rFonts w:hint="eastAsia"/>
            <w:noProof/>
            <w:rtl/>
          </w:rPr>
          <w:t>المنشآت</w:t>
        </w:r>
        <w:r w:rsidRPr="00BC1678">
          <w:rPr>
            <w:rStyle w:val="Hyperlink"/>
            <w:noProof/>
            <w:rtl/>
          </w:rPr>
          <w:t xml:space="preserve"> </w:t>
        </w:r>
        <w:r w:rsidRPr="00BC1678">
          <w:rPr>
            <w:rStyle w:val="Hyperlink"/>
            <w:rFonts w:hint="eastAsia"/>
            <w:noProof/>
            <w:rtl/>
          </w:rPr>
          <w:t>الإنتاجية</w:t>
        </w:r>
        <w:r>
          <w:rPr>
            <w:noProof/>
            <w:webHidden/>
          </w:rPr>
          <w:tab/>
        </w:r>
        <w:r>
          <w:rPr>
            <w:rStyle w:val="Hyperlink"/>
            <w:noProof/>
            <w:rtl/>
          </w:rPr>
          <w:fldChar w:fldCharType="begin"/>
        </w:r>
        <w:r>
          <w:rPr>
            <w:noProof/>
            <w:webHidden/>
          </w:rPr>
          <w:instrText xml:space="preserve"> PAGEREF _Toc233588181 \h </w:instrText>
        </w:r>
        <w:r>
          <w:rPr>
            <w:rStyle w:val="Hyperlink"/>
            <w:noProof/>
            <w:rtl/>
          </w:rPr>
        </w:r>
        <w:r>
          <w:rPr>
            <w:rStyle w:val="Hyperlink"/>
            <w:noProof/>
            <w:rtl/>
          </w:rPr>
          <w:fldChar w:fldCharType="separate"/>
        </w:r>
        <w:r w:rsidR="00486132">
          <w:rPr>
            <w:noProof/>
            <w:webHidden/>
            <w:rtl/>
            <w:cs w:val="0"/>
          </w:rPr>
          <w:t>37</w:t>
        </w:r>
        <w:r>
          <w:rPr>
            <w:rStyle w:val="Hyperlink"/>
            <w:noProof/>
            <w:rtl/>
          </w:rPr>
          <w:fldChar w:fldCharType="end"/>
        </w:r>
      </w:hyperlink>
    </w:p>
    <w:p w14:paraId="527047FB" w14:textId="73A72264"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82" w:history="1">
        <w:r w:rsidRPr="00BC1678">
          <w:rPr>
            <w:rStyle w:val="Hyperlink"/>
            <w:rFonts w:hint="eastAsia"/>
            <w:noProof/>
            <w:rtl/>
          </w:rPr>
          <w:t>جدول</w:t>
        </w:r>
        <w:r w:rsidRPr="00BC1678">
          <w:rPr>
            <w:rStyle w:val="Hyperlink"/>
            <w:noProof/>
            <w:rtl/>
          </w:rPr>
          <w:t xml:space="preserve"> 9 </w:t>
        </w:r>
        <w:r w:rsidRPr="00BC1678">
          <w:rPr>
            <w:rStyle w:val="Hyperlink"/>
            <w:rFonts w:hint="eastAsia"/>
            <w:noProof/>
            <w:rtl/>
          </w:rPr>
          <w:t>منهج</w:t>
        </w:r>
        <w:r w:rsidRPr="00BC1678">
          <w:rPr>
            <w:rStyle w:val="Hyperlink"/>
            <w:noProof/>
            <w:rtl/>
          </w:rPr>
          <w:t xml:space="preserve"> </w:t>
        </w:r>
        <w:r w:rsidRPr="00BC1678">
          <w:rPr>
            <w:rStyle w:val="Hyperlink"/>
            <w:rFonts w:hint="eastAsia"/>
            <w:noProof/>
            <w:rtl/>
          </w:rPr>
          <w:t>الدراسة</w:t>
        </w:r>
        <w:r w:rsidRPr="00BC1678">
          <w:rPr>
            <w:rStyle w:val="Hyperlink"/>
            <w:noProof/>
            <w:rtl/>
          </w:rPr>
          <w:t xml:space="preserve"> </w:t>
        </w:r>
        <w:r w:rsidRPr="00BC1678">
          <w:rPr>
            <w:rStyle w:val="Hyperlink"/>
            <w:rFonts w:hint="eastAsia"/>
            <w:noProof/>
            <w:rtl/>
          </w:rPr>
          <w:t>ومبررات</w:t>
        </w:r>
        <w:r w:rsidRPr="00BC1678">
          <w:rPr>
            <w:rStyle w:val="Hyperlink"/>
            <w:noProof/>
            <w:rtl/>
          </w:rPr>
          <w:t xml:space="preserve"> </w:t>
        </w:r>
        <w:r w:rsidRPr="00BC1678">
          <w:rPr>
            <w:rStyle w:val="Hyperlink"/>
            <w:rFonts w:hint="eastAsia"/>
            <w:noProof/>
            <w:rtl/>
          </w:rPr>
          <w:t>استخدامه</w:t>
        </w:r>
        <w:r>
          <w:rPr>
            <w:noProof/>
            <w:webHidden/>
          </w:rPr>
          <w:tab/>
        </w:r>
        <w:r>
          <w:rPr>
            <w:rStyle w:val="Hyperlink"/>
            <w:noProof/>
            <w:rtl/>
          </w:rPr>
          <w:fldChar w:fldCharType="begin"/>
        </w:r>
        <w:r>
          <w:rPr>
            <w:noProof/>
            <w:webHidden/>
          </w:rPr>
          <w:instrText xml:space="preserve"> PAGEREF _Toc233588182 \h </w:instrText>
        </w:r>
        <w:r>
          <w:rPr>
            <w:rStyle w:val="Hyperlink"/>
            <w:noProof/>
            <w:rtl/>
          </w:rPr>
        </w:r>
        <w:r>
          <w:rPr>
            <w:rStyle w:val="Hyperlink"/>
            <w:noProof/>
            <w:rtl/>
          </w:rPr>
          <w:fldChar w:fldCharType="separate"/>
        </w:r>
        <w:r w:rsidR="00486132">
          <w:rPr>
            <w:noProof/>
            <w:webHidden/>
            <w:rtl/>
            <w:cs w:val="0"/>
          </w:rPr>
          <w:t>44</w:t>
        </w:r>
        <w:r>
          <w:rPr>
            <w:rStyle w:val="Hyperlink"/>
            <w:noProof/>
            <w:rtl/>
          </w:rPr>
          <w:fldChar w:fldCharType="end"/>
        </w:r>
      </w:hyperlink>
    </w:p>
    <w:p w14:paraId="38864E29" w14:textId="2CC5289E"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83" w:history="1">
        <w:r w:rsidRPr="00BC1678">
          <w:rPr>
            <w:rStyle w:val="Hyperlink"/>
            <w:rFonts w:hint="eastAsia"/>
            <w:noProof/>
            <w:rtl/>
          </w:rPr>
          <w:t>جدول</w:t>
        </w:r>
        <w:r w:rsidRPr="00BC1678">
          <w:rPr>
            <w:rStyle w:val="Hyperlink"/>
            <w:noProof/>
            <w:rtl/>
          </w:rPr>
          <w:t xml:space="preserve"> 10 </w:t>
        </w:r>
        <w:r w:rsidRPr="00BC1678">
          <w:rPr>
            <w:rStyle w:val="Hyperlink"/>
            <w:rFonts w:hint="eastAsia"/>
            <w:noProof/>
            <w:rtl/>
          </w:rPr>
          <w:t>الفئات</w:t>
        </w:r>
        <w:r w:rsidRPr="00BC1678">
          <w:rPr>
            <w:rStyle w:val="Hyperlink"/>
            <w:noProof/>
            <w:rtl/>
          </w:rPr>
          <w:t xml:space="preserve"> </w:t>
        </w:r>
        <w:r w:rsidRPr="00BC1678">
          <w:rPr>
            <w:rStyle w:val="Hyperlink"/>
            <w:rFonts w:hint="eastAsia"/>
            <w:noProof/>
            <w:rtl/>
          </w:rPr>
          <w:t>الرئيسة</w:t>
        </w:r>
        <w:r w:rsidRPr="00BC1678">
          <w:rPr>
            <w:rStyle w:val="Hyperlink"/>
            <w:noProof/>
            <w:rtl/>
          </w:rPr>
          <w:t xml:space="preserve"> </w:t>
        </w:r>
        <w:r w:rsidRPr="00BC1678">
          <w:rPr>
            <w:rStyle w:val="Hyperlink"/>
            <w:rFonts w:hint="eastAsia"/>
            <w:noProof/>
            <w:rtl/>
          </w:rPr>
          <w:t>لمجتمع</w:t>
        </w:r>
        <w:r w:rsidRPr="00BC1678">
          <w:rPr>
            <w:rStyle w:val="Hyperlink"/>
            <w:noProof/>
            <w:rtl/>
          </w:rPr>
          <w:t xml:space="preserve"> </w:t>
        </w:r>
        <w:r w:rsidRPr="00BC1678">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_Toc233588183 \h </w:instrText>
        </w:r>
        <w:r>
          <w:rPr>
            <w:rStyle w:val="Hyperlink"/>
            <w:noProof/>
            <w:rtl/>
          </w:rPr>
        </w:r>
        <w:r>
          <w:rPr>
            <w:rStyle w:val="Hyperlink"/>
            <w:noProof/>
            <w:rtl/>
          </w:rPr>
          <w:fldChar w:fldCharType="separate"/>
        </w:r>
        <w:r w:rsidR="00486132">
          <w:rPr>
            <w:noProof/>
            <w:webHidden/>
            <w:rtl/>
            <w:cs w:val="0"/>
          </w:rPr>
          <w:t>46</w:t>
        </w:r>
        <w:r>
          <w:rPr>
            <w:rStyle w:val="Hyperlink"/>
            <w:noProof/>
            <w:rtl/>
          </w:rPr>
          <w:fldChar w:fldCharType="end"/>
        </w:r>
      </w:hyperlink>
    </w:p>
    <w:p w14:paraId="13715CE7" w14:textId="71322366"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84" w:history="1">
        <w:r w:rsidRPr="00BC1678">
          <w:rPr>
            <w:rStyle w:val="Hyperlink"/>
            <w:rFonts w:hint="eastAsia"/>
            <w:noProof/>
            <w:rtl/>
          </w:rPr>
          <w:t>جدول</w:t>
        </w:r>
        <w:r w:rsidRPr="00BC1678">
          <w:rPr>
            <w:rStyle w:val="Hyperlink"/>
            <w:noProof/>
            <w:rtl/>
          </w:rPr>
          <w:t xml:space="preserve"> 11 </w:t>
        </w:r>
        <w:r w:rsidRPr="00BC1678">
          <w:rPr>
            <w:rStyle w:val="Hyperlink"/>
            <w:rFonts w:hint="eastAsia"/>
            <w:noProof/>
            <w:rtl/>
          </w:rPr>
          <w:t>الاستبانات</w:t>
        </w:r>
        <w:r w:rsidRPr="00BC1678">
          <w:rPr>
            <w:rStyle w:val="Hyperlink"/>
            <w:noProof/>
            <w:rtl/>
          </w:rPr>
          <w:t xml:space="preserve"> </w:t>
        </w:r>
        <w:r w:rsidRPr="00BC1678">
          <w:rPr>
            <w:rStyle w:val="Hyperlink"/>
            <w:rFonts w:hint="eastAsia"/>
            <w:noProof/>
            <w:rtl/>
          </w:rPr>
          <w:t>الموزعة</w:t>
        </w:r>
        <w:r w:rsidRPr="00BC1678">
          <w:rPr>
            <w:rStyle w:val="Hyperlink"/>
            <w:noProof/>
            <w:rtl/>
          </w:rPr>
          <w:t xml:space="preserve"> </w:t>
        </w:r>
        <w:r w:rsidRPr="00BC1678">
          <w:rPr>
            <w:rStyle w:val="Hyperlink"/>
            <w:rFonts w:hint="eastAsia"/>
            <w:noProof/>
            <w:rtl/>
          </w:rPr>
          <w:t>والمستردة</w:t>
        </w:r>
        <w:r w:rsidRPr="00BC1678">
          <w:rPr>
            <w:rStyle w:val="Hyperlink"/>
            <w:noProof/>
            <w:rtl/>
          </w:rPr>
          <w:t xml:space="preserve"> </w:t>
        </w:r>
        <w:r w:rsidRPr="00BC1678">
          <w:rPr>
            <w:rStyle w:val="Hyperlink"/>
            <w:rFonts w:hint="eastAsia"/>
            <w:noProof/>
            <w:rtl/>
          </w:rPr>
          <w:t>والصالحة</w:t>
        </w:r>
        <w:r w:rsidRPr="00BC1678">
          <w:rPr>
            <w:rStyle w:val="Hyperlink"/>
            <w:noProof/>
            <w:rtl/>
          </w:rPr>
          <w:t xml:space="preserve"> </w:t>
        </w:r>
        <w:r w:rsidRPr="00BC1678">
          <w:rPr>
            <w:rStyle w:val="Hyperlink"/>
            <w:rFonts w:hint="eastAsia"/>
            <w:noProof/>
            <w:rtl/>
          </w:rPr>
          <w:t>للتحليل</w:t>
        </w:r>
        <w:r>
          <w:rPr>
            <w:noProof/>
            <w:webHidden/>
          </w:rPr>
          <w:tab/>
        </w:r>
        <w:r>
          <w:rPr>
            <w:rStyle w:val="Hyperlink"/>
            <w:noProof/>
            <w:rtl/>
          </w:rPr>
          <w:fldChar w:fldCharType="begin"/>
        </w:r>
        <w:r>
          <w:rPr>
            <w:noProof/>
            <w:webHidden/>
          </w:rPr>
          <w:instrText xml:space="preserve"> PAGEREF _Toc233588184 \h </w:instrText>
        </w:r>
        <w:r>
          <w:rPr>
            <w:rStyle w:val="Hyperlink"/>
            <w:noProof/>
            <w:rtl/>
          </w:rPr>
        </w:r>
        <w:r>
          <w:rPr>
            <w:rStyle w:val="Hyperlink"/>
            <w:noProof/>
            <w:rtl/>
          </w:rPr>
          <w:fldChar w:fldCharType="separate"/>
        </w:r>
        <w:r w:rsidR="00486132">
          <w:rPr>
            <w:noProof/>
            <w:webHidden/>
            <w:rtl/>
            <w:cs w:val="0"/>
          </w:rPr>
          <w:t>47</w:t>
        </w:r>
        <w:r>
          <w:rPr>
            <w:rStyle w:val="Hyperlink"/>
            <w:noProof/>
            <w:rtl/>
          </w:rPr>
          <w:fldChar w:fldCharType="end"/>
        </w:r>
      </w:hyperlink>
    </w:p>
    <w:p w14:paraId="7F05D3DE" w14:textId="25655862"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85" w:history="1">
        <w:r w:rsidRPr="00BC1678">
          <w:rPr>
            <w:rStyle w:val="Hyperlink"/>
            <w:rFonts w:hint="eastAsia"/>
            <w:noProof/>
            <w:rtl/>
          </w:rPr>
          <w:t>جدول</w:t>
        </w:r>
        <w:r w:rsidRPr="00BC1678">
          <w:rPr>
            <w:rStyle w:val="Hyperlink"/>
            <w:noProof/>
            <w:rtl/>
          </w:rPr>
          <w:t xml:space="preserve"> 12 </w:t>
        </w:r>
        <w:r w:rsidRPr="00BC1678">
          <w:rPr>
            <w:rStyle w:val="Hyperlink"/>
            <w:rFonts w:hint="eastAsia"/>
            <w:noProof/>
            <w:rtl/>
          </w:rPr>
          <w:t>خصائص</w:t>
        </w:r>
        <w:r w:rsidRPr="00BC1678">
          <w:rPr>
            <w:rStyle w:val="Hyperlink"/>
            <w:noProof/>
            <w:rtl/>
          </w:rPr>
          <w:t xml:space="preserve"> </w:t>
        </w:r>
        <w:r w:rsidRPr="00BC1678">
          <w:rPr>
            <w:rStyle w:val="Hyperlink"/>
            <w:rFonts w:hint="eastAsia"/>
            <w:noProof/>
            <w:rtl/>
          </w:rPr>
          <w:t>العينة</w:t>
        </w:r>
        <w:r w:rsidRPr="00BC1678">
          <w:rPr>
            <w:rStyle w:val="Hyperlink"/>
            <w:noProof/>
            <w:rtl/>
          </w:rPr>
          <w:t xml:space="preserve"> </w:t>
        </w:r>
        <w:r w:rsidRPr="00BC1678">
          <w:rPr>
            <w:rStyle w:val="Hyperlink"/>
            <w:rFonts w:hint="eastAsia"/>
            <w:noProof/>
            <w:rtl/>
          </w:rPr>
          <w:t>حسب</w:t>
        </w:r>
        <w:r w:rsidRPr="00BC1678">
          <w:rPr>
            <w:rStyle w:val="Hyperlink"/>
            <w:noProof/>
            <w:rtl/>
          </w:rPr>
          <w:t xml:space="preserve"> </w:t>
        </w:r>
        <w:r w:rsidRPr="00BC1678">
          <w:rPr>
            <w:rStyle w:val="Hyperlink"/>
            <w:rFonts w:hint="eastAsia"/>
            <w:noProof/>
            <w:rtl/>
          </w:rPr>
          <w:t>النوع</w:t>
        </w:r>
        <w:r w:rsidRPr="00BC1678">
          <w:rPr>
            <w:rStyle w:val="Hyperlink"/>
            <w:noProof/>
            <w:rtl/>
          </w:rPr>
          <w:t xml:space="preserve"> </w:t>
        </w:r>
        <w:r w:rsidRPr="00BC1678">
          <w:rPr>
            <w:rStyle w:val="Hyperlink"/>
            <w:rFonts w:hint="eastAsia"/>
            <w:noProof/>
            <w:rtl/>
          </w:rPr>
          <w:t>الاجتماعي</w:t>
        </w:r>
        <w:r>
          <w:rPr>
            <w:noProof/>
            <w:webHidden/>
          </w:rPr>
          <w:tab/>
        </w:r>
        <w:r>
          <w:rPr>
            <w:rStyle w:val="Hyperlink"/>
            <w:noProof/>
            <w:rtl/>
          </w:rPr>
          <w:fldChar w:fldCharType="begin"/>
        </w:r>
        <w:r>
          <w:rPr>
            <w:noProof/>
            <w:webHidden/>
          </w:rPr>
          <w:instrText xml:space="preserve"> PAGEREF _Toc233588185 \h </w:instrText>
        </w:r>
        <w:r>
          <w:rPr>
            <w:rStyle w:val="Hyperlink"/>
            <w:noProof/>
            <w:rtl/>
          </w:rPr>
        </w:r>
        <w:r>
          <w:rPr>
            <w:rStyle w:val="Hyperlink"/>
            <w:noProof/>
            <w:rtl/>
          </w:rPr>
          <w:fldChar w:fldCharType="separate"/>
        </w:r>
        <w:r w:rsidR="00486132">
          <w:rPr>
            <w:noProof/>
            <w:webHidden/>
            <w:rtl/>
            <w:cs w:val="0"/>
          </w:rPr>
          <w:t>47</w:t>
        </w:r>
        <w:r>
          <w:rPr>
            <w:rStyle w:val="Hyperlink"/>
            <w:noProof/>
            <w:rtl/>
          </w:rPr>
          <w:fldChar w:fldCharType="end"/>
        </w:r>
      </w:hyperlink>
    </w:p>
    <w:p w14:paraId="1D9DF691" w14:textId="60C24070"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86" w:history="1">
        <w:r w:rsidRPr="00BC1678">
          <w:rPr>
            <w:rStyle w:val="Hyperlink"/>
            <w:rFonts w:hint="eastAsia"/>
            <w:noProof/>
            <w:rtl/>
          </w:rPr>
          <w:t>جدول</w:t>
        </w:r>
        <w:r w:rsidRPr="00BC1678">
          <w:rPr>
            <w:rStyle w:val="Hyperlink"/>
            <w:noProof/>
            <w:rtl/>
          </w:rPr>
          <w:t xml:space="preserve"> 13 </w:t>
        </w:r>
        <w:r w:rsidRPr="00BC1678">
          <w:rPr>
            <w:rStyle w:val="Hyperlink"/>
            <w:rFonts w:hint="eastAsia"/>
            <w:noProof/>
            <w:rtl/>
          </w:rPr>
          <w:t>خصائص</w:t>
        </w:r>
        <w:r w:rsidRPr="00BC1678">
          <w:rPr>
            <w:rStyle w:val="Hyperlink"/>
            <w:noProof/>
            <w:rtl/>
          </w:rPr>
          <w:t xml:space="preserve"> </w:t>
        </w:r>
        <w:r w:rsidRPr="00BC1678">
          <w:rPr>
            <w:rStyle w:val="Hyperlink"/>
            <w:rFonts w:hint="eastAsia"/>
            <w:noProof/>
            <w:rtl/>
          </w:rPr>
          <w:t>العينة</w:t>
        </w:r>
        <w:r w:rsidRPr="00BC1678">
          <w:rPr>
            <w:rStyle w:val="Hyperlink"/>
            <w:noProof/>
            <w:rtl/>
          </w:rPr>
          <w:t xml:space="preserve"> </w:t>
        </w:r>
        <w:r w:rsidRPr="00BC1678">
          <w:rPr>
            <w:rStyle w:val="Hyperlink"/>
            <w:rFonts w:hint="eastAsia"/>
            <w:noProof/>
            <w:rtl/>
          </w:rPr>
          <w:t>حسب</w:t>
        </w:r>
        <w:r w:rsidRPr="00BC1678">
          <w:rPr>
            <w:rStyle w:val="Hyperlink"/>
            <w:noProof/>
            <w:rtl/>
          </w:rPr>
          <w:t xml:space="preserve"> </w:t>
        </w:r>
        <w:r w:rsidRPr="00BC1678">
          <w:rPr>
            <w:rStyle w:val="Hyperlink"/>
            <w:rFonts w:hint="eastAsia"/>
            <w:noProof/>
            <w:rtl/>
          </w:rPr>
          <w:t>الفئة</w:t>
        </w:r>
        <w:r w:rsidRPr="00BC1678">
          <w:rPr>
            <w:rStyle w:val="Hyperlink"/>
            <w:noProof/>
            <w:rtl/>
          </w:rPr>
          <w:t xml:space="preserve"> </w:t>
        </w:r>
        <w:r w:rsidRPr="00BC1678">
          <w:rPr>
            <w:rStyle w:val="Hyperlink"/>
            <w:rFonts w:hint="eastAsia"/>
            <w:noProof/>
            <w:rtl/>
          </w:rPr>
          <w:t>العمرية</w:t>
        </w:r>
        <w:r>
          <w:rPr>
            <w:noProof/>
            <w:webHidden/>
          </w:rPr>
          <w:tab/>
        </w:r>
        <w:r>
          <w:rPr>
            <w:rStyle w:val="Hyperlink"/>
            <w:noProof/>
            <w:rtl/>
          </w:rPr>
          <w:fldChar w:fldCharType="begin"/>
        </w:r>
        <w:r>
          <w:rPr>
            <w:noProof/>
            <w:webHidden/>
          </w:rPr>
          <w:instrText xml:space="preserve"> PAGEREF _Toc233588186 \h </w:instrText>
        </w:r>
        <w:r>
          <w:rPr>
            <w:rStyle w:val="Hyperlink"/>
            <w:noProof/>
            <w:rtl/>
          </w:rPr>
        </w:r>
        <w:r>
          <w:rPr>
            <w:rStyle w:val="Hyperlink"/>
            <w:noProof/>
            <w:rtl/>
          </w:rPr>
          <w:fldChar w:fldCharType="separate"/>
        </w:r>
        <w:r w:rsidR="00486132">
          <w:rPr>
            <w:noProof/>
            <w:webHidden/>
            <w:rtl/>
            <w:cs w:val="0"/>
          </w:rPr>
          <w:t>48</w:t>
        </w:r>
        <w:r>
          <w:rPr>
            <w:rStyle w:val="Hyperlink"/>
            <w:noProof/>
            <w:rtl/>
          </w:rPr>
          <w:fldChar w:fldCharType="end"/>
        </w:r>
      </w:hyperlink>
    </w:p>
    <w:p w14:paraId="5008E986" w14:textId="7E1C768C"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87" w:history="1">
        <w:r w:rsidRPr="00BC1678">
          <w:rPr>
            <w:rStyle w:val="Hyperlink"/>
            <w:rFonts w:hint="eastAsia"/>
            <w:noProof/>
            <w:rtl/>
          </w:rPr>
          <w:t>جدول</w:t>
        </w:r>
        <w:r w:rsidRPr="00BC1678">
          <w:rPr>
            <w:rStyle w:val="Hyperlink"/>
            <w:noProof/>
            <w:rtl/>
          </w:rPr>
          <w:t xml:space="preserve"> 14 </w:t>
        </w:r>
        <w:r w:rsidRPr="00BC1678">
          <w:rPr>
            <w:rStyle w:val="Hyperlink"/>
            <w:rFonts w:hint="eastAsia"/>
            <w:noProof/>
            <w:rtl/>
          </w:rPr>
          <w:t>خصائص</w:t>
        </w:r>
        <w:r w:rsidRPr="00BC1678">
          <w:rPr>
            <w:rStyle w:val="Hyperlink"/>
            <w:noProof/>
            <w:rtl/>
          </w:rPr>
          <w:t xml:space="preserve"> </w:t>
        </w:r>
        <w:r w:rsidRPr="00BC1678">
          <w:rPr>
            <w:rStyle w:val="Hyperlink"/>
            <w:rFonts w:hint="eastAsia"/>
            <w:noProof/>
            <w:rtl/>
          </w:rPr>
          <w:t>العينة</w:t>
        </w:r>
        <w:r w:rsidRPr="00BC1678">
          <w:rPr>
            <w:rStyle w:val="Hyperlink"/>
            <w:noProof/>
            <w:rtl/>
          </w:rPr>
          <w:t xml:space="preserve"> </w:t>
        </w:r>
        <w:r w:rsidRPr="00BC1678">
          <w:rPr>
            <w:rStyle w:val="Hyperlink"/>
            <w:rFonts w:hint="eastAsia"/>
            <w:noProof/>
            <w:rtl/>
          </w:rPr>
          <w:t>حسب</w:t>
        </w:r>
        <w:r w:rsidRPr="00BC1678">
          <w:rPr>
            <w:rStyle w:val="Hyperlink"/>
            <w:noProof/>
            <w:rtl/>
          </w:rPr>
          <w:t xml:space="preserve"> </w:t>
        </w:r>
        <w:r w:rsidRPr="00BC1678">
          <w:rPr>
            <w:rStyle w:val="Hyperlink"/>
            <w:rFonts w:hint="eastAsia"/>
            <w:noProof/>
            <w:rtl/>
          </w:rPr>
          <w:t>المؤهل</w:t>
        </w:r>
        <w:r w:rsidRPr="00BC1678">
          <w:rPr>
            <w:rStyle w:val="Hyperlink"/>
            <w:noProof/>
            <w:rtl/>
          </w:rPr>
          <w:t xml:space="preserve"> </w:t>
        </w:r>
        <w:r w:rsidRPr="00BC1678">
          <w:rPr>
            <w:rStyle w:val="Hyperlink"/>
            <w:rFonts w:hint="eastAsia"/>
            <w:noProof/>
            <w:rtl/>
          </w:rPr>
          <w:t>العلمي</w:t>
        </w:r>
        <w:r>
          <w:rPr>
            <w:noProof/>
            <w:webHidden/>
          </w:rPr>
          <w:tab/>
        </w:r>
        <w:r>
          <w:rPr>
            <w:rStyle w:val="Hyperlink"/>
            <w:noProof/>
            <w:rtl/>
          </w:rPr>
          <w:fldChar w:fldCharType="begin"/>
        </w:r>
        <w:r>
          <w:rPr>
            <w:noProof/>
            <w:webHidden/>
          </w:rPr>
          <w:instrText xml:space="preserve"> PAGEREF _Toc233588187 \h </w:instrText>
        </w:r>
        <w:r>
          <w:rPr>
            <w:rStyle w:val="Hyperlink"/>
            <w:noProof/>
            <w:rtl/>
          </w:rPr>
        </w:r>
        <w:r>
          <w:rPr>
            <w:rStyle w:val="Hyperlink"/>
            <w:noProof/>
            <w:rtl/>
          </w:rPr>
          <w:fldChar w:fldCharType="separate"/>
        </w:r>
        <w:r w:rsidR="00486132">
          <w:rPr>
            <w:noProof/>
            <w:webHidden/>
            <w:rtl/>
            <w:cs w:val="0"/>
          </w:rPr>
          <w:t>48</w:t>
        </w:r>
        <w:r>
          <w:rPr>
            <w:rStyle w:val="Hyperlink"/>
            <w:noProof/>
            <w:rtl/>
          </w:rPr>
          <w:fldChar w:fldCharType="end"/>
        </w:r>
      </w:hyperlink>
    </w:p>
    <w:p w14:paraId="00F39326" w14:textId="10994996"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88" w:history="1">
        <w:r w:rsidRPr="00BC1678">
          <w:rPr>
            <w:rStyle w:val="Hyperlink"/>
            <w:rFonts w:hint="eastAsia"/>
            <w:noProof/>
            <w:rtl/>
          </w:rPr>
          <w:t>جدول</w:t>
        </w:r>
        <w:r w:rsidRPr="00BC1678">
          <w:rPr>
            <w:rStyle w:val="Hyperlink"/>
            <w:noProof/>
            <w:rtl/>
          </w:rPr>
          <w:t xml:space="preserve"> 15 </w:t>
        </w:r>
        <w:r w:rsidRPr="00BC1678">
          <w:rPr>
            <w:rStyle w:val="Hyperlink"/>
            <w:rFonts w:hint="eastAsia"/>
            <w:noProof/>
            <w:rtl/>
          </w:rPr>
          <w:t>خصائص</w:t>
        </w:r>
        <w:r w:rsidRPr="00BC1678">
          <w:rPr>
            <w:rStyle w:val="Hyperlink"/>
            <w:noProof/>
            <w:rtl/>
          </w:rPr>
          <w:t xml:space="preserve"> </w:t>
        </w:r>
        <w:r w:rsidRPr="00BC1678">
          <w:rPr>
            <w:rStyle w:val="Hyperlink"/>
            <w:rFonts w:hint="eastAsia"/>
            <w:noProof/>
            <w:rtl/>
          </w:rPr>
          <w:t>العينة</w:t>
        </w:r>
        <w:r w:rsidRPr="00BC1678">
          <w:rPr>
            <w:rStyle w:val="Hyperlink"/>
            <w:noProof/>
            <w:rtl/>
          </w:rPr>
          <w:t xml:space="preserve"> </w:t>
        </w:r>
        <w:r w:rsidRPr="00BC1678">
          <w:rPr>
            <w:rStyle w:val="Hyperlink"/>
            <w:rFonts w:hint="eastAsia"/>
            <w:noProof/>
            <w:rtl/>
          </w:rPr>
          <w:t>حسب</w:t>
        </w:r>
        <w:r w:rsidRPr="00BC1678">
          <w:rPr>
            <w:rStyle w:val="Hyperlink"/>
            <w:noProof/>
            <w:rtl/>
          </w:rPr>
          <w:t xml:space="preserve"> </w:t>
        </w:r>
        <w:r w:rsidRPr="00BC1678">
          <w:rPr>
            <w:rStyle w:val="Hyperlink"/>
            <w:rFonts w:hint="eastAsia"/>
            <w:noProof/>
            <w:rtl/>
          </w:rPr>
          <w:t>سنوات</w:t>
        </w:r>
        <w:r w:rsidRPr="00BC1678">
          <w:rPr>
            <w:rStyle w:val="Hyperlink"/>
            <w:noProof/>
            <w:rtl/>
          </w:rPr>
          <w:t xml:space="preserve"> </w:t>
        </w:r>
        <w:r w:rsidRPr="00BC1678">
          <w:rPr>
            <w:rStyle w:val="Hyperlink"/>
            <w:rFonts w:hint="eastAsia"/>
            <w:noProof/>
            <w:rtl/>
          </w:rPr>
          <w:t>الخبرة</w:t>
        </w:r>
        <w:r>
          <w:rPr>
            <w:noProof/>
            <w:webHidden/>
          </w:rPr>
          <w:tab/>
        </w:r>
        <w:r>
          <w:rPr>
            <w:rStyle w:val="Hyperlink"/>
            <w:noProof/>
            <w:rtl/>
          </w:rPr>
          <w:fldChar w:fldCharType="begin"/>
        </w:r>
        <w:r>
          <w:rPr>
            <w:noProof/>
            <w:webHidden/>
          </w:rPr>
          <w:instrText xml:space="preserve"> PAGEREF _Toc233588188 \h </w:instrText>
        </w:r>
        <w:r>
          <w:rPr>
            <w:rStyle w:val="Hyperlink"/>
            <w:noProof/>
            <w:rtl/>
          </w:rPr>
        </w:r>
        <w:r>
          <w:rPr>
            <w:rStyle w:val="Hyperlink"/>
            <w:noProof/>
            <w:rtl/>
          </w:rPr>
          <w:fldChar w:fldCharType="separate"/>
        </w:r>
        <w:r w:rsidR="00486132">
          <w:rPr>
            <w:noProof/>
            <w:webHidden/>
            <w:rtl/>
            <w:cs w:val="0"/>
          </w:rPr>
          <w:t>49</w:t>
        </w:r>
        <w:r>
          <w:rPr>
            <w:rStyle w:val="Hyperlink"/>
            <w:noProof/>
            <w:rtl/>
          </w:rPr>
          <w:fldChar w:fldCharType="end"/>
        </w:r>
      </w:hyperlink>
    </w:p>
    <w:p w14:paraId="1B60C7A3" w14:textId="5ACF7B4A"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89" w:history="1">
        <w:r w:rsidRPr="00BC1678">
          <w:rPr>
            <w:rStyle w:val="Hyperlink"/>
            <w:rFonts w:hint="eastAsia"/>
            <w:noProof/>
            <w:rtl/>
          </w:rPr>
          <w:t>جدول</w:t>
        </w:r>
        <w:r w:rsidRPr="00BC1678">
          <w:rPr>
            <w:rStyle w:val="Hyperlink"/>
            <w:noProof/>
            <w:rtl/>
          </w:rPr>
          <w:t xml:space="preserve"> 16 </w:t>
        </w:r>
        <w:r w:rsidRPr="00BC1678">
          <w:rPr>
            <w:rStyle w:val="Hyperlink"/>
            <w:rFonts w:hint="eastAsia"/>
            <w:noProof/>
            <w:rtl/>
          </w:rPr>
          <w:t>خصائص</w:t>
        </w:r>
        <w:r w:rsidRPr="00BC1678">
          <w:rPr>
            <w:rStyle w:val="Hyperlink"/>
            <w:noProof/>
            <w:rtl/>
          </w:rPr>
          <w:t xml:space="preserve"> </w:t>
        </w:r>
        <w:r w:rsidRPr="00BC1678">
          <w:rPr>
            <w:rStyle w:val="Hyperlink"/>
            <w:rFonts w:hint="eastAsia"/>
            <w:noProof/>
            <w:rtl/>
          </w:rPr>
          <w:t>العينة</w:t>
        </w:r>
        <w:r w:rsidRPr="00BC1678">
          <w:rPr>
            <w:rStyle w:val="Hyperlink"/>
            <w:noProof/>
            <w:rtl/>
          </w:rPr>
          <w:t xml:space="preserve"> </w:t>
        </w:r>
        <w:r w:rsidRPr="00BC1678">
          <w:rPr>
            <w:rStyle w:val="Hyperlink"/>
            <w:rFonts w:hint="eastAsia"/>
            <w:noProof/>
            <w:rtl/>
          </w:rPr>
          <w:t>حسب</w:t>
        </w:r>
        <w:r w:rsidRPr="00BC1678">
          <w:rPr>
            <w:rStyle w:val="Hyperlink"/>
            <w:noProof/>
            <w:rtl/>
          </w:rPr>
          <w:t xml:space="preserve"> </w:t>
        </w:r>
        <w:r w:rsidRPr="00BC1678">
          <w:rPr>
            <w:rStyle w:val="Hyperlink"/>
            <w:rFonts w:hint="eastAsia"/>
            <w:noProof/>
            <w:rtl/>
          </w:rPr>
          <w:t>المسمى</w:t>
        </w:r>
        <w:r w:rsidRPr="00BC1678">
          <w:rPr>
            <w:rStyle w:val="Hyperlink"/>
            <w:noProof/>
            <w:rtl/>
          </w:rPr>
          <w:t xml:space="preserve"> </w:t>
        </w:r>
        <w:r w:rsidRPr="00BC1678">
          <w:rPr>
            <w:rStyle w:val="Hyperlink"/>
            <w:rFonts w:hint="eastAsia"/>
            <w:noProof/>
            <w:rtl/>
          </w:rPr>
          <w:t>الوظيفي</w:t>
        </w:r>
        <w:r>
          <w:rPr>
            <w:noProof/>
            <w:webHidden/>
          </w:rPr>
          <w:tab/>
        </w:r>
        <w:r>
          <w:rPr>
            <w:rStyle w:val="Hyperlink"/>
            <w:noProof/>
            <w:rtl/>
          </w:rPr>
          <w:fldChar w:fldCharType="begin"/>
        </w:r>
        <w:r>
          <w:rPr>
            <w:noProof/>
            <w:webHidden/>
          </w:rPr>
          <w:instrText xml:space="preserve"> PAGEREF _Toc233588189 \h </w:instrText>
        </w:r>
        <w:r>
          <w:rPr>
            <w:rStyle w:val="Hyperlink"/>
            <w:noProof/>
            <w:rtl/>
          </w:rPr>
        </w:r>
        <w:r>
          <w:rPr>
            <w:rStyle w:val="Hyperlink"/>
            <w:noProof/>
            <w:rtl/>
          </w:rPr>
          <w:fldChar w:fldCharType="separate"/>
        </w:r>
        <w:r w:rsidR="00486132">
          <w:rPr>
            <w:noProof/>
            <w:webHidden/>
            <w:rtl/>
            <w:cs w:val="0"/>
          </w:rPr>
          <w:t>49</w:t>
        </w:r>
        <w:r>
          <w:rPr>
            <w:rStyle w:val="Hyperlink"/>
            <w:noProof/>
            <w:rtl/>
          </w:rPr>
          <w:fldChar w:fldCharType="end"/>
        </w:r>
      </w:hyperlink>
    </w:p>
    <w:p w14:paraId="6AD77FD8" w14:textId="41D7DADE"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90" w:history="1">
        <w:r w:rsidRPr="00BC1678">
          <w:rPr>
            <w:rStyle w:val="Hyperlink"/>
            <w:rFonts w:hint="eastAsia"/>
            <w:noProof/>
            <w:rtl/>
          </w:rPr>
          <w:t>جدول</w:t>
        </w:r>
        <w:r w:rsidRPr="00BC1678">
          <w:rPr>
            <w:rStyle w:val="Hyperlink"/>
            <w:noProof/>
            <w:rtl/>
          </w:rPr>
          <w:t xml:space="preserve"> 17 </w:t>
        </w:r>
        <w:r w:rsidRPr="00BC1678">
          <w:rPr>
            <w:rStyle w:val="Hyperlink"/>
            <w:rFonts w:hint="eastAsia"/>
            <w:noProof/>
            <w:rtl/>
          </w:rPr>
          <w:t>محاور</w:t>
        </w:r>
        <w:r w:rsidRPr="00BC1678">
          <w:rPr>
            <w:rStyle w:val="Hyperlink"/>
            <w:noProof/>
            <w:rtl/>
          </w:rPr>
          <w:t xml:space="preserve"> </w:t>
        </w:r>
        <w:r w:rsidRPr="00BC1678">
          <w:rPr>
            <w:rStyle w:val="Hyperlink"/>
            <w:rFonts w:hint="eastAsia"/>
            <w:noProof/>
            <w:rtl/>
          </w:rPr>
          <w:t>أداة</w:t>
        </w:r>
        <w:r w:rsidRPr="00BC1678">
          <w:rPr>
            <w:rStyle w:val="Hyperlink"/>
            <w:noProof/>
            <w:rtl/>
          </w:rPr>
          <w:t xml:space="preserve"> </w:t>
        </w:r>
        <w:r w:rsidRPr="00BC1678">
          <w:rPr>
            <w:rStyle w:val="Hyperlink"/>
            <w:rFonts w:hint="eastAsia"/>
            <w:noProof/>
            <w:rtl/>
          </w:rPr>
          <w:t>الدراسة</w:t>
        </w:r>
        <w:r w:rsidRPr="00BC1678">
          <w:rPr>
            <w:rStyle w:val="Hyperlink"/>
            <w:noProof/>
            <w:rtl/>
          </w:rPr>
          <w:t xml:space="preserve"> </w:t>
        </w:r>
        <w:r w:rsidRPr="00BC1678">
          <w:rPr>
            <w:rStyle w:val="Hyperlink"/>
            <w:rFonts w:hint="eastAsia"/>
            <w:noProof/>
            <w:rtl/>
          </w:rPr>
          <w:t>وفقراتها</w:t>
        </w:r>
        <w:r>
          <w:rPr>
            <w:noProof/>
            <w:webHidden/>
          </w:rPr>
          <w:tab/>
        </w:r>
        <w:r>
          <w:rPr>
            <w:rStyle w:val="Hyperlink"/>
            <w:noProof/>
            <w:rtl/>
          </w:rPr>
          <w:fldChar w:fldCharType="begin"/>
        </w:r>
        <w:r>
          <w:rPr>
            <w:noProof/>
            <w:webHidden/>
          </w:rPr>
          <w:instrText xml:space="preserve"> PAGEREF _Toc233588190 \h </w:instrText>
        </w:r>
        <w:r>
          <w:rPr>
            <w:rStyle w:val="Hyperlink"/>
            <w:noProof/>
            <w:rtl/>
          </w:rPr>
        </w:r>
        <w:r>
          <w:rPr>
            <w:rStyle w:val="Hyperlink"/>
            <w:noProof/>
            <w:rtl/>
          </w:rPr>
          <w:fldChar w:fldCharType="separate"/>
        </w:r>
        <w:r w:rsidR="00486132">
          <w:rPr>
            <w:noProof/>
            <w:webHidden/>
            <w:rtl/>
            <w:cs w:val="0"/>
          </w:rPr>
          <w:t>50</w:t>
        </w:r>
        <w:r>
          <w:rPr>
            <w:rStyle w:val="Hyperlink"/>
            <w:noProof/>
            <w:rtl/>
          </w:rPr>
          <w:fldChar w:fldCharType="end"/>
        </w:r>
      </w:hyperlink>
    </w:p>
    <w:p w14:paraId="68507FAF" w14:textId="08E2F006"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91" w:history="1">
        <w:r w:rsidRPr="00BC1678">
          <w:rPr>
            <w:rStyle w:val="Hyperlink"/>
            <w:rFonts w:hint="eastAsia"/>
            <w:noProof/>
            <w:rtl/>
          </w:rPr>
          <w:t>جدول</w:t>
        </w:r>
        <w:r w:rsidRPr="00BC1678">
          <w:rPr>
            <w:rStyle w:val="Hyperlink"/>
            <w:noProof/>
            <w:rtl/>
          </w:rPr>
          <w:t xml:space="preserve"> 18 </w:t>
        </w:r>
        <w:r w:rsidRPr="00BC1678">
          <w:rPr>
            <w:rStyle w:val="Hyperlink"/>
            <w:rFonts w:hint="eastAsia"/>
            <w:noProof/>
            <w:rtl/>
          </w:rPr>
          <w:t>مقياس</w:t>
        </w:r>
        <w:r w:rsidRPr="00BC1678">
          <w:rPr>
            <w:rStyle w:val="Hyperlink"/>
            <w:noProof/>
            <w:rtl/>
          </w:rPr>
          <w:t xml:space="preserve"> </w:t>
        </w:r>
        <w:r w:rsidRPr="00BC1678">
          <w:rPr>
            <w:rStyle w:val="Hyperlink"/>
            <w:rFonts w:hint="eastAsia"/>
            <w:noProof/>
            <w:rtl/>
          </w:rPr>
          <w:t>ليكرت</w:t>
        </w:r>
        <w:r w:rsidRPr="00BC1678">
          <w:rPr>
            <w:rStyle w:val="Hyperlink"/>
            <w:noProof/>
            <w:rtl/>
          </w:rPr>
          <w:t xml:space="preserve"> </w:t>
        </w:r>
        <w:r w:rsidRPr="00BC1678">
          <w:rPr>
            <w:rStyle w:val="Hyperlink"/>
            <w:rFonts w:hint="eastAsia"/>
            <w:noProof/>
            <w:rtl/>
          </w:rPr>
          <w:t>الخماسي</w:t>
        </w:r>
        <w:r w:rsidRPr="00BC1678">
          <w:rPr>
            <w:rStyle w:val="Hyperlink"/>
            <w:noProof/>
            <w:rtl/>
          </w:rPr>
          <w:t xml:space="preserve"> </w:t>
        </w:r>
        <w:r w:rsidRPr="00BC1678">
          <w:rPr>
            <w:rStyle w:val="Hyperlink"/>
            <w:rFonts w:hint="eastAsia"/>
            <w:noProof/>
            <w:rtl/>
          </w:rPr>
          <w:t>المستخدم</w:t>
        </w:r>
        <w:r w:rsidRPr="00BC1678">
          <w:rPr>
            <w:rStyle w:val="Hyperlink"/>
            <w:noProof/>
            <w:rtl/>
          </w:rPr>
          <w:t xml:space="preserve"> </w:t>
        </w:r>
        <w:r w:rsidRPr="00BC1678">
          <w:rPr>
            <w:rStyle w:val="Hyperlink"/>
            <w:rFonts w:hint="eastAsia"/>
            <w:noProof/>
            <w:rtl/>
          </w:rPr>
          <w:t>في</w:t>
        </w:r>
        <w:r w:rsidRPr="00BC1678">
          <w:rPr>
            <w:rStyle w:val="Hyperlink"/>
            <w:noProof/>
            <w:rtl/>
          </w:rPr>
          <w:t xml:space="preserve"> </w:t>
        </w:r>
        <w:r w:rsidRPr="00BC1678">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_Toc233588191 \h </w:instrText>
        </w:r>
        <w:r>
          <w:rPr>
            <w:rStyle w:val="Hyperlink"/>
            <w:noProof/>
            <w:rtl/>
          </w:rPr>
        </w:r>
        <w:r>
          <w:rPr>
            <w:rStyle w:val="Hyperlink"/>
            <w:noProof/>
            <w:rtl/>
          </w:rPr>
          <w:fldChar w:fldCharType="separate"/>
        </w:r>
        <w:r w:rsidR="00486132">
          <w:rPr>
            <w:noProof/>
            <w:webHidden/>
            <w:rtl/>
            <w:cs w:val="0"/>
          </w:rPr>
          <w:t>51</w:t>
        </w:r>
        <w:r>
          <w:rPr>
            <w:rStyle w:val="Hyperlink"/>
            <w:noProof/>
            <w:rtl/>
          </w:rPr>
          <w:fldChar w:fldCharType="end"/>
        </w:r>
      </w:hyperlink>
    </w:p>
    <w:p w14:paraId="733F48B1" w14:textId="09F71A86"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92" w:history="1">
        <w:r w:rsidRPr="00BC1678">
          <w:rPr>
            <w:rStyle w:val="Hyperlink"/>
            <w:rFonts w:hint="eastAsia"/>
            <w:noProof/>
            <w:rtl/>
          </w:rPr>
          <w:t>جدول</w:t>
        </w:r>
        <w:r w:rsidRPr="00BC1678">
          <w:rPr>
            <w:rStyle w:val="Hyperlink"/>
            <w:noProof/>
            <w:rtl/>
          </w:rPr>
          <w:t xml:space="preserve"> 19 </w:t>
        </w:r>
        <w:r w:rsidRPr="00BC1678">
          <w:rPr>
            <w:rStyle w:val="Hyperlink"/>
            <w:rFonts w:hint="eastAsia"/>
            <w:noProof/>
            <w:rtl/>
          </w:rPr>
          <w:t>معيار</w:t>
        </w:r>
        <w:r w:rsidRPr="00BC1678">
          <w:rPr>
            <w:rStyle w:val="Hyperlink"/>
            <w:noProof/>
            <w:rtl/>
          </w:rPr>
          <w:t xml:space="preserve"> </w:t>
        </w:r>
        <w:r w:rsidRPr="00BC1678">
          <w:rPr>
            <w:rStyle w:val="Hyperlink"/>
            <w:rFonts w:hint="eastAsia"/>
            <w:noProof/>
            <w:rtl/>
          </w:rPr>
          <w:t>تفسير</w:t>
        </w:r>
        <w:r w:rsidRPr="00BC1678">
          <w:rPr>
            <w:rStyle w:val="Hyperlink"/>
            <w:noProof/>
            <w:rtl/>
          </w:rPr>
          <w:t xml:space="preserve"> </w:t>
        </w:r>
        <w:r w:rsidRPr="00BC1678">
          <w:rPr>
            <w:rStyle w:val="Hyperlink"/>
            <w:rFonts w:hint="eastAsia"/>
            <w:noProof/>
            <w:rtl/>
          </w:rPr>
          <w:t>المتوسطات</w:t>
        </w:r>
        <w:r w:rsidRPr="00BC1678">
          <w:rPr>
            <w:rStyle w:val="Hyperlink"/>
            <w:noProof/>
            <w:rtl/>
          </w:rPr>
          <w:t xml:space="preserve"> </w:t>
        </w:r>
        <w:r w:rsidRPr="00BC1678">
          <w:rPr>
            <w:rStyle w:val="Hyperlink"/>
            <w:rFonts w:hint="eastAsia"/>
            <w:noProof/>
            <w:rtl/>
          </w:rPr>
          <w:t>الحسابية</w:t>
        </w:r>
        <w:r>
          <w:rPr>
            <w:noProof/>
            <w:webHidden/>
          </w:rPr>
          <w:tab/>
        </w:r>
        <w:r>
          <w:rPr>
            <w:rStyle w:val="Hyperlink"/>
            <w:noProof/>
            <w:rtl/>
          </w:rPr>
          <w:fldChar w:fldCharType="begin"/>
        </w:r>
        <w:r>
          <w:rPr>
            <w:noProof/>
            <w:webHidden/>
          </w:rPr>
          <w:instrText xml:space="preserve"> PAGEREF _Toc233588192 \h </w:instrText>
        </w:r>
        <w:r>
          <w:rPr>
            <w:rStyle w:val="Hyperlink"/>
            <w:noProof/>
            <w:rtl/>
          </w:rPr>
        </w:r>
        <w:r>
          <w:rPr>
            <w:rStyle w:val="Hyperlink"/>
            <w:noProof/>
            <w:rtl/>
          </w:rPr>
          <w:fldChar w:fldCharType="separate"/>
        </w:r>
        <w:r w:rsidR="00486132">
          <w:rPr>
            <w:noProof/>
            <w:webHidden/>
            <w:rtl/>
            <w:cs w:val="0"/>
          </w:rPr>
          <w:t>52</w:t>
        </w:r>
        <w:r>
          <w:rPr>
            <w:rStyle w:val="Hyperlink"/>
            <w:noProof/>
            <w:rtl/>
          </w:rPr>
          <w:fldChar w:fldCharType="end"/>
        </w:r>
      </w:hyperlink>
    </w:p>
    <w:p w14:paraId="5DD4B29F" w14:textId="7CF4AA46"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93" w:history="1">
        <w:r w:rsidRPr="00BC1678">
          <w:rPr>
            <w:rStyle w:val="Hyperlink"/>
            <w:rFonts w:hint="eastAsia"/>
            <w:noProof/>
            <w:rtl/>
          </w:rPr>
          <w:t>جدول</w:t>
        </w:r>
        <w:r w:rsidRPr="00BC1678">
          <w:rPr>
            <w:rStyle w:val="Hyperlink"/>
            <w:noProof/>
            <w:rtl/>
          </w:rPr>
          <w:t xml:space="preserve"> 20 </w:t>
        </w:r>
        <w:r w:rsidRPr="00BC1678">
          <w:rPr>
            <w:rStyle w:val="Hyperlink"/>
            <w:rFonts w:hint="eastAsia"/>
            <w:noProof/>
            <w:rtl/>
          </w:rPr>
          <w:t>إجراءات</w:t>
        </w:r>
        <w:r w:rsidRPr="00BC1678">
          <w:rPr>
            <w:rStyle w:val="Hyperlink"/>
            <w:noProof/>
            <w:rtl/>
          </w:rPr>
          <w:t xml:space="preserve"> </w:t>
        </w:r>
        <w:r w:rsidRPr="00BC1678">
          <w:rPr>
            <w:rStyle w:val="Hyperlink"/>
            <w:rFonts w:hint="eastAsia"/>
            <w:noProof/>
            <w:rtl/>
          </w:rPr>
          <w:t>التحقق</w:t>
        </w:r>
        <w:r w:rsidRPr="00BC1678">
          <w:rPr>
            <w:rStyle w:val="Hyperlink"/>
            <w:noProof/>
            <w:rtl/>
          </w:rPr>
          <w:t xml:space="preserve"> </w:t>
        </w:r>
        <w:r w:rsidRPr="00BC1678">
          <w:rPr>
            <w:rStyle w:val="Hyperlink"/>
            <w:rFonts w:hint="eastAsia"/>
            <w:noProof/>
            <w:rtl/>
          </w:rPr>
          <w:t>من</w:t>
        </w:r>
        <w:r w:rsidRPr="00BC1678">
          <w:rPr>
            <w:rStyle w:val="Hyperlink"/>
            <w:noProof/>
            <w:rtl/>
          </w:rPr>
          <w:t xml:space="preserve"> </w:t>
        </w:r>
        <w:r w:rsidRPr="00BC1678">
          <w:rPr>
            <w:rStyle w:val="Hyperlink"/>
            <w:rFonts w:hint="eastAsia"/>
            <w:noProof/>
            <w:rtl/>
          </w:rPr>
          <w:t>صدق</w:t>
        </w:r>
        <w:r w:rsidRPr="00BC1678">
          <w:rPr>
            <w:rStyle w:val="Hyperlink"/>
            <w:noProof/>
            <w:rtl/>
          </w:rPr>
          <w:t xml:space="preserve"> </w:t>
        </w:r>
        <w:r w:rsidRPr="00BC1678">
          <w:rPr>
            <w:rStyle w:val="Hyperlink"/>
            <w:rFonts w:hint="eastAsia"/>
            <w:noProof/>
            <w:rtl/>
          </w:rPr>
          <w:t>أداة</w:t>
        </w:r>
        <w:r w:rsidRPr="00BC1678">
          <w:rPr>
            <w:rStyle w:val="Hyperlink"/>
            <w:noProof/>
            <w:rtl/>
          </w:rPr>
          <w:t xml:space="preserve"> </w:t>
        </w:r>
        <w:r w:rsidRPr="00BC1678">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_Toc233588193 \h </w:instrText>
        </w:r>
        <w:r>
          <w:rPr>
            <w:rStyle w:val="Hyperlink"/>
            <w:noProof/>
            <w:rtl/>
          </w:rPr>
        </w:r>
        <w:r>
          <w:rPr>
            <w:rStyle w:val="Hyperlink"/>
            <w:noProof/>
            <w:rtl/>
          </w:rPr>
          <w:fldChar w:fldCharType="separate"/>
        </w:r>
        <w:r w:rsidR="00486132">
          <w:rPr>
            <w:noProof/>
            <w:webHidden/>
            <w:rtl/>
            <w:cs w:val="0"/>
          </w:rPr>
          <w:t>53</w:t>
        </w:r>
        <w:r>
          <w:rPr>
            <w:rStyle w:val="Hyperlink"/>
            <w:noProof/>
            <w:rtl/>
          </w:rPr>
          <w:fldChar w:fldCharType="end"/>
        </w:r>
      </w:hyperlink>
    </w:p>
    <w:p w14:paraId="43D57592" w14:textId="038093E6"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94" w:history="1">
        <w:r w:rsidRPr="00BC1678">
          <w:rPr>
            <w:rStyle w:val="Hyperlink"/>
            <w:rFonts w:hint="eastAsia"/>
            <w:noProof/>
            <w:rtl/>
          </w:rPr>
          <w:t>جدول</w:t>
        </w:r>
        <w:r w:rsidRPr="00BC1678">
          <w:rPr>
            <w:rStyle w:val="Hyperlink"/>
            <w:noProof/>
            <w:rtl/>
          </w:rPr>
          <w:t xml:space="preserve"> 21 </w:t>
        </w:r>
        <w:r w:rsidRPr="00BC1678">
          <w:rPr>
            <w:rStyle w:val="Hyperlink"/>
            <w:rFonts w:hint="eastAsia"/>
            <w:noProof/>
            <w:rtl/>
          </w:rPr>
          <w:t>معامل</w:t>
        </w:r>
        <w:r w:rsidRPr="00BC1678">
          <w:rPr>
            <w:rStyle w:val="Hyperlink"/>
            <w:noProof/>
            <w:rtl/>
          </w:rPr>
          <w:t xml:space="preserve"> </w:t>
        </w:r>
        <w:r w:rsidRPr="00BC1678">
          <w:rPr>
            <w:rStyle w:val="Hyperlink"/>
            <w:rFonts w:hint="eastAsia"/>
            <w:noProof/>
            <w:rtl/>
          </w:rPr>
          <w:t>كرونباخ</w:t>
        </w:r>
        <w:r w:rsidRPr="00BC1678">
          <w:rPr>
            <w:rStyle w:val="Hyperlink"/>
            <w:noProof/>
            <w:rtl/>
          </w:rPr>
          <w:t xml:space="preserve"> </w:t>
        </w:r>
        <w:r w:rsidRPr="00BC1678">
          <w:rPr>
            <w:rStyle w:val="Hyperlink"/>
            <w:rFonts w:hint="eastAsia"/>
            <w:noProof/>
            <w:rtl/>
          </w:rPr>
          <w:t>ألفا</w:t>
        </w:r>
        <w:r w:rsidRPr="00BC1678">
          <w:rPr>
            <w:rStyle w:val="Hyperlink"/>
            <w:noProof/>
            <w:rtl/>
          </w:rPr>
          <w:t xml:space="preserve"> </w:t>
        </w:r>
        <w:r w:rsidRPr="00BC1678">
          <w:rPr>
            <w:rStyle w:val="Hyperlink"/>
            <w:rFonts w:hint="eastAsia"/>
            <w:noProof/>
            <w:rtl/>
          </w:rPr>
          <w:t>لمحاور</w:t>
        </w:r>
        <w:r w:rsidRPr="00BC1678">
          <w:rPr>
            <w:rStyle w:val="Hyperlink"/>
            <w:noProof/>
            <w:rtl/>
          </w:rPr>
          <w:t xml:space="preserve"> </w:t>
        </w:r>
        <w:r w:rsidRPr="00BC1678">
          <w:rPr>
            <w:rStyle w:val="Hyperlink"/>
            <w:rFonts w:hint="eastAsia"/>
            <w:noProof/>
            <w:rtl/>
          </w:rPr>
          <w:t>أداة</w:t>
        </w:r>
        <w:r w:rsidRPr="00BC1678">
          <w:rPr>
            <w:rStyle w:val="Hyperlink"/>
            <w:noProof/>
            <w:rtl/>
          </w:rPr>
          <w:t xml:space="preserve"> </w:t>
        </w:r>
        <w:r w:rsidRPr="00BC1678">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_Toc233588194 \h </w:instrText>
        </w:r>
        <w:r>
          <w:rPr>
            <w:rStyle w:val="Hyperlink"/>
            <w:noProof/>
            <w:rtl/>
          </w:rPr>
        </w:r>
        <w:r>
          <w:rPr>
            <w:rStyle w:val="Hyperlink"/>
            <w:noProof/>
            <w:rtl/>
          </w:rPr>
          <w:fldChar w:fldCharType="separate"/>
        </w:r>
        <w:r w:rsidR="00486132">
          <w:rPr>
            <w:noProof/>
            <w:webHidden/>
            <w:rtl/>
            <w:cs w:val="0"/>
          </w:rPr>
          <w:t>53</w:t>
        </w:r>
        <w:r>
          <w:rPr>
            <w:rStyle w:val="Hyperlink"/>
            <w:noProof/>
            <w:rtl/>
          </w:rPr>
          <w:fldChar w:fldCharType="end"/>
        </w:r>
      </w:hyperlink>
    </w:p>
    <w:p w14:paraId="6F0C4CE2" w14:textId="530A85BA"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95" w:history="1">
        <w:r w:rsidRPr="00BC1678">
          <w:rPr>
            <w:rStyle w:val="Hyperlink"/>
            <w:rFonts w:hint="eastAsia"/>
            <w:noProof/>
            <w:rtl/>
          </w:rPr>
          <w:t>جدول</w:t>
        </w:r>
        <w:r w:rsidRPr="00BC1678">
          <w:rPr>
            <w:rStyle w:val="Hyperlink"/>
            <w:noProof/>
            <w:rtl/>
          </w:rPr>
          <w:t xml:space="preserve"> 22 </w:t>
        </w:r>
        <w:r w:rsidRPr="00BC1678">
          <w:rPr>
            <w:rStyle w:val="Hyperlink"/>
            <w:rFonts w:hint="eastAsia"/>
            <w:noProof/>
            <w:rtl/>
          </w:rPr>
          <w:t>ترميز</w:t>
        </w:r>
        <w:r w:rsidRPr="00BC1678">
          <w:rPr>
            <w:rStyle w:val="Hyperlink"/>
            <w:noProof/>
            <w:rtl/>
          </w:rPr>
          <w:t xml:space="preserve"> </w:t>
        </w:r>
        <w:r w:rsidRPr="00BC1678">
          <w:rPr>
            <w:rStyle w:val="Hyperlink"/>
            <w:rFonts w:hint="eastAsia"/>
            <w:noProof/>
            <w:rtl/>
          </w:rPr>
          <w:t>متغيرات</w:t>
        </w:r>
        <w:r w:rsidRPr="00BC1678">
          <w:rPr>
            <w:rStyle w:val="Hyperlink"/>
            <w:noProof/>
            <w:rtl/>
          </w:rPr>
          <w:t xml:space="preserve"> </w:t>
        </w:r>
        <w:r w:rsidRPr="00BC1678">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_Toc233588195 \h </w:instrText>
        </w:r>
        <w:r>
          <w:rPr>
            <w:rStyle w:val="Hyperlink"/>
            <w:noProof/>
            <w:rtl/>
          </w:rPr>
        </w:r>
        <w:r>
          <w:rPr>
            <w:rStyle w:val="Hyperlink"/>
            <w:noProof/>
            <w:rtl/>
          </w:rPr>
          <w:fldChar w:fldCharType="separate"/>
        </w:r>
        <w:r w:rsidR="00486132">
          <w:rPr>
            <w:noProof/>
            <w:webHidden/>
            <w:rtl/>
            <w:cs w:val="0"/>
          </w:rPr>
          <w:t>54</w:t>
        </w:r>
        <w:r>
          <w:rPr>
            <w:rStyle w:val="Hyperlink"/>
            <w:noProof/>
            <w:rtl/>
          </w:rPr>
          <w:fldChar w:fldCharType="end"/>
        </w:r>
      </w:hyperlink>
    </w:p>
    <w:p w14:paraId="45EE7B0E" w14:textId="38132155"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96" w:history="1">
        <w:r w:rsidRPr="00BC1678">
          <w:rPr>
            <w:rStyle w:val="Hyperlink"/>
            <w:rFonts w:hint="eastAsia"/>
            <w:noProof/>
            <w:rtl/>
          </w:rPr>
          <w:t>جدول</w:t>
        </w:r>
        <w:r w:rsidRPr="00BC1678">
          <w:rPr>
            <w:rStyle w:val="Hyperlink"/>
            <w:noProof/>
            <w:rtl/>
          </w:rPr>
          <w:t xml:space="preserve"> 23 </w:t>
        </w:r>
        <w:r w:rsidRPr="00BC1678">
          <w:rPr>
            <w:rStyle w:val="Hyperlink"/>
            <w:rFonts w:hint="eastAsia"/>
            <w:noProof/>
            <w:rtl/>
          </w:rPr>
          <w:t>الأساليب</w:t>
        </w:r>
        <w:r w:rsidRPr="00BC1678">
          <w:rPr>
            <w:rStyle w:val="Hyperlink"/>
            <w:noProof/>
            <w:rtl/>
          </w:rPr>
          <w:t xml:space="preserve"> </w:t>
        </w:r>
        <w:r w:rsidRPr="00BC1678">
          <w:rPr>
            <w:rStyle w:val="Hyperlink"/>
            <w:rFonts w:hint="eastAsia"/>
            <w:noProof/>
            <w:rtl/>
          </w:rPr>
          <w:t>الإحصائية</w:t>
        </w:r>
        <w:r w:rsidRPr="00BC1678">
          <w:rPr>
            <w:rStyle w:val="Hyperlink"/>
            <w:noProof/>
            <w:rtl/>
          </w:rPr>
          <w:t xml:space="preserve"> </w:t>
        </w:r>
        <w:r w:rsidRPr="00BC1678">
          <w:rPr>
            <w:rStyle w:val="Hyperlink"/>
            <w:rFonts w:hint="eastAsia"/>
            <w:noProof/>
            <w:rtl/>
          </w:rPr>
          <w:t>المستخدمة</w:t>
        </w:r>
        <w:r w:rsidRPr="00BC1678">
          <w:rPr>
            <w:rStyle w:val="Hyperlink"/>
            <w:noProof/>
            <w:rtl/>
          </w:rPr>
          <w:t xml:space="preserve"> </w:t>
        </w:r>
        <w:r w:rsidRPr="00BC1678">
          <w:rPr>
            <w:rStyle w:val="Hyperlink"/>
            <w:rFonts w:hint="eastAsia"/>
            <w:noProof/>
            <w:rtl/>
          </w:rPr>
          <w:t>في</w:t>
        </w:r>
        <w:r w:rsidRPr="00BC1678">
          <w:rPr>
            <w:rStyle w:val="Hyperlink"/>
            <w:noProof/>
            <w:rtl/>
          </w:rPr>
          <w:t xml:space="preserve"> </w:t>
        </w:r>
        <w:r w:rsidRPr="00BC1678">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_Toc233588196 \h </w:instrText>
        </w:r>
        <w:r>
          <w:rPr>
            <w:rStyle w:val="Hyperlink"/>
            <w:noProof/>
            <w:rtl/>
          </w:rPr>
        </w:r>
        <w:r>
          <w:rPr>
            <w:rStyle w:val="Hyperlink"/>
            <w:noProof/>
            <w:rtl/>
          </w:rPr>
          <w:fldChar w:fldCharType="separate"/>
        </w:r>
        <w:r w:rsidR="00486132">
          <w:rPr>
            <w:noProof/>
            <w:webHidden/>
            <w:rtl/>
            <w:cs w:val="0"/>
          </w:rPr>
          <w:t>55</w:t>
        </w:r>
        <w:r>
          <w:rPr>
            <w:rStyle w:val="Hyperlink"/>
            <w:noProof/>
            <w:rtl/>
          </w:rPr>
          <w:fldChar w:fldCharType="end"/>
        </w:r>
      </w:hyperlink>
    </w:p>
    <w:p w14:paraId="68F392CA" w14:textId="04DA8E5D"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97" w:history="1">
        <w:r w:rsidRPr="00BC1678">
          <w:rPr>
            <w:rStyle w:val="Hyperlink"/>
            <w:rFonts w:hint="eastAsia"/>
            <w:noProof/>
            <w:rtl/>
          </w:rPr>
          <w:t>جدول</w:t>
        </w:r>
        <w:r w:rsidRPr="00BC1678">
          <w:rPr>
            <w:rStyle w:val="Hyperlink"/>
            <w:noProof/>
            <w:rtl/>
          </w:rPr>
          <w:t xml:space="preserve"> 24 </w:t>
        </w:r>
        <w:r w:rsidRPr="00BC1678">
          <w:rPr>
            <w:rStyle w:val="Hyperlink"/>
            <w:rFonts w:hint="eastAsia"/>
            <w:noProof/>
            <w:rtl/>
          </w:rPr>
          <w:t>الاختبارات</w:t>
        </w:r>
        <w:r w:rsidRPr="00BC1678">
          <w:rPr>
            <w:rStyle w:val="Hyperlink"/>
            <w:noProof/>
            <w:rtl/>
          </w:rPr>
          <w:t xml:space="preserve"> </w:t>
        </w:r>
        <w:r w:rsidRPr="00BC1678">
          <w:rPr>
            <w:rStyle w:val="Hyperlink"/>
            <w:rFonts w:hint="eastAsia"/>
            <w:noProof/>
            <w:rtl/>
          </w:rPr>
          <w:t>القبلية</w:t>
        </w:r>
        <w:r w:rsidRPr="00BC1678">
          <w:rPr>
            <w:rStyle w:val="Hyperlink"/>
            <w:noProof/>
            <w:rtl/>
          </w:rPr>
          <w:t xml:space="preserve"> </w:t>
        </w:r>
        <w:r w:rsidRPr="00BC1678">
          <w:rPr>
            <w:rStyle w:val="Hyperlink"/>
            <w:rFonts w:hint="eastAsia"/>
            <w:noProof/>
            <w:rtl/>
          </w:rPr>
          <w:t>للتحليل</w:t>
        </w:r>
        <w:r w:rsidRPr="00BC1678">
          <w:rPr>
            <w:rStyle w:val="Hyperlink"/>
            <w:noProof/>
            <w:rtl/>
          </w:rPr>
          <w:t xml:space="preserve"> </w:t>
        </w:r>
        <w:r w:rsidRPr="00BC1678">
          <w:rPr>
            <w:rStyle w:val="Hyperlink"/>
            <w:rFonts w:hint="eastAsia"/>
            <w:noProof/>
            <w:rtl/>
          </w:rPr>
          <w:t>ومعايير</w:t>
        </w:r>
        <w:r w:rsidRPr="00BC1678">
          <w:rPr>
            <w:rStyle w:val="Hyperlink"/>
            <w:noProof/>
            <w:rtl/>
          </w:rPr>
          <w:t xml:space="preserve"> </w:t>
        </w:r>
        <w:r w:rsidRPr="00BC1678">
          <w:rPr>
            <w:rStyle w:val="Hyperlink"/>
            <w:rFonts w:hint="eastAsia"/>
            <w:noProof/>
            <w:rtl/>
          </w:rPr>
          <w:t>القبول</w:t>
        </w:r>
        <w:r>
          <w:rPr>
            <w:noProof/>
            <w:webHidden/>
          </w:rPr>
          <w:tab/>
        </w:r>
        <w:r>
          <w:rPr>
            <w:rStyle w:val="Hyperlink"/>
            <w:noProof/>
            <w:rtl/>
          </w:rPr>
          <w:fldChar w:fldCharType="begin"/>
        </w:r>
        <w:r>
          <w:rPr>
            <w:noProof/>
            <w:webHidden/>
          </w:rPr>
          <w:instrText xml:space="preserve"> PAGEREF _Toc233588197 \h </w:instrText>
        </w:r>
        <w:r>
          <w:rPr>
            <w:rStyle w:val="Hyperlink"/>
            <w:noProof/>
            <w:rtl/>
          </w:rPr>
        </w:r>
        <w:r>
          <w:rPr>
            <w:rStyle w:val="Hyperlink"/>
            <w:noProof/>
            <w:rtl/>
          </w:rPr>
          <w:fldChar w:fldCharType="separate"/>
        </w:r>
        <w:r w:rsidR="00486132">
          <w:rPr>
            <w:noProof/>
            <w:webHidden/>
            <w:rtl/>
            <w:cs w:val="0"/>
          </w:rPr>
          <w:t>56</w:t>
        </w:r>
        <w:r>
          <w:rPr>
            <w:rStyle w:val="Hyperlink"/>
            <w:noProof/>
            <w:rtl/>
          </w:rPr>
          <w:fldChar w:fldCharType="end"/>
        </w:r>
      </w:hyperlink>
    </w:p>
    <w:p w14:paraId="63532CE4" w14:textId="066AF9BD"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98" w:history="1">
        <w:r w:rsidRPr="00BC1678">
          <w:rPr>
            <w:rStyle w:val="Hyperlink"/>
            <w:rFonts w:hint="eastAsia"/>
            <w:noProof/>
            <w:rtl/>
          </w:rPr>
          <w:t>جدول</w:t>
        </w:r>
        <w:r w:rsidRPr="00BC1678">
          <w:rPr>
            <w:rStyle w:val="Hyperlink"/>
            <w:noProof/>
            <w:rtl/>
          </w:rPr>
          <w:t xml:space="preserve"> 25 </w:t>
        </w:r>
        <w:r w:rsidRPr="00BC1678">
          <w:rPr>
            <w:rStyle w:val="Hyperlink"/>
            <w:rFonts w:hint="eastAsia"/>
            <w:noProof/>
            <w:rtl/>
          </w:rPr>
          <w:t>معايير</w:t>
        </w:r>
        <w:r w:rsidRPr="00BC1678">
          <w:rPr>
            <w:rStyle w:val="Hyperlink"/>
            <w:noProof/>
            <w:rtl/>
          </w:rPr>
          <w:t xml:space="preserve"> </w:t>
        </w:r>
        <w:r w:rsidRPr="00BC1678">
          <w:rPr>
            <w:rStyle w:val="Hyperlink"/>
            <w:rFonts w:hint="eastAsia"/>
            <w:noProof/>
            <w:rtl/>
          </w:rPr>
          <w:t>اختبار</w:t>
        </w:r>
        <w:r w:rsidRPr="00BC1678">
          <w:rPr>
            <w:rStyle w:val="Hyperlink"/>
            <w:noProof/>
            <w:rtl/>
          </w:rPr>
          <w:t xml:space="preserve"> </w:t>
        </w:r>
        <w:r w:rsidRPr="00BC1678">
          <w:rPr>
            <w:rStyle w:val="Hyperlink"/>
            <w:rFonts w:hint="eastAsia"/>
            <w:noProof/>
            <w:rtl/>
          </w:rPr>
          <w:t>الفرضيات</w:t>
        </w:r>
        <w:r>
          <w:rPr>
            <w:noProof/>
            <w:webHidden/>
          </w:rPr>
          <w:tab/>
        </w:r>
        <w:r>
          <w:rPr>
            <w:rStyle w:val="Hyperlink"/>
            <w:noProof/>
            <w:rtl/>
          </w:rPr>
          <w:fldChar w:fldCharType="begin"/>
        </w:r>
        <w:r>
          <w:rPr>
            <w:noProof/>
            <w:webHidden/>
          </w:rPr>
          <w:instrText xml:space="preserve"> PAGEREF _Toc233588198 \h </w:instrText>
        </w:r>
        <w:r>
          <w:rPr>
            <w:rStyle w:val="Hyperlink"/>
            <w:noProof/>
            <w:rtl/>
          </w:rPr>
        </w:r>
        <w:r>
          <w:rPr>
            <w:rStyle w:val="Hyperlink"/>
            <w:noProof/>
            <w:rtl/>
          </w:rPr>
          <w:fldChar w:fldCharType="separate"/>
        </w:r>
        <w:r w:rsidR="00486132">
          <w:rPr>
            <w:noProof/>
            <w:webHidden/>
            <w:rtl/>
            <w:cs w:val="0"/>
          </w:rPr>
          <w:t>57</w:t>
        </w:r>
        <w:r>
          <w:rPr>
            <w:rStyle w:val="Hyperlink"/>
            <w:noProof/>
            <w:rtl/>
          </w:rPr>
          <w:fldChar w:fldCharType="end"/>
        </w:r>
      </w:hyperlink>
    </w:p>
    <w:p w14:paraId="08EE1B0C" w14:textId="58B01668"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199" w:history="1">
        <w:r w:rsidRPr="00BC1678">
          <w:rPr>
            <w:rStyle w:val="Hyperlink"/>
            <w:rFonts w:hint="eastAsia"/>
            <w:noProof/>
            <w:rtl/>
          </w:rPr>
          <w:t>جدول</w:t>
        </w:r>
        <w:r w:rsidRPr="00BC1678">
          <w:rPr>
            <w:rStyle w:val="Hyperlink"/>
            <w:noProof/>
            <w:rtl/>
          </w:rPr>
          <w:t xml:space="preserve"> 26 </w:t>
        </w:r>
        <w:r w:rsidRPr="00BC1678">
          <w:rPr>
            <w:rStyle w:val="Hyperlink"/>
            <w:rFonts w:hint="eastAsia"/>
            <w:noProof/>
            <w:rtl/>
          </w:rPr>
          <w:t>العينة</w:t>
        </w:r>
        <w:r w:rsidRPr="00BC1678">
          <w:rPr>
            <w:rStyle w:val="Hyperlink"/>
            <w:noProof/>
            <w:rtl/>
          </w:rPr>
          <w:t xml:space="preserve"> </w:t>
        </w:r>
        <w:r w:rsidRPr="00BC1678">
          <w:rPr>
            <w:rStyle w:val="Hyperlink"/>
            <w:rFonts w:hint="eastAsia"/>
            <w:noProof/>
            <w:rtl/>
          </w:rPr>
          <w:t>الخاضعة</w:t>
        </w:r>
        <w:r w:rsidRPr="00BC1678">
          <w:rPr>
            <w:rStyle w:val="Hyperlink"/>
            <w:noProof/>
            <w:rtl/>
          </w:rPr>
          <w:t xml:space="preserve"> </w:t>
        </w:r>
        <w:r w:rsidRPr="00BC1678">
          <w:rPr>
            <w:rStyle w:val="Hyperlink"/>
            <w:rFonts w:hint="eastAsia"/>
            <w:noProof/>
            <w:rtl/>
          </w:rPr>
          <w:t>للتحليل</w:t>
        </w:r>
        <w:r>
          <w:rPr>
            <w:noProof/>
            <w:webHidden/>
          </w:rPr>
          <w:tab/>
        </w:r>
        <w:r>
          <w:rPr>
            <w:rStyle w:val="Hyperlink"/>
            <w:noProof/>
            <w:rtl/>
          </w:rPr>
          <w:fldChar w:fldCharType="begin"/>
        </w:r>
        <w:r>
          <w:rPr>
            <w:noProof/>
            <w:webHidden/>
          </w:rPr>
          <w:instrText xml:space="preserve"> PAGEREF _Toc233588199 \h </w:instrText>
        </w:r>
        <w:r>
          <w:rPr>
            <w:rStyle w:val="Hyperlink"/>
            <w:noProof/>
            <w:rtl/>
          </w:rPr>
        </w:r>
        <w:r>
          <w:rPr>
            <w:rStyle w:val="Hyperlink"/>
            <w:noProof/>
            <w:rtl/>
          </w:rPr>
          <w:fldChar w:fldCharType="separate"/>
        </w:r>
        <w:r w:rsidR="00486132">
          <w:rPr>
            <w:noProof/>
            <w:webHidden/>
            <w:rtl/>
            <w:cs w:val="0"/>
          </w:rPr>
          <w:t>59</w:t>
        </w:r>
        <w:r>
          <w:rPr>
            <w:rStyle w:val="Hyperlink"/>
            <w:noProof/>
            <w:rtl/>
          </w:rPr>
          <w:fldChar w:fldCharType="end"/>
        </w:r>
      </w:hyperlink>
    </w:p>
    <w:p w14:paraId="31904445" w14:textId="3A133731"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00" w:history="1">
        <w:r w:rsidRPr="00BC1678">
          <w:rPr>
            <w:rStyle w:val="Hyperlink"/>
            <w:rFonts w:hint="eastAsia"/>
            <w:noProof/>
            <w:rtl/>
          </w:rPr>
          <w:t>جدول</w:t>
        </w:r>
        <w:r w:rsidRPr="00BC1678">
          <w:rPr>
            <w:rStyle w:val="Hyperlink"/>
            <w:noProof/>
            <w:rtl/>
          </w:rPr>
          <w:t xml:space="preserve"> 27 </w:t>
        </w:r>
        <w:r w:rsidRPr="00BC1678">
          <w:rPr>
            <w:rStyle w:val="Hyperlink"/>
            <w:rFonts w:hint="eastAsia"/>
            <w:noProof/>
            <w:rtl/>
          </w:rPr>
          <w:t>خصائص</w:t>
        </w:r>
        <w:r w:rsidRPr="00BC1678">
          <w:rPr>
            <w:rStyle w:val="Hyperlink"/>
            <w:noProof/>
            <w:rtl/>
          </w:rPr>
          <w:t xml:space="preserve"> </w:t>
        </w:r>
        <w:r w:rsidRPr="00BC1678">
          <w:rPr>
            <w:rStyle w:val="Hyperlink"/>
            <w:rFonts w:hint="eastAsia"/>
            <w:noProof/>
            <w:rtl/>
          </w:rPr>
          <w:t>العينة</w:t>
        </w:r>
        <w:r w:rsidRPr="00BC1678">
          <w:rPr>
            <w:rStyle w:val="Hyperlink"/>
            <w:noProof/>
            <w:rtl/>
          </w:rPr>
          <w:t xml:space="preserve"> </w:t>
        </w:r>
        <w:r w:rsidRPr="00BC1678">
          <w:rPr>
            <w:rStyle w:val="Hyperlink"/>
            <w:rFonts w:hint="eastAsia"/>
            <w:noProof/>
            <w:rtl/>
          </w:rPr>
          <w:t>حسب</w:t>
        </w:r>
        <w:r w:rsidRPr="00BC1678">
          <w:rPr>
            <w:rStyle w:val="Hyperlink"/>
            <w:noProof/>
            <w:rtl/>
          </w:rPr>
          <w:t xml:space="preserve"> </w:t>
        </w:r>
        <w:r w:rsidRPr="00BC1678">
          <w:rPr>
            <w:rStyle w:val="Hyperlink"/>
            <w:rFonts w:hint="eastAsia"/>
            <w:noProof/>
            <w:rtl/>
          </w:rPr>
          <w:t>النوع</w:t>
        </w:r>
        <w:r w:rsidRPr="00BC1678">
          <w:rPr>
            <w:rStyle w:val="Hyperlink"/>
            <w:noProof/>
            <w:rtl/>
          </w:rPr>
          <w:t xml:space="preserve"> </w:t>
        </w:r>
        <w:r w:rsidRPr="00BC1678">
          <w:rPr>
            <w:rStyle w:val="Hyperlink"/>
            <w:rFonts w:hint="eastAsia"/>
            <w:noProof/>
            <w:rtl/>
          </w:rPr>
          <w:t>الاجتماعي</w:t>
        </w:r>
        <w:r>
          <w:rPr>
            <w:noProof/>
            <w:webHidden/>
          </w:rPr>
          <w:tab/>
        </w:r>
        <w:r>
          <w:rPr>
            <w:rStyle w:val="Hyperlink"/>
            <w:noProof/>
            <w:rtl/>
          </w:rPr>
          <w:fldChar w:fldCharType="begin"/>
        </w:r>
        <w:r>
          <w:rPr>
            <w:noProof/>
            <w:webHidden/>
          </w:rPr>
          <w:instrText xml:space="preserve"> PAGEREF _Toc233588200 \h </w:instrText>
        </w:r>
        <w:r>
          <w:rPr>
            <w:rStyle w:val="Hyperlink"/>
            <w:noProof/>
            <w:rtl/>
          </w:rPr>
        </w:r>
        <w:r>
          <w:rPr>
            <w:rStyle w:val="Hyperlink"/>
            <w:noProof/>
            <w:rtl/>
          </w:rPr>
          <w:fldChar w:fldCharType="separate"/>
        </w:r>
        <w:r w:rsidR="00486132">
          <w:rPr>
            <w:noProof/>
            <w:webHidden/>
            <w:rtl/>
            <w:cs w:val="0"/>
          </w:rPr>
          <w:t>59</w:t>
        </w:r>
        <w:r>
          <w:rPr>
            <w:rStyle w:val="Hyperlink"/>
            <w:noProof/>
            <w:rtl/>
          </w:rPr>
          <w:fldChar w:fldCharType="end"/>
        </w:r>
      </w:hyperlink>
    </w:p>
    <w:p w14:paraId="0697EBA7" w14:textId="424A2310"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01" w:history="1">
        <w:r w:rsidRPr="00BC1678">
          <w:rPr>
            <w:rStyle w:val="Hyperlink"/>
            <w:rFonts w:hint="eastAsia"/>
            <w:noProof/>
            <w:rtl/>
          </w:rPr>
          <w:t>جدول</w:t>
        </w:r>
        <w:r w:rsidRPr="00BC1678">
          <w:rPr>
            <w:rStyle w:val="Hyperlink"/>
            <w:noProof/>
            <w:rtl/>
          </w:rPr>
          <w:t xml:space="preserve"> 28 </w:t>
        </w:r>
        <w:r w:rsidRPr="00BC1678">
          <w:rPr>
            <w:rStyle w:val="Hyperlink"/>
            <w:rFonts w:hint="eastAsia"/>
            <w:noProof/>
            <w:rtl/>
          </w:rPr>
          <w:t>خصائص</w:t>
        </w:r>
        <w:r w:rsidRPr="00BC1678">
          <w:rPr>
            <w:rStyle w:val="Hyperlink"/>
            <w:noProof/>
            <w:rtl/>
          </w:rPr>
          <w:t xml:space="preserve"> </w:t>
        </w:r>
        <w:r w:rsidRPr="00BC1678">
          <w:rPr>
            <w:rStyle w:val="Hyperlink"/>
            <w:rFonts w:hint="eastAsia"/>
            <w:noProof/>
            <w:rtl/>
          </w:rPr>
          <w:t>العينة</w:t>
        </w:r>
        <w:r w:rsidRPr="00BC1678">
          <w:rPr>
            <w:rStyle w:val="Hyperlink"/>
            <w:noProof/>
            <w:rtl/>
          </w:rPr>
          <w:t xml:space="preserve"> </w:t>
        </w:r>
        <w:r w:rsidRPr="00BC1678">
          <w:rPr>
            <w:rStyle w:val="Hyperlink"/>
            <w:rFonts w:hint="eastAsia"/>
            <w:noProof/>
            <w:rtl/>
          </w:rPr>
          <w:t>حسب</w:t>
        </w:r>
        <w:r w:rsidRPr="00BC1678">
          <w:rPr>
            <w:rStyle w:val="Hyperlink"/>
            <w:noProof/>
            <w:rtl/>
          </w:rPr>
          <w:t xml:space="preserve"> </w:t>
        </w:r>
        <w:r w:rsidRPr="00BC1678">
          <w:rPr>
            <w:rStyle w:val="Hyperlink"/>
            <w:rFonts w:hint="eastAsia"/>
            <w:noProof/>
            <w:rtl/>
          </w:rPr>
          <w:t>الفئة</w:t>
        </w:r>
        <w:r w:rsidRPr="00BC1678">
          <w:rPr>
            <w:rStyle w:val="Hyperlink"/>
            <w:noProof/>
            <w:rtl/>
          </w:rPr>
          <w:t xml:space="preserve"> </w:t>
        </w:r>
        <w:r w:rsidRPr="00BC1678">
          <w:rPr>
            <w:rStyle w:val="Hyperlink"/>
            <w:rFonts w:hint="eastAsia"/>
            <w:noProof/>
            <w:rtl/>
          </w:rPr>
          <w:t>العمرية</w:t>
        </w:r>
        <w:r>
          <w:rPr>
            <w:noProof/>
            <w:webHidden/>
          </w:rPr>
          <w:tab/>
        </w:r>
        <w:r>
          <w:rPr>
            <w:rStyle w:val="Hyperlink"/>
            <w:noProof/>
            <w:rtl/>
          </w:rPr>
          <w:fldChar w:fldCharType="begin"/>
        </w:r>
        <w:r>
          <w:rPr>
            <w:noProof/>
            <w:webHidden/>
          </w:rPr>
          <w:instrText xml:space="preserve"> PAGEREF _Toc233588201 \h </w:instrText>
        </w:r>
        <w:r>
          <w:rPr>
            <w:rStyle w:val="Hyperlink"/>
            <w:noProof/>
            <w:rtl/>
          </w:rPr>
        </w:r>
        <w:r>
          <w:rPr>
            <w:rStyle w:val="Hyperlink"/>
            <w:noProof/>
            <w:rtl/>
          </w:rPr>
          <w:fldChar w:fldCharType="separate"/>
        </w:r>
        <w:r w:rsidR="00486132">
          <w:rPr>
            <w:noProof/>
            <w:webHidden/>
            <w:rtl/>
            <w:cs w:val="0"/>
          </w:rPr>
          <w:t>60</w:t>
        </w:r>
        <w:r>
          <w:rPr>
            <w:rStyle w:val="Hyperlink"/>
            <w:noProof/>
            <w:rtl/>
          </w:rPr>
          <w:fldChar w:fldCharType="end"/>
        </w:r>
      </w:hyperlink>
    </w:p>
    <w:p w14:paraId="0D381E51" w14:textId="152AD7F8"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02" w:history="1">
        <w:r w:rsidRPr="00BC1678">
          <w:rPr>
            <w:rStyle w:val="Hyperlink"/>
            <w:rFonts w:hint="eastAsia"/>
            <w:noProof/>
            <w:rtl/>
          </w:rPr>
          <w:t>جدول</w:t>
        </w:r>
        <w:r w:rsidRPr="00BC1678">
          <w:rPr>
            <w:rStyle w:val="Hyperlink"/>
            <w:noProof/>
            <w:rtl/>
          </w:rPr>
          <w:t xml:space="preserve"> 29 </w:t>
        </w:r>
        <w:r w:rsidRPr="00BC1678">
          <w:rPr>
            <w:rStyle w:val="Hyperlink"/>
            <w:rFonts w:hint="eastAsia"/>
            <w:noProof/>
            <w:rtl/>
          </w:rPr>
          <w:t>خصائص</w:t>
        </w:r>
        <w:r w:rsidRPr="00BC1678">
          <w:rPr>
            <w:rStyle w:val="Hyperlink"/>
            <w:noProof/>
            <w:rtl/>
          </w:rPr>
          <w:t xml:space="preserve"> </w:t>
        </w:r>
        <w:r w:rsidRPr="00BC1678">
          <w:rPr>
            <w:rStyle w:val="Hyperlink"/>
            <w:rFonts w:hint="eastAsia"/>
            <w:noProof/>
            <w:rtl/>
          </w:rPr>
          <w:t>العينة</w:t>
        </w:r>
        <w:r w:rsidRPr="00BC1678">
          <w:rPr>
            <w:rStyle w:val="Hyperlink"/>
            <w:noProof/>
            <w:rtl/>
          </w:rPr>
          <w:t xml:space="preserve"> </w:t>
        </w:r>
        <w:r w:rsidRPr="00BC1678">
          <w:rPr>
            <w:rStyle w:val="Hyperlink"/>
            <w:rFonts w:hint="eastAsia"/>
            <w:noProof/>
            <w:rtl/>
          </w:rPr>
          <w:t>حسب</w:t>
        </w:r>
        <w:r w:rsidRPr="00BC1678">
          <w:rPr>
            <w:rStyle w:val="Hyperlink"/>
            <w:noProof/>
            <w:rtl/>
          </w:rPr>
          <w:t xml:space="preserve"> </w:t>
        </w:r>
        <w:r w:rsidRPr="00BC1678">
          <w:rPr>
            <w:rStyle w:val="Hyperlink"/>
            <w:rFonts w:hint="eastAsia"/>
            <w:noProof/>
            <w:rtl/>
          </w:rPr>
          <w:t>المؤهل</w:t>
        </w:r>
        <w:r w:rsidRPr="00BC1678">
          <w:rPr>
            <w:rStyle w:val="Hyperlink"/>
            <w:noProof/>
            <w:rtl/>
          </w:rPr>
          <w:t xml:space="preserve"> </w:t>
        </w:r>
        <w:r w:rsidRPr="00BC1678">
          <w:rPr>
            <w:rStyle w:val="Hyperlink"/>
            <w:rFonts w:hint="eastAsia"/>
            <w:noProof/>
            <w:rtl/>
          </w:rPr>
          <w:t>العلمي</w:t>
        </w:r>
        <w:r>
          <w:rPr>
            <w:noProof/>
            <w:webHidden/>
          </w:rPr>
          <w:tab/>
        </w:r>
        <w:r>
          <w:rPr>
            <w:rStyle w:val="Hyperlink"/>
            <w:noProof/>
            <w:rtl/>
          </w:rPr>
          <w:fldChar w:fldCharType="begin"/>
        </w:r>
        <w:r>
          <w:rPr>
            <w:noProof/>
            <w:webHidden/>
          </w:rPr>
          <w:instrText xml:space="preserve"> PAGEREF _Toc233588202 \h </w:instrText>
        </w:r>
        <w:r>
          <w:rPr>
            <w:rStyle w:val="Hyperlink"/>
            <w:noProof/>
            <w:rtl/>
          </w:rPr>
        </w:r>
        <w:r>
          <w:rPr>
            <w:rStyle w:val="Hyperlink"/>
            <w:noProof/>
            <w:rtl/>
          </w:rPr>
          <w:fldChar w:fldCharType="separate"/>
        </w:r>
        <w:r w:rsidR="00486132">
          <w:rPr>
            <w:noProof/>
            <w:webHidden/>
            <w:rtl/>
            <w:cs w:val="0"/>
          </w:rPr>
          <w:t>61</w:t>
        </w:r>
        <w:r>
          <w:rPr>
            <w:rStyle w:val="Hyperlink"/>
            <w:noProof/>
            <w:rtl/>
          </w:rPr>
          <w:fldChar w:fldCharType="end"/>
        </w:r>
      </w:hyperlink>
    </w:p>
    <w:p w14:paraId="3CEFC931" w14:textId="0AF31025"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03" w:history="1">
        <w:r w:rsidRPr="00BC1678">
          <w:rPr>
            <w:rStyle w:val="Hyperlink"/>
            <w:rFonts w:hint="eastAsia"/>
            <w:noProof/>
            <w:rtl/>
          </w:rPr>
          <w:t>جدول</w:t>
        </w:r>
        <w:r w:rsidRPr="00BC1678">
          <w:rPr>
            <w:rStyle w:val="Hyperlink"/>
            <w:noProof/>
            <w:rtl/>
          </w:rPr>
          <w:t xml:space="preserve"> 30 </w:t>
        </w:r>
        <w:r w:rsidRPr="00BC1678">
          <w:rPr>
            <w:rStyle w:val="Hyperlink"/>
            <w:rFonts w:hint="eastAsia"/>
            <w:noProof/>
            <w:rtl/>
          </w:rPr>
          <w:t>خصائص</w:t>
        </w:r>
        <w:r w:rsidRPr="00BC1678">
          <w:rPr>
            <w:rStyle w:val="Hyperlink"/>
            <w:noProof/>
            <w:rtl/>
          </w:rPr>
          <w:t xml:space="preserve"> </w:t>
        </w:r>
        <w:r w:rsidRPr="00BC1678">
          <w:rPr>
            <w:rStyle w:val="Hyperlink"/>
            <w:rFonts w:hint="eastAsia"/>
            <w:noProof/>
            <w:rtl/>
          </w:rPr>
          <w:t>العينة</w:t>
        </w:r>
        <w:r w:rsidRPr="00BC1678">
          <w:rPr>
            <w:rStyle w:val="Hyperlink"/>
            <w:noProof/>
            <w:rtl/>
          </w:rPr>
          <w:t xml:space="preserve"> </w:t>
        </w:r>
        <w:r w:rsidRPr="00BC1678">
          <w:rPr>
            <w:rStyle w:val="Hyperlink"/>
            <w:rFonts w:hint="eastAsia"/>
            <w:noProof/>
            <w:rtl/>
          </w:rPr>
          <w:t>حسب</w:t>
        </w:r>
        <w:r w:rsidRPr="00BC1678">
          <w:rPr>
            <w:rStyle w:val="Hyperlink"/>
            <w:noProof/>
            <w:rtl/>
          </w:rPr>
          <w:t xml:space="preserve"> </w:t>
        </w:r>
        <w:r w:rsidRPr="00BC1678">
          <w:rPr>
            <w:rStyle w:val="Hyperlink"/>
            <w:rFonts w:hint="eastAsia"/>
            <w:noProof/>
            <w:rtl/>
          </w:rPr>
          <w:t>سنوات</w:t>
        </w:r>
        <w:r w:rsidRPr="00BC1678">
          <w:rPr>
            <w:rStyle w:val="Hyperlink"/>
            <w:noProof/>
            <w:rtl/>
          </w:rPr>
          <w:t xml:space="preserve"> </w:t>
        </w:r>
        <w:r w:rsidRPr="00BC1678">
          <w:rPr>
            <w:rStyle w:val="Hyperlink"/>
            <w:rFonts w:hint="eastAsia"/>
            <w:noProof/>
            <w:rtl/>
          </w:rPr>
          <w:t>الخبرة</w:t>
        </w:r>
        <w:r>
          <w:rPr>
            <w:noProof/>
            <w:webHidden/>
          </w:rPr>
          <w:tab/>
        </w:r>
        <w:r>
          <w:rPr>
            <w:rStyle w:val="Hyperlink"/>
            <w:noProof/>
            <w:rtl/>
          </w:rPr>
          <w:fldChar w:fldCharType="begin"/>
        </w:r>
        <w:r>
          <w:rPr>
            <w:noProof/>
            <w:webHidden/>
          </w:rPr>
          <w:instrText xml:space="preserve"> PAGEREF _Toc233588203 \h </w:instrText>
        </w:r>
        <w:r>
          <w:rPr>
            <w:rStyle w:val="Hyperlink"/>
            <w:noProof/>
            <w:rtl/>
          </w:rPr>
        </w:r>
        <w:r>
          <w:rPr>
            <w:rStyle w:val="Hyperlink"/>
            <w:noProof/>
            <w:rtl/>
          </w:rPr>
          <w:fldChar w:fldCharType="separate"/>
        </w:r>
        <w:r w:rsidR="00486132">
          <w:rPr>
            <w:noProof/>
            <w:webHidden/>
            <w:rtl/>
            <w:cs w:val="0"/>
          </w:rPr>
          <w:t>62</w:t>
        </w:r>
        <w:r>
          <w:rPr>
            <w:rStyle w:val="Hyperlink"/>
            <w:noProof/>
            <w:rtl/>
          </w:rPr>
          <w:fldChar w:fldCharType="end"/>
        </w:r>
      </w:hyperlink>
    </w:p>
    <w:p w14:paraId="56062661" w14:textId="248BFDF0"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04" w:history="1">
        <w:r w:rsidRPr="00BC1678">
          <w:rPr>
            <w:rStyle w:val="Hyperlink"/>
            <w:rFonts w:hint="eastAsia"/>
            <w:noProof/>
            <w:rtl/>
          </w:rPr>
          <w:t>جدول</w:t>
        </w:r>
        <w:r w:rsidRPr="00BC1678">
          <w:rPr>
            <w:rStyle w:val="Hyperlink"/>
            <w:noProof/>
            <w:rtl/>
          </w:rPr>
          <w:t xml:space="preserve"> 31 </w:t>
        </w:r>
        <w:r w:rsidRPr="00BC1678">
          <w:rPr>
            <w:rStyle w:val="Hyperlink"/>
            <w:rFonts w:hint="eastAsia"/>
            <w:noProof/>
            <w:rtl/>
          </w:rPr>
          <w:t>خصائص</w:t>
        </w:r>
        <w:r w:rsidRPr="00BC1678">
          <w:rPr>
            <w:rStyle w:val="Hyperlink"/>
            <w:noProof/>
            <w:rtl/>
          </w:rPr>
          <w:t xml:space="preserve"> </w:t>
        </w:r>
        <w:r w:rsidRPr="00BC1678">
          <w:rPr>
            <w:rStyle w:val="Hyperlink"/>
            <w:rFonts w:hint="eastAsia"/>
            <w:noProof/>
            <w:rtl/>
          </w:rPr>
          <w:t>العينة</w:t>
        </w:r>
        <w:r w:rsidRPr="00BC1678">
          <w:rPr>
            <w:rStyle w:val="Hyperlink"/>
            <w:noProof/>
            <w:rtl/>
          </w:rPr>
          <w:t xml:space="preserve"> </w:t>
        </w:r>
        <w:r w:rsidRPr="00BC1678">
          <w:rPr>
            <w:rStyle w:val="Hyperlink"/>
            <w:rFonts w:hint="eastAsia"/>
            <w:noProof/>
            <w:rtl/>
          </w:rPr>
          <w:t>حسب</w:t>
        </w:r>
        <w:r w:rsidRPr="00BC1678">
          <w:rPr>
            <w:rStyle w:val="Hyperlink"/>
            <w:noProof/>
            <w:rtl/>
          </w:rPr>
          <w:t xml:space="preserve"> </w:t>
        </w:r>
        <w:r w:rsidRPr="00BC1678">
          <w:rPr>
            <w:rStyle w:val="Hyperlink"/>
            <w:rFonts w:hint="eastAsia"/>
            <w:noProof/>
            <w:rtl/>
          </w:rPr>
          <w:t>المسمى</w:t>
        </w:r>
        <w:r w:rsidRPr="00BC1678">
          <w:rPr>
            <w:rStyle w:val="Hyperlink"/>
            <w:noProof/>
            <w:rtl/>
          </w:rPr>
          <w:t xml:space="preserve"> </w:t>
        </w:r>
        <w:r w:rsidRPr="00BC1678">
          <w:rPr>
            <w:rStyle w:val="Hyperlink"/>
            <w:rFonts w:hint="eastAsia"/>
            <w:noProof/>
            <w:rtl/>
          </w:rPr>
          <w:t>الوظيفي</w:t>
        </w:r>
        <w:r>
          <w:rPr>
            <w:noProof/>
            <w:webHidden/>
          </w:rPr>
          <w:tab/>
        </w:r>
        <w:r>
          <w:rPr>
            <w:rStyle w:val="Hyperlink"/>
            <w:noProof/>
            <w:rtl/>
          </w:rPr>
          <w:fldChar w:fldCharType="begin"/>
        </w:r>
        <w:r>
          <w:rPr>
            <w:noProof/>
            <w:webHidden/>
          </w:rPr>
          <w:instrText xml:space="preserve"> PAGEREF _Toc233588204 \h </w:instrText>
        </w:r>
        <w:r>
          <w:rPr>
            <w:rStyle w:val="Hyperlink"/>
            <w:noProof/>
            <w:rtl/>
          </w:rPr>
        </w:r>
        <w:r>
          <w:rPr>
            <w:rStyle w:val="Hyperlink"/>
            <w:noProof/>
            <w:rtl/>
          </w:rPr>
          <w:fldChar w:fldCharType="separate"/>
        </w:r>
        <w:r w:rsidR="00486132">
          <w:rPr>
            <w:noProof/>
            <w:webHidden/>
            <w:rtl/>
            <w:cs w:val="0"/>
          </w:rPr>
          <w:t>63</w:t>
        </w:r>
        <w:r>
          <w:rPr>
            <w:rStyle w:val="Hyperlink"/>
            <w:noProof/>
            <w:rtl/>
          </w:rPr>
          <w:fldChar w:fldCharType="end"/>
        </w:r>
      </w:hyperlink>
    </w:p>
    <w:p w14:paraId="44FB3F50" w14:textId="0691521A"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05" w:history="1">
        <w:r w:rsidRPr="00BC1678">
          <w:rPr>
            <w:rStyle w:val="Hyperlink"/>
            <w:rFonts w:hint="eastAsia"/>
            <w:noProof/>
            <w:rtl/>
          </w:rPr>
          <w:t>جدول</w:t>
        </w:r>
        <w:r w:rsidRPr="00BC1678">
          <w:rPr>
            <w:rStyle w:val="Hyperlink"/>
            <w:noProof/>
            <w:rtl/>
          </w:rPr>
          <w:t xml:space="preserve"> </w:t>
        </w:r>
        <w:r w:rsidRPr="00BC1678">
          <w:rPr>
            <w:rStyle w:val="Hyperlink"/>
            <w:noProof/>
          </w:rPr>
          <w:t>32</w:t>
        </w:r>
        <w:r w:rsidRPr="00BC1678">
          <w:rPr>
            <w:rStyle w:val="Hyperlink"/>
            <w:noProof/>
            <w:rtl/>
          </w:rPr>
          <w:t xml:space="preserve"> </w:t>
        </w:r>
        <w:r w:rsidRPr="00BC1678">
          <w:rPr>
            <w:rStyle w:val="Hyperlink"/>
            <w:rFonts w:hint="eastAsia"/>
            <w:noProof/>
            <w:rtl/>
          </w:rPr>
          <w:t>معامل</w:t>
        </w:r>
        <w:r w:rsidRPr="00BC1678">
          <w:rPr>
            <w:rStyle w:val="Hyperlink"/>
            <w:noProof/>
            <w:rtl/>
          </w:rPr>
          <w:t xml:space="preserve"> </w:t>
        </w:r>
        <w:r w:rsidRPr="00BC1678">
          <w:rPr>
            <w:rStyle w:val="Hyperlink"/>
            <w:rFonts w:hint="eastAsia"/>
            <w:noProof/>
            <w:rtl/>
          </w:rPr>
          <w:t>كرونباخ</w:t>
        </w:r>
        <w:r w:rsidRPr="00BC1678">
          <w:rPr>
            <w:rStyle w:val="Hyperlink"/>
            <w:noProof/>
            <w:rtl/>
          </w:rPr>
          <w:t xml:space="preserve"> </w:t>
        </w:r>
        <w:r w:rsidRPr="00BC1678">
          <w:rPr>
            <w:rStyle w:val="Hyperlink"/>
            <w:rFonts w:hint="eastAsia"/>
            <w:noProof/>
            <w:rtl/>
          </w:rPr>
          <w:t>ألفا</w:t>
        </w:r>
        <w:r w:rsidRPr="00BC1678">
          <w:rPr>
            <w:rStyle w:val="Hyperlink"/>
            <w:noProof/>
            <w:rtl/>
          </w:rPr>
          <w:t xml:space="preserve"> </w:t>
        </w:r>
        <w:r w:rsidRPr="00BC1678">
          <w:rPr>
            <w:rStyle w:val="Hyperlink"/>
            <w:rFonts w:hint="eastAsia"/>
            <w:noProof/>
            <w:rtl/>
          </w:rPr>
          <w:t>لمحاور</w:t>
        </w:r>
        <w:r w:rsidRPr="00BC1678">
          <w:rPr>
            <w:rStyle w:val="Hyperlink"/>
            <w:noProof/>
            <w:rtl/>
          </w:rPr>
          <w:t xml:space="preserve"> </w:t>
        </w:r>
        <w:r w:rsidRPr="00BC1678">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_Toc233588205 \h </w:instrText>
        </w:r>
        <w:r>
          <w:rPr>
            <w:rStyle w:val="Hyperlink"/>
            <w:noProof/>
            <w:rtl/>
          </w:rPr>
        </w:r>
        <w:r>
          <w:rPr>
            <w:rStyle w:val="Hyperlink"/>
            <w:noProof/>
            <w:rtl/>
          </w:rPr>
          <w:fldChar w:fldCharType="separate"/>
        </w:r>
        <w:r w:rsidR="00486132">
          <w:rPr>
            <w:noProof/>
            <w:webHidden/>
            <w:rtl/>
            <w:cs w:val="0"/>
          </w:rPr>
          <w:t>65</w:t>
        </w:r>
        <w:r>
          <w:rPr>
            <w:rStyle w:val="Hyperlink"/>
            <w:noProof/>
            <w:rtl/>
          </w:rPr>
          <w:fldChar w:fldCharType="end"/>
        </w:r>
      </w:hyperlink>
    </w:p>
    <w:p w14:paraId="75B8C55D" w14:textId="072E409E"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06" w:history="1">
        <w:r w:rsidRPr="00BC1678">
          <w:rPr>
            <w:rStyle w:val="Hyperlink"/>
            <w:rFonts w:hint="eastAsia"/>
            <w:noProof/>
            <w:rtl/>
          </w:rPr>
          <w:t>جدول</w:t>
        </w:r>
        <w:r w:rsidRPr="00BC1678">
          <w:rPr>
            <w:rStyle w:val="Hyperlink"/>
            <w:noProof/>
            <w:rtl/>
          </w:rPr>
          <w:t xml:space="preserve"> 33  </w:t>
        </w:r>
        <w:r w:rsidRPr="00BC1678">
          <w:rPr>
            <w:rStyle w:val="Hyperlink"/>
            <w:rFonts w:hint="eastAsia"/>
            <w:noProof/>
            <w:rtl/>
          </w:rPr>
          <w:t>اختبار</w:t>
        </w:r>
        <w:r w:rsidRPr="00BC1678">
          <w:rPr>
            <w:rStyle w:val="Hyperlink"/>
            <w:noProof/>
            <w:rtl/>
          </w:rPr>
          <w:t xml:space="preserve">  </w:t>
        </w:r>
        <w:r w:rsidRPr="00BC1678">
          <w:rPr>
            <w:rStyle w:val="Hyperlink"/>
            <w:noProof/>
          </w:rPr>
          <w:t>Kolmogorov-Smirnov</w:t>
        </w:r>
        <w:r w:rsidRPr="00BC1678">
          <w:rPr>
            <w:rStyle w:val="Hyperlink"/>
            <w:noProof/>
            <w:rtl/>
          </w:rPr>
          <w:t xml:space="preserve"> </w:t>
        </w:r>
        <w:r w:rsidRPr="00BC1678">
          <w:rPr>
            <w:rStyle w:val="Hyperlink"/>
            <w:rFonts w:hint="eastAsia"/>
            <w:noProof/>
            <w:rtl/>
          </w:rPr>
          <w:t>للتوزيع</w:t>
        </w:r>
        <w:r w:rsidRPr="00BC1678">
          <w:rPr>
            <w:rStyle w:val="Hyperlink"/>
            <w:noProof/>
            <w:rtl/>
          </w:rPr>
          <w:t xml:space="preserve"> </w:t>
        </w:r>
        <w:r w:rsidRPr="00BC1678">
          <w:rPr>
            <w:rStyle w:val="Hyperlink"/>
            <w:rFonts w:hint="eastAsia"/>
            <w:noProof/>
            <w:rtl/>
          </w:rPr>
          <w:t>الطبيعي</w:t>
        </w:r>
        <w:r>
          <w:rPr>
            <w:noProof/>
            <w:webHidden/>
          </w:rPr>
          <w:tab/>
        </w:r>
        <w:r>
          <w:rPr>
            <w:rStyle w:val="Hyperlink"/>
            <w:noProof/>
            <w:rtl/>
          </w:rPr>
          <w:fldChar w:fldCharType="begin"/>
        </w:r>
        <w:r>
          <w:rPr>
            <w:noProof/>
            <w:webHidden/>
          </w:rPr>
          <w:instrText xml:space="preserve"> PAGEREF _Toc233588206 \h </w:instrText>
        </w:r>
        <w:r>
          <w:rPr>
            <w:rStyle w:val="Hyperlink"/>
            <w:noProof/>
            <w:rtl/>
          </w:rPr>
        </w:r>
        <w:r>
          <w:rPr>
            <w:rStyle w:val="Hyperlink"/>
            <w:noProof/>
            <w:rtl/>
          </w:rPr>
          <w:fldChar w:fldCharType="separate"/>
        </w:r>
        <w:r w:rsidR="00486132">
          <w:rPr>
            <w:noProof/>
            <w:webHidden/>
            <w:rtl/>
            <w:cs w:val="0"/>
          </w:rPr>
          <w:t>65</w:t>
        </w:r>
        <w:r>
          <w:rPr>
            <w:rStyle w:val="Hyperlink"/>
            <w:noProof/>
            <w:rtl/>
          </w:rPr>
          <w:fldChar w:fldCharType="end"/>
        </w:r>
      </w:hyperlink>
    </w:p>
    <w:p w14:paraId="4C7870CD" w14:textId="6463D7FF"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07" w:history="1">
        <w:r w:rsidRPr="00BC1678">
          <w:rPr>
            <w:rStyle w:val="Hyperlink"/>
            <w:rFonts w:hint="eastAsia"/>
            <w:noProof/>
            <w:rtl/>
          </w:rPr>
          <w:t>جدول</w:t>
        </w:r>
        <w:r w:rsidRPr="00BC1678">
          <w:rPr>
            <w:rStyle w:val="Hyperlink"/>
            <w:noProof/>
            <w:rtl/>
          </w:rPr>
          <w:t xml:space="preserve"> 34 </w:t>
        </w:r>
        <w:r w:rsidRPr="00BC1678">
          <w:rPr>
            <w:rStyle w:val="Hyperlink"/>
            <w:rFonts w:hint="eastAsia"/>
            <w:noProof/>
            <w:rtl/>
          </w:rPr>
          <w:t>معيار</w:t>
        </w:r>
        <w:r w:rsidRPr="00BC1678">
          <w:rPr>
            <w:rStyle w:val="Hyperlink"/>
            <w:noProof/>
            <w:rtl/>
          </w:rPr>
          <w:t xml:space="preserve"> </w:t>
        </w:r>
        <w:r w:rsidRPr="00BC1678">
          <w:rPr>
            <w:rStyle w:val="Hyperlink"/>
            <w:rFonts w:hint="eastAsia"/>
            <w:noProof/>
            <w:rtl/>
          </w:rPr>
          <w:t>تفسير</w:t>
        </w:r>
        <w:r w:rsidRPr="00BC1678">
          <w:rPr>
            <w:rStyle w:val="Hyperlink"/>
            <w:noProof/>
            <w:rtl/>
          </w:rPr>
          <w:t xml:space="preserve"> </w:t>
        </w:r>
        <w:r w:rsidRPr="00BC1678">
          <w:rPr>
            <w:rStyle w:val="Hyperlink"/>
            <w:rFonts w:hint="eastAsia"/>
            <w:noProof/>
            <w:rtl/>
          </w:rPr>
          <w:t>المتوسطات</w:t>
        </w:r>
        <w:r w:rsidRPr="00BC1678">
          <w:rPr>
            <w:rStyle w:val="Hyperlink"/>
            <w:noProof/>
            <w:rtl/>
          </w:rPr>
          <w:t xml:space="preserve"> </w:t>
        </w:r>
        <w:r w:rsidRPr="00BC1678">
          <w:rPr>
            <w:rStyle w:val="Hyperlink"/>
            <w:rFonts w:hint="eastAsia"/>
            <w:noProof/>
            <w:rtl/>
          </w:rPr>
          <w:t>الحسابية</w:t>
        </w:r>
        <w:r>
          <w:rPr>
            <w:noProof/>
            <w:webHidden/>
          </w:rPr>
          <w:tab/>
        </w:r>
        <w:r>
          <w:rPr>
            <w:rStyle w:val="Hyperlink"/>
            <w:noProof/>
            <w:rtl/>
          </w:rPr>
          <w:fldChar w:fldCharType="begin"/>
        </w:r>
        <w:r>
          <w:rPr>
            <w:noProof/>
            <w:webHidden/>
          </w:rPr>
          <w:instrText xml:space="preserve"> PAGEREF _Toc233588207 \h </w:instrText>
        </w:r>
        <w:r>
          <w:rPr>
            <w:rStyle w:val="Hyperlink"/>
            <w:noProof/>
            <w:rtl/>
          </w:rPr>
        </w:r>
        <w:r>
          <w:rPr>
            <w:rStyle w:val="Hyperlink"/>
            <w:noProof/>
            <w:rtl/>
          </w:rPr>
          <w:fldChar w:fldCharType="separate"/>
        </w:r>
        <w:r w:rsidR="00486132">
          <w:rPr>
            <w:noProof/>
            <w:webHidden/>
            <w:rtl/>
            <w:cs w:val="0"/>
          </w:rPr>
          <w:t>67</w:t>
        </w:r>
        <w:r>
          <w:rPr>
            <w:rStyle w:val="Hyperlink"/>
            <w:noProof/>
            <w:rtl/>
          </w:rPr>
          <w:fldChar w:fldCharType="end"/>
        </w:r>
      </w:hyperlink>
    </w:p>
    <w:p w14:paraId="438C5797" w14:textId="04699F22"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08" w:history="1">
        <w:r w:rsidRPr="00BC1678">
          <w:rPr>
            <w:rStyle w:val="Hyperlink"/>
            <w:rFonts w:hint="eastAsia"/>
            <w:noProof/>
            <w:rtl/>
          </w:rPr>
          <w:t>جدول</w:t>
        </w:r>
        <w:r w:rsidRPr="00BC1678">
          <w:rPr>
            <w:rStyle w:val="Hyperlink"/>
            <w:noProof/>
            <w:rtl/>
          </w:rPr>
          <w:t xml:space="preserve"> 35 </w:t>
        </w:r>
        <w:r w:rsidRPr="00BC1678">
          <w:rPr>
            <w:rStyle w:val="Hyperlink"/>
            <w:rFonts w:hint="eastAsia"/>
            <w:noProof/>
            <w:rtl/>
          </w:rPr>
          <w:t>المتوسطات</w:t>
        </w:r>
        <w:r w:rsidRPr="00BC1678">
          <w:rPr>
            <w:rStyle w:val="Hyperlink"/>
            <w:noProof/>
            <w:rtl/>
          </w:rPr>
          <w:t xml:space="preserve"> </w:t>
        </w:r>
        <w:r w:rsidRPr="00BC1678">
          <w:rPr>
            <w:rStyle w:val="Hyperlink"/>
            <w:rFonts w:hint="eastAsia"/>
            <w:noProof/>
            <w:rtl/>
          </w:rPr>
          <w:t>الحسابية</w:t>
        </w:r>
        <w:r w:rsidRPr="00BC1678">
          <w:rPr>
            <w:rStyle w:val="Hyperlink"/>
            <w:noProof/>
            <w:rtl/>
          </w:rPr>
          <w:t xml:space="preserve"> </w:t>
        </w:r>
        <w:r w:rsidRPr="00BC1678">
          <w:rPr>
            <w:rStyle w:val="Hyperlink"/>
            <w:rFonts w:hint="eastAsia"/>
            <w:noProof/>
            <w:rtl/>
          </w:rPr>
          <w:t>والانحرافات</w:t>
        </w:r>
        <w:r w:rsidRPr="00BC1678">
          <w:rPr>
            <w:rStyle w:val="Hyperlink"/>
            <w:noProof/>
            <w:rtl/>
          </w:rPr>
          <w:t xml:space="preserve"> </w:t>
        </w:r>
        <w:r w:rsidRPr="00BC1678">
          <w:rPr>
            <w:rStyle w:val="Hyperlink"/>
            <w:rFonts w:hint="eastAsia"/>
            <w:noProof/>
            <w:rtl/>
          </w:rPr>
          <w:t>المعيارية</w:t>
        </w:r>
        <w:r w:rsidRPr="00BC1678">
          <w:rPr>
            <w:rStyle w:val="Hyperlink"/>
            <w:noProof/>
            <w:rtl/>
          </w:rPr>
          <w:t xml:space="preserve"> </w:t>
        </w:r>
        <w:r w:rsidRPr="00BC1678">
          <w:rPr>
            <w:rStyle w:val="Hyperlink"/>
            <w:rFonts w:hint="eastAsia"/>
            <w:noProof/>
            <w:rtl/>
          </w:rPr>
          <w:t>لبعد</w:t>
        </w:r>
        <w:r w:rsidRPr="00BC1678">
          <w:rPr>
            <w:rStyle w:val="Hyperlink"/>
            <w:noProof/>
            <w:rtl/>
          </w:rPr>
          <w:t xml:space="preserve"> </w:t>
        </w:r>
        <w:r w:rsidRPr="00BC1678">
          <w:rPr>
            <w:rStyle w:val="Hyperlink"/>
            <w:rFonts w:hint="eastAsia"/>
            <w:noProof/>
            <w:rtl/>
          </w:rPr>
          <w:t>تخطيط</w:t>
        </w:r>
        <w:r w:rsidRPr="00BC1678">
          <w:rPr>
            <w:rStyle w:val="Hyperlink"/>
            <w:noProof/>
            <w:rtl/>
          </w:rPr>
          <w:t xml:space="preserve"> </w:t>
        </w:r>
        <w:r w:rsidRPr="00BC1678">
          <w:rPr>
            <w:rStyle w:val="Hyperlink"/>
            <w:rFonts w:hint="eastAsia"/>
            <w:noProof/>
            <w:rtl/>
          </w:rPr>
          <w:t>الأداء</w:t>
        </w:r>
        <w:r>
          <w:rPr>
            <w:noProof/>
            <w:webHidden/>
          </w:rPr>
          <w:tab/>
        </w:r>
        <w:r>
          <w:rPr>
            <w:rStyle w:val="Hyperlink"/>
            <w:noProof/>
            <w:rtl/>
          </w:rPr>
          <w:fldChar w:fldCharType="begin"/>
        </w:r>
        <w:r>
          <w:rPr>
            <w:noProof/>
            <w:webHidden/>
          </w:rPr>
          <w:instrText xml:space="preserve"> PAGEREF _Toc233588208 \h </w:instrText>
        </w:r>
        <w:r>
          <w:rPr>
            <w:rStyle w:val="Hyperlink"/>
            <w:noProof/>
            <w:rtl/>
          </w:rPr>
        </w:r>
        <w:r>
          <w:rPr>
            <w:rStyle w:val="Hyperlink"/>
            <w:noProof/>
            <w:rtl/>
          </w:rPr>
          <w:fldChar w:fldCharType="separate"/>
        </w:r>
        <w:r w:rsidR="00486132">
          <w:rPr>
            <w:noProof/>
            <w:webHidden/>
            <w:rtl/>
            <w:cs w:val="0"/>
          </w:rPr>
          <w:t>68</w:t>
        </w:r>
        <w:r>
          <w:rPr>
            <w:rStyle w:val="Hyperlink"/>
            <w:noProof/>
            <w:rtl/>
          </w:rPr>
          <w:fldChar w:fldCharType="end"/>
        </w:r>
      </w:hyperlink>
    </w:p>
    <w:p w14:paraId="7A092401" w14:textId="243C0D8A"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09" w:history="1">
        <w:r w:rsidRPr="00BC1678">
          <w:rPr>
            <w:rStyle w:val="Hyperlink"/>
            <w:rFonts w:hint="eastAsia"/>
            <w:noProof/>
            <w:rtl/>
          </w:rPr>
          <w:t>جدول</w:t>
        </w:r>
        <w:r w:rsidRPr="00BC1678">
          <w:rPr>
            <w:rStyle w:val="Hyperlink"/>
            <w:noProof/>
            <w:rtl/>
          </w:rPr>
          <w:t xml:space="preserve"> 36 </w:t>
        </w:r>
        <w:r w:rsidRPr="00BC1678">
          <w:rPr>
            <w:rStyle w:val="Hyperlink"/>
            <w:rFonts w:hint="eastAsia"/>
            <w:noProof/>
            <w:rtl/>
          </w:rPr>
          <w:t>المتوسطات</w:t>
        </w:r>
        <w:r w:rsidRPr="00BC1678">
          <w:rPr>
            <w:rStyle w:val="Hyperlink"/>
            <w:noProof/>
            <w:rtl/>
          </w:rPr>
          <w:t xml:space="preserve"> </w:t>
        </w:r>
        <w:r w:rsidRPr="00BC1678">
          <w:rPr>
            <w:rStyle w:val="Hyperlink"/>
            <w:rFonts w:hint="eastAsia"/>
            <w:noProof/>
            <w:rtl/>
          </w:rPr>
          <w:t>الحسابية</w:t>
        </w:r>
        <w:r w:rsidRPr="00BC1678">
          <w:rPr>
            <w:rStyle w:val="Hyperlink"/>
            <w:noProof/>
            <w:rtl/>
          </w:rPr>
          <w:t xml:space="preserve"> </w:t>
        </w:r>
        <w:r w:rsidRPr="00BC1678">
          <w:rPr>
            <w:rStyle w:val="Hyperlink"/>
            <w:rFonts w:hint="eastAsia"/>
            <w:noProof/>
            <w:rtl/>
          </w:rPr>
          <w:t>والانحرافات</w:t>
        </w:r>
        <w:r w:rsidRPr="00BC1678">
          <w:rPr>
            <w:rStyle w:val="Hyperlink"/>
            <w:noProof/>
            <w:rtl/>
          </w:rPr>
          <w:t xml:space="preserve"> </w:t>
        </w:r>
        <w:r w:rsidRPr="00BC1678">
          <w:rPr>
            <w:rStyle w:val="Hyperlink"/>
            <w:rFonts w:hint="eastAsia"/>
            <w:noProof/>
            <w:rtl/>
          </w:rPr>
          <w:t>المعيارية</w:t>
        </w:r>
        <w:r w:rsidRPr="00BC1678">
          <w:rPr>
            <w:rStyle w:val="Hyperlink"/>
            <w:noProof/>
            <w:rtl/>
          </w:rPr>
          <w:t xml:space="preserve"> </w:t>
        </w:r>
        <w:r w:rsidRPr="00BC1678">
          <w:rPr>
            <w:rStyle w:val="Hyperlink"/>
            <w:rFonts w:hint="eastAsia"/>
            <w:noProof/>
            <w:rtl/>
          </w:rPr>
          <w:t>لبعد</w:t>
        </w:r>
        <w:r w:rsidRPr="00BC1678">
          <w:rPr>
            <w:rStyle w:val="Hyperlink"/>
            <w:noProof/>
            <w:rtl/>
          </w:rPr>
          <w:t xml:space="preserve"> </w:t>
        </w:r>
        <w:r w:rsidRPr="00BC1678">
          <w:rPr>
            <w:rStyle w:val="Hyperlink"/>
            <w:rFonts w:hint="eastAsia"/>
            <w:noProof/>
            <w:rtl/>
          </w:rPr>
          <w:t>المتابعة</w:t>
        </w:r>
        <w:r w:rsidRPr="00BC1678">
          <w:rPr>
            <w:rStyle w:val="Hyperlink"/>
            <w:noProof/>
            <w:rtl/>
          </w:rPr>
          <w:t xml:space="preserve"> </w:t>
        </w:r>
        <w:r w:rsidRPr="00BC1678">
          <w:rPr>
            <w:rStyle w:val="Hyperlink"/>
            <w:rFonts w:hint="eastAsia"/>
            <w:noProof/>
            <w:rtl/>
          </w:rPr>
          <w:t>والتغذية</w:t>
        </w:r>
        <w:r w:rsidRPr="00BC1678">
          <w:rPr>
            <w:rStyle w:val="Hyperlink"/>
            <w:noProof/>
            <w:rtl/>
          </w:rPr>
          <w:t xml:space="preserve"> </w:t>
        </w:r>
        <w:r w:rsidRPr="00BC1678">
          <w:rPr>
            <w:rStyle w:val="Hyperlink"/>
            <w:rFonts w:hint="eastAsia"/>
            <w:noProof/>
            <w:rtl/>
          </w:rPr>
          <w:t>الراجعة</w:t>
        </w:r>
        <w:r>
          <w:rPr>
            <w:noProof/>
            <w:webHidden/>
          </w:rPr>
          <w:tab/>
        </w:r>
        <w:r>
          <w:rPr>
            <w:rStyle w:val="Hyperlink"/>
            <w:noProof/>
            <w:rtl/>
          </w:rPr>
          <w:fldChar w:fldCharType="begin"/>
        </w:r>
        <w:r>
          <w:rPr>
            <w:noProof/>
            <w:webHidden/>
          </w:rPr>
          <w:instrText xml:space="preserve"> PAGEREF _Toc233588209 \h </w:instrText>
        </w:r>
        <w:r>
          <w:rPr>
            <w:rStyle w:val="Hyperlink"/>
            <w:noProof/>
            <w:rtl/>
          </w:rPr>
        </w:r>
        <w:r>
          <w:rPr>
            <w:rStyle w:val="Hyperlink"/>
            <w:noProof/>
            <w:rtl/>
          </w:rPr>
          <w:fldChar w:fldCharType="separate"/>
        </w:r>
        <w:r w:rsidR="00486132">
          <w:rPr>
            <w:noProof/>
            <w:webHidden/>
            <w:rtl/>
            <w:cs w:val="0"/>
          </w:rPr>
          <w:t>69</w:t>
        </w:r>
        <w:r>
          <w:rPr>
            <w:rStyle w:val="Hyperlink"/>
            <w:noProof/>
            <w:rtl/>
          </w:rPr>
          <w:fldChar w:fldCharType="end"/>
        </w:r>
      </w:hyperlink>
    </w:p>
    <w:p w14:paraId="4BB726A2" w14:textId="67FC123C"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10" w:history="1">
        <w:r w:rsidRPr="00BC1678">
          <w:rPr>
            <w:rStyle w:val="Hyperlink"/>
            <w:rFonts w:hint="eastAsia"/>
            <w:noProof/>
            <w:rtl/>
          </w:rPr>
          <w:t>جدول</w:t>
        </w:r>
        <w:r w:rsidRPr="00BC1678">
          <w:rPr>
            <w:rStyle w:val="Hyperlink"/>
            <w:noProof/>
            <w:rtl/>
          </w:rPr>
          <w:t xml:space="preserve"> 37 </w:t>
        </w:r>
        <w:r w:rsidRPr="00BC1678">
          <w:rPr>
            <w:rStyle w:val="Hyperlink"/>
            <w:rFonts w:hint="eastAsia"/>
            <w:noProof/>
            <w:rtl/>
          </w:rPr>
          <w:t>المتوسطات</w:t>
        </w:r>
        <w:r w:rsidRPr="00BC1678">
          <w:rPr>
            <w:rStyle w:val="Hyperlink"/>
            <w:noProof/>
            <w:rtl/>
          </w:rPr>
          <w:t xml:space="preserve"> </w:t>
        </w:r>
        <w:r w:rsidRPr="00BC1678">
          <w:rPr>
            <w:rStyle w:val="Hyperlink"/>
            <w:rFonts w:hint="eastAsia"/>
            <w:noProof/>
            <w:rtl/>
          </w:rPr>
          <w:t>الحسابية</w:t>
        </w:r>
        <w:r w:rsidRPr="00BC1678">
          <w:rPr>
            <w:rStyle w:val="Hyperlink"/>
            <w:noProof/>
            <w:rtl/>
          </w:rPr>
          <w:t xml:space="preserve"> </w:t>
        </w:r>
        <w:r w:rsidRPr="00BC1678">
          <w:rPr>
            <w:rStyle w:val="Hyperlink"/>
            <w:rFonts w:hint="eastAsia"/>
            <w:noProof/>
            <w:rtl/>
          </w:rPr>
          <w:t>والانحرافات</w:t>
        </w:r>
        <w:r w:rsidRPr="00BC1678">
          <w:rPr>
            <w:rStyle w:val="Hyperlink"/>
            <w:noProof/>
            <w:rtl/>
          </w:rPr>
          <w:t xml:space="preserve"> </w:t>
        </w:r>
        <w:r w:rsidRPr="00BC1678">
          <w:rPr>
            <w:rStyle w:val="Hyperlink"/>
            <w:rFonts w:hint="eastAsia"/>
            <w:noProof/>
            <w:rtl/>
          </w:rPr>
          <w:t>المعيارية</w:t>
        </w:r>
        <w:r w:rsidRPr="00BC1678">
          <w:rPr>
            <w:rStyle w:val="Hyperlink"/>
            <w:noProof/>
            <w:rtl/>
          </w:rPr>
          <w:t xml:space="preserve"> </w:t>
        </w:r>
        <w:r w:rsidRPr="00BC1678">
          <w:rPr>
            <w:rStyle w:val="Hyperlink"/>
            <w:rFonts w:hint="eastAsia"/>
            <w:noProof/>
            <w:rtl/>
          </w:rPr>
          <w:t>لبعد</w:t>
        </w:r>
        <w:r w:rsidRPr="00BC1678">
          <w:rPr>
            <w:rStyle w:val="Hyperlink"/>
            <w:noProof/>
            <w:rtl/>
          </w:rPr>
          <w:t xml:space="preserve"> </w:t>
        </w:r>
        <w:r w:rsidRPr="00BC1678">
          <w:rPr>
            <w:rStyle w:val="Hyperlink"/>
            <w:rFonts w:hint="eastAsia"/>
            <w:noProof/>
            <w:rtl/>
          </w:rPr>
          <w:t>تقييم</w:t>
        </w:r>
        <w:r w:rsidRPr="00BC1678">
          <w:rPr>
            <w:rStyle w:val="Hyperlink"/>
            <w:noProof/>
            <w:rtl/>
          </w:rPr>
          <w:t xml:space="preserve"> </w:t>
        </w:r>
        <w:r w:rsidRPr="00BC1678">
          <w:rPr>
            <w:rStyle w:val="Hyperlink"/>
            <w:rFonts w:hint="eastAsia"/>
            <w:noProof/>
            <w:rtl/>
          </w:rPr>
          <w:t>الأداء</w:t>
        </w:r>
        <w:r>
          <w:rPr>
            <w:noProof/>
            <w:webHidden/>
          </w:rPr>
          <w:tab/>
        </w:r>
        <w:r>
          <w:rPr>
            <w:rStyle w:val="Hyperlink"/>
            <w:noProof/>
            <w:rtl/>
          </w:rPr>
          <w:fldChar w:fldCharType="begin"/>
        </w:r>
        <w:r>
          <w:rPr>
            <w:noProof/>
            <w:webHidden/>
          </w:rPr>
          <w:instrText xml:space="preserve"> PAGEREF _Toc233588210 \h </w:instrText>
        </w:r>
        <w:r>
          <w:rPr>
            <w:rStyle w:val="Hyperlink"/>
            <w:noProof/>
            <w:rtl/>
          </w:rPr>
        </w:r>
        <w:r>
          <w:rPr>
            <w:rStyle w:val="Hyperlink"/>
            <w:noProof/>
            <w:rtl/>
          </w:rPr>
          <w:fldChar w:fldCharType="separate"/>
        </w:r>
        <w:r w:rsidR="00486132">
          <w:rPr>
            <w:noProof/>
            <w:webHidden/>
            <w:rtl/>
            <w:cs w:val="0"/>
          </w:rPr>
          <w:t>70</w:t>
        </w:r>
        <w:r>
          <w:rPr>
            <w:rStyle w:val="Hyperlink"/>
            <w:noProof/>
            <w:rtl/>
          </w:rPr>
          <w:fldChar w:fldCharType="end"/>
        </w:r>
      </w:hyperlink>
    </w:p>
    <w:p w14:paraId="4C5200D3" w14:textId="61A77D08"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11" w:history="1">
        <w:r w:rsidRPr="00BC1678">
          <w:rPr>
            <w:rStyle w:val="Hyperlink"/>
            <w:rFonts w:hint="eastAsia"/>
            <w:noProof/>
            <w:rtl/>
          </w:rPr>
          <w:t>جدول</w:t>
        </w:r>
        <w:r w:rsidRPr="00BC1678">
          <w:rPr>
            <w:rStyle w:val="Hyperlink"/>
            <w:noProof/>
            <w:rtl/>
          </w:rPr>
          <w:t xml:space="preserve"> 38 </w:t>
        </w:r>
        <w:r w:rsidRPr="00BC1678">
          <w:rPr>
            <w:rStyle w:val="Hyperlink"/>
            <w:rFonts w:hint="eastAsia"/>
            <w:noProof/>
            <w:rtl/>
          </w:rPr>
          <w:t>المتوسطات</w:t>
        </w:r>
        <w:r w:rsidRPr="00BC1678">
          <w:rPr>
            <w:rStyle w:val="Hyperlink"/>
            <w:noProof/>
            <w:rtl/>
          </w:rPr>
          <w:t xml:space="preserve"> </w:t>
        </w:r>
        <w:r w:rsidRPr="00BC1678">
          <w:rPr>
            <w:rStyle w:val="Hyperlink"/>
            <w:rFonts w:hint="eastAsia"/>
            <w:noProof/>
            <w:rtl/>
          </w:rPr>
          <w:t>الحسابية</w:t>
        </w:r>
        <w:r w:rsidRPr="00BC1678">
          <w:rPr>
            <w:rStyle w:val="Hyperlink"/>
            <w:noProof/>
            <w:rtl/>
          </w:rPr>
          <w:t xml:space="preserve"> </w:t>
        </w:r>
        <w:r w:rsidRPr="00BC1678">
          <w:rPr>
            <w:rStyle w:val="Hyperlink"/>
            <w:rFonts w:hint="eastAsia"/>
            <w:noProof/>
            <w:rtl/>
          </w:rPr>
          <w:t>والانحرافات</w:t>
        </w:r>
        <w:r w:rsidRPr="00BC1678">
          <w:rPr>
            <w:rStyle w:val="Hyperlink"/>
            <w:noProof/>
            <w:rtl/>
          </w:rPr>
          <w:t xml:space="preserve"> </w:t>
        </w:r>
        <w:r w:rsidRPr="00BC1678">
          <w:rPr>
            <w:rStyle w:val="Hyperlink"/>
            <w:rFonts w:hint="eastAsia"/>
            <w:noProof/>
            <w:rtl/>
          </w:rPr>
          <w:t>المعيارية</w:t>
        </w:r>
        <w:r w:rsidRPr="00BC1678">
          <w:rPr>
            <w:rStyle w:val="Hyperlink"/>
            <w:noProof/>
            <w:rtl/>
          </w:rPr>
          <w:t xml:space="preserve"> </w:t>
        </w:r>
        <w:r w:rsidRPr="00BC1678">
          <w:rPr>
            <w:rStyle w:val="Hyperlink"/>
            <w:rFonts w:hint="eastAsia"/>
            <w:noProof/>
            <w:rtl/>
          </w:rPr>
          <w:t>لبعد</w:t>
        </w:r>
        <w:r w:rsidRPr="00BC1678">
          <w:rPr>
            <w:rStyle w:val="Hyperlink"/>
            <w:noProof/>
            <w:rtl/>
          </w:rPr>
          <w:t xml:space="preserve"> </w:t>
        </w:r>
        <w:r w:rsidRPr="00BC1678">
          <w:rPr>
            <w:rStyle w:val="Hyperlink"/>
            <w:rFonts w:hint="eastAsia"/>
            <w:noProof/>
            <w:rtl/>
          </w:rPr>
          <w:t>الحوافز</w:t>
        </w:r>
        <w:r w:rsidRPr="00BC1678">
          <w:rPr>
            <w:rStyle w:val="Hyperlink"/>
            <w:noProof/>
            <w:rtl/>
          </w:rPr>
          <w:t xml:space="preserve"> </w:t>
        </w:r>
        <w:r w:rsidRPr="00BC1678">
          <w:rPr>
            <w:rStyle w:val="Hyperlink"/>
            <w:rFonts w:hint="eastAsia"/>
            <w:noProof/>
            <w:rtl/>
          </w:rPr>
          <w:t>والتطوير</w:t>
        </w:r>
        <w:r>
          <w:rPr>
            <w:noProof/>
            <w:webHidden/>
          </w:rPr>
          <w:tab/>
        </w:r>
        <w:r>
          <w:rPr>
            <w:rStyle w:val="Hyperlink"/>
            <w:noProof/>
            <w:rtl/>
          </w:rPr>
          <w:fldChar w:fldCharType="begin"/>
        </w:r>
        <w:r>
          <w:rPr>
            <w:noProof/>
            <w:webHidden/>
          </w:rPr>
          <w:instrText xml:space="preserve"> PAGEREF _Toc233588211 \h </w:instrText>
        </w:r>
        <w:r>
          <w:rPr>
            <w:rStyle w:val="Hyperlink"/>
            <w:noProof/>
            <w:rtl/>
          </w:rPr>
        </w:r>
        <w:r>
          <w:rPr>
            <w:rStyle w:val="Hyperlink"/>
            <w:noProof/>
            <w:rtl/>
          </w:rPr>
          <w:fldChar w:fldCharType="separate"/>
        </w:r>
        <w:r w:rsidR="00486132">
          <w:rPr>
            <w:noProof/>
            <w:webHidden/>
            <w:rtl/>
            <w:cs w:val="0"/>
          </w:rPr>
          <w:t>71</w:t>
        </w:r>
        <w:r>
          <w:rPr>
            <w:rStyle w:val="Hyperlink"/>
            <w:noProof/>
            <w:rtl/>
          </w:rPr>
          <w:fldChar w:fldCharType="end"/>
        </w:r>
      </w:hyperlink>
    </w:p>
    <w:p w14:paraId="00F66EAE" w14:textId="2053BE55"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12" w:history="1">
        <w:r w:rsidRPr="00BC1678">
          <w:rPr>
            <w:rStyle w:val="Hyperlink"/>
            <w:rFonts w:hint="eastAsia"/>
            <w:noProof/>
            <w:rtl/>
          </w:rPr>
          <w:t>جدول</w:t>
        </w:r>
        <w:r w:rsidRPr="00BC1678">
          <w:rPr>
            <w:rStyle w:val="Hyperlink"/>
            <w:noProof/>
            <w:rtl/>
          </w:rPr>
          <w:t xml:space="preserve"> 39 </w:t>
        </w:r>
        <w:r w:rsidRPr="00BC1678">
          <w:rPr>
            <w:rStyle w:val="Hyperlink"/>
            <w:rFonts w:hint="eastAsia"/>
            <w:noProof/>
            <w:rtl/>
          </w:rPr>
          <w:t>المتوسطات</w:t>
        </w:r>
        <w:r w:rsidRPr="00BC1678">
          <w:rPr>
            <w:rStyle w:val="Hyperlink"/>
            <w:noProof/>
            <w:rtl/>
          </w:rPr>
          <w:t xml:space="preserve"> </w:t>
        </w:r>
        <w:r w:rsidRPr="00BC1678">
          <w:rPr>
            <w:rStyle w:val="Hyperlink"/>
            <w:rFonts w:hint="eastAsia"/>
            <w:noProof/>
            <w:rtl/>
          </w:rPr>
          <w:t>الحسابية</w:t>
        </w:r>
        <w:r w:rsidRPr="00BC1678">
          <w:rPr>
            <w:rStyle w:val="Hyperlink"/>
            <w:noProof/>
            <w:rtl/>
          </w:rPr>
          <w:t xml:space="preserve"> </w:t>
        </w:r>
        <w:r w:rsidRPr="00BC1678">
          <w:rPr>
            <w:rStyle w:val="Hyperlink"/>
            <w:rFonts w:hint="eastAsia"/>
            <w:noProof/>
            <w:rtl/>
          </w:rPr>
          <w:t>والانحرافات</w:t>
        </w:r>
        <w:r w:rsidRPr="00BC1678">
          <w:rPr>
            <w:rStyle w:val="Hyperlink"/>
            <w:noProof/>
            <w:rtl/>
          </w:rPr>
          <w:t xml:space="preserve"> </w:t>
        </w:r>
        <w:r w:rsidRPr="00BC1678">
          <w:rPr>
            <w:rStyle w:val="Hyperlink"/>
            <w:rFonts w:hint="eastAsia"/>
            <w:noProof/>
            <w:rtl/>
          </w:rPr>
          <w:t>المعيارية</w:t>
        </w:r>
        <w:r w:rsidRPr="00BC1678">
          <w:rPr>
            <w:rStyle w:val="Hyperlink"/>
            <w:noProof/>
            <w:rtl/>
          </w:rPr>
          <w:t xml:space="preserve"> </w:t>
        </w:r>
        <w:r w:rsidRPr="00BC1678">
          <w:rPr>
            <w:rStyle w:val="Hyperlink"/>
            <w:rFonts w:hint="eastAsia"/>
            <w:noProof/>
            <w:rtl/>
          </w:rPr>
          <w:t>لمتغير</w:t>
        </w:r>
        <w:r w:rsidRPr="00BC1678">
          <w:rPr>
            <w:rStyle w:val="Hyperlink"/>
            <w:noProof/>
            <w:rtl/>
          </w:rPr>
          <w:t xml:space="preserve"> </w:t>
        </w:r>
        <w:r w:rsidRPr="00BC1678">
          <w:rPr>
            <w:rStyle w:val="Hyperlink"/>
            <w:rFonts w:hint="eastAsia"/>
            <w:noProof/>
            <w:rtl/>
          </w:rPr>
          <w:t>تحسين</w:t>
        </w:r>
        <w:r w:rsidRPr="00BC1678">
          <w:rPr>
            <w:rStyle w:val="Hyperlink"/>
            <w:noProof/>
            <w:rtl/>
          </w:rPr>
          <w:t xml:space="preserve"> </w:t>
        </w:r>
        <w:r w:rsidRPr="00BC1678">
          <w:rPr>
            <w:rStyle w:val="Hyperlink"/>
            <w:rFonts w:hint="eastAsia"/>
            <w:noProof/>
            <w:rtl/>
          </w:rPr>
          <w:t>الإنتاجية</w:t>
        </w:r>
        <w:r>
          <w:rPr>
            <w:noProof/>
            <w:webHidden/>
          </w:rPr>
          <w:tab/>
        </w:r>
        <w:r>
          <w:rPr>
            <w:rStyle w:val="Hyperlink"/>
            <w:noProof/>
            <w:rtl/>
          </w:rPr>
          <w:fldChar w:fldCharType="begin"/>
        </w:r>
        <w:r>
          <w:rPr>
            <w:noProof/>
            <w:webHidden/>
          </w:rPr>
          <w:instrText xml:space="preserve"> PAGEREF _Toc233588212 \h </w:instrText>
        </w:r>
        <w:r>
          <w:rPr>
            <w:rStyle w:val="Hyperlink"/>
            <w:noProof/>
            <w:rtl/>
          </w:rPr>
        </w:r>
        <w:r>
          <w:rPr>
            <w:rStyle w:val="Hyperlink"/>
            <w:noProof/>
            <w:rtl/>
          </w:rPr>
          <w:fldChar w:fldCharType="separate"/>
        </w:r>
        <w:r w:rsidR="00486132">
          <w:rPr>
            <w:noProof/>
            <w:webHidden/>
            <w:rtl/>
            <w:cs w:val="0"/>
          </w:rPr>
          <w:t>72</w:t>
        </w:r>
        <w:r>
          <w:rPr>
            <w:rStyle w:val="Hyperlink"/>
            <w:noProof/>
            <w:rtl/>
          </w:rPr>
          <w:fldChar w:fldCharType="end"/>
        </w:r>
      </w:hyperlink>
    </w:p>
    <w:p w14:paraId="0900BC64" w14:textId="311B1170"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13" w:history="1">
        <w:r w:rsidRPr="00BC1678">
          <w:rPr>
            <w:rStyle w:val="Hyperlink"/>
            <w:rFonts w:hint="eastAsia"/>
            <w:noProof/>
            <w:rtl/>
          </w:rPr>
          <w:t>جدول</w:t>
        </w:r>
        <w:r w:rsidRPr="00BC1678">
          <w:rPr>
            <w:rStyle w:val="Hyperlink"/>
            <w:noProof/>
            <w:rtl/>
          </w:rPr>
          <w:t xml:space="preserve"> 40 </w:t>
        </w:r>
        <w:r w:rsidRPr="00BC1678">
          <w:rPr>
            <w:rStyle w:val="Hyperlink"/>
            <w:rFonts w:hint="eastAsia"/>
            <w:noProof/>
            <w:rtl/>
          </w:rPr>
          <w:t>مقارنة</w:t>
        </w:r>
        <w:r w:rsidRPr="00BC1678">
          <w:rPr>
            <w:rStyle w:val="Hyperlink"/>
            <w:noProof/>
            <w:rtl/>
          </w:rPr>
          <w:t xml:space="preserve"> </w:t>
        </w:r>
        <w:r w:rsidRPr="00BC1678">
          <w:rPr>
            <w:rStyle w:val="Hyperlink"/>
            <w:rFonts w:hint="eastAsia"/>
            <w:noProof/>
            <w:rtl/>
          </w:rPr>
          <w:t>المتوسطات</w:t>
        </w:r>
        <w:r w:rsidRPr="00BC1678">
          <w:rPr>
            <w:rStyle w:val="Hyperlink"/>
            <w:noProof/>
            <w:rtl/>
          </w:rPr>
          <w:t xml:space="preserve"> </w:t>
        </w:r>
        <w:r w:rsidRPr="00BC1678">
          <w:rPr>
            <w:rStyle w:val="Hyperlink"/>
            <w:rFonts w:hint="eastAsia"/>
            <w:noProof/>
            <w:rtl/>
          </w:rPr>
          <w:t>العامة</w:t>
        </w:r>
        <w:r w:rsidRPr="00BC1678">
          <w:rPr>
            <w:rStyle w:val="Hyperlink"/>
            <w:noProof/>
            <w:rtl/>
          </w:rPr>
          <w:t xml:space="preserve"> </w:t>
        </w:r>
        <w:r w:rsidRPr="00BC1678">
          <w:rPr>
            <w:rStyle w:val="Hyperlink"/>
            <w:rFonts w:hint="eastAsia"/>
            <w:noProof/>
            <w:rtl/>
          </w:rPr>
          <w:t>لأبعاد</w:t>
        </w:r>
        <w:r w:rsidRPr="00BC1678">
          <w:rPr>
            <w:rStyle w:val="Hyperlink"/>
            <w:noProof/>
            <w:rtl/>
          </w:rPr>
          <w:t xml:space="preserve"> </w:t>
        </w:r>
        <w:r w:rsidRPr="00BC1678">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_Toc233588213 \h </w:instrText>
        </w:r>
        <w:r>
          <w:rPr>
            <w:rStyle w:val="Hyperlink"/>
            <w:noProof/>
            <w:rtl/>
          </w:rPr>
        </w:r>
        <w:r>
          <w:rPr>
            <w:rStyle w:val="Hyperlink"/>
            <w:noProof/>
            <w:rtl/>
          </w:rPr>
          <w:fldChar w:fldCharType="separate"/>
        </w:r>
        <w:r w:rsidR="00486132">
          <w:rPr>
            <w:noProof/>
            <w:webHidden/>
            <w:rtl/>
            <w:cs w:val="0"/>
          </w:rPr>
          <w:t>73</w:t>
        </w:r>
        <w:r>
          <w:rPr>
            <w:rStyle w:val="Hyperlink"/>
            <w:noProof/>
            <w:rtl/>
          </w:rPr>
          <w:fldChar w:fldCharType="end"/>
        </w:r>
      </w:hyperlink>
    </w:p>
    <w:p w14:paraId="7C47FE20" w14:textId="133FC569"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14" w:history="1">
        <w:r w:rsidRPr="00BC1678">
          <w:rPr>
            <w:rStyle w:val="Hyperlink"/>
            <w:rFonts w:hint="eastAsia"/>
            <w:noProof/>
            <w:rtl/>
          </w:rPr>
          <w:t>جدول</w:t>
        </w:r>
        <w:r w:rsidRPr="00BC1678">
          <w:rPr>
            <w:rStyle w:val="Hyperlink"/>
            <w:noProof/>
            <w:rtl/>
          </w:rPr>
          <w:t xml:space="preserve"> 41 </w:t>
        </w:r>
        <w:r w:rsidRPr="00BC1678">
          <w:rPr>
            <w:rStyle w:val="Hyperlink"/>
            <w:rFonts w:hint="eastAsia"/>
            <w:noProof/>
            <w:rtl/>
          </w:rPr>
          <w:t>مصفوفة</w:t>
        </w:r>
        <w:r w:rsidRPr="00BC1678">
          <w:rPr>
            <w:rStyle w:val="Hyperlink"/>
            <w:noProof/>
            <w:rtl/>
          </w:rPr>
          <w:t xml:space="preserve"> </w:t>
        </w:r>
        <w:r w:rsidRPr="00BC1678">
          <w:rPr>
            <w:rStyle w:val="Hyperlink"/>
            <w:rFonts w:hint="eastAsia"/>
            <w:noProof/>
            <w:rtl/>
          </w:rPr>
          <w:t>ارتباط</w:t>
        </w:r>
        <w:r w:rsidRPr="00BC1678">
          <w:rPr>
            <w:rStyle w:val="Hyperlink"/>
            <w:noProof/>
            <w:rtl/>
          </w:rPr>
          <w:t xml:space="preserve"> </w:t>
        </w:r>
        <w:r w:rsidRPr="00BC1678">
          <w:rPr>
            <w:rStyle w:val="Hyperlink"/>
            <w:rFonts w:hint="eastAsia"/>
            <w:noProof/>
            <w:rtl/>
          </w:rPr>
          <w:t>بيرسون</w:t>
        </w:r>
        <w:r w:rsidRPr="00BC1678">
          <w:rPr>
            <w:rStyle w:val="Hyperlink"/>
            <w:noProof/>
            <w:rtl/>
          </w:rPr>
          <w:t xml:space="preserve"> </w:t>
        </w:r>
        <w:r w:rsidRPr="00BC1678">
          <w:rPr>
            <w:rStyle w:val="Hyperlink"/>
            <w:rFonts w:hint="eastAsia"/>
            <w:noProof/>
            <w:rtl/>
          </w:rPr>
          <w:t>بين</w:t>
        </w:r>
        <w:r w:rsidRPr="00BC1678">
          <w:rPr>
            <w:rStyle w:val="Hyperlink"/>
            <w:noProof/>
            <w:rtl/>
          </w:rPr>
          <w:t xml:space="preserve"> </w:t>
        </w:r>
        <w:r w:rsidRPr="00BC1678">
          <w:rPr>
            <w:rStyle w:val="Hyperlink"/>
            <w:rFonts w:hint="eastAsia"/>
            <w:noProof/>
            <w:rtl/>
          </w:rPr>
          <w:t>متغيرات</w:t>
        </w:r>
        <w:r w:rsidRPr="00BC1678">
          <w:rPr>
            <w:rStyle w:val="Hyperlink"/>
            <w:noProof/>
            <w:rtl/>
          </w:rPr>
          <w:t xml:space="preserve"> </w:t>
        </w:r>
        <w:r w:rsidRPr="00BC1678">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_Toc233588214 \h </w:instrText>
        </w:r>
        <w:r>
          <w:rPr>
            <w:rStyle w:val="Hyperlink"/>
            <w:noProof/>
            <w:rtl/>
          </w:rPr>
        </w:r>
        <w:r>
          <w:rPr>
            <w:rStyle w:val="Hyperlink"/>
            <w:noProof/>
            <w:rtl/>
          </w:rPr>
          <w:fldChar w:fldCharType="separate"/>
        </w:r>
        <w:r w:rsidR="00486132">
          <w:rPr>
            <w:noProof/>
            <w:webHidden/>
            <w:rtl/>
            <w:cs w:val="0"/>
          </w:rPr>
          <w:t>75</w:t>
        </w:r>
        <w:r>
          <w:rPr>
            <w:rStyle w:val="Hyperlink"/>
            <w:noProof/>
            <w:rtl/>
          </w:rPr>
          <w:fldChar w:fldCharType="end"/>
        </w:r>
      </w:hyperlink>
    </w:p>
    <w:p w14:paraId="70ED06FF" w14:textId="57D1F850"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15" w:history="1">
        <w:r w:rsidRPr="00BC1678">
          <w:rPr>
            <w:rStyle w:val="Hyperlink"/>
            <w:rFonts w:hint="eastAsia"/>
            <w:noProof/>
            <w:rtl/>
          </w:rPr>
          <w:t>جدول</w:t>
        </w:r>
        <w:r w:rsidRPr="00BC1678">
          <w:rPr>
            <w:rStyle w:val="Hyperlink"/>
            <w:noProof/>
            <w:rtl/>
          </w:rPr>
          <w:t xml:space="preserve"> 42 </w:t>
        </w:r>
        <w:r w:rsidRPr="00BC1678">
          <w:rPr>
            <w:rStyle w:val="Hyperlink"/>
            <w:rFonts w:hint="eastAsia"/>
            <w:noProof/>
            <w:rtl/>
          </w:rPr>
          <w:t>اختبار</w:t>
        </w:r>
        <w:r w:rsidRPr="00BC1678">
          <w:rPr>
            <w:rStyle w:val="Hyperlink"/>
            <w:noProof/>
            <w:rtl/>
          </w:rPr>
          <w:t xml:space="preserve"> </w:t>
        </w:r>
        <w:r w:rsidRPr="00BC1678">
          <w:rPr>
            <w:rStyle w:val="Hyperlink"/>
            <w:rFonts w:hint="eastAsia"/>
            <w:noProof/>
            <w:rtl/>
          </w:rPr>
          <w:t>التعدد</w:t>
        </w:r>
        <w:r w:rsidRPr="00BC1678">
          <w:rPr>
            <w:rStyle w:val="Hyperlink"/>
            <w:noProof/>
            <w:rtl/>
          </w:rPr>
          <w:t xml:space="preserve"> </w:t>
        </w:r>
        <w:r w:rsidRPr="00BC1678">
          <w:rPr>
            <w:rStyle w:val="Hyperlink"/>
            <w:rFonts w:hint="eastAsia"/>
            <w:noProof/>
            <w:rtl/>
          </w:rPr>
          <w:t>الخطي</w:t>
        </w:r>
        <w:r w:rsidRPr="00BC1678">
          <w:rPr>
            <w:rStyle w:val="Hyperlink"/>
            <w:noProof/>
            <w:rtl/>
          </w:rPr>
          <w:t xml:space="preserve"> </w:t>
        </w:r>
        <w:r w:rsidRPr="00BC1678">
          <w:rPr>
            <w:rStyle w:val="Hyperlink"/>
            <w:rFonts w:hint="eastAsia"/>
            <w:noProof/>
            <w:rtl/>
          </w:rPr>
          <w:t>ومعامل</w:t>
        </w:r>
        <w:r w:rsidRPr="00BC1678">
          <w:rPr>
            <w:rStyle w:val="Hyperlink"/>
            <w:noProof/>
            <w:rtl/>
          </w:rPr>
          <w:t xml:space="preserve"> </w:t>
        </w:r>
        <w:r w:rsidRPr="00BC1678">
          <w:rPr>
            <w:rStyle w:val="Hyperlink"/>
            <w:rFonts w:hint="eastAsia"/>
            <w:noProof/>
            <w:rtl/>
          </w:rPr>
          <w:t>الالتواء</w:t>
        </w:r>
        <w:r>
          <w:rPr>
            <w:noProof/>
            <w:webHidden/>
          </w:rPr>
          <w:tab/>
        </w:r>
        <w:r>
          <w:rPr>
            <w:rStyle w:val="Hyperlink"/>
            <w:noProof/>
            <w:rtl/>
          </w:rPr>
          <w:fldChar w:fldCharType="begin"/>
        </w:r>
        <w:r>
          <w:rPr>
            <w:noProof/>
            <w:webHidden/>
          </w:rPr>
          <w:instrText xml:space="preserve"> PAGEREF _Toc233588215 \h </w:instrText>
        </w:r>
        <w:r>
          <w:rPr>
            <w:rStyle w:val="Hyperlink"/>
            <w:noProof/>
            <w:rtl/>
          </w:rPr>
        </w:r>
        <w:r>
          <w:rPr>
            <w:rStyle w:val="Hyperlink"/>
            <w:noProof/>
            <w:rtl/>
          </w:rPr>
          <w:fldChar w:fldCharType="separate"/>
        </w:r>
        <w:r w:rsidR="00486132">
          <w:rPr>
            <w:noProof/>
            <w:webHidden/>
            <w:rtl/>
            <w:cs w:val="0"/>
          </w:rPr>
          <w:t>76</w:t>
        </w:r>
        <w:r>
          <w:rPr>
            <w:rStyle w:val="Hyperlink"/>
            <w:noProof/>
            <w:rtl/>
          </w:rPr>
          <w:fldChar w:fldCharType="end"/>
        </w:r>
      </w:hyperlink>
    </w:p>
    <w:p w14:paraId="5032667D" w14:textId="26C9B91B"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16" w:history="1">
        <w:r w:rsidRPr="00BC1678">
          <w:rPr>
            <w:rStyle w:val="Hyperlink"/>
            <w:rFonts w:hint="eastAsia"/>
            <w:noProof/>
            <w:rtl/>
          </w:rPr>
          <w:t>جدول</w:t>
        </w:r>
        <w:r w:rsidRPr="00BC1678">
          <w:rPr>
            <w:rStyle w:val="Hyperlink"/>
            <w:noProof/>
            <w:rtl/>
          </w:rPr>
          <w:t xml:space="preserve"> 43 </w:t>
        </w:r>
        <w:r w:rsidRPr="00BC1678">
          <w:rPr>
            <w:rStyle w:val="Hyperlink"/>
            <w:rFonts w:hint="eastAsia"/>
            <w:noProof/>
            <w:rtl/>
          </w:rPr>
          <w:t>معاملات</w:t>
        </w:r>
        <w:r w:rsidRPr="00BC1678">
          <w:rPr>
            <w:rStyle w:val="Hyperlink"/>
            <w:noProof/>
            <w:rtl/>
          </w:rPr>
          <w:t xml:space="preserve"> </w:t>
        </w:r>
        <w:r w:rsidRPr="00BC1678">
          <w:rPr>
            <w:rStyle w:val="Hyperlink"/>
            <w:rFonts w:hint="eastAsia"/>
            <w:noProof/>
            <w:rtl/>
          </w:rPr>
          <w:t>الانحدار</w:t>
        </w:r>
        <w:r w:rsidRPr="00BC1678">
          <w:rPr>
            <w:rStyle w:val="Hyperlink"/>
            <w:noProof/>
            <w:rtl/>
          </w:rPr>
          <w:t xml:space="preserve"> </w:t>
        </w:r>
        <w:r w:rsidRPr="00BC1678">
          <w:rPr>
            <w:rStyle w:val="Hyperlink"/>
            <w:rFonts w:hint="eastAsia"/>
            <w:noProof/>
            <w:rtl/>
          </w:rPr>
          <w:t>لأبعاد</w:t>
        </w:r>
        <w:r w:rsidRPr="00BC1678">
          <w:rPr>
            <w:rStyle w:val="Hyperlink"/>
            <w:noProof/>
            <w:rtl/>
          </w:rPr>
          <w:t xml:space="preserve"> </w:t>
        </w:r>
        <w:r w:rsidRPr="00BC1678">
          <w:rPr>
            <w:rStyle w:val="Hyperlink"/>
            <w:rFonts w:hint="eastAsia"/>
            <w:noProof/>
            <w:rtl/>
          </w:rPr>
          <w:t>إدارة</w:t>
        </w:r>
        <w:r w:rsidRPr="00BC1678">
          <w:rPr>
            <w:rStyle w:val="Hyperlink"/>
            <w:noProof/>
            <w:rtl/>
          </w:rPr>
          <w:t xml:space="preserve"> </w:t>
        </w:r>
        <w:r w:rsidRPr="00BC1678">
          <w:rPr>
            <w:rStyle w:val="Hyperlink"/>
            <w:rFonts w:hint="eastAsia"/>
            <w:noProof/>
            <w:rtl/>
          </w:rPr>
          <w:t>الأداء</w:t>
        </w:r>
        <w:r w:rsidRPr="00BC1678">
          <w:rPr>
            <w:rStyle w:val="Hyperlink"/>
            <w:noProof/>
            <w:rtl/>
          </w:rPr>
          <w:t xml:space="preserve"> </w:t>
        </w:r>
        <w:r w:rsidRPr="00BC1678">
          <w:rPr>
            <w:rStyle w:val="Hyperlink"/>
            <w:rFonts w:hint="eastAsia"/>
            <w:noProof/>
            <w:rtl/>
          </w:rPr>
          <w:t>في</w:t>
        </w:r>
        <w:r w:rsidRPr="00BC1678">
          <w:rPr>
            <w:rStyle w:val="Hyperlink"/>
            <w:noProof/>
            <w:rtl/>
          </w:rPr>
          <w:t xml:space="preserve"> </w:t>
        </w:r>
        <w:r w:rsidRPr="00BC1678">
          <w:rPr>
            <w:rStyle w:val="Hyperlink"/>
            <w:rFonts w:hint="eastAsia"/>
            <w:noProof/>
            <w:rtl/>
          </w:rPr>
          <w:t>تحسين</w:t>
        </w:r>
        <w:r w:rsidRPr="00BC1678">
          <w:rPr>
            <w:rStyle w:val="Hyperlink"/>
            <w:noProof/>
            <w:rtl/>
          </w:rPr>
          <w:t xml:space="preserve"> </w:t>
        </w:r>
        <w:r w:rsidRPr="00BC1678">
          <w:rPr>
            <w:rStyle w:val="Hyperlink"/>
            <w:rFonts w:hint="eastAsia"/>
            <w:noProof/>
            <w:rtl/>
          </w:rPr>
          <w:t>الإنتاجية</w:t>
        </w:r>
        <w:r>
          <w:rPr>
            <w:noProof/>
            <w:webHidden/>
          </w:rPr>
          <w:tab/>
        </w:r>
        <w:r>
          <w:rPr>
            <w:rStyle w:val="Hyperlink"/>
            <w:noProof/>
            <w:rtl/>
          </w:rPr>
          <w:fldChar w:fldCharType="begin"/>
        </w:r>
        <w:r>
          <w:rPr>
            <w:noProof/>
            <w:webHidden/>
          </w:rPr>
          <w:instrText xml:space="preserve"> PAGEREF _Toc233588216 \h </w:instrText>
        </w:r>
        <w:r>
          <w:rPr>
            <w:rStyle w:val="Hyperlink"/>
            <w:noProof/>
            <w:rtl/>
          </w:rPr>
        </w:r>
        <w:r>
          <w:rPr>
            <w:rStyle w:val="Hyperlink"/>
            <w:noProof/>
            <w:rtl/>
          </w:rPr>
          <w:fldChar w:fldCharType="separate"/>
        </w:r>
        <w:r w:rsidR="00486132">
          <w:rPr>
            <w:noProof/>
            <w:webHidden/>
            <w:rtl/>
            <w:cs w:val="0"/>
          </w:rPr>
          <w:t>77</w:t>
        </w:r>
        <w:r>
          <w:rPr>
            <w:rStyle w:val="Hyperlink"/>
            <w:noProof/>
            <w:rtl/>
          </w:rPr>
          <w:fldChar w:fldCharType="end"/>
        </w:r>
      </w:hyperlink>
    </w:p>
    <w:p w14:paraId="38929B02" w14:textId="55B223DD"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17" w:history="1">
        <w:r w:rsidRPr="00BC1678">
          <w:rPr>
            <w:rStyle w:val="Hyperlink"/>
            <w:rFonts w:hint="eastAsia"/>
            <w:noProof/>
            <w:rtl/>
          </w:rPr>
          <w:t>جدول</w:t>
        </w:r>
        <w:r w:rsidRPr="00BC1678">
          <w:rPr>
            <w:rStyle w:val="Hyperlink"/>
            <w:noProof/>
            <w:rtl/>
          </w:rPr>
          <w:t xml:space="preserve"> 44 </w:t>
        </w:r>
        <w:r w:rsidRPr="00BC1678">
          <w:rPr>
            <w:rStyle w:val="Hyperlink"/>
            <w:rFonts w:hint="eastAsia"/>
            <w:noProof/>
            <w:rtl/>
          </w:rPr>
          <w:t>ملخص</w:t>
        </w:r>
        <w:r w:rsidRPr="00BC1678">
          <w:rPr>
            <w:rStyle w:val="Hyperlink"/>
            <w:noProof/>
            <w:rtl/>
          </w:rPr>
          <w:t xml:space="preserve"> </w:t>
        </w:r>
        <w:r w:rsidRPr="00BC1678">
          <w:rPr>
            <w:rStyle w:val="Hyperlink"/>
            <w:rFonts w:hint="eastAsia"/>
            <w:noProof/>
            <w:rtl/>
          </w:rPr>
          <w:t>نتائج</w:t>
        </w:r>
        <w:r w:rsidRPr="00BC1678">
          <w:rPr>
            <w:rStyle w:val="Hyperlink"/>
            <w:noProof/>
            <w:rtl/>
          </w:rPr>
          <w:t xml:space="preserve"> </w:t>
        </w:r>
        <w:r w:rsidRPr="00BC1678">
          <w:rPr>
            <w:rStyle w:val="Hyperlink"/>
            <w:rFonts w:hint="eastAsia"/>
            <w:noProof/>
            <w:rtl/>
          </w:rPr>
          <w:t>اختبار</w:t>
        </w:r>
        <w:r w:rsidRPr="00BC1678">
          <w:rPr>
            <w:rStyle w:val="Hyperlink"/>
            <w:noProof/>
            <w:rtl/>
          </w:rPr>
          <w:t xml:space="preserve"> </w:t>
        </w:r>
        <w:r w:rsidRPr="00BC1678">
          <w:rPr>
            <w:rStyle w:val="Hyperlink"/>
            <w:rFonts w:hint="eastAsia"/>
            <w:noProof/>
            <w:rtl/>
          </w:rPr>
          <w:t>الفرضيات</w:t>
        </w:r>
        <w:r>
          <w:rPr>
            <w:noProof/>
            <w:webHidden/>
          </w:rPr>
          <w:tab/>
        </w:r>
        <w:r>
          <w:rPr>
            <w:rStyle w:val="Hyperlink"/>
            <w:noProof/>
            <w:rtl/>
          </w:rPr>
          <w:fldChar w:fldCharType="begin"/>
        </w:r>
        <w:r>
          <w:rPr>
            <w:noProof/>
            <w:webHidden/>
          </w:rPr>
          <w:instrText xml:space="preserve"> PAGEREF _Toc233588217 \h </w:instrText>
        </w:r>
        <w:r>
          <w:rPr>
            <w:rStyle w:val="Hyperlink"/>
            <w:noProof/>
            <w:rtl/>
          </w:rPr>
        </w:r>
        <w:r>
          <w:rPr>
            <w:rStyle w:val="Hyperlink"/>
            <w:noProof/>
            <w:rtl/>
          </w:rPr>
          <w:fldChar w:fldCharType="separate"/>
        </w:r>
        <w:r w:rsidR="00486132">
          <w:rPr>
            <w:noProof/>
            <w:webHidden/>
            <w:rtl/>
            <w:cs w:val="0"/>
          </w:rPr>
          <w:t>79</w:t>
        </w:r>
        <w:r>
          <w:rPr>
            <w:rStyle w:val="Hyperlink"/>
            <w:noProof/>
            <w:rtl/>
          </w:rPr>
          <w:fldChar w:fldCharType="end"/>
        </w:r>
      </w:hyperlink>
    </w:p>
    <w:p w14:paraId="6B516E25" w14:textId="3799ACAD"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18" w:history="1">
        <w:r w:rsidRPr="00BC1678">
          <w:rPr>
            <w:rStyle w:val="Hyperlink"/>
            <w:rFonts w:hint="eastAsia"/>
            <w:noProof/>
            <w:rtl/>
          </w:rPr>
          <w:t>جدول</w:t>
        </w:r>
        <w:r w:rsidRPr="00BC1678">
          <w:rPr>
            <w:rStyle w:val="Hyperlink"/>
            <w:noProof/>
            <w:rtl/>
          </w:rPr>
          <w:t xml:space="preserve"> 45 </w:t>
        </w:r>
        <w:r w:rsidRPr="00BC1678">
          <w:rPr>
            <w:rStyle w:val="Hyperlink"/>
            <w:rFonts w:hint="eastAsia"/>
            <w:noProof/>
            <w:rtl/>
          </w:rPr>
          <w:t>ملخص</w:t>
        </w:r>
        <w:r w:rsidRPr="00BC1678">
          <w:rPr>
            <w:rStyle w:val="Hyperlink"/>
            <w:noProof/>
            <w:rtl/>
          </w:rPr>
          <w:t xml:space="preserve"> </w:t>
        </w:r>
        <w:r w:rsidRPr="00BC1678">
          <w:rPr>
            <w:rStyle w:val="Hyperlink"/>
            <w:rFonts w:hint="eastAsia"/>
            <w:noProof/>
            <w:rtl/>
          </w:rPr>
          <w:t>النتائج</w:t>
        </w:r>
        <w:r w:rsidRPr="00BC1678">
          <w:rPr>
            <w:rStyle w:val="Hyperlink"/>
            <w:noProof/>
            <w:rtl/>
          </w:rPr>
          <w:t xml:space="preserve"> </w:t>
        </w:r>
        <w:r w:rsidRPr="00BC1678">
          <w:rPr>
            <w:rStyle w:val="Hyperlink"/>
            <w:rFonts w:hint="eastAsia"/>
            <w:noProof/>
            <w:rtl/>
          </w:rPr>
          <w:t>الوصفية</w:t>
        </w:r>
        <w:r w:rsidRPr="00BC1678">
          <w:rPr>
            <w:rStyle w:val="Hyperlink"/>
            <w:noProof/>
            <w:rtl/>
          </w:rPr>
          <w:t xml:space="preserve"> </w:t>
        </w:r>
        <w:r w:rsidRPr="00BC1678">
          <w:rPr>
            <w:rStyle w:val="Hyperlink"/>
            <w:rFonts w:hint="eastAsia"/>
            <w:noProof/>
            <w:rtl/>
          </w:rPr>
          <w:t>لأبعاد</w:t>
        </w:r>
        <w:r w:rsidRPr="00BC1678">
          <w:rPr>
            <w:rStyle w:val="Hyperlink"/>
            <w:noProof/>
            <w:rtl/>
          </w:rPr>
          <w:t xml:space="preserve"> </w:t>
        </w:r>
        <w:r w:rsidRPr="00BC1678">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_Toc233588218 \h </w:instrText>
        </w:r>
        <w:r>
          <w:rPr>
            <w:rStyle w:val="Hyperlink"/>
            <w:noProof/>
            <w:rtl/>
          </w:rPr>
        </w:r>
        <w:r>
          <w:rPr>
            <w:rStyle w:val="Hyperlink"/>
            <w:noProof/>
            <w:rtl/>
          </w:rPr>
          <w:fldChar w:fldCharType="separate"/>
        </w:r>
        <w:r w:rsidR="00486132">
          <w:rPr>
            <w:noProof/>
            <w:webHidden/>
            <w:rtl/>
            <w:cs w:val="0"/>
          </w:rPr>
          <w:t>82</w:t>
        </w:r>
        <w:r>
          <w:rPr>
            <w:rStyle w:val="Hyperlink"/>
            <w:noProof/>
            <w:rtl/>
          </w:rPr>
          <w:fldChar w:fldCharType="end"/>
        </w:r>
      </w:hyperlink>
    </w:p>
    <w:p w14:paraId="2DFB7A27" w14:textId="29286CE8"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19" w:history="1">
        <w:r w:rsidRPr="00BC1678">
          <w:rPr>
            <w:rStyle w:val="Hyperlink"/>
            <w:rFonts w:hint="eastAsia"/>
            <w:noProof/>
            <w:rtl/>
          </w:rPr>
          <w:t>جدول</w:t>
        </w:r>
        <w:r w:rsidRPr="00BC1678">
          <w:rPr>
            <w:rStyle w:val="Hyperlink"/>
            <w:noProof/>
            <w:rtl/>
          </w:rPr>
          <w:t xml:space="preserve"> 46 </w:t>
        </w:r>
        <w:r w:rsidRPr="00BC1678">
          <w:rPr>
            <w:rStyle w:val="Hyperlink"/>
            <w:rFonts w:hint="eastAsia"/>
            <w:noProof/>
            <w:rtl/>
          </w:rPr>
          <w:t>ملخص</w:t>
        </w:r>
        <w:r w:rsidRPr="00BC1678">
          <w:rPr>
            <w:rStyle w:val="Hyperlink"/>
            <w:noProof/>
            <w:rtl/>
          </w:rPr>
          <w:t xml:space="preserve"> </w:t>
        </w:r>
        <w:r w:rsidRPr="00BC1678">
          <w:rPr>
            <w:rStyle w:val="Hyperlink"/>
            <w:rFonts w:hint="eastAsia"/>
            <w:noProof/>
            <w:rtl/>
          </w:rPr>
          <w:t>نتائج</w:t>
        </w:r>
        <w:r w:rsidRPr="00BC1678">
          <w:rPr>
            <w:rStyle w:val="Hyperlink"/>
            <w:noProof/>
            <w:rtl/>
          </w:rPr>
          <w:t xml:space="preserve"> </w:t>
        </w:r>
        <w:r w:rsidRPr="00BC1678">
          <w:rPr>
            <w:rStyle w:val="Hyperlink"/>
            <w:rFonts w:hint="eastAsia"/>
            <w:noProof/>
            <w:rtl/>
          </w:rPr>
          <w:t>اختبار</w:t>
        </w:r>
        <w:r w:rsidRPr="00BC1678">
          <w:rPr>
            <w:rStyle w:val="Hyperlink"/>
            <w:noProof/>
            <w:rtl/>
          </w:rPr>
          <w:t xml:space="preserve"> </w:t>
        </w:r>
        <w:r w:rsidRPr="00BC1678">
          <w:rPr>
            <w:rStyle w:val="Hyperlink"/>
            <w:rFonts w:hint="eastAsia"/>
            <w:noProof/>
            <w:rtl/>
          </w:rPr>
          <w:t>فرضيات</w:t>
        </w:r>
        <w:r w:rsidRPr="00BC1678">
          <w:rPr>
            <w:rStyle w:val="Hyperlink"/>
            <w:noProof/>
            <w:rtl/>
          </w:rPr>
          <w:t xml:space="preserve"> </w:t>
        </w:r>
        <w:r w:rsidRPr="00BC1678">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_Toc233588219 \h </w:instrText>
        </w:r>
        <w:r>
          <w:rPr>
            <w:rStyle w:val="Hyperlink"/>
            <w:noProof/>
            <w:rtl/>
          </w:rPr>
        </w:r>
        <w:r>
          <w:rPr>
            <w:rStyle w:val="Hyperlink"/>
            <w:noProof/>
            <w:rtl/>
          </w:rPr>
          <w:fldChar w:fldCharType="separate"/>
        </w:r>
        <w:r w:rsidR="00486132">
          <w:rPr>
            <w:noProof/>
            <w:webHidden/>
            <w:rtl/>
            <w:cs w:val="0"/>
          </w:rPr>
          <w:t>88</w:t>
        </w:r>
        <w:r>
          <w:rPr>
            <w:rStyle w:val="Hyperlink"/>
            <w:noProof/>
            <w:rtl/>
          </w:rPr>
          <w:fldChar w:fldCharType="end"/>
        </w:r>
      </w:hyperlink>
    </w:p>
    <w:p w14:paraId="2389F59F" w14:textId="43E6E703"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20" w:history="1">
        <w:r w:rsidRPr="00BC1678">
          <w:rPr>
            <w:rStyle w:val="Hyperlink"/>
            <w:rFonts w:hint="eastAsia"/>
            <w:noProof/>
            <w:rtl/>
          </w:rPr>
          <w:t>جدول</w:t>
        </w:r>
        <w:r w:rsidRPr="00BC1678">
          <w:rPr>
            <w:rStyle w:val="Hyperlink"/>
            <w:noProof/>
            <w:rtl/>
          </w:rPr>
          <w:t xml:space="preserve"> 47 </w:t>
        </w:r>
        <w:r w:rsidRPr="00BC1678">
          <w:rPr>
            <w:rStyle w:val="Hyperlink"/>
            <w:rFonts w:hint="eastAsia"/>
            <w:noProof/>
            <w:rtl/>
          </w:rPr>
          <w:t>ترتيب</w:t>
        </w:r>
        <w:r w:rsidRPr="00BC1678">
          <w:rPr>
            <w:rStyle w:val="Hyperlink"/>
            <w:noProof/>
            <w:rtl/>
          </w:rPr>
          <w:t xml:space="preserve"> </w:t>
        </w:r>
        <w:r w:rsidRPr="00BC1678">
          <w:rPr>
            <w:rStyle w:val="Hyperlink"/>
            <w:rFonts w:hint="eastAsia"/>
            <w:noProof/>
            <w:rtl/>
          </w:rPr>
          <w:t>أبعاد</w:t>
        </w:r>
        <w:r w:rsidRPr="00BC1678">
          <w:rPr>
            <w:rStyle w:val="Hyperlink"/>
            <w:noProof/>
            <w:rtl/>
          </w:rPr>
          <w:t xml:space="preserve"> </w:t>
        </w:r>
        <w:r w:rsidRPr="00BC1678">
          <w:rPr>
            <w:rStyle w:val="Hyperlink"/>
            <w:rFonts w:hint="eastAsia"/>
            <w:noProof/>
            <w:rtl/>
          </w:rPr>
          <w:t>إدارة</w:t>
        </w:r>
        <w:r w:rsidRPr="00BC1678">
          <w:rPr>
            <w:rStyle w:val="Hyperlink"/>
            <w:noProof/>
            <w:rtl/>
          </w:rPr>
          <w:t xml:space="preserve"> </w:t>
        </w:r>
        <w:r w:rsidRPr="00BC1678">
          <w:rPr>
            <w:rStyle w:val="Hyperlink"/>
            <w:rFonts w:hint="eastAsia"/>
            <w:noProof/>
            <w:rtl/>
          </w:rPr>
          <w:t>الأداء</w:t>
        </w:r>
        <w:r w:rsidRPr="00BC1678">
          <w:rPr>
            <w:rStyle w:val="Hyperlink"/>
            <w:noProof/>
            <w:rtl/>
          </w:rPr>
          <w:t xml:space="preserve"> </w:t>
        </w:r>
        <w:r w:rsidRPr="00BC1678">
          <w:rPr>
            <w:rStyle w:val="Hyperlink"/>
            <w:rFonts w:hint="eastAsia"/>
            <w:noProof/>
            <w:rtl/>
          </w:rPr>
          <w:t>وفق</w:t>
        </w:r>
        <w:r w:rsidRPr="00BC1678">
          <w:rPr>
            <w:rStyle w:val="Hyperlink"/>
            <w:noProof/>
            <w:rtl/>
          </w:rPr>
          <w:t xml:space="preserve"> </w:t>
        </w:r>
        <w:r w:rsidRPr="00BC1678">
          <w:rPr>
            <w:rStyle w:val="Hyperlink"/>
            <w:rFonts w:hint="eastAsia"/>
            <w:noProof/>
            <w:rtl/>
          </w:rPr>
          <w:t>قوة</w:t>
        </w:r>
        <w:r w:rsidRPr="00BC1678">
          <w:rPr>
            <w:rStyle w:val="Hyperlink"/>
            <w:noProof/>
            <w:rtl/>
          </w:rPr>
          <w:t xml:space="preserve"> </w:t>
        </w:r>
        <w:r w:rsidRPr="00BC1678">
          <w:rPr>
            <w:rStyle w:val="Hyperlink"/>
            <w:rFonts w:hint="eastAsia"/>
            <w:noProof/>
            <w:rtl/>
          </w:rPr>
          <w:t>التأثير</w:t>
        </w:r>
        <w:r w:rsidRPr="00BC1678">
          <w:rPr>
            <w:rStyle w:val="Hyperlink"/>
            <w:noProof/>
            <w:rtl/>
          </w:rPr>
          <w:t xml:space="preserve"> </w:t>
        </w:r>
        <w:r w:rsidRPr="00BC1678">
          <w:rPr>
            <w:rStyle w:val="Hyperlink"/>
            <w:rFonts w:hint="eastAsia"/>
            <w:noProof/>
            <w:rtl/>
          </w:rPr>
          <w:t>المعيارية</w:t>
        </w:r>
        <w:r>
          <w:rPr>
            <w:noProof/>
            <w:webHidden/>
          </w:rPr>
          <w:tab/>
        </w:r>
        <w:r>
          <w:rPr>
            <w:rStyle w:val="Hyperlink"/>
            <w:noProof/>
            <w:rtl/>
          </w:rPr>
          <w:fldChar w:fldCharType="begin"/>
        </w:r>
        <w:r>
          <w:rPr>
            <w:noProof/>
            <w:webHidden/>
          </w:rPr>
          <w:instrText xml:space="preserve"> PAGEREF _Toc233588220 \h </w:instrText>
        </w:r>
        <w:r>
          <w:rPr>
            <w:rStyle w:val="Hyperlink"/>
            <w:noProof/>
            <w:rtl/>
          </w:rPr>
        </w:r>
        <w:r>
          <w:rPr>
            <w:rStyle w:val="Hyperlink"/>
            <w:noProof/>
            <w:rtl/>
          </w:rPr>
          <w:fldChar w:fldCharType="separate"/>
        </w:r>
        <w:r w:rsidR="00486132">
          <w:rPr>
            <w:noProof/>
            <w:webHidden/>
            <w:rtl/>
            <w:cs w:val="0"/>
          </w:rPr>
          <w:t>88</w:t>
        </w:r>
        <w:r>
          <w:rPr>
            <w:rStyle w:val="Hyperlink"/>
            <w:noProof/>
            <w:rtl/>
          </w:rPr>
          <w:fldChar w:fldCharType="end"/>
        </w:r>
      </w:hyperlink>
    </w:p>
    <w:p w14:paraId="7EA0AB3A" w14:textId="078E54E2"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21" w:history="1">
        <w:r w:rsidRPr="00BC1678">
          <w:rPr>
            <w:rStyle w:val="Hyperlink"/>
            <w:rFonts w:hint="eastAsia"/>
            <w:noProof/>
            <w:rtl/>
          </w:rPr>
          <w:t>جدول</w:t>
        </w:r>
        <w:r w:rsidRPr="00BC1678">
          <w:rPr>
            <w:rStyle w:val="Hyperlink"/>
            <w:noProof/>
            <w:rtl/>
          </w:rPr>
          <w:t xml:space="preserve"> 48 </w:t>
        </w:r>
        <w:r w:rsidRPr="00BC1678">
          <w:rPr>
            <w:rStyle w:val="Hyperlink"/>
            <w:rFonts w:hint="eastAsia"/>
            <w:noProof/>
            <w:rtl/>
          </w:rPr>
          <w:t>الاستنتاجات</w:t>
        </w:r>
        <w:r w:rsidRPr="00BC1678">
          <w:rPr>
            <w:rStyle w:val="Hyperlink"/>
            <w:noProof/>
            <w:rtl/>
          </w:rPr>
          <w:t xml:space="preserve"> </w:t>
        </w:r>
        <w:r w:rsidRPr="00BC1678">
          <w:rPr>
            <w:rStyle w:val="Hyperlink"/>
            <w:rFonts w:hint="eastAsia"/>
            <w:noProof/>
            <w:rtl/>
          </w:rPr>
          <w:t>الرئيسة</w:t>
        </w:r>
        <w:r w:rsidRPr="00BC1678">
          <w:rPr>
            <w:rStyle w:val="Hyperlink"/>
            <w:noProof/>
            <w:rtl/>
          </w:rPr>
          <w:t xml:space="preserve"> </w:t>
        </w:r>
        <w:r w:rsidRPr="00BC1678">
          <w:rPr>
            <w:rStyle w:val="Hyperlink"/>
            <w:rFonts w:hint="eastAsia"/>
            <w:noProof/>
            <w:rtl/>
          </w:rPr>
          <w:t>ودلالاتها</w:t>
        </w:r>
        <w:r w:rsidRPr="00BC1678">
          <w:rPr>
            <w:rStyle w:val="Hyperlink"/>
            <w:noProof/>
            <w:rtl/>
          </w:rPr>
          <w:t xml:space="preserve"> </w:t>
        </w:r>
        <w:r w:rsidRPr="00BC1678">
          <w:rPr>
            <w:rStyle w:val="Hyperlink"/>
            <w:rFonts w:hint="eastAsia"/>
            <w:noProof/>
            <w:rtl/>
          </w:rPr>
          <w:t>العملية</w:t>
        </w:r>
        <w:r>
          <w:rPr>
            <w:noProof/>
            <w:webHidden/>
          </w:rPr>
          <w:tab/>
        </w:r>
        <w:r>
          <w:rPr>
            <w:rStyle w:val="Hyperlink"/>
            <w:noProof/>
            <w:rtl/>
          </w:rPr>
          <w:fldChar w:fldCharType="begin"/>
        </w:r>
        <w:r>
          <w:rPr>
            <w:noProof/>
            <w:webHidden/>
          </w:rPr>
          <w:instrText xml:space="preserve"> PAGEREF _Toc233588221 \h </w:instrText>
        </w:r>
        <w:r>
          <w:rPr>
            <w:rStyle w:val="Hyperlink"/>
            <w:noProof/>
            <w:rtl/>
          </w:rPr>
        </w:r>
        <w:r>
          <w:rPr>
            <w:rStyle w:val="Hyperlink"/>
            <w:noProof/>
            <w:rtl/>
          </w:rPr>
          <w:fldChar w:fldCharType="separate"/>
        </w:r>
        <w:r w:rsidR="00486132">
          <w:rPr>
            <w:noProof/>
            <w:webHidden/>
            <w:rtl/>
            <w:cs w:val="0"/>
          </w:rPr>
          <w:t>91</w:t>
        </w:r>
        <w:r>
          <w:rPr>
            <w:rStyle w:val="Hyperlink"/>
            <w:noProof/>
            <w:rtl/>
          </w:rPr>
          <w:fldChar w:fldCharType="end"/>
        </w:r>
      </w:hyperlink>
    </w:p>
    <w:p w14:paraId="74D5C16F" w14:textId="1197349E"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22" w:history="1">
        <w:r w:rsidRPr="00BC1678">
          <w:rPr>
            <w:rStyle w:val="Hyperlink"/>
            <w:rFonts w:hint="eastAsia"/>
            <w:noProof/>
            <w:rtl/>
          </w:rPr>
          <w:t>جدول</w:t>
        </w:r>
        <w:r w:rsidRPr="00BC1678">
          <w:rPr>
            <w:rStyle w:val="Hyperlink"/>
            <w:noProof/>
            <w:rtl/>
          </w:rPr>
          <w:t xml:space="preserve"> 49 </w:t>
        </w:r>
        <w:r w:rsidRPr="00BC1678">
          <w:rPr>
            <w:rStyle w:val="Hyperlink"/>
            <w:rFonts w:hint="eastAsia"/>
            <w:noProof/>
            <w:rtl/>
          </w:rPr>
          <w:t>التوصيات</w:t>
        </w:r>
        <w:r w:rsidRPr="00BC1678">
          <w:rPr>
            <w:rStyle w:val="Hyperlink"/>
            <w:noProof/>
            <w:rtl/>
          </w:rPr>
          <w:t xml:space="preserve"> </w:t>
        </w:r>
        <w:r w:rsidRPr="00BC1678">
          <w:rPr>
            <w:rStyle w:val="Hyperlink"/>
            <w:rFonts w:hint="eastAsia"/>
            <w:noProof/>
            <w:rtl/>
          </w:rPr>
          <w:t>العملية</w:t>
        </w:r>
        <w:r w:rsidRPr="00BC1678">
          <w:rPr>
            <w:rStyle w:val="Hyperlink"/>
            <w:noProof/>
            <w:rtl/>
          </w:rPr>
          <w:t xml:space="preserve"> </w:t>
        </w:r>
        <w:r w:rsidRPr="00BC1678">
          <w:rPr>
            <w:rStyle w:val="Hyperlink"/>
            <w:rFonts w:hint="eastAsia"/>
            <w:noProof/>
            <w:rtl/>
          </w:rPr>
          <w:t>حسب</w:t>
        </w:r>
        <w:r w:rsidRPr="00BC1678">
          <w:rPr>
            <w:rStyle w:val="Hyperlink"/>
            <w:noProof/>
            <w:rtl/>
          </w:rPr>
          <w:t xml:space="preserve"> </w:t>
        </w:r>
        <w:r w:rsidRPr="00BC1678">
          <w:rPr>
            <w:rStyle w:val="Hyperlink"/>
            <w:rFonts w:hint="eastAsia"/>
            <w:noProof/>
            <w:rtl/>
          </w:rPr>
          <w:t>أبعاد</w:t>
        </w:r>
        <w:r w:rsidRPr="00BC1678">
          <w:rPr>
            <w:rStyle w:val="Hyperlink"/>
            <w:noProof/>
            <w:rtl/>
          </w:rPr>
          <w:t xml:space="preserve"> </w:t>
        </w:r>
        <w:r w:rsidRPr="00BC1678">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_Toc233588222 \h </w:instrText>
        </w:r>
        <w:r>
          <w:rPr>
            <w:rStyle w:val="Hyperlink"/>
            <w:noProof/>
            <w:rtl/>
          </w:rPr>
        </w:r>
        <w:r>
          <w:rPr>
            <w:rStyle w:val="Hyperlink"/>
            <w:noProof/>
            <w:rtl/>
          </w:rPr>
          <w:fldChar w:fldCharType="separate"/>
        </w:r>
        <w:r w:rsidR="00486132">
          <w:rPr>
            <w:noProof/>
            <w:webHidden/>
            <w:rtl/>
            <w:cs w:val="0"/>
          </w:rPr>
          <w:t>94</w:t>
        </w:r>
        <w:r>
          <w:rPr>
            <w:rStyle w:val="Hyperlink"/>
            <w:noProof/>
            <w:rtl/>
          </w:rPr>
          <w:fldChar w:fldCharType="end"/>
        </w:r>
      </w:hyperlink>
    </w:p>
    <w:p w14:paraId="5008595F" w14:textId="476AB8C8" w:rsidR="00472BF3" w:rsidRDefault="00472BF3" w:rsidP="00472BF3">
      <w:pPr>
        <w:bidi w:val="0"/>
        <w:spacing w:line="276" w:lineRule="auto"/>
        <w:jc w:val="center"/>
        <w:rPr>
          <w:b/>
          <w:bCs/>
          <w:sz w:val="38"/>
          <w:szCs w:val="38"/>
          <w:cs w:val="0"/>
          <w:lang w:val="en-US"/>
        </w:rPr>
      </w:pPr>
      <w:r>
        <w:rPr>
          <w:b/>
          <w:bCs/>
          <w:sz w:val="38"/>
          <w:szCs w:val="38"/>
          <w:cs w:val="0"/>
          <w:lang w:val="en-US"/>
        </w:rPr>
        <w:fldChar w:fldCharType="end"/>
      </w:r>
    </w:p>
    <w:p w14:paraId="6041EF94" w14:textId="77777777" w:rsidR="00472BF3" w:rsidRDefault="00472BF3" w:rsidP="00472BF3">
      <w:pPr>
        <w:bidi w:val="0"/>
        <w:spacing w:line="276" w:lineRule="auto"/>
        <w:jc w:val="center"/>
        <w:rPr>
          <w:b/>
          <w:bCs/>
          <w:sz w:val="38"/>
          <w:szCs w:val="38"/>
          <w:cs w:val="0"/>
          <w:lang w:val="en-US"/>
        </w:rPr>
      </w:pPr>
    </w:p>
    <w:p w14:paraId="3CA657E7" w14:textId="77777777" w:rsidR="00472BF3" w:rsidRDefault="00472BF3" w:rsidP="00472BF3">
      <w:pPr>
        <w:bidi w:val="0"/>
        <w:spacing w:line="276" w:lineRule="auto"/>
        <w:jc w:val="center"/>
        <w:rPr>
          <w:b/>
          <w:bCs/>
          <w:sz w:val="38"/>
          <w:szCs w:val="38"/>
          <w:cs w:val="0"/>
          <w:lang w:val="en-US"/>
        </w:rPr>
      </w:pPr>
    </w:p>
    <w:p w14:paraId="16EC98A5" w14:textId="77777777" w:rsidR="00472BF3" w:rsidRDefault="00472BF3" w:rsidP="00472BF3">
      <w:pPr>
        <w:bidi w:val="0"/>
        <w:spacing w:line="276" w:lineRule="auto"/>
        <w:jc w:val="center"/>
        <w:rPr>
          <w:b/>
          <w:bCs/>
          <w:sz w:val="38"/>
          <w:szCs w:val="38"/>
          <w:cs w:val="0"/>
          <w:lang w:val="en-US"/>
        </w:rPr>
      </w:pPr>
    </w:p>
    <w:p w14:paraId="3599D849" w14:textId="1FFD5225" w:rsidR="00472BF3" w:rsidRDefault="00472BF3" w:rsidP="00472BF3">
      <w:pPr>
        <w:bidi w:val="0"/>
        <w:spacing w:line="276" w:lineRule="auto"/>
        <w:jc w:val="center"/>
        <w:rPr>
          <w:b/>
          <w:bCs/>
          <w:sz w:val="38"/>
          <w:szCs w:val="38"/>
          <w:rtl/>
          <w:cs w:val="0"/>
          <w:lang w:val="en-US"/>
        </w:rPr>
      </w:pPr>
      <w:r>
        <w:rPr>
          <w:rFonts w:hint="cs"/>
          <w:b/>
          <w:bCs/>
          <w:sz w:val="38"/>
          <w:szCs w:val="38"/>
          <w:rtl/>
          <w:cs w:val="0"/>
          <w:lang w:val="en-US"/>
        </w:rPr>
        <w:lastRenderedPageBreak/>
        <w:t>قائمة الاشكال</w:t>
      </w:r>
    </w:p>
    <w:p w14:paraId="6D716A7C" w14:textId="194B67DD" w:rsidR="00BF3334" w:rsidRDefault="00472BF3"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r>
        <w:rPr>
          <w:b/>
          <w:bCs/>
          <w:sz w:val="38"/>
          <w:szCs w:val="38"/>
          <w:cs w:val="0"/>
          <w:lang w:val="en-US"/>
        </w:rPr>
        <w:fldChar w:fldCharType="begin"/>
      </w:r>
      <w:r>
        <w:rPr>
          <w:b/>
          <w:bCs/>
          <w:sz w:val="38"/>
          <w:szCs w:val="38"/>
          <w:cs w:val="0"/>
          <w:lang w:val="en-US"/>
        </w:rPr>
        <w:instrText xml:space="preserve"> TOC \h \z \c "</w:instrText>
      </w:r>
      <w:r>
        <w:rPr>
          <w:b/>
          <w:bCs/>
          <w:sz w:val="38"/>
          <w:szCs w:val="38"/>
          <w:rtl/>
          <w:cs w:val="0"/>
          <w:lang w:val="en-US"/>
        </w:rPr>
        <w:instrText>رسم توضيحي</w:instrText>
      </w:r>
      <w:r>
        <w:rPr>
          <w:b/>
          <w:bCs/>
          <w:sz w:val="38"/>
          <w:szCs w:val="38"/>
          <w:cs w:val="0"/>
          <w:lang w:val="en-US"/>
        </w:rPr>
        <w:instrText xml:space="preserve">" </w:instrText>
      </w:r>
      <w:r>
        <w:rPr>
          <w:b/>
          <w:bCs/>
          <w:sz w:val="38"/>
          <w:szCs w:val="38"/>
          <w:cs w:val="0"/>
          <w:lang w:val="en-US"/>
        </w:rPr>
        <w:fldChar w:fldCharType="separate"/>
      </w:r>
      <w:hyperlink w:anchor="_Toc233588223" w:history="1">
        <w:r w:rsidR="00BF3334" w:rsidRPr="0085113F">
          <w:rPr>
            <w:rStyle w:val="Hyperlink"/>
            <w:rFonts w:hint="eastAsia"/>
            <w:noProof/>
            <w:rtl/>
          </w:rPr>
          <w:t>رسم</w:t>
        </w:r>
        <w:r w:rsidR="00BF3334" w:rsidRPr="0085113F">
          <w:rPr>
            <w:rStyle w:val="Hyperlink"/>
            <w:noProof/>
            <w:rtl/>
          </w:rPr>
          <w:t xml:space="preserve"> </w:t>
        </w:r>
        <w:r w:rsidR="00BF3334" w:rsidRPr="0085113F">
          <w:rPr>
            <w:rStyle w:val="Hyperlink"/>
            <w:rFonts w:hint="eastAsia"/>
            <w:noProof/>
            <w:rtl/>
          </w:rPr>
          <w:t>توضيحي</w:t>
        </w:r>
        <w:r w:rsidR="00BF3334" w:rsidRPr="0085113F">
          <w:rPr>
            <w:rStyle w:val="Hyperlink"/>
            <w:noProof/>
            <w:rtl/>
          </w:rPr>
          <w:t xml:space="preserve"> 1 </w:t>
        </w:r>
        <w:r w:rsidR="00BF3334" w:rsidRPr="0085113F">
          <w:rPr>
            <w:rStyle w:val="Hyperlink"/>
            <w:rFonts w:hint="eastAsia"/>
            <w:noProof/>
            <w:rtl/>
          </w:rPr>
          <w:t>نموذج</w:t>
        </w:r>
        <w:r w:rsidR="00BF3334" w:rsidRPr="0085113F">
          <w:rPr>
            <w:rStyle w:val="Hyperlink"/>
            <w:noProof/>
            <w:rtl/>
          </w:rPr>
          <w:t xml:space="preserve"> </w:t>
        </w:r>
        <w:r w:rsidR="00BF3334" w:rsidRPr="0085113F">
          <w:rPr>
            <w:rStyle w:val="Hyperlink"/>
            <w:rFonts w:hint="eastAsia"/>
            <w:noProof/>
            <w:rtl/>
          </w:rPr>
          <w:t>الدراسة</w:t>
        </w:r>
        <w:r w:rsidR="00BF3334">
          <w:rPr>
            <w:noProof/>
            <w:webHidden/>
          </w:rPr>
          <w:tab/>
        </w:r>
        <w:r w:rsidR="00BF3334">
          <w:rPr>
            <w:rStyle w:val="Hyperlink"/>
            <w:noProof/>
            <w:rtl/>
          </w:rPr>
          <w:fldChar w:fldCharType="begin"/>
        </w:r>
        <w:r w:rsidR="00BF3334">
          <w:rPr>
            <w:noProof/>
            <w:webHidden/>
          </w:rPr>
          <w:instrText xml:space="preserve"> PAGEREF _Toc233588223 \h </w:instrText>
        </w:r>
        <w:r w:rsidR="00BF3334">
          <w:rPr>
            <w:rStyle w:val="Hyperlink"/>
            <w:noProof/>
            <w:rtl/>
          </w:rPr>
        </w:r>
        <w:r w:rsidR="00BF3334">
          <w:rPr>
            <w:rStyle w:val="Hyperlink"/>
            <w:noProof/>
            <w:rtl/>
          </w:rPr>
          <w:fldChar w:fldCharType="separate"/>
        </w:r>
        <w:r w:rsidR="00486132">
          <w:rPr>
            <w:noProof/>
            <w:webHidden/>
            <w:rtl/>
            <w:cs w:val="0"/>
          </w:rPr>
          <w:t>8</w:t>
        </w:r>
        <w:r w:rsidR="00BF3334">
          <w:rPr>
            <w:rStyle w:val="Hyperlink"/>
            <w:noProof/>
            <w:rtl/>
          </w:rPr>
          <w:fldChar w:fldCharType="end"/>
        </w:r>
      </w:hyperlink>
    </w:p>
    <w:p w14:paraId="330F03FE" w14:textId="27CED99E"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24" w:history="1">
        <w:r w:rsidRPr="0085113F">
          <w:rPr>
            <w:rStyle w:val="Hyperlink"/>
            <w:rFonts w:hint="eastAsia"/>
            <w:noProof/>
            <w:rtl/>
          </w:rPr>
          <w:t>رسم</w:t>
        </w:r>
        <w:r w:rsidRPr="0085113F">
          <w:rPr>
            <w:rStyle w:val="Hyperlink"/>
            <w:noProof/>
            <w:rtl/>
          </w:rPr>
          <w:t xml:space="preserve"> </w:t>
        </w:r>
        <w:r w:rsidRPr="0085113F">
          <w:rPr>
            <w:rStyle w:val="Hyperlink"/>
            <w:rFonts w:hint="eastAsia"/>
            <w:noProof/>
            <w:rtl/>
          </w:rPr>
          <w:t>توضيحي</w:t>
        </w:r>
        <w:r w:rsidRPr="0085113F">
          <w:rPr>
            <w:rStyle w:val="Hyperlink"/>
            <w:noProof/>
            <w:rtl/>
          </w:rPr>
          <w:t xml:space="preserve"> 2 </w:t>
        </w:r>
        <w:r w:rsidRPr="0085113F">
          <w:rPr>
            <w:rStyle w:val="Hyperlink"/>
            <w:rFonts w:hint="eastAsia"/>
            <w:noProof/>
            <w:rtl/>
          </w:rPr>
          <w:t>دورة</w:t>
        </w:r>
        <w:r w:rsidRPr="0085113F">
          <w:rPr>
            <w:rStyle w:val="Hyperlink"/>
            <w:noProof/>
            <w:rtl/>
          </w:rPr>
          <w:t xml:space="preserve"> </w:t>
        </w:r>
        <w:r w:rsidRPr="0085113F">
          <w:rPr>
            <w:rStyle w:val="Hyperlink"/>
            <w:rFonts w:hint="eastAsia"/>
            <w:noProof/>
            <w:rtl/>
          </w:rPr>
          <w:t>إدارة</w:t>
        </w:r>
        <w:r w:rsidRPr="0085113F">
          <w:rPr>
            <w:rStyle w:val="Hyperlink"/>
            <w:noProof/>
            <w:rtl/>
          </w:rPr>
          <w:t xml:space="preserve"> </w:t>
        </w:r>
        <w:r w:rsidRPr="0085113F">
          <w:rPr>
            <w:rStyle w:val="Hyperlink"/>
            <w:rFonts w:hint="eastAsia"/>
            <w:noProof/>
            <w:rtl/>
          </w:rPr>
          <w:t>الأداء</w:t>
        </w:r>
        <w:r w:rsidRPr="0085113F">
          <w:rPr>
            <w:rStyle w:val="Hyperlink"/>
            <w:noProof/>
            <w:rtl/>
          </w:rPr>
          <w:t xml:space="preserve"> </w:t>
        </w:r>
        <w:r w:rsidRPr="0085113F">
          <w:rPr>
            <w:rStyle w:val="Hyperlink"/>
            <w:rFonts w:hint="eastAsia"/>
            <w:noProof/>
            <w:rtl/>
          </w:rPr>
          <w:t>في</w:t>
        </w:r>
        <w:r w:rsidRPr="0085113F">
          <w:rPr>
            <w:rStyle w:val="Hyperlink"/>
            <w:noProof/>
            <w:rtl/>
          </w:rPr>
          <w:t xml:space="preserve"> </w:t>
        </w:r>
        <w:r w:rsidRPr="0085113F">
          <w:rPr>
            <w:rStyle w:val="Hyperlink"/>
            <w:rFonts w:hint="eastAsia"/>
            <w:noProof/>
            <w:rtl/>
          </w:rPr>
          <w:t>المنشآت</w:t>
        </w:r>
        <w:r w:rsidRPr="0085113F">
          <w:rPr>
            <w:rStyle w:val="Hyperlink"/>
            <w:noProof/>
            <w:rtl/>
          </w:rPr>
          <w:t xml:space="preserve"> </w:t>
        </w:r>
        <w:r w:rsidRPr="0085113F">
          <w:rPr>
            <w:rStyle w:val="Hyperlink"/>
            <w:rFonts w:hint="eastAsia"/>
            <w:noProof/>
            <w:rtl/>
          </w:rPr>
          <w:t>الإنتاجية</w:t>
        </w:r>
        <w:r>
          <w:rPr>
            <w:noProof/>
            <w:webHidden/>
          </w:rPr>
          <w:tab/>
        </w:r>
        <w:r>
          <w:rPr>
            <w:rStyle w:val="Hyperlink"/>
            <w:noProof/>
            <w:rtl/>
          </w:rPr>
          <w:fldChar w:fldCharType="begin"/>
        </w:r>
        <w:r>
          <w:rPr>
            <w:noProof/>
            <w:webHidden/>
          </w:rPr>
          <w:instrText xml:space="preserve"> PAGEREF _Toc233588224 \h </w:instrText>
        </w:r>
        <w:r>
          <w:rPr>
            <w:rStyle w:val="Hyperlink"/>
            <w:noProof/>
            <w:rtl/>
          </w:rPr>
        </w:r>
        <w:r>
          <w:rPr>
            <w:rStyle w:val="Hyperlink"/>
            <w:noProof/>
            <w:rtl/>
          </w:rPr>
          <w:fldChar w:fldCharType="separate"/>
        </w:r>
        <w:r w:rsidR="00486132">
          <w:rPr>
            <w:noProof/>
            <w:webHidden/>
            <w:rtl/>
            <w:cs w:val="0"/>
          </w:rPr>
          <w:t>29</w:t>
        </w:r>
        <w:r>
          <w:rPr>
            <w:rStyle w:val="Hyperlink"/>
            <w:noProof/>
            <w:rtl/>
          </w:rPr>
          <w:fldChar w:fldCharType="end"/>
        </w:r>
      </w:hyperlink>
    </w:p>
    <w:p w14:paraId="6219054F" w14:textId="3F843E8B"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25" w:history="1">
        <w:r w:rsidRPr="0085113F">
          <w:rPr>
            <w:rStyle w:val="Hyperlink"/>
            <w:rFonts w:hint="eastAsia"/>
            <w:noProof/>
            <w:rtl/>
          </w:rPr>
          <w:t>رسم</w:t>
        </w:r>
        <w:r w:rsidRPr="0085113F">
          <w:rPr>
            <w:rStyle w:val="Hyperlink"/>
            <w:noProof/>
            <w:rtl/>
          </w:rPr>
          <w:t xml:space="preserve"> </w:t>
        </w:r>
        <w:r w:rsidRPr="0085113F">
          <w:rPr>
            <w:rStyle w:val="Hyperlink"/>
            <w:rFonts w:hint="eastAsia"/>
            <w:noProof/>
            <w:rtl/>
          </w:rPr>
          <w:t>توضيحي</w:t>
        </w:r>
        <w:r w:rsidRPr="0085113F">
          <w:rPr>
            <w:rStyle w:val="Hyperlink"/>
            <w:noProof/>
            <w:rtl/>
          </w:rPr>
          <w:t xml:space="preserve"> 4</w:t>
        </w:r>
        <w:r w:rsidRPr="0085113F">
          <w:rPr>
            <w:rStyle w:val="Hyperlink"/>
            <w:noProof/>
            <w:rtl/>
            <w:cs w:val="0"/>
          </w:rPr>
          <w:t xml:space="preserve"> </w:t>
        </w:r>
        <w:r w:rsidRPr="0085113F">
          <w:rPr>
            <w:rStyle w:val="Hyperlink"/>
            <w:rFonts w:hint="eastAsia"/>
            <w:noProof/>
            <w:rtl/>
          </w:rPr>
          <w:t>مراجعة</w:t>
        </w:r>
        <w:r w:rsidRPr="0085113F">
          <w:rPr>
            <w:rStyle w:val="Hyperlink"/>
            <w:noProof/>
            <w:rtl/>
          </w:rPr>
          <w:t xml:space="preserve"> </w:t>
        </w:r>
        <w:r w:rsidRPr="0085113F">
          <w:rPr>
            <w:rStyle w:val="Hyperlink"/>
            <w:rFonts w:hint="eastAsia"/>
            <w:noProof/>
            <w:rtl/>
          </w:rPr>
          <w:t>الأدبيات</w:t>
        </w:r>
        <w:r w:rsidRPr="0085113F">
          <w:rPr>
            <w:rStyle w:val="Hyperlink"/>
            <w:noProof/>
            <w:rtl/>
          </w:rPr>
          <w:t xml:space="preserve"> </w:t>
        </w:r>
        <w:r w:rsidRPr="0085113F">
          <w:rPr>
            <w:rStyle w:val="Hyperlink"/>
            <w:rFonts w:hint="eastAsia"/>
            <w:noProof/>
            <w:rtl/>
          </w:rPr>
          <w:t>والدراسات</w:t>
        </w:r>
        <w:r w:rsidRPr="0085113F">
          <w:rPr>
            <w:rStyle w:val="Hyperlink"/>
            <w:noProof/>
            <w:rtl/>
          </w:rPr>
          <w:t xml:space="preserve"> </w:t>
        </w:r>
        <w:r w:rsidRPr="0085113F">
          <w:rPr>
            <w:rStyle w:val="Hyperlink"/>
            <w:rFonts w:hint="eastAsia"/>
            <w:noProof/>
            <w:rtl/>
          </w:rPr>
          <w:t>السابقة</w:t>
        </w:r>
        <w:r>
          <w:rPr>
            <w:noProof/>
            <w:webHidden/>
          </w:rPr>
          <w:tab/>
        </w:r>
        <w:r>
          <w:rPr>
            <w:rStyle w:val="Hyperlink"/>
            <w:noProof/>
            <w:rtl/>
          </w:rPr>
          <w:fldChar w:fldCharType="begin"/>
        </w:r>
        <w:r>
          <w:rPr>
            <w:noProof/>
            <w:webHidden/>
          </w:rPr>
          <w:instrText xml:space="preserve"> PAGEREF _Toc233588225 \h </w:instrText>
        </w:r>
        <w:r>
          <w:rPr>
            <w:rStyle w:val="Hyperlink"/>
            <w:noProof/>
            <w:rtl/>
          </w:rPr>
        </w:r>
        <w:r>
          <w:rPr>
            <w:rStyle w:val="Hyperlink"/>
            <w:noProof/>
            <w:rtl/>
          </w:rPr>
          <w:fldChar w:fldCharType="separate"/>
        </w:r>
        <w:r w:rsidR="00486132">
          <w:rPr>
            <w:noProof/>
            <w:webHidden/>
            <w:rtl/>
            <w:cs w:val="0"/>
          </w:rPr>
          <w:t>51</w:t>
        </w:r>
        <w:r>
          <w:rPr>
            <w:rStyle w:val="Hyperlink"/>
            <w:noProof/>
            <w:rtl/>
          </w:rPr>
          <w:fldChar w:fldCharType="end"/>
        </w:r>
      </w:hyperlink>
    </w:p>
    <w:p w14:paraId="74ED7FF6" w14:textId="37D323C7"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26" w:history="1">
        <w:r w:rsidRPr="0085113F">
          <w:rPr>
            <w:rStyle w:val="Hyperlink"/>
            <w:rFonts w:hint="eastAsia"/>
            <w:noProof/>
            <w:rtl/>
          </w:rPr>
          <w:t>رسم</w:t>
        </w:r>
        <w:r w:rsidRPr="0085113F">
          <w:rPr>
            <w:rStyle w:val="Hyperlink"/>
            <w:noProof/>
            <w:rtl/>
          </w:rPr>
          <w:t xml:space="preserve"> </w:t>
        </w:r>
        <w:r w:rsidRPr="0085113F">
          <w:rPr>
            <w:rStyle w:val="Hyperlink"/>
            <w:rFonts w:hint="eastAsia"/>
            <w:noProof/>
            <w:rtl/>
          </w:rPr>
          <w:t>توضيحي</w:t>
        </w:r>
        <w:r w:rsidRPr="0085113F">
          <w:rPr>
            <w:rStyle w:val="Hyperlink"/>
            <w:noProof/>
            <w:rtl/>
          </w:rPr>
          <w:t xml:space="preserve"> 5 </w:t>
        </w:r>
        <w:r w:rsidRPr="0085113F">
          <w:rPr>
            <w:rStyle w:val="Hyperlink"/>
            <w:rFonts w:hint="eastAsia"/>
            <w:noProof/>
            <w:rtl/>
          </w:rPr>
          <w:t>توزيع</w:t>
        </w:r>
        <w:r w:rsidRPr="0085113F">
          <w:rPr>
            <w:rStyle w:val="Hyperlink"/>
            <w:noProof/>
            <w:rtl/>
          </w:rPr>
          <w:t xml:space="preserve"> </w:t>
        </w:r>
        <w:r w:rsidRPr="0085113F">
          <w:rPr>
            <w:rStyle w:val="Hyperlink"/>
            <w:rFonts w:hint="eastAsia"/>
            <w:noProof/>
            <w:rtl/>
          </w:rPr>
          <w:t>العينة</w:t>
        </w:r>
        <w:r w:rsidRPr="0085113F">
          <w:rPr>
            <w:rStyle w:val="Hyperlink"/>
            <w:noProof/>
            <w:rtl/>
          </w:rPr>
          <w:t xml:space="preserve"> </w:t>
        </w:r>
        <w:r w:rsidRPr="0085113F">
          <w:rPr>
            <w:rStyle w:val="Hyperlink"/>
            <w:rFonts w:hint="eastAsia"/>
            <w:noProof/>
            <w:rtl/>
          </w:rPr>
          <w:t>حسب</w:t>
        </w:r>
        <w:r w:rsidRPr="0085113F">
          <w:rPr>
            <w:rStyle w:val="Hyperlink"/>
            <w:noProof/>
            <w:rtl/>
          </w:rPr>
          <w:t xml:space="preserve"> </w:t>
        </w:r>
        <w:r w:rsidRPr="0085113F">
          <w:rPr>
            <w:rStyle w:val="Hyperlink"/>
            <w:rFonts w:hint="eastAsia"/>
            <w:noProof/>
            <w:rtl/>
          </w:rPr>
          <w:t>النوع</w:t>
        </w:r>
        <w:r w:rsidRPr="0085113F">
          <w:rPr>
            <w:rStyle w:val="Hyperlink"/>
            <w:noProof/>
            <w:rtl/>
          </w:rPr>
          <w:t xml:space="preserve"> </w:t>
        </w:r>
        <w:r w:rsidRPr="0085113F">
          <w:rPr>
            <w:rStyle w:val="Hyperlink"/>
            <w:rFonts w:hint="eastAsia"/>
            <w:noProof/>
            <w:rtl/>
          </w:rPr>
          <w:t>الاجتماعي</w:t>
        </w:r>
        <w:r>
          <w:rPr>
            <w:noProof/>
            <w:webHidden/>
          </w:rPr>
          <w:tab/>
        </w:r>
        <w:r>
          <w:rPr>
            <w:rStyle w:val="Hyperlink"/>
            <w:noProof/>
            <w:rtl/>
          </w:rPr>
          <w:fldChar w:fldCharType="begin"/>
        </w:r>
        <w:r>
          <w:rPr>
            <w:noProof/>
            <w:webHidden/>
          </w:rPr>
          <w:instrText xml:space="preserve"> PAGEREF _Toc233588226 \h </w:instrText>
        </w:r>
        <w:r>
          <w:rPr>
            <w:rStyle w:val="Hyperlink"/>
            <w:noProof/>
            <w:rtl/>
          </w:rPr>
        </w:r>
        <w:r>
          <w:rPr>
            <w:rStyle w:val="Hyperlink"/>
            <w:noProof/>
            <w:rtl/>
          </w:rPr>
          <w:fldChar w:fldCharType="separate"/>
        </w:r>
        <w:r w:rsidR="00486132">
          <w:rPr>
            <w:noProof/>
            <w:webHidden/>
            <w:rtl/>
            <w:cs w:val="0"/>
          </w:rPr>
          <w:t>60</w:t>
        </w:r>
        <w:r>
          <w:rPr>
            <w:rStyle w:val="Hyperlink"/>
            <w:noProof/>
            <w:rtl/>
          </w:rPr>
          <w:fldChar w:fldCharType="end"/>
        </w:r>
      </w:hyperlink>
    </w:p>
    <w:p w14:paraId="5652FF85" w14:textId="21C92040"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27" w:history="1">
        <w:r w:rsidRPr="0085113F">
          <w:rPr>
            <w:rStyle w:val="Hyperlink"/>
            <w:rFonts w:hint="eastAsia"/>
            <w:noProof/>
            <w:rtl/>
          </w:rPr>
          <w:t>رسم</w:t>
        </w:r>
        <w:r w:rsidRPr="0085113F">
          <w:rPr>
            <w:rStyle w:val="Hyperlink"/>
            <w:noProof/>
            <w:rtl/>
          </w:rPr>
          <w:t xml:space="preserve"> </w:t>
        </w:r>
        <w:r w:rsidRPr="0085113F">
          <w:rPr>
            <w:rStyle w:val="Hyperlink"/>
            <w:rFonts w:hint="eastAsia"/>
            <w:noProof/>
            <w:rtl/>
          </w:rPr>
          <w:t>توضيحي</w:t>
        </w:r>
        <w:r w:rsidRPr="0085113F">
          <w:rPr>
            <w:rStyle w:val="Hyperlink"/>
            <w:noProof/>
            <w:rtl/>
          </w:rPr>
          <w:t xml:space="preserve"> 6 </w:t>
        </w:r>
        <w:r w:rsidRPr="0085113F">
          <w:rPr>
            <w:rStyle w:val="Hyperlink"/>
            <w:rFonts w:hint="eastAsia"/>
            <w:noProof/>
            <w:rtl/>
          </w:rPr>
          <w:t>توزيع</w:t>
        </w:r>
        <w:r w:rsidRPr="0085113F">
          <w:rPr>
            <w:rStyle w:val="Hyperlink"/>
            <w:noProof/>
            <w:rtl/>
          </w:rPr>
          <w:t xml:space="preserve"> </w:t>
        </w:r>
        <w:r w:rsidRPr="0085113F">
          <w:rPr>
            <w:rStyle w:val="Hyperlink"/>
            <w:rFonts w:hint="eastAsia"/>
            <w:noProof/>
            <w:rtl/>
          </w:rPr>
          <w:t>العينة</w:t>
        </w:r>
        <w:r w:rsidRPr="0085113F">
          <w:rPr>
            <w:rStyle w:val="Hyperlink"/>
            <w:noProof/>
            <w:rtl/>
          </w:rPr>
          <w:t xml:space="preserve"> </w:t>
        </w:r>
        <w:r w:rsidRPr="0085113F">
          <w:rPr>
            <w:rStyle w:val="Hyperlink"/>
            <w:rFonts w:hint="eastAsia"/>
            <w:noProof/>
            <w:rtl/>
          </w:rPr>
          <w:t>حسب</w:t>
        </w:r>
        <w:r w:rsidRPr="0085113F">
          <w:rPr>
            <w:rStyle w:val="Hyperlink"/>
            <w:noProof/>
            <w:rtl/>
          </w:rPr>
          <w:t xml:space="preserve"> </w:t>
        </w:r>
        <w:r w:rsidRPr="0085113F">
          <w:rPr>
            <w:rStyle w:val="Hyperlink"/>
            <w:rFonts w:hint="eastAsia"/>
            <w:noProof/>
            <w:rtl/>
          </w:rPr>
          <w:t>الفئة</w:t>
        </w:r>
        <w:r w:rsidRPr="0085113F">
          <w:rPr>
            <w:rStyle w:val="Hyperlink"/>
            <w:noProof/>
            <w:rtl/>
          </w:rPr>
          <w:t xml:space="preserve"> </w:t>
        </w:r>
        <w:r w:rsidRPr="0085113F">
          <w:rPr>
            <w:rStyle w:val="Hyperlink"/>
            <w:rFonts w:hint="eastAsia"/>
            <w:noProof/>
            <w:rtl/>
          </w:rPr>
          <w:t>العمرية</w:t>
        </w:r>
        <w:r>
          <w:rPr>
            <w:noProof/>
            <w:webHidden/>
          </w:rPr>
          <w:tab/>
        </w:r>
        <w:r>
          <w:rPr>
            <w:rStyle w:val="Hyperlink"/>
            <w:noProof/>
            <w:rtl/>
          </w:rPr>
          <w:fldChar w:fldCharType="begin"/>
        </w:r>
        <w:r>
          <w:rPr>
            <w:noProof/>
            <w:webHidden/>
          </w:rPr>
          <w:instrText xml:space="preserve"> PAGEREF _Toc233588227 \h </w:instrText>
        </w:r>
        <w:r>
          <w:rPr>
            <w:rStyle w:val="Hyperlink"/>
            <w:noProof/>
            <w:rtl/>
          </w:rPr>
        </w:r>
        <w:r>
          <w:rPr>
            <w:rStyle w:val="Hyperlink"/>
            <w:noProof/>
            <w:rtl/>
          </w:rPr>
          <w:fldChar w:fldCharType="separate"/>
        </w:r>
        <w:r w:rsidR="00486132">
          <w:rPr>
            <w:noProof/>
            <w:webHidden/>
            <w:rtl/>
            <w:cs w:val="0"/>
          </w:rPr>
          <w:t>61</w:t>
        </w:r>
        <w:r>
          <w:rPr>
            <w:rStyle w:val="Hyperlink"/>
            <w:noProof/>
            <w:rtl/>
          </w:rPr>
          <w:fldChar w:fldCharType="end"/>
        </w:r>
      </w:hyperlink>
    </w:p>
    <w:p w14:paraId="49217499" w14:textId="26C19C7C"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28" w:history="1">
        <w:r w:rsidRPr="0085113F">
          <w:rPr>
            <w:rStyle w:val="Hyperlink"/>
            <w:rFonts w:hint="eastAsia"/>
            <w:noProof/>
            <w:rtl/>
          </w:rPr>
          <w:t>رسم</w:t>
        </w:r>
        <w:r w:rsidRPr="0085113F">
          <w:rPr>
            <w:rStyle w:val="Hyperlink"/>
            <w:noProof/>
            <w:rtl/>
          </w:rPr>
          <w:t xml:space="preserve"> </w:t>
        </w:r>
        <w:r w:rsidRPr="0085113F">
          <w:rPr>
            <w:rStyle w:val="Hyperlink"/>
            <w:rFonts w:hint="eastAsia"/>
            <w:noProof/>
            <w:rtl/>
          </w:rPr>
          <w:t>توضيحي</w:t>
        </w:r>
        <w:r w:rsidRPr="0085113F">
          <w:rPr>
            <w:rStyle w:val="Hyperlink"/>
            <w:noProof/>
            <w:rtl/>
          </w:rPr>
          <w:t xml:space="preserve"> 7 </w:t>
        </w:r>
        <w:r w:rsidRPr="0085113F">
          <w:rPr>
            <w:rStyle w:val="Hyperlink"/>
            <w:rFonts w:hint="eastAsia"/>
            <w:noProof/>
            <w:rtl/>
          </w:rPr>
          <w:t>توزيع</w:t>
        </w:r>
        <w:r w:rsidRPr="0085113F">
          <w:rPr>
            <w:rStyle w:val="Hyperlink"/>
            <w:noProof/>
            <w:rtl/>
          </w:rPr>
          <w:t xml:space="preserve"> </w:t>
        </w:r>
        <w:r w:rsidRPr="0085113F">
          <w:rPr>
            <w:rStyle w:val="Hyperlink"/>
            <w:rFonts w:hint="eastAsia"/>
            <w:noProof/>
            <w:rtl/>
          </w:rPr>
          <w:t>العينة</w:t>
        </w:r>
        <w:r w:rsidRPr="0085113F">
          <w:rPr>
            <w:rStyle w:val="Hyperlink"/>
            <w:noProof/>
            <w:rtl/>
          </w:rPr>
          <w:t xml:space="preserve"> </w:t>
        </w:r>
        <w:r w:rsidRPr="0085113F">
          <w:rPr>
            <w:rStyle w:val="Hyperlink"/>
            <w:rFonts w:hint="eastAsia"/>
            <w:noProof/>
            <w:rtl/>
          </w:rPr>
          <w:t>حسب</w:t>
        </w:r>
        <w:r w:rsidRPr="0085113F">
          <w:rPr>
            <w:rStyle w:val="Hyperlink"/>
            <w:noProof/>
            <w:rtl/>
          </w:rPr>
          <w:t xml:space="preserve"> </w:t>
        </w:r>
        <w:r w:rsidRPr="0085113F">
          <w:rPr>
            <w:rStyle w:val="Hyperlink"/>
            <w:rFonts w:hint="eastAsia"/>
            <w:noProof/>
            <w:rtl/>
          </w:rPr>
          <w:t>المؤهل</w:t>
        </w:r>
        <w:r w:rsidRPr="0085113F">
          <w:rPr>
            <w:rStyle w:val="Hyperlink"/>
            <w:noProof/>
            <w:rtl/>
          </w:rPr>
          <w:t xml:space="preserve"> </w:t>
        </w:r>
        <w:r w:rsidRPr="0085113F">
          <w:rPr>
            <w:rStyle w:val="Hyperlink"/>
            <w:rFonts w:hint="eastAsia"/>
            <w:noProof/>
            <w:rtl/>
          </w:rPr>
          <w:t>العلمي</w:t>
        </w:r>
        <w:r>
          <w:rPr>
            <w:noProof/>
            <w:webHidden/>
          </w:rPr>
          <w:tab/>
        </w:r>
        <w:r>
          <w:rPr>
            <w:rStyle w:val="Hyperlink"/>
            <w:noProof/>
            <w:rtl/>
          </w:rPr>
          <w:fldChar w:fldCharType="begin"/>
        </w:r>
        <w:r>
          <w:rPr>
            <w:noProof/>
            <w:webHidden/>
          </w:rPr>
          <w:instrText xml:space="preserve"> PAGEREF _Toc233588228 \h </w:instrText>
        </w:r>
        <w:r>
          <w:rPr>
            <w:rStyle w:val="Hyperlink"/>
            <w:noProof/>
            <w:rtl/>
          </w:rPr>
        </w:r>
        <w:r>
          <w:rPr>
            <w:rStyle w:val="Hyperlink"/>
            <w:noProof/>
            <w:rtl/>
          </w:rPr>
          <w:fldChar w:fldCharType="separate"/>
        </w:r>
        <w:r w:rsidR="00486132">
          <w:rPr>
            <w:noProof/>
            <w:webHidden/>
            <w:rtl/>
            <w:cs w:val="0"/>
          </w:rPr>
          <w:t>62</w:t>
        </w:r>
        <w:r>
          <w:rPr>
            <w:rStyle w:val="Hyperlink"/>
            <w:noProof/>
            <w:rtl/>
          </w:rPr>
          <w:fldChar w:fldCharType="end"/>
        </w:r>
      </w:hyperlink>
    </w:p>
    <w:p w14:paraId="2382DEE9" w14:textId="5CD644EB"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29" w:history="1">
        <w:r w:rsidRPr="0085113F">
          <w:rPr>
            <w:rStyle w:val="Hyperlink"/>
            <w:rFonts w:hint="eastAsia"/>
            <w:noProof/>
            <w:rtl/>
          </w:rPr>
          <w:t>رسم</w:t>
        </w:r>
        <w:r w:rsidRPr="0085113F">
          <w:rPr>
            <w:rStyle w:val="Hyperlink"/>
            <w:noProof/>
            <w:rtl/>
          </w:rPr>
          <w:t xml:space="preserve"> </w:t>
        </w:r>
        <w:r w:rsidRPr="0085113F">
          <w:rPr>
            <w:rStyle w:val="Hyperlink"/>
            <w:rFonts w:hint="eastAsia"/>
            <w:noProof/>
            <w:rtl/>
          </w:rPr>
          <w:t>توضيحي</w:t>
        </w:r>
        <w:r w:rsidRPr="0085113F">
          <w:rPr>
            <w:rStyle w:val="Hyperlink"/>
            <w:noProof/>
            <w:rtl/>
          </w:rPr>
          <w:t xml:space="preserve"> 8 </w:t>
        </w:r>
        <w:r w:rsidRPr="0085113F">
          <w:rPr>
            <w:rStyle w:val="Hyperlink"/>
            <w:rFonts w:hint="eastAsia"/>
            <w:noProof/>
            <w:rtl/>
          </w:rPr>
          <w:t>توزيع</w:t>
        </w:r>
        <w:r w:rsidRPr="0085113F">
          <w:rPr>
            <w:rStyle w:val="Hyperlink"/>
            <w:noProof/>
            <w:rtl/>
          </w:rPr>
          <w:t xml:space="preserve"> </w:t>
        </w:r>
        <w:r w:rsidRPr="0085113F">
          <w:rPr>
            <w:rStyle w:val="Hyperlink"/>
            <w:rFonts w:hint="eastAsia"/>
            <w:noProof/>
            <w:rtl/>
          </w:rPr>
          <w:t>العينة</w:t>
        </w:r>
        <w:r w:rsidRPr="0085113F">
          <w:rPr>
            <w:rStyle w:val="Hyperlink"/>
            <w:noProof/>
            <w:rtl/>
          </w:rPr>
          <w:t xml:space="preserve"> </w:t>
        </w:r>
        <w:r w:rsidRPr="0085113F">
          <w:rPr>
            <w:rStyle w:val="Hyperlink"/>
            <w:rFonts w:hint="eastAsia"/>
            <w:noProof/>
            <w:rtl/>
          </w:rPr>
          <w:t>حسب</w:t>
        </w:r>
        <w:r w:rsidRPr="0085113F">
          <w:rPr>
            <w:rStyle w:val="Hyperlink"/>
            <w:noProof/>
            <w:rtl/>
          </w:rPr>
          <w:t xml:space="preserve"> </w:t>
        </w:r>
        <w:r w:rsidRPr="0085113F">
          <w:rPr>
            <w:rStyle w:val="Hyperlink"/>
            <w:rFonts w:hint="eastAsia"/>
            <w:noProof/>
            <w:rtl/>
          </w:rPr>
          <w:t>سنوات</w:t>
        </w:r>
        <w:r w:rsidRPr="0085113F">
          <w:rPr>
            <w:rStyle w:val="Hyperlink"/>
            <w:noProof/>
            <w:rtl/>
          </w:rPr>
          <w:t xml:space="preserve"> </w:t>
        </w:r>
        <w:r w:rsidRPr="0085113F">
          <w:rPr>
            <w:rStyle w:val="Hyperlink"/>
            <w:rFonts w:hint="eastAsia"/>
            <w:noProof/>
            <w:rtl/>
          </w:rPr>
          <w:t>الخبرة</w:t>
        </w:r>
        <w:r>
          <w:rPr>
            <w:noProof/>
            <w:webHidden/>
          </w:rPr>
          <w:tab/>
        </w:r>
        <w:r>
          <w:rPr>
            <w:rStyle w:val="Hyperlink"/>
            <w:noProof/>
            <w:rtl/>
          </w:rPr>
          <w:fldChar w:fldCharType="begin"/>
        </w:r>
        <w:r>
          <w:rPr>
            <w:noProof/>
            <w:webHidden/>
          </w:rPr>
          <w:instrText xml:space="preserve"> PAGEREF _Toc233588229 \h </w:instrText>
        </w:r>
        <w:r>
          <w:rPr>
            <w:rStyle w:val="Hyperlink"/>
            <w:noProof/>
            <w:rtl/>
          </w:rPr>
        </w:r>
        <w:r>
          <w:rPr>
            <w:rStyle w:val="Hyperlink"/>
            <w:noProof/>
            <w:rtl/>
          </w:rPr>
          <w:fldChar w:fldCharType="separate"/>
        </w:r>
        <w:r w:rsidR="00486132">
          <w:rPr>
            <w:noProof/>
            <w:webHidden/>
            <w:rtl/>
            <w:cs w:val="0"/>
          </w:rPr>
          <w:t>63</w:t>
        </w:r>
        <w:r>
          <w:rPr>
            <w:rStyle w:val="Hyperlink"/>
            <w:noProof/>
            <w:rtl/>
          </w:rPr>
          <w:fldChar w:fldCharType="end"/>
        </w:r>
      </w:hyperlink>
    </w:p>
    <w:p w14:paraId="6EAE5580" w14:textId="713DDABB"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30" w:history="1">
        <w:r w:rsidRPr="0085113F">
          <w:rPr>
            <w:rStyle w:val="Hyperlink"/>
            <w:rFonts w:hint="eastAsia"/>
            <w:noProof/>
            <w:rtl/>
          </w:rPr>
          <w:t>رسم</w:t>
        </w:r>
        <w:r w:rsidRPr="0085113F">
          <w:rPr>
            <w:rStyle w:val="Hyperlink"/>
            <w:noProof/>
            <w:rtl/>
          </w:rPr>
          <w:t xml:space="preserve"> </w:t>
        </w:r>
        <w:r w:rsidRPr="0085113F">
          <w:rPr>
            <w:rStyle w:val="Hyperlink"/>
            <w:rFonts w:hint="eastAsia"/>
            <w:noProof/>
            <w:rtl/>
          </w:rPr>
          <w:t>توضيحي</w:t>
        </w:r>
        <w:r w:rsidRPr="0085113F">
          <w:rPr>
            <w:rStyle w:val="Hyperlink"/>
            <w:noProof/>
            <w:rtl/>
          </w:rPr>
          <w:t xml:space="preserve"> 9 </w:t>
        </w:r>
        <w:r w:rsidRPr="0085113F">
          <w:rPr>
            <w:rStyle w:val="Hyperlink"/>
            <w:rFonts w:hint="eastAsia"/>
            <w:noProof/>
            <w:rtl/>
          </w:rPr>
          <w:t>توزيع</w:t>
        </w:r>
        <w:r w:rsidRPr="0085113F">
          <w:rPr>
            <w:rStyle w:val="Hyperlink"/>
            <w:noProof/>
            <w:rtl/>
          </w:rPr>
          <w:t xml:space="preserve"> </w:t>
        </w:r>
        <w:r w:rsidRPr="0085113F">
          <w:rPr>
            <w:rStyle w:val="Hyperlink"/>
            <w:rFonts w:hint="eastAsia"/>
            <w:noProof/>
            <w:rtl/>
          </w:rPr>
          <w:t>العينة</w:t>
        </w:r>
        <w:r w:rsidRPr="0085113F">
          <w:rPr>
            <w:rStyle w:val="Hyperlink"/>
            <w:noProof/>
            <w:rtl/>
          </w:rPr>
          <w:t xml:space="preserve"> </w:t>
        </w:r>
        <w:r w:rsidRPr="0085113F">
          <w:rPr>
            <w:rStyle w:val="Hyperlink"/>
            <w:rFonts w:hint="eastAsia"/>
            <w:noProof/>
            <w:rtl/>
          </w:rPr>
          <w:t>حسب</w:t>
        </w:r>
        <w:r w:rsidRPr="0085113F">
          <w:rPr>
            <w:rStyle w:val="Hyperlink"/>
            <w:noProof/>
            <w:rtl/>
          </w:rPr>
          <w:t xml:space="preserve"> </w:t>
        </w:r>
        <w:r w:rsidRPr="0085113F">
          <w:rPr>
            <w:rStyle w:val="Hyperlink"/>
            <w:rFonts w:hint="eastAsia"/>
            <w:noProof/>
            <w:rtl/>
          </w:rPr>
          <w:t>المسمى</w:t>
        </w:r>
        <w:r w:rsidRPr="0085113F">
          <w:rPr>
            <w:rStyle w:val="Hyperlink"/>
            <w:noProof/>
            <w:rtl/>
          </w:rPr>
          <w:t xml:space="preserve"> </w:t>
        </w:r>
        <w:r w:rsidRPr="0085113F">
          <w:rPr>
            <w:rStyle w:val="Hyperlink"/>
            <w:rFonts w:hint="eastAsia"/>
            <w:noProof/>
            <w:rtl/>
          </w:rPr>
          <w:t>الوظيفي</w:t>
        </w:r>
        <w:r>
          <w:rPr>
            <w:noProof/>
            <w:webHidden/>
          </w:rPr>
          <w:tab/>
        </w:r>
        <w:r>
          <w:rPr>
            <w:rStyle w:val="Hyperlink"/>
            <w:noProof/>
            <w:rtl/>
          </w:rPr>
          <w:fldChar w:fldCharType="begin"/>
        </w:r>
        <w:r>
          <w:rPr>
            <w:noProof/>
            <w:webHidden/>
          </w:rPr>
          <w:instrText xml:space="preserve"> PAGEREF _Toc233588230 \h </w:instrText>
        </w:r>
        <w:r>
          <w:rPr>
            <w:rStyle w:val="Hyperlink"/>
            <w:noProof/>
            <w:rtl/>
          </w:rPr>
        </w:r>
        <w:r>
          <w:rPr>
            <w:rStyle w:val="Hyperlink"/>
            <w:noProof/>
            <w:rtl/>
          </w:rPr>
          <w:fldChar w:fldCharType="separate"/>
        </w:r>
        <w:r w:rsidR="00486132">
          <w:rPr>
            <w:noProof/>
            <w:webHidden/>
            <w:rtl/>
            <w:cs w:val="0"/>
          </w:rPr>
          <w:t>64</w:t>
        </w:r>
        <w:r>
          <w:rPr>
            <w:rStyle w:val="Hyperlink"/>
            <w:noProof/>
            <w:rtl/>
          </w:rPr>
          <w:fldChar w:fldCharType="end"/>
        </w:r>
      </w:hyperlink>
    </w:p>
    <w:p w14:paraId="31130CEE" w14:textId="4817B734"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31" w:history="1">
        <w:r w:rsidRPr="0085113F">
          <w:rPr>
            <w:rStyle w:val="Hyperlink"/>
            <w:rFonts w:hint="eastAsia"/>
            <w:noProof/>
            <w:rtl/>
          </w:rPr>
          <w:t>رسم</w:t>
        </w:r>
        <w:r w:rsidRPr="0085113F">
          <w:rPr>
            <w:rStyle w:val="Hyperlink"/>
            <w:noProof/>
            <w:rtl/>
          </w:rPr>
          <w:t xml:space="preserve"> </w:t>
        </w:r>
        <w:r w:rsidRPr="0085113F">
          <w:rPr>
            <w:rStyle w:val="Hyperlink"/>
            <w:rFonts w:hint="eastAsia"/>
            <w:noProof/>
            <w:rtl/>
          </w:rPr>
          <w:t>توضيحي</w:t>
        </w:r>
        <w:r w:rsidRPr="0085113F">
          <w:rPr>
            <w:rStyle w:val="Hyperlink"/>
            <w:noProof/>
            <w:rtl/>
          </w:rPr>
          <w:t xml:space="preserve"> 10 </w:t>
        </w:r>
        <w:r w:rsidRPr="0085113F">
          <w:rPr>
            <w:rStyle w:val="Hyperlink"/>
            <w:rFonts w:hint="eastAsia"/>
            <w:noProof/>
            <w:rtl/>
          </w:rPr>
          <w:t>هيستوغرام</w:t>
        </w:r>
        <w:r w:rsidRPr="0085113F">
          <w:rPr>
            <w:rStyle w:val="Hyperlink"/>
            <w:noProof/>
            <w:rtl/>
          </w:rPr>
          <w:t xml:space="preserve"> </w:t>
        </w:r>
        <w:r w:rsidRPr="0085113F">
          <w:rPr>
            <w:rStyle w:val="Hyperlink"/>
            <w:rFonts w:hint="eastAsia"/>
            <w:noProof/>
            <w:rtl/>
          </w:rPr>
          <w:t>البواقي</w:t>
        </w:r>
        <w:r w:rsidRPr="0085113F">
          <w:rPr>
            <w:rStyle w:val="Hyperlink"/>
            <w:noProof/>
            <w:rtl/>
          </w:rPr>
          <w:t xml:space="preserve"> </w:t>
        </w:r>
        <w:r w:rsidRPr="0085113F">
          <w:rPr>
            <w:rStyle w:val="Hyperlink"/>
            <w:rFonts w:hint="eastAsia"/>
            <w:noProof/>
            <w:rtl/>
          </w:rPr>
          <w:t>المعيارية</w:t>
        </w:r>
        <w:r w:rsidRPr="0085113F">
          <w:rPr>
            <w:rStyle w:val="Hyperlink"/>
            <w:noProof/>
            <w:rtl/>
          </w:rPr>
          <w:t xml:space="preserve"> </w:t>
        </w:r>
        <w:r w:rsidRPr="0085113F">
          <w:rPr>
            <w:rStyle w:val="Hyperlink"/>
            <w:rFonts w:hint="eastAsia"/>
            <w:noProof/>
            <w:rtl/>
          </w:rPr>
          <w:t>مع</w:t>
        </w:r>
        <w:r w:rsidRPr="0085113F">
          <w:rPr>
            <w:rStyle w:val="Hyperlink"/>
            <w:noProof/>
            <w:rtl/>
          </w:rPr>
          <w:t xml:space="preserve"> </w:t>
        </w:r>
        <w:r w:rsidRPr="0085113F">
          <w:rPr>
            <w:rStyle w:val="Hyperlink"/>
            <w:rFonts w:hint="eastAsia"/>
            <w:noProof/>
            <w:rtl/>
          </w:rPr>
          <w:t>المنحنى</w:t>
        </w:r>
        <w:r w:rsidRPr="0085113F">
          <w:rPr>
            <w:rStyle w:val="Hyperlink"/>
            <w:noProof/>
            <w:rtl/>
          </w:rPr>
          <w:t xml:space="preserve"> </w:t>
        </w:r>
        <w:r w:rsidRPr="0085113F">
          <w:rPr>
            <w:rStyle w:val="Hyperlink"/>
            <w:rFonts w:hint="eastAsia"/>
            <w:noProof/>
            <w:rtl/>
          </w:rPr>
          <w:t>الطبيعي</w:t>
        </w:r>
        <w:r>
          <w:rPr>
            <w:noProof/>
            <w:webHidden/>
          </w:rPr>
          <w:tab/>
        </w:r>
        <w:r>
          <w:rPr>
            <w:rStyle w:val="Hyperlink"/>
            <w:noProof/>
            <w:rtl/>
          </w:rPr>
          <w:fldChar w:fldCharType="begin"/>
        </w:r>
        <w:r>
          <w:rPr>
            <w:noProof/>
            <w:webHidden/>
          </w:rPr>
          <w:instrText xml:space="preserve"> PAGEREF _Toc233588231 \h </w:instrText>
        </w:r>
        <w:r>
          <w:rPr>
            <w:rStyle w:val="Hyperlink"/>
            <w:noProof/>
            <w:rtl/>
          </w:rPr>
        </w:r>
        <w:r>
          <w:rPr>
            <w:rStyle w:val="Hyperlink"/>
            <w:noProof/>
            <w:rtl/>
          </w:rPr>
          <w:fldChar w:fldCharType="separate"/>
        </w:r>
        <w:r w:rsidR="00486132">
          <w:rPr>
            <w:noProof/>
            <w:webHidden/>
            <w:rtl/>
            <w:cs w:val="0"/>
          </w:rPr>
          <w:t>66</w:t>
        </w:r>
        <w:r>
          <w:rPr>
            <w:rStyle w:val="Hyperlink"/>
            <w:noProof/>
            <w:rtl/>
          </w:rPr>
          <w:fldChar w:fldCharType="end"/>
        </w:r>
      </w:hyperlink>
    </w:p>
    <w:p w14:paraId="42E3E2FF" w14:textId="2A213EEE"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32" w:history="1">
        <w:r w:rsidRPr="0085113F">
          <w:rPr>
            <w:rStyle w:val="Hyperlink"/>
            <w:rFonts w:hint="eastAsia"/>
            <w:noProof/>
            <w:rtl/>
          </w:rPr>
          <w:t>رسم</w:t>
        </w:r>
        <w:r w:rsidRPr="0085113F">
          <w:rPr>
            <w:rStyle w:val="Hyperlink"/>
            <w:noProof/>
            <w:rtl/>
          </w:rPr>
          <w:t xml:space="preserve"> </w:t>
        </w:r>
        <w:r w:rsidRPr="0085113F">
          <w:rPr>
            <w:rStyle w:val="Hyperlink"/>
            <w:rFonts w:hint="eastAsia"/>
            <w:noProof/>
            <w:rtl/>
          </w:rPr>
          <w:t>توضيحي</w:t>
        </w:r>
        <w:r w:rsidRPr="0085113F">
          <w:rPr>
            <w:rStyle w:val="Hyperlink"/>
            <w:noProof/>
            <w:rtl/>
          </w:rPr>
          <w:t xml:space="preserve"> 11  </w:t>
        </w:r>
        <w:r w:rsidRPr="0085113F">
          <w:rPr>
            <w:rStyle w:val="Hyperlink"/>
            <w:rFonts w:hint="eastAsia"/>
            <w:noProof/>
            <w:rtl/>
          </w:rPr>
          <w:t>انتشار</w:t>
        </w:r>
        <w:r w:rsidRPr="0085113F">
          <w:rPr>
            <w:rStyle w:val="Hyperlink"/>
            <w:noProof/>
            <w:rtl/>
          </w:rPr>
          <w:t xml:space="preserve"> </w:t>
        </w:r>
        <w:r w:rsidRPr="0085113F">
          <w:rPr>
            <w:rStyle w:val="Hyperlink"/>
            <w:rFonts w:hint="eastAsia"/>
            <w:noProof/>
            <w:rtl/>
          </w:rPr>
          <w:t>البواقي</w:t>
        </w:r>
        <w:r w:rsidRPr="0085113F">
          <w:rPr>
            <w:rStyle w:val="Hyperlink"/>
            <w:noProof/>
            <w:rtl/>
          </w:rPr>
          <w:t xml:space="preserve"> </w:t>
        </w:r>
        <w:r w:rsidRPr="0085113F">
          <w:rPr>
            <w:rStyle w:val="Hyperlink"/>
            <w:rFonts w:hint="eastAsia"/>
            <w:noProof/>
            <w:rtl/>
          </w:rPr>
          <w:t>المعيارية</w:t>
        </w:r>
        <w:r w:rsidRPr="0085113F">
          <w:rPr>
            <w:rStyle w:val="Hyperlink"/>
            <w:noProof/>
            <w:rtl/>
          </w:rPr>
          <w:t xml:space="preserve"> </w:t>
        </w:r>
        <w:r w:rsidRPr="0085113F">
          <w:rPr>
            <w:rStyle w:val="Hyperlink"/>
            <w:rFonts w:hint="eastAsia"/>
            <w:noProof/>
            <w:rtl/>
          </w:rPr>
          <w:t>مقابل</w:t>
        </w:r>
        <w:r w:rsidRPr="0085113F">
          <w:rPr>
            <w:rStyle w:val="Hyperlink"/>
            <w:noProof/>
            <w:rtl/>
          </w:rPr>
          <w:t xml:space="preserve"> </w:t>
        </w:r>
        <w:r w:rsidRPr="0085113F">
          <w:rPr>
            <w:rStyle w:val="Hyperlink"/>
            <w:rFonts w:hint="eastAsia"/>
            <w:noProof/>
            <w:rtl/>
          </w:rPr>
          <w:t>القيم</w:t>
        </w:r>
        <w:r w:rsidRPr="0085113F">
          <w:rPr>
            <w:rStyle w:val="Hyperlink"/>
            <w:noProof/>
            <w:rtl/>
          </w:rPr>
          <w:t xml:space="preserve"> </w:t>
        </w:r>
        <w:r w:rsidRPr="0085113F">
          <w:rPr>
            <w:rStyle w:val="Hyperlink"/>
            <w:rFonts w:hint="eastAsia"/>
            <w:noProof/>
            <w:rtl/>
          </w:rPr>
          <w:t>المتوقعة</w:t>
        </w:r>
        <w:r>
          <w:rPr>
            <w:noProof/>
            <w:webHidden/>
          </w:rPr>
          <w:tab/>
        </w:r>
        <w:r>
          <w:rPr>
            <w:rStyle w:val="Hyperlink"/>
            <w:noProof/>
            <w:rtl/>
          </w:rPr>
          <w:fldChar w:fldCharType="begin"/>
        </w:r>
        <w:r>
          <w:rPr>
            <w:noProof/>
            <w:webHidden/>
          </w:rPr>
          <w:instrText xml:space="preserve"> PAGEREF _Toc233588232 \h </w:instrText>
        </w:r>
        <w:r>
          <w:rPr>
            <w:rStyle w:val="Hyperlink"/>
            <w:noProof/>
            <w:rtl/>
          </w:rPr>
        </w:r>
        <w:r>
          <w:rPr>
            <w:rStyle w:val="Hyperlink"/>
            <w:noProof/>
            <w:rtl/>
          </w:rPr>
          <w:fldChar w:fldCharType="separate"/>
        </w:r>
        <w:r w:rsidR="00486132">
          <w:rPr>
            <w:noProof/>
            <w:webHidden/>
            <w:rtl/>
            <w:cs w:val="0"/>
          </w:rPr>
          <w:t>67</w:t>
        </w:r>
        <w:r>
          <w:rPr>
            <w:rStyle w:val="Hyperlink"/>
            <w:noProof/>
            <w:rtl/>
          </w:rPr>
          <w:fldChar w:fldCharType="end"/>
        </w:r>
      </w:hyperlink>
    </w:p>
    <w:p w14:paraId="3B8836FD" w14:textId="102FFDA6"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33" w:history="1">
        <w:r w:rsidRPr="0085113F">
          <w:rPr>
            <w:rStyle w:val="Hyperlink"/>
            <w:rFonts w:hint="eastAsia"/>
            <w:noProof/>
            <w:rtl/>
          </w:rPr>
          <w:t>رسم</w:t>
        </w:r>
        <w:r w:rsidRPr="0085113F">
          <w:rPr>
            <w:rStyle w:val="Hyperlink"/>
            <w:noProof/>
            <w:rtl/>
          </w:rPr>
          <w:t xml:space="preserve"> </w:t>
        </w:r>
        <w:r w:rsidRPr="0085113F">
          <w:rPr>
            <w:rStyle w:val="Hyperlink"/>
            <w:rFonts w:hint="eastAsia"/>
            <w:noProof/>
            <w:rtl/>
          </w:rPr>
          <w:t>توضيحي</w:t>
        </w:r>
        <w:r w:rsidRPr="0085113F">
          <w:rPr>
            <w:rStyle w:val="Hyperlink"/>
            <w:noProof/>
            <w:rtl/>
          </w:rPr>
          <w:t xml:space="preserve"> 12 </w:t>
        </w:r>
        <w:r w:rsidRPr="0085113F">
          <w:rPr>
            <w:rStyle w:val="Hyperlink"/>
            <w:rFonts w:hint="eastAsia"/>
            <w:noProof/>
            <w:rtl/>
          </w:rPr>
          <w:t>المتوسطات</w:t>
        </w:r>
        <w:r w:rsidRPr="0085113F">
          <w:rPr>
            <w:rStyle w:val="Hyperlink"/>
            <w:noProof/>
            <w:rtl/>
          </w:rPr>
          <w:t xml:space="preserve"> </w:t>
        </w:r>
        <w:r w:rsidRPr="0085113F">
          <w:rPr>
            <w:rStyle w:val="Hyperlink"/>
            <w:rFonts w:hint="eastAsia"/>
            <w:noProof/>
            <w:rtl/>
          </w:rPr>
          <w:t>الحسابية</w:t>
        </w:r>
        <w:r w:rsidRPr="0085113F">
          <w:rPr>
            <w:rStyle w:val="Hyperlink"/>
            <w:noProof/>
            <w:rtl/>
          </w:rPr>
          <w:t xml:space="preserve"> </w:t>
        </w:r>
        <w:r w:rsidRPr="0085113F">
          <w:rPr>
            <w:rStyle w:val="Hyperlink"/>
            <w:rFonts w:hint="eastAsia"/>
            <w:noProof/>
            <w:rtl/>
          </w:rPr>
          <w:t>لأبعاد</w:t>
        </w:r>
        <w:r w:rsidRPr="0085113F">
          <w:rPr>
            <w:rStyle w:val="Hyperlink"/>
            <w:noProof/>
            <w:rtl/>
          </w:rPr>
          <w:t xml:space="preserve"> </w:t>
        </w:r>
        <w:r w:rsidRPr="0085113F">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_Toc233588233 \h </w:instrText>
        </w:r>
        <w:r>
          <w:rPr>
            <w:rStyle w:val="Hyperlink"/>
            <w:noProof/>
            <w:rtl/>
          </w:rPr>
        </w:r>
        <w:r>
          <w:rPr>
            <w:rStyle w:val="Hyperlink"/>
            <w:noProof/>
            <w:rtl/>
          </w:rPr>
          <w:fldChar w:fldCharType="separate"/>
        </w:r>
        <w:r w:rsidR="00486132">
          <w:rPr>
            <w:noProof/>
            <w:webHidden/>
            <w:rtl/>
            <w:cs w:val="0"/>
          </w:rPr>
          <w:t>74</w:t>
        </w:r>
        <w:r>
          <w:rPr>
            <w:rStyle w:val="Hyperlink"/>
            <w:noProof/>
            <w:rtl/>
          </w:rPr>
          <w:fldChar w:fldCharType="end"/>
        </w:r>
      </w:hyperlink>
    </w:p>
    <w:p w14:paraId="73B26664" w14:textId="7208971A"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34" w:history="1">
        <w:r w:rsidRPr="0085113F">
          <w:rPr>
            <w:rStyle w:val="Hyperlink"/>
            <w:rFonts w:hint="eastAsia"/>
            <w:noProof/>
            <w:rtl/>
          </w:rPr>
          <w:t>رسم</w:t>
        </w:r>
        <w:r w:rsidRPr="0085113F">
          <w:rPr>
            <w:rStyle w:val="Hyperlink"/>
            <w:noProof/>
            <w:rtl/>
          </w:rPr>
          <w:t xml:space="preserve"> </w:t>
        </w:r>
        <w:r w:rsidRPr="0085113F">
          <w:rPr>
            <w:rStyle w:val="Hyperlink"/>
            <w:rFonts w:hint="eastAsia"/>
            <w:noProof/>
            <w:rtl/>
          </w:rPr>
          <w:t>توضيحي</w:t>
        </w:r>
        <w:r w:rsidRPr="0085113F">
          <w:rPr>
            <w:rStyle w:val="Hyperlink"/>
            <w:noProof/>
            <w:rtl/>
          </w:rPr>
          <w:t xml:space="preserve"> 13 </w:t>
        </w:r>
        <w:r w:rsidRPr="0085113F">
          <w:rPr>
            <w:rStyle w:val="Hyperlink"/>
            <w:rFonts w:hint="eastAsia"/>
            <w:noProof/>
            <w:rtl/>
          </w:rPr>
          <w:t>اتجاه</w:t>
        </w:r>
        <w:r w:rsidRPr="0085113F">
          <w:rPr>
            <w:rStyle w:val="Hyperlink"/>
            <w:noProof/>
            <w:rtl/>
          </w:rPr>
          <w:t xml:space="preserve"> </w:t>
        </w:r>
        <w:r w:rsidRPr="0085113F">
          <w:rPr>
            <w:rStyle w:val="Hyperlink"/>
            <w:rFonts w:hint="eastAsia"/>
            <w:noProof/>
            <w:rtl/>
          </w:rPr>
          <w:t>المتوسطات</w:t>
        </w:r>
        <w:r w:rsidRPr="0085113F">
          <w:rPr>
            <w:rStyle w:val="Hyperlink"/>
            <w:noProof/>
            <w:rtl/>
          </w:rPr>
          <w:t xml:space="preserve"> </w:t>
        </w:r>
        <w:r w:rsidRPr="0085113F">
          <w:rPr>
            <w:rStyle w:val="Hyperlink"/>
            <w:rFonts w:hint="eastAsia"/>
            <w:noProof/>
            <w:rtl/>
          </w:rPr>
          <w:t>العامة</w:t>
        </w:r>
        <w:r w:rsidRPr="0085113F">
          <w:rPr>
            <w:rStyle w:val="Hyperlink"/>
            <w:noProof/>
            <w:rtl/>
          </w:rPr>
          <w:t xml:space="preserve"> </w:t>
        </w:r>
        <w:r w:rsidRPr="0085113F">
          <w:rPr>
            <w:rStyle w:val="Hyperlink"/>
            <w:rFonts w:hint="eastAsia"/>
            <w:noProof/>
            <w:rtl/>
          </w:rPr>
          <w:t>لمتغيرات</w:t>
        </w:r>
        <w:r w:rsidRPr="0085113F">
          <w:rPr>
            <w:rStyle w:val="Hyperlink"/>
            <w:noProof/>
            <w:rtl/>
          </w:rPr>
          <w:t xml:space="preserve"> </w:t>
        </w:r>
        <w:r w:rsidRPr="0085113F">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_Toc233588234 \h </w:instrText>
        </w:r>
        <w:r>
          <w:rPr>
            <w:rStyle w:val="Hyperlink"/>
            <w:noProof/>
            <w:rtl/>
          </w:rPr>
        </w:r>
        <w:r>
          <w:rPr>
            <w:rStyle w:val="Hyperlink"/>
            <w:noProof/>
            <w:rtl/>
          </w:rPr>
          <w:fldChar w:fldCharType="separate"/>
        </w:r>
        <w:r w:rsidR="00486132">
          <w:rPr>
            <w:noProof/>
            <w:webHidden/>
            <w:rtl/>
            <w:cs w:val="0"/>
          </w:rPr>
          <w:t>74</w:t>
        </w:r>
        <w:r>
          <w:rPr>
            <w:rStyle w:val="Hyperlink"/>
            <w:noProof/>
            <w:rtl/>
          </w:rPr>
          <w:fldChar w:fldCharType="end"/>
        </w:r>
      </w:hyperlink>
    </w:p>
    <w:p w14:paraId="1E0F0C68" w14:textId="79640A5D" w:rsidR="00BF3334" w:rsidRDefault="00BF3334" w:rsidP="00BF3334">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3588235" w:history="1">
        <w:r w:rsidRPr="0085113F">
          <w:rPr>
            <w:rStyle w:val="Hyperlink"/>
            <w:rFonts w:hint="eastAsia"/>
            <w:noProof/>
            <w:rtl/>
          </w:rPr>
          <w:t>رسم</w:t>
        </w:r>
        <w:r w:rsidRPr="0085113F">
          <w:rPr>
            <w:rStyle w:val="Hyperlink"/>
            <w:noProof/>
            <w:rtl/>
          </w:rPr>
          <w:t xml:space="preserve"> </w:t>
        </w:r>
        <w:r w:rsidRPr="0085113F">
          <w:rPr>
            <w:rStyle w:val="Hyperlink"/>
            <w:rFonts w:hint="eastAsia"/>
            <w:noProof/>
            <w:rtl/>
          </w:rPr>
          <w:t>توضيحي</w:t>
        </w:r>
        <w:r w:rsidRPr="0085113F">
          <w:rPr>
            <w:rStyle w:val="Hyperlink"/>
            <w:noProof/>
            <w:rtl/>
          </w:rPr>
          <w:t xml:space="preserve"> 14 </w:t>
        </w:r>
        <w:r w:rsidRPr="0085113F">
          <w:rPr>
            <w:rStyle w:val="Hyperlink"/>
            <w:rFonts w:hint="eastAsia"/>
            <w:noProof/>
            <w:rtl/>
          </w:rPr>
          <w:t>معاملات</w:t>
        </w:r>
        <w:r w:rsidRPr="0085113F">
          <w:rPr>
            <w:rStyle w:val="Hyperlink"/>
            <w:noProof/>
            <w:rtl/>
          </w:rPr>
          <w:t xml:space="preserve"> </w:t>
        </w:r>
        <w:r w:rsidRPr="0085113F">
          <w:rPr>
            <w:rStyle w:val="Hyperlink"/>
            <w:rFonts w:hint="eastAsia"/>
            <w:noProof/>
            <w:rtl/>
          </w:rPr>
          <w:t>التأثير</w:t>
        </w:r>
        <w:r w:rsidRPr="0085113F">
          <w:rPr>
            <w:rStyle w:val="Hyperlink"/>
            <w:noProof/>
            <w:rtl/>
          </w:rPr>
          <w:t xml:space="preserve"> </w:t>
        </w:r>
        <w:r w:rsidRPr="0085113F">
          <w:rPr>
            <w:rStyle w:val="Hyperlink"/>
            <w:rFonts w:hint="eastAsia"/>
            <w:noProof/>
            <w:rtl/>
          </w:rPr>
          <w:t>المعيارية</w:t>
        </w:r>
        <w:r w:rsidRPr="0085113F">
          <w:rPr>
            <w:rStyle w:val="Hyperlink"/>
            <w:noProof/>
            <w:rtl/>
          </w:rPr>
          <w:t xml:space="preserve"> </w:t>
        </w:r>
        <w:r w:rsidRPr="0085113F">
          <w:rPr>
            <w:rStyle w:val="Hyperlink"/>
            <w:rFonts w:hint="eastAsia"/>
            <w:noProof/>
            <w:rtl/>
          </w:rPr>
          <w:t>لأبعاد</w:t>
        </w:r>
        <w:r w:rsidRPr="0085113F">
          <w:rPr>
            <w:rStyle w:val="Hyperlink"/>
            <w:noProof/>
            <w:rtl/>
          </w:rPr>
          <w:t xml:space="preserve"> </w:t>
        </w:r>
        <w:r w:rsidRPr="0085113F">
          <w:rPr>
            <w:rStyle w:val="Hyperlink"/>
            <w:rFonts w:hint="eastAsia"/>
            <w:noProof/>
            <w:rtl/>
          </w:rPr>
          <w:t>إدارة</w:t>
        </w:r>
        <w:r w:rsidRPr="0085113F">
          <w:rPr>
            <w:rStyle w:val="Hyperlink"/>
            <w:noProof/>
            <w:rtl/>
          </w:rPr>
          <w:t xml:space="preserve"> </w:t>
        </w:r>
        <w:r w:rsidRPr="0085113F">
          <w:rPr>
            <w:rStyle w:val="Hyperlink"/>
            <w:rFonts w:hint="eastAsia"/>
            <w:noProof/>
            <w:rtl/>
          </w:rPr>
          <w:t>الأداء</w:t>
        </w:r>
        <w:r w:rsidRPr="0085113F">
          <w:rPr>
            <w:rStyle w:val="Hyperlink"/>
            <w:noProof/>
            <w:rtl/>
          </w:rPr>
          <w:t xml:space="preserve"> </w:t>
        </w:r>
        <w:r w:rsidRPr="0085113F">
          <w:rPr>
            <w:rStyle w:val="Hyperlink"/>
            <w:rFonts w:hint="eastAsia"/>
            <w:noProof/>
            <w:rtl/>
          </w:rPr>
          <w:t>في</w:t>
        </w:r>
        <w:r w:rsidRPr="0085113F">
          <w:rPr>
            <w:rStyle w:val="Hyperlink"/>
            <w:noProof/>
            <w:rtl/>
          </w:rPr>
          <w:t xml:space="preserve"> </w:t>
        </w:r>
        <w:r w:rsidRPr="0085113F">
          <w:rPr>
            <w:rStyle w:val="Hyperlink"/>
            <w:rFonts w:hint="eastAsia"/>
            <w:noProof/>
            <w:rtl/>
          </w:rPr>
          <w:t>تحسين</w:t>
        </w:r>
        <w:r w:rsidRPr="0085113F">
          <w:rPr>
            <w:rStyle w:val="Hyperlink"/>
            <w:noProof/>
            <w:rtl/>
          </w:rPr>
          <w:t xml:space="preserve"> </w:t>
        </w:r>
        <w:r w:rsidRPr="0085113F">
          <w:rPr>
            <w:rStyle w:val="Hyperlink"/>
            <w:rFonts w:hint="eastAsia"/>
            <w:noProof/>
            <w:rtl/>
          </w:rPr>
          <w:t>الإنتاجية</w:t>
        </w:r>
        <w:r>
          <w:rPr>
            <w:noProof/>
            <w:webHidden/>
          </w:rPr>
          <w:tab/>
        </w:r>
        <w:r>
          <w:rPr>
            <w:rStyle w:val="Hyperlink"/>
            <w:noProof/>
            <w:rtl/>
          </w:rPr>
          <w:fldChar w:fldCharType="begin"/>
        </w:r>
        <w:r>
          <w:rPr>
            <w:noProof/>
            <w:webHidden/>
          </w:rPr>
          <w:instrText xml:space="preserve"> PAGEREF _Toc233588235 \h </w:instrText>
        </w:r>
        <w:r>
          <w:rPr>
            <w:rStyle w:val="Hyperlink"/>
            <w:noProof/>
            <w:rtl/>
          </w:rPr>
        </w:r>
        <w:r>
          <w:rPr>
            <w:rStyle w:val="Hyperlink"/>
            <w:noProof/>
            <w:rtl/>
          </w:rPr>
          <w:fldChar w:fldCharType="separate"/>
        </w:r>
        <w:r w:rsidR="00486132">
          <w:rPr>
            <w:noProof/>
            <w:webHidden/>
            <w:rtl/>
            <w:cs w:val="0"/>
          </w:rPr>
          <w:t>78</w:t>
        </w:r>
        <w:r>
          <w:rPr>
            <w:rStyle w:val="Hyperlink"/>
            <w:noProof/>
            <w:rtl/>
          </w:rPr>
          <w:fldChar w:fldCharType="end"/>
        </w:r>
      </w:hyperlink>
    </w:p>
    <w:p w14:paraId="7C285ADA" w14:textId="425BB1D8" w:rsidR="00472BF3" w:rsidRDefault="00472BF3" w:rsidP="00472BF3">
      <w:pPr>
        <w:bidi w:val="0"/>
        <w:spacing w:line="276" w:lineRule="auto"/>
        <w:jc w:val="center"/>
        <w:rPr>
          <w:b/>
          <w:bCs/>
          <w:sz w:val="38"/>
          <w:szCs w:val="38"/>
          <w:cs w:val="0"/>
          <w:lang w:val="en-US"/>
        </w:rPr>
      </w:pPr>
      <w:r>
        <w:rPr>
          <w:b/>
          <w:bCs/>
          <w:sz w:val="38"/>
          <w:szCs w:val="38"/>
          <w:cs w:val="0"/>
          <w:lang w:val="en-US"/>
        </w:rPr>
        <w:fldChar w:fldCharType="end"/>
      </w:r>
    </w:p>
    <w:p w14:paraId="5515FA45" w14:textId="18A68E76" w:rsidR="00472BF3" w:rsidRDefault="00472BF3">
      <w:pPr>
        <w:bidi w:val="0"/>
        <w:spacing w:after="200" w:line="276" w:lineRule="auto"/>
        <w:rPr>
          <w:b/>
          <w:bCs/>
          <w:sz w:val="38"/>
          <w:szCs w:val="38"/>
          <w:cs w:val="0"/>
          <w:lang w:val="en-US"/>
        </w:rPr>
        <w:sectPr w:rsidR="00472BF3" w:rsidSect="00472BF3">
          <w:headerReference w:type="even" r:id="rId10"/>
          <w:footerReference w:type="even" r:id="rId11"/>
          <w:footerReference w:type="default" r:id="rId12"/>
          <w:pgSz w:w="11906" w:h="16838"/>
          <w:pgMar w:top="964" w:right="1416" w:bottom="964" w:left="1418" w:header="720" w:footer="321" w:gutter="0"/>
          <w:pgNumType w:fmt="arabicAbjad"/>
          <w:cols w:space="720"/>
          <w:titlePg/>
          <w:docGrid w:linePitch="360"/>
        </w:sectPr>
      </w:pPr>
    </w:p>
    <w:p w14:paraId="12AFB12F" w14:textId="67A54223" w:rsidR="00A65499" w:rsidRPr="00785C0A" w:rsidRDefault="004B1822">
      <w:pPr>
        <w:pStyle w:val="Heading1"/>
        <w:numPr>
          <w:ilvl w:val="0"/>
          <w:numId w:val="19"/>
        </w:numPr>
        <w:spacing w:line="276" w:lineRule="auto"/>
        <w:jc w:val="center"/>
        <w:rPr>
          <w:sz w:val="44"/>
          <w:szCs w:val="44"/>
          <w:rtl/>
        </w:rPr>
      </w:pPr>
      <w:bookmarkStart w:id="68" w:name="_Toc233582846"/>
      <w:bookmarkStart w:id="69" w:name="_Toc233583013"/>
      <w:bookmarkStart w:id="70" w:name="_Toc233584646"/>
      <w:bookmarkStart w:id="71" w:name="_Toc233585018"/>
      <w:bookmarkStart w:id="72" w:name="_Toc233585144"/>
      <w:bookmarkStart w:id="73" w:name="_Toc233585285"/>
      <w:bookmarkStart w:id="74" w:name="_Toc233585615"/>
      <w:bookmarkStart w:id="75" w:name="_Toc233585771"/>
      <w:bookmarkStart w:id="76" w:name="_Toc233585897"/>
      <w:bookmarkStart w:id="77" w:name="_Toc233586026"/>
      <w:bookmarkStart w:id="78" w:name="_Toc233586804"/>
      <w:bookmarkStart w:id="79" w:name="_Toc233586939"/>
      <w:bookmarkStart w:id="80" w:name="_Toc233587080"/>
      <w:bookmarkStart w:id="81" w:name="_Toc233587207"/>
      <w:bookmarkStart w:id="82" w:name="_Toc233587065"/>
      <w:bookmarkStart w:id="83" w:name="_Toc233587617"/>
      <w:bookmarkStart w:id="84" w:name="_Toc233587749"/>
      <w:r w:rsidRPr="00785C0A">
        <w:rPr>
          <w:sz w:val="44"/>
          <w:szCs w:val="44"/>
          <w:rtl/>
        </w:rPr>
        <w:lastRenderedPageBreak/>
        <w:t>الفصل الأول: الإطار العام للدراسة</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792D2001" w14:textId="435D6520" w:rsidR="00A65499" w:rsidRPr="00B5235E" w:rsidRDefault="004B1822" w:rsidP="00B5235E">
      <w:pPr>
        <w:pStyle w:val="Heading2"/>
      </w:pPr>
      <w:bookmarkStart w:id="85" w:name="_Toc233582847"/>
      <w:bookmarkStart w:id="86" w:name="_Toc233583014"/>
      <w:bookmarkStart w:id="87" w:name="_Toc233584647"/>
      <w:bookmarkStart w:id="88" w:name="_Toc233585019"/>
      <w:bookmarkStart w:id="89" w:name="_Toc233585145"/>
      <w:bookmarkStart w:id="90" w:name="_Toc233585286"/>
      <w:bookmarkStart w:id="91" w:name="_Toc233585616"/>
      <w:bookmarkStart w:id="92" w:name="_Toc233585772"/>
      <w:bookmarkStart w:id="93" w:name="_Toc233585898"/>
      <w:bookmarkStart w:id="94" w:name="_Toc233586027"/>
      <w:bookmarkStart w:id="95" w:name="_Toc233586805"/>
      <w:bookmarkStart w:id="96" w:name="_Toc233586940"/>
      <w:bookmarkStart w:id="97" w:name="_Toc233587081"/>
      <w:bookmarkStart w:id="98" w:name="_Toc233587208"/>
      <w:bookmarkStart w:id="99" w:name="_Toc233587066"/>
      <w:bookmarkStart w:id="100" w:name="_Toc233587618"/>
      <w:bookmarkStart w:id="101" w:name="_Toc233587750"/>
      <w:r w:rsidRPr="00B5235E">
        <w:rPr>
          <w:rtl/>
        </w:rPr>
        <w:t>مقدمة</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5331AE96" w14:textId="346E5405" w:rsidR="00A65499" w:rsidRPr="00447966" w:rsidRDefault="00000000" w:rsidP="00785C0A">
      <w:pPr>
        <w:spacing w:line="276" w:lineRule="auto"/>
        <w:jc w:val="both"/>
        <w:rPr>
          <w:sz w:val="30"/>
          <w:szCs w:val="30"/>
        </w:rPr>
      </w:pPr>
      <w:r w:rsidRPr="00447966">
        <w:rPr>
          <w:sz w:val="30"/>
          <w:szCs w:val="30"/>
          <w:rtl/>
        </w:rPr>
        <w:t>تعد إدارة الأداء من الموضوعات الإدارية المهمة في الفكر الإداري المعاصر</w:t>
      </w:r>
      <w:r w:rsidR="00A5297B">
        <w:rPr>
          <w:sz w:val="30"/>
          <w:szCs w:val="30"/>
          <w:rtl/>
          <w:cs w:val="0"/>
        </w:rPr>
        <w:t>.</w:t>
      </w:r>
      <w:r w:rsidRPr="00447966">
        <w:rPr>
          <w:sz w:val="30"/>
          <w:szCs w:val="30"/>
          <w:rtl/>
        </w:rPr>
        <w:t xml:space="preserve"> ترتبط هذه الإدارة بطريقة توجيه جهود العاملين نحو تحقيق أهداف المنظمة</w:t>
      </w:r>
      <w:r w:rsidR="00A5297B">
        <w:rPr>
          <w:sz w:val="30"/>
          <w:szCs w:val="30"/>
          <w:rtl/>
          <w:cs w:val="0"/>
        </w:rPr>
        <w:t>.</w:t>
      </w:r>
      <w:r w:rsidRPr="00447966">
        <w:rPr>
          <w:sz w:val="30"/>
          <w:szCs w:val="30"/>
          <w:rtl/>
        </w:rPr>
        <w:t xml:space="preserve"> لا تقف إدارة الأداء عند تقييم الموظف في نهاية العام</w:t>
      </w:r>
      <w:r w:rsidR="00A5297B">
        <w:rPr>
          <w:sz w:val="30"/>
          <w:szCs w:val="30"/>
          <w:rtl/>
          <w:cs w:val="0"/>
        </w:rPr>
        <w:t>.</w:t>
      </w:r>
      <w:r w:rsidRPr="00447966">
        <w:rPr>
          <w:sz w:val="30"/>
          <w:szCs w:val="30"/>
          <w:rtl/>
        </w:rPr>
        <w:t xml:space="preserve"> تعمل إدارة الأداء كعملية مستمرة تبدأ بتحديد الأهداف</w:t>
      </w:r>
      <w:r w:rsidR="00A5297B">
        <w:rPr>
          <w:sz w:val="30"/>
          <w:szCs w:val="30"/>
          <w:rtl/>
          <w:cs w:val="0"/>
        </w:rPr>
        <w:t>،</w:t>
      </w:r>
      <w:r w:rsidRPr="00447966">
        <w:rPr>
          <w:sz w:val="30"/>
          <w:szCs w:val="30"/>
          <w:rtl/>
        </w:rPr>
        <w:t xml:space="preserve"> وتوضيح المسؤوليات</w:t>
      </w:r>
      <w:r w:rsidR="00A5297B">
        <w:rPr>
          <w:sz w:val="30"/>
          <w:szCs w:val="30"/>
          <w:rtl/>
          <w:cs w:val="0"/>
        </w:rPr>
        <w:t>،</w:t>
      </w:r>
      <w:r w:rsidRPr="00447966">
        <w:rPr>
          <w:sz w:val="30"/>
          <w:szCs w:val="30"/>
          <w:rtl/>
        </w:rPr>
        <w:t xml:space="preserve"> ومتابعة الإنجاز</w:t>
      </w:r>
      <w:r w:rsidR="00A5297B">
        <w:rPr>
          <w:sz w:val="30"/>
          <w:szCs w:val="30"/>
          <w:rtl/>
          <w:cs w:val="0"/>
        </w:rPr>
        <w:t>،</w:t>
      </w:r>
      <w:r w:rsidRPr="00447966">
        <w:rPr>
          <w:sz w:val="30"/>
          <w:szCs w:val="30"/>
          <w:rtl/>
        </w:rPr>
        <w:t xml:space="preserve"> وتقديم التغذية الراجعة</w:t>
      </w:r>
      <w:r w:rsidR="00A5297B">
        <w:rPr>
          <w:sz w:val="30"/>
          <w:szCs w:val="30"/>
          <w:rtl/>
          <w:cs w:val="0"/>
        </w:rPr>
        <w:t>،</w:t>
      </w:r>
      <w:r w:rsidRPr="00447966">
        <w:rPr>
          <w:sz w:val="30"/>
          <w:szCs w:val="30"/>
          <w:rtl/>
        </w:rPr>
        <w:t xml:space="preserve"> ثم ربط النتائج بالتطوير والتحفيز</w:t>
      </w:r>
      <w:r w:rsidR="00A5297B">
        <w:rPr>
          <w:sz w:val="30"/>
          <w:szCs w:val="30"/>
          <w:rtl/>
          <w:cs w:val="0"/>
        </w:rPr>
        <w:t>.</w:t>
      </w:r>
      <w:r w:rsidRPr="00447966">
        <w:rPr>
          <w:sz w:val="30"/>
          <w:szCs w:val="30"/>
          <w:rtl/>
        </w:rPr>
        <w:t xml:space="preserve"> بهذا المعنى</w:t>
      </w:r>
      <w:r w:rsidR="00A5297B">
        <w:rPr>
          <w:sz w:val="30"/>
          <w:szCs w:val="30"/>
          <w:rtl/>
          <w:cs w:val="0"/>
        </w:rPr>
        <w:t>،</w:t>
      </w:r>
      <w:r w:rsidRPr="00447966">
        <w:rPr>
          <w:sz w:val="30"/>
          <w:szCs w:val="30"/>
          <w:rtl/>
        </w:rPr>
        <w:t xml:space="preserve"> تمثل إدارة الأداء نظاما إداريا يربط بين أهداف المنظمة</w:t>
      </w:r>
      <w:r w:rsidR="00A5297B">
        <w:rPr>
          <w:sz w:val="30"/>
          <w:szCs w:val="30"/>
          <w:rtl/>
          <w:cs w:val="0"/>
        </w:rPr>
        <w:t>،</w:t>
      </w:r>
      <w:r w:rsidRPr="00447966">
        <w:rPr>
          <w:sz w:val="30"/>
          <w:szCs w:val="30"/>
          <w:rtl/>
        </w:rPr>
        <w:t xml:space="preserve"> وأدوار العاملين</w:t>
      </w:r>
      <w:r w:rsidR="00A5297B">
        <w:rPr>
          <w:sz w:val="30"/>
          <w:szCs w:val="30"/>
          <w:rtl/>
          <w:cs w:val="0"/>
        </w:rPr>
        <w:t>،</w:t>
      </w:r>
      <w:r w:rsidRPr="00447966">
        <w:rPr>
          <w:sz w:val="30"/>
          <w:szCs w:val="30"/>
          <w:rtl/>
        </w:rPr>
        <w:t xml:space="preserve"> ومؤشرات القياس</w:t>
      </w:r>
      <w:r w:rsidR="00A5297B">
        <w:rPr>
          <w:sz w:val="30"/>
          <w:szCs w:val="30"/>
          <w:rtl/>
          <w:cs w:val="0"/>
        </w:rPr>
        <w:t>،</w:t>
      </w:r>
      <w:r w:rsidRPr="00447966">
        <w:rPr>
          <w:sz w:val="30"/>
          <w:szCs w:val="30"/>
          <w:rtl/>
        </w:rPr>
        <w:t xml:space="preserve"> ونتائج العمل ‎(</w:t>
      </w:r>
      <w:proofErr w:type="spellStart"/>
      <w:r w:rsidRPr="00447966">
        <w:rPr>
          <w:sz w:val="30"/>
          <w:szCs w:val="30"/>
          <w:rtl/>
        </w:rPr>
        <w:t>Armstrong</w:t>
      </w:r>
      <w:proofErr w:type="spellEnd"/>
      <w:r w:rsidRPr="00447966">
        <w:rPr>
          <w:sz w:val="30"/>
          <w:szCs w:val="30"/>
          <w:rtl/>
        </w:rPr>
        <w:t xml:space="preserve"> </w:t>
      </w:r>
      <w:proofErr w:type="spellStart"/>
      <w:r w:rsidRPr="00447966">
        <w:rPr>
          <w:sz w:val="30"/>
          <w:szCs w:val="30"/>
          <w:rtl/>
        </w:rPr>
        <w:t>and</w:t>
      </w:r>
      <w:proofErr w:type="spellEnd"/>
      <w:r w:rsidRPr="00447966">
        <w:rPr>
          <w:sz w:val="30"/>
          <w:szCs w:val="30"/>
          <w:rtl/>
        </w:rPr>
        <w:t xml:space="preserve"> </w:t>
      </w:r>
      <w:proofErr w:type="spellStart"/>
      <w:r w:rsidRPr="00447966">
        <w:rPr>
          <w:sz w:val="30"/>
          <w:szCs w:val="30"/>
          <w:rtl/>
        </w:rPr>
        <w:t>Taylor</w:t>
      </w:r>
      <w:proofErr w:type="spellEnd"/>
      <w:r w:rsidRPr="00447966">
        <w:rPr>
          <w:sz w:val="30"/>
          <w:szCs w:val="30"/>
          <w:rtl/>
        </w:rPr>
        <w:t>, 2023)‏</w:t>
      </w:r>
      <w:r w:rsidR="00A5297B">
        <w:rPr>
          <w:sz w:val="30"/>
          <w:szCs w:val="30"/>
          <w:rtl/>
          <w:cs w:val="0"/>
        </w:rPr>
        <w:t>.</w:t>
      </w:r>
    </w:p>
    <w:p w14:paraId="3403A3CF" w14:textId="642FD195" w:rsidR="00A65499" w:rsidRPr="00447966" w:rsidRDefault="00000000" w:rsidP="00785C0A">
      <w:pPr>
        <w:spacing w:line="276" w:lineRule="auto"/>
        <w:jc w:val="both"/>
        <w:rPr>
          <w:sz w:val="30"/>
          <w:szCs w:val="30"/>
        </w:rPr>
      </w:pPr>
      <w:r w:rsidRPr="00447966">
        <w:rPr>
          <w:sz w:val="30"/>
          <w:szCs w:val="30"/>
          <w:rtl/>
        </w:rPr>
        <w:t>تظهر أهمية إدارة الأداء في المنشآت الإنتاجية بصورة واضحة</w:t>
      </w:r>
      <w:r w:rsidR="00A5297B">
        <w:rPr>
          <w:sz w:val="30"/>
          <w:szCs w:val="30"/>
          <w:rtl/>
          <w:cs w:val="0"/>
        </w:rPr>
        <w:t>.</w:t>
      </w:r>
      <w:r w:rsidRPr="00447966">
        <w:rPr>
          <w:sz w:val="30"/>
          <w:szCs w:val="30"/>
          <w:rtl/>
        </w:rPr>
        <w:t xml:space="preserve"> تعتمد هذه المنشآت على سرعة الإنجاز</w:t>
      </w:r>
      <w:r w:rsidR="00A5297B">
        <w:rPr>
          <w:sz w:val="30"/>
          <w:szCs w:val="30"/>
          <w:rtl/>
          <w:cs w:val="0"/>
        </w:rPr>
        <w:t>،</w:t>
      </w:r>
      <w:r w:rsidRPr="00447966">
        <w:rPr>
          <w:sz w:val="30"/>
          <w:szCs w:val="30"/>
          <w:rtl/>
        </w:rPr>
        <w:t xml:space="preserve"> وجودة المخرجات</w:t>
      </w:r>
      <w:r w:rsidR="00A5297B">
        <w:rPr>
          <w:sz w:val="30"/>
          <w:szCs w:val="30"/>
          <w:rtl/>
          <w:cs w:val="0"/>
        </w:rPr>
        <w:t>،</w:t>
      </w:r>
      <w:r w:rsidRPr="00447966">
        <w:rPr>
          <w:sz w:val="30"/>
          <w:szCs w:val="30"/>
          <w:rtl/>
        </w:rPr>
        <w:t xml:space="preserve"> وانخفاض الأخطاء</w:t>
      </w:r>
      <w:r w:rsidR="00A5297B">
        <w:rPr>
          <w:sz w:val="30"/>
          <w:szCs w:val="30"/>
          <w:rtl/>
          <w:cs w:val="0"/>
        </w:rPr>
        <w:t>،</w:t>
      </w:r>
      <w:r w:rsidRPr="00447966">
        <w:rPr>
          <w:sz w:val="30"/>
          <w:szCs w:val="30"/>
          <w:rtl/>
        </w:rPr>
        <w:t xml:space="preserve"> وكفاءة استخدام الوقت والمواد</w:t>
      </w:r>
      <w:r w:rsidR="00A5297B">
        <w:rPr>
          <w:sz w:val="30"/>
          <w:szCs w:val="30"/>
          <w:rtl/>
          <w:cs w:val="0"/>
        </w:rPr>
        <w:t>.</w:t>
      </w:r>
      <w:r w:rsidRPr="00447966">
        <w:rPr>
          <w:sz w:val="30"/>
          <w:szCs w:val="30"/>
          <w:rtl/>
        </w:rPr>
        <w:t xml:space="preserve"> لا ترتبط الإنتاجية بتوفر المعدات أو المواد الخام فقط</w:t>
      </w:r>
      <w:r w:rsidR="00A5297B">
        <w:rPr>
          <w:sz w:val="30"/>
          <w:szCs w:val="30"/>
          <w:rtl/>
          <w:cs w:val="0"/>
        </w:rPr>
        <w:t>.</w:t>
      </w:r>
      <w:r w:rsidRPr="00447966">
        <w:rPr>
          <w:sz w:val="30"/>
          <w:szCs w:val="30"/>
          <w:rtl/>
        </w:rPr>
        <w:t xml:space="preserve"> ترتبط أيضا بوضوح الأهداف</w:t>
      </w:r>
      <w:r w:rsidR="00A5297B">
        <w:rPr>
          <w:sz w:val="30"/>
          <w:szCs w:val="30"/>
          <w:rtl/>
          <w:cs w:val="0"/>
        </w:rPr>
        <w:t>،</w:t>
      </w:r>
      <w:r w:rsidRPr="00447966">
        <w:rPr>
          <w:sz w:val="30"/>
          <w:szCs w:val="30"/>
          <w:rtl/>
        </w:rPr>
        <w:t xml:space="preserve"> وعدالة التقييم</w:t>
      </w:r>
      <w:r w:rsidR="00A5297B">
        <w:rPr>
          <w:sz w:val="30"/>
          <w:szCs w:val="30"/>
          <w:rtl/>
          <w:cs w:val="0"/>
        </w:rPr>
        <w:t>،</w:t>
      </w:r>
      <w:r w:rsidRPr="00447966">
        <w:rPr>
          <w:sz w:val="30"/>
          <w:szCs w:val="30"/>
          <w:rtl/>
        </w:rPr>
        <w:t xml:space="preserve"> وانتظام المتابعة</w:t>
      </w:r>
      <w:r w:rsidR="00A5297B">
        <w:rPr>
          <w:sz w:val="30"/>
          <w:szCs w:val="30"/>
          <w:rtl/>
          <w:cs w:val="0"/>
        </w:rPr>
        <w:t>،</w:t>
      </w:r>
      <w:r w:rsidRPr="00447966">
        <w:rPr>
          <w:sz w:val="30"/>
          <w:szCs w:val="30"/>
          <w:rtl/>
        </w:rPr>
        <w:t xml:space="preserve"> وفاعلية الحوافز</w:t>
      </w:r>
      <w:r w:rsidR="00A5297B">
        <w:rPr>
          <w:sz w:val="30"/>
          <w:szCs w:val="30"/>
          <w:rtl/>
          <w:cs w:val="0"/>
        </w:rPr>
        <w:t>،</w:t>
      </w:r>
      <w:r w:rsidRPr="00447966">
        <w:rPr>
          <w:sz w:val="30"/>
          <w:szCs w:val="30"/>
          <w:rtl/>
        </w:rPr>
        <w:t xml:space="preserve"> وقدرة الإدارة على معالجة جوانب القصور في الأداء</w:t>
      </w:r>
      <w:r w:rsidR="00A5297B">
        <w:rPr>
          <w:sz w:val="30"/>
          <w:szCs w:val="30"/>
          <w:rtl/>
          <w:cs w:val="0"/>
        </w:rPr>
        <w:t>.</w:t>
      </w:r>
      <w:r w:rsidRPr="00447966">
        <w:rPr>
          <w:sz w:val="30"/>
          <w:szCs w:val="30"/>
          <w:rtl/>
        </w:rPr>
        <w:t xml:space="preserve"> كلما امتلكت المنشأة نظام أداء واضحا</w:t>
      </w:r>
      <w:r w:rsidR="00A5297B">
        <w:rPr>
          <w:sz w:val="30"/>
          <w:szCs w:val="30"/>
          <w:rtl/>
          <w:cs w:val="0"/>
        </w:rPr>
        <w:t>،</w:t>
      </w:r>
      <w:r w:rsidRPr="00447966">
        <w:rPr>
          <w:sz w:val="30"/>
          <w:szCs w:val="30"/>
          <w:rtl/>
        </w:rPr>
        <w:t xml:space="preserve"> زادت قدرتها على رفع إنتاجية العاملين وتحسين نتائج التشغيل ‎(</w:t>
      </w:r>
      <w:proofErr w:type="spellStart"/>
      <w:r w:rsidRPr="00447966">
        <w:rPr>
          <w:sz w:val="30"/>
          <w:szCs w:val="30"/>
          <w:rtl/>
        </w:rPr>
        <w:t>Aguinis</w:t>
      </w:r>
      <w:proofErr w:type="spellEnd"/>
      <w:r w:rsidRPr="00447966">
        <w:rPr>
          <w:sz w:val="30"/>
          <w:szCs w:val="30"/>
          <w:rtl/>
        </w:rPr>
        <w:t>, 2019)‏</w:t>
      </w:r>
      <w:r w:rsidR="00A5297B">
        <w:rPr>
          <w:sz w:val="30"/>
          <w:szCs w:val="30"/>
          <w:rtl/>
          <w:cs w:val="0"/>
        </w:rPr>
        <w:t>.</w:t>
      </w:r>
    </w:p>
    <w:p w14:paraId="0AB00495" w14:textId="688BE8C9" w:rsidR="00A65499" w:rsidRPr="00447966" w:rsidRDefault="00000000" w:rsidP="00785C0A">
      <w:pPr>
        <w:spacing w:line="276" w:lineRule="auto"/>
        <w:jc w:val="both"/>
        <w:rPr>
          <w:sz w:val="30"/>
          <w:szCs w:val="30"/>
        </w:rPr>
      </w:pPr>
      <w:r w:rsidRPr="00447966">
        <w:rPr>
          <w:sz w:val="30"/>
          <w:szCs w:val="30"/>
          <w:rtl/>
        </w:rPr>
        <w:t>ينظر الفكر الإداري الحديث إلى إدارة الأداء بوصفها عملية تشاركية بين الإدارة والعاملين</w:t>
      </w:r>
      <w:r w:rsidR="00A5297B">
        <w:rPr>
          <w:sz w:val="30"/>
          <w:szCs w:val="30"/>
          <w:rtl/>
          <w:cs w:val="0"/>
        </w:rPr>
        <w:t>.</w:t>
      </w:r>
      <w:r w:rsidRPr="00447966">
        <w:rPr>
          <w:sz w:val="30"/>
          <w:szCs w:val="30"/>
          <w:rtl/>
        </w:rPr>
        <w:t xml:space="preserve"> لا تنجح هذه العملية إذا اعتمدت الإدارة على التوجيه من الأعلى فقط</w:t>
      </w:r>
      <w:r w:rsidR="00A5297B">
        <w:rPr>
          <w:sz w:val="30"/>
          <w:szCs w:val="30"/>
          <w:rtl/>
          <w:cs w:val="0"/>
        </w:rPr>
        <w:t>.</w:t>
      </w:r>
      <w:r w:rsidRPr="00447966">
        <w:rPr>
          <w:sz w:val="30"/>
          <w:szCs w:val="30"/>
          <w:rtl/>
        </w:rPr>
        <w:t xml:space="preserve"> تحتاج إدارة الأداء إلى اتفاق واضح حول ما يجب إنجازه</w:t>
      </w:r>
      <w:r w:rsidR="00A5297B">
        <w:rPr>
          <w:sz w:val="30"/>
          <w:szCs w:val="30"/>
          <w:rtl/>
          <w:cs w:val="0"/>
        </w:rPr>
        <w:t>،</w:t>
      </w:r>
      <w:r w:rsidRPr="00447966">
        <w:rPr>
          <w:sz w:val="30"/>
          <w:szCs w:val="30"/>
          <w:rtl/>
        </w:rPr>
        <w:t xml:space="preserve"> وكيف يقاس الإنجاز</w:t>
      </w:r>
      <w:r w:rsidR="00A5297B">
        <w:rPr>
          <w:sz w:val="30"/>
          <w:szCs w:val="30"/>
          <w:rtl/>
          <w:cs w:val="0"/>
        </w:rPr>
        <w:t>،</w:t>
      </w:r>
      <w:r w:rsidRPr="00447966">
        <w:rPr>
          <w:sz w:val="30"/>
          <w:szCs w:val="30"/>
          <w:rtl/>
        </w:rPr>
        <w:t xml:space="preserve"> ومتى تقدم التغذية الراجعة</w:t>
      </w:r>
      <w:r w:rsidR="00A5297B">
        <w:rPr>
          <w:sz w:val="30"/>
          <w:szCs w:val="30"/>
          <w:rtl/>
          <w:cs w:val="0"/>
        </w:rPr>
        <w:t>،</w:t>
      </w:r>
      <w:r w:rsidRPr="00447966">
        <w:rPr>
          <w:sz w:val="30"/>
          <w:szCs w:val="30"/>
          <w:rtl/>
        </w:rPr>
        <w:t xml:space="preserve"> وما نوع الدعم الذي يحصل عليه العامل عند وجود قصور في الأداء</w:t>
      </w:r>
      <w:r w:rsidR="00A5297B">
        <w:rPr>
          <w:sz w:val="30"/>
          <w:szCs w:val="30"/>
          <w:rtl/>
          <w:cs w:val="0"/>
        </w:rPr>
        <w:t>.</w:t>
      </w:r>
      <w:r w:rsidRPr="00447966">
        <w:rPr>
          <w:sz w:val="30"/>
          <w:szCs w:val="30"/>
          <w:rtl/>
        </w:rPr>
        <w:t xml:space="preserve"> هذا الاتجاه يختلف عن أنظمة التقييم التقليدية التي ركزت على الدرجة النهائية أكثر من تركيزها على التطوير الفعلي للعاملين ‎(</w:t>
      </w:r>
      <w:proofErr w:type="spellStart"/>
      <w:r w:rsidRPr="00447966">
        <w:rPr>
          <w:sz w:val="30"/>
          <w:szCs w:val="30"/>
          <w:rtl/>
        </w:rPr>
        <w:t>DeNisi</w:t>
      </w:r>
      <w:proofErr w:type="spellEnd"/>
      <w:r w:rsidRPr="00447966">
        <w:rPr>
          <w:sz w:val="30"/>
          <w:szCs w:val="30"/>
          <w:rtl/>
        </w:rPr>
        <w:t xml:space="preserve"> </w:t>
      </w:r>
      <w:proofErr w:type="spellStart"/>
      <w:r w:rsidRPr="00447966">
        <w:rPr>
          <w:sz w:val="30"/>
          <w:szCs w:val="30"/>
          <w:rtl/>
        </w:rPr>
        <w:t>and</w:t>
      </w:r>
      <w:proofErr w:type="spellEnd"/>
      <w:r w:rsidRPr="00447966">
        <w:rPr>
          <w:sz w:val="30"/>
          <w:szCs w:val="30"/>
          <w:rtl/>
        </w:rPr>
        <w:t xml:space="preserve"> </w:t>
      </w:r>
      <w:proofErr w:type="spellStart"/>
      <w:r w:rsidRPr="00447966">
        <w:rPr>
          <w:sz w:val="30"/>
          <w:szCs w:val="30"/>
          <w:rtl/>
        </w:rPr>
        <w:t>Murphy</w:t>
      </w:r>
      <w:proofErr w:type="spellEnd"/>
      <w:r w:rsidRPr="00447966">
        <w:rPr>
          <w:sz w:val="30"/>
          <w:szCs w:val="30"/>
          <w:rtl/>
        </w:rPr>
        <w:t>, 2017)‏</w:t>
      </w:r>
      <w:r w:rsidR="00A5297B">
        <w:rPr>
          <w:sz w:val="30"/>
          <w:szCs w:val="30"/>
          <w:rtl/>
          <w:cs w:val="0"/>
        </w:rPr>
        <w:t>.</w:t>
      </w:r>
    </w:p>
    <w:p w14:paraId="1DAC8D71" w14:textId="7112F8B0" w:rsidR="00A65499" w:rsidRPr="00447966" w:rsidRDefault="00000000" w:rsidP="00785C0A">
      <w:pPr>
        <w:spacing w:line="276" w:lineRule="auto"/>
        <w:jc w:val="both"/>
        <w:rPr>
          <w:sz w:val="30"/>
          <w:szCs w:val="30"/>
        </w:rPr>
      </w:pPr>
      <w:r w:rsidRPr="00447966">
        <w:rPr>
          <w:sz w:val="30"/>
          <w:szCs w:val="30"/>
          <w:rtl/>
        </w:rPr>
        <w:t>ترتبط إدارة الأداء كذلك بمفهوم الإنتاجية</w:t>
      </w:r>
      <w:r w:rsidR="00A5297B">
        <w:rPr>
          <w:sz w:val="30"/>
          <w:szCs w:val="30"/>
          <w:rtl/>
          <w:cs w:val="0"/>
        </w:rPr>
        <w:t>.</w:t>
      </w:r>
      <w:r w:rsidRPr="00447966">
        <w:rPr>
          <w:sz w:val="30"/>
          <w:szCs w:val="30"/>
          <w:rtl/>
        </w:rPr>
        <w:t xml:space="preserve"> يقصد بالإنتاجية قدرة العامل أو الوحدة التنظيمية على تحقيق مخرجات أفضل باستخدام الموارد المتاحة بكفاءة</w:t>
      </w:r>
      <w:r w:rsidR="00A5297B">
        <w:rPr>
          <w:sz w:val="30"/>
          <w:szCs w:val="30"/>
          <w:rtl/>
          <w:cs w:val="0"/>
        </w:rPr>
        <w:t>.</w:t>
      </w:r>
      <w:r w:rsidRPr="00447966">
        <w:rPr>
          <w:sz w:val="30"/>
          <w:szCs w:val="30"/>
          <w:rtl/>
        </w:rPr>
        <w:t xml:space="preserve"> في بيئة الإنتاج</w:t>
      </w:r>
      <w:r w:rsidR="00A5297B">
        <w:rPr>
          <w:sz w:val="30"/>
          <w:szCs w:val="30"/>
          <w:rtl/>
          <w:cs w:val="0"/>
        </w:rPr>
        <w:t>،</w:t>
      </w:r>
      <w:r w:rsidRPr="00447966">
        <w:rPr>
          <w:sz w:val="30"/>
          <w:szCs w:val="30"/>
          <w:rtl/>
        </w:rPr>
        <w:t xml:space="preserve"> لا تقاس الإنتاجية من خلال كمية الإنتاج فقط</w:t>
      </w:r>
      <w:r w:rsidR="00A5297B">
        <w:rPr>
          <w:sz w:val="30"/>
          <w:szCs w:val="30"/>
          <w:rtl/>
          <w:cs w:val="0"/>
        </w:rPr>
        <w:t>.</w:t>
      </w:r>
      <w:r w:rsidRPr="00447966">
        <w:rPr>
          <w:sz w:val="30"/>
          <w:szCs w:val="30"/>
          <w:rtl/>
        </w:rPr>
        <w:t xml:space="preserve"> تقاس أيضا من خلال جودة المخرجات</w:t>
      </w:r>
      <w:r w:rsidR="00A5297B">
        <w:rPr>
          <w:sz w:val="30"/>
          <w:szCs w:val="30"/>
          <w:rtl/>
          <w:cs w:val="0"/>
        </w:rPr>
        <w:t>،</w:t>
      </w:r>
      <w:r w:rsidRPr="00447966">
        <w:rPr>
          <w:sz w:val="30"/>
          <w:szCs w:val="30"/>
          <w:rtl/>
        </w:rPr>
        <w:t xml:space="preserve"> وسرعة إنجاز المهام</w:t>
      </w:r>
      <w:r w:rsidR="00A5297B">
        <w:rPr>
          <w:sz w:val="30"/>
          <w:szCs w:val="30"/>
          <w:rtl/>
          <w:cs w:val="0"/>
        </w:rPr>
        <w:t>،</w:t>
      </w:r>
      <w:r w:rsidRPr="00447966">
        <w:rPr>
          <w:sz w:val="30"/>
          <w:szCs w:val="30"/>
          <w:rtl/>
        </w:rPr>
        <w:t xml:space="preserve"> وتقليل الفاقد</w:t>
      </w:r>
      <w:r w:rsidR="00A5297B">
        <w:rPr>
          <w:sz w:val="30"/>
          <w:szCs w:val="30"/>
          <w:rtl/>
          <w:cs w:val="0"/>
        </w:rPr>
        <w:t>،</w:t>
      </w:r>
      <w:r w:rsidRPr="00447966">
        <w:rPr>
          <w:sz w:val="30"/>
          <w:szCs w:val="30"/>
          <w:rtl/>
        </w:rPr>
        <w:t xml:space="preserve"> وخفض الأخطاء</w:t>
      </w:r>
      <w:r w:rsidR="00A5297B">
        <w:rPr>
          <w:sz w:val="30"/>
          <w:szCs w:val="30"/>
          <w:rtl/>
          <w:cs w:val="0"/>
        </w:rPr>
        <w:t>،</w:t>
      </w:r>
      <w:r w:rsidRPr="00447966">
        <w:rPr>
          <w:sz w:val="30"/>
          <w:szCs w:val="30"/>
          <w:rtl/>
        </w:rPr>
        <w:t xml:space="preserve"> وتحسين الاستخدام اليومي للوقت والموارد</w:t>
      </w:r>
      <w:r w:rsidR="00A5297B">
        <w:rPr>
          <w:sz w:val="30"/>
          <w:szCs w:val="30"/>
          <w:rtl/>
          <w:cs w:val="0"/>
        </w:rPr>
        <w:t>.</w:t>
      </w:r>
      <w:r w:rsidRPr="00447966">
        <w:rPr>
          <w:sz w:val="30"/>
          <w:szCs w:val="30"/>
          <w:rtl/>
        </w:rPr>
        <w:t xml:space="preserve"> لذلك</w:t>
      </w:r>
      <w:r w:rsidR="00A5297B">
        <w:rPr>
          <w:sz w:val="30"/>
          <w:szCs w:val="30"/>
          <w:rtl/>
          <w:cs w:val="0"/>
        </w:rPr>
        <w:t>،</w:t>
      </w:r>
      <w:r w:rsidRPr="00447966">
        <w:rPr>
          <w:sz w:val="30"/>
          <w:szCs w:val="30"/>
          <w:rtl/>
        </w:rPr>
        <w:t xml:space="preserve"> لا تكفي زيادة الكمية إذا ارتفعت الأخطاء أو زاد الهدر أو تراجعت الجودة</w:t>
      </w:r>
      <w:r w:rsidR="00A5297B">
        <w:rPr>
          <w:sz w:val="30"/>
          <w:szCs w:val="30"/>
          <w:rtl/>
          <w:cs w:val="0"/>
        </w:rPr>
        <w:t>.</w:t>
      </w:r>
      <w:r w:rsidRPr="00447966">
        <w:rPr>
          <w:sz w:val="30"/>
          <w:szCs w:val="30"/>
          <w:rtl/>
        </w:rPr>
        <w:t xml:space="preserve"> تحتاج المنشأة إلى إنتاجية متوازنة تجمع بين الكمية والجودة والكفاءة</w:t>
      </w:r>
      <w:r w:rsidR="00A5297B">
        <w:rPr>
          <w:sz w:val="30"/>
          <w:szCs w:val="30"/>
          <w:rtl/>
          <w:cs w:val="0"/>
        </w:rPr>
        <w:t>.</w:t>
      </w:r>
    </w:p>
    <w:p w14:paraId="7FBADC33" w14:textId="069397CC" w:rsidR="00A65499" w:rsidRPr="00447966" w:rsidRDefault="00000000" w:rsidP="00785C0A">
      <w:pPr>
        <w:spacing w:line="276" w:lineRule="auto"/>
        <w:jc w:val="both"/>
        <w:rPr>
          <w:sz w:val="30"/>
          <w:szCs w:val="30"/>
        </w:rPr>
      </w:pPr>
      <w:r w:rsidRPr="00447966">
        <w:rPr>
          <w:sz w:val="30"/>
          <w:szCs w:val="30"/>
          <w:rtl/>
        </w:rPr>
        <w:t>تواجه الشركات الإنتاجية في المملكة العربية السعودية متطلبات تشغيلية متزايدة</w:t>
      </w:r>
      <w:r w:rsidR="00A5297B">
        <w:rPr>
          <w:sz w:val="30"/>
          <w:szCs w:val="30"/>
          <w:rtl/>
          <w:cs w:val="0"/>
        </w:rPr>
        <w:t>.</w:t>
      </w:r>
      <w:r w:rsidRPr="00447966">
        <w:rPr>
          <w:sz w:val="30"/>
          <w:szCs w:val="30"/>
          <w:rtl/>
        </w:rPr>
        <w:t xml:space="preserve"> ترتبط هذه المتطلبات بالتنافس</w:t>
      </w:r>
      <w:r w:rsidR="00A5297B">
        <w:rPr>
          <w:sz w:val="30"/>
          <w:szCs w:val="30"/>
          <w:rtl/>
          <w:cs w:val="0"/>
        </w:rPr>
        <w:t>،</w:t>
      </w:r>
      <w:r w:rsidRPr="00447966">
        <w:rPr>
          <w:sz w:val="30"/>
          <w:szCs w:val="30"/>
          <w:rtl/>
        </w:rPr>
        <w:t xml:space="preserve"> وجودة المنتجات</w:t>
      </w:r>
      <w:r w:rsidR="00A5297B">
        <w:rPr>
          <w:sz w:val="30"/>
          <w:szCs w:val="30"/>
          <w:rtl/>
          <w:cs w:val="0"/>
        </w:rPr>
        <w:t>،</w:t>
      </w:r>
      <w:r w:rsidRPr="00447966">
        <w:rPr>
          <w:sz w:val="30"/>
          <w:szCs w:val="30"/>
          <w:rtl/>
        </w:rPr>
        <w:t xml:space="preserve"> وتوقعات العملاء</w:t>
      </w:r>
      <w:r w:rsidR="00A5297B">
        <w:rPr>
          <w:sz w:val="30"/>
          <w:szCs w:val="30"/>
          <w:rtl/>
          <w:cs w:val="0"/>
        </w:rPr>
        <w:t>،</w:t>
      </w:r>
      <w:r w:rsidRPr="00447966">
        <w:rPr>
          <w:sz w:val="30"/>
          <w:szCs w:val="30"/>
          <w:rtl/>
        </w:rPr>
        <w:t xml:space="preserve"> وتكاليف التشغيل</w:t>
      </w:r>
      <w:r w:rsidR="00A5297B">
        <w:rPr>
          <w:sz w:val="30"/>
          <w:szCs w:val="30"/>
          <w:rtl/>
          <w:cs w:val="0"/>
        </w:rPr>
        <w:t>،</w:t>
      </w:r>
      <w:r w:rsidRPr="00447966">
        <w:rPr>
          <w:sz w:val="30"/>
          <w:szCs w:val="30"/>
          <w:rtl/>
        </w:rPr>
        <w:t xml:space="preserve"> وسلاسل الإمداد</w:t>
      </w:r>
      <w:r w:rsidR="00A5297B">
        <w:rPr>
          <w:sz w:val="30"/>
          <w:szCs w:val="30"/>
          <w:rtl/>
          <w:cs w:val="0"/>
        </w:rPr>
        <w:t>،</w:t>
      </w:r>
      <w:r w:rsidRPr="00447966">
        <w:rPr>
          <w:sz w:val="30"/>
          <w:szCs w:val="30"/>
          <w:rtl/>
        </w:rPr>
        <w:t xml:space="preserve"> وتطوير رأس المال البشري</w:t>
      </w:r>
      <w:r w:rsidR="00A5297B">
        <w:rPr>
          <w:sz w:val="30"/>
          <w:szCs w:val="30"/>
          <w:rtl/>
          <w:cs w:val="0"/>
        </w:rPr>
        <w:t>.</w:t>
      </w:r>
      <w:r w:rsidRPr="00447966">
        <w:rPr>
          <w:sz w:val="30"/>
          <w:szCs w:val="30"/>
          <w:rtl/>
        </w:rPr>
        <w:t xml:space="preserve"> وتعد شركة مصنع تمور القصيم المحدودة من الشركات التي تعمل في مجال إنتاجي يحتاج إلى تنظيم واضح للعمل</w:t>
      </w:r>
      <w:r w:rsidR="00A5297B">
        <w:rPr>
          <w:sz w:val="30"/>
          <w:szCs w:val="30"/>
          <w:rtl/>
          <w:cs w:val="0"/>
        </w:rPr>
        <w:t>،</w:t>
      </w:r>
      <w:r w:rsidRPr="00447966">
        <w:rPr>
          <w:sz w:val="30"/>
          <w:szCs w:val="30"/>
          <w:rtl/>
        </w:rPr>
        <w:t xml:space="preserve"> ومتابعة مستمرة للأداء</w:t>
      </w:r>
      <w:r w:rsidR="00A5297B">
        <w:rPr>
          <w:sz w:val="30"/>
          <w:szCs w:val="30"/>
          <w:rtl/>
          <w:cs w:val="0"/>
        </w:rPr>
        <w:t>،</w:t>
      </w:r>
      <w:r w:rsidRPr="00447966">
        <w:rPr>
          <w:sz w:val="30"/>
          <w:szCs w:val="30"/>
          <w:rtl/>
        </w:rPr>
        <w:t xml:space="preserve"> وتحسين دائم لجودة المخرجات</w:t>
      </w:r>
      <w:r w:rsidR="00A5297B">
        <w:rPr>
          <w:sz w:val="30"/>
          <w:szCs w:val="30"/>
          <w:rtl/>
          <w:cs w:val="0"/>
        </w:rPr>
        <w:t>.</w:t>
      </w:r>
      <w:r w:rsidRPr="00447966">
        <w:rPr>
          <w:sz w:val="30"/>
          <w:szCs w:val="30"/>
          <w:rtl/>
        </w:rPr>
        <w:t xml:space="preserve"> يفرض هذا النشاط على الإدارة أن تهتم بممارسات الأداء</w:t>
      </w:r>
      <w:r w:rsidR="00A5297B">
        <w:rPr>
          <w:sz w:val="30"/>
          <w:szCs w:val="30"/>
          <w:rtl/>
          <w:cs w:val="0"/>
        </w:rPr>
        <w:t>،</w:t>
      </w:r>
      <w:r w:rsidRPr="00447966">
        <w:rPr>
          <w:sz w:val="30"/>
          <w:szCs w:val="30"/>
          <w:rtl/>
        </w:rPr>
        <w:t xml:space="preserve"> لأنها تؤثر في طريقة تنفيذ المهام اليومية داخل خطوط الإنتاج والإدارة والمساندة</w:t>
      </w:r>
      <w:r w:rsidR="00A5297B">
        <w:rPr>
          <w:sz w:val="30"/>
          <w:szCs w:val="30"/>
          <w:rtl/>
          <w:cs w:val="0"/>
        </w:rPr>
        <w:t>.</w:t>
      </w:r>
    </w:p>
    <w:p w14:paraId="3E9E7A8D" w14:textId="6DB533E5" w:rsidR="00A65499" w:rsidRPr="00447966" w:rsidRDefault="00000000" w:rsidP="00785C0A">
      <w:pPr>
        <w:spacing w:line="276" w:lineRule="auto"/>
        <w:jc w:val="both"/>
        <w:rPr>
          <w:sz w:val="30"/>
          <w:szCs w:val="30"/>
        </w:rPr>
      </w:pPr>
      <w:r w:rsidRPr="00447966">
        <w:rPr>
          <w:sz w:val="30"/>
          <w:szCs w:val="30"/>
          <w:rtl/>
        </w:rPr>
        <w:lastRenderedPageBreak/>
        <w:t>تمثل صناعة التمور نشاطا إنتاجيا مهما في البيئة السعودية</w:t>
      </w:r>
      <w:r w:rsidR="00A5297B">
        <w:rPr>
          <w:sz w:val="30"/>
          <w:szCs w:val="30"/>
          <w:rtl/>
          <w:cs w:val="0"/>
        </w:rPr>
        <w:t>.</w:t>
      </w:r>
      <w:r w:rsidRPr="00447966">
        <w:rPr>
          <w:sz w:val="30"/>
          <w:szCs w:val="30"/>
          <w:rtl/>
        </w:rPr>
        <w:t xml:space="preserve"> تعتمد هذه الصناعة على مراحل تشغيل متعددة</w:t>
      </w:r>
      <w:r w:rsidR="00A5297B">
        <w:rPr>
          <w:sz w:val="30"/>
          <w:szCs w:val="30"/>
          <w:rtl/>
          <w:cs w:val="0"/>
        </w:rPr>
        <w:t>،</w:t>
      </w:r>
      <w:r w:rsidRPr="00447966">
        <w:rPr>
          <w:sz w:val="30"/>
          <w:szCs w:val="30"/>
          <w:rtl/>
        </w:rPr>
        <w:t xml:space="preserve"> تبدأ من الاستلام والفرز</w:t>
      </w:r>
      <w:r w:rsidR="00A5297B">
        <w:rPr>
          <w:sz w:val="30"/>
          <w:szCs w:val="30"/>
          <w:rtl/>
          <w:cs w:val="0"/>
        </w:rPr>
        <w:t>،</w:t>
      </w:r>
      <w:r w:rsidRPr="00447966">
        <w:rPr>
          <w:sz w:val="30"/>
          <w:szCs w:val="30"/>
          <w:rtl/>
        </w:rPr>
        <w:t xml:space="preserve"> ثم المعالجة والتعبئة والتغليف</w:t>
      </w:r>
      <w:r w:rsidR="00A5297B">
        <w:rPr>
          <w:sz w:val="30"/>
          <w:szCs w:val="30"/>
          <w:rtl/>
          <w:cs w:val="0"/>
        </w:rPr>
        <w:t>،</w:t>
      </w:r>
      <w:r w:rsidRPr="00447966">
        <w:rPr>
          <w:sz w:val="30"/>
          <w:szCs w:val="30"/>
          <w:rtl/>
        </w:rPr>
        <w:t xml:space="preserve"> وتنتهي بالتخزين والتوزيع</w:t>
      </w:r>
      <w:r w:rsidR="00A5297B">
        <w:rPr>
          <w:sz w:val="30"/>
          <w:szCs w:val="30"/>
          <w:rtl/>
          <w:cs w:val="0"/>
        </w:rPr>
        <w:t>.</w:t>
      </w:r>
      <w:r w:rsidRPr="00447966">
        <w:rPr>
          <w:sz w:val="30"/>
          <w:szCs w:val="30"/>
          <w:rtl/>
        </w:rPr>
        <w:t xml:space="preserve"> تتطلب هذه المراحل التزاما واضحا بمعايير الجودة</w:t>
      </w:r>
      <w:r w:rsidR="00A5297B">
        <w:rPr>
          <w:sz w:val="30"/>
          <w:szCs w:val="30"/>
          <w:rtl/>
          <w:cs w:val="0"/>
        </w:rPr>
        <w:t>،</w:t>
      </w:r>
      <w:r w:rsidRPr="00447966">
        <w:rPr>
          <w:sz w:val="30"/>
          <w:szCs w:val="30"/>
          <w:rtl/>
        </w:rPr>
        <w:t xml:space="preserve"> وسرعة في الإنجاز</w:t>
      </w:r>
      <w:r w:rsidR="00A5297B">
        <w:rPr>
          <w:sz w:val="30"/>
          <w:szCs w:val="30"/>
          <w:rtl/>
          <w:cs w:val="0"/>
        </w:rPr>
        <w:t>،</w:t>
      </w:r>
      <w:r w:rsidRPr="00447966">
        <w:rPr>
          <w:sz w:val="30"/>
          <w:szCs w:val="30"/>
          <w:rtl/>
        </w:rPr>
        <w:t xml:space="preserve"> وتنسيقا بين العاملين</w:t>
      </w:r>
      <w:r w:rsidR="00A5297B">
        <w:rPr>
          <w:sz w:val="30"/>
          <w:szCs w:val="30"/>
          <w:rtl/>
          <w:cs w:val="0"/>
        </w:rPr>
        <w:t>،</w:t>
      </w:r>
      <w:r w:rsidRPr="00447966">
        <w:rPr>
          <w:sz w:val="30"/>
          <w:szCs w:val="30"/>
          <w:rtl/>
        </w:rPr>
        <w:t xml:space="preserve"> وقدرة على تقليل الأخطاء والهدر</w:t>
      </w:r>
      <w:r w:rsidR="00A5297B">
        <w:rPr>
          <w:sz w:val="30"/>
          <w:szCs w:val="30"/>
          <w:rtl/>
          <w:cs w:val="0"/>
        </w:rPr>
        <w:t>.</w:t>
      </w:r>
      <w:r w:rsidRPr="00447966">
        <w:rPr>
          <w:sz w:val="30"/>
          <w:szCs w:val="30"/>
          <w:rtl/>
        </w:rPr>
        <w:t xml:space="preserve"> لذلك</w:t>
      </w:r>
      <w:r w:rsidR="00A5297B">
        <w:rPr>
          <w:sz w:val="30"/>
          <w:szCs w:val="30"/>
          <w:rtl/>
          <w:cs w:val="0"/>
        </w:rPr>
        <w:t>،</w:t>
      </w:r>
      <w:r w:rsidRPr="00447966">
        <w:rPr>
          <w:sz w:val="30"/>
          <w:szCs w:val="30"/>
          <w:rtl/>
        </w:rPr>
        <w:t xml:space="preserve"> تبرز الحاجة إلى دراسة أثر إدارة الأداء على تحسين الإنتاجية في هذه البيئة العملية</w:t>
      </w:r>
      <w:r w:rsidR="00A5297B">
        <w:rPr>
          <w:sz w:val="30"/>
          <w:szCs w:val="30"/>
          <w:rtl/>
          <w:cs w:val="0"/>
        </w:rPr>
        <w:t>.</w:t>
      </w:r>
    </w:p>
    <w:p w14:paraId="60D04DF6" w14:textId="700540CB" w:rsidR="00A65499" w:rsidRPr="00447966" w:rsidRDefault="00000000" w:rsidP="00785C0A">
      <w:pPr>
        <w:spacing w:line="276" w:lineRule="auto"/>
        <w:jc w:val="both"/>
        <w:rPr>
          <w:sz w:val="30"/>
          <w:szCs w:val="30"/>
        </w:rPr>
      </w:pPr>
      <w:r w:rsidRPr="00447966">
        <w:rPr>
          <w:sz w:val="30"/>
          <w:szCs w:val="30"/>
          <w:rtl/>
        </w:rPr>
        <w:t>تسعى هذه الدراسة إلى التعرف على أثر إدارة الأداء على تحسين الإنتاجية لدى العاملين في شركة مصنع تمور القصيم المحدودة بالمملكة العربية السعودية</w:t>
      </w:r>
      <w:r w:rsidR="00A5297B">
        <w:rPr>
          <w:sz w:val="30"/>
          <w:szCs w:val="30"/>
          <w:rtl/>
          <w:cs w:val="0"/>
        </w:rPr>
        <w:t>.</w:t>
      </w:r>
      <w:r w:rsidRPr="00447966">
        <w:rPr>
          <w:sz w:val="30"/>
          <w:szCs w:val="30"/>
          <w:rtl/>
        </w:rPr>
        <w:t xml:space="preserve"> تركز الدراسة على أربعة أبعاد رئيسة لإدارة الأداء</w:t>
      </w:r>
      <w:r w:rsidR="00A5297B">
        <w:rPr>
          <w:sz w:val="30"/>
          <w:szCs w:val="30"/>
          <w:rtl/>
          <w:cs w:val="0"/>
        </w:rPr>
        <w:t>،</w:t>
      </w:r>
      <w:r w:rsidRPr="00447966">
        <w:rPr>
          <w:sz w:val="30"/>
          <w:szCs w:val="30"/>
          <w:rtl/>
        </w:rPr>
        <w:t xml:space="preserve"> وهي تخطيط الأداء</w:t>
      </w:r>
      <w:r w:rsidR="00A5297B">
        <w:rPr>
          <w:sz w:val="30"/>
          <w:szCs w:val="30"/>
          <w:rtl/>
          <w:cs w:val="0"/>
        </w:rPr>
        <w:t>،</w:t>
      </w:r>
      <w:r w:rsidRPr="00447966">
        <w:rPr>
          <w:sz w:val="30"/>
          <w:szCs w:val="30"/>
          <w:rtl/>
        </w:rPr>
        <w:t xml:space="preserve"> والمتابعة والتغذية الراجعة</w:t>
      </w:r>
      <w:r w:rsidR="00A5297B">
        <w:rPr>
          <w:sz w:val="30"/>
          <w:szCs w:val="30"/>
          <w:rtl/>
          <w:cs w:val="0"/>
        </w:rPr>
        <w:t>،</w:t>
      </w:r>
      <w:r w:rsidRPr="00447966">
        <w:rPr>
          <w:sz w:val="30"/>
          <w:szCs w:val="30"/>
          <w:rtl/>
        </w:rPr>
        <w:t xml:space="preserve"> وتقييم الأداء</w:t>
      </w:r>
      <w:r w:rsidR="00A5297B">
        <w:rPr>
          <w:sz w:val="30"/>
          <w:szCs w:val="30"/>
          <w:rtl/>
          <w:cs w:val="0"/>
        </w:rPr>
        <w:t>،</w:t>
      </w:r>
      <w:r w:rsidRPr="00447966">
        <w:rPr>
          <w:sz w:val="30"/>
          <w:szCs w:val="30"/>
          <w:rtl/>
        </w:rPr>
        <w:t xml:space="preserve"> </w:t>
      </w:r>
      <w:proofErr w:type="gramStart"/>
      <w:r w:rsidRPr="00447966">
        <w:rPr>
          <w:sz w:val="30"/>
          <w:szCs w:val="30"/>
          <w:rtl/>
        </w:rPr>
        <w:t>والحوافز</w:t>
      </w:r>
      <w:proofErr w:type="gramEnd"/>
      <w:r w:rsidRPr="00447966">
        <w:rPr>
          <w:sz w:val="30"/>
          <w:szCs w:val="30"/>
          <w:rtl/>
        </w:rPr>
        <w:t xml:space="preserve"> والتطوير</w:t>
      </w:r>
      <w:r w:rsidR="00A5297B">
        <w:rPr>
          <w:sz w:val="30"/>
          <w:szCs w:val="30"/>
          <w:rtl/>
          <w:cs w:val="0"/>
        </w:rPr>
        <w:t>.</w:t>
      </w:r>
      <w:r w:rsidRPr="00447966">
        <w:rPr>
          <w:sz w:val="30"/>
          <w:szCs w:val="30"/>
          <w:rtl/>
        </w:rPr>
        <w:t xml:space="preserve"> كما تقيس تحسين الإنتاجية من خلال مؤشرات مرتبطة بسرعة الإنجاز</w:t>
      </w:r>
      <w:r w:rsidR="00A5297B">
        <w:rPr>
          <w:sz w:val="30"/>
          <w:szCs w:val="30"/>
          <w:rtl/>
          <w:cs w:val="0"/>
        </w:rPr>
        <w:t>،</w:t>
      </w:r>
      <w:r w:rsidRPr="00447966">
        <w:rPr>
          <w:sz w:val="30"/>
          <w:szCs w:val="30"/>
          <w:rtl/>
        </w:rPr>
        <w:t xml:space="preserve"> وجودة المخرجات</w:t>
      </w:r>
      <w:r w:rsidR="00A5297B">
        <w:rPr>
          <w:sz w:val="30"/>
          <w:szCs w:val="30"/>
          <w:rtl/>
          <w:cs w:val="0"/>
        </w:rPr>
        <w:t>،</w:t>
      </w:r>
      <w:r w:rsidRPr="00447966">
        <w:rPr>
          <w:sz w:val="30"/>
          <w:szCs w:val="30"/>
          <w:rtl/>
        </w:rPr>
        <w:t xml:space="preserve"> وكفاءة استخدام الوقت والموارد</w:t>
      </w:r>
      <w:r w:rsidR="00A5297B">
        <w:rPr>
          <w:sz w:val="30"/>
          <w:szCs w:val="30"/>
          <w:rtl/>
          <w:cs w:val="0"/>
        </w:rPr>
        <w:t>،</w:t>
      </w:r>
      <w:r w:rsidRPr="00447966">
        <w:rPr>
          <w:sz w:val="30"/>
          <w:szCs w:val="30"/>
          <w:rtl/>
        </w:rPr>
        <w:t xml:space="preserve"> وتقليل الأخطاء والهدر</w:t>
      </w:r>
      <w:r w:rsidR="00A5297B">
        <w:rPr>
          <w:sz w:val="30"/>
          <w:szCs w:val="30"/>
          <w:rtl/>
          <w:cs w:val="0"/>
        </w:rPr>
        <w:t>،</w:t>
      </w:r>
      <w:r w:rsidRPr="00447966">
        <w:rPr>
          <w:sz w:val="30"/>
          <w:szCs w:val="30"/>
          <w:rtl/>
        </w:rPr>
        <w:t xml:space="preserve"> وتحسين الأداء العام</w:t>
      </w:r>
      <w:r w:rsidR="00A5297B">
        <w:rPr>
          <w:sz w:val="30"/>
          <w:szCs w:val="30"/>
          <w:rtl/>
          <w:cs w:val="0"/>
        </w:rPr>
        <w:t>.</w:t>
      </w:r>
    </w:p>
    <w:p w14:paraId="324BAEEF" w14:textId="18C9604E" w:rsidR="00A65499" w:rsidRPr="00447966" w:rsidRDefault="00000000" w:rsidP="00785C0A">
      <w:pPr>
        <w:spacing w:line="276" w:lineRule="auto"/>
        <w:jc w:val="both"/>
        <w:rPr>
          <w:sz w:val="30"/>
          <w:szCs w:val="30"/>
        </w:rPr>
      </w:pPr>
      <w:r w:rsidRPr="00447966">
        <w:rPr>
          <w:sz w:val="30"/>
          <w:szCs w:val="30"/>
          <w:rtl/>
        </w:rPr>
        <w:t>يساعد هذا التناول على فهم العلاقة بين النظام الإداري للأداء وبين النتائج الإنتاجية داخل الشركة</w:t>
      </w:r>
      <w:r w:rsidR="00A5297B">
        <w:rPr>
          <w:sz w:val="30"/>
          <w:szCs w:val="30"/>
          <w:rtl/>
          <w:cs w:val="0"/>
        </w:rPr>
        <w:t>.</w:t>
      </w:r>
      <w:r w:rsidRPr="00447966">
        <w:rPr>
          <w:sz w:val="30"/>
          <w:szCs w:val="30"/>
          <w:rtl/>
        </w:rPr>
        <w:t xml:space="preserve"> كما يساعد إدارة الشركة على معرفة الجوانب التي تحتاج إلى تطوير</w:t>
      </w:r>
      <w:r w:rsidR="00A5297B">
        <w:rPr>
          <w:sz w:val="30"/>
          <w:szCs w:val="30"/>
          <w:rtl/>
          <w:cs w:val="0"/>
        </w:rPr>
        <w:t>،</w:t>
      </w:r>
      <w:r w:rsidRPr="00447966">
        <w:rPr>
          <w:sz w:val="30"/>
          <w:szCs w:val="30"/>
          <w:rtl/>
        </w:rPr>
        <w:t xml:space="preserve"> سواء في التخطيط للأداء</w:t>
      </w:r>
      <w:r w:rsidR="00A5297B">
        <w:rPr>
          <w:sz w:val="30"/>
          <w:szCs w:val="30"/>
          <w:rtl/>
          <w:cs w:val="0"/>
        </w:rPr>
        <w:t>،</w:t>
      </w:r>
      <w:r w:rsidRPr="00447966">
        <w:rPr>
          <w:sz w:val="30"/>
          <w:szCs w:val="30"/>
          <w:rtl/>
        </w:rPr>
        <w:t xml:space="preserve"> أو المتابعة اليومية</w:t>
      </w:r>
      <w:r w:rsidR="00A5297B">
        <w:rPr>
          <w:sz w:val="30"/>
          <w:szCs w:val="30"/>
          <w:rtl/>
          <w:cs w:val="0"/>
        </w:rPr>
        <w:t>،</w:t>
      </w:r>
      <w:r w:rsidRPr="00447966">
        <w:rPr>
          <w:sz w:val="30"/>
          <w:szCs w:val="30"/>
          <w:rtl/>
        </w:rPr>
        <w:t xml:space="preserve"> أو عدالة التقييم</w:t>
      </w:r>
      <w:r w:rsidR="00A5297B">
        <w:rPr>
          <w:sz w:val="30"/>
          <w:szCs w:val="30"/>
          <w:rtl/>
          <w:cs w:val="0"/>
        </w:rPr>
        <w:t>،</w:t>
      </w:r>
      <w:r w:rsidRPr="00447966">
        <w:rPr>
          <w:sz w:val="30"/>
          <w:szCs w:val="30"/>
          <w:rtl/>
        </w:rPr>
        <w:t xml:space="preserve"> أو ربط نتائج الأداء بالحوافز والتدريب</w:t>
      </w:r>
      <w:r w:rsidR="00A5297B">
        <w:rPr>
          <w:sz w:val="30"/>
          <w:szCs w:val="30"/>
          <w:rtl/>
          <w:cs w:val="0"/>
        </w:rPr>
        <w:t>.</w:t>
      </w:r>
      <w:r w:rsidRPr="00447966">
        <w:rPr>
          <w:sz w:val="30"/>
          <w:szCs w:val="30"/>
          <w:rtl/>
        </w:rPr>
        <w:t xml:space="preserve"> ومن ثم</w:t>
      </w:r>
      <w:r w:rsidR="00A5297B">
        <w:rPr>
          <w:sz w:val="30"/>
          <w:szCs w:val="30"/>
          <w:rtl/>
          <w:cs w:val="0"/>
        </w:rPr>
        <w:t>،</w:t>
      </w:r>
      <w:r w:rsidRPr="00447966">
        <w:rPr>
          <w:sz w:val="30"/>
          <w:szCs w:val="30"/>
          <w:rtl/>
        </w:rPr>
        <w:t xml:space="preserve"> تقدم الدراسة أساسا علميا وعمليا لتطوير ممارسات إدارة الأداء بما يخدم تحسين الإنتاجية لدى العاملين</w:t>
      </w:r>
      <w:r w:rsidR="00A5297B">
        <w:rPr>
          <w:sz w:val="30"/>
          <w:szCs w:val="30"/>
          <w:rtl/>
          <w:cs w:val="0"/>
        </w:rPr>
        <w:t>.</w:t>
      </w:r>
    </w:p>
    <w:p w14:paraId="1C82D520" w14:textId="41AE879E" w:rsidR="00A65499" w:rsidRPr="00B5235E" w:rsidRDefault="004B1822" w:rsidP="00B5235E">
      <w:pPr>
        <w:pStyle w:val="Heading2"/>
      </w:pPr>
      <w:bookmarkStart w:id="102" w:name="_Toc233582848"/>
      <w:bookmarkStart w:id="103" w:name="_Toc233583015"/>
      <w:bookmarkStart w:id="104" w:name="_Toc233584648"/>
      <w:bookmarkStart w:id="105" w:name="_Toc233585020"/>
      <w:bookmarkStart w:id="106" w:name="_Toc233585146"/>
      <w:bookmarkStart w:id="107" w:name="_Toc233585287"/>
      <w:bookmarkStart w:id="108" w:name="_Toc233585617"/>
      <w:bookmarkStart w:id="109" w:name="_Toc233585773"/>
      <w:bookmarkStart w:id="110" w:name="_Toc233585899"/>
      <w:bookmarkStart w:id="111" w:name="_Toc233586028"/>
      <w:bookmarkStart w:id="112" w:name="_Toc233586806"/>
      <w:bookmarkStart w:id="113" w:name="_Toc233586941"/>
      <w:bookmarkStart w:id="114" w:name="_Toc233587082"/>
      <w:bookmarkStart w:id="115" w:name="_Toc233587209"/>
      <w:bookmarkStart w:id="116" w:name="_Toc233587067"/>
      <w:bookmarkStart w:id="117" w:name="_Toc233587619"/>
      <w:bookmarkStart w:id="118" w:name="_Toc233587751"/>
      <w:r w:rsidRPr="00B5235E">
        <w:rPr>
          <w:rtl/>
        </w:rPr>
        <w:t>مشكلة الدراسة</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6236FF58" w14:textId="7BBBB249" w:rsidR="00A65499" w:rsidRPr="00447966" w:rsidRDefault="00000000" w:rsidP="00785C0A">
      <w:pPr>
        <w:spacing w:line="276" w:lineRule="auto"/>
        <w:jc w:val="both"/>
        <w:rPr>
          <w:sz w:val="30"/>
          <w:szCs w:val="30"/>
        </w:rPr>
      </w:pPr>
      <w:r w:rsidRPr="00447966">
        <w:rPr>
          <w:sz w:val="30"/>
          <w:szCs w:val="30"/>
          <w:rtl/>
        </w:rPr>
        <w:t>تواجه المنظمات الإنتاجية تحديا مستمرا يتمثل في رفع الإنتاجية مع الحفاظ على جودة المخرجات وكفاءة استخدام الموارد</w:t>
      </w:r>
      <w:r w:rsidR="00A5297B">
        <w:rPr>
          <w:sz w:val="30"/>
          <w:szCs w:val="30"/>
          <w:rtl/>
          <w:cs w:val="0"/>
        </w:rPr>
        <w:t>.</w:t>
      </w:r>
      <w:r w:rsidRPr="00447966">
        <w:rPr>
          <w:sz w:val="30"/>
          <w:szCs w:val="30"/>
          <w:rtl/>
        </w:rPr>
        <w:t xml:space="preserve"> لا يتحقق هذا الهدف من خلال المعدات أو المواد أو رأس المال فقط</w:t>
      </w:r>
      <w:r w:rsidR="00A5297B">
        <w:rPr>
          <w:sz w:val="30"/>
          <w:szCs w:val="30"/>
          <w:rtl/>
          <w:cs w:val="0"/>
        </w:rPr>
        <w:t>.</w:t>
      </w:r>
      <w:r w:rsidRPr="00447966">
        <w:rPr>
          <w:sz w:val="30"/>
          <w:szCs w:val="30"/>
          <w:rtl/>
        </w:rPr>
        <w:t xml:space="preserve"> يحتاج إلى إدارة منظمة لسلوك العاملين</w:t>
      </w:r>
      <w:r w:rsidR="00A5297B">
        <w:rPr>
          <w:sz w:val="30"/>
          <w:szCs w:val="30"/>
          <w:rtl/>
          <w:cs w:val="0"/>
        </w:rPr>
        <w:t>،</w:t>
      </w:r>
      <w:r w:rsidRPr="00447966">
        <w:rPr>
          <w:sz w:val="30"/>
          <w:szCs w:val="30"/>
          <w:rtl/>
        </w:rPr>
        <w:t xml:space="preserve"> وتحديد واضح للأهداف</w:t>
      </w:r>
      <w:r w:rsidR="00A5297B">
        <w:rPr>
          <w:sz w:val="30"/>
          <w:szCs w:val="30"/>
          <w:rtl/>
          <w:cs w:val="0"/>
        </w:rPr>
        <w:t>،</w:t>
      </w:r>
      <w:r w:rsidRPr="00447966">
        <w:rPr>
          <w:sz w:val="30"/>
          <w:szCs w:val="30"/>
          <w:rtl/>
        </w:rPr>
        <w:t xml:space="preserve"> ومتابعة منتظمة للأداء</w:t>
      </w:r>
      <w:r w:rsidR="00A5297B">
        <w:rPr>
          <w:sz w:val="30"/>
          <w:szCs w:val="30"/>
          <w:rtl/>
          <w:cs w:val="0"/>
        </w:rPr>
        <w:t>،</w:t>
      </w:r>
      <w:r w:rsidRPr="00447966">
        <w:rPr>
          <w:sz w:val="30"/>
          <w:szCs w:val="30"/>
          <w:rtl/>
        </w:rPr>
        <w:t xml:space="preserve"> وتقييم عادل للنتائج</w:t>
      </w:r>
      <w:r w:rsidR="00A5297B">
        <w:rPr>
          <w:sz w:val="30"/>
          <w:szCs w:val="30"/>
          <w:rtl/>
          <w:cs w:val="0"/>
        </w:rPr>
        <w:t>،</w:t>
      </w:r>
      <w:r w:rsidRPr="00447966">
        <w:rPr>
          <w:sz w:val="30"/>
          <w:szCs w:val="30"/>
          <w:rtl/>
        </w:rPr>
        <w:t xml:space="preserve"> وربط عملي بين الأداء والتطوير والتحفيز</w:t>
      </w:r>
      <w:r w:rsidR="00A5297B">
        <w:rPr>
          <w:sz w:val="30"/>
          <w:szCs w:val="30"/>
          <w:rtl/>
          <w:cs w:val="0"/>
        </w:rPr>
        <w:t>.</w:t>
      </w:r>
      <w:r w:rsidRPr="00447966">
        <w:rPr>
          <w:sz w:val="30"/>
          <w:szCs w:val="30"/>
          <w:rtl/>
        </w:rPr>
        <w:t xml:space="preserve"> عند غياب هذه الممارسات</w:t>
      </w:r>
      <w:r w:rsidR="00A5297B">
        <w:rPr>
          <w:sz w:val="30"/>
          <w:szCs w:val="30"/>
          <w:rtl/>
          <w:cs w:val="0"/>
        </w:rPr>
        <w:t>،</w:t>
      </w:r>
      <w:r w:rsidRPr="00447966">
        <w:rPr>
          <w:sz w:val="30"/>
          <w:szCs w:val="30"/>
          <w:rtl/>
        </w:rPr>
        <w:t xml:space="preserve"> تظهر مشكلات تشغيلية مباشرة</w:t>
      </w:r>
      <w:r w:rsidR="00A5297B">
        <w:rPr>
          <w:sz w:val="30"/>
          <w:szCs w:val="30"/>
          <w:rtl/>
          <w:cs w:val="0"/>
        </w:rPr>
        <w:t>،</w:t>
      </w:r>
      <w:r w:rsidRPr="00447966">
        <w:rPr>
          <w:sz w:val="30"/>
          <w:szCs w:val="30"/>
          <w:rtl/>
        </w:rPr>
        <w:t xml:space="preserve"> مثل ضعف الالتزام</w:t>
      </w:r>
      <w:r w:rsidR="00A5297B">
        <w:rPr>
          <w:sz w:val="30"/>
          <w:szCs w:val="30"/>
          <w:rtl/>
          <w:cs w:val="0"/>
        </w:rPr>
        <w:t>،</w:t>
      </w:r>
      <w:r w:rsidRPr="00447966">
        <w:rPr>
          <w:sz w:val="30"/>
          <w:szCs w:val="30"/>
          <w:rtl/>
        </w:rPr>
        <w:t xml:space="preserve"> وتكرار الأخطاء</w:t>
      </w:r>
      <w:r w:rsidR="00A5297B">
        <w:rPr>
          <w:sz w:val="30"/>
          <w:szCs w:val="30"/>
          <w:rtl/>
          <w:cs w:val="0"/>
        </w:rPr>
        <w:t>،</w:t>
      </w:r>
      <w:r w:rsidRPr="00447966">
        <w:rPr>
          <w:sz w:val="30"/>
          <w:szCs w:val="30"/>
          <w:rtl/>
        </w:rPr>
        <w:t xml:space="preserve"> وانخفاض جودة المخرجات</w:t>
      </w:r>
      <w:r w:rsidR="00A5297B">
        <w:rPr>
          <w:sz w:val="30"/>
          <w:szCs w:val="30"/>
          <w:rtl/>
          <w:cs w:val="0"/>
        </w:rPr>
        <w:t>،</w:t>
      </w:r>
      <w:r w:rsidRPr="00447966">
        <w:rPr>
          <w:sz w:val="30"/>
          <w:szCs w:val="30"/>
          <w:rtl/>
        </w:rPr>
        <w:t xml:space="preserve"> وزيادة الوقت المستغرق في تنفيذ المهام</w:t>
      </w:r>
      <w:r w:rsidR="00A5297B">
        <w:rPr>
          <w:sz w:val="30"/>
          <w:szCs w:val="30"/>
          <w:rtl/>
          <w:cs w:val="0"/>
        </w:rPr>
        <w:t>،</w:t>
      </w:r>
      <w:r w:rsidRPr="00447966">
        <w:rPr>
          <w:sz w:val="30"/>
          <w:szCs w:val="30"/>
          <w:rtl/>
        </w:rPr>
        <w:t xml:space="preserve"> وضعف الاستفادة من الموارد</w:t>
      </w:r>
      <w:r w:rsidR="00A5297B">
        <w:rPr>
          <w:sz w:val="30"/>
          <w:szCs w:val="30"/>
          <w:rtl/>
          <w:cs w:val="0"/>
        </w:rPr>
        <w:t>.</w:t>
      </w:r>
    </w:p>
    <w:p w14:paraId="72EEC12F" w14:textId="01F5513D" w:rsidR="00A65499" w:rsidRPr="00447966" w:rsidRDefault="00000000" w:rsidP="00785C0A">
      <w:pPr>
        <w:spacing w:line="276" w:lineRule="auto"/>
        <w:jc w:val="both"/>
        <w:rPr>
          <w:sz w:val="30"/>
          <w:szCs w:val="30"/>
        </w:rPr>
      </w:pPr>
      <w:r w:rsidRPr="00447966">
        <w:rPr>
          <w:sz w:val="30"/>
          <w:szCs w:val="30"/>
          <w:rtl/>
        </w:rPr>
        <w:t>تعد إدارة الأداء مدخلا مهما لمعالجة هذه المشكلات</w:t>
      </w:r>
      <w:r w:rsidR="00A5297B">
        <w:rPr>
          <w:sz w:val="30"/>
          <w:szCs w:val="30"/>
          <w:rtl/>
          <w:cs w:val="0"/>
        </w:rPr>
        <w:t>.</w:t>
      </w:r>
      <w:r w:rsidRPr="00447966">
        <w:rPr>
          <w:sz w:val="30"/>
          <w:szCs w:val="30"/>
          <w:rtl/>
        </w:rPr>
        <w:t xml:space="preserve"> فهي تساعد الإدارة على تحديد ما ينتظر من العاملين</w:t>
      </w:r>
      <w:r w:rsidR="00A5297B">
        <w:rPr>
          <w:sz w:val="30"/>
          <w:szCs w:val="30"/>
          <w:rtl/>
          <w:cs w:val="0"/>
        </w:rPr>
        <w:t>،</w:t>
      </w:r>
      <w:r w:rsidRPr="00447966">
        <w:rPr>
          <w:sz w:val="30"/>
          <w:szCs w:val="30"/>
          <w:rtl/>
        </w:rPr>
        <w:t xml:space="preserve"> وتحويل أهداف الشركة إلى مؤشرات قابلة للقياس</w:t>
      </w:r>
      <w:r w:rsidR="00A5297B">
        <w:rPr>
          <w:sz w:val="30"/>
          <w:szCs w:val="30"/>
          <w:rtl/>
          <w:cs w:val="0"/>
        </w:rPr>
        <w:t>،</w:t>
      </w:r>
      <w:r w:rsidRPr="00447966">
        <w:rPr>
          <w:sz w:val="30"/>
          <w:szCs w:val="30"/>
          <w:rtl/>
        </w:rPr>
        <w:t xml:space="preserve"> ومتابعة مستوى الإنجاز</w:t>
      </w:r>
      <w:r w:rsidR="00A5297B">
        <w:rPr>
          <w:sz w:val="30"/>
          <w:szCs w:val="30"/>
          <w:rtl/>
          <w:cs w:val="0"/>
        </w:rPr>
        <w:t>،</w:t>
      </w:r>
      <w:r w:rsidRPr="00447966">
        <w:rPr>
          <w:sz w:val="30"/>
          <w:szCs w:val="30"/>
          <w:rtl/>
        </w:rPr>
        <w:t xml:space="preserve"> وتقديم ملاحظات مباشرة للعاملين</w:t>
      </w:r>
      <w:r w:rsidR="00A5297B">
        <w:rPr>
          <w:sz w:val="30"/>
          <w:szCs w:val="30"/>
          <w:rtl/>
          <w:cs w:val="0"/>
        </w:rPr>
        <w:t>،</w:t>
      </w:r>
      <w:r w:rsidRPr="00447966">
        <w:rPr>
          <w:sz w:val="30"/>
          <w:szCs w:val="30"/>
          <w:rtl/>
        </w:rPr>
        <w:t xml:space="preserve"> ثم توجيه برامج التطوير نحو نقاط الضعف الفعلية</w:t>
      </w:r>
      <w:r w:rsidR="00A5297B">
        <w:rPr>
          <w:sz w:val="30"/>
          <w:szCs w:val="30"/>
          <w:rtl/>
          <w:cs w:val="0"/>
        </w:rPr>
        <w:t>.</w:t>
      </w:r>
      <w:r w:rsidRPr="00447966">
        <w:rPr>
          <w:sz w:val="30"/>
          <w:szCs w:val="30"/>
          <w:rtl/>
        </w:rPr>
        <w:t xml:space="preserve"> يوضح ‎</w:t>
      </w:r>
      <w:proofErr w:type="spellStart"/>
      <w:r w:rsidRPr="00447966">
        <w:rPr>
          <w:sz w:val="30"/>
          <w:szCs w:val="30"/>
          <w:rtl/>
        </w:rPr>
        <w:t>Aguinis</w:t>
      </w:r>
      <w:proofErr w:type="spellEnd"/>
      <w:r w:rsidRPr="00447966">
        <w:rPr>
          <w:sz w:val="30"/>
          <w:szCs w:val="30"/>
          <w:rtl/>
        </w:rPr>
        <w:t xml:space="preserve"> (2019)‏ أن إدارة الأداء الفعالة لا تكتفي بقياس الأداء</w:t>
      </w:r>
      <w:r w:rsidR="00A5297B">
        <w:rPr>
          <w:sz w:val="30"/>
          <w:szCs w:val="30"/>
          <w:rtl/>
          <w:cs w:val="0"/>
        </w:rPr>
        <w:t>،</w:t>
      </w:r>
      <w:r w:rsidRPr="00447966">
        <w:rPr>
          <w:sz w:val="30"/>
          <w:szCs w:val="30"/>
          <w:rtl/>
        </w:rPr>
        <w:t xml:space="preserve"> بل تربط القياس بالتحسين والتعلم والمساءلة</w:t>
      </w:r>
      <w:r w:rsidR="00A5297B">
        <w:rPr>
          <w:sz w:val="30"/>
          <w:szCs w:val="30"/>
          <w:rtl/>
          <w:cs w:val="0"/>
        </w:rPr>
        <w:t>.</w:t>
      </w:r>
      <w:r w:rsidRPr="00447966">
        <w:rPr>
          <w:sz w:val="30"/>
          <w:szCs w:val="30"/>
          <w:rtl/>
        </w:rPr>
        <w:t xml:space="preserve"> وهذا الربط يمثل جوهر العلاقة بين إدارة الأداء والإنتاجية</w:t>
      </w:r>
      <w:r w:rsidR="00A5297B">
        <w:rPr>
          <w:sz w:val="30"/>
          <w:szCs w:val="30"/>
          <w:rtl/>
          <w:cs w:val="0"/>
        </w:rPr>
        <w:t>.</w:t>
      </w:r>
    </w:p>
    <w:p w14:paraId="4C762FB2" w14:textId="2A47FBB3" w:rsidR="00A65499" w:rsidRPr="00447966" w:rsidRDefault="00000000" w:rsidP="00785C0A">
      <w:pPr>
        <w:spacing w:line="276" w:lineRule="auto"/>
        <w:jc w:val="both"/>
        <w:rPr>
          <w:sz w:val="30"/>
          <w:szCs w:val="30"/>
        </w:rPr>
      </w:pPr>
      <w:r w:rsidRPr="00447966">
        <w:rPr>
          <w:sz w:val="30"/>
          <w:szCs w:val="30"/>
          <w:rtl/>
        </w:rPr>
        <w:t>تعتمد بعض المنشآت الإنتاجية على ممارسات تقليدية في تقييم الأداء</w:t>
      </w:r>
      <w:r w:rsidR="00A5297B">
        <w:rPr>
          <w:sz w:val="30"/>
          <w:szCs w:val="30"/>
          <w:rtl/>
          <w:cs w:val="0"/>
        </w:rPr>
        <w:t>.</w:t>
      </w:r>
      <w:r w:rsidRPr="00447966">
        <w:rPr>
          <w:sz w:val="30"/>
          <w:szCs w:val="30"/>
          <w:rtl/>
        </w:rPr>
        <w:t xml:space="preserve"> تركز هذه الممارسات على التقييم الدوري أو الحكم النهائي على العامل</w:t>
      </w:r>
      <w:r w:rsidR="00A5297B">
        <w:rPr>
          <w:sz w:val="30"/>
          <w:szCs w:val="30"/>
          <w:rtl/>
          <w:cs w:val="0"/>
        </w:rPr>
        <w:t>،</w:t>
      </w:r>
      <w:r w:rsidRPr="00447966">
        <w:rPr>
          <w:sz w:val="30"/>
          <w:szCs w:val="30"/>
          <w:rtl/>
        </w:rPr>
        <w:t xml:space="preserve"> ولا تمنح التخطيط والمتابعة والتطوير أهمية كافية</w:t>
      </w:r>
      <w:r w:rsidR="00A5297B">
        <w:rPr>
          <w:sz w:val="30"/>
          <w:szCs w:val="30"/>
          <w:rtl/>
          <w:cs w:val="0"/>
        </w:rPr>
        <w:t>.</w:t>
      </w:r>
      <w:r w:rsidRPr="00447966">
        <w:rPr>
          <w:sz w:val="30"/>
          <w:szCs w:val="30"/>
          <w:rtl/>
        </w:rPr>
        <w:t xml:space="preserve"> يضعف هذا الاتجاه أثر إدارة الأداء</w:t>
      </w:r>
      <w:r w:rsidR="00A5297B">
        <w:rPr>
          <w:sz w:val="30"/>
          <w:szCs w:val="30"/>
          <w:rtl/>
          <w:cs w:val="0"/>
        </w:rPr>
        <w:t>،</w:t>
      </w:r>
      <w:r w:rsidRPr="00447966">
        <w:rPr>
          <w:sz w:val="30"/>
          <w:szCs w:val="30"/>
          <w:rtl/>
        </w:rPr>
        <w:t xml:space="preserve"> لأنه يحولها إلى إجراء إداري محدود</w:t>
      </w:r>
      <w:r w:rsidR="00A5297B">
        <w:rPr>
          <w:sz w:val="30"/>
          <w:szCs w:val="30"/>
          <w:rtl/>
          <w:cs w:val="0"/>
        </w:rPr>
        <w:t>،</w:t>
      </w:r>
      <w:r w:rsidRPr="00447966">
        <w:rPr>
          <w:sz w:val="30"/>
          <w:szCs w:val="30"/>
          <w:rtl/>
        </w:rPr>
        <w:t xml:space="preserve"> بدلا من نظام مستمر لتحسين العمل</w:t>
      </w:r>
      <w:r w:rsidR="00A5297B">
        <w:rPr>
          <w:sz w:val="30"/>
          <w:szCs w:val="30"/>
          <w:rtl/>
          <w:cs w:val="0"/>
        </w:rPr>
        <w:t>.</w:t>
      </w:r>
      <w:r w:rsidRPr="00447966">
        <w:rPr>
          <w:sz w:val="30"/>
          <w:szCs w:val="30"/>
          <w:rtl/>
        </w:rPr>
        <w:t xml:space="preserve"> وتؤكد ‎</w:t>
      </w:r>
      <w:proofErr w:type="spellStart"/>
      <w:r w:rsidRPr="00447966">
        <w:rPr>
          <w:sz w:val="30"/>
          <w:szCs w:val="30"/>
          <w:rtl/>
        </w:rPr>
        <w:t>Pulakos</w:t>
      </w:r>
      <w:proofErr w:type="spellEnd"/>
      <w:r w:rsidRPr="00447966">
        <w:rPr>
          <w:sz w:val="30"/>
          <w:szCs w:val="30"/>
          <w:rtl/>
        </w:rPr>
        <w:t xml:space="preserve"> </w:t>
      </w:r>
      <w:proofErr w:type="spellStart"/>
      <w:r w:rsidRPr="00447966">
        <w:rPr>
          <w:sz w:val="30"/>
          <w:szCs w:val="30"/>
          <w:rtl/>
        </w:rPr>
        <w:t>et</w:t>
      </w:r>
      <w:proofErr w:type="spellEnd"/>
      <w:r w:rsidRPr="00447966">
        <w:rPr>
          <w:sz w:val="30"/>
          <w:szCs w:val="30"/>
          <w:rtl/>
        </w:rPr>
        <w:t xml:space="preserve"> </w:t>
      </w:r>
      <w:proofErr w:type="spellStart"/>
      <w:r w:rsidRPr="00447966">
        <w:rPr>
          <w:sz w:val="30"/>
          <w:szCs w:val="30"/>
          <w:rtl/>
        </w:rPr>
        <w:t>al</w:t>
      </w:r>
      <w:proofErr w:type="spellEnd"/>
      <w:r w:rsidR="00A5297B">
        <w:rPr>
          <w:sz w:val="30"/>
          <w:szCs w:val="30"/>
          <w:rtl/>
          <w:cs w:val="0"/>
        </w:rPr>
        <w:t>.</w:t>
      </w:r>
      <w:r w:rsidRPr="00447966">
        <w:rPr>
          <w:sz w:val="30"/>
          <w:szCs w:val="30"/>
          <w:rtl/>
        </w:rPr>
        <w:t xml:space="preserve"> (2015)‏ </w:t>
      </w:r>
      <w:r w:rsidRPr="00447966">
        <w:rPr>
          <w:sz w:val="30"/>
          <w:szCs w:val="30"/>
          <w:rtl/>
        </w:rPr>
        <w:lastRenderedPageBreak/>
        <w:t>أن ضعف أنظمة الأداء ينتج غالبا عن الشكلية</w:t>
      </w:r>
      <w:r w:rsidR="00A5297B">
        <w:rPr>
          <w:sz w:val="30"/>
          <w:szCs w:val="30"/>
          <w:rtl/>
          <w:cs w:val="0"/>
        </w:rPr>
        <w:t>،</w:t>
      </w:r>
      <w:r w:rsidRPr="00447966">
        <w:rPr>
          <w:sz w:val="30"/>
          <w:szCs w:val="30"/>
          <w:rtl/>
        </w:rPr>
        <w:t xml:space="preserve"> وضعف التغذية الراجعة</w:t>
      </w:r>
      <w:r w:rsidR="00A5297B">
        <w:rPr>
          <w:sz w:val="30"/>
          <w:szCs w:val="30"/>
          <w:rtl/>
          <w:cs w:val="0"/>
        </w:rPr>
        <w:t>،</w:t>
      </w:r>
      <w:r w:rsidRPr="00447966">
        <w:rPr>
          <w:sz w:val="30"/>
          <w:szCs w:val="30"/>
          <w:rtl/>
        </w:rPr>
        <w:t xml:space="preserve"> وانفصال التقييم عن التطوير العملي للعاملين</w:t>
      </w:r>
      <w:r w:rsidR="00A5297B">
        <w:rPr>
          <w:sz w:val="30"/>
          <w:szCs w:val="30"/>
          <w:rtl/>
          <w:cs w:val="0"/>
        </w:rPr>
        <w:t>.</w:t>
      </w:r>
    </w:p>
    <w:p w14:paraId="6D1090CF" w14:textId="42F637F2" w:rsidR="00A65499" w:rsidRPr="00447966" w:rsidRDefault="00000000" w:rsidP="00785C0A">
      <w:pPr>
        <w:spacing w:line="276" w:lineRule="auto"/>
        <w:jc w:val="both"/>
        <w:rPr>
          <w:sz w:val="30"/>
          <w:szCs w:val="30"/>
        </w:rPr>
      </w:pPr>
      <w:r w:rsidRPr="00447966">
        <w:rPr>
          <w:sz w:val="30"/>
          <w:szCs w:val="30"/>
          <w:rtl/>
        </w:rPr>
        <w:t>تظهر المشكلة بصورة أوضح في الشركات التي تعمل في الإنتاج والتصنيع</w:t>
      </w:r>
      <w:r w:rsidR="00A5297B">
        <w:rPr>
          <w:sz w:val="30"/>
          <w:szCs w:val="30"/>
          <w:rtl/>
          <w:cs w:val="0"/>
        </w:rPr>
        <w:t>،</w:t>
      </w:r>
      <w:r w:rsidRPr="00447966">
        <w:rPr>
          <w:sz w:val="30"/>
          <w:szCs w:val="30"/>
          <w:rtl/>
        </w:rPr>
        <w:t xml:space="preserve"> لأن نتائج الأداء تظهر بسرعة في جودة المنتج</w:t>
      </w:r>
      <w:r w:rsidR="00A5297B">
        <w:rPr>
          <w:sz w:val="30"/>
          <w:szCs w:val="30"/>
          <w:rtl/>
          <w:cs w:val="0"/>
        </w:rPr>
        <w:t>،</w:t>
      </w:r>
      <w:r w:rsidRPr="00447966">
        <w:rPr>
          <w:sz w:val="30"/>
          <w:szCs w:val="30"/>
          <w:rtl/>
        </w:rPr>
        <w:t xml:space="preserve"> وحجم الإنتاج</w:t>
      </w:r>
      <w:r w:rsidR="00A5297B">
        <w:rPr>
          <w:sz w:val="30"/>
          <w:szCs w:val="30"/>
          <w:rtl/>
          <w:cs w:val="0"/>
        </w:rPr>
        <w:t>،</w:t>
      </w:r>
      <w:r w:rsidRPr="00447966">
        <w:rPr>
          <w:sz w:val="30"/>
          <w:szCs w:val="30"/>
          <w:rtl/>
        </w:rPr>
        <w:t xml:space="preserve"> ونسبة الأخطاء</w:t>
      </w:r>
      <w:r w:rsidR="00A5297B">
        <w:rPr>
          <w:sz w:val="30"/>
          <w:szCs w:val="30"/>
          <w:rtl/>
          <w:cs w:val="0"/>
        </w:rPr>
        <w:t>،</w:t>
      </w:r>
      <w:r w:rsidRPr="00447966">
        <w:rPr>
          <w:sz w:val="30"/>
          <w:szCs w:val="30"/>
          <w:rtl/>
        </w:rPr>
        <w:t xml:space="preserve"> وكفاءة استخدام الوقت والمواد</w:t>
      </w:r>
      <w:r w:rsidR="00A5297B">
        <w:rPr>
          <w:sz w:val="30"/>
          <w:szCs w:val="30"/>
          <w:rtl/>
          <w:cs w:val="0"/>
        </w:rPr>
        <w:t>.</w:t>
      </w:r>
      <w:r w:rsidRPr="00447966">
        <w:rPr>
          <w:sz w:val="30"/>
          <w:szCs w:val="30"/>
          <w:rtl/>
        </w:rPr>
        <w:t xml:space="preserve"> إذا لم تحدد الإدارة أهداف الأداء بدقة</w:t>
      </w:r>
      <w:r w:rsidR="00A5297B">
        <w:rPr>
          <w:sz w:val="30"/>
          <w:szCs w:val="30"/>
          <w:rtl/>
          <w:cs w:val="0"/>
        </w:rPr>
        <w:t>،</w:t>
      </w:r>
      <w:r w:rsidRPr="00447966">
        <w:rPr>
          <w:sz w:val="30"/>
          <w:szCs w:val="30"/>
          <w:rtl/>
        </w:rPr>
        <w:t xml:space="preserve"> فلن يعرف العامل مستوى الإنجاز المتوقع منه</w:t>
      </w:r>
      <w:r w:rsidR="00A5297B">
        <w:rPr>
          <w:sz w:val="30"/>
          <w:szCs w:val="30"/>
          <w:rtl/>
          <w:cs w:val="0"/>
        </w:rPr>
        <w:t>.</w:t>
      </w:r>
      <w:r w:rsidRPr="00447966">
        <w:rPr>
          <w:sz w:val="30"/>
          <w:szCs w:val="30"/>
          <w:rtl/>
        </w:rPr>
        <w:t xml:space="preserve"> وإذا غابت المتابعة</w:t>
      </w:r>
      <w:r w:rsidR="00A5297B">
        <w:rPr>
          <w:sz w:val="30"/>
          <w:szCs w:val="30"/>
          <w:rtl/>
          <w:cs w:val="0"/>
        </w:rPr>
        <w:t>،</w:t>
      </w:r>
      <w:r w:rsidRPr="00447966">
        <w:rPr>
          <w:sz w:val="30"/>
          <w:szCs w:val="30"/>
          <w:rtl/>
        </w:rPr>
        <w:t xml:space="preserve"> فلن تظهر الأخطاء في وقت مناسب</w:t>
      </w:r>
      <w:r w:rsidR="00A5297B">
        <w:rPr>
          <w:sz w:val="30"/>
          <w:szCs w:val="30"/>
          <w:rtl/>
          <w:cs w:val="0"/>
        </w:rPr>
        <w:t>.</w:t>
      </w:r>
      <w:r w:rsidRPr="00447966">
        <w:rPr>
          <w:sz w:val="30"/>
          <w:szCs w:val="30"/>
          <w:rtl/>
        </w:rPr>
        <w:t xml:space="preserve"> وإذا ضعف التقييم</w:t>
      </w:r>
      <w:r w:rsidR="00A5297B">
        <w:rPr>
          <w:sz w:val="30"/>
          <w:szCs w:val="30"/>
          <w:rtl/>
          <w:cs w:val="0"/>
        </w:rPr>
        <w:t>،</w:t>
      </w:r>
      <w:r w:rsidRPr="00447966">
        <w:rPr>
          <w:sz w:val="30"/>
          <w:szCs w:val="30"/>
          <w:rtl/>
        </w:rPr>
        <w:t xml:space="preserve"> فلن يحصل العامل المجتهد على تقدير عادل</w:t>
      </w:r>
      <w:r w:rsidR="00A5297B">
        <w:rPr>
          <w:sz w:val="30"/>
          <w:szCs w:val="30"/>
          <w:rtl/>
          <w:cs w:val="0"/>
        </w:rPr>
        <w:t>.</w:t>
      </w:r>
      <w:r w:rsidRPr="00447966">
        <w:rPr>
          <w:sz w:val="30"/>
          <w:szCs w:val="30"/>
          <w:rtl/>
        </w:rPr>
        <w:t xml:space="preserve"> وإذا لم ترتبط النتائج بالحوافز والتطوير</w:t>
      </w:r>
      <w:r w:rsidR="00A5297B">
        <w:rPr>
          <w:sz w:val="30"/>
          <w:szCs w:val="30"/>
          <w:rtl/>
          <w:cs w:val="0"/>
        </w:rPr>
        <w:t>،</w:t>
      </w:r>
      <w:r w:rsidRPr="00447966">
        <w:rPr>
          <w:sz w:val="30"/>
          <w:szCs w:val="30"/>
          <w:rtl/>
        </w:rPr>
        <w:t xml:space="preserve"> فلن يتحول التقييم إلى تحسين فعلي</w:t>
      </w:r>
      <w:r w:rsidR="00A5297B">
        <w:rPr>
          <w:sz w:val="30"/>
          <w:szCs w:val="30"/>
          <w:rtl/>
          <w:cs w:val="0"/>
        </w:rPr>
        <w:t>.</w:t>
      </w:r>
    </w:p>
    <w:p w14:paraId="2F904A8A" w14:textId="36017E09" w:rsidR="00A65499" w:rsidRPr="00447966" w:rsidRDefault="00000000" w:rsidP="00785C0A">
      <w:pPr>
        <w:spacing w:line="276" w:lineRule="auto"/>
        <w:jc w:val="both"/>
        <w:rPr>
          <w:sz w:val="30"/>
          <w:szCs w:val="30"/>
        </w:rPr>
      </w:pPr>
      <w:r w:rsidRPr="00447966">
        <w:rPr>
          <w:sz w:val="30"/>
          <w:szCs w:val="30"/>
          <w:rtl/>
        </w:rPr>
        <w:t>في شركة مصنع تمور القصيم المحدودة</w:t>
      </w:r>
      <w:r w:rsidR="00A5297B">
        <w:rPr>
          <w:sz w:val="30"/>
          <w:szCs w:val="30"/>
          <w:rtl/>
          <w:cs w:val="0"/>
        </w:rPr>
        <w:t>،</w:t>
      </w:r>
      <w:r w:rsidRPr="00447966">
        <w:rPr>
          <w:sz w:val="30"/>
          <w:szCs w:val="30"/>
          <w:rtl/>
        </w:rPr>
        <w:t xml:space="preserve"> ترتبط طبيعة العمل بجملة من العمليات الإنتاجية التي تحتاج إلى تنظيم ومتابعة وتنسيق</w:t>
      </w:r>
      <w:r w:rsidR="00A5297B">
        <w:rPr>
          <w:sz w:val="30"/>
          <w:szCs w:val="30"/>
          <w:rtl/>
          <w:cs w:val="0"/>
        </w:rPr>
        <w:t>.</w:t>
      </w:r>
      <w:r w:rsidRPr="00447966">
        <w:rPr>
          <w:sz w:val="30"/>
          <w:szCs w:val="30"/>
          <w:rtl/>
        </w:rPr>
        <w:t xml:space="preserve"> يعمل العاملون في بيئة تتطلب الالتزام بمعايير الجودة</w:t>
      </w:r>
      <w:r w:rsidR="00A5297B">
        <w:rPr>
          <w:sz w:val="30"/>
          <w:szCs w:val="30"/>
          <w:rtl/>
          <w:cs w:val="0"/>
        </w:rPr>
        <w:t>،</w:t>
      </w:r>
      <w:r w:rsidRPr="00447966">
        <w:rPr>
          <w:sz w:val="30"/>
          <w:szCs w:val="30"/>
          <w:rtl/>
        </w:rPr>
        <w:t xml:space="preserve"> وسرعة الإنجاز</w:t>
      </w:r>
      <w:r w:rsidR="00A5297B">
        <w:rPr>
          <w:sz w:val="30"/>
          <w:szCs w:val="30"/>
          <w:rtl/>
          <w:cs w:val="0"/>
        </w:rPr>
        <w:t>،</w:t>
      </w:r>
      <w:r w:rsidRPr="00447966">
        <w:rPr>
          <w:sz w:val="30"/>
          <w:szCs w:val="30"/>
          <w:rtl/>
        </w:rPr>
        <w:t xml:space="preserve"> وتقليل الهدر</w:t>
      </w:r>
      <w:r w:rsidR="00A5297B">
        <w:rPr>
          <w:sz w:val="30"/>
          <w:szCs w:val="30"/>
          <w:rtl/>
          <w:cs w:val="0"/>
        </w:rPr>
        <w:t>،</w:t>
      </w:r>
      <w:r w:rsidRPr="00447966">
        <w:rPr>
          <w:sz w:val="30"/>
          <w:szCs w:val="30"/>
          <w:rtl/>
        </w:rPr>
        <w:t xml:space="preserve"> والمحافظة على مستوى ثابت من الأداء</w:t>
      </w:r>
      <w:r w:rsidR="00A5297B">
        <w:rPr>
          <w:sz w:val="30"/>
          <w:szCs w:val="30"/>
          <w:rtl/>
          <w:cs w:val="0"/>
        </w:rPr>
        <w:t>.</w:t>
      </w:r>
      <w:r w:rsidRPr="00447966">
        <w:rPr>
          <w:sz w:val="30"/>
          <w:szCs w:val="30"/>
          <w:rtl/>
        </w:rPr>
        <w:t xml:space="preserve"> لذلك</w:t>
      </w:r>
      <w:r w:rsidR="00A5297B">
        <w:rPr>
          <w:sz w:val="30"/>
          <w:szCs w:val="30"/>
          <w:rtl/>
          <w:cs w:val="0"/>
        </w:rPr>
        <w:t>،</w:t>
      </w:r>
      <w:r w:rsidRPr="00447966">
        <w:rPr>
          <w:sz w:val="30"/>
          <w:szCs w:val="30"/>
          <w:rtl/>
        </w:rPr>
        <w:t xml:space="preserve"> تبرز الحاجة إلى دراسة أثر ممارسات إدارة الأداء على تحسين الإنتاجية لديهم</w:t>
      </w:r>
      <w:r w:rsidR="00A5297B">
        <w:rPr>
          <w:sz w:val="30"/>
          <w:szCs w:val="30"/>
          <w:rtl/>
          <w:cs w:val="0"/>
        </w:rPr>
        <w:t>،</w:t>
      </w:r>
      <w:r w:rsidRPr="00447966">
        <w:rPr>
          <w:sz w:val="30"/>
          <w:szCs w:val="30"/>
          <w:rtl/>
        </w:rPr>
        <w:t xml:space="preserve"> ومعرفة أي أبعاد إدارة الأداء أكثر ارتباطا بتحسين الإنتاجية داخل الشركة</w:t>
      </w:r>
      <w:r w:rsidR="00A5297B">
        <w:rPr>
          <w:sz w:val="30"/>
          <w:szCs w:val="30"/>
          <w:rtl/>
          <w:cs w:val="0"/>
        </w:rPr>
        <w:t>.</w:t>
      </w:r>
    </w:p>
    <w:p w14:paraId="4D8854FE" w14:textId="5DFD4BFB" w:rsidR="00A65499" w:rsidRPr="00447966" w:rsidRDefault="00000000" w:rsidP="00785C0A">
      <w:pPr>
        <w:spacing w:line="276" w:lineRule="auto"/>
        <w:jc w:val="both"/>
        <w:rPr>
          <w:sz w:val="30"/>
          <w:szCs w:val="30"/>
        </w:rPr>
      </w:pPr>
      <w:r w:rsidRPr="00447966">
        <w:rPr>
          <w:sz w:val="30"/>
          <w:szCs w:val="30"/>
          <w:rtl/>
        </w:rPr>
        <w:t>تتمثل مشكلة الدراسة في الحاجة إلى قياس أثر إدارة الأداء بأبعادها الرئيسة على تحسين الإنتاجية لدى العاملين في شركة مصنع تمور القصيم المحدودة</w:t>
      </w:r>
      <w:r w:rsidR="00A5297B">
        <w:rPr>
          <w:sz w:val="30"/>
          <w:szCs w:val="30"/>
          <w:rtl/>
          <w:cs w:val="0"/>
        </w:rPr>
        <w:t>.</w:t>
      </w:r>
      <w:r w:rsidRPr="00447966">
        <w:rPr>
          <w:sz w:val="30"/>
          <w:szCs w:val="30"/>
          <w:rtl/>
        </w:rPr>
        <w:t xml:space="preserve"> لا تقتصر المشكلة على معرفة وجود نظام لإدارة الأداء في الشركة</w:t>
      </w:r>
      <w:r w:rsidR="00A5297B">
        <w:rPr>
          <w:sz w:val="30"/>
          <w:szCs w:val="30"/>
          <w:rtl/>
          <w:cs w:val="0"/>
        </w:rPr>
        <w:t>.</w:t>
      </w:r>
      <w:r w:rsidRPr="00447966">
        <w:rPr>
          <w:sz w:val="30"/>
          <w:szCs w:val="30"/>
          <w:rtl/>
        </w:rPr>
        <w:t xml:space="preserve"> تركز المشكلة على مدى فاعلية هذا النظام</w:t>
      </w:r>
      <w:r w:rsidR="00A5297B">
        <w:rPr>
          <w:sz w:val="30"/>
          <w:szCs w:val="30"/>
          <w:rtl/>
          <w:cs w:val="0"/>
        </w:rPr>
        <w:t>،</w:t>
      </w:r>
      <w:r w:rsidRPr="00447966">
        <w:rPr>
          <w:sz w:val="30"/>
          <w:szCs w:val="30"/>
          <w:rtl/>
        </w:rPr>
        <w:t xml:space="preserve"> ومدى أثره في تحسين سرعة الإنجاز</w:t>
      </w:r>
      <w:r w:rsidR="00A5297B">
        <w:rPr>
          <w:sz w:val="30"/>
          <w:szCs w:val="30"/>
          <w:rtl/>
          <w:cs w:val="0"/>
        </w:rPr>
        <w:t>،</w:t>
      </w:r>
      <w:r w:rsidRPr="00447966">
        <w:rPr>
          <w:sz w:val="30"/>
          <w:szCs w:val="30"/>
          <w:rtl/>
        </w:rPr>
        <w:t xml:space="preserve"> وجودة المخرجات</w:t>
      </w:r>
      <w:r w:rsidR="00A5297B">
        <w:rPr>
          <w:sz w:val="30"/>
          <w:szCs w:val="30"/>
          <w:rtl/>
          <w:cs w:val="0"/>
        </w:rPr>
        <w:t>،</w:t>
      </w:r>
      <w:r w:rsidRPr="00447966">
        <w:rPr>
          <w:sz w:val="30"/>
          <w:szCs w:val="30"/>
          <w:rtl/>
        </w:rPr>
        <w:t xml:space="preserve"> وكفاءة استخدام الموارد</w:t>
      </w:r>
      <w:r w:rsidR="00A5297B">
        <w:rPr>
          <w:sz w:val="30"/>
          <w:szCs w:val="30"/>
          <w:rtl/>
          <w:cs w:val="0"/>
        </w:rPr>
        <w:t>،</w:t>
      </w:r>
      <w:r w:rsidRPr="00447966">
        <w:rPr>
          <w:sz w:val="30"/>
          <w:szCs w:val="30"/>
          <w:rtl/>
        </w:rPr>
        <w:t xml:space="preserve"> وتقليل الأخطاء والهدر</w:t>
      </w:r>
      <w:r w:rsidR="00A5297B">
        <w:rPr>
          <w:sz w:val="30"/>
          <w:szCs w:val="30"/>
          <w:rtl/>
          <w:cs w:val="0"/>
        </w:rPr>
        <w:t>،</w:t>
      </w:r>
      <w:r w:rsidRPr="00447966">
        <w:rPr>
          <w:sz w:val="30"/>
          <w:szCs w:val="30"/>
          <w:rtl/>
        </w:rPr>
        <w:t xml:space="preserve"> وتحسين الأداء العام</w:t>
      </w:r>
      <w:r w:rsidR="00A5297B">
        <w:rPr>
          <w:sz w:val="30"/>
          <w:szCs w:val="30"/>
          <w:rtl/>
          <w:cs w:val="0"/>
        </w:rPr>
        <w:t>.</w:t>
      </w:r>
    </w:p>
    <w:p w14:paraId="02316B58" w14:textId="743AAC90" w:rsidR="00A65499" w:rsidRPr="00447966" w:rsidRDefault="00000000" w:rsidP="00785C0A">
      <w:pPr>
        <w:spacing w:line="276" w:lineRule="auto"/>
        <w:jc w:val="both"/>
        <w:rPr>
          <w:sz w:val="30"/>
          <w:szCs w:val="30"/>
        </w:rPr>
      </w:pPr>
      <w:r w:rsidRPr="00447966">
        <w:rPr>
          <w:sz w:val="30"/>
          <w:szCs w:val="30"/>
          <w:rtl/>
        </w:rPr>
        <w:t>تتمثل صياغة مشكلة الدراسة في السؤال الرئيس الآتي</w:t>
      </w:r>
      <w:r w:rsidR="00D60DAF">
        <w:rPr>
          <w:sz w:val="30"/>
          <w:szCs w:val="30"/>
          <w:rtl/>
          <w:cs w:val="0"/>
        </w:rPr>
        <w:t>:</w:t>
      </w:r>
    </w:p>
    <w:p w14:paraId="3CEFC4FE" w14:textId="77777777" w:rsidR="00A65499" w:rsidRPr="00447966" w:rsidRDefault="00000000" w:rsidP="00785C0A">
      <w:pPr>
        <w:spacing w:line="276" w:lineRule="auto"/>
        <w:jc w:val="both"/>
        <w:rPr>
          <w:sz w:val="30"/>
          <w:szCs w:val="30"/>
        </w:rPr>
      </w:pPr>
      <w:r w:rsidRPr="00447966">
        <w:rPr>
          <w:sz w:val="30"/>
          <w:szCs w:val="30"/>
          <w:rtl/>
        </w:rPr>
        <w:t>ما أثر إدارة الأداء على تحسين الإنتاجية لدى العاملين في شركة مصنع تمور القصيم المحدودة بالمملكة العربية السعودية؟</w:t>
      </w:r>
    </w:p>
    <w:p w14:paraId="55651CB1" w14:textId="6442078B" w:rsidR="00785C0A" w:rsidRDefault="00000000" w:rsidP="00785C0A">
      <w:pPr>
        <w:spacing w:line="276" w:lineRule="auto"/>
        <w:jc w:val="both"/>
        <w:rPr>
          <w:sz w:val="30"/>
          <w:szCs w:val="30"/>
        </w:rPr>
      </w:pPr>
      <w:r w:rsidRPr="00447966">
        <w:rPr>
          <w:sz w:val="30"/>
          <w:szCs w:val="30"/>
          <w:rtl/>
        </w:rPr>
        <w:t>ويتفرع عن هذا السؤال الرئيس عدد من الأسئلة الفرعية التي تتناول أثر أبعاد إدارة الأداء</w:t>
      </w:r>
      <w:r w:rsidR="00A5297B">
        <w:rPr>
          <w:sz w:val="30"/>
          <w:szCs w:val="30"/>
          <w:rtl/>
          <w:cs w:val="0"/>
        </w:rPr>
        <w:t>،</w:t>
      </w:r>
      <w:r w:rsidRPr="00447966">
        <w:rPr>
          <w:sz w:val="30"/>
          <w:szCs w:val="30"/>
          <w:rtl/>
        </w:rPr>
        <w:t xml:space="preserve"> وهي تخطيط الأداء</w:t>
      </w:r>
      <w:r w:rsidR="00A5297B">
        <w:rPr>
          <w:sz w:val="30"/>
          <w:szCs w:val="30"/>
          <w:rtl/>
          <w:cs w:val="0"/>
        </w:rPr>
        <w:t>،</w:t>
      </w:r>
      <w:r w:rsidRPr="00447966">
        <w:rPr>
          <w:sz w:val="30"/>
          <w:szCs w:val="30"/>
          <w:rtl/>
        </w:rPr>
        <w:t xml:space="preserve"> والمتابعة والتغذية الراجعة</w:t>
      </w:r>
      <w:r w:rsidR="00A5297B">
        <w:rPr>
          <w:sz w:val="30"/>
          <w:szCs w:val="30"/>
          <w:rtl/>
          <w:cs w:val="0"/>
        </w:rPr>
        <w:t>،</w:t>
      </w:r>
      <w:r w:rsidRPr="00447966">
        <w:rPr>
          <w:sz w:val="30"/>
          <w:szCs w:val="30"/>
          <w:rtl/>
        </w:rPr>
        <w:t xml:space="preserve"> وتقييم الأداء</w:t>
      </w:r>
      <w:r w:rsidR="00A5297B">
        <w:rPr>
          <w:sz w:val="30"/>
          <w:szCs w:val="30"/>
          <w:rtl/>
          <w:cs w:val="0"/>
        </w:rPr>
        <w:t>،</w:t>
      </w:r>
      <w:r w:rsidRPr="00447966">
        <w:rPr>
          <w:sz w:val="30"/>
          <w:szCs w:val="30"/>
          <w:rtl/>
        </w:rPr>
        <w:t xml:space="preserve"> والحوافز والتطوير</w:t>
      </w:r>
      <w:r w:rsidR="00A5297B">
        <w:rPr>
          <w:sz w:val="30"/>
          <w:szCs w:val="30"/>
          <w:rtl/>
          <w:cs w:val="0"/>
        </w:rPr>
        <w:t>،</w:t>
      </w:r>
      <w:r w:rsidRPr="00447966">
        <w:rPr>
          <w:sz w:val="30"/>
          <w:szCs w:val="30"/>
          <w:rtl/>
        </w:rPr>
        <w:t xml:space="preserve"> على تحسين الإنتاجية لدى العاملين في الشركة محل الدراسة</w:t>
      </w:r>
      <w:r w:rsidR="00A5297B">
        <w:rPr>
          <w:sz w:val="30"/>
          <w:szCs w:val="30"/>
          <w:rtl/>
          <w:cs w:val="0"/>
        </w:rPr>
        <w:t>.</w:t>
      </w:r>
    </w:p>
    <w:p w14:paraId="25270044" w14:textId="53BD576E" w:rsidR="00A65499" w:rsidRPr="00447966" w:rsidRDefault="00785C0A" w:rsidP="00785C0A">
      <w:pPr>
        <w:bidi w:val="0"/>
        <w:spacing w:after="200" w:line="276" w:lineRule="auto"/>
        <w:rPr>
          <w:sz w:val="30"/>
          <w:szCs w:val="30"/>
        </w:rPr>
      </w:pPr>
      <w:r>
        <w:rPr>
          <w:sz w:val="30"/>
          <w:szCs w:val="30"/>
          <w:cs w:val="0"/>
        </w:rPr>
        <w:br w:type="page"/>
      </w:r>
    </w:p>
    <w:p w14:paraId="230A89AB" w14:textId="09822F8A" w:rsidR="00A65499" w:rsidRPr="00785C0A" w:rsidRDefault="004B1822" w:rsidP="00B5235E">
      <w:pPr>
        <w:pStyle w:val="Heading2"/>
      </w:pPr>
      <w:bookmarkStart w:id="119" w:name="_Toc233582849"/>
      <w:bookmarkStart w:id="120" w:name="_Toc233583016"/>
      <w:bookmarkStart w:id="121" w:name="_Toc233584649"/>
      <w:bookmarkStart w:id="122" w:name="_Toc233585021"/>
      <w:bookmarkStart w:id="123" w:name="_Toc233585147"/>
      <w:bookmarkStart w:id="124" w:name="_Toc233585288"/>
      <w:bookmarkStart w:id="125" w:name="_Toc233585618"/>
      <w:bookmarkStart w:id="126" w:name="_Toc233585774"/>
      <w:bookmarkStart w:id="127" w:name="_Toc233585900"/>
      <w:bookmarkStart w:id="128" w:name="_Toc233586029"/>
      <w:bookmarkStart w:id="129" w:name="_Toc233586807"/>
      <w:bookmarkStart w:id="130" w:name="_Toc233586942"/>
      <w:bookmarkStart w:id="131" w:name="_Toc233587083"/>
      <w:bookmarkStart w:id="132" w:name="_Toc233587210"/>
      <w:bookmarkStart w:id="133" w:name="_Toc233587068"/>
      <w:bookmarkStart w:id="134" w:name="_Toc233587620"/>
      <w:bookmarkStart w:id="135" w:name="_Toc233587752"/>
      <w:r w:rsidRPr="00785C0A">
        <w:rPr>
          <w:rtl/>
        </w:rPr>
        <w:lastRenderedPageBreak/>
        <w:t>أهمية الدراسة</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66503704" w14:textId="56E735E4" w:rsidR="00A65499" w:rsidRPr="00447966" w:rsidRDefault="00000000" w:rsidP="00785C0A">
      <w:pPr>
        <w:spacing w:line="276" w:lineRule="auto"/>
        <w:jc w:val="both"/>
        <w:rPr>
          <w:sz w:val="30"/>
          <w:szCs w:val="30"/>
        </w:rPr>
      </w:pPr>
      <w:r w:rsidRPr="00447966">
        <w:rPr>
          <w:sz w:val="30"/>
          <w:szCs w:val="30"/>
          <w:rtl/>
        </w:rPr>
        <w:t>تستمد هذه الدراسة أهميتها من تناولها موضوعا يرتبط مباشرة بكفاءة الشركات الإنتاجية وقدرتها على تحسين نتائجها</w:t>
      </w:r>
      <w:r w:rsidR="00A5297B">
        <w:rPr>
          <w:sz w:val="30"/>
          <w:szCs w:val="30"/>
          <w:rtl/>
          <w:cs w:val="0"/>
        </w:rPr>
        <w:t>.</w:t>
      </w:r>
      <w:r w:rsidRPr="00447966">
        <w:rPr>
          <w:sz w:val="30"/>
          <w:szCs w:val="30"/>
          <w:rtl/>
        </w:rPr>
        <w:t xml:space="preserve"> فإدارة الأداء لا تمثل إجراء إداريا منفصلا عن العمل اليومي</w:t>
      </w:r>
      <w:r w:rsidR="00A5297B">
        <w:rPr>
          <w:sz w:val="30"/>
          <w:szCs w:val="30"/>
          <w:rtl/>
          <w:cs w:val="0"/>
        </w:rPr>
        <w:t>،</w:t>
      </w:r>
      <w:r w:rsidRPr="00447966">
        <w:rPr>
          <w:sz w:val="30"/>
          <w:szCs w:val="30"/>
          <w:rtl/>
        </w:rPr>
        <w:t xml:space="preserve"> بل تمثل نظاما يؤثر في طريقة تنفيذ المهام</w:t>
      </w:r>
      <w:r w:rsidR="00A5297B">
        <w:rPr>
          <w:sz w:val="30"/>
          <w:szCs w:val="30"/>
          <w:rtl/>
          <w:cs w:val="0"/>
        </w:rPr>
        <w:t>،</w:t>
      </w:r>
      <w:r w:rsidRPr="00447966">
        <w:rPr>
          <w:sz w:val="30"/>
          <w:szCs w:val="30"/>
          <w:rtl/>
        </w:rPr>
        <w:t xml:space="preserve"> وسلوك العاملين</w:t>
      </w:r>
      <w:r w:rsidR="00A5297B">
        <w:rPr>
          <w:sz w:val="30"/>
          <w:szCs w:val="30"/>
          <w:rtl/>
          <w:cs w:val="0"/>
        </w:rPr>
        <w:t>،</w:t>
      </w:r>
      <w:r w:rsidRPr="00447966">
        <w:rPr>
          <w:sz w:val="30"/>
          <w:szCs w:val="30"/>
          <w:rtl/>
        </w:rPr>
        <w:t xml:space="preserve"> وجودة المخرجات</w:t>
      </w:r>
      <w:r w:rsidR="00A5297B">
        <w:rPr>
          <w:sz w:val="30"/>
          <w:szCs w:val="30"/>
          <w:rtl/>
          <w:cs w:val="0"/>
        </w:rPr>
        <w:t>،</w:t>
      </w:r>
      <w:r w:rsidRPr="00447966">
        <w:rPr>
          <w:sz w:val="30"/>
          <w:szCs w:val="30"/>
          <w:rtl/>
        </w:rPr>
        <w:t xml:space="preserve"> ومستوى الالتزام</w:t>
      </w:r>
      <w:r w:rsidR="00A5297B">
        <w:rPr>
          <w:sz w:val="30"/>
          <w:szCs w:val="30"/>
          <w:rtl/>
          <w:cs w:val="0"/>
        </w:rPr>
        <w:t>،</w:t>
      </w:r>
      <w:r w:rsidRPr="00447966">
        <w:rPr>
          <w:sz w:val="30"/>
          <w:szCs w:val="30"/>
          <w:rtl/>
        </w:rPr>
        <w:t xml:space="preserve"> وكفاءة استخدام الموارد</w:t>
      </w:r>
      <w:r w:rsidR="00A5297B">
        <w:rPr>
          <w:sz w:val="30"/>
          <w:szCs w:val="30"/>
          <w:rtl/>
          <w:cs w:val="0"/>
        </w:rPr>
        <w:t>.</w:t>
      </w:r>
      <w:r w:rsidRPr="00447966">
        <w:rPr>
          <w:sz w:val="30"/>
          <w:szCs w:val="30"/>
          <w:rtl/>
        </w:rPr>
        <w:t xml:space="preserve"> وتزداد أهمية هذا الموضوع في شركة إنتاجية مثل شركة مصنع تمور القصيم المحدودة</w:t>
      </w:r>
      <w:r w:rsidR="00A5297B">
        <w:rPr>
          <w:sz w:val="30"/>
          <w:szCs w:val="30"/>
          <w:rtl/>
          <w:cs w:val="0"/>
        </w:rPr>
        <w:t>،</w:t>
      </w:r>
      <w:r w:rsidRPr="00447966">
        <w:rPr>
          <w:sz w:val="30"/>
          <w:szCs w:val="30"/>
          <w:rtl/>
        </w:rPr>
        <w:t xml:space="preserve"> لأن الإنتاجية تمثل مؤشرا رئيسا على نجاح العمل التشغيلي</w:t>
      </w:r>
      <w:r w:rsidR="00A5297B">
        <w:rPr>
          <w:sz w:val="30"/>
          <w:szCs w:val="30"/>
          <w:rtl/>
          <w:cs w:val="0"/>
        </w:rPr>
        <w:t>.</w:t>
      </w:r>
    </w:p>
    <w:p w14:paraId="2E5B82C0" w14:textId="77777777" w:rsidR="00A65499" w:rsidRPr="000A3DD0" w:rsidRDefault="00000000" w:rsidP="00472BF3">
      <w:pPr>
        <w:pStyle w:val="NoSpacing"/>
      </w:pPr>
      <w:bookmarkStart w:id="136" w:name="_Toc233579502"/>
      <w:bookmarkStart w:id="137" w:name="_Toc233579659"/>
      <w:r w:rsidRPr="000A3DD0">
        <w:rPr>
          <w:rtl/>
        </w:rPr>
        <w:t>الأهمية العلمية</w:t>
      </w:r>
      <w:bookmarkEnd w:id="136"/>
      <w:bookmarkEnd w:id="137"/>
    </w:p>
    <w:p w14:paraId="07B3C19E" w14:textId="17720793" w:rsidR="00A65499" w:rsidRPr="00447966" w:rsidRDefault="00000000" w:rsidP="00785C0A">
      <w:pPr>
        <w:spacing w:line="276" w:lineRule="auto"/>
        <w:jc w:val="both"/>
        <w:rPr>
          <w:sz w:val="30"/>
          <w:szCs w:val="30"/>
        </w:rPr>
      </w:pPr>
      <w:r w:rsidRPr="00447966">
        <w:rPr>
          <w:sz w:val="30"/>
          <w:szCs w:val="30"/>
          <w:rtl/>
        </w:rPr>
        <w:t>تتمثل الأهمية العلمية لهذه الدراسة في أنها تضيف تناولا تطبيقيا لموضوع إدارة الأداء في بيئة إنتاجية سعودية محددة</w:t>
      </w:r>
      <w:r w:rsidR="00A5297B">
        <w:rPr>
          <w:sz w:val="30"/>
          <w:szCs w:val="30"/>
          <w:rtl/>
          <w:cs w:val="0"/>
        </w:rPr>
        <w:t>.</w:t>
      </w:r>
      <w:r w:rsidRPr="00447966">
        <w:rPr>
          <w:sz w:val="30"/>
          <w:szCs w:val="30"/>
          <w:rtl/>
        </w:rPr>
        <w:t xml:space="preserve"> تناولت كثير من الأدبيات إدارة الأداء من زاوية عامة</w:t>
      </w:r>
      <w:r w:rsidR="00A5297B">
        <w:rPr>
          <w:sz w:val="30"/>
          <w:szCs w:val="30"/>
          <w:rtl/>
          <w:cs w:val="0"/>
        </w:rPr>
        <w:t>،</w:t>
      </w:r>
      <w:r w:rsidRPr="00447966">
        <w:rPr>
          <w:sz w:val="30"/>
          <w:szCs w:val="30"/>
          <w:rtl/>
        </w:rPr>
        <w:t xml:space="preserve"> أو ركزت على تقييم الأداء داخل المؤسسات الإدارية والخدمية</w:t>
      </w:r>
      <w:r w:rsidR="00A5297B">
        <w:rPr>
          <w:sz w:val="30"/>
          <w:szCs w:val="30"/>
          <w:rtl/>
          <w:cs w:val="0"/>
        </w:rPr>
        <w:t>.</w:t>
      </w:r>
      <w:r w:rsidRPr="00447966">
        <w:rPr>
          <w:sz w:val="30"/>
          <w:szCs w:val="30"/>
          <w:rtl/>
        </w:rPr>
        <w:t xml:space="preserve"> أما هذه الدراسة</w:t>
      </w:r>
      <w:r w:rsidR="00A5297B">
        <w:rPr>
          <w:sz w:val="30"/>
          <w:szCs w:val="30"/>
          <w:rtl/>
          <w:cs w:val="0"/>
        </w:rPr>
        <w:t>،</w:t>
      </w:r>
      <w:r w:rsidRPr="00447966">
        <w:rPr>
          <w:sz w:val="30"/>
          <w:szCs w:val="30"/>
          <w:rtl/>
        </w:rPr>
        <w:t xml:space="preserve"> فتركز على أثر إدارة الأداء في تحسين الإنتاجية داخل شركة إنتاجية تعمل في مجال التصنيع الغذائي</w:t>
      </w:r>
      <w:r w:rsidR="00A5297B">
        <w:rPr>
          <w:sz w:val="30"/>
          <w:szCs w:val="30"/>
          <w:rtl/>
          <w:cs w:val="0"/>
        </w:rPr>
        <w:t>.</w:t>
      </w:r>
    </w:p>
    <w:p w14:paraId="161770EA" w14:textId="48711B7C" w:rsidR="00A65499" w:rsidRPr="00447966" w:rsidRDefault="00000000" w:rsidP="00785C0A">
      <w:pPr>
        <w:spacing w:line="276" w:lineRule="auto"/>
        <w:jc w:val="both"/>
        <w:rPr>
          <w:sz w:val="30"/>
          <w:szCs w:val="30"/>
        </w:rPr>
      </w:pPr>
      <w:r w:rsidRPr="00447966">
        <w:rPr>
          <w:sz w:val="30"/>
          <w:szCs w:val="30"/>
          <w:rtl/>
        </w:rPr>
        <w:t>تسهم الدراسة في إثراء الأدبيات المتعلقة بالعلاقة بين إدارة الأداء والإنتاجية</w:t>
      </w:r>
      <w:r w:rsidR="00A5297B">
        <w:rPr>
          <w:sz w:val="30"/>
          <w:szCs w:val="30"/>
          <w:rtl/>
          <w:cs w:val="0"/>
        </w:rPr>
        <w:t>.</w:t>
      </w:r>
      <w:r w:rsidRPr="00447966">
        <w:rPr>
          <w:sz w:val="30"/>
          <w:szCs w:val="30"/>
          <w:rtl/>
        </w:rPr>
        <w:t xml:space="preserve"> فهي لا تتعامل مع إدارة الأداء كمتغير واحد عام فقط</w:t>
      </w:r>
      <w:r w:rsidR="00A5297B">
        <w:rPr>
          <w:sz w:val="30"/>
          <w:szCs w:val="30"/>
          <w:rtl/>
          <w:cs w:val="0"/>
        </w:rPr>
        <w:t>،</w:t>
      </w:r>
      <w:r w:rsidRPr="00447966">
        <w:rPr>
          <w:sz w:val="30"/>
          <w:szCs w:val="30"/>
          <w:rtl/>
        </w:rPr>
        <w:t xml:space="preserve"> بل تقيسه من خلال أبعاد واضحة</w:t>
      </w:r>
      <w:r w:rsidR="00A5297B">
        <w:rPr>
          <w:sz w:val="30"/>
          <w:szCs w:val="30"/>
          <w:rtl/>
          <w:cs w:val="0"/>
        </w:rPr>
        <w:t>،</w:t>
      </w:r>
      <w:r w:rsidRPr="00447966">
        <w:rPr>
          <w:sz w:val="30"/>
          <w:szCs w:val="30"/>
          <w:rtl/>
        </w:rPr>
        <w:t xml:space="preserve"> وهي تخطيط الأداء</w:t>
      </w:r>
      <w:r w:rsidR="00A5297B">
        <w:rPr>
          <w:sz w:val="30"/>
          <w:szCs w:val="30"/>
          <w:rtl/>
          <w:cs w:val="0"/>
        </w:rPr>
        <w:t>،</w:t>
      </w:r>
      <w:r w:rsidRPr="00447966">
        <w:rPr>
          <w:sz w:val="30"/>
          <w:szCs w:val="30"/>
          <w:rtl/>
        </w:rPr>
        <w:t xml:space="preserve"> والمتابعة والتغذية الراجعة</w:t>
      </w:r>
      <w:r w:rsidR="00A5297B">
        <w:rPr>
          <w:sz w:val="30"/>
          <w:szCs w:val="30"/>
          <w:rtl/>
          <w:cs w:val="0"/>
        </w:rPr>
        <w:t>،</w:t>
      </w:r>
      <w:r w:rsidRPr="00447966">
        <w:rPr>
          <w:sz w:val="30"/>
          <w:szCs w:val="30"/>
          <w:rtl/>
        </w:rPr>
        <w:t xml:space="preserve"> وتقييم الأداء</w:t>
      </w:r>
      <w:r w:rsidR="00A5297B">
        <w:rPr>
          <w:sz w:val="30"/>
          <w:szCs w:val="30"/>
          <w:rtl/>
          <w:cs w:val="0"/>
        </w:rPr>
        <w:t>،</w:t>
      </w:r>
      <w:r w:rsidRPr="00447966">
        <w:rPr>
          <w:sz w:val="30"/>
          <w:szCs w:val="30"/>
          <w:rtl/>
        </w:rPr>
        <w:t xml:space="preserve"> </w:t>
      </w:r>
      <w:proofErr w:type="gramStart"/>
      <w:r w:rsidRPr="00447966">
        <w:rPr>
          <w:sz w:val="30"/>
          <w:szCs w:val="30"/>
          <w:rtl/>
        </w:rPr>
        <w:t>والحوافز</w:t>
      </w:r>
      <w:proofErr w:type="gramEnd"/>
      <w:r w:rsidRPr="00447966">
        <w:rPr>
          <w:sz w:val="30"/>
          <w:szCs w:val="30"/>
          <w:rtl/>
        </w:rPr>
        <w:t xml:space="preserve"> والتطوير</w:t>
      </w:r>
      <w:r w:rsidR="00A5297B">
        <w:rPr>
          <w:sz w:val="30"/>
          <w:szCs w:val="30"/>
          <w:rtl/>
          <w:cs w:val="0"/>
        </w:rPr>
        <w:t>.</w:t>
      </w:r>
      <w:r w:rsidRPr="00447966">
        <w:rPr>
          <w:sz w:val="30"/>
          <w:szCs w:val="30"/>
          <w:rtl/>
        </w:rPr>
        <w:t xml:space="preserve"> كما تقيس الإنتاجية من خلال مؤشرات عملية مرتبطة بسرعة الإنجاز</w:t>
      </w:r>
      <w:r w:rsidR="00A5297B">
        <w:rPr>
          <w:sz w:val="30"/>
          <w:szCs w:val="30"/>
          <w:rtl/>
          <w:cs w:val="0"/>
        </w:rPr>
        <w:t>،</w:t>
      </w:r>
      <w:r w:rsidRPr="00447966">
        <w:rPr>
          <w:sz w:val="30"/>
          <w:szCs w:val="30"/>
          <w:rtl/>
        </w:rPr>
        <w:t xml:space="preserve"> وجودة المخرجات</w:t>
      </w:r>
      <w:r w:rsidR="00A5297B">
        <w:rPr>
          <w:sz w:val="30"/>
          <w:szCs w:val="30"/>
          <w:rtl/>
          <w:cs w:val="0"/>
        </w:rPr>
        <w:t>،</w:t>
      </w:r>
      <w:r w:rsidRPr="00447966">
        <w:rPr>
          <w:sz w:val="30"/>
          <w:szCs w:val="30"/>
          <w:rtl/>
        </w:rPr>
        <w:t xml:space="preserve"> وكفاءة استخدام الوقت والموارد</w:t>
      </w:r>
      <w:r w:rsidR="00A5297B">
        <w:rPr>
          <w:sz w:val="30"/>
          <w:szCs w:val="30"/>
          <w:rtl/>
          <w:cs w:val="0"/>
        </w:rPr>
        <w:t>،</w:t>
      </w:r>
      <w:r w:rsidRPr="00447966">
        <w:rPr>
          <w:sz w:val="30"/>
          <w:szCs w:val="30"/>
          <w:rtl/>
        </w:rPr>
        <w:t xml:space="preserve"> وتقليل الأخطاء والهدر</w:t>
      </w:r>
      <w:r w:rsidR="00A5297B">
        <w:rPr>
          <w:sz w:val="30"/>
          <w:szCs w:val="30"/>
          <w:rtl/>
          <w:cs w:val="0"/>
        </w:rPr>
        <w:t>،</w:t>
      </w:r>
      <w:r w:rsidRPr="00447966">
        <w:rPr>
          <w:sz w:val="30"/>
          <w:szCs w:val="30"/>
          <w:rtl/>
        </w:rPr>
        <w:t xml:space="preserve"> وتحسين الأداء العام</w:t>
      </w:r>
      <w:r w:rsidR="00A5297B">
        <w:rPr>
          <w:sz w:val="30"/>
          <w:szCs w:val="30"/>
          <w:rtl/>
          <w:cs w:val="0"/>
        </w:rPr>
        <w:t>.</w:t>
      </w:r>
    </w:p>
    <w:p w14:paraId="1C53826C" w14:textId="28BEC737" w:rsidR="00A65499" w:rsidRPr="00447966" w:rsidRDefault="00000000" w:rsidP="00785C0A">
      <w:pPr>
        <w:spacing w:line="276" w:lineRule="auto"/>
        <w:jc w:val="both"/>
        <w:rPr>
          <w:sz w:val="30"/>
          <w:szCs w:val="30"/>
        </w:rPr>
      </w:pPr>
      <w:r w:rsidRPr="00447966">
        <w:rPr>
          <w:sz w:val="30"/>
          <w:szCs w:val="30"/>
          <w:rtl/>
        </w:rPr>
        <w:t>تساعد الدراسة الباحثين على فهم العلاقة بين ممارسات الموارد البشرية والنتائج التشغيلية</w:t>
      </w:r>
      <w:r w:rsidR="00A5297B">
        <w:rPr>
          <w:sz w:val="30"/>
          <w:szCs w:val="30"/>
          <w:rtl/>
          <w:cs w:val="0"/>
        </w:rPr>
        <w:t>.</w:t>
      </w:r>
      <w:r w:rsidRPr="00447966">
        <w:rPr>
          <w:sz w:val="30"/>
          <w:szCs w:val="30"/>
          <w:rtl/>
        </w:rPr>
        <w:t xml:space="preserve"> توضح الأدبيات الحديثة أن إدارة الأداء تمثل حلقة وصل بين إدارة الموارد البشرية ونتائج المنظمة</w:t>
      </w:r>
      <w:r w:rsidR="00A5297B">
        <w:rPr>
          <w:sz w:val="30"/>
          <w:szCs w:val="30"/>
          <w:rtl/>
          <w:cs w:val="0"/>
        </w:rPr>
        <w:t>،</w:t>
      </w:r>
      <w:r w:rsidRPr="00447966">
        <w:rPr>
          <w:sz w:val="30"/>
          <w:szCs w:val="30"/>
          <w:rtl/>
        </w:rPr>
        <w:t xml:space="preserve"> لأنها تحول أهداف الإدارة إلى سلوك عملي لدى العاملين ‎(</w:t>
      </w:r>
      <w:proofErr w:type="spellStart"/>
      <w:r w:rsidRPr="00447966">
        <w:rPr>
          <w:sz w:val="30"/>
          <w:szCs w:val="30"/>
          <w:rtl/>
        </w:rPr>
        <w:t>Armstrong</w:t>
      </w:r>
      <w:proofErr w:type="spellEnd"/>
      <w:r w:rsidRPr="00447966">
        <w:rPr>
          <w:sz w:val="30"/>
          <w:szCs w:val="30"/>
          <w:rtl/>
        </w:rPr>
        <w:t xml:space="preserve"> </w:t>
      </w:r>
      <w:proofErr w:type="spellStart"/>
      <w:r w:rsidRPr="00447966">
        <w:rPr>
          <w:sz w:val="30"/>
          <w:szCs w:val="30"/>
          <w:rtl/>
        </w:rPr>
        <w:t>and</w:t>
      </w:r>
      <w:proofErr w:type="spellEnd"/>
      <w:r w:rsidRPr="00447966">
        <w:rPr>
          <w:sz w:val="30"/>
          <w:szCs w:val="30"/>
          <w:rtl/>
        </w:rPr>
        <w:t xml:space="preserve"> </w:t>
      </w:r>
      <w:proofErr w:type="spellStart"/>
      <w:r w:rsidRPr="00447966">
        <w:rPr>
          <w:sz w:val="30"/>
          <w:szCs w:val="30"/>
          <w:rtl/>
        </w:rPr>
        <w:t>Taylor</w:t>
      </w:r>
      <w:proofErr w:type="spellEnd"/>
      <w:r w:rsidRPr="00447966">
        <w:rPr>
          <w:sz w:val="30"/>
          <w:szCs w:val="30"/>
          <w:rtl/>
        </w:rPr>
        <w:t>, 2023)‏</w:t>
      </w:r>
      <w:r w:rsidR="00A5297B">
        <w:rPr>
          <w:sz w:val="30"/>
          <w:szCs w:val="30"/>
          <w:rtl/>
          <w:cs w:val="0"/>
        </w:rPr>
        <w:t>.</w:t>
      </w:r>
      <w:r w:rsidRPr="00447966">
        <w:rPr>
          <w:sz w:val="30"/>
          <w:szCs w:val="30"/>
          <w:rtl/>
        </w:rPr>
        <w:t xml:space="preserve"> كما تضع الدراسة إطارا مناسبا لدراسات لاحقة في شركات إنتاجية أخرى داخل المملكة العربية السعودية</w:t>
      </w:r>
      <w:r w:rsidR="00A5297B">
        <w:rPr>
          <w:sz w:val="30"/>
          <w:szCs w:val="30"/>
          <w:rtl/>
          <w:cs w:val="0"/>
        </w:rPr>
        <w:t>.</w:t>
      </w:r>
    </w:p>
    <w:p w14:paraId="4ABF32AA" w14:textId="5DDEBE8B" w:rsidR="00A65499" w:rsidRPr="00447966" w:rsidRDefault="00000000" w:rsidP="00785C0A">
      <w:pPr>
        <w:spacing w:line="276" w:lineRule="auto"/>
        <w:jc w:val="both"/>
        <w:rPr>
          <w:sz w:val="30"/>
          <w:szCs w:val="30"/>
        </w:rPr>
      </w:pPr>
      <w:r w:rsidRPr="00447966">
        <w:rPr>
          <w:sz w:val="30"/>
          <w:szCs w:val="30"/>
          <w:rtl/>
        </w:rPr>
        <w:t>تقدم الدراسة نموذجا بحثيا يجمع بين إدارة الأداء والإنتاجية في إطار واحد</w:t>
      </w:r>
      <w:r w:rsidR="00A5297B">
        <w:rPr>
          <w:sz w:val="30"/>
          <w:szCs w:val="30"/>
          <w:rtl/>
          <w:cs w:val="0"/>
        </w:rPr>
        <w:t>.</w:t>
      </w:r>
      <w:r w:rsidRPr="00447966">
        <w:rPr>
          <w:sz w:val="30"/>
          <w:szCs w:val="30"/>
          <w:rtl/>
        </w:rPr>
        <w:t xml:space="preserve"> ويفيد هذا النموذج الباحثين في اختبار أثر كل بعد من أبعاد إدارة الأداء على الإنتاجية</w:t>
      </w:r>
      <w:r w:rsidR="00A5297B">
        <w:rPr>
          <w:sz w:val="30"/>
          <w:szCs w:val="30"/>
          <w:rtl/>
          <w:cs w:val="0"/>
        </w:rPr>
        <w:t>،</w:t>
      </w:r>
      <w:r w:rsidRPr="00447966">
        <w:rPr>
          <w:sz w:val="30"/>
          <w:szCs w:val="30"/>
          <w:rtl/>
        </w:rPr>
        <w:t xml:space="preserve"> بدلا من الاكتفاء بقياس الأثر الكلي</w:t>
      </w:r>
      <w:r w:rsidR="00A5297B">
        <w:rPr>
          <w:sz w:val="30"/>
          <w:szCs w:val="30"/>
          <w:rtl/>
          <w:cs w:val="0"/>
        </w:rPr>
        <w:t>.</w:t>
      </w:r>
      <w:r w:rsidRPr="00447966">
        <w:rPr>
          <w:sz w:val="30"/>
          <w:szCs w:val="30"/>
          <w:rtl/>
        </w:rPr>
        <w:t xml:space="preserve"> ويساعد هذا التوجه على تحديد البعد الأكثر تأثيرا في تحسين الإنتاجية</w:t>
      </w:r>
      <w:r w:rsidR="00A5297B">
        <w:rPr>
          <w:sz w:val="30"/>
          <w:szCs w:val="30"/>
          <w:rtl/>
          <w:cs w:val="0"/>
        </w:rPr>
        <w:t>.</w:t>
      </w:r>
    </w:p>
    <w:p w14:paraId="24077DE6" w14:textId="77777777" w:rsidR="00A65499" w:rsidRPr="00447966" w:rsidRDefault="00000000" w:rsidP="00472BF3">
      <w:pPr>
        <w:pStyle w:val="NoSpacing"/>
      </w:pPr>
      <w:bookmarkStart w:id="138" w:name="_Toc233579503"/>
      <w:bookmarkStart w:id="139" w:name="_Toc233579660"/>
      <w:r w:rsidRPr="00447966">
        <w:rPr>
          <w:rtl/>
        </w:rPr>
        <w:t>الأهمية العملية</w:t>
      </w:r>
      <w:bookmarkEnd w:id="138"/>
      <w:bookmarkEnd w:id="139"/>
    </w:p>
    <w:p w14:paraId="4E75A7BC" w14:textId="144971DB" w:rsidR="00A65499" w:rsidRPr="00447966" w:rsidRDefault="00000000" w:rsidP="00785C0A">
      <w:pPr>
        <w:spacing w:line="276" w:lineRule="auto"/>
        <w:jc w:val="both"/>
        <w:rPr>
          <w:sz w:val="30"/>
          <w:szCs w:val="30"/>
        </w:rPr>
      </w:pPr>
      <w:r w:rsidRPr="00447966">
        <w:rPr>
          <w:sz w:val="30"/>
          <w:szCs w:val="30"/>
          <w:rtl/>
        </w:rPr>
        <w:t>تتمثل الأهمية العملية لهذه الدراسة في أنها تقدم نتائج تساعد إدارة شركة مصنع تمور القصيم المحدودة على تطوير ممارسات الأداء داخل بيئة العمل</w:t>
      </w:r>
      <w:r w:rsidR="00A5297B">
        <w:rPr>
          <w:sz w:val="30"/>
          <w:szCs w:val="30"/>
          <w:rtl/>
          <w:cs w:val="0"/>
        </w:rPr>
        <w:t>.</w:t>
      </w:r>
      <w:r w:rsidRPr="00447966">
        <w:rPr>
          <w:sz w:val="30"/>
          <w:szCs w:val="30"/>
          <w:rtl/>
        </w:rPr>
        <w:t xml:space="preserve"> فمن خلال قياس أثر تخطيط الأداء</w:t>
      </w:r>
      <w:r w:rsidR="00A5297B">
        <w:rPr>
          <w:sz w:val="30"/>
          <w:szCs w:val="30"/>
          <w:rtl/>
          <w:cs w:val="0"/>
        </w:rPr>
        <w:t>،</w:t>
      </w:r>
      <w:r w:rsidRPr="00447966">
        <w:rPr>
          <w:sz w:val="30"/>
          <w:szCs w:val="30"/>
          <w:rtl/>
        </w:rPr>
        <w:t xml:space="preserve"> والمتابعة والتغذية الراجعة</w:t>
      </w:r>
      <w:r w:rsidR="00A5297B">
        <w:rPr>
          <w:sz w:val="30"/>
          <w:szCs w:val="30"/>
          <w:rtl/>
          <w:cs w:val="0"/>
        </w:rPr>
        <w:t>،</w:t>
      </w:r>
      <w:r w:rsidRPr="00447966">
        <w:rPr>
          <w:sz w:val="30"/>
          <w:szCs w:val="30"/>
          <w:rtl/>
        </w:rPr>
        <w:t xml:space="preserve"> وتقييم الأداء</w:t>
      </w:r>
      <w:r w:rsidR="00A5297B">
        <w:rPr>
          <w:sz w:val="30"/>
          <w:szCs w:val="30"/>
          <w:rtl/>
          <w:cs w:val="0"/>
        </w:rPr>
        <w:t>،</w:t>
      </w:r>
      <w:r w:rsidRPr="00447966">
        <w:rPr>
          <w:sz w:val="30"/>
          <w:szCs w:val="30"/>
          <w:rtl/>
        </w:rPr>
        <w:t xml:space="preserve"> والحوافز والتطوير</w:t>
      </w:r>
      <w:r w:rsidR="00A5297B">
        <w:rPr>
          <w:sz w:val="30"/>
          <w:szCs w:val="30"/>
          <w:rtl/>
          <w:cs w:val="0"/>
        </w:rPr>
        <w:t>،</w:t>
      </w:r>
      <w:r w:rsidRPr="00447966">
        <w:rPr>
          <w:sz w:val="30"/>
          <w:szCs w:val="30"/>
          <w:rtl/>
        </w:rPr>
        <w:t xml:space="preserve"> تستطيع الإدارة تحديد نقاط القوة ونقاط الضعف في نظام الأداء القائم</w:t>
      </w:r>
      <w:r w:rsidR="00A5297B">
        <w:rPr>
          <w:sz w:val="30"/>
          <w:szCs w:val="30"/>
          <w:rtl/>
          <w:cs w:val="0"/>
        </w:rPr>
        <w:t>.</w:t>
      </w:r>
    </w:p>
    <w:p w14:paraId="12B0C692" w14:textId="32ADA862" w:rsidR="00A65499" w:rsidRPr="00447966" w:rsidRDefault="00000000" w:rsidP="00785C0A">
      <w:pPr>
        <w:spacing w:line="276" w:lineRule="auto"/>
        <w:jc w:val="both"/>
        <w:rPr>
          <w:sz w:val="30"/>
          <w:szCs w:val="30"/>
        </w:rPr>
      </w:pPr>
      <w:r w:rsidRPr="00447966">
        <w:rPr>
          <w:sz w:val="30"/>
          <w:szCs w:val="30"/>
          <w:rtl/>
        </w:rPr>
        <w:lastRenderedPageBreak/>
        <w:t>تساعد نتائج الدراسة مسؤولي الموارد البشرية والإدارات التشغيلية على تحسين طريقة وضع الأهداف</w:t>
      </w:r>
      <w:r w:rsidR="00A5297B">
        <w:rPr>
          <w:sz w:val="30"/>
          <w:szCs w:val="30"/>
          <w:rtl/>
          <w:cs w:val="0"/>
        </w:rPr>
        <w:t>،</w:t>
      </w:r>
      <w:r w:rsidRPr="00447966">
        <w:rPr>
          <w:sz w:val="30"/>
          <w:szCs w:val="30"/>
          <w:rtl/>
        </w:rPr>
        <w:t xml:space="preserve"> وصياغة مؤشرات الأداء</w:t>
      </w:r>
      <w:r w:rsidR="00A5297B">
        <w:rPr>
          <w:sz w:val="30"/>
          <w:szCs w:val="30"/>
          <w:rtl/>
          <w:cs w:val="0"/>
        </w:rPr>
        <w:t>،</w:t>
      </w:r>
      <w:r w:rsidRPr="00447966">
        <w:rPr>
          <w:sz w:val="30"/>
          <w:szCs w:val="30"/>
          <w:rtl/>
        </w:rPr>
        <w:t xml:space="preserve"> وتطوير قنوات المتابعة</w:t>
      </w:r>
      <w:r w:rsidR="00A5297B">
        <w:rPr>
          <w:sz w:val="30"/>
          <w:szCs w:val="30"/>
          <w:rtl/>
          <w:cs w:val="0"/>
        </w:rPr>
        <w:t>،</w:t>
      </w:r>
      <w:r w:rsidRPr="00447966">
        <w:rPr>
          <w:sz w:val="30"/>
          <w:szCs w:val="30"/>
          <w:rtl/>
        </w:rPr>
        <w:t xml:space="preserve"> وتحسين عدالة التقييم</w:t>
      </w:r>
      <w:r w:rsidR="00A5297B">
        <w:rPr>
          <w:sz w:val="30"/>
          <w:szCs w:val="30"/>
          <w:rtl/>
          <w:cs w:val="0"/>
        </w:rPr>
        <w:t>،</w:t>
      </w:r>
      <w:r w:rsidRPr="00447966">
        <w:rPr>
          <w:sz w:val="30"/>
          <w:szCs w:val="30"/>
          <w:rtl/>
        </w:rPr>
        <w:t xml:space="preserve"> وربط نتائج الأداء بخطط التدريب والتحفيز</w:t>
      </w:r>
      <w:r w:rsidR="00A5297B">
        <w:rPr>
          <w:sz w:val="30"/>
          <w:szCs w:val="30"/>
          <w:rtl/>
          <w:cs w:val="0"/>
        </w:rPr>
        <w:t>.</w:t>
      </w:r>
      <w:r w:rsidRPr="00447966">
        <w:rPr>
          <w:sz w:val="30"/>
          <w:szCs w:val="30"/>
          <w:rtl/>
        </w:rPr>
        <w:t xml:space="preserve"> كما تساعد النتائج على توجيه الجهود نحو الممارسات التي تحقق أثرا أكبر في الإنتاجية</w:t>
      </w:r>
      <w:r w:rsidR="00A5297B">
        <w:rPr>
          <w:sz w:val="30"/>
          <w:szCs w:val="30"/>
          <w:rtl/>
          <w:cs w:val="0"/>
        </w:rPr>
        <w:t>.</w:t>
      </w:r>
    </w:p>
    <w:p w14:paraId="22BE7867" w14:textId="1A086DD0" w:rsidR="00A65499" w:rsidRPr="00447966" w:rsidRDefault="00000000" w:rsidP="00785C0A">
      <w:pPr>
        <w:spacing w:line="276" w:lineRule="auto"/>
        <w:jc w:val="both"/>
        <w:rPr>
          <w:sz w:val="30"/>
          <w:szCs w:val="30"/>
        </w:rPr>
      </w:pPr>
      <w:r w:rsidRPr="00447966">
        <w:rPr>
          <w:sz w:val="30"/>
          <w:szCs w:val="30"/>
          <w:rtl/>
        </w:rPr>
        <w:t>تدعم الدراسة اتخاذ القرار الإداري داخل الشركة</w:t>
      </w:r>
      <w:r w:rsidR="00A5297B">
        <w:rPr>
          <w:sz w:val="30"/>
          <w:szCs w:val="30"/>
          <w:rtl/>
          <w:cs w:val="0"/>
        </w:rPr>
        <w:t>.</w:t>
      </w:r>
      <w:r w:rsidRPr="00447966">
        <w:rPr>
          <w:sz w:val="30"/>
          <w:szCs w:val="30"/>
          <w:rtl/>
        </w:rPr>
        <w:t xml:space="preserve"> إذا أظهرت النتائج أن التغذية الراجعة تؤثر بدرجة عالية في الإنتاجية</w:t>
      </w:r>
      <w:r w:rsidR="00A5297B">
        <w:rPr>
          <w:sz w:val="30"/>
          <w:szCs w:val="30"/>
          <w:rtl/>
          <w:cs w:val="0"/>
        </w:rPr>
        <w:t>،</w:t>
      </w:r>
      <w:r w:rsidRPr="00447966">
        <w:rPr>
          <w:sz w:val="30"/>
          <w:szCs w:val="30"/>
          <w:rtl/>
        </w:rPr>
        <w:t xml:space="preserve"> فإن الإدارة تحتاج إلى تنظيم اجتماعات متابعة دورية وتدريب المشرفين على تقديم ملاحظات عملية</w:t>
      </w:r>
      <w:r w:rsidR="00A5297B">
        <w:rPr>
          <w:sz w:val="30"/>
          <w:szCs w:val="30"/>
          <w:rtl/>
          <w:cs w:val="0"/>
        </w:rPr>
        <w:t>.</w:t>
      </w:r>
      <w:r w:rsidRPr="00447966">
        <w:rPr>
          <w:sz w:val="30"/>
          <w:szCs w:val="30"/>
          <w:rtl/>
        </w:rPr>
        <w:t xml:space="preserve"> وإذا أظهرت النتائج أن الحوافز والتطوير تمثل البعد الأكثر تأثيرا</w:t>
      </w:r>
      <w:r w:rsidR="00A5297B">
        <w:rPr>
          <w:sz w:val="30"/>
          <w:szCs w:val="30"/>
          <w:rtl/>
          <w:cs w:val="0"/>
        </w:rPr>
        <w:t>،</w:t>
      </w:r>
      <w:r w:rsidRPr="00447966">
        <w:rPr>
          <w:sz w:val="30"/>
          <w:szCs w:val="30"/>
          <w:rtl/>
        </w:rPr>
        <w:t xml:space="preserve"> فإن الشركة تحتاج إلى مراجعة نظام المكافآت وخطط التدريب</w:t>
      </w:r>
      <w:r w:rsidR="00A5297B">
        <w:rPr>
          <w:sz w:val="30"/>
          <w:szCs w:val="30"/>
          <w:rtl/>
          <w:cs w:val="0"/>
        </w:rPr>
        <w:t>.</w:t>
      </w:r>
      <w:r w:rsidRPr="00447966">
        <w:rPr>
          <w:sz w:val="30"/>
          <w:szCs w:val="30"/>
          <w:rtl/>
        </w:rPr>
        <w:t xml:space="preserve"> بهذا الشكل</w:t>
      </w:r>
      <w:r w:rsidR="00A5297B">
        <w:rPr>
          <w:sz w:val="30"/>
          <w:szCs w:val="30"/>
          <w:rtl/>
          <w:cs w:val="0"/>
        </w:rPr>
        <w:t>،</w:t>
      </w:r>
      <w:r w:rsidRPr="00447966">
        <w:rPr>
          <w:sz w:val="30"/>
          <w:szCs w:val="30"/>
          <w:rtl/>
        </w:rPr>
        <w:t xml:space="preserve"> تتحول نتائج الدراسة إلى قرارات قابلة للتنفيذ</w:t>
      </w:r>
      <w:r w:rsidR="00A5297B">
        <w:rPr>
          <w:sz w:val="30"/>
          <w:szCs w:val="30"/>
          <w:rtl/>
          <w:cs w:val="0"/>
        </w:rPr>
        <w:t>.</w:t>
      </w:r>
    </w:p>
    <w:p w14:paraId="001DC517" w14:textId="76F3CF8C" w:rsidR="00A65499" w:rsidRPr="00447966" w:rsidRDefault="00000000" w:rsidP="00785C0A">
      <w:pPr>
        <w:spacing w:line="276" w:lineRule="auto"/>
        <w:jc w:val="both"/>
        <w:rPr>
          <w:sz w:val="30"/>
          <w:szCs w:val="30"/>
        </w:rPr>
      </w:pPr>
      <w:r w:rsidRPr="00447966">
        <w:rPr>
          <w:sz w:val="30"/>
          <w:szCs w:val="30"/>
          <w:rtl/>
        </w:rPr>
        <w:t>تفيد الدراسة أيضا الشركات الإنتاجية المشابهة</w:t>
      </w:r>
      <w:r w:rsidR="00A5297B">
        <w:rPr>
          <w:sz w:val="30"/>
          <w:szCs w:val="30"/>
          <w:rtl/>
          <w:cs w:val="0"/>
        </w:rPr>
        <w:t>.</w:t>
      </w:r>
      <w:r w:rsidRPr="00447966">
        <w:rPr>
          <w:sz w:val="30"/>
          <w:szCs w:val="30"/>
          <w:rtl/>
        </w:rPr>
        <w:t xml:space="preserve"> فالمشكلات المرتبطة بوضوح الأهداف</w:t>
      </w:r>
      <w:r w:rsidR="00A5297B">
        <w:rPr>
          <w:sz w:val="30"/>
          <w:szCs w:val="30"/>
          <w:rtl/>
          <w:cs w:val="0"/>
        </w:rPr>
        <w:t>،</w:t>
      </w:r>
      <w:r w:rsidRPr="00447966">
        <w:rPr>
          <w:sz w:val="30"/>
          <w:szCs w:val="30"/>
          <w:rtl/>
        </w:rPr>
        <w:t xml:space="preserve"> وعدالة التقييم</w:t>
      </w:r>
      <w:r w:rsidR="00A5297B">
        <w:rPr>
          <w:sz w:val="30"/>
          <w:szCs w:val="30"/>
          <w:rtl/>
          <w:cs w:val="0"/>
        </w:rPr>
        <w:t>،</w:t>
      </w:r>
      <w:r w:rsidRPr="00447966">
        <w:rPr>
          <w:sz w:val="30"/>
          <w:szCs w:val="30"/>
          <w:rtl/>
        </w:rPr>
        <w:t xml:space="preserve"> وضعف المتابعة</w:t>
      </w:r>
      <w:r w:rsidR="00A5297B">
        <w:rPr>
          <w:sz w:val="30"/>
          <w:szCs w:val="30"/>
          <w:rtl/>
          <w:cs w:val="0"/>
        </w:rPr>
        <w:t>،</w:t>
      </w:r>
      <w:r w:rsidRPr="00447966">
        <w:rPr>
          <w:sz w:val="30"/>
          <w:szCs w:val="30"/>
          <w:rtl/>
        </w:rPr>
        <w:t xml:space="preserve"> وانفصال التقييم عن الحوافز</w:t>
      </w:r>
      <w:r w:rsidR="00A5297B">
        <w:rPr>
          <w:sz w:val="30"/>
          <w:szCs w:val="30"/>
          <w:rtl/>
          <w:cs w:val="0"/>
        </w:rPr>
        <w:t>،</w:t>
      </w:r>
      <w:r w:rsidRPr="00447966">
        <w:rPr>
          <w:sz w:val="30"/>
          <w:szCs w:val="30"/>
          <w:rtl/>
        </w:rPr>
        <w:t xml:space="preserve"> لا تخص شركة واحدة فقط</w:t>
      </w:r>
      <w:r w:rsidR="00A5297B">
        <w:rPr>
          <w:sz w:val="30"/>
          <w:szCs w:val="30"/>
          <w:rtl/>
          <w:cs w:val="0"/>
        </w:rPr>
        <w:t>.</w:t>
      </w:r>
      <w:r w:rsidRPr="00447966">
        <w:rPr>
          <w:sz w:val="30"/>
          <w:szCs w:val="30"/>
          <w:rtl/>
        </w:rPr>
        <w:t xml:space="preserve"> تواجه كثير من الشركات هذه التحديات</w:t>
      </w:r>
      <w:r w:rsidR="00A5297B">
        <w:rPr>
          <w:sz w:val="30"/>
          <w:szCs w:val="30"/>
          <w:rtl/>
          <w:cs w:val="0"/>
        </w:rPr>
        <w:t>.</w:t>
      </w:r>
      <w:r w:rsidRPr="00447966">
        <w:rPr>
          <w:sz w:val="30"/>
          <w:szCs w:val="30"/>
          <w:rtl/>
        </w:rPr>
        <w:t xml:space="preserve"> لذلك</w:t>
      </w:r>
      <w:r w:rsidR="00A5297B">
        <w:rPr>
          <w:sz w:val="30"/>
          <w:szCs w:val="30"/>
          <w:rtl/>
          <w:cs w:val="0"/>
        </w:rPr>
        <w:t>،</w:t>
      </w:r>
      <w:r w:rsidRPr="00447966">
        <w:rPr>
          <w:sz w:val="30"/>
          <w:szCs w:val="30"/>
          <w:rtl/>
        </w:rPr>
        <w:t xml:space="preserve"> تقدم الدراسة مؤشرات عملية تساعد المنشآت الإنتاجية على بناء نظام أداء أكثر ارتباطا بالإنتاجية والجودة وتقليل الهدر</w:t>
      </w:r>
      <w:r w:rsidR="00A5297B">
        <w:rPr>
          <w:sz w:val="30"/>
          <w:szCs w:val="30"/>
          <w:rtl/>
          <w:cs w:val="0"/>
        </w:rPr>
        <w:t>.</w:t>
      </w:r>
    </w:p>
    <w:p w14:paraId="111EA347" w14:textId="122F3858" w:rsidR="00A65499" w:rsidRPr="004B1822" w:rsidRDefault="004B1822" w:rsidP="00B5235E">
      <w:pPr>
        <w:pStyle w:val="Heading2"/>
      </w:pPr>
      <w:bookmarkStart w:id="140" w:name="_Toc233582850"/>
      <w:bookmarkStart w:id="141" w:name="_Toc233583017"/>
      <w:bookmarkStart w:id="142" w:name="_Toc233584650"/>
      <w:bookmarkStart w:id="143" w:name="_Toc233585022"/>
      <w:bookmarkStart w:id="144" w:name="_Toc233585148"/>
      <w:bookmarkStart w:id="145" w:name="_Toc233585289"/>
      <w:bookmarkStart w:id="146" w:name="_Toc233585619"/>
      <w:bookmarkStart w:id="147" w:name="_Toc233585775"/>
      <w:bookmarkStart w:id="148" w:name="_Toc233585901"/>
      <w:bookmarkStart w:id="149" w:name="_Toc233586030"/>
      <w:bookmarkStart w:id="150" w:name="_Toc233586808"/>
      <w:bookmarkStart w:id="151" w:name="_Toc233586943"/>
      <w:bookmarkStart w:id="152" w:name="_Toc233587084"/>
      <w:bookmarkStart w:id="153" w:name="_Toc233587211"/>
      <w:bookmarkStart w:id="154" w:name="_Toc233587069"/>
      <w:bookmarkStart w:id="155" w:name="_Toc233587621"/>
      <w:bookmarkStart w:id="156" w:name="_Toc233587753"/>
      <w:r w:rsidRPr="004B1822">
        <w:rPr>
          <w:rtl/>
        </w:rPr>
        <w:t>أهداف الدراسة</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5F6A9CCE" w14:textId="02FE9EAE" w:rsidR="00A65499" w:rsidRPr="00447966" w:rsidRDefault="00000000" w:rsidP="00785C0A">
      <w:pPr>
        <w:spacing w:line="276" w:lineRule="auto"/>
        <w:jc w:val="both"/>
        <w:rPr>
          <w:sz w:val="30"/>
          <w:szCs w:val="30"/>
        </w:rPr>
      </w:pPr>
      <w:r w:rsidRPr="00447966">
        <w:rPr>
          <w:sz w:val="30"/>
          <w:szCs w:val="30"/>
          <w:rtl/>
        </w:rPr>
        <w:t>تسعى هذه الدراسة إلى تحقيق هدف رئيس يتمثل في التعرف على أثر إدارة الأداء على تحسين الإنتاجية لدى العاملين في شركة مصنع تمور القصيم المحدودة بالمملكة العربية السعودية</w:t>
      </w:r>
      <w:r w:rsidR="00A5297B">
        <w:rPr>
          <w:sz w:val="30"/>
          <w:szCs w:val="30"/>
          <w:rtl/>
          <w:cs w:val="0"/>
        </w:rPr>
        <w:t>.</w:t>
      </w:r>
    </w:p>
    <w:p w14:paraId="180E7405" w14:textId="7BAD780D" w:rsidR="00A65499" w:rsidRPr="00447966" w:rsidRDefault="00000000" w:rsidP="00785C0A">
      <w:pPr>
        <w:spacing w:line="276" w:lineRule="auto"/>
        <w:jc w:val="both"/>
        <w:rPr>
          <w:sz w:val="30"/>
          <w:szCs w:val="30"/>
        </w:rPr>
      </w:pPr>
      <w:r w:rsidRPr="00447966">
        <w:rPr>
          <w:sz w:val="30"/>
          <w:szCs w:val="30"/>
          <w:rtl/>
        </w:rPr>
        <w:t>وينبثق من الهدف الرئيس عدد من الأهداف الفرعية الآتية</w:t>
      </w:r>
      <w:r w:rsidR="00D60DAF">
        <w:rPr>
          <w:sz w:val="30"/>
          <w:szCs w:val="30"/>
          <w:rtl/>
          <w:cs w:val="0"/>
        </w:rPr>
        <w:t>:</w:t>
      </w:r>
    </w:p>
    <w:p w14:paraId="7D85A00E" w14:textId="703F8CF6" w:rsidR="00A65499" w:rsidRPr="00447966" w:rsidRDefault="00000000">
      <w:pPr>
        <w:pStyle w:val="ListBullet"/>
        <w:numPr>
          <w:ilvl w:val="0"/>
          <w:numId w:val="4"/>
        </w:numPr>
        <w:spacing w:line="276" w:lineRule="auto"/>
        <w:jc w:val="both"/>
        <w:rPr>
          <w:sz w:val="30"/>
          <w:szCs w:val="30"/>
        </w:rPr>
      </w:pPr>
      <w:r w:rsidRPr="00447966">
        <w:rPr>
          <w:sz w:val="30"/>
          <w:szCs w:val="30"/>
          <w:rtl/>
        </w:rPr>
        <w:t>التعرف على أثر تخطيط الأداء على تحسين الإنتاجية لدى العاملين في شركة مصنع تمور القصيم المحدودة</w:t>
      </w:r>
      <w:r w:rsidR="00A5297B">
        <w:rPr>
          <w:sz w:val="30"/>
          <w:szCs w:val="30"/>
          <w:rtl/>
          <w:cs w:val="0"/>
        </w:rPr>
        <w:t>.</w:t>
      </w:r>
    </w:p>
    <w:p w14:paraId="0A5A3ACA" w14:textId="6399A46C" w:rsidR="00A65499" w:rsidRPr="00447966" w:rsidRDefault="00000000">
      <w:pPr>
        <w:pStyle w:val="ListBullet"/>
        <w:numPr>
          <w:ilvl w:val="0"/>
          <w:numId w:val="4"/>
        </w:numPr>
        <w:spacing w:line="276" w:lineRule="auto"/>
        <w:jc w:val="both"/>
        <w:rPr>
          <w:sz w:val="30"/>
          <w:szCs w:val="30"/>
        </w:rPr>
      </w:pPr>
      <w:r w:rsidRPr="00447966">
        <w:rPr>
          <w:sz w:val="30"/>
          <w:szCs w:val="30"/>
          <w:rtl/>
        </w:rPr>
        <w:t>التعرف على أثر المتابعة والتغذية الراجعة على تحسين الإنتاجية لدى العاملين في شركة مصنع تمور القصيم المحدودة</w:t>
      </w:r>
      <w:r w:rsidR="00A5297B">
        <w:rPr>
          <w:sz w:val="30"/>
          <w:szCs w:val="30"/>
          <w:rtl/>
          <w:cs w:val="0"/>
        </w:rPr>
        <w:t>.</w:t>
      </w:r>
    </w:p>
    <w:p w14:paraId="428E1B0B" w14:textId="43D27A9D" w:rsidR="00A65499" w:rsidRPr="00447966" w:rsidRDefault="00000000">
      <w:pPr>
        <w:pStyle w:val="ListBullet"/>
        <w:numPr>
          <w:ilvl w:val="0"/>
          <w:numId w:val="4"/>
        </w:numPr>
        <w:spacing w:line="276" w:lineRule="auto"/>
        <w:jc w:val="both"/>
        <w:rPr>
          <w:sz w:val="30"/>
          <w:szCs w:val="30"/>
        </w:rPr>
      </w:pPr>
      <w:r w:rsidRPr="00447966">
        <w:rPr>
          <w:sz w:val="30"/>
          <w:szCs w:val="30"/>
          <w:rtl/>
        </w:rPr>
        <w:t>التعرف على أثر تقييم الأداء على تحسين الإنتاجية لدى العاملين في شركة مصنع تمور القصيم المحدودة</w:t>
      </w:r>
      <w:r w:rsidR="00A5297B">
        <w:rPr>
          <w:sz w:val="30"/>
          <w:szCs w:val="30"/>
          <w:rtl/>
          <w:cs w:val="0"/>
        </w:rPr>
        <w:t>.</w:t>
      </w:r>
    </w:p>
    <w:p w14:paraId="60B04FA8" w14:textId="09719C1C" w:rsidR="00A65499" w:rsidRPr="00447966" w:rsidRDefault="00000000">
      <w:pPr>
        <w:pStyle w:val="ListBullet"/>
        <w:numPr>
          <w:ilvl w:val="0"/>
          <w:numId w:val="4"/>
        </w:numPr>
        <w:spacing w:line="276" w:lineRule="auto"/>
        <w:jc w:val="both"/>
        <w:rPr>
          <w:sz w:val="30"/>
          <w:szCs w:val="30"/>
        </w:rPr>
      </w:pPr>
      <w:r w:rsidRPr="00447966">
        <w:rPr>
          <w:sz w:val="30"/>
          <w:szCs w:val="30"/>
          <w:rtl/>
        </w:rPr>
        <w:t>التعرف على أثر الحوافز والتطوير على تحسين الإنتاجية لدى العاملين في شركة مصنع تمور القصيم المحدودة</w:t>
      </w:r>
      <w:r w:rsidR="00A5297B">
        <w:rPr>
          <w:sz w:val="30"/>
          <w:szCs w:val="30"/>
          <w:rtl/>
          <w:cs w:val="0"/>
        </w:rPr>
        <w:t>.</w:t>
      </w:r>
    </w:p>
    <w:p w14:paraId="66ECD7FD" w14:textId="202DA469" w:rsidR="00A65499" w:rsidRPr="00447966" w:rsidRDefault="00000000">
      <w:pPr>
        <w:pStyle w:val="ListBullet"/>
        <w:numPr>
          <w:ilvl w:val="0"/>
          <w:numId w:val="4"/>
        </w:numPr>
        <w:spacing w:line="276" w:lineRule="auto"/>
        <w:jc w:val="both"/>
        <w:rPr>
          <w:sz w:val="30"/>
          <w:szCs w:val="30"/>
        </w:rPr>
      </w:pPr>
      <w:r w:rsidRPr="00447966">
        <w:rPr>
          <w:sz w:val="30"/>
          <w:szCs w:val="30"/>
          <w:rtl/>
        </w:rPr>
        <w:t>تحديد مستوى تطبيق ممارسات إدارة الأداء لدى العاملين في شركة مصنع تمور القصيم المحدودة من وجهة نظر أفراد عينة الدراسة</w:t>
      </w:r>
      <w:r w:rsidR="00A5297B">
        <w:rPr>
          <w:sz w:val="30"/>
          <w:szCs w:val="30"/>
          <w:rtl/>
          <w:cs w:val="0"/>
        </w:rPr>
        <w:t>.</w:t>
      </w:r>
    </w:p>
    <w:p w14:paraId="2726FDB2" w14:textId="01BC9B55" w:rsidR="00A65499" w:rsidRPr="00447966" w:rsidRDefault="00000000">
      <w:pPr>
        <w:pStyle w:val="ListBullet"/>
        <w:numPr>
          <w:ilvl w:val="0"/>
          <w:numId w:val="4"/>
        </w:numPr>
        <w:spacing w:line="276" w:lineRule="auto"/>
        <w:jc w:val="both"/>
        <w:rPr>
          <w:sz w:val="30"/>
          <w:szCs w:val="30"/>
        </w:rPr>
      </w:pPr>
      <w:r w:rsidRPr="00447966">
        <w:rPr>
          <w:sz w:val="30"/>
          <w:szCs w:val="30"/>
          <w:rtl/>
        </w:rPr>
        <w:t>تحديد مستوى تحسين الإنتاجية لدى العاملين في شركة مصنع تمور القصيم المحدودة من وجهة نظر أفراد عينة الدراسة</w:t>
      </w:r>
      <w:r w:rsidR="00A5297B">
        <w:rPr>
          <w:sz w:val="30"/>
          <w:szCs w:val="30"/>
          <w:rtl/>
          <w:cs w:val="0"/>
        </w:rPr>
        <w:t>.</w:t>
      </w:r>
    </w:p>
    <w:p w14:paraId="1DDF6803" w14:textId="778BB99D" w:rsidR="00A65499" w:rsidRPr="00447966" w:rsidRDefault="00000000">
      <w:pPr>
        <w:pStyle w:val="ListBullet"/>
        <w:numPr>
          <w:ilvl w:val="0"/>
          <w:numId w:val="4"/>
        </w:numPr>
        <w:spacing w:line="276" w:lineRule="auto"/>
        <w:jc w:val="both"/>
        <w:rPr>
          <w:sz w:val="30"/>
          <w:szCs w:val="30"/>
        </w:rPr>
      </w:pPr>
      <w:r w:rsidRPr="00447966">
        <w:rPr>
          <w:sz w:val="30"/>
          <w:szCs w:val="30"/>
          <w:rtl/>
        </w:rPr>
        <w:t>تحديد البعد الأكثر تأثيرا من أبعاد إدارة الأداء في تحسين الإنتاجية لدى العاملين في الشركة</w:t>
      </w:r>
      <w:r w:rsidR="00A5297B">
        <w:rPr>
          <w:sz w:val="30"/>
          <w:szCs w:val="30"/>
          <w:rtl/>
          <w:cs w:val="0"/>
        </w:rPr>
        <w:t>.</w:t>
      </w:r>
    </w:p>
    <w:p w14:paraId="1EA60678" w14:textId="6D2473B2" w:rsidR="00A65499" w:rsidRDefault="00000000">
      <w:pPr>
        <w:pStyle w:val="ListBullet"/>
        <w:numPr>
          <w:ilvl w:val="0"/>
          <w:numId w:val="4"/>
        </w:numPr>
        <w:spacing w:line="276" w:lineRule="auto"/>
        <w:jc w:val="both"/>
        <w:rPr>
          <w:sz w:val="30"/>
          <w:szCs w:val="30"/>
        </w:rPr>
      </w:pPr>
      <w:r w:rsidRPr="00447966">
        <w:rPr>
          <w:sz w:val="30"/>
          <w:szCs w:val="30"/>
          <w:rtl/>
        </w:rPr>
        <w:t>تقديم توصيات عملية تساعد إدارة الشركة على تطوير نظام إدارة الأداء بما يدعم تحسين الإنتاجية</w:t>
      </w:r>
      <w:r w:rsidR="00A5297B">
        <w:rPr>
          <w:sz w:val="30"/>
          <w:szCs w:val="30"/>
          <w:rtl/>
          <w:cs w:val="0"/>
        </w:rPr>
        <w:t>.</w:t>
      </w:r>
    </w:p>
    <w:p w14:paraId="4CBFABE3" w14:textId="77777777" w:rsidR="00447966" w:rsidRPr="00447966" w:rsidRDefault="00447966" w:rsidP="00785C0A">
      <w:pPr>
        <w:pStyle w:val="ListBullet"/>
        <w:numPr>
          <w:ilvl w:val="0"/>
          <w:numId w:val="0"/>
        </w:numPr>
        <w:spacing w:line="276" w:lineRule="auto"/>
        <w:jc w:val="both"/>
        <w:rPr>
          <w:sz w:val="30"/>
          <w:szCs w:val="30"/>
        </w:rPr>
      </w:pPr>
    </w:p>
    <w:p w14:paraId="6252F917" w14:textId="370411B1" w:rsidR="00A65499" w:rsidRPr="004B1822" w:rsidRDefault="004B1822" w:rsidP="00B5235E">
      <w:pPr>
        <w:pStyle w:val="Heading2"/>
      </w:pPr>
      <w:bookmarkStart w:id="157" w:name="_Toc233582851"/>
      <w:bookmarkStart w:id="158" w:name="_Toc233583018"/>
      <w:bookmarkStart w:id="159" w:name="_Toc233584651"/>
      <w:bookmarkStart w:id="160" w:name="_Toc233585023"/>
      <w:bookmarkStart w:id="161" w:name="_Toc233585149"/>
      <w:bookmarkStart w:id="162" w:name="_Toc233585290"/>
      <w:bookmarkStart w:id="163" w:name="_Toc233585620"/>
      <w:bookmarkStart w:id="164" w:name="_Toc233585776"/>
      <w:bookmarkStart w:id="165" w:name="_Toc233585902"/>
      <w:bookmarkStart w:id="166" w:name="_Toc233586031"/>
      <w:bookmarkStart w:id="167" w:name="_Toc233586809"/>
      <w:bookmarkStart w:id="168" w:name="_Toc233586944"/>
      <w:bookmarkStart w:id="169" w:name="_Toc233587085"/>
      <w:bookmarkStart w:id="170" w:name="_Toc233587212"/>
      <w:bookmarkStart w:id="171" w:name="_Toc233587070"/>
      <w:bookmarkStart w:id="172" w:name="_Toc233587622"/>
      <w:bookmarkStart w:id="173" w:name="_Toc233587754"/>
      <w:r w:rsidRPr="004B1822">
        <w:rPr>
          <w:rtl/>
        </w:rPr>
        <w:t>تساؤلات الدراسة</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242ADCD8" w14:textId="59C33589" w:rsidR="00A65499" w:rsidRPr="00447966" w:rsidRDefault="00000000" w:rsidP="00785C0A">
      <w:pPr>
        <w:spacing w:line="276" w:lineRule="auto"/>
        <w:jc w:val="both"/>
        <w:rPr>
          <w:sz w:val="30"/>
          <w:szCs w:val="30"/>
        </w:rPr>
      </w:pPr>
      <w:r w:rsidRPr="00447966">
        <w:rPr>
          <w:sz w:val="30"/>
          <w:szCs w:val="30"/>
          <w:rtl/>
        </w:rPr>
        <w:t>تسعى الدراسة إلى الإجابة عن السؤال الرئيس الآتي</w:t>
      </w:r>
      <w:r w:rsidR="00D60DAF">
        <w:rPr>
          <w:sz w:val="30"/>
          <w:szCs w:val="30"/>
          <w:rtl/>
          <w:cs w:val="0"/>
        </w:rPr>
        <w:t>:</w:t>
      </w:r>
    </w:p>
    <w:p w14:paraId="1B671D1E" w14:textId="77777777" w:rsidR="00A65499" w:rsidRPr="00447966" w:rsidRDefault="00000000" w:rsidP="00785C0A">
      <w:pPr>
        <w:spacing w:line="276" w:lineRule="auto"/>
        <w:jc w:val="both"/>
        <w:rPr>
          <w:sz w:val="30"/>
          <w:szCs w:val="30"/>
        </w:rPr>
      </w:pPr>
      <w:r w:rsidRPr="00447966">
        <w:rPr>
          <w:sz w:val="30"/>
          <w:szCs w:val="30"/>
          <w:rtl/>
        </w:rPr>
        <w:t>ما أثر إدارة الأداء على تحسين الإنتاجية لدى العاملين في شركة مصنع تمور القصيم المحدودة بالمملكة العربية السعودية؟</w:t>
      </w:r>
    </w:p>
    <w:p w14:paraId="5DD4C8C9" w14:textId="0DC82F95" w:rsidR="00A65499" w:rsidRPr="00447966" w:rsidRDefault="00000000" w:rsidP="00785C0A">
      <w:pPr>
        <w:spacing w:line="276" w:lineRule="auto"/>
        <w:jc w:val="both"/>
        <w:rPr>
          <w:sz w:val="30"/>
          <w:szCs w:val="30"/>
        </w:rPr>
      </w:pPr>
      <w:r w:rsidRPr="00447966">
        <w:rPr>
          <w:sz w:val="30"/>
          <w:szCs w:val="30"/>
          <w:rtl/>
        </w:rPr>
        <w:t>ويتفرع عن هذا السؤال الرئيس التساؤلات الفرعية الآتية</w:t>
      </w:r>
      <w:r w:rsidR="00D60DAF">
        <w:rPr>
          <w:sz w:val="30"/>
          <w:szCs w:val="30"/>
          <w:rtl/>
          <w:cs w:val="0"/>
        </w:rPr>
        <w:t>:</w:t>
      </w:r>
    </w:p>
    <w:p w14:paraId="4727AC66" w14:textId="77777777" w:rsidR="00A65499" w:rsidRPr="00447966" w:rsidRDefault="00000000">
      <w:pPr>
        <w:numPr>
          <w:ilvl w:val="0"/>
          <w:numId w:val="5"/>
        </w:numPr>
        <w:spacing w:line="276" w:lineRule="auto"/>
        <w:jc w:val="both"/>
        <w:rPr>
          <w:sz w:val="30"/>
          <w:szCs w:val="30"/>
        </w:rPr>
      </w:pPr>
      <w:r w:rsidRPr="00447966">
        <w:rPr>
          <w:sz w:val="30"/>
          <w:szCs w:val="30"/>
          <w:rtl/>
        </w:rPr>
        <w:t>ما أثر تخطيط الأداء على تحسين الإنتاجية لدى العاملين في شركة مصنع تمور القصيم المحدودة؟</w:t>
      </w:r>
    </w:p>
    <w:p w14:paraId="580D95AD" w14:textId="77777777" w:rsidR="00A65499" w:rsidRPr="00447966" w:rsidRDefault="00000000">
      <w:pPr>
        <w:numPr>
          <w:ilvl w:val="0"/>
          <w:numId w:val="5"/>
        </w:numPr>
        <w:spacing w:line="276" w:lineRule="auto"/>
        <w:jc w:val="both"/>
        <w:rPr>
          <w:sz w:val="30"/>
          <w:szCs w:val="30"/>
        </w:rPr>
      </w:pPr>
      <w:r w:rsidRPr="00447966">
        <w:rPr>
          <w:sz w:val="30"/>
          <w:szCs w:val="30"/>
          <w:rtl/>
        </w:rPr>
        <w:t>ما أثر المتابعة والتغذية الراجعة على تحسين الإنتاجية لدى العاملين في شركة مصنع تمور القصيم المحدودة؟</w:t>
      </w:r>
    </w:p>
    <w:p w14:paraId="1C33F8C6" w14:textId="77777777" w:rsidR="00A65499" w:rsidRPr="00447966" w:rsidRDefault="00000000">
      <w:pPr>
        <w:numPr>
          <w:ilvl w:val="0"/>
          <w:numId w:val="5"/>
        </w:numPr>
        <w:spacing w:line="276" w:lineRule="auto"/>
        <w:jc w:val="both"/>
        <w:rPr>
          <w:sz w:val="30"/>
          <w:szCs w:val="30"/>
        </w:rPr>
      </w:pPr>
      <w:r w:rsidRPr="00447966">
        <w:rPr>
          <w:sz w:val="30"/>
          <w:szCs w:val="30"/>
          <w:rtl/>
        </w:rPr>
        <w:t>ما أثر تقييم الأداء على تحسين الإنتاجية لدى العاملين في شركة مصنع تمور القصيم المحدودة؟</w:t>
      </w:r>
    </w:p>
    <w:p w14:paraId="10DB7F20" w14:textId="77777777" w:rsidR="00A65499" w:rsidRPr="00447966" w:rsidRDefault="00000000">
      <w:pPr>
        <w:numPr>
          <w:ilvl w:val="0"/>
          <w:numId w:val="5"/>
        </w:numPr>
        <w:spacing w:line="276" w:lineRule="auto"/>
        <w:jc w:val="both"/>
        <w:rPr>
          <w:sz w:val="30"/>
          <w:szCs w:val="30"/>
        </w:rPr>
      </w:pPr>
      <w:r w:rsidRPr="00447966">
        <w:rPr>
          <w:sz w:val="30"/>
          <w:szCs w:val="30"/>
          <w:rtl/>
        </w:rPr>
        <w:t>ما أثر الحوافز والتطوير على تحسين الإنتاجية لدى العاملين في شركة مصنع تمور القصيم المحدودة؟</w:t>
      </w:r>
    </w:p>
    <w:p w14:paraId="4FA8B522" w14:textId="77777777" w:rsidR="00A65499" w:rsidRPr="00447966" w:rsidRDefault="00000000">
      <w:pPr>
        <w:numPr>
          <w:ilvl w:val="0"/>
          <w:numId w:val="5"/>
        </w:numPr>
        <w:spacing w:line="276" w:lineRule="auto"/>
        <w:jc w:val="both"/>
        <w:rPr>
          <w:sz w:val="30"/>
          <w:szCs w:val="30"/>
        </w:rPr>
      </w:pPr>
      <w:r w:rsidRPr="00447966">
        <w:rPr>
          <w:sz w:val="30"/>
          <w:szCs w:val="30"/>
          <w:rtl/>
        </w:rPr>
        <w:t>ما مستوى تطبيق ممارسات إدارة الأداء لدى العاملين في شركة مصنع تمور القصيم المحدودة من وجهة نظر أفراد عينة الدراسة؟</w:t>
      </w:r>
    </w:p>
    <w:p w14:paraId="1639B045" w14:textId="77777777" w:rsidR="00A65499" w:rsidRPr="00447966" w:rsidRDefault="00000000">
      <w:pPr>
        <w:numPr>
          <w:ilvl w:val="0"/>
          <w:numId w:val="5"/>
        </w:numPr>
        <w:spacing w:line="276" w:lineRule="auto"/>
        <w:jc w:val="both"/>
        <w:rPr>
          <w:sz w:val="30"/>
          <w:szCs w:val="30"/>
        </w:rPr>
      </w:pPr>
      <w:r w:rsidRPr="00447966">
        <w:rPr>
          <w:sz w:val="30"/>
          <w:szCs w:val="30"/>
          <w:rtl/>
        </w:rPr>
        <w:t>ما مستوى تحسين الإنتاجية لدى العاملين في شركة مصنع تمور القصيم المحدودة من وجهة نظر أفراد عينة الدراسة؟</w:t>
      </w:r>
    </w:p>
    <w:p w14:paraId="3E2C1584" w14:textId="77777777" w:rsidR="00A65499" w:rsidRPr="00447966" w:rsidRDefault="00000000">
      <w:pPr>
        <w:numPr>
          <w:ilvl w:val="0"/>
          <w:numId w:val="5"/>
        </w:numPr>
        <w:spacing w:line="276" w:lineRule="auto"/>
        <w:jc w:val="both"/>
        <w:rPr>
          <w:sz w:val="30"/>
          <w:szCs w:val="30"/>
        </w:rPr>
      </w:pPr>
      <w:r w:rsidRPr="00447966">
        <w:rPr>
          <w:sz w:val="30"/>
          <w:szCs w:val="30"/>
          <w:rtl/>
        </w:rPr>
        <w:t>أي أبعاد إدارة الأداء أكثر تأثيرا في تحسين الإنتاجية لدى العاملين في الشركة؟</w:t>
      </w:r>
    </w:p>
    <w:p w14:paraId="76E485D5" w14:textId="1ED9AE7E" w:rsidR="00785C0A" w:rsidRPr="00785C0A" w:rsidRDefault="00000000">
      <w:pPr>
        <w:numPr>
          <w:ilvl w:val="0"/>
          <w:numId w:val="5"/>
        </w:numPr>
        <w:spacing w:line="276" w:lineRule="auto"/>
        <w:jc w:val="both"/>
        <w:rPr>
          <w:sz w:val="30"/>
          <w:szCs w:val="30"/>
        </w:rPr>
      </w:pPr>
      <w:r w:rsidRPr="00447966">
        <w:rPr>
          <w:sz w:val="30"/>
          <w:szCs w:val="30"/>
          <w:rtl/>
        </w:rPr>
        <w:t>ما التوصيات التي تساعد إدارة الشركة على تطوير إدارة الأداء بما يرفع الإنتاجية؟</w:t>
      </w:r>
    </w:p>
    <w:p w14:paraId="560ECBA6" w14:textId="2E8D1BB9" w:rsidR="00A65499" w:rsidRPr="004B1822" w:rsidRDefault="004B1822" w:rsidP="00B5235E">
      <w:pPr>
        <w:pStyle w:val="Heading2"/>
      </w:pPr>
      <w:bookmarkStart w:id="174" w:name="_Toc233582852"/>
      <w:bookmarkStart w:id="175" w:name="_Toc233583019"/>
      <w:bookmarkStart w:id="176" w:name="_Toc233584652"/>
      <w:bookmarkStart w:id="177" w:name="_Toc233585024"/>
      <w:bookmarkStart w:id="178" w:name="_Toc233585150"/>
      <w:bookmarkStart w:id="179" w:name="_Toc233585291"/>
      <w:bookmarkStart w:id="180" w:name="_Toc233585621"/>
      <w:bookmarkStart w:id="181" w:name="_Toc233585777"/>
      <w:bookmarkStart w:id="182" w:name="_Toc233585903"/>
      <w:bookmarkStart w:id="183" w:name="_Toc233586032"/>
      <w:bookmarkStart w:id="184" w:name="_Toc233586810"/>
      <w:bookmarkStart w:id="185" w:name="_Toc233586945"/>
      <w:bookmarkStart w:id="186" w:name="_Toc233587086"/>
      <w:bookmarkStart w:id="187" w:name="_Toc233587213"/>
      <w:bookmarkStart w:id="188" w:name="_Toc233587071"/>
      <w:bookmarkStart w:id="189" w:name="_Toc233587623"/>
      <w:bookmarkStart w:id="190" w:name="_Toc233587755"/>
      <w:r w:rsidRPr="004B1822">
        <w:rPr>
          <w:rtl/>
        </w:rPr>
        <w:t>فروض الدراسة</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14:paraId="10A78150" w14:textId="55CAA613" w:rsidR="00A65499" w:rsidRPr="00447966" w:rsidRDefault="00000000" w:rsidP="00785C0A">
      <w:pPr>
        <w:spacing w:line="276" w:lineRule="auto"/>
        <w:jc w:val="both"/>
        <w:rPr>
          <w:sz w:val="30"/>
          <w:szCs w:val="30"/>
        </w:rPr>
      </w:pPr>
      <w:r w:rsidRPr="00447966">
        <w:rPr>
          <w:sz w:val="30"/>
          <w:szCs w:val="30"/>
          <w:rtl/>
        </w:rPr>
        <w:t>في ضوء مشكلة الدراسة وأهدافها وتساؤلاتها</w:t>
      </w:r>
      <w:r w:rsidR="00A5297B">
        <w:rPr>
          <w:sz w:val="30"/>
          <w:szCs w:val="30"/>
          <w:rtl/>
          <w:cs w:val="0"/>
        </w:rPr>
        <w:t>،</w:t>
      </w:r>
      <w:r w:rsidRPr="00447966">
        <w:rPr>
          <w:sz w:val="30"/>
          <w:szCs w:val="30"/>
          <w:rtl/>
        </w:rPr>
        <w:t xml:space="preserve"> تصاغ فروض الدراسة على النحو الآتي</w:t>
      </w:r>
      <w:r w:rsidR="00D60DAF">
        <w:rPr>
          <w:sz w:val="30"/>
          <w:szCs w:val="30"/>
          <w:rtl/>
          <w:cs w:val="0"/>
        </w:rPr>
        <w:t>:</w:t>
      </w:r>
    </w:p>
    <w:p w14:paraId="0518A405" w14:textId="77777777" w:rsidR="00A65499" w:rsidRPr="00447966" w:rsidRDefault="00000000" w:rsidP="00472BF3">
      <w:pPr>
        <w:pStyle w:val="NoSpacing"/>
      </w:pPr>
      <w:bookmarkStart w:id="191" w:name="_Toc233579507"/>
      <w:bookmarkStart w:id="192" w:name="_Toc233579664"/>
      <w:r w:rsidRPr="00447966">
        <w:rPr>
          <w:rtl/>
        </w:rPr>
        <w:t>الفرض الرئيس</w:t>
      </w:r>
      <w:bookmarkEnd w:id="191"/>
      <w:bookmarkEnd w:id="192"/>
    </w:p>
    <w:p w14:paraId="1D591202" w14:textId="314A97A7" w:rsidR="00A65499" w:rsidRPr="00447966" w:rsidRDefault="00000000" w:rsidP="00785C0A">
      <w:pPr>
        <w:spacing w:line="276" w:lineRule="auto"/>
        <w:jc w:val="both"/>
        <w:rPr>
          <w:sz w:val="30"/>
          <w:szCs w:val="30"/>
        </w:rPr>
      </w:pPr>
      <w:r w:rsidRPr="00447966">
        <w:rPr>
          <w:sz w:val="30"/>
          <w:szCs w:val="30"/>
          <w:rtl/>
        </w:rPr>
        <w:t>لا يوجد أثر ذو دلالة إحصائية عند مستوى دلالة (0</w:t>
      </w:r>
      <w:r w:rsidR="00A5297B">
        <w:rPr>
          <w:sz w:val="30"/>
          <w:szCs w:val="30"/>
          <w:rtl/>
          <w:cs w:val="0"/>
        </w:rPr>
        <w:t>.</w:t>
      </w:r>
      <w:r w:rsidRPr="00447966">
        <w:rPr>
          <w:sz w:val="30"/>
          <w:szCs w:val="30"/>
          <w:rtl/>
        </w:rPr>
        <w:t>05) لإدارة الأداء بأبعادها المتمثلة في تخطيط الأداء</w:t>
      </w:r>
      <w:r w:rsidR="00A5297B">
        <w:rPr>
          <w:sz w:val="30"/>
          <w:szCs w:val="30"/>
          <w:rtl/>
          <w:cs w:val="0"/>
        </w:rPr>
        <w:t>،</w:t>
      </w:r>
      <w:r w:rsidRPr="00447966">
        <w:rPr>
          <w:sz w:val="30"/>
          <w:szCs w:val="30"/>
          <w:rtl/>
        </w:rPr>
        <w:t xml:space="preserve"> والمتابعة والتغذية الراجعة</w:t>
      </w:r>
      <w:r w:rsidR="00A5297B">
        <w:rPr>
          <w:sz w:val="30"/>
          <w:szCs w:val="30"/>
          <w:rtl/>
          <w:cs w:val="0"/>
        </w:rPr>
        <w:t>،</w:t>
      </w:r>
      <w:r w:rsidRPr="00447966">
        <w:rPr>
          <w:sz w:val="30"/>
          <w:szCs w:val="30"/>
          <w:rtl/>
        </w:rPr>
        <w:t xml:space="preserve"> وتقييم الأداء</w:t>
      </w:r>
      <w:r w:rsidR="00A5297B">
        <w:rPr>
          <w:sz w:val="30"/>
          <w:szCs w:val="30"/>
          <w:rtl/>
          <w:cs w:val="0"/>
        </w:rPr>
        <w:t>،</w:t>
      </w:r>
      <w:r w:rsidRPr="00447966">
        <w:rPr>
          <w:sz w:val="30"/>
          <w:szCs w:val="30"/>
          <w:rtl/>
        </w:rPr>
        <w:t xml:space="preserve"> والحوافز والتطوير</w:t>
      </w:r>
      <w:r w:rsidR="00A5297B">
        <w:rPr>
          <w:sz w:val="30"/>
          <w:szCs w:val="30"/>
          <w:rtl/>
          <w:cs w:val="0"/>
        </w:rPr>
        <w:t>،</w:t>
      </w:r>
      <w:r w:rsidRPr="00447966">
        <w:rPr>
          <w:sz w:val="30"/>
          <w:szCs w:val="30"/>
          <w:rtl/>
        </w:rPr>
        <w:t xml:space="preserve"> على تحسين الإنتاجية لدى العاملين في شركة مصنع تمور القصيم المحدودة بالمملكة العربية السعودية</w:t>
      </w:r>
      <w:r w:rsidR="00A5297B">
        <w:rPr>
          <w:sz w:val="30"/>
          <w:szCs w:val="30"/>
          <w:rtl/>
          <w:cs w:val="0"/>
        </w:rPr>
        <w:t>.</w:t>
      </w:r>
    </w:p>
    <w:p w14:paraId="7D14A76C" w14:textId="4B10E4B3" w:rsidR="00A65499" w:rsidRPr="00447966" w:rsidRDefault="00000000" w:rsidP="00785C0A">
      <w:pPr>
        <w:spacing w:line="276" w:lineRule="auto"/>
        <w:jc w:val="both"/>
        <w:rPr>
          <w:sz w:val="30"/>
          <w:szCs w:val="30"/>
        </w:rPr>
      </w:pPr>
      <w:r w:rsidRPr="00447966">
        <w:rPr>
          <w:b/>
          <w:bCs/>
          <w:sz w:val="30"/>
          <w:szCs w:val="30"/>
          <w:rtl/>
        </w:rPr>
        <w:t>الفرض البديل الرئيس</w:t>
      </w:r>
      <w:r w:rsidR="00D60DAF">
        <w:rPr>
          <w:b/>
          <w:bCs/>
          <w:sz w:val="30"/>
          <w:szCs w:val="30"/>
          <w:rtl/>
          <w:cs w:val="0"/>
        </w:rPr>
        <w:t>:</w:t>
      </w:r>
      <w:r w:rsidRPr="00447966">
        <w:rPr>
          <w:sz w:val="30"/>
          <w:szCs w:val="30"/>
          <w:rtl/>
        </w:rPr>
        <w:t xml:space="preserve"> يوجد أثر ذو دلالة إحصائية عند مستوى دلالة (0</w:t>
      </w:r>
      <w:r w:rsidR="00A5297B">
        <w:rPr>
          <w:sz w:val="30"/>
          <w:szCs w:val="30"/>
          <w:rtl/>
          <w:cs w:val="0"/>
        </w:rPr>
        <w:t>.</w:t>
      </w:r>
      <w:r w:rsidRPr="00447966">
        <w:rPr>
          <w:sz w:val="30"/>
          <w:szCs w:val="30"/>
          <w:rtl/>
        </w:rPr>
        <w:t>05) لإدارة الأداء بأبعادها المتمثلة في تخطيط الأداء</w:t>
      </w:r>
      <w:r w:rsidR="00A5297B">
        <w:rPr>
          <w:sz w:val="30"/>
          <w:szCs w:val="30"/>
          <w:rtl/>
          <w:cs w:val="0"/>
        </w:rPr>
        <w:t>،</w:t>
      </w:r>
      <w:r w:rsidRPr="00447966">
        <w:rPr>
          <w:sz w:val="30"/>
          <w:szCs w:val="30"/>
          <w:rtl/>
        </w:rPr>
        <w:t xml:space="preserve"> والمتابعة والتغذية الراجعة</w:t>
      </w:r>
      <w:r w:rsidR="00A5297B">
        <w:rPr>
          <w:sz w:val="30"/>
          <w:szCs w:val="30"/>
          <w:rtl/>
          <w:cs w:val="0"/>
        </w:rPr>
        <w:t>،</w:t>
      </w:r>
      <w:r w:rsidRPr="00447966">
        <w:rPr>
          <w:sz w:val="30"/>
          <w:szCs w:val="30"/>
          <w:rtl/>
        </w:rPr>
        <w:t xml:space="preserve"> وتقييم الأداء</w:t>
      </w:r>
      <w:r w:rsidR="00A5297B">
        <w:rPr>
          <w:sz w:val="30"/>
          <w:szCs w:val="30"/>
          <w:rtl/>
          <w:cs w:val="0"/>
        </w:rPr>
        <w:t>،</w:t>
      </w:r>
      <w:r w:rsidRPr="00447966">
        <w:rPr>
          <w:sz w:val="30"/>
          <w:szCs w:val="30"/>
          <w:rtl/>
        </w:rPr>
        <w:t xml:space="preserve"> والحوافز والتطوير</w:t>
      </w:r>
      <w:r w:rsidR="00A5297B">
        <w:rPr>
          <w:sz w:val="30"/>
          <w:szCs w:val="30"/>
          <w:rtl/>
          <w:cs w:val="0"/>
        </w:rPr>
        <w:t>،</w:t>
      </w:r>
      <w:r w:rsidRPr="00447966">
        <w:rPr>
          <w:sz w:val="30"/>
          <w:szCs w:val="30"/>
          <w:rtl/>
        </w:rPr>
        <w:t xml:space="preserve"> على تحسين الإنتاجية لدى العاملين في شركة مصنع تمور القصيم المحدودة بالمملكة العربية السعودية</w:t>
      </w:r>
      <w:r w:rsidR="00A5297B">
        <w:rPr>
          <w:sz w:val="30"/>
          <w:szCs w:val="30"/>
          <w:rtl/>
          <w:cs w:val="0"/>
        </w:rPr>
        <w:t>.</w:t>
      </w:r>
    </w:p>
    <w:p w14:paraId="1C67CC21" w14:textId="77777777" w:rsidR="00A65499" w:rsidRPr="00447966" w:rsidRDefault="00000000" w:rsidP="00472BF3">
      <w:pPr>
        <w:pStyle w:val="NoSpacing"/>
      </w:pPr>
      <w:bookmarkStart w:id="193" w:name="_Toc233579508"/>
      <w:bookmarkStart w:id="194" w:name="_Toc233579665"/>
      <w:r w:rsidRPr="00447966">
        <w:rPr>
          <w:rtl/>
        </w:rPr>
        <w:lastRenderedPageBreak/>
        <w:t>الفروض الفرعية</w:t>
      </w:r>
      <w:bookmarkEnd w:id="193"/>
      <w:bookmarkEnd w:id="194"/>
    </w:p>
    <w:p w14:paraId="550EC50F" w14:textId="77777777" w:rsidR="00A65499" w:rsidRPr="00447966" w:rsidRDefault="00000000">
      <w:pPr>
        <w:pStyle w:val="ListParagraph"/>
        <w:numPr>
          <w:ilvl w:val="0"/>
          <w:numId w:val="6"/>
        </w:numPr>
        <w:spacing w:line="276" w:lineRule="auto"/>
        <w:jc w:val="both"/>
        <w:rPr>
          <w:b/>
          <w:bCs/>
          <w:sz w:val="30"/>
          <w:szCs w:val="30"/>
        </w:rPr>
      </w:pPr>
      <w:r w:rsidRPr="00447966">
        <w:rPr>
          <w:b/>
          <w:bCs/>
          <w:sz w:val="30"/>
          <w:szCs w:val="30"/>
          <w:rtl/>
        </w:rPr>
        <w:t>الفرضية الفرعية الأولى</w:t>
      </w:r>
    </w:p>
    <w:p w14:paraId="32AABDB2" w14:textId="1B69824C" w:rsidR="00A65499" w:rsidRPr="00447966" w:rsidRDefault="00000000" w:rsidP="00785C0A">
      <w:pPr>
        <w:spacing w:line="276" w:lineRule="auto"/>
        <w:jc w:val="both"/>
        <w:rPr>
          <w:sz w:val="30"/>
          <w:szCs w:val="30"/>
        </w:rPr>
      </w:pPr>
      <w:r w:rsidRPr="00447966">
        <w:rPr>
          <w:sz w:val="30"/>
          <w:szCs w:val="30"/>
          <w:rtl/>
        </w:rPr>
        <w:t>لا يوجد أثر ذو دلالة إحصائية عند مستوى دلالة (0</w:t>
      </w:r>
      <w:r w:rsidR="00A5297B">
        <w:rPr>
          <w:sz w:val="30"/>
          <w:szCs w:val="30"/>
          <w:rtl/>
          <w:cs w:val="0"/>
        </w:rPr>
        <w:t>.</w:t>
      </w:r>
      <w:r w:rsidRPr="00447966">
        <w:rPr>
          <w:sz w:val="30"/>
          <w:szCs w:val="30"/>
          <w:rtl/>
        </w:rPr>
        <w:t>05) لتخطيط الأداء على تحسين الإنتاجية لدى العاملين في شركة مصنع تمور القصيم المحدودة</w:t>
      </w:r>
      <w:r w:rsidR="00A5297B">
        <w:rPr>
          <w:sz w:val="30"/>
          <w:szCs w:val="30"/>
          <w:rtl/>
          <w:cs w:val="0"/>
        </w:rPr>
        <w:t>.</w:t>
      </w:r>
    </w:p>
    <w:p w14:paraId="5B3C290F" w14:textId="03EF4394" w:rsidR="00A65499" w:rsidRPr="00447966" w:rsidRDefault="00000000" w:rsidP="00785C0A">
      <w:pPr>
        <w:spacing w:line="276" w:lineRule="auto"/>
        <w:jc w:val="both"/>
        <w:rPr>
          <w:sz w:val="30"/>
          <w:szCs w:val="30"/>
        </w:rPr>
      </w:pPr>
      <w:r w:rsidRPr="00447966">
        <w:rPr>
          <w:sz w:val="30"/>
          <w:szCs w:val="30"/>
          <w:rtl/>
        </w:rPr>
        <w:t>الفرض البديل</w:t>
      </w:r>
      <w:r w:rsidR="00D60DAF">
        <w:rPr>
          <w:sz w:val="30"/>
          <w:szCs w:val="30"/>
          <w:rtl/>
          <w:cs w:val="0"/>
        </w:rPr>
        <w:t>:</w:t>
      </w:r>
      <w:r w:rsidRPr="00447966">
        <w:rPr>
          <w:sz w:val="30"/>
          <w:szCs w:val="30"/>
          <w:rtl/>
        </w:rPr>
        <w:t xml:space="preserve"> يوجد أثر ذو دلالة إحصائية عند مستوى دلالة (0</w:t>
      </w:r>
      <w:r w:rsidR="00A5297B">
        <w:rPr>
          <w:sz w:val="30"/>
          <w:szCs w:val="30"/>
          <w:rtl/>
          <w:cs w:val="0"/>
        </w:rPr>
        <w:t>.</w:t>
      </w:r>
      <w:r w:rsidRPr="00447966">
        <w:rPr>
          <w:sz w:val="30"/>
          <w:szCs w:val="30"/>
          <w:rtl/>
        </w:rPr>
        <w:t>05) لتخطيط الأداء على تحسين الإنتاجية لدى العاملين في شركة مصنع تمور القصيم المحدودة</w:t>
      </w:r>
      <w:r w:rsidR="00A5297B">
        <w:rPr>
          <w:sz w:val="30"/>
          <w:szCs w:val="30"/>
          <w:rtl/>
          <w:cs w:val="0"/>
        </w:rPr>
        <w:t>.</w:t>
      </w:r>
    </w:p>
    <w:p w14:paraId="2E0004A9" w14:textId="77777777" w:rsidR="00A65499" w:rsidRPr="00447966" w:rsidRDefault="00000000">
      <w:pPr>
        <w:pStyle w:val="ListParagraph"/>
        <w:numPr>
          <w:ilvl w:val="0"/>
          <w:numId w:val="6"/>
        </w:numPr>
        <w:spacing w:line="276" w:lineRule="auto"/>
        <w:jc w:val="both"/>
        <w:rPr>
          <w:b/>
          <w:bCs/>
          <w:sz w:val="30"/>
          <w:szCs w:val="30"/>
        </w:rPr>
      </w:pPr>
      <w:r w:rsidRPr="00447966">
        <w:rPr>
          <w:b/>
          <w:bCs/>
          <w:sz w:val="30"/>
          <w:szCs w:val="30"/>
          <w:rtl/>
        </w:rPr>
        <w:t>الفرضية الفرعية الثانية</w:t>
      </w:r>
    </w:p>
    <w:p w14:paraId="51BF8390" w14:textId="671E4A81" w:rsidR="00A65499" w:rsidRPr="00447966" w:rsidRDefault="00000000" w:rsidP="00785C0A">
      <w:pPr>
        <w:spacing w:line="276" w:lineRule="auto"/>
        <w:jc w:val="both"/>
        <w:rPr>
          <w:sz w:val="30"/>
          <w:szCs w:val="30"/>
        </w:rPr>
      </w:pPr>
      <w:r w:rsidRPr="00447966">
        <w:rPr>
          <w:sz w:val="30"/>
          <w:szCs w:val="30"/>
          <w:rtl/>
        </w:rPr>
        <w:t>لا يوجد أثر ذو دلالة إحصائية عند مستوى دلالة (0</w:t>
      </w:r>
      <w:r w:rsidR="00A5297B">
        <w:rPr>
          <w:sz w:val="30"/>
          <w:szCs w:val="30"/>
          <w:rtl/>
          <w:cs w:val="0"/>
        </w:rPr>
        <w:t>.</w:t>
      </w:r>
      <w:r w:rsidRPr="00447966">
        <w:rPr>
          <w:sz w:val="30"/>
          <w:szCs w:val="30"/>
          <w:rtl/>
        </w:rPr>
        <w:t>05) للمتابعة والتغذية الراجعة على تحسين الإنتاجية لدى العاملين في شركة مصنع تمور القصيم المحدودة</w:t>
      </w:r>
      <w:r w:rsidR="00A5297B">
        <w:rPr>
          <w:sz w:val="30"/>
          <w:szCs w:val="30"/>
          <w:rtl/>
          <w:cs w:val="0"/>
        </w:rPr>
        <w:t>.</w:t>
      </w:r>
    </w:p>
    <w:p w14:paraId="3B26FFAF" w14:textId="6C298377" w:rsidR="00A65499" w:rsidRPr="00447966" w:rsidRDefault="00000000" w:rsidP="00785C0A">
      <w:pPr>
        <w:spacing w:line="276" w:lineRule="auto"/>
        <w:jc w:val="both"/>
        <w:rPr>
          <w:sz w:val="30"/>
          <w:szCs w:val="30"/>
        </w:rPr>
      </w:pPr>
      <w:r w:rsidRPr="00447966">
        <w:rPr>
          <w:sz w:val="30"/>
          <w:szCs w:val="30"/>
          <w:rtl/>
        </w:rPr>
        <w:t>الفرض البديل</w:t>
      </w:r>
      <w:r w:rsidR="00D60DAF">
        <w:rPr>
          <w:sz w:val="30"/>
          <w:szCs w:val="30"/>
          <w:rtl/>
          <w:cs w:val="0"/>
        </w:rPr>
        <w:t>:</w:t>
      </w:r>
      <w:r w:rsidRPr="00447966">
        <w:rPr>
          <w:sz w:val="30"/>
          <w:szCs w:val="30"/>
          <w:rtl/>
        </w:rPr>
        <w:t xml:space="preserve"> يوجد أثر ذو دلالة إحصائية عند مستوى دلالة (0</w:t>
      </w:r>
      <w:r w:rsidR="00A5297B">
        <w:rPr>
          <w:sz w:val="30"/>
          <w:szCs w:val="30"/>
          <w:rtl/>
          <w:cs w:val="0"/>
        </w:rPr>
        <w:t>.</w:t>
      </w:r>
      <w:r w:rsidRPr="00447966">
        <w:rPr>
          <w:sz w:val="30"/>
          <w:szCs w:val="30"/>
          <w:rtl/>
        </w:rPr>
        <w:t>05) للمتابعة والتغذية الراجعة على تحسين الإنتاجية لدى العاملين في شركة مصنع تمور القصيم المحدودة</w:t>
      </w:r>
      <w:r w:rsidR="00A5297B">
        <w:rPr>
          <w:sz w:val="30"/>
          <w:szCs w:val="30"/>
          <w:rtl/>
          <w:cs w:val="0"/>
        </w:rPr>
        <w:t>.</w:t>
      </w:r>
    </w:p>
    <w:p w14:paraId="622BA447" w14:textId="77777777" w:rsidR="00A65499" w:rsidRPr="00447966" w:rsidRDefault="00000000">
      <w:pPr>
        <w:pStyle w:val="ListParagraph"/>
        <w:numPr>
          <w:ilvl w:val="0"/>
          <w:numId w:val="6"/>
        </w:numPr>
        <w:spacing w:line="276" w:lineRule="auto"/>
        <w:jc w:val="both"/>
        <w:rPr>
          <w:b/>
          <w:bCs/>
          <w:sz w:val="30"/>
          <w:szCs w:val="30"/>
        </w:rPr>
      </w:pPr>
      <w:r w:rsidRPr="00447966">
        <w:rPr>
          <w:b/>
          <w:bCs/>
          <w:sz w:val="30"/>
          <w:szCs w:val="30"/>
          <w:rtl/>
        </w:rPr>
        <w:t>الفرضية الفرعية الثالثة</w:t>
      </w:r>
    </w:p>
    <w:p w14:paraId="3F4A317A" w14:textId="3A398213" w:rsidR="00A65499" w:rsidRPr="00447966" w:rsidRDefault="00000000" w:rsidP="00785C0A">
      <w:pPr>
        <w:spacing w:line="276" w:lineRule="auto"/>
        <w:jc w:val="both"/>
        <w:rPr>
          <w:sz w:val="30"/>
          <w:szCs w:val="30"/>
        </w:rPr>
      </w:pPr>
      <w:r w:rsidRPr="00447966">
        <w:rPr>
          <w:sz w:val="30"/>
          <w:szCs w:val="30"/>
          <w:rtl/>
        </w:rPr>
        <w:t>لا يوجد أثر ذو دلالة إحصائية عند مستوى دلالة (0</w:t>
      </w:r>
      <w:r w:rsidR="00A5297B">
        <w:rPr>
          <w:sz w:val="30"/>
          <w:szCs w:val="30"/>
          <w:rtl/>
          <w:cs w:val="0"/>
        </w:rPr>
        <w:t>.</w:t>
      </w:r>
      <w:r w:rsidRPr="00447966">
        <w:rPr>
          <w:sz w:val="30"/>
          <w:szCs w:val="30"/>
          <w:rtl/>
        </w:rPr>
        <w:t>05) لتقييم الأداء على تحسين الإنتاجية لدى العاملين في شركة مصنع تمور القصيم المحدودة</w:t>
      </w:r>
      <w:r w:rsidR="00A5297B">
        <w:rPr>
          <w:sz w:val="30"/>
          <w:szCs w:val="30"/>
          <w:rtl/>
          <w:cs w:val="0"/>
        </w:rPr>
        <w:t>.</w:t>
      </w:r>
    </w:p>
    <w:p w14:paraId="6944F245" w14:textId="66758DC8" w:rsidR="00F47107" w:rsidRPr="00447966" w:rsidRDefault="00000000" w:rsidP="00785C0A">
      <w:pPr>
        <w:spacing w:line="276" w:lineRule="auto"/>
        <w:jc w:val="both"/>
        <w:rPr>
          <w:sz w:val="30"/>
          <w:szCs w:val="30"/>
        </w:rPr>
      </w:pPr>
      <w:r w:rsidRPr="00447966">
        <w:rPr>
          <w:sz w:val="30"/>
          <w:szCs w:val="30"/>
          <w:rtl/>
        </w:rPr>
        <w:t>الفرض البديل</w:t>
      </w:r>
      <w:r w:rsidR="00D60DAF">
        <w:rPr>
          <w:sz w:val="30"/>
          <w:szCs w:val="30"/>
          <w:rtl/>
          <w:cs w:val="0"/>
        </w:rPr>
        <w:t>:</w:t>
      </w:r>
      <w:r w:rsidRPr="00447966">
        <w:rPr>
          <w:sz w:val="30"/>
          <w:szCs w:val="30"/>
          <w:rtl/>
        </w:rPr>
        <w:t xml:space="preserve"> يوجد أثر ذو دلالة إحصائية عند مستوى دلالة (0</w:t>
      </w:r>
      <w:r w:rsidR="00A5297B">
        <w:rPr>
          <w:sz w:val="30"/>
          <w:szCs w:val="30"/>
          <w:rtl/>
          <w:cs w:val="0"/>
        </w:rPr>
        <w:t>.</w:t>
      </w:r>
      <w:r w:rsidRPr="00447966">
        <w:rPr>
          <w:sz w:val="30"/>
          <w:szCs w:val="30"/>
          <w:rtl/>
        </w:rPr>
        <w:t>05) لتقييم الأداء على تحسين الإنتاجية لدى العاملين في شركة مصنع تمور القصيم المحدودة</w:t>
      </w:r>
      <w:r w:rsidR="00A5297B">
        <w:rPr>
          <w:sz w:val="30"/>
          <w:szCs w:val="30"/>
          <w:rtl/>
          <w:cs w:val="0"/>
        </w:rPr>
        <w:t>.</w:t>
      </w:r>
    </w:p>
    <w:p w14:paraId="1AC4CA9B" w14:textId="77777777" w:rsidR="00A65499" w:rsidRPr="00447966" w:rsidRDefault="00000000">
      <w:pPr>
        <w:pStyle w:val="ListParagraph"/>
        <w:numPr>
          <w:ilvl w:val="0"/>
          <w:numId w:val="6"/>
        </w:numPr>
        <w:spacing w:line="276" w:lineRule="auto"/>
        <w:jc w:val="both"/>
        <w:rPr>
          <w:b/>
          <w:bCs/>
          <w:sz w:val="30"/>
          <w:szCs w:val="30"/>
        </w:rPr>
      </w:pPr>
      <w:r w:rsidRPr="00447966">
        <w:rPr>
          <w:b/>
          <w:bCs/>
          <w:sz w:val="30"/>
          <w:szCs w:val="30"/>
          <w:rtl/>
        </w:rPr>
        <w:t>الفرضية الفرعية الرابعة</w:t>
      </w:r>
    </w:p>
    <w:p w14:paraId="0A9D49F2" w14:textId="44ED7396" w:rsidR="00A65499" w:rsidRPr="00447966" w:rsidRDefault="00000000" w:rsidP="00785C0A">
      <w:pPr>
        <w:spacing w:line="276" w:lineRule="auto"/>
        <w:jc w:val="both"/>
        <w:rPr>
          <w:sz w:val="30"/>
          <w:szCs w:val="30"/>
        </w:rPr>
      </w:pPr>
      <w:r w:rsidRPr="00447966">
        <w:rPr>
          <w:sz w:val="30"/>
          <w:szCs w:val="30"/>
          <w:rtl/>
        </w:rPr>
        <w:t>لا يوجد أثر ذو دلالة إحصائية عند مستوى دلالة (0</w:t>
      </w:r>
      <w:r w:rsidR="00A5297B">
        <w:rPr>
          <w:sz w:val="30"/>
          <w:szCs w:val="30"/>
          <w:rtl/>
          <w:cs w:val="0"/>
        </w:rPr>
        <w:t>.</w:t>
      </w:r>
      <w:r w:rsidRPr="00447966">
        <w:rPr>
          <w:sz w:val="30"/>
          <w:szCs w:val="30"/>
          <w:rtl/>
        </w:rPr>
        <w:t>05) للحوافز والتطوير على تحسين الإنتاجية لدى العاملين في شركة مصنع تمور القصيم المحدودة</w:t>
      </w:r>
      <w:r w:rsidR="00A5297B">
        <w:rPr>
          <w:sz w:val="30"/>
          <w:szCs w:val="30"/>
          <w:rtl/>
          <w:cs w:val="0"/>
        </w:rPr>
        <w:t>.</w:t>
      </w:r>
    </w:p>
    <w:p w14:paraId="4F2A6DC7" w14:textId="119A4A4B" w:rsidR="00A65499" w:rsidRPr="00447966" w:rsidRDefault="00000000" w:rsidP="00785C0A">
      <w:pPr>
        <w:spacing w:line="276" w:lineRule="auto"/>
        <w:jc w:val="both"/>
        <w:rPr>
          <w:sz w:val="30"/>
          <w:szCs w:val="30"/>
          <w:rtl/>
        </w:rPr>
      </w:pPr>
      <w:r w:rsidRPr="00447966">
        <w:rPr>
          <w:sz w:val="30"/>
          <w:szCs w:val="30"/>
          <w:rtl/>
        </w:rPr>
        <w:t>الفرض البديل</w:t>
      </w:r>
      <w:r w:rsidR="00D60DAF">
        <w:rPr>
          <w:sz w:val="30"/>
          <w:szCs w:val="30"/>
          <w:rtl/>
          <w:cs w:val="0"/>
        </w:rPr>
        <w:t>:</w:t>
      </w:r>
      <w:r w:rsidRPr="00447966">
        <w:rPr>
          <w:sz w:val="30"/>
          <w:szCs w:val="30"/>
          <w:rtl/>
        </w:rPr>
        <w:t xml:space="preserve"> يوجد أثر ذو دلالة إحصائية عند مستوى دلالة (0</w:t>
      </w:r>
      <w:r w:rsidR="00A5297B">
        <w:rPr>
          <w:sz w:val="30"/>
          <w:szCs w:val="30"/>
          <w:rtl/>
          <w:cs w:val="0"/>
        </w:rPr>
        <w:t>.</w:t>
      </w:r>
      <w:r w:rsidRPr="00447966">
        <w:rPr>
          <w:sz w:val="30"/>
          <w:szCs w:val="30"/>
          <w:rtl/>
        </w:rPr>
        <w:t>05) للحوافز والتطوير على تحسين الإنتاجية لدى العاملين في شركة مصنع تمور القصيم المحدودة</w:t>
      </w:r>
      <w:r w:rsidR="00A5297B">
        <w:rPr>
          <w:sz w:val="30"/>
          <w:szCs w:val="30"/>
          <w:rtl/>
          <w:cs w:val="0"/>
        </w:rPr>
        <w:t>.</w:t>
      </w:r>
    </w:p>
    <w:p w14:paraId="527B6CFB" w14:textId="77777777" w:rsidR="008B0EED" w:rsidRDefault="008B0EED" w:rsidP="00785C0A">
      <w:pPr>
        <w:spacing w:line="276" w:lineRule="auto"/>
        <w:jc w:val="both"/>
        <w:rPr>
          <w:sz w:val="30"/>
          <w:szCs w:val="30"/>
          <w:rtl/>
          <w:cs w:val="0"/>
        </w:rPr>
      </w:pPr>
    </w:p>
    <w:p w14:paraId="0D94E4B4" w14:textId="77777777" w:rsidR="00447966" w:rsidRDefault="00447966" w:rsidP="00785C0A">
      <w:pPr>
        <w:spacing w:line="276" w:lineRule="auto"/>
        <w:jc w:val="both"/>
        <w:rPr>
          <w:sz w:val="30"/>
          <w:szCs w:val="30"/>
          <w:rtl/>
          <w:cs w:val="0"/>
        </w:rPr>
      </w:pPr>
    </w:p>
    <w:p w14:paraId="507C74F4" w14:textId="77777777" w:rsidR="00472BF3" w:rsidRDefault="00472BF3" w:rsidP="00785C0A">
      <w:pPr>
        <w:spacing w:line="276" w:lineRule="auto"/>
        <w:jc w:val="both"/>
        <w:rPr>
          <w:sz w:val="30"/>
          <w:szCs w:val="30"/>
          <w:rtl/>
          <w:cs w:val="0"/>
        </w:rPr>
      </w:pPr>
    </w:p>
    <w:p w14:paraId="10A21C12" w14:textId="77777777" w:rsidR="00447966" w:rsidRPr="00447966" w:rsidRDefault="00447966" w:rsidP="00785C0A">
      <w:pPr>
        <w:spacing w:line="276" w:lineRule="auto"/>
        <w:jc w:val="both"/>
        <w:rPr>
          <w:sz w:val="30"/>
          <w:szCs w:val="30"/>
        </w:rPr>
      </w:pPr>
    </w:p>
    <w:p w14:paraId="29C25338" w14:textId="5A88985D" w:rsidR="00A65499" w:rsidRPr="004B1822" w:rsidRDefault="004B1822" w:rsidP="00B5235E">
      <w:pPr>
        <w:pStyle w:val="Heading2"/>
      </w:pPr>
      <w:bookmarkStart w:id="195" w:name="_Toc233582853"/>
      <w:bookmarkStart w:id="196" w:name="_Toc233583020"/>
      <w:bookmarkStart w:id="197" w:name="_Toc233584653"/>
      <w:bookmarkStart w:id="198" w:name="_Toc233585025"/>
      <w:bookmarkStart w:id="199" w:name="_Toc233585151"/>
      <w:bookmarkStart w:id="200" w:name="_Toc233585292"/>
      <w:bookmarkStart w:id="201" w:name="_Toc233585622"/>
      <w:bookmarkStart w:id="202" w:name="_Toc233585778"/>
      <w:bookmarkStart w:id="203" w:name="_Toc233585904"/>
      <w:bookmarkStart w:id="204" w:name="_Toc233586033"/>
      <w:bookmarkStart w:id="205" w:name="_Toc233586811"/>
      <w:bookmarkStart w:id="206" w:name="_Toc233586946"/>
      <w:bookmarkStart w:id="207" w:name="_Toc233587087"/>
      <w:bookmarkStart w:id="208" w:name="_Toc233587214"/>
      <w:bookmarkStart w:id="209" w:name="_Toc233587072"/>
      <w:bookmarkStart w:id="210" w:name="_Toc233587624"/>
      <w:bookmarkStart w:id="211" w:name="_Toc233587756"/>
      <w:r w:rsidRPr="004B1822">
        <w:rPr>
          <w:rtl/>
        </w:rPr>
        <w:lastRenderedPageBreak/>
        <w:t>نموذج الدراسة</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1EFF62B6" w14:textId="21CE63F3" w:rsidR="00A65499" w:rsidRPr="00447966" w:rsidRDefault="00000000" w:rsidP="00785C0A">
      <w:pPr>
        <w:spacing w:line="276" w:lineRule="auto"/>
        <w:jc w:val="both"/>
        <w:rPr>
          <w:sz w:val="30"/>
          <w:szCs w:val="30"/>
        </w:rPr>
      </w:pPr>
      <w:r w:rsidRPr="00447966">
        <w:rPr>
          <w:sz w:val="30"/>
          <w:szCs w:val="30"/>
          <w:rtl/>
        </w:rPr>
        <w:t>يعتمد نموذج الدراسة على متغيرين رئيسين</w:t>
      </w:r>
      <w:r w:rsidR="00A5297B">
        <w:rPr>
          <w:sz w:val="30"/>
          <w:szCs w:val="30"/>
          <w:rtl/>
          <w:cs w:val="0"/>
        </w:rPr>
        <w:t>.</w:t>
      </w:r>
      <w:r w:rsidRPr="00447966">
        <w:rPr>
          <w:sz w:val="30"/>
          <w:szCs w:val="30"/>
          <w:rtl/>
        </w:rPr>
        <w:t xml:space="preserve"> يتمثل المتغير المستقل في إدارة الأداء</w:t>
      </w:r>
      <w:r w:rsidR="00A5297B">
        <w:rPr>
          <w:sz w:val="30"/>
          <w:szCs w:val="30"/>
          <w:rtl/>
          <w:cs w:val="0"/>
        </w:rPr>
        <w:t>،</w:t>
      </w:r>
      <w:r w:rsidRPr="00447966">
        <w:rPr>
          <w:sz w:val="30"/>
          <w:szCs w:val="30"/>
          <w:rtl/>
        </w:rPr>
        <w:t xml:space="preserve"> ويتكون من أربعة أبعاد هي تخطيط الأداء</w:t>
      </w:r>
      <w:r w:rsidR="00A5297B">
        <w:rPr>
          <w:sz w:val="30"/>
          <w:szCs w:val="30"/>
          <w:rtl/>
          <w:cs w:val="0"/>
        </w:rPr>
        <w:t>،</w:t>
      </w:r>
      <w:r w:rsidRPr="00447966">
        <w:rPr>
          <w:sz w:val="30"/>
          <w:szCs w:val="30"/>
          <w:rtl/>
        </w:rPr>
        <w:t xml:space="preserve"> والمتابعة والتغذية الراجعة</w:t>
      </w:r>
      <w:r w:rsidR="00A5297B">
        <w:rPr>
          <w:sz w:val="30"/>
          <w:szCs w:val="30"/>
          <w:rtl/>
          <w:cs w:val="0"/>
        </w:rPr>
        <w:t>،</w:t>
      </w:r>
      <w:r w:rsidRPr="00447966">
        <w:rPr>
          <w:sz w:val="30"/>
          <w:szCs w:val="30"/>
          <w:rtl/>
        </w:rPr>
        <w:t xml:space="preserve"> وتقييم الأداء</w:t>
      </w:r>
      <w:r w:rsidR="00A5297B">
        <w:rPr>
          <w:sz w:val="30"/>
          <w:szCs w:val="30"/>
          <w:rtl/>
          <w:cs w:val="0"/>
        </w:rPr>
        <w:t>،</w:t>
      </w:r>
      <w:r w:rsidRPr="00447966">
        <w:rPr>
          <w:sz w:val="30"/>
          <w:szCs w:val="30"/>
          <w:rtl/>
        </w:rPr>
        <w:t xml:space="preserve"> </w:t>
      </w:r>
      <w:proofErr w:type="gramStart"/>
      <w:r w:rsidRPr="00447966">
        <w:rPr>
          <w:sz w:val="30"/>
          <w:szCs w:val="30"/>
          <w:rtl/>
        </w:rPr>
        <w:t>والحوافز</w:t>
      </w:r>
      <w:proofErr w:type="gramEnd"/>
      <w:r w:rsidRPr="00447966">
        <w:rPr>
          <w:sz w:val="30"/>
          <w:szCs w:val="30"/>
          <w:rtl/>
        </w:rPr>
        <w:t xml:space="preserve"> والتطوير</w:t>
      </w:r>
      <w:r w:rsidR="00A5297B">
        <w:rPr>
          <w:sz w:val="30"/>
          <w:szCs w:val="30"/>
          <w:rtl/>
          <w:cs w:val="0"/>
        </w:rPr>
        <w:t>.</w:t>
      </w:r>
      <w:r w:rsidRPr="00447966">
        <w:rPr>
          <w:sz w:val="30"/>
          <w:szCs w:val="30"/>
          <w:rtl/>
        </w:rPr>
        <w:t xml:space="preserve"> ويتمثل المتغير التابع في تحسين الإنتاجية</w:t>
      </w:r>
      <w:r w:rsidR="00A5297B">
        <w:rPr>
          <w:sz w:val="30"/>
          <w:szCs w:val="30"/>
          <w:rtl/>
          <w:cs w:val="0"/>
        </w:rPr>
        <w:t>،</w:t>
      </w:r>
      <w:r w:rsidRPr="00447966">
        <w:rPr>
          <w:sz w:val="30"/>
          <w:szCs w:val="30"/>
          <w:rtl/>
        </w:rPr>
        <w:t xml:space="preserve"> ويقاس من خلال سرعة الإنجاز</w:t>
      </w:r>
      <w:r w:rsidR="00A5297B">
        <w:rPr>
          <w:sz w:val="30"/>
          <w:szCs w:val="30"/>
          <w:rtl/>
          <w:cs w:val="0"/>
        </w:rPr>
        <w:t>،</w:t>
      </w:r>
      <w:r w:rsidRPr="00447966">
        <w:rPr>
          <w:sz w:val="30"/>
          <w:szCs w:val="30"/>
          <w:rtl/>
        </w:rPr>
        <w:t xml:space="preserve"> وجودة المخرجات</w:t>
      </w:r>
      <w:r w:rsidR="00A5297B">
        <w:rPr>
          <w:sz w:val="30"/>
          <w:szCs w:val="30"/>
          <w:rtl/>
          <w:cs w:val="0"/>
        </w:rPr>
        <w:t>،</w:t>
      </w:r>
      <w:r w:rsidRPr="00447966">
        <w:rPr>
          <w:sz w:val="30"/>
          <w:szCs w:val="30"/>
          <w:rtl/>
        </w:rPr>
        <w:t xml:space="preserve"> وكفاءة استخدام الوقت والموارد</w:t>
      </w:r>
      <w:r w:rsidR="00A5297B">
        <w:rPr>
          <w:sz w:val="30"/>
          <w:szCs w:val="30"/>
          <w:rtl/>
          <w:cs w:val="0"/>
        </w:rPr>
        <w:t>،</w:t>
      </w:r>
      <w:r w:rsidRPr="00447966">
        <w:rPr>
          <w:sz w:val="30"/>
          <w:szCs w:val="30"/>
          <w:rtl/>
        </w:rPr>
        <w:t xml:space="preserve"> وتقليل الأخطاء والهدر</w:t>
      </w:r>
      <w:r w:rsidR="00A5297B">
        <w:rPr>
          <w:sz w:val="30"/>
          <w:szCs w:val="30"/>
          <w:rtl/>
          <w:cs w:val="0"/>
        </w:rPr>
        <w:t>،</w:t>
      </w:r>
      <w:r w:rsidRPr="00447966">
        <w:rPr>
          <w:sz w:val="30"/>
          <w:szCs w:val="30"/>
          <w:rtl/>
        </w:rPr>
        <w:t xml:space="preserve"> وتحسين الأداء العام</w:t>
      </w:r>
      <w:r w:rsidR="00A5297B">
        <w:rPr>
          <w:sz w:val="30"/>
          <w:szCs w:val="30"/>
          <w:rtl/>
          <w:cs w:val="0"/>
        </w:rPr>
        <w:t>.</w:t>
      </w:r>
    </w:p>
    <w:p w14:paraId="71E04DBB" w14:textId="2C17FD8E" w:rsidR="008B0EED" w:rsidRPr="00447966" w:rsidRDefault="009578B4" w:rsidP="00785C0A">
      <w:pPr>
        <w:spacing w:line="276" w:lineRule="auto"/>
        <w:jc w:val="both"/>
        <w:rPr>
          <w:sz w:val="30"/>
          <w:szCs w:val="30"/>
          <w:rtl/>
          <w:cs w:val="0"/>
        </w:rPr>
      </w:pPr>
      <w:r w:rsidRPr="00447966">
        <w:rPr>
          <w:noProof/>
          <w:sz w:val="30"/>
          <w:szCs w:val="30"/>
          <w:rtl/>
          <w:cs w:val="0"/>
        </w:rPr>
        <mc:AlternateContent>
          <mc:Choice Requires="wpg">
            <w:drawing>
              <wp:anchor distT="0" distB="0" distL="114300" distR="114300" simplePos="0" relativeHeight="251700224" behindDoc="0" locked="0" layoutInCell="1" allowOverlap="1" wp14:anchorId="012447EC" wp14:editId="0165200C">
                <wp:simplePos x="0" y="0"/>
                <wp:positionH relativeFrom="column">
                  <wp:posOffset>131849</wp:posOffset>
                </wp:positionH>
                <wp:positionV relativeFrom="paragraph">
                  <wp:posOffset>175087</wp:posOffset>
                </wp:positionV>
                <wp:extent cx="5581996" cy="2514369"/>
                <wp:effectExtent l="57150" t="0" r="76200" b="95885"/>
                <wp:wrapNone/>
                <wp:docPr id="6" name="Group 6"/>
                <wp:cNvGraphicFramePr/>
                <a:graphic xmlns:a="http://schemas.openxmlformats.org/drawingml/2006/main">
                  <a:graphicData uri="http://schemas.microsoft.com/office/word/2010/wordprocessingGroup">
                    <wpg:wgp>
                      <wpg:cNvGrpSpPr/>
                      <wpg:grpSpPr>
                        <a:xfrm>
                          <a:off x="0" y="0"/>
                          <a:ext cx="5581996" cy="2514369"/>
                          <a:chOff x="0" y="0"/>
                          <a:chExt cx="5581996" cy="2514369"/>
                        </a:xfrm>
                      </wpg:grpSpPr>
                      <wps:wsp>
                        <wps:cNvPr id="1" name="Rectangle: Rounded Corners 1"/>
                        <wps:cNvSpPr/>
                        <wps:spPr>
                          <a:xfrm>
                            <a:off x="3520786" y="751609"/>
                            <a:ext cx="2061210" cy="1762760"/>
                          </a:xfrm>
                          <a:prstGeom prst="roundRect">
                            <a:avLst>
                              <a:gd name="adj" fmla="val 10240"/>
                            </a:avLst>
                          </a:prstGeom>
                        </wps:spPr>
                        <wps:style>
                          <a:lnRef idx="1">
                            <a:schemeClr val="accent5"/>
                          </a:lnRef>
                          <a:fillRef idx="2">
                            <a:schemeClr val="accent5"/>
                          </a:fillRef>
                          <a:effectRef idx="1">
                            <a:schemeClr val="accent5"/>
                          </a:effectRef>
                          <a:fontRef idx="minor">
                            <a:schemeClr val="dk1"/>
                          </a:fontRef>
                        </wps:style>
                        <wps:txbx>
                          <w:txbxContent>
                            <w:p w14:paraId="46542C99" w14:textId="77777777" w:rsidR="008B0EED" w:rsidRPr="008B0EED" w:rsidRDefault="008B0EED">
                              <w:pPr>
                                <w:pStyle w:val="ListParagraph"/>
                                <w:numPr>
                                  <w:ilvl w:val="0"/>
                                  <w:numId w:val="3"/>
                                </w:numPr>
                                <w:spacing w:after="0"/>
                                <w:ind w:left="462"/>
                                <w:rPr>
                                  <w:sz w:val="32"/>
                                  <w:szCs w:val="32"/>
                                  <w:rtl/>
                                </w:rPr>
                              </w:pPr>
                              <w:r w:rsidRPr="008B0EED">
                                <w:rPr>
                                  <w:sz w:val="32"/>
                                  <w:szCs w:val="32"/>
                                  <w:rtl/>
                                </w:rPr>
                                <w:t>تخطيط الأداء</w:t>
                              </w:r>
                            </w:p>
                            <w:p w14:paraId="263FBFE7" w14:textId="77777777" w:rsidR="008B0EED" w:rsidRPr="008B0EED" w:rsidRDefault="008B0EED">
                              <w:pPr>
                                <w:pStyle w:val="ListParagraph"/>
                                <w:numPr>
                                  <w:ilvl w:val="0"/>
                                  <w:numId w:val="3"/>
                                </w:numPr>
                                <w:spacing w:after="0"/>
                                <w:ind w:left="462"/>
                                <w:rPr>
                                  <w:sz w:val="32"/>
                                  <w:szCs w:val="32"/>
                                  <w:rtl/>
                                </w:rPr>
                              </w:pPr>
                              <w:r w:rsidRPr="008B0EED">
                                <w:rPr>
                                  <w:sz w:val="32"/>
                                  <w:szCs w:val="32"/>
                                  <w:rtl/>
                                </w:rPr>
                                <w:t>المتابعة والتغذية الراجعة</w:t>
                              </w:r>
                            </w:p>
                            <w:p w14:paraId="18970C56" w14:textId="77777777" w:rsidR="008B0EED" w:rsidRPr="008B0EED" w:rsidRDefault="008B0EED">
                              <w:pPr>
                                <w:pStyle w:val="ListParagraph"/>
                                <w:numPr>
                                  <w:ilvl w:val="0"/>
                                  <w:numId w:val="3"/>
                                </w:numPr>
                                <w:spacing w:after="0"/>
                                <w:ind w:left="462"/>
                                <w:rPr>
                                  <w:sz w:val="32"/>
                                  <w:szCs w:val="32"/>
                                </w:rPr>
                              </w:pPr>
                              <w:r w:rsidRPr="008B0EED">
                                <w:rPr>
                                  <w:sz w:val="32"/>
                                  <w:szCs w:val="32"/>
                                  <w:rtl/>
                                </w:rPr>
                                <w:t>تقييم الأداء</w:t>
                              </w:r>
                            </w:p>
                            <w:p w14:paraId="0DC7A79B" w14:textId="77F523EA" w:rsidR="008B0EED" w:rsidRPr="008B0EED" w:rsidRDefault="008B0EED">
                              <w:pPr>
                                <w:pStyle w:val="ListParagraph"/>
                                <w:numPr>
                                  <w:ilvl w:val="0"/>
                                  <w:numId w:val="3"/>
                                </w:numPr>
                                <w:spacing w:after="0"/>
                                <w:ind w:left="462"/>
                                <w:rPr>
                                  <w:sz w:val="32"/>
                                  <w:szCs w:val="32"/>
                                </w:rPr>
                              </w:pPr>
                              <w:r w:rsidRPr="008B0EED">
                                <w:rPr>
                                  <w:sz w:val="32"/>
                                  <w:szCs w:val="32"/>
                                  <w:rtl/>
                                </w:rPr>
                                <w:t>الحوافز والتطوير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 name="Rectangle: Rounded Corners 2"/>
                        <wps:cNvSpPr/>
                        <wps:spPr>
                          <a:xfrm>
                            <a:off x="3512127" y="0"/>
                            <a:ext cx="2035810" cy="727075"/>
                          </a:xfrm>
                          <a:prstGeom prst="roundRect">
                            <a:avLst>
                              <a:gd name="adj" fmla="val 15855"/>
                            </a:avLst>
                          </a:prstGeom>
                        </wps:spPr>
                        <wps:style>
                          <a:lnRef idx="2">
                            <a:schemeClr val="accent5"/>
                          </a:lnRef>
                          <a:fillRef idx="1">
                            <a:schemeClr val="lt1"/>
                          </a:fillRef>
                          <a:effectRef idx="0">
                            <a:schemeClr val="accent5"/>
                          </a:effectRef>
                          <a:fontRef idx="minor">
                            <a:schemeClr val="dk1"/>
                          </a:fontRef>
                        </wps:style>
                        <wps:txbx>
                          <w:txbxContent>
                            <w:p w14:paraId="3D738CA2" w14:textId="7D9E16C7" w:rsidR="008B0EED" w:rsidRPr="008B0EED" w:rsidRDefault="008B0EED" w:rsidP="008B0EED">
                              <w:pPr>
                                <w:spacing w:after="0"/>
                                <w:jc w:val="center"/>
                                <w:rPr>
                                  <w:bCs/>
                                  <w:color w:val="000000" w:themeColor="text1"/>
                                  <w:sz w:val="36"/>
                                  <w:szCs w:val="36"/>
                                </w:rPr>
                              </w:pPr>
                              <w:r w:rsidRPr="008B0EED">
                                <w:rPr>
                                  <w:b/>
                                  <w:color w:val="000000" w:themeColor="text1"/>
                                  <w:sz w:val="34"/>
                                  <w:szCs w:val="34"/>
                                  <w:u w:val="single"/>
                                  <w:rtl/>
                                </w:rPr>
                                <w:t>المتغير المستقل</w:t>
                              </w:r>
                              <w:r w:rsidRPr="008B0EED">
                                <w:rPr>
                                  <w:b/>
                                  <w:color w:val="000000" w:themeColor="text1"/>
                                  <w:sz w:val="34"/>
                                  <w:szCs w:val="34"/>
                                  <w:u w:val="single"/>
                                  <w:rtl/>
                                </w:rPr>
                                <w:br/>
                              </w:r>
                              <w:r w:rsidRPr="008B0EED">
                                <w:rPr>
                                  <w:bCs/>
                                  <w:color w:val="000000" w:themeColor="text1"/>
                                  <w:sz w:val="36"/>
                                  <w:szCs w:val="36"/>
                                  <w:rtl/>
                                </w:rPr>
                                <w:t>إدارة الأداء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 name="Rectangle: Rounded Corners 3"/>
                        <wps:cNvSpPr/>
                        <wps:spPr>
                          <a:xfrm>
                            <a:off x="8659" y="751609"/>
                            <a:ext cx="2061210" cy="1762760"/>
                          </a:xfrm>
                          <a:prstGeom prst="roundRect">
                            <a:avLst>
                              <a:gd name="adj" fmla="val 10240"/>
                            </a:avLst>
                          </a:prstGeom>
                        </wps:spPr>
                        <wps:style>
                          <a:lnRef idx="1">
                            <a:schemeClr val="accent5"/>
                          </a:lnRef>
                          <a:fillRef idx="2">
                            <a:schemeClr val="accent5"/>
                          </a:fillRef>
                          <a:effectRef idx="1">
                            <a:schemeClr val="accent5"/>
                          </a:effectRef>
                          <a:fontRef idx="minor">
                            <a:schemeClr val="dk1"/>
                          </a:fontRef>
                        </wps:style>
                        <wps:txbx>
                          <w:txbxContent>
                            <w:p w14:paraId="344BB4D5" w14:textId="77777777" w:rsidR="008B0EED" w:rsidRDefault="008B0EED">
                              <w:pPr>
                                <w:pStyle w:val="ListParagraph"/>
                                <w:numPr>
                                  <w:ilvl w:val="0"/>
                                  <w:numId w:val="3"/>
                                </w:numPr>
                                <w:spacing w:after="0"/>
                                <w:ind w:left="360"/>
                                <w:rPr>
                                  <w:rtl/>
                                </w:rPr>
                              </w:pPr>
                              <w:r>
                                <w:rPr>
                                  <w:rtl/>
                                </w:rPr>
                                <w:t>سرعة الإنجاز</w:t>
                              </w:r>
                            </w:p>
                            <w:p w14:paraId="57652984" w14:textId="77777777" w:rsidR="008B0EED" w:rsidRDefault="008B0EED">
                              <w:pPr>
                                <w:pStyle w:val="ListParagraph"/>
                                <w:numPr>
                                  <w:ilvl w:val="0"/>
                                  <w:numId w:val="3"/>
                                </w:numPr>
                                <w:spacing w:after="0"/>
                                <w:ind w:left="360"/>
                              </w:pPr>
                              <w:r>
                                <w:rPr>
                                  <w:rtl/>
                                </w:rPr>
                                <w:t>جودة المخرجات</w:t>
                              </w:r>
                            </w:p>
                            <w:p w14:paraId="5EF69A7F" w14:textId="77777777" w:rsidR="008B0EED" w:rsidRDefault="008B0EED">
                              <w:pPr>
                                <w:pStyle w:val="ListParagraph"/>
                                <w:numPr>
                                  <w:ilvl w:val="0"/>
                                  <w:numId w:val="3"/>
                                </w:numPr>
                                <w:spacing w:after="0"/>
                                <w:ind w:left="360"/>
                              </w:pPr>
                              <w:r>
                                <w:rPr>
                                  <w:rtl/>
                                </w:rPr>
                                <w:t>كفاءة استخدام الوقت والموارد</w:t>
                              </w:r>
                            </w:p>
                            <w:p w14:paraId="5400B81C" w14:textId="77777777" w:rsidR="008B0EED" w:rsidRDefault="008B0EED">
                              <w:pPr>
                                <w:pStyle w:val="ListParagraph"/>
                                <w:numPr>
                                  <w:ilvl w:val="0"/>
                                  <w:numId w:val="3"/>
                                </w:numPr>
                                <w:spacing w:after="0"/>
                                <w:ind w:left="360"/>
                              </w:pPr>
                              <w:r>
                                <w:rPr>
                                  <w:rtl/>
                                </w:rPr>
                                <w:t>تقليل الأخطاء والهدر</w:t>
                              </w:r>
                            </w:p>
                            <w:p w14:paraId="5D758477" w14:textId="76F94609" w:rsidR="008B0EED" w:rsidRPr="008B0EED" w:rsidRDefault="008B0EED">
                              <w:pPr>
                                <w:pStyle w:val="ListParagraph"/>
                                <w:numPr>
                                  <w:ilvl w:val="0"/>
                                  <w:numId w:val="3"/>
                                </w:numPr>
                                <w:spacing w:after="0"/>
                                <w:ind w:left="360"/>
                              </w:pPr>
                              <w:r>
                                <w:rPr>
                                  <w:rtl/>
                                </w:rPr>
                                <w:t>تحسين الأداء العام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 name="Rectangle: Rounded Corners 4"/>
                        <wps:cNvSpPr/>
                        <wps:spPr>
                          <a:xfrm>
                            <a:off x="0" y="0"/>
                            <a:ext cx="2035810" cy="727075"/>
                          </a:xfrm>
                          <a:prstGeom prst="roundRect">
                            <a:avLst>
                              <a:gd name="adj" fmla="val 15855"/>
                            </a:avLst>
                          </a:prstGeom>
                        </wps:spPr>
                        <wps:style>
                          <a:lnRef idx="2">
                            <a:schemeClr val="accent5"/>
                          </a:lnRef>
                          <a:fillRef idx="1">
                            <a:schemeClr val="lt1"/>
                          </a:fillRef>
                          <a:effectRef idx="0">
                            <a:schemeClr val="accent5"/>
                          </a:effectRef>
                          <a:fontRef idx="minor">
                            <a:schemeClr val="dk1"/>
                          </a:fontRef>
                        </wps:style>
                        <wps:txbx>
                          <w:txbxContent>
                            <w:p w14:paraId="583FA76B" w14:textId="77777777" w:rsidR="008B0EED" w:rsidRPr="008B0EED" w:rsidRDefault="008B0EED" w:rsidP="008B0EED">
                              <w:pPr>
                                <w:spacing w:after="0"/>
                                <w:jc w:val="center"/>
                                <w:rPr>
                                  <w:b/>
                                  <w:color w:val="000000" w:themeColor="text1"/>
                                  <w:sz w:val="34"/>
                                  <w:szCs w:val="34"/>
                                  <w:u w:val="single"/>
                                  <w:rtl/>
                                </w:rPr>
                              </w:pPr>
                              <w:r w:rsidRPr="008B0EED">
                                <w:rPr>
                                  <w:b/>
                                  <w:color w:val="000000" w:themeColor="text1"/>
                                  <w:sz w:val="34"/>
                                  <w:szCs w:val="34"/>
                                  <w:u w:val="single"/>
                                  <w:rtl/>
                                  <w:cs w:val="0"/>
                                </w:rPr>
                                <w:t>المتغير التابع</w:t>
                              </w:r>
                            </w:p>
                            <w:p w14:paraId="25E458D0" w14:textId="1D069A86" w:rsidR="008B0EED" w:rsidRPr="008B0EED" w:rsidRDefault="008B0EED" w:rsidP="008B0EED">
                              <w:pPr>
                                <w:spacing w:after="0"/>
                                <w:jc w:val="center"/>
                                <w:rPr>
                                  <w:bCs/>
                                  <w:color w:val="000000" w:themeColor="text1"/>
                                  <w:sz w:val="36"/>
                                  <w:szCs w:val="36"/>
                                </w:rPr>
                              </w:pPr>
                              <w:r w:rsidRPr="008B0EED">
                                <w:rPr>
                                  <w:bCs/>
                                  <w:color w:val="000000" w:themeColor="text1"/>
                                  <w:sz w:val="34"/>
                                  <w:szCs w:val="34"/>
                                  <w:rtl/>
                                  <w:cs w:val="0"/>
                                </w:rPr>
                                <w:t>تحسين الإنتاجية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 name="Arrow: Left 5"/>
                        <wps:cNvSpPr/>
                        <wps:spPr>
                          <a:xfrm>
                            <a:off x="2189018" y="900545"/>
                            <a:ext cx="1177637" cy="1094509"/>
                          </a:xfrm>
                          <a:prstGeom prst="leftArrow">
                            <a:avLst/>
                          </a:prstGeom>
                          <a:solidFill>
                            <a:schemeClr val="accent5">
                              <a:lumMod val="20000"/>
                              <a:lumOff val="80000"/>
                            </a:schemeClr>
                          </a:solid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012447EC" id="Group 6" o:spid="_x0000_s1026" style="position:absolute;left:0;text-align:left;margin-left:10.4pt;margin-top:13.8pt;width:439.55pt;height:198pt;z-index:251700224" coordsize="55819,2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">
                <v:roundrect id="Rectangle: Rounded Corners 1" o:spid="_x0000_s1027" style="position:absolute;left:35207;top:7516;width:20612;height:17627;visibility:visible;mso-wrap-style:square;v-text-anchor:middle" arcsize="671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" fillcolor="#a5d5e2 [1624]" strokecolor="#40a7c2 [3048]">
                  <v:fill color2="#e4f2f6 [504]" rotate="t" angle="180" colors="0 #9eeaff;22938f #bbefff;1 #e4f9ff" focus="100%" type="gradient"/>
                  <v:shadow on="t" color="black" opacity="24903f" origin=",.5" offset="0,.55556mm"/>
                  <v:textbox>
                    <w:txbxContent>
                      <w:p w14:paraId="46542C99" w14:textId="77777777" w:rsidR="008B0EED" w:rsidRPr="008B0EED" w:rsidRDefault="008B0EED">
                        <w:pPr>
                          <w:pStyle w:val="ListParagraph"/>
                          <w:numPr>
                            <w:ilvl w:val="0"/>
                            <w:numId w:val="3"/>
                          </w:numPr>
                          <w:spacing w:after="0"/>
                          <w:ind w:left="462"/>
                          <w:rPr>
                            <w:sz w:val="32"/>
                            <w:szCs w:val="32"/>
                            <w:rtl/>
                          </w:rPr>
                        </w:pPr>
                        <w:r w:rsidRPr="008B0EED">
                          <w:rPr>
                            <w:sz w:val="32"/>
                            <w:szCs w:val="32"/>
                            <w:rtl/>
                          </w:rPr>
                          <w:t>تخطيط الأداء</w:t>
                        </w:r>
                      </w:p>
                      <w:p w14:paraId="263FBFE7" w14:textId="77777777" w:rsidR="008B0EED" w:rsidRPr="008B0EED" w:rsidRDefault="008B0EED">
                        <w:pPr>
                          <w:pStyle w:val="ListParagraph"/>
                          <w:numPr>
                            <w:ilvl w:val="0"/>
                            <w:numId w:val="3"/>
                          </w:numPr>
                          <w:spacing w:after="0"/>
                          <w:ind w:left="462"/>
                          <w:rPr>
                            <w:sz w:val="32"/>
                            <w:szCs w:val="32"/>
                            <w:rtl/>
                          </w:rPr>
                        </w:pPr>
                        <w:r w:rsidRPr="008B0EED">
                          <w:rPr>
                            <w:sz w:val="32"/>
                            <w:szCs w:val="32"/>
                            <w:rtl/>
                          </w:rPr>
                          <w:t>المتابعة والتغذية الراجعة</w:t>
                        </w:r>
                      </w:p>
                      <w:p w14:paraId="18970C56" w14:textId="77777777" w:rsidR="008B0EED" w:rsidRPr="008B0EED" w:rsidRDefault="008B0EED">
                        <w:pPr>
                          <w:pStyle w:val="ListParagraph"/>
                          <w:numPr>
                            <w:ilvl w:val="0"/>
                            <w:numId w:val="3"/>
                          </w:numPr>
                          <w:spacing w:after="0"/>
                          <w:ind w:left="462"/>
                          <w:rPr>
                            <w:sz w:val="32"/>
                            <w:szCs w:val="32"/>
                          </w:rPr>
                        </w:pPr>
                        <w:r w:rsidRPr="008B0EED">
                          <w:rPr>
                            <w:sz w:val="32"/>
                            <w:szCs w:val="32"/>
                            <w:rtl/>
                          </w:rPr>
                          <w:t>تقييم الأداء</w:t>
                        </w:r>
                      </w:p>
                      <w:p w14:paraId="0DC7A79B" w14:textId="77F523EA" w:rsidR="008B0EED" w:rsidRPr="008B0EED" w:rsidRDefault="008B0EED">
                        <w:pPr>
                          <w:pStyle w:val="ListParagraph"/>
                          <w:numPr>
                            <w:ilvl w:val="0"/>
                            <w:numId w:val="3"/>
                          </w:numPr>
                          <w:spacing w:after="0"/>
                          <w:ind w:left="462"/>
                          <w:rPr>
                            <w:sz w:val="32"/>
                            <w:szCs w:val="32"/>
                          </w:rPr>
                        </w:pPr>
                        <w:r w:rsidRPr="008B0EED">
                          <w:rPr>
                            <w:sz w:val="32"/>
                            <w:szCs w:val="32"/>
                            <w:rtl/>
                          </w:rPr>
                          <w:t>الحوافز والتطوير</w:t>
                        </w:r>
                      </w:p>
                    </w:txbxContent>
                  </v:textbox>
                </v:roundrect>
                <v:roundrect id="Rectangle: Rounded Corners 2" o:spid="_x0000_s1028" style="position:absolute;left:35121;width:20358;height:7270;visibility:visible;mso-wrap-style:square;v-text-anchor:middle" arcsize="1039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" fillcolor="white [3201]" strokecolor="#4bacc6 [3208]" strokeweight="2pt">
                  <v:textbox>
                    <w:txbxContent>
                      <w:p w14:paraId="3D738CA2" w14:textId="7D9E16C7" w:rsidR="008B0EED" w:rsidRPr="008B0EED" w:rsidRDefault="008B0EED" w:rsidP="008B0EED">
                        <w:pPr>
                          <w:spacing w:after="0"/>
                          <w:jc w:val="center"/>
                          <w:rPr>
                            <w:bCs/>
                            <w:color w:val="000000" w:themeColor="text1"/>
                            <w:sz w:val="36"/>
                            <w:szCs w:val="36"/>
                          </w:rPr>
                        </w:pPr>
                        <w:r w:rsidRPr="008B0EED">
                          <w:rPr>
                            <w:b/>
                            <w:color w:val="000000" w:themeColor="text1"/>
                            <w:sz w:val="34"/>
                            <w:szCs w:val="34"/>
                            <w:u w:val="single"/>
                            <w:rtl/>
                          </w:rPr>
                          <w:t>المتغير المستقل</w:t>
                        </w:r>
                        <w:r w:rsidRPr="008B0EED">
                          <w:rPr>
                            <w:b/>
                            <w:color w:val="000000" w:themeColor="text1"/>
                            <w:sz w:val="34"/>
                            <w:szCs w:val="34"/>
                            <w:u w:val="single"/>
                            <w:rtl/>
                          </w:rPr>
                          <w:br/>
                        </w:r>
                        <w:r w:rsidRPr="008B0EED">
                          <w:rPr>
                            <w:bCs/>
                            <w:color w:val="000000" w:themeColor="text1"/>
                            <w:sz w:val="36"/>
                            <w:szCs w:val="36"/>
                            <w:rtl/>
                          </w:rPr>
                          <w:t>إدارة الأداء</w:t>
                        </w:r>
                      </w:p>
                    </w:txbxContent>
                  </v:textbox>
                </v:roundrect>
                <v:roundrect id="Rectangle: Rounded Corners 3" o:spid="_x0000_s1029" style="position:absolute;left:86;top:7516;width:20612;height:17627;visibility:visible;mso-wrap-style:square;v-text-anchor:middle" arcsize="671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" fillcolor="#a5d5e2 [1624]" strokecolor="#40a7c2 [3048]">
                  <v:fill color2="#e4f2f6 [504]" rotate="t" angle="180" colors="0 #9eeaff;22938f #bbefff;1 #e4f9ff" focus="100%" type="gradient"/>
                  <v:shadow on="t" color="black" opacity="24903f" origin=",.5" offset="0,.55556mm"/>
                  <v:textbox>
                    <w:txbxContent>
                      <w:p w14:paraId="344BB4D5" w14:textId="77777777" w:rsidR="008B0EED" w:rsidRDefault="008B0EED">
                        <w:pPr>
                          <w:pStyle w:val="ListParagraph"/>
                          <w:numPr>
                            <w:ilvl w:val="0"/>
                            <w:numId w:val="3"/>
                          </w:numPr>
                          <w:spacing w:after="0"/>
                          <w:ind w:left="360"/>
                          <w:rPr>
                            <w:rtl/>
                          </w:rPr>
                        </w:pPr>
                        <w:r>
                          <w:rPr>
                            <w:rtl/>
                          </w:rPr>
                          <w:t>سرعة الإنجاز</w:t>
                        </w:r>
                      </w:p>
                      <w:p w14:paraId="57652984" w14:textId="77777777" w:rsidR="008B0EED" w:rsidRDefault="008B0EED">
                        <w:pPr>
                          <w:pStyle w:val="ListParagraph"/>
                          <w:numPr>
                            <w:ilvl w:val="0"/>
                            <w:numId w:val="3"/>
                          </w:numPr>
                          <w:spacing w:after="0"/>
                          <w:ind w:left="360"/>
                        </w:pPr>
                        <w:r>
                          <w:rPr>
                            <w:rtl/>
                          </w:rPr>
                          <w:t>جودة المخرجات</w:t>
                        </w:r>
                      </w:p>
                      <w:p w14:paraId="5EF69A7F" w14:textId="77777777" w:rsidR="008B0EED" w:rsidRDefault="008B0EED">
                        <w:pPr>
                          <w:pStyle w:val="ListParagraph"/>
                          <w:numPr>
                            <w:ilvl w:val="0"/>
                            <w:numId w:val="3"/>
                          </w:numPr>
                          <w:spacing w:after="0"/>
                          <w:ind w:left="360"/>
                        </w:pPr>
                        <w:r>
                          <w:rPr>
                            <w:rtl/>
                          </w:rPr>
                          <w:t>كفاءة استخدام الوقت والموارد</w:t>
                        </w:r>
                      </w:p>
                      <w:p w14:paraId="5400B81C" w14:textId="77777777" w:rsidR="008B0EED" w:rsidRDefault="008B0EED">
                        <w:pPr>
                          <w:pStyle w:val="ListParagraph"/>
                          <w:numPr>
                            <w:ilvl w:val="0"/>
                            <w:numId w:val="3"/>
                          </w:numPr>
                          <w:spacing w:after="0"/>
                          <w:ind w:left="360"/>
                        </w:pPr>
                        <w:r>
                          <w:rPr>
                            <w:rtl/>
                          </w:rPr>
                          <w:t>تقليل الأخطاء والهدر</w:t>
                        </w:r>
                      </w:p>
                      <w:p w14:paraId="5D758477" w14:textId="76F94609" w:rsidR="008B0EED" w:rsidRPr="008B0EED" w:rsidRDefault="008B0EED">
                        <w:pPr>
                          <w:pStyle w:val="ListParagraph"/>
                          <w:numPr>
                            <w:ilvl w:val="0"/>
                            <w:numId w:val="3"/>
                          </w:numPr>
                          <w:spacing w:after="0"/>
                          <w:ind w:left="360"/>
                        </w:pPr>
                        <w:r>
                          <w:rPr>
                            <w:rtl/>
                          </w:rPr>
                          <w:t>تحسين الأداء العام</w:t>
                        </w:r>
                      </w:p>
                    </w:txbxContent>
                  </v:textbox>
                </v:roundrect>
                <v:roundrect id="Rectangle: Rounded Corners 4" o:spid="_x0000_s1030" style="position:absolute;width:20358;height:7270;visibility:visible;mso-wrap-style:square;v-text-anchor:middle" arcsize="1039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" fillcolor="white [3201]" strokecolor="#4bacc6 [3208]" strokeweight="2pt">
                  <v:textbox>
                    <w:txbxContent>
                      <w:p w14:paraId="583FA76B" w14:textId="77777777" w:rsidR="008B0EED" w:rsidRPr="008B0EED" w:rsidRDefault="008B0EED" w:rsidP="008B0EED">
                        <w:pPr>
                          <w:spacing w:after="0"/>
                          <w:jc w:val="center"/>
                          <w:rPr>
                            <w:b/>
                            <w:color w:val="000000" w:themeColor="text1"/>
                            <w:sz w:val="34"/>
                            <w:szCs w:val="34"/>
                            <w:u w:val="single"/>
                            <w:rtl/>
                          </w:rPr>
                        </w:pPr>
                        <w:r w:rsidRPr="008B0EED">
                          <w:rPr>
                            <w:b/>
                            <w:color w:val="000000" w:themeColor="text1"/>
                            <w:sz w:val="34"/>
                            <w:szCs w:val="34"/>
                            <w:u w:val="single"/>
                            <w:rtl/>
                            <w:cs w:val="0"/>
                          </w:rPr>
                          <w:t>المتغير التابع</w:t>
                        </w:r>
                      </w:p>
                      <w:p w14:paraId="25E458D0" w14:textId="1D069A86" w:rsidR="008B0EED" w:rsidRPr="008B0EED" w:rsidRDefault="008B0EED" w:rsidP="008B0EED">
                        <w:pPr>
                          <w:spacing w:after="0"/>
                          <w:jc w:val="center"/>
                          <w:rPr>
                            <w:bCs/>
                            <w:color w:val="000000" w:themeColor="text1"/>
                            <w:sz w:val="36"/>
                            <w:szCs w:val="36"/>
                          </w:rPr>
                        </w:pPr>
                        <w:r w:rsidRPr="008B0EED">
                          <w:rPr>
                            <w:bCs/>
                            <w:color w:val="000000" w:themeColor="text1"/>
                            <w:sz w:val="34"/>
                            <w:szCs w:val="34"/>
                            <w:rtl/>
                            <w:cs w:val="0"/>
                          </w:rPr>
                          <w:t>تحسين الإنتاجية</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 o:spid="_x0000_s1031" type="#_x0000_t66" style="position:absolute;left:21890;top:9005;width:11776;height:109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" adj="10038" fillcolor="#daeef3 [664]" strokecolor="#4f81bd [3204]" strokeweight="2pt"/>
              </v:group>
            </w:pict>
          </mc:Fallback>
        </mc:AlternateContent>
      </w:r>
    </w:p>
    <w:p w14:paraId="03CFFF1B" w14:textId="0A003C64" w:rsidR="008B0EED" w:rsidRPr="00447966" w:rsidRDefault="008B0EED" w:rsidP="00785C0A">
      <w:pPr>
        <w:spacing w:line="276" w:lineRule="auto"/>
        <w:jc w:val="both"/>
        <w:rPr>
          <w:sz w:val="30"/>
          <w:szCs w:val="30"/>
          <w:rtl/>
          <w:cs w:val="0"/>
          <w:lang w:val="en-US"/>
        </w:rPr>
      </w:pPr>
    </w:p>
    <w:p w14:paraId="3A2AC6ED" w14:textId="7F05ACD2" w:rsidR="008B0EED" w:rsidRPr="00447966" w:rsidRDefault="008B0EED" w:rsidP="00785C0A">
      <w:pPr>
        <w:spacing w:line="276" w:lineRule="auto"/>
        <w:jc w:val="both"/>
        <w:rPr>
          <w:sz w:val="30"/>
          <w:szCs w:val="30"/>
          <w:rtl/>
        </w:rPr>
      </w:pPr>
    </w:p>
    <w:p w14:paraId="72AC94FF" w14:textId="77777777" w:rsidR="008B0EED" w:rsidRPr="00447966" w:rsidRDefault="008B0EED" w:rsidP="00785C0A">
      <w:pPr>
        <w:spacing w:line="276" w:lineRule="auto"/>
        <w:jc w:val="both"/>
        <w:rPr>
          <w:sz w:val="30"/>
          <w:szCs w:val="30"/>
          <w:rtl/>
          <w:cs w:val="0"/>
        </w:rPr>
      </w:pPr>
    </w:p>
    <w:p w14:paraId="1AA4DEBD" w14:textId="77777777" w:rsidR="008B0EED" w:rsidRPr="00447966" w:rsidRDefault="008B0EED" w:rsidP="00785C0A">
      <w:pPr>
        <w:spacing w:line="276" w:lineRule="auto"/>
        <w:jc w:val="both"/>
        <w:rPr>
          <w:sz w:val="30"/>
          <w:szCs w:val="30"/>
          <w:rtl/>
          <w:cs w:val="0"/>
        </w:rPr>
      </w:pPr>
    </w:p>
    <w:p w14:paraId="59267EFE" w14:textId="77777777" w:rsidR="008B0EED" w:rsidRPr="00447966" w:rsidRDefault="008B0EED" w:rsidP="00785C0A">
      <w:pPr>
        <w:spacing w:line="276" w:lineRule="auto"/>
        <w:jc w:val="both"/>
        <w:rPr>
          <w:sz w:val="30"/>
          <w:szCs w:val="30"/>
          <w:rtl/>
          <w:cs w:val="0"/>
        </w:rPr>
      </w:pPr>
    </w:p>
    <w:p w14:paraId="792BE774" w14:textId="77777777" w:rsidR="008B0EED" w:rsidRPr="00447966" w:rsidRDefault="008B0EED" w:rsidP="00785C0A">
      <w:pPr>
        <w:spacing w:line="276" w:lineRule="auto"/>
        <w:jc w:val="both"/>
        <w:rPr>
          <w:sz w:val="30"/>
          <w:szCs w:val="30"/>
          <w:rtl/>
          <w:cs w:val="0"/>
        </w:rPr>
      </w:pPr>
    </w:p>
    <w:p w14:paraId="0EFC95E6" w14:textId="45BA82CE" w:rsidR="009578B4" w:rsidRPr="00447966" w:rsidRDefault="000A4248" w:rsidP="00785C0A">
      <w:pPr>
        <w:spacing w:line="276" w:lineRule="auto"/>
        <w:jc w:val="both"/>
        <w:rPr>
          <w:sz w:val="30"/>
          <w:szCs w:val="30"/>
          <w:rtl/>
          <w:cs w:val="0"/>
        </w:rPr>
      </w:pPr>
      <w:r>
        <w:rPr>
          <w:noProof/>
        </w:rPr>
        <mc:AlternateContent>
          <mc:Choice Requires="wps">
            <w:drawing>
              <wp:anchor distT="0" distB="0" distL="114300" distR="114300" simplePos="0" relativeHeight="251705344" behindDoc="0" locked="0" layoutInCell="1" allowOverlap="1" wp14:anchorId="0FA610AE" wp14:editId="5D96B86A">
                <wp:simplePos x="0" y="0"/>
                <wp:positionH relativeFrom="margin">
                  <wp:posOffset>129540</wp:posOffset>
                </wp:positionH>
                <wp:positionV relativeFrom="paragraph">
                  <wp:posOffset>336338</wp:posOffset>
                </wp:positionV>
                <wp:extent cx="5581650" cy="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581650" cy="635"/>
                        </a:xfrm>
                        <a:prstGeom prst="rect">
                          <a:avLst/>
                        </a:prstGeom>
                        <a:solidFill>
                          <a:prstClr val="white"/>
                        </a:solidFill>
                        <a:ln>
                          <a:noFill/>
                        </a:ln>
                      </wps:spPr>
                      <wps:txbx>
                        <w:txbxContent>
                          <w:p w14:paraId="0F00375F" w14:textId="3C93351D" w:rsidR="000A4248" w:rsidRPr="00E77F15" w:rsidRDefault="000A4248" w:rsidP="00785C0A">
                            <w:pPr>
                              <w:pStyle w:val="Caption"/>
                            </w:pPr>
                            <w:bookmarkStart w:id="212" w:name="_Toc233588223"/>
                            <w:r>
                              <w:rPr>
                                <w:rtl/>
                              </w:rPr>
                              <w:t xml:space="preserve">رسم توضيحي </w:t>
                            </w:r>
                            <w:r>
                              <w:rPr>
                                <w:rtl/>
                                <w:cs/>
                              </w:rPr>
                              <w:fldChar w:fldCharType="begin"/>
                            </w:r>
                            <w:r>
                              <w:rPr>
                                <w:rtl/>
                                <w:cs/>
                              </w:rPr>
                              <w:instrText xml:space="preserve"> </w:instrText>
                            </w:r>
                            <w:r>
                              <w:rPr>
                                <w:cs/>
                              </w:rPr>
                              <w:instrText>SEQ</w:instrText>
                            </w:r>
                            <w:r>
                              <w:rPr>
                                <w:rtl/>
                                <w:cs/>
                              </w:rPr>
                              <w:instrText xml:space="preserve"> رسم_توضيحي \* </w:instrText>
                            </w:r>
                            <w:r>
                              <w:rPr>
                                <w:cs/>
                              </w:rPr>
                              <w:instrText>ARABIC</w:instrText>
                            </w:r>
                            <w:r>
                              <w:rPr>
                                <w:rtl/>
                                <w:cs/>
                              </w:rPr>
                              <w:instrText xml:space="preserve"> </w:instrText>
                            </w:r>
                            <w:r>
                              <w:rPr>
                                <w:rtl/>
                                <w:cs/>
                              </w:rPr>
                              <w:fldChar w:fldCharType="separate"/>
                            </w:r>
                            <w:r w:rsidR="00486132">
                              <w:rPr>
                                <w:noProof/>
                                <w:rtl/>
                              </w:rPr>
                              <w:t>1</w:t>
                            </w:r>
                            <w:r>
                              <w:rPr>
                                <w:rtl/>
                                <w:cs/>
                              </w:rPr>
                              <w:fldChar w:fldCharType="end"/>
                            </w:r>
                            <w:r>
                              <w:rPr>
                                <w:rFonts w:hint="cs"/>
                                <w:noProof/>
                                <w:rtl/>
                              </w:rPr>
                              <w:t xml:space="preserve"> </w:t>
                            </w:r>
                            <w:r w:rsidRPr="00FC0A2B">
                              <w:rPr>
                                <w:rFonts w:hint="eastAsia"/>
                                <w:noProof/>
                                <w:rtl/>
                              </w:rPr>
                              <w:t>نموذج</w:t>
                            </w:r>
                            <w:r w:rsidRPr="00FC0A2B">
                              <w:rPr>
                                <w:noProof/>
                                <w:rtl/>
                              </w:rPr>
                              <w:t xml:space="preserve"> </w:t>
                            </w:r>
                            <w:r w:rsidRPr="00FC0A2B">
                              <w:rPr>
                                <w:rFonts w:hint="eastAsia"/>
                                <w:noProof/>
                                <w:rtl/>
                              </w:rPr>
                              <w:t>الدراسة</w:t>
                            </w:r>
                            <w:bookmarkEnd w:id="212"/>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0FA610AE" id="_x0000_t202" coordsize="21600,21600" o:spt="202" path="m,l,21600r21600,l21600,xe">
                <v:stroke joinstyle="miter"/>
                <v:path gradientshapeok="t" o:connecttype="rect"/>
              </v:shapetype>
              <v:shape id="Text Box 10" o:spid="_x0000_s1032" type="#_x0000_t202" style="position:absolute;left:0;text-align:left;margin-left:10.2pt;margin-top:26.5pt;width:439.5pt;height:.05pt;z-index:2517053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" stroked="f">
                <v:textbox style="mso-fit-shape-to-text:t" inset="0,0,0,0">
                  <w:txbxContent>
                    <w:p w14:paraId="0F00375F" w14:textId="3C93351D" w:rsidR="000A4248" w:rsidRPr="00E77F15" w:rsidRDefault="000A4248" w:rsidP="00785C0A">
                      <w:pPr>
                        <w:pStyle w:val="Caption"/>
                      </w:pPr>
                      <w:bookmarkStart w:id="213" w:name="_Toc233588223"/>
                      <w:r>
                        <w:rPr>
                          <w:rtl/>
                        </w:rPr>
                        <w:t xml:space="preserve">رسم توضيحي </w:t>
                      </w:r>
                      <w:r>
                        <w:rPr>
                          <w:rtl/>
                          <w:cs/>
                        </w:rPr>
                        <w:fldChar w:fldCharType="begin"/>
                      </w:r>
                      <w:r>
                        <w:rPr>
                          <w:rtl/>
                          <w:cs/>
                        </w:rPr>
                        <w:instrText xml:space="preserve"> </w:instrText>
                      </w:r>
                      <w:r>
                        <w:rPr>
                          <w:cs/>
                        </w:rPr>
                        <w:instrText>SEQ</w:instrText>
                      </w:r>
                      <w:r>
                        <w:rPr>
                          <w:rtl/>
                          <w:cs/>
                        </w:rPr>
                        <w:instrText xml:space="preserve"> رسم_توضيحي \* </w:instrText>
                      </w:r>
                      <w:r>
                        <w:rPr>
                          <w:cs/>
                        </w:rPr>
                        <w:instrText>ARABIC</w:instrText>
                      </w:r>
                      <w:r>
                        <w:rPr>
                          <w:rtl/>
                          <w:cs/>
                        </w:rPr>
                        <w:instrText xml:space="preserve"> </w:instrText>
                      </w:r>
                      <w:r>
                        <w:rPr>
                          <w:rtl/>
                          <w:cs/>
                        </w:rPr>
                        <w:fldChar w:fldCharType="separate"/>
                      </w:r>
                      <w:r w:rsidR="00486132">
                        <w:rPr>
                          <w:noProof/>
                          <w:rtl/>
                        </w:rPr>
                        <w:t>1</w:t>
                      </w:r>
                      <w:r>
                        <w:rPr>
                          <w:rtl/>
                          <w:cs/>
                        </w:rPr>
                        <w:fldChar w:fldCharType="end"/>
                      </w:r>
                      <w:r>
                        <w:rPr>
                          <w:rFonts w:hint="cs"/>
                          <w:noProof/>
                          <w:rtl/>
                        </w:rPr>
                        <w:t xml:space="preserve"> </w:t>
                      </w:r>
                      <w:r w:rsidRPr="00FC0A2B">
                        <w:rPr>
                          <w:rFonts w:hint="eastAsia"/>
                          <w:noProof/>
                          <w:rtl/>
                        </w:rPr>
                        <w:t>نموذج</w:t>
                      </w:r>
                      <w:r w:rsidRPr="00FC0A2B">
                        <w:rPr>
                          <w:noProof/>
                          <w:rtl/>
                        </w:rPr>
                        <w:t xml:space="preserve"> </w:t>
                      </w:r>
                      <w:r w:rsidRPr="00FC0A2B">
                        <w:rPr>
                          <w:rFonts w:hint="eastAsia"/>
                          <w:noProof/>
                          <w:rtl/>
                        </w:rPr>
                        <w:t>الدراسة</w:t>
                      </w:r>
                      <w:bookmarkEnd w:id="213"/>
                    </w:p>
                  </w:txbxContent>
                </v:textbox>
                <w10:wrap anchorx="margin"/>
              </v:shape>
            </w:pict>
          </mc:Fallback>
        </mc:AlternateContent>
      </w:r>
    </w:p>
    <w:p w14:paraId="4956A637" w14:textId="0E4D4771" w:rsidR="000A4248" w:rsidRDefault="000A4248" w:rsidP="00785C0A">
      <w:pPr>
        <w:spacing w:line="276" w:lineRule="auto"/>
        <w:jc w:val="both"/>
        <w:rPr>
          <w:b/>
          <w:bCs/>
          <w:sz w:val="30"/>
          <w:szCs w:val="30"/>
          <w:rtl/>
          <w:cs w:val="0"/>
        </w:rPr>
      </w:pPr>
    </w:p>
    <w:p w14:paraId="0F9C48B6" w14:textId="7A2D964B" w:rsidR="00F47107" w:rsidRPr="00447966" w:rsidRDefault="009578B4" w:rsidP="00785C0A">
      <w:pPr>
        <w:spacing w:line="276" w:lineRule="auto"/>
        <w:jc w:val="both"/>
        <w:rPr>
          <w:b/>
          <w:bCs/>
          <w:sz w:val="30"/>
          <w:szCs w:val="30"/>
          <w:rtl/>
          <w:cs w:val="0"/>
        </w:rPr>
      </w:pPr>
      <w:proofErr w:type="gramStart"/>
      <w:r w:rsidRPr="00447966">
        <w:rPr>
          <w:rFonts w:hint="cs"/>
          <w:b/>
          <w:bCs/>
          <w:sz w:val="30"/>
          <w:szCs w:val="30"/>
          <w:rtl/>
          <w:cs w:val="0"/>
        </w:rPr>
        <w:t xml:space="preserve">المصدر  </w:t>
      </w:r>
      <w:r w:rsidR="00D60DAF">
        <w:rPr>
          <w:rFonts w:hint="cs"/>
          <w:b/>
          <w:bCs/>
          <w:sz w:val="30"/>
          <w:szCs w:val="30"/>
          <w:rtl/>
          <w:cs w:val="0"/>
        </w:rPr>
        <w:t>:</w:t>
      </w:r>
      <w:proofErr w:type="gramEnd"/>
      <w:r w:rsidRPr="00447966">
        <w:rPr>
          <w:rFonts w:hint="cs"/>
          <w:b/>
          <w:bCs/>
          <w:sz w:val="30"/>
          <w:szCs w:val="30"/>
          <w:rtl/>
          <w:cs w:val="0"/>
        </w:rPr>
        <w:t xml:space="preserve"> </w:t>
      </w:r>
      <w:proofErr w:type="gramStart"/>
      <w:r w:rsidRPr="00447966">
        <w:rPr>
          <w:rFonts w:hint="cs"/>
          <w:b/>
          <w:bCs/>
          <w:sz w:val="30"/>
          <w:szCs w:val="30"/>
          <w:rtl/>
          <w:cs w:val="0"/>
        </w:rPr>
        <w:t>من  اعداد</w:t>
      </w:r>
      <w:proofErr w:type="gramEnd"/>
      <w:r w:rsidRPr="00447966">
        <w:rPr>
          <w:rFonts w:hint="cs"/>
          <w:b/>
          <w:bCs/>
          <w:sz w:val="30"/>
          <w:szCs w:val="30"/>
          <w:rtl/>
          <w:cs w:val="0"/>
        </w:rPr>
        <w:t xml:space="preserve"> الباحث</w:t>
      </w:r>
    </w:p>
    <w:p w14:paraId="71E477C8" w14:textId="1034EE74" w:rsidR="009578B4" w:rsidRPr="00447966" w:rsidRDefault="009578B4" w:rsidP="00785C0A">
      <w:pPr>
        <w:spacing w:line="276" w:lineRule="auto"/>
        <w:jc w:val="both"/>
        <w:rPr>
          <w:sz w:val="30"/>
          <w:szCs w:val="30"/>
        </w:rPr>
      </w:pPr>
      <w:r w:rsidRPr="00447966">
        <w:rPr>
          <w:sz w:val="30"/>
          <w:szCs w:val="30"/>
          <w:rtl/>
        </w:rPr>
        <w:t>يوضح النموذج أن إدارة الأداء تمثل المدخل الإداري الذي تنطلق منه الدراسة</w:t>
      </w:r>
      <w:r w:rsidR="00A5297B">
        <w:rPr>
          <w:sz w:val="30"/>
          <w:szCs w:val="30"/>
          <w:rtl/>
          <w:cs w:val="0"/>
        </w:rPr>
        <w:t>.</w:t>
      </w:r>
      <w:r w:rsidRPr="00447966">
        <w:rPr>
          <w:sz w:val="30"/>
          <w:szCs w:val="30"/>
          <w:rtl/>
        </w:rPr>
        <w:t xml:space="preserve"> فإذا صاغت الإدارة أهداف الأداء بوضوح</w:t>
      </w:r>
      <w:r w:rsidR="00A5297B">
        <w:rPr>
          <w:sz w:val="30"/>
          <w:szCs w:val="30"/>
          <w:rtl/>
          <w:cs w:val="0"/>
        </w:rPr>
        <w:t>،</w:t>
      </w:r>
      <w:r w:rsidRPr="00447966">
        <w:rPr>
          <w:sz w:val="30"/>
          <w:szCs w:val="30"/>
          <w:rtl/>
        </w:rPr>
        <w:t xml:space="preserve"> وقدمت تغذية راجعة منتظمة</w:t>
      </w:r>
      <w:r w:rsidR="00A5297B">
        <w:rPr>
          <w:sz w:val="30"/>
          <w:szCs w:val="30"/>
          <w:rtl/>
          <w:cs w:val="0"/>
        </w:rPr>
        <w:t>،</w:t>
      </w:r>
      <w:r w:rsidRPr="00447966">
        <w:rPr>
          <w:sz w:val="30"/>
          <w:szCs w:val="30"/>
          <w:rtl/>
        </w:rPr>
        <w:t xml:space="preserve"> وطبقت تقييما عادلا</w:t>
      </w:r>
      <w:r w:rsidR="00A5297B">
        <w:rPr>
          <w:sz w:val="30"/>
          <w:szCs w:val="30"/>
          <w:rtl/>
          <w:cs w:val="0"/>
        </w:rPr>
        <w:t>،</w:t>
      </w:r>
      <w:r w:rsidRPr="00447966">
        <w:rPr>
          <w:sz w:val="30"/>
          <w:szCs w:val="30"/>
          <w:rtl/>
        </w:rPr>
        <w:t xml:space="preserve"> وربطت النتائج بالحوافز والتطوير</w:t>
      </w:r>
      <w:r w:rsidR="00A5297B">
        <w:rPr>
          <w:sz w:val="30"/>
          <w:szCs w:val="30"/>
          <w:rtl/>
          <w:cs w:val="0"/>
        </w:rPr>
        <w:t>،</w:t>
      </w:r>
      <w:r w:rsidRPr="00447966">
        <w:rPr>
          <w:sz w:val="30"/>
          <w:szCs w:val="30"/>
          <w:rtl/>
        </w:rPr>
        <w:t xml:space="preserve"> فإن ذلك ينعكس على الإنتاجية من خلال تحسين سرعة العمل</w:t>
      </w:r>
      <w:r w:rsidR="00A5297B">
        <w:rPr>
          <w:sz w:val="30"/>
          <w:szCs w:val="30"/>
          <w:rtl/>
          <w:cs w:val="0"/>
        </w:rPr>
        <w:t>،</w:t>
      </w:r>
      <w:r w:rsidRPr="00447966">
        <w:rPr>
          <w:sz w:val="30"/>
          <w:szCs w:val="30"/>
          <w:rtl/>
        </w:rPr>
        <w:t xml:space="preserve"> وتقليل الأخطاء</w:t>
      </w:r>
      <w:r w:rsidR="00A5297B">
        <w:rPr>
          <w:sz w:val="30"/>
          <w:szCs w:val="30"/>
          <w:rtl/>
          <w:cs w:val="0"/>
        </w:rPr>
        <w:t>،</w:t>
      </w:r>
      <w:r w:rsidRPr="00447966">
        <w:rPr>
          <w:sz w:val="30"/>
          <w:szCs w:val="30"/>
          <w:rtl/>
        </w:rPr>
        <w:t xml:space="preserve"> ورفع جودة المخرجات</w:t>
      </w:r>
      <w:r w:rsidR="00A5297B">
        <w:rPr>
          <w:sz w:val="30"/>
          <w:szCs w:val="30"/>
          <w:rtl/>
          <w:cs w:val="0"/>
        </w:rPr>
        <w:t>،</w:t>
      </w:r>
      <w:r w:rsidRPr="00447966">
        <w:rPr>
          <w:sz w:val="30"/>
          <w:szCs w:val="30"/>
          <w:rtl/>
        </w:rPr>
        <w:t xml:space="preserve"> وزيادة كفاءة استخدام الموارد</w:t>
      </w:r>
      <w:r w:rsidR="00A5297B">
        <w:rPr>
          <w:sz w:val="30"/>
          <w:szCs w:val="30"/>
          <w:rtl/>
          <w:cs w:val="0"/>
        </w:rPr>
        <w:t>.</w:t>
      </w:r>
    </w:p>
    <w:p w14:paraId="550D14D1" w14:textId="77777777" w:rsidR="009578B4" w:rsidRPr="00447966" w:rsidRDefault="009578B4" w:rsidP="00785C0A">
      <w:pPr>
        <w:spacing w:line="276" w:lineRule="auto"/>
        <w:jc w:val="both"/>
        <w:rPr>
          <w:sz w:val="30"/>
          <w:szCs w:val="30"/>
          <w:rtl/>
          <w:cs w:val="0"/>
        </w:rPr>
      </w:pPr>
    </w:p>
    <w:p w14:paraId="5A18B4DB" w14:textId="77777777" w:rsidR="00F47107" w:rsidRPr="00447966" w:rsidRDefault="00F47107" w:rsidP="00785C0A">
      <w:pPr>
        <w:spacing w:line="276" w:lineRule="auto"/>
        <w:jc w:val="both"/>
        <w:rPr>
          <w:sz w:val="30"/>
          <w:szCs w:val="30"/>
          <w:rtl/>
          <w:cs w:val="0"/>
        </w:rPr>
      </w:pPr>
    </w:p>
    <w:p w14:paraId="0B892943" w14:textId="77777777" w:rsidR="00F47107" w:rsidRPr="00447966" w:rsidRDefault="00F47107" w:rsidP="00785C0A">
      <w:pPr>
        <w:spacing w:line="276" w:lineRule="auto"/>
        <w:jc w:val="both"/>
        <w:rPr>
          <w:sz w:val="30"/>
          <w:szCs w:val="30"/>
          <w:rtl/>
          <w:cs w:val="0"/>
        </w:rPr>
      </w:pPr>
    </w:p>
    <w:p w14:paraId="39B29D46" w14:textId="77777777" w:rsidR="00F47107" w:rsidRPr="00447966" w:rsidRDefault="00F47107" w:rsidP="00785C0A">
      <w:pPr>
        <w:spacing w:line="276" w:lineRule="auto"/>
        <w:jc w:val="both"/>
        <w:rPr>
          <w:sz w:val="30"/>
          <w:szCs w:val="30"/>
          <w:rtl/>
          <w:cs w:val="0"/>
        </w:rPr>
      </w:pPr>
    </w:p>
    <w:p w14:paraId="385E504E" w14:textId="77777777" w:rsidR="00F47107" w:rsidRPr="00447966" w:rsidRDefault="00F47107" w:rsidP="00785C0A">
      <w:pPr>
        <w:spacing w:line="276" w:lineRule="auto"/>
        <w:jc w:val="both"/>
        <w:rPr>
          <w:sz w:val="30"/>
          <w:szCs w:val="30"/>
          <w:rtl/>
          <w:cs w:val="0"/>
        </w:rPr>
      </w:pPr>
    </w:p>
    <w:p w14:paraId="3B409268" w14:textId="77777777" w:rsidR="00F47107" w:rsidRPr="00447966" w:rsidRDefault="00F47107" w:rsidP="00785C0A">
      <w:pPr>
        <w:spacing w:line="276" w:lineRule="auto"/>
        <w:jc w:val="both"/>
        <w:rPr>
          <w:sz w:val="30"/>
          <w:szCs w:val="30"/>
          <w:rtl/>
          <w:cs w:val="0"/>
        </w:rPr>
      </w:pPr>
    </w:p>
    <w:p w14:paraId="3D66B971" w14:textId="42473325" w:rsidR="00F47107" w:rsidRPr="004B1822" w:rsidRDefault="004B1822" w:rsidP="00B5235E">
      <w:pPr>
        <w:pStyle w:val="Heading2"/>
        <w:rPr>
          <w:cs/>
        </w:rPr>
      </w:pPr>
      <w:bookmarkStart w:id="213" w:name="_Toc233582854"/>
      <w:bookmarkStart w:id="214" w:name="_Toc233583021"/>
      <w:bookmarkStart w:id="215" w:name="_Toc233584654"/>
      <w:bookmarkStart w:id="216" w:name="_Toc233585026"/>
      <w:bookmarkStart w:id="217" w:name="_Toc233585152"/>
      <w:bookmarkStart w:id="218" w:name="_Toc233585293"/>
      <w:bookmarkStart w:id="219" w:name="_Toc233585623"/>
      <w:bookmarkStart w:id="220" w:name="_Toc233585779"/>
      <w:bookmarkStart w:id="221" w:name="_Toc233585905"/>
      <w:bookmarkStart w:id="222" w:name="_Toc233586034"/>
      <w:bookmarkStart w:id="223" w:name="_Toc233586812"/>
      <w:bookmarkStart w:id="224" w:name="_Toc233586947"/>
      <w:bookmarkStart w:id="225" w:name="_Toc233587088"/>
      <w:bookmarkStart w:id="226" w:name="_Toc233587215"/>
      <w:bookmarkStart w:id="227" w:name="_Toc233587073"/>
      <w:bookmarkStart w:id="228" w:name="_Toc233587625"/>
      <w:bookmarkStart w:id="229" w:name="_Toc233587757"/>
      <w:r w:rsidRPr="004B1822">
        <w:rPr>
          <w:rtl/>
        </w:rPr>
        <w:lastRenderedPageBreak/>
        <w:t>الدراسات السابقة</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28E4EE28" w14:textId="229A243E" w:rsidR="00F47107" w:rsidRPr="00F47107" w:rsidRDefault="00F47107" w:rsidP="00785C0A">
      <w:pPr>
        <w:spacing w:line="276" w:lineRule="auto"/>
        <w:jc w:val="both"/>
        <w:rPr>
          <w:sz w:val="30"/>
          <w:szCs w:val="30"/>
        </w:rPr>
      </w:pPr>
      <w:r w:rsidRPr="00F47107">
        <w:rPr>
          <w:sz w:val="30"/>
          <w:szCs w:val="30"/>
          <w:rtl/>
        </w:rPr>
        <w:t>تعد الدراسات السابقة أساسا مهما في بناء الدراسة الحالية</w:t>
      </w:r>
      <w:r w:rsidR="00A5297B">
        <w:rPr>
          <w:sz w:val="30"/>
          <w:szCs w:val="30"/>
          <w:rtl/>
          <w:cs w:val="0"/>
        </w:rPr>
        <w:t>.</w:t>
      </w:r>
      <w:r w:rsidRPr="00F47107">
        <w:rPr>
          <w:sz w:val="30"/>
          <w:szCs w:val="30"/>
          <w:rtl/>
        </w:rPr>
        <w:t xml:space="preserve"> تساعد هذه الدراسات على تحديد موقع البحث ضمن الأدبيات العلمية</w:t>
      </w:r>
      <w:r w:rsidR="00A5297B">
        <w:rPr>
          <w:sz w:val="30"/>
          <w:szCs w:val="30"/>
          <w:rtl/>
          <w:cs w:val="0"/>
        </w:rPr>
        <w:t>،</w:t>
      </w:r>
      <w:r w:rsidRPr="00F47107">
        <w:rPr>
          <w:sz w:val="30"/>
          <w:szCs w:val="30"/>
          <w:rtl/>
        </w:rPr>
        <w:t xml:space="preserve"> وتوضح ما توصل إليه الباحثون حول إدارة الأداء</w:t>
      </w:r>
      <w:r w:rsidR="00A5297B">
        <w:rPr>
          <w:sz w:val="30"/>
          <w:szCs w:val="30"/>
          <w:rtl/>
          <w:cs w:val="0"/>
        </w:rPr>
        <w:t>،</w:t>
      </w:r>
      <w:r w:rsidRPr="00F47107">
        <w:rPr>
          <w:sz w:val="30"/>
          <w:szCs w:val="30"/>
          <w:rtl/>
        </w:rPr>
        <w:t xml:space="preserve"> وتقييم الأداء</w:t>
      </w:r>
      <w:r w:rsidR="00A5297B">
        <w:rPr>
          <w:sz w:val="30"/>
          <w:szCs w:val="30"/>
          <w:rtl/>
          <w:cs w:val="0"/>
        </w:rPr>
        <w:t>،</w:t>
      </w:r>
      <w:r w:rsidRPr="00F47107">
        <w:rPr>
          <w:sz w:val="30"/>
          <w:szCs w:val="30"/>
          <w:rtl/>
        </w:rPr>
        <w:t xml:space="preserve"> والتغذية الراجعة</w:t>
      </w:r>
      <w:r w:rsidR="00A5297B">
        <w:rPr>
          <w:sz w:val="30"/>
          <w:szCs w:val="30"/>
          <w:rtl/>
          <w:cs w:val="0"/>
        </w:rPr>
        <w:t>،</w:t>
      </w:r>
      <w:r w:rsidRPr="00F47107">
        <w:rPr>
          <w:sz w:val="30"/>
          <w:szCs w:val="30"/>
          <w:rtl/>
        </w:rPr>
        <w:t xml:space="preserve"> والحوافز</w:t>
      </w:r>
      <w:r w:rsidR="00A5297B">
        <w:rPr>
          <w:sz w:val="30"/>
          <w:szCs w:val="30"/>
          <w:rtl/>
          <w:cs w:val="0"/>
        </w:rPr>
        <w:t>،</w:t>
      </w:r>
      <w:r w:rsidRPr="00F47107">
        <w:rPr>
          <w:sz w:val="30"/>
          <w:szCs w:val="30"/>
          <w:rtl/>
        </w:rPr>
        <w:t xml:space="preserve"> والتدريب</w:t>
      </w:r>
      <w:r w:rsidR="00A5297B">
        <w:rPr>
          <w:sz w:val="30"/>
          <w:szCs w:val="30"/>
          <w:rtl/>
          <w:cs w:val="0"/>
        </w:rPr>
        <w:t>،</w:t>
      </w:r>
      <w:r w:rsidRPr="00F47107">
        <w:rPr>
          <w:sz w:val="30"/>
          <w:szCs w:val="30"/>
          <w:rtl/>
        </w:rPr>
        <w:t xml:space="preserve"> والإنتاجية</w:t>
      </w:r>
      <w:r w:rsidR="00A5297B">
        <w:rPr>
          <w:sz w:val="30"/>
          <w:szCs w:val="30"/>
          <w:rtl/>
          <w:cs w:val="0"/>
        </w:rPr>
        <w:t>،</w:t>
      </w:r>
      <w:r w:rsidRPr="00F47107">
        <w:rPr>
          <w:sz w:val="30"/>
          <w:szCs w:val="30"/>
          <w:rtl/>
        </w:rPr>
        <w:t xml:space="preserve"> وتحسين أداء العاملين</w:t>
      </w:r>
      <w:r w:rsidR="00A5297B">
        <w:rPr>
          <w:sz w:val="30"/>
          <w:szCs w:val="30"/>
          <w:rtl/>
          <w:cs w:val="0"/>
        </w:rPr>
        <w:t>.</w:t>
      </w:r>
      <w:r w:rsidRPr="00F47107">
        <w:rPr>
          <w:sz w:val="30"/>
          <w:szCs w:val="30"/>
          <w:rtl/>
        </w:rPr>
        <w:t xml:space="preserve"> وبما أن الدراسة الحالية تبحث في أثر إدارة الأداء على تحسين الإنتاجية لدى العاملين في شركة مصنع تمور القصيم المحدودة</w:t>
      </w:r>
      <w:r w:rsidR="00A5297B">
        <w:rPr>
          <w:sz w:val="30"/>
          <w:szCs w:val="30"/>
          <w:rtl/>
          <w:cs w:val="0"/>
        </w:rPr>
        <w:t>،</w:t>
      </w:r>
      <w:r w:rsidRPr="00F47107">
        <w:rPr>
          <w:sz w:val="30"/>
          <w:szCs w:val="30"/>
          <w:rtl/>
        </w:rPr>
        <w:t xml:space="preserve"> فقد تم ترتيب الدراسات السابقة وفق أسلوب موضوعي يبدأ بالدراسات العربية</w:t>
      </w:r>
      <w:r w:rsidR="00A5297B">
        <w:rPr>
          <w:sz w:val="30"/>
          <w:szCs w:val="30"/>
          <w:rtl/>
          <w:cs w:val="0"/>
        </w:rPr>
        <w:t>،</w:t>
      </w:r>
      <w:r w:rsidRPr="00F47107">
        <w:rPr>
          <w:sz w:val="30"/>
          <w:szCs w:val="30"/>
          <w:rtl/>
        </w:rPr>
        <w:t xml:space="preserve"> ثم الدراسات الأجنبية</w:t>
      </w:r>
      <w:r w:rsidR="00A5297B">
        <w:rPr>
          <w:sz w:val="30"/>
          <w:szCs w:val="30"/>
          <w:rtl/>
          <w:cs w:val="0"/>
        </w:rPr>
        <w:t>،</w:t>
      </w:r>
      <w:r w:rsidRPr="00F47107">
        <w:rPr>
          <w:sz w:val="30"/>
          <w:szCs w:val="30"/>
          <w:rtl/>
        </w:rPr>
        <w:t xml:space="preserve"> ثم أوجه الاستفادة من الدراسات السابقة</w:t>
      </w:r>
      <w:r w:rsidR="00A5297B">
        <w:rPr>
          <w:sz w:val="30"/>
          <w:szCs w:val="30"/>
          <w:rtl/>
          <w:cs w:val="0"/>
        </w:rPr>
        <w:t>،</w:t>
      </w:r>
      <w:r w:rsidRPr="00F47107">
        <w:rPr>
          <w:sz w:val="30"/>
          <w:szCs w:val="30"/>
          <w:rtl/>
        </w:rPr>
        <w:t xml:space="preserve"> ثم أوجه الاتفاق والاختلاف</w:t>
      </w:r>
      <w:r w:rsidR="00A5297B">
        <w:rPr>
          <w:sz w:val="30"/>
          <w:szCs w:val="30"/>
          <w:rtl/>
          <w:cs w:val="0"/>
        </w:rPr>
        <w:t>،</w:t>
      </w:r>
      <w:r w:rsidRPr="00F47107">
        <w:rPr>
          <w:sz w:val="30"/>
          <w:szCs w:val="30"/>
          <w:rtl/>
        </w:rPr>
        <w:t xml:space="preserve"> ثم الفجوة البحثية</w:t>
      </w:r>
      <w:r w:rsidR="00A5297B">
        <w:rPr>
          <w:sz w:val="30"/>
          <w:szCs w:val="30"/>
          <w:rtl/>
          <w:cs w:val="0"/>
        </w:rPr>
        <w:t>.</w:t>
      </w:r>
    </w:p>
    <w:p w14:paraId="719140A8" w14:textId="4448A59B" w:rsidR="00F47107" w:rsidRPr="00447966" w:rsidRDefault="00F47107" w:rsidP="00472BF3">
      <w:pPr>
        <w:pStyle w:val="NoSpacing"/>
      </w:pPr>
      <w:bookmarkStart w:id="230" w:name="_Toc233579511"/>
      <w:bookmarkStart w:id="231" w:name="_Toc233579668"/>
      <w:r w:rsidRPr="00447966">
        <w:rPr>
          <w:rtl/>
        </w:rPr>
        <w:t>الدراسات العربية</w:t>
      </w:r>
      <w:bookmarkEnd w:id="230"/>
      <w:bookmarkEnd w:id="231"/>
    </w:p>
    <w:p w14:paraId="6C6A5BD9" w14:textId="09656156" w:rsidR="00F47107" w:rsidRPr="00F47107" w:rsidRDefault="00F47107" w:rsidP="00785C0A">
      <w:pPr>
        <w:spacing w:line="276" w:lineRule="auto"/>
        <w:jc w:val="both"/>
        <w:rPr>
          <w:sz w:val="30"/>
          <w:szCs w:val="30"/>
        </w:rPr>
      </w:pPr>
      <w:r w:rsidRPr="00F47107">
        <w:rPr>
          <w:sz w:val="30"/>
          <w:szCs w:val="30"/>
          <w:rtl/>
        </w:rPr>
        <w:t xml:space="preserve">تناولت دراسة شيخ ديب </w:t>
      </w:r>
      <w:proofErr w:type="spellStart"/>
      <w:r w:rsidRPr="00F47107">
        <w:rPr>
          <w:sz w:val="30"/>
          <w:szCs w:val="30"/>
          <w:rtl/>
        </w:rPr>
        <w:t>وماخوس</w:t>
      </w:r>
      <w:proofErr w:type="spellEnd"/>
      <w:r w:rsidRPr="00F47107">
        <w:rPr>
          <w:sz w:val="30"/>
          <w:szCs w:val="30"/>
          <w:rtl/>
        </w:rPr>
        <w:t xml:space="preserve"> </w:t>
      </w:r>
      <w:proofErr w:type="spellStart"/>
      <w:r w:rsidRPr="00F47107">
        <w:rPr>
          <w:sz w:val="30"/>
          <w:szCs w:val="30"/>
          <w:rtl/>
        </w:rPr>
        <w:t>ونيربي</w:t>
      </w:r>
      <w:proofErr w:type="spellEnd"/>
      <w:r w:rsidRPr="00F47107">
        <w:rPr>
          <w:sz w:val="30"/>
          <w:szCs w:val="30"/>
          <w:rtl/>
        </w:rPr>
        <w:t xml:space="preserve"> (2021) العلاقة بين نظام إدارة الأداء وأداء العاملين من خلال دراسة ميدانية في جامعة تشرين</w:t>
      </w:r>
      <w:r w:rsidR="00A5297B">
        <w:rPr>
          <w:sz w:val="30"/>
          <w:szCs w:val="30"/>
          <w:rtl/>
          <w:cs w:val="0"/>
        </w:rPr>
        <w:t>.</w:t>
      </w:r>
      <w:r w:rsidRPr="00F47107">
        <w:rPr>
          <w:sz w:val="30"/>
          <w:szCs w:val="30"/>
          <w:rtl/>
        </w:rPr>
        <w:t xml:space="preserve"> هدفت الدراسة إلى تحليل العلاقة بين نظام إدارة الأداء وأداء العاملين</w:t>
      </w:r>
      <w:r w:rsidR="00A5297B">
        <w:rPr>
          <w:sz w:val="30"/>
          <w:szCs w:val="30"/>
          <w:rtl/>
          <w:cs w:val="0"/>
        </w:rPr>
        <w:t>،</w:t>
      </w:r>
      <w:r w:rsidRPr="00F47107">
        <w:rPr>
          <w:sz w:val="30"/>
          <w:szCs w:val="30"/>
          <w:rtl/>
        </w:rPr>
        <w:t xml:space="preserve"> من خلال عدد من الأبعاد</w:t>
      </w:r>
      <w:r w:rsidR="00A5297B">
        <w:rPr>
          <w:sz w:val="30"/>
          <w:szCs w:val="30"/>
          <w:rtl/>
          <w:cs w:val="0"/>
        </w:rPr>
        <w:t>،</w:t>
      </w:r>
      <w:r w:rsidRPr="00F47107">
        <w:rPr>
          <w:sz w:val="30"/>
          <w:szCs w:val="30"/>
          <w:rtl/>
        </w:rPr>
        <w:t xml:space="preserve"> منها تخطيط الأداء</w:t>
      </w:r>
      <w:r w:rsidR="00A5297B">
        <w:rPr>
          <w:sz w:val="30"/>
          <w:szCs w:val="30"/>
          <w:rtl/>
          <w:cs w:val="0"/>
        </w:rPr>
        <w:t>،</w:t>
      </w:r>
      <w:r w:rsidRPr="00F47107">
        <w:rPr>
          <w:sz w:val="30"/>
          <w:szCs w:val="30"/>
          <w:rtl/>
        </w:rPr>
        <w:t xml:space="preserve"> والإطار العام للكفاءة</w:t>
      </w:r>
      <w:r w:rsidR="00A5297B">
        <w:rPr>
          <w:sz w:val="30"/>
          <w:szCs w:val="30"/>
          <w:rtl/>
          <w:cs w:val="0"/>
        </w:rPr>
        <w:t>،</w:t>
      </w:r>
      <w:r w:rsidRPr="00F47107">
        <w:rPr>
          <w:sz w:val="30"/>
          <w:szCs w:val="30"/>
          <w:rtl/>
        </w:rPr>
        <w:t xml:space="preserve"> والربط بين الأداء والنتائج</w:t>
      </w:r>
      <w:r w:rsidR="00A5297B">
        <w:rPr>
          <w:sz w:val="30"/>
          <w:szCs w:val="30"/>
          <w:rtl/>
          <w:cs w:val="0"/>
        </w:rPr>
        <w:t>،</w:t>
      </w:r>
      <w:r w:rsidRPr="00F47107">
        <w:rPr>
          <w:sz w:val="30"/>
          <w:szCs w:val="30"/>
          <w:rtl/>
        </w:rPr>
        <w:t xml:space="preserve"> ونظام تكنولوجيا المعلومات</w:t>
      </w:r>
      <w:r w:rsidR="00A5297B">
        <w:rPr>
          <w:sz w:val="30"/>
          <w:szCs w:val="30"/>
          <w:rtl/>
          <w:cs w:val="0"/>
        </w:rPr>
        <w:t>،</w:t>
      </w:r>
      <w:r w:rsidRPr="00F47107">
        <w:rPr>
          <w:sz w:val="30"/>
          <w:szCs w:val="30"/>
          <w:rtl/>
        </w:rPr>
        <w:t xml:space="preserve"> والتغذية الراجعة</w:t>
      </w:r>
      <w:r w:rsidR="00A5297B">
        <w:rPr>
          <w:sz w:val="30"/>
          <w:szCs w:val="30"/>
          <w:rtl/>
          <w:cs w:val="0"/>
        </w:rPr>
        <w:t>،</w:t>
      </w:r>
      <w:r w:rsidRPr="00F47107">
        <w:rPr>
          <w:sz w:val="30"/>
          <w:szCs w:val="30"/>
          <w:rtl/>
        </w:rPr>
        <w:t xml:space="preserve"> والقدرة على التمييز بين العاملين ذوي الأداء المنخفض والعاملين ذوي الأداء المرتفع</w:t>
      </w:r>
      <w:r w:rsidR="00A5297B">
        <w:rPr>
          <w:sz w:val="30"/>
          <w:szCs w:val="30"/>
          <w:rtl/>
          <w:cs w:val="0"/>
        </w:rPr>
        <w:t>،</w:t>
      </w:r>
      <w:r w:rsidRPr="00F47107">
        <w:rPr>
          <w:sz w:val="30"/>
          <w:szCs w:val="30"/>
          <w:rtl/>
        </w:rPr>
        <w:t xml:space="preserve"> ونظام المكافآت والحوافز</w:t>
      </w:r>
      <w:r w:rsidR="00A5297B">
        <w:rPr>
          <w:sz w:val="30"/>
          <w:szCs w:val="30"/>
          <w:rtl/>
          <w:cs w:val="0"/>
        </w:rPr>
        <w:t>.</w:t>
      </w:r>
      <w:r w:rsidRPr="00F47107">
        <w:rPr>
          <w:sz w:val="30"/>
          <w:szCs w:val="30"/>
          <w:rtl/>
        </w:rPr>
        <w:t xml:space="preserve"> اعتمدت الدراسة على المنهج الوصفي التحليلي</w:t>
      </w:r>
      <w:r w:rsidR="00A5297B">
        <w:rPr>
          <w:sz w:val="30"/>
          <w:szCs w:val="30"/>
          <w:rtl/>
          <w:cs w:val="0"/>
        </w:rPr>
        <w:t>،</w:t>
      </w:r>
      <w:r w:rsidRPr="00F47107">
        <w:rPr>
          <w:sz w:val="30"/>
          <w:szCs w:val="30"/>
          <w:rtl/>
        </w:rPr>
        <w:t xml:space="preserve"> واستخدمت الاستبانة أداة لجمع البيانات من العاملين الإداريين في جامعة تشرين</w:t>
      </w:r>
      <w:r w:rsidR="00A5297B">
        <w:rPr>
          <w:sz w:val="30"/>
          <w:szCs w:val="30"/>
          <w:rtl/>
          <w:cs w:val="0"/>
        </w:rPr>
        <w:t>.</w:t>
      </w:r>
      <w:r w:rsidRPr="00F47107">
        <w:rPr>
          <w:sz w:val="30"/>
          <w:szCs w:val="30"/>
          <w:rtl/>
        </w:rPr>
        <w:t xml:space="preserve"> تكونت العينة من 150 موظفا</w:t>
      </w:r>
      <w:r w:rsidR="00A5297B">
        <w:rPr>
          <w:sz w:val="30"/>
          <w:szCs w:val="30"/>
          <w:rtl/>
          <w:cs w:val="0"/>
        </w:rPr>
        <w:t>،</w:t>
      </w:r>
      <w:r w:rsidRPr="00F47107">
        <w:rPr>
          <w:sz w:val="30"/>
          <w:szCs w:val="30"/>
          <w:rtl/>
        </w:rPr>
        <w:t xml:space="preserve"> وبلغ عدد الاستبانات الصالحة للتحليل 120 استبانة</w:t>
      </w:r>
      <w:r w:rsidR="00A5297B">
        <w:rPr>
          <w:sz w:val="30"/>
          <w:szCs w:val="30"/>
          <w:rtl/>
          <w:cs w:val="0"/>
        </w:rPr>
        <w:t>.</w:t>
      </w:r>
      <w:r w:rsidRPr="00F47107">
        <w:rPr>
          <w:sz w:val="30"/>
          <w:szCs w:val="30"/>
          <w:rtl/>
        </w:rPr>
        <w:t xml:space="preserve"> استخدمت الدراسة برنامج</w:t>
      </w:r>
      <w:r w:rsidRPr="00F47107">
        <w:rPr>
          <w:sz w:val="30"/>
          <w:szCs w:val="30"/>
        </w:rPr>
        <w:t xml:space="preserve"> SPSS </w:t>
      </w:r>
      <w:r w:rsidRPr="00F47107">
        <w:rPr>
          <w:sz w:val="30"/>
          <w:szCs w:val="30"/>
          <w:rtl/>
        </w:rPr>
        <w:t>في تحليل البيانات</w:t>
      </w:r>
      <w:r w:rsidR="00A5297B">
        <w:rPr>
          <w:sz w:val="30"/>
          <w:szCs w:val="30"/>
          <w:rtl/>
          <w:cs w:val="0"/>
        </w:rPr>
        <w:t>.</w:t>
      </w:r>
    </w:p>
    <w:p w14:paraId="4752868C" w14:textId="61140169" w:rsidR="00F47107" w:rsidRPr="00F47107" w:rsidRDefault="00F47107" w:rsidP="00785C0A">
      <w:pPr>
        <w:spacing w:line="276" w:lineRule="auto"/>
        <w:jc w:val="both"/>
        <w:rPr>
          <w:sz w:val="30"/>
          <w:szCs w:val="30"/>
        </w:rPr>
      </w:pPr>
      <w:r w:rsidRPr="00F47107">
        <w:rPr>
          <w:sz w:val="30"/>
          <w:szCs w:val="30"/>
          <w:rtl/>
        </w:rPr>
        <w:t>توصلت الدراسة إلى وجود علاقة معنوية بين نظام إدارة الأداء وأداء العاملين</w:t>
      </w:r>
      <w:r w:rsidR="00A5297B">
        <w:rPr>
          <w:sz w:val="30"/>
          <w:szCs w:val="30"/>
          <w:rtl/>
          <w:cs w:val="0"/>
        </w:rPr>
        <w:t>.</w:t>
      </w:r>
      <w:r w:rsidRPr="00F47107">
        <w:rPr>
          <w:sz w:val="30"/>
          <w:szCs w:val="30"/>
          <w:rtl/>
        </w:rPr>
        <w:t xml:space="preserve"> كما أظهرت النتائج وجود علاقة معنوية بين كل بعد من أبعاد نظام إدارة الأداء وأداء العاملين</w:t>
      </w:r>
      <w:r w:rsidR="00A5297B">
        <w:rPr>
          <w:sz w:val="30"/>
          <w:szCs w:val="30"/>
          <w:rtl/>
          <w:cs w:val="0"/>
        </w:rPr>
        <w:t>.</w:t>
      </w:r>
      <w:r w:rsidRPr="00F47107">
        <w:rPr>
          <w:sz w:val="30"/>
          <w:szCs w:val="30"/>
          <w:rtl/>
        </w:rPr>
        <w:t xml:space="preserve"> وأوصت الدراسة بتحديد مسار وظيفي للموظف</w:t>
      </w:r>
      <w:r w:rsidR="00A5297B">
        <w:rPr>
          <w:sz w:val="30"/>
          <w:szCs w:val="30"/>
          <w:rtl/>
          <w:cs w:val="0"/>
        </w:rPr>
        <w:t>،</w:t>
      </w:r>
      <w:r w:rsidRPr="00F47107">
        <w:rPr>
          <w:sz w:val="30"/>
          <w:szCs w:val="30"/>
          <w:rtl/>
        </w:rPr>
        <w:t xml:space="preserve"> وتوفير فرص للتطور الوظيفي بناء على نتائج تقويم الأداء</w:t>
      </w:r>
      <w:r w:rsidR="00A5297B">
        <w:rPr>
          <w:sz w:val="30"/>
          <w:szCs w:val="30"/>
          <w:rtl/>
          <w:cs w:val="0"/>
        </w:rPr>
        <w:t>،</w:t>
      </w:r>
      <w:r w:rsidRPr="00F47107">
        <w:rPr>
          <w:sz w:val="30"/>
          <w:szCs w:val="30"/>
          <w:rtl/>
        </w:rPr>
        <w:t xml:space="preserve"> وتحديد احتياجات العاملين التدريبية والتطويرية وفق نتائج التقييم</w:t>
      </w:r>
      <w:r w:rsidR="00A5297B">
        <w:rPr>
          <w:sz w:val="30"/>
          <w:szCs w:val="30"/>
          <w:rtl/>
          <w:cs w:val="0"/>
        </w:rPr>
        <w:t>.</w:t>
      </w:r>
      <w:r w:rsidRPr="00F47107">
        <w:rPr>
          <w:sz w:val="30"/>
          <w:szCs w:val="30"/>
          <w:rtl/>
        </w:rPr>
        <w:t xml:space="preserve"> تفيد هذه الدراسة البحث الحالي لأنها تناولت إدارة الأداء من خلال أبعاد قريبة من أبعاد الدراسة الحالية</w:t>
      </w:r>
      <w:r w:rsidR="00A5297B">
        <w:rPr>
          <w:sz w:val="30"/>
          <w:szCs w:val="30"/>
          <w:rtl/>
          <w:cs w:val="0"/>
        </w:rPr>
        <w:t>،</w:t>
      </w:r>
      <w:r w:rsidRPr="00F47107">
        <w:rPr>
          <w:sz w:val="30"/>
          <w:szCs w:val="30"/>
          <w:rtl/>
        </w:rPr>
        <w:t xml:space="preserve"> خاصة تخطيط الأداء</w:t>
      </w:r>
      <w:r w:rsidR="00A5297B">
        <w:rPr>
          <w:sz w:val="30"/>
          <w:szCs w:val="30"/>
          <w:rtl/>
          <w:cs w:val="0"/>
        </w:rPr>
        <w:t>،</w:t>
      </w:r>
      <w:r w:rsidRPr="00F47107">
        <w:rPr>
          <w:sz w:val="30"/>
          <w:szCs w:val="30"/>
          <w:rtl/>
        </w:rPr>
        <w:t xml:space="preserve"> والتغذية الراجعة</w:t>
      </w:r>
      <w:r w:rsidR="00A5297B">
        <w:rPr>
          <w:sz w:val="30"/>
          <w:szCs w:val="30"/>
          <w:rtl/>
          <w:cs w:val="0"/>
        </w:rPr>
        <w:t>،</w:t>
      </w:r>
      <w:r w:rsidRPr="00F47107">
        <w:rPr>
          <w:sz w:val="30"/>
          <w:szCs w:val="30"/>
          <w:rtl/>
        </w:rPr>
        <w:t xml:space="preserve"> </w:t>
      </w:r>
      <w:proofErr w:type="gramStart"/>
      <w:r w:rsidRPr="00F47107">
        <w:rPr>
          <w:sz w:val="30"/>
          <w:szCs w:val="30"/>
          <w:rtl/>
        </w:rPr>
        <w:t>والمكافآت</w:t>
      </w:r>
      <w:proofErr w:type="gramEnd"/>
      <w:r w:rsidRPr="00F47107">
        <w:rPr>
          <w:sz w:val="30"/>
          <w:szCs w:val="30"/>
          <w:rtl/>
        </w:rPr>
        <w:t xml:space="preserve"> والحوافز</w:t>
      </w:r>
      <w:r w:rsidR="00A5297B">
        <w:rPr>
          <w:sz w:val="30"/>
          <w:szCs w:val="30"/>
          <w:rtl/>
          <w:cs w:val="0"/>
        </w:rPr>
        <w:t>.</w:t>
      </w:r>
      <w:r w:rsidRPr="00F47107">
        <w:rPr>
          <w:sz w:val="30"/>
          <w:szCs w:val="30"/>
          <w:rtl/>
        </w:rPr>
        <w:t xml:space="preserve"> كما تدعم الدراسة الحالية في ربط إدارة الأداء بتحسين النتائج العملية للعاملين</w:t>
      </w:r>
      <w:r w:rsidR="00A5297B">
        <w:rPr>
          <w:sz w:val="30"/>
          <w:szCs w:val="30"/>
          <w:rtl/>
          <w:cs w:val="0"/>
        </w:rPr>
        <w:t>،</w:t>
      </w:r>
      <w:r w:rsidRPr="00F47107">
        <w:rPr>
          <w:sz w:val="30"/>
          <w:szCs w:val="30"/>
          <w:rtl/>
        </w:rPr>
        <w:t xml:space="preserve"> وإن اختلف مجال التطبيق بين جامعة تشرين وشركة مصنع تمور القصيم المحدودة</w:t>
      </w:r>
      <w:r w:rsidR="00A5297B">
        <w:rPr>
          <w:sz w:val="30"/>
          <w:szCs w:val="30"/>
          <w:rtl/>
          <w:cs w:val="0"/>
        </w:rPr>
        <w:t>.</w:t>
      </w:r>
    </w:p>
    <w:p w14:paraId="4400864C" w14:textId="34E85B63" w:rsidR="00F47107" w:rsidRPr="00F47107" w:rsidRDefault="00F47107" w:rsidP="00785C0A">
      <w:pPr>
        <w:spacing w:line="276" w:lineRule="auto"/>
        <w:jc w:val="both"/>
        <w:rPr>
          <w:sz w:val="30"/>
          <w:szCs w:val="30"/>
        </w:rPr>
      </w:pPr>
      <w:r w:rsidRPr="00F47107">
        <w:rPr>
          <w:sz w:val="30"/>
          <w:szCs w:val="30"/>
          <w:rtl/>
        </w:rPr>
        <w:t xml:space="preserve">وتناولت دراسة بن خيرة </w:t>
      </w:r>
      <w:proofErr w:type="spellStart"/>
      <w:r w:rsidRPr="00F47107">
        <w:rPr>
          <w:sz w:val="30"/>
          <w:szCs w:val="30"/>
          <w:rtl/>
        </w:rPr>
        <w:t>وبوخلوة</w:t>
      </w:r>
      <w:proofErr w:type="spellEnd"/>
      <w:r w:rsidRPr="00F47107">
        <w:rPr>
          <w:sz w:val="30"/>
          <w:szCs w:val="30"/>
          <w:rtl/>
        </w:rPr>
        <w:t xml:space="preserve"> (2021) أثر إدارة أداء العاملين في الأداء الوظيفي</w:t>
      </w:r>
      <w:r w:rsidR="00A5297B">
        <w:rPr>
          <w:sz w:val="30"/>
          <w:szCs w:val="30"/>
          <w:rtl/>
          <w:cs w:val="0"/>
        </w:rPr>
        <w:t>،</w:t>
      </w:r>
      <w:r w:rsidRPr="00F47107">
        <w:rPr>
          <w:sz w:val="30"/>
          <w:szCs w:val="30"/>
          <w:rtl/>
        </w:rPr>
        <w:t xml:space="preserve"> من خلال دراسة ميدانية في مؤسسة الكهرباء والطاقات المتجددة </w:t>
      </w:r>
      <w:proofErr w:type="spellStart"/>
      <w:r w:rsidRPr="00F47107">
        <w:rPr>
          <w:sz w:val="30"/>
          <w:szCs w:val="30"/>
          <w:rtl/>
        </w:rPr>
        <w:t>بتقرت</w:t>
      </w:r>
      <w:proofErr w:type="spellEnd"/>
      <w:r w:rsidRPr="00F47107">
        <w:rPr>
          <w:sz w:val="30"/>
          <w:szCs w:val="30"/>
          <w:rtl/>
        </w:rPr>
        <w:t xml:space="preserve"> في الجزائر</w:t>
      </w:r>
      <w:r w:rsidR="00A5297B">
        <w:rPr>
          <w:sz w:val="30"/>
          <w:szCs w:val="30"/>
          <w:rtl/>
          <w:cs w:val="0"/>
        </w:rPr>
        <w:t>.</w:t>
      </w:r>
      <w:r w:rsidRPr="00F47107">
        <w:rPr>
          <w:sz w:val="30"/>
          <w:szCs w:val="30"/>
          <w:rtl/>
        </w:rPr>
        <w:t xml:space="preserve"> هدفت الدراسة إلى الكشف عن أثر إدارة أداء العاملين في الأداء الوظيفي</w:t>
      </w:r>
      <w:r w:rsidR="00A5297B">
        <w:rPr>
          <w:sz w:val="30"/>
          <w:szCs w:val="30"/>
          <w:rtl/>
          <w:cs w:val="0"/>
        </w:rPr>
        <w:t>،</w:t>
      </w:r>
      <w:r w:rsidRPr="00F47107">
        <w:rPr>
          <w:sz w:val="30"/>
          <w:szCs w:val="30"/>
          <w:rtl/>
        </w:rPr>
        <w:t xml:space="preserve"> والتعرف على مستوى توافر أبعاد إدارة أداء العاملين</w:t>
      </w:r>
      <w:r w:rsidR="00A5297B">
        <w:rPr>
          <w:sz w:val="30"/>
          <w:szCs w:val="30"/>
          <w:rtl/>
          <w:cs w:val="0"/>
        </w:rPr>
        <w:t>،</w:t>
      </w:r>
      <w:r w:rsidRPr="00F47107">
        <w:rPr>
          <w:sz w:val="30"/>
          <w:szCs w:val="30"/>
          <w:rtl/>
        </w:rPr>
        <w:t xml:space="preserve"> ومستوى الأداء الوظيفي داخل المؤسسة محل الدراسة</w:t>
      </w:r>
      <w:r w:rsidR="00A5297B">
        <w:rPr>
          <w:sz w:val="30"/>
          <w:szCs w:val="30"/>
          <w:rtl/>
          <w:cs w:val="0"/>
        </w:rPr>
        <w:t>.</w:t>
      </w:r>
      <w:r w:rsidRPr="00F47107">
        <w:rPr>
          <w:sz w:val="30"/>
          <w:szCs w:val="30"/>
          <w:rtl/>
        </w:rPr>
        <w:t xml:space="preserve"> استخدمت الدراسة استبانة مكونة من 41 فقرة لجمع البيانات الأولية</w:t>
      </w:r>
      <w:r w:rsidR="00A5297B">
        <w:rPr>
          <w:sz w:val="30"/>
          <w:szCs w:val="30"/>
          <w:rtl/>
          <w:cs w:val="0"/>
        </w:rPr>
        <w:t>،</w:t>
      </w:r>
      <w:r w:rsidRPr="00F47107">
        <w:rPr>
          <w:sz w:val="30"/>
          <w:szCs w:val="30"/>
          <w:rtl/>
        </w:rPr>
        <w:t xml:space="preserve"> وطبقت على عينة مكونة من 63 موظفا</w:t>
      </w:r>
      <w:r w:rsidR="00A5297B">
        <w:rPr>
          <w:sz w:val="30"/>
          <w:szCs w:val="30"/>
          <w:rtl/>
          <w:cs w:val="0"/>
        </w:rPr>
        <w:t>.</w:t>
      </w:r>
      <w:r w:rsidRPr="00F47107">
        <w:rPr>
          <w:sz w:val="30"/>
          <w:szCs w:val="30"/>
          <w:rtl/>
        </w:rPr>
        <w:t xml:space="preserve"> واعتمدت الدراسة على مجموعة من الأساليب الإحصائية لتحليل البيانات واختبار الفرضيات</w:t>
      </w:r>
      <w:r w:rsidR="00A5297B">
        <w:rPr>
          <w:sz w:val="30"/>
          <w:szCs w:val="30"/>
          <w:rtl/>
          <w:cs w:val="0"/>
        </w:rPr>
        <w:t>.</w:t>
      </w:r>
    </w:p>
    <w:p w14:paraId="632CD87D" w14:textId="670E2ADB" w:rsidR="00F47107" w:rsidRPr="00F47107" w:rsidRDefault="00F47107" w:rsidP="00785C0A">
      <w:pPr>
        <w:spacing w:line="276" w:lineRule="auto"/>
        <w:jc w:val="both"/>
        <w:rPr>
          <w:sz w:val="30"/>
          <w:szCs w:val="30"/>
        </w:rPr>
      </w:pPr>
      <w:r w:rsidRPr="00F47107">
        <w:rPr>
          <w:sz w:val="30"/>
          <w:szCs w:val="30"/>
          <w:rtl/>
        </w:rPr>
        <w:lastRenderedPageBreak/>
        <w:t>أظهرت نتائج الدراسة أن مستوى الاهتمام بإدارة أداء العاملين كان متوسطا</w:t>
      </w:r>
      <w:r w:rsidR="00A5297B">
        <w:rPr>
          <w:sz w:val="30"/>
          <w:szCs w:val="30"/>
          <w:rtl/>
          <w:cs w:val="0"/>
        </w:rPr>
        <w:t>،</w:t>
      </w:r>
      <w:r w:rsidRPr="00F47107">
        <w:rPr>
          <w:sz w:val="30"/>
          <w:szCs w:val="30"/>
          <w:rtl/>
        </w:rPr>
        <w:t xml:space="preserve"> وأن ممارسة أبعاد إدارة الأداء</w:t>
      </w:r>
      <w:r w:rsidR="00A5297B">
        <w:rPr>
          <w:sz w:val="30"/>
          <w:szCs w:val="30"/>
          <w:rtl/>
          <w:cs w:val="0"/>
        </w:rPr>
        <w:t>،</w:t>
      </w:r>
      <w:r w:rsidRPr="00F47107">
        <w:rPr>
          <w:sz w:val="30"/>
          <w:szCs w:val="30"/>
          <w:rtl/>
        </w:rPr>
        <w:t xml:space="preserve"> وهي تخطيط الأداء</w:t>
      </w:r>
      <w:r w:rsidR="00A5297B">
        <w:rPr>
          <w:sz w:val="30"/>
          <w:szCs w:val="30"/>
          <w:rtl/>
          <w:cs w:val="0"/>
        </w:rPr>
        <w:t>،</w:t>
      </w:r>
      <w:r w:rsidRPr="00F47107">
        <w:rPr>
          <w:sz w:val="30"/>
          <w:szCs w:val="30"/>
          <w:rtl/>
        </w:rPr>
        <w:t xml:space="preserve"> وتنفيذ الأداء</w:t>
      </w:r>
      <w:r w:rsidR="00A5297B">
        <w:rPr>
          <w:sz w:val="30"/>
          <w:szCs w:val="30"/>
          <w:rtl/>
          <w:cs w:val="0"/>
        </w:rPr>
        <w:t>،</w:t>
      </w:r>
      <w:r w:rsidRPr="00F47107">
        <w:rPr>
          <w:sz w:val="30"/>
          <w:szCs w:val="30"/>
          <w:rtl/>
        </w:rPr>
        <w:t xml:space="preserve"> وتقييم الأداء</w:t>
      </w:r>
      <w:r w:rsidR="00A5297B">
        <w:rPr>
          <w:sz w:val="30"/>
          <w:szCs w:val="30"/>
          <w:rtl/>
          <w:cs w:val="0"/>
        </w:rPr>
        <w:t>،</w:t>
      </w:r>
      <w:r w:rsidRPr="00F47107">
        <w:rPr>
          <w:sz w:val="30"/>
          <w:szCs w:val="30"/>
          <w:rtl/>
        </w:rPr>
        <w:t xml:space="preserve"> ومراجعة الأداء</w:t>
      </w:r>
      <w:r w:rsidR="00A5297B">
        <w:rPr>
          <w:sz w:val="30"/>
          <w:szCs w:val="30"/>
          <w:rtl/>
          <w:cs w:val="0"/>
        </w:rPr>
        <w:t>،</w:t>
      </w:r>
      <w:r w:rsidRPr="00F47107">
        <w:rPr>
          <w:sz w:val="30"/>
          <w:szCs w:val="30"/>
          <w:rtl/>
        </w:rPr>
        <w:t xml:space="preserve"> جاءت بدرجة متوسطة</w:t>
      </w:r>
      <w:r w:rsidR="00A5297B">
        <w:rPr>
          <w:sz w:val="30"/>
          <w:szCs w:val="30"/>
          <w:rtl/>
          <w:cs w:val="0"/>
        </w:rPr>
        <w:t>.</w:t>
      </w:r>
      <w:r w:rsidRPr="00F47107">
        <w:rPr>
          <w:sz w:val="30"/>
          <w:szCs w:val="30"/>
          <w:rtl/>
        </w:rPr>
        <w:t xml:space="preserve"> كما أظهرت النتائج أن مستوى الأداء الوظيفي كان حسنا من وجهة نظر العاملين</w:t>
      </w:r>
      <w:r w:rsidR="00A5297B">
        <w:rPr>
          <w:sz w:val="30"/>
          <w:szCs w:val="30"/>
          <w:rtl/>
          <w:cs w:val="0"/>
        </w:rPr>
        <w:t>،</w:t>
      </w:r>
      <w:r w:rsidRPr="00F47107">
        <w:rPr>
          <w:sz w:val="30"/>
          <w:szCs w:val="30"/>
          <w:rtl/>
        </w:rPr>
        <w:t xml:space="preserve"> وأن هناك أثرا إيجابيا لأبعاد إدارة أداء العاملين في الأداء الوظيفي داخل المؤسسة</w:t>
      </w:r>
      <w:r w:rsidR="00A5297B">
        <w:rPr>
          <w:sz w:val="30"/>
          <w:szCs w:val="30"/>
          <w:rtl/>
          <w:cs w:val="0"/>
        </w:rPr>
        <w:t>.</w:t>
      </w:r>
      <w:r w:rsidRPr="00F47107">
        <w:rPr>
          <w:sz w:val="30"/>
          <w:szCs w:val="30"/>
          <w:rtl/>
        </w:rPr>
        <w:t xml:space="preserve"> تفيد هذه الدراسة البحث الحالي في تأكيد أن إدارة الأداء لا تقف عند التقييم</w:t>
      </w:r>
      <w:r w:rsidR="00A5297B">
        <w:rPr>
          <w:sz w:val="30"/>
          <w:szCs w:val="30"/>
          <w:rtl/>
          <w:cs w:val="0"/>
        </w:rPr>
        <w:t>،</w:t>
      </w:r>
      <w:r w:rsidRPr="00F47107">
        <w:rPr>
          <w:sz w:val="30"/>
          <w:szCs w:val="30"/>
          <w:rtl/>
        </w:rPr>
        <w:t xml:space="preserve"> بل تشمل التخطيط والتنفيذ والمراجعة</w:t>
      </w:r>
      <w:r w:rsidR="00A5297B">
        <w:rPr>
          <w:sz w:val="30"/>
          <w:szCs w:val="30"/>
          <w:rtl/>
          <w:cs w:val="0"/>
        </w:rPr>
        <w:t>.</w:t>
      </w:r>
      <w:r w:rsidRPr="00F47107">
        <w:rPr>
          <w:sz w:val="30"/>
          <w:szCs w:val="30"/>
          <w:rtl/>
        </w:rPr>
        <w:t xml:space="preserve"> كما تعزز اختيار أبعاد الدراسة الحالية</w:t>
      </w:r>
      <w:r w:rsidR="00A5297B">
        <w:rPr>
          <w:sz w:val="30"/>
          <w:szCs w:val="30"/>
          <w:rtl/>
          <w:cs w:val="0"/>
        </w:rPr>
        <w:t>،</w:t>
      </w:r>
      <w:r w:rsidRPr="00F47107">
        <w:rPr>
          <w:sz w:val="30"/>
          <w:szCs w:val="30"/>
          <w:rtl/>
        </w:rPr>
        <w:t xml:space="preserve"> خاصة تخطيط الأداء</w:t>
      </w:r>
      <w:r w:rsidR="00A5297B">
        <w:rPr>
          <w:sz w:val="30"/>
          <w:szCs w:val="30"/>
          <w:rtl/>
          <w:cs w:val="0"/>
        </w:rPr>
        <w:t>،</w:t>
      </w:r>
      <w:r w:rsidRPr="00F47107">
        <w:rPr>
          <w:sz w:val="30"/>
          <w:szCs w:val="30"/>
          <w:rtl/>
        </w:rPr>
        <w:t xml:space="preserve"> والمتابعة</w:t>
      </w:r>
      <w:r w:rsidR="00A5297B">
        <w:rPr>
          <w:sz w:val="30"/>
          <w:szCs w:val="30"/>
          <w:rtl/>
          <w:cs w:val="0"/>
        </w:rPr>
        <w:t>،</w:t>
      </w:r>
      <w:r w:rsidRPr="00F47107">
        <w:rPr>
          <w:sz w:val="30"/>
          <w:szCs w:val="30"/>
          <w:rtl/>
        </w:rPr>
        <w:t xml:space="preserve"> والتقييم</w:t>
      </w:r>
      <w:r w:rsidR="00A5297B">
        <w:rPr>
          <w:sz w:val="30"/>
          <w:szCs w:val="30"/>
          <w:rtl/>
          <w:cs w:val="0"/>
        </w:rPr>
        <w:t>،</w:t>
      </w:r>
      <w:r w:rsidRPr="00F47107">
        <w:rPr>
          <w:sz w:val="30"/>
          <w:szCs w:val="30"/>
          <w:rtl/>
        </w:rPr>
        <w:t xml:space="preserve"> والتطوير</w:t>
      </w:r>
      <w:r w:rsidR="00A5297B">
        <w:rPr>
          <w:sz w:val="30"/>
          <w:szCs w:val="30"/>
          <w:rtl/>
          <w:cs w:val="0"/>
        </w:rPr>
        <w:t>،</w:t>
      </w:r>
      <w:r w:rsidRPr="00F47107">
        <w:rPr>
          <w:sz w:val="30"/>
          <w:szCs w:val="30"/>
          <w:rtl/>
        </w:rPr>
        <w:t xml:space="preserve"> بوصفها عناصر مؤثرة في تحسين نتائج العاملين</w:t>
      </w:r>
      <w:r w:rsidR="00A5297B">
        <w:rPr>
          <w:sz w:val="30"/>
          <w:szCs w:val="30"/>
          <w:rtl/>
          <w:cs w:val="0"/>
        </w:rPr>
        <w:t>.</w:t>
      </w:r>
    </w:p>
    <w:p w14:paraId="4A7A2D2B" w14:textId="19D0F1E5" w:rsidR="00F47107" w:rsidRPr="00F47107" w:rsidRDefault="00F47107" w:rsidP="00785C0A">
      <w:pPr>
        <w:spacing w:line="276" w:lineRule="auto"/>
        <w:jc w:val="both"/>
        <w:rPr>
          <w:sz w:val="30"/>
          <w:szCs w:val="30"/>
        </w:rPr>
      </w:pPr>
      <w:r w:rsidRPr="00F47107">
        <w:rPr>
          <w:sz w:val="30"/>
          <w:szCs w:val="30"/>
          <w:rtl/>
        </w:rPr>
        <w:t>وتناولت دراسة الرشيدي (2025) فاعلية استراتيجيات إدارة الأداء في تحسين إنتاجية الموظفين في الشركات السعودية</w:t>
      </w:r>
      <w:r w:rsidR="00A5297B">
        <w:rPr>
          <w:sz w:val="30"/>
          <w:szCs w:val="30"/>
          <w:rtl/>
          <w:cs w:val="0"/>
        </w:rPr>
        <w:t>.</w:t>
      </w:r>
      <w:r w:rsidRPr="00F47107">
        <w:rPr>
          <w:sz w:val="30"/>
          <w:szCs w:val="30"/>
          <w:rtl/>
        </w:rPr>
        <w:t xml:space="preserve"> هدفت الدراسة إلى معرفة أثر استراتيجيات إدارة الأداء بأبعادها المتمثلة في التخطيط للأداء</w:t>
      </w:r>
      <w:r w:rsidR="00A5297B">
        <w:rPr>
          <w:sz w:val="30"/>
          <w:szCs w:val="30"/>
          <w:rtl/>
          <w:cs w:val="0"/>
        </w:rPr>
        <w:t>،</w:t>
      </w:r>
      <w:r w:rsidRPr="00F47107">
        <w:rPr>
          <w:sz w:val="30"/>
          <w:szCs w:val="30"/>
          <w:rtl/>
        </w:rPr>
        <w:t xml:space="preserve"> والتنفيذ والمراقبة</w:t>
      </w:r>
      <w:r w:rsidR="00A5297B">
        <w:rPr>
          <w:sz w:val="30"/>
          <w:szCs w:val="30"/>
          <w:rtl/>
          <w:cs w:val="0"/>
        </w:rPr>
        <w:t>،</w:t>
      </w:r>
      <w:r w:rsidRPr="00F47107">
        <w:rPr>
          <w:sz w:val="30"/>
          <w:szCs w:val="30"/>
          <w:rtl/>
        </w:rPr>
        <w:t xml:space="preserve"> والتقييم والتحليل</w:t>
      </w:r>
      <w:r w:rsidR="00A5297B">
        <w:rPr>
          <w:sz w:val="30"/>
          <w:szCs w:val="30"/>
          <w:rtl/>
          <w:cs w:val="0"/>
        </w:rPr>
        <w:t>،</w:t>
      </w:r>
      <w:r w:rsidRPr="00F47107">
        <w:rPr>
          <w:sz w:val="30"/>
          <w:szCs w:val="30"/>
          <w:rtl/>
        </w:rPr>
        <w:t xml:space="preserve"> والتطوير المستمر</w:t>
      </w:r>
      <w:r w:rsidR="00A5297B">
        <w:rPr>
          <w:sz w:val="30"/>
          <w:szCs w:val="30"/>
          <w:rtl/>
          <w:cs w:val="0"/>
        </w:rPr>
        <w:t>،</w:t>
      </w:r>
      <w:r w:rsidRPr="00F47107">
        <w:rPr>
          <w:sz w:val="30"/>
          <w:szCs w:val="30"/>
          <w:rtl/>
        </w:rPr>
        <w:t xml:space="preserve"> في تحسين إنتاجية الموظفين في الشركات السعودية</w:t>
      </w:r>
      <w:r w:rsidR="00A5297B">
        <w:rPr>
          <w:sz w:val="30"/>
          <w:szCs w:val="30"/>
          <w:rtl/>
          <w:cs w:val="0"/>
        </w:rPr>
        <w:t>.</w:t>
      </w:r>
      <w:r w:rsidRPr="00F47107">
        <w:rPr>
          <w:sz w:val="30"/>
          <w:szCs w:val="30"/>
          <w:rtl/>
        </w:rPr>
        <w:t xml:space="preserve"> اعتمدت الدراسة على المنهج الوصفي التحليلي</w:t>
      </w:r>
      <w:r w:rsidR="00A5297B">
        <w:rPr>
          <w:sz w:val="30"/>
          <w:szCs w:val="30"/>
          <w:rtl/>
          <w:cs w:val="0"/>
        </w:rPr>
        <w:t>،</w:t>
      </w:r>
      <w:r w:rsidRPr="00F47107">
        <w:rPr>
          <w:sz w:val="30"/>
          <w:szCs w:val="30"/>
          <w:rtl/>
        </w:rPr>
        <w:t xml:space="preserve"> واستخدمت الاستبانة لجمع البيانات</w:t>
      </w:r>
      <w:r w:rsidR="00A5297B">
        <w:rPr>
          <w:sz w:val="30"/>
          <w:szCs w:val="30"/>
          <w:rtl/>
          <w:cs w:val="0"/>
        </w:rPr>
        <w:t>.</w:t>
      </w:r>
      <w:r w:rsidRPr="00F47107">
        <w:rPr>
          <w:sz w:val="30"/>
          <w:szCs w:val="30"/>
          <w:rtl/>
        </w:rPr>
        <w:t xml:space="preserve"> تم توزيع 400 استبانة إلكترونية على عينة قصدية من الموظفين العاملين في عدد من الشركات السعودية</w:t>
      </w:r>
      <w:r w:rsidR="00A5297B">
        <w:rPr>
          <w:sz w:val="30"/>
          <w:szCs w:val="30"/>
          <w:rtl/>
          <w:cs w:val="0"/>
        </w:rPr>
        <w:t>،</w:t>
      </w:r>
      <w:r w:rsidRPr="00F47107">
        <w:rPr>
          <w:sz w:val="30"/>
          <w:szCs w:val="30"/>
          <w:rtl/>
        </w:rPr>
        <w:t xml:space="preserve"> وبلغ عدد الاستبانات الصالحة للتحليل 370 استبانة</w:t>
      </w:r>
      <w:r w:rsidR="00A5297B">
        <w:rPr>
          <w:sz w:val="30"/>
          <w:szCs w:val="30"/>
          <w:rtl/>
          <w:cs w:val="0"/>
        </w:rPr>
        <w:t>.</w:t>
      </w:r>
    </w:p>
    <w:p w14:paraId="4C23AAD4" w14:textId="220431C8" w:rsidR="00F47107" w:rsidRPr="00F47107" w:rsidRDefault="00F47107" w:rsidP="00785C0A">
      <w:pPr>
        <w:spacing w:line="276" w:lineRule="auto"/>
        <w:jc w:val="both"/>
        <w:rPr>
          <w:sz w:val="30"/>
          <w:szCs w:val="30"/>
        </w:rPr>
      </w:pPr>
      <w:r w:rsidRPr="00F47107">
        <w:rPr>
          <w:sz w:val="30"/>
          <w:szCs w:val="30"/>
          <w:rtl/>
        </w:rPr>
        <w:t>توصلت الدراسة إلى أن استراتيجيات إدارة الأداء تؤثر تأثيرا ذا دلالة إحصائية في إنتاجية الموظفين</w:t>
      </w:r>
      <w:r w:rsidR="00A5297B">
        <w:rPr>
          <w:sz w:val="30"/>
          <w:szCs w:val="30"/>
          <w:rtl/>
          <w:cs w:val="0"/>
        </w:rPr>
        <w:t>.</w:t>
      </w:r>
      <w:r w:rsidRPr="00F47107">
        <w:rPr>
          <w:sz w:val="30"/>
          <w:szCs w:val="30"/>
          <w:rtl/>
        </w:rPr>
        <w:t xml:space="preserve"> وأظهرت النتائج أن بعد التطوير المستمر كان الأكثر تأثيرا في الإنتاجية</w:t>
      </w:r>
      <w:r w:rsidR="00A5297B">
        <w:rPr>
          <w:sz w:val="30"/>
          <w:szCs w:val="30"/>
          <w:rtl/>
          <w:cs w:val="0"/>
        </w:rPr>
        <w:t>،</w:t>
      </w:r>
      <w:r w:rsidRPr="00F47107">
        <w:rPr>
          <w:sz w:val="30"/>
          <w:szCs w:val="30"/>
          <w:rtl/>
        </w:rPr>
        <w:t xml:space="preserve"> يليه التخطيط للأداء</w:t>
      </w:r>
      <w:r w:rsidR="00A5297B">
        <w:rPr>
          <w:sz w:val="30"/>
          <w:szCs w:val="30"/>
          <w:rtl/>
          <w:cs w:val="0"/>
        </w:rPr>
        <w:t>،</w:t>
      </w:r>
      <w:r w:rsidRPr="00F47107">
        <w:rPr>
          <w:sz w:val="30"/>
          <w:szCs w:val="30"/>
          <w:rtl/>
        </w:rPr>
        <w:t xml:space="preserve"> ثم التقييم والتحليل</w:t>
      </w:r>
      <w:r w:rsidR="00A5297B">
        <w:rPr>
          <w:sz w:val="30"/>
          <w:szCs w:val="30"/>
          <w:rtl/>
          <w:cs w:val="0"/>
        </w:rPr>
        <w:t>،</w:t>
      </w:r>
      <w:r w:rsidRPr="00F47107">
        <w:rPr>
          <w:sz w:val="30"/>
          <w:szCs w:val="30"/>
          <w:rtl/>
        </w:rPr>
        <w:t xml:space="preserve"> ثم التنفيذ والمراقبة</w:t>
      </w:r>
      <w:r w:rsidR="00A5297B">
        <w:rPr>
          <w:sz w:val="30"/>
          <w:szCs w:val="30"/>
          <w:rtl/>
          <w:cs w:val="0"/>
        </w:rPr>
        <w:t>.</w:t>
      </w:r>
      <w:r w:rsidRPr="00F47107">
        <w:rPr>
          <w:sz w:val="30"/>
          <w:szCs w:val="30"/>
          <w:rtl/>
        </w:rPr>
        <w:t xml:space="preserve"> كما بينت الدراسة أن التطبيق المتكامل لاستراتيجيات إدارة الأداء يساعد الموظفين على تحقيق نتائج عالية</w:t>
      </w:r>
      <w:r w:rsidR="00A5297B">
        <w:rPr>
          <w:sz w:val="30"/>
          <w:szCs w:val="30"/>
          <w:rtl/>
          <w:cs w:val="0"/>
        </w:rPr>
        <w:t>،</w:t>
      </w:r>
      <w:r w:rsidRPr="00F47107">
        <w:rPr>
          <w:sz w:val="30"/>
          <w:szCs w:val="30"/>
          <w:rtl/>
        </w:rPr>
        <w:t xml:space="preserve"> وتحسين جودة المخرجات</w:t>
      </w:r>
      <w:r w:rsidR="00A5297B">
        <w:rPr>
          <w:sz w:val="30"/>
          <w:szCs w:val="30"/>
          <w:rtl/>
          <w:cs w:val="0"/>
        </w:rPr>
        <w:t>،</w:t>
      </w:r>
      <w:r w:rsidRPr="00F47107">
        <w:rPr>
          <w:sz w:val="30"/>
          <w:szCs w:val="30"/>
          <w:rtl/>
        </w:rPr>
        <w:t xml:space="preserve"> وزيادة الالتزام والمرونة في بيئة العمل</w:t>
      </w:r>
      <w:r w:rsidR="00A5297B">
        <w:rPr>
          <w:sz w:val="30"/>
          <w:szCs w:val="30"/>
          <w:rtl/>
          <w:cs w:val="0"/>
        </w:rPr>
        <w:t>.</w:t>
      </w:r>
      <w:r w:rsidRPr="00F47107">
        <w:rPr>
          <w:sz w:val="30"/>
          <w:szCs w:val="30"/>
          <w:rtl/>
        </w:rPr>
        <w:t xml:space="preserve"> وأوصت الدراسة بتبني منهج تشاركي في تخطيط الأداء</w:t>
      </w:r>
      <w:r w:rsidR="00A5297B">
        <w:rPr>
          <w:sz w:val="30"/>
          <w:szCs w:val="30"/>
          <w:rtl/>
          <w:cs w:val="0"/>
        </w:rPr>
        <w:t>،</w:t>
      </w:r>
      <w:r w:rsidRPr="00F47107">
        <w:rPr>
          <w:sz w:val="30"/>
          <w:szCs w:val="30"/>
          <w:rtl/>
        </w:rPr>
        <w:t xml:space="preserve"> وربط التقييم بخطط تطوير حقيقية</w:t>
      </w:r>
      <w:r w:rsidR="00A5297B">
        <w:rPr>
          <w:sz w:val="30"/>
          <w:szCs w:val="30"/>
          <w:rtl/>
          <w:cs w:val="0"/>
        </w:rPr>
        <w:t>،</w:t>
      </w:r>
      <w:r w:rsidRPr="00F47107">
        <w:rPr>
          <w:sz w:val="30"/>
          <w:szCs w:val="30"/>
          <w:rtl/>
        </w:rPr>
        <w:t xml:space="preserve"> ودعم برامج التدريب والتحفيز المستمر</w:t>
      </w:r>
      <w:r w:rsidR="00A5297B">
        <w:rPr>
          <w:sz w:val="30"/>
          <w:szCs w:val="30"/>
          <w:rtl/>
          <w:cs w:val="0"/>
        </w:rPr>
        <w:t>،</w:t>
      </w:r>
      <w:r w:rsidRPr="00F47107">
        <w:rPr>
          <w:sz w:val="30"/>
          <w:szCs w:val="30"/>
          <w:rtl/>
        </w:rPr>
        <w:t xml:space="preserve"> وتعزيز دور التكنولوجيا في متابعة الأداء وتحسينه</w:t>
      </w:r>
      <w:r w:rsidR="00A5297B">
        <w:rPr>
          <w:sz w:val="30"/>
          <w:szCs w:val="30"/>
          <w:rtl/>
          <w:cs w:val="0"/>
        </w:rPr>
        <w:t>.</w:t>
      </w:r>
      <w:r w:rsidRPr="00F47107">
        <w:rPr>
          <w:sz w:val="30"/>
          <w:szCs w:val="30"/>
          <w:rtl/>
        </w:rPr>
        <w:t xml:space="preserve"> تفيد هذه الدراسة البحث الحالي بدرجة كبيرة</w:t>
      </w:r>
      <w:r w:rsidR="00A5297B">
        <w:rPr>
          <w:sz w:val="30"/>
          <w:szCs w:val="30"/>
          <w:rtl/>
          <w:cs w:val="0"/>
        </w:rPr>
        <w:t>،</w:t>
      </w:r>
      <w:r w:rsidRPr="00F47107">
        <w:rPr>
          <w:sz w:val="30"/>
          <w:szCs w:val="30"/>
          <w:rtl/>
        </w:rPr>
        <w:t xml:space="preserve"> لأنها قريبة من موضوعه ومجاله العام</w:t>
      </w:r>
      <w:r w:rsidR="00A5297B">
        <w:rPr>
          <w:sz w:val="30"/>
          <w:szCs w:val="30"/>
          <w:rtl/>
          <w:cs w:val="0"/>
        </w:rPr>
        <w:t>،</w:t>
      </w:r>
      <w:r w:rsidRPr="00F47107">
        <w:rPr>
          <w:sz w:val="30"/>
          <w:szCs w:val="30"/>
          <w:rtl/>
        </w:rPr>
        <w:t xml:space="preserve"> حيث تركز على إدارة الأداء والإنتاجية داخل البيئة السعودية</w:t>
      </w:r>
      <w:r w:rsidR="00A5297B">
        <w:rPr>
          <w:sz w:val="30"/>
          <w:szCs w:val="30"/>
          <w:rtl/>
          <w:cs w:val="0"/>
        </w:rPr>
        <w:t>.</w:t>
      </w:r>
      <w:r w:rsidRPr="00F47107">
        <w:rPr>
          <w:sz w:val="30"/>
          <w:szCs w:val="30"/>
          <w:rtl/>
        </w:rPr>
        <w:t xml:space="preserve"> كما تدعم العلاقة المباشرة بين إدارة الأداء وتحسين الإنتاجية</w:t>
      </w:r>
      <w:r w:rsidR="00A5297B">
        <w:rPr>
          <w:sz w:val="30"/>
          <w:szCs w:val="30"/>
          <w:rtl/>
          <w:cs w:val="0"/>
        </w:rPr>
        <w:t>.</w:t>
      </w:r>
    </w:p>
    <w:p w14:paraId="0F5D698D" w14:textId="75A91C68" w:rsidR="00F47107" w:rsidRPr="00F47107" w:rsidRDefault="00F47107" w:rsidP="00785C0A">
      <w:pPr>
        <w:spacing w:line="276" w:lineRule="auto"/>
        <w:jc w:val="both"/>
        <w:rPr>
          <w:sz w:val="30"/>
          <w:szCs w:val="30"/>
        </w:rPr>
      </w:pPr>
      <w:r w:rsidRPr="00F47107">
        <w:rPr>
          <w:sz w:val="30"/>
          <w:szCs w:val="30"/>
          <w:rtl/>
        </w:rPr>
        <w:t>وتناولت دراسة الدوسري (2006) أثر نظام الحوافز في زيادة وتحسين الإنتاجية لدى العاملين في إمارة الباحة بالمملكة العربية السعودية</w:t>
      </w:r>
      <w:r w:rsidR="00A5297B">
        <w:rPr>
          <w:sz w:val="30"/>
          <w:szCs w:val="30"/>
          <w:rtl/>
          <w:cs w:val="0"/>
        </w:rPr>
        <w:t>.</w:t>
      </w:r>
      <w:r w:rsidRPr="00F47107">
        <w:rPr>
          <w:sz w:val="30"/>
          <w:szCs w:val="30"/>
          <w:rtl/>
        </w:rPr>
        <w:t xml:space="preserve"> هدفت الدراسة إلى معرفة أثر نظام الحوافز في رفع إنتاجية العاملين وتحسين نوعية الأداء داخل بيئة عمل حكومية سعودية</w:t>
      </w:r>
      <w:r w:rsidR="00A5297B">
        <w:rPr>
          <w:sz w:val="30"/>
          <w:szCs w:val="30"/>
          <w:rtl/>
          <w:cs w:val="0"/>
        </w:rPr>
        <w:t>.</w:t>
      </w:r>
      <w:r w:rsidRPr="00F47107">
        <w:rPr>
          <w:sz w:val="30"/>
          <w:szCs w:val="30"/>
          <w:rtl/>
        </w:rPr>
        <w:t xml:space="preserve"> ركزت الدراسة على الحوافز المادية والمعنوية</w:t>
      </w:r>
      <w:r w:rsidR="00A5297B">
        <w:rPr>
          <w:sz w:val="30"/>
          <w:szCs w:val="30"/>
          <w:rtl/>
          <w:cs w:val="0"/>
        </w:rPr>
        <w:t>،</w:t>
      </w:r>
      <w:r w:rsidRPr="00F47107">
        <w:rPr>
          <w:sz w:val="30"/>
          <w:szCs w:val="30"/>
          <w:rtl/>
        </w:rPr>
        <w:t xml:space="preserve"> ودورها في تحفيز العاملين</w:t>
      </w:r>
      <w:r w:rsidR="00A5297B">
        <w:rPr>
          <w:sz w:val="30"/>
          <w:szCs w:val="30"/>
          <w:rtl/>
          <w:cs w:val="0"/>
        </w:rPr>
        <w:t>،</w:t>
      </w:r>
      <w:r w:rsidRPr="00F47107">
        <w:rPr>
          <w:sz w:val="30"/>
          <w:szCs w:val="30"/>
          <w:rtl/>
        </w:rPr>
        <w:t xml:space="preserve"> وتحسين الأداء</w:t>
      </w:r>
      <w:r w:rsidR="00A5297B">
        <w:rPr>
          <w:sz w:val="30"/>
          <w:szCs w:val="30"/>
          <w:rtl/>
          <w:cs w:val="0"/>
        </w:rPr>
        <w:t>،</w:t>
      </w:r>
      <w:r w:rsidRPr="00F47107">
        <w:rPr>
          <w:sz w:val="30"/>
          <w:szCs w:val="30"/>
          <w:rtl/>
        </w:rPr>
        <w:t xml:space="preserve"> وزيادة الإنتاجية</w:t>
      </w:r>
      <w:r w:rsidR="00A5297B">
        <w:rPr>
          <w:sz w:val="30"/>
          <w:szCs w:val="30"/>
          <w:rtl/>
          <w:cs w:val="0"/>
        </w:rPr>
        <w:t>.</w:t>
      </w:r>
      <w:r w:rsidRPr="00F47107">
        <w:rPr>
          <w:sz w:val="30"/>
          <w:szCs w:val="30"/>
          <w:rtl/>
        </w:rPr>
        <w:t xml:space="preserve"> وتعد هذه الدراسة من الدراسات العربية المهمة التي ربطت بين الحوافز والإنتاجية بصورة مباشرة</w:t>
      </w:r>
      <w:r w:rsidR="00A5297B">
        <w:rPr>
          <w:sz w:val="30"/>
          <w:szCs w:val="30"/>
          <w:rtl/>
          <w:cs w:val="0"/>
        </w:rPr>
        <w:t>.</w:t>
      </w:r>
    </w:p>
    <w:p w14:paraId="0DA6F43B" w14:textId="2B00E6C5" w:rsidR="00F47107" w:rsidRPr="00F47107" w:rsidRDefault="00F47107" w:rsidP="00785C0A">
      <w:pPr>
        <w:spacing w:line="276" w:lineRule="auto"/>
        <w:jc w:val="both"/>
        <w:rPr>
          <w:sz w:val="30"/>
          <w:szCs w:val="30"/>
        </w:rPr>
      </w:pPr>
      <w:r w:rsidRPr="00F47107">
        <w:rPr>
          <w:sz w:val="30"/>
          <w:szCs w:val="30"/>
          <w:rtl/>
        </w:rPr>
        <w:t>توصلت الدراسة إلى أن الحوافز المادية تمثل عاملا مؤثرا في تحسين الإنتاجية</w:t>
      </w:r>
      <w:r w:rsidR="00A5297B">
        <w:rPr>
          <w:sz w:val="30"/>
          <w:szCs w:val="30"/>
          <w:rtl/>
          <w:cs w:val="0"/>
        </w:rPr>
        <w:t>،</w:t>
      </w:r>
      <w:r w:rsidRPr="00F47107">
        <w:rPr>
          <w:sz w:val="30"/>
          <w:szCs w:val="30"/>
          <w:rtl/>
        </w:rPr>
        <w:t xml:space="preserve"> وأنها تسهم في تحسين نوعية الأداء</w:t>
      </w:r>
      <w:r w:rsidR="00A5297B">
        <w:rPr>
          <w:sz w:val="30"/>
          <w:szCs w:val="30"/>
          <w:rtl/>
          <w:cs w:val="0"/>
        </w:rPr>
        <w:t>.</w:t>
      </w:r>
      <w:r w:rsidRPr="00F47107">
        <w:rPr>
          <w:sz w:val="30"/>
          <w:szCs w:val="30"/>
          <w:rtl/>
        </w:rPr>
        <w:t xml:space="preserve"> كما بينت الدراسة أن الترقية</w:t>
      </w:r>
      <w:r w:rsidR="00A5297B">
        <w:rPr>
          <w:sz w:val="30"/>
          <w:szCs w:val="30"/>
          <w:rtl/>
          <w:cs w:val="0"/>
        </w:rPr>
        <w:t>،</w:t>
      </w:r>
      <w:r w:rsidRPr="00F47107">
        <w:rPr>
          <w:sz w:val="30"/>
          <w:szCs w:val="30"/>
          <w:rtl/>
        </w:rPr>
        <w:t xml:space="preserve"> ونظام الرواتب والأجور</w:t>
      </w:r>
      <w:r w:rsidR="00A5297B">
        <w:rPr>
          <w:sz w:val="30"/>
          <w:szCs w:val="30"/>
          <w:rtl/>
          <w:cs w:val="0"/>
        </w:rPr>
        <w:t>،</w:t>
      </w:r>
      <w:r w:rsidRPr="00F47107">
        <w:rPr>
          <w:sz w:val="30"/>
          <w:szCs w:val="30"/>
          <w:rtl/>
        </w:rPr>
        <w:t xml:space="preserve"> والمكافآت</w:t>
      </w:r>
      <w:r w:rsidR="00A5297B">
        <w:rPr>
          <w:sz w:val="30"/>
          <w:szCs w:val="30"/>
          <w:rtl/>
          <w:cs w:val="0"/>
        </w:rPr>
        <w:t>،</w:t>
      </w:r>
      <w:r w:rsidRPr="00F47107">
        <w:rPr>
          <w:sz w:val="30"/>
          <w:szCs w:val="30"/>
          <w:rtl/>
        </w:rPr>
        <w:t xml:space="preserve"> تعد أدوات فعالة في تحفيز العاملين وتحسين إنتاجيتهم</w:t>
      </w:r>
      <w:r w:rsidR="00A5297B">
        <w:rPr>
          <w:sz w:val="30"/>
          <w:szCs w:val="30"/>
          <w:rtl/>
          <w:cs w:val="0"/>
        </w:rPr>
        <w:t>.</w:t>
      </w:r>
      <w:r w:rsidRPr="00F47107">
        <w:rPr>
          <w:sz w:val="30"/>
          <w:szCs w:val="30"/>
          <w:rtl/>
        </w:rPr>
        <w:t xml:space="preserve"> وأوصت الدراسة بالتركيز على الحوافز المادية</w:t>
      </w:r>
      <w:r w:rsidR="00A5297B">
        <w:rPr>
          <w:sz w:val="30"/>
          <w:szCs w:val="30"/>
          <w:rtl/>
          <w:cs w:val="0"/>
        </w:rPr>
        <w:t>،</w:t>
      </w:r>
      <w:r w:rsidRPr="00F47107">
        <w:rPr>
          <w:sz w:val="30"/>
          <w:szCs w:val="30"/>
          <w:rtl/>
        </w:rPr>
        <w:t xml:space="preserve"> وإشراك العاملين في وضع خطط واستراتيجيات التحفيز</w:t>
      </w:r>
      <w:r w:rsidR="00A5297B">
        <w:rPr>
          <w:sz w:val="30"/>
          <w:szCs w:val="30"/>
          <w:rtl/>
          <w:cs w:val="0"/>
        </w:rPr>
        <w:t>،</w:t>
      </w:r>
      <w:r w:rsidRPr="00F47107">
        <w:rPr>
          <w:sz w:val="30"/>
          <w:szCs w:val="30"/>
          <w:rtl/>
        </w:rPr>
        <w:t xml:space="preserve"> وربط الحوافز بالأداء والإنتاجية</w:t>
      </w:r>
      <w:r w:rsidR="00A5297B">
        <w:rPr>
          <w:sz w:val="30"/>
          <w:szCs w:val="30"/>
          <w:rtl/>
          <w:cs w:val="0"/>
        </w:rPr>
        <w:t>.</w:t>
      </w:r>
      <w:r w:rsidRPr="00F47107">
        <w:rPr>
          <w:sz w:val="30"/>
          <w:szCs w:val="30"/>
          <w:rtl/>
        </w:rPr>
        <w:t xml:space="preserve"> تفيد هذه الدراسة البحث الحالي في دعم بعد الحوافز </w:t>
      </w:r>
      <w:r w:rsidRPr="00F47107">
        <w:rPr>
          <w:sz w:val="30"/>
          <w:szCs w:val="30"/>
          <w:rtl/>
        </w:rPr>
        <w:lastRenderedPageBreak/>
        <w:t>والتطوير</w:t>
      </w:r>
      <w:r w:rsidR="00A5297B">
        <w:rPr>
          <w:sz w:val="30"/>
          <w:szCs w:val="30"/>
          <w:rtl/>
          <w:cs w:val="0"/>
        </w:rPr>
        <w:t>،</w:t>
      </w:r>
      <w:r w:rsidRPr="00F47107">
        <w:rPr>
          <w:sz w:val="30"/>
          <w:szCs w:val="30"/>
          <w:rtl/>
        </w:rPr>
        <w:t xml:space="preserve"> حيث تؤكد أن الحوافز لا تحقق أثرها الكامل إلا عندما ترتبط بمستوى الأداء والإنتاجية</w:t>
      </w:r>
      <w:r w:rsidR="00A5297B">
        <w:rPr>
          <w:sz w:val="30"/>
          <w:szCs w:val="30"/>
          <w:rtl/>
          <w:cs w:val="0"/>
        </w:rPr>
        <w:t>.</w:t>
      </w:r>
      <w:r w:rsidRPr="00F47107">
        <w:rPr>
          <w:sz w:val="30"/>
          <w:szCs w:val="30"/>
          <w:rtl/>
        </w:rPr>
        <w:t xml:space="preserve"> كما تساعد في تفسير أثر الحوافز على دافعية العاملين داخل شركة إنتاجية مثل شركة مصنع تمور القصيم المحدودة</w:t>
      </w:r>
      <w:r w:rsidR="00A5297B">
        <w:rPr>
          <w:sz w:val="30"/>
          <w:szCs w:val="30"/>
          <w:rtl/>
          <w:cs w:val="0"/>
        </w:rPr>
        <w:t>.</w:t>
      </w:r>
    </w:p>
    <w:p w14:paraId="58F44324" w14:textId="7A10C92D" w:rsidR="00F47107" w:rsidRPr="00F47107" w:rsidRDefault="00F47107" w:rsidP="00785C0A">
      <w:pPr>
        <w:spacing w:line="276" w:lineRule="auto"/>
        <w:jc w:val="both"/>
        <w:rPr>
          <w:sz w:val="30"/>
          <w:szCs w:val="30"/>
        </w:rPr>
      </w:pPr>
      <w:r w:rsidRPr="00F47107">
        <w:rPr>
          <w:sz w:val="30"/>
          <w:szCs w:val="30"/>
          <w:rtl/>
        </w:rPr>
        <w:t>وتناولت دراسة العجمي (2018) أثر ممارسات إدارة الموارد البشرية في أداء العاملين</w:t>
      </w:r>
      <w:r w:rsidR="00A5297B">
        <w:rPr>
          <w:sz w:val="30"/>
          <w:szCs w:val="30"/>
          <w:rtl/>
          <w:cs w:val="0"/>
        </w:rPr>
        <w:t>،</w:t>
      </w:r>
      <w:r w:rsidRPr="00F47107">
        <w:rPr>
          <w:sz w:val="30"/>
          <w:szCs w:val="30"/>
          <w:rtl/>
        </w:rPr>
        <w:t xml:space="preserve"> والدور الوسيط لضغوط العمل</w:t>
      </w:r>
      <w:r w:rsidR="00A5297B">
        <w:rPr>
          <w:sz w:val="30"/>
          <w:szCs w:val="30"/>
          <w:rtl/>
          <w:cs w:val="0"/>
        </w:rPr>
        <w:t>،</w:t>
      </w:r>
      <w:r w:rsidRPr="00F47107">
        <w:rPr>
          <w:sz w:val="30"/>
          <w:szCs w:val="30"/>
          <w:rtl/>
        </w:rPr>
        <w:t xml:space="preserve"> من خلال دراسة ميدانية في شركة البترول الوطنية الكويتية</w:t>
      </w:r>
      <w:r w:rsidR="00A5297B">
        <w:rPr>
          <w:sz w:val="30"/>
          <w:szCs w:val="30"/>
          <w:rtl/>
          <w:cs w:val="0"/>
        </w:rPr>
        <w:t>.</w:t>
      </w:r>
      <w:r w:rsidRPr="00F47107">
        <w:rPr>
          <w:sz w:val="30"/>
          <w:szCs w:val="30"/>
          <w:rtl/>
        </w:rPr>
        <w:t xml:space="preserve"> هدفت الدراسة إلى التعرف على أثر ممارسات إدارة الموارد البشرية في أداء العاملين</w:t>
      </w:r>
      <w:r w:rsidR="00A5297B">
        <w:rPr>
          <w:sz w:val="30"/>
          <w:szCs w:val="30"/>
          <w:rtl/>
          <w:cs w:val="0"/>
        </w:rPr>
        <w:t>،</w:t>
      </w:r>
      <w:r w:rsidRPr="00F47107">
        <w:rPr>
          <w:sz w:val="30"/>
          <w:szCs w:val="30"/>
          <w:rtl/>
        </w:rPr>
        <w:t xml:space="preserve"> وشملت الممارسات محل الدراسة الاختيار والتعيين</w:t>
      </w:r>
      <w:r w:rsidR="00A5297B">
        <w:rPr>
          <w:sz w:val="30"/>
          <w:szCs w:val="30"/>
          <w:rtl/>
          <w:cs w:val="0"/>
        </w:rPr>
        <w:t>،</w:t>
      </w:r>
      <w:r w:rsidRPr="00F47107">
        <w:rPr>
          <w:sz w:val="30"/>
          <w:szCs w:val="30"/>
          <w:rtl/>
        </w:rPr>
        <w:t xml:space="preserve"> والتعويضات والحوافز</w:t>
      </w:r>
      <w:r w:rsidR="00A5297B">
        <w:rPr>
          <w:sz w:val="30"/>
          <w:szCs w:val="30"/>
          <w:rtl/>
          <w:cs w:val="0"/>
        </w:rPr>
        <w:t>،</w:t>
      </w:r>
      <w:r w:rsidRPr="00F47107">
        <w:rPr>
          <w:sz w:val="30"/>
          <w:szCs w:val="30"/>
          <w:rtl/>
        </w:rPr>
        <w:t xml:space="preserve"> وإدارة تقييم الأداء</w:t>
      </w:r>
      <w:r w:rsidR="00A5297B">
        <w:rPr>
          <w:sz w:val="30"/>
          <w:szCs w:val="30"/>
          <w:rtl/>
          <w:cs w:val="0"/>
        </w:rPr>
        <w:t>.</w:t>
      </w:r>
      <w:r w:rsidRPr="00F47107">
        <w:rPr>
          <w:sz w:val="30"/>
          <w:szCs w:val="30"/>
          <w:rtl/>
        </w:rPr>
        <w:t xml:space="preserve"> تكون مجتمع الدراسة من الإداريين في شركة البترول الوطنية الكويتية</w:t>
      </w:r>
      <w:r w:rsidR="00A5297B">
        <w:rPr>
          <w:sz w:val="30"/>
          <w:szCs w:val="30"/>
          <w:rtl/>
          <w:cs w:val="0"/>
        </w:rPr>
        <w:t>،</w:t>
      </w:r>
      <w:r w:rsidRPr="00F47107">
        <w:rPr>
          <w:sz w:val="30"/>
          <w:szCs w:val="30"/>
          <w:rtl/>
        </w:rPr>
        <w:t xml:space="preserve"> وبلغ عددهم 860 إداريا</w:t>
      </w:r>
      <w:r w:rsidR="00A5297B">
        <w:rPr>
          <w:sz w:val="30"/>
          <w:szCs w:val="30"/>
          <w:rtl/>
          <w:cs w:val="0"/>
        </w:rPr>
        <w:t>.</w:t>
      </w:r>
      <w:r w:rsidRPr="00F47107">
        <w:rPr>
          <w:sz w:val="30"/>
          <w:szCs w:val="30"/>
          <w:rtl/>
        </w:rPr>
        <w:t xml:space="preserve"> واستخدمت الدراسة عينة عشوائية بسيطة مكونة من 266 مديرا</w:t>
      </w:r>
      <w:r w:rsidR="00A5297B">
        <w:rPr>
          <w:sz w:val="30"/>
          <w:szCs w:val="30"/>
          <w:rtl/>
          <w:cs w:val="0"/>
        </w:rPr>
        <w:t>،</w:t>
      </w:r>
      <w:r w:rsidRPr="00F47107">
        <w:rPr>
          <w:sz w:val="30"/>
          <w:szCs w:val="30"/>
          <w:rtl/>
        </w:rPr>
        <w:t xml:space="preserve"> وتم استرداد 224 استبانة صالحة للتحليل</w:t>
      </w:r>
      <w:r w:rsidR="00A5297B">
        <w:rPr>
          <w:sz w:val="30"/>
          <w:szCs w:val="30"/>
          <w:rtl/>
          <w:cs w:val="0"/>
        </w:rPr>
        <w:t>،</w:t>
      </w:r>
      <w:r w:rsidRPr="00F47107">
        <w:rPr>
          <w:sz w:val="30"/>
          <w:szCs w:val="30"/>
          <w:rtl/>
        </w:rPr>
        <w:t xml:space="preserve"> بنسبة استرداد بلغت 84</w:t>
      </w:r>
      <w:r w:rsidR="00A5297B">
        <w:rPr>
          <w:sz w:val="30"/>
          <w:szCs w:val="30"/>
          <w:rtl/>
          <w:cs w:val="0"/>
        </w:rPr>
        <w:t>.</w:t>
      </w:r>
      <w:r w:rsidRPr="00F47107">
        <w:rPr>
          <w:sz w:val="30"/>
          <w:szCs w:val="30"/>
          <w:rtl/>
        </w:rPr>
        <w:t>2</w:t>
      </w:r>
      <w:r w:rsidRPr="00F47107">
        <w:rPr>
          <w:sz w:val="30"/>
          <w:szCs w:val="30"/>
        </w:rPr>
        <w:t>%</w:t>
      </w:r>
      <w:r w:rsidR="00A5297B">
        <w:rPr>
          <w:sz w:val="30"/>
          <w:szCs w:val="30"/>
          <w:rtl/>
          <w:cs w:val="0"/>
        </w:rPr>
        <w:t>.</w:t>
      </w:r>
    </w:p>
    <w:p w14:paraId="2DC08F66" w14:textId="2B9DE624" w:rsidR="00F47107" w:rsidRPr="00F47107" w:rsidRDefault="00F47107" w:rsidP="00785C0A">
      <w:pPr>
        <w:spacing w:line="276" w:lineRule="auto"/>
        <w:jc w:val="both"/>
        <w:rPr>
          <w:sz w:val="30"/>
          <w:szCs w:val="30"/>
        </w:rPr>
      </w:pPr>
      <w:r w:rsidRPr="00F47107">
        <w:rPr>
          <w:sz w:val="30"/>
          <w:szCs w:val="30"/>
          <w:rtl/>
        </w:rPr>
        <w:t>توصلت الدراسة إلى وجود أثر ذي دلالة إحصائية لممارسات إدارة الموارد البشرية بأبعادها مجتمعة في أداء العاملين</w:t>
      </w:r>
      <w:r w:rsidR="00A5297B">
        <w:rPr>
          <w:sz w:val="30"/>
          <w:szCs w:val="30"/>
          <w:rtl/>
          <w:cs w:val="0"/>
        </w:rPr>
        <w:t>.</w:t>
      </w:r>
      <w:r w:rsidRPr="00F47107">
        <w:rPr>
          <w:sz w:val="30"/>
          <w:szCs w:val="30"/>
          <w:rtl/>
        </w:rPr>
        <w:t xml:space="preserve"> كما أظهرت النتائج وجود أثر ذي دلالة إحصائية للتعويضات والحوافز في أداء الموظفين</w:t>
      </w:r>
      <w:r w:rsidR="00A5297B">
        <w:rPr>
          <w:sz w:val="30"/>
          <w:szCs w:val="30"/>
          <w:rtl/>
          <w:cs w:val="0"/>
        </w:rPr>
        <w:t>،</w:t>
      </w:r>
      <w:r w:rsidRPr="00F47107">
        <w:rPr>
          <w:sz w:val="30"/>
          <w:szCs w:val="30"/>
          <w:rtl/>
        </w:rPr>
        <w:t xml:space="preserve"> ووجود أثر ذي دلالة إحصائية لإدارة تقييم الأداء في أداء العاملين</w:t>
      </w:r>
      <w:r w:rsidR="00A5297B">
        <w:rPr>
          <w:sz w:val="30"/>
          <w:szCs w:val="30"/>
          <w:rtl/>
          <w:cs w:val="0"/>
        </w:rPr>
        <w:t>.</w:t>
      </w:r>
      <w:r w:rsidRPr="00F47107">
        <w:rPr>
          <w:sz w:val="30"/>
          <w:szCs w:val="30"/>
          <w:rtl/>
        </w:rPr>
        <w:t xml:space="preserve"> وأوصت الدراسة بتفعيل دور ممارسات إدارة الموارد البشرية</w:t>
      </w:r>
      <w:r w:rsidR="00A5297B">
        <w:rPr>
          <w:sz w:val="30"/>
          <w:szCs w:val="30"/>
          <w:rtl/>
          <w:cs w:val="0"/>
        </w:rPr>
        <w:t>،</w:t>
      </w:r>
      <w:r w:rsidRPr="00F47107">
        <w:rPr>
          <w:sz w:val="30"/>
          <w:szCs w:val="30"/>
          <w:rtl/>
        </w:rPr>
        <w:t xml:space="preserve"> ووضع آليات فاعلة لضبطها وضمان </w:t>
      </w:r>
      <w:proofErr w:type="spellStart"/>
      <w:r w:rsidRPr="00F47107">
        <w:rPr>
          <w:sz w:val="30"/>
          <w:szCs w:val="30"/>
          <w:rtl/>
        </w:rPr>
        <w:t>موضوعيتها</w:t>
      </w:r>
      <w:proofErr w:type="spellEnd"/>
      <w:r w:rsidR="00A5297B">
        <w:rPr>
          <w:sz w:val="30"/>
          <w:szCs w:val="30"/>
          <w:rtl/>
          <w:cs w:val="0"/>
        </w:rPr>
        <w:t>،</w:t>
      </w:r>
      <w:r w:rsidRPr="00F47107">
        <w:rPr>
          <w:sz w:val="30"/>
          <w:szCs w:val="30"/>
          <w:rtl/>
        </w:rPr>
        <w:t xml:space="preserve"> وتطوير نظام المكافآت حتى يتصف بالعدالة بين العاملين</w:t>
      </w:r>
      <w:r w:rsidR="00A5297B">
        <w:rPr>
          <w:sz w:val="30"/>
          <w:szCs w:val="30"/>
          <w:rtl/>
          <w:cs w:val="0"/>
        </w:rPr>
        <w:t>.</w:t>
      </w:r>
      <w:r w:rsidRPr="00F47107">
        <w:rPr>
          <w:sz w:val="30"/>
          <w:szCs w:val="30"/>
          <w:rtl/>
        </w:rPr>
        <w:t xml:space="preserve"> تفيد هذه الدراسة البحث الحالي في دعم العلاقة بين تقييم الأداء والحوافز من جهة</w:t>
      </w:r>
      <w:r w:rsidR="00A5297B">
        <w:rPr>
          <w:sz w:val="30"/>
          <w:szCs w:val="30"/>
          <w:rtl/>
          <w:cs w:val="0"/>
        </w:rPr>
        <w:t>،</w:t>
      </w:r>
      <w:r w:rsidRPr="00F47107">
        <w:rPr>
          <w:sz w:val="30"/>
          <w:szCs w:val="30"/>
          <w:rtl/>
        </w:rPr>
        <w:t xml:space="preserve"> وتحسين أداء العاملين من جهة أخرى</w:t>
      </w:r>
      <w:r w:rsidR="00A5297B">
        <w:rPr>
          <w:sz w:val="30"/>
          <w:szCs w:val="30"/>
          <w:rtl/>
          <w:cs w:val="0"/>
        </w:rPr>
        <w:t>.</w:t>
      </w:r>
      <w:r w:rsidRPr="00F47107">
        <w:rPr>
          <w:sz w:val="30"/>
          <w:szCs w:val="30"/>
          <w:rtl/>
        </w:rPr>
        <w:t xml:space="preserve"> كما تقدم دليلا تطبيقيا من شركة إنتاجية كبيرة في قطاع الطاقة</w:t>
      </w:r>
      <w:r w:rsidR="00A5297B">
        <w:rPr>
          <w:sz w:val="30"/>
          <w:szCs w:val="30"/>
          <w:rtl/>
          <w:cs w:val="0"/>
        </w:rPr>
        <w:t>،</w:t>
      </w:r>
      <w:r w:rsidRPr="00F47107">
        <w:rPr>
          <w:sz w:val="30"/>
          <w:szCs w:val="30"/>
          <w:rtl/>
        </w:rPr>
        <w:t xml:space="preserve"> وهو ما يجعلها قريبة من منطق الدراسة الحالية التي تطبق على شركة إنتاجية</w:t>
      </w:r>
      <w:r w:rsidR="00A5297B">
        <w:rPr>
          <w:sz w:val="30"/>
          <w:szCs w:val="30"/>
          <w:rtl/>
          <w:cs w:val="0"/>
        </w:rPr>
        <w:t>.</w:t>
      </w:r>
    </w:p>
    <w:p w14:paraId="4F4A154B" w14:textId="5D724CD5" w:rsidR="00F47107" w:rsidRPr="00F47107" w:rsidRDefault="00F47107" w:rsidP="00785C0A">
      <w:pPr>
        <w:spacing w:line="276" w:lineRule="auto"/>
        <w:jc w:val="both"/>
        <w:rPr>
          <w:sz w:val="30"/>
          <w:szCs w:val="30"/>
        </w:rPr>
      </w:pPr>
      <w:r w:rsidRPr="00F47107">
        <w:rPr>
          <w:sz w:val="30"/>
          <w:szCs w:val="30"/>
          <w:rtl/>
        </w:rPr>
        <w:t>وتناولت دراسة الحربي (2012) أثر التدريب الإلكتروني على الأداء الوظيفي للعاملين بالتطبيق على شركات الاتصالات المتنقلة في المملكة العربية السعودية</w:t>
      </w:r>
      <w:r w:rsidR="00A5297B">
        <w:rPr>
          <w:sz w:val="30"/>
          <w:szCs w:val="30"/>
          <w:rtl/>
          <w:cs w:val="0"/>
        </w:rPr>
        <w:t>.</w:t>
      </w:r>
      <w:r w:rsidRPr="00F47107">
        <w:rPr>
          <w:sz w:val="30"/>
          <w:szCs w:val="30"/>
          <w:rtl/>
        </w:rPr>
        <w:t xml:space="preserve"> هدفت الدراسة إلى بحث أثر التدريب الإلكتروني في تحسين الأداء الوظيفي للعاملين في شركات الاتصالات المتنقلة</w:t>
      </w:r>
      <w:r w:rsidR="00A5297B">
        <w:rPr>
          <w:sz w:val="30"/>
          <w:szCs w:val="30"/>
          <w:rtl/>
          <w:cs w:val="0"/>
        </w:rPr>
        <w:t>.</w:t>
      </w:r>
      <w:r w:rsidRPr="00F47107">
        <w:rPr>
          <w:sz w:val="30"/>
          <w:szCs w:val="30"/>
          <w:rtl/>
        </w:rPr>
        <w:t xml:space="preserve"> وتكتسب هذه الدراسة أهمية خاصة لأنها طبقت في البيئة السعودية</w:t>
      </w:r>
      <w:r w:rsidR="00A5297B">
        <w:rPr>
          <w:sz w:val="30"/>
          <w:szCs w:val="30"/>
          <w:rtl/>
          <w:cs w:val="0"/>
        </w:rPr>
        <w:t>،</w:t>
      </w:r>
      <w:r w:rsidRPr="00F47107">
        <w:rPr>
          <w:sz w:val="30"/>
          <w:szCs w:val="30"/>
          <w:rtl/>
        </w:rPr>
        <w:t xml:space="preserve"> وركزت على التدريب بوصفه مدخلا لتطوير أداء العاملين</w:t>
      </w:r>
      <w:r w:rsidR="00A5297B">
        <w:rPr>
          <w:sz w:val="30"/>
          <w:szCs w:val="30"/>
          <w:rtl/>
          <w:cs w:val="0"/>
        </w:rPr>
        <w:t>.</w:t>
      </w:r>
      <w:r w:rsidRPr="00F47107">
        <w:rPr>
          <w:sz w:val="30"/>
          <w:szCs w:val="30"/>
          <w:rtl/>
        </w:rPr>
        <w:t xml:space="preserve"> كما ترتبط هذه الدراسة بالبحث الحالي من زاوية بعد الحوافز والتطوير</w:t>
      </w:r>
      <w:r w:rsidR="00A5297B">
        <w:rPr>
          <w:sz w:val="30"/>
          <w:szCs w:val="30"/>
          <w:rtl/>
          <w:cs w:val="0"/>
        </w:rPr>
        <w:t>،</w:t>
      </w:r>
      <w:r w:rsidRPr="00F47107">
        <w:rPr>
          <w:sz w:val="30"/>
          <w:szCs w:val="30"/>
          <w:rtl/>
        </w:rPr>
        <w:t xml:space="preserve"> لأن تطوير العاملين يمثل أحد مخرجات نظام إدارة الأداء الفعال</w:t>
      </w:r>
      <w:r w:rsidR="00A5297B">
        <w:rPr>
          <w:sz w:val="30"/>
          <w:szCs w:val="30"/>
          <w:rtl/>
          <w:cs w:val="0"/>
        </w:rPr>
        <w:t>.</w:t>
      </w:r>
    </w:p>
    <w:p w14:paraId="681FC4E5" w14:textId="2506E9F9" w:rsidR="00472BF3" w:rsidRDefault="00F47107" w:rsidP="00472BF3">
      <w:pPr>
        <w:spacing w:line="276" w:lineRule="auto"/>
        <w:jc w:val="both"/>
        <w:rPr>
          <w:sz w:val="30"/>
          <w:szCs w:val="30"/>
          <w:rtl/>
        </w:rPr>
      </w:pPr>
      <w:r w:rsidRPr="00F47107">
        <w:rPr>
          <w:sz w:val="30"/>
          <w:szCs w:val="30"/>
          <w:rtl/>
        </w:rPr>
        <w:t>تفيد هذه الدراسة البحث الحالي في تأكيد أن تحسين أداء العاملين يحتاج إلى تطوير مهاراتهم بوسائل تدريبية مناسبة</w:t>
      </w:r>
      <w:r w:rsidR="00A5297B">
        <w:rPr>
          <w:sz w:val="30"/>
          <w:szCs w:val="30"/>
          <w:rtl/>
          <w:cs w:val="0"/>
        </w:rPr>
        <w:t>.</w:t>
      </w:r>
      <w:r w:rsidRPr="00F47107">
        <w:rPr>
          <w:sz w:val="30"/>
          <w:szCs w:val="30"/>
          <w:rtl/>
        </w:rPr>
        <w:t xml:space="preserve"> كما توضح أن التدريب لا يجب أن ينفصل عن احتياجات العمل الفعلية</w:t>
      </w:r>
      <w:r w:rsidR="00A5297B">
        <w:rPr>
          <w:sz w:val="30"/>
          <w:szCs w:val="30"/>
          <w:rtl/>
          <w:cs w:val="0"/>
        </w:rPr>
        <w:t>.</w:t>
      </w:r>
      <w:r w:rsidRPr="00F47107">
        <w:rPr>
          <w:sz w:val="30"/>
          <w:szCs w:val="30"/>
          <w:rtl/>
        </w:rPr>
        <w:t xml:space="preserve"> ففي شركة مصنع تمور القصيم المحدودة</w:t>
      </w:r>
      <w:r w:rsidR="00A5297B">
        <w:rPr>
          <w:sz w:val="30"/>
          <w:szCs w:val="30"/>
          <w:rtl/>
          <w:cs w:val="0"/>
        </w:rPr>
        <w:t>،</w:t>
      </w:r>
      <w:r w:rsidRPr="00F47107">
        <w:rPr>
          <w:sz w:val="30"/>
          <w:szCs w:val="30"/>
          <w:rtl/>
        </w:rPr>
        <w:t xml:space="preserve"> تظهر قيمة التدريب عندما يوجه لمعالجة أخطاء الإنتاج</w:t>
      </w:r>
      <w:r w:rsidR="00A5297B">
        <w:rPr>
          <w:sz w:val="30"/>
          <w:szCs w:val="30"/>
          <w:rtl/>
          <w:cs w:val="0"/>
        </w:rPr>
        <w:t>،</w:t>
      </w:r>
      <w:r w:rsidRPr="00F47107">
        <w:rPr>
          <w:sz w:val="30"/>
          <w:szCs w:val="30"/>
          <w:rtl/>
        </w:rPr>
        <w:t xml:space="preserve"> أو تحسين جودة التعبئة</w:t>
      </w:r>
      <w:r w:rsidR="00A5297B">
        <w:rPr>
          <w:sz w:val="30"/>
          <w:szCs w:val="30"/>
          <w:rtl/>
          <w:cs w:val="0"/>
        </w:rPr>
        <w:t>،</w:t>
      </w:r>
      <w:r w:rsidRPr="00F47107">
        <w:rPr>
          <w:sz w:val="30"/>
          <w:szCs w:val="30"/>
          <w:rtl/>
        </w:rPr>
        <w:t xml:space="preserve"> أو رفع كفاءة استخدام الوقت والموارد</w:t>
      </w:r>
      <w:r w:rsidR="00A5297B">
        <w:rPr>
          <w:sz w:val="30"/>
          <w:szCs w:val="30"/>
          <w:rtl/>
          <w:cs w:val="0"/>
        </w:rPr>
        <w:t>،</w:t>
      </w:r>
      <w:r w:rsidRPr="00F47107">
        <w:rPr>
          <w:sz w:val="30"/>
          <w:szCs w:val="30"/>
          <w:rtl/>
        </w:rPr>
        <w:t xml:space="preserve"> أو تقليل الهدر في العمليات التشغيلية</w:t>
      </w:r>
      <w:r w:rsidR="00A5297B">
        <w:rPr>
          <w:sz w:val="30"/>
          <w:szCs w:val="30"/>
          <w:rtl/>
          <w:cs w:val="0"/>
        </w:rPr>
        <w:t>.</w:t>
      </w:r>
    </w:p>
    <w:p w14:paraId="6F75C582" w14:textId="77777777" w:rsidR="00472BF3" w:rsidRDefault="00472BF3" w:rsidP="00472BF3">
      <w:pPr>
        <w:spacing w:line="276" w:lineRule="auto"/>
        <w:jc w:val="both"/>
        <w:rPr>
          <w:sz w:val="30"/>
          <w:szCs w:val="30"/>
          <w:rtl/>
        </w:rPr>
      </w:pPr>
    </w:p>
    <w:p w14:paraId="34DBDA56" w14:textId="77777777" w:rsidR="00472BF3" w:rsidRDefault="00472BF3" w:rsidP="00472BF3">
      <w:pPr>
        <w:spacing w:line="276" w:lineRule="auto"/>
        <w:jc w:val="both"/>
        <w:rPr>
          <w:sz w:val="30"/>
          <w:szCs w:val="30"/>
          <w:rtl/>
        </w:rPr>
      </w:pPr>
    </w:p>
    <w:p w14:paraId="39810766" w14:textId="77777777" w:rsidR="00472BF3" w:rsidRPr="00F47107" w:rsidRDefault="00472BF3" w:rsidP="00472BF3">
      <w:pPr>
        <w:spacing w:line="276" w:lineRule="auto"/>
        <w:jc w:val="both"/>
        <w:rPr>
          <w:sz w:val="30"/>
          <w:szCs w:val="30"/>
          <w:cs w:val="0"/>
        </w:rPr>
      </w:pPr>
    </w:p>
    <w:p w14:paraId="71170F73" w14:textId="642B438F" w:rsidR="00F47107" w:rsidRPr="00F47107" w:rsidRDefault="00F47107" w:rsidP="00785C0A">
      <w:pPr>
        <w:spacing w:line="276" w:lineRule="auto"/>
        <w:jc w:val="both"/>
        <w:rPr>
          <w:sz w:val="30"/>
          <w:szCs w:val="30"/>
        </w:rPr>
      </w:pPr>
    </w:p>
    <w:p w14:paraId="1CB896B5" w14:textId="610F3201" w:rsidR="00F47107" w:rsidRPr="00447966" w:rsidRDefault="00F47107" w:rsidP="00472BF3">
      <w:pPr>
        <w:pStyle w:val="NoSpacing"/>
      </w:pPr>
      <w:bookmarkStart w:id="232" w:name="_Toc233579512"/>
      <w:bookmarkStart w:id="233" w:name="_Toc233579669"/>
      <w:r w:rsidRPr="00447966">
        <w:rPr>
          <w:rtl/>
        </w:rPr>
        <w:lastRenderedPageBreak/>
        <w:t>الدراسات الأجنبية</w:t>
      </w:r>
      <w:bookmarkEnd w:id="232"/>
      <w:bookmarkEnd w:id="233"/>
    </w:p>
    <w:p w14:paraId="707A4ED4" w14:textId="5E284FE0" w:rsidR="00F47107" w:rsidRPr="00F47107" w:rsidRDefault="00F47107" w:rsidP="00785C0A">
      <w:pPr>
        <w:spacing w:line="276" w:lineRule="auto"/>
        <w:jc w:val="both"/>
        <w:rPr>
          <w:sz w:val="30"/>
          <w:szCs w:val="30"/>
        </w:rPr>
      </w:pPr>
      <w:r w:rsidRPr="00F47107">
        <w:rPr>
          <w:sz w:val="30"/>
          <w:szCs w:val="30"/>
          <w:rtl/>
        </w:rPr>
        <w:t>تناولت دراسة</w:t>
      </w:r>
      <w:r w:rsidRPr="00F47107">
        <w:rPr>
          <w:sz w:val="30"/>
          <w:szCs w:val="30"/>
        </w:rPr>
        <w:t xml:space="preserve"> </w:t>
      </w:r>
      <w:proofErr w:type="spellStart"/>
      <w:r w:rsidRPr="00F47107">
        <w:rPr>
          <w:sz w:val="30"/>
          <w:szCs w:val="30"/>
        </w:rPr>
        <w:t>DeNisi</w:t>
      </w:r>
      <w:proofErr w:type="spellEnd"/>
      <w:r w:rsidRPr="00F47107">
        <w:rPr>
          <w:sz w:val="30"/>
          <w:szCs w:val="30"/>
        </w:rPr>
        <w:t xml:space="preserve"> </w:t>
      </w:r>
      <w:proofErr w:type="spellStart"/>
      <w:r w:rsidRPr="00F47107">
        <w:rPr>
          <w:sz w:val="30"/>
          <w:szCs w:val="30"/>
        </w:rPr>
        <w:t>and</w:t>
      </w:r>
      <w:proofErr w:type="spellEnd"/>
      <w:r w:rsidRPr="00F47107">
        <w:rPr>
          <w:sz w:val="30"/>
          <w:szCs w:val="30"/>
        </w:rPr>
        <w:t xml:space="preserve"> </w:t>
      </w:r>
      <w:proofErr w:type="spellStart"/>
      <w:r w:rsidRPr="00F47107">
        <w:rPr>
          <w:sz w:val="30"/>
          <w:szCs w:val="30"/>
        </w:rPr>
        <w:t>Murphy</w:t>
      </w:r>
      <w:proofErr w:type="spellEnd"/>
      <w:r w:rsidRPr="00F47107">
        <w:rPr>
          <w:sz w:val="30"/>
          <w:szCs w:val="30"/>
        </w:rPr>
        <w:t xml:space="preserve"> (2017) </w:t>
      </w:r>
      <w:r w:rsidRPr="00F47107">
        <w:rPr>
          <w:sz w:val="30"/>
          <w:szCs w:val="30"/>
          <w:rtl/>
        </w:rPr>
        <w:t>تطور بحوث تقييم الأداء وإدارة الأداء خلال مئة عام</w:t>
      </w:r>
      <w:r w:rsidR="00A5297B">
        <w:rPr>
          <w:sz w:val="30"/>
          <w:szCs w:val="30"/>
          <w:rtl/>
          <w:cs w:val="0"/>
        </w:rPr>
        <w:t>.</w:t>
      </w:r>
      <w:r w:rsidRPr="00F47107">
        <w:rPr>
          <w:sz w:val="30"/>
          <w:szCs w:val="30"/>
          <w:rtl/>
        </w:rPr>
        <w:t xml:space="preserve"> هدفت الدراسة إلى مراجعة الأدبيات العلمية المنشورة حول تقييم الأداء وإدارة الأداء</w:t>
      </w:r>
      <w:r w:rsidR="00A5297B">
        <w:rPr>
          <w:sz w:val="30"/>
          <w:szCs w:val="30"/>
          <w:rtl/>
          <w:cs w:val="0"/>
        </w:rPr>
        <w:t>،</w:t>
      </w:r>
      <w:r w:rsidRPr="00F47107">
        <w:rPr>
          <w:sz w:val="30"/>
          <w:szCs w:val="30"/>
          <w:rtl/>
        </w:rPr>
        <w:t xml:space="preserve"> مع التركيز على عدد من المحاور</w:t>
      </w:r>
      <w:r w:rsidR="00A5297B">
        <w:rPr>
          <w:sz w:val="30"/>
          <w:szCs w:val="30"/>
          <w:rtl/>
          <w:cs w:val="0"/>
        </w:rPr>
        <w:t>،</w:t>
      </w:r>
      <w:r w:rsidRPr="00F47107">
        <w:rPr>
          <w:sz w:val="30"/>
          <w:szCs w:val="30"/>
          <w:rtl/>
        </w:rPr>
        <w:t xml:space="preserve"> منها أشكال مقاييس التقييم</w:t>
      </w:r>
      <w:r w:rsidR="00A5297B">
        <w:rPr>
          <w:sz w:val="30"/>
          <w:szCs w:val="30"/>
          <w:rtl/>
          <w:cs w:val="0"/>
        </w:rPr>
        <w:t>،</w:t>
      </w:r>
      <w:r w:rsidRPr="00F47107">
        <w:rPr>
          <w:sz w:val="30"/>
          <w:szCs w:val="30"/>
          <w:rtl/>
        </w:rPr>
        <w:t xml:space="preserve"> ومعايير الحكم على التقييم</w:t>
      </w:r>
      <w:r w:rsidR="00A5297B">
        <w:rPr>
          <w:sz w:val="30"/>
          <w:szCs w:val="30"/>
          <w:rtl/>
          <w:cs w:val="0"/>
        </w:rPr>
        <w:t>،</w:t>
      </w:r>
      <w:r w:rsidRPr="00F47107">
        <w:rPr>
          <w:sz w:val="30"/>
          <w:szCs w:val="30"/>
          <w:rtl/>
        </w:rPr>
        <w:t xml:space="preserve"> وتدريب المقيمين</w:t>
      </w:r>
      <w:r w:rsidR="00A5297B">
        <w:rPr>
          <w:sz w:val="30"/>
          <w:szCs w:val="30"/>
          <w:rtl/>
          <w:cs w:val="0"/>
        </w:rPr>
        <w:t>،</w:t>
      </w:r>
      <w:r w:rsidRPr="00F47107">
        <w:rPr>
          <w:sz w:val="30"/>
          <w:szCs w:val="30"/>
          <w:rtl/>
        </w:rPr>
        <w:t xml:space="preserve"> وردود فعل العاملين تجاه التقييم</w:t>
      </w:r>
      <w:r w:rsidR="00A5297B">
        <w:rPr>
          <w:sz w:val="30"/>
          <w:szCs w:val="30"/>
          <w:rtl/>
          <w:cs w:val="0"/>
        </w:rPr>
        <w:t>،</w:t>
      </w:r>
      <w:r w:rsidRPr="00F47107">
        <w:rPr>
          <w:sz w:val="30"/>
          <w:szCs w:val="30"/>
          <w:rtl/>
        </w:rPr>
        <w:t xml:space="preserve"> وأغراض التقييم</w:t>
      </w:r>
      <w:r w:rsidR="00A5297B">
        <w:rPr>
          <w:sz w:val="30"/>
          <w:szCs w:val="30"/>
          <w:rtl/>
          <w:cs w:val="0"/>
        </w:rPr>
        <w:t>،</w:t>
      </w:r>
      <w:r w:rsidRPr="00F47107">
        <w:rPr>
          <w:sz w:val="30"/>
          <w:szCs w:val="30"/>
          <w:rtl/>
        </w:rPr>
        <w:t xml:space="preserve"> ومصادر التقييم</w:t>
      </w:r>
      <w:r w:rsidR="00A5297B">
        <w:rPr>
          <w:sz w:val="30"/>
          <w:szCs w:val="30"/>
          <w:rtl/>
          <w:cs w:val="0"/>
        </w:rPr>
        <w:t>،</w:t>
      </w:r>
      <w:r w:rsidRPr="00F47107">
        <w:rPr>
          <w:sz w:val="30"/>
          <w:szCs w:val="30"/>
          <w:rtl/>
        </w:rPr>
        <w:t xml:space="preserve"> والاختلافات بين المقيمين</w:t>
      </w:r>
      <w:r w:rsidR="00A5297B">
        <w:rPr>
          <w:sz w:val="30"/>
          <w:szCs w:val="30"/>
          <w:rtl/>
          <w:cs w:val="0"/>
        </w:rPr>
        <w:t>،</w:t>
      </w:r>
      <w:r w:rsidRPr="00F47107">
        <w:rPr>
          <w:sz w:val="30"/>
          <w:szCs w:val="30"/>
          <w:rtl/>
        </w:rPr>
        <w:t xml:space="preserve"> والعمليات المعرفية المرتبطة بالحكم على الأداء</w:t>
      </w:r>
      <w:r w:rsidR="00A5297B">
        <w:rPr>
          <w:sz w:val="30"/>
          <w:szCs w:val="30"/>
          <w:rtl/>
          <w:cs w:val="0"/>
        </w:rPr>
        <w:t>.</w:t>
      </w:r>
      <w:r w:rsidRPr="00F47107">
        <w:rPr>
          <w:sz w:val="30"/>
          <w:szCs w:val="30"/>
          <w:rtl/>
        </w:rPr>
        <w:t xml:space="preserve"> بينت الدراسة أن أدبيات الأداء انتقلت من التركيز على تقييم الأداء كعملية قياس إلى الاهتمام بإدارة الأداء كعملية أوسع تهدف إلى تحسين السلوك والنتائج</w:t>
      </w:r>
      <w:r w:rsidR="00A5297B">
        <w:rPr>
          <w:sz w:val="30"/>
          <w:szCs w:val="30"/>
          <w:rtl/>
          <w:cs w:val="0"/>
        </w:rPr>
        <w:t>.</w:t>
      </w:r>
    </w:p>
    <w:p w14:paraId="1F2F1A3F" w14:textId="119D537B" w:rsidR="00F47107" w:rsidRPr="00F47107" w:rsidRDefault="00F47107" w:rsidP="00785C0A">
      <w:pPr>
        <w:spacing w:line="276" w:lineRule="auto"/>
        <w:jc w:val="both"/>
        <w:rPr>
          <w:sz w:val="30"/>
          <w:szCs w:val="30"/>
        </w:rPr>
      </w:pPr>
      <w:r w:rsidRPr="00F47107">
        <w:rPr>
          <w:sz w:val="30"/>
          <w:szCs w:val="30"/>
          <w:rtl/>
        </w:rPr>
        <w:t>توصلت الدراسة إلى أن تقييم الأداء لا يحقق قيمة كافية إذا ظل منفصلا عن التغذية الراجعة والتطوير وقرارات إدارة الموارد البشرية</w:t>
      </w:r>
      <w:r w:rsidR="00A5297B">
        <w:rPr>
          <w:sz w:val="30"/>
          <w:szCs w:val="30"/>
          <w:rtl/>
          <w:cs w:val="0"/>
        </w:rPr>
        <w:t>.</w:t>
      </w:r>
      <w:r w:rsidRPr="00F47107">
        <w:rPr>
          <w:sz w:val="30"/>
          <w:szCs w:val="30"/>
          <w:rtl/>
        </w:rPr>
        <w:t xml:space="preserve"> كما أوضحت أن فاعلية أنظمة الأداء تتأثر بعدالة التقييم</w:t>
      </w:r>
      <w:r w:rsidR="00A5297B">
        <w:rPr>
          <w:sz w:val="30"/>
          <w:szCs w:val="30"/>
          <w:rtl/>
          <w:cs w:val="0"/>
        </w:rPr>
        <w:t>،</w:t>
      </w:r>
      <w:r w:rsidRPr="00F47107">
        <w:rPr>
          <w:sz w:val="30"/>
          <w:szCs w:val="30"/>
          <w:rtl/>
        </w:rPr>
        <w:t xml:space="preserve"> وفهم العاملين للنظام</w:t>
      </w:r>
      <w:r w:rsidR="00A5297B">
        <w:rPr>
          <w:sz w:val="30"/>
          <w:szCs w:val="30"/>
          <w:rtl/>
          <w:cs w:val="0"/>
        </w:rPr>
        <w:t>،</w:t>
      </w:r>
      <w:r w:rsidRPr="00F47107">
        <w:rPr>
          <w:sz w:val="30"/>
          <w:szCs w:val="30"/>
          <w:rtl/>
        </w:rPr>
        <w:t xml:space="preserve"> وقدرة المقيمين على تقديم أحكام دقيقة</w:t>
      </w:r>
      <w:r w:rsidR="00A5297B">
        <w:rPr>
          <w:sz w:val="30"/>
          <w:szCs w:val="30"/>
          <w:rtl/>
          <w:cs w:val="0"/>
        </w:rPr>
        <w:t>.</w:t>
      </w:r>
      <w:r w:rsidRPr="00F47107">
        <w:rPr>
          <w:sz w:val="30"/>
          <w:szCs w:val="30"/>
          <w:rtl/>
        </w:rPr>
        <w:t xml:space="preserve"> تفيد هذه الدراسة البحث الحالي في توضيح الفرق بين تقييم الأداء وإدارة الأداء</w:t>
      </w:r>
      <w:r w:rsidR="00A5297B">
        <w:rPr>
          <w:sz w:val="30"/>
          <w:szCs w:val="30"/>
          <w:rtl/>
          <w:cs w:val="0"/>
        </w:rPr>
        <w:t>،</w:t>
      </w:r>
      <w:r w:rsidRPr="00F47107">
        <w:rPr>
          <w:sz w:val="30"/>
          <w:szCs w:val="30"/>
          <w:rtl/>
        </w:rPr>
        <w:t xml:space="preserve"> وتدعم إدراج تقييم الأداء كبعد من أبعاد إدارة الأداء لا كمفهوم مستقل عنها</w:t>
      </w:r>
      <w:r w:rsidR="00A5297B">
        <w:rPr>
          <w:sz w:val="30"/>
          <w:szCs w:val="30"/>
          <w:rtl/>
          <w:cs w:val="0"/>
        </w:rPr>
        <w:t>.</w:t>
      </w:r>
    </w:p>
    <w:p w14:paraId="6D0EA6D8" w14:textId="15F13E44" w:rsidR="00F47107" w:rsidRPr="00F47107" w:rsidRDefault="00F47107" w:rsidP="00785C0A">
      <w:pPr>
        <w:spacing w:line="276" w:lineRule="auto"/>
        <w:jc w:val="both"/>
        <w:rPr>
          <w:sz w:val="30"/>
          <w:szCs w:val="30"/>
        </w:rPr>
      </w:pPr>
      <w:r w:rsidRPr="00F47107">
        <w:rPr>
          <w:sz w:val="30"/>
          <w:szCs w:val="30"/>
          <w:rtl/>
        </w:rPr>
        <w:t>وتناولت دراسة</w:t>
      </w:r>
      <w:r w:rsidRPr="00F47107">
        <w:rPr>
          <w:sz w:val="30"/>
          <w:szCs w:val="30"/>
        </w:rPr>
        <w:t xml:space="preserve"> </w:t>
      </w:r>
      <w:proofErr w:type="spellStart"/>
      <w:r w:rsidRPr="00F47107">
        <w:rPr>
          <w:sz w:val="30"/>
          <w:szCs w:val="30"/>
        </w:rPr>
        <w:t>Pulakos</w:t>
      </w:r>
      <w:proofErr w:type="spellEnd"/>
      <w:r w:rsidRPr="00F47107">
        <w:rPr>
          <w:sz w:val="30"/>
          <w:szCs w:val="30"/>
        </w:rPr>
        <w:t xml:space="preserve"> </w:t>
      </w:r>
      <w:proofErr w:type="spellStart"/>
      <w:r w:rsidRPr="00F47107">
        <w:rPr>
          <w:sz w:val="30"/>
          <w:szCs w:val="30"/>
        </w:rPr>
        <w:t>et</w:t>
      </w:r>
      <w:proofErr w:type="spellEnd"/>
      <w:r w:rsidRPr="00F47107">
        <w:rPr>
          <w:sz w:val="30"/>
          <w:szCs w:val="30"/>
        </w:rPr>
        <w:t xml:space="preserve"> </w:t>
      </w:r>
      <w:proofErr w:type="spellStart"/>
      <w:r w:rsidRPr="00F47107">
        <w:rPr>
          <w:sz w:val="30"/>
          <w:szCs w:val="30"/>
        </w:rPr>
        <w:t>al</w:t>
      </w:r>
      <w:proofErr w:type="spellEnd"/>
      <w:r w:rsidR="00A5297B">
        <w:rPr>
          <w:sz w:val="30"/>
          <w:szCs w:val="30"/>
          <w:cs w:val="0"/>
        </w:rPr>
        <w:t>.</w:t>
      </w:r>
      <w:r w:rsidRPr="00F47107">
        <w:rPr>
          <w:sz w:val="30"/>
          <w:szCs w:val="30"/>
        </w:rPr>
        <w:t xml:space="preserve"> (2015) </w:t>
      </w:r>
      <w:r w:rsidRPr="00F47107">
        <w:rPr>
          <w:sz w:val="30"/>
          <w:szCs w:val="30"/>
          <w:rtl/>
        </w:rPr>
        <w:t>إصلاح إدارة الأداء من خلال التعلم التجريبي أثناء العمل</w:t>
      </w:r>
      <w:r w:rsidR="00A5297B">
        <w:rPr>
          <w:sz w:val="30"/>
          <w:szCs w:val="30"/>
          <w:rtl/>
          <w:cs w:val="0"/>
        </w:rPr>
        <w:t>.</w:t>
      </w:r>
      <w:r w:rsidRPr="00F47107">
        <w:rPr>
          <w:sz w:val="30"/>
          <w:szCs w:val="30"/>
          <w:rtl/>
        </w:rPr>
        <w:t xml:space="preserve"> هدفت الدراسة إلى تقديم مدخل عملي لتطوير أنظمة إدارة الأداء</w:t>
      </w:r>
      <w:r w:rsidR="00A5297B">
        <w:rPr>
          <w:sz w:val="30"/>
          <w:szCs w:val="30"/>
          <w:rtl/>
          <w:cs w:val="0"/>
        </w:rPr>
        <w:t>،</w:t>
      </w:r>
      <w:r w:rsidRPr="00F47107">
        <w:rPr>
          <w:sz w:val="30"/>
          <w:szCs w:val="30"/>
          <w:rtl/>
        </w:rPr>
        <w:t xml:space="preserve"> من خلال تغيير سلوك المديرين والمشرفين أثناء العمل</w:t>
      </w:r>
      <w:r w:rsidR="00A5297B">
        <w:rPr>
          <w:sz w:val="30"/>
          <w:szCs w:val="30"/>
          <w:rtl/>
          <w:cs w:val="0"/>
        </w:rPr>
        <w:t>،</w:t>
      </w:r>
      <w:r w:rsidRPr="00F47107">
        <w:rPr>
          <w:sz w:val="30"/>
          <w:szCs w:val="30"/>
          <w:rtl/>
        </w:rPr>
        <w:t xml:space="preserve"> بدلا من الاكتفاء بتعديل النماذج والإجراءات</w:t>
      </w:r>
      <w:r w:rsidR="00A5297B">
        <w:rPr>
          <w:sz w:val="30"/>
          <w:szCs w:val="30"/>
          <w:rtl/>
          <w:cs w:val="0"/>
        </w:rPr>
        <w:t>.</w:t>
      </w:r>
      <w:r w:rsidRPr="00F47107">
        <w:rPr>
          <w:sz w:val="30"/>
          <w:szCs w:val="30"/>
          <w:rtl/>
        </w:rPr>
        <w:t xml:space="preserve"> أكدت الدراسة أن كثيرا من أنظمة إدارة الأداء تفشل لأنها تركز على الإجراءات الرسمية</w:t>
      </w:r>
      <w:r w:rsidR="00A5297B">
        <w:rPr>
          <w:sz w:val="30"/>
          <w:szCs w:val="30"/>
          <w:rtl/>
          <w:cs w:val="0"/>
        </w:rPr>
        <w:t>،</w:t>
      </w:r>
      <w:r w:rsidRPr="00F47107">
        <w:rPr>
          <w:sz w:val="30"/>
          <w:szCs w:val="30"/>
          <w:rtl/>
        </w:rPr>
        <w:t xml:space="preserve"> بينما تهمل السلوك اليومي للمشرفين في تحديد الأهداف</w:t>
      </w:r>
      <w:r w:rsidR="00A5297B">
        <w:rPr>
          <w:sz w:val="30"/>
          <w:szCs w:val="30"/>
          <w:rtl/>
          <w:cs w:val="0"/>
        </w:rPr>
        <w:t>،</w:t>
      </w:r>
      <w:r w:rsidRPr="00F47107">
        <w:rPr>
          <w:sz w:val="30"/>
          <w:szCs w:val="30"/>
          <w:rtl/>
        </w:rPr>
        <w:t xml:space="preserve"> وتقديم التغذية الراجعة</w:t>
      </w:r>
      <w:r w:rsidR="00A5297B">
        <w:rPr>
          <w:sz w:val="30"/>
          <w:szCs w:val="30"/>
          <w:rtl/>
          <w:cs w:val="0"/>
        </w:rPr>
        <w:t>،</w:t>
      </w:r>
      <w:r w:rsidRPr="00F47107">
        <w:rPr>
          <w:sz w:val="30"/>
          <w:szCs w:val="30"/>
          <w:rtl/>
        </w:rPr>
        <w:t xml:space="preserve"> وتوجيه العاملين</w:t>
      </w:r>
      <w:r w:rsidR="00A5297B">
        <w:rPr>
          <w:sz w:val="30"/>
          <w:szCs w:val="30"/>
          <w:rtl/>
          <w:cs w:val="0"/>
        </w:rPr>
        <w:t>.</w:t>
      </w:r>
    </w:p>
    <w:p w14:paraId="6623A301" w14:textId="5D0CEB8A" w:rsidR="00F47107" w:rsidRPr="00F47107" w:rsidRDefault="00F47107" w:rsidP="00785C0A">
      <w:pPr>
        <w:spacing w:line="276" w:lineRule="auto"/>
        <w:jc w:val="both"/>
        <w:rPr>
          <w:sz w:val="30"/>
          <w:szCs w:val="30"/>
        </w:rPr>
      </w:pPr>
      <w:r w:rsidRPr="00F47107">
        <w:rPr>
          <w:sz w:val="30"/>
          <w:szCs w:val="30"/>
          <w:rtl/>
        </w:rPr>
        <w:t>قدمت الدراسة مدخلا يقوم على التعلم أثناء العمل</w:t>
      </w:r>
      <w:r w:rsidR="00A5297B">
        <w:rPr>
          <w:sz w:val="30"/>
          <w:szCs w:val="30"/>
          <w:rtl/>
          <w:cs w:val="0"/>
        </w:rPr>
        <w:t>،</w:t>
      </w:r>
      <w:r w:rsidRPr="00F47107">
        <w:rPr>
          <w:sz w:val="30"/>
          <w:szCs w:val="30"/>
          <w:rtl/>
        </w:rPr>
        <w:t xml:space="preserve"> بحيث يمارس المديرون سلوكيات إدارة الأداء بصورة متكررة داخل بيئة العمل</w:t>
      </w:r>
      <w:r w:rsidR="00A5297B">
        <w:rPr>
          <w:sz w:val="30"/>
          <w:szCs w:val="30"/>
          <w:rtl/>
          <w:cs w:val="0"/>
        </w:rPr>
        <w:t>.</w:t>
      </w:r>
      <w:r w:rsidRPr="00F47107">
        <w:rPr>
          <w:sz w:val="30"/>
          <w:szCs w:val="30"/>
          <w:rtl/>
        </w:rPr>
        <w:t xml:space="preserve"> وبينت أن إدارة الأداء الفعالة تحتاج إلى تقدير استباقي</w:t>
      </w:r>
      <w:r w:rsidR="00A5297B">
        <w:rPr>
          <w:sz w:val="30"/>
          <w:szCs w:val="30"/>
          <w:rtl/>
          <w:cs w:val="0"/>
        </w:rPr>
        <w:t>،</w:t>
      </w:r>
      <w:r w:rsidRPr="00F47107">
        <w:rPr>
          <w:sz w:val="30"/>
          <w:szCs w:val="30"/>
          <w:rtl/>
        </w:rPr>
        <w:t xml:space="preserve"> وتحديد أهداف واضح</w:t>
      </w:r>
      <w:r w:rsidR="00A5297B">
        <w:rPr>
          <w:sz w:val="30"/>
          <w:szCs w:val="30"/>
          <w:rtl/>
          <w:cs w:val="0"/>
        </w:rPr>
        <w:t>،</w:t>
      </w:r>
      <w:r w:rsidRPr="00F47107">
        <w:rPr>
          <w:sz w:val="30"/>
          <w:szCs w:val="30"/>
          <w:rtl/>
        </w:rPr>
        <w:t xml:space="preserve"> وتغذية راجعة مناسبة للسياق</w:t>
      </w:r>
      <w:r w:rsidR="00A5297B">
        <w:rPr>
          <w:sz w:val="30"/>
          <w:szCs w:val="30"/>
          <w:rtl/>
          <w:cs w:val="0"/>
        </w:rPr>
        <w:t>،</w:t>
      </w:r>
      <w:r w:rsidRPr="00F47107">
        <w:rPr>
          <w:sz w:val="30"/>
          <w:szCs w:val="30"/>
          <w:rtl/>
        </w:rPr>
        <w:t xml:space="preserve"> وتصحيح مستمر للسلوك</w:t>
      </w:r>
      <w:r w:rsidR="00A5297B">
        <w:rPr>
          <w:sz w:val="30"/>
          <w:szCs w:val="30"/>
          <w:rtl/>
          <w:cs w:val="0"/>
        </w:rPr>
        <w:t>.</w:t>
      </w:r>
      <w:r w:rsidRPr="00F47107">
        <w:rPr>
          <w:sz w:val="30"/>
          <w:szCs w:val="30"/>
          <w:rtl/>
        </w:rPr>
        <w:t xml:space="preserve"> تفيد هذه الدراسة البحث الحالي في دعم بعد المتابعة والتغذية الراجعة</w:t>
      </w:r>
      <w:r w:rsidR="00A5297B">
        <w:rPr>
          <w:sz w:val="30"/>
          <w:szCs w:val="30"/>
          <w:rtl/>
          <w:cs w:val="0"/>
        </w:rPr>
        <w:t>،</w:t>
      </w:r>
      <w:r w:rsidRPr="00F47107">
        <w:rPr>
          <w:sz w:val="30"/>
          <w:szCs w:val="30"/>
          <w:rtl/>
        </w:rPr>
        <w:t xml:space="preserve"> لأن بيئة الإنتاج تحتاج إلى ملاحظات مباشرة أثناء التنفيذ</w:t>
      </w:r>
      <w:r w:rsidR="00A5297B">
        <w:rPr>
          <w:sz w:val="30"/>
          <w:szCs w:val="30"/>
          <w:rtl/>
          <w:cs w:val="0"/>
        </w:rPr>
        <w:t>،</w:t>
      </w:r>
      <w:r w:rsidRPr="00F47107">
        <w:rPr>
          <w:sz w:val="30"/>
          <w:szCs w:val="30"/>
          <w:rtl/>
        </w:rPr>
        <w:t xml:space="preserve"> حتى تقل الأخطاء ويتحسن الأداء قبل نهاية دورة التقييم</w:t>
      </w:r>
      <w:r w:rsidR="00A5297B">
        <w:rPr>
          <w:sz w:val="30"/>
          <w:szCs w:val="30"/>
          <w:rtl/>
          <w:cs w:val="0"/>
        </w:rPr>
        <w:t>.</w:t>
      </w:r>
    </w:p>
    <w:p w14:paraId="003144FE" w14:textId="11B509BB" w:rsidR="00F47107" w:rsidRPr="00F47107" w:rsidRDefault="00F47107" w:rsidP="00785C0A">
      <w:pPr>
        <w:spacing w:line="276" w:lineRule="auto"/>
        <w:jc w:val="both"/>
        <w:rPr>
          <w:sz w:val="30"/>
          <w:szCs w:val="30"/>
        </w:rPr>
      </w:pPr>
      <w:r w:rsidRPr="00F47107">
        <w:rPr>
          <w:sz w:val="30"/>
          <w:szCs w:val="30"/>
          <w:rtl/>
        </w:rPr>
        <w:t>وتناولت دراسة</w:t>
      </w:r>
      <w:r w:rsidRPr="00F47107">
        <w:rPr>
          <w:sz w:val="30"/>
          <w:szCs w:val="30"/>
        </w:rPr>
        <w:t xml:space="preserve"> </w:t>
      </w:r>
      <w:proofErr w:type="spellStart"/>
      <w:r w:rsidRPr="00F47107">
        <w:rPr>
          <w:sz w:val="30"/>
          <w:szCs w:val="30"/>
        </w:rPr>
        <w:t>Cappelli</w:t>
      </w:r>
      <w:proofErr w:type="spellEnd"/>
      <w:r w:rsidRPr="00F47107">
        <w:rPr>
          <w:sz w:val="30"/>
          <w:szCs w:val="30"/>
        </w:rPr>
        <w:t xml:space="preserve"> </w:t>
      </w:r>
      <w:proofErr w:type="spellStart"/>
      <w:r w:rsidRPr="00F47107">
        <w:rPr>
          <w:sz w:val="30"/>
          <w:szCs w:val="30"/>
        </w:rPr>
        <w:t>and</w:t>
      </w:r>
      <w:proofErr w:type="spellEnd"/>
      <w:r w:rsidRPr="00F47107">
        <w:rPr>
          <w:sz w:val="30"/>
          <w:szCs w:val="30"/>
        </w:rPr>
        <w:t xml:space="preserve"> </w:t>
      </w:r>
      <w:proofErr w:type="spellStart"/>
      <w:r w:rsidRPr="00F47107">
        <w:rPr>
          <w:sz w:val="30"/>
          <w:szCs w:val="30"/>
        </w:rPr>
        <w:t>Tavis</w:t>
      </w:r>
      <w:proofErr w:type="spellEnd"/>
      <w:r w:rsidRPr="00F47107">
        <w:rPr>
          <w:sz w:val="30"/>
          <w:szCs w:val="30"/>
        </w:rPr>
        <w:t xml:space="preserve"> (2016) </w:t>
      </w:r>
      <w:r w:rsidRPr="00F47107">
        <w:rPr>
          <w:sz w:val="30"/>
          <w:szCs w:val="30"/>
          <w:rtl/>
        </w:rPr>
        <w:t>التحول الحديث في إدارة الأداء</w:t>
      </w:r>
      <w:r w:rsidR="00A5297B">
        <w:rPr>
          <w:sz w:val="30"/>
          <w:szCs w:val="30"/>
          <w:rtl/>
          <w:cs w:val="0"/>
        </w:rPr>
        <w:t>.</w:t>
      </w:r>
      <w:r w:rsidRPr="00F47107">
        <w:rPr>
          <w:sz w:val="30"/>
          <w:szCs w:val="30"/>
          <w:rtl/>
        </w:rPr>
        <w:t xml:space="preserve"> أوضحت الدراسة أن كثيرا من المنظمات بدأت تتخلى عن نظم التقييم السنوي التقليدية</w:t>
      </w:r>
      <w:r w:rsidR="00A5297B">
        <w:rPr>
          <w:sz w:val="30"/>
          <w:szCs w:val="30"/>
          <w:rtl/>
          <w:cs w:val="0"/>
        </w:rPr>
        <w:t>،</w:t>
      </w:r>
      <w:r w:rsidRPr="00F47107">
        <w:rPr>
          <w:sz w:val="30"/>
          <w:szCs w:val="30"/>
          <w:rtl/>
        </w:rPr>
        <w:t xml:space="preserve"> وتتجه نحو مراجعات أداء أكثر مرونة</w:t>
      </w:r>
      <w:r w:rsidR="00A5297B">
        <w:rPr>
          <w:sz w:val="30"/>
          <w:szCs w:val="30"/>
          <w:rtl/>
          <w:cs w:val="0"/>
        </w:rPr>
        <w:t>،</w:t>
      </w:r>
      <w:r w:rsidRPr="00F47107">
        <w:rPr>
          <w:sz w:val="30"/>
          <w:szCs w:val="30"/>
          <w:rtl/>
        </w:rPr>
        <w:t xml:space="preserve"> وحوارات مستمرة بين المديرين والعاملين</w:t>
      </w:r>
      <w:r w:rsidR="00A5297B">
        <w:rPr>
          <w:sz w:val="30"/>
          <w:szCs w:val="30"/>
          <w:rtl/>
          <w:cs w:val="0"/>
        </w:rPr>
        <w:t>.</w:t>
      </w:r>
      <w:r w:rsidRPr="00F47107">
        <w:rPr>
          <w:sz w:val="30"/>
          <w:szCs w:val="30"/>
          <w:rtl/>
        </w:rPr>
        <w:t xml:space="preserve"> بينت الدراسة أن التركيز انتقل من المساءلة عن نتائج الماضي إلى التعلم وتحسين الأداء الحالي وتطوير المواهب للمستقبل</w:t>
      </w:r>
      <w:r w:rsidR="00A5297B">
        <w:rPr>
          <w:sz w:val="30"/>
          <w:szCs w:val="30"/>
          <w:rtl/>
          <w:cs w:val="0"/>
        </w:rPr>
        <w:t>.</w:t>
      </w:r>
    </w:p>
    <w:p w14:paraId="7D307FC3" w14:textId="5D9DB54B" w:rsidR="00F47107" w:rsidRPr="00F47107" w:rsidRDefault="00F47107" w:rsidP="00785C0A">
      <w:pPr>
        <w:spacing w:line="276" w:lineRule="auto"/>
        <w:jc w:val="both"/>
        <w:rPr>
          <w:sz w:val="30"/>
          <w:szCs w:val="30"/>
        </w:rPr>
      </w:pPr>
      <w:r w:rsidRPr="00F47107">
        <w:rPr>
          <w:sz w:val="30"/>
          <w:szCs w:val="30"/>
          <w:rtl/>
        </w:rPr>
        <w:t>تؤكد هذه الدراسة أن إدارة الأداء الحديثة لا تقف عند منح العامل درجة أو تصنيف</w:t>
      </w:r>
      <w:r w:rsidR="00A5297B">
        <w:rPr>
          <w:sz w:val="30"/>
          <w:szCs w:val="30"/>
          <w:rtl/>
          <w:cs w:val="0"/>
        </w:rPr>
        <w:t>،</w:t>
      </w:r>
      <w:r w:rsidRPr="00F47107">
        <w:rPr>
          <w:sz w:val="30"/>
          <w:szCs w:val="30"/>
          <w:rtl/>
        </w:rPr>
        <w:t xml:space="preserve"> بل تهدف إلى مساعدة العامل على تحسين أدائه بصورة مستمرة</w:t>
      </w:r>
      <w:r w:rsidR="00A5297B">
        <w:rPr>
          <w:sz w:val="30"/>
          <w:szCs w:val="30"/>
          <w:rtl/>
          <w:cs w:val="0"/>
        </w:rPr>
        <w:t>.</w:t>
      </w:r>
      <w:r w:rsidRPr="00F47107">
        <w:rPr>
          <w:sz w:val="30"/>
          <w:szCs w:val="30"/>
          <w:rtl/>
        </w:rPr>
        <w:t xml:space="preserve"> تفيد هذه الدراسة البحث الحالي في دعم أهمية المتابعة المستمرة والتطوير</w:t>
      </w:r>
      <w:r w:rsidR="00A5297B">
        <w:rPr>
          <w:sz w:val="30"/>
          <w:szCs w:val="30"/>
          <w:rtl/>
          <w:cs w:val="0"/>
        </w:rPr>
        <w:t>،</w:t>
      </w:r>
      <w:r w:rsidRPr="00F47107">
        <w:rPr>
          <w:sz w:val="30"/>
          <w:szCs w:val="30"/>
          <w:rtl/>
        </w:rPr>
        <w:t xml:space="preserve"> خصوصا في المنشآت الإنتاجية التي تحتاج إلى تصحيح سريع للأخطاء وتحسين دائم للمهارات</w:t>
      </w:r>
      <w:r w:rsidR="00A5297B">
        <w:rPr>
          <w:sz w:val="30"/>
          <w:szCs w:val="30"/>
          <w:rtl/>
          <w:cs w:val="0"/>
        </w:rPr>
        <w:t>.</w:t>
      </w:r>
      <w:r w:rsidRPr="00F47107">
        <w:rPr>
          <w:sz w:val="30"/>
          <w:szCs w:val="30"/>
          <w:rtl/>
        </w:rPr>
        <w:t xml:space="preserve"> كما </w:t>
      </w:r>
      <w:r w:rsidRPr="00F47107">
        <w:rPr>
          <w:sz w:val="30"/>
          <w:szCs w:val="30"/>
          <w:rtl/>
        </w:rPr>
        <w:lastRenderedPageBreak/>
        <w:t>تساعد في تفسير سبب اعتماد الدراسة الحالية على أبعاد التخطيط والمتابعة والتقييم والتطوير</w:t>
      </w:r>
      <w:r w:rsidR="00A5297B">
        <w:rPr>
          <w:sz w:val="30"/>
          <w:szCs w:val="30"/>
          <w:rtl/>
          <w:cs w:val="0"/>
        </w:rPr>
        <w:t>،</w:t>
      </w:r>
      <w:r w:rsidRPr="00F47107">
        <w:rPr>
          <w:sz w:val="30"/>
          <w:szCs w:val="30"/>
          <w:rtl/>
        </w:rPr>
        <w:t xml:space="preserve"> بدلا من الاكتفاء ببعد تقييم الأداء</w:t>
      </w:r>
      <w:r w:rsidR="00A5297B">
        <w:rPr>
          <w:sz w:val="30"/>
          <w:szCs w:val="30"/>
          <w:rtl/>
          <w:cs w:val="0"/>
        </w:rPr>
        <w:t>.</w:t>
      </w:r>
    </w:p>
    <w:p w14:paraId="48A26496" w14:textId="73E93788" w:rsidR="00F47107" w:rsidRPr="00F47107" w:rsidRDefault="00F47107" w:rsidP="00785C0A">
      <w:pPr>
        <w:spacing w:line="276" w:lineRule="auto"/>
        <w:jc w:val="both"/>
        <w:rPr>
          <w:sz w:val="30"/>
          <w:szCs w:val="30"/>
        </w:rPr>
      </w:pPr>
      <w:r w:rsidRPr="00F47107">
        <w:rPr>
          <w:sz w:val="30"/>
          <w:szCs w:val="30"/>
          <w:rtl/>
        </w:rPr>
        <w:t>وتناولت دراسة</w:t>
      </w:r>
      <w:r w:rsidRPr="00F47107">
        <w:rPr>
          <w:sz w:val="30"/>
          <w:szCs w:val="30"/>
        </w:rPr>
        <w:t xml:space="preserve"> </w:t>
      </w:r>
      <w:proofErr w:type="spellStart"/>
      <w:r w:rsidRPr="00F47107">
        <w:rPr>
          <w:sz w:val="30"/>
          <w:szCs w:val="30"/>
        </w:rPr>
        <w:t>Van</w:t>
      </w:r>
      <w:proofErr w:type="spellEnd"/>
      <w:r w:rsidRPr="00F47107">
        <w:rPr>
          <w:sz w:val="30"/>
          <w:szCs w:val="30"/>
        </w:rPr>
        <w:t xml:space="preserve"> </w:t>
      </w:r>
      <w:proofErr w:type="spellStart"/>
      <w:r w:rsidRPr="00F47107">
        <w:rPr>
          <w:sz w:val="30"/>
          <w:szCs w:val="30"/>
        </w:rPr>
        <w:t>Waeyenberg</w:t>
      </w:r>
      <w:proofErr w:type="spellEnd"/>
      <w:r w:rsidRPr="00F47107">
        <w:rPr>
          <w:sz w:val="30"/>
          <w:szCs w:val="30"/>
        </w:rPr>
        <w:t xml:space="preserve">, </w:t>
      </w:r>
      <w:proofErr w:type="spellStart"/>
      <w:r w:rsidRPr="00F47107">
        <w:rPr>
          <w:sz w:val="30"/>
          <w:szCs w:val="30"/>
        </w:rPr>
        <w:t>Decramer</w:t>
      </w:r>
      <w:proofErr w:type="spellEnd"/>
      <w:r w:rsidRPr="00F47107">
        <w:rPr>
          <w:sz w:val="30"/>
          <w:szCs w:val="30"/>
        </w:rPr>
        <w:t xml:space="preserve">, </w:t>
      </w:r>
      <w:proofErr w:type="spellStart"/>
      <w:r w:rsidRPr="00F47107">
        <w:rPr>
          <w:sz w:val="30"/>
          <w:szCs w:val="30"/>
        </w:rPr>
        <w:t>Desmidt</w:t>
      </w:r>
      <w:proofErr w:type="spellEnd"/>
      <w:r w:rsidRPr="00F47107">
        <w:rPr>
          <w:sz w:val="30"/>
          <w:szCs w:val="30"/>
        </w:rPr>
        <w:t xml:space="preserve">, </w:t>
      </w:r>
      <w:proofErr w:type="spellStart"/>
      <w:r w:rsidRPr="00F47107">
        <w:rPr>
          <w:sz w:val="30"/>
          <w:szCs w:val="30"/>
        </w:rPr>
        <w:t>and</w:t>
      </w:r>
      <w:proofErr w:type="spellEnd"/>
      <w:r w:rsidRPr="00F47107">
        <w:rPr>
          <w:sz w:val="30"/>
          <w:szCs w:val="30"/>
        </w:rPr>
        <w:t xml:space="preserve"> </w:t>
      </w:r>
      <w:proofErr w:type="spellStart"/>
      <w:r w:rsidRPr="00F47107">
        <w:rPr>
          <w:sz w:val="30"/>
          <w:szCs w:val="30"/>
        </w:rPr>
        <w:t>Audenaert</w:t>
      </w:r>
      <w:proofErr w:type="spellEnd"/>
      <w:r w:rsidRPr="00F47107">
        <w:rPr>
          <w:sz w:val="30"/>
          <w:szCs w:val="30"/>
        </w:rPr>
        <w:t xml:space="preserve"> (2017) </w:t>
      </w:r>
      <w:r w:rsidRPr="00F47107">
        <w:rPr>
          <w:sz w:val="30"/>
          <w:szCs w:val="30"/>
          <w:rtl/>
        </w:rPr>
        <w:t xml:space="preserve">العلاقة بين إدارة أداء العاملين </w:t>
      </w:r>
      <w:proofErr w:type="gramStart"/>
      <w:r w:rsidRPr="00F47107">
        <w:rPr>
          <w:sz w:val="30"/>
          <w:szCs w:val="30"/>
          <w:rtl/>
        </w:rPr>
        <w:t>ونوايا</w:t>
      </w:r>
      <w:proofErr w:type="gramEnd"/>
      <w:r w:rsidRPr="00F47107">
        <w:rPr>
          <w:sz w:val="30"/>
          <w:szCs w:val="30"/>
          <w:rtl/>
        </w:rPr>
        <w:t xml:space="preserve"> ترك العمل لدى الموظفين الحكوميين</w:t>
      </w:r>
      <w:r w:rsidR="00A5297B">
        <w:rPr>
          <w:sz w:val="30"/>
          <w:szCs w:val="30"/>
          <w:rtl/>
          <w:cs w:val="0"/>
        </w:rPr>
        <w:t>،</w:t>
      </w:r>
      <w:r w:rsidRPr="00F47107">
        <w:rPr>
          <w:sz w:val="30"/>
          <w:szCs w:val="30"/>
          <w:rtl/>
        </w:rPr>
        <w:t xml:space="preserve"> مع اختبار الدور الوسيط للرضا عن نظام الأداء والالتزام العاطفي</w:t>
      </w:r>
      <w:r w:rsidR="00A5297B">
        <w:rPr>
          <w:sz w:val="30"/>
          <w:szCs w:val="30"/>
          <w:rtl/>
          <w:cs w:val="0"/>
        </w:rPr>
        <w:t>.</w:t>
      </w:r>
      <w:r w:rsidRPr="00F47107">
        <w:rPr>
          <w:sz w:val="30"/>
          <w:szCs w:val="30"/>
          <w:rtl/>
        </w:rPr>
        <w:t xml:space="preserve"> ركزت الدراسة على إدارة الأداء في القطاع العام</w:t>
      </w:r>
      <w:r w:rsidR="00A5297B">
        <w:rPr>
          <w:sz w:val="30"/>
          <w:szCs w:val="30"/>
          <w:rtl/>
          <w:cs w:val="0"/>
        </w:rPr>
        <w:t>،</w:t>
      </w:r>
      <w:r w:rsidRPr="00F47107">
        <w:rPr>
          <w:sz w:val="30"/>
          <w:szCs w:val="30"/>
          <w:rtl/>
        </w:rPr>
        <w:t xml:space="preserve"> ودرست أثر نظام الأداء على اتجاهات العاملين وسلوكهم التنظيمي</w:t>
      </w:r>
      <w:r w:rsidR="00A5297B">
        <w:rPr>
          <w:sz w:val="30"/>
          <w:szCs w:val="30"/>
          <w:rtl/>
          <w:cs w:val="0"/>
        </w:rPr>
        <w:t>.</w:t>
      </w:r>
      <w:r w:rsidRPr="00F47107">
        <w:rPr>
          <w:sz w:val="30"/>
          <w:szCs w:val="30"/>
          <w:rtl/>
        </w:rPr>
        <w:t xml:space="preserve"> أظهرت الدراسة أن رضا العاملين عن نظام إدارة الأداء والالتزام العاطفي يؤديان دورا مهما في تفسير أثر إدارة الأداء على </w:t>
      </w:r>
      <w:proofErr w:type="gramStart"/>
      <w:r w:rsidRPr="00F47107">
        <w:rPr>
          <w:sz w:val="30"/>
          <w:szCs w:val="30"/>
          <w:rtl/>
        </w:rPr>
        <w:t>نوايا</w:t>
      </w:r>
      <w:proofErr w:type="gramEnd"/>
      <w:r w:rsidRPr="00F47107">
        <w:rPr>
          <w:sz w:val="30"/>
          <w:szCs w:val="30"/>
          <w:rtl/>
        </w:rPr>
        <w:t xml:space="preserve"> ترك العمل</w:t>
      </w:r>
      <w:r w:rsidR="00A5297B">
        <w:rPr>
          <w:sz w:val="30"/>
          <w:szCs w:val="30"/>
          <w:rtl/>
          <w:cs w:val="0"/>
        </w:rPr>
        <w:t>.</w:t>
      </w:r>
    </w:p>
    <w:p w14:paraId="18F9A363" w14:textId="54A4B0B4" w:rsidR="00F47107" w:rsidRPr="00F47107" w:rsidRDefault="00F47107" w:rsidP="00785C0A">
      <w:pPr>
        <w:spacing w:line="276" w:lineRule="auto"/>
        <w:jc w:val="both"/>
        <w:rPr>
          <w:sz w:val="30"/>
          <w:szCs w:val="30"/>
        </w:rPr>
      </w:pPr>
      <w:r w:rsidRPr="00F47107">
        <w:rPr>
          <w:sz w:val="30"/>
          <w:szCs w:val="30"/>
          <w:rtl/>
        </w:rPr>
        <w:t>تفيد هذه الدراسة البحث الحالي في توضيح أن إدارة الأداء لا تؤثر فقط في النتائج الكمية</w:t>
      </w:r>
      <w:r w:rsidR="00A5297B">
        <w:rPr>
          <w:sz w:val="30"/>
          <w:szCs w:val="30"/>
          <w:rtl/>
          <w:cs w:val="0"/>
        </w:rPr>
        <w:t>،</w:t>
      </w:r>
      <w:r w:rsidRPr="00F47107">
        <w:rPr>
          <w:sz w:val="30"/>
          <w:szCs w:val="30"/>
          <w:rtl/>
        </w:rPr>
        <w:t xml:space="preserve"> بل تؤثر أيضا في اتجاهات العاملين ورضاهم والتزامهم</w:t>
      </w:r>
      <w:r w:rsidR="00A5297B">
        <w:rPr>
          <w:sz w:val="30"/>
          <w:szCs w:val="30"/>
          <w:rtl/>
          <w:cs w:val="0"/>
        </w:rPr>
        <w:t>.</w:t>
      </w:r>
      <w:r w:rsidRPr="00F47107">
        <w:rPr>
          <w:sz w:val="30"/>
          <w:szCs w:val="30"/>
          <w:rtl/>
        </w:rPr>
        <w:t xml:space="preserve"> وعندما يشعر العامل أن نظام الأداء عادل وواضح</w:t>
      </w:r>
      <w:r w:rsidR="00A5297B">
        <w:rPr>
          <w:sz w:val="30"/>
          <w:szCs w:val="30"/>
          <w:rtl/>
          <w:cs w:val="0"/>
        </w:rPr>
        <w:t>،</w:t>
      </w:r>
      <w:r w:rsidRPr="00F47107">
        <w:rPr>
          <w:sz w:val="30"/>
          <w:szCs w:val="30"/>
          <w:rtl/>
        </w:rPr>
        <w:t xml:space="preserve"> تزيد رغبته في الالتزام وتحسين العمل</w:t>
      </w:r>
      <w:r w:rsidR="00A5297B">
        <w:rPr>
          <w:sz w:val="30"/>
          <w:szCs w:val="30"/>
          <w:rtl/>
          <w:cs w:val="0"/>
        </w:rPr>
        <w:t>.</w:t>
      </w:r>
      <w:r w:rsidRPr="00F47107">
        <w:rPr>
          <w:sz w:val="30"/>
          <w:szCs w:val="30"/>
          <w:rtl/>
        </w:rPr>
        <w:t xml:space="preserve"> وهذا ينعكس على الإنتاجية بصورة غير مباشرة</w:t>
      </w:r>
      <w:r w:rsidR="00A5297B">
        <w:rPr>
          <w:sz w:val="30"/>
          <w:szCs w:val="30"/>
          <w:rtl/>
          <w:cs w:val="0"/>
        </w:rPr>
        <w:t>،</w:t>
      </w:r>
      <w:r w:rsidRPr="00F47107">
        <w:rPr>
          <w:sz w:val="30"/>
          <w:szCs w:val="30"/>
          <w:rtl/>
        </w:rPr>
        <w:t xml:space="preserve"> خاصة في المنشآت التي تعتمد على استقرار العاملين وتراكم خبراتهم</w:t>
      </w:r>
      <w:r w:rsidR="00A5297B">
        <w:rPr>
          <w:sz w:val="30"/>
          <w:szCs w:val="30"/>
          <w:rtl/>
          <w:cs w:val="0"/>
        </w:rPr>
        <w:t>.</w:t>
      </w:r>
    </w:p>
    <w:p w14:paraId="3BFDDF16" w14:textId="7CD72711" w:rsidR="00F47107" w:rsidRPr="00F47107" w:rsidRDefault="00F47107" w:rsidP="00785C0A">
      <w:pPr>
        <w:spacing w:line="276" w:lineRule="auto"/>
        <w:jc w:val="both"/>
        <w:rPr>
          <w:sz w:val="30"/>
          <w:szCs w:val="30"/>
        </w:rPr>
      </w:pPr>
      <w:r w:rsidRPr="00F47107">
        <w:rPr>
          <w:sz w:val="30"/>
          <w:szCs w:val="30"/>
          <w:rtl/>
        </w:rPr>
        <w:t>وتناولت دراسة</w:t>
      </w:r>
      <w:r w:rsidRPr="00F47107">
        <w:rPr>
          <w:sz w:val="30"/>
          <w:szCs w:val="30"/>
        </w:rPr>
        <w:t xml:space="preserve"> </w:t>
      </w:r>
      <w:proofErr w:type="spellStart"/>
      <w:r w:rsidRPr="00F47107">
        <w:rPr>
          <w:sz w:val="30"/>
          <w:szCs w:val="30"/>
        </w:rPr>
        <w:t>Audenaert</w:t>
      </w:r>
      <w:proofErr w:type="spellEnd"/>
      <w:r w:rsidRPr="00F47107">
        <w:rPr>
          <w:sz w:val="30"/>
          <w:szCs w:val="30"/>
        </w:rPr>
        <w:t xml:space="preserve"> </w:t>
      </w:r>
      <w:proofErr w:type="spellStart"/>
      <w:r w:rsidRPr="00F47107">
        <w:rPr>
          <w:sz w:val="30"/>
          <w:szCs w:val="30"/>
        </w:rPr>
        <w:t>et</w:t>
      </w:r>
      <w:proofErr w:type="spellEnd"/>
      <w:r w:rsidRPr="00F47107">
        <w:rPr>
          <w:sz w:val="30"/>
          <w:szCs w:val="30"/>
        </w:rPr>
        <w:t xml:space="preserve"> </w:t>
      </w:r>
      <w:proofErr w:type="spellStart"/>
      <w:r w:rsidRPr="00F47107">
        <w:rPr>
          <w:sz w:val="30"/>
          <w:szCs w:val="30"/>
        </w:rPr>
        <w:t>al</w:t>
      </w:r>
      <w:proofErr w:type="spellEnd"/>
      <w:r w:rsidR="00A5297B">
        <w:rPr>
          <w:sz w:val="30"/>
          <w:szCs w:val="30"/>
          <w:cs w:val="0"/>
        </w:rPr>
        <w:t>.</w:t>
      </w:r>
      <w:r w:rsidRPr="00F47107">
        <w:rPr>
          <w:sz w:val="30"/>
          <w:szCs w:val="30"/>
        </w:rPr>
        <w:t xml:space="preserve"> (2019) </w:t>
      </w:r>
      <w:r w:rsidRPr="00F47107">
        <w:rPr>
          <w:sz w:val="30"/>
          <w:szCs w:val="30"/>
          <w:rtl/>
        </w:rPr>
        <w:t>أثر إدارة أداء العاملين على الابتكار الفردي في المنظمات العامة</w:t>
      </w:r>
      <w:r w:rsidR="00A5297B">
        <w:rPr>
          <w:sz w:val="30"/>
          <w:szCs w:val="30"/>
          <w:rtl/>
          <w:cs w:val="0"/>
        </w:rPr>
        <w:t>،</w:t>
      </w:r>
      <w:r w:rsidRPr="00F47107">
        <w:rPr>
          <w:sz w:val="30"/>
          <w:szCs w:val="30"/>
          <w:rtl/>
        </w:rPr>
        <w:t xml:space="preserve"> مع التركيز على دور اتساق ممارسات إدارة الأداء وجودة العلاقة بين القائد والمرؤوس</w:t>
      </w:r>
      <w:r w:rsidR="00A5297B">
        <w:rPr>
          <w:sz w:val="30"/>
          <w:szCs w:val="30"/>
          <w:rtl/>
          <w:cs w:val="0"/>
        </w:rPr>
        <w:t>.</w:t>
      </w:r>
      <w:r w:rsidRPr="00F47107">
        <w:rPr>
          <w:sz w:val="30"/>
          <w:szCs w:val="30"/>
          <w:rtl/>
        </w:rPr>
        <w:t xml:space="preserve"> استخدمت الدراسة بيانات من 68 دار رعاية و1095 عاملا في </w:t>
      </w:r>
      <w:proofErr w:type="spellStart"/>
      <w:r w:rsidRPr="00F47107">
        <w:rPr>
          <w:sz w:val="30"/>
          <w:szCs w:val="30"/>
          <w:rtl/>
        </w:rPr>
        <w:t>فلاندرز</w:t>
      </w:r>
      <w:proofErr w:type="spellEnd"/>
      <w:r w:rsidR="00A5297B">
        <w:rPr>
          <w:sz w:val="30"/>
          <w:szCs w:val="30"/>
          <w:rtl/>
          <w:cs w:val="0"/>
        </w:rPr>
        <w:t>.</w:t>
      </w:r>
      <w:r w:rsidRPr="00F47107">
        <w:rPr>
          <w:sz w:val="30"/>
          <w:szCs w:val="30"/>
          <w:rtl/>
        </w:rPr>
        <w:t xml:space="preserve"> توصلت الدراسة إلى أن الابتكار الفردي يرتبط بإدارة أداء متسقة</w:t>
      </w:r>
      <w:r w:rsidR="00A5297B">
        <w:rPr>
          <w:sz w:val="30"/>
          <w:szCs w:val="30"/>
          <w:rtl/>
          <w:cs w:val="0"/>
        </w:rPr>
        <w:t>،</w:t>
      </w:r>
      <w:r w:rsidRPr="00F47107">
        <w:rPr>
          <w:sz w:val="30"/>
          <w:szCs w:val="30"/>
          <w:rtl/>
        </w:rPr>
        <w:t xml:space="preserve"> وأن جودة العلاقة بين القائد والمرؤوس تؤثر في قوة هذه العلاقة</w:t>
      </w:r>
      <w:r w:rsidR="00A5297B">
        <w:rPr>
          <w:sz w:val="30"/>
          <w:szCs w:val="30"/>
          <w:rtl/>
          <w:cs w:val="0"/>
        </w:rPr>
        <w:t>.</w:t>
      </w:r>
    </w:p>
    <w:p w14:paraId="15642BD5" w14:textId="3527CBA4" w:rsidR="00F47107" w:rsidRPr="00F47107" w:rsidRDefault="00F47107" w:rsidP="00785C0A">
      <w:pPr>
        <w:spacing w:line="276" w:lineRule="auto"/>
        <w:jc w:val="both"/>
        <w:rPr>
          <w:sz w:val="30"/>
          <w:szCs w:val="30"/>
        </w:rPr>
      </w:pPr>
      <w:r w:rsidRPr="00F47107">
        <w:rPr>
          <w:sz w:val="30"/>
          <w:szCs w:val="30"/>
          <w:rtl/>
        </w:rPr>
        <w:t>تفيد هذه الدراسة البحث الحالي في تأكيد أن اتساق ممارسات إدارة الأداء مهم في تحسين سلوك العاملين</w:t>
      </w:r>
      <w:r w:rsidR="00A5297B">
        <w:rPr>
          <w:sz w:val="30"/>
          <w:szCs w:val="30"/>
          <w:rtl/>
          <w:cs w:val="0"/>
        </w:rPr>
        <w:t>.</w:t>
      </w:r>
      <w:r w:rsidRPr="00F47107">
        <w:rPr>
          <w:sz w:val="30"/>
          <w:szCs w:val="30"/>
          <w:rtl/>
        </w:rPr>
        <w:t xml:space="preserve"> فالتخطيط وحده لا يكفي إذا غابت المتابعة</w:t>
      </w:r>
      <w:r w:rsidR="00A5297B">
        <w:rPr>
          <w:sz w:val="30"/>
          <w:szCs w:val="30"/>
          <w:rtl/>
          <w:cs w:val="0"/>
        </w:rPr>
        <w:t>.</w:t>
      </w:r>
      <w:r w:rsidRPr="00F47107">
        <w:rPr>
          <w:sz w:val="30"/>
          <w:szCs w:val="30"/>
          <w:rtl/>
        </w:rPr>
        <w:t xml:space="preserve"> والتقييم لا يكفي إذا لم يرتبط بالتطوير</w:t>
      </w:r>
      <w:r w:rsidR="00A5297B">
        <w:rPr>
          <w:sz w:val="30"/>
          <w:szCs w:val="30"/>
          <w:rtl/>
          <w:cs w:val="0"/>
        </w:rPr>
        <w:t>.</w:t>
      </w:r>
      <w:r w:rsidRPr="00F47107">
        <w:rPr>
          <w:sz w:val="30"/>
          <w:szCs w:val="30"/>
          <w:rtl/>
        </w:rPr>
        <w:t xml:space="preserve"> كما أن علاقة المشرف بالعامل تؤثر في قبول التغذية الراجعة وتنفيذ التوجيهات</w:t>
      </w:r>
      <w:r w:rsidR="00A5297B">
        <w:rPr>
          <w:sz w:val="30"/>
          <w:szCs w:val="30"/>
          <w:rtl/>
          <w:cs w:val="0"/>
        </w:rPr>
        <w:t>.</w:t>
      </w:r>
      <w:r w:rsidRPr="00F47107">
        <w:rPr>
          <w:sz w:val="30"/>
          <w:szCs w:val="30"/>
          <w:rtl/>
        </w:rPr>
        <w:t xml:space="preserve"> وهذا يناسب بيئة الدراسة الحالية</w:t>
      </w:r>
      <w:r w:rsidR="00A5297B">
        <w:rPr>
          <w:sz w:val="30"/>
          <w:szCs w:val="30"/>
          <w:rtl/>
          <w:cs w:val="0"/>
        </w:rPr>
        <w:t>،</w:t>
      </w:r>
      <w:r w:rsidRPr="00F47107">
        <w:rPr>
          <w:sz w:val="30"/>
          <w:szCs w:val="30"/>
          <w:rtl/>
        </w:rPr>
        <w:t xml:space="preserve"> لأن المشرف في المصنع يؤدي دورا محوريا في متابعة الأداء وتصحيح الأخطاء وتحسين الإنتاجية</w:t>
      </w:r>
      <w:r w:rsidR="00A5297B">
        <w:rPr>
          <w:sz w:val="30"/>
          <w:szCs w:val="30"/>
          <w:rtl/>
          <w:cs w:val="0"/>
        </w:rPr>
        <w:t>.</w:t>
      </w:r>
    </w:p>
    <w:p w14:paraId="3EF23FE1" w14:textId="1591129C" w:rsidR="00F47107" w:rsidRPr="00F47107" w:rsidRDefault="00F47107" w:rsidP="00785C0A">
      <w:pPr>
        <w:spacing w:line="276" w:lineRule="auto"/>
        <w:jc w:val="both"/>
        <w:rPr>
          <w:sz w:val="30"/>
          <w:szCs w:val="30"/>
        </w:rPr>
      </w:pPr>
      <w:r w:rsidRPr="00F47107">
        <w:rPr>
          <w:sz w:val="30"/>
          <w:szCs w:val="30"/>
          <w:rtl/>
        </w:rPr>
        <w:t>وتناولت دراسة</w:t>
      </w:r>
      <w:r w:rsidRPr="00F47107">
        <w:rPr>
          <w:sz w:val="30"/>
          <w:szCs w:val="30"/>
        </w:rPr>
        <w:t xml:space="preserve"> </w:t>
      </w:r>
      <w:proofErr w:type="spellStart"/>
      <w:r w:rsidRPr="00F47107">
        <w:rPr>
          <w:sz w:val="30"/>
          <w:szCs w:val="30"/>
        </w:rPr>
        <w:t>Neely</w:t>
      </w:r>
      <w:proofErr w:type="spellEnd"/>
      <w:r w:rsidRPr="00F47107">
        <w:rPr>
          <w:sz w:val="30"/>
          <w:szCs w:val="30"/>
        </w:rPr>
        <w:t xml:space="preserve">, </w:t>
      </w:r>
      <w:proofErr w:type="spellStart"/>
      <w:r w:rsidRPr="00F47107">
        <w:rPr>
          <w:sz w:val="30"/>
          <w:szCs w:val="30"/>
        </w:rPr>
        <w:t>Gregory</w:t>
      </w:r>
      <w:proofErr w:type="spellEnd"/>
      <w:r w:rsidRPr="00F47107">
        <w:rPr>
          <w:sz w:val="30"/>
          <w:szCs w:val="30"/>
        </w:rPr>
        <w:t xml:space="preserve">, </w:t>
      </w:r>
      <w:proofErr w:type="spellStart"/>
      <w:r w:rsidRPr="00F47107">
        <w:rPr>
          <w:sz w:val="30"/>
          <w:szCs w:val="30"/>
        </w:rPr>
        <w:t>and</w:t>
      </w:r>
      <w:proofErr w:type="spellEnd"/>
      <w:r w:rsidRPr="00F47107">
        <w:rPr>
          <w:sz w:val="30"/>
          <w:szCs w:val="30"/>
        </w:rPr>
        <w:t xml:space="preserve"> </w:t>
      </w:r>
      <w:proofErr w:type="spellStart"/>
      <w:r w:rsidRPr="00F47107">
        <w:rPr>
          <w:sz w:val="30"/>
          <w:szCs w:val="30"/>
        </w:rPr>
        <w:t>Platts</w:t>
      </w:r>
      <w:proofErr w:type="spellEnd"/>
      <w:r w:rsidRPr="00F47107">
        <w:rPr>
          <w:sz w:val="30"/>
          <w:szCs w:val="30"/>
        </w:rPr>
        <w:t xml:space="preserve"> (2005) </w:t>
      </w:r>
      <w:r w:rsidRPr="00F47107">
        <w:rPr>
          <w:sz w:val="30"/>
          <w:szCs w:val="30"/>
          <w:rtl/>
        </w:rPr>
        <w:t>تصميم نظم قياس الأداء ودورها في تحسين نتائج المنظمات</w:t>
      </w:r>
      <w:r w:rsidR="00A5297B">
        <w:rPr>
          <w:sz w:val="30"/>
          <w:szCs w:val="30"/>
          <w:rtl/>
          <w:cs w:val="0"/>
        </w:rPr>
        <w:t>.</w:t>
      </w:r>
      <w:r w:rsidRPr="00F47107">
        <w:rPr>
          <w:sz w:val="30"/>
          <w:szCs w:val="30"/>
          <w:rtl/>
        </w:rPr>
        <w:t xml:space="preserve"> ركزت الدراسة على أهمية وجود مؤشرات أداء واضحة تساعد الإدارة على فهم مستوى الإنجاز واتخاذ قرارات تحسين مناسبة</w:t>
      </w:r>
      <w:r w:rsidR="00A5297B">
        <w:rPr>
          <w:sz w:val="30"/>
          <w:szCs w:val="30"/>
          <w:rtl/>
          <w:cs w:val="0"/>
        </w:rPr>
        <w:t>.</w:t>
      </w:r>
      <w:r w:rsidRPr="00F47107">
        <w:rPr>
          <w:sz w:val="30"/>
          <w:szCs w:val="30"/>
          <w:rtl/>
        </w:rPr>
        <w:t xml:space="preserve"> أوضحت الدراسة أن قياس الأداء لا يحقق قيمة إذا لم يرتبط بقرارات إدارية واضحة</w:t>
      </w:r>
      <w:r w:rsidR="00A5297B">
        <w:rPr>
          <w:sz w:val="30"/>
          <w:szCs w:val="30"/>
          <w:rtl/>
          <w:cs w:val="0"/>
        </w:rPr>
        <w:t>،</w:t>
      </w:r>
      <w:r w:rsidRPr="00F47107">
        <w:rPr>
          <w:sz w:val="30"/>
          <w:szCs w:val="30"/>
          <w:rtl/>
        </w:rPr>
        <w:t xml:space="preserve"> وأن المؤشرات يجب أن تعكس أهداف المنظمة والعمليات الأساسية فيها</w:t>
      </w:r>
      <w:r w:rsidR="00A5297B">
        <w:rPr>
          <w:sz w:val="30"/>
          <w:szCs w:val="30"/>
          <w:rtl/>
          <w:cs w:val="0"/>
        </w:rPr>
        <w:t>.</w:t>
      </w:r>
    </w:p>
    <w:p w14:paraId="6E8968BC" w14:textId="3D4E7CBD" w:rsidR="00F47107" w:rsidRDefault="00F47107" w:rsidP="00785C0A">
      <w:pPr>
        <w:spacing w:line="276" w:lineRule="auto"/>
        <w:jc w:val="both"/>
        <w:rPr>
          <w:sz w:val="30"/>
          <w:szCs w:val="30"/>
          <w:rtl/>
        </w:rPr>
      </w:pPr>
      <w:r w:rsidRPr="00F47107">
        <w:rPr>
          <w:sz w:val="30"/>
          <w:szCs w:val="30"/>
          <w:rtl/>
        </w:rPr>
        <w:t>تفيد هذه الدراسة البحث الحالي في دعم قياس الإنتاجية من خلال مؤشرات عملية</w:t>
      </w:r>
      <w:r w:rsidR="00A5297B">
        <w:rPr>
          <w:sz w:val="30"/>
          <w:szCs w:val="30"/>
          <w:rtl/>
          <w:cs w:val="0"/>
        </w:rPr>
        <w:t>،</w:t>
      </w:r>
      <w:r w:rsidRPr="00F47107">
        <w:rPr>
          <w:sz w:val="30"/>
          <w:szCs w:val="30"/>
          <w:rtl/>
        </w:rPr>
        <w:t xml:space="preserve"> مثل سرعة الإنجاز</w:t>
      </w:r>
      <w:r w:rsidR="00A5297B">
        <w:rPr>
          <w:sz w:val="30"/>
          <w:szCs w:val="30"/>
          <w:rtl/>
          <w:cs w:val="0"/>
        </w:rPr>
        <w:t>،</w:t>
      </w:r>
      <w:r w:rsidRPr="00F47107">
        <w:rPr>
          <w:sz w:val="30"/>
          <w:szCs w:val="30"/>
          <w:rtl/>
        </w:rPr>
        <w:t xml:space="preserve"> وجودة المخرجات</w:t>
      </w:r>
      <w:r w:rsidR="00A5297B">
        <w:rPr>
          <w:sz w:val="30"/>
          <w:szCs w:val="30"/>
          <w:rtl/>
          <w:cs w:val="0"/>
        </w:rPr>
        <w:t>،</w:t>
      </w:r>
      <w:r w:rsidRPr="00F47107">
        <w:rPr>
          <w:sz w:val="30"/>
          <w:szCs w:val="30"/>
          <w:rtl/>
        </w:rPr>
        <w:t xml:space="preserve"> وكفاءة استخدام الوقت والموارد</w:t>
      </w:r>
      <w:r w:rsidR="00A5297B">
        <w:rPr>
          <w:sz w:val="30"/>
          <w:szCs w:val="30"/>
          <w:rtl/>
          <w:cs w:val="0"/>
        </w:rPr>
        <w:t>،</w:t>
      </w:r>
      <w:r w:rsidRPr="00F47107">
        <w:rPr>
          <w:sz w:val="30"/>
          <w:szCs w:val="30"/>
          <w:rtl/>
        </w:rPr>
        <w:t xml:space="preserve"> وتقليل الأخطاء والهدر</w:t>
      </w:r>
      <w:r w:rsidR="00A5297B">
        <w:rPr>
          <w:sz w:val="30"/>
          <w:szCs w:val="30"/>
          <w:rtl/>
          <w:cs w:val="0"/>
        </w:rPr>
        <w:t>.</w:t>
      </w:r>
      <w:r w:rsidRPr="00F47107">
        <w:rPr>
          <w:sz w:val="30"/>
          <w:szCs w:val="30"/>
          <w:rtl/>
        </w:rPr>
        <w:t xml:space="preserve"> كما تؤكد أن إدارة الأداء تحتاج إلى مؤشرات قابلة للقياس حتى تتمكن الإدارة من متابعة النتائج وتحسينها</w:t>
      </w:r>
      <w:r w:rsidR="00A5297B">
        <w:rPr>
          <w:sz w:val="30"/>
          <w:szCs w:val="30"/>
          <w:rtl/>
          <w:cs w:val="0"/>
        </w:rPr>
        <w:t>.</w:t>
      </w:r>
    </w:p>
    <w:p w14:paraId="43D8B142" w14:textId="77777777" w:rsidR="00472BF3" w:rsidRDefault="00472BF3" w:rsidP="00785C0A">
      <w:pPr>
        <w:spacing w:line="276" w:lineRule="auto"/>
        <w:jc w:val="both"/>
        <w:rPr>
          <w:sz w:val="30"/>
          <w:szCs w:val="30"/>
          <w:rtl/>
        </w:rPr>
      </w:pPr>
    </w:p>
    <w:p w14:paraId="225539B4" w14:textId="77777777" w:rsidR="00472BF3" w:rsidRPr="00F47107" w:rsidRDefault="00472BF3" w:rsidP="00785C0A">
      <w:pPr>
        <w:spacing w:line="276" w:lineRule="auto"/>
        <w:jc w:val="both"/>
        <w:rPr>
          <w:sz w:val="30"/>
          <w:szCs w:val="30"/>
        </w:rPr>
      </w:pPr>
    </w:p>
    <w:p w14:paraId="2883F7DF" w14:textId="36B3555D" w:rsidR="00F47107" w:rsidRPr="00447966" w:rsidRDefault="00F47107" w:rsidP="00472BF3">
      <w:pPr>
        <w:pStyle w:val="NoSpacing"/>
      </w:pPr>
      <w:bookmarkStart w:id="234" w:name="_Toc233579513"/>
      <w:bookmarkStart w:id="235" w:name="_Toc233579670"/>
      <w:r w:rsidRPr="00447966">
        <w:rPr>
          <w:rtl/>
        </w:rPr>
        <w:lastRenderedPageBreak/>
        <w:t>أوجه الاستفادة من الدراسات السابقة</w:t>
      </w:r>
      <w:bookmarkEnd w:id="234"/>
      <w:bookmarkEnd w:id="235"/>
    </w:p>
    <w:p w14:paraId="69C8FE5A" w14:textId="38A2C77E" w:rsidR="00F47107" w:rsidRPr="00F47107" w:rsidRDefault="00F47107" w:rsidP="00785C0A">
      <w:pPr>
        <w:spacing w:line="276" w:lineRule="auto"/>
        <w:jc w:val="both"/>
        <w:rPr>
          <w:sz w:val="30"/>
          <w:szCs w:val="30"/>
        </w:rPr>
      </w:pPr>
      <w:r w:rsidRPr="00F47107">
        <w:rPr>
          <w:sz w:val="30"/>
          <w:szCs w:val="30"/>
          <w:rtl/>
        </w:rPr>
        <w:t>استفادت الدراسة الحالية من الدراسات السابقة في بناء الإطار العام للدراسة وتحديد اتجاهها العلمي</w:t>
      </w:r>
      <w:r w:rsidR="00A5297B">
        <w:rPr>
          <w:sz w:val="30"/>
          <w:szCs w:val="30"/>
          <w:rtl/>
          <w:cs w:val="0"/>
        </w:rPr>
        <w:t>.</w:t>
      </w:r>
      <w:r w:rsidRPr="00F47107">
        <w:rPr>
          <w:sz w:val="30"/>
          <w:szCs w:val="30"/>
          <w:rtl/>
        </w:rPr>
        <w:t xml:space="preserve"> فقد أكدت الدراسات أن إدارة الأداء تمثل عملية مستمرة</w:t>
      </w:r>
      <w:r w:rsidR="00A5297B">
        <w:rPr>
          <w:sz w:val="30"/>
          <w:szCs w:val="30"/>
          <w:rtl/>
          <w:cs w:val="0"/>
        </w:rPr>
        <w:t>،</w:t>
      </w:r>
      <w:r w:rsidRPr="00F47107">
        <w:rPr>
          <w:sz w:val="30"/>
          <w:szCs w:val="30"/>
          <w:rtl/>
        </w:rPr>
        <w:t xml:space="preserve"> ولا تقتصر على تقييم العاملين في نهاية فترة زمنية</w:t>
      </w:r>
      <w:r w:rsidR="00A5297B">
        <w:rPr>
          <w:sz w:val="30"/>
          <w:szCs w:val="30"/>
          <w:rtl/>
          <w:cs w:val="0"/>
        </w:rPr>
        <w:t>.</w:t>
      </w:r>
      <w:r w:rsidRPr="00F47107">
        <w:rPr>
          <w:sz w:val="30"/>
          <w:szCs w:val="30"/>
          <w:rtl/>
        </w:rPr>
        <w:t xml:space="preserve"> لذلك</w:t>
      </w:r>
      <w:r w:rsidR="00A5297B">
        <w:rPr>
          <w:sz w:val="30"/>
          <w:szCs w:val="30"/>
          <w:rtl/>
          <w:cs w:val="0"/>
        </w:rPr>
        <w:t>،</w:t>
      </w:r>
      <w:r w:rsidRPr="00F47107">
        <w:rPr>
          <w:sz w:val="30"/>
          <w:szCs w:val="30"/>
          <w:rtl/>
        </w:rPr>
        <w:t xml:space="preserve"> اعتمدت الدراسة الحالية إدارة الأداء كمتغير مستقل متعدد الأبعاد</w:t>
      </w:r>
      <w:r w:rsidR="00A5297B">
        <w:rPr>
          <w:sz w:val="30"/>
          <w:szCs w:val="30"/>
          <w:rtl/>
          <w:cs w:val="0"/>
        </w:rPr>
        <w:t>،</w:t>
      </w:r>
      <w:r w:rsidRPr="00F47107">
        <w:rPr>
          <w:sz w:val="30"/>
          <w:szCs w:val="30"/>
          <w:rtl/>
        </w:rPr>
        <w:t xml:space="preserve"> يتكون من تخطيط الأداء</w:t>
      </w:r>
      <w:r w:rsidR="00A5297B">
        <w:rPr>
          <w:sz w:val="30"/>
          <w:szCs w:val="30"/>
          <w:rtl/>
          <w:cs w:val="0"/>
        </w:rPr>
        <w:t>،</w:t>
      </w:r>
      <w:r w:rsidRPr="00F47107">
        <w:rPr>
          <w:sz w:val="30"/>
          <w:szCs w:val="30"/>
          <w:rtl/>
        </w:rPr>
        <w:t xml:space="preserve"> والمتابعة والتغذية الراجعة</w:t>
      </w:r>
      <w:r w:rsidR="00A5297B">
        <w:rPr>
          <w:sz w:val="30"/>
          <w:szCs w:val="30"/>
          <w:rtl/>
          <w:cs w:val="0"/>
        </w:rPr>
        <w:t>،</w:t>
      </w:r>
      <w:r w:rsidRPr="00F47107">
        <w:rPr>
          <w:sz w:val="30"/>
          <w:szCs w:val="30"/>
          <w:rtl/>
        </w:rPr>
        <w:t xml:space="preserve"> وتقييم الأداء</w:t>
      </w:r>
      <w:r w:rsidR="00A5297B">
        <w:rPr>
          <w:sz w:val="30"/>
          <w:szCs w:val="30"/>
          <w:rtl/>
          <w:cs w:val="0"/>
        </w:rPr>
        <w:t>،</w:t>
      </w:r>
      <w:r w:rsidRPr="00F47107">
        <w:rPr>
          <w:sz w:val="30"/>
          <w:szCs w:val="30"/>
          <w:rtl/>
        </w:rPr>
        <w:t xml:space="preserve"> </w:t>
      </w:r>
      <w:proofErr w:type="gramStart"/>
      <w:r w:rsidRPr="00F47107">
        <w:rPr>
          <w:sz w:val="30"/>
          <w:szCs w:val="30"/>
          <w:rtl/>
        </w:rPr>
        <w:t>والحوافز</w:t>
      </w:r>
      <w:proofErr w:type="gramEnd"/>
      <w:r w:rsidRPr="00F47107">
        <w:rPr>
          <w:sz w:val="30"/>
          <w:szCs w:val="30"/>
          <w:rtl/>
        </w:rPr>
        <w:t xml:space="preserve"> والتطوير</w:t>
      </w:r>
      <w:r w:rsidR="00A5297B">
        <w:rPr>
          <w:sz w:val="30"/>
          <w:szCs w:val="30"/>
          <w:rtl/>
          <w:cs w:val="0"/>
        </w:rPr>
        <w:t>.</w:t>
      </w:r>
    </w:p>
    <w:p w14:paraId="5ED2A274" w14:textId="3363C425" w:rsidR="00F47107" w:rsidRPr="00F47107" w:rsidRDefault="00F47107" w:rsidP="00785C0A">
      <w:pPr>
        <w:spacing w:line="276" w:lineRule="auto"/>
        <w:jc w:val="both"/>
        <w:rPr>
          <w:sz w:val="30"/>
          <w:szCs w:val="30"/>
        </w:rPr>
      </w:pPr>
      <w:r w:rsidRPr="00F47107">
        <w:rPr>
          <w:sz w:val="30"/>
          <w:szCs w:val="30"/>
          <w:rtl/>
        </w:rPr>
        <w:t>كما ساعدت الدراسات السابقة في تحديد المتغير التابع</w:t>
      </w:r>
      <w:r w:rsidR="00A5297B">
        <w:rPr>
          <w:sz w:val="30"/>
          <w:szCs w:val="30"/>
          <w:rtl/>
          <w:cs w:val="0"/>
        </w:rPr>
        <w:t>.</w:t>
      </w:r>
      <w:r w:rsidRPr="00F47107">
        <w:rPr>
          <w:sz w:val="30"/>
          <w:szCs w:val="30"/>
          <w:rtl/>
        </w:rPr>
        <w:t xml:space="preserve"> فقد بينت الدراسات التي تناولت الإنتاجية أن تحسين الإنتاجية لا يقاس بكمية الإنتاج فقط</w:t>
      </w:r>
      <w:r w:rsidR="00A5297B">
        <w:rPr>
          <w:sz w:val="30"/>
          <w:szCs w:val="30"/>
          <w:rtl/>
          <w:cs w:val="0"/>
        </w:rPr>
        <w:t>،</w:t>
      </w:r>
      <w:r w:rsidRPr="00F47107">
        <w:rPr>
          <w:sz w:val="30"/>
          <w:szCs w:val="30"/>
          <w:rtl/>
        </w:rPr>
        <w:t xml:space="preserve"> بل يشمل جودة المخرجات</w:t>
      </w:r>
      <w:r w:rsidR="00A5297B">
        <w:rPr>
          <w:sz w:val="30"/>
          <w:szCs w:val="30"/>
          <w:rtl/>
          <w:cs w:val="0"/>
        </w:rPr>
        <w:t>،</w:t>
      </w:r>
      <w:r w:rsidRPr="00F47107">
        <w:rPr>
          <w:sz w:val="30"/>
          <w:szCs w:val="30"/>
          <w:rtl/>
        </w:rPr>
        <w:t xml:space="preserve"> وسرعة الإنجاز</w:t>
      </w:r>
      <w:r w:rsidR="00A5297B">
        <w:rPr>
          <w:sz w:val="30"/>
          <w:szCs w:val="30"/>
          <w:rtl/>
          <w:cs w:val="0"/>
        </w:rPr>
        <w:t>،</w:t>
      </w:r>
      <w:r w:rsidRPr="00F47107">
        <w:rPr>
          <w:sz w:val="30"/>
          <w:szCs w:val="30"/>
          <w:rtl/>
        </w:rPr>
        <w:t xml:space="preserve"> وكفاءة استخدام الوقت والموارد</w:t>
      </w:r>
      <w:r w:rsidR="00A5297B">
        <w:rPr>
          <w:sz w:val="30"/>
          <w:szCs w:val="30"/>
          <w:rtl/>
          <w:cs w:val="0"/>
        </w:rPr>
        <w:t>،</w:t>
      </w:r>
      <w:r w:rsidRPr="00F47107">
        <w:rPr>
          <w:sz w:val="30"/>
          <w:szCs w:val="30"/>
          <w:rtl/>
        </w:rPr>
        <w:t xml:space="preserve"> وتقليل الأخطاء والهدر</w:t>
      </w:r>
      <w:r w:rsidR="00A5297B">
        <w:rPr>
          <w:sz w:val="30"/>
          <w:szCs w:val="30"/>
          <w:rtl/>
          <w:cs w:val="0"/>
        </w:rPr>
        <w:t>،</w:t>
      </w:r>
      <w:r w:rsidRPr="00F47107">
        <w:rPr>
          <w:sz w:val="30"/>
          <w:szCs w:val="30"/>
          <w:rtl/>
        </w:rPr>
        <w:t xml:space="preserve"> وتحسين الأداء العام</w:t>
      </w:r>
      <w:r w:rsidR="00A5297B">
        <w:rPr>
          <w:sz w:val="30"/>
          <w:szCs w:val="30"/>
          <w:rtl/>
          <w:cs w:val="0"/>
        </w:rPr>
        <w:t>.</w:t>
      </w:r>
      <w:r w:rsidRPr="00F47107">
        <w:rPr>
          <w:sz w:val="30"/>
          <w:szCs w:val="30"/>
          <w:rtl/>
        </w:rPr>
        <w:t xml:space="preserve"> لذلك</w:t>
      </w:r>
      <w:r w:rsidR="00A5297B">
        <w:rPr>
          <w:sz w:val="30"/>
          <w:szCs w:val="30"/>
          <w:rtl/>
          <w:cs w:val="0"/>
        </w:rPr>
        <w:t>،</w:t>
      </w:r>
      <w:r w:rsidRPr="00F47107">
        <w:rPr>
          <w:sz w:val="30"/>
          <w:szCs w:val="30"/>
          <w:rtl/>
        </w:rPr>
        <w:t xml:space="preserve"> اعتمدت الدراسة الحالية هذه المؤشرات لقياس تحسين الإنتاجية لدى العاملين في شركة مصنع تمور القصيم المحدودة</w:t>
      </w:r>
      <w:r w:rsidR="00A5297B">
        <w:rPr>
          <w:sz w:val="30"/>
          <w:szCs w:val="30"/>
          <w:rtl/>
          <w:cs w:val="0"/>
        </w:rPr>
        <w:t>.</w:t>
      </w:r>
    </w:p>
    <w:p w14:paraId="51AF1B39" w14:textId="04706760" w:rsidR="00F47107" w:rsidRPr="00F47107" w:rsidRDefault="00F47107" w:rsidP="00785C0A">
      <w:pPr>
        <w:spacing w:line="276" w:lineRule="auto"/>
        <w:jc w:val="both"/>
        <w:rPr>
          <w:sz w:val="30"/>
          <w:szCs w:val="30"/>
        </w:rPr>
      </w:pPr>
      <w:r w:rsidRPr="00F47107">
        <w:rPr>
          <w:sz w:val="30"/>
          <w:szCs w:val="30"/>
          <w:rtl/>
        </w:rPr>
        <w:t>واستفادت الدراسة الحالية من الدراسات السابقة في اختيار المنهج الوصفي التحليلي</w:t>
      </w:r>
      <w:r w:rsidR="00A5297B">
        <w:rPr>
          <w:sz w:val="30"/>
          <w:szCs w:val="30"/>
          <w:rtl/>
          <w:cs w:val="0"/>
        </w:rPr>
        <w:t>،</w:t>
      </w:r>
      <w:r w:rsidRPr="00F47107">
        <w:rPr>
          <w:sz w:val="30"/>
          <w:szCs w:val="30"/>
          <w:rtl/>
        </w:rPr>
        <w:t xml:space="preserve"> حيث استخدمت معظم الدراسات ذات العلاقة هذا المنهج لدراسة أثر الممارسات الإدارية في أداء العاملين أو الإنتاجية</w:t>
      </w:r>
      <w:r w:rsidR="00A5297B">
        <w:rPr>
          <w:sz w:val="30"/>
          <w:szCs w:val="30"/>
          <w:rtl/>
          <w:cs w:val="0"/>
        </w:rPr>
        <w:t>.</w:t>
      </w:r>
      <w:r w:rsidRPr="00F47107">
        <w:rPr>
          <w:sz w:val="30"/>
          <w:szCs w:val="30"/>
          <w:rtl/>
        </w:rPr>
        <w:t xml:space="preserve"> كما دعمت الدراسات السابقة اعتماد الاستبانة أداة رئيسية لجمع البيانات</w:t>
      </w:r>
      <w:r w:rsidR="00A5297B">
        <w:rPr>
          <w:sz w:val="30"/>
          <w:szCs w:val="30"/>
          <w:rtl/>
          <w:cs w:val="0"/>
        </w:rPr>
        <w:t>،</w:t>
      </w:r>
      <w:r w:rsidRPr="00F47107">
        <w:rPr>
          <w:sz w:val="30"/>
          <w:szCs w:val="30"/>
          <w:rtl/>
        </w:rPr>
        <w:t xml:space="preserve"> لأنها تناسب قياس آراء العاملين حول ممارسات إدارة الأداء والإنتاجية</w:t>
      </w:r>
      <w:r w:rsidR="00A5297B">
        <w:rPr>
          <w:sz w:val="30"/>
          <w:szCs w:val="30"/>
          <w:rtl/>
          <w:cs w:val="0"/>
        </w:rPr>
        <w:t>.</w:t>
      </w:r>
    </w:p>
    <w:p w14:paraId="45B446CD" w14:textId="589C675A" w:rsidR="00F47107" w:rsidRPr="00F47107" w:rsidRDefault="00F47107" w:rsidP="00785C0A">
      <w:pPr>
        <w:spacing w:line="276" w:lineRule="auto"/>
        <w:jc w:val="both"/>
        <w:rPr>
          <w:sz w:val="30"/>
          <w:szCs w:val="30"/>
        </w:rPr>
      </w:pPr>
      <w:r w:rsidRPr="00F47107">
        <w:rPr>
          <w:sz w:val="30"/>
          <w:szCs w:val="30"/>
          <w:rtl/>
        </w:rPr>
        <w:t>كما ساعدت الدراسات السابقة في بناء محاور الاستبانة</w:t>
      </w:r>
      <w:r w:rsidR="00A5297B">
        <w:rPr>
          <w:sz w:val="30"/>
          <w:szCs w:val="30"/>
          <w:rtl/>
          <w:cs w:val="0"/>
        </w:rPr>
        <w:t>.</w:t>
      </w:r>
      <w:r w:rsidRPr="00F47107">
        <w:rPr>
          <w:sz w:val="30"/>
          <w:szCs w:val="30"/>
          <w:rtl/>
        </w:rPr>
        <w:t xml:space="preserve"> فقد استفادت الدراسة الحالية من الأبعاد التي تناولتها الدراسات السابقة</w:t>
      </w:r>
      <w:r w:rsidR="00A5297B">
        <w:rPr>
          <w:sz w:val="30"/>
          <w:szCs w:val="30"/>
          <w:rtl/>
          <w:cs w:val="0"/>
        </w:rPr>
        <w:t>،</w:t>
      </w:r>
      <w:r w:rsidRPr="00F47107">
        <w:rPr>
          <w:sz w:val="30"/>
          <w:szCs w:val="30"/>
          <w:rtl/>
        </w:rPr>
        <w:t xml:space="preserve"> مثل تخطيط الأداء</w:t>
      </w:r>
      <w:r w:rsidR="00A5297B">
        <w:rPr>
          <w:sz w:val="30"/>
          <w:szCs w:val="30"/>
          <w:rtl/>
          <w:cs w:val="0"/>
        </w:rPr>
        <w:t>،</w:t>
      </w:r>
      <w:r w:rsidRPr="00F47107">
        <w:rPr>
          <w:sz w:val="30"/>
          <w:szCs w:val="30"/>
          <w:rtl/>
        </w:rPr>
        <w:t xml:space="preserve"> والتغذية الراجعة</w:t>
      </w:r>
      <w:r w:rsidR="00A5297B">
        <w:rPr>
          <w:sz w:val="30"/>
          <w:szCs w:val="30"/>
          <w:rtl/>
          <w:cs w:val="0"/>
        </w:rPr>
        <w:t>،</w:t>
      </w:r>
      <w:r w:rsidRPr="00F47107">
        <w:rPr>
          <w:sz w:val="30"/>
          <w:szCs w:val="30"/>
          <w:rtl/>
        </w:rPr>
        <w:t xml:space="preserve"> وتقييم الأداء</w:t>
      </w:r>
      <w:r w:rsidR="00A5297B">
        <w:rPr>
          <w:sz w:val="30"/>
          <w:szCs w:val="30"/>
          <w:rtl/>
          <w:cs w:val="0"/>
        </w:rPr>
        <w:t>،</w:t>
      </w:r>
      <w:r w:rsidRPr="00F47107">
        <w:rPr>
          <w:sz w:val="30"/>
          <w:szCs w:val="30"/>
          <w:rtl/>
        </w:rPr>
        <w:t xml:space="preserve"> ونظام الحوافز</w:t>
      </w:r>
      <w:r w:rsidR="00A5297B">
        <w:rPr>
          <w:sz w:val="30"/>
          <w:szCs w:val="30"/>
          <w:rtl/>
          <w:cs w:val="0"/>
        </w:rPr>
        <w:t>،</w:t>
      </w:r>
      <w:r w:rsidRPr="00F47107">
        <w:rPr>
          <w:sz w:val="30"/>
          <w:szCs w:val="30"/>
          <w:rtl/>
        </w:rPr>
        <w:t xml:space="preserve"> والتطوير المستمر</w:t>
      </w:r>
      <w:r w:rsidR="00A5297B">
        <w:rPr>
          <w:sz w:val="30"/>
          <w:szCs w:val="30"/>
          <w:rtl/>
          <w:cs w:val="0"/>
        </w:rPr>
        <w:t>.</w:t>
      </w:r>
      <w:r w:rsidRPr="00F47107">
        <w:rPr>
          <w:sz w:val="30"/>
          <w:szCs w:val="30"/>
          <w:rtl/>
        </w:rPr>
        <w:t xml:space="preserve"> كما استفادت من الدراسات التي ربطت التدريب والحوافز بتحسين الأداء والإنتاجية</w:t>
      </w:r>
      <w:r w:rsidR="00A5297B">
        <w:rPr>
          <w:sz w:val="30"/>
          <w:szCs w:val="30"/>
          <w:rtl/>
          <w:cs w:val="0"/>
        </w:rPr>
        <w:t>.</w:t>
      </w:r>
    </w:p>
    <w:p w14:paraId="300D124C" w14:textId="01D9A3B3" w:rsidR="00F47107" w:rsidRPr="00F47107" w:rsidRDefault="00F47107" w:rsidP="00785C0A">
      <w:pPr>
        <w:spacing w:line="276" w:lineRule="auto"/>
        <w:jc w:val="both"/>
        <w:rPr>
          <w:sz w:val="30"/>
          <w:szCs w:val="30"/>
        </w:rPr>
      </w:pPr>
      <w:r w:rsidRPr="00F47107">
        <w:rPr>
          <w:sz w:val="30"/>
          <w:szCs w:val="30"/>
          <w:rtl/>
        </w:rPr>
        <w:t>وساعدت الدراسات السابقة في تحديد الأساليب الإحصائية المناسبة</w:t>
      </w:r>
      <w:r w:rsidR="00A5297B">
        <w:rPr>
          <w:sz w:val="30"/>
          <w:szCs w:val="30"/>
          <w:rtl/>
          <w:cs w:val="0"/>
        </w:rPr>
        <w:t>.</w:t>
      </w:r>
      <w:r w:rsidRPr="00F47107">
        <w:rPr>
          <w:sz w:val="30"/>
          <w:szCs w:val="30"/>
          <w:rtl/>
        </w:rPr>
        <w:t xml:space="preserve"> فقد استخدمت الدراسات السابقة المتوسطات الحسابية</w:t>
      </w:r>
      <w:r w:rsidR="00A5297B">
        <w:rPr>
          <w:sz w:val="30"/>
          <w:szCs w:val="30"/>
          <w:rtl/>
          <w:cs w:val="0"/>
        </w:rPr>
        <w:t>،</w:t>
      </w:r>
      <w:r w:rsidRPr="00F47107">
        <w:rPr>
          <w:sz w:val="30"/>
          <w:szCs w:val="30"/>
          <w:rtl/>
        </w:rPr>
        <w:t xml:space="preserve"> والانحرافات المعيارية</w:t>
      </w:r>
      <w:r w:rsidR="00A5297B">
        <w:rPr>
          <w:sz w:val="30"/>
          <w:szCs w:val="30"/>
          <w:rtl/>
          <w:cs w:val="0"/>
        </w:rPr>
        <w:t>،</w:t>
      </w:r>
      <w:r w:rsidRPr="00F47107">
        <w:rPr>
          <w:sz w:val="30"/>
          <w:szCs w:val="30"/>
          <w:rtl/>
        </w:rPr>
        <w:t xml:space="preserve"> ومعامل </w:t>
      </w:r>
      <w:proofErr w:type="spellStart"/>
      <w:r w:rsidRPr="00F47107">
        <w:rPr>
          <w:sz w:val="30"/>
          <w:szCs w:val="30"/>
          <w:rtl/>
        </w:rPr>
        <w:t>كرونباخ</w:t>
      </w:r>
      <w:proofErr w:type="spellEnd"/>
      <w:r w:rsidRPr="00F47107">
        <w:rPr>
          <w:sz w:val="30"/>
          <w:szCs w:val="30"/>
          <w:rtl/>
        </w:rPr>
        <w:t xml:space="preserve"> ألفا</w:t>
      </w:r>
      <w:r w:rsidR="00A5297B">
        <w:rPr>
          <w:sz w:val="30"/>
          <w:szCs w:val="30"/>
          <w:rtl/>
          <w:cs w:val="0"/>
        </w:rPr>
        <w:t>،</w:t>
      </w:r>
      <w:r w:rsidRPr="00F47107">
        <w:rPr>
          <w:sz w:val="30"/>
          <w:szCs w:val="30"/>
          <w:rtl/>
        </w:rPr>
        <w:t xml:space="preserve"> ومعامل الارتباط</w:t>
      </w:r>
      <w:r w:rsidR="00A5297B">
        <w:rPr>
          <w:sz w:val="30"/>
          <w:szCs w:val="30"/>
          <w:rtl/>
          <w:cs w:val="0"/>
        </w:rPr>
        <w:t>،</w:t>
      </w:r>
      <w:r w:rsidRPr="00F47107">
        <w:rPr>
          <w:sz w:val="30"/>
          <w:szCs w:val="30"/>
          <w:rtl/>
        </w:rPr>
        <w:t xml:space="preserve"> وتحليل الانحدار</w:t>
      </w:r>
      <w:r w:rsidR="00A5297B">
        <w:rPr>
          <w:sz w:val="30"/>
          <w:szCs w:val="30"/>
          <w:rtl/>
          <w:cs w:val="0"/>
        </w:rPr>
        <w:t>.</w:t>
      </w:r>
      <w:r w:rsidRPr="00F47107">
        <w:rPr>
          <w:sz w:val="30"/>
          <w:szCs w:val="30"/>
          <w:rtl/>
        </w:rPr>
        <w:t xml:space="preserve"> لذلك</w:t>
      </w:r>
      <w:r w:rsidR="00A5297B">
        <w:rPr>
          <w:sz w:val="30"/>
          <w:szCs w:val="30"/>
          <w:rtl/>
          <w:cs w:val="0"/>
        </w:rPr>
        <w:t>،</w:t>
      </w:r>
      <w:r w:rsidRPr="00F47107">
        <w:rPr>
          <w:sz w:val="30"/>
          <w:szCs w:val="30"/>
          <w:rtl/>
        </w:rPr>
        <w:t xml:space="preserve"> تعتمد الدراسة الحالية على هذه الأساليب لاختبار أثر إدارة الأداء بأبعادها في تحسين الإنتاجية</w:t>
      </w:r>
      <w:r w:rsidR="00A5297B">
        <w:rPr>
          <w:sz w:val="30"/>
          <w:szCs w:val="30"/>
          <w:rtl/>
          <w:cs w:val="0"/>
        </w:rPr>
        <w:t>.</w:t>
      </w:r>
    </w:p>
    <w:p w14:paraId="0083AFB3" w14:textId="437FBBA0" w:rsidR="00F47107" w:rsidRPr="00447966" w:rsidRDefault="00F47107" w:rsidP="00472BF3">
      <w:pPr>
        <w:pStyle w:val="NoSpacing"/>
      </w:pPr>
      <w:r w:rsidRPr="00447966">
        <w:t xml:space="preserve"> </w:t>
      </w:r>
      <w:bookmarkStart w:id="236" w:name="_Toc233579514"/>
      <w:bookmarkStart w:id="237" w:name="_Toc233579671"/>
      <w:r w:rsidRPr="00447966">
        <w:rPr>
          <w:rtl/>
        </w:rPr>
        <w:t>أوجه الاتفاق والاختلاف بين الدراسات السابقة والدراسة الحالية</w:t>
      </w:r>
      <w:bookmarkEnd w:id="236"/>
      <w:bookmarkEnd w:id="237"/>
    </w:p>
    <w:p w14:paraId="56F82172" w14:textId="58F03007" w:rsidR="00F47107" w:rsidRPr="00F47107" w:rsidRDefault="00F47107" w:rsidP="00785C0A">
      <w:pPr>
        <w:spacing w:line="276" w:lineRule="auto"/>
        <w:jc w:val="both"/>
        <w:rPr>
          <w:sz w:val="30"/>
          <w:szCs w:val="30"/>
        </w:rPr>
      </w:pPr>
      <w:r w:rsidRPr="00F47107">
        <w:rPr>
          <w:sz w:val="30"/>
          <w:szCs w:val="30"/>
          <w:rtl/>
        </w:rPr>
        <w:t>تتفق الدراسة الحالية مع الدراسات السابقة في اهتمامها بدور إدارة الأداء في تحسين نتائج العاملين</w:t>
      </w:r>
      <w:r w:rsidR="00A5297B">
        <w:rPr>
          <w:sz w:val="30"/>
          <w:szCs w:val="30"/>
          <w:rtl/>
          <w:cs w:val="0"/>
        </w:rPr>
        <w:t>.</w:t>
      </w:r>
      <w:r w:rsidRPr="00F47107">
        <w:rPr>
          <w:sz w:val="30"/>
          <w:szCs w:val="30"/>
          <w:rtl/>
        </w:rPr>
        <w:t xml:space="preserve"> كما تتفق معها في النظر إلى إدارة الأداء بوصفها عملية مستمرة تشمل التخطيط</w:t>
      </w:r>
      <w:r w:rsidR="00A5297B">
        <w:rPr>
          <w:sz w:val="30"/>
          <w:szCs w:val="30"/>
          <w:rtl/>
          <w:cs w:val="0"/>
        </w:rPr>
        <w:t>،</w:t>
      </w:r>
      <w:r w:rsidRPr="00F47107">
        <w:rPr>
          <w:sz w:val="30"/>
          <w:szCs w:val="30"/>
          <w:rtl/>
        </w:rPr>
        <w:t xml:space="preserve"> والمتابعة</w:t>
      </w:r>
      <w:r w:rsidR="00A5297B">
        <w:rPr>
          <w:sz w:val="30"/>
          <w:szCs w:val="30"/>
          <w:rtl/>
          <w:cs w:val="0"/>
        </w:rPr>
        <w:t>،</w:t>
      </w:r>
      <w:r w:rsidRPr="00F47107">
        <w:rPr>
          <w:sz w:val="30"/>
          <w:szCs w:val="30"/>
          <w:rtl/>
        </w:rPr>
        <w:t xml:space="preserve"> والتقييم</w:t>
      </w:r>
      <w:r w:rsidR="00A5297B">
        <w:rPr>
          <w:sz w:val="30"/>
          <w:szCs w:val="30"/>
          <w:rtl/>
          <w:cs w:val="0"/>
        </w:rPr>
        <w:t>،</w:t>
      </w:r>
      <w:r w:rsidRPr="00F47107">
        <w:rPr>
          <w:sz w:val="30"/>
          <w:szCs w:val="30"/>
          <w:rtl/>
        </w:rPr>
        <w:t xml:space="preserve"> والتطوير</w:t>
      </w:r>
      <w:r w:rsidR="00A5297B">
        <w:rPr>
          <w:sz w:val="30"/>
          <w:szCs w:val="30"/>
          <w:rtl/>
          <w:cs w:val="0"/>
        </w:rPr>
        <w:t>،</w:t>
      </w:r>
      <w:r w:rsidRPr="00F47107">
        <w:rPr>
          <w:sz w:val="30"/>
          <w:szCs w:val="30"/>
          <w:rtl/>
        </w:rPr>
        <w:t xml:space="preserve"> والحوافز</w:t>
      </w:r>
      <w:r w:rsidR="00A5297B">
        <w:rPr>
          <w:sz w:val="30"/>
          <w:szCs w:val="30"/>
          <w:rtl/>
          <w:cs w:val="0"/>
        </w:rPr>
        <w:t>.</w:t>
      </w:r>
      <w:r w:rsidRPr="00F47107">
        <w:rPr>
          <w:sz w:val="30"/>
          <w:szCs w:val="30"/>
          <w:rtl/>
        </w:rPr>
        <w:t xml:space="preserve"> وتتفق كذلك مع الدراسات التي أكدت أهمية التغذية الراجعة المستمرة والحوافز العادلة في رفع مستوى أداء العاملين</w:t>
      </w:r>
      <w:r w:rsidR="00A5297B">
        <w:rPr>
          <w:sz w:val="30"/>
          <w:szCs w:val="30"/>
          <w:rtl/>
          <w:cs w:val="0"/>
        </w:rPr>
        <w:t>.</w:t>
      </w:r>
    </w:p>
    <w:p w14:paraId="0827EDD5" w14:textId="7651EAC8" w:rsidR="00F47107" w:rsidRPr="00F47107" w:rsidRDefault="00F47107" w:rsidP="00785C0A">
      <w:pPr>
        <w:spacing w:line="276" w:lineRule="auto"/>
        <w:jc w:val="both"/>
        <w:rPr>
          <w:sz w:val="30"/>
          <w:szCs w:val="30"/>
        </w:rPr>
      </w:pPr>
      <w:r w:rsidRPr="00F47107">
        <w:rPr>
          <w:sz w:val="30"/>
          <w:szCs w:val="30"/>
          <w:rtl/>
        </w:rPr>
        <w:t xml:space="preserve">وتتفق الدراسة الحالية مع دراسة شيخ ديب </w:t>
      </w:r>
      <w:proofErr w:type="spellStart"/>
      <w:r w:rsidRPr="00F47107">
        <w:rPr>
          <w:sz w:val="30"/>
          <w:szCs w:val="30"/>
          <w:rtl/>
        </w:rPr>
        <w:t>وماخوس</w:t>
      </w:r>
      <w:proofErr w:type="spellEnd"/>
      <w:r w:rsidRPr="00F47107">
        <w:rPr>
          <w:sz w:val="30"/>
          <w:szCs w:val="30"/>
          <w:rtl/>
        </w:rPr>
        <w:t xml:space="preserve"> </w:t>
      </w:r>
      <w:proofErr w:type="spellStart"/>
      <w:r w:rsidRPr="00F47107">
        <w:rPr>
          <w:sz w:val="30"/>
          <w:szCs w:val="30"/>
          <w:rtl/>
        </w:rPr>
        <w:t>ونيربي</w:t>
      </w:r>
      <w:proofErr w:type="spellEnd"/>
      <w:r w:rsidRPr="00F47107">
        <w:rPr>
          <w:sz w:val="30"/>
          <w:szCs w:val="30"/>
          <w:rtl/>
        </w:rPr>
        <w:t xml:space="preserve"> (2021) في تناول إدارة الأداء من خلال أبعاد متعددة</w:t>
      </w:r>
      <w:r w:rsidR="00A5297B">
        <w:rPr>
          <w:sz w:val="30"/>
          <w:szCs w:val="30"/>
          <w:rtl/>
          <w:cs w:val="0"/>
        </w:rPr>
        <w:t>،</w:t>
      </w:r>
      <w:r w:rsidRPr="00F47107">
        <w:rPr>
          <w:sz w:val="30"/>
          <w:szCs w:val="30"/>
          <w:rtl/>
        </w:rPr>
        <w:t xml:space="preserve"> مثل تخطيط الأداء والتغذية الراجعة والمكافآت</w:t>
      </w:r>
      <w:r w:rsidR="00A5297B">
        <w:rPr>
          <w:sz w:val="30"/>
          <w:szCs w:val="30"/>
          <w:rtl/>
          <w:cs w:val="0"/>
        </w:rPr>
        <w:t>.</w:t>
      </w:r>
      <w:r w:rsidRPr="00F47107">
        <w:rPr>
          <w:sz w:val="30"/>
          <w:szCs w:val="30"/>
          <w:rtl/>
        </w:rPr>
        <w:t xml:space="preserve"> كما تتفق مع دراسة بن خيرة </w:t>
      </w:r>
      <w:proofErr w:type="spellStart"/>
      <w:r w:rsidRPr="00F47107">
        <w:rPr>
          <w:sz w:val="30"/>
          <w:szCs w:val="30"/>
          <w:rtl/>
        </w:rPr>
        <w:t>وبوخلوة</w:t>
      </w:r>
      <w:proofErr w:type="spellEnd"/>
      <w:r w:rsidRPr="00F47107">
        <w:rPr>
          <w:sz w:val="30"/>
          <w:szCs w:val="30"/>
          <w:rtl/>
        </w:rPr>
        <w:t xml:space="preserve"> (2021) في النظر إلى إدارة أداء العاملين بوصفها مدخلا لتحسين الأداء الوظيفي</w:t>
      </w:r>
      <w:r w:rsidR="00A5297B">
        <w:rPr>
          <w:sz w:val="30"/>
          <w:szCs w:val="30"/>
          <w:rtl/>
          <w:cs w:val="0"/>
        </w:rPr>
        <w:t>.</w:t>
      </w:r>
      <w:r w:rsidRPr="00F47107">
        <w:rPr>
          <w:sz w:val="30"/>
          <w:szCs w:val="30"/>
          <w:rtl/>
        </w:rPr>
        <w:t xml:space="preserve"> وتتفق مع دراسة الرشيدي (2025) في </w:t>
      </w:r>
      <w:r w:rsidRPr="00F47107">
        <w:rPr>
          <w:sz w:val="30"/>
          <w:szCs w:val="30"/>
          <w:rtl/>
        </w:rPr>
        <w:lastRenderedPageBreak/>
        <w:t>ربط استراتيجيات إدارة الأداء بتحسين إنتاجية الموظفين</w:t>
      </w:r>
      <w:r w:rsidR="00A5297B">
        <w:rPr>
          <w:sz w:val="30"/>
          <w:szCs w:val="30"/>
          <w:rtl/>
          <w:cs w:val="0"/>
        </w:rPr>
        <w:t>.</w:t>
      </w:r>
      <w:r w:rsidRPr="00F47107">
        <w:rPr>
          <w:sz w:val="30"/>
          <w:szCs w:val="30"/>
          <w:rtl/>
        </w:rPr>
        <w:t xml:space="preserve"> وتتفق مع دراسة الدوسري (2006) في أهمية ربط الحوافز بالأداء والإنتاجية</w:t>
      </w:r>
      <w:r w:rsidR="00A5297B">
        <w:rPr>
          <w:sz w:val="30"/>
          <w:szCs w:val="30"/>
          <w:rtl/>
          <w:cs w:val="0"/>
        </w:rPr>
        <w:t>.</w:t>
      </w:r>
    </w:p>
    <w:p w14:paraId="7EDBB408" w14:textId="6E476349" w:rsidR="00F47107" w:rsidRPr="00F47107" w:rsidRDefault="00F47107" w:rsidP="00785C0A">
      <w:pPr>
        <w:spacing w:line="276" w:lineRule="auto"/>
        <w:jc w:val="both"/>
        <w:rPr>
          <w:sz w:val="30"/>
          <w:szCs w:val="30"/>
        </w:rPr>
      </w:pPr>
      <w:r w:rsidRPr="00F47107">
        <w:rPr>
          <w:sz w:val="30"/>
          <w:szCs w:val="30"/>
          <w:rtl/>
        </w:rPr>
        <w:t>وتختلف الدراسة الحالية عن كثير من الدراسات السابقة في مجال التطبيق</w:t>
      </w:r>
      <w:r w:rsidR="00A5297B">
        <w:rPr>
          <w:sz w:val="30"/>
          <w:szCs w:val="30"/>
          <w:rtl/>
          <w:cs w:val="0"/>
        </w:rPr>
        <w:t>.</w:t>
      </w:r>
      <w:r w:rsidRPr="00F47107">
        <w:rPr>
          <w:sz w:val="30"/>
          <w:szCs w:val="30"/>
          <w:rtl/>
        </w:rPr>
        <w:t xml:space="preserve"> فقد طبقت بعض الدراسات في جامعات أو مؤسسات حكومية أو شركات كبرى</w:t>
      </w:r>
      <w:r w:rsidR="00A5297B">
        <w:rPr>
          <w:sz w:val="30"/>
          <w:szCs w:val="30"/>
          <w:rtl/>
          <w:cs w:val="0"/>
        </w:rPr>
        <w:t>،</w:t>
      </w:r>
      <w:r w:rsidRPr="00F47107">
        <w:rPr>
          <w:sz w:val="30"/>
          <w:szCs w:val="30"/>
          <w:rtl/>
        </w:rPr>
        <w:t xml:space="preserve"> بينما تطبق الدراسة الحالية في شركة مصنع تمور القصيم المحدودة</w:t>
      </w:r>
      <w:r w:rsidR="00A5297B">
        <w:rPr>
          <w:sz w:val="30"/>
          <w:szCs w:val="30"/>
          <w:rtl/>
          <w:cs w:val="0"/>
        </w:rPr>
        <w:t>،</w:t>
      </w:r>
      <w:r w:rsidRPr="00F47107">
        <w:rPr>
          <w:sz w:val="30"/>
          <w:szCs w:val="30"/>
          <w:rtl/>
        </w:rPr>
        <w:t xml:space="preserve"> وهي شركة إنتاجية تعمل في مجال التصنيع الغذائي</w:t>
      </w:r>
      <w:r w:rsidR="00A5297B">
        <w:rPr>
          <w:sz w:val="30"/>
          <w:szCs w:val="30"/>
          <w:rtl/>
          <w:cs w:val="0"/>
        </w:rPr>
        <w:t>.</w:t>
      </w:r>
      <w:r w:rsidRPr="00F47107">
        <w:rPr>
          <w:sz w:val="30"/>
          <w:szCs w:val="30"/>
          <w:rtl/>
        </w:rPr>
        <w:t xml:space="preserve"> كما تختلف الدراسة الحالية في تركيزها على تحسين الإنتاجية بوصفه متغيرا تابعا</w:t>
      </w:r>
      <w:r w:rsidR="00A5297B">
        <w:rPr>
          <w:sz w:val="30"/>
          <w:szCs w:val="30"/>
          <w:rtl/>
          <w:cs w:val="0"/>
        </w:rPr>
        <w:t>،</w:t>
      </w:r>
      <w:r w:rsidRPr="00F47107">
        <w:rPr>
          <w:sz w:val="30"/>
          <w:szCs w:val="30"/>
          <w:rtl/>
        </w:rPr>
        <w:t xml:space="preserve"> وليس الأداء الوظيفي العام فقط</w:t>
      </w:r>
      <w:r w:rsidR="00A5297B">
        <w:rPr>
          <w:sz w:val="30"/>
          <w:szCs w:val="30"/>
          <w:rtl/>
          <w:cs w:val="0"/>
        </w:rPr>
        <w:t>.</w:t>
      </w:r>
    </w:p>
    <w:p w14:paraId="4D9684D3" w14:textId="41DC288F" w:rsidR="00F47107" w:rsidRPr="00F47107" w:rsidRDefault="00F47107" w:rsidP="00785C0A">
      <w:pPr>
        <w:spacing w:line="276" w:lineRule="auto"/>
        <w:jc w:val="both"/>
        <w:rPr>
          <w:sz w:val="30"/>
          <w:szCs w:val="30"/>
        </w:rPr>
      </w:pPr>
      <w:r w:rsidRPr="00F47107">
        <w:rPr>
          <w:sz w:val="30"/>
          <w:szCs w:val="30"/>
          <w:rtl/>
        </w:rPr>
        <w:t>وتختلف الدراسة الحالية كذلك في أنها تجمع بين أبعاد إدارة الأداء ومؤشرات الإنتاجية العملية</w:t>
      </w:r>
      <w:r w:rsidR="00A5297B">
        <w:rPr>
          <w:sz w:val="30"/>
          <w:szCs w:val="30"/>
          <w:rtl/>
          <w:cs w:val="0"/>
        </w:rPr>
        <w:t>.</w:t>
      </w:r>
      <w:r w:rsidRPr="00F47107">
        <w:rPr>
          <w:sz w:val="30"/>
          <w:szCs w:val="30"/>
          <w:rtl/>
        </w:rPr>
        <w:t xml:space="preserve"> فهي لا تكتفي بدراسة أثر التدريب أو الحوافز أو التقييم كل على حدة</w:t>
      </w:r>
      <w:r w:rsidR="00A5297B">
        <w:rPr>
          <w:sz w:val="30"/>
          <w:szCs w:val="30"/>
          <w:rtl/>
          <w:cs w:val="0"/>
        </w:rPr>
        <w:t>،</w:t>
      </w:r>
      <w:r w:rsidRPr="00F47107">
        <w:rPr>
          <w:sz w:val="30"/>
          <w:szCs w:val="30"/>
          <w:rtl/>
        </w:rPr>
        <w:t xml:space="preserve"> بل تدرس أثر إدارة الأداء كنظام متكامل</w:t>
      </w:r>
      <w:r w:rsidR="00A5297B">
        <w:rPr>
          <w:sz w:val="30"/>
          <w:szCs w:val="30"/>
          <w:rtl/>
          <w:cs w:val="0"/>
        </w:rPr>
        <w:t>.</w:t>
      </w:r>
      <w:r w:rsidRPr="00F47107">
        <w:rPr>
          <w:sz w:val="30"/>
          <w:szCs w:val="30"/>
          <w:rtl/>
        </w:rPr>
        <w:t xml:space="preserve"> كما تقيس الإنتاجية من خلال السرعة</w:t>
      </w:r>
      <w:r w:rsidR="00A5297B">
        <w:rPr>
          <w:sz w:val="30"/>
          <w:szCs w:val="30"/>
          <w:rtl/>
          <w:cs w:val="0"/>
        </w:rPr>
        <w:t>،</w:t>
      </w:r>
      <w:r w:rsidRPr="00F47107">
        <w:rPr>
          <w:sz w:val="30"/>
          <w:szCs w:val="30"/>
          <w:rtl/>
        </w:rPr>
        <w:t xml:space="preserve"> والجودة</w:t>
      </w:r>
      <w:r w:rsidR="00A5297B">
        <w:rPr>
          <w:sz w:val="30"/>
          <w:szCs w:val="30"/>
          <w:rtl/>
          <w:cs w:val="0"/>
        </w:rPr>
        <w:t>،</w:t>
      </w:r>
      <w:r w:rsidRPr="00F47107">
        <w:rPr>
          <w:sz w:val="30"/>
          <w:szCs w:val="30"/>
          <w:rtl/>
        </w:rPr>
        <w:t xml:space="preserve"> وكفاءة الموارد</w:t>
      </w:r>
      <w:r w:rsidR="00A5297B">
        <w:rPr>
          <w:sz w:val="30"/>
          <w:szCs w:val="30"/>
          <w:rtl/>
          <w:cs w:val="0"/>
        </w:rPr>
        <w:t>،</w:t>
      </w:r>
      <w:r w:rsidRPr="00F47107">
        <w:rPr>
          <w:sz w:val="30"/>
          <w:szCs w:val="30"/>
          <w:rtl/>
        </w:rPr>
        <w:t xml:space="preserve"> وتقليل الأخطاء والهدر</w:t>
      </w:r>
      <w:r w:rsidR="00A5297B">
        <w:rPr>
          <w:sz w:val="30"/>
          <w:szCs w:val="30"/>
          <w:rtl/>
          <w:cs w:val="0"/>
        </w:rPr>
        <w:t>،</w:t>
      </w:r>
      <w:r w:rsidRPr="00F47107">
        <w:rPr>
          <w:sz w:val="30"/>
          <w:szCs w:val="30"/>
          <w:rtl/>
        </w:rPr>
        <w:t xml:space="preserve"> وتحسين الأداء العام</w:t>
      </w:r>
      <w:r w:rsidR="00A5297B">
        <w:rPr>
          <w:sz w:val="30"/>
          <w:szCs w:val="30"/>
          <w:rtl/>
          <w:cs w:val="0"/>
        </w:rPr>
        <w:t>.</w:t>
      </w:r>
    </w:p>
    <w:p w14:paraId="22727E7A" w14:textId="47E37280" w:rsidR="00F47107" w:rsidRPr="00472BF3" w:rsidRDefault="00F47107" w:rsidP="00472BF3">
      <w:pPr>
        <w:pStyle w:val="NoSpacing"/>
      </w:pPr>
      <w:bookmarkStart w:id="238" w:name="_Toc233579515"/>
      <w:bookmarkStart w:id="239" w:name="_Toc233579672"/>
      <w:r w:rsidRPr="00472BF3">
        <w:rPr>
          <w:rtl/>
        </w:rPr>
        <w:t>الفجوة البحثية</w:t>
      </w:r>
      <w:bookmarkEnd w:id="238"/>
      <w:bookmarkEnd w:id="239"/>
    </w:p>
    <w:p w14:paraId="1D6AD069" w14:textId="0FE2E1D0" w:rsidR="00F47107" w:rsidRPr="00F47107" w:rsidRDefault="00F47107" w:rsidP="00785C0A">
      <w:pPr>
        <w:spacing w:line="276" w:lineRule="auto"/>
        <w:jc w:val="both"/>
        <w:rPr>
          <w:sz w:val="30"/>
          <w:szCs w:val="30"/>
        </w:rPr>
      </w:pPr>
      <w:r w:rsidRPr="00F47107">
        <w:rPr>
          <w:sz w:val="30"/>
          <w:szCs w:val="30"/>
          <w:rtl/>
        </w:rPr>
        <w:t xml:space="preserve">تظهر الفجوة البحثية في أن عددا من الدراسات السابقة تناول إدارة </w:t>
      </w:r>
      <w:proofErr w:type="gramStart"/>
      <w:r w:rsidRPr="00F47107">
        <w:rPr>
          <w:sz w:val="30"/>
          <w:szCs w:val="30"/>
          <w:rtl/>
        </w:rPr>
        <w:t>الأداء</w:t>
      </w:r>
      <w:proofErr w:type="gramEnd"/>
      <w:r w:rsidRPr="00F47107">
        <w:rPr>
          <w:sz w:val="30"/>
          <w:szCs w:val="30"/>
          <w:rtl/>
        </w:rPr>
        <w:t xml:space="preserve"> أو تقييم الأداء أو الحوافز أو التدريب بصورة مستقلة</w:t>
      </w:r>
      <w:r w:rsidR="00A5297B">
        <w:rPr>
          <w:sz w:val="30"/>
          <w:szCs w:val="30"/>
          <w:rtl/>
          <w:cs w:val="0"/>
        </w:rPr>
        <w:t>،</w:t>
      </w:r>
      <w:r w:rsidRPr="00F47107">
        <w:rPr>
          <w:sz w:val="30"/>
          <w:szCs w:val="30"/>
          <w:rtl/>
        </w:rPr>
        <w:t xml:space="preserve"> بينما تناولت دراسات أخرى الأداء الوظيفي العام دون ربطه بمؤشرات إنتاجية تفصيلية</w:t>
      </w:r>
      <w:r w:rsidR="00A5297B">
        <w:rPr>
          <w:sz w:val="30"/>
          <w:szCs w:val="30"/>
          <w:rtl/>
          <w:cs w:val="0"/>
        </w:rPr>
        <w:t>.</w:t>
      </w:r>
      <w:r w:rsidRPr="00F47107">
        <w:rPr>
          <w:sz w:val="30"/>
          <w:szCs w:val="30"/>
          <w:rtl/>
        </w:rPr>
        <w:t xml:space="preserve"> كما أن كثيرا من الدراسات طبقت في بيئات تعليمية أو حكومية أو خدمية</w:t>
      </w:r>
      <w:r w:rsidR="00A5297B">
        <w:rPr>
          <w:sz w:val="30"/>
          <w:szCs w:val="30"/>
          <w:rtl/>
          <w:cs w:val="0"/>
        </w:rPr>
        <w:t>،</w:t>
      </w:r>
      <w:r w:rsidRPr="00F47107">
        <w:rPr>
          <w:sz w:val="30"/>
          <w:szCs w:val="30"/>
          <w:rtl/>
        </w:rPr>
        <w:t xml:space="preserve"> في حين تقل الدراسات التي تربط إدارة الأداء بتحسين الإنتاجية داخل منشآت إنتاجية محددة في البيئة السعودية</w:t>
      </w:r>
      <w:r w:rsidR="00A5297B">
        <w:rPr>
          <w:sz w:val="30"/>
          <w:szCs w:val="30"/>
          <w:rtl/>
          <w:cs w:val="0"/>
        </w:rPr>
        <w:t>.</w:t>
      </w:r>
    </w:p>
    <w:p w14:paraId="25CA0791" w14:textId="2AA0F8D7" w:rsidR="00F47107" w:rsidRPr="00F47107" w:rsidRDefault="00F47107" w:rsidP="00785C0A">
      <w:pPr>
        <w:spacing w:line="276" w:lineRule="auto"/>
        <w:jc w:val="both"/>
        <w:rPr>
          <w:sz w:val="30"/>
          <w:szCs w:val="30"/>
        </w:rPr>
      </w:pPr>
      <w:r w:rsidRPr="00F47107">
        <w:rPr>
          <w:sz w:val="30"/>
          <w:szCs w:val="30"/>
          <w:rtl/>
        </w:rPr>
        <w:t>كما تظهر الفجوة في أن بعض الدراسات ركزت على تقييم الأداء كإجراء إداري</w:t>
      </w:r>
      <w:r w:rsidR="00A5297B">
        <w:rPr>
          <w:sz w:val="30"/>
          <w:szCs w:val="30"/>
          <w:rtl/>
          <w:cs w:val="0"/>
        </w:rPr>
        <w:t>،</w:t>
      </w:r>
      <w:r w:rsidRPr="00F47107">
        <w:rPr>
          <w:sz w:val="30"/>
          <w:szCs w:val="30"/>
          <w:rtl/>
        </w:rPr>
        <w:t xml:space="preserve"> بينما تحتاج بيئة الإنتاج إلى دراسة إدارة الأداء كنظام متكامل يبدأ من التخطيط</w:t>
      </w:r>
      <w:r w:rsidR="00A5297B">
        <w:rPr>
          <w:sz w:val="30"/>
          <w:szCs w:val="30"/>
          <w:rtl/>
          <w:cs w:val="0"/>
        </w:rPr>
        <w:t>،</w:t>
      </w:r>
      <w:r w:rsidRPr="00F47107">
        <w:rPr>
          <w:sz w:val="30"/>
          <w:szCs w:val="30"/>
          <w:rtl/>
        </w:rPr>
        <w:t xml:space="preserve"> ويمر بالمتابعة والتغذية الراجعة</w:t>
      </w:r>
      <w:r w:rsidR="00A5297B">
        <w:rPr>
          <w:sz w:val="30"/>
          <w:szCs w:val="30"/>
          <w:rtl/>
          <w:cs w:val="0"/>
        </w:rPr>
        <w:t>،</w:t>
      </w:r>
      <w:r w:rsidRPr="00F47107">
        <w:rPr>
          <w:sz w:val="30"/>
          <w:szCs w:val="30"/>
          <w:rtl/>
        </w:rPr>
        <w:t xml:space="preserve"> ثم التقييم</w:t>
      </w:r>
      <w:r w:rsidR="00A5297B">
        <w:rPr>
          <w:sz w:val="30"/>
          <w:szCs w:val="30"/>
          <w:rtl/>
          <w:cs w:val="0"/>
        </w:rPr>
        <w:t>،</w:t>
      </w:r>
      <w:r w:rsidRPr="00F47107">
        <w:rPr>
          <w:sz w:val="30"/>
          <w:szCs w:val="30"/>
          <w:rtl/>
        </w:rPr>
        <w:t xml:space="preserve"> ثم الحوافز والتطوير</w:t>
      </w:r>
      <w:r w:rsidR="00A5297B">
        <w:rPr>
          <w:sz w:val="30"/>
          <w:szCs w:val="30"/>
          <w:rtl/>
          <w:cs w:val="0"/>
        </w:rPr>
        <w:t>.</w:t>
      </w:r>
      <w:r w:rsidRPr="00F47107">
        <w:rPr>
          <w:sz w:val="30"/>
          <w:szCs w:val="30"/>
          <w:rtl/>
        </w:rPr>
        <w:t xml:space="preserve"> وهذا ما تتناوله الدراسة الحالية</w:t>
      </w:r>
      <w:r w:rsidR="00A5297B">
        <w:rPr>
          <w:sz w:val="30"/>
          <w:szCs w:val="30"/>
          <w:rtl/>
          <w:cs w:val="0"/>
        </w:rPr>
        <w:t>.</w:t>
      </w:r>
    </w:p>
    <w:p w14:paraId="24EE396E" w14:textId="7886BCF7" w:rsidR="00A65499" w:rsidRPr="00447966" w:rsidRDefault="00F47107" w:rsidP="00785C0A">
      <w:pPr>
        <w:spacing w:line="276" w:lineRule="auto"/>
        <w:jc w:val="both"/>
        <w:rPr>
          <w:sz w:val="30"/>
          <w:szCs w:val="30"/>
        </w:rPr>
      </w:pPr>
      <w:r w:rsidRPr="00F47107">
        <w:rPr>
          <w:sz w:val="30"/>
          <w:szCs w:val="30"/>
          <w:rtl/>
        </w:rPr>
        <w:t>تعالج الدراسة الحالية هذه الفجوة من خلال دراسة أثر إدارة الأداء بأبعادها الأربعة</w:t>
      </w:r>
      <w:r w:rsidR="00A5297B">
        <w:rPr>
          <w:sz w:val="30"/>
          <w:szCs w:val="30"/>
          <w:rtl/>
          <w:cs w:val="0"/>
        </w:rPr>
        <w:t>،</w:t>
      </w:r>
      <w:r w:rsidRPr="00F47107">
        <w:rPr>
          <w:sz w:val="30"/>
          <w:szCs w:val="30"/>
          <w:rtl/>
        </w:rPr>
        <w:t xml:space="preserve"> تخطيط الأداء</w:t>
      </w:r>
      <w:r w:rsidR="00A5297B">
        <w:rPr>
          <w:sz w:val="30"/>
          <w:szCs w:val="30"/>
          <w:rtl/>
          <w:cs w:val="0"/>
        </w:rPr>
        <w:t>،</w:t>
      </w:r>
      <w:r w:rsidRPr="00F47107">
        <w:rPr>
          <w:sz w:val="30"/>
          <w:szCs w:val="30"/>
          <w:rtl/>
        </w:rPr>
        <w:t xml:space="preserve"> والمتابعة والتغذية الراجعة</w:t>
      </w:r>
      <w:r w:rsidR="00A5297B">
        <w:rPr>
          <w:sz w:val="30"/>
          <w:szCs w:val="30"/>
          <w:rtl/>
          <w:cs w:val="0"/>
        </w:rPr>
        <w:t>،</w:t>
      </w:r>
      <w:r w:rsidRPr="00F47107">
        <w:rPr>
          <w:sz w:val="30"/>
          <w:szCs w:val="30"/>
          <w:rtl/>
        </w:rPr>
        <w:t xml:space="preserve"> وتقييم الأداء</w:t>
      </w:r>
      <w:r w:rsidR="00A5297B">
        <w:rPr>
          <w:sz w:val="30"/>
          <w:szCs w:val="30"/>
          <w:rtl/>
          <w:cs w:val="0"/>
        </w:rPr>
        <w:t>،</w:t>
      </w:r>
      <w:r w:rsidRPr="00F47107">
        <w:rPr>
          <w:sz w:val="30"/>
          <w:szCs w:val="30"/>
          <w:rtl/>
        </w:rPr>
        <w:t xml:space="preserve"> والحوافز والتطوير</w:t>
      </w:r>
      <w:r w:rsidR="00A5297B">
        <w:rPr>
          <w:sz w:val="30"/>
          <w:szCs w:val="30"/>
          <w:rtl/>
          <w:cs w:val="0"/>
        </w:rPr>
        <w:t>،</w:t>
      </w:r>
      <w:r w:rsidRPr="00F47107">
        <w:rPr>
          <w:sz w:val="30"/>
          <w:szCs w:val="30"/>
          <w:rtl/>
        </w:rPr>
        <w:t xml:space="preserve"> على تحسين الإنتاجية لدى العاملين في شركة مصنع تمور القصيم المحدودة بالمملكة العربية السعودية</w:t>
      </w:r>
      <w:r w:rsidR="00A5297B">
        <w:rPr>
          <w:sz w:val="30"/>
          <w:szCs w:val="30"/>
          <w:rtl/>
          <w:cs w:val="0"/>
        </w:rPr>
        <w:t>.</w:t>
      </w:r>
      <w:r w:rsidRPr="00F47107">
        <w:rPr>
          <w:sz w:val="30"/>
          <w:szCs w:val="30"/>
          <w:rtl/>
        </w:rPr>
        <w:t xml:space="preserve"> كما تقدم الدراسة تطبيقا ميدانيا في منشأة إنتاجية سعودية</w:t>
      </w:r>
      <w:r w:rsidR="00A5297B">
        <w:rPr>
          <w:sz w:val="30"/>
          <w:szCs w:val="30"/>
          <w:rtl/>
          <w:cs w:val="0"/>
        </w:rPr>
        <w:t>،</w:t>
      </w:r>
      <w:r w:rsidRPr="00F47107">
        <w:rPr>
          <w:sz w:val="30"/>
          <w:szCs w:val="30"/>
          <w:rtl/>
        </w:rPr>
        <w:t xml:space="preserve"> وتقيس الإنتاجية من خلال مؤشرات عملية تشمل سرعة الإنجاز</w:t>
      </w:r>
      <w:r w:rsidR="00A5297B">
        <w:rPr>
          <w:sz w:val="30"/>
          <w:szCs w:val="30"/>
          <w:rtl/>
          <w:cs w:val="0"/>
        </w:rPr>
        <w:t>،</w:t>
      </w:r>
      <w:r w:rsidRPr="00F47107">
        <w:rPr>
          <w:sz w:val="30"/>
          <w:szCs w:val="30"/>
          <w:rtl/>
        </w:rPr>
        <w:t xml:space="preserve"> وجودة المخرجات</w:t>
      </w:r>
      <w:r w:rsidR="00A5297B">
        <w:rPr>
          <w:sz w:val="30"/>
          <w:szCs w:val="30"/>
          <w:rtl/>
          <w:cs w:val="0"/>
        </w:rPr>
        <w:t>،</w:t>
      </w:r>
      <w:r w:rsidRPr="00F47107">
        <w:rPr>
          <w:sz w:val="30"/>
          <w:szCs w:val="30"/>
          <w:rtl/>
        </w:rPr>
        <w:t xml:space="preserve"> وكفاءة استخدام الوقت والموارد</w:t>
      </w:r>
      <w:r w:rsidR="00A5297B">
        <w:rPr>
          <w:sz w:val="30"/>
          <w:szCs w:val="30"/>
          <w:rtl/>
          <w:cs w:val="0"/>
        </w:rPr>
        <w:t>،</w:t>
      </w:r>
      <w:r w:rsidRPr="00F47107">
        <w:rPr>
          <w:sz w:val="30"/>
          <w:szCs w:val="30"/>
          <w:rtl/>
        </w:rPr>
        <w:t xml:space="preserve"> وتقليل الأخطاء والهدر</w:t>
      </w:r>
      <w:r w:rsidR="00A5297B">
        <w:rPr>
          <w:sz w:val="30"/>
          <w:szCs w:val="30"/>
          <w:rtl/>
          <w:cs w:val="0"/>
        </w:rPr>
        <w:t>،</w:t>
      </w:r>
      <w:r w:rsidRPr="00F47107">
        <w:rPr>
          <w:sz w:val="30"/>
          <w:szCs w:val="30"/>
          <w:rtl/>
        </w:rPr>
        <w:t xml:space="preserve"> </w:t>
      </w:r>
    </w:p>
    <w:p w14:paraId="621E0780" w14:textId="50EB3381" w:rsidR="00A65499" w:rsidRPr="004B1822" w:rsidRDefault="004B1822" w:rsidP="00B5235E">
      <w:pPr>
        <w:pStyle w:val="Heading2"/>
      </w:pPr>
      <w:bookmarkStart w:id="240" w:name="_Toc233582855"/>
      <w:bookmarkStart w:id="241" w:name="_Toc233583022"/>
      <w:bookmarkStart w:id="242" w:name="_Toc233584655"/>
      <w:bookmarkStart w:id="243" w:name="_Toc233585027"/>
      <w:bookmarkStart w:id="244" w:name="_Toc233585153"/>
      <w:bookmarkStart w:id="245" w:name="_Toc233585294"/>
      <w:bookmarkStart w:id="246" w:name="_Toc233585624"/>
      <w:bookmarkStart w:id="247" w:name="_Toc233585780"/>
      <w:bookmarkStart w:id="248" w:name="_Toc233585906"/>
      <w:bookmarkStart w:id="249" w:name="_Toc233586035"/>
      <w:bookmarkStart w:id="250" w:name="_Toc233586813"/>
      <w:bookmarkStart w:id="251" w:name="_Toc233586948"/>
      <w:bookmarkStart w:id="252" w:name="_Toc233587089"/>
      <w:bookmarkStart w:id="253" w:name="_Toc233587216"/>
      <w:bookmarkStart w:id="254" w:name="_Toc233587074"/>
      <w:bookmarkStart w:id="255" w:name="_Toc233587626"/>
      <w:bookmarkStart w:id="256" w:name="_Toc233587758"/>
      <w:r w:rsidRPr="004B1822">
        <w:rPr>
          <w:rtl/>
        </w:rPr>
        <w:t>المنطلقات النظرية للدراسة</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3512B1D6" w14:textId="030E6736" w:rsidR="00A65499" w:rsidRDefault="00000000" w:rsidP="00785C0A">
      <w:pPr>
        <w:spacing w:line="276" w:lineRule="auto"/>
        <w:jc w:val="both"/>
        <w:rPr>
          <w:sz w:val="30"/>
          <w:szCs w:val="30"/>
          <w:rtl/>
        </w:rPr>
      </w:pPr>
      <w:r w:rsidRPr="00447966">
        <w:rPr>
          <w:sz w:val="30"/>
          <w:szCs w:val="30"/>
          <w:rtl/>
        </w:rPr>
        <w:t>تنطلق الدراسة الحالية من مجموعة من الأسس النظرية التي تفسر العلاقة بين إدارة الأداء وتحسين الإنتاجية</w:t>
      </w:r>
      <w:r w:rsidR="00A5297B">
        <w:rPr>
          <w:sz w:val="30"/>
          <w:szCs w:val="30"/>
          <w:rtl/>
          <w:cs w:val="0"/>
        </w:rPr>
        <w:t>.</w:t>
      </w:r>
      <w:r w:rsidRPr="00447966">
        <w:rPr>
          <w:sz w:val="30"/>
          <w:szCs w:val="30"/>
          <w:rtl/>
        </w:rPr>
        <w:t xml:space="preserve"> وتساعد هذه الأسس على فهم طريقة تأثير ممارسات إدارة الأداء في سلوك العاملين ونتائجهم</w:t>
      </w:r>
      <w:r w:rsidR="00A5297B">
        <w:rPr>
          <w:sz w:val="30"/>
          <w:szCs w:val="30"/>
          <w:rtl/>
          <w:cs w:val="0"/>
        </w:rPr>
        <w:t>.</w:t>
      </w:r>
    </w:p>
    <w:p w14:paraId="11ED453C" w14:textId="77777777" w:rsidR="00472BF3" w:rsidRDefault="00472BF3" w:rsidP="00785C0A">
      <w:pPr>
        <w:spacing w:line="276" w:lineRule="auto"/>
        <w:jc w:val="both"/>
        <w:rPr>
          <w:sz w:val="30"/>
          <w:szCs w:val="30"/>
          <w:rtl/>
        </w:rPr>
      </w:pPr>
    </w:p>
    <w:p w14:paraId="65C83A19" w14:textId="77777777" w:rsidR="00472BF3" w:rsidRPr="00447966" w:rsidRDefault="00472BF3" w:rsidP="00785C0A">
      <w:pPr>
        <w:spacing w:line="276" w:lineRule="auto"/>
        <w:jc w:val="both"/>
        <w:rPr>
          <w:sz w:val="30"/>
          <w:szCs w:val="30"/>
        </w:rPr>
      </w:pPr>
    </w:p>
    <w:p w14:paraId="293D2DA5" w14:textId="77777777" w:rsidR="00A65499" w:rsidRPr="00447966" w:rsidRDefault="00000000" w:rsidP="00472BF3">
      <w:pPr>
        <w:pStyle w:val="NoSpacing"/>
      </w:pPr>
      <w:bookmarkStart w:id="257" w:name="_Toc233579517"/>
      <w:bookmarkStart w:id="258" w:name="_Toc233579674"/>
      <w:r w:rsidRPr="00447966">
        <w:rPr>
          <w:rtl/>
        </w:rPr>
        <w:lastRenderedPageBreak/>
        <w:t>نظرية تحديد الأهداف</w:t>
      </w:r>
      <w:bookmarkEnd w:id="257"/>
      <w:bookmarkEnd w:id="258"/>
    </w:p>
    <w:p w14:paraId="2B0CD0AF" w14:textId="26C180B9" w:rsidR="00A65499" w:rsidRPr="00447966" w:rsidRDefault="00000000" w:rsidP="00785C0A">
      <w:pPr>
        <w:spacing w:line="276" w:lineRule="auto"/>
        <w:jc w:val="both"/>
        <w:rPr>
          <w:sz w:val="30"/>
          <w:szCs w:val="30"/>
        </w:rPr>
      </w:pPr>
      <w:r w:rsidRPr="00447966">
        <w:rPr>
          <w:sz w:val="30"/>
          <w:szCs w:val="30"/>
          <w:rtl/>
        </w:rPr>
        <w:t>تؤكد نظرية تحديد الأهداف أن الأهداف الواضحة والمحددة تؤثر في مستوى الجهد والالتزام لدى العاملين</w:t>
      </w:r>
      <w:r w:rsidR="00A5297B">
        <w:rPr>
          <w:sz w:val="30"/>
          <w:szCs w:val="30"/>
          <w:rtl/>
          <w:cs w:val="0"/>
        </w:rPr>
        <w:t>.</w:t>
      </w:r>
      <w:r w:rsidRPr="00447966">
        <w:rPr>
          <w:sz w:val="30"/>
          <w:szCs w:val="30"/>
          <w:rtl/>
        </w:rPr>
        <w:t xml:space="preserve"> عندما يعرف العامل ما المطلوب منه</w:t>
      </w:r>
      <w:r w:rsidR="00A5297B">
        <w:rPr>
          <w:sz w:val="30"/>
          <w:szCs w:val="30"/>
          <w:rtl/>
          <w:cs w:val="0"/>
        </w:rPr>
        <w:t>،</w:t>
      </w:r>
      <w:r w:rsidRPr="00447966">
        <w:rPr>
          <w:sz w:val="30"/>
          <w:szCs w:val="30"/>
          <w:rtl/>
        </w:rPr>
        <w:t xml:space="preserve"> وما معيار النجاح</w:t>
      </w:r>
      <w:r w:rsidR="00A5297B">
        <w:rPr>
          <w:sz w:val="30"/>
          <w:szCs w:val="30"/>
          <w:rtl/>
          <w:cs w:val="0"/>
        </w:rPr>
        <w:t>،</w:t>
      </w:r>
      <w:r w:rsidRPr="00447966">
        <w:rPr>
          <w:sz w:val="30"/>
          <w:szCs w:val="30"/>
          <w:rtl/>
        </w:rPr>
        <w:t xml:space="preserve"> وما الفترة الزمنية المحددة للإنجاز</w:t>
      </w:r>
      <w:r w:rsidR="00A5297B">
        <w:rPr>
          <w:sz w:val="30"/>
          <w:szCs w:val="30"/>
          <w:rtl/>
          <w:cs w:val="0"/>
        </w:rPr>
        <w:t>،</w:t>
      </w:r>
      <w:r w:rsidRPr="00447966">
        <w:rPr>
          <w:sz w:val="30"/>
          <w:szCs w:val="30"/>
          <w:rtl/>
        </w:rPr>
        <w:t xml:space="preserve"> يصبح أكثر قدرة على توجيه جهده نحو النتيجة المطلوبة</w:t>
      </w:r>
      <w:r w:rsidR="00A5297B">
        <w:rPr>
          <w:sz w:val="30"/>
          <w:szCs w:val="30"/>
          <w:rtl/>
          <w:cs w:val="0"/>
        </w:rPr>
        <w:t>.</w:t>
      </w:r>
      <w:r w:rsidRPr="00447966">
        <w:rPr>
          <w:sz w:val="30"/>
          <w:szCs w:val="30"/>
          <w:rtl/>
        </w:rPr>
        <w:t xml:space="preserve"> وتوضح هذه النظرية أهمية بعد تخطيط الأداء في الدراسة الحالية</w:t>
      </w:r>
      <w:r w:rsidR="00A5297B">
        <w:rPr>
          <w:sz w:val="30"/>
          <w:szCs w:val="30"/>
          <w:rtl/>
          <w:cs w:val="0"/>
        </w:rPr>
        <w:t>،</w:t>
      </w:r>
      <w:r w:rsidRPr="00447966">
        <w:rPr>
          <w:sz w:val="30"/>
          <w:szCs w:val="30"/>
          <w:rtl/>
        </w:rPr>
        <w:t xml:space="preserve"> لأن التخطيط يحدد الأهداف ومؤشرات الأداء والمسؤوليات ‎(</w:t>
      </w:r>
      <w:proofErr w:type="spellStart"/>
      <w:r w:rsidRPr="00447966">
        <w:rPr>
          <w:sz w:val="30"/>
          <w:szCs w:val="30"/>
          <w:rtl/>
        </w:rPr>
        <w:t>Locke</w:t>
      </w:r>
      <w:proofErr w:type="spellEnd"/>
      <w:r w:rsidRPr="00447966">
        <w:rPr>
          <w:sz w:val="30"/>
          <w:szCs w:val="30"/>
          <w:rtl/>
        </w:rPr>
        <w:t xml:space="preserve"> </w:t>
      </w:r>
      <w:proofErr w:type="spellStart"/>
      <w:r w:rsidRPr="00447966">
        <w:rPr>
          <w:sz w:val="30"/>
          <w:szCs w:val="30"/>
          <w:rtl/>
        </w:rPr>
        <w:t>and</w:t>
      </w:r>
      <w:proofErr w:type="spellEnd"/>
      <w:r w:rsidRPr="00447966">
        <w:rPr>
          <w:sz w:val="30"/>
          <w:szCs w:val="30"/>
          <w:rtl/>
        </w:rPr>
        <w:t xml:space="preserve"> </w:t>
      </w:r>
      <w:proofErr w:type="spellStart"/>
      <w:r w:rsidRPr="00447966">
        <w:rPr>
          <w:sz w:val="30"/>
          <w:szCs w:val="30"/>
          <w:rtl/>
        </w:rPr>
        <w:t>Latham</w:t>
      </w:r>
      <w:proofErr w:type="spellEnd"/>
      <w:r w:rsidRPr="00447966">
        <w:rPr>
          <w:sz w:val="30"/>
          <w:szCs w:val="30"/>
          <w:rtl/>
        </w:rPr>
        <w:t>, 2002)‏</w:t>
      </w:r>
      <w:r w:rsidR="00A5297B">
        <w:rPr>
          <w:sz w:val="30"/>
          <w:szCs w:val="30"/>
          <w:rtl/>
          <w:cs w:val="0"/>
        </w:rPr>
        <w:t>.</w:t>
      </w:r>
    </w:p>
    <w:p w14:paraId="25AE96D4" w14:textId="77777777" w:rsidR="00A65499" w:rsidRPr="00447966" w:rsidRDefault="00000000" w:rsidP="00472BF3">
      <w:pPr>
        <w:pStyle w:val="NoSpacing"/>
      </w:pPr>
      <w:bookmarkStart w:id="259" w:name="_Toc233579518"/>
      <w:bookmarkStart w:id="260" w:name="_Toc233579675"/>
      <w:r w:rsidRPr="00447966">
        <w:rPr>
          <w:rtl/>
        </w:rPr>
        <w:t>نظرية التوقع</w:t>
      </w:r>
      <w:bookmarkEnd w:id="259"/>
      <w:bookmarkEnd w:id="260"/>
    </w:p>
    <w:p w14:paraId="35DD00E8" w14:textId="2EE631D7" w:rsidR="00A65499" w:rsidRPr="00447966" w:rsidRDefault="00000000" w:rsidP="00785C0A">
      <w:pPr>
        <w:spacing w:line="276" w:lineRule="auto"/>
        <w:jc w:val="both"/>
        <w:rPr>
          <w:sz w:val="30"/>
          <w:szCs w:val="30"/>
        </w:rPr>
      </w:pPr>
      <w:r w:rsidRPr="00447966">
        <w:rPr>
          <w:sz w:val="30"/>
          <w:szCs w:val="30"/>
          <w:rtl/>
        </w:rPr>
        <w:t>تقوم نظرية التوقع على أن العامل يبذل جهدا أكبر عندما يعتقد أن جهده سيؤدي إلى أداء أفضل</w:t>
      </w:r>
      <w:r w:rsidR="00A5297B">
        <w:rPr>
          <w:sz w:val="30"/>
          <w:szCs w:val="30"/>
          <w:rtl/>
          <w:cs w:val="0"/>
        </w:rPr>
        <w:t>،</w:t>
      </w:r>
      <w:r w:rsidRPr="00447966">
        <w:rPr>
          <w:sz w:val="30"/>
          <w:szCs w:val="30"/>
          <w:rtl/>
        </w:rPr>
        <w:t xml:space="preserve"> وأن الأداء الأفضل سيقود إلى مكافأة أو نتيجة مرغوبة</w:t>
      </w:r>
      <w:r w:rsidR="00A5297B">
        <w:rPr>
          <w:sz w:val="30"/>
          <w:szCs w:val="30"/>
          <w:rtl/>
          <w:cs w:val="0"/>
        </w:rPr>
        <w:t>.</w:t>
      </w:r>
      <w:r w:rsidRPr="00447966">
        <w:rPr>
          <w:sz w:val="30"/>
          <w:szCs w:val="30"/>
          <w:rtl/>
        </w:rPr>
        <w:t xml:space="preserve"> وتدعم هذه النظرية بعد الحوافز والتطوير في الدراسة الحالية</w:t>
      </w:r>
      <w:r w:rsidR="00A5297B">
        <w:rPr>
          <w:sz w:val="30"/>
          <w:szCs w:val="30"/>
          <w:rtl/>
          <w:cs w:val="0"/>
        </w:rPr>
        <w:t>.</w:t>
      </w:r>
      <w:r w:rsidRPr="00447966">
        <w:rPr>
          <w:sz w:val="30"/>
          <w:szCs w:val="30"/>
          <w:rtl/>
        </w:rPr>
        <w:t xml:space="preserve"> فعندما تربط الإدارة بين الأداء الجيد والحافز العادل أو فرصة التطوير</w:t>
      </w:r>
      <w:r w:rsidR="00A5297B">
        <w:rPr>
          <w:sz w:val="30"/>
          <w:szCs w:val="30"/>
          <w:rtl/>
          <w:cs w:val="0"/>
        </w:rPr>
        <w:t>،</w:t>
      </w:r>
      <w:r w:rsidRPr="00447966">
        <w:rPr>
          <w:sz w:val="30"/>
          <w:szCs w:val="30"/>
          <w:rtl/>
        </w:rPr>
        <w:t xml:space="preserve"> يرتفع التزام العامل بتحسين إنتاجيته ‎(</w:t>
      </w:r>
      <w:proofErr w:type="spellStart"/>
      <w:r w:rsidRPr="00447966">
        <w:rPr>
          <w:sz w:val="30"/>
          <w:szCs w:val="30"/>
          <w:rtl/>
        </w:rPr>
        <w:t>Vroom</w:t>
      </w:r>
      <w:proofErr w:type="spellEnd"/>
      <w:r w:rsidRPr="00447966">
        <w:rPr>
          <w:sz w:val="30"/>
          <w:szCs w:val="30"/>
          <w:rtl/>
        </w:rPr>
        <w:t>, 1964)‏</w:t>
      </w:r>
      <w:r w:rsidR="00A5297B">
        <w:rPr>
          <w:sz w:val="30"/>
          <w:szCs w:val="30"/>
          <w:rtl/>
          <w:cs w:val="0"/>
        </w:rPr>
        <w:t>.</w:t>
      </w:r>
    </w:p>
    <w:p w14:paraId="7A789F77" w14:textId="77777777" w:rsidR="00A65499" w:rsidRPr="00447966" w:rsidRDefault="00000000" w:rsidP="00472BF3">
      <w:pPr>
        <w:pStyle w:val="NoSpacing"/>
      </w:pPr>
      <w:bookmarkStart w:id="261" w:name="_Toc233579519"/>
      <w:bookmarkStart w:id="262" w:name="_Toc233579676"/>
      <w:r w:rsidRPr="00447966">
        <w:rPr>
          <w:rtl/>
        </w:rPr>
        <w:t>نظرية العدالة</w:t>
      </w:r>
      <w:bookmarkEnd w:id="261"/>
      <w:bookmarkEnd w:id="262"/>
    </w:p>
    <w:p w14:paraId="008A9A9C" w14:textId="61CDA047" w:rsidR="00A65499" w:rsidRPr="00447966" w:rsidRDefault="00000000" w:rsidP="00785C0A">
      <w:pPr>
        <w:spacing w:line="276" w:lineRule="auto"/>
        <w:jc w:val="both"/>
        <w:rPr>
          <w:sz w:val="30"/>
          <w:szCs w:val="30"/>
        </w:rPr>
      </w:pPr>
      <w:r w:rsidRPr="00447966">
        <w:rPr>
          <w:sz w:val="30"/>
          <w:szCs w:val="30"/>
          <w:rtl/>
        </w:rPr>
        <w:t>ترى نظرية العدالة أن شعور العامل بعدالة التقييم والمكافأة يؤثر في دافعيته وسلوكه داخل العمل</w:t>
      </w:r>
      <w:r w:rsidR="00A5297B">
        <w:rPr>
          <w:sz w:val="30"/>
          <w:szCs w:val="30"/>
          <w:rtl/>
          <w:cs w:val="0"/>
        </w:rPr>
        <w:t>.</w:t>
      </w:r>
      <w:r w:rsidRPr="00447966">
        <w:rPr>
          <w:sz w:val="30"/>
          <w:szCs w:val="30"/>
          <w:rtl/>
        </w:rPr>
        <w:t xml:space="preserve"> إذا شعر العامل أن تقييمه عادل</w:t>
      </w:r>
      <w:r w:rsidR="00A5297B">
        <w:rPr>
          <w:sz w:val="30"/>
          <w:szCs w:val="30"/>
          <w:rtl/>
          <w:cs w:val="0"/>
        </w:rPr>
        <w:t>،</w:t>
      </w:r>
      <w:r w:rsidRPr="00447966">
        <w:rPr>
          <w:sz w:val="30"/>
          <w:szCs w:val="30"/>
          <w:rtl/>
        </w:rPr>
        <w:t xml:space="preserve"> وأن الحوافز تمنح وفق معايير واضحة</w:t>
      </w:r>
      <w:r w:rsidR="00A5297B">
        <w:rPr>
          <w:sz w:val="30"/>
          <w:szCs w:val="30"/>
          <w:rtl/>
          <w:cs w:val="0"/>
        </w:rPr>
        <w:t>،</w:t>
      </w:r>
      <w:r w:rsidRPr="00447966">
        <w:rPr>
          <w:sz w:val="30"/>
          <w:szCs w:val="30"/>
          <w:rtl/>
        </w:rPr>
        <w:t xml:space="preserve"> يزيد التزامه بالأداء</w:t>
      </w:r>
      <w:r w:rsidR="00A5297B">
        <w:rPr>
          <w:sz w:val="30"/>
          <w:szCs w:val="30"/>
          <w:rtl/>
          <w:cs w:val="0"/>
        </w:rPr>
        <w:t>.</w:t>
      </w:r>
      <w:r w:rsidRPr="00447966">
        <w:rPr>
          <w:sz w:val="30"/>
          <w:szCs w:val="30"/>
          <w:rtl/>
        </w:rPr>
        <w:t xml:space="preserve"> أما إذا شعر بعدم العدالة</w:t>
      </w:r>
      <w:r w:rsidR="00A5297B">
        <w:rPr>
          <w:sz w:val="30"/>
          <w:szCs w:val="30"/>
          <w:rtl/>
          <w:cs w:val="0"/>
        </w:rPr>
        <w:t>،</w:t>
      </w:r>
      <w:r w:rsidRPr="00447966">
        <w:rPr>
          <w:sz w:val="30"/>
          <w:szCs w:val="30"/>
          <w:rtl/>
        </w:rPr>
        <w:t xml:space="preserve"> فيضعف ارتباطه بالأهداف التنظيمية</w:t>
      </w:r>
      <w:r w:rsidR="00A5297B">
        <w:rPr>
          <w:sz w:val="30"/>
          <w:szCs w:val="30"/>
          <w:rtl/>
          <w:cs w:val="0"/>
        </w:rPr>
        <w:t>.</w:t>
      </w:r>
      <w:r w:rsidRPr="00447966">
        <w:rPr>
          <w:sz w:val="30"/>
          <w:szCs w:val="30"/>
          <w:rtl/>
        </w:rPr>
        <w:t xml:space="preserve"> وتدعم هذه النظرية بعد تقييم الأداء وبعد الحوافز والتطوير في الدراسة الحالية ‎(</w:t>
      </w:r>
      <w:proofErr w:type="spellStart"/>
      <w:r w:rsidRPr="00447966">
        <w:rPr>
          <w:sz w:val="30"/>
          <w:szCs w:val="30"/>
          <w:rtl/>
        </w:rPr>
        <w:t>Adams</w:t>
      </w:r>
      <w:proofErr w:type="spellEnd"/>
      <w:r w:rsidRPr="00447966">
        <w:rPr>
          <w:sz w:val="30"/>
          <w:szCs w:val="30"/>
          <w:rtl/>
        </w:rPr>
        <w:t>, 1965)‏</w:t>
      </w:r>
      <w:r w:rsidR="00A5297B">
        <w:rPr>
          <w:sz w:val="30"/>
          <w:szCs w:val="30"/>
          <w:rtl/>
          <w:cs w:val="0"/>
        </w:rPr>
        <w:t>.</w:t>
      </w:r>
    </w:p>
    <w:p w14:paraId="605A083E" w14:textId="77777777" w:rsidR="00A65499" w:rsidRPr="00447966" w:rsidRDefault="00000000" w:rsidP="00472BF3">
      <w:pPr>
        <w:pStyle w:val="NoSpacing"/>
      </w:pPr>
      <w:bookmarkStart w:id="263" w:name="_Toc233579520"/>
      <w:bookmarkStart w:id="264" w:name="_Toc233579677"/>
      <w:r w:rsidRPr="00447966">
        <w:rPr>
          <w:rtl/>
        </w:rPr>
        <w:t>مدخل التحسين المستمر</w:t>
      </w:r>
      <w:bookmarkEnd w:id="263"/>
      <w:bookmarkEnd w:id="264"/>
    </w:p>
    <w:p w14:paraId="78FB2DDA" w14:textId="276F3DD0" w:rsidR="00A65499" w:rsidRPr="00447966" w:rsidRDefault="00000000" w:rsidP="00785C0A">
      <w:pPr>
        <w:spacing w:line="276" w:lineRule="auto"/>
        <w:jc w:val="both"/>
        <w:rPr>
          <w:sz w:val="30"/>
          <w:szCs w:val="30"/>
        </w:rPr>
      </w:pPr>
      <w:r w:rsidRPr="00447966">
        <w:rPr>
          <w:sz w:val="30"/>
          <w:szCs w:val="30"/>
          <w:rtl/>
        </w:rPr>
        <w:t>يركز مدخل التحسين المستمر على مراجعة العمل بصورة متكررة</w:t>
      </w:r>
      <w:r w:rsidR="00A5297B">
        <w:rPr>
          <w:sz w:val="30"/>
          <w:szCs w:val="30"/>
          <w:rtl/>
          <w:cs w:val="0"/>
        </w:rPr>
        <w:t>،</w:t>
      </w:r>
      <w:r w:rsidRPr="00447966">
        <w:rPr>
          <w:sz w:val="30"/>
          <w:szCs w:val="30"/>
          <w:rtl/>
        </w:rPr>
        <w:t xml:space="preserve"> ومعالجة الأخطاء</w:t>
      </w:r>
      <w:r w:rsidR="00A5297B">
        <w:rPr>
          <w:sz w:val="30"/>
          <w:szCs w:val="30"/>
          <w:rtl/>
          <w:cs w:val="0"/>
        </w:rPr>
        <w:t>،</w:t>
      </w:r>
      <w:r w:rsidRPr="00447966">
        <w:rPr>
          <w:sz w:val="30"/>
          <w:szCs w:val="30"/>
          <w:rtl/>
        </w:rPr>
        <w:t xml:space="preserve"> وتطوير الأساليب</w:t>
      </w:r>
      <w:r w:rsidR="00A5297B">
        <w:rPr>
          <w:sz w:val="30"/>
          <w:szCs w:val="30"/>
          <w:rtl/>
          <w:cs w:val="0"/>
        </w:rPr>
        <w:t>،</w:t>
      </w:r>
      <w:r w:rsidRPr="00447966">
        <w:rPr>
          <w:sz w:val="30"/>
          <w:szCs w:val="30"/>
          <w:rtl/>
        </w:rPr>
        <w:t xml:space="preserve"> وتحسين الجودة</w:t>
      </w:r>
      <w:r w:rsidR="00A5297B">
        <w:rPr>
          <w:sz w:val="30"/>
          <w:szCs w:val="30"/>
          <w:rtl/>
          <w:cs w:val="0"/>
        </w:rPr>
        <w:t>.</w:t>
      </w:r>
      <w:r w:rsidRPr="00447966">
        <w:rPr>
          <w:sz w:val="30"/>
          <w:szCs w:val="30"/>
          <w:rtl/>
        </w:rPr>
        <w:t xml:space="preserve"> ويرتبط هذا المدخل بالإنتاجية في المنشآت الإنتاجية</w:t>
      </w:r>
      <w:r w:rsidR="00A5297B">
        <w:rPr>
          <w:sz w:val="30"/>
          <w:szCs w:val="30"/>
          <w:rtl/>
          <w:cs w:val="0"/>
        </w:rPr>
        <w:t>،</w:t>
      </w:r>
      <w:r w:rsidRPr="00447966">
        <w:rPr>
          <w:sz w:val="30"/>
          <w:szCs w:val="30"/>
          <w:rtl/>
        </w:rPr>
        <w:t xml:space="preserve"> لأن الأخطاء والهدر وضعف الجودة تؤثر مباشرة في نتائج التشغيل</w:t>
      </w:r>
      <w:r w:rsidR="00A5297B">
        <w:rPr>
          <w:sz w:val="30"/>
          <w:szCs w:val="30"/>
          <w:rtl/>
          <w:cs w:val="0"/>
        </w:rPr>
        <w:t>.</w:t>
      </w:r>
      <w:r w:rsidRPr="00447966">
        <w:rPr>
          <w:sz w:val="30"/>
          <w:szCs w:val="30"/>
          <w:rtl/>
        </w:rPr>
        <w:t xml:space="preserve"> وتدعم هذه الرؤية أهمية المتابعة والتغذية الراجعة في الدراسة الحالية</w:t>
      </w:r>
      <w:r w:rsidR="00A5297B">
        <w:rPr>
          <w:sz w:val="30"/>
          <w:szCs w:val="30"/>
          <w:rtl/>
          <w:cs w:val="0"/>
        </w:rPr>
        <w:t>،</w:t>
      </w:r>
      <w:r w:rsidRPr="00447966">
        <w:rPr>
          <w:sz w:val="30"/>
          <w:szCs w:val="30"/>
          <w:rtl/>
        </w:rPr>
        <w:t xml:space="preserve"> لأن التغذية الراجعة تساعد العاملين على تعديل الأداء قبل تراكم المشكلات</w:t>
      </w:r>
      <w:r w:rsidR="00A5297B">
        <w:rPr>
          <w:sz w:val="30"/>
          <w:szCs w:val="30"/>
          <w:rtl/>
          <w:cs w:val="0"/>
        </w:rPr>
        <w:t>.</w:t>
      </w:r>
    </w:p>
    <w:p w14:paraId="571B0F1C" w14:textId="77777777" w:rsidR="00A65499" w:rsidRPr="00447966" w:rsidRDefault="00000000" w:rsidP="00472BF3">
      <w:pPr>
        <w:pStyle w:val="NoSpacing"/>
      </w:pPr>
      <w:bookmarkStart w:id="265" w:name="_Toc233579521"/>
      <w:bookmarkStart w:id="266" w:name="_Toc233579678"/>
      <w:r w:rsidRPr="00447966">
        <w:rPr>
          <w:rtl/>
        </w:rPr>
        <w:t>مدخل إدارة الموارد البشرية الاستراتيجية</w:t>
      </w:r>
      <w:bookmarkEnd w:id="265"/>
      <w:bookmarkEnd w:id="266"/>
    </w:p>
    <w:p w14:paraId="441F9C62" w14:textId="12F18408" w:rsidR="00A65499" w:rsidRPr="00447966" w:rsidRDefault="00000000" w:rsidP="00785C0A">
      <w:pPr>
        <w:spacing w:line="276" w:lineRule="auto"/>
        <w:jc w:val="both"/>
        <w:rPr>
          <w:sz w:val="30"/>
          <w:szCs w:val="30"/>
        </w:rPr>
      </w:pPr>
      <w:r w:rsidRPr="00447966">
        <w:rPr>
          <w:sz w:val="30"/>
          <w:szCs w:val="30"/>
          <w:rtl/>
        </w:rPr>
        <w:t>ينظر هذا المدخل إلى العاملين بوصفهم موردا رئيسا في تحقيق أهداف المنظمة</w:t>
      </w:r>
      <w:r w:rsidR="00A5297B">
        <w:rPr>
          <w:sz w:val="30"/>
          <w:szCs w:val="30"/>
          <w:rtl/>
          <w:cs w:val="0"/>
        </w:rPr>
        <w:t>.</w:t>
      </w:r>
      <w:r w:rsidRPr="00447966">
        <w:rPr>
          <w:sz w:val="30"/>
          <w:szCs w:val="30"/>
          <w:rtl/>
        </w:rPr>
        <w:t xml:space="preserve"> لا تحقق الموارد البشرية قيمة عالية إلا عندما تربط المنظمة بين ممارساتها الإدارية وأهدافها الاستراتيجية</w:t>
      </w:r>
      <w:r w:rsidR="00A5297B">
        <w:rPr>
          <w:sz w:val="30"/>
          <w:szCs w:val="30"/>
          <w:rtl/>
          <w:cs w:val="0"/>
        </w:rPr>
        <w:t>.</w:t>
      </w:r>
      <w:r w:rsidRPr="00447966">
        <w:rPr>
          <w:sz w:val="30"/>
          <w:szCs w:val="30"/>
          <w:rtl/>
        </w:rPr>
        <w:t xml:space="preserve"> لذلك</w:t>
      </w:r>
      <w:r w:rsidR="00A5297B">
        <w:rPr>
          <w:sz w:val="30"/>
          <w:szCs w:val="30"/>
          <w:rtl/>
          <w:cs w:val="0"/>
        </w:rPr>
        <w:t>،</w:t>
      </w:r>
      <w:r w:rsidRPr="00447966">
        <w:rPr>
          <w:sz w:val="30"/>
          <w:szCs w:val="30"/>
          <w:rtl/>
        </w:rPr>
        <w:t xml:space="preserve"> تمثل إدارة الأداء حلقة وصل بين استراتيجية الشركة وإنتاجية العاملين</w:t>
      </w:r>
      <w:r w:rsidR="00A5297B">
        <w:rPr>
          <w:sz w:val="30"/>
          <w:szCs w:val="30"/>
          <w:rtl/>
          <w:cs w:val="0"/>
        </w:rPr>
        <w:t>.</w:t>
      </w:r>
      <w:r w:rsidRPr="00447966">
        <w:rPr>
          <w:sz w:val="30"/>
          <w:szCs w:val="30"/>
          <w:rtl/>
        </w:rPr>
        <w:t xml:space="preserve"> فالأهداف تتحول إلى مؤشرات</w:t>
      </w:r>
      <w:r w:rsidR="00A5297B">
        <w:rPr>
          <w:sz w:val="30"/>
          <w:szCs w:val="30"/>
          <w:rtl/>
          <w:cs w:val="0"/>
        </w:rPr>
        <w:t>،</w:t>
      </w:r>
      <w:r w:rsidRPr="00447966">
        <w:rPr>
          <w:sz w:val="30"/>
          <w:szCs w:val="30"/>
          <w:rtl/>
        </w:rPr>
        <w:t xml:space="preserve"> والمؤشرات تتحول إلى متابعة</w:t>
      </w:r>
      <w:r w:rsidR="00A5297B">
        <w:rPr>
          <w:sz w:val="30"/>
          <w:szCs w:val="30"/>
          <w:rtl/>
          <w:cs w:val="0"/>
        </w:rPr>
        <w:t>،</w:t>
      </w:r>
      <w:r w:rsidRPr="00447966">
        <w:rPr>
          <w:sz w:val="30"/>
          <w:szCs w:val="30"/>
          <w:rtl/>
        </w:rPr>
        <w:t xml:space="preserve"> والمتابعة تتحول إلى تحسين</w:t>
      </w:r>
      <w:r w:rsidR="00A5297B">
        <w:rPr>
          <w:sz w:val="30"/>
          <w:szCs w:val="30"/>
          <w:rtl/>
          <w:cs w:val="0"/>
        </w:rPr>
        <w:t>،</w:t>
      </w:r>
      <w:r w:rsidRPr="00447966">
        <w:rPr>
          <w:sz w:val="30"/>
          <w:szCs w:val="30"/>
          <w:rtl/>
        </w:rPr>
        <w:t xml:space="preserve"> والتحسين ينعكس على الإنتاجية</w:t>
      </w:r>
      <w:r w:rsidR="00A5297B">
        <w:rPr>
          <w:sz w:val="30"/>
          <w:szCs w:val="30"/>
          <w:rtl/>
          <w:cs w:val="0"/>
        </w:rPr>
        <w:t>.</w:t>
      </w:r>
    </w:p>
    <w:p w14:paraId="0BBF3512" w14:textId="76DC0D9D" w:rsidR="00A65499" w:rsidRPr="004B1822" w:rsidRDefault="004B1822" w:rsidP="00B5235E">
      <w:pPr>
        <w:pStyle w:val="Heading2"/>
      </w:pPr>
      <w:bookmarkStart w:id="267" w:name="_Toc233582856"/>
      <w:bookmarkStart w:id="268" w:name="_Toc233583023"/>
      <w:bookmarkStart w:id="269" w:name="_Toc233584656"/>
      <w:bookmarkStart w:id="270" w:name="_Toc233585028"/>
      <w:bookmarkStart w:id="271" w:name="_Toc233585154"/>
      <w:bookmarkStart w:id="272" w:name="_Toc233585295"/>
      <w:bookmarkStart w:id="273" w:name="_Toc233585625"/>
      <w:bookmarkStart w:id="274" w:name="_Toc233585781"/>
      <w:bookmarkStart w:id="275" w:name="_Toc233585907"/>
      <w:bookmarkStart w:id="276" w:name="_Toc233586036"/>
      <w:bookmarkStart w:id="277" w:name="_Toc233586814"/>
      <w:bookmarkStart w:id="278" w:name="_Toc233586949"/>
      <w:bookmarkStart w:id="279" w:name="_Toc233587090"/>
      <w:bookmarkStart w:id="280" w:name="_Toc233587217"/>
      <w:bookmarkStart w:id="281" w:name="_Toc233587075"/>
      <w:bookmarkStart w:id="282" w:name="_Toc233587627"/>
      <w:bookmarkStart w:id="283" w:name="_Toc233587759"/>
      <w:r w:rsidRPr="004B1822">
        <w:rPr>
          <w:rtl/>
        </w:rPr>
        <w:lastRenderedPageBreak/>
        <w:t>المنهجية وطرق البحث</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4163A25F" w14:textId="2A97254F" w:rsidR="00A65499" w:rsidRPr="00447966" w:rsidRDefault="00000000" w:rsidP="00785C0A">
      <w:pPr>
        <w:spacing w:line="276" w:lineRule="auto"/>
        <w:jc w:val="both"/>
        <w:rPr>
          <w:sz w:val="30"/>
          <w:szCs w:val="30"/>
        </w:rPr>
      </w:pPr>
      <w:r w:rsidRPr="00447966">
        <w:rPr>
          <w:sz w:val="30"/>
          <w:szCs w:val="30"/>
          <w:rtl/>
        </w:rPr>
        <w:t>تعتمد الدراسة الحالية على المنهج الوصفي التحليلي</w:t>
      </w:r>
      <w:r w:rsidR="00A5297B">
        <w:rPr>
          <w:sz w:val="30"/>
          <w:szCs w:val="30"/>
          <w:rtl/>
          <w:cs w:val="0"/>
        </w:rPr>
        <w:t>.</w:t>
      </w:r>
      <w:r w:rsidRPr="00447966">
        <w:rPr>
          <w:sz w:val="30"/>
          <w:szCs w:val="30"/>
          <w:rtl/>
        </w:rPr>
        <w:t xml:space="preserve"> يناسب هذا المنهج طبيعة الدراسة لأنه يساعد على وصف واقع إدارة الأداء في شركة مصنع تمور القصيم المحدودة</w:t>
      </w:r>
      <w:r w:rsidR="00A5297B">
        <w:rPr>
          <w:sz w:val="30"/>
          <w:szCs w:val="30"/>
          <w:rtl/>
          <w:cs w:val="0"/>
        </w:rPr>
        <w:t>،</w:t>
      </w:r>
      <w:r w:rsidRPr="00447966">
        <w:rPr>
          <w:sz w:val="30"/>
          <w:szCs w:val="30"/>
          <w:rtl/>
        </w:rPr>
        <w:t xml:space="preserve"> ثم تحليل أثر أبعادها على تحسين الإنتاجية لدى العاملين</w:t>
      </w:r>
      <w:r w:rsidR="00A5297B">
        <w:rPr>
          <w:sz w:val="30"/>
          <w:szCs w:val="30"/>
          <w:rtl/>
          <w:cs w:val="0"/>
        </w:rPr>
        <w:t>.</w:t>
      </w:r>
      <w:r w:rsidRPr="00447966">
        <w:rPr>
          <w:sz w:val="30"/>
          <w:szCs w:val="30"/>
          <w:rtl/>
        </w:rPr>
        <w:t xml:space="preserve"> يركز المنهج الوصفي على جمع البيانات من الواقع كما يراها أفراد العينة</w:t>
      </w:r>
      <w:r w:rsidR="00A5297B">
        <w:rPr>
          <w:sz w:val="30"/>
          <w:szCs w:val="30"/>
          <w:rtl/>
          <w:cs w:val="0"/>
        </w:rPr>
        <w:t>.</w:t>
      </w:r>
      <w:r w:rsidRPr="00447966">
        <w:rPr>
          <w:sz w:val="30"/>
          <w:szCs w:val="30"/>
          <w:rtl/>
        </w:rPr>
        <w:t xml:space="preserve"> ويركز الجانب التحليلي على اختبار العلاقة بين المتغيرات باستخدام أساليب إحصائية مناسبة</w:t>
      </w:r>
      <w:r w:rsidR="00A5297B">
        <w:rPr>
          <w:sz w:val="30"/>
          <w:szCs w:val="30"/>
          <w:rtl/>
          <w:cs w:val="0"/>
        </w:rPr>
        <w:t>.</w:t>
      </w:r>
    </w:p>
    <w:p w14:paraId="2658DE25" w14:textId="4B0053A0" w:rsidR="00A65499" w:rsidRPr="00447966" w:rsidRDefault="00000000" w:rsidP="00785C0A">
      <w:pPr>
        <w:spacing w:line="276" w:lineRule="auto"/>
        <w:jc w:val="both"/>
        <w:rPr>
          <w:sz w:val="30"/>
          <w:szCs w:val="30"/>
        </w:rPr>
      </w:pPr>
      <w:r w:rsidRPr="00447966">
        <w:rPr>
          <w:sz w:val="30"/>
          <w:szCs w:val="30"/>
          <w:rtl/>
        </w:rPr>
        <w:t>تعتمد الدراسة على المنهج الكمي في جمع البيانات وتحليلها</w:t>
      </w:r>
      <w:r w:rsidR="00A5297B">
        <w:rPr>
          <w:sz w:val="30"/>
          <w:szCs w:val="30"/>
          <w:rtl/>
          <w:cs w:val="0"/>
        </w:rPr>
        <w:t>.</w:t>
      </w:r>
      <w:r w:rsidRPr="00447966">
        <w:rPr>
          <w:sz w:val="30"/>
          <w:szCs w:val="30"/>
          <w:rtl/>
        </w:rPr>
        <w:t xml:space="preserve"> تستخدم الاستبانة أداة رئيسة لجمع آراء العاملين حول ممارسات إدارة الأداء ومستوى تحسين الإنتاجية</w:t>
      </w:r>
      <w:r w:rsidR="00A5297B">
        <w:rPr>
          <w:sz w:val="30"/>
          <w:szCs w:val="30"/>
          <w:rtl/>
          <w:cs w:val="0"/>
        </w:rPr>
        <w:t>.</w:t>
      </w:r>
      <w:r w:rsidRPr="00447966">
        <w:rPr>
          <w:sz w:val="30"/>
          <w:szCs w:val="30"/>
          <w:rtl/>
        </w:rPr>
        <w:t xml:space="preserve"> ثم تحول الإجابات إلى بيانات رقمية تخضع للتحليل الإحصائي</w:t>
      </w:r>
      <w:r w:rsidR="00A5297B">
        <w:rPr>
          <w:sz w:val="30"/>
          <w:szCs w:val="30"/>
          <w:rtl/>
          <w:cs w:val="0"/>
        </w:rPr>
        <w:t>.</w:t>
      </w:r>
      <w:r w:rsidRPr="00447966">
        <w:rPr>
          <w:sz w:val="30"/>
          <w:szCs w:val="30"/>
          <w:rtl/>
        </w:rPr>
        <w:t xml:space="preserve"> يساعد هذا الأسلوب على قياس مستوى كل بعد من أبعاد الدراسة</w:t>
      </w:r>
      <w:r w:rsidR="00A5297B">
        <w:rPr>
          <w:sz w:val="30"/>
          <w:szCs w:val="30"/>
          <w:rtl/>
          <w:cs w:val="0"/>
        </w:rPr>
        <w:t>،</w:t>
      </w:r>
      <w:r w:rsidRPr="00447966">
        <w:rPr>
          <w:sz w:val="30"/>
          <w:szCs w:val="30"/>
          <w:rtl/>
        </w:rPr>
        <w:t xml:space="preserve"> واختبار الفروض</w:t>
      </w:r>
      <w:r w:rsidR="00A5297B">
        <w:rPr>
          <w:sz w:val="30"/>
          <w:szCs w:val="30"/>
          <w:rtl/>
          <w:cs w:val="0"/>
        </w:rPr>
        <w:t>،</w:t>
      </w:r>
      <w:r w:rsidRPr="00447966">
        <w:rPr>
          <w:sz w:val="30"/>
          <w:szCs w:val="30"/>
          <w:rtl/>
        </w:rPr>
        <w:t xml:space="preserve"> وتحديد قوة التأثير بين المتغير المستقل والمتغير التابع</w:t>
      </w:r>
      <w:r w:rsidR="00A5297B">
        <w:rPr>
          <w:sz w:val="30"/>
          <w:szCs w:val="30"/>
          <w:rtl/>
          <w:cs w:val="0"/>
        </w:rPr>
        <w:t>.</w:t>
      </w:r>
    </w:p>
    <w:p w14:paraId="3A4EFDCB" w14:textId="2C7D69F3" w:rsidR="00A65499" w:rsidRPr="00447966" w:rsidRDefault="00000000" w:rsidP="00785C0A">
      <w:pPr>
        <w:spacing w:line="276" w:lineRule="auto"/>
        <w:jc w:val="both"/>
        <w:rPr>
          <w:sz w:val="30"/>
          <w:szCs w:val="30"/>
        </w:rPr>
      </w:pPr>
      <w:r w:rsidRPr="00447966">
        <w:rPr>
          <w:sz w:val="30"/>
          <w:szCs w:val="30"/>
          <w:rtl/>
        </w:rPr>
        <w:t>يتكون مجتمع الدراسة من العاملين في شركة مصنع تمور القصيم المحدودة بالمملكة العربية السعودية</w:t>
      </w:r>
      <w:r w:rsidR="00A5297B">
        <w:rPr>
          <w:sz w:val="30"/>
          <w:szCs w:val="30"/>
          <w:rtl/>
          <w:cs w:val="0"/>
        </w:rPr>
        <w:t>.</w:t>
      </w:r>
      <w:r w:rsidRPr="00447966">
        <w:rPr>
          <w:sz w:val="30"/>
          <w:szCs w:val="30"/>
          <w:rtl/>
        </w:rPr>
        <w:t xml:space="preserve"> ويمثل العاملون الفئة المناسبة للدراسة لأنهم يتعاملون مع ممارسات إدارة الأداء داخل بيئة العمل</w:t>
      </w:r>
      <w:r w:rsidR="00A5297B">
        <w:rPr>
          <w:sz w:val="30"/>
          <w:szCs w:val="30"/>
          <w:rtl/>
          <w:cs w:val="0"/>
        </w:rPr>
        <w:t>،</w:t>
      </w:r>
      <w:r w:rsidRPr="00447966">
        <w:rPr>
          <w:sz w:val="30"/>
          <w:szCs w:val="30"/>
          <w:rtl/>
        </w:rPr>
        <w:t xml:space="preserve"> ويدركون أثرها على </w:t>
      </w:r>
      <w:proofErr w:type="gramStart"/>
      <w:r w:rsidRPr="00447966">
        <w:rPr>
          <w:sz w:val="30"/>
          <w:szCs w:val="30"/>
          <w:rtl/>
        </w:rPr>
        <w:t>الإنجاز</w:t>
      </w:r>
      <w:proofErr w:type="gramEnd"/>
      <w:r w:rsidRPr="00447966">
        <w:rPr>
          <w:sz w:val="30"/>
          <w:szCs w:val="30"/>
          <w:rtl/>
        </w:rPr>
        <w:t xml:space="preserve"> والجودة والوقت والموارد</w:t>
      </w:r>
      <w:r w:rsidR="00A5297B">
        <w:rPr>
          <w:sz w:val="30"/>
          <w:szCs w:val="30"/>
          <w:rtl/>
          <w:cs w:val="0"/>
        </w:rPr>
        <w:t>.</w:t>
      </w:r>
      <w:r w:rsidRPr="00447966">
        <w:rPr>
          <w:sz w:val="30"/>
          <w:szCs w:val="30"/>
          <w:rtl/>
        </w:rPr>
        <w:t xml:space="preserve"> وتستخدم الدراسة عينة من العاملين للإجابة عن الاستبانة</w:t>
      </w:r>
      <w:r w:rsidR="00A5297B">
        <w:rPr>
          <w:sz w:val="30"/>
          <w:szCs w:val="30"/>
          <w:rtl/>
          <w:cs w:val="0"/>
        </w:rPr>
        <w:t>،</w:t>
      </w:r>
      <w:r w:rsidRPr="00447966">
        <w:rPr>
          <w:sz w:val="30"/>
          <w:szCs w:val="30"/>
          <w:rtl/>
        </w:rPr>
        <w:t xml:space="preserve"> ثم تخضع البيانات للتحليل</w:t>
      </w:r>
      <w:r w:rsidR="00A5297B">
        <w:rPr>
          <w:sz w:val="30"/>
          <w:szCs w:val="30"/>
          <w:rtl/>
          <w:cs w:val="0"/>
        </w:rPr>
        <w:t>.</w:t>
      </w:r>
    </w:p>
    <w:p w14:paraId="036B321C" w14:textId="25DB4419" w:rsidR="00A65499" w:rsidRPr="00447966" w:rsidRDefault="00000000" w:rsidP="00785C0A">
      <w:pPr>
        <w:spacing w:after="0" w:line="276" w:lineRule="auto"/>
        <w:jc w:val="both"/>
        <w:rPr>
          <w:sz w:val="30"/>
          <w:szCs w:val="30"/>
        </w:rPr>
      </w:pPr>
      <w:r w:rsidRPr="00447966">
        <w:rPr>
          <w:sz w:val="30"/>
          <w:szCs w:val="30"/>
          <w:rtl/>
        </w:rPr>
        <w:t>تتبع الدراسة الخطوات الآتية</w:t>
      </w:r>
      <w:r w:rsidR="00D60DAF">
        <w:rPr>
          <w:sz w:val="30"/>
          <w:szCs w:val="30"/>
          <w:rtl/>
          <w:cs w:val="0"/>
        </w:rPr>
        <w:t>:</w:t>
      </w:r>
    </w:p>
    <w:p w14:paraId="426E1C16" w14:textId="60C7EA50" w:rsidR="00A65499" w:rsidRPr="00447966" w:rsidRDefault="00000000">
      <w:pPr>
        <w:pStyle w:val="ListParagraph"/>
        <w:numPr>
          <w:ilvl w:val="0"/>
          <w:numId w:val="7"/>
        </w:numPr>
        <w:spacing w:after="0" w:line="276" w:lineRule="auto"/>
        <w:jc w:val="both"/>
        <w:rPr>
          <w:sz w:val="30"/>
          <w:szCs w:val="30"/>
        </w:rPr>
      </w:pPr>
      <w:r w:rsidRPr="00447966">
        <w:rPr>
          <w:sz w:val="30"/>
          <w:szCs w:val="30"/>
          <w:rtl/>
        </w:rPr>
        <w:t>مراجعة الأدبيات المرتبطة بإدارة الأداء وتحسين الإنتاجية</w:t>
      </w:r>
      <w:r w:rsidR="00A5297B">
        <w:rPr>
          <w:sz w:val="30"/>
          <w:szCs w:val="30"/>
          <w:rtl/>
          <w:cs w:val="0"/>
        </w:rPr>
        <w:t>.</w:t>
      </w:r>
    </w:p>
    <w:p w14:paraId="15384F83" w14:textId="51160088" w:rsidR="00A65499" w:rsidRPr="00447966" w:rsidRDefault="00000000">
      <w:pPr>
        <w:pStyle w:val="ListParagraph"/>
        <w:numPr>
          <w:ilvl w:val="0"/>
          <w:numId w:val="7"/>
        </w:numPr>
        <w:spacing w:after="0" w:line="276" w:lineRule="auto"/>
        <w:jc w:val="both"/>
        <w:rPr>
          <w:sz w:val="30"/>
          <w:szCs w:val="30"/>
        </w:rPr>
      </w:pPr>
      <w:r w:rsidRPr="00447966">
        <w:rPr>
          <w:sz w:val="30"/>
          <w:szCs w:val="30"/>
          <w:rtl/>
        </w:rPr>
        <w:t>تحديد مشكلة الدراسة وتساؤلاتها وفروضها</w:t>
      </w:r>
      <w:r w:rsidR="00A5297B">
        <w:rPr>
          <w:sz w:val="30"/>
          <w:szCs w:val="30"/>
          <w:rtl/>
          <w:cs w:val="0"/>
        </w:rPr>
        <w:t>.</w:t>
      </w:r>
    </w:p>
    <w:p w14:paraId="2C4F0E10" w14:textId="50558D59" w:rsidR="00A65499" w:rsidRPr="00447966" w:rsidRDefault="00000000">
      <w:pPr>
        <w:pStyle w:val="ListParagraph"/>
        <w:numPr>
          <w:ilvl w:val="0"/>
          <w:numId w:val="7"/>
        </w:numPr>
        <w:spacing w:after="0" w:line="276" w:lineRule="auto"/>
        <w:jc w:val="both"/>
        <w:rPr>
          <w:sz w:val="30"/>
          <w:szCs w:val="30"/>
        </w:rPr>
      </w:pPr>
      <w:r w:rsidRPr="00447966">
        <w:rPr>
          <w:sz w:val="30"/>
          <w:szCs w:val="30"/>
          <w:rtl/>
        </w:rPr>
        <w:t>بناء نموذج الدراسة ومتغيراتها</w:t>
      </w:r>
      <w:r w:rsidR="00A5297B">
        <w:rPr>
          <w:sz w:val="30"/>
          <w:szCs w:val="30"/>
          <w:rtl/>
          <w:cs w:val="0"/>
        </w:rPr>
        <w:t>.</w:t>
      </w:r>
    </w:p>
    <w:p w14:paraId="6FDB3B80" w14:textId="4577549B" w:rsidR="00A65499" w:rsidRPr="00447966" w:rsidRDefault="00000000">
      <w:pPr>
        <w:pStyle w:val="ListParagraph"/>
        <w:numPr>
          <w:ilvl w:val="0"/>
          <w:numId w:val="7"/>
        </w:numPr>
        <w:spacing w:after="0" w:line="276" w:lineRule="auto"/>
        <w:jc w:val="both"/>
        <w:rPr>
          <w:sz w:val="30"/>
          <w:szCs w:val="30"/>
        </w:rPr>
      </w:pPr>
      <w:r w:rsidRPr="00447966">
        <w:rPr>
          <w:sz w:val="30"/>
          <w:szCs w:val="30"/>
          <w:rtl/>
        </w:rPr>
        <w:t>تصميم الاستبانة وفق أبعاد الدراسة</w:t>
      </w:r>
      <w:r w:rsidR="00A5297B">
        <w:rPr>
          <w:sz w:val="30"/>
          <w:szCs w:val="30"/>
          <w:rtl/>
          <w:cs w:val="0"/>
        </w:rPr>
        <w:t>.</w:t>
      </w:r>
    </w:p>
    <w:p w14:paraId="48868679" w14:textId="21734022" w:rsidR="00A65499" w:rsidRPr="00447966" w:rsidRDefault="00000000">
      <w:pPr>
        <w:pStyle w:val="ListParagraph"/>
        <w:numPr>
          <w:ilvl w:val="0"/>
          <w:numId w:val="7"/>
        </w:numPr>
        <w:spacing w:after="0" w:line="276" w:lineRule="auto"/>
        <w:jc w:val="both"/>
        <w:rPr>
          <w:sz w:val="30"/>
          <w:szCs w:val="30"/>
        </w:rPr>
      </w:pPr>
      <w:r w:rsidRPr="00447966">
        <w:rPr>
          <w:sz w:val="30"/>
          <w:szCs w:val="30"/>
          <w:rtl/>
        </w:rPr>
        <w:t>عرض الاستبانة على محكمين للتأكد من صدقها</w:t>
      </w:r>
      <w:r w:rsidR="00A5297B">
        <w:rPr>
          <w:sz w:val="30"/>
          <w:szCs w:val="30"/>
          <w:rtl/>
          <w:cs w:val="0"/>
        </w:rPr>
        <w:t>.</w:t>
      </w:r>
    </w:p>
    <w:p w14:paraId="6BE1BC3A" w14:textId="336D9D0B" w:rsidR="00A65499" w:rsidRPr="00447966" w:rsidRDefault="00000000">
      <w:pPr>
        <w:pStyle w:val="ListParagraph"/>
        <w:numPr>
          <w:ilvl w:val="0"/>
          <w:numId w:val="7"/>
        </w:numPr>
        <w:spacing w:after="0" w:line="276" w:lineRule="auto"/>
        <w:jc w:val="both"/>
        <w:rPr>
          <w:sz w:val="30"/>
          <w:szCs w:val="30"/>
        </w:rPr>
      </w:pPr>
      <w:r w:rsidRPr="00447966">
        <w:rPr>
          <w:sz w:val="30"/>
          <w:szCs w:val="30"/>
          <w:rtl/>
        </w:rPr>
        <w:t>جمع البيانات من أفراد العينة</w:t>
      </w:r>
      <w:r w:rsidR="00A5297B">
        <w:rPr>
          <w:sz w:val="30"/>
          <w:szCs w:val="30"/>
          <w:rtl/>
          <w:cs w:val="0"/>
        </w:rPr>
        <w:t>.</w:t>
      </w:r>
    </w:p>
    <w:p w14:paraId="4DFEE8F7" w14:textId="06E84F8E" w:rsidR="00A65499" w:rsidRPr="00447966" w:rsidRDefault="00000000">
      <w:pPr>
        <w:pStyle w:val="ListParagraph"/>
        <w:numPr>
          <w:ilvl w:val="0"/>
          <w:numId w:val="7"/>
        </w:numPr>
        <w:spacing w:after="0" w:line="276" w:lineRule="auto"/>
        <w:jc w:val="both"/>
        <w:rPr>
          <w:sz w:val="30"/>
          <w:szCs w:val="30"/>
        </w:rPr>
      </w:pPr>
      <w:r w:rsidRPr="00447966">
        <w:rPr>
          <w:sz w:val="30"/>
          <w:szCs w:val="30"/>
          <w:rtl/>
        </w:rPr>
        <w:t>ترميز البيانات وإدخالها في برنامج التحليل الإحصائي</w:t>
      </w:r>
      <w:r w:rsidR="00A5297B">
        <w:rPr>
          <w:sz w:val="30"/>
          <w:szCs w:val="30"/>
          <w:rtl/>
          <w:cs w:val="0"/>
        </w:rPr>
        <w:t>.</w:t>
      </w:r>
    </w:p>
    <w:p w14:paraId="473C3B26" w14:textId="63D5114A" w:rsidR="00A65499" w:rsidRPr="00447966" w:rsidRDefault="00000000">
      <w:pPr>
        <w:pStyle w:val="ListParagraph"/>
        <w:numPr>
          <w:ilvl w:val="0"/>
          <w:numId w:val="7"/>
        </w:numPr>
        <w:spacing w:after="0" w:line="276" w:lineRule="auto"/>
        <w:jc w:val="both"/>
        <w:rPr>
          <w:sz w:val="30"/>
          <w:szCs w:val="30"/>
        </w:rPr>
      </w:pPr>
      <w:r w:rsidRPr="00447966">
        <w:rPr>
          <w:sz w:val="30"/>
          <w:szCs w:val="30"/>
          <w:rtl/>
        </w:rPr>
        <w:t xml:space="preserve">اختبار ثبات الأداة باستخدام معامل </w:t>
      </w:r>
      <w:proofErr w:type="spellStart"/>
      <w:r w:rsidRPr="00447966">
        <w:rPr>
          <w:sz w:val="30"/>
          <w:szCs w:val="30"/>
          <w:rtl/>
        </w:rPr>
        <w:t>كرونباخ</w:t>
      </w:r>
      <w:proofErr w:type="spellEnd"/>
      <w:r w:rsidRPr="00447966">
        <w:rPr>
          <w:sz w:val="30"/>
          <w:szCs w:val="30"/>
          <w:rtl/>
        </w:rPr>
        <w:t xml:space="preserve"> ألفا</w:t>
      </w:r>
      <w:r w:rsidR="00A5297B">
        <w:rPr>
          <w:sz w:val="30"/>
          <w:szCs w:val="30"/>
          <w:rtl/>
          <w:cs w:val="0"/>
        </w:rPr>
        <w:t>.</w:t>
      </w:r>
    </w:p>
    <w:p w14:paraId="6CB5FE76" w14:textId="62996E1D" w:rsidR="00A65499" w:rsidRPr="00447966" w:rsidRDefault="00000000">
      <w:pPr>
        <w:pStyle w:val="ListParagraph"/>
        <w:numPr>
          <w:ilvl w:val="0"/>
          <w:numId w:val="7"/>
        </w:numPr>
        <w:spacing w:after="0" w:line="276" w:lineRule="auto"/>
        <w:jc w:val="both"/>
        <w:rPr>
          <w:sz w:val="30"/>
          <w:szCs w:val="30"/>
        </w:rPr>
      </w:pPr>
      <w:r w:rsidRPr="00447966">
        <w:rPr>
          <w:sz w:val="30"/>
          <w:szCs w:val="30"/>
          <w:rtl/>
        </w:rPr>
        <w:t>تحليل البيانات الوصفية</w:t>
      </w:r>
      <w:r w:rsidR="00A5297B">
        <w:rPr>
          <w:sz w:val="30"/>
          <w:szCs w:val="30"/>
          <w:rtl/>
          <w:cs w:val="0"/>
        </w:rPr>
        <w:t>.</w:t>
      </w:r>
    </w:p>
    <w:p w14:paraId="1CEFF705" w14:textId="4405E148" w:rsidR="00A65499" w:rsidRPr="00447966" w:rsidRDefault="00000000">
      <w:pPr>
        <w:pStyle w:val="ListParagraph"/>
        <w:numPr>
          <w:ilvl w:val="0"/>
          <w:numId w:val="7"/>
        </w:numPr>
        <w:spacing w:after="0" w:line="276" w:lineRule="auto"/>
        <w:jc w:val="both"/>
        <w:rPr>
          <w:sz w:val="30"/>
          <w:szCs w:val="30"/>
        </w:rPr>
      </w:pPr>
      <w:r w:rsidRPr="00447966">
        <w:rPr>
          <w:sz w:val="30"/>
          <w:szCs w:val="30"/>
          <w:rtl/>
        </w:rPr>
        <w:t>اختبار الفروض باستخدام الارتباط والانحدار</w:t>
      </w:r>
      <w:r w:rsidR="00A5297B">
        <w:rPr>
          <w:sz w:val="30"/>
          <w:szCs w:val="30"/>
          <w:rtl/>
          <w:cs w:val="0"/>
        </w:rPr>
        <w:t>.</w:t>
      </w:r>
    </w:p>
    <w:p w14:paraId="3CE441ED" w14:textId="16312BBB" w:rsidR="00A65499" w:rsidRDefault="00000000">
      <w:pPr>
        <w:pStyle w:val="ListParagraph"/>
        <w:numPr>
          <w:ilvl w:val="0"/>
          <w:numId w:val="7"/>
        </w:numPr>
        <w:spacing w:after="0" w:line="276" w:lineRule="auto"/>
        <w:jc w:val="both"/>
        <w:rPr>
          <w:sz w:val="30"/>
          <w:szCs w:val="30"/>
        </w:rPr>
      </w:pPr>
      <w:r w:rsidRPr="00447966">
        <w:rPr>
          <w:sz w:val="30"/>
          <w:szCs w:val="30"/>
          <w:rtl/>
        </w:rPr>
        <w:t>تفسير النتائج وصياغة التوصيات</w:t>
      </w:r>
      <w:r w:rsidR="00A5297B">
        <w:rPr>
          <w:sz w:val="30"/>
          <w:szCs w:val="30"/>
          <w:rtl/>
          <w:cs w:val="0"/>
        </w:rPr>
        <w:t>.</w:t>
      </w:r>
    </w:p>
    <w:p w14:paraId="4883D2DE" w14:textId="77777777" w:rsidR="00472BF3" w:rsidRDefault="00472BF3" w:rsidP="00472BF3">
      <w:pPr>
        <w:spacing w:after="0" w:line="276" w:lineRule="auto"/>
        <w:jc w:val="both"/>
        <w:rPr>
          <w:sz w:val="30"/>
          <w:szCs w:val="30"/>
          <w:rtl/>
          <w:cs w:val="0"/>
        </w:rPr>
      </w:pPr>
    </w:p>
    <w:p w14:paraId="67C6E4B7" w14:textId="77777777" w:rsidR="00472BF3" w:rsidRDefault="00472BF3" w:rsidP="00472BF3">
      <w:pPr>
        <w:spacing w:after="0" w:line="276" w:lineRule="auto"/>
        <w:jc w:val="both"/>
        <w:rPr>
          <w:sz w:val="30"/>
          <w:szCs w:val="30"/>
          <w:rtl/>
          <w:cs w:val="0"/>
        </w:rPr>
      </w:pPr>
    </w:p>
    <w:p w14:paraId="5B55F682" w14:textId="77777777" w:rsidR="00472BF3" w:rsidRPr="00472BF3" w:rsidRDefault="00472BF3" w:rsidP="00472BF3">
      <w:pPr>
        <w:spacing w:after="0" w:line="276" w:lineRule="auto"/>
        <w:jc w:val="both"/>
        <w:rPr>
          <w:sz w:val="30"/>
          <w:szCs w:val="30"/>
        </w:rPr>
      </w:pPr>
    </w:p>
    <w:p w14:paraId="1BC1E309" w14:textId="5A9CA5C2" w:rsidR="00A65499" w:rsidRPr="004B1822" w:rsidRDefault="004B1822" w:rsidP="00785C0A">
      <w:pPr>
        <w:pStyle w:val="Heading3"/>
        <w:spacing w:line="276" w:lineRule="auto"/>
        <w:jc w:val="both"/>
      </w:pPr>
      <w:bookmarkStart w:id="284" w:name="_Toc233582857"/>
      <w:bookmarkStart w:id="285" w:name="_Toc233583024"/>
      <w:bookmarkStart w:id="286" w:name="_Toc233584657"/>
      <w:bookmarkStart w:id="287" w:name="_Toc233585029"/>
      <w:bookmarkStart w:id="288" w:name="_Toc233585155"/>
      <w:bookmarkStart w:id="289" w:name="_Toc233585296"/>
      <w:bookmarkStart w:id="290" w:name="_Toc233585626"/>
      <w:bookmarkStart w:id="291" w:name="_Toc233585782"/>
      <w:bookmarkStart w:id="292" w:name="_Toc233585908"/>
      <w:bookmarkStart w:id="293" w:name="_Toc233586037"/>
      <w:bookmarkStart w:id="294" w:name="_Toc233586815"/>
      <w:bookmarkStart w:id="295" w:name="_Toc233586950"/>
      <w:bookmarkStart w:id="296" w:name="_Toc233587091"/>
      <w:bookmarkStart w:id="297" w:name="_Toc233587202"/>
      <w:bookmarkStart w:id="298" w:name="_Toc233587628"/>
      <w:r w:rsidRPr="004B1822">
        <w:rPr>
          <w:rtl/>
        </w:rPr>
        <w:lastRenderedPageBreak/>
        <w:t>مصادر البيانات</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782FA41C" w14:textId="77777777" w:rsidR="00A65499" w:rsidRPr="00447966" w:rsidRDefault="00000000">
      <w:pPr>
        <w:pStyle w:val="NoSpacing"/>
        <w:ind w:left="360"/>
      </w:pPr>
      <w:bookmarkStart w:id="299" w:name="_Toc233579524"/>
      <w:bookmarkStart w:id="300" w:name="_Toc233579681"/>
      <w:r w:rsidRPr="00447966">
        <w:rPr>
          <w:rtl/>
        </w:rPr>
        <w:t>البيانات الأولية</w:t>
      </w:r>
      <w:bookmarkEnd w:id="299"/>
      <w:bookmarkEnd w:id="300"/>
    </w:p>
    <w:p w14:paraId="56B7D030" w14:textId="6B0FE40A" w:rsidR="00A65499" w:rsidRPr="00447966" w:rsidRDefault="00000000" w:rsidP="00785C0A">
      <w:pPr>
        <w:spacing w:line="276" w:lineRule="auto"/>
        <w:jc w:val="both"/>
        <w:rPr>
          <w:sz w:val="30"/>
          <w:szCs w:val="30"/>
        </w:rPr>
      </w:pPr>
      <w:r w:rsidRPr="00447966">
        <w:rPr>
          <w:sz w:val="30"/>
          <w:szCs w:val="30"/>
          <w:rtl/>
        </w:rPr>
        <w:t>تتمثل البيانات الأولية في البيانات التي تجمع مباشرة من أفراد عينة الدراسة من خلال الاستبانة</w:t>
      </w:r>
      <w:r w:rsidR="00A5297B">
        <w:rPr>
          <w:sz w:val="30"/>
          <w:szCs w:val="30"/>
          <w:rtl/>
          <w:cs w:val="0"/>
        </w:rPr>
        <w:t>.</w:t>
      </w:r>
      <w:r w:rsidRPr="00447966">
        <w:rPr>
          <w:sz w:val="30"/>
          <w:szCs w:val="30"/>
          <w:rtl/>
        </w:rPr>
        <w:t xml:space="preserve"> وتركز هذه البيانات على آراء العاملين في شركة مصنع تمور القصيم المحدودة حول مستوى تطبيق إدارة الأداء</w:t>
      </w:r>
      <w:r w:rsidR="00A5297B">
        <w:rPr>
          <w:sz w:val="30"/>
          <w:szCs w:val="30"/>
          <w:rtl/>
          <w:cs w:val="0"/>
        </w:rPr>
        <w:t>،</w:t>
      </w:r>
      <w:r w:rsidRPr="00447966">
        <w:rPr>
          <w:sz w:val="30"/>
          <w:szCs w:val="30"/>
          <w:rtl/>
        </w:rPr>
        <w:t xml:space="preserve"> ومستوى تحسين الإنتاجية</w:t>
      </w:r>
      <w:r w:rsidR="00A5297B">
        <w:rPr>
          <w:sz w:val="30"/>
          <w:szCs w:val="30"/>
          <w:rtl/>
          <w:cs w:val="0"/>
        </w:rPr>
        <w:t>،</w:t>
      </w:r>
      <w:r w:rsidRPr="00447966">
        <w:rPr>
          <w:sz w:val="30"/>
          <w:szCs w:val="30"/>
          <w:rtl/>
        </w:rPr>
        <w:t xml:space="preserve"> والعلاقة بينهما</w:t>
      </w:r>
      <w:r w:rsidR="00A5297B">
        <w:rPr>
          <w:sz w:val="30"/>
          <w:szCs w:val="30"/>
          <w:rtl/>
          <w:cs w:val="0"/>
        </w:rPr>
        <w:t>.</w:t>
      </w:r>
      <w:r w:rsidRPr="00447966">
        <w:rPr>
          <w:sz w:val="30"/>
          <w:szCs w:val="30"/>
          <w:rtl/>
        </w:rPr>
        <w:t xml:space="preserve"> وتعد الاستبانة المصدر الرئيس للبيانات الميدانية في هذه الدراسة</w:t>
      </w:r>
      <w:r w:rsidR="00A5297B">
        <w:rPr>
          <w:sz w:val="30"/>
          <w:szCs w:val="30"/>
          <w:rtl/>
          <w:cs w:val="0"/>
        </w:rPr>
        <w:t>.</w:t>
      </w:r>
    </w:p>
    <w:p w14:paraId="64BAB1C1" w14:textId="77777777" w:rsidR="00A65499" w:rsidRPr="00447966" w:rsidRDefault="00000000" w:rsidP="00472BF3">
      <w:pPr>
        <w:pStyle w:val="NoSpacing"/>
        <w:ind w:left="360"/>
      </w:pPr>
      <w:bookmarkStart w:id="301" w:name="_Toc233579525"/>
      <w:bookmarkStart w:id="302" w:name="_Toc233579682"/>
      <w:r w:rsidRPr="00447966">
        <w:rPr>
          <w:rtl/>
        </w:rPr>
        <w:t>البيانات الثانوية</w:t>
      </w:r>
      <w:bookmarkEnd w:id="301"/>
      <w:bookmarkEnd w:id="302"/>
    </w:p>
    <w:p w14:paraId="69421DAA" w14:textId="463EDCFA" w:rsidR="00A65499" w:rsidRPr="00447966" w:rsidRDefault="00000000" w:rsidP="00785C0A">
      <w:pPr>
        <w:spacing w:line="276" w:lineRule="auto"/>
        <w:jc w:val="both"/>
        <w:rPr>
          <w:sz w:val="30"/>
          <w:szCs w:val="30"/>
        </w:rPr>
      </w:pPr>
      <w:r w:rsidRPr="00447966">
        <w:rPr>
          <w:sz w:val="30"/>
          <w:szCs w:val="30"/>
          <w:rtl/>
        </w:rPr>
        <w:t>تتمثل البيانات الثانوية في الكتب</w:t>
      </w:r>
      <w:r w:rsidR="00A5297B">
        <w:rPr>
          <w:sz w:val="30"/>
          <w:szCs w:val="30"/>
          <w:rtl/>
          <w:cs w:val="0"/>
        </w:rPr>
        <w:t>،</w:t>
      </w:r>
      <w:r w:rsidRPr="00447966">
        <w:rPr>
          <w:sz w:val="30"/>
          <w:szCs w:val="30"/>
          <w:rtl/>
        </w:rPr>
        <w:t xml:space="preserve"> والدراسات السابقة</w:t>
      </w:r>
      <w:r w:rsidR="00A5297B">
        <w:rPr>
          <w:sz w:val="30"/>
          <w:szCs w:val="30"/>
          <w:rtl/>
          <w:cs w:val="0"/>
        </w:rPr>
        <w:t>،</w:t>
      </w:r>
      <w:r w:rsidRPr="00447966">
        <w:rPr>
          <w:sz w:val="30"/>
          <w:szCs w:val="30"/>
          <w:rtl/>
        </w:rPr>
        <w:t xml:space="preserve"> والبحوث العلمية</w:t>
      </w:r>
      <w:r w:rsidR="00A5297B">
        <w:rPr>
          <w:sz w:val="30"/>
          <w:szCs w:val="30"/>
          <w:rtl/>
          <w:cs w:val="0"/>
        </w:rPr>
        <w:t>،</w:t>
      </w:r>
      <w:r w:rsidRPr="00447966">
        <w:rPr>
          <w:sz w:val="30"/>
          <w:szCs w:val="30"/>
          <w:rtl/>
        </w:rPr>
        <w:t xml:space="preserve"> والمراجع العربية والأجنبية التي تناولت إدارة الأداء</w:t>
      </w:r>
      <w:r w:rsidR="00A5297B">
        <w:rPr>
          <w:sz w:val="30"/>
          <w:szCs w:val="30"/>
          <w:rtl/>
          <w:cs w:val="0"/>
        </w:rPr>
        <w:t>،</w:t>
      </w:r>
      <w:r w:rsidRPr="00447966">
        <w:rPr>
          <w:sz w:val="30"/>
          <w:szCs w:val="30"/>
          <w:rtl/>
        </w:rPr>
        <w:t xml:space="preserve"> وتقييم الأداء</w:t>
      </w:r>
      <w:r w:rsidR="00A5297B">
        <w:rPr>
          <w:sz w:val="30"/>
          <w:szCs w:val="30"/>
          <w:rtl/>
          <w:cs w:val="0"/>
        </w:rPr>
        <w:t>،</w:t>
      </w:r>
      <w:r w:rsidRPr="00447966">
        <w:rPr>
          <w:sz w:val="30"/>
          <w:szCs w:val="30"/>
          <w:rtl/>
        </w:rPr>
        <w:t xml:space="preserve"> والتغذية الراجعة</w:t>
      </w:r>
      <w:r w:rsidR="00A5297B">
        <w:rPr>
          <w:sz w:val="30"/>
          <w:szCs w:val="30"/>
          <w:rtl/>
          <w:cs w:val="0"/>
        </w:rPr>
        <w:t>،</w:t>
      </w:r>
      <w:r w:rsidRPr="00447966">
        <w:rPr>
          <w:sz w:val="30"/>
          <w:szCs w:val="30"/>
          <w:rtl/>
        </w:rPr>
        <w:t xml:space="preserve"> والحوافز</w:t>
      </w:r>
      <w:r w:rsidR="00A5297B">
        <w:rPr>
          <w:sz w:val="30"/>
          <w:szCs w:val="30"/>
          <w:rtl/>
          <w:cs w:val="0"/>
        </w:rPr>
        <w:t>،</w:t>
      </w:r>
      <w:r w:rsidRPr="00447966">
        <w:rPr>
          <w:sz w:val="30"/>
          <w:szCs w:val="30"/>
          <w:rtl/>
        </w:rPr>
        <w:t xml:space="preserve"> والتطوير</w:t>
      </w:r>
      <w:r w:rsidR="00A5297B">
        <w:rPr>
          <w:sz w:val="30"/>
          <w:szCs w:val="30"/>
          <w:rtl/>
          <w:cs w:val="0"/>
        </w:rPr>
        <w:t>،</w:t>
      </w:r>
      <w:r w:rsidRPr="00447966">
        <w:rPr>
          <w:sz w:val="30"/>
          <w:szCs w:val="30"/>
          <w:rtl/>
        </w:rPr>
        <w:t xml:space="preserve"> والإنتاجية</w:t>
      </w:r>
      <w:r w:rsidR="00A5297B">
        <w:rPr>
          <w:sz w:val="30"/>
          <w:szCs w:val="30"/>
          <w:rtl/>
          <w:cs w:val="0"/>
        </w:rPr>
        <w:t>،</w:t>
      </w:r>
      <w:r w:rsidRPr="00447966">
        <w:rPr>
          <w:sz w:val="30"/>
          <w:szCs w:val="30"/>
          <w:rtl/>
        </w:rPr>
        <w:t xml:space="preserve"> وتحسين الأداء التنظيمي</w:t>
      </w:r>
      <w:r w:rsidR="00A5297B">
        <w:rPr>
          <w:sz w:val="30"/>
          <w:szCs w:val="30"/>
          <w:rtl/>
          <w:cs w:val="0"/>
        </w:rPr>
        <w:t>.</w:t>
      </w:r>
      <w:r w:rsidRPr="00447966">
        <w:rPr>
          <w:sz w:val="30"/>
          <w:szCs w:val="30"/>
          <w:rtl/>
        </w:rPr>
        <w:t xml:space="preserve"> وتستخدم الدراسة هذه المصادر لبناء الإطار النظري</w:t>
      </w:r>
      <w:r w:rsidR="00A5297B">
        <w:rPr>
          <w:sz w:val="30"/>
          <w:szCs w:val="30"/>
          <w:rtl/>
          <w:cs w:val="0"/>
        </w:rPr>
        <w:t>،</w:t>
      </w:r>
      <w:r w:rsidRPr="00447966">
        <w:rPr>
          <w:sz w:val="30"/>
          <w:szCs w:val="30"/>
          <w:rtl/>
        </w:rPr>
        <w:t xml:space="preserve"> وتحديد أبعاد المتغيرات</w:t>
      </w:r>
      <w:r w:rsidR="00A5297B">
        <w:rPr>
          <w:sz w:val="30"/>
          <w:szCs w:val="30"/>
          <w:rtl/>
          <w:cs w:val="0"/>
        </w:rPr>
        <w:t>،</w:t>
      </w:r>
      <w:r w:rsidRPr="00447966">
        <w:rPr>
          <w:sz w:val="30"/>
          <w:szCs w:val="30"/>
          <w:rtl/>
        </w:rPr>
        <w:t xml:space="preserve"> وتفسير النتائج</w:t>
      </w:r>
      <w:r w:rsidR="00A5297B">
        <w:rPr>
          <w:sz w:val="30"/>
          <w:szCs w:val="30"/>
          <w:rtl/>
          <w:cs w:val="0"/>
        </w:rPr>
        <w:t>.</w:t>
      </w:r>
    </w:p>
    <w:p w14:paraId="2878F9D2" w14:textId="17B18388" w:rsidR="00A65499" w:rsidRPr="004B1822" w:rsidRDefault="004B1822" w:rsidP="00785C0A">
      <w:pPr>
        <w:pStyle w:val="Heading3"/>
        <w:spacing w:line="276" w:lineRule="auto"/>
        <w:jc w:val="both"/>
      </w:pPr>
      <w:bookmarkStart w:id="303" w:name="_Toc233582858"/>
      <w:bookmarkStart w:id="304" w:name="_Toc233583025"/>
      <w:bookmarkStart w:id="305" w:name="_Toc233584658"/>
      <w:bookmarkStart w:id="306" w:name="_Toc233585030"/>
      <w:bookmarkStart w:id="307" w:name="_Toc233585156"/>
      <w:bookmarkStart w:id="308" w:name="_Toc233585297"/>
      <w:bookmarkStart w:id="309" w:name="_Toc233585627"/>
      <w:bookmarkStart w:id="310" w:name="_Toc233585783"/>
      <w:bookmarkStart w:id="311" w:name="_Toc233585909"/>
      <w:bookmarkStart w:id="312" w:name="_Toc233586038"/>
      <w:bookmarkStart w:id="313" w:name="_Toc233586816"/>
      <w:bookmarkStart w:id="314" w:name="_Toc233586951"/>
      <w:bookmarkStart w:id="315" w:name="_Toc233587092"/>
      <w:bookmarkStart w:id="316" w:name="_Toc233587251"/>
      <w:bookmarkStart w:id="317" w:name="_Toc233587629"/>
      <w:r w:rsidRPr="004B1822">
        <w:rPr>
          <w:rtl/>
        </w:rPr>
        <w:t>أدوات الدراسة</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4414B8D1" w14:textId="05120780" w:rsidR="00A65499" w:rsidRPr="00447966" w:rsidRDefault="00000000" w:rsidP="00785C0A">
      <w:pPr>
        <w:spacing w:line="276" w:lineRule="auto"/>
        <w:jc w:val="both"/>
        <w:rPr>
          <w:sz w:val="30"/>
          <w:szCs w:val="30"/>
        </w:rPr>
      </w:pPr>
      <w:r w:rsidRPr="00447966">
        <w:rPr>
          <w:sz w:val="30"/>
          <w:szCs w:val="30"/>
          <w:rtl/>
        </w:rPr>
        <w:t>تعتمد الدراسة على الاستبانة أداة رئيسة لجمع البيانات</w:t>
      </w:r>
      <w:r w:rsidR="00A5297B">
        <w:rPr>
          <w:sz w:val="30"/>
          <w:szCs w:val="30"/>
          <w:rtl/>
          <w:cs w:val="0"/>
        </w:rPr>
        <w:t>.</w:t>
      </w:r>
      <w:r w:rsidRPr="00447966">
        <w:rPr>
          <w:sz w:val="30"/>
          <w:szCs w:val="30"/>
          <w:rtl/>
        </w:rPr>
        <w:t xml:space="preserve"> صممت الاستبانة بما يتوافق مع أهداف الدراسة وتساؤلاتها وفروضها</w:t>
      </w:r>
      <w:r w:rsidR="00A5297B">
        <w:rPr>
          <w:sz w:val="30"/>
          <w:szCs w:val="30"/>
          <w:rtl/>
          <w:cs w:val="0"/>
        </w:rPr>
        <w:t>.</w:t>
      </w:r>
      <w:r w:rsidRPr="00447966">
        <w:rPr>
          <w:sz w:val="30"/>
          <w:szCs w:val="30"/>
          <w:rtl/>
        </w:rPr>
        <w:t xml:space="preserve"> وتتكون من قسمين رئيسين</w:t>
      </w:r>
      <w:r w:rsidR="00A5297B">
        <w:rPr>
          <w:sz w:val="30"/>
          <w:szCs w:val="30"/>
          <w:rtl/>
          <w:cs w:val="0"/>
        </w:rPr>
        <w:t>.</w:t>
      </w:r>
    </w:p>
    <w:p w14:paraId="6A03075C" w14:textId="77777777" w:rsidR="00A65499" w:rsidRPr="00447966" w:rsidRDefault="00000000" w:rsidP="00472BF3">
      <w:pPr>
        <w:pStyle w:val="NoSpacing"/>
      </w:pPr>
      <w:bookmarkStart w:id="318" w:name="_Toc233579527"/>
      <w:bookmarkStart w:id="319" w:name="_Toc233579684"/>
      <w:r w:rsidRPr="00447966">
        <w:rPr>
          <w:rtl/>
        </w:rPr>
        <w:t>البيانات العامة</w:t>
      </w:r>
      <w:bookmarkEnd w:id="318"/>
      <w:bookmarkEnd w:id="319"/>
    </w:p>
    <w:p w14:paraId="113E41AC" w14:textId="37740D4B" w:rsidR="00A65499" w:rsidRPr="00447966" w:rsidRDefault="00000000" w:rsidP="00785C0A">
      <w:pPr>
        <w:spacing w:line="276" w:lineRule="auto"/>
        <w:jc w:val="both"/>
        <w:rPr>
          <w:sz w:val="30"/>
          <w:szCs w:val="30"/>
        </w:rPr>
      </w:pPr>
      <w:r w:rsidRPr="00447966">
        <w:rPr>
          <w:sz w:val="30"/>
          <w:szCs w:val="30"/>
          <w:rtl/>
        </w:rPr>
        <w:t>يتضمن هذا القسم بيانات شخصية ووظيفية عن أفراد العينة</w:t>
      </w:r>
      <w:r w:rsidR="00A5297B">
        <w:rPr>
          <w:sz w:val="30"/>
          <w:szCs w:val="30"/>
          <w:rtl/>
          <w:cs w:val="0"/>
        </w:rPr>
        <w:t>،</w:t>
      </w:r>
      <w:r w:rsidRPr="00447966">
        <w:rPr>
          <w:sz w:val="30"/>
          <w:szCs w:val="30"/>
          <w:rtl/>
        </w:rPr>
        <w:t xml:space="preserve"> مثل النوع الاجتماعي</w:t>
      </w:r>
      <w:r w:rsidR="00A5297B">
        <w:rPr>
          <w:sz w:val="30"/>
          <w:szCs w:val="30"/>
          <w:rtl/>
          <w:cs w:val="0"/>
        </w:rPr>
        <w:t>،</w:t>
      </w:r>
      <w:r w:rsidRPr="00447966">
        <w:rPr>
          <w:sz w:val="30"/>
          <w:szCs w:val="30"/>
          <w:rtl/>
        </w:rPr>
        <w:t xml:space="preserve"> والعمر</w:t>
      </w:r>
      <w:r w:rsidR="00A5297B">
        <w:rPr>
          <w:sz w:val="30"/>
          <w:szCs w:val="30"/>
          <w:rtl/>
          <w:cs w:val="0"/>
        </w:rPr>
        <w:t>،</w:t>
      </w:r>
      <w:r w:rsidRPr="00447966">
        <w:rPr>
          <w:sz w:val="30"/>
          <w:szCs w:val="30"/>
          <w:rtl/>
        </w:rPr>
        <w:t xml:space="preserve"> والمؤهل العلمي</w:t>
      </w:r>
      <w:r w:rsidR="00A5297B">
        <w:rPr>
          <w:sz w:val="30"/>
          <w:szCs w:val="30"/>
          <w:rtl/>
          <w:cs w:val="0"/>
        </w:rPr>
        <w:t>،</w:t>
      </w:r>
      <w:r w:rsidRPr="00447966">
        <w:rPr>
          <w:sz w:val="30"/>
          <w:szCs w:val="30"/>
          <w:rtl/>
        </w:rPr>
        <w:t xml:space="preserve"> وسنوات الخبرة</w:t>
      </w:r>
      <w:r w:rsidR="00A5297B">
        <w:rPr>
          <w:sz w:val="30"/>
          <w:szCs w:val="30"/>
          <w:rtl/>
          <w:cs w:val="0"/>
        </w:rPr>
        <w:t>،</w:t>
      </w:r>
      <w:r w:rsidRPr="00447966">
        <w:rPr>
          <w:sz w:val="30"/>
          <w:szCs w:val="30"/>
          <w:rtl/>
        </w:rPr>
        <w:t xml:space="preserve"> والمسمى الوظيفي</w:t>
      </w:r>
      <w:r w:rsidR="00A5297B">
        <w:rPr>
          <w:sz w:val="30"/>
          <w:szCs w:val="30"/>
          <w:rtl/>
          <w:cs w:val="0"/>
        </w:rPr>
        <w:t>.</w:t>
      </w:r>
      <w:r w:rsidRPr="00447966">
        <w:rPr>
          <w:sz w:val="30"/>
          <w:szCs w:val="30"/>
          <w:rtl/>
        </w:rPr>
        <w:t xml:space="preserve"> تساعد هذه البيانات على وصف خصائص العينة وتقديم صورة واضحة عن المبحوثين</w:t>
      </w:r>
      <w:r w:rsidR="00A5297B">
        <w:rPr>
          <w:sz w:val="30"/>
          <w:szCs w:val="30"/>
          <w:rtl/>
          <w:cs w:val="0"/>
        </w:rPr>
        <w:t>.</w:t>
      </w:r>
    </w:p>
    <w:p w14:paraId="1C6A1085" w14:textId="77777777" w:rsidR="00A65499" w:rsidRPr="00447966" w:rsidRDefault="00000000" w:rsidP="00472BF3">
      <w:pPr>
        <w:pStyle w:val="NoSpacing"/>
      </w:pPr>
      <w:bookmarkStart w:id="320" w:name="_Toc233579528"/>
      <w:bookmarkStart w:id="321" w:name="_Toc233579685"/>
      <w:r w:rsidRPr="00447966">
        <w:rPr>
          <w:rtl/>
        </w:rPr>
        <w:t>محاور الدراسة</w:t>
      </w:r>
      <w:bookmarkEnd w:id="320"/>
      <w:bookmarkEnd w:id="321"/>
    </w:p>
    <w:p w14:paraId="2C08782A" w14:textId="1BD116D2" w:rsidR="00A65499" w:rsidRPr="00447966" w:rsidRDefault="00000000" w:rsidP="00785C0A">
      <w:pPr>
        <w:spacing w:line="276" w:lineRule="auto"/>
        <w:jc w:val="both"/>
        <w:rPr>
          <w:sz w:val="30"/>
          <w:szCs w:val="30"/>
        </w:rPr>
      </w:pPr>
      <w:r w:rsidRPr="00447966">
        <w:rPr>
          <w:sz w:val="30"/>
          <w:szCs w:val="30"/>
          <w:rtl/>
        </w:rPr>
        <w:t>يتضمن هذا القسم فقرات تقيس متغيرات الدراسة</w:t>
      </w:r>
      <w:r w:rsidR="00A5297B">
        <w:rPr>
          <w:sz w:val="30"/>
          <w:szCs w:val="30"/>
          <w:rtl/>
          <w:cs w:val="0"/>
        </w:rPr>
        <w:t>.</w:t>
      </w:r>
      <w:r w:rsidRPr="00447966">
        <w:rPr>
          <w:sz w:val="30"/>
          <w:szCs w:val="30"/>
          <w:rtl/>
        </w:rPr>
        <w:t xml:space="preserve"> وينقسم إلى محورين رئيسين</w:t>
      </w:r>
      <w:r w:rsidR="00A5297B">
        <w:rPr>
          <w:sz w:val="30"/>
          <w:szCs w:val="30"/>
          <w:rtl/>
          <w:cs w:val="0"/>
        </w:rPr>
        <w:t>.</w:t>
      </w:r>
      <w:r w:rsidRPr="00447966">
        <w:rPr>
          <w:sz w:val="30"/>
          <w:szCs w:val="30"/>
          <w:rtl/>
        </w:rPr>
        <w:t xml:space="preserve"> يقيس المحور الأول إدارة الأداء من خلال تخطيط الأداء</w:t>
      </w:r>
      <w:r w:rsidR="00A5297B">
        <w:rPr>
          <w:sz w:val="30"/>
          <w:szCs w:val="30"/>
          <w:rtl/>
          <w:cs w:val="0"/>
        </w:rPr>
        <w:t>،</w:t>
      </w:r>
      <w:r w:rsidRPr="00447966">
        <w:rPr>
          <w:sz w:val="30"/>
          <w:szCs w:val="30"/>
          <w:rtl/>
        </w:rPr>
        <w:t xml:space="preserve"> والمتابعة والتغذية الراجعة</w:t>
      </w:r>
      <w:r w:rsidR="00A5297B">
        <w:rPr>
          <w:sz w:val="30"/>
          <w:szCs w:val="30"/>
          <w:rtl/>
          <w:cs w:val="0"/>
        </w:rPr>
        <w:t>،</w:t>
      </w:r>
      <w:r w:rsidRPr="00447966">
        <w:rPr>
          <w:sz w:val="30"/>
          <w:szCs w:val="30"/>
          <w:rtl/>
        </w:rPr>
        <w:t xml:space="preserve"> وتقييم الأداء</w:t>
      </w:r>
      <w:r w:rsidR="00A5297B">
        <w:rPr>
          <w:sz w:val="30"/>
          <w:szCs w:val="30"/>
          <w:rtl/>
          <w:cs w:val="0"/>
        </w:rPr>
        <w:t>،</w:t>
      </w:r>
      <w:r w:rsidRPr="00447966">
        <w:rPr>
          <w:sz w:val="30"/>
          <w:szCs w:val="30"/>
          <w:rtl/>
        </w:rPr>
        <w:t xml:space="preserve"> </w:t>
      </w:r>
      <w:proofErr w:type="gramStart"/>
      <w:r w:rsidRPr="00447966">
        <w:rPr>
          <w:sz w:val="30"/>
          <w:szCs w:val="30"/>
          <w:rtl/>
        </w:rPr>
        <w:t>والحوافز</w:t>
      </w:r>
      <w:proofErr w:type="gramEnd"/>
      <w:r w:rsidRPr="00447966">
        <w:rPr>
          <w:sz w:val="30"/>
          <w:szCs w:val="30"/>
          <w:rtl/>
        </w:rPr>
        <w:t xml:space="preserve"> والتطوير</w:t>
      </w:r>
      <w:r w:rsidR="00A5297B">
        <w:rPr>
          <w:sz w:val="30"/>
          <w:szCs w:val="30"/>
          <w:rtl/>
          <w:cs w:val="0"/>
        </w:rPr>
        <w:t>.</w:t>
      </w:r>
      <w:r w:rsidRPr="00447966">
        <w:rPr>
          <w:sz w:val="30"/>
          <w:szCs w:val="30"/>
          <w:rtl/>
        </w:rPr>
        <w:t xml:space="preserve"> ويقيس المحور الثاني تحسين الإنتاجية من خلال سرعة الإنجاز</w:t>
      </w:r>
      <w:r w:rsidR="00A5297B">
        <w:rPr>
          <w:sz w:val="30"/>
          <w:szCs w:val="30"/>
          <w:rtl/>
          <w:cs w:val="0"/>
        </w:rPr>
        <w:t>،</w:t>
      </w:r>
      <w:r w:rsidRPr="00447966">
        <w:rPr>
          <w:sz w:val="30"/>
          <w:szCs w:val="30"/>
          <w:rtl/>
        </w:rPr>
        <w:t xml:space="preserve"> وجودة المخرجات</w:t>
      </w:r>
      <w:r w:rsidR="00A5297B">
        <w:rPr>
          <w:sz w:val="30"/>
          <w:szCs w:val="30"/>
          <w:rtl/>
          <w:cs w:val="0"/>
        </w:rPr>
        <w:t>،</w:t>
      </w:r>
      <w:r w:rsidRPr="00447966">
        <w:rPr>
          <w:sz w:val="30"/>
          <w:szCs w:val="30"/>
          <w:rtl/>
        </w:rPr>
        <w:t xml:space="preserve"> وكفاءة استخدام الوقت والموارد</w:t>
      </w:r>
      <w:r w:rsidR="00A5297B">
        <w:rPr>
          <w:sz w:val="30"/>
          <w:szCs w:val="30"/>
          <w:rtl/>
          <w:cs w:val="0"/>
        </w:rPr>
        <w:t>،</w:t>
      </w:r>
      <w:r w:rsidRPr="00447966">
        <w:rPr>
          <w:sz w:val="30"/>
          <w:szCs w:val="30"/>
          <w:rtl/>
        </w:rPr>
        <w:t xml:space="preserve"> وتقليل الأخطاء والهدر</w:t>
      </w:r>
      <w:r w:rsidR="00A5297B">
        <w:rPr>
          <w:sz w:val="30"/>
          <w:szCs w:val="30"/>
          <w:rtl/>
          <w:cs w:val="0"/>
        </w:rPr>
        <w:t>،</w:t>
      </w:r>
      <w:r w:rsidRPr="00447966">
        <w:rPr>
          <w:sz w:val="30"/>
          <w:szCs w:val="30"/>
          <w:rtl/>
        </w:rPr>
        <w:t xml:space="preserve"> وتحسين الأداء العام</w:t>
      </w:r>
      <w:r w:rsidR="00A5297B">
        <w:rPr>
          <w:sz w:val="30"/>
          <w:szCs w:val="30"/>
          <w:rtl/>
          <w:cs w:val="0"/>
        </w:rPr>
        <w:t>.</w:t>
      </w:r>
    </w:p>
    <w:p w14:paraId="1F4EECF8" w14:textId="017EBB6B" w:rsidR="00A65499" w:rsidRDefault="00000000" w:rsidP="00785C0A">
      <w:pPr>
        <w:spacing w:line="276" w:lineRule="auto"/>
        <w:jc w:val="both"/>
        <w:rPr>
          <w:sz w:val="30"/>
          <w:szCs w:val="30"/>
          <w:rtl/>
        </w:rPr>
      </w:pPr>
      <w:r w:rsidRPr="00447966">
        <w:rPr>
          <w:sz w:val="30"/>
          <w:szCs w:val="30"/>
          <w:rtl/>
        </w:rPr>
        <w:t xml:space="preserve">تعتمد الاستبانة على مقياس </w:t>
      </w:r>
      <w:proofErr w:type="spellStart"/>
      <w:r w:rsidRPr="00447966">
        <w:rPr>
          <w:sz w:val="30"/>
          <w:szCs w:val="30"/>
          <w:rtl/>
        </w:rPr>
        <w:t>ليكرت</w:t>
      </w:r>
      <w:proofErr w:type="spellEnd"/>
      <w:r w:rsidRPr="00447966">
        <w:rPr>
          <w:sz w:val="30"/>
          <w:szCs w:val="30"/>
          <w:rtl/>
        </w:rPr>
        <w:t xml:space="preserve"> الخماسي</w:t>
      </w:r>
      <w:r w:rsidR="00A5297B">
        <w:rPr>
          <w:sz w:val="30"/>
          <w:szCs w:val="30"/>
          <w:rtl/>
          <w:cs w:val="0"/>
        </w:rPr>
        <w:t>.</w:t>
      </w:r>
      <w:r w:rsidRPr="00447966">
        <w:rPr>
          <w:sz w:val="30"/>
          <w:szCs w:val="30"/>
          <w:rtl/>
        </w:rPr>
        <w:t xml:space="preserve"> يعبر أفراد العينة عن درجة موافقتهم على كل فقرة وفق الدرجات الآتية</w:t>
      </w:r>
      <w:r w:rsidR="00D60DAF">
        <w:rPr>
          <w:sz w:val="30"/>
          <w:szCs w:val="30"/>
          <w:rtl/>
          <w:cs w:val="0"/>
        </w:rPr>
        <w:t>:</w:t>
      </w:r>
      <w:r w:rsidRPr="00447966">
        <w:rPr>
          <w:sz w:val="30"/>
          <w:szCs w:val="30"/>
          <w:rtl/>
        </w:rPr>
        <w:t xml:space="preserve"> غير موافق بشدة</w:t>
      </w:r>
      <w:r w:rsidR="00A5297B">
        <w:rPr>
          <w:sz w:val="30"/>
          <w:szCs w:val="30"/>
          <w:rtl/>
          <w:cs w:val="0"/>
        </w:rPr>
        <w:t>،</w:t>
      </w:r>
      <w:r w:rsidRPr="00447966">
        <w:rPr>
          <w:sz w:val="30"/>
          <w:szCs w:val="30"/>
          <w:rtl/>
        </w:rPr>
        <w:t xml:space="preserve"> غير موافق</w:t>
      </w:r>
      <w:r w:rsidR="00A5297B">
        <w:rPr>
          <w:sz w:val="30"/>
          <w:szCs w:val="30"/>
          <w:rtl/>
          <w:cs w:val="0"/>
        </w:rPr>
        <w:t>،</w:t>
      </w:r>
      <w:r w:rsidRPr="00447966">
        <w:rPr>
          <w:sz w:val="30"/>
          <w:szCs w:val="30"/>
          <w:rtl/>
        </w:rPr>
        <w:t xml:space="preserve"> محايد</w:t>
      </w:r>
      <w:r w:rsidR="00A5297B">
        <w:rPr>
          <w:sz w:val="30"/>
          <w:szCs w:val="30"/>
          <w:rtl/>
          <w:cs w:val="0"/>
        </w:rPr>
        <w:t>،</w:t>
      </w:r>
      <w:r w:rsidRPr="00447966">
        <w:rPr>
          <w:sz w:val="30"/>
          <w:szCs w:val="30"/>
          <w:rtl/>
        </w:rPr>
        <w:t xml:space="preserve"> موافق</w:t>
      </w:r>
      <w:r w:rsidR="00A5297B">
        <w:rPr>
          <w:sz w:val="30"/>
          <w:szCs w:val="30"/>
          <w:rtl/>
          <w:cs w:val="0"/>
        </w:rPr>
        <w:t>،</w:t>
      </w:r>
      <w:r w:rsidRPr="00447966">
        <w:rPr>
          <w:sz w:val="30"/>
          <w:szCs w:val="30"/>
          <w:rtl/>
        </w:rPr>
        <w:t xml:space="preserve"> موافق بشدة</w:t>
      </w:r>
      <w:r w:rsidR="00A5297B">
        <w:rPr>
          <w:sz w:val="30"/>
          <w:szCs w:val="30"/>
          <w:rtl/>
          <w:cs w:val="0"/>
        </w:rPr>
        <w:t>.</w:t>
      </w:r>
    </w:p>
    <w:p w14:paraId="6A17F95D" w14:textId="77777777" w:rsidR="00785C0A" w:rsidRPr="00447966" w:rsidRDefault="00785C0A" w:rsidP="00785C0A">
      <w:pPr>
        <w:spacing w:line="276" w:lineRule="auto"/>
        <w:jc w:val="both"/>
        <w:rPr>
          <w:sz w:val="30"/>
          <w:szCs w:val="30"/>
        </w:rPr>
      </w:pPr>
    </w:p>
    <w:p w14:paraId="5D6FB053" w14:textId="5A390AD9" w:rsidR="008940D2" w:rsidRPr="00447966" w:rsidRDefault="008940D2" w:rsidP="00785C0A">
      <w:pPr>
        <w:pStyle w:val="Caption"/>
      </w:pPr>
      <w:bookmarkStart w:id="322" w:name="_Toc233588174"/>
      <w:r w:rsidRPr="00447966">
        <w:rPr>
          <w:rtl/>
        </w:rPr>
        <w:lastRenderedPageBreak/>
        <w:t xml:space="preserve">جدول </w:t>
      </w:r>
      <w:r w:rsidRPr="00447966">
        <w:rPr>
          <w:rtl/>
          <w:cs/>
        </w:rPr>
        <w:fldChar w:fldCharType="begin"/>
      </w:r>
      <w:r w:rsidRPr="00447966">
        <w:rPr>
          <w:rtl/>
          <w:cs/>
        </w:rPr>
        <w:instrText xml:space="preserve"> </w:instrText>
      </w:r>
      <w:r w:rsidRPr="00447966">
        <w:rPr>
          <w:cs/>
        </w:rPr>
        <w:instrText>SEQ</w:instrText>
      </w:r>
      <w:r w:rsidRPr="00447966">
        <w:rPr>
          <w:rtl/>
          <w:cs/>
        </w:rPr>
        <w:instrText xml:space="preserve"> جدول \* </w:instrText>
      </w:r>
      <w:r w:rsidRPr="00447966">
        <w:rPr>
          <w:cs/>
        </w:rPr>
        <w:instrText>ARABIC</w:instrText>
      </w:r>
      <w:r w:rsidRPr="00447966">
        <w:rPr>
          <w:rtl/>
          <w:cs/>
        </w:rPr>
        <w:instrText xml:space="preserve"> </w:instrText>
      </w:r>
      <w:r w:rsidRPr="00447966">
        <w:rPr>
          <w:rtl/>
          <w:cs/>
        </w:rPr>
        <w:fldChar w:fldCharType="separate"/>
      </w:r>
      <w:r w:rsidR="00486132">
        <w:rPr>
          <w:noProof/>
          <w:rtl/>
        </w:rPr>
        <w:t>1</w:t>
      </w:r>
      <w:r w:rsidRPr="00447966">
        <w:rPr>
          <w:rtl/>
          <w:cs/>
        </w:rPr>
        <w:fldChar w:fldCharType="end"/>
      </w:r>
      <w:r w:rsidRPr="00447966">
        <w:rPr>
          <w:rFonts w:hint="cs"/>
          <w:rtl/>
          <w:cs/>
        </w:rPr>
        <w:t xml:space="preserve"> </w:t>
      </w:r>
      <w:r w:rsidRPr="00447966">
        <w:rPr>
          <w:rtl/>
        </w:rPr>
        <w:t xml:space="preserve"> </w:t>
      </w:r>
      <w:r w:rsidRPr="00447966">
        <w:rPr>
          <w:rFonts w:hint="eastAsia"/>
          <w:rtl/>
        </w:rPr>
        <w:t>محاور</w:t>
      </w:r>
      <w:r w:rsidRPr="00447966">
        <w:rPr>
          <w:rtl/>
        </w:rPr>
        <w:t xml:space="preserve"> </w:t>
      </w:r>
      <w:r w:rsidRPr="00447966">
        <w:rPr>
          <w:rFonts w:hint="eastAsia"/>
          <w:rtl/>
        </w:rPr>
        <w:t>أداة</w:t>
      </w:r>
      <w:r w:rsidRPr="00447966">
        <w:rPr>
          <w:rtl/>
        </w:rPr>
        <w:t xml:space="preserve"> </w:t>
      </w:r>
      <w:r w:rsidRPr="00447966">
        <w:rPr>
          <w:rFonts w:hint="eastAsia"/>
          <w:rtl/>
        </w:rPr>
        <w:t>الدراسة</w:t>
      </w:r>
      <w:bookmarkEnd w:id="322"/>
    </w:p>
    <w:tbl>
      <w:tblPr>
        <w:tblStyle w:val="GridTable4-Accent1"/>
        <w:bidiVisual/>
        <w:tblW w:w="9479" w:type="dxa"/>
        <w:tblInd w:w="10" w:type="dxa"/>
        <w:tblLayout w:type="fixed"/>
        <w:tblLook w:val="04A0" w:firstRow="1" w:lastRow="0" w:firstColumn="1" w:lastColumn="0" w:noHBand="0" w:noVBand="1"/>
      </w:tblPr>
      <w:tblGrid>
        <w:gridCol w:w="900"/>
        <w:gridCol w:w="1482"/>
        <w:gridCol w:w="1994"/>
        <w:gridCol w:w="1559"/>
        <w:gridCol w:w="3544"/>
      </w:tblGrid>
      <w:tr w:rsidR="00A65499" w:rsidRPr="00447966" w14:paraId="7AC8E9E8" w14:textId="77777777" w:rsidTr="004479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 w:type="dxa"/>
            <w:vAlign w:val="center"/>
          </w:tcPr>
          <w:p w14:paraId="31E5ADCD" w14:textId="77777777" w:rsidR="00A65499" w:rsidRPr="00447966" w:rsidRDefault="00000000" w:rsidP="00785C0A">
            <w:pPr>
              <w:spacing w:after="0" w:line="276" w:lineRule="auto"/>
              <w:jc w:val="both"/>
              <w:rPr>
                <w:sz w:val="30"/>
                <w:szCs w:val="30"/>
              </w:rPr>
            </w:pPr>
            <w:r w:rsidRPr="00447966">
              <w:rPr>
                <w:color w:val="FFFFFF"/>
                <w:sz w:val="30"/>
                <w:szCs w:val="30"/>
                <w:rtl/>
              </w:rPr>
              <w:t>م</w:t>
            </w:r>
          </w:p>
        </w:tc>
        <w:tc>
          <w:tcPr>
            <w:tcW w:w="1482" w:type="dxa"/>
            <w:vAlign w:val="center"/>
          </w:tcPr>
          <w:p w14:paraId="534964CB" w14:textId="77777777" w:rsidR="00A65499" w:rsidRPr="00447966" w:rsidRDefault="00000000" w:rsidP="00785C0A">
            <w:pPr>
              <w:spacing w:after="0"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المحور</w:t>
            </w:r>
          </w:p>
        </w:tc>
        <w:tc>
          <w:tcPr>
            <w:tcW w:w="1994" w:type="dxa"/>
            <w:vAlign w:val="center"/>
          </w:tcPr>
          <w:p w14:paraId="41AC98FC" w14:textId="77777777" w:rsidR="00A65499" w:rsidRPr="00447966" w:rsidRDefault="00000000" w:rsidP="00785C0A">
            <w:pPr>
              <w:spacing w:after="0"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البعد</w:t>
            </w:r>
          </w:p>
        </w:tc>
        <w:tc>
          <w:tcPr>
            <w:tcW w:w="1559" w:type="dxa"/>
            <w:vAlign w:val="center"/>
          </w:tcPr>
          <w:p w14:paraId="1575E234" w14:textId="77777777" w:rsidR="00A65499" w:rsidRPr="00447966" w:rsidRDefault="00000000" w:rsidP="00785C0A">
            <w:pPr>
              <w:spacing w:after="0"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24"/>
                <w:szCs w:val="24"/>
                <w:rtl/>
              </w:rPr>
              <w:t>عدد الفقرات المقترح</w:t>
            </w:r>
          </w:p>
        </w:tc>
        <w:tc>
          <w:tcPr>
            <w:tcW w:w="3544" w:type="dxa"/>
            <w:vAlign w:val="center"/>
          </w:tcPr>
          <w:p w14:paraId="66739285" w14:textId="77777777" w:rsidR="00A65499" w:rsidRPr="00447966" w:rsidRDefault="00000000" w:rsidP="00785C0A">
            <w:pPr>
              <w:spacing w:after="0"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الهدف من القياس</w:t>
            </w:r>
          </w:p>
        </w:tc>
      </w:tr>
      <w:tr w:rsidR="00A65499" w:rsidRPr="00447966" w14:paraId="524AD67C"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 w:type="dxa"/>
            <w:vAlign w:val="center"/>
          </w:tcPr>
          <w:p w14:paraId="08C25136" w14:textId="77777777" w:rsidR="00A65499" w:rsidRPr="00447966" w:rsidRDefault="00000000" w:rsidP="00785C0A">
            <w:pPr>
              <w:spacing w:after="0" w:line="276" w:lineRule="auto"/>
              <w:jc w:val="both"/>
              <w:rPr>
                <w:sz w:val="30"/>
                <w:szCs w:val="30"/>
              </w:rPr>
            </w:pPr>
            <w:r w:rsidRPr="00447966">
              <w:rPr>
                <w:b w:val="0"/>
                <w:sz w:val="30"/>
                <w:szCs w:val="30"/>
                <w:rtl/>
              </w:rPr>
              <w:t>1</w:t>
            </w:r>
          </w:p>
        </w:tc>
        <w:tc>
          <w:tcPr>
            <w:tcW w:w="1482" w:type="dxa"/>
            <w:vAlign w:val="center"/>
          </w:tcPr>
          <w:p w14:paraId="21B235B3"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إدارة الأداء</w:t>
            </w:r>
          </w:p>
        </w:tc>
        <w:tc>
          <w:tcPr>
            <w:tcW w:w="1994" w:type="dxa"/>
            <w:vAlign w:val="center"/>
          </w:tcPr>
          <w:p w14:paraId="4CC2C687"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تخطيط الأداء</w:t>
            </w:r>
          </w:p>
        </w:tc>
        <w:tc>
          <w:tcPr>
            <w:tcW w:w="1559" w:type="dxa"/>
            <w:vAlign w:val="center"/>
          </w:tcPr>
          <w:p w14:paraId="67471337"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5</w:t>
            </w:r>
          </w:p>
        </w:tc>
        <w:tc>
          <w:tcPr>
            <w:tcW w:w="3544" w:type="dxa"/>
            <w:vAlign w:val="center"/>
          </w:tcPr>
          <w:p w14:paraId="2CB90D95"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قياس وضوح الأهداف والمسؤوليات ومؤشرات الأداء</w:t>
            </w:r>
          </w:p>
        </w:tc>
      </w:tr>
      <w:tr w:rsidR="00A65499" w:rsidRPr="00447966" w14:paraId="69CFF47B" w14:textId="77777777" w:rsidTr="00447966">
        <w:tc>
          <w:tcPr>
            <w:cnfStyle w:val="001000000000" w:firstRow="0" w:lastRow="0" w:firstColumn="1" w:lastColumn="0" w:oddVBand="0" w:evenVBand="0" w:oddHBand="0" w:evenHBand="0" w:firstRowFirstColumn="0" w:firstRowLastColumn="0" w:lastRowFirstColumn="0" w:lastRowLastColumn="0"/>
            <w:tcW w:w="900" w:type="dxa"/>
            <w:vAlign w:val="center"/>
          </w:tcPr>
          <w:p w14:paraId="1C132638" w14:textId="77777777" w:rsidR="00A65499" w:rsidRPr="00447966" w:rsidRDefault="00000000" w:rsidP="00785C0A">
            <w:pPr>
              <w:spacing w:after="0" w:line="276" w:lineRule="auto"/>
              <w:jc w:val="both"/>
              <w:rPr>
                <w:sz w:val="30"/>
                <w:szCs w:val="30"/>
              </w:rPr>
            </w:pPr>
            <w:r w:rsidRPr="00447966">
              <w:rPr>
                <w:b w:val="0"/>
                <w:sz w:val="30"/>
                <w:szCs w:val="30"/>
                <w:rtl/>
              </w:rPr>
              <w:t>2</w:t>
            </w:r>
          </w:p>
        </w:tc>
        <w:tc>
          <w:tcPr>
            <w:tcW w:w="1482" w:type="dxa"/>
            <w:vAlign w:val="center"/>
          </w:tcPr>
          <w:p w14:paraId="25ADFDA6"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إدارة الأداء</w:t>
            </w:r>
          </w:p>
        </w:tc>
        <w:tc>
          <w:tcPr>
            <w:tcW w:w="1994" w:type="dxa"/>
            <w:vAlign w:val="center"/>
          </w:tcPr>
          <w:p w14:paraId="1EE891D6"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المتابعة والتغذية الراجعة</w:t>
            </w:r>
          </w:p>
        </w:tc>
        <w:tc>
          <w:tcPr>
            <w:tcW w:w="1559" w:type="dxa"/>
            <w:vAlign w:val="center"/>
          </w:tcPr>
          <w:p w14:paraId="5B2F91FC"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5</w:t>
            </w:r>
          </w:p>
        </w:tc>
        <w:tc>
          <w:tcPr>
            <w:tcW w:w="3544" w:type="dxa"/>
            <w:vAlign w:val="center"/>
          </w:tcPr>
          <w:p w14:paraId="4B00692E"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قياس مستوى المتابعة وتصحيح الأخطاء وتقديم الملاحظات</w:t>
            </w:r>
          </w:p>
        </w:tc>
      </w:tr>
      <w:tr w:rsidR="00A65499" w:rsidRPr="00447966" w14:paraId="269573ED"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 w:type="dxa"/>
            <w:vAlign w:val="center"/>
          </w:tcPr>
          <w:p w14:paraId="69E30CAA" w14:textId="77777777" w:rsidR="00A65499" w:rsidRPr="00447966" w:rsidRDefault="00000000" w:rsidP="00785C0A">
            <w:pPr>
              <w:spacing w:after="0" w:line="276" w:lineRule="auto"/>
              <w:jc w:val="both"/>
              <w:rPr>
                <w:sz w:val="30"/>
                <w:szCs w:val="30"/>
              </w:rPr>
            </w:pPr>
            <w:r w:rsidRPr="00447966">
              <w:rPr>
                <w:b w:val="0"/>
                <w:sz w:val="30"/>
                <w:szCs w:val="30"/>
                <w:rtl/>
              </w:rPr>
              <w:t>3</w:t>
            </w:r>
          </w:p>
        </w:tc>
        <w:tc>
          <w:tcPr>
            <w:tcW w:w="1482" w:type="dxa"/>
            <w:vAlign w:val="center"/>
          </w:tcPr>
          <w:p w14:paraId="4669CADF"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إدارة الأداء</w:t>
            </w:r>
          </w:p>
        </w:tc>
        <w:tc>
          <w:tcPr>
            <w:tcW w:w="1994" w:type="dxa"/>
            <w:vAlign w:val="center"/>
          </w:tcPr>
          <w:p w14:paraId="6398A32D"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تقييم الأداء</w:t>
            </w:r>
          </w:p>
        </w:tc>
        <w:tc>
          <w:tcPr>
            <w:tcW w:w="1559" w:type="dxa"/>
            <w:vAlign w:val="center"/>
          </w:tcPr>
          <w:p w14:paraId="71B8F134"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5</w:t>
            </w:r>
          </w:p>
        </w:tc>
        <w:tc>
          <w:tcPr>
            <w:tcW w:w="3544" w:type="dxa"/>
            <w:vAlign w:val="center"/>
          </w:tcPr>
          <w:p w14:paraId="5F0A3B65"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 xml:space="preserve">قياس عدالة التقييم ووضوح معاييره </w:t>
            </w:r>
            <w:proofErr w:type="spellStart"/>
            <w:r w:rsidRPr="00447966">
              <w:rPr>
                <w:sz w:val="30"/>
                <w:szCs w:val="30"/>
                <w:rtl/>
              </w:rPr>
              <w:t>وموضوعيته</w:t>
            </w:r>
            <w:proofErr w:type="spellEnd"/>
          </w:p>
        </w:tc>
      </w:tr>
      <w:tr w:rsidR="00A65499" w:rsidRPr="00447966" w14:paraId="6E8519D3" w14:textId="77777777" w:rsidTr="00447966">
        <w:tc>
          <w:tcPr>
            <w:cnfStyle w:val="001000000000" w:firstRow="0" w:lastRow="0" w:firstColumn="1" w:lastColumn="0" w:oddVBand="0" w:evenVBand="0" w:oddHBand="0" w:evenHBand="0" w:firstRowFirstColumn="0" w:firstRowLastColumn="0" w:lastRowFirstColumn="0" w:lastRowLastColumn="0"/>
            <w:tcW w:w="900" w:type="dxa"/>
            <w:vAlign w:val="center"/>
          </w:tcPr>
          <w:p w14:paraId="4E8D0398" w14:textId="77777777" w:rsidR="00A65499" w:rsidRPr="00447966" w:rsidRDefault="00000000" w:rsidP="00785C0A">
            <w:pPr>
              <w:spacing w:after="0" w:line="276" w:lineRule="auto"/>
              <w:jc w:val="both"/>
              <w:rPr>
                <w:sz w:val="30"/>
                <w:szCs w:val="30"/>
              </w:rPr>
            </w:pPr>
            <w:r w:rsidRPr="00447966">
              <w:rPr>
                <w:b w:val="0"/>
                <w:sz w:val="30"/>
                <w:szCs w:val="30"/>
                <w:rtl/>
              </w:rPr>
              <w:t>4</w:t>
            </w:r>
          </w:p>
        </w:tc>
        <w:tc>
          <w:tcPr>
            <w:tcW w:w="1482" w:type="dxa"/>
            <w:vAlign w:val="center"/>
          </w:tcPr>
          <w:p w14:paraId="12CFB66A"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إدارة الأداء</w:t>
            </w:r>
          </w:p>
        </w:tc>
        <w:tc>
          <w:tcPr>
            <w:tcW w:w="1994" w:type="dxa"/>
            <w:vAlign w:val="center"/>
          </w:tcPr>
          <w:p w14:paraId="4595ABF7"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الحوافز والتطوير</w:t>
            </w:r>
          </w:p>
        </w:tc>
        <w:tc>
          <w:tcPr>
            <w:tcW w:w="1559" w:type="dxa"/>
            <w:vAlign w:val="center"/>
          </w:tcPr>
          <w:p w14:paraId="19F30A0F"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5</w:t>
            </w:r>
          </w:p>
        </w:tc>
        <w:tc>
          <w:tcPr>
            <w:tcW w:w="3544" w:type="dxa"/>
            <w:vAlign w:val="center"/>
          </w:tcPr>
          <w:p w14:paraId="1BD5A76F"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قياس ارتباط الأداء بالحوافز والتدريب والتطوير</w:t>
            </w:r>
          </w:p>
        </w:tc>
      </w:tr>
      <w:tr w:rsidR="00A65499" w:rsidRPr="00447966" w14:paraId="217B5C4A"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 w:type="dxa"/>
            <w:vAlign w:val="center"/>
          </w:tcPr>
          <w:p w14:paraId="033C9EF4" w14:textId="77777777" w:rsidR="00A65499" w:rsidRPr="00447966" w:rsidRDefault="00000000" w:rsidP="00785C0A">
            <w:pPr>
              <w:spacing w:after="0" w:line="276" w:lineRule="auto"/>
              <w:jc w:val="both"/>
              <w:rPr>
                <w:sz w:val="30"/>
                <w:szCs w:val="30"/>
              </w:rPr>
            </w:pPr>
            <w:r w:rsidRPr="00447966">
              <w:rPr>
                <w:b w:val="0"/>
                <w:sz w:val="30"/>
                <w:szCs w:val="30"/>
                <w:rtl/>
              </w:rPr>
              <w:t>5</w:t>
            </w:r>
          </w:p>
        </w:tc>
        <w:tc>
          <w:tcPr>
            <w:tcW w:w="1482" w:type="dxa"/>
            <w:vAlign w:val="center"/>
          </w:tcPr>
          <w:p w14:paraId="47AAAE50"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تحسين الإنتاجية</w:t>
            </w:r>
          </w:p>
        </w:tc>
        <w:tc>
          <w:tcPr>
            <w:tcW w:w="1994" w:type="dxa"/>
            <w:vAlign w:val="center"/>
          </w:tcPr>
          <w:p w14:paraId="79EE0B54"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مؤشرات الإنتاجية</w:t>
            </w:r>
          </w:p>
        </w:tc>
        <w:tc>
          <w:tcPr>
            <w:tcW w:w="1559" w:type="dxa"/>
            <w:vAlign w:val="center"/>
          </w:tcPr>
          <w:p w14:paraId="3C35854F"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10</w:t>
            </w:r>
          </w:p>
        </w:tc>
        <w:tc>
          <w:tcPr>
            <w:tcW w:w="3544" w:type="dxa"/>
            <w:vAlign w:val="center"/>
          </w:tcPr>
          <w:p w14:paraId="6C4801D6"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قياس سرعة الإنجاز وجودة المخرجات وكفاءة الموارد وتقليل الهدر</w:t>
            </w:r>
          </w:p>
        </w:tc>
      </w:tr>
      <w:tr w:rsidR="00A65499" w:rsidRPr="00447966" w14:paraId="7EA3871E" w14:textId="77777777" w:rsidTr="00447966">
        <w:tc>
          <w:tcPr>
            <w:cnfStyle w:val="001000000000" w:firstRow="0" w:lastRow="0" w:firstColumn="1" w:lastColumn="0" w:oddVBand="0" w:evenVBand="0" w:oddHBand="0" w:evenHBand="0" w:firstRowFirstColumn="0" w:firstRowLastColumn="0" w:lastRowFirstColumn="0" w:lastRowLastColumn="0"/>
            <w:tcW w:w="900" w:type="dxa"/>
            <w:vAlign w:val="center"/>
          </w:tcPr>
          <w:p w14:paraId="14904BF1" w14:textId="77777777" w:rsidR="00A65499" w:rsidRPr="00447966" w:rsidRDefault="00A65499" w:rsidP="00785C0A">
            <w:pPr>
              <w:spacing w:after="0" w:line="276" w:lineRule="auto"/>
              <w:jc w:val="both"/>
              <w:rPr>
                <w:sz w:val="30"/>
                <w:szCs w:val="30"/>
              </w:rPr>
            </w:pPr>
          </w:p>
        </w:tc>
        <w:tc>
          <w:tcPr>
            <w:tcW w:w="1482" w:type="dxa"/>
            <w:vAlign w:val="center"/>
          </w:tcPr>
          <w:p w14:paraId="7EBE13D8"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الإجمالي</w:t>
            </w:r>
          </w:p>
        </w:tc>
        <w:tc>
          <w:tcPr>
            <w:tcW w:w="1994" w:type="dxa"/>
            <w:vAlign w:val="center"/>
          </w:tcPr>
          <w:p w14:paraId="5D0C479E"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جميع المحاور</w:t>
            </w:r>
          </w:p>
        </w:tc>
        <w:tc>
          <w:tcPr>
            <w:tcW w:w="1559" w:type="dxa"/>
            <w:vAlign w:val="center"/>
          </w:tcPr>
          <w:p w14:paraId="3B2465DF"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30</w:t>
            </w:r>
          </w:p>
        </w:tc>
        <w:tc>
          <w:tcPr>
            <w:tcW w:w="3544" w:type="dxa"/>
            <w:vAlign w:val="center"/>
          </w:tcPr>
          <w:p w14:paraId="7E64DDF2"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قياس متغيرات الدراسة الرئيسة</w:t>
            </w:r>
          </w:p>
        </w:tc>
      </w:tr>
    </w:tbl>
    <w:p w14:paraId="6CD1481E" w14:textId="4721ADAA" w:rsidR="00A65499" w:rsidRPr="004B1822" w:rsidRDefault="004B1822" w:rsidP="00785C0A">
      <w:pPr>
        <w:pStyle w:val="Heading3"/>
        <w:spacing w:line="276" w:lineRule="auto"/>
        <w:jc w:val="both"/>
      </w:pPr>
      <w:bookmarkStart w:id="323" w:name="_Toc233582859"/>
      <w:bookmarkStart w:id="324" w:name="_Toc233583026"/>
      <w:bookmarkStart w:id="325" w:name="_Toc233584659"/>
      <w:bookmarkStart w:id="326" w:name="_Toc233585031"/>
      <w:bookmarkStart w:id="327" w:name="_Toc233585157"/>
      <w:bookmarkStart w:id="328" w:name="_Toc233585298"/>
      <w:bookmarkStart w:id="329" w:name="_Toc233585628"/>
      <w:bookmarkStart w:id="330" w:name="_Toc233585784"/>
      <w:bookmarkStart w:id="331" w:name="_Toc233585910"/>
      <w:bookmarkStart w:id="332" w:name="_Toc233586039"/>
      <w:bookmarkStart w:id="333" w:name="_Toc233586817"/>
      <w:bookmarkStart w:id="334" w:name="_Toc233586952"/>
      <w:bookmarkStart w:id="335" w:name="_Toc233587093"/>
      <w:bookmarkStart w:id="336" w:name="_Toc233587252"/>
      <w:bookmarkStart w:id="337" w:name="_Toc233587630"/>
      <w:r w:rsidRPr="004B1822">
        <w:rPr>
          <w:rtl/>
        </w:rPr>
        <w:t>الأساليب الإحصائية المستخدمة</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33C8A6BA" w14:textId="796C00FB" w:rsidR="00A65499" w:rsidRPr="00447966" w:rsidRDefault="00000000" w:rsidP="00785C0A">
      <w:pPr>
        <w:spacing w:line="276" w:lineRule="auto"/>
        <w:jc w:val="both"/>
        <w:rPr>
          <w:sz w:val="30"/>
          <w:szCs w:val="30"/>
        </w:rPr>
      </w:pPr>
      <w:r w:rsidRPr="00447966">
        <w:rPr>
          <w:sz w:val="30"/>
          <w:szCs w:val="30"/>
          <w:rtl/>
        </w:rPr>
        <w:t>تستخدم الدراسة عددا من الأساليب الإحصائية المناسبة لطبيعة البيانات وأهداف الدراسة</w:t>
      </w:r>
      <w:r w:rsidR="00A5297B">
        <w:rPr>
          <w:sz w:val="30"/>
          <w:szCs w:val="30"/>
          <w:rtl/>
          <w:cs w:val="0"/>
        </w:rPr>
        <w:t>.</w:t>
      </w:r>
      <w:r w:rsidRPr="00447966">
        <w:rPr>
          <w:sz w:val="30"/>
          <w:szCs w:val="30"/>
          <w:rtl/>
        </w:rPr>
        <w:t xml:space="preserve"> وتشمل هذه الأساليب ما يأتي</w:t>
      </w:r>
      <w:r w:rsidR="00D60DAF">
        <w:rPr>
          <w:sz w:val="30"/>
          <w:szCs w:val="30"/>
          <w:rtl/>
          <w:cs w:val="0"/>
        </w:rPr>
        <w:t>:</w:t>
      </w:r>
    </w:p>
    <w:p w14:paraId="33B102EA" w14:textId="2047B24F" w:rsidR="00A65499" w:rsidRPr="00447966" w:rsidRDefault="00000000">
      <w:pPr>
        <w:pStyle w:val="ListParagraph"/>
        <w:numPr>
          <w:ilvl w:val="0"/>
          <w:numId w:val="8"/>
        </w:numPr>
        <w:spacing w:after="0" w:line="276" w:lineRule="auto"/>
        <w:jc w:val="both"/>
        <w:rPr>
          <w:sz w:val="30"/>
          <w:szCs w:val="30"/>
        </w:rPr>
      </w:pPr>
      <w:r w:rsidRPr="00447966">
        <w:rPr>
          <w:sz w:val="30"/>
          <w:szCs w:val="30"/>
          <w:rtl/>
        </w:rPr>
        <w:t>التكرارات والنسب المئوية</w:t>
      </w:r>
      <w:r w:rsidR="00A5297B">
        <w:rPr>
          <w:sz w:val="30"/>
          <w:szCs w:val="30"/>
          <w:rtl/>
          <w:cs w:val="0"/>
        </w:rPr>
        <w:t>،</w:t>
      </w:r>
      <w:r w:rsidRPr="00447966">
        <w:rPr>
          <w:sz w:val="30"/>
          <w:szCs w:val="30"/>
          <w:rtl/>
        </w:rPr>
        <w:t xml:space="preserve"> وتستخدم لوصف خصائص أفراد عينة الدراسة</w:t>
      </w:r>
      <w:r w:rsidR="00A5297B">
        <w:rPr>
          <w:sz w:val="30"/>
          <w:szCs w:val="30"/>
          <w:rtl/>
          <w:cs w:val="0"/>
        </w:rPr>
        <w:t>،</w:t>
      </w:r>
      <w:r w:rsidRPr="00447966">
        <w:rPr>
          <w:sz w:val="30"/>
          <w:szCs w:val="30"/>
          <w:rtl/>
        </w:rPr>
        <w:t xml:space="preserve"> مثل النوع الاجتماعي</w:t>
      </w:r>
      <w:r w:rsidR="00A5297B">
        <w:rPr>
          <w:sz w:val="30"/>
          <w:szCs w:val="30"/>
          <w:rtl/>
          <w:cs w:val="0"/>
        </w:rPr>
        <w:t>،</w:t>
      </w:r>
      <w:r w:rsidRPr="00447966">
        <w:rPr>
          <w:sz w:val="30"/>
          <w:szCs w:val="30"/>
          <w:rtl/>
        </w:rPr>
        <w:t xml:space="preserve"> والفئة العمرية</w:t>
      </w:r>
      <w:r w:rsidR="00A5297B">
        <w:rPr>
          <w:sz w:val="30"/>
          <w:szCs w:val="30"/>
          <w:rtl/>
          <w:cs w:val="0"/>
        </w:rPr>
        <w:t>،</w:t>
      </w:r>
      <w:r w:rsidRPr="00447966">
        <w:rPr>
          <w:sz w:val="30"/>
          <w:szCs w:val="30"/>
          <w:rtl/>
        </w:rPr>
        <w:t xml:space="preserve"> والمؤهل العلمي</w:t>
      </w:r>
      <w:r w:rsidR="00A5297B">
        <w:rPr>
          <w:sz w:val="30"/>
          <w:szCs w:val="30"/>
          <w:rtl/>
          <w:cs w:val="0"/>
        </w:rPr>
        <w:t>،</w:t>
      </w:r>
      <w:r w:rsidRPr="00447966">
        <w:rPr>
          <w:sz w:val="30"/>
          <w:szCs w:val="30"/>
          <w:rtl/>
        </w:rPr>
        <w:t xml:space="preserve"> وسنوات الخبرة</w:t>
      </w:r>
      <w:r w:rsidR="00A5297B">
        <w:rPr>
          <w:sz w:val="30"/>
          <w:szCs w:val="30"/>
          <w:rtl/>
          <w:cs w:val="0"/>
        </w:rPr>
        <w:t>،</w:t>
      </w:r>
      <w:r w:rsidRPr="00447966">
        <w:rPr>
          <w:sz w:val="30"/>
          <w:szCs w:val="30"/>
          <w:rtl/>
        </w:rPr>
        <w:t xml:space="preserve"> والمسمى الوظيفي</w:t>
      </w:r>
      <w:r w:rsidR="00A5297B">
        <w:rPr>
          <w:sz w:val="30"/>
          <w:szCs w:val="30"/>
          <w:rtl/>
          <w:cs w:val="0"/>
        </w:rPr>
        <w:t>.</w:t>
      </w:r>
    </w:p>
    <w:p w14:paraId="28C9A094" w14:textId="6745F68F" w:rsidR="00A65499" w:rsidRPr="00447966" w:rsidRDefault="00000000">
      <w:pPr>
        <w:pStyle w:val="ListParagraph"/>
        <w:numPr>
          <w:ilvl w:val="0"/>
          <w:numId w:val="8"/>
        </w:numPr>
        <w:spacing w:after="0" w:line="276" w:lineRule="auto"/>
        <w:jc w:val="both"/>
        <w:rPr>
          <w:sz w:val="30"/>
          <w:szCs w:val="30"/>
        </w:rPr>
      </w:pPr>
      <w:r w:rsidRPr="00447966">
        <w:rPr>
          <w:sz w:val="30"/>
          <w:szCs w:val="30"/>
          <w:rtl/>
        </w:rPr>
        <w:t>المتوسطات الحسابية</w:t>
      </w:r>
      <w:r w:rsidR="00A5297B">
        <w:rPr>
          <w:sz w:val="30"/>
          <w:szCs w:val="30"/>
          <w:rtl/>
          <w:cs w:val="0"/>
        </w:rPr>
        <w:t>،</w:t>
      </w:r>
      <w:r w:rsidRPr="00447966">
        <w:rPr>
          <w:sz w:val="30"/>
          <w:szCs w:val="30"/>
          <w:rtl/>
        </w:rPr>
        <w:t xml:space="preserve"> وتستخدم لقياس مستوى استجابات أفراد العينة على فقرات الاستبانة</w:t>
      </w:r>
      <w:r w:rsidR="00A5297B">
        <w:rPr>
          <w:sz w:val="30"/>
          <w:szCs w:val="30"/>
          <w:rtl/>
          <w:cs w:val="0"/>
        </w:rPr>
        <w:t>،</w:t>
      </w:r>
      <w:r w:rsidRPr="00447966">
        <w:rPr>
          <w:sz w:val="30"/>
          <w:szCs w:val="30"/>
          <w:rtl/>
        </w:rPr>
        <w:t xml:space="preserve"> وتحديد مستوى تطبيق إدارة الأداء ومستوى تحسين الإنتاجية</w:t>
      </w:r>
      <w:r w:rsidR="00A5297B">
        <w:rPr>
          <w:sz w:val="30"/>
          <w:szCs w:val="30"/>
          <w:rtl/>
          <w:cs w:val="0"/>
        </w:rPr>
        <w:t>.</w:t>
      </w:r>
    </w:p>
    <w:p w14:paraId="5A2211E0" w14:textId="58948FED" w:rsidR="00A65499" w:rsidRPr="00447966" w:rsidRDefault="00000000">
      <w:pPr>
        <w:pStyle w:val="ListParagraph"/>
        <w:numPr>
          <w:ilvl w:val="0"/>
          <w:numId w:val="8"/>
        </w:numPr>
        <w:spacing w:after="0" w:line="276" w:lineRule="auto"/>
        <w:jc w:val="both"/>
        <w:rPr>
          <w:sz w:val="30"/>
          <w:szCs w:val="30"/>
        </w:rPr>
      </w:pPr>
      <w:r w:rsidRPr="00447966">
        <w:rPr>
          <w:sz w:val="30"/>
          <w:szCs w:val="30"/>
          <w:rtl/>
        </w:rPr>
        <w:t>الانحرافات المعيارية</w:t>
      </w:r>
      <w:r w:rsidR="00A5297B">
        <w:rPr>
          <w:sz w:val="30"/>
          <w:szCs w:val="30"/>
          <w:rtl/>
          <w:cs w:val="0"/>
        </w:rPr>
        <w:t>،</w:t>
      </w:r>
      <w:r w:rsidRPr="00447966">
        <w:rPr>
          <w:sz w:val="30"/>
          <w:szCs w:val="30"/>
          <w:rtl/>
        </w:rPr>
        <w:t xml:space="preserve"> وتستخدم لقياس درجة تشتت إجابات أفراد العينة حول المتوسط الحسابي لكل فقرة ولكل بعد</w:t>
      </w:r>
      <w:r w:rsidR="00A5297B">
        <w:rPr>
          <w:sz w:val="30"/>
          <w:szCs w:val="30"/>
          <w:rtl/>
          <w:cs w:val="0"/>
        </w:rPr>
        <w:t>.</w:t>
      </w:r>
    </w:p>
    <w:p w14:paraId="68149C7C" w14:textId="75A032D7" w:rsidR="00A65499" w:rsidRPr="00447966" w:rsidRDefault="00000000">
      <w:pPr>
        <w:pStyle w:val="ListParagraph"/>
        <w:numPr>
          <w:ilvl w:val="0"/>
          <w:numId w:val="8"/>
        </w:numPr>
        <w:spacing w:after="0" w:line="276" w:lineRule="auto"/>
        <w:jc w:val="both"/>
        <w:rPr>
          <w:sz w:val="30"/>
          <w:szCs w:val="30"/>
        </w:rPr>
      </w:pPr>
      <w:r w:rsidRPr="00447966">
        <w:rPr>
          <w:sz w:val="30"/>
          <w:szCs w:val="30"/>
          <w:rtl/>
        </w:rPr>
        <w:t xml:space="preserve">معامل </w:t>
      </w:r>
      <w:proofErr w:type="spellStart"/>
      <w:r w:rsidRPr="00447966">
        <w:rPr>
          <w:sz w:val="30"/>
          <w:szCs w:val="30"/>
          <w:rtl/>
        </w:rPr>
        <w:t>كرونباخ</w:t>
      </w:r>
      <w:proofErr w:type="spellEnd"/>
      <w:r w:rsidRPr="00447966">
        <w:rPr>
          <w:sz w:val="30"/>
          <w:szCs w:val="30"/>
          <w:rtl/>
        </w:rPr>
        <w:t xml:space="preserve"> ألفا</w:t>
      </w:r>
      <w:r w:rsidR="00A5297B">
        <w:rPr>
          <w:sz w:val="30"/>
          <w:szCs w:val="30"/>
          <w:rtl/>
          <w:cs w:val="0"/>
        </w:rPr>
        <w:t>،</w:t>
      </w:r>
      <w:r w:rsidRPr="00447966">
        <w:rPr>
          <w:sz w:val="30"/>
          <w:szCs w:val="30"/>
          <w:rtl/>
        </w:rPr>
        <w:t xml:space="preserve"> ويستخدم لاختبار ثبات أداة الدراسة</w:t>
      </w:r>
      <w:r w:rsidR="00A5297B">
        <w:rPr>
          <w:sz w:val="30"/>
          <w:szCs w:val="30"/>
          <w:rtl/>
          <w:cs w:val="0"/>
        </w:rPr>
        <w:t>،</w:t>
      </w:r>
      <w:r w:rsidRPr="00447966">
        <w:rPr>
          <w:sz w:val="30"/>
          <w:szCs w:val="30"/>
          <w:rtl/>
        </w:rPr>
        <w:t xml:space="preserve"> والتأكد من اتساق فقرات كل محور</w:t>
      </w:r>
      <w:r w:rsidR="00A5297B">
        <w:rPr>
          <w:sz w:val="30"/>
          <w:szCs w:val="30"/>
          <w:rtl/>
          <w:cs w:val="0"/>
        </w:rPr>
        <w:t>.</w:t>
      </w:r>
    </w:p>
    <w:p w14:paraId="79C42047" w14:textId="1AEC8C09" w:rsidR="00A65499" w:rsidRPr="00447966" w:rsidRDefault="00000000">
      <w:pPr>
        <w:pStyle w:val="ListParagraph"/>
        <w:numPr>
          <w:ilvl w:val="0"/>
          <w:numId w:val="8"/>
        </w:numPr>
        <w:spacing w:after="0" w:line="276" w:lineRule="auto"/>
        <w:jc w:val="both"/>
        <w:rPr>
          <w:sz w:val="30"/>
          <w:szCs w:val="30"/>
        </w:rPr>
      </w:pPr>
      <w:r w:rsidRPr="00447966">
        <w:rPr>
          <w:sz w:val="30"/>
          <w:szCs w:val="30"/>
          <w:rtl/>
        </w:rPr>
        <w:t>اختبار التوزيع الطبيعي</w:t>
      </w:r>
      <w:r w:rsidR="00A5297B">
        <w:rPr>
          <w:sz w:val="30"/>
          <w:szCs w:val="30"/>
          <w:rtl/>
          <w:cs w:val="0"/>
        </w:rPr>
        <w:t>،</w:t>
      </w:r>
      <w:r w:rsidRPr="00447966">
        <w:rPr>
          <w:sz w:val="30"/>
          <w:szCs w:val="30"/>
          <w:rtl/>
        </w:rPr>
        <w:t xml:space="preserve"> ويستخدم للتحقق من ملاءمة البيانات للتحليلات الإحصائية اللاحقة</w:t>
      </w:r>
      <w:r w:rsidR="00A5297B">
        <w:rPr>
          <w:sz w:val="30"/>
          <w:szCs w:val="30"/>
          <w:rtl/>
          <w:cs w:val="0"/>
        </w:rPr>
        <w:t>.</w:t>
      </w:r>
    </w:p>
    <w:p w14:paraId="74173ED3" w14:textId="44ED21D6" w:rsidR="00A65499" w:rsidRPr="00447966" w:rsidRDefault="00000000">
      <w:pPr>
        <w:pStyle w:val="ListParagraph"/>
        <w:numPr>
          <w:ilvl w:val="0"/>
          <w:numId w:val="8"/>
        </w:numPr>
        <w:spacing w:after="0" w:line="276" w:lineRule="auto"/>
        <w:jc w:val="both"/>
        <w:rPr>
          <w:sz w:val="30"/>
          <w:szCs w:val="30"/>
        </w:rPr>
      </w:pPr>
      <w:r w:rsidRPr="00447966">
        <w:rPr>
          <w:sz w:val="30"/>
          <w:szCs w:val="30"/>
          <w:rtl/>
        </w:rPr>
        <w:t>معامل ارتباط بيرسون</w:t>
      </w:r>
      <w:r w:rsidR="00A5297B">
        <w:rPr>
          <w:sz w:val="30"/>
          <w:szCs w:val="30"/>
          <w:rtl/>
          <w:cs w:val="0"/>
        </w:rPr>
        <w:t>،</w:t>
      </w:r>
      <w:r w:rsidRPr="00447966">
        <w:rPr>
          <w:sz w:val="30"/>
          <w:szCs w:val="30"/>
          <w:rtl/>
        </w:rPr>
        <w:t xml:space="preserve"> ويستخدم لقياس قوة واتجاه العلاقة بين أبعاد إدارة الأداء وتحسين الإنتاجية</w:t>
      </w:r>
      <w:r w:rsidR="00A5297B">
        <w:rPr>
          <w:sz w:val="30"/>
          <w:szCs w:val="30"/>
          <w:rtl/>
          <w:cs w:val="0"/>
        </w:rPr>
        <w:t>.</w:t>
      </w:r>
    </w:p>
    <w:p w14:paraId="3AD20862" w14:textId="7494A5C8" w:rsidR="00A65499" w:rsidRPr="00447966" w:rsidRDefault="00000000">
      <w:pPr>
        <w:pStyle w:val="ListParagraph"/>
        <w:numPr>
          <w:ilvl w:val="0"/>
          <w:numId w:val="8"/>
        </w:numPr>
        <w:spacing w:after="0" w:line="276" w:lineRule="auto"/>
        <w:jc w:val="both"/>
        <w:rPr>
          <w:sz w:val="30"/>
          <w:szCs w:val="30"/>
        </w:rPr>
      </w:pPr>
      <w:r w:rsidRPr="00447966">
        <w:rPr>
          <w:sz w:val="30"/>
          <w:szCs w:val="30"/>
          <w:rtl/>
        </w:rPr>
        <w:t>تحليل الانحدار المتعدد</w:t>
      </w:r>
      <w:r w:rsidR="00A5297B">
        <w:rPr>
          <w:sz w:val="30"/>
          <w:szCs w:val="30"/>
          <w:rtl/>
          <w:cs w:val="0"/>
        </w:rPr>
        <w:t>،</w:t>
      </w:r>
      <w:r w:rsidRPr="00447966">
        <w:rPr>
          <w:sz w:val="30"/>
          <w:szCs w:val="30"/>
          <w:rtl/>
        </w:rPr>
        <w:t xml:space="preserve"> ويستخدم لاختبار أثر أبعاد إدارة الأداء مجتمعة على تحسين الإنتاجية</w:t>
      </w:r>
      <w:r w:rsidR="00A5297B">
        <w:rPr>
          <w:sz w:val="30"/>
          <w:szCs w:val="30"/>
          <w:rtl/>
          <w:cs w:val="0"/>
        </w:rPr>
        <w:t>.</w:t>
      </w:r>
    </w:p>
    <w:p w14:paraId="26986873" w14:textId="38439B28" w:rsidR="00A65499" w:rsidRPr="00447966" w:rsidRDefault="00000000">
      <w:pPr>
        <w:pStyle w:val="ListParagraph"/>
        <w:numPr>
          <w:ilvl w:val="0"/>
          <w:numId w:val="8"/>
        </w:numPr>
        <w:spacing w:after="0" w:line="276" w:lineRule="auto"/>
        <w:jc w:val="both"/>
        <w:rPr>
          <w:sz w:val="30"/>
          <w:szCs w:val="30"/>
        </w:rPr>
      </w:pPr>
      <w:r w:rsidRPr="00447966">
        <w:rPr>
          <w:sz w:val="30"/>
          <w:szCs w:val="30"/>
          <w:rtl/>
        </w:rPr>
        <w:t>تحليل الانحدار البسيط</w:t>
      </w:r>
      <w:r w:rsidR="00A5297B">
        <w:rPr>
          <w:sz w:val="30"/>
          <w:szCs w:val="30"/>
          <w:rtl/>
          <w:cs w:val="0"/>
        </w:rPr>
        <w:t>،</w:t>
      </w:r>
      <w:r w:rsidRPr="00447966">
        <w:rPr>
          <w:sz w:val="30"/>
          <w:szCs w:val="30"/>
          <w:rtl/>
        </w:rPr>
        <w:t xml:space="preserve"> ويستخدم لاختبار أثر كل بعد من أبعاد إدارة الأداء على تحسين الإنتاجية بصورة منفردة</w:t>
      </w:r>
      <w:r w:rsidR="00A5297B">
        <w:rPr>
          <w:sz w:val="30"/>
          <w:szCs w:val="30"/>
          <w:rtl/>
          <w:cs w:val="0"/>
        </w:rPr>
        <w:t>.</w:t>
      </w:r>
    </w:p>
    <w:p w14:paraId="3FEBDD3E" w14:textId="793C5108" w:rsidR="00A65499" w:rsidRPr="00447966" w:rsidRDefault="00000000">
      <w:pPr>
        <w:pStyle w:val="ListParagraph"/>
        <w:numPr>
          <w:ilvl w:val="0"/>
          <w:numId w:val="8"/>
        </w:numPr>
        <w:spacing w:after="0" w:line="276" w:lineRule="auto"/>
        <w:jc w:val="both"/>
        <w:rPr>
          <w:sz w:val="30"/>
          <w:szCs w:val="30"/>
        </w:rPr>
      </w:pPr>
      <w:r w:rsidRPr="00447966">
        <w:rPr>
          <w:sz w:val="30"/>
          <w:szCs w:val="30"/>
          <w:rtl/>
        </w:rPr>
        <w:lastRenderedPageBreak/>
        <w:t>اختبار تحليل التباين للنموذج</w:t>
      </w:r>
      <w:r w:rsidR="00A5297B">
        <w:rPr>
          <w:sz w:val="30"/>
          <w:szCs w:val="30"/>
          <w:rtl/>
          <w:cs w:val="0"/>
        </w:rPr>
        <w:t>،</w:t>
      </w:r>
      <w:r w:rsidRPr="00447966">
        <w:rPr>
          <w:sz w:val="30"/>
          <w:szCs w:val="30"/>
          <w:rtl/>
        </w:rPr>
        <w:t xml:space="preserve"> ويستخدم للتحقق من معنوية نموذج الانحدار وصلاحيته في تفسير العلاقة بين المتغيرات</w:t>
      </w:r>
      <w:r w:rsidR="00A5297B">
        <w:rPr>
          <w:sz w:val="30"/>
          <w:szCs w:val="30"/>
          <w:rtl/>
          <w:cs w:val="0"/>
        </w:rPr>
        <w:t>.</w:t>
      </w:r>
    </w:p>
    <w:p w14:paraId="70252279" w14:textId="3338F53B" w:rsidR="00A65499" w:rsidRPr="00447966" w:rsidRDefault="00000000">
      <w:pPr>
        <w:pStyle w:val="ListParagraph"/>
        <w:numPr>
          <w:ilvl w:val="0"/>
          <w:numId w:val="8"/>
        </w:numPr>
        <w:spacing w:after="0" w:line="276" w:lineRule="auto"/>
        <w:jc w:val="both"/>
        <w:rPr>
          <w:sz w:val="30"/>
          <w:szCs w:val="30"/>
        </w:rPr>
      </w:pPr>
      <w:r w:rsidRPr="00447966">
        <w:rPr>
          <w:sz w:val="30"/>
          <w:szCs w:val="30"/>
          <w:rtl/>
        </w:rPr>
        <w:t>معامل تضخم التباين</w:t>
      </w:r>
      <w:r w:rsidR="00A5297B">
        <w:rPr>
          <w:sz w:val="30"/>
          <w:szCs w:val="30"/>
          <w:rtl/>
          <w:cs w:val="0"/>
        </w:rPr>
        <w:t>،</w:t>
      </w:r>
      <w:r w:rsidRPr="00447966">
        <w:rPr>
          <w:sz w:val="30"/>
          <w:szCs w:val="30"/>
          <w:rtl/>
        </w:rPr>
        <w:t xml:space="preserve"> ويستخدم للتحقق من عدم وجود مشكلة تعدد خطي بين أبعاد المتغير المستقل</w:t>
      </w:r>
      <w:r w:rsidR="00A5297B">
        <w:rPr>
          <w:sz w:val="30"/>
          <w:szCs w:val="30"/>
          <w:rtl/>
          <w:cs w:val="0"/>
        </w:rPr>
        <w:t>.</w:t>
      </w:r>
    </w:p>
    <w:p w14:paraId="3928009E" w14:textId="0184EF66" w:rsidR="008940D2" w:rsidRPr="00447966" w:rsidRDefault="008940D2" w:rsidP="00785C0A">
      <w:pPr>
        <w:pStyle w:val="Caption"/>
      </w:pPr>
      <w:bookmarkStart w:id="338" w:name="_Toc233588175"/>
      <w:r w:rsidRPr="00447966">
        <w:rPr>
          <w:rtl/>
        </w:rPr>
        <w:t xml:space="preserve">جدول </w:t>
      </w:r>
      <w:r w:rsidRPr="00447966">
        <w:rPr>
          <w:rtl/>
          <w:cs/>
        </w:rPr>
        <w:fldChar w:fldCharType="begin"/>
      </w:r>
      <w:r w:rsidRPr="00447966">
        <w:rPr>
          <w:rtl/>
          <w:cs/>
        </w:rPr>
        <w:instrText xml:space="preserve"> </w:instrText>
      </w:r>
      <w:r w:rsidRPr="00447966">
        <w:rPr>
          <w:cs/>
        </w:rPr>
        <w:instrText>SEQ</w:instrText>
      </w:r>
      <w:r w:rsidRPr="00447966">
        <w:rPr>
          <w:rtl/>
          <w:cs/>
        </w:rPr>
        <w:instrText xml:space="preserve"> جدول \* </w:instrText>
      </w:r>
      <w:r w:rsidRPr="00447966">
        <w:rPr>
          <w:cs/>
        </w:rPr>
        <w:instrText>ARABIC</w:instrText>
      </w:r>
      <w:r w:rsidRPr="00447966">
        <w:rPr>
          <w:rtl/>
          <w:cs/>
        </w:rPr>
        <w:instrText xml:space="preserve"> </w:instrText>
      </w:r>
      <w:r w:rsidRPr="00447966">
        <w:rPr>
          <w:rtl/>
          <w:cs/>
        </w:rPr>
        <w:fldChar w:fldCharType="separate"/>
      </w:r>
      <w:r w:rsidR="00486132">
        <w:rPr>
          <w:noProof/>
          <w:rtl/>
        </w:rPr>
        <w:t>2</w:t>
      </w:r>
      <w:r w:rsidRPr="00447966">
        <w:rPr>
          <w:rtl/>
          <w:cs/>
        </w:rPr>
        <w:fldChar w:fldCharType="end"/>
      </w:r>
      <w:r w:rsidRPr="00447966">
        <w:rPr>
          <w:rFonts w:hint="cs"/>
          <w:rtl/>
          <w:cs/>
        </w:rPr>
        <w:t xml:space="preserve"> </w:t>
      </w:r>
      <w:r w:rsidRPr="00447966">
        <w:rPr>
          <w:rFonts w:hint="eastAsia"/>
          <w:rtl/>
        </w:rPr>
        <w:t>الأساليب</w:t>
      </w:r>
      <w:r w:rsidRPr="00447966">
        <w:rPr>
          <w:rtl/>
        </w:rPr>
        <w:t xml:space="preserve"> </w:t>
      </w:r>
      <w:r w:rsidRPr="00447966">
        <w:rPr>
          <w:rFonts w:hint="eastAsia"/>
          <w:rtl/>
        </w:rPr>
        <w:t>الإحصائية</w:t>
      </w:r>
      <w:r w:rsidRPr="00447966">
        <w:rPr>
          <w:rtl/>
        </w:rPr>
        <w:t xml:space="preserve"> </w:t>
      </w:r>
      <w:r w:rsidRPr="00447966">
        <w:rPr>
          <w:rFonts w:hint="eastAsia"/>
          <w:rtl/>
        </w:rPr>
        <w:t>المستخدمة</w:t>
      </w:r>
      <w:r w:rsidRPr="00447966">
        <w:rPr>
          <w:rtl/>
        </w:rPr>
        <w:t xml:space="preserve"> </w:t>
      </w:r>
      <w:r w:rsidRPr="00447966">
        <w:rPr>
          <w:rFonts w:hint="eastAsia"/>
          <w:rtl/>
        </w:rPr>
        <w:t>في</w:t>
      </w:r>
      <w:r w:rsidRPr="00447966">
        <w:rPr>
          <w:rtl/>
        </w:rPr>
        <w:t xml:space="preserve"> </w:t>
      </w:r>
      <w:r w:rsidRPr="00447966">
        <w:rPr>
          <w:rFonts w:hint="eastAsia"/>
          <w:rtl/>
        </w:rPr>
        <w:t>الدراسة</w:t>
      </w:r>
      <w:bookmarkEnd w:id="338"/>
    </w:p>
    <w:tbl>
      <w:tblPr>
        <w:tblStyle w:val="GridTable4-Accent1"/>
        <w:bidiVisual/>
        <w:tblW w:w="8902" w:type="dxa"/>
        <w:tblLayout w:type="fixed"/>
        <w:tblLook w:val="04A0" w:firstRow="1" w:lastRow="0" w:firstColumn="1" w:lastColumn="0" w:noHBand="0" w:noVBand="1"/>
      </w:tblPr>
      <w:tblGrid>
        <w:gridCol w:w="1248"/>
        <w:gridCol w:w="3969"/>
        <w:gridCol w:w="3685"/>
      </w:tblGrid>
      <w:tr w:rsidR="00A65499" w:rsidRPr="00447966" w14:paraId="1FE0B5CC" w14:textId="77777777" w:rsidTr="008940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14:paraId="5BA86EAC" w14:textId="77777777" w:rsidR="00A65499" w:rsidRPr="00447966" w:rsidRDefault="00000000" w:rsidP="00785C0A">
            <w:pPr>
              <w:spacing w:after="0" w:line="276" w:lineRule="auto"/>
              <w:jc w:val="both"/>
              <w:rPr>
                <w:sz w:val="30"/>
                <w:szCs w:val="30"/>
              </w:rPr>
            </w:pPr>
            <w:r w:rsidRPr="00447966">
              <w:rPr>
                <w:color w:val="FFFFFF"/>
                <w:sz w:val="30"/>
                <w:szCs w:val="30"/>
                <w:rtl/>
              </w:rPr>
              <w:t>م</w:t>
            </w:r>
          </w:p>
        </w:tc>
        <w:tc>
          <w:tcPr>
            <w:tcW w:w="3969" w:type="dxa"/>
          </w:tcPr>
          <w:p w14:paraId="67AA99EB" w14:textId="77777777" w:rsidR="00A65499" w:rsidRPr="00447966" w:rsidRDefault="00000000" w:rsidP="00785C0A">
            <w:pPr>
              <w:spacing w:after="0"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الأسلوب الإحصائي</w:t>
            </w:r>
          </w:p>
        </w:tc>
        <w:tc>
          <w:tcPr>
            <w:tcW w:w="3685" w:type="dxa"/>
          </w:tcPr>
          <w:p w14:paraId="16DFB99F" w14:textId="77777777" w:rsidR="00A65499" w:rsidRPr="00447966" w:rsidRDefault="00000000" w:rsidP="00785C0A">
            <w:pPr>
              <w:spacing w:after="0"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الغرض من الاستخدام</w:t>
            </w:r>
          </w:p>
        </w:tc>
      </w:tr>
      <w:tr w:rsidR="00A65499" w:rsidRPr="00447966" w14:paraId="36A22DC4" w14:textId="77777777" w:rsidTr="008940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14:paraId="0AAB0CF5" w14:textId="77777777" w:rsidR="00A65499" w:rsidRPr="00447966" w:rsidRDefault="00000000" w:rsidP="00785C0A">
            <w:pPr>
              <w:spacing w:after="0" w:line="276" w:lineRule="auto"/>
              <w:jc w:val="both"/>
              <w:rPr>
                <w:sz w:val="30"/>
                <w:szCs w:val="30"/>
              </w:rPr>
            </w:pPr>
            <w:r w:rsidRPr="00447966">
              <w:rPr>
                <w:b w:val="0"/>
                <w:sz w:val="30"/>
                <w:szCs w:val="30"/>
                <w:rtl/>
              </w:rPr>
              <w:t>1</w:t>
            </w:r>
          </w:p>
        </w:tc>
        <w:tc>
          <w:tcPr>
            <w:tcW w:w="3969" w:type="dxa"/>
          </w:tcPr>
          <w:p w14:paraId="5F1CCF2B"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التكرارات والنسب المئوية</w:t>
            </w:r>
          </w:p>
        </w:tc>
        <w:tc>
          <w:tcPr>
            <w:tcW w:w="3685" w:type="dxa"/>
          </w:tcPr>
          <w:p w14:paraId="6F449F5A"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وصف خصائص أفراد عينة الدراسة</w:t>
            </w:r>
          </w:p>
        </w:tc>
      </w:tr>
      <w:tr w:rsidR="00A65499" w:rsidRPr="00447966" w14:paraId="4180BC74" w14:textId="77777777" w:rsidTr="008940D2">
        <w:tc>
          <w:tcPr>
            <w:cnfStyle w:val="001000000000" w:firstRow="0" w:lastRow="0" w:firstColumn="1" w:lastColumn="0" w:oddVBand="0" w:evenVBand="0" w:oddHBand="0" w:evenHBand="0" w:firstRowFirstColumn="0" w:firstRowLastColumn="0" w:lastRowFirstColumn="0" w:lastRowLastColumn="0"/>
            <w:tcW w:w="1248" w:type="dxa"/>
          </w:tcPr>
          <w:p w14:paraId="06C28B9A" w14:textId="77777777" w:rsidR="00A65499" w:rsidRPr="00447966" w:rsidRDefault="00000000" w:rsidP="00785C0A">
            <w:pPr>
              <w:spacing w:after="0" w:line="276" w:lineRule="auto"/>
              <w:jc w:val="both"/>
              <w:rPr>
                <w:sz w:val="30"/>
                <w:szCs w:val="30"/>
              </w:rPr>
            </w:pPr>
            <w:r w:rsidRPr="00447966">
              <w:rPr>
                <w:b w:val="0"/>
                <w:sz w:val="30"/>
                <w:szCs w:val="30"/>
                <w:rtl/>
              </w:rPr>
              <w:t>2</w:t>
            </w:r>
          </w:p>
        </w:tc>
        <w:tc>
          <w:tcPr>
            <w:tcW w:w="3969" w:type="dxa"/>
          </w:tcPr>
          <w:p w14:paraId="70724CCA"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المتوسط الحسابي</w:t>
            </w:r>
          </w:p>
        </w:tc>
        <w:tc>
          <w:tcPr>
            <w:tcW w:w="3685" w:type="dxa"/>
          </w:tcPr>
          <w:p w14:paraId="6BF8C3E9"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تحديد مستوى موافقة أفراد العينة على فقرات الاستبانة</w:t>
            </w:r>
          </w:p>
        </w:tc>
      </w:tr>
      <w:tr w:rsidR="00A65499" w:rsidRPr="00447966" w14:paraId="0E20B480" w14:textId="77777777" w:rsidTr="008940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14:paraId="02CA7CE5" w14:textId="77777777" w:rsidR="00A65499" w:rsidRPr="00447966" w:rsidRDefault="00000000" w:rsidP="00785C0A">
            <w:pPr>
              <w:spacing w:after="0" w:line="276" w:lineRule="auto"/>
              <w:jc w:val="both"/>
              <w:rPr>
                <w:sz w:val="30"/>
                <w:szCs w:val="30"/>
              </w:rPr>
            </w:pPr>
            <w:r w:rsidRPr="00447966">
              <w:rPr>
                <w:b w:val="0"/>
                <w:sz w:val="30"/>
                <w:szCs w:val="30"/>
                <w:rtl/>
              </w:rPr>
              <w:t>3</w:t>
            </w:r>
          </w:p>
        </w:tc>
        <w:tc>
          <w:tcPr>
            <w:tcW w:w="3969" w:type="dxa"/>
          </w:tcPr>
          <w:p w14:paraId="2D260CFF"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الانحراف المعياري</w:t>
            </w:r>
          </w:p>
        </w:tc>
        <w:tc>
          <w:tcPr>
            <w:tcW w:w="3685" w:type="dxa"/>
          </w:tcPr>
          <w:p w14:paraId="27CD6822"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قياس درجة تشتت الإجابات حول المتوسط</w:t>
            </w:r>
          </w:p>
        </w:tc>
      </w:tr>
      <w:tr w:rsidR="00A65499" w:rsidRPr="00447966" w14:paraId="52D617A8" w14:textId="77777777" w:rsidTr="008940D2">
        <w:tc>
          <w:tcPr>
            <w:cnfStyle w:val="001000000000" w:firstRow="0" w:lastRow="0" w:firstColumn="1" w:lastColumn="0" w:oddVBand="0" w:evenVBand="0" w:oddHBand="0" w:evenHBand="0" w:firstRowFirstColumn="0" w:firstRowLastColumn="0" w:lastRowFirstColumn="0" w:lastRowLastColumn="0"/>
            <w:tcW w:w="1248" w:type="dxa"/>
          </w:tcPr>
          <w:p w14:paraId="17B9454E" w14:textId="77777777" w:rsidR="00A65499" w:rsidRPr="00447966" w:rsidRDefault="00000000" w:rsidP="00785C0A">
            <w:pPr>
              <w:spacing w:after="0" w:line="276" w:lineRule="auto"/>
              <w:jc w:val="both"/>
              <w:rPr>
                <w:sz w:val="30"/>
                <w:szCs w:val="30"/>
              </w:rPr>
            </w:pPr>
            <w:r w:rsidRPr="00447966">
              <w:rPr>
                <w:b w:val="0"/>
                <w:sz w:val="30"/>
                <w:szCs w:val="30"/>
                <w:rtl/>
              </w:rPr>
              <w:t>4</w:t>
            </w:r>
          </w:p>
        </w:tc>
        <w:tc>
          <w:tcPr>
            <w:tcW w:w="3969" w:type="dxa"/>
          </w:tcPr>
          <w:p w14:paraId="39A47AA8"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 xml:space="preserve">معامل </w:t>
            </w:r>
            <w:proofErr w:type="spellStart"/>
            <w:r w:rsidRPr="00447966">
              <w:rPr>
                <w:sz w:val="30"/>
                <w:szCs w:val="30"/>
                <w:rtl/>
              </w:rPr>
              <w:t>كرونباخ</w:t>
            </w:r>
            <w:proofErr w:type="spellEnd"/>
            <w:r w:rsidRPr="00447966">
              <w:rPr>
                <w:sz w:val="30"/>
                <w:szCs w:val="30"/>
                <w:rtl/>
              </w:rPr>
              <w:t xml:space="preserve"> ألفا</w:t>
            </w:r>
          </w:p>
        </w:tc>
        <w:tc>
          <w:tcPr>
            <w:tcW w:w="3685" w:type="dxa"/>
          </w:tcPr>
          <w:p w14:paraId="76025725"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اختبار ثبات أداة الدراسة</w:t>
            </w:r>
          </w:p>
        </w:tc>
      </w:tr>
      <w:tr w:rsidR="00A65499" w:rsidRPr="00447966" w14:paraId="5F800C8C" w14:textId="77777777" w:rsidTr="008940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14:paraId="7A56738D" w14:textId="77777777" w:rsidR="00A65499" w:rsidRPr="00447966" w:rsidRDefault="00000000" w:rsidP="00785C0A">
            <w:pPr>
              <w:spacing w:after="0" w:line="276" w:lineRule="auto"/>
              <w:jc w:val="both"/>
              <w:rPr>
                <w:sz w:val="30"/>
                <w:szCs w:val="30"/>
              </w:rPr>
            </w:pPr>
            <w:r w:rsidRPr="00447966">
              <w:rPr>
                <w:b w:val="0"/>
                <w:sz w:val="30"/>
                <w:szCs w:val="30"/>
                <w:rtl/>
              </w:rPr>
              <w:t>5</w:t>
            </w:r>
          </w:p>
        </w:tc>
        <w:tc>
          <w:tcPr>
            <w:tcW w:w="3969" w:type="dxa"/>
          </w:tcPr>
          <w:p w14:paraId="619BDB29"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اختبار التوزيع الطبيعي</w:t>
            </w:r>
          </w:p>
        </w:tc>
        <w:tc>
          <w:tcPr>
            <w:tcW w:w="3685" w:type="dxa"/>
          </w:tcPr>
          <w:p w14:paraId="3333A650"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التحقق من طبيعة توزيع البيانات</w:t>
            </w:r>
          </w:p>
        </w:tc>
      </w:tr>
      <w:tr w:rsidR="00A65499" w:rsidRPr="00447966" w14:paraId="74F9F570" w14:textId="77777777" w:rsidTr="008940D2">
        <w:tc>
          <w:tcPr>
            <w:cnfStyle w:val="001000000000" w:firstRow="0" w:lastRow="0" w:firstColumn="1" w:lastColumn="0" w:oddVBand="0" w:evenVBand="0" w:oddHBand="0" w:evenHBand="0" w:firstRowFirstColumn="0" w:firstRowLastColumn="0" w:lastRowFirstColumn="0" w:lastRowLastColumn="0"/>
            <w:tcW w:w="1248" w:type="dxa"/>
          </w:tcPr>
          <w:p w14:paraId="4E6E4D9F" w14:textId="77777777" w:rsidR="00A65499" w:rsidRPr="00447966" w:rsidRDefault="00000000" w:rsidP="00785C0A">
            <w:pPr>
              <w:spacing w:after="0" w:line="276" w:lineRule="auto"/>
              <w:jc w:val="both"/>
              <w:rPr>
                <w:sz w:val="30"/>
                <w:szCs w:val="30"/>
              </w:rPr>
            </w:pPr>
            <w:r w:rsidRPr="00447966">
              <w:rPr>
                <w:b w:val="0"/>
                <w:sz w:val="30"/>
                <w:szCs w:val="30"/>
                <w:rtl/>
              </w:rPr>
              <w:t>6</w:t>
            </w:r>
          </w:p>
        </w:tc>
        <w:tc>
          <w:tcPr>
            <w:tcW w:w="3969" w:type="dxa"/>
          </w:tcPr>
          <w:p w14:paraId="78A4A2C7"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معامل ارتباط بيرسون</w:t>
            </w:r>
          </w:p>
        </w:tc>
        <w:tc>
          <w:tcPr>
            <w:tcW w:w="3685" w:type="dxa"/>
          </w:tcPr>
          <w:p w14:paraId="5F059A36"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قياس العلاقة بين أبعاد إدارة الأداء وتحسين الإنتاجية</w:t>
            </w:r>
          </w:p>
        </w:tc>
      </w:tr>
      <w:tr w:rsidR="00A65499" w:rsidRPr="00447966" w14:paraId="5F51D08E" w14:textId="77777777" w:rsidTr="008940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14:paraId="3449B223" w14:textId="77777777" w:rsidR="00A65499" w:rsidRPr="00447966" w:rsidRDefault="00000000" w:rsidP="00785C0A">
            <w:pPr>
              <w:spacing w:after="0" w:line="276" w:lineRule="auto"/>
              <w:jc w:val="both"/>
              <w:rPr>
                <w:sz w:val="30"/>
                <w:szCs w:val="30"/>
              </w:rPr>
            </w:pPr>
            <w:r w:rsidRPr="00447966">
              <w:rPr>
                <w:b w:val="0"/>
                <w:sz w:val="30"/>
                <w:szCs w:val="30"/>
                <w:rtl/>
              </w:rPr>
              <w:t>7</w:t>
            </w:r>
          </w:p>
        </w:tc>
        <w:tc>
          <w:tcPr>
            <w:tcW w:w="3969" w:type="dxa"/>
          </w:tcPr>
          <w:p w14:paraId="0A43CAA6"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تحليل الانحدار البسيط</w:t>
            </w:r>
          </w:p>
        </w:tc>
        <w:tc>
          <w:tcPr>
            <w:tcW w:w="3685" w:type="dxa"/>
          </w:tcPr>
          <w:p w14:paraId="65C2054A"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اختبار أثر كل بعد من أبعاد إدارة الأداء على تحسين الإنتاجية</w:t>
            </w:r>
          </w:p>
        </w:tc>
      </w:tr>
      <w:tr w:rsidR="00A65499" w:rsidRPr="00447966" w14:paraId="630B78F1" w14:textId="77777777" w:rsidTr="008940D2">
        <w:tc>
          <w:tcPr>
            <w:cnfStyle w:val="001000000000" w:firstRow="0" w:lastRow="0" w:firstColumn="1" w:lastColumn="0" w:oddVBand="0" w:evenVBand="0" w:oddHBand="0" w:evenHBand="0" w:firstRowFirstColumn="0" w:firstRowLastColumn="0" w:lastRowFirstColumn="0" w:lastRowLastColumn="0"/>
            <w:tcW w:w="1248" w:type="dxa"/>
          </w:tcPr>
          <w:p w14:paraId="60BACE45" w14:textId="77777777" w:rsidR="00A65499" w:rsidRPr="00447966" w:rsidRDefault="00000000" w:rsidP="00785C0A">
            <w:pPr>
              <w:spacing w:after="0" w:line="276" w:lineRule="auto"/>
              <w:jc w:val="both"/>
              <w:rPr>
                <w:sz w:val="30"/>
                <w:szCs w:val="30"/>
              </w:rPr>
            </w:pPr>
            <w:r w:rsidRPr="00447966">
              <w:rPr>
                <w:b w:val="0"/>
                <w:sz w:val="30"/>
                <w:szCs w:val="30"/>
                <w:rtl/>
              </w:rPr>
              <w:t>8</w:t>
            </w:r>
          </w:p>
        </w:tc>
        <w:tc>
          <w:tcPr>
            <w:tcW w:w="3969" w:type="dxa"/>
          </w:tcPr>
          <w:p w14:paraId="7988227A"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تحليل الانحدار المتعدد</w:t>
            </w:r>
          </w:p>
        </w:tc>
        <w:tc>
          <w:tcPr>
            <w:tcW w:w="3685" w:type="dxa"/>
          </w:tcPr>
          <w:p w14:paraId="769F945C"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اختبار أثر أبعاد إدارة الأداء مجتمعة على تحسين الإنتاجية</w:t>
            </w:r>
          </w:p>
        </w:tc>
      </w:tr>
      <w:tr w:rsidR="00A65499" w:rsidRPr="00447966" w14:paraId="04A26CB0" w14:textId="77777777" w:rsidTr="008940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dxa"/>
          </w:tcPr>
          <w:p w14:paraId="4A2BA891" w14:textId="77777777" w:rsidR="00A65499" w:rsidRPr="00447966" w:rsidRDefault="00000000" w:rsidP="00785C0A">
            <w:pPr>
              <w:spacing w:after="0" w:line="276" w:lineRule="auto"/>
              <w:jc w:val="both"/>
              <w:rPr>
                <w:sz w:val="30"/>
                <w:szCs w:val="30"/>
              </w:rPr>
            </w:pPr>
            <w:r w:rsidRPr="00447966">
              <w:rPr>
                <w:b w:val="0"/>
                <w:sz w:val="30"/>
                <w:szCs w:val="30"/>
                <w:rtl/>
              </w:rPr>
              <w:t>9</w:t>
            </w:r>
          </w:p>
        </w:tc>
        <w:tc>
          <w:tcPr>
            <w:tcW w:w="3969" w:type="dxa"/>
          </w:tcPr>
          <w:p w14:paraId="07EE958D"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تحليل التباين للنموذج</w:t>
            </w:r>
          </w:p>
        </w:tc>
        <w:tc>
          <w:tcPr>
            <w:tcW w:w="3685" w:type="dxa"/>
          </w:tcPr>
          <w:p w14:paraId="66EBF1A6" w14:textId="77777777" w:rsidR="00A65499" w:rsidRPr="00447966" w:rsidRDefault="00000000" w:rsidP="00785C0A">
            <w:pPr>
              <w:spacing w:after="0"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اختبار معنوية نموذج الانحدار</w:t>
            </w:r>
          </w:p>
        </w:tc>
      </w:tr>
      <w:tr w:rsidR="00A65499" w:rsidRPr="00447966" w14:paraId="1B55C2C6" w14:textId="77777777" w:rsidTr="008940D2">
        <w:tc>
          <w:tcPr>
            <w:cnfStyle w:val="001000000000" w:firstRow="0" w:lastRow="0" w:firstColumn="1" w:lastColumn="0" w:oddVBand="0" w:evenVBand="0" w:oddHBand="0" w:evenHBand="0" w:firstRowFirstColumn="0" w:firstRowLastColumn="0" w:lastRowFirstColumn="0" w:lastRowLastColumn="0"/>
            <w:tcW w:w="1248" w:type="dxa"/>
          </w:tcPr>
          <w:p w14:paraId="66304752" w14:textId="77777777" w:rsidR="00A65499" w:rsidRPr="00447966" w:rsidRDefault="00000000" w:rsidP="00785C0A">
            <w:pPr>
              <w:spacing w:after="0" w:line="276" w:lineRule="auto"/>
              <w:jc w:val="both"/>
              <w:rPr>
                <w:sz w:val="30"/>
                <w:szCs w:val="30"/>
              </w:rPr>
            </w:pPr>
            <w:r w:rsidRPr="00447966">
              <w:rPr>
                <w:b w:val="0"/>
                <w:sz w:val="30"/>
                <w:szCs w:val="30"/>
                <w:rtl/>
              </w:rPr>
              <w:t>10</w:t>
            </w:r>
          </w:p>
        </w:tc>
        <w:tc>
          <w:tcPr>
            <w:tcW w:w="3969" w:type="dxa"/>
          </w:tcPr>
          <w:p w14:paraId="652CF525"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معامل تضخم التباين</w:t>
            </w:r>
          </w:p>
        </w:tc>
        <w:tc>
          <w:tcPr>
            <w:tcW w:w="3685" w:type="dxa"/>
          </w:tcPr>
          <w:p w14:paraId="08C57CEA" w14:textId="77777777" w:rsidR="00A65499" w:rsidRPr="00447966" w:rsidRDefault="00000000" w:rsidP="00785C0A">
            <w:pPr>
              <w:spacing w:after="0"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التحقق من عدم وجود مشكلة تعدد خطي بين أبعاد المتغير المستقل</w:t>
            </w:r>
          </w:p>
        </w:tc>
      </w:tr>
    </w:tbl>
    <w:p w14:paraId="441DEE63" w14:textId="55497070" w:rsidR="00A65499" w:rsidRDefault="00A65499" w:rsidP="00785C0A">
      <w:pPr>
        <w:spacing w:line="276" w:lineRule="auto"/>
        <w:jc w:val="both"/>
        <w:rPr>
          <w:sz w:val="30"/>
          <w:szCs w:val="30"/>
          <w:rtl/>
          <w:cs w:val="0"/>
        </w:rPr>
      </w:pPr>
    </w:p>
    <w:p w14:paraId="19CB30E6" w14:textId="77777777" w:rsidR="00785C0A" w:rsidRDefault="00785C0A" w:rsidP="00785C0A">
      <w:pPr>
        <w:spacing w:line="276" w:lineRule="auto"/>
        <w:jc w:val="both"/>
        <w:rPr>
          <w:sz w:val="30"/>
          <w:szCs w:val="30"/>
          <w:rtl/>
          <w:cs w:val="0"/>
        </w:rPr>
      </w:pPr>
    </w:p>
    <w:p w14:paraId="0F71493C" w14:textId="77777777" w:rsidR="00785C0A" w:rsidRDefault="00785C0A" w:rsidP="00785C0A">
      <w:pPr>
        <w:spacing w:line="276" w:lineRule="auto"/>
        <w:jc w:val="both"/>
        <w:rPr>
          <w:sz w:val="30"/>
          <w:szCs w:val="30"/>
          <w:rtl/>
          <w:cs w:val="0"/>
        </w:rPr>
      </w:pPr>
    </w:p>
    <w:p w14:paraId="2983B863" w14:textId="77777777" w:rsidR="00785C0A" w:rsidRDefault="00785C0A" w:rsidP="00785C0A">
      <w:pPr>
        <w:spacing w:line="276" w:lineRule="auto"/>
        <w:jc w:val="both"/>
        <w:rPr>
          <w:sz w:val="30"/>
          <w:szCs w:val="30"/>
          <w:rtl/>
          <w:cs w:val="0"/>
        </w:rPr>
      </w:pPr>
    </w:p>
    <w:p w14:paraId="72AABCE3" w14:textId="77777777" w:rsidR="00785C0A" w:rsidRDefault="00785C0A" w:rsidP="00785C0A">
      <w:pPr>
        <w:spacing w:line="276" w:lineRule="auto"/>
        <w:jc w:val="both"/>
        <w:rPr>
          <w:sz w:val="30"/>
          <w:szCs w:val="30"/>
          <w:rtl/>
          <w:cs w:val="0"/>
        </w:rPr>
      </w:pPr>
    </w:p>
    <w:p w14:paraId="756E9FC2" w14:textId="77777777" w:rsidR="00785C0A" w:rsidRDefault="00785C0A" w:rsidP="00785C0A">
      <w:pPr>
        <w:spacing w:line="276" w:lineRule="auto"/>
        <w:jc w:val="both"/>
        <w:rPr>
          <w:sz w:val="30"/>
          <w:szCs w:val="30"/>
          <w:rtl/>
          <w:cs w:val="0"/>
        </w:rPr>
      </w:pPr>
    </w:p>
    <w:p w14:paraId="0C645902" w14:textId="77777777" w:rsidR="00785C0A" w:rsidRDefault="00785C0A" w:rsidP="00785C0A">
      <w:pPr>
        <w:spacing w:line="276" w:lineRule="auto"/>
        <w:jc w:val="both"/>
        <w:rPr>
          <w:sz w:val="30"/>
          <w:szCs w:val="30"/>
          <w:rtl/>
          <w:cs w:val="0"/>
        </w:rPr>
      </w:pPr>
    </w:p>
    <w:p w14:paraId="093EB8BF" w14:textId="77777777" w:rsidR="00785C0A" w:rsidRPr="00447966" w:rsidRDefault="00785C0A" w:rsidP="00785C0A">
      <w:pPr>
        <w:spacing w:line="276" w:lineRule="auto"/>
        <w:jc w:val="both"/>
        <w:rPr>
          <w:sz w:val="30"/>
          <w:szCs w:val="30"/>
        </w:rPr>
      </w:pPr>
    </w:p>
    <w:p w14:paraId="4B4F183E" w14:textId="745A5AEB" w:rsidR="00A65499" w:rsidRPr="004B1822" w:rsidRDefault="004B1822" w:rsidP="00B5235E">
      <w:pPr>
        <w:pStyle w:val="Heading2"/>
      </w:pPr>
      <w:bookmarkStart w:id="339" w:name="_Toc233582860"/>
      <w:bookmarkStart w:id="340" w:name="_Toc233583027"/>
      <w:bookmarkStart w:id="341" w:name="_Toc233584660"/>
      <w:bookmarkStart w:id="342" w:name="_Toc233585032"/>
      <w:bookmarkStart w:id="343" w:name="_Toc233585158"/>
      <w:bookmarkStart w:id="344" w:name="_Toc233585299"/>
      <w:bookmarkStart w:id="345" w:name="_Toc233585629"/>
      <w:bookmarkStart w:id="346" w:name="_Toc233585785"/>
      <w:bookmarkStart w:id="347" w:name="_Toc233585911"/>
      <w:bookmarkStart w:id="348" w:name="_Toc233586040"/>
      <w:bookmarkStart w:id="349" w:name="_Toc233586818"/>
      <w:bookmarkStart w:id="350" w:name="_Toc233586953"/>
      <w:bookmarkStart w:id="351" w:name="_Toc233587094"/>
      <w:bookmarkStart w:id="352" w:name="_Toc233587218"/>
      <w:bookmarkStart w:id="353" w:name="_Toc233587253"/>
      <w:bookmarkStart w:id="354" w:name="_Toc233587631"/>
      <w:bookmarkStart w:id="355" w:name="_Toc233587760"/>
      <w:r w:rsidRPr="004B1822">
        <w:rPr>
          <w:rtl/>
        </w:rPr>
        <w:t>حدود الدراسة</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14:paraId="3461D8EB" w14:textId="4EE811D1" w:rsidR="00A65499" w:rsidRPr="00447966" w:rsidRDefault="00000000" w:rsidP="00785C0A">
      <w:pPr>
        <w:spacing w:line="276" w:lineRule="auto"/>
        <w:jc w:val="both"/>
        <w:rPr>
          <w:sz w:val="30"/>
          <w:szCs w:val="30"/>
        </w:rPr>
      </w:pPr>
      <w:r w:rsidRPr="00447966">
        <w:rPr>
          <w:sz w:val="30"/>
          <w:szCs w:val="30"/>
          <w:rtl/>
        </w:rPr>
        <w:t>تتحدد الدراسة الحالية بعدد من الحدود التي تضبط نطاقها وتوضح مجال تطبيقها</w:t>
      </w:r>
      <w:r w:rsidR="00A5297B">
        <w:rPr>
          <w:sz w:val="30"/>
          <w:szCs w:val="30"/>
          <w:rtl/>
          <w:cs w:val="0"/>
        </w:rPr>
        <w:t>.</w:t>
      </w:r>
    </w:p>
    <w:p w14:paraId="28CB7368" w14:textId="77777777" w:rsidR="00A65499" w:rsidRPr="00447966" w:rsidRDefault="00000000" w:rsidP="00472BF3">
      <w:pPr>
        <w:pStyle w:val="NoSpacing"/>
      </w:pPr>
      <w:bookmarkStart w:id="356" w:name="_Toc233579531"/>
      <w:bookmarkStart w:id="357" w:name="_Toc233579688"/>
      <w:bookmarkStart w:id="358" w:name="_Toc233581025"/>
      <w:bookmarkStart w:id="359" w:name="_Toc233581161"/>
      <w:bookmarkStart w:id="360" w:name="_Toc233581291"/>
      <w:r w:rsidRPr="00447966">
        <w:rPr>
          <w:rtl/>
        </w:rPr>
        <w:t>الحدود الموضوعية</w:t>
      </w:r>
      <w:bookmarkEnd w:id="356"/>
      <w:bookmarkEnd w:id="357"/>
      <w:bookmarkEnd w:id="358"/>
      <w:bookmarkEnd w:id="359"/>
      <w:bookmarkEnd w:id="360"/>
    </w:p>
    <w:p w14:paraId="17243372" w14:textId="00CA1F56" w:rsidR="008940D2" w:rsidRPr="00447966" w:rsidRDefault="00000000" w:rsidP="00785C0A">
      <w:pPr>
        <w:spacing w:line="276" w:lineRule="auto"/>
        <w:jc w:val="both"/>
        <w:rPr>
          <w:sz w:val="30"/>
          <w:szCs w:val="30"/>
        </w:rPr>
      </w:pPr>
      <w:r w:rsidRPr="00447966">
        <w:rPr>
          <w:sz w:val="30"/>
          <w:szCs w:val="30"/>
          <w:rtl/>
        </w:rPr>
        <w:t>تقتصر الدراسة على بحث أثر إدارة الأداء على تحسين الإنتاجية</w:t>
      </w:r>
      <w:r w:rsidR="00A5297B">
        <w:rPr>
          <w:sz w:val="30"/>
          <w:szCs w:val="30"/>
          <w:rtl/>
          <w:cs w:val="0"/>
        </w:rPr>
        <w:t>.</w:t>
      </w:r>
      <w:r w:rsidRPr="00447966">
        <w:rPr>
          <w:sz w:val="30"/>
          <w:szCs w:val="30"/>
          <w:rtl/>
        </w:rPr>
        <w:t xml:space="preserve"> وتقيس إدارة الأداء من خلال أربعة أبعاد هي تخطيط الأداء</w:t>
      </w:r>
      <w:r w:rsidR="00A5297B">
        <w:rPr>
          <w:sz w:val="30"/>
          <w:szCs w:val="30"/>
          <w:rtl/>
          <w:cs w:val="0"/>
        </w:rPr>
        <w:t>،</w:t>
      </w:r>
      <w:r w:rsidRPr="00447966">
        <w:rPr>
          <w:sz w:val="30"/>
          <w:szCs w:val="30"/>
          <w:rtl/>
        </w:rPr>
        <w:t xml:space="preserve"> والمتابعة والتغذية الراجعة</w:t>
      </w:r>
      <w:r w:rsidR="00A5297B">
        <w:rPr>
          <w:sz w:val="30"/>
          <w:szCs w:val="30"/>
          <w:rtl/>
          <w:cs w:val="0"/>
        </w:rPr>
        <w:t>،</w:t>
      </w:r>
      <w:r w:rsidRPr="00447966">
        <w:rPr>
          <w:sz w:val="30"/>
          <w:szCs w:val="30"/>
          <w:rtl/>
        </w:rPr>
        <w:t xml:space="preserve"> وتقييم الأداء</w:t>
      </w:r>
      <w:r w:rsidR="00A5297B">
        <w:rPr>
          <w:sz w:val="30"/>
          <w:szCs w:val="30"/>
          <w:rtl/>
          <w:cs w:val="0"/>
        </w:rPr>
        <w:t>،</w:t>
      </w:r>
      <w:r w:rsidRPr="00447966">
        <w:rPr>
          <w:sz w:val="30"/>
          <w:szCs w:val="30"/>
          <w:rtl/>
        </w:rPr>
        <w:t xml:space="preserve"> </w:t>
      </w:r>
      <w:proofErr w:type="gramStart"/>
      <w:r w:rsidRPr="00447966">
        <w:rPr>
          <w:sz w:val="30"/>
          <w:szCs w:val="30"/>
          <w:rtl/>
        </w:rPr>
        <w:t>والحوافز</w:t>
      </w:r>
      <w:proofErr w:type="gramEnd"/>
      <w:r w:rsidRPr="00447966">
        <w:rPr>
          <w:sz w:val="30"/>
          <w:szCs w:val="30"/>
          <w:rtl/>
        </w:rPr>
        <w:t xml:space="preserve"> والتطوير</w:t>
      </w:r>
      <w:r w:rsidR="00A5297B">
        <w:rPr>
          <w:sz w:val="30"/>
          <w:szCs w:val="30"/>
          <w:rtl/>
          <w:cs w:val="0"/>
        </w:rPr>
        <w:t>.</w:t>
      </w:r>
      <w:r w:rsidRPr="00447966">
        <w:rPr>
          <w:sz w:val="30"/>
          <w:szCs w:val="30"/>
          <w:rtl/>
        </w:rPr>
        <w:t xml:space="preserve"> وتقيس تحسين الإنتاجية من خلال سرعة الإنجاز</w:t>
      </w:r>
      <w:r w:rsidR="00A5297B">
        <w:rPr>
          <w:sz w:val="30"/>
          <w:szCs w:val="30"/>
          <w:rtl/>
          <w:cs w:val="0"/>
        </w:rPr>
        <w:t>،</w:t>
      </w:r>
      <w:r w:rsidRPr="00447966">
        <w:rPr>
          <w:sz w:val="30"/>
          <w:szCs w:val="30"/>
          <w:rtl/>
        </w:rPr>
        <w:t xml:space="preserve"> وجودة المخرجات</w:t>
      </w:r>
      <w:r w:rsidR="00A5297B">
        <w:rPr>
          <w:sz w:val="30"/>
          <w:szCs w:val="30"/>
          <w:rtl/>
          <w:cs w:val="0"/>
        </w:rPr>
        <w:t>،</w:t>
      </w:r>
      <w:r w:rsidRPr="00447966">
        <w:rPr>
          <w:sz w:val="30"/>
          <w:szCs w:val="30"/>
          <w:rtl/>
        </w:rPr>
        <w:t xml:space="preserve"> وكفاءة استخدام الوقت والموارد</w:t>
      </w:r>
      <w:r w:rsidR="00A5297B">
        <w:rPr>
          <w:sz w:val="30"/>
          <w:szCs w:val="30"/>
          <w:rtl/>
          <w:cs w:val="0"/>
        </w:rPr>
        <w:t>،</w:t>
      </w:r>
      <w:r w:rsidRPr="00447966">
        <w:rPr>
          <w:sz w:val="30"/>
          <w:szCs w:val="30"/>
          <w:rtl/>
        </w:rPr>
        <w:t xml:space="preserve"> وتقليل الأخطاء والهدر</w:t>
      </w:r>
      <w:r w:rsidR="00A5297B">
        <w:rPr>
          <w:sz w:val="30"/>
          <w:szCs w:val="30"/>
          <w:rtl/>
          <w:cs w:val="0"/>
        </w:rPr>
        <w:t>،</w:t>
      </w:r>
      <w:r w:rsidRPr="00447966">
        <w:rPr>
          <w:sz w:val="30"/>
          <w:szCs w:val="30"/>
          <w:rtl/>
        </w:rPr>
        <w:t xml:space="preserve"> وتحسين الأداء العام</w:t>
      </w:r>
      <w:r w:rsidR="00A5297B">
        <w:rPr>
          <w:sz w:val="30"/>
          <w:szCs w:val="30"/>
          <w:rtl/>
          <w:cs w:val="0"/>
        </w:rPr>
        <w:t>.</w:t>
      </w:r>
    </w:p>
    <w:p w14:paraId="352FC817" w14:textId="77777777" w:rsidR="00A65499" w:rsidRPr="00447966" w:rsidRDefault="00000000" w:rsidP="00472BF3">
      <w:pPr>
        <w:pStyle w:val="NoSpacing"/>
      </w:pPr>
      <w:bookmarkStart w:id="361" w:name="_Toc233579532"/>
      <w:bookmarkStart w:id="362" w:name="_Toc233579689"/>
      <w:bookmarkStart w:id="363" w:name="_Toc233581026"/>
      <w:bookmarkStart w:id="364" w:name="_Toc233581162"/>
      <w:bookmarkStart w:id="365" w:name="_Toc233581292"/>
      <w:r w:rsidRPr="00447966">
        <w:rPr>
          <w:rtl/>
        </w:rPr>
        <w:t>الحدود المكانية</w:t>
      </w:r>
      <w:bookmarkEnd w:id="361"/>
      <w:bookmarkEnd w:id="362"/>
      <w:bookmarkEnd w:id="363"/>
      <w:bookmarkEnd w:id="364"/>
      <w:bookmarkEnd w:id="365"/>
    </w:p>
    <w:p w14:paraId="051BEEA7" w14:textId="2EDF2191" w:rsidR="00A65499" w:rsidRPr="00447966" w:rsidRDefault="00000000" w:rsidP="00785C0A">
      <w:pPr>
        <w:spacing w:line="276" w:lineRule="auto"/>
        <w:jc w:val="both"/>
        <w:rPr>
          <w:sz w:val="30"/>
          <w:szCs w:val="30"/>
        </w:rPr>
      </w:pPr>
      <w:r w:rsidRPr="00447966">
        <w:rPr>
          <w:sz w:val="30"/>
          <w:szCs w:val="30"/>
          <w:rtl/>
        </w:rPr>
        <w:t>تطبق الدراسة في شركة مصنع تمور القصيم المحدودة بالمملكة العربية السعودية</w:t>
      </w:r>
      <w:r w:rsidR="00A5297B">
        <w:rPr>
          <w:sz w:val="30"/>
          <w:szCs w:val="30"/>
          <w:rtl/>
          <w:cs w:val="0"/>
        </w:rPr>
        <w:t>.</w:t>
      </w:r>
    </w:p>
    <w:p w14:paraId="1B9F3D69" w14:textId="77777777" w:rsidR="00A65499" w:rsidRPr="00447966" w:rsidRDefault="00000000" w:rsidP="00472BF3">
      <w:pPr>
        <w:pStyle w:val="NoSpacing"/>
      </w:pPr>
      <w:bookmarkStart w:id="366" w:name="_Toc233579533"/>
      <w:bookmarkStart w:id="367" w:name="_Toc233579690"/>
      <w:bookmarkStart w:id="368" w:name="_Toc233581027"/>
      <w:bookmarkStart w:id="369" w:name="_Toc233581163"/>
      <w:bookmarkStart w:id="370" w:name="_Toc233581293"/>
      <w:r w:rsidRPr="00447966">
        <w:rPr>
          <w:rtl/>
        </w:rPr>
        <w:t>الحدود البشرية</w:t>
      </w:r>
      <w:bookmarkEnd w:id="366"/>
      <w:bookmarkEnd w:id="367"/>
      <w:bookmarkEnd w:id="368"/>
      <w:bookmarkEnd w:id="369"/>
      <w:bookmarkEnd w:id="370"/>
    </w:p>
    <w:p w14:paraId="47039639" w14:textId="361CB2BC" w:rsidR="00A65499" w:rsidRPr="00447966" w:rsidRDefault="00000000" w:rsidP="00785C0A">
      <w:pPr>
        <w:spacing w:line="276" w:lineRule="auto"/>
        <w:jc w:val="both"/>
        <w:rPr>
          <w:sz w:val="30"/>
          <w:szCs w:val="30"/>
        </w:rPr>
      </w:pPr>
      <w:r w:rsidRPr="00447966">
        <w:rPr>
          <w:sz w:val="30"/>
          <w:szCs w:val="30"/>
          <w:rtl/>
        </w:rPr>
        <w:t>تقتصر الدراسة على العاملين في شركة مصنع تمور القصيم المحدودة</w:t>
      </w:r>
      <w:r w:rsidR="00A5297B">
        <w:rPr>
          <w:sz w:val="30"/>
          <w:szCs w:val="30"/>
          <w:rtl/>
          <w:cs w:val="0"/>
        </w:rPr>
        <w:t>،</w:t>
      </w:r>
      <w:r w:rsidRPr="00447966">
        <w:rPr>
          <w:sz w:val="30"/>
          <w:szCs w:val="30"/>
          <w:rtl/>
        </w:rPr>
        <w:t xml:space="preserve"> لأنهم يمثلون الفئة الأكثر ارتباطا بموضوع إدارة الأداء والإنتاجية داخل الشركة</w:t>
      </w:r>
      <w:r w:rsidR="00A5297B">
        <w:rPr>
          <w:sz w:val="30"/>
          <w:szCs w:val="30"/>
          <w:rtl/>
          <w:cs w:val="0"/>
        </w:rPr>
        <w:t>.</w:t>
      </w:r>
    </w:p>
    <w:p w14:paraId="6FA6E192" w14:textId="77777777" w:rsidR="00A65499" w:rsidRPr="00447966" w:rsidRDefault="00000000" w:rsidP="00472BF3">
      <w:pPr>
        <w:pStyle w:val="NoSpacing"/>
      </w:pPr>
      <w:bookmarkStart w:id="371" w:name="_Toc233579534"/>
      <w:bookmarkStart w:id="372" w:name="_Toc233579691"/>
      <w:bookmarkStart w:id="373" w:name="_Toc233581028"/>
      <w:bookmarkStart w:id="374" w:name="_Toc233581164"/>
      <w:bookmarkStart w:id="375" w:name="_Toc233581294"/>
      <w:r w:rsidRPr="00447966">
        <w:rPr>
          <w:rtl/>
        </w:rPr>
        <w:t>الحدود الزمنية</w:t>
      </w:r>
      <w:bookmarkEnd w:id="371"/>
      <w:bookmarkEnd w:id="372"/>
      <w:bookmarkEnd w:id="373"/>
      <w:bookmarkEnd w:id="374"/>
      <w:bookmarkEnd w:id="375"/>
    </w:p>
    <w:p w14:paraId="70288836" w14:textId="0B27F0DF" w:rsidR="00A65499" w:rsidRPr="00447966" w:rsidRDefault="00000000" w:rsidP="00785C0A">
      <w:pPr>
        <w:spacing w:line="276" w:lineRule="auto"/>
        <w:jc w:val="both"/>
        <w:rPr>
          <w:sz w:val="30"/>
          <w:szCs w:val="30"/>
        </w:rPr>
      </w:pPr>
      <w:r w:rsidRPr="00447966">
        <w:rPr>
          <w:sz w:val="30"/>
          <w:szCs w:val="30"/>
          <w:rtl/>
        </w:rPr>
        <w:t>تطبق الدراسة خلال العام الدراسي 2026</w:t>
      </w:r>
      <w:r w:rsidR="00A5297B">
        <w:rPr>
          <w:sz w:val="30"/>
          <w:szCs w:val="30"/>
          <w:rtl/>
          <w:cs w:val="0"/>
        </w:rPr>
        <w:t>،</w:t>
      </w:r>
      <w:r w:rsidRPr="00447966">
        <w:rPr>
          <w:sz w:val="30"/>
          <w:szCs w:val="30"/>
          <w:rtl/>
        </w:rPr>
        <w:t xml:space="preserve"> وفق الفترة المحددة لجمع البيانات وتحليلها وإعداد البحث</w:t>
      </w:r>
      <w:r w:rsidR="00A5297B">
        <w:rPr>
          <w:sz w:val="30"/>
          <w:szCs w:val="30"/>
          <w:rtl/>
          <w:cs w:val="0"/>
        </w:rPr>
        <w:t>.</w:t>
      </w:r>
    </w:p>
    <w:p w14:paraId="5DFE684A" w14:textId="77777777" w:rsidR="00A65499" w:rsidRPr="00447966" w:rsidRDefault="00000000" w:rsidP="00472BF3">
      <w:pPr>
        <w:pStyle w:val="NoSpacing"/>
      </w:pPr>
      <w:bookmarkStart w:id="376" w:name="_Toc233579535"/>
      <w:bookmarkStart w:id="377" w:name="_Toc233579692"/>
      <w:bookmarkStart w:id="378" w:name="_Toc233581029"/>
      <w:bookmarkStart w:id="379" w:name="_Toc233581165"/>
      <w:bookmarkStart w:id="380" w:name="_Toc233581295"/>
      <w:r w:rsidRPr="00447966">
        <w:rPr>
          <w:rtl/>
        </w:rPr>
        <w:t>الحدود المنهجية</w:t>
      </w:r>
      <w:bookmarkEnd w:id="376"/>
      <w:bookmarkEnd w:id="377"/>
      <w:bookmarkEnd w:id="378"/>
      <w:bookmarkEnd w:id="379"/>
      <w:bookmarkEnd w:id="380"/>
    </w:p>
    <w:p w14:paraId="0FCADF32" w14:textId="39477C0D" w:rsidR="00A65499" w:rsidRPr="00447966" w:rsidRDefault="00000000" w:rsidP="00785C0A">
      <w:pPr>
        <w:spacing w:line="276" w:lineRule="auto"/>
        <w:jc w:val="both"/>
        <w:rPr>
          <w:sz w:val="30"/>
          <w:szCs w:val="30"/>
          <w:rtl/>
        </w:rPr>
      </w:pPr>
      <w:r w:rsidRPr="00447966">
        <w:rPr>
          <w:sz w:val="30"/>
          <w:szCs w:val="30"/>
          <w:rtl/>
        </w:rPr>
        <w:t>تعتمد الدراسة على المنهج الوصفي التحليلي</w:t>
      </w:r>
      <w:r w:rsidR="00A5297B">
        <w:rPr>
          <w:sz w:val="30"/>
          <w:szCs w:val="30"/>
          <w:rtl/>
          <w:cs w:val="0"/>
        </w:rPr>
        <w:t>،</w:t>
      </w:r>
      <w:r w:rsidRPr="00447966">
        <w:rPr>
          <w:sz w:val="30"/>
          <w:szCs w:val="30"/>
          <w:rtl/>
        </w:rPr>
        <w:t xml:space="preserve"> وعلى الاستبانة أداة رئيسة لجمع البيانات</w:t>
      </w:r>
      <w:r w:rsidR="00A5297B">
        <w:rPr>
          <w:sz w:val="30"/>
          <w:szCs w:val="30"/>
          <w:rtl/>
          <w:cs w:val="0"/>
        </w:rPr>
        <w:t>.</w:t>
      </w:r>
      <w:r w:rsidRPr="00447966">
        <w:rPr>
          <w:sz w:val="30"/>
          <w:szCs w:val="30"/>
          <w:rtl/>
        </w:rPr>
        <w:t xml:space="preserve"> لذلك</w:t>
      </w:r>
      <w:r w:rsidR="00A5297B">
        <w:rPr>
          <w:sz w:val="30"/>
          <w:szCs w:val="30"/>
          <w:rtl/>
          <w:cs w:val="0"/>
        </w:rPr>
        <w:t>،</w:t>
      </w:r>
      <w:r w:rsidRPr="00447966">
        <w:rPr>
          <w:sz w:val="30"/>
          <w:szCs w:val="30"/>
          <w:rtl/>
        </w:rPr>
        <w:t xml:space="preserve"> ترتبط نتائج الدراسة بدرجة صدق استجابات أفراد العينة</w:t>
      </w:r>
      <w:r w:rsidR="00A5297B">
        <w:rPr>
          <w:sz w:val="30"/>
          <w:szCs w:val="30"/>
          <w:rtl/>
          <w:cs w:val="0"/>
        </w:rPr>
        <w:t>،</w:t>
      </w:r>
      <w:r w:rsidRPr="00447966">
        <w:rPr>
          <w:sz w:val="30"/>
          <w:szCs w:val="30"/>
          <w:rtl/>
        </w:rPr>
        <w:t xml:space="preserve"> وبمدى تمثيل العينة لمجتمع الدراسة</w:t>
      </w:r>
      <w:r w:rsidR="00A5297B">
        <w:rPr>
          <w:sz w:val="30"/>
          <w:szCs w:val="30"/>
          <w:rtl/>
          <w:cs w:val="0"/>
        </w:rPr>
        <w:t>.</w:t>
      </w:r>
    </w:p>
    <w:p w14:paraId="5ACA70E6" w14:textId="77777777" w:rsidR="00B57E1D" w:rsidRPr="00447966" w:rsidRDefault="00B57E1D" w:rsidP="00785C0A">
      <w:pPr>
        <w:spacing w:line="276" w:lineRule="auto"/>
        <w:jc w:val="both"/>
        <w:rPr>
          <w:sz w:val="30"/>
          <w:szCs w:val="30"/>
          <w:rtl/>
          <w:cs w:val="0"/>
        </w:rPr>
      </w:pPr>
    </w:p>
    <w:p w14:paraId="505199AD" w14:textId="77777777" w:rsidR="00B57E1D" w:rsidRPr="00447966" w:rsidRDefault="00B57E1D" w:rsidP="00785C0A">
      <w:pPr>
        <w:spacing w:line="276" w:lineRule="auto"/>
        <w:jc w:val="both"/>
        <w:rPr>
          <w:sz w:val="30"/>
          <w:szCs w:val="30"/>
          <w:rtl/>
          <w:cs w:val="0"/>
        </w:rPr>
      </w:pPr>
    </w:p>
    <w:p w14:paraId="2D540FDF" w14:textId="77777777" w:rsidR="00B57E1D" w:rsidRPr="00447966" w:rsidRDefault="00B57E1D" w:rsidP="00785C0A">
      <w:pPr>
        <w:spacing w:line="276" w:lineRule="auto"/>
        <w:jc w:val="both"/>
        <w:rPr>
          <w:sz w:val="30"/>
          <w:szCs w:val="30"/>
          <w:rtl/>
          <w:cs w:val="0"/>
        </w:rPr>
      </w:pPr>
    </w:p>
    <w:p w14:paraId="2E388E1D" w14:textId="77777777" w:rsidR="00B57E1D" w:rsidRPr="00447966" w:rsidRDefault="00B57E1D" w:rsidP="00785C0A">
      <w:pPr>
        <w:spacing w:line="276" w:lineRule="auto"/>
        <w:jc w:val="both"/>
        <w:rPr>
          <w:sz w:val="30"/>
          <w:szCs w:val="30"/>
          <w:rtl/>
          <w:cs w:val="0"/>
        </w:rPr>
      </w:pPr>
    </w:p>
    <w:p w14:paraId="77F03FFB" w14:textId="77777777" w:rsidR="00B57E1D" w:rsidRDefault="00B57E1D" w:rsidP="00785C0A">
      <w:pPr>
        <w:spacing w:line="276" w:lineRule="auto"/>
        <w:jc w:val="both"/>
        <w:rPr>
          <w:sz w:val="30"/>
          <w:szCs w:val="30"/>
          <w:rtl/>
          <w:cs w:val="0"/>
        </w:rPr>
      </w:pPr>
    </w:p>
    <w:p w14:paraId="332959F5" w14:textId="77777777" w:rsidR="00447966" w:rsidRDefault="00447966" w:rsidP="00785C0A">
      <w:pPr>
        <w:spacing w:line="276" w:lineRule="auto"/>
        <w:jc w:val="both"/>
        <w:rPr>
          <w:sz w:val="30"/>
          <w:szCs w:val="30"/>
          <w:rtl/>
          <w:cs w:val="0"/>
        </w:rPr>
      </w:pPr>
    </w:p>
    <w:p w14:paraId="6E101242" w14:textId="59F6F55B" w:rsidR="00447966" w:rsidRPr="00785C0A" w:rsidRDefault="004B1822">
      <w:pPr>
        <w:pStyle w:val="Heading1"/>
        <w:numPr>
          <w:ilvl w:val="0"/>
          <w:numId w:val="2"/>
        </w:numPr>
        <w:jc w:val="center"/>
        <w:rPr>
          <w:sz w:val="42"/>
          <w:szCs w:val="42"/>
        </w:rPr>
      </w:pPr>
      <w:bookmarkStart w:id="381" w:name="_Toc233582861"/>
      <w:bookmarkStart w:id="382" w:name="_Toc233583028"/>
      <w:bookmarkStart w:id="383" w:name="_Toc233584661"/>
      <w:bookmarkStart w:id="384" w:name="_Toc233585033"/>
      <w:bookmarkStart w:id="385" w:name="_Toc233585159"/>
      <w:bookmarkStart w:id="386" w:name="_Toc233585300"/>
      <w:bookmarkStart w:id="387" w:name="_Toc233585630"/>
      <w:bookmarkStart w:id="388" w:name="_Toc233585786"/>
      <w:bookmarkStart w:id="389" w:name="_Toc233585912"/>
      <w:bookmarkStart w:id="390" w:name="_Toc233586041"/>
      <w:bookmarkStart w:id="391" w:name="_Toc233586819"/>
      <w:bookmarkStart w:id="392" w:name="_Toc233586954"/>
      <w:bookmarkStart w:id="393" w:name="_Toc233587095"/>
      <w:bookmarkStart w:id="394" w:name="_Toc233587219"/>
      <w:bookmarkStart w:id="395" w:name="_Toc233587254"/>
      <w:bookmarkStart w:id="396" w:name="_Toc233587632"/>
      <w:bookmarkStart w:id="397" w:name="_Toc233587761"/>
      <w:r w:rsidRPr="00785C0A">
        <w:rPr>
          <w:sz w:val="42"/>
          <w:szCs w:val="42"/>
          <w:rtl/>
        </w:rPr>
        <w:lastRenderedPageBreak/>
        <w:t>الفصل الثاني: الإطار النظري</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799954DA" w14:textId="2E320448" w:rsidR="00447966" w:rsidRPr="00447966" w:rsidRDefault="00447966" w:rsidP="00785C0A">
      <w:pPr>
        <w:spacing w:line="276" w:lineRule="auto"/>
        <w:ind w:firstLine="397"/>
        <w:jc w:val="both"/>
        <w:rPr>
          <w:sz w:val="30"/>
          <w:szCs w:val="30"/>
        </w:rPr>
      </w:pPr>
      <w:r w:rsidRPr="00447966">
        <w:rPr>
          <w:sz w:val="30"/>
          <w:szCs w:val="30"/>
          <w:rtl/>
        </w:rPr>
        <w:t>يتناول هذا الفصل الإطار النظري لمتغيرات الدراسة</w:t>
      </w:r>
      <w:r w:rsidR="00A5297B">
        <w:rPr>
          <w:sz w:val="30"/>
          <w:szCs w:val="30"/>
          <w:rtl/>
          <w:cs w:val="0"/>
        </w:rPr>
        <w:t>،</w:t>
      </w:r>
      <w:r w:rsidRPr="00447966">
        <w:rPr>
          <w:sz w:val="30"/>
          <w:szCs w:val="30"/>
          <w:rtl/>
        </w:rPr>
        <w:t xml:space="preserve"> وهي إدارة الأداء وتحسين الإنتاجية</w:t>
      </w:r>
      <w:r w:rsidR="00A5297B">
        <w:rPr>
          <w:sz w:val="30"/>
          <w:szCs w:val="30"/>
          <w:rtl/>
          <w:cs w:val="0"/>
        </w:rPr>
        <w:t>.</w:t>
      </w:r>
      <w:r w:rsidRPr="00447966">
        <w:rPr>
          <w:sz w:val="30"/>
          <w:szCs w:val="30"/>
          <w:rtl/>
        </w:rPr>
        <w:t xml:space="preserve"> ويعرض الفصل المفاهيم الرئيسة والأبعاد والنماذج المرتبطة بكل متغير</w:t>
      </w:r>
      <w:r w:rsidR="00A5297B">
        <w:rPr>
          <w:sz w:val="30"/>
          <w:szCs w:val="30"/>
          <w:rtl/>
          <w:cs w:val="0"/>
        </w:rPr>
        <w:t>،</w:t>
      </w:r>
      <w:r w:rsidRPr="00447966">
        <w:rPr>
          <w:sz w:val="30"/>
          <w:szCs w:val="30"/>
          <w:rtl/>
        </w:rPr>
        <w:t xml:space="preserve"> ثم يوضح العلاقة بين إدارة الأداء وتحسين الإنتاجية في المنشآت الإنتاجية</w:t>
      </w:r>
      <w:r w:rsidR="00A5297B">
        <w:rPr>
          <w:sz w:val="30"/>
          <w:szCs w:val="30"/>
          <w:rtl/>
          <w:cs w:val="0"/>
        </w:rPr>
        <w:t>،</w:t>
      </w:r>
      <w:r w:rsidRPr="00447966">
        <w:rPr>
          <w:sz w:val="30"/>
          <w:szCs w:val="30"/>
          <w:rtl/>
        </w:rPr>
        <w:t xml:space="preserve"> وبما يخدم موضوع الدراسة الميدانية في شركة مصنع تمور القصيم المحدودة بالمملكة العربية السعودية</w:t>
      </w:r>
      <w:r w:rsidR="00A5297B">
        <w:rPr>
          <w:sz w:val="30"/>
          <w:szCs w:val="30"/>
          <w:rtl/>
          <w:cs w:val="0"/>
        </w:rPr>
        <w:t>.</w:t>
      </w:r>
    </w:p>
    <w:p w14:paraId="0A59182C" w14:textId="22375B27" w:rsidR="00447966" w:rsidRPr="004B1822" w:rsidRDefault="004B1822" w:rsidP="00B5235E">
      <w:pPr>
        <w:pStyle w:val="Heading2"/>
      </w:pPr>
      <w:bookmarkStart w:id="398" w:name="_Toc233582862"/>
      <w:bookmarkStart w:id="399" w:name="_Toc233583029"/>
      <w:bookmarkStart w:id="400" w:name="_Toc233584662"/>
      <w:bookmarkStart w:id="401" w:name="_Toc233585034"/>
      <w:bookmarkStart w:id="402" w:name="_Toc233585160"/>
      <w:bookmarkStart w:id="403" w:name="_Toc233585301"/>
      <w:bookmarkStart w:id="404" w:name="_Toc233585631"/>
      <w:bookmarkStart w:id="405" w:name="_Toc233585787"/>
      <w:bookmarkStart w:id="406" w:name="_Toc233585913"/>
      <w:bookmarkStart w:id="407" w:name="_Toc233586042"/>
      <w:bookmarkStart w:id="408" w:name="_Toc233586820"/>
      <w:bookmarkStart w:id="409" w:name="_Toc233586955"/>
      <w:bookmarkStart w:id="410" w:name="_Toc233587096"/>
      <w:bookmarkStart w:id="411" w:name="_Toc233587220"/>
      <w:bookmarkStart w:id="412" w:name="_Toc233587255"/>
      <w:bookmarkStart w:id="413" w:name="_Toc233587633"/>
      <w:bookmarkStart w:id="414" w:name="_Toc233587762"/>
      <w:r w:rsidRPr="004B1822">
        <w:rPr>
          <w:rtl/>
        </w:rPr>
        <w:t>تمهيد</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14:paraId="170115E5" w14:textId="4F028D6B" w:rsidR="00447966" w:rsidRPr="00447966" w:rsidRDefault="00447966" w:rsidP="00785C0A">
      <w:pPr>
        <w:spacing w:line="276" w:lineRule="auto"/>
        <w:ind w:firstLine="397"/>
        <w:jc w:val="both"/>
        <w:rPr>
          <w:sz w:val="30"/>
          <w:szCs w:val="30"/>
        </w:rPr>
      </w:pPr>
      <w:r w:rsidRPr="00447966">
        <w:rPr>
          <w:sz w:val="30"/>
          <w:szCs w:val="30"/>
          <w:rtl/>
        </w:rPr>
        <w:t>يتناول هذا الفصل الإطار النظري لمتغيرات الدراسة</w:t>
      </w:r>
      <w:r w:rsidR="00A5297B">
        <w:rPr>
          <w:sz w:val="30"/>
          <w:szCs w:val="30"/>
          <w:rtl/>
          <w:cs w:val="0"/>
        </w:rPr>
        <w:t>.</w:t>
      </w:r>
      <w:r w:rsidRPr="00447966">
        <w:rPr>
          <w:sz w:val="30"/>
          <w:szCs w:val="30"/>
          <w:rtl/>
        </w:rPr>
        <w:t xml:space="preserve"> يركز المبحث الأول على إدارة الأداء من حيث المفهوم</w:t>
      </w:r>
      <w:r w:rsidR="00A5297B">
        <w:rPr>
          <w:sz w:val="30"/>
          <w:szCs w:val="30"/>
          <w:rtl/>
          <w:cs w:val="0"/>
        </w:rPr>
        <w:t>،</w:t>
      </w:r>
      <w:r w:rsidRPr="00447966">
        <w:rPr>
          <w:sz w:val="30"/>
          <w:szCs w:val="30"/>
          <w:rtl/>
        </w:rPr>
        <w:t xml:space="preserve"> والتطور</w:t>
      </w:r>
      <w:r w:rsidR="00A5297B">
        <w:rPr>
          <w:sz w:val="30"/>
          <w:szCs w:val="30"/>
          <w:rtl/>
          <w:cs w:val="0"/>
        </w:rPr>
        <w:t>،</w:t>
      </w:r>
      <w:r w:rsidRPr="00447966">
        <w:rPr>
          <w:sz w:val="30"/>
          <w:szCs w:val="30"/>
          <w:rtl/>
        </w:rPr>
        <w:t xml:space="preserve"> والأهمية</w:t>
      </w:r>
      <w:r w:rsidR="00A5297B">
        <w:rPr>
          <w:sz w:val="30"/>
          <w:szCs w:val="30"/>
          <w:rtl/>
          <w:cs w:val="0"/>
        </w:rPr>
        <w:t>،</w:t>
      </w:r>
      <w:r w:rsidRPr="00447966">
        <w:rPr>
          <w:sz w:val="30"/>
          <w:szCs w:val="30"/>
          <w:rtl/>
        </w:rPr>
        <w:t xml:space="preserve"> والأهداف</w:t>
      </w:r>
      <w:r w:rsidR="00A5297B">
        <w:rPr>
          <w:sz w:val="30"/>
          <w:szCs w:val="30"/>
          <w:rtl/>
          <w:cs w:val="0"/>
        </w:rPr>
        <w:t>،</w:t>
      </w:r>
      <w:r w:rsidRPr="00447966">
        <w:rPr>
          <w:sz w:val="30"/>
          <w:szCs w:val="30"/>
          <w:rtl/>
        </w:rPr>
        <w:t xml:space="preserve"> والمبادئ</w:t>
      </w:r>
      <w:r w:rsidR="00A5297B">
        <w:rPr>
          <w:sz w:val="30"/>
          <w:szCs w:val="30"/>
          <w:rtl/>
          <w:cs w:val="0"/>
        </w:rPr>
        <w:t>،</w:t>
      </w:r>
      <w:r w:rsidRPr="00447966">
        <w:rPr>
          <w:sz w:val="30"/>
          <w:szCs w:val="30"/>
          <w:rtl/>
        </w:rPr>
        <w:t xml:space="preserve"> والمراحل</w:t>
      </w:r>
      <w:r w:rsidR="00A5297B">
        <w:rPr>
          <w:sz w:val="30"/>
          <w:szCs w:val="30"/>
          <w:rtl/>
          <w:cs w:val="0"/>
        </w:rPr>
        <w:t>،</w:t>
      </w:r>
      <w:r w:rsidRPr="00447966">
        <w:rPr>
          <w:sz w:val="30"/>
          <w:szCs w:val="30"/>
          <w:rtl/>
        </w:rPr>
        <w:t xml:space="preserve"> والأبعاد</w:t>
      </w:r>
      <w:r w:rsidR="00A5297B">
        <w:rPr>
          <w:sz w:val="30"/>
          <w:szCs w:val="30"/>
          <w:rtl/>
          <w:cs w:val="0"/>
        </w:rPr>
        <w:t>،</w:t>
      </w:r>
      <w:r w:rsidRPr="00447966">
        <w:rPr>
          <w:sz w:val="30"/>
          <w:szCs w:val="30"/>
          <w:rtl/>
        </w:rPr>
        <w:t xml:space="preserve"> ومتطلبات النجاح</w:t>
      </w:r>
      <w:r w:rsidR="00A5297B">
        <w:rPr>
          <w:sz w:val="30"/>
          <w:szCs w:val="30"/>
          <w:rtl/>
          <w:cs w:val="0"/>
        </w:rPr>
        <w:t>،</w:t>
      </w:r>
      <w:r w:rsidRPr="00447966">
        <w:rPr>
          <w:sz w:val="30"/>
          <w:szCs w:val="30"/>
          <w:rtl/>
        </w:rPr>
        <w:t xml:space="preserve"> والمعوقات</w:t>
      </w:r>
      <w:r w:rsidR="00A5297B">
        <w:rPr>
          <w:sz w:val="30"/>
          <w:szCs w:val="30"/>
          <w:rtl/>
          <w:cs w:val="0"/>
        </w:rPr>
        <w:t>،</w:t>
      </w:r>
      <w:r w:rsidRPr="00447966">
        <w:rPr>
          <w:sz w:val="30"/>
          <w:szCs w:val="30"/>
          <w:rtl/>
        </w:rPr>
        <w:t xml:space="preserve"> وتطبيقاتها في المنشآت الإنتاجية</w:t>
      </w:r>
      <w:r w:rsidR="00A5297B">
        <w:rPr>
          <w:sz w:val="30"/>
          <w:szCs w:val="30"/>
          <w:rtl/>
          <w:cs w:val="0"/>
        </w:rPr>
        <w:t>.</w:t>
      </w:r>
      <w:r w:rsidRPr="00447966">
        <w:rPr>
          <w:sz w:val="30"/>
          <w:szCs w:val="30"/>
          <w:rtl/>
        </w:rPr>
        <w:t xml:space="preserve"> ويركز المبحث الثاني على تحسين الإنتاجية من حيث المفهوم</w:t>
      </w:r>
      <w:r w:rsidR="00A5297B">
        <w:rPr>
          <w:sz w:val="30"/>
          <w:szCs w:val="30"/>
          <w:rtl/>
          <w:cs w:val="0"/>
        </w:rPr>
        <w:t>،</w:t>
      </w:r>
      <w:r w:rsidRPr="00447966">
        <w:rPr>
          <w:sz w:val="30"/>
          <w:szCs w:val="30"/>
          <w:rtl/>
        </w:rPr>
        <w:t xml:space="preserve"> والأهمية</w:t>
      </w:r>
      <w:r w:rsidR="00A5297B">
        <w:rPr>
          <w:sz w:val="30"/>
          <w:szCs w:val="30"/>
          <w:rtl/>
          <w:cs w:val="0"/>
        </w:rPr>
        <w:t>،</w:t>
      </w:r>
      <w:r w:rsidRPr="00447966">
        <w:rPr>
          <w:sz w:val="30"/>
          <w:szCs w:val="30"/>
          <w:rtl/>
        </w:rPr>
        <w:t xml:space="preserve"> والأهداف</w:t>
      </w:r>
      <w:r w:rsidR="00A5297B">
        <w:rPr>
          <w:sz w:val="30"/>
          <w:szCs w:val="30"/>
          <w:rtl/>
          <w:cs w:val="0"/>
        </w:rPr>
        <w:t>،</w:t>
      </w:r>
      <w:r w:rsidRPr="00447966">
        <w:rPr>
          <w:sz w:val="30"/>
          <w:szCs w:val="30"/>
          <w:rtl/>
        </w:rPr>
        <w:t xml:space="preserve"> والعناصر</w:t>
      </w:r>
      <w:r w:rsidR="00A5297B">
        <w:rPr>
          <w:sz w:val="30"/>
          <w:szCs w:val="30"/>
          <w:rtl/>
          <w:cs w:val="0"/>
        </w:rPr>
        <w:t>،</w:t>
      </w:r>
      <w:r w:rsidRPr="00447966">
        <w:rPr>
          <w:sz w:val="30"/>
          <w:szCs w:val="30"/>
          <w:rtl/>
        </w:rPr>
        <w:t xml:space="preserve"> والعوامل المؤثرة</w:t>
      </w:r>
      <w:r w:rsidR="00A5297B">
        <w:rPr>
          <w:sz w:val="30"/>
          <w:szCs w:val="30"/>
          <w:rtl/>
          <w:cs w:val="0"/>
        </w:rPr>
        <w:t>،</w:t>
      </w:r>
      <w:r w:rsidRPr="00447966">
        <w:rPr>
          <w:sz w:val="30"/>
          <w:szCs w:val="30"/>
          <w:rtl/>
        </w:rPr>
        <w:t xml:space="preserve"> ومؤشرات القياس</w:t>
      </w:r>
      <w:r w:rsidR="00A5297B">
        <w:rPr>
          <w:sz w:val="30"/>
          <w:szCs w:val="30"/>
          <w:rtl/>
          <w:cs w:val="0"/>
        </w:rPr>
        <w:t>،</w:t>
      </w:r>
      <w:r w:rsidRPr="00447966">
        <w:rPr>
          <w:sz w:val="30"/>
          <w:szCs w:val="30"/>
          <w:rtl/>
        </w:rPr>
        <w:t xml:space="preserve"> وتطبيقات الإنتاجية في المنشآت الصناعية</w:t>
      </w:r>
      <w:r w:rsidR="00A5297B">
        <w:rPr>
          <w:sz w:val="30"/>
          <w:szCs w:val="30"/>
          <w:rtl/>
          <w:cs w:val="0"/>
        </w:rPr>
        <w:t>،</w:t>
      </w:r>
      <w:r w:rsidRPr="00447966">
        <w:rPr>
          <w:sz w:val="30"/>
          <w:szCs w:val="30"/>
          <w:rtl/>
        </w:rPr>
        <w:t xml:space="preserve"> ثم يوضح العلاقة بين إدارة الأداء وتحسين الإنتاجية</w:t>
      </w:r>
      <w:r w:rsidR="00A5297B">
        <w:rPr>
          <w:sz w:val="30"/>
          <w:szCs w:val="30"/>
          <w:rtl/>
          <w:cs w:val="0"/>
        </w:rPr>
        <w:t>.</w:t>
      </w:r>
    </w:p>
    <w:p w14:paraId="1FB1B7BA" w14:textId="6A70570A" w:rsidR="00447966" w:rsidRPr="00447966" w:rsidRDefault="00447966" w:rsidP="00785C0A">
      <w:pPr>
        <w:spacing w:line="276" w:lineRule="auto"/>
        <w:ind w:firstLine="397"/>
        <w:jc w:val="both"/>
        <w:rPr>
          <w:sz w:val="30"/>
          <w:szCs w:val="30"/>
        </w:rPr>
      </w:pPr>
      <w:r w:rsidRPr="00447966">
        <w:rPr>
          <w:sz w:val="30"/>
          <w:szCs w:val="30"/>
          <w:rtl/>
        </w:rPr>
        <w:t>يرتبط هذا الفصل بمشكلة الدراسة التي تبحث أثر إدارة الأداء على تحسين الإنتاجية لدى العاملين في شركة مصنع تمور القصيم المحدودة بالمملكة العربية السعودية</w:t>
      </w:r>
      <w:r w:rsidR="00A5297B">
        <w:rPr>
          <w:sz w:val="30"/>
          <w:szCs w:val="30"/>
          <w:rtl/>
          <w:cs w:val="0"/>
        </w:rPr>
        <w:t>.</w:t>
      </w:r>
      <w:r w:rsidRPr="00447966">
        <w:rPr>
          <w:sz w:val="30"/>
          <w:szCs w:val="30"/>
          <w:rtl/>
        </w:rPr>
        <w:t xml:space="preserve"> لذلك</w:t>
      </w:r>
      <w:r w:rsidR="00A5297B">
        <w:rPr>
          <w:sz w:val="30"/>
          <w:szCs w:val="30"/>
          <w:rtl/>
          <w:cs w:val="0"/>
        </w:rPr>
        <w:t>،</w:t>
      </w:r>
      <w:r w:rsidRPr="00447966">
        <w:rPr>
          <w:sz w:val="30"/>
          <w:szCs w:val="30"/>
          <w:rtl/>
        </w:rPr>
        <w:t xml:space="preserve"> لا يعرض الفصل المفاهيم النظرية بصورة عامة فقط</w:t>
      </w:r>
      <w:r w:rsidR="00A5297B">
        <w:rPr>
          <w:sz w:val="30"/>
          <w:szCs w:val="30"/>
          <w:rtl/>
          <w:cs w:val="0"/>
        </w:rPr>
        <w:t>،</w:t>
      </w:r>
      <w:r w:rsidRPr="00447966">
        <w:rPr>
          <w:sz w:val="30"/>
          <w:szCs w:val="30"/>
          <w:rtl/>
        </w:rPr>
        <w:t xml:space="preserve"> بل يربطها ببيئة العمل الإنتاجية التي تعتمد على سرعة الإنجاز</w:t>
      </w:r>
      <w:r w:rsidR="00A5297B">
        <w:rPr>
          <w:sz w:val="30"/>
          <w:szCs w:val="30"/>
          <w:rtl/>
          <w:cs w:val="0"/>
        </w:rPr>
        <w:t>،</w:t>
      </w:r>
      <w:r w:rsidRPr="00447966">
        <w:rPr>
          <w:sz w:val="30"/>
          <w:szCs w:val="30"/>
          <w:rtl/>
        </w:rPr>
        <w:t xml:space="preserve"> وجودة المخرجات</w:t>
      </w:r>
      <w:r w:rsidR="00A5297B">
        <w:rPr>
          <w:sz w:val="30"/>
          <w:szCs w:val="30"/>
          <w:rtl/>
          <w:cs w:val="0"/>
        </w:rPr>
        <w:t>،</w:t>
      </w:r>
      <w:r w:rsidRPr="00447966">
        <w:rPr>
          <w:sz w:val="30"/>
          <w:szCs w:val="30"/>
          <w:rtl/>
        </w:rPr>
        <w:t xml:space="preserve"> وكفاءة استخدام الوقت والموارد</w:t>
      </w:r>
      <w:r w:rsidR="00A5297B">
        <w:rPr>
          <w:sz w:val="30"/>
          <w:szCs w:val="30"/>
          <w:rtl/>
          <w:cs w:val="0"/>
        </w:rPr>
        <w:t>،</w:t>
      </w:r>
      <w:r w:rsidRPr="00447966">
        <w:rPr>
          <w:sz w:val="30"/>
          <w:szCs w:val="30"/>
          <w:rtl/>
        </w:rPr>
        <w:t xml:space="preserve"> وتقليل الأخطاء والهدر</w:t>
      </w:r>
      <w:r w:rsidR="00A5297B">
        <w:rPr>
          <w:sz w:val="30"/>
          <w:szCs w:val="30"/>
          <w:rtl/>
          <w:cs w:val="0"/>
        </w:rPr>
        <w:t>،</w:t>
      </w:r>
      <w:r w:rsidRPr="00447966">
        <w:rPr>
          <w:sz w:val="30"/>
          <w:szCs w:val="30"/>
          <w:rtl/>
        </w:rPr>
        <w:t xml:space="preserve"> وتحسين الأداء العام</w:t>
      </w:r>
      <w:r w:rsidR="00A5297B">
        <w:rPr>
          <w:sz w:val="30"/>
          <w:szCs w:val="30"/>
          <w:rtl/>
          <w:cs w:val="0"/>
        </w:rPr>
        <w:t>.</w:t>
      </w:r>
    </w:p>
    <w:p w14:paraId="7FE2239F" w14:textId="46F4CCAA" w:rsidR="00447966" w:rsidRDefault="00447966" w:rsidP="00785C0A">
      <w:pPr>
        <w:spacing w:line="276" w:lineRule="auto"/>
        <w:ind w:firstLine="397"/>
        <w:jc w:val="both"/>
        <w:rPr>
          <w:sz w:val="30"/>
          <w:szCs w:val="30"/>
        </w:rPr>
      </w:pPr>
      <w:r w:rsidRPr="00447966">
        <w:rPr>
          <w:sz w:val="30"/>
          <w:szCs w:val="30"/>
          <w:rtl/>
        </w:rPr>
        <w:t>تنطلق الدراسة من أن إدارة الأداء ليست عملية تقييم منفصلة</w:t>
      </w:r>
      <w:r w:rsidR="00A5297B">
        <w:rPr>
          <w:sz w:val="30"/>
          <w:szCs w:val="30"/>
          <w:rtl/>
          <w:cs w:val="0"/>
        </w:rPr>
        <w:t>،</w:t>
      </w:r>
      <w:r w:rsidRPr="00447966">
        <w:rPr>
          <w:sz w:val="30"/>
          <w:szCs w:val="30"/>
          <w:rtl/>
        </w:rPr>
        <w:t xml:space="preserve"> بل نظام إداري مستمر يوجه العاملين نحو نتائج محددة</w:t>
      </w:r>
      <w:r w:rsidR="00A5297B">
        <w:rPr>
          <w:sz w:val="30"/>
          <w:szCs w:val="30"/>
          <w:rtl/>
          <w:cs w:val="0"/>
        </w:rPr>
        <w:t>.</w:t>
      </w:r>
      <w:r w:rsidRPr="00447966">
        <w:rPr>
          <w:sz w:val="30"/>
          <w:szCs w:val="30"/>
          <w:rtl/>
        </w:rPr>
        <w:t xml:space="preserve"> يبدأ هذا النظام من تخطيط الأداء</w:t>
      </w:r>
      <w:r w:rsidR="00A5297B">
        <w:rPr>
          <w:sz w:val="30"/>
          <w:szCs w:val="30"/>
          <w:rtl/>
          <w:cs w:val="0"/>
        </w:rPr>
        <w:t>،</w:t>
      </w:r>
      <w:r w:rsidRPr="00447966">
        <w:rPr>
          <w:sz w:val="30"/>
          <w:szCs w:val="30"/>
          <w:rtl/>
        </w:rPr>
        <w:t xml:space="preserve"> ثم ينتقل إلى المتابعة والتغذية الراجعة</w:t>
      </w:r>
      <w:r w:rsidR="00A5297B">
        <w:rPr>
          <w:sz w:val="30"/>
          <w:szCs w:val="30"/>
          <w:rtl/>
          <w:cs w:val="0"/>
        </w:rPr>
        <w:t>،</w:t>
      </w:r>
      <w:r w:rsidRPr="00447966">
        <w:rPr>
          <w:sz w:val="30"/>
          <w:szCs w:val="30"/>
          <w:rtl/>
        </w:rPr>
        <w:t xml:space="preserve"> ثم تقييم الأداء</w:t>
      </w:r>
      <w:r w:rsidR="00A5297B">
        <w:rPr>
          <w:sz w:val="30"/>
          <w:szCs w:val="30"/>
          <w:rtl/>
          <w:cs w:val="0"/>
        </w:rPr>
        <w:t>،</w:t>
      </w:r>
      <w:r w:rsidRPr="00447966">
        <w:rPr>
          <w:sz w:val="30"/>
          <w:szCs w:val="30"/>
          <w:rtl/>
        </w:rPr>
        <w:t xml:space="preserve"> ثم الحوافز والتطوير</w:t>
      </w:r>
      <w:r w:rsidR="00A5297B">
        <w:rPr>
          <w:sz w:val="30"/>
          <w:szCs w:val="30"/>
          <w:rtl/>
          <w:cs w:val="0"/>
        </w:rPr>
        <w:t>.</w:t>
      </w:r>
      <w:r w:rsidRPr="00447966">
        <w:rPr>
          <w:sz w:val="30"/>
          <w:szCs w:val="30"/>
          <w:rtl/>
        </w:rPr>
        <w:t xml:space="preserve"> وعندما تنفذ هذه المراحل بصورة مترابطة</w:t>
      </w:r>
      <w:r w:rsidR="00A5297B">
        <w:rPr>
          <w:sz w:val="30"/>
          <w:szCs w:val="30"/>
          <w:rtl/>
          <w:cs w:val="0"/>
        </w:rPr>
        <w:t>،</w:t>
      </w:r>
      <w:r w:rsidRPr="00447966">
        <w:rPr>
          <w:sz w:val="30"/>
          <w:szCs w:val="30"/>
          <w:rtl/>
        </w:rPr>
        <w:t xml:space="preserve"> ترتفع قدرة المنظمة على تحسين الإنتاجية وتحقيق نتائج تشغيلية أفضل (</w:t>
      </w:r>
      <w:proofErr w:type="spellStart"/>
      <w:r w:rsidRPr="00447966">
        <w:rPr>
          <w:sz w:val="30"/>
          <w:szCs w:val="30"/>
          <w:rtl/>
        </w:rPr>
        <w:t>Aguinis</w:t>
      </w:r>
      <w:proofErr w:type="spellEnd"/>
      <w:r w:rsidRPr="00447966">
        <w:rPr>
          <w:sz w:val="30"/>
          <w:szCs w:val="30"/>
          <w:rtl/>
        </w:rPr>
        <w:t>, 2019)</w:t>
      </w:r>
      <w:r w:rsidR="00A5297B">
        <w:rPr>
          <w:sz w:val="30"/>
          <w:szCs w:val="30"/>
          <w:rtl/>
          <w:cs w:val="0"/>
        </w:rPr>
        <w:t>.</w:t>
      </w:r>
    </w:p>
    <w:p w14:paraId="14DE3D22" w14:textId="77777777" w:rsidR="00447966" w:rsidRDefault="00447966" w:rsidP="00785C0A">
      <w:pPr>
        <w:spacing w:after="200" w:line="276" w:lineRule="auto"/>
        <w:jc w:val="both"/>
        <w:rPr>
          <w:sz w:val="30"/>
          <w:szCs w:val="30"/>
        </w:rPr>
      </w:pPr>
      <w:r>
        <w:rPr>
          <w:sz w:val="30"/>
          <w:szCs w:val="30"/>
          <w:cs w:val="0"/>
        </w:rPr>
        <w:br w:type="page"/>
      </w:r>
    </w:p>
    <w:p w14:paraId="217D8ECA" w14:textId="5479A2F9" w:rsidR="00447966" w:rsidRPr="004B1822" w:rsidRDefault="004B1822" w:rsidP="00B5235E">
      <w:pPr>
        <w:pStyle w:val="Heading2"/>
      </w:pPr>
      <w:bookmarkStart w:id="415" w:name="_Toc233582863"/>
      <w:bookmarkStart w:id="416" w:name="_Toc233583030"/>
      <w:bookmarkStart w:id="417" w:name="_Toc233584663"/>
      <w:bookmarkStart w:id="418" w:name="_Toc233585035"/>
      <w:bookmarkStart w:id="419" w:name="_Toc233585161"/>
      <w:bookmarkStart w:id="420" w:name="_Toc233585302"/>
      <w:bookmarkStart w:id="421" w:name="_Toc233585632"/>
      <w:bookmarkStart w:id="422" w:name="_Toc233585788"/>
      <w:bookmarkStart w:id="423" w:name="_Toc233585914"/>
      <w:bookmarkStart w:id="424" w:name="_Toc233586043"/>
      <w:bookmarkStart w:id="425" w:name="_Toc233586821"/>
      <w:bookmarkStart w:id="426" w:name="_Toc233586956"/>
      <w:bookmarkStart w:id="427" w:name="_Toc233587097"/>
      <w:bookmarkStart w:id="428" w:name="_Toc233587221"/>
      <w:bookmarkStart w:id="429" w:name="_Toc233587256"/>
      <w:bookmarkStart w:id="430" w:name="_Toc233587634"/>
      <w:bookmarkStart w:id="431" w:name="_Toc233587763"/>
      <w:r w:rsidRPr="004B1822">
        <w:rPr>
          <w:rtl/>
        </w:rPr>
        <w:lastRenderedPageBreak/>
        <w:t>المبحث الأول: إدارة الأداء</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68DB90F4" w14:textId="6BD8B297" w:rsidR="00447966" w:rsidRPr="004B1822" w:rsidRDefault="004B1822" w:rsidP="00785C0A">
      <w:pPr>
        <w:pStyle w:val="Heading3"/>
        <w:spacing w:line="276" w:lineRule="auto"/>
        <w:jc w:val="both"/>
      </w:pPr>
      <w:bookmarkStart w:id="432" w:name="_Toc233582864"/>
      <w:bookmarkStart w:id="433" w:name="_Toc233583031"/>
      <w:bookmarkStart w:id="434" w:name="_Toc233584664"/>
      <w:bookmarkStart w:id="435" w:name="_Toc233585036"/>
      <w:bookmarkStart w:id="436" w:name="_Toc233585162"/>
      <w:bookmarkStart w:id="437" w:name="_Toc233585303"/>
      <w:bookmarkStart w:id="438" w:name="_Toc233585633"/>
      <w:bookmarkStart w:id="439" w:name="_Toc233585789"/>
      <w:bookmarkStart w:id="440" w:name="_Toc233585915"/>
      <w:bookmarkStart w:id="441" w:name="_Toc233586044"/>
      <w:bookmarkStart w:id="442" w:name="_Toc233586822"/>
      <w:bookmarkStart w:id="443" w:name="_Toc233586957"/>
      <w:bookmarkStart w:id="444" w:name="_Toc233587098"/>
      <w:bookmarkStart w:id="445" w:name="_Toc233587257"/>
      <w:bookmarkStart w:id="446" w:name="_Toc233587635"/>
      <w:r w:rsidRPr="004B1822">
        <w:rPr>
          <w:rtl/>
        </w:rPr>
        <w:t>مقدمة</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4A54DBF9" w14:textId="3833EB72" w:rsidR="00447966" w:rsidRPr="00447966" w:rsidRDefault="00447966" w:rsidP="00785C0A">
      <w:pPr>
        <w:spacing w:line="276" w:lineRule="auto"/>
        <w:ind w:firstLine="397"/>
        <w:jc w:val="both"/>
        <w:rPr>
          <w:sz w:val="30"/>
          <w:szCs w:val="30"/>
        </w:rPr>
      </w:pPr>
      <w:r w:rsidRPr="00447966">
        <w:rPr>
          <w:sz w:val="30"/>
          <w:szCs w:val="30"/>
          <w:rtl/>
        </w:rPr>
        <w:t>تشغل إدارة الأداء مكانة مهمة في إدارة الموارد البشرية الحديثة</w:t>
      </w:r>
      <w:r w:rsidR="00A5297B">
        <w:rPr>
          <w:sz w:val="30"/>
          <w:szCs w:val="30"/>
          <w:rtl/>
          <w:cs w:val="0"/>
        </w:rPr>
        <w:t>.</w:t>
      </w:r>
      <w:r w:rsidRPr="00447966">
        <w:rPr>
          <w:sz w:val="30"/>
          <w:szCs w:val="30"/>
          <w:rtl/>
        </w:rPr>
        <w:t xml:space="preserve"> تعتمد المنظمات عليها لربط أهدافها العامة بأداء العاملين في الإدارات والأقسام وخطوط الإنتاج</w:t>
      </w:r>
      <w:r w:rsidR="00A5297B">
        <w:rPr>
          <w:sz w:val="30"/>
          <w:szCs w:val="30"/>
          <w:rtl/>
          <w:cs w:val="0"/>
        </w:rPr>
        <w:t>.</w:t>
      </w:r>
      <w:r w:rsidRPr="00447966">
        <w:rPr>
          <w:sz w:val="30"/>
          <w:szCs w:val="30"/>
          <w:rtl/>
        </w:rPr>
        <w:t xml:space="preserve"> وتزداد أهمية هذا النظام في المنشآت الإنتاجية</w:t>
      </w:r>
      <w:r w:rsidR="00A5297B">
        <w:rPr>
          <w:sz w:val="30"/>
          <w:szCs w:val="30"/>
          <w:rtl/>
          <w:cs w:val="0"/>
        </w:rPr>
        <w:t>،</w:t>
      </w:r>
      <w:r w:rsidRPr="00447966">
        <w:rPr>
          <w:sz w:val="30"/>
          <w:szCs w:val="30"/>
          <w:rtl/>
        </w:rPr>
        <w:t xml:space="preserve"> لأن نتائج العاملين تظهر في كمية الإنتاج</w:t>
      </w:r>
      <w:r w:rsidR="00A5297B">
        <w:rPr>
          <w:sz w:val="30"/>
          <w:szCs w:val="30"/>
          <w:rtl/>
          <w:cs w:val="0"/>
        </w:rPr>
        <w:t>،</w:t>
      </w:r>
      <w:r w:rsidRPr="00447966">
        <w:rPr>
          <w:sz w:val="30"/>
          <w:szCs w:val="30"/>
          <w:rtl/>
        </w:rPr>
        <w:t xml:space="preserve"> وجودة المنتجات</w:t>
      </w:r>
      <w:r w:rsidR="00A5297B">
        <w:rPr>
          <w:sz w:val="30"/>
          <w:szCs w:val="30"/>
          <w:rtl/>
          <w:cs w:val="0"/>
        </w:rPr>
        <w:t>،</w:t>
      </w:r>
      <w:r w:rsidRPr="00447966">
        <w:rPr>
          <w:sz w:val="30"/>
          <w:szCs w:val="30"/>
          <w:rtl/>
        </w:rPr>
        <w:t xml:space="preserve"> وسرعة إنجاز العمليات</w:t>
      </w:r>
      <w:r w:rsidR="00A5297B">
        <w:rPr>
          <w:sz w:val="30"/>
          <w:szCs w:val="30"/>
          <w:rtl/>
          <w:cs w:val="0"/>
        </w:rPr>
        <w:t>،</w:t>
      </w:r>
      <w:r w:rsidRPr="00447966">
        <w:rPr>
          <w:sz w:val="30"/>
          <w:szCs w:val="30"/>
          <w:rtl/>
        </w:rPr>
        <w:t xml:space="preserve"> ومعدل الأخطاء</w:t>
      </w:r>
      <w:r w:rsidR="00A5297B">
        <w:rPr>
          <w:sz w:val="30"/>
          <w:szCs w:val="30"/>
          <w:rtl/>
          <w:cs w:val="0"/>
        </w:rPr>
        <w:t>،</w:t>
      </w:r>
      <w:r w:rsidRPr="00447966">
        <w:rPr>
          <w:sz w:val="30"/>
          <w:szCs w:val="30"/>
          <w:rtl/>
        </w:rPr>
        <w:t xml:space="preserve"> وحجم الهدر في المواد والوقت</w:t>
      </w:r>
      <w:r w:rsidR="00A5297B">
        <w:rPr>
          <w:sz w:val="30"/>
          <w:szCs w:val="30"/>
          <w:rtl/>
          <w:cs w:val="0"/>
        </w:rPr>
        <w:t>.</w:t>
      </w:r>
    </w:p>
    <w:p w14:paraId="3487B88C" w14:textId="2F09786D" w:rsidR="00447966" w:rsidRPr="00447966" w:rsidRDefault="00447966" w:rsidP="00785C0A">
      <w:pPr>
        <w:spacing w:line="276" w:lineRule="auto"/>
        <w:ind w:firstLine="397"/>
        <w:jc w:val="both"/>
        <w:rPr>
          <w:sz w:val="30"/>
          <w:szCs w:val="30"/>
        </w:rPr>
      </w:pPr>
      <w:r w:rsidRPr="00447966">
        <w:rPr>
          <w:sz w:val="30"/>
          <w:szCs w:val="30"/>
          <w:rtl/>
        </w:rPr>
        <w:t>تمثل إدارة الأداء إطارا عمليا يساعد الإدارة على الإجابة عن أربعة أسئلة رئيسة</w:t>
      </w:r>
      <w:r w:rsidR="00A5297B">
        <w:rPr>
          <w:sz w:val="30"/>
          <w:szCs w:val="30"/>
          <w:rtl/>
          <w:cs w:val="0"/>
        </w:rPr>
        <w:t>.</w:t>
      </w:r>
      <w:r w:rsidRPr="00447966">
        <w:rPr>
          <w:sz w:val="30"/>
          <w:szCs w:val="30"/>
          <w:rtl/>
        </w:rPr>
        <w:t xml:space="preserve"> ماذا تريد المنظمة من العامل؟ كيف تقيس مستوى الإنجاز؟ ما الدعم الذي تقدمه الإدارة لتحسين الأداء؟ كيف تكافئ العامل أو تطوره بناء على النتائج؟ عندما تجيب الإدارة عن هذه الأسئلة بوضوح</w:t>
      </w:r>
      <w:r w:rsidR="00A5297B">
        <w:rPr>
          <w:sz w:val="30"/>
          <w:szCs w:val="30"/>
          <w:rtl/>
          <w:cs w:val="0"/>
        </w:rPr>
        <w:t>،</w:t>
      </w:r>
      <w:r w:rsidRPr="00447966">
        <w:rPr>
          <w:sz w:val="30"/>
          <w:szCs w:val="30"/>
          <w:rtl/>
        </w:rPr>
        <w:t xml:space="preserve"> يتحول الأداء من نشاط فردي غير منظم إلى عملية قابلة للقياس والتحسين</w:t>
      </w:r>
      <w:r w:rsidR="00A5297B">
        <w:rPr>
          <w:sz w:val="30"/>
          <w:szCs w:val="30"/>
          <w:rtl/>
          <w:cs w:val="0"/>
        </w:rPr>
        <w:t>.</w:t>
      </w:r>
    </w:p>
    <w:p w14:paraId="55BFAB93" w14:textId="3D122CDC" w:rsidR="00447966" w:rsidRPr="00447966" w:rsidRDefault="00447966" w:rsidP="00785C0A">
      <w:pPr>
        <w:spacing w:line="276" w:lineRule="auto"/>
        <w:ind w:firstLine="397"/>
        <w:jc w:val="both"/>
        <w:rPr>
          <w:sz w:val="30"/>
          <w:szCs w:val="30"/>
        </w:rPr>
      </w:pPr>
      <w:r w:rsidRPr="00447966">
        <w:rPr>
          <w:sz w:val="30"/>
          <w:szCs w:val="30"/>
          <w:rtl/>
        </w:rPr>
        <w:t>لا ينحصر دور إدارة الأداء في إصدار تقييم سنوي للعاملين</w:t>
      </w:r>
      <w:r w:rsidR="00A5297B">
        <w:rPr>
          <w:sz w:val="30"/>
          <w:szCs w:val="30"/>
          <w:rtl/>
          <w:cs w:val="0"/>
        </w:rPr>
        <w:t>.</w:t>
      </w:r>
      <w:r w:rsidRPr="00447966">
        <w:rPr>
          <w:sz w:val="30"/>
          <w:szCs w:val="30"/>
          <w:rtl/>
        </w:rPr>
        <w:t xml:space="preserve"> هذا الفهم يعد محدودا</w:t>
      </w:r>
      <w:r w:rsidR="00A5297B">
        <w:rPr>
          <w:sz w:val="30"/>
          <w:szCs w:val="30"/>
          <w:rtl/>
          <w:cs w:val="0"/>
        </w:rPr>
        <w:t>.</w:t>
      </w:r>
      <w:r w:rsidRPr="00447966">
        <w:rPr>
          <w:sz w:val="30"/>
          <w:szCs w:val="30"/>
          <w:rtl/>
        </w:rPr>
        <w:t xml:space="preserve"> فإدارة الأداء تبدأ قبل تنفيذ العمل من خلال تحديد الأهداف والمعايير</w:t>
      </w:r>
      <w:r w:rsidR="00A5297B">
        <w:rPr>
          <w:sz w:val="30"/>
          <w:szCs w:val="30"/>
          <w:rtl/>
          <w:cs w:val="0"/>
        </w:rPr>
        <w:t>.</w:t>
      </w:r>
      <w:r w:rsidRPr="00447966">
        <w:rPr>
          <w:sz w:val="30"/>
          <w:szCs w:val="30"/>
          <w:rtl/>
        </w:rPr>
        <w:t xml:space="preserve"> وتستمر أثناء التنفيذ من خلال المتابعة والتغذية الراجعة</w:t>
      </w:r>
      <w:r w:rsidR="00A5297B">
        <w:rPr>
          <w:sz w:val="30"/>
          <w:szCs w:val="30"/>
          <w:rtl/>
          <w:cs w:val="0"/>
        </w:rPr>
        <w:t>.</w:t>
      </w:r>
      <w:r w:rsidRPr="00447966">
        <w:rPr>
          <w:sz w:val="30"/>
          <w:szCs w:val="30"/>
          <w:rtl/>
        </w:rPr>
        <w:t xml:space="preserve"> وتظهر بعد التنفيذ من خلال التقييم والحوافز والتطوير</w:t>
      </w:r>
      <w:r w:rsidR="00A5297B">
        <w:rPr>
          <w:sz w:val="30"/>
          <w:szCs w:val="30"/>
          <w:rtl/>
          <w:cs w:val="0"/>
        </w:rPr>
        <w:t>.</w:t>
      </w:r>
      <w:r w:rsidRPr="00447966">
        <w:rPr>
          <w:sz w:val="30"/>
          <w:szCs w:val="30"/>
          <w:rtl/>
        </w:rPr>
        <w:t xml:space="preserve"> لذلك</w:t>
      </w:r>
      <w:r w:rsidR="00A5297B">
        <w:rPr>
          <w:sz w:val="30"/>
          <w:szCs w:val="30"/>
          <w:rtl/>
          <w:cs w:val="0"/>
        </w:rPr>
        <w:t>،</w:t>
      </w:r>
      <w:r w:rsidRPr="00447966">
        <w:rPr>
          <w:sz w:val="30"/>
          <w:szCs w:val="30"/>
          <w:rtl/>
        </w:rPr>
        <w:t xml:space="preserve"> ينظر الفكر الإداري الحديث إلى إدارة الأداء بوصفها عملية مستمرة لا إجراء مؤقتا (</w:t>
      </w:r>
      <w:proofErr w:type="spellStart"/>
      <w:r w:rsidRPr="00447966">
        <w:rPr>
          <w:sz w:val="30"/>
          <w:szCs w:val="30"/>
          <w:rtl/>
        </w:rPr>
        <w:t>Armstrong</w:t>
      </w:r>
      <w:proofErr w:type="spellEnd"/>
      <w:r w:rsidRPr="00447966">
        <w:rPr>
          <w:sz w:val="30"/>
          <w:szCs w:val="30"/>
          <w:rtl/>
        </w:rPr>
        <w:t xml:space="preserve"> &amp; </w:t>
      </w:r>
      <w:proofErr w:type="spellStart"/>
      <w:r w:rsidRPr="00447966">
        <w:rPr>
          <w:sz w:val="30"/>
          <w:szCs w:val="30"/>
          <w:rtl/>
        </w:rPr>
        <w:t>Taylor</w:t>
      </w:r>
      <w:proofErr w:type="spellEnd"/>
      <w:r w:rsidRPr="00447966">
        <w:rPr>
          <w:sz w:val="30"/>
          <w:szCs w:val="30"/>
          <w:rtl/>
        </w:rPr>
        <w:t>, 2023)</w:t>
      </w:r>
      <w:r w:rsidR="00A5297B">
        <w:rPr>
          <w:sz w:val="30"/>
          <w:szCs w:val="30"/>
          <w:rtl/>
          <w:cs w:val="0"/>
        </w:rPr>
        <w:t>.</w:t>
      </w:r>
    </w:p>
    <w:p w14:paraId="352602A4" w14:textId="63653D8F" w:rsidR="00447966" w:rsidRPr="00447966" w:rsidRDefault="00447966" w:rsidP="00785C0A">
      <w:pPr>
        <w:spacing w:line="276" w:lineRule="auto"/>
        <w:ind w:firstLine="397"/>
        <w:jc w:val="both"/>
        <w:rPr>
          <w:sz w:val="30"/>
          <w:szCs w:val="30"/>
        </w:rPr>
      </w:pPr>
      <w:r w:rsidRPr="00447966">
        <w:rPr>
          <w:sz w:val="30"/>
          <w:szCs w:val="30"/>
          <w:rtl/>
        </w:rPr>
        <w:t>في شركة إنتاجية مثل شركة مصنع تمور القصيم المحدودة</w:t>
      </w:r>
      <w:r w:rsidR="00A5297B">
        <w:rPr>
          <w:sz w:val="30"/>
          <w:szCs w:val="30"/>
          <w:rtl/>
          <w:cs w:val="0"/>
        </w:rPr>
        <w:t>،</w:t>
      </w:r>
      <w:r w:rsidRPr="00447966">
        <w:rPr>
          <w:sz w:val="30"/>
          <w:szCs w:val="30"/>
          <w:rtl/>
        </w:rPr>
        <w:t xml:space="preserve"> ترتبط إدارة الأداء بأعمال يومية متتابعة</w:t>
      </w:r>
      <w:r w:rsidR="00A5297B">
        <w:rPr>
          <w:sz w:val="30"/>
          <w:szCs w:val="30"/>
          <w:rtl/>
          <w:cs w:val="0"/>
        </w:rPr>
        <w:t>.</w:t>
      </w:r>
      <w:r w:rsidRPr="00447966">
        <w:rPr>
          <w:sz w:val="30"/>
          <w:szCs w:val="30"/>
          <w:rtl/>
        </w:rPr>
        <w:t xml:space="preserve"> تشمل هذه الأعمال الاستلام</w:t>
      </w:r>
      <w:r w:rsidR="00A5297B">
        <w:rPr>
          <w:sz w:val="30"/>
          <w:szCs w:val="30"/>
          <w:rtl/>
          <w:cs w:val="0"/>
        </w:rPr>
        <w:t>،</w:t>
      </w:r>
      <w:r w:rsidRPr="00447966">
        <w:rPr>
          <w:sz w:val="30"/>
          <w:szCs w:val="30"/>
          <w:rtl/>
        </w:rPr>
        <w:t xml:space="preserve"> والفرز</w:t>
      </w:r>
      <w:r w:rsidR="00A5297B">
        <w:rPr>
          <w:sz w:val="30"/>
          <w:szCs w:val="30"/>
          <w:rtl/>
          <w:cs w:val="0"/>
        </w:rPr>
        <w:t>،</w:t>
      </w:r>
      <w:r w:rsidRPr="00447966">
        <w:rPr>
          <w:sz w:val="30"/>
          <w:szCs w:val="30"/>
          <w:rtl/>
        </w:rPr>
        <w:t xml:space="preserve"> والمعالجة</w:t>
      </w:r>
      <w:r w:rsidR="00A5297B">
        <w:rPr>
          <w:sz w:val="30"/>
          <w:szCs w:val="30"/>
          <w:rtl/>
          <w:cs w:val="0"/>
        </w:rPr>
        <w:t>،</w:t>
      </w:r>
      <w:r w:rsidRPr="00447966">
        <w:rPr>
          <w:sz w:val="30"/>
          <w:szCs w:val="30"/>
          <w:rtl/>
        </w:rPr>
        <w:t xml:space="preserve"> والتعبئة</w:t>
      </w:r>
      <w:r w:rsidR="00A5297B">
        <w:rPr>
          <w:sz w:val="30"/>
          <w:szCs w:val="30"/>
          <w:rtl/>
          <w:cs w:val="0"/>
        </w:rPr>
        <w:t>،</w:t>
      </w:r>
      <w:r w:rsidRPr="00447966">
        <w:rPr>
          <w:sz w:val="30"/>
          <w:szCs w:val="30"/>
          <w:rtl/>
        </w:rPr>
        <w:t xml:space="preserve"> والتغليف</w:t>
      </w:r>
      <w:r w:rsidR="00A5297B">
        <w:rPr>
          <w:sz w:val="30"/>
          <w:szCs w:val="30"/>
          <w:rtl/>
          <w:cs w:val="0"/>
        </w:rPr>
        <w:t>،</w:t>
      </w:r>
      <w:r w:rsidRPr="00447966">
        <w:rPr>
          <w:sz w:val="30"/>
          <w:szCs w:val="30"/>
          <w:rtl/>
        </w:rPr>
        <w:t xml:space="preserve"> والتخزين</w:t>
      </w:r>
      <w:r w:rsidR="00A5297B">
        <w:rPr>
          <w:sz w:val="30"/>
          <w:szCs w:val="30"/>
          <w:rtl/>
          <w:cs w:val="0"/>
        </w:rPr>
        <w:t>،</w:t>
      </w:r>
      <w:r w:rsidRPr="00447966">
        <w:rPr>
          <w:sz w:val="30"/>
          <w:szCs w:val="30"/>
          <w:rtl/>
        </w:rPr>
        <w:t xml:space="preserve"> والتوزيع</w:t>
      </w:r>
      <w:r w:rsidR="00A5297B">
        <w:rPr>
          <w:sz w:val="30"/>
          <w:szCs w:val="30"/>
          <w:rtl/>
          <w:cs w:val="0"/>
        </w:rPr>
        <w:t>.</w:t>
      </w:r>
      <w:r w:rsidRPr="00447966">
        <w:rPr>
          <w:sz w:val="30"/>
          <w:szCs w:val="30"/>
          <w:rtl/>
        </w:rPr>
        <w:t xml:space="preserve"> يحتاج كل نشاط إلى معيار أداء واضح</w:t>
      </w:r>
      <w:r w:rsidR="00A5297B">
        <w:rPr>
          <w:sz w:val="30"/>
          <w:szCs w:val="30"/>
          <w:rtl/>
          <w:cs w:val="0"/>
        </w:rPr>
        <w:t>.</w:t>
      </w:r>
      <w:r w:rsidRPr="00447966">
        <w:rPr>
          <w:sz w:val="30"/>
          <w:szCs w:val="30"/>
          <w:rtl/>
        </w:rPr>
        <w:t xml:space="preserve"> يحتاج العامل إلى معرفة المطلوب منه في الوقت والجودة والكمية</w:t>
      </w:r>
      <w:r w:rsidR="00A5297B">
        <w:rPr>
          <w:sz w:val="30"/>
          <w:szCs w:val="30"/>
          <w:rtl/>
          <w:cs w:val="0"/>
        </w:rPr>
        <w:t>.</w:t>
      </w:r>
      <w:r w:rsidRPr="00447966">
        <w:rPr>
          <w:sz w:val="30"/>
          <w:szCs w:val="30"/>
          <w:rtl/>
        </w:rPr>
        <w:t xml:space="preserve"> ويحتاج المشرف إلى أداة متابعة تقيس الإنجاز وتكشف الأخطاء في وقت مبكر</w:t>
      </w:r>
      <w:r w:rsidR="00A5297B">
        <w:rPr>
          <w:sz w:val="30"/>
          <w:szCs w:val="30"/>
          <w:rtl/>
          <w:cs w:val="0"/>
        </w:rPr>
        <w:t>.</w:t>
      </w:r>
      <w:r w:rsidRPr="00447966">
        <w:rPr>
          <w:sz w:val="30"/>
          <w:szCs w:val="30"/>
          <w:rtl/>
        </w:rPr>
        <w:t xml:space="preserve"> لذلك</w:t>
      </w:r>
      <w:r w:rsidR="00A5297B">
        <w:rPr>
          <w:sz w:val="30"/>
          <w:szCs w:val="30"/>
          <w:rtl/>
          <w:cs w:val="0"/>
        </w:rPr>
        <w:t>،</w:t>
      </w:r>
      <w:r w:rsidRPr="00447966">
        <w:rPr>
          <w:sz w:val="30"/>
          <w:szCs w:val="30"/>
          <w:rtl/>
        </w:rPr>
        <w:t xml:space="preserve"> تمثل إدارة الأداء وسيلة عملية لتحسين الإنتاجية داخل هذا النوع من الشركات</w:t>
      </w:r>
      <w:r w:rsidR="00A5297B">
        <w:rPr>
          <w:sz w:val="30"/>
          <w:szCs w:val="30"/>
          <w:rtl/>
          <w:cs w:val="0"/>
        </w:rPr>
        <w:t>.</w:t>
      </w:r>
    </w:p>
    <w:p w14:paraId="0E40180F" w14:textId="35DC2290" w:rsidR="00447966" w:rsidRPr="004B1822" w:rsidRDefault="004B1822" w:rsidP="00785C0A">
      <w:pPr>
        <w:pStyle w:val="Heading3"/>
        <w:spacing w:line="276" w:lineRule="auto"/>
        <w:jc w:val="both"/>
      </w:pPr>
      <w:bookmarkStart w:id="447" w:name="_Toc233582865"/>
      <w:bookmarkStart w:id="448" w:name="_Toc233583032"/>
      <w:bookmarkStart w:id="449" w:name="_Toc233584665"/>
      <w:bookmarkStart w:id="450" w:name="_Toc233585037"/>
      <w:bookmarkStart w:id="451" w:name="_Toc233585163"/>
      <w:bookmarkStart w:id="452" w:name="_Toc233585304"/>
      <w:bookmarkStart w:id="453" w:name="_Toc233585634"/>
      <w:bookmarkStart w:id="454" w:name="_Toc233585790"/>
      <w:bookmarkStart w:id="455" w:name="_Toc233585916"/>
      <w:bookmarkStart w:id="456" w:name="_Toc233586045"/>
      <w:bookmarkStart w:id="457" w:name="_Toc233586823"/>
      <w:bookmarkStart w:id="458" w:name="_Toc233586958"/>
      <w:bookmarkStart w:id="459" w:name="_Toc233587099"/>
      <w:bookmarkStart w:id="460" w:name="_Toc233587258"/>
      <w:bookmarkStart w:id="461" w:name="_Toc233587636"/>
      <w:r w:rsidRPr="004B1822">
        <w:rPr>
          <w:rtl/>
        </w:rPr>
        <w:t>التطور التاريخي لإدارة الأداء</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4BE7C00E" w14:textId="72581504" w:rsidR="00447966" w:rsidRPr="00447966" w:rsidRDefault="00447966" w:rsidP="00785C0A">
      <w:pPr>
        <w:spacing w:line="276" w:lineRule="auto"/>
        <w:ind w:firstLine="397"/>
        <w:jc w:val="both"/>
        <w:rPr>
          <w:sz w:val="30"/>
          <w:szCs w:val="30"/>
        </w:rPr>
      </w:pPr>
      <w:r w:rsidRPr="00447966">
        <w:rPr>
          <w:sz w:val="30"/>
          <w:szCs w:val="30"/>
          <w:rtl/>
        </w:rPr>
        <w:t>مر مفهوم إدارة الأداء بعدة مراحل</w:t>
      </w:r>
      <w:r w:rsidR="00A5297B">
        <w:rPr>
          <w:sz w:val="30"/>
          <w:szCs w:val="30"/>
          <w:rtl/>
          <w:cs w:val="0"/>
        </w:rPr>
        <w:t>.</w:t>
      </w:r>
      <w:r w:rsidRPr="00447966">
        <w:rPr>
          <w:sz w:val="30"/>
          <w:szCs w:val="30"/>
          <w:rtl/>
        </w:rPr>
        <w:t xml:space="preserve"> بدأت المرحلة الأولى من خلال الاهتمام بقياس أداء العاملين بطريقة بسيطة تعتمد على ملاحظة المشرف المباشر</w:t>
      </w:r>
      <w:r w:rsidR="00A5297B">
        <w:rPr>
          <w:sz w:val="30"/>
          <w:szCs w:val="30"/>
          <w:rtl/>
          <w:cs w:val="0"/>
        </w:rPr>
        <w:t>.</w:t>
      </w:r>
      <w:r w:rsidRPr="00447966">
        <w:rPr>
          <w:sz w:val="30"/>
          <w:szCs w:val="30"/>
          <w:rtl/>
        </w:rPr>
        <w:t xml:space="preserve"> ركزت هذه المرحلة على تقييم العامل من حيث الالتزام</w:t>
      </w:r>
      <w:r w:rsidR="00A5297B">
        <w:rPr>
          <w:sz w:val="30"/>
          <w:szCs w:val="30"/>
          <w:rtl/>
          <w:cs w:val="0"/>
        </w:rPr>
        <w:t>،</w:t>
      </w:r>
      <w:r w:rsidRPr="00447966">
        <w:rPr>
          <w:sz w:val="30"/>
          <w:szCs w:val="30"/>
          <w:rtl/>
        </w:rPr>
        <w:t xml:space="preserve"> والانضباط</w:t>
      </w:r>
      <w:r w:rsidR="00A5297B">
        <w:rPr>
          <w:sz w:val="30"/>
          <w:szCs w:val="30"/>
          <w:rtl/>
          <w:cs w:val="0"/>
        </w:rPr>
        <w:t>،</w:t>
      </w:r>
      <w:r w:rsidRPr="00447966">
        <w:rPr>
          <w:sz w:val="30"/>
          <w:szCs w:val="30"/>
          <w:rtl/>
        </w:rPr>
        <w:t xml:space="preserve"> والقدرة على تنفيذ التعليمات</w:t>
      </w:r>
      <w:r w:rsidR="00A5297B">
        <w:rPr>
          <w:sz w:val="30"/>
          <w:szCs w:val="30"/>
          <w:rtl/>
          <w:cs w:val="0"/>
        </w:rPr>
        <w:t>.</w:t>
      </w:r>
      <w:r w:rsidRPr="00447966">
        <w:rPr>
          <w:sz w:val="30"/>
          <w:szCs w:val="30"/>
          <w:rtl/>
        </w:rPr>
        <w:t xml:space="preserve"> كان التقييم في هذه المرحلة شخصيا بدرجة كبيرة</w:t>
      </w:r>
      <w:r w:rsidR="00A5297B">
        <w:rPr>
          <w:sz w:val="30"/>
          <w:szCs w:val="30"/>
          <w:rtl/>
          <w:cs w:val="0"/>
        </w:rPr>
        <w:t>،</w:t>
      </w:r>
      <w:r w:rsidRPr="00447966">
        <w:rPr>
          <w:sz w:val="30"/>
          <w:szCs w:val="30"/>
          <w:rtl/>
        </w:rPr>
        <w:t xml:space="preserve"> ويعتمد على حكم الرئيس المباشر أكثر من اعتماده على معايير واضحة</w:t>
      </w:r>
      <w:r w:rsidR="00A5297B">
        <w:rPr>
          <w:sz w:val="30"/>
          <w:szCs w:val="30"/>
          <w:rtl/>
          <w:cs w:val="0"/>
        </w:rPr>
        <w:t>.</w:t>
      </w:r>
    </w:p>
    <w:p w14:paraId="14BFB34D" w14:textId="2ED6506A" w:rsidR="00447966" w:rsidRPr="00447966" w:rsidRDefault="00447966" w:rsidP="00785C0A">
      <w:pPr>
        <w:spacing w:line="276" w:lineRule="auto"/>
        <w:ind w:firstLine="397"/>
        <w:jc w:val="both"/>
        <w:rPr>
          <w:sz w:val="30"/>
          <w:szCs w:val="30"/>
        </w:rPr>
      </w:pPr>
      <w:r w:rsidRPr="00447966">
        <w:rPr>
          <w:sz w:val="30"/>
          <w:szCs w:val="30"/>
          <w:rtl/>
        </w:rPr>
        <w:t>ظهرت المرحلة الثانية مع توسع المنظمات وزيادة عدد العاملين</w:t>
      </w:r>
      <w:r w:rsidR="00A5297B">
        <w:rPr>
          <w:sz w:val="30"/>
          <w:szCs w:val="30"/>
          <w:rtl/>
          <w:cs w:val="0"/>
        </w:rPr>
        <w:t>.</w:t>
      </w:r>
      <w:r w:rsidRPr="00447966">
        <w:rPr>
          <w:sz w:val="30"/>
          <w:szCs w:val="30"/>
          <w:rtl/>
        </w:rPr>
        <w:t xml:space="preserve"> احتاجت الإدارة إلى نماذج أكثر تنظيما لتقييم الأداء</w:t>
      </w:r>
      <w:r w:rsidR="00A5297B">
        <w:rPr>
          <w:sz w:val="30"/>
          <w:szCs w:val="30"/>
          <w:rtl/>
          <w:cs w:val="0"/>
        </w:rPr>
        <w:t>.</w:t>
      </w:r>
      <w:r w:rsidRPr="00447966">
        <w:rPr>
          <w:sz w:val="30"/>
          <w:szCs w:val="30"/>
          <w:rtl/>
        </w:rPr>
        <w:t xml:space="preserve"> لذلك</w:t>
      </w:r>
      <w:r w:rsidR="00A5297B">
        <w:rPr>
          <w:sz w:val="30"/>
          <w:szCs w:val="30"/>
          <w:rtl/>
          <w:cs w:val="0"/>
        </w:rPr>
        <w:t>،</w:t>
      </w:r>
      <w:r w:rsidRPr="00447966">
        <w:rPr>
          <w:sz w:val="30"/>
          <w:szCs w:val="30"/>
          <w:rtl/>
        </w:rPr>
        <w:t xml:space="preserve"> انتشرت بطاقات التقييم السنوي التي تتضمن درجات ومعايير عامة</w:t>
      </w:r>
      <w:r w:rsidR="00A5297B">
        <w:rPr>
          <w:sz w:val="30"/>
          <w:szCs w:val="30"/>
          <w:rtl/>
          <w:cs w:val="0"/>
        </w:rPr>
        <w:t>.</w:t>
      </w:r>
      <w:r w:rsidRPr="00447966">
        <w:rPr>
          <w:sz w:val="30"/>
          <w:szCs w:val="30"/>
          <w:rtl/>
        </w:rPr>
        <w:t xml:space="preserve"> ركزت هذه المرحلة على تصنيف العاملين</w:t>
      </w:r>
      <w:r w:rsidR="00A5297B">
        <w:rPr>
          <w:sz w:val="30"/>
          <w:szCs w:val="30"/>
          <w:rtl/>
          <w:cs w:val="0"/>
        </w:rPr>
        <w:t>،</w:t>
      </w:r>
      <w:r w:rsidRPr="00447966">
        <w:rPr>
          <w:sz w:val="30"/>
          <w:szCs w:val="30"/>
          <w:rtl/>
        </w:rPr>
        <w:t xml:space="preserve"> وتحديد من يستحق الترقية أو المكافأة أو المساءلة</w:t>
      </w:r>
      <w:r w:rsidR="00A5297B">
        <w:rPr>
          <w:sz w:val="30"/>
          <w:szCs w:val="30"/>
          <w:rtl/>
          <w:cs w:val="0"/>
        </w:rPr>
        <w:t>.</w:t>
      </w:r>
      <w:r w:rsidRPr="00447966">
        <w:rPr>
          <w:sz w:val="30"/>
          <w:szCs w:val="30"/>
          <w:rtl/>
        </w:rPr>
        <w:t xml:space="preserve"> لكنها لم تمنح التطوير والمتابعة اهتماما كافيا</w:t>
      </w:r>
      <w:r w:rsidR="00A5297B">
        <w:rPr>
          <w:sz w:val="30"/>
          <w:szCs w:val="30"/>
          <w:rtl/>
          <w:cs w:val="0"/>
        </w:rPr>
        <w:t>.</w:t>
      </w:r>
    </w:p>
    <w:p w14:paraId="194E5F20" w14:textId="175118E8" w:rsidR="00447966" w:rsidRPr="00447966" w:rsidRDefault="00447966" w:rsidP="00785C0A">
      <w:pPr>
        <w:spacing w:line="276" w:lineRule="auto"/>
        <w:ind w:firstLine="397"/>
        <w:jc w:val="both"/>
        <w:rPr>
          <w:sz w:val="30"/>
          <w:szCs w:val="30"/>
        </w:rPr>
      </w:pPr>
      <w:r w:rsidRPr="00447966">
        <w:rPr>
          <w:sz w:val="30"/>
          <w:szCs w:val="30"/>
          <w:rtl/>
        </w:rPr>
        <w:lastRenderedPageBreak/>
        <w:t>ظهرت المرحلة الثالثة مع نمو إدارة الموارد البشرية</w:t>
      </w:r>
      <w:r w:rsidR="00A5297B">
        <w:rPr>
          <w:sz w:val="30"/>
          <w:szCs w:val="30"/>
          <w:rtl/>
          <w:cs w:val="0"/>
        </w:rPr>
        <w:t>.</w:t>
      </w:r>
      <w:r w:rsidRPr="00447966">
        <w:rPr>
          <w:sz w:val="30"/>
          <w:szCs w:val="30"/>
          <w:rtl/>
        </w:rPr>
        <w:t xml:space="preserve"> بدأ الفكر الإداري يميز بين تقييم الأداء وإدارة الأداء</w:t>
      </w:r>
      <w:r w:rsidR="00A5297B">
        <w:rPr>
          <w:sz w:val="30"/>
          <w:szCs w:val="30"/>
          <w:rtl/>
          <w:cs w:val="0"/>
        </w:rPr>
        <w:t>.</w:t>
      </w:r>
      <w:r w:rsidRPr="00447966">
        <w:rPr>
          <w:sz w:val="30"/>
          <w:szCs w:val="30"/>
          <w:rtl/>
        </w:rPr>
        <w:t xml:space="preserve"> أصبح تقييم الأداء جزءا من نظام أوسع</w:t>
      </w:r>
      <w:r w:rsidR="00A5297B">
        <w:rPr>
          <w:sz w:val="30"/>
          <w:szCs w:val="30"/>
          <w:rtl/>
          <w:cs w:val="0"/>
        </w:rPr>
        <w:t>.</w:t>
      </w:r>
      <w:r w:rsidRPr="00447966">
        <w:rPr>
          <w:sz w:val="30"/>
          <w:szCs w:val="30"/>
          <w:rtl/>
        </w:rPr>
        <w:t xml:space="preserve"> لم يعد الهدف هو الحكم على العامل فقط</w:t>
      </w:r>
      <w:r w:rsidR="00A5297B">
        <w:rPr>
          <w:sz w:val="30"/>
          <w:szCs w:val="30"/>
          <w:rtl/>
          <w:cs w:val="0"/>
        </w:rPr>
        <w:t>،</w:t>
      </w:r>
      <w:r w:rsidRPr="00447966">
        <w:rPr>
          <w:sz w:val="30"/>
          <w:szCs w:val="30"/>
          <w:rtl/>
        </w:rPr>
        <w:t xml:space="preserve"> بل تحسين أدائه ومساعدته على تحقيق النتائج</w:t>
      </w:r>
      <w:r w:rsidR="00A5297B">
        <w:rPr>
          <w:sz w:val="30"/>
          <w:szCs w:val="30"/>
          <w:rtl/>
          <w:cs w:val="0"/>
        </w:rPr>
        <w:t>.</w:t>
      </w:r>
      <w:r w:rsidRPr="00447966">
        <w:rPr>
          <w:sz w:val="30"/>
          <w:szCs w:val="30"/>
          <w:rtl/>
        </w:rPr>
        <w:t xml:space="preserve"> ركزت هذه المرحلة على تحديد الأهداف</w:t>
      </w:r>
      <w:r w:rsidR="00A5297B">
        <w:rPr>
          <w:sz w:val="30"/>
          <w:szCs w:val="30"/>
          <w:rtl/>
          <w:cs w:val="0"/>
        </w:rPr>
        <w:t>،</w:t>
      </w:r>
      <w:r w:rsidRPr="00447966">
        <w:rPr>
          <w:sz w:val="30"/>
          <w:szCs w:val="30"/>
          <w:rtl/>
        </w:rPr>
        <w:t xml:space="preserve"> ومناقشة الأداء</w:t>
      </w:r>
      <w:r w:rsidR="00A5297B">
        <w:rPr>
          <w:sz w:val="30"/>
          <w:szCs w:val="30"/>
          <w:rtl/>
          <w:cs w:val="0"/>
        </w:rPr>
        <w:t>،</w:t>
      </w:r>
      <w:r w:rsidRPr="00447966">
        <w:rPr>
          <w:sz w:val="30"/>
          <w:szCs w:val="30"/>
          <w:rtl/>
        </w:rPr>
        <w:t xml:space="preserve"> وإشراك العامل في معرفة نقاط القوة والضعف (</w:t>
      </w:r>
      <w:proofErr w:type="spellStart"/>
      <w:r w:rsidRPr="00447966">
        <w:rPr>
          <w:sz w:val="30"/>
          <w:szCs w:val="30"/>
          <w:rtl/>
        </w:rPr>
        <w:t>DeNisi</w:t>
      </w:r>
      <w:proofErr w:type="spellEnd"/>
      <w:r w:rsidRPr="00447966">
        <w:rPr>
          <w:sz w:val="30"/>
          <w:szCs w:val="30"/>
          <w:rtl/>
        </w:rPr>
        <w:t xml:space="preserve"> &amp; </w:t>
      </w:r>
      <w:proofErr w:type="spellStart"/>
      <w:r w:rsidRPr="00447966">
        <w:rPr>
          <w:sz w:val="30"/>
          <w:szCs w:val="30"/>
          <w:rtl/>
        </w:rPr>
        <w:t>Murphy</w:t>
      </w:r>
      <w:proofErr w:type="spellEnd"/>
      <w:r w:rsidRPr="00447966">
        <w:rPr>
          <w:sz w:val="30"/>
          <w:szCs w:val="30"/>
          <w:rtl/>
        </w:rPr>
        <w:t>, 2017)</w:t>
      </w:r>
      <w:r w:rsidR="00A5297B">
        <w:rPr>
          <w:sz w:val="30"/>
          <w:szCs w:val="30"/>
          <w:rtl/>
          <w:cs w:val="0"/>
        </w:rPr>
        <w:t>.</w:t>
      </w:r>
    </w:p>
    <w:p w14:paraId="6EA41368" w14:textId="159788CB" w:rsidR="00447966" w:rsidRPr="00447966" w:rsidRDefault="00447966" w:rsidP="00785C0A">
      <w:pPr>
        <w:spacing w:line="276" w:lineRule="auto"/>
        <w:ind w:firstLine="397"/>
        <w:jc w:val="both"/>
        <w:rPr>
          <w:sz w:val="30"/>
          <w:szCs w:val="30"/>
        </w:rPr>
      </w:pPr>
      <w:r w:rsidRPr="00447966">
        <w:rPr>
          <w:sz w:val="30"/>
          <w:szCs w:val="30"/>
          <w:rtl/>
        </w:rPr>
        <w:t>ظهرت المرحلة الرابعة مع زيادة المنافسة والتغير في بيئة العمل</w:t>
      </w:r>
      <w:r w:rsidR="00A5297B">
        <w:rPr>
          <w:sz w:val="30"/>
          <w:szCs w:val="30"/>
          <w:rtl/>
          <w:cs w:val="0"/>
        </w:rPr>
        <w:t>.</w:t>
      </w:r>
      <w:r w:rsidRPr="00447966">
        <w:rPr>
          <w:sz w:val="30"/>
          <w:szCs w:val="30"/>
          <w:rtl/>
        </w:rPr>
        <w:t xml:space="preserve"> اتجهت المنظمات إلى مراجعات أداء أقصر وأكثر انتظاما</w:t>
      </w:r>
      <w:r w:rsidR="00A5297B">
        <w:rPr>
          <w:sz w:val="30"/>
          <w:szCs w:val="30"/>
          <w:rtl/>
          <w:cs w:val="0"/>
        </w:rPr>
        <w:t>،</w:t>
      </w:r>
      <w:r w:rsidRPr="00447966">
        <w:rPr>
          <w:sz w:val="30"/>
          <w:szCs w:val="30"/>
          <w:rtl/>
        </w:rPr>
        <w:t xml:space="preserve"> بدلا من الاعتماد الكامل على التقييم السنوي</w:t>
      </w:r>
      <w:r w:rsidR="00A5297B">
        <w:rPr>
          <w:sz w:val="30"/>
          <w:szCs w:val="30"/>
          <w:rtl/>
          <w:cs w:val="0"/>
        </w:rPr>
        <w:t>.</w:t>
      </w:r>
      <w:r w:rsidRPr="00447966">
        <w:rPr>
          <w:sz w:val="30"/>
          <w:szCs w:val="30"/>
          <w:rtl/>
        </w:rPr>
        <w:t xml:space="preserve"> زاد الاهتمام بالتغذية الراجعة المستمرة</w:t>
      </w:r>
      <w:r w:rsidR="00A5297B">
        <w:rPr>
          <w:sz w:val="30"/>
          <w:szCs w:val="30"/>
          <w:rtl/>
          <w:cs w:val="0"/>
        </w:rPr>
        <w:t>،</w:t>
      </w:r>
      <w:r w:rsidRPr="00447966">
        <w:rPr>
          <w:sz w:val="30"/>
          <w:szCs w:val="30"/>
          <w:rtl/>
        </w:rPr>
        <w:t xml:space="preserve"> ومؤشرات الأداء</w:t>
      </w:r>
      <w:r w:rsidR="00A5297B">
        <w:rPr>
          <w:sz w:val="30"/>
          <w:szCs w:val="30"/>
          <w:rtl/>
          <w:cs w:val="0"/>
        </w:rPr>
        <w:t>،</w:t>
      </w:r>
      <w:r w:rsidRPr="00447966">
        <w:rPr>
          <w:sz w:val="30"/>
          <w:szCs w:val="30"/>
          <w:rtl/>
        </w:rPr>
        <w:t xml:space="preserve"> والتدريب أثناء العمل</w:t>
      </w:r>
      <w:r w:rsidR="00A5297B">
        <w:rPr>
          <w:sz w:val="30"/>
          <w:szCs w:val="30"/>
          <w:rtl/>
          <w:cs w:val="0"/>
        </w:rPr>
        <w:t>،</w:t>
      </w:r>
      <w:r w:rsidRPr="00447966">
        <w:rPr>
          <w:sz w:val="30"/>
          <w:szCs w:val="30"/>
          <w:rtl/>
        </w:rPr>
        <w:t xml:space="preserve"> وربط الأداء بالنتائج الفعلية</w:t>
      </w:r>
      <w:r w:rsidR="00A5297B">
        <w:rPr>
          <w:sz w:val="30"/>
          <w:szCs w:val="30"/>
          <w:rtl/>
          <w:cs w:val="0"/>
        </w:rPr>
        <w:t>.</w:t>
      </w:r>
      <w:r w:rsidRPr="00447966">
        <w:rPr>
          <w:sz w:val="30"/>
          <w:szCs w:val="30"/>
          <w:rtl/>
        </w:rPr>
        <w:t xml:space="preserve"> تؤكد الأدبيات الحديثة أن التقييم السنوي وحده لا يكفي لتحسين النتائج إذا لم ترافقه متابعة مستمرة وتطوير واضح (</w:t>
      </w:r>
      <w:proofErr w:type="spellStart"/>
      <w:r w:rsidRPr="00447966">
        <w:rPr>
          <w:sz w:val="30"/>
          <w:szCs w:val="30"/>
          <w:rtl/>
        </w:rPr>
        <w:t>Pulakos</w:t>
      </w:r>
      <w:proofErr w:type="spellEnd"/>
      <w:r w:rsidRPr="00447966">
        <w:rPr>
          <w:sz w:val="30"/>
          <w:szCs w:val="30"/>
          <w:rtl/>
        </w:rPr>
        <w:t xml:space="preserve"> </w:t>
      </w:r>
      <w:proofErr w:type="spellStart"/>
      <w:r w:rsidRPr="00447966">
        <w:rPr>
          <w:sz w:val="30"/>
          <w:szCs w:val="30"/>
          <w:rtl/>
        </w:rPr>
        <w:t>et</w:t>
      </w:r>
      <w:proofErr w:type="spellEnd"/>
      <w:r w:rsidRPr="00447966">
        <w:rPr>
          <w:sz w:val="30"/>
          <w:szCs w:val="30"/>
          <w:rtl/>
        </w:rPr>
        <w:t xml:space="preserve"> </w:t>
      </w:r>
      <w:proofErr w:type="spellStart"/>
      <w:r w:rsidRPr="00447966">
        <w:rPr>
          <w:sz w:val="30"/>
          <w:szCs w:val="30"/>
          <w:rtl/>
        </w:rPr>
        <w:t>al</w:t>
      </w:r>
      <w:proofErr w:type="spellEnd"/>
      <w:r w:rsidR="00A5297B">
        <w:rPr>
          <w:sz w:val="30"/>
          <w:szCs w:val="30"/>
          <w:rtl/>
          <w:cs w:val="0"/>
        </w:rPr>
        <w:t>.</w:t>
      </w:r>
      <w:r w:rsidRPr="00447966">
        <w:rPr>
          <w:sz w:val="30"/>
          <w:szCs w:val="30"/>
          <w:rtl/>
        </w:rPr>
        <w:t>, 2015)</w:t>
      </w:r>
      <w:r w:rsidR="00A5297B">
        <w:rPr>
          <w:sz w:val="30"/>
          <w:szCs w:val="30"/>
          <w:rtl/>
          <w:cs w:val="0"/>
        </w:rPr>
        <w:t>.</w:t>
      </w:r>
    </w:p>
    <w:p w14:paraId="5F16F21B" w14:textId="0076DD5C" w:rsidR="00447966" w:rsidRPr="00447966" w:rsidRDefault="00447966" w:rsidP="00785C0A">
      <w:pPr>
        <w:spacing w:line="276" w:lineRule="auto"/>
        <w:ind w:firstLine="397"/>
        <w:jc w:val="both"/>
        <w:rPr>
          <w:sz w:val="30"/>
          <w:szCs w:val="30"/>
        </w:rPr>
      </w:pPr>
      <w:r w:rsidRPr="00447966">
        <w:rPr>
          <w:sz w:val="30"/>
          <w:szCs w:val="30"/>
          <w:rtl/>
        </w:rPr>
        <w:t>يمثل هذا التطور تحولا من ثقافة الحكم على العامل إلى ثقافة تحسين الأداء</w:t>
      </w:r>
      <w:r w:rsidR="00A5297B">
        <w:rPr>
          <w:sz w:val="30"/>
          <w:szCs w:val="30"/>
          <w:rtl/>
          <w:cs w:val="0"/>
        </w:rPr>
        <w:t>.</w:t>
      </w:r>
      <w:r w:rsidRPr="00447966">
        <w:rPr>
          <w:sz w:val="30"/>
          <w:szCs w:val="30"/>
          <w:rtl/>
        </w:rPr>
        <w:t xml:space="preserve"> في المنشآت الإنتاجية</w:t>
      </w:r>
      <w:r w:rsidR="00A5297B">
        <w:rPr>
          <w:sz w:val="30"/>
          <w:szCs w:val="30"/>
          <w:rtl/>
          <w:cs w:val="0"/>
        </w:rPr>
        <w:t>،</w:t>
      </w:r>
      <w:r w:rsidRPr="00447966">
        <w:rPr>
          <w:sz w:val="30"/>
          <w:szCs w:val="30"/>
          <w:rtl/>
        </w:rPr>
        <w:t xml:space="preserve"> يعد هذا التحول مهما</w:t>
      </w:r>
      <w:r w:rsidR="00A5297B">
        <w:rPr>
          <w:sz w:val="30"/>
          <w:szCs w:val="30"/>
          <w:rtl/>
          <w:cs w:val="0"/>
        </w:rPr>
        <w:t>،</w:t>
      </w:r>
      <w:r w:rsidRPr="00447966">
        <w:rPr>
          <w:sz w:val="30"/>
          <w:szCs w:val="30"/>
          <w:rtl/>
        </w:rPr>
        <w:t xml:space="preserve"> لأن تأخر التصحيح يرفع تكلفة الخطأ</w:t>
      </w:r>
      <w:r w:rsidR="00A5297B">
        <w:rPr>
          <w:sz w:val="30"/>
          <w:szCs w:val="30"/>
          <w:rtl/>
          <w:cs w:val="0"/>
        </w:rPr>
        <w:t>.</w:t>
      </w:r>
      <w:r w:rsidRPr="00447966">
        <w:rPr>
          <w:sz w:val="30"/>
          <w:szCs w:val="30"/>
          <w:rtl/>
        </w:rPr>
        <w:t xml:space="preserve"> فإذا اكتشفت الإدارة الخطأ بعد نهاية دورة التقييم</w:t>
      </w:r>
      <w:r w:rsidR="00A5297B">
        <w:rPr>
          <w:sz w:val="30"/>
          <w:szCs w:val="30"/>
          <w:rtl/>
          <w:cs w:val="0"/>
        </w:rPr>
        <w:t>،</w:t>
      </w:r>
      <w:r w:rsidRPr="00447966">
        <w:rPr>
          <w:sz w:val="30"/>
          <w:szCs w:val="30"/>
          <w:rtl/>
        </w:rPr>
        <w:t xml:space="preserve"> تكون الخسارة قد حدثت في الوقت أو المواد أو جودة المنتج</w:t>
      </w:r>
      <w:r w:rsidR="00A5297B">
        <w:rPr>
          <w:sz w:val="30"/>
          <w:szCs w:val="30"/>
          <w:rtl/>
          <w:cs w:val="0"/>
        </w:rPr>
        <w:t>.</w:t>
      </w:r>
      <w:r w:rsidRPr="00447966">
        <w:rPr>
          <w:sz w:val="30"/>
          <w:szCs w:val="30"/>
          <w:rtl/>
        </w:rPr>
        <w:t xml:space="preserve"> أما المتابعة المستمرة</w:t>
      </w:r>
      <w:r w:rsidR="00A5297B">
        <w:rPr>
          <w:sz w:val="30"/>
          <w:szCs w:val="30"/>
          <w:rtl/>
          <w:cs w:val="0"/>
        </w:rPr>
        <w:t>،</w:t>
      </w:r>
      <w:r w:rsidRPr="00447966">
        <w:rPr>
          <w:sz w:val="30"/>
          <w:szCs w:val="30"/>
          <w:rtl/>
        </w:rPr>
        <w:t xml:space="preserve"> فتسمح بتعديل الأداء في الوقت المناسب</w:t>
      </w:r>
      <w:r w:rsidR="00A5297B">
        <w:rPr>
          <w:sz w:val="30"/>
          <w:szCs w:val="30"/>
          <w:rtl/>
          <w:cs w:val="0"/>
        </w:rPr>
        <w:t>.</w:t>
      </w:r>
    </w:p>
    <w:p w14:paraId="280780CF" w14:textId="0F3DAE3B" w:rsidR="00447966" w:rsidRPr="00447966" w:rsidRDefault="00447966" w:rsidP="00785C0A">
      <w:pPr>
        <w:pStyle w:val="Caption"/>
      </w:pPr>
      <w:bookmarkStart w:id="462" w:name="_Toc233588176"/>
      <w:r w:rsidRPr="00447966">
        <w:rPr>
          <w:rtl/>
        </w:rPr>
        <w:t xml:space="preserve">جدول </w:t>
      </w:r>
      <w:r w:rsidRPr="00447966">
        <w:rPr>
          <w:rtl/>
          <w:cs/>
        </w:rPr>
        <w:fldChar w:fldCharType="begin"/>
      </w:r>
      <w:r w:rsidRPr="00447966">
        <w:rPr>
          <w:rtl/>
          <w:cs/>
        </w:rPr>
        <w:instrText xml:space="preserve"> </w:instrText>
      </w:r>
      <w:r w:rsidRPr="00447966">
        <w:rPr>
          <w:cs/>
        </w:rPr>
        <w:instrText>SEQ</w:instrText>
      </w:r>
      <w:r w:rsidRPr="00447966">
        <w:rPr>
          <w:rtl/>
          <w:cs/>
        </w:rPr>
        <w:instrText xml:space="preserve"> جدول \* </w:instrText>
      </w:r>
      <w:r w:rsidRPr="00447966">
        <w:rPr>
          <w:cs/>
        </w:rPr>
        <w:instrText>ARABIC</w:instrText>
      </w:r>
      <w:r w:rsidRPr="00447966">
        <w:rPr>
          <w:rtl/>
          <w:cs/>
        </w:rPr>
        <w:instrText xml:space="preserve"> </w:instrText>
      </w:r>
      <w:r w:rsidRPr="00447966">
        <w:rPr>
          <w:rtl/>
          <w:cs/>
        </w:rPr>
        <w:fldChar w:fldCharType="separate"/>
      </w:r>
      <w:r w:rsidR="00486132">
        <w:rPr>
          <w:noProof/>
          <w:rtl/>
        </w:rPr>
        <w:t>3</w:t>
      </w:r>
      <w:r w:rsidRPr="00447966">
        <w:rPr>
          <w:rtl/>
          <w:cs/>
        </w:rPr>
        <w:fldChar w:fldCharType="end"/>
      </w:r>
      <w:r w:rsidRPr="00447966">
        <w:rPr>
          <w:rFonts w:hint="cs"/>
          <w:rtl/>
        </w:rPr>
        <w:t xml:space="preserve"> </w:t>
      </w:r>
      <w:r w:rsidRPr="00447966">
        <w:rPr>
          <w:rFonts w:hint="eastAsia"/>
          <w:rtl/>
        </w:rPr>
        <w:t>التطور</w:t>
      </w:r>
      <w:r w:rsidRPr="00447966">
        <w:rPr>
          <w:rtl/>
        </w:rPr>
        <w:t xml:space="preserve"> </w:t>
      </w:r>
      <w:r w:rsidRPr="00447966">
        <w:rPr>
          <w:rFonts w:hint="eastAsia"/>
          <w:rtl/>
        </w:rPr>
        <w:t>التاريخي</w:t>
      </w:r>
      <w:r w:rsidRPr="00447966">
        <w:rPr>
          <w:rtl/>
        </w:rPr>
        <w:t xml:space="preserve"> </w:t>
      </w:r>
      <w:r w:rsidRPr="00447966">
        <w:rPr>
          <w:rFonts w:hint="eastAsia"/>
          <w:rtl/>
        </w:rPr>
        <w:t>لإدارة</w:t>
      </w:r>
      <w:r w:rsidRPr="00447966">
        <w:rPr>
          <w:rtl/>
        </w:rPr>
        <w:t xml:space="preserve"> </w:t>
      </w:r>
      <w:r w:rsidRPr="00447966">
        <w:rPr>
          <w:rFonts w:hint="eastAsia"/>
          <w:rtl/>
        </w:rPr>
        <w:t>الأداء</w:t>
      </w:r>
      <w:bookmarkEnd w:id="462"/>
    </w:p>
    <w:tbl>
      <w:tblPr>
        <w:tblStyle w:val="GridTable4-Accent1"/>
        <w:bidiVisual/>
        <w:tblW w:w="0" w:type="auto"/>
        <w:tblInd w:w="5" w:type="dxa"/>
        <w:tblLook w:val="04A0" w:firstRow="1" w:lastRow="0" w:firstColumn="1" w:lastColumn="0" w:noHBand="0" w:noVBand="1"/>
      </w:tblPr>
      <w:tblGrid>
        <w:gridCol w:w="1701"/>
        <w:gridCol w:w="1701"/>
        <w:gridCol w:w="1701"/>
        <w:gridCol w:w="1701"/>
        <w:gridCol w:w="1701"/>
      </w:tblGrid>
      <w:tr w:rsidR="00447966" w:rsidRPr="00447966" w14:paraId="3CE8223B" w14:textId="77777777" w:rsidTr="004479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E52D4D2" w14:textId="77777777" w:rsidR="00447966" w:rsidRPr="00447966" w:rsidRDefault="00447966" w:rsidP="00785C0A">
            <w:pPr>
              <w:spacing w:line="276" w:lineRule="auto"/>
              <w:jc w:val="both"/>
              <w:rPr>
                <w:sz w:val="30"/>
                <w:szCs w:val="30"/>
              </w:rPr>
            </w:pPr>
            <w:r w:rsidRPr="00447966">
              <w:rPr>
                <w:color w:val="FFFFFF"/>
                <w:sz w:val="30"/>
                <w:szCs w:val="30"/>
                <w:rtl/>
              </w:rPr>
              <w:t>المرحلة</w:t>
            </w:r>
          </w:p>
        </w:tc>
        <w:tc>
          <w:tcPr>
            <w:tcW w:w="1701" w:type="dxa"/>
          </w:tcPr>
          <w:p w14:paraId="1ABB3C0E" w14:textId="77777777" w:rsidR="00447966" w:rsidRPr="00447966" w:rsidRDefault="00447966" w:rsidP="00785C0A">
            <w:pPr>
              <w:spacing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التركيز الرئيس</w:t>
            </w:r>
          </w:p>
        </w:tc>
        <w:tc>
          <w:tcPr>
            <w:tcW w:w="1701" w:type="dxa"/>
          </w:tcPr>
          <w:p w14:paraId="1BFBAEAB" w14:textId="77777777" w:rsidR="00447966" w:rsidRPr="00447966" w:rsidRDefault="00447966" w:rsidP="00785C0A">
            <w:pPr>
              <w:spacing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طبيعة الممارسة</w:t>
            </w:r>
          </w:p>
        </w:tc>
        <w:tc>
          <w:tcPr>
            <w:tcW w:w="1701" w:type="dxa"/>
          </w:tcPr>
          <w:p w14:paraId="216897D6" w14:textId="77777777" w:rsidR="00447966" w:rsidRPr="00447966" w:rsidRDefault="00447966" w:rsidP="00785C0A">
            <w:pPr>
              <w:spacing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نقطة الضعف</w:t>
            </w:r>
          </w:p>
        </w:tc>
        <w:tc>
          <w:tcPr>
            <w:tcW w:w="1701" w:type="dxa"/>
          </w:tcPr>
          <w:p w14:paraId="4495ABAF" w14:textId="77777777" w:rsidR="00447966" w:rsidRPr="00447966" w:rsidRDefault="00447966" w:rsidP="00785C0A">
            <w:pPr>
              <w:spacing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الاتجاه الحديث</w:t>
            </w:r>
          </w:p>
        </w:tc>
      </w:tr>
      <w:tr w:rsidR="00447966" w:rsidRPr="00447966" w14:paraId="1705F33D"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3075FA1E" w14:textId="77777777" w:rsidR="00447966" w:rsidRPr="00447966" w:rsidRDefault="00447966" w:rsidP="00785C0A">
            <w:pPr>
              <w:spacing w:line="276" w:lineRule="auto"/>
              <w:jc w:val="both"/>
              <w:rPr>
                <w:sz w:val="30"/>
                <w:szCs w:val="30"/>
              </w:rPr>
            </w:pPr>
            <w:r w:rsidRPr="00447966">
              <w:rPr>
                <w:b w:val="0"/>
                <w:sz w:val="30"/>
                <w:szCs w:val="30"/>
                <w:rtl/>
              </w:rPr>
              <w:t>مرحلة الملاحظة المباشرة</w:t>
            </w:r>
          </w:p>
        </w:tc>
        <w:tc>
          <w:tcPr>
            <w:tcW w:w="1701" w:type="dxa"/>
          </w:tcPr>
          <w:p w14:paraId="39090BB8"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حكم المشرف على العامل</w:t>
            </w:r>
          </w:p>
        </w:tc>
        <w:tc>
          <w:tcPr>
            <w:tcW w:w="1701" w:type="dxa"/>
          </w:tcPr>
          <w:p w14:paraId="2B135BE0"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تقييم شخصي عام</w:t>
            </w:r>
          </w:p>
        </w:tc>
        <w:tc>
          <w:tcPr>
            <w:tcW w:w="1701" w:type="dxa"/>
          </w:tcPr>
          <w:p w14:paraId="20B86589"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ضعف الموضوعية</w:t>
            </w:r>
          </w:p>
        </w:tc>
        <w:tc>
          <w:tcPr>
            <w:tcW w:w="1701" w:type="dxa"/>
          </w:tcPr>
          <w:p w14:paraId="5D1C0558"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اعتماد معايير واضحة</w:t>
            </w:r>
          </w:p>
        </w:tc>
      </w:tr>
      <w:tr w:rsidR="00447966" w:rsidRPr="00447966" w14:paraId="67B21C98" w14:textId="77777777" w:rsidTr="00447966">
        <w:tc>
          <w:tcPr>
            <w:cnfStyle w:val="001000000000" w:firstRow="0" w:lastRow="0" w:firstColumn="1" w:lastColumn="0" w:oddVBand="0" w:evenVBand="0" w:oddHBand="0" w:evenHBand="0" w:firstRowFirstColumn="0" w:firstRowLastColumn="0" w:lastRowFirstColumn="0" w:lastRowLastColumn="0"/>
            <w:tcW w:w="1701" w:type="dxa"/>
          </w:tcPr>
          <w:p w14:paraId="5A511EB6" w14:textId="77777777" w:rsidR="00447966" w:rsidRPr="00447966" w:rsidRDefault="00447966" w:rsidP="00785C0A">
            <w:pPr>
              <w:spacing w:line="276" w:lineRule="auto"/>
              <w:jc w:val="both"/>
              <w:rPr>
                <w:sz w:val="30"/>
                <w:szCs w:val="30"/>
              </w:rPr>
            </w:pPr>
            <w:r w:rsidRPr="00447966">
              <w:rPr>
                <w:b w:val="0"/>
                <w:sz w:val="30"/>
                <w:szCs w:val="30"/>
                <w:rtl/>
              </w:rPr>
              <w:t>مرحلة التقييم السنوي</w:t>
            </w:r>
          </w:p>
        </w:tc>
        <w:tc>
          <w:tcPr>
            <w:tcW w:w="1701" w:type="dxa"/>
          </w:tcPr>
          <w:p w14:paraId="751404C1"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تصنيف العاملين</w:t>
            </w:r>
          </w:p>
        </w:tc>
        <w:tc>
          <w:tcPr>
            <w:tcW w:w="1701" w:type="dxa"/>
          </w:tcPr>
          <w:p w14:paraId="1C075BBF"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نماذج تقييم دورية</w:t>
            </w:r>
          </w:p>
        </w:tc>
        <w:tc>
          <w:tcPr>
            <w:tcW w:w="1701" w:type="dxa"/>
          </w:tcPr>
          <w:p w14:paraId="61577D22"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ضعف المتابعة</w:t>
            </w:r>
          </w:p>
        </w:tc>
        <w:tc>
          <w:tcPr>
            <w:tcW w:w="1701" w:type="dxa"/>
          </w:tcPr>
          <w:p w14:paraId="74687DE1"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تقييم مرتبط بالأهداف</w:t>
            </w:r>
          </w:p>
        </w:tc>
      </w:tr>
      <w:tr w:rsidR="00447966" w:rsidRPr="00447966" w14:paraId="15E3C9BB"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36FFD6CD" w14:textId="77777777" w:rsidR="00447966" w:rsidRPr="00447966" w:rsidRDefault="00447966" w:rsidP="00785C0A">
            <w:pPr>
              <w:spacing w:line="276" w:lineRule="auto"/>
              <w:jc w:val="both"/>
              <w:rPr>
                <w:sz w:val="30"/>
                <w:szCs w:val="30"/>
              </w:rPr>
            </w:pPr>
            <w:r w:rsidRPr="00447966">
              <w:rPr>
                <w:b w:val="0"/>
                <w:sz w:val="30"/>
                <w:szCs w:val="30"/>
                <w:rtl/>
              </w:rPr>
              <w:t>مرحلة إدارة الموارد البشرية</w:t>
            </w:r>
          </w:p>
        </w:tc>
        <w:tc>
          <w:tcPr>
            <w:tcW w:w="1701" w:type="dxa"/>
          </w:tcPr>
          <w:p w14:paraId="0FE03950"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تحسين أداء العامل</w:t>
            </w:r>
          </w:p>
        </w:tc>
        <w:tc>
          <w:tcPr>
            <w:tcW w:w="1701" w:type="dxa"/>
          </w:tcPr>
          <w:p w14:paraId="28036670"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تحديد أهداف ومراجعة أداء</w:t>
            </w:r>
          </w:p>
        </w:tc>
        <w:tc>
          <w:tcPr>
            <w:tcW w:w="1701" w:type="dxa"/>
          </w:tcPr>
          <w:p w14:paraId="257DAF41"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تفاوت التطبيق</w:t>
            </w:r>
          </w:p>
        </w:tc>
        <w:tc>
          <w:tcPr>
            <w:tcW w:w="1701" w:type="dxa"/>
          </w:tcPr>
          <w:p w14:paraId="61B91EE9"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تطوير العامل بناء على النتائج</w:t>
            </w:r>
          </w:p>
        </w:tc>
      </w:tr>
      <w:tr w:rsidR="00447966" w:rsidRPr="00447966" w14:paraId="28CC6EC4" w14:textId="77777777" w:rsidTr="00447966">
        <w:tc>
          <w:tcPr>
            <w:cnfStyle w:val="001000000000" w:firstRow="0" w:lastRow="0" w:firstColumn="1" w:lastColumn="0" w:oddVBand="0" w:evenVBand="0" w:oddHBand="0" w:evenHBand="0" w:firstRowFirstColumn="0" w:firstRowLastColumn="0" w:lastRowFirstColumn="0" w:lastRowLastColumn="0"/>
            <w:tcW w:w="1701" w:type="dxa"/>
          </w:tcPr>
          <w:p w14:paraId="5EBED2CA" w14:textId="77777777" w:rsidR="00447966" w:rsidRPr="00447966" w:rsidRDefault="00447966" w:rsidP="00785C0A">
            <w:pPr>
              <w:spacing w:line="276" w:lineRule="auto"/>
              <w:jc w:val="both"/>
              <w:rPr>
                <w:sz w:val="30"/>
                <w:szCs w:val="30"/>
              </w:rPr>
            </w:pPr>
            <w:r w:rsidRPr="00447966">
              <w:rPr>
                <w:b w:val="0"/>
                <w:sz w:val="30"/>
                <w:szCs w:val="30"/>
                <w:rtl/>
              </w:rPr>
              <w:t>مرحلة الأداء المستمر</w:t>
            </w:r>
          </w:p>
        </w:tc>
        <w:tc>
          <w:tcPr>
            <w:tcW w:w="1701" w:type="dxa"/>
          </w:tcPr>
          <w:p w14:paraId="59A970A3"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ربط الأداء بالنتائج</w:t>
            </w:r>
          </w:p>
        </w:tc>
        <w:tc>
          <w:tcPr>
            <w:tcW w:w="1701" w:type="dxa"/>
          </w:tcPr>
          <w:p w14:paraId="54531493"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متابعة وتغذية راجعة مستمرة</w:t>
            </w:r>
          </w:p>
        </w:tc>
        <w:tc>
          <w:tcPr>
            <w:tcW w:w="1701" w:type="dxa"/>
          </w:tcPr>
          <w:p w14:paraId="124932CE"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تحتاج التزاما إداريا</w:t>
            </w:r>
          </w:p>
        </w:tc>
        <w:tc>
          <w:tcPr>
            <w:tcW w:w="1701" w:type="dxa"/>
          </w:tcPr>
          <w:p w14:paraId="1D2ED5CA"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تحسين مستمر للإنتاجية</w:t>
            </w:r>
          </w:p>
        </w:tc>
      </w:tr>
    </w:tbl>
    <w:p w14:paraId="427FEE1A" w14:textId="3C8C37DD" w:rsidR="00447966" w:rsidRPr="004B1822" w:rsidRDefault="004B1822" w:rsidP="00785C0A">
      <w:pPr>
        <w:pStyle w:val="Heading3"/>
        <w:spacing w:line="276" w:lineRule="auto"/>
        <w:jc w:val="both"/>
      </w:pPr>
      <w:bookmarkStart w:id="463" w:name="_Toc233582866"/>
      <w:bookmarkStart w:id="464" w:name="_Toc233583033"/>
      <w:bookmarkStart w:id="465" w:name="_Toc233584666"/>
      <w:bookmarkStart w:id="466" w:name="_Toc233585038"/>
      <w:bookmarkStart w:id="467" w:name="_Toc233585164"/>
      <w:bookmarkStart w:id="468" w:name="_Toc233585305"/>
      <w:bookmarkStart w:id="469" w:name="_Toc233585635"/>
      <w:bookmarkStart w:id="470" w:name="_Toc233585791"/>
      <w:bookmarkStart w:id="471" w:name="_Toc233585917"/>
      <w:bookmarkStart w:id="472" w:name="_Toc233586046"/>
      <w:bookmarkStart w:id="473" w:name="_Toc233586824"/>
      <w:bookmarkStart w:id="474" w:name="_Toc233586959"/>
      <w:bookmarkStart w:id="475" w:name="_Toc233587100"/>
      <w:bookmarkStart w:id="476" w:name="_Toc233587259"/>
      <w:bookmarkStart w:id="477" w:name="_Toc233587637"/>
      <w:r w:rsidRPr="004B1822">
        <w:rPr>
          <w:rtl/>
        </w:rPr>
        <w:t>تعريف إدارة الأداء</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40DE4578" w14:textId="4B47CEFF" w:rsidR="00447966" w:rsidRPr="00447966" w:rsidRDefault="00447966" w:rsidP="00785C0A">
      <w:pPr>
        <w:spacing w:line="276" w:lineRule="auto"/>
        <w:ind w:firstLine="397"/>
        <w:jc w:val="both"/>
        <w:rPr>
          <w:sz w:val="30"/>
          <w:szCs w:val="30"/>
        </w:rPr>
      </w:pPr>
      <w:r w:rsidRPr="00447966">
        <w:rPr>
          <w:sz w:val="30"/>
          <w:szCs w:val="30"/>
          <w:rtl/>
        </w:rPr>
        <w:t>تعرف إدارة الأداء بأنها عملية منظمة ومستمرة تهدف إلى تحسين أداء الأفراد والفرق من خلال تحديد الأهداف</w:t>
      </w:r>
      <w:r w:rsidR="00A5297B">
        <w:rPr>
          <w:sz w:val="30"/>
          <w:szCs w:val="30"/>
          <w:rtl/>
          <w:cs w:val="0"/>
        </w:rPr>
        <w:t>،</w:t>
      </w:r>
      <w:r w:rsidRPr="00447966">
        <w:rPr>
          <w:sz w:val="30"/>
          <w:szCs w:val="30"/>
          <w:rtl/>
        </w:rPr>
        <w:t xml:space="preserve"> وقياس الإنجاز</w:t>
      </w:r>
      <w:r w:rsidR="00A5297B">
        <w:rPr>
          <w:sz w:val="30"/>
          <w:szCs w:val="30"/>
          <w:rtl/>
          <w:cs w:val="0"/>
        </w:rPr>
        <w:t>،</w:t>
      </w:r>
      <w:r w:rsidRPr="00447966">
        <w:rPr>
          <w:sz w:val="30"/>
          <w:szCs w:val="30"/>
          <w:rtl/>
        </w:rPr>
        <w:t xml:space="preserve"> وتقديم التغذية الراجعة</w:t>
      </w:r>
      <w:r w:rsidR="00A5297B">
        <w:rPr>
          <w:sz w:val="30"/>
          <w:szCs w:val="30"/>
          <w:rtl/>
          <w:cs w:val="0"/>
        </w:rPr>
        <w:t>،</w:t>
      </w:r>
      <w:r w:rsidRPr="00447966">
        <w:rPr>
          <w:sz w:val="30"/>
          <w:szCs w:val="30"/>
          <w:rtl/>
        </w:rPr>
        <w:t xml:space="preserve"> وتطوير القدرات</w:t>
      </w:r>
      <w:r w:rsidR="00A5297B">
        <w:rPr>
          <w:sz w:val="30"/>
          <w:szCs w:val="30"/>
          <w:rtl/>
          <w:cs w:val="0"/>
        </w:rPr>
        <w:t>،</w:t>
      </w:r>
      <w:r w:rsidRPr="00447966">
        <w:rPr>
          <w:sz w:val="30"/>
          <w:szCs w:val="30"/>
          <w:rtl/>
        </w:rPr>
        <w:t xml:space="preserve"> وربط النتائج بأهداف المنظمة (</w:t>
      </w:r>
      <w:proofErr w:type="spellStart"/>
      <w:r w:rsidRPr="00447966">
        <w:rPr>
          <w:sz w:val="30"/>
          <w:szCs w:val="30"/>
          <w:rtl/>
        </w:rPr>
        <w:t>Aguinis</w:t>
      </w:r>
      <w:proofErr w:type="spellEnd"/>
      <w:r w:rsidRPr="00447966">
        <w:rPr>
          <w:sz w:val="30"/>
          <w:szCs w:val="30"/>
          <w:rtl/>
        </w:rPr>
        <w:t>, 2019)</w:t>
      </w:r>
      <w:r w:rsidR="00A5297B">
        <w:rPr>
          <w:sz w:val="30"/>
          <w:szCs w:val="30"/>
          <w:rtl/>
          <w:cs w:val="0"/>
        </w:rPr>
        <w:t>.</w:t>
      </w:r>
    </w:p>
    <w:p w14:paraId="2A1BE742" w14:textId="52760921" w:rsidR="00447966" w:rsidRPr="00447966" w:rsidRDefault="00447966" w:rsidP="00785C0A">
      <w:pPr>
        <w:spacing w:line="276" w:lineRule="auto"/>
        <w:ind w:firstLine="397"/>
        <w:jc w:val="both"/>
        <w:rPr>
          <w:sz w:val="30"/>
          <w:szCs w:val="30"/>
        </w:rPr>
      </w:pPr>
      <w:r w:rsidRPr="00447966">
        <w:rPr>
          <w:sz w:val="30"/>
          <w:szCs w:val="30"/>
          <w:rtl/>
        </w:rPr>
        <w:lastRenderedPageBreak/>
        <w:t xml:space="preserve">ويعرفها </w:t>
      </w:r>
      <w:proofErr w:type="spellStart"/>
      <w:r w:rsidRPr="00447966">
        <w:rPr>
          <w:sz w:val="30"/>
          <w:szCs w:val="30"/>
          <w:rtl/>
        </w:rPr>
        <w:t>Armstrong</w:t>
      </w:r>
      <w:proofErr w:type="spellEnd"/>
      <w:r w:rsidRPr="00447966">
        <w:rPr>
          <w:sz w:val="30"/>
          <w:szCs w:val="30"/>
          <w:rtl/>
        </w:rPr>
        <w:t xml:space="preserve"> </w:t>
      </w:r>
      <w:proofErr w:type="spellStart"/>
      <w:r w:rsidRPr="00447966">
        <w:rPr>
          <w:sz w:val="30"/>
          <w:szCs w:val="30"/>
          <w:rtl/>
        </w:rPr>
        <w:t>and</w:t>
      </w:r>
      <w:proofErr w:type="spellEnd"/>
      <w:r w:rsidRPr="00447966">
        <w:rPr>
          <w:sz w:val="30"/>
          <w:szCs w:val="30"/>
          <w:rtl/>
        </w:rPr>
        <w:t xml:space="preserve"> </w:t>
      </w:r>
      <w:proofErr w:type="spellStart"/>
      <w:r w:rsidRPr="00447966">
        <w:rPr>
          <w:sz w:val="30"/>
          <w:szCs w:val="30"/>
          <w:rtl/>
        </w:rPr>
        <w:t>Taylor</w:t>
      </w:r>
      <w:proofErr w:type="spellEnd"/>
      <w:r w:rsidRPr="00447966">
        <w:rPr>
          <w:sz w:val="30"/>
          <w:szCs w:val="30"/>
          <w:rtl/>
        </w:rPr>
        <w:t xml:space="preserve"> بأنها عملية مستمرة لتحسين الأداء من خلال الاتفاق على الأهداف والمعايير</w:t>
      </w:r>
      <w:r w:rsidR="00A5297B">
        <w:rPr>
          <w:sz w:val="30"/>
          <w:szCs w:val="30"/>
          <w:rtl/>
          <w:cs w:val="0"/>
        </w:rPr>
        <w:t>،</w:t>
      </w:r>
      <w:r w:rsidRPr="00447966">
        <w:rPr>
          <w:sz w:val="30"/>
          <w:szCs w:val="30"/>
          <w:rtl/>
        </w:rPr>
        <w:t xml:space="preserve"> ومراجعة النتائج</w:t>
      </w:r>
      <w:r w:rsidR="00A5297B">
        <w:rPr>
          <w:sz w:val="30"/>
          <w:szCs w:val="30"/>
          <w:rtl/>
          <w:cs w:val="0"/>
        </w:rPr>
        <w:t>،</w:t>
      </w:r>
      <w:r w:rsidRPr="00447966">
        <w:rPr>
          <w:sz w:val="30"/>
          <w:szCs w:val="30"/>
          <w:rtl/>
        </w:rPr>
        <w:t xml:space="preserve"> وتحديد احتياجات التطوير</w:t>
      </w:r>
      <w:r w:rsidR="00A5297B">
        <w:rPr>
          <w:sz w:val="30"/>
          <w:szCs w:val="30"/>
          <w:rtl/>
          <w:cs w:val="0"/>
        </w:rPr>
        <w:t>،</w:t>
      </w:r>
      <w:r w:rsidRPr="00447966">
        <w:rPr>
          <w:sz w:val="30"/>
          <w:szCs w:val="30"/>
          <w:rtl/>
        </w:rPr>
        <w:t xml:space="preserve"> وتحقيق توافق بين أداء العاملين وأهداف المنظمة (</w:t>
      </w:r>
      <w:proofErr w:type="spellStart"/>
      <w:r w:rsidRPr="00447966">
        <w:rPr>
          <w:sz w:val="30"/>
          <w:szCs w:val="30"/>
          <w:rtl/>
        </w:rPr>
        <w:t>Armstrong</w:t>
      </w:r>
      <w:proofErr w:type="spellEnd"/>
      <w:r w:rsidRPr="00447966">
        <w:rPr>
          <w:sz w:val="30"/>
          <w:szCs w:val="30"/>
          <w:rtl/>
        </w:rPr>
        <w:t xml:space="preserve"> &amp; </w:t>
      </w:r>
      <w:proofErr w:type="spellStart"/>
      <w:r w:rsidRPr="00447966">
        <w:rPr>
          <w:sz w:val="30"/>
          <w:szCs w:val="30"/>
          <w:rtl/>
        </w:rPr>
        <w:t>Taylor</w:t>
      </w:r>
      <w:proofErr w:type="spellEnd"/>
      <w:r w:rsidRPr="00447966">
        <w:rPr>
          <w:sz w:val="30"/>
          <w:szCs w:val="30"/>
          <w:rtl/>
        </w:rPr>
        <w:t>, 2023)</w:t>
      </w:r>
      <w:r w:rsidR="00A5297B">
        <w:rPr>
          <w:sz w:val="30"/>
          <w:szCs w:val="30"/>
          <w:rtl/>
          <w:cs w:val="0"/>
        </w:rPr>
        <w:t>.</w:t>
      </w:r>
    </w:p>
    <w:p w14:paraId="0B83A094" w14:textId="489C5048" w:rsidR="00447966" w:rsidRPr="00447966" w:rsidRDefault="00447966" w:rsidP="00785C0A">
      <w:pPr>
        <w:spacing w:line="276" w:lineRule="auto"/>
        <w:ind w:firstLine="397"/>
        <w:jc w:val="both"/>
        <w:rPr>
          <w:sz w:val="30"/>
          <w:szCs w:val="30"/>
        </w:rPr>
      </w:pPr>
      <w:r w:rsidRPr="00447966">
        <w:rPr>
          <w:sz w:val="30"/>
          <w:szCs w:val="30"/>
          <w:rtl/>
        </w:rPr>
        <w:t>من خلال هذه التعريفات</w:t>
      </w:r>
      <w:r w:rsidR="00A5297B">
        <w:rPr>
          <w:sz w:val="30"/>
          <w:szCs w:val="30"/>
          <w:rtl/>
          <w:cs w:val="0"/>
        </w:rPr>
        <w:t>،</w:t>
      </w:r>
      <w:r w:rsidRPr="00447966">
        <w:rPr>
          <w:sz w:val="30"/>
          <w:szCs w:val="30"/>
          <w:rtl/>
        </w:rPr>
        <w:t xml:space="preserve"> يتضح أن إدارة الأداء تقوم على تحديد ما يجب إنجازه</w:t>
      </w:r>
      <w:r w:rsidR="00A5297B">
        <w:rPr>
          <w:sz w:val="30"/>
          <w:szCs w:val="30"/>
          <w:rtl/>
          <w:cs w:val="0"/>
        </w:rPr>
        <w:t>،</w:t>
      </w:r>
      <w:r w:rsidRPr="00447966">
        <w:rPr>
          <w:sz w:val="30"/>
          <w:szCs w:val="30"/>
          <w:rtl/>
        </w:rPr>
        <w:t xml:space="preserve"> وتحديد معيار القياس</w:t>
      </w:r>
      <w:r w:rsidR="00A5297B">
        <w:rPr>
          <w:sz w:val="30"/>
          <w:szCs w:val="30"/>
          <w:rtl/>
          <w:cs w:val="0"/>
        </w:rPr>
        <w:t>،</w:t>
      </w:r>
      <w:r w:rsidRPr="00447966">
        <w:rPr>
          <w:sz w:val="30"/>
          <w:szCs w:val="30"/>
          <w:rtl/>
        </w:rPr>
        <w:t xml:space="preserve"> ومتابعة التنفيذ</w:t>
      </w:r>
      <w:r w:rsidR="00A5297B">
        <w:rPr>
          <w:sz w:val="30"/>
          <w:szCs w:val="30"/>
          <w:rtl/>
          <w:cs w:val="0"/>
        </w:rPr>
        <w:t>،</w:t>
      </w:r>
      <w:r w:rsidRPr="00447966">
        <w:rPr>
          <w:sz w:val="30"/>
          <w:szCs w:val="30"/>
          <w:rtl/>
        </w:rPr>
        <w:t xml:space="preserve"> وتقديم التغذية الراجعة</w:t>
      </w:r>
      <w:r w:rsidR="00A5297B">
        <w:rPr>
          <w:sz w:val="30"/>
          <w:szCs w:val="30"/>
          <w:rtl/>
          <w:cs w:val="0"/>
        </w:rPr>
        <w:t>،</w:t>
      </w:r>
      <w:r w:rsidRPr="00447966">
        <w:rPr>
          <w:sz w:val="30"/>
          <w:szCs w:val="30"/>
          <w:rtl/>
        </w:rPr>
        <w:t xml:space="preserve"> وتقييم النتائج</w:t>
      </w:r>
      <w:r w:rsidR="00A5297B">
        <w:rPr>
          <w:sz w:val="30"/>
          <w:szCs w:val="30"/>
          <w:rtl/>
          <w:cs w:val="0"/>
        </w:rPr>
        <w:t>،</w:t>
      </w:r>
      <w:r w:rsidRPr="00447966">
        <w:rPr>
          <w:sz w:val="30"/>
          <w:szCs w:val="30"/>
          <w:rtl/>
        </w:rPr>
        <w:t xml:space="preserve"> وتطوير قدرات العاملين</w:t>
      </w:r>
      <w:r w:rsidR="00A5297B">
        <w:rPr>
          <w:sz w:val="30"/>
          <w:szCs w:val="30"/>
          <w:rtl/>
          <w:cs w:val="0"/>
        </w:rPr>
        <w:t>،</w:t>
      </w:r>
      <w:r w:rsidRPr="00447966">
        <w:rPr>
          <w:sz w:val="30"/>
          <w:szCs w:val="30"/>
          <w:rtl/>
        </w:rPr>
        <w:t xml:space="preserve"> وربط الأداء بالحوافز والقرارات الإدارية</w:t>
      </w:r>
      <w:r w:rsidR="00A5297B">
        <w:rPr>
          <w:sz w:val="30"/>
          <w:szCs w:val="30"/>
          <w:rtl/>
          <w:cs w:val="0"/>
        </w:rPr>
        <w:t>.</w:t>
      </w:r>
    </w:p>
    <w:p w14:paraId="53B3F9D3" w14:textId="0F5B8896" w:rsidR="00447966" w:rsidRPr="00447966" w:rsidRDefault="00447966" w:rsidP="00785C0A">
      <w:pPr>
        <w:spacing w:line="276" w:lineRule="auto"/>
        <w:ind w:firstLine="397"/>
        <w:jc w:val="both"/>
        <w:rPr>
          <w:sz w:val="30"/>
          <w:szCs w:val="30"/>
        </w:rPr>
      </w:pPr>
      <w:r w:rsidRPr="00447966">
        <w:rPr>
          <w:sz w:val="30"/>
          <w:szCs w:val="30"/>
          <w:rtl/>
        </w:rPr>
        <w:t>لا تساوي إدارة الأداء تقييم الأداء</w:t>
      </w:r>
      <w:r w:rsidR="00A5297B">
        <w:rPr>
          <w:sz w:val="30"/>
          <w:szCs w:val="30"/>
          <w:rtl/>
          <w:cs w:val="0"/>
        </w:rPr>
        <w:t>.</w:t>
      </w:r>
      <w:r w:rsidRPr="00447966">
        <w:rPr>
          <w:sz w:val="30"/>
          <w:szCs w:val="30"/>
          <w:rtl/>
        </w:rPr>
        <w:t xml:space="preserve"> تقييم الأداء يمثل مرحلة واحدة داخل إدارة الأداء</w:t>
      </w:r>
      <w:r w:rsidR="00A5297B">
        <w:rPr>
          <w:sz w:val="30"/>
          <w:szCs w:val="30"/>
          <w:rtl/>
          <w:cs w:val="0"/>
        </w:rPr>
        <w:t>.</w:t>
      </w:r>
      <w:r w:rsidRPr="00447966">
        <w:rPr>
          <w:sz w:val="30"/>
          <w:szCs w:val="30"/>
          <w:rtl/>
        </w:rPr>
        <w:t xml:space="preserve"> أما إدارة الأداء فهي نظام كامل يبدأ قبل العمل ويستمر أثناءه وبعده</w:t>
      </w:r>
      <w:r w:rsidR="00A5297B">
        <w:rPr>
          <w:sz w:val="30"/>
          <w:szCs w:val="30"/>
          <w:rtl/>
          <w:cs w:val="0"/>
        </w:rPr>
        <w:t>.</w:t>
      </w:r>
      <w:r w:rsidRPr="00447966">
        <w:rPr>
          <w:sz w:val="30"/>
          <w:szCs w:val="30"/>
          <w:rtl/>
        </w:rPr>
        <w:t xml:space="preserve"> لذلك</w:t>
      </w:r>
      <w:r w:rsidR="00A5297B">
        <w:rPr>
          <w:sz w:val="30"/>
          <w:szCs w:val="30"/>
          <w:rtl/>
          <w:cs w:val="0"/>
        </w:rPr>
        <w:t>،</w:t>
      </w:r>
      <w:r w:rsidRPr="00447966">
        <w:rPr>
          <w:sz w:val="30"/>
          <w:szCs w:val="30"/>
          <w:rtl/>
        </w:rPr>
        <w:t xml:space="preserve"> يعتمد البحث الحالي على مفهوم إدارة الأداء بوصفها نظاما يضم التخطيط </w:t>
      </w:r>
      <w:proofErr w:type="gramStart"/>
      <w:r w:rsidRPr="00447966">
        <w:rPr>
          <w:sz w:val="30"/>
          <w:szCs w:val="30"/>
          <w:rtl/>
        </w:rPr>
        <w:t>والمتابعة</w:t>
      </w:r>
      <w:proofErr w:type="gramEnd"/>
      <w:r w:rsidRPr="00447966">
        <w:rPr>
          <w:sz w:val="30"/>
          <w:szCs w:val="30"/>
          <w:rtl/>
        </w:rPr>
        <w:t xml:space="preserve"> والتقييم والحوافز والتطوير</w:t>
      </w:r>
      <w:r w:rsidR="00A5297B">
        <w:rPr>
          <w:sz w:val="30"/>
          <w:szCs w:val="30"/>
          <w:rtl/>
          <w:cs w:val="0"/>
        </w:rPr>
        <w:t>.</w:t>
      </w:r>
    </w:p>
    <w:p w14:paraId="711B5960" w14:textId="46C61872" w:rsidR="00447966" w:rsidRPr="00447966" w:rsidRDefault="00447966" w:rsidP="00785C0A">
      <w:pPr>
        <w:spacing w:line="276" w:lineRule="auto"/>
        <w:ind w:firstLine="397"/>
        <w:jc w:val="both"/>
        <w:rPr>
          <w:sz w:val="30"/>
          <w:szCs w:val="30"/>
        </w:rPr>
      </w:pPr>
      <w:r w:rsidRPr="00447966">
        <w:rPr>
          <w:sz w:val="30"/>
          <w:szCs w:val="30"/>
          <w:rtl/>
        </w:rPr>
        <w:t>في سياق الدراسة الحالية</w:t>
      </w:r>
      <w:r w:rsidR="00A5297B">
        <w:rPr>
          <w:sz w:val="30"/>
          <w:szCs w:val="30"/>
          <w:rtl/>
          <w:cs w:val="0"/>
        </w:rPr>
        <w:t>،</w:t>
      </w:r>
      <w:r w:rsidRPr="00447966">
        <w:rPr>
          <w:sz w:val="30"/>
          <w:szCs w:val="30"/>
          <w:rtl/>
        </w:rPr>
        <w:t xml:space="preserve"> تعرف إدارة الأداء إجرائيا بأنها مجموعة الممارسات التي تطبقها شركة مصنع تمور القصيم المحدودة لتحديد أهداف أداء العاملين</w:t>
      </w:r>
      <w:r w:rsidR="00A5297B">
        <w:rPr>
          <w:sz w:val="30"/>
          <w:szCs w:val="30"/>
          <w:rtl/>
          <w:cs w:val="0"/>
        </w:rPr>
        <w:t>،</w:t>
      </w:r>
      <w:r w:rsidRPr="00447966">
        <w:rPr>
          <w:sz w:val="30"/>
          <w:szCs w:val="30"/>
          <w:rtl/>
        </w:rPr>
        <w:t xml:space="preserve"> ومتابعة إنجازهم</w:t>
      </w:r>
      <w:r w:rsidR="00A5297B">
        <w:rPr>
          <w:sz w:val="30"/>
          <w:szCs w:val="30"/>
          <w:rtl/>
          <w:cs w:val="0"/>
        </w:rPr>
        <w:t>،</w:t>
      </w:r>
      <w:r w:rsidRPr="00447966">
        <w:rPr>
          <w:sz w:val="30"/>
          <w:szCs w:val="30"/>
          <w:rtl/>
        </w:rPr>
        <w:t xml:space="preserve"> وتقييم نتائجهم</w:t>
      </w:r>
      <w:r w:rsidR="00A5297B">
        <w:rPr>
          <w:sz w:val="30"/>
          <w:szCs w:val="30"/>
          <w:rtl/>
          <w:cs w:val="0"/>
        </w:rPr>
        <w:t>،</w:t>
      </w:r>
      <w:r w:rsidRPr="00447966">
        <w:rPr>
          <w:sz w:val="30"/>
          <w:szCs w:val="30"/>
          <w:rtl/>
        </w:rPr>
        <w:t xml:space="preserve"> وربط أدائهم بالحوافز والتطوير</w:t>
      </w:r>
      <w:r w:rsidR="00A5297B">
        <w:rPr>
          <w:sz w:val="30"/>
          <w:szCs w:val="30"/>
          <w:rtl/>
          <w:cs w:val="0"/>
        </w:rPr>
        <w:t>،</w:t>
      </w:r>
      <w:r w:rsidRPr="00447966">
        <w:rPr>
          <w:sz w:val="30"/>
          <w:szCs w:val="30"/>
          <w:rtl/>
        </w:rPr>
        <w:t xml:space="preserve"> بما يسهم في تحسين الإنتاجية</w:t>
      </w:r>
      <w:r w:rsidR="00A5297B">
        <w:rPr>
          <w:sz w:val="30"/>
          <w:szCs w:val="30"/>
          <w:rtl/>
          <w:cs w:val="0"/>
        </w:rPr>
        <w:t>.</w:t>
      </w:r>
    </w:p>
    <w:p w14:paraId="5BF70D0D" w14:textId="097AC89C" w:rsidR="00447966" w:rsidRPr="00447966" w:rsidRDefault="00447966" w:rsidP="00785C0A">
      <w:pPr>
        <w:pStyle w:val="Caption"/>
      </w:pPr>
      <w:bookmarkStart w:id="478" w:name="_Toc233588177"/>
      <w:r w:rsidRPr="00447966">
        <w:rPr>
          <w:rtl/>
        </w:rPr>
        <w:t xml:space="preserve">جدول </w:t>
      </w:r>
      <w:r w:rsidRPr="00447966">
        <w:fldChar w:fldCharType="begin"/>
      </w:r>
      <w:r w:rsidRPr="00447966">
        <w:instrText xml:space="preserve"> SEQ </w:instrText>
      </w:r>
      <w:r w:rsidRPr="00447966">
        <w:rPr>
          <w:rtl/>
        </w:rPr>
        <w:instrText>جدول</w:instrText>
      </w:r>
      <w:r w:rsidRPr="00447966">
        <w:instrText xml:space="preserve"> \* ARABIC </w:instrText>
      </w:r>
      <w:r w:rsidRPr="00447966">
        <w:fldChar w:fldCharType="separate"/>
      </w:r>
      <w:r w:rsidR="00486132">
        <w:rPr>
          <w:noProof/>
        </w:rPr>
        <w:t>4</w:t>
      </w:r>
      <w:r w:rsidRPr="00447966">
        <w:fldChar w:fldCharType="end"/>
      </w:r>
      <w:r w:rsidRPr="00447966">
        <w:rPr>
          <w:rFonts w:hint="cs"/>
          <w:rtl/>
        </w:rPr>
        <w:t xml:space="preserve"> </w:t>
      </w:r>
      <w:r w:rsidRPr="00447966">
        <w:rPr>
          <w:rFonts w:hint="eastAsia"/>
          <w:rtl/>
        </w:rPr>
        <w:t>أبعاد</w:t>
      </w:r>
      <w:r w:rsidRPr="00447966">
        <w:rPr>
          <w:rtl/>
        </w:rPr>
        <w:t xml:space="preserve"> </w:t>
      </w:r>
      <w:r w:rsidRPr="00447966">
        <w:rPr>
          <w:rFonts w:hint="eastAsia"/>
          <w:rtl/>
        </w:rPr>
        <w:t>مفهوم</w:t>
      </w:r>
      <w:r w:rsidRPr="00447966">
        <w:rPr>
          <w:rtl/>
        </w:rPr>
        <w:t xml:space="preserve"> </w:t>
      </w:r>
      <w:r w:rsidRPr="00447966">
        <w:rPr>
          <w:rFonts w:hint="eastAsia"/>
          <w:rtl/>
        </w:rPr>
        <w:t>إدارة</w:t>
      </w:r>
      <w:r w:rsidRPr="00447966">
        <w:rPr>
          <w:rtl/>
        </w:rPr>
        <w:t xml:space="preserve"> </w:t>
      </w:r>
      <w:r w:rsidRPr="00447966">
        <w:rPr>
          <w:rFonts w:hint="eastAsia"/>
          <w:rtl/>
        </w:rPr>
        <w:t>الأداء</w:t>
      </w:r>
      <w:bookmarkEnd w:id="478"/>
    </w:p>
    <w:tbl>
      <w:tblPr>
        <w:tblStyle w:val="GridTable4-Accent1"/>
        <w:bidiVisual/>
        <w:tblW w:w="0" w:type="auto"/>
        <w:tblInd w:w="5" w:type="dxa"/>
        <w:tblLook w:val="04A0" w:firstRow="1" w:lastRow="0" w:firstColumn="1" w:lastColumn="0" w:noHBand="0" w:noVBand="1"/>
      </w:tblPr>
      <w:tblGrid>
        <w:gridCol w:w="1701"/>
        <w:gridCol w:w="2835"/>
        <w:gridCol w:w="3969"/>
      </w:tblGrid>
      <w:tr w:rsidR="00447966" w:rsidRPr="00447966" w14:paraId="7BDFA1E5" w14:textId="77777777" w:rsidTr="004479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4140ADBD" w14:textId="77777777" w:rsidR="00447966" w:rsidRPr="00447966" w:rsidRDefault="00447966" w:rsidP="00785C0A">
            <w:pPr>
              <w:spacing w:line="276" w:lineRule="auto"/>
              <w:jc w:val="both"/>
              <w:rPr>
                <w:sz w:val="30"/>
                <w:szCs w:val="30"/>
              </w:rPr>
            </w:pPr>
            <w:r w:rsidRPr="00447966">
              <w:rPr>
                <w:color w:val="FFFFFF"/>
                <w:sz w:val="30"/>
                <w:szCs w:val="30"/>
                <w:rtl/>
              </w:rPr>
              <w:t>العنصر</w:t>
            </w:r>
          </w:p>
        </w:tc>
        <w:tc>
          <w:tcPr>
            <w:tcW w:w="2835" w:type="dxa"/>
          </w:tcPr>
          <w:p w14:paraId="6955FADB" w14:textId="77777777" w:rsidR="00447966" w:rsidRPr="00447966" w:rsidRDefault="00447966" w:rsidP="00785C0A">
            <w:pPr>
              <w:spacing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المعنى الإداري</w:t>
            </w:r>
          </w:p>
        </w:tc>
        <w:tc>
          <w:tcPr>
            <w:tcW w:w="3969" w:type="dxa"/>
          </w:tcPr>
          <w:p w14:paraId="2285A38A" w14:textId="77777777" w:rsidR="00447966" w:rsidRPr="00447966" w:rsidRDefault="00447966" w:rsidP="00785C0A">
            <w:pPr>
              <w:spacing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المثال التطبيقي في المنشآت الإنتاجية</w:t>
            </w:r>
          </w:p>
        </w:tc>
      </w:tr>
      <w:tr w:rsidR="00447966" w:rsidRPr="00447966" w14:paraId="4C3BCFBE"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4D52DA4F" w14:textId="77777777" w:rsidR="00447966" w:rsidRPr="00447966" w:rsidRDefault="00447966" w:rsidP="00785C0A">
            <w:pPr>
              <w:spacing w:line="276" w:lineRule="auto"/>
              <w:jc w:val="both"/>
              <w:rPr>
                <w:sz w:val="30"/>
                <w:szCs w:val="30"/>
              </w:rPr>
            </w:pPr>
            <w:r w:rsidRPr="00447966">
              <w:rPr>
                <w:b w:val="0"/>
                <w:sz w:val="30"/>
                <w:szCs w:val="30"/>
                <w:rtl/>
              </w:rPr>
              <w:t>تحديد الأهداف</w:t>
            </w:r>
          </w:p>
        </w:tc>
        <w:tc>
          <w:tcPr>
            <w:tcW w:w="2835" w:type="dxa"/>
          </w:tcPr>
          <w:p w14:paraId="7E8DD5F2"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توضيح النتائج المطلوبة من العامل</w:t>
            </w:r>
          </w:p>
        </w:tc>
        <w:tc>
          <w:tcPr>
            <w:tcW w:w="3969" w:type="dxa"/>
          </w:tcPr>
          <w:p w14:paraId="2255AF89"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تحديد كمية إنتاج يومية أو معيار جودة محدد</w:t>
            </w:r>
          </w:p>
        </w:tc>
      </w:tr>
      <w:tr w:rsidR="00447966" w:rsidRPr="00447966" w14:paraId="4113DC83" w14:textId="77777777" w:rsidTr="00447966">
        <w:tc>
          <w:tcPr>
            <w:cnfStyle w:val="001000000000" w:firstRow="0" w:lastRow="0" w:firstColumn="1" w:lastColumn="0" w:oddVBand="0" w:evenVBand="0" w:oddHBand="0" w:evenHBand="0" w:firstRowFirstColumn="0" w:firstRowLastColumn="0" w:lastRowFirstColumn="0" w:lastRowLastColumn="0"/>
            <w:tcW w:w="1701" w:type="dxa"/>
          </w:tcPr>
          <w:p w14:paraId="2D9D95F9" w14:textId="77777777" w:rsidR="00447966" w:rsidRPr="00447966" w:rsidRDefault="00447966" w:rsidP="00785C0A">
            <w:pPr>
              <w:spacing w:line="276" w:lineRule="auto"/>
              <w:jc w:val="both"/>
              <w:rPr>
                <w:sz w:val="30"/>
                <w:szCs w:val="30"/>
              </w:rPr>
            </w:pPr>
            <w:r w:rsidRPr="00447966">
              <w:rPr>
                <w:b w:val="0"/>
                <w:sz w:val="30"/>
                <w:szCs w:val="30"/>
                <w:rtl/>
              </w:rPr>
              <w:t>معايير القياس</w:t>
            </w:r>
          </w:p>
        </w:tc>
        <w:tc>
          <w:tcPr>
            <w:tcW w:w="2835" w:type="dxa"/>
          </w:tcPr>
          <w:p w14:paraId="118F4528"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تحديد كيفية الحكم على الأداء</w:t>
            </w:r>
          </w:p>
        </w:tc>
        <w:tc>
          <w:tcPr>
            <w:tcW w:w="3969" w:type="dxa"/>
          </w:tcPr>
          <w:p w14:paraId="405CBEE3" w14:textId="3C988BED"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نسبة الأخطاء</w:t>
            </w:r>
            <w:r w:rsidR="00A5297B">
              <w:rPr>
                <w:sz w:val="30"/>
                <w:szCs w:val="30"/>
                <w:rtl/>
                <w:cs w:val="0"/>
              </w:rPr>
              <w:t>،</w:t>
            </w:r>
            <w:r w:rsidRPr="00447966">
              <w:rPr>
                <w:sz w:val="30"/>
                <w:szCs w:val="30"/>
                <w:rtl/>
              </w:rPr>
              <w:t xml:space="preserve"> سرعة الإنجاز</w:t>
            </w:r>
            <w:r w:rsidR="00A5297B">
              <w:rPr>
                <w:sz w:val="30"/>
                <w:szCs w:val="30"/>
                <w:rtl/>
                <w:cs w:val="0"/>
              </w:rPr>
              <w:t>،</w:t>
            </w:r>
            <w:r w:rsidRPr="00447966">
              <w:rPr>
                <w:sz w:val="30"/>
                <w:szCs w:val="30"/>
                <w:rtl/>
              </w:rPr>
              <w:t xml:space="preserve"> الالتزام بالإجراءات</w:t>
            </w:r>
          </w:p>
        </w:tc>
      </w:tr>
      <w:tr w:rsidR="00447966" w:rsidRPr="00447966" w14:paraId="11D59601"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31FF6375" w14:textId="77777777" w:rsidR="00447966" w:rsidRPr="00447966" w:rsidRDefault="00447966" w:rsidP="00785C0A">
            <w:pPr>
              <w:spacing w:line="276" w:lineRule="auto"/>
              <w:jc w:val="both"/>
              <w:rPr>
                <w:sz w:val="30"/>
                <w:szCs w:val="30"/>
              </w:rPr>
            </w:pPr>
            <w:r w:rsidRPr="00447966">
              <w:rPr>
                <w:b w:val="0"/>
                <w:sz w:val="30"/>
                <w:szCs w:val="30"/>
                <w:rtl/>
              </w:rPr>
              <w:t>المتابعة</w:t>
            </w:r>
          </w:p>
        </w:tc>
        <w:tc>
          <w:tcPr>
            <w:tcW w:w="2835" w:type="dxa"/>
          </w:tcPr>
          <w:p w14:paraId="2D975F7D"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مراقبة التنفيذ أثناء العمل</w:t>
            </w:r>
          </w:p>
        </w:tc>
        <w:tc>
          <w:tcPr>
            <w:tcW w:w="3969" w:type="dxa"/>
          </w:tcPr>
          <w:p w14:paraId="23370C0A"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متابعة خط التعبئة أو جودة الفرز</w:t>
            </w:r>
          </w:p>
        </w:tc>
      </w:tr>
      <w:tr w:rsidR="00447966" w:rsidRPr="00447966" w14:paraId="0F8FCE82" w14:textId="77777777" w:rsidTr="00447966">
        <w:tc>
          <w:tcPr>
            <w:cnfStyle w:val="001000000000" w:firstRow="0" w:lastRow="0" w:firstColumn="1" w:lastColumn="0" w:oddVBand="0" w:evenVBand="0" w:oddHBand="0" w:evenHBand="0" w:firstRowFirstColumn="0" w:firstRowLastColumn="0" w:lastRowFirstColumn="0" w:lastRowLastColumn="0"/>
            <w:tcW w:w="1701" w:type="dxa"/>
          </w:tcPr>
          <w:p w14:paraId="49E86AF2" w14:textId="77777777" w:rsidR="00447966" w:rsidRPr="00447966" w:rsidRDefault="00447966" w:rsidP="00785C0A">
            <w:pPr>
              <w:spacing w:line="276" w:lineRule="auto"/>
              <w:jc w:val="both"/>
              <w:rPr>
                <w:sz w:val="30"/>
                <w:szCs w:val="30"/>
              </w:rPr>
            </w:pPr>
            <w:r w:rsidRPr="00447966">
              <w:rPr>
                <w:b w:val="0"/>
                <w:sz w:val="30"/>
                <w:szCs w:val="30"/>
                <w:rtl/>
              </w:rPr>
              <w:t>التغذية الراجعة</w:t>
            </w:r>
          </w:p>
        </w:tc>
        <w:tc>
          <w:tcPr>
            <w:tcW w:w="2835" w:type="dxa"/>
          </w:tcPr>
          <w:p w14:paraId="745BA3CC"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إبلاغ العامل بما يحتاج إلى تعديل</w:t>
            </w:r>
          </w:p>
        </w:tc>
        <w:tc>
          <w:tcPr>
            <w:tcW w:w="3969" w:type="dxa"/>
          </w:tcPr>
          <w:p w14:paraId="7AA7B9CC"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تنبيه العامل إلى تكرار خطأ في التغليف</w:t>
            </w:r>
          </w:p>
        </w:tc>
      </w:tr>
      <w:tr w:rsidR="00447966" w:rsidRPr="00447966" w14:paraId="3F844AA3"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1AF20D66" w14:textId="77777777" w:rsidR="00447966" w:rsidRPr="00447966" w:rsidRDefault="00447966" w:rsidP="00785C0A">
            <w:pPr>
              <w:spacing w:line="276" w:lineRule="auto"/>
              <w:jc w:val="both"/>
              <w:rPr>
                <w:sz w:val="30"/>
                <w:szCs w:val="30"/>
              </w:rPr>
            </w:pPr>
            <w:r w:rsidRPr="00447966">
              <w:rPr>
                <w:b w:val="0"/>
                <w:sz w:val="30"/>
                <w:szCs w:val="30"/>
                <w:rtl/>
              </w:rPr>
              <w:t>التقييم</w:t>
            </w:r>
          </w:p>
        </w:tc>
        <w:tc>
          <w:tcPr>
            <w:tcW w:w="2835" w:type="dxa"/>
          </w:tcPr>
          <w:p w14:paraId="52F8B00F"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قياس مستوى الأداء بعد فترة محددة</w:t>
            </w:r>
          </w:p>
        </w:tc>
        <w:tc>
          <w:tcPr>
            <w:tcW w:w="3969" w:type="dxa"/>
          </w:tcPr>
          <w:p w14:paraId="29871D85"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تقييم شهري أو ربع سنوي</w:t>
            </w:r>
          </w:p>
        </w:tc>
      </w:tr>
      <w:tr w:rsidR="00447966" w:rsidRPr="00447966" w14:paraId="70587740" w14:textId="77777777" w:rsidTr="00447966">
        <w:tc>
          <w:tcPr>
            <w:cnfStyle w:val="001000000000" w:firstRow="0" w:lastRow="0" w:firstColumn="1" w:lastColumn="0" w:oddVBand="0" w:evenVBand="0" w:oddHBand="0" w:evenHBand="0" w:firstRowFirstColumn="0" w:firstRowLastColumn="0" w:lastRowFirstColumn="0" w:lastRowLastColumn="0"/>
            <w:tcW w:w="1701" w:type="dxa"/>
          </w:tcPr>
          <w:p w14:paraId="51302874" w14:textId="77777777" w:rsidR="00447966" w:rsidRPr="00447966" w:rsidRDefault="00447966" w:rsidP="00785C0A">
            <w:pPr>
              <w:spacing w:line="276" w:lineRule="auto"/>
              <w:jc w:val="both"/>
              <w:rPr>
                <w:sz w:val="30"/>
                <w:szCs w:val="30"/>
              </w:rPr>
            </w:pPr>
            <w:r w:rsidRPr="00447966">
              <w:rPr>
                <w:b w:val="0"/>
                <w:sz w:val="30"/>
                <w:szCs w:val="30"/>
                <w:rtl/>
              </w:rPr>
              <w:t>التطوير</w:t>
            </w:r>
          </w:p>
        </w:tc>
        <w:tc>
          <w:tcPr>
            <w:tcW w:w="2835" w:type="dxa"/>
          </w:tcPr>
          <w:p w14:paraId="3F8CD0CB"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معالجة نقاط الضعف</w:t>
            </w:r>
          </w:p>
        </w:tc>
        <w:tc>
          <w:tcPr>
            <w:tcW w:w="3969" w:type="dxa"/>
          </w:tcPr>
          <w:p w14:paraId="1832CFBE"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تدريب العامل على مهارة تشغيلية</w:t>
            </w:r>
          </w:p>
        </w:tc>
      </w:tr>
      <w:tr w:rsidR="00447966" w:rsidRPr="00447966" w14:paraId="3A57E010"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CE3BA2E" w14:textId="77777777" w:rsidR="00447966" w:rsidRPr="00447966" w:rsidRDefault="00447966" w:rsidP="00785C0A">
            <w:pPr>
              <w:spacing w:line="276" w:lineRule="auto"/>
              <w:jc w:val="both"/>
              <w:rPr>
                <w:sz w:val="30"/>
                <w:szCs w:val="30"/>
              </w:rPr>
            </w:pPr>
            <w:r w:rsidRPr="00447966">
              <w:rPr>
                <w:b w:val="0"/>
                <w:sz w:val="30"/>
                <w:szCs w:val="30"/>
                <w:rtl/>
              </w:rPr>
              <w:t>الحوافز</w:t>
            </w:r>
          </w:p>
        </w:tc>
        <w:tc>
          <w:tcPr>
            <w:tcW w:w="2835" w:type="dxa"/>
          </w:tcPr>
          <w:p w14:paraId="176A27CB"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ربط الأداء بنتائج مشجعة</w:t>
            </w:r>
          </w:p>
        </w:tc>
        <w:tc>
          <w:tcPr>
            <w:tcW w:w="3969" w:type="dxa"/>
          </w:tcPr>
          <w:p w14:paraId="5E85493F"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مكافأة العامل الذي يحقق جودة أعلى</w:t>
            </w:r>
          </w:p>
        </w:tc>
      </w:tr>
    </w:tbl>
    <w:p w14:paraId="7EDF2413" w14:textId="62CE80BF" w:rsidR="00447966" w:rsidRPr="004B1822" w:rsidRDefault="004B1822" w:rsidP="00785C0A">
      <w:pPr>
        <w:pStyle w:val="Heading3"/>
        <w:spacing w:line="276" w:lineRule="auto"/>
        <w:jc w:val="both"/>
      </w:pPr>
      <w:bookmarkStart w:id="479" w:name="_Toc233582867"/>
      <w:bookmarkStart w:id="480" w:name="_Toc233583034"/>
      <w:bookmarkStart w:id="481" w:name="_Toc233584667"/>
      <w:bookmarkStart w:id="482" w:name="_Toc233585039"/>
      <w:bookmarkStart w:id="483" w:name="_Toc233585165"/>
      <w:bookmarkStart w:id="484" w:name="_Toc233585306"/>
      <w:bookmarkStart w:id="485" w:name="_Toc233585636"/>
      <w:bookmarkStart w:id="486" w:name="_Toc233585792"/>
      <w:bookmarkStart w:id="487" w:name="_Toc233585918"/>
      <w:bookmarkStart w:id="488" w:name="_Toc233586047"/>
      <w:bookmarkStart w:id="489" w:name="_Toc233586825"/>
      <w:bookmarkStart w:id="490" w:name="_Toc233586960"/>
      <w:bookmarkStart w:id="491" w:name="_Toc233587101"/>
      <w:bookmarkStart w:id="492" w:name="_Toc233587260"/>
      <w:bookmarkStart w:id="493" w:name="_Toc233587638"/>
      <w:r w:rsidRPr="004B1822">
        <w:rPr>
          <w:rtl/>
        </w:rPr>
        <w:lastRenderedPageBreak/>
        <w:t>أهمية إدارة الأداء</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5177E66F" w14:textId="0FC9C250" w:rsidR="00447966" w:rsidRPr="00447966" w:rsidRDefault="00447966" w:rsidP="00785C0A">
      <w:pPr>
        <w:spacing w:line="276" w:lineRule="auto"/>
        <w:ind w:firstLine="397"/>
        <w:jc w:val="both"/>
        <w:rPr>
          <w:sz w:val="30"/>
          <w:szCs w:val="30"/>
        </w:rPr>
      </w:pPr>
      <w:r w:rsidRPr="00447966">
        <w:rPr>
          <w:sz w:val="30"/>
          <w:szCs w:val="30"/>
          <w:rtl/>
        </w:rPr>
        <w:t>تنبع أهمية إدارة الأداء من قدرتها على تحويل الأهداف العامة إلى سلوك عملي</w:t>
      </w:r>
      <w:r w:rsidR="00A5297B">
        <w:rPr>
          <w:sz w:val="30"/>
          <w:szCs w:val="30"/>
          <w:rtl/>
          <w:cs w:val="0"/>
        </w:rPr>
        <w:t>.</w:t>
      </w:r>
      <w:r w:rsidRPr="00447966">
        <w:rPr>
          <w:sz w:val="30"/>
          <w:szCs w:val="30"/>
          <w:rtl/>
        </w:rPr>
        <w:t xml:space="preserve"> لا تكفي الخطة العامة إذا لم تصل إلى العامل في صورة هدف واضح ومؤشر قابل للقياس</w:t>
      </w:r>
      <w:r w:rsidR="00A5297B">
        <w:rPr>
          <w:sz w:val="30"/>
          <w:szCs w:val="30"/>
          <w:rtl/>
          <w:cs w:val="0"/>
        </w:rPr>
        <w:t>.</w:t>
      </w:r>
      <w:r w:rsidRPr="00447966">
        <w:rPr>
          <w:sz w:val="30"/>
          <w:szCs w:val="30"/>
          <w:rtl/>
        </w:rPr>
        <w:t xml:space="preserve"> فعندما تحدد الإدارة هدفا مثل تحسين جودة المنتج</w:t>
      </w:r>
      <w:r w:rsidR="00A5297B">
        <w:rPr>
          <w:sz w:val="30"/>
          <w:szCs w:val="30"/>
          <w:rtl/>
          <w:cs w:val="0"/>
        </w:rPr>
        <w:t>،</w:t>
      </w:r>
      <w:r w:rsidRPr="00447966">
        <w:rPr>
          <w:sz w:val="30"/>
          <w:szCs w:val="30"/>
          <w:rtl/>
        </w:rPr>
        <w:t xml:space="preserve"> يحتاج العامل إلى معرفة ما يعنيه ذلك في موقع عمله</w:t>
      </w:r>
      <w:r w:rsidR="00A5297B">
        <w:rPr>
          <w:sz w:val="30"/>
          <w:szCs w:val="30"/>
          <w:rtl/>
          <w:cs w:val="0"/>
        </w:rPr>
        <w:t>.</w:t>
      </w:r>
      <w:r w:rsidRPr="00447966">
        <w:rPr>
          <w:sz w:val="30"/>
          <w:szCs w:val="30"/>
          <w:rtl/>
        </w:rPr>
        <w:t xml:space="preserve"> هل يعني تقليل العيوب؟ هل يعني الالتزام بمقاس التعبئة؟ هل يعني المحافظة على نظافة المنتج؟ هنا تعمل إدارة الأداء على ترجمة الهدف إلى ممارسة</w:t>
      </w:r>
      <w:r w:rsidR="00A5297B">
        <w:rPr>
          <w:sz w:val="30"/>
          <w:szCs w:val="30"/>
          <w:rtl/>
          <w:cs w:val="0"/>
        </w:rPr>
        <w:t>.</w:t>
      </w:r>
    </w:p>
    <w:p w14:paraId="7FD02223" w14:textId="008990ED" w:rsidR="00447966" w:rsidRPr="00447966" w:rsidRDefault="00447966" w:rsidP="00785C0A">
      <w:pPr>
        <w:spacing w:line="276" w:lineRule="auto"/>
        <w:ind w:firstLine="397"/>
        <w:jc w:val="both"/>
        <w:rPr>
          <w:sz w:val="30"/>
          <w:szCs w:val="30"/>
        </w:rPr>
      </w:pPr>
      <w:r w:rsidRPr="00447966">
        <w:rPr>
          <w:sz w:val="30"/>
          <w:szCs w:val="30"/>
          <w:rtl/>
        </w:rPr>
        <w:t>تساعد إدارة الأداء العاملين على معرفة الأولويات</w:t>
      </w:r>
      <w:r w:rsidR="00A5297B">
        <w:rPr>
          <w:sz w:val="30"/>
          <w:szCs w:val="30"/>
          <w:rtl/>
          <w:cs w:val="0"/>
        </w:rPr>
        <w:t>.</w:t>
      </w:r>
      <w:r w:rsidRPr="00447966">
        <w:rPr>
          <w:sz w:val="30"/>
          <w:szCs w:val="30"/>
          <w:rtl/>
        </w:rPr>
        <w:t xml:space="preserve"> عندما يعرف العامل ما المطلوب منه</w:t>
      </w:r>
      <w:r w:rsidR="00A5297B">
        <w:rPr>
          <w:sz w:val="30"/>
          <w:szCs w:val="30"/>
          <w:rtl/>
          <w:cs w:val="0"/>
        </w:rPr>
        <w:t>،</w:t>
      </w:r>
      <w:r w:rsidRPr="00447966">
        <w:rPr>
          <w:sz w:val="30"/>
          <w:szCs w:val="30"/>
          <w:rtl/>
        </w:rPr>
        <w:t xml:space="preserve"> يقل التشتت في العمل</w:t>
      </w:r>
      <w:r w:rsidR="00A5297B">
        <w:rPr>
          <w:sz w:val="30"/>
          <w:szCs w:val="30"/>
          <w:rtl/>
          <w:cs w:val="0"/>
        </w:rPr>
        <w:t>.</w:t>
      </w:r>
      <w:r w:rsidRPr="00447966">
        <w:rPr>
          <w:sz w:val="30"/>
          <w:szCs w:val="30"/>
          <w:rtl/>
        </w:rPr>
        <w:t xml:space="preserve"> وفي بيئة الإنتاج</w:t>
      </w:r>
      <w:r w:rsidR="00A5297B">
        <w:rPr>
          <w:sz w:val="30"/>
          <w:szCs w:val="30"/>
          <w:rtl/>
          <w:cs w:val="0"/>
        </w:rPr>
        <w:t>،</w:t>
      </w:r>
      <w:r w:rsidRPr="00447966">
        <w:rPr>
          <w:sz w:val="30"/>
          <w:szCs w:val="30"/>
          <w:rtl/>
        </w:rPr>
        <w:t xml:space="preserve"> يقلل وضوح الأولويات من الأخطاء والتأخير</w:t>
      </w:r>
      <w:r w:rsidR="00A5297B">
        <w:rPr>
          <w:sz w:val="30"/>
          <w:szCs w:val="30"/>
          <w:rtl/>
          <w:cs w:val="0"/>
        </w:rPr>
        <w:t>.</w:t>
      </w:r>
      <w:r w:rsidRPr="00447966">
        <w:rPr>
          <w:sz w:val="30"/>
          <w:szCs w:val="30"/>
          <w:rtl/>
        </w:rPr>
        <w:t xml:space="preserve"> فالعامل الذي يعرف معيار الجودة والوقت والكمية ينجز مهمته بصورة أكثر انتظاما</w:t>
      </w:r>
      <w:r w:rsidR="00A5297B">
        <w:rPr>
          <w:sz w:val="30"/>
          <w:szCs w:val="30"/>
          <w:rtl/>
          <w:cs w:val="0"/>
        </w:rPr>
        <w:t>.</w:t>
      </w:r>
    </w:p>
    <w:p w14:paraId="6EBA958B" w14:textId="38C170A2" w:rsidR="00447966" w:rsidRPr="00447966" w:rsidRDefault="00447966" w:rsidP="00785C0A">
      <w:pPr>
        <w:spacing w:line="276" w:lineRule="auto"/>
        <w:ind w:firstLine="397"/>
        <w:jc w:val="both"/>
        <w:rPr>
          <w:sz w:val="30"/>
          <w:szCs w:val="30"/>
        </w:rPr>
      </w:pPr>
      <w:r w:rsidRPr="00447966">
        <w:rPr>
          <w:sz w:val="30"/>
          <w:szCs w:val="30"/>
          <w:rtl/>
        </w:rPr>
        <w:t>توفر إدارة الأداء قناة حوار بين المشرف والعامل</w:t>
      </w:r>
      <w:r w:rsidR="00A5297B">
        <w:rPr>
          <w:sz w:val="30"/>
          <w:szCs w:val="30"/>
          <w:rtl/>
          <w:cs w:val="0"/>
        </w:rPr>
        <w:t>.</w:t>
      </w:r>
      <w:r w:rsidRPr="00447966">
        <w:rPr>
          <w:sz w:val="30"/>
          <w:szCs w:val="30"/>
          <w:rtl/>
        </w:rPr>
        <w:t xml:space="preserve"> لا يبقى العامل منتظرا التقييم النهائي</w:t>
      </w:r>
      <w:r w:rsidR="00A5297B">
        <w:rPr>
          <w:sz w:val="30"/>
          <w:szCs w:val="30"/>
          <w:rtl/>
          <w:cs w:val="0"/>
        </w:rPr>
        <w:t>،</w:t>
      </w:r>
      <w:r w:rsidRPr="00447966">
        <w:rPr>
          <w:sz w:val="30"/>
          <w:szCs w:val="30"/>
          <w:rtl/>
        </w:rPr>
        <w:t xml:space="preserve"> بل يحصل على ملاحظات أثناء العمل</w:t>
      </w:r>
      <w:r w:rsidR="00A5297B">
        <w:rPr>
          <w:sz w:val="30"/>
          <w:szCs w:val="30"/>
          <w:rtl/>
          <w:cs w:val="0"/>
        </w:rPr>
        <w:t>.</w:t>
      </w:r>
      <w:r w:rsidRPr="00447966">
        <w:rPr>
          <w:sz w:val="30"/>
          <w:szCs w:val="30"/>
          <w:rtl/>
        </w:rPr>
        <w:t xml:space="preserve"> هذا الاتصال يقلل سوء الفهم</w:t>
      </w:r>
      <w:r w:rsidR="00A5297B">
        <w:rPr>
          <w:sz w:val="30"/>
          <w:szCs w:val="30"/>
          <w:rtl/>
          <w:cs w:val="0"/>
        </w:rPr>
        <w:t>،</w:t>
      </w:r>
      <w:r w:rsidRPr="00447966">
        <w:rPr>
          <w:sz w:val="30"/>
          <w:szCs w:val="30"/>
          <w:rtl/>
        </w:rPr>
        <w:t xml:space="preserve"> ويعالج المشكلات قبل اتساعها</w:t>
      </w:r>
      <w:r w:rsidR="00A5297B">
        <w:rPr>
          <w:sz w:val="30"/>
          <w:szCs w:val="30"/>
          <w:rtl/>
          <w:cs w:val="0"/>
        </w:rPr>
        <w:t>.</w:t>
      </w:r>
    </w:p>
    <w:p w14:paraId="0707E704" w14:textId="0CA6E454" w:rsidR="00447966" w:rsidRPr="00447966" w:rsidRDefault="00447966" w:rsidP="00785C0A">
      <w:pPr>
        <w:spacing w:line="276" w:lineRule="auto"/>
        <w:ind w:firstLine="397"/>
        <w:jc w:val="both"/>
        <w:rPr>
          <w:sz w:val="30"/>
          <w:szCs w:val="30"/>
        </w:rPr>
      </w:pPr>
      <w:r w:rsidRPr="00447966">
        <w:rPr>
          <w:sz w:val="30"/>
          <w:szCs w:val="30"/>
          <w:rtl/>
        </w:rPr>
        <w:t>تدعم إدارة الأداء قرارات الموارد البشرية</w:t>
      </w:r>
      <w:r w:rsidR="00A5297B">
        <w:rPr>
          <w:sz w:val="30"/>
          <w:szCs w:val="30"/>
          <w:rtl/>
          <w:cs w:val="0"/>
        </w:rPr>
        <w:t>.</w:t>
      </w:r>
      <w:r w:rsidRPr="00447966">
        <w:rPr>
          <w:sz w:val="30"/>
          <w:szCs w:val="30"/>
          <w:rtl/>
        </w:rPr>
        <w:t xml:space="preserve"> تعتمد الإدارة على نتائج الأداء عند منح الحوافز</w:t>
      </w:r>
      <w:r w:rsidR="00A5297B">
        <w:rPr>
          <w:sz w:val="30"/>
          <w:szCs w:val="30"/>
          <w:rtl/>
          <w:cs w:val="0"/>
        </w:rPr>
        <w:t>،</w:t>
      </w:r>
      <w:r w:rsidRPr="00447966">
        <w:rPr>
          <w:sz w:val="30"/>
          <w:szCs w:val="30"/>
          <w:rtl/>
        </w:rPr>
        <w:t xml:space="preserve"> وتحديد التدريب</w:t>
      </w:r>
      <w:r w:rsidR="00A5297B">
        <w:rPr>
          <w:sz w:val="30"/>
          <w:szCs w:val="30"/>
          <w:rtl/>
          <w:cs w:val="0"/>
        </w:rPr>
        <w:t>،</w:t>
      </w:r>
      <w:r w:rsidRPr="00447966">
        <w:rPr>
          <w:sz w:val="30"/>
          <w:szCs w:val="30"/>
          <w:rtl/>
        </w:rPr>
        <w:t xml:space="preserve"> وتوزيع المهام</w:t>
      </w:r>
      <w:r w:rsidR="00A5297B">
        <w:rPr>
          <w:sz w:val="30"/>
          <w:szCs w:val="30"/>
          <w:rtl/>
          <w:cs w:val="0"/>
        </w:rPr>
        <w:t>،</w:t>
      </w:r>
      <w:r w:rsidRPr="00447966">
        <w:rPr>
          <w:sz w:val="30"/>
          <w:szCs w:val="30"/>
          <w:rtl/>
        </w:rPr>
        <w:t xml:space="preserve"> ومعالجة القصور</w:t>
      </w:r>
      <w:r w:rsidR="00A5297B">
        <w:rPr>
          <w:sz w:val="30"/>
          <w:szCs w:val="30"/>
          <w:rtl/>
          <w:cs w:val="0"/>
        </w:rPr>
        <w:t>.</w:t>
      </w:r>
      <w:r w:rsidRPr="00447966">
        <w:rPr>
          <w:sz w:val="30"/>
          <w:szCs w:val="30"/>
          <w:rtl/>
        </w:rPr>
        <w:t xml:space="preserve"> تصبح القرارات أكثر عدالة عندما تستند إلى بيانات أداء واضحة</w:t>
      </w:r>
      <w:r w:rsidR="00A5297B">
        <w:rPr>
          <w:sz w:val="30"/>
          <w:szCs w:val="30"/>
          <w:rtl/>
          <w:cs w:val="0"/>
        </w:rPr>
        <w:t>.</w:t>
      </w:r>
    </w:p>
    <w:p w14:paraId="55363F1F" w14:textId="18909A2B" w:rsidR="00447966" w:rsidRPr="00447966" w:rsidRDefault="00447966" w:rsidP="00785C0A">
      <w:pPr>
        <w:spacing w:line="276" w:lineRule="auto"/>
        <w:ind w:firstLine="397"/>
        <w:jc w:val="both"/>
        <w:rPr>
          <w:sz w:val="30"/>
          <w:szCs w:val="30"/>
        </w:rPr>
      </w:pPr>
      <w:r w:rsidRPr="00447966">
        <w:rPr>
          <w:sz w:val="30"/>
          <w:szCs w:val="30"/>
          <w:rtl/>
        </w:rPr>
        <w:t>تكشف إدارة الأداء نقاط الضعف في أداء العاملين والفرق</w:t>
      </w:r>
      <w:r w:rsidR="00A5297B">
        <w:rPr>
          <w:sz w:val="30"/>
          <w:szCs w:val="30"/>
          <w:rtl/>
          <w:cs w:val="0"/>
        </w:rPr>
        <w:t>.</w:t>
      </w:r>
      <w:r w:rsidRPr="00447966">
        <w:rPr>
          <w:sz w:val="30"/>
          <w:szCs w:val="30"/>
          <w:rtl/>
        </w:rPr>
        <w:t xml:space="preserve"> ثم تحول هذه النقاط إلى خطط تدريب وتطوير</w:t>
      </w:r>
      <w:r w:rsidR="00A5297B">
        <w:rPr>
          <w:sz w:val="30"/>
          <w:szCs w:val="30"/>
          <w:rtl/>
          <w:cs w:val="0"/>
        </w:rPr>
        <w:t>.</w:t>
      </w:r>
      <w:r w:rsidRPr="00447966">
        <w:rPr>
          <w:sz w:val="30"/>
          <w:szCs w:val="30"/>
          <w:rtl/>
        </w:rPr>
        <w:t xml:space="preserve"> وبذلك</w:t>
      </w:r>
      <w:r w:rsidR="00A5297B">
        <w:rPr>
          <w:sz w:val="30"/>
          <w:szCs w:val="30"/>
          <w:rtl/>
          <w:cs w:val="0"/>
        </w:rPr>
        <w:t>،</w:t>
      </w:r>
      <w:r w:rsidRPr="00447966">
        <w:rPr>
          <w:sz w:val="30"/>
          <w:szCs w:val="30"/>
          <w:rtl/>
        </w:rPr>
        <w:t xml:space="preserve"> لا يصبح التدريب نشاطا عاما</w:t>
      </w:r>
      <w:r w:rsidR="00A5297B">
        <w:rPr>
          <w:sz w:val="30"/>
          <w:szCs w:val="30"/>
          <w:rtl/>
          <w:cs w:val="0"/>
        </w:rPr>
        <w:t>،</w:t>
      </w:r>
      <w:r w:rsidRPr="00447966">
        <w:rPr>
          <w:sz w:val="30"/>
          <w:szCs w:val="30"/>
          <w:rtl/>
        </w:rPr>
        <w:t xml:space="preserve"> بل يستند إلى حاجة فعلية</w:t>
      </w:r>
      <w:r w:rsidR="00A5297B">
        <w:rPr>
          <w:sz w:val="30"/>
          <w:szCs w:val="30"/>
          <w:rtl/>
          <w:cs w:val="0"/>
        </w:rPr>
        <w:t>.</w:t>
      </w:r>
      <w:r w:rsidRPr="00447966">
        <w:rPr>
          <w:sz w:val="30"/>
          <w:szCs w:val="30"/>
          <w:rtl/>
        </w:rPr>
        <w:t xml:space="preserve"> وعندما تتحسن الأهداف والمتابعة والتقييم والتطوير</w:t>
      </w:r>
      <w:r w:rsidR="00A5297B">
        <w:rPr>
          <w:sz w:val="30"/>
          <w:szCs w:val="30"/>
          <w:rtl/>
          <w:cs w:val="0"/>
        </w:rPr>
        <w:t>،</w:t>
      </w:r>
      <w:r w:rsidRPr="00447966">
        <w:rPr>
          <w:sz w:val="30"/>
          <w:szCs w:val="30"/>
          <w:rtl/>
        </w:rPr>
        <w:t xml:space="preserve"> ترتفع الإنتاجية</w:t>
      </w:r>
      <w:r w:rsidR="00A5297B">
        <w:rPr>
          <w:sz w:val="30"/>
          <w:szCs w:val="30"/>
          <w:rtl/>
          <w:cs w:val="0"/>
        </w:rPr>
        <w:t>،</w:t>
      </w:r>
      <w:r w:rsidRPr="00447966">
        <w:rPr>
          <w:sz w:val="30"/>
          <w:szCs w:val="30"/>
          <w:rtl/>
        </w:rPr>
        <w:t xml:space="preserve"> لأن العامل يؤدي عمله بسرعة أفضل</w:t>
      </w:r>
      <w:r w:rsidR="00A5297B">
        <w:rPr>
          <w:sz w:val="30"/>
          <w:szCs w:val="30"/>
          <w:rtl/>
          <w:cs w:val="0"/>
        </w:rPr>
        <w:t>،</w:t>
      </w:r>
      <w:r w:rsidRPr="00447966">
        <w:rPr>
          <w:sz w:val="30"/>
          <w:szCs w:val="30"/>
          <w:rtl/>
        </w:rPr>
        <w:t xml:space="preserve"> وبأخطاء أقل</w:t>
      </w:r>
      <w:r w:rsidR="00A5297B">
        <w:rPr>
          <w:sz w:val="30"/>
          <w:szCs w:val="30"/>
          <w:rtl/>
          <w:cs w:val="0"/>
        </w:rPr>
        <w:t>،</w:t>
      </w:r>
      <w:r w:rsidRPr="00447966">
        <w:rPr>
          <w:sz w:val="30"/>
          <w:szCs w:val="30"/>
          <w:rtl/>
        </w:rPr>
        <w:t xml:space="preserve"> وبجودة أعلى</w:t>
      </w:r>
      <w:r w:rsidR="00A5297B">
        <w:rPr>
          <w:sz w:val="30"/>
          <w:szCs w:val="30"/>
          <w:rtl/>
          <w:cs w:val="0"/>
        </w:rPr>
        <w:t>،</w:t>
      </w:r>
      <w:r w:rsidRPr="00447966">
        <w:rPr>
          <w:sz w:val="30"/>
          <w:szCs w:val="30"/>
          <w:rtl/>
        </w:rPr>
        <w:t xml:space="preserve"> وباستخدام أكثر كفاءة للوقت والموارد</w:t>
      </w:r>
      <w:r w:rsidR="00A5297B">
        <w:rPr>
          <w:sz w:val="30"/>
          <w:szCs w:val="30"/>
          <w:rtl/>
          <w:cs w:val="0"/>
        </w:rPr>
        <w:t>.</w:t>
      </w:r>
    </w:p>
    <w:p w14:paraId="1D206AB8" w14:textId="2D510E9E" w:rsidR="00447966" w:rsidRPr="004B1822" w:rsidRDefault="004B1822" w:rsidP="00785C0A">
      <w:pPr>
        <w:pStyle w:val="Heading3"/>
        <w:spacing w:line="276" w:lineRule="auto"/>
        <w:jc w:val="both"/>
      </w:pPr>
      <w:bookmarkStart w:id="494" w:name="_Toc233582868"/>
      <w:bookmarkStart w:id="495" w:name="_Toc233583035"/>
      <w:bookmarkStart w:id="496" w:name="_Toc233584668"/>
      <w:bookmarkStart w:id="497" w:name="_Toc233585040"/>
      <w:bookmarkStart w:id="498" w:name="_Toc233585166"/>
      <w:bookmarkStart w:id="499" w:name="_Toc233585307"/>
      <w:bookmarkStart w:id="500" w:name="_Toc233585637"/>
      <w:bookmarkStart w:id="501" w:name="_Toc233585793"/>
      <w:bookmarkStart w:id="502" w:name="_Toc233585919"/>
      <w:bookmarkStart w:id="503" w:name="_Toc233586048"/>
      <w:bookmarkStart w:id="504" w:name="_Toc233586826"/>
      <w:bookmarkStart w:id="505" w:name="_Toc233586961"/>
      <w:bookmarkStart w:id="506" w:name="_Toc233587102"/>
      <w:bookmarkStart w:id="507" w:name="_Toc233587261"/>
      <w:bookmarkStart w:id="508" w:name="_Toc233587639"/>
      <w:r w:rsidRPr="004B1822">
        <w:rPr>
          <w:rtl/>
        </w:rPr>
        <w:t>أهداف إدارة الأداء</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7FAAE23E" w14:textId="3F83120D" w:rsidR="00447966" w:rsidRPr="00447966" w:rsidRDefault="00447966" w:rsidP="00785C0A">
      <w:pPr>
        <w:spacing w:line="276" w:lineRule="auto"/>
        <w:ind w:firstLine="397"/>
        <w:jc w:val="both"/>
        <w:rPr>
          <w:sz w:val="30"/>
          <w:szCs w:val="30"/>
        </w:rPr>
      </w:pPr>
      <w:r w:rsidRPr="00447966">
        <w:rPr>
          <w:sz w:val="30"/>
          <w:szCs w:val="30"/>
          <w:rtl/>
        </w:rPr>
        <w:t>تهدف إدارة الأداء إلى تحقيق مجموعة من الأهداف التي تخدم العامل والمنظمة في وقت واحد</w:t>
      </w:r>
      <w:r w:rsidR="00A5297B">
        <w:rPr>
          <w:sz w:val="30"/>
          <w:szCs w:val="30"/>
          <w:rtl/>
          <w:cs w:val="0"/>
        </w:rPr>
        <w:t>.</w:t>
      </w:r>
      <w:r w:rsidRPr="00447966">
        <w:rPr>
          <w:sz w:val="30"/>
          <w:szCs w:val="30"/>
          <w:rtl/>
        </w:rPr>
        <w:t xml:space="preserve"> ولا تنفصل هذه الأهداف عن تحسين الإنتاجية في المنشآت الإنتاجية</w:t>
      </w:r>
      <w:r w:rsidR="00A5297B">
        <w:rPr>
          <w:sz w:val="30"/>
          <w:szCs w:val="30"/>
          <w:rtl/>
          <w:cs w:val="0"/>
        </w:rPr>
        <w:t>.</w:t>
      </w:r>
    </w:p>
    <w:p w14:paraId="59B656B7" w14:textId="3BAF3562" w:rsidR="00447966" w:rsidRPr="00447966" w:rsidRDefault="00447966" w:rsidP="00785C0A">
      <w:pPr>
        <w:spacing w:line="276" w:lineRule="auto"/>
        <w:ind w:firstLine="397"/>
        <w:jc w:val="both"/>
        <w:rPr>
          <w:sz w:val="30"/>
          <w:szCs w:val="30"/>
        </w:rPr>
      </w:pPr>
      <w:r w:rsidRPr="00447966">
        <w:rPr>
          <w:sz w:val="30"/>
          <w:szCs w:val="30"/>
          <w:rtl/>
        </w:rPr>
        <w:t>تعمل إدارة الأداء على مواءمة أهداف الأفراد مع أهداف الشركة</w:t>
      </w:r>
      <w:r w:rsidR="00A5297B">
        <w:rPr>
          <w:sz w:val="30"/>
          <w:szCs w:val="30"/>
          <w:rtl/>
          <w:cs w:val="0"/>
        </w:rPr>
        <w:t>.</w:t>
      </w:r>
      <w:r w:rsidRPr="00447966">
        <w:rPr>
          <w:sz w:val="30"/>
          <w:szCs w:val="30"/>
          <w:rtl/>
        </w:rPr>
        <w:t xml:space="preserve"> فإذا كان هدف الشركة رفع جودة منتجات التمور</w:t>
      </w:r>
      <w:r w:rsidR="00A5297B">
        <w:rPr>
          <w:sz w:val="30"/>
          <w:szCs w:val="30"/>
          <w:rtl/>
          <w:cs w:val="0"/>
        </w:rPr>
        <w:t>،</w:t>
      </w:r>
      <w:r w:rsidRPr="00447966">
        <w:rPr>
          <w:sz w:val="30"/>
          <w:szCs w:val="30"/>
          <w:rtl/>
        </w:rPr>
        <w:t xml:space="preserve"> فيجب أن يظهر هذا الهدف في أداء العاملين في </w:t>
      </w:r>
      <w:proofErr w:type="gramStart"/>
      <w:r w:rsidRPr="00447966">
        <w:rPr>
          <w:sz w:val="30"/>
          <w:szCs w:val="30"/>
          <w:rtl/>
        </w:rPr>
        <w:t>الفرز</w:t>
      </w:r>
      <w:proofErr w:type="gramEnd"/>
      <w:r w:rsidRPr="00447966">
        <w:rPr>
          <w:sz w:val="30"/>
          <w:szCs w:val="30"/>
          <w:rtl/>
        </w:rPr>
        <w:t xml:space="preserve"> والمعالجة والتعبئة والتخزين</w:t>
      </w:r>
      <w:r w:rsidR="00A5297B">
        <w:rPr>
          <w:sz w:val="30"/>
          <w:szCs w:val="30"/>
          <w:rtl/>
          <w:cs w:val="0"/>
        </w:rPr>
        <w:t>.</w:t>
      </w:r>
      <w:r w:rsidRPr="00447966">
        <w:rPr>
          <w:sz w:val="30"/>
          <w:szCs w:val="30"/>
          <w:rtl/>
        </w:rPr>
        <w:t xml:space="preserve"> لا يتحقق الهدف العام إلا عندما يتحول إلى مسؤوليات واضحة في كل وظيفة</w:t>
      </w:r>
      <w:r w:rsidR="00A5297B">
        <w:rPr>
          <w:sz w:val="30"/>
          <w:szCs w:val="30"/>
          <w:rtl/>
          <w:cs w:val="0"/>
        </w:rPr>
        <w:t>.</w:t>
      </w:r>
    </w:p>
    <w:p w14:paraId="43297D6D" w14:textId="4B2D10C4" w:rsidR="00447966" w:rsidRPr="00447966" w:rsidRDefault="00447966" w:rsidP="00785C0A">
      <w:pPr>
        <w:spacing w:line="276" w:lineRule="auto"/>
        <w:ind w:firstLine="397"/>
        <w:jc w:val="both"/>
        <w:rPr>
          <w:sz w:val="30"/>
          <w:szCs w:val="30"/>
        </w:rPr>
      </w:pPr>
      <w:r w:rsidRPr="00447966">
        <w:rPr>
          <w:sz w:val="30"/>
          <w:szCs w:val="30"/>
          <w:rtl/>
        </w:rPr>
        <w:t>تسعى إدارة الأداء إلى رفع مستوى إنجاز العاملين من خلال تحديد التوقعات وتقديم المتابعة</w:t>
      </w:r>
      <w:r w:rsidR="00A5297B">
        <w:rPr>
          <w:sz w:val="30"/>
          <w:szCs w:val="30"/>
          <w:rtl/>
          <w:cs w:val="0"/>
        </w:rPr>
        <w:t>.</w:t>
      </w:r>
      <w:r w:rsidRPr="00447966">
        <w:rPr>
          <w:sz w:val="30"/>
          <w:szCs w:val="30"/>
          <w:rtl/>
        </w:rPr>
        <w:t xml:space="preserve"> فالإنجاز لا يتحسن عندما تترك المهام دون معيار</w:t>
      </w:r>
      <w:r w:rsidR="00A5297B">
        <w:rPr>
          <w:sz w:val="30"/>
          <w:szCs w:val="30"/>
          <w:rtl/>
          <w:cs w:val="0"/>
        </w:rPr>
        <w:t>.</w:t>
      </w:r>
      <w:r w:rsidRPr="00447966">
        <w:rPr>
          <w:sz w:val="30"/>
          <w:szCs w:val="30"/>
          <w:rtl/>
        </w:rPr>
        <w:t xml:space="preserve"> يحتاج العامل إلى هدف واضح ومراجعة منتظمة</w:t>
      </w:r>
      <w:r w:rsidR="00A5297B">
        <w:rPr>
          <w:sz w:val="30"/>
          <w:szCs w:val="30"/>
          <w:rtl/>
          <w:cs w:val="0"/>
        </w:rPr>
        <w:t>.</w:t>
      </w:r>
    </w:p>
    <w:p w14:paraId="29BD9B5C" w14:textId="0C674F0E" w:rsidR="00447966" w:rsidRPr="00447966" w:rsidRDefault="00447966" w:rsidP="00785C0A">
      <w:pPr>
        <w:spacing w:line="276" w:lineRule="auto"/>
        <w:ind w:firstLine="397"/>
        <w:jc w:val="both"/>
        <w:rPr>
          <w:sz w:val="30"/>
          <w:szCs w:val="30"/>
        </w:rPr>
      </w:pPr>
      <w:r w:rsidRPr="00447966">
        <w:rPr>
          <w:sz w:val="30"/>
          <w:szCs w:val="30"/>
          <w:rtl/>
        </w:rPr>
        <w:t>تهدف إدارة الأداء إلى رفع جودة العمل من خلال قياس الأداء ومتابعة الأخطاء</w:t>
      </w:r>
      <w:r w:rsidR="00A5297B">
        <w:rPr>
          <w:sz w:val="30"/>
          <w:szCs w:val="30"/>
          <w:rtl/>
          <w:cs w:val="0"/>
        </w:rPr>
        <w:t>.</w:t>
      </w:r>
      <w:r w:rsidRPr="00447966">
        <w:rPr>
          <w:sz w:val="30"/>
          <w:szCs w:val="30"/>
          <w:rtl/>
        </w:rPr>
        <w:t xml:space="preserve"> في المصنع</w:t>
      </w:r>
      <w:r w:rsidR="00A5297B">
        <w:rPr>
          <w:sz w:val="30"/>
          <w:szCs w:val="30"/>
          <w:rtl/>
          <w:cs w:val="0"/>
        </w:rPr>
        <w:t>،</w:t>
      </w:r>
      <w:r w:rsidRPr="00447966">
        <w:rPr>
          <w:sz w:val="30"/>
          <w:szCs w:val="30"/>
          <w:rtl/>
        </w:rPr>
        <w:t xml:space="preserve"> تنعكس الجودة على سلامة المنتج</w:t>
      </w:r>
      <w:r w:rsidR="00A5297B">
        <w:rPr>
          <w:sz w:val="30"/>
          <w:szCs w:val="30"/>
          <w:rtl/>
          <w:cs w:val="0"/>
        </w:rPr>
        <w:t>،</w:t>
      </w:r>
      <w:r w:rsidRPr="00447966">
        <w:rPr>
          <w:sz w:val="30"/>
          <w:szCs w:val="30"/>
          <w:rtl/>
        </w:rPr>
        <w:t xml:space="preserve"> ودقة التعبئة</w:t>
      </w:r>
      <w:r w:rsidR="00A5297B">
        <w:rPr>
          <w:sz w:val="30"/>
          <w:szCs w:val="30"/>
          <w:rtl/>
          <w:cs w:val="0"/>
        </w:rPr>
        <w:t>،</w:t>
      </w:r>
      <w:r w:rsidRPr="00447966">
        <w:rPr>
          <w:sz w:val="30"/>
          <w:szCs w:val="30"/>
          <w:rtl/>
        </w:rPr>
        <w:t xml:space="preserve"> ونظافة العمليات</w:t>
      </w:r>
      <w:r w:rsidR="00A5297B">
        <w:rPr>
          <w:sz w:val="30"/>
          <w:szCs w:val="30"/>
          <w:rtl/>
          <w:cs w:val="0"/>
        </w:rPr>
        <w:t>،</w:t>
      </w:r>
      <w:r w:rsidRPr="00447966">
        <w:rPr>
          <w:sz w:val="30"/>
          <w:szCs w:val="30"/>
          <w:rtl/>
        </w:rPr>
        <w:t xml:space="preserve"> والتزام العاملين بالإجراءات</w:t>
      </w:r>
      <w:r w:rsidR="00A5297B">
        <w:rPr>
          <w:sz w:val="30"/>
          <w:szCs w:val="30"/>
          <w:rtl/>
          <w:cs w:val="0"/>
        </w:rPr>
        <w:t>.</w:t>
      </w:r>
    </w:p>
    <w:p w14:paraId="69FDED50" w14:textId="4E6D97F9" w:rsidR="00447966" w:rsidRPr="00447966" w:rsidRDefault="00447966" w:rsidP="00785C0A">
      <w:pPr>
        <w:spacing w:line="276" w:lineRule="auto"/>
        <w:ind w:firstLine="397"/>
        <w:jc w:val="both"/>
        <w:rPr>
          <w:sz w:val="30"/>
          <w:szCs w:val="30"/>
        </w:rPr>
      </w:pPr>
      <w:r w:rsidRPr="00447966">
        <w:rPr>
          <w:sz w:val="30"/>
          <w:szCs w:val="30"/>
          <w:rtl/>
        </w:rPr>
        <w:lastRenderedPageBreak/>
        <w:t>تستخدم إدارة الأداء نتائج التقييم لتحديد احتياجات التدريب</w:t>
      </w:r>
      <w:r w:rsidR="00A5297B">
        <w:rPr>
          <w:sz w:val="30"/>
          <w:szCs w:val="30"/>
          <w:rtl/>
          <w:cs w:val="0"/>
        </w:rPr>
        <w:t>.</w:t>
      </w:r>
      <w:r w:rsidRPr="00447966">
        <w:rPr>
          <w:sz w:val="30"/>
          <w:szCs w:val="30"/>
          <w:rtl/>
        </w:rPr>
        <w:t xml:space="preserve"> إذا ظهر ضعف لدى العامل في مهارة معينة</w:t>
      </w:r>
      <w:r w:rsidR="00A5297B">
        <w:rPr>
          <w:sz w:val="30"/>
          <w:szCs w:val="30"/>
          <w:rtl/>
          <w:cs w:val="0"/>
        </w:rPr>
        <w:t>،</w:t>
      </w:r>
      <w:r w:rsidRPr="00447966">
        <w:rPr>
          <w:sz w:val="30"/>
          <w:szCs w:val="30"/>
          <w:rtl/>
        </w:rPr>
        <w:t xml:space="preserve"> يجب أن يوجه التدريب لمعالجة هذه المهارة</w:t>
      </w:r>
      <w:r w:rsidR="00A5297B">
        <w:rPr>
          <w:sz w:val="30"/>
          <w:szCs w:val="30"/>
          <w:rtl/>
          <w:cs w:val="0"/>
        </w:rPr>
        <w:t>.</w:t>
      </w:r>
      <w:r w:rsidRPr="00447966">
        <w:rPr>
          <w:sz w:val="30"/>
          <w:szCs w:val="30"/>
          <w:rtl/>
        </w:rPr>
        <w:t xml:space="preserve"> بذلك</w:t>
      </w:r>
      <w:r w:rsidR="00A5297B">
        <w:rPr>
          <w:sz w:val="30"/>
          <w:szCs w:val="30"/>
          <w:rtl/>
          <w:cs w:val="0"/>
        </w:rPr>
        <w:t>،</w:t>
      </w:r>
      <w:r w:rsidRPr="00447966">
        <w:rPr>
          <w:sz w:val="30"/>
          <w:szCs w:val="30"/>
          <w:rtl/>
        </w:rPr>
        <w:t xml:space="preserve"> يصبح التطوير مرتبطا بواقع الأداء</w:t>
      </w:r>
      <w:r w:rsidR="00A5297B">
        <w:rPr>
          <w:sz w:val="30"/>
          <w:szCs w:val="30"/>
          <w:rtl/>
          <w:cs w:val="0"/>
        </w:rPr>
        <w:t>.</w:t>
      </w:r>
    </w:p>
    <w:p w14:paraId="4D860E8C" w14:textId="07EEBDD8" w:rsidR="00447966" w:rsidRPr="00447966" w:rsidRDefault="00447966" w:rsidP="00785C0A">
      <w:pPr>
        <w:spacing w:line="276" w:lineRule="auto"/>
        <w:ind w:firstLine="397"/>
        <w:jc w:val="both"/>
        <w:rPr>
          <w:sz w:val="30"/>
          <w:szCs w:val="30"/>
        </w:rPr>
      </w:pPr>
      <w:r w:rsidRPr="00447966">
        <w:rPr>
          <w:sz w:val="30"/>
          <w:szCs w:val="30"/>
          <w:rtl/>
        </w:rPr>
        <w:t>تساعد إدارة الأداء على ربط الحوافز بالإنجاز الفعلي</w:t>
      </w:r>
      <w:r w:rsidR="00A5297B">
        <w:rPr>
          <w:sz w:val="30"/>
          <w:szCs w:val="30"/>
          <w:rtl/>
          <w:cs w:val="0"/>
        </w:rPr>
        <w:t>.</w:t>
      </w:r>
      <w:r w:rsidRPr="00447966">
        <w:rPr>
          <w:sz w:val="30"/>
          <w:szCs w:val="30"/>
          <w:rtl/>
        </w:rPr>
        <w:t xml:space="preserve"> لا تمنح المكافآت بصورة عشوائية</w:t>
      </w:r>
      <w:r w:rsidR="00A5297B">
        <w:rPr>
          <w:sz w:val="30"/>
          <w:szCs w:val="30"/>
          <w:rtl/>
          <w:cs w:val="0"/>
        </w:rPr>
        <w:t>،</w:t>
      </w:r>
      <w:r w:rsidRPr="00447966">
        <w:rPr>
          <w:sz w:val="30"/>
          <w:szCs w:val="30"/>
          <w:rtl/>
        </w:rPr>
        <w:t xml:space="preserve"> بل ترتبط بمؤشرات مثل الالتزام</w:t>
      </w:r>
      <w:r w:rsidR="00A5297B">
        <w:rPr>
          <w:sz w:val="30"/>
          <w:szCs w:val="30"/>
          <w:rtl/>
          <w:cs w:val="0"/>
        </w:rPr>
        <w:t>،</w:t>
      </w:r>
      <w:r w:rsidRPr="00447966">
        <w:rPr>
          <w:sz w:val="30"/>
          <w:szCs w:val="30"/>
          <w:rtl/>
        </w:rPr>
        <w:t xml:space="preserve"> والجودة</w:t>
      </w:r>
      <w:r w:rsidR="00A5297B">
        <w:rPr>
          <w:sz w:val="30"/>
          <w:szCs w:val="30"/>
          <w:rtl/>
          <w:cs w:val="0"/>
        </w:rPr>
        <w:t>،</w:t>
      </w:r>
      <w:r w:rsidRPr="00447966">
        <w:rPr>
          <w:sz w:val="30"/>
          <w:szCs w:val="30"/>
          <w:rtl/>
        </w:rPr>
        <w:t xml:space="preserve"> والإنتاج</w:t>
      </w:r>
      <w:r w:rsidR="00A5297B">
        <w:rPr>
          <w:sz w:val="30"/>
          <w:szCs w:val="30"/>
          <w:rtl/>
          <w:cs w:val="0"/>
        </w:rPr>
        <w:t>،</w:t>
      </w:r>
      <w:r w:rsidRPr="00447966">
        <w:rPr>
          <w:sz w:val="30"/>
          <w:szCs w:val="30"/>
          <w:rtl/>
        </w:rPr>
        <w:t xml:space="preserve"> وتقليل الأخطاء</w:t>
      </w:r>
      <w:r w:rsidR="00A5297B">
        <w:rPr>
          <w:sz w:val="30"/>
          <w:szCs w:val="30"/>
          <w:rtl/>
          <w:cs w:val="0"/>
        </w:rPr>
        <w:t>.</w:t>
      </w:r>
      <w:r w:rsidRPr="00447966">
        <w:rPr>
          <w:sz w:val="30"/>
          <w:szCs w:val="30"/>
          <w:rtl/>
        </w:rPr>
        <w:t xml:space="preserve"> كما تحدد إدارة الأداء مسؤولية كل عامل أو فريق عن النتائج</w:t>
      </w:r>
      <w:r w:rsidR="00A5297B">
        <w:rPr>
          <w:sz w:val="30"/>
          <w:szCs w:val="30"/>
          <w:rtl/>
          <w:cs w:val="0"/>
        </w:rPr>
        <w:t>.</w:t>
      </w:r>
      <w:r w:rsidRPr="00447966">
        <w:rPr>
          <w:sz w:val="30"/>
          <w:szCs w:val="30"/>
          <w:rtl/>
        </w:rPr>
        <w:t xml:space="preserve"> فالمساءلة لا تعني العقاب فقط</w:t>
      </w:r>
      <w:r w:rsidR="00A5297B">
        <w:rPr>
          <w:sz w:val="30"/>
          <w:szCs w:val="30"/>
          <w:rtl/>
          <w:cs w:val="0"/>
        </w:rPr>
        <w:t>.</w:t>
      </w:r>
      <w:r w:rsidRPr="00447966">
        <w:rPr>
          <w:sz w:val="30"/>
          <w:szCs w:val="30"/>
          <w:rtl/>
        </w:rPr>
        <w:t xml:space="preserve"> تعني معرفة ما تم إنجازه</w:t>
      </w:r>
      <w:r w:rsidR="00A5297B">
        <w:rPr>
          <w:sz w:val="30"/>
          <w:szCs w:val="30"/>
          <w:rtl/>
          <w:cs w:val="0"/>
        </w:rPr>
        <w:t>،</w:t>
      </w:r>
      <w:r w:rsidRPr="00447966">
        <w:rPr>
          <w:sz w:val="30"/>
          <w:szCs w:val="30"/>
          <w:rtl/>
        </w:rPr>
        <w:t xml:space="preserve"> وما لم ينجز</w:t>
      </w:r>
      <w:r w:rsidR="00A5297B">
        <w:rPr>
          <w:sz w:val="30"/>
          <w:szCs w:val="30"/>
          <w:rtl/>
          <w:cs w:val="0"/>
        </w:rPr>
        <w:t>،</w:t>
      </w:r>
      <w:r w:rsidRPr="00447966">
        <w:rPr>
          <w:sz w:val="30"/>
          <w:szCs w:val="30"/>
          <w:rtl/>
        </w:rPr>
        <w:t xml:space="preserve"> وأسباب ذلك</w:t>
      </w:r>
      <w:r w:rsidR="00A5297B">
        <w:rPr>
          <w:sz w:val="30"/>
          <w:szCs w:val="30"/>
          <w:rtl/>
          <w:cs w:val="0"/>
        </w:rPr>
        <w:t>،</w:t>
      </w:r>
      <w:r w:rsidRPr="00447966">
        <w:rPr>
          <w:sz w:val="30"/>
          <w:szCs w:val="30"/>
          <w:rtl/>
        </w:rPr>
        <w:t xml:space="preserve"> وما يجب تعديله</w:t>
      </w:r>
      <w:r w:rsidR="00A5297B">
        <w:rPr>
          <w:sz w:val="30"/>
          <w:szCs w:val="30"/>
          <w:rtl/>
          <w:cs w:val="0"/>
        </w:rPr>
        <w:t>.</w:t>
      </w:r>
    </w:p>
    <w:p w14:paraId="2AE8EDB2" w14:textId="40620A37" w:rsidR="00447966" w:rsidRPr="004B1822" w:rsidRDefault="004B1822" w:rsidP="00785C0A">
      <w:pPr>
        <w:pStyle w:val="Heading3"/>
        <w:spacing w:line="276" w:lineRule="auto"/>
        <w:jc w:val="both"/>
      </w:pPr>
      <w:bookmarkStart w:id="509" w:name="_Toc233582869"/>
      <w:bookmarkStart w:id="510" w:name="_Toc233583036"/>
      <w:bookmarkStart w:id="511" w:name="_Toc233584669"/>
      <w:bookmarkStart w:id="512" w:name="_Toc233585041"/>
      <w:bookmarkStart w:id="513" w:name="_Toc233585167"/>
      <w:bookmarkStart w:id="514" w:name="_Toc233585308"/>
      <w:bookmarkStart w:id="515" w:name="_Toc233585638"/>
      <w:bookmarkStart w:id="516" w:name="_Toc233585794"/>
      <w:bookmarkStart w:id="517" w:name="_Toc233585920"/>
      <w:bookmarkStart w:id="518" w:name="_Toc233586049"/>
      <w:bookmarkStart w:id="519" w:name="_Toc233586827"/>
      <w:bookmarkStart w:id="520" w:name="_Toc233586962"/>
      <w:bookmarkStart w:id="521" w:name="_Toc233587103"/>
      <w:bookmarkStart w:id="522" w:name="_Toc233587262"/>
      <w:bookmarkStart w:id="523" w:name="_Toc233587640"/>
      <w:r w:rsidRPr="004B1822">
        <w:rPr>
          <w:rtl/>
        </w:rPr>
        <w:t>أسباب ظهور إدارة الأداء الحديثة</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44F3A187" w14:textId="591D209D" w:rsidR="00447966" w:rsidRPr="00447966" w:rsidRDefault="00447966" w:rsidP="00785C0A">
      <w:pPr>
        <w:spacing w:line="276" w:lineRule="auto"/>
        <w:ind w:firstLine="397"/>
        <w:jc w:val="both"/>
        <w:rPr>
          <w:sz w:val="30"/>
          <w:szCs w:val="30"/>
        </w:rPr>
      </w:pPr>
      <w:r w:rsidRPr="00447966">
        <w:rPr>
          <w:sz w:val="30"/>
          <w:szCs w:val="30"/>
          <w:rtl/>
        </w:rPr>
        <w:t>ظهرت إدارة الأداء الحديثة استجابة لعدد من المتغيرات التنظيمية والتشغيلية</w:t>
      </w:r>
      <w:r w:rsidR="00A5297B">
        <w:rPr>
          <w:sz w:val="30"/>
          <w:szCs w:val="30"/>
          <w:rtl/>
          <w:cs w:val="0"/>
        </w:rPr>
        <w:t>.</w:t>
      </w:r>
      <w:r w:rsidRPr="00447966">
        <w:rPr>
          <w:sz w:val="30"/>
          <w:szCs w:val="30"/>
          <w:rtl/>
        </w:rPr>
        <w:t xml:space="preserve"> لم تعد أنظمة التقييم التقليدية قادرة على تلبية حاجة المنظمات التي تعمل في بيئات تنافسية</w:t>
      </w:r>
      <w:r w:rsidR="00A5297B">
        <w:rPr>
          <w:sz w:val="30"/>
          <w:szCs w:val="30"/>
          <w:rtl/>
          <w:cs w:val="0"/>
        </w:rPr>
        <w:t>.</w:t>
      </w:r>
    </w:p>
    <w:p w14:paraId="5188860B" w14:textId="6282102E" w:rsidR="00447966" w:rsidRPr="00447966" w:rsidRDefault="00447966" w:rsidP="00785C0A">
      <w:pPr>
        <w:spacing w:line="276" w:lineRule="auto"/>
        <w:ind w:firstLine="397"/>
        <w:jc w:val="both"/>
        <w:rPr>
          <w:sz w:val="30"/>
          <w:szCs w:val="30"/>
        </w:rPr>
      </w:pPr>
      <w:r w:rsidRPr="00447966">
        <w:rPr>
          <w:sz w:val="30"/>
          <w:szCs w:val="30"/>
          <w:rtl/>
        </w:rPr>
        <w:t>أظهرت التجارب التنظيمية أن التقييم السنوي لا يكفي لتحسين الأداء</w:t>
      </w:r>
      <w:r w:rsidR="00A5297B">
        <w:rPr>
          <w:sz w:val="30"/>
          <w:szCs w:val="30"/>
          <w:rtl/>
          <w:cs w:val="0"/>
        </w:rPr>
        <w:t>.</w:t>
      </w:r>
      <w:r w:rsidRPr="00447966">
        <w:rPr>
          <w:sz w:val="30"/>
          <w:szCs w:val="30"/>
          <w:rtl/>
        </w:rPr>
        <w:t xml:space="preserve"> فهو يحدث بعد فترة طويلة من وقوع الأخطاء</w:t>
      </w:r>
      <w:r w:rsidR="00A5297B">
        <w:rPr>
          <w:sz w:val="30"/>
          <w:szCs w:val="30"/>
          <w:rtl/>
          <w:cs w:val="0"/>
        </w:rPr>
        <w:t>.</w:t>
      </w:r>
      <w:r w:rsidRPr="00447966">
        <w:rPr>
          <w:sz w:val="30"/>
          <w:szCs w:val="30"/>
          <w:rtl/>
        </w:rPr>
        <w:t xml:space="preserve"> كما أنه يركز على النتيجة النهائية أكثر من تركيزه على تصحيح الأداء أثناء العمل (</w:t>
      </w:r>
      <w:proofErr w:type="spellStart"/>
      <w:r w:rsidRPr="00447966">
        <w:rPr>
          <w:sz w:val="30"/>
          <w:szCs w:val="30"/>
          <w:rtl/>
        </w:rPr>
        <w:t>DeNisi</w:t>
      </w:r>
      <w:proofErr w:type="spellEnd"/>
      <w:r w:rsidRPr="00447966">
        <w:rPr>
          <w:sz w:val="30"/>
          <w:szCs w:val="30"/>
          <w:rtl/>
        </w:rPr>
        <w:t xml:space="preserve"> &amp; </w:t>
      </w:r>
      <w:proofErr w:type="spellStart"/>
      <w:r w:rsidRPr="00447966">
        <w:rPr>
          <w:sz w:val="30"/>
          <w:szCs w:val="30"/>
          <w:rtl/>
        </w:rPr>
        <w:t>Murphy</w:t>
      </w:r>
      <w:proofErr w:type="spellEnd"/>
      <w:r w:rsidRPr="00447966">
        <w:rPr>
          <w:sz w:val="30"/>
          <w:szCs w:val="30"/>
          <w:rtl/>
        </w:rPr>
        <w:t>, 2017)</w:t>
      </w:r>
      <w:r w:rsidR="00A5297B">
        <w:rPr>
          <w:sz w:val="30"/>
          <w:szCs w:val="30"/>
          <w:rtl/>
          <w:cs w:val="0"/>
        </w:rPr>
        <w:t>.</w:t>
      </w:r>
    </w:p>
    <w:p w14:paraId="7D8B3134" w14:textId="15257D2B" w:rsidR="00447966" w:rsidRPr="00447966" w:rsidRDefault="00447966" w:rsidP="00785C0A">
      <w:pPr>
        <w:spacing w:line="276" w:lineRule="auto"/>
        <w:ind w:firstLine="397"/>
        <w:jc w:val="both"/>
        <w:rPr>
          <w:sz w:val="30"/>
          <w:szCs w:val="30"/>
        </w:rPr>
      </w:pPr>
      <w:r w:rsidRPr="00447966">
        <w:rPr>
          <w:sz w:val="30"/>
          <w:szCs w:val="30"/>
          <w:rtl/>
        </w:rPr>
        <w:t>تحتاج المنظمات إلى تحسين مستمر في الأداء والجودة والتكلفة</w:t>
      </w:r>
      <w:r w:rsidR="00A5297B">
        <w:rPr>
          <w:sz w:val="30"/>
          <w:szCs w:val="30"/>
          <w:rtl/>
          <w:cs w:val="0"/>
        </w:rPr>
        <w:t>.</w:t>
      </w:r>
      <w:r w:rsidRPr="00447966">
        <w:rPr>
          <w:sz w:val="30"/>
          <w:szCs w:val="30"/>
          <w:rtl/>
        </w:rPr>
        <w:t xml:space="preserve"> وهذا التحسين يتطلب متابعة منتظمة</w:t>
      </w:r>
      <w:r w:rsidR="00A5297B">
        <w:rPr>
          <w:sz w:val="30"/>
          <w:szCs w:val="30"/>
          <w:rtl/>
          <w:cs w:val="0"/>
        </w:rPr>
        <w:t>،</w:t>
      </w:r>
      <w:r w:rsidRPr="00447966">
        <w:rPr>
          <w:sz w:val="30"/>
          <w:szCs w:val="30"/>
          <w:rtl/>
        </w:rPr>
        <w:t xml:space="preserve"> وليس تقييما متأخرا</w:t>
      </w:r>
      <w:r w:rsidR="00A5297B">
        <w:rPr>
          <w:sz w:val="30"/>
          <w:szCs w:val="30"/>
          <w:rtl/>
          <w:cs w:val="0"/>
        </w:rPr>
        <w:t>.</w:t>
      </w:r>
      <w:r w:rsidRPr="00447966">
        <w:rPr>
          <w:sz w:val="30"/>
          <w:szCs w:val="30"/>
          <w:rtl/>
        </w:rPr>
        <w:t xml:space="preserve"> لذلك</w:t>
      </w:r>
      <w:r w:rsidR="00A5297B">
        <w:rPr>
          <w:sz w:val="30"/>
          <w:szCs w:val="30"/>
          <w:rtl/>
          <w:cs w:val="0"/>
        </w:rPr>
        <w:t>،</w:t>
      </w:r>
      <w:r w:rsidRPr="00447966">
        <w:rPr>
          <w:sz w:val="30"/>
          <w:szCs w:val="30"/>
          <w:rtl/>
        </w:rPr>
        <w:t xml:space="preserve"> اتجهت المنظمات إلى أنظمة أداء أكثر مرونة واستمرارا</w:t>
      </w:r>
      <w:r w:rsidR="00A5297B">
        <w:rPr>
          <w:sz w:val="30"/>
          <w:szCs w:val="30"/>
          <w:rtl/>
          <w:cs w:val="0"/>
        </w:rPr>
        <w:t>.</w:t>
      </w:r>
    </w:p>
    <w:p w14:paraId="5FEB9698" w14:textId="550CD1CD" w:rsidR="00447966" w:rsidRPr="00447966" w:rsidRDefault="00447966" w:rsidP="00785C0A">
      <w:pPr>
        <w:spacing w:line="276" w:lineRule="auto"/>
        <w:ind w:firstLine="397"/>
        <w:jc w:val="both"/>
        <w:rPr>
          <w:sz w:val="30"/>
          <w:szCs w:val="30"/>
        </w:rPr>
      </w:pPr>
      <w:r w:rsidRPr="00447966">
        <w:rPr>
          <w:sz w:val="30"/>
          <w:szCs w:val="30"/>
          <w:rtl/>
        </w:rPr>
        <w:t>تفرض المنافسة على الشركات تحسين الإنتاجية وخفض الهدر ورفع جودة المنتجات</w:t>
      </w:r>
      <w:r w:rsidR="00A5297B">
        <w:rPr>
          <w:sz w:val="30"/>
          <w:szCs w:val="30"/>
          <w:rtl/>
          <w:cs w:val="0"/>
        </w:rPr>
        <w:t>.</w:t>
      </w:r>
      <w:r w:rsidRPr="00447966">
        <w:rPr>
          <w:sz w:val="30"/>
          <w:szCs w:val="30"/>
          <w:rtl/>
        </w:rPr>
        <w:t xml:space="preserve"> ولا يتحقق ذلك دون نظام أداء يحدد المعايير ويتابع التنفيذ</w:t>
      </w:r>
      <w:r w:rsidR="00A5297B">
        <w:rPr>
          <w:sz w:val="30"/>
          <w:szCs w:val="30"/>
          <w:rtl/>
          <w:cs w:val="0"/>
        </w:rPr>
        <w:t>.</w:t>
      </w:r>
      <w:r w:rsidRPr="00447966">
        <w:rPr>
          <w:sz w:val="30"/>
          <w:szCs w:val="30"/>
          <w:rtl/>
        </w:rPr>
        <w:t xml:space="preserve"> كما تحول دور إدارة الموارد البشرية من إدارة شؤون العاملين إلى دعم استراتيجية المنظمة</w:t>
      </w:r>
      <w:r w:rsidR="00A5297B">
        <w:rPr>
          <w:sz w:val="30"/>
          <w:szCs w:val="30"/>
          <w:rtl/>
          <w:cs w:val="0"/>
        </w:rPr>
        <w:t>،</w:t>
      </w:r>
      <w:r w:rsidRPr="00447966">
        <w:rPr>
          <w:sz w:val="30"/>
          <w:szCs w:val="30"/>
          <w:rtl/>
        </w:rPr>
        <w:t xml:space="preserve"> فأصبحت إدارة الأداء أداة لربط العاملين بالنتائج التنظيمية</w:t>
      </w:r>
      <w:r w:rsidR="00A5297B">
        <w:rPr>
          <w:sz w:val="30"/>
          <w:szCs w:val="30"/>
          <w:rtl/>
          <w:cs w:val="0"/>
        </w:rPr>
        <w:t>.</w:t>
      </w:r>
    </w:p>
    <w:p w14:paraId="6BFD250D" w14:textId="6B6FF3F9" w:rsidR="00447966" w:rsidRPr="00447966" w:rsidRDefault="00447966" w:rsidP="00785C0A">
      <w:pPr>
        <w:spacing w:line="276" w:lineRule="auto"/>
        <w:ind w:firstLine="397"/>
        <w:jc w:val="both"/>
        <w:rPr>
          <w:sz w:val="30"/>
          <w:szCs w:val="30"/>
          <w:rtl/>
        </w:rPr>
      </w:pPr>
      <w:r w:rsidRPr="00447966">
        <w:rPr>
          <w:sz w:val="30"/>
          <w:szCs w:val="30"/>
          <w:rtl/>
        </w:rPr>
        <w:t>تحتاج الإدارة إلى بيانات تساعدها على اتخاذ القرار</w:t>
      </w:r>
      <w:r w:rsidR="00A5297B">
        <w:rPr>
          <w:sz w:val="30"/>
          <w:szCs w:val="30"/>
          <w:rtl/>
          <w:cs w:val="0"/>
        </w:rPr>
        <w:t>.</w:t>
      </w:r>
      <w:r w:rsidRPr="00447966">
        <w:rPr>
          <w:sz w:val="30"/>
          <w:szCs w:val="30"/>
          <w:rtl/>
        </w:rPr>
        <w:t xml:space="preserve"> توفر إدارة الأداء مؤشرات حول مستوى الإنجاز</w:t>
      </w:r>
      <w:r w:rsidR="00A5297B">
        <w:rPr>
          <w:sz w:val="30"/>
          <w:szCs w:val="30"/>
          <w:rtl/>
          <w:cs w:val="0"/>
        </w:rPr>
        <w:t>،</w:t>
      </w:r>
      <w:r w:rsidRPr="00447966">
        <w:rPr>
          <w:sz w:val="30"/>
          <w:szCs w:val="30"/>
          <w:rtl/>
        </w:rPr>
        <w:t xml:space="preserve"> ونقاط القصور</w:t>
      </w:r>
      <w:r w:rsidR="00A5297B">
        <w:rPr>
          <w:sz w:val="30"/>
          <w:szCs w:val="30"/>
          <w:rtl/>
          <w:cs w:val="0"/>
        </w:rPr>
        <w:t>،</w:t>
      </w:r>
      <w:r w:rsidRPr="00447966">
        <w:rPr>
          <w:sz w:val="30"/>
          <w:szCs w:val="30"/>
          <w:rtl/>
        </w:rPr>
        <w:t xml:space="preserve"> واحتياجات التدريب</w:t>
      </w:r>
      <w:r w:rsidR="00A5297B">
        <w:rPr>
          <w:sz w:val="30"/>
          <w:szCs w:val="30"/>
          <w:rtl/>
          <w:cs w:val="0"/>
        </w:rPr>
        <w:t>،</w:t>
      </w:r>
      <w:r w:rsidRPr="00447966">
        <w:rPr>
          <w:sz w:val="30"/>
          <w:szCs w:val="30"/>
          <w:rtl/>
        </w:rPr>
        <w:t xml:space="preserve"> وفاعلية الحوافز</w:t>
      </w:r>
      <w:r w:rsidR="00A5297B">
        <w:rPr>
          <w:sz w:val="30"/>
          <w:szCs w:val="30"/>
          <w:rtl/>
          <w:cs w:val="0"/>
        </w:rPr>
        <w:t>.</w:t>
      </w:r>
      <w:r w:rsidRPr="00447966">
        <w:rPr>
          <w:sz w:val="30"/>
          <w:szCs w:val="30"/>
          <w:rtl/>
        </w:rPr>
        <w:t xml:space="preserve"> كما أصبح العاملون مصدرا رئيسا للقيمة</w:t>
      </w:r>
      <w:r w:rsidR="00A5297B">
        <w:rPr>
          <w:sz w:val="30"/>
          <w:szCs w:val="30"/>
          <w:rtl/>
          <w:cs w:val="0"/>
        </w:rPr>
        <w:t>،</w:t>
      </w:r>
      <w:r w:rsidRPr="00447966">
        <w:rPr>
          <w:sz w:val="30"/>
          <w:szCs w:val="30"/>
          <w:rtl/>
        </w:rPr>
        <w:t xml:space="preserve"> لذلك تسعى المنظمات إلى تنمية قدراتهم واستثمار مهاراتهم من خلال أنظمة أداء واضحة (</w:t>
      </w:r>
      <w:proofErr w:type="spellStart"/>
      <w:r w:rsidRPr="00447966">
        <w:rPr>
          <w:sz w:val="30"/>
          <w:szCs w:val="30"/>
          <w:rtl/>
        </w:rPr>
        <w:t>Armstrong</w:t>
      </w:r>
      <w:proofErr w:type="spellEnd"/>
      <w:r w:rsidRPr="00447966">
        <w:rPr>
          <w:sz w:val="30"/>
          <w:szCs w:val="30"/>
          <w:rtl/>
        </w:rPr>
        <w:t xml:space="preserve"> &amp; </w:t>
      </w:r>
      <w:proofErr w:type="spellStart"/>
      <w:r w:rsidRPr="00447966">
        <w:rPr>
          <w:sz w:val="30"/>
          <w:szCs w:val="30"/>
          <w:rtl/>
        </w:rPr>
        <w:t>Taylor</w:t>
      </w:r>
      <w:proofErr w:type="spellEnd"/>
      <w:r w:rsidRPr="00447966">
        <w:rPr>
          <w:sz w:val="30"/>
          <w:szCs w:val="30"/>
          <w:rtl/>
        </w:rPr>
        <w:t>, 2023)</w:t>
      </w:r>
      <w:r w:rsidR="00A5297B">
        <w:rPr>
          <w:sz w:val="30"/>
          <w:szCs w:val="30"/>
          <w:rtl/>
          <w:cs w:val="0"/>
        </w:rPr>
        <w:t>.</w:t>
      </w:r>
    </w:p>
    <w:p w14:paraId="698349C6" w14:textId="746563F2" w:rsidR="00447966" w:rsidRPr="004B1822" w:rsidRDefault="004B1822" w:rsidP="00785C0A">
      <w:pPr>
        <w:pStyle w:val="Heading3"/>
        <w:spacing w:line="276" w:lineRule="auto"/>
        <w:jc w:val="both"/>
      </w:pPr>
      <w:bookmarkStart w:id="524" w:name="_Toc233582870"/>
      <w:bookmarkStart w:id="525" w:name="_Toc233583037"/>
      <w:bookmarkStart w:id="526" w:name="_Toc233584670"/>
      <w:bookmarkStart w:id="527" w:name="_Toc233585042"/>
      <w:bookmarkStart w:id="528" w:name="_Toc233585168"/>
      <w:bookmarkStart w:id="529" w:name="_Toc233585309"/>
      <w:bookmarkStart w:id="530" w:name="_Toc233585639"/>
      <w:bookmarkStart w:id="531" w:name="_Toc233585795"/>
      <w:bookmarkStart w:id="532" w:name="_Toc233585921"/>
      <w:bookmarkStart w:id="533" w:name="_Toc233586050"/>
      <w:bookmarkStart w:id="534" w:name="_Toc233586828"/>
      <w:bookmarkStart w:id="535" w:name="_Toc233586963"/>
      <w:bookmarkStart w:id="536" w:name="_Toc233587104"/>
      <w:bookmarkStart w:id="537" w:name="_Toc233587263"/>
      <w:bookmarkStart w:id="538" w:name="_Toc233587641"/>
      <w:r w:rsidRPr="004B1822">
        <w:rPr>
          <w:rtl/>
        </w:rPr>
        <w:t>مبادئ إدارة الأداء</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6CB21A0D" w14:textId="2167E4D5" w:rsidR="00447966" w:rsidRPr="00447966" w:rsidRDefault="00447966" w:rsidP="00785C0A">
      <w:pPr>
        <w:spacing w:line="276" w:lineRule="auto"/>
        <w:ind w:firstLine="397"/>
        <w:jc w:val="both"/>
        <w:rPr>
          <w:sz w:val="30"/>
          <w:szCs w:val="30"/>
        </w:rPr>
      </w:pPr>
      <w:r w:rsidRPr="00447966">
        <w:rPr>
          <w:sz w:val="30"/>
          <w:szCs w:val="30"/>
          <w:rtl/>
        </w:rPr>
        <w:t>تقوم إدارة الأداء الفعالة على مجموعة من المبادئ التي تضمن عدالة النظام وفاعليته</w:t>
      </w:r>
      <w:r w:rsidR="00A5297B">
        <w:rPr>
          <w:sz w:val="30"/>
          <w:szCs w:val="30"/>
          <w:rtl/>
          <w:cs w:val="0"/>
        </w:rPr>
        <w:t>.</w:t>
      </w:r>
      <w:r w:rsidRPr="00447966">
        <w:rPr>
          <w:sz w:val="30"/>
          <w:szCs w:val="30"/>
          <w:rtl/>
        </w:rPr>
        <w:t xml:space="preserve"> وتتمثل هذه المبادئ في وضوح الأهداف</w:t>
      </w:r>
      <w:r w:rsidR="00A5297B">
        <w:rPr>
          <w:sz w:val="30"/>
          <w:szCs w:val="30"/>
          <w:rtl/>
          <w:cs w:val="0"/>
        </w:rPr>
        <w:t>،</w:t>
      </w:r>
      <w:r w:rsidRPr="00447966">
        <w:rPr>
          <w:sz w:val="30"/>
          <w:szCs w:val="30"/>
          <w:rtl/>
        </w:rPr>
        <w:t xml:space="preserve"> وقابلية القياس</w:t>
      </w:r>
      <w:r w:rsidR="00A5297B">
        <w:rPr>
          <w:sz w:val="30"/>
          <w:szCs w:val="30"/>
          <w:rtl/>
          <w:cs w:val="0"/>
        </w:rPr>
        <w:t>،</w:t>
      </w:r>
      <w:r w:rsidRPr="00447966">
        <w:rPr>
          <w:sz w:val="30"/>
          <w:szCs w:val="30"/>
          <w:rtl/>
        </w:rPr>
        <w:t xml:space="preserve"> والمشاركة</w:t>
      </w:r>
      <w:r w:rsidR="00A5297B">
        <w:rPr>
          <w:sz w:val="30"/>
          <w:szCs w:val="30"/>
          <w:rtl/>
          <w:cs w:val="0"/>
        </w:rPr>
        <w:t>،</w:t>
      </w:r>
      <w:r w:rsidRPr="00447966">
        <w:rPr>
          <w:sz w:val="30"/>
          <w:szCs w:val="30"/>
          <w:rtl/>
        </w:rPr>
        <w:t xml:space="preserve"> والاستمرارية</w:t>
      </w:r>
      <w:r w:rsidR="00A5297B">
        <w:rPr>
          <w:sz w:val="30"/>
          <w:szCs w:val="30"/>
          <w:rtl/>
          <w:cs w:val="0"/>
        </w:rPr>
        <w:t>،</w:t>
      </w:r>
      <w:r w:rsidRPr="00447966">
        <w:rPr>
          <w:sz w:val="30"/>
          <w:szCs w:val="30"/>
          <w:rtl/>
        </w:rPr>
        <w:t xml:space="preserve"> والعدالة</w:t>
      </w:r>
      <w:r w:rsidR="00A5297B">
        <w:rPr>
          <w:sz w:val="30"/>
          <w:szCs w:val="30"/>
          <w:rtl/>
          <w:cs w:val="0"/>
        </w:rPr>
        <w:t>،</w:t>
      </w:r>
      <w:r w:rsidRPr="00447966">
        <w:rPr>
          <w:sz w:val="30"/>
          <w:szCs w:val="30"/>
          <w:rtl/>
        </w:rPr>
        <w:t xml:space="preserve"> والربط بالتطوير</w:t>
      </w:r>
      <w:r w:rsidR="00A5297B">
        <w:rPr>
          <w:sz w:val="30"/>
          <w:szCs w:val="30"/>
          <w:rtl/>
          <w:cs w:val="0"/>
        </w:rPr>
        <w:t>،</w:t>
      </w:r>
      <w:r w:rsidRPr="00447966">
        <w:rPr>
          <w:sz w:val="30"/>
          <w:szCs w:val="30"/>
          <w:rtl/>
        </w:rPr>
        <w:t xml:space="preserve"> والربط بالحوافز</w:t>
      </w:r>
      <w:r w:rsidR="00A5297B">
        <w:rPr>
          <w:sz w:val="30"/>
          <w:szCs w:val="30"/>
          <w:rtl/>
          <w:cs w:val="0"/>
        </w:rPr>
        <w:t>،</w:t>
      </w:r>
      <w:r w:rsidRPr="00447966">
        <w:rPr>
          <w:sz w:val="30"/>
          <w:szCs w:val="30"/>
          <w:rtl/>
        </w:rPr>
        <w:t xml:space="preserve"> وبساطة النظام</w:t>
      </w:r>
      <w:r w:rsidR="00A5297B">
        <w:rPr>
          <w:sz w:val="30"/>
          <w:szCs w:val="30"/>
          <w:rtl/>
          <w:cs w:val="0"/>
        </w:rPr>
        <w:t>.</w:t>
      </w:r>
    </w:p>
    <w:p w14:paraId="079E5EDC" w14:textId="26B3EB17" w:rsidR="00447966" w:rsidRPr="00447966" w:rsidRDefault="00447966" w:rsidP="00785C0A">
      <w:pPr>
        <w:spacing w:line="276" w:lineRule="auto"/>
        <w:ind w:firstLine="397"/>
        <w:jc w:val="both"/>
        <w:rPr>
          <w:sz w:val="30"/>
          <w:szCs w:val="30"/>
        </w:rPr>
      </w:pPr>
      <w:r w:rsidRPr="00447966">
        <w:rPr>
          <w:sz w:val="30"/>
          <w:szCs w:val="30"/>
          <w:rtl/>
        </w:rPr>
        <w:t>يجب أن تكون الأهداف محددة ومفهومة</w:t>
      </w:r>
      <w:r w:rsidR="00A5297B">
        <w:rPr>
          <w:sz w:val="30"/>
          <w:szCs w:val="30"/>
          <w:rtl/>
          <w:cs w:val="0"/>
        </w:rPr>
        <w:t>.</w:t>
      </w:r>
      <w:r w:rsidRPr="00447966">
        <w:rPr>
          <w:sz w:val="30"/>
          <w:szCs w:val="30"/>
          <w:rtl/>
        </w:rPr>
        <w:t xml:space="preserve"> لا ينتج العامل أداء جيدا إذا كانت الأهداف غامضة</w:t>
      </w:r>
      <w:r w:rsidR="00A5297B">
        <w:rPr>
          <w:sz w:val="30"/>
          <w:szCs w:val="30"/>
          <w:rtl/>
          <w:cs w:val="0"/>
        </w:rPr>
        <w:t>.</w:t>
      </w:r>
      <w:r w:rsidRPr="00447966">
        <w:rPr>
          <w:sz w:val="30"/>
          <w:szCs w:val="30"/>
          <w:rtl/>
        </w:rPr>
        <w:t xml:space="preserve"> وتدعم نظرية تحديد الأهداف هذا المبدأ</w:t>
      </w:r>
      <w:r w:rsidR="00A5297B">
        <w:rPr>
          <w:sz w:val="30"/>
          <w:szCs w:val="30"/>
          <w:rtl/>
          <w:cs w:val="0"/>
        </w:rPr>
        <w:t>،</w:t>
      </w:r>
      <w:r w:rsidRPr="00447966">
        <w:rPr>
          <w:sz w:val="30"/>
          <w:szCs w:val="30"/>
          <w:rtl/>
        </w:rPr>
        <w:t xml:space="preserve"> حيث تؤكد أن الأهداف الواضحة ترفع الجهد والالتزام (</w:t>
      </w:r>
      <w:proofErr w:type="spellStart"/>
      <w:r w:rsidRPr="00447966">
        <w:rPr>
          <w:sz w:val="30"/>
          <w:szCs w:val="30"/>
          <w:rtl/>
        </w:rPr>
        <w:t>Locke</w:t>
      </w:r>
      <w:proofErr w:type="spellEnd"/>
      <w:r w:rsidRPr="00447966">
        <w:rPr>
          <w:sz w:val="30"/>
          <w:szCs w:val="30"/>
          <w:rtl/>
        </w:rPr>
        <w:t xml:space="preserve"> &amp; </w:t>
      </w:r>
      <w:proofErr w:type="spellStart"/>
      <w:r w:rsidRPr="00447966">
        <w:rPr>
          <w:sz w:val="30"/>
          <w:szCs w:val="30"/>
          <w:rtl/>
        </w:rPr>
        <w:t>Latham</w:t>
      </w:r>
      <w:proofErr w:type="spellEnd"/>
      <w:r w:rsidRPr="00447966">
        <w:rPr>
          <w:sz w:val="30"/>
          <w:szCs w:val="30"/>
          <w:rtl/>
        </w:rPr>
        <w:t>, 2002)</w:t>
      </w:r>
      <w:r w:rsidR="00A5297B">
        <w:rPr>
          <w:sz w:val="30"/>
          <w:szCs w:val="30"/>
          <w:rtl/>
          <w:cs w:val="0"/>
        </w:rPr>
        <w:t>.</w:t>
      </w:r>
    </w:p>
    <w:p w14:paraId="61A9D465" w14:textId="3A2D4D4C" w:rsidR="00447966" w:rsidRPr="00447966" w:rsidRDefault="00447966" w:rsidP="00785C0A">
      <w:pPr>
        <w:spacing w:line="276" w:lineRule="auto"/>
        <w:ind w:firstLine="397"/>
        <w:jc w:val="both"/>
        <w:rPr>
          <w:sz w:val="30"/>
          <w:szCs w:val="30"/>
        </w:rPr>
      </w:pPr>
      <w:r w:rsidRPr="00447966">
        <w:rPr>
          <w:sz w:val="30"/>
          <w:szCs w:val="30"/>
          <w:rtl/>
        </w:rPr>
        <w:lastRenderedPageBreak/>
        <w:t>يجب أن تقاس الأهداف بمؤشرات محددة</w:t>
      </w:r>
      <w:r w:rsidR="00A5297B">
        <w:rPr>
          <w:sz w:val="30"/>
          <w:szCs w:val="30"/>
          <w:rtl/>
          <w:cs w:val="0"/>
        </w:rPr>
        <w:t>.</w:t>
      </w:r>
      <w:r w:rsidRPr="00447966">
        <w:rPr>
          <w:sz w:val="30"/>
          <w:szCs w:val="30"/>
          <w:rtl/>
        </w:rPr>
        <w:t xml:space="preserve"> في المنشآت الإنتاجية</w:t>
      </w:r>
      <w:r w:rsidR="00A5297B">
        <w:rPr>
          <w:sz w:val="30"/>
          <w:szCs w:val="30"/>
          <w:rtl/>
          <w:cs w:val="0"/>
        </w:rPr>
        <w:t>،</w:t>
      </w:r>
      <w:r w:rsidRPr="00447966">
        <w:rPr>
          <w:sz w:val="30"/>
          <w:szCs w:val="30"/>
          <w:rtl/>
        </w:rPr>
        <w:t xml:space="preserve"> تشمل المؤشرات الكمية المنتجة</w:t>
      </w:r>
      <w:r w:rsidR="00A5297B">
        <w:rPr>
          <w:sz w:val="30"/>
          <w:szCs w:val="30"/>
          <w:rtl/>
          <w:cs w:val="0"/>
        </w:rPr>
        <w:t>،</w:t>
      </w:r>
      <w:r w:rsidRPr="00447966">
        <w:rPr>
          <w:sz w:val="30"/>
          <w:szCs w:val="30"/>
          <w:rtl/>
        </w:rPr>
        <w:t xml:space="preserve"> ونسبة الخطأ</w:t>
      </w:r>
      <w:r w:rsidR="00A5297B">
        <w:rPr>
          <w:sz w:val="30"/>
          <w:szCs w:val="30"/>
          <w:rtl/>
          <w:cs w:val="0"/>
        </w:rPr>
        <w:t>،</w:t>
      </w:r>
      <w:r w:rsidRPr="00447966">
        <w:rPr>
          <w:sz w:val="30"/>
          <w:szCs w:val="30"/>
          <w:rtl/>
        </w:rPr>
        <w:t xml:space="preserve"> ووقت الإنجاز</w:t>
      </w:r>
      <w:r w:rsidR="00A5297B">
        <w:rPr>
          <w:sz w:val="30"/>
          <w:szCs w:val="30"/>
          <w:rtl/>
          <w:cs w:val="0"/>
        </w:rPr>
        <w:t>،</w:t>
      </w:r>
      <w:r w:rsidRPr="00447966">
        <w:rPr>
          <w:sz w:val="30"/>
          <w:szCs w:val="30"/>
          <w:rtl/>
        </w:rPr>
        <w:t xml:space="preserve"> وجودة المنتج</w:t>
      </w:r>
      <w:r w:rsidR="00A5297B">
        <w:rPr>
          <w:sz w:val="30"/>
          <w:szCs w:val="30"/>
          <w:rtl/>
          <w:cs w:val="0"/>
        </w:rPr>
        <w:t>،</w:t>
      </w:r>
      <w:r w:rsidRPr="00447966">
        <w:rPr>
          <w:sz w:val="30"/>
          <w:szCs w:val="30"/>
          <w:rtl/>
        </w:rPr>
        <w:t xml:space="preserve"> والهدر في المواد</w:t>
      </w:r>
      <w:r w:rsidR="00A5297B">
        <w:rPr>
          <w:sz w:val="30"/>
          <w:szCs w:val="30"/>
          <w:rtl/>
          <w:cs w:val="0"/>
        </w:rPr>
        <w:t>.</w:t>
      </w:r>
      <w:r w:rsidRPr="00447966">
        <w:rPr>
          <w:sz w:val="30"/>
          <w:szCs w:val="30"/>
          <w:rtl/>
        </w:rPr>
        <w:t xml:space="preserve"> كما يجب أن يشارك العامل في فهم هدفه وطريقة تقييمه</w:t>
      </w:r>
      <w:r w:rsidR="00A5297B">
        <w:rPr>
          <w:sz w:val="30"/>
          <w:szCs w:val="30"/>
          <w:rtl/>
          <w:cs w:val="0"/>
        </w:rPr>
        <w:t>.</w:t>
      </w:r>
      <w:r w:rsidRPr="00447966">
        <w:rPr>
          <w:sz w:val="30"/>
          <w:szCs w:val="30"/>
          <w:rtl/>
        </w:rPr>
        <w:t xml:space="preserve"> المشاركة لا تعني غياب سلطة الإدارة</w:t>
      </w:r>
      <w:r w:rsidR="00A5297B">
        <w:rPr>
          <w:sz w:val="30"/>
          <w:szCs w:val="30"/>
          <w:rtl/>
          <w:cs w:val="0"/>
        </w:rPr>
        <w:t>،</w:t>
      </w:r>
      <w:r w:rsidRPr="00447966">
        <w:rPr>
          <w:sz w:val="30"/>
          <w:szCs w:val="30"/>
          <w:rtl/>
        </w:rPr>
        <w:t xml:space="preserve"> بل تعني وضوح التوقعات وتبادل الفهم</w:t>
      </w:r>
      <w:r w:rsidR="00A5297B">
        <w:rPr>
          <w:sz w:val="30"/>
          <w:szCs w:val="30"/>
          <w:rtl/>
          <w:cs w:val="0"/>
        </w:rPr>
        <w:t>.</w:t>
      </w:r>
    </w:p>
    <w:p w14:paraId="4B46028E" w14:textId="2894D35E" w:rsidR="00447966" w:rsidRPr="00447966" w:rsidRDefault="00447966" w:rsidP="00785C0A">
      <w:pPr>
        <w:spacing w:line="276" w:lineRule="auto"/>
        <w:ind w:firstLine="397"/>
        <w:jc w:val="both"/>
        <w:rPr>
          <w:sz w:val="30"/>
          <w:szCs w:val="30"/>
        </w:rPr>
      </w:pPr>
      <w:r w:rsidRPr="00447966">
        <w:rPr>
          <w:sz w:val="30"/>
          <w:szCs w:val="30"/>
          <w:rtl/>
        </w:rPr>
        <w:t>تحتاج إدارة الأداء إلى متابعة دائمة</w:t>
      </w:r>
      <w:r w:rsidR="00A5297B">
        <w:rPr>
          <w:sz w:val="30"/>
          <w:szCs w:val="30"/>
          <w:rtl/>
          <w:cs w:val="0"/>
        </w:rPr>
        <w:t>.</w:t>
      </w:r>
      <w:r w:rsidRPr="00447966">
        <w:rPr>
          <w:sz w:val="30"/>
          <w:szCs w:val="30"/>
          <w:rtl/>
        </w:rPr>
        <w:t xml:space="preserve"> لا يكفي عقد اجتماع واحد في نهاية العام</w:t>
      </w:r>
      <w:r w:rsidR="00A5297B">
        <w:rPr>
          <w:sz w:val="30"/>
          <w:szCs w:val="30"/>
          <w:rtl/>
          <w:cs w:val="0"/>
        </w:rPr>
        <w:t>.</w:t>
      </w:r>
      <w:r w:rsidRPr="00447966">
        <w:rPr>
          <w:sz w:val="30"/>
          <w:szCs w:val="30"/>
          <w:rtl/>
        </w:rPr>
        <w:t xml:space="preserve"> يجب أن تقدم الإدارة ملاحظات أثناء العمل</w:t>
      </w:r>
      <w:r w:rsidR="00A5297B">
        <w:rPr>
          <w:sz w:val="30"/>
          <w:szCs w:val="30"/>
          <w:rtl/>
          <w:cs w:val="0"/>
        </w:rPr>
        <w:t>.</w:t>
      </w:r>
      <w:r w:rsidRPr="00447966">
        <w:rPr>
          <w:sz w:val="30"/>
          <w:szCs w:val="30"/>
          <w:rtl/>
        </w:rPr>
        <w:t xml:space="preserve"> كما يجب أن تطبق المعايير على الجميع بصورة عادلة</w:t>
      </w:r>
      <w:r w:rsidR="00A5297B">
        <w:rPr>
          <w:sz w:val="30"/>
          <w:szCs w:val="30"/>
          <w:rtl/>
          <w:cs w:val="0"/>
        </w:rPr>
        <w:t>،</w:t>
      </w:r>
      <w:r w:rsidRPr="00447966">
        <w:rPr>
          <w:sz w:val="30"/>
          <w:szCs w:val="30"/>
          <w:rtl/>
        </w:rPr>
        <w:t xml:space="preserve"> لأن العدالة تدعم ثقة العاملين في النظام</w:t>
      </w:r>
      <w:r w:rsidR="00A5297B">
        <w:rPr>
          <w:sz w:val="30"/>
          <w:szCs w:val="30"/>
          <w:rtl/>
          <w:cs w:val="0"/>
        </w:rPr>
        <w:t>،</w:t>
      </w:r>
      <w:r w:rsidRPr="00447966">
        <w:rPr>
          <w:sz w:val="30"/>
          <w:szCs w:val="30"/>
          <w:rtl/>
        </w:rPr>
        <w:t xml:space="preserve"> وتزيد قبولهم لنتائج التقييم</w:t>
      </w:r>
      <w:r w:rsidR="00A5297B">
        <w:rPr>
          <w:sz w:val="30"/>
          <w:szCs w:val="30"/>
          <w:rtl/>
          <w:cs w:val="0"/>
        </w:rPr>
        <w:t>.</w:t>
      </w:r>
    </w:p>
    <w:p w14:paraId="4D148AB4" w14:textId="1BB7895D" w:rsidR="00447966" w:rsidRPr="00447966" w:rsidRDefault="00447966" w:rsidP="00785C0A">
      <w:pPr>
        <w:spacing w:line="276" w:lineRule="auto"/>
        <w:ind w:firstLine="397"/>
        <w:jc w:val="both"/>
        <w:rPr>
          <w:sz w:val="30"/>
          <w:szCs w:val="30"/>
        </w:rPr>
      </w:pPr>
      <w:r w:rsidRPr="00447966">
        <w:rPr>
          <w:sz w:val="30"/>
          <w:szCs w:val="30"/>
          <w:rtl/>
        </w:rPr>
        <w:t>لا قيمة لتقييم يكشف الضعف ثم يترك العامل دون تدريب</w:t>
      </w:r>
      <w:r w:rsidR="00A5297B">
        <w:rPr>
          <w:sz w:val="30"/>
          <w:szCs w:val="30"/>
          <w:rtl/>
          <w:cs w:val="0"/>
        </w:rPr>
        <w:t>.</w:t>
      </w:r>
      <w:r w:rsidRPr="00447966">
        <w:rPr>
          <w:sz w:val="30"/>
          <w:szCs w:val="30"/>
          <w:rtl/>
        </w:rPr>
        <w:t xml:space="preserve"> يجب أن يرتبط التقييم بخطة تطوير عملية</w:t>
      </w:r>
      <w:r w:rsidR="00A5297B">
        <w:rPr>
          <w:sz w:val="30"/>
          <w:szCs w:val="30"/>
          <w:rtl/>
          <w:cs w:val="0"/>
        </w:rPr>
        <w:t>.</w:t>
      </w:r>
      <w:r w:rsidRPr="00447966">
        <w:rPr>
          <w:sz w:val="30"/>
          <w:szCs w:val="30"/>
          <w:rtl/>
        </w:rPr>
        <w:t xml:space="preserve"> ويجب أن يشعر العامل أن الأداء الجيد يقود إلى تقدير عادل</w:t>
      </w:r>
      <w:r w:rsidR="00A5297B">
        <w:rPr>
          <w:sz w:val="30"/>
          <w:szCs w:val="30"/>
          <w:rtl/>
          <w:cs w:val="0"/>
        </w:rPr>
        <w:t>.</w:t>
      </w:r>
      <w:r w:rsidRPr="00447966">
        <w:rPr>
          <w:sz w:val="30"/>
          <w:szCs w:val="30"/>
          <w:rtl/>
        </w:rPr>
        <w:t xml:space="preserve"> وتدعم نظرية التوقع هذا المبدأ</w:t>
      </w:r>
      <w:r w:rsidR="00A5297B">
        <w:rPr>
          <w:sz w:val="30"/>
          <w:szCs w:val="30"/>
          <w:rtl/>
          <w:cs w:val="0"/>
        </w:rPr>
        <w:t>،</w:t>
      </w:r>
      <w:r w:rsidRPr="00447966">
        <w:rPr>
          <w:sz w:val="30"/>
          <w:szCs w:val="30"/>
          <w:rtl/>
        </w:rPr>
        <w:t xml:space="preserve"> لأن العامل يزيد جهده عندما يثق أن الأداء الأفضل يقود إلى نتيجة مرغوبة (</w:t>
      </w:r>
      <w:proofErr w:type="spellStart"/>
      <w:r w:rsidRPr="00447966">
        <w:rPr>
          <w:sz w:val="30"/>
          <w:szCs w:val="30"/>
          <w:rtl/>
        </w:rPr>
        <w:t>Vroom</w:t>
      </w:r>
      <w:proofErr w:type="spellEnd"/>
      <w:r w:rsidRPr="00447966">
        <w:rPr>
          <w:sz w:val="30"/>
          <w:szCs w:val="30"/>
          <w:rtl/>
        </w:rPr>
        <w:t>, 1964)</w:t>
      </w:r>
      <w:r w:rsidR="00A5297B">
        <w:rPr>
          <w:sz w:val="30"/>
          <w:szCs w:val="30"/>
          <w:rtl/>
          <w:cs w:val="0"/>
        </w:rPr>
        <w:t>.</w:t>
      </w:r>
    </w:p>
    <w:p w14:paraId="6BBC7BFC" w14:textId="31FBF9D0" w:rsidR="00447966" w:rsidRDefault="00447966" w:rsidP="00785C0A">
      <w:pPr>
        <w:pStyle w:val="Caption"/>
      </w:pPr>
      <w:bookmarkStart w:id="539" w:name="_Toc233588178"/>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486132">
        <w:rPr>
          <w:noProof/>
          <w:rtl/>
        </w:rPr>
        <w:t>5</w:t>
      </w:r>
      <w:r>
        <w:rPr>
          <w:rtl/>
          <w:cs/>
        </w:rPr>
        <w:fldChar w:fldCharType="end"/>
      </w:r>
      <w:r>
        <w:rPr>
          <w:rFonts w:hint="cs"/>
          <w:rtl/>
        </w:rPr>
        <w:t xml:space="preserve"> </w:t>
      </w:r>
      <w:r w:rsidRPr="00320E20">
        <w:rPr>
          <w:rFonts w:hint="eastAsia"/>
          <w:rtl/>
        </w:rPr>
        <w:t>مبادئ</w:t>
      </w:r>
      <w:r w:rsidRPr="00320E20">
        <w:rPr>
          <w:rtl/>
        </w:rPr>
        <w:t xml:space="preserve"> </w:t>
      </w:r>
      <w:r w:rsidRPr="00320E20">
        <w:rPr>
          <w:rFonts w:hint="eastAsia"/>
          <w:rtl/>
        </w:rPr>
        <w:t>إدارة</w:t>
      </w:r>
      <w:r w:rsidRPr="00320E20">
        <w:rPr>
          <w:rtl/>
        </w:rPr>
        <w:t xml:space="preserve"> </w:t>
      </w:r>
      <w:r w:rsidRPr="00320E20">
        <w:rPr>
          <w:rFonts w:hint="eastAsia"/>
          <w:rtl/>
        </w:rPr>
        <w:t>الأداء</w:t>
      </w:r>
      <w:r w:rsidRPr="00320E20">
        <w:rPr>
          <w:rtl/>
        </w:rPr>
        <w:t xml:space="preserve"> </w:t>
      </w:r>
      <w:r w:rsidRPr="00320E20">
        <w:rPr>
          <w:rFonts w:hint="eastAsia"/>
          <w:rtl/>
        </w:rPr>
        <w:t>الفعالة</w:t>
      </w:r>
      <w:bookmarkEnd w:id="539"/>
    </w:p>
    <w:tbl>
      <w:tblPr>
        <w:tblStyle w:val="GridTable4-Accent1"/>
        <w:bidiVisual/>
        <w:tblW w:w="0" w:type="auto"/>
        <w:tblInd w:w="5" w:type="dxa"/>
        <w:tblLook w:val="04A0" w:firstRow="1" w:lastRow="0" w:firstColumn="1" w:lastColumn="0" w:noHBand="0" w:noVBand="1"/>
      </w:tblPr>
      <w:tblGrid>
        <w:gridCol w:w="2268"/>
        <w:gridCol w:w="2835"/>
        <w:gridCol w:w="2835"/>
      </w:tblGrid>
      <w:tr w:rsidR="00447966" w:rsidRPr="00447966" w14:paraId="07EFD9B3" w14:textId="77777777" w:rsidTr="004479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2819F3BC" w14:textId="77777777" w:rsidR="00447966" w:rsidRPr="00447966" w:rsidRDefault="00447966" w:rsidP="00785C0A">
            <w:pPr>
              <w:spacing w:line="276" w:lineRule="auto"/>
              <w:jc w:val="both"/>
              <w:rPr>
                <w:sz w:val="30"/>
                <w:szCs w:val="30"/>
              </w:rPr>
            </w:pPr>
            <w:r w:rsidRPr="00447966">
              <w:rPr>
                <w:color w:val="FFFFFF"/>
                <w:sz w:val="30"/>
                <w:szCs w:val="30"/>
                <w:rtl/>
              </w:rPr>
              <w:t>المبدأ</w:t>
            </w:r>
          </w:p>
        </w:tc>
        <w:tc>
          <w:tcPr>
            <w:tcW w:w="2835" w:type="dxa"/>
          </w:tcPr>
          <w:p w14:paraId="06A82CB2" w14:textId="77777777" w:rsidR="00447966" w:rsidRPr="00447966" w:rsidRDefault="00447966" w:rsidP="00785C0A">
            <w:pPr>
              <w:spacing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المقصود به</w:t>
            </w:r>
          </w:p>
        </w:tc>
        <w:tc>
          <w:tcPr>
            <w:tcW w:w="2835" w:type="dxa"/>
          </w:tcPr>
          <w:p w14:paraId="7CC76162" w14:textId="77777777" w:rsidR="00447966" w:rsidRPr="00447966" w:rsidRDefault="00447966" w:rsidP="00785C0A">
            <w:pPr>
              <w:spacing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أثره المتوقع</w:t>
            </w:r>
          </w:p>
        </w:tc>
      </w:tr>
      <w:tr w:rsidR="00447966" w:rsidRPr="00447966" w14:paraId="5A04FDC8"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177F6D7D" w14:textId="77777777" w:rsidR="00447966" w:rsidRPr="00447966" w:rsidRDefault="00447966" w:rsidP="00785C0A">
            <w:pPr>
              <w:spacing w:line="276" w:lineRule="auto"/>
              <w:jc w:val="both"/>
              <w:rPr>
                <w:sz w:val="30"/>
                <w:szCs w:val="30"/>
              </w:rPr>
            </w:pPr>
            <w:r w:rsidRPr="00447966">
              <w:rPr>
                <w:b w:val="0"/>
                <w:sz w:val="30"/>
                <w:szCs w:val="30"/>
                <w:rtl/>
              </w:rPr>
              <w:t>وضوح الأهداف</w:t>
            </w:r>
          </w:p>
        </w:tc>
        <w:tc>
          <w:tcPr>
            <w:tcW w:w="2835" w:type="dxa"/>
          </w:tcPr>
          <w:p w14:paraId="0E981680"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تحديد المطلوب من العامل</w:t>
            </w:r>
          </w:p>
        </w:tc>
        <w:tc>
          <w:tcPr>
            <w:tcW w:w="2835" w:type="dxa"/>
          </w:tcPr>
          <w:p w14:paraId="7BA3E7EA"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تقليل الغموض ورفع الالتزام</w:t>
            </w:r>
          </w:p>
        </w:tc>
      </w:tr>
      <w:tr w:rsidR="00447966" w:rsidRPr="00447966" w14:paraId="5CD19B9B" w14:textId="77777777" w:rsidTr="00447966">
        <w:tc>
          <w:tcPr>
            <w:cnfStyle w:val="001000000000" w:firstRow="0" w:lastRow="0" w:firstColumn="1" w:lastColumn="0" w:oddVBand="0" w:evenVBand="0" w:oddHBand="0" w:evenHBand="0" w:firstRowFirstColumn="0" w:firstRowLastColumn="0" w:lastRowFirstColumn="0" w:lastRowLastColumn="0"/>
            <w:tcW w:w="2268" w:type="dxa"/>
          </w:tcPr>
          <w:p w14:paraId="0C88D294" w14:textId="77777777" w:rsidR="00447966" w:rsidRPr="00447966" w:rsidRDefault="00447966" w:rsidP="00785C0A">
            <w:pPr>
              <w:spacing w:line="276" w:lineRule="auto"/>
              <w:jc w:val="both"/>
              <w:rPr>
                <w:sz w:val="30"/>
                <w:szCs w:val="30"/>
              </w:rPr>
            </w:pPr>
            <w:r w:rsidRPr="00447966">
              <w:rPr>
                <w:b w:val="0"/>
                <w:sz w:val="30"/>
                <w:szCs w:val="30"/>
                <w:rtl/>
              </w:rPr>
              <w:t>قابلية القياس</w:t>
            </w:r>
          </w:p>
        </w:tc>
        <w:tc>
          <w:tcPr>
            <w:tcW w:w="2835" w:type="dxa"/>
          </w:tcPr>
          <w:p w14:paraId="780320F9"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تحويل الأداء إلى مؤشرات</w:t>
            </w:r>
          </w:p>
        </w:tc>
        <w:tc>
          <w:tcPr>
            <w:tcW w:w="2835" w:type="dxa"/>
          </w:tcPr>
          <w:p w14:paraId="2B14ECEA"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تسهيل المتابعة والتقييم</w:t>
            </w:r>
          </w:p>
        </w:tc>
      </w:tr>
      <w:tr w:rsidR="00447966" w:rsidRPr="00447966" w14:paraId="7F038360"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704B77E6" w14:textId="77777777" w:rsidR="00447966" w:rsidRPr="00447966" w:rsidRDefault="00447966" w:rsidP="00785C0A">
            <w:pPr>
              <w:spacing w:line="276" w:lineRule="auto"/>
              <w:jc w:val="both"/>
              <w:rPr>
                <w:sz w:val="30"/>
                <w:szCs w:val="30"/>
              </w:rPr>
            </w:pPr>
            <w:r w:rsidRPr="00447966">
              <w:rPr>
                <w:b w:val="0"/>
                <w:sz w:val="30"/>
                <w:szCs w:val="30"/>
                <w:rtl/>
              </w:rPr>
              <w:t>المشاركة</w:t>
            </w:r>
          </w:p>
        </w:tc>
        <w:tc>
          <w:tcPr>
            <w:tcW w:w="2835" w:type="dxa"/>
          </w:tcPr>
          <w:p w14:paraId="1A43B6A8"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إشراك العامل في فهم الهدف</w:t>
            </w:r>
          </w:p>
        </w:tc>
        <w:tc>
          <w:tcPr>
            <w:tcW w:w="2835" w:type="dxa"/>
          </w:tcPr>
          <w:p w14:paraId="32C30780"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زيادة القبول والمسؤولية</w:t>
            </w:r>
          </w:p>
        </w:tc>
      </w:tr>
      <w:tr w:rsidR="00447966" w:rsidRPr="00447966" w14:paraId="6B5AD204" w14:textId="77777777" w:rsidTr="00447966">
        <w:tc>
          <w:tcPr>
            <w:cnfStyle w:val="001000000000" w:firstRow="0" w:lastRow="0" w:firstColumn="1" w:lastColumn="0" w:oddVBand="0" w:evenVBand="0" w:oddHBand="0" w:evenHBand="0" w:firstRowFirstColumn="0" w:firstRowLastColumn="0" w:lastRowFirstColumn="0" w:lastRowLastColumn="0"/>
            <w:tcW w:w="2268" w:type="dxa"/>
          </w:tcPr>
          <w:p w14:paraId="44D3FDD3" w14:textId="77777777" w:rsidR="00447966" w:rsidRPr="00447966" w:rsidRDefault="00447966" w:rsidP="00785C0A">
            <w:pPr>
              <w:spacing w:line="276" w:lineRule="auto"/>
              <w:jc w:val="both"/>
              <w:rPr>
                <w:sz w:val="30"/>
                <w:szCs w:val="30"/>
              </w:rPr>
            </w:pPr>
            <w:r w:rsidRPr="00447966">
              <w:rPr>
                <w:b w:val="0"/>
                <w:sz w:val="30"/>
                <w:szCs w:val="30"/>
                <w:rtl/>
              </w:rPr>
              <w:t>الاستمرارية</w:t>
            </w:r>
          </w:p>
        </w:tc>
        <w:tc>
          <w:tcPr>
            <w:tcW w:w="2835" w:type="dxa"/>
          </w:tcPr>
          <w:p w14:paraId="13BD5C8D"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متابعة الأداء أثناء التنفيذ</w:t>
            </w:r>
          </w:p>
        </w:tc>
        <w:tc>
          <w:tcPr>
            <w:tcW w:w="2835" w:type="dxa"/>
          </w:tcPr>
          <w:p w14:paraId="629438FB"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تصحيح الأخطاء مبكرا</w:t>
            </w:r>
          </w:p>
        </w:tc>
      </w:tr>
      <w:tr w:rsidR="00447966" w:rsidRPr="00447966" w14:paraId="2831374A"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1637E5AE" w14:textId="77777777" w:rsidR="00447966" w:rsidRPr="00447966" w:rsidRDefault="00447966" w:rsidP="00785C0A">
            <w:pPr>
              <w:spacing w:line="276" w:lineRule="auto"/>
              <w:jc w:val="both"/>
              <w:rPr>
                <w:sz w:val="30"/>
                <w:szCs w:val="30"/>
              </w:rPr>
            </w:pPr>
            <w:r w:rsidRPr="00447966">
              <w:rPr>
                <w:b w:val="0"/>
                <w:sz w:val="30"/>
                <w:szCs w:val="30"/>
                <w:rtl/>
              </w:rPr>
              <w:t>العدالة</w:t>
            </w:r>
          </w:p>
        </w:tc>
        <w:tc>
          <w:tcPr>
            <w:tcW w:w="2835" w:type="dxa"/>
          </w:tcPr>
          <w:p w14:paraId="7973125C"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تطبيق معايير موحدة</w:t>
            </w:r>
          </w:p>
        </w:tc>
        <w:tc>
          <w:tcPr>
            <w:tcW w:w="2835" w:type="dxa"/>
          </w:tcPr>
          <w:p w14:paraId="4E943E92"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رفع الثقة في النظام</w:t>
            </w:r>
          </w:p>
        </w:tc>
      </w:tr>
      <w:tr w:rsidR="00447966" w:rsidRPr="00447966" w14:paraId="15D9353D" w14:textId="77777777" w:rsidTr="00447966">
        <w:tc>
          <w:tcPr>
            <w:cnfStyle w:val="001000000000" w:firstRow="0" w:lastRow="0" w:firstColumn="1" w:lastColumn="0" w:oddVBand="0" w:evenVBand="0" w:oddHBand="0" w:evenHBand="0" w:firstRowFirstColumn="0" w:firstRowLastColumn="0" w:lastRowFirstColumn="0" w:lastRowLastColumn="0"/>
            <w:tcW w:w="2268" w:type="dxa"/>
          </w:tcPr>
          <w:p w14:paraId="0322D9F8" w14:textId="77777777" w:rsidR="00447966" w:rsidRPr="00447966" w:rsidRDefault="00447966" w:rsidP="00785C0A">
            <w:pPr>
              <w:spacing w:line="276" w:lineRule="auto"/>
              <w:jc w:val="both"/>
              <w:rPr>
                <w:sz w:val="30"/>
                <w:szCs w:val="30"/>
              </w:rPr>
            </w:pPr>
            <w:r w:rsidRPr="00447966">
              <w:rPr>
                <w:b w:val="0"/>
                <w:sz w:val="30"/>
                <w:szCs w:val="30"/>
                <w:rtl/>
              </w:rPr>
              <w:t>الربط بالتطوير</w:t>
            </w:r>
          </w:p>
        </w:tc>
        <w:tc>
          <w:tcPr>
            <w:tcW w:w="2835" w:type="dxa"/>
          </w:tcPr>
          <w:p w14:paraId="6B10A887"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تحويل النتائج إلى تدريب</w:t>
            </w:r>
          </w:p>
        </w:tc>
        <w:tc>
          <w:tcPr>
            <w:tcW w:w="2835" w:type="dxa"/>
          </w:tcPr>
          <w:p w14:paraId="791E2E0A"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معالجة نقاط الضعف</w:t>
            </w:r>
          </w:p>
        </w:tc>
      </w:tr>
      <w:tr w:rsidR="00447966" w:rsidRPr="00447966" w14:paraId="5F57F1A8"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48DC2586" w14:textId="77777777" w:rsidR="00447966" w:rsidRPr="00447966" w:rsidRDefault="00447966" w:rsidP="00785C0A">
            <w:pPr>
              <w:spacing w:line="276" w:lineRule="auto"/>
              <w:jc w:val="both"/>
              <w:rPr>
                <w:sz w:val="30"/>
                <w:szCs w:val="30"/>
              </w:rPr>
            </w:pPr>
            <w:r w:rsidRPr="00447966">
              <w:rPr>
                <w:b w:val="0"/>
                <w:sz w:val="30"/>
                <w:szCs w:val="30"/>
                <w:rtl/>
              </w:rPr>
              <w:t>الربط بالحوافز</w:t>
            </w:r>
          </w:p>
        </w:tc>
        <w:tc>
          <w:tcPr>
            <w:tcW w:w="2835" w:type="dxa"/>
          </w:tcPr>
          <w:p w14:paraId="409860A5"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مكافأة الأداء الجيد</w:t>
            </w:r>
          </w:p>
        </w:tc>
        <w:tc>
          <w:tcPr>
            <w:tcW w:w="2835" w:type="dxa"/>
          </w:tcPr>
          <w:p w14:paraId="30C0610D"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رفع الدافعية</w:t>
            </w:r>
          </w:p>
        </w:tc>
      </w:tr>
      <w:tr w:rsidR="00447966" w:rsidRPr="00447966" w14:paraId="1AA0AE8E" w14:textId="77777777" w:rsidTr="00447966">
        <w:tc>
          <w:tcPr>
            <w:cnfStyle w:val="001000000000" w:firstRow="0" w:lastRow="0" w:firstColumn="1" w:lastColumn="0" w:oddVBand="0" w:evenVBand="0" w:oddHBand="0" w:evenHBand="0" w:firstRowFirstColumn="0" w:firstRowLastColumn="0" w:lastRowFirstColumn="0" w:lastRowLastColumn="0"/>
            <w:tcW w:w="2268" w:type="dxa"/>
          </w:tcPr>
          <w:p w14:paraId="4BDEB43D" w14:textId="77777777" w:rsidR="00447966" w:rsidRPr="00447966" w:rsidRDefault="00447966" w:rsidP="00785C0A">
            <w:pPr>
              <w:spacing w:line="276" w:lineRule="auto"/>
              <w:jc w:val="both"/>
              <w:rPr>
                <w:sz w:val="30"/>
                <w:szCs w:val="30"/>
              </w:rPr>
            </w:pPr>
            <w:r w:rsidRPr="00447966">
              <w:rPr>
                <w:b w:val="0"/>
                <w:sz w:val="30"/>
                <w:szCs w:val="30"/>
                <w:rtl/>
              </w:rPr>
              <w:t>البساطة</w:t>
            </w:r>
          </w:p>
        </w:tc>
        <w:tc>
          <w:tcPr>
            <w:tcW w:w="2835" w:type="dxa"/>
          </w:tcPr>
          <w:p w14:paraId="39B56BD1"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سهولة التطبيق والفهم</w:t>
            </w:r>
          </w:p>
        </w:tc>
        <w:tc>
          <w:tcPr>
            <w:tcW w:w="2835" w:type="dxa"/>
          </w:tcPr>
          <w:p w14:paraId="7FF5FABA"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زيادة الالتزام بالنظام</w:t>
            </w:r>
          </w:p>
        </w:tc>
      </w:tr>
    </w:tbl>
    <w:p w14:paraId="2155302A" w14:textId="77777777" w:rsidR="00447966" w:rsidRPr="00447966" w:rsidRDefault="00447966" w:rsidP="00785C0A">
      <w:pPr>
        <w:spacing w:line="276" w:lineRule="auto"/>
        <w:jc w:val="both"/>
        <w:rPr>
          <w:sz w:val="30"/>
          <w:szCs w:val="30"/>
        </w:rPr>
      </w:pPr>
    </w:p>
    <w:p w14:paraId="5C258609" w14:textId="651752C9" w:rsidR="00447966" w:rsidRPr="004B1822" w:rsidRDefault="004B1822" w:rsidP="00785C0A">
      <w:pPr>
        <w:pStyle w:val="Heading3"/>
        <w:spacing w:line="276" w:lineRule="auto"/>
        <w:jc w:val="both"/>
      </w:pPr>
      <w:bookmarkStart w:id="540" w:name="_Toc233582871"/>
      <w:bookmarkStart w:id="541" w:name="_Toc233583038"/>
      <w:bookmarkStart w:id="542" w:name="_Toc233584671"/>
      <w:bookmarkStart w:id="543" w:name="_Toc233585043"/>
      <w:bookmarkStart w:id="544" w:name="_Toc233585169"/>
      <w:bookmarkStart w:id="545" w:name="_Toc233585310"/>
      <w:bookmarkStart w:id="546" w:name="_Toc233585640"/>
      <w:bookmarkStart w:id="547" w:name="_Toc233585796"/>
      <w:bookmarkStart w:id="548" w:name="_Toc233585922"/>
      <w:bookmarkStart w:id="549" w:name="_Toc233586051"/>
      <w:bookmarkStart w:id="550" w:name="_Toc233586829"/>
      <w:bookmarkStart w:id="551" w:name="_Toc233586964"/>
      <w:bookmarkStart w:id="552" w:name="_Toc233587105"/>
      <w:bookmarkStart w:id="553" w:name="_Toc233587264"/>
      <w:bookmarkStart w:id="554" w:name="_Toc233587642"/>
      <w:r w:rsidRPr="004B1822">
        <w:rPr>
          <w:rtl/>
        </w:rPr>
        <w:t>مراحل إدارة الأداء</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14:paraId="2693EBC0" w14:textId="3D61BA2C" w:rsidR="00447966" w:rsidRPr="00447966" w:rsidRDefault="00447966" w:rsidP="00785C0A">
      <w:pPr>
        <w:spacing w:line="276" w:lineRule="auto"/>
        <w:ind w:firstLine="397"/>
        <w:jc w:val="both"/>
        <w:rPr>
          <w:sz w:val="30"/>
          <w:szCs w:val="30"/>
        </w:rPr>
      </w:pPr>
      <w:r w:rsidRPr="00447966">
        <w:rPr>
          <w:sz w:val="30"/>
          <w:szCs w:val="30"/>
          <w:rtl/>
        </w:rPr>
        <w:t>تمر إدارة الأداء بعدة مراحل مترابطة</w:t>
      </w:r>
      <w:r w:rsidR="00A5297B">
        <w:rPr>
          <w:sz w:val="30"/>
          <w:szCs w:val="30"/>
          <w:rtl/>
          <w:cs w:val="0"/>
        </w:rPr>
        <w:t>.</w:t>
      </w:r>
      <w:r w:rsidRPr="00447966">
        <w:rPr>
          <w:sz w:val="30"/>
          <w:szCs w:val="30"/>
          <w:rtl/>
        </w:rPr>
        <w:t xml:space="preserve"> أي ضعف في مرحلة منها يؤثر في بقية المراحل</w:t>
      </w:r>
      <w:r w:rsidR="00A5297B">
        <w:rPr>
          <w:sz w:val="30"/>
          <w:szCs w:val="30"/>
          <w:rtl/>
          <w:cs w:val="0"/>
        </w:rPr>
        <w:t>.</w:t>
      </w:r>
      <w:r w:rsidRPr="00447966">
        <w:rPr>
          <w:sz w:val="30"/>
          <w:szCs w:val="30"/>
          <w:rtl/>
        </w:rPr>
        <w:t xml:space="preserve"> تبدأ الدورة بتخطيط الأداء</w:t>
      </w:r>
      <w:r w:rsidR="00A5297B">
        <w:rPr>
          <w:sz w:val="30"/>
          <w:szCs w:val="30"/>
          <w:rtl/>
          <w:cs w:val="0"/>
        </w:rPr>
        <w:t>،</w:t>
      </w:r>
      <w:r w:rsidRPr="00447966">
        <w:rPr>
          <w:sz w:val="30"/>
          <w:szCs w:val="30"/>
          <w:rtl/>
        </w:rPr>
        <w:t xml:space="preserve"> ثم تنفيذ الأداء</w:t>
      </w:r>
      <w:r w:rsidR="00A5297B">
        <w:rPr>
          <w:sz w:val="30"/>
          <w:szCs w:val="30"/>
          <w:rtl/>
          <w:cs w:val="0"/>
        </w:rPr>
        <w:t>،</w:t>
      </w:r>
      <w:r w:rsidRPr="00447966">
        <w:rPr>
          <w:sz w:val="30"/>
          <w:szCs w:val="30"/>
          <w:rtl/>
        </w:rPr>
        <w:t xml:space="preserve"> ثم المتابعة والتغذية الراجعة</w:t>
      </w:r>
      <w:r w:rsidR="00A5297B">
        <w:rPr>
          <w:sz w:val="30"/>
          <w:szCs w:val="30"/>
          <w:rtl/>
          <w:cs w:val="0"/>
        </w:rPr>
        <w:t>،</w:t>
      </w:r>
      <w:r w:rsidRPr="00447966">
        <w:rPr>
          <w:sz w:val="30"/>
          <w:szCs w:val="30"/>
          <w:rtl/>
        </w:rPr>
        <w:t xml:space="preserve"> ثم تقييم الأداء</w:t>
      </w:r>
      <w:r w:rsidR="00A5297B">
        <w:rPr>
          <w:sz w:val="30"/>
          <w:szCs w:val="30"/>
          <w:rtl/>
          <w:cs w:val="0"/>
        </w:rPr>
        <w:t>،</w:t>
      </w:r>
      <w:r w:rsidRPr="00447966">
        <w:rPr>
          <w:sz w:val="30"/>
          <w:szCs w:val="30"/>
          <w:rtl/>
        </w:rPr>
        <w:t xml:space="preserve"> ثم التطوير والحوافز</w:t>
      </w:r>
      <w:r w:rsidR="00A5297B">
        <w:rPr>
          <w:sz w:val="30"/>
          <w:szCs w:val="30"/>
          <w:rtl/>
          <w:cs w:val="0"/>
        </w:rPr>
        <w:t>.</w:t>
      </w:r>
    </w:p>
    <w:p w14:paraId="13C7EE7C" w14:textId="5253CA3F" w:rsidR="00447966" w:rsidRPr="00447966" w:rsidRDefault="00447966" w:rsidP="00785C0A">
      <w:pPr>
        <w:spacing w:line="276" w:lineRule="auto"/>
        <w:ind w:firstLine="397"/>
        <w:jc w:val="both"/>
        <w:rPr>
          <w:sz w:val="30"/>
          <w:szCs w:val="30"/>
        </w:rPr>
      </w:pPr>
      <w:r w:rsidRPr="00447966">
        <w:rPr>
          <w:sz w:val="30"/>
          <w:szCs w:val="30"/>
          <w:rtl/>
        </w:rPr>
        <w:t>تبدأ إدارة الأداء بالتخطيط</w:t>
      </w:r>
      <w:r w:rsidR="00A5297B">
        <w:rPr>
          <w:sz w:val="30"/>
          <w:szCs w:val="30"/>
          <w:rtl/>
          <w:cs w:val="0"/>
        </w:rPr>
        <w:t>.</w:t>
      </w:r>
      <w:r w:rsidRPr="00447966">
        <w:rPr>
          <w:sz w:val="30"/>
          <w:szCs w:val="30"/>
          <w:rtl/>
        </w:rPr>
        <w:t xml:space="preserve"> تحدد الإدارة في هذه المرحلة الأهداف والمسؤوليات ومؤشرات القياس</w:t>
      </w:r>
      <w:r w:rsidR="00A5297B">
        <w:rPr>
          <w:sz w:val="30"/>
          <w:szCs w:val="30"/>
          <w:rtl/>
          <w:cs w:val="0"/>
        </w:rPr>
        <w:t>.</w:t>
      </w:r>
      <w:r w:rsidRPr="00447966">
        <w:rPr>
          <w:sz w:val="30"/>
          <w:szCs w:val="30"/>
          <w:rtl/>
        </w:rPr>
        <w:t xml:space="preserve"> يجب أن يعرف العامل ما المطلوب منه</w:t>
      </w:r>
      <w:r w:rsidR="00A5297B">
        <w:rPr>
          <w:sz w:val="30"/>
          <w:szCs w:val="30"/>
          <w:rtl/>
          <w:cs w:val="0"/>
        </w:rPr>
        <w:t>،</w:t>
      </w:r>
      <w:r w:rsidRPr="00447966">
        <w:rPr>
          <w:sz w:val="30"/>
          <w:szCs w:val="30"/>
          <w:rtl/>
        </w:rPr>
        <w:t xml:space="preserve"> ومتى يجب إنجازه</w:t>
      </w:r>
      <w:r w:rsidR="00A5297B">
        <w:rPr>
          <w:sz w:val="30"/>
          <w:szCs w:val="30"/>
          <w:rtl/>
          <w:cs w:val="0"/>
        </w:rPr>
        <w:t>،</w:t>
      </w:r>
      <w:r w:rsidRPr="00447966">
        <w:rPr>
          <w:sz w:val="30"/>
          <w:szCs w:val="30"/>
          <w:rtl/>
        </w:rPr>
        <w:t xml:space="preserve"> وكيف تقاس النتيجة</w:t>
      </w:r>
      <w:r w:rsidR="00A5297B">
        <w:rPr>
          <w:sz w:val="30"/>
          <w:szCs w:val="30"/>
          <w:rtl/>
          <w:cs w:val="0"/>
        </w:rPr>
        <w:t>.</w:t>
      </w:r>
      <w:r w:rsidRPr="00447966">
        <w:rPr>
          <w:sz w:val="30"/>
          <w:szCs w:val="30"/>
          <w:rtl/>
        </w:rPr>
        <w:t xml:space="preserve"> في مصنع التمور</w:t>
      </w:r>
      <w:r w:rsidR="00A5297B">
        <w:rPr>
          <w:sz w:val="30"/>
          <w:szCs w:val="30"/>
          <w:rtl/>
          <w:cs w:val="0"/>
        </w:rPr>
        <w:t>،</w:t>
      </w:r>
      <w:r w:rsidRPr="00447966">
        <w:rPr>
          <w:sz w:val="30"/>
          <w:szCs w:val="30"/>
          <w:rtl/>
        </w:rPr>
        <w:t xml:space="preserve"> يشمل التخطيط تحديد معايير الفرز</w:t>
      </w:r>
      <w:r w:rsidR="00A5297B">
        <w:rPr>
          <w:sz w:val="30"/>
          <w:szCs w:val="30"/>
          <w:rtl/>
          <w:cs w:val="0"/>
        </w:rPr>
        <w:t>،</w:t>
      </w:r>
      <w:r w:rsidRPr="00447966">
        <w:rPr>
          <w:sz w:val="30"/>
          <w:szCs w:val="30"/>
          <w:rtl/>
        </w:rPr>
        <w:t xml:space="preserve"> وسرعة التعبئة</w:t>
      </w:r>
      <w:r w:rsidR="00A5297B">
        <w:rPr>
          <w:sz w:val="30"/>
          <w:szCs w:val="30"/>
          <w:rtl/>
          <w:cs w:val="0"/>
        </w:rPr>
        <w:t>،</w:t>
      </w:r>
      <w:r w:rsidRPr="00447966">
        <w:rPr>
          <w:sz w:val="30"/>
          <w:szCs w:val="30"/>
          <w:rtl/>
        </w:rPr>
        <w:t xml:space="preserve"> ونسب العيوب المقبولة</w:t>
      </w:r>
      <w:r w:rsidR="00A5297B">
        <w:rPr>
          <w:sz w:val="30"/>
          <w:szCs w:val="30"/>
          <w:rtl/>
          <w:cs w:val="0"/>
        </w:rPr>
        <w:t>،</w:t>
      </w:r>
      <w:r w:rsidRPr="00447966">
        <w:rPr>
          <w:sz w:val="30"/>
          <w:szCs w:val="30"/>
          <w:rtl/>
        </w:rPr>
        <w:t xml:space="preserve"> ومعايير النظافة والسلامة</w:t>
      </w:r>
      <w:r w:rsidR="00A5297B">
        <w:rPr>
          <w:sz w:val="30"/>
          <w:szCs w:val="30"/>
          <w:rtl/>
          <w:cs w:val="0"/>
        </w:rPr>
        <w:t>.</w:t>
      </w:r>
    </w:p>
    <w:p w14:paraId="7814B454" w14:textId="041A77AB" w:rsidR="00447966" w:rsidRPr="00447966" w:rsidRDefault="00447966" w:rsidP="00785C0A">
      <w:pPr>
        <w:spacing w:line="276" w:lineRule="auto"/>
        <w:ind w:firstLine="397"/>
        <w:jc w:val="both"/>
        <w:rPr>
          <w:sz w:val="30"/>
          <w:szCs w:val="30"/>
        </w:rPr>
      </w:pPr>
      <w:r w:rsidRPr="00447966">
        <w:rPr>
          <w:sz w:val="30"/>
          <w:szCs w:val="30"/>
          <w:rtl/>
        </w:rPr>
        <w:lastRenderedPageBreak/>
        <w:t>ينفذ العامل المهام وفق الخطة والمعايير المحددة</w:t>
      </w:r>
      <w:r w:rsidR="00A5297B">
        <w:rPr>
          <w:sz w:val="30"/>
          <w:szCs w:val="30"/>
          <w:rtl/>
          <w:cs w:val="0"/>
        </w:rPr>
        <w:t>.</w:t>
      </w:r>
      <w:r w:rsidRPr="00447966">
        <w:rPr>
          <w:sz w:val="30"/>
          <w:szCs w:val="30"/>
          <w:rtl/>
        </w:rPr>
        <w:t xml:space="preserve"> يحتاج التنفيذ إلى موارد كافية</w:t>
      </w:r>
      <w:r w:rsidR="00A5297B">
        <w:rPr>
          <w:sz w:val="30"/>
          <w:szCs w:val="30"/>
          <w:rtl/>
          <w:cs w:val="0"/>
        </w:rPr>
        <w:t>،</w:t>
      </w:r>
      <w:r w:rsidRPr="00447966">
        <w:rPr>
          <w:sz w:val="30"/>
          <w:szCs w:val="30"/>
          <w:rtl/>
        </w:rPr>
        <w:t xml:space="preserve"> وأدوات مناسبة</w:t>
      </w:r>
      <w:r w:rsidR="00A5297B">
        <w:rPr>
          <w:sz w:val="30"/>
          <w:szCs w:val="30"/>
          <w:rtl/>
          <w:cs w:val="0"/>
        </w:rPr>
        <w:t>،</w:t>
      </w:r>
      <w:r w:rsidRPr="00447966">
        <w:rPr>
          <w:sz w:val="30"/>
          <w:szCs w:val="30"/>
          <w:rtl/>
        </w:rPr>
        <w:t xml:space="preserve"> وإجراءات واضحة</w:t>
      </w:r>
      <w:r w:rsidR="00A5297B">
        <w:rPr>
          <w:sz w:val="30"/>
          <w:szCs w:val="30"/>
          <w:rtl/>
          <w:cs w:val="0"/>
        </w:rPr>
        <w:t>،</w:t>
      </w:r>
      <w:r w:rsidRPr="00447966">
        <w:rPr>
          <w:sz w:val="30"/>
          <w:szCs w:val="30"/>
          <w:rtl/>
        </w:rPr>
        <w:t xml:space="preserve"> وإشراف منظم</w:t>
      </w:r>
      <w:r w:rsidR="00A5297B">
        <w:rPr>
          <w:sz w:val="30"/>
          <w:szCs w:val="30"/>
          <w:rtl/>
          <w:cs w:val="0"/>
        </w:rPr>
        <w:t>.</w:t>
      </w:r>
      <w:r w:rsidRPr="00447966">
        <w:rPr>
          <w:sz w:val="30"/>
          <w:szCs w:val="30"/>
          <w:rtl/>
        </w:rPr>
        <w:t xml:space="preserve"> لا يتحمل العامل مسؤولية النتيجة إذا لم توفر الإدارة الأدوات والتعليمات اللازمة</w:t>
      </w:r>
      <w:r w:rsidR="00A5297B">
        <w:rPr>
          <w:sz w:val="30"/>
          <w:szCs w:val="30"/>
          <w:rtl/>
          <w:cs w:val="0"/>
        </w:rPr>
        <w:t>.</w:t>
      </w:r>
    </w:p>
    <w:p w14:paraId="4D56FDF0" w14:textId="53578813" w:rsidR="00447966" w:rsidRPr="00447966" w:rsidRDefault="00447966" w:rsidP="00785C0A">
      <w:pPr>
        <w:spacing w:line="276" w:lineRule="auto"/>
        <w:ind w:firstLine="397"/>
        <w:jc w:val="both"/>
        <w:rPr>
          <w:sz w:val="30"/>
          <w:szCs w:val="30"/>
        </w:rPr>
      </w:pPr>
      <w:r w:rsidRPr="00447966">
        <w:rPr>
          <w:sz w:val="30"/>
          <w:szCs w:val="30"/>
          <w:rtl/>
        </w:rPr>
        <w:t>يتابع المشرف أداء العاملين أثناء التنفيذ</w:t>
      </w:r>
      <w:r w:rsidR="00A5297B">
        <w:rPr>
          <w:sz w:val="30"/>
          <w:szCs w:val="30"/>
          <w:rtl/>
          <w:cs w:val="0"/>
        </w:rPr>
        <w:t>.</w:t>
      </w:r>
      <w:r w:rsidRPr="00447966">
        <w:rPr>
          <w:sz w:val="30"/>
          <w:szCs w:val="30"/>
          <w:rtl/>
        </w:rPr>
        <w:t xml:space="preserve"> يقدم ملاحظات مباشرة تساعد العامل على تصحيح المسار</w:t>
      </w:r>
      <w:r w:rsidR="00A5297B">
        <w:rPr>
          <w:sz w:val="30"/>
          <w:szCs w:val="30"/>
          <w:rtl/>
          <w:cs w:val="0"/>
        </w:rPr>
        <w:t>.</w:t>
      </w:r>
      <w:r w:rsidRPr="00447966">
        <w:rPr>
          <w:sz w:val="30"/>
          <w:szCs w:val="30"/>
          <w:rtl/>
        </w:rPr>
        <w:t xml:space="preserve"> يجب أن تكون التغذية الراجعة محددة ومرتبطة بسلوك أو نتيجة</w:t>
      </w:r>
      <w:r w:rsidR="00A5297B">
        <w:rPr>
          <w:sz w:val="30"/>
          <w:szCs w:val="30"/>
          <w:rtl/>
          <w:cs w:val="0"/>
        </w:rPr>
        <w:t>.</w:t>
      </w:r>
      <w:r w:rsidRPr="00447966">
        <w:rPr>
          <w:sz w:val="30"/>
          <w:szCs w:val="30"/>
          <w:rtl/>
        </w:rPr>
        <w:t xml:space="preserve"> لا تفيد الملاحظة العامة إذا لم توضح الخطأ وطريقة معالجته</w:t>
      </w:r>
      <w:r w:rsidR="00A5297B">
        <w:rPr>
          <w:sz w:val="30"/>
          <w:szCs w:val="30"/>
          <w:rtl/>
          <w:cs w:val="0"/>
        </w:rPr>
        <w:t>.</w:t>
      </w:r>
    </w:p>
    <w:p w14:paraId="1D58D11B" w14:textId="1703717D" w:rsidR="00447966" w:rsidRPr="00447966" w:rsidRDefault="00447966" w:rsidP="00785C0A">
      <w:pPr>
        <w:spacing w:line="276" w:lineRule="auto"/>
        <w:ind w:firstLine="397"/>
        <w:jc w:val="both"/>
        <w:rPr>
          <w:sz w:val="30"/>
          <w:szCs w:val="30"/>
        </w:rPr>
      </w:pPr>
      <w:r w:rsidRPr="00447966">
        <w:rPr>
          <w:sz w:val="30"/>
          <w:szCs w:val="30"/>
          <w:rtl/>
        </w:rPr>
        <w:t>تأتي مرحلة التقييم لقياس مستوى الأداء خلال فترة محددة</w:t>
      </w:r>
      <w:r w:rsidR="00A5297B">
        <w:rPr>
          <w:sz w:val="30"/>
          <w:szCs w:val="30"/>
          <w:rtl/>
          <w:cs w:val="0"/>
        </w:rPr>
        <w:t>.</w:t>
      </w:r>
      <w:r w:rsidRPr="00447966">
        <w:rPr>
          <w:sz w:val="30"/>
          <w:szCs w:val="30"/>
          <w:rtl/>
        </w:rPr>
        <w:t xml:space="preserve"> يعتمد التقييم على الأهداف والمؤشرات الموضوعة في مرحلة التخطيط</w:t>
      </w:r>
      <w:r w:rsidR="00A5297B">
        <w:rPr>
          <w:sz w:val="30"/>
          <w:szCs w:val="30"/>
          <w:rtl/>
          <w:cs w:val="0"/>
        </w:rPr>
        <w:t>.</w:t>
      </w:r>
      <w:r w:rsidRPr="00447966">
        <w:rPr>
          <w:sz w:val="30"/>
          <w:szCs w:val="30"/>
          <w:rtl/>
        </w:rPr>
        <w:t xml:space="preserve"> يجب أن يكون التقييم موضوعيا وعادلا ومبنيا على أدلة</w:t>
      </w:r>
      <w:r w:rsidR="00A5297B">
        <w:rPr>
          <w:sz w:val="30"/>
          <w:szCs w:val="30"/>
          <w:rtl/>
          <w:cs w:val="0"/>
        </w:rPr>
        <w:t>.</w:t>
      </w:r>
      <w:r w:rsidRPr="00447966">
        <w:rPr>
          <w:sz w:val="30"/>
          <w:szCs w:val="30"/>
          <w:rtl/>
        </w:rPr>
        <w:t xml:space="preserve"> ثم تستخدم الإدارة نتائج التقييم لاتخاذ قرارات التطوير والحوافز</w:t>
      </w:r>
      <w:r w:rsidR="00A5297B">
        <w:rPr>
          <w:sz w:val="30"/>
          <w:szCs w:val="30"/>
          <w:rtl/>
          <w:cs w:val="0"/>
        </w:rPr>
        <w:t>.</w:t>
      </w:r>
    </w:p>
    <w:tbl>
      <w:tblPr>
        <w:tblStyle w:val="GridTable6Colorful-Accent1"/>
        <w:bidiVisual/>
        <w:tblW w:w="0" w:type="auto"/>
        <w:jc w:val="center"/>
        <w:tblLook w:val="04A0" w:firstRow="1" w:lastRow="0" w:firstColumn="1" w:lastColumn="0" w:noHBand="0" w:noVBand="1"/>
      </w:tblPr>
      <w:tblGrid>
        <w:gridCol w:w="6803"/>
      </w:tblGrid>
      <w:tr w:rsidR="00447966" w:rsidRPr="001C5174" w14:paraId="7CC62DB1" w14:textId="77777777" w:rsidTr="001C517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03" w:type="dxa"/>
          </w:tcPr>
          <w:p w14:paraId="735AC861" w14:textId="77777777" w:rsidR="00447966" w:rsidRPr="001C5174" w:rsidRDefault="00447966" w:rsidP="00472BF3">
            <w:pPr>
              <w:spacing w:after="0" w:line="276" w:lineRule="auto"/>
              <w:jc w:val="both"/>
              <w:rPr>
                <w:b w:val="0"/>
                <w:sz w:val="34"/>
                <w:szCs w:val="34"/>
              </w:rPr>
            </w:pPr>
            <w:r w:rsidRPr="001C5174">
              <w:rPr>
                <w:b w:val="0"/>
                <w:sz w:val="34"/>
                <w:szCs w:val="34"/>
                <w:rtl/>
              </w:rPr>
              <w:t>تخطيط الأداء</w:t>
            </w:r>
          </w:p>
        </w:tc>
      </w:tr>
      <w:tr w:rsidR="00447966" w:rsidRPr="001C5174" w14:paraId="2E82FD03" w14:textId="77777777" w:rsidTr="001C51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03" w:type="dxa"/>
          </w:tcPr>
          <w:p w14:paraId="59D3D443" w14:textId="77777777" w:rsidR="00447966" w:rsidRPr="001C5174" w:rsidRDefault="00447966" w:rsidP="00472BF3">
            <w:pPr>
              <w:spacing w:after="0" w:line="276" w:lineRule="auto"/>
              <w:jc w:val="both"/>
              <w:rPr>
                <w:b w:val="0"/>
                <w:sz w:val="34"/>
                <w:szCs w:val="34"/>
              </w:rPr>
            </w:pPr>
            <w:r w:rsidRPr="001C5174">
              <w:rPr>
                <w:rFonts w:ascii="Arial" w:hAnsi="Arial" w:cs="Arial" w:hint="cs"/>
                <w:b w:val="0"/>
                <w:sz w:val="34"/>
                <w:szCs w:val="34"/>
                <w:rtl/>
              </w:rPr>
              <w:t>↓</w:t>
            </w:r>
          </w:p>
        </w:tc>
      </w:tr>
      <w:tr w:rsidR="00447966" w:rsidRPr="001C5174" w14:paraId="60CFCC98" w14:textId="77777777" w:rsidTr="001C5174">
        <w:trPr>
          <w:jc w:val="center"/>
        </w:trPr>
        <w:tc>
          <w:tcPr>
            <w:cnfStyle w:val="001000000000" w:firstRow="0" w:lastRow="0" w:firstColumn="1" w:lastColumn="0" w:oddVBand="0" w:evenVBand="0" w:oddHBand="0" w:evenHBand="0" w:firstRowFirstColumn="0" w:firstRowLastColumn="0" w:lastRowFirstColumn="0" w:lastRowLastColumn="0"/>
            <w:tcW w:w="6803" w:type="dxa"/>
          </w:tcPr>
          <w:p w14:paraId="72311A6D" w14:textId="77777777" w:rsidR="00447966" w:rsidRPr="001C5174" w:rsidRDefault="00447966" w:rsidP="00472BF3">
            <w:pPr>
              <w:spacing w:after="0" w:line="276" w:lineRule="auto"/>
              <w:jc w:val="both"/>
              <w:rPr>
                <w:b w:val="0"/>
                <w:sz w:val="34"/>
                <w:szCs w:val="34"/>
              </w:rPr>
            </w:pPr>
            <w:r w:rsidRPr="001C5174">
              <w:rPr>
                <w:b w:val="0"/>
                <w:sz w:val="34"/>
                <w:szCs w:val="34"/>
                <w:rtl/>
              </w:rPr>
              <w:t>تنفيذ الأداء</w:t>
            </w:r>
          </w:p>
        </w:tc>
      </w:tr>
      <w:tr w:rsidR="00447966" w:rsidRPr="001C5174" w14:paraId="640B1EB4" w14:textId="77777777" w:rsidTr="001C51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03" w:type="dxa"/>
          </w:tcPr>
          <w:p w14:paraId="1EE8CCF2" w14:textId="77777777" w:rsidR="00447966" w:rsidRPr="001C5174" w:rsidRDefault="00447966" w:rsidP="00472BF3">
            <w:pPr>
              <w:spacing w:after="0" w:line="276" w:lineRule="auto"/>
              <w:jc w:val="both"/>
              <w:rPr>
                <w:b w:val="0"/>
                <w:sz w:val="34"/>
                <w:szCs w:val="34"/>
              </w:rPr>
            </w:pPr>
            <w:r w:rsidRPr="001C5174">
              <w:rPr>
                <w:rFonts w:ascii="Arial" w:hAnsi="Arial" w:cs="Arial" w:hint="cs"/>
                <w:b w:val="0"/>
                <w:sz w:val="34"/>
                <w:szCs w:val="34"/>
                <w:rtl/>
              </w:rPr>
              <w:t>↓</w:t>
            </w:r>
          </w:p>
        </w:tc>
      </w:tr>
      <w:tr w:rsidR="00447966" w:rsidRPr="001C5174" w14:paraId="06FC0FE2" w14:textId="77777777" w:rsidTr="001C5174">
        <w:trPr>
          <w:jc w:val="center"/>
        </w:trPr>
        <w:tc>
          <w:tcPr>
            <w:cnfStyle w:val="001000000000" w:firstRow="0" w:lastRow="0" w:firstColumn="1" w:lastColumn="0" w:oddVBand="0" w:evenVBand="0" w:oddHBand="0" w:evenHBand="0" w:firstRowFirstColumn="0" w:firstRowLastColumn="0" w:lastRowFirstColumn="0" w:lastRowLastColumn="0"/>
            <w:tcW w:w="6803" w:type="dxa"/>
          </w:tcPr>
          <w:p w14:paraId="19A5C179" w14:textId="77777777" w:rsidR="00447966" w:rsidRPr="001C5174" w:rsidRDefault="00447966" w:rsidP="00472BF3">
            <w:pPr>
              <w:spacing w:after="0" w:line="276" w:lineRule="auto"/>
              <w:jc w:val="both"/>
              <w:rPr>
                <w:b w:val="0"/>
                <w:sz w:val="34"/>
                <w:szCs w:val="34"/>
              </w:rPr>
            </w:pPr>
            <w:r w:rsidRPr="001C5174">
              <w:rPr>
                <w:b w:val="0"/>
                <w:sz w:val="34"/>
                <w:szCs w:val="34"/>
                <w:rtl/>
              </w:rPr>
              <w:t>المتابعة والتغذية الراجعة</w:t>
            </w:r>
          </w:p>
        </w:tc>
      </w:tr>
      <w:tr w:rsidR="00447966" w:rsidRPr="001C5174" w14:paraId="298B680F" w14:textId="77777777" w:rsidTr="001C51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03" w:type="dxa"/>
          </w:tcPr>
          <w:p w14:paraId="0EFA0B2D" w14:textId="77777777" w:rsidR="00447966" w:rsidRPr="001C5174" w:rsidRDefault="00447966" w:rsidP="00472BF3">
            <w:pPr>
              <w:spacing w:after="0" w:line="276" w:lineRule="auto"/>
              <w:jc w:val="both"/>
              <w:rPr>
                <w:b w:val="0"/>
                <w:sz w:val="34"/>
                <w:szCs w:val="34"/>
              </w:rPr>
            </w:pPr>
            <w:r w:rsidRPr="001C5174">
              <w:rPr>
                <w:rFonts w:ascii="Arial" w:hAnsi="Arial" w:cs="Arial" w:hint="cs"/>
                <w:b w:val="0"/>
                <w:sz w:val="34"/>
                <w:szCs w:val="34"/>
                <w:rtl/>
              </w:rPr>
              <w:t>↓</w:t>
            </w:r>
          </w:p>
        </w:tc>
      </w:tr>
      <w:tr w:rsidR="00447966" w:rsidRPr="001C5174" w14:paraId="4CDA8455" w14:textId="77777777" w:rsidTr="001C5174">
        <w:trPr>
          <w:jc w:val="center"/>
        </w:trPr>
        <w:tc>
          <w:tcPr>
            <w:cnfStyle w:val="001000000000" w:firstRow="0" w:lastRow="0" w:firstColumn="1" w:lastColumn="0" w:oddVBand="0" w:evenVBand="0" w:oddHBand="0" w:evenHBand="0" w:firstRowFirstColumn="0" w:firstRowLastColumn="0" w:lastRowFirstColumn="0" w:lastRowLastColumn="0"/>
            <w:tcW w:w="6803" w:type="dxa"/>
          </w:tcPr>
          <w:p w14:paraId="6423CF74" w14:textId="77777777" w:rsidR="00447966" w:rsidRPr="001C5174" w:rsidRDefault="00447966" w:rsidP="00472BF3">
            <w:pPr>
              <w:spacing w:after="0" w:line="276" w:lineRule="auto"/>
              <w:jc w:val="both"/>
              <w:rPr>
                <w:b w:val="0"/>
                <w:sz w:val="34"/>
                <w:szCs w:val="34"/>
              </w:rPr>
            </w:pPr>
            <w:r w:rsidRPr="001C5174">
              <w:rPr>
                <w:b w:val="0"/>
                <w:sz w:val="34"/>
                <w:szCs w:val="34"/>
                <w:rtl/>
              </w:rPr>
              <w:t>تقييم الأداء</w:t>
            </w:r>
          </w:p>
        </w:tc>
      </w:tr>
      <w:tr w:rsidR="00447966" w:rsidRPr="001C5174" w14:paraId="69EDE1C9" w14:textId="77777777" w:rsidTr="001C51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803" w:type="dxa"/>
          </w:tcPr>
          <w:p w14:paraId="76139FFF" w14:textId="77777777" w:rsidR="00447966" w:rsidRPr="001C5174" w:rsidRDefault="00447966" w:rsidP="00472BF3">
            <w:pPr>
              <w:spacing w:after="0" w:line="276" w:lineRule="auto"/>
              <w:jc w:val="both"/>
              <w:rPr>
                <w:b w:val="0"/>
                <w:sz w:val="34"/>
                <w:szCs w:val="34"/>
              </w:rPr>
            </w:pPr>
            <w:r w:rsidRPr="001C5174">
              <w:rPr>
                <w:rFonts w:ascii="Arial" w:hAnsi="Arial" w:cs="Arial" w:hint="cs"/>
                <w:b w:val="0"/>
                <w:sz w:val="34"/>
                <w:szCs w:val="34"/>
                <w:rtl/>
              </w:rPr>
              <w:t>↓</w:t>
            </w:r>
          </w:p>
        </w:tc>
      </w:tr>
      <w:tr w:rsidR="00447966" w:rsidRPr="001C5174" w14:paraId="07456A86" w14:textId="77777777" w:rsidTr="001C5174">
        <w:trPr>
          <w:jc w:val="center"/>
        </w:trPr>
        <w:tc>
          <w:tcPr>
            <w:cnfStyle w:val="001000000000" w:firstRow="0" w:lastRow="0" w:firstColumn="1" w:lastColumn="0" w:oddVBand="0" w:evenVBand="0" w:oddHBand="0" w:evenHBand="0" w:firstRowFirstColumn="0" w:firstRowLastColumn="0" w:lastRowFirstColumn="0" w:lastRowLastColumn="0"/>
            <w:tcW w:w="6803" w:type="dxa"/>
          </w:tcPr>
          <w:p w14:paraId="65FBC870" w14:textId="77777777" w:rsidR="00447966" w:rsidRPr="001C5174" w:rsidRDefault="00447966" w:rsidP="00472BF3">
            <w:pPr>
              <w:keepNext/>
              <w:spacing w:after="0" w:line="276" w:lineRule="auto"/>
              <w:jc w:val="both"/>
              <w:rPr>
                <w:b w:val="0"/>
                <w:sz w:val="34"/>
                <w:szCs w:val="34"/>
              </w:rPr>
            </w:pPr>
            <w:r w:rsidRPr="001C5174">
              <w:rPr>
                <w:b w:val="0"/>
                <w:sz w:val="34"/>
                <w:szCs w:val="34"/>
                <w:rtl/>
              </w:rPr>
              <w:t>التطوير والحوافز</w:t>
            </w:r>
          </w:p>
        </w:tc>
      </w:tr>
    </w:tbl>
    <w:p w14:paraId="5E4FEED1" w14:textId="61D65C9E" w:rsidR="00447966" w:rsidRPr="00447966" w:rsidRDefault="00447966" w:rsidP="00472BF3">
      <w:pPr>
        <w:pStyle w:val="Caption"/>
      </w:pPr>
      <w:bookmarkStart w:id="555" w:name="_Toc233588224"/>
      <w:r>
        <w:rPr>
          <w:rtl/>
        </w:rPr>
        <w:t xml:space="preserve">رسم توضيحي </w:t>
      </w:r>
      <w:r>
        <w:rPr>
          <w:rtl/>
          <w:cs/>
        </w:rPr>
        <w:fldChar w:fldCharType="begin"/>
      </w:r>
      <w:r>
        <w:rPr>
          <w:rtl/>
          <w:cs/>
        </w:rPr>
        <w:instrText xml:space="preserve"> </w:instrText>
      </w:r>
      <w:r>
        <w:rPr>
          <w:cs/>
        </w:rPr>
        <w:instrText>SEQ</w:instrText>
      </w:r>
      <w:r>
        <w:rPr>
          <w:rtl/>
          <w:cs/>
        </w:rPr>
        <w:instrText xml:space="preserve"> رسم_توضيحي \* </w:instrText>
      </w:r>
      <w:r>
        <w:rPr>
          <w:cs/>
        </w:rPr>
        <w:instrText>ARABIC</w:instrText>
      </w:r>
      <w:r>
        <w:rPr>
          <w:rtl/>
          <w:cs/>
        </w:rPr>
        <w:instrText xml:space="preserve"> </w:instrText>
      </w:r>
      <w:r>
        <w:rPr>
          <w:rtl/>
          <w:cs/>
        </w:rPr>
        <w:fldChar w:fldCharType="separate"/>
      </w:r>
      <w:r w:rsidR="00486132">
        <w:rPr>
          <w:noProof/>
          <w:rtl/>
        </w:rPr>
        <w:t>2</w:t>
      </w:r>
      <w:r>
        <w:rPr>
          <w:rtl/>
          <w:cs/>
        </w:rPr>
        <w:fldChar w:fldCharType="end"/>
      </w:r>
      <w:r>
        <w:rPr>
          <w:rFonts w:hint="cs"/>
          <w:rtl/>
        </w:rPr>
        <w:t xml:space="preserve"> </w:t>
      </w:r>
      <w:r w:rsidRPr="002920E6">
        <w:rPr>
          <w:rFonts w:hint="eastAsia"/>
          <w:rtl/>
        </w:rPr>
        <w:t>دورة</w:t>
      </w:r>
      <w:r w:rsidRPr="002920E6">
        <w:rPr>
          <w:rtl/>
        </w:rPr>
        <w:t xml:space="preserve"> </w:t>
      </w:r>
      <w:r w:rsidRPr="002920E6">
        <w:rPr>
          <w:rFonts w:hint="eastAsia"/>
          <w:rtl/>
        </w:rPr>
        <w:t>إدارة</w:t>
      </w:r>
      <w:r w:rsidRPr="002920E6">
        <w:rPr>
          <w:rtl/>
        </w:rPr>
        <w:t xml:space="preserve"> </w:t>
      </w:r>
      <w:r w:rsidRPr="002920E6">
        <w:rPr>
          <w:rFonts w:hint="eastAsia"/>
          <w:rtl/>
        </w:rPr>
        <w:t>الأداء</w:t>
      </w:r>
      <w:r w:rsidRPr="002920E6">
        <w:rPr>
          <w:rtl/>
        </w:rPr>
        <w:t xml:space="preserve"> </w:t>
      </w:r>
      <w:r w:rsidRPr="002920E6">
        <w:rPr>
          <w:rFonts w:hint="eastAsia"/>
          <w:rtl/>
        </w:rPr>
        <w:t>في</w:t>
      </w:r>
      <w:r w:rsidRPr="002920E6">
        <w:rPr>
          <w:rtl/>
        </w:rPr>
        <w:t xml:space="preserve"> </w:t>
      </w:r>
      <w:r w:rsidRPr="002920E6">
        <w:rPr>
          <w:rFonts w:hint="eastAsia"/>
          <w:rtl/>
        </w:rPr>
        <w:t>المنشآت</w:t>
      </w:r>
      <w:r w:rsidRPr="002920E6">
        <w:rPr>
          <w:rtl/>
        </w:rPr>
        <w:t xml:space="preserve"> </w:t>
      </w:r>
      <w:r w:rsidRPr="002920E6">
        <w:rPr>
          <w:rFonts w:hint="eastAsia"/>
          <w:rtl/>
        </w:rPr>
        <w:t>الإنتاجية</w:t>
      </w:r>
      <w:bookmarkEnd w:id="555"/>
    </w:p>
    <w:p w14:paraId="5B6EF1EE" w14:textId="71782622" w:rsidR="00447966" w:rsidRDefault="00447966" w:rsidP="00785C0A">
      <w:pPr>
        <w:pStyle w:val="Caption"/>
      </w:pPr>
      <w:bookmarkStart w:id="556" w:name="_Toc233588179"/>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486132">
        <w:rPr>
          <w:noProof/>
          <w:rtl/>
        </w:rPr>
        <w:t>6</w:t>
      </w:r>
      <w:r>
        <w:rPr>
          <w:rtl/>
          <w:cs/>
        </w:rPr>
        <w:fldChar w:fldCharType="end"/>
      </w:r>
      <w:r>
        <w:rPr>
          <w:rFonts w:hint="cs"/>
          <w:rtl/>
        </w:rPr>
        <w:t xml:space="preserve">  </w:t>
      </w:r>
      <w:r w:rsidRPr="00C046A2">
        <w:rPr>
          <w:rFonts w:hint="eastAsia"/>
          <w:rtl/>
        </w:rPr>
        <w:t>مراحل</w:t>
      </w:r>
      <w:r w:rsidRPr="00C046A2">
        <w:rPr>
          <w:rtl/>
        </w:rPr>
        <w:t xml:space="preserve"> </w:t>
      </w:r>
      <w:r w:rsidRPr="00C046A2">
        <w:rPr>
          <w:rFonts w:hint="eastAsia"/>
          <w:rtl/>
        </w:rPr>
        <w:t>إدارة</w:t>
      </w:r>
      <w:r w:rsidRPr="00C046A2">
        <w:rPr>
          <w:rtl/>
        </w:rPr>
        <w:t xml:space="preserve"> </w:t>
      </w:r>
      <w:r w:rsidRPr="00C046A2">
        <w:rPr>
          <w:rFonts w:hint="eastAsia"/>
          <w:rtl/>
        </w:rPr>
        <w:t>الأداء</w:t>
      </w:r>
      <w:bookmarkEnd w:id="556"/>
    </w:p>
    <w:tbl>
      <w:tblPr>
        <w:tblStyle w:val="GridTable4-Accent1"/>
        <w:bidiVisual/>
        <w:tblW w:w="0" w:type="auto"/>
        <w:tblInd w:w="5" w:type="dxa"/>
        <w:tblLook w:val="04A0" w:firstRow="1" w:lastRow="0" w:firstColumn="1" w:lastColumn="0" w:noHBand="0" w:noVBand="1"/>
      </w:tblPr>
      <w:tblGrid>
        <w:gridCol w:w="2268"/>
        <w:gridCol w:w="2835"/>
        <w:gridCol w:w="2835"/>
      </w:tblGrid>
      <w:tr w:rsidR="00447966" w:rsidRPr="00447966" w14:paraId="6A4461A5" w14:textId="77777777" w:rsidTr="004479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3B89B279" w14:textId="77777777" w:rsidR="00447966" w:rsidRPr="00447966" w:rsidRDefault="00447966" w:rsidP="00785C0A">
            <w:pPr>
              <w:spacing w:line="276" w:lineRule="auto"/>
              <w:jc w:val="both"/>
              <w:rPr>
                <w:sz w:val="30"/>
                <w:szCs w:val="30"/>
              </w:rPr>
            </w:pPr>
            <w:r w:rsidRPr="00447966">
              <w:rPr>
                <w:color w:val="FFFFFF"/>
                <w:sz w:val="30"/>
                <w:szCs w:val="30"/>
                <w:rtl/>
              </w:rPr>
              <w:t>المرحلة</w:t>
            </w:r>
          </w:p>
        </w:tc>
        <w:tc>
          <w:tcPr>
            <w:tcW w:w="2835" w:type="dxa"/>
          </w:tcPr>
          <w:p w14:paraId="2C90B109" w14:textId="77777777" w:rsidR="00447966" w:rsidRPr="00447966" w:rsidRDefault="00447966" w:rsidP="00785C0A">
            <w:pPr>
              <w:spacing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السؤال الرئيس</w:t>
            </w:r>
          </w:p>
        </w:tc>
        <w:tc>
          <w:tcPr>
            <w:tcW w:w="2835" w:type="dxa"/>
          </w:tcPr>
          <w:p w14:paraId="45E48162" w14:textId="77777777" w:rsidR="00447966" w:rsidRPr="00447966" w:rsidRDefault="00447966" w:rsidP="00785C0A">
            <w:pPr>
              <w:spacing w:line="276" w:lineRule="auto"/>
              <w:jc w:val="both"/>
              <w:cnfStyle w:val="100000000000" w:firstRow="1" w:lastRow="0" w:firstColumn="0" w:lastColumn="0" w:oddVBand="0" w:evenVBand="0" w:oddHBand="0" w:evenHBand="0" w:firstRowFirstColumn="0" w:firstRowLastColumn="0" w:lastRowFirstColumn="0" w:lastRowLastColumn="0"/>
              <w:rPr>
                <w:sz w:val="30"/>
                <w:szCs w:val="30"/>
              </w:rPr>
            </w:pPr>
            <w:r w:rsidRPr="00447966">
              <w:rPr>
                <w:color w:val="FFFFFF"/>
                <w:sz w:val="30"/>
                <w:szCs w:val="30"/>
                <w:rtl/>
              </w:rPr>
              <w:t>المخرج المتوقع</w:t>
            </w:r>
          </w:p>
        </w:tc>
      </w:tr>
      <w:tr w:rsidR="00447966" w:rsidRPr="00447966" w14:paraId="5DCD9056"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5C62D700" w14:textId="77777777" w:rsidR="00447966" w:rsidRPr="00447966" w:rsidRDefault="00447966" w:rsidP="00785C0A">
            <w:pPr>
              <w:spacing w:line="276" w:lineRule="auto"/>
              <w:jc w:val="both"/>
              <w:rPr>
                <w:sz w:val="30"/>
                <w:szCs w:val="30"/>
              </w:rPr>
            </w:pPr>
            <w:r w:rsidRPr="00447966">
              <w:rPr>
                <w:b w:val="0"/>
                <w:sz w:val="30"/>
                <w:szCs w:val="30"/>
                <w:rtl/>
              </w:rPr>
              <w:t>تخطيط الأداء</w:t>
            </w:r>
          </w:p>
        </w:tc>
        <w:tc>
          <w:tcPr>
            <w:tcW w:w="2835" w:type="dxa"/>
          </w:tcPr>
          <w:p w14:paraId="56DEEF98"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ما المطلوب من العامل؟</w:t>
            </w:r>
          </w:p>
        </w:tc>
        <w:tc>
          <w:tcPr>
            <w:tcW w:w="2835" w:type="dxa"/>
          </w:tcPr>
          <w:p w14:paraId="419A76D5"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أهداف ومعايير واضحة</w:t>
            </w:r>
          </w:p>
        </w:tc>
      </w:tr>
      <w:tr w:rsidR="00447966" w:rsidRPr="00447966" w14:paraId="2E8E166E" w14:textId="77777777" w:rsidTr="00447966">
        <w:tc>
          <w:tcPr>
            <w:cnfStyle w:val="001000000000" w:firstRow="0" w:lastRow="0" w:firstColumn="1" w:lastColumn="0" w:oddVBand="0" w:evenVBand="0" w:oddHBand="0" w:evenHBand="0" w:firstRowFirstColumn="0" w:firstRowLastColumn="0" w:lastRowFirstColumn="0" w:lastRowLastColumn="0"/>
            <w:tcW w:w="2268" w:type="dxa"/>
          </w:tcPr>
          <w:p w14:paraId="32270D9B" w14:textId="77777777" w:rsidR="00447966" w:rsidRPr="00447966" w:rsidRDefault="00447966" w:rsidP="00785C0A">
            <w:pPr>
              <w:spacing w:line="276" w:lineRule="auto"/>
              <w:jc w:val="both"/>
              <w:rPr>
                <w:sz w:val="30"/>
                <w:szCs w:val="30"/>
              </w:rPr>
            </w:pPr>
            <w:r w:rsidRPr="00447966">
              <w:rPr>
                <w:b w:val="0"/>
                <w:sz w:val="30"/>
                <w:szCs w:val="30"/>
                <w:rtl/>
              </w:rPr>
              <w:t>تنفيذ الأداء</w:t>
            </w:r>
          </w:p>
        </w:tc>
        <w:tc>
          <w:tcPr>
            <w:tcW w:w="2835" w:type="dxa"/>
          </w:tcPr>
          <w:p w14:paraId="1F41CF66"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كيف تنفذ المهام؟</w:t>
            </w:r>
          </w:p>
        </w:tc>
        <w:tc>
          <w:tcPr>
            <w:tcW w:w="2835" w:type="dxa"/>
          </w:tcPr>
          <w:p w14:paraId="3ABE3899"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أداء يومي وفق الإجراءات</w:t>
            </w:r>
          </w:p>
        </w:tc>
      </w:tr>
      <w:tr w:rsidR="00447966" w:rsidRPr="00447966" w14:paraId="791B7596"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1BFF536E" w14:textId="77777777" w:rsidR="00447966" w:rsidRPr="00447966" w:rsidRDefault="00447966" w:rsidP="00785C0A">
            <w:pPr>
              <w:spacing w:line="276" w:lineRule="auto"/>
              <w:jc w:val="both"/>
              <w:rPr>
                <w:sz w:val="30"/>
                <w:szCs w:val="30"/>
              </w:rPr>
            </w:pPr>
            <w:r w:rsidRPr="00447966">
              <w:rPr>
                <w:b w:val="0"/>
                <w:sz w:val="30"/>
                <w:szCs w:val="30"/>
                <w:rtl/>
              </w:rPr>
              <w:t>المتابعة والتغذية الراجعة</w:t>
            </w:r>
          </w:p>
        </w:tc>
        <w:tc>
          <w:tcPr>
            <w:tcW w:w="2835" w:type="dxa"/>
          </w:tcPr>
          <w:p w14:paraId="2D3051CB"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ما الذي يحتاج إلى تصحيح؟</w:t>
            </w:r>
          </w:p>
        </w:tc>
        <w:tc>
          <w:tcPr>
            <w:tcW w:w="2835" w:type="dxa"/>
          </w:tcPr>
          <w:p w14:paraId="31BEA061"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ملاحظات وتحسين أثناء العمل</w:t>
            </w:r>
          </w:p>
        </w:tc>
      </w:tr>
      <w:tr w:rsidR="00447966" w:rsidRPr="00447966" w14:paraId="117CC364" w14:textId="77777777" w:rsidTr="00447966">
        <w:tc>
          <w:tcPr>
            <w:cnfStyle w:val="001000000000" w:firstRow="0" w:lastRow="0" w:firstColumn="1" w:lastColumn="0" w:oddVBand="0" w:evenVBand="0" w:oddHBand="0" w:evenHBand="0" w:firstRowFirstColumn="0" w:firstRowLastColumn="0" w:lastRowFirstColumn="0" w:lastRowLastColumn="0"/>
            <w:tcW w:w="2268" w:type="dxa"/>
          </w:tcPr>
          <w:p w14:paraId="2D7AFF38" w14:textId="77777777" w:rsidR="00447966" w:rsidRPr="00447966" w:rsidRDefault="00447966" w:rsidP="00785C0A">
            <w:pPr>
              <w:spacing w:line="276" w:lineRule="auto"/>
              <w:jc w:val="both"/>
              <w:rPr>
                <w:sz w:val="30"/>
                <w:szCs w:val="30"/>
              </w:rPr>
            </w:pPr>
            <w:r w:rsidRPr="00447966">
              <w:rPr>
                <w:b w:val="0"/>
                <w:sz w:val="30"/>
                <w:szCs w:val="30"/>
                <w:rtl/>
              </w:rPr>
              <w:t>تقييم الأداء</w:t>
            </w:r>
          </w:p>
        </w:tc>
        <w:tc>
          <w:tcPr>
            <w:tcW w:w="2835" w:type="dxa"/>
          </w:tcPr>
          <w:p w14:paraId="629DC768"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ما مستوى الإنجاز؟</w:t>
            </w:r>
          </w:p>
        </w:tc>
        <w:tc>
          <w:tcPr>
            <w:tcW w:w="2835" w:type="dxa"/>
          </w:tcPr>
          <w:p w14:paraId="59F7C63C" w14:textId="77777777" w:rsidR="00447966" w:rsidRPr="00447966" w:rsidRDefault="00447966" w:rsidP="00785C0A">
            <w:pPr>
              <w:spacing w:line="276" w:lineRule="auto"/>
              <w:jc w:val="both"/>
              <w:cnfStyle w:val="000000000000" w:firstRow="0" w:lastRow="0" w:firstColumn="0" w:lastColumn="0" w:oddVBand="0" w:evenVBand="0" w:oddHBand="0" w:evenHBand="0" w:firstRowFirstColumn="0" w:firstRowLastColumn="0" w:lastRowFirstColumn="0" w:lastRowLastColumn="0"/>
              <w:rPr>
                <w:sz w:val="30"/>
                <w:szCs w:val="30"/>
              </w:rPr>
            </w:pPr>
            <w:r w:rsidRPr="00447966">
              <w:rPr>
                <w:sz w:val="30"/>
                <w:szCs w:val="30"/>
                <w:rtl/>
              </w:rPr>
              <w:t>نتائج أداء موثقة</w:t>
            </w:r>
          </w:p>
        </w:tc>
      </w:tr>
      <w:tr w:rsidR="00447966" w:rsidRPr="00447966" w14:paraId="21BFE093" w14:textId="77777777" w:rsidTr="00447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7A6093C3" w14:textId="77777777" w:rsidR="00447966" w:rsidRPr="00447966" w:rsidRDefault="00447966" w:rsidP="00785C0A">
            <w:pPr>
              <w:spacing w:line="276" w:lineRule="auto"/>
              <w:jc w:val="both"/>
              <w:rPr>
                <w:sz w:val="30"/>
                <w:szCs w:val="30"/>
              </w:rPr>
            </w:pPr>
            <w:r w:rsidRPr="00447966">
              <w:rPr>
                <w:b w:val="0"/>
                <w:sz w:val="30"/>
                <w:szCs w:val="30"/>
                <w:rtl/>
              </w:rPr>
              <w:t>التطوير والحوافز</w:t>
            </w:r>
          </w:p>
        </w:tc>
        <w:tc>
          <w:tcPr>
            <w:tcW w:w="2835" w:type="dxa"/>
          </w:tcPr>
          <w:p w14:paraId="6611A822" w14:textId="7777777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كيف نستثمر النتائج؟</w:t>
            </w:r>
          </w:p>
        </w:tc>
        <w:tc>
          <w:tcPr>
            <w:tcW w:w="2835" w:type="dxa"/>
          </w:tcPr>
          <w:p w14:paraId="4E6C09C6" w14:textId="34A24BC7" w:rsidR="00447966" w:rsidRPr="00447966" w:rsidRDefault="00447966" w:rsidP="00785C0A">
            <w:pPr>
              <w:spacing w:line="276" w:lineRule="auto"/>
              <w:jc w:val="both"/>
              <w:cnfStyle w:val="000000100000" w:firstRow="0" w:lastRow="0" w:firstColumn="0" w:lastColumn="0" w:oddVBand="0" w:evenVBand="0" w:oddHBand="1" w:evenHBand="0" w:firstRowFirstColumn="0" w:firstRowLastColumn="0" w:lastRowFirstColumn="0" w:lastRowLastColumn="0"/>
              <w:rPr>
                <w:sz w:val="30"/>
                <w:szCs w:val="30"/>
              </w:rPr>
            </w:pPr>
            <w:r w:rsidRPr="00447966">
              <w:rPr>
                <w:sz w:val="30"/>
                <w:szCs w:val="30"/>
                <w:rtl/>
              </w:rPr>
              <w:t>تدريب</w:t>
            </w:r>
            <w:r w:rsidR="00A5297B">
              <w:rPr>
                <w:sz w:val="30"/>
                <w:szCs w:val="30"/>
                <w:rtl/>
                <w:cs w:val="0"/>
              </w:rPr>
              <w:t>،</w:t>
            </w:r>
            <w:r w:rsidRPr="00447966">
              <w:rPr>
                <w:sz w:val="30"/>
                <w:szCs w:val="30"/>
                <w:rtl/>
              </w:rPr>
              <w:t xml:space="preserve"> حوافز</w:t>
            </w:r>
            <w:r w:rsidR="00A5297B">
              <w:rPr>
                <w:sz w:val="30"/>
                <w:szCs w:val="30"/>
                <w:rtl/>
                <w:cs w:val="0"/>
              </w:rPr>
              <w:t>،</w:t>
            </w:r>
            <w:r w:rsidRPr="00447966">
              <w:rPr>
                <w:sz w:val="30"/>
                <w:szCs w:val="30"/>
                <w:rtl/>
              </w:rPr>
              <w:t xml:space="preserve"> قرارات إدارية</w:t>
            </w:r>
          </w:p>
        </w:tc>
      </w:tr>
    </w:tbl>
    <w:p w14:paraId="5917339A" w14:textId="77777777" w:rsidR="00447966" w:rsidRPr="00447966" w:rsidRDefault="00447966" w:rsidP="00785C0A">
      <w:pPr>
        <w:spacing w:line="276" w:lineRule="auto"/>
        <w:jc w:val="both"/>
        <w:rPr>
          <w:sz w:val="30"/>
          <w:szCs w:val="30"/>
        </w:rPr>
      </w:pPr>
    </w:p>
    <w:p w14:paraId="6A2390BB" w14:textId="1FDABEF1" w:rsidR="00447966" w:rsidRPr="004B1822" w:rsidRDefault="004B1822" w:rsidP="00785C0A">
      <w:pPr>
        <w:pStyle w:val="Heading3"/>
        <w:spacing w:line="276" w:lineRule="auto"/>
        <w:jc w:val="both"/>
      </w:pPr>
      <w:bookmarkStart w:id="557" w:name="_Toc233582872"/>
      <w:bookmarkStart w:id="558" w:name="_Toc233583039"/>
      <w:bookmarkStart w:id="559" w:name="_Toc233584672"/>
      <w:bookmarkStart w:id="560" w:name="_Toc233585044"/>
      <w:bookmarkStart w:id="561" w:name="_Toc233585170"/>
      <w:bookmarkStart w:id="562" w:name="_Toc233585311"/>
      <w:bookmarkStart w:id="563" w:name="_Toc233585641"/>
      <w:bookmarkStart w:id="564" w:name="_Toc233585797"/>
      <w:bookmarkStart w:id="565" w:name="_Toc233585923"/>
      <w:bookmarkStart w:id="566" w:name="_Toc233586052"/>
      <w:bookmarkStart w:id="567" w:name="_Toc233586830"/>
      <w:bookmarkStart w:id="568" w:name="_Toc233586965"/>
      <w:bookmarkStart w:id="569" w:name="_Toc233587106"/>
      <w:bookmarkStart w:id="570" w:name="_Toc233587265"/>
      <w:bookmarkStart w:id="571" w:name="_Toc233587643"/>
      <w:r w:rsidRPr="004B1822">
        <w:rPr>
          <w:rtl/>
        </w:rPr>
        <w:lastRenderedPageBreak/>
        <w:t>أبعاد إدارة الأداء</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71744473" w14:textId="5EE7F545" w:rsidR="00447966" w:rsidRPr="00447966" w:rsidRDefault="00447966" w:rsidP="00785C0A">
      <w:pPr>
        <w:spacing w:line="276" w:lineRule="auto"/>
        <w:ind w:firstLine="397"/>
        <w:jc w:val="both"/>
        <w:rPr>
          <w:sz w:val="30"/>
          <w:szCs w:val="30"/>
        </w:rPr>
      </w:pPr>
      <w:r w:rsidRPr="00447966">
        <w:rPr>
          <w:sz w:val="30"/>
          <w:szCs w:val="30"/>
          <w:rtl/>
        </w:rPr>
        <w:t>تعتمد الدراسة الحالية أربعة أبعاد لإدارة الأداء</w:t>
      </w:r>
      <w:r w:rsidR="00A5297B">
        <w:rPr>
          <w:sz w:val="30"/>
          <w:szCs w:val="30"/>
          <w:rtl/>
          <w:cs w:val="0"/>
        </w:rPr>
        <w:t>.</w:t>
      </w:r>
      <w:r w:rsidRPr="00447966">
        <w:rPr>
          <w:sz w:val="30"/>
          <w:szCs w:val="30"/>
          <w:rtl/>
        </w:rPr>
        <w:t xml:space="preserve"> تم اختيار هذه الأبعاد لأنها تمثل دورة الأداء الأساسية</w:t>
      </w:r>
      <w:r w:rsidR="00A5297B">
        <w:rPr>
          <w:sz w:val="30"/>
          <w:szCs w:val="30"/>
          <w:rtl/>
          <w:cs w:val="0"/>
        </w:rPr>
        <w:t>،</w:t>
      </w:r>
      <w:r w:rsidRPr="00447966">
        <w:rPr>
          <w:sz w:val="30"/>
          <w:szCs w:val="30"/>
          <w:rtl/>
        </w:rPr>
        <w:t xml:space="preserve"> ولأنها ترتبط مباشرة بتحسين الإنتاجية داخل المنشآت الإنتاجية</w:t>
      </w:r>
      <w:r w:rsidR="00A5297B">
        <w:rPr>
          <w:sz w:val="30"/>
          <w:szCs w:val="30"/>
          <w:rtl/>
          <w:cs w:val="0"/>
        </w:rPr>
        <w:t>.</w:t>
      </w:r>
      <w:r w:rsidRPr="00447966">
        <w:rPr>
          <w:sz w:val="30"/>
          <w:szCs w:val="30"/>
          <w:rtl/>
        </w:rPr>
        <w:t xml:space="preserve"> وهذه الأبعاد هي تخطيط الأداء</w:t>
      </w:r>
      <w:r w:rsidR="00A5297B">
        <w:rPr>
          <w:sz w:val="30"/>
          <w:szCs w:val="30"/>
          <w:rtl/>
          <w:cs w:val="0"/>
        </w:rPr>
        <w:t>،</w:t>
      </w:r>
      <w:r w:rsidRPr="00447966">
        <w:rPr>
          <w:sz w:val="30"/>
          <w:szCs w:val="30"/>
          <w:rtl/>
        </w:rPr>
        <w:t xml:space="preserve"> والمتابعة والتغذية الراجعة</w:t>
      </w:r>
      <w:r w:rsidR="00A5297B">
        <w:rPr>
          <w:sz w:val="30"/>
          <w:szCs w:val="30"/>
          <w:rtl/>
          <w:cs w:val="0"/>
        </w:rPr>
        <w:t>،</w:t>
      </w:r>
      <w:r w:rsidRPr="00447966">
        <w:rPr>
          <w:sz w:val="30"/>
          <w:szCs w:val="30"/>
          <w:rtl/>
        </w:rPr>
        <w:t xml:space="preserve"> وتقييم الأداء</w:t>
      </w:r>
      <w:r w:rsidR="00A5297B">
        <w:rPr>
          <w:sz w:val="30"/>
          <w:szCs w:val="30"/>
          <w:rtl/>
          <w:cs w:val="0"/>
        </w:rPr>
        <w:t>،</w:t>
      </w:r>
      <w:r w:rsidRPr="00447966">
        <w:rPr>
          <w:sz w:val="30"/>
          <w:szCs w:val="30"/>
          <w:rtl/>
        </w:rPr>
        <w:t xml:space="preserve"> </w:t>
      </w:r>
      <w:proofErr w:type="gramStart"/>
      <w:r w:rsidRPr="00447966">
        <w:rPr>
          <w:sz w:val="30"/>
          <w:szCs w:val="30"/>
          <w:rtl/>
        </w:rPr>
        <w:t>والحوافز</w:t>
      </w:r>
      <w:proofErr w:type="gramEnd"/>
      <w:r w:rsidRPr="00447966">
        <w:rPr>
          <w:sz w:val="30"/>
          <w:szCs w:val="30"/>
          <w:rtl/>
        </w:rPr>
        <w:t xml:space="preserve"> والتطوير</w:t>
      </w:r>
      <w:r w:rsidR="00A5297B">
        <w:rPr>
          <w:sz w:val="30"/>
          <w:szCs w:val="30"/>
          <w:rtl/>
          <w:cs w:val="0"/>
        </w:rPr>
        <w:t>.</w:t>
      </w:r>
    </w:p>
    <w:p w14:paraId="1472ECE9" w14:textId="77777777" w:rsidR="00447966" w:rsidRPr="0064696A" w:rsidRDefault="00447966" w:rsidP="00472BF3">
      <w:pPr>
        <w:pStyle w:val="NoSpacing"/>
      </w:pPr>
      <w:bookmarkStart w:id="572" w:name="_Toc233579548"/>
      <w:bookmarkStart w:id="573" w:name="_Toc233579705"/>
      <w:r w:rsidRPr="0064696A">
        <w:rPr>
          <w:rtl/>
        </w:rPr>
        <w:t>تخطيط الأداء</w:t>
      </w:r>
      <w:bookmarkEnd w:id="572"/>
      <w:bookmarkEnd w:id="573"/>
    </w:p>
    <w:p w14:paraId="17F7674F" w14:textId="73299E09" w:rsidR="00447966" w:rsidRPr="00447966" w:rsidRDefault="00447966" w:rsidP="00785C0A">
      <w:pPr>
        <w:spacing w:line="276" w:lineRule="auto"/>
        <w:ind w:firstLine="397"/>
        <w:jc w:val="both"/>
        <w:rPr>
          <w:sz w:val="30"/>
          <w:szCs w:val="30"/>
        </w:rPr>
      </w:pPr>
      <w:r w:rsidRPr="00447966">
        <w:rPr>
          <w:sz w:val="30"/>
          <w:szCs w:val="30"/>
          <w:rtl/>
        </w:rPr>
        <w:t>يقصد بتخطيط الأداء تحديد الأهداف والمهام والمعايير قبل بدء التنفيذ</w:t>
      </w:r>
      <w:r w:rsidR="00A5297B">
        <w:rPr>
          <w:sz w:val="30"/>
          <w:szCs w:val="30"/>
          <w:rtl/>
          <w:cs w:val="0"/>
        </w:rPr>
        <w:t>.</w:t>
      </w:r>
      <w:r w:rsidRPr="00447966">
        <w:rPr>
          <w:sz w:val="30"/>
          <w:szCs w:val="30"/>
          <w:rtl/>
        </w:rPr>
        <w:t xml:space="preserve"> يمثل هذا البعد نقطة البداية في نظام إدارة الأداء</w:t>
      </w:r>
      <w:r w:rsidR="00A5297B">
        <w:rPr>
          <w:sz w:val="30"/>
          <w:szCs w:val="30"/>
          <w:rtl/>
          <w:cs w:val="0"/>
        </w:rPr>
        <w:t>.</w:t>
      </w:r>
      <w:r w:rsidRPr="00447966">
        <w:rPr>
          <w:sz w:val="30"/>
          <w:szCs w:val="30"/>
          <w:rtl/>
        </w:rPr>
        <w:t xml:space="preserve"> فإذا ضعف التخطيط</w:t>
      </w:r>
      <w:r w:rsidR="00A5297B">
        <w:rPr>
          <w:sz w:val="30"/>
          <w:szCs w:val="30"/>
          <w:rtl/>
          <w:cs w:val="0"/>
        </w:rPr>
        <w:t>،</w:t>
      </w:r>
      <w:r w:rsidRPr="00447966">
        <w:rPr>
          <w:sz w:val="30"/>
          <w:szCs w:val="30"/>
          <w:rtl/>
        </w:rPr>
        <w:t xml:space="preserve"> ضعفت المتابعة والتقييم</w:t>
      </w:r>
      <w:r w:rsidR="00A5297B">
        <w:rPr>
          <w:sz w:val="30"/>
          <w:szCs w:val="30"/>
          <w:rtl/>
          <w:cs w:val="0"/>
        </w:rPr>
        <w:t>.</w:t>
      </w:r>
      <w:r w:rsidRPr="00447966">
        <w:rPr>
          <w:sz w:val="30"/>
          <w:szCs w:val="30"/>
          <w:rtl/>
        </w:rPr>
        <w:t xml:space="preserve"> لا تستطيع الإدارة أن تقيس أداء العامل إذا لم تحدد مسبقا ما المطلوب منه</w:t>
      </w:r>
      <w:r w:rsidR="00A5297B">
        <w:rPr>
          <w:sz w:val="30"/>
          <w:szCs w:val="30"/>
          <w:rtl/>
          <w:cs w:val="0"/>
        </w:rPr>
        <w:t>.</w:t>
      </w:r>
    </w:p>
    <w:p w14:paraId="0943122D" w14:textId="64BF049D" w:rsidR="00447966" w:rsidRPr="00447966" w:rsidRDefault="00447966" w:rsidP="00785C0A">
      <w:pPr>
        <w:spacing w:line="276" w:lineRule="auto"/>
        <w:ind w:firstLine="397"/>
        <w:jc w:val="both"/>
        <w:rPr>
          <w:sz w:val="30"/>
          <w:szCs w:val="30"/>
        </w:rPr>
      </w:pPr>
      <w:r w:rsidRPr="00447966">
        <w:rPr>
          <w:sz w:val="30"/>
          <w:szCs w:val="30"/>
          <w:rtl/>
        </w:rPr>
        <w:t>يرتكز تخطيط الأداء على تحديد أهداف واضحة</w:t>
      </w:r>
      <w:r w:rsidR="00A5297B">
        <w:rPr>
          <w:sz w:val="30"/>
          <w:szCs w:val="30"/>
          <w:rtl/>
          <w:cs w:val="0"/>
        </w:rPr>
        <w:t>،</w:t>
      </w:r>
      <w:r w:rsidRPr="00447966">
        <w:rPr>
          <w:sz w:val="30"/>
          <w:szCs w:val="30"/>
          <w:rtl/>
        </w:rPr>
        <w:t xml:space="preserve"> وتحديد مسؤوليات كل وظيفة</w:t>
      </w:r>
      <w:r w:rsidR="00A5297B">
        <w:rPr>
          <w:sz w:val="30"/>
          <w:szCs w:val="30"/>
          <w:rtl/>
          <w:cs w:val="0"/>
        </w:rPr>
        <w:t>،</w:t>
      </w:r>
      <w:r w:rsidRPr="00447966">
        <w:rPr>
          <w:sz w:val="30"/>
          <w:szCs w:val="30"/>
          <w:rtl/>
        </w:rPr>
        <w:t xml:space="preserve"> وتحديد مؤشرات قياس الأداء</w:t>
      </w:r>
      <w:r w:rsidR="00A5297B">
        <w:rPr>
          <w:sz w:val="30"/>
          <w:szCs w:val="30"/>
          <w:rtl/>
          <w:cs w:val="0"/>
        </w:rPr>
        <w:t>،</w:t>
      </w:r>
      <w:r w:rsidRPr="00447966">
        <w:rPr>
          <w:sz w:val="30"/>
          <w:szCs w:val="30"/>
          <w:rtl/>
        </w:rPr>
        <w:t xml:space="preserve"> وتحديد مستوى الجودة المطلوب</w:t>
      </w:r>
      <w:r w:rsidR="00A5297B">
        <w:rPr>
          <w:sz w:val="30"/>
          <w:szCs w:val="30"/>
          <w:rtl/>
          <w:cs w:val="0"/>
        </w:rPr>
        <w:t>،</w:t>
      </w:r>
      <w:r w:rsidRPr="00447966">
        <w:rPr>
          <w:sz w:val="30"/>
          <w:szCs w:val="30"/>
          <w:rtl/>
        </w:rPr>
        <w:t xml:space="preserve"> وتحديد الفترة الزمنية للإنجاز</w:t>
      </w:r>
      <w:r w:rsidR="00A5297B">
        <w:rPr>
          <w:sz w:val="30"/>
          <w:szCs w:val="30"/>
          <w:rtl/>
          <w:cs w:val="0"/>
        </w:rPr>
        <w:t>،</w:t>
      </w:r>
      <w:r w:rsidRPr="00447966">
        <w:rPr>
          <w:sz w:val="30"/>
          <w:szCs w:val="30"/>
          <w:rtl/>
        </w:rPr>
        <w:t xml:space="preserve"> وتحديد الموارد اللازمة</w:t>
      </w:r>
      <w:r w:rsidR="00A5297B">
        <w:rPr>
          <w:sz w:val="30"/>
          <w:szCs w:val="30"/>
          <w:rtl/>
          <w:cs w:val="0"/>
        </w:rPr>
        <w:t>،</w:t>
      </w:r>
      <w:r w:rsidRPr="00447966">
        <w:rPr>
          <w:sz w:val="30"/>
          <w:szCs w:val="30"/>
          <w:rtl/>
        </w:rPr>
        <w:t xml:space="preserve"> وربط الهدف الفردي بهدف القسم أو الشركة</w:t>
      </w:r>
      <w:r w:rsidR="00A5297B">
        <w:rPr>
          <w:sz w:val="30"/>
          <w:szCs w:val="30"/>
          <w:rtl/>
          <w:cs w:val="0"/>
        </w:rPr>
        <w:t>.</w:t>
      </w:r>
    </w:p>
    <w:p w14:paraId="6D1CFEF8" w14:textId="7DE8F520" w:rsidR="00447966" w:rsidRPr="00447966" w:rsidRDefault="00447966" w:rsidP="00785C0A">
      <w:pPr>
        <w:spacing w:line="276" w:lineRule="auto"/>
        <w:ind w:firstLine="397"/>
        <w:jc w:val="both"/>
        <w:rPr>
          <w:sz w:val="30"/>
          <w:szCs w:val="30"/>
        </w:rPr>
      </w:pPr>
      <w:r w:rsidRPr="00447966">
        <w:rPr>
          <w:sz w:val="30"/>
          <w:szCs w:val="30"/>
          <w:rtl/>
        </w:rPr>
        <w:t>في المنشآت الإنتاجية</w:t>
      </w:r>
      <w:r w:rsidR="00A5297B">
        <w:rPr>
          <w:sz w:val="30"/>
          <w:szCs w:val="30"/>
          <w:rtl/>
          <w:cs w:val="0"/>
        </w:rPr>
        <w:t>،</w:t>
      </w:r>
      <w:r w:rsidRPr="00447966">
        <w:rPr>
          <w:sz w:val="30"/>
          <w:szCs w:val="30"/>
          <w:rtl/>
        </w:rPr>
        <w:t xml:space="preserve"> يساعد التخطيط على تقليل الارتجال</w:t>
      </w:r>
      <w:r w:rsidR="00A5297B">
        <w:rPr>
          <w:sz w:val="30"/>
          <w:szCs w:val="30"/>
          <w:rtl/>
          <w:cs w:val="0"/>
        </w:rPr>
        <w:t>.</w:t>
      </w:r>
      <w:r w:rsidRPr="00447966">
        <w:rPr>
          <w:sz w:val="30"/>
          <w:szCs w:val="30"/>
          <w:rtl/>
        </w:rPr>
        <w:t xml:space="preserve"> فالعامل في مرحلة الفرز يحتاج إلى معيار واضح لقبول أو رفض المنتج</w:t>
      </w:r>
      <w:r w:rsidR="00A5297B">
        <w:rPr>
          <w:sz w:val="30"/>
          <w:szCs w:val="30"/>
          <w:rtl/>
          <w:cs w:val="0"/>
        </w:rPr>
        <w:t>.</w:t>
      </w:r>
      <w:r w:rsidRPr="00447966">
        <w:rPr>
          <w:sz w:val="30"/>
          <w:szCs w:val="30"/>
          <w:rtl/>
        </w:rPr>
        <w:t xml:space="preserve"> والعامل في التعبئة يحتاج إلى معرفة الكمية المطلوبة ومستوى الدقة في الوزن والتغليف</w:t>
      </w:r>
      <w:r w:rsidR="00A5297B">
        <w:rPr>
          <w:sz w:val="30"/>
          <w:szCs w:val="30"/>
          <w:rtl/>
          <w:cs w:val="0"/>
        </w:rPr>
        <w:t>.</w:t>
      </w:r>
      <w:r w:rsidRPr="00447966">
        <w:rPr>
          <w:sz w:val="30"/>
          <w:szCs w:val="30"/>
          <w:rtl/>
        </w:rPr>
        <w:t xml:space="preserve"> والمشرف يحتاج إلى معرفة المؤشرات التي يقيس بها أداء الفريق</w:t>
      </w:r>
      <w:r w:rsidR="00A5297B">
        <w:rPr>
          <w:sz w:val="30"/>
          <w:szCs w:val="30"/>
          <w:rtl/>
          <w:cs w:val="0"/>
        </w:rPr>
        <w:t>.</w:t>
      </w:r>
    </w:p>
    <w:p w14:paraId="0C6E59E5" w14:textId="23CFB407" w:rsidR="00447966" w:rsidRPr="00447966" w:rsidRDefault="00447966" w:rsidP="00785C0A">
      <w:pPr>
        <w:spacing w:line="276" w:lineRule="auto"/>
        <w:ind w:firstLine="397"/>
        <w:jc w:val="both"/>
        <w:rPr>
          <w:sz w:val="30"/>
          <w:szCs w:val="30"/>
        </w:rPr>
      </w:pPr>
      <w:r w:rsidRPr="00447966">
        <w:rPr>
          <w:sz w:val="30"/>
          <w:szCs w:val="30"/>
          <w:rtl/>
        </w:rPr>
        <w:t>يتفق هذا البعد مع نظرية تحديد الأهداف</w:t>
      </w:r>
      <w:r w:rsidR="00A5297B">
        <w:rPr>
          <w:sz w:val="30"/>
          <w:szCs w:val="30"/>
          <w:rtl/>
          <w:cs w:val="0"/>
        </w:rPr>
        <w:t>.</w:t>
      </w:r>
      <w:r w:rsidRPr="00447966">
        <w:rPr>
          <w:sz w:val="30"/>
          <w:szCs w:val="30"/>
          <w:rtl/>
        </w:rPr>
        <w:t xml:space="preserve"> فالأهداف المحددة ترفع التركيز وتزيد الجهد وتوجه السلوك نحو النتيجة المطلوبة (</w:t>
      </w:r>
      <w:proofErr w:type="spellStart"/>
      <w:r w:rsidRPr="00447966">
        <w:rPr>
          <w:sz w:val="30"/>
          <w:szCs w:val="30"/>
          <w:rtl/>
        </w:rPr>
        <w:t>Locke</w:t>
      </w:r>
      <w:proofErr w:type="spellEnd"/>
      <w:r w:rsidRPr="00447966">
        <w:rPr>
          <w:sz w:val="30"/>
          <w:szCs w:val="30"/>
          <w:rtl/>
        </w:rPr>
        <w:t xml:space="preserve"> &amp; </w:t>
      </w:r>
      <w:proofErr w:type="spellStart"/>
      <w:r w:rsidRPr="00447966">
        <w:rPr>
          <w:sz w:val="30"/>
          <w:szCs w:val="30"/>
          <w:rtl/>
        </w:rPr>
        <w:t>Latham</w:t>
      </w:r>
      <w:proofErr w:type="spellEnd"/>
      <w:r w:rsidRPr="00447966">
        <w:rPr>
          <w:sz w:val="30"/>
          <w:szCs w:val="30"/>
          <w:rtl/>
        </w:rPr>
        <w:t>, 2002)</w:t>
      </w:r>
      <w:r w:rsidR="00A5297B">
        <w:rPr>
          <w:sz w:val="30"/>
          <w:szCs w:val="30"/>
          <w:rtl/>
          <w:cs w:val="0"/>
        </w:rPr>
        <w:t>.</w:t>
      </w:r>
      <w:r w:rsidRPr="00447966">
        <w:rPr>
          <w:sz w:val="30"/>
          <w:szCs w:val="30"/>
          <w:rtl/>
        </w:rPr>
        <w:t xml:space="preserve"> لذلك</w:t>
      </w:r>
      <w:r w:rsidR="00A5297B">
        <w:rPr>
          <w:sz w:val="30"/>
          <w:szCs w:val="30"/>
          <w:rtl/>
          <w:cs w:val="0"/>
        </w:rPr>
        <w:t>،</w:t>
      </w:r>
      <w:r w:rsidRPr="00447966">
        <w:rPr>
          <w:sz w:val="30"/>
          <w:szCs w:val="30"/>
          <w:rtl/>
        </w:rPr>
        <w:t xml:space="preserve"> يعد تخطيط الأداء عاملا مؤثرا في الإنتاجية</w:t>
      </w:r>
      <w:r w:rsidR="00A5297B">
        <w:rPr>
          <w:sz w:val="30"/>
          <w:szCs w:val="30"/>
          <w:rtl/>
          <w:cs w:val="0"/>
        </w:rPr>
        <w:t>،</w:t>
      </w:r>
      <w:r w:rsidRPr="00447966">
        <w:rPr>
          <w:sz w:val="30"/>
          <w:szCs w:val="30"/>
          <w:rtl/>
        </w:rPr>
        <w:t xml:space="preserve"> لأنه يقلل الغموض ويزيد انتظام العمل</w:t>
      </w:r>
      <w:r w:rsidR="00A5297B">
        <w:rPr>
          <w:sz w:val="30"/>
          <w:szCs w:val="30"/>
          <w:rtl/>
          <w:cs w:val="0"/>
        </w:rPr>
        <w:t>.</w:t>
      </w:r>
    </w:p>
    <w:p w14:paraId="007B6BF4" w14:textId="77777777" w:rsidR="00447966" w:rsidRPr="00447966" w:rsidRDefault="00447966" w:rsidP="00472BF3">
      <w:pPr>
        <w:pStyle w:val="NoSpacing"/>
      </w:pPr>
      <w:bookmarkStart w:id="574" w:name="_Toc233579549"/>
      <w:bookmarkStart w:id="575" w:name="_Toc233579706"/>
      <w:r w:rsidRPr="00447966">
        <w:rPr>
          <w:rtl/>
        </w:rPr>
        <w:t>المتابعة والتغذية الراجعة</w:t>
      </w:r>
      <w:bookmarkEnd w:id="574"/>
      <w:bookmarkEnd w:id="575"/>
    </w:p>
    <w:p w14:paraId="19E9273D" w14:textId="40E2A7AC" w:rsidR="00447966" w:rsidRPr="00447966" w:rsidRDefault="00447966" w:rsidP="00785C0A">
      <w:pPr>
        <w:spacing w:line="276" w:lineRule="auto"/>
        <w:ind w:firstLine="397"/>
        <w:jc w:val="both"/>
        <w:rPr>
          <w:sz w:val="30"/>
          <w:szCs w:val="30"/>
        </w:rPr>
      </w:pPr>
      <w:r w:rsidRPr="00447966">
        <w:rPr>
          <w:sz w:val="30"/>
          <w:szCs w:val="30"/>
          <w:rtl/>
        </w:rPr>
        <w:t>تعني المتابعة مراقبة الأداء أثناء التنفيذ</w:t>
      </w:r>
      <w:r w:rsidR="00A5297B">
        <w:rPr>
          <w:sz w:val="30"/>
          <w:szCs w:val="30"/>
          <w:rtl/>
          <w:cs w:val="0"/>
        </w:rPr>
        <w:t>،</w:t>
      </w:r>
      <w:r w:rsidRPr="00447966">
        <w:rPr>
          <w:sz w:val="30"/>
          <w:szCs w:val="30"/>
          <w:rtl/>
        </w:rPr>
        <w:t xml:space="preserve"> وتعني التغذية الراجعة تزويد العامل بمعلومات عن مستوى أدائه وما يحتاج إلى تعديله</w:t>
      </w:r>
      <w:r w:rsidR="00A5297B">
        <w:rPr>
          <w:sz w:val="30"/>
          <w:szCs w:val="30"/>
          <w:rtl/>
          <w:cs w:val="0"/>
        </w:rPr>
        <w:t>.</w:t>
      </w:r>
      <w:r w:rsidRPr="00447966">
        <w:rPr>
          <w:sz w:val="30"/>
          <w:szCs w:val="30"/>
          <w:rtl/>
        </w:rPr>
        <w:t xml:space="preserve"> تمثل هذه العملية صلة بين التخطيط والتقييم</w:t>
      </w:r>
      <w:r w:rsidR="00A5297B">
        <w:rPr>
          <w:sz w:val="30"/>
          <w:szCs w:val="30"/>
          <w:rtl/>
          <w:cs w:val="0"/>
        </w:rPr>
        <w:t>.</w:t>
      </w:r>
      <w:r w:rsidRPr="00447966">
        <w:rPr>
          <w:sz w:val="30"/>
          <w:szCs w:val="30"/>
          <w:rtl/>
        </w:rPr>
        <w:t xml:space="preserve"> فمن خلالها تعرف الإدارة ما إذا كان العمل يسير وفق الأهداف</w:t>
      </w:r>
      <w:r w:rsidR="00A5297B">
        <w:rPr>
          <w:sz w:val="30"/>
          <w:szCs w:val="30"/>
          <w:rtl/>
          <w:cs w:val="0"/>
        </w:rPr>
        <w:t>.</w:t>
      </w:r>
    </w:p>
    <w:p w14:paraId="20932076" w14:textId="6C203CF8" w:rsidR="00447966" w:rsidRPr="00447966" w:rsidRDefault="00447966" w:rsidP="00785C0A">
      <w:pPr>
        <w:spacing w:line="276" w:lineRule="auto"/>
        <w:ind w:firstLine="397"/>
        <w:jc w:val="both"/>
        <w:rPr>
          <w:sz w:val="30"/>
          <w:szCs w:val="30"/>
        </w:rPr>
      </w:pPr>
      <w:r w:rsidRPr="00447966">
        <w:rPr>
          <w:sz w:val="30"/>
          <w:szCs w:val="30"/>
          <w:rtl/>
        </w:rPr>
        <w:t>تساعد المتابعة والتغذية الراجعة على كشف الأخطاء مبكرا</w:t>
      </w:r>
      <w:r w:rsidR="00A5297B">
        <w:rPr>
          <w:sz w:val="30"/>
          <w:szCs w:val="30"/>
          <w:rtl/>
          <w:cs w:val="0"/>
        </w:rPr>
        <w:t>،</w:t>
      </w:r>
      <w:r w:rsidRPr="00447966">
        <w:rPr>
          <w:sz w:val="30"/>
          <w:szCs w:val="30"/>
          <w:rtl/>
        </w:rPr>
        <w:t xml:space="preserve"> وتقليل تكرار الأخطاء</w:t>
      </w:r>
      <w:r w:rsidR="00A5297B">
        <w:rPr>
          <w:sz w:val="30"/>
          <w:szCs w:val="30"/>
          <w:rtl/>
          <w:cs w:val="0"/>
        </w:rPr>
        <w:t>،</w:t>
      </w:r>
      <w:r w:rsidRPr="00447966">
        <w:rPr>
          <w:sz w:val="30"/>
          <w:szCs w:val="30"/>
          <w:rtl/>
        </w:rPr>
        <w:t xml:space="preserve"> وتصحيح السلوك أثناء العمل</w:t>
      </w:r>
      <w:r w:rsidR="00A5297B">
        <w:rPr>
          <w:sz w:val="30"/>
          <w:szCs w:val="30"/>
          <w:rtl/>
          <w:cs w:val="0"/>
        </w:rPr>
        <w:t>،</w:t>
      </w:r>
      <w:r w:rsidRPr="00447966">
        <w:rPr>
          <w:sz w:val="30"/>
          <w:szCs w:val="30"/>
          <w:rtl/>
        </w:rPr>
        <w:t xml:space="preserve"> ودعم العامل عند مواجهة صعوبة</w:t>
      </w:r>
      <w:r w:rsidR="00A5297B">
        <w:rPr>
          <w:sz w:val="30"/>
          <w:szCs w:val="30"/>
          <w:rtl/>
          <w:cs w:val="0"/>
        </w:rPr>
        <w:t>،</w:t>
      </w:r>
      <w:r w:rsidRPr="00447966">
        <w:rPr>
          <w:sz w:val="30"/>
          <w:szCs w:val="30"/>
          <w:rtl/>
        </w:rPr>
        <w:t xml:space="preserve"> وتوضيح توقعات المشرف</w:t>
      </w:r>
      <w:r w:rsidR="00A5297B">
        <w:rPr>
          <w:sz w:val="30"/>
          <w:szCs w:val="30"/>
          <w:rtl/>
          <w:cs w:val="0"/>
        </w:rPr>
        <w:t>،</w:t>
      </w:r>
      <w:r w:rsidRPr="00447966">
        <w:rPr>
          <w:sz w:val="30"/>
          <w:szCs w:val="30"/>
          <w:rtl/>
        </w:rPr>
        <w:t xml:space="preserve"> ورفع جودة التواصل</w:t>
      </w:r>
      <w:r w:rsidR="00A5297B">
        <w:rPr>
          <w:sz w:val="30"/>
          <w:szCs w:val="30"/>
          <w:rtl/>
          <w:cs w:val="0"/>
        </w:rPr>
        <w:t>،</w:t>
      </w:r>
      <w:r w:rsidRPr="00447966">
        <w:rPr>
          <w:sz w:val="30"/>
          <w:szCs w:val="30"/>
          <w:rtl/>
        </w:rPr>
        <w:t xml:space="preserve"> وتقليل الفاقد في الوقت والمواد</w:t>
      </w:r>
      <w:r w:rsidR="00A5297B">
        <w:rPr>
          <w:sz w:val="30"/>
          <w:szCs w:val="30"/>
          <w:rtl/>
          <w:cs w:val="0"/>
        </w:rPr>
        <w:t>.</w:t>
      </w:r>
    </w:p>
    <w:p w14:paraId="475110EB" w14:textId="24FCBE31" w:rsidR="00447966" w:rsidRPr="00447966" w:rsidRDefault="00447966" w:rsidP="00785C0A">
      <w:pPr>
        <w:spacing w:line="276" w:lineRule="auto"/>
        <w:ind w:firstLine="397"/>
        <w:jc w:val="both"/>
        <w:rPr>
          <w:sz w:val="30"/>
          <w:szCs w:val="30"/>
        </w:rPr>
      </w:pPr>
      <w:r w:rsidRPr="00447966">
        <w:rPr>
          <w:sz w:val="30"/>
          <w:szCs w:val="30"/>
          <w:rtl/>
        </w:rPr>
        <w:t>في بيئة الإنتاج</w:t>
      </w:r>
      <w:r w:rsidR="00A5297B">
        <w:rPr>
          <w:sz w:val="30"/>
          <w:szCs w:val="30"/>
          <w:rtl/>
          <w:cs w:val="0"/>
        </w:rPr>
        <w:t>،</w:t>
      </w:r>
      <w:r w:rsidRPr="00447966">
        <w:rPr>
          <w:sz w:val="30"/>
          <w:szCs w:val="30"/>
          <w:rtl/>
        </w:rPr>
        <w:t xml:space="preserve"> تؤدي التغذية الراجعة دورا حاسما</w:t>
      </w:r>
      <w:r w:rsidR="00A5297B">
        <w:rPr>
          <w:sz w:val="30"/>
          <w:szCs w:val="30"/>
          <w:rtl/>
          <w:cs w:val="0"/>
        </w:rPr>
        <w:t>.</w:t>
      </w:r>
      <w:r w:rsidRPr="00447966">
        <w:rPr>
          <w:sz w:val="30"/>
          <w:szCs w:val="30"/>
          <w:rtl/>
        </w:rPr>
        <w:t xml:space="preserve"> فإذا لاحظ المشرف خطأ في التغليف أو الوزن أو الترتيب</w:t>
      </w:r>
      <w:r w:rsidR="00A5297B">
        <w:rPr>
          <w:sz w:val="30"/>
          <w:szCs w:val="30"/>
          <w:rtl/>
          <w:cs w:val="0"/>
        </w:rPr>
        <w:t>،</w:t>
      </w:r>
      <w:r w:rsidRPr="00447966">
        <w:rPr>
          <w:sz w:val="30"/>
          <w:szCs w:val="30"/>
          <w:rtl/>
        </w:rPr>
        <w:t xml:space="preserve"> فإن التصحيح الفوري يمنع استمرار الخطأ في دفعات أخرى</w:t>
      </w:r>
      <w:r w:rsidR="00A5297B">
        <w:rPr>
          <w:sz w:val="30"/>
          <w:szCs w:val="30"/>
          <w:rtl/>
          <w:cs w:val="0"/>
        </w:rPr>
        <w:t>.</w:t>
      </w:r>
      <w:r w:rsidRPr="00447966">
        <w:rPr>
          <w:sz w:val="30"/>
          <w:szCs w:val="30"/>
          <w:rtl/>
        </w:rPr>
        <w:t xml:space="preserve"> أما تأخر التغذية الراجعة فيؤدي إلى تراكم الأخطاء وزيادة الهدر</w:t>
      </w:r>
      <w:r w:rsidR="00A5297B">
        <w:rPr>
          <w:sz w:val="30"/>
          <w:szCs w:val="30"/>
          <w:rtl/>
          <w:cs w:val="0"/>
        </w:rPr>
        <w:t>.</w:t>
      </w:r>
    </w:p>
    <w:p w14:paraId="0C02D27D" w14:textId="284FEF6B" w:rsidR="00447966" w:rsidRPr="00447966" w:rsidRDefault="00447966" w:rsidP="00785C0A">
      <w:pPr>
        <w:spacing w:line="276" w:lineRule="auto"/>
        <w:ind w:firstLine="397"/>
        <w:jc w:val="both"/>
        <w:rPr>
          <w:sz w:val="30"/>
          <w:szCs w:val="30"/>
        </w:rPr>
      </w:pPr>
      <w:r w:rsidRPr="00447966">
        <w:rPr>
          <w:sz w:val="30"/>
          <w:szCs w:val="30"/>
          <w:rtl/>
        </w:rPr>
        <w:lastRenderedPageBreak/>
        <w:t>تشير الأدبيات الحديثة إلى أن ضعف التغذية الراجعة يمثل سببا رئيسا لفشل أنظمة الأداء</w:t>
      </w:r>
      <w:r w:rsidR="00A5297B">
        <w:rPr>
          <w:sz w:val="30"/>
          <w:szCs w:val="30"/>
          <w:rtl/>
          <w:cs w:val="0"/>
        </w:rPr>
        <w:t>.</w:t>
      </w:r>
      <w:r w:rsidRPr="00447966">
        <w:rPr>
          <w:sz w:val="30"/>
          <w:szCs w:val="30"/>
          <w:rtl/>
        </w:rPr>
        <w:t xml:space="preserve"> فالأنظمة التي تركز على التقييم النهائي دون حوار مستمر لا تحقق تحسينا حقيقيا في الأداء (</w:t>
      </w:r>
      <w:proofErr w:type="spellStart"/>
      <w:r w:rsidRPr="00447966">
        <w:rPr>
          <w:sz w:val="30"/>
          <w:szCs w:val="30"/>
          <w:rtl/>
        </w:rPr>
        <w:t>Pulakos</w:t>
      </w:r>
      <w:proofErr w:type="spellEnd"/>
      <w:r w:rsidRPr="00447966">
        <w:rPr>
          <w:sz w:val="30"/>
          <w:szCs w:val="30"/>
          <w:rtl/>
        </w:rPr>
        <w:t xml:space="preserve"> </w:t>
      </w:r>
      <w:proofErr w:type="spellStart"/>
      <w:r w:rsidRPr="00447966">
        <w:rPr>
          <w:sz w:val="30"/>
          <w:szCs w:val="30"/>
          <w:rtl/>
        </w:rPr>
        <w:t>et</w:t>
      </w:r>
      <w:proofErr w:type="spellEnd"/>
      <w:r w:rsidRPr="00447966">
        <w:rPr>
          <w:sz w:val="30"/>
          <w:szCs w:val="30"/>
          <w:rtl/>
        </w:rPr>
        <w:t xml:space="preserve"> </w:t>
      </w:r>
      <w:proofErr w:type="spellStart"/>
      <w:r w:rsidRPr="00447966">
        <w:rPr>
          <w:sz w:val="30"/>
          <w:szCs w:val="30"/>
          <w:rtl/>
        </w:rPr>
        <w:t>al</w:t>
      </w:r>
      <w:proofErr w:type="spellEnd"/>
      <w:r w:rsidR="00A5297B">
        <w:rPr>
          <w:sz w:val="30"/>
          <w:szCs w:val="30"/>
          <w:rtl/>
          <w:cs w:val="0"/>
        </w:rPr>
        <w:t>.</w:t>
      </w:r>
      <w:r w:rsidRPr="00447966">
        <w:rPr>
          <w:sz w:val="30"/>
          <w:szCs w:val="30"/>
          <w:rtl/>
        </w:rPr>
        <w:t>, 2015)</w:t>
      </w:r>
      <w:r w:rsidR="00A5297B">
        <w:rPr>
          <w:sz w:val="30"/>
          <w:szCs w:val="30"/>
          <w:rtl/>
          <w:cs w:val="0"/>
        </w:rPr>
        <w:t>.</w:t>
      </w:r>
    </w:p>
    <w:p w14:paraId="6351CFBD" w14:textId="77777777" w:rsidR="00447966" w:rsidRPr="00447966" w:rsidRDefault="00447966" w:rsidP="00472BF3">
      <w:pPr>
        <w:pStyle w:val="NoSpacing"/>
      </w:pPr>
      <w:bookmarkStart w:id="576" w:name="_Toc233579550"/>
      <w:bookmarkStart w:id="577" w:name="_Toc233579707"/>
      <w:r w:rsidRPr="00447966">
        <w:rPr>
          <w:rtl/>
        </w:rPr>
        <w:t>تقييم الأداء</w:t>
      </w:r>
      <w:bookmarkEnd w:id="576"/>
      <w:bookmarkEnd w:id="577"/>
    </w:p>
    <w:p w14:paraId="549B66B1" w14:textId="6DE07AB4" w:rsidR="00447966" w:rsidRPr="00447966" w:rsidRDefault="00447966" w:rsidP="00785C0A">
      <w:pPr>
        <w:spacing w:line="276" w:lineRule="auto"/>
        <w:ind w:firstLine="397"/>
        <w:jc w:val="both"/>
        <w:rPr>
          <w:sz w:val="30"/>
          <w:szCs w:val="30"/>
        </w:rPr>
      </w:pPr>
      <w:r w:rsidRPr="00447966">
        <w:rPr>
          <w:sz w:val="30"/>
          <w:szCs w:val="30"/>
          <w:rtl/>
        </w:rPr>
        <w:t>يقصد بتقييم الأداء قياس مستوى إنجاز العامل أو الفريق وفق معايير محددة</w:t>
      </w:r>
      <w:r w:rsidR="00A5297B">
        <w:rPr>
          <w:sz w:val="30"/>
          <w:szCs w:val="30"/>
          <w:rtl/>
          <w:cs w:val="0"/>
        </w:rPr>
        <w:t>.</w:t>
      </w:r>
      <w:r w:rsidRPr="00447966">
        <w:rPr>
          <w:sz w:val="30"/>
          <w:szCs w:val="30"/>
          <w:rtl/>
        </w:rPr>
        <w:t xml:space="preserve"> يمثل التقييم مرحلة مهمة لأنه يحدد مدى تحقق الأهداف</w:t>
      </w:r>
      <w:r w:rsidR="00A5297B">
        <w:rPr>
          <w:sz w:val="30"/>
          <w:szCs w:val="30"/>
          <w:rtl/>
          <w:cs w:val="0"/>
        </w:rPr>
        <w:t>،</w:t>
      </w:r>
      <w:r w:rsidRPr="00447966">
        <w:rPr>
          <w:sz w:val="30"/>
          <w:szCs w:val="30"/>
          <w:rtl/>
        </w:rPr>
        <w:t xml:space="preserve"> ويكشف جوانب القوة والضعف</w:t>
      </w:r>
      <w:r w:rsidR="00A5297B">
        <w:rPr>
          <w:sz w:val="30"/>
          <w:szCs w:val="30"/>
          <w:rtl/>
          <w:cs w:val="0"/>
        </w:rPr>
        <w:t>،</w:t>
      </w:r>
      <w:r w:rsidRPr="00447966">
        <w:rPr>
          <w:sz w:val="30"/>
          <w:szCs w:val="30"/>
          <w:rtl/>
        </w:rPr>
        <w:t xml:space="preserve"> ويدعم القرارات الإدارية</w:t>
      </w:r>
      <w:r w:rsidR="00A5297B">
        <w:rPr>
          <w:sz w:val="30"/>
          <w:szCs w:val="30"/>
          <w:rtl/>
          <w:cs w:val="0"/>
        </w:rPr>
        <w:t>.</w:t>
      </w:r>
    </w:p>
    <w:p w14:paraId="68BF76C1" w14:textId="61806884" w:rsidR="00447966" w:rsidRPr="00447966" w:rsidRDefault="00447966" w:rsidP="00785C0A">
      <w:pPr>
        <w:spacing w:line="276" w:lineRule="auto"/>
        <w:ind w:firstLine="397"/>
        <w:jc w:val="both"/>
        <w:rPr>
          <w:sz w:val="30"/>
          <w:szCs w:val="30"/>
        </w:rPr>
      </w:pPr>
      <w:r w:rsidRPr="00447966">
        <w:rPr>
          <w:sz w:val="30"/>
          <w:szCs w:val="30"/>
          <w:rtl/>
        </w:rPr>
        <w:t>يعتمد تقييم الأداء الفعال على معايير واضحة</w:t>
      </w:r>
      <w:r w:rsidR="00A5297B">
        <w:rPr>
          <w:sz w:val="30"/>
          <w:szCs w:val="30"/>
          <w:rtl/>
          <w:cs w:val="0"/>
        </w:rPr>
        <w:t>،</w:t>
      </w:r>
      <w:r w:rsidRPr="00447966">
        <w:rPr>
          <w:sz w:val="30"/>
          <w:szCs w:val="30"/>
          <w:rtl/>
        </w:rPr>
        <w:t xml:space="preserve"> ومؤشرات قابلة للقياس</w:t>
      </w:r>
      <w:r w:rsidR="00A5297B">
        <w:rPr>
          <w:sz w:val="30"/>
          <w:szCs w:val="30"/>
          <w:rtl/>
          <w:cs w:val="0"/>
        </w:rPr>
        <w:t>،</w:t>
      </w:r>
      <w:r w:rsidRPr="00447966">
        <w:rPr>
          <w:sz w:val="30"/>
          <w:szCs w:val="30"/>
          <w:rtl/>
        </w:rPr>
        <w:t xml:space="preserve"> وأدلة فعلية على الأداء</w:t>
      </w:r>
      <w:r w:rsidR="00A5297B">
        <w:rPr>
          <w:sz w:val="30"/>
          <w:szCs w:val="30"/>
          <w:rtl/>
          <w:cs w:val="0"/>
        </w:rPr>
        <w:t>،</w:t>
      </w:r>
      <w:r w:rsidRPr="00447966">
        <w:rPr>
          <w:sz w:val="30"/>
          <w:szCs w:val="30"/>
          <w:rtl/>
        </w:rPr>
        <w:t xml:space="preserve"> وموضوعية المشرف</w:t>
      </w:r>
      <w:r w:rsidR="00A5297B">
        <w:rPr>
          <w:sz w:val="30"/>
          <w:szCs w:val="30"/>
          <w:rtl/>
          <w:cs w:val="0"/>
        </w:rPr>
        <w:t>،</w:t>
      </w:r>
      <w:r w:rsidRPr="00447966">
        <w:rPr>
          <w:sz w:val="30"/>
          <w:szCs w:val="30"/>
          <w:rtl/>
        </w:rPr>
        <w:t xml:space="preserve"> وعدالة المقارنة بين العاملين</w:t>
      </w:r>
      <w:r w:rsidR="00A5297B">
        <w:rPr>
          <w:sz w:val="30"/>
          <w:szCs w:val="30"/>
          <w:rtl/>
          <w:cs w:val="0"/>
        </w:rPr>
        <w:t>،</w:t>
      </w:r>
      <w:r w:rsidRPr="00447966">
        <w:rPr>
          <w:sz w:val="30"/>
          <w:szCs w:val="30"/>
          <w:rtl/>
        </w:rPr>
        <w:t xml:space="preserve"> وتوثيق النتائج</w:t>
      </w:r>
      <w:r w:rsidR="00A5297B">
        <w:rPr>
          <w:sz w:val="30"/>
          <w:szCs w:val="30"/>
          <w:rtl/>
          <w:cs w:val="0"/>
        </w:rPr>
        <w:t>،</w:t>
      </w:r>
      <w:r w:rsidRPr="00447966">
        <w:rPr>
          <w:sz w:val="30"/>
          <w:szCs w:val="30"/>
          <w:rtl/>
        </w:rPr>
        <w:t xml:space="preserve"> ومناقشة التقييم مع العامل</w:t>
      </w:r>
      <w:r w:rsidR="00A5297B">
        <w:rPr>
          <w:sz w:val="30"/>
          <w:szCs w:val="30"/>
          <w:rtl/>
          <w:cs w:val="0"/>
        </w:rPr>
        <w:t>،</w:t>
      </w:r>
      <w:r w:rsidRPr="00447966">
        <w:rPr>
          <w:sz w:val="30"/>
          <w:szCs w:val="30"/>
          <w:rtl/>
        </w:rPr>
        <w:t xml:space="preserve"> وربط النتيجة بخطة عمل لاحقة</w:t>
      </w:r>
      <w:r w:rsidR="00A5297B">
        <w:rPr>
          <w:sz w:val="30"/>
          <w:szCs w:val="30"/>
          <w:rtl/>
          <w:cs w:val="0"/>
        </w:rPr>
        <w:t>.</w:t>
      </w:r>
    </w:p>
    <w:p w14:paraId="143BBDE1" w14:textId="1AED0D28" w:rsidR="00447966" w:rsidRPr="00447966" w:rsidRDefault="00447966" w:rsidP="00785C0A">
      <w:pPr>
        <w:spacing w:line="276" w:lineRule="auto"/>
        <w:ind w:firstLine="397"/>
        <w:jc w:val="both"/>
        <w:rPr>
          <w:sz w:val="30"/>
          <w:szCs w:val="30"/>
        </w:rPr>
      </w:pPr>
      <w:r w:rsidRPr="00447966">
        <w:rPr>
          <w:sz w:val="30"/>
          <w:szCs w:val="30"/>
          <w:rtl/>
        </w:rPr>
        <w:t>لا يحقق التقييم هدفه إذا تحول إلى إجراء شكلي</w:t>
      </w:r>
      <w:r w:rsidR="00A5297B">
        <w:rPr>
          <w:sz w:val="30"/>
          <w:szCs w:val="30"/>
          <w:rtl/>
          <w:cs w:val="0"/>
        </w:rPr>
        <w:t>.</w:t>
      </w:r>
      <w:r w:rsidRPr="00447966">
        <w:rPr>
          <w:sz w:val="30"/>
          <w:szCs w:val="30"/>
          <w:rtl/>
        </w:rPr>
        <w:t xml:space="preserve"> يجب أن يستخدم التقييم لتحسين الأداء</w:t>
      </w:r>
      <w:r w:rsidR="00A5297B">
        <w:rPr>
          <w:sz w:val="30"/>
          <w:szCs w:val="30"/>
          <w:rtl/>
          <w:cs w:val="0"/>
        </w:rPr>
        <w:t>،</w:t>
      </w:r>
      <w:r w:rsidRPr="00447966">
        <w:rPr>
          <w:sz w:val="30"/>
          <w:szCs w:val="30"/>
          <w:rtl/>
        </w:rPr>
        <w:t xml:space="preserve"> لا لتسجيل درجة فقط</w:t>
      </w:r>
      <w:r w:rsidR="00A5297B">
        <w:rPr>
          <w:sz w:val="30"/>
          <w:szCs w:val="30"/>
          <w:rtl/>
          <w:cs w:val="0"/>
        </w:rPr>
        <w:t>.</w:t>
      </w:r>
      <w:r w:rsidRPr="00447966">
        <w:rPr>
          <w:sz w:val="30"/>
          <w:szCs w:val="30"/>
          <w:rtl/>
        </w:rPr>
        <w:t xml:space="preserve"> لذلك</w:t>
      </w:r>
      <w:r w:rsidR="00A5297B">
        <w:rPr>
          <w:sz w:val="30"/>
          <w:szCs w:val="30"/>
          <w:rtl/>
          <w:cs w:val="0"/>
        </w:rPr>
        <w:t>،</w:t>
      </w:r>
      <w:r w:rsidRPr="00447966">
        <w:rPr>
          <w:sz w:val="30"/>
          <w:szCs w:val="30"/>
          <w:rtl/>
        </w:rPr>
        <w:t xml:space="preserve"> يربط الفكر الحديث التقييم بالتطوير والحوافز والتوجيه المستقبلي (</w:t>
      </w:r>
      <w:proofErr w:type="spellStart"/>
      <w:r w:rsidRPr="00447966">
        <w:rPr>
          <w:sz w:val="30"/>
          <w:szCs w:val="30"/>
          <w:rtl/>
        </w:rPr>
        <w:t>Aguinis</w:t>
      </w:r>
      <w:proofErr w:type="spellEnd"/>
      <w:r w:rsidRPr="00447966">
        <w:rPr>
          <w:sz w:val="30"/>
          <w:szCs w:val="30"/>
          <w:rtl/>
        </w:rPr>
        <w:t>, 2019)</w:t>
      </w:r>
      <w:r w:rsidR="00A5297B">
        <w:rPr>
          <w:sz w:val="30"/>
          <w:szCs w:val="30"/>
          <w:rtl/>
          <w:cs w:val="0"/>
        </w:rPr>
        <w:t>.</w:t>
      </w:r>
    </w:p>
    <w:p w14:paraId="52F02C91" w14:textId="0F69722E" w:rsidR="00447966" w:rsidRPr="00447966" w:rsidRDefault="00447966" w:rsidP="00785C0A">
      <w:pPr>
        <w:spacing w:line="276" w:lineRule="auto"/>
        <w:ind w:firstLine="397"/>
        <w:jc w:val="both"/>
        <w:rPr>
          <w:sz w:val="30"/>
          <w:szCs w:val="30"/>
        </w:rPr>
      </w:pPr>
      <w:r w:rsidRPr="00447966">
        <w:rPr>
          <w:sz w:val="30"/>
          <w:szCs w:val="30"/>
          <w:rtl/>
        </w:rPr>
        <w:t>في مصنع التمور</w:t>
      </w:r>
      <w:r w:rsidR="00A5297B">
        <w:rPr>
          <w:sz w:val="30"/>
          <w:szCs w:val="30"/>
          <w:rtl/>
          <w:cs w:val="0"/>
        </w:rPr>
        <w:t>،</w:t>
      </w:r>
      <w:r w:rsidRPr="00447966">
        <w:rPr>
          <w:sz w:val="30"/>
          <w:szCs w:val="30"/>
          <w:rtl/>
        </w:rPr>
        <w:t xml:space="preserve"> يقيس التقييم جوانب متعددة</w:t>
      </w:r>
      <w:r w:rsidR="00A5297B">
        <w:rPr>
          <w:sz w:val="30"/>
          <w:szCs w:val="30"/>
          <w:rtl/>
          <w:cs w:val="0"/>
        </w:rPr>
        <w:t>.</w:t>
      </w:r>
      <w:r w:rsidRPr="00447966">
        <w:rPr>
          <w:sz w:val="30"/>
          <w:szCs w:val="30"/>
          <w:rtl/>
        </w:rPr>
        <w:t xml:space="preserve"> تشمل الالتزام بإجراءات العمل</w:t>
      </w:r>
      <w:r w:rsidR="00A5297B">
        <w:rPr>
          <w:sz w:val="30"/>
          <w:szCs w:val="30"/>
          <w:rtl/>
          <w:cs w:val="0"/>
        </w:rPr>
        <w:t>،</w:t>
      </w:r>
      <w:r w:rsidRPr="00447966">
        <w:rPr>
          <w:sz w:val="30"/>
          <w:szCs w:val="30"/>
          <w:rtl/>
        </w:rPr>
        <w:t xml:space="preserve"> وجودة التنفيذ</w:t>
      </w:r>
      <w:r w:rsidR="00A5297B">
        <w:rPr>
          <w:sz w:val="30"/>
          <w:szCs w:val="30"/>
          <w:rtl/>
          <w:cs w:val="0"/>
        </w:rPr>
        <w:t>،</w:t>
      </w:r>
      <w:r w:rsidRPr="00447966">
        <w:rPr>
          <w:sz w:val="30"/>
          <w:szCs w:val="30"/>
          <w:rtl/>
        </w:rPr>
        <w:t xml:space="preserve"> وسرعة الإنجاز</w:t>
      </w:r>
      <w:r w:rsidR="00A5297B">
        <w:rPr>
          <w:sz w:val="30"/>
          <w:szCs w:val="30"/>
          <w:rtl/>
          <w:cs w:val="0"/>
        </w:rPr>
        <w:t>،</w:t>
      </w:r>
      <w:r w:rsidRPr="00447966">
        <w:rPr>
          <w:sz w:val="30"/>
          <w:szCs w:val="30"/>
          <w:rtl/>
        </w:rPr>
        <w:t xml:space="preserve"> وتقليل الأخطاء</w:t>
      </w:r>
      <w:r w:rsidR="00A5297B">
        <w:rPr>
          <w:sz w:val="30"/>
          <w:szCs w:val="30"/>
          <w:rtl/>
          <w:cs w:val="0"/>
        </w:rPr>
        <w:t>،</w:t>
      </w:r>
      <w:r w:rsidRPr="00447966">
        <w:rPr>
          <w:sz w:val="30"/>
          <w:szCs w:val="30"/>
          <w:rtl/>
        </w:rPr>
        <w:t xml:space="preserve"> والتعاون مع الفريق</w:t>
      </w:r>
      <w:r w:rsidR="00A5297B">
        <w:rPr>
          <w:sz w:val="30"/>
          <w:szCs w:val="30"/>
          <w:rtl/>
          <w:cs w:val="0"/>
        </w:rPr>
        <w:t>،</w:t>
      </w:r>
      <w:r w:rsidRPr="00447966">
        <w:rPr>
          <w:sz w:val="30"/>
          <w:szCs w:val="30"/>
          <w:rtl/>
        </w:rPr>
        <w:t xml:space="preserve"> والمحافظة على الموارد</w:t>
      </w:r>
      <w:r w:rsidR="00A5297B">
        <w:rPr>
          <w:sz w:val="30"/>
          <w:szCs w:val="30"/>
          <w:rtl/>
          <w:cs w:val="0"/>
        </w:rPr>
        <w:t>.</w:t>
      </w:r>
      <w:r w:rsidRPr="00447966">
        <w:rPr>
          <w:sz w:val="30"/>
          <w:szCs w:val="30"/>
          <w:rtl/>
        </w:rPr>
        <w:t xml:space="preserve"> وكلما كانت المعايير واضحة</w:t>
      </w:r>
      <w:r w:rsidR="00A5297B">
        <w:rPr>
          <w:sz w:val="30"/>
          <w:szCs w:val="30"/>
          <w:rtl/>
          <w:cs w:val="0"/>
        </w:rPr>
        <w:t>،</w:t>
      </w:r>
      <w:r w:rsidRPr="00447966">
        <w:rPr>
          <w:sz w:val="30"/>
          <w:szCs w:val="30"/>
          <w:rtl/>
        </w:rPr>
        <w:t xml:space="preserve"> زادت عدالة التقييم</w:t>
      </w:r>
      <w:r w:rsidR="00A5297B">
        <w:rPr>
          <w:sz w:val="30"/>
          <w:szCs w:val="30"/>
          <w:rtl/>
          <w:cs w:val="0"/>
        </w:rPr>
        <w:t>.</w:t>
      </w:r>
    </w:p>
    <w:p w14:paraId="62EA899F" w14:textId="2BC46B46" w:rsidR="00447966" w:rsidRPr="00447966" w:rsidRDefault="00447966" w:rsidP="00472BF3">
      <w:pPr>
        <w:pStyle w:val="NoSpacing"/>
      </w:pPr>
      <w:bookmarkStart w:id="578" w:name="_Toc233579551"/>
      <w:bookmarkStart w:id="579" w:name="_Toc233579708"/>
      <w:proofErr w:type="gramStart"/>
      <w:r w:rsidRPr="00447966">
        <w:rPr>
          <w:rtl/>
        </w:rPr>
        <w:t>الحوافز</w:t>
      </w:r>
      <w:r w:rsidR="0064696A">
        <w:rPr>
          <w:rFonts w:hint="cs"/>
          <w:rtl/>
        </w:rPr>
        <w:t xml:space="preserve"> </w:t>
      </w:r>
      <w:r w:rsidRPr="00447966">
        <w:rPr>
          <w:rtl/>
        </w:rPr>
        <w:t xml:space="preserve"> والتطوير</w:t>
      </w:r>
      <w:bookmarkEnd w:id="578"/>
      <w:bookmarkEnd w:id="579"/>
      <w:proofErr w:type="gramEnd"/>
    </w:p>
    <w:p w14:paraId="5AAE7586" w14:textId="615AB312" w:rsidR="00447966" w:rsidRPr="00447966" w:rsidRDefault="00447966" w:rsidP="00785C0A">
      <w:pPr>
        <w:spacing w:line="276" w:lineRule="auto"/>
        <w:ind w:firstLine="397"/>
        <w:jc w:val="both"/>
        <w:rPr>
          <w:sz w:val="30"/>
          <w:szCs w:val="30"/>
        </w:rPr>
      </w:pPr>
      <w:r w:rsidRPr="00447966">
        <w:rPr>
          <w:sz w:val="30"/>
          <w:szCs w:val="30"/>
          <w:rtl/>
        </w:rPr>
        <w:t>يمثل الحوافز والتطوير البعد الرابع في الدراسة الحالية</w:t>
      </w:r>
      <w:r w:rsidR="00A5297B">
        <w:rPr>
          <w:sz w:val="30"/>
          <w:szCs w:val="30"/>
          <w:rtl/>
          <w:cs w:val="0"/>
        </w:rPr>
        <w:t>.</w:t>
      </w:r>
      <w:r w:rsidRPr="00447966">
        <w:rPr>
          <w:sz w:val="30"/>
          <w:szCs w:val="30"/>
          <w:rtl/>
        </w:rPr>
        <w:t xml:space="preserve"> ويقصد به ربط نتائج الأداء بالمكافآت والتقدير والتدريب وتنمية المهارات</w:t>
      </w:r>
      <w:r w:rsidR="00A5297B">
        <w:rPr>
          <w:sz w:val="30"/>
          <w:szCs w:val="30"/>
          <w:rtl/>
          <w:cs w:val="0"/>
        </w:rPr>
        <w:t>.</w:t>
      </w:r>
      <w:r w:rsidRPr="00447966">
        <w:rPr>
          <w:sz w:val="30"/>
          <w:szCs w:val="30"/>
          <w:rtl/>
        </w:rPr>
        <w:t xml:space="preserve"> هذا البعد يحول التقييم إلى قيمة عملية</w:t>
      </w:r>
      <w:r w:rsidR="00A5297B">
        <w:rPr>
          <w:sz w:val="30"/>
          <w:szCs w:val="30"/>
          <w:rtl/>
          <w:cs w:val="0"/>
        </w:rPr>
        <w:t>.</w:t>
      </w:r>
      <w:r w:rsidRPr="00447966">
        <w:rPr>
          <w:sz w:val="30"/>
          <w:szCs w:val="30"/>
          <w:rtl/>
        </w:rPr>
        <w:t xml:space="preserve"> فإذا اكتشفت الإدارة ضعفا في أداء عامل</w:t>
      </w:r>
      <w:r w:rsidR="00A5297B">
        <w:rPr>
          <w:sz w:val="30"/>
          <w:szCs w:val="30"/>
          <w:rtl/>
          <w:cs w:val="0"/>
        </w:rPr>
        <w:t>،</w:t>
      </w:r>
      <w:r w:rsidRPr="00447966">
        <w:rPr>
          <w:sz w:val="30"/>
          <w:szCs w:val="30"/>
          <w:rtl/>
        </w:rPr>
        <w:t xml:space="preserve"> توجهه إلى تدريب</w:t>
      </w:r>
      <w:r w:rsidR="00A5297B">
        <w:rPr>
          <w:sz w:val="30"/>
          <w:szCs w:val="30"/>
          <w:rtl/>
          <w:cs w:val="0"/>
        </w:rPr>
        <w:t>.</w:t>
      </w:r>
      <w:r w:rsidRPr="00447966">
        <w:rPr>
          <w:sz w:val="30"/>
          <w:szCs w:val="30"/>
          <w:rtl/>
        </w:rPr>
        <w:t xml:space="preserve"> وإذا حقق العامل نتائج عالية</w:t>
      </w:r>
      <w:r w:rsidR="00A5297B">
        <w:rPr>
          <w:sz w:val="30"/>
          <w:szCs w:val="30"/>
          <w:rtl/>
          <w:cs w:val="0"/>
        </w:rPr>
        <w:t>،</w:t>
      </w:r>
      <w:r w:rsidRPr="00447966">
        <w:rPr>
          <w:sz w:val="30"/>
          <w:szCs w:val="30"/>
          <w:rtl/>
        </w:rPr>
        <w:t xml:space="preserve"> يحصل على تقدير عادل</w:t>
      </w:r>
      <w:r w:rsidR="00A5297B">
        <w:rPr>
          <w:sz w:val="30"/>
          <w:szCs w:val="30"/>
          <w:rtl/>
          <w:cs w:val="0"/>
        </w:rPr>
        <w:t>.</w:t>
      </w:r>
    </w:p>
    <w:p w14:paraId="71DF6A92" w14:textId="14BDD8E2" w:rsidR="00447966" w:rsidRPr="00447966" w:rsidRDefault="00447966" w:rsidP="00785C0A">
      <w:pPr>
        <w:spacing w:line="276" w:lineRule="auto"/>
        <w:ind w:firstLine="397"/>
        <w:jc w:val="both"/>
        <w:rPr>
          <w:sz w:val="30"/>
          <w:szCs w:val="30"/>
        </w:rPr>
      </w:pPr>
      <w:r w:rsidRPr="00447966">
        <w:rPr>
          <w:sz w:val="30"/>
          <w:szCs w:val="30"/>
          <w:rtl/>
        </w:rPr>
        <w:t>تنقسم الحوافز إلى حوافز مادية ومعنوية</w:t>
      </w:r>
      <w:r w:rsidR="00A5297B">
        <w:rPr>
          <w:sz w:val="30"/>
          <w:szCs w:val="30"/>
          <w:rtl/>
          <w:cs w:val="0"/>
        </w:rPr>
        <w:t>.</w:t>
      </w:r>
      <w:r w:rsidRPr="00447966">
        <w:rPr>
          <w:sz w:val="30"/>
          <w:szCs w:val="30"/>
          <w:rtl/>
        </w:rPr>
        <w:t xml:space="preserve"> تشمل الحوافز المادية المكافآت والزيادات والبدلات</w:t>
      </w:r>
      <w:r w:rsidR="00A5297B">
        <w:rPr>
          <w:sz w:val="30"/>
          <w:szCs w:val="30"/>
          <w:rtl/>
          <w:cs w:val="0"/>
        </w:rPr>
        <w:t>.</w:t>
      </w:r>
      <w:r w:rsidRPr="00447966">
        <w:rPr>
          <w:sz w:val="30"/>
          <w:szCs w:val="30"/>
          <w:rtl/>
        </w:rPr>
        <w:t xml:space="preserve"> وتشمل الحوافز المعنوية الشكر</w:t>
      </w:r>
      <w:r w:rsidR="00A5297B">
        <w:rPr>
          <w:sz w:val="30"/>
          <w:szCs w:val="30"/>
          <w:rtl/>
          <w:cs w:val="0"/>
        </w:rPr>
        <w:t>،</w:t>
      </w:r>
      <w:r w:rsidRPr="00447966">
        <w:rPr>
          <w:sz w:val="30"/>
          <w:szCs w:val="30"/>
          <w:rtl/>
        </w:rPr>
        <w:t xml:space="preserve"> وشهادات التقدير</w:t>
      </w:r>
      <w:r w:rsidR="00A5297B">
        <w:rPr>
          <w:sz w:val="30"/>
          <w:szCs w:val="30"/>
          <w:rtl/>
          <w:cs w:val="0"/>
        </w:rPr>
        <w:t>،</w:t>
      </w:r>
      <w:r w:rsidRPr="00447966">
        <w:rPr>
          <w:sz w:val="30"/>
          <w:szCs w:val="30"/>
          <w:rtl/>
        </w:rPr>
        <w:t xml:space="preserve"> وفرص المشاركة</w:t>
      </w:r>
      <w:r w:rsidR="00A5297B">
        <w:rPr>
          <w:sz w:val="30"/>
          <w:szCs w:val="30"/>
          <w:rtl/>
          <w:cs w:val="0"/>
        </w:rPr>
        <w:t>،</w:t>
      </w:r>
      <w:r w:rsidRPr="00447966">
        <w:rPr>
          <w:sz w:val="30"/>
          <w:szCs w:val="30"/>
          <w:rtl/>
        </w:rPr>
        <w:t xml:space="preserve"> وتحمل مسؤوليات أكبر</w:t>
      </w:r>
      <w:r w:rsidR="00A5297B">
        <w:rPr>
          <w:sz w:val="30"/>
          <w:szCs w:val="30"/>
          <w:rtl/>
          <w:cs w:val="0"/>
        </w:rPr>
        <w:t>.</w:t>
      </w:r>
      <w:r w:rsidRPr="00447966">
        <w:rPr>
          <w:sz w:val="30"/>
          <w:szCs w:val="30"/>
          <w:rtl/>
        </w:rPr>
        <w:t xml:space="preserve"> ويجب أن ترتبط الحوافز بمعايير أداء واضحة حتى تحقق أثرها</w:t>
      </w:r>
      <w:r w:rsidR="00A5297B">
        <w:rPr>
          <w:sz w:val="30"/>
          <w:szCs w:val="30"/>
          <w:rtl/>
          <w:cs w:val="0"/>
        </w:rPr>
        <w:t>.</w:t>
      </w:r>
    </w:p>
    <w:p w14:paraId="23085B87" w14:textId="67867143" w:rsidR="00447966" w:rsidRPr="00447966" w:rsidRDefault="00447966" w:rsidP="00785C0A">
      <w:pPr>
        <w:spacing w:line="276" w:lineRule="auto"/>
        <w:ind w:firstLine="397"/>
        <w:jc w:val="both"/>
        <w:rPr>
          <w:sz w:val="30"/>
          <w:szCs w:val="30"/>
        </w:rPr>
      </w:pPr>
      <w:r w:rsidRPr="00447966">
        <w:rPr>
          <w:sz w:val="30"/>
          <w:szCs w:val="30"/>
          <w:rtl/>
        </w:rPr>
        <w:t>أما التطوير</w:t>
      </w:r>
      <w:r w:rsidR="00A5297B">
        <w:rPr>
          <w:sz w:val="30"/>
          <w:szCs w:val="30"/>
          <w:rtl/>
          <w:cs w:val="0"/>
        </w:rPr>
        <w:t>،</w:t>
      </w:r>
      <w:r w:rsidRPr="00447966">
        <w:rPr>
          <w:sz w:val="30"/>
          <w:szCs w:val="30"/>
          <w:rtl/>
        </w:rPr>
        <w:t xml:space="preserve"> فيشمل التدريب</w:t>
      </w:r>
      <w:r w:rsidR="00A5297B">
        <w:rPr>
          <w:sz w:val="30"/>
          <w:szCs w:val="30"/>
          <w:rtl/>
          <w:cs w:val="0"/>
        </w:rPr>
        <w:t>،</w:t>
      </w:r>
      <w:r w:rsidRPr="00447966">
        <w:rPr>
          <w:sz w:val="30"/>
          <w:szCs w:val="30"/>
          <w:rtl/>
        </w:rPr>
        <w:t xml:space="preserve"> والتوجيه</w:t>
      </w:r>
      <w:r w:rsidR="00A5297B">
        <w:rPr>
          <w:sz w:val="30"/>
          <w:szCs w:val="30"/>
          <w:rtl/>
          <w:cs w:val="0"/>
        </w:rPr>
        <w:t>،</w:t>
      </w:r>
      <w:r w:rsidRPr="00447966">
        <w:rPr>
          <w:sz w:val="30"/>
          <w:szCs w:val="30"/>
          <w:rtl/>
        </w:rPr>
        <w:t xml:space="preserve"> والتعلم أثناء العمل</w:t>
      </w:r>
      <w:r w:rsidR="00A5297B">
        <w:rPr>
          <w:sz w:val="30"/>
          <w:szCs w:val="30"/>
          <w:rtl/>
          <w:cs w:val="0"/>
        </w:rPr>
        <w:t>،</w:t>
      </w:r>
      <w:r w:rsidRPr="00447966">
        <w:rPr>
          <w:sz w:val="30"/>
          <w:szCs w:val="30"/>
          <w:rtl/>
        </w:rPr>
        <w:t xml:space="preserve"> وتبادل الخبرات</w:t>
      </w:r>
      <w:r w:rsidR="00A5297B">
        <w:rPr>
          <w:sz w:val="30"/>
          <w:szCs w:val="30"/>
          <w:rtl/>
          <w:cs w:val="0"/>
        </w:rPr>
        <w:t>،</w:t>
      </w:r>
      <w:r w:rsidRPr="00447966">
        <w:rPr>
          <w:sz w:val="30"/>
          <w:szCs w:val="30"/>
          <w:rtl/>
        </w:rPr>
        <w:t xml:space="preserve"> وتعديل الإجراءات</w:t>
      </w:r>
      <w:r w:rsidR="00A5297B">
        <w:rPr>
          <w:sz w:val="30"/>
          <w:szCs w:val="30"/>
          <w:rtl/>
          <w:cs w:val="0"/>
        </w:rPr>
        <w:t>.</w:t>
      </w:r>
      <w:r w:rsidRPr="00447966">
        <w:rPr>
          <w:sz w:val="30"/>
          <w:szCs w:val="30"/>
          <w:rtl/>
        </w:rPr>
        <w:t xml:space="preserve"> لا يقتصر التطوير على الدورات الرسمية</w:t>
      </w:r>
      <w:r w:rsidR="00A5297B">
        <w:rPr>
          <w:sz w:val="30"/>
          <w:szCs w:val="30"/>
          <w:rtl/>
          <w:cs w:val="0"/>
        </w:rPr>
        <w:t>.</w:t>
      </w:r>
      <w:r w:rsidRPr="00447966">
        <w:rPr>
          <w:sz w:val="30"/>
          <w:szCs w:val="30"/>
          <w:rtl/>
        </w:rPr>
        <w:t xml:space="preserve"> ففي بيئة الإنتاج</w:t>
      </w:r>
      <w:r w:rsidR="00A5297B">
        <w:rPr>
          <w:sz w:val="30"/>
          <w:szCs w:val="30"/>
          <w:rtl/>
          <w:cs w:val="0"/>
        </w:rPr>
        <w:t>،</w:t>
      </w:r>
      <w:r w:rsidRPr="00447966">
        <w:rPr>
          <w:sz w:val="30"/>
          <w:szCs w:val="30"/>
          <w:rtl/>
        </w:rPr>
        <w:t xml:space="preserve"> يشكل التدريب العملي اليومي جزءا مهما من تطوير الأداء</w:t>
      </w:r>
      <w:r w:rsidR="00A5297B">
        <w:rPr>
          <w:sz w:val="30"/>
          <w:szCs w:val="30"/>
          <w:rtl/>
          <w:cs w:val="0"/>
        </w:rPr>
        <w:t>.</w:t>
      </w:r>
    </w:p>
    <w:p w14:paraId="12AC0085" w14:textId="5AD206F9" w:rsidR="00447966" w:rsidRPr="00447966" w:rsidRDefault="00447966" w:rsidP="00785C0A">
      <w:pPr>
        <w:spacing w:line="276" w:lineRule="auto"/>
        <w:ind w:firstLine="397"/>
        <w:jc w:val="both"/>
        <w:rPr>
          <w:sz w:val="30"/>
          <w:szCs w:val="30"/>
        </w:rPr>
      </w:pPr>
      <w:r w:rsidRPr="00447966">
        <w:rPr>
          <w:sz w:val="30"/>
          <w:szCs w:val="30"/>
          <w:rtl/>
        </w:rPr>
        <w:t>يدعم هذا البعد نظرية التوقع</w:t>
      </w:r>
      <w:r w:rsidR="00A5297B">
        <w:rPr>
          <w:sz w:val="30"/>
          <w:szCs w:val="30"/>
          <w:rtl/>
          <w:cs w:val="0"/>
        </w:rPr>
        <w:t>.</w:t>
      </w:r>
      <w:r w:rsidRPr="00447966">
        <w:rPr>
          <w:sz w:val="30"/>
          <w:szCs w:val="30"/>
          <w:rtl/>
        </w:rPr>
        <w:t xml:space="preserve"> فالعامل يبذل جهدا أكبر عندما يرى علاقة واضحة بين الجهد</w:t>
      </w:r>
      <w:r w:rsidR="00A5297B">
        <w:rPr>
          <w:sz w:val="30"/>
          <w:szCs w:val="30"/>
          <w:rtl/>
          <w:cs w:val="0"/>
        </w:rPr>
        <w:t>،</w:t>
      </w:r>
      <w:r w:rsidRPr="00447966">
        <w:rPr>
          <w:sz w:val="30"/>
          <w:szCs w:val="30"/>
          <w:rtl/>
        </w:rPr>
        <w:t xml:space="preserve"> والأداء</w:t>
      </w:r>
      <w:r w:rsidR="00A5297B">
        <w:rPr>
          <w:sz w:val="30"/>
          <w:szCs w:val="30"/>
          <w:rtl/>
          <w:cs w:val="0"/>
        </w:rPr>
        <w:t>،</w:t>
      </w:r>
      <w:r w:rsidRPr="00447966">
        <w:rPr>
          <w:sz w:val="30"/>
          <w:szCs w:val="30"/>
          <w:rtl/>
        </w:rPr>
        <w:t xml:space="preserve"> والحافز (</w:t>
      </w:r>
      <w:proofErr w:type="spellStart"/>
      <w:r w:rsidRPr="00447966">
        <w:rPr>
          <w:sz w:val="30"/>
          <w:szCs w:val="30"/>
          <w:rtl/>
        </w:rPr>
        <w:t>Vroom</w:t>
      </w:r>
      <w:proofErr w:type="spellEnd"/>
      <w:r w:rsidRPr="00447966">
        <w:rPr>
          <w:sz w:val="30"/>
          <w:szCs w:val="30"/>
          <w:rtl/>
        </w:rPr>
        <w:t>, 1964)</w:t>
      </w:r>
      <w:r w:rsidR="00A5297B">
        <w:rPr>
          <w:sz w:val="30"/>
          <w:szCs w:val="30"/>
          <w:rtl/>
          <w:cs w:val="0"/>
        </w:rPr>
        <w:t>.</w:t>
      </w:r>
      <w:r w:rsidRPr="00447966">
        <w:rPr>
          <w:sz w:val="30"/>
          <w:szCs w:val="30"/>
          <w:rtl/>
        </w:rPr>
        <w:t xml:space="preserve"> كما تدعمه نظرية العدالة</w:t>
      </w:r>
      <w:r w:rsidR="00A5297B">
        <w:rPr>
          <w:sz w:val="30"/>
          <w:szCs w:val="30"/>
          <w:rtl/>
          <w:cs w:val="0"/>
        </w:rPr>
        <w:t>،</w:t>
      </w:r>
      <w:r w:rsidRPr="00447966">
        <w:rPr>
          <w:sz w:val="30"/>
          <w:szCs w:val="30"/>
          <w:rtl/>
        </w:rPr>
        <w:t xml:space="preserve"> لأن العامل يقارن بين جهده وما يحصل عليه من تقدير (</w:t>
      </w:r>
      <w:proofErr w:type="spellStart"/>
      <w:r w:rsidRPr="00447966">
        <w:rPr>
          <w:sz w:val="30"/>
          <w:szCs w:val="30"/>
          <w:rtl/>
        </w:rPr>
        <w:t>Adams</w:t>
      </w:r>
      <w:proofErr w:type="spellEnd"/>
      <w:r w:rsidRPr="00447966">
        <w:rPr>
          <w:sz w:val="30"/>
          <w:szCs w:val="30"/>
          <w:rtl/>
        </w:rPr>
        <w:t>, 1965)</w:t>
      </w:r>
      <w:r w:rsidR="00A5297B">
        <w:rPr>
          <w:sz w:val="30"/>
          <w:szCs w:val="30"/>
          <w:rtl/>
          <w:cs w:val="0"/>
        </w:rPr>
        <w:t>.</w:t>
      </w:r>
    </w:p>
    <w:p w14:paraId="6B9CA3D0" w14:textId="7E873131" w:rsidR="00447966" w:rsidRPr="004B1822" w:rsidRDefault="004B1822" w:rsidP="00785C0A">
      <w:pPr>
        <w:pStyle w:val="Heading3"/>
        <w:spacing w:line="276" w:lineRule="auto"/>
        <w:jc w:val="both"/>
      </w:pPr>
      <w:bookmarkStart w:id="580" w:name="_Toc233582873"/>
      <w:bookmarkStart w:id="581" w:name="_Toc233583040"/>
      <w:bookmarkStart w:id="582" w:name="_Toc233584673"/>
      <w:bookmarkStart w:id="583" w:name="_Toc233585045"/>
      <w:bookmarkStart w:id="584" w:name="_Toc233585171"/>
      <w:bookmarkStart w:id="585" w:name="_Toc233585312"/>
      <w:bookmarkStart w:id="586" w:name="_Toc233585642"/>
      <w:bookmarkStart w:id="587" w:name="_Toc233585798"/>
      <w:bookmarkStart w:id="588" w:name="_Toc233585924"/>
      <w:bookmarkStart w:id="589" w:name="_Toc233586053"/>
      <w:bookmarkStart w:id="590" w:name="_Toc233586831"/>
      <w:bookmarkStart w:id="591" w:name="_Toc233586966"/>
      <w:bookmarkStart w:id="592" w:name="_Toc233587107"/>
      <w:bookmarkStart w:id="593" w:name="_Toc233587266"/>
      <w:bookmarkStart w:id="594" w:name="_Toc233587644"/>
      <w:r w:rsidRPr="004B1822">
        <w:rPr>
          <w:rtl/>
        </w:rPr>
        <w:lastRenderedPageBreak/>
        <w:t>متطلبات نجاح إدارة الأداء</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7CEDECA" w14:textId="79D953D2" w:rsidR="00B67E89" w:rsidRPr="0064696A" w:rsidRDefault="00B67E89" w:rsidP="00785C0A">
      <w:pPr>
        <w:spacing w:line="276" w:lineRule="auto"/>
        <w:ind w:firstLine="397"/>
        <w:jc w:val="both"/>
        <w:rPr>
          <w:sz w:val="30"/>
          <w:szCs w:val="30"/>
        </w:rPr>
      </w:pPr>
      <w:r w:rsidRPr="0064696A">
        <w:rPr>
          <w:sz w:val="30"/>
          <w:szCs w:val="30"/>
          <w:rtl/>
        </w:rPr>
        <w:t>لا ينجح نظام إدارة الأداء بمجرد وجود نماذج أو تعليمات</w:t>
      </w:r>
      <w:r w:rsidR="00A5297B" w:rsidRPr="0064696A">
        <w:rPr>
          <w:sz w:val="30"/>
          <w:szCs w:val="30"/>
          <w:rtl/>
          <w:cs w:val="0"/>
        </w:rPr>
        <w:t>.</w:t>
      </w:r>
      <w:r w:rsidRPr="0064696A">
        <w:rPr>
          <w:sz w:val="30"/>
          <w:szCs w:val="30"/>
          <w:rtl/>
        </w:rPr>
        <w:t xml:space="preserve"> يحتاج النظام إلى متطلبات تنظيمية وسلوكية تضمن تطبيقه بصورة عملية ومستمرة داخل المنشأة</w:t>
      </w:r>
      <w:r w:rsidR="00A5297B" w:rsidRPr="0064696A">
        <w:rPr>
          <w:sz w:val="30"/>
          <w:szCs w:val="30"/>
          <w:rtl/>
          <w:cs w:val="0"/>
        </w:rPr>
        <w:t>.</w:t>
      </w:r>
      <w:r w:rsidRPr="0064696A">
        <w:rPr>
          <w:sz w:val="30"/>
          <w:szCs w:val="30"/>
          <w:rtl/>
        </w:rPr>
        <w:t xml:space="preserve"> ‏(</w:t>
      </w:r>
      <w:proofErr w:type="spellStart"/>
      <w:r w:rsidRPr="0064696A">
        <w:rPr>
          <w:sz w:val="30"/>
          <w:szCs w:val="30"/>
          <w:rtl/>
        </w:rPr>
        <w:t>Armstrong</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Taylor</w:t>
      </w:r>
      <w:proofErr w:type="spellEnd"/>
      <w:r w:rsidRPr="0064696A">
        <w:rPr>
          <w:sz w:val="30"/>
          <w:szCs w:val="30"/>
          <w:rtl/>
        </w:rPr>
        <w:t>, 2023)‏</w:t>
      </w:r>
    </w:p>
    <w:p w14:paraId="6645C2BF" w14:textId="39845ABF" w:rsidR="00B67E89" w:rsidRPr="0064696A" w:rsidRDefault="00B67E89" w:rsidP="00785C0A">
      <w:pPr>
        <w:spacing w:line="276" w:lineRule="auto"/>
        <w:ind w:firstLine="397"/>
        <w:jc w:val="both"/>
        <w:rPr>
          <w:sz w:val="30"/>
          <w:szCs w:val="30"/>
        </w:rPr>
      </w:pPr>
      <w:r w:rsidRPr="0064696A">
        <w:rPr>
          <w:sz w:val="30"/>
          <w:szCs w:val="30"/>
          <w:rtl/>
        </w:rPr>
        <w:t>يجب أن تتبنى الإدارة العليا نظام الأداء وتتابع تطبيقه</w:t>
      </w:r>
      <w:r w:rsidR="00A5297B" w:rsidRPr="0064696A">
        <w:rPr>
          <w:sz w:val="30"/>
          <w:szCs w:val="30"/>
          <w:rtl/>
          <w:cs w:val="0"/>
        </w:rPr>
        <w:t>.</w:t>
      </w:r>
      <w:r w:rsidRPr="0064696A">
        <w:rPr>
          <w:sz w:val="30"/>
          <w:szCs w:val="30"/>
          <w:rtl/>
        </w:rPr>
        <w:t xml:space="preserve"> إذا لم تهتم الإدارة العليا بالنظام</w:t>
      </w:r>
      <w:r w:rsidR="00A5297B" w:rsidRPr="0064696A">
        <w:rPr>
          <w:sz w:val="30"/>
          <w:szCs w:val="30"/>
          <w:rtl/>
          <w:cs w:val="0"/>
        </w:rPr>
        <w:t>،</w:t>
      </w:r>
      <w:r w:rsidRPr="0064696A">
        <w:rPr>
          <w:sz w:val="30"/>
          <w:szCs w:val="30"/>
          <w:rtl/>
        </w:rPr>
        <w:t xml:space="preserve"> فسيتحول إلى إجراء إداري محدود</w:t>
      </w:r>
      <w:r w:rsidR="00A5297B" w:rsidRPr="0064696A">
        <w:rPr>
          <w:sz w:val="30"/>
          <w:szCs w:val="30"/>
          <w:rtl/>
          <w:cs w:val="0"/>
        </w:rPr>
        <w:t>.</w:t>
      </w:r>
      <w:r w:rsidRPr="0064696A">
        <w:rPr>
          <w:sz w:val="30"/>
          <w:szCs w:val="30"/>
          <w:rtl/>
        </w:rPr>
        <w:t xml:space="preserve"> كما يجب أن يعرف كل عامل دوره ومسؤوليته</w:t>
      </w:r>
      <w:r w:rsidR="00A5297B" w:rsidRPr="0064696A">
        <w:rPr>
          <w:sz w:val="30"/>
          <w:szCs w:val="30"/>
          <w:rtl/>
          <w:cs w:val="0"/>
        </w:rPr>
        <w:t>.</w:t>
      </w:r>
      <w:r w:rsidRPr="0064696A">
        <w:rPr>
          <w:sz w:val="30"/>
          <w:szCs w:val="30"/>
          <w:rtl/>
        </w:rPr>
        <w:t xml:space="preserve"> غموض المسؤوليات يضعف التقييم</w:t>
      </w:r>
      <w:r w:rsidR="00A5297B" w:rsidRPr="0064696A">
        <w:rPr>
          <w:sz w:val="30"/>
          <w:szCs w:val="30"/>
          <w:rtl/>
          <w:cs w:val="0"/>
        </w:rPr>
        <w:t>،</w:t>
      </w:r>
      <w:r w:rsidRPr="0064696A">
        <w:rPr>
          <w:sz w:val="30"/>
          <w:szCs w:val="30"/>
          <w:rtl/>
        </w:rPr>
        <w:t xml:space="preserve"> لأن الإدارة لا تعرف من يتحمل نتيجة العمل</w:t>
      </w:r>
      <w:r w:rsidR="00A5297B" w:rsidRPr="0064696A">
        <w:rPr>
          <w:sz w:val="30"/>
          <w:szCs w:val="30"/>
          <w:rtl/>
          <w:cs w:val="0"/>
        </w:rPr>
        <w:t>.</w:t>
      </w:r>
      <w:r w:rsidRPr="0064696A">
        <w:rPr>
          <w:sz w:val="30"/>
          <w:szCs w:val="30"/>
          <w:rtl/>
        </w:rPr>
        <w:t xml:space="preserve"> ‏(</w:t>
      </w:r>
      <w:proofErr w:type="spellStart"/>
      <w:r w:rsidRPr="0064696A">
        <w:rPr>
          <w:sz w:val="30"/>
          <w:szCs w:val="30"/>
          <w:rtl/>
        </w:rPr>
        <w:t>Armstrong</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Taylor</w:t>
      </w:r>
      <w:proofErr w:type="spellEnd"/>
      <w:r w:rsidRPr="0064696A">
        <w:rPr>
          <w:sz w:val="30"/>
          <w:szCs w:val="30"/>
          <w:rtl/>
        </w:rPr>
        <w:t>, 2023)‏</w:t>
      </w:r>
    </w:p>
    <w:p w14:paraId="1D4D11A6" w14:textId="3C0AD58A" w:rsidR="00B67E89" w:rsidRPr="0064696A" w:rsidRDefault="00B67E89" w:rsidP="00785C0A">
      <w:pPr>
        <w:spacing w:line="276" w:lineRule="auto"/>
        <w:ind w:firstLine="397"/>
        <w:jc w:val="both"/>
        <w:rPr>
          <w:sz w:val="30"/>
          <w:szCs w:val="30"/>
        </w:rPr>
      </w:pPr>
      <w:r w:rsidRPr="0064696A">
        <w:rPr>
          <w:sz w:val="30"/>
          <w:szCs w:val="30"/>
          <w:rtl/>
        </w:rPr>
        <w:t>يحتاج المشرفون إلى مهارات وضع الأهداف</w:t>
      </w:r>
      <w:r w:rsidR="00A5297B" w:rsidRPr="0064696A">
        <w:rPr>
          <w:sz w:val="30"/>
          <w:szCs w:val="30"/>
          <w:rtl/>
          <w:cs w:val="0"/>
        </w:rPr>
        <w:t>،</w:t>
      </w:r>
      <w:r w:rsidRPr="0064696A">
        <w:rPr>
          <w:sz w:val="30"/>
          <w:szCs w:val="30"/>
          <w:rtl/>
        </w:rPr>
        <w:t xml:space="preserve"> وتقديم التغذية الراجعة</w:t>
      </w:r>
      <w:r w:rsidR="00A5297B" w:rsidRPr="0064696A">
        <w:rPr>
          <w:sz w:val="30"/>
          <w:szCs w:val="30"/>
          <w:rtl/>
          <w:cs w:val="0"/>
        </w:rPr>
        <w:t>،</w:t>
      </w:r>
      <w:r w:rsidRPr="0064696A">
        <w:rPr>
          <w:sz w:val="30"/>
          <w:szCs w:val="30"/>
          <w:rtl/>
        </w:rPr>
        <w:t xml:space="preserve"> وإجراء مقابلات التقييم</w:t>
      </w:r>
      <w:r w:rsidR="00A5297B" w:rsidRPr="0064696A">
        <w:rPr>
          <w:sz w:val="30"/>
          <w:szCs w:val="30"/>
          <w:rtl/>
          <w:cs w:val="0"/>
        </w:rPr>
        <w:t>،</w:t>
      </w:r>
      <w:r w:rsidRPr="0064696A">
        <w:rPr>
          <w:sz w:val="30"/>
          <w:szCs w:val="30"/>
          <w:rtl/>
        </w:rPr>
        <w:t xml:space="preserve"> وتحليل نتائج الأداء</w:t>
      </w:r>
      <w:r w:rsidR="00A5297B" w:rsidRPr="0064696A">
        <w:rPr>
          <w:sz w:val="30"/>
          <w:szCs w:val="30"/>
          <w:rtl/>
          <w:cs w:val="0"/>
        </w:rPr>
        <w:t>.</w:t>
      </w:r>
      <w:r w:rsidRPr="0064696A">
        <w:rPr>
          <w:sz w:val="30"/>
          <w:szCs w:val="30"/>
          <w:rtl/>
        </w:rPr>
        <w:t xml:space="preserve"> المشرف غير المدرب يضعف </w:t>
      </w:r>
      <w:proofErr w:type="gramStart"/>
      <w:r w:rsidRPr="0064696A">
        <w:rPr>
          <w:sz w:val="30"/>
          <w:szCs w:val="30"/>
          <w:rtl/>
        </w:rPr>
        <w:t>النظام</w:t>
      </w:r>
      <w:proofErr w:type="gramEnd"/>
      <w:r w:rsidRPr="0064696A">
        <w:rPr>
          <w:sz w:val="30"/>
          <w:szCs w:val="30"/>
          <w:rtl/>
        </w:rPr>
        <w:t xml:space="preserve"> حتى لو كان النموذج جيدا</w:t>
      </w:r>
      <w:r w:rsidR="00A5297B" w:rsidRPr="0064696A">
        <w:rPr>
          <w:sz w:val="30"/>
          <w:szCs w:val="30"/>
          <w:rtl/>
          <w:cs w:val="0"/>
        </w:rPr>
        <w:t>.</w:t>
      </w:r>
      <w:r w:rsidRPr="0064696A">
        <w:rPr>
          <w:sz w:val="30"/>
          <w:szCs w:val="30"/>
          <w:rtl/>
        </w:rPr>
        <w:t xml:space="preserve"> ‏(</w:t>
      </w:r>
      <w:proofErr w:type="spellStart"/>
      <w:r w:rsidRPr="0064696A">
        <w:rPr>
          <w:sz w:val="30"/>
          <w:szCs w:val="30"/>
          <w:rtl/>
        </w:rPr>
        <w:t>Armstrong</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Taylor</w:t>
      </w:r>
      <w:proofErr w:type="spellEnd"/>
      <w:r w:rsidRPr="0064696A">
        <w:rPr>
          <w:sz w:val="30"/>
          <w:szCs w:val="30"/>
          <w:rtl/>
        </w:rPr>
        <w:t>, 2023)‏</w:t>
      </w:r>
    </w:p>
    <w:p w14:paraId="30AAD53D" w14:textId="7C16B590" w:rsidR="00B67E89" w:rsidRPr="0064696A" w:rsidRDefault="00B67E89" w:rsidP="00785C0A">
      <w:pPr>
        <w:spacing w:line="276" w:lineRule="auto"/>
        <w:ind w:firstLine="397"/>
        <w:jc w:val="both"/>
        <w:rPr>
          <w:sz w:val="30"/>
          <w:szCs w:val="30"/>
        </w:rPr>
      </w:pPr>
      <w:r w:rsidRPr="0064696A">
        <w:rPr>
          <w:sz w:val="30"/>
          <w:szCs w:val="30"/>
          <w:rtl/>
        </w:rPr>
        <w:t>يجب اختيار مؤشرات تعبر عن العمل الحقيقي</w:t>
      </w:r>
      <w:r w:rsidR="00A5297B" w:rsidRPr="0064696A">
        <w:rPr>
          <w:sz w:val="30"/>
          <w:szCs w:val="30"/>
          <w:rtl/>
          <w:cs w:val="0"/>
        </w:rPr>
        <w:t>.</w:t>
      </w:r>
      <w:r w:rsidRPr="0064696A">
        <w:rPr>
          <w:sz w:val="30"/>
          <w:szCs w:val="30"/>
          <w:rtl/>
        </w:rPr>
        <w:t xml:space="preserve"> لا تفيد المؤشرات العامة إذا لم تقيس </w:t>
      </w:r>
      <w:proofErr w:type="gramStart"/>
      <w:r w:rsidRPr="0064696A">
        <w:rPr>
          <w:sz w:val="30"/>
          <w:szCs w:val="30"/>
          <w:rtl/>
        </w:rPr>
        <w:t>السرعة</w:t>
      </w:r>
      <w:proofErr w:type="gramEnd"/>
      <w:r w:rsidRPr="0064696A">
        <w:rPr>
          <w:sz w:val="30"/>
          <w:szCs w:val="30"/>
          <w:rtl/>
        </w:rPr>
        <w:t xml:space="preserve"> والجودة والهدر والالتزام</w:t>
      </w:r>
      <w:r w:rsidR="00A5297B" w:rsidRPr="0064696A">
        <w:rPr>
          <w:sz w:val="30"/>
          <w:szCs w:val="30"/>
          <w:rtl/>
          <w:cs w:val="0"/>
        </w:rPr>
        <w:t>.</w:t>
      </w:r>
      <w:r w:rsidRPr="0064696A">
        <w:rPr>
          <w:sz w:val="30"/>
          <w:szCs w:val="30"/>
          <w:rtl/>
        </w:rPr>
        <w:t xml:space="preserve"> وتحتاج الإدارة إلى تسجيل بيانات الأداء بصورة منتظمة</w:t>
      </w:r>
      <w:r w:rsidR="00A5297B" w:rsidRPr="0064696A">
        <w:rPr>
          <w:sz w:val="30"/>
          <w:szCs w:val="30"/>
          <w:rtl/>
          <w:cs w:val="0"/>
        </w:rPr>
        <w:t>.</w:t>
      </w:r>
      <w:r w:rsidRPr="0064696A">
        <w:rPr>
          <w:sz w:val="30"/>
          <w:szCs w:val="30"/>
          <w:rtl/>
        </w:rPr>
        <w:t xml:space="preserve"> وتشمل البيانات الإنتاج</w:t>
      </w:r>
      <w:r w:rsidR="00A5297B" w:rsidRPr="0064696A">
        <w:rPr>
          <w:sz w:val="30"/>
          <w:szCs w:val="30"/>
          <w:rtl/>
          <w:cs w:val="0"/>
        </w:rPr>
        <w:t>،</w:t>
      </w:r>
      <w:r w:rsidRPr="0064696A">
        <w:rPr>
          <w:sz w:val="30"/>
          <w:szCs w:val="30"/>
          <w:rtl/>
        </w:rPr>
        <w:t xml:space="preserve"> والأخطاء</w:t>
      </w:r>
      <w:r w:rsidR="00A5297B" w:rsidRPr="0064696A">
        <w:rPr>
          <w:sz w:val="30"/>
          <w:szCs w:val="30"/>
          <w:rtl/>
          <w:cs w:val="0"/>
        </w:rPr>
        <w:t>،</w:t>
      </w:r>
      <w:r w:rsidRPr="0064696A">
        <w:rPr>
          <w:sz w:val="30"/>
          <w:szCs w:val="30"/>
          <w:rtl/>
        </w:rPr>
        <w:t xml:space="preserve"> والتأخير</w:t>
      </w:r>
      <w:r w:rsidR="00A5297B" w:rsidRPr="0064696A">
        <w:rPr>
          <w:sz w:val="30"/>
          <w:szCs w:val="30"/>
          <w:rtl/>
          <w:cs w:val="0"/>
        </w:rPr>
        <w:t>،</w:t>
      </w:r>
      <w:r w:rsidRPr="0064696A">
        <w:rPr>
          <w:sz w:val="30"/>
          <w:szCs w:val="30"/>
          <w:rtl/>
        </w:rPr>
        <w:t xml:space="preserve"> والتدريب</w:t>
      </w:r>
      <w:r w:rsidR="00A5297B" w:rsidRPr="0064696A">
        <w:rPr>
          <w:sz w:val="30"/>
          <w:szCs w:val="30"/>
          <w:rtl/>
          <w:cs w:val="0"/>
        </w:rPr>
        <w:t>،</w:t>
      </w:r>
      <w:r w:rsidRPr="0064696A">
        <w:rPr>
          <w:sz w:val="30"/>
          <w:szCs w:val="30"/>
          <w:rtl/>
        </w:rPr>
        <w:t xml:space="preserve"> والحوافز</w:t>
      </w:r>
      <w:r w:rsidR="00A5297B" w:rsidRPr="0064696A">
        <w:rPr>
          <w:sz w:val="30"/>
          <w:szCs w:val="30"/>
          <w:rtl/>
          <w:cs w:val="0"/>
        </w:rPr>
        <w:t>.</w:t>
      </w:r>
      <w:r w:rsidRPr="0064696A">
        <w:rPr>
          <w:sz w:val="30"/>
          <w:szCs w:val="30"/>
          <w:rtl/>
        </w:rPr>
        <w:t xml:space="preserve"> ‏(</w:t>
      </w:r>
      <w:proofErr w:type="spellStart"/>
      <w:r w:rsidRPr="0064696A">
        <w:rPr>
          <w:sz w:val="30"/>
          <w:szCs w:val="30"/>
          <w:rtl/>
        </w:rPr>
        <w:t>Armstrong</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Taylor</w:t>
      </w:r>
      <w:proofErr w:type="spellEnd"/>
      <w:r w:rsidRPr="0064696A">
        <w:rPr>
          <w:sz w:val="30"/>
          <w:szCs w:val="30"/>
          <w:rtl/>
        </w:rPr>
        <w:t>, 2023)‏</w:t>
      </w:r>
    </w:p>
    <w:p w14:paraId="24C34706" w14:textId="52491B4A" w:rsidR="00B67E89" w:rsidRPr="0064696A" w:rsidRDefault="00B67E89" w:rsidP="00785C0A">
      <w:pPr>
        <w:spacing w:line="276" w:lineRule="auto"/>
        <w:ind w:firstLine="397"/>
        <w:jc w:val="both"/>
        <w:rPr>
          <w:sz w:val="30"/>
          <w:szCs w:val="30"/>
        </w:rPr>
      </w:pPr>
      <w:r w:rsidRPr="0064696A">
        <w:rPr>
          <w:sz w:val="30"/>
          <w:szCs w:val="30"/>
          <w:rtl/>
        </w:rPr>
        <w:t>يجب أن تستخدم نتائج الأداء في الحوافز والتدريب والترقية وتوزيع المهام</w:t>
      </w:r>
      <w:r w:rsidR="00A5297B" w:rsidRPr="0064696A">
        <w:rPr>
          <w:sz w:val="30"/>
          <w:szCs w:val="30"/>
          <w:rtl/>
          <w:cs w:val="0"/>
        </w:rPr>
        <w:t>.</w:t>
      </w:r>
      <w:r w:rsidRPr="0064696A">
        <w:rPr>
          <w:sz w:val="30"/>
          <w:szCs w:val="30"/>
          <w:rtl/>
        </w:rPr>
        <w:t xml:space="preserve"> إذا لم ترتبط النتائج بقرارات</w:t>
      </w:r>
      <w:r w:rsidR="00A5297B" w:rsidRPr="0064696A">
        <w:rPr>
          <w:sz w:val="30"/>
          <w:szCs w:val="30"/>
          <w:rtl/>
          <w:cs w:val="0"/>
        </w:rPr>
        <w:t>،</w:t>
      </w:r>
      <w:r w:rsidRPr="0064696A">
        <w:rPr>
          <w:sz w:val="30"/>
          <w:szCs w:val="30"/>
          <w:rtl/>
        </w:rPr>
        <w:t xml:space="preserve"> يفقد النظام قيمته</w:t>
      </w:r>
      <w:r w:rsidR="00A5297B" w:rsidRPr="0064696A">
        <w:rPr>
          <w:sz w:val="30"/>
          <w:szCs w:val="30"/>
          <w:rtl/>
          <w:cs w:val="0"/>
        </w:rPr>
        <w:t>.</w:t>
      </w:r>
      <w:r w:rsidRPr="0064696A">
        <w:rPr>
          <w:sz w:val="30"/>
          <w:szCs w:val="30"/>
          <w:rtl/>
        </w:rPr>
        <w:t xml:space="preserve"> ويجب أن يشعر العاملون أن النظام عادل ومفهوم</w:t>
      </w:r>
      <w:r w:rsidR="00A5297B" w:rsidRPr="0064696A">
        <w:rPr>
          <w:sz w:val="30"/>
          <w:szCs w:val="30"/>
          <w:rtl/>
          <w:cs w:val="0"/>
        </w:rPr>
        <w:t>.</w:t>
      </w:r>
      <w:r w:rsidRPr="0064696A">
        <w:rPr>
          <w:sz w:val="30"/>
          <w:szCs w:val="30"/>
          <w:rtl/>
        </w:rPr>
        <w:t xml:space="preserve"> العدالة ترفع قبول العاملين للتقييم وتقلل مقاومة النظام</w:t>
      </w:r>
      <w:r w:rsidR="00A5297B" w:rsidRPr="0064696A">
        <w:rPr>
          <w:sz w:val="30"/>
          <w:szCs w:val="30"/>
          <w:rtl/>
          <w:cs w:val="0"/>
        </w:rPr>
        <w:t>.</w:t>
      </w:r>
      <w:r w:rsidRPr="0064696A">
        <w:rPr>
          <w:sz w:val="30"/>
          <w:szCs w:val="30"/>
          <w:rtl/>
        </w:rPr>
        <w:t xml:space="preserve"> ‏(</w:t>
      </w:r>
      <w:proofErr w:type="spellStart"/>
      <w:r w:rsidRPr="0064696A">
        <w:rPr>
          <w:sz w:val="30"/>
          <w:szCs w:val="30"/>
          <w:rtl/>
        </w:rPr>
        <w:t>Armstrong</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Taylor</w:t>
      </w:r>
      <w:proofErr w:type="spellEnd"/>
      <w:r w:rsidRPr="0064696A">
        <w:rPr>
          <w:sz w:val="30"/>
          <w:szCs w:val="30"/>
          <w:rtl/>
        </w:rPr>
        <w:t>, 2023)‏</w:t>
      </w:r>
    </w:p>
    <w:p w14:paraId="492830D0" w14:textId="2EB65362" w:rsidR="00447966" w:rsidRPr="004B1822" w:rsidRDefault="004B1822" w:rsidP="00785C0A">
      <w:pPr>
        <w:pStyle w:val="Heading3"/>
        <w:spacing w:line="276" w:lineRule="auto"/>
        <w:jc w:val="both"/>
      </w:pPr>
      <w:bookmarkStart w:id="595" w:name="_Toc233582874"/>
      <w:bookmarkStart w:id="596" w:name="_Toc233583041"/>
      <w:bookmarkStart w:id="597" w:name="_Toc233584674"/>
      <w:bookmarkStart w:id="598" w:name="_Toc233585046"/>
      <w:bookmarkStart w:id="599" w:name="_Toc233585172"/>
      <w:bookmarkStart w:id="600" w:name="_Toc233585313"/>
      <w:bookmarkStart w:id="601" w:name="_Toc233585643"/>
      <w:bookmarkStart w:id="602" w:name="_Toc233585799"/>
      <w:bookmarkStart w:id="603" w:name="_Toc233585925"/>
      <w:bookmarkStart w:id="604" w:name="_Toc233586054"/>
      <w:bookmarkStart w:id="605" w:name="_Toc233586832"/>
      <w:bookmarkStart w:id="606" w:name="_Toc233586967"/>
      <w:bookmarkStart w:id="607" w:name="_Toc233587108"/>
      <w:bookmarkStart w:id="608" w:name="_Toc233587267"/>
      <w:bookmarkStart w:id="609" w:name="_Toc233587645"/>
      <w:r w:rsidRPr="004B1822">
        <w:rPr>
          <w:rtl/>
        </w:rPr>
        <w:t>معوقات تطبيق إدارة الأداء</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14:paraId="0E7EC81B" w14:textId="3B317DF9" w:rsidR="00B67E89" w:rsidRPr="0064696A" w:rsidRDefault="00B67E89" w:rsidP="00785C0A">
      <w:pPr>
        <w:spacing w:line="276" w:lineRule="auto"/>
        <w:ind w:firstLine="397"/>
        <w:jc w:val="both"/>
        <w:rPr>
          <w:sz w:val="30"/>
          <w:szCs w:val="30"/>
        </w:rPr>
      </w:pPr>
      <w:r w:rsidRPr="0064696A">
        <w:rPr>
          <w:sz w:val="30"/>
          <w:szCs w:val="30"/>
          <w:rtl/>
        </w:rPr>
        <w:t>تواجه إدارة الأداء عددا من المعوقات التي تقلل فاعليتها</w:t>
      </w:r>
      <w:r w:rsidR="00A5297B" w:rsidRPr="0064696A">
        <w:rPr>
          <w:sz w:val="30"/>
          <w:szCs w:val="30"/>
          <w:rtl/>
          <w:cs w:val="0"/>
        </w:rPr>
        <w:t>.</w:t>
      </w:r>
      <w:r w:rsidRPr="0064696A">
        <w:rPr>
          <w:sz w:val="30"/>
          <w:szCs w:val="30"/>
          <w:rtl/>
        </w:rPr>
        <w:t xml:space="preserve"> وتظهر هذه المعوقات في كثير من المنظمات</w:t>
      </w:r>
      <w:r w:rsidR="00A5297B" w:rsidRPr="0064696A">
        <w:rPr>
          <w:sz w:val="30"/>
          <w:szCs w:val="30"/>
          <w:rtl/>
          <w:cs w:val="0"/>
        </w:rPr>
        <w:t>،</w:t>
      </w:r>
      <w:r w:rsidRPr="0064696A">
        <w:rPr>
          <w:sz w:val="30"/>
          <w:szCs w:val="30"/>
          <w:rtl/>
        </w:rPr>
        <w:t xml:space="preserve"> وخصوصا عندما يطبق النظام بصورة شكلية</w:t>
      </w:r>
      <w:r w:rsidR="00A5297B" w:rsidRPr="0064696A">
        <w:rPr>
          <w:sz w:val="30"/>
          <w:szCs w:val="30"/>
          <w:rtl/>
          <w:cs w:val="0"/>
        </w:rPr>
        <w:t>.</w:t>
      </w:r>
      <w:r w:rsidRPr="0064696A">
        <w:rPr>
          <w:sz w:val="30"/>
          <w:szCs w:val="30"/>
          <w:rtl/>
        </w:rPr>
        <w:t xml:space="preserve"> ‏(</w:t>
      </w:r>
      <w:proofErr w:type="spellStart"/>
      <w:r w:rsidRPr="0064696A">
        <w:rPr>
          <w:sz w:val="30"/>
          <w:szCs w:val="30"/>
          <w:rtl/>
        </w:rPr>
        <w:t>Pulakos</w:t>
      </w:r>
      <w:proofErr w:type="spellEnd"/>
      <w:r w:rsidRPr="0064696A">
        <w:rPr>
          <w:sz w:val="30"/>
          <w:szCs w:val="30"/>
          <w:rtl/>
        </w:rPr>
        <w:t xml:space="preserve"> </w:t>
      </w:r>
      <w:proofErr w:type="spellStart"/>
      <w:r w:rsidRPr="0064696A">
        <w:rPr>
          <w:sz w:val="30"/>
          <w:szCs w:val="30"/>
          <w:rtl/>
        </w:rPr>
        <w:t>et</w:t>
      </w:r>
      <w:proofErr w:type="spellEnd"/>
      <w:r w:rsidRPr="0064696A">
        <w:rPr>
          <w:sz w:val="30"/>
          <w:szCs w:val="30"/>
          <w:rtl/>
        </w:rPr>
        <w:t xml:space="preserve"> </w:t>
      </w:r>
      <w:proofErr w:type="spellStart"/>
      <w:r w:rsidRPr="0064696A">
        <w:rPr>
          <w:sz w:val="30"/>
          <w:szCs w:val="30"/>
          <w:rtl/>
        </w:rPr>
        <w:t>al</w:t>
      </w:r>
      <w:proofErr w:type="spellEnd"/>
      <w:r w:rsidR="00A5297B" w:rsidRPr="0064696A">
        <w:rPr>
          <w:sz w:val="30"/>
          <w:szCs w:val="30"/>
          <w:rtl/>
          <w:cs w:val="0"/>
        </w:rPr>
        <w:t>.</w:t>
      </w:r>
      <w:r w:rsidRPr="0064696A">
        <w:rPr>
          <w:sz w:val="30"/>
          <w:szCs w:val="30"/>
          <w:rtl/>
        </w:rPr>
        <w:t>, 2015)‏</w:t>
      </w:r>
    </w:p>
    <w:p w14:paraId="30CF68B6" w14:textId="5D4454A3" w:rsidR="00B67E89" w:rsidRPr="0064696A" w:rsidRDefault="00B67E89" w:rsidP="00785C0A">
      <w:pPr>
        <w:spacing w:line="276" w:lineRule="auto"/>
        <w:ind w:firstLine="397"/>
        <w:jc w:val="both"/>
        <w:rPr>
          <w:sz w:val="30"/>
          <w:szCs w:val="30"/>
        </w:rPr>
      </w:pPr>
      <w:r w:rsidRPr="0064696A">
        <w:rPr>
          <w:sz w:val="30"/>
          <w:szCs w:val="30"/>
          <w:rtl/>
        </w:rPr>
        <w:t>إذا لم تحدد الإدارة أهدافا واضحة</w:t>
      </w:r>
      <w:r w:rsidR="00A5297B" w:rsidRPr="0064696A">
        <w:rPr>
          <w:sz w:val="30"/>
          <w:szCs w:val="30"/>
          <w:rtl/>
          <w:cs w:val="0"/>
        </w:rPr>
        <w:t>،</w:t>
      </w:r>
      <w:r w:rsidRPr="0064696A">
        <w:rPr>
          <w:sz w:val="30"/>
          <w:szCs w:val="30"/>
          <w:rtl/>
        </w:rPr>
        <w:t xml:space="preserve"> يصبح التقييم غير عادل</w:t>
      </w:r>
      <w:r w:rsidR="00A5297B" w:rsidRPr="0064696A">
        <w:rPr>
          <w:sz w:val="30"/>
          <w:szCs w:val="30"/>
          <w:rtl/>
          <w:cs w:val="0"/>
        </w:rPr>
        <w:t>.</w:t>
      </w:r>
      <w:r w:rsidRPr="0064696A">
        <w:rPr>
          <w:sz w:val="30"/>
          <w:szCs w:val="30"/>
          <w:rtl/>
        </w:rPr>
        <w:t xml:space="preserve"> العامل لا يستطيع تحقيق هدف لا يفهمه</w:t>
      </w:r>
      <w:r w:rsidR="00A5297B" w:rsidRPr="0064696A">
        <w:rPr>
          <w:sz w:val="30"/>
          <w:szCs w:val="30"/>
          <w:rtl/>
          <w:cs w:val="0"/>
        </w:rPr>
        <w:t>.</w:t>
      </w:r>
      <w:r w:rsidRPr="0064696A">
        <w:rPr>
          <w:sz w:val="30"/>
          <w:szCs w:val="30"/>
          <w:rtl/>
        </w:rPr>
        <w:t xml:space="preserve"> وعندما يغيب الحوار بين المشرف والعامل</w:t>
      </w:r>
      <w:r w:rsidR="00A5297B" w:rsidRPr="0064696A">
        <w:rPr>
          <w:sz w:val="30"/>
          <w:szCs w:val="30"/>
          <w:rtl/>
          <w:cs w:val="0"/>
        </w:rPr>
        <w:t>،</w:t>
      </w:r>
      <w:r w:rsidRPr="0064696A">
        <w:rPr>
          <w:sz w:val="30"/>
          <w:szCs w:val="30"/>
          <w:rtl/>
        </w:rPr>
        <w:t xml:space="preserve"> تتكرر الأخطاء ولا يعرف العامل كيف يحسن أداءه</w:t>
      </w:r>
      <w:r w:rsidR="00A5297B" w:rsidRPr="0064696A">
        <w:rPr>
          <w:sz w:val="30"/>
          <w:szCs w:val="30"/>
          <w:rtl/>
          <w:cs w:val="0"/>
        </w:rPr>
        <w:t>.</w:t>
      </w:r>
      <w:r w:rsidRPr="0064696A">
        <w:rPr>
          <w:sz w:val="30"/>
          <w:szCs w:val="30"/>
          <w:rtl/>
        </w:rPr>
        <w:t xml:space="preserve"> ‏(</w:t>
      </w:r>
      <w:proofErr w:type="spellStart"/>
      <w:r w:rsidRPr="0064696A">
        <w:rPr>
          <w:sz w:val="30"/>
          <w:szCs w:val="30"/>
          <w:rtl/>
        </w:rPr>
        <w:t>Pulakos</w:t>
      </w:r>
      <w:proofErr w:type="spellEnd"/>
      <w:r w:rsidRPr="0064696A">
        <w:rPr>
          <w:sz w:val="30"/>
          <w:szCs w:val="30"/>
          <w:rtl/>
        </w:rPr>
        <w:t xml:space="preserve"> </w:t>
      </w:r>
      <w:proofErr w:type="spellStart"/>
      <w:r w:rsidRPr="0064696A">
        <w:rPr>
          <w:sz w:val="30"/>
          <w:szCs w:val="30"/>
          <w:rtl/>
        </w:rPr>
        <w:t>et</w:t>
      </w:r>
      <w:proofErr w:type="spellEnd"/>
      <w:r w:rsidRPr="0064696A">
        <w:rPr>
          <w:sz w:val="30"/>
          <w:szCs w:val="30"/>
          <w:rtl/>
        </w:rPr>
        <w:t xml:space="preserve"> </w:t>
      </w:r>
      <w:proofErr w:type="spellStart"/>
      <w:r w:rsidRPr="0064696A">
        <w:rPr>
          <w:sz w:val="30"/>
          <w:szCs w:val="30"/>
          <w:rtl/>
        </w:rPr>
        <w:t>al</w:t>
      </w:r>
      <w:proofErr w:type="spellEnd"/>
      <w:r w:rsidR="00A5297B" w:rsidRPr="0064696A">
        <w:rPr>
          <w:sz w:val="30"/>
          <w:szCs w:val="30"/>
          <w:rtl/>
          <w:cs w:val="0"/>
        </w:rPr>
        <w:t>.</w:t>
      </w:r>
      <w:r w:rsidRPr="0064696A">
        <w:rPr>
          <w:sz w:val="30"/>
          <w:szCs w:val="30"/>
          <w:rtl/>
        </w:rPr>
        <w:t>, 2015)‏</w:t>
      </w:r>
    </w:p>
    <w:p w14:paraId="1FF0CABD" w14:textId="33F026BB" w:rsidR="00B67E89" w:rsidRPr="0064696A" w:rsidRDefault="00B67E89" w:rsidP="00785C0A">
      <w:pPr>
        <w:spacing w:line="276" w:lineRule="auto"/>
        <w:ind w:firstLine="397"/>
        <w:jc w:val="both"/>
        <w:rPr>
          <w:sz w:val="30"/>
          <w:szCs w:val="30"/>
        </w:rPr>
      </w:pPr>
      <w:r w:rsidRPr="0064696A">
        <w:rPr>
          <w:sz w:val="30"/>
          <w:szCs w:val="30"/>
          <w:rtl/>
        </w:rPr>
        <w:t>يؤثر التحيز في عدالة التقييم</w:t>
      </w:r>
      <w:r w:rsidR="00A5297B" w:rsidRPr="0064696A">
        <w:rPr>
          <w:sz w:val="30"/>
          <w:szCs w:val="30"/>
          <w:rtl/>
          <w:cs w:val="0"/>
        </w:rPr>
        <w:t>.</w:t>
      </w:r>
      <w:r w:rsidRPr="0064696A">
        <w:rPr>
          <w:sz w:val="30"/>
          <w:szCs w:val="30"/>
          <w:rtl/>
        </w:rPr>
        <w:t xml:space="preserve"> يشمل التحيز المجاملة</w:t>
      </w:r>
      <w:r w:rsidR="00A5297B" w:rsidRPr="0064696A">
        <w:rPr>
          <w:sz w:val="30"/>
          <w:szCs w:val="30"/>
          <w:rtl/>
          <w:cs w:val="0"/>
        </w:rPr>
        <w:t>،</w:t>
      </w:r>
      <w:r w:rsidRPr="0064696A">
        <w:rPr>
          <w:sz w:val="30"/>
          <w:szCs w:val="30"/>
          <w:rtl/>
        </w:rPr>
        <w:t xml:space="preserve"> أو التشدد</w:t>
      </w:r>
      <w:r w:rsidR="00A5297B" w:rsidRPr="0064696A">
        <w:rPr>
          <w:sz w:val="30"/>
          <w:szCs w:val="30"/>
          <w:rtl/>
          <w:cs w:val="0"/>
        </w:rPr>
        <w:t>،</w:t>
      </w:r>
      <w:r w:rsidRPr="0064696A">
        <w:rPr>
          <w:sz w:val="30"/>
          <w:szCs w:val="30"/>
          <w:rtl/>
        </w:rPr>
        <w:t xml:space="preserve"> أو الحكم بناء على موقف واحد</w:t>
      </w:r>
      <w:r w:rsidR="00A5297B" w:rsidRPr="0064696A">
        <w:rPr>
          <w:sz w:val="30"/>
          <w:szCs w:val="30"/>
          <w:rtl/>
          <w:cs w:val="0"/>
        </w:rPr>
        <w:t>،</w:t>
      </w:r>
      <w:r w:rsidRPr="0064696A">
        <w:rPr>
          <w:sz w:val="30"/>
          <w:szCs w:val="30"/>
          <w:rtl/>
        </w:rPr>
        <w:t xml:space="preserve"> أو مقارنة العاملين بغير معيار</w:t>
      </w:r>
      <w:r w:rsidR="00A5297B" w:rsidRPr="0064696A">
        <w:rPr>
          <w:sz w:val="30"/>
          <w:szCs w:val="30"/>
          <w:rtl/>
          <w:cs w:val="0"/>
        </w:rPr>
        <w:t>.</w:t>
      </w:r>
      <w:r w:rsidRPr="0064696A">
        <w:rPr>
          <w:sz w:val="30"/>
          <w:szCs w:val="30"/>
          <w:rtl/>
        </w:rPr>
        <w:t xml:space="preserve"> كما يؤدي ضعف ربط الأداء بالحوافز إلى تقليل أثر النظام</w:t>
      </w:r>
      <w:r w:rsidR="00A5297B" w:rsidRPr="0064696A">
        <w:rPr>
          <w:sz w:val="30"/>
          <w:szCs w:val="30"/>
          <w:rtl/>
          <w:cs w:val="0"/>
        </w:rPr>
        <w:t>،</w:t>
      </w:r>
      <w:r w:rsidRPr="0064696A">
        <w:rPr>
          <w:sz w:val="30"/>
          <w:szCs w:val="30"/>
          <w:rtl/>
        </w:rPr>
        <w:t xml:space="preserve"> لأن العامل المجتهد لا يشعر بفرق واضح بينه وبين العامل الأقل إنجازا</w:t>
      </w:r>
      <w:r w:rsidR="00A5297B" w:rsidRPr="0064696A">
        <w:rPr>
          <w:sz w:val="30"/>
          <w:szCs w:val="30"/>
          <w:rtl/>
          <w:cs w:val="0"/>
        </w:rPr>
        <w:t>.</w:t>
      </w:r>
      <w:r w:rsidRPr="0064696A">
        <w:rPr>
          <w:sz w:val="30"/>
          <w:szCs w:val="30"/>
          <w:rtl/>
        </w:rPr>
        <w:t xml:space="preserve"> ‏(</w:t>
      </w:r>
      <w:proofErr w:type="spellStart"/>
      <w:r w:rsidRPr="0064696A">
        <w:rPr>
          <w:sz w:val="30"/>
          <w:szCs w:val="30"/>
          <w:rtl/>
        </w:rPr>
        <w:t>Pulakos</w:t>
      </w:r>
      <w:proofErr w:type="spellEnd"/>
      <w:r w:rsidRPr="0064696A">
        <w:rPr>
          <w:sz w:val="30"/>
          <w:szCs w:val="30"/>
          <w:rtl/>
        </w:rPr>
        <w:t xml:space="preserve"> </w:t>
      </w:r>
      <w:proofErr w:type="spellStart"/>
      <w:r w:rsidRPr="0064696A">
        <w:rPr>
          <w:sz w:val="30"/>
          <w:szCs w:val="30"/>
          <w:rtl/>
        </w:rPr>
        <w:t>et</w:t>
      </w:r>
      <w:proofErr w:type="spellEnd"/>
      <w:r w:rsidRPr="0064696A">
        <w:rPr>
          <w:sz w:val="30"/>
          <w:szCs w:val="30"/>
          <w:rtl/>
        </w:rPr>
        <w:t xml:space="preserve"> </w:t>
      </w:r>
      <w:proofErr w:type="spellStart"/>
      <w:r w:rsidRPr="0064696A">
        <w:rPr>
          <w:sz w:val="30"/>
          <w:szCs w:val="30"/>
          <w:rtl/>
        </w:rPr>
        <w:t>al</w:t>
      </w:r>
      <w:proofErr w:type="spellEnd"/>
      <w:r w:rsidR="00A5297B" w:rsidRPr="0064696A">
        <w:rPr>
          <w:sz w:val="30"/>
          <w:szCs w:val="30"/>
          <w:rtl/>
          <w:cs w:val="0"/>
        </w:rPr>
        <w:t>.</w:t>
      </w:r>
      <w:r w:rsidRPr="0064696A">
        <w:rPr>
          <w:sz w:val="30"/>
          <w:szCs w:val="30"/>
          <w:rtl/>
        </w:rPr>
        <w:t>, 2015)‏</w:t>
      </w:r>
    </w:p>
    <w:p w14:paraId="739E661C" w14:textId="6A5FA766" w:rsidR="00B67E89" w:rsidRPr="0064696A" w:rsidRDefault="00B67E89" w:rsidP="00785C0A">
      <w:pPr>
        <w:spacing w:line="276" w:lineRule="auto"/>
        <w:ind w:firstLine="397"/>
        <w:jc w:val="both"/>
        <w:rPr>
          <w:sz w:val="30"/>
          <w:szCs w:val="30"/>
        </w:rPr>
      </w:pPr>
      <w:r w:rsidRPr="0064696A">
        <w:rPr>
          <w:sz w:val="30"/>
          <w:szCs w:val="30"/>
          <w:rtl/>
        </w:rPr>
        <w:t>تؤدي الإجراءات الطويلة إلى نفور المشرفين والعاملين من النظام</w:t>
      </w:r>
      <w:r w:rsidR="00A5297B" w:rsidRPr="0064696A">
        <w:rPr>
          <w:sz w:val="30"/>
          <w:szCs w:val="30"/>
          <w:rtl/>
          <w:cs w:val="0"/>
        </w:rPr>
        <w:t>.</w:t>
      </w:r>
      <w:r w:rsidRPr="0064696A">
        <w:rPr>
          <w:sz w:val="30"/>
          <w:szCs w:val="30"/>
          <w:rtl/>
        </w:rPr>
        <w:t xml:space="preserve"> يجب أن يكون النظام واضحا ومباشرا</w:t>
      </w:r>
      <w:r w:rsidR="00A5297B" w:rsidRPr="0064696A">
        <w:rPr>
          <w:sz w:val="30"/>
          <w:szCs w:val="30"/>
          <w:rtl/>
          <w:cs w:val="0"/>
        </w:rPr>
        <w:t>.</w:t>
      </w:r>
      <w:r w:rsidRPr="0064696A">
        <w:rPr>
          <w:sz w:val="30"/>
          <w:szCs w:val="30"/>
          <w:rtl/>
        </w:rPr>
        <w:t xml:space="preserve"> ولا ينجح التقييم دون بيانات</w:t>
      </w:r>
      <w:r w:rsidR="00A5297B" w:rsidRPr="0064696A">
        <w:rPr>
          <w:sz w:val="30"/>
          <w:szCs w:val="30"/>
          <w:rtl/>
          <w:cs w:val="0"/>
        </w:rPr>
        <w:t>.</w:t>
      </w:r>
      <w:r w:rsidRPr="0064696A">
        <w:rPr>
          <w:sz w:val="30"/>
          <w:szCs w:val="30"/>
          <w:rtl/>
        </w:rPr>
        <w:t xml:space="preserve"> في الإنتاج</w:t>
      </w:r>
      <w:r w:rsidR="00A5297B" w:rsidRPr="0064696A">
        <w:rPr>
          <w:sz w:val="30"/>
          <w:szCs w:val="30"/>
          <w:rtl/>
          <w:cs w:val="0"/>
        </w:rPr>
        <w:t>،</w:t>
      </w:r>
      <w:r w:rsidRPr="0064696A">
        <w:rPr>
          <w:sz w:val="30"/>
          <w:szCs w:val="30"/>
          <w:rtl/>
        </w:rPr>
        <w:t xml:space="preserve"> يجب تسجيل معدلات الإنجاز</w:t>
      </w:r>
      <w:r w:rsidR="00A5297B" w:rsidRPr="0064696A">
        <w:rPr>
          <w:sz w:val="30"/>
          <w:szCs w:val="30"/>
          <w:rtl/>
          <w:cs w:val="0"/>
        </w:rPr>
        <w:t>،</w:t>
      </w:r>
      <w:r w:rsidRPr="0064696A">
        <w:rPr>
          <w:sz w:val="30"/>
          <w:szCs w:val="30"/>
          <w:rtl/>
        </w:rPr>
        <w:t xml:space="preserve"> والأخطاء</w:t>
      </w:r>
      <w:r w:rsidR="00A5297B" w:rsidRPr="0064696A">
        <w:rPr>
          <w:sz w:val="30"/>
          <w:szCs w:val="30"/>
          <w:rtl/>
          <w:cs w:val="0"/>
        </w:rPr>
        <w:t>،</w:t>
      </w:r>
      <w:r w:rsidRPr="0064696A">
        <w:rPr>
          <w:sz w:val="30"/>
          <w:szCs w:val="30"/>
          <w:rtl/>
        </w:rPr>
        <w:t xml:space="preserve"> والهدر</w:t>
      </w:r>
      <w:r w:rsidR="00A5297B" w:rsidRPr="0064696A">
        <w:rPr>
          <w:sz w:val="30"/>
          <w:szCs w:val="30"/>
          <w:rtl/>
          <w:cs w:val="0"/>
        </w:rPr>
        <w:t>،</w:t>
      </w:r>
      <w:r w:rsidRPr="0064696A">
        <w:rPr>
          <w:sz w:val="30"/>
          <w:szCs w:val="30"/>
          <w:rtl/>
        </w:rPr>
        <w:t xml:space="preserve"> والالتزام بالوقت</w:t>
      </w:r>
      <w:r w:rsidR="00A5297B" w:rsidRPr="0064696A">
        <w:rPr>
          <w:sz w:val="30"/>
          <w:szCs w:val="30"/>
          <w:rtl/>
          <w:cs w:val="0"/>
        </w:rPr>
        <w:t>.</w:t>
      </w:r>
      <w:r w:rsidRPr="0064696A">
        <w:rPr>
          <w:sz w:val="30"/>
          <w:szCs w:val="30"/>
          <w:rtl/>
        </w:rPr>
        <w:t xml:space="preserve"> ‏(</w:t>
      </w:r>
      <w:proofErr w:type="spellStart"/>
      <w:r w:rsidRPr="0064696A">
        <w:rPr>
          <w:sz w:val="30"/>
          <w:szCs w:val="30"/>
          <w:rtl/>
        </w:rPr>
        <w:t>Pulakos</w:t>
      </w:r>
      <w:proofErr w:type="spellEnd"/>
      <w:r w:rsidRPr="0064696A">
        <w:rPr>
          <w:sz w:val="30"/>
          <w:szCs w:val="30"/>
          <w:rtl/>
        </w:rPr>
        <w:t xml:space="preserve"> </w:t>
      </w:r>
      <w:proofErr w:type="spellStart"/>
      <w:r w:rsidRPr="0064696A">
        <w:rPr>
          <w:sz w:val="30"/>
          <w:szCs w:val="30"/>
          <w:rtl/>
        </w:rPr>
        <w:t>et</w:t>
      </w:r>
      <w:proofErr w:type="spellEnd"/>
      <w:r w:rsidRPr="0064696A">
        <w:rPr>
          <w:sz w:val="30"/>
          <w:szCs w:val="30"/>
          <w:rtl/>
        </w:rPr>
        <w:t xml:space="preserve"> </w:t>
      </w:r>
      <w:proofErr w:type="spellStart"/>
      <w:r w:rsidRPr="0064696A">
        <w:rPr>
          <w:sz w:val="30"/>
          <w:szCs w:val="30"/>
          <w:rtl/>
        </w:rPr>
        <w:t>al</w:t>
      </w:r>
      <w:proofErr w:type="spellEnd"/>
      <w:r w:rsidR="00A5297B" w:rsidRPr="0064696A">
        <w:rPr>
          <w:sz w:val="30"/>
          <w:szCs w:val="30"/>
          <w:rtl/>
          <w:cs w:val="0"/>
        </w:rPr>
        <w:t>.</w:t>
      </w:r>
      <w:r w:rsidRPr="0064696A">
        <w:rPr>
          <w:sz w:val="30"/>
          <w:szCs w:val="30"/>
          <w:rtl/>
        </w:rPr>
        <w:t>, 2015)‏</w:t>
      </w:r>
    </w:p>
    <w:p w14:paraId="1EC03BE1" w14:textId="60D25997" w:rsidR="00B67E89" w:rsidRPr="0064696A" w:rsidRDefault="00B67E89" w:rsidP="00785C0A">
      <w:pPr>
        <w:spacing w:line="276" w:lineRule="auto"/>
        <w:ind w:firstLine="397"/>
        <w:jc w:val="both"/>
        <w:rPr>
          <w:sz w:val="30"/>
          <w:szCs w:val="30"/>
        </w:rPr>
      </w:pPr>
      <w:r w:rsidRPr="0064696A">
        <w:rPr>
          <w:sz w:val="30"/>
          <w:szCs w:val="30"/>
          <w:rtl/>
        </w:rPr>
        <w:lastRenderedPageBreak/>
        <w:t>يرفض بعض العاملين نظام الأداء إذا فهموه كأداة عقاب</w:t>
      </w:r>
      <w:r w:rsidR="00A5297B" w:rsidRPr="0064696A">
        <w:rPr>
          <w:sz w:val="30"/>
          <w:szCs w:val="30"/>
          <w:rtl/>
          <w:cs w:val="0"/>
        </w:rPr>
        <w:t>.</w:t>
      </w:r>
      <w:r w:rsidRPr="0064696A">
        <w:rPr>
          <w:sz w:val="30"/>
          <w:szCs w:val="30"/>
          <w:rtl/>
        </w:rPr>
        <w:t xml:space="preserve"> يجب أن توضحه الإدارة كأداة للتطوير وتحسين العمل</w:t>
      </w:r>
      <w:r w:rsidR="00A5297B" w:rsidRPr="0064696A">
        <w:rPr>
          <w:sz w:val="30"/>
          <w:szCs w:val="30"/>
          <w:rtl/>
          <w:cs w:val="0"/>
        </w:rPr>
        <w:t>.</w:t>
      </w:r>
      <w:r w:rsidRPr="0064696A">
        <w:rPr>
          <w:sz w:val="30"/>
          <w:szCs w:val="30"/>
          <w:rtl/>
        </w:rPr>
        <w:t xml:space="preserve"> كما لا يستطيع المشرف تطبيق نظام الأداء دون تدريب</w:t>
      </w:r>
      <w:r w:rsidR="00A5297B" w:rsidRPr="0064696A">
        <w:rPr>
          <w:sz w:val="30"/>
          <w:szCs w:val="30"/>
          <w:rtl/>
          <w:cs w:val="0"/>
        </w:rPr>
        <w:t>،</w:t>
      </w:r>
      <w:r w:rsidRPr="0064696A">
        <w:rPr>
          <w:sz w:val="30"/>
          <w:szCs w:val="30"/>
          <w:rtl/>
        </w:rPr>
        <w:t xml:space="preserve"> فالمهارة في تقديم التغذية الراجعة والتقييم لا تنشأ تلقائيا</w:t>
      </w:r>
      <w:r w:rsidR="00A5297B" w:rsidRPr="0064696A">
        <w:rPr>
          <w:sz w:val="30"/>
          <w:szCs w:val="30"/>
          <w:rtl/>
          <w:cs w:val="0"/>
        </w:rPr>
        <w:t>.</w:t>
      </w:r>
      <w:r w:rsidRPr="0064696A">
        <w:rPr>
          <w:sz w:val="30"/>
          <w:szCs w:val="30"/>
          <w:rtl/>
        </w:rPr>
        <w:t xml:space="preserve"> ‏(</w:t>
      </w:r>
      <w:proofErr w:type="spellStart"/>
      <w:r w:rsidRPr="0064696A">
        <w:rPr>
          <w:sz w:val="30"/>
          <w:szCs w:val="30"/>
          <w:rtl/>
        </w:rPr>
        <w:t>Pulakos</w:t>
      </w:r>
      <w:proofErr w:type="spellEnd"/>
      <w:r w:rsidRPr="0064696A">
        <w:rPr>
          <w:sz w:val="30"/>
          <w:szCs w:val="30"/>
          <w:rtl/>
        </w:rPr>
        <w:t xml:space="preserve"> </w:t>
      </w:r>
      <w:proofErr w:type="spellStart"/>
      <w:r w:rsidRPr="0064696A">
        <w:rPr>
          <w:sz w:val="30"/>
          <w:szCs w:val="30"/>
          <w:rtl/>
        </w:rPr>
        <w:t>et</w:t>
      </w:r>
      <w:proofErr w:type="spellEnd"/>
      <w:r w:rsidRPr="0064696A">
        <w:rPr>
          <w:sz w:val="30"/>
          <w:szCs w:val="30"/>
          <w:rtl/>
        </w:rPr>
        <w:t xml:space="preserve"> </w:t>
      </w:r>
      <w:proofErr w:type="spellStart"/>
      <w:r w:rsidRPr="0064696A">
        <w:rPr>
          <w:sz w:val="30"/>
          <w:szCs w:val="30"/>
          <w:rtl/>
        </w:rPr>
        <w:t>al</w:t>
      </w:r>
      <w:proofErr w:type="spellEnd"/>
      <w:r w:rsidR="00A5297B" w:rsidRPr="0064696A">
        <w:rPr>
          <w:sz w:val="30"/>
          <w:szCs w:val="30"/>
          <w:rtl/>
          <w:cs w:val="0"/>
        </w:rPr>
        <w:t>.</w:t>
      </w:r>
      <w:r w:rsidRPr="0064696A">
        <w:rPr>
          <w:sz w:val="30"/>
          <w:szCs w:val="30"/>
          <w:rtl/>
        </w:rPr>
        <w:t>, 2015)‏</w:t>
      </w:r>
    </w:p>
    <w:p w14:paraId="258844ED" w14:textId="4097C893" w:rsidR="00447966" w:rsidRPr="004B1822" w:rsidRDefault="004B1822" w:rsidP="00785C0A">
      <w:pPr>
        <w:pStyle w:val="Heading3"/>
        <w:spacing w:line="276" w:lineRule="auto"/>
        <w:jc w:val="both"/>
      </w:pPr>
      <w:bookmarkStart w:id="610" w:name="_Toc233582875"/>
      <w:bookmarkStart w:id="611" w:name="_Toc233583042"/>
      <w:bookmarkStart w:id="612" w:name="_Toc233584675"/>
      <w:bookmarkStart w:id="613" w:name="_Toc233585047"/>
      <w:bookmarkStart w:id="614" w:name="_Toc233585173"/>
      <w:bookmarkStart w:id="615" w:name="_Toc233585314"/>
      <w:bookmarkStart w:id="616" w:name="_Toc233585644"/>
      <w:bookmarkStart w:id="617" w:name="_Toc233585800"/>
      <w:bookmarkStart w:id="618" w:name="_Toc233585926"/>
      <w:bookmarkStart w:id="619" w:name="_Toc233586055"/>
      <w:bookmarkStart w:id="620" w:name="_Toc233586833"/>
      <w:bookmarkStart w:id="621" w:name="_Toc233586968"/>
      <w:bookmarkStart w:id="622" w:name="_Toc233587109"/>
      <w:bookmarkStart w:id="623" w:name="_Toc233587268"/>
      <w:bookmarkStart w:id="624" w:name="_Toc233587646"/>
      <w:r w:rsidRPr="004B1822">
        <w:rPr>
          <w:rtl/>
        </w:rPr>
        <w:t>إدارة الأداء في المنشآت الإنتاجية</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14:paraId="430AA702" w14:textId="4FDD5C08" w:rsidR="00B67E89" w:rsidRPr="0064696A" w:rsidRDefault="00B67E89" w:rsidP="00785C0A">
      <w:pPr>
        <w:spacing w:line="276" w:lineRule="auto"/>
        <w:ind w:firstLine="397"/>
        <w:jc w:val="both"/>
        <w:rPr>
          <w:sz w:val="30"/>
          <w:szCs w:val="30"/>
        </w:rPr>
      </w:pPr>
      <w:r w:rsidRPr="0064696A">
        <w:rPr>
          <w:sz w:val="30"/>
          <w:szCs w:val="30"/>
          <w:rtl/>
        </w:rPr>
        <w:t>تختلف إدارة الأداء في المنشآت الإنتاجية عن تطبيقها في الأعمال الإدارية البحتة</w:t>
      </w:r>
      <w:r w:rsidR="00A5297B" w:rsidRPr="0064696A">
        <w:rPr>
          <w:sz w:val="30"/>
          <w:szCs w:val="30"/>
          <w:rtl/>
          <w:cs w:val="0"/>
        </w:rPr>
        <w:t>.</w:t>
      </w:r>
      <w:r w:rsidRPr="0064696A">
        <w:rPr>
          <w:sz w:val="30"/>
          <w:szCs w:val="30"/>
          <w:rtl/>
        </w:rPr>
        <w:t xml:space="preserve"> في الإنتاج</w:t>
      </w:r>
      <w:r w:rsidR="00A5297B" w:rsidRPr="0064696A">
        <w:rPr>
          <w:sz w:val="30"/>
          <w:szCs w:val="30"/>
          <w:rtl/>
          <w:cs w:val="0"/>
        </w:rPr>
        <w:t>،</w:t>
      </w:r>
      <w:r w:rsidRPr="0064696A">
        <w:rPr>
          <w:sz w:val="30"/>
          <w:szCs w:val="30"/>
          <w:rtl/>
        </w:rPr>
        <w:t xml:space="preserve"> توجد نتائج ملموسة تظهر في </w:t>
      </w:r>
      <w:proofErr w:type="gramStart"/>
      <w:r w:rsidRPr="0064696A">
        <w:rPr>
          <w:sz w:val="30"/>
          <w:szCs w:val="30"/>
          <w:rtl/>
        </w:rPr>
        <w:t>المنتج</w:t>
      </w:r>
      <w:proofErr w:type="gramEnd"/>
      <w:r w:rsidRPr="0064696A">
        <w:rPr>
          <w:sz w:val="30"/>
          <w:szCs w:val="30"/>
          <w:rtl/>
        </w:rPr>
        <w:t xml:space="preserve"> والوقت والجودة والتكلفة</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تحتاج إدارة الأداء إلى مؤشرات دقيقة ومرتبطة بالعملية التشغيلية</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0AB5BEB0" w14:textId="38292625" w:rsidR="00B67E89" w:rsidRPr="0064696A" w:rsidRDefault="00B67E89" w:rsidP="00785C0A">
      <w:pPr>
        <w:spacing w:line="276" w:lineRule="auto"/>
        <w:ind w:firstLine="397"/>
        <w:jc w:val="both"/>
        <w:rPr>
          <w:sz w:val="30"/>
          <w:szCs w:val="30"/>
        </w:rPr>
      </w:pPr>
      <w:r w:rsidRPr="0064696A">
        <w:rPr>
          <w:sz w:val="30"/>
          <w:szCs w:val="30"/>
          <w:rtl/>
        </w:rPr>
        <w:t>يجب أن تحدد الإدارة الكمية المطلوبة من كل عامل أو فريق</w:t>
      </w:r>
      <w:r w:rsidR="00A5297B" w:rsidRPr="0064696A">
        <w:rPr>
          <w:sz w:val="30"/>
          <w:szCs w:val="30"/>
          <w:rtl/>
          <w:cs w:val="0"/>
        </w:rPr>
        <w:t>.</w:t>
      </w:r>
      <w:r w:rsidRPr="0064696A">
        <w:rPr>
          <w:sz w:val="30"/>
          <w:szCs w:val="30"/>
          <w:rtl/>
        </w:rPr>
        <w:t xml:space="preserve"> لا يعني ذلك الضغط على العامل فقط</w:t>
      </w:r>
      <w:r w:rsidR="00A5297B" w:rsidRPr="0064696A">
        <w:rPr>
          <w:sz w:val="30"/>
          <w:szCs w:val="30"/>
          <w:rtl/>
          <w:cs w:val="0"/>
        </w:rPr>
        <w:t>،</w:t>
      </w:r>
      <w:r w:rsidRPr="0064696A">
        <w:rPr>
          <w:sz w:val="30"/>
          <w:szCs w:val="30"/>
          <w:rtl/>
        </w:rPr>
        <w:t xml:space="preserve"> بل تنظيم الجهد وفق الطاقة المتاحة وجودة المنتج المطلوبة</w:t>
      </w:r>
      <w:r w:rsidR="00A5297B" w:rsidRPr="0064696A">
        <w:rPr>
          <w:sz w:val="30"/>
          <w:szCs w:val="30"/>
          <w:rtl/>
          <w:cs w:val="0"/>
        </w:rPr>
        <w:t>.</w:t>
      </w:r>
      <w:r w:rsidRPr="0064696A">
        <w:rPr>
          <w:sz w:val="30"/>
          <w:szCs w:val="30"/>
          <w:rtl/>
        </w:rPr>
        <w:t xml:space="preserve"> وترتبط الإنتاجية بالجودة</w:t>
      </w:r>
      <w:r w:rsidR="00A5297B" w:rsidRPr="0064696A">
        <w:rPr>
          <w:sz w:val="30"/>
          <w:szCs w:val="30"/>
          <w:rtl/>
          <w:cs w:val="0"/>
        </w:rPr>
        <w:t>.</w:t>
      </w:r>
      <w:r w:rsidRPr="0064696A">
        <w:rPr>
          <w:sz w:val="30"/>
          <w:szCs w:val="30"/>
          <w:rtl/>
        </w:rPr>
        <w:t xml:space="preserve"> فإذا ارتفعت الكمية وانخفضت الجودة</w:t>
      </w:r>
      <w:r w:rsidR="00A5297B" w:rsidRPr="0064696A">
        <w:rPr>
          <w:sz w:val="30"/>
          <w:szCs w:val="30"/>
          <w:rtl/>
          <w:cs w:val="0"/>
        </w:rPr>
        <w:t>،</w:t>
      </w:r>
      <w:r w:rsidRPr="0064696A">
        <w:rPr>
          <w:sz w:val="30"/>
          <w:szCs w:val="30"/>
          <w:rtl/>
        </w:rPr>
        <w:t xml:space="preserve"> لا يعد الأداء جيدا</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يجب أن يجمع نظام الأداء بين معيار الكمية ومعيار الجودة</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796119EF" w14:textId="3E8D5F3C" w:rsidR="00B67E89" w:rsidRPr="0064696A" w:rsidRDefault="00B67E89" w:rsidP="00785C0A">
      <w:pPr>
        <w:spacing w:line="276" w:lineRule="auto"/>
        <w:ind w:firstLine="397"/>
        <w:jc w:val="both"/>
        <w:rPr>
          <w:sz w:val="30"/>
          <w:szCs w:val="30"/>
        </w:rPr>
      </w:pPr>
      <w:r w:rsidRPr="0064696A">
        <w:rPr>
          <w:sz w:val="30"/>
          <w:szCs w:val="30"/>
          <w:rtl/>
        </w:rPr>
        <w:t>تستخدم المنشآت الإنتاجية المواد والوقت والطاقة</w:t>
      </w:r>
      <w:r w:rsidR="00A5297B" w:rsidRPr="0064696A">
        <w:rPr>
          <w:sz w:val="30"/>
          <w:szCs w:val="30"/>
          <w:rtl/>
          <w:cs w:val="0"/>
        </w:rPr>
        <w:t>.</w:t>
      </w:r>
      <w:r w:rsidRPr="0064696A">
        <w:rPr>
          <w:sz w:val="30"/>
          <w:szCs w:val="30"/>
          <w:rtl/>
        </w:rPr>
        <w:t xml:space="preserve"> أي هدر في هذه الموارد يخفض الإنتاجية</w:t>
      </w:r>
      <w:r w:rsidR="00A5297B" w:rsidRPr="0064696A">
        <w:rPr>
          <w:sz w:val="30"/>
          <w:szCs w:val="30"/>
          <w:rtl/>
          <w:cs w:val="0"/>
        </w:rPr>
        <w:t>.</w:t>
      </w:r>
      <w:r w:rsidRPr="0064696A">
        <w:rPr>
          <w:sz w:val="30"/>
          <w:szCs w:val="30"/>
          <w:rtl/>
        </w:rPr>
        <w:t xml:space="preserve"> ويجب أن يقيس نظام الأداء حجم الفاقد وأسبابه</w:t>
      </w:r>
      <w:r w:rsidR="00A5297B" w:rsidRPr="0064696A">
        <w:rPr>
          <w:sz w:val="30"/>
          <w:szCs w:val="30"/>
          <w:rtl/>
          <w:cs w:val="0"/>
        </w:rPr>
        <w:t>.</w:t>
      </w:r>
      <w:r w:rsidRPr="0064696A">
        <w:rPr>
          <w:sz w:val="30"/>
          <w:szCs w:val="30"/>
          <w:rtl/>
        </w:rPr>
        <w:t xml:space="preserve"> كما تحتاج المصانع إلى إجراءات دقيقة للسلامة والنظافة والتشغيل</w:t>
      </w:r>
      <w:r w:rsidR="00A5297B" w:rsidRPr="0064696A">
        <w:rPr>
          <w:sz w:val="30"/>
          <w:szCs w:val="30"/>
          <w:rtl/>
          <w:cs w:val="0"/>
        </w:rPr>
        <w:t>.</w:t>
      </w:r>
      <w:r w:rsidRPr="0064696A">
        <w:rPr>
          <w:sz w:val="30"/>
          <w:szCs w:val="30"/>
          <w:rtl/>
        </w:rPr>
        <w:t xml:space="preserve"> ويجب أن يكون الالتزام بهذه الإجراءات جزءا من تقييم الأداء</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1D2CE847" w14:textId="7D9474AC" w:rsidR="00B67E89" w:rsidRPr="0064696A" w:rsidRDefault="00B67E89" w:rsidP="00785C0A">
      <w:pPr>
        <w:spacing w:line="276" w:lineRule="auto"/>
        <w:ind w:firstLine="397"/>
        <w:jc w:val="both"/>
        <w:rPr>
          <w:sz w:val="30"/>
          <w:szCs w:val="30"/>
        </w:rPr>
      </w:pPr>
      <w:r w:rsidRPr="0064696A">
        <w:rPr>
          <w:sz w:val="30"/>
          <w:szCs w:val="30"/>
          <w:rtl/>
        </w:rPr>
        <w:t>لا يعمل العامل في الإنتاج بمعزل عن الآخرين</w:t>
      </w:r>
      <w:r w:rsidR="00A5297B" w:rsidRPr="0064696A">
        <w:rPr>
          <w:sz w:val="30"/>
          <w:szCs w:val="30"/>
          <w:rtl/>
          <w:cs w:val="0"/>
        </w:rPr>
        <w:t>.</w:t>
      </w:r>
      <w:r w:rsidRPr="0064696A">
        <w:rPr>
          <w:sz w:val="30"/>
          <w:szCs w:val="30"/>
          <w:rtl/>
        </w:rPr>
        <w:t xml:space="preserve"> تتوقف جودة العملية على تنسيق الفريق</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يجب أن يشمل التقييم التعاون والانضباط والتواصل</w:t>
      </w:r>
      <w:r w:rsidR="00A5297B" w:rsidRPr="0064696A">
        <w:rPr>
          <w:sz w:val="30"/>
          <w:szCs w:val="30"/>
          <w:rtl/>
          <w:cs w:val="0"/>
        </w:rPr>
        <w:t>.</w:t>
      </w:r>
      <w:r w:rsidRPr="0064696A">
        <w:rPr>
          <w:sz w:val="30"/>
          <w:szCs w:val="30"/>
          <w:rtl/>
        </w:rPr>
        <w:t xml:space="preserve"> كما يجب أن يتعلم العاملون من الأخطاء المتكررة</w:t>
      </w:r>
      <w:r w:rsidR="00A5297B" w:rsidRPr="0064696A">
        <w:rPr>
          <w:sz w:val="30"/>
          <w:szCs w:val="30"/>
          <w:rtl/>
          <w:cs w:val="0"/>
        </w:rPr>
        <w:t>.</w:t>
      </w:r>
      <w:r w:rsidRPr="0064696A">
        <w:rPr>
          <w:sz w:val="30"/>
          <w:szCs w:val="30"/>
          <w:rtl/>
        </w:rPr>
        <w:t xml:space="preserve"> وتساعد إدارة الأداء على تحديد هذه الأخطاء وتحويلها إلى تدريب أو تعديل في طريقة العمل</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5ED7A869" w14:textId="1BAF2515" w:rsidR="00B67E89" w:rsidRPr="0064696A" w:rsidRDefault="00B67E89" w:rsidP="00785C0A">
      <w:pPr>
        <w:spacing w:line="276" w:lineRule="auto"/>
        <w:ind w:firstLine="397"/>
        <w:jc w:val="both"/>
        <w:rPr>
          <w:sz w:val="30"/>
          <w:szCs w:val="30"/>
        </w:rPr>
      </w:pPr>
      <w:r w:rsidRPr="0064696A">
        <w:rPr>
          <w:sz w:val="30"/>
          <w:szCs w:val="30"/>
          <w:rtl/>
        </w:rPr>
        <w:t>في شركة مصنع تمور القصيم المحدودة</w:t>
      </w:r>
      <w:r w:rsidR="00A5297B" w:rsidRPr="0064696A">
        <w:rPr>
          <w:sz w:val="30"/>
          <w:szCs w:val="30"/>
          <w:rtl/>
          <w:cs w:val="0"/>
        </w:rPr>
        <w:t>،</w:t>
      </w:r>
      <w:r w:rsidRPr="0064696A">
        <w:rPr>
          <w:sz w:val="30"/>
          <w:szCs w:val="30"/>
          <w:rtl/>
        </w:rPr>
        <w:t xml:space="preserve"> يفترض أن تخدم إدارة الأداء مراحل الإنتاج المختلفة</w:t>
      </w:r>
      <w:r w:rsidR="00A5297B" w:rsidRPr="0064696A">
        <w:rPr>
          <w:sz w:val="30"/>
          <w:szCs w:val="30"/>
          <w:rtl/>
          <w:cs w:val="0"/>
        </w:rPr>
        <w:t>.</w:t>
      </w:r>
      <w:r w:rsidRPr="0064696A">
        <w:rPr>
          <w:sz w:val="30"/>
          <w:szCs w:val="30"/>
          <w:rtl/>
        </w:rPr>
        <w:t xml:space="preserve"> فعند مرحلة الفرز</w:t>
      </w:r>
      <w:r w:rsidR="00A5297B" w:rsidRPr="0064696A">
        <w:rPr>
          <w:sz w:val="30"/>
          <w:szCs w:val="30"/>
          <w:rtl/>
          <w:cs w:val="0"/>
        </w:rPr>
        <w:t>،</w:t>
      </w:r>
      <w:r w:rsidRPr="0064696A">
        <w:rPr>
          <w:sz w:val="30"/>
          <w:szCs w:val="30"/>
          <w:rtl/>
        </w:rPr>
        <w:t xml:space="preserve"> يقاس الأداء من خلال الدقة وتقليل الخطأ</w:t>
      </w:r>
      <w:r w:rsidR="00A5297B" w:rsidRPr="0064696A">
        <w:rPr>
          <w:sz w:val="30"/>
          <w:szCs w:val="30"/>
          <w:rtl/>
          <w:cs w:val="0"/>
        </w:rPr>
        <w:t>.</w:t>
      </w:r>
      <w:r w:rsidRPr="0064696A">
        <w:rPr>
          <w:sz w:val="30"/>
          <w:szCs w:val="30"/>
          <w:rtl/>
        </w:rPr>
        <w:t xml:space="preserve"> وفي مرحلة التعبئة</w:t>
      </w:r>
      <w:r w:rsidR="00A5297B" w:rsidRPr="0064696A">
        <w:rPr>
          <w:sz w:val="30"/>
          <w:szCs w:val="30"/>
          <w:rtl/>
          <w:cs w:val="0"/>
        </w:rPr>
        <w:t>،</w:t>
      </w:r>
      <w:r w:rsidRPr="0064696A">
        <w:rPr>
          <w:sz w:val="30"/>
          <w:szCs w:val="30"/>
          <w:rtl/>
        </w:rPr>
        <w:t xml:space="preserve"> يقاس من خلال الالتزام بالوزن والنظافة والسرعة</w:t>
      </w:r>
      <w:r w:rsidR="00A5297B" w:rsidRPr="0064696A">
        <w:rPr>
          <w:sz w:val="30"/>
          <w:szCs w:val="30"/>
          <w:rtl/>
          <w:cs w:val="0"/>
        </w:rPr>
        <w:t>.</w:t>
      </w:r>
      <w:r w:rsidRPr="0064696A">
        <w:rPr>
          <w:sz w:val="30"/>
          <w:szCs w:val="30"/>
          <w:rtl/>
        </w:rPr>
        <w:t xml:space="preserve"> وفي مرحلة التخزين</w:t>
      </w:r>
      <w:r w:rsidR="00A5297B" w:rsidRPr="0064696A">
        <w:rPr>
          <w:sz w:val="30"/>
          <w:szCs w:val="30"/>
          <w:rtl/>
          <w:cs w:val="0"/>
        </w:rPr>
        <w:t>،</w:t>
      </w:r>
      <w:r w:rsidRPr="0064696A">
        <w:rPr>
          <w:sz w:val="30"/>
          <w:szCs w:val="30"/>
          <w:rtl/>
        </w:rPr>
        <w:t xml:space="preserve"> يقاس من خلال الالتزام بمتطلبات الحفظ والترتيب</w:t>
      </w:r>
      <w:r w:rsidR="00A5297B" w:rsidRPr="0064696A">
        <w:rPr>
          <w:sz w:val="30"/>
          <w:szCs w:val="30"/>
          <w:rtl/>
          <w:cs w:val="0"/>
        </w:rPr>
        <w:t>.</w:t>
      </w:r>
      <w:r w:rsidRPr="0064696A">
        <w:rPr>
          <w:sz w:val="30"/>
          <w:szCs w:val="30"/>
          <w:rtl/>
        </w:rPr>
        <w:t xml:space="preserve"> وبهذا</w:t>
      </w:r>
      <w:r w:rsidR="00A5297B" w:rsidRPr="0064696A">
        <w:rPr>
          <w:sz w:val="30"/>
          <w:szCs w:val="30"/>
          <w:rtl/>
          <w:cs w:val="0"/>
        </w:rPr>
        <w:t>،</w:t>
      </w:r>
      <w:r w:rsidRPr="0064696A">
        <w:rPr>
          <w:sz w:val="30"/>
          <w:szCs w:val="30"/>
          <w:rtl/>
        </w:rPr>
        <w:t xml:space="preserve"> يصبح نظام الأداء جزءا من العملية الإنتاجية لا نشاطا إداريا منفصلا</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5FA0DE27" w14:textId="0DFE24AA" w:rsidR="00B67E89" w:rsidRDefault="00B67E89" w:rsidP="00785C0A">
      <w:pPr>
        <w:spacing w:after="200" w:line="276" w:lineRule="auto"/>
        <w:jc w:val="both"/>
        <w:rPr>
          <w:sz w:val="30"/>
          <w:szCs w:val="30"/>
          <w:rtl/>
          <w:cs w:val="0"/>
        </w:rPr>
      </w:pPr>
      <w:r>
        <w:rPr>
          <w:sz w:val="30"/>
          <w:szCs w:val="30"/>
          <w:rtl/>
          <w:cs w:val="0"/>
        </w:rPr>
        <w:br w:type="page"/>
      </w:r>
    </w:p>
    <w:p w14:paraId="65E9DAE3" w14:textId="2340B295" w:rsidR="00B67E89" w:rsidRPr="004B1822" w:rsidRDefault="004B1822" w:rsidP="00B5235E">
      <w:pPr>
        <w:pStyle w:val="Heading2"/>
      </w:pPr>
      <w:bookmarkStart w:id="625" w:name="_Toc233582876"/>
      <w:bookmarkStart w:id="626" w:name="_Toc233583043"/>
      <w:bookmarkStart w:id="627" w:name="_Toc233584676"/>
      <w:bookmarkStart w:id="628" w:name="_Toc233585048"/>
      <w:bookmarkStart w:id="629" w:name="_Toc233585174"/>
      <w:bookmarkStart w:id="630" w:name="_Toc233585315"/>
      <w:bookmarkStart w:id="631" w:name="_Toc233585645"/>
      <w:bookmarkStart w:id="632" w:name="_Toc233585801"/>
      <w:bookmarkStart w:id="633" w:name="_Toc233585927"/>
      <w:bookmarkStart w:id="634" w:name="_Toc233586056"/>
      <w:bookmarkStart w:id="635" w:name="_Toc233586834"/>
      <w:bookmarkStart w:id="636" w:name="_Toc233586969"/>
      <w:bookmarkStart w:id="637" w:name="_Toc233587110"/>
      <w:bookmarkStart w:id="638" w:name="_Toc233587222"/>
      <w:bookmarkStart w:id="639" w:name="_Toc233587269"/>
      <w:bookmarkStart w:id="640" w:name="_Toc233587647"/>
      <w:bookmarkStart w:id="641" w:name="_Toc233587764"/>
      <w:r w:rsidRPr="004B1822">
        <w:rPr>
          <w:rtl/>
        </w:rPr>
        <w:lastRenderedPageBreak/>
        <w:t>المبحث الثاني: تحسين الإنتاجية</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14:paraId="577F195E" w14:textId="6DFFC0B9" w:rsidR="00B67E89" w:rsidRPr="004B1822" w:rsidRDefault="004B1822" w:rsidP="00785C0A">
      <w:pPr>
        <w:pStyle w:val="Heading3"/>
        <w:spacing w:line="276" w:lineRule="auto"/>
        <w:jc w:val="both"/>
      </w:pPr>
      <w:bookmarkStart w:id="642" w:name="_Toc233582877"/>
      <w:bookmarkStart w:id="643" w:name="_Toc233583044"/>
      <w:bookmarkStart w:id="644" w:name="_Toc233584677"/>
      <w:bookmarkStart w:id="645" w:name="_Toc233585049"/>
      <w:bookmarkStart w:id="646" w:name="_Toc233585175"/>
      <w:bookmarkStart w:id="647" w:name="_Toc233585316"/>
      <w:bookmarkStart w:id="648" w:name="_Toc233585646"/>
      <w:bookmarkStart w:id="649" w:name="_Toc233585802"/>
      <w:bookmarkStart w:id="650" w:name="_Toc233585928"/>
      <w:bookmarkStart w:id="651" w:name="_Toc233586057"/>
      <w:bookmarkStart w:id="652" w:name="_Toc233586835"/>
      <w:bookmarkStart w:id="653" w:name="_Toc233586970"/>
      <w:bookmarkStart w:id="654" w:name="_Toc233587111"/>
      <w:bookmarkStart w:id="655" w:name="_Toc233587270"/>
      <w:bookmarkStart w:id="656" w:name="_Toc233587648"/>
      <w:r w:rsidRPr="004B1822">
        <w:rPr>
          <w:rtl/>
        </w:rPr>
        <w:t>تمهيد</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41FD225C" w14:textId="634DD8FC" w:rsidR="00B67E89" w:rsidRPr="0064696A" w:rsidRDefault="00B67E89" w:rsidP="00785C0A">
      <w:pPr>
        <w:spacing w:line="276" w:lineRule="auto"/>
        <w:ind w:firstLine="397"/>
        <w:jc w:val="both"/>
        <w:rPr>
          <w:sz w:val="30"/>
          <w:szCs w:val="30"/>
        </w:rPr>
      </w:pPr>
      <w:r w:rsidRPr="0064696A">
        <w:rPr>
          <w:sz w:val="30"/>
          <w:szCs w:val="30"/>
          <w:rtl/>
        </w:rPr>
        <w:t>تعد الإنتاجية مؤشرا رئيسا على قدرة المنظمة على استخدام مواردها بكفاءة</w:t>
      </w:r>
      <w:r w:rsidR="00A5297B" w:rsidRPr="0064696A">
        <w:rPr>
          <w:sz w:val="30"/>
          <w:szCs w:val="30"/>
          <w:rtl/>
          <w:cs w:val="0"/>
        </w:rPr>
        <w:t>.</w:t>
      </w:r>
      <w:r w:rsidRPr="0064696A">
        <w:rPr>
          <w:sz w:val="30"/>
          <w:szCs w:val="30"/>
          <w:rtl/>
        </w:rPr>
        <w:t xml:space="preserve"> لا تقتصر الإنتاجية على زيادة كمية الإنتاج</w:t>
      </w:r>
      <w:r w:rsidR="00A5297B" w:rsidRPr="0064696A">
        <w:rPr>
          <w:sz w:val="30"/>
          <w:szCs w:val="30"/>
          <w:rtl/>
          <w:cs w:val="0"/>
        </w:rPr>
        <w:t>.</w:t>
      </w:r>
      <w:r w:rsidRPr="0064696A">
        <w:rPr>
          <w:sz w:val="30"/>
          <w:szCs w:val="30"/>
          <w:rtl/>
        </w:rPr>
        <w:t xml:space="preserve"> تعبر عن العلاقة بين المدخلات والمخرجات</w:t>
      </w:r>
      <w:r w:rsidR="00A5297B" w:rsidRPr="0064696A">
        <w:rPr>
          <w:sz w:val="30"/>
          <w:szCs w:val="30"/>
          <w:rtl/>
          <w:cs w:val="0"/>
        </w:rPr>
        <w:t>،</w:t>
      </w:r>
      <w:r w:rsidRPr="0064696A">
        <w:rPr>
          <w:sz w:val="30"/>
          <w:szCs w:val="30"/>
          <w:rtl/>
        </w:rPr>
        <w:t xml:space="preserve"> وعن قدرة المنظمة على تحقيق نتائج أعلى بجودة أفضل وتكلفة أقل ووقت أقصر</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تمثل الإنتاجية هدفا إداريا وتشغيليا في الوقت نفسه</w:t>
      </w:r>
      <w:r w:rsidR="00A5297B" w:rsidRPr="0064696A">
        <w:rPr>
          <w:sz w:val="30"/>
          <w:szCs w:val="30"/>
          <w:rtl/>
          <w:cs w:val="0"/>
        </w:rPr>
        <w:t>.</w:t>
      </w:r>
      <w:r w:rsidRPr="0064696A">
        <w:rPr>
          <w:sz w:val="30"/>
          <w:szCs w:val="30"/>
          <w:rtl/>
        </w:rPr>
        <w:t xml:space="preserve"> ‏(</w:t>
      </w:r>
      <w:proofErr w:type="spellStart"/>
      <w:r w:rsidRPr="0064696A">
        <w:rPr>
          <w:sz w:val="30"/>
          <w:szCs w:val="30"/>
          <w:rtl/>
        </w:rPr>
        <w:t>Aguinis</w:t>
      </w:r>
      <w:proofErr w:type="spellEnd"/>
      <w:r w:rsidRPr="0064696A">
        <w:rPr>
          <w:sz w:val="30"/>
          <w:szCs w:val="30"/>
          <w:rtl/>
        </w:rPr>
        <w:t>, 2019)‏</w:t>
      </w:r>
    </w:p>
    <w:p w14:paraId="271BFCE3" w14:textId="2B8D672A" w:rsidR="00B67E89" w:rsidRPr="0064696A" w:rsidRDefault="00B67E89" w:rsidP="00785C0A">
      <w:pPr>
        <w:spacing w:line="276" w:lineRule="auto"/>
        <w:ind w:firstLine="397"/>
        <w:jc w:val="both"/>
        <w:rPr>
          <w:sz w:val="30"/>
          <w:szCs w:val="30"/>
        </w:rPr>
      </w:pPr>
      <w:r w:rsidRPr="0064696A">
        <w:rPr>
          <w:sz w:val="30"/>
          <w:szCs w:val="30"/>
          <w:rtl/>
        </w:rPr>
        <w:t>تزداد أهمية الإنتاجية في المنشآت الصناعية والغذائية</w:t>
      </w:r>
      <w:r w:rsidR="00A5297B" w:rsidRPr="0064696A">
        <w:rPr>
          <w:sz w:val="30"/>
          <w:szCs w:val="30"/>
          <w:rtl/>
          <w:cs w:val="0"/>
        </w:rPr>
        <w:t>،</w:t>
      </w:r>
      <w:r w:rsidRPr="0064696A">
        <w:rPr>
          <w:sz w:val="30"/>
          <w:szCs w:val="30"/>
          <w:rtl/>
        </w:rPr>
        <w:t xml:space="preserve"> لأن هذه المنشآت تعتمد على مواد خام</w:t>
      </w:r>
      <w:r w:rsidR="00A5297B" w:rsidRPr="0064696A">
        <w:rPr>
          <w:sz w:val="30"/>
          <w:szCs w:val="30"/>
          <w:rtl/>
          <w:cs w:val="0"/>
        </w:rPr>
        <w:t>،</w:t>
      </w:r>
      <w:r w:rsidRPr="0064696A">
        <w:rPr>
          <w:sz w:val="30"/>
          <w:szCs w:val="30"/>
          <w:rtl/>
        </w:rPr>
        <w:t xml:space="preserve"> وأيد عاملة</w:t>
      </w:r>
      <w:r w:rsidR="00A5297B" w:rsidRPr="0064696A">
        <w:rPr>
          <w:sz w:val="30"/>
          <w:szCs w:val="30"/>
          <w:rtl/>
          <w:cs w:val="0"/>
        </w:rPr>
        <w:t>،</w:t>
      </w:r>
      <w:r w:rsidRPr="0064696A">
        <w:rPr>
          <w:sz w:val="30"/>
          <w:szCs w:val="30"/>
          <w:rtl/>
        </w:rPr>
        <w:t xml:space="preserve"> ومعدات</w:t>
      </w:r>
      <w:r w:rsidR="00A5297B" w:rsidRPr="0064696A">
        <w:rPr>
          <w:sz w:val="30"/>
          <w:szCs w:val="30"/>
          <w:rtl/>
          <w:cs w:val="0"/>
        </w:rPr>
        <w:t>،</w:t>
      </w:r>
      <w:r w:rsidRPr="0064696A">
        <w:rPr>
          <w:sz w:val="30"/>
          <w:szCs w:val="30"/>
          <w:rtl/>
        </w:rPr>
        <w:t xml:space="preserve"> ووقت تشغيل</w:t>
      </w:r>
      <w:r w:rsidR="00A5297B" w:rsidRPr="0064696A">
        <w:rPr>
          <w:sz w:val="30"/>
          <w:szCs w:val="30"/>
          <w:rtl/>
          <w:cs w:val="0"/>
        </w:rPr>
        <w:t>،</w:t>
      </w:r>
      <w:r w:rsidRPr="0064696A">
        <w:rPr>
          <w:sz w:val="30"/>
          <w:szCs w:val="30"/>
          <w:rtl/>
        </w:rPr>
        <w:t xml:space="preserve"> وجودة منتج</w:t>
      </w:r>
      <w:r w:rsidR="00A5297B" w:rsidRPr="0064696A">
        <w:rPr>
          <w:sz w:val="30"/>
          <w:szCs w:val="30"/>
          <w:rtl/>
          <w:cs w:val="0"/>
        </w:rPr>
        <w:t>.</w:t>
      </w:r>
      <w:r w:rsidRPr="0064696A">
        <w:rPr>
          <w:sz w:val="30"/>
          <w:szCs w:val="30"/>
          <w:rtl/>
        </w:rPr>
        <w:t xml:space="preserve"> أي ضعف في إدارة هذه العناصر يظهر في صورة ارتفاع تكلفة</w:t>
      </w:r>
      <w:r w:rsidR="00A5297B" w:rsidRPr="0064696A">
        <w:rPr>
          <w:sz w:val="30"/>
          <w:szCs w:val="30"/>
          <w:rtl/>
          <w:cs w:val="0"/>
        </w:rPr>
        <w:t>،</w:t>
      </w:r>
      <w:r w:rsidRPr="0064696A">
        <w:rPr>
          <w:sz w:val="30"/>
          <w:szCs w:val="30"/>
          <w:rtl/>
        </w:rPr>
        <w:t xml:space="preserve"> أو انخفاض جودة</w:t>
      </w:r>
      <w:r w:rsidR="00A5297B" w:rsidRPr="0064696A">
        <w:rPr>
          <w:sz w:val="30"/>
          <w:szCs w:val="30"/>
          <w:rtl/>
          <w:cs w:val="0"/>
        </w:rPr>
        <w:t>،</w:t>
      </w:r>
      <w:r w:rsidRPr="0064696A">
        <w:rPr>
          <w:sz w:val="30"/>
          <w:szCs w:val="30"/>
          <w:rtl/>
        </w:rPr>
        <w:t xml:space="preserve"> أو تأخر إنتاج</w:t>
      </w:r>
      <w:r w:rsidR="00A5297B" w:rsidRPr="0064696A">
        <w:rPr>
          <w:sz w:val="30"/>
          <w:szCs w:val="30"/>
          <w:rtl/>
          <w:cs w:val="0"/>
        </w:rPr>
        <w:t>،</w:t>
      </w:r>
      <w:r w:rsidRPr="0064696A">
        <w:rPr>
          <w:sz w:val="30"/>
          <w:szCs w:val="30"/>
          <w:rtl/>
        </w:rPr>
        <w:t xml:space="preserve"> أو زيادة هدر</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تحتاج المنشآت الإنتاجية إلى أنظمة إدارية تدعم تحسين الإنتاجية</w:t>
      </w:r>
      <w:r w:rsidR="00A5297B" w:rsidRPr="0064696A">
        <w:rPr>
          <w:sz w:val="30"/>
          <w:szCs w:val="30"/>
          <w:rtl/>
          <w:cs w:val="0"/>
        </w:rPr>
        <w:t>،</w:t>
      </w:r>
      <w:r w:rsidRPr="0064696A">
        <w:rPr>
          <w:sz w:val="30"/>
          <w:szCs w:val="30"/>
          <w:rtl/>
        </w:rPr>
        <w:t xml:space="preserve"> وتعد إدارة الأداء من أهم هذه الأنظمة</w:t>
      </w:r>
      <w:r w:rsidR="00A5297B" w:rsidRPr="0064696A">
        <w:rPr>
          <w:sz w:val="30"/>
          <w:szCs w:val="30"/>
          <w:rtl/>
          <w:cs w:val="0"/>
        </w:rPr>
        <w:t>.</w:t>
      </w:r>
      <w:r w:rsidRPr="0064696A">
        <w:rPr>
          <w:sz w:val="30"/>
          <w:szCs w:val="30"/>
          <w:rtl/>
        </w:rPr>
        <w:t xml:space="preserve"> ‏(</w:t>
      </w:r>
      <w:proofErr w:type="spellStart"/>
      <w:r w:rsidRPr="0064696A">
        <w:rPr>
          <w:sz w:val="30"/>
          <w:szCs w:val="30"/>
          <w:rtl/>
        </w:rPr>
        <w:t>Aguinis</w:t>
      </w:r>
      <w:proofErr w:type="spellEnd"/>
      <w:r w:rsidRPr="0064696A">
        <w:rPr>
          <w:sz w:val="30"/>
          <w:szCs w:val="30"/>
          <w:rtl/>
        </w:rPr>
        <w:t>, 2019)‏</w:t>
      </w:r>
    </w:p>
    <w:p w14:paraId="77C165A8" w14:textId="6EAA13D4" w:rsidR="00B67E89" w:rsidRPr="004B1822" w:rsidRDefault="004B1822" w:rsidP="00785C0A">
      <w:pPr>
        <w:pStyle w:val="Heading3"/>
        <w:spacing w:line="276" w:lineRule="auto"/>
        <w:jc w:val="both"/>
      </w:pPr>
      <w:bookmarkStart w:id="657" w:name="_Toc233582878"/>
      <w:bookmarkStart w:id="658" w:name="_Toc233583045"/>
      <w:bookmarkStart w:id="659" w:name="_Toc233584678"/>
      <w:bookmarkStart w:id="660" w:name="_Toc233585050"/>
      <w:bookmarkStart w:id="661" w:name="_Toc233585176"/>
      <w:bookmarkStart w:id="662" w:name="_Toc233585317"/>
      <w:bookmarkStart w:id="663" w:name="_Toc233585647"/>
      <w:bookmarkStart w:id="664" w:name="_Toc233585803"/>
      <w:bookmarkStart w:id="665" w:name="_Toc233585929"/>
      <w:bookmarkStart w:id="666" w:name="_Toc233586058"/>
      <w:bookmarkStart w:id="667" w:name="_Toc233586836"/>
      <w:bookmarkStart w:id="668" w:name="_Toc233586971"/>
      <w:bookmarkStart w:id="669" w:name="_Toc233587112"/>
      <w:bookmarkStart w:id="670" w:name="_Toc233587271"/>
      <w:bookmarkStart w:id="671" w:name="_Toc233587649"/>
      <w:r w:rsidRPr="004B1822">
        <w:rPr>
          <w:rtl/>
        </w:rPr>
        <w:t>تعريف الإنتاجية</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5165CC06" w14:textId="4E2263B7" w:rsidR="00B67E89" w:rsidRPr="0064696A" w:rsidRDefault="00B67E89" w:rsidP="00785C0A">
      <w:pPr>
        <w:spacing w:line="276" w:lineRule="auto"/>
        <w:ind w:firstLine="397"/>
        <w:jc w:val="both"/>
        <w:rPr>
          <w:sz w:val="30"/>
          <w:szCs w:val="30"/>
        </w:rPr>
      </w:pPr>
      <w:r w:rsidRPr="0064696A">
        <w:rPr>
          <w:sz w:val="30"/>
          <w:szCs w:val="30"/>
          <w:rtl/>
        </w:rPr>
        <w:t>تعرف الإنتاجية بأنها العلاقة بين المخرجات التي تنتجها المنظمة والمدخلات التي تستخدمها لتحقيق تلك المخرجات</w:t>
      </w:r>
      <w:r w:rsidR="00A5297B" w:rsidRPr="0064696A">
        <w:rPr>
          <w:sz w:val="30"/>
          <w:szCs w:val="30"/>
          <w:rtl/>
          <w:cs w:val="0"/>
        </w:rPr>
        <w:t>.</w:t>
      </w:r>
      <w:r w:rsidRPr="0064696A">
        <w:rPr>
          <w:sz w:val="30"/>
          <w:szCs w:val="30"/>
          <w:rtl/>
        </w:rPr>
        <w:t xml:space="preserve"> وتشمل المدخلات العمل</w:t>
      </w:r>
      <w:r w:rsidR="00A5297B" w:rsidRPr="0064696A">
        <w:rPr>
          <w:sz w:val="30"/>
          <w:szCs w:val="30"/>
          <w:rtl/>
          <w:cs w:val="0"/>
        </w:rPr>
        <w:t>،</w:t>
      </w:r>
      <w:r w:rsidRPr="0064696A">
        <w:rPr>
          <w:sz w:val="30"/>
          <w:szCs w:val="30"/>
          <w:rtl/>
        </w:rPr>
        <w:t xml:space="preserve"> والمواد</w:t>
      </w:r>
      <w:r w:rsidR="00A5297B" w:rsidRPr="0064696A">
        <w:rPr>
          <w:sz w:val="30"/>
          <w:szCs w:val="30"/>
          <w:rtl/>
          <w:cs w:val="0"/>
        </w:rPr>
        <w:t>،</w:t>
      </w:r>
      <w:r w:rsidRPr="0064696A">
        <w:rPr>
          <w:sz w:val="30"/>
          <w:szCs w:val="30"/>
          <w:rtl/>
        </w:rPr>
        <w:t xml:space="preserve"> والوقت</w:t>
      </w:r>
      <w:r w:rsidR="00A5297B" w:rsidRPr="0064696A">
        <w:rPr>
          <w:sz w:val="30"/>
          <w:szCs w:val="30"/>
          <w:rtl/>
          <w:cs w:val="0"/>
        </w:rPr>
        <w:t>،</w:t>
      </w:r>
      <w:r w:rsidRPr="0064696A">
        <w:rPr>
          <w:sz w:val="30"/>
          <w:szCs w:val="30"/>
          <w:rtl/>
        </w:rPr>
        <w:t xml:space="preserve"> والطاقة</w:t>
      </w:r>
      <w:r w:rsidR="00A5297B" w:rsidRPr="0064696A">
        <w:rPr>
          <w:sz w:val="30"/>
          <w:szCs w:val="30"/>
          <w:rtl/>
          <w:cs w:val="0"/>
        </w:rPr>
        <w:t>،</w:t>
      </w:r>
      <w:r w:rsidRPr="0064696A">
        <w:rPr>
          <w:sz w:val="30"/>
          <w:szCs w:val="30"/>
          <w:rtl/>
        </w:rPr>
        <w:t xml:space="preserve"> والمعدات</w:t>
      </w:r>
      <w:r w:rsidR="00A5297B" w:rsidRPr="0064696A">
        <w:rPr>
          <w:sz w:val="30"/>
          <w:szCs w:val="30"/>
          <w:rtl/>
          <w:cs w:val="0"/>
        </w:rPr>
        <w:t>.</w:t>
      </w:r>
      <w:r w:rsidRPr="0064696A">
        <w:rPr>
          <w:sz w:val="30"/>
          <w:szCs w:val="30"/>
          <w:rtl/>
        </w:rPr>
        <w:t xml:space="preserve"> وتشمل المخرجات السلع أو الخدمات المنتجة</w:t>
      </w:r>
      <w:r w:rsidR="00A5297B" w:rsidRPr="0064696A">
        <w:rPr>
          <w:sz w:val="30"/>
          <w:szCs w:val="30"/>
          <w:rtl/>
          <w:cs w:val="0"/>
        </w:rPr>
        <w:t>.</w:t>
      </w:r>
      <w:r w:rsidRPr="0064696A">
        <w:rPr>
          <w:sz w:val="30"/>
          <w:szCs w:val="30"/>
          <w:rtl/>
        </w:rPr>
        <w:t xml:space="preserve"> وتتحسن الإنتاجية عندما تزيد المخرجات مع ثبات المدخلات</w:t>
      </w:r>
      <w:r w:rsidR="00A5297B" w:rsidRPr="0064696A">
        <w:rPr>
          <w:sz w:val="30"/>
          <w:szCs w:val="30"/>
          <w:rtl/>
          <w:cs w:val="0"/>
        </w:rPr>
        <w:t>،</w:t>
      </w:r>
      <w:r w:rsidRPr="0064696A">
        <w:rPr>
          <w:sz w:val="30"/>
          <w:szCs w:val="30"/>
          <w:rtl/>
        </w:rPr>
        <w:t xml:space="preserve"> أو عندما تحقق المنظمة المخرجات نفسها بمدخلات أقل (ILO, 2015)</w:t>
      </w:r>
      <w:r w:rsidR="00A5297B" w:rsidRPr="0064696A">
        <w:rPr>
          <w:sz w:val="30"/>
          <w:szCs w:val="30"/>
          <w:rtl/>
          <w:cs w:val="0"/>
        </w:rPr>
        <w:t>.</w:t>
      </w:r>
    </w:p>
    <w:p w14:paraId="4950F4E5" w14:textId="0BAB4AAC" w:rsidR="00B67E89" w:rsidRPr="0064696A" w:rsidRDefault="00B67E89" w:rsidP="00785C0A">
      <w:pPr>
        <w:spacing w:line="276" w:lineRule="auto"/>
        <w:ind w:firstLine="397"/>
        <w:jc w:val="both"/>
        <w:rPr>
          <w:sz w:val="30"/>
          <w:szCs w:val="30"/>
        </w:rPr>
      </w:pPr>
      <w:r w:rsidRPr="0064696A">
        <w:rPr>
          <w:sz w:val="30"/>
          <w:szCs w:val="30"/>
          <w:rtl/>
        </w:rPr>
        <w:t>وتعرف الإنتاجية في الإدارة التشغيلية بأنها قدرة المنظمة على إنتاج مخرجات ذات قيمة من خلال استخدام كفء للموارد المتاحة</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لا تقاس الإنتاجية بالكمية وحدها</w:t>
      </w:r>
      <w:r w:rsidR="00A5297B" w:rsidRPr="0064696A">
        <w:rPr>
          <w:sz w:val="30"/>
          <w:szCs w:val="30"/>
          <w:rtl/>
          <w:cs w:val="0"/>
        </w:rPr>
        <w:t>.</w:t>
      </w:r>
      <w:r w:rsidRPr="0064696A">
        <w:rPr>
          <w:sz w:val="30"/>
          <w:szCs w:val="30"/>
          <w:rtl/>
        </w:rPr>
        <w:t xml:space="preserve"> فالمنتج المعيب لا يمثل إنتاجية </w:t>
      </w:r>
      <w:proofErr w:type="gramStart"/>
      <w:r w:rsidRPr="0064696A">
        <w:rPr>
          <w:sz w:val="30"/>
          <w:szCs w:val="30"/>
          <w:rtl/>
        </w:rPr>
        <w:t>حقيقية</w:t>
      </w:r>
      <w:proofErr w:type="gramEnd"/>
      <w:r w:rsidRPr="0064696A">
        <w:rPr>
          <w:sz w:val="30"/>
          <w:szCs w:val="30"/>
          <w:rtl/>
        </w:rPr>
        <w:t xml:space="preserve"> حتى لو زادت الكمية</w:t>
      </w:r>
      <w:r w:rsidR="00A5297B" w:rsidRPr="0064696A">
        <w:rPr>
          <w:sz w:val="30"/>
          <w:szCs w:val="30"/>
          <w:rtl/>
          <w:cs w:val="0"/>
        </w:rPr>
        <w:t>.</w:t>
      </w:r>
      <w:r w:rsidRPr="0064696A">
        <w:rPr>
          <w:sz w:val="30"/>
          <w:szCs w:val="30"/>
          <w:rtl/>
        </w:rPr>
        <w:t xml:space="preserve"> يجب أن يجمع القياس بين الكمية والجودة والكفاءة</w:t>
      </w:r>
      <w:r w:rsidR="00A5297B" w:rsidRPr="0064696A">
        <w:rPr>
          <w:sz w:val="30"/>
          <w:szCs w:val="30"/>
          <w:rtl/>
          <w:cs w:val="0"/>
        </w:rPr>
        <w:t>.</w:t>
      </w:r>
      <w:r w:rsidRPr="0064696A">
        <w:rPr>
          <w:sz w:val="30"/>
          <w:szCs w:val="30"/>
          <w:rtl/>
        </w:rPr>
        <w:t xml:space="preserve"> ‏(OECD, 2001)‏</w:t>
      </w:r>
    </w:p>
    <w:p w14:paraId="41CFD28D" w14:textId="1E6C9EE6" w:rsidR="00B67E89" w:rsidRPr="0064696A" w:rsidRDefault="00B67E89" w:rsidP="00785C0A">
      <w:pPr>
        <w:spacing w:line="276" w:lineRule="auto"/>
        <w:ind w:firstLine="397"/>
        <w:jc w:val="both"/>
        <w:rPr>
          <w:sz w:val="30"/>
          <w:szCs w:val="30"/>
        </w:rPr>
      </w:pPr>
      <w:r w:rsidRPr="0064696A">
        <w:rPr>
          <w:sz w:val="30"/>
          <w:szCs w:val="30"/>
          <w:rtl/>
        </w:rPr>
        <w:t>في الدراسة الحالية</w:t>
      </w:r>
      <w:r w:rsidR="00A5297B" w:rsidRPr="0064696A">
        <w:rPr>
          <w:sz w:val="30"/>
          <w:szCs w:val="30"/>
          <w:rtl/>
          <w:cs w:val="0"/>
        </w:rPr>
        <w:t>،</w:t>
      </w:r>
      <w:r w:rsidRPr="0064696A">
        <w:rPr>
          <w:sz w:val="30"/>
          <w:szCs w:val="30"/>
          <w:rtl/>
        </w:rPr>
        <w:t xml:space="preserve"> تعرف الإنتاجية إجرائيا بأنها مستوى قدرة العاملين في شركة مصنع تمور القصيم المحدودة على إنجاز العمل بسرعة مناسبة</w:t>
      </w:r>
      <w:r w:rsidR="00A5297B" w:rsidRPr="0064696A">
        <w:rPr>
          <w:sz w:val="30"/>
          <w:szCs w:val="30"/>
          <w:rtl/>
          <w:cs w:val="0"/>
        </w:rPr>
        <w:t>،</w:t>
      </w:r>
      <w:r w:rsidRPr="0064696A">
        <w:rPr>
          <w:sz w:val="30"/>
          <w:szCs w:val="30"/>
          <w:rtl/>
        </w:rPr>
        <w:t xml:space="preserve"> وجودة مقبولة</w:t>
      </w:r>
      <w:r w:rsidR="00A5297B" w:rsidRPr="0064696A">
        <w:rPr>
          <w:sz w:val="30"/>
          <w:szCs w:val="30"/>
          <w:rtl/>
          <w:cs w:val="0"/>
        </w:rPr>
        <w:t>،</w:t>
      </w:r>
      <w:r w:rsidRPr="0064696A">
        <w:rPr>
          <w:sz w:val="30"/>
          <w:szCs w:val="30"/>
          <w:rtl/>
        </w:rPr>
        <w:t xml:space="preserve"> واستخدام كفء للوقت والموارد</w:t>
      </w:r>
      <w:r w:rsidR="00A5297B" w:rsidRPr="0064696A">
        <w:rPr>
          <w:sz w:val="30"/>
          <w:szCs w:val="30"/>
          <w:rtl/>
          <w:cs w:val="0"/>
        </w:rPr>
        <w:t>،</w:t>
      </w:r>
      <w:r w:rsidRPr="0064696A">
        <w:rPr>
          <w:sz w:val="30"/>
          <w:szCs w:val="30"/>
          <w:rtl/>
        </w:rPr>
        <w:t xml:space="preserve"> مع تقليل الأخطاء والهدر وتحسين الأداء العام</w:t>
      </w:r>
      <w:r w:rsidR="00A5297B" w:rsidRPr="0064696A">
        <w:rPr>
          <w:sz w:val="30"/>
          <w:szCs w:val="30"/>
          <w:rtl/>
          <w:cs w:val="0"/>
        </w:rPr>
        <w:t>.</w:t>
      </w:r>
      <w:r w:rsidRPr="0064696A">
        <w:rPr>
          <w:sz w:val="30"/>
          <w:szCs w:val="30"/>
          <w:rtl/>
        </w:rPr>
        <w:t xml:space="preserve"> ‏(OECD, 2001)‏</w:t>
      </w:r>
    </w:p>
    <w:p w14:paraId="5CCD5180" w14:textId="3E6EE5F4" w:rsidR="00B67E89" w:rsidRPr="004B1822" w:rsidRDefault="004B1822" w:rsidP="00785C0A">
      <w:pPr>
        <w:pStyle w:val="Heading3"/>
        <w:spacing w:line="276" w:lineRule="auto"/>
        <w:jc w:val="both"/>
      </w:pPr>
      <w:bookmarkStart w:id="672" w:name="_Toc233582879"/>
      <w:bookmarkStart w:id="673" w:name="_Toc233583046"/>
      <w:bookmarkStart w:id="674" w:name="_Toc233584679"/>
      <w:bookmarkStart w:id="675" w:name="_Toc233585051"/>
      <w:bookmarkStart w:id="676" w:name="_Toc233585177"/>
      <w:bookmarkStart w:id="677" w:name="_Toc233585318"/>
      <w:bookmarkStart w:id="678" w:name="_Toc233585648"/>
      <w:bookmarkStart w:id="679" w:name="_Toc233585804"/>
      <w:bookmarkStart w:id="680" w:name="_Toc233585930"/>
      <w:bookmarkStart w:id="681" w:name="_Toc233586059"/>
      <w:bookmarkStart w:id="682" w:name="_Toc233586837"/>
      <w:bookmarkStart w:id="683" w:name="_Toc233586972"/>
      <w:bookmarkStart w:id="684" w:name="_Toc233587113"/>
      <w:bookmarkStart w:id="685" w:name="_Toc233587272"/>
      <w:bookmarkStart w:id="686" w:name="_Toc233587650"/>
      <w:r w:rsidRPr="004B1822">
        <w:rPr>
          <w:rtl/>
        </w:rPr>
        <w:t>أهمية الإنتاجية</w:t>
      </w:r>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4BBC7304" w14:textId="0CA74409" w:rsidR="00B67E89" w:rsidRPr="0064696A" w:rsidRDefault="00B67E89" w:rsidP="00785C0A">
      <w:pPr>
        <w:spacing w:line="276" w:lineRule="auto"/>
        <w:ind w:firstLine="397"/>
        <w:jc w:val="both"/>
        <w:rPr>
          <w:sz w:val="30"/>
          <w:szCs w:val="30"/>
        </w:rPr>
      </w:pPr>
      <w:r w:rsidRPr="0064696A">
        <w:rPr>
          <w:sz w:val="30"/>
          <w:szCs w:val="30"/>
          <w:rtl/>
        </w:rPr>
        <w:t>تمثل الإنتاجية أحد أهم مؤشرات نجاح المنشآت الإنتاجية</w:t>
      </w:r>
      <w:r w:rsidR="00A5297B" w:rsidRPr="0064696A">
        <w:rPr>
          <w:sz w:val="30"/>
          <w:szCs w:val="30"/>
          <w:rtl/>
          <w:cs w:val="0"/>
        </w:rPr>
        <w:t>.</w:t>
      </w:r>
      <w:r w:rsidRPr="0064696A">
        <w:rPr>
          <w:sz w:val="30"/>
          <w:szCs w:val="30"/>
          <w:rtl/>
        </w:rPr>
        <w:t xml:space="preserve"> الشركة التي تنتج بجودة أفضل وتكلفة أقل تستطيع المنافسة بصورة أفضل</w:t>
      </w:r>
      <w:r w:rsidR="00A5297B" w:rsidRPr="0064696A">
        <w:rPr>
          <w:sz w:val="30"/>
          <w:szCs w:val="30"/>
          <w:rtl/>
          <w:cs w:val="0"/>
        </w:rPr>
        <w:t>.</w:t>
      </w:r>
      <w:r w:rsidRPr="0064696A">
        <w:rPr>
          <w:sz w:val="30"/>
          <w:szCs w:val="30"/>
          <w:rtl/>
        </w:rPr>
        <w:t xml:space="preserve"> الإنتاجية تساعد الشركة على تلبية طلب العملاء دون ارتفاع غير مبرر في التكلفة</w:t>
      </w:r>
      <w:r w:rsidR="00A5297B" w:rsidRPr="0064696A">
        <w:rPr>
          <w:sz w:val="30"/>
          <w:szCs w:val="30"/>
          <w:rtl/>
          <w:cs w:val="0"/>
        </w:rPr>
        <w:t>.</w:t>
      </w:r>
      <w:r w:rsidRPr="0064696A">
        <w:rPr>
          <w:sz w:val="30"/>
          <w:szCs w:val="30"/>
          <w:rtl/>
        </w:rPr>
        <w:t xml:space="preserve"> ‏(OECD, 2001)‏</w:t>
      </w:r>
    </w:p>
    <w:p w14:paraId="1795404A" w14:textId="726C66F8" w:rsidR="00B67E89" w:rsidRPr="0064696A" w:rsidRDefault="00B67E89" w:rsidP="00785C0A">
      <w:pPr>
        <w:spacing w:line="276" w:lineRule="auto"/>
        <w:ind w:firstLine="397"/>
        <w:jc w:val="both"/>
        <w:rPr>
          <w:sz w:val="30"/>
          <w:szCs w:val="30"/>
        </w:rPr>
      </w:pPr>
      <w:r w:rsidRPr="0064696A">
        <w:rPr>
          <w:sz w:val="30"/>
          <w:szCs w:val="30"/>
          <w:rtl/>
        </w:rPr>
        <w:t>عندما تستخدم الشركة وقتها وموادها ومعداتها بكفاءة</w:t>
      </w:r>
      <w:r w:rsidR="00A5297B" w:rsidRPr="0064696A">
        <w:rPr>
          <w:sz w:val="30"/>
          <w:szCs w:val="30"/>
          <w:rtl/>
          <w:cs w:val="0"/>
        </w:rPr>
        <w:t>،</w:t>
      </w:r>
      <w:r w:rsidRPr="0064696A">
        <w:rPr>
          <w:sz w:val="30"/>
          <w:szCs w:val="30"/>
          <w:rtl/>
        </w:rPr>
        <w:t xml:space="preserve"> تنخفض تكلفة الوحدة المنتجة</w:t>
      </w:r>
      <w:r w:rsidR="00A5297B" w:rsidRPr="0064696A">
        <w:rPr>
          <w:sz w:val="30"/>
          <w:szCs w:val="30"/>
          <w:rtl/>
          <w:cs w:val="0"/>
        </w:rPr>
        <w:t>.</w:t>
      </w:r>
      <w:r w:rsidRPr="0064696A">
        <w:rPr>
          <w:sz w:val="30"/>
          <w:szCs w:val="30"/>
          <w:rtl/>
        </w:rPr>
        <w:t xml:space="preserve"> وهذا يرفع هامش الربح أو يتيح تقديم سعر مناسب للسوق</w:t>
      </w:r>
      <w:r w:rsidR="00A5297B" w:rsidRPr="0064696A">
        <w:rPr>
          <w:sz w:val="30"/>
          <w:szCs w:val="30"/>
          <w:rtl/>
          <w:cs w:val="0"/>
        </w:rPr>
        <w:t>.</w:t>
      </w:r>
      <w:r w:rsidRPr="0064696A">
        <w:rPr>
          <w:sz w:val="30"/>
          <w:szCs w:val="30"/>
          <w:rtl/>
        </w:rPr>
        <w:t xml:space="preserve"> كما أن الإنتاجية لا تعني السرعة فقط</w:t>
      </w:r>
      <w:r w:rsidR="00A5297B" w:rsidRPr="0064696A">
        <w:rPr>
          <w:sz w:val="30"/>
          <w:szCs w:val="30"/>
          <w:rtl/>
          <w:cs w:val="0"/>
        </w:rPr>
        <w:t>.</w:t>
      </w:r>
      <w:r w:rsidRPr="0064696A">
        <w:rPr>
          <w:sz w:val="30"/>
          <w:szCs w:val="30"/>
          <w:rtl/>
        </w:rPr>
        <w:t xml:space="preserve"> تعني إنجاز العمل بطريقة صحيحة من المرة الأولى</w:t>
      </w:r>
      <w:r w:rsidR="00A5297B" w:rsidRPr="0064696A">
        <w:rPr>
          <w:sz w:val="30"/>
          <w:szCs w:val="30"/>
          <w:rtl/>
          <w:cs w:val="0"/>
        </w:rPr>
        <w:t>.</w:t>
      </w:r>
      <w:r w:rsidRPr="0064696A">
        <w:rPr>
          <w:sz w:val="30"/>
          <w:szCs w:val="30"/>
          <w:rtl/>
        </w:rPr>
        <w:t xml:space="preserve"> وهذا يقلل إعادة العمل ويخفض نسبة المنتجات المعيبة</w:t>
      </w:r>
      <w:r w:rsidR="00A5297B" w:rsidRPr="0064696A">
        <w:rPr>
          <w:sz w:val="30"/>
          <w:szCs w:val="30"/>
          <w:rtl/>
          <w:cs w:val="0"/>
        </w:rPr>
        <w:t>.</w:t>
      </w:r>
      <w:r w:rsidRPr="0064696A">
        <w:rPr>
          <w:sz w:val="30"/>
          <w:szCs w:val="30"/>
          <w:rtl/>
        </w:rPr>
        <w:t xml:space="preserve"> ‏(OECD, 2001)‏</w:t>
      </w:r>
    </w:p>
    <w:p w14:paraId="53D01692" w14:textId="7CAC078D" w:rsidR="00B67E89" w:rsidRPr="0064696A" w:rsidRDefault="00B67E89" w:rsidP="00785C0A">
      <w:pPr>
        <w:spacing w:line="276" w:lineRule="auto"/>
        <w:ind w:firstLine="397"/>
        <w:jc w:val="both"/>
        <w:rPr>
          <w:sz w:val="30"/>
          <w:szCs w:val="30"/>
        </w:rPr>
      </w:pPr>
      <w:r w:rsidRPr="0064696A">
        <w:rPr>
          <w:sz w:val="30"/>
          <w:szCs w:val="30"/>
          <w:rtl/>
        </w:rPr>
        <w:lastRenderedPageBreak/>
        <w:t>تساعد الإنتاجية على استثمار الموارد البشرية والمادية بصورة أفضل</w:t>
      </w:r>
      <w:r w:rsidR="00A5297B" w:rsidRPr="0064696A">
        <w:rPr>
          <w:sz w:val="30"/>
          <w:szCs w:val="30"/>
          <w:rtl/>
          <w:cs w:val="0"/>
        </w:rPr>
        <w:t>.</w:t>
      </w:r>
      <w:r w:rsidRPr="0064696A">
        <w:rPr>
          <w:sz w:val="30"/>
          <w:szCs w:val="30"/>
          <w:rtl/>
        </w:rPr>
        <w:t xml:space="preserve"> فكل دقيقة عمل وكل وحدة مادة يجب أن تضيف قيمة إلى المنتج</w:t>
      </w:r>
      <w:r w:rsidR="00A5297B" w:rsidRPr="0064696A">
        <w:rPr>
          <w:sz w:val="30"/>
          <w:szCs w:val="30"/>
          <w:rtl/>
          <w:cs w:val="0"/>
        </w:rPr>
        <w:t>.</w:t>
      </w:r>
      <w:r w:rsidRPr="0064696A">
        <w:rPr>
          <w:sz w:val="30"/>
          <w:szCs w:val="30"/>
          <w:rtl/>
        </w:rPr>
        <w:t xml:space="preserve"> ويرتبط رضا العملاء بجودة المنتج وتوفره في الوقت المناسب</w:t>
      </w:r>
      <w:r w:rsidR="00A5297B" w:rsidRPr="0064696A">
        <w:rPr>
          <w:sz w:val="30"/>
          <w:szCs w:val="30"/>
          <w:rtl/>
          <w:cs w:val="0"/>
        </w:rPr>
        <w:t>.</w:t>
      </w:r>
      <w:r w:rsidRPr="0064696A">
        <w:rPr>
          <w:sz w:val="30"/>
          <w:szCs w:val="30"/>
          <w:rtl/>
        </w:rPr>
        <w:t xml:space="preserve"> تحسين الإنتاجية يدعم انتظام التوريد والمحافظة على الجودة</w:t>
      </w:r>
      <w:r w:rsidR="00A5297B" w:rsidRPr="0064696A">
        <w:rPr>
          <w:sz w:val="30"/>
          <w:szCs w:val="30"/>
          <w:rtl/>
          <w:cs w:val="0"/>
        </w:rPr>
        <w:t>.</w:t>
      </w:r>
      <w:r w:rsidRPr="0064696A">
        <w:rPr>
          <w:sz w:val="30"/>
          <w:szCs w:val="30"/>
          <w:rtl/>
        </w:rPr>
        <w:t xml:space="preserve"> ‏(OECD, 2001)‏</w:t>
      </w:r>
    </w:p>
    <w:p w14:paraId="70FEC803" w14:textId="6113F1A1" w:rsidR="00B67E89" w:rsidRPr="0064696A" w:rsidRDefault="00B67E89" w:rsidP="00785C0A">
      <w:pPr>
        <w:spacing w:line="276" w:lineRule="auto"/>
        <w:ind w:firstLine="397"/>
        <w:jc w:val="both"/>
        <w:rPr>
          <w:sz w:val="30"/>
          <w:szCs w:val="30"/>
        </w:rPr>
      </w:pPr>
      <w:r w:rsidRPr="0064696A">
        <w:rPr>
          <w:sz w:val="30"/>
          <w:szCs w:val="30"/>
          <w:rtl/>
        </w:rPr>
        <w:t>المنظمة ذات الإنتاجية المرتفعة تكون أكثر قدرة على الاستمرار والنمو</w:t>
      </w:r>
      <w:r w:rsidR="00A5297B" w:rsidRPr="0064696A">
        <w:rPr>
          <w:sz w:val="30"/>
          <w:szCs w:val="30"/>
          <w:rtl/>
          <w:cs w:val="0"/>
        </w:rPr>
        <w:t>.</w:t>
      </w:r>
      <w:r w:rsidRPr="0064696A">
        <w:rPr>
          <w:sz w:val="30"/>
          <w:szCs w:val="30"/>
          <w:rtl/>
        </w:rPr>
        <w:t xml:space="preserve"> لأنها تخفض الهدر وتزيد كفاءة التشغيل</w:t>
      </w:r>
      <w:r w:rsidR="00A5297B" w:rsidRPr="0064696A">
        <w:rPr>
          <w:sz w:val="30"/>
          <w:szCs w:val="30"/>
          <w:rtl/>
          <w:cs w:val="0"/>
        </w:rPr>
        <w:t>.</w:t>
      </w:r>
      <w:r w:rsidRPr="0064696A">
        <w:rPr>
          <w:sz w:val="30"/>
          <w:szCs w:val="30"/>
          <w:rtl/>
        </w:rPr>
        <w:t xml:space="preserve"> وعندما يرى العاملون نتائج عملهم في صورة إنتاج أفضل وحوافز عادلة</w:t>
      </w:r>
      <w:r w:rsidR="00A5297B" w:rsidRPr="0064696A">
        <w:rPr>
          <w:sz w:val="30"/>
          <w:szCs w:val="30"/>
          <w:rtl/>
          <w:cs w:val="0"/>
        </w:rPr>
        <w:t>،</w:t>
      </w:r>
      <w:r w:rsidRPr="0064696A">
        <w:rPr>
          <w:sz w:val="30"/>
          <w:szCs w:val="30"/>
          <w:rtl/>
        </w:rPr>
        <w:t xml:space="preserve"> يرتفع ارتباطهم بالعمل</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ترتبط الإنتاجية أيضا بثقافة العمل والتحفيز</w:t>
      </w:r>
      <w:r w:rsidR="00A5297B" w:rsidRPr="0064696A">
        <w:rPr>
          <w:sz w:val="30"/>
          <w:szCs w:val="30"/>
          <w:rtl/>
          <w:cs w:val="0"/>
        </w:rPr>
        <w:t>.</w:t>
      </w:r>
      <w:r w:rsidRPr="0064696A">
        <w:rPr>
          <w:sz w:val="30"/>
          <w:szCs w:val="30"/>
          <w:rtl/>
        </w:rPr>
        <w:t xml:space="preserve"> ‏(OECD, 2001)‏</w:t>
      </w:r>
    </w:p>
    <w:p w14:paraId="794C0748" w14:textId="0FB83D75" w:rsidR="00B67E89" w:rsidRPr="004B1822" w:rsidRDefault="004B1822" w:rsidP="00785C0A">
      <w:pPr>
        <w:pStyle w:val="Heading3"/>
        <w:spacing w:line="276" w:lineRule="auto"/>
        <w:jc w:val="both"/>
      </w:pPr>
      <w:bookmarkStart w:id="687" w:name="_Toc233582880"/>
      <w:bookmarkStart w:id="688" w:name="_Toc233583047"/>
      <w:bookmarkStart w:id="689" w:name="_Toc233584680"/>
      <w:bookmarkStart w:id="690" w:name="_Toc233585052"/>
      <w:bookmarkStart w:id="691" w:name="_Toc233585178"/>
      <w:bookmarkStart w:id="692" w:name="_Toc233585319"/>
      <w:bookmarkStart w:id="693" w:name="_Toc233585649"/>
      <w:bookmarkStart w:id="694" w:name="_Toc233585805"/>
      <w:bookmarkStart w:id="695" w:name="_Toc233585931"/>
      <w:bookmarkStart w:id="696" w:name="_Toc233586060"/>
      <w:bookmarkStart w:id="697" w:name="_Toc233586838"/>
      <w:bookmarkStart w:id="698" w:name="_Toc233586973"/>
      <w:bookmarkStart w:id="699" w:name="_Toc233587114"/>
      <w:bookmarkStart w:id="700" w:name="_Toc233587273"/>
      <w:bookmarkStart w:id="701" w:name="_Toc233587651"/>
      <w:r w:rsidRPr="004B1822">
        <w:rPr>
          <w:rtl/>
        </w:rPr>
        <w:t>أهداف تحسين الإنتاجية</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p w14:paraId="74C06072" w14:textId="6596BCBB" w:rsidR="00B67E89" w:rsidRPr="0064696A" w:rsidRDefault="00B67E89" w:rsidP="00785C0A">
      <w:pPr>
        <w:spacing w:line="276" w:lineRule="auto"/>
        <w:ind w:firstLine="397"/>
        <w:jc w:val="both"/>
        <w:rPr>
          <w:sz w:val="30"/>
          <w:szCs w:val="30"/>
        </w:rPr>
      </w:pPr>
      <w:r w:rsidRPr="0064696A">
        <w:rPr>
          <w:sz w:val="30"/>
          <w:szCs w:val="30"/>
          <w:rtl/>
        </w:rPr>
        <w:t>تهدف عملية تحسين الإنتاجية إلى تحقيق نتائج عملية داخل المنظمة</w:t>
      </w:r>
      <w:r w:rsidR="00A5297B" w:rsidRPr="0064696A">
        <w:rPr>
          <w:sz w:val="30"/>
          <w:szCs w:val="30"/>
          <w:rtl/>
          <w:cs w:val="0"/>
        </w:rPr>
        <w:t>.</w:t>
      </w:r>
      <w:r w:rsidRPr="0064696A">
        <w:rPr>
          <w:sz w:val="30"/>
          <w:szCs w:val="30"/>
          <w:rtl/>
        </w:rPr>
        <w:t xml:space="preserve"> وتشمل هذه الأهداف زيادة كمية المخرجات دون المساس بالجودة</w:t>
      </w:r>
      <w:r w:rsidR="00A5297B" w:rsidRPr="0064696A">
        <w:rPr>
          <w:sz w:val="30"/>
          <w:szCs w:val="30"/>
          <w:rtl/>
          <w:cs w:val="0"/>
        </w:rPr>
        <w:t>،</w:t>
      </w:r>
      <w:r w:rsidRPr="0064696A">
        <w:rPr>
          <w:sz w:val="30"/>
          <w:szCs w:val="30"/>
          <w:rtl/>
        </w:rPr>
        <w:t xml:space="preserve"> ورفع جودة المنتج</w:t>
      </w:r>
      <w:r w:rsidR="00A5297B" w:rsidRPr="0064696A">
        <w:rPr>
          <w:sz w:val="30"/>
          <w:szCs w:val="30"/>
          <w:rtl/>
          <w:cs w:val="0"/>
        </w:rPr>
        <w:t>،</w:t>
      </w:r>
      <w:r w:rsidRPr="0064696A">
        <w:rPr>
          <w:sz w:val="30"/>
          <w:szCs w:val="30"/>
          <w:rtl/>
        </w:rPr>
        <w:t xml:space="preserve"> وتقليل العيوب</w:t>
      </w:r>
      <w:r w:rsidR="00A5297B" w:rsidRPr="0064696A">
        <w:rPr>
          <w:sz w:val="30"/>
          <w:szCs w:val="30"/>
          <w:rtl/>
          <w:cs w:val="0"/>
        </w:rPr>
        <w:t>،</w:t>
      </w:r>
      <w:r w:rsidRPr="0064696A">
        <w:rPr>
          <w:sz w:val="30"/>
          <w:szCs w:val="30"/>
          <w:rtl/>
        </w:rPr>
        <w:t xml:space="preserve"> وتقليل الوقت اللازم لتنفيذ العمليات</w:t>
      </w:r>
      <w:r w:rsidR="00A5297B" w:rsidRPr="0064696A">
        <w:rPr>
          <w:sz w:val="30"/>
          <w:szCs w:val="30"/>
          <w:rtl/>
          <w:cs w:val="0"/>
        </w:rPr>
        <w:t>،</w:t>
      </w:r>
      <w:r w:rsidRPr="0064696A">
        <w:rPr>
          <w:sz w:val="30"/>
          <w:szCs w:val="30"/>
          <w:rtl/>
        </w:rPr>
        <w:t xml:space="preserve"> وتخفيض الهدر في المواد والطاقة والجهد</w:t>
      </w:r>
      <w:r w:rsidR="00A5297B" w:rsidRPr="0064696A">
        <w:rPr>
          <w:sz w:val="30"/>
          <w:szCs w:val="30"/>
          <w:rtl/>
          <w:cs w:val="0"/>
        </w:rPr>
        <w:t>.</w:t>
      </w:r>
      <w:r w:rsidRPr="0064696A">
        <w:rPr>
          <w:sz w:val="30"/>
          <w:szCs w:val="30"/>
          <w:rtl/>
        </w:rPr>
        <w:t xml:space="preserve"> ‏(OECD, 2001)‏</w:t>
      </w:r>
    </w:p>
    <w:p w14:paraId="1340E908" w14:textId="74804D45" w:rsidR="00B67E89" w:rsidRPr="0064696A" w:rsidRDefault="00B67E89" w:rsidP="00785C0A">
      <w:pPr>
        <w:spacing w:line="276" w:lineRule="auto"/>
        <w:ind w:firstLine="397"/>
        <w:jc w:val="both"/>
        <w:rPr>
          <w:sz w:val="30"/>
          <w:szCs w:val="30"/>
        </w:rPr>
      </w:pPr>
      <w:r w:rsidRPr="0064696A">
        <w:rPr>
          <w:sz w:val="30"/>
          <w:szCs w:val="30"/>
          <w:rtl/>
        </w:rPr>
        <w:t>تهدف عملية تحسين الإنتاجية كذلك إلى تحسين استخدام المعدات</w:t>
      </w:r>
      <w:r w:rsidR="00A5297B" w:rsidRPr="0064696A">
        <w:rPr>
          <w:sz w:val="30"/>
          <w:szCs w:val="30"/>
          <w:rtl/>
          <w:cs w:val="0"/>
        </w:rPr>
        <w:t>،</w:t>
      </w:r>
      <w:r w:rsidRPr="0064696A">
        <w:rPr>
          <w:sz w:val="30"/>
          <w:szCs w:val="30"/>
          <w:rtl/>
        </w:rPr>
        <w:t xml:space="preserve"> ورفع كفاءة العاملين</w:t>
      </w:r>
      <w:r w:rsidR="00A5297B" w:rsidRPr="0064696A">
        <w:rPr>
          <w:sz w:val="30"/>
          <w:szCs w:val="30"/>
          <w:rtl/>
          <w:cs w:val="0"/>
        </w:rPr>
        <w:t>،</w:t>
      </w:r>
      <w:r w:rsidRPr="0064696A">
        <w:rPr>
          <w:sz w:val="30"/>
          <w:szCs w:val="30"/>
          <w:rtl/>
        </w:rPr>
        <w:t xml:space="preserve"> وتنظيم تدفق العمل بين الأقسام</w:t>
      </w:r>
      <w:r w:rsidR="00A5297B" w:rsidRPr="0064696A">
        <w:rPr>
          <w:sz w:val="30"/>
          <w:szCs w:val="30"/>
          <w:rtl/>
          <w:cs w:val="0"/>
        </w:rPr>
        <w:t>،</w:t>
      </w:r>
      <w:r w:rsidRPr="0064696A">
        <w:rPr>
          <w:sz w:val="30"/>
          <w:szCs w:val="30"/>
          <w:rtl/>
        </w:rPr>
        <w:t xml:space="preserve"> وتقليل إعادة العمل الناتجة عن الأخطاء</w:t>
      </w:r>
      <w:r w:rsidR="00A5297B" w:rsidRPr="0064696A">
        <w:rPr>
          <w:sz w:val="30"/>
          <w:szCs w:val="30"/>
          <w:rtl/>
          <w:cs w:val="0"/>
        </w:rPr>
        <w:t>،</w:t>
      </w:r>
      <w:r w:rsidRPr="0064696A">
        <w:rPr>
          <w:sz w:val="30"/>
          <w:szCs w:val="30"/>
          <w:rtl/>
        </w:rPr>
        <w:t xml:space="preserve"> وتحسين قدرة الشركة على تلبية الطلب</w:t>
      </w:r>
      <w:r w:rsidR="00A5297B" w:rsidRPr="0064696A">
        <w:rPr>
          <w:sz w:val="30"/>
          <w:szCs w:val="30"/>
          <w:rtl/>
          <w:cs w:val="0"/>
        </w:rPr>
        <w:t>،</w:t>
      </w:r>
      <w:r w:rsidRPr="0064696A">
        <w:rPr>
          <w:sz w:val="30"/>
          <w:szCs w:val="30"/>
          <w:rtl/>
        </w:rPr>
        <w:t xml:space="preserve"> ورفع الأداء العام للمنظمة</w:t>
      </w:r>
      <w:r w:rsidR="00A5297B" w:rsidRPr="0064696A">
        <w:rPr>
          <w:sz w:val="30"/>
          <w:szCs w:val="30"/>
          <w:rtl/>
          <w:cs w:val="0"/>
        </w:rPr>
        <w:t>.</w:t>
      </w:r>
      <w:r w:rsidRPr="0064696A">
        <w:rPr>
          <w:sz w:val="30"/>
          <w:szCs w:val="30"/>
          <w:rtl/>
        </w:rPr>
        <w:t xml:space="preserve"> ‏(OECD, 2001)‏</w:t>
      </w:r>
    </w:p>
    <w:p w14:paraId="3C3895DF" w14:textId="0E72F46B" w:rsidR="00B67E89" w:rsidRPr="0064696A" w:rsidRDefault="00B67E89" w:rsidP="00785C0A">
      <w:pPr>
        <w:spacing w:line="276" w:lineRule="auto"/>
        <w:ind w:firstLine="397"/>
        <w:jc w:val="both"/>
        <w:rPr>
          <w:sz w:val="30"/>
          <w:szCs w:val="30"/>
        </w:rPr>
      </w:pPr>
      <w:r w:rsidRPr="0064696A">
        <w:rPr>
          <w:sz w:val="30"/>
          <w:szCs w:val="30"/>
          <w:rtl/>
        </w:rPr>
        <w:t>لا تحقق هذه الأهداف أثرها إذا عولجت الإنتاجية كموضوع منفصل عن أداء العاملين</w:t>
      </w:r>
      <w:r w:rsidR="00A5297B" w:rsidRPr="0064696A">
        <w:rPr>
          <w:sz w:val="30"/>
          <w:szCs w:val="30"/>
          <w:rtl/>
          <w:cs w:val="0"/>
        </w:rPr>
        <w:t>.</w:t>
      </w:r>
      <w:r w:rsidRPr="0064696A">
        <w:rPr>
          <w:sz w:val="30"/>
          <w:szCs w:val="30"/>
          <w:rtl/>
        </w:rPr>
        <w:t xml:space="preserve"> الإنتاجية نتيجة لسلوك يومي داخل العمل</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تحتاج إلى إدارة أداء واضحة تضبط </w:t>
      </w:r>
      <w:proofErr w:type="gramStart"/>
      <w:r w:rsidRPr="0064696A">
        <w:rPr>
          <w:sz w:val="30"/>
          <w:szCs w:val="30"/>
          <w:rtl/>
        </w:rPr>
        <w:t>الأهداف</w:t>
      </w:r>
      <w:proofErr w:type="gramEnd"/>
      <w:r w:rsidRPr="0064696A">
        <w:rPr>
          <w:sz w:val="30"/>
          <w:szCs w:val="30"/>
          <w:rtl/>
        </w:rPr>
        <w:t xml:space="preserve"> والمتابعة والتقييم والتطوير</w:t>
      </w:r>
      <w:r w:rsidR="00A5297B" w:rsidRPr="0064696A">
        <w:rPr>
          <w:sz w:val="30"/>
          <w:szCs w:val="30"/>
          <w:rtl/>
          <w:cs w:val="0"/>
        </w:rPr>
        <w:t>.</w:t>
      </w:r>
      <w:r w:rsidRPr="0064696A">
        <w:rPr>
          <w:sz w:val="30"/>
          <w:szCs w:val="30"/>
          <w:rtl/>
        </w:rPr>
        <w:t xml:space="preserve"> ‏(OECD, 2001)‏</w:t>
      </w:r>
    </w:p>
    <w:p w14:paraId="61DA6E2B" w14:textId="4FE336E6" w:rsidR="00B67E89" w:rsidRPr="004B1822" w:rsidRDefault="004B1822" w:rsidP="00785C0A">
      <w:pPr>
        <w:pStyle w:val="Heading3"/>
        <w:spacing w:line="276" w:lineRule="auto"/>
        <w:jc w:val="both"/>
      </w:pPr>
      <w:bookmarkStart w:id="702" w:name="_Toc233582881"/>
      <w:bookmarkStart w:id="703" w:name="_Toc233583048"/>
      <w:bookmarkStart w:id="704" w:name="_Toc233584681"/>
      <w:bookmarkStart w:id="705" w:name="_Toc233585053"/>
      <w:bookmarkStart w:id="706" w:name="_Toc233585179"/>
      <w:bookmarkStart w:id="707" w:name="_Toc233585320"/>
      <w:bookmarkStart w:id="708" w:name="_Toc233585650"/>
      <w:bookmarkStart w:id="709" w:name="_Toc233585806"/>
      <w:bookmarkStart w:id="710" w:name="_Toc233585932"/>
      <w:bookmarkStart w:id="711" w:name="_Toc233586061"/>
      <w:bookmarkStart w:id="712" w:name="_Toc233586839"/>
      <w:bookmarkStart w:id="713" w:name="_Toc233586974"/>
      <w:bookmarkStart w:id="714" w:name="_Toc233587115"/>
      <w:bookmarkStart w:id="715" w:name="_Toc233587274"/>
      <w:bookmarkStart w:id="716" w:name="_Toc233587652"/>
      <w:r w:rsidRPr="004B1822">
        <w:rPr>
          <w:rtl/>
        </w:rPr>
        <w:t>عناصر الإنتاجية</w:t>
      </w:r>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13C13F84" w14:textId="3289F8AE" w:rsidR="00B67E89" w:rsidRPr="0064696A" w:rsidRDefault="00B67E89" w:rsidP="00785C0A">
      <w:pPr>
        <w:spacing w:line="276" w:lineRule="auto"/>
        <w:ind w:firstLine="397"/>
        <w:jc w:val="both"/>
        <w:rPr>
          <w:sz w:val="30"/>
          <w:szCs w:val="30"/>
        </w:rPr>
      </w:pPr>
      <w:r w:rsidRPr="0064696A">
        <w:rPr>
          <w:sz w:val="30"/>
          <w:szCs w:val="30"/>
          <w:rtl/>
        </w:rPr>
        <w:t>تتكون الإنتاجية من مجموعة عناصر مترابطة</w:t>
      </w:r>
      <w:r w:rsidR="00A5297B" w:rsidRPr="0064696A">
        <w:rPr>
          <w:sz w:val="30"/>
          <w:szCs w:val="30"/>
          <w:rtl/>
          <w:cs w:val="0"/>
        </w:rPr>
        <w:t>.</w:t>
      </w:r>
      <w:r w:rsidRPr="0064696A">
        <w:rPr>
          <w:sz w:val="30"/>
          <w:szCs w:val="30"/>
          <w:rtl/>
        </w:rPr>
        <w:t xml:space="preserve"> تشمل أهم هذه العناصر العمل البشري</w:t>
      </w:r>
      <w:r w:rsidR="00A5297B" w:rsidRPr="0064696A">
        <w:rPr>
          <w:sz w:val="30"/>
          <w:szCs w:val="30"/>
          <w:rtl/>
          <w:cs w:val="0"/>
        </w:rPr>
        <w:t>،</w:t>
      </w:r>
      <w:r w:rsidRPr="0064696A">
        <w:rPr>
          <w:sz w:val="30"/>
          <w:szCs w:val="30"/>
          <w:rtl/>
        </w:rPr>
        <w:t xml:space="preserve"> والوقت</w:t>
      </w:r>
      <w:r w:rsidR="00A5297B" w:rsidRPr="0064696A">
        <w:rPr>
          <w:sz w:val="30"/>
          <w:szCs w:val="30"/>
          <w:rtl/>
          <w:cs w:val="0"/>
        </w:rPr>
        <w:t>،</w:t>
      </w:r>
      <w:r w:rsidRPr="0064696A">
        <w:rPr>
          <w:sz w:val="30"/>
          <w:szCs w:val="30"/>
          <w:rtl/>
        </w:rPr>
        <w:t xml:space="preserve"> والمواد</w:t>
      </w:r>
      <w:r w:rsidR="00A5297B" w:rsidRPr="0064696A">
        <w:rPr>
          <w:sz w:val="30"/>
          <w:szCs w:val="30"/>
          <w:rtl/>
          <w:cs w:val="0"/>
        </w:rPr>
        <w:t>،</w:t>
      </w:r>
      <w:r w:rsidRPr="0064696A">
        <w:rPr>
          <w:sz w:val="30"/>
          <w:szCs w:val="30"/>
          <w:rtl/>
        </w:rPr>
        <w:t xml:space="preserve"> والمعدات</w:t>
      </w:r>
      <w:r w:rsidR="00A5297B" w:rsidRPr="0064696A">
        <w:rPr>
          <w:sz w:val="30"/>
          <w:szCs w:val="30"/>
          <w:rtl/>
          <w:cs w:val="0"/>
        </w:rPr>
        <w:t>،</w:t>
      </w:r>
      <w:r w:rsidRPr="0064696A">
        <w:rPr>
          <w:sz w:val="30"/>
          <w:szCs w:val="30"/>
          <w:rtl/>
        </w:rPr>
        <w:t xml:space="preserve"> والإجراءات</w:t>
      </w:r>
      <w:r w:rsidR="00A5297B" w:rsidRPr="0064696A">
        <w:rPr>
          <w:sz w:val="30"/>
          <w:szCs w:val="30"/>
          <w:rtl/>
          <w:cs w:val="0"/>
        </w:rPr>
        <w:t>،</w:t>
      </w:r>
      <w:r w:rsidRPr="0064696A">
        <w:rPr>
          <w:sz w:val="30"/>
          <w:szCs w:val="30"/>
          <w:rtl/>
        </w:rPr>
        <w:t xml:space="preserve"> والجودة</w:t>
      </w:r>
      <w:r w:rsidR="00A5297B" w:rsidRPr="0064696A">
        <w:rPr>
          <w:sz w:val="30"/>
          <w:szCs w:val="30"/>
          <w:rtl/>
          <w:cs w:val="0"/>
        </w:rPr>
        <w:t>،</w:t>
      </w:r>
      <w:r w:rsidRPr="0064696A">
        <w:rPr>
          <w:sz w:val="30"/>
          <w:szCs w:val="30"/>
          <w:rtl/>
        </w:rPr>
        <w:t xml:space="preserve"> </w:t>
      </w:r>
      <w:proofErr w:type="gramStart"/>
      <w:r w:rsidRPr="0064696A">
        <w:rPr>
          <w:sz w:val="30"/>
          <w:szCs w:val="30"/>
          <w:rtl/>
        </w:rPr>
        <w:t>والإدارة</w:t>
      </w:r>
      <w:proofErr w:type="gramEnd"/>
      <w:r w:rsidRPr="0064696A">
        <w:rPr>
          <w:sz w:val="30"/>
          <w:szCs w:val="30"/>
          <w:rtl/>
        </w:rPr>
        <w:t xml:space="preserve"> والإشراف</w:t>
      </w:r>
      <w:r w:rsidR="00A5297B" w:rsidRPr="0064696A">
        <w:rPr>
          <w:sz w:val="30"/>
          <w:szCs w:val="30"/>
          <w:rtl/>
          <w:cs w:val="0"/>
        </w:rPr>
        <w:t>.</w:t>
      </w:r>
      <w:r w:rsidRPr="0064696A">
        <w:rPr>
          <w:sz w:val="30"/>
          <w:szCs w:val="30"/>
          <w:rtl/>
        </w:rPr>
        <w:t xml:space="preserve"> ‏(</w:t>
      </w:r>
      <w:proofErr w:type="spellStart"/>
      <w:r w:rsidRPr="0064696A">
        <w:rPr>
          <w:sz w:val="30"/>
          <w:szCs w:val="30"/>
          <w:rtl/>
        </w:rPr>
        <w:t>Stevenson</w:t>
      </w:r>
      <w:proofErr w:type="spellEnd"/>
      <w:r w:rsidRPr="0064696A">
        <w:rPr>
          <w:sz w:val="30"/>
          <w:szCs w:val="30"/>
          <w:rtl/>
        </w:rPr>
        <w:t>, 2021)‏</w:t>
      </w:r>
    </w:p>
    <w:p w14:paraId="77AE60E6" w14:textId="29513C03" w:rsidR="00B67E89" w:rsidRPr="0064696A" w:rsidRDefault="00B67E89" w:rsidP="00785C0A">
      <w:pPr>
        <w:spacing w:line="276" w:lineRule="auto"/>
        <w:ind w:firstLine="397"/>
        <w:jc w:val="both"/>
        <w:rPr>
          <w:sz w:val="30"/>
          <w:szCs w:val="30"/>
        </w:rPr>
      </w:pPr>
      <w:r w:rsidRPr="0064696A">
        <w:rPr>
          <w:sz w:val="30"/>
          <w:szCs w:val="30"/>
          <w:rtl/>
        </w:rPr>
        <w:t>يشمل العمل البشري مهارات العاملين</w:t>
      </w:r>
      <w:r w:rsidR="00A5297B" w:rsidRPr="0064696A">
        <w:rPr>
          <w:sz w:val="30"/>
          <w:szCs w:val="30"/>
          <w:rtl/>
          <w:cs w:val="0"/>
        </w:rPr>
        <w:t>،</w:t>
      </w:r>
      <w:r w:rsidRPr="0064696A">
        <w:rPr>
          <w:sz w:val="30"/>
          <w:szCs w:val="30"/>
          <w:rtl/>
        </w:rPr>
        <w:t xml:space="preserve"> وخبراتهم</w:t>
      </w:r>
      <w:r w:rsidR="00A5297B" w:rsidRPr="0064696A">
        <w:rPr>
          <w:sz w:val="30"/>
          <w:szCs w:val="30"/>
          <w:rtl/>
          <w:cs w:val="0"/>
        </w:rPr>
        <w:t>،</w:t>
      </w:r>
      <w:r w:rsidRPr="0064696A">
        <w:rPr>
          <w:sz w:val="30"/>
          <w:szCs w:val="30"/>
          <w:rtl/>
        </w:rPr>
        <w:t xml:space="preserve"> والتزامهم</w:t>
      </w:r>
      <w:r w:rsidR="00A5297B" w:rsidRPr="0064696A">
        <w:rPr>
          <w:sz w:val="30"/>
          <w:szCs w:val="30"/>
          <w:rtl/>
          <w:cs w:val="0"/>
        </w:rPr>
        <w:t>،</w:t>
      </w:r>
      <w:r w:rsidRPr="0064696A">
        <w:rPr>
          <w:sz w:val="30"/>
          <w:szCs w:val="30"/>
          <w:rtl/>
        </w:rPr>
        <w:t xml:space="preserve"> ودافعيتهم</w:t>
      </w:r>
      <w:r w:rsidR="00A5297B" w:rsidRPr="0064696A">
        <w:rPr>
          <w:sz w:val="30"/>
          <w:szCs w:val="30"/>
          <w:rtl/>
          <w:cs w:val="0"/>
        </w:rPr>
        <w:t>،</w:t>
      </w:r>
      <w:r w:rsidRPr="0064696A">
        <w:rPr>
          <w:sz w:val="30"/>
          <w:szCs w:val="30"/>
          <w:rtl/>
        </w:rPr>
        <w:t xml:space="preserve"> وقدرتهم على تنفيذ المهام</w:t>
      </w:r>
      <w:r w:rsidR="00A5297B" w:rsidRPr="0064696A">
        <w:rPr>
          <w:sz w:val="30"/>
          <w:szCs w:val="30"/>
          <w:rtl/>
          <w:cs w:val="0"/>
        </w:rPr>
        <w:t>.</w:t>
      </w:r>
      <w:r w:rsidRPr="0064696A">
        <w:rPr>
          <w:sz w:val="30"/>
          <w:szCs w:val="30"/>
          <w:rtl/>
        </w:rPr>
        <w:t xml:space="preserve"> يعد العمل البشري عنصرا أساسيا</w:t>
      </w:r>
      <w:r w:rsidR="00A5297B" w:rsidRPr="0064696A">
        <w:rPr>
          <w:sz w:val="30"/>
          <w:szCs w:val="30"/>
          <w:rtl/>
          <w:cs w:val="0"/>
        </w:rPr>
        <w:t>،</w:t>
      </w:r>
      <w:r w:rsidRPr="0064696A">
        <w:rPr>
          <w:sz w:val="30"/>
          <w:szCs w:val="30"/>
          <w:rtl/>
        </w:rPr>
        <w:t xml:space="preserve"> لأن العامل هو من يشغل العمليات ويتعامل مع الأخطاء ويتخذ قرارات يومية</w:t>
      </w:r>
      <w:r w:rsidR="00A5297B" w:rsidRPr="0064696A">
        <w:rPr>
          <w:sz w:val="30"/>
          <w:szCs w:val="30"/>
          <w:rtl/>
          <w:cs w:val="0"/>
        </w:rPr>
        <w:t>.</w:t>
      </w:r>
      <w:r w:rsidRPr="0064696A">
        <w:rPr>
          <w:sz w:val="30"/>
          <w:szCs w:val="30"/>
          <w:rtl/>
        </w:rPr>
        <w:t xml:space="preserve"> ‏(</w:t>
      </w:r>
      <w:proofErr w:type="spellStart"/>
      <w:r w:rsidRPr="0064696A">
        <w:rPr>
          <w:sz w:val="30"/>
          <w:szCs w:val="30"/>
          <w:rtl/>
        </w:rPr>
        <w:t>Stevenson</w:t>
      </w:r>
      <w:proofErr w:type="spellEnd"/>
      <w:r w:rsidRPr="0064696A">
        <w:rPr>
          <w:sz w:val="30"/>
          <w:szCs w:val="30"/>
          <w:rtl/>
        </w:rPr>
        <w:t>, 2021)‏</w:t>
      </w:r>
    </w:p>
    <w:p w14:paraId="77C84F5D" w14:textId="12C1DDAB" w:rsidR="00B67E89" w:rsidRPr="0064696A" w:rsidRDefault="00B67E89" w:rsidP="00785C0A">
      <w:pPr>
        <w:spacing w:line="276" w:lineRule="auto"/>
        <w:ind w:firstLine="397"/>
        <w:jc w:val="both"/>
        <w:rPr>
          <w:sz w:val="30"/>
          <w:szCs w:val="30"/>
        </w:rPr>
      </w:pPr>
      <w:r w:rsidRPr="0064696A">
        <w:rPr>
          <w:sz w:val="30"/>
          <w:szCs w:val="30"/>
          <w:rtl/>
        </w:rPr>
        <w:t>يمثل الوقت موردا مهما في الإنتاج</w:t>
      </w:r>
      <w:r w:rsidR="00A5297B" w:rsidRPr="0064696A">
        <w:rPr>
          <w:sz w:val="30"/>
          <w:szCs w:val="30"/>
          <w:rtl/>
          <w:cs w:val="0"/>
        </w:rPr>
        <w:t>.</w:t>
      </w:r>
      <w:r w:rsidRPr="0064696A">
        <w:rPr>
          <w:sz w:val="30"/>
          <w:szCs w:val="30"/>
          <w:rtl/>
        </w:rPr>
        <w:t xml:space="preserve"> التأخير</w:t>
      </w:r>
      <w:r w:rsidR="00A5297B" w:rsidRPr="0064696A">
        <w:rPr>
          <w:sz w:val="30"/>
          <w:szCs w:val="30"/>
          <w:rtl/>
          <w:cs w:val="0"/>
        </w:rPr>
        <w:t>،</w:t>
      </w:r>
      <w:r w:rsidRPr="0064696A">
        <w:rPr>
          <w:sz w:val="30"/>
          <w:szCs w:val="30"/>
          <w:rtl/>
        </w:rPr>
        <w:t xml:space="preserve"> والانتظار</w:t>
      </w:r>
      <w:r w:rsidR="00A5297B" w:rsidRPr="0064696A">
        <w:rPr>
          <w:sz w:val="30"/>
          <w:szCs w:val="30"/>
          <w:rtl/>
          <w:cs w:val="0"/>
        </w:rPr>
        <w:t>،</w:t>
      </w:r>
      <w:r w:rsidRPr="0064696A">
        <w:rPr>
          <w:sz w:val="30"/>
          <w:szCs w:val="30"/>
          <w:rtl/>
        </w:rPr>
        <w:t xml:space="preserve"> والتوقف غير المخطط</w:t>
      </w:r>
      <w:r w:rsidR="00A5297B" w:rsidRPr="0064696A">
        <w:rPr>
          <w:sz w:val="30"/>
          <w:szCs w:val="30"/>
          <w:rtl/>
          <w:cs w:val="0"/>
        </w:rPr>
        <w:t>،</w:t>
      </w:r>
      <w:r w:rsidRPr="0064696A">
        <w:rPr>
          <w:sz w:val="30"/>
          <w:szCs w:val="30"/>
          <w:rtl/>
        </w:rPr>
        <w:t xml:space="preserve"> كلها عوامل تخفض الإنتاجية</w:t>
      </w:r>
      <w:r w:rsidR="00A5297B" w:rsidRPr="0064696A">
        <w:rPr>
          <w:sz w:val="30"/>
          <w:szCs w:val="30"/>
          <w:rtl/>
          <w:cs w:val="0"/>
        </w:rPr>
        <w:t>.</w:t>
      </w:r>
      <w:r w:rsidRPr="0064696A">
        <w:rPr>
          <w:sz w:val="30"/>
          <w:szCs w:val="30"/>
          <w:rtl/>
        </w:rPr>
        <w:t xml:space="preserve"> وتشمل المواد الخام والتعبئة والتغليف</w:t>
      </w:r>
      <w:r w:rsidR="00A5297B" w:rsidRPr="0064696A">
        <w:rPr>
          <w:sz w:val="30"/>
          <w:szCs w:val="30"/>
          <w:rtl/>
          <w:cs w:val="0"/>
        </w:rPr>
        <w:t>.</w:t>
      </w:r>
      <w:r w:rsidRPr="0064696A">
        <w:rPr>
          <w:sz w:val="30"/>
          <w:szCs w:val="30"/>
          <w:rtl/>
        </w:rPr>
        <w:t xml:space="preserve"> كل هدر في المواد يؤثر في تكلفة الإنتاج</w:t>
      </w:r>
      <w:r w:rsidR="00A5297B" w:rsidRPr="0064696A">
        <w:rPr>
          <w:sz w:val="30"/>
          <w:szCs w:val="30"/>
          <w:rtl/>
          <w:cs w:val="0"/>
        </w:rPr>
        <w:t>.</w:t>
      </w:r>
      <w:r w:rsidRPr="0064696A">
        <w:rPr>
          <w:sz w:val="30"/>
          <w:szCs w:val="30"/>
          <w:rtl/>
        </w:rPr>
        <w:t xml:space="preserve"> ‏(</w:t>
      </w:r>
      <w:proofErr w:type="spellStart"/>
      <w:r w:rsidRPr="0064696A">
        <w:rPr>
          <w:sz w:val="30"/>
          <w:szCs w:val="30"/>
          <w:rtl/>
        </w:rPr>
        <w:t>Stevenson</w:t>
      </w:r>
      <w:proofErr w:type="spellEnd"/>
      <w:r w:rsidRPr="0064696A">
        <w:rPr>
          <w:sz w:val="30"/>
          <w:szCs w:val="30"/>
          <w:rtl/>
        </w:rPr>
        <w:t>, 2021)‏</w:t>
      </w:r>
    </w:p>
    <w:p w14:paraId="5A998DB5" w14:textId="0B0E2549" w:rsidR="00B67E89" w:rsidRPr="0064696A" w:rsidRDefault="00B67E89" w:rsidP="00785C0A">
      <w:pPr>
        <w:spacing w:line="276" w:lineRule="auto"/>
        <w:ind w:firstLine="397"/>
        <w:jc w:val="both"/>
        <w:rPr>
          <w:sz w:val="30"/>
          <w:szCs w:val="30"/>
        </w:rPr>
      </w:pPr>
      <w:r w:rsidRPr="0064696A">
        <w:rPr>
          <w:sz w:val="30"/>
          <w:szCs w:val="30"/>
          <w:rtl/>
        </w:rPr>
        <w:t>تؤثر كفاءة المعدات في كمية الإنتاج وجودته</w:t>
      </w:r>
      <w:r w:rsidR="00A5297B" w:rsidRPr="0064696A">
        <w:rPr>
          <w:sz w:val="30"/>
          <w:szCs w:val="30"/>
          <w:rtl/>
          <w:cs w:val="0"/>
        </w:rPr>
        <w:t>.</w:t>
      </w:r>
      <w:r w:rsidRPr="0064696A">
        <w:rPr>
          <w:sz w:val="30"/>
          <w:szCs w:val="30"/>
          <w:rtl/>
        </w:rPr>
        <w:t xml:space="preserve"> لكن المعدات لا تعطي نتائج جيدة دون عامل مدرب وإجراءات تشغيل واضحة</w:t>
      </w:r>
      <w:r w:rsidR="00A5297B" w:rsidRPr="0064696A">
        <w:rPr>
          <w:sz w:val="30"/>
          <w:szCs w:val="30"/>
          <w:rtl/>
          <w:cs w:val="0"/>
        </w:rPr>
        <w:t>.</w:t>
      </w:r>
      <w:r w:rsidRPr="0064696A">
        <w:rPr>
          <w:sz w:val="30"/>
          <w:szCs w:val="30"/>
          <w:rtl/>
        </w:rPr>
        <w:t xml:space="preserve"> وتشمل الإجراءات طريقة تنفيذ العمل</w:t>
      </w:r>
      <w:r w:rsidR="00A5297B" w:rsidRPr="0064696A">
        <w:rPr>
          <w:sz w:val="30"/>
          <w:szCs w:val="30"/>
          <w:rtl/>
          <w:cs w:val="0"/>
        </w:rPr>
        <w:t>،</w:t>
      </w:r>
      <w:r w:rsidRPr="0064696A">
        <w:rPr>
          <w:sz w:val="30"/>
          <w:szCs w:val="30"/>
          <w:rtl/>
        </w:rPr>
        <w:t xml:space="preserve"> وتسلسل الخطوات</w:t>
      </w:r>
      <w:r w:rsidR="00A5297B" w:rsidRPr="0064696A">
        <w:rPr>
          <w:sz w:val="30"/>
          <w:szCs w:val="30"/>
          <w:rtl/>
          <w:cs w:val="0"/>
        </w:rPr>
        <w:t>،</w:t>
      </w:r>
      <w:r w:rsidRPr="0064696A">
        <w:rPr>
          <w:sz w:val="30"/>
          <w:szCs w:val="30"/>
          <w:rtl/>
        </w:rPr>
        <w:t xml:space="preserve"> ومعايير الجودة</w:t>
      </w:r>
      <w:r w:rsidR="00A5297B" w:rsidRPr="0064696A">
        <w:rPr>
          <w:sz w:val="30"/>
          <w:szCs w:val="30"/>
          <w:rtl/>
          <w:cs w:val="0"/>
        </w:rPr>
        <w:t>.</w:t>
      </w:r>
      <w:r w:rsidRPr="0064696A">
        <w:rPr>
          <w:sz w:val="30"/>
          <w:szCs w:val="30"/>
          <w:rtl/>
        </w:rPr>
        <w:t xml:space="preserve"> الإجراءات غير الواضحة تزيد الأخطاء</w:t>
      </w:r>
      <w:r w:rsidR="00A5297B" w:rsidRPr="0064696A">
        <w:rPr>
          <w:sz w:val="30"/>
          <w:szCs w:val="30"/>
          <w:rtl/>
          <w:cs w:val="0"/>
        </w:rPr>
        <w:t>.</w:t>
      </w:r>
      <w:r w:rsidRPr="0064696A">
        <w:rPr>
          <w:sz w:val="30"/>
          <w:szCs w:val="30"/>
          <w:rtl/>
        </w:rPr>
        <w:t xml:space="preserve"> ‏(</w:t>
      </w:r>
      <w:proofErr w:type="spellStart"/>
      <w:r w:rsidRPr="0064696A">
        <w:rPr>
          <w:sz w:val="30"/>
          <w:szCs w:val="30"/>
          <w:rtl/>
        </w:rPr>
        <w:t>Stevenson</w:t>
      </w:r>
      <w:proofErr w:type="spellEnd"/>
      <w:r w:rsidRPr="0064696A">
        <w:rPr>
          <w:sz w:val="30"/>
          <w:szCs w:val="30"/>
          <w:rtl/>
        </w:rPr>
        <w:t>, 2021)‏</w:t>
      </w:r>
    </w:p>
    <w:p w14:paraId="0A181FB9" w14:textId="664162C0" w:rsidR="00B67E89" w:rsidRPr="00B06E30" w:rsidRDefault="00B67E89" w:rsidP="00B06E30">
      <w:pPr>
        <w:spacing w:line="276" w:lineRule="auto"/>
        <w:ind w:firstLine="397"/>
        <w:jc w:val="both"/>
        <w:rPr>
          <w:sz w:val="30"/>
          <w:szCs w:val="30"/>
        </w:rPr>
      </w:pPr>
      <w:r w:rsidRPr="0064696A">
        <w:rPr>
          <w:sz w:val="30"/>
          <w:szCs w:val="30"/>
          <w:rtl/>
        </w:rPr>
        <w:lastRenderedPageBreak/>
        <w:t>تمثل الجودة عنصرا مركزيا في الإنتاجية</w:t>
      </w:r>
      <w:r w:rsidR="00A5297B" w:rsidRPr="0064696A">
        <w:rPr>
          <w:sz w:val="30"/>
          <w:szCs w:val="30"/>
          <w:rtl/>
          <w:cs w:val="0"/>
        </w:rPr>
        <w:t>.</w:t>
      </w:r>
      <w:r w:rsidRPr="0064696A">
        <w:rPr>
          <w:sz w:val="30"/>
          <w:szCs w:val="30"/>
          <w:rtl/>
        </w:rPr>
        <w:t xml:space="preserve"> المنتج المعيب يستهلك وقتا ومواد دون أن يحقق قيمة</w:t>
      </w:r>
      <w:r w:rsidR="00A5297B" w:rsidRPr="0064696A">
        <w:rPr>
          <w:sz w:val="30"/>
          <w:szCs w:val="30"/>
          <w:rtl/>
          <w:cs w:val="0"/>
        </w:rPr>
        <w:t>.</w:t>
      </w:r>
      <w:r w:rsidRPr="0064696A">
        <w:rPr>
          <w:sz w:val="30"/>
          <w:szCs w:val="30"/>
          <w:rtl/>
        </w:rPr>
        <w:t xml:space="preserve"> كما يقود الإشراف العمل اليومي</w:t>
      </w:r>
      <w:r w:rsidR="00A5297B" w:rsidRPr="0064696A">
        <w:rPr>
          <w:sz w:val="30"/>
          <w:szCs w:val="30"/>
          <w:rtl/>
          <w:cs w:val="0"/>
        </w:rPr>
        <w:t>.</w:t>
      </w:r>
      <w:r w:rsidRPr="0064696A">
        <w:rPr>
          <w:sz w:val="30"/>
          <w:szCs w:val="30"/>
          <w:rtl/>
        </w:rPr>
        <w:t xml:space="preserve"> المشرف الجيد يوضح الهدف</w:t>
      </w:r>
      <w:r w:rsidR="00A5297B" w:rsidRPr="0064696A">
        <w:rPr>
          <w:sz w:val="30"/>
          <w:szCs w:val="30"/>
          <w:rtl/>
          <w:cs w:val="0"/>
        </w:rPr>
        <w:t>،</w:t>
      </w:r>
      <w:r w:rsidRPr="0064696A">
        <w:rPr>
          <w:sz w:val="30"/>
          <w:szCs w:val="30"/>
          <w:rtl/>
        </w:rPr>
        <w:t xml:space="preserve"> ويتابع التنفيذ</w:t>
      </w:r>
      <w:r w:rsidR="00A5297B" w:rsidRPr="0064696A">
        <w:rPr>
          <w:sz w:val="30"/>
          <w:szCs w:val="30"/>
          <w:rtl/>
          <w:cs w:val="0"/>
        </w:rPr>
        <w:t>،</w:t>
      </w:r>
      <w:r w:rsidRPr="0064696A">
        <w:rPr>
          <w:sz w:val="30"/>
          <w:szCs w:val="30"/>
          <w:rtl/>
        </w:rPr>
        <w:t xml:space="preserve"> ويصحح الأخطاء</w:t>
      </w:r>
      <w:r w:rsidR="00A5297B" w:rsidRPr="0064696A">
        <w:rPr>
          <w:sz w:val="30"/>
          <w:szCs w:val="30"/>
          <w:rtl/>
          <w:cs w:val="0"/>
        </w:rPr>
        <w:t>،</w:t>
      </w:r>
      <w:r w:rsidRPr="0064696A">
        <w:rPr>
          <w:sz w:val="30"/>
          <w:szCs w:val="30"/>
          <w:rtl/>
        </w:rPr>
        <w:t xml:space="preserve"> ويدعم العاملين</w:t>
      </w:r>
      <w:r w:rsidR="00A5297B" w:rsidRPr="0064696A">
        <w:rPr>
          <w:sz w:val="30"/>
          <w:szCs w:val="30"/>
          <w:rtl/>
          <w:cs w:val="0"/>
        </w:rPr>
        <w:t>.</w:t>
      </w:r>
      <w:r w:rsidRPr="0064696A">
        <w:rPr>
          <w:sz w:val="30"/>
          <w:szCs w:val="30"/>
          <w:rtl/>
        </w:rPr>
        <w:t xml:space="preserve"> ‏(</w:t>
      </w:r>
      <w:proofErr w:type="spellStart"/>
      <w:r w:rsidRPr="0064696A">
        <w:rPr>
          <w:sz w:val="30"/>
          <w:szCs w:val="30"/>
          <w:rtl/>
        </w:rPr>
        <w:t>Stevenson</w:t>
      </w:r>
      <w:proofErr w:type="spellEnd"/>
      <w:r w:rsidRPr="0064696A">
        <w:rPr>
          <w:sz w:val="30"/>
          <w:szCs w:val="30"/>
          <w:rtl/>
        </w:rPr>
        <w:t>, 2021)‏</w:t>
      </w:r>
    </w:p>
    <w:p w14:paraId="494C8130" w14:textId="409D64AB" w:rsidR="00B67E89" w:rsidRDefault="00B67E89" w:rsidP="00785C0A">
      <w:pPr>
        <w:pStyle w:val="Caption"/>
      </w:pPr>
      <w:bookmarkStart w:id="717" w:name="_Toc233588180"/>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486132">
        <w:rPr>
          <w:noProof/>
          <w:rtl/>
        </w:rPr>
        <w:t>7</w:t>
      </w:r>
      <w:r>
        <w:rPr>
          <w:rtl/>
          <w:cs/>
        </w:rPr>
        <w:fldChar w:fldCharType="end"/>
      </w:r>
      <w:r>
        <w:rPr>
          <w:rFonts w:hint="cs"/>
          <w:rtl/>
        </w:rPr>
        <w:t xml:space="preserve"> </w:t>
      </w:r>
      <w:r w:rsidRPr="00FB51A0">
        <w:rPr>
          <w:rFonts w:hint="eastAsia"/>
          <w:rtl/>
        </w:rPr>
        <w:t>عناصر</w:t>
      </w:r>
      <w:r w:rsidRPr="00FB51A0">
        <w:rPr>
          <w:rtl/>
        </w:rPr>
        <w:t xml:space="preserve"> </w:t>
      </w:r>
      <w:r w:rsidRPr="00FB51A0">
        <w:rPr>
          <w:rFonts w:hint="eastAsia"/>
          <w:rtl/>
        </w:rPr>
        <w:t>الإنتاجية</w:t>
      </w:r>
      <w:bookmarkEnd w:id="717"/>
    </w:p>
    <w:tbl>
      <w:tblPr>
        <w:tblStyle w:val="GridTable4-Accent1"/>
        <w:bidiVisual/>
        <w:tblW w:w="0" w:type="auto"/>
        <w:tblInd w:w="5" w:type="dxa"/>
        <w:tblLook w:val="04A0" w:firstRow="1" w:lastRow="0" w:firstColumn="1" w:lastColumn="0" w:noHBand="0" w:noVBand="1"/>
      </w:tblPr>
      <w:tblGrid>
        <w:gridCol w:w="2268"/>
        <w:gridCol w:w="2835"/>
        <w:gridCol w:w="2835"/>
      </w:tblGrid>
      <w:tr w:rsidR="00B67E89" w14:paraId="601399FE" w14:textId="77777777" w:rsidTr="00B67E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1AA782D9" w14:textId="77777777" w:rsidR="00B67E89" w:rsidRDefault="00B67E89" w:rsidP="00785C0A">
            <w:pPr>
              <w:spacing w:line="276" w:lineRule="auto"/>
              <w:jc w:val="both"/>
            </w:pPr>
            <w:r>
              <w:rPr>
                <w:b w:val="0"/>
                <w:color w:val="FFFFFF"/>
                <w:rtl/>
              </w:rPr>
              <w:t>العنصر</w:t>
            </w:r>
          </w:p>
        </w:tc>
        <w:tc>
          <w:tcPr>
            <w:tcW w:w="2835" w:type="dxa"/>
          </w:tcPr>
          <w:p w14:paraId="27538DA9" w14:textId="77777777" w:rsidR="00B67E89" w:rsidRDefault="00B67E89" w:rsidP="00785C0A">
            <w:pPr>
              <w:spacing w:line="276" w:lineRule="auto"/>
              <w:jc w:val="both"/>
              <w:cnfStyle w:val="100000000000" w:firstRow="1" w:lastRow="0" w:firstColumn="0" w:lastColumn="0" w:oddVBand="0" w:evenVBand="0" w:oddHBand="0" w:evenHBand="0" w:firstRowFirstColumn="0" w:firstRowLastColumn="0" w:lastRowFirstColumn="0" w:lastRowLastColumn="0"/>
            </w:pPr>
            <w:r>
              <w:rPr>
                <w:b w:val="0"/>
                <w:color w:val="FFFFFF"/>
                <w:rtl/>
              </w:rPr>
              <w:t>معناه</w:t>
            </w:r>
          </w:p>
        </w:tc>
        <w:tc>
          <w:tcPr>
            <w:tcW w:w="2835" w:type="dxa"/>
          </w:tcPr>
          <w:p w14:paraId="4B6E432B" w14:textId="77777777" w:rsidR="00B67E89" w:rsidRDefault="00B67E89" w:rsidP="00785C0A">
            <w:pPr>
              <w:spacing w:line="276" w:lineRule="auto"/>
              <w:jc w:val="both"/>
              <w:cnfStyle w:val="100000000000" w:firstRow="1" w:lastRow="0" w:firstColumn="0" w:lastColumn="0" w:oddVBand="0" w:evenVBand="0" w:oddHBand="0" w:evenHBand="0" w:firstRowFirstColumn="0" w:firstRowLastColumn="0" w:lastRowFirstColumn="0" w:lastRowLastColumn="0"/>
            </w:pPr>
            <w:r>
              <w:rPr>
                <w:b w:val="0"/>
                <w:color w:val="FFFFFF"/>
                <w:rtl/>
              </w:rPr>
              <w:t>أثره في الإنتاجية</w:t>
            </w:r>
          </w:p>
        </w:tc>
      </w:tr>
      <w:tr w:rsidR="00B67E89" w14:paraId="237A5A57" w14:textId="77777777" w:rsidTr="00B67E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6B078927" w14:textId="77777777" w:rsidR="00B67E89" w:rsidRDefault="00B67E89" w:rsidP="00785C0A">
            <w:pPr>
              <w:spacing w:line="276" w:lineRule="auto"/>
              <w:jc w:val="both"/>
            </w:pPr>
            <w:r>
              <w:rPr>
                <w:b w:val="0"/>
                <w:rtl/>
              </w:rPr>
              <w:t>العمل البشري</w:t>
            </w:r>
          </w:p>
        </w:tc>
        <w:tc>
          <w:tcPr>
            <w:tcW w:w="2835" w:type="dxa"/>
          </w:tcPr>
          <w:p w14:paraId="1B257BE1"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مهارة العامل والتزامه</w:t>
            </w:r>
          </w:p>
        </w:tc>
        <w:tc>
          <w:tcPr>
            <w:tcW w:w="2835" w:type="dxa"/>
          </w:tcPr>
          <w:p w14:paraId="080E30FF"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رفع الإنجاز وتقليل الخطأ</w:t>
            </w:r>
          </w:p>
        </w:tc>
      </w:tr>
      <w:tr w:rsidR="00B67E89" w14:paraId="6F7C117A" w14:textId="77777777" w:rsidTr="00B67E89">
        <w:tc>
          <w:tcPr>
            <w:cnfStyle w:val="001000000000" w:firstRow="0" w:lastRow="0" w:firstColumn="1" w:lastColumn="0" w:oddVBand="0" w:evenVBand="0" w:oddHBand="0" w:evenHBand="0" w:firstRowFirstColumn="0" w:firstRowLastColumn="0" w:lastRowFirstColumn="0" w:lastRowLastColumn="0"/>
            <w:tcW w:w="2268" w:type="dxa"/>
          </w:tcPr>
          <w:p w14:paraId="27E87BD2" w14:textId="77777777" w:rsidR="00B67E89" w:rsidRDefault="00B67E89" w:rsidP="00785C0A">
            <w:pPr>
              <w:spacing w:line="276" w:lineRule="auto"/>
              <w:jc w:val="both"/>
            </w:pPr>
            <w:r>
              <w:rPr>
                <w:b w:val="0"/>
                <w:rtl/>
              </w:rPr>
              <w:t>الوقت</w:t>
            </w:r>
          </w:p>
        </w:tc>
        <w:tc>
          <w:tcPr>
            <w:tcW w:w="2835" w:type="dxa"/>
          </w:tcPr>
          <w:p w14:paraId="1CE2F451"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مدة تنفيذ العمليات</w:t>
            </w:r>
          </w:p>
        </w:tc>
        <w:tc>
          <w:tcPr>
            <w:tcW w:w="2835" w:type="dxa"/>
          </w:tcPr>
          <w:p w14:paraId="49C396C6"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تقليل التأخير وزيادة الإنتاج</w:t>
            </w:r>
          </w:p>
        </w:tc>
      </w:tr>
      <w:tr w:rsidR="00B67E89" w14:paraId="087803F3" w14:textId="77777777" w:rsidTr="00B67E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05B77693" w14:textId="77777777" w:rsidR="00B67E89" w:rsidRDefault="00B67E89" w:rsidP="00785C0A">
            <w:pPr>
              <w:spacing w:line="276" w:lineRule="auto"/>
              <w:jc w:val="both"/>
            </w:pPr>
            <w:r>
              <w:rPr>
                <w:b w:val="0"/>
                <w:rtl/>
              </w:rPr>
              <w:t>المواد</w:t>
            </w:r>
          </w:p>
        </w:tc>
        <w:tc>
          <w:tcPr>
            <w:tcW w:w="2835" w:type="dxa"/>
          </w:tcPr>
          <w:p w14:paraId="6A4CA59D"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الموارد الداخلة في الإنتاج</w:t>
            </w:r>
          </w:p>
        </w:tc>
        <w:tc>
          <w:tcPr>
            <w:tcW w:w="2835" w:type="dxa"/>
          </w:tcPr>
          <w:p w14:paraId="197A6B6D"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خفض الهدر والتكلفة</w:t>
            </w:r>
          </w:p>
        </w:tc>
      </w:tr>
      <w:tr w:rsidR="00B67E89" w14:paraId="3E344059" w14:textId="77777777" w:rsidTr="00B67E89">
        <w:tc>
          <w:tcPr>
            <w:cnfStyle w:val="001000000000" w:firstRow="0" w:lastRow="0" w:firstColumn="1" w:lastColumn="0" w:oddVBand="0" w:evenVBand="0" w:oddHBand="0" w:evenHBand="0" w:firstRowFirstColumn="0" w:firstRowLastColumn="0" w:lastRowFirstColumn="0" w:lastRowLastColumn="0"/>
            <w:tcW w:w="2268" w:type="dxa"/>
          </w:tcPr>
          <w:p w14:paraId="7F3C4276" w14:textId="77777777" w:rsidR="00B67E89" w:rsidRDefault="00B67E89" w:rsidP="00785C0A">
            <w:pPr>
              <w:spacing w:line="276" w:lineRule="auto"/>
              <w:jc w:val="both"/>
            </w:pPr>
            <w:r>
              <w:rPr>
                <w:b w:val="0"/>
                <w:rtl/>
              </w:rPr>
              <w:t>المعدات</w:t>
            </w:r>
          </w:p>
        </w:tc>
        <w:tc>
          <w:tcPr>
            <w:tcW w:w="2835" w:type="dxa"/>
          </w:tcPr>
          <w:p w14:paraId="45CEAA1E"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وسائل التشغيل</w:t>
            </w:r>
          </w:p>
        </w:tc>
        <w:tc>
          <w:tcPr>
            <w:tcW w:w="2835" w:type="dxa"/>
          </w:tcPr>
          <w:p w14:paraId="2461277A"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رفع القدرة التشغيلية</w:t>
            </w:r>
          </w:p>
        </w:tc>
      </w:tr>
      <w:tr w:rsidR="00B67E89" w14:paraId="1848AFE4" w14:textId="77777777" w:rsidTr="00B67E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759565AE" w14:textId="77777777" w:rsidR="00B67E89" w:rsidRDefault="00B67E89" w:rsidP="00785C0A">
            <w:pPr>
              <w:spacing w:line="276" w:lineRule="auto"/>
              <w:jc w:val="both"/>
            </w:pPr>
            <w:r>
              <w:rPr>
                <w:b w:val="0"/>
                <w:rtl/>
              </w:rPr>
              <w:t>الإجراءات</w:t>
            </w:r>
          </w:p>
        </w:tc>
        <w:tc>
          <w:tcPr>
            <w:tcW w:w="2835" w:type="dxa"/>
          </w:tcPr>
          <w:p w14:paraId="7F6AABC2"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خطوات العمل ومعاييره</w:t>
            </w:r>
          </w:p>
        </w:tc>
        <w:tc>
          <w:tcPr>
            <w:tcW w:w="2835" w:type="dxa"/>
          </w:tcPr>
          <w:p w14:paraId="3A4C32E1"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توحيد الأداء وتحسين الجودة</w:t>
            </w:r>
          </w:p>
        </w:tc>
      </w:tr>
      <w:tr w:rsidR="00B67E89" w14:paraId="49AAC0F6" w14:textId="77777777" w:rsidTr="00B67E89">
        <w:tc>
          <w:tcPr>
            <w:cnfStyle w:val="001000000000" w:firstRow="0" w:lastRow="0" w:firstColumn="1" w:lastColumn="0" w:oddVBand="0" w:evenVBand="0" w:oddHBand="0" w:evenHBand="0" w:firstRowFirstColumn="0" w:firstRowLastColumn="0" w:lastRowFirstColumn="0" w:lastRowLastColumn="0"/>
            <w:tcW w:w="2268" w:type="dxa"/>
          </w:tcPr>
          <w:p w14:paraId="3790829D" w14:textId="77777777" w:rsidR="00B67E89" w:rsidRDefault="00B67E89" w:rsidP="00785C0A">
            <w:pPr>
              <w:spacing w:line="276" w:lineRule="auto"/>
              <w:jc w:val="both"/>
            </w:pPr>
            <w:r>
              <w:rPr>
                <w:b w:val="0"/>
                <w:rtl/>
              </w:rPr>
              <w:t>الجودة</w:t>
            </w:r>
          </w:p>
        </w:tc>
        <w:tc>
          <w:tcPr>
            <w:tcW w:w="2835" w:type="dxa"/>
          </w:tcPr>
          <w:p w14:paraId="3DEF9122"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مطابقة المنتج للمعايير</w:t>
            </w:r>
          </w:p>
        </w:tc>
        <w:tc>
          <w:tcPr>
            <w:tcW w:w="2835" w:type="dxa"/>
          </w:tcPr>
          <w:p w14:paraId="2A9FA5DC"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خفض العيوب وإعادة العمل</w:t>
            </w:r>
          </w:p>
        </w:tc>
      </w:tr>
      <w:tr w:rsidR="00B67E89" w14:paraId="5BE5940A" w14:textId="77777777" w:rsidTr="00B67E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36B9879E" w14:textId="77777777" w:rsidR="00B67E89" w:rsidRDefault="00B67E89" w:rsidP="00785C0A">
            <w:pPr>
              <w:spacing w:line="276" w:lineRule="auto"/>
              <w:jc w:val="both"/>
            </w:pPr>
            <w:r>
              <w:rPr>
                <w:b w:val="0"/>
                <w:rtl/>
              </w:rPr>
              <w:t>الإشراف</w:t>
            </w:r>
          </w:p>
        </w:tc>
        <w:tc>
          <w:tcPr>
            <w:tcW w:w="2835" w:type="dxa"/>
          </w:tcPr>
          <w:p w14:paraId="0694819B"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متابعة وتوجيه العمل</w:t>
            </w:r>
          </w:p>
        </w:tc>
        <w:tc>
          <w:tcPr>
            <w:tcW w:w="2835" w:type="dxa"/>
          </w:tcPr>
          <w:p w14:paraId="0A3CDC8C"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تحسين الانضباط والنتائج</w:t>
            </w:r>
          </w:p>
        </w:tc>
      </w:tr>
    </w:tbl>
    <w:p w14:paraId="116D31C8" w14:textId="77777777" w:rsidR="00B67E89" w:rsidRDefault="00B67E89" w:rsidP="00785C0A">
      <w:pPr>
        <w:spacing w:line="276" w:lineRule="auto"/>
        <w:jc w:val="both"/>
      </w:pPr>
    </w:p>
    <w:p w14:paraId="251B7995" w14:textId="4741BD13" w:rsidR="00B67E89" w:rsidRPr="004B1822" w:rsidRDefault="004B1822" w:rsidP="00785C0A">
      <w:pPr>
        <w:pStyle w:val="Heading3"/>
        <w:spacing w:line="276" w:lineRule="auto"/>
        <w:jc w:val="both"/>
      </w:pPr>
      <w:bookmarkStart w:id="718" w:name="_Toc233582882"/>
      <w:bookmarkStart w:id="719" w:name="_Toc233583049"/>
      <w:bookmarkStart w:id="720" w:name="_Toc233584682"/>
      <w:bookmarkStart w:id="721" w:name="_Toc233585054"/>
      <w:bookmarkStart w:id="722" w:name="_Toc233585180"/>
      <w:bookmarkStart w:id="723" w:name="_Toc233585321"/>
      <w:bookmarkStart w:id="724" w:name="_Toc233585651"/>
      <w:bookmarkStart w:id="725" w:name="_Toc233585807"/>
      <w:bookmarkStart w:id="726" w:name="_Toc233585933"/>
      <w:bookmarkStart w:id="727" w:name="_Toc233586062"/>
      <w:bookmarkStart w:id="728" w:name="_Toc233586840"/>
      <w:bookmarkStart w:id="729" w:name="_Toc233586975"/>
      <w:bookmarkStart w:id="730" w:name="_Toc233587116"/>
      <w:bookmarkStart w:id="731" w:name="_Toc233587275"/>
      <w:bookmarkStart w:id="732" w:name="_Toc233587653"/>
      <w:r w:rsidRPr="004B1822">
        <w:rPr>
          <w:rtl/>
        </w:rPr>
        <w:t>العوامل المؤثرة في الإنتاجية</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14:paraId="2A141E40" w14:textId="26FF8F39" w:rsidR="00B67E89" w:rsidRPr="0064696A" w:rsidRDefault="00B67E89" w:rsidP="00785C0A">
      <w:pPr>
        <w:spacing w:line="276" w:lineRule="auto"/>
        <w:ind w:firstLine="397"/>
        <w:jc w:val="both"/>
        <w:rPr>
          <w:sz w:val="30"/>
          <w:szCs w:val="30"/>
        </w:rPr>
      </w:pPr>
      <w:r w:rsidRPr="0064696A">
        <w:rPr>
          <w:sz w:val="30"/>
          <w:szCs w:val="30"/>
          <w:rtl/>
        </w:rPr>
        <w:t>تتأثر الإنتاجية بعوامل داخلية وخارجية</w:t>
      </w:r>
      <w:r w:rsidR="00A5297B" w:rsidRPr="0064696A">
        <w:rPr>
          <w:sz w:val="30"/>
          <w:szCs w:val="30"/>
          <w:rtl/>
          <w:cs w:val="0"/>
        </w:rPr>
        <w:t>.</w:t>
      </w:r>
      <w:r w:rsidRPr="0064696A">
        <w:rPr>
          <w:sz w:val="30"/>
          <w:szCs w:val="30"/>
          <w:rtl/>
        </w:rPr>
        <w:t xml:space="preserve"> وتركز الدراسة الحالية على العوامل الداخلية المرتبطة بإدارة الأداء</w:t>
      </w:r>
      <w:r w:rsidR="00A5297B" w:rsidRPr="0064696A">
        <w:rPr>
          <w:sz w:val="30"/>
          <w:szCs w:val="30"/>
          <w:rtl/>
          <w:cs w:val="0"/>
        </w:rPr>
        <w:t>.</w:t>
      </w:r>
      <w:r w:rsidRPr="0064696A">
        <w:rPr>
          <w:sz w:val="30"/>
          <w:szCs w:val="30"/>
          <w:rtl/>
        </w:rPr>
        <w:t xml:space="preserve"> من أهم هذه العوامل وضوح الأهداف</w:t>
      </w:r>
      <w:r w:rsidR="00A5297B" w:rsidRPr="0064696A">
        <w:rPr>
          <w:sz w:val="30"/>
          <w:szCs w:val="30"/>
          <w:rtl/>
          <w:cs w:val="0"/>
        </w:rPr>
        <w:t>،</w:t>
      </w:r>
      <w:r w:rsidRPr="0064696A">
        <w:rPr>
          <w:sz w:val="30"/>
          <w:szCs w:val="30"/>
          <w:rtl/>
        </w:rPr>
        <w:t xml:space="preserve"> ومهارة العاملين</w:t>
      </w:r>
      <w:r w:rsidR="00A5297B" w:rsidRPr="0064696A">
        <w:rPr>
          <w:sz w:val="30"/>
          <w:szCs w:val="30"/>
          <w:rtl/>
          <w:cs w:val="0"/>
        </w:rPr>
        <w:t>،</w:t>
      </w:r>
      <w:r w:rsidRPr="0064696A">
        <w:rPr>
          <w:sz w:val="30"/>
          <w:szCs w:val="30"/>
          <w:rtl/>
        </w:rPr>
        <w:t xml:space="preserve"> والتحفيز</w:t>
      </w:r>
      <w:r w:rsidR="00A5297B" w:rsidRPr="0064696A">
        <w:rPr>
          <w:sz w:val="30"/>
          <w:szCs w:val="30"/>
          <w:rtl/>
          <w:cs w:val="0"/>
        </w:rPr>
        <w:t>،</w:t>
      </w:r>
      <w:r w:rsidRPr="0064696A">
        <w:rPr>
          <w:sz w:val="30"/>
          <w:szCs w:val="30"/>
          <w:rtl/>
        </w:rPr>
        <w:t xml:space="preserve"> وأسلوب الإشراف</w:t>
      </w:r>
      <w:r w:rsidR="00A5297B" w:rsidRPr="0064696A">
        <w:rPr>
          <w:sz w:val="30"/>
          <w:szCs w:val="30"/>
          <w:rtl/>
          <w:cs w:val="0"/>
        </w:rPr>
        <w:t>،</w:t>
      </w:r>
      <w:r w:rsidRPr="0064696A">
        <w:rPr>
          <w:sz w:val="30"/>
          <w:szCs w:val="30"/>
          <w:rtl/>
        </w:rPr>
        <w:t xml:space="preserve"> وبيئة العمل</w:t>
      </w:r>
      <w:r w:rsidR="00A5297B" w:rsidRPr="0064696A">
        <w:rPr>
          <w:sz w:val="30"/>
          <w:szCs w:val="30"/>
          <w:rtl/>
          <w:cs w:val="0"/>
        </w:rPr>
        <w:t>،</w:t>
      </w:r>
      <w:r w:rsidRPr="0064696A">
        <w:rPr>
          <w:sz w:val="30"/>
          <w:szCs w:val="30"/>
          <w:rtl/>
        </w:rPr>
        <w:t xml:space="preserve"> وجودة الاتصال</w:t>
      </w:r>
      <w:r w:rsidR="00A5297B" w:rsidRPr="0064696A">
        <w:rPr>
          <w:sz w:val="30"/>
          <w:szCs w:val="30"/>
          <w:rtl/>
          <w:cs w:val="0"/>
        </w:rPr>
        <w:t>،</w:t>
      </w:r>
      <w:r w:rsidRPr="0064696A">
        <w:rPr>
          <w:sz w:val="30"/>
          <w:szCs w:val="30"/>
          <w:rtl/>
        </w:rPr>
        <w:t xml:space="preserve"> وعدالة التقييم</w:t>
      </w:r>
      <w:r w:rsidR="00A5297B" w:rsidRPr="0064696A">
        <w:rPr>
          <w:sz w:val="30"/>
          <w:szCs w:val="30"/>
          <w:rtl/>
          <w:cs w:val="0"/>
        </w:rPr>
        <w:t>،</w:t>
      </w:r>
      <w:r w:rsidRPr="0064696A">
        <w:rPr>
          <w:sz w:val="30"/>
          <w:szCs w:val="30"/>
          <w:rtl/>
        </w:rPr>
        <w:t xml:space="preserve"> وتوفر البيانات</w:t>
      </w:r>
      <w:r w:rsidR="00A5297B" w:rsidRPr="0064696A">
        <w:rPr>
          <w:sz w:val="30"/>
          <w:szCs w:val="30"/>
          <w:rtl/>
          <w:cs w:val="0"/>
        </w:rPr>
        <w:t>،</w:t>
      </w:r>
      <w:r w:rsidRPr="0064696A">
        <w:rPr>
          <w:sz w:val="30"/>
          <w:szCs w:val="30"/>
          <w:rtl/>
        </w:rPr>
        <w:t xml:space="preserve"> واستقرار الإجراءات</w:t>
      </w:r>
      <w:r w:rsidR="00A5297B" w:rsidRPr="0064696A">
        <w:rPr>
          <w:sz w:val="30"/>
          <w:szCs w:val="30"/>
          <w:rtl/>
          <w:cs w:val="0"/>
        </w:rPr>
        <w:t>،</w:t>
      </w:r>
      <w:r w:rsidRPr="0064696A">
        <w:rPr>
          <w:sz w:val="30"/>
          <w:szCs w:val="30"/>
          <w:rtl/>
        </w:rPr>
        <w:t xml:space="preserve"> </w:t>
      </w:r>
      <w:proofErr w:type="gramStart"/>
      <w:r w:rsidRPr="0064696A">
        <w:rPr>
          <w:sz w:val="30"/>
          <w:szCs w:val="30"/>
          <w:rtl/>
        </w:rPr>
        <w:t>والصيانة</w:t>
      </w:r>
      <w:proofErr w:type="gramEnd"/>
      <w:r w:rsidRPr="0064696A">
        <w:rPr>
          <w:sz w:val="30"/>
          <w:szCs w:val="30"/>
          <w:rtl/>
        </w:rPr>
        <w:t xml:space="preserve"> والتجهيزات</w:t>
      </w:r>
      <w:r w:rsidR="00A5297B" w:rsidRPr="0064696A">
        <w:rPr>
          <w:sz w:val="30"/>
          <w:szCs w:val="30"/>
          <w:rtl/>
          <w:cs w:val="0"/>
        </w:rPr>
        <w:t>.</w:t>
      </w:r>
      <w:r w:rsidRPr="0064696A">
        <w:rPr>
          <w:sz w:val="30"/>
          <w:szCs w:val="30"/>
          <w:rtl/>
        </w:rPr>
        <w:t xml:space="preserve"> ‏(</w:t>
      </w:r>
      <w:proofErr w:type="spellStart"/>
      <w:r w:rsidRPr="0064696A">
        <w:rPr>
          <w:sz w:val="30"/>
          <w:szCs w:val="30"/>
          <w:rtl/>
        </w:rPr>
        <w:t>Stevenson</w:t>
      </w:r>
      <w:proofErr w:type="spellEnd"/>
      <w:r w:rsidRPr="0064696A">
        <w:rPr>
          <w:sz w:val="30"/>
          <w:szCs w:val="30"/>
          <w:rtl/>
        </w:rPr>
        <w:t>, 2021)‏</w:t>
      </w:r>
    </w:p>
    <w:p w14:paraId="60D93DE9" w14:textId="7C8F31A5" w:rsidR="00B67E89" w:rsidRPr="0064696A" w:rsidRDefault="00B67E89" w:rsidP="00785C0A">
      <w:pPr>
        <w:spacing w:line="276" w:lineRule="auto"/>
        <w:ind w:firstLine="397"/>
        <w:jc w:val="both"/>
        <w:rPr>
          <w:sz w:val="30"/>
          <w:szCs w:val="30"/>
        </w:rPr>
      </w:pPr>
      <w:r w:rsidRPr="0064696A">
        <w:rPr>
          <w:sz w:val="30"/>
          <w:szCs w:val="30"/>
          <w:rtl/>
        </w:rPr>
        <w:t>إذا لم يعرف العامل الهدف</w:t>
      </w:r>
      <w:r w:rsidR="00A5297B" w:rsidRPr="0064696A">
        <w:rPr>
          <w:sz w:val="30"/>
          <w:szCs w:val="30"/>
          <w:rtl/>
          <w:cs w:val="0"/>
        </w:rPr>
        <w:t>،</w:t>
      </w:r>
      <w:r w:rsidRPr="0064696A">
        <w:rPr>
          <w:sz w:val="30"/>
          <w:szCs w:val="30"/>
          <w:rtl/>
        </w:rPr>
        <w:t xml:space="preserve"> ينخفض مستوى التركيز</w:t>
      </w:r>
      <w:r w:rsidR="00A5297B" w:rsidRPr="0064696A">
        <w:rPr>
          <w:sz w:val="30"/>
          <w:szCs w:val="30"/>
          <w:rtl/>
          <w:cs w:val="0"/>
        </w:rPr>
        <w:t>.</w:t>
      </w:r>
      <w:r w:rsidRPr="0064696A">
        <w:rPr>
          <w:sz w:val="30"/>
          <w:szCs w:val="30"/>
          <w:rtl/>
        </w:rPr>
        <w:t xml:space="preserve"> الأهداف الواضحة تجعل العامل يدرك المطلوب منه</w:t>
      </w:r>
      <w:r w:rsidR="00A5297B" w:rsidRPr="0064696A">
        <w:rPr>
          <w:sz w:val="30"/>
          <w:szCs w:val="30"/>
          <w:rtl/>
          <w:cs w:val="0"/>
        </w:rPr>
        <w:t>.</w:t>
      </w:r>
      <w:r w:rsidRPr="0064696A">
        <w:rPr>
          <w:sz w:val="30"/>
          <w:szCs w:val="30"/>
          <w:rtl/>
        </w:rPr>
        <w:t xml:space="preserve"> والعامل المدرب ينتج بجودة أفضل وبأخطاء أقل</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يرتبط التدريب بتحسين الإنتاجية</w:t>
      </w:r>
      <w:r w:rsidR="00A5297B" w:rsidRPr="0064696A">
        <w:rPr>
          <w:sz w:val="30"/>
          <w:szCs w:val="30"/>
          <w:rtl/>
          <w:cs w:val="0"/>
        </w:rPr>
        <w:t>.</w:t>
      </w:r>
      <w:r w:rsidRPr="0064696A">
        <w:rPr>
          <w:sz w:val="30"/>
          <w:szCs w:val="30"/>
          <w:rtl/>
        </w:rPr>
        <w:t xml:space="preserve"> ‏(</w:t>
      </w:r>
      <w:proofErr w:type="spellStart"/>
      <w:r w:rsidRPr="0064696A">
        <w:rPr>
          <w:sz w:val="30"/>
          <w:szCs w:val="30"/>
          <w:rtl/>
        </w:rPr>
        <w:t>Stevenson</w:t>
      </w:r>
      <w:proofErr w:type="spellEnd"/>
      <w:r w:rsidRPr="0064696A">
        <w:rPr>
          <w:sz w:val="30"/>
          <w:szCs w:val="30"/>
          <w:rtl/>
        </w:rPr>
        <w:t>, 2021)‏</w:t>
      </w:r>
    </w:p>
    <w:p w14:paraId="09290A7C" w14:textId="0C639FCC" w:rsidR="00B67E89" w:rsidRPr="0064696A" w:rsidRDefault="00B67E89" w:rsidP="00785C0A">
      <w:pPr>
        <w:spacing w:line="276" w:lineRule="auto"/>
        <w:ind w:firstLine="397"/>
        <w:jc w:val="both"/>
        <w:rPr>
          <w:sz w:val="30"/>
          <w:szCs w:val="30"/>
        </w:rPr>
      </w:pPr>
      <w:r w:rsidRPr="0064696A">
        <w:rPr>
          <w:sz w:val="30"/>
          <w:szCs w:val="30"/>
          <w:rtl/>
        </w:rPr>
        <w:t>الحوافز العادلة تشجع العاملين على تحسين الأداء</w:t>
      </w:r>
      <w:r w:rsidR="00A5297B" w:rsidRPr="0064696A">
        <w:rPr>
          <w:sz w:val="30"/>
          <w:szCs w:val="30"/>
          <w:rtl/>
          <w:cs w:val="0"/>
        </w:rPr>
        <w:t>.</w:t>
      </w:r>
      <w:r w:rsidRPr="0064696A">
        <w:rPr>
          <w:sz w:val="30"/>
          <w:szCs w:val="30"/>
          <w:rtl/>
        </w:rPr>
        <w:t xml:space="preserve"> ويجب أن ترتبط الحوافز بالنتائج</w:t>
      </w:r>
      <w:r w:rsidR="00A5297B" w:rsidRPr="0064696A">
        <w:rPr>
          <w:sz w:val="30"/>
          <w:szCs w:val="30"/>
          <w:rtl/>
          <w:cs w:val="0"/>
        </w:rPr>
        <w:t>.</w:t>
      </w:r>
      <w:r w:rsidRPr="0064696A">
        <w:rPr>
          <w:sz w:val="30"/>
          <w:szCs w:val="30"/>
          <w:rtl/>
        </w:rPr>
        <w:t xml:space="preserve"> كما يساعد الإشراف القريب في كشف الأخطاء ودعم العاملين</w:t>
      </w:r>
      <w:r w:rsidR="00A5297B" w:rsidRPr="0064696A">
        <w:rPr>
          <w:sz w:val="30"/>
          <w:szCs w:val="30"/>
          <w:rtl/>
          <w:cs w:val="0"/>
        </w:rPr>
        <w:t>.</w:t>
      </w:r>
      <w:r w:rsidRPr="0064696A">
        <w:rPr>
          <w:sz w:val="30"/>
          <w:szCs w:val="30"/>
          <w:rtl/>
        </w:rPr>
        <w:t xml:space="preserve"> أما الإشراف الضعيف فيترك الأخطاء تتكرر</w:t>
      </w:r>
      <w:r w:rsidR="00A5297B" w:rsidRPr="0064696A">
        <w:rPr>
          <w:sz w:val="30"/>
          <w:szCs w:val="30"/>
          <w:rtl/>
          <w:cs w:val="0"/>
        </w:rPr>
        <w:t>.</w:t>
      </w:r>
      <w:r w:rsidRPr="0064696A">
        <w:rPr>
          <w:sz w:val="30"/>
          <w:szCs w:val="30"/>
          <w:rtl/>
        </w:rPr>
        <w:t xml:space="preserve"> ‏(</w:t>
      </w:r>
      <w:proofErr w:type="spellStart"/>
      <w:r w:rsidRPr="0064696A">
        <w:rPr>
          <w:sz w:val="30"/>
          <w:szCs w:val="30"/>
          <w:rtl/>
        </w:rPr>
        <w:t>Stevenson</w:t>
      </w:r>
      <w:proofErr w:type="spellEnd"/>
      <w:r w:rsidRPr="0064696A">
        <w:rPr>
          <w:sz w:val="30"/>
          <w:szCs w:val="30"/>
          <w:rtl/>
        </w:rPr>
        <w:t>, 2021)‏</w:t>
      </w:r>
    </w:p>
    <w:p w14:paraId="0683EDAC" w14:textId="7EAAFBEF" w:rsidR="00B67E89" w:rsidRPr="0064696A" w:rsidRDefault="00B67E89" w:rsidP="00785C0A">
      <w:pPr>
        <w:spacing w:line="276" w:lineRule="auto"/>
        <w:ind w:firstLine="397"/>
        <w:jc w:val="both"/>
        <w:rPr>
          <w:sz w:val="30"/>
          <w:szCs w:val="30"/>
        </w:rPr>
      </w:pPr>
      <w:r w:rsidRPr="0064696A">
        <w:rPr>
          <w:sz w:val="30"/>
          <w:szCs w:val="30"/>
          <w:rtl/>
        </w:rPr>
        <w:t>تشمل بيئة العمل التنظيم</w:t>
      </w:r>
      <w:r w:rsidR="00A5297B" w:rsidRPr="0064696A">
        <w:rPr>
          <w:sz w:val="30"/>
          <w:szCs w:val="30"/>
          <w:rtl/>
          <w:cs w:val="0"/>
        </w:rPr>
        <w:t>،</w:t>
      </w:r>
      <w:r w:rsidRPr="0064696A">
        <w:rPr>
          <w:sz w:val="30"/>
          <w:szCs w:val="30"/>
          <w:rtl/>
        </w:rPr>
        <w:t xml:space="preserve"> والسلامة</w:t>
      </w:r>
      <w:r w:rsidR="00A5297B" w:rsidRPr="0064696A">
        <w:rPr>
          <w:sz w:val="30"/>
          <w:szCs w:val="30"/>
          <w:rtl/>
          <w:cs w:val="0"/>
        </w:rPr>
        <w:t>،</w:t>
      </w:r>
      <w:r w:rsidRPr="0064696A">
        <w:rPr>
          <w:sz w:val="30"/>
          <w:szCs w:val="30"/>
          <w:rtl/>
        </w:rPr>
        <w:t xml:space="preserve"> والتجهيزات</w:t>
      </w:r>
      <w:r w:rsidR="00A5297B" w:rsidRPr="0064696A">
        <w:rPr>
          <w:sz w:val="30"/>
          <w:szCs w:val="30"/>
          <w:rtl/>
          <w:cs w:val="0"/>
        </w:rPr>
        <w:t>،</w:t>
      </w:r>
      <w:r w:rsidRPr="0064696A">
        <w:rPr>
          <w:sz w:val="30"/>
          <w:szCs w:val="30"/>
          <w:rtl/>
        </w:rPr>
        <w:t xml:space="preserve"> وتدفق العمليات</w:t>
      </w:r>
      <w:r w:rsidR="00A5297B" w:rsidRPr="0064696A">
        <w:rPr>
          <w:sz w:val="30"/>
          <w:szCs w:val="30"/>
          <w:rtl/>
          <w:cs w:val="0"/>
        </w:rPr>
        <w:t>.</w:t>
      </w:r>
      <w:r w:rsidRPr="0064696A">
        <w:rPr>
          <w:sz w:val="30"/>
          <w:szCs w:val="30"/>
          <w:rtl/>
        </w:rPr>
        <w:t xml:space="preserve"> البيئة غير المنظمة ترفع الهدر والتأخير</w:t>
      </w:r>
      <w:r w:rsidR="00A5297B" w:rsidRPr="0064696A">
        <w:rPr>
          <w:sz w:val="30"/>
          <w:szCs w:val="30"/>
          <w:rtl/>
          <w:cs w:val="0"/>
        </w:rPr>
        <w:t>.</w:t>
      </w:r>
      <w:r w:rsidRPr="0064696A">
        <w:rPr>
          <w:sz w:val="30"/>
          <w:szCs w:val="30"/>
          <w:rtl/>
        </w:rPr>
        <w:t xml:space="preserve"> كما يقلل الاتصال الواضح سوء الفهم بين الإدارات والعاملين</w:t>
      </w:r>
      <w:r w:rsidR="00A5297B" w:rsidRPr="0064696A">
        <w:rPr>
          <w:sz w:val="30"/>
          <w:szCs w:val="30"/>
          <w:rtl/>
          <w:cs w:val="0"/>
        </w:rPr>
        <w:t>.</w:t>
      </w:r>
      <w:r w:rsidRPr="0064696A">
        <w:rPr>
          <w:sz w:val="30"/>
          <w:szCs w:val="30"/>
          <w:rtl/>
        </w:rPr>
        <w:t xml:space="preserve"> ويعد ضروريا في الإنتاج المتتابع</w:t>
      </w:r>
      <w:r w:rsidR="00A5297B" w:rsidRPr="0064696A">
        <w:rPr>
          <w:sz w:val="30"/>
          <w:szCs w:val="30"/>
          <w:rtl/>
          <w:cs w:val="0"/>
        </w:rPr>
        <w:t>.</w:t>
      </w:r>
      <w:r w:rsidRPr="0064696A">
        <w:rPr>
          <w:sz w:val="30"/>
          <w:szCs w:val="30"/>
          <w:rtl/>
        </w:rPr>
        <w:t xml:space="preserve"> ‏(</w:t>
      </w:r>
      <w:proofErr w:type="spellStart"/>
      <w:r w:rsidRPr="0064696A">
        <w:rPr>
          <w:sz w:val="30"/>
          <w:szCs w:val="30"/>
          <w:rtl/>
        </w:rPr>
        <w:t>Stevenson</w:t>
      </w:r>
      <w:proofErr w:type="spellEnd"/>
      <w:r w:rsidRPr="0064696A">
        <w:rPr>
          <w:sz w:val="30"/>
          <w:szCs w:val="30"/>
          <w:rtl/>
        </w:rPr>
        <w:t>, 2021)‏</w:t>
      </w:r>
    </w:p>
    <w:p w14:paraId="0E41A2EC" w14:textId="2E69895C" w:rsidR="00B67E89" w:rsidRPr="0064696A" w:rsidRDefault="00B67E89" w:rsidP="00785C0A">
      <w:pPr>
        <w:spacing w:line="276" w:lineRule="auto"/>
        <w:ind w:firstLine="397"/>
        <w:jc w:val="both"/>
        <w:rPr>
          <w:sz w:val="30"/>
          <w:szCs w:val="30"/>
        </w:rPr>
      </w:pPr>
      <w:r w:rsidRPr="0064696A">
        <w:rPr>
          <w:sz w:val="30"/>
          <w:szCs w:val="30"/>
          <w:rtl/>
        </w:rPr>
        <w:lastRenderedPageBreak/>
        <w:t>شعور العامل بعدالة التقييم يرفع دافعيته</w:t>
      </w:r>
      <w:r w:rsidR="00A5297B" w:rsidRPr="0064696A">
        <w:rPr>
          <w:sz w:val="30"/>
          <w:szCs w:val="30"/>
          <w:rtl/>
          <w:cs w:val="0"/>
        </w:rPr>
        <w:t>.</w:t>
      </w:r>
      <w:r w:rsidRPr="0064696A">
        <w:rPr>
          <w:sz w:val="30"/>
          <w:szCs w:val="30"/>
          <w:rtl/>
        </w:rPr>
        <w:t xml:space="preserve"> أما التقييم المتحيز فيضعف التزامه</w:t>
      </w:r>
      <w:r w:rsidR="00A5297B" w:rsidRPr="0064696A">
        <w:rPr>
          <w:sz w:val="30"/>
          <w:szCs w:val="30"/>
          <w:rtl/>
          <w:cs w:val="0"/>
        </w:rPr>
        <w:t>.</w:t>
      </w:r>
      <w:r w:rsidRPr="0064696A">
        <w:rPr>
          <w:sz w:val="30"/>
          <w:szCs w:val="30"/>
          <w:rtl/>
        </w:rPr>
        <w:t xml:space="preserve"> وتحتاج الإدارة إلى بيانات عن الإنتاج والجودة والأخطاء والتأخير</w:t>
      </w:r>
      <w:r w:rsidR="00A5297B" w:rsidRPr="0064696A">
        <w:rPr>
          <w:sz w:val="30"/>
          <w:szCs w:val="30"/>
          <w:rtl/>
          <w:cs w:val="0"/>
        </w:rPr>
        <w:t>.</w:t>
      </w:r>
      <w:r w:rsidRPr="0064696A">
        <w:rPr>
          <w:sz w:val="30"/>
          <w:szCs w:val="30"/>
          <w:rtl/>
        </w:rPr>
        <w:t xml:space="preserve"> دون بيانات</w:t>
      </w:r>
      <w:r w:rsidR="00A5297B" w:rsidRPr="0064696A">
        <w:rPr>
          <w:sz w:val="30"/>
          <w:szCs w:val="30"/>
          <w:rtl/>
          <w:cs w:val="0"/>
        </w:rPr>
        <w:t>،</w:t>
      </w:r>
      <w:r w:rsidRPr="0064696A">
        <w:rPr>
          <w:sz w:val="30"/>
          <w:szCs w:val="30"/>
          <w:rtl/>
        </w:rPr>
        <w:t xml:space="preserve"> يصعب تحديد سبب ضعف الإنتاجية</w:t>
      </w:r>
      <w:r w:rsidR="00A5297B" w:rsidRPr="0064696A">
        <w:rPr>
          <w:sz w:val="30"/>
          <w:szCs w:val="30"/>
          <w:rtl/>
          <w:cs w:val="0"/>
        </w:rPr>
        <w:t>.</w:t>
      </w:r>
      <w:r w:rsidRPr="0064696A">
        <w:rPr>
          <w:sz w:val="30"/>
          <w:szCs w:val="30"/>
          <w:rtl/>
        </w:rPr>
        <w:t xml:space="preserve"> ‏(</w:t>
      </w:r>
      <w:proofErr w:type="spellStart"/>
      <w:r w:rsidRPr="0064696A">
        <w:rPr>
          <w:sz w:val="30"/>
          <w:szCs w:val="30"/>
          <w:rtl/>
        </w:rPr>
        <w:t>Stevenson</w:t>
      </w:r>
      <w:proofErr w:type="spellEnd"/>
      <w:r w:rsidRPr="0064696A">
        <w:rPr>
          <w:sz w:val="30"/>
          <w:szCs w:val="30"/>
          <w:rtl/>
        </w:rPr>
        <w:t>, 2021)‏</w:t>
      </w:r>
    </w:p>
    <w:p w14:paraId="0713FD7F" w14:textId="41A342E1" w:rsidR="00B67E89" w:rsidRPr="004B1822" w:rsidRDefault="004B1822" w:rsidP="00785C0A">
      <w:pPr>
        <w:pStyle w:val="Heading3"/>
        <w:spacing w:line="276" w:lineRule="auto"/>
        <w:jc w:val="both"/>
      </w:pPr>
      <w:bookmarkStart w:id="733" w:name="_Toc233582883"/>
      <w:bookmarkStart w:id="734" w:name="_Toc233583050"/>
      <w:bookmarkStart w:id="735" w:name="_Toc233584683"/>
      <w:bookmarkStart w:id="736" w:name="_Toc233585055"/>
      <w:bookmarkStart w:id="737" w:name="_Toc233585181"/>
      <w:bookmarkStart w:id="738" w:name="_Toc233585322"/>
      <w:bookmarkStart w:id="739" w:name="_Toc233585652"/>
      <w:bookmarkStart w:id="740" w:name="_Toc233585808"/>
      <w:bookmarkStart w:id="741" w:name="_Toc233585934"/>
      <w:bookmarkStart w:id="742" w:name="_Toc233586063"/>
      <w:bookmarkStart w:id="743" w:name="_Toc233586841"/>
      <w:bookmarkStart w:id="744" w:name="_Toc233586976"/>
      <w:bookmarkStart w:id="745" w:name="_Toc233587117"/>
      <w:bookmarkStart w:id="746" w:name="_Toc233587276"/>
      <w:bookmarkStart w:id="747" w:name="_Toc233587654"/>
      <w:r w:rsidRPr="004B1822">
        <w:rPr>
          <w:rtl/>
        </w:rPr>
        <w:t>مؤشرات قياس الإنتاجية</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 w14:paraId="24F0A8BC" w14:textId="2D9662C9" w:rsidR="00B67E89" w:rsidRPr="0064696A" w:rsidRDefault="00B67E89" w:rsidP="00785C0A">
      <w:pPr>
        <w:spacing w:line="276" w:lineRule="auto"/>
        <w:ind w:firstLine="397"/>
        <w:jc w:val="both"/>
        <w:rPr>
          <w:sz w:val="30"/>
          <w:szCs w:val="30"/>
        </w:rPr>
      </w:pPr>
      <w:r w:rsidRPr="0064696A">
        <w:rPr>
          <w:sz w:val="30"/>
          <w:szCs w:val="30"/>
          <w:rtl/>
        </w:rPr>
        <w:t>تحتاج الإنتاجية إلى مؤشرات واضحة</w:t>
      </w:r>
      <w:r w:rsidR="00A5297B" w:rsidRPr="0064696A">
        <w:rPr>
          <w:sz w:val="30"/>
          <w:szCs w:val="30"/>
          <w:rtl/>
          <w:cs w:val="0"/>
        </w:rPr>
        <w:t>.</w:t>
      </w:r>
      <w:r w:rsidRPr="0064696A">
        <w:rPr>
          <w:sz w:val="30"/>
          <w:szCs w:val="30"/>
          <w:rtl/>
        </w:rPr>
        <w:t xml:space="preserve"> وتختلف المؤشرات حسب طبيعة النشاط</w:t>
      </w:r>
      <w:r w:rsidR="00A5297B" w:rsidRPr="0064696A">
        <w:rPr>
          <w:sz w:val="30"/>
          <w:szCs w:val="30"/>
          <w:rtl/>
          <w:cs w:val="0"/>
        </w:rPr>
        <w:t>.</w:t>
      </w:r>
      <w:r w:rsidRPr="0064696A">
        <w:rPr>
          <w:sz w:val="30"/>
          <w:szCs w:val="30"/>
          <w:rtl/>
        </w:rPr>
        <w:t xml:space="preserve"> في المنشآت الإنتاجية</w:t>
      </w:r>
      <w:r w:rsidR="00A5297B" w:rsidRPr="0064696A">
        <w:rPr>
          <w:sz w:val="30"/>
          <w:szCs w:val="30"/>
          <w:rtl/>
          <w:cs w:val="0"/>
        </w:rPr>
        <w:t>،</w:t>
      </w:r>
      <w:r w:rsidRPr="0064696A">
        <w:rPr>
          <w:sz w:val="30"/>
          <w:szCs w:val="30"/>
          <w:rtl/>
        </w:rPr>
        <w:t xml:space="preserve"> تستخدم مؤشرات كمية ونوعية</w:t>
      </w:r>
      <w:r w:rsidR="00A5297B" w:rsidRPr="0064696A">
        <w:rPr>
          <w:sz w:val="30"/>
          <w:szCs w:val="30"/>
          <w:rtl/>
          <w:cs w:val="0"/>
        </w:rPr>
        <w:t>.</w:t>
      </w:r>
      <w:r w:rsidRPr="0064696A">
        <w:rPr>
          <w:sz w:val="30"/>
          <w:szCs w:val="30"/>
          <w:rtl/>
        </w:rPr>
        <w:t xml:space="preserve"> ومن أبرزها كمية الإنتاج</w:t>
      </w:r>
      <w:r w:rsidR="00A5297B" w:rsidRPr="0064696A">
        <w:rPr>
          <w:sz w:val="30"/>
          <w:szCs w:val="30"/>
          <w:rtl/>
          <w:cs w:val="0"/>
        </w:rPr>
        <w:t>،</w:t>
      </w:r>
      <w:r w:rsidRPr="0064696A">
        <w:rPr>
          <w:sz w:val="30"/>
          <w:szCs w:val="30"/>
          <w:rtl/>
        </w:rPr>
        <w:t xml:space="preserve"> ووقت الإنجاز</w:t>
      </w:r>
      <w:r w:rsidR="00A5297B" w:rsidRPr="0064696A">
        <w:rPr>
          <w:sz w:val="30"/>
          <w:szCs w:val="30"/>
          <w:rtl/>
          <w:cs w:val="0"/>
        </w:rPr>
        <w:t>،</w:t>
      </w:r>
      <w:r w:rsidRPr="0064696A">
        <w:rPr>
          <w:sz w:val="30"/>
          <w:szCs w:val="30"/>
          <w:rtl/>
        </w:rPr>
        <w:t xml:space="preserve"> ومعدل الأخطاء</w:t>
      </w:r>
      <w:r w:rsidR="00A5297B" w:rsidRPr="0064696A">
        <w:rPr>
          <w:sz w:val="30"/>
          <w:szCs w:val="30"/>
          <w:rtl/>
          <w:cs w:val="0"/>
        </w:rPr>
        <w:t>،</w:t>
      </w:r>
      <w:r w:rsidRPr="0064696A">
        <w:rPr>
          <w:sz w:val="30"/>
          <w:szCs w:val="30"/>
          <w:rtl/>
        </w:rPr>
        <w:t xml:space="preserve"> ومعدل الهدر</w:t>
      </w:r>
      <w:r w:rsidR="00A5297B" w:rsidRPr="0064696A">
        <w:rPr>
          <w:sz w:val="30"/>
          <w:szCs w:val="30"/>
          <w:rtl/>
          <w:cs w:val="0"/>
        </w:rPr>
        <w:t>،</w:t>
      </w:r>
      <w:r w:rsidRPr="0064696A">
        <w:rPr>
          <w:sz w:val="30"/>
          <w:szCs w:val="30"/>
          <w:rtl/>
        </w:rPr>
        <w:t xml:space="preserve"> وجودة المخرجات</w:t>
      </w:r>
      <w:r w:rsidR="00A5297B" w:rsidRPr="0064696A">
        <w:rPr>
          <w:sz w:val="30"/>
          <w:szCs w:val="30"/>
          <w:rtl/>
          <w:cs w:val="0"/>
        </w:rPr>
        <w:t>،</w:t>
      </w:r>
      <w:r w:rsidRPr="0064696A">
        <w:rPr>
          <w:sz w:val="30"/>
          <w:szCs w:val="30"/>
          <w:rtl/>
        </w:rPr>
        <w:t xml:space="preserve"> والالتزام بالخطط</w:t>
      </w:r>
      <w:r w:rsidR="00A5297B" w:rsidRPr="0064696A">
        <w:rPr>
          <w:sz w:val="30"/>
          <w:szCs w:val="30"/>
          <w:rtl/>
          <w:cs w:val="0"/>
        </w:rPr>
        <w:t>،</w:t>
      </w:r>
      <w:r w:rsidRPr="0064696A">
        <w:rPr>
          <w:sz w:val="30"/>
          <w:szCs w:val="30"/>
          <w:rtl/>
        </w:rPr>
        <w:t xml:space="preserve"> وإنتاجية العامل</w:t>
      </w:r>
      <w:r w:rsidR="00A5297B" w:rsidRPr="0064696A">
        <w:rPr>
          <w:sz w:val="30"/>
          <w:szCs w:val="30"/>
          <w:rtl/>
          <w:cs w:val="0"/>
        </w:rPr>
        <w:t>،</w:t>
      </w:r>
      <w:r w:rsidRPr="0064696A">
        <w:rPr>
          <w:sz w:val="30"/>
          <w:szCs w:val="30"/>
          <w:rtl/>
        </w:rPr>
        <w:t xml:space="preserve"> وإعادة العمل</w:t>
      </w:r>
      <w:r w:rsidR="00A5297B" w:rsidRPr="0064696A">
        <w:rPr>
          <w:sz w:val="30"/>
          <w:szCs w:val="30"/>
          <w:rtl/>
          <w:cs w:val="0"/>
        </w:rPr>
        <w:t>،</w:t>
      </w:r>
      <w:r w:rsidRPr="0064696A">
        <w:rPr>
          <w:sz w:val="30"/>
          <w:szCs w:val="30"/>
          <w:rtl/>
        </w:rPr>
        <w:t xml:space="preserve"> ورضا العميل</w:t>
      </w:r>
      <w:r w:rsidR="00A5297B" w:rsidRPr="0064696A">
        <w:rPr>
          <w:sz w:val="30"/>
          <w:szCs w:val="30"/>
          <w:rtl/>
          <w:cs w:val="0"/>
        </w:rPr>
        <w:t>،</w:t>
      </w:r>
      <w:r w:rsidRPr="0064696A">
        <w:rPr>
          <w:sz w:val="30"/>
          <w:szCs w:val="30"/>
          <w:rtl/>
        </w:rPr>
        <w:t xml:space="preserve"> وكفاءة استخدام الموارد</w:t>
      </w:r>
      <w:r w:rsidR="00A5297B" w:rsidRPr="0064696A">
        <w:rPr>
          <w:sz w:val="30"/>
          <w:szCs w:val="30"/>
          <w:rtl/>
          <w:cs w:val="0"/>
        </w:rPr>
        <w:t>.</w:t>
      </w:r>
      <w:r w:rsidRPr="0064696A">
        <w:rPr>
          <w:sz w:val="30"/>
          <w:szCs w:val="30"/>
          <w:rtl/>
        </w:rPr>
        <w:t xml:space="preserve"> ‏(</w:t>
      </w:r>
      <w:proofErr w:type="spellStart"/>
      <w:r w:rsidRPr="0064696A">
        <w:rPr>
          <w:sz w:val="30"/>
          <w:szCs w:val="30"/>
          <w:rtl/>
        </w:rPr>
        <w:t>Neely</w:t>
      </w:r>
      <w:proofErr w:type="spellEnd"/>
      <w:r w:rsidRPr="0064696A">
        <w:rPr>
          <w:sz w:val="30"/>
          <w:szCs w:val="30"/>
          <w:rtl/>
        </w:rPr>
        <w:t xml:space="preserve"> </w:t>
      </w:r>
      <w:proofErr w:type="spellStart"/>
      <w:r w:rsidRPr="0064696A">
        <w:rPr>
          <w:sz w:val="30"/>
          <w:szCs w:val="30"/>
          <w:rtl/>
        </w:rPr>
        <w:t>et</w:t>
      </w:r>
      <w:proofErr w:type="spellEnd"/>
      <w:r w:rsidRPr="0064696A">
        <w:rPr>
          <w:sz w:val="30"/>
          <w:szCs w:val="30"/>
          <w:rtl/>
        </w:rPr>
        <w:t xml:space="preserve"> </w:t>
      </w:r>
      <w:proofErr w:type="spellStart"/>
      <w:r w:rsidRPr="0064696A">
        <w:rPr>
          <w:sz w:val="30"/>
          <w:szCs w:val="30"/>
          <w:rtl/>
        </w:rPr>
        <w:t>al</w:t>
      </w:r>
      <w:proofErr w:type="spellEnd"/>
      <w:r w:rsidR="00A5297B" w:rsidRPr="0064696A">
        <w:rPr>
          <w:sz w:val="30"/>
          <w:szCs w:val="30"/>
          <w:rtl/>
          <w:cs w:val="0"/>
        </w:rPr>
        <w:t>.</w:t>
      </w:r>
      <w:r w:rsidRPr="0064696A">
        <w:rPr>
          <w:sz w:val="30"/>
          <w:szCs w:val="30"/>
          <w:rtl/>
        </w:rPr>
        <w:t>, 1995)‏</w:t>
      </w:r>
    </w:p>
    <w:p w14:paraId="3F860598" w14:textId="069E1379" w:rsidR="00B67E89" w:rsidRPr="0064696A" w:rsidRDefault="00B67E89" w:rsidP="00785C0A">
      <w:pPr>
        <w:spacing w:line="276" w:lineRule="auto"/>
        <w:ind w:firstLine="397"/>
        <w:jc w:val="both"/>
        <w:rPr>
          <w:sz w:val="30"/>
          <w:szCs w:val="30"/>
        </w:rPr>
      </w:pPr>
      <w:r w:rsidRPr="0064696A">
        <w:rPr>
          <w:sz w:val="30"/>
          <w:szCs w:val="30"/>
          <w:rtl/>
        </w:rPr>
        <w:t>تقيس كمية الإنتاج عدد الوحدات المنتجة خلال فترة محددة</w:t>
      </w:r>
      <w:r w:rsidR="00A5297B" w:rsidRPr="0064696A">
        <w:rPr>
          <w:sz w:val="30"/>
          <w:szCs w:val="30"/>
          <w:rtl/>
          <w:cs w:val="0"/>
        </w:rPr>
        <w:t>.</w:t>
      </w:r>
      <w:r w:rsidRPr="0064696A">
        <w:rPr>
          <w:sz w:val="30"/>
          <w:szCs w:val="30"/>
          <w:rtl/>
        </w:rPr>
        <w:t xml:space="preserve"> لكنها لا تكفي وحدها للحكم على الإنتاجية</w:t>
      </w:r>
      <w:r w:rsidR="00A5297B" w:rsidRPr="0064696A">
        <w:rPr>
          <w:sz w:val="30"/>
          <w:szCs w:val="30"/>
          <w:rtl/>
          <w:cs w:val="0"/>
        </w:rPr>
        <w:t>.</w:t>
      </w:r>
      <w:r w:rsidRPr="0064696A">
        <w:rPr>
          <w:sz w:val="30"/>
          <w:szCs w:val="30"/>
          <w:rtl/>
        </w:rPr>
        <w:t xml:space="preserve"> ويقيس وقت الإنجاز الزمن المستغرق لتنفيذ مهمة أو إنتاج دفعة</w:t>
      </w:r>
      <w:r w:rsidR="00A5297B" w:rsidRPr="0064696A">
        <w:rPr>
          <w:sz w:val="30"/>
          <w:szCs w:val="30"/>
          <w:rtl/>
          <w:cs w:val="0"/>
        </w:rPr>
        <w:t>.</w:t>
      </w:r>
      <w:r w:rsidRPr="0064696A">
        <w:rPr>
          <w:sz w:val="30"/>
          <w:szCs w:val="30"/>
          <w:rtl/>
        </w:rPr>
        <w:t xml:space="preserve"> انخفاض الوقت مع المحافظة على الجودة يدل على تحسن الإنتاجية</w:t>
      </w:r>
      <w:r w:rsidR="00A5297B" w:rsidRPr="0064696A">
        <w:rPr>
          <w:sz w:val="30"/>
          <w:szCs w:val="30"/>
          <w:rtl/>
          <w:cs w:val="0"/>
        </w:rPr>
        <w:t>.</w:t>
      </w:r>
      <w:r w:rsidRPr="0064696A">
        <w:rPr>
          <w:sz w:val="30"/>
          <w:szCs w:val="30"/>
          <w:rtl/>
        </w:rPr>
        <w:t xml:space="preserve"> ‏(</w:t>
      </w:r>
      <w:proofErr w:type="spellStart"/>
      <w:r w:rsidRPr="0064696A">
        <w:rPr>
          <w:sz w:val="30"/>
          <w:szCs w:val="30"/>
          <w:rtl/>
        </w:rPr>
        <w:t>Neely</w:t>
      </w:r>
      <w:proofErr w:type="spellEnd"/>
      <w:r w:rsidRPr="0064696A">
        <w:rPr>
          <w:sz w:val="30"/>
          <w:szCs w:val="30"/>
          <w:rtl/>
        </w:rPr>
        <w:t xml:space="preserve"> </w:t>
      </w:r>
      <w:proofErr w:type="spellStart"/>
      <w:r w:rsidRPr="0064696A">
        <w:rPr>
          <w:sz w:val="30"/>
          <w:szCs w:val="30"/>
          <w:rtl/>
        </w:rPr>
        <w:t>et</w:t>
      </w:r>
      <w:proofErr w:type="spellEnd"/>
      <w:r w:rsidRPr="0064696A">
        <w:rPr>
          <w:sz w:val="30"/>
          <w:szCs w:val="30"/>
          <w:rtl/>
        </w:rPr>
        <w:t xml:space="preserve"> </w:t>
      </w:r>
      <w:proofErr w:type="spellStart"/>
      <w:r w:rsidRPr="0064696A">
        <w:rPr>
          <w:sz w:val="30"/>
          <w:szCs w:val="30"/>
          <w:rtl/>
        </w:rPr>
        <w:t>al</w:t>
      </w:r>
      <w:proofErr w:type="spellEnd"/>
      <w:r w:rsidR="00A5297B" w:rsidRPr="0064696A">
        <w:rPr>
          <w:sz w:val="30"/>
          <w:szCs w:val="30"/>
          <w:rtl/>
          <w:cs w:val="0"/>
        </w:rPr>
        <w:t>.</w:t>
      </w:r>
      <w:r w:rsidRPr="0064696A">
        <w:rPr>
          <w:sz w:val="30"/>
          <w:szCs w:val="30"/>
          <w:rtl/>
        </w:rPr>
        <w:t>, 1995)‏</w:t>
      </w:r>
    </w:p>
    <w:p w14:paraId="13917522" w14:textId="491DFE12" w:rsidR="00B67E89" w:rsidRPr="0064696A" w:rsidRDefault="00B67E89" w:rsidP="00785C0A">
      <w:pPr>
        <w:spacing w:line="276" w:lineRule="auto"/>
        <w:ind w:firstLine="397"/>
        <w:jc w:val="both"/>
        <w:rPr>
          <w:sz w:val="30"/>
          <w:szCs w:val="30"/>
        </w:rPr>
      </w:pPr>
      <w:r w:rsidRPr="0064696A">
        <w:rPr>
          <w:sz w:val="30"/>
          <w:szCs w:val="30"/>
          <w:rtl/>
        </w:rPr>
        <w:t>يقيس معدل الأخطاء نسبة المنتجات أو العمليات التي تحتوي على أخطاء</w:t>
      </w:r>
      <w:r w:rsidR="00A5297B" w:rsidRPr="0064696A">
        <w:rPr>
          <w:sz w:val="30"/>
          <w:szCs w:val="30"/>
          <w:rtl/>
          <w:cs w:val="0"/>
        </w:rPr>
        <w:t>.</w:t>
      </w:r>
      <w:r w:rsidRPr="0064696A">
        <w:rPr>
          <w:sz w:val="30"/>
          <w:szCs w:val="30"/>
          <w:rtl/>
        </w:rPr>
        <w:t xml:space="preserve"> كلما انخفضت الأخطاء</w:t>
      </w:r>
      <w:r w:rsidR="00A5297B" w:rsidRPr="0064696A">
        <w:rPr>
          <w:sz w:val="30"/>
          <w:szCs w:val="30"/>
          <w:rtl/>
          <w:cs w:val="0"/>
        </w:rPr>
        <w:t>،</w:t>
      </w:r>
      <w:r w:rsidRPr="0064696A">
        <w:rPr>
          <w:sz w:val="30"/>
          <w:szCs w:val="30"/>
          <w:rtl/>
        </w:rPr>
        <w:t xml:space="preserve"> ارتفعت الإنتاجية</w:t>
      </w:r>
      <w:r w:rsidR="00A5297B" w:rsidRPr="0064696A">
        <w:rPr>
          <w:sz w:val="30"/>
          <w:szCs w:val="30"/>
          <w:rtl/>
          <w:cs w:val="0"/>
        </w:rPr>
        <w:t>.</w:t>
      </w:r>
      <w:r w:rsidRPr="0064696A">
        <w:rPr>
          <w:sz w:val="30"/>
          <w:szCs w:val="30"/>
          <w:rtl/>
        </w:rPr>
        <w:t xml:space="preserve"> ويقيس معدل الهدر حجم المواد أو الوقت أو الجهد المفقود دون قيمة</w:t>
      </w:r>
      <w:r w:rsidR="00A5297B" w:rsidRPr="0064696A">
        <w:rPr>
          <w:sz w:val="30"/>
          <w:szCs w:val="30"/>
          <w:rtl/>
          <w:cs w:val="0"/>
        </w:rPr>
        <w:t>.</w:t>
      </w:r>
      <w:r w:rsidRPr="0064696A">
        <w:rPr>
          <w:sz w:val="30"/>
          <w:szCs w:val="30"/>
          <w:rtl/>
        </w:rPr>
        <w:t xml:space="preserve"> يعد خفض الهدر مؤشرا مهما على كفاءة التشغيل</w:t>
      </w:r>
      <w:r w:rsidR="00A5297B" w:rsidRPr="0064696A">
        <w:rPr>
          <w:sz w:val="30"/>
          <w:szCs w:val="30"/>
          <w:rtl/>
          <w:cs w:val="0"/>
        </w:rPr>
        <w:t>.</w:t>
      </w:r>
      <w:r w:rsidRPr="0064696A">
        <w:rPr>
          <w:sz w:val="30"/>
          <w:szCs w:val="30"/>
          <w:rtl/>
        </w:rPr>
        <w:t xml:space="preserve"> ‏(</w:t>
      </w:r>
      <w:proofErr w:type="spellStart"/>
      <w:r w:rsidRPr="0064696A">
        <w:rPr>
          <w:sz w:val="30"/>
          <w:szCs w:val="30"/>
          <w:rtl/>
        </w:rPr>
        <w:t>Neely</w:t>
      </w:r>
      <w:proofErr w:type="spellEnd"/>
      <w:r w:rsidRPr="0064696A">
        <w:rPr>
          <w:sz w:val="30"/>
          <w:szCs w:val="30"/>
          <w:rtl/>
        </w:rPr>
        <w:t xml:space="preserve"> </w:t>
      </w:r>
      <w:proofErr w:type="spellStart"/>
      <w:r w:rsidRPr="0064696A">
        <w:rPr>
          <w:sz w:val="30"/>
          <w:szCs w:val="30"/>
          <w:rtl/>
        </w:rPr>
        <w:t>et</w:t>
      </w:r>
      <w:proofErr w:type="spellEnd"/>
      <w:r w:rsidRPr="0064696A">
        <w:rPr>
          <w:sz w:val="30"/>
          <w:szCs w:val="30"/>
          <w:rtl/>
        </w:rPr>
        <w:t xml:space="preserve"> </w:t>
      </w:r>
      <w:proofErr w:type="spellStart"/>
      <w:r w:rsidRPr="0064696A">
        <w:rPr>
          <w:sz w:val="30"/>
          <w:szCs w:val="30"/>
          <w:rtl/>
        </w:rPr>
        <w:t>al</w:t>
      </w:r>
      <w:proofErr w:type="spellEnd"/>
      <w:r w:rsidR="00A5297B" w:rsidRPr="0064696A">
        <w:rPr>
          <w:sz w:val="30"/>
          <w:szCs w:val="30"/>
          <w:rtl/>
          <w:cs w:val="0"/>
        </w:rPr>
        <w:t>.</w:t>
      </w:r>
      <w:r w:rsidRPr="0064696A">
        <w:rPr>
          <w:sz w:val="30"/>
          <w:szCs w:val="30"/>
          <w:rtl/>
        </w:rPr>
        <w:t>, 1995)‏</w:t>
      </w:r>
    </w:p>
    <w:p w14:paraId="4E4755D1" w14:textId="3669E265" w:rsidR="00B67E89" w:rsidRPr="0064696A" w:rsidRDefault="00B67E89" w:rsidP="00785C0A">
      <w:pPr>
        <w:spacing w:line="276" w:lineRule="auto"/>
        <w:ind w:firstLine="397"/>
        <w:jc w:val="both"/>
        <w:rPr>
          <w:sz w:val="30"/>
          <w:szCs w:val="30"/>
          <w:rtl/>
        </w:rPr>
      </w:pPr>
      <w:r w:rsidRPr="0064696A">
        <w:rPr>
          <w:sz w:val="30"/>
          <w:szCs w:val="30"/>
          <w:rtl/>
        </w:rPr>
        <w:t>تقيس جودة المخرجات مدى مطابقة المنتج للمعايير</w:t>
      </w:r>
      <w:r w:rsidR="00A5297B" w:rsidRPr="0064696A">
        <w:rPr>
          <w:sz w:val="30"/>
          <w:szCs w:val="30"/>
          <w:rtl/>
          <w:cs w:val="0"/>
        </w:rPr>
        <w:t>.</w:t>
      </w:r>
      <w:r w:rsidRPr="0064696A">
        <w:rPr>
          <w:sz w:val="30"/>
          <w:szCs w:val="30"/>
          <w:rtl/>
        </w:rPr>
        <w:t xml:space="preserve"> الإنتاجية الجيدة يجب أن تراعي الجودة</w:t>
      </w:r>
      <w:r w:rsidR="00A5297B" w:rsidRPr="0064696A">
        <w:rPr>
          <w:sz w:val="30"/>
          <w:szCs w:val="30"/>
          <w:rtl/>
          <w:cs w:val="0"/>
        </w:rPr>
        <w:t>.</w:t>
      </w:r>
      <w:r w:rsidRPr="0064696A">
        <w:rPr>
          <w:sz w:val="30"/>
          <w:szCs w:val="30"/>
          <w:rtl/>
        </w:rPr>
        <w:t xml:space="preserve"> كما يقيس الالتزام بالخطة مدى إنجاز الأعمال وفق الجدول المحدد</w:t>
      </w:r>
      <w:r w:rsidR="00A5297B" w:rsidRPr="0064696A">
        <w:rPr>
          <w:sz w:val="30"/>
          <w:szCs w:val="30"/>
          <w:rtl/>
          <w:cs w:val="0"/>
        </w:rPr>
        <w:t>.</w:t>
      </w:r>
      <w:r w:rsidRPr="0064696A">
        <w:rPr>
          <w:sz w:val="30"/>
          <w:szCs w:val="30"/>
          <w:rtl/>
        </w:rPr>
        <w:t xml:space="preserve"> التأخير المتكرر يخفض الإنتاجية</w:t>
      </w:r>
      <w:r w:rsidR="00A5297B" w:rsidRPr="0064696A">
        <w:rPr>
          <w:sz w:val="30"/>
          <w:szCs w:val="30"/>
          <w:rtl/>
          <w:cs w:val="0"/>
        </w:rPr>
        <w:t>.</w:t>
      </w:r>
      <w:r w:rsidRPr="0064696A">
        <w:rPr>
          <w:sz w:val="30"/>
          <w:szCs w:val="30"/>
          <w:rtl/>
        </w:rPr>
        <w:t xml:space="preserve"> ‏(</w:t>
      </w:r>
      <w:proofErr w:type="spellStart"/>
      <w:r w:rsidRPr="0064696A">
        <w:rPr>
          <w:sz w:val="30"/>
          <w:szCs w:val="30"/>
          <w:rtl/>
        </w:rPr>
        <w:t>Neely</w:t>
      </w:r>
      <w:proofErr w:type="spellEnd"/>
      <w:r w:rsidRPr="0064696A">
        <w:rPr>
          <w:sz w:val="30"/>
          <w:szCs w:val="30"/>
          <w:rtl/>
        </w:rPr>
        <w:t xml:space="preserve"> </w:t>
      </w:r>
      <w:proofErr w:type="spellStart"/>
      <w:r w:rsidRPr="0064696A">
        <w:rPr>
          <w:sz w:val="30"/>
          <w:szCs w:val="30"/>
          <w:rtl/>
        </w:rPr>
        <w:t>et</w:t>
      </w:r>
      <w:proofErr w:type="spellEnd"/>
      <w:r w:rsidRPr="0064696A">
        <w:rPr>
          <w:sz w:val="30"/>
          <w:szCs w:val="30"/>
          <w:rtl/>
        </w:rPr>
        <w:t xml:space="preserve"> </w:t>
      </w:r>
      <w:proofErr w:type="spellStart"/>
      <w:r w:rsidRPr="0064696A">
        <w:rPr>
          <w:sz w:val="30"/>
          <w:szCs w:val="30"/>
          <w:rtl/>
        </w:rPr>
        <w:t>al</w:t>
      </w:r>
      <w:proofErr w:type="spellEnd"/>
      <w:r w:rsidR="00A5297B" w:rsidRPr="0064696A">
        <w:rPr>
          <w:sz w:val="30"/>
          <w:szCs w:val="30"/>
          <w:rtl/>
          <w:cs w:val="0"/>
        </w:rPr>
        <w:t>.</w:t>
      </w:r>
      <w:r w:rsidRPr="0064696A">
        <w:rPr>
          <w:sz w:val="30"/>
          <w:szCs w:val="30"/>
          <w:rtl/>
        </w:rPr>
        <w:t>, 1995)‏</w:t>
      </w:r>
    </w:p>
    <w:p w14:paraId="1E072EAE" w14:textId="74D38BF5" w:rsidR="00B67E89" w:rsidRDefault="00B67E89" w:rsidP="00785C0A">
      <w:pPr>
        <w:pStyle w:val="Caption"/>
      </w:pPr>
      <w:bookmarkStart w:id="748" w:name="_Toc233588181"/>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486132">
        <w:rPr>
          <w:noProof/>
          <w:rtl/>
        </w:rPr>
        <w:t>8</w:t>
      </w:r>
      <w:r>
        <w:rPr>
          <w:rtl/>
          <w:cs/>
        </w:rPr>
        <w:fldChar w:fldCharType="end"/>
      </w:r>
      <w:r>
        <w:rPr>
          <w:rFonts w:hint="cs"/>
          <w:rtl/>
        </w:rPr>
        <w:t xml:space="preserve"> </w:t>
      </w:r>
      <w:r w:rsidRPr="00D218E3">
        <w:rPr>
          <w:rtl/>
        </w:rPr>
        <w:t xml:space="preserve"> </w:t>
      </w:r>
      <w:r w:rsidRPr="00D218E3">
        <w:rPr>
          <w:rFonts w:hint="eastAsia"/>
          <w:rtl/>
        </w:rPr>
        <w:t>مؤشرات</w:t>
      </w:r>
      <w:r w:rsidRPr="00D218E3">
        <w:rPr>
          <w:rtl/>
        </w:rPr>
        <w:t xml:space="preserve"> </w:t>
      </w:r>
      <w:r w:rsidRPr="00D218E3">
        <w:rPr>
          <w:rFonts w:hint="eastAsia"/>
          <w:rtl/>
        </w:rPr>
        <w:t>قياس</w:t>
      </w:r>
      <w:r w:rsidRPr="00D218E3">
        <w:rPr>
          <w:rtl/>
        </w:rPr>
        <w:t xml:space="preserve"> </w:t>
      </w:r>
      <w:r w:rsidRPr="00D218E3">
        <w:rPr>
          <w:rFonts w:hint="eastAsia"/>
          <w:rtl/>
        </w:rPr>
        <w:t>الإنتاجية</w:t>
      </w:r>
      <w:r w:rsidRPr="00D218E3">
        <w:rPr>
          <w:rtl/>
        </w:rPr>
        <w:t xml:space="preserve"> </w:t>
      </w:r>
      <w:r w:rsidRPr="00D218E3">
        <w:rPr>
          <w:rFonts w:hint="eastAsia"/>
          <w:rtl/>
        </w:rPr>
        <w:t>في</w:t>
      </w:r>
      <w:r w:rsidRPr="00D218E3">
        <w:rPr>
          <w:rtl/>
        </w:rPr>
        <w:t xml:space="preserve"> </w:t>
      </w:r>
      <w:r w:rsidRPr="00D218E3">
        <w:rPr>
          <w:rFonts w:hint="eastAsia"/>
          <w:rtl/>
        </w:rPr>
        <w:t>المنشآت</w:t>
      </w:r>
      <w:r w:rsidRPr="00D218E3">
        <w:rPr>
          <w:rtl/>
        </w:rPr>
        <w:t xml:space="preserve"> </w:t>
      </w:r>
      <w:r w:rsidRPr="00D218E3">
        <w:rPr>
          <w:rFonts w:hint="eastAsia"/>
          <w:rtl/>
        </w:rPr>
        <w:t>الإنتاجية</w:t>
      </w:r>
      <w:bookmarkEnd w:id="748"/>
    </w:p>
    <w:tbl>
      <w:tblPr>
        <w:tblStyle w:val="GridTable4-Accent1"/>
        <w:bidiVisual/>
        <w:tblW w:w="0" w:type="auto"/>
        <w:tblInd w:w="5" w:type="dxa"/>
        <w:tblLook w:val="04A0" w:firstRow="1" w:lastRow="0" w:firstColumn="1" w:lastColumn="0" w:noHBand="0" w:noVBand="1"/>
      </w:tblPr>
      <w:tblGrid>
        <w:gridCol w:w="2268"/>
        <w:gridCol w:w="2835"/>
        <w:gridCol w:w="2835"/>
      </w:tblGrid>
      <w:tr w:rsidR="00B67E89" w14:paraId="4B13DB7C" w14:textId="77777777" w:rsidTr="00B67E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6018F412" w14:textId="77777777" w:rsidR="00B67E89" w:rsidRDefault="00B67E89" w:rsidP="00785C0A">
            <w:pPr>
              <w:spacing w:line="276" w:lineRule="auto"/>
              <w:jc w:val="both"/>
            </w:pPr>
            <w:r>
              <w:rPr>
                <w:b w:val="0"/>
                <w:color w:val="FFFFFF"/>
                <w:rtl/>
              </w:rPr>
              <w:t>المؤشر</w:t>
            </w:r>
          </w:p>
        </w:tc>
        <w:tc>
          <w:tcPr>
            <w:tcW w:w="2835" w:type="dxa"/>
          </w:tcPr>
          <w:p w14:paraId="3858480E" w14:textId="77777777" w:rsidR="00B67E89" w:rsidRDefault="00B67E89" w:rsidP="00785C0A">
            <w:pPr>
              <w:spacing w:line="276" w:lineRule="auto"/>
              <w:jc w:val="both"/>
              <w:cnfStyle w:val="100000000000" w:firstRow="1" w:lastRow="0" w:firstColumn="0" w:lastColumn="0" w:oddVBand="0" w:evenVBand="0" w:oddHBand="0" w:evenHBand="0" w:firstRowFirstColumn="0" w:firstRowLastColumn="0" w:lastRowFirstColumn="0" w:lastRowLastColumn="0"/>
            </w:pPr>
            <w:r>
              <w:rPr>
                <w:b w:val="0"/>
                <w:color w:val="FFFFFF"/>
                <w:rtl/>
              </w:rPr>
              <w:t>طريقة القراءة</w:t>
            </w:r>
          </w:p>
        </w:tc>
        <w:tc>
          <w:tcPr>
            <w:tcW w:w="2835" w:type="dxa"/>
          </w:tcPr>
          <w:p w14:paraId="2DD1220B" w14:textId="77777777" w:rsidR="00B67E89" w:rsidRDefault="00B67E89" w:rsidP="00785C0A">
            <w:pPr>
              <w:spacing w:line="276" w:lineRule="auto"/>
              <w:jc w:val="both"/>
              <w:cnfStyle w:val="100000000000" w:firstRow="1" w:lastRow="0" w:firstColumn="0" w:lastColumn="0" w:oddVBand="0" w:evenVBand="0" w:oddHBand="0" w:evenHBand="0" w:firstRowFirstColumn="0" w:firstRowLastColumn="0" w:lastRowFirstColumn="0" w:lastRowLastColumn="0"/>
            </w:pPr>
            <w:r>
              <w:rPr>
                <w:b w:val="0"/>
                <w:color w:val="FFFFFF"/>
                <w:rtl/>
              </w:rPr>
              <w:t>الدلالة</w:t>
            </w:r>
          </w:p>
        </w:tc>
      </w:tr>
      <w:tr w:rsidR="00B67E89" w14:paraId="2FC0C287" w14:textId="77777777" w:rsidTr="00B67E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53D7F591" w14:textId="77777777" w:rsidR="00B67E89" w:rsidRDefault="00B67E89" w:rsidP="00785C0A">
            <w:pPr>
              <w:spacing w:line="276" w:lineRule="auto"/>
              <w:jc w:val="both"/>
            </w:pPr>
            <w:r>
              <w:rPr>
                <w:b w:val="0"/>
                <w:rtl/>
              </w:rPr>
              <w:t>كمية الإنتاج</w:t>
            </w:r>
          </w:p>
        </w:tc>
        <w:tc>
          <w:tcPr>
            <w:tcW w:w="2835" w:type="dxa"/>
          </w:tcPr>
          <w:p w14:paraId="1EF4AD7F"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عدد الوحدات المنتجة</w:t>
            </w:r>
          </w:p>
        </w:tc>
        <w:tc>
          <w:tcPr>
            <w:tcW w:w="2835" w:type="dxa"/>
          </w:tcPr>
          <w:p w14:paraId="2BB0913E"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قياس حجم الإنجاز</w:t>
            </w:r>
          </w:p>
        </w:tc>
      </w:tr>
      <w:tr w:rsidR="00B67E89" w14:paraId="22B51391" w14:textId="77777777" w:rsidTr="00B67E89">
        <w:tc>
          <w:tcPr>
            <w:cnfStyle w:val="001000000000" w:firstRow="0" w:lastRow="0" w:firstColumn="1" w:lastColumn="0" w:oddVBand="0" w:evenVBand="0" w:oddHBand="0" w:evenHBand="0" w:firstRowFirstColumn="0" w:firstRowLastColumn="0" w:lastRowFirstColumn="0" w:lastRowLastColumn="0"/>
            <w:tcW w:w="2268" w:type="dxa"/>
          </w:tcPr>
          <w:p w14:paraId="10F38811" w14:textId="77777777" w:rsidR="00B67E89" w:rsidRDefault="00B67E89" w:rsidP="00785C0A">
            <w:pPr>
              <w:spacing w:line="276" w:lineRule="auto"/>
              <w:jc w:val="both"/>
            </w:pPr>
            <w:r>
              <w:rPr>
                <w:b w:val="0"/>
                <w:rtl/>
              </w:rPr>
              <w:t>وقت الإنجاز</w:t>
            </w:r>
          </w:p>
        </w:tc>
        <w:tc>
          <w:tcPr>
            <w:tcW w:w="2835" w:type="dxa"/>
          </w:tcPr>
          <w:p w14:paraId="69B7B18A"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الوقت المستغرق للعملية</w:t>
            </w:r>
          </w:p>
        </w:tc>
        <w:tc>
          <w:tcPr>
            <w:tcW w:w="2835" w:type="dxa"/>
          </w:tcPr>
          <w:p w14:paraId="4722F245"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قياس السرعة</w:t>
            </w:r>
          </w:p>
        </w:tc>
      </w:tr>
      <w:tr w:rsidR="00B67E89" w14:paraId="5B702BF1" w14:textId="77777777" w:rsidTr="00B67E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17BC54A1" w14:textId="77777777" w:rsidR="00B67E89" w:rsidRDefault="00B67E89" w:rsidP="00785C0A">
            <w:pPr>
              <w:spacing w:line="276" w:lineRule="auto"/>
              <w:jc w:val="both"/>
            </w:pPr>
            <w:r>
              <w:rPr>
                <w:b w:val="0"/>
                <w:rtl/>
              </w:rPr>
              <w:t>معدل الأخطاء</w:t>
            </w:r>
          </w:p>
        </w:tc>
        <w:tc>
          <w:tcPr>
            <w:tcW w:w="2835" w:type="dxa"/>
          </w:tcPr>
          <w:p w14:paraId="2F076BBF"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عدد الأخطاء مقارنة بالإنتاج</w:t>
            </w:r>
          </w:p>
        </w:tc>
        <w:tc>
          <w:tcPr>
            <w:tcW w:w="2835" w:type="dxa"/>
          </w:tcPr>
          <w:p w14:paraId="4ABD4E43"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قياس جودة التنفيذ</w:t>
            </w:r>
          </w:p>
        </w:tc>
      </w:tr>
      <w:tr w:rsidR="00B67E89" w14:paraId="2FBF5817" w14:textId="77777777" w:rsidTr="00B67E89">
        <w:tc>
          <w:tcPr>
            <w:cnfStyle w:val="001000000000" w:firstRow="0" w:lastRow="0" w:firstColumn="1" w:lastColumn="0" w:oddVBand="0" w:evenVBand="0" w:oddHBand="0" w:evenHBand="0" w:firstRowFirstColumn="0" w:firstRowLastColumn="0" w:lastRowFirstColumn="0" w:lastRowLastColumn="0"/>
            <w:tcW w:w="2268" w:type="dxa"/>
          </w:tcPr>
          <w:p w14:paraId="7952A0F4" w14:textId="77777777" w:rsidR="00B67E89" w:rsidRDefault="00B67E89" w:rsidP="00785C0A">
            <w:pPr>
              <w:spacing w:line="276" w:lineRule="auto"/>
              <w:jc w:val="both"/>
            </w:pPr>
            <w:r>
              <w:rPr>
                <w:b w:val="0"/>
                <w:rtl/>
              </w:rPr>
              <w:t>معدل الهدر</w:t>
            </w:r>
          </w:p>
        </w:tc>
        <w:tc>
          <w:tcPr>
            <w:tcW w:w="2835" w:type="dxa"/>
          </w:tcPr>
          <w:p w14:paraId="71F599C3"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المواد أو الوقت المفقود</w:t>
            </w:r>
          </w:p>
        </w:tc>
        <w:tc>
          <w:tcPr>
            <w:tcW w:w="2835" w:type="dxa"/>
          </w:tcPr>
          <w:p w14:paraId="7618C80B"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قياس كفاءة الموارد</w:t>
            </w:r>
          </w:p>
        </w:tc>
      </w:tr>
      <w:tr w:rsidR="00B67E89" w14:paraId="2A15083F" w14:textId="77777777" w:rsidTr="00B67E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5AA33B34" w14:textId="77777777" w:rsidR="00B67E89" w:rsidRDefault="00B67E89" w:rsidP="00785C0A">
            <w:pPr>
              <w:spacing w:line="276" w:lineRule="auto"/>
              <w:jc w:val="both"/>
            </w:pPr>
            <w:r>
              <w:rPr>
                <w:b w:val="0"/>
                <w:rtl/>
              </w:rPr>
              <w:t>جودة المخرجات</w:t>
            </w:r>
          </w:p>
        </w:tc>
        <w:tc>
          <w:tcPr>
            <w:tcW w:w="2835" w:type="dxa"/>
          </w:tcPr>
          <w:p w14:paraId="4323135B"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مطابقة المنتج للمعايير</w:t>
            </w:r>
          </w:p>
        </w:tc>
        <w:tc>
          <w:tcPr>
            <w:tcW w:w="2835" w:type="dxa"/>
          </w:tcPr>
          <w:p w14:paraId="33AA5F41"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قياس جودة المنتج</w:t>
            </w:r>
          </w:p>
        </w:tc>
      </w:tr>
      <w:tr w:rsidR="00B67E89" w14:paraId="170724BD" w14:textId="77777777" w:rsidTr="00B67E89">
        <w:tc>
          <w:tcPr>
            <w:cnfStyle w:val="001000000000" w:firstRow="0" w:lastRow="0" w:firstColumn="1" w:lastColumn="0" w:oddVBand="0" w:evenVBand="0" w:oddHBand="0" w:evenHBand="0" w:firstRowFirstColumn="0" w:firstRowLastColumn="0" w:lastRowFirstColumn="0" w:lastRowLastColumn="0"/>
            <w:tcW w:w="2268" w:type="dxa"/>
          </w:tcPr>
          <w:p w14:paraId="03EA253E" w14:textId="77777777" w:rsidR="00B67E89" w:rsidRDefault="00B67E89" w:rsidP="00785C0A">
            <w:pPr>
              <w:spacing w:line="276" w:lineRule="auto"/>
              <w:jc w:val="both"/>
            </w:pPr>
            <w:r>
              <w:rPr>
                <w:b w:val="0"/>
                <w:rtl/>
              </w:rPr>
              <w:t>الالتزام بالخطة</w:t>
            </w:r>
          </w:p>
        </w:tc>
        <w:tc>
          <w:tcPr>
            <w:tcW w:w="2835" w:type="dxa"/>
          </w:tcPr>
          <w:p w14:paraId="48A37285"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نسبة الإنجاز في الموعد</w:t>
            </w:r>
          </w:p>
        </w:tc>
        <w:tc>
          <w:tcPr>
            <w:tcW w:w="2835" w:type="dxa"/>
          </w:tcPr>
          <w:p w14:paraId="416D3E98"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قياس الانضباط التشغيلي</w:t>
            </w:r>
          </w:p>
        </w:tc>
      </w:tr>
      <w:tr w:rsidR="00B67E89" w14:paraId="51C82681" w14:textId="77777777" w:rsidTr="00B67E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08192022" w14:textId="77777777" w:rsidR="00B67E89" w:rsidRDefault="00B67E89" w:rsidP="00785C0A">
            <w:pPr>
              <w:spacing w:line="276" w:lineRule="auto"/>
              <w:jc w:val="both"/>
            </w:pPr>
            <w:r>
              <w:rPr>
                <w:b w:val="0"/>
                <w:rtl/>
              </w:rPr>
              <w:t>إنتاجية العامل</w:t>
            </w:r>
          </w:p>
        </w:tc>
        <w:tc>
          <w:tcPr>
            <w:tcW w:w="2835" w:type="dxa"/>
          </w:tcPr>
          <w:p w14:paraId="46F2780A"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مخرجات العامل خلال فترة</w:t>
            </w:r>
          </w:p>
        </w:tc>
        <w:tc>
          <w:tcPr>
            <w:tcW w:w="2835" w:type="dxa"/>
          </w:tcPr>
          <w:p w14:paraId="5EF4009B"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قياس كفاءة العمل</w:t>
            </w:r>
          </w:p>
        </w:tc>
      </w:tr>
      <w:tr w:rsidR="00B67E89" w14:paraId="64762920" w14:textId="77777777" w:rsidTr="00B67E89">
        <w:tc>
          <w:tcPr>
            <w:cnfStyle w:val="001000000000" w:firstRow="0" w:lastRow="0" w:firstColumn="1" w:lastColumn="0" w:oddVBand="0" w:evenVBand="0" w:oddHBand="0" w:evenHBand="0" w:firstRowFirstColumn="0" w:firstRowLastColumn="0" w:lastRowFirstColumn="0" w:lastRowLastColumn="0"/>
            <w:tcW w:w="2268" w:type="dxa"/>
          </w:tcPr>
          <w:p w14:paraId="067A07CC" w14:textId="77777777" w:rsidR="00B67E89" w:rsidRDefault="00B67E89" w:rsidP="00785C0A">
            <w:pPr>
              <w:spacing w:line="276" w:lineRule="auto"/>
              <w:jc w:val="both"/>
            </w:pPr>
            <w:r>
              <w:rPr>
                <w:b w:val="0"/>
                <w:rtl/>
              </w:rPr>
              <w:lastRenderedPageBreak/>
              <w:t>إعادة العمل</w:t>
            </w:r>
          </w:p>
        </w:tc>
        <w:tc>
          <w:tcPr>
            <w:tcW w:w="2835" w:type="dxa"/>
          </w:tcPr>
          <w:p w14:paraId="1289C3ED"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الأعمال المعادة بسبب خطأ</w:t>
            </w:r>
          </w:p>
        </w:tc>
        <w:tc>
          <w:tcPr>
            <w:tcW w:w="2835" w:type="dxa"/>
          </w:tcPr>
          <w:p w14:paraId="4A2E1205"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قياس ضعف الجودة</w:t>
            </w:r>
          </w:p>
        </w:tc>
      </w:tr>
      <w:tr w:rsidR="00B67E89" w14:paraId="19FD6CCB" w14:textId="77777777" w:rsidTr="00B67E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24148C44" w14:textId="77777777" w:rsidR="00B67E89" w:rsidRDefault="00B67E89" w:rsidP="00785C0A">
            <w:pPr>
              <w:spacing w:line="276" w:lineRule="auto"/>
              <w:jc w:val="both"/>
            </w:pPr>
            <w:r>
              <w:rPr>
                <w:b w:val="0"/>
                <w:rtl/>
              </w:rPr>
              <w:t>رضا العميل</w:t>
            </w:r>
          </w:p>
        </w:tc>
        <w:tc>
          <w:tcPr>
            <w:tcW w:w="2835" w:type="dxa"/>
          </w:tcPr>
          <w:p w14:paraId="4355C5CC"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مستوى قبول المنتج</w:t>
            </w:r>
          </w:p>
        </w:tc>
        <w:tc>
          <w:tcPr>
            <w:tcW w:w="2835" w:type="dxa"/>
          </w:tcPr>
          <w:p w14:paraId="4C920CAF" w14:textId="77777777" w:rsidR="00B67E89" w:rsidRDefault="00B67E89" w:rsidP="00785C0A">
            <w:pPr>
              <w:spacing w:line="276" w:lineRule="auto"/>
              <w:jc w:val="both"/>
              <w:cnfStyle w:val="000000100000" w:firstRow="0" w:lastRow="0" w:firstColumn="0" w:lastColumn="0" w:oddVBand="0" w:evenVBand="0" w:oddHBand="1" w:evenHBand="0" w:firstRowFirstColumn="0" w:firstRowLastColumn="0" w:lastRowFirstColumn="0" w:lastRowLastColumn="0"/>
            </w:pPr>
            <w:r>
              <w:rPr>
                <w:rtl/>
              </w:rPr>
              <w:t>قياس أثر الإنتاج النهائي</w:t>
            </w:r>
          </w:p>
        </w:tc>
      </w:tr>
      <w:tr w:rsidR="00B67E89" w14:paraId="7A527865" w14:textId="77777777" w:rsidTr="00B67E89">
        <w:tc>
          <w:tcPr>
            <w:cnfStyle w:val="001000000000" w:firstRow="0" w:lastRow="0" w:firstColumn="1" w:lastColumn="0" w:oddVBand="0" w:evenVBand="0" w:oddHBand="0" w:evenHBand="0" w:firstRowFirstColumn="0" w:firstRowLastColumn="0" w:lastRowFirstColumn="0" w:lastRowLastColumn="0"/>
            <w:tcW w:w="2268" w:type="dxa"/>
          </w:tcPr>
          <w:p w14:paraId="2A436BB5" w14:textId="77777777" w:rsidR="00B67E89" w:rsidRDefault="00B67E89" w:rsidP="00785C0A">
            <w:pPr>
              <w:spacing w:line="276" w:lineRule="auto"/>
              <w:jc w:val="both"/>
            </w:pPr>
            <w:r>
              <w:rPr>
                <w:b w:val="0"/>
                <w:rtl/>
              </w:rPr>
              <w:t>كفاءة الموارد</w:t>
            </w:r>
          </w:p>
        </w:tc>
        <w:tc>
          <w:tcPr>
            <w:tcW w:w="2835" w:type="dxa"/>
          </w:tcPr>
          <w:p w14:paraId="7787CEED"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المخرجات مقارنة بالمدخلات</w:t>
            </w:r>
          </w:p>
        </w:tc>
        <w:tc>
          <w:tcPr>
            <w:tcW w:w="2835" w:type="dxa"/>
          </w:tcPr>
          <w:p w14:paraId="301A4193" w14:textId="77777777" w:rsidR="00B67E89" w:rsidRDefault="00B67E89" w:rsidP="00785C0A">
            <w:pPr>
              <w:spacing w:line="276" w:lineRule="auto"/>
              <w:jc w:val="both"/>
              <w:cnfStyle w:val="000000000000" w:firstRow="0" w:lastRow="0" w:firstColumn="0" w:lastColumn="0" w:oddVBand="0" w:evenVBand="0" w:oddHBand="0" w:evenHBand="0" w:firstRowFirstColumn="0" w:firstRowLastColumn="0" w:lastRowFirstColumn="0" w:lastRowLastColumn="0"/>
            </w:pPr>
            <w:r>
              <w:rPr>
                <w:rtl/>
              </w:rPr>
              <w:t>قياس الكفاءة العامة</w:t>
            </w:r>
          </w:p>
        </w:tc>
      </w:tr>
    </w:tbl>
    <w:p w14:paraId="149B2E16" w14:textId="314637EA" w:rsidR="00B67E89" w:rsidRPr="004B1822" w:rsidRDefault="004B1822" w:rsidP="00785C0A">
      <w:pPr>
        <w:pStyle w:val="Heading3"/>
        <w:spacing w:line="276" w:lineRule="auto"/>
        <w:jc w:val="both"/>
      </w:pPr>
      <w:bookmarkStart w:id="749" w:name="_Toc233582884"/>
      <w:bookmarkStart w:id="750" w:name="_Toc233583051"/>
      <w:bookmarkStart w:id="751" w:name="_Toc233584684"/>
      <w:bookmarkStart w:id="752" w:name="_Toc233585056"/>
      <w:bookmarkStart w:id="753" w:name="_Toc233585182"/>
      <w:bookmarkStart w:id="754" w:name="_Toc233585323"/>
      <w:bookmarkStart w:id="755" w:name="_Toc233585653"/>
      <w:bookmarkStart w:id="756" w:name="_Toc233585809"/>
      <w:bookmarkStart w:id="757" w:name="_Toc233585935"/>
      <w:bookmarkStart w:id="758" w:name="_Toc233586064"/>
      <w:bookmarkStart w:id="759" w:name="_Toc233586842"/>
      <w:bookmarkStart w:id="760" w:name="_Toc233586977"/>
      <w:bookmarkStart w:id="761" w:name="_Toc233587118"/>
      <w:bookmarkStart w:id="762" w:name="_Toc233587277"/>
      <w:bookmarkStart w:id="763" w:name="_Toc233587655"/>
      <w:r w:rsidRPr="004B1822">
        <w:rPr>
          <w:rtl/>
        </w:rPr>
        <w:t>تحسين الإنتاجية في المنشآت الصناعية</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14:paraId="2043B2FF" w14:textId="4BD57958" w:rsidR="00B67E89" w:rsidRPr="0064696A" w:rsidRDefault="00B67E89" w:rsidP="00785C0A">
      <w:pPr>
        <w:spacing w:line="276" w:lineRule="auto"/>
        <w:ind w:firstLine="397"/>
        <w:jc w:val="both"/>
        <w:rPr>
          <w:sz w:val="30"/>
          <w:szCs w:val="30"/>
        </w:rPr>
      </w:pPr>
      <w:r w:rsidRPr="0064696A">
        <w:rPr>
          <w:sz w:val="30"/>
          <w:szCs w:val="30"/>
          <w:rtl/>
        </w:rPr>
        <w:t>يعتمد تحسين الإنتاجية في المنشآت الصناعية على إدارة العمليات وإدارة العاملين معا</w:t>
      </w:r>
      <w:r w:rsidR="00A5297B" w:rsidRPr="0064696A">
        <w:rPr>
          <w:sz w:val="30"/>
          <w:szCs w:val="30"/>
          <w:rtl/>
          <w:cs w:val="0"/>
        </w:rPr>
        <w:t>.</w:t>
      </w:r>
      <w:r w:rsidRPr="0064696A">
        <w:rPr>
          <w:sz w:val="30"/>
          <w:szCs w:val="30"/>
          <w:rtl/>
        </w:rPr>
        <w:t xml:space="preserve"> لا يكفي تحسين المعدات إذا ظل أداء العاملين غير منظم</w:t>
      </w:r>
      <w:r w:rsidR="00A5297B" w:rsidRPr="0064696A">
        <w:rPr>
          <w:sz w:val="30"/>
          <w:szCs w:val="30"/>
          <w:rtl/>
          <w:cs w:val="0"/>
        </w:rPr>
        <w:t>.</w:t>
      </w:r>
      <w:r w:rsidRPr="0064696A">
        <w:rPr>
          <w:sz w:val="30"/>
          <w:szCs w:val="30"/>
          <w:rtl/>
        </w:rPr>
        <w:t xml:space="preserve"> ولا يكفي تدريب العاملين إذا كانت الإجراءات غير واضحة</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يحتاج تحسين الإنتاجية إلى منظومة متكاملة</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6036B288" w14:textId="3CAE9F75" w:rsidR="00B67E89" w:rsidRPr="0064696A" w:rsidRDefault="00B67E89" w:rsidP="00785C0A">
      <w:pPr>
        <w:spacing w:line="276" w:lineRule="auto"/>
        <w:ind w:firstLine="397"/>
        <w:jc w:val="both"/>
        <w:rPr>
          <w:sz w:val="30"/>
          <w:szCs w:val="30"/>
        </w:rPr>
      </w:pPr>
      <w:r w:rsidRPr="0064696A">
        <w:rPr>
          <w:sz w:val="30"/>
          <w:szCs w:val="30"/>
          <w:rtl/>
        </w:rPr>
        <w:t>يساعد توحيد الإجراءات على تقليل التفاوت بين العاملين</w:t>
      </w:r>
      <w:r w:rsidR="00A5297B" w:rsidRPr="0064696A">
        <w:rPr>
          <w:sz w:val="30"/>
          <w:szCs w:val="30"/>
          <w:rtl/>
          <w:cs w:val="0"/>
        </w:rPr>
        <w:t>.</w:t>
      </w:r>
      <w:r w:rsidRPr="0064696A">
        <w:rPr>
          <w:sz w:val="30"/>
          <w:szCs w:val="30"/>
          <w:rtl/>
        </w:rPr>
        <w:t xml:space="preserve"> عندما يعمل الجميع بالطريقة نفسها</w:t>
      </w:r>
      <w:r w:rsidR="00A5297B" w:rsidRPr="0064696A">
        <w:rPr>
          <w:sz w:val="30"/>
          <w:szCs w:val="30"/>
          <w:rtl/>
          <w:cs w:val="0"/>
        </w:rPr>
        <w:t>،</w:t>
      </w:r>
      <w:r w:rsidRPr="0064696A">
        <w:rPr>
          <w:sz w:val="30"/>
          <w:szCs w:val="30"/>
          <w:rtl/>
        </w:rPr>
        <w:t xml:space="preserve"> تنخفض الأخطاء وتتسهل المتابعة</w:t>
      </w:r>
      <w:r w:rsidR="00A5297B" w:rsidRPr="0064696A">
        <w:rPr>
          <w:sz w:val="30"/>
          <w:szCs w:val="30"/>
          <w:rtl/>
          <w:cs w:val="0"/>
        </w:rPr>
        <w:t>.</w:t>
      </w:r>
      <w:r w:rsidRPr="0064696A">
        <w:rPr>
          <w:sz w:val="30"/>
          <w:szCs w:val="30"/>
          <w:rtl/>
        </w:rPr>
        <w:t xml:space="preserve"> كما يرفع التدريب العملي مهارة العامل ويقلل وقت التعلم داخل العمل</w:t>
      </w:r>
      <w:r w:rsidR="00A5297B" w:rsidRPr="0064696A">
        <w:rPr>
          <w:sz w:val="30"/>
          <w:szCs w:val="30"/>
          <w:rtl/>
          <w:cs w:val="0"/>
        </w:rPr>
        <w:t>.</w:t>
      </w:r>
      <w:r w:rsidRPr="0064696A">
        <w:rPr>
          <w:sz w:val="30"/>
          <w:szCs w:val="30"/>
          <w:rtl/>
        </w:rPr>
        <w:t xml:space="preserve"> ويجب أن يرتبط التدريب بالأخطاء الفعلية التي تظهر في الأداء</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2D6BF9B4" w14:textId="29F6A997" w:rsidR="00B67E89" w:rsidRPr="0064696A" w:rsidRDefault="00B67E89" w:rsidP="00785C0A">
      <w:pPr>
        <w:spacing w:line="276" w:lineRule="auto"/>
        <w:ind w:firstLine="397"/>
        <w:jc w:val="both"/>
        <w:rPr>
          <w:sz w:val="30"/>
          <w:szCs w:val="30"/>
        </w:rPr>
      </w:pPr>
      <w:r w:rsidRPr="0064696A">
        <w:rPr>
          <w:sz w:val="30"/>
          <w:szCs w:val="30"/>
          <w:rtl/>
        </w:rPr>
        <w:t>القياس المستمر يكشف التغيرات في الإنتاجية</w:t>
      </w:r>
      <w:r w:rsidR="00A5297B" w:rsidRPr="0064696A">
        <w:rPr>
          <w:sz w:val="30"/>
          <w:szCs w:val="30"/>
          <w:rtl/>
          <w:cs w:val="0"/>
        </w:rPr>
        <w:t>.</w:t>
      </w:r>
      <w:r w:rsidRPr="0064696A">
        <w:rPr>
          <w:sz w:val="30"/>
          <w:szCs w:val="30"/>
          <w:rtl/>
        </w:rPr>
        <w:t xml:space="preserve"> إذا انخفضت الجودة أو ارتفع الهدر</w:t>
      </w:r>
      <w:r w:rsidR="00A5297B" w:rsidRPr="0064696A">
        <w:rPr>
          <w:sz w:val="30"/>
          <w:szCs w:val="30"/>
          <w:rtl/>
          <w:cs w:val="0"/>
        </w:rPr>
        <w:t>،</w:t>
      </w:r>
      <w:r w:rsidRPr="0064696A">
        <w:rPr>
          <w:sz w:val="30"/>
          <w:szCs w:val="30"/>
          <w:rtl/>
        </w:rPr>
        <w:t xml:space="preserve"> تستطيع الإدارة معرفة ذلك بسرعة</w:t>
      </w:r>
      <w:r w:rsidR="00A5297B" w:rsidRPr="0064696A">
        <w:rPr>
          <w:sz w:val="30"/>
          <w:szCs w:val="30"/>
          <w:rtl/>
          <w:cs w:val="0"/>
        </w:rPr>
        <w:t>.</w:t>
      </w:r>
      <w:r w:rsidRPr="0064696A">
        <w:rPr>
          <w:sz w:val="30"/>
          <w:szCs w:val="30"/>
          <w:rtl/>
        </w:rPr>
        <w:t xml:space="preserve"> ويعني تدفق العمل انتقال المنتج بين المراحل دون انتظار طويل أو ازدحام في مرحلة معينة</w:t>
      </w:r>
      <w:r w:rsidR="00A5297B" w:rsidRPr="0064696A">
        <w:rPr>
          <w:sz w:val="30"/>
          <w:szCs w:val="30"/>
          <w:rtl/>
          <w:cs w:val="0"/>
        </w:rPr>
        <w:t>.</w:t>
      </w:r>
      <w:r w:rsidRPr="0064696A">
        <w:rPr>
          <w:sz w:val="30"/>
          <w:szCs w:val="30"/>
          <w:rtl/>
        </w:rPr>
        <w:t xml:space="preserve"> ضعف التدفق يسبب التأخير والهدر</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22573041" w14:textId="2DBF32AB" w:rsidR="00B67E89" w:rsidRPr="0064696A" w:rsidRDefault="00B67E89" w:rsidP="00785C0A">
      <w:pPr>
        <w:spacing w:line="276" w:lineRule="auto"/>
        <w:ind w:firstLine="397"/>
        <w:jc w:val="both"/>
        <w:rPr>
          <w:sz w:val="30"/>
          <w:szCs w:val="30"/>
        </w:rPr>
      </w:pPr>
      <w:r w:rsidRPr="0064696A">
        <w:rPr>
          <w:sz w:val="30"/>
          <w:szCs w:val="30"/>
          <w:rtl/>
        </w:rPr>
        <w:t>يجب أن تحدد الإدارة مصادر الهدر في المواد والوقت والحركة والتخزين</w:t>
      </w:r>
      <w:r w:rsidR="00A5297B" w:rsidRPr="0064696A">
        <w:rPr>
          <w:sz w:val="30"/>
          <w:szCs w:val="30"/>
          <w:rtl/>
          <w:cs w:val="0"/>
        </w:rPr>
        <w:t>،</w:t>
      </w:r>
      <w:r w:rsidRPr="0064696A">
        <w:rPr>
          <w:sz w:val="30"/>
          <w:szCs w:val="30"/>
          <w:rtl/>
        </w:rPr>
        <w:t xml:space="preserve"> ثم تعالج السبب لا النتيجة فقط</w:t>
      </w:r>
      <w:r w:rsidR="00A5297B" w:rsidRPr="0064696A">
        <w:rPr>
          <w:sz w:val="30"/>
          <w:szCs w:val="30"/>
          <w:rtl/>
          <w:cs w:val="0"/>
        </w:rPr>
        <w:t>.</w:t>
      </w:r>
      <w:r w:rsidRPr="0064696A">
        <w:rPr>
          <w:sz w:val="30"/>
          <w:szCs w:val="30"/>
          <w:rtl/>
        </w:rPr>
        <w:t xml:space="preserve"> ويمثل المشرف حلقة وصل بين الإدارة والعاملين</w:t>
      </w:r>
      <w:r w:rsidR="00A5297B" w:rsidRPr="0064696A">
        <w:rPr>
          <w:sz w:val="30"/>
          <w:szCs w:val="30"/>
          <w:rtl/>
          <w:cs w:val="0"/>
        </w:rPr>
        <w:t>.</w:t>
      </w:r>
      <w:r w:rsidRPr="0064696A">
        <w:rPr>
          <w:sz w:val="30"/>
          <w:szCs w:val="30"/>
          <w:rtl/>
        </w:rPr>
        <w:t xml:space="preserve"> المشرف يترجم الأهداف إلى تعليمات يومية</w:t>
      </w:r>
      <w:r w:rsidR="00A5297B" w:rsidRPr="0064696A">
        <w:rPr>
          <w:sz w:val="30"/>
          <w:szCs w:val="30"/>
          <w:rtl/>
          <w:cs w:val="0"/>
        </w:rPr>
        <w:t>،</w:t>
      </w:r>
      <w:r w:rsidRPr="0064696A">
        <w:rPr>
          <w:sz w:val="30"/>
          <w:szCs w:val="30"/>
          <w:rtl/>
        </w:rPr>
        <w:t xml:space="preserve"> ويتابع التنفيذ</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05E2FA7E" w14:textId="09DF3882" w:rsidR="00B67E89" w:rsidRPr="0064696A" w:rsidRDefault="00B67E89" w:rsidP="00785C0A">
      <w:pPr>
        <w:spacing w:line="276" w:lineRule="auto"/>
        <w:ind w:firstLine="397"/>
        <w:jc w:val="both"/>
        <w:rPr>
          <w:sz w:val="30"/>
          <w:szCs w:val="30"/>
        </w:rPr>
      </w:pPr>
      <w:r w:rsidRPr="0064696A">
        <w:rPr>
          <w:sz w:val="30"/>
          <w:szCs w:val="30"/>
          <w:rtl/>
        </w:rPr>
        <w:t>يحتاج العامل إلى حافز واضح عندما يحقق نتائج عالية</w:t>
      </w:r>
      <w:r w:rsidR="00A5297B" w:rsidRPr="0064696A">
        <w:rPr>
          <w:sz w:val="30"/>
          <w:szCs w:val="30"/>
          <w:rtl/>
          <w:cs w:val="0"/>
        </w:rPr>
        <w:t>.</w:t>
      </w:r>
      <w:r w:rsidRPr="0064696A">
        <w:rPr>
          <w:sz w:val="30"/>
          <w:szCs w:val="30"/>
          <w:rtl/>
        </w:rPr>
        <w:t xml:space="preserve"> يجب أن ترتبط الحوافز بالجودة والالتزام وليس بالكمية فقط</w:t>
      </w:r>
      <w:r w:rsidR="00A5297B" w:rsidRPr="0064696A">
        <w:rPr>
          <w:sz w:val="30"/>
          <w:szCs w:val="30"/>
          <w:rtl/>
          <w:cs w:val="0"/>
        </w:rPr>
        <w:t>.</w:t>
      </w:r>
      <w:r w:rsidRPr="0064696A">
        <w:rPr>
          <w:sz w:val="30"/>
          <w:szCs w:val="30"/>
          <w:rtl/>
        </w:rPr>
        <w:t xml:space="preserve"> كما تقلل بيئة العمل المنظمة الأخطاء</w:t>
      </w:r>
      <w:r w:rsidR="00A5297B" w:rsidRPr="0064696A">
        <w:rPr>
          <w:sz w:val="30"/>
          <w:szCs w:val="30"/>
          <w:rtl/>
          <w:cs w:val="0"/>
        </w:rPr>
        <w:t>،</w:t>
      </w:r>
      <w:r w:rsidRPr="0064696A">
        <w:rPr>
          <w:sz w:val="30"/>
          <w:szCs w:val="30"/>
          <w:rtl/>
        </w:rPr>
        <w:t xml:space="preserve"> وتشمل النظافة</w:t>
      </w:r>
      <w:r w:rsidR="00A5297B" w:rsidRPr="0064696A">
        <w:rPr>
          <w:sz w:val="30"/>
          <w:szCs w:val="30"/>
          <w:rtl/>
          <w:cs w:val="0"/>
        </w:rPr>
        <w:t>،</w:t>
      </w:r>
      <w:r w:rsidRPr="0064696A">
        <w:rPr>
          <w:sz w:val="30"/>
          <w:szCs w:val="30"/>
          <w:rtl/>
        </w:rPr>
        <w:t xml:space="preserve"> وترتيب الأدوات</w:t>
      </w:r>
      <w:r w:rsidR="00A5297B" w:rsidRPr="0064696A">
        <w:rPr>
          <w:sz w:val="30"/>
          <w:szCs w:val="30"/>
          <w:rtl/>
          <w:cs w:val="0"/>
        </w:rPr>
        <w:t>،</w:t>
      </w:r>
      <w:r w:rsidRPr="0064696A">
        <w:rPr>
          <w:sz w:val="30"/>
          <w:szCs w:val="30"/>
          <w:rtl/>
        </w:rPr>
        <w:t xml:space="preserve"> ووضوح المسارات</w:t>
      </w:r>
      <w:r w:rsidR="00A5297B" w:rsidRPr="0064696A">
        <w:rPr>
          <w:sz w:val="30"/>
          <w:szCs w:val="30"/>
          <w:rtl/>
          <w:cs w:val="0"/>
        </w:rPr>
        <w:t>،</w:t>
      </w:r>
      <w:r w:rsidRPr="0064696A">
        <w:rPr>
          <w:sz w:val="30"/>
          <w:szCs w:val="30"/>
          <w:rtl/>
        </w:rPr>
        <w:t xml:space="preserve"> وسلامة المعدات</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6FB0752F" w14:textId="28EADD8C" w:rsidR="00B67E89" w:rsidRPr="004B1822" w:rsidRDefault="004B1822" w:rsidP="00785C0A">
      <w:pPr>
        <w:pStyle w:val="Heading3"/>
        <w:spacing w:line="276" w:lineRule="auto"/>
        <w:jc w:val="both"/>
      </w:pPr>
      <w:bookmarkStart w:id="764" w:name="_Toc233582885"/>
      <w:bookmarkStart w:id="765" w:name="_Toc233583052"/>
      <w:bookmarkStart w:id="766" w:name="_Toc233584685"/>
      <w:bookmarkStart w:id="767" w:name="_Toc233585057"/>
      <w:bookmarkStart w:id="768" w:name="_Toc233585183"/>
      <w:bookmarkStart w:id="769" w:name="_Toc233585324"/>
      <w:bookmarkStart w:id="770" w:name="_Toc233585654"/>
      <w:bookmarkStart w:id="771" w:name="_Toc233585810"/>
      <w:bookmarkStart w:id="772" w:name="_Toc233585936"/>
      <w:bookmarkStart w:id="773" w:name="_Toc233586065"/>
      <w:bookmarkStart w:id="774" w:name="_Toc233586843"/>
      <w:bookmarkStart w:id="775" w:name="_Toc233586978"/>
      <w:bookmarkStart w:id="776" w:name="_Toc233587119"/>
      <w:bookmarkStart w:id="777" w:name="_Toc233587278"/>
      <w:bookmarkStart w:id="778" w:name="_Toc233587656"/>
      <w:r w:rsidRPr="004B1822">
        <w:rPr>
          <w:rtl/>
        </w:rPr>
        <w:t>أبعاد تحسين الإنتاجية</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5F8C7BDE" w14:textId="0785E968" w:rsidR="00B67E89" w:rsidRPr="0064696A" w:rsidRDefault="00B67E89" w:rsidP="00785C0A">
      <w:pPr>
        <w:spacing w:line="276" w:lineRule="auto"/>
        <w:ind w:firstLine="397"/>
        <w:jc w:val="both"/>
        <w:rPr>
          <w:sz w:val="30"/>
          <w:szCs w:val="30"/>
        </w:rPr>
      </w:pPr>
      <w:r w:rsidRPr="0064696A">
        <w:rPr>
          <w:sz w:val="30"/>
          <w:szCs w:val="30"/>
          <w:rtl/>
        </w:rPr>
        <w:t>تعتمد الدراسة الحالية خمسة مؤشرات لتحسين الإنتاجية</w:t>
      </w:r>
      <w:r w:rsidR="00A5297B" w:rsidRPr="0064696A">
        <w:rPr>
          <w:sz w:val="30"/>
          <w:szCs w:val="30"/>
          <w:rtl/>
          <w:cs w:val="0"/>
        </w:rPr>
        <w:t>.</w:t>
      </w:r>
      <w:r w:rsidRPr="0064696A">
        <w:rPr>
          <w:sz w:val="30"/>
          <w:szCs w:val="30"/>
          <w:rtl/>
        </w:rPr>
        <w:t xml:space="preserve"> تمثل هذه المؤشرات أبعادا عملية تقيس نتائج العمل داخل المنشآت الإنتاجية</w:t>
      </w:r>
      <w:r w:rsidR="00A5297B" w:rsidRPr="0064696A">
        <w:rPr>
          <w:sz w:val="30"/>
          <w:szCs w:val="30"/>
          <w:rtl/>
          <w:cs w:val="0"/>
        </w:rPr>
        <w:t>.</w:t>
      </w:r>
      <w:r w:rsidRPr="0064696A">
        <w:rPr>
          <w:sz w:val="30"/>
          <w:szCs w:val="30"/>
          <w:rtl/>
        </w:rPr>
        <w:t xml:space="preserve"> وتشمل سرعة الإنجاز</w:t>
      </w:r>
      <w:r w:rsidR="00A5297B" w:rsidRPr="0064696A">
        <w:rPr>
          <w:sz w:val="30"/>
          <w:szCs w:val="30"/>
          <w:rtl/>
          <w:cs w:val="0"/>
        </w:rPr>
        <w:t>،</w:t>
      </w:r>
      <w:r w:rsidRPr="0064696A">
        <w:rPr>
          <w:sz w:val="30"/>
          <w:szCs w:val="30"/>
          <w:rtl/>
        </w:rPr>
        <w:t xml:space="preserve"> وجودة المخرجات</w:t>
      </w:r>
      <w:r w:rsidR="00A5297B" w:rsidRPr="0064696A">
        <w:rPr>
          <w:sz w:val="30"/>
          <w:szCs w:val="30"/>
          <w:rtl/>
          <w:cs w:val="0"/>
        </w:rPr>
        <w:t>،</w:t>
      </w:r>
      <w:r w:rsidRPr="0064696A">
        <w:rPr>
          <w:sz w:val="30"/>
          <w:szCs w:val="30"/>
          <w:rtl/>
        </w:rPr>
        <w:t xml:space="preserve"> وكفاءة استخدام الوقت والموارد</w:t>
      </w:r>
      <w:r w:rsidR="00A5297B" w:rsidRPr="0064696A">
        <w:rPr>
          <w:sz w:val="30"/>
          <w:szCs w:val="30"/>
          <w:rtl/>
          <w:cs w:val="0"/>
        </w:rPr>
        <w:t>،</w:t>
      </w:r>
      <w:r w:rsidRPr="0064696A">
        <w:rPr>
          <w:sz w:val="30"/>
          <w:szCs w:val="30"/>
          <w:rtl/>
        </w:rPr>
        <w:t xml:space="preserve"> وتقليل الأخطاء والهدر</w:t>
      </w:r>
      <w:r w:rsidR="00A5297B" w:rsidRPr="0064696A">
        <w:rPr>
          <w:sz w:val="30"/>
          <w:szCs w:val="30"/>
          <w:rtl/>
          <w:cs w:val="0"/>
        </w:rPr>
        <w:t>،</w:t>
      </w:r>
      <w:r w:rsidRPr="0064696A">
        <w:rPr>
          <w:sz w:val="30"/>
          <w:szCs w:val="30"/>
          <w:rtl/>
        </w:rPr>
        <w:t xml:space="preserve"> وتحسين الأداء العام</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2B78CDCA" w14:textId="77777777" w:rsidR="00B67E89" w:rsidRPr="0064696A" w:rsidRDefault="00B67E89" w:rsidP="00472BF3">
      <w:pPr>
        <w:pStyle w:val="NoSpacing"/>
      </w:pPr>
      <w:bookmarkStart w:id="779" w:name="_Toc233579565"/>
      <w:bookmarkStart w:id="780" w:name="_Toc233579722"/>
      <w:r w:rsidRPr="0064696A">
        <w:rPr>
          <w:rtl/>
          <w:cs/>
        </w:rPr>
        <w:t>سرعة الإنجاز</w:t>
      </w:r>
      <w:bookmarkEnd w:id="779"/>
      <w:bookmarkEnd w:id="780"/>
    </w:p>
    <w:p w14:paraId="547B8590" w14:textId="249B96C0" w:rsidR="00B67E89" w:rsidRPr="0064696A" w:rsidRDefault="00B67E89" w:rsidP="00785C0A">
      <w:pPr>
        <w:spacing w:line="276" w:lineRule="auto"/>
        <w:ind w:firstLine="397"/>
        <w:jc w:val="both"/>
        <w:rPr>
          <w:sz w:val="30"/>
          <w:szCs w:val="30"/>
        </w:rPr>
      </w:pPr>
      <w:r w:rsidRPr="0064696A">
        <w:rPr>
          <w:sz w:val="30"/>
          <w:szCs w:val="30"/>
          <w:rtl/>
        </w:rPr>
        <w:t>تعني سرعة الإنجاز قدرة العامل أو الفريق على تنفيذ المهام في الوقت المحدد دون تأخير غير مبرر</w:t>
      </w:r>
      <w:r w:rsidR="00A5297B" w:rsidRPr="0064696A">
        <w:rPr>
          <w:sz w:val="30"/>
          <w:szCs w:val="30"/>
          <w:rtl/>
          <w:cs w:val="0"/>
        </w:rPr>
        <w:t>.</w:t>
      </w:r>
      <w:r w:rsidRPr="0064696A">
        <w:rPr>
          <w:sz w:val="30"/>
          <w:szCs w:val="30"/>
          <w:rtl/>
        </w:rPr>
        <w:t xml:space="preserve"> ولا تعني السرعة تجاهل الجودة أو إجراءات السلامة</w:t>
      </w:r>
      <w:r w:rsidR="00A5297B" w:rsidRPr="0064696A">
        <w:rPr>
          <w:sz w:val="30"/>
          <w:szCs w:val="30"/>
          <w:rtl/>
          <w:cs w:val="0"/>
        </w:rPr>
        <w:t>.</w:t>
      </w:r>
      <w:r w:rsidRPr="0064696A">
        <w:rPr>
          <w:sz w:val="30"/>
          <w:szCs w:val="30"/>
          <w:rtl/>
        </w:rPr>
        <w:t xml:space="preserve"> فالسرعة المقبولة هي التي تحقق الوقت المستهدف مع المحافظة على جودة المخرجات</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21BFD495" w14:textId="35B56A56" w:rsidR="00B67E89" w:rsidRPr="0064696A" w:rsidRDefault="00B67E89" w:rsidP="00785C0A">
      <w:pPr>
        <w:spacing w:line="276" w:lineRule="auto"/>
        <w:ind w:firstLine="397"/>
        <w:jc w:val="both"/>
        <w:rPr>
          <w:sz w:val="30"/>
          <w:szCs w:val="30"/>
        </w:rPr>
      </w:pPr>
      <w:r w:rsidRPr="0064696A">
        <w:rPr>
          <w:sz w:val="30"/>
          <w:szCs w:val="30"/>
          <w:rtl/>
        </w:rPr>
        <w:lastRenderedPageBreak/>
        <w:t>تتأثر سرعة الإنجاز بعوامل عدة</w:t>
      </w:r>
      <w:r w:rsidR="00A5297B" w:rsidRPr="0064696A">
        <w:rPr>
          <w:sz w:val="30"/>
          <w:szCs w:val="30"/>
          <w:rtl/>
          <w:cs w:val="0"/>
        </w:rPr>
        <w:t>.</w:t>
      </w:r>
      <w:r w:rsidRPr="0064696A">
        <w:rPr>
          <w:sz w:val="30"/>
          <w:szCs w:val="30"/>
          <w:rtl/>
        </w:rPr>
        <w:t xml:space="preserve"> تشمل وضوح المهام</w:t>
      </w:r>
      <w:r w:rsidR="00A5297B" w:rsidRPr="0064696A">
        <w:rPr>
          <w:sz w:val="30"/>
          <w:szCs w:val="30"/>
          <w:rtl/>
          <w:cs w:val="0"/>
        </w:rPr>
        <w:t>،</w:t>
      </w:r>
      <w:r w:rsidRPr="0064696A">
        <w:rPr>
          <w:sz w:val="30"/>
          <w:szCs w:val="30"/>
          <w:rtl/>
        </w:rPr>
        <w:t xml:space="preserve"> وتوفر المواد</w:t>
      </w:r>
      <w:r w:rsidR="00A5297B" w:rsidRPr="0064696A">
        <w:rPr>
          <w:sz w:val="30"/>
          <w:szCs w:val="30"/>
          <w:rtl/>
          <w:cs w:val="0"/>
        </w:rPr>
        <w:t>،</w:t>
      </w:r>
      <w:r w:rsidRPr="0064696A">
        <w:rPr>
          <w:sz w:val="30"/>
          <w:szCs w:val="30"/>
          <w:rtl/>
        </w:rPr>
        <w:t xml:space="preserve"> ومهارة العامل</w:t>
      </w:r>
      <w:r w:rsidR="00A5297B" w:rsidRPr="0064696A">
        <w:rPr>
          <w:sz w:val="30"/>
          <w:szCs w:val="30"/>
          <w:rtl/>
          <w:cs w:val="0"/>
        </w:rPr>
        <w:t>،</w:t>
      </w:r>
      <w:r w:rsidRPr="0064696A">
        <w:rPr>
          <w:sz w:val="30"/>
          <w:szCs w:val="30"/>
          <w:rtl/>
        </w:rPr>
        <w:t xml:space="preserve"> وتنظيم خط الإنتاج</w:t>
      </w:r>
      <w:r w:rsidR="00A5297B" w:rsidRPr="0064696A">
        <w:rPr>
          <w:sz w:val="30"/>
          <w:szCs w:val="30"/>
          <w:rtl/>
          <w:cs w:val="0"/>
        </w:rPr>
        <w:t>،</w:t>
      </w:r>
      <w:r w:rsidRPr="0064696A">
        <w:rPr>
          <w:sz w:val="30"/>
          <w:szCs w:val="30"/>
          <w:rtl/>
        </w:rPr>
        <w:t xml:space="preserve"> وجودة الإشراف</w:t>
      </w:r>
      <w:r w:rsidR="00A5297B" w:rsidRPr="0064696A">
        <w:rPr>
          <w:sz w:val="30"/>
          <w:szCs w:val="30"/>
          <w:rtl/>
          <w:cs w:val="0"/>
        </w:rPr>
        <w:t>،</w:t>
      </w:r>
      <w:r w:rsidRPr="0064696A">
        <w:rPr>
          <w:sz w:val="30"/>
          <w:szCs w:val="30"/>
          <w:rtl/>
        </w:rPr>
        <w:t xml:space="preserve"> وانخفاض التوقفات</w:t>
      </w:r>
      <w:r w:rsidR="00A5297B" w:rsidRPr="0064696A">
        <w:rPr>
          <w:sz w:val="30"/>
          <w:szCs w:val="30"/>
          <w:rtl/>
          <w:cs w:val="0"/>
        </w:rPr>
        <w:t>.</w:t>
      </w:r>
      <w:r w:rsidRPr="0064696A">
        <w:rPr>
          <w:sz w:val="30"/>
          <w:szCs w:val="30"/>
          <w:rtl/>
        </w:rPr>
        <w:t xml:space="preserve"> وتساعد إدارة الأداء على تحسين السرعة من خلال تحديد الوقت المتوقع للعمل</w:t>
      </w:r>
      <w:r w:rsidR="00A5297B" w:rsidRPr="0064696A">
        <w:rPr>
          <w:sz w:val="30"/>
          <w:szCs w:val="30"/>
          <w:rtl/>
          <w:cs w:val="0"/>
        </w:rPr>
        <w:t>،</w:t>
      </w:r>
      <w:r w:rsidRPr="0064696A">
        <w:rPr>
          <w:sz w:val="30"/>
          <w:szCs w:val="30"/>
          <w:rtl/>
        </w:rPr>
        <w:t xml:space="preserve"> ومتابعة التأخير</w:t>
      </w:r>
      <w:r w:rsidR="00A5297B" w:rsidRPr="0064696A">
        <w:rPr>
          <w:sz w:val="30"/>
          <w:szCs w:val="30"/>
          <w:rtl/>
          <w:cs w:val="0"/>
        </w:rPr>
        <w:t>،</w:t>
      </w:r>
      <w:r w:rsidRPr="0064696A">
        <w:rPr>
          <w:sz w:val="30"/>
          <w:szCs w:val="30"/>
          <w:rtl/>
        </w:rPr>
        <w:t xml:space="preserve"> ومعالجة أسبابه</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574B27DA" w14:textId="77777777" w:rsidR="00B67E89" w:rsidRDefault="00B67E89" w:rsidP="00472BF3">
      <w:pPr>
        <w:pStyle w:val="NoSpacing"/>
      </w:pPr>
      <w:bookmarkStart w:id="781" w:name="_Toc233579566"/>
      <w:bookmarkStart w:id="782" w:name="_Toc233579723"/>
      <w:r>
        <w:rPr>
          <w:rtl/>
          <w:cs/>
        </w:rPr>
        <w:t>جودة المخرجات</w:t>
      </w:r>
      <w:bookmarkEnd w:id="781"/>
      <w:bookmarkEnd w:id="782"/>
    </w:p>
    <w:p w14:paraId="7944BA39" w14:textId="1F81ABD3" w:rsidR="00B67E89" w:rsidRPr="0064696A" w:rsidRDefault="00B67E89" w:rsidP="00785C0A">
      <w:pPr>
        <w:spacing w:line="276" w:lineRule="auto"/>
        <w:ind w:firstLine="397"/>
        <w:jc w:val="both"/>
        <w:rPr>
          <w:sz w:val="30"/>
          <w:szCs w:val="30"/>
        </w:rPr>
      </w:pPr>
      <w:r w:rsidRPr="0064696A">
        <w:rPr>
          <w:sz w:val="30"/>
          <w:szCs w:val="30"/>
          <w:rtl/>
        </w:rPr>
        <w:t>تعني جودة المخرجات مطابقة المنتج للمعايير المطلوبة</w:t>
      </w:r>
      <w:r w:rsidR="00A5297B" w:rsidRPr="0064696A">
        <w:rPr>
          <w:sz w:val="30"/>
          <w:szCs w:val="30"/>
          <w:rtl/>
          <w:cs w:val="0"/>
        </w:rPr>
        <w:t>.</w:t>
      </w:r>
      <w:r w:rsidRPr="0064696A">
        <w:rPr>
          <w:sz w:val="30"/>
          <w:szCs w:val="30"/>
          <w:rtl/>
        </w:rPr>
        <w:t xml:space="preserve"> في مصنع التمور</w:t>
      </w:r>
      <w:r w:rsidR="00A5297B" w:rsidRPr="0064696A">
        <w:rPr>
          <w:sz w:val="30"/>
          <w:szCs w:val="30"/>
          <w:rtl/>
          <w:cs w:val="0"/>
        </w:rPr>
        <w:t>،</w:t>
      </w:r>
      <w:r w:rsidRPr="0064696A">
        <w:rPr>
          <w:sz w:val="30"/>
          <w:szCs w:val="30"/>
          <w:rtl/>
        </w:rPr>
        <w:t xml:space="preserve"> ترتبط الجودة بالفرز</w:t>
      </w:r>
      <w:r w:rsidR="00A5297B" w:rsidRPr="0064696A">
        <w:rPr>
          <w:sz w:val="30"/>
          <w:szCs w:val="30"/>
          <w:rtl/>
          <w:cs w:val="0"/>
        </w:rPr>
        <w:t>،</w:t>
      </w:r>
      <w:r w:rsidRPr="0064696A">
        <w:rPr>
          <w:sz w:val="30"/>
          <w:szCs w:val="30"/>
          <w:rtl/>
        </w:rPr>
        <w:t xml:space="preserve"> والنظافة</w:t>
      </w:r>
      <w:r w:rsidR="00A5297B" w:rsidRPr="0064696A">
        <w:rPr>
          <w:sz w:val="30"/>
          <w:szCs w:val="30"/>
          <w:rtl/>
          <w:cs w:val="0"/>
        </w:rPr>
        <w:t>،</w:t>
      </w:r>
      <w:r w:rsidRPr="0064696A">
        <w:rPr>
          <w:sz w:val="30"/>
          <w:szCs w:val="30"/>
          <w:rtl/>
        </w:rPr>
        <w:t xml:space="preserve"> وسلامة التعبئة</w:t>
      </w:r>
      <w:r w:rsidR="00A5297B" w:rsidRPr="0064696A">
        <w:rPr>
          <w:sz w:val="30"/>
          <w:szCs w:val="30"/>
          <w:rtl/>
          <w:cs w:val="0"/>
        </w:rPr>
        <w:t>،</w:t>
      </w:r>
      <w:r w:rsidRPr="0064696A">
        <w:rPr>
          <w:sz w:val="30"/>
          <w:szCs w:val="30"/>
          <w:rtl/>
        </w:rPr>
        <w:t xml:space="preserve"> ودقة الوزن</w:t>
      </w:r>
      <w:r w:rsidR="00A5297B" w:rsidRPr="0064696A">
        <w:rPr>
          <w:sz w:val="30"/>
          <w:szCs w:val="30"/>
          <w:rtl/>
          <w:cs w:val="0"/>
        </w:rPr>
        <w:t>،</w:t>
      </w:r>
      <w:r w:rsidRPr="0064696A">
        <w:rPr>
          <w:sz w:val="30"/>
          <w:szCs w:val="30"/>
          <w:rtl/>
        </w:rPr>
        <w:t xml:space="preserve"> وسلامة التغليف</w:t>
      </w:r>
      <w:r w:rsidR="00A5297B" w:rsidRPr="0064696A">
        <w:rPr>
          <w:sz w:val="30"/>
          <w:szCs w:val="30"/>
          <w:rtl/>
          <w:cs w:val="0"/>
        </w:rPr>
        <w:t>،</w:t>
      </w:r>
      <w:r w:rsidRPr="0064696A">
        <w:rPr>
          <w:sz w:val="30"/>
          <w:szCs w:val="30"/>
          <w:rtl/>
        </w:rPr>
        <w:t xml:space="preserve"> والالتزام بإجراءات التخزين</w:t>
      </w:r>
      <w:r w:rsidR="00A5297B" w:rsidRPr="0064696A">
        <w:rPr>
          <w:sz w:val="30"/>
          <w:szCs w:val="30"/>
          <w:rtl/>
          <w:cs w:val="0"/>
        </w:rPr>
        <w:t>.</w:t>
      </w:r>
      <w:r w:rsidRPr="0064696A">
        <w:rPr>
          <w:sz w:val="30"/>
          <w:szCs w:val="30"/>
          <w:rtl/>
        </w:rPr>
        <w:t xml:space="preserve"> تتحسن الجودة عندما يعرف العامل معيار الجودة</w:t>
      </w:r>
      <w:r w:rsidR="00A5297B" w:rsidRPr="0064696A">
        <w:rPr>
          <w:sz w:val="30"/>
          <w:szCs w:val="30"/>
          <w:rtl/>
          <w:cs w:val="0"/>
        </w:rPr>
        <w:t>،</w:t>
      </w:r>
      <w:r w:rsidRPr="0064696A">
        <w:rPr>
          <w:sz w:val="30"/>
          <w:szCs w:val="30"/>
          <w:rtl/>
        </w:rPr>
        <w:t xml:space="preserve"> ويتلقى تغذية راجعة عند وقوع خطأ</w:t>
      </w:r>
      <w:r w:rsidR="00A5297B" w:rsidRPr="0064696A">
        <w:rPr>
          <w:sz w:val="30"/>
          <w:szCs w:val="30"/>
          <w:rtl/>
          <w:cs w:val="0"/>
        </w:rPr>
        <w:t>،</w:t>
      </w:r>
      <w:r w:rsidRPr="0064696A">
        <w:rPr>
          <w:sz w:val="30"/>
          <w:szCs w:val="30"/>
          <w:rtl/>
        </w:rPr>
        <w:t xml:space="preserve"> ويخضع لتدريب عند الحاجة</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5CA9095A" w14:textId="1F0C06A2" w:rsidR="00B67E89" w:rsidRPr="0064696A" w:rsidRDefault="00B67E89" w:rsidP="00785C0A">
      <w:pPr>
        <w:spacing w:line="276" w:lineRule="auto"/>
        <w:ind w:firstLine="397"/>
        <w:jc w:val="both"/>
        <w:rPr>
          <w:sz w:val="30"/>
          <w:szCs w:val="30"/>
        </w:rPr>
      </w:pPr>
      <w:r w:rsidRPr="0064696A">
        <w:rPr>
          <w:sz w:val="30"/>
          <w:szCs w:val="30"/>
          <w:rtl/>
        </w:rPr>
        <w:t>ترتبط الجودة بالإنتاجية لأن المنتج المعيب يستهلك وقتا ومواد ثم يحتاج إلى إعادة عمل أو استبعاد</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تؤدي إدارة الأداء دورا مهما في رفع الجودة من خلال التقييم والمتابعة</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5BD8AA38" w14:textId="77777777" w:rsidR="00B67E89" w:rsidRDefault="00B67E89" w:rsidP="00472BF3">
      <w:pPr>
        <w:pStyle w:val="NoSpacing"/>
      </w:pPr>
      <w:bookmarkStart w:id="783" w:name="_Toc233579567"/>
      <w:bookmarkStart w:id="784" w:name="_Toc233579724"/>
      <w:r>
        <w:rPr>
          <w:rtl/>
          <w:cs/>
        </w:rPr>
        <w:t>كفاءة استخدام الوقت والموارد</w:t>
      </w:r>
      <w:bookmarkEnd w:id="783"/>
      <w:bookmarkEnd w:id="784"/>
    </w:p>
    <w:p w14:paraId="22070F18" w14:textId="28C89415" w:rsidR="00B67E89" w:rsidRPr="0064696A" w:rsidRDefault="00B67E89" w:rsidP="00785C0A">
      <w:pPr>
        <w:spacing w:line="276" w:lineRule="auto"/>
        <w:ind w:firstLine="397"/>
        <w:jc w:val="both"/>
        <w:rPr>
          <w:sz w:val="30"/>
          <w:szCs w:val="30"/>
        </w:rPr>
      </w:pPr>
      <w:r w:rsidRPr="0064696A">
        <w:rPr>
          <w:sz w:val="30"/>
          <w:szCs w:val="30"/>
          <w:rtl/>
        </w:rPr>
        <w:t>تعني كفاءة استخدام الوقت والموارد تحقيق المخرجات بأقل هدر ممكن</w:t>
      </w:r>
      <w:r w:rsidR="00A5297B" w:rsidRPr="0064696A">
        <w:rPr>
          <w:sz w:val="30"/>
          <w:szCs w:val="30"/>
          <w:rtl/>
          <w:cs w:val="0"/>
        </w:rPr>
        <w:t>.</w:t>
      </w:r>
      <w:r w:rsidRPr="0064696A">
        <w:rPr>
          <w:sz w:val="30"/>
          <w:szCs w:val="30"/>
          <w:rtl/>
        </w:rPr>
        <w:t xml:space="preserve"> تشمل الموارد المواد الخام</w:t>
      </w:r>
      <w:r w:rsidR="00A5297B" w:rsidRPr="0064696A">
        <w:rPr>
          <w:sz w:val="30"/>
          <w:szCs w:val="30"/>
          <w:rtl/>
          <w:cs w:val="0"/>
        </w:rPr>
        <w:t>،</w:t>
      </w:r>
      <w:r w:rsidRPr="0064696A">
        <w:rPr>
          <w:sz w:val="30"/>
          <w:szCs w:val="30"/>
          <w:rtl/>
        </w:rPr>
        <w:t xml:space="preserve"> ومواد التعبئة</w:t>
      </w:r>
      <w:r w:rsidR="00A5297B" w:rsidRPr="0064696A">
        <w:rPr>
          <w:sz w:val="30"/>
          <w:szCs w:val="30"/>
          <w:rtl/>
          <w:cs w:val="0"/>
        </w:rPr>
        <w:t>،</w:t>
      </w:r>
      <w:r w:rsidRPr="0064696A">
        <w:rPr>
          <w:sz w:val="30"/>
          <w:szCs w:val="30"/>
          <w:rtl/>
        </w:rPr>
        <w:t xml:space="preserve"> والطاقة</w:t>
      </w:r>
      <w:r w:rsidR="00A5297B" w:rsidRPr="0064696A">
        <w:rPr>
          <w:sz w:val="30"/>
          <w:szCs w:val="30"/>
          <w:rtl/>
          <w:cs w:val="0"/>
        </w:rPr>
        <w:t>،</w:t>
      </w:r>
      <w:r w:rsidRPr="0064696A">
        <w:rPr>
          <w:sz w:val="30"/>
          <w:szCs w:val="30"/>
          <w:rtl/>
        </w:rPr>
        <w:t xml:space="preserve"> والمعدات</w:t>
      </w:r>
      <w:r w:rsidR="00A5297B" w:rsidRPr="0064696A">
        <w:rPr>
          <w:sz w:val="30"/>
          <w:szCs w:val="30"/>
          <w:rtl/>
          <w:cs w:val="0"/>
        </w:rPr>
        <w:t>،</w:t>
      </w:r>
      <w:r w:rsidRPr="0064696A">
        <w:rPr>
          <w:sz w:val="30"/>
          <w:szCs w:val="30"/>
          <w:rtl/>
        </w:rPr>
        <w:t xml:space="preserve"> ووقت العاملين</w:t>
      </w:r>
      <w:r w:rsidR="00A5297B" w:rsidRPr="0064696A">
        <w:rPr>
          <w:sz w:val="30"/>
          <w:szCs w:val="30"/>
          <w:rtl/>
          <w:cs w:val="0"/>
        </w:rPr>
        <w:t>.</w:t>
      </w:r>
      <w:r w:rsidRPr="0064696A">
        <w:rPr>
          <w:sz w:val="30"/>
          <w:szCs w:val="30"/>
          <w:rtl/>
        </w:rPr>
        <w:t xml:space="preserve"> تتحسن الكفاءة عندما تنخفض الأخطاء والتوقفات والحركة غير الضرورية وإعادة العمل</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03DAE304" w14:textId="7D357DAC" w:rsidR="00B67E89" w:rsidRPr="0064696A" w:rsidRDefault="00B67E89" w:rsidP="00785C0A">
      <w:pPr>
        <w:spacing w:line="276" w:lineRule="auto"/>
        <w:ind w:firstLine="397"/>
        <w:jc w:val="both"/>
        <w:rPr>
          <w:sz w:val="30"/>
          <w:szCs w:val="30"/>
        </w:rPr>
      </w:pPr>
      <w:r w:rsidRPr="0064696A">
        <w:rPr>
          <w:sz w:val="30"/>
          <w:szCs w:val="30"/>
          <w:rtl/>
        </w:rPr>
        <w:t>تساعد إدارة الأداء على رفع كفاءة الموارد من خلال قياس الأداء</w:t>
      </w:r>
      <w:r w:rsidR="00A5297B" w:rsidRPr="0064696A">
        <w:rPr>
          <w:sz w:val="30"/>
          <w:szCs w:val="30"/>
          <w:rtl/>
          <w:cs w:val="0"/>
        </w:rPr>
        <w:t>،</w:t>
      </w:r>
      <w:r w:rsidRPr="0064696A">
        <w:rPr>
          <w:sz w:val="30"/>
          <w:szCs w:val="30"/>
          <w:rtl/>
        </w:rPr>
        <w:t xml:space="preserve"> وتحديد مصادر الهدر</w:t>
      </w:r>
      <w:r w:rsidR="00A5297B" w:rsidRPr="0064696A">
        <w:rPr>
          <w:sz w:val="30"/>
          <w:szCs w:val="30"/>
          <w:rtl/>
          <w:cs w:val="0"/>
        </w:rPr>
        <w:t>،</w:t>
      </w:r>
      <w:r w:rsidRPr="0064696A">
        <w:rPr>
          <w:sz w:val="30"/>
          <w:szCs w:val="30"/>
          <w:rtl/>
        </w:rPr>
        <w:t xml:space="preserve"> وربط العاملين بمؤشرات واضحة</w:t>
      </w:r>
      <w:r w:rsidR="00A5297B" w:rsidRPr="0064696A">
        <w:rPr>
          <w:sz w:val="30"/>
          <w:szCs w:val="30"/>
          <w:rtl/>
          <w:cs w:val="0"/>
        </w:rPr>
        <w:t>.</w:t>
      </w:r>
      <w:r w:rsidRPr="0064696A">
        <w:rPr>
          <w:sz w:val="30"/>
          <w:szCs w:val="30"/>
          <w:rtl/>
        </w:rPr>
        <w:t xml:space="preserve"> فإذا عرف العامل أن الهدر في المواد جزء من تقييمه</w:t>
      </w:r>
      <w:r w:rsidR="00A5297B" w:rsidRPr="0064696A">
        <w:rPr>
          <w:sz w:val="30"/>
          <w:szCs w:val="30"/>
          <w:rtl/>
          <w:cs w:val="0"/>
        </w:rPr>
        <w:t>،</w:t>
      </w:r>
      <w:r w:rsidRPr="0064696A">
        <w:rPr>
          <w:sz w:val="30"/>
          <w:szCs w:val="30"/>
          <w:rtl/>
        </w:rPr>
        <w:t xml:space="preserve"> سيتعامل مع الموارد بدرجة أعلى من الانضباط</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7F43B504" w14:textId="77777777" w:rsidR="00B67E89" w:rsidRDefault="00B67E89" w:rsidP="00472BF3">
      <w:pPr>
        <w:pStyle w:val="NoSpacing"/>
      </w:pPr>
      <w:bookmarkStart w:id="785" w:name="_Toc233579568"/>
      <w:bookmarkStart w:id="786" w:name="_Toc233579725"/>
      <w:r>
        <w:rPr>
          <w:rtl/>
          <w:cs/>
        </w:rPr>
        <w:t>تقليل الأخطاء والهدر</w:t>
      </w:r>
      <w:bookmarkEnd w:id="785"/>
      <w:bookmarkEnd w:id="786"/>
    </w:p>
    <w:p w14:paraId="63844CDE" w14:textId="3B910D3A" w:rsidR="00B67E89" w:rsidRPr="0064696A" w:rsidRDefault="00B67E89" w:rsidP="00785C0A">
      <w:pPr>
        <w:spacing w:line="276" w:lineRule="auto"/>
        <w:ind w:firstLine="397"/>
        <w:jc w:val="both"/>
        <w:rPr>
          <w:sz w:val="30"/>
          <w:szCs w:val="30"/>
        </w:rPr>
      </w:pPr>
      <w:r w:rsidRPr="0064696A">
        <w:rPr>
          <w:sz w:val="30"/>
          <w:szCs w:val="30"/>
          <w:rtl/>
        </w:rPr>
        <w:t>يمثل تقليل الأخطاء والهدر مؤشرا مباشرا على تحسن الإنتاجية</w:t>
      </w:r>
      <w:r w:rsidR="00A5297B" w:rsidRPr="0064696A">
        <w:rPr>
          <w:sz w:val="30"/>
          <w:szCs w:val="30"/>
          <w:rtl/>
          <w:cs w:val="0"/>
        </w:rPr>
        <w:t>.</w:t>
      </w:r>
      <w:r w:rsidRPr="0064696A">
        <w:rPr>
          <w:sz w:val="30"/>
          <w:szCs w:val="30"/>
          <w:rtl/>
        </w:rPr>
        <w:t xml:space="preserve"> الأخطاء تعني تنفيذ العمل بصورة غير صحيحة</w:t>
      </w:r>
      <w:r w:rsidR="00A5297B" w:rsidRPr="0064696A">
        <w:rPr>
          <w:sz w:val="30"/>
          <w:szCs w:val="30"/>
          <w:rtl/>
          <w:cs w:val="0"/>
        </w:rPr>
        <w:t>.</w:t>
      </w:r>
      <w:r w:rsidRPr="0064696A">
        <w:rPr>
          <w:sz w:val="30"/>
          <w:szCs w:val="30"/>
          <w:rtl/>
        </w:rPr>
        <w:t xml:space="preserve"> والهدر يعني فقدان مورد دون قيمة</w:t>
      </w:r>
      <w:r w:rsidR="00A5297B" w:rsidRPr="0064696A">
        <w:rPr>
          <w:sz w:val="30"/>
          <w:szCs w:val="30"/>
          <w:rtl/>
          <w:cs w:val="0"/>
        </w:rPr>
        <w:t>.</w:t>
      </w:r>
      <w:r w:rsidRPr="0064696A">
        <w:rPr>
          <w:sz w:val="30"/>
          <w:szCs w:val="30"/>
          <w:rtl/>
        </w:rPr>
        <w:t xml:space="preserve"> وتشمل الأخطاء ضعف الفرز</w:t>
      </w:r>
      <w:r w:rsidR="00A5297B" w:rsidRPr="0064696A">
        <w:rPr>
          <w:sz w:val="30"/>
          <w:szCs w:val="30"/>
          <w:rtl/>
          <w:cs w:val="0"/>
        </w:rPr>
        <w:t>،</w:t>
      </w:r>
      <w:r w:rsidRPr="0064696A">
        <w:rPr>
          <w:sz w:val="30"/>
          <w:szCs w:val="30"/>
          <w:rtl/>
        </w:rPr>
        <w:t xml:space="preserve"> أو عدم الالتزام بالإجراء</w:t>
      </w:r>
      <w:r w:rsidR="00A5297B" w:rsidRPr="0064696A">
        <w:rPr>
          <w:sz w:val="30"/>
          <w:szCs w:val="30"/>
          <w:rtl/>
          <w:cs w:val="0"/>
        </w:rPr>
        <w:t>،</w:t>
      </w:r>
      <w:r w:rsidRPr="0064696A">
        <w:rPr>
          <w:sz w:val="30"/>
          <w:szCs w:val="30"/>
          <w:rtl/>
        </w:rPr>
        <w:t xml:space="preserve"> أو خلل التعبئة</w:t>
      </w:r>
      <w:r w:rsidR="00A5297B" w:rsidRPr="0064696A">
        <w:rPr>
          <w:sz w:val="30"/>
          <w:szCs w:val="30"/>
          <w:rtl/>
          <w:cs w:val="0"/>
        </w:rPr>
        <w:t>،</w:t>
      </w:r>
      <w:r w:rsidRPr="0064696A">
        <w:rPr>
          <w:sz w:val="30"/>
          <w:szCs w:val="30"/>
          <w:rtl/>
        </w:rPr>
        <w:t xml:space="preserve"> أو تأخير تسليم الدفعة</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6585C892" w14:textId="7AFB6AA2" w:rsidR="00B67E89" w:rsidRPr="0064696A" w:rsidRDefault="00B67E89" w:rsidP="00785C0A">
      <w:pPr>
        <w:spacing w:line="276" w:lineRule="auto"/>
        <w:ind w:firstLine="397"/>
        <w:jc w:val="both"/>
        <w:rPr>
          <w:sz w:val="30"/>
          <w:szCs w:val="30"/>
        </w:rPr>
      </w:pPr>
      <w:r w:rsidRPr="0064696A">
        <w:rPr>
          <w:sz w:val="30"/>
          <w:szCs w:val="30"/>
          <w:rtl/>
        </w:rPr>
        <w:t>يحتاج تقليل الأخطاء إلى متابعة قريبة وتغذية راجعة سريعة</w:t>
      </w:r>
      <w:r w:rsidR="00A5297B" w:rsidRPr="0064696A">
        <w:rPr>
          <w:sz w:val="30"/>
          <w:szCs w:val="30"/>
          <w:rtl/>
          <w:cs w:val="0"/>
        </w:rPr>
        <w:t>.</w:t>
      </w:r>
      <w:r w:rsidRPr="0064696A">
        <w:rPr>
          <w:sz w:val="30"/>
          <w:szCs w:val="30"/>
          <w:rtl/>
        </w:rPr>
        <w:t xml:space="preserve"> فإذا عرف العامل الخطأ بعد وقت طويل</w:t>
      </w:r>
      <w:r w:rsidR="00A5297B" w:rsidRPr="0064696A">
        <w:rPr>
          <w:sz w:val="30"/>
          <w:szCs w:val="30"/>
          <w:rtl/>
          <w:cs w:val="0"/>
        </w:rPr>
        <w:t>،</w:t>
      </w:r>
      <w:r w:rsidRPr="0064696A">
        <w:rPr>
          <w:sz w:val="30"/>
          <w:szCs w:val="30"/>
          <w:rtl/>
        </w:rPr>
        <w:t xml:space="preserve"> تتكرر المشكلة</w:t>
      </w:r>
      <w:r w:rsidR="00A5297B" w:rsidRPr="0064696A">
        <w:rPr>
          <w:sz w:val="30"/>
          <w:szCs w:val="30"/>
          <w:rtl/>
          <w:cs w:val="0"/>
        </w:rPr>
        <w:t>.</w:t>
      </w:r>
      <w:r w:rsidRPr="0064696A">
        <w:rPr>
          <w:sz w:val="30"/>
          <w:szCs w:val="30"/>
          <w:rtl/>
        </w:rPr>
        <w:t xml:space="preserve"> أما إذا حصل على ملاحظة مباشرة</w:t>
      </w:r>
      <w:r w:rsidR="00A5297B" w:rsidRPr="0064696A">
        <w:rPr>
          <w:sz w:val="30"/>
          <w:szCs w:val="30"/>
          <w:rtl/>
          <w:cs w:val="0"/>
        </w:rPr>
        <w:t>،</w:t>
      </w:r>
      <w:r w:rsidRPr="0064696A">
        <w:rPr>
          <w:sz w:val="30"/>
          <w:szCs w:val="30"/>
          <w:rtl/>
        </w:rPr>
        <w:t xml:space="preserve"> يستطيع تعديل السلوك فورا</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586C86C4" w14:textId="77777777" w:rsidR="00B67E89" w:rsidRDefault="00B67E89" w:rsidP="00472BF3">
      <w:pPr>
        <w:pStyle w:val="NoSpacing"/>
      </w:pPr>
      <w:bookmarkStart w:id="787" w:name="_Toc233579569"/>
      <w:bookmarkStart w:id="788" w:name="_Toc233579726"/>
      <w:r>
        <w:rPr>
          <w:rtl/>
          <w:cs/>
        </w:rPr>
        <w:t>تحسين الأداء العام</w:t>
      </w:r>
      <w:bookmarkEnd w:id="787"/>
      <w:bookmarkEnd w:id="788"/>
    </w:p>
    <w:p w14:paraId="567B0576" w14:textId="3BACF832" w:rsidR="00B67E89" w:rsidRPr="0064696A" w:rsidRDefault="00B67E89" w:rsidP="00785C0A">
      <w:pPr>
        <w:spacing w:line="276" w:lineRule="auto"/>
        <w:ind w:firstLine="397"/>
        <w:jc w:val="both"/>
        <w:rPr>
          <w:sz w:val="30"/>
          <w:szCs w:val="30"/>
        </w:rPr>
      </w:pPr>
      <w:r w:rsidRPr="0064696A">
        <w:rPr>
          <w:sz w:val="30"/>
          <w:szCs w:val="30"/>
          <w:rtl/>
        </w:rPr>
        <w:lastRenderedPageBreak/>
        <w:t>يعني تحسين الأداء العام ارتفاع مستوى العمل ككل</w:t>
      </w:r>
      <w:r w:rsidR="00A5297B" w:rsidRPr="0064696A">
        <w:rPr>
          <w:sz w:val="30"/>
          <w:szCs w:val="30"/>
          <w:rtl/>
          <w:cs w:val="0"/>
        </w:rPr>
        <w:t>.</w:t>
      </w:r>
      <w:r w:rsidRPr="0064696A">
        <w:rPr>
          <w:sz w:val="30"/>
          <w:szCs w:val="30"/>
          <w:rtl/>
        </w:rPr>
        <w:t xml:space="preserve"> ويشمل الالتزام</w:t>
      </w:r>
      <w:r w:rsidR="00A5297B" w:rsidRPr="0064696A">
        <w:rPr>
          <w:sz w:val="30"/>
          <w:szCs w:val="30"/>
          <w:rtl/>
          <w:cs w:val="0"/>
        </w:rPr>
        <w:t>،</w:t>
      </w:r>
      <w:r w:rsidRPr="0064696A">
        <w:rPr>
          <w:sz w:val="30"/>
          <w:szCs w:val="30"/>
          <w:rtl/>
        </w:rPr>
        <w:t xml:space="preserve"> والتعاون</w:t>
      </w:r>
      <w:r w:rsidR="00A5297B" w:rsidRPr="0064696A">
        <w:rPr>
          <w:sz w:val="30"/>
          <w:szCs w:val="30"/>
          <w:rtl/>
          <w:cs w:val="0"/>
        </w:rPr>
        <w:t>،</w:t>
      </w:r>
      <w:r w:rsidRPr="0064696A">
        <w:rPr>
          <w:sz w:val="30"/>
          <w:szCs w:val="30"/>
          <w:rtl/>
        </w:rPr>
        <w:t xml:space="preserve"> والسرعة</w:t>
      </w:r>
      <w:r w:rsidR="00A5297B" w:rsidRPr="0064696A">
        <w:rPr>
          <w:sz w:val="30"/>
          <w:szCs w:val="30"/>
          <w:rtl/>
          <w:cs w:val="0"/>
        </w:rPr>
        <w:t>،</w:t>
      </w:r>
      <w:r w:rsidRPr="0064696A">
        <w:rPr>
          <w:sz w:val="30"/>
          <w:szCs w:val="30"/>
          <w:rtl/>
        </w:rPr>
        <w:t xml:space="preserve"> والجودة</w:t>
      </w:r>
      <w:r w:rsidR="00A5297B" w:rsidRPr="0064696A">
        <w:rPr>
          <w:sz w:val="30"/>
          <w:szCs w:val="30"/>
          <w:rtl/>
          <w:cs w:val="0"/>
        </w:rPr>
        <w:t>،</w:t>
      </w:r>
      <w:r w:rsidRPr="0064696A">
        <w:rPr>
          <w:sz w:val="30"/>
          <w:szCs w:val="30"/>
          <w:rtl/>
        </w:rPr>
        <w:t xml:space="preserve"> وتقليل الهدر</w:t>
      </w:r>
      <w:r w:rsidR="00A5297B" w:rsidRPr="0064696A">
        <w:rPr>
          <w:sz w:val="30"/>
          <w:szCs w:val="30"/>
          <w:rtl/>
          <w:cs w:val="0"/>
        </w:rPr>
        <w:t>،</w:t>
      </w:r>
      <w:r w:rsidRPr="0064696A">
        <w:rPr>
          <w:sz w:val="30"/>
          <w:szCs w:val="30"/>
          <w:rtl/>
        </w:rPr>
        <w:t xml:space="preserve"> وتحقيق الأهداف</w:t>
      </w:r>
      <w:r w:rsidR="00A5297B" w:rsidRPr="0064696A">
        <w:rPr>
          <w:sz w:val="30"/>
          <w:szCs w:val="30"/>
          <w:rtl/>
          <w:cs w:val="0"/>
        </w:rPr>
        <w:t>.</w:t>
      </w:r>
      <w:r w:rsidRPr="0064696A">
        <w:rPr>
          <w:sz w:val="30"/>
          <w:szCs w:val="30"/>
          <w:rtl/>
        </w:rPr>
        <w:t xml:space="preserve"> يمثل هذا البعد نظرة شاملة للإنتاجية</w:t>
      </w:r>
      <w:r w:rsidR="00A5297B" w:rsidRPr="0064696A">
        <w:rPr>
          <w:sz w:val="30"/>
          <w:szCs w:val="30"/>
          <w:rtl/>
          <w:cs w:val="0"/>
        </w:rPr>
        <w:t>،</w:t>
      </w:r>
      <w:r w:rsidRPr="0064696A">
        <w:rPr>
          <w:sz w:val="30"/>
          <w:szCs w:val="30"/>
          <w:rtl/>
        </w:rPr>
        <w:t xml:space="preserve"> لأنه لا يركز على مؤشر واحد فقط</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488D6E29" w14:textId="1F3CE029" w:rsidR="00B67E89" w:rsidRPr="0064696A" w:rsidRDefault="00B67E89" w:rsidP="00785C0A">
      <w:pPr>
        <w:spacing w:line="276" w:lineRule="auto"/>
        <w:ind w:firstLine="397"/>
        <w:jc w:val="both"/>
        <w:rPr>
          <w:sz w:val="30"/>
          <w:szCs w:val="30"/>
        </w:rPr>
      </w:pPr>
      <w:r w:rsidRPr="0064696A">
        <w:rPr>
          <w:sz w:val="30"/>
          <w:szCs w:val="30"/>
          <w:rtl/>
        </w:rPr>
        <w:t>يتحسن الأداء العام عندما تعمل أبعاد إدارة الأداء معا</w:t>
      </w:r>
      <w:r w:rsidR="00A5297B" w:rsidRPr="0064696A">
        <w:rPr>
          <w:sz w:val="30"/>
          <w:szCs w:val="30"/>
          <w:rtl/>
          <w:cs w:val="0"/>
        </w:rPr>
        <w:t>.</w:t>
      </w:r>
      <w:r w:rsidRPr="0064696A">
        <w:rPr>
          <w:sz w:val="30"/>
          <w:szCs w:val="30"/>
          <w:rtl/>
        </w:rPr>
        <w:t xml:space="preserve"> فالتخطيط يحدد الهدف</w:t>
      </w:r>
      <w:r w:rsidR="00A5297B" w:rsidRPr="0064696A">
        <w:rPr>
          <w:sz w:val="30"/>
          <w:szCs w:val="30"/>
          <w:rtl/>
          <w:cs w:val="0"/>
        </w:rPr>
        <w:t>،</w:t>
      </w:r>
      <w:r w:rsidRPr="0064696A">
        <w:rPr>
          <w:sz w:val="30"/>
          <w:szCs w:val="30"/>
          <w:rtl/>
        </w:rPr>
        <w:t xml:space="preserve"> والمتابعة تكشف الخلل</w:t>
      </w:r>
      <w:r w:rsidR="00A5297B" w:rsidRPr="0064696A">
        <w:rPr>
          <w:sz w:val="30"/>
          <w:szCs w:val="30"/>
          <w:rtl/>
          <w:cs w:val="0"/>
        </w:rPr>
        <w:t>،</w:t>
      </w:r>
      <w:r w:rsidRPr="0064696A">
        <w:rPr>
          <w:sz w:val="30"/>
          <w:szCs w:val="30"/>
          <w:rtl/>
        </w:rPr>
        <w:t xml:space="preserve"> والتقييم يقيس النتيجة</w:t>
      </w:r>
      <w:r w:rsidR="00A5297B" w:rsidRPr="0064696A">
        <w:rPr>
          <w:sz w:val="30"/>
          <w:szCs w:val="30"/>
          <w:rtl/>
          <w:cs w:val="0"/>
        </w:rPr>
        <w:t>،</w:t>
      </w:r>
      <w:r w:rsidRPr="0064696A">
        <w:rPr>
          <w:sz w:val="30"/>
          <w:szCs w:val="30"/>
          <w:rtl/>
        </w:rPr>
        <w:t xml:space="preserve"> والحوافز والتطوير يعالجان الأداء ويدعمان العاملين</w:t>
      </w:r>
      <w:r w:rsidR="00A5297B" w:rsidRPr="0064696A">
        <w:rPr>
          <w:sz w:val="30"/>
          <w:szCs w:val="30"/>
          <w:rtl/>
          <w:cs w:val="0"/>
        </w:rPr>
        <w:t>.</w:t>
      </w:r>
      <w:r w:rsidRPr="0064696A">
        <w:rPr>
          <w:sz w:val="30"/>
          <w:szCs w:val="30"/>
          <w:rtl/>
        </w:rPr>
        <w:t xml:space="preserve"> ‏(</w:t>
      </w:r>
      <w:proofErr w:type="spellStart"/>
      <w:r w:rsidRPr="0064696A">
        <w:rPr>
          <w:sz w:val="30"/>
          <w:szCs w:val="30"/>
          <w:rtl/>
        </w:rPr>
        <w:t>Slack</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Brandon</w:t>
      </w:r>
      <w:r w:rsidR="00D60DAF" w:rsidRPr="0064696A">
        <w:rPr>
          <w:sz w:val="30"/>
          <w:szCs w:val="30"/>
          <w:rtl/>
          <w:cs w:val="0"/>
        </w:rPr>
        <w:t>-</w:t>
      </w:r>
      <w:r w:rsidRPr="0064696A">
        <w:rPr>
          <w:sz w:val="30"/>
          <w:szCs w:val="30"/>
          <w:rtl/>
        </w:rPr>
        <w:t>Jones</w:t>
      </w:r>
      <w:proofErr w:type="spellEnd"/>
      <w:r w:rsidRPr="0064696A">
        <w:rPr>
          <w:sz w:val="30"/>
          <w:szCs w:val="30"/>
          <w:rtl/>
        </w:rPr>
        <w:t>, 2019)‏</w:t>
      </w:r>
    </w:p>
    <w:p w14:paraId="74C8031E" w14:textId="62DC4052" w:rsidR="00B67E89" w:rsidRPr="004B1822" w:rsidRDefault="004B1822" w:rsidP="00785C0A">
      <w:pPr>
        <w:pStyle w:val="Heading3"/>
        <w:spacing w:line="276" w:lineRule="auto"/>
        <w:jc w:val="both"/>
      </w:pPr>
      <w:bookmarkStart w:id="789" w:name="_Toc233582886"/>
      <w:bookmarkStart w:id="790" w:name="_Toc233583053"/>
      <w:bookmarkStart w:id="791" w:name="_Toc233584686"/>
      <w:bookmarkStart w:id="792" w:name="_Toc233585058"/>
      <w:bookmarkStart w:id="793" w:name="_Toc233585184"/>
      <w:bookmarkStart w:id="794" w:name="_Toc233585325"/>
      <w:bookmarkStart w:id="795" w:name="_Toc233585655"/>
      <w:bookmarkStart w:id="796" w:name="_Toc233585811"/>
      <w:bookmarkStart w:id="797" w:name="_Toc233585937"/>
      <w:bookmarkStart w:id="798" w:name="_Toc233586066"/>
      <w:bookmarkStart w:id="799" w:name="_Toc233586844"/>
      <w:bookmarkStart w:id="800" w:name="_Toc233586979"/>
      <w:bookmarkStart w:id="801" w:name="_Toc233587120"/>
      <w:bookmarkStart w:id="802" w:name="_Toc233587279"/>
      <w:bookmarkStart w:id="803" w:name="_Toc233587657"/>
      <w:r w:rsidRPr="004B1822">
        <w:rPr>
          <w:rtl/>
        </w:rPr>
        <w:t>العلاقة بين إدارة الأداء وتحسين الإنتاجية</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14:paraId="382C8924" w14:textId="513FAB67" w:rsidR="00B67E89" w:rsidRPr="0064696A" w:rsidRDefault="00B67E89" w:rsidP="00785C0A">
      <w:pPr>
        <w:spacing w:line="276" w:lineRule="auto"/>
        <w:ind w:firstLine="397"/>
        <w:jc w:val="both"/>
        <w:rPr>
          <w:sz w:val="30"/>
          <w:szCs w:val="30"/>
        </w:rPr>
      </w:pPr>
      <w:r w:rsidRPr="0064696A">
        <w:rPr>
          <w:sz w:val="30"/>
          <w:szCs w:val="30"/>
          <w:rtl/>
        </w:rPr>
        <w:t>تقوم العلاقة بين إدارة الأداء وتحسين الإنتاجية على فكرة واضحة</w:t>
      </w:r>
      <w:r w:rsidR="00A5297B" w:rsidRPr="0064696A">
        <w:rPr>
          <w:sz w:val="30"/>
          <w:szCs w:val="30"/>
          <w:rtl/>
          <w:cs w:val="0"/>
        </w:rPr>
        <w:t>.</w:t>
      </w:r>
      <w:r w:rsidRPr="0064696A">
        <w:rPr>
          <w:sz w:val="30"/>
          <w:szCs w:val="30"/>
          <w:rtl/>
        </w:rPr>
        <w:t xml:space="preserve"> الإنتاجية تتحسن عندما يعرف العامل ما المطلوب منه</w:t>
      </w:r>
      <w:r w:rsidR="00A5297B" w:rsidRPr="0064696A">
        <w:rPr>
          <w:sz w:val="30"/>
          <w:szCs w:val="30"/>
          <w:rtl/>
          <w:cs w:val="0"/>
        </w:rPr>
        <w:t>،</w:t>
      </w:r>
      <w:r w:rsidRPr="0064696A">
        <w:rPr>
          <w:sz w:val="30"/>
          <w:szCs w:val="30"/>
          <w:rtl/>
        </w:rPr>
        <w:t xml:space="preserve"> ويحصل على متابعة أثناء العمل</w:t>
      </w:r>
      <w:r w:rsidR="00A5297B" w:rsidRPr="0064696A">
        <w:rPr>
          <w:sz w:val="30"/>
          <w:szCs w:val="30"/>
          <w:rtl/>
          <w:cs w:val="0"/>
        </w:rPr>
        <w:t>،</w:t>
      </w:r>
      <w:r w:rsidRPr="0064696A">
        <w:rPr>
          <w:sz w:val="30"/>
          <w:szCs w:val="30"/>
          <w:rtl/>
        </w:rPr>
        <w:t xml:space="preserve"> ويقيم بعدالة</w:t>
      </w:r>
      <w:r w:rsidR="00A5297B" w:rsidRPr="0064696A">
        <w:rPr>
          <w:sz w:val="30"/>
          <w:szCs w:val="30"/>
          <w:rtl/>
          <w:cs w:val="0"/>
        </w:rPr>
        <w:t>،</w:t>
      </w:r>
      <w:r w:rsidRPr="0064696A">
        <w:rPr>
          <w:sz w:val="30"/>
          <w:szCs w:val="30"/>
          <w:rtl/>
        </w:rPr>
        <w:t xml:space="preserve"> ويحصل على حافز أو تدريب بناء على النتيجة</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لا تعد إدارة الأداء نشاطا إداريا منفصلا عن الإنتاجية</w:t>
      </w:r>
      <w:r w:rsidR="00A5297B" w:rsidRPr="0064696A">
        <w:rPr>
          <w:sz w:val="30"/>
          <w:szCs w:val="30"/>
          <w:rtl/>
          <w:cs w:val="0"/>
        </w:rPr>
        <w:t>.</w:t>
      </w:r>
      <w:r w:rsidRPr="0064696A">
        <w:rPr>
          <w:sz w:val="30"/>
          <w:szCs w:val="30"/>
          <w:rtl/>
        </w:rPr>
        <w:t xml:space="preserve"> إنها أداة تؤثر في الإنتاجية من خلال سلوك العاملين ونتائجهم</w:t>
      </w:r>
      <w:r w:rsidR="00A5297B" w:rsidRPr="0064696A">
        <w:rPr>
          <w:sz w:val="30"/>
          <w:szCs w:val="30"/>
          <w:rtl/>
          <w:cs w:val="0"/>
        </w:rPr>
        <w:t>.</w:t>
      </w:r>
      <w:r w:rsidRPr="0064696A">
        <w:rPr>
          <w:sz w:val="30"/>
          <w:szCs w:val="30"/>
          <w:rtl/>
        </w:rPr>
        <w:t xml:space="preserve"> ‏(</w:t>
      </w:r>
      <w:proofErr w:type="spellStart"/>
      <w:r w:rsidRPr="0064696A">
        <w:rPr>
          <w:sz w:val="30"/>
          <w:szCs w:val="30"/>
          <w:rtl/>
        </w:rPr>
        <w:t>Aguinis</w:t>
      </w:r>
      <w:proofErr w:type="spellEnd"/>
      <w:r w:rsidRPr="0064696A">
        <w:rPr>
          <w:sz w:val="30"/>
          <w:szCs w:val="30"/>
          <w:rtl/>
        </w:rPr>
        <w:t>, 2019)‏</w:t>
      </w:r>
    </w:p>
    <w:p w14:paraId="1F95EBA5" w14:textId="09F66C10" w:rsidR="00B67E89" w:rsidRPr="0064696A" w:rsidRDefault="00B67E89" w:rsidP="00785C0A">
      <w:pPr>
        <w:spacing w:line="276" w:lineRule="auto"/>
        <w:ind w:firstLine="397"/>
        <w:jc w:val="both"/>
        <w:rPr>
          <w:sz w:val="30"/>
          <w:szCs w:val="30"/>
        </w:rPr>
      </w:pPr>
      <w:r w:rsidRPr="0064696A">
        <w:rPr>
          <w:sz w:val="30"/>
          <w:szCs w:val="30"/>
          <w:rtl/>
        </w:rPr>
        <w:t>تؤثر إدارة الأداء في الإنتاجية عبر عدة مسارات</w:t>
      </w:r>
      <w:r w:rsidR="00A5297B" w:rsidRPr="0064696A">
        <w:rPr>
          <w:sz w:val="30"/>
          <w:szCs w:val="30"/>
          <w:rtl/>
          <w:cs w:val="0"/>
        </w:rPr>
        <w:t>.</w:t>
      </w:r>
      <w:r w:rsidRPr="0064696A">
        <w:rPr>
          <w:sz w:val="30"/>
          <w:szCs w:val="30"/>
          <w:rtl/>
        </w:rPr>
        <w:t xml:space="preserve"> الأهداف الواضحة تقلل الغموض</w:t>
      </w:r>
      <w:r w:rsidR="00A5297B" w:rsidRPr="0064696A">
        <w:rPr>
          <w:sz w:val="30"/>
          <w:szCs w:val="30"/>
          <w:rtl/>
          <w:cs w:val="0"/>
        </w:rPr>
        <w:t>.</w:t>
      </w:r>
      <w:r w:rsidRPr="0064696A">
        <w:rPr>
          <w:sz w:val="30"/>
          <w:szCs w:val="30"/>
          <w:rtl/>
        </w:rPr>
        <w:t xml:space="preserve"> عندما يعرف العامل معيار الأداء</w:t>
      </w:r>
      <w:r w:rsidR="00A5297B" w:rsidRPr="0064696A">
        <w:rPr>
          <w:sz w:val="30"/>
          <w:szCs w:val="30"/>
          <w:rtl/>
          <w:cs w:val="0"/>
        </w:rPr>
        <w:t>،</w:t>
      </w:r>
      <w:r w:rsidRPr="0064696A">
        <w:rPr>
          <w:sz w:val="30"/>
          <w:szCs w:val="30"/>
          <w:rtl/>
        </w:rPr>
        <w:t xml:space="preserve"> يقل الوقت الضائع في التخمين أو انتظار التعليمات</w:t>
      </w:r>
      <w:r w:rsidR="00A5297B" w:rsidRPr="0064696A">
        <w:rPr>
          <w:sz w:val="30"/>
          <w:szCs w:val="30"/>
          <w:rtl/>
          <w:cs w:val="0"/>
        </w:rPr>
        <w:t>.</w:t>
      </w:r>
      <w:r w:rsidRPr="0064696A">
        <w:rPr>
          <w:sz w:val="30"/>
          <w:szCs w:val="30"/>
          <w:rtl/>
        </w:rPr>
        <w:t xml:space="preserve"> وهذا يرفع سرعة الإنجاز</w:t>
      </w:r>
      <w:r w:rsidR="00A5297B" w:rsidRPr="0064696A">
        <w:rPr>
          <w:sz w:val="30"/>
          <w:szCs w:val="30"/>
          <w:rtl/>
          <w:cs w:val="0"/>
        </w:rPr>
        <w:t>.</w:t>
      </w:r>
      <w:r w:rsidRPr="0064696A">
        <w:rPr>
          <w:sz w:val="30"/>
          <w:szCs w:val="30"/>
          <w:rtl/>
        </w:rPr>
        <w:t xml:space="preserve"> ‏(</w:t>
      </w:r>
      <w:proofErr w:type="spellStart"/>
      <w:r w:rsidRPr="0064696A">
        <w:rPr>
          <w:sz w:val="30"/>
          <w:szCs w:val="30"/>
          <w:rtl/>
        </w:rPr>
        <w:t>Aguinis</w:t>
      </w:r>
      <w:proofErr w:type="spellEnd"/>
      <w:r w:rsidRPr="0064696A">
        <w:rPr>
          <w:sz w:val="30"/>
          <w:szCs w:val="30"/>
          <w:rtl/>
        </w:rPr>
        <w:t>, 2019)‏</w:t>
      </w:r>
    </w:p>
    <w:p w14:paraId="557DC9F2" w14:textId="40AF7D62" w:rsidR="00B67E89" w:rsidRPr="0064696A" w:rsidRDefault="00B67E89" w:rsidP="00B06E30">
      <w:pPr>
        <w:spacing w:after="0" w:line="276" w:lineRule="auto"/>
        <w:ind w:firstLine="397"/>
        <w:jc w:val="both"/>
        <w:rPr>
          <w:sz w:val="30"/>
          <w:szCs w:val="30"/>
        </w:rPr>
      </w:pPr>
      <w:r w:rsidRPr="0064696A">
        <w:rPr>
          <w:sz w:val="30"/>
          <w:szCs w:val="30"/>
          <w:rtl/>
        </w:rPr>
        <w:t>المتابعة تكشف الأخطاء في وقت مبكر</w:t>
      </w:r>
      <w:r w:rsidR="00A5297B" w:rsidRPr="0064696A">
        <w:rPr>
          <w:sz w:val="30"/>
          <w:szCs w:val="30"/>
          <w:rtl/>
          <w:cs w:val="0"/>
        </w:rPr>
        <w:t>.</w:t>
      </w:r>
      <w:r w:rsidRPr="0064696A">
        <w:rPr>
          <w:sz w:val="30"/>
          <w:szCs w:val="30"/>
          <w:rtl/>
        </w:rPr>
        <w:t xml:space="preserve"> وعندما تصحح الإدارة الخطأ أثناء العمل</w:t>
      </w:r>
      <w:r w:rsidR="00A5297B" w:rsidRPr="0064696A">
        <w:rPr>
          <w:sz w:val="30"/>
          <w:szCs w:val="30"/>
          <w:rtl/>
          <w:cs w:val="0"/>
        </w:rPr>
        <w:t>،</w:t>
      </w:r>
      <w:r w:rsidRPr="0064696A">
        <w:rPr>
          <w:sz w:val="30"/>
          <w:szCs w:val="30"/>
          <w:rtl/>
        </w:rPr>
        <w:t xml:space="preserve"> تقل المنتجات المعيبة ويقل الهدر</w:t>
      </w:r>
      <w:r w:rsidR="00A5297B" w:rsidRPr="0064696A">
        <w:rPr>
          <w:sz w:val="30"/>
          <w:szCs w:val="30"/>
          <w:rtl/>
          <w:cs w:val="0"/>
        </w:rPr>
        <w:t>.</w:t>
      </w:r>
      <w:r w:rsidRPr="0064696A">
        <w:rPr>
          <w:sz w:val="30"/>
          <w:szCs w:val="30"/>
          <w:rtl/>
        </w:rPr>
        <w:t xml:space="preserve"> والتقييم العادل يزيد ثقة العاملين في النظام</w:t>
      </w:r>
      <w:r w:rsidR="00A5297B" w:rsidRPr="0064696A">
        <w:rPr>
          <w:sz w:val="30"/>
          <w:szCs w:val="30"/>
          <w:rtl/>
          <w:cs w:val="0"/>
        </w:rPr>
        <w:t>.</w:t>
      </w:r>
      <w:r w:rsidRPr="0064696A">
        <w:rPr>
          <w:sz w:val="30"/>
          <w:szCs w:val="30"/>
          <w:rtl/>
        </w:rPr>
        <w:t xml:space="preserve"> وعندما يشعر العامل أن جهده يقيم بعدالة</w:t>
      </w:r>
      <w:r w:rsidR="00A5297B" w:rsidRPr="0064696A">
        <w:rPr>
          <w:sz w:val="30"/>
          <w:szCs w:val="30"/>
          <w:rtl/>
          <w:cs w:val="0"/>
        </w:rPr>
        <w:t>،</w:t>
      </w:r>
      <w:r w:rsidRPr="0064696A">
        <w:rPr>
          <w:sz w:val="30"/>
          <w:szCs w:val="30"/>
          <w:rtl/>
        </w:rPr>
        <w:t xml:space="preserve"> ترتفع دافعيته</w:t>
      </w:r>
      <w:r w:rsidR="00A5297B" w:rsidRPr="0064696A">
        <w:rPr>
          <w:sz w:val="30"/>
          <w:szCs w:val="30"/>
          <w:rtl/>
          <w:cs w:val="0"/>
        </w:rPr>
        <w:t>.</w:t>
      </w:r>
      <w:r w:rsidRPr="0064696A">
        <w:rPr>
          <w:sz w:val="30"/>
          <w:szCs w:val="30"/>
          <w:rtl/>
        </w:rPr>
        <w:t xml:space="preserve"> ‏(</w:t>
      </w:r>
      <w:proofErr w:type="spellStart"/>
      <w:r w:rsidRPr="0064696A">
        <w:rPr>
          <w:sz w:val="30"/>
          <w:szCs w:val="30"/>
          <w:rtl/>
        </w:rPr>
        <w:t>Aguinis</w:t>
      </w:r>
      <w:proofErr w:type="spellEnd"/>
      <w:r w:rsidRPr="0064696A">
        <w:rPr>
          <w:sz w:val="30"/>
          <w:szCs w:val="30"/>
          <w:rtl/>
        </w:rPr>
        <w:t>, 2019)‏</w:t>
      </w:r>
    </w:p>
    <w:p w14:paraId="55B91ACF" w14:textId="2583F65D" w:rsidR="00B67E89" w:rsidRPr="0064696A" w:rsidRDefault="00B67E89" w:rsidP="00B06E30">
      <w:pPr>
        <w:spacing w:after="0" w:line="276" w:lineRule="auto"/>
        <w:ind w:firstLine="397"/>
        <w:jc w:val="both"/>
        <w:rPr>
          <w:sz w:val="30"/>
          <w:szCs w:val="30"/>
        </w:rPr>
      </w:pPr>
      <w:r w:rsidRPr="0064696A">
        <w:rPr>
          <w:sz w:val="30"/>
          <w:szCs w:val="30"/>
          <w:rtl/>
        </w:rPr>
        <w:t>الحوافز المرتبطة بالأداء تشجع العاملين على الالتزام بمعايير السرعة والجودة</w:t>
      </w:r>
      <w:r w:rsidR="00A5297B" w:rsidRPr="0064696A">
        <w:rPr>
          <w:sz w:val="30"/>
          <w:szCs w:val="30"/>
          <w:rtl/>
          <w:cs w:val="0"/>
        </w:rPr>
        <w:t>.</w:t>
      </w:r>
      <w:r w:rsidRPr="0064696A">
        <w:rPr>
          <w:sz w:val="30"/>
          <w:szCs w:val="30"/>
          <w:rtl/>
        </w:rPr>
        <w:t xml:space="preserve"> ويجب أن تراعي الحوافز الجودة لا الكمية فقط</w:t>
      </w:r>
      <w:r w:rsidR="00A5297B" w:rsidRPr="0064696A">
        <w:rPr>
          <w:sz w:val="30"/>
          <w:szCs w:val="30"/>
          <w:rtl/>
          <w:cs w:val="0"/>
        </w:rPr>
        <w:t>.</w:t>
      </w:r>
      <w:r w:rsidRPr="0064696A">
        <w:rPr>
          <w:sz w:val="30"/>
          <w:szCs w:val="30"/>
          <w:rtl/>
        </w:rPr>
        <w:t xml:space="preserve"> كما تكشف نتائج الأداء احتياجات التدريب</w:t>
      </w:r>
      <w:r w:rsidR="00A5297B" w:rsidRPr="0064696A">
        <w:rPr>
          <w:sz w:val="30"/>
          <w:szCs w:val="30"/>
          <w:rtl/>
          <w:cs w:val="0"/>
        </w:rPr>
        <w:t>.</w:t>
      </w:r>
      <w:r w:rsidRPr="0064696A">
        <w:rPr>
          <w:sz w:val="30"/>
          <w:szCs w:val="30"/>
          <w:rtl/>
        </w:rPr>
        <w:t xml:space="preserve"> وعندما يعالج التدريب فجوات المهارة</w:t>
      </w:r>
      <w:r w:rsidR="00A5297B" w:rsidRPr="0064696A">
        <w:rPr>
          <w:sz w:val="30"/>
          <w:szCs w:val="30"/>
          <w:rtl/>
          <w:cs w:val="0"/>
        </w:rPr>
        <w:t>،</w:t>
      </w:r>
      <w:r w:rsidRPr="0064696A">
        <w:rPr>
          <w:sz w:val="30"/>
          <w:szCs w:val="30"/>
          <w:rtl/>
        </w:rPr>
        <w:t xml:space="preserve"> يتحسن الأداء والإنتاجية</w:t>
      </w:r>
      <w:r w:rsidR="00A5297B" w:rsidRPr="0064696A">
        <w:rPr>
          <w:sz w:val="30"/>
          <w:szCs w:val="30"/>
          <w:rtl/>
          <w:cs w:val="0"/>
        </w:rPr>
        <w:t>.</w:t>
      </w:r>
      <w:r w:rsidRPr="0064696A">
        <w:rPr>
          <w:sz w:val="30"/>
          <w:szCs w:val="30"/>
          <w:rtl/>
        </w:rPr>
        <w:t xml:space="preserve"> ‏(</w:t>
      </w:r>
      <w:proofErr w:type="spellStart"/>
      <w:r w:rsidRPr="0064696A">
        <w:rPr>
          <w:sz w:val="30"/>
          <w:szCs w:val="30"/>
          <w:rtl/>
        </w:rPr>
        <w:t>Aguinis</w:t>
      </w:r>
      <w:proofErr w:type="spellEnd"/>
      <w:r w:rsidRPr="0064696A">
        <w:rPr>
          <w:sz w:val="30"/>
          <w:szCs w:val="30"/>
          <w:rtl/>
        </w:rPr>
        <w:t>, 2019)‏</w:t>
      </w:r>
    </w:p>
    <w:p w14:paraId="3946657F" w14:textId="2A5CD389" w:rsidR="00B67E89" w:rsidRDefault="00B67E89" w:rsidP="00B06E30">
      <w:pPr>
        <w:spacing w:after="0" w:line="276" w:lineRule="auto"/>
        <w:ind w:firstLine="397"/>
        <w:jc w:val="both"/>
        <w:rPr>
          <w:sz w:val="30"/>
          <w:szCs w:val="30"/>
          <w:rtl/>
        </w:rPr>
      </w:pPr>
      <w:r w:rsidRPr="0064696A">
        <w:rPr>
          <w:sz w:val="30"/>
          <w:szCs w:val="30"/>
          <w:rtl/>
        </w:rPr>
        <w:t>توضح هذه المسارات أن إدارة الأداء لا تؤثر في الإنتاجية من خلال بعد واحد</w:t>
      </w:r>
      <w:r w:rsidR="00A5297B" w:rsidRPr="0064696A">
        <w:rPr>
          <w:sz w:val="30"/>
          <w:szCs w:val="30"/>
          <w:rtl/>
          <w:cs w:val="0"/>
        </w:rPr>
        <w:t>.</w:t>
      </w:r>
      <w:r w:rsidRPr="0064696A">
        <w:rPr>
          <w:sz w:val="30"/>
          <w:szCs w:val="30"/>
          <w:rtl/>
        </w:rPr>
        <w:t xml:space="preserve"> بل تعمل من خلال نظام مترابط</w:t>
      </w:r>
      <w:r w:rsidR="00A5297B" w:rsidRPr="0064696A">
        <w:rPr>
          <w:sz w:val="30"/>
          <w:szCs w:val="30"/>
          <w:rtl/>
          <w:cs w:val="0"/>
        </w:rPr>
        <w:t>.</w:t>
      </w:r>
      <w:r w:rsidRPr="0064696A">
        <w:rPr>
          <w:sz w:val="30"/>
          <w:szCs w:val="30"/>
          <w:rtl/>
        </w:rPr>
        <w:t xml:space="preserve"> ضعف أي بعد يضعف أثر النظام كله</w:t>
      </w:r>
      <w:r w:rsidR="00A5297B" w:rsidRPr="0064696A">
        <w:rPr>
          <w:sz w:val="30"/>
          <w:szCs w:val="30"/>
          <w:rtl/>
          <w:cs w:val="0"/>
        </w:rPr>
        <w:t>.</w:t>
      </w:r>
      <w:r w:rsidRPr="0064696A">
        <w:rPr>
          <w:sz w:val="30"/>
          <w:szCs w:val="30"/>
          <w:rtl/>
        </w:rPr>
        <w:t xml:space="preserve"> ‏(</w:t>
      </w:r>
      <w:proofErr w:type="spellStart"/>
      <w:r w:rsidRPr="0064696A">
        <w:rPr>
          <w:sz w:val="30"/>
          <w:szCs w:val="30"/>
          <w:rtl/>
        </w:rPr>
        <w:t>Aguinis</w:t>
      </w:r>
      <w:proofErr w:type="spellEnd"/>
      <w:r w:rsidRPr="0064696A">
        <w:rPr>
          <w:sz w:val="30"/>
          <w:szCs w:val="30"/>
          <w:rtl/>
        </w:rPr>
        <w:t>, 2019)‏</w:t>
      </w:r>
    </w:p>
    <w:p w14:paraId="0999E782" w14:textId="2B478AE6" w:rsidR="00B67E89" w:rsidRPr="004B1822" w:rsidRDefault="004B1822" w:rsidP="00785C0A">
      <w:pPr>
        <w:pStyle w:val="Heading3"/>
        <w:spacing w:line="276" w:lineRule="auto"/>
        <w:jc w:val="both"/>
      </w:pPr>
      <w:bookmarkStart w:id="804" w:name="_Toc233582887"/>
      <w:bookmarkStart w:id="805" w:name="_Toc233583054"/>
      <w:bookmarkStart w:id="806" w:name="_Toc233584687"/>
      <w:bookmarkStart w:id="807" w:name="_Toc233585059"/>
      <w:bookmarkStart w:id="808" w:name="_Toc233585185"/>
      <w:bookmarkStart w:id="809" w:name="_Toc233585326"/>
      <w:bookmarkStart w:id="810" w:name="_Toc233585656"/>
      <w:bookmarkStart w:id="811" w:name="_Toc233585812"/>
      <w:bookmarkStart w:id="812" w:name="_Toc233585938"/>
      <w:bookmarkStart w:id="813" w:name="_Toc233586067"/>
      <w:bookmarkStart w:id="814" w:name="_Toc233586845"/>
      <w:bookmarkStart w:id="815" w:name="_Toc233586980"/>
      <w:bookmarkStart w:id="816" w:name="_Toc233587121"/>
      <w:bookmarkStart w:id="817" w:name="_Toc233587280"/>
      <w:bookmarkStart w:id="818" w:name="_Toc233587658"/>
      <w:r w:rsidRPr="004B1822">
        <w:rPr>
          <w:rtl/>
        </w:rPr>
        <w:t>أثر تخطيط الأداء على تحسين الإنتاجية</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p w14:paraId="7053229E" w14:textId="356F2499" w:rsidR="00B67E89" w:rsidRPr="0064696A" w:rsidRDefault="00B67E89" w:rsidP="00785C0A">
      <w:pPr>
        <w:spacing w:line="276" w:lineRule="auto"/>
        <w:ind w:firstLine="397"/>
        <w:jc w:val="both"/>
        <w:rPr>
          <w:sz w:val="30"/>
          <w:szCs w:val="30"/>
        </w:rPr>
      </w:pPr>
      <w:r w:rsidRPr="0064696A">
        <w:rPr>
          <w:sz w:val="30"/>
          <w:szCs w:val="30"/>
          <w:rtl/>
        </w:rPr>
        <w:t>يمثل تخطيط الأداء الخطوة الأولى في تحسين الإنتاجية</w:t>
      </w:r>
      <w:r w:rsidR="00A5297B" w:rsidRPr="0064696A">
        <w:rPr>
          <w:sz w:val="30"/>
          <w:szCs w:val="30"/>
          <w:rtl/>
          <w:cs w:val="0"/>
        </w:rPr>
        <w:t>.</w:t>
      </w:r>
      <w:r w:rsidRPr="0064696A">
        <w:rPr>
          <w:sz w:val="30"/>
          <w:szCs w:val="30"/>
          <w:rtl/>
        </w:rPr>
        <w:t xml:space="preserve"> لا يستطيع العامل أن يحقق إنتاجية مرتفعة إذا لم تكن أهدافه واضحة</w:t>
      </w:r>
      <w:r w:rsidR="00A5297B" w:rsidRPr="0064696A">
        <w:rPr>
          <w:sz w:val="30"/>
          <w:szCs w:val="30"/>
          <w:rtl/>
          <w:cs w:val="0"/>
        </w:rPr>
        <w:t>.</w:t>
      </w:r>
      <w:r w:rsidRPr="0064696A">
        <w:rPr>
          <w:sz w:val="30"/>
          <w:szCs w:val="30"/>
          <w:rtl/>
        </w:rPr>
        <w:t xml:space="preserve"> تخطيط الأداء يحدد ما يجب إنجازه</w:t>
      </w:r>
      <w:r w:rsidR="00A5297B" w:rsidRPr="0064696A">
        <w:rPr>
          <w:sz w:val="30"/>
          <w:szCs w:val="30"/>
          <w:rtl/>
          <w:cs w:val="0"/>
        </w:rPr>
        <w:t>،</w:t>
      </w:r>
      <w:r w:rsidRPr="0064696A">
        <w:rPr>
          <w:sz w:val="30"/>
          <w:szCs w:val="30"/>
          <w:rtl/>
        </w:rPr>
        <w:t xml:space="preserve"> وما مستوى الجودة المطلوب</w:t>
      </w:r>
      <w:r w:rsidR="00A5297B" w:rsidRPr="0064696A">
        <w:rPr>
          <w:sz w:val="30"/>
          <w:szCs w:val="30"/>
          <w:rtl/>
          <w:cs w:val="0"/>
        </w:rPr>
        <w:t>،</w:t>
      </w:r>
      <w:r w:rsidRPr="0064696A">
        <w:rPr>
          <w:sz w:val="30"/>
          <w:szCs w:val="30"/>
          <w:rtl/>
        </w:rPr>
        <w:t xml:space="preserve"> وما الوقت المحدد</w:t>
      </w:r>
      <w:r w:rsidR="00A5297B" w:rsidRPr="0064696A">
        <w:rPr>
          <w:sz w:val="30"/>
          <w:szCs w:val="30"/>
          <w:rtl/>
          <w:cs w:val="0"/>
        </w:rPr>
        <w:t>،</w:t>
      </w:r>
      <w:r w:rsidRPr="0064696A">
        <w:rPr>
          <w:sz w:val="30"/>
          <w:szCs w:val="30"/>
          <w:rtl/>
        </w:rPr>
        <w:t xml:space="preserve"> وما الموارد المتاحة</w:t>
      </w:r>
      <w:r w:rsidR="00A5297B" w:rsidRPr="0064696A">
        <w:rPr>
          <w:sz w:val="30"/>
          <w:szCs w:val="30"/>
          <w:rtl/>
          <w:cs w:val="0"/>
        </w:rPr>
        <w:t>.</w:t>
      </w:r>
      <w:r w:rsidRPr="0064696A">
        <w:rPr>
          <w:sz w:val="30"/>
          <w:szCs w:val="30"/>
          <w:rtl/>
        </w:rPr>
        <w:t xml:space="preserve"> ‏(</w:t>
      </w:r>
      <w:proofErr w:type="spellStart"/>
      <w:r w:rsidRPr="0064696A">
        <w:rPr>
          <w:sz w:val="30"/>
          <w:szCs w:val="30"/>
          <w:rtl/>
        </w:rPr>
        <w:t>Locke</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Latham</w:t>
      </w:r>
      <w:proofErr w:type="spellEnd"/>
      <w:r w:rsidRPr="0064696A">
        <w:rPr>
          <w:sz w:val="30"/>
          <w:szCs w:val="30"/>
          <w:rtl/>
        </w:rPr>
        <w:t>, 2002)‏</w:t>
      </w:r>
    </w:p>
    <w:p w14:paraId="4063F0AC" w14:textId="3B16DCA6" w:rsidR="00B67E89" w:rsidRPr="0064696A" w:rsidRDefault="00B67E89" w:rsidP="00785C0A">
      <w:pPr>
        <w:spacing w:line="276" w:lineRule="auto"/>
        <w:ind w:firstLine="397"/>
        <w:jc w:val="both"/>
        <w:rPr>
          <w:sz w:val="30"/>
          <w:szCs w:val="30"/>
        </w:rPr>
      </w:pPr>
      <w:r w:rsidRPr="0064696A">
        <w:rPr>
          <w:sz w:val="30"/>
          <w:szCs w:val="30"/>
          <w:rtl/>
        </w:rPr>
        <w:t>يساعد تخطيط الأداء على تحسين الإنتاجية من خلال تحديد الأولويات</w:t>
      </w:r>
      <w:r w:rsidR="00A5297B" w:rsidRPr="0064696A">
        <w:rPr>
          <w:sz w:val="30"/>
          <w:szCs w:val="30"/>
          <w:rtl/>
          <w:cs w:val="0"/>
        </w:rPr>
        <w:t>،</w:t>
      </w:r>
      <w:r w:rsidRPr="0064696A">
        <w:rPr>
          <w:sz w:val="30"/>
          <w:szCs w:val="30"/>
          <w:rtl/>
        </w:rPr>
        <w:t xml:space="preserve"> وتقليل الارتباك في العمل</w:t>
      </w:r>
      <w:r w:rsidR="00A5297B" w:rsidRPr="0064696A">
        <w:rPr>
          <w:sz w:val="30"/>
          <w:szCs w:val="30"/>
          <w:rtl/>
          <w:cs w:val="0"/>
        </w:rPr>
        <w:t>،</w:t>
      </w:r>
      <w:r w:rsidRPr="0064696A">
        <w:rPr>
          <w:sz w:val="30"/>
          <w:szCs w:val="30"/>
          <w:rtl/>
        </w:rPr>
        <w:t xml:space="preserve"> وتوحيد فهم العاملين للمعايير</w:t>
      </w:r>
      <w:r w:rsidR="00A5297B" w:rsidRPr="0064696A">
        <w:rPr>
          <w:sz w:val="30"/>
          <w:szCs w:val="30"/>
          <w:rtl/>
          <w:cs w:val="0"/>
        </w:rPr>
        <w:t>،</w:t>
      </w:r>
      <w:r w:rsidRPr="0064696A">
        <w:rPr>
          <w:sz w:val="30"/>
          <w:szCs w:val="30"/>
          <w:rtl/>
        </w:rPr>
        <w:t xml:space="preserve"> وربط الأهداف الفردية بأهداف القسم</w:t>
      </w:r>
      <w:r w:rsidR="00A5297B" w:rsidRPr="0064696A">
        <w:rPr>
          <w:sz w:val="30"/>
          <w:szCs w:val="30"/>
          <w:rtl/>
          <w:cs w:val="0"/>
        </w:rPr>
        <w:t>،</w:t>
      </w:r>
      <w:r w:rsidRPr="0064696A">
        <w:rPr>
          <w:sz w:val="30"/>
          <w:szCs w:val="30"/>
          <w:rtl/>
        </w:rPr>
        <w:t xml:space="preserve"> وتحديد مؤشرات الإنتاجية قبل التنفيذ</w:t>
      </w:r>
      <w:r w:rsidR="00A5297B" w:rsidRPr="0064696A">
        <w:rPr>
          <w:sz w:val="30"/>
          <w:szCs w:val="30"/>
          <w:rtl/>
          <w:cs w:val="0"/>
        </w:rPr>
        <w:t>،</w:t>
      </w:r>
      <w:r w:rsidRPr="0064696A">
        <w:rPr>
          <w:sz w:val="30"/>
          <w:szCs w:val="30"/>
          <w:rtl/>
        </w:rPr>
        <w:t xml:space="preserve"> وتسهيل المتابعة والتقييم</w:t>
      </w:r>
      <w:r w:rsidR="00A5297B" w:rsidRPr="0064696A">
        <w:rPr>
          <w:sz w:val="30"/>
          <w:szCs w:val="30"/>
          <w:rtl/>
          <w:cs w:val="0"/>
        </w:rPr>
        <w:t>.</w:t>
      </w:r>
      <w:r w:rsidRPr="0064696A">
        <w:rPr>
          <w:sz w:val="30"/>
          <w:szCs w:val="30"/>
          <w:rtl/>
        </w:rPr>
        <w:t xml:space="preserve"> ‏(</w:t>
      </w:r>
      <w:proofErr w:type="spellStart"/>
      <w:r w:rsidRPr="0064696A">
        <w:rPr>
          <w:sz w:val="30"/>
          <w:szCs w:val="30"/>
          <w:rtl/>
        </w:rPr>
        <w:t>Locke</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Latham</w:t>
      </w:r>
      <w:proofErr w:type="spellEnd"/>
      <w:r w:rsidRPr="0064696A">
        <w:rPr>
          <w:sz w:val="30"/>
          <w:szCs w:val="30"/>
          <w:rtl/>
        </w:rPr>
        <w:t>, 2002)‏</w:t>
      </w:r>
    </w:p>
    <w:p w14:paraId="5514D844" w14:textId="28F02BA3" w:rsidR="00B67E89" w:rsidRPr="0064696A" w:rsidRDefault="00B67E89" w:rsidP="00785C0A">
      <w:pPr>
        <w:spacing w:line="276" w:lineRule="auto"/>
        <w:ind w:firstLine="397"/>
        <w:jc w:val="both"/>
        <w:rPr>
          <w:sz w:val="30"/>
          <w:szCs w:val="30"/>
        </w:rPr>
      </w:pPr>
      <w:r w:rsidRPr="0064696A">
        <w:rPr>
          <w:sz w:val="30"/>
          <w:szCs w:val="30"/>
          <w:rtl/>
        </w:rPr>
        <w:lastRenderedPageBreak/>
        <w:t>في شركة إنتاجية</w:t>
      </w:r>
      <w:r w:rsidR="00A5297B" w:rsidRPr="0064696A">
        <w:rPr>
          <w:sz w:val="30"/>
          <w:szCs w:val="30"/>
          <w:rtl/>
          <w:cs w:val="0"/>
        </w:rPr>
        <w:t>،</w:t>
      </w:r>
      <w:r w:rsidRPr="0064696A">
        <w:rPr>
          <w:sz w:val="30"/>
          <w:szCs w:val="30"/>
          <w:rtl/>
        </w:rPr>
        <w:t xml:space="preserve"> يظهر أثر التخطيط في تنظيم مراحل العمل</w:t>
      </w:r>
      <w:r w:rsidR="00A5297B" w:rsidRPr="0064696A">
        <w:rPr>
          <w:sz w:val="30"/>
          <w:szCs w:val="30"/>
          <w:rtl/>
          <w:cs w:val="0"/>
        </w:rPr>
        <w:t>.</w:t>
      </w:r>
      <w:r w:rsidRPr="0064696A">
        <w:rPr>
          <w:sz w:val="30"/>
          <w:szCs w:val="30"/>
          <w:rtl/>
        </w:rPr>
        <w:t xml:space="preserve"> فإذا حددت الإدارة معيار الفرز</w:t>
      </w:r>
      <w:r w:rsidR="00A5297B" w:rsidRPr="0064696A">
        <w:rPr>
          <w:sz w:val="30"/>
          <w:szCs w:val="30"/>
          <w:rtl/>
          <w:cs w:val="0"/>
        </w:rPr>
        <w:t>،</w:t>
      </w:r>
      <w:r w:rsidRPr="0064696A">
        <w:rPr>
          <w:sz w:val="30"/>
          <w:szCs w:val="30"/>
          <w:rtl/>
        </w:rPr>
        <w:t xml:space="preserve"> وسرعة التعبئة</w:t>
      </w:r>
      <w:r w:rsidR="00A5297B" w:rsidRPr="0064696A">
        <w:rPr>
          <w:sz w:val="30"/>
          <w:szCs w:val="30"/>
          <w:rtl/>
          <w:cs w:val="0"/>
        </w:rPr>
        <w:t>،</w:t>
      </w:r>
      <w:r w:rsidRPr="0064696A">
        <w:rPr>
          <w:sz w:val="30"/>
          <w:szCs w:val="30"/>
          <w:rtl/>
        </w:rPr>
        <w:t xml:space="preserve"> ونسبة الخطأ المقبولة</w:t>
      </w:r>
      <w:r w:rsidR="00A5297B" w:rsidRPr="0064696A">
        <w:rPr>
          <w:sz w:val="30"/>
          <w:szCs w:val="30"/>
          <w:rtl/>
          <w:cs w:val="0"/>
        </w:rPr>
        <w:t>،</w:t>
      </w:r>
      <w:r w:rsidRPr="0064696A">
        <w:rPr>
          <w:sz w:val="30"/>
          <w:szCs w:val="30"/>
          <w:rtl/>
        </w:rPr>
        <w:t xml:space="preserve"> وتوقيت إنجاز الدفعات</w:t>
      </w:r>
      <w:r w:rsidR="00A5297B" w:rsidRPr="0064696A">
        <w:rPr>
          <w:sz w:val="30"/>
          <w:szCs w:val="30"/>
          <w:rtl/>
          <w:cs w:val="0"/>
        </w:rPr>
        <w:t>،</w:t>
      </w:r>
      <w:r w:rsidRPr="0064696A">
        <w:rPr>
          <w:sz w:val="30"/>
          <w:szCs w:val="30"/>
          <w:rtl/>
        </w:rPr>
        <w:t xml:space="preserve"> فإن العاملين ينجزون العمل بدرجة أعلى من الانتظام</w:t>
      </w:r>
      <w:r w:rsidR="00A5297B" w:rsidRPr="0064696A">
        <w:rPr>
          <w:sz w:val="30"/>
          <w:szCs w:val="30"/>
          <w:rtl/>
          <w:cs w:val="0"/>
        </w:rPr>
        <w:t>.</w:t>
      </w:r>
      <w:r w:rsidRPr="0064696A">
        <w:rPr>
          <w:sz w:val="30"/>
          <w:szCs w:val="30"/>
          <w:rtl/>
        </w:rPr>
        <w:t xml:space="preserve"> أما غياب التخطيط</w:t>
      </w:r>
      <w:r w:rsidR="00A5297B" w:rsidRPr="0064696A">
        <w:rPr>
          <w:sz w:val="30"/>
          <w:szCs w:val="30"/>
          <w:rtl/>
          <w:cs w:val="0"/>
        </w:rPr>
        <w:t>،</w:t>
      </w:r>
      <w:r w:rsidRPr="0064696A">
        <w:rPr>
          <w:sz w:val="30"/>
          <w:szCs w:val="30"/>
          <w:rtl/>
        </w:rPr>
        <w:t xml:space="preserve"> فيؤدي إلى تفاوت الأداء بين العاملين</w:t>
      </w:r>
      <w:r w:rsidR="00A5297B" w:rsidRPr="0064696A">
        <w:rPr>
          <w:sz w:val="30"/>
          <w:szCs w:val="30"/>
          <w:rtl/>
          <w:cs w:val="0"/>
        </w:rPr>
        <w:t>،</w:t>
      </w:r>
      <w:r w:rsidRPr="0064696A">
        <w:rPr>
          <w:sz w:val="30"/>
          <w:szCs w:val="30"/>
          <w:rtl/>
        </w:rPr>
        <w:t xml:space="preserve"> وزيادة الأخطاء</w:t>
      </w:r>
      <w:r w:rsidR="00A5297B" w:rsidRPr="0064696A">
        <w:rPr>
          <w:sz w:val="30"/>
          <w:szCs w:val="30"/>
          <w:rtl/>
          <w:cs w:val="0"/>
        </w:rPr>
        <w:t>،</w:t>
      </w:r>
      <w:r w:rsidRPr="0064696A">
        <w:rPr>
          <w:sz w:val="30"/>
          <w:szCs w:val="30"/>
          <w:rtl/>
        </w:rPr>
        <w:t xml:space="preserve"> وضعف المساءلة</w:t>
      </w:r>
      <w:r w:rsidR="00A5297B" w:rsidRPr="0064696A">
        <w:rPr>
          <w:sz w:val="30"/>
          <w:szCs w:val="30"/>
          <w:rtl/>
          <w:cs w:val="0"/>
        </w:rPr>
        <w:t>.</w:t>
      </w:r>
      <w:r w:rsidRPr="0064696A">
        <w:rPr>
          <w:sz w:val="30"/>
          <w:szCs w:val="30"/>
          <w:rtl/>
        </w:rPr>
        <w:t xml:space="preserve"> ‏(</w:t>
      </w:r>
      <w:proofErr w:type="spellStart"/>
      <w:r w:rsidRPr="0064696A">
        <w:rPr>
          <w:sz w:val="30"/>
          <w:szCs w:val="30"/>
          <w:rtl/>
        </w:rPr>
        <w:t>Locke</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Latham</w:t>
      </w:r>
      <w:proofErr w:type="spellEnd"/>
      <w:r w:rsidRPr="0064696A">
        <w:rPr>
          <w:sz w:val="30"/>
          <w:szCs w:val="30"/>
          <w:rtl/>
        </w:rPr>
        <w:t>, 2002)‏</w:t>
      </w:r>
    </w:p>
    <w:p w14:paraId="1BB9841E" w14:textId="069D397B" w:rsidR="00B67E89" w:rsidRPr="0064696A" w:rsidRDefault="00B67E89" w:rsidP="00785C0A">
      <w:pPr>
        <w:spacing w:line="276" w:lineRule="auto"/>
        <w:ind w:firstLine="397"/>
        <w:jc w:val="both"/>
        <w:rPr>
          <w:sz w:val="30"/>
          <w:szCs w:val="30"/>
        </w:rPr>
      </w:pPr>
      <w:r w:rsidRPr="0064696A">
        <w:rPr>
          <w:sz w:val="30"/>
          <w:szCs w:val="30"/>
          <w:rtl/>
        </w:rPr>
        <w:t>يدعم ذلك ما أشارت إليه نظرية تحديد الأهداف من أن الأهداف المحددة ترفع الأداء عندما تقترن بالالتزام والتغذية الراجعة (</w:t>
      </w:r>
      <w:proofErr w:type="spellStart"/>
      <w:r w:rsidRPr="0064696A">
        <w:rPr>
          <w:sz w:val="30"/>
          <w:szCs w:val="30"/>
          <w:rtl/>
        </w:rPr>
        <w:t>Locke</w:t>
      </w:r>
      <w:proofErr w:type="spellEnd"/>
      <w:r w:rsidRPr="0064696A">
        <w:rPr>
          <w:sz w:val="30"/>
          <w:szCs w:val="30"/>
          <w:rtl/>
        </w:rPr>
        <w:t xml:space="preserve"> &amp; </w:t>
      </w:r>
      <w:proofErr w:type="spellStart"/>
      <w:r w:rsidRPr="0064696A">
        <w:rPr>
          <w:sz w:val="30"/>
          <w:szCs w:val="30"/>
          <w:rtl/>
        </w:rPr>
        <w:t>Latham</w:t>
      </w:r>
      <w:proofErr w:type="spellEnd"/>
      <w:r w:rsidRPr="0064696A">
        <w:rPr>
          <w:sz w:val="30"/>
          <w:szCs w:val="30"/>
          <w:rtl/>
        </w:rPr>
        <w:t>, 2002)</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تصوغ الدراسة الحالية فرضا يتعلق بأثر تخطيط الأداء على تحسين الإنتاجية</w:t>
      </w:r>
      <w:r w:rsidR="00A5297B" w:rsidRPr="0064696A">
        <w:rPr>
          <w:sz w:val="30"/>
          <w:szCs w:val="30"/>
          <w:rtl/>
          <w:cs w:val="0"/>
        </w:rPr>
        <w:t>.</w:t>
      </w:r>
    </w:p>
    <w:p w14:paraId="370E3D74" w14:textId="42854531" w:rsidR="00B67E89" w:rsidRPr="004B1822" w:rsidRDefault="004B1822" w:rsidP="00785C0A">
      <w:pPr>
        <w:pStyle w:val="Heading3"/>
        <w:spacing w:line="276" w:lineRule="auto"/>
        <w:jc w:val="both"/>
      </w:pPr>
      <w:bookmarkStart w:id="819" w:name="_Toc233582888"/>
      <w:bookmarkStart w:id="820" w:name="_Toc233583055"/>
      <w:bookmarkStart w:id="821" w:name="_Toc233584688"/>
      <w:bookmarkStart w:id="822" w:name="_Toc233585060"/>
      <w:bookmarkStart w:id="823" w:name="_Toc233585186"/>
      <w:bookmarkStart w:id="824" w:name="_Toc233585327"/>
      <w:bookmarkStart w:id="825" w:name="_Toc233585657"/>
      <w:bookmarkStart w:id="826" w:name="_Toc233585813"/>
      <w:bookmarkStart w:id="827" w:name="_Toc233585939"/>
      <w:bookmarkStart w:id="828" w:name="_Toc233586068"/>
      <w:bookmarkStart w:id="829" w:name="_Toc233586846"/>
      <w:bookmarkStart w:id="830" w:name="_Toc233586981"/>
      <w:bookmarkStart w:id="831" w:name="_Toc233587122"/>
      <w:bookmarkStart w:id="832" w:name="_Toc233587281"/>
      <w:bookmarkStart w:id="833" w:name="_Toc233587659"/>
      <w:r w:rsidRPr="004B1822">
        <w:rPr>
          <w:rtl/>
        </w:rPr>
        <w:t>أثر المتابعة والتغذية الراجعة على تحسين الإنتاجية</w:t>
      </w:r>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p>
    <w:p w14:paraId="38585AB7" w14:textId="24E518A3" w:rsidR="00B67E89" w:rsidRPr="0064696A" w:rsidRDefault="00B67E89" w:rsidP="00785C0A">
      <w:pPr>
        <w:spacing w:line="276" w:lineRule="auto"/>
        <w:ind w:firstLine="397"/>
        <w:jc w:val="both"/>
        <w:rPr>
          <w:sz w:val="30"/>
          <w:szCs w:val="30"/>
        </w:rPr>
      </w:pPr>
      <w:r w:rsidRPr="0064696A">
        <w:rPr>
          <w:sz w:val="30"/>
          <w:szCs w:val="30"/>
          <w:rtl/>
        </w:rPr>
        <w:t>تؤثر المتابعة والتغذية الراجعة في الإنتاجية لأنها تعالج الأداء أثناء التنفيذ</w:t>
      </w:r>
      <w:r w:rsidR="00A5297B" w:rsidRPr="0064696A">
        <w:rPr>
          <w:sz w:val="30"/>
          <w:szCs w:val="30"/>
          <w:rtl/>
          <w:cs w:val="0"/>
        </w:rPr>
        <w:t>.</w:t>
      </w:r>
      <w:r w:rsidRPr="0064696A">
        <w:rPr>
          <w:sz w:val="30"/>
          <w:szCs w:val="30"/>
          <w:rtl/>
        </w:rPr>
        <w:t xml:space="preserve"> في الإنتاج</w:t>
      </w:r>
      <w:r w:rsidR="00A5297B" w:rsidRPr="0064696A">
        <w:rPr>
          <w:sz w:val="30"/>
          <w:szCs w:val="30"/>
          <w:rtl/>
          <w:cs w:val="0"/>
        </w:rPr>
        <w:t>،</w:t>
      </w:r>
      <w:r w:rsidRPr="0064696A">
        <w:rPr>
          <w:sz w:val="30"/>
          <w:szCs w:val="30"/>
          <w:rtl/>
        </w:rPr>
        <w:t xml:space="preserve"> لا ينتظر المشرف نهاية الفترة ليعرف أن هناك خطأ</w:t>
      </w:r>
      <w:r w:rsidR="00A5297B" w:rsidRPr="0064696A">
        <w:rPr>
          <w:sz w:val="30"/>
          <w:szCs w:val="30"/>
          <w:rtl/>
          <w:cs w:val="0"/>
        </w:rPr>
        <w:t>.</w:t>
      </w:r>
      <w:r w:rsidRPr="0064696A">
        <w:rPr>
          <w:sz w:val="30"/>
          <w:szCs w:val="30"/>
          <w:rtl/>
        </w:rPr>
        <w:t xml:space="preserve"> يجب أن يراقب العمل ويقدم ملاحظات مباشرة</w:t>
      </w:r>
      <w:r w:rsidR="00A5297B" w:rsidRPr="0064696A">
        <w:rPr>
          <w:sz w:val="30"/>
          <w:szCs w:val="30"/>
          <w:rtl/>
          <w:cs w:val="0"/>
        </w:rPr>
        <w:t>.</w:t>
      </w:r>
      <w:r w:rsidRPr="0064696A">
        <w:rPr>
          <w:sz w:val="30"/>
          <w:szCs w:val="30"/>
          <w:rtl/>
        </w:rPr>
        <w:t xml:space="preserve"> كلما كانت التغذية الراجعة أسرع وأكثر تحديدا</w:t>
      </w:r>
      <w:r w:rsidR="00A5297B" w:rsidRPr="0064696A">
        <w:rPr>
          <w:sz w:val="30"/>
          <w:szCs w:val="30"/>
          <w:rtl/>
          <w:cs w:val="0"/>
        </w:rPr>
        <w:t>،</w:t>
      </w:r>
      <w:r w:rsidRPr="0064696A">
        <w:rPr>
          <w:sz w:val="30"/>
          <w:szCs w:val="30"/>
          <w:rtl/>
        </w:rPr>
        <w:t xml:space="preserve"> زادت فرص تصحيح الأداء</w:t>
      </w:r>
      <w:r w:rsidR="00A5297B" w:rsidRPr="0064696A">
        <w:rPr>
          <w:sz w:val="30"/>
          <w:szCs w:val="30"/>
          <w:rtl/>
          <w:cs w:val="0"/>
        </w:rPr>
        <w:t>.</w:t>
      </w:r>
      <w:r w:rsidRPr="0064696A">
        <w:rPr>
          <w:sz w:val="30"/>
          <w:szCs w:val="30"/>
          <w:rtl/>
        </w:rPr>
        <w:t xml:space="preserve"> ‏(</w:t>
      </w:r>
      <w:proofErr w:type="spellStart"/>
      <w:r w:rsidRPr="0064696A">
        <w:rPr>
          <w:sz w:val="30"/>
          <w:szCs w:val="30"/>
          <w:rtl/>
        </w:rPr>
        <w:t>Pulakos</w:t>
      </w:r>
      <w:proofErr w:type="spellEnd"/>
      <w:r w:rsidRPr="0064696A">
        <w:rPr>
          <w:sz w:val="30"/>
          <w:szCs w:val="30"/>
          <w:rtl/>
        </w:rPr>
        <w:t xml:space="preserve"> </w:t>
      </w:r>
      <w:proofErr w:type="spellStart"/>
      <w:r w:rsidRPr="0064696A">
        <w:rPr>
          <w:sz w:val="30"/>
          <w:szCs w:val="30"/>
          <w:rtl/>
        </w:rPr>
        <w:t>et</w:t>
      </w:r>
      <w:proofErr w:type="spellEnd"/>
      <w:r w:rsidRPr="0064696A">
        <w:rPr>
          <w:sz w:val="30"/>
          <w:szCs w:val="30"/>
          <w:rtl/>
        </w:rPr>
        <w:t xml:space="preserve"> </w:t>
      </w:r>
      <w:proofErr w:type="spellStart"/>
      <w:r w:rsidRPr="0064696A">
        <w:rPr>
          <w:sz w:val="30"/>
          <w:szCs w:val="30"/>
          <w:rtl/>
        </w:rPr>
        <w:t>al</w:t>
      </w:r>
      <w:proofErr w:type="spellEnd"/>
      <w:r w:rsidR="00A5297B" w:rsidRPr="0064696A">
        <w:rPr>
          <w:sz w:val="30"/>
          <w:szCs w:val="30"/>
          <w:rtl/>
          <w:cs w:val="0"/>
        </w:rPr>
        <w:t>.</w:t>
      </w:r>
      <w:r w:rsidRPr="0064696A">
        <w:rPr>
          <w:sz w:val="30"/>
          <w:szCs w:val="30"/>
          <w:rtl/>
        </w:rPr>
        <w:t>, 2015)‏</w:t>
      </w:r>
    </w:p>
    <w:p w14:paraId="309CF493" w14:textId="51C91547" w:rsidR="00B67E89" w:rsidRPr="0064696A" w:rsidRDefault="00B67E89" w:rsidP="00785C0A">
      <w:pPr>
        <w:spacing w:line="276" w:lineRule="auto"/>
        <w:ind w:firstLine="397"/>
        <w:jc w:val="both"/>
        <w:rPr>
          <w:sz w:val="30"/>
          <w:szCs w:val="30"/>
        </w:rPr>
      </w:pPr>
      <w:r w:rsidRPr="0064696A">
        <w:rPr>
          <w:sz w:val="30"/>
          <w:szCs w:val="30"/>
          <w:rtl/>
        </w:rPr>
        <w:t>تساعد المتابعة والتغذية الراجعة على تقليل الأخطاء المتكررة</w:t>
      </w:r>
      <w:r w:rsidR="00A5297B" w:rsidRPr="0064696A">
        <w:rPr>
          <w:sz w:val="30"/>
          <w:szCs w:val="30"/>
          <w:rtl/>
          <w:cs w:val="0"/>
        </w:rPr>
        <w:t>،</w:t>
      </w:r>
      <w:r w:rsidRPr="0064696A">
        <w:rPr>
          <w:sz w:val="30"/>
          <w:szCs w:val="30"/>
          <w:rtl/>
        </w:rPr>
        <w:t xml:space="preserve"> وخفض إعادة العمل</w:t>
      </w:r>
      <w:r w:rsidR="00A5297B" w:rsidRPr="0064696A">
        <w:rPr>
          <w:sz w:val="30"/>
          <w:szCs w:val="30"/>
          <w:rtl/>
          <w:cs w:val="0"/>
        </w:rPr>
        <w:t>،</w:t>
      </w:r>
      <w:r w:rsidRPr="0064696A">
        <w:rPr>
          <w:sz w:val="30"/>
          <w:szCs w:val="30"/>
          <w:rtl/>
        </w:rPr>
        <w:t xml:space="preserve"> ورفع جودة المخرجات</w:t>
      </w:r>
      <w:r w:rsidR="00A5297B" w:rsidRPr="0064696A">
        <w:rPr>
          <w:sz w:val="30"/>
          <w:szCs w:val="30"/>
          <w:rtl/>
          <w:cs w:val="0"/>
        </w:rPr>
        <w:t>،</w:t>
      </w:r>
      <w:r w:rsidRPr="0064696A">
        <w:rPr>
          <w:sz w:val="30"/>
          <w:szCs w:val="30"/>
          <w:rtl/>
        </w:rPr>
        <w:t xml:space="preserve"> وتحسين الالتزام بالإجراءات</w:t>
      </w:r>
      <w:r w:rsidR="00A5297B" w:rsidRPr="0064696A">
        <w:rPr>
          <w:sz w:val="30"/>
          <w:szCs w:val="30"/>
          <w:rtl/>
          <w:cs w:val="0"/>
        </w:rPr>
        <w:t>،</w:t>
      </w:r>
      <w:r w:rsidRPr="0064696A">
        <w:rPr>
          <w:sz w:val="30"/>
          <w:szCs w:val="30"/>
          <w:rtl/>
        </w:rPr>
        <w:t xml:space="preserve"> وتدريب العامل أثناء العمل</w:t>
      </w:r>
      <w:r w:rsidR="00A5297B" w:rsidRPr="0064696A">
        <w:rPr>
          <w:sz w:val="30"/>
          <w:szCs w:val="30"/>
          <w:rtl/>
          <w:cs w:val="0"/>
        </w:rPr>
        <w:t>،</w:t>
      </w:r>
      <w:r w:rsidRPr="0064696A">
        <w:rPr>
          <w:sz w:val="30"/>
          <w:szCs w:val="30"/>
          <w:rtl/>
        </w:rPr>
        <w:t xml:space="preserve"> وتحسين التواصل بين المشرف والعامل</w:t>
      </w:r>
      <w:r w:rsidR="00A5297B" w:rsidRPr="0064696A">
        <w:rPr>
          <w:sz w:val="30"/>
          <w:szCs w:val="30"/>
          <w:rtl/>
          <w:cs w:val="0"/>
        </w:rPr>
        <w:t>،</w:t>
      </w:r>
      <w:r w:rsidRPr="0064696A">
        <w:rPr>
          <w:sz w:val="30"/>
          <w:szCs w:val="30"/>
          <w:rtl/>
        </w:rPr>
        <w:t xml:space="preserve"> وكشف أسباب التأخير</w:t>
      </w:r>
      <w:r w:rsidR="00A5297B" w:rsidRPr="0064696A">
        <w:rPr>
          <w:sz w:val="30"/>
          <w:szCs w:val="30"/>
          <w:rtl/>
          <w:cs w:val="0"/>
        </w:rPr>
        <w:t>.</w:t>
      </w:r>
      <w:r w:rsidRPr="0064696A">
        <w:rPr>
          <w:sz w:val="30"/>
          <w:szCs w:val="30"/>
          <w:rtl/>
        </w:rPr>
        <w:t xml:space="preserve"> ‏(</w:t>
      </w:r>
      <w:proofErr w:type="spellStart"/>
      <w:r w:rsidRPr="0064696A">
        <w:rPr>
          <w:sz w:val="30"/>
          <w:szCs w:val="30"/>
          <w:rtl/>
        </w:rPr>
        <w:t>Pulakos</w:t>
      </w:r>
      <w:proofErr w:type="spellEnd"/>
      <w:r w:rsidRPr="0064696A">
        <w:rPr>
          <w:sz w:val="30"/>
          <w:szCs w:val="30"/>
          <w:rtl/>
        </w:rPr>
        <w:t xml:space="preserve"> </w:t>
      </w:r>
      <w:proofErr w:type="spellStart"/>
      <w:r w:rsidRPr="0064696A">
        <w:rPr>
          <w:sz w:val="30"/>
          <w:szCs w:val="30"/>
          <w:rtl/>
        </w:rPr>
        <w:t>et</w:t>
      </w:r>
      <w:proofErr w:type="spellEnd"/>
      <w:r w:rsidRPr="0064696A">
        <w:rPr>
          <w:sz w:val="30"/>
          <w:szCs w:val="30"/>
          <w:rtl/>
        </w:rPr>
        <w:t xml:space="preserve"> </w:t>
      </w:r>
      <w:proofErr w:type="spellStart"/>
      <w:r w:rsidRPr="0064696A">
        <w:rPr>
          <w:sz w:val="30"/>
          <w:szCs w:val="30"/>
          <w:rtl/>
        </w:rPr>
        <w:t>al</w:t>
      </w:r>
      <w:proofErr w:type="spellEnd"/>
      <w:r w:rsidR="00A5297B" w:rsidRPr="0064696A">
        <w:rPr>
          <w:sz w:val="30"/>
          <w:szCs w:val="30"/>
          <w:rtl/>
          <w:cs w:val="0"/>
        </w:rPr>
        <w:t>.</w:t>
      </w:r>
      <w:r w:rsidRPr="0064696A">
        <w:rPr>
          <w:sz w:val="30"/>
          <w:szCs w:val="30"/>
          <w:rtl/>
        </w:rPr>
        <w:t>, 2015)‏</w:t>
      </w:r>
    </w:p>
    <w:p w14:paraId="105F79EE" w14:textId="4EE96C62" w:rsidR="00B67E89" w:rsidRPr="0064696A" w:rsidRDefault="00B67E89" w:rsidP="00785C0A">
      <w:pPr>
        <w:spacing w:line="276" w:lineRule="auto"/>
        <w:ind w:firstLine="397"/>
        <w:jc w:val="both"/>
        <w:rPr>
          <w:sz w:val="30"/>
          <w:szCs w:val="30"/>
        </w:rPr>
      </w:pPr>
      <w:r w:rsidRPr="0064696A">
        <w:rPr>
          <w:sz w:val="30"/>
          <w:szCs w:val="30"/>
          <w:rtl/>
        </w:rPr>
        <w:t>تعد التغذية الراجعة الفعالة محددة</w:t>
      </w:r>
      <w:r w:rsidR="00A5297B" w:rsidRPr="0064696A">
        <w:rPr>
          <w:sz w:val="30"/>
          <w:szCs w:val="30"/>
          <w:rtl/>
          <w:cs w:val="0"/>
        </w:rPr>
        <w:t>،</w:t>
      </w:r>
      <w:r w:rsidRPr="0064696A">
        <w:rPr>
          <w:sz w:val="30"/>
          <w:szCs w:val="30"/>
          <w:rtl/>
        </w:rPr>
        <w:t xml:space="preserve"> ومباشرة</w:t>
      </w:r>
      <w:r w:rsidR="00A5297B" w:rsidRPr="0064696A">
        <w:rPr>
          <w:sz w:val="30"/>
          <w:szCs w:val="30"/>
          <w:rtl/>
          <w:cs w:val="0"/>
        </w:rPr>
        <w:t>،</w:t>
      </w:r>
      <w:r w:rsidRPr="0064696A">
        <w:rPr>
          <w:sz w:val="30"/>
          <w:szCs w:val="30"/>
          <w:rtl/>
        </w:rPr>
        <w:t xml:space="preserve"> ومبنية على ملاحظة حقيقية</w:t>
      </w:r>
      <w:r w:rsidR="00A5297B" w:rsidRPr="0064696A">
        <w:rPr>
          <w:sz w:val="30"/>
          <w:szCs w:val="30"/>
          <w:rtl/>
          <w:cs w:val="0"/>
        </w:rPr>
        <w:t>،</w:t>
      </w:r>
      <w:r w:rsidRPr="0064696A">
        <w:rPr>
          <w:sz w:val="30"/>
          <w:szCs w:val="30"/>
          <w:rtl/>
        </w:rPr>
        <w:t xml:space="preserve"> ومرتبطة بطريقة تصحيح واضحة</w:t>
      </w:r>
      <w:r w:rsidR="00A5297B" w:rsidRPr="0064696A">
        <w:rPr>
          <w:sz w:val="30"/>
          <w:szCs w:val="30"/>
          <w:rtl/>
          <w:cs w:val="0"/>
        </w:rPr>
        <w:t>.</w:t>
      </w:r>
      <w:r w:rsidRPr="0064696A">
        <w:rPr>
          <w:sz w:val="30"/>
          <w:szCs w:val="30"/>
          <w:rtl/>
        </w:rPr>
        <w:t xml:space="preserve"> لا يكفي أن يقول المشرف للعامل إن أداءه ضعيف</w:t>
      </w:r>
      <w:r w:rsidR="00A5297B" w:rsidRPr="0064696A">
        <w:rPr>
          <w:sz w:val="30"/>
          <w:szCs w:val="30"/>
          <w:rtl/>
          <w:cs w:val="0"/>
        </w:rPr>
        <w:t>.</w:t>
      </w:r>
      <w:r w:rsidRPr="0064696A">
        <w:rPr>
          <w:sz w:val="30"/>
          <w:szCs w:val="30"/>
          <w:rtl/>
        </w:rPr>
        <w:t xml:space="preserve"> يجب أن يوضح أين وقع الضعف</w:t>
      </w:r>
      <w:r w:rsidR="00A5297B" w:rsidRPr="0064696A">
        <w:rPr>
          <w:sz w:val="30"/>
          <w:szCs w:val="30"/>
          <w:rtl/>
          <w:cs w:val="0"/>
        </w:rPr>
        <w:t>،</w:t>
      </w:r>
      <w:r w:rsidRPr="0064696A">
        <w:rPr>
          <w:sz w:val="30"/>
          <w:szCs w:val="30"/>
          <w:rtl/>
        </w:rPr>
        <w:t xml:space="preserve"> وما أثره</w:t>
      </w:r>
      <w:r w:rsidR="00A5297B" w:rsidRPr="0064696A">
        <w:rPr>
          <w:sz w:val="30"/>
          <w:szCs w:val="30"/>
          <w:rtl/>
          <w:cs w:val="0"/>
        </w:rPr>
        <w:t>،</w:t>
      </w:r>
      <w:r w:rsidRPr="0064696A">
        <w:rPr>
          <w:sz w:val="30"/>
          <w:szCs w:val="30"/>
          <w:rtl/>
        </w:rPr>
        <w:t xml:space="preserve"> وكيف يعالجه</w:t>
      </w:r>
      <w:r w:rsidR="00A5297B" w:rsidRPr="0064696A">
        <w:rPr>
          <w:sz w:val="30"/>
          <w:szCs w:val="30"/>
          <w:rtl/>
          <w:cs w:val="0"/>
        </w:rPr>
        <w:t>.</w:t>
      </w:r>
      <w:r w:rsidRPr="0064696A">
        <w:rPr>
          <w:sz w:val="30"/>
          <w:szCs w:val="30"/>
          <w:rtl/>
        </w:rPr>
        <w:t xml:space="preserve"> ‏(</w:t>
      </w:r>
      <w:proofErr w:type="spellStart"/>
      <w:r w:rsidRPr="0064696A">
        <w:rPr>
          <w:sz w:val="30"/>
          <w:szCs w:val="30"/>
          <w:rtl/>
        </w:rPr>
        <w:t>Pulakos</w:t>
      </w:r>
      <w:proofErr w:type="spellEnd"/>
      <w:r w:rsidRPr="0064696A">
        <w:rPr>
          <w:sz w:val="30"/>
          <w:szCs w:val="30"/>
          <w:rtl/>
        </w:rPr>
        <w:t xml:space="preserve"> </w:t>
      </w:r>
      <w:proofErr w:type="spellStart"/>
      <w:r w:rsidRPr="0064696A">
        <w:rPr>
          <w:sz w:val="30"/>
          <w:szCs w:val="30"/>
          <w:rtl/>
        </w:rPr>
        <w:t>et</w:t>
      </w:r>
      <w:proofErr w:type="spellEnd"/>
      <w:r w:rsidRPr="0064696A">
        <w:rPr>
          <w:sz w:val="30"/>
          <w:szCs w:val="30"/>
          <w:rtl/>
        </w:rPr>
        <w:t xml:space="preserve"> </w:t>
      </w:r>
      <w:proofErr w:type="spellStart"/>
      <w:r w:rsidRPr="0064696A">
        <w:rPr>
          <w:sz w:val="30"/>
          <w:szCs w:val="30"/>
          <w:rtl/>
        </w:rPr>
        <w:t>al</w:t>
      </w:r>
      <w:proofErr w:type="spellEnd"/>
      <w:r w:rsidR="00A5297B" w:rsidRPr="0064696A">
        <w:rPr>
          <w:sz w:val="30"/>
          <w:szCs w:val="30"/>
          <w:rtl/>
          <w:cs w:val="0"/>
        </w:rPr>
        <w:t>.</w:t>
      </w:r>
      <w:r w:rsidRPr="0064696A">
        <w:rPr>
          <w:sz w:val="30"/>
          <w:szCs w:val="30"/>
          <w:rtl/>
        </w:rPr>
        <w:t>, 2015)‏</w:t>
      </w:r>
    </w:p>
    <w:p w14:paraId="39D560B9" w14:textId="1020553A" w:rsidR="00B67E89" w:rsidRPr="0064696A" w:rsidRDefault="00B67E89" w:rsidP="00785C0A">
      <w:pPr>
        <w:spacing w:line="276" w:lineRule="auto"/>
        <w:ind w:firstLine="397"/>
        <w:jc w:val="both"/>
        <w:rPr>
          <w:sz w:val="30"/>
          <w:szCs w:val="30"/>
        </w:rPr>
      </w:pPr>
      <w:r w:rsidRPr="0064696A">
        <w:rPr>
          <w:sz w:val="30"/>
          <w:szCs w:val="30"/>
          <w:rtl/>
        </w:rPr>
        <w:t>أكدت دراسات إدارة الأداء أن التغذية الراجعة المستمرة أكثر فاعلية من التقييم السنوي وحده</w:t>
      </w:r>
      <w:r w:rsidR="00A5297B" w:rsidRPr="0064696A">
        <w:rPr>
          <w:sz w:val="30"/>
          <w:szCs w:val="30"/>
          <w:rtl/>
          <w:cs w:val="0"/>
        </w:rPr>
        <w:t>،</w:t>
      </w:r>
      <w:r w:rsidRPr="0064696A">
        <w:rPr>
          <w:sz w:val="30"/>
          <w:szCs w:val="30"/>
          <w:rtl/>
        </w:rPr>
        <w:t xml:space="preserve"> لأنها تمنح العامل فرصة تعديل أدائه في الوقت المناسب (</w:t>
      </w:r>
      <w:proofErr w:type="spellStart"/>
      <w:r w:rsidRPr="0064696A">
        <w:rPr>
          <w:sz w:val="30"/>
          <w:szCs w:val="30"/>
          <w:rtl/>
        </w:rPr>
        <w:t>Pulakos</w:t>
      </w:r>
      <w:proofErr w:type="spellEnd"/>
      <w:r w:rsidRPr="0064696A">
        <w:rPr>
          <w:sz w:val="30"/>
          <w:szCs w:val="30"/>
          <w:rtl/>
        </w:rPr>
        <w:t xml:space="preserve"> </w:t>
      </w:r>
      <w:proofErr w:type="spellStart"/>
      <w:r w:rsidRPr="0064696A">
        <w:rPr>
          <w:sz w:val="30"/>
          <w:szCs w:val="30"/>
          <w:rtl/>
        </w:rPr>
        <w:t>et</w:t>
      </w:r>
      <w:proofErr w:type="spellEnd"/>
      <w:r w:rsidRPr="0064696A">
        <w:rPr>
          <w:sz w:val="30"/>
          <w:szCs w:val="30"/>
          <w:rtl/>
        </w:rPr>
        <w:t xml:space="preserve"> </w:t>
      </w:r>
      <w:proofErr w:type="spellStart"/>
      <w:r w:rsidRPr="0064696A">
        <w:rPr>
          <w:sz w:val="30"/>
          <w:szCs w:val="30"/>
          <w:rtl/>
        </w:rPr>
        <w:t>al</w:t>
      </w:r>
      <w:proofErr w:type="spellEnd"/>
      <w:r w:rsidR="00A5297B" w:rsidRPr="0064696A">
        <w:rPr>
          <w:sz w:val="30"/>
          <w:szCs w:val="30"/>
          <w:rtl/>
          <w:cs w:val="0"/>
        </w:rPr>
        <w:t>.</w:t>
      </w:r>
      <w:r w:rsidRPr="0064696A">
        <w:rPr>
          <w:sz w:val="30"/>
          <w:szCs w:val="30"/>
          <w:rtl/>
        </w:rPr>
        <w:t>, 2015)</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تعد المتابعة والتغذية الراجعة من أكثر الأبعاد ارتباطا بتحسين الإنتاجية في بيئات الإنتاج</w:t>
      </w:r>
      <w:r w:rsidR="00A5297B" w:rsidRPr="0064696A">
        <w:rPr>
          <w:sz w:val="30"/>
          <w:szCs w:val="30"/>
          <w:rtl/>
          <w:cs w:val="0"/>
        </w:rPr>
        <w:t>.</w:t>
      </w:r>
    </w:p>
    <w:p w14:paraId="49EC7B10" w14:textId="0B3B54E8" w:rsidR="00B67E89" w:rsidRPr="004B1822" w:rsidRDefault="004B1822" w:rsidP="00785C0A">
      <w:pPr>
        <w:pStyle w:val="Heading3"/>
        <w:spacing w:line="276" w:lineRule="auto"/>
        <w:jc w:val="both"/>
      </w:pPr>
      <w:bookmarkStart w:id="834" w:name="_Toc233582889"/>
      <w:bookmarkStart w:id="835" w:name="_Toc233583056"/>
      <w:bookmarkStart w:id="836" w:name="_Toc233584689"/>
      <w:bookmarkStart w:id="837" w:name="_Toc233585061"/>
      <w:bookmarkStart w:id="838" w:name="_Toc233585187"/>
      <w:bookmarkStart w:id="839" w:name="_Toc233585328"/>
      <w:bookmarkStart w:id="840" w:name="_Toc233585658"/>
      <w:bookmarkStart w:id="841" w:name="_Toc233585814"/>
      <w:bookmarkStart w:id="842" w:name="_Toc233585940"/>
      <w:bookmarkStart w:id="843" w:name="_Toc233586069"/>
      <w:bookmarkStart w:id="844" w:name="_Toc233586847"/>
      <w:bookmarkStart w:id="845" w:name="_Toc233586982"/>
      <w:bookmarkStart w:id="846" w:name="_Toc233587123"/>
      <w:bookmarkStart w:id="847" w:name="_Toc233587282"/>
      <w:bookmarkStart w:id="848" w:name="_Toc233587660"/>
      <w:r w:rsidRPr="004B1822">
        <w:rPr>
          <w:rtl/>
        </w:rPr>
        <w:t>أثر تقييم الأداء على تحسين الإنتاجية</w:t>
      </w:r>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14:paraId="1039F732" w14:textId="15B43190" w:rsidR="00B67E89" w:rsidRPr="0064696A" w:rsidRDefault="00B67E89" w:rsidP="00785C0A">
      <w:pPr>
        <w:spacing w:line="276" w:lineRule="auto"/>
        <w:ind w:firstLine="397"/>
        <w:jc w:val="both"/>
        <w:rPr>
          <w:sz w:val="30"/>
          <w:szCs w:val="30"/>
        </w:rPr>
      </w:pPr>
      <w:r w:rsidRPr="0064696A">
        <w:rPr>
          <w:sz w:val="30"/>
          <w:szCs w:val="30"/>
          <w:rtl/>
        </w:rPr>
        <w:t>يؤثر تقييم الأداء في الإنتاجية عندما يطبق بعدالة وموضوعية</w:t>
      </w:r>
      <w:r w:rsidR="00A5297B" w:rsidRPr="0064696A">
        <w:rPr>
          <w:sz w:val="30"/>
          <w:szCs w:val="30"/>
          <w:rtl/>
          <w:cs w:val="0"/>
        </w:rPr>
        <w:t>.</w:t>
      </w:r>
      <w:r w:rsidRPr="0064696A">
        <w:rPr>
          <w:sz w:val="30"/>
          <w:szCs w:val="30"/>
          <w:rtl/>
        </w:rPr>
        <w:t xml:space="preserve"> فالتقييم يكشف مستوى الإنجاز</w:t>
      </w:r>
      <w:r w:rsidR="00A5297B" w:rsidRPr="0064696A">
        <w:rPr>
          <w:sz w:val="30"/>
          <w:szCs w:val="30"/>
          <w:rtl/>
          <w:cs w:val="0"/>
        </w:rPr>
        <w:t>،</w:t>
      </w:r>
      <w:r w:rsidRPr="0064696A">
        <w:rPr>
          <w:sz w:val="30"/>
          <w:szCs w:val="30"/>
          <w:rtl/>
        </w:rPr>
        <w:t xml:space="preserve"> ويحدد الفجوة بين الأداء الفعلي والأداء المطلوب</w:t>
      </w:r>
      <w:r w:rsidR="00A5297B" w:rsidRPr="0064696A">
        <w:rPr>
          <w:sz w:val="30"/>
          <w:szCs w:val="30"/>
          <w:rtl/>
          <w:cs w:val="0"/>
        </w:rPr>
        <w:t>.</w:t>
      </w:r>
      <w:r w:rsidRPr="0064696A">
        <w:rPr>
          <w:sz w:val="30"/>
          <w:szCs w:val="30"/>
          <w:rtl/>
        </w:rPr>
        <w:t xml:space="preserve"> ويمنح الإدارة أساسا لاتخاذ قرارات التطوير والحوافز</w:t>
      </w:r>
      <w:r w:rsidR="00A5297B" w:rsidRPr="0064696A">
        <w:rPr>
          <w:sz w:val="30"/>
          <w:szCs w:val="30"/>
          <w:rtl/>
          <w:cs w:val="0"/>
        </w:rPr>
        <w:t>.</w:t>
      </w:r>
      <w:r w:rsidRPr="0064696A">
        <w:rPr>
          <w:sz w:val="30"/>
          <w:szCs w:val="30"/>
          <w:rtl/>
        </w:rPr>
        <w:t xml:space="preserve"> ‏(</w:t>
      </w:r>
      <w:proofErr w:type="spellStart"/>
      <w:r w:rsidRPr="0064696A">
        <w:rPr>
          <w:sz w:val="30"/>
          <w:szCs w:val="30"/>
          <w:rtl/>
        </w:rPr>
        <w:t>DeNisi</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Murphy</w:t>
      </w:r>
      <w:proofErr w:type="spellEnd"/>
      <w:r w:rsidRPr="0064696A">
        <w:rPr>
          <w:sz w:val="30"/>
          <w:szCs w:val="30"/>
          <w:rtl/>
        </w:rPr>
        <w:t>, 2017)‏</w:t>
      </w:r>
    </w:p>
    <w:p w14:paraId="1ACCFF99" w14:textId="2C434C0F" w:rsidR="00B67E89" w:rsidRPr="0064696A" w:rsidRDefault="00B67E89" w:rsidP="00785C0A">
      <w:pPr>
        <w:spacing w:line="276" w:lineRule="auto"/>
        <w:ind w:firstLine="397"/>
        <w:jc w:val="both"/>
        <w:rPr>
          <w:sz w:val="30"/>
          <w:szCs w:val="30"/>
        </w:rPr>
      </w:pPr>
      <w:r w:rsidRPr="0064696A">
        <w:rPr>
          <w:sz w:val="30"/>
          <w:szCs w:val="30"/>
          <w:rtl/>
        </w:rPr>
        <w:t>يسهم تقييم الأداء في تحسين الإنتاجية من خلال تحديد مستوى أداء العاملين</w:t>
      </w:r>
      <w:r w:rsidR="00A5297B" w:rsidRPr="0064696A">
        <w:rPr>
          <w:sz w:val="30"/>
          <w:szCs w:val="30"/>
          <w:rtl/>
          <w:cs w:val="0"/>
        </w:rPr>
        <w:t>،</w:t>
      </w:r>
      <w:r w:rsidRPr="0064696A">
        <w:rPr>
          <w:sz w:val="30"/>
          <w:szCs w:val="30"/>
          <w:rtl/>
        </w:rPr>
        <w:t xml:space="preserve"> وتمييز الأداء الجيد من الأداء الضعيف</w:t>
      </w:r>
      <w:r w:rsidR="00A5297B" w:rsidRPr="0064696A">
        <w:rPr>
          <w:sz w:val="30"/>
          <w:szCs w:val="30"/>
          <w:rtl/>
          <w:cs w:val="0"/>
        </w:rPr>
        <w:t>،</w:t>
      </w:r>
      <w:r w:rsidRPr="0064696A">
        <w:rPr>
          <w:sz w:val="30"/>
          <w:szCs w:val="30"/>
          <w:rtl/>
        </w:rPr>
        <w:t xml:space="preserve"> وكشف أسباب ضعف الإنتاجية</w:t>
      </w:r>
      <w:r w:rsidR="00A5297B" w:rsidRPr="0064696A">
        <w:rPr>
          <w:sz w:val="30"/>
          <w:szCs w:val="30"/>
          <w:rtl/>
          <w:cs w:val="0"/>
        </w:rPr>
        <w:t>،</w:t>
      </w:r>
      <w:r w:rsidRPr="0064696A">
        <w:rPr>
          <w:sz w:val="30"/>
          <w:szCs w:val="30"/>
          <w:rtl/>
        </w:rPr>
        <w:t xml:space="preserve"> وتحديد احتياجات التدريب</w:t>
      </w:r>
      <w:r w:rsidR="00A5297B" w:rsidRPr="0064696A">
        <w:rPr>
          <w:sz w:val="30"/>
          <w:szCs w:val="30"/>
          <w:rtl/>
          <w:cs w:val="0"/>
        </w:rPr>
        <w:t>،</w:t>
      </w:r>
      <w:r w:rsidRPr="0064696A">
        <w:rPr>
          <w:sz w:val="30"/>
          <w:szCs w:val="30"/>
          <w:rtl/>
        </w:rPr>
        <w:t xml:space="preserve"> ودعم قرارات الحوافز</w:t>
      </w:r>
      <w:r w:rsidR="00A5297B" w:rsidRPr="0064696A">
        <w:rPr>
          <w:sz w:val="30"/>
          <w:szCs w:val="30"/>
          <w:rtl/>
          <w:cs w:val="0"/>
        </w:rPr>
        <w:t>،</w:t>
      </w:r>
      <w:r w:rsidRPr="0064696A">
        <w:rPr>
          <w:sz w:val="30"/>
          <w:szCs w:val="30"/>
          <w:rtl/>
        </w:rPr>
        <w:t xml:space="preserve"> وتحديد فرص تحسين العمليات</w:t>
      </w:r>
      <w:r w:rsidR="00A5297B" w:rsidRPr="0064696A">
        <w:rPr>
          <w:sz w:val="30"/>
          <w:szCs w:val="30"/>
          <w:rtl/>
          <w:cs w:val="0"/>
        </w:rPr>
        <w:t>،</w:t>
      </w:r>
      <w:r w:rsidRPr="0064696A">
        <w:rPr>
          <w:sz w:val="30"/>
          <w:szCs w:val="30"/>
          <w:rtl/>
        </w:rPr>
        <w:t xml:space="preserve"> ورفع الالتزام بمعايير الأداء</w:t>
      </w:r>
      <w:r w:rsidR="00A5297B" w:rsidRPr="0064696A">
        <w:rPr>
          <w:sz w:val="30"/>
          <w:szCs w:val="30"/>
          <w:rtl/>
          <w:cs w:val="0"/>
        </w:rPr>
        <w:t>.</w:t>
      </w:r>
      <w:r w:rsidRPr="0064696A">
        <w:rPr>
          <w:sz w:val="30"/>
          <w:szCs w:val="30"/>
          <w:rtl/>
        </w:rPr>
        <w:t xml:space="preserve"> ‏(</w:t>
      </w:r>
      <w:proofErr w:type="spellStart"/>
      <w:r w:rsidRPr="0064696A">
        <w:rPr>
          <w:sz w:val="30"/>
          <w:szCs w:val="30"/>
          <w:rtl/>
        </w:rPr>
        <w:t>DeNisi</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Murphy</w:t>
      </w:r>
      <w:proofErr w:type="spellEnd"/>
      <w:r w:rsidRPr="0064696A">
        <w:rPr>
          <w:sz w:val="30"/>
          <w:szCs w:val="30"/>
          <w:rtl/>
        </w:rPr>
        <w:t>, 2017)‏</w:t>
      </w:r>
    </w:p>
    <w:p w14:paraId="45766088" w14:textId="38859202" w:rsidR="00B67E89" w:rsidRPr="0064696A" w:rsidRDefault="00B67E89" w:rsidP="00785C0A">
      <w:pPr>
        <w:spacing w:line="276" w:lineRule="auto"/>
        <w:ind w:firstLine="397"/>
        <w:jc w:val="both"/>
        <w:rPr>
          <w:sz w:val="30"/>
          <w:szCs w:val="30"/>
        </w:rPr>
      </w:pPr>
      <w:r w:rsidRPr="0064696A">
        <w:rPr>
          <w:sz w:val="30"/>
          <w:szCs w:val="30"/>
          <w:rtl/>
        </w:rPr>
        <w:lastRenderedPageBreak/>
        <w:t>لكن التقييم لا يحسن الإنتاجية إذا لم يرتبط بإجراء لاحق</w:t>
      </w:r>
      <w:r w:rsidR="00A5297B" w:rsidRPr="0064696A">
        <w:rPr>
          <w:sz w:val="30"/>
          <w:szCs w:val="30"/>
          <w:rtl/>
          <w:cs w:val="0"/>
        </w:rPr>
        <w:t>.</w:t>
      </w:r>
      <w:r w:rsidRPr="0064696A">
        <w:rPr>
          <w:sz w:val="30"/>
          <w:szCs w:val="30"/>
          <w:rtl/>
        </w:rPr>
        <w:t xml:space="preserve"> فإذا ظهرت نتيجة منخفضة دون تدريب أو توجيه</w:t>
      </w:r>
      <w:r w:rsidR="00A5297B" w:rsidRPr="0064696A">
        <w:rPr>
          <w:sz w:val="30"/>
          <w:szCs w:val="30"/>
          <w:rtl/>
          <w:cs w:val="0"/>
        </w:rPr>
        <w:t>،</w:t>
      </w:r>
      <w:r w:rsidRPr="0064696A">
        <w:rPr>
          <w:sz w:val="30"/>
          <w:szCs w:val="30"/>
          <w:rtl/>
        </w:rPr>
        <w:t xml:space="preserve"> فلن يتغير الأداء</w:t>
      </w:r>
      <w:r w:rsidR="00A5297B" w:rsidRPr="0064696A">
        <w:rPr>
          <w:sz w:val="30"/>
          <w:szCs w:val="30"/>
          <w:rtl/>
          <w:cs w:val="0"/>
        </w:rPr>
        <w:t>.</w:t>
      </w:r>
      <w:r w:rsidRPr="0064696A">
        <w:rPr>
          <w:sz w:val="30"/>
          <w:szCs w:val="30"/>
          <w:rtl/>
        </w:rPr>
        <w:t xml:space="preserve"> وإذا ظهرت نتيجة مرتفعة دون تقدير</w:t>
      </w:r>
      <w:r w:rsidR="00A5297B" w:rsidRPr="0064696A">
        <w:rPr>
          <w:sz w:val="30"/>
          <w:szCs w:val="30"/>
          <w:rtl/>
          <w:cs w:val="0"/>
        </w:rPr>
        <w:t>،</w:t>
      </w:r>
      <w:r w:rsidRPr="0064696A">
        <w:rPr>
          <w:sz w:val="30"/>
          <w:szCs w:val="30"/>
          <w:rtl/>
        </w:rPr>
        <w:t xml:space="preserve"> تقل دافعية العامل</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يجب أن يكون التقييم جزءا من دورة أداء كاملة</w:t>
      </w:r>
      <w:r w:rsidR="00A5297B" w:rsidRPr="0064696A">
        <w:rPr>
          <w:sz w:val="30"/>
          <w:szCs w:val="30"/>
          <w:rtl/>
          <w:cs w:val="0"/>
        </w:rPr>
        <w:t>.</w:t>
      </w:r>
      <w:r w:rsidRPr="0064696A">
        <w:rPr>
          <w:sz w:val="30"/>
          <w:szCs w:val="30"/>
          <w:rtl/>
        </w:rPr>
        <w:t xml:space="preserve"> ‏(</w:t>
      </w:r>
      <w:proofErr w:type="spellStart"/>
      <w:r w:rsidRPr="0064696A">
        <w:rPr>
          <w:sz w:val="30"/>
          <w:szCs w:val="30"/>
          <w:rtl/>
        </w:rPr>
        <w:t>DeNisi</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Murphy</w:t>
      </w:r>
      <w:proofErr w:type="spellEnd"/>
      <w:r w:rsidRPr="0064696A">
        <w:rPr>
          <w:sz w:val="30"/>
          <w:szCs w:val="30"/>
          <w:rtl/>
        </w:rPr>
        <w:t>, 2017)‏</w:t>
      </w:r>
    </w:p>
    <w:p w14:paraId="696213FA" w14:textId="21B4716F" w:rsidR="00B67E89" w:rsidRPr="0064696A" w:rsidRDefault="00B67E89" w:rsidP="00785C0A">
      <w:pPr>
        <w:spacing w:line="276" w:lineRule="auto"/>
        <w:ind w:firstLine="397"/>
        <w:jc w:val="both"/>
        <w:rPr>
          <w:sz w:val="30"/>
          <w:szCs w:val="30"/>
        </w:rPr>
      </w:pPr>
      <w:r w:rsidRPr="0064696A">
        <w:rPr>
          <w:sz w:val="30"/>
          <w:szCs w:val="30"/>
          <w:rtl/>
        </w:rPr>
        <w:t>في شركة مصنع تمور القصيم المحدودة</w:t>
      </w:r>
      <w:r w:rsidR="00A5297B" w:rsidRPr="0064696A">
        <w:rPr>
          <w:sz w:val="30"/>
          <w:szCs w:val="30"/>
          <w:rtl/>
          <w:cs w:val="0"/>
        </w:rPr>
        <w:t>،</w:t>
      </w:r>
      <w:r w:rsidRPr="0064696A">
        <w:rPr>
          <w:sz w:val="30"/>
          <w:szCs w:val="30"/>
          <w:rtl/>
        </w:rPr>
        <w:t xml:space="preserve"> يفترض أن يقيس التقييم مؤشرات مثل الالتزام</w:t>
      </w:r>
      <w:r w:rsidR="00A5297B" w:rsidRPr="0064696A">
        <w:rPr>
          <w:sz w:val="30"/>
          <w:szCs w:val="30"/>
          <w:rtl/>
          <w:cs w:val="0"/>
        </w:rPr>
        <w:t>،</w:t>
      </w:r>
      <w:r w:rsidRPr="0064696A">
        <w:rPr>
          <w:sz w:val="30"/>
          <w:szCs w:val="30"/>
          <w:rtl/>
        </w:rPr>
        <w:t xml:space="preserve"> والجودة</w:t>
      </w:r>
      <w:r w:rsidR="00A5297B" w:rsidRPr="0064696A">
        <w:rPr>
          <w:sz w:val="30"/>
          <w:szCs w:val="30"/>
          <w:rtl/>
          <w:cs w:val="0"/>
        </w:rPr>
        <w:t>،</w:t>
      </w:r>
      <w:r w:rsidRPr="0064696A">
        <w:rPr>
          <w:sz w:val="30"/>
          <w:szCs w:val="30"/>
          <w:rtl/>
        </w:rPr>
        <w:t xml:space="preserve"> والسرعة</w:t>
      </w:r>
      <w:r w:rsidR="00A5297B" w:rsidRPr="0064696A">
        <w:rPr>
          <w:sz w:val="30"/>
          <w:szCs w:val="30"/>
          <w:rtl/>
          <w:cs w:val="0"/>
        </w:rPr>
        <w:t>،</w:t>
      </w:r>
      <w:r w:rsidRPr="0064696A">
        <w:rPr>
          <w:sz w:val="30"/>
          <w:szCs w:val="30"/>
          <w:rtl/>
        </w:rPr>
        <w:t xml:space="preserve"> وتقليل الأخطاء</w:t>
      </w:r>
      <w:r w:rsidR="00A5297B" w:rsidRPr="0064696A">
        <w:rPr>
          <w:sz w:val="30"/>
          <w:szCs w:val="30"/>
          <w:rtl/>
          <w:cs w:val="0"/>
        </w:rPr>
        <w:t>،</w:t>
      </w:r>
      <w:r w:rsidRPr="0064696A">
        <w:rPr>
          <w:sz w:val="30"/>
          <w:szCs w:val="30"/>
          <w:rtl/>
        </w:rPr>
        <w:t xml:space="preserve"> والتعاون</w:t>
      </w:r>
      <w:r w:rsidR="00A5297B" w:rsidRPr="0064696A">
        <w:rPr>
          <w:sz w:val="30"/>
          <w:szCs w:val="30"/>
          <w:rtl/>
          <w:cs w:val="0"/>
        </w:rPr>
        <w:t>،</w:t>
      </w:r>
      <w:r w:rsidRPr="0064696A">
        <w:rPr>
          <w:sz w:val="30"/>
          <w:szCs w:val="30"/>
          <w:rtl/>
        </w:rPr>
        <w:t xml:space="preserve"> والمحافظة على الموارد</w:t>
      </w:r>
      <w:r w:rsidR="00A5297B" w:rsidRPr="0064696A">
        <w:rPr>
          <w:sz w:val="30"/>
          <w:szCs w:val="30"/>
          <w:rtl/>
          <w:cs w:val="0"/>
        </w:rPr>
        <w:t>.</w:t>
      </w:r>
      <w:r w:rsidRPr="0064696A">
        <w:rPr>
          <w:sz w:val="30"/>
          <w:szCs w:val="30"/>
          <w:rtl/>
        </w:rPr>
        <w:t xml:space="preserve"> وعندما تطبق هذه المؤشرات بعدالة</w:t>
      </w:r>
      <w:r w:rsidR="00A5297B" w:rsidRPr="0064696A">
        <w:rPr>
          <w:sz w:val="30"/>
          <w:szCs w:val="30"/>
          <w:rtl/>
          <w:cs w:val="0"/>
        </w:rPr>
        <w:t>،</w:t>
      </w:r>
      <w:r w:rsidRPr="0064696A">
        <w:rPr>
          <w:sz w:val="30"/>
          <w:szCs w:val="30"/>
          <w:rtl/>
        </w:rPr>
        <w:t xml:space="preserve"> يستطيع العامل أن يعرف وضعه الفعلي</w:t>
      </w:r>
      <w:r w:rsidR="00A5297B" w:rsidRPr="0064696A">
        <w:rPr>
          <w:sz w:val="30"/>
          <w:szCs w:val="30"/>
          <w:rtl/>
          <w:cs w:val="0"/>
        </w:rPr>
        <w:t>،</w:t>
      </w:r>
      <w:r w:rsidRPr="0064696A">
        <w:rPr>
          <w:sz w:val="30"/>
          <w:szCs w:val="30"/>
          <w:rtl/>
        </w:rPr>
        <w:t xml:space="preserve"> وتستطيع الإدارة تحديد الجوانب التي تحتاج إلى دعم</w:t>
      </w:r>
      <w:r w:rsidR="00A5297B" w:rsidRPr="0064696A">
        <w:rPr>
          <w:sz w:val="30"/>
          <w:szCs w:val="30"/>
          <w:rtl/>
          <w:cs w:val="0"/>
        </w:rPr>
        <w:t>.</w:t>
      </w:r>
      <w:r w:rsidRPr="0064696A">
        <w:rPr>
          <w:sz w:val="30"/>
          <w:szCs w:val="30"/>
          <w:rtl/>
        </w:rPr>
        <w:t xml:space="preserve"> ‏(</w:t>
      </w:r>
      <w:proofErr w:type="spellStart"/>
      <w:r w:rsidRPr="0064696A">
        <w:rPr>
          <w:sz w:val="30"/>
          <w:szCs w:val="30"/>
          <w:rtl/>
        </w:rPr>
        <w:t>DeNisi</w:t>
      </w:r>
      <w:proofErr w:type="spellEnd"/>
      <w:r w:rsidRPr="0064696A">
        <w:rPr>
          <w:sz w:val="30"/>
          <w:szCs w:val="30"/>
          <w:rtl/>
        </w:rPr>
        <w:t xml:space="preserve"> </w:t>
      </w:r>
      <w:proofErr w:type="spellStart"/>
      <w:r w:rsidRPr="0064696A">
        <w:rPr>
          <w:sz w:val="30"/>
          <w:szCs w:val="30"/>
          <w:rtl/>
        </w:rPr>
        <w:t>and</w:t>
      </w:r>
      <w:proofErr w:type="spellEnd"/>
      <w:r w:rsidRPr="0064696A">
        <w:rPr>
          <w:sz w:val="30"/>
          <w:szCs w:val="30"/>
          <w:rtl/>
        </w:rPr>
        <w:t xml:space="preserve"> </w:t>
      </w:r>
      <w:proofErr w:type="spellStart"/>
      <w:r w:rsidRPr="0064696A">
        <w:rPr>
          <w:sz w:val="30"/>
          <w:szCs w:val="30"/>
          <w:rtl/>
        </w:rPr>
        <w:t>Murphy</w:t>
      </w:r>
      <w:proofErr w:type="spellEnd"/>
      <w:r w:rsidRPr="0064696A">
        <w:rPr>
          <w:sz w:val="30"/>
          <w:szCs w:val="30"/>
          <w:rtl/>
        </w:rPr>
        <w:t>, 2017)‏</w:t>
      </w:r>
    </w:p>
    <w:p w14:paraId="72A53E1A" w14:textId="53EFB906" w:rsidR="00B67E89" w:rsidRPr="004B1822" w:rsidRDefault="004B1822" w:rsidP="00785C0A">
      <w:pPr>
        <w:pStyle w:val="Heading3"/>
        <w:spacing w:line="276" w:lineRule="auto"/>
        <w:jc w:val="both"/>
      </w:pPr>
      <w:bookmarkStart w:id="849" w:name="_Toc233582890"/>
      <w:bookmarkStart w:id="850" w:name="_Toc233583057"/>
      <w:bookmarkStart w:id="851" w:name="_Toc233584690"/>
      <w:bookmarkStart w:id="852" w:name="_Toc233585062"/>
      <w:bookmarkStart w:id="853" w:name="_Toc233585188"/>
      <w:bookmarkStart w:id="854" w:name="_Toc233585329"/>
      <w:bookmarkStart w:id="855" w:name="_Toc233585659"/>
      <w:bookmarkStart w:id="856" w:name="_Toc233585815"/>
      <w:bookmarkStart w:id="857" w:name="_Toc233585941"/>
      <w:bookmarkStart w:id="858" w:name="_Toc233586070"/>
      <w:bookmarkStart w:id="859" w:name="_Toc233586848"/>
      <w:bookmarkStart w:id="860" w:name="_Toc233586983"/>
      <w:bookmarkStart w:id="861" w:name="_Toc233587124"/>
      <w:bookmarkStart w:id="862" w:name="_Toc233587283"/>
      <w:bookmarkStart w:id="863" w:name="_Toc233587661"/>
      <w:r w:rsidRPr="004B1822">
        <w:rPr>
          <w:rtl/>
        </w:rPr>
        <w:t>أثر الحوافز والتطوير على تحسين الإنتاجية</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p w14:paraId="484C54F2" w14:textId="6DB31ABB" w:rsidR="00B67E89" w:rsidRPr="0064696A" w:rsidRDefault="00B67E89" w:rsidP="00785C0A">
      <w:pPr>
        <w:spacing w:line="276" w:lineRule="auto"/>
        <w:ind w:firstLine="397"/>
        <w:jc w:val="both"/>
        <w:rPr>
          <w:sz w:val="30"/>
          <w:szCs w:val="30"/>
        </w:rPr>
      </w:pPr>
      <w:r w:rsidRPr="0064696A">
        <w:rPr>
          <w:sz w:val="30"/>
          <w:szCs w:val="30"/>
          <w:rtl/>
        </w:rPr>
        <w:t>تمثل الحوافز والتطوير مرحلة تحويل نتائج الأداء إلى سلوك أفضل</w:t>
      </w:r>
      <w:r w:rsidR="00A5297B" w:rsidRPr="0064696A">
        <w:rPr>
          <w:sz w:val="30"/>
          <w:szCs w:val="30"/>
          <w:rtl/>
          <w:cs w:val="0"/>
        </w:rPr>
        <w:t>.</w:t>
      </w:r>
      <w:r w:rsidRPr="0064696A">
        <w:rPr>
          <w:sz w:val="30"/>
          <w:szCs w:val="30"/>
          <w:rtl/>
        </w:rPr>
        <w:t xml:space="preserve"> فإذا حصل العامل صاحب الأداء المرتفع على تقدير عادل</w:t>
      </w:r>
      <w:r w:rsidR="00A5297B" w:rsidRPr="0064696A">
        <w:rPr>
          <w:sz w:val="30"/>
          <w:szCs w:val="30"/>
          <w:rtl/>
          <w:cs w:val="0"/>
        </w:rPr>
        <w:t>،</w:t>
      </w:r>
      <w:r w:rsidRPr="0064696A">
        <w:rPr>
          <w:sz w:val="30"/>
          <w:szCs w:val="30"/>
          <w:rtl/>
        </w:rPr>
        <w:t xml:space="preserve"> زادت دافعيته للاستمرار</w:t>
      </w:r>
      <w:r w:rsidR="00A5297B" w:rsidRPr="0064696A">
        <w:rPr>
          <w:sz w:val="30"/>
          <w:szCs w:val="30"/>
          <w:rtl/>
          <w:cs w:val="0"/>
        </w:rPr>
        <w:t>.</w:t>
      </w:r>
      <w:r w:rsidRPr="0064696A">
        <w:rPr>
          <w:sz w:val="30"/>
          <w:szCs w:val="30"/>
          <w:rtl/>
        </w:rPr>
        <w:t xml:space="preserve"> وإذا حصل العامل صاحب الأداء المنخفض على تدريب مناسب</w:t>
      </w:r>
      <w:r w:rsidR="00A5297B" w:rsidRPr="0064696A">
        <w:rPr>
          <w:sz w:val="30"/>
          <w:szCs w:val="30"/>
          <w:rtl/>
          <w:cs w:val="0"/>
        </w:rPr>
        <w:t>،</w:t>
      </w:r>
      <w:r w:rsidRPr="0064696A">
        <w:rPr>
          <w:sz w:val="30"/>
          <w:szCs w:val="30"/>
          <w:rtl/>
        </w:rPr>
        <w:t xml:space="preserve"> تحسن مستواه</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يؤثر هذا البعد في الإنتاجية بصورة مباشرة</w:t>
      </w:r>
      <w:r w:rsidR="00A5297B" w:rsidRPr="0064696A">
        <w:rPr>
          <w:sz w:val="30"/>
          <w:szCs w:val="30"/>
          <w:rtl/>
          <w:cs w:val="0"/>
        </w:rPr>
        <w:t>.</w:t>
      </w:r>
      <w:r w:rsidRPr="0064696A">
        <w:rPr>
          <w:sz w:val="30"/>
          <w:szCs w:val="30"/>
          <w:rtl/>
        </w:rPr>
        <w:t xml:space="preserve"> ‏(</w:t>
      </w:r>
      <w:proofErr w:type="spellStart"/>
      <w:r w:rsidRPr="0064696A">
        <w:rPr>
          <w:sz w:val="30"/>
          <w:szCs w:val="30"/>
          <w:rtl/>
        </w:rPr>
        <w:t>Vroom</w:t>
      </w:r>
      <w:proofErr w:type="spellEnd"/>
      <w:r w:rsidRPr="0064696A">
        <w:rPr>
          <w:sz w:val="30"/>
          <w:szCs w:val="30"/>
          <w:rtl/>
        </w:rPr>
        <w:t>, 1964)‏</w:t>
      </w:r>
    </w:p>
    <w:p w14:paraId="3363982A" w14:textId="1701B920" w:rsidR="00B67E89" w:rsidRPr="0064696A" w:rsidRDefault="00B67E89" w:rsidP="00785C0A">
      <w:pPr>
        <w:spacing w:line="276" w:lineRule="auto"/>
        <w:ind w:firstLine="397"/>
        <w:jc w:val="both"/>
        <w:rPr>
          <w:sz w:val="30"/>
          <w:szCs w:val="30"/>
        </w:rPr>
      </w:pPr>
      <w:r w:rsidRPr="0064696A">
        <w:rPr>
          <w:sz w:val="30"/>
          <w:szCs w:val="30"/>
          <w:rtl/>
        </w:rPr>
        <w:t>تؤثر الحوافز في الإنتاجية من خلال رفع دافعية العاملين</w:t>
      </w:r>
      <w:r w:rsidR="00A5297B" w:rsidRPr="0064696A">
        <w:rPr>
          <w:sz w:val="30"/>
          <w:szCs w:val="30"/>
          <w:rtl/>
          <w:cs w:val="0"/>
        </w:rPr>
        <w:t>،</w:t>
      </w:r>
      <w:r w:rsidRPr="0064696A">
        <w:rPr>
          <w:sz w:val="30"/>
          <w:szCs w:val="30"/>
          <w:rtl/>
        </w:rPr>
        <w:t xml:space="preserve"> وتشجيع الالتزام بمعايير الجودة</w:t>
      </w:r>
      <w:r w:rsidR="00A5297B" w:rsidRPr="0064696A">
        <w:rPr>
          <w:sz w:val="30"/>
          <w:szCs w:val="30"/>
          <w:rtl/>
          <w:cs w:val="0"/>
        </w:rPr>
        <w:t>،</w:t>
      </w:r>
      <w:r w:rsidRPr="0064696A">
        <w:rPr>
          <w:sz w:val="30"/>
          <w:szCs w:val="30"/>
          <w:rtl/>
        </w:rPr>
        <w:t xml:space="preserve"> وتقليل الغياب والتراخي</w:t>
      </w:r>
      <w:r w:rsidR="00A5297B" w:rsidRPr="0064696A">
        <w:rPr>
          <w:sz w:val="30"/>
          <w:szCs w:val="30"/>
          <w:rtl/>
          <w:cs w:val="0"/>
        </w:rPr>
        <w:t>،</w:t>
      </w:r>
      <w:r w:rsidRPr="0064696A">
        <w:rPr>
          <w:sz w:val="30"/>
          <w:szCs w:val="30"/>
          <w:rtl/>
        </w:rPr>
        <w:t xml:space="preserve"> وتقدير الأداء العالي</w:t>
      </w:r>
      <w:r w:rsidR="00A5297B" w:rsidRPr="0064696A">
        <w:rPr>
          <w:sz w:val="30"/>
          <w:szCs w:val="30"/>
          <w:rtl/>
          <w:cs w:val="0"/>
        </w:rPr>
        <w:t>،</w:t>
      </w:r>
      <w:r w:rsidRPr="0064696A">
        <w:rPr>
          <w:sz w:val="30"/>
          <w:szCs w:val="30"/>
          <w:rtl/>
        </w:rPr>
        <w:t xml:space="preserve"> وربط الجهد بنتيجة ملموسة</w:t>
      </w:r>
      <w:r w:rsidR="00A5297B" w:rsidRPr="0064696A">
        <w:rPr>
          <w:sz w:val="30"/>
          <w:szCs w:val="30"/>
          <w:rtl/>
          <w:cs w:val="0"/>
        </w:rPr>
        <w:t>.</w:t>
      </w:r>
      <w:r w:rsidRPr="0064696A">
        <w:rPr>
          <w:sz w:val="30"/>
          <w:szCs w:val="30"/>
          <w:rtl/>
        </w:rPr>
        <w:t xml:space="preserve"> ‏(</w:t>
      </w:r>
      <w:proofErr w:type="spellStart"/>
      <w:r w:rsidRPr="0064696A">
        <w:rPr>
          <w:sz w:val="30"/>
          <w:szCs w:val="30"/>
          <w:rtl/>
        </w:rPr>
        <w:t>Vroom</w:t>
      </w:r>
      <w:proofErr w:type="spellEnd"/>
      <w:r w:rsidRPr="0064696A">
        <w:rPr>
          <w:sz w:val="30"/>
          <w:szCs w:val="30"/>
          <w:rtl/>
        </w:rPr>
        <w:t>, 1964)‏</w:t>
      </w:r>
    </w:p>
    <w:p w14:paraId="0ED14B58" w14:textId="0B986C88" w:rsidR="00B67E89" w:rsidRPr="0064696A" w:rsidRDefault="00B67E89" w:rsidP="00785C0A">
      <w:pPr>
        <w:spacing w:line="276" w:lineRule="auto"/>
        <w:ind w:firstLine="397"/>
        <w:jc w:val="both"/>
        <w:rPr>
          <w:sz w:val="30"/>
          <w:szCs w:val="30"/>
        </w:rPr>
      </w:pPr>
      <w:r w:rsidRPr="0064696A">
        <w:rPr>
          <w:sz w:val="30"/>
          <w:szCs w:val="30"/>
          <w:rtl/>
        </w:rPr>
        <w:t>أما التطوير فيؤثر في الإنتاجية من خلال رفع مهارات العاملين</w:t>
      </w:r>
      <w:r w:rsidR="00A5297B" w:rsidRPr="0064696A">
        <w:rPr>
          <w:sz w:val="30"/>
          <w:szCs w:val="30"/>
          <w:rtl/>
          <w:cs w:val="0"/>
        </w:rPr>
        <w:t>،</w:t>
      </w:r>
      <w:r w:rsidRPr="0064696A">
        <w:rPr>
          <w:sz w:val="30"/>
          <w:szCs w:val="30"/>
          <w:rtl/>
        </w:rPr>
        <w:t xml:space="preserve"> وتقليل الأخطاء الناتجة عن ضعف المعرفة</w:t>
      </w:r>
      <w:r w:rsidR="00A5297B" w:rsidRPr="0064696A">
        <w:rPr>
          <w:sz w:val="30"/>
          <w:szCs w:val="30"/>
          <w:rtl/>
          <w:cs w:val="0"/>
        </w:rPr>
        <w:t>،</w:t>
      </w:r>
      <w:r w:rsidRPr="0064696A">
        <w:rPr>
          <w:sz w:val="30"/>
          <w:szCs w:val="30"/>
          <w:rtl/>
        </w:rPr>
        <w:t xml:space="preserve"> وتحسين القدرة على استخدام المعدات</w:t>
      </w:r>
      <w:r w:rsidR="00A5297B" w:rsidRPr="0064696A">
        <w:rPr>
          <w:sz w:val="30"/>
          <w:szCs w:val="30"/>
          <w:rtl/>
          <w:cs w:val="0"/>
        </w:rPr>
        <w:t>،</w:t>
      </w:r>
      <w:r w:rsidRPr="0064696A">
        <w:rPr>
          <w:sz w:val="30"/>
          <w:szCs w:val="30"/>
          <w:rtl/>
        </w:rPr>
        <w:t xml:space="preserve"> وتوحيد طريقة تنفيذ العمل</w:t>
      </w:r>
      <w:r w:rsidR="00A5297B" w:rsidRPr="0064696A">
        <w:rPr>
          <w:sz w:val="30"/>
          <w:szCs w:val="30"/>
          <w:rtl/>
          <w:cs w:val="0"/>
        </w:rPr>
        <w:t>،</w:t>
      </w:r>
      <w:r w:rsidRPr="0064696A">
        <w:rPr>
          <w:sz w:val="30"/>
          <w:szCs w:val="30"/>
          <w:rtl/>
        </w:rPr>
        <w:t xml:space="preserve"> وزيادة قدرة العامل على حل المشكلات</w:t>
      </w:r>
      <w:r w:rsidR="00A5297B" w:rsidRPr="0064696A">
        <w:rPr>
          <w:sz w:val="30"/>
          <w:szCs w:val="30"/>
          <w:rtl/>
          <w:cs w:val="0"/>
        </w:rPr>
        <w:t>.</w:t>
      </w:r>
      <w:r w:rsidRPr="0064696A">
        <w:rPr>
          <w:sz w:val="30"/>
          <w:szCs w:val="30"/>
          <w:rtl/>
        </w:rPr>
        <w:t xml:space="preserve"> ‏(</w:t>
      </w:r>
      <w:proofErr w:type="spellStart"/>
      <w:r w:rsidRPr="0064696A">
        <w:rPr>
          <w:sz w:val="30"/>
          <w:szCs w:val="30"/>
          <w:rtl/>
        </w:rPr>
        <w:t>Vroom</w:t>
      </w:r>
      <w:proofErr w:type="spellEnd"/>
      <w:r w:rsidRPr="0064696A">
        <w:rPr>
          <w:sz w:val="30"/>
          <w:szCs w:val="30"/>
          <w:rtl/>
        </w:rPr>
        <w:t>, 1964)‏</w:t>
      </w:r>
    </w:p>
    <w:p w14:paraId="0E441868" w14:textId="58F3B042" w:rsidR="00B67E89" w:rsidRPr="0064696A" w:rsidRDefault="00B67E89" w:rsidP="00785C0A">
      <w:pPr>
        <w:spacing w:line="276" w:lineRule="auto"/>
        <w:ind w:firstLine="397"/>
        <w:jc w:val="both"/>
        <w:rPr>
          <w:sz w:val="30"/>
          <w:szCs w:val="30"/>
        </w:rPr>
      </w:pPr>
      <w:r w:rsidRPr="0064696A">
        <w:rPr>
          <w:sz w:val="30"/>
          <w:szCs w:val="30"/>
          <w:rtl/>
        </w:rPr>
        <w:t>يجب أن تصمم الحوافز بعناية</w:t>
      </w:r>
      <w:r w:rsidR="00A5297B" w:rsidRPr="0064696A">
        <w:rPr>
          <w:sz w:val="30"/>
          <w:szCs w:val="30"/>
          <w:rtl/>
          <w:cs w:val="0"/>
        </w:rPr>
        <w:t>.</w:t>
      </w:r>
      <w:r w:rsidRPr="0064696A">
        <w:rPr>
          <w:sz w:val="30"/>
          <w:szCs w:val="30"/>
          <w:rtl/>
        </w:rPr>
        <w:t xml:space="preserve"> فإذا ارتبطت الحوافز بالكمية فقط</w:t>
      </w:r>
      <w:r w:rsidR="00A5297B" w:rsidRPr="0064696A">
        <w:rPr>
          <w:sz w:val="30"/>
          <w:szCs w:val="30"/>
          <w:rtl/>
          <w:cs w:val="0"/>
        </w:rPr>
        <w:t>،</w:t>
      </w:r>
      <w:r w:rsidRPr="0064696A">
        <w:rPr>
          <w:sz w:val="30"/>
          <w:szCs w:val="30"/>
          <w:rtl/>
        </w:rPr>
        <w:t xml:space="preserve"> قد يهمل العامل الجودة</w:t>
      </w:r>
      <w:r w:rsidR="00A5297B" w:rsidRPr="0064696A">
        <w:rPr>
          <w:sz w:val="30"/>
          <w:szCs w:val="30"/>
          <w:rtl/>
          <w:cs w:val="0"/>
        </w:rPr>
        <w:t>.</w:t>
      </w:r>
      <w:r w:rsidRPr="0064696A">
        <w:rPr>
          <w:sz w:val="30"/>
          <w:szCs w:val="30"/>
          <w:rtl/>
        </w:rPr>
        <w:t xml:space="preserve"> وإذا ارتبطت بالجودة فقط دون مراعاة السرعة</w:t>
      </w:r>
      <w:r w:rsidR="00A5297B" w:rsidRPr="0064696A">
        <w:rPr>
          <w:sz w:val="30"/>
          <w:szCs w:val="30"/>
          <w:rtl/>
          <w:cs w:val="0"/>
        </w:rPr>
        <w:t>،</w:t>
      </w:r>
      <w:r w:rsidRPr="0064696A">
        <w:rPr>
          <w:sz w:val="30"/>
          <w:szCs w:val="30"/>
          <w:rtl/>
        </w:rPr>
        <w:t xml:space="preserve"> قد ينخفض حجم الإنتاج</w:t>
      </w:r>
      <w:r w:rsidR="00A5297B" w:rsidRPr="0064696A">
        <w:rPr>
          <w:sz w:val="30"/>
          <w:szCs w:val="30"/>
          <w:rtl/>
          <w:cs w:val="0"/>
        </w:rPr>
        <w:t>.</w:t>
      </w:r>
      <w:r w:rsidRPr="0064696A">
        <w:rPr>
          <w:sz w:val="30"/>
          <w:szCs w:val="30"/>
          <w:rtl/>
        </w:rPr>
        <w:t xml:space="preserve"> لذلك</w:t>
      </w:r>
      <w:r w:rsidR="00A5297B" w:rsidRPr="0064696A">
        <w:rPr>
          <w:sz w:val="30"/>
          <w:szCs w:val="30"/>
          <w:rtl/>
          <w:cs w:val="0"/>
        </w:rPr>
        <w:t>،</w:t>
      </w:r>
      <w:r w:rsidRPr="0064696A">
        <w:rPr>
          <w:sz w:val="30"/>
          <w:szCs w:val="30"/>
          <w:rtl/>
        </w:rPr>
        <w:t xml:space="preserve"> يجب أن تجمع الحوافز بين مؤشرات كمية ونوعية</w:t>
      </w:r>
      <w:r w:rsidR="00A5297B" w:rsidRPr="0064696A">
        <w:rPr>
          <w:sz w:val="30"/>
          <w:szCs w:val="30"/>
          <w:rtl/>
          <w:cs w:val="0"/>
        </w:rPr>
        <w:t>،</w:t>
      </w:r>
      <w:r w:rsidRPr="0064696A">
        <w:rPr>
          <w:sz w:val="30"/>
          <w:szCs w:val="30"/>
          <w:rtl/>
        </w:rPr>
        <w:t xml:space="preserve"> مثل الإنتاج</w:t>
      </w:r>
      <w:r w:rsidR="00A5297B" w:rsidRPr="0064696A">
        <w:rPr>
          <w:sz w:val="30"/>
          <w:szCs w:val="30"/>
          <w:rtl/>
          <w:cs w:val="0"/>
        </w:rPr>
        <w:t>،</w:t>
      </w:r>
      <w:r w:rsidRPr="0064696A">
        <w:rPr>
          <w:sz w:val="30"/>
          <w:szCs w:val="30"/>
          <w:rtl/>
        </w:rPr>
        <w:t xml:space="preserve"> والجودة</w:t>
      </w:r>
      <w:r w:rsidR="00A5297B" w:rsidRPr="0064696A">
        <w:rPr>
          <w:sz w:val="30"/>
          <w:szCs w:val="30"/>
          <w:rtl/>
          <w:cs w:val="0"/>
        </w:rPr>
        <w:t>،</w:t>
      </w:r>
      <w:r w:rsidRPr="0064696A">
        <w:rPr>
          <w:sz w:val="30"/>
          <w:szCs w:val="30"/>
          <w:rtl/>
        </w:rPr>
        <w:t xml:space="preserve"> والالتزام</w:t>
      </w:r>
      <w:r w:rsidR="00A5297B" w:rsidRPr="0064696A">
        <w:rPr>
          <w:sz w:val="30"/>
          <w:szCs w:val="30"/>
          <w:rtl/>
          <w:cs w:val="0"/>
        </w:rPr>
        <w:t>،</w:t>
      </w:r>
      <w:r w:rsidRPr="0064696A">
        <w:rPr>
          <w:sz w:val="30"/>
          <w:szCs w:val="30"/>
          <w:rtl/>
        </w:rPr>
        <w:t xml:space="preserve"> وتقليل الهدر</w:t>
      </w:r>
      <w:r w:rsidR="00A5297B" w:rsidRPr="0064696A">
        <w:rPr>
          <w:sz w:val="30"/>
          <w:szCs w:val="30"/>
          <w:rtl/>
          <w:cs w:val="0"/>
        </w:rPr>
        <w:t>.</w:t>
      </w:r>
      <w:r w:rsidRPr="0064696A">
        <w:rPr>
          <w:sz w:val="30"/>
          <w:szCs w:val="30"/>
          <w:rtl/>
        </w:rPr>
        <w:t xml:space="preserve"> ‏(</w:t>
      </w:r>
      <w:proofErr w:type="spellStart"/>
      <w:r w:rsidRPr="0064696A">
        <w:rPr>
          <w:sz w:val="30"/>
          <w:szCs w:val="30"/>
          <w:rtl/>
        </w:rPr>
        <w:t>Vroom</w:t>
      </w:r>
      <w:proofErr w:type="spellEnd"/>
      <w:r w:rsidRPr="0064696A">
        <w:rPr>
          <w:sz w:val="30"/>
          <w:szCs w:val="30"/>
          <w:rtl/>
        </w:rPr>
        <w:t>, 1964)‏</w:t>
      </w:r>
    </w:p>
    <w:p w14:paraId="6569126A" w14:textId="4D8FBB69" w:rsidR="00B67E89" w:rsidRPr="0064696A" w:rsidRDefault="00B67E89" w:rsidP="00785C0A">
      <w:pPr>
        <w:spacing w:line="276" w:lineRule="auto"/>
        <w:ind w:firstLine="397"/>
        <w:jc w:val="both"/>
        <w:rPr>
          <w:sz w:val="30"/>
          <w:szCs w:val="30"/>
          <w:rtl/>
        </w:rPr>
      </w:pPr>
      <w:r w:rsidRPr="0064696A">
        <w:rPr>
          <w:sz w:val="30"/>
          <w:szCs w:val="30"/>
          <w:rtl/>
        </w:rPr>
        <w:t>تدعم نظرية التوقع هذا الأثر</w:t>
      </w:r>
      <w:r w:rsidR="00A5297B" w:rsidRPr="0064696A">
        <w:rPr>
          <w:sz w:val="30"/>
          <w:szCs w:val="30"/>
          <w:rtl/>
          <w:cs w:val="0"/>
        </w:rPr>
        <w:t>،</w:t>
      </w:r>
      <w:r w:rsidRPr="0064696A">
        <w:rPr>
          <w:sz w:val="30"/>
          <w:szCs w:val="30"/>
          <w:rtl/>
        </w:rPr>
        <w:t xml:space="preserve"> حيث يرتفع جهد العامل عندما يرى علاقة واضحة بين الجهد والأداء والحافز (</w:t>
      </w:r>
      <w:proofErr w:type="spellStart"/>
      <w:r w:rsidRPr="0064696A">
        <w:rPr>
          <w:sz w:val="30"/>
          <w:szCs w:val="30"/>
          <w:rtl/>
        </w:rPr>
        <w:t>Vroom</w:t>
      </w:r>
      <w:proofErr w:type="spellEnd"/>
      <w:r w:rsidRPr="0064696A">
        <w:rPr>
          <w:sz w:val="30"/>
          <w:szCs w:val="30"/>
          <w:rtl/>
        </w:rPr>
        <w:t>, 1964)</w:t>
      </w:r>
      <w:r w:rsidR="00A5297B" w:rsidRPr="0064696A">
        <w:rPr>
          <w:sz w:val="30"/>
          <w:szCs w:val="30"/>
          <w:rtl/>
          <w:cs w:val="0"/>
        </w:rPr>
        <w:t>.</w:t>
      </w:r>
      <w:r w:rsidRPr="0064696A">
        <w:rPr>
          <w:sz w:val="30"/>
          <w:szCs w:val="30"/>
          <w:rtl/>
        </w:rPr>
        <w:t xml:space="preserve"> وتدعم نظرية العدالة أيضا هذا البعد</w:t>
      </w:r>
      <w:r w:rsidR="00A5297B" w:rsidRPr="0064696A">
        <w:rPr>
          <w:sz w:val="30"/>
          <w:szCs w:val="30"/>
          <w:rtl/>
          <w:cs w:val="0"/>
        </w:rPr>
        <w:t>،</w:t>
      </w:r>
      <w:r w:rsidRPr="0064696A">
        <w:rPr>
          <w:sz w:val="30"/>
          <w:szCs w:val="30"/>
          <w:rtl/>
        </w:rPr>
        <w:t xml:space="preserve"> لأن العامل يحتاج إلى الشعور بأن المكافآت تمنح وفق معايير عادلة (</w:t>
      </w:r>
      <w:proofErr w:type="spellStart"/>
      <w:r w:rsidRPr="0064696A">
        <w:rPr>
          <w:sz w:val="30"/>
          <w:szCs w:val="30"/>
          <w:rtl/>
        </w:rPr>
        <w:t>Adams</w:t>
      </w:r>
      <w:proofErr w:type="spellEnd"/>
      <w:r w:rsidRPr="0064696A">
        <w:rPr>
          <w:sz w:val="30"/>
          <w:szCs w:val="30"/>
          <w:rtl/>
        </w:rPr>
        <w:t>, 1965)</w:t>
      </w:r>
      <w:r w:rsidR="00A5297B" w:rsidRPr="0064696A">
        <w:rPr>
          <w:sz w:val="30"/>
          <w:szCs w:val="30"/>
          <w:rtl/>
          <w:cs w:val="0"/>
        </w:rPr>
        <w:t>.</w:t>
      </w:r>
    </w:p>
    <w:p w14:paraId="1E2C52F3" w14:textId="77777777" w:rsidR="00A44ECE" w:rsidRDefault="00A44ECE" w:rsidP="00785C0A">
      <w:pPr>
        <w:spacing w:line="276" w:lineRule="auto"/>
        <w:ind w:firstLine="397"/>
        <w:jc w:val="both"/>
        <w:rPr>
          <w:rtl/>
        </w:rPr>
      </w:pPr>
    </w:p>
    <w:p w14:paraId="6060295B" w14:textId="77777777" w:rsidR="00A44ECE" w:rsidRDefault="00A44ECE" w:rsidP="00785C0A">
      <w:pPr>
        <w:spacing w:line="276" w:lineRule="auto"/>
        <w:ind w:firstLine="397"/>
        <w:jc w:val="both"/>
        <w:rPr>
          <w:rtl/>
        </w:rPr>
      </w:pPr>
    </w:p>
    <w:p w14:paraId="2811ABA5" w14:textId="77777777" w:rsidR="00A44ECE" w:rsidRDefault="00A44ECE" w:rsidP="00785C0A">
      <w:pPr>
        <w:spacing w:line="276" w:lineRule="auto"/>
        <w:ind w:firstLine="397"/>
        <w:jc w:val="both"/>
        <w:rPr>
          <w:rtl/>
        </w:rPr>
      </w:pPr>
    </w:p>
    <w:p w14:paraId="1DE1C0F3" w14:textId="77777777" w:rsidR="00A44ECE" w:rsidRDefault="00A44ECE" w:rsidP="00785C0A">
      <w:pPr>
        <w:spacing w:line="276" w:lineRule="auto"/>
        <w:ind w:firstLine="397"/>
        <w:jc w:val="both"/>
        <w:rPr>
          <w:rtl/>
        </w:rPr>
      </w:pPr>
    </w:p>
    <w:p w14:paraId="216EED34" w14:textId="77777777" w:rsidR="009678C5" w:rsidRPr="009B057E" w:rsidRDefault="009678C5" w:rsidP="009678C5">
      <w:pPr>
        <w:bidi w:val="0"/>
        <w:spacing w:after="0" w:line="276" w:lineRule="auto"/>
        <w:ind w:right="340"/>
        <w:jc w:val="center"/>
        <w:rPr>
          <w:noProof/>
          <w:sz w:val="40"/>
          <w:szCs w:val="34"/>
          <w:cs w:val="0"/>
          <w:lang w:val="en-US"/>
        </w:rPr>
      </w:pPr>
    </w:p>
    <w:sectPr w:rsidR="009678C5" w:rsidRPr="009B057E" w:rsidSect="00472BF3">
      <w:pgSz w:w="11906" w:h="16838"/>
      <w:pgMar w:top="964" w:right="1416" w:bottom="964" w:left="1418" w:header="720" w:footer="32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576ADD7" w14:textId="77777777" w:rsidR="000A5FB6" w:rsidRDefault="000A5FB6">
      <w:pPr>
        <w:spacing w:after="0"/>
      </w:pPr>
      <w:r>
        <w:separator/>
      </w:r>
    </w:p>
  </w:endnote>
  <w:endnote w:type="continuationSeparator" w:id="0">
    <w:p w14:paraId="758FDC7F" w14:textId="77777777" w:rsidR="000A5FB6" w:rsidRDefault="000A5FB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7F" w:usb1="C000204B" w:usb2="00000108" w:usb3="00000000" w:csb0="000000D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1" w:csb1="00000000"/>
  </w:font>
  <w:font w:name="UICTFontTextStyleBody">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2F1CAD" w14:textId="22BAA237" w:rsidR="008F4030" w:rsidRDefault="008F4030">
    <w:pPr>
      <w:pStyle w:val="Footer"/>
    </w:pPr>
    <w:r>
      <w:rPr>
        <w:noProof/>
        <w:cs w:val="0"/>
      </w:rPr>
      <mc:AlternateContent>
        <mc:Choice Requires="wps">
          <w:drawing>
            <wp:anchor distT="0" distB="0" distL="0" distR="0" simplePos="0" relativeHeight="251662336" behindDoc="0" locked="0" layoutInCell="1" allowOverlap="1" wp14:anchorId="6CEDEC1F" wp14:editId="41471E10">
              <wp:simplePos x="635" y="635"/>
              <wp:positionH relativeFrom="page">
                <wp:align>center</wp:align>
              </wp:positionH>
              <wp:positionV relativeFrom="page">
                <wp:align>bottom</wp:align>
              </wp:positionV>
              <wp:extent cx="1184910" cy="345440"/>
              <wp:effectExtent l="0" t="0" r="8890" b="0"/>
              <wp:wrapNone/>
              <wp:docPr id="255641323" name="Text Box 11" descr="This Content i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84910" cy="345440"/>
                      </a:xfrm>
                      <a:prstGeom prst="rect">
                        <a:avLst/>
                      </a:prstGeom>
                      <a:noFill/>
                      <a:ln>
                        <a:noFill/>
                      </a:ln>
                    </wps:spPr>
                    <wps:txbx>
                      <w:txbxContent>
                        <w:p w14:paraId="092D355F" w14:textId="266528F9" w:rsidR="008F4030" w:rsidRPr="008F4030" w:rsidRDefault="008F4030" w:rsidP="008F4030">
                          <w:pPr>
                            <w:spacing w:after="0"/>
                            <w:rPr>
                              <w:rFonts w:ascii="Aptos" w:eastAsia="Aptos" w:hAnsi="Aptos" w:cs="Aptos"/>
                              <w:noProof/>
                              <w:color w:val="008000"/>
                              <w:sz w:val="20"/>
                              <w:szCs w:val="20"/>
                            </w:rPr>
                          </w:pPr>
                          <w:r w:rsidRPr="008F4030">
                            <w:rPr>
                              <w:rFonts w:ascii="Aptos" w:eastAsia="Aptos" w:hAnsi="Aptos" w:cs="Aptos"/>
                              <w:noProof/>
                              <w:color w:val="008000"/>
                              <w:sz w:val="20"/>
                              <w:szCs w:val="20"/>
                              <w:cs w:val="0"/>
                            </w:rPr>
                            <w:t>This Content is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CEDEC1F" id="_x0000_t202" coordsize="21600,21600" o:spt="202" path="m,l,21600r21600,l21600,xe">
              <v:stroke joinstyle="miter"/>
              <v:path gradientshapeok="t" o:connecttype="rect"/>
            </v:shapetype>
            <v:shape id="Text Box 11" o:spid="_x0000_s1034" type="#_x0000_t202" alt="This Content is Public" style="position:absolute;left:0;text-align:left;margin-left:0;margin-top:0;width:93.3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" filled="f" stroked="f">
              <v:fill o:detectmouseclick="t"/>
              <v:textbox style="mso-fit-shape-to-text:t" inset="0,0,0,15pt">
                <w:txbxContent>
                  <w:p w14:paraId="092D355F" w14:textId="266528F9" w:rsidR="008F4030" w:rsidRPr="008F4030" w:rsidRDefault="008F4030" w:rsidP="008F4030">
                    <w:pPr>
                      <w:spacing w:after="0"/>
                      <w:rPr>
                        <w:rFonts w:ascii="Aptos" w:eastAsia="Aptos" w:hAnsi="Aptos" w:cs="Aptos"/>
                        <w:noProof/>
                        <w:color w:val="008000"/>
                        <w:sz w:val="20"/>
                        <w:szCs w:val="20"/>
                      </w:rPr>
                    </w:pPr>
                    <w:r w:rsidRPr="008F4030">
                      <w:rPr>
                        <w:rFonts w:ascii="Aptos" w:eastAsia="Aptos" w:hAnsi="Aptos" w:cs="Aptos"/>
                        <w:noProof/>
                        <w:color w:val="008000"/>
                        <w:sz w:val="20"/>
                        <w:szCs w:val="20"/>
                        <w:cs w:val="0"/>
                      </w:rPr>
                      <w:t>This Content is 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1CAA17" w14:textId="067A18D0" w:rsidR="00B57E1D" w:rsidRDefault="00000000">
    <w:pPr>
      <w:pStyle w:val="Footer"/>
      <w:jc w:val="center"/>
    </w:pPr>
    <w:sdt>
      <w:sdtPr>
        <w:rPr>
          <w:rtl/>
        </w:rPr>
        <w:id w:val="-1403065517"/>
        <w:docPartObj>
          <w:docPartGallery w:val="Page Numbers (Bottom of Page)"/>
          <w:docPartUnique/>
        </w:docPartObj>
      </w:sdtPr>
      <w:sdtContent>
        <w:r w:rsidR="00B57E1D">
          <w:fldChar w:fldCharType="begin"/>
        </w:r>
        <w:r w:rsidR="00B57E1D">
          <w:instrText xml:space="preserve"> PAGE   \* MERGEFORMAT </w:instrText>
        </w:r>
        <w:r w:rsidR="00B57E1D">
          <w:fldChar w:fldCharType="separate"/>
        </w:r>
        <w:r w:rsidR="00B57E1D">
          <w:rPr>
            <w:noProof/>
          </w:rPr>
          <w:t>2</w:t>
        </w:r>
        <w:r w:rsidR="00B57E1D">
          <w:rPr>
            <w:noProof/>
          </w:rPr>
          <w:fldChar w:fldCharType="end"/>
        </w:r>
      </w:sdtContent>
    </w:sdt>
  </w:p>
  <w:p w14:paraId="04B8F6DF" w14:textId="77777777" w:rsidR="00A65499" w:rsidRDefault="00A654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AE50DB4" w14:textId="77777777" w:rsidR="000A5FB6" w:rsidRDefault="000A5FB6">
      <w:pPr>
        <w:spacing w:after="0"/>
      </w:pPr>
      <w:r>
        <w:separator/>
      </w:r>
    </w:p>
  </w:footnote>
  <w:footnote w:type="continuationSeparator" w:id="0">
    <w:p w14:paraId="499AEFC8" w14:textId="77777777" w:rsidR="000A5FB6" w:rsidRDefault="000A5FB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4941E3" w14:textId="57D26456" w:rsidR="008F4030" w:rsidRDefault="008F4030">
    <w:pPr>
      <w:pStyle w:val="Header"/>
    </w:pPr>
    <w:r>
      <w:rPr>
        <w:noProof/>
        <w:cs w:val="0"/>
      </w:rPr>
      <mc:AlternateContent>
        <mc:Choice Requires="wps">
          <w:drawing>
            <wp:anchor distT="0" distB="0" distL="0" distR="0" simplePos="0" relativeHeight="251659264" behindDoc="0" locked="0" layoutInCell="1" allowOverlap="1" wp14:anchorId="3D601F05" wp14:editId="5C0AC676">
              <wp:simplePos x="635" y="635"/>
              <wp:positionH relativeFrom="page">
                <wp:align>center</wp:align>
              </wp:positionH>
              <wp:positionV relativeFrom="page">
                <wp:align>top</wp:align>
              </wp:positionV>
              <wp:extent cx="1184910" cy="345440"/>
              <wp:effectExtent l="0" t="0" r="8890" b="10160"/>
              <wp:wrapNone/>
              <wp:docPr id="2039518764" name="Text Box 8" descr="This Content is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84910" cy="345440"/>
                      </a:xfrm>
                      <a:prstGeom prst="rect">
                        <a:avLst/>
                      </a:prstGeom>
                      <a:noFill/>
                      <a:ln>
                        <a:noFill/>
                      </a:ln>
                    </wps:spPr>
                    <wps:txbx>
                      <w:txbxContent>
                        <w:p w14:paraId="0C273EBA" w14:textId="589E2E79" w:rsidR="008F4030" w:rsidRPr="008F4030" w:rsidRDefault="008F4030" w:rsidP="008F4030">
                          <w:pPr>
                            <w:spacing w:after="0"/>
                            <w:rPr>
                              <w:rFonts w:ascii="Aptos" w:eastAsia="Aptos" w:hAnsi="Aptos" w:cs="Aptos"/>
                              <w:noProof/>
                              <w:color w:val="008000"/>
                              <w:sz w:val="20"/>
                              <w:szCs w:val="20"/>
                            </w:rPr>
                          </w:pPr>
                          <w:r w:rsidRPr="008F4030">
                            <w:rPr>
                              <w:rFonts w:ascii="Aptos" w:eastAsia="Aptos" w:hAnsi="Aptos" w:cs="Aptos"/>
                              <w:noProof/>
                              <w:color w:val="008000"/>
                              <w:sz w:val="20"/>
                              <w:szCs w:val="20"/>
                              <w:cs w:val="0"/>
                            </w:rPr>
                            <w:t>This Content is 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D601F05" id="_x0000_t202" coordsize="21600,21600" o:spt="202" path="m,l,21600r21600,l21600,xe">
              <v:stroke joinstyle="miter"/>
              <v:path gradientshapeok="t" o:connecttype="rect"/>
            </v:shapetype>
            <v:shape id="Text Box 8" o:spid="_x0000_s1033" type="#_x0000_t202" alt="This Content is Public" style="position:absolute;left:0;text-align:left;margin-left:0;margin-top:0;width:93.3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" filled="f" stroked="f">
              <v:fill o:detectmouseclick="t"/>
              <v:textbox style="mso-fit-shape-to-text:t" inset="0,15pt,0,0">
                <w:txbxContent>
                  <w:p w14:paraId="0C273EBA" w14:textId="589E2E79" w:rsidR="008F4030" w:rsidRPr="008F4030" w:rsidRDefault="008F4030" w:rsidP="008F4030">
                    <w:pPr>
                      <w:spacing w:after="0"/>
                      <w:rPr>
                        <w:rFonts w:ascii="Aptos" w:eastAsia="Aptos" w:hAnsi="Aptos" w:cs="Aptos"/>
                        <w:noProof/>
                        <w:color w:val="008000"/>
                        <w:sz w:val="20"/>
                        <w:szCs w:val="20"/>
                      </w:rPr>
                    </w:pPr>
                    <w:r w:rsidRPr="008F4030">
                      <w:rPr>
                        <w:rFonts w:ascii="Aptos" w:eastAsia="Aptos" w:hAnsi="Aptos" w:cs="Aptos"/>
                        <w:noProof/>
                        <w:color w:val="008000"/>
                        <w:sz w:val="20"/>
                        <w:szCs w:val="20"/>
                        <w:cs w:val="0"/>
                      </w:rPr>
                      <w:t>This Content is 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266150"/>
    <w:multiLevelType w:val="hybridMultilevel"/>
    <w:tmpl w:val="30E2AD84"/>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 w15:restartNumberingAfterBreak="0">
    <w:nsid w:val="0D1C1E16"/>
    <w:multiLevelType w:val="hybridMultilevel"/>
    <w:tmpl w:val="CFAE0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24D5"/>
    <w:multiLevelType w:val="hybridMultilevel"/>
    <w:tmpl w:val="71F41A02"/>
    <w:lvl w:ilvl="0" w:tplc="0409000F">
      <w:start w:val="1"/>
      <w:numFmt w:val="decimal"/>
      <w:lvlText w:val="%1."/>
      <w:lvlJc w:val="left"/>
      <w:pPr>
        <w:ind w:left="550" w:hanging="360"/>
      </w:p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3" w15:restartNumberingAfterBreak="0">
    <w:nsid w:val="1CBE67EB"/>
    <w:multiLevelType w:val="hybridMultilevel"/>
    <w:tmpl w:val="F76A25C2"/>
    <w:lvl w:ilvl="0" w:tplc="D5584F16">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4" w15:restartNumberingAfterBreak="0">
    <w:nsid w:val="36800BB2"/>
    <w:multiLevelType w:val="hybridMultilevel"/>
    <w:tmpl w:val="CF14B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1A62F5"/>
    <w:multiLevelType w:val="multilevel"/>
    <w:tmpl w:val="D122904E"/>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E7C6395"/>
    <w:multiLevelType w:val="hybridMultilevel"/>
    <w:tmpl w:val="D250F4E8"/>
    <w:lvl w:ilvl="0" w:tplc="0409000F">
      <w:start w:val="1"/>
      <w:numFmt w:val="decimal"/>
      <w:lvlText w:val="%1."/>
      <w:lvlJc w:val="left"/>
      <w:pPr>
        <w:ind w:left="550" w:hanging="360"/>
      </w:p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7" w15:restartNumberingAfterBreak="0">
    <w:nsid w:val="46114D6B"/>
    <w:multiLevelType w:val="multilevel"/>
    <w:tmpl w:val="6CFC76CC"/>
    <w:lvl w:ilvl="0">
      <w:start w:val="1"/>
      <w:numFmt w:val="decimal"/>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15:restartNumberingAfterBreak="0">
    <w:nsid w:val="49DD58CC"/>
    <w:multiLevelType w:val="hybridMultilevel"/>
    <w:tmpl w:val="68E46114"/>
    <w:lvl w:ilvl="0" w:tplc="A720F9E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AE1BA5"/>
    <w:multiLevelType w:val="hybridMultilevel"/>
    <w:tmpl w:val="61E85908"/>
    <w:lvl w:ilvl="0" w:tplc="0409000F">
      <w:start w:val="1"/>
      <w:numFmt w:val="decimal"/>
      <w:lvlText w:val="%1."/>
      <w:lvlJc w:val="left"/>
      <w:pPr>
        <w:ind w:left="550" w:hanging="360"/>
      </w:p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0" w15:restartNumberingAfterBreak="0">
    <w:nsid w:val="4C1459C1"/>
    <w:multiLevelType w:val="hybridMultilevel"/>
    <w:tmpl w:val="22242DD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C8C6E8C"/>
    <w:multiLevelType w:val="hybridMultilevel"/>
    <w:tmpl w:val="10CC9E86"/>
    <w:lvl w:ilvl="0" w:tplc="A0D820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C10B0C"/>
    <w:multiLevelType w:val="singleLevel"/>
    <w:tmpl w:val="FA4E38D4"/>
    <w:lvl w:ilvl="0">
      <w:start w:val="1"/>
      <w:numFmt w:val="decimal"/>
      <w:pStyle w:val="ListBullet"/>
      <w:lvlText w:val="%1"/>
      <w:lvlJc w:val="right"/>
      <w:pPr>
        <w:bidi/>
        <w:ind w:firstLine="0"/>
      </w:pPr>
      <w:rPr>
        <w:rFonts w:ascii="Sakkal Majalla" w:hAnsi="Sakkal Majalla" w:cs="Sakkal Majalla"/>
        <w:sz w:val="32"/>
        <w:szCs w:val="32"/>
        <w:rtl/>
      </w:rPr>
    </w:lvl>
  </w:abstractNum>
  <w:abstractNum w:abstractNumId="13" w15:restartNumberingAfterBreak="0">
    <w:nsid w:val="52CB073B"/>
    <w:multiLevelType w:val="hybridMultilevel"/>
    <w:tmpl w:val="7186A560"/>
    <w:lvl w:ilvl="0" w:tplc="0409000F">
      <w:start w:val="1"/>
      <w:numFmt w:val="decimal"/>
      <w:lvlText w:val="%1."/>
      <w:lvlJc w:val="left"/>
      <w:pPr>
        <w:ind w:left="550" w:hanging="360"/>
      </w:p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4" w15:restartNumberingAfterBreak="0">
    <w:nsid w:val="54120961"/>
    <w:multiLevelType w:val="hybridMultilevel"/>
    <w:tmpl w:val="09CE99A2"/>
    <w:lvl w:ilvl="0" w:tplc="0409000F">
      <w:start w:val="1"/>
      <w:numFmt w:val="decimal"/>
      <w:lvlText w:val="%1."/>
      <w:lvlJc w:val="left"/>
      <w:pPr>
        <w:ind w:left="550" w:hanging="360"/>
      </w:p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5" w15:restartNumberingAfterBreak="0">
    <w:nsid w:val="5650009E"/>
    <w:multiLevelType w:val="hybridMultilevel"/>
    <w:tmpl w:val="9402862A"/>
    <w:lvl w:ilvl="0" w:tplc="A720F9EC">
      <w:start w:val="1"/>
      <w:numFmt w:val="decimal"/>
      <w:lvlText w:val="%1."/>
      <w:lvlJc w:val="left"/>
      <w:pPr>
        <w:ind w:left="720" w:hanging="360"/>
      </w:pPr>
      <w:rPr>
        <w:b/>
        <w:bCs/>
      </w:rPr>
    </w:lvl>
    <w:lvl w:ilvl="1" w:tplc="7552458C">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935F0E"/>
    <w:multiLevelType w:val="hybridMultilevel"/>
    <w:tmpl w:val="B4B87086"/>
    <w:lvl w:ilvl="0" w:tplc="416055D6">
      <w:start w:val="1"/>
      <w:numFmt w:val="bullet"/>
      <w:pStyle w:val="NoSpacing"/>
      <w:lvlText w:val=""/>
      <w:lvlJc w:val="left"/>
      <w:pPr>
        <w:ind w:left="1296" w:hanging="360"/>
      </w:pPr>
      <w:rPr>
        <w:rFonts w:ascii="Symbol" w:hAnsi="Symbol" w:hint="default"/>
      </w:rPr>
    </w:lvl>
    <w:lvl w:ilvl="1" w:tplc="FFFFFFFF" w:tentative="1">
      <w:start w:val="1"/>
      <w:numFmt w:val="bullet"/>
      <w:lvlText w:val="o"/>
      <w:lvlJc w:val="left"/>
      <w:pPr>
        <w:ind w:left="2016" w:hanging="360"/>
      </w:pPr>
      <w:rPr>
        <w:rFonts w:ascii="Courier New" w:hAnsi="Courier New" w:cs="Courier New" w:hint="default"/>
      </w:rPr>
    </w:lvl>
    <w:lvl w:ilvl="2" w:tplc="FFFFFFFF" w:tentative="1">
      <w:start w:val="1"/>
      <w:numFmt w:val="bullet"/>
      <w:lvlText w:val=""/>
      <w:lvlJc w:val="left"/>
      <w:pPr>
        <w:ind w:left="2736" w:hanging="360"/>
      </w:pPr>
      <w:rPr>
        <w:rFonts w:ascii="Wingdings" w:hAnsi="Wingdings" w:hint="default"/>
      </w:rPr>
    </w:lvl>
    <w:lvl w:ilvl="3" w:tplc="FFFFFFFF" w:tentative="1">
      <w:start w:val="1"/>
      <w:numFmt w:val="bullet"/>
      <w:lvlText w:val=""/>
      <w:lvlJc w:val="left"/>
      <w:pPr>
        <w:ind w:left="3456" w:hanging="360"/>
      </w:pPr>
      <w:rPr>
        <w:rFonts w:ascii="Symbol" w:hAnsi="Symbol" w:hint="default"/>
      </w:rPr>
    </w:lvl>
    <w:lvl w:ilvl="4" w:tplc="FFFFFFFF" w:tentative="1">
      <w:start w:val="1"/>
      <w:numFmt w:val="bullet"/>
      <w:lvlText w:val="o"/>
      <w:lvlJc w:val="left"/>
      <w:pPr>
        <w:ind w:left="4176" w:hanging="360"/>
      </w:pPr>
      <w:rPr>
        <w:rFonts w:ascii="Courier New" w:hAnsi="Courier New" w:cs="Courier New" w:hint="default"/>
      </w:rPr>
    </w:lvl>
    <w:lvl w:ilvl="5" w:tplc="FFFFFFFF" w:tentative="1">
      <w:start w:val="1"/>
      <w:numFmt w:val="bullet"/>
      <w:lvlText w:val=""/>
      <w:lvlJc w:val="left"/>
      <w:pPr>
        <w:ind w:left="4896" w:hanging="360"/>
      </w:pPr>
      <w:rPr>
        <w:rFonts w:ascii="Wingdings" w:hAnsi="Wingdings" w:hint="default"/>
      </w:rPr>
    </w:lvl>
    <w:lvl w:ilvl="6" w:tplc="FFFFFFFF" w:tentative="1">
      <w:start w:val="1"/>
      <w:numFmt w:val="bullet"/>
      <w:lvlText w:val=""/>
      <w:lvlJc w:val="left"/>
      <w:pPr>
        <w:ind w:left="5616" w:hanging="360"/>
      </w:pPr>
      <w:rPr>
        <w:rFonts w:ascii="Symbol" w:hAnsi="Symbol" w:hint="default"/>
      </w:rPr>
    </w:lvl>
    <w:lvl w:ilvl="7" w:tplc="FFFFFFFF" w:tentative="1">
      <w:start w:val="1"/>
      <w:numFmt w:val="bullet"/>
      <w:lvlText w:val="o"/>
      <w:lvlJc w:val="left"/>
      <w:pPr>
        <w:ind w:left="6336" w:hanging="360"/>
      </w:pPr>
      <w:rPr>
        <w:rFonts w:ascii="Courier New" w:hAnsi="Courier New" w:cs="Courier New" w:hint="default"/>
      </w:rPr>
    </w:lvl>
    <w:lvl w:ilvl="8" w:tplc="FFFFFFFF" w:tentative="1">
      <w:start w:val="1"/>
      <w:numFmt w:val="bullet"/>
      <w:lvlText w:val=""/>
      <w:lvlJc w:val="left"/>
      <w:pPr>
        <w:ind w:left="7056" w:hanging="360"/>
      </w:pPr>
      <w:rPr>
        <w:rFonts w:ascii="Wingdings" w:hAnsi="Wingdings" w:hint="default"/>
      </w:rPr>
    </w:lvl>
  </w:abstractNum>
  <w:abstractNum w:abstractNumId="17" w15:restartNumberingAfterBreak="0">
    <w:nsid w:val="74C91CF1"/>
    <w:multiLevelType w:val="hybridMultilevel"/>
    <w:tmpl w:val="DC040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965E56"/>
    <w:multiLevelType w:val="hybridMultilevel"/>
    <w:tmpl w:val="E9502CC4"/>
    <w:lvl w:ilvl="0" w:tplc="0409000F">
      <w:start w:val="1"/>
      <w:numFmt w:val="decimal"/>
      <w:lvlText w:val="%1."/>
      <w:lvlJc w:val="left"/>
      <w:pPr>
        <w:ind w:left="550" w:hanging="360"/>
      </w:p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num w:numId="1" w16cid:durableId="827599047">
    <w:abstractNumId w:val="12"/>
  </w:num>
  <w:num w:numId="2" w16cid:durableId="1265726870">
    <w:abstractNumId w:val="7"/>
  </w:num>
  <w:num w:numId="3" w16cid:durableId="1373656537">
    <w:abstractNumId w:val="3"/>
  </w:num>
  <w:num w:numId="4" w16cid:durableId="765662497">
    <w:abstractNumId w:val="4"/>
  </w:num>
  <w:num w:numId="5" w16cid:durableId="1998726366">
    <w:abstractNumId w:val="10"/>
  </w:num>
  <w:num w:numId="6" w16cid:durableId="22946839">
    <w:abstractNumId w:val="8"/>
  </w:num>
  <w:num w:numId="7" w16cid:durableId="1198277631">
    <w:abstractNumId w:val="15"/>
  </w:num>
  <w:num w:numId="8" w16cid:durableId="131143906">
    <w:abstractNumId w:val="5"/>
  </w:num>
  <w:num w:numId="9" w16cid:durableId="777217749">
    <w:abstractNumId w:val="13"/>
  </w:num>
  <w:num w:numId="10" w16cid:durableId="1299996923">
    <w:abstractNumId w:val="9"/>
  </w:num>
  <w:num w:numId="11" w16cid:durableId="1797287257">
    <w:abstractNumId w:val="6"/>
  </w:num>
  <w:num w:numId="12" w16cid:durableId="1976837021">
    <w:abstractNumId w:val="18"/>
  </w:num>
  <w:num w:numId="13" w16cid:durableId="1292247610">
    <w:abstractNumId w:val="14"/>
  </w:num>
  <w:num w:numId="14" w16cid:durableId="421294551">
    <w:abstractNumId w:val="2"/>
  </w:num>
  <w:num w:numId="15" w16cid:durableId="100807900">
    <w:abstractNumId w:val="1"/>
  </w:num>
  <w:num w:numId="16" w16cid:durableId="1043093359">
    <w:abstractNumId w:val="17"/>
  </w:num>
  <w:num w:numId="17" w16cid:durableId="1854301093">
    <w:abstractNumId w:val="16"/>
  </w:num>
  <w:num w:numId="18" w16cid:durableId="1565480844">
    <w:abstractNumId w:val="11"/>
  </w:num>
  <w:num w:numId="19" w16cid:durableId="696005608">
    <w:abstractNumId w:val="0"/>
  </w:num>
  <w:numIdMacAtCleanup w:val="1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2A8F"/>
    <w:rsid w:val="00024B9C"/>
    <w:rsid w:val="00034616"/>
    <w:rsid w:val="0006063C"/>
    <w:rsid w:val="00074E0F"/>
    <w:rsid w:val="000A3DD0"/>
    <w:rsid w:val="000A4248"/>
    <w:rsid w:val="000A5FB6"/>
    <w:rsid w:val="00111B7E"/>
    <w:rsid w:val="001405E2"/>
    <w:rsid w:val="0015074B"/>
    <w:rsid w:val="00194272"/>
    <w:rsid w:val="001C38DE"/>
    <w:rsid w:val="001C5174"/>
    <w:rsid w:val="001F2E56"/>
    <w:rsid w:val="00227EFD"/>
    <w:rsid w:val="0026229B"/>
    <w:rsid w:val="002641D5"/>
    <w:rsid w:val="00265B94"/>
    <w:rsid w:val="0029639D"/>
    <w:rsid w:val="00326F90"/>
    <w:rsid w:val="00337B01"/>
    <w:rsid w:val="0040642A"/>
    <w:rsid w:val="00410CC6"/>
    <w:rsid w:val="00447966"/>
    <w:rsid w:val="0046315C"/>
    <w:rsid w:val="00472BF3"/>
    <w:rsid w:val="00486132"/>
    <w:rsid w:val="004B1822"/>
    <w:rsid w:val="004D5532"/>
    <w:rsid w:val="005311BD"/>
    <w:rsid w:val="005D244B"/>
    <w:rsid w:val="005E0158"/>
    <w:rsid w:val="00613FFB"/>
    <w:rsid w:val="0064696A"/>
    <w:rsid w:val="00652DC7"/>
    <w:rsid w:val="00656EBE"/>
    <w:rsid w:val="006C580E"/>
    <w:rsid w:val="006C775E"/>
    <w:rsid w:val="00765815"/>
    <w:rsid w:val="00785A27"/>
    <w:rsid w:val="00785C0A"/>
    <w:rsid w:val="00796FA4"/>
    <w:rsid w:val="007B6D84"/>
    <w:rsid w:val="007C5953"/>
    <w:rsid w:val="007E7253"/>
    <w:rsid w:val="00862C5A"/>
    <w:rsid w:val="008940D2"/>
    <w:rsid w:val="008B0EED"/>
    <w:rsid w:val="008E412B"/>
    <w:rsid w:val="008F4030"/>
    <w:rsid w:val="009578B4"/>
    <w:rsid w:val="009678C5"/>
    <w:rsid w:val="00992F0E"/>
    <w:rsid w:val="009B057E"/>
    <w:rsid w:val="009B2FF4"/>
    <w:rsid w:val="009B4868"/>
    <w:rsid w:val="00A069C8"/>
    <w:rsid w:val="00A21EA9"/>
    <w:rsid w:val="00A44ECE"/>
    <w:rsid w:val="00A5297B"/>
    <w:rsid w:val="00A55B61"/>
    <w:rsid w:val="00A65499"/>
    <w:rsid w:val="00A7362A"/>
    <w:rsid w:val="00AA1D8D"/>
    <w:rsid w:val="00B03DA9"/>
    <w:rsid w:val="00B06E30"/>
    <w:rsid w:val="00B47730"/>
    <w:rsid w:val="00B5235E"/>
    <w:rsid w:val="00B5384B"/>
    <w:rsid w:val="00B57E1D"/>
    <w:rsid w:val="00B67E89"/>
    <w:rsid w:val="00BC0C5D"/>
    <w:rsid w:val="00BF3334"/>
    <w:rsid w:val="00BF4995"/>
    <w:rsid w:val="00C05D6A"/>
    <w:rsid w:val="00C603FB"/>
    <w:rsid w:val="00CB0664"/>
    <w:rsid w:val="00CF254A"/>
    <w:rsid w:val="00D31C8B"/>
    <w:rsid w:val="00D51D13"/>
    <w:rsid w:val="00D60DAF"/>
    <w:rsid w:val="00DF300C"/>
    <w:rsid w:val="00E1541D"/>
    <w:rsid w:val="00EB3250"/>
    <w:rsid w:val="00F12338"/>
    <w:rsid w:val="00F47107"/>
    <w:rsid w:val="00FC693F"/>
    <w:rsid w:val="00FD2230"/>
  </w:rsids>
  <m:mathPr>
    <m:mathFont m:val="Cambria Math"/>
    <m:brkBin m:val="before"/>
    <m:brkBinSub m:val="--"/>
    <m:smallFrac m:val="0"/>
    <m:dispDef/>
    <m:lMargin m:val="0"/>
    <m:rMargin m:val="0"/>
    <m:defJc m:val="centerGroup"/>
    <m:wrapIndent m:val="1440"/>
    <m:intLim m:val="subSup"/>
    <m:naryLim m:val="undOvr"/>
  </m:mathPr>
  <w:themeFontLang w:val="ar-S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74120F"/>
  <w14:defaultImageDpi w14:val="300"/>
  <w15:docId w15:val="{59E46FA9-2BF5-4011-BE7A-3DE059CA8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532"/>
    <w:pPr>
      <w:bidi/>
      <w:spacing w:after="120" w:line="240" w:lineRule="auto"/>
    </w:pPr>
    <w:rPr>
      <w:rFonts w:ascii="Sakkal Majalla" w:eastAsia="Sakkal Majalla" w:hAnsi="Sakkal Majalla" w:cs="Sakkal Majalla"/>
      <w:sz w:val="28"/>
      <w:szCs w:val="28"/>
      <w:cs/>
      <w:lang w:val="ar-SA"/>
    </w:rPr>
  </w:style>
  <w:style w:type="paragraph" w:styleId="Heading1">
    <w:name w:val="heading 1"/>
    <w:basedOn w:val="Normal"/>
    <w:next w:val="Normal"/>
    <w:link w:val="Heading1Char"/>
    <w:uiPriority w:val="9"/>
    <w:qFormat/>
    <w:rsid w:val="000A4248"/>
    <w:pPr>
      <w:keepNext/>
      <w:keepLines/>
      <w:spacing w:before="120"/>
      <w:jc w:val="right"/>
      <w:outlineLvl w:val="0"/>
    </w:pPr>
    <w:rPr>
      <w:rFonts w:eastAsiaTheme="majorEastAsia"/>
      <w:b/>
      <w:bCs/>
      <w:color w:val="000000" w:themeColor="text1"/>
      <w:sz w:val="32"/>
      <w:szCs w:val="32"/>
      <w:cs w:val="0"/>
      <w:lang w:val="en-US"/>
    </w:rPr>
  </w:style>
  <w:style w:type="paragraph" w:styleId="Heading2">
    <w:name w:val="heading 2"/>
    <w:basedOn w:val="Normal"/>
    <w:next w:val="Normal"/>
    <w:link w:val="Heading2Char"/>
    <w:uiPriority w:val="9"/>
    <w:unhideWhenUsed/>
    <w:qFormat/>
    <w:rsid w:val="00B5235E"/>
    <w:pPr>
      <w:keepNext/>
      <w:keepLines/>
      <w:numPr>
        <w:ilvl w:val="1"/>
        <w:numId w:val="2"/>
      </w:numPr>
      <w:spacing w:before="120"/>
      <w:ind w:left="0" w:firstLine="0"/>
      <w:outlineLvl w:val="1"/>
    </w:pPr>
    <w:rPr>
      <w:b/>
      <w:bCs/>
      <w:color w:val="000000" w:themeColor="text1"/>
      <w:sz w:val="32"/>
      <w:szCs w:val="32"/>
      <w:cs w:val="0"/>
    </w:rPr>
  </w:style>
  <w:style w:type="paragraph" w:styleId="Heading3">
    <w:name w:val="heading 3"/>
    <w:basedOn w:val="Normal"/>
    <w:next w:val="Normal"/>
    <w:link w:val="Heading3Char"/>
    <w:uiPriority w:val="9"/>
    <w:unhideWhenUsed/>
    <w:qFormat/>
    <w:rsid w:val="000A4248"/>
    <w:pPr>
      <w:keepNext/>
      <w:keepLines/>
      <w:numPr>
        <w:ilvl w:val="2"/>
        <w:numId w:val="2"/>
      </w:numPr>
      <w:spacing w:before="120"/>
      <w:ind w:left="0" w:firstLine="0"/>
      <w:jc w:val="right"/>
      <w:outlineLvl w:val="2"/>
    </w:pPr>
    <w:rPr>
      <w:rFonts w:eastAsiaTheme="majorEastAsia"/>
      <w:b/>
      <w:bCs/>
      <w:color w:val="000000" w:themeColor="text1"/>
      <w:sz w:val="32"/>
      <w:szCs w:val="32"/>
      <w:cs w:val="0"/>
    </w:rPr>
  </w:style>
  <w:style w:type="paragraph" w:styleId="Heading4">
    <w:name w:val="heading 4"/>
    <w:basedOn w:val="Heading3"/>
    <w:next w:val="Normal"/>
    <w:link w:val="Heading4Char"/>
    <w:uiPriority w:val="9"/>
    <w:unhideWhenUsed/>
    <w:qFormat/>
    <w:rsid w:val="0064696A"/>
    <w:pPr>
      <w:numPr>
        <w:ilvl w:val="1"/>
        <w:numId w:val="0"/>
      </w:numPr>
      <w:ind w:left="576"/>
      <w:jc w:val="both"/>
      <w:outlineLvl w:val="3"/>
    </w:pPr>
    <w:rPr>
      <w:rFonts w:eastAsia="Sakkal Majalla"/>
    </w:rPr>
  </w:style>
  <w:style w:type="paragraph" w:styleId="Heading5">
    <w:name w:val="heading 5"/>
    <w:basedOn w:val="Normal"/>
    <w:next w:val="Normal"/>
    <w:link w:val="Heading5Char"/>
    <w:uiPriority w:val="9"/>
    <w:semiHidden/>
    <w:unhideWhenUsed/>
    <w:qFormat/>
    <w:rsid w:val="00FC693F"/>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numPr>
        <w:ilvl w:val="7"/>
        <w:numId w:val="2"/>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472BF3"/>
    <w:pPr>
      <w:numPr>
        <w:numId w:val="17"/>
      </w:numPr>
      <w:bidi/>
      <w:jc w:val="both"/>
    </w:pPr>
    <w:rPr>
      <w:rFonts w:ascii="Sakkal Majalla" w:eastAsiaTheme="majorEastAsia" w:hAnsi="Sakkal Majalla" w:cs="Sakkal Majalla"/>
      <w:b/>
      <w:bCs/>
      <w:color w:val="000000" w:themeColor="text1"/>
      <w:sz w:val="34"/>
      <w:szCs w:val="34"/>
      <w:lang w:val="ar-SA"/>
    </w:rPr>
  </w:style>
  <w:style w:type="character" w:customStyle="1" w:styleId="Heading1Char">
    <w:name w:val="Heading 1 Char"/>
    <w:basedOn w:val="DefaultParagraphFont"/>
    <w:link w:val="Heading1"/>
    <w:uiPriority w:val="9"/>
    <w:rsid w:val="000A4248"/>
    <w:rPr>
      <w:rFonts w:ascii="Sakkal Majalla" w:eastAsiaTheme="majorEastAsia" w:hAnsi="Sakkal Majalla" w:cs="Sakkal Majalla"/>
      <w:b/>
      <w:bCs/>
      <w:color w:val="000000" w:themeColor="text1"/>
      <w:sz w:val="32"/>
      <w:szCs w:val="32"/>
    </w:rPr>
  </w:style>
  <w:style w:type="character" w:customStyle="1" w:styleId="Heading2Char">
    <w:name w:val="Heading 2 Char"/>
    <w:basedOn w:val="DefaultParagraphFont"/>
    <w:link w:val="Heading2"/>
    <w:uiPriority w:val="9"/>
    <w:rsid w:val="00B5235E"/>
    <w:rPr>
      <w:rFonts w:ascii="Sakkal Majalla" w:eastAsia="Sakkal Majalla" w:hAnsi="Sakkal Majalla" w:cs="Sakkal Majalla"/>
      <w:b/>
      <w:bCs/>
      <w:color w:val="000000" w:themeColor="text1"/>
      <w:sz w:val="32"/>
      <w:szCs w:val="32"/>
      <w:lang w:val="ar-SA"/>
    </w:rPr>
  </w:style>
  <w:style w:type="character" w:customStyle="1" w:styleId="Heading3Char">
    <w:name w:val="Heading 3 Char"/>
    <w:basedOn w:val="DefaultParagraphFont"/>
    <w:link w:val="Heading3"/>
    <w:uiPriority w:val="9"/>
    <w:rsid w:val="000A4248"/>
    <w:rPr>
      <w:rFonts w:ascii="Sakkal Majalla" w:eastAsiaTheme="majorEastAsia" w:hAnsi="Sakkal Majalla" w:cs="Sakkal Majalla"/>
      <w:b/>
      <w:bCs/>
      <w:color w:val="000000" w:themeColor="text1"/>
      <w:sz w:val="32"/>
      <w:szCs w:val="32"/>
      <w:lang w:val="ar-SA"/>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contextualSpacing/>
    </w:pPr>
  </w:style>
  <w:style w:type="paragraph" w:styleId="ListBullet3">
    <w:name w:val="List Bullet 3"/>
    <w:basedOn w:val="Normal"/>
    <w:uiPriority w:val="99"/>
    <w:unhideWhenUsed/>
    <w:rsid w:val="00326F90"/>
    <w:pPr>
      <w:contextualSpacing/>
    </w:pPr>
  </w:style>
  <w:style w:type="paragraph" w:styleId="ListNumber">
    <w:name w:val="List Number"/>
    <w:basedOn w:val="Normal"/>
    <w:uiPriority w:val="99"/>
    <w:unhideWhenUsed/>
    <w:rsid w:val="00326F90"/>
    <w:pPr>
      <w:tabs>
        <w:tab w:val="num" w:pos="360"/>
      </w:tabs>
      <w:contextualSpacing/>
    </w:pPr>
  </w:style>
  <w:style w:type="paragraph" w:styleId="ListNumber2">
    <w:name w:val="List Number 2"/>
    <w:basedOn w:val="Normal"/>
    <w:uiPriority w:val="99"/>
    <w:unhideWhenUsed/>
    <w:rsid w:val="0029639D"/>
    <w:pPr>
      <w:tabs>
        <w:tab w:val="num" w:pos="360"/>
      </w:tabs>
      <w:contextualSpacing/>
    </w:pPr>
  </w:style>
  <w:style w:type="paragraph" w:styleId="ListNumber3">
    <w:name w:val="List Number 3"/>
    <w:basedOn w:val="Normal"/>
    <w:uiPriority w:val="99"/>
    <w:unhideWhenUsed/>
    <w:rsid w:val="0029639D"/>
    <w:pPr>
      <w:tabs>
        <w:tab w:val="num" w:pos="360"/>
      </w:tabs>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64696A"/>
    <w:rPr>
      <w:rFonts w:ascii="Sakkal Majalla" w:eastAsia="Sakkal Majalla" w:hAnsi="Sakkal Majalla" w:cs="Sakkal Majalla"/>
      <w:b/>
      <w:bCs/>
      <w:color w:val="000000" w:themeColor="text1"/>
      <w:sz w:val="34"/>
      <w:szCs w:val="34"/>
      <w:lang w:val="ar-SA"/>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sz w:val="28"/>
      <w:szCs w:val="28"/>
      <w:lang w:val="ar-SA"/>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sz w:val="28"/>
      <w:szCs w:val="28"/>
      <w:lang w:val="ar-SA"/>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sz w:val="28"/>
      <w:szCs w:val="28"/>
      <w:lang w:val="ar-SA"/>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lang w:val="ar-SA"/>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lang w:val="ar-SA"/>
    </w:rPr>
  </w:style>
  <w:style w:type="paragraph" w:styleId="Caption">
    <w:name w:val="caption"/>
    <w:basedOn w:val="Normal"/>
    <w:next w:val="Normal"/>
    <w:uiPriority w:val="35"/>
    <w:unhideWhenUsed/>
    <w:qFormat/>
    <w:rsid w:val="00785C0A"/>
    <w:pPr>
      <w:keepNext/>
      <w:spacing w:line="276" w:lineRule="auto"/>
      <w:jc w:val="center"/>
    </w:pPr>
    <w:rPr>
      <w:b/>
      <w:bCs/>
      <w:color w:val="000000" w:themeColor="text1"/>
      <w:sz w:val="30"/>
      <w:szCs w:val="30"/>
      <w:cs w:val="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istTable3-Accent1">
    <w:name w:val="List Table 3 Accent 1"/>
    <w:basedOn w:val="TableNormal"/>
    <w:uiPriority w:val="48"/>
    <w:rsid w:val="009578B4"/>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GridTable4-Accent1">
    <w:name w:val="Grid Table 4 Accent 1"/>
    <w:basedOn w:val="TableNormal"/>
    <w:uiPriority w:val="49"/>
    <w:rsid w:val="00F4710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1">
    <w:name w:val="Grid Table 6 Colorful Accent 1"/>
    <w:basedOn w:val="TableNormal"/>
    <w:uiPriority w:val="51"/>
    <w:rsid w:val="001C5174"/>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s1">
    <w:name w:val="s1"/>
    <w:basedOn w:val="DefaultParagraphFont"/>
    <w:rsid w:val="008E412B"/>
    <w:rPr>
      <w:rFonts w:ascii="UICTFontTextStyleBody" w:hAnsi="UICTFontTextStyleBody" w:hint="default"/>
      <w:b w:val="0"/>
      <w:bCs w:val="0"/>
      <w:i w:val="0"/>
      <w:iCs w:val="0"/>
      <w:sz w:val="28"/>
      <w:szCs w:val="28"/>
    </w:rPr>
  </w:style>
  <w:style w:type="character" w:styleId="Hyperlink">
    <w:name w:val="Hyperlink"/>
    <w:basedOn w:val="DefaultParagraphFont"/>
    <w:uiPriority w:val="99"/>
    <w:unhideWhenUsed/>
    <w:rsid w:val="008E412B"/>
    <w:rPr>
      <w:color w:val="0000FF" w:themeColor="hyperlink"/>
      <w:u w:val="single"/>
    </w:rPr>
  </w:style>
  <w:style w:type="character" w:styleId="UnresolvedMention">
    <w:name w:val="Unresolved Mention"/>
    <w:basedOn w:val="DefaultParagraphFont"/>
    <w:uiPriority w:val="99"/>
    <w:semiHidden/>
    <w:unhideWhenUsed/>
    <w:rsid w:val="008E412B"/>
    <w:rPr>
      <w:color w:val="605E5C"/>
      <w:shd w:val="clear" w:color="auto" w:fill="E1DFDD"/>
    </w:rPr>
  </w:style>
  <w:style w:type="paragraph" w:styleId="TOC1">
    <w:name w:val="toc 1"/>
    <w:next w:val="Normal"/>
    <w:autoRedefine/>
    <w:uiPriority w:val="39"/>
    <w:unhideWhenUsed/>
    <w:rsid w:val="00472BF3"/>
    <w:pPr>
      <w:tabs>
        <w:tab w:val="left" w:pos="1559"/>
        <w:tab w:val="right" w:leader="dot" w:pos="9072"/>
      </w:tabs>
      <w:bidi/>
      <w:spacing w:after="0" w:line="240" w:lineRule="auto"/>
      <w:jc w:val="right"/>
    </w:pPr>
    <w:rPr>
      <w:rFonts w:ascii="Sakkal Majalla" w:eastAsia="Sakkal Majalla" w:hAnsi="Sakkal Majalla" w:cs="Sakkal Majalla"/>
      <w:sz w:val="28"/>
      <w:szCs w:val="28"/>
      <w:cs/>
      <w:lang w:val="ar-SA"/>
    </w:rPr>
  </w:style>
  <w:style w:type="paragraph" w:styleId="TOC2">
    <w:name w:val="toc 2"/>
    <w:basedOn w:val="Heading2"/>
    <w:next w:val="Normal"/>
    <w:autoRedefine/>
    <w:uiPriority w:val="39"/>
    <w:unhideWhenUsed/>
    <w:rsid w:val="00472BF3"/>
    <w:pPr>
      <w:keepNext w:val="0"/>
      <w:keepLines w:val="0"/>
      <w:numPr>
        <w:ilvl w:val="0"/>
        <w:numId w:val="0"/>
      </w:numPr>
      <w:tabs>
        <w:tab w:val="left" w:pos="1984"/>
        <w:tab w:val="right" w:leader="dot" w:pos="9072"/>
      </w:tabs>
      <w:spacing w:before="0" w:after="0"/>
      <w:ind w:left="357"/>
      <w:jc w:val="right"/>
      <w:outlineLvl w:val="9"/>
    </w:pPr>
    <w:rPr>
      <w:b w:val="0"/>
      <w:bCs w:val="0"/>
      <w:i/>
      <w:iCs/>
      <w:color w:val="auto"/>
      <w:sz w:val="28"/>
      <w:szCs w:val="28"/>
      <w:cs/>
    </w:rPr>
  </w:style>
  <w:style w:type="paragraph" w:styleId="TOC3">
    <w:name w:val="toc 3"/>
    <w:basedOn w:val="Normal"/>
    <w:next w:val="Normal"/>
    <w:autoRedefine/>
    <w:uiPriority w:val="39"/>
    <w:unhideWhenUsed/>
    <w:rsid w:val="007E7253"/>
    <w:pPr>
      <w:tabs>
        <w:tab w:val="right" w:leader="dot" w:pos="9072"/>
      </w:tabs>
      <w:bidi w:val="0"/>
      <w:spacing w:after="0"/>
      <w:ind w:left="714"/>
      <w:jc w:val="right"/>
    </w:pPr>
  </w:style>
  <w:style w:type="paragraph" w:styleId="TOC4">
    <w:name w:val="toc 4"/>
    <w:basedOn w:val="Normal"/>
    <w:next w:val="Normal"/>
    <w:autoRedefine/>
    <w:uiPriority w:val="39"/>
    <w:unhideWhenUsed/>
    <w:rsid w:val="000A3DD0"/>
    <w:pPr>
      <w:bidi w:val="0"/>
      <w:spacing w:after="0"/>
      <w:ind w:left="840"/>
    </w:pPr>
    <w:rPr>
      <w:rFonts w:asciiTheme="minorHAnsi" w:hAnsiTheme="minorHAnsi" w:cstheme="minorHAnsi"/>
      <w:sz w:val="20"/>
      <w:szCs w:val="24"/>
    </w:rPr>
  </w:style>
  <w:style w:type="paragraph" w:styleId="TOC5">
    <w:name w:val="toc 5"/>
    <w:basedOn w:val="Normal"/>
    <w:next w:val="Normal"/>
    <w:autoRedefine/>
    <w:uiPriority w:val="39"/>
    <w:unhideWhenUsed/>
    <w:rsid w:val="000A3DD0"/>
    <w:pPr>
      <w:bidi w:val="0"/>
      <w:spacing w:after="0"/>
      <w:ind w:left="1120"/>
    </w:pPr>
    <w:rPr>
      <w:rFonts w:asciiTheme="minorHAnsi" w:hAnsiTheme="minorHAnsi" w:cstheme="minorHAnsi"/>
      <w:sz w:val="20"/>
      <w:szCs w:val="24"/>
    </w:rPr>
  </w:style>
  <w:style w:type="paragraph" w:styleId="TOC6">
    <w:name w:val="toc 6"/>
    <w:basedOn w:val="Normal"/>
    <w:next w:val="Normal"/>
    <w:autoRedefine/>
    <w:uiPriority w:val="39"/>
    <w:unhideWhenUsed/>
    <w:rsid w:val="000A3DD0"/>
    <w:pPr>
      <w:bidi w:val="0"/>
      <w:spacing w:after="0"/>
      <w:ind w:left="1400"/>
    </w:pPr>
    <w:rPr>
      <w:rFonts w:asciiTheme="minorHAnsi" w:hAnsiTheme="minorHAnsi" w:cstheme="minorHAnsi"/>
      <w:sz w:val="20"/>
      <w:szCs w:val="24"/>
    </w:rPr>
  </w:style>
  <w:style w:type="paragraph" w:styleId="TOC7">
    <w:name w:val="toc 7"/>
    <w:basedOn w:val="Normal"/>
    <w:next w:val="Normal"/>
    <w:autoRedefine/>
    <w:uiPriority w:val="39"/>
    <w:unhideWhenUsed/>
    <w:rsid w:val="000A3DD0"/>
    <w:pPr>
      <w:bidi w:val="0"/>
      <w:spacing w:after="0"/>
      <w:ind w:left="1680"/>
    </w:pPr>
    <w:rPr>
      <w:rFonts w:asciiTheme="minorHAnsi" w:hAnsiTheme="minorHAnsi" w:cstheme="minorHAnsi"/>
      <w:sz w:val="20"/>
      <w:szCs w:val="24"/>
    </w:rPr>
  </w:style>
  <w:style w:type="paragraph" w:styleId="TOC8">
    <w:name w:val="toc 8"/>
    <w:basedOn w:val="Normal"/>
    <w:next w:val="Normal"/>
    <w:autoRedefine/>
    <w:uiPriority w:val="39"/>
    <w:unhideWhenUsed/>
    <w:rsid w:val="000A3DD0"/>
    <w:pPr>
      <w:bidi w:val="0"/>
      <w:spacing w:after="0"/>
      <w:ind w:left="1960"/>
    </w:pPr>
    <w:rPr>
      <w:rFonts w:asciiTheme="minorHAnsi" w:hAnsiTheme="minorHAnsi" w:cstheme="minorHAnsi"/>
      <w:sz w:val="20"/>
      <w:szCs w:val="24"/>
    </w:rPr>
  </w:style>
  <w:style w:type="paragraph" w:styleId="TOC9">
    <w:name w:val="toc 9"/>
    <w:basedOn w:val="Normal"/>
    <w:next w:val="Normal"/>
    <w:autoRedefine/>
    <w:uiPriority w:val="39"/>
    <w:unhideWhenUsed/>
    <w:rsid w:val="000A3DD0"/>
    <w:pPr>
      <w:bidi w:val="0"/>
      <w:spacing w:after="0"/>
      <w:ind w:left="2240"/>
    </w:pPr>
    <w:rPr>
      <w:rFonts w:asciiTheme="minorHAnsi" w:hAnsiTheme="minorHAnsi" w:cstheme="minorHAnsi"/>
      <w:sz w:val="20"/>
      <w:szCs w:val="24"/>
    </w:rPr>
  </w:style>
  <w:style w:type="paragraph" w:styleId="TableofFigures">
    <w:name w:val="table of figures"/>
    <w:basedOn w:val="Normal"/>
    <w:next w:val="Normal"/>
    <w:uiPriority w:val="99"/>
    <w:unhideWhenUsed/>
    <w:rsid w:val="00472BF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9234333">
      <w:bodyDiv w:val="1"/>
      <w:marLeft w:val="0"/>
      <w:marRight w:val="0"/>
      <w:marTop w:val="0"/>
      <w:marBottom w:val="0"/>
      <w:divBdr>
        <w:top w:val="none" w:sz="0" w:space="0" w:color="auto"/>
        <w:left w:val="none" w:sz="0" w:space="0" w:color="auto"/>
        <w:bottom w:val="none" w:sz="0" w:space="0" w:color="auto"/>
        <w:right w:val="none" w:sz="0" w:space="0" w:color="auto"/>
      </w:divBdr>
    </w:div>
    <w:div w:id="432358517">
      <w:bodyDiv w:val="1"/>
      <w:marLeft w:val="0"/>
      <w:marRight w:val="0"/>
      <w:marTop w:val="0"/>
      <w:marBottom w:val="0"/>
      <w:divBdr>
        <w:top w:val="none" w:sz="0" w:space="0" w:color="auto"/>
        <w:left w:val="none" w:sz="0" w:space="0" w:color="auto"/>
        <w:bottom w:val="none" w:sz="0" w:space="0" w:color="auto"/>
        <w:right w:val="none" w:sz="0" w:space="0" w:color="auto"/>
      </w:divBdr>
    </w:div>
    <w:div w:id="455835354">
      <w:bodyDiv w:val="1"/>
      <w:marLeft w:val="0"/>
      <w:marRight w:val="0"/>
      <w:marTop w:val="0"/>
      <w:marBottom w:val="0"/>
      <w:divBdr>
        <w:top w:val="none" w:sz="0" w:space="0" w:color="auto"/>
        <w:left w:val="none" w:sz="0" w:space="0" w:color="auto"/>
        <w:bottom w:val="none" w:sz="0" w:space="0" w:color="auto"/>
        <w:right w:val="none" w:sz="0" w:space="0" w:color="auto"/>
      </w:divBdr>
    </w:div>
    <w:div w:id="753818584">
      <w:bodyDiv w:val="1"/>
      <w:marLeft w:val="0"/>
      <w:marRight w:val="0"/>
      <w:marTop w:val="0"/>
      <w:marBottom w:val="0"/>
      <w:divBdr>
        <w:top w:val="none" w:sz="0" w:space="0" w:color="auto"/>
        <w:left w:val="none" w:sz="0" w:space="0" w:color="auto"/>
        <w:bottom w:val="none" w:sz="0" w:space="0" w:color="auto"/>
        <w:right w:val="none" w:sz="0" w:space="0" w:color="auto"/>
      </w:divBdr>
    </w:div>
    <w:div w:id="803350419">
      <w:bodyDiv w:val="1"/>
      <w:marLeft w:val="0"/>
      <w:marRight w:val="0"/>
      <w:marTop w:val="0"/>
      <w:marBottom w:val="0"/>
      <w:divBdr>
        <w:top w:val="none" w:sz="0" w:space="0" w:color="auto"/>
        <w:left w:val="none" w:sz="0" w:space="0" w:color="auto"/>
        <w:bottom w:val="none" w:sz="0" w:space="0" w:color="auto"/>
        <w:right w:val="none" w:sz="0" w:space="0" w:color="auto"/>
      </w:divBdr>
    </w:div>
    <w:div w:id="1285313447">
      <w:bodyDiv w:val="1"/>
      <w:marLeft w:val="0"/>
      <w:marRight w:val="0"/>
      <w:marTop w:val="0"/>
      <w:marBottom w:val="0"/>
      <w:divBdr>
        <w:top w:val="none" w:sz="0" w:space="0" w:color="auto"/>
        <w:left w:val="none" w:sz="0" w:space="0" w:color="auto"/>
        <w:bottom w:val="none" w:sz="0" w:space="0" w:color="auto"/>
        <w:right w:val="none" w:sz="0" w:space="0" w:color="auto"/>
      </w:divBdr>
    </w:div>
    <w:div w:id="1351685962">
      <w:bodyDiv w:val="1"/>
      <w:marLeft w:val="0"/>
      <w:marRight w:val="0"/>
      <w:marTop w:val="0"/>
      <w:marBottom w:val="0"/>
      <w:divBdr>
        <w:top w:val="none" w:sz="0" w:space="0" w:color="auto"/>
        <w:left w:val="none" w:sz="0" w:space="0" w:color="auto"/>
        <w:bottom w:val="none" w:sz="0" w:space="0" w:color="auto"/>
        <w:right w:val="none" w:sz="0" w:space="0" w:color="auto"/>
      </w:divBdr>
    </w:div>
    <w:div w:id="1411733392">
      <w:bodyDiv w:val="1"/>
      <w:marLeft w:val="0"/>
      <w:marRight w:val="0"/>
      <w:marTop w:val="0"/>
      <w:marBottom w:val="0"/>
      <w:divBdr>
        <w:top w:val="none" w:sz="0" w:space="0" w:color="auto"/>
        <w:left w:val="none" w:sz="0" w:space="0" w:color="auto"/>
        <w:bottom w:val="none" w:sz="0" w:space="0" w:color="auto"/>
        <w:right w:val="none" w:sz="0" w:space="0" w:color="auto"/>
      </w:divBdr>
    </w:div>
    <w:div w:id="1463842946">
      <w:bodyDiv w:val="1"/>
      <w:marLeft w:val="0"/>
      <w:marRight w:val="0"/>
      <w:marTop w:val="0"/>
      <w:marBottom w:val="0"/>
      <w:divBdr>
        <w:top w:val="none" w:sz="0" w:space="0" w:color="auto"/>
        <w:left w:val="none" w:sz="0" w:space="0" w:color="auto"/>
        <w:bottom w:val="none" w:sz="0" w:space="0" w:color="auto"/>
        <w:right w:val="none" w:sz="0" w:space="0" w:color="auto"/>
      </w:divBdr>
    </w:div>
    <w:div w:id="1498574701">
      <w:bodyDiv w:val="1"/>
      <w:marLeft w:val="0"/>
      <w:marRight w:val="0"/>
      <w:marTop w:val="0"/>
      <w:marBottom w:val="0"/>
      <w:divBdr>
        <w:top w:val="none" w:sz="0" w:space="0" w:color="auto"/>
        <w:left w:val="none" w:sz="0" w:space="0" w:color="auto"/>
        <w:bottom w:val="none" w:sz="0" w:space="0" w:color="auto"/>
        <w:right w:val="none" w:sz="0" w:space="0" w:color="auto"/>
      </w:divBdr>
    </w:div>
    <w:div w:id="1807121620">
      <w:bodyDiv w:val="1"/>
      <w:marLeft w:val="0"/>
      <w:marRight w:val="0"/>
      <w:marTop w:val="0"/>
      <w:marBottom w:val="0"/>
      <w:divBdr>
        <w:top w:val="none" w:sz="0" w:space="0" w:color="auto"/>
        <w:left w:val="none" w:sz="0" w:space="0" w:color="auto"/>
        <w:bottom w:val="none" w:sz="0" w:space="0" w:color="auto"/>
        <w:right w:val="none" w:sz="0" w:space="0" w:color="auto"/>
      </w:divBdr>
    </w:div>
    <w:div w:id="1893537212">
      <w:bodyDiv w:val="1"/>
      <w:marLeft w:val="0"/>
      <w:marRight w:val="0"/>
      <w:marTop w:val="0"/>
      <w:marBottom w:val="0"/>
      <w:divBdr>
        <w:top w:val="none" w:sz="0" w:space="0" w:color="auto"/>
        <w:left w:val="none" w:sz="0" w:space="0" w:color="auto"/>
        <w:bottom w:val="none" w:sz="0" w:space="0" w:color="auto"/>
        <w:right w:val="none" w:sz="0" w:space="0" w:color="auto"/>
      </w:divBdr>
    </w:div>
    <w:div w:id="1967466358">
      <w:bodyDiv w:val="1"/>
      <w:marLeft w:val="0"/>
      <w:marRight w:val="0"/>
      <w:marTop w:val="0"/>
      <w:marBottom w:val="0"/>
      <w:divBdr>
        <w:top w:val="none" w:sz="0" w:space="0" w:color="auto"/>
        <w:left w:val="none" w:sz="0" w:space="0" w:color="auto"/>
        <w:bottom w:val="none" w:sz="0" w:space="0" w:color="auto"/>
        <w:right w:val="none" w:sz="0" w:space="0" w:color="auto"/>
      </w:divBdr>
    </w:div>
    <w:div w:id="20408102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52</Pages>
  <Words>14279</Words>
  <Characters>81392</Characters>
  <Application>Microsoft Office Word</Application>
  <DocSecurity>0</DocSecurity>
  <Lines>678</Lines>
  <Paragraphs>190</Paragraphs>
  <ScaleCrop>false</ScaleCrop>
  <HeadingPairs>
    <vt:vector size="2" baseType="variant">
      <vt:variant>
        <vt:lpstr>Title</vt:lpstr>
      </vt:variant>
      <vt:variant>
        <vt:i4>1</vt:i4>
      </vt:variant>
    </vt:vector>
  </HeadingPairs>
  <TitlesOfParts>
    <vt:vector size="1" baseType="lpstr">
      <vt:lpstr>الفصل الأول: الإطار العام للدراسة</vt:lpstr>
    </vt:vector>
  </TitlesOfParts>
  <Manager/>
  <Company/>
  <LinksUpToDate>false</LinksUpToDate>
  <CharactersWithSpaces>95481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حمود محمد العنزي</dc:title>
  <dc:subject>أثر إدارة الأداء على تحسين الإنتاجية</dc:subject>
  <dc:creator>Moataz ALzoriqi</dc:creator>
  <cp:keywords/>
  <dc:description>generated by python-docx</dc:description>
  <cp:lastModifiedBy>Hamood M. Alenazi</cp:lastModifiedBy>
  <cp:revision>4</cp:revision>
  <cp:lastPrinted>2026-07-05T22:54:00Z</cp:lastPrinted>
  <dcterms:created xsi:type="dcterms:W3CDTF">2026-07-05T22:55:00Z</dcterms:created>
  <dcterms:modified xsi:type="dcterms:W3CDTF">2026-07-05T23:02:00Z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7961ce9a,7990962c,6474feb2</vt:lpwstr>
  </property>
  <property fmtid="{D5CDD505-2E9C-101B-9397-08002B2CF9AE}" pid="3" name="ClassificationContentMarkingHeaderFontProps">
    <vt:lpwstr>#008000,10,Aptos</vt:lpwstr>
  </property>
  <property fmtid="{D5CDD505-2E9C-101B-9397-08002B2CF9AE}" pid="4" name="ClassificationContentMarkingHeaderText">
    <vt:lpwstr>This Content is Public</vt:lpwstr>
  </property>
  <property fmtid="{D5CDD505-2E9C-101B-9397-08002B2CF9AE}" pid="5" name="ClassificationContentMarkingFooterShapeIds">
    <vt:lpwstr>60c3581f,f3cc6eb,5f6569e5</vt:lpwstr>
  </property>
  <property fmtid="{D5CDD505-2E9C-101B-9397-08002B2CF9AE}" pid="6" name="ClassificationContentMarkingFooterFontProps">
    <vt:lpwstr>#008000,10,Aptos</vt:lpwstr>
  </property>
  <property fmtid="{D5CDD505-2E9C-101B-9397-08002B2CF9AE}" pid="7" name="ClassificationContentMarkingFooterText">
    <vt:lpwstr>This Content is Public</vt:lpwstr>
  </property>
  <property fmtid="{D5CDD505-2E9C-101B-9397-08002B2CF9AE}" pid="8" name="MSIP_Label_a53a0726-cd89-42f6-a014-f5627a152d21_Enabled">
    <vt:lpwstr>true</vt:lpwstr>
  </property>
  <property fmtid="{D5CDD505-2E9C-101B-9397-08002B2CF9AE}" pid="9" name="MSIP_Label_a53a0726-cd89-42f6-a014-f5627a152d21_SetDate">
    <vt:lpwstr>2026-07-05T22:45:21Z</vt:lpwstr>
  </property>
  <property fmtid="{D5CDD505-2E9C-101B-9397-08002B2CF9AE}" pid="10" name="MSIP_Label_a53a0726-cd89-42f6-a014-f5627a152d21_Method">
    <vt:lpwstr>Privileged</vt:lpwstr>
  </property>
  <property fmtid="{D5CDD505-2E9C-101B-9397-08002B2CF9AE}" pid="11" name="MSIP_Label_a53a0726-cd89-42f6-a014-f5627a152d21_Name">
    <vt:lpwstr>Public (New)</vt:lpwstr>
  </property>
  <property fmtid="{D5CDD505-2E9C-101B-9397-08002B2CF9AE}" pid="12" name="MSIP_Label_a53a0726-cd89-42f6-a014-f5627a152d21_SiteId">
    <vt:lpwstr>f409a13c-bc56-4779-8fdb-948773f05564</vt:lpwstr>
  </property>
  <property fmtid="{D5CDD505-2E9C-101B-9397-08002B2CF9AE}" pid="13" name="MSIP_Label_a53a0726-cd89-42f6-a014-f5627a152d21_ActionId">
    <vt:lpwstr>c686d13d-027b-4640-b81d-b444b1eb666c</vt:lpwstr>
  </property>
  <property fmtid="{D5CDD505-2E9C-101B-9397-08002B2CF9AE}" pid="14" name="MSIP_Label_a53a0726-cd89-42f6-a014-f5627a152d21_ContentBits">
    <vt:lpwstr>3</vt:lpwstr>
  </property>
  <property fmtid="{D5CDD505-2E9C-101B-9397-08002B2CF9AE}" pid="15" name="MSIP_Label_a53a0726-cd89-42f6-a014-f5627a152d21_Tag">
    <vt:lpwstr>50, 0, 1, 1</vt:lpwstr>
  </property>
</Properties>
</file>