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18912" w14:textId="41C14D71" w:rsidR="00070DF8" w:rsidRDefault="00931EB1" w:rsidP="00C262F6">
      <w:pPr>
        <w:bidi/>
        <w:spacing w:line="360" w:lineRule="auto"/>
        <w:jc w:val="center"/>
        <w:rPr>
          <w:rFonts w:ascii="Sakkal Majalla" w:hAnsi="Sakkal Majalla" w:cs="Sakkal Majalla"/>
          <w:b/>
          <w:bCs/>
          <w:sz w:val="36"/>
          <w:szCs w:val="28"/>
          <w:rtl/>
        </w:rPr>
      </w:pPr>
      <w:r w:rsidRPr="00931EB1">
        <w:rPr>
          <w:rFonts w:ascii="Sakkal Majalla" w:hAnsi="Sakkal Majalla" w:cs="Sakkal Majalla"/>
          <w:b/>
          <w:bCs/>
          <w:noProof/>
          <w:sz w:val="36"/>
          <w:szCs w:val="28"/>
          <w:rtl/>
        </w:rPr>
        <w:drawing>
          <wp:inline distT="0" distB="0" distL="0" distR="0" wp14:anchorId="3453790D" wp14:editId="118B6F25">
            <wp:extent cx="2510790" cy="1040765"/>
            <wp:effectExtent l="0" t="0" r="3810" b="6985"/>
            <wp:docPr id="569135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0790" cy="1040765"/>
                    </a:xfrm>
                    <a:prstGeom prst="rect">
                      <a:avLst/>
                    </a:prstGeom>
                    <a:noFill/>
                    <a:ln>
                      <a:noFill/>
                    </a:ln>
                  </pic:spPr>
                </pic:pic>
              </a:graphicData>
            </a:graphic>
          </wp:inline>
        </w:drawing>
      </w:r>
    </w:p>
    <w:p w14:paraId="273D0472" w14:textId="2FBD0D25" w:rsidR="00037438" w:rsidRPr="00070DF8" w:rsidRDefault="00000000" w:rsidP="00C262F6">
      <w:pPr>
        <w:bidi/>
        <w:spacing w:line="360" w:lineRule="auto"/>
        <w:jc w:val="center"/>
        <w:rPr>
          <w:rFonts w:ascii="Sakkal Majalla" w:hAnsi="Sakkal Majalla" w:cs="Sakkal Majalla"/>
          <w:b/>
          <w:bCs/>
          <w:sz w:val="36"/>
          <w:szCs w:val="28"/>
        </w:rPr>
      </w:pPr>
      <w:proofErr w:type="spellStart"/>
      <w:r w:rsidRPr="00070DF8">
        <w:rPr>
          <w:rFonts w:ascii="Sakkal Majalla" w:hAnsi="Sakkal Majalla" w:cs="Sakkal Majalla"/>
          <w:b/>
          <w:bCs/>
          <w:sz w:val="36"/>
          <w:szCs w:val="28"/>
        </w:rPr>
        <w:t>جامعة</w:t>
      </w:r>
      <w:proofErr w:type="spellEnd"/>
      <w:r w:rsidRPr="00070DF8">
        <w:rPr>
          <w:rFonts w:ascii="Sakkal Majalla" w:hAnsi="Sakkal Majalla" w:cs="Sakkal Majalla"/>
          <w:b/>
          <w:bCs/>
          <w:sz w:val="36"/>
          <w:szCs w:val="28"/>
        </w:rPr>
        <w:t xml:space="preserve"> </w:t>
      </w:r>
      <w:proofErr w:type="spellStart"/>
      <w:r w:rsidRPr="00070DF8">
        <w:rPr>
          <w:rFonts w:ascii="Sakkal Majalla" w:hAnsi="Sakkal Majalla" w:cs="Sakkal Majalla"/>
          <w:b/>
          <w:bCs/>
          <w:sz w:val="36"/>
          <w:szCs w:val="28"/>
        </w:rPr>
        <w:t>ميدأوشن</w:t>
      </w:r>
      <w:proofErr w:type="spellEnd"/>
      <w:r w:rsidRPr="00070DF8">
        <w:rPr>
          <w:rFonts w:ascii="Sakkal Majalla" w:hAnsi="Sakkal Majalla" w:cs="Sakkal Majalla"/>
          <w:b/>
          <w:bCs/>
          <w:sz w:val="36"/>
          <w:szCs w:val="28"/>
        </w:rPr>
        <w:t xml:space="preserve"> - </w:t>
      </w:r>
      <w:proofErr w:type="spellStart"/>
      <w:r w:rsidRPr="00070DF8">
        <w:rPr>
          <w:rFonts w:ascii="Sakkal Majalla" w:hAnsi="Sakkal Majalla" w:cs="Sakkal Majalla"/>
          <w:b/>
          <w:bCs/>
          <w:sz w:val="36"/>
          <w:szCs w:val="28"/>
        </w:rPr>
        <w:t>كلية</w:t>
      </w:r>
      <w:proofErr w:type="spellEnd"/>
      <w:r w:rsidRPr="00070DF8">
        <w:rPr>
          <w:rFonts w:ascii="Sakkal Majalla" w:hAnsi="Sakkal Majalla" w:cs="Sakkal Majalla"/>
          <w:b/>
          <w:bCs/>
          <w:sz w:val="36"/>
          <w:szCs w:val="28"/>
        </w:rPr>
        <w:t xml:space="preserve"> </w:t>
      </w:r>
      <w:proofErr w:type="spellStart"/>
      <w:r w:rsidRPr="00070DF8">
        <w:rPr>
          <w:rFonts w:ascii="Sakkal Majalla" w:hAnsi="Sakkal Majalla" w:cs="Sakkal Majalla"/>
          <w:b/>
          <w:bCs/>
          <w:sz w:val="36"/>
          <w:szCs w:val="28"/>
        </w:rPr>
        <w:t>الريادة</w:t>
      </w:r>
      <w:proofErr w:type="spellEnd"/>
      <w:r w:rsidRPr="00070DF8">
        <w:rPr>
          <w:rFonts w:ascii="Sakkal Majalla" w:hAnsi="Sakkal Majalla" w:cs="Sakkal Majalla"/>
          <w:b/>
          <w:bCs/>
          <w:sz w:val="36"/>
          <w:szCs w:val="28"/>
        </w:rPr>
        <w:t xml:space="preserve"> </w:t>
      </w:r>
      <w:proofErr w:type="spellStart"/>
      <w:r w:rsidRPr="00070DF8">
        <w:rPr>
          <w:rFonts w:ascii="Sakkal Majalla" w:hAnsi="Sakkal Majalla" w:cs="Sakkal Majalla"/>
          <w:b/>
          <w:bCs/>
          <w:sz w:val="36"/>
          <w:szCs w:val="28"/>
        </w:rPr>
        <w:t>والابتكار</w:t>
      </w:r>
      <w:proofErr w:type="spellEnd"/>
    </w:p>
    <w:p w14:paraId="39EE2D15" w14:textId="0E92CE2A" w:rsidR="00037438" w:rsidRPr="00070DF8" w:rsidRDefault="00931EB1" w:rsidP="00C262F6">
      <w:pPr>
        <w:bidi/>
        <w:spacing w:line="360" w:lineRule="auto"/>
        <w:jc w:val="center"/>
        <w:rPr>
          <w:rFonts w:ascii="Sakkal Majalla" w:hAnsi="Sakkal Majalla" w:cs="Sakkal Majalla"/>
          <w:b/>
          <w:bCs/>
          <w:sz w:val="36"/>
          <w:szCs w:val="28"/>
        </w:rPr>
      </w:pPr>
      <w:r>
        <w:rPr>
          <w:rFonts w:ascii="Sakkal Majalla" w:hAnsi="Sakkal Majalla" w:cs="Sakkal Majalla" w:hint="cs"/>
          <w:b/>
          <w:bCs/>
          <w:sz w:val="36"/>
          <w:szCs w:val="28"/>
          <w:rtl/>
        </w:rPr>
        <w:t xml:space="preserve"> بحث التخرج لدرجة الماجستير في ريادة الأعمال</w:t>
      </w:r>
    </w:p>
    <w:p w14:paraId="014460DD" w14:textId="5EEDBE58" w:rsidR="00037438" w:rsidRPr="00070DF8" w:rsidRDefault="00000000" w:rsidP="00C262F6">
      <w:pPr>
        <w:bidi/>
        <w:spacing w:line="360" w:lineRule="auto"/>
        <w:jc w:val="center"/>
        <w:rPr>
          <w:rFonts w:ascii="Sakkal Majalla" w:hAnsi="Sakkal Majalla" w:cs="Sakkal Majalla"/>
          <w:b/>
          <w:bCs/>
          <w:sz w:val="36"/>
          <w:szCs w:val="28"/>
        </w:rPr>
      </w:pPr>
      <w:proofErr w:type="spellStart"/>
      <w:r w:rsidRPr="00070DF8">
        <w:rPr>
          <w:rFonts w:ascii="Sakkal Majalla" w:hAnsi="Sakkal Majalla" w:cs="Sakkal Majalla"/>
          <w:b/>
          <w:bCs/>
          <w:sz w:val="36"/>
          <w:szCs w:val="28"/>
        </w:rPr>
        <w:t>عنوان</w:t>
      </w:r>
      <w:proofErr w:type="spellEnd"/>
      <w:r w:rsidRPr="00070DF8">
        <w:rPr>
          <w:rFonts w:ascii="Sakkal Majalla" w:hAnsi="Sakkal Majalla" w:cs="Sakkal Majalla"/>
          <w:b/>
          <w:bCs/>
          <w:sz w:val="36"/>
          <w:szCs w:val="28"/>
        </w:rPr>
        <w:t xml:space="preserve"> </w:t>
      </w:r>
      <w:proofErr w:type="spellStart"/>
      <w:r w:rsidRPr="00070DF8">
        <w:rPr>
          <w:rFonts w:ascii="Sakkal Majalla" w:hAnsi="Sakkal Majalla" w:cs="Sakkal Majalla"/>
          <w:b/>
          <w:bCs/>
          <w:sz w:val="36"/>
          <w:szCs w:val="28"/>
        </w:rPr>
        <w:t>الدراسة</w:t>
      </w:r>
      <w:proofErr w:type="spellEnd"/>
    </w:p>
    <w:p w14:paraId="1D9A3CE2" w14:textId="77777777" w:rsidR="008A139A" w:rsidRPr="008A139A" w:rsidRDefault="008A139A" w:rsidP="00C262F6">
      <w:pPr>
        <w:bidi/>
        <w:spacing w:line="360" w:lineRule="auto"/>
        <w:jc w:val="center"/>
        <w:rPr>
          <w:rFonts w:ascii="Sakkal Majalla" w:hAnsi="Sakkal Majalla" w:cs="Sakkal Majalla"/>
          <w:b/>
          <w:bCs/>
          <w:sz w:val="36"/>
          <w:szCs w:val="28"/>
        </w:rPr>
      </w:pPr>
      <w:r w:rsidRPr="008A139A">
        <w:rPr>
          <w:rFonts w:ascii="Sakkal Majalla" w:hAnsi="Sakkal Majalla" w:cs="Sakkal Majalla"/>
          <w:b/>
          <w:bCs/>
          <w:sz w:val="36"/>
          <w:szCs w:val="28"/>
        </w:rPr>
        <w:t>"</w:t>
      </w:r>
      <w:r w:rsidRPr="008A139A">
        <w:rPr>
          <w:rFonts w:ascii="Sakkal Majalla" w:hAnsi="Sakkal Majalla" w:cs="Sakkal Majalla"/>
          <w:b/>
          <w:bCs/>
          <w:sz w:val="36"/>
          <w:szCs w:val="28"/>
          <w:rtl/>
        </w:rPr>
        <w:t>تعزيز الابتكار والاستدامة في الجهات الحكومية السعودية: دور العوامل التمكينية والشركات الاستشارية في بناء القدرات - نموذج عملي متكامل</w:t>
      </w:r>
      <w:r w:rsidRPr="008A139A">
        <w:rPr>
          <w:rFonts w:ascii="Sakkal Majalla" w:hAnsi="Sakkal Majalla" w:cs="Sakkal Majalla"/>
          <w:b/>
          <w:bCs/>
          <w:sz w:val="36"/>
          <w:szCs w:val="28"/>
        </w:rPr>
        <w:t>."</w:t>
      </w:r>
    </w:p>
    <w:p w14:paraId="1911F67E" w14:textId="40500FE3" w:rsidR="008A139A" w:rsidRPr="008A139A" w:rsidRDefault="008A139A" w:rsidP="00C262F6">
      <w:pPr>
        <w:bidi/>
        <w:spacing w:line="360" w:lineRule="auto"/>
        <w:jc w:val="center"/>
        <w:rPr>
          <w:rFonts w:ascii="Sakkal Majalla" w:hAnsi="Sakkal Majalla" w:cs="Sakkal Majalla"/>
          <w:b/>
          <w:bCs/>
          <w:sz w:val="36"/>
          <w:szCs w:val="28"/>
          <w:rtl/>
        </w:rPr>
      </w:pPr>
      <w:r w:rsidRPr="008A139A">
        <w:rPr>
          <w:rFonts w:ascii="Sakkal Majalla" w:hAnsi="Sakkal Majalla" w:cs="Sakkal Majalla"/>
          <w:b/>
          <w:bCs/>
          <w:sz w:val="36"/>
          <w:szCs w:val="28"/>
        </w:rPr>
        <w:t xml:space="preserve">"Enhancing Innovation and Sustainability in Saudi Government Entities: The Role of Enabling Factors and Consulting Firms in Capacity Building </w:t>
      </w:r>
      <w:r w:rsidRPr="008A139A">
        <w:rPr>
          <w:rFonts w:ascii="Sakkal Majalla" w:hAnsi="Sakkal Majalla" w:cs="Sakkal Majalla" w:hint="cs"/>
          <w:b/>
          <w:bCs/>
          <w:sz w:val="36"/>
          <w:szCs w:val="28"/>
        </w:rPr>
        <w:t>–</w:t>
      </w:r>
      <w:r w:rsidRPr="008A139A">
        <w:rPr>
          <w:rFonts w:ascii="Sakkal Majalla" w:hAnsi="Sakkal Majalla" w:cs="Sakkal Majalla"/>
          <w:b/>
          <w:bCs/>
          <w:sz w:val="36"/>
          <w:szCs w:val="28"/>
        </w:rPr>
        <w:t xml:space="preserve"> An Integrated Practical Model."</w:t>
      </w:r>
    </w:p>
    <w:p w14:paraId="3DEBD81E" w14:textId="2237867C" w:rsidR="00037438" w:rsidRPr="00931EB1" w:rsidRDefault="00931EB1" w:rsidP="00C262F6">
      <w:pPr>
        <w:bidi/>
        <w:spacing w:line="360" w:lineRule="auto"/>
        <w:jc w:val="center"/>
        <w:rPr>
          <w:rFonts w:ascii="Sakkal Majalla" w:hAnsi="Sakkal Majalla" w:cs="Sakkal Majalla"/>
          <w:b/>
          <w:bCs/>
          <w:sz w:val="40"/>
          <w:szCs w:val="32"/>
          <w:rtl/>
        </w:rPr>
      </w:pPr>
      <w:r w:rsidRPr="00931EB1">
        <w:rPr>
          <w:rFonts w:ascii="Sakkal Majalla" w:hAnsi="Sakkal Majalla" w:cs="Sakkal Majalla" w:hint="cs"/>
          <w:b/>
          <w:bCs/>
          <w:sz w:val="40"/>
          <w:szCs w:val="32"/>
          <w:rtl/>
        </w:rPr>
        <w:t>الطالبة: منار باشطح</w:t>
      </w:r>
    </w:p>
    <w:p w14:paraId="52614EC6" w14:textId="182B6069" w:rsidR="00931EB1" w:rsidRPr="00931EB1" w:rsidRDefault="00931EB1" w:rsidP="00C262F6">
      <w:pPr>
        <w:bidi/>
        <w:spacing w:line="360" w:lineRule="auto"/>
        <w:jc w:val="center"/>
        <w:rPr>
          <w:rFonts w:ascii="Sakkal Majalla" w:hAnsi="Sakkal Majalla" w:cs="Sakkal Majalla"/>
          <w:b/>
          <w:bCs/>
          <w:sz w:val="40"/>
          <w:szCs w:val="32"/>
          <w:rtl/>
        </w:rPr>
      </w:pPr>
      <w:r w:rsidRPr="00931EB1">
        <w:rPr>
          <w:rFonts w:ascii="Sakkal Majalla" w:hAnsi="Sakkal Majalla" w:cs="Sakkal Majalla" w:hint="cs"/>
          <w:b/>
          <w:bCs/>
          <w:sz w:val="40"/>
          <w:szCs w:val="32"/>
          <w:rtl/>
        </w:rPr>
        <w:t>الرقم الجامعي: 243000475</w:t>
      </w:r>
    </w:p>
    <w:p w14:paraId="4D2EF4F1" w14:textId="19013C2A" w:rsidR="00931EB1" w:rsidRDefault="00931EB1" w:rsidP="00C262F6">
      <w:pPr>
        <w:bidi/>
        <w:spacing w:line="360" w:lineRule="auto"/>
        <w:jc w:val="center"/>
        <w:rPr>
          <w:rFonts w:ascii="Sakkal Majalla" w:hAnsi="Sakkal Majalla" w:cs="Sakkal Majalla"/>
          <w:b/>
          <w:bCs/>
          <w:sz w:val="40"/>
          <w:szCs w:val="32"/>
          <w:rtl/>
        </w:rPr>
      </w:pPr>
      <w:r w:rsidRPr="00931EB1">
        <w:rPr>
          <w:rFonts w:ascii="Sakkal Majalla" w:hAnsi="Sakkal Majalla" w:cs="Sakkal Majalla" w:hint="cs"/>
          <w:b/>
          <w:bCs/>
          <w:sz w:val="40"/>
          <w:szCs w:val="32"/>
          <w:rtl/>
        </w:rPr>
        <w:t>الدكتور المشرف: أحمد راجح</w:t>
      </w:r>
    </w:p>
    <w:p w14:paraId="287D6E74" w14:textId="525E1955" w:rsidR="00931EB1" w:rsidRPr="00931EB1" w:rsidRDefault="00931EB1" w:rsidP="00C262F6">
      <w:pPr>
        <w:bidi/>
        <w:spacing w:line="360" w:lineRule="auto"/>
        <w:jc w:val="center"/>
        <w:rPr>
          <w:rFonts w:ascii="Sakkal Majalla" w:hAnsi="Sakkal Majalla" w:cs="Sakkal Majalla"/>
          <w:b/>
          <w:bCs/>
          <w:sz w:val="40"/>
          <w:szCs w:val="32"/>
          <w:rtl/>
        </w:rPr>
      </w:pPr>
      <w:r>
        <w:rPr>
          <w:rFonts w:ascii="Sakkal Majalla" w:hAnsi="Sakkal Majalla" w:cs="Sakkal Majalla" w:hint="cs"/>
          <w:b/>
          <w:bCs/>
          <w:sz w:val="40"/>
          <w:szCs w:val="32"/>
          <w:rtl/>
        </w:rPr>
        <w:t>العام الدراسي 2025</w:t>
      </w:r>
    </w:p>
    <w:p w14:paraId="1329B2E9" w14:textId="77777777" w:rsidR="00931EB1" w:rsidRPr="00931EB1" w:rsidRDefault="00931EB1" w:rsidP="00083D43">
      <w:pPr>
        <w:bidi/>
        <w:spacing w:line="360" w:lineRule="auto"/>
        <w:rPr>
          <w:rFonts w:ascii="Sakkal Majalla" w:hAnsi="Sakkal Majalla" w:cs="Sakkal Majalla"/>
          <w:b/>
          <w:bCs/>
          <w:sz w:val="44"/>
          <w:szCs w:val="36"/>
          <w:rtl/>
        </w:rPr>
      </w:pPr>
    </w:p>
    <w:p w14:paraId="0CCB4B87" w14:textId="6952BAD2" w:rsidR="00A00FFB" w:rsidRPr="00D465E9" w:rsidRDefault="00095984" w:rsidP="00095984">
      <w:pPr>
        <w:bidi/>
        <w:spacing w:before="100" w:beforeAutospacing="1" w:after="100" w:afterAutospacing="1" w:line="240" w:lineRule="auto"/>
        <w:rPr>
          <w:rFonts w:ascii="Sakkal Majalla" w:eastAsia="Times New Roman" w:hAnsi="Sakkal Majalla" w:cs="Sakkal Majalla"/>
          <w:b/>
          <w:bCs/>
          <w:sz w:val="44"/>
          <w:szCs w:val="44"/>
          <w:rtl/>
        </w:rPr>
      </w:pPr>
      <w:r w:rsidRPr="00D465E9">
        <w:rPr>
          <w:rFonts w:ascii="Sakkal Majalla" w:eastAsia="Times New Roman" w:hAnsi="Sakkal Majalla" w:cs="Sakkal Majalla" w:hint="cs"/>
          <w:b/>
          <w:bCs/>
          <w:sz w:val="44"/>
          <w:szCs w:val="44"/>
          <w:rtl/>
        </w:rPr>
        <w:lastRenderedPageBreak/>
        <w:t xml:space="preserve">                                                  </w:t>
      </w:r>
      <w:r w:rsidR="0016679F" w:rsidRPr="00D465E9">
        <w:rPr>
          <w:rFonts w:ascii="Sakkal Majalla" w:eastAsia="Times New Roman" w:hAnsi="Sakkal Majalla" w:cs="Sakkal Majalla"/>
          <w:b/>
          <w:bCs/>
          <w:sz w:val="44"/>
          <w:szCs w:val="44"/>
          <w:rtl/>
        </w:rPr>
        <w:t>الإهداء</w:t>
      </w:r>
    </w:p>
    <w:p w14:paraId="33AB092F" w14:textId="1F00E5A6" w:rsidR="00D477E6" w:rsidRPr="00D465E9" w:rsidRDefault="00D477E6" w:rsidP="0016679F">
      <w:pPr>
        <w:bidi/>
        <w:spacing w:before="100" w:beforeAutospacing="1" w:after="100" w:afterAutospacing="1" w:line="240" w:lineRule="auto"/>
        <w:rPr>
          <w:rFonts w:ascii="Sakkal Majalla" w:eastAsia="Times New Roman" w:hAnsi="Sakkal Majalla" w:cs="Sakkal Majalla"/>
          <w:b/>
          <w:bCs/>
          <w:szCs w:val="28"/>
          <w:rtl/>
        </w:rPr>
      </w:pPr>
      <w:r w:rsidRPr="00D465E9">
        <w:rPr>
          <w:rFonts w:ascii="Sakkal Majalla" w:eastAsia="Times New Roman" w:hAnsi="Sakkal Majalla" w:cs="Sakkal Majalla"/>
          <w:b/>
          <w:bCs/>
          <w:szCs w:val="28"/>
          <w:rtl/>
        </w:rPr>
        <w:t>الحمد لله على عظيم كرمه، ما سلكنا البدايات إلا بتيسيره وما بلغنا النهايات إلا بتوفيقه وما حققنا الغايات إلا بفضله، الحمد لله ليس بعد تمام العمل من شيء</w:t>
      </w:r>
      <w:r w:rsidR="00D465E9">
        <w:rPr>
          <w:rFonts w:ascii="Sakkal Majalla" w:eastAsia="Times New Roman" w:hAnsi="Sakkal Majalla" w:cs="Sakkal Majalla" w:hint="cs"/>
          <w:b/>
          <w:bCs/>
          <w:szCs w:val="28"/>
          <w:rtl/>
        </w:rPr>
        <w:t>ٍ</w:t>
      </w:r>
      <w:r w:rsidRPr="00D465E9">
        <w:rPr>
          <w:rFonts w:ascii="Sakkal Majalla" w:eastAsia="Times New Roman" w:hAnsi="Sakkal Majalla" w:cs="Sakkal Majalla"/>
          <w:b/>
          <w:bCs/>
          <w:szCs w:val="28"/>
          <w:rtl/>
        </w:rPr>
        <w:t xml:space="preserve"> ألذ</w:t>
      </w:r>
      <w:r w:rsidR="00D465E9">
        <w:rPr>
          <w:rFonts w:ascii="Sakkal Majalla" w:eastAsia="Times New Roman" w:hAnsi="Sakkal Majalla" w:cs="Sakkal Majalla" w:hint="cs"/>
          <w:b/>
          <w:bCs/>
          <w:szCs w:val="28"/>
          <w:rtl/>
        </w:rPr>
        <w:t>ُّ</w:t>
      </w:r>
      <w:r w:rsidRPr="00D465E9">
        <w:rPr>
          <w:rFonts w:ascii="Sakkal Majalla" w:eastAsia="Times New Roman" w:hAnsi="Sakkal Majalla" w:cs="Sakkal Majalla"/>
          <w:b/>
          <w:bCs/>
          <w:szCs w:val="28"/>
          <w:rtl/>
        </w:rPr>
        <w:t xml:space="preserve"> من الحمد فاللهم لا تجعله آخر عهدي من العلم</w:t>
      </w:r>
      <w:r w:rsidR="00D465E9">
        <w:rPr>
          <w:rFonts w:ascii="Sakkal Majalla" w:eastAsia="Times New Roman" w:hAnsi="Sakkal Majalla" w:cs="Sakkal Majalla" w:hint="cs"/>
          <w:b/>
          <w:bCs/>
          <w:szCs w:val="28"/>
          <w:rtl/>
        </w:rPr>
        <w:t>.</w:t>
      </w:r>
    </w:p>
    <w:p w14:paraId="71595CE3" w14:textId="694248FD" w:rsidR="00D477E6" w:rsidRPr="00D465E9" w:rsidRDefault="00D477E6" w:rsidP="00D477E6">
      <w:pPr>
        <w:bidi/>
        <w:spacing w:before="100" w:beforeAutospacing="1" w:after="100" w:afterAutospacing="1" w:line="240" w:lineRule="auto"/>
        <w:rPr>
          <w:rFonts w:ascii="Sakkal Majalla" w:eastAsia="Times New Roman" w:hAnsi="Sakkal Majalla" w:cs="Sakkal Majalla"/>
          <w:b/>
          <w:bCs/>
          <w:szCs w:val="28"/>
          <w:rtl/>
        </w:rPr>
      </w:pPr>
      <w:r w:rsidRPr="00D465E9">
        <w:rPr>
          <w:rFonts w:ascii="Sakkal Majalla" w:eastAsia="Times New Roman" w:hAnsi="Sakkal Majalla" w:cs="Sakkal Majalla"/>
          <w:b/>
          <w:bCs/>
          <w:szCs w:val="28"/>
          <w:rtl/>
        </w:rPr>
        <w:t xml:space="preserve"> </w:t>
      </w:r>
      <w:r w:rsidR="0016679F" w:rsidRPr="00D465E9">
        <w:rPr>
          <w:rFonts w:ascii="Sakkal Majalla" w:eastAsia="Times New Roman" w:hAnsi="Sakkal Majalla" w:cs="Sakkal Majalla"/>
          <w:b/>
          <w:bCs/>
          <w:szCs w:val="28"/>
          <w:rtl/>
        </w:rPr>
        <w:t>لم تكن الرحلة قصيرة، ولم يكن الحلم قريباً ولا الطريق كان محفوفاً بالتسهيلات، لكن من قال أنا لها "نالها"</w:t>
      </w:r>
      <w:r w:rsidRPr="00D465E9">
        <w:rPr>
          <w:rFonts w:ascii="Sakkal Majalla" w:eastAsia="Times New Roman" w:hAnsi="Sakkal Majalla" w:cs="Sakkal Majalla"/>
          <w:b/>
          <w:bCs/>
          <w:szCs w:val="28"/>
          <w:rtl/>
        </w:rPr>
        <w:t xml:space="preserve"> وأنا لها وإن أب</w:t>
      </w:r>
      <w:r w:rsidR="00D465E9">
        <w:rPr>
          <w:rFonts w:ascii="Sakkal Majalla" w:eastAsia="Times New Roman" w:hAnsi="Sakkal Majalla" w:cs="Sakkal Majalla" w:hint="cs"/>
          <w:b/>
          <w:bCs/>
          <w:szCs w:val="28"/>
          <w:rtl/>
        </w:rPr>
        <w:t>َ</w:t>
      </w:r>
      <w:r w:rsidRPr="00D465E9">
        <w:rPr>
          <w:rFonts w:ascii="Sakkal Majalla" w:eastAsia="Times New Roman" w:hAnsi="Sakkal Majalla" w:cs="Sakkal Majalla"/>
          <w:b/>
          <w:bCs/>
          <w:szCs w:val="28"/>
          <w:rtl/>
        </w:rPr>
        <w:t>ت رغماً عنها أتيت</w:t>
      </w:r>
      <w:r w:rsidR="00D465E9">
        <w:rPr>
          <w:rFonts w:ascii="Sakkal Majalla" w:eastAsia="Times New Roman" w:hAnsi="Sakkal Majalla" w:cs="Sakkal Majalla" w:hint="cs"/>
          <w:b/>
          <w:bCs/>
          <w:szCs w:val="28"/>
          <w:rtl/>
        </w:rPr>
        <w:t>ُ</w:t>
      </w:r>
      <w:r w:rsidRPr="00D465E9">
        <w:rPr>
          <w:rFonts w:ascii="Sakkal Majalla" w:eastAsia="Times New Roman" w:hAnsi="Sakkal Majalla" w:cs="Sakkal Majalla"/>
          <w:b/>
          <w:bCs/>
          <w:szCs w:val="28"/>
          <w:rtl/>
        </w:rPr>
        <w:t xml:space="preserve"> بها.</w:t>
      </w:r>
    </w:p>
    <w:p w14:paraId="6E6F2559" w14:textId="2EF6F5DE" w:rsidR="0016679F" w:rsidRPr="00D465E9" w:rsidRDefault="00D477E6" w:rsidP="00C022CA">
      <w:pPr>
        <w:bidi/>
        <w:spacing w:before="100" w:beforeAutospacing="1" w:after="100" w:afterAutospacing="1" w:line="240" w:lineRule="auto"/>
        <w:rPr>
          <w:rFonts w:ascii="Sakkal Majalla" w:eastAsia="Times New Roman" w:hAnsi="Sakkal Majalla" w:cs="Sakkal Majalla"/>
          <w:b/>
          <w:bCs/>
          <w:szCs w:val="28"/>
          <w:rtl/>
        </w:rPr>
      </w:pPr>
      <w:r w:rsidRPr="00D465E9">
        <w:rPr>
          <w:rFonts w:ascii="Sakkal Majalla" w:eastAsia="Times New Roman" w:hAnsi="Sakkal Majalla" w:cs="Sakkal Majalla"/>
          <w:b/>
          <w:bCs/>
          <w:szCs w:val="28"/>
          <w:rtl/>
        </w:rPr>
        <w:t xml:space="preserve">بكل الحب أهدي هذا النجاح </w:t>
      </w:r>
      <w:r w:rsidR="009F0F8E" w:rsidRPr="00D465E9">
        <w:rPr>
          <w:rFonts w:ascii="Sakkal Majalla" w:eastAsia="Times New Roman" w:hAnsi="Sakkal Majalla" w:cs="Sakkal Majalla"/>
          <w:b/>
          <w:bCs/>
          <w:szCs w:val="28"/>
          <w:rtl/>
        </w:rPr>
        <w:t>إلى</w:t>
      </w:r>
      <w:r w:rsidRPr="00D465E9">
        <w:rPr>
          <w:rFonts w:ascii="Sakkal Majalla" w:eastAsia="Times New Roman" w:hAnsi="Sakkal Majalla" w:cs="Sakkal Majalla"/>
          <w:b/>
          <w:bCs/>
          <w:szCs w:val="28"/>
          <w:rtl/>
        </w:rPr>
        <w:t xml:space="preserve"> </w:t>
      </w:r>
      <w:r w:rsidR="00C022CA" w:rsidRPr="00D465E9">
        <w:rPr>
          <w:rFonts w:ascii="Sakkal Majalla" w:eastAsia="Times New Roman" w:hAnsi="Sakkal Majalla" w:cs="Sakkal Majalla"/>
          <w:b/>
          <w:bCs/>
          <w:szCs w:val="28"/>
          <w:rtl/>
        </w:rPr>
        <w:t>الطفلة التي كنتُها يومًا، وأودعتني أحلامها، وأوكلت إليّ مهمة بلوغها</w:t>
      </w:r>
      <w:r w:rsidR="00C022CA" w:rsidRPr="00D465E9">
        <w:rPr>
          <w:rFonts w:ascii="Sakkal Majalla" w:eastAsia="Times New Roman" w:hAnsi="Sakkal Majalla" w:cs="Sakkal Majalla"/>
          <w:b/>
          <w:bCs/>
          <w:szCs w:val="28"/>
        </w:rPr>
        <w:t>…</w:t>
      </w:r>
      <w:r w:rsidR="00C022CA" w:rsidRPr="00D465E9">
        <w:rPr>
          <w:rFonts w:ascii="Sakkal Majalla" w:eastAsia="Times New Roman" w:hAnsi="Sakkal Majalla" w:cs="Sakkal Majalla"/>
          <w:b/>
          <w:bCs/>
          <w:szCs w:val="28"/>
        </w:rPr>
        <w:br/>
      </w:r>
      <w:r w:rsidR="00C022CA" w:rsidRPr="00D465E9">
        <w:rPr>
          <w:rFonts w:ascii="Sakkal Majalla" w:eastAsia="Times New Roman" w:hAnsi="Sakkal Majalla" w:cs="Sakkal Majalla"/>
          <w:b/>
          <w:bCs/>
          <w:szCs w:val="28"/>
          <w:rtl/>
        </w:rPr>
        <w:t xml:space="preserve">إلى روحها التي صبرت، وقلبها الذي وثق، وعزمها الذي لم ينكسر، رغم أنّ الطريق كانت شاقّة، </w:t>
      </w:r>
      <w:r w:rsidR="009F0F8E" w:rsidRPr="00D465E9">
        <w:rPr>
          <w:rFonts w:ascii="Sakkal Majalla" w:eastAsia="Times New Roman" w:hAnsi="Sakkal Majalla" w:cs="Sakkal Majalla"/>
          <w:b/>
          <w:bCs/>
          <w:szCs w:val="28"/>
          <w:rtl/>
        </w:rPr>
        <w:t>مليئة</w:t>
      </w:r>
      <w:r w:rsidR="00C022CA" w:rsidRPr="00D465E9">
        <w:rPr>
          <w:rFonts w:ascii="Sakkal Majalla" w:eastAsia="Times New Roman" w:hAnsi="Sakkal Majalla" w:cs="Sakkal Majalla"/>
          <w:b/>
          <w:bCs/>
          <w:szCs w:val="28"/>
          <w:rtl/>
        </w:rPr>
        <w:t xml:space="preserve"> بالعقبات، ومهيأة لأن يتنازل السائر فيها ويغادرها</w:t>
      </w:r>
      <w:r w:rsidR="00C022CA" w:rsidRPr="00D465E9">
        <w:rPr>
          <w:rFonts w:ascii="Sakkal Majalla" w:eastAsia="Times New Roman" w:hAnsi="Sakkal Majalla" w:cs="Sakkal Majalla"/>
          <w:b/>
          <w:bCs/>
          <w:szCs w:val="28"/>
        </w:rPr>
        <w:t>…</w:t>
      </w:r>
      <w:r w:rsidR="00C022CA" w:rsidRPr="00D465E9">
        <w:rPr>
          <w:rFonts w:ascii="Sakkal Majalla" w:eastAsia="Times New Roman" w:hAnsi="Sakkal Majalla" w:cs="Sakkal Majalla"/>
          <w:b/>
          <w:bCs/>
          <w:szCs w:val="28"/>
          <w:rtl/>
        </w:rPr>
        <w:t xml:space="preserve">لكنني مضيت، </w:t>
      </w:r>
      <w:r w:rsidR="009F0F8E" w:rsidRPr="00D465E9">
        <w:rPr>
          <w:rFonts w:ascii="Sakkal Majalla" w:eastAsia="Times New Roman" w:hAnsi="Sakkal Majalla" w:cs="Sakkal Majalla"/>
          <w:b/>
          <w:bCs/>
          <w:szCs w:val="28"/>
          <w:rtl/>
        </w:rPr>
        <w:t>ب</w:t>
      </w:r>
      <w:r w:rsidR="00C022CA" w:rsidRPr="00D465E9">
        <w:rPr>
          <w:rFonts w:ascii="Sakkal Majalla" w:eastAsia="Times New Roman" w:hAnsi="Sakkal Majalla" w:cs="Sakkal Majalla"/>
          <w:b/>
          <w:bCs/>
          <w:szCs w:val="28"/>
          <w:rtl/>
        </w:rPr>
        <w:t>إيمان</w:t>
      </w:r>
      <w:r w:rsidR="009F0F8E" w:rsidRPr="00D465E9">
        <w:rPr>
          <w:rFonts w:ascii="Sakkal Majalla" w:eastAsia="Times New Roman" w:hAnsi="Sakkal Majalla" w:cs="Sakkal Majalla"/>
          <w:b/>
          <w:bCs/>
          <w:szCs w:val="28"/>
          <w:rtl/>
        </w:rPr>
        <w:t xml:space="preserve">ٍ </w:t>
      </w:r>
      <w:r w:rsidR="00C022CA" w:rsidRPr="00D465E9">
        <w:rPr>
          <w:rFonts w:ascii="Sakkal Majalla" w:eastAsia="Times New Roman" w:hAnsi="Sakkal Majalla" w:cs="Sakkal Majalla"/>
          <w:b/>
          <w:bCs/>
          <w:szCs w:val="28"/>
          <w:rtl/>
        </w:rPr>
        <w:t>لا يلين، وفي قلبي جذوة الحلم حيّة لا تنطفئ</w:t>
      </w:r>
      <w:r w:rsidR="00C022CA" w:rsidRPr="00D465E9">
        <w:rPr>
          <w:rFonts w:ascii="Sakkal Majalla" w:eastAsia="Times New Roman" w:hAnsi="Sakkal Majalla" w:cs="Sakkal Majalla"/>
          <w:b/>
          <w:bCs/>
          <w:szCs w:val="28"/>
        </w:rPr>
        <w:t>.</w:t>
      </w:r>
    </w:p>
    <w:p w14:paraId="4E3B21BC" w14:textId="4AAA2D5E" w:rsidR="009F0F8E" w:rsidRPr="00D465E9" w:rsidRDefault="009F0F8E" w:rsidP="00095984">
      <w:pPr>
        <w:bidi/>
        <w:spacing w:before="100" w:beforeAutospacing="1" w:after="100" w:afterAutospacing="1" w:line="240" w:lineRule="auto"/>
        <w:rPr>
          <w:rFonts w:ascii="Sakkal Majalla" w:eastAsia="Times New Roman" w:hAnsi="Sakkal Majalla" w:cs="Sakkal Majalla"/>
          <w:b/>
          <w:bCs/>
          <w:szCs w:val="28"/>
          <w:rtl/>
        </w:rPr>
      </w:pPr>
      <w:r w:rsidRPr="00D465E9">
        <w:rPr>
          <w:rFonts w:ascii="Sakkal Majalla" w:eastAsia="Times New Roman" w:hAnsi="Sakkal Majalla" w:cs="Sakkal Majalla"/>
          <w:b/>
          <w:bCs/>
          <w:szCs w:val="28"/>
          <w:rtl/>
        </w:rPr>
        <w:t>إلى من علّمني أن الطريق، وإنْ طال، يختصره الصبر، وأن العزم هو المفتاح لكل أبواب الحياة "</w:t>
      </w:r>
      <w:r w:rsidR="00347AC4" w:rsidRPr="00D465E9">
        <w:rPr>
          <w:rFonts w:ascii="Sakkal Majalla" w:eastAsia="Times New Roman" w:hAnsi="Sakkal Majalla" w:cs="Sakkal Majalla" w:hint="cs"/>
          <w:b/>
          <w:bCs/>
          <w:szCs w:val="28"/>
          <w:rtl/>
        </w:rPr>
        <w:t>أبي</w:t>
      </w:r>
      <w:r w:rsidRPr="00D465E9">
        <w:rPr>
          <w:rFonts w:ascii="Sakkal Majalla" w:eastAsia="Times New Roman" w:hAnsi="Sakkal Majalla" w:cs="Sakkal Majalla"/>
          <w:b/>
          <w:bCs/>
          <w:szCs w:val="28"/>
          <w:rtl/>
        </w:rPr>
        <w:t xml:space="preserve"> الغالي"</w:t>
      </w:r>
      <w:r w:rsidR="00095984" w:rsidRPr="00D465E9">
        <w:rPr>
          <w:rFonts w:ascii="Sakkal Majalla" w:eastAsia="Times New Roman" w:hAnsi="Sakkal Majalla" w:cs="Sakkal Majalla"/>
          <w:b/>
          <w:bCs/>
          <w:szCs w:val="28"/>
          <w:rtl/>
        </w:rPr>
        <w:t xml:space="preserve"> إلى من رآني بعين الفخر قبل أن أرى نفسي، إلى من كان يوقن أن في داخلي بذرة ستثمر علمًا وإنجازًا، وأن الغد يحمل لي مكانًا بين الناجحين</w:t>
      </w:r>
      <w:r w:rsidR="00095984" w:rsidRPr="00D465E9">
        <w:rPr>
          <w:rFonts w:ascii="Sakkal Majalla" w:eastAsia="Times New Roman" w:hAnsi="Sakkal Majalla" w:cs="Sakkal Majalla"/>
          <w:b/>
          <w:bCs/>
          <w:szCs w:val="28"/>
        </w:rPr>
        <w:t>…</w:t>
      </w:r>
    </w:p>
    <w:p w14:paraId="2F1901C1" w14:textId="379D411D" w:rsidR="009F0F8E" w:rsidRPr="00D465E9" w:rsidRDefault="009F0F8E" w:rsidP="00095984">
      <w:pPr>
        <w:bidi/>
        <w:spacing w:before="100" w:beforeAutospacing="1" w:after="100" w:afterAutospacing="1" w:line="240" w:lineRule="auto"/>
        <w:rPr>
          <w:rFonts w:ascii="Sakkal Majalla" w:eastAsia="Times New Roman" w:hAnsi="Sakkal Majalla" w:cs="Sakkal Majalla"/>
          <w:b/>
          <w:bCs/>
          <w:szCs w:val="28"/>
          <w:rtl/>
        </w:rPr>
      </w:pPr>
      <w:r w:rsidRPr="00D465E9">
        <w:rPr>
          <w:rFonts w:ascii="Sakkal Majalla" w:eastAsia="Times New Roman" w:hAnsi="Sakkal Majalla" w:cs="Sakkal Majalla"/>
          <w:b/>
          <w:bCs/>
          <w:szCs w:val="28"/>
          <w:rtl/>
        </w:rPr>
        <w:t>إلى دفء أيامي، وملاذ روحي، وصوت الأمل حين يعلو الضباب،</w:t>
      </w:r>
      <w:r w:rsidRPr="00D465E9">
        <w:rPr>
          <w:rFonts w:ascii="Sakkal Majalla" w:hAnsi="Sakkal Majalla" w:cs="Sakkal Majalla"/>
          <w:b/>
          <w:bCs/>
          <w:sz w:val="32"/>
          <w:szCs w:val="24"/>
          <w:rtl/>
        </w:rPr>
        <w:t xml:space="preserve"> </w:t>
      </w:r>
      <w:r w:rsidR="00940EDE" w:rsidRPr="00D465E9">
        <w:rPr>
          <w:rFonts w:ascii="Sakkal Majalla" w:eastAsia="Times New Roman" w:hAnsi="Sakkal Majalla" w:cs="Sakkal Majalla"/>
          <w:b/>
          <w:bCs/>
          <w:szCs w:val="28"/>
          <w:rtl/>
        </w:rPr>
        <w:t xml:space="preserve">إلى </w:t>
      </w:r>
      <w:r w:rsidRPr="00D465E9">
        <w:rPr>
          <w:rFonts w:ascii="Sakkal Majalla" w:eastAsia="Times New Roman" w:hAnsi="Sakkal Majalla" w:cs="Sakkal Majalla"/>
          <w:b/>
          <w:bCs/>
          <w:szCs w:val="28"/>
          <w:rtl/>
        </w:rPr>
        <w:t>القلب الذي لا يعرف إلا الحب</w:t>
      </w:r>
      <w:r w:rsidR="00095984" w:rsidRPr="00D465E9">
        <w:rPr>
          <w:rFonts w:ascii="Sakkal Majalla" w:eastAsia="Times New Roman" w:hAnsi="Sakkal Majalla" w:cs="Sakkal Majalla"/>
          <w:b/>
          <w:bCs/>
          <w:szCs w:val="28"/>
          <w:rtl/>
        </w:rPr>
        <w:t xml:space="preserve"> </w:t>
      </w:r>
      <w:r w:rsidR="00940EDE" w:rsidRPr="00D465E9">
        <w:rPr>
          <w:rFonts w:ascii="Sakkal Majalla" w:eastAsia="Times New Roman" w:hAnsi="Sakkal Majalla" w:cs="Sakkal Majalla"/>
          <w:b/>
          <w:bCs/>
          <w:szCs w:val="28"/>
          <w:rtl/>
        </w:rPr>
        <w:t>"أمي الغالية"</w:t>
      </w:r>
      <w:r w:rsidR="00095984" w:rsidRPr="00D465E9">
        <w:rPr>
          <w:rFonts w:ascii="Sakkal Majalla" w:eastAsia="Times New Roman" w:hAnsi="Sakkal Majalla" w:cs="Sakkal Majalla"/>
          <w:b/>
          <w:bCs/>
          <w:szCs w:val="28"/>
          <w:rtl/>
        </w:rPr>
        <w:t xml:space="preserve"> المتفائلة كثيرة العزم، التي ترى النور وسط العتمة، والبداية وسط العثرة</w:t>
      </w:r>
      <w:r w:rsidR="00095984" w:rsidRPr="00D465E9">
        <w:rPr>
          <w:rFonts w:ascii="Sakkal Majalla" w:eastAsia="Times New Roman" w:hAnsi="Sakkal Majalla" w:cs="Sakkal Majalla"/>
          <w:b/>
          <w:bCs/>
          <w:szCs w:val="28"/>
        </w:rPr>
        <w:t>…</w:t>
      </w:r>
      <w:r w:rsidR="00095984" w:rsidRPr="00D465E9">
        <w:rPr>
          <w:rFonts w:ascii="Sakkal Majalla" w:eastAsia="Times New Roman" w:hAnsi="Sakkal Majalla" w:cs="Sakkal Majalla"/>
          <w:b/>
          <w:bCs/>
          <w:szCs w:val="28"/>
        </w:rPr>
        <w:br/>
      </w:r>
      <w:r w:rsidR="00095984" w:rsidRPr="00D465E9">
        <w:rPr>
          <w:rFonts w:ascii="Sakkal Majalla" w:eastAsia="Times New Roman" w:hAnsi="Sakkal Majalla" w:cs="Sakkal Majalla"/>
          <w:b/>
          <w:bCs/>
          <w:szCs w:val="28"/>
          <w:rtl/>
        </w:rPr>
        <w:t>إلى من غرست فيّ العزيمة، وسقتها بدعائها، حتى أزهرت حلمًا وعلماً</w:t>
      </w:r>
      <w:r w:rsidR="00095984" w:rsidRPr="00D465E9">
        <w:rPr>
          <w:rFonts w:ascii="Sakkal Majalla" w:eastAsia="Times New Roman" w:hAnsi="Sakkal Majalla" w:cs="Sakkal Majalla"/>
          <w:b/>
          <w:bCs/>
          <w:szCs w:val="28"/>
        </w:rPr>
        <w:t>…</w:t>
      </w:r>
    </w:p>
    <w:p w14:paraId="4DA33594" w14:textId="77777777" w:rsidR="00D465E9" w:rsidRDefault="00940EDE" w:rsidP="00D465E9">
      <w:pPr>
        <w:bidi/>
        <w:spacing w:before="100" w:beforeAutospacing="1" w:after="100" w:afterAutospacing="1" w:line="240" w:lineRule="auto"/>
        <w:rPr>
          <w:rFonts w:ascii="Sakkal Majalla" w:eastAsia="Times New Roman" w:hAnsi="Sakkal Majalla" w:cs="Sakkal Majalla"/>
          <w:b/>
          <w:bCs/>
          <w:szCs w:val="28"/>
          <w:rtl/>
        </w:rPr>
      </w:pPr>
      <w:r w:rsidRPr="00D465E9">
        <w:rPr>
          <w:rFonts w:ascii="Sakkal Majalla" w:eastAsia="Times New Roman" w:hAnsi="Sakkal Majalla" w:cs="Sakkal Majalla"/>
          <w:b/>
          <w:bCs/>
          <w:szCs w:val="28"/>
          <w:rtl/>
        </w:rPr>
        <w:t xml:space="preserve">إلى </w:t>
      </w:r>
      <w:r w:rsidR="00095984" w:rsidRPr="00D465E9">
        <w:rPr>
          <w:rFonts w:ascii="Sakkal Majalla" w:eastAsia="Times New Roman" w:hAnsi="Sakkal Majalla" w:cs="Sakkal Majalla"/>
          <w:b/>
          <w:bCs/>
          <w:szCs w:val="28"/>
          <w:rtl/>
        </w:rPr>
        <w:t xml:space="preserve">أركاني الأربعة، </w:t>
      </w:r>
      <w:r w:rsidRPr="00D465E9">
        <w:rPr>
          <w:rFonts w:ascii="Sakkal Majalla" w:eastAsia="Times New Roman" w:hAnsi="Sakkal Majalla" w:cs="Sakkal Majalla"/>
          <w:b/>
          <w:bCs/>
          <w:szCs w:val="28"/>
          <w:rtl/>
        </w:rPr>
        <w:t>شركاء الطفولة</w:t>
      </w:r>
      <w:r w:rsidR="00095984" w:rsidRPr="00D465E9">
        <w:rPr>
          <w:rFonts w:ascii="Sakkal Majalla" w:eastAsia="Times New Roman" w:hAnsi="Sakkal Majalla" w:cs="Sakkal Majalla" w:hint="cs"/>
          <w:b/>
          <w:bCs/>
          <w:szCs w:val="28"/>
          <w:rtl/>
        </w:rPr>
        <w:t xml:space="preserve">، شهود البدايات </w:t>
      </w:r>
      <w:r w:rsidRPr="00D465E9">
        <w:rPr>
          <w:rFonts w:ascii="Sakkal Majalla" w:eastAsia="Times New Roman" w:hAnsi="Sakkal Majalla" w:cs="Sakkal Majalla"/>
          <w:b/>
          <w:bCs/>
          <w:szCs w:val="28"/>
          <w:rtl/>
        </w:rPr>
        <w:t>وسند الشباب وأعمدة الفرح في حياتي، إلى "إخوتي" حائط الأمان و</w:t>
      </w:r>
      <w:r w:rsidR="00347AC4" w:rsidRPr="00D465E9">
        <w:rPr>
          <w:rFonts w:ascii="Sakkal Majalla" w:eastAsia="Times New Roman" w:hAnsi="Sakkal Majalla" w:cs="Sakkal Majalla" w:hint="cs"/>
          <w:b/>
          <w:bCs/>
          <w:szCs w:val="28"/>
          <w:rtl/>
        </w:rPr>
        <w:t>"</w:t>
      </w:r>
      <w:r w:rsidRPr="00D465E9">
        <w:rPr>
          <w:rFonts w:ascii="Sakkal Majalla" w:eastAsia="Times New Roman" w:hAnsi="Sakkal Majalla" w:cs="Sakkal Majalla"/>
          <w:b/>
          <w:bCs/>
          <w:szCs w:val="28"/>
          <w:rtl/>
        </w:rPr>
        <w:t>أختي الوحيدة</w:t>
      </w:r>
      <w:r w:rsidR="00347AC4" w:rsidRPr="00D465E9">
        <w:rPr>
          <w:rFonts w:ascii="Sakkal Majalla" w:eastAsia="Times New Roman" w:hAnsi="Sakkal Majalla" w:cs="Sakkal Majalla" w:hint="cs"/>
          <w:b/>
          <w:bCs/>
          <w:szCs w:val="28"/>
          <w:rtl/>
        </w:rPr>
        <w:t>"</w:t>
      </w:r>
      <w:r w:rsidRPr="00D465E9">
        <w:rPr>
          <w:rFonts w:ascii="Sakkal Majalla" w:eastAsia="Times New Roman" w:hAnsi="Sakkal Majalla" w:cs="Sakkal Majalla"/>
          <w:b/>
          <w:bCs/>
          <w:szCs w:val="28"/>
          <w:rtl/>
        </w:rPr>
        <w:t xml:space="preserve"> رفيقة عمري ومرآتي وسرّي</w:t>
      </w:r>
      <w:r w:rsidR="00D465E9">
        <w:rPr>
          <w:rFonts w:ascii="Sakkal Majalla" w:eastAsia="Times New Roman" w:hAnsi="Sakkal Majalla" w:cs="Sakkal Majalla" w:hint="cs"/>
          <w:b/>
          <w:bCs/>
          <w:szCs w:val="28"/>
          <w:rtl/>
        </w:rPr>
        <w:t>..</w:t>
      </w:r>
    </w:p>
    <w:p w14:paraId="44F850F2" w14:textId="2032884A" w:rsidR="00003B83" w:rsidRPr="00D465E9" w:rsidRDefault="00003B83" w:rsidP="00D465E9">
      <w:pPr>
        <w:bidi/>
        <w:spacing w:before="100" w:beforeAutospacing="1" w:after="100" w:afterAutospacing="1" w:line="240" w:lineRule="auto"/>
        <w:rPr>
          <w:rFonts w:ascii="Sakkal Majalla" w:eastAsia="Times New Roman" w:hAnsi="Sakkal Majalla" w:cs="Sakkal Majalla"/>
          <w:b/>
          <w:bCs/>
          <w:szCs w:val="28"/>
          <w:rtl/>
        </w:rPr>
      </w:pPr>
      <w:r w:rsidRPr="00347AC4">
        <w:rPr>
          <w:rFonts w:ascii="Sakkal Majalla" w:eastAsia="Times New Roman" w:hAnsi="Sakkal Majalla" w:cs="Sakkal Majalla"/>
          <w:szCs w:val="28"/>
        </w:rPr>
        <w:br/>
      </w:r>
      <w:r w:rsidRPr="00D465E9">
        <w:rPr>
          <w:rFonts w:ascii="Sakkal Majalla" w:eastAsia="Times New Roman" w:hAnsi="Sakkal Majalla" w:cs="Sakkal Majalla"/>
          <w:b/>
          <w:bCs/>
          <w:szCs w:val="28"/>
          <w:rtl/>
        </w:rPr>
        <w:t>إلى نسيم الطمأنينة حين اشتد التعب،</w:t>
      </w:r>
      <w:r w:rsidRPr="00D465E9">
        <w:rPr>
          <w:rFonts w:ascii="Sakkal Majalla" w:hAnsi="Sakkal Majalla" w:cs="Sakkal Majalla"/>
          <w:b/>
          <w:bCs/>
          <w:sz w:val="32"/>
          <w:szCs w:val="24"/>
          <w:rtl/>
        </w:rPr>
        <w:t xml:space="preserve"> </w:t>
      </w:r>
      <w:r w:rsidRPr="00D465E9">
        <w:rPr>
          <w:rFonts w:ascii="Sakkal Majalla" w:eastAsia="Times New Roman" w:hAnsi="Sakkal Majalla" w:cs="Sakkal Majalla"/>
          <w:b/>
          <w:bCs/>
          <w:szCs w:val="28"/>
          <w:rtl/>
        </w:rPr>
        <w:t xml:space="preserve">إلى رفيقات الرحلة، وشريكات </w:t>
      </w:r>
      <w:r w:rsidR="00095984" w:rsidRPr="00D465E9">
        <w:rPr>
          <w:rFonts w:ascii="Sakkal Majalla" w:eastAsia="Times New Roman" w:hAnsi="Sakkal Majalla" w:cs="Sakkal Majalla"/>
          <w:b/>
          <w:bCs/>
          <w:szCs w:val="28"/>
          <w:rtl/>
        </w:rPr>
        <w:t>الصبر “</w:t>
      </w:r>
      <w:r w:rsidR="00095984" w:rsidRPr="00D465E9">
        <w:rPr>
          <w:rFonts w:ascii="Sakkal Majalla" w:eastAsia="Times New Roman" w:hAnsi="Sakkal Majalla" w:cs="Sakkal Majalla"/>
          <w:b/>
          <w:bCs/>
          <w:sz w:val="32"/>
          <w:szCs w:val="32"/>
          <w:rtl/>
        </w:rPr>
        <w:t>بناتي</w:t>
      </w:r>
      <w:r w:rsidR="00095984" w:rsidRPr="00D465E9">
        <w:rPr>
          <w:rFonts w:ascii="Sakkal Majalla" w:eastAsia="Times New Roman" w:hAnsi="Sakkal Majalla" w:cs="Sakkal Majalla"/>
          <w:b/>
          <w:bCs/>
          <w:szCs w:val="28"/>
          <w:rtl/>
        </w:rPr>
        <w:t>"</w:t>
      </w:r>
      <w:r w:rsidRPr="00D465E9">
        <w:rPr>
          <w:rFonts w:ascii="Sakkal Majalla" w:eastAsia="Times New Roman" w:hAnsi="Sakkal Majalla" w:cs="Sakkal Majalla"/>
          <w:b/>
          <w:bCs/>
          <w:szCs w:val="28"/>
          <w:rtl/>
        </w:rPr>
        <w:t>،</w:t>
      </w:r>
      <w:r w:rsidRPr="00D465E9">
        <w:rPr>
          <w:rFonts w:ascii="Sakkal Majalla" w:hAnsi="Sakkal Majalla" w:cs="Sakkal Majalla"/>
          <w:b/>
          <w:bCs/>
          <w:sz w:val="32"/>
          <w:szCs w:val="24"/>
          <w:rtl/>
        </w:rPr>
        <w:t xml:space="preserve"> </w:t>
      </w:r>
      <w:r w:rsidRPr="00D465E9">
        <w:rPr>
          <w:rFonts w:ascii="Sakkal Majalla" w:eastAsia="Times New Roman" w:hAnsi="Sakkal Majalla" w:cs="Sakkal Majalla"/>
          <w:b/>
          <w:bCs/>
          <w:szCs w:val="28"/>
          <w:rtl/>
        </w:rPr>
        <w:t>كنتن السند الصغير الذي كبر في قلبي، والدافع الذي أنار لي الطريق، والابتسامة التي خففت عني مشقة المسير. كنتن النور الذي يضيء لي عتمة التعب، والضحكة التي تخفف وطأة الإرهاق، والدافع الذي يدفعني لأمضي مهما طال الطريق</w:t>
      </w:r>
      <w:r w:rsidR="00095984" w:rsidRPr="00D465E9">
        <w:rPr>
          <w:rFonts w:ascii="Sakkal Majalla" w:eastAsia="Times New Roman" w:hAnsi="Sakkal Majalla" w:cs="Sakkal Majalla"/>
          <w:b/>
          <w:bCs/>
          <w:szCs w:val="28"/>
          <w:rtl/>
        </w:rPr>
        <w:t>.</w:t>
      </w:r>
      <w:r w:rsidR="00095984" w:rsidRPr="00D465E9">
        <w:rPr>
          <w:rFonts w:ascii="Sakkal Majalla" w:hAnsi="Sakkal Majalla" w:cs="Sakkal Majalla"/>
          <w:b/>
          <w:bCs/>
          <w:sz w:val="32"/>
          <w:szCs w:val="24"/>
          <w:rtl/>
        </w:rPr>
        <w:t xml:space="preserve"> </w:t>
      </w:r>
      <w:r w:rsidR="00095984" w:rsidRPr="00D465E9">
        <w:rPr>
          <w:rFonts w:ascii="Sakkal Majalla" w:eastAsia="Times New Roman" w:hAnsi="Sakkal Majalla" w:cs="Sakkal Majalla"/>
          <w:b/>
          <w:bCs/>
          <w:szCs w:val="28"/>
          <w:rtl/>
        </w:rPr>
        <w:t>أهديكن هذا الإنجاز، وأستودع المولى رجاءً أن أرى كل واحدة منكن، يومًا ما، في مثل مقامي هذا، تعانق حلمها وتقطف ثمرة جهدها مكللة بالفخر والظفر</w:t>
      </w:r>
      <w:r w:rsidR="00095984" w:rsidRPr="00D465E9">
        <w:rPr>
          <w:rFonts w:ascii="Sakkal Majalla" w:eastAsia="Times New Roman" w:hAnsi="Sakkal Majalla" w:cs="Sakkal Majalla"/>
          <w:b/>
          <w:bCs/>
          <w:szCs w:val="28"/>
        </w:rPr>
        <w:t>.</w:t>
      </w:r>
    </w:p>
    <w:p w14:paraId="2FADE8A5" w14:textId="77777777" w:rsidR="00940EDE" w:rsidRDefault="00940EDE" w:rsidP="00940EDE">
      <w:pPr>
        <w:bidi/>
        <w:spacing w:before="100" w:beforeAutospacing="1" w:after="100" w:afterAutospacing="1" w:line="240" w:lineRule="auto"/>
        <w:rPr>
          <w:rFonts w:ascii="Times New Roman" w:eastAsia="Times New Roman" w:hAnsi="Times New Roman" w:cs="Times New Roman"/>
          <w:b/>
          <w:bCs/>
          <w:sz w:val="24"/>
          <w:szCs w:val="24"/>
          <w:rtl/>
        </w:rPr>
      </w:pPr>
    </w:p>
    <w:p w14:paraId="6F542567" w14:textId="77777777" w:rsidR="00A00FFB" w:rsidRDefault="00A00FFB" w:rsidP="00A00FFB">
      <w:pPr>
        <w:bidi/>
        <w:spacing w:before="100" w:beforeAutospacing="1" w:after="100" w:afterAutospacing="1" w:line="240" w:lineRule="auto"/>
        <w:rPr>
          <w:rFonts w:ascii="Times New Roman" w:eastAsia="Times New Roman" w:hAnsi="Times New Roman" w:cs="Times New Roman"/>
          <w:b/>
          <w:bCs/>
          <w:sz w:val="24"/>
          <w:szCs w:val="24"/>
          <w:rtl/>
        </w:rPr>
      </w:pPr>
    </w:p>
    <w:p w14:paraId="4C55B38C" w14:textId="77777777" w:rsidR="00A00FFB" w:rsidRDefault="00A00FFB" w:rsidP="00A00FFB">
      <w:pPr>
        <w:bidi/>
        <w:spacing w:before="100" w:beforeAutospacing="1" w:after="100" w:afterAutospacing="1" w:line="240" w:lineRule="auto"/>
        <w:rPr>
          <w:rFonts w:ascii="Times New Roman" w:eastAsia="Times New Roman" w:hAnsi="Times New Roman" w:cs="Times New Roman"/>
          <w:b/>
          <w:bCs/>
          <w:sz w:val="24"/>
          <w:szCs w:val="24"/>
          <w:rtl/>
        </w:rPr>
      </w:pPr>
    </w:p>
    <w:p w14:paraId="68287787" w14:textId="4B6C0537" w:rsidR="00347AC4" w:rsidRPr="00347AC4" w:rsidRDefault="00D465E9" w:rsidP="00347AC4">
      <w:pPr>
        <w:bidi/>
        <w:spacing w:before="100" w:beforeAutospacing="1" w:after="100" w:afterAutospacing="1" w:line="240" w:lineRule="auto"/>
        <w:outlineLvl w:val="1"/>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lastRenderedPageBreak/>
        <w:t>ملخص الدراسة</w:t>
      </w:r>
    </w:p>
    <w:p w14:paraId="737E5580" w14:textId="77777777" w:rsidR="00347AC4" w:rsidRPr="00347AC4" w:rsidRDefault="00347AC4" w:rsidP="00347AC4">
      <w:pPr>
        <w:bidi/>
        <w:spacing w:before="100" w:beforeAutospacing="1" w:after="100" w:afterAutospacing="1" w:line="240" w:lineRule="auto"/>
        <w:rPr>
          <w:rFonts w:ascii="Sakkal Majalla" w:eastAsia="Times New Roman" w:hAnsi="Sakkal Majalla" w:cs="Sakkal Majalla"/>
          <w:szCs w:val="28"/>
        </w:rPr>
      </w:pPr>
      <w:r w:rsidRPr="00347AC4">
        <w:rPr>
          <w:rFonts w:ascii="Sakkal Majalla" w:eastAsia="Times New Roman" w:hAnsi="Sakkal Majalla" w:cs="Sakkal Majalla"/>
          <w:szCs w:val="28"/>
          <w:rtl/>
        </w:rPr>
        <w:t xml:space="preserve">تهدف هذه الدراسة إلى تحليل العوامل المؤثرة في استدامة الابتكار داخل الجهات الحكومية السعودية، مع التركيز على الدور </w:t>
      </w:r>
      <w:proofErr w:type="spellStart"/>
      <w:r w:rsidRPr="00347AC4">
        <w:rPr>
          <w:rFonts w:ascii="Sakkal Majalla" w:eastAsia="Times New Roman" w:hAnsi="Sakkal Majalla" w:cs="Sakkal Majalla"/>
          <w:szCs w:val="28"/>
          <w:rtl/>
        </w:rPr>
        <w:t>التمكيني</w:t>
      </w:r>
      <w:proofErr w:type="spellEnd"/>
      <w:r w:rsidRPr="00347AC4">
        <w:rPr>
          <w:rFonts w:ascii="Sakkal Majalla" w:eastAsia="Times New Roman" w:hAnsi="Sakkal Majalla" w:cs="Sakkal Majalla"/>
          <w:szCs w:val="28"/>
          <w:rtl/>
        </w:rPr>
        <w:t xml:space="preserve"> للشركات الاستشارية والقدرة الامتصاصية المعرفية كآلية وسيطة. اعتمد البحث على منهج مختلط يجمع بين التحليل الكمي عبر استبيانات موجهة للعاملين في الجهات الحكومية، والتحليل النوعي من خلال مقابلات شبه منظمة وتحليل الإجابات النصية المفتوحة</w:t>
      </w:r>
      <w:r w:rsidRPr="00347AC4">
        <w:rPr>
          <w:rFonts w:ascii="Sakkal Majalla" w:eastAsia="Times New Roman" w:hAnsi="Sakkal Majalla" w:cs="Sakkal Majalla"/>
          <w:szCs w:val="28"/>
        </w:rPr>
        <w:t>.</w:t>
      </w:r>
    </w:p>
    <w:p w14:paraId="50A2F913" w14:textId="77777777" w:rsidR="00347AC4" w:rsidRPr="00347AC4" w:rsidRDefault="00347AC4" w:rsidP="00347AC4">
      <w:pPr>
        <w:bidi/>
        <w:spacing w:before="100" w:beforeAutospacing="1" w:after="100" w:afterAutospacing="1" w:line="240" w:lineRule="auto"/>
        <w:rPr>
          <w:rFonts w:ascii="Sakkal Majalla" w:eastAsia="Times New Roman" w:hAnsi="Sakkal Majalla" w:cs="Sakkal Majalla"/>
          <w:szCs w:val="28"/>
        </w:rPr>
      </w:pPr>
      <w:r w:rsidRPr="00347AC4">
        <w:rPr>
          <w:rFonts w:ascii="Sakkal Majalla" w:eastAsia="Times New Roman" w:hAnsi="Sakkal Majalla" w:cs="Sakkal Majalla"/>
          <w:szCs w:val="28"/>
          <w:rtl/>
        </w:rPr>
        <w:t xml:space="preserve">أظهرت النتائج أن الدور </w:t>
      </w:r>
      <w:proofErr w:type="spellStart"/>
      <w:r w:rsidRPr="00347AC4">
        <w:rPr>
          <w:rFonts w:ascii="Sakkal Majalla" w:eastAsia="Times New Roman" w:hAnsi="Sakkal Majalla" w:cs="Sakkal Majalla"/>
          <w:szCs w:val="28"/>
          <w:rtl/>
        </w:rPr>
        <w:t>التمكيني</w:t>
      </w:r>
      <w:proofErr w:type="spellEnd"/>
      <w:r w:rsidRPr="00347AC4">
        <w:rPr>
          <w:rFonts w:ascii="Sakkal Majalla" w:eastAsia="Times New Roman" w:hAnsi="Sakkal Majalla" w:cs="Sakkal Majalla"/>
          <w:szCs w:val="28"/>
          <w:rtl/>
        </w:rPr>
        <w:t xml:space="preserve"> للشركات الاستشارية، خاصة في نقل المعرفة وبناء القدرات، يمثل العامل الأكثر تأثيرًا مباشرًا على استدامة الابتكار، يليه تفعيل الآليات المؤسسية لحفظ وتدوير المعرفة. كما بيّنت أن القدرة الامتصاصية المعرفية تمثل حلقة وصل محورية بين العوامل الداخلية والدعم الاستشاري، وتؤثر مباشرة على القدرة المؤسسية للاستمرار في الابتكار</w:t>
      </w:r>
      <w:r w:rsidRPr="00347AC4">
        <w:rPr>
          <w:rFonts w:ascii="Sakkal Majalla" w:eastAsia="Times New Roman" w:hAnsi="Sakkal Majalla" w:cs="Sakkal Majalla"/>
          <w:szCs w:val="28"/>
        </w:rPr>
        <w:t>.</w:t>
      </w:r>
    </w:p>
    <w:p w14:paraId="173A2532" w14:textId="77777777" w:rsidR="00347AC4" w:rsidRPr="00347AC4" w:rsidRDefault="00347AC4" w:rsidP="00347AC4">
      <w:pPr>
        <w:bidi/>
        <w:spacing w:before="100" w:beforeAutospacing="1" w:after="100" w:afterAutospacing="1" w:line="240" w:lineRule="auto"/>
        <w:rPr>
          <w:rFonts w:ascii="Sakkal Majalla" w:eastAsia="Times New Roman" w:hAnsi="Sakkal Majalla" w:cs="Sakkal Majalla"/>
          <w:szCs w:val="28"/>
        </w:rPr>
      </w:pPr>
      <w:r w:rsidRPr="00347AC4">
        <w:rPr>
          <w:rFonts w:ascii="Sakkal Majalla" w:eastAsia="Times New Roman" w:hAnsi="Sakkal Majalla" w:cs="Sakkal Majalla"/>
          <w:szCs w:val="28"/>
          <w:rtl/>
        </w:rPr>
        <w:t>استنادًا إلى النتائج، طوّرت الدراسة نموذجًا عمليًا تكامليًا يُدار من قبل الشركات الاستشارية، ويتضمن مراحل تنفيذ واضحة، وأدوار محددة لكل طرف، وآليات متابعة وضمان استمرارية ما بعد انتهاء المشروع. يسهم هذا النموذج في تحويل التدخلات المؤقتة إلى ممارسات مؤسسية راسخة، ويعالج القيود الإدارية والبشرية التي تواجه الجهات الحكومية</w:t>
      </w:r>
      <w:r w:rsidRPr="00347AC4">
        <w:rPr>
          <w:rFonts w:ascii="Sakkal Majalla" w:eastAsia="Times New Roman" w:hAnsi="Sakkal Majalla" w:cs="Sakkal Majalla"/>
          <w:szCs w:val="28"/>
        </w:rPr>
        <w:t>.</w:t>
      </w:r>
    </w:p>
    <w:p w14:paraId="18FA6F77" w14:textId="77777777" w:rsidR="00D465E9" w:rsidRDefault="00347AC4" w:rsidP="00347AC4">
      <w:pPr>
        <w:bidi/>
        <w:spacing w:before="100" w:beforeAutospacing="1" w:after="100" w:afterAutospacing="1" w:line="240" w:lineRule="auto"/>
        <w:rPr>
          <w:rFonts w:ascii="Sakkal Majalla" w:eastAsia="Times New Roman" w:hAnsi="Sakkal Majalla" w:cs="Sakkal Majalla"/>
          <w:szCs w:val="28"/>
          <w:rtl/>
        </w:rPr>
      </w:pPr>
      <w:r w:rsidRPr="00347AC4">
        <w:rPr>
          <w:rFonts w:ascii="Sakkal Majalla" w:eastAsia="Times New Roman" w:hAnsi="Sakkal Majalla" w:cs="Sakkal Majalla"/>
          <w:szCs w:val="28"/>
          <w:rtl/>
        </w:rPr>
        <w:t>توصي الدراسة بتبني هذا النموذج من قبل الشركات الاستشارية العاملة مع القطاع الحكومي، مع تعزيز القدرات الداخلية للجهات المستفيدة، وإدراج الابتكار ضمن هياكلها وسياساتها لضمان استدامته</w:t>
      </w:r>
      <w:r w:rsidRPr="00347AC4">
        <w:rPr>
          <w:rFonts w:ascii="Sakkal Majalla" w:eastAsia="Times New Roman" w:hAnsi="Sakkal Majalla" w:cs="Sakkal Majalla"/>
          <w:szCs w:val="28"/>
        </w:rPr>
        <w:t>.</w:t>
      </w:r>
    </w:p>
    <w:p w14:paraId="2CB1BA18" w14:textId="16F3907B" w:rsidR="00347AC4" w:rsidRDefault="00347AC4" w:rsidP="00D465E9">
      <w:pPr>
        <w:bidi/>
        <w:spacing w:before="100" w:beforeAutospacing="1" w:after="100" w:afterAutospacing="1" w:line="240" w:lineRule="auto"/>
        <w:rPr>
          <w:rFonts w:ascii="Sakkal Majalla" w:eastAsia="Times New Roman" w:hAnsi="Sakkal Majalla" w:cs="Sakkal Majalla"/>
          <w:szCs w:val="28"/>
          <w:rtl/>
        </w:rPr>
      </w:pPr>
      <w:r w:rsidRPr="00347AC4">
        <w:rPr>
          <w:rFonts w:ascii="Sakkal Majalla" w:eastAsia="Times New Roman" w:hAnsi="Sakkal Majalla" w:cs="Sakkal Majalla"/>
          <w:szCs w:val="28"/>
        </w:rPr>
        <w:br/>
      </w:r>
      <w:r w:rsidRPr="00347AC4">
        <w:rPr>
          <w:rFonts w:ascii="Sakkal Majalla" w:eastAsia="Times New Roman" w:hAnsi="Sakkal Majalla" w:cs="Sakkal Majalla"/>
          <w:b/>
          <w:bCs/>
          <w:szCs w:val="28"/>
          <w:rtl/>
        </w:rPr>
        <w:t>الكلمات المفتاحية</w:t>
      </w:r>
      <w:r w:rsidRPr="00347AC4">
        <w:rPr>
          <w:rFonts w:ascii="Sakkal Majalla" w:eastAsia="Times New Roman" w:hAnsi="Sakkal Majalla" w:cs="Sakkal Majalla"/>
          <w:b/>
          <w:bCs/>
          <w:szCs w:val="28"/>
        </w:rPr>
        <w:t>:</w:t>
      </w:r>
      <w:r w:rsidRPr="00347AC4">
        <w:rPr>
          <w:rFonts w:ascii="Sakkal Majalla" w:eastAsia="Times New Roman" w:hAnsi="Sakkal Majalla" w:cs="Sakkal Majalla"/>
          <w:szCs w:val="28"/>
        </w:rPr>
        <w:t xml:space="preserve"> </w:t>
      </w:r>
      <w:r w:rsidRPr="00347AC4">
        <w:rPr>
          <w:rFonts w:ascii="Sakkal Majalla" w:eastAsia="Times New Roman" w:hAnsi="Sakkal Majalla" w:cs="Sakkal Majalla"/>
          <w:szCs w:val="28"/>
          <w:rtl/>
        </w:rPr>
        <w:t>استدامة الابتكار، القدرة الامتصاصية، الشركات الاستشارية، القطاع الحكومي، الآليات المؤسسية</w:t>
      </w:r>
      <w:r w:rsidRPr="00347AC4">
        <w:rPr>
          <w:rFonts w:ascii="Sakkal Majalla" w:eastAsia="Times New Roman" w:hAnsi="Sakkal Majalla" w:cs="Sakkal Majalla"/>
          <w:szCs w:val="28"/>
        </w:rPr>
        <w:t>.</w:t>
      </w:r>
    </w:p>
    <w:p w14:paraId="2758B6ED" w14:textId="77777777" w:rsidR="00347AC4" w:rsidRDefault="00347AC4" w:rsidP="00347AC4">
      <w:pPr>
        <w:bidi/>
        <w:spacing w:before="100" w:beforeAutospacing="1" w:after="100" w:afterAutospacing="1" w:line="240" w:lineRule="auto"/>
        <w:rPr>
          <w:rFonts w:ascii="Sakkal Majalla" w:eastAsia="Times New Roman" w:hAnsi="Sakkal Majalla" w:cs="Sakkal Majalla"/>
          <w:szCs w:val="28"/>
          <w:rtl/>
        </w:rPr>
      </w:pPr>
    </w:p>
    <w:p w14:paraId="5273A773" w14:textId="77777777" w:rsidR="00347AC4" w:rsidRDefault="00347AC4" w:rsidP="00347AC4">
      <w:pPr>
        <w:bidi/>
        <w:spacing w:before="100" w:beforeAutospacing="1" w:after="100" w:afterAutospacing="1" w:line="240" w:lineRule="auto"/>
        <w:rPr>
          <w:rFonts w:ascii="Sakkal Majalla" w:eastAsia="Times New Roman" w:hAnsi="Sakkal Majalla" w:cs="Sakkal Majalla"/>
          <w:szCs w:val="28"/>
          <w:rtl/>
        </w:rPr>
      </w:pPr>
    </w:p>
    <w:p w14:paraId="2745DCAC" w14:textId="77777777" w:rsidR="00347AC4" w:rsidRDefault="00347AC4" w:rsidP="00347AC4">
      <w:pPr>
        <w:bidi/>
        <w:spacing w:before="100" w:beforeAutospacing="1" w:after="100" w:afterAutospacing="1" w:line="240" w:lineRule="auto"/>
        <w:rPr>
          <w:rFonts w:ascii="Sakkal Majalla" w:eastAsia="Times New Roman" w:hAnsi="Sakkal Majalla" w:cs="Sakkal Majalla"/>
          <w:szCs w:val="28"/>
          <w:rtl/>
        </w:rPr>
      </w:pPr>
    </w:p>
    <w:p w14:paraId="3DC8C49F" w14:textId="77777777" w:rsidR="00347AC4" w:rsidRDefault="00347AC4" w:rsidP="00347AC4">
      <w:pPr>
        <w:bidi/>
        <w:spacing w:before="100" w:beforeAutospacing="1" w:after="100" w:afterAutospacing="1" w:line="240" w:lineRule="auto"/>
        <w:rPr>
          <w:rFonts w:ascii="Sakkal Majalla" w:eastAsia="Times New Roman" w:hAnsi="Sakkal Majalla" w:cs="Sakkal Majalla"/>
          <w:szCs w:val="28"/>
          <w:rtl/>
        </w:rPr>
      </w:pPr>
    </w:p>
    <w:p w14:paraId="61B6D464" w14:textId="77777777" w:rsidR="00347AC4" w:rsidRDefault="00347AC4" w:rsidP="00347AC4">
      <w:pPr>
        <w:bidi/>
        <w:spacing w:before="100" w:beforeAutospacing="1" w:after="100" w:afterAutospacing="1" w:line="240" w:lineRule="auto"/>
        <w:rPr>
          <w:rFonts w:ascii="Sakkal Majalla" w:eastAsia="Times New Roman" w:hAnsi="Sakkal Majalla" w:cs="Sakkal Majalla"/>
          <w:szCs w:val="28"/>
          <w:rtl/>
        </w:rPr>
      </w:pPr>
    </w:p>
    <w:p w14:paraId="760169E9" w14:textId="77777777" w:rsidR="00347AC4" w:rsidRPr="00347AC4" w:rsidRDefault="00347AC4" w:rsidP="00347AC4">
      <w:pPr>
        <w:bidi/>
        <w:spacing w:before="100" w:beforeAutospacing="1" w:after="100" w:afterAutospacing="1" w:line="240" w:lineRule="auto"/>
        <w:rPr>
          <w:rFonts w:ascii="Sakkal Majalla" w:eastAsia="Times New Roman" w:hAnsi="Sakkal Majalla" w:cs="Sakkal Majalla"/>
          <w:szCs w:val="28"/>
        </w:rPr>
      </w:pPr>
    </w:p>
    <w:p w14:paraId="393CF6C6" w14:textId="4CB031FC" w:rsidR="00347AC4" w:rsidRPr="00347AC4" w:rsidRDefault="00347AC4" w:rsidP="00347AC4">
      <w:pPr>
        <w:spacing w:after="0" w:line="240" w:lineRule="auto"/>
        <w:rPr>
          <w:rFonts w:ascii="Times New Roman" w:eastAsia="Times New Roman" w:hAnsi="Times New Roman" w:cs="Times New Roman"/>
          <w:sz w:val="24"/>
          <w:szCs w:val="24"/>
        </w:rPr>
      </w:pPr>
    </w:p>
    <w:p w14:paraId="72D3CB6A" w14:textId="0A10FDCE" w:rsidR="00347AC4" w:rsidRPr="00347AC4" w:rsidRDefault="00347AC4" w:rsidP="00347AC4">
      <w:pPr>
        <w:spacing w:before="100" w:beforeAutospacing="1" w:after="100" w:afterAutospacing="1" w:line="240" w:lineRule="auto"/>
        <w:outlineLvl w:val="1"/>
        <w:rPr>
          <w:rFonts w:ascii="Sakkal Majalla" w:eastAsia="Times New Roman" w:hAnsi="Sakkal Majalla" w:cs="Sakkal Majalla"/>
          <w:b/>
          <w:bCs/>
          <w:sz w:val="32"/>
          <w:szCs w:val="32"/>
        </w:rPr>
      </w:pPr>
      <w:r w:rsidRPr="00347AC4">
        <w:rPr>
          <w:rFonts w:ascii="Sakkal Majalla" w:eastAsia="Times New Roman" w:hAnsi="Sakkal Majalla" w:cs="Sakkal Majalla"/>
          <w:b/>
          <w:bCs/>
          <w:sz w:val="32"/>
          <w:szCs w:val="32"/>
        </w:rPr>
        <w:t xml:space="preserve">Abstract </w:t>
      </w:r>
    </w:p>
    <w:p w14:paraId="422F9845" w14:textId="77777777" w:rsidR="00347AC4" w:rsidRPr="00347AC4" w:rsidRDefault="00347AC4" w:rsidP="00347AC4">
      <w:pPr>
        <w:spacing w:before="100" w:beforeAutospacing="1" w:after="100" w:afterAutospacing="1" w:line="240" w:lineRule="auto"/>
        <w:rPr>
          <w:rFonts w:ascii="Sakkal Majalla" w:eastAsia="Times New Roman" w:hAnsi="Sakkal Majalla" w:cs="Sakkal Majalla"/>
          <w:szCs w:val="28"/>
        </w:rPr>
      </w:pPr>
      <w:r w:rsidRPr="00347AC4">
        <w:rPr>
          <w:rFonts w:ascii="Sakkal Majalla" w:eastAsia="Times New Roman" w:hAnsi="Sakkal Majalla" w:cs="Sakkal Majalla"/>
          <w:szCs w:val="28"/>
        </w:rPr>
        <w:t>This study aims to analyze the factors influencing innovation sustainability in Saudi government entities, focusing on the enabling role of consulting firms and absorptive capacity as a mediating mechanism. A mixed-methods approach was employed, combining quantitative analysis through surveys targeting employees in government entities, and qualitative analysis through semi-structured interviews and thematic analysis of open-ended responses.</w:t>
      </w:r>
    </w:p>
    <w:p w14:paraId="36F16529" w14:textId="61B2807B" w:rsidR="00347AC4" w:rsidRPr="00347AC4" w:rsidRDefault="00347AC4" w:rsidP="00347AC4">
      <w:pPr>
        <w:spacing w:before="100" w:beforeAutospacing="1" w:after="100" w:afterAutospacing="1" w:line="240" w:lineRule="auto"/>
        <w:rPr>
          <w:rFonts w:ascii="Sakkal Majalla" w:eastAsia="Times New Roman" w:hAnsi="Sakkal Majalla" w:cs="Sakkal Majalla"/>
          <w:szCs w:val="28"/>
        </w:rPr>
      </w:pPr>
      <w:r w:rsidRPr="00347AC4">
        <w:rPr>
          <w:rFonts w:ascii="Sakkal Majalla" w:eastAsia="Times New Roman" w:hAnsi="Sakkal Majalla" w:cs="Sakkal Majalla"/>
          <w:szCs w:val="28"/>
        </w:rPr>
        <w:t>The findings reveal that the enabling role of consulting firms, particularly in knowledge transfer and capacity building, has the strongest direct impact on innovation sustainability, followed by the activation of institutional mechanisms for knowledge retention and circulation. The study also found that absorptive capacity serves as a pivotal link between internal enabling factors and external consulting support, with a direct influence on institutional innovation continuity.</w:t>
      </w:r>
    </w:p>
    <w:p w14:paraId="65C2A46B" w14:textId="77777777" w:rsidR="00347AC4" w:rsidRPr="00347AC4" w:rsidRDefault="00347AC4" w:rsidP="00347AC4">
      <w:pPr>
        <w:spacing w:before="100" w:beforeAutospacing="1" w:after="100" w:afterAutospacing="1" w:line="240" w:lineRule="auto"/>
        <w:rPr>
          <w:rFonts w:ascii="Sakkal Majalla" w:eastAsia="Times New Roman" w:hAnsi="Sakkal Majalla" w:cs="Sakkal Majalla"/>
          <w:szCs w:val="28"/>
        </w:rPr>
      </w:pPr>
      <w:r w:rsidRPr="00347AC4">
        <w:rPr>
          <w:rFonts w:ascii="Sakkal Majalla" w:eastAsia="Times New Roman" w:hAnsi="Sakkal Majalla" w:cs="Sakkal Majalla"/>
          <w:szCs w:val="28"/>
        </w:rPr>
        <w:t>Based on these results, the study developed an integrated practical model managed by consulting firms, featuring clear implementation phases, defined roles for each stakeholder, and follow-up mechanisms to ensure continuity beyond project completion. This model transforms temporary interventions into entrenched institutional practices and addresses the administrative and human resource constraints faced by government entities.</w:t>
      </w:r>
    </w:p>
    <w:p w14:paraId="24B03525" w14:textId="77777777" w:rsidR="00D465E9" w:rsidRDefault="00347AC4" w:rsidP="00347AC4">
      <w:pPr>
        <w:spacing w:before="100" w:beforeAutospacing="1" w:after="100" w:afterAutospacing="1" w:line="240" w:lineRule="auto"/>
        <w:rPr>
          <w:rFonts w:ascii="Sakkal Majalla" w:eastAsia="Times New Roman" w:hAnsi="Sakkal Majalla" w:cs="Sakkal Majalla"/>
          <w:szCs w:val="28"/>
          <w:rtl/>
        </w:rPr>
      </w:pPr>
      <w:r w:rsidRPr="00347AC4">
        <w:rPr>
          <w:rFonts w:ascii="Sakkal Majalla" w:eastAsia="Times New Roman" w:hAnsi="Sakkal Majalla" w:cs="Sakkal Majalla"/>
          <w:szCs w:val="28"/>
        </w:rPr>
        <w:t>The study recommends that consulting firms working with the public sector adopt this model, while simultaneously enhancing the internal capacities of beneficiary entities and embedding innovation within their structures and policies to ensure sustainability.</w:t>
      </w:r>
    </w:p>
    <w:p w14:paraId="772A847E" w14:textId="48E56DC0" w:rsidR="00347AC4" w:rsidRPr="00347AC4" w:rsidRDefault="00347AC4" w:rsidP="00347AC4">
      <w:pPr>
        <w:spacing w:before="100" w:beforeAutospacing="1" w:after="100" w:afterAutospacing="1" w:line="240" w:lineRule="auto"/>
        <w:rPr>
          <w:rFonts w:ascii="Sakkal Majalla" w:eastAsia="Times New Roman" w:hAnsi="Sakkal Majalla" w:cs="Sakkal Majalla"/>
          <w:szCs w:val="28"/>
        </w:rPr>
      </w:pPr>
      <w:r w:rsidRPr="00347AC4">
        <w:rPr>
          <w:rFonts w:ascii="Sakkal Majalla" w:eastAsia="Times New Roman" w:hAnsi="Sakkal Majalla" w:cs="Sakkal Majalla"/>
          <w:szCs w:val="28"/>
        </w:rPr>
        <w:br/>
      </w:r>
      <w:r w:rsidRPr="00347AC4">
        <w:rPr>
          <w:rFonts w:ascii="Sakkal Majalla" w:eastAsia="Times New Roman" w:hAnsi="Sakkal Majalla" w:cs="Sakkal Majalla"/>
          <w:b/>
          <w:bCs/>
          <w:szCs w:val="28"/>
        </w:rPr>
        <w:t>Keywords:</w:t>
      </w:r>
      <w:r w:rsidRPr="00347AC4">
        <w:rPr>
          <w:rFonts w:ascii="Sakkal Majalla" w:eastAsia="Times New Roman" w:hAnsi="Sakkal Majalla" w:cs="Sakkal Majalla"/>
          <w:szCs w:val="28"/>
        </w:rPr>
        <w:t xml:space="preserve"> Innovation Sustainability, Absorptive Capacity, Consulting Firms, Public Sector, Institutional Mechanisms.</w:t>
      </w:r>
    </w:p>
    <w:p w14:paraId="3FB8B869" w14:textId="77777777" w:rsidR="00A00FFB" w:rsidRPr="00347AC4" w:rsidRDefault="00A00FFB" w:rsidP="00A00FFB">
      <w:pPr>
        <w:bidi/>
        <w:spacing w:before="100" w:beforeAutospacing="1" w:after="100" w:afterAutospacing="1" w:line="240" w:lineRule="auto"/>
        <w:rPr>
          <w:rFonts w:ascii="Times New Roman" w:eastAsia="Times New Roman" w:hAnsi="Times New Roman" w:cs="Times New Roman"/>
          <w:b/>
          <w:bCs/>
          <w:szCs w:val="28"/>
          <w:rtl/>
        </w:rPr>
      </w:pPr>
    </w:p>
    <w:p w14:paraId="646D78E1" w14:textId="77777777" w:rsidR="00A00FFB" w:rsidRDefault="00A00FFB" w:rsidP="00A00FFB">
      <w:pPr>
        <w:bidi/>
        <w:spacing w:before="100" w:beforeAutospacing="1" w:after="100" w:afterAutospacing="1" w:line="240" w:lineRule="auto"/>
        <w:rPr>
          <w:rFonts w:ascii="Times New Roman" w:eastAsia="Times New Roman" w:hAnsi="Times New Roman" w:cs="Times New Roman"/>
          <w:b/>
          <w:bCs/>
          <w:sz w:val="24"/>
          <w:szCs w:val="24"/>
          <w:rtl/>
        </w:rPr>
      </w:pPr>
    </w:p>
    <w:p w14:paraId="19A2F2FB" w14:textId="77777777" w:rsidR="00A00FFB" w:rsidRDefault="00A00FFB" w:rsidP="00A00FFB">
      <w:pPr>
        <w:bidi/>
        <w:spacing w:before="100" w:beforeAutospacing="1" w:after="100" w:afterAutospacing="1" w:line="240" w:lineRule="auto"/>
        <w:rPr>
          <w:rFonts w:ascii="Times New Roman" w:eastAsia="Times New Roman" w:hAnsi="Times New Roman" w:cs="Times New Roman"/>
          <w:b/>
          <w:bCs/>
          <w:sz w:val="24"/>
          <w:szCs w:val="24"/>
          <w:rtl/>
        </w:rPr>
      </w:pPr>
    </w:p>
    <w:p w14:paraId="15675FB5" w14:textId="77777777" w:rsidR="00F4751F" w:rsidRDefault="00F4751F" w:rsidP="00A00FFB">
      <w:pPr>
        <w:bidi/>
        <w:spacing w:before="100" w:beforeAutospacing="1" w:after="100" w:afterAutospacing="1" w:line="240" w:lineRule="auto"/>
        <w:rPr>
          <w:rFonts w:ascii="Times New Roman" w:eastAsia="Times New Roman" w:hAnsi="Times New Roman" w:cs="Times New Roman"/>
          <w:b/>
          <w:bCs/>
          <w:sz w:val="24"/>
          <w:szCs w:val="24"/>
          <w:rtl/>
        </w:rPr>
      </w:pPr>
    </w:p>
    <w:p w14:paraId="72209151" w14:textId="54066BEE" w:rsidR="00AA7072" w:rsidRPr="00AA7072" w:rsidRDefault="00AA7072" w:rsidP="00F4751F">
      <w:pPr>
        <w:bidi/>
        <w:spacing w:before="100" w:beforeAutospacing="1" w:after="100" w:afterAutospacing="1" w:line="240" w:lineRule="auto"/>
        <w:rPr>
          <w:rFonts w:ascii="Times New Roman" w:eastAsia="Times New Roman" w:hAnsi="Times New Roman" w:cs="Times New Roman"/>
          <w:sz w:val="24"/>
          <w:szCs w:val="24"/>
        </w:rPr>
      </w:pPr>
      <w:r w:rsidRPr="00AA7072">
        <w:rPr>
          <w:rFonts w:ascii="Times New Roman" w:eastAsia="Times New Roman" w:hAnsi="Times New Roman" w:cs="Times New Roman"/>
          <w:b/>
          <w:bCs/>
          <w:sz w:val="24"/>
          <w:szCs w:val="24"/>
          <w:rtl/>
        </w:rPr>
        <w:lastRenderedPageBreak/>
        <w:t>الفهرس</w:t>
      </w:r>
    </w:p>
    <w:p w14:paraId="6673CE3A" w14:textId="4F9B05E7" w:rsidR="00AA7072" w:rsidRPr="00AA7072" w:rsidRDefault="00AA7072" w:rsidP="00F4751F">
      <w:pPr>
        <w:bidi/>
        <w:spacing w:after="0" w:line="240" w:lineRule="auto"/>
        <w:rPr>
          <w:rFonts w:ascii="Times New Roman" w:eastAsia="Times New Roman" w:hAnsi="Times New Roman" w:cs="Times New Roman"/>
          <w:sz w:val="24"/>
          <w:szCs w:val="24"/>
        </w:rPr>
      </w:pPr>
      <w:r w:rsidRPr="00AA7072">
        <w:rPr>
          <w:rFonts w:ascii="Times New Roman" w:eastAsia="Times New Roman" w:hAnsi="Times New Roman" w:cs="Times New Roman"/>
          <w:b/>
          <w:bCs/>
          <w:sz w:val="24"/>
          <w:szCs w:val="24"/>
          <w:rtl/>
        </w:rPr>
        <w:t>الفصل الأول: المقدمة</w:t>
      </w:r>
      <w:r w:rsidRPr="00AA7072">
        <w:rPr>
          <w:rFonts w:ascii="Times New Roman" w:eastAsia="Times New Roman" w:hAnsi="Times New Roman" w:cs="Times New Roman"/>
          <w:sz w:val="24"/>
          <w:szCs w:val="24"/>
        </w:rPr>
        <w:br/>
        <w:t xml:space="preserve">1.1 </w:t>
      </w:r>
      <w:r w:rsidR="005E174E">
        <w:rPr>
          <w:rFonts w:ascii="Times New Roman" w:eastAsia="Times New Roman" w:hAnsi="Times New Roman" w:cs="Times New Roman" w:hint="cs"/>
          <w:sz w:val="24"/>
          <w:szCs w:val="24"/>
          <w:rtl/>
        </w:rPr>
        <w:t>المقدمة</w:t>
      </w:r>
      <w:r w:rsidRPr="00AA7072">
        <w:rPr>
          <w:rFonts w:ascii="Times New Roman" w:eastAsia="Times New Roman" w:hAnsi="Times New Roman" w:cs="Times New Roman"/>
          <w:sz w:val="24"/>
          <w:szCs w:val="24"/>
          <w:rtl/>
        </w:rPr>
        <w:t xml:space="preserve"> </w:t>
      </w:r>
      <w:r w:rsidR="005E174E">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b/>
          <w:bCs/>
          <w:sz w:val="24"/>
          <w:szCs w:val="24"/>
          <w:rtl/>
        </w:rPr>
        <w:t>....................................................................................................................</w:t>
      </w:r>
      <w:r w:rsidR="00D465E9">
        <w:rPr>
          <w:rFonts w:ascii="Times New Roman" w:eastAsia="Times New Roman" w:hAnsi="Times New Roman" w:cs="Times New Roman" w:hint="cs"/>
          <w:b/>
          <w:bCs/>
          <w:sz w:val="24"/>
          <w:szCs w:val="24"/>
          <w:rtl/>
        </w:rPr>
        <w:t>7</w:t>
      </w:r>
      <w:r w:rsidRPr="00AA7072">
        <w:rPr>
          <w:rFonts w:ascii="Times New Roman" w:eastAsia="Times New Roman" w:hAnsi="Times New Roman" w:cs="Times New Roman"/>
          <w:sz w:val="24"/>
          <w:szCs w:val="24"/>
        </w:rPr>
        <w:br/>
        <w:t xml:space="preserve">1.2 </w:t>
      </w:r>
      <w:r w:rsidRPr="00AA7072">
        <w:rPr>
          <w:rFonts w:ascii="Times New Roman" w:eastAsia="Times New Roman" w:hAnsi="Times New Roman" w:cs="Times New Roman"/>
          <w:sz w:val="24"/>
          <w:szCs w:val="24"/>
          <w:rtl/>
        </w:rPr>
        <w:t xml:space="preserve">مشكلة </w:t>
      </w:r>
      <w:r w:rsidR="005E174E">
        <w:rPr>
          <w:rFonts w:ascii="Times New Roman" w:eastAsia="Times New Roman" w:hAnsi="Times New Roman" w:cs="Times New Roman" w:hint="cs"/>
          <w:sz w:val="24"/>
          <w:szCs w:val="24"/>
          <w:rtl/>
        </w:rPr>
        <w:t>الدراسة</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b/>
          <w:bCs/>
          <w:sz w:val="24"/>
          <w:szCs w:val="24"/>
          <w:rtl/>
        </w:rPr>
        <w:t>..................................................................................................................</w:t>
      </w:r>
      <w:r w:rsidR="00D465E9">
        <w:rPr>
          <w:rFonts w:ascii="Times New Roman" w:eastAsia="Times New Roman" w:hAnsi="Times New Roman" w:cs="Times New Roman" w:hint="cs"/>
          <w:b/>
          <w:bCs/>
          <w:sz w:val="24"/>
          <w:szCs w:val="24"/>
          <w:rtl/>
        </w:rPr>
        <w:t>7</w:t>
      </w:r>
      <w:r w:rsidRPr="00AA7072">
        <w:rPr>
          <w:rFonts w:ascii="Times New Roman" w:eastAsia="Times New Roman" w:hAnsi="Times New Roman" w:cs="Times New Roman"/>
          <w:sz w:val="24"/>
          <w:szCs w:val="24"/>
        </w:rPr>
        <w:br/>
        <w:t xml:space="preserve">1.3 </w:t>
      </w:r>
      <w:r w:rsidRPr="00AA7072">
        <w:rPr>
          <w:rFonts w:ascii="Times New Roman" w:eastAsia="Times New Roman" w:hAnsi="Times New Roman" w:cs="Times New Roman"/>
          <w:sz w:val="24"/>
          <w:szCs w:val="24"/>
          <w:rtl/>
        </w:rPr>
        <w:t xml:space="preserve">أهداف </w:t>
      </w:r>
      <w:r w:rsidR="00D465E9">
        <w:rPr>
          <w:rFonts w:ascii="Times New Roman" w:eastAsia="Times New Roman" w:hAnsi="Times New Roman" w:cs="Times New Roman" w:hint="cs"/>
          <w:sz w:val="24"/>
          <w:szCs w:val="24"/>
          <w:rtl/>
        </w:rPr>
        <w:t>الدراسة</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b/>
          <w:bCs/>
          <w:sz w:val="24"/>
          <w:szCs w:val="24"/>
          <w:rtl/>
        </w:rPr>
        <w:t>....................................................................................................................</w:t>
      </w:r>
      <w:r w:rsidR="00D465E9">
        <w:rPr>
          <w:rFonts w:ascii="Times New Roman" w:eastAsia="Times New Roman" w:hAnsi="Times New Roman" w:cs="Times New Roman" w:hint="cs"/>
          <w:b/>
          <w:bCs/>
          <w:sz w:val="24"/>
          <w:szCs w:val="24"/>
          <w:rtl/>
        </w:rPr>
        <w:t>8</w:t>
      </w:r>
      <w:r w:rsidRPr="00AA7072">
        <w:rPr>
          <w:rFonts w:ascii="Times New Roman" w:eastAsia="Times New Roman" w:hAnsi="Times New Roman" w:cs="Times New Roman"/>
          <w:sz w:val="24"/>
          <w:szCs w:val="24"/>
        </w:rPr>
        <w:br/>
        <w:t xml:space="preserve">1.4 </w:t>
      </w:r>
      <w:r w:rsidRPr="00AA7072">
        <w:rPr>
          <w:rFonts w:ascii="Times New Roman" w:eastAsia="Times New Roman" w:hAnsi="Times New Roman" w:cs="Times New Roman"/>
          <w:sz w:val="24"/>
          <w:szCs w:val="24"/>
          <w:rtl/>
        </w:rPr>
        <w:t xml:space="preserve">أهمية </w:t>
      </w:r>
      <w:r w:rsidR="00D465E9">
        <w:rPr>
          <w:rFonts w:ascii="Times New Roman" w:eastAsia="Times New Roman" w:hAnsi="Times New Roman" w:cs="Times New Roman" w:hint="cs"/>
          <w:sz w:val="24"/>
          <w:szCs w:val="24"/>
          <w:rtl/>
        </w:rPr>
        <w:t>الدراسة</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b/>
          <w:bCs/>
          <w:sz w:val="24"/>
          <w:szCs w:val="24"/>
          <w:rtl/>
        </w:rPr>
        <w:t>....................................................................................................................</w:t>
      </w:r>
      <w:r w:rsidR="00D465E9">
        <w:rPr>
          <w:rFonts w:ascii="Times New Roman" w:eastAsia="Times New Roman" w:hAnsi="Times New Roman" w:cs="Times New Roman" w:hint="cs"/>
          <w:b/>
          <w:bCs/>
          <w:sz w:val="24"/>
          <w:szCs w:val="24"/>
          <w:rtl/>
        </w:rPr>
        <w:t>8</w:t>
      </w:r>
      <w:r w:rsidRPr="00AA7072">
        <w:rPr>
          <w:rFonts w:ascii="Times New Roman" w:eastAsia="Times New Roman" w:hAnsi="Times New Roman" w:cs="Times New Roman"/>
          <w:sz w:val="24"/>
          <w:szCs w:val="24"/>
        </w:rPr>
        <w:br/>
        <w:t xml:space="preserve">1.5 </w:t>
      </w:r>
      <w:r w:rsidR="005E174E">
        <w:rPr>
          <w:rFonts w:ascii="Times New Roman" w:eastAsia="Times New Roman" w:hAnsi="Times New Roman" w:cs="Times New Roman" w:hint="cs"/>
          <w:sz w:val="24"/>
          <w:szCs w:val="24"/>
          <w:rtl/>
        </w:rPr>
        <w:t>تساؤلات</w:t>
      </w:r>
      <w:r w:rsidR="00D465E9">
        <w:rPr>
          <w:rFonts w:ascii="Times New Roman" w:eastAsia="Times New Roman" w:hAnsi="Times New Roman" w:cs="Times New Roman" w:hint="cs"/>
          <w:sz w:val="24"/>
          <w:szCs w:val="24"/>
          <w:rtl/>
        </w:rPr>
        <w:t xml:space="preserve"> الدراسة</w:t>
      </w:r>
      <w:r>
        <w:rPr>
          <w:rFonts w:ascii="Times New Roman" w:eastAsia="Times New Roman" w:hAnsi="Times New Roman" w:cs="Times New Roman" w:hint="cs"/>
          <w:b/>
          <w:bCs/>
          <w:sz w:val="24"/>
          <w:szCs w:val="24"/>
          <w:rtl/>
        </w:rPr>
        <w:t>....................................................................................................................</w:t>
      </w:r>
      <w:r w:rsidR="005E174E">
        <w:rPr>
          <w:rFonts w:ascii="Times New Roman" w:eastAsia="Times New Roman" w:hAnsi="Times New Roman" w:cs="Times New Roman" w:hint="cs"/>
          <w:b/>
          <w:bCs/>
          <w:sz w:val="24"/>
          <w:szCs w:val="24"/>
          <w:rtl/>
        </w:rPr>
        <w:t>9</w:t>
      </w:r>
    </w:p>
    <w:p w14:paraId="37D3321B" w14:textId="76A3AF4E" w:rsidR="005E174E" w:rsidRPr="005E174E" w:rsidRDefault="00AA7072" w:rsidP="00F4751F">
      <w:pPr>
        <w:bidi/>
        <w:spacing w:after="0" w:line="240" w:lineRule="auto"/>
        <w:rPr>
          <w:rFonts w:ascii="Times New Roman" w:eastAsia="Times New Roman" w:hAnsi="Times New Roman" w:cs="Times New Roman"/>
          <w:b/>
          <w:bCs/>
          <w:sz w:val="24"/>
          <w:szCs w:val="24"/>
        </w:rPr>
      </w:pPr>
      <w:r w:rsidRPr="00AA7072">
        <w:rPr>
          <w:rFonts w:ascii="Times New Roman" w:eastAsia="Times New Roman" w:hAnsi="Times New Roman" w:cs="Times New Roman"/>
          <w:b/>
          <w:bCs/>
          <w:sz w:val="24"/>
          <w:szCs w:val="24"/>
          <w:rtl/>
        </w:rPr>
        <w:t>الفصل الثاني: الإطار النظري والدراسات السابقة</w:t>
      </w:r>
      <w:r w:rsidRPr="00AA7072">
        <w:rPr>
          <w:rFonts w:ascii="Times New Roman" w:eastAsia="Times New Roman" w:hAnsi="Times New Roman" w:cs="Times New Roman"/>
          <w:sz w:val="24"/>
          <w:szCs w:val="24"/>
        </w:rPr>
        <w:br/>
        <w:t xml:space="preserve">2.1 </w:t>
      </w:r>
      <w:r w:rsidRPr="00AA7072">
        <w:rPr>
          <w:rFonts w:ascii="Times New Roman" w:eastAsia="Times New Roman" w:hAnsi="Times New Roman" w:cs="Times New Roman"/>
          <w:sz w:val="24"/>
          <w:szCs w:val="24"/>
          <w:rtl/>
        </w:rPr>
        <w:t>الدراسات السابقة</w:t>
      </w:r>
      <w:r>
        <w:rPr>
          <w:rFonts w:ascii="Times New Roman" w:eastAsia="Times New Roman" w:hAnsi="Times New Roman" w:cs="Times New Roman" w:hint="cs"/>
          <w:b/>
          <w:bCs/>
          <w:sz w:val="24"/>
          <w:szCs w:val="24"/>
          <w:rtl/>
        </w:rPr>
        <w:t>....................................................................................................................</w:t>
      </w:r>
      <w:r w:rsidR="005E174E">
        <w:rPr>
          <w:rFonts w:ascii="Times New Roman" w:eastAsia="Times New Roman" w:hAnsi="Times New Roman" w:cs="Times New Roman" w:hint="cs"/>
          <w:b/>
          <w:bCs/>
          <w:sz w:val="24"/>
          <w:szCs w:val="24"/>
          <w:rtl/>
        </w:rPr>
        <w:t>11</w:t>
      </w:r>
      <w:r w:rsidRPr="00AA7072">
        <w:rPr>
          <w:rFonts w:ascii="Times New Roman" w:eastAsia="Times New Roman" w:hAnsi="Times New Roman" w:cs="Times New Roman"/>
          <w:sz w:val="24"/>
          <w:szCs w:val="24"/>
        </w:rPr>
        <w:br/>
        <w:t xml:space="preserve">2.2 </w:t>
      </w:r>
      <w:r w:rsidR="005E174E">
        <w:rPr>
          <w:rFonts w:ascii="Times New Roman" w:eastAsia="Times New Roman" w:hAnsi="Times New Roman" w:cs="Times New Roman" w:hint="cs"/>
          <w:sz w:val="24"/>
          <w:szCs w:val="24"/>
          <w:rtl/>
        </w:rPr>
        <w:t xml:space="preserve"> ملخص الدراسات السابقة</w:t>
      </w:r>
      <w:r>
        <w:rPr>
          <w:rFonts w:ascii="Times New Roman" w:eastAsia="Times New Roman" w:hAnsi="Times New Roman" w:cs="Times New Roman" w:hint="cs"/>
          <w:b/>
          <w:bCs/>
          <w:sz w:val="24"/>
          <w:szCs w:val="24"/>
          <w:rtl/>
        </w:rPr>
        <w:t>.........................................................................................................</w:t>
      </w:r>
      <w:r w:rsidR="005E174E">
        <w:rPr>
          <w:rFonts w:ascii="Times New Roman" w:eastAsia="Times New Roman" w:hAnsi="Times New Roman" w:cs="Times New Roman" w:hint="cs"/>
          <w:b/>
          <w:bCs/>
          <w:sz w:val="24"/>
          <w:szCs w:val="24"/>
          <w:rtl/>
        </w:rPr>
        <w:t>17</w:t>
      </w:r>
      <w:r w:rsidRPr="00AA7072">
        <w:rPr>
          <w:rFonts w:ascii="Times New Roman" w:eastAsia="Times New Roman" w:hAnsi="Times New Roman" w:cs="Times New Roman"/>
          <w:sz w:val="24"/>
          <w:szCs w:val="24"/>
        </w:rPr>
        <w:br/>
        <w:t xml:space="preserve">2.3 </w:t>
      </w:r>
      <w:r w:rsidR="005E174E">
        <w:rPr>
          <w:rFonts w:ascii="Times New Roman" w:eastAsia="Times New Roman" w:hAnsi="Times New Roman" w:cs="Times New Roman" w:hint="cs"/>
          <w:sz w:val="24"/>
          <w:szCs w:val="24"/>
          <w:rtl/>
        </w:rPr>
        <w:t xml:space="preserve"> الثغرات المعرفية في الدراسات السابقة </w:t>
      </w:r>
      <w:r>
        <w:rPr>
          <w:rFonts w:ascii="Times New Roman" w:eastAsia="Times New Roman" w:hAnsi="Times New Roman" w:cs="Times New Roman" w:hint="cs"/>
          <w:b/>
          <w:bCs/>
          <w:sz w:val="24"/>
          <w:szCs w:val="24"/>
          <w:rtl/>
        </w:rPr>
        <w:t>.</w:t>
      </w:r>
      <w:r w:rsidR="005E174E">
        <w:rPr>
          <w:rFonts w:ascii="Times New Roman" w:eastAsia="Times New Roman" w:hAnsi="Times New Roman" w:cs="Times New Roman" w:hint="cs"/>
          <w:b/>
          <w:bCs/>
          <w:sz w:val="24"/>
          <w:szCs w:val="24"/>
          <w:rtl/>
        </w:rPr>
        <w:t>.</w:t>
      </w:r>
      <w:r>
        <w:rPr>
          <w:rFonts w:ascii="Times New Roman" w:eastAsia="Times New Roman" w:hAnsi="Times New Roman" w:cs="Times New Roman" w:hint="cs"/>
          <w:b/>
          <w:bCs/>
          <w:sz w:val="24"/>
          <w:szCs w:val="24"/>
          <w:rtl/>
        </w:rPr>
        <w:t>.....................................................................................</w:t>
      </w:r>
      <w:r w:rsidR="005E174E">
        <w:rPr>
          <w:rFonts w:ascii="Times New Roman" w:eastAsia="Times New Roman" w:hAnsi="Times New Roman" w:cs="Times New Roman" w:hint="cs"/>
          <w:b/>
          <w:bCs/>
          <w:sz w:val="24"/>
          <w:szCs w:val="24"/>
          <w:rtl/>
        </w:rPr>
        <w:t>18</w:t>
      </w:r>
      <w:r w:rsidRPr="00AA7072">
        <w:rPr>
          <w:rFonts w:ascii="Times New Roman" w:eastAsia="Times New Roman" w:hAnsi="Times New Roman" w:cs="Times New Roman"/>
          <w:sz w:val="24"/>
          <w:szCs w:val="24"/>
        </w:rPr>
        <w:br/>
        <w:t xml:space="preserve">2.4 </w:t>
      </w:r>
      <w:r w:rsidR="005E174E">
        <w:rPr>
          <w:rFonts w:ascii="Times New Roman" w:eastAsia="Times New Roman" w:hAnsi="Times New Roman" w:cs="Times New Roman" w:hint="cs"/>
          <w:sz w:val="24"/>
          <w:szCs w:val="24"/>
          <w:rtl/>
        </w:rPr>
        <w:t xml:space="preserve"> الإطار النظري</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b/>
          <w:bCs/>
          <w:sz w:val="24"/>
          <w:szCs w:val="24"/>
          <w:rtl/>
        </w:rPr>
        <w:t>...</w:t>
      </w:r>
      <w:r w:rsidR="005E174E">
        <w:rPr>
          <w:rFonts w:ascii="Times New Roman" w:eastAsia="Times New Roman" w:hAnsi="Times New Roman" w:cs="Times New Roman" w:hint="cs"/>
          <w:b/>
          <w:bCs/>
          <w:sz w:val="24"/>
          <w:szCs w:val="24"/>
          <w:rtl/>
        </w:rPr>
        <w:t>.</w:t>
      </w:r>
      <w:r>
        <w:rPr>
          <w:rFonts w:ascii="Times New Roman" w:eastAsia="Times New Roman" w:hAnsi="Times New Roman" w:cs="Times New Roman" w:hint="cs"/>
          <w:b/>
          <w:bCs/>
          <w:sz w:val="24"/>
          <w:szCs w:val="24"/>
          <w:rtl/>
        </w:rPr>
        <w:t>.........................................................................................................</w:t>
      </w:r>
      <w:r w:rsidR="005E174E">
        <w:rPr>
          <w:rFonts w:ascii="Times New Roman" w:eastAsia="Times New Roman" w:hAnsi="Times New Roman" w:cs="Times New Roman" w:hint="cs"/>
          <w:b/>
          <w:bCs/>
          <w:sz w:val="24"/>
          <w:szCs w:val="24"/>
          <w:rtl/>
        </w:rPr>
        <w:t xml:space="preserve">19 </w:t>
      </w:r>
      <w:r w:rsidR="005E174E" w:rsidRPr="00AA7072">
        <w:rPr>
          <w:rFonts w:ascii="Times New Roman" w:eastAsia="Times New Roman" w:hAnsi="Times New Roman" w:cs="Times New Roman"/>
          <w:sz w:val="24"/>
          <w:szCs w:val="24"/>
        </w:rPr>
        <w:t>2.</w:t>
      </w:r>
      <w:r w:rsidR="005E174E">
        <w:rPr>
          <w:rFonts w:ascii="Times New Roman" w:eastAsia="Times New Roman" w:hAnsi="Times New Roman" w:cs="Times New Roman"/>
          <w:sz w:val="24"/>
          <w:szCs w:val="24"/>
        </w:rPr>
        <w:t>5</w:t>
      </w:r>
      <w:r w:rsidR="005E174E" w:rsidRPr="00AA7072">
        <w:rPr>
          <w:rFonts w:ascii="Times New Roman" w:eastAsia="Times New Roman" w:hAnsi="Times New Roman" w:cs="Times New Roman"/>
          <w:sz w:val="24"/>
          <w:szCs w:val="24"/>
        </w:rPr>
        <w:t xml:space="preserve"> </w:t>
      </w:r>
      <w:r w:rsidR="005E174E" w:rsidRPr="00AA7072">
        <w:rPr>
          <w:rFonts w:ascii="Times New Roman" w:eastAsia="Times New Roman" w:hAnsi="Times New Roman" w:cs="Times New Roman" w:hint="cs"/>
          <w:sz w:val="24"/>
          <w:szCs w:val="24"/>
          <w:rtl/>
        </w:rPr>
        <w:t>ا</w:t>
      </w:r>
      <w:r w:rsidR="005E174E">
        <w:rPr>
          <w:rFonts w:ascii="Times New Roman" w:eastAsia="Times New Roman" w:hAnsi="Times New Roman" w:cs="Times New Roman" w:hint="cs"/>
          <w:sz w:val="24"/>
          <w:szCs w:val="24"/>
          <w:rtl/>
        </w:rPr>
        <w:t xml:space="preserve">لعلاقة بين المتغيرات        </w:t>
      </w:r>
      <w:r w:rsidR="005E174E">
        <w:rPr>
          <w:rFonts w:ascii="Times New Roman" w:eastAsia="Times New Roman" w:hAnsi="Times New Roman" w:cs="Times New Roman" w:hint="cs"/>
          <w:b/>
          <w:bCs/>
          <w:sz w:val="24"/>
          <w:szCs w:val="24"/>
          <w:rtl/>
        </w:rPr>
        <w:t>......................................................................................................22</w:t>
      </w:r>
      <w:r w:rsidR="005E174E" w:rsidRPr="005E174E">
        <w:rPr>
          <w:rFonts w:ascii="Sakkal Majalla" w:hAnsi="Sakkal Majalla" w:cs="Sakkal Majalla" w:hint="cs"/>
          <w:b/>
          <w:bCs/>
          <w:sz w:val="32"/>
          <w:szCs w:val="32"/>
          <w:rtl/>
        </w:rPr>
        <w:t xml:space="preserve"> </w:t>
      </w:r>
      <w:r w:rsidR="00F37438" w:rsidRPr="00F37438">
        <w:rPr>
          <w:rFonts w:ascii="Times New Roman" w:eastAsia="Times New Roman" w:hAnsi="Times New Roman" w:cs="Times New Roman" w:hint="cs"/>
          <w:sz w:val="24"/>
          <w:szCs w:val="24"/>
          <w:rtl/>
        </w:rPr>
        <w:t>2.6</w:t>
      </w:r>
      <w:r w:rsidR="00F37438">
        <w:rPr>
          <w:rFonts w:ascii="Times New Roman" w:eastAsia="Times New Roman" w:hAnsi="Times New Roman" w:cs="Times New Roman" w:hint="cs"/>
          <w:sz w:val="24"/>
          <w:szCs w:val="24"/>
          <w:rtl/>
        </w:rPr>
        <w:t xml:space="preserve"> ال</w:t>
      </w:r>
      <w:r w:rsidR="00F37438" w:rsidRPr="00F37438">
        <w:rPr>
          <w:rFonts w:ascii="Times New Roman" w:eastAsia="Times New Roman" w:hAnsi="Times New Roman" w:cs="Times New Roman" w:hint="cs"/>
          <w:sz w:val="24"/>
          <w:szCs w:val="24"/>
          <w:rtl/>
        </w:rPr>
        <w:t>تصور</w:t>
      </w:r>
      <w:r w:rsidR="00F37438">
        <w:rPr>
          <w:rFonts w:ascii="Times New Roman" w:eastAsia="Times New Roman" w:hAnsi="Times New Roman" w:cs="Times New Roman" w:hint="cs"/>
          <w:sz w:val="24"/>
          <w:szCs w:val="24"/>
          <w:rtl/>
        </w:rPr>
        <w:t xml:space="preserve"> المبدئي</w:t>
      </w:r>
      <w:r w:rsidR="005E174E" w:rsidRPr="00F37438">
        <w:rPr>
          <w:rFonts w:ascii="Times New Roman" w:eastAsia="Times New Roman" w:hAnsi="Times New Roman" w:cs="Times New Roman"/>
          <w:sz w:val="24"/>
          <w:szCs w:val="24"/>
          <w:rtl/>
        </w:rPr>
        <w:t xml:space="preserve"> </w:t>
      </w:r>
      <w:r w:rsidR="00F37438">
        <w:rPr>
          <w:rFonts w:ascii="Times New Roman" w:eastAsia="Times New Roman" w:hAnsi="Times New Roman" w:cs="Times New Roman" w:hint="cs"/>
          <w:sz w:val="24"/>
          <w:szCs w:val="24"/>
          <w:rtl/>
        </w:rPr>
        <w:t>ل</w:t>
      </w:r>
      <w:r w:rsidR="005E174E" w:rsidRPr="00F37438">
        <w:rPr>
          <w:rFonts w:ascii="Times New Roman" w:eastAsia="Times New Roman" w:hAnsi="Times New Roman" w:cs="Times New Roman" w:hint="cs"/>
          <w:sz w:val="24"/>
          <w:szCs w:val="24"/>
          <w:rtl/>
        </w:rPr>
        <w:t>لنموذج</w:t>
      </w:r>
      <w:r w:rsidR="005E174E" w:rsidRPr="00F37438">
        <w:rPr>
          <w:rFonts w:ascii="Times New Roman" w:eastAsia="Times New Roman" w:hAnsi="Times New Roman" w:cs="Times New Roman"/>
          <w:sz w:val="24"/>
          <w:szCs w:val="24"/>
          <w:rtl/>
        </w:rPr>
        <w:t xml:space="preserve"> </w:t>
      </w:r>
      <w:r w:rsidR="005E174E" w:rsidRPr="00F37438">
        <w:rPr>
          <w:rFonts w:ascii="Times New Roman" w:eastAsia="Times New Roman" w:hAnsi="Times New Roman" w:cs="Times New Roman" w:hint="cs"/>
          <w:sz w:val="24"/>
          <w:szCs w:val="24"/>
          <w:rtl/>
        </w:rPr>
        <w:t>المفاهيمي</w:t>
      </w:r>
      <w:r w:rsidR="00F37438">
        <w:rPr>
          <w:rFonts w:ascii="Times New Roman" w:eastAsia="Times New Roman" w:hAnsi="Times New Roman" w:cs="Times New Roman" w:hint="cs"/>
          <w:b/>
          <w:bCs/>
          <w:sz w:val="24"/>
          <w:szCs w:val="24"/>
          <w:rtl/>
        </w:rPr>
        <w:t xml:space="preserve">  </w:t>
      </w:r>
      <w:r w:rsidR="00F37438" w:rsidRPr="00F37438">
        <w:rPr>
          <w:rFonts w:ascii="Times New Roman" w:eastAsia="Times New Roman" w:hAnsi="Times New Roman" w:cs="Times New Roman" w:hint="cs"/>
          <w:b/>
          <w:bCs/>
          <w:sz w:val="24"/>
          <w:szCs w:val="24"/>
          <w:rtl/>
        </w:rPr>
        <w:t>...........................................................................................</w:t>
      </w:r>
      <w:r w:rsidR="00F37438" w:rsidRPr="00F37438">
        <w:rPr>
          <w:rFonts w:ascii="Times New Roman" w:eastAsia="Times New Roman" w:hAnsi="Times New Roman" w:cs="Times New Roman" w:hint="cs"/>
          <w:sz w:val="24"/>
          <w:szCs w:val="24"/>
          <w:rtl/>
        </w:rPr>
        <w:t>.</w:t>
      </w:r>
      <w:r w:rsidR="00F37438">
        <w:rPr>
          <w:rFonts w:ascii="Times New Roman" w:eastAsia="Times New Roman" w:hAnsi="Times New Roman" w:cs="Times New Roman" w:hint="cs"/>
          <w:b/>
          <w:bCs/>
          <w:sz w:val="24"/>
          <w:szCs w:val="24"/>
          <w:rtl/>
        </w:rPr>
        <w:t>23</w:t>
      </w:r>
      <w:r w:rsidR="00F37438" w:rsidRPr="00F37438">
        <w:rPr>
          <w:rFonts w:ascii="Times New Roman" w:eastAsia="Times New Roman" w:hAnsi="Times New Roman" w:cs="Times New Roman" w:hint="cs"/>
          <w:sz w:val="24"/>
          <w:szCs w:val="24"/>
          <w:rtl/>
        </w:rPr>
        <w:t xml:space="preserve"> 2.7 فرضيات الدراسة</w:t>
      </w:r>
      <w:r w:rsidR="00F37438">
        <w:rPr>
          <w:rFonts w:ascii="Sakkal Majalla" w:hAnsi="Sakkal Majalla" w:cs="Sakkal Majalla" w:hint="cs"/>
          <w:b/>
          <w:bCs/>
          <w:sz w:val="32"/>
          <w:szCs w:val="32"/>
          <w:rtl/>
        </w:rPr>
        <w:t xml:space="preserve"> ..............................................................................................................24</w:t>
      </w:r>
    </w:p>
    <w:p w14:paraId="4C1EDBA7" w14:textId="25CAE609" w:rsidR="00AA7072" w:rsidRPr="00AA7072" w:rsidRDefault="00AA7072" w:rsidP="00F4751F">
      <w:pPr>
        <w:bidi/>
        <w:spacing w:after="0" w:line="240" w:lineRule="auto"/>
        <w:rPr>
          <w:rFonts w:ascii="Times New Roman" w:eastAsia="Times New Roman" w:hAnsi="Times New Roman" w:cs="Times New Roman"/>
          <w:b/>
          <w:bCs/>
          <w:sz w:val="24"/>
          <w:szCs w:val="24"/>
        </w:rPr>
      </w:pPr>
      <w:r w:rsidRPr="00AA7072">
        <w:rPr>
          <w:rFonts w:ascii="Times New Roman" w:eastAsia="Times New Roman" w:hAnsi="Times New Roman" w:cs="Times New Roman"/>
          <w:b/>
          <w:bCs/>
          <w:sz w:val="24"/>
          <w:szCs w:val="24"/>
          <w:rtl/>
        </w:rPr>
        <w:t>الفصل الثالث: منهجية البحث</w:t>
      </w:r>
      <w:r w:rsidRPr="00AA7072">
        <w:rPr>
          <w:rFonts w:ascii="Times New Roman" w:eastAsia="Times New Roman" w:hAnsi="Times New Roman" w:cs="Times New Roman"/>
          <w:sz w:val="24"/>
          <w:szCs w:val="24"/>
        </w:rPr>
        <w:br/>
        <w:t xml:space="preserve">3.1 </w:t>
      </w:r>
      <w:r w:rsidR="00F00560">
        <w:rPr>
          <w:rFonts w:ascii="Times New Roman" w:eastAsia="Times New Roman" w:hAnsi="Times New Roman" w:cs="Times New Roman" w:hint="cs"/>
          <w:sz w:val="24"/>
          <w:szCs w:val="24"/>
          <w:rtl/>
        </w:rPr>
        <w:t xml:space="preserve"> مقدمة</w:t>
      </w:r>
      <w:r>
        <w:rPr>
          <w:rFonts w:ascii="Times New Roman" w:eastAsia="Times New Roman" w:hAnsi="Times New Roman" w:cs="Times New Roman" w:hint="cs"/>
          <w:sz w:val="24"/>
          <w:szCs w:val="24"/>
          <w:rtl/>
        </w:rPr>
        <w:t xml:space="preserve">    </w:t>
      </w:r>
      <w:r w:rsidR="00F00560">
        <w:rPr>
          <w:rFonts w:ascii="Times New Roman" w:eastAsia="Times New Roman" w:hAnsi="Times New Roman" w:cs="Times New Roman" w:hint="cs"/>
          <w:sz w:val="24"/>
          <w:szCs w:val="24"/>
          <w:rtl/>
        </w:rPr>
        <w:t>.........</w:t>
      </w:r>
      <w:r>
        <w:rPr>
          <w:rFonts w:ascii="Times New Roman" w:eastAsia="Times New Roman" w:hAnsi="Times New Roman" w:cs="Times New Roman" w:hint="cs"/>
          <w:b/>
          <w:bCs/>
          <w:sz w:val="24"/>
          <w:szCs w:val="24"/>
          <w:rtl/>
        </w:rPr>
        <w:t>....................................................................................................................</w:t>
      </w:r>
      <w:r w:rsidR="00F37438">
        <w:rPr>
          <w:rFonts w:ascii="Times New Roman" w:eastAsia="Times New Roman" w:hAnsi="Times New Roman" w:cs="Times New Roman" w:hint="cs"/>
          <w:b/>
          <w:bCs/>
          <w:sz w:val="24"/>
          <w:szCs w:val="24"/>
          <w:rtl/>
        </w:rPr>
        <w:t>26</w:t>
      </w:r>
      <w:r w:rsidRPr="00AA7072">
        <w:rPr>
          <w:rFonts w:ascii="Times New Roman" w:eastAsia="Times New Roman" w:hAnsi="Times New Roman" w:cs="Times New Roman"/>
          <w:sz w:val="24"/>
          <w:szCs w:val="24"/>
        </w:rPr>
        <w:br/>
        <w:t xml:space="preserve">3.2 </w:t>
      </w:r>
      <w:r w:rsidR="00F00560">
        <w:rPr>
          <w:rFonts w:ascii="Times New Roman" w:eastAsia="Times New Roman" w:hAnsi="Times New Roman" w:cs="Times New Roman" w:hint="cs"/>
          <w:sz w:val="24"/>
          <w:szCs w:val="24"/>
          <w:rtl/>
        </w:rPr>
        <w:t xml:space="preserve"> منهجية البحث.........</w:t>
      </w:r>
      <w:r>
        <w:rPr>
          <w:rFonts w:ascii="Times New Roman" w:eastAsia="Times New Roman" w:hAnsi="Times New Roman" w:cs="Times New Roman" w:hint="cs"/>
          <w:b/>
          <w:bCs/>
          <w:sz w:val="24"/>
          <w:szCs w:val="24"/>
          <w:rtl/>
        </w:rPr>
        <w:t>.............................................................................................................</w:t>
      </w:r>
      <w:r w:rsidR="00F37438">
        <w:rPr>
          <w:rFonts w:ascii="Times New Roman" w:eastAsia="Times New Roman" w:hAnsi="Times New Roman" w:cs="Times New Roman" w:hint="cs"/>
          <w:b/>
          <w:bCs/>
          <w:sz w:val="24"/>
          <w:szCs w:val="24"/>
          <w:rtl/>
        </w:rPr>
        <w:t>26</w:t>
      </w:r>
      <w:r w:rsidRPr="00AA7072">
        <w:rPr>
          <w:rFonts w:ascii="Times New Roman" w:eastAsia="Times New Roman" w:hAnsi="Times New Roman" w:cs="Times New Roman"/>
          <w:sz w:val="24"/>
          <w:szCs w:val="24"/>
        </w:rPr>
        <w:br/>
        <w:t xml:space="preserve">3.3 </w:t>
      </w:r>
      <w:r w:rsidR="00F00560">
        <w:rPr>
          <w:rFonts w:ascii="Times New Roman" w:eastAsia="Times New Roman" w:hAnsi="Times New Roman" w:cs="Times New Roman" w:hint="cs"/>
          <w:sz w:val="24"/>
          <w:szCs w:val="24"/>
          <w:rtl/>
        </w:rPr>
        <w:t xml:space="preserve"> نموذج البحث المفاهيمي</w:t>
      </w:r>
      <w:r>
        <w:rPr>
          <w:rFonts w:ascii="Times New Roman" w:eastAsia="Times New Roman" w:hAnsi="Times New Roman" w:cs="Times New Roman" w:hint="cs"/>
          <w:b/>
          <w:bCs/>
          <w:sz w:val="24"/>
          <w:szCs w:val="24"/>
          <w:rtl/>
        </w:rPr>
        <w:t>..........................................................................................................</w:t>
      </w:r>
      <w:r w:rsidR="00F37438">
        <w:rPr>
          <w:rFonts w:ascii="Times New Roman" w:eastAsia="Times New Roman" w:hAnsi="Times New Roman" w:cs="Times New Roman" w:hint="cs"/>
          <w:b/>
          <w:bCs/>
          <w:sz w:val="24"/>
          <w:szCs w:val="24"/>
          <w:rtl/>
        </w:rPr>
        <w:t>26</w:t>
      </w:r>
      <w:r w:rsidRPr="00AA7072">
        <w:rPr>
          <w:rFonts w:ascii="Times New Roman" w:eastAsia="Times New Roman" w:hAnsi="Times New Roman" w:cs="Times New Roman"/>
          <w:sz w:val="24"/>
          <w:szCs w:val="24"/>
        </w:rPr>
        <w:br/>
        <w:t xml:space="preserve">3.4 </w:t>
      </w:r>
      <w:r w:rsidR="00F00560">
        <w:rPr>
          <w:rFonts w:ascii="Times New Roman" w:eastAsia="Times New Roman" w:hAnsi="Times New Roman" w:cs="Times New Roman" w:hint="cs"/>
          <w:sz w:val="24"/>
          <w:szCs w:val="24"/>
          <w:rtl/>
        </w:rPr>
        <w:t xml:space="preserve"> مجتمع الدراسة وعينتها</w:t>
      </w:r>
      <w:r>
        <w:rPr>
          <w:rFonts w:ascii="Times New Roman" w:eastAsia="Times New Roman" w:hAnsi="Times New Roman" w:cs="Times New Roman" w:hint="cs"/>
          <w:b/>
          <w:bCs/>
          <w:sz w:val="24"/>
          <w:szCs w:val="24"/>
          <w:rtl/>
        </w:rPr>
        <w:t>...........................................................................................................</w:t>
      </w:r>
      <w:r w:rsidR="00F37438">
        <w:rPr>
          <w:rFonts w:ascii="Times New Roman" w:eastAsia="Times New Roman" w:hAnsi="Times New Roman" w:cs="Times New Roman" w:hint="cs"/>
          <w:b/>
          <w:bCs/>
          <w:sz w:val="24"/>
          <w:szCs w:val="24"/>
          <w:rtl/>
        </w:rPr>
        <w:t>27</w:t>
      </w:r>
      <w:r w:rsidRPr="00AA7072">
        <w:rPr>
          <w:rFonts w:ascii="Times New Roman" w:eastAsia="Times New Roman" w:hAnsi="Times New Roman" w:cs="Times New Roman"/>
          <w:sz w:val="24"/>
          <w:szCs w:val="24"/>
        </w:rPr>
        <w:br/>
        <w:t xml:space="preserve">3.5 </w:t>
      </w:r>
      <w:r w:rsidR="00F00560">
        <w:rPr>
          <w:rFonts w:ascii="Times New Roman" w:eastAsia="Times New Roman" w:hAnsi="Times New Roman" w:cs="Times New Roman" w:hint="cs"/>
          <w:sz w:val="24"/>
          <w:szCs w:val="24"/>
          <w:rtl/>
        </w:rPr>
        <w:t>أداة الدراسة وجمع البيانات</w:t>
      </w:r>
      <w:r>
        <w:rPr>
          <w:rFonts w:ascii="Times New Roman" w:eastAsia="Times New Roman" w:hAnsi="Times New Roman" w:cs="Times New Roman" w:hint="cs"/>
          <w:b/>
          <w:bCs/>
          <w:sz w:val="24"/>
          <w:szCs w:val="24"/>
          <w:rtl/>
        </w:rPr>
        <w:t>.......................................................................................................</w:t>
      </w:r>
      <w:r w:rsidR="00F00560">
        <w:rPr>
          <w:rFonts w:ascii="Times New Roman" w:eastAsia="Times New Roman" w:hAnsi="Times New Roman" w:cs="Times New Roman" w:hint="cs"/>
          <w:b/>
          <w:bCs/>
          <w:sz w:val="24"/>
          <w:szCs w:val="24"/>
          <w:rtl/>
        </w:rPr>
        <w:t>.</w:t>
      </w:r>
      <w:r w:rsidR="00F37438">
        <w:rPr>
          <w:rFonts w:ascii="Times New Roman" w:eastAsia="Times New Roman" w:hAnsi="Times New Roman" w:cs="Times New Roman" w:hint="cs"/>
          <w:b/>
          <w:bCs/>
          <w:sz w:val="24"/>
          <w:szCs w:val="24"/>
          <w:rtl/>
        </w:rPr>
        <w:t>28</w:t>
      </w:r>
      <w:r w:rsidR="00ED4FE4" w:rsidRPr="00ED4FE4">
        <w:rPr>
          <w:rFonts w:ascii="Times New Roman" w:eastAsia="Times New Roman" w:hAnsi="Times New Roman" w:cs="Times New Roman"/>
          <w:sz w:val="24"/>
          <w:szCs w:val="24"/>
        </w:rPr>
        <w:t xml:space="preserve"> </w:t>
      </w:r>
      <w:r w:rsidR="00ED4FE4" w:rsidRPr="00AA7072">
        <w:rPr>
          <w:rFonts w:ascii="Times New Roman" w:eastAsia="Times New Roman" w:hAnsi="Times New Roman" w:cs="Times New Roman"/>
          <w:sz w:val="24"/>
          <w:szCs w:val="24"/>
        </w:rPr>
        <w:t>3.</w:t>
      </w:r>
      <w:r w:rsidR="00ED4FE4">
        <w:rPr>
          <w:rFonts w:ascii="Times New Roman" w:eastAsia="Times New Roman" w:hAnsi="Times New Roman" w:cs="Times New Roman"/>
          <w:sz w:val="24"/>
          <w:szCs w:val="24"/>
        </w:rPr>
        <w:t>6</w:t>
      </w:r>
      <w:r w:rsidR="00ED4FE4" w:rsidRPr="00AA7072">
        <w:rPr>
          <w:rFonts w:ascii="Times New Roman" w:eastAsia="Times New Roman" w:hAnsi="Times New Roman" w:cs="Times New Roman"/>
          <w:sz w:val="24"/>
          <w:szCs w:val="24"/>
        </w:rPr>
        <w:t xml:space="preserve"> </w:t>
      </w:r>
      <w:r w:rsidR="00F00560">
        <w:rPr>
          <w:rFonts w:ascii="Times New Roman" w:eastAsia="Times New Roman" w:hAnsi="Times New Roman" w:cs="Times New Roman" w:hint="cs"/>
          <w:sz w:val="24"/>
          <w:szCs w:val="24"/>
          <w:rtl/>
        </w:rPr>
        <w:t xml:space="preserve"> صدق وثبات الأداة</w:t>
      </w:r>
      <w:r w:rsidR="00ED4FE4">
        <w:rPr>
          <w:rFonts w:ascii="Times New Roman" w:eastAsia="Times New Roman" w:hAnsi="Times New Roman" w:cs="Times New Roman" w:hint="cs"/>
          <w:sz w:val="24"/>
          <w:szCs w:val="24"/>
          <w:rtl/>
        </w:rPr>
        <w:t xml:space="preserve">    </w:t>
      </w:r>
      <w:r w:rsidR="00ED4FE4">
        <w:rPr>
          <w:rFonts w:ascii="Times New Roman" w:eastAsia="Times New Roman" w:hAnsi="Times New Roman" w:cs="Times New Roman" w:hint="cs"/>
          <w:b/>
          <w:bCs/>
          <w:sz w:val="24"/>
          <w:szCs w:val="24"/>
          <w:rtl/>
        </w:rPr>
        <w:t>.............................................................................................................</w:t>
      </w:r>
      <w:r w:rsidR="00F37438">
        <w:rPr>
          <w:rFonts w:ascii="Times New Roman" w:eastAsia="Times New Roman" w:hAnsi="Times New Roman" w:cs="Times New Roman" w:hint="cs"/>
          <w:b/>
          <w:bCs/>
          <w:sz w:val="24"/>
          <w:szCs w:val="24"/>
          <w:rtl/>
        </w:rPr>
        <w:t>29</w:t>
      </w:r>
      <w:r w:rsidR="00ED4FE4" w:rsidRPr="00AA7072">
        <w:rPr>
          <w:rFonts w:ascii="Times New Roman" w:eastAsia="Times New Roman" w:hAnsi="Times New Roman" w:cs="Times New Roman"/>
          <w:sz w:val="24"/>
          <w:szCs w:val="24"/>
        </w:rPr>
        <w:br/>
        <w:t>3.</w:t>
      </w:r>
      <w:r w:rsidR="00ED4FE4">
        <w:rPr>
          <w:rFonts w:ascii="Times New Roman" w:eastAsia="Times New Roman" w:hAnsi="Times New Roman" w:cs="Times New Roman"/>
          <w:sz w:val="24"/>
          <w:szCs w:val="24"/>
        </w:rPr>
        <w:t>7</w:t>
      </w:r>
      <w:r w:rsidR="00ED4FE4" w:rsidRPr="00AA7072">
        <w:rPr>
          <w:rFonts w:ascii="Times New Roman" w:eastAsia="Times New Roman" w:hAnsi="Times New Roman" w:cs="Times New Roman"/>
          <w:sz w:val="24"/>
          <w:szCs w:val="24"/>
        </w:rPr>
        <w:t xml:space="preserve"> </w:t>
      </w:r>
      <w:r w:rsidR="00ED4FE4">
        <w:rPr>
          <w:rFonts w:ascii="Times New Roman" w:eastAsia="Times New Roman" w:hAnsi="Times New Roman" w:cs="Times New Roman" w:hint="cs"/>
          <w:sz w:val="24"/>
          <w:szCs w:val="24"/>
          <w:rtl/>
        </w:rPr>
        <w:t xml:space="preserve"> حدود البحث...........</w:t>
      </w:r>
      <w:r w:rsidR="00ED4FE4">
        <w:rPr>
          <w:rFonts w:ascii="Times New Roman" w:eastAsia="Times New Roman" w:hAnsi="Times New Roman" w:cs="Times New Roman" w:hint="cs"/>
          <w:b/>
          <w:bCs/>
          <w:sz w:val="24"/>
          <w:szCs w:val="24"/>
          <w:rtl/>
        </w:rPr>
        <w:t>..............................................................................................................</w:t>
      </w:r>
      <w:r w:rsidR="00F37438">
        <w:rPr>
          <w:rFonts w:ascii="Times New Roman" w:eastAsia="Times New Roman" w:hAnsi="Times New Roman" w:cs="Times New Roman" w:hint="cs"/>
          <w:b/>
          <w:bCs/>
          <w:sz w:val="24"/>
          <w:szCs w:val="24"/>
          <w:rtl/>
        </w:rPr>
        <w:t>29</w:t>
      </w:r>
      <w:r w:rsidR="00ED4FE4" w:rsidRPr="00AA7072">
        <w:rPr>
          <w:rFonts w:ascii="Times New Roman" w:eastAsia="Times New Roman" w:hAnsi="Times New Roman" w:cs="Times New Roman"/>
          <w:sz w:val="24"/>
          <w:szCs w:val="24"/>
        </w:rPr>
        <w:br/>
        <w:t>3.</w:t>
      </w:r>
      <w:r w:rsidR="00ED4FE4">
        <w:rPr>
          <w:rFonts w:ascii="Times New Roman" w:eastAsia="Times New Roman" w:hAnsi="Times New Roman" w:cs="Times New Roman"/>
          <w:sz w:val="24"/>
          <w:szCs w:val="24"/>
        </w:rPr>
        <w:t>8</w:t>
      </w:r>
      <w:r w:rsidR="00ED4FE4" w:rsidRPr="00AA7072">
        <w:rPr>
          <w:rFonts w:ascii="Times New Roman" w:eastAsia="Times New Roman" w:hAnsi="Times New Roman" w:cs="Times New Roman"/>
          <w:sz w:val="24"/>
          <w:szCs w:val="24"/>
        </w:rPr>
        <w:t xml:space="preserve"> </w:t>
      </w:r>
      <w:r w:rsidR="00ED4FE4">
        <w:rPr>
          <w:rFonts w:ascii="Times New Roman" w:eastAsia="Times New Roman" w:hAnsi="Times New Roman" w:cs="Times New Roman" w:hint="cs"/>
          <w:sz w:val="24"/>
          <w:szCs w:val="24"/>
          <w:rtl/>
        </w:rPr>
        <w:t>تحليل البيانات .......</w:t>
      </w:r>
      <w:r w:rsidR="00ED4FE4">
        <w:rPr>
          <w:rFonts w:ascii="Times New Roman" w:eastAsia="Times New Roman" w:hAnsi="Times New Roman" w:cs="Times New Roman" w:hint="cs"/>
          <w:b/>
          <w:bCs/>
          <w:sz w:val="24"/>
          <w:szCs w:val="24"/>
          <w:rtl/>
        </w:rPr>
        <w:t>................................................................................................................</w:t>
      </w:r>
      <w:r w:rsidR="00F37438">
        <w:rPr>
          <w:rFonts w:ascii="Times New Roman" w:eastAsia="Times New Roman" w:hAnsi="Times New Roman" w:cs="Times New Roman" w:hint="cs"/>
          <w:b/>
          <w:bCs/>
          <w:sz w:val="24"/>
          <w:szCs w:val="24"/>
          <w:rtl/>
        </w:rPr>
        <w:t>30</w:t>
      </w:r>
      <w:r w:rsidR="00ED4FE4" w:rsidRPr="00AA7072">
        <w:rPr>
          <w:rFonts w:ascii="Times New Roman" w:eastAsia="Times New Roman" w:hAnsi="Times New Roman" w:cs="Times New Roman"/>
          <w:sz w:val="24"/>
          <w:szCs w:val="24"/>
        </w:rPr>
        <w:br/>
        <w:t>3.</w:t>
      </w:r>
      <w:r w:rsidR="00ED4FE4">
        <w:rPr>
          <w:rFonts w:ascii="Times New Roman" w:eastAsia="Times New Roman" w:hAnsi="Times New Roman" w:cs="Times New Roman"/>
          <w:sz w:val="24"/>
          <w:szCs w:val="24"/>
        </w:rPr>
        <w:t>9</w:t>
      </w:r>
      <w:r w:rsidR="00ED4FE4" w:rsidRPr="00AA7072">
        <w:rPr>
          <w:rFonts w:ascii="Times New Roman" w:eastAsia="Times New Roman" w:hAnsi="Times New Roman" w:cs="Times New Roman"/>
          <w:sz w:val="24"/>
          <w:szCs w:val="24"/>
        </w:rPr>
        <w:t xml:space="preserve"> </w:t>
      </w:r>
      <w:r w:rsidR="00ED4FE4">
        <w:rPr>
          <w:rFonts w:ascii="Times New Roman" w:eastAsia="Times New Roman" w:hAnsi="Times New Roman" w:cs="Times New Roman" w:hint="cs"/>
          <w:sz w:val="24"/>
          <w:szCs w:val="24"/>
          <w:rtl/>
        </w:rPr>
        <w:t>الاعتبارات الأخلاقية</w:t>
      </w:r>
      <w:r w:rsidR="00ED4FE4">
        <w:rPr>
          <w:rFonts w:ascii="Times New Roman" w:eastAsia="Times New Roman" w:hAnsi="Times New Roman" w:cs="Times New Roman" w:hint="cs"/>
          <w:b/>
          <w:bCs/>
          <w:sz w:val="24"/>
          <w:szCs w:val="24"/>
          <w:rtl/>
        </w:rPr>
        <w:t>...............................................................................................................</w:t>
      </w:r>
      <w:r w:rsidR="00F37438">
        <w:rPr>
          <w:rFonts w:ascii="Times New Roman" w:eastAsia="Times New Roman" w:hAnsi="Times New Roman" w:cs="Times New Roman" w:hint="cs"/>
          <w:b/>
          <w:bCs/>
          <w:sz w:val="24"/>
          <w:szCs w:val="24"/>
          <w:rtl/>
        </w:rPr>
        <w:t>31</w:t>
      </w:r>
    </w:p>
    <w:p w14:paraId="56DD7A25" w14:textId="6FD83216" w:rsidR="00AA7072" w:rsidRPr="00AA7072" w:rsidRDefault="00AA7072" w:rsidP="00F4751F">
      <w:pPr>
        <w:bidi/>
        <w:spacing w:after="0" w:line="240" w:lineRule="auto"/>
        <w:rPr>
          <w:rFonts w:ascii="Times New Roman" w:eastAsia="Times New Roman" w:hAnsi="Times New Roman" w:cs="Times New Roman"/>
          <w:sz w:val="24"/>
          <w:szCs w:val="24"/>
        </w:rPr>
      </w:pPr>
      <w:r w:rsidRPr="00AA7072">
        <w:rPr>
          <w:rFonts w:ascii="Times New Roman" w:eastAsia="Times New Roman" w:hAnsi="Times New Roman" w:cs="Times New Roman"/>
          <w:b/>
          <w:bCs/>
          <w:sz w:val="24"/>
          <w:szCs w:val="24"/>
          <w:rtl/>
        </w:rPr>
        <w:t>الفصل الرابع: عرض وتحليل النتائج</w:t>
      </w:r>
      <w:r w:rsidRPr="00AA7072">
        <w:rPr>
          <w:rFonts w:ascii="Times New Roman" w:eastAsia="Times New Roman" w:hAnsi="Times New Roman" w:cs="Times New Roman"/>
          <w:sz w:val="24"/>
          <w:szCs w:val="24"/>
        </w:rPr>
        <w:br/>
        <w:t xml:space="preserve">4.1 </w:t>
      </w:r>
      <w:r w:rsidRPr="00AA7072">
        <w:rPr>
          <w:rFonts w:ascii="Times New Roman" w:eastAsia="Times New Roman" w:hAnsi="Times New Roman" w:cs="Times New Roman"/>
          <w:sz w:val="24"/>
          <w:szCs w:val="24"/>
          <w:rtl/>
        </w:rPr>
        <w:t>مقدمة</w:t>
      </w:r>
      <w:r>
        <w:rPr>
          <w:rFonts w:ascii="Times New Roman" w:eastAsia="Times New Roman" w:hAnsi="Times New Roman" w:cs="Times New Roman" w:hint="cs"/>
          <w:sz w:val="24"/>
          <w:szCs w:val="24"/>
          <w:rtl/>
        </w:rPr>
        <w:t xml:space="preserve"> </w:t>
      </w:r>
      <w:r w:rsidR="00675E5C">
        <w:rPr>
          <w:rFonts w:ascii="Times New Roman" w:eastAsia="Times New Roman" w:hAnsi="Times New Roman" w:cs="Times New Roman" w:hint="cs"/>
          <w:sz w:val="24"/>
          <w:szCs w:val="24"/>
          <w:rtl/>
        </w:rPr>
        <w:t>...............</w:t>
      </w:r>
      <w:r>
        <w:rPr>
          <w:rFonts w:ascii="Times New Roman" w:eastAsia="Times New Roman" w:hAnsi="Times New Roman" w:cs="Times New Roman" w:hint="cs"/>
          <w:b/>
          <w:bCs/>
          <w:sz w:val="24"/>
          <w:szCs w:val="24"/>
          <w:rtl/>
        </w:rPr>
        <w:t>.................................................................................................................</w:t>
      </w:r>
      <w:r w:rsidR="00F37438">
        <w:rPr>
          <w:rFonts w:ascii="Times New Roman" w:eastAsia="Times New Roman" w:hAnsi="Times New Roman" w:cs="Times New Roman" w:hint="cs"/>
          <w:b/>
          <w:bCs/>
          <w:sz w:val="24"/>
          <w:szCs w:val="24"/>
          <w:rtl/>
        </w:rPr>
        <w:t>34</w:t>
      </w:r>
      <w:r w:rsidRPr="00AA7072">
        <w:rPr>
          <w:rFonts w:ascii="Times New Roman" w:eastAsia="Times New Roman" w:hAnsi="Times New Roman" w:cs="Times New Roman"/>
          <w:sz w:val="24"/>
          <w:szCs w:val="24"/>
        </w:rPr>
        <w:br/>
        <w:t xml:space="preserve">4.2 </w:t>
      </w:r>
      <w:r w:rsidRPr="00AA7072">
        <w:rPr>
          <w:rFonts w:ascii="Times New Roman" w:eastAsia="Times New Roman" w:hAnsi="Times New Roman" w:cs="Times New Roman"/>
          <w:sz w:val="24"/>
          <w:szCs w:val="24"/>
          <w:rtl/>
        </w:rPr>
        <w:t>التحليل الكمي للبيانات</w:t>
      </w:r>
      <w:r>
        <w:rPr>
          <w:rFonts w:ascii="Times New Roman" w:eastAsia="Times New Roman" w:hAnsi="Times New Roman" w:cs="Times New Roman" w:hint="cs"/>
          <w:b/>
          <w:bCs/>
          <w:sz w:val="24"/>
          <w:szCs w:val="24"/>
          <w:rtl/>
        </w:rPr>
        <w:t>....</w:t>
      </w:r>
      <w:r w:rsidR="00675E5C">
        <w:rPr>
          <w:rFonts w:ascii="Times New Roman" w:eastAsia="Times New Roman" w:hAnsi="Times New Roman" w:cs="Times New Roman" w:hint="cs"/>
          <w:b/>
          <w:bCs/>
          <w:sz w:val="24"/>
          <w:szCs w:val="24"/>
          <w:rtl/>
        </w:rPr>
        <w:t>.</w:t>
      </w:r>
      <w:r>
        <w:rPr>
          <w:rFonts w:ascii="Times New Roman" w:eastAsia="Times New Roman" w:hAnsi="Times New Roman" w:cs="Times New Roman" w:hint="cs"/>
          <w:b/>
          <w:bCs/>
          <w:sz w:val="24"/>
          <w:szCs w:val="24"/>
          <w:rtl/>
        </w:rPr>
        <w:t>........................................................................................................</w:t>
      </w:r>
      <w:r w:rsidR="00F37438">
        <w:rPr>
          <w:rFonts w:ascii="Times New Roman" w:eastAsia="Times New Roman" w:hAnsi="Times New Roman" w:cs="Times New Roman" w:hint="cs"/>
          <w:b/>
          <w:bCs/>
          <w:sz w:val="24"/>
          <w:szCs w:val="24"/>
          <w:rtl/>
        </w:rPr>
        <w:t>34</w:t>
      </w:r>
      <w:r w:rsidRPr="00AA7072">
        <w:rPr>
          <w:rFonts w:ascii="Times New Roman" w:eastAsia="Times New Roman" w:hAnsi="Times New Roman" w:cs="Times New Roman"/>
          <w:sz w:val="24"/>
          <w:szCs w:val="24"/>
        </w:rPr>
        <w:br/>
        <w:t xml:space="preserve">4.3 </w:t>
      </w:r>
      <w:r w:rsidRPr="00AA7072">
        <w:rPr>
          <w:rFonts w:ascii="Times New Roman" w:eastAsia="Times New Roman" w:hAnsi="Times New Roman" w:cs="Times New Roman"/>
          <w:sz w:val="24"/>
          <w:szCs w:val="24"/>
          <w:rtl/>
        </w:rPr>
        <w:t>اختبار الفرضيات</w:t>
      </w:r>
      <w:r>
        <w:rPr>
          <w:rFonts w:ascii="Times New Roman" w:eastAsia="Times New Roman" w:hAnsi="Times New Roman" w:cs="Times New Roman" w:hint="cs"/>
          <w:b/>
          <w:bCs/>
          <w:sz w:val="24"/>
          <w:szCs w:val="24"/>
          <w:rtl/>
        </w:rPr>
        <w:t>...................................................................................................................</w:t>
      </w:r>
      <w:r w:rsidR="00F37438">
        <w:rPr>
          <w:rFonts w:ascii="Times New Roman" w:eastAsia="Times New Roman" w:hAnsi="Times New Roman" w:cs="Times New Roman" w:hint="cs"/>
          <w:b/>
          <w:bCs/>
          <w:sz w:val="24"/>
          <w:szCs w:val="24"/>
          <w:rtl/>
        </w:rPr>
        <w:t>38</w:t>
      </w:r>
      <w:r w:rsidRPr="00AA7072">
        <w:rPr>
          <w:rFonts w:ascii="Times New Roman" w:eastAsia="Times New Roman" w:hAnsi="Times New Roman" w:cs="Times New Roman"/>
          <w:sz w:val="24"/>
          <w:szCs w:val="24"/>
        </w:rPr>
        <w:br/>
        <w:t xml:space="preserve">4.4 </w:t>
      </w:r>
      <w:r w:rsidRPr="00AA7072">
        <w:rPr>
          <w:rFonts w:ascii="Times New Roman" w:eastAsia="Times New Roman" w:hAnsi="Times New Roman" w:cs="Times New Roman"/>
          <w:sz w:val="24"/>
          <w:szCs w:val="24"/>
          <w:rtl/>
        </w:rPr>
        <w:t>التحليل النوعي للبيانات</w:t>
      </w:r>
      <w:r w:rsidR="00675E5C">
        <w:rPr>
          <w:rFonts w:ascii="Times New Roman" w:eastAsia="Times New Roman" w:hAnsi="Times New Roman" w:cs="Times New Roman" w:hint="cs"/>
          <w:b/>
          <w:bCs/>
          <w:sz w:val="24"/>
          <w:szCs w:val="24"/>
          <w:rtl/>
        </w:rPr>
        <w:t>.</w:t>
      </w:r>
      <w:r>
        <w:rPr>
          <w:rFonts w:ascii="Times New Roman" w:eastAsia="Times New Roman" w:hAnsi="Times New Roman" w:cs="Times New Roman" w:hint="cs"/>
          <w:b/>
          <w:bCs/>
          <w:sz w:val="24"/>
          <w:szCs w:val="24"/>
          <w:rtl/>
        </w:rPr>
        <w:t>...........................................................................................................</w:t>
      </w:r>
      <w:r w:rsidR="00F4751F">
        <w:rPr>
          <w:rFonts w:ascii="Times New Roman" w:eastAsia="Times New Roman" w:hAnsi="Times New Roman" w:cs="Times New Roman" w:hint="cs"/>
          <w:b/>
          <w:bCs/>
          <w:sz w:val="24"/>
          <w:szCs w:val="24"/>
          <w:rtl/>
        </w:rPr>
        <w:t>42</w:t>
      </w:r>
      <w:r w:rsidRPr="00AA7072">
        <w:rPr>
          <w:rFonts w:ascii="Times New Roman" w:eastAsia="Times New Roman" w:hAnsi="Times New Roman" w:cs="Times New Roman"/>
          <w:sz w:val="24"/>
          <w:szCs w:val="24"/>
        </w:rPr>
        <w:br/>
        <w:t xml:space="preserve">4.5 </w:t>
      </w:r>
      <w:r w:rsidRPr="00AA7072">
        <w:rPr>
          <w:rFonts w:ascii="Times New Roman" w:eastAsia="Times New Roman" w:hAnsi="Times New Roman" w:cs="Times New Roman"/>
          <w:sz w:val="24"/>
          <w:szCs w:val="24"/>
          <w:rtl/>
        </w:rPr>
        <w:t>خاتمة الفصل</w:t>
      </w:r>
      <w:r>
        <w:rPr>
          <w:rFonts w:ascii="Times New Roman" w:eastAsia="Times New Roman" w:hAnsi="Times New Roman" w:cs="Times New Roman" w:hint="cs"/>
          <w:sz w:val="24"/>
          <w:szCs w:val="24"/>
          <w:rtl/>
        </w:rPr>
        <w:t xml:space="preserve"> </w:t>
      </w:r>
      <w:r w:rsidR="00675E5C">
        <w:rPr>
          <w:rFonts w:ascii="Times New Roman" w:eastAsia="Times New Roman" w:hAnsi="Times New Roman" w:cs="Times New Roman" w:hint="cs"/>
          <w:sz w:val="24"/>
          <w:szCs w:val="24"/>
          <w:rtl/>
        </w:rPr>
        <w:t>....</w:t>
      </w:r>
      <w:r>
        <w:rPr>
          <w:rFonts w:ascii="Times New Roman" w:eastAsia="Times New Roman" w:hAnsi="Times New Roman" w:cs="Times New Roman" w:hint="cs"/>
          <w:b/>
          <w:bCs/>
          <w:sz w:val="24"/>
          <w:szCs w:val="24"/>
          <w:rtl/>
        </w:rPr>
        <w:t>....................................................................................................................</w:t>
      </w:r>
      <w:r w:rsidR="00F4751F">
        <w:rPr>
          <w:rFonts w:ascii="Times New Roman" w:eastAsia="Times New Roman" w:hAnsi="Times New Roman" w:cs="Times New Roman" w:hint="cs"/>
          <w:b/>
          <w:bCs/>
          <w:sz w:val="24"/>
          <w:szCs w:val="24"/>
          <w:rtl/>
        </w:rPr>
        <w:t>46</w:t>
      </w:r>
    </w:p>
    <w:p w14:paraId="09A3CD8A" w14:textId="76868D52" w:rsidR="00AA7072" w:rsidRPr="00AA7072" w:rsidRDefault="00AA7072" w:rsidP="00F4751F">
      <w:pPr>
        <w:bidi/>
        <w:spacing w:after="0" w:line="240" w:lineRule="auto"/>
        <w:rPr>
          <w:rFonts w:ascii="Times New Roman" w:eastAsia="Times New Roman" w:hAnsi="Times New Roman" w:cs="Times New Roman"/>
          <w:sz w:val="24"/>
          <w:szCs w:val="24"/>
        </w:rPr>
      </w:pPr>
      <w:r w:rsidRPr="00AA7072">
        <w:rPr>
          <w:rFonts w:ascii="Times New Roman" w:eastAsia="Times New Roman" w:hAnsi="Times New Roman" w:cs="Times New Roman"/>
          <w:b/>
          <w:bCs/>
          <w:sz w:val="24"/>
          <w:szCs w:val="24"/>
          <w:rtl/>
        </w:rPr>
        <w:t>الفصل الخامس: المناقشة والنموذج العملي والتوصيات</w:t>
      </w:r>
      <w:r w:rsidRPr="00AA7072">
        <w:rPr>
          <w:rFonts w:ascii="Times New Roman" w:eastAsia="Times New Roman" w:hAnsi="Times New Roman" w:cs="Times New Roman"/>
          <w:sz w:val="24"/>
          <w:szCs w:val="24"/>
        </w:rPr>
        <w:br/>
        <w:t xml:space="preserve">5.1 </w:t>
      </w:r>
      <w:r w:rsidRPr="00AA7072">
        <w:rPr>
          <w:rFonts w:ascii="Times New Roman" w:eastAsia="Times New Roman" w:hAnsi="Times New Roman" w:cs="Times New Roman"/>
          <w:sz w:val="24"/>
          <w:szCs w:val="24"/>
          <w:rtl/>
        </w:rPr>
        <w:t>مقدمة الفصل</w:t>
      </w:r>
      <w:r w:rsidR="00675E5C">
        <w:rPr>
          <w:rFonts w:ascii="Times New Roman" w:eastAsia="Times New Roman" w:hAnsi="Times New Roman" w:cs="Times New Roman" w:hint="cs"/>
          <w:b/>
          <w:bCs/>
          <w:sz w:val="24"/>
          <w:szCs w:val="24"/>
          <w:rtl/>
        </w:rPr>
        <w:t>........................................................................................................................</w:t>
      </w:r>
      <w:r w:rsidR="00F4751F">
        <w:rPr>
          <w:rFonts w:ascii="Times New Roman" w:eastAsia="Times New Roman" w:hAnsi="Times New Roman" w:cs="Times New Roman" w:hint="cs"/>
          <w:b/>
          <w:bCs/>
          <w:sz w:val="24"/>
          <w:szCs w:val="24"/>
          <w:rtl/>
        </w:rPr>
        <w:t>49</w:t>
      </w:r>
      <w:r w:rsidRPr="00AA7072">
        <w:rPr>
          <w:rFonts w:ascii="Times New Roman" w:eastAsia="Times New Roman" w:hAnsi="Times New Roman" w:cs="Times New Roman"/>
          <w:sz w:val="24"/>
          <w:szCs w:val="24"/>
        </w:rPr>
        <w:br/>
        <w:t xml:space="preserve">5.2 </w:t>
      </w:r>
      <w:r w:rsidRPr="00AA7072">
        <w:rPr>
          <w:rFonts w:ascii="Times New Roman" w:eastAsia="Times New Roman" w:hAnsi="Times New Roman" w:cs="Times New Roman"/>
          <w:sz w:val="24"/>
          <w:szCs w:val="24"/>
          <w:rtl/>
        </w:rPr>
        <w:t>الربط مع الدراسات السابقة</w:t>
      </w:r>
      <w:r w:rsidR="00675E5C">
        <w:rPr>
          <w:rFonts w:ascii="Times New Roman" w:eastAsia="Times New Roman" w:hAnsi="Times New Roman" w:cs="Times New Roman" w:hint="cs"/>
          <w:b/>
          <w:bCs/>
          <w:sz w:val="24"/>
          <w:szCs w:val="24"/>
          <w:rtl/>
        </w:rPr>
        <w:t>.......................................................................................................</w:t>
      </w:r>
      <w:r w:rsidR="00F4751F">
        <w:rPr>
          <w:rFonts w:ascii="Times New Roman" w:eastAsia="Times New Roman" w:hAnsi="Times New Roman" w:cs="Times New Roman" w:hint="cs"/>
          <w:b/>
          <w:bCs/>
          <w:sz w:val="24"/>
          <w:szCs w:val="24"/>
          <w:rtl/>
        </w:rPr>
        <w:t>50</w:t>
      </w:r>
      <w:r w:rsidRPr="00AA7072">
        <w:rPr>
          <w:rFonts w:ascii="Times New Roman" w:eastAsia="Times New Roman" w:hAnsi="Times New Roman" w:cs="Times New Roman"/>
          <w:sz w:val="24"/>
          <w:szCs w:val="24"/>
        </w:rPr>
        <w:br/>
        <w:t xml:space="preserve">5.3 </w:t>
      </w:r>
      <w:r w:rsidRPr="00AA7072">
        <w:rPr>
          <w:rFonts w:ascii="Times New Roman" w:eastAsia="Times New Roman" w:hAnsi="Times New Roman" w:cs="Times New Roman"/>
          <w:sz w:val="24"/>
          <w:szCs w:val="24"/>
          <w:rtl/>
        </w:rPr>
        <w:t>تفسير النتائج في ضوء الإطار النظري والنموذج المفاهيمي</w:t>
      </w:r>
      <w:r w:rsidR="00675E5C">
        <w:rPr>
          <w:rFonts w:ascii="Times New Roman" w:eastAsia="Times New Roman" w:hAnsi="Times New Roman" w:cs="Times New Roman" w:hint="cs"/>
          <w:b/>
          <w:bCs/>
          <w:sz w:val="24"/>
          <w:szCs w:val="24"/>
          <w:rtl/>
        </w:rPr>
        <w:t>................................................................</w:t>
      </w:r>
      <w:r w:rsidR="00F4751F">
        <w:rPr>
          <w:rFonts w:ascii="Times New Roman" w:eastAsia="Times New Roman" w:hAnsi="Times New Roman" w:cs="Times New Roman" w:hint="cs"/>
          <w:b/>
          <w:bCs/>
          <w:sz w:val="24"/>
          <w:szCs w:val="24"/>
          <w:rtl/>
        </w:rPr>
        <w:t>52</w:t>
      </w:r>
      <w:r w:rsidRPr="00AA7072">
        <w:rPr>
          <w:rFonts w:ascii="Times New Roman" w:eastAsia="Times New Roman" w:hAnsi="Times New Roman" w:cs="Times New Roman"/>
          <w:sz w:val="24"/>
          <w:szCs w:val="24"/>
        </w:rPr>
        <w:br/>
        <w:t xml:space="preserve">5.4 </w:t>
      </w:r>
      <w:r w:rsidRPr="00AA7072">
        <w:rPr>
          <w:rFonts w:ascii="Times New Roman" w:eastAsia="Times New Roman" w:hAnsi="Times New Roman" w:cs="Times New Roman"/>
          <w:sz w:val="24"/>
          <w:szCs w:val="24"/>
          <w:rtl/>
        </w:rPr>
        <w:t xml:space="preserve">النموذج العملي التكاملي لاستدامة </w:t>
      </w:r>
      <w:r w:rsidR="00F4751F" w:rsidRPr="00AA7072">
        <w:rPr>
          <w:rFonts w:ascii="Times New Roman" w:eastAsia="Times New Roman" w:hAnsi="Times New Roman" w:cs="Times New Roman" w:hint="cs"/>
          <w:sz w:val="24"/>
          <w:szCs w:val="24"/>
          <w:rtl/>
        </w:rPr>
        <w:t>الابتكا</w:t>
      </w:r>
      <w:r w:rsidR="00F4751F">
        <w:rPr>
          <w:rFonts w:ascii="Times New Roman" w:eastAsia="Times New Roman" w:hAnsi="Times New Roman" w:cs="Times New Roman" w:hint="cs"/>
          <w:sz w:val="24"/>
          <w:szCs w:val="24"/>
          <w:rtl/>
        </w:rPr>
        <w:t>ر</w:t>
      </w:r>
      <w:r w:rsidR="00F4751F" w:rsidRPr="00AA7072">
        <w:rPr>
          <w:rFonts w:ascii="Times New Roman" w:eastAsia="Times New Roman" w:hAnsi="Times New Roman" w:cs="Times New Roman" w:hint="cs"/>
          <w:sz w:val="24"/>
          <w:szCs w:val="24"/>
          <w:rtl/>
        </w:rPr>
        <w:t xml:space="preserve"> عب</w:t>
      </w:r>
      <w:r w:rsidR="00F4751F" w:rsidRPr="00AA7072">
        <w:rPr>
          <w:rFonts w:ascii="Times New Roman" w:eastAsia="Times New Roman" w:hAnsi="Times New Roman" w:cs="Times New Roman" w:hint="eastAsia"/>
          <w:sz w:val="24"/>
          <w:szCs w:val="24"/>
          <w:rtl/>
        </w:rPr>
        <w:t>ر</w:t>
      </w:r>
      <w:r w:rsidRPr="00AA7072">
        <w:rPr>
          <w:rFonts w:ascii="Times New Roman" w:eastAsia="Times New Roman" w:hAnsi="Times New Roman" w:cs="Times New Roman"/>
          <w:sz w:val="24"/>
          <w:szCs w:val="24"/>
          <w:rtl/>
        </w:rPr>
        <w:t xml:space="preserve"> الشراكة الاستشارية</w:t>
      </w:r>
      <w:r w:rsidR="00675E5C">
        <w:rPr>
          <w:rFonts w:ascii="Times New Roman" w:eastAsia="Times New Roman" w:hAnsi="Times New Roman" w:cs="Times New Roman" w:hint="cs"/>
          <w:b/>
          <w:bCs/>
          <w:sz w:val="24"/>
          <w:szCs w:val="24"/>
          <w:rtl/>
        </w:rPr>
        <w:t>......................................................</w:t>
      </w:r>
      <w:r w:rsidR="00F4751F">
        <w:rPr>
          <w:rFonts w:ascii="Times New Roman" w:eastAsia="Times New Roman" w:hAnsi="Times New Roman" w:cs="Times New Roman" w:hint="cs"/>
          <w:b/>
          <w:bCs/>
          <w:sz w:val="24"/>
          <w:szCs w:val="24"/>
          <w:rtl/>
        </w:rPr>
        <w:t>54</w:t>
      </w:r>
      <w:r w:rsidRPr="00AA7072">
        <w:rPr>
          <w:rFonts w:ascii="Times New Roman" w:eastAsia="Times New Roman" w:hAnsi="Times New Roman" w:cs="Times New Roman"/>
          <w:sz w:val="24"/>
          <w:szCs w:val="24"/>
        </w:rPr>
        <w:br/>
        <w:t xml:space="preserve">5.5 </w:t>
      </w:r>
      <w:r w:rsidRPr="00AA7072">
        <w:rPr>
          <w:rFonts w:ascii="Times New Roman" w:eastAsia="Times New Roman" w:hAnsi="Times New Roman" w:cs="Times New Roman"/>
          <w:sz w:val="24"/>
          <w:szCs w:val="24"/>
          <w:rtl/>
        </w:rPr>
        <w:t>الدليل الإجرائي لتطبيق النموذ</w:t>
      </w:r>
      <w:r>
        <w:rPr>
          <w:rFonts w:ascii="Times New Roman" w:eastAsia="Times New Roman" w:hAnsi="Times New Roman" w:cs="Times New Roman" w:hint="cs"/>
          <w:sz w:val="24"/>
          <w:szCs w:val="24"/>
          <w:rtl/>
        </w:rPr>
        <w:t xml:space="preserve">ج </w:t>
      </w:r>
      <w:r w:rsidRPr="00AA7072">
        <w:rPr>
          <w:rFonts w:ascii="Times New Roman" w:eastAsia="Times New Roman" w:hAnsi="Times New Roman" w:cs="Times New Roman"/>
          <w:sz w:val="24"/>
          <w:szCs w:val="24"/>
          <w:rtl/>
        </w:rPr>
        <w:t>بالمراحل والأدوار المفصلة</w:t>
      </w:r>
      <w:r w:rsidR="00675E5C">
        <w:rPr>
          <w:rFonts w:ascii="Times New Roman" w:eastAsia="Times New Roman" w:hAnsi="Times New Roman" w:cs="Times New Roman" w:hint="cs"/>
          <w:b/>
          <w:bCs/>
          <w:sz w:val="24"/>
          <w:szCs w:val="24"/>
          <w:rtl/>
        </w:rPr>
        <w:t>...............................................................</w:t>
      </w:r>
      <w:r w:rsidR="00F4751F">
        <w:rPr>
          <w:rFonts w:ascii="Times New Roman" w:eastAsia="Times New Roman" w:hAnsi="Times New Roman" w:cs="Times New Roman" w:hint="cs"/>
          <w:b/>
          <w:bCs/>
          <w:sz w:val="24"/>
          <w:szCs w:val="24"/>
          <w:rtl/>
        </w:rPr>
        <w:t>58</w:t>
      </w:r>
      <w:r w:rsidRPr="00AA7072">
        <w:rPr>
          <w:rFonts w:ascii="Times New Roman" w:eastAsia="Times New Roman" w:hAnsi="Times New Roman" w:cs="Times New Roman"/>
          <w:sz w:val="24"/>
          <w:szCs w:val="24"/>
        </w:rPr>
        <w:br/>
        <w:t xml:space="preserve">5.6 </w:t>
      </w:r>
      <w:r w:rsidRPr="00AA7072">
        <w:rPr>
          <w:rFonts w:ascii="Times New Roman" w:eastAsia="Times New Roman" w:hAnsi="Times New Roman" w:cs="Times New Roman"/>
          <w:sz w:val="24"/>
          <w:szCs w:val="24"/>
          <w:rtl/>
        </w:rPr>
        <w:t>التوصيا</w:t>
      </w:r>
      <w:r w:rsidR="00675E5C">
        <w:rPr>
          <w:rFonts w:ascii="Times New Roman" w:eastAsia="Times New Roman" w:hAnsi="Times New Roman" w:cs="Times New Roman" w:hint="cs"/>
          <w:sz w:val="24"/>
          <w:szCs w:val="24"/>
          <w:rtl/>
        </w:rPr>
        <w:t>ت........</w:t>
      </w:r>
      <w:r w:rsidR="00675E5C">
        <w:rPr>
          <w:rFonts w:ascii="Times New Roman" w:eastAsia="Times New Roman" w:hAnsi="Times New Roman" w:cs="Times New Roman" w:hint="cs"/>
          <w:b/>
          <w:bCs/>
          <w:sz w:val="24"/>
          <w:szCs w:val="24"/>
          <w:rtl/>
        </w:rPr>
        <w:t>....................................................................................................................</w:t>
      </w:r>
      <w:r w:rsidR="00F4751F">
        <w:rPr>
          <w:rFonts w:ascii="Times New Roman" w:eastAsia="Times New Roman" w:hAnsi="Times New Roman" w:cs="Times New Roman" w:hint="cs"/>
          <w:b/>
          <w:bCs/>
          <w:sz w:val="24"/>
          <w:szCs w:val="24"/>
          <w:rtl/>
        </w:rPr>
        <w:t>65</w:t>
      </w:r>
      <w:r w:rsidRPr="00AA7072">
        <w:rPr>
          <w:rFonts w:ascii="Times New Roman" w:eastAsia="Times New Roman" w:hAnsi="Times New Roman" w:cs="Times New Roman"/>
          <w:sz w:val="24"/>
          <w:szCs w:val="24"/>
        </w:rPr>
        <w:br/>
        <w:t xml:space="preserve">5.7 </w:t>
      </w:r>
      <w:r w:rsidRPr="00AA7072">
        <w:rPr>
          <w:rFonts w:ascii="Times New Roman" w:eastAsia="Times New Roman" w:hAnsi="Times New Roman" w:cs="Times New Roman"/>
          <w:sz w:val="24"/>
          <w:szCs w:val="24"/>
          <w:rtl/>
        </w:rPr>
        <w:t>الخاتمة</w:t>
      </w:r>
      <w:r w:rsidR="00675E5C">
        <w:rPr>
          <w:rFonts w:ascii="Times New Roman" w:eastAsia="Times New Roman" w:hAnsi="Times New Roman" w:cs="Times New Roman" w:hint="cs"/>
          <w:sz w:val="24"/>
          <w:szCs w:val="24"/>
          <w:rtl/>
        </w:rPr>
        <w:t>............</w:t>
      </w:r>
      <w:r w:rsidR="00675E5C">
        <w:rPr>
          <w:rFonts w:ascii="Times New Roman" w:eastAsia="Times New Roman" w:hAnsi="Times New Roman" w:cs="Times New Roman" w:hint="cs"/>
          <w:b/>
          <w:bCs/>
          <w:sz w:val="24"/>
          <w:szCs w:val="24"/>
          <w:rtl/>
        </w:rPr>
        <w:t>....................................................................................................................</w:t>
      </w:r>
      <w:r w:rsidR="00F4751F">
        <w:rPr>
          <w:rFonts w:ascii="Times New Roman" w:eastAsia="Times New Roman" w:hAnsi="Times New Roman" w:cs="Times New Roman" w:hint="cs"/>
          <w:b/>
          <w:bCs/>
          <w:sz w:val="24"/>
          <w:szCs w:val="24"/>
          <w:rtl/>
        </w:rPr>
        <w:t>67</w:t>
      </w:r>
    </w:p>
    <w:p w14:paraId="6C10D06A" w14:textId="34F58C87" w:rsidR="00AA7072" w:rsidRPr="00AA7072" w:rsidRDefault="00AA7072" w:rsidP="008F55FB">
      <w:pPr>
        <w:bidi/>
        <w:spacing w:after="0" w:line="240" w:lineRule="auto"/>
        <w:rPr>
          <w:rFonts w:ascii="Times New Roman" w:eastAsia="Times New Roman" w:hAnsi="Times New Roman" w:cs="Times New Roman"/>
          <w:sz w:val="24"/>
          <w:szCs w:val="24"/>
        </w:rPr>
      </w:pPr>
      <w:r w:rsidRPr="00AA7072">
        <w:rPr>
          <w:rFonts w:ascii="Times New Roman" w:eastAsia="Times New Roman" w:hAnsi="Times New Roman" w:cs="Times New Roman"/>
          <w:b/>
          <w:bCs/>
          <w:sz w:val="24"/>
          <w:szCs w:val="24"/>
          <w:rtl/>
        </w:rPr>
        <w:t>المراجع</w:t>
      </w:r>
      <w:r w:rsidR="00F4751F">
        <w:rPr>
          <w:rFonts w:ascii="Times New Roman" w:eastAsia="Times New Roman" w:hAnsi="Times New Roman" w:cs="Times New Roman" w:hint="cs"/>
          <w:b/>
          <w:bCs/>
          <w:sz w:val="24"/>
          <w:szCs w:val="24"/>
          <w:rtl/>
        </w:rPr>
        <w:t xml:space="preserve"> </w:t>
      </w:r>
      <w:r w:rsidR="00675E5C">
        <w:rPr>
          <w:rFonts w:ascii="Times New Roman" w:eastAsia="Times New Roman" w:hAnsi="Times New Roman" w:cs="Times New Roman" w:hint="cs"/>
          <w:b/>
          <w:bCs/>
          <w:sz w:val="24"/>
          <w:szCs w:val="24"/>
          <w:rtl/>
        </w:rPr>
        <w:t>....................................................................................................................................</w:t>
      </w:r>
      <w:r w:rsidR="00F4751F">
        <w:rPr>
          <w:rFonts w:ascii="Times New Roman" w:eastAsia="Times New Roman" w:hAnsi="Times New Roman" w:cs="Times New Roman"/>
          <w:b/>
          <w:bCs/>
          <w:sz w:val="24"/>
          <w:szCs w:val="24"/>
        </w:rPr>
        <w:t>69</w:t>
      </w:r>
      <w:r w:rsidR="008F55FB">
        <w:rPr>
          <w:rFonts w:ascii="Times New Roman" w:eastAsia="Times New Roman" w:hAnsi="Times New Roman" w:cs="Times New Roman" w:hint="cs"/>
          <w:b/>
          <w:bCs/>
          <w:sz w:val="24"/>
          <w:szCs w:val="24"/>
          <w:rtl/>
        </w:rPr>
        <w:t xml:space="preserve"> قائمة الأشكال .............................................................................................................................</w:t>
      </w:r>
      <w:r w:rsidR="00E0531E">
        <w:rPr>
          <w:rFonts w:ascii="Times New Roman" w:eastAsia="Times New Roman" w:hAnsi="Times New Roman" w:cs="Times New Roman" w:hint="cs"/>
          <w:b/>
          <w:bCs/>
          <w:sz w:val="24"/>
          <w:szCs w:val="24"/>
          <w:rtl/>
        </w:rPr>
        <w:t>70</w:t>
      </w:r>
    </w:p>
    <w:p w14:paraId="5C1875EE" w14:textId="058CA1F9" w:rsidR="00AA7072" w:rsidRPr="00AA7072" w:rsidRDefault="00AA7072" w:rsidP="00F4751F">
      <w:pPr>
        <w:bidi/>
        <w:spacing w:after="0" w:line="240" w:lineRule="auto"/>
        <w:rPr>
          <w:rFonts w:ascii="Times New Roman" w:eastAsia="Times New Roman" w:hAnsi="Times New Roman" w:cs="Times New Roman"/>
          <w:sz w:val="24"/>
          <w:szCs w:val="24"/>
        </w:rPr>
      </w:pPr>
      <w:r w:rsidRPr="00AA7072">
        <w:rPr>
          <w:rFonts w:ascii="Times New Roman" w:eastAsia="Times New Roman" w:hAnsi="Times New Roman" w:cs="Times New Roman"/>
          <w:b/>
          <w:bCs/>
          <w:sz w:val="24"/>
          <w:szCs w:val="24"/>
          <w:rtl/>
        </w:rPr>
        <w:t>الملاحق</w:t>
      </w:r>
      <w:r w:rsidR="00675E5C">
        <w:rPr>
          <w:rFonts w:ascii="Times New Roman" w:eastAsia="Times New Roman" w:hAnsi="Times New Roman" w:cs="Times New Roman" w:hint="cs"/>
          <w:b/>
          <w:bCs/>
          <w:sz w:val="24"/>
          <w:szCs w:val="24"/>
          <w:rtl/>
        </w:rPr>
        <w:t>....................................................................................................................................</w:t>
      </w:r>
      <w:r w:rsidR="00F4751F">
        <w:rPr>
          <w:rFonts w:ascii="Times New Roman" w:eastAsia="Times New Roman" w:hAnsi="Times New Roman" w:cs="Times New Roman" w:hint="cs"/>
          <w:b/>
          <w:bCs/>
          <w:sz w:val="24"/>
          <w:szCs w:val="24"/>
          <w:rtl/>
        </w:rPr>
        <w:t xml:space="preserve"> </w:t>
      </w:r>
      <w:r w:rsidR="00E0531E">
        <w:rPr>
          <w:rFonts w:ascii="Times New Roman" w:eastAsia="Times New Roman" w:hAnsi="Times New Roman" w:cs="Times New Roman" w:hint="cs"/>
          <w:b/>
          <w:bCs/>
          <w:sz w:val="24"/>
          <w:szCs w:val="24"/>
          <w:rtl/>
        </w:rPr>
        <w:t>71</w:t>
      </w:r>
    </w:p>
    <w:p w14:paraId="1C7A50FA" w14:textId="77777777" w:rsidR="00070DF8" w:rsidRPr="00083D43" w:rsidRDefault="00070DF8" w:rsidP="00083D43">
      <w:pPr>
        <w:bidi/>
        <w:spacing w:line="360" w:lineRule="auto"/>
        <w:rPr>
          <w:rFonts w:ascii="Sakkal Majalla" w:hAnsi="Sakkal Majalla" w:cs="Sakkal Majalla"/>
          <w:rtl/>
        </w:rPr>
      </w:pPr>
    </w:p>
    <w:p w14:paraId="49723297" w14:textId="77777777" w:rsidR="00070DF8" w:rsidRDefault="00070DF8" w:rsidP="00083D43">
      <w:pPr>
        <w:bidi/>
        <w:spacing w:line="360" w:lineRule="auto"/>
        <w:rPr>
          <w:rFonts w:ascii="Sakkal Majalla" w:hAnsi="Sakkal Majalla" w:cs="Sakkal Majalla"/>
          <w:rtl/>
        </w:rPr>
      </w:pPr>
    </w:p>
    <w:p w14:paraId="790EB8E5" w14:textId="77777777" w:rsidR="00083D43" w:rsidRDefault="00083D43" w:rsidP="00083D43">
      <w:pPr>
        <w:bidi/>
        <w:spacing w:line="360" w:lineRule="auto"/>
        <w:rPr>
          <w:rFonts w:ascii="Sakkal Majalla" w:hAnsi="Sakkal Majalla" w:cs="Sakkal Majalla"/>
          <w:rtl/>
        </w:rPr>
      </w:pPr>
    </w:p>
    <w:p w14:paraId="0194DF88" w14:textId="77777777" w:rsidR="00070DF8" w:rsidRDefault="00070DF8" w:rsidP="00083D43">
      <w:pPr>
        <w:bidi/>
        <w:spacing w:line="360" w:lineRule="auto"/>
        <w:rPr>
          <w:rFonts w:ascii="Sakkal Majalla" w:hAnsi="Sakkal Majalla" w:cs="Sakkal Majalla"/>
          <w:rtl/>
        </w:rPr>
      </w:pPr>
    </w:p>
    <w:p w14:paraId="55F9043D" w14:textId="2E2A9606" w:rsidR="00070DF8" w:rsidRDefault="00070DF8" w:rsidP="00083D43">
      <w:pPr>
        <w:bidi/>
        <w:spacing w:line="360" w:lineRule="auto"/>
        <w:rPr>
          <w:rFonts w:ascii="Sakkal Majalla" w:hAnsi="Sakkal Majalla" w:cs="Sakkal Majalla"/>
          <w:sz w:val="160"/>
          <w:szCs w:val="96"/>
          <w:rtl/>
        </w:rPr>
      </w:pPr>
    </w:p>
    <w:p w14:paraId="1BCED636" w14:textId="7C86AF1E" w:rsidR="00037438" w:rsidRPr="00070DF8" w:rsidRDefault="00070DF8" w:rsidP="00C262F6">
      <w:pPr>
        <w:bidi/>
        <w:spacing w:line="360" w:lineRule="auto"/>
        <w:jc w:val="center"/>
        <w:rPr>
          <w:rFonts w:ascii="Sakkal Majalla" w:hAnsi="Sakkal Majalla" w:cs="Sakkal Majalla"/>
          <w:sz w:val="160"/>
          <w:szCs w:val="96"/>
          <w:rtl/>
        </w:rPr>
      </w:pPr>
      <w:r w:rsidRPr="00070DF8">
        <w:rPr>
          <w:rFonts w:ascii="Sakkal Majalla" w:hAnsi="Sakkal Majalla" w:cs="Sakkal Majalla" w:hint="cs"/>
          <w:sz w:val="160"/>
          <w:szCs w:val="96"/>
          <w:rtl/>
        </w:rPr>
        <w:t>الفصل الأول</w:t>
      </w:r>
    </w:p>
    <w:p w14:paraId="0F49736A" w14:textId="6E27E32E" w:rsidR="00070DF8" w:rsidRPr="00070DF8" w:rsidRDefault="00070DF8" w:rsidP="00C262F6">
      <w:pPr>
        <w:bidi/>
        <w:spacing w:line="360" w:lineRule="auto"/>
        <w:jc w:val="center"/>
        <w:rPr>
          <w:rFonts w:ascii="Sakkal Majalla" w:hAnsi="Sakkal Majalla" w:cs="Sakkal Majalla"/>
          <w:sz w:val="160"/>
          <w:szCs w:val="96"/>
          <w:rtl/>
        </w:rPr>
      </w:pPr>
      <w:r w:rsidRPr="00070DF8">
        <w:rPr>
          <w:rFonts w:ascii="Sakkal Majalla" w:hAnsi="Sakkal Majalla" w:cs="Sakkal Majalla" w:hint="cs"/>
          <w:sz w:val="160"/>
          <w:szCs w:val="96"/>
          <w:rtl/>
        </w:rPr>
        <w:t>المقدمة</w:t>
      </w:r>
    </w:p>
    <w:p w14:paraId="31639AC1" w14:textId="77777777" w:rsidR="00070DF8" w:rsidRDefault="00070DF8" w:rsidP="00083D43">
      <w:pPr>
        <w:bidi/>
        <w:spacing w:line="360" w:lineRule="auto"/>
        <w:rPr>
          <w:rFonts w:ascii="Sakkal Majalla" w:hAnsi="Sakkal Majalla" w:cs="Sakkal Majalla"/>
          <w:rtl/>
        </w:rPr>
      </w:pPr>
    </w:p>
    <w:p w14:paraId="61260CF6" w14:textId="77777777" w:rsidR="00070DF8" w:rsidRDefault="00070DF8" w:rsidP="00083D43">
      <w:pPr>
        <w:bidi/>
        <w:spacing w:line="360" w:lineRule="auto"/>
        <w:rPr>
          <w:rFonts w:ascii="Sakkal Majalla" w:hAnsi="Sakkal Majalla" w:cs="Sakkal Majalla"/>
          <w:rtl/>
        </w:rPr>
      </w:pPr>
    </w:p>
    <w:p w14:paraId="2EF58AD5" w14:textId="77777777" w:rsidR="00070DF8" w:rsidRDefault="00070DF8" w:rsidP="00083D43">
      <w:pPr>
        <w:bidi/>
        <w:spacing w:line="360" w:lineRule="auto"/>
        <w:rPr>
          <w:rFonts w:ascii="Sakkal Majalla" w:hAnsi="Sakkal Majalla" w:cs="Sakkal Majalla"/>
          <w:rtl/>
        </w:rPr>
      </w:pPr>
    </w:p>
    <w:p w14:paraId="37BA94C6" w14:textId="77777777" w:rsidR="008A139A" w:rsidRDefault="008A139A" w:rsidP="00083D43">
      <w:pPr>
        <w:bidi/>
        <w:spacing w:line="360" w:lineRule="auto"/>
        <w:rPr>
          <w:rFonts w:ascii="Sakkal Majalla" w:hAnsi="Sakkal Majalla" w:cs="Sakkal Majalla"/>
        </w:rPr>
      </w:pPr>
    </w:p>
    <w:p w14:paraId="4F81C28D" w14:textId="77777777" w:rsidR="00F4751F" w:rsidRDefault="00F4751F" w:rsidP="00F4751F">
      <w:pPr>
        <w:bidi/>
        <w:spacing w:line="360" w:lineRule="auto"/>
        <w:rPr>
          <w:rFonts w:ascii="Sakkal Majalla" w:hAnsi="Sakkal Majalla" w:cs="Sakkal Majalla"/>
          <w:rtl/>
        </w:rPr>
      </w:pPr>
    </w:p>
    <w:p w14:paraId="4F650963" w14:textId="77777777" w:rsidR="00C262F6" w:rsidRDefault="00C262F6" w:rsidP="00C262F6">
      <w:pPr>
        <w:bidi/>
        <w:spacing w:line="360" w:lineRule="auto"/>
        <w:rPr>
          <w:rFonts w:ascii="Sakkal Majalla" w:hAnsi="Sakkal Majalla" w:cs="Sakkal Majalla"/>
          <w:rtl/>
        </w:rPr>
      </w:pPr>
    </w:p>
    <w:p w14:paraId="54733419" w14:textId="77777777" w:rsidR="00070DF8" w:rsidRDefault="00070DF8" w:rsidP="00083D43">
      <w:pPr>
        <w:bidi/>
        <w:spacing w:line="360" w:lineRule="auto"/>
        <w:rPr>
          <w:rFonts w:ascii="Sakkal Majalla" w:hAnsi="Sakkal Majalla" w:cs="Sakkal Majalla"/>
          <w:rtl/>
        </w:rPr>
      </w:pPr>
    </w:p>
    <w:p w14:paraId="4CA2B828" w14:textId="66B457FF" w:rsidR="00070DF8" w:rsidRPr="005E174E" w:rsidRDefault="00070DF8" w:rsidP="005E174E">
      <w:pPr>
        <w:pStyle w:val="ListParagraph"/>
        <w:numPr>
          <w:ilvl w:val="1"/>
          <w:numId w:val="152"/>
        </w:numPr>
        <w:bidi/>
        <w:spacing w:line="360" w:lineRule="auto"/>
        <w:rPr>
          <w:rFonts w:ascii="Sakkal Majalla" w:hAnsi="Sakkal Majalla" w:cs="Sakkal Majalla"/>
          <w:b/>
          <w:bCs/>
          <w:sz w:val="40"/>
          <w:szCs w:val="32"/>
        </w:rPr>
      </w:pPr>
      <w:r w:rsidRPr="005E174E">
        <w:rPr>
          <w:rFonts w:ascii="Sakkal Majalla" w:hAnsi="Sakkal Majalla" w:cs="Sakkal Majalla" w:hint="cs"/>
          <w:b/>
          <w:bCs/>
          <w:sz w:val="40"/>
          <w:szCs w:val="32"/>
          <w:rtl/>
        </w:rPr>
        <w:lastRenderedPageBreak/>
        <w:t>المقدمة</w:t>
      </w:r>
    </w:p>
    <w:p w14:paraId="68FC8AE4" w14:textId="77777777" w:rsidR="00037438" w:rsidRPr="00AC5965" w:rsidRDefault="00000000" w:rsidP="00083D43">
      <w:pPr>
        <w:bidi/>
        <w:spacing w:line="360" w:lineRule="auto"/>
        <w:rPr>
          <w:rFonts w:ascii="Sakkal Majalla" w:hAnsi="Sakkal Majalla" w:cs="Sakkal Majalla"/>
        </w:rPr>
      </w:pPr>
      <w:proofErr w:type="spellStart"/>
      <w:r w:rsidRPr="00AC5965">
        <w:rPr>
          <w:rFonts w:ascii="Sakkal Majalla" w:hAnsi="Sakkal Majalla" w:cs="Sakkal Majalla"/>
        </w:rPr>
        <w:t>يُعد</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الابتكار</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أحد</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المحركات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الأساسية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لتحقيق</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أهداف</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رؤية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المملكة</w:t>
      </w:r>
      <w:proofErr w:type="spellEnd"/>
      <w:r w:rsidRPr="00AC5965">
        <w:rPr>
          <w:rFonts w:ascii="Sakkal Majalla" w:hAnsi="Sakkal Majalla" w:cs="Sakkal Majalla"/>
        </w:rPr>
        <w:t xml:space="preserve"> 2030، </w:t>
      </w:r>
      <w:proofErr w:type="spellStart"/>
      <w:r w:rsidRPr="00AC5965">
        <w:rPr>
          <w:rFonts w:ascii="Sakkal Majalla" w:hAnsi="Sakkal Majalla" w:cs="Sakkal Majalla"/>
        </w:rPr>
        <w:t>إذ</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تسعى</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الجهات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الحكومية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السعودية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إلى</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تحسين</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كفاءتها</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وتقديم</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خدمات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نوعية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ترتقي</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بتجربة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المستفيد</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ومع</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تزايد</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الضغوط</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المؤسسية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لتبني</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التحول</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الرقمي</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والاستفادة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من</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التقنيات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الحديثة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برز</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الابتكار</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كأداة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استراتيجية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ضرورية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إلا</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أن</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تحقيق</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الابتكار</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واستدامته</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في</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القطاع</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الحكومي</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لا</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يزال</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يواجه</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عدة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تحديات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ترتبط</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بالبيئة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التنظيمية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والموارد</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والثقافة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المؤسسية</w:t>
      </w:r>
      <w:proofErr w:type="spellEnd"/>
      <w:r w:rsidRPr="00AC5965">
        <w:rPr>
          <w:rFonts w:ascii="Sakkal Majalla" w:hAnsi="Sakkal Majalla" w:cs="Sakkal Majalla"/>
        </w:rPr>
        <w:t>.</w:t>
      </w:r>
    </w:p>
    <w:p w14:paraId="3B692C4A" w14:textId="77777777" w:rsidR="00037438" w:rsidRPr="00AC5965" w:rsidRDefault="00000000" w:rsidP="00083D43">
      <w:pPr>
        <w:bidi/>
        <w:spacing w:line="360" w:lineRule="auto"/>
        <w:rPr>
          <w:rFonts w:ascii="Sakkal Majalla" w:hAnsi="Sakkal Majalla" w:cs="Sakkal Majalla"/>
        </w:rPr>
      </w:pPr>
      <w:proofErr w:type="spellStart"/>
      <w:r w:rsidRPr="00AC5965">
        <w:rPr>
          <w:rFonts w:ascii="Sakkal Majalla" w:hAnsi="Sakkal Majalla" w:cs="Sakkal Majalla"/>
        </w:rPr>
        <w:t>من</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جهة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أخرى</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تلعب</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الشركات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الاستشارية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دورًا</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محوريًا</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في</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دعم</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الجهات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الحكومية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من</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خلال</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تقديم</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حلول</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ابتكارية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وبناء</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قدرات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مؤسسية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ونقل</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المعرفة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ومع</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ذلك</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فإن</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العلاقة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بين</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هذه</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الشركات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والجهات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الحكومية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غالبًا</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ما</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تقتصر</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على</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تقديم</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خدمات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وقتية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دون</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استدامة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حقيقية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للأثر</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أو</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دمج</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فعال</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للمعرفة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داخل</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الجهة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المستفيدة</w:t>
      </w:r>
      <w:proofErr w:type="spellEnd"/>
      <w:r w:rsidRPr="00AC5965">
        <w:rPr>
          <w:rFonts w:ascii="Sakkal Majalla" w:hAnsi="Sakkal Majalla" w:cs="Sakkal Majalla"/>
        </w:rPr>
        <w:t>.</w:t>
      </w:r>
    </w:p>
    <w:p w14:paraId="1C262DF0" w14:textId="561CB1D8" w:rsidR="00037438" w:rsidRPr="00AC5965" w:rsidRDefault="00000000" w:rsidP="00083D43">
      <w:pPr>
        <w:bidi/>
        <w:spacing w:line="360" w:lineRule="auto"/>
        <w:rPr>
          <w:rFonts w:ascii="Sakkal Majalla" w:hAnsi="Sakkal Majalla" w:cs="Sakkal Majalla"/>
        </w:rPr>
      </w:pPr>
      <w:proofErr w:type="spellStart"/>
      <w:r w:rsidRPr="00AC5965">
        <w:rPr>
          <w:rFonts w:ascii="Sakkal Majalla" w:hAnsi="Sakkal Majalla" w:cs="Sakkal Majalla"/>
        </w:rPr>
        <w:t>هذا</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البحث</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يسعى</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إلى</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دراسة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العوامل</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التمكينية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للابتكار</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داخل</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الجهات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الحكومية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وتحليل</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دور</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الشركات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الاستشارية</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في</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بناء</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القدرات</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المؤسسية</w:t>
      </w:r>
      <w:proofErr w:type="spellEnd"/>
      <w:r w:rsidR="00267F87">
        <w:rPr>
          <w:rFonts w:ascii="Sakkal Majalla" w:hAnsi="Sakkal Majalla" w:cs="Sakkal Majalla"/>
        </w:rPr>
        <w:t xml:space="preserve"> </w:t>
      </w:r>
      <w:r w:rsidRPr="00AC5965">
        <w:rPr>
          <w:rFonts w:ascii="Sakkal Majalla" w:hAnsi="Sakkal Majalla" w:cs="Sakkal Majalla"/>
        </w:rPr>
        <w:t xml:space="preserve">، </w:t>
      </w:r>
      <w:proofErr w:type="spellStart"/>
      <w:r w:rsidRPr="00AC5965">
        <w:rPr>
          <w:rFonts w:ascii="Sakkal Majalla" w:hAnsi="Sakkal Majalla" w:cs="Sakkal Majalla"/>
        </w:rPr>
        <w:t>واقتراح</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نموذج</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تكاملي</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عملي</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يعزز</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من</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الابتكار</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ويضمن</w:t>
      </w:r>
      <w:proofErr w:type="spellEnd"/>
      <w:r w:rsidRPr="00AC5965">
        <w:rPr>
          <w:rFonts w:ascii="Sakkal Majalla" w:hAnsi="Sakkal Majalla" w:cs="Sakkal Majalla"/>
        </w:rPr>
        <w:t xml:space="preserve"> </w:t>
      </w:r>
      <w:proofErr w:type="spellStart"/>
      <w:r w:rsidRPr="00AC5965">
        <w:rPr>
          <w:rFonts w:ascii="Sakkal Majalla" w:hAnsi="Sakkal Majalla" w:cs="Sakkal Majalla"/>
        </w:rPr>
        <w:t>استمراريته</w:t>
      </w:r>
      <w:proofErr w:type="spellEnd"/>
      <w:r w:rsidRPr="00AC5965">
        <w:rPr>
          <w:rFonts w:ascii="Sakkal Majalla" w:hAnsi="Sakkal Majalla" w:cs="Sakkal Majalla"/>
        </w:rPr>
        <w:t>.</w:t>
      </w:r>
    </w:p>
    <w:p w14:paraId="7FBD1425" w14:textId="7067254F" w:rsidR="00037438" w:rsidRPr="00931EB1" w:rsidRDefault="00070DF8" w:rsidP="00083D43">
      <w:pPr>
        <w:bidi/>
        <w:spacing w:line="360" w:lineRule="auto"/>
        <w:rPr>
          <w:rFonts w:ascii="Sakkal Majalla" w:hAnsi="Sakkal Majalla" w:cs="Sakkal Majalla"/>
          <w:b/>
          <w:bCs/>
          <w:sz w:val="32"/>
          <w:szCs w:val="32"/>
        </w:rPr>
      </w:pPr>
      <w:r w:rsidRPr="00931EB1">
        <w:rPr>
          <w:rFonts w:ascii="Sakkal Majalla" w:hAnsi="Sakkal Majalla" w:cs="Sakkal Majalla" w:hint="cs"/>
          <w:b/>
          <w:bCs/>
          <w:sz w:val="32"/>
          <w:szCs w:val="32"/>
          <w:rtl/>
        </w:rPr>
        <w:t>1.2</w:t>
      </w:r>
      <w:r w:rsidRPr="00931EB1">
        <w:rPr>
          <w:rFonts w:ascii="Sakkal Majalla" w:hAnsi="Sakkal Majalla" w:cs="Sakkal Majalla"/>
          <w:b/>
          <w:bCs/>
          <w:sz w:val="32"/>
          <w:szCs w:val="32"/>
        </w:rPr>
        <w:t xml:space="preserve"> </w:t>
      </w:r>
      <w:proofErr w:type="spellStart"/>
      <w:r w:rsidRPr="00931EB1">
        <w:rPr>
          <w:rFonts w:ascii="Sakkal Majalla" w:hAnsi="Sakkal Majalla" w:cs="Sakkal Majalla"/>
          <w:b/>
          <w:bCs/>
          <w:sz w:val="32"/>
          <w:szCs w:val="32"/>
        </w:rPr>
        <w:t>مشكلة</w:t>
      </w:r>
      <w:proofErr w:type="spellEnd"/>
      <w:r w:rsidRPr="00931EB1">
        <w:rPr>
          <w:rFonts w:ascii="Sakkal Majalla" w:hAnsi="Sakkal Majalla" w:cs="Sakkal Majalla"/>
          <w:b/>
          <w:bCs/>
          <w:sz w:val="32"/>
          <w:szCs w:val="32"/>
        </w:rPr>
        <w:t xml:space="preserve"> </w:t>
      </w:r>
      <w:r w:rsidR="005E174E">
        <w:rPr>
          <w:rFonts w:ascii="Sakkal Majalla" w:hAnsi="Sakkal Majalla" w:cs="Sakkal Majalla" w:hint="cs"/>
          <w:b/>
          <w:bCs/>
          <w:sz w:val="32"/>
          <w:szCs w:val="32"/>
          <w:rtl/>
        </w:rPr>
        <w:t>الدراسة</w:t>
      </w:r>
    </w:p>
    <w:p w14:paraId="2C0110B3" w14:textId="705B3BC5" w:rsidR="00306588" w:rsidRPr="00306588" w:rsidRDefault="00306588" w:rsidP="00083D43">
      <w:pPr>
        <w:bidi/>
        <w:spacing w:line="360" w:lineRule="auto"/>
        <w:rPr>
          <w:rFonts w:ascii="Sakkal Majalla" w:hAnsi="Sakkal Majalla" w:cs="Sakkal Majalla"/>
          <w:szCs w:val="28"/>
          <w:rtl/>
        </w:rPr>
      </w:pPr>
      <w:r w:rsidRPr="00306588">
        <w:rPr>
          <w:rFonts w:ascii="Sakkal Majalla" w:hAnsi="Sakkal Majalla" w:cs="Sakkal Majalla" w:hint="cs"/>
          <w:szCs w:val="28"/>
          <w:rtl/>
        </w:rPr>
        <w:t>شهد</w:t>
      </w:r>
      <w:r w:rsidRPr="00306588">
        <w:rPr>
          <w:rFonts w:ascii="Sakkal Majalla" w:hAnsi="Sakkal Majalla" w:cs="Sakkal Majalla"/>
          <w:szCs w:val="28"/>
          <w:rtl/>
        </w:rPr>
        <w:t xml:space="preserve"> </w:t>
      </w:r>
      <w:r w:rsidRPr="00306588">
        <w:rPr>
          <w:rFonts w:ascii="Sakkal Majalla" w:hAnsi="Sakkal Majalla" w:cs="Sakkal Majalla" w:hint="cs"/>
          <w:szCs w:val="28"/>
          <w:rtl/>
        </w:rPr>
        <w:t>القطاع</w:t>
      </w:r>
      <w:r w:rsidRPr="00306588">
        <w:rPr>
          <w:rFonts w:ascii="Sakkal Majalla" w:hAnsi="Sakkal Majalla" w:cs="Sakkal Majalla"/>
          <w:szCs w:val="28"/>
          <w:rtl/>
        </w:rPr>
        <w:t xml:space="preserve"> </w:t>
      </w:r>
      <w:r w:rsidRPr="00306588">
        <w:rPr>
          <w:rFonts w:ascii="Sakkal Majalla" w:hAnsi="Sakkal Majalla" w:cs="Sakkal Majalla" w:hint="cs"/>
          <w:szCs w:val="28"/>
          <w:rtl/>
        </w:rPr>
        <w:t>الحكومي</w:t>
      </w:r>
      <w:r w:rsidRPr="00306588">
        <w:rPr>
          <w:rFonts w:ascii="Sakkal Majalla" w:hAnsi="Sakkal Majalla" w:cs="Sakkal Majalla"/>
          <w:szCs w:val="28"/>
          <w:rtl/>
        </w:rPr>
        <w:t xml:space="preserve"> </w:t>
      </w:r>
      <w:r w:rsidRPr="00306588">
        <w:rPr>
          <w:rFonts w:ascii="Sakkal Majalla" w:hAnsi="Sakkal Majalla" w:cs="Sakkal Majalla" w:hint="cs"/>
          <w:szCs w:val="28"/>
          <w:rtl/>
        </w:rPr>
        <w:t>في</w:t>
      </w:r>
      <w:r w:rsidRPr="00306588">
        <w:rPr>
          <w:rFonts w:ascii="Sakkal Majalla" w:hAnsi="Sakkal Majalla" w:cs="Sakkal Majalla"/>
          <w:szCs w:val="28"/>
          <w:rtl/>
        </w:rPr>
        <w:t xml:space="preserve"> </w:t>
      </w:r>
      <w:r w:rsidRPr="00306588">
        <w:rPr>
          <w:rFonts w:ascii="Sakkal Majalla" w:hAnsi="Sakkal Majalla" w:cs="Sakkal Majalla" w:hint="cs"/>
          <w:szCs w:val="28"/>
          <w:rtl/>
        </w:rPr>
        <w:t>المملكة</w:t>
      </w:r>
      <w:r w:rsidRPr="00306588">
        <w:rPr>
          <w:rFonts w:ascii="Sakkal Majalla" w:hAnsi="Sakkal Majalla" w:cs="Sakkal Majalla"/>
          <w:szCs w:val="28"/>
          <w:rtl/>
        </w:rPr>
        <w:t xml:space="preserve"> </w:t>
      </w:r>
      <w:r w:rsidRPr="00306588">
        <w:rPr>
          <w:rFonts w:ascii="Sakkal Majalla" w:hAnsi="Sakkal Majalla" w:cs="Sakkal Majalla" w:hint="cs"/>
          <w:szCs w:val="28"/>
          <w:rtl/>
        </w:rPr>
        <w:t>العربية</w:t>
      </w:r>
      <w:r w:rsidRPr="00306588">
        <w:rPr>
          <w:rFonts w:ascii="Sakkal Majalla" w:hAnsi="Sakkal Majalla" w:cs="Sakkal Majalla"/>
          <w:szCs w:val="28"/>
          <w:rtl/>
        </w:rPr>
        <w:t xml:space="preserve"> </w:t>
      </w:r>
      <w:r w:rsidRPr="00306588">
        <w:rPr>
          <w:rFonts w:ascii="Sakkal Majalla" w:hAnsi="Sakkal Majalla" w:cs="Sakkal Majalla" w:hint="cs"/>
          <w:szCs w:val="28"/>
          <w:rtl/>
        </w:rPr>
        <w:t>السعودية</w:t>
      </w:r>
      <w:r w:rsidRPr="00306588">
        <w:rPr>
          <w:rFonts w:ascii="Sakkal Majalla" w:hAnsi="Sakkal Majalla" w:cs="Sakkal Majalla"/>
          <w:szCs w:val="28"/>
          <w:rtl/>
        </w:rPr>
        <w:t xml:space="preserve"> </w:t>
      </w:r>
      <w:r w:rsidRPr="00306588">
        <w:rPr>
          <w:rFonts w:ascii="Sakkal Majalla" w:hAnsi="Sakkal Majalla" w:cs="Sakkal Majalla" w:hint="cs"/>
          <w:szCs w:val="28"/>
          <w:rtl/>
        </w:rPr>
        <w:t>توجهًا</w:t>
      </w:r>
      <w:r w:rsidRPr="00306588">
        <w:rPr>
          <w:rFonts w:ascii="Sakkal Majalla" w:hAnsi="Sakkal Majalla" w:cs="Sakkal Majalla"/>
          <w:szCs w:val="28"/>
          <w:rtl/>
        </w:rPr>
        <w:t xml:space="preserve"> </w:t>
      </w:r>
      <w:r w:rsidRPr="00306588">
        <w:rPr>
          <w:rFonts w:ascii="Sakkal Majalla" w:hAnsi="Sakkal Majalla" w:cs="Sakkal Majalla" w:hint="cs"/>
          <w:szCs w:val="28"/>
          <w:rtl/>
        </w:rPr>
        <w:t>متزايدًا</w:t>
      </w:r>
      <w:r w:rsidRPr="00306588">
        <w:rPr>
          <w:rFonts w:ascii="Sakkal Majalla" w:hAnsi="Sakkal Majalla" w:cs="Sakkal Majalla"/>
          <w:szCs w:val="28"/>
          <w:rtl/>
        </w:rPr>
        <w:t xml:space="preserve"> </w:t>
      </w:r>
      <w:r w:rsidRPr="00306588">
        <w:rPr>
          <w:rFonts w:ascii="Sakkal Majalla" w:hAnsi="Sakkal Majalla" w:cs="Sakkal Majalla" w:hint="cs"/>
          <w:szCs w:val="28"/>
          <w:rtl/>
        </w:rPr>
        <w:t>نحو</w:t>
      </w:r>
      <w:r w:rsidRPr="00306588">
        <w:rPr>
          <w:rFonts w:ascii="Sakkal Majalla" w:hAnsi="Sakkal Majalla" w:cs="Sakkal Majalla"/>
          <w:szCs w:val="28"/>
          <w:rtl/>
        </w:rPr>
        <w:t xml:space="preserve"> </w:t>
      </w:r>
      <w:r w:rsidRPr="00306588">
        <w:rPr>
          <w:rFonts w:ascii="Sakkal Majalla" w:hAnsi="Sakkal Majalla" w:cs="Sakkal Majalla" w:hint="cs"/>
          <w:szCs w:val="28"/>
          <w:rtl/>
        </w:rPr>
        <w:t>تبني</w:t>
      </w:r>
      <w:r w:rsidRPr="00306588">
        <w:rPr>
          <w:rFonts w:ascii="Sakkal Majalla" w:hAnsi="Sakkal Majalla" w:cs="Sakkal Majalla"/>
          <w:szCs w:val="28"/>
          <w:rtl/>
        </w:rPr>
        <w:t xml:space="preserve"> </w:t>
      </w:r>
      <w:r w:rsidRPr="00306588">
        <w:rPr>
          <w:rFonts w:ascii="Sakkal Majalla" w:hAnsi="Sakkal Majalla" w:cs="Sakkal Majalla" w:hint="cs"/>
          <w:szCs w:val="28"/>
          <w:rtl/>
        </w:rPr>
        <w:t>الابتكار</w:t>
      </w:r>
      <w:r w:rsidRPr="00306588">
        <w:rPr>
          <w:rFonts w:ascii="Sakkal Majalla" w:hAnsi="Sakkal Majalla" w:cs="Sakkal Majalla"/>
          <w:szCs w:val="28"/>
          <w:rtl/>
        </w:rPr>
        <w:t xml:space="preserve"> </w:t>
      </w:r>
      <w:r w:rsidRPr="00306588">
        <w:rPr>
          <w:rFonts w:ascii="Sakkal Majalla" w:hAnsi="Sakkal Majalla" w:cs="Sakkal Majalla" w:hint="cs"/>
          <w:szCs w:val="28"/>
          <w:rtl/>
        </w:rPr>
        <w:t>كأداة</w:t>
      </w:r>
      <w:r w:rsidRPr="00306588">
        <w:rPr>
          <w:rFonts w:ascii="Sakkal Majalla" w:hAnsi="Sakkal Majalla" w:cs="Sakkal Majalla"/>
          <w:szCs w:val="28"/>
          <w:rtl/>
        </w:rPr>
        <w:t xml:space="preserve"> </w:t>
      </w:r>
      <w:r w:rsidRPr="00306588">
        <w:rPr>
          <w:rFonts w:ascii="Sakkal Majalla" w:hAnsi="Sakkal Majalla" w:cs="Sakkal Majalla" w:hint="cs"/>
          <w:szCs w:val="28"/>
          <w:rtl/>
        </w:rPr>
        <w:t>رئيسية</w:t>
      </w:r>
      <w:r w:rsidRPr="00306588">
        <w:rPr>
          <w:rFonts w:ascii="Sakkal Majalla" w:hAnsi="Sakkal Majalla" w:cs="Sakkal Majalla"/>
          <w:szCs w:val="28"/>
          <w:rtl/>
        </w:rPr>
        <w:t xml:space="preserve"> </w:t>
      </w:r>
      <w:r w:rsidRPr="00306588">
        <w:rPr>
          <w:rFonts w:ascii="Sakkal Majalla" w:hAnsi="Sakkal Majalla" w:cs="Sakkal Majalla" w:hint="cs"/>
          <w:szCs w:val="28"/>
          <w:rtl/>
        </w:rPr>
        <w:t>لتحسين</w:t>
      </w:r>
      <w:r w:rsidRPr="00306588">
        <w:rPr>
          <w:rFonts w:ascii="Sakkal Majalla" w:hAnsi="Sakkal Majalla" w:cs="Sakkal Majalla"/>
          <w:szCs w:val="28"/>
          <w:rtl/>
        </w:rPr>
        <w:t xml:space="preserve"> </w:t>
      </w:r>
      <w:r w:rsidRPr="00306588">
        <w:rPr>
          <w:rFonts w:ascii="Sakkal Majalla" w:hAnsi="Sakkal Majalla" w:cs="Sakkal Majalla" w:hint="cs"/>
          <w:szCs w:val="28"/>
          <w:rtl/>
        </w:rPr>
        <w:t>الأداء</w:t>
      </w:r>
      <w:r w:rsidRPr="00306588">
        <w:rPr>
          <w:rFonts w:ascii="Sakkal Majalla" w:hAnsi="Sakkal Majalla" w:cs="Sakkal Majalla"/>
          <w:szCs w:val="28"/>
          <w:rtl/>
        </w:rPr>
        <w:t xml:space="preserve"> </w:t>
      </w:r>
      <w:r w:rsidRPr="00306588">
        <w:rPr>
          <w:rFonts w:ascii="Sakkal Majalla" w:hAnsi="Sakkal Majalla" w:cs="Sakkal Majalla" w:hint="cs"/>
          <w:szCs w:val="28"/>
          <w:rtl/>
        </w:rPr>
        <w:t>وتطوير</w:t>
      </w:r>
      <w:r w:rsidRPr="00306588">
        <w:rPr>
          <w:rFonts w:ascii="Sakkal Majalla" w:hAnsi="Sakkal Majalla" w:cs="Sakkal Majalla"/>
          <w:szCs w:val="28"/>
          <w:rtl/>
        </w:rPr>
        <w:t xml:space="preserve"> </w:t>
      </w:r>
      <w:r w:rsidRPr="00306588">
        <w:rPr>
          <w:rFonts w:ascii="Sakkal Majalla" w:hAnsi="Sakkal Majalla" w:cs="Sakkal Majalla" w:hint="cs"/>
          <w:szCs w:val="28"/>
          <w:rtl/>
        </w:rPr>
        <w:t>السياسات</w:t>
      </w:r>
      <w:r w:rsidRPr="00306588">
        <w:rPr>
          <w:rFonts w:ascii="Sakkal Majalla" w:hAnsi="Sakkal Majalla" w:cs="Sakkal Majalla"/>
          <w:szCs w:val="28"/>
          <w:rtl/>
        </w:rPr>
        <w:t xml:space="preserve"> </w:t>
      </w:r>
      <w:r w:rsidRPr="00306588">
        <w:rPr>
          <w:rFonts w:ascii="Sakkal Majalla" w:hAnsi="Sakkal Majalla" w:cs="Sakkal Majalla" w:hint="cs"/>
          <w:szCs w:val="28"/>
          <w:rtl/>
        </w:rPr>
        <w:t>والخدمات،</w:t>
      </w:r>
      <w:r w:rsidRPr="00306588">
        <w:rPr>
          <w:rFonts w:ascii="Sakkal Majalla" w:hAnsi="Sakkal Majalla" w:cs="Sakkal Majalla"/>
          <w:szCs w:val="28"/>
          <w:rtl/>
        </w:rPr>
        <w:t xml:space="preserve"> </w:t>
      </w:r>
      <w:r w:rsidRPr="00306588">
        <w:rPr>
          <w:rFonts w:ascii="Sakkal Majalla" w:hAnsi="Sakkal Majalla" w:cs="Sakkal Majalla" w:hint="cs"/>
          <w:szCs w:val="28"/>
          <w:rtl/>
        </w:rPr>
        <w:t>في</w:t>
      </w:r>
      <w:r w:rsidRPr="00306588">
        <w:rPr>
          <w:rFonts w:ascii="Sakkal Majalla" w:hAnsi="Sakkal Majalla" w:cs="Sakkal Majalla"/>
          <w:szCs w:val="28"/>
          <w:rtl/>
        </w:rPr>
        <w:t xml:space="preserve"> </w:t>
      </w:r>
      <w:r w:rsidRPr="00306588">
        <w:rPr>
          <w:rFonts w:ascii="Sakkal Majalla" w:hAnsi="Sakkal Majalla" w:cs="Sakkal Majalla" w:hint="cs"/>
          <w:szCs w:val="28"/>
          <w:rtl/>
        </w:rPr>
        <w:t>ظل</w:t>
      </w:r>
      <w:r w:rsidRPr="00306588">
        <w:rPr>
          <w:rFonts w:ascii="Sakkal Majalla" w:hAnsi="Sakkal Majalla" w:cs="Sakkal Majalla"/>
          <w:szCs w:val="28"/>
          <w:rtl/>
        </w:rPr>
        <w:t xml:space="preserve"> </w:t>
      </w:r>
      <w:r w:rsidRPr="00306588">
        <w:rPr>
          <w:rFonts w:ascii="Sakkal Majalla" w:hAnsi="Sakkal Majalla" w:cs="Sakkal Majalla" w:hint="cs"/>
          <w:szCs w:val="28"/>
          <w:rtl/>
        </w:rPr>
        <w:t>التحولات</w:t>
      </w:r>
      <w:r w:rsidRPr="00306588">
        <w:rPr>
          <w:rFonts w:ascii="Sakkal Majalla" w:hAnsi="Sakkal Majalla" w:cs="Sakkal Majalla"/>
          <w:szCs w:val="28"/>
          <w:rtl/>
        </w:rPr>
        <w:t xml:space="preserve"> </w:t>
      </w:r>
      <w:r w:rsidRPr="00306588">
        <w:rPr>
          <w:rFonts w:ascii="Sakkal Majalla" w:hAnsi="Sakkal Majalla" w:cs="Sakkal Majalla" w:hint="cs"/>
          <w:szCs w:val="28"/>
          <w:rtl/>
        </w:rPr>
        <w:t>الطموحة</w:t>
      </w:r>
      <w:r w:rsidRPr="00306588">
        <w:rPr>
          <w:rFonts w:ascii="Sakkal Majalla" w:hAnsi="Sakkal Majalla" w:cs="Sakkal Majalla"/>
          <w:szCs w:val="28"/>
          <w:rtl/>
        </w:rPr>
        <w:t xml:space="preserve"> </w:t>
      </w:r>
      <w:r w:rsidRPr="00306588">
        <w:rPr>
          <w:rFonts w:ascii="Sakkal Majalla" w:hAnsi="Sakkal Majalla" w:cs="Sakkal Majalla" w:hint="cs"/>
          <w:szCs w:val="28"/>
          <w:rtl/>
        </w:rPr>
        <w:t>لرؤية</w:t>
      </w:r>
      <w:r w:rsidRPr="00306588">
        <w:rPr>
          <w:rFonts w:ascii="Sakkal Majalla" w:hAnsi="Sakkal Majalla" w:cs="Sakkal Majalla"/>
          <w:szCs w:val="28"/>
          <w:rtl/>
        </w:rPr>
        <w:t xml:space="preserve"> </w:t>
      </w:r>
      <w:r w:rsidRPr="00306588">
        <w:rPr>
          <w:rFonts w:ascii="Sakkal Majalla" w:hAnsi="Sakkal Majalla" w:cs="Sakkal Majalla" w:hint="cs"/>
          <w:szCs w:val="28"/>
          <w:rtl/>
        </w:rPr>
        <w:t>المملكة</w:t>
      </w:r>
      <w:r w:rsidRPr="00306588">
        <w:rPr>
          <w:rFonts w:ascii="Sakkal Majalla" w:hAnsi="Sakkal Majalla" w:cs="Sakkal Majalla"/>
          <w:szCs w:val="28"/>
          <w:rtl/>
        </w:rPr>
        <w:t xml:space="preserve"> 2030. </w:t>
      </w:r>
      <w:r w:rsidRPr="00306588">
        <w:rPr>
          <w:rFonts w:ascii="Sakkal Majalla" w:hAnsi="Sakkal Majalla" w:cs="Sakkal Majalla" w:hint="cs"/>
          <w:szCs w:val="28"/>
          <w:rtl/>
        </w:rPr>
        <w:t>ورغم</w:t>
      </w:r>
      <w:r w:rsidRPr="00306588">
        <w:rPr>
          <w:rFonts w:ascii="Sakkal Majalla" w:hAnsi="Sakkal Majalla" w:cs="Sakkal Majalla"/>
          <w:szCs w:val="28"/>
          <w:rtl/>
        </w:rPr>
        <w:t xml:space="preserve"> </w:t>
      </w:r>
      <w:r w:rsidRPr="00306588">
        <w:rPr>
          <w:rFonts w:ascii="Sakkal Majalla" w:hAnsi="Sakkal Majalla" w:cs="Sakkal Majalla" w:hint="cs"/>
          <w:szCs w:val="28"/>
          <w:rtl/>
        </w:rPr>
        <w:t>هذا</w:t>
      </w:r>
      <w:r w:rsidRPr="00306588">
        <w:rPr>
          <w:rFonts w:ascii="Sakkal Majalla" w:hAnsi="Sakkal Majalla" w:cs="Sakkal Majalla"/>
          <w:szCs w:val="28"/>
          <w:rtl/>
        </w:rPr>
        <w:t xml:space="preserve"> </w:t>
      </w:r>
      <w:r w:rsidRPr="00306588">
        <w:rPr>
          <w:rFonts w:ascii="Sakkal Majalla" w:hAnsi="Sakkal Majalla" w:cs="Sakkal Majalla" w:hint="cs"/>
          <w:szCs w:val="28"/>
          <w:rtl/>
        </w:rPr>
        <w:t>التوجه،</w:t>
      </w:r>
      <w:r w:rsidRPr="00306588">
        <w:rPr>
          <w:rFonts w:ascii="Sakkal Majalla" w:hAnsi="Sakkal Majalla" w:cs="Sakkal Majalla"/>
          <w:szCs w:val="28"/>
          <w:rtl/>
        </w:rPr>
        <w:t xml:space="preserve"> </w:t>
      </w:r>
      <w:r w:rsidRPr="00306588">
        <w:rPr>
          <w:rFonts w:ascii="Sakkal Majalla" w:hAnsi="Sakkal Majalla" w:cs="Sakkal Majalla" w:hint="cs"/>
          <w:szCs w:val="28"/>
          <w:rtl/>
        </w:rPr>
        <w:t>لا</w:t>
      </w:r>
      <w:r w:rsidRPr="00306588">
        <w:rPr>
          <w:rFonts w:ascii="Sakkal Majalla" w:hAnsi="Sakkal Majalla" w:cs="Sakkal Majalla"/>
          <w:szCs w:val="28"/>
          <w:rtl/>
        </w:rPr>
        <w:t xml:space="preserve"> </w:t>
      </w:r>
      <w:r w:rsidRPr="00306588">
        <w:rPr>
          <w:rFonts w:ascii="Sakkal Majalla" w:hAnsi="Sakkal Majalla" w:cs="Sakkal Majalla" w:hint="cs"/>
          <w:szCs w:val="28"/>
          <w:rtl/>
        </w:rPr>
        <w:t>تزال</w:t>
      </w:r>
      <w:r w:rsidRPr="00306588">
        <w:rPr>
          <w:rFonts w:ascii="Sakkal Majalla" w:hAnsi="Sakkal Majalla" w:cs="Sakkal Majalla"/>
          <w:szCs w:val="28"/>
          <w:rtl/>
        </w:rPr>
        <w:t xml:space="preserve"> </w:t>
      </w:r>
      <w:r w:rsidRPr="00306588">
        <w:rPr>
          <w:rFonts w:ascii="Sakkal Majalla" w:hAnsi="Sakkal Majalla" w:cs="Sakkal Majalla" w:hint="cs"/>
          <w:szCs w:val="28"/>
          <w:rtl/>
        </w:rPr>
        <w:t>العديد</w:t>
      </w:r>
      <w:r w:rsidRPr="00306588">
        <w:rPr>
          <w:rFonts w:ascii="Sakkal Majalla" w:hAnsi="Sakkal Majalla" w:cs="Sakkal Majalla"/>
          <w:szCs w:val="28"/>
          <w:rtl/>
        </w:rPr>
        <w:t xml:space="preserve"> </w:t>
      </w:r>
      <w:r w:rsidRPr="00306588">
        <w:rPr>
          <w:rFonts w:ascii="Sakkal Majalla" w:hAnsi="Sakkal Majalla" w:cs="Sakkal Majalla" w:hint="cs"/>
          <w:szCs w:val="28"/>
          <w:rtl/>
        </w:rPr>
        <w:t>من</w:t>
      </w:r>
      <w:r w:rsidRPr="00306588">
        <w:rPr>
          <w:rFonts w:ascii="Sakkal Majalla" w:hAnsi="Sakkal Majalla" w:cs="Sakkal Majalla"/>
          <w:szCs w:val="28"/>
          <w:rtl/>
        </w:rPr>
        <w:t xml:space="preserve"> </w:t>
      </w:r>
      <w:r w:rsidRPr="00306588">
        <w:rPr>
          <w:rFonts w:ascii="Sakkal Majalla" w:hAnsi="Sakkal Majalla" w:cs="Sakkal Majalla" w:hint="cs"/>
          <w:szCs w:val="28"/>
          <w:rtl/>
        </w:rPr>
        <w:t>الجهات</w:t>
      </w:r>
      <w:r w:rsidRPr="00306588">
        <w:rPr>
          <w:rFonts w:ascii="Sakkal Majalla" w:hAnsi="Sakkal Majalla" w:cs="Sakkal Majalla"/>
          <w:szCs w:val="28"/>
          <w:rtl/>
        </w:rPr>
        <w:t xml:space="preserve"> </w:t>
      </w:r>
      <w:r w:rsidRPr="00306588">
        <w:rPr>
          <w:rFonts w:ascii="Sakkal Majalla" w:hAnsi="Sakkal Majalla" w:cs="Sakkal Majalla" w:hint="cs"/>
          <w:szCs w:val="28"/>
          <w:rtl/>
        </w:rPr>
        <w:t>الحكومية</w:t>
      </w:r>
      <w:r w:rsidRPr="00306588">
        <w:rPr>
          <w:rFonts w:ascii="Sakkal Majalla" w:hAnsi="Sakkal Majalla" w:cs="Sakkal Majalla"/>
          <w:szCs w:val="28"/>
          <w:rtl/>
        </w:rPr>
        <w:t xml:space="preserve"> </w:t>
      </w:r>
      <w:r w:rsidRPr="00306588">
        <w:rPr>
          <w:rFonts w:ascii="Sakkal Majalla" w:hAnsi="Sakkal Majalla" w:cs="Sakkal Majalla" w:hint="cs"/>
          <w:szCs w:val="28"/>
          <w:rtl/>
        </w:rPr>
        <w:t>تواجه</w:t>
      </w:r>
      <w:r w:rsidRPr="00306588">
        <w:rPr>
          <w:rFonts w:ascii="Sakkal Majalla" w:hAnsi="Sakkal Majalla" w:cs="Sakkal Majalla"/>
          <w:szCs w:val="28"/>
          <w:rtl/>
        </w:rPr>
        <w:t xml:space="preserve"> </w:t>
      </w:r>
      <w:r w:rsidRPr="00306588">
        <w:rPr>
          <w:rFonts w:ascii="Sakkal Majalla" w:hAnsi="Sakkal Majalla" w:cs="Sakkal Majalla" w:hint="cs"/>
          <w:szCs w:val="28"/>
          <w:rtl/>
        </w:rPr>
        <w:t>تحديات</w:t>
      </w:r>
      <w:r w:rsidRPr="00306588">
        <w:rPr>
          <w:rFonts w:ascii="Sakkal Majalla" w:hAnsi="Sakkal Majalla" w:cs="Sakkal Majalla"/>
          <w:szCs w:val="28"/>
          <w:rtl/>
        </w:rPr>
        <w:t xml:space="preserve"> </w:t>
      </w:r>
      <w:r w:rsidRPr="00306588">
        <w:rPr>
          <w:rFonts w:ascii="Sakkal Majalla" w:hAnsi="Sakkal Majalla" w:cs="Sakkal Majalla" w:hint="cs"/>
          <w:szCs w:val="28"/>
          <w:rtl/>
        </w:rPr>
        <w:t>في</w:t>
      </w:r>
      <w:r w:rsidRPr="00306588">
        <w:rPr>
          <w:rFonts w:ascii="Sakkal Majalla" w:hAnsi="Sakkal Majalla" w:cs="Sakkal Majalla"/>
          <w:szCs w:val="28"/>
          <w:rtl/>
        </w:rPr>
        <w:t xml:space="preserve"> </w:t>
      </w:r>
      <w:r w:rsidRPr="00306588">
        <w:rPr>
          <w:rFonts w:ascii="Sakkal Majalla" w:hAnsi="Sakkal Majalla" w:cs="Sakkal Majalla" w:hint="cs"/>
          <w:szCs w:val="28"/>
          <w:rtl/>
        </w:rPr>
        <w:t>ترسيخ</w:t>
      </w:r>
      <w:r w:rsidRPr="00306588">
        <w:rPr>
          <w:rFonts w:ascii="Sakkal Majalla" w:hAnsi="Sakkal Majalla" w:cs="Sakkal Majalla"/>
          <w:szCs w:val="28"/>
          <w:rtl/>
        </w:rPr>
        <w:t xml:space="preserve"> </w:t>
      </w:r>
      <w:r w:rsidRPr="00306588">
        <w:rPr>
          <w:rFonts w:ascii="Sakkal Majalla" w:hAnsi="Sakkal Majalla" w:cs="Sakkal Majalla" w:hint="cs"/>
          <w:szCs w:val="28"/>
          <w:rtl/>
        </w:rPr>
        <w:t>الابتكار</w:t>
      </w:r>
      <w:r w:rsidRPr="00306588">
        <w:rPr>
          <w:rFonts w:ascii="Sakkal Majalla" w:hAnsi="Sakkal Majalla" w:cs="Sakkal Majalla"/>
          <w:szCs w:val="28"/>
          <w:rtl/>
        </w:rPr>
        <w:t xml:space="preserve"> </w:t>
      </w:r>
      <w:r w:rsidRPr="00306588">
        <w:rPr>
          <w:rFonts w:ascii="Sakkal Majalla" w:hAnsi="Sakkal Majalla" w:cs="Sakkal Majalla" w:hint="cs"/>
          <w:szCs w:val="28"/>
          <w:rtl/>
        </w:rPr>
        <w:t>كممارسة</w:t>
      </w:r>
      <w:r w:rsidRPr="00306588">
        <w:rPr>
          <w:rFonts w:ascii="Sakkal Majalla" w:hAnsi="Sakkal Majalla" w:cs="Sakkal Majalla"/>
          <w:szCs w:val="28"/>
          <w:rtl/>
        </w:rPr>
        <w:t xml:space="preserve"> </w:t>
      </w:r>
      <w:r w:rsidRPr="00306588">
        <w:rPr>
          <w:rFonts w:ascii="Sakkal Majalla" w:hAnsi="Sakkal Majalla" w:cs="Sakkal Majalla" w:hint="cs"/>
          <w:szCs w:val="28"/>
          <w:rtl/>
        </w:rPr>
        <w:t>مؤسسية</w:t>
      </w:r>
      <w:r w:rsidRPr="00306588">
        <w:rPr>
          <w:rFonts w:ascii="Sakkal Majalla" w:hAnsi="Sakkal Majalla" w:cs="Sakkal Majalla"/>
          <w:szCs w:val="28"/>
          <w:rtl/>
        </w:rPr>
        <w:t xml:space="preserve"> </w:t>
      </w:r>
      <w:r w:rsidRPr="00306588">
        <w:rPr>
          <w:rFonts w:ascii="Sakkal Majalla" w:hAnsi="Sakkal Majalla" w:cs="Sakkal Majalla" w:hint="cs"/>
          <w:szCs w:val="28"/>
          <w:rtl/>
        </w:rPr>
        <w:t>مستدامة،</w:t>
      </w:r>
      <w:r w:rsidRPr="00306588">
        <w:rPr>
          <w:rFonts w:ascii="Sakkal Majalla" w:hAnsi="Sakkal Majalla" w:cs="Sakkal Majalla"/>
          <w:szCs w:val="28"/>
          <w:rtl/>
        </w:rPr>
        <w:t xml:space="preserve"> </w:t>
      </w:r>
      <w:r w:rsidRPr="00306588">
        <w:rPr>
          <w:rFonts w:ascii="Sakkal Majalla" w:hAnsi="Sakkal Majalla" w:cs="Sakkal Majalla" w:hint="cs"/>
          <w:szCs w:val="28"/>
          <w:rtl/>
        </w:rPr>
        <w:t>حيث</w:t>
      </w:r>
      <w:r w:rsidRPr="00306588">
        <w:rPr>
          <w:rFonts w:ascii="Sakkal Majalla" w:hAnsi="Sakkal Majalla" w:cs="Sakkal Majalla"/>
          <w:szCs w:val="28"/>
          <w:rtl/>
        </w:rPr>
        <w:t xml:space="preserve"> </w:t>
      </w:r>
      <w:r w:rsidRPr="00306588">
        <w:rPr>
          <w:rFonts w:ascii="Sakkal Majalla" w:hAnsi="Sakkal Majalla" w:cs="Sakkal Majalla" w:hint="cs"/>
          <w:szCs w:val="28"/>
          <w:rtl/>
        </w:rPr>
        <w:t>يظل</w:t>
      </w:r>
      <w:r w:rsidRPr="00306588">
        <w:rPr>
          <w:rFonts w:ascii="Sakkal Majalla" w:hAnsi="Sakkal Majalla" w:cs="Sakkal Majalla"/>
          <w:szCs w:val="28"/>
          <w:rtl/>
        </w:rPr>
        <w:t xml:space="preserve"> </w:t>
      </w:r>
      <w:r w:rsidRPr="00306588">
        <w:rPr>
          <w:rFonts w:ascii="Sakkal Majalla" w:hAnsi="Sakkal Majalla" w:cs="Sakkal Majalla" w:hint="cs"/>
          <w:szCs w:val="28"/>
          <w:rtl/>
        </w:rPr>
        <w:t>الابتكار</w:t>
      </w:r>
      <w:r w:rsidRPr="00306588">
        <w:rPr>
          <w:rFonts w:ascii="Sakkal Majalla" w:hAnsi="Sakkal Majalla" w:cs="Sakkal Majalla"/>
          <w:szCs w:val="28"/>
          <w:rtl/>
        </w:rPr>
        <w:t xml:space="preserve"> </w:t>
      </w:r>
      <w:r w:rsidRPr="00306588">
        <w:rPr>
          <w:rFonts w:ascii="Sakkal Majalla" w:hAnsi="Sakkal Majalla" w:cs="Sakkal Majalla" w:hint="cs"/>
          <w:szCs w:val="28"/>
          <w:rtl/>
        </w:rPr>
        <w:t>غالبًا</w:t>
      </w:r>
      <w:r w:rsidRPr="00306588">
        <w:rPr>
          <w:rFonts w:ascii="Sakkal Majalla" w:hAnsi="Sakkal Majalla" w:cs="Sakkal Majalla"/>
          <w:szCs w:val="28"/>
          <w:rtl/>
        </w:rPr>
        <w:t xml:space="preserve"> </w:t>
      </w:r>
      <w:r w:rsidRPr="00306588">
        <w:rPr>
          <w:rFonts w:ascii="Sakkal Majalla" w:hAnsi="Sakkal Majalla" w:cs="Sakkal Majalla" w:hint="cs"/>
          <w:szCs w:val="28"/>
          <w:rtl/>
        </w:rPr>
        <w:t>محصورًا</w:t>
      </w:r>
      <w:r w:rsidRPr="00306588">
        <w:rPr>
          <w:rFonts w:ascii="Sakkal Majalla" w:hAnsi="Sakkal Majalla" w:cs="Sakkal Majalla"/>
          <w:szCs w:val="28"/>
          <w:rtl/>
        </w:rPr>
        <w:t xml:space="preserve"> </w:t>
      </w:r>
      <w:r w:rsidRPr="00306588">
        <w:rPr>
          <w:rFonts w:ascii="Sakkal Majalla" w:hAnsi="Sakkal Majalla" w:cs="Sakkal Majalla" w:hint="cs"/>
          <w:szCs w:val="28"/>
          <w:rtl/>
        </w:rPr>
        <w:t>في</w:t>
      </w:r>
      <w:r w:rsidRPr="00306588">
        <w:rPr>
          <w:rFonts w:ascii="Sakkal Majalla" w:hAnsi="Sakkal Majalla" w:cs="Sakkal Majalla"/>
          <w:szCs w:val="28"/>
          <w:rtl/>
        </w:rPr>
        <w:t xml:space="preserve"> </w:t>
      </w:r>
      <w:r w:rsidRPr="00306588">
        <w:rPr>
          <w:rFonts w:ascii="Sakkal Majalla" w:hAnsi="Sakkal Majalla" w:cs="Sakkal Majalla" w:hint="cs"/>
          <w:szCs w:val="28"/>
          <w:rtl/>
        </w:rPr>
        <w:t>مشاريع</w:t>
      </w:r>
      <w:r w:rsidRPr="00306588">
        <w:rPr>
          <w:rFonts w:ascii="Sakkal Majalla" w:hAnsi="Sakkal Majalla" w:cs="Sakkal Majalla"/>
          <w:szCs w:val="28"/>
          <w:rtl/>
        </w:rPr>
        <w:t xml:space="preserve"> </w:t>
      </w:r>
      <w:r w:rsidRPr="00306588">
        <w:rPr>
          <w:rFonts w:ascii="Sakkal Majalla" w:hAnsi="Sakkal Majalla" w:cs="Sakkal Majalla" w:hint="cs"/>
          <w:szCs w:val="28"/>
          <w:rtl/>
        </w:rPr>
        <w:t>مؤقتة</w:t>
      </w:r>
      <w:r w:rsidRPr="00306588">
        <w:rPr>
          <w:rFonts w:ascii="Sakkal Majalla" w:hAnsi="Sakkal Majalla" w:cs="Sakkal Majalla"/>
          <w:szCs w:val="28"/>
          <w:rtl/>
        </w:rPr>
        <w:t xml:space="preserve"> </w:t>
      </w:r>
      <w:r w:rsidRPr="00306588">
        <w:rPr>
          <w:rFonts w:ascii="Sakkal Majalla" w:hAnsi="Sakkal Majalla" w:cs="Sakkal Majalla" w:hint="cs"/>
          <w:szCs w:val="28"/>
          <w:rtl/>
        </w:rPr>
        <w:t>أو</w:t>
      </w:r>
      <w:r w:rsidRPr="00306588">
        <w:rPr>
          <w:rFonts w:ascii="Sakkal Majalla" w:hAnsi="Sakkal Majalla" w:cs="Sakkal Majalla"/>
          <w:szCs w:val="28"/>
          <w:rtl/>
        </w:rPr>
        <w:t xml:space="preserve"> </w:t>
      </w:r>
      <w:r w:rsidRPr="00306588">
        <w:rPr>
          <w:rFonts w:ascii="Sakkal Majalla" w:hAnsi="Sakkal Majalla" w:cs="Sakkal Majalla" w:hint="cs"/>
          <w:szCs w:val="28"/>
          <w:rtl/>
        </w:rPr>
        <w:t>تجارب</w:t>
      </w:r>
      <w:r w:rsidRPr="00306588">
        <w:rPr>
          <w:rFonts w:ascii="Sakkal Majalla" w:hAnsi="Sakkal Majalla" w:cs="Sakkal Majalla"/>
          <w:szCs w:val="28"/>
          <w:rtl/>
        </w:rPr>
        <w:t xml:space="preserve"> </w:t>
      </w:r>
      <w:r w:rsidRPr="00306588">
        <w:rPr>
          <w:rFonts w:ascii="Sakkal Majalla" w:hAnsi="Sakkal Majalla" w:cs="Sakkal Majalla" w:hint="cs"/>
          <w:szCs w:val="28"/>
          <w:rtl/>
        </w:rPr>
        <w:t>معزولة</w:t>
      </w:r>
      <w:r w:rsidRPr="00306588">
        <w:rPr>
          <w:rFonts w:ascii="Sakkal Majalla" w:hAnsi="Sakkal Majalla" w:cs="Sakkal Majalla"/>
          <w:szCs w:val="28"/>
          <w:rtl/>
        </w:rPr>
        <w:t xml:space="preserve"> </w:t>
      </w:r>
      <w:r w:rsidRPr="00306588">
        <w:rPr>
          <w:rFonts w:ascii="Sakkal Majalla" w:hAnsi="Sakkal Majalla" w:cs="Sakkal Majalla" w:hint="cs"/>
          <w:szCs w:val="28"/>
          <w:rtl/>
        </w:rPr>
        <w:t>دون</w:t>
      </w:r>
      <w:r w:rsidRPr="00306588">
        <w:rPr>
          <w:rFonts w:ascii="Sakkal Majalla" w:hAnsi="Sakkal Majalla" w:cs="Sakkal Majalla"/>
          <w:szCs w:val="28"/>
          <w:rtl/>
        </w:rPr>
        <w:t xml:space="preserve"> </w:t>
      </w:r>
      <w:r w:rsidRPr="00306588">
        <w:rPr>
          <w:rFonts w:ascii="Sakkal Majalla" w:hAnsi="Sakkal Majalla" w:cs="Sakkal Majalla" w:hint="cs"/>
          <w:szCs w:val="28"/>
          <w:rtl/>
        </w:rPr>
        <w:t>أن</w:t>
      </w:r>
      <w:r w:rsidRPr="00306588">
        <w:rPr>
          <w:rFonts w:ascii="Sakkal Majalla" w:hAnsi="Sakkal Majalla" w:cs="Sakkal Majalla"/>
          <w:szCs w:val="28"/>
          <w:rtl/>
        </w:rPr>
        <w:t xml:space="preserve"> </w:t>
      </w:r>
      <w:r w:rsidRPr="00306588">
        <w:rPr>
          <w:rFonts w:ascii="Sakkal Majalla" w:hAnsi="Sakkal Majalla" w:cs="Sakkal Majalla" w:hint="cs"/>
          <w:szCs w:val="28"/>
          <w:rtl/>
        </w:rPr>
        <w:t>يتحول</w:t>
      </w:r>
      <w:r w:rsidRPr="00306588">
        <w:rPr>
          <w:rFonts w:ascii="Sakkal Majalla" w:hAnsi="Sakkal Majalla" w:cs="Sakkal Majalla"/>
          <w:szCs w:val="28"/>
          <w:rtl/>
        </w:rPr>
        <w:t xml:space="preserve"> </w:t>
      </w:r>
      <w:r w:rsidRPr="00306588">
        <w:rPr>
          <w:rFonts w:ascii="Sakkal Majalla" w:hAnsi="Sakkal Majalla" w:cs="Sakkal Majalla" w:hint="cs"/>
          <w:szCs w:val="28"/>
          <w:rtl/>
        </w:rPr>
        <w:t>إلى</w:t>
      </w:r>
      <w:r w:rsidRPr="00306588">
        <w:rPr>
          <w:rFonts w:ascii="Sakkal Majalla" w:hAnsi="Sakkal Majalla" w:cs="Sakkal Majalla"/>
          <w:szCs w:val="28"/>
          <w:rtl/>
        </w:rPr>
        <w:t xml:space="preserve"> </w:t>
      </w:r>
      <w:r w:rsidRPr="00306588">
        <w:rPr>
          <w:rFonts w:ascii="Sakkal Majalla" w:hAnsi="Sakkal Majalla" w:cs="Sakkal Majalla" w:hint="cs"/>
          <w:szCs w:val="28"/>
          <w:rtl/>
        </w:rPr>
        <w:t>ثقافة</w:t>
      </w:r>
      <w:r w:rsidRPr="00306588">
        <w:rPr>
          <w:rFonts w:ascii="Sakkal Majalla" w:hAnsi="Sakkal Majalla" w:cs="Sakkal Majalla"/>
          <w:szCs w:val="28"/>
          <w:rtl/>
        </w:rPr>
        <w:t xml:space="preserve"> </w:t>
      </w:r>
      <w:r w:rsidRPr="00306588">
        <w:rPr>
          <w:rFonts w:ascii="Sakkal Majalla" w:hAnsi="Sakkal Majalla" w:cs="Sakkal Majalla" w:hint="cs"/>
          <w:szCs w:val="28"/>
          <w:rtl/>
        </w:rPr>
        <w:t>عمل</w:t>
      </w:r>
      <w:r w:rsidRPr="00306588">
        <w:rPr>
          <w:rFonts w:ascii="Sakkal Majalla" w:hAnsi="Sakkal Majalla" w:cs="Sakkal Majalla"/>
          <w:szCs w:val="28"/>
          <w:rtl/>
        </w:rPr>
        <w:t xml:space="preserve"> </w:t>
      </w:r>
      <w:r w:rsidRPr="00306588">
        <w:rPr>
          <w:rFonts w:ascii="Sakkal Majalla" w:hAnsi="Sakkal Majalla" w:cs="Sakkal Majalla" w:hint="cs"/>
          <w:szCs w:val="28"/>
          <w:rtl/>
        </w:rPr>
        <w:t>مستدامة</w:t>
      </w:r>
      <w:r w:rsidRPr="00306588">
        <w:rPr>
          <w:rFonts w:ascii="Sakkal Majalla" w:hAnsi="Sakkal Majalla" w:cs="Sakkal Majalla"/>
          <w:szCs w:val="28"/>
          <w:rtl/>
        </w:rPr>
        <w:t xml:space="preserve"> </w:t>
      </w:r>
      <w:r w:rsidRPr="00306588">
        <w:rPr>
          <w:rFonts w:ascii="Sakkal Majalla" w:hAnsi="Sakkal Majalla" w:cs="Sakkal Majalla" w:hint="cs"/>
          <w:szCs w:val="28"/>
          <w:rtl/>
        </w:rPr>
        <w:t>داخل</w:t>
      </w:r>
      <w:r w:rsidRPr="00306588">
        <w:rPr>
          <w:rFonts w:ascii="Sakkal Majalla" w:hAnsi="Sakkal Majalla" w:cs="Sakkal Majalla"/>
          <w:szCs w:val="28"/>
          <w:rtl/>
        </w:rPr>
        <w:t xml:space="preserve"> </w:t>
      </w:r>
      <w:r w:rsidRPr="00306588">
        <w:rPr>
          <w:rFonts w:ascii="Sakkal Majalla" w:hAnsi="Sakkal Majalla" w:cs="Sakkal Majalla" w:hint="cs"/>
          <w:szCs w:val="28"/>
          <w:rtl/>
        </w:rPr>
        <w:t>الجهة</w:t>
      </w:r>
      <w:r w:rsidRPr="00306588">
        <w:rPr>
          <w:rFonts w:ascii="Sakkal Majalla" w:hAnsi="Sakkal Majalla" w:cs="Sakkal Majalla"/>
          <w:szCs w:val="28"/>
        </w:rPr>
        <w:t>.</w:t>
      </w:r>
    </w:p>
    <w:p w14:paraId="3FEA7AC5" w14:textId="3C1933B4" w:rsidR="00306588" w:rsidRPr="00306588" w:rsidRDefault="00306588" w:rsidP="00083D43">
      <w:pPr>
        <w:bidi/>
        <w:spacing w:line="360" w:lineRule="auto"/>
        <w:rPr>
          <w:rFonts w:ascii="Sakkal Majalla" w:hAnsi="Sakkal Majalla" w:cs="Sakkal Majalla"/>
          <w:szCs w:val="28"/>
          <w:rtl/>
        </w:rPr>
      </w:pPr>
      <w:r w:rsidRPr="00306588">
        <w:rPr>
          <w:rFonts w:ascii="Sakkal Majalla" w:hAnsi="Sakkal Majalla" w:cs="Sakkal Majalla" w:hint="cs"/>
          <w:szCs w:val="28"/>
          <w:rtl/>
        </w:rPr>
        <w:t>ومن</w:t>
      </w:r>
      <w:r w:rsidRPr="00306588">
        <w:rPr>
          <w:rFonts w:ascii="Sakkal Majalla" w:hAnsi="Sakkal Majalla" w:cs="Sakkal Majalla"/>
          <w:szCs w:val="28"/>
          <w:rtl/>
        </w:rPr>
        <w:t xml:space="preserve"> </w:t>
      </w:r>
      <w:r w:rsidRPr="00306588">
        <w:rPr>
          <w:rFonts w:ascii="Sakkal Majalla" w:hAnsi="Sakkal Majalla" w:cs="Sakkal Majalla" w:hint="cs"/>
          <w:szCs w:val="28"/>
          <w:rtl/>
        </w:rPr>
        <w:t>بين</w:t>
      </w:r>
      <w:r w:rsidRPr="00306588">
        <w:rPr>
          <w:rFonts w:ascii="Sakkal Majalla" w:hAnsi="Sakkal Majalla" w:cs="Sakkal Majalla"/>
          <w:szCs w:val="28"/>
          <w:rtl/>
        </w:rPr>
        <w:t xml:space="preserve"> </w:t>
      </w:r>
      <w:r w:rsidRPr="00306588">
        <w:rPr>
          <w:rFonts w:ascii="Sakkal Majalla" w:hAnsi="Sakkal Majalla" w:cs="Sakkal Majalla" w:hint="cs"/>
          <w:szCs w:val="28"/>
          <w:rtl/>
        </w:rPr>
        <w:t>أبرز</w:t>
      </w:r>
      <w:r w:rsidRPr="00306588">
        <w:rPr>
          <w:rFonts w:ascii="Sakkal Majalla" w:hAnsi="Sakkal Majalla" w:cs="Sakkal Majalla"/>
          <w:szCs w:val="28"/>
          <w:rtl/>
        </w:rPr>
        <w:t xml:space="preserve"> </w:t>
      </w:r>
      <w:r w:rsidRPr="00306588">
        <w:rPr>
          <w:rFonts w:ascii="Sakkal Majalla" w:hAnsi="Sakkal Majalla" w:cs="Sakkal Majalla" w:hint="cs"/>
          <w:szCs w:val="28"/>
          <w:rtl/>
        </w:rPr>
        <w:t>هذه</w:t>
      </w:r>
      <w:r w:rsidRPr="00306588">
        <w:rPr>
          <w:rFonts w:ascii="Sakkal Majalla" w:hAnsi="Sakkal Majalla" w:cs="Sakkal Majalla"/>
          <w:szCs w:val="28"/>
          <w:rtl/>
        </w:rPr>
        <w:t xml:space="preserve"> </w:t>
      </w:r>
      <w:r w:rsidRPr="00306588">
        <w:rPr>
          <w:rFonts w:ascii="Sakkal Majalla" w:hAnsi="Sakkal Majalla" w:cs="Sakkal Majalla" w:hint="cs"/>
          <w:szCs w:val="28"/>
          <w:rtl/>
        </w:rPr>
        <w:t>التحديات</w:t>
      </w:r>
      <w:r w:rsidRPr="00306588">
        <w:rPr>
          <w:rFonts w:ascii="Sakkal Majalla" w:hAnsi="Sakkal Majalla" w:cs="Sakkal Majalla"/>
          <w:szCs w:val="28"/>
          <w:rtl/>
        </w:rPr>
        <w:t xml:space="preserve">: </w:t>
      </w:r>
      <w:r w:rsidRPr="00306588">
        <w:rPr>
          <w:rFonts w:ascii="Sakkal Majalla" w:hAnsi="Sakkal Majalla" w:cs="Sakkal Majalla" w:hint="cs"/>
          <w:szCs w:val="28"/>
          <w:rtl/>
        </w:rPr>
        <w:t>ضعف</w:t>
      </w:r>
      <w:r w:rsidRPr="00306588">
        <w:rPr>
          <w:rFonts w:ascii="Sakkal Majalla" w:hAnsi="Sakkal Majalla" w:cs="Sakkal Majalla"/>
          <w:szCs w:val="28"/>
          <w:rtl/>
        </w:rPr>
        <w:t xml:space="preserve"> </w:t>
      </w:r>
      <w:r w:rsidR="00DC1439">
        <w:rPr>
          <w:rFonts w:ascii="Sakkal Majalla" w:hAnsi="Sakkal Majalla" w:cs="Sakkal Majalla" w:hint="cs"/>
          <w:szCs w:val="28"/>
          <w:rtl/>
        </w:rPr>
        <w:t>عوامل التمكين الداخلية في الجهة</w:t>
      </w:r>
      <w:r w:rsidRPr="00306588">
        <w:rPr>
          <w:rFonts w:ascii="Sakkal Majalla" w:hAnsi="Sakkal Majalla" w:cs="Sakkal Majalla" w:hint="cs"/>
          <w:szCs w:val="28"/>
          <w:rtl/>
        </w:rPr>
        <w:t>،</w:t>
      </w:r>
      <w:r w:rsidRPr="00306588">
        <w:rPr>
          <w:rFonts w:ascii="Sakkal Majalla" w:hAnsi="Sakkal Majalla" w:cs="Sakkal Majalla"/>
          <w:szCs w:val="28"/>
          <w:rtl/>
        </w:rPr>
        <w:t xml:space="preserve"> </w:t>
      </w:r>
      <w:r w:rsidRPr="00306588">
        <w:rPr>
          <w:rFonts w:ascii="Sakkal Majalla" w:hAnsi="Sakkal Majalla" w:cs="Sakkal Majalla" w:hint="cs"/>
          <w:szCs w:val="28"/>
          <w:rtl/>
        </w:rPr>
        <w:t>مثل</w:t>
      </w:r>
      <w:r w:rsidRPr="00306588">
        <w:rPr>
          <w:rFonts w:ascii="Sakkal Majalla" w:hAnsi="Sakkal Majalla" w:cs="Sakkal Majalla"/>
          <w:szCs w:val="28"/>
          <w:rtl/>
        </w:rPr>
        <w:t xml:space="preserve"> </w:t>
      </w:r>
      <w:r w:rsidRPr="00306588">
        <w:rPr>
          <w:rFonts w:ascii="Sakkal Majalla" w:hAnsi="Sakkal Majalla" w:cs="Sakkal Majalla" w:hint="cs"/>
          <w:szCs w:val="28"/>
          <w:rtl/>
        </w:rPr>
        <w:t>القيادة</w:t>
      </w:r>
      <w:r w:rsidRPr="00306588">
        <w:rPr>
          <w:rFonts w:ascii="Sakkal Majalla" w:hAnsi="Sakkal Majalla" w:cs="Sakkal Majalla"/>
          <w:szCs w:val="28"/>
          <w:rtl/>
        </w:rPr>
        <w:t xml:space="preserve"> </w:t>
      </w:r>
      <w:r w:rsidR="005E174E" w:rsidRPr="00306588">
        <w:rPr>
          <w:rFonts w:ascii="Sakkal Majalla" w:hAnsi="Sakkal Majalla" w:cs="Sakkal Majalla" w:hint="cs"/>
          <w:szCs w:val="28"/>
          <w:rtl/>
        </w:rPr>
        <w:t xml:space="preserve">الداعمة </w:t>
      </w:r>
      <w:r w:rsidR="005E174E">
        <w:rPr>
          <w:rFonts w:ascii="Sakkal Majalla" w:hAnsi="Sakkal Majalla" w:cs="Sakkal Majalla" w:hint="cs"/>
          <w:szCs w:val="28"/>
          <w:rtl/>
        </w:rPr>
        <w:t>والقدرات</w:t>
      </w:r>
      <w:r w:rsidR="00DC1439">
        <w:rPr>
          <w:rFonts w:ascii="Sakkal Majalla" w:hAnsi="Sakkal Majalla" w:cs="Sakkal Majalla" w:hint="cs"/>
          <w:szCs w:val="28"/>
          <w:rtl/>
        </w:rPr>
        <w:t xml:space="preserve"> والكفاءات البشرية</w:t>
      </w:r>
      <w:r w:rsidRPr="00306588">
        <w:rPr>
          <w:rFonts w:ascii="Sakkal Majalla" w:hAnsi="Sakkal Majalla" w:cs="Sakkal Majalla" w:hint="cs"/>
          <w:szCs w:val="28"/>
          <w:rtl/>
        </w:rPr>
        <w:t>،</w:t>
      </w:r>
      <w:r w:rsidRPr="00306588">
        <w:rPr>
          <w:rFonts w:ascii="Sakkal Majalla" w:hAnsi="Sakkal Majalla" w:cs="Sakkal Majalla"/>
          <w:szCs w:val="28"/>
          <w:rtl/>
        </w:rPr>
        <w:t xml:space="preserve"> </w:t>
      </w:r>
      <w:r w:rsidRPr="00306588">
        <w:rPr>
          <w:rFonts w:ascii="Sakkal Majalla" w:hAnsi="Sakkal Majalla" w:cs="Sakkal Majalla" w:hint="cs"/>
          <w:szCs w:val="28"/>
          <w:rtl/>
        </w:rPr>
        <w:t>إضافة</w:t>
      </w:r>
      <w:r w:rsidRPr="00306588">
        <w:rPr>
          <w:rFonts w:ascii="Sakkal Majalla" w:hAnsi="Sakkal Majalla" w:cs="Sakkal Majalla"/>
          <w:szCs w:val="28"/>
          <w:rtl/>
        </w:rPr>
        <w:t xml:space="preserve"> </w:t>
      </w:r>
      <w:r w:rsidRPr="00306588">
        <w:rPr>
          <w:rFonts w:ascii="Sakkal Majalla" w:hAnsi="Sakkal Majalla" w:cs="Sakkal Majalla" w:hint="cs"/>
          <w:szCs w:val="28"/>
          <w:rtl/>
        </w:rPr>
        <w:t>إلى</w:t>
      </w:r>
      <w:r w:rsidRPr="00306588">
        <w:rPr>
          <w:rFonts w:ascii="Sakkal Majalla" w:hAnsi="Sakkal Majalla" w:cs="Sakkal Majalla"/>
          <w:szCs w:val="28"/>
          <w:rtl/>
        </w:rPr>
        <w:t xml:space="preserve"> </w:t>
      </w:r>
      <w:r w:rsidRPr="00306588">
        <w:rPr>
          <w:rFonts w:ascii="Sakkal Majalla" w:hAnsi="Sakkal Majalla" w:cs="Sakkal Majalla" w:hint="cs"/>
          <w:szCs w:val="28"/>
          <w:rtl/>
        </w:rPr>
        <w:t>الاعتماد</w:t>
      </w:r>
      <w:r w:rsidRPr="00306588">
        <w:rPr>
          <w:rFonts w:ascii="Sakkal Majalla" w:hAnsi="Sakkal Majalla" w:cs="Sakkal Majalla"/>
          <w:szCs w:val="28"/>
          <w:rtl/>
        </w:rPr>
        <w:t xml:space="preserve"> </w:t>
      </w:r>
      <w:r w:rsidRPr="00306588">
        <w:rPr>
          <w:rFonts w:ascii="Sakkal Majalla" w:hAnsi="Sakkal Majalla" w:cs="Sakkal Majalla" w:hint="cs"/>
          <w:szCs w:val="28"/>
          <w:rtl/>
        </w:rPr>
        <w:t>الكبير</w:t>
      </w:r>
      <w:r w:rsidRPr="00306588">
        <w:rPr>
          <w:rFonts w:ascii="Sakkal Majalla" w:hAnsi="Sakkal Majalla" w:cs="Sakkal Majalla"/>
          <w:szCs w:val="28"/>
          <w:rtl/>
        </w:rPr>
        <w:t xml:space="preserve"> </w:t>
      </w:r>
      <w:r w:rsidR="00DC1439">
        <w:rPr>
          <w:rFonts w:ascii="Sakkal Majalla" w:hAnsi="Sakkal Majalla" w:cs="Sakkal Majalla" w:hint="cs"/>
          <w:szCs w:val="28"/>
          <w:rtl/>
        </w:rPr>
        <w:t xml:space="preserve">من جهة أخرى </w:t>
      </w:r>
      <w:r w:rsidRPr="00306588">
        <w:rPr>
          <w:rFonts w:ascii="Sakkal Majalla" w:hAnsi="Sakkal Majalla" w:cs="Sakkal Majalla" w:hint="cs"/>
          <w:szCs w:val="28"/>
          <w:rtl/>
        </w:rPr>
        <w:t>على</w:t>
      </w:r>
      <w:r w:rsidRPr="00306588">
        <w:rPr>
          <w:rFonts w:ascii="Sakkal Majalla" w:hAnsi="Sakkal Majalla" w:cs="Sakkal Majalla"/>
          <w:szCs w:val="28"/>
          <w:rtl/>
        </w:rPr>
        <w:t xml:space="preserve"> </w:t>
      </w:r>
      <w:r w:rsidRPr="00306588">
        <w:rPr>
          <w:rFonts w:ascii="Sakkal Majalla" w:hAnsi="Sakkal Majalla" w:cs="Sakkal Majalla" w:hint="cs"/>
          <w:szCs w:val="28"/>
          <w:rtl/>
        </w:rPr>
        <w:t>الشركات</w:t>
      </w:r>
      <w:r w:rsidRPr="00306588">
        <w:rPr>
          <w:rFonts w:ascii="Sakkal Majalla" w:hAnsi="Sakkal Majalla" w:cs="Sakkal Majalla"/>
          <w:szCs w:val="28"/>
          <w:rtl/>
        </w:rPr>
        <w:t xml:space="preserve"> </w:t>
      </w:r>
      <w:r w:rsidRPr="00306588">
        <w:rPr>
          <w:rFonts w:ascii="Sakkal Majalla" w:hAnsi="Sakkal Majalla" w:cs="Sakkal Majalla" w:hint="cs"/>
          <w:szCs w:val="28"/>
          <w:rtl/>
        </w:rPr>
        <w:t>الاستشارية</w:t>
      </w:r>
      <w:r w:rsidRPr="00306588">
        <w:rPr>
          <w:rFonts w:ascii="Sakkal Majalla" w:hAnsi="Sakkal Majalla" w:cs="Sakkal Majalla"/>
          <w:szCs w:val="28"/>
          <w:rtl/>
        </w:rPr>
        <w:t xml:space="preserve"> </w:t>
      </w:r>
      <w:r w:rsidRPr="00306588">
        <w:rPr>
          <w:rFonts w:ascii="Sakkal Majalla" w:hAnsi="Sakkal Majalla" w:cs="Sakkal Majalla" w:hint="cs"/>
          <w:szCs w:val="28"/>
          <w:rtl/>
        </w:rPr>
        <w:t>الخارجية</w:t>
      </w:r>
      <w:r w:rsidRPr="00306588">
        <w:rPr>
          <w:rFonts w:ascii="Sakkal Majalla" w:hAnsi="Sakkal Majalla" w:cs="Sakkal Majalla"/>
          <w:szCs w:val="28"/>
          <w:rtl/>
        </w:rPr>
        <w:t xml:space="preserve"> </w:t>
      </w:r>
      <w:r w:rsidRPr="00306588">
        <w:rPr>
          <w:rFonts w:ascii="Sakkal Majalla" w:hAnsi="Sakkal Majalla" w:cs="Sakkal Majalla" w:hint="cs"/>
          <w:szCs w:val="28"/>
          <w:rtl/>
        </w:rPr>
        <w:t>في</w:t>
      </w:r>
      <w:r w:rsidRPr="00306588">
        <w:rPr>
          <w:rFonts w:ascii="Sakkal Majalla" w:hAnsi="Sakkal Majalla" w:cs="Sakkal Majalla"/>
          <w:szCs w:val="28"/>
          <w:rtl/>
        </w:rPr>
        <w:t xml:space="preserve"> </w:t>
      </w:r>
      <w:r w:rsidRPr="00306588">
        <w:rPr>
          <w:rFonts w:ascii="Sakkal Majalla" w:hAnsi="Sakkal Majalla" w:cs="Sakkal Majalla" w:hint="cs"/>
          <w:szCs w:val="28"/>
          <w:rtl/>
        </w:rPr>
        <w:t>تصميم</w:t>
      </w:r>
      <w:r w:rsidRPr="00306588">
        <w:rPr>
          <w:rFonts w:ascii="Sakkal Majalla" w:hAnsi="Sakkal Majalla" w:cs="Sakkal Majalla"/>
          <w:szCs w:val="28"/>
          <w:rtl/>
        </w:rPr>
        <w:t xml:space="preserve"> </w:t>
      </w:r>
      <w:r w:rsidRPr="00306588">
        <w:rPr>
          <w:rFonts w:ascii="Sakkal Majalla" w:hAnsi="Sakkal Majalla" w:cs="Sakkal Majalla" w:hint="cs"/>
          <w:szCs w:val="28"/>
          <w:rtl/>
        </w:rPr>
        <w:t>وتنفيذ</w:t>
      </w:r>
      <w:r w:rsidRPr="00306588">
        <w:rPr>
          <w:rFonts w:ascii="Sakkal Majalla" w:hAnsi="Sakkal Majalla" w:cs="Sakkal Majalla"/>
          <w:szCs w:val="28"/>
          <w:rtl/>
        </w:rPr>
        <w:t xml:space="preserve"> </w:t>
      </w:r>
      <w:r w:rsidRPr="00306588">
        <w:rPr>
          <w:rFonts w:ascii="Sakkal Majalla" w:hAnsi="Sakkal Majalla" w:cs="Sakkal Majalla" w:hint="cs"/>
          <w:szCs w:val="28"/>
          <w:rtl/>
        </w:rPr>
        <w:t>حلول</w:t>
      </w:r>
      <w:r w:rsidRPr="00306588">
        <w:rPr>
          <w:rFonts w:ascii="Sakkal Majalla" w:hAnsi="Sakkal Majalla" w:cs="Sakkal Majalla"/>
          <w:szCs w:val="28"/>
          <w:rtl/>
        </w:rPr>
        <w:t xml:space="preserve"> </w:t>
      </w:r>
      <w:r w:rsidRPr="00306588">
        <w:rPr>
          <w:rFonts w:ascii="Sakkal Majalla" w:hAnsi="Sakkal Majalla" w:cs="Sakkal Majalla" w:hint="cs"/>
          <w:szCs w:val="28"/>
          <w:rtl/>
        </w:rPr>
        <w:t>ابتكارية</w:t>
      </w:r>
      <w:r w:rsidRPr="00306588">
        <w:rPr>
          <w:rFonts w:ascii="Sakkal Majalla" w:hAnsi="Sakkal Majalla" w:cs="Sakkal Majalla"/>
          <w:szCs w:val="28"/>
          <w:rtl/>
        </w:rPr>
        <w:t xml:space="preserve"> </w:t>
      </w:r>
      <w:r w:rsidRPr="00306588">
        <w:rPr>
          <w:rFonts w:ascii="Sakkal Majalla" w:hAnsi="Sakkal Majalla" w:cs="Sakkal Majalla" w:hint="cs"/>
          <w:szCs w:val="28"/>
          <w:rtl/>
        </w:rPr>
        <w:t>دون</w:t>
      </w:r>
      <w:r w:rsidRPr="00306588">
        <w:rPr>
          <w:rFonts w:ascii="Sakkal Majalla" w:hAnsi="Sakkal Majalla" w:cs="Sakkal Majalla"/>
          <w:szCs w:val="28"/>
          <w:rtl/>
        </w:rPr>
        <w:t xml:space="preserve"> </w:t>
      </w:r>
      <w:r w:rsidR="00DC1439">
        <w:rPr>
          <w:rFonts w:ascii="Sakkal Majalla" w:hAnsi="Sakkal Majalla" w:cs="Sakkal Majalla" w:hint="cs"/>
          <w:szCs w:val="28"/>
          <w:rtl/>
        </w:rPr>
        <w:t>الاهتمام بنقل المعرفة و</w:t>
      </w:r>
      <w:r w:rsidRPr="00306588">
        <w:rPr>
          <w:rFonts w:ascii="Sakkal Majalla" w:hAnsi="Sakkal Majalla" w:cs="Sakkal Majalla" w:hint="cs"/>
          <w:szCs w:val="28"/>
          <w:rtl/>
        </w:rPr>
        <w:t>بناء</w:t>
      </w:r>
      <w:r w:rsidRPr="00306588">
        <w:rPr>
          <w:rFonts w:ascii="Sakkal Majalla" w:hAnsi="Sakkal Majalla" w:cs="Sakkal Majalla"/>
          <w:szCs w:val="28"/>
          <w:rtl/>
        </w:rPr>
        <w:t xml:space="preserve"> </w:t>
      </w:r>
      <w:r w:rsidRPr="00306588">
        <w:rPr>
          <w:rFonts w:ascii="Sakkal Majalla" w:hAnsi="Sakkal Majalla" w:cs="Sakkal Majalla" w:hint="cs"/>
          <w:szCs w:val="28"/>
          <w:rtl/>
        </w:rPr>
        <w:t>قدرات</w:t>
      </w:r>
      <w:r w:rsidRPr="00306588">
        <w:rPr>
          <w:rFonts w:ascii="Sakkal Majalla" w:hAnsi="Sakkal Majalla" w:cs="Sakkal Majalla"/>
          <w:szCs w:val="28"/>
          <w:rtl/>
        </w:rPr>
        <w:t xml:space="preserve"> </w:t>
      </w:r>
      <w:r w:rsidRPr="00306588">
        <w:rPr>
          <w:rFonts w:ascii="Sakkal Majalla" w:hAnsi="Sakkal Majalla" w:cs="Sakkal Majalla" w:hint="cs"/>
          <w:szCs w:val="28"/>
          <w:rtl/>
        </w:rPr>
        <w:t>ذاتية</w:t>
      </w:r>
      <w:r w:rsidRPr="00306588">
        <w:rPr>
          <w:rFonts w:ascii="Sakkal Majalla" w:hAnsi="Sakkal Majalla" w:cs="Sakkal Majalla"/>
          <w:szCs w:val="28"/>
          <w:rtl/>
        </w:rPr>
        <w:t xml:space="preserve"> </w:t>
      </w:r>
      <w:r w:rsidRPr="00306588">
        <w:rPr>
          <w:rFonts w:ascii="Sakkal Majalla" w:hAnsi="Sakkal Majalla" w:cs="Sakkal Majalla" w:hint="cs"/>
          <w:szCs w:val="28"/>
          <w:rtl/>
        </w:rPr>
        <w:t>كافية</w:t>
      </w:r>
      <w:r w:rsidRPr="00306588">
        <w:rPr>
          <w:rFonts w:ascii="Sakkal Majalla" w:hAnsi="Sakkal Majalla" w:cs="Sakkal Majalla"/>
          <w:szCs w:val="28"/>
          <w:rtl/>
        </w:rPr>
        <w:t xml:space="preserve"> </w:t>
      </w:r>
      <w:r w:rsidRPr="00306588">
        <w:rPr>
          <w:rFonts w:ascii="Sakkal Majalla" w:hAnsi="Sakkal Majalla" w:cs="Sakkal Majalla" w:hint="cs"/>
          <w:szCs w:val="28"/>
          <w:rtl/>
        </w:rPr>
        <w:t>داخل</w:t>
      </w:r>
      <w:r w:rsidRPr="00306588">
        <w:rPr>
          <w:rFonts w:ascii="Sakkal Majalla" w:hAnsi="Sakkal Majalla" w:cs="Sakkal Majalla"/>
          <w:szCs w:val="28"/>
          <w:rtl/>
        </w:rPr>
        <w:t xml:space="preserve"> </w:t>
      </w:r>
      <w:r w:rsidRPr="00306588">
        <w:rPr>
          <w:rFonts w:ascii="Sakkal Majalla" w:hAnsi="Sakkal Majalla" w:cs="Sakkal Majalla" w:hint="cs"/>
          <w:szCs w:val="28"/>
          <w:rtl/>
        </w:rPr>
        <w:t>الجه</w:t>
      </w:r>
      <w:r w:rsidR="00DC1439">
        <w:rPr>
          <w:rFonts w:ascii="Sakkal Majalla" w:hAnsi="Sakkal Majalla" w:cs="Sakkal Majalla" w:hint="cs"/>
          <w:szCs w:val="28"/>
          <w:rtl/>
        </w:rPr>
        <w:t>ة تضمن استدامة أثر المشاريع</w:t>
      </w:r>
      <w:r w:rsidRPr="00306588">
        <w:rPr>
          <w:rFonts w:ascii="Sakkal Majalla" w:hAnsi="Sakkal Majalla" w:cs="Sakkal Majalla"/>
          <w:szCs w:val="28"/>
        </w:rPr>
        <w:t>.</w:t>
      </w:r>
    </w:p>
    <w:p w14:paraId="541510F3" w14:textId="1F459572" w:rsidR="00037438" w:rsidRPr="00931EB1" w:rsidRDefault="00DC1439" w:rsidP="00083D43">
      <w:pPr>
        <w:bidi/>
        <w:spacing w:line="360" w:lineRule="auto"/>
        <w:rPr>
          <w:rFonts w:ascii="Sakkal Majalla" w:hAnsi="Sakkal Majalla" w:cs="Sakkal Majalla"/>
          <w:b/>
          <w:bCs/>
          <w:sz w:val="32"/>
          <w:szCs w:val="32"/>
        </w:rPr>
      </w:pPr>
      <w:r w:rsidRPr="00DC1439">
        <w:rPr>
          <w:rFonts w:ascii="Sakkal Majalla" w:hAnsi="Sakkal Majalla" w:cs="Sakkal Majalla" w:hint="cs"/>
          <w:szCs w:val="28"/>
          <w:rtl/>
        </w:rPr>
        <w:lastRenderedPageBreak/>
        <w:t>تعكس</w:t>
      </w:r>
      <w:r w:rsidRPr="00DC1439">
        <w:rPr>
          <w:rFonts w:ascii="Sakkal Majalla" w:hAnsi="Sakkal Majalla" w:cs="Sakkal Majalla"/>
          <w:szCs w:val="28"/>
          <w:rtl/>
        </w:rPr>
        <w:t xml:space="preserve"> </w:t>
      </w:r>
      <w:r w:rsidRPr="00DC1439">
        <w:rPr>
          <w:rFonts w:ascii="Sakkal Majalla" w:hAnsi="Sakkal Majalla" w:cs="Sakkal Majalla" w:hint="cs"/>
          <w:szCs w:val="28"/>
          <w:rtl/>
        </w:rPr>
        <w:t>هذه</w:t>
      </w:r>
      <w:r w:rsidRPr="00DC1439">
        <w:rPr>
          <w:rFonts w:ascii="Sakkal Majalla" w:hAnsi="Sakkal Majalla" w:cs="Sakkal Majalla"/>
          <w:szCs w:val="28"/>
          <w:rtl/>
        </w:rPr>
        <w:t xml:space="preserve"> </w:t>
      </w:r>
      <w:r w:rsidRPr="00DC1439">
        <w:rPr>
          <w:rFonts w:ascii="Sakkal Majalla" w:hAnsi="Sakkal Majalla" w:cs="Sakkal Majalla" w:hint="cs"/>
          <w:szCs w:val="28"/>
          <w:rtl/>
        </w:rPr>
        <w:t>التحديات</w:t>
      </w:r>
      <w:r w:rsidRPr="00DC1439">
        <w:rPr>
          <w:rFonts w:ascii="Sakkal Majalla" w:hAnsi="Sakkal Majalla" w:cs="Sakkal Majalla"/>
          <w:szCs w:val="28"/>
          <w:rtl/>
        </w:rPr>
        <w:t xml:space="preserve"> </w:t>
      </w:r>
      <w:r w:rsidRPr="00DC1439">
        <w:rPr>
          <w:rFonts w:ascii="Sakkal Majalla" w:hAnsi="Sakkal Majalla" w:cs="Sakkal Majalla" w:hint="cs"/>
          <w:szCs w:val="28"/>
          <w:rtl/>
        </w:rPr>
        <w:t>وجود</w:t>
      </w:r>
      <w:r w:rsidRPr="00DC1439">
        <w:rPr>
          <w:rFonts w:ascii="Sakkal Majalla" w:hAnsi="Sakkal Majalla" w:cs="Sakkal Majalla"/>
          <w:szCs w:val="28"/>
          <w:rtl/>
        </w:rPr>
        <w:t xml:space="preserve"> </w:t>
      </w:r>
      <w:r w:rsidRPr="00DC1439">
        <w:rPr>
          <w:rFonts w:ascii="Sakkal Majalla" w:hAnsi="Sakkal Majalla" w:cs="Sakkal Majalla" w:hint="cs"/>
          <w:szCs w:val="28"/>
          <w:rtl/>
        </w:rPr>
        <w:t>فجوة</w:t>
      </w:r>
      <w:r w:rsidRPr="00DC1439">
        <w:rPr>
          <w:rFonts w:ascii="Sakkal Majalla" w:hAnsi="Sakkal Majalla" w:cs="Sakkal Majalla"/>
          <w:szCs w:val="28"/>
          <w:rtl/>
        </w:rPr>
        <w:t xml:space="preserve"> </w:t>
      </w:r>
      <w:r w:rsidRPr="00DC1439">
        <w:rPr>
          <w:rFonts w:ascii="Sakkal Majalla" w:hAnsi="Sakkal Majalla" w:cs="Sakkal Majalla" w:hint="cs"/>
          <w:szCs w:val="28"/>
          <w:rtl/>
        </w:rPr>
        <w:t>معرفية</w:t>
      </w:r>
      <w:r w:rsidRPr="00DC1439">
        <w:rPr>
          <w:rFonts w:ascii="Sakkal Majalla" w:hAnsi="Sakkal Majalla" w:cs="Sakkal Majalla"/>
          <w:szCs w:val="28"/>
          <w:rtl/>
        </w:rPr>
        <w:t xml:space="preserve"> </w:t>
      </w:r>
      <w:r w:rsidRPr="00DC1439">
        <w:rPr>
          <w:rFonts w:ascii="Sakkal Majalla" w:hAnsi="Sakkal Majalla" w:cs="Sakkal Majalla" w:hint="cs"/>
          <w:szCs w:val="28"/>
          <w:rtl/>
        </w:rPr>
        <w:t>جوهرية</w:t>
      </w:r>
      <w:r w:rsidRPr="00DC1439">
        <w:rPr>
          <w:rFonts w:ascii="Sakkal Majalla" w:hAnsi="Sakkal Majalla" w:cs="Sakkal Majalla"/>
          <w:szCs w:val="28"/>
          <w:rtl/>
        </w:rPr>
        <w:t xml:space="preserve"> </w:t>
      </w:r>
      <w:r w:rsidRPr="00DC1439">
        <w:rPr>
          <w:rFonts w:ascii="Sakkal Majalla" w:hAnsi="Sakkal Majalla" w:cs="Sakkal Majalla" w:hint="cs"/>
          <w:szCs w:val="28"/>
          <w:rtl/>
        </w:rPr>
        <w:t>تتمثل</w:t>
      </w:r>
      <w:r w:rsidRPr="00DC1439">
        <w:rPr>
          <w:rFonts w:ascii="Sakkal Majalla" w:hAnsi="Sakkal Majalla" w:cs="Sakkal Majalla"/>
          <w:szCs w:val="28"/>
          <w:rtl/>
        </w:rPr>
        <w:t xml:space="preserve"> </w:t>
      </w:r>
      <w:r w:rsidRPr="00DC1439">
        <w:rPr>
          <w:rFonts w:ascii="Sakkal Majalla" w:hAnsi="Sakkal Majalla" w:cs="Sakkal Majalla" w:hint="cs"/>
          <w:szCs w:val="28"/>
          <w:rtl/>
        </w:rPr>
        <w:t>في</w:t>
      </w:r>
      <w:r w:rsidRPr="00DC1439">
        <w:rPr>
          <w:rFonts w:ascii="Sakkal Majalla" w:hAnsi="Sakkal Majalla" w:cs="Sakkal Majalla"/>
          <w:szCs w:val="28"/>
          <w:rtl/>
        </w:rPr>
        <w:t xml:space="preserve"> </w:t>
      </w:r>
      <w:r w:rsidRPr="00DC1439">
        <w:rPr>
          <w:rFonts w:ascii="Sakkal Majalla" w:hAnsi="Sakkal Majalla" w:cs="Sakkal Majalla" w:hint="cs"/>
          <w:szCs w:val="28"/>
          <w:rtl/>
        </w:rPr>
        <w:t>غياب</w:t>
      </w:r>
      <w:r w:rsidRPr="00DC1439">
        <w:rPr>
          <w:rFonts w:ascii="Sakkal Majalla" w:hAnsi="Sakkal Majalla" w:cs="Sakkal Majalla"/>
          <w:szCs w:val="28"/>
          <w:rtl/>
        </w:rPr>
        <w:t xml:space="preserve"> </w:t>
      </w:r>
      <w:r w:rsidRPr="00DC1439">
        <w:rPr>
          <w:rFonts w:ascii="Sakkal Majalla" w:hAnsi="Sakkal Majalla" w:cs="Sakkal Majalla" w:hint="cs"/>
          <w:szCs w:val="28"/>
          <w:rtl/>
        </w:rPr>
        <w:t>فهم</w:t>
      </w:r>
      <w:r w:rsidRPr="00DC1439">
        <w:rPr>
          <w:rFonts w:ascii="Sakkal Majalla" w:hAnsi="Sakkal Majalla" w:cs="Sakkal Majalla"/>
          <w:szCs w:val="28"/>
          <w:rtl/>
        </w:rPr>
        <w:t xml:space="preserve"> </w:t>
      </w:r>
      <w:r w:rsidRPr="00DC1439">
        <w:rPr>
          <w:rFonts w:ascii="Sakkal Majalla" w:hAnsi="Sakkal Majalla" w:cs="Sakkal Majalla" w:hint="cs"/>
          <w:szCs w:val="28"/>
          <w:rtl/>
        </w:rPr>
        <w:t>واضح</w:t>
      </w:r>
      <w:r w:rsidRPr="00DC1439">
        <w:rPr>
          <w:rFonts w:ascii="Sakkal Majalla" w:hAnsi="Sakkal Majalla" w:cs="Sakkal Majalla"/>
          <w:szCs w:val="28"/>
          <w:rtl/>
        </w:rPr>
        <w:t xml:space="preserve"> </w:t>
      </w:r>
      <w:r w:rsidRPr="00DC1439">
        <w:rPr>
          <w:rFonts w:ascii="Sakkal Majalla" w:hAnsi="Sakkal Majalla" w:cs="Sakkal Majalla" w:hint="cs"/>
          <w:szCs w:val="28"/>
          <w:rtl/>
        </w:rPr>
        <w:t>لآليات</w:t>
      </w:r>
      <w:r w:rsidRPr="00DC1439">
        <w:rPr>
          <w:rFonts w:ascii="Sakkal Majalla" w:hAnsi="Sakkal Majalla" w:cs="Sakkal Majalla"/>
          <w:szCs w:val="28"/>
          <w:rtl/>
        </w:rPr>
        <w:t xml:space="preserve"> </w:t>
      </w:r>
      <w:r w:rsidRPr="00DC1439">
        <w:rPr>
          <w:rFonts w:ascii="Sakkal Majalla" w:hAnsi="Sakkal Majalla" w:cs="Sakkal Majalla" w:hint="cs"/>
          <w:szCs w:val="28"/>
          <w:rtl/>
        </w:rPr>
        <w:t>التكامل</w:t>
      </w:r>
      <w:r w:rsidRPr="00DC1439">
        <w:rPr>
          <w:rFonts w:ascii="Sakkal Majalla" w:hAnsi="Sakkal Majalla" w:cs="Sakkal Majalla"/>
          <w:szCs w:val="28"/>
          <w:rtl/>
        </w:rPr>
        <w:t xml:space="preserve"> </w:t>
      </w:r>
      <w:r w:rsidRPr="00DC1439">
        <w:rPr>
          <w:rFonts w:ascii="Sakkal Majalla" w:hAnsi="Sakkal Majalla" w:cs="Sakkal Majalla" w:hint="cs"/>
          <w:szCs w:val="28"/>
          <w:rtl/>
        </w:rPr>
        <w:t>بين</w:t>
      </w:r>
      <w:r w:rsidRPr="00DC1439">
        <w:rPr>
          <w:rFonts w:ascii="Sakkal Majalla" w:hAnsi="Sakkal Majalla" w:cs="Sakkal Majalla"/>
          <w:szCs w:val="28"/>
          <w:rtl/>
        </w:rPr>
        <w:t xml:space="preserve"> </w:t>
      </w:r>
      <w:r w:rsidRPr="00DC1439">
        <w:rPr>
          <w:rFonts w:ascii="Sakkal Majalla" w:hAnsi="Sakkal Majalla" w:cs="Sakkal Majalla" w:hint="cs"/>
          <w:szCs w:val="28"/>
          <w:rtl/>
        </w:rPr>
        <w:t>العوامل</w:t>
      </w:r>
      <w:r w:rsidRPr="00DC1439">
        <w:rPr>
          <w:rFonts w:ascii="Sakkal Majalla" w:hAnsi="Sakkal Majalla" w:cs="Sakkal Majalla"/>
          <w:szCs w:val="28"/>
          <w:rtl/>
        </w:rPr>
        <w:t xml:space="preserve"> </w:t>
      </w:r>
      <w:r w:rsidRPr="00DC1439">
        <w:rPr>
          <w:rFonts w:ascii="Sakkal Majalla" w:hAnsi="Sakkal Majalla" w:cs="Sakkal Majalla" w:hint="cs"/>
          <w:szCs w:val="28"/>
          <w:rtl/>
        </w:rPr>
        <w:t>التنظيمية</w:t>
      </w:r>
      <w:r w:rsidRPr="00DC1439">
        <w:rPr>
          <w:rFonts w:ascii="Sakkal Majalla" w:hAnsi="Sakkal Majalla" w:cs="Sakkal Majalla"/>
          <w:szCs w:val="28"/>
          <w:rtl/>
        </w:rPr>
        <w:t xml:space="preserve"> </w:t>
      </w:r>
      <w:r w:rsidRPr="00DC1439">
        <w:rPr>
          <w:rFonts w:ascii="Sakkal Majalla" w:hAnsi="Sakkal Majalla" w:cs="Sakkal Majalla" w:hint="cs"/>
          <w:szCs w:val="28"/>
          <w:rtl/>
        </w:rPr>
        <w:t>الداخلية</w:t>
      </w:r>
      <w:r w:rsidRPr="00DC1439">
        <w:rPr>
          <w:rFonts w:ascii="Sakkal Majalla" w:hAnsi="Sakkal Majalla" w:cs="Sakkal Majalla"/>
          <w:szCs w:val="28"/>
          <w:rtl/>
        </w:rPr>
        <w:t xml:space="preserve"> </w:t>
      </w:r>
      <w:r w:rsidRPr="00DC1439">
        <w:rPr>
          <w:rFonts w:ascii="Sakkal Majalla" w:hAnsi="Sakkal Majalla" w:cs="Sakkal Majalla" w:hint="cs"/>
          <w:szCs w:val="28"/>
          <w:rtl/>
        </w:rPr>
        <w:t>للجهات</w:t>
      </w:r>
      <w:r w:rsidRPr="00DC1439">
        <w:rPr>
          <w:rFonts w:ascii="Sakkal Majalla" w:hAnsi="Sakkal Majalla" w:cs="Sakkal Majalla"/>
          <w:szCs w:val="28"/>
          <w:rtl/>
        </w:rPr>
        <w:t xml:space="preserve"> </w:t>
      </w:r>
      <w:r w:rsidRPr="00DC1439">
        <w:rPr>
          <w:rFonts w:ascii="Sakkal Majalla" w:hAnsi="Sakkal Majalla" w:cs="Sakkal Majalla" w:hint="cs"/>
          <w:szCs w:val="28"/>
          <w:rtl/>
        </w:rPr>
        <w:t>الحكومية،</w:t>
      </w:r>
      <w:r w:rsidRPr="00DC1439">
        <w:rPr>
          <w:rFonts w:ascii="Sakkal Majalla" w:hAnsi="Sakkal Majalla" w:cs="Sakkal Majalla"/>
          <w:szCs w:val="28"/>
          <w:rtl/>
        </w:rPr>
        <w:t xml:space="preserve"> </w:t>
      </w:r>
      <w:r w:rsidRPr="00DC1439">
        <w:rPr>
          <w:rFonts w:ascii="Sakkal Majalla" w:hAnsi="Sakkal Majalla" w:cs="Sakkal Majalla" w:hint="cs"/>
          <w:szCs w:val="28"/>
          <w:rtl/>
        </w:rPr>
        <w:t>مثل</w:t>
      </w:r>
      <w:r w:rsidRPr="00DC1439">
        <w:rPr>
          <w:rFonts w:ascii="Sakkal Majalla" w:hAnsi="Sakkal Majalla" w:cs="Sakkal Majalla"/>
          <w:szCs w:val="28"/>
          <w:rtl/>
        </w:rPr>
        <w:t xml:space="preserve"> </w:t>
      </w:r>
      <w:r w:rsidRPr="00DC1439">
        <w:rPr>
          <w:rFonts w:ascii="Sakkal Majalla" w:hAnsi="Sakkal Majalla" w:cs="Sakkal Majalla" w:hint="cs"/>
          <w:szCs w:val="28"/>
          <w:rtl/>
        </w:rPr>
        <w:t>القيادة</w:t>
      </w:r>
      <w:r w:rsidRPr="00DC1439">
        <w:rPr>
          <w:rFonts w:ascii="Sakkal Majalla" w:hAnsi="Sakkal Majalla" w:cs="Sakkal Majalla"/>
          <w:szCs w:val="28"/>
          <w:rtl/>
        </w:rPr>
        <w:t xml:space="preserve"> </w:t>
      </w:r>
      <w:r w:rsidRPr="00DC1439">
        <w:rPr>
          <w:rFonts w:ascii="Sakkal Majalla" w:hAnsi="Sakkal Majalla" w:cs="Sakkal Majalla" w:hint="cs"/>
          <w:szCs w:val="28"/>
          <w:rtl/>
        </w:rPr>
        <w:t>وبناء</w:t>
      </w:r>
      <w:r w:rsidRPr="00DC1439">
        <w:rPr>
          <w:rFonts w:ascii="Sakkal Majalla" w:hAnsi="Sakkal Majalla" w:cs="Sakkal Majalla"/>
          <w:szCs w:val="28"/>
          <w:rtl/>
        </w:rPr>
        <w:t xml:space="preserve"> </w:t>
      </w:r>
      <w:r w:rsidRPr="00DC1439">
        <w:rPr>
          <w:rFonts w:ascii="Sakkal Majalla" w:hAnsi="Sakkal Majalla" w:cs="Sakkal Majalla" w:hint="cs"/>
          <w:szCs w:val="28"/>
          <w:rtl/>
        </w:rPr>
        <w:t>القدرات</w:t>
      </w:r>
      <w:r w:rsidRPr="00DC1439">
        <w:rPr>
          <w:rFonts w:ascii="Sakkal Majalla" w:hAnsi="Sakkal Majalla" w:cs="Sakkal Majalla"/>
          <w:szCs w:val="28"/>
          <w:rtl/>
        </w:rPr>
        <w:t xml:space="preserve"> </w:t>
      </w:r>
      <w:r w:rsidRPr="00DC1439">
        <w:rPr>
          <w:rFonts w:ascii="Sakkal Majalla" w:hAnsi="Sakkal Majalla" w:cs="Sakkal Majalla" w:hint="cs"/>
          <w:szCs w:val="28"/>
          <w:rtl/>
        </w:rPr>
        <w:t>والتعلم</w:t>
      </w:r>
      <w:r w:rsidRPr="00DC1439">
        <w:rPr>
          <w:rFonts w:ascii="Sakkal Majalla" w:hAnsi="Sakkal Majalla" w:cs="Sakkal Majalla"/>
          <w:szCs w:val="28"/>
          <w:rtl/>
        </w:rPr>
        <w:t xml:space="preserve"> </w:t>
      </w:r>
      <w:r w:rsidRPr="00DC1439">
        <w:rPr>
          <w:rFonts w:ascii="Sakkal Majalla" w:hAnsi="Sakkal Majalla" w:cs="Sakkal Majalla" w:hint="cs"/>
          <w:szCs w:val="28"/>
          <w:rtl/>
        </w:rPr>
        <w:t>المؤسسي،</w:t>
      </w:r>
      <w:r w:rsidRPr="00DC1439">
        <w:rPr>
          <w:rFonts w:ascii="Sakkal Majalla" w:hAnsi="Sakkal Majalla" w:cs="Sakkal Majalla"/>
          <w:szCs w:val="28"/>
          <w:rtl/>
        </w:rPr>
        <w:t xml:space="preserve"> </w:t>
      </w:r>
      <w:r w:rsidRPr="00DC1439">
        <w:rPr>
          <w:rFonts w:ascii="Sakkal Majalla" w:hAnsi="Sakkal Majalla" w:cs="Sakkal Majalla" w:hint="cs"/>
          <w:szCs w:val="28"/>
          <w:rtl/>
        </w:rPr>
        <w:t>وبين</w:t>
      </w:r>
      <w:r w:rsidRPr="00DC1439">
        <w:rPr>
          <w:rFonts w:ascii="Sakkal Majalla" w:hAnsi="Sakkal Majalla" w:cs="Sakkal Majalla"/>
          <w:szCs w:val="28"/>
          <w:rtl/>
        </w:rPr>
        <w:t xml:space="preserve"> </w:t>
      </w:r>
      <w:r w:rsidRPr="00DC1439">
        <w:rPr>
          <w:rFonts w:ascii="Sakkal Majalla" w:hAnsi="Sakkal Majalla" w:cs="Sakkal Majalla" w:hint="cs"/>
          <w:szCs w:val="28"/>
          <w:rtl/>
        </w:rPr>
        <w:t>الدور</w:t>
      </w:r>
      <w:r w:rsidRPr="00DC1439">
        <w:rPr>
          <w:rFonts w:ascii="Sakkal Majalla" w:hAnsi="Sakkal Majalla" w:cs="Sakkal Majalla"/>
          <w:szCs w:val="28"/>
          <w:rtl/>
        </w:rPr>
        <w:t xml:space="preserve"> </w:t>
      </w:r>
      <w:proofErr w:type="spellStart"/>
      <w:r w:rsidRPr="00DC1439">
        <w:rPr>
          <w:rFonts w:ascii="Sakkal Majalla" w:hAnsi="Sakkal Majalla" w:cs="Sakkal Majalla" w:hint="cs"/>
          <w:szCs w:val="28"/>
          <w:rtl/>
        </w:rPr>
        <w:t>التمكيني</w:t>
      </w:r>
      <w:proofErr w:type="spellEnd"/>
      <w:r w:rsidRPr="00DC1439">
        <w:rPr>
          <w:rFonts w:ascii="Sakkal Majalla" w:hAnsi="Sakkal Majalla" w:cs="Sakkal Majalla"/>
          <w:szCs w:val="28"/>
          <w:rtl/>
        </w:rPr>
        <w:t xml:space="preserve"> </w:t>
      </w:r>
      <w:r w:rsidRPr="00DC1439">
        <w:rPr>
          <w:rFonts w:ascii="Sakkal Majalla" w:hAnsi="Sakkal Majalla" w:cs="Sakkal Majalla" w:hint="cs"/>
          <w:szCs w:val="28"/>
          <w:rtl/>
        </w:rPr>
        <w:t>الذي</w:t>
      </w:r>
      <w:r w:rsidRPr="00DC1439">
        <w:rPr>
          <w:rFonts w:ascii="Sakkal Majalla" w:hAnsi="Sakkal Majalla" w:cs="Sakkal Majalla"/>
          <w:szCs w:val="28"/>
          <w:rtl/>
        </w:rPr>
        <w:t xml:space="preserve"> </w:t>
      </w:r>
      <w:r w:rsidRPr="00DC1439">
        <w:rPr>
          <w:rFonts w:ascii="Sakkal Majalla" w:hAnsi="Sakkal Majalla" w:cs="Sakkal Majalla" w:hint="cs"/>
          <w:szCs w:val="28"/>
          <w:rtl/>
        </w:rPr>
        <w:t>يمكن</w:t>
      </w:r>
      <w:r w:rsidRPr="00DC1439">
        <w:rPr>
          <w:rFonts w:ascii="Sakkal Majalla" w:hAnsi="Sakkal Majalla" w:cs="Sakkal Majalla"/>
          <w:szCs w:val="28"/>
          <w:rtl/>
        </w:rPr>
        <w:t xml:space="preserve"> </w:t>
      </w:r>
      <w:r w:rsidRPr="00DC1439">
        <w:rPr>
          <w:rFonts w:ascii="Sakkal Majalla" w:hAnsi="Sakkal Majalla" w:cs="Sakkal Majalla" w:hint="cs"/>
          <w:szCs w:val="28"/>
          <w:rtl/>
        </w:rPr>
        <w:t>أن</w:t>
      </w:r>
      <w:r w:rsidRPr="00DC1439">
        <w:rPr>
          <w:rFonts w:ascii="Sakkal Majalla" w:hAnsi="Sakkal Majalla" w:cs="Sakkal Majalla"/>
          <w:szCs w:val="28"/>
          <w:rtl/>
        </w:rPr>
        <w:t xml:space="preserve"> </w:t>
      </w:r>
      <w:r w:rsidRPr="00DC1439">
        <w:rPr>
          <w:rFonts w:ascii="Sakkal Majalla" w:hAnsi="Sakkal Majalla" w:cs="Sakkal Majalla" w:hint="cs"/>
          <w:szCs w:val="28"/>
          <w:rtl/>
        </w:rPr>
        <w:t>تلعبه</w:t>
      </w:r>
      <w:r w:rsidRPr="00DC1439">
        <w:rPr>
          <w:rFonts w:ascii="Sakkal Majalla" w:hAnsi="Sakkal Majalla" w:cs="Sakkal Majalla"/>
          <w:szCs w:val="28"/>
          <w:rtl/>
        </w:rPr>
        <w:t xml:space="preserve"> </w:t>
      </w:r>
      <w:r w:rsidRPr="00DC1439">
        <w:rPr>
          <w:rFonts w:ascii="Sakkal Majalla" w:hAnsi="Sakkal Majalla" w:cs="Sakkal Majalla" w:hint="cs"/>
          <w:szCs w:val="28"/>
          <w:rtl/>
        </w:rPr>
        <w:t>الشركات</w:t>
      </w:r>
      <w:r w:rsidRPr="00DC1439">
        <w:rPr>
          <w:rFonts w:ascii="Sakkal Majalla" w:hAnsi="Sakkal Majalla" w:cs="Sakkal Majalla"/>
          <w:szCs w:val="28"/>
          <w:rtl/>
        </w:rPr>
        <w:t xml:space="preserve"> </w:t>
      </w:r>
      <w:r w:rsidRPr="00DC1439">
        <w:rPr>
          <w:rFonts w:ascii="Sakkal Majalla" w:hAnsi="Sakkal Majalla" w:cs="Sakkal Majalla" w:hint="cs"/>
          <w:szCs w:val="28"/>
          <w:rtl/>
        </w:rPr>
        <w:t>الاستشارية</w:t>
      </w:r>
      <w:r w:rsidRPr="00DC1439">
        <w:rPr>
          <w:rFonts w:ascii="Sakkal Majalla" w:hAnsi="Sakkal Majalla" w:cs="Sakkal Majalla"/>
          <w:szCs w:val="28"/>
          <w:rtl/>
        </w:rPr>
        <w:t xml:space="preserve"> </w:t>
      </w:r>
      <w:r w:rsidRPr="00DC1439">
        <w:rPr>
          <w:rFonts w:ascii="Sakkal Majalla" w:hAnsi="Sakkal Majalla" w:cs="Sakkal Majalla" w:hint="cs"/>
          <w:szCs w:val="28"/>
          <w:rtl/>
        </w:rPr>
        <w:t>في</w:t>
      </w:r>
      <w:r w:rsidRPr="00DC1439">
        <w:rPr>
          <w:rFonts w:ascii="Sakkal Majalla" w:hAnsi="Sakkal Majalla" w:cs="Sakkal Majalla"/>
          <w:szCs w:val="28"/>
          <w:rtl/>
        </w:rPr>
        <w:t xml:space="preserve"> </w:t>
      </w:r>
      <w:r w:rsidRPr="00DC1439">
        <w:rPr>
          <w:rFonts w:ascii="Sakkal Majalla" w:hAnsi="Sakkal Majalla" w:cs="Sakkal Majalla" w:hint="cs"/>
          <w:szCs w:val="28"/>
          <w:rtl/>
        </w:rPr>
        <w:t>دعم</w:t>
      </w:r>
      <w:r w:rsidRPr="00DC1439">
        <w:rPr>
          <w:rFonts w:ascii="Sakkal Majalla" w:hAnsi="Sakkal Majalla" w:cs="Sakkal Majalla"/>
          <w:szCs w:val="28"/>
          <w:rtl/>
        </w:rPr>
        <w:t xml:space="preserve"> </w:t>
      </w:r>
      <w:r w:rsidRPr="00DC1439">
        <w:rPr>
          <w:rFonts w:ascii="Sakkal Majalla" w:hAnsi="Sakkal Majalla" w:cs="Sakkal Majalla" w:hint="cs"/>
          <w:szCs w:val="28"/>
          <w:rtl/>
        </w:rPr>
        <w:t>الابتكار</w:t>
      </w:r>
      <w:r w:rsidRPr="00DC1439">
        <w:rPr>
          <w:rFonts w:ascii="Sakkal Majalla" w:hAnsi="Sakkal Majalla" w:cs="Sakkal Majalla"/>
          <w:szCs w:val="28"/>
          <w:rtl/>
        </w:rPr>
        <w:t xml:space="preserve">. </w:t>
      </w:r>
      <w:r w:rsidRPr="00DC1439">
        <w:rPr>
          <w:rFonts w:ascii="Sakkal Majalla" w:hAnsi="Sakkal Majalla" w:cs="Sakkal Majalla" w:hint="cs"/>
          <w:szCs w:val="28"/>
          <w:rtl/>
        </w:rPr>
        <w:t>ومن</w:t>
      </w:r>
      <w:r w:rsidRPr="00DC1439">
        <w:rPr>
          <w:rFonts w:ascii="Sakkal Majalla" w:hAnsi="Sakkal Majalla" w:cs="Sakkal Majalla"/>
          <w:szCs w:val="28"/>
          <w:rtl/>
        </w:rPr>
        <w:t xml:space="preserve"> </w:t>
      </w:r>
      <w:r w:rsidRPr="00DC1439">
        <w:rPr>
          <w:rFonts w:ascii="Sakkal Majalla" w:hAnsi="Sakkal Majalla" w:cs="Sakkal Majalla" w:hint="cs"/>
          <w:szCs w:val="28"/>
          <w:rtl/>
        </w:rPr>
        <w:t>هنا</w:t>
      </w:r>
      <w:r w:rsidRPr="00DC1439">
        <w:rPr>
          <w:rFonts w:ascii="Sakkal Majalla" w:hAnsi="Sakkal Majalla" w:cs="Sakkal Majalla"/>
          <w:szCs w:val="28"/>
          <w:rtl/>
        </w:rPr>
        <w:t xml:space="preserve"> </w:t>
      </w:r>
      <w:r w:rsidRPr="00DC1439">
        <w:rPr>
          <w:rFonts w:ascii="Sakkal Majalla" w:hAnsi="Sakkal Majalla" w:cs="Sakkal Majalla" w:hint="cs"/>
          <w:szCs w:val="28"/>
          <w:rtl/>
        </w:rPr>
        <w:t>تبرز</w:t>
      </w:r>
      <w:r w:rsidRPr="00DC1439">
        <w:rPr>
          <w:rFonts w:ascii="Sakkal Majalla" w:hAnsi="Sakkal Majalla" w:cs="Sakkal Majalla"/>
          <w:szCs w:val="28"/>
          <w:rtl/>
        </w:rPr>
        <w:t xml:space="preserve"> </w:t>
      </w:r>
      <w:r w:rsidRPr="00DC1439">
        <w:rPr>
          <w:rFonts w:ascii="Sakkal Majalla" w:hAnsi="Sakkal Majalla" w:cs="Sakkal Majalla" w:hint="cs"/>
          <w:szCs w:val="28"/>
          <w:rtl/>
        </w:rPr>
        <w:t>الحاجة</w:t>
      </w:r>
      <w:r w:rsidRPr="00DC1439">
        <w:rPr>
          <w:rFonts w:ascii="Sakkal Majalla" w:hAnsi="Sakkal Majalla" w:cs="Sakkal Majalla"/>
          <w:szCs w:val="28"/>
          <w:rtl/>
        </w:rPr>
        <w:t xml:space="preserve"> </w:t>
      </w:r>
      <w:r w:rsidRPr="00DC1439">
        <w:rPr>
          <w:rFonts w:ascii="Sakkal Majalla" w:hAnsi="Sakkal Majalla" w:cs="Sakkal Majalla" w:hint="cs"/>
          <w:szCs w:val="28"/>
          <w:rtl/>
        </w:rPr>
        <w:t>إلى</w:t>
      </w:r>
      <w:r w:rsidRPr="00DC1439">
        <w:rPr>
          <w:rFonts w:ascii="Sakkal Majalla" w:hAnsi="Sakkal Majalla" w:cs="Sakkal Majalla"/>
          <w:szCs w:val="28"/>
          <w:rtl/>
        </w:rPr>
        <w:t xml:space="preserve"> </w:t>
      </w:r>
      <w:r w:rsidRPr="00DC1439">
        <w:rPr>
          <w:rFonts w:ascii="Sakkal Majalla" w:hAnsi="Sakkal Majalla" w:cs="Sakkal Majalla" w:hint="cs"/>
          <w:szCs w:val="28"/>
          <w:rtl/>
        </w:rPr>
        <w:t>دراسة</w:t>
      </w:r>
      <w:r w:rsidRPr="00DC1439">
        <w:rPr>
          <w:rFonts w:ascii="Sakkal Majalla" w:hAnsi="Sakkal Majalla" w:cs="Sakkal Majalla"/>
          <w:szCs w:val="28"/>
          <w:rtl/>
        </w:rPr>
        <w:t xml:space="preserve"> </w:t>
      </w:r>
      <w:r w:rsidRPr="00DC1439">
        <w:rPr>
          <w:rFonts w:ascii="Sakkal Majalla" w:hAnsi="Sakkal Majalla" w:cs="Sakkal Majalla" w:hint="cs"/>
          <w:szCs w:val="28"/>
          <w:rtl/>
        </w:rPr>
        <w:t>هذا</w:t>
      </w:r>
      <w:r w:rsidRPr="00DC1439">
        <w:rPr>
          <w:rFonts w:ascii="Sakkal Majalla" w:hAnsi="Sakkal Majalla" w:cs="Sakkal Majalla"/>
          <w:szCs w:val="28"/>
          <w:rtl/>
        </w:rPr>
        <w:t xml:space="preserve"> </w:t>
      </w:r>
      <w:r w:rsidRPr="00DC1439">
        <w:rPr>
          <w:rFonts w:ascii="Sakkal Majalla" w:hAnsi="Sakkal Majalla" w:cs="Sakkal Majalla" w:hint="cs"/>
          <w:szCs w:val="28"/>
          <w:rtl/>
        </w:rPr>
        <w:t>التفاعل</w:t>
      </w:r>
      <w:r w:rsidRPr="00DC1439">
        <w:rPr>
          <w:rFonts w:ascii="Sakkal Majalla" w:hAnsi="Sakkal Majalla" w:cs="Sakkal Majalla"/>
          <w:szCs w:val="28"/>
          <w:rtl/>
        </w:rPr>
        <w:t xml:space="preserve"> </w:t>
      </w:r>
      <w:r w:rsidRPr="00DC1439">
        <w:rPr>
          <w:rFonts w:ascii="Sakkal Majalla" w:hAnsi="Sakkal Majalla" w:cs="Sakkal Majalla" w:hint="cs"/>
          <w:szCs w:val="28"/>
          <w:rtl/>
        </w:rPr>
        <w:t>بشكل</w:t>
      </w:r>
      <w:r w:rsidRPr="00DC1439">
        <w:rPr>
          <w:rFonts w:ascii="Sakkal Majalla" w:hAnsi="Sakkal Majalla" w:cs="Sakkal Majalla"/>
          <w:szCs w:val="28"/>
          <w:rtl/>
        </w:rPr>
        <w:t xml:space="preserve"> </w:t>
      </w:r>
      <w:r w:rsidRPr="00DC1439">
        <w:rPr>
          <w:rFonts w:ascii="Sakkal Majalla" w:hAnsi="Sakkal Majalla" w:cs="Sakkal Majalla" w:hint="cs"/>
          <w:szCs w:val="28"/>
          <w:rtl/>
        </w:rPr>
        <w:t>معمق،</w:t>
      </w:r>
      <w:r w:rsidRPr="00DC1439">
        <w:rPr>
          <w:rFonts w:ascii="Sakkal Majalla" w:hAnsi="Sakkal Majalla" w:cs="Sakkal Majalla"/>
          <w:szCs w:val="28"/>
          <w:rtl/>
        </w:rPr>
        <w:t xml:space="preserve"> </w:t>
      </w:r>
      <w:r w:rsidRPr="00DC1439">
        <w:rPr>
          <w:rFonts w:ascii="Sakkal Majalla" w:hAnsi="Sakkal Majalla" w:cs="Sakkal Majalla" w:hint="cs"/>
          <w:szCs w:val="28"/>
          <w:rtl/>
        </w:rPr>
        <w:t>من</w:t>
      </w:r>
      <w:r w:rsidRPr="00DC1439">
        <w:rPr>
          <w:rFonts w:ascii="Sakkal Majalla" w:hAnsi="Sakkal Majalla" w:cs="Sakkal Majalla"/>
          <w:szCs w:val="28"/>
          <w:rtl/>
        </w:rPr>
        <w:t xml:space="preserve"> </w:t>
      </w:r>
      <w:r w:rsidRPr="00DC1439">
        <w:rPr>
          <w:rFonts w:ascii="Sakkal Majalla" w:hAnsi="Sakkal Majalla" w:cs="Sakkal Majalla" w:hint="cs"/>
          <w:szCs w:val="28"/>
          <w:rtl/>
        </w:rPr>
        <w:t>أجل</w:t>
      </w:r>
      <w:r w:rsidRPr="00DC1439">
        <w:rPr>
          <w:rFonts w:ascii="Sakkal Majalla" w:hAnsi="Sakkal Majalla" w:cs="Sakkal Majalla"/>
          <w:szCs w:val="28"/>
          <w:rtl/>
        </w:rPr>
        <w:t xml:space="preserve"> </w:t>
      </w:r>
      <w:r w:rsidRPr="00DC1439">
        <w:rPr>
          <w:rFonts w:ascii="Sakkal Majalla" w:hAnsi="Sakkal Majalla" w:cs="Sakkal Majalla" w:hint="cs"/>
          <w:szCs w:val="28"/>
          <w:rtl/>
        </w:rPr>
        <w:t>تطوير</w:t>
      </w:r>
      <w:r w:rsidRPr="00DC1439">
        <w:rPr>
          <w:rFonts w:ascii="Sakkal Majalla" w:hAnsi="Sakkal Majalla" w:cs="Sakkal Majalla"/>
          <w:szCs w:val="28"/>
          <w:rtl/>
        </w:rPr>
        <w:t xml:space="preserve"> </w:t>
      </w:r>
      <w:r w:rsidRPr="00DC1439">
        <w:rPr>
          <w:rFonts w:ascii="Sakkal Majalla" w:hAnsi="Sakkal Majalla" w:cs="Sakkal Majalla" w:hint="cs"/>
          <w:szCs w:val="28"/>
          <w:rtl/>
        </w:rPr>
        <w:t>نموذج</w:t>
      </w:r>
      <w:r w:rsidRPr="00DC1439">
        <w:rPr>
          <w:rFonts w:ascii="Sakkal Majalla" w:hAnsi="Sakkal Majalla" w:cs="Sakkal Majalla"/>
          <w:szCs w:val="28"/>
          <w:rtl/>
        </w:rPr>
        <w:t xml:space="preserve"> </w:t>
      </w:r>
      <w:r w:rsidRPr="00DC1439">
        <w:rPr>
          <w:rFonts w:ascii="Sakkal Majalla" w:hAnsi="Sakkal Majalla" w:cs="Sakkal Majalla" w:hint="cs"/>
          <w:szCs w:val="28"/>
          <w:rtl/>
        </w:rPr>
        <w:t>عملي</w:t>
      </w:r>
      <w:r w:rsidRPr="00DC1439">
        <w:rPr>
          <w:rFonts w:ascii="Sakkal Majalla" w:hAnsi="Sakkal Majalla" w:cs="Sakkal Majalla"/>
          <w:szCs w:val="28"/>
          <w:rtl/>
        </w:rPr>
        <w:t xml:space="preserve"> </w:t>
      </w:r>
      <w:r w:rsidRPr="00DC1439">
        <w:rPr>
          <w:rFonts w:ascii="Sakkal Majalla" w:hAnsi="Sakkal Majalla" w:cs="Sakkal Majalla" w:hint="cs"/>
          <w:szCs w:val="28"/>
          <w:rtl/>
        </w:rPr>
        <w:t>يسهم</w:t>
      </w:r>
      <w:r w:rsidRPr="00DC1439">
        <w:rPr>
          <w:rFonts w:ascii="Sakkal Majalla" w:hAnsi="Sakkal Majalla" w:cs="Sakkal Majalla"/>
          <w:szCs w:val="28"/>
          <w:rtl/>
        </w:rPr>
        <w:t xml:space="preserve"> </w:t>
      </w:r>
      <w:r w:rsidRPr="00DC1439">
        <w:rPr>
          <w:rFonts w:ascii="Sakkal Majalla" w:hAnsi="Sakkal Majalla" w:cs="Sakkal Majalla" w:hint="cs"/>
          <w:szCs w:val="28"/>
          <w:rtl/>
        </w:rPr>
        <w:t>في</w:t>
      </w:r>
      <w:r w:rsidRPr="00DC1439">
        <w:rPr>
          <w:rFonts w:ascii="Sakkal Majalla" w:hAnsi="Sakkal Majalla" w:cs="Sakkal Majalla"/>
          <w:szCs w:val="28"/>
          <w:rtl/>
        </w:rPr>
        <w:t xml:space="preserve"> </w:t>
      </w:r>
      <w:r w:rsidRPr="00DC1439">
        <w:rPr>
          <w:rFonts w:ascii="Sakkal Majalla" w:hAnsi="Sakkal Majalla" w:cs="Sakkal Majalla" w:hint="cs"/>
          <w:szCs w:val="28"/>
          <w:rtl/>
        </w:rPr>
        <w:t>تعزيز</w:t>
      </w:r>
      <w:r w:rsidRPr="00DC1439">
        <w:rPr>
          <w:rFonts w:ascii="Sakkal Majalla" w:hAnsi="Sakkal Majalla" w:cs="Sakkal Majalla"/>
          <w:szCs w:val="28"/>
          <w:rtl/>
        </w:rPr>
        <w:t xml:space="preserve"> </w:t>
      </w:r>
      <w:r w:rsidRPr="00DC1439">
        <w:rPr>
          <w:rFonts w:ascii="Sakkal Majalla" w:hAnsi="Sakkal Majalla" w:cs="Sakkal Majalla" w:hint="cs"/>
          <w:szCs w:val="28"/>
          <w:rtl/>
        </w:rPr>
        <w:t>الشراكة</w:t>
      </w:r>
      <w:r w:rsidRPr="00DC1439">
        <w:rPr>
          <w:rFonts w:ascii="Sakkal Majalla" w:hAnsi="Sakkal Majalla" w:cs="Sakkal Majalla"/>
          <w:szCs w:val="28"/>
          <w:rtl/>
        </w:rPr>
        <w:t xml:space="preserve"> </w:t>
      </w:r>
      <w:r w:rsidRPr="00DC1439">
        <w:rPr>
          <w:rFonts w:ascii="Sakkal Majalla" w:hAnsi="Sakkal Majalla" w:cs="Sakkal Majalla" w:hint="cs"/>
          <w:szCs w:val="28"/>
          <w:rtl/>
        </w:rPr>
        <w:t>الاستراتيجية</w:t>
      </w:r>
      <w:r w:rsidRPr="00DC1439">
        <w:rPr>
          <w:rFonts w:ascii="Sakkal Majalla" w:hAnsi="Sakkal Majalla" w:cs="Sakkal Majalla"/>
          <w:szCs w:val="28"/>
          <w:rtl/>
        </w:rPr>
        <w:t xml:space="preserve"> </w:t>
      </w:r>
      <w:r w:rsidRPr="00DC1439">
        <w:rPr>
          <w:rFonts w:ascii="Sakkal Majalla" w:hAnsi="Sakkal Majalla" w:cs="Sakkal Majalla" w:hint="cs"/>
          <w:szCs w:val="28"/>
          <w:rtl/>
        </w:rPr>
        <w:t>مع</w:t>
      </w:r>
      <w:r w:rsidRPr="00DC1439">
        <w:rPr>
          <w:rFonts w:ascii="Sakkal Majalla" w:hAnsi="Sakkal Majalla" w:cs="Sakkal Majalla"/>
          <w:szCs w:val="28"/>
          <w:rtl/>
        </w:rPr>
        <w:t xml:space="preserve"> </w:t>
      </w:r>
      <w:r w:rsidRPr="00DC1439">
        <w:rPr>
          <w:rFonts w:ascii="Sakkal Majalla" w:hAnsi="Sakkal Majalla" w:cs="Sakkal Majalla" w:hint="cs"/>
          <w:szCs w:val="28"/>
          <w:rtl/>
        </w:rPr>
        <w:t>الشركات</w:t>
      </w:r>
      <w:r w:rsidRPr="00DC1439">
        <w:rPr>
          <w:rFonts w:ascii="Sakkal Majalla" w:hAnsi="Sakkal Majalla" w:cs="Sakkal Majalla"/>
          <w:szCs w:val="28"/>
          <w:rtl/>
        </w:rPr>
        <w:t xml:space="preserve"> </w:t>
      </w:r>
      <w:r w:rsidRPr="00DC1439">
        <w:rPr>
          <w:rFonts w:ascii="Sakkal Majalla" w:hAnsi="Sakkal Majalla" w:cs="Sakkal Majalla" w:hint="cs"/>
          <w:szCs w:val="28"/>
          <w:rtl/>
        </w:rPr>
        <w:t>الاستشارية،</w:t>
      </w:r>
      <w:r w:rsidRPr="00DC1439">
        <w:rPr>
          <w:rFonts w:ascii="Sakkal Majalla" w:hAnsi="Sakkal Majalla" w:cs="Sakkal Majalla"/>
          <w:szCs w:val="28"/>
          <w:rtl/>
        </w:rPr>
        <w:t xml:space="preserve"> </w:t>
      </w:r>
      <w:r w:rsidRPr="00DC1439">
        <w:rPr>
          <w:rFonts w:ascii="Sakkal Majalla" w:hAnsi="Sakkal Majalla" w:cs="Sakkal Majalla" w:hint="cs"/>
          <w:szCs w:val="28"/>
          <w:rtl/>
        </w:rPr>
        <w:t>بما</w:t>
      </w:r>
      <w:r w:rsidRPr="00DC1439">
        <w:rPr>
          <w:rFonts w:ascii="Sakkal Majalla" w:hAnsi="Sakkal Majalla" w:cs="Sakkal Majalla"/>
          <w:szCs w:val="28"/>
          <w:rtl/>
        </w:rPr>
        <w:t xml:space="preserve"> </w:t>
      </w:r>
      <w:r w:rsidRPr="00DC1439">
        <w:rPr>
          <w:rFonts w:ascii="Sakkal Majalla" w:hAnsi="Sakkal Majalla" w:cs="Sakkal Majalla" w:hint="cs"/>
          <w:szCs w:val="28"/>
          <w:rtl/>
        </w:rPr>
        <w:t>يضمن</w:t>
      </w:r>
      <w:r w:rsidRPr="00DC1439">
        <w:rPr>
          <w:rFonts w:ascii="Sakkal Majalla" w:hAnsi="Sakkal Majalla" w:cs="Sakkal Majalla"/>
          <w:szCs w:val="28"/>
          <w:rtl/>
        </w:rPr>
        <w:t xml:space="preserve"> </w:t>
      </w:r>
      <w:r w:rsidRPr="00DC1439">
        <w:rPr>
          <w:rFonts w:ascii="Sakkal Majalla" w:hAnsi="Sakkal Majalla" w:cs="Sakkal Majalla" w:hint="cs"/>
          <w:szCs w:val="28"/>
          <w:rtl/>
        </w:rPr>
        <w:t>ترسيخ</w:t>
      </w:r>
      <w:r w:rsidRPr="00DC1439">
        <w:rPr>
          <w:rFonts w:ascii="Sakkal Majalla" w:hAnsi="Sakkal Majalla" w:cs="Sakkal Majalla"/>
          <w:szCs w:val="28"/>
          <w:rtl/>
        </w:rPr>
        <w:t xml:space="preserve"> </w:t>
      </w:r>
      <w:r w:rsidRPr="00DC1439">
        <w:rPr>
          <w:rFonts w:ascii="Sakkal Majalla" w:hAnsi="Sakkal Majalla" w:cs="Sakkal Majalla" w:hint="cs"/>
          <w:szCs w:val="28"/>
          <w:rtl/>
        </w:rPr>
        <w:t>الابتكار</w:t>
      </w:r>
      <w:r w:rsidRPr="00DC1439">
        <w:rPr>
          <w:rFonts w:ascii="Sakkal Majalla" w:hAnsi="Sakkal Majalla" w:cs="Sakkal Majalla"/>
          <w:szCs w:val="28"/>
          <w:rtl/>
        </w:rPr>
        <w:t xml:space="preserve"> </w:t>
      </w:r>
      <w:r w:rsidRPr="00DC1439">
        <w:rPr>
          <w:rFonts w:ascii="Sakkal Majalla" w:hAnsi="Sakkal Majalla" w:cs="Sakkal Majalla" w:hint="cs"/>
          <w:szCs w:val="28"/>
          <w:rtl/>
        </w:rPr>
        <w:t>كممارسة</w:t>
      </w:r>
      <w:r w:rsidRPr="00DC1439">
        <w:rPr>
          <w:rFonts w:ascii="Sakkal Majalla" w:hAnsi="Sakkal Majalla" w:cs="Sakkal Majalla"/>
          <w:szCs w:val="28"/>
          <w:rtl/>
        </w:rPr>
        <w:t xml:space="preserve"> </w:t>
      </w:r>
      <w:r w:rsidRPr="00DC1439">
        <w:rPr>
          <w:rFonts w:ascii="Sakkal Majalla" w:hAnsi="Sakkal Majalla" w:cs="Sakkal Majalla" w:hint="cs"/>
          <w:szCs w:val="28"/>
          <w:rtl/>
        </w:rPr>
        <w:t>مؤسسية</w:t>
      </w:r>
      <w:r w:rsidRPr="00DC1439">
        <w:rPr>
          <w:rFonts w:ascii="Sakkal Majalla" w:hAnsi="Sakkal Majalla" w:cs="Sakkal Majalla"/>
          <w:szCs w:val="28"/>
          <w:rtl/>
        </w:rPr>
        <w:t xml:space="preserve"> </w:t>
      </w:r>
      <w:r w:rsidRPr="00DC1439">
        <w:rPr>
          <w:rFonts w:ascii="Sakkal Majalla" w:hAnsi="Sakkal Majalla" w:cs="Sakkal Majalla" w:hint="cs"/>
          <w:szCs w:val="28"/>
          <w:rtl/>
        </w:rPr>
        <w:t>مستدامة</w:t>
      </w:r>
      <w:r w:rsidRPr="00DC1439">
        <w:rPr>
          <w:rFonts w:ascii="Sakkal Majalla" w:hAnsi="Sakkal Majalla" w:cs="Sakkal Majalla"/>
          <w:szCs w:val="28"/>
          <w:rtl/>
        </w:rPr>
        <w:t xml:space="preserve"> </w:t>
      </w:r>
      <w:r w:rsidRPr="00DC1439">
        <w:rPr>
          <w:rFonts w:ascii="Sakkal Majalla" w:hAnsi="Sakkal Majalla" w:cs="Sakkal Majalla" w:hint="cs"/>
          <w:szCs w:val="28"/>
          <w:rtl/>
        </w:rPr>
        <w:t>وتحقيق</w:t>
      </w:r>
      <w:r w:rsidRPr="00DC1439">
        <w:rPr>
          <w:rFonts w:ascii="Sakkal Majalla" w:hAnsi="Sakkal Majalla" w:cs="Sakkal Majalla"/>
          <w:szCs w:val="28"/>
          <w:rtl/>
        </w:rPr>
        <w:t xml:space="preserve"> </w:t>
      </w:r>
      <w:r w:rsidRPr="00DC1439">
        <w:rPr>
          <w:rFonts w:ascii="Sakkal Majalla" w:hAnsi="Sakkal Majalla" w:cs="Sakkal Majalla" w:hint="cs"/>
          <w:szCs w:val="28"/>
          <w:rtl/>
        </w:rPr>
        <w:t>أثر</w:t>
      </w:r>
      <w:r w:rsidRPr="00DC1439">
        <w:rPr>
          <w:rFonts w:ascii="Sakkal Majalla" w:hAnsi="Sakkal Majalla" w:cs="Sakkal Majalla"/>
          <w:szCs w:val="28"/>
          <w:rtl/>
        </w:rPr>
        <w:t xml:space="preserve"> </w:t>
      </w:r>
      <w:r w:rsidRPr="00DC1439">
        <w:rPr>
          <w:rFonts w:ascii="Sakkal Majalla" w:hAnsi="Sakkal Majalla" w:cs="Sakkal Majalla" w:hint="cs"/>
          <w:szCs w:val="28"/>
          <w:rtl/>
        </w:rPr>
        <w:t>طويل</w:t>
      </w:r>
      <w:r w:rsidRPr="00DC1439">
        <w:rPr>
          <w:rFonts w:ascii="Sakkal Majalla" w:hAnsi="Sakkal Majalla" w:cs="Sakkal Majalla"/>
          <w:szCs w:val="28"/>
          <w:rtl/>
        </w:rPr>
        <w:t xml:space="preserve"> </w:t>
      </w:r>
      <w:r w:rsidRPr="00DC1439">
        <w:rPr>
          <w:rFonts w:ascii="Sakkal Majalla" w:hAnsi="Sakkal Majalla" w:cs="Sakkal Majalla" w:hint="cs"/>
          <w:szCs w:val="28"/>
          <w:rtl/>
        </w:rPr>
        <w:t>المدى</w:t>
      </w:r>
      <w:r w:rsidRPr="00DC1439">
        <w:rPr>
          <w:rFonts w:ascii="Sakkal Majalla" w:hAnsi="Sakkal Majalla" w:cs="Sakkal Majalla"/>
          <w:szCs w:val="28"/>
          <w:rtl/>
        </w:rPr>
        <w:t xml:space="preserve"> </w:t>
      </w:r>
      <w:r w:rsidRPr="00DC1439">
        <w:rPr>
          <w:rFonts w:ascii="Sakkal Majalla" w:hAnsi="Sakkal Majalla" w:cs="Sakkal Majalla" w:hint="cs"/>
          <w:szCs w:val="28"/>
          <w:rtl/>
        </w:rPr>
        <w:t>داخل</w:t>
      </w:r>
      <w:r w:rsidRPr="00DC1439">
        <w:rPr>
          <w:rFonts w:ascii="Sakkal Majalla" w:hAnsi="Sakkal Majalla" w:cs="Sakkal Majalla"/>
          <w:szCs w:val="28"/>
          <w:rtl/>
        </w:rPr>
        <w:t xml:space="preserve"> </w:t>
      </w:r>
      <w:r w:rsidRPr="00DC1439">
        <w:rPr>
          <w:rFonts w:ascii="Sakkal Majalla" w:hAnsi="Sakkal Majalla" w:cs="Sakkal Majalla" w:hint="cs"/>
          <w:szCs w:val="28"/>
          <w:rtl/>
        </w:rPr>
        <w:t>الجهة</w:t>
      </w:r>
      <w:r w:rsidRPr="00DC1439">
        <w:rPr>
          <w:rFonts w:ascii="Sakkal Majalla" w:hAnsi="Sakkal Majalla" w:cs="Sakkal Majalla"/>
          <w:szCs w:val="28"/>
          <w:rtl/>
        </w:rPr>
        <w:t xml:space="preserve"> </w:t>
      </w:r>
      <w:r w:rsidRPr="00DC1439">
        <w:rPr>
          <w:rFonts w:ascii="Sakkal Majalla" w:hAnsi="Sakkal Majalla" w:cs="Sakkal Majalla" w:hint="cs"/>
          <w:szCs w:val="28"/>
          <w:rtl/>
        </w:rPr>
        <w:t>الحكومية</w:t>
      </w:r>
      <w:r w:rsidRPr="00DC1439">
        <w:rPr>
          <w:rFonts w:ascii="Sakkal Majalla" w:hAnsi="Sakkal Majalla" w:cs="Sakkal Majalla"/>
          <w:szCs w:val="28"/>
          <w:rtl/>
        </w:rPr>
        <w:t>.</w:t>
      </w:r>
      <w:r>
        <w:rPr>
          <w:rFonts w:ascii="Sakkal Majalla" w:hAnsi="Sakkal Majalla" w:cs="Sakkal Majalla"/>
          <w:szCs w:val="28"/>
          <w:rtl/>
        </w:rPr>
        <w:br/>
      </w:r>
      <w:r w:rsidR="00070DF8" w:rsidRPr="00931EB1">
        <w:rPr>
          <w:rFonts w:ascii="Sakkal Majalla" w:hAnsi="Sakkal Majalla" w:cs="Sakkal Majalla" w:hint="cs"/>
          <w:b/>
          <w:bCs/>
          <w:sz w:val="32"/>
          <w:szCs w:val="32"/>
          <w:rtl/>
        </w:rPr>
        <w:t>1.3</w:t>
      </w:r>
      <w:r w:rsidR="00070DF8" w:rsidRPr="00931EB1">
        <w:rPr>
          <w:rFonts w:ascii="Sakkal Majalla" w:hAnsi="Sakkal Majalla" w:cs="Sakkal Majalla"/>
          <w:b/>
          <w:bCs/>
          <w:sz w:val="32"/>
          <w:szCs w:val="32"/>
        </w:rPr>
        <w:t xml:space="preserve">: </w:t>
      </w:r>
      <w:proofErr w:type="spellStart"/>
      <w:r w:rsidR="00070DF8" w:rsidRPr="00931EB1">
        <w:rPr>
          <w:rFonts w:ascii="Sakkal Majalla" w:hAnsi="Sakkal Majalla" w:cs="Sakkal Majalla"/>
          <w:b/>
          <w:bCs/>
          <w:sz w:val="32"/>
          <w:szCs w:val="32"/>
        </w:rPr>
        <w:t>أهداف</w:t>
      </w:r>
      <w:proofErr w:type="spellEnd"/>
      <w:r w:rsidR="00070DF8" w:rsidRPr="00931EB1">
        <w:rPr>
          <w:rFonts w:ascii="Sakkal Majalla" w:hAnsi="Sakkal Majalla" w:cs="Sakkal Majalla"/>
          <w:b/>
          <w:bCs/>
          <w:sz w:val="32"/>
          <w:szCs w:val="32"/>
        </w:rPr>
        <w:t xml:space="preserve"> </w:t>
      </w:r>
      <w:proofErr w:type="spellStart"/>
      <w:r w:rsidR="00070DF8" w:rsidRPr="00931EB1">
        <w:rPr>
          <w:rFonts w:ascii="Sakkal Majalla" w:hAnsi="Sakkal Majalla" w:cs="Sakkal Majalla"/>
          <w:b/>
          <w:bCs/>
          <w:sz w:val="32"/>
          <w:szCs w:val="32"/>
        </w:rPr>
        <w:t>الدراسة</w:t>
      </w:r>
      <w:proofErr w:type="spellEnd"/>
    </w:p>
    <w:p w14:paraId="7721EFE2" w14:textId="43028658" w:rsidR="00DC1439" w:rsidRPr="00DC1439" w:rsidRDefault="00DC1439" w:rsidP="00083D43">
      <w:pPr>
        <w:pStyle w:val="ListParagraph"/>
        <w:numPr>
          <w:ilvl w:val="0"/>
          <w:numId w:val="31"/>
        </w:numPr>
        <w:bidi/>
        <w:spacing w:before="100" w:beforeAutospacing="1" w:after="100" w:afterAutospacing="1" w:line="240" w:lineRule="auto"/>
        <w:rPr>
          <w:rFonts w:ascii="Sakkal Majalla" w:hAnsi="Sakkal Majalla" w:cs="Sakkal Majalla"/>
          <w:sz w:val="32"/>
          <w:szCs w:val="32"/>
        </w:rPr>
      </w:pPr>
      <w:r w:rsidRPr="00DC1439">
        <w:rPr>
          <w:rFonts w:ascii="Sakkal Majalla" w:hAnsi="Sakkal Majalla" w:cs="Sakkal Majalla"/>
          <w:sz w:val="32"/>
          <w:szCs w:val="32"/>
          <w:rtl/>
        </w:rPr>
        <w:t>تحليل العوامل التنظيمية الداخلية التي تمكّن الجهات الحكومية من تبني الابتكار واستدامته، مثل القيادة، والثقافة المؤسسية، والتعلم التنظيمي، وتوفر الموارد</w:t>
      </w:r>
      <w:r w:rsidRPr="00DC1439">
        <w:rPr>
          <w:rFonts w:ascii="Sakkal Majalla" w:hAnsi="Sakkal Majalla" w:cs="Sakkal Majalla"/>
          <w:sz w:val="32"/>
          <w:szCs w:val="32"/>
        </w:rPr>
        <w:t>.</w:t>
      </w:r>
    </w:p>
    <w:p w14:paraId="6BFCA025" w14:textId="4644C1D6" w:rsidR="00DC1439" w:rsidRPr="00DC1439" w:rsidRDefault="00DC1439" w:rsidP="00083D43">
      <w:pPr>
        <w:pStyle w:val="ListParagraph"/>
        <w:numPr>
          <w:ilvl w:val="0"/>
          <w:numId w:val="31"/>
        </w:numPr>
        <w:bidi/>
        <w:spacing w:before="100" w:beforeAutospacing="1" w:after="100" w:afterAutospacing="1" w:line="240" w:lineRule="auto"/>
        <w:rPr>
          <w:rFonts w:ascii="Sakkal Majalla" w:hAnsi="Sakkal Majalla" w:cs="Sakkal Majalla"/>
          <w:sz w:val="32"/>
          <w:szCs w:val="32"/>
        </w:rPr>
      </w:pPr>
      <w:r w:rsidRPr="00DC1439">
        <w:rPr>
          <w:rFonts w:ascii="Sakkal Majalla" w:hAnsi="Sakkal Majalla" w:cs="Sakkal Majalla"/>
          <w:sz w:val="32"/>
          <w:szCs w:val="32"/>
          <w:rtl/>
        </w:rPr>
        <w:t>استكشاف دور الشركات الاستشارية الخارجية كجهات تمكينية في نقل المعرفة وبناء القدرات المؤسسية، وتقييم مدى تأثيرها في تعزيز الابتكار داخل الجهات الحكومية</w:t>
      </w:r>
      <w:r w:rsidRPr="00DC1439">
        <w:rPr>
          <w:rFonts w:ascii="Sakkal Majalla" w:hAnsi="Sakkal Majalla" w:cs="Sakkal Majalla"/>
          <w:sz w:val="32"/>
          <w:szCs w:val="32"/>
        </w:rPr>
        <w:t>.</w:t>
      </w:r>
    </w:p>
    <w:p w14:paraId="55988CC6" w14:textId="10E663CA" w:rsidR="00DC1439" w:rsidRPr="00DC1439" w:rsidRDefault="00DC1439" w:rsidP="00083D43">
      <w:pPr>
        <w:pStyle w:val="ListParagraph"/>
        <w:numPr>
          <w:ilvl w:val="0"/>
          <w:numId w:val="31"/>
        </w:numPr>
        <w:bidi/>
        <w:spacing w:before="100" w:beforeAutospacing="1" w:after="100" w:afterAutospacing="1" w:line="240" w:lineRule="auto"/>
        <w:rPr>
          <w:rFonts w:ascii="Sakkal Majalla" w:hAnsi="Sakkal Majalla" w:cs="Sakkal Majalla"/>
          <w:sz w:val="32"/>
          <w:szCs w:val="32"/>
        </w:rPr>
      </w:pPr>
      <w:r w:rsidRPr="00DC1439">
        <w:rPr>
          <w:rFonts w:ascii="Sakkal Majalla" w:hAnsi="Sakkal Majalla" w:cs="Sakkal Majalla"/>
          <w:sz w:val="32"/>
          <w:szCs w:val="32"/>
          <w:rtl/>
        </w:rPr>
        <w:t>تطوير نموذج تكاملي تطبيقي يوضح آليات التفاعل بين القدرات الداخلية والدور الخارجي للشركات الاستشارية، بهدف دعم استدامة الابتكار في السياق المؤسسي السعودي</w:t>
      </w:r>
    </w:p>
    <w:p w14:paraId="0133A6F0" w14:textId="77777777" w:rsidR="00037438" w:rsidRPr="00DC1439" w:rsidRDefault="00037438" w:rsidP="00083D43">
      <w:pPr>
        <w:bidi/>
        <w:spacing w:line="360" w:lineRule="auto"/>
        <w:rPr>
          <w:rFonts w:ascii="Sakkal Majalla" w:hAnsi="Sakkal Majalla" w:cs="Sakkal Majalla"/>
        </w:rPr>
      </w:pPr>
    </w:p>
    <w:p w14:paraId="3597F2D2" w14:textId="776F16F3" w:rsidR="00037438" w:rsidRPr="00931EB1" w:rsidRDefault="00070DF8" w:rsidP="00083D43">
      <w:pPr>
        <w:bidi/>
        <w:spacing w:line="360" w:lineRule="auto"/>
        <w:rPr>
          <w:rFonts w:ascii="Sakkal Majalla" w:hAnsi="Sakkal Majalla" w:cs="Sakkal Majalla"/>
          <w:b/>
          <w:bCs/>
          <w:sz w:val="32"/>
          <w:szCs w:val="32"/>
        </w:rPr>
      </w:pPr>
      <w:r w:rsidRPr="00931EB1">
        <w:rPr>
          <w:rFonts w:ascii="Sakkal Majalla" w:hAnsi="Sakkal Majalla" w:cs="Sakkal Majalla" w:hint="cs"/>
          <w:b/>
          <w:bCs/>
          <w:sz w:val="32"/>
          <w:szCs w:val="32"/>
          <w:rtl/>
        </w:rPr>
        <w:t>1.4</w:t>
      </w:r>
      <w:r w:rsidRPr="00931EB1">
        <w:rPr>
          <w:rFonts w:ascii="Sakkal Majalla" w:hAnsi="Sakkal Majalla" w:cs="Sakkal Majalla"/>
          <w:b/>
          <w:bCs/>
          <w:sz w:val="32"/>
          <w:szCs w:val="32"/>
        </w:rPr>
        <w:t xml:space="preserve"> </w:t>
      </w:r>
      <w:proofErr w:type="spellStart"/>
      <w:r w:rsidRPr="00931EB1">
        <w:rPr>
          <w:rFonts w:ascii="Sakkal Majalla" w:hAnsi="Sakkal Majalla" w:cs="Sakkal Majalla"/>
          <w:b/>
          <w:bCs/>
          <w:sz w:val="32"/>
          <w:szCs w:val="32"/>
        </w:rPr>
        <w:t>أهمية</w:t>
      </w:r>
      <w:proofErr w:type="spellEnd"/>
      <w:r w:rsidRPr="00931EB1">
        <w:rPr>
          <w:rFonts w:ascii="Sakkal Majalla" w:hAnsi="Sakkal Majalla" w:cs="Sakkal Majalla"/>
          <w:b/>
          <w:bCs/>
          <w:sz w:val="32"/>
          <w:szCs w:val="32"/>
        </w:rPr>
        <w:t xml:space="preserve"> </w:t>
      </w:r>
      <w:proofErr w:type="spellStart"/>
      <w:r w:rsidRPr="00931EB1">
        <w:rPr>
          <w:rFonts w:ascii="Sakkal Majalla" w:hAnsi="Sakkal Majalla" w:cs="Sakkal Majalla"/>
          <w:b/>
          <w:bCs/>
          <w:sz w:val="32"/>
          <w:szCs w:val="32"/>
        </w:rPr>
        <w:t>الدراسة</w:t>
      </w:r>
      <w:proofErr w:type="spellEnd"/>
    </w:p>
    <w:p w14:paraId="6997F32D" w14:textId="4BD21A94" w:rsidR="005C029E" w:rsidRPr="005C029E" w:rsidRDefault="005C029E" w:rsidP="00083D43">
      <w:pPr>
        <w:bidi/>
        <w:spacing w:line="360" w:lineRule="auto"/>
        <w:rPr>
          <w:rFonts w:ascii="Sakkal Majalla" w:hAnsi="Sakkal Majalla" w:cs="Sakkal Majalla"/>
          <w:sz w:val="36"/>
          <w:szCs w:val="28"/>
          <w:rtl/>
        </w:rPr>
      </w:pPr>
      <w:r w:rsidRPr="005C029E">
        <w:rPr>
          <w:rFonts w:ascii="Sakkal Majalla" w:hAnsi="Sakkal Majalla" w:cs="Sakkal Majalla" w:hint="cs"/>
          <w:sz w:val="36"/>
          <w:szCs w:val="28"/>
          <w:rtl/>
        </w:rPr>
        <w:t>تكتسب</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هذه</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الدراسة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أهميتها</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النظرية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كونها</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تسعى</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إلى</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معالجة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فجوة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معرفية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بارزة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في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أدبيات</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الابتكار</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الحكومي،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خلال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تقديم</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إطار</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تكاملي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يدمج</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بين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العوامل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التنظيمية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الداخلية،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مثل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القيادة،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وبناء</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القدرات،</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والتعلم</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المؤسسي،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وبين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الأدوار</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التمكينية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التي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تؤديها</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الشركات</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الاستشارية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في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نقل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المعرفة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وتعزيز</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الاستدامة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الابتكارية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داخل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الجهات</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الحكومية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وبذلك،</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فإن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الدراسة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تسهم</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في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تطوير</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الفهم</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العلمي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المتعلق</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بآليات</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استدامة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الابتكار</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في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السياقات</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المؤسسية،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لاسيما</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في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الدول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النامية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التي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تتبنى</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نماذج</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استشارية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خارجية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دون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توطين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فعال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للمعرفة</w:t>
      </w:r>
      <w:r w:rsidRPr="005C029E">
        <w:rPr>
          <w:rFonts w:ascii="Sakkal Majalla" w:hAnsi="Sakkal Majalla" w:cs="Sakkal Majalla"/>
          <w:sz w:val="36"/>
          <w:szCs w:val="28"/>
        </w:rPr>
        <w:t>.</w:t>
      </w:r>
    </w:p>
    <w:p w14:paraId="3ECA36D9" w14:textId="19040F77" w:rsidR="005C029E" w:rsidRPr="005C029E" w:rsidRDefault="005C029E" w:rsidP="00083D43">
      <w:pPr>
        <w:bidi/>
        <w:spacing w:line="360" w:lineRule="auto"/>
        <w:rPr>
          <w:rFonts w:ascii="Sakkal Majalla" w:hAnsi="Sakkal Majalla" w:cs="Sakkal Majalla"/>
          <w:sz w:val="36"/>
          <w:szCs w:val="28"/>
          <w:rtl/>
        </w:rPr>
      </w:pPr>
      <w:r w:rsidRPr="005C029E">
        <w:rPr>
          <w:rFonts w:ascii="Sakkal Majalla" w:hAnsi="Sakkal Majalla" w:cs="Sakkal Majalla" w:hint="cs"/>
          <w:sz w:val="36"/>
          <w:szCs w:val="28"/>
          <w:rtl/>
        </w:rPr>
        <w:t>أما</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الناحية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العملية،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فإن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الدراسة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تقدم</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نموذجًا</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تطبيقيًا</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قابلًا</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للتفعيل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ضمن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بيئة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القطاع</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العام</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في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المملكة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العربية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السعودية،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يساعد</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صُنّاع</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القرار</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والممارسين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على</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بناء</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قدرات</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ذاتية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قادرة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على</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استيعاب</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الابتكار</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وتكييفه</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ضمن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الهياكل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lastRenderedPageBreak/>
        <w:t>والعمليات</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المؤسسية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كما</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توفر</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نتائج</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الدراسة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أدوات</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تحليلية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يمكن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الاستفادة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منها</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في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تقييم</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جاهزية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الجهات</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الحكومية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لاستيعاب</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الشراكات</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الاستشارية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وتوجيهها</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نحو</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تحقيق</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الأثر</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المؤسسي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المستدام</w:t>
      </w:r>
      <w:r w:rsidRPr="005C029E">
        <w:rPr>
          <w:rFonts w:ascii="Sakkal Majalla" w:hAnsi="Sakkal Majalla" w:cs="Sakkal Majalla"/>
          <w:sz w:val="36"/>
          <w:szCs w:val="28"/>
        </w:rPr>
        <w:t>.</w:t>
      </w:r>
    </w:p>
    <w:p w14:paraId="449BEE25" w14:textId="6EA708A8" w:rsidR="00067C36" w:rsidRPr="00AC5965" w:rsidRDefault="005C029E" w:rsidP="00083D43">
      <w:pPr>
        <w:bidi/>
        <w:spacing w:line="360" w:lineRule="auto"/>
        <w:rPr>
          <w:rFonts w:ascii="Sakkal Majalla" w:hAnsi="Sakkal Majalla" w:cs="Sakkal Majalla"/>
          <w:rtl/>
        </w:rPr>
      </w:pPr>
      <w:r w:rsidRPr="005C029E">
        <w:rPr>
          <w:rFonts w:ascii="Sakkal Majalla" w:hAnsi="Sakkal Majalla" w:cs="Sakkal Majalla" w:hint="cs"/>
          <w:sz w:val="36"/>
          <w:szCs w:val="28"/>
          <w:rtl/>
        </w:rPr>
        <w:t>وعلى</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المستوى</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الوطني،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تأتي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هذه</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الدراسة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منسجمة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مع</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توجهات</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رؤية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المملكة</w:t>
      </w:r>
      <w:r w:rsidRPr="005C029E">
        <w:rPr>
          <w:rFonts w:ascii="Sakkal Majalla" w:hAnsi="Sakkal Majalla" w:cs="Sakkal Majalla"/>
          <w:sz w:val="36"/>
          <w:szCs w:val="28"/>
          <w:rtl/>
        </w:rPr>
        <w:t xml:space="preserve"> 2030 </w:t>
      </w:r>
      <w:r w:rsidRPr="005C029E">
        <w:rPr>
          <w:rFonts w:ascii="Sakkal Majalla" w:hAnsi="Sakkal Majalla" w:cs="Sakkal Majalla" w:hint="cs"/>
          <w:sz w:val="36"/>
          <w:szCs w:val="28"/>
          <w:rtl/>
        </w:rPr>
        <w:t>التي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تؤكد</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على</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أهمية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تمكين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القطاع</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الحكومي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خلال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الابتكار</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وتحسين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الأداء</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المؤسسي،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كما</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تدعم</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الجهود</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الرامية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إلى</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تقليل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الاعتمادية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على</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الحلول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الخارجية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من</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خلال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بناء</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منظومات</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داخلية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مرنة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وقادرة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على</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مواكبة</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التحول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الإداري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والرقمي</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بشكل</w:t>
      </w:r>
      <w:r w:rsidRPr="005C029E">
        <w:rPr>
          <w:rFonts w:ascii="Sakkal Majalla" w:hAnsi="Sakkal Majalla" w:cs="Sakkal Majalla"/>
          <w:sz w:val="36"/>
          <w:szCs w:val="28"/>
          <w:rtl/>
        </w:rPr>
        <w:t xml:space="preserve"> </w:t>
      </w:r>
      <w:r w:rsidRPr="005C029E">
        <w:rPr>
          <w:rFonts w:ascii="Sakkal Majalla" w:hAnsi="Sakkal Majalla" w:cs="Sakkal Majalla" w:hint="cs"/>
          <w:sz w:val="36"/>
          <w:szCs w:val="28"/>
          <w:rtl/>
        </w:rPr>
        <w:t>مستدام</w:t>
      </w:r>
      <w:r w:rsidRPr="005C029E">
        <w:rPr>
          <w:rFonts w:ascii="Sakkal Majalla" w:hAnsi="Sakkal Majalla" w:cs="Sakkal Majalla"/>
          <w:sz w:val="36"/>
          <w:szCs w:val="28"/>
          <w:rtl/>
        </w:rPr>
        <w:t>.</w:t>
      </w:r>
    </w:p>
    <w:p w14:paraId="7D11A95D" w14:textId="427C3D86" w:rsidR="00067C36" w:rsidRPr="00931EB1" w:rsidRDefault="00070DF8" w:rsidP="00083D43">
      <w:pPr>
        <w:bidi/>
        <w:spacing w:line="360" w:lineRule="auto"/>
        <w:rPr>
          <w:rFonts w:ascii="Sakkal Majalla" w:hAnsi="Sakkal Majalla" w:cs="Sakkal Majalla"/>
          <w:b/>
          <w:bCs/>
          <w:sz w:val="32"/>
          <w:szCs w:val="32"/>
        </w:rPr>
      </w:pPr>
      <w:r w:rsidRPr="00931EB1">
        <w:rPr>
          <w:rFonts w:ascii="Sakkal Majalla" w:hAnsi="Sakkal Majalla" w:cs="Sakkal Majalla" w:hint="cs"/>
          <w:b/>
          <w:bCs/>
          <w:sz w:val="32"/>
          <w:szCs w:val="32"/>
          <w:rtl/>
        </w:rPr>
        <w:t>1.5</w:t>
      </w:r>
      <w:r w:rsidR="00067C36" w:rsidRPr="00931EB1">
        <w:rPr>
          <w:rFonts w:ascii="Sakkal Majalla" w:hAnsi="Sakkal Majalla" w:cs="Sakkal Majalla"/>
          <w:b/>
          <w:bCs/>
          <w:sz w:val="32"/>
          <w:szCs w:val="32"/>
          <w:rtl/>
        </w:rPr>
        <w:t xml:space="preserve"> </w:t>
      </w:r>
      <w:r w:rsidR="005E174E">
        <w:rPr>
          <w:rFonts w:ascii="Sakkal Majalla" w:hAnsi="Sakkal Majalla" w:cs="Sakkal Majalla" w:hint="cs"/>
          <w:b/>
          <w:bCs/>
          <w:sz w:val="32"/>
          <w:szCs w:val="32"/>
          <w:rtl/>
        </w:rPr>
        <w:t>تساؤلات الدراسة</w:t>
      </w:r>
    </w:p>
    <w:p w14:paraId="31D5090F" w14:textId="6B310771" w:rsidR="005C029E" w:rsidRPr="005C029E" w:rsidRDefault="005C029E" w:rsidP="00083D43">
      <w:pPr>
        <w:numPr>
          <w:ilvl w:val="0"/>
          <w:numId w:val="10"/>
        </w:numPr>
        <w:bidi/>
        <w:spacing w:after="160" w:line="360" w:lineRule="auto"/>
        <w:rPr>
          <w:rFonts w:ascii="Sakkal Majalla" w:hAnsi="Sakkal Majalla" w:cs="Sakkal Majalla"/>
          <w:szCs w:val="28"/>
        </w:rPr>
      </w:pPr>
      <w:r w:rsidRPr="005C029E">
        <w:rPr>
          <w:rFonts w:ascii="Sakkal Majalla" w:hAnsi="Sakkal Majalla" w:cs="Sakkal Majalla" w:hint="cs"/>
          <w:szCs w:val="28"/>
          <w:rtl/>
        </w:rPr>
        <w:t>ما</w:t>
      </w:r>
      <w:r w:rsidRPr="005C029E">
        <w:rPr>
          <w:rFonts w:ascii="Sakkal Majalla" w:hAnsi="Sakkal Majalla" w:cs="Sakkal Majalla"/>
          <w:szCs w:val="28"/>
          <w:rtl/>
        </w:rPr>
        <w:t xml:space="preserve"> </w:t>
      </w:r>
      <w:r w:rsidRPr="005C029E">
        <w:rPr>
          <w:rFonts w:ascii="Sakkal Majalla" w:hAnsi="Sakkal Majalla" w:cs="Sakkal Majalla" w:hint="cs"/>
          <w:szCs w:val="28"/>
          <w:rtl/>
        </w:rPr>
        <w:t>العوامل</w:t>
      </w:r>
      <w:r w:rsidRPr="005C029E">
        <w:rPr>
          <w:rFonts w:ascii="Sakkal Majalla" w:hAnsi="Sakkal Majalla" w:cs="Sakkal Majalla"/>
          <w:szCs w:val="28"/>
          <w:rtl/>
        </w:rPr>
        <w:t xml:space="preserve"> </w:t>
      </w:r>
      <w:r w:rsidRPr="005C029E">
        <w:rPr>
          <w:rFonts w:ascii="Sakkal Majalla" w:hAnsi="Sakkal Majalla" w:cs="Sakkal Majalla" w:hint="cs"/>
          <w:szCs w:val="28"/>
          <w:rtl/>
        </w:rPr>
        <w:t>التنظيمية</w:t>
      </w:r>
      <w:r w:rsidRPr="005C029E">
        <w:rPr>
          <w:rFonts w:ascii="Sakkal Majalla" w:hAnsi="Sakkal Majalla" w:cs="Sakkal Majalla"/>
          <w:szCs w:val="28"/>
          <w:rtl/>
        </w:rPr>
        <w:t xml:space="preserve"> </w:t>
      </w:r>
      <w:r w:rsidRPr="005C029E">
        <w:rPr>
          <w:rFonts w:ascii="Sakkal Majalla" w:hAnsi="Sakkal Majalla" w:cs="Sakkal Majalla" w:hint="cs"/>
          <w:szCs w:val="28"/>
          <w:rtl/>
        </w:rPr>
        <w:t>الداخلية</w:t>
      </w:r>
      <w:r w:rsidRPr="005C029E">
        <w:rPr>
          <w:rFonts w:ascii="Sakkal Majalla" w:hAnsi="Sakkal Majalla" w:cs="Sakkal Majalla"/>
          <w:szCs w:val="28"/>
          <w:rtl/>
        </w:rPr>
        <w:t xml:space="preserve"> </w:t>
      </w:r>
      <w:r w:rsidRPr="005C029E">
        <w:rPr>
          <w:rFonts w:ascii="Sakkal Majalla" w:hAnsi="Sakkal Majalla" w:cs="Sakkal Majalla" w:hint="cs"/>
          <w:szCs w:val="28"/>
          <w:rtl/>
        </w:rPr>
        <w:t>التي</w:t>
      </w:r>
      <w:r w:rsidRPr="005C029E">
        <w:rPr>
          <w:rFonts w:ascii="Sakkal Majalla" w:hAnsi="Sakkal Majalla" w:cs="Sakkal Majalla"/>
          <w:szCs w:val="28"/>
          <w:rtl/>
        </w:rPr>
        <w:t xml:space="preserve"> </w:t>
      </w:r>
      <w:r w:rsidRPr="005C029E">
        <w:rPr>
          <w:rFonts w:ascii="Sakkal Majalla" w:hAnsi="Sakkal Majalla" w:cs="Sakkal Majalla" w:hint="cs"/>
          <w:szCs w:val="28"/>
          <w:rtl/>
        </w:rPr>
        <w:t>تمكّن</w:t>
      </w:r>
      <w:r w:rsidRPr="005C029E">
        <w:rPr>
          <w:rFonts w:ascii="Sakkal Majalla" w:hAnsi="Sakkal Majalla" w:cs="Sakkal Majalla"/>
          <w:szCs w:val="28"/>
          <w:rtl/>
        </w:rPr>
        <w:t xml:space="preserve"> </w:t>
      </w:r>
      <w:r w:rsidRPr="005C029E">
        <w:rPr>
          <w:rFonts w:ascii="Sakkal Majalla" w:hAnsi="Sakkal Majalla" w:cs="Sakkal Majalla" w:hint="cs"/>
          <w:szCs w:val="28"/>
          <w:rtl/>
        </w:rPr>
        <w:t>الجهات</w:t>
      </w:r>
      <w:r w:rsidRPr="005C029E">
        <w:rPr>
          <w:rFonts w:ascii="Sakkal Majalla" w:hAnsi="Sakkal Majalla" w:cs="Sakkal Majalla"/>
          <w:szCs w:val="28"/>
          <w:rtl/>
        </w:rPr>
        <w:t xml:space="preserve"> </w:t>
      </w:r>
      <w:r w:rsidRPr="005C029E">
        <w:rPr>
          <w:rFonts w:ascii="Sakkal Majalla" w:hAnsi="Sakkal Majalla" w:cs="Sakkal Majalla" w:hint="cs"/>
          <w:szCs w:val="28"/>
          <w:rtl/>
        </w:rPr>
        <w:t>الحكومية</w:t>
      </w:r>
      <w:r w:rsidRPr="005C029E">
        <w:rPr>
          <w:rFonts w:ascii="Sakkal Majalla" w:hAnsi="Sakkal Majalla" w:cs="Sakkal Majalla"/>
          <w:szCs w:val="28"/>
          <w:rtl/>
        </w:rPr>
        <w:t xml:space="preserve"> </w:t>
      </w:r>
      <w:r w:rsidRPr="005C029E">
        <w:rPr>
          <w:rFonts w:ascii="Sakkal Majalla" w:hAnsi="Sakkal Majalla" w:cs="Sakkal Majalla" w:hint="cs"/>
          <w:szCs w:val="28"/>
          <w:rtl/>
        </w:rPr>
        <w:t>من</w:t>
      </w:r>
      <w:r w:rsidRPr="005C029E">
        <w:rPr>
          <w:rFonts w:ascii="Sakkal Majalla" w:hAnsi="Sakkal Majalla" w:cs="Sakkal Majalla"/>
          <w:szCs w:val="28"/>
          <w:rtl/>
        </w:rPr>
        <w:t xml:space="preserve"> </w:t>
      </w:r>
      <w:r w:rsidRPr="005C029E">
        <w:rPr>
          <w:rFonts w:ascii="Sakkal Majalla" w:hAnsi="Sakkal Majalla" w:cs="Sakkal Majalla" w:hint="cs"/>
          <w:szCs w:val="28"/>
          <w:rtl/>
        </w:rPr>
        <w:t>تبني</w:t>
      </w:r>
      <w:r w:rsidRPr="005C029E">
        <w:rPr>
          <w:rFonts w:ascii="Sakkal Majalla" w:hAnsi="Sakkal Majalla" w:cs="Sakkal Majalla"/>
          <w:szCs w:val="28"/>
          <w:rtl/>
        </w:rPr>
        <w:t xml:space="preserve"> </w:t>
      </w:r>
      <w:r w:rsidRPr="005C029E">
        <w:rPr>
          <w:rFonts w:ascii="Sakkal Majalla" w:hAnsi="Sakkal Majalla" w:cs="Sakkal Majalla" w:hint="cs"/>
          <w:szCs w:val="28"/>
          <w:rtl/>
        </w:rPr>
        <w:t>الابتكار</w:t>
      </w:r>
      <w:r w:rsidRPr="005C029E">
        <w:rPr>
          <w:rFonts w:ascii="Sakkal Majalla" w:hAnsi="Sakkal Majalla" w:cs="Sakkal Majalla"/>
          <w:szCs w:val="28"/>
          <w:rtl/>
        </w:rPr>
        <w:t xml:space="preserve"> </w:t>
      </w:r>
      <w:r w:rsidRPr="005C029E">
        <w:rPr>
          <w:rFonts w:ascii="Sakkal Majalla" w:hAnsi="Sakkal Majalla" w:cs="Sakkal Majalla" w:hint="cs"/>
          <w:szCs w:val="28"/>
          <w:rtl/>
        </w:rPr>
        <w:t>واستدامته؟</w:t>
      </w:r>
    </w:p>
    <w:p w14:paraId="48929854" w14:textId="65602304" w:rsidR="005C029E" w:rsidRPr="005C029E" w:rsidRDefault="005C029E" w:rsidP="00083D43">
      <w:pPr>
        <w:numPr>
          <w:ilvl w:val="0"/>
          <w:numId w:val="10"/>
        </w:numPr>
        <w:bidi/>
        <w:spacing w:after="160" w:line="360" w:lineRule="auto"/>
        <w:rPr>
          <w:rFonts w:ascii="Sakkal Majalla" w:hAnsi="Sakkal Majalla" w:cs="Sakkal Majalla"/>
          <w:szCs w:val="28"/>
        </w:rPr>
      </w:pPr>
      <w:r w:rsidRPr="005C029E">
        <w:rPr>
          <w:rFonts w:ascii="Sakkal Majalla" w:hAnsi="Sakkal Majalla" w:cs="Sakkal Majalla" w:hint="cs"/>
          <w:szCs w:val="28"/>
          <w:rtl/>
        </w:rPr>
        <w:t>كيف</w:t>
      </w:r>
      <w:r w:rsidRPr="005C029E">
        <w:rPr>
          <w:rFonts w:ascii="Sakkal Majalla" w:hAnsi="Sakkal Majalla" w:cs="Sakkal Majalla"/>
          <w:szCs w:val="28"/>
          <w:rtl/>
        </w:rPr>
        <w:t xml:space="preserve"> </w:t>
      </w:r>
      <w:r w:rsidRPr="005C029E">
        <w:rPr>
          <w:rFonts w:ascii="Sakkal Majalla" w:hAnsi="Sakkal Majalla" w:cs="Sakkal Majalla" w:hint="cs"/>
          <w:szCs w:val="28"/>
          <w:rtl/>
        </w:rPr>
        <w:t>تسهم</w:t>
      </w:r>
      <w:r w:rsidRPr="005C029E">
        <w:rPr>
          <w:rFonts w:ascii="Sakkal Majalla" w:hAnsi="Sakkal Majalla" w:cs="Sakkal Majalla"/>
          <w:szCs w:val="28"/>
          <w:rtl/>
        </w:rPr>
        <w:t xml:space="preserve"> </w:t>
      </w:r>
      <w:r w:rsidRPr="005C029E">
        <w:rPr>
          <w:rFonts w:ascii="Sakkal Majalla" w:hAnsi="Sakkal Majalla" w:cs="Sakkal Majalla" w:hint="cs"/>
          <w:szCs w:val="28"/>
          <w:rtl/>
        </w:rPr>
        <w:t>الشركات</w:t>
      </w:r>
      <w:r w:rsidRPr="005C029E">
        <w:rPr>
          <w:rFonts w:ascii="Sakkal Majalla" w:hAnsi="Sakkal Majalla" w:cs="Sakkal Majalla"/>
          <w:szCs w:val="28"/>
          <w:rtl/>
        </w:rPr>
        <w:t xml:space="preserve"> </w:t>
      </w:r>
      <w:r w:rsidRPr="005C029E">
        <w:rPr>
          <w:rFonts w:ascii="Sakkal Majalla" w:hAnsi="Sakkal Majalla" w:cs="Sakkal Majalla" w:hint="cs"/>
          <w:szCs w:val="28"/>
          <w:rtl/>
        </w:rPr>
        <w:t>الاستشارية</w:t>
      </w:r>
      <w:r w:rsidRPr="005C029E">
        <w:rPr>
          <w:rFonts w:ascii="Sakkal Majalla" w:hAnsi="Sakkal Majalla" w:cs="Sakkal Majalla"/>
          <w:szCs w:val="28"/>
          <w:rtl/>
        </w:rPr>
        <w:t xml:space="preserve"> </w:t>
      </w:r>
      <w:r w:rsidRPr="005C029E">
        <w:rPr>
          <w:rFonts w:ascii="Sakkal Majalla" w:hAnsi="Sakkal Majalla" w:cs="Sakkal Majalla" w:hint="cs"/>
          <w:szCs w:val="28"/>
          <w:rtl/>
        </w:rPr>
        <w:t>في</w:t>
      </w:r>
      <w:r w:rsidRPr="005C029E">
        <w:rPr>
          <w:rFonts w:ascii="Sakkal Majalla" w:hAnsi="Sakkal Majalla" w:cs="Sakkal Majalla"/>
          <w:szCs w:val="28"/>
          <w:rtl/>
        </w:rPr>
        <w:t xml:space="preserve"> </w:t>
      </w:r>
      <w:r w:rsidRPr="005C029E">
        <w:rPr>
          <w:rFonts w:ascii="Sakkal Majalla" w:hAnsi="Sakkal Majalla" w:cs="Sakkal Majalla" w:hint="cs"/>
          <w:szCs w:val="28"/>
          <w:rtl/>
        </w:rPr>
        <w:t>دعم</w:t>
      </w:r>
      <w:r w:rsidRPr="005C029E">
        <w:rPr>
          <w:rFonts w:ascii="Sakkal Majalla" w:hAnsi="Sakkal Majalla" w:cs="Sakkal Majalla"/>
          <w:szCs w:val="28"/>
          <w:rtl/>
        </w:rPr>
        <w:t xml:space="preserve"> </w:t>
      </w:r>
      <w:r w:rsidRPr="005C029E">
        <w:rPr>
          <w:rFonts w:ascii="Sakkal Majalla" w:hAnsi="Sakkal Majalla" w:cs="Sakkal Majalla" w:hint="cs"/>
          <w:szCs w:val="28"/>
          <w:rtl/>
        </w:rPr>
        <w:t>الابتكار</w:t>
      </w:r>
      <w:r w:rsidRPr="005C029E">
        <w:rPr>
          <w:rFonts w:ascii="Sakkal Majalla" w:hAnsi="Sakkal Majalla" w:cs="Sakkal Majalla"/>
          <w:szCs w:val="28"/>
          <w:rtl/>
        </w:rPr>
        <w:t xml:space="preserve"> </w:t>
      </w:r>
      <w:r w:rsidRPr="005C029E">
        <w:rPr>
          <w:rFonts w:ascii="Sakkal Majalla" w:hAnsi="Sakkal Majalla" w:cs="Sakkal Majalla" w:hint="cs"/>
          <w:szCs w:val="28"/>
          <w:rtl/>
        </w:rPr>
        <w:t>ونقل</w:t>
      </w:r>
      <w:r w:rsidRPr="005C029E">
        <w:rPr>
          <w:rFonts w:ascii="Sakkal Majalla" w:hAnsi="Sakkal Majalla" w:cs="Sakkal Majalla"/>
          <w:szCs w:val="28"/>
          <w:rtl/>
        </w:rPr>
        <w:t xml:space="preserve"> </w:t>
      </w:r>
      <w:r w:rsidRPr="005C029E">
        <w:rPr>
          <w:rFonts w:ascii="Sakkal Majalla" w:hAnsi="Sakkal Majalla" w:cs="Sakkal Majalla" w:hint="cs"/>
          <w:szCs w:val="28"/>
          <w:rtl/>
        </w:rPr>
        <w:t>المعرفة</w:t>
      </w:r>
      <w:r w:rsidRPr="005C029E">
        <w:rPr>
          <w:rFonts w:ascii="Sakkal Majalla" w:hAnsi="Sakkal Majalla" w:cs="Sakkal Majalla"/>
          <w:szCs w:val="28"/>
          <w:rtl/>
        </w:rPr>
        <w:t xml:space="preserve"> </w:t>
      </w:r>
      <w:r w:rsidRPr="005C029E">
        <w:rPr>
          <w:rFonts w:ascii="Sakkal Majalla" w:hAnsi="Sakkal Majalla" w:cs="Sakkal Majalla" w:hint="cs"/>
          <w:szCs w:val="28"/>
          <w:rtl/>
        </w:rPr>
        <w:t>إلى</w:t>
      </w:r>
      <w:r w:rsidRPr="005C029E">
        <w:rPr>
          <w:rFonts w:ascii="Sakkal Majalla" w:hAnsi="Sakkal Majalla" w:cs="Sakkal Majalla"/>
          <w:szCs w:val="28"/>
          <w:rtl/>
        </w:rPr>
        <w:t xml:space="preserve"> </w:t>
      </w:r>
      <w:r w:rsidRPr="005C029E">
        <w:rPr>
          <w:rFonts w:ascii="Sakkal Majalla" w:hAnsi="Sakkal Majalla" w:cs="Sakkal Majalla" w:hint="cs"/>
          <w:szCs w:val="28"/>
          <w:rtl/>
        </w:rPr>
        <w:t>داخل</w:t>
      </w:r>
      <w:r w:rsidRPr="005C029E">
        <w:rPr>
          <w:rFonts w:ascii="Sakkal Majalla" w:hAnsi="Sakkal Majalla" w:cs="Sakkal Majalla"/>
          <w:szCs w:val="28"/>
          <w:rtl/>
        </w:rPr>
        <w:t xml:space="preserve"> </w:t>
      </w:r>
      <w:r w:rsidRPr="005C029E">
        <w:rPr>
          <w:rFonts w:ascii="Sakkal Majalla" w:hAnsi="Sakkal Majalla" w:cs="Sakkal Majalla" w:hint="cs"/>
          <w:szCs w:val="28"/>
          <w:rtl/>
        </w:rPr>
        <w:t>الجهات</w:t>
      </w:r>
      <w:r w:rsidRPr="005C029E">
        <w:rPr>
          <w:rFonts w:ascii="Sakkal Majalla" w:hAnsi="Sakkal Majalla" w:cs="Sakkal Majalla"/>
          <w:szCs w:val="28"/>
          <w:rtl/>
        </w:rPr>
        <w:t xml:space="preserve"> </w:t>
      </w:r>
      <w:r w:rsidRPr="005C029E">
        <w:rPr>
          <w:rFonts w:ascii="Sakkal Majalla" w:hAnsi="Sakkal Majalla" w:cs="Sakkal Majalla" w:hint="cs"/>
          <w:szCs w:val="28"/>
          <w:rtl/>
        </w:rPr>
        <w:t>الحكومية؟</w:t>
      </w:r>
    </w:p>
    <w:p w14:paraId="557AB18D" w14:textId="44805509" w:rsidR="005C029E" w:rsidRPr="005C029E" w:rsidRDefault="005C029E" w:rsidP="00083D43">
      <w:pPr>
        <w:numPr>
          <w:ilvl w:val="0"/>
          <w:numId w:val="10"/>
        </w:numPr>
        <w:bidi/>
        <w:spacing w:after="160" w:line="360" w:lineRule="auto"/>
        <w:rPr>
          <w:rFonts w:ascii="Sakkal Majalla" w:hAnsi="Sakkal Majalla" w:cs="Sakkal Majalla"/>
          <w:szCs w:val="28"/>
        </w:rPr>
      </w:pPr>
      <w:r w:rsidRPr="005C029E">
        <w:rPr>
          <w:rFonts w:ascii="Sakkal Majalla" w:hAnsi="Sakkal Majalla" w:cs="Sakkal Majalla" w:hint="cs"/>
          <w:szCs w:val="28"/>
          <w:rtl/>
        </w:rPr>
        <w:t>ما</w:t>
      </w:r>
      <w:r w:rsidRPr="005C029E">
        <w:rPr>
          <w:rFonts w:ascii="Sakkal Majalla" w:hAnsi="Sakkal Majalla" w:cs="Sakkal Majalla"/>
          <w:szCs w:val="28"/>
          <w:rtl/>
        </w:rPr>
        <w:t xml:space="preserve"> </w:t>
      </w:r>
      <w:r w:rsidRPr="005C029E">
        <w:rPr>
          <w:rFonts w:ascii="Sakkal Majalla" w:hAnsi="Sakkal Majalla" w:cs="Sakkal Majalla" w:hint="cs"/>
          <w:szCs w:val="28"/>
          <w:rtl/>
        </w:rPr>
        <w:t>طبيعة</w:t>
      </w:r>
      <w:r w:rsidRPr="005C029E">
        <w:rPr>
          <w:rFonts w:ascii="Sakkal Majalla" w:hAnsi="Sakkal Majalla" w:cs="Sakkal Majalla"/>
          <w:szCs w:val="28"/>
          <w:rtl/>
        </w:rPr>
        <w:t xml:space="preserve"> </w:t>
      </w:r>
      <w:r w:rsidRPr="005C029E">
        <w:rPr>
          <w:rFonts w:ascii="Sakkal Majalla" w:hAnsi="Sakkal Majalla" w:cs="Sakkal Majalla" w:hint="cs"/>
          <w:szCs w:val="28"/>
          <w:rtl/>
        </w:rPr>
        <w:t>العلاقة</w:t>
      </w:r>
      <w:r w:rsidRPr="005C029E">
        <w:rPr>
          <w:rFonts w:ascii="Sakkal Majalla" w:hAnsi="Sakkal Majalla" w:cs="Sakkal Majalla"/>
          <w:szCs w:val="28"/>
          <w:rtl/>
        </w:rPr>
        <w:t xml:space="preserve"> </w:t>
      </w:r>
      <w:r w:rsidRPr="005C029E">
        <w:rPr>
          <w:rFonts w:ascii="Sakkal Majalla" w:hAnsi="Sakkal Majalla" w:cs="Sakkal Majalla" w:hint="cs"/>
          <w:szCs w:val="28"/>
          <w:rtl/>
        </w:rPr>
        <w:t>بين</w:t>
      </w:r>
      <w:r w:rsidRPr="005C029E">
        <w:rPr>
          <w:rFonts w:ascii="Sakkal Majalla" w:hAnsi="Sakkal Majalla" w:cs="Sakkal Majalla"/>
          <w:szCs w:val="28"/>
          <w:rtl/>
        </w:rPr>
        <w:t xml:space="preserve"> </w:t>
      </w:r>
      <w:r w:rsidRPr="005C029E">
        <w:rPr>
          <w:rFonts w:ascii="Sakkal Majalla" w:hAnsi="Sakkal Majalla" w:cs="Sakkal Majalla" w:hint="cs"/>
          <w:szCs w:val="28"/>
          <w:rtl/>
        </w:rPr>
        <w:t>القدرات</w:t>
      </w:r>
      <w:r w:rsidRPr="005C029E">
        <w:rPr>
          <w:rFonts w:ascii="Sakkal Majalla" w:hAnsi="Sakkal Majalla" w:cs="Sakkal Majalla"/>
          <w:szCs w:val="28"/>
          <w:rtl/>
        </w:rPr>
        <w:t xml:space="preserve"> </w:t>
      </w:r>
      <w:r w:rsidRPr="005C029E">
        <w:rPr>
          <w:rFonts w:ascii="Sakkal Majalla" w:hAnsi="Sakkal Majalla" w:cs="Sakkal Majalla" w:hint="cs"/>
          <w:szCs w:val="28"/>
          <w:rtl/>
        </w:rPr>
        <w:t>الابتكارية</w:t>
      </w:r>
      <w:r w:rsidRPr="005C029E">
        <w:rPr>
          <w:rFonts w:ascii="Sakkal Majalla" w:hAnsi="Sakkal Majalla" w:cs="Sakkal Majalla"/>
          <w:szCs w:val="28"/>
          <w:rtl/>
        </w:rPr>
        <w:t xml:space="preserve"> </w:t>
      </w:r>
      <w:r w:rsidRPr="005C029E">
        <w:rPr>
          <w:rFonts w:ascii="Sakkal Majalla" w:hAnsi="Sakkal Majalla" w:cs="Sakkal Majalla" w:hint="cs"/>
          <w:szCs w:val="28"/>
          <w:rtl/>
        </w:rPr>
        <w:t>الداخلية</w:t>
      </w:r>
      <w:r w:rsidRPr="005C029E">
        <w:rPr>
          <w:rFonts w:ascii="Sakkal Majalla" w:hAnsi="Sakkal Majalla" w:cs="Sakkal Majalla"/>
          <w:szCs w:val="28"/>
          <w:rtl/>
        </w:rPr>
        <w:t xml:space="preserve"> </w:t>
      </w:r>
      <w:r w:rsidRPr="005C029E">
        <w:rPr>
          <w:rFonts w:ascii="Sakkal Majalla" w:hAnsi="Sakkal Majalla" w:cs="Sakkal Majalla" w:hint="cs"/>
          <w:szCs w:val="28"/>
          <w:rtl/>
        </w:rPr>
        <w:t>والدور</w:t>
      </w:r>
      <w:r w:rsidRPr="005C029E">
        <w:rPr>
          <w:rFonts w:ascii="Sakkal Majalla" w:hAnsi="Sakkal Majalla" w:cs="Sakkal Majalla"/>
          <w:szCs w:val="28"/>
          <w:rtl/>
        </w:rPr>
        <w:t xml:space="preserve"> </w:t>
      </w:r>
      <w:proofErr w:type="spellStart"/>
      <w:r w:rsidRPr="005C029E">
        <w:rPr>
          <w:rFonts w:ascii="Sakkal Majalla" w:hAnsi="Sakkal Majalla" w:cs="Sakkal Majalla" w:hint="cs"/>
          <w:szCs w:val="28"/>
          <w:rtl/>
        </w:rPr>
        <w:t>التمكيني</w:t>
      </w:r>
      <w:proofErr w:type="spellEnd"/>
      <w:r w:rsidRPr="005C029E">
        <w:rPr>
          <w:rFonts w:ascii="Sakkal Majalla" w:hAnsi="Sakkal Majalla" w:cs="Sakkal Majalla"/>
          <w:szCs w:val="28"/>
          <w:rtl/>
        </w:rPr>
        <w:t xml:space="preserve"> </w:t>
      </w:r>
      <w:r w:rsidRPr="005C029E">
        <w:rPr>
          <w:rFonts w:ascii="Sakkal Majalla" w:hAnsi="Sakkal Majalla" w:cs="Sakkal Majalla" w:hint="cs"/>
          <w:szCs w:val="28"/>
          <w:rtl/>
        </w:rPr>
        <w:t>الخارجي</w:t>
      </w:r>
      <w:r w:rsidRPr="005C029E">
        <w:rPr>
          <w:rFonts w:ascii="Sakkal Majalla" w:hAnsi="Sakkal Majalla" w:cs="Sakkal Majalla"/>
          <w:szCs w:val="28"/>
          <w:rtl/>
        </w:rPr>
        <w:t xml:space="preserve"> </w:t>
      </w:r>
      <w:r w:rsidRPr="005C029E">
        <w:rPr>
          <w:rFonts w:ascii="Sakkal Majalla" w:hAnsi="Sakkal Majalla" w:cs="Sakkal Majalla" w:hint="cs"/>
          <w:szCs w:val="28"/>
          <w:rtl/>
        </w:rPr>
        <w:t>في</w:t>
      </w:r>
      <w:r w:rsidRPr="005C029E">
        <w:rPr>
          <w:rFonts w:ascii="Sakkal Majalla" w:hAnsi="Sakkal Majalla" w:cs="Sakkal Majalla"/>
          <w:szCs w:val="28"/>
          <w:rtl/>
        </w:rPr>
        <w:t xml:space="preserve"> </w:t>
      </w:r>
      <w:r w:rsidRPr="005C029E">
        <w:rPr>
          <w:rFonts w:ascii="Sakkal Majalla" w:hAnsi="Sakkal Majalla" w:cs="Sakkal Majalla" w:hint="cs"/>
          <w:szCs w:val="28"/>
          <w:rtl/>
        </w:rPr>
        <w:t>تحقيق</w:t>
      </w:r>
      <w:r w:rsidRPr="005C029E">
        <w:rPr>
          <w:rFonts w:ascii="Sakkal Majalla" w:hAnsi="Sakkal Majalla" w:cs="Sakkal Majalla"/>
          <w:szCs w:val="28"/>
          <w:rtl/>
        </w:rPr>
        <w:t xml:space="preserve"> </w:t>
      </w:r>
      <w:r w:rsidRPr="005C029E">
        <w:rPr>
          <w:rFonts w:ascii="Sakkal Majalla" w:hAnsi="Sakkal Majalla" w:cs="Sakkal Majalla" w:hint="cs"/>
          <w:szCs w:val="28"/>
          <w:rtl/>
        </w:rPr>
        <w:t>استدامة</w:t>
      </w:r>
      <w:r w:rsidRPr="005C029E">
        <w:rPr>
          <w:rFonts w:ascii="Sakkal Majalla" w:hAnsi="Sakkal Majalla" w:cs="Sakkal Majalla"/>
          <w:szCs w:val="28"/>
          <w:rtl/>
        </w:rPr>
        <w:t xml:space="preserve"> </w:t>
      </w:r>
      <w:r w:rsidRPr="005C029E">
        <w:rPr>
          <w:rFonts w:ascii="Sakkal Majalla" w:hAnsi="Sakkal Majalla" w:cs="Sakkal Majalla" w:hint="cs"/>
          <w:szCs w:val="28"/>
          <w:rtl/>
        </w:rPr>
        <w:t>الابتكار</w:t>
      </w:r>
      <w:r w:rsidRPr="005C029E">
        <w:rPr>
          <w:rFonts w:ascii="Sakkal Majalla" w:hAnsi="Sakkal Majalla" w:cs="Sakkal Majalla"/>
          <w:szCs w:val="28"/>
          <w:rtl/>
        </w:rPr>
        <w:t xml:space="preserve"> </w:t>
      </w:r>
      <w:r w:rsidRPr="005C029E">
        <w:rPr>
          <w:rFonts w:ascii="Sakkal Majalla" w:hAnsi="Sakkal Majalla" w:cs="Sakkal Majalla" w:hint="cs"/>
          <w:szCs w:val="28"/>
          <w:rtl/>
        </w:rPr>
        <w:t>الحكومي؟</w:t>
      </w:r>
    </w:p>
    <w:p w14:paraId="43C661FA" w14:textId="5EFA52ED" w:rsidR="00037438" w:rsidRDefault="005C029E" w:rsidP="00083D43">
      <w:pPr>
        <w:numPr>
          <w:ilvl w:val="0"/>
          <w:numId w:val="10"/>
        </w:numPr>
        <w:bidi/>
        <w:spacing w:after="160" w:line="360" w:lineRule="auto"/>
        <w:rPr>
          <w:rFonts w:ascii="Sakkal Majalla" w:hAnsi="Sakkal Majalla" w:cs="Sakkal Majalla"/>
          <w:rtl/>
        </w:rPr>
      </w:pPr>
      <w:r w:rsidRPr="005C029E">
        <w:rPr>
          <w:rFonts w:ascii="Sakkal Majalla" w:hAnsi="Sakkal Majalla" w:cs="Sakkal Majalla" w:hint="cs"/>
          <w:szCs w:val="28"/>
          <w:rtl/>
        </w:rPr>
        <w:t>ما</w:t>
      </w:r>
      <w:r w:rsidRPr="005C029E">
        <w:rPr>
          <w:rFonts w:ascii="Sakkal Majalla" w:hAnsi="Sakkal Majalla" w:cs="Sakkal Majalla"/>
          <w:szCs w:val="28"/>
          <w:rtl/>
        </w:rPr>
        <w:t xml:space="preserve"> </w:t>
      </w:r>
      <w:r w:rsidRPr="005C029E">
        <w:rPr>
          <w:rFonts w:ascii="Sakkal Majalla" w:hAnsi="Sakkal Majalla" w:cs="Sakkal Majalla" w:hint="cs"/>
          <w:szCs w:val="28"/>
          <w:rtl/>
        </w:rPr>
        <w:t>الخصائص</w:t>
      </w:r>
      <w:r w:rsidRPr="005C029E">
        <w:rPr>
          <w:rFonts w:ascii="Sakkal Majalla" w:hAnsi="Sakkal Majalla" w:cs="Sakkal Majalla"/>
          <w:szCs w:val="28"/>
          <w:rtl/>
        </w:rPr>
        <w:t xml:space="preserve"> </w:t>
      </w:r>
      <w:r w:rsidRPr="005C029E">
        <w:rPr>
          <w:rFonts w:ascii="Sakkal Majalla" w:hAnsi="Sakkal Majalla" w:cs="Sakkal Majalla" w:hint="cs"/>
          <w:szCs w:val="28"/>
          <w:rtl/>
        </w:rPr>
        <w:t>التي</w:t>
      </w:r>
      <w:r w:rsidRPr="005C029E">
        <w:rPr>
          <w:rFonts w:ascii="Sakkal Majalla" w:hAnsi="Sakkal Majalla" w:cs="Sakkal Majalla"/>
          <w:szCs w:val="28"/>
          <w:rtl/>
        </w:rPr>
        <w:t xml:space="preserve"> </w:t>
      </w:r>
      <w:r w:rsidRPr="005C029E">
        <w:rPr>
          <w:rFonts w:ascii="Sakkal Majalla" w:hAnsi="Sakkal Majalla" w:cs="Sakkal Majalla" w:hint="cs"/>
          <w:szCs w:val="28"/>
          <w:rtl/>
        </w:rPr>
        <w:t>يجب</w:t>
      </w:r>
      <w:r w:rsidRPr="005C029E">
        <w:rPr>
          <w:rFonts w:ascii="Sakkal Majalla" w:hAnsi="Sakkal Majalla" w:cs="Sakkal Majalla"/>
          <w:szCs w:val="28"/>
          <w:rtl/>
        </w:rPr>
        <w:t xml:space="preserve"> </w:t>
      </w:r>
      <w:r w:rsidRPr="005C029E">
        <w:rPr>
          <w:rFonts w:ascii="Sakkal Majalla" w:hAnsi="Sakkal Majalla" w:cs="Sakkal Majalla" w:hint="cs"/>
          <w:szCs w:val="28"/>
          <w:rtl/>
        </w:rPr>
        <w:t>أن</w:t>
      </w:r>
      <w:r w:rsidRPr="005C029E">
        <w:rPr>
          <w:rFonts w:ascii="Sakkal Majalla" w:hAnsi="Sakkal Majalla" w:cs="Sakkal Majalla"/>
          <w:szCs w:val="28"/>
          <w:rtl/>
        </w:rPr>
        <w:t xml:space="preserve"> </w:t>
      </w:r>
      <w:r w:rsidRPr="005C029E">
        <w:rPr>
          <w:rFonts w:ascii="Sakkal Majalla" w:hAnsi="Sakkal Majalla" w:cs="Sakkal Majalla" w:hint="cs"/>
          <w:szCs w:val="28"/>
          <w:rtl/>
        </w:rPr>
        <w:t>يتضمنها</w:t>
      </w:r>
      <w:r w:rsidRPr="005C029E">
        <w:rPr>
          <w:rFonts w:ascii="Sakkal Majalla" w:hAnsi="Sakkal Majalla" w:cs="Sakkal Majalla"/>
          <w:szCs w:val="28"/>
          <w:rtl/>
        </w:rPr>
        <w:t xml:space="preserve"> </w:t>
      </w:r>
      <w:r w:rsidRPr="005C029E">
        <w:rPr>
          <w:rFonts w:ascii="Sakkal Majalla" w:hAnsi="Sakkal Majalla" w:cs="Sakkal Majalla" w:hint="cs"/>
          <w:szCs w:val="28"/>
          <w:rtl/>
        </w:rPr>
        <w:t>نموذج</w:t>
      </w:r>
      <w:r w:rsidRPr="005C029E">
        <w:rPr>
          <w:rFonts w:ascii="Sakkal Majalla" w:hAnsi="Sakkal Majalla" w:cs="Sakkal Majalla"/>
          <w:szCs w:val="28"/>
          <w:rtl/>
        </w:rPr>
        <w:t xml:space="preserve"> </w:t>
      </w:r>
      <w:r w:rsidRPr="005C029E">
        <w:rPr>
          <w:rFonts w:ascii="Sakkal Majalla" w:hAnsi="Sakkal Majalla" w:cs="Sakkal Majalla" w:hint="cs"/>
          <w:szCs w:val="28"/>
          <w:rtl/>
        </w:rPr>
        <w:t>تكاملي</w:t>
      </w:r>
      <w:r w:rsidRPr="005C029E">
        <w:rPr>
          <w:rFonts w:ascii="Sakkal Majalla" w:hAnsi="Sakkal Majalla" w:cs="Sakkal Majalla"/>
          <w:szCs w:val="28"/>
          <w:rtl/>
        </w:rPr>
        <w:t xml:space="preserve"> </w:t>
      </w:r>
      <w:r w:rsidRPr="005C029E">
        <w:rPr>
          <w:rFonts w:ascii="Sakkal Majalla" w:hAnsi="Sakkal Majalla" w:cs="Sakkal Majalla" w:hint="cs"/>
          <w:szCs w:val="28"/>
          <w:rtl/>
        </w:rPr>
        <w:t>فعال</w:t>
      </w:r>
      <w:r w:rsidRPr="005C029E">
        <w:rPr>
          <w:rFonts w:ascii="Sakkal Majalla" w:hAnsi="Sakkal Majalla" w:cs="Sakkal Majalla"/>
          <w:szCs w:val="28"/>
          <w:rtl/>
        </w:rPr>
        <w:t xml:space="preserve"> </w:t>
      </w:r>
      <w:r w:rsidRPr="005C029E">
        <w:rPr>
          <w:rFonts w:ascii="Sakkal Majalla" w:hAnsi="Sakkal Majalla" w:cs="Sakkal Majalla" w:hint="cs"/>
          <w:szCs w:val="28"/>
          <w:rtl/>
        </w:rPr>
        <w:t>يعزز</w:t>
      </w:r>
      <w:r w:rsidRPr="005C029E">
        <w:rPr>
          <w:rFonts w:ascii="Sakkal Majalla" w:hAnsi="Sakkal Majalla" w:cs="Sakkal Majalla"/>
          <w:szCs w:val="28"/>
          <w:rtl/>
        </w:rPr>
        <w:t xml:space="preserve"> </w:t>
      </w:r>
      <w:r w:rsidRPr="005C029E">
        <w:rPr>
          <w:rFonts w:ascii="Sakkal Majalla" w:hAnsi="Sakkal Majalla" w:cs="Sakkal Majalla" w:hint="cs"/>
          <w:szCs w:val="28"/>
          <w:rtl/>
        </w:rPr>
        <w:t>استدامة</w:t>
      </w:r>
      <w:r w:rsidRPr="005C029E">
        <w:rPr>
          <w:rFonts w:ascii="Sakkal Majalla" w:hAnsi="Sakkal Majalla" w:cs="Sakkal Majalla"/>
          <w:szCs w:val="28"/>
          <w:rtl/>
        </w:rPr>
        <w:t xml:space="preserve"> </w:t>
      </w:r>
      <w:r w:rsidRPr="005C029E">
        <w:rPr>
          <w:rFonts w:ascii="Sakkal Majalla" w:hAnsi="Sakkal Majalla" w:cs="Sakkal Majalla" w:hint="cs"/>
          <w:szCs w:val="28"/>
          <w:rtl/>
        </w:rPr>
        <w:t>الابتكار</w:t>
      </w:r>
      <w:r w:rsidRPr="005C029E">
        <w:rPr>
          <w:rFonts w:ascii="Sakkal Majalla" w:hAnsi="Sakkal Majalla" w:cs="Sakkal Majalla"/>
          <w:szCs w:val="28"/>
          <w:rtl/>
        </w:rPr>
        <w:t xml:space="preserve"> </w:t>
      </w:r>
      <w:r w:rsidRPr="005C029E">
        <w:rPr>
          <w:rFonts w:ascii="Sakkal Majalla" w:hAnsi="Sakkal Majalla" w:cs="Sakkal Majalla" w:hint="cs"/>
          <w:szCs w:val="28"/>
          <w:rtl/>
        </w:rPr>
        <w:t>من</w:t>
      </w:r>
      <w:r w:rsidRPr="005C029E">
        <w:rPr>
          <w:rFonts w:ascii="Sakkal Majalla" w:hAnsi="Sakkal Majalla" w:cs="Sakkal Majalla"/>
          <w:szCs w:val="28"/>
          <w:rtl/>
        </w:rPr>
        <w:t xml:space="preserve"> </w:t>
      </w:r>
      <w:r w:rsidRPr="005C029E">
        <w:rPr>
          <w:rFonts w:ascii="Sakkal Majalla" w:hAnsi="Sakkal Majalla" w:cs="Sakkal Majalla" w:hint="cs"/>
          <w:szCs w:val="28"/>
          <w:rtl/>
        </w:rPr>
        <w:t>خلال</w:t>
      </w:r>
      <w:r w:rsidRPr="005C029E">
        <w:rPr>
          <w:rFonts w:ascii="Sakkal Majalla" w:hAnsi="Sakkal Majalla" w:cs="Sakkal Majalla"/>
          <w:szCs w:val="28"/>
          <w:rtl/>
        </w:rPr>
        <w:t xml:space="preserve"> </w:t>
      </w:r>
      <w:r w:rsidRPr="005C029E">
        <w:rPr>
          <w:rFonts w:ascii="Sakkal Majalla" w:hAnsi="Sakkal Majalla" w:cs="Sakkal Majalla" w:hint="cs"/>
          <w:szCs w:val="28"/>
          <w:rtl/>
        </w:rPr>
        <w:t>التكامل</w:t>
      </w:r>
      <w:r w:rsidRPr="005C029E">
        <w:rPr>
          <w:rFonts w:ascii="Sakkal Majalla" w:hAnsi="Sakkal Majalla" w:cs="Sakkal Majalla"/>
          <w:szCs w:val="28"/>
          <w:rtl/>
        </w:rPr>
        <w:t xml:space="preserve"> </w:t>
      </w:r>
      <w:r w:rsidRPr="005C029E">
        <w:rPr>
          <w:rFonts w:ascii="Sakkal Majalla" w:hAnsi="Sakkal Majalla" w:cs="Sakkal Majalla" w:hint="cs"/>
          <w:szCs w:val="28"/>
          <w:rtl/>
        </w:rPr>
        <w:t>بين</w:t>
      </w:r>
      <w:r w:rsidRPr="005C029E">
        <w:rPr>
          <w:rFonts w:ascii="Sakkal Majalla" w:hAnsi="Sakkal Majalla" w:cs="Sakkal Majalla"/>
          <w:szCs w:val="28"/>
          <w:rtl/>
        </w:rPr>
        <w:t xml:space="preserve"> </w:t>
      </w:r>
      <w:r w:rsidRPr="005C029E">
        <w:rPr>
          <w:rFonts w:ascii="Sakkal Majalla" w:hAnsi="Sakkal Majalla" w:cs="Sakkal Majalla" w:hint="cs"/>
          <w:szCs w:val="28"/>
          <w:rtl/>
        </w:rPr>
        <w:t>الداخل</w:t>
      </w:r>
      <w:r w:rsidRPr="005C029E">
        <w:rPr>
          <w:rFonts w:ascii="Sakkal Majalla" w:hAnsi="Sakkal Majalla" w:cs="Sakkal Majalla"/>
          <w:szCs w:val="28"/>
          <w:rtl/>
        </w:rPr>
        <w:t xml:space="preserve"> </w:t>
      </w:r>
      <w:r w:rsidRPr="005C029E">
        <w:rPr>
          <w:rFonts w:ascii="Sakkal Majalla" w:hAnsi="Sakkal Majalla" w:cs="Sakkal Majalla" w:hint="cs"/>
          <w:szCs w:val="28"/>
          <w:rtl/>
        </w:rPr>
        <w:t>المؤسسي</w:t>
      </w:r>
      <w:r w:rsidRPr="005C029E">
        <w:rPr>
          <w:rFonts w:ascii="Sakkal Majalla" w:hAnsi="Sakkal Majalla" w:cs="Sakkal Majalla"/>
          <w:szCs w:val="28"/>
          <w:rtl/>
        </w:rPr>
        <w:t xml:space="preserve"> </w:t>
      </w:r>
      <w:r w:rsidRPr="005C029E">
        <w:rPr>
          <w:rFonts w:ascii="Sakkal Majalla" w:hAnsi="Sakkal Majalla" w:cs="Sakkal Majalla" w:hint="cs"/>
          <w:szCs w:val="28"/>
          <w:rtl/>
        </w:rPr>
        <w:t>والدعم</w:t>
      </w:r>
      <w:r w:rsidRPr="005C029E">
        <w:rPr>
          <w:rFonts w:ascii="Sakkal Majalla" w:hAnsi="Sakkal Majalla" w:cs="Sakkal Majalla"/>
          <w:szCs w:val="28"/>
          <w:rtl/>
        </w:rPr>
        <w:t xml:space="preserve"> </w:t>
      </w:r>
      <w:r w:rsidRPr="005C029E">
        <w:rPr>
          <w:rFonts w:ascii="Sakkal Majalla" w:hAnsi="Sakkal Majalla" w:cs="Sakkal Majalla" w:hint="cs"/>
          <w:szCs w:val="28"/>
          <w:rtl/>
        </w:rPr>
        <w:t>الخارجي</w:t>
      </w:r>
      <w:r w:rsidRPr="005C029E">
        <w:rPr>
          <w:rFonts w:ascii="Sakkal Majalla" w:hAnsi="Sakkal Majalla" w:cs="Sakkal Majalla"/>
          <w:szCs w:val="28"/>
          <w:rtl/>
        </w:rPr>
        <w:t xml:space="preserve"> </w:t>
      </w:r>
      <w:r w:rsidRPr="005C029E">
        <w:rPr>
          <w:rFonts w:ascii="Sakkal Majalla" w:hAnsi="Sakkal Majalla" w:cs="Sakkal Majalla" w:hint="cs"/>
          <w:szCs w:val="28"/>
          <w:rtl/>
        </w:rPr>
        <w:t>في</w:t>
      </w:r>
      <w:r w:rsidRPr="005C029E">
        <w:rPr>
          <w:rFonts w:ascii="Sakkal Majalla" w:hAnsi="Sakkal Majalla" w:cs="Sakkal Majalla"/>
          <w:szCs w:val="28"/>
          <w:rtl/>
        </w:rPr>
        <w:t xml:space="preserve"> </w:t>
      </w:r>
      <w:r w:rsidRPr="005C029E">
        <w:rPr>
          <w:rFonts w:ascii="Sakkal Majalla" w:hAnsi="Sakkal Majalla" w:cs="Sakkal Majalla" w:hint="cs"/>
          <w:szCs w:val="28"/>
          <w:rtl/>
        </w:rPr>
        <w:t>السياق</w:t>
      </w:r>
      <w:r w:rsidRPr="005C029E">
        <w:rPr>
          <w:rFonts w:ascii="Sakkal Majalla" w:hAnsi="Sakkal Majalla" w:cs="Sakkal Majalla"/>
          <w:szCs w:val="28"/>
          <w:rtl/>
        </w:rPr>
        <w:t xml:space="preserve"> </w:t>
      </w:r>
      <w:r w:rsidRPr="005C029E">
        <w:rPr>
          <w:rFonts w:ascii="Sakkal Majalla" w:hAnsi="Sakkal Majalla" w:cs="Sakkal Majalla" w:hint="cs"/>
          <w:szCs w:val="28"/>
          <w:rtl/>
        </w:rPr>
        <w:t>الحكومي</w:t>
      </w:r>
      <w:r w:rsidRPr="005C029E">
        <w:rPr>
          <w:rFonts w:ascii="Sakkal Majalla" w:hAnsi="Sakkal Majalla" w:cs="Sakkal Majalla"/>
          <w:szCs w:val="28"/>
          <w:rtl/>
        </w:rPr>
        <w:t xml:space="preserve"> </w:t>
      </w:r>
      <w:r w:rsidRPr="005C029E">
        <w:rPr>
          <w:rFonts w:ascii="Sakkal Majalla" w:hAnsi="Sakkal Majalla" w:cs="Sakkal Majalla" w:hint="cs"/>
          <w:szCs w:val="28"/>
          <w:rtl/>
        </w:rPr>
        <w:t>السعودي؟</w:t>
      </w:r>
    </w:p>
    <w:p w14:paraId="531C31DC" w14:textId="77777777" w:rsidR="00070DF8" w:rsidRDefault="00070DF8" w:rsidP="00083D43">
      <w:pPr>
        <w:bidi/>
        <w:spacing w:line="360" w:lineRule="auto"/>
        <w:rPr>
          <w:rFonts w:ascii="Sakkal Majalla" w:hAnsi="Sakkal Majalla" w:cs="Sakkal Majalla"/>
          <w:rtl/>
        </w:rPr>
      </w:pPr>
    </w:p>
    <w:p w14:paraId="675299F3" w14:textId="77777777" w:rsidR="00070DF8" w:rsidRDefault="00070DF8" w:rsidP="00083D43">
      <w:pPr>
        <w:bidi/>
        <w:spacing w:line="360" w:lineRule="auto"/>
        <w:rPr>
          <w:rFonts w:ascii="Sakkal Majalla" w:hAnsi="Sakkal Majalla" w:cs="Sakkal Majalla"/>
          <w:rtl/>
        </w:rPr>
      </w:pPr>
    </w:p>
    <w:p w14:paraId="12A6AE7B" w14:textId="77777777" w:rsidR="00070DF8" w:rsidRDefault="00070DF8" w:rsidP="00083D43">
      <w:pPr>
        <w:bidi/>
        <w:spacing w:line="360" w:lineRule="auto"/>
        <w:rPr>
          <w:rFonts w:ascii="Sakkal Majalla" w:hAnsi="Sakkal Majalla" w:cs="Sakkal Majalla"/>
          <w:rtl/>
        </w:rPr>
      </w:pPr>
    </w:p>
    <w:p w14:paraId="1B105F91" w14:textId="77777777" w:rsidR="00070DF8" w:rsidRDefault="00070DF8" w:rsidP="00083D43">
      <w:pPr>
        <w:bidi/>
        <w:spacing w:line="360" w:lineRule="auto"/>
        <w:rPr>
          <w:rFonts w:ascii="Sakkal Majalla" w:hAnsi="Sakkal Majalla" w:cs="Sakkal Majalla"/>
          <w:rtl/>
        </w:rPr>
      </w:pPr>
    </w:p>
    <w:p w14:paraId="4CEE53EC" w14:textId="77777777" w:rsidR="00070DF8" w:rsidRDefault="00070DF8" w:rsidP="00083D43">
      <w:pPr>
        <w:bidi/>
        <w:spacing w:line="360" w:lineRule="auto"/>
        <w:rPr>
          <w:rFonts w:ascii="Sakkal Majalla" w:hAnsi="Sakkal Majalla" w:cs="Sakkal Majalla"/>
          <w:rtl/>
        </w:rPr>
      </w:pPr>
    </w:p>
    <w:p w14:paraId="6B20001B" w14:textId="77777777" w:rsidR="00070DF8" w:rsidRDefault="00070DF8" w:rsidP="00083D43">
      <w:pPr>
        <w:bidi/>
        <w:spacing w:line="360" w:lineRule="auto"/>
        <w:rPr>
          <w:rFonts w:ascii="Sakkal Majalla" w:hAnsi="Sakkal Majalla" w:cs="Sakkal Majalla"/>
          <w:rtl/>
        </w:rPr>
      </w:pPr>
    </w:p>
    <w:p w14:paraId="334C2AAB" w14:textId="77777777" w:rsidR="00070DF8" w:rsidRDefault="00070DF8" w:rsidP="00083D43">
      <w:pPr>
        <w:bidi/>
        <w:spacing w:line="360" w:lineRule="auto"/>
        <w:rPr>
          <w:rFonts w:ascii="Sakkal Majalla" w:hAnsi="Sakkal Majalla" w:cs="Sakkal Majalla"/>
          <w:rtl/>
        </w:rPr>
      </w:pPr>
    </w:p>
    <w:p w14:paraId="021C6A25" w14:textId="77777777" w:rsidR="00070DF8" w:rsidRDefault="00070DF8" w:rsidP="00083D43">
      <w:pPr>
        <w:bidi/>
        <w:spacing w:line="360" w:lineRule="auto"/>
        <w:rPr>
          <w:rFonts w:ascii="Sakkal Majalla" w:hAnsi="Sakkal Majalla" w:cs="Sakkal Majalla"/>
          <w:rtl/>
        </w:rPr>
      </w:pPr>
    </w:p>
    <w:p w14:paraId="5C654243" w14:textId="77777777" w:rsidR="00070DF8" w:rsidRDefault="00070DF8" w:rsidP="00083D43">
      <w:pPr>
        <w:bidi/>
        <w:spacing w:line="360" w:lineRule="auto"/>
        <w:rPr>
          <w:rFonts w:ascii="Sakkal Majalla" w:hAnsi="Sakkal Majalla" w:cs="Sakkal Majalla"/>
          <w:rtl/>
        </w:rPr>
      </w:pPr>
    </w:p>
    <w:p w14:paraId="668AF8F2" w14:textId="77777777" w:rsidR="00070DF8" w:rsidRDefault="00070DF8" w:rsidP="00083D43">
      <w:pPr>
        <w:bidi/>
        <w:spacing w:line="360" w:lineRule="auto"/>
        <w:rPr>
          <w:rFonts w:ascii="Sakkal Majalla" w:hAnsi="Sakkal Majalla" w:cs="Sakkal Majalla"/>
          <w:rtl/>
        </w:rPr>
      </w:pPr>
    </w:p>
    <w:p w14:paraId="6713054D" w14:textId="77777777" w:rsidR="00070DF8" w:rsidRDefault="00070DF8" w:rsidP="00083D43">
      <w:pPr>
        <w:bidi/>
        <w:spacing w:line="360" w:lineRule="auto"/>
        <w:rPr>
          <w:rFonts w:ascii="Sakkal Majalla" w:hAnsi="Sakkal Majalla" w:cs="Sakkal Majalla"/>
          <w:sz w:val="72"/>
          <w:szCs w:val="72"/>
          <w:rtl/>
        </w:rPr>
      </w:pPr>
    </w:p>
    <w:p w14:paraId="4975F5B0" w14:textId="77777777" w:rsidR="005E174E" w:rsidRDefault="005E174E" w:rsidP="00C262F6">
      <w:pPr>
        <w:bidi/>
        <w:spacing w:line="360" w:lineRule="auto"/>
        <w:jc w:val="center"/>
        <w:rPr>
          <w:rFonts w:ascii="Sakkal Majalla" w:hAnsi="Sakkal Majalla" w:cs="Sakkal Majalla"/>
          <w:sz w:val="72"/>
          <w:szCs w:val="72"/>
          <w:rtl/>
        </w:rPr>
      </w:pPr>
    </w:p>
    <w:p w14:paraId="017B7584" w14:textId="33511A98" w:rsidR="00070DF8" w:rsidRPr="00070DF8" w:rsidRDefault="00070DF8" w:rsidP="005E174E">
      <w:pPr>
        <w:bidi/>
        <w:spacing w:line="360" w:lineRule="auto"/>
        <w:jc w:val="center"/>
        <w:rPr>
          <w:rFonts w:ascii="Sakkal Majalla" w:hAnsi="Sakkal Majalla" w:cs="Sakkal Majalla"/>
          <w:sz w:val="72"/>
          <w:szCs w:val="72"/>
          <w:rtl/>
        </w:rPr>
      </w:pPr>
      <w:r w:rsidRPr="00070DF8">
        <w:rPr>
          <w:rFonts w:ascii="Sakkal Majalla" w:hAnsi="Sakkal Majalla" w:cs="Sakkal Majalla" w:hint="cs"/>
          <w:sz w:val="72"/>
          <w:szCs w:val="72"/>
          <w:rtl/>
        </w:rPr>
        <w:t>الفصل الثاني</w:t>
      </w:r>
    </w:p>
    <w:p w14:paraId="61FA0BD6" w14:textId="493AAC37" w:rsidR="00CB12F5" w:rsidRPr="00070DF8" w:rsidRDefault="00D866F6" w:rsidP="00C262F6">
      <w:pPr>
        <w:bidi/>
        <w:spacing w:line="360" w:lineRule="auto"/>
        <w:jc w:val="center"/>
        <w:rPr>
          <w:rFonts w:ascii="Sakkal Majalla" w:hAnsi="Sakkal Majalla" w:cs="Sakkal Majalla"/>
          <w:sz w:val="72"/>
          <w:szCs w:val="72"/>
          <w:rtl/>
        </w:rPr>
      </w:pPr>
      <w:proofErr w:type="spellStart"/>
      <w:r w:rsidRPr="00070DF8">
        <w:rPr>
          <w:rFonts w:ascii="Sakkal Majalla" w:hAnsi="Sakkal Majalla" w:cs="Sakkal Majalla"/>
          <w:sz w:val="72"/>
          <w:szCs w:val="72"/>
        </w:rPr>
        <w:t>الدراسات</w:t>
      </w:r>
      <w:proofErr w:type="spellEnd"/>
      <w:r w:rsidRPr="00070DF8">
        <w:rPr>
          <w:rFonts w:ascii="Sakkal Majalla" w:hAnsi="Sakkal Majalla" w:cs="Sakkal Majalla"/>
          <w:sz w:val="72"/>
          <w:szCs w:val="72"/>
        </w:rPr>
        <w:t xml:space="preserve"> </w:t>
      </w:r>
      <w:proofErr w:type="spellStart"/>
      <w:r w:rsidRPr="00070DF8">
        <w:rPr>
          <w:rFonts w:ascii="Sakkal Majalla" w:hAnsi="Sakkal Majalla" w:cs="Sakkal Majalla"/>
          <w:sz w:val="72"/>
          <w:szCs w:val="72"/>
        </w:rPr>
        <w:t>السابقة</w:t>
      </w:r>
      <w:proofErr w:type="spellEnd"/>
      <w:r w:rsidRPr="00070DF8">
        <w:rPr>
          <w:rFonts w:ascii="Sakkal Majalla" w:hAnsi="Sakkal Majalla" w:cs="Sakkal Majalla"/>
          <w:sz w:val="72"/>
          <w:szCs w:val="72"/>
        </w:rPr>
        <w:t xml:space="preserve"> </w:t>
      </w:r>
      <w:proofErr w:type="spellStart"/>
      <w:r w:rsidRPr="00070DF8">
        <w:rPr>
          <w:rFonts w:ascii="Sakkal Majalla" w:hAnsi="Sakkal Majalla" w:cs="Sakkal Majalla"/>
          <w:sz w:val="72"/>
          <w:szCs w:val="72"/>
        </w:rPr>
        <w:t>والإطار</w:t>
      </w:r>
      <w:proofErr w:type="spellEnd"/>
      <w:r w:rsidRPr="00070DF8">
        <w:rPr>
          <w:rFonts w:ascii="Sakkal Majalla" w:hAnsi="Sakkal Majalla" w:cs="Sakkal Majalla"/>
          <w:sz w:val="72"/>
          <w:szCs w:val="72"/>
        </w:rPr>
        <w:t xml:space="preserve"> </w:t>
      </w:r>
      <w:proofErr w:type="spellStart"/>
      <w:r w:rsidRPr="00070DF8">
        <w:rPr>
          <w:rFonts w:ascii="Sakkal Majalla" w:hAnsi="Sakkal Majalla" w:cs="Sakkal Majalla"/>
          <w:sz w:val="72"/>
          <w:szCs w:val="72"/>
        </w:rPr>
        <w:t>النظري</w:t>
      </w:r>
      <w:proofErr w:type="spellEnd"/>
    </w:p>
    <w:p w14:paraId="5A1D5894" w14:textId="77777777" w:rsidR="00070DF8" w:rsidRDefault="00070DF8" w:rsidP="00083D43">
      <w:pPr>
        <w:bidi/>
        <w:spacing w:line="360" w:lineRule="auto"/>
        <w:rPr>
          <w:rFonts w:ascii="Sakkal Majalla" w:hAnsi="Sakkal Majalla" w:cs="Sakkal Majalla"/>
          <w:b/>
          <w:bCs/>
          <w:sz w:val="40"/>
          <w:szCs w:val="32"/>
          <w:rtl/>
        </w:rPr>
      </w:pPr>
    </w:p>
    <w:p w14:paraId="41421CEE" w14:textId="77777777" w:rsidR="00070DF8" w:rsidRDefault="00070DF8" w:rsidP="00083D43">
      <w:pPr>
        <w:bidi/>
        <w:spacing w:line="360" w:lineRule="auto"/>
        <w:rPr>
          <w:rFonts w:ascii="Sakkal Majalla" w:hAnsi="Sakkal Majalla" w:cs="Sakkal Majalla"/>
          <w:b/>
          <w:bCs/>
          <w:sz w:val="40"/>
          <w:szCs w:val="32"/>
          <w:rtl/>
        </w:rPr>
      </w:pPr>
    </w:p>
    <w:p w14:paraId="537C29EF" w14:textId="77777777" w:rsidR="000159C9" w:rsidRDefault="000159C9" w:rsidP="00083D43">
      <w:pPr>
        <w:bidi/>
        <w:spacing w:line="360" w:lineRule="auto"/>
        <w:rPr>
          <w:rFonts w:ascii="Sakkal Majalla" w:hAnsi="Sakkal Majalla" w:cs="Sakkal Majalla"/>
          <w:b/>
          <w:bCs/>
          <w:sz w:val="40"/>
          <w:szCs w:val="32"/>
          <w:rtl/>
        </w:rPr>
      </w:pPr>
    </w:p>
    <w:p w14:paraId="0694331C" w14:textId="77777777" w:rsidR="000159C9" w:rsidRDefault="000159C9" w:rsidP="00083D43">
      <w:pPr>
        <w:bidi/>
        <w:spacing w:line="360" w:lineRule="auto"/>
        <w:rPr>
          <w:rFonts w:ascii="Sakkal Majalla" w:hAnsi="Sakkal Majalla" w:cs="Sakkal Majalla"/>
          <w:b/>
          <w:bCs/>
          <w:sz w:val="40"/>
          <w:szCs w:val="32"/>
          <w:rtl/>
        </w:rPr>
      </w:pPr>
    </w:p>
    <w:p w14:paraId="676387CA" w14:textId="77777777" w:rsidR="00070DF8" w:rsidRDefault="00070DF8" w:rsidP="00083D43">
      <w:pPr>
        <w:bidi/>
        <w:spacing w:line="360" w:lineRule="auto"/>
        <w:rPr>
          <w:rFonts w:ascii="Sakkal Majalla" w:hAnsi="Sakkal Majalla" w:cs="Sakkal Majalla"/>
          <w:b/>
          <w:bCs/>
          <w:sz w:val="40"/>
          <w:szCs w:val="32"/>
          <w:rtl/>
        </w:rPr>
      </w:pPr>
    </w:p>
    <w:p w14:paraId="3A6D61F2" w14:textId="0952C61D" w:rsidR="00AC29DB" w:rsidRPr="00A24E6A" w:rsidRDefault="00C262F6" w:rsidP="00083D43">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مقدمة</w:t>
      </w:r>
    </w:p>
    <w:p w14:paraId="45AA838B" w14:textId="0982AFD4" w:rsidR="006A0309" w:rsidRPr="006A0309" w:rsidRDefault="006A0309" w:rsidP="00347AC4">
      <w:pPr>
        <w:bidi/>
        <w:spacing w:line="360" w:lineRule="auto"/>
        <w:jc w:val="lowKashida"/>
        <w:rPr>
          <w:rFonts w:ascii="Sakkal Majalla" w:hAnsi="Sakkal Majalla" w:cs="Sakkal Majalla"/>
          <w:szCs w:val="28"/>
        </w:rPr>
      </w:pPr>
      <w:r w:rsidRPr="006A0309">
        <w:rPr>
          <w:rFonts w:ascii="Sakkal Majalla" w:hAnsi="Sakkal Majalla" w:cs="Sakkal Majalla"/>
          <w:szCs w:val="28"/>
          <w:rtl/>
        </w:rPr>
        <w:t xml:space="preserve">يُعد الابتكار في القطاع الحكومي أحد الموضوعات التي حظيت باهتمام متزايد في السنوات الأخيرة، خاصة في ظل التحديات المتسارعة التي تواجه الجهات الحكومية من حيث </w:t>
      </w:r>
      <w:r w:rsidR="00D549FA">
        <w:rPr>
          <w:rFonts w:ascii="Sakkal Majalla" w:hAnsi="Sakkal Majalla" w:cs="Sakkal Majalla" w:hint="cs"/>
          <w:szCs w:val="28"/>
          <w:rtl/>
        </w:rPr>
        <w:t>رفع كفاءة الإنفاق</w:t>
      </w:r>
      <w:r w:rsidRPr="006A0309">
        <w:rPr>
          <w:rFonts w:ascii="Sakkal Majalla" w:hAnsi="Sakkal Majalla" w:cs="Sakkal Majalla"/>
          <w:szCs w:val="28"/>
          <w:rtl/>
        </w:rPr>
        <w:t>، و</w:t>
      </w:r>
      <w:r w:rsidR="00D549FA">
        <w:rPr>
          <w:rFonts w:ascii="Sakkal Majalla" w:hAnsi="Sakkal Majalla" w:cs="Sakkal Majalla" w:hint="cs"/>
          <w:szCs w:val="28"/>
          <w:rtl/>
        </w:rPr>
        <w:t>تحسين</w:t>
      </w:r>
      <w:r w:rsidRPr="006A0309">
        <w:rPr>
          <w:rFonts w:ascii="Sakkal Majalla" w:hAnsi="Sakkal Majalla" w:cs="Sakkal Majalla"/>
          <w:szCs w:val="28"/>
          <w:rtl/>
        </w:rPr>
        <w:t xml:space="preserve"> جودة الخدمات، والاستجابة الفعالة لاحتياجات المجتمع. وقد تباينت المقاربات العلمية في تناول هذا المفهوم، بين من ركز على العوامل الداخلية كالموارد البشرية والهياكل التنظيمية والقيادة، وبين من اهتم بدور الجهات الخارجية، ولا سيما الشركات الاستشارية، في نقل المعرفة وتعزيز الابتكار، بينما سعى فريق ثالث إلى دراسة العلاقة التكاملية بين الطرفين</w:t>
      </w:r>
      <w:r w:rsidRPr="006A0309">
        <w:rPr>
          <w:rFonts w:ascii="Sakkal Majalla" w:hAnsi="Sakkal Majalla" w:cs="Sakkal Majalla"/>
          <w:szCs w:val="28"/>
        </w:rPr>
        <w:t>.</w:t>
      </w:r>
    </w:p>
    <w:p w14:paraId="337C5915" w14:textId="2CAFECB0" w:rsidR="00AC29DB" w:rsidRDefault="006A0309" w:rsidP="00347AC4">
      <w:pPr>
        <w:bidi/>
        <w:spacing w:line="360" w:lineRule="auto"/>
        <w:jc w:val="lowKashida"/>
        <w:rPr>
          <w:rFonts w:ascii="Sakkal Majalla" w:hAnsi="Sakkal Majalla" w:cs="Sakkal Majalla"/>
          <w:szCs w:val="28"/>
          <w:rtl/>
        </w:rPr>
      </w:pPr>
      <w:r w:rsidRPr="006A0309">
        <w:rPr>
          <w:rFonts w:ascii="Sakkal Majalla" w:hAnsi="Sakkal Majalla" w:cs="Sakkal Majalla"/>
          <w:szCs w:val="28"/>
          <w:rtl/>
        </w:rPr>
        <w:t xml:space="preserve">ينطلق هذا الفصل من الحاجة إلى بناء فهم نظري راسخ يمكن من خلاله تفسير آليات الابتكار الحكومي واستدامته، وذلك من خلال استعراض وتحليل الأدبيات ذات الصلة، مع التركيز على </w:t>
      </w:r>
      <w:r w:rsidR="00D549FA">
        <w:rPr>
          <w:rFonts w:ascii="Sakkal Majalla" w:hAnsi="Sakkal Majalla" w:cs="Sakkal Majalla" w:hint="cs"/>
          <w:szCs w:val="28"/>
          <w:rtl/>
        </w:rPr>
        <w:t>ثلاثة</w:t>
      </w:r>
      <w:r w:rsidRPr="006A0309">
        <w:rPr>
          <w:rFonts w:ascii="Sakkal Majalla" w:hAnsi="Sakkal Majalla" w:cs="Sakkal Majalla"/>
          <w:szCs w:val="28"/>
          <w:rtl/>
        </w:rPr>
        <w:t xml:space="preserve"> محاور رئيسية: </w:t>
      </w:r>
    </w:p>
    <w:p w14:paraId="5BF41D14" w14:textId="65398462" w:rsidR="00AC29DB" w:rsidRPr="00AC29DB" w:rsidRDefault="006A0309" w:rsidP="00347AC4">
      <w:pPr>
        <w:pStyle w:val="ListParagraph"/>
        <w:numPr>
          <w:ilvl w:val="0"/>
          <w:numId w:val="19"/>
        </w:numPr>
        <w:bidi/>
        <w:spacing w:line="360" w:lineRule="auto"/>
        <w:jc w:val="lowKashida"/>
        <w:rPr>
          <w:rFonts w:ascii="Sakkal Majalla" w:hAnsi="Sakkal Majalla" w:cs="Sakkal Majalla"/>
          <w:szCs w:val="28"/>
          <w:rtl/>
        </w:rPr>
      </w:pPr>
      <w:bookmarkStart w:id="0" w:name="_Hlk205224754"/>
      <w:r w:rsidRPr="00AC29DB">
        <w:rPr>
          <w:rFonts w:ascii="Sakkal Majalla" w:hAnsi="Sakkal Majalla" w:cs="Sakkal Majalla" w:hint="cs"/>
          <w:szCs w:val="28"/>
          <w:rtl/>
        </w:rPr>
        <w:t>العوامل</w:t>
      </w:r>
      <w:r w:rsidRPr="00AC29DB">
        <w:rPr>
          <w:rFonts w:ascii="Sakkal Majalla" w:hAnsi="Sakkal Majalla" w:cs="Sakkal Majalla"/>
          <w:szCs w:val="28"/>
          <w:rtl/>
        </w:rPr>
        <w:t xml:space="preserve"> الداخلية</w:t>
      </w:r>
      <w:r w:rsidR="00114614">
        <w:rPr>
          <w:rFonts w:ascii="Sakkal Majalla" w:hAnsi="Sakkal Majalla" w:cs="Sakkal Majalla" w:hint="cs"/>
          <w:szCs w:val="28"/>
          <w:rtl/>
        </w:rPr>
        <w:t xml:space="preserve"> المؤثرة</w:t>
      </w:r>
      <w:r w:rsidRPr="00AC29DB">
        <w:rPr>
          <w:rFonts w:ascii="Sakkal Majalla" w:hAnsi="Sakkal Majalla" w:cs="Sakkal Majalla" w:hint="cs"/>
          <w:szCs w:val="28"/>
          <w:rtl/>
        </w:rPr>
        <w:t xml:space="preserve"> </w:t>
      </w:r>
      <w:r w:rsidR="00114614">
        <w:rPr>
          <w:rFonts w:ascii="Sakkal Majalla" w:hAnsi="Sakkal Majalla" w:cs="Sakkal Majalla" w:hint="cs"/>
          <w:szCs w:val="28"/>
          <w:rtl/>
        </w:rPr>
        <w:t>في ال</w:t>
      </w:r>
      <w:r w:rsidRPr="00AC29DB">
        <w:rPr>
          <w:rFonts w:ascii="Sakkal Majalla" w:hAnsi="Sakkal Majalla" w:cs="Sakkal Majalla" w:hint="cs"/>
          <w:szCs w:val="28"/>
          <w:rtl/>
        </w:rPr>
        <w:t>ابتكار الحكومي</w:t>
      </w:r>
      <w:r w:rsidR="00114614">
        <w:rPr>
          <w:rFonts w:ascii="Sakkal Majalla" w:hAnsi="Sakkal Majalla" w:cs="Sakkal Majalla" w:hint="cs"/>
          <w:szCs w:val="28"/>
          <w:rtl/>
        </w:rPr>
        <w:t xml:space="preserve"> بين التمكين </w:t>
      </w:r>
      <w:r w:rsidR="000159C9">
        <w:rPr>
          <w:rFonts w:ascii="Sakkal Majalla" w:hAnsi="Sakkal Majalla" w:cs="Sakkal Majalla" w:hint="cs"/>
          <w:szCs w:val="28"/>
          <w:rtl/>
        </w:rPr>
        <w:t>والتحديات.</w:t>
      </w:r>
    </w:p>
    <w:bookmarkEnd w:id="0"/>
    <w:p w14:paraId="43F4338A" w14:textId="222D4E3B" w:rsidR="00AC29DB" w:rsidRPr="00AC29DB" w:rsidRDefault="006A0309" w:rsidP="00347AC4">
      <w:pPr>
        <w:pStyle w:val="ListParagraph"/>
        <w:numPr>
          <w:ilvl w:val="0"/>
          <w:numId w:val="19"/>
        </w:numPr>
        <w:bidi/>
        <w:spacing w:line="360" w:lineRule="auto"/>
        <w:jc w:val="lowKashida"/>
        <w:rPr>
          <w:rFonts w:ascii="Sakkal Majalla" w:hAnsi="Sakkal Majalla" w:cs="Sakkal Majalla"/>
          <w:szCs w:val="28"/>
          <w:rtl/>
        </w:rPr>
      </w:pPr>
      <w:r w:rsidRPr="00AC29DB">
        <w:rPr>
          <w:rFonts w:ascii="Sakkal Majalla" w:hAnsi="Sakkal Majalla" w:cs="Sakkal Majalla" w:hint="cs"/>
          <w:szCs w:val="28"/>
          <w:rtl/>
        </w:rPr>
        <w:t>دور</w:t>
      </w:r>
      <w:r w:rsidRPr="00AC29DB">
        <w:rPr>
          <w:rFonts w:ascii="Sakkal Majalla" w:hAnsi="Sakkal Majalla" w:cs="Sakkal Majalla"/>
          <w:szCs w:val="28"/>
          <w:rtl/>
        </w:rPr>
        <w:t xml:space="preserve"> </w:t>
      </w:r>
      <w:r w:rsidRPr="00AC29DB">
        <w:rPr>
          <w:rFonts w:ascii="Sakkal Majalla" w:hAnsi="Sakkal Majalla" w:cs="Sakkal Majalla" w:hint="cs"/>
          <w:szCs w:val="28"/>
          <w:rtl/>
        </w:rPr>
        <w:t>الشركات</w:t>
      </w:r>
      <w:r w:rsidRPr="00AC29DB">
        <w:rPr>
          <w:rFonts w:ascii="Sakkal Majalla" w:hAnsi="Sakkal Majalla" w:cs="Sakkal Majalla"/>
          <w:szCs w:val="28"/>
          <w:rtl/>
        </w:rPr>
        <w:t xml:space="preserve"> </w:t>
      </w:r>
      <w:r w:rsidRPr="00AC29DB">
        <w:rPr>
          <w:rFonts w:ascii="Sakkal Majalla" w:hAnsi="Sakkal Majalla" w:cs="Sakkal Majalla" w:hint="cs"/>
          <w:szCs w:val="28"/>
          <w:rtl/>
        </w:rPr>
        <w:t>الاستشارية</w:t>
      </w:r>
      <w:r w:rsidR="000159C9">
        <w:rPr>
          <w:rFonts w:ascii="Sakkal Majalla" w:hAnsi="Sakkal Majalla" w:cs="Sakkal Majalla" w:hint="cs"/>
          <w:szCs w:val="28"/>
          <w:rtl/>
        </w:rPr>
        <w:t xml:space="preserve"> </w:t>
      </w:r>
      <w:r w:rsidR="000159C9" w:rsidRPr="00AC29DB">
        <w:rPr>
          <w:rFonts w:ascii="Sakkal Majalla" w:hAnsi="Sakkal Majalla" w:cs="Sakkal Majalla" w:hint="cs"/>
          <w:szCs w:val="28"/>
          <w:rtl/>
        </w:rPr>
        <w:t>في</w:t>
      </w:r>
      <w:r w:rsidR="000159C9" w:rsidRPr="00AC29DB">
        <w:rPr>
          <w:rFonts w:ascii="Sakkal Majalla" w:hAnsi="Sakkal Majalla" w:cs="Sakkal Majalla"/>
          <w:szCs w:val="28"/>
          <w:rtl/>
        </w:rPr>
        <w:t xml:space="preserve"> </w:t>
      </w:r>
      <w:r w:rsidR="000159C9" w:rsidRPr="00AC29DB">
        <w:rPr>
          <w:rFonts w:ascii="Sakkal Majalla" w:hAnsi="Sakkal Majalla" w:cs="Sakkal Majalla" w:hint="cs"/>
          <w:szCs w:val="28"/>
          <w:rtl/>
        </w:rPr>
        <w:t>دعم</w:t>
      </w:r>
      <w:r w:rsidR="000159C9" w:rsidRPr="00AC29DB">
        <w:rPr>
          <w:rFonts w:ascii="Sakkal Majalla" w:hAnsi="Sakkal Majalla" w:cs="Sakkal Majalla"/>
          <w:szCs w:val="28"/>
          <w:rtl/>
        </w:rPr>
        <w:t xml:space="preserve"> </w:t>
      </w:r>
      <w:r w:rsidR="000159C9" w:rsidRPr="00AC29DB">
        <w:rPr>
          <w:rFonts w:ascii="Sakkal Majalla" w:hAnsi="Sakkal Majalla" w:cs="Sakkal Majalla" w:hint="cs"/>
          <w:szCs w:val="28"/>
          <w:rtl/>
        </w:rPr>
        <w:t>الابتكار</w:t>
      </w:r>
      <w:r w:rsidR="000159C9">
        <w:rPr>
          <w:rFonts w:ascii="Sakkal Majalla" w:hAnsi="Sakkal Majalla" w:cs="Sakkal Majalla" w:hint="cs"/>
          <w:szCs w:val="28"/>
          <w:rtl/>
        </w:rPr>
        <w:t xml:space="preserve"> في الجهات الحكومية</w:t>
      </w:r>
      <w:r w:rsidRPr="00AC29DB">
        <w:rPr>
          <w:rFonts w:ascii="Sakkal Majalla" w:hAnsi="Sakkal Majalla" w:cs="Sakkal Majalla"/>
          <w:szCs w:val="28"/>
          <w:rtl/>
        </w:rPr>
        <w:t xml:space="preserve"> </w:t>
      </w:r>
      <w:r w:rsidRPr="00AC29DB">
        <w:rPr>
          <w:rFonts w:ascii="Sakkal Majalla" w:hAnsi="Sakkal Majalla" w:cs="Sakkal Majalla" w:hint="cs"/>
          <w:szCs w:val="28"/>
          <w:rtl/>
        </w:rPr>
        <w:t>ك</w:t>
      </w:r>
      <w:r w:rsidR="000159C9">
        <w:rPr>
          <w:rFonts w:ascii="Sakkal Majalla" w:hAnsi="Sakkal Majalla" w:cs="Sakkal Majalla" w:hint="cs"/>
          <w:szCs w:val="28"/>
          <w:rtl/>
        </w:rPr>
        <w:t>ممكّن خارجي</w:t>
      </w:r>
      <w:r w:rsidR="00AC29DB" w:rsidRPr="00AC29DB">
        <w:rPr>
          <w:rFonts w:ascii="Sakkal Majalla" w:hAnsi="Sakkal Majalla" w:cs="Sakkal Majalla" w:hint="cs"/>
          <w:szCs w:val="28"/>
          <w:rtl/>
        </w:rPr>
        <w:t>.</w:t>
      </w:r>
    </w:p>
    <w:p w14:paraId="71FCA609" w14:textId="38C358E0" w:rsidR="00AC29DB" w:rsidRPr="00AC29DB" w:rsidRDefault="006A0309" w:rsidP="00347AC4">
      <w:pPr>
        <w:pStyle w:val="ListParagraph"/>
        <w:numPr>
          <w:ilvl w:val="0"/>
          <w:numId w:val="19"/>
        </w:numPr>
        <w:bidi/>
        <w:spacing w:line="360" w:lineRule="auto"/>
        <w:jc w:val="lowKashida"/>
        <w:rPr>
          <w:rFonts w:ascii="Sakkal Majalla" w:hAnsi="Sakkal Majalla" w:cs="Sakkal Majalla"/>
          <w:szCs w:val="28"/>
          <w:rtl/>
        </w:rPr>
      </w:pPr>
      <w:bookmarkStart w:id="1" w:name="_Hlk205225076"/>
      <w:r w:rsidRPr="00AC29DB">
        <w:rPr>
          <w:rFonts w:ascii="Sakkal Majalla" w:hAnsi="Sakkal Majalla" w:cs="Sakkal Majalla" w:hint="cs"/>
          <w:szCs w:val="28"/>
          <w:rtl/>
        </w:rPr>
        <w:t>التكامل</w:t>
      </w:r>
      <w:r w:rsidRPr="00AC29DB">
        <w:rPr>
          <w:rFonts w:ascii="Sakkal Majalla" w:hAnsi="Sakkal Majalla" w:cs="Sakkal Majalla"/>
          <w:szCs w:val="28"/>
          <w:rtl/>
        </w:rPr>
        <w:t xml:space="preserve"> </w:t>
      </w:r>
      <w:r w:rsidRPr="00AC29DB">
        <w:rPr>
          <w:rFonts w:ascii="Sakkal Majalla" w:hAnsi="Sakkal Majalla" w:cs="Sakkal Majalla" w:hint="cs"/>
          <w:szCs w:val="28"/>
          <w:rtl/>
        </w:rPr>
        <w:t>بين</w:t>
      </w:r>
      <w:r w:rsidRPr="00AC29DB">
        <w:rPr>
          <w:rFonts w:ascii="Sakkal Majalla" w:hAnsi="Sakkal Majalla" w:cs="Sakkal Majalla"/>
          <w:szCs w:val="28"/>
          <w:rtl/>
        </w:rPr>
        <w:t xml:space="preserve"> </w:t>
      </w:r>
      <w:r w:rsidRPr="00AC29DB">
        <w:rPr>
          <w:rFonts w:ascii="Sakkal Majalla" w:hAnsi="Sakkal Majalla" w:cs="Sakkal Majalla" w:hint="cs"/>
          <w:szCs w:val="28"/>
          <w:rtl/>
        </w:rPr>
        <w:t>العوامل</w:t>
      </w:r>
      <w:r w:rsidRPr="00AC29DB">
        <w:rPr>
          <w:rFonts w:ascii="Sakkal Majalla" w:hAnsi="Sakkal Majalla" w:cs="Sakkal Majalla"/>
          <w:szCs w:val="28"/>
          <w:rtl/>
        </w:rPr>
        <w:t xml:space="preserve"> </w:t>
      </w:r>
      <w:r w:rsidRPr="00AC29DB">
        <w:rPr>
          <w:rFonts w:ascii="Sakkal Majalla" w:hAnsi="Sakkal Majalla" w:cs="Sakkal Majalla" w:hint="cs"/>
          <w:szCs w:val="28"/>
          <w:rtl/>
        </w:rPr>
        <w:t>الداخلية</w:t>
      </w:r>
      <w:r w:rsidR="000159C9">
        <w:rPr>
          <w:rFonts w:ascii="Sakkal Majalla" w:hAnsi="Sakkal Majalla" w:cs="Sakkal Majalla" w:hint="cs"/>
          <w:szCs w:val="28"/>
          <w:rtl/>
        </w:rPr>
        <w:t xml:space="preserve"> في الجهات الحكومية</w:t>
      </w:r>
      <w:r w:rsidRPr="00AC29DB">
        <w:rPr>
          <w:rFonts w:ascii="Sakkal Majalla" w:hAnsi="Sakkal Majalla" w:cs="Sakkal Majalla"/>
          <w:szCs w:val="28"/>
          <w:rtl/>
        </w:rPr>
        <w:t xml:space="preserve"> </w:t>
      </w:r>
      <w:r w:rsidR="000159C9" w:rsidRPr="00AC29DB">
        <w:rPr>
          <w:rFonts w:ascii="Sakkal Majalla" w:hAnsi="Sakkal Majalla" w:cs="Sakkal Majalla" w:hint="cs"/>
          <w:szCs w:val="28"/>
          <w:rtl/>
        </w:rPr>
        <w:t>و</w:t>
      </w:r>
      <w:r w:rsidR="000159C9">
        <w:rPr>
          <w:rFonts w:ascii="Sakkal Majalla" w:hAnsi="Sakkal Majalla" w:cs="Sakkal Majalla" w:hint="cs"/>
          <w:szCs w:val="28"/>
          <w:rtl/>
        </w:rPr>
        <w:t xml:space="preserve">التمكين </w:t>
      </w:r>
      <w:r w:rsidRPr="00AC29DB">
        <w:rPr>
          <w:rFonts w:ascii="Sakkal Majalla" w:hAnsi="Sakkal Majalla" w:cs="Sakkal Majalla" w:hint="cs"/>
          <w:szCs w:val="28"/>
          <w:rtl/>
        </w:rPr>
        <w:t>الخارجي</w:t>
      </w:r>
      <w:r w:rsidR="000159C9">
        <w:rPr>
          <w:rFonts w:ascii="Sakkal Majalla" w:hAnsi="Sakkal Majalla" w:cs="Sakkal Majalla" w:hint="cs"/>
          <w:szCs w:val="28"/>
          <w:rtl/>
        </w:rPr>
        <w:t xml:space="preserve"> وأثره على استدامة </w:t>
      </w:r>
      <w:bookmarkEnd w:id="1"/>
      <w:r w:rsidR="000159C9">
        <w:rPr>
          <w:rFonts w:ascii="Sakkal Majalla" w:hAnsi="Sakkal Majalla" w:cs="Sakkal Majalla" w:hint="cs"/>
          <w:szCs w:val="28"/>
          <w:rtl/>
        </w:rPr>
        <w:t>الابتكار.</w:t>
      </w:r>
    </w:p>
    <w:p w14:paraId="39854C9B" w14:textId="047AADFF" w:rsidR="006A0309" w:rsidRPr="006A0309" w:rsidRDefault="006A0309" w:rsidP="00347AC4">
      <w:pPr>
        <w:bidi/>
        <w:spacing w:line="360" w:lineRule="auto"/>
        <w:jc w:val="lowKashida"/>
        <w:rPr>
          <w:rFonts w:ascii="Sakkal Majalla" w:hAnsi="Sakkal Majalla" w:cs="Sakkal Majalla"/>
          <w:szCs w:val="28"/>
        </w:rPr>
      </w:pPr>
      <w:r w:rsidRPr="006A0309">
        <w:rPr>
          <w:rFonts w:ascii="Sakkal Majalla" w:hAnsi="Sakkal Majalla" w:cs="Sakkal Majalla"/>
          <w:szCs w:val="28"/>
          <w:rtl/>
        </w:rPr>
        <w:t xml:space="preserve"> كما يتناول الفصل الإطار النظري الذي تستند إليه الدراسة، ويوضح المفاهيم المركزية والعلاقات المفترضة بينها، بما يمهد لصياغة فرضيات الدراسة وتبريرها نظريًا في ضوء ما استعرض من أدبيات</w:t>
      </w:r>
      <w:r w:rsidRPr="006A0309">
        <w:rPr>
          <w:rFonts w:ascii="Sakkal Majalla" w:hAnsi="Sakkal Majalla" w:cs="Sakkal Majalla"/>
          <w:szCs w:val="28"/>
        </w:rPr>
        <w:t>.</w:t>
      </w:r>
    </w:p>
    <w:p w14:paraId="49D8995F" w14:textId="77777777" w:rsidR="006A0309" w:rsidRDefault="006A0309" w:rsidP="00347AC4">
      <w:pPr>
        <w:bidi/>
        <w:spacing w:line="360" w:lineRule="auto"/>
        <w:jc w:val="lowKashida"/>
        <w:rPr>
          <w:rFonts w:ascii="Sakkal Majalla" w:hAnsi="Sakkal Majalla" w:cs="Sakkal Majalla"/>
          <w:szCs w:val="28"/>
          <w:rtl/>
        </w:rPr>
      </w:pPr>
      <w:r w:rsidRPr="006A0309">
        <w:rPr>
          <w:rFonts w:ascii="Sakkal Majalla" w:hAnsi="Sakkal Majalla" w:cs="Sakkal Majalla"/>
          <w:szCs w:val="28"/>
          <w:rtl/>
        </w:rPr>
        <w:t>يساهم هذا الفصل في بناء الأرضية المفاهيمية التي ينطلق منها البحث، وتحديد الفجوات المعرفية التي يسعى إلى معالجتها، بما يعزز من دقة المنهجية، ووضوح التحليل، وارتباط النتائج بالإطار النظري المعتمد</w:t>
      </w:r>
      <w:r w:rsidRPr="006A0309">
        <w:rPr>
          <w:rFonts w:ascii="Sakkal Majalla" w:hAnsi="Sakkal Majalla" w:cs="Sakkal Majalla"/>
          <w:szCs w:val="28"/>
        </w:rPr>
        <w:t>.</w:t>
      </w:r>
    </w:p>
    <w:p w14:paraId="2118D760" w14:textId="4501269B" w:rsidR="00AC29DB" w:rsidRPr="006A0309" w:rsidRDefault="00AC29DB" w:rsidP="00083D43">
      <w:pPr>
        <w:bidi/>
        <w:spacing w:line="360" w:lineRule="auto"/>
        <w:rPr>
          <w:rFonts w:ascii="Sakkal Majalla" w:hAnsi="Sakkal Majalla" w:cs="Sakkal Majalla"/>
          <w:b/>
          <w:bCs/>
          <w:sz w:val="32"/>
          <w:szCs w:val="32"/>
        </w:rPr>
      </w:pPr>
      <w:r w:rsidRPr="00AC29DB">
        <w:rPr>
          <w:rFonts w:ascii="Sakkal Majalla" w:hAnsi="Sakkal Majalla" w:cs="Sakkal Majalla" w:hint="cs"/>
          <w:b/>
          <w:bCs/>
          <w:sz w:val="32"/>
          <w:szCs w:val="32"/>
          <w:rtl/>
        </w:rPr>
        <w:t>2.1 الدراسات السابقة</w:t>
      </w:r>
    </w:p>
    <w:p w14:paraId="5F2DED19" w14:textId="787C293B" w:rsidR="00D866F6" w:rsidRPr="003B5014" w:rsidRDefault="00213EC6" w:rsidP="00347AC4">
      <w:pPr>
        <w:bidi/>
        <w:spacing w:line="360" w:lineRule="auto"/>
        <w:jc w:val="lowKashida"/>
        <w:rPr>
          <w:rFonts w:ascii="Sakkal Majalla" w:hAnsi="Sakkal Majalla" w:cs="Sakkal Majalla"/>
          <w:b/>
          <w:bCs/>
          <w:sz w:val="40"/>
          <w:szCs w:val="32"/>
          <w:rtl/>
        </w:rPr>
      </w:pPr>
      <w:r w:rsidRPr="003B5014">
        <w:rPr>
          <w:rFonts w:ascii="Sakkal Majalla" w:hAnsi="Sakkal Majalla" w:cs="Sakkal Majalla"/>
          <w:b/>
          <w:bCs/>
          <w:sz w:val="40"/>
          <w:szCs w:val="32"/>
          <w:rtl/>
        </w:rPr>
        <w:t xml:space="preserve">المحور الأول: </w:t>
      </w:r>
      <w:r w:rsidR="000159C9" w:rsidRPr="000159C9">
        <w:rPr>
          <w:rFonts w:ascii="Sakkal Majalla" w:hAnsi="Sakkal Majalla" w:cs="Sakkal Majalla" w:hint="cs"/>
          <w:b/>
          <w:bCs/>
          <w:sz w:val="40"/>
          <w:szCs w:val="32"/>
          <w:rtl/>
        </w:rPr>
        <w:t>العوامل</w:t>
      </w:r>
      <w:r w:rsidR="000159C9" w:rsidRPr="000159C9">
        <w:rPr>
          <w:rFonts w:ascii="Sakkal Majalla" w:hAnsi="Sakkal Majalla" w:cs="Sakkal Majalla"/>
          <w:b/>
          <w:bCs/>
          <w:sz w:val="40"/>
          <w:szCs w:val="32"/>
          <w:rtl/>
        </w:rPr>
        <w:t xml:space="preserve"> </w:t>
      </w:r>
      <w:r w:rsidR="000159C9" w:rsidRPr="000159C9">
        <w:rPr>
          <w:rFonts w:ascii="Sakkal Majalla" w:hAnsi="Sakkal Majalla" w:cs="Sakkal Majalla" w:hint="cs"/>
          <w:b/>
          <w:bCs/>
          <w:sz w:val="40"/>
          <w:szCs w:val="32"/>
          <w:rtl/>
        </w:rPr>
        <w:t>الداخلية</w:t>
      </w:r>
      <w:r w:rsidR="000159C9" w:rsidRPr="000159C9">
        <w:rPr>
          <w:rFonts w:ascii="Sakkal Majalla" w:hAnsi="Sakkal Majalla" w:cs="Sakkal Majalla"/>
          <w:b/>
          <w:bCs/>
          <w:sz w:val="40"/>
          <w:szCs w:val="32"/>
          <w:rtl/>
        </w:rPr>
        <w:t xml:space="preserve"> </w:t>
      </w:r>
      <w:r w:rsidR="000159C9" w:rsidRPr="000159C9">
        <w:rPr>
          <w:rFonts w:ascii="Sakkal Majalla" w:hAnsi="Sakkal Majalla" w:cs="Sakkal Majalla" w:hint="cs"/>
          <w:b/>
          <w:bCs/>
          <w:sz w:val="40"/>
          <w:szCs w:val="32"/>
          <w:rtl/>
        </w:rPr>
        <w:t>المؤثرة</w:t>
      </w:r>
      <w:r w:rsidR="000159C9" w:rsidRPr="000159C9">
        <w:rPr>
          <w:rFonts w:ascii="Sakkal Majalla" w:hAnsi="Sakkal Majalla" w:cs="Sakkal Majalla"/>
          <w:b/>
          <w:bCs/>
          <w:sz w:val="40"/>
          <w:szCs w:val="32"/>
          <w:rtl/>
        </w:rPr>
        <w:t xml:space="preserve"> </w:t>
      </w:r>
      <w:r w:rsidR="000159C9" w:rsidRPr="000159C9">
        <w:rPr>
          <w:rFonts w:ascii="Sakkal Majalla" w:hAnsi="Sakkal Majalla" w:cs="Sakkal Majalla" w:hint="cs"/>
          <w:b/>
          <w:bCs/>
          <w:sz w:val="40"/>
          <w:szCs w:val="32"/>
          <w:rtl/>
        </w:rPr>
        <w:t>في</w:t>
      </w:r>
      <w:r w:rsidR="000159C9" w:rsidRPr="000159C9">
        <w:rPr>
          <w:rFonts w:ascii="Sakkal Majalla" w:hAnsi="Sakkal Majalla" w:cs="Sakkal Majalla"/>
          <w:b/>
          <w:bCs/>
          <w:sz w:val="40"/>
          <w:szCs w:val="32"/>
          <w:rtl/>
        </w:rPr>
        <w:t xml:space="preserve"> </w:t>
      </w:r>
      <w:r w:rsidR="000159C9" w:rsidRPr="000159C9">
        <w:rPr>
          <w:rFonts w:ascii="Sakkal Majalla" w:hAnsi="Sakkal Majalla" w:cs="Sakkal Majalla" w:hint="cs"/>
          <w:b/>
          <w:bCs/>
          <w:sz w:val="40"/>
          <w:szCs w:val="32"/>
          <w:rtl/>
        </w:rPr>
        <w:t>الابتكار</w:t>
      </w:r>
      <w:r w:rsidR="000159C9" w:rsidRPr="000159C9">
        <w:rPr>
          <w:rFonts w:ascii="Sakkal Majalla" w:hAnsi="Sakkal Majalla" w:cs="Sakkal Majalla"/>
          <w:b/>
          <w:bCs/>
          <w:sz w:val="40"/>
          <w:szCs w:val="32"/>
          <w:rtl/>
        </w:rPr>
        <w:t xml:space="preserve"> </w:t>
      </w:r>
      <w:r w:rsidR="000159C9" w:rsidRPr="000159C9">
        <w:rPr>
          <w:rFonts w:ascii="Sakkal Majalla" w:hAnsi="Sakkal Majalla" w:cs="Sakkal Majalla" w:hint="cs"/>
          <w:b/>
          <w:bCs/>
          <w:sz w:val="40"/>
          <w:szCs w:val="32"/>
          <w:rtl/>
        </w:rPr>
        <w:t>الحكومي</w:t>
      </w:r>
      <w:r w:rsidR="000159C9" w:rsidRPr="000159C9">
        <w:rPr>
          <w:rFonts w:ascii="Sakkal Majalla" w:hAnsi="Sakkal Majalla" w:cs="Sakkal Majalla"/>
          <w:b/>
          <w:bCs/>
          <w:sz w:val="40"/>
          <w:szCs w:val="32"/>
          <w:rtl/>
        </w:rPr>
        <w:t xml:space="preserve"> </w:t>
      </w:r>
      <w:r w:rsidR="000159C9" w:rsidRPr="000159C9">
        <w:rPr>
          <w:rFonts w:ascii="Sakkal Majalla" w:hAnsi="Sakkal Majalla" w:cs="Sakkal Majalla" w:hint="cs"/>
          <w:b/>
          <w:bCs/>
          <w:sz w:val="40"/>
          <w:szCs w:val="32"/>
          <w:rtl/>
        </w:rPr>
        <w:t>بين</w:t>
      </w:r>
      <w:r w:rsidR="000159C9" w:rsidRPr="000159C9">
        <w:rPr>
          <w:rFonts w:ascii="Sakkal Majalla" w:hAnsi="Sakkal Majalla" w:cs="Sakkal Majalla"/>
          <w:b/>
          <w:bCs/>
          <w:sz w:val="40"/>
          <w:szCs w:val="32"/>
          <w:rtl/>
        </w:rPr>
        <w:t xml:space="preserve"> </w:t>
      </w:r>
      <w:r w:rsidR="000159C9" w:rsidRPr="000159C9">
        <w:rPr>
          <w:rFonts w:ascii="Sakkal Majalla" w:hAnsi="Sakkal Majalla" w:cs="Sakkal Majalla" w:hint="cs"/>
          <w:b/>
          <w:bCs/>
          <w:sz w:val="40"/>
          <w:szCs w:val="32"/>
          <w:rtl/>
        </w:rPr>
        <w:t>التمكين</w:t>
      </w:r>
      <w:r w:rsidR="000159C9" w:rsidRPr="000159C9">
        <w:rPr>
          <w:rFonts w:ascii="Sakkal Majalla" w:hAnsi="Sakkal Majalla" w:cs="Sakkal Majalla"/>
          <w:b/>
          <w:bCs/>
          <w:sz w:val="40"/>
          <w:szCs w:val="32"/>
          <w:rtl/>
        </w:rPr>
        <w:t xml:space="preserve"> </w:t>
      </w:r>
      <w:r w:rsidR="000159C9" w:rsidRPr="000159C9">
        <w:rPr>
          <w:rFonts w:ascii="Sakkal Majalla" w:hAnsi="Sakkal Majalla" w:cs="Sakkal Majalla" w:hint="cs"/>
          <w:b/>
          <w:bCs/>
          <w:sz w:val="40"/>
          <w:szCs w:val="32"/>
          <w:rtl/>
        </w:rPr>
        <w:t>والتحديات.</w:t>
      </w:r>
    </w:p>
    <w:p w14:paraId="093FE512" w14:textId="51DBB5D9" w:rsidR="000159C9" w:rsidRPr="000159C9" w:rsidRDefault="000159C9" w:rsidP="00347AC4">
      <w:pPr>
        <w:bidi/>
        <w:spacing w:line="360" w:lineRule="auto"/>
        <w:jc w:val="lowKashida"/>
        <w:rPr>
          <w:rFonts w:ascii="Sakkal Majalla" w:hAnsi="Sakkal Majalla" w:cs="Sakkal Majalla"/>
          <w:szCs w:val="28"/>
        </w:rPr>
      </w:pPr>
      <w:r w:rsidRPr="000159C9">
        <w:rPr>
          <w:rFonts w:ascii="Sakkal Majalla" w:hAnsi="Sakkal Majalla" w:cs="Sakkal Majalla"/>
          <w:szCs w:val="28"/>
          <w:rtl/>
        </w:rPr>
        <w:t xml:space="preserve">ركزت دراسة </w:t>
      </w:r>
      <w:r w:rsidRPr="000159C9">
        <w:rPr>
          <w:rFonts w:ascii="Sakkal Majalla" w:hAnsi="Sakkal Majalla" w:cs="Sakkal Majalla"/>
          <w:b/>
          <w:bCs/>
          <w:szCs w:val="28"/>
        </w:rPr>
        <w:t>de Vries et al. (2016)</w:t>
      </w:r>
      <w:r w:rsidRPr="000159C9">
        <w:rPr>
          <w:rFonts w:ascii="Sakkal Majalla" w:hAnsi="Sakkal Majalla" w:cs="Sakkal Majalla"/>
          <w:szCs w:val="28"/>
        </w:rPr>
        <w:t xml:space="preserve"> </w:t>
      </w:r>
      <w:r w:rsidRPr="000159C9">
        <w:rPr>
          <w:rFonts w:ascii="Sakkal Majalla" w:hAnsi="Sakkal Majalla" w:cs="Sakkal Majalla"/>
          <w:szCs w:val="28"/>
          <w:rtl/>
        </w:rPr>
        <w:t xml:space="preserve">على العوامل المؤثرة في الابتكار الحكومي عبر مراجعة منهجية </w:t>
      </w:r>
      <w:r w:rsidRPr="000159C9">
        <w:rPr>
          <w:rFonts w:ascii="Sakkal Majalla" w:hAnsi="Sakkal Majalla" w:cs="Sakkal Majalla" w:hint="cs"/>
          <w:szCs w:val="28"/>
          <w:rtl/>
        </w:rPr>
        <w:t>لـ 18</w:t>
      </w:r>
      <w:r w:rsidRPr="000159C9">
        <w:rPr>
          <w:rFonts w:ascii="Sakkal Majalla" w:hAnsi="Sakkal Majalla" w:cs="Sakkal Majalla"/>
          <w:szCs w:val="28"/>
          <w:rtl/>
        </w:rPr>
        <w:t xml:space="preserve">1 دراسة. أبرزت أهمية القيادة الداعمة، الثقافة التنظيمية المنفتحة، وتوافر الموارد، بالإضافة إلى التعاون الداخلي والخارجي </w:t>
      </w:r>
      <w:r w:rsidRPr="000159C9">
        <w:rPr>
          <w:rFonts w:ascii="Sakkal Majalla" w:hAnsi="Sakkal Majalla" w:cs="Sakkal Majalla"/>
          <w:szCs w:val="28"/>
          <w:rtl/>
        </w:rPr>
        <w:lastRenderedPageBreak/>
        <w:t>كعوامل تمكينية رئيسية. غير أن الدراسة أشارت أيضًا إلى معوقات مؤسسية مثل البيروقراطية، مقاومة التغيير، وضعف الحوافز. ولفتت إلى أن غياب التكامل بين التمكين المؤسسي والاستعداد الإداري يُضعف استدامة الابتكار على المدى الطويل، وهو ما يربط مباشرة بين عناصر التمكين ومهددات الاستدامة</w:t>
      </w:r>
      <w:r w:rsidRPr="000159C9">
        <w:rPr>
          <w:rFonts w:ascii="Sakkal Majalla" w:hAnsi="Sakkal Majalla" w:cs="Sakkal Majalla"/>
          <w:szCs w:val="28"/>
        </w:rPr>
        <w:t>.</w:t>
      </w:r>
    </w:p>
    <w:p w14:paraId="73438D92" w14:textId="77777777" w:rsidR="000159C9" w:rsidRPr="000159C9" w:rsidRDefault="000159C9" w:rsidP="00347AC4">
      <w:pPr>
        <w:bidi/>
        <w:spacing w:line="360" w:lineRule="auto"/>
        <w:jc w:val="lowKashida"/>
        <w:rPr>
          <w:rFonts w:ascii="Sakkal Majalla" w:hAnsi="Sakkal Majalla" w:cs="Sakkal Majalla"/>
          <w:szCs w:val="28"/>
        </w:rPr>
      </w:pPr>
      <w:r w:rsidRPr="000159C9">
        <w:rPr>
          <w:rFonts w:ascii="Sakkal Majalla" w:hAnsi="Sakkal Majalla" w:cs="Sakkal Majalla"/>
          <w:szCs w:val="28"/>
          <w:rtl/>
        </w:rPr>
        <w:t xml:space="preserve">في السياق ذاته، تناولت دراسة </w:t>
      </w:r>
      <w:r w:rsidRPr="000159C9">
        <w:rPr>
          <w:rFonts w:ascii="Sakkal Majalla" w:hAnsi="Sakkal Majalla" w:cs="Sakkal Majalla"/>
          <w:b/>
          <w:bCs/>
          <w:szCs w:val="28"/>
        </w:rPr>
        <w:t>Peterka et al. (2020)</w:t>
      </w:r>
      <w:r w:rsidRPr="000159C9">
        <w:rPr>
          <w:rFonts w:ascii="Sakkal Majalla" w:hAnsi="Sakkal Majalla" w:cs="Sakkal Majalla"/>
          <w:szCs w:val="28"/>
        </w:rPr>
        <w:t xml:space="preserve"> </w:t>
      </w:r>
      <w:r w:rsidRPr="000159C9">
        <w:rPr>
          <w:rFonts w:ascii="Sakkal Majalla" w:hAnsi="Sakkal Majalla" w:cs="Sakkal Majalla"/>
          <w:szCs w:val="28"/>
          <w:rtl/>
        </w:rPr>
        <w:t>مفهوم القدرات الديناميكية كوسيلة لتعزيز الابتكار المؤسسي. وقد أظهرت أن التعلم المستمر والمرونة التنظيمية والشراكات مع الأطراف الخارجية من أبرز العوامل التي تدعم الابتكار المستدام. إلا أن الدراسة ركزت على السياق الخاص بالقطاع الخاص، ولم تقدم معالجة كافية للتحديات المؤسسية التي قد تعوق تطبيق هذه القدرات في بيئات حكومية ذات طابع بيروقراطي</w:t>
      </w:r>
      <w:r w:rsidRPr="000159C9">
        <w:rPr>
          <w:rFonts w:ascii="Sakkal Majalla" w:hAnsi="Sakkal Majalla" w:cs="Sakkal Majalla"/>
          <w:szCs w:val="28"/>
        </w:rPr>
        <w:t>.</w:t>
      </w:r>
    </w:p>
    <w:p w14:paraId="019B166D" w14:textId="77777777" w:rsidR="000159C9" w:rsidRPr="000159C9" w:rsidRDefault="000159C9" w:rsidP="00347AC4">
      <w:pPr>
        <w:bidi/>
        <w:spacing w:line="360" w:lineRule="auto"/>
        <w:jc w:val="lowKashida"/>
        <w:rPr>
          <w:rFonts w:ascii="Sakkal Majalla" w:hAnsi="Sakkal Majalla" w:cs="Sakkal Majalla"/>
          <w:szCs w:val="28"/>
        </w:rPr>
      </w:pPr>
      <w:r w:rsidRPr="000159C9">
        <w:rPr>
          <w:rFonts w:ascii="Sakkal Majalla" w:hAnsi="Sakkal Majalla" w:cs="Sakkal Majalla"/>
          <w:szCs w:val="28"/>
          <w:rtl/>
        </w:rPr>
        <w:t xml:space="preserve">أما دراسة </w:t>
      </w:r>
      <w:proofErr w:type="spellStart"/>
      <w:r w:rsidRPr="000159C9">
        <w:rPr>
          <w:rFonts w:ascii="Sakkal Majalla" w:hAnsi="Sakkal Majalla" w:cs="Sakkal Majalla"/>
          <w:b/>
          <w:bCs/>
          <w:szCs w:val="28"/>
        </w:rPr>
        <w:t>Rolfstam</w:t>
      </w:r>
      <w:proofErr w:type="spellEnd"/>
      <w:r w:rsidRPr="000159C9">
        <w:rPr>
          <w:rFonts w:ascii="Sakkal Majalla" w:hAnsi="Sakkal Majalla" w:cs="Sakkal Majalla"/>
          <w:b/>
          <w:bCs/>
          <w:szCs w:val="28"/>
        </w:rPr>
        <w:t xml:space="preserve"> (2021)</w:t>
      </w:r>
      <w:r w:rsidRPr="000159C9">
        <w:rPr>
          <w:rFonts w:ascii="Sakkal Majalla" w:hAnsi="Sakkal Majalla" w:cs="Sakkal Majalla"/>
          <w:szCs w:val="28"/>
          <w:rtl/>
        </w:rPr>
        <w:t>، فقد تناولت موضوع بناء القدرات كشرط لنجاح الابتكار، مبيّنة أن التحديات البنيوية مثل ضعف المهارات المؤسسية وغياب الهياكل الداعمة قد تُعيق توطين الابتكار، حتى بوجود شركاء خارجيين. كما شددت على أن الشراكات يجب أن تُصمم بما يضمن نقل المعرفة لا مجرد تقديم الحلول، وهو ما ينسجم مع متطلبات استدامة الابتكار داخل البيئة الحكومية</w:t>
      </w:r>
      <w:r w:rsidRPr="000159C9">
        <w:rPr>
          <w:rFonts w:ascii="Sakkal Majalla" w:hAnsi="Sakkal Majalla" w:cs="Sakkal Majalla"/>
          <w:szCs w:val="28"/>
        </w:rPr>
        <w:t>.</w:t>
      </w:r>
    </w:p>
    <w:p w14:paraId="35B7F4CB" w14:textId="77777777" w:rsidR="000159C9" w:rsidRPr="000159C9" w:rsidRDefault="000159C9" w:rsidP="00347AC4">
      <w:pPr>
        <w:bidi/>
        <w:spacing w:line="360" w:lineRule="auto"/>
        <w:jc w:val="lowKashida"/>
        <w:rPr>
          <w:rFonts w:ascii="Sakkal Majalla" w:hAnsi="Sakkal Majalla" w:cs="Sakkal Majalla"/>
          <w:szCs w:val="28"/>
        </w:rPr>
      </w:pPr>
      <w:r w:rsidRPr="000159C9">
        <w:rPr>
          <w:rFonts w:ascii="Sakkal Majalla" w:hAnsi="Sakkal Majalla" w:cs="Sakkal Majalla"/>
          <w:szCs w:val="28"/>
          <w:rtl/>
        </w:rPr>
        <w:t xml:space="preserve">وطرحت دراسة </w:t>
      </w:r>
      <w:proofErr w:type="spellStart"/>
      <w:r w:rsidRPr="000159C9">
        <w:rPr>
          <w:rFonts w:ascii="Sakkal Majalla" w:hAnsi="Sakkal Majalla" w:cs="Sakkal Majalla"/>
          <w:b/>
          <w:bCs/>
          <w:szCs w:val="28"/>
        </w:rPr>
        <w:t>Mintrom</w:t>
      </w:r>
      <w:proofErr w:type="spellEnd"/>
      <w:r w:rsidRPr="000159C9">
        <w:rPr>
          <w:rFonts w:ascii="Sakkal Majalla" w:hAnsi="Sakkal Majalla" w:cs="Sakkal Majalla"/>
          <w:b/>
          <w:bCs/>
          <w:szCs w:val="28"/>
        </w:rPr>
        <w:t xml:space="preserve"> &amp; </w:t>
      </w:r>
      <w:proofErr w:type="spellStart"/>
      <w:r w:rsidRPr="000159C9">
        <w:rPr>
          <w:rFonts w:ascii="Sakkal Majalla" w:hAnsi="Sakkal Majalla" w:cs="Sakkal Majalla"/>
          <w:b/>
          <w:bCs/>
          <w:szCs w:val="28"/>
        </w:rPr>
        <w:t>Luetjens</w:t>
      </w:r>
      <w:proofErr w:type="spellEnd"/>
      <w:r w:rsidRPr="000159C9">
        <w:rPr>
          <w:rFonts w:ascii="Sakkal Majalla" w:hAnsi="Sakkal Majalla" w:cs="Sakkal Majalla"/>
          <w:b/>
          <w:bCs/>
          <w:szCs w:val="28"/>
        </w:rPr>
        <w:t xml:space="preserve"> (2018)</w:t>
      </w:r>
      <w:r w:rsidRPr="000159C9">
        <w:rPr>
          <w:rFonts w:ascii="Sakkal Majalla" w:hAnsi="Sakkal Majalla" w:cs="Sakkal Majalla"/>
          <w:szCs w:val="28"/>
        </w:rPr>
        <w:t xml:space="preserve"> </w:t>
      </w:r>
      <w:r w:rsidRPr="000159C9">
        <w:rPr>
          <w:rFonts w:ascii="Sakkal Majalla" w:hAnsi="Sakkal Majalla" w:cs="Sakkal Majalla"/>
          <w:szCs w:val="28"/>
          <w:rtl/>
        </w:rPr>
        <w:t>نموذجًا مفاهيميًا يبرز دور القيادة الاستباقية والثقافة التنظيمية في تعزيز جاهزية الجهات الحكومية للابتكار. وبينت الدراسة أن استدامة الابتكار مرهونة بمدى قدرة القادة على بناء رؤية مشتركة وتحفيز الموظفين، إلى جانب ترسيخ ثقافة التعلم المؤسسي. ومع أن النموذج مقنع نظريًا، إلا أنه يفتقر لأدلة تطبيقية خاصة بالسياقات غير الغربية</w:t>
      </w:r>
      <w:r w:rsidRPr="000159C9">
        <w:rPr>
          <w:rFonts w:ascii="Sakkal Majalla" w:hAnsi="Sakkal Majalla" w:cs="Sakkal Majalla"/>
          <w:szCs w:val="28"/>
        </w:rPr>
        <w:t>.</w:t>
      </w:r>
    </w:p>
    <w:p w14:paraId="6D36D521" w14:textId="77777777" w:rsidR="000159C9" w:rsidRPr="000159C9" w:rsidRDefault="000159C9" w:rsidP="00347AC4">
      <w:pPr>
        <w:bidi/>
        <w:spacing w:line="360" w:lineRule="auto"/>
        <w:jc w:val="lowKashida"/>
        <w:rPr>
          <w:rFonts w:ascii="Sakkal Majalla" w:hAnsi="Sakkal Majalla" w:cs="Sakkal Majalla"/>
          <w:szCs w:val="28"/>
        </w:rPr>
      </w:pPr>
      <w:r w:rsidRPr="000159C9">
        <w:rPr>
          <w:rFonts w:ascii="Sakkal Majalla" w:hAnsi="Sakkal Majalla" w:cs="Sakkal Majalla"/>
          <w:szCs w:val="28"/>
          <w:rtl/>
        </w:rPr>
        <w:t xml:space="preserve">قدّمت </w:t>
      </w:r>
      <w:proofErr w:type="spellStart"/>
      <w:r w:rsidRPr="000159C9">
        <w:rPr>
          <w:rFonts w:ascii="Sakkal Majalla" w:hAnsi="Sakkal Majalla" w:cs="Sakkal Majalla"/>
          <w:b/>
          <w:bCs/>
          <w:szCs w:val="28"/>
        </w:rPr>
        <w:t>Tõnurist</w:t>
      </w:r>
      <w:proofErr w:type="spellEnd"/>
      <w:r w:rsidRPr="000159C9">
        <w:rPr>
          <w:rFonts w:ascii="Sakkal Majalla" w:hAnsi="Sakkal Majalla" w:cs="Sakkal Majalla"/>
          <w:b/>
          <w:bCs/>
          <w:szCs w:val="28"/>
        </w:rPr>
        <w:t xml:space="preserve"> et al. (2017)</w:t>
      </w:r>
      <w:r w:rsidRPr="000159C9">
        <w:rPr>
          <w:rFonts w:ascii="Sakkal Majalla" w:hAnsi="Sakkal Majalla" w:cs="Sakkal Majalla"/>
          <w:szCs w:val="28"/>
        </w:rPr>
        <w:t xml:space="preserve"> </w:t>
      </w:r>
      <w:r w:rsidRPr="000159C9">
        <w:rPr>
          <w:rFonts w:ascii="Sakkal Majalla" w:hAnsi="Sakkal Majalla" w:cs="Sakkal Majalla"/>
          <w:szCs w:val="28"/>
          <w:rtl/>
        </w:rPr>
        <w:t>منظورًا مختلفًا، حيث ناقشت دور وحدات الابتكار الحكومية كأداة تمكينية داخلية لدعم الاستدامة. أوضحت الدراسة أن هذه الوحدات تعمل كبيئات تجريبية تعيد تشكيل الثقافة التنظيمية وتحفز التفكير التشاركي، مما يسهم في ترسيخ الابتكار كممارسة مؤسسية. ومع ذلك، لم تتناول الدراسة التحديات المحتملة بعد مغادرة فرق الابتكار أو انتهاء التمويل المؤقت</w:t>
      </w:r>
      <w:r w:rsidRPr="000159C9">
        <w:rPr>
          <w:rFonts w:ascii="Sakkal Majalla" w:hAnsi="Sakkal Majalla" w:cs="Sakkal Majalla"/>
          <w:szCs w:val="28"/>
        </w:rPr>
        <w:t>.</w:t>
      </w:r>
    </w:p>
    <w:p w14:paraId="6B9B3FEF" w14:textId="77777777" w:rsidR="000159C9" w:rsidRPr="000159C9" w:rsidRDefault="000159C9" w:rsidP="00347AC4">
      <w:pPr>
        <w:bidi/>
        <w:spacing w:line="360" w:lineRule="auto"/>
        <w:jc w:val="lowKashida"/>
        <w:rPr>
          <w:rFonts w:ascii="Sakkal Majalla" w:hAnsi="Sakkal Majalla" w:cs="Sakkal Majalla"/>
          <w:szCs w:val="28"/>
        </w:rPr>
      </w:pPr>
      <w:r w:rsidRPr="000159C9">
        <w:rPr>
          <w:rFonts w:ascii="Sakkal Majalla" w:hAnsi="Sakkal Majalla" w:cs="Sakkal Majalla"/>
          <w:szCs w:val="28"/>
          <w:rtl/>
        </w:rPr>
        <w:lastRenderedPageBreak/>
        <w:t xml:space="preserve">وتبرز دراسة </w:t>
      </w:r>
      <w:r w:rsidRPr="000159C9">
        <w:rPr>
          <w:rFonts w:ascii="Sakkal Majalla" w:hAnsi="Sakkal Majalla" w:cs="Sakkal Majalla"/>
          <w:b/>
          <w:bCs/>
          <w:szCs w:val="28"/>
        </w:rPr>
        <w:t>Walker (2014)</w:t>
      </w:r>
      <w:r w:rsidRPr="000159C9">
        <w:rPr>
          <w:rFonts w:ascii="Sakkal Majalla" w:hAnsi="Sakkal Majalla" w:cs="Sakkal Majalla"/>
          <w:szCs w:val="28"/>
        </w:rPr>
        <w:t xml:space="preserve"> </w:t>
      </w:r>
      <w:r w:rsidRPr="000159C9">
        <w:rPr>
          <w:rFonts w:ascii="Sakkal Majalla" w:hAnsi="Sakkal Majalla" w:cs="Sakkal Majalla"/>
          <w:szCs w:val="28"/>
          <w:rtl/>
        </w:rPr>
        <w:t>أهمية التفسير الإداري للمتغيرات البيئية كعامل حاسم في ترجمة الفرص الخارجية إلى ممارسات ابتكارية داخلية. وأكدت على أن القيادة التحويلية، والهيكل الإداري المرن، والثقافة الداعمة للتجريب، تشكل بيئة خصبة للابتكار المستدام. لكنها في المقابل، لم تقدم أدوات عملية لتقييم مدى جاهزية الجهات الحكومية لتوطين الابتكار</w:t>
      </w:r>
      <w:r w:rsidRPr="000159C9">
        <w:rPr>
          <w:rFonts w:ascii="Sakkal Majalla" w:hAnsi="Sakkal Majalla" w:cs="Sakkal Majalla"/>
          <w:szCs w:val="28"/>
        </w:rPr>
        <w:t>.</w:t>
      </w:r>
    </w:p>
    <w:p w14:paraId="3DF091DC" w14:textId="77777777" w:rsidR="000159C9" w:rsidRPr="000159C9" w:rsidRDefault="000159C9" w:rsidP="00347AC4">
      <w:pPr>
        <w:bidi/>
        <w:spacing w:line="360" w:lineRule="auto"/>
        <w:jc w:val="lowKashida"/>
        <w:rPr>
          <w:rFonts w:ascii="Sakkal Majalla" w:hAnsi="Sakkal Majalla" w:cs="Sakkal Majalla"/>
          <w:szCs w:val="28"/>
        </w:rPr>
      </w:pPr>
      <w:r w:rsidRPr="000159C9">
        <w:rPr>
          <w:rFonts w:ascii="Sakkal Majalla" w:hAnsi="Sakkal Majalla" w:cs="Sakkal Majalla"/>
          <w:szCs w:val="28"/>
          <w:rtl/>
        </w:rPr>
        <w:t xml:space="preserve">أما من ناحية التحديات، فقد سلّطت دراسة </w:t>
      </w:r>
      <w:r w:rsidRPr="000159C9">
        <w:rPr>
          <w:rFonts w:ascii="Sakkal Majalla" w:hAnsi="Sakkal Majalla" w:cs="Sakkal Majalla"/>
          <w:b/>
          <w:bCs/>
          <w:szCs w:val="28"/>
        </w:rPr>
        <w:t>Cinar et al. (2018)</w:t>
      </w:r>
      <w:r w:rsidRPr="000159C9">
        <w:rPr>
          <w:rFonts w:ascii="Sakkal Majalla" w:hAnsi="Sakkal Majalla" w:cs="Sakkal Majalla"/>
          <w:szCs w:val="28"/>
        </w:rPr>
        <w:t xml:space="preserve"> </w:t>
      </w:r>
      <w:r w:rsidRPr="000159C9">
        <w:rPr>
          <w:rFonts w:ascii="Sakkal Majalla" w:hAnsi="Sakkal Majalla" w:cs="Sakkal Majalla"/>
          <w:szCs w:val="28"/>
          <w:rtl/>
        </w:rPr>
        <w:t>الضوء على ضعف البنية التحتية التنظيمية وغياب الرؤية المؤسسية كأبرز معوقات الاستدامة. وأشارت إلى أن الابتكار يفقد أثره بمرور الوقت عندما لا يصاحبه تغيير هيكلي وثقافي متكامل داخل الجهة</w:t>
      </w:r>
      <w:r w:rsidRPr="000159C9">
        <w:rPr>
          <w:rFonts w:ascii="Sakkal Majalla" w:hAnsi="Sakkal Majalla" w:cs="Sakkal Majalla"/>
          <w:szCs w:val="28"/>
        </w:rPr>
        <w:t>.</w:t>
      </w:r>
    </w:p>
    <w:p w14:paraId="51187D43" w14:textId="77777777" w:rsidR="000159C9" w:rsidRPr="000159C9" w:rsidRDefault="000159C9" w:rsidP="00347AC4">
      <w:pPr>
        <w:bidi/>
        <w:spacing w:line="360" w:lineRule="auto"/>
        <w:jc w:val="lowKashida"/>
        <w:rPr>
          <w:rFonts w:ascii="Sakkal Majalla" w:hAnsi="Sakkal Majalla" w:cs="Sakkal Majalla"/>
          <w:szCs w:val="28"/>
        </w:rPr>
      </w:pPr>
      <w:r w:rsidRPr="000159C9">
        <w:rPr>
          <w:rFonts w:ascii="Sakkal Majalla" w:hAnsi="Sakkal Majalla" w:cs="Sakkal Majalla"/>
          <w:szCs w:val="28"/>
          <w:rtl/>
        </w:rPr>
        <w:t xml:space="preserve">ودعمت </w:t>
      </w:r>
      <w:proofErr w:type="spellStart"/>
      <w:r w:rsidRPr="000159C9">
        <w:rPr>
          <w:rFonts w:ascii="Sakkal Majalla" w:hAnsi="Sakkal Majalla" w:cs="Sakkal Majalla"/>
          <w:b/>
          <w:bCs/>
          <w:szCs w:val="28"/>
        </w:rPr>
        <w:t>Liarte</w:t>
      </w:r>
      <w:proofErr w:type="spellEnd"/>
      <w:r w:rsidRPr="000159C9">
        <w:rPr>
          <w:rFonts w:ascii="Sakkal Majalla" w:hAnsi="Sakkal Majalla" w:cs="Sakkal Majalla"/>
          <w:b/>
          <w:bCs/>
          <w:szCs w:val="28"/>
        </w:rPr>
        <w:t xml:space="preserve"> et al. (2024)</w:t>
      </w:r>
      <w:r w:rsidRPr="000159C9">
        <w:rPr>
          <w:rFonts w:ascii="Sakkal Majalla" w:hAnsi="Sakkal Majalla" w:cs="Sakkal Majalla"/>
          <w:szCs w:val="28"/>
        </w:rPr>
        <w:t xml:space="preserve"> </w:t>
      </w:r>
      <w:r w:rsidRPr="000159C9">
        <w:rPr>
          <w:rFonts w:ascii="Sakkal Majalla" w:hAnsi="Sakkal Majalla" w:cs="Sakkal Majalla"/>
          <w:szCs w:val="28"/>
          <w:rtl/>
        </w:rPr>
        <w:t>هذا الطرح، مشيرة إلى أن مقاومة التغيير وثقافة الخوف من فقدان السيطرة، خاصة في الإدارات المحلية، تمثل تحديًا كبيرًا. كما بيّنت أن غياب التقييم المؤسسي ومأسسة الابتكار يؤدي إلى تراجع الزخم فور انتهاء المبادرة الابتكارية</w:t>
      </w:r>
      <w:r w:rsidRPr="000159C9">
        <w:rPr>
          <w:rFonts w:ascii="Sakkal Majalla" w:hAnsi="Sakkal Majalla" w:cs="Sakkal Majalla"/>
          <w:szCs w:val="28"/>
        </w:rPr>
        <w:t>.</w:t>
      </w:r>
    </w:p>
    <w:p w14:paraId="5CA2C52A" w14:textId="2D104B85" w:rsidR="000159C9" w:rsidRPr="000159C9" w:rsidRDefault="000159C9" w:rsidP="00347AC4">
      <w:pPr>
        <w:bidi/>
        <w:spacing w:line="360" w:lineRule="auto"/>
        <w:jc w:val="lowKashida"/>
        <w:rPr>
          <w:rFonts w:ascii="Sakkal Majalla" w:hAnsi="Sakkal Majalla" w:cs="Sakkal Majalla"/>
          <w:szCs w:val="28"/>
        </w:rPr>
      </w:pPr>
      <w:r w:rsidRPr="000159C9">
        <w:rPr>
          <w:rFonts w:ascii="Sakkal Majalla" w:hAnsi="Sakkal Majalla" w:cs="Sakkal Majalla"/>
          <w:szCs w:val="28"/>
          <w:rtl/>
        </w:rPr>
        <w:t xml:space="preserve">أخيرًا، أوضحت </w:t>
      </w:r>
      <w:proofErr w:type="spellStart"/>
      <w:r w:rsidRPr="000159C9">
        <w:rPr>
          <w:rFonts w:ascii="Sakkal Majalla" w:hAnsi="Sakkal Majalla" w:cs="Sakkal Majalla"/>
          <w:b/>
          <w:bCs/>
          <w:szCs w:val="28"/>
        </w:rPr>
        <w:t>Qiyamullaily</w:t>
      </w:r>
      <w:proofErr w:type="spellEnd"/>
      <w:r w:rsidRPr="000159C9">
        <w:rPr>
          <w:rFonts w:ascii="Sakkal Majalla" w:hAnsi="Sakkal Majalla" w:cs="Sakkal Majalla"/>
          <w:b/>
          <w:bCs/>
          <w:szCs w:val="28"/>
        </w:rPr>
        <w:t xml:space="preserve"> et al. (2023)</w:t>
      </w:r>
      <w:r w:rsidRPr="000159C9">
        <w:rPr>
          <w:rFonts w:ascii="Sakkal Majalla" w:hAnsi="Sakkal Majalla" w:cs="Sakkal Majalla"/>
          <w:szCs w:val="28"/>
        </w:rPr>
        <w:t xml:space="preserve"> </w:t>
      </w:r>
      <w:r w:rsidRPr="000159C9">
        <w:rPr>
          <w:rFonts w:ascii="Sakkal Majalla" w:hAnsi="Sakkal Majalla" w:cs="Sakkal Majalla"/>
          <w:szCs w:val="28"/>
          <w:rtl/>
        </w:rPr>
        <w:t>أن أحد الأسباب الرئيسية لفشل الاستدامة يتمثل في الفصل بين وحدات التخطيط والتنفيذ، مما يضعف تدوير المعرفة والتعلم المؤسسي، ويحول دون ترسيخ "ذاكرة ابتكارية" داخل الجهة</w:t>
      </w:r>
      <w:r w:rsidRPr="000159C9">
        <w:rPr>
          <w:rFonts w:ascii="Sakkal Majalla" w:hAnsi="Sakkal Majalla" w:cs="Sakkal Majalla"/>
          <w:szCs w:val="28"/>
        </w:rPr>
        <w:t>.</w:t>
      </w:r>
    </w:p>
    <w:p w14:paraId="2DA36D85" w14:textId="1BC01C99" w:rsidR="000159C9" w:rsidRPr="000159C9" w:rsidRDefault="000159C9" w:rsidP="00347AC4">
      <w:pPr>
        <w:bidi/>
        <w:spacing w:line="360" w:lineRule="auto"/>
        <w:jc w:val="lowKashida"/>
        <w:rPr>
          <w:rFonts w:ascii="Sakkal Majalla" w:hAnsi="Sakkal Majalla" w:cs="Sakkal Majalla"/>
          <w:szCs w:val="28"/>
        </w:rPr>
      </w:pPr>
      <w:r>
        <w:rPr>
          <w:rFonts w:ascii="Sakkal Majalla" w:hAnsi="Sakkal Majalla" w:cs="Sakkal Majalla" w:hint="cs"/>
          <w:szCs w:val="28"/>
          <w:rtl/>
        </w:rPr>
        <w:t>نلاحظ أن</w:t>
      </w:r>
      <w:r w:rsidRPr="000159C9">
        <w:rPr>
          <w:rFonts w:ascii="Sakkal Majalla" w:hAnsi="Sakkal Majalla" w:cs="Sakkal Majalla"/>
          <w:szCs w:val="28"/>
          <w:rtl/>
        </w:rPr>
        <w:t xml:space="preserve"> مجمل الدراسات</w:t>
      </w:r>
      <w:r>
        <w:rPr>
          <w:rFonts w:ascii="Sakkal Majalla" w:hAnsi="Sakkal Majalla" w:cs="Sakkal Majalla" w:hint="cs"/>
          <w:szCs w:val="28"/>
          <w:rtl/>
        </w:rPr>
        <w:t xml:space="preserve"> المذكورة تشير</w:t>
      </w:r>
      <w:r w:rsidRPr="000159C9">
        <w:rPr>
          <w:rFonts w:ascii="Sakkal Majalla" w:hAnsi="Sakkal Majalla" w:cs="Sakkal Majalla"/>
          <w:szCs w:val="28"/>
          <w:rtl/>
        </w:rPr>
        <w:t xml:space="preserve"> إلى أن الابتكار الحكومي لا يمكن ترسيخه دون بيئة تنظيمية داعمة تمكّن الأفراد من التجريب، وتوفر قيادة ملهمة، وتبني ثقافة مؤسسية منفتحة. في المقابل، فإن غياب الرؤية بعيدة المدى، وضعف الهيكل الإداري، والفصل بين التخطيط والتنفيذ، جميعها عوامل تُقوّض استدامة الابتكار. تتقاطع هذه الرؤى حول أهمية فهم العلاقة الديناميكية بين ما يمكّن الابتكار وما </w:t>
      </w:r>
      <w:proofErr w:type="spellStart"/>
      <w:r w:rsidRPr="000159C9">
        <w:rPr>
          <w:rFonts w:ascii="Sakkal Majalla" w:hAnsi="Sakkal Majalla" w:cs="Sakkal Majalla" w:hint="cs"/>
          <w:szCs w:val="28"/>
          <w:rtl/>
        </w:rPr>
        <w:t>يعيق</w:t>
      </w:r>
      <w:r>
        <w:rPr>
          <w:rFonts w:ascii="Sakkal Majalla" w:hAnsi="Sakkal Majalla" w:cs="Sakkal Majalla" w:hint="cs"/>
          <w:szCs w:val="28"/>
          <w:rtl/>
        </w:rPr>
        <w:t>ه</w:t>
      </w:r>
      <w:proofErr w:type="spellEnd"/>
      <w:r w:rsidRPr="000159C9">
        <w:rPr>
          <w:rFonts w:ascii="Sakkal Majalla" w:hAnsi="Sakkal Majalla" w:cs="Sakkal Majalla"/>
          <w:szCs w:val="28"/>
          <w:rtl/>
        </w:rPr>
        <w:t>، مما يُبرز الحاجة إلى نماذج تكاملية تساعد الجهات الحكومية على تحويل الابتكار من مبادرات وقتية إلى ممارسات مؤسسية دائمة</w:t>
      </w:r>
      <w:r w:rsidRPr="000159C9">
        <w:rPr>
          <w:rFonts w:ascii="Sakkal Majalla" w:hAnsi="Sakkal Majalla" w:cs="Sakkal Majalla"/>
          <w:szCs w:val="28"/>
        </w:rPr>
        <w:t>.</w:t>
      </w:r>
    </w:p>
    <w:p w14:paraId="651740F5" w14:textId="0A8B1E6D" w:rsidR="00CB12F5" w:rsidRPr="00E67903" w:rsidRDefault="00213EC6" w:rsidP="00083D43">
      <w:pPr>
        <w:bidi/>
        <w:spacing w:line="360" w:lineRule="auto"/>
        <w:rPr>
          <w:rFonts w:ascii="Sakkal Majalla" w:hAnsi="Sakkal Majalla" w:cs="Sakkal Majalla"/>
          <w:b/>
          <w:bCs/>
          <w:sz w:val="32"/>
          <w:szCs w:val="32"/>
          <w:rtl/>
        </w:rPr>
      </w:pPr>
      <w:r w:rsidRPr="00E67903">
        <w:rPr>
          <w:rFonts w:ascii="Sakkal Majalla" w:hAnsi="Sakkal Majalla" w:cs="Sakkal Majalla"/>
          <w:b/>
          <w:bCs/>
          <w:sz w:val="32"/>
          <w:szCs w:val="32"/>
          <w:rtl/>
        </w:rPr>
        <w:t xml:space="preserve">المحور الثاني: </w:t>
      </w:r>
      <w:bookmarkStart w:id="2" w:name="_Hlk203828656"/>
      <w:r w:rsidR="00CB12F5" w:rsidRPr="00E67903">
        <w:rPr>
          <w:rFonts w:ascii="Sakkal Majalla" w:hAnsi="Sakkal Majalla" w:cs="Sakkal Majalla"/>
          <w:b/>
          <w:bCs/>
          <w:sz w:val="32"/>
          <w:szCs w:val="32"/>
          <w:rtl/>
        </w:rPr>
        <w:t>دور الشركات الاستشارية</w:t>
      </w:r>
      <w:r w:rsidR="002624DA" w:rsidRPr="00E67903">
        <w:rPr>
          <w:rFonts w:ascii="Sakkal Majalla" w:hAnsi="Sakkal Majalla" w:cs="Sakkal Majalla" w:hint="cs"/>
          <w:b/>
          <w:bCs/>
          <w:sz w:val="32"/>
          <w:szCs w:val="32"/>
          <w:rtl/>
        </w:rPr>
        <w:t xml:space="preserve"> </w:t>
      </w:r>
      <w:r w:rsidR="000159C9" w:rsidRPr="00E67903">
        <w:rPr>
          <w:rFonts w:ascii="Sakkal Majalla" w:hAnsi="Sakkal Majalla" w:cs="Sakkal Majalla"/>
          <w:b/>
          <w:bCs/>
          <w:sz w:val="32"/>
          <w:szCs w:val="32"/>
          <w:rtl/>
        </w:rPr>
        <w:t xml:space="preserve">في دعم </w:t>
      </w:r>
      <w:r w:rsidR="000159C9" w:rsidRPr="00E67903">
        <w:rPr>
          <w:rFonts w:ascii="Sakkal Majalla" w:hAnsi="Sakkal Majalla" w:cs="Sakkal Majalla" w:hint="cs"/>
          <w:b/>
          <w:bCs/>
          <w:sz w:val="32"/>
          <w:szCs w:val="32"/>
          <w:rtl/>
        </w:rPr>
        <w:t xml:space="preserve">الابتكار </w:t>
      </w:r>
      <w:r w:rsidR="000159C9">
        <w:rPr>
          <w:rFonts w:ascii="Sakkal Majalla" w:hAnsi="Sakkal Majalla" w:cs="Sakkal Majalla" w:hint="cs"/>
          <w:b/>
          <w:bCs/>
          <w:sz w:val="32"/>
          <w:szCs w:val="32"/>
          <w:rtl/>
        </w:rPr>
        <w:t xml:space="preserve">في الجهات الحكومية كممكّن خارجي </w:t>
      </w:r>
      <w:bookmarkEnd w:id="2"/>
    </w:p>
    <w:p w14:paraId="36ACD5D5" w14:textId="490CFFFD" w:rsidR="00382B60" w:rsidRPr="00382B60" w:rsidRDefault="00382B60" w:rsidP="00347AC4">
      <w:pPr>
        <w:bidi/>
        <w:spacing w:line="360" w:lineRule="auto"/>
        <w:jc w:val="lowKashida"/>
        <w:rPr>
          <w:rFonts w:ascii="Sakkal Majalla" w:hAnsi="Sakkal Majalla" w:cs="Sakkal Majalla"/>
          <w:szCs w:val="28"/>
          <w:rtl/>
        </w:rPr>
      </w:pPr>
      <w:r w:rsidRPr="00382B60">
        <w:rPr>
          <w:rFonts w:ascii="Sakkal Majalla" w:hAnsi="Sakkal Majalla" w:cs="Sakkal Majalla" w:hint="cs"/>
          <w:szCs w:val="28"/>
          <w:rtl/>
        </w:rPr>
        <w:lastRenderedPageBreak/>
        <w:t>تُسلط</w:t>
      </w:r>
      <w:r w:rsidRPr="00382B60">
        <w:rPr>
          <w:rFonts w:ascii="Sakkal Majalla" w:hAnsi="Sakkal Majalla" w:cs="Sakkal Majalla"/>
          <w:szCs w:val="28"/>
          <w:rtl/>
        </w:rPr>
        <w:t xml:space="preserve"> </w:t>
      </w:r>
      <w:r w:rsidRPr="00382B60">
        <w:rPr>
          <w:rFonts w:ascii="Sakkal Majalla" w:hAnsi="Sakkal Majalla" w:cs="Sakkal Majalla" w:hint="cs"/>
          <w:szCs w:val="28"/>
          <w:rtl/>
        </w:rPr>
        <w:t>الأدبيات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الضوء</w:t>
      </w:r>
      <w:r w:rsidRPr="00382B60">
        <w:rPr>
          <w:rFonts w:ascii="Sakkal Majalla" w:hAnsi="Sakkal Majalla" w:cs="Sakkal Majalla"/>
          <w:szCs w:val="28"/>
          <w:rtl/>
        </w:rPr>
        <w:t xml:space="preserve"> </w:t>
      </w:r>
      <w:r w:rsidRPr="00382B60">
        <w:rPr>
          <w:rFonts w:ascii="Sakkal Majalla" w:hAnsi="Sakkal Majalla" w:cs="Sakkal Majalla" w:hint="cs"/>
          <w:szCs w:val="28"/>
          <w:rtl/>
        </w:rPr>
        <w:t>على</w:t>
      </w:r>
      <w:r w:rsidRPr="00382B60">
        <w:rPr>
          <w:rFonts w:ascii="Sakkal Majalla" w:hAnsi="Sakkal Majalla" w:cs="Sakkal Majalla"/>
          <w:szCs w:val="28"/>
          <w:rtl/>
        </w:rPr>
        <w:t xml:space="preserve"> </w:t>
      </w:r>
      <w:r w:rsidRPr="00382B60">
        <w:rPr>
          <w:rFonts w:ascii="Sakkal Majalla" w:hAnsi="Sakkal Majalla" w:cs="Sakkal Majalla" w:hint="cs"/>
          <w:szCs w:val="28"/>
          <w:rtl/>
        </w:rPr>
        <w:t>الأدوار</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المتعددة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التي</w:t>
      </w:r>
      <w:r w:rsidRPr="00382B60">
        <w:rPr>
          <w:rFonts w:ascii="Sakkal Majalla" w:hAnsi="Sakkal Majalla" w:cs="Sakkal Majalla"/>
          <w:szCs w:val="28"/>
          <w:rtl/>
        </w:rPr>
        <w:t xml:space="preserve"> </w:t>
      </w:r>
      <w:r w:rsidRPr="00382B60">
        <w:rPr>
          <w:rFonts w:ascii="Sakkal Majalla" w:hAnsi="Sakkal Majalla" w:cs="Sakkal Majalla" w:hint="cs"/>
          <w:szCs w:val="28"/>
          <w:rtl/>
        </w:rPr>
        <w:t>تلعبها</w:t>
      </w:r>
      <w:r w:rsidRPr="00382B60">
        <w:rPr>
          <w:rFonts w:ascii="Sakkal Majalla" w:hAnsi="Sakkal Majalla" w:cs="Sakkal Majalla"/>
          <w:szCs w:val="28"/>
          <w:rtl/>
        </w:rPr>
        <w:t xml:space="preserve"> </w:t>
      </w:r>
      <w:r w:rsidRPr="00382B60">
        <w:rPr>
          <w:rFonts w:ascii="Sakkal Majalla" w:hAnsi="Sakkal Majalla" w:cs="Sakkal Majalla" w:hint="cs"/>
          <w:szCs w:val="28"/>
          <w:rtl/>
        </w:rPr>
        <w:t>الشركات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الاستشارية</w:t>
      </w:r>
      <w:r w:rsidRPr="00382B60">
        <w:rPr>
          <w:rFonts w:ascii="Sakkal Majalla" w:hAnsi="Sakkal Majalla" w:cs="Sakkal Majalla"/>
          <w:szCs w:val="28"/>
          <w:rtl/>
        </w:rPr>
        <w:t xml:space="preserve"> </w:t>
      </w:r>
      <w:r w:rsidRPr="00382B60">
        <w:rPr>
          <w:rFonts w:ascii="Sakkal Majalla" w:hAnsi="Sakkal Majalla" w:cs="Sakkal Majalla" w:hint="cs"/>
          <w:szCs w:val="28"/>
          <w:rtl/>
        </w:rPr>
        <w:t>في</w:t>
      </w:r>
      <w:r w:rsidRPr="00382B60">
        <w:rPr>
          <w:rFonts w:ascii="Sakkal Majalla" w:hAnsi="Sakkal Majalla" w:cs="Sakkal Majalla"/>
          <w:szCs w:val="28"/>
          <w:rtl/>
        </w:rPr>
        <w:t xml:space="preserve"> </w:t>
      </w:r>
      <w:r w:rsidRPr="00382B60">
        <w:rPr>
          <w:rFonts w:ascii="Sakkal Majalla" w:hAnsi="Sakkal Majalla" w:cs="Sakkal Majalla" w:hint="cs"/>
          <w:szCs w:val="28"/>
          <w:rtl/>
        </w:rPr>
        <w:t>دعم</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الابتكار</w:t>
      </w:r>
      <w:r w:rsidRPr="00382B60">
        <w:rPr>
          <w:rFonts w:ascii="Sakkal Majalla" w:hAnsi="Sakkal Majalla" w:cs="Sakkal Majalla"/>
          <w:szCs w:val="28"/>
          <w:rtl/>
        </w:rPr>
        <w:t xml:space="preserve"> </w:t>
      </w:r>
      <w:r w:rsidRPr="00382B60">
        <w:rPr>
          <w:rFonts w:ascii="Sakkal Majalla" w:hAnsi="Sakkal Majalla" w:cs="Sakkal Majalla" w:hint="cs"/>
          <w:szCs w:val="28"/>
          <w:rtl/>
        </w:rPr>
        <w:t>داخل</w:t>
      </w:r>
      <w:r w:rsidRPr="00382B60">
        <w:rPr>
          <w:rFonts w:ascii="Sakkal Majalla" w:hAnsi="Sakkal Majalla" w:cs="Sakkal Majalla"/>
          <w:szCs w:val="28"/>
          <w:rtl/>
        </w:rPr>
        <w:t xml:space="preserve"> </w:t>
      </w:r>
      <w:r w:rsidRPr="00382B60">
        <w:rPr>
          <w:rFonts w:ascii="Sakkal Majalla" w:hAnsi="Sakkal Majalla" w:cs="Sakkal Majalla" w:hint="cs"/>
          <w:szCs w:val="28"/>
          <w:rtl/>
        </w:rPr>
        <w:t>القطاع</w:t>
      </w:r>
      <w:r w:rsidRPr="00382B60">
        <w:rPr>
          <w:rFonts w:ascii="Sakkal Majalla" w:hAnsi="Sakkal Majalla" w:cs="Sakkal Majalla"/>
          <w:szCs w:val="28"/>
          <w:rtl/>
        </w:rPr>
        <w:t xml:space="preserve"> </w:t>
      </w:r>
      <w:r w:rsidRPr="00382B60">
        <w:rPr>
          <w:rFonts w:ascii="Sakkal Majalla" w:hAnsi="Sakkal Majalla" w:cs="Sakkal Majalla" w:hint="cs"/>
          <w:szCs w:val="28"/>
          <w:rtl/>
        </w:rPr>
        <w:t>الحكومي،</w:t>
      </w:r>
      <w:r w:rsidRPr="00382B60">
        <w:rPr>
          <w:rFonts w:ascii="Sakkal Majalla" w:hAnsi="Sakkal Majalla" w:cs="Sakkal Majalla"/>
          <w:szCs w:val="28"/>
          <w:rtl/>
        </w:rPr>
        <w:t xml:space="preserve"> </w:t>
      </w:r>
      <w:r w:rsidRPr="00382B60">
        <w:rPr>
          <w:rFonts w:ascii="Sakkal Majalla" w:hAnsi="Sakkal Majalla" w:cs="Sakkal Majalla" w:hint="cs"/>
          <w:szCs w:val="28"/>
          <w:rtl/>
        </w:rPr>
        <w:t>بوصفها</w:t>
      </w:r>
      <w:r w:rsidRPr="00382B60">
        <w:rPr>
          <w:rFonts w:ascii="Sakkal Majalla" w:hAnsi="Sakkal Majalla" w:cs="Sakkal Majalla"/>
          <w:szCs w:val="28"/>
          <w:rtl/>
        </w:rPr>
        <w:t xml:space="preserve"> </w:t>
      </w:r>
      <w:r w:rsidRPr="00382B60">
        <w:rPr>
          <w:rFonts w:ascii="Sakkal Majalla" w:hAnsi="Sakkal Majalla" w:cs="Sakkal Majalla" w:hint="cs"/>
          <w:szCs w:val="28"/>
          <w:rtl/>
        </w:rPr>
        <w:t>جهات</w:t>
      </w:r>
      <w:r w:rsidRPr="00382B60">
        <w:rPr>
          <w:rFonts w:ascii="Sakkal Majalla" w:hAnsi="Sakkal Majalla" w:cs="Sakkal Majalla"/>
          <w:szCs w:val="28"/>
          <w:rtl/>
        </w:rPr>
        <w:t xml:space="preserve"> </w:t>
      </w:r>
      <w:r w:rsidRPr="00382B60">
        <w:rPr>
          <w:rFonts w:ascii="Sakkal Majalla" w:hAnsi="Sakkal Majalla" w:cs="Sakkal Majalla" w:hint="cs"/>
          <w:szCs w:val="28"/>
          <w:rtl/>
        </w:rPr>
        <w:t>فاعلة</w:t>
      </w:r>
      <w:r w:rsidRPr="00382B60">
        <w:rPr>
          <w:rFonts w:ascii="Sakkal Majalla" w:hAnsi="Sakkal Majalla" w:cs="Sakkal Majalla"/>
          <w:szCs w:val="28"/>
          <w:rtl/>
        </w:rPr>
        <w:t xml:space="preserve"> </w:t>
      </w:r>
      <w:r w:rsidRPr="00382B60">
        <w:rPr>
          <w:rFonts w:ascii="Sakkal Majalla" w:hAnsi="Sakkal Majalla" w:cs="Sakkal Majalla" w:hint="cs"/>
          <w:szCs w:val="28"/>
          <w:rtl/>
        </w:rPr>
        <w:t>خارجية</w:t>
      </w:r>
      <w:r w:rsidRPr="00382B60">
        <w:rPr>
          <w:rFonts w:ascii="Sakkal Majalla" w:hAnsi="Sakkal Majalla" w:cs="Sakkal Majalla"/>
          <w:szCs w:val="28"/>
          <w:rtl/>
        </w:rPr>
        <w:t xml:space="preserve"> </w:t>
      </w:r>
      <w:r w:rsidRPr="00382B60">
        <w:rPr>
          <w:rFonts w:ascii="Sakkal Majalla" w:hAnsi="Sakkal Majalla" w:cs="Sakkal Majalla" w:hint="cs"/>
          <w:szCs w:val="28"/>
          <w:rtl/>
        </w:rPr>
        <w:t>تملك</w:t>
      </w:r>
      <w:r w:rsidRPr="00382B60">
        <w:rPr>
          <w:rFonts w:ascii="Sakkal Majalla" w:hAnsi="Sakkal Majalla" w:cs="Sakkal Majalla"/>
          <w:szCs w:val="28"/>
          <w:rtl/>
        </w:rPr>
        <w:t xml:space="preserve"> </w:t>
      </w:r>
      <w:r w:rsidRPr="00382B60">
        <w:rPr>
          <w:rFonts w:ascii="Sakkal Majalla" w:hAnsi="Sakkal Majalla" w:cs="Sakkal Majalla" w:hint="cs"/>
          <w:szCs w:val="28"/>
          <w:rtl/>
        </w:rPr>
        <w:t>الخبرات</w:t>
      </w:r>
      <w:r w:rsidRPr="00382B60">
        <w:rPr>
          <w:rFonts w:ascii="Sakkal Majalla" w:hAnsi="Sakkal Majalla" w:cs="Sakkal Majalla"/>
          <w:szCs w:val="28"/>
          <w:rtl/>
        </w:rPr>
        <w:t xml:space="preserve"> </w:t>
      </w:r>
      <w:r w:rsidRPr="00382B60">
        <w:rPr>
          <w:rFonts w:ascii="Sakkal Majalla" w:hAnsi="Sakkal Majalla" w:cs="Sakkal Majalla" w:hint="cs"/>
          <w:szCs w:val="28"/>
          <w:rtl/>
        </w:rPr>
        <w:t>والأدوات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المعرفية</w:t>
      </w:r>
      <w:r w:rsidRPr="00382B60">
        <w:rPr>
          <w:rFonts w:ascii="Sakkal Majalla" w:hAnsi="Sakkal Majalla" w:cs="Sakkal Majalla"/>
          <w:szCs w:val="28"/>
          <w:rtl/>
        </w:rPr>
        <w:t xml:space="preserve"> </w:t>
      </w:r>
      <w:r w:rsidRPr="00382B60">
        <w:rPr>
          <w:rFonts w:ascii="Sakkal Majalla" w:hAnsi="Sakkal Majalla" w:cs="Sakkal Majalla" w:hint="cs"/>
          <w:szCs w:val="28"/>
          <w:rtl/>
        </w:rPr>
        <w:t>والمنهجية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اللازمة</w:t>
      </w:r>
      <w:r w:rsidRPr="00382B60">
        <w:rPr>
          <w:rFonts w:ascii="Sakkal Majalla" w:hAnsi="Sakkal Majalla" w:cs="Sakkal Majalla"/>
          <w:szCs w:val="28"/>
          <w:rtl/>
        </w:rPr>
        <w:t xml:space="preserve"> </w:t>
      </w:r>
      <w:r w:rsidRPr="00382B60">
        <w:rPr>
          <w:rFonts w:ascii="Sakkal Majalla" w:hAnsi="Sakkal Majalla" w:cs="Sakkal Majalla" w:hint="cs"/>
          <w:szCs w:val="28"/>
          <w:rtl/>
        </w:rPr>
        <w:t>لتحفيز</w:t>
      </w:r>
      <w:r w:rsidRPr="00382B60">
        <w:rPr>
          <w:rFonts w:ascii="Sakkal Majalla" w:hAnsi="Sakkal Majalla" w:cs="Sakkal Majalla"/>
          <w:szCs w:val="28"/>
          <w:rtl/>
        </w:rPr>
        <w:t xml:space="preserve"> </w:t>
      </w:r>
      <w:r w:rsidRPr="00382B60">
        <w:rPr>
          <w:rFonts w:ascii="Sakkal Majalla" w:hAnsi="Sakkal Majalla" w:cs="Sakkal Majalla" w:hint="cs"/>
          <w:szCs w:val="28"/>
          <w:rtl/>
        </w:rPr>
        <w:t>التغيير</w:t>
      </w:r>
      <w:r w:rsidRPr="00382B60">
        <w:rPr>
          <w:rFonts w:ascii="Sakkal Majalla" w:hAnsi="Sakkal Majalla" w:cs="Sakkal Majalla"/>
          <w:szCs w:val="28"/>
          <w:rtl/>
        </w:rPr>
        <w:t xml:space="preserve"> </w:t>
      </w:r>
      <w:r w:rsidRPr="00382B60">
        <w:rPr>
          <w:rFonts w:ascii="Sakkal Majalla" w:hAnsi="Sakkal Majalla" w:cs="Sakkal Majalla" w:hint="cs"/>
          <w:szCs w:val="28"/>
          <w:rtl/>
        </w:rPr>
        <w:t>وتطوير</w:t>
      </w:r>
      <w:r w:rsidRPr="00382B60">
        <w:rPr>
          <w:rFonts w:ascii="Sakkal Majalla" w:hAnsi="Sakkal Majalla" w:cs="Sakkal Majalla"/>
          <w:szCs w:val="28"/>
          <w:rtl/>
        </w:rPr>
        <w:t xml:space="preserve"> </w:t>
      </w:r>
      <w:r w:rsidRPr="00382B60">
        <w:rPr>
          <w:rFonts w:ascii="Sakkal Majalla" w:hAnsi="Sakkal Majalla" w:cs="Sakkal Majalla" w:hint="cs"/>
          <w:szCs w:val="28"/>
          <w:rtl/>
        </w:rPr>
        <w:t>السياسات</w:t>
      </w:r>
      <w:r w:rsidRPr="00382B60">
        <w:rPr>
          <w:rFonts w:ascii="Sakkal Majalla" w:hAnsi="Sakkal Majalla" w:cs="Sakkal Majalla"/>
          <w:szCs w:val="28"/>
          <w:rtl/>
        </w:rPr>
        <w:t xml:space="preserve"> </w:t>
      </w:r>
      <w:r w:rsidRPr="00382B60">
        <w:rPr>
          <w:rFonts w:ascii="Sakkal Majalla" w:hAnsi="Sakkal Majalla" w:cs="Sakkal Majalla" w:hint="cs"/>
          <w:szCs w:val="28"/>
          <w:rtl/>
        </w:rPr>
        <w:t>والخدمات</w:t>
      </w:r>
      <w:r w:rsidRPr="00382B60">
        <w:rPr>
          <w:rFonts w:ascii="Sakkal Majalla" w:hAnsi="Sakkal Majalla" w:cs="Sakkal Majalla"/>
          <w:szCs w:val="28"/>
          <w:rtl/>
        </w:rPr>
        <w:t xml:space="preserve">. </w:t>
      </w:r>
      <w:r w:rsidRPr="00382B60">
        <w:rPr>
          <w:rFonts w:ascii="Sakkal Majalla" w:hAnsi="Sakkal Majalla" w:cs="Sakkal Majalla" w:hint="cs"/>
          <w:szCs w:val="28"/>
          <w:rtl/>
        </w:rPr>
        <w:t>وقد</w:t>
      </w:r>
      <w:r w:rsidRPr="00382B60">
        <w:rPr>
          <w:rFonts w:ascii="Sakkal Majalla" w:hAnsi="Sakkal Majalla" w:cs="Sakkal Majalla"/>
          <w:szCs w:val="28"/>
          <w:rtl/>
        </w:rPr>
        <w:t xml:space="preserve"> </w:t>
      </w:r>
      <w:r w:rsidRPr="00382B60">
        <w:rPr>
          <w:rFonts w:ascii="Sakkal Majalla" w:hAnsi="Sakkal Majalla" w:cs="Sakkal Majalla" w:hint="cs"/>
          <w:szCs w:val="28"/>
          <w:rtl/>
        </w:rPr>
        <w:t>ركّزت</w:t>
      </w:r>
      <w:r w:rsidRPr="00382B60">
        <w:rPr>
          <w:rFonts w:ascii="Sakkal Majalla" w:hAnsi="Sakkal Majalla" w:cs="Sakkal Majalla"/>
          <w:szCs w:val="28"/>
          <w:rtl/>
        </w:rPr>
        <w:t xml:space="preserve"> </w:t>
      </w:r>
      <w:r w:rsidRPr="00382B60">
        <w:rPr>
          <w:rFonts w:ascii="Sakkal Majalla" w:hAnsi="Sakkal Majalla" w:cs="Sakkal Majalla" w:hint="cs"/>
          <w:szCs w:val="28"/>
          <w:rtl/>
        </w:rPr>
        <w:t>دراسة</w:t>
      </w:r>
      <w:r w:rsidRPr="00382B60">
        <w:rPr>
          <w:rFonts w:ascii="Sakkal Majalla" w:hAnsi="Sakkal Majalla" w:cs="Sakkal Majalla"/>
          <w:szCs w:val="28"/>
        </w:rPr>
        <w:t xml:space="preserve"> S</w:t>
      </w:r>
      <w:r w:rsidRPr="00382B60">
        <w:rPr>
          <w:rFonts w:ascii="Sakkal Majalla" w:hAnsi="Sakkal Majalla" w:cs="Sakkal Majalla" w:hint="cs"/>
          <w:szCs w:val="28"/>
        </w:rPr>
        <w:t>ø</w:t>
      </w:r>
      <w:r w:rsidRPr="00382B60">
        <w:rPr>
          <w:rFonts w:ascii="Sakkal Majalla" w:hAnsi="Sakkal Majalla" w:cs="Sakkal Majalla"/>
          <w:szCs w:val="28"/>
        </w:rPr>
        <w:t xml:space="preserve">rensen </w:t>
      </w:r>
      <w:r w:rsidRPr="00382B60">
        <w:rPr>
          <w:rFonts w:ascii="Sakkal Majalla" w:hAnsi="Sakkal Majalla" w:cs="Sakkal Majalla" w:hint="cs"/>
          <w:szCs w:val="28"/>
          <w:rtl/>
        </w:rPr>
        <w:t>و</w:t>
      </w:r>
      <w:r w:rsidRPr="00382B60">
        <w:rPr>
          <w:rFonts w:ascii="Sakkal Majalla" w:hAnsi="Sakkal Majalla" w:cs="Sakkal Majalla"/>
          <w:szCs w:val="28"/>
        </w:rPr>
        <w:t xml:space="preserve">Torfing (2012) </w:t>
      </w:r>
      <w:r w:rsidRPr="00382B60">
        <w:rPr>
          <w:rFonts w:ascii="Sakkal Majalla" w:hAnsi="Sakkal Majalla" w:cs="Sakkal Majalla" w:hint="cs"/>
          <w:szCs w:val="28"/>
          <w:rtl/>
        </w:rPr>
        <w:t>على</w:t>
      </w:r>
      <w:r w:rsidRPr="00382B60">
        <w:rPr>
          <w:rFonts w:ascii="Sakkal Majalla" w:hAnsi="Sakkal Majalla" w:cs="Sakkal Majalla"/>
          <w:szCs w:val="28"/>
          <w:rtl/>
        </w:rPr>
        <w:t xml:space="preserve"> </w:t>
      </w:r>
      <w:r w:rsidRPr="00382B60">
        <w:rPr>
          <w:rFonts w:ascii="Sakkal Majalla" w:hAnsi="Sakkal Majalla" w:cs="Sakkal Majalla" w:hint="cs"/>
          <w:szCs w:val="28"/>
          <w:rtl/>
        </w:rPr>
        <w:t>تقديم</w:t>
      </w:r>
      <w:r w:rsidRPr="00382B60">
        <w:rPr>
          <w:rFonts w:ascii="Sakkal Majalla" w:hAnsi="Sakkal Majalla" w:cs="Sakkal Majalla"/>
          <w:szCs w:val="28"/>
          <w:rtl/>
        </w:rPr>
        <w:t xml:space="preserve"> </w:t>
      </w:r>
      <w:r w:rsidRPr="00382B60">
        <w:rPr>
          <w:rFonts w:ascii="Sakkal Majalla" w:hAnsi="Sakkal Majalla" w:cs="Sakkal Majalla" w:hint="cs"/>
          <w:szCs w:val="28"/>
          <w:rtl/>
        </w:rPr>
        <w:t>تصور</w:t>
      </w:r>
      <w:r w:rsidRPr="00382B60">
        <w:rPr>
          <w:rFonts w:ascii="Sakkal Majalla" w:hAnsi="Sakkal Majalla" w:cs="Sakkal Majalla"/>
          <w:szCs w:val="28"/>
          <w:rtl/>
        </w:rPr>
        <w:t xml:space="preserve"> </w:t>
      </w:r>
      <w:r w:rsidRPr="00382B60">
        <w:rPr>
          <w:rFonts w:ascii="Sakkal Majalla" w:hAnsi="Sakkal Majalla" w:cs="Sakkal Majalla" w:hint="cs"/>
          <w:szCs w:val="28"/>
          <w:rtl/>
        </w:rPr>
        <w:t>أولي</w:t>
      </w:r>
      <w:r w:rsidRPr="00382B60">
        <w:rPr>
          <w:rFonts w:ascii="Sakkal Majalla" w:hAnsi="Sakkal Majalla" w:cs="Sakkal Majalla"/>
          <w:szCs w:val="28"/>
          <w:rtl/>
        </w:rPr>
        <w:t xml:space="preserve"> </w:t>
      </w:r>
      <w:r w:rsidRPr="00382B60">
        <w:rPr>
          <w:rFonts w:ascii="Sakkal Majalla" w:hAnsi="Sakkal Majalla" w:cs="Sakkal Majalla" w:hint="cs"/>
          <w:szCs w:val="28"/>
          <w:rtl/>
        </w:rPr>
        <w:t>لمفهوم</w:t>
      </w:r>
      <w:r w:rsidRPr="00382B60">
        <w:rPr>
          <w:rFonts w:ascii="Sakkal Majalla" w:hAnsi="Sakkal Majalla" w:cs="Sakkal Majalla"/>
          <w:szCs w:val="28"/>
          <w:rtl/>
        </w:rPr>
        <w:t xml:space="preserve"> "</w:t>
      </w:r>
      <w:r w:rsidRPr="00382B60">
        <w:rPr>
          <w:rFonts w:ascii="Sakkal Majalla" w:hAnsi="Sakkal Majalla" w:cs="Sakkal Majalla" w:hint="cs"/>
          <w:szCs w:val="28"/>
          <w:rtl/>
        </w:rPr>
        <w:t>الجهة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الوسيطة</w:t>
      </w:r>
      <w:r w:rsidRPr="00382B60">
        <w:rPr>
          <w:rFonts w:ascii="Sakkal Majalla" w:hAnsi="Sakkal Majalla" w:cs="Sakkal Majalla"/>
          <w:szCs w:val="28"/>
          <w:rtl/>
        </w:rPr>
        <w:t xml:space="preserve">" </w:t>
      </w:r>
      <w:r w:rsidRPr="00382B60">
        <w:rPr>
          <w:rFonts w:ascii="Sakkal Majalla" w:hAnsi="Sakkal Majalla" w:cs="Sakkal Majalla" w:hint="cs"/>
          <w:szCs w:val="28"/>
          <w:rtl/>
        </w:rPr>
        <w:t>في</w:t>
      </w:r>
      <w:r w:rsidRPr="00382B60">
        <w:rPr>
          <w:rFonts w:ascii="Sakkal Majalla" w:hAnsi="Sakkal Majalla" w:cs="Sakkal Majalla"/>
          <w:szCs w:val="28"/>
          <w:rtl/>
        </w:rPr>
        <w:t xml:space="preserve"> </w:t>
      </w:r>
      <w:r w:rsidRPr="00382B60">
        <w:rPr>
          <w:rFonts w:ascii="Sakkal Majalla" w:hAnsi="Sakkal Majalla" w:cs="Sakkal Majalla" w:hint="cs"/>
          <w:szCs w:val="28"/>
          <w:rtl/>
        </w:rPr>
        <w:t>العملية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الابتكارية،</w:t>
      </w:r>
      <w:r w:rsidRPr="00382B60">
        <w:rPr>
          <w:rFonts w:ascii="Sakkal Majalla" w:hAnsi="Sakkal Majalla" w:cs="Sakkal Majalla"/>
          <w:szCs w:val="28"/>
          <w:rtl/>
        </w:rPr>
        <w:t xml:space="preserve"> </w:t>
      </w:r>
      <w:r w:rsidRPr="00382B60">
        <w:rPr>
          <w:rFonts w:ascii="Sakkal Majalla" w:hAnsi="Sakkal Majalla" w:cs="Sakkal Majalla" w:hint="cs"/>
          <w:szCs w:val="28"/>
          <w:rtl/>
        </w:rPr>
        <w:t>حيث</w:t>
      </w:r>
      <w:r w:rsidRPr="00382B60">
        <w:rPr>
          <w:rFonts w:ascii="Sakkal Majalla" w:hAnsi="Sakkal Majalla" w:cs="Sakkal Majalla"/>
          <w:szCs w:val="28"/>
          <w:rtl/>
        </w:rPr>
        <w:t xml:space="preserve"> </w:t>
      </w:r>
      <w:r w:rsidRPr="00382B60">
        <w:rPr>
          <w:rFonts w:ascii="Sakkal Majalla" w:hAnsi="Sakkal Majalla" w:cs="Sakkal Majalla" w:hint="cs"/>
          <w:szCs w:val="28"/>
          <w:rtl/>
        </w:rPr>
        <w:t>أشارت</w:t>
      </w:r>
      <w:r w:rsidRPr="00382B60">
        <w:rPr>
          <w:rFonts w:ascii="Sakkal Majalla" w:hAnsi="Sakkal Majalla" w:cs="Sakkal Majalla"/>
          <w:szCs w:val="28"/>
          <w:rtl/>
        </w:rPr>
        <w:t xml:space="preserve"> </w:t>
      </w:r>
      <w:r w:rsidRPr="00382B60">
        <w:rPr>
          <w:rFonts w:ascii="Sakkal Majalla" w:hAnsi="Sakkal Majalla" w:cs="Sakkal Majalla" w:hint="cs"/>
          <w:szCs w:val="28"/>
          <w:rtl/>
        </w:rPr>
        <w:t>إلى</w:t>
      </w:r>
      <w:r w:rsidRPr="00382B60">
        <w:rPr>
          <w:rFonts w:ascii="Sakkal Majalla" w:hAnsi="Sakkal Majalla" w:cs="Sakkal Majalla"/>
          <w:szCs w:val="28"/>
          <w:rtl/>
        </w:rPr>
        <w:t xml:space="preserve"> </w:t>
      </w:r>
      <w:r w:rsidRPr="00382B60">
        <w:rPr>
          <w:rFonts w:ascii="Sakkal Majalla" w:hAnsi="Sakkal Majalla" w:cs="Sakkal Majalla" w:hint="cs"/>
          <w:szCs w:val="28"/>
          <w:rtl/>
        </w:rPr>
        <w:t>أن</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الاستشاريين</w:t>
      </w:r>
      <w:r w:rsidRPr="00382B60">
        <w:rPr>
          <w:rFonts w:ascii="Sakkal Majalla" w:hAnsi="Sakkal Majalla" w:cs="Sakkal Majalla"/>
          <w:szCs w:val="28"/>
          <w:rtl/>
        </w:rPr>
        <w:t xml:space="preserve"> </w:t>
      </w:r>
      <w:r w:rsidRPr="00382B60">
        <w:rPr>
          <w:rFonts w:ascii="Sakkal Majalla" w:hAnsi="Sakkal Majalla" w:cs="Sakkal Majalla" w:hint="cs"/>
          <w:szCs w:val="28"/>
          <w:rtl/>
        </w:rPr>
        <w:t>يمثلون</w:t>
      </w:r>
      <w:r w:rsidRPr="00382B60">
        <w:rPr>
          <w:rFonts w:ascii="Sakkal Majalla" w:hAnsi="Sakkal Majalla" w:cs="Sakkal Majalla"/>
          <w:szCs w:val="28"/>
          <w:rtl/>
        </w:rPr>
        <w:t xml:space="preserve"> </w:t>
      </w:r>
      <w:r w:rsidRPr="00382B60">
        <w:rPr>
          <w:rFonts w:ascii="Sakkal Majalla" w:hAnsi="Sakkal Majalla" w:cs="Sakkal Majalla" w:hint="cs"/>
          <w:szCs w:val="28"/>
          <w:rtl/>
        </w:rPr>
        <w:t>حلقة</w:t>
      </w:r>
      <w:r w:rsidRPr="00382B60">
        <w:rPr>
          <w:rFonts w:ascii="Sakkal Majalla" w:hAnsi="Sakkal Majalla" w:cs="Sakkal Majalla"/>
          <w:szCs w:val="28"/>
          <w:rtl/>
        </w:rPr>
        <w:t xml:space="preserve"> </w:t>
      </w:r>
      <w:r w:rsidRPr="00382B60">
        <w:rPr>
          <w:rFonts w:ascii="Sakkal Majalla" w:hAnsi="Sakkal Majalla" w:cs="Sakkal Majalla" w:hint="cs"/>
          <w:szCs w:val="28"/>
          <w:rtl/>
        </w:rPr>
        <w:t>وصل</w:t>
      </w:r>
      <w:r w:rsidRPr="00382B60">
        <w:rPr>
          <w:rFonts w:ascii="Sakkal Majalla" w:hAnsi="Sakkal Majalla" w:cs="Sakkal Majalla"/>
          <w:szCs w:val="28"/>
          <w:rtl/>
        </w:rPr>
        <w:t xml:space="preserve"> </w:t>
      </w:r>
      <w:r w:rsidRPr="00382B60">
        <w:rPr>
          <w:rFonts w:ascii="Sakkal Majalla" w:hAnsi="Sakkal Majalla" w:cs="Sakkal Majalla" w:hint="cs"/>
          <w:szCs w:val="28"/>
          <w:rtl/>
        </w:rPr>
        <w:t>بين</w:t>
      </w:r>
      <w:r w:rsidRPr="00382B60">
        <w:rPr>
          <w:rFonts w:ascii="Sakkal Majalla" w:hAnsi="Sakkal Majalla" w:cs="Sakkal Majalla"/>
          <w:szCs w:val="28"/>
          <w:rtl/>
        </w:rPr>
        <w:t xml:space="preserve"> </w:t>
      </w:r>
      <w:r w:rsidRPr="00382B60">
        <w:rPr>
          <w:rFonts w:ascii="Sakkal Majalla" w:hAnsi="Sakkal Majalla" w:cs="Sakkal Majalla" w:hint="cs"/>
          <w:szCs w:val="28"/>
          <w:rtl/>
        </w:rPr>
        <w:t>الجهات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الحكومية</w:t>
      </w:r>
      <w:r w:rsidRPr="00382B60">
        <w:rPr>
          <w:rFonts w:ascii="Sakkal Majalla" w:hAnsi="Sakkal Majalla" w:cs="Sakkal Majalla"/>
          <w:szCs w:val="28"/>
          <w:rtl/>
        </w:rPr>
        <w:t xml:space="preserve"> </w:t>
      </w:r>
      <w:r w:rsidRPr="00382B60">
        <w:rPr>
          <w:rFonts w:ascii="Sakkal Majalla" w:hAnsi="Sakkal Majalla" w:cs="Sakkal Majalla" w:hint="cs"/>
          <w:szCs w:val="28"/>
          <w:rtl/>
        </w:rPr>
        <w:t>ومصادر</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المعرفة</w:t>
      </w:r>
      <w:r w:rsidRPr="00382B60">
        <w:rPr>
          <w:rFonts w:ascii="Sakkal Majalla" w:hAnsi="Sakkal Majalla" w:cs="Sakkal Majalla"/>
          <w:szCs w:val="28"/>
          <w:rtl/>
        </w:rPr>
        <w:t xml:space="preserve"> </w:t>
      </w:r>
      <w:r w:rsidRPr="00382B60">
        <w:rPr>
          <w:rFonts w:ascii="Sakkal Majalla" w:hAnsi="Sakkal Majalla" w:cs="Sakkal Majalla" w:hint="cs"/>
          <w:szCs w:val="28"/>
          <w:rtl/>
        </w:rPr>
        <w:t>والخبرات،</w:t>
      </w:r>
      <w:r w:rsidRPr="00382B60">
        <w:rPr>
          <w:rFonts w:ascii="Sakkal Majalla" w:hAnsi="Sakkal Majalla" w:cs="Sakkal Majalla"/>
          <w:szCs w:val="28"/>
          <w:rtl/>
        </w:rPr>
        <w:t xml:space="preserve"> </w:t>
      </w:r>
      <w:r w:rsidRPr="00382B60">
        <w:rPr>
          <w:rFonts w:ascii="Sakkal Majalla" w:hAnsi="Sakkal Majalla" w:cs="Sakkal Majalla" w:hint="cs"/>
          <w:szCs w:val="28"/>
          <w:rtl/>
        </w:rPr>
        <w:t>مما</w:t>
      </w:r>
      <w:r w:rsidRPr="00382B60">
        <w:rPr>
          <w:rFonts w:ascii="Sakkal Majalla" w:hAnsi="Sakkal Majalla" w:cs="Sakkal Majalla"/>
          <w:szCs w:val="28"/>
          <w:rtl/>
        </w:rPr>
        <w:t xml:space="preserve"> </w:t>
      </w:r>
      <w:r w:rsidRPr="00382B60">
        <w:rPr>
          <w:rFonts w:ascii="Sakkal Majalla" w:hAnsi="Sakkal Majalla" w:cs="Sakkal Majalla" w:hint="cs"/>
          <w:szCs w:val="28"/>
          <w:rtl/>
        </w:rPr>
        <w:t>يمكّن</w:t>
      </w:r>
      <w:r w:rsidRPr="00382B60">
        <w:rPr>
          <w:rFonts w:ascii="Sakkal Majalla" w:hAnsi="Sakkal Majalla" w:cs="Sakkal Majalla"/>
          <w:szCs w:val="28"/>
          <w:rtl/>
        </w:rPr>
        <w:t xml:space="preserve"> </w:t>
      </w:r>
      <w:r w:rsidRPr="00382B60">
        <w:rPr>
          <w:rFonts w:ascii="Sakkal Majalla" w:hAnsi="Sakkal Majalla" w:cs="Sakkal Majalla" w:hint="cs"/>
          <w:szCs w:val="28"/>
          <w:rtl/>
        </w:rPr>
        <w:t>من</w:t>
      </w:r>
      <w:r w:rsidRPr="00382B60">
        <w:rPr>
          <w:rFonts w:ascii="Sakkal Majalla" w:hAnsi="Sakkal Majalla" w:cs="Sakkal Majalla"/>
          <w:szCs w:val="28"/>
          <w:rtl/>
        </w:rPr>
        <w:t xml:space="preserve"> </w:t>
      </w:r>
      <w:r w:rsidRPr="00382B60">
        <w:rPr>
          <w:rFonts w:ascii="Sakkal Majalla" w:hAnsi="Sakkal Majalla" w:cs="Sakkal Majalla" w:hint="cs"/>
          <w:szCs w:val="28"/>
          <w:rtl/>
        </w:rPr>
        <w:t>كسر</w:t>
      </w:r>
      <w:r w:rsidRPr="00382B60">
        <w:rPr>
          <w:rFonts w:ascii="Sakkal Majalla" w:hAnsi="Sakkal Majalla" w:cs="Sakkal Majalla"/>
          <w:szCs w:val="28"/>
          <w:rtl/>
        </w:rPr>
        <w:t xml:space="preserve"> </w:t>
      </w:r>
      <w:r w:rsidRPr="00382B60">
        <w:rPr>
          <w:rFonts w:ascii="Sakkal Majalla" w:hAnsi="Sakkal Majalla" w:cs="Sakkal Majalla" w:hint="cs"/>
          <w:szCs w:val="28"/>
          <w:rtl/>
        </w:rPr>
        <w:t>الجمود</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المؤسسي</w:t>
      </w:r>
      <w:r w:rsidRPr="00382B60">
        <w:rPr>
          <w:rFonts w:ascii="Sakkal Majalla" w:hAnsi="Sakkal Majalla" w:cs="Sakkal Majalla"/>
          <w:szCs w:val="28"/>
          <w:rtl/>
        </w:rPr>
        <w:t xml:space="preserve"> </w:t>
      </w:r>
      <w:r w:rsidRPr="00382B60">
        <w:rPr>
          <w:rFonts w:ascii="Sakkal Majalla" w:hAnsi="Sakkal Majalla" w:cs="Sakkal Majalla" w:hint="cs"/>
          <w:szCs w:val="28"/>
          <w:rtl/>
        </w:rPr>
        <w:t>التقليدي</w:t>
      </w:r>
      <w:r w:rsidRPr="00382B60">
        <w:rPr>
          <w:rFonts w:ascii="Sakkal Majalla" w:hAnsi="Sakkal Majalla" w:cs="Sakkal Majalla"/>
          <w:szCs w:val="28"/>
          <w:rtl/>
        </w:rPr>
        <w:t xml:space="preserve">. </w:t>
      </w:r>
      <w:r w:rsidRPr="00382B60">
        <w:rPr>
          <w:rFonts w:ascii="Sakkal Majalla" w:hAnsi="Sakkal Majalla" w:cs="Sakkal Majalla" w:hint="cs"/>
          <w:szCs w:val="28"/>
          <w:rtl/>
        </w:rPr>
        <w:t>وعلى</w:t>
      </w:r>
      <w:r w:rsidRPr="00382B60">
        <w:rPr>
          <w:rFonts w:ascii="Sakkal Majalla" w:hAnsi="Sakkal Majalla" w:cs="Sakkal Majalla"/>
          <w:szCs w:val="28"/>
          <w:rtl/>
        </w:rPr>
        <w:t xml:space="preserve"> </w:t>
      </w:r>
      <w:r w:rsidRPr="00382B60">
        <w:rPr>
          <w:rFonts w:ascii="Sakkal Majalla" w:hAnsi="Sakkal Majalla" w:cs="Sakkal Majalla" w:hint="cs"/>
          <w:szCs w:val="28"/>
          <w:rtl/>
        </w:rPr>
        <w:t>الرغم</w:t>
      </w:r>
      <w:r w:rsidRPr="00382B60">
        <w:rPr>
          <w:rFonts w:ascii="Sakkal Majalla" w:hAnsi="Sakkal Majalla" w:cs="Sakkal Majalla"/>
          <w:szCs w:val="28"/>
          <w:rtl/>
        </w:rPr>
        <w:t xml:space="preserve"> </w:t>
      </w:r>
      <w:r w:rsidRPr="00382B60">
        <w:rPr>
          <w:rFonts w:ascii="Sakkal Majalla" w:hAnsi="Sakkal Majalla" w:cs="Sakkal Majalla" w:hint="cs"/>
          <w:szCs w:val="28"/>
          <w:rtl/>
        </w:rPr>
        <w:t>من</w:t>
      </w:r>
      <w:r w:rsidRPr="00382B60">
        <w:rPr>
          <w:rFonts w:ascii="Sakkal Majalla" w:hAnsi="Sakkal Majalla" w:cs="Sakkal Majalla"/>
          <w:szCs w:val="28"/>
          <w:rtl/>
        </w:rPr>
        <w:t xml:space="preserve"> </w:t>
      </w:r>
      <w:r w:rsidRPr="00382B60">
        <w:rPr>
          <w:rFonts w:ascii="Sakkal Majalla" w:hAnsi="Sakkal Majalla" w:cs="Sakkal Majalla" w:hint="cs"/>
          <w:szCs w:val="28"/>
          <w:rtl/>
        </w:rPr>
        <w:t>أن</w:t>
      </w:r>
      <w:r w:rsidRPr="00382B60">
        <w:rPr>
          <w:rFonts w:ascii="Sakkal Majalla" w:hAnsi="Sakkal Majalla" w:cs="Sakkal Majalla"/>
          <w:szCs w:val="28"/>
          <w:rtl/>
        </w:rPr>
        <w:t xml:space="preserve"> </w:t>
      </w:r>
      <w:r w:rsidRPr="00382B60">
        <w:rPr>
          <w:rFonts w:ascii="Sakkal Majalla" w:hAnsi="Sakkal Majalla" w:cs="Sakkal Majalla" w:hint="cs"/>
          <w:szCs w:val="28"/>
          <w:rtl/>
        </w:rPr>
        <w:t>الدراسة</w:t>
      </w:r>
      <w:r w:rsidRPr="00382B60">
        <w:rPr>
          <w:rFonts w:ascii="Sakkal Majalla" w:hAnsi="Sakkal Majalla" w:cs="Sakkal Majalla"/>
          <w:szCs w:val="28"/>
          <w:rtl/>
        </w:rPr>
        <w:t xml:space="preserve"> </w:t>
      </w:r>
      <w:r w:rsidRPr="00382B60">
        <w:rPr>
          <w:rFonts w:ascii="Sakkal Majalla" w:hAnsi="Sakkal Majalla" w:cs="Sakkal Majalla" w:hint="cs"/>
          <w:szCs w:val="28"/>
          <w:rtl/>
        </w:rPr>
        <w:t>لم</w:t>
      </w:r>
      <w:r w:rsidRPr="00382B60">
        <w:rPr>
          <w:rFonts w:ascii="Sakkal Majalla" w:hAnsi="Sakkal Majalla" w:cs="Sakkal Majalla"/>
          <w:szCs w:val="28"/>
          <w:rtl/>
        </w:rPr>
        <w:t xml:space="preserve"> </w:t>
      </w:r>
      <w:r w:rsidRPr="00382B60">
        <w:rPr>
          <w:rFonts w:ascii="Sakkal Majalla" w:hAnsi="Sakkal Majalla" w:cs="Sakkal Majalla" w:hint="cs"/>
          <w:szCs w:val="28"/>
          <w:rtl/>
        </w:rPr>
        <w:t>تفصل</w:t>
      </w:r>
      <w:r w:rsidRPr="00382B60">
        <w:rPr>
          <w:rFonts w:ascii="Sakkal Majalla" w:hAnsi="Sakkal Majalla" w:cs="Sakkal Majalla"/>
          <w:szCs w:val="28"/>
          <w:rtl/>
        </w:rPr>
        <w:t xml:space="preserve"> </w:t>
      </w:r>
      <w:r w:rsidRPr="00382B60">
        <w:rPr>
          <w:rFonts w:ascii="Sakkal Majalla" w:hAnsi="Sakkal Majalla" w:cs="Sakkal Majalla" w:hint="cs"/>
          <w:szCs w:val="28"/>
          <w:rtl/>
        </w:rPr>
        <w:t>دور</w:t>
      </w:r>
      <w:r w:rsidRPr="00382B60">
        <w:rPr>
          <w:rFonts w:ascii="Sakkal Majalla" w:hAnsi="Sakkal Majalla" w:cs="Sakkal Majalla"/>
          <w:szCs w:val="28"/>
          <w:rtl/>
        </w:rPr>
        <w:t xml:space="preserve"> </w:t>
      </w:r>
      <w:r w:rsidRPr="00382B60">
        <w:rPr>
          <w:rFonts w:ascii="Sakkal Majalla" w:hAnsi="Sakkal Majalla" w:cs="Sakkal Majalla" w:hint="cs"/>
          <w:szCs w:val="28"/>
          <w:rtl/>
        </w:rPr>
        <w:t>الشركات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الاستشارية</w:t>
      </w:r>
      <w:r w:rsidRPr="00382B60">
        <w:rPr>
          <w:rFonts w:ascii="Sakkal Majalla" w:hAnsi="Sakkal Majalla" w:cs="Sakkal Majalla"/>
          <w:szCs w:val="28"/>
          <w:rtl/>
        </w:rPr>
        <w:t xml:space="preserve"> </w:t>
      </w:r>
      <w:r w:rsidRPr="00382B60">
        <w:rPr>
          <w:rFonts w:ascii="Sakkal Majalla" w:hAnsi="Sakkal Majalla" w:cs="Sakkal Majalla" w:hint="cs"/>
          <w:szCs w:val="28"/>
          <w:rtl/>
        </w:rPr>
        <w:t>بشكل</w:t>
      </w:r>
      <w:r w:rsidRPr="00382B60">
        <w:rPr>
          <w:rFonts w:ascii="Sakkal Majalla" w:hAnsi="Sakkal Majalla" w:cs="Sakkal Majalla"/>
          <w:szCs w:val="28"/>
          <w:rtl/>
        </w:rPr>
        <w:t xml:space="preserve"> </w:t>
      </w:r>
      <w:r w:rsidRPr="00382B60">
        <w:rPr>
          <w:rFonts w:ascii="Sakkal Majalla" w:hAnsi="Sakkal Majalla" w:cs="Sakkal Majalla" w:hint="cs"/>
          <w:szCs w:val="28"/>
          <w:rtl/>
        </w:rPr>
        <w:t>مستقل،</w:t>
      </w:r>
      <w:r w:rsidRPr="00382B60">
        <w:rPr>
          <w:rFonts w:ascii="Sakkal Majalla" w:hAnsi="Sakkal Majalla" w:cs="Sakkal Majalla"/>
          <w:szCs w:val="28"/>
          <w:rtl/>
        </w:rPr>
        <w:t xml:space="preserve"> </w:t>
      </w:r>
      <w:r w:rsidRPr="00382B60">
        <w:rPr>
          <w:rFonts w:ascii="Sakkal Majalla" w:hAnsi="Sakkal Majalla" w:cs="Sakkal Majalla" w:hint="cs"/>
          <w:szCs w:val="28"/>
          <w:rtl/>
        </w:rPr>
        <w:t>فإنها</w:t>
      </w:r>
      <w:r w:rsidRPr="00382B60">
        <w:rPr>
          <w:rFonts w:ascii="Sakkal Majalla" w:hAnsi="Sakkal Majalla" w:cs="Sakkal Majalla"/>
          <w:szCs w:val="28"/>
          <w:rtl/>
        </w:rPr>
        <w:t xml:space="preserve"> </w:t>
      </w:r>
      <w:r w:rsidRPr="00382B60">
        <w:rPr>
          <w:rFonts w:ascii="Sakkal Majalla" w:hAnsi="Sakkal Majalla" w:cs="Sakkal Majalla" w:hint="cs"/>
          <w:szCs w:val="28"/>
          <w:rtl/>
        </w:rPr>
        <w:t>مهّدت</w:t>
      </w:r>
      <w:r w:rsidRPr="00382B60">
        <w:rPr>
          <w:rFonts w:ascii="Sakkal Majalla" w:hAnsi="Sakkal Majalla" w:cs="Sakkal Majalla"/>
          <w:szCs w:val="28"/>
          <w:rtl/>
        </w:rPr>
        <w:t xml:space="preserve"> </w:t>
      </w:r>
      <w:r w:rsidRPr="00382B60">
        <w:rPr>
          <w:rFonts w:ascii="Sakkal Majalla" w:hAnsi="Sakkal Majalla" w:cs="Sakkal Majalla" w:hint="cs"/>
          <w:szCs w:val="28"/>
          <w:rtl/>
        </w:rPr>
        <w:t>لفهم</w:t>
      </w:r>
      <w:r w:rsidRPr="00382B60">
        <w:rPr>
          <w:rFonts w:ascii="Sakkal Majalla" w:hAnsi="Sakkal Majalla" w:cs="Sakkal Majalla"/>
          <w:szCs w:val="28"/>
          <w:rtl/>
        </w:rPr>
        <w:t xml:space="preserve"> </w:t>
      </w:r>
      <w:r w:rsidRPr="00382B60">
        <w:rPr>
          <w:rFonts w:ascii="Sakkal Majalla" w:hAnsi="Sakkal Majalla" w:cs="Sakkal Majalla" w:hint="cs"/>
          <w:szCs w:val="28"/>
          <w:rtl/>
        </w:rPr>
        <w:t>أوسع</w:t>
      </w:r>
      <w:r w:rsidRPr="00382B60">
        <w:rPr>
          <w:rFonts w:ascii="Sakkal Majalla" w:hAnsi="Sakkal Majalla" w:cs="Sakkal Majalla"/>
          <w:szCs w:val="28"/>
          <w:rtl/>
        </w:rPr>
        <w:t xml:space="preserve"> </w:t>
      </w:r>
      <w:r w:rsidRPr="00382B60">
        <w:rPr>
          <w:rFonts w:ascii="Sakkal Majalla" w:hAnsi="Sakkal Majalla" w:cs="Sakkal Majalla" w:hint="cs"/>
          <w:szCs w:val="28"/>
          <w:rtl/>
        </w:rPr>
        <w:t>لدورها</w:t>
      </w:r>
      <w:r w:rsidRPr="00382B60">
        <w:rPr>
          <w:rFonts w:ascii="Sakkal Majalla" w:hAnsi="Sakkal Majalla" w:cs="Sakkal Majalla"/>
          <w:szCs w:val="28"/>
          <w:rtl/>
        </w:rPr>
        <w:t xml:space="preserve"> </w:t>
      </w:r>
      <w:r w:rsidRPr="00382B60">
        <w:rPr>
          <w:rFonts w:ascii="Sakkal Majalla" w:hAnsi="Sakkal Majalla" w:cs="Sakkal Majalla" w:hint="cs"/>
          <w:szCs w:val="28"/>
          <w:rtl/>
        </w:rPr>
        <w:t>كوسطاء</w:t>
      </w:r>
      <w:r w:rsidRPr="00382B60">
        <w:rPr>
          <w:rFonts w:ascii="Sakkal Majalla" w:hAnsi="Sakkal Majalla" w:cs="Sakkal Majalla"/>
          <w:szCs w:val="28"/>
          <w:rtl/>
        </w:rPr>
        <w:t xml:space="preserve"> </w:t>
      </w:r>
      <w:r w:rsidRPr="00382B60">
        <w:rPr>
          <w:rFonts w:ascii="Sakkal Majalla" w:hAnsi="Sakkal Majalla" w:cs="Sakkal Majalla" w:hint="cs"/>
          <w:szCs w:val="28"/>
          <w:rtl/>
        </w:rPr>
        <w:t>تغيير</w:t>
      </w:r>
      <w:r w:rsidRPr="00382B60">
        <w:rPr>
          <w:rFonts w:ascii="Sakkal Majalla" w:hAnsi="Sakkal Majalla" w:cs="Sakkal Majalla"/>
          <w:szCs w:val="28"/>
        </w:rPr>
        <w:t>.</w:t>
      </w:r>
    </w:p>
    <w:p w14:paraId="0D85F251" w14:textId="01A599E1" w:rsidR="00382B60" w:rsidRPr="00382B60" w:rsidRDefault="00382B60" w:rsidP="00347AC4">
      <w:pPr>
        <w:bidi/>
        <w:spacing w:line="360" w:lineRule="auto"/>
        <w:jc w:val="lowKashida"/>
        <w:rPr>
          <w:rFonts w:ascii="Sakkal Majalla" w:hAnsi="Sakkal Majalla" w:cs="Sakkal Majalla"/>
          <w:szCs w:val="28"/>
          <w:rtl/>
        </w:rPr>
      </w:pPr>
      <w:r w:rsidRPr="00382B60">
        <w:rPr>
          <w:rFonts w:ascii="Sakkal Majalla" w:hAnsi="Sakkal Majalla" w:cs="Sakkal Majalla" w:hint="cs"/>
          <w:szCs w:val="28"/>
          <w:rtl/>
        </w:rPr>
        <w:t>وفي</w:t>
      </w:r>
      <w:r w:rsidRPr="00382B60">
        <w:rPr>
          <w:rFonts w:ascii="Sakkal Majalla" w:hAnsi="Sakkal Majalla" w:cs="Sakkal Majalla"/>
          <w:szCs w:val="28"/>
          <w:rtl/>
        </w:rPr>
        <w:t xml:space="preserve"> </w:t>
      </w:r>
      <w:r w:rsidRPr="00382B60">
        <w:rPr>
          <w:rFonts w:ascii="Sakkal Majalla" w:hAnsi="Sakkal Majalla" w:cs="Sakkal Majalla" w:hint="cs"/>
          <w:szCs w:val="28"/>
          <w:rtl/>
        </w:rPr>
        <w:t>دراسة</w:t>
      </w:r>
      <w:r w:rsidRPr="00382B60">
        <w:rPr>
          <w:rFonts w:ascii="Sakkal Majalla" w:hAnsi="Sakkal Majalla" w:cs="Sakkal Majalla"/>
          <w:szCs w:val="28"/>
          <w:rtl/>
        </w:rPr>
        <w:t xml:space="preserve"> </w:t>
      </w:r>
      <w:r w:rsidRPr="00382B60">
        <w:rPr>
          <w:rFonts w:ascii="Sakkal Majalla" w:hAnsi="Sakkal Majalla" w:cs="Sakkal Majalla" w:hint="cs"/>
          <w:szCs w:val="28"/>
          <w:rtl/>
        </w:rPr>
        <w:t>لاحقة</w:t>
      </w:r>
      <w:r w:rsidRPr="00382B60">
        <w:rPr>
          <w:rFonts w:ascii="Sakkal Majalla" w:hAnsi="Sakkal Majalla" w:cs="Sakkal Majalla"/>
          <w:szCs w:val="28"/>
          <w:rtl/>
        </w:rPr>
        <w:t xml:space="preserve"> </w:t>
      </w:r>
      <w:r w:rsidRPr="00382B60">
        <w:rPr>
          <w:rFonts w:ascii="Sakkal Majalla" w:hAnsi="Sakkal Majalla" w:cs="Sakkal Majalla" w:hint="cs"/>
          <w:szCs w:val="28"/>
          <w:rtl/>
        </w:rPr>
        <w:t>أكثر</w:t>
      </w:r>
      <w:r w:rsidRPr="00382B60">
        <w:rPr>
          <w:rFonts w:ascii="Sakkal Majalla" w:hAnsi="Sakkal Majalla" w:cs="Sakkal Majalla"/>
          <w:szCs w:val="28"/>
          <w:rtl/>
        </w:rPr>
        <w:t xml:space="preserve"> </w:t>
      </w:r>
      <w:r w:rsidRPr="00382B60">
        <w:rPr>
          <w:rFonts w:ascii="Sakkal Majalla" w:hAnsi="Sakkal Majalla" w:cs="Sakkal Majalla" w:hint="cs"/>
          <w:szCs w:val="28"/>
          <w:rtl/>
        </w:rPr>
        <w:t>تخصصًا،</w:t>
      </w:r>
      <w:r w:rsidRPr="00382B60">
        <w:rPr>
          <w:rFonts w:ascii="Sakkal Majalla" w:hAnsi="Sakkal Majalla" w:cs="Sakkal Majalla"/>
          <w:szCs w:val="28"/>
          <w:rtl/>
        </w:rPr>
        <w:t xml:space="preserve"> </w:t>
      </w:r>
      <w:r w:rsidRPr="00382B60">
        <w:rPr>
          <w:rFonts w:ascii="Sakkal Majalla" w:hAnsi="Sakkal Majalla" w:cs="Sakkal Majalla" w:hint="cs"/>
          <w:szCs w:val="28"/>
          <w:rtl/>
        </w:rPr>
        <w:t>قدّم</w:t>
      </w:r>
      <w:r w:rsidRPr="00382B60">
        <w:rPr>
          <w:rFonts w:ascii="Sakkal Majalla" w:hAnsi="Sakkal Majalla" w:cs="Sakkal Majalla"/>
          <w:szCs w:val="28"/>
        </w:rPr>
        <w:t xml:space="preserve"> S</w:t>
      </w:r>
      <w:r w:rsidRPr="00382B60">
        <w:rPr>
          <w:rFonts w:ascii="Sakkal Majalla" w:hAnsi="Sakkal Majalla" w:cs="Sakkal Majalla" w:hint="cs"/>
          <w:szCs w:val="28"/>
        </w:rPr>
        <w:t>ø</w:t>
      </w:r>
      <w:r w:rsidRPr="00382B60">
        <w:rPr>
          <w:rFonts w:ascii="Sakkal Majalla" w:hAnsi="Sakkal Majalla" w:cs="Sakkal Majalla"/>
          <w:szCs w:val="28"/>
        </w:rPr>
        <w:t xml:space="preserve">rensen </w:t>
      </w:r>
      <w:r w:rsidRPr="00382B60">
        <w:rPr>
          <w:rFonts w:ascii="Sakkal Majalla" w:hAnsi="Sakkal Majalla" w:cs="Sakkal Majalla" w:hint="cs"/>
          <w:szCs w:val="28"/>
          <w:rtl/>
        </w:rPr>
        <w:t>و</w:t>
      </w:r>
      <w:r w:rsidRPr="00382B60">
        <w:rPr>
          <w:rFonts w:ascii="Sakkal Majalla" w:hAnsi="Sakkal Majalla" w:cs="Sakkal Majalla"/>
          <w:szCs w:val="28"/>
        </w:rPr>
        <w:t xml:space="preserve">Torfing (2018) </w:t>
      </w:r>
      <w:r w:rsidRPr="00382B60">
        <w:rPr>
          <w:rFonts w:ascii="Sakkal Majalla" w:hAnsi="Sakkal Majalla" w:cs="Sakkal Majalla" w:hint="cs"/>
          <w:szCs w:val="28"/>
          <w:rtl/>
        </w:rPr>
        <w:t>تصنيفًا</w:t>
      </w:r>
      <w:r w:rsidRPr="00382B60">
        <w:rPr>
          <w:rFonts w:ascii="Sakkal Majalla" w:hAnsi="Sakkal Majalla" w:cs="Sakkal Majalla"/>
          <w:szCs w:val="28"/>
          <w:rtl/>
        </w:rPr>
        <w:t xml:space="preserve"> </w:t>
      </w:r>
      <w:r w:rsidRPr="00382B60">
        <w:rPr>
          <w:rFonts w:ascii="Sakkal Majalla" w:hAnsi="Sakkal Majalla" w:cs="Sakkal Majalla" w:hint="cs"/>
          <w:szCs w:val="28"/>
          <w:rtl/>
        </w:rPr>
        <w:t>دقيقًا</w:t>
      </w:r>
      <w:r w:rsidRPr="00382B60">
        <w:rPr>
          <w:rFonts w:ascii="Sakkal Majalla" w:hAnsi="Sakkal Majalla" w:cs="Sakkal Majalla"/>
          <w:szCs w:val="28"/>
          <w:rtl/>
        </w:rPr>
        <w:t xml:space="preserve"> </w:t>
      </w:r>
      <w:r w:rsidRPr="00382B60">
        <w:rPr>
          <w:rFonts w:ascii="Sakkal Majalla" w:hAnsi="Sakkal Majalla" w:cs="Sakkal Majalla" w:hint="cs"/>
          <w:szCs w:val="28"/>
          <w:rtl/>
        </w:rPr>
        <w:t>لأربعة</w:t>
      </w:r>
      <w:r w:rsidRPr="00382B60">
        <w:rPr>
          <w:rFonts w:ascii="Sakkal Majalla" w:hAnsi="Sakkal Majalla" w:cs="Sakkal Majalla"/>
          <w:szCs w:val="28"/>
          <w:rtl/>
        </w:rPr>
        <w:t xml:space="preserve"> </w:t>
      </w:r>
      <w:r w:rsidRPr="00382B60">
        <w:rPr>
          <w:rFonts w:ascii="Sakkal Majalla" w:hAnsi="Sakkal Majalla" w:cs="Sakkal Majalla" w:hint="cs"/>
          <w:szCs w:val="28"/>
          <w:rtl/>
        </w:rPr>
        <w:t>أدوار</w:t>
      </w:r>
      <w:r w:rsidRPr="00382B60">
        <w:rPr>
          <w:rFonts w:ascii="Sakkal Majalla" w:hAnsi="Sakkal Majalla" w:cs="Sakkal Majalla"/>
          <w:szCs w:val="28"/>
          <w:rtl/>
        </w:rPr>
        <w:t xml:space="preserve"> </w:t>
      </w:r>
      <w:r w:rsidRPr="00382B60">
        <w:rPr>
          <w:rFonts w:ascii="Sakkal Majalla" w:hAnsi="Sakkal Majalla" w:cs="Sakkal Majalla" w:hint="cs"/>
          <w:szCs w:val="28"/>
          <w:rtl/>
        </w:rPr>
        <w:t>رئيسية</w:t>
      </w:r>
      <w:r w:rsidRPr="00382B60">
        <w:rPr>
          <w:rFonts w:ascii="Sakkal Majalla" w:hAnsi="Sakkal Majalla" w:cs="Sakkal Majalla"/>
          <w:szCs w:val="28"/>
          <w:rtl/>
        </w:rPr>
        <w:t xml:space="preserve"> </w:t>
      </w:r>
      <w:r w:rsidRPr="00382B60">
        <w:rPr>
          <w:rFonts w:ascii="Sakkal Majalla" w:hAnsi="Sakkal Majalla" w:cs="Sakkal Majalla" w:hint="cs"/>
          <w:szCs w:val="28"/>
          <w:rtl/>
        </w:rPr>
        <w:t>تؤديها</w:t>
      </w:r>
      <w:r w:rsidRPr="00382B60">
        <w:rPr>
          <w:rFonts w:ascii="Sakkal Majalla" w:hAnsi="Sakkal Majalla" w:cs="Sakkal Majalla"/>
          <w:szCs w:val="28"/>
          <w:rtl/>
        </w:rPr>
        <w:t xml:space="preserve"> </w:t>
      </w:r>
      <w:r w:rsidRPr="00382B60">
        <w:rPr>
          <w:rFonts w:ascii="Sakkal Majalla" w:hAnsi="Sakkal Majalla" w:cs="Sakkal Majalla" w:hint="cs"/>
          <w:szCs w:val="28"/>
          <w:rtl/>
        </w:rPr>
        <w:t>الشركات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الاستشارية</w:t>
      </w:r>
      <w:r w:rsidRPr="00382B60">
        <w:rPr>
          <w:rFonts w:ascii="Sakkal Majalla" w:hAnsi="Sakkal Majalla" w:cs="Sakkal Majalla"/>
          <w:szCs w:val="28"/>
          <w:rtl/>
        </w:rPr>
        <w:t xml:space="preserve"> </w:t>
      </w:r>
      <w:r w:rsidRPr="00382B60">
        <w:rPr>
          <w:rFonts w:ascii="Sakkal Majalla" w:hAnsi="Sakkal Majalla" w:cs="Sakkal Majalla" w:hint="cs"/>
          <w:szCs w:val="28"/>
          <w:rtl/>
        </w:rPr>
        <w:t>في</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الابتكار</w:t>
      </w:r>
      <w:r w:rsidRPr="00382B60">
        <w:rPr>
          <w:rFonts w:ascii="Sakkal Majalla" w:hAnsi="Sakkal Majalla" w:cs="Sakkal Majalla"/>
          <w:szCs w:val="28"/>
          <w:rtl/>
        </w:rPr>
        <w:t xml:space="preserve"> </w:t>
      </w:r>
      <w:r w:rsidRPr="00382B60">
        <w:rPr>
          <w:rFonts w:ascii="Sakkal Majalla" w:hAnsi="Sakkal Majalla" w:cs="Sakkal Majalla" w:hint="cs"/>
          <w:szCs w:val="28"/>
          <w:rtl/>
        </w:rPr>
        <w:t>الحكومي</w:t>
      </w:r>
      <w:r w:rsidRPr="00382B60">
        <w:rPr>
          <w:rFonts w:ascii="Sakkal Majalla" w:hAnsi="Sakkal Majalla" w:cs="Sakkal Majalla"/>
          <w:szCs w:val="28"/>
          <w:rtl/>
        </w:rPr>
        <w:t xml:space="preserve">: </w:t>
      </w:r>
      <w:r w:rsidRPr="00382B60">
        <w:rPr>
          <w:rFonts w:ascii="Sakkal Majalla" w:hAnsi="Sakkal Majalla" w:cs="Sakkal Majalla" w:hint="cs"/>
          <w:szCs w:val="28"/>
          <w:rtl/>
        </w:rPr>
        <w:t>الوسيط</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المعرفي،</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الميسر،</w:t>
      </w:r>
      <w:r w:rsidRPr="00382B60">
        <w:rPr>
          <w:rFonts w:ascii="Sakkal Majalla" w:hAnsi="Sakkal Majalla" w:cs="Sakkal Majalla"/>
          <w:szCs w:val="28"/>
          <w:rtl/>
        </w:rPr>
        <w:t xml:space="preserve"> </w:t>
      </w:r>
      <w:r w:rsidRPr="00382B60">
        <w:rPr>
          <w:rFonts w:ascii="Sakkal Majalla" w:hAnsi="Sakkal Majalla" w:cs="Sakkal Majalla" w:hint="cs"/>
          <w:szCs w:val="28"/>
          <w:rtl/>
        </w:rPr>
        <w:t>الخبير</w:t>
      </w:r>
      <w:r w:rsidRPr="00382B60">
        <w:rPr>
          <w:rFonts w:ascii="Sakkal Majalla" w:hAnsi="Sakkal Majalla" w:cs="Sakkal Majalla"/>
          <w:szCs w:val="28"/>
          <w:rtl/>
        </w:rPr>
        <w:t xml:space="preserve"> </w:t>
      </w:r>
      <w:r w:rsidRPr="00382B60">
        <w:rPr>
          <w:rFonts w:ascii="Sakkal Majalla" w:hAnsi="Sakkal Majalla" w:cs="Sakkal Majalla" w:hint="cs"/>
          <w:szCs w:val="28"/>
          <w:rtl/>
        </w:rPr>
        <w:t>الفني،</w:t>
      </w:r>
      <w:r w:rsidRPr="00382B60">
        <w:rPr>
          <w:rFonts w:ascii="Sakkal Majalla" w:hAnsi="Sakkal Majalla" w:cs="Sakkal Majalla"/>
          <w:szCs w:val="28"/>
          <w:rtl/>
        </w:rPr>
        <w:t xml:space="preserve"> </w:t>
      </w:r>
      <w:r w:rsidRPr="00382B60">
        <w:rPr>
          <w:rFonts w:ascii="Sakkal Majalla" w:hAnsi="Sakkal Majalla" w:cs="Sakkal Majalla" w:hint="cs"/>
          <w:szCs w:val="28"/>
          <w:rtl/>
        </w:rPr>
        <w:t>والمحرك</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الاستراتيجي</w:t>
      </w:r>
      <w:r w:rsidRPr="00382B60">
        <w:rPr>
          <w:rFonts w:ascii="Sakkal Majalla" w:hAnsi="Sakkal Majalla" w:cs="Sakkal Majalla"/>
          <w:szCs w:val="28"/>
          <w:rtl/>
        </w:rPr>
        <w:t xml:space="preserve">. </w:t>
      </w:r>
      <w:r w:rsidRPr="00382B60">
        <w:rPr>
          <w:rFonts w:ascii="Sakkal Majalla" w:hAnsi="Sakkal Majalla" w:cs="Sakkal Majalla" w:hint="cs"/>
          <w:szCs w:val="28"/>
          <w:rtl/>
        </w:rPr>
        <w:t>وبيّنا</w:t>
      </w:r>
      <w:r w:rsidRPr="00382B60">
        <w:rPr>
          <w:rFonts w:ascii="Sakkal Majalla" w:hAnsi="Sakkal Majalla" w:cs="Sakkal Majalla"/>
          <w:szCs w:val="28"/>
          <w:rtl/>
        </w:rPr>
        <w:t xml:space="preserve"> </w:t>
      </w:r>
      <w:r w:rsidRPr="00382B60">
        <w:rPr>
          <w:rFonts w:ascii="Sakkal Majalla" w:hAnsi="Sakkal Majalla" w:cs="Sakkal Majalla" w:hint="cs"/>
          <w:szCs w:val="28"/>
          <w:rtl/>
        </w:rPr>
        <w:t>أن</w:t>
      </w:r>
      <w:r w:rsidRPr="00382B60">
        <w:rPr>
          <w:rFonts w:ascii="Sakkal Majalla" w:hAnsi="Sakkal Majalla" w:cs="Sakkal Majalla"/>
          <w:szCs w:val="28"/>
          <w:rtl/>
        </w:rPr>
        <w:t xml:space="preserve"> </w:t>
      </w:r>
      <w:r w:rsidRPr="00382B60">
        <w:rPr>
          <w:rFonts w:ascii="Sakkal Majalla" w:hAnsi="Sakkal Majalla" w:cs="Sakkal Majalla" w:hint="cs"/>
          <w:szCs w:val="28"/>
          <w:rtl/>
        </w:rPr>
        <w:t>فاعلية</w:t>
      </w:r>
      <w:r w:rsidRPr="00382B60">
        <w:rPr>
          <w:rFonts w:ascii="Sakkal Majalla" w:hAnsi="Sakkal Majalla" w:cs="Sakkal Majalla"/>
          <w:szCs w:val="28"/>
          <w:rtl/>
        </w:rPr>
        <w:t xml:space="preserve"> </w:t>
      </w:r>
      <w:r w:rsidRPr="00382B60">
        <w:rPr>
          <w:rFonts w:ascii="Sakkal Majalla" w:hAnsi="Sakkal Majalla" w:cs="Sakkal Majalla" w:hint="cs"/>
          <w:szCs w:val="28"/>
          <w:rtl/>
        </w:rPr>
        <w:t>هذه</w:t>
      </w:r>
      <w:r w:rsidRPr="00382B60">
        <w:rPr>
          <w:rFonts w:ascii="Sakkal Majalla" w:hAnsi="Sakkal Majalla" w:cs="Sakkal Majalla"/>
          <w:szCs w:val="28"/>
          <w:rtl/>
        </w:rPr>
        <w:t xml:space="preserve"> </w:t>
      </w:r>
      <w:r w:rsidRPr="00382B60">
        <w:rPr>
          <w:rFonts w:ascii="Sakkal Majalla" w:hAnsi="Sakkal Majalla" w:cs="Sakkal Majalla" w:hint="cs"/>
          <w:szCs w:val="28"/>
          <w:rtl/>
        </w:rPr>
        <w:t>الأدوار</w:t>
      </w:r>
      <w:r w:rsidRPr="00382B60">
        <w:rPr>
          <w:rFonts w:ascii="Sakkal Majalla" w:hAnsi="Sakkal Majalla" w:cs="Sakkal Majalla"/>
          <w:szCs w:val="28"/>
          <w:rtl/>
        </w:rPr>
        <w:t xml:space="preserve"> </w:t>
      </w:r>
      <w:r w:rsidRPr="00382B60">
        <w:rPr>
          <w:rFonts w:ascii="Sakkal Majalla" w:hAnsi="Sakkal Majalla" w:cs="Sakkal Majalla" w:hint="cs"/>
          <w:szCs w:val="28"/>
          <w:rtl/>
        </w:rPr>
        <w:t>تتطلب</w:t>
      </w:r>
      <w:r w:rsidRPr="00382B60">
        <w:rPr>
          <w:rFonts w:ascii="Sakkal Majalla" w:hAnsi="Sakkal Majalla" w:cs="Sakkal Majalla"/>
          <w:szCs w:val="28"/>
          <w:rtl/>
        </w:rPr>
        <w:t xml:space="preserve"> </w:t>
      </w:r>
      <w:r w:rsidRPr="00382B60">
        <w:rPr>
          <w:rFonts w:ascii="Sakkal Majalla" w:hAnsi="Sakkal Majalla" w:cs="Sakkal Majalla" w:hint="cs"/>
          <w:szCs w:val="28"/>
          <w:rtl/>
        </w:rPr>
        <w:t>وضوحًا</w:t>
      </w:r>
      <w:r w:rsidRPr="00382B60">
        <w:rPr>
          <w:rFonts w:ascii="Sakkal Majalla" w:hAnsi="Sakkal Majalla" w:cs="Sakkal Majalla"/>
          <w:szCs w:val="28"/>
          <w:rtl/>
        </w:rPr>
        <w:t xml:space="preserve"> </w:t>
      </w:r>
      <w:r w:rsidRPr="00382B60">
        <w:rPr>
          <w:rFonts w:ascii="Sakkal Majalla" w:hAnsi="Sakkal Majalla" w:cs="Sakkal Majalla" w:hint="cs"/>
          <w:szCs w:val="28"/>
          <w:rtl/>
        </w:rPr>
        <w:t>في</w:t>
      </w:r>
      <w:r w:rsidRPr="00382B60">
        <w:rPr>
          <w:rFonts w:ascii="Sakkal Majalla" w:hAnsi="Sakkal Majalla" w:cs="Sakkal Majalla"/>
          <w:szCs w:val="28"/>
          <w:rtl/>
        </w:rPr>
        <w:t xml:space="preserve"> </w:t>
      </w:r>
      <w:r w:rsidRPr="00382B60">
        <w:rPr>
          <w:rFonts w:ascii="Sakkal Majalla" w:hAnsi="Sakkal Majalla" w:cs="Sakkal Majalla" w:hint="cs"/>
          <w:szCs w:val="28"/>
          <w:rtl/>
        </w:rPr>
        <w:t>العقود</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الاستشارية،</w:t>
      </w:r>
      <w:r w:rsidRPr="00382B60">
        <w:rPr>
          <w:rFonts w:ascii="Sakkal Majalla" w:hAnsi="Sakkal Majalla" w:cs="Sakkal Majalla"/>
          <w:szCs w:val="28"/>
          <w:rtl/>
        </w:rPr>
        <w:t xml:space="preserve"> </w:t>
      </w:r>
      <w:r w:rsidRPr="00382B60">
        <w:rPr>
          <w:rFonts w:ascii="Sakkal Majalla" w:hAnsi="Sakkal Majalla" w:cs="Sakkal Majalla" w:hint="cs"/>
          <w:szCs w:val="28"/>
          <w:rtl/>
        </w:rPr>
        <w:t>بما</w:t>
      </w:r>
      <w:r w:rsidRPr="00382B60">
        <w:rPr>
          <w:rFonts w:ascii="Sakkal Majalla" w:hAnsi="Sakkal Majalla" w:cs="Sakkal Majalla"/>
          <w:szCs w:val="28"/>
          <w:rtl/>
        </w:rPr>
        <w:t xml:space="preserve"> </w:t>
      </w:r>
      <w:r w:rsidRPr="00382B60">
        <w:rPr>
          <w:rFonts w:ascii="Sakkal Majalla" w:hAnsi="Sakkal Majalla" w:cs="Sakkal Majalla" w:hint="cs"/>
          <w:szCs w:val="28"/>
          <w:rtl/>
        </w:rPr>
        <w:t>يضمن</w:t>
      </w:r>
      <w:r w:rsidRPr="00382B60">
        <w:rPr>
          <w:rFonts w:ascii="Sakkal Majalla" w:hAnsi="Sakkal Majalla" w:cs="Sakkal Majalla"/>
          <w:szCs w:val="28"/>
          <w:rtl/>
        </w:rPr>
        <w:t xml:space="preserve"> </w:t>
      </w:r>
      <w:r w:rsidRPr="00382B60">
        <w:rPr>
          <w:rFonts w:ascii="Sakkal Majalla" w:hAnsi="Sakkal Majalla" w:cs="Sakkal Majalla" w:hint="cs"/>
          <w:szCs w:val="28"/>
          <w:rtl/>
        </w:rPr>
        <w:t>انتقال</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المعرفة</w:t>
      </w:r>
      <w:r w:rsidRPr="00382B60">
        <w:rPr>
          <w:rFonts w:ascii="Sakkal Majalla" w:hAnsi="Sakkal Majalla" w:cs="Sakkal Majalla"/>
          <w:szCs w:val="28"/>
          <w:rtl/>
        </w:rPr>
        <w:t xml:space="preserve"> </w:t>
      </w:r>
      <w:r w:rsidRPr="00382B60">
        <w:rPr>
          <w:rFonts w:ascii="Sakkal Majalla" w:hAnsi="Sakkal Majalla" w:cs="Sakkal Majalla" w:hint="cs"/>
          <w:szCs w:val="28"/>
          <w:rtl/>
        </w:rPr>
        <w:t>إلى</w:t>
      </w:r>
      <w:r w:rsidRPr="00382B60">
        <w:rPr>
          <w:rFonts w:ascii="Sakkal Majalla" w:hAnsi="Sakkal Majalla" w:cs="Sakkal Majalla"/>
          <w:szCs w:val="28"/>
          <w:rtl/>
        </w:rPr>
        <w:t xml:space="preserve"> </w:t>
      </w:r>
      <w:r w:rsidRPr="00382B60">
        <w:rPr>
          <w:rFonts w:ascii="Sakkal Majalla" w:hAnsi="Sakkal Majalla" w:cs="Sakkal Majalla" w:hint="cs"/>
          <w:szCs w:val="28"/>
          <w:rtl/>
        </w:rPr>
        <w:t>الجهات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الحكومية</w:t>
      </w:r>
      <w:r w:rsidRPr="00382B60">
        <w:rPr>
          <w:rFonts w:ascii="Sakkal Majalla" w:hAnsi="Sakkal Majalla" w:cs="Sakkal Majalla"/>
          <w:szCs w:val="28"/>
          <w:rtl/>
        </w:rPr>
        <w:t xml:space="preserve"> </w:t>
      </w:r>
      <w:r w:rsidRPr="00382B60">
        <w:rPr>
          <w:rFonts w:ascii="Sakkal Majalla" w:hAnsi="Sakkal Majalla" w:cs="Sakkal Majalla" w:hint="cs"/>
          <w:szCs w:val="28"/>
          <w:rtl/>
        </w:rPr>
        <w:t>وعدم</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الاكتفاء</w:t>
      </w:r>
      <w:r w:rsidRPr="00382B60">
        <w:rPr>
          <w:rFonts w:ascii="Sakkal Majalla" w:hAnsi="Sakkal Majalla" w:cs="Sakkal Majalla"/>
          <w:szCs w:val="28"/>
          <w:rtl/>
        </w:rPr>
        <w:t xml:space="preserve"> </w:t>
      </w:r>
      <w:r w:rsidRPr="00382B60">
        <w:rPr>
          <w:rFonts w:ascii="Sakkal Majalla" w:hAnsi="Sakkal Majalla" w:cs="Sakkal Majalla" w:hint="cs"/>
          <w:szCs w:val="28"/>
          <w:rtl/>
        </w:rPr>
        <w:t>بالتوريد</w:t>
      </w:r>
      <w:r w:rsidRPr="00382B60">
        <w:rPr>
          <w:rFonts w:ascii="Sakkal Majalla" w:hAnsi="Sakkal Majalla" w:cs="Sakkal Majalla"/>
          <w:szCs w:val="28"/>
          <w:rtl/>
        </w:rPr>
        <w:t xml:space="preserve"> </w:t>
      </w:r>
      <w:r w:rsidRPr="00382B60">
        <w:rPr>
          <w:rFonts w:ascii="Sakkal Majalla" w:hAnsi="Sakkal Majalla" w:cs="Sakkal Majalla" w:hint="cs"/>
          <w:szCs w:val="28"/>
          <w:rtl/>
        </w:rPr>
        <w:t>الخارجي</w:t>
      </w:r>
      <w:r w:rsidRPr="00382B60">
        <w:rPr>
          <w:rFonts w:ascii="Sakkal Majalla" w:hAnsi="Sakkal Majalla" w:cs="Sakkal Majalla"/>
          <w:szCs w:val="28"/>
          <w:rtl/>
        </w:rPr>
        <w:t xml:space="preserve"> </w:t>
      </w:r>
      <w:r w:rsidRPr="00382B60">
        <w:rPr>
          <w:rFonts w:ascii="Sakkal Majalla" w:hAnsi="Sakkal Majalla" w:cs="Sakkal Majalla" w:hint="cs"/>
          <w:szCs w:val="28"/>
          <w:rtl/>
        </w:rPr>
        <w:t>للحلول</w:t>
      </w:r>
      <w:r w:rsidRPr="00382B60">
        <w:rPr>
          <w:rFonts w:ascii="Sakkal Majalla" w:hAnsi="Sakkal Majalla" w:cs="Sakkal Majalla"/>
          <w:szCs w:val="28"/>
        </w:rPr>
        <w:t>.</w:t>
      </w:r>
    </w:p>
    <w:p w14:paraId="355D921B" w14:textId="503E5091" w:rsidR="00382B60" w:rsidRPr="00382B60" w:rsidRDefault="00382B60" w:rsidP="00347AC4">
      <w:pPr>
        <w:bidi/>
        <w:spacing w:line="360" w:lineRule="auto"/>
        <w:jc w:val="lowKashida"/>
        <w:rPr>
          <w:rFonts w:ascii="Sakkal Majalla" w:hAnsi="Sakkal Majalla" w:cs="Sakkal Majalla"/>
          <w:szCs w:val="28"/>
          <w:rtl/>
        </w:rPr>
      </w:pPr>
      <w:r w:rsidRPr="00382B60">
        <w:rPr>
          <w:rFonts w:ascii="Sakkal Majalla" w:hAnsi="Sakkal Majalla" w:cs="Sakkal Majalla" w:hint="cs"/>
          <w:szCs w:val="28"/>
          <w:rtl/>
        </w:rPr>
        <w:t>من</w:t>
      </w:r>
      <w:r w:rsidRPr="00382B60">
        <w:rPr>
          <w:rFonts w:ascii="Sakkal Majalla" w:hAnsi="Sakkal Majalla" w:cs="Sakkal Majalla"/>
          <w:szCs w:val="28"/>
          <w:rtl/>
        </w:rPr>
        <w:t xml:space="preserve"> </w:t>
      </w:r>
      <w:r w:rsidRPr="00382B60">
        <w:rPr>
          <w:rFonts w:ascii="Sakkal Majalla" w:hAnsi="Sakkal Majalla" w:cs="Sakkal Majalla" w:hint="cs"/>
          <w:szCs w:val="28"/>
          <w:rtl/>
        </w:rPr>
        <w:t>جهة</w:t>
      </w:r>
      <w:r w:rsidRPr="00382B60">
        <w:rPr>
          <w:rFonts w:ascii="Sakkal Majalla" w:hAnsi="Sakkal Majalla" w:cs="Sakkal Majalla"/>
          <w:szCs w:val="28"/>
          <w:rtl/>
        </w:rPr>
        <w:t xml:space="preserve"> </w:t>
      </w:r>
      <w:r w:rsidRPr="00382B60">
        <w:rPr>
          <w:rFonts w:ascii="Sakkal Majalla" w:hAnsi="Sakkal Majalla" w:cs="Sakkal Majalla" w:hint="cs"/>
          <w:szCs w:val="28"/>
          <w:rtl/>
        </w:rPr>
        <w:t>أخرى،</w:t>
      </w:r>
      <w:r w:rsidRPr="00382B60">
        <w:rPr>
          <w:rFonts w:ascii="Sakkal Majalla" w:hAnsi="Sakkal Majalla" w:cs="Sakkal Majalla"/>
          <w:szCs w:val="28"/>
          <w:rtl/>
        </w:rPr>
        <w:t xml:space="preserve"> </w:t>
      </w:r>
      <w:r w:rsidRPr="00382B60">
        <w:rPr>
          <w:rFonts w:ascii="Sakkal Majalla" w:hAnsi="Sakkal Majalla" w:cs="Sakkal Majalla" w:hint="cs"/>
          <w:szCs w:val="28"/>
          <w:rtl/>
        </w:rPr>
        <w:t>ناقش</w:t>
      </w:r>
      <w:r w:rsidRPr="00382B60">
        <w:rPr>
          <w:rFonts w:ascii="Sakkal Majalla" w:hAnsi="Sakkal Majalla" w:cs="Sakkal Majalla"/>
          <w:szCs w:val="28"/>
        </w:rPr>
        <w:t xml:space="preserve"> Ferlie </w:t>
      </w:r>
      <w:r w:rsidRPr="00382B60">
        <w:rPr>
          <w:rFonts w:ascii="Sakkal Majalla" w:hAnsi="Sakkal Majalla" w:cs="Sakkal Majalla" w:hint="cs"/>
          <w:szCs w:val="28"/>
          <w:rtl/>
        </w:rPr>
        <w:t>و</w:t>
      </w:r>
      <w:r w:rsidRPr="00382B60">
        <w:rPr>
          <w:rFonts w:ascii="Sakkal Majalla" w:hAnsi="Sakkal Majalla" w:cs="Sakkal Majalla"/>
          <w:szCs w:val="28"/>
        </w:rPr>
        <w:t xml:space="preserve">Ongaro (2015) </w:t>
      </w:r>
      <w:r w:rsidRPr="00382B60">
        <w:rPr>
          <w:rFonts w:ascii="Sakkal Majalla" w:hAnsi="Sakkal Majalla" w:cs="Sakkal Majalla" w:hint="cs"/>
          <w:szCs w:val="28"/>
          <w:rtl/>
        </w:rPr>
        <w:t>مفهوم</w:t>
      </w:r>
      <w:r w:rsidRPr="00382B60">
        <w:rPr>
          <w:rFonts w:ascii="Sakkal Majalla" w:hAnsi="Sakkal Majalla" w:cs="Sakkal Majalla"/>
          <w:szCs w:val="28"/>
          <w:rtl/>
        </w:rPr>
        <w:t xml:space="preserve"> "</w:t>
      </w:r>
      <w:r w:rsidRPr="00382B60">
        <w:rPr>
          <w:rFonts w:ascii="Sakkal Majalla" w:hAnsi="Sakkal Majalla" w:cs="Sakkal Majalla" w:hint="cs"/>
          <w:szCs w:val="28"/>
          <w:rtl/>
        </w:rPr>
        <w:t>القدرة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الاستراتيجية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المؤقتة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التي</w:t>
      </w:r>
      <w:r w:rsidRPr="00382B60">
        <w:rPr>
          <w:rFonts w:ascii="Sakkal Majalla" w:hAnsi="Sakkal Majalla" w:cs="Sakkal Majalla"/>
          <w:szCs w:val="28"/>
          <w:rtl/>
        </w:rPr>
        <w:t xml:space="preserve"> </w:t>
      </w:r>
      <w:r w:rsidRPr="00382B60">
        <w:rPr>
          <w:rFonts w:ascii="Sakkal Majalla" w:hAnsi="Sakkal Majalla" w:cs="Sakkal Majalla" w:hint="cs"/>
          <w:szCs w:val="28"/>
          <w:rtl/>
        </w:rPr>
        <w:t>توفرها</w:t>
      </w:r>
      <w:r w:rsidRPr="00382B60">
        <w:rPr>
          <w:rFonts w:ascii="Sakkal Majalla" w:hAnsi="Sakkal Majalla" w:cs="Sakkal Majalla"/>
          <w:szCs w:val="28"/>
          <w:rtl/>
        </w:rPr>
        <w:t xml:space="preserve"> </w:t>
      </w:r>
      <w:r w:rsidRPr="00382B60">
        <w:rPr>
          <w:rFonts w:ascii="Sakkal Majalla" w:hAnsi="Sakkal Majalla" w:cs="Sakkal Majalla" w:hint="cs"/>
          <w:szCs w:val="28"/>
          <w:rtl/>
        </w:rPr>
        <w:t>الشركات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الاستشارية،</w:t>
      </w:r>
      <w:r w:rsidRPr="00382B60">
        <w:rPr>
          <w:rFonts w:ascii="Sakkal Majalla" w:hAnsi="Sakkal Majalla" w:cs="Sakkal Majalla"/>
          <w:szCs w:val="28"/>
          <w:rtl/>
        </w:rPr>
        <w:t xml:space="preserve"> </w:t>
      </w:r>
      <w:r w:rsidRPr="00382B60">
        <w:rPr>
          <w:rFonts w:ascii="Sakkal Majalla" w:hAnsi="Sakkal Majalla" w:cs="Sakkal Majalla" w:hint="cs"/>
          <w:szCs w:val="28"/>
          <w:rtl/>
        </w:rPr>
        <w:t>والتي</w:t>
      </w:r>
      <w:r w:rsidRPr="00382B60">
        <w:rPr>
          <w:rFonts w:ascii="Sakkal Majalla" w:hAnsi="Sakkal Majalla" w:cs="Sakkal Majalla"/>
          <w:szCs w:val="28"/>
          <w:rtl/>
        </w:rPr>
        <w:t xml:space="preserve"> </w:t>
      </w:r>
      <w:r w:rsidRPr="00382B60">
        <w:rPr>
          <w:rFonts w:ascii="Sakkal Majalla" w:hAnsi="Sakkal Majalla" w:cs="Sakkal Majalla" w:hint="cs"/>
          <w:szCs w:val="28"/>
          <w:rtl/>
        </w:rPr>
        <w:t>قد</w:t>
      </w:r>
      <w:r w:rsidRPr="00382B60">
        <w:rPr>
          <w:rFonts w:ascii="Sakkal Majalla" w:hAnsi="Sakkal Majalla" w:cs="Sakkal Majalla"/>
          <w:szCs w:val="28"/>
          <w:rtl/>
        </w:rPr>
        <w:t xml:space="preserve"> </w:t>
      </w:r>
      <w:r w:rsidRPr="00382B60">
        <w:rPr>
          <w:rFonts w:ascii="Sakkal Majalla" w:hAnsi="Sakkal Majalla" w:cs="Sakkal Majalla" w:hint="cs"/>
          <w:szCs w:val="28"/>
          <w:rtl/>
        </w:rPr>
        <w:t>تنقضي</w:t>
      </w:r>
      <w:r w:rsidRPr="00382B60">
        <w:rPr>
          <w:rFonts w:ascii="Sakkal Majalla" w:hAnsi="Sakkal Majalla" w:cs="Sakkal Majalla"/>
          <w:szCs w:val="28"/>
          <w:rtl/>
        </w:rPr>
        <w:t xml:space="preserve"> </w:t>
      </w:r>
      <w:r w:rsidRPr="00382B60">
        <w:rPr>
          <w:rFonts w:ascii="Sakkal Majalla" w:hAnsi="Sakkal Majalla" w:cs="Sakkal Majalla" w:hint="cs"/>
          <w:szCs w:val="28"/>
          <w:rtl/>
        </w:rPr>
        <w:t>بانتهاء</w:t>
      </w:r>
      <w:r w:rsidRPr="00382B60">
        <w:rPr>
          <w:rFonts w:ascii="Sakkal Majalla" w:hAnsi="Sakkal Majalla" w:cs="Sakkal Majalla"/>
          <w:szCs w:val="28"/>
          <w:rtl/>
        </w:rPr>
        <w:t xml:space="preserve"> </w:t>
      </w:r>
      <w:r w:rsidRPr="00382B60">
        <w:rPr>
          <w:rFonts w:ascii="Sakkal Majalla" w:hAnsi="Sakkal Majalla" w:cs="Sakkal Majalla" w:hint="cs"/>
          <w:szCs w:val="28"/>
          <w:rtl/>
        </w:rPr>
        <w:t>التعاقد</w:t>
      </w:r>
      <w:r w:rsidRPr="00382B60">
        <w:rPr>
          <w:rFonts w:ascii="Sakkal Majalla" w:hAnsi="Sakkal Majalla" w:cs="Sakkal Majalla"/>
          <w:szCs w:val="28"/>
          <w:rtl/>
        </w:rPr>
        <w:t xml:space="preserve"> </w:t>
      </w:r>
      <w:r w:rsidRPr="00382B60">
        <w:rPr>
          <w:rFonts w:ascii="Sakkal Majalla" w:hAnsi="Sakkal Majalla" w:cs="Sakkal Majalla" w:hint="cs"/>
          <w:szCs w:val="28"/>
          <w:rtl/>
        </w:rPr>
        <w:t>ما</w:t>
      </w:r>
      <w:r w:rsidRPr="00382B60">
        <w:rPr>
          <w:rFonts w:ascii="Sakkal Majalla" w:hAnsi="Sakkal Majalla" w:cs="Sakkal Majalla"/>
          <w:szCs w:val="28"/>
          <w:rtl/>
        </w:rPr>
        <w:t xml:space="preserve"> </w:t>
      </w:r>
      <w:r w:rsidRPr="00382B60">
        <w:rPr>
          <w:rFonts w:ascii="Sakkal Majalla" w:hAnsi="Sakkal Majalla" w:cs="Sakkal Majalla" w:hint="cs"/>
          <w:szCs w:val="28"/>
          <w:rtl/>
        </w:rPr>
        <w:t>لم</w:t>
      </w:r>
      <w:r w:rsidRPr="00382B60">
        <w:rPr>
          <w:rFonts w:ascii="Sakkal Majalla" w:hAnsi="Sakkal Majalla" w:cs="Sakkal Majalla"/>
          <w:szCs w:val="28"/>
          <w:rtl/>
        </w:rPr>
        <w:t xml:space="preserve"> </w:t>
      </w:r>
      <w:r w:rsidRPr="00382B60">
        <w:rPr>
          <w:rFonts w:ascii="Sakkal Majalla" w:hAnsi="Sakkal Majalla" w:cs="Sakkal Majalla" w:hint="cs"/>
          <w:szCs w:val="28"/>
          <w:rtl/>
        </w:rPr>
        <w:t>تُفعّل</w:t>
      </w:r>
      <w:r w:rsidRPr="00382B60">
        <w:rPr>
          <w:rFonts w:ascii="Sakkal Majalla" w:hAnsi="Sakkal Majalla" w:cs="Sakkal Majalla"/>
          <w:szCs w:val="28"/>
          <w:rtl/>
        </w:rPr>
        <w:t xml:space="preserve"> </w:t>
      </w:r>
      <w:r w:rsidRPr="00382B60">
        <w:rPr>
          <w:rFonts w:ascii="Sakkal Majalla" w:hAnsi="Sakkal Majalla" w:cs="Sakkal Majalla" w:hint="cs"/>
          <w:szCs w:val="28"/>
          <w:rtl/>
        </w:rPr>
        <w:t>آليات</w:t>
      </w:r>
      <w:r w:rsidRPr="00382B60">
        <w:rPr>
          <w:rFonts w:ascii="Sakkal Majalla" w:hAnsi="Sakkal Majalla" w:cs="Sakkal Majalla"/>
          <w:szCs w:val="28"/>
          <w:rtl/>
        </w:rPr>
        <w:t xml:space="preserve"> </w:t>
      </w:r>
      <w:r w:rsidRPr="00382B60">
        <w:rPr>
          <w:rFonts w:ascii="Sakkal Majalla" w:hAnsi="Sakkal Majalla" w:cs="Sakkal Majalla" w:hint="cs"/>
          <w:szCs w:val="28"/>
          <w:rtl/>
        </w:rPr>
        <w:t>نقل</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المعرفة</w:t>
      </w:r>
      <w:r w:rsidRPr="00382B60">
        <w:rPr>
          <w:rFonts w:ascii="Sakkal Majalla" w:hAnsi="Sakkal Majalla" w:cs="Sakkal Majalla"/>
          <w:szCs w:val="28"/>
          <w:rtl/>
        </w:rPr>
        <w:t xml:space="preserve"> </w:t>
      </w:r>
      <w:r w:rsidRPr="00382B60">
        <w:rPr>
          <w:rFonts w:ascii="Sakkal Majalla" w:hAnsi="Sakkal Majalla" w:cs="Sakkal Majalla" w:hint="cs"/>
          <w:szCs w:val="28"/>
          <w:rtl/>
        </w:rPr>
        <w:t>بشكل</w:t>
      </w:r>
      <w:r w:rsidRPr="00382B60">
        <w:rPr>
          <w:rFonts w:ascii="Sakkal Majalla" w:hAnsi="Sakkal Majalla" w:cs="Sakkal Majalla"/>
          <w:szCs w:val="28"/>
          <w:rtl/>
        </w:rPr>
        <w:t xml:space="preserve"> </w:t>
      </w:r>
      <w:r w:rsidRPr="00382B60">
        <w:rPr>
          <w:rFonts w:ascii="Sakkal Majalla" w:hAnsi="Sakkal Majalla" w:cs="Sakkal Majalla" w:hint="cs"/>
          <w:szCs w:val="28"/>
          <w:rtl/>
        </w:rPr>
        <w:t>مؤسسي</w:t>
      </w:r>
      <w:r w:rsidRPr="00382B60">
        <w:rPr>
          <w:rFonts w:ascii="Sakkal Majalla" w:hAnsi="Sakkal Majalla" w:cs="Sakkal Majalla"/>
          <w:szCs w:val="28"/>
          <w:rtl/>
        </w:rPr>
        <w:t xml:space="preserve">. </w:t>
      </w:r>
      <w:r w:rsidRPr="00382B60">
        <w:rPr>
          <w:rFonts w:ascii="Sakkal Majalla" w:hAnsi="Sakkal Majalla" w:cs="Sakkal Majalla" w:hint="cs"/>
          <w:szCs w:val="28"/>
          <w:rtl/>
        </w:rPr>
        <w:t>وقد</w:t>
      </w:r>
      <w:r w:rsidRPr="00382B60">
        <w:rPr>
          <w:rFonts w:ascii="Sakkal Majalla" w:hAnsi="Sakkal Majalla" w:cs="Sakkal Majalla"/>
          <w:szCs w:val="28"/>
          <w:rtl/>
        </w:rPr>
        <w:t xml:space="preserve"> </w:t>
      </w:r>
      <w:r w:rsidRPr="00382B60">
        <w:rPr>
          <w:rFonts w:ascii="Sakkal Majalla" w:hAnsi="Sakkal Majalla" w:cs="Sakkal Majalla" w:hint="cs"/>
          <w:szCs w:val="28"/>
          <w:rtl/>
        </w:rPr>
        <w:t>دعيا</w:t>
      </w:r>
      <w:r w:rsidRPr="00382B60">
        <w:rPr>
          <w:rFonts w:ascii="Sakkal Majalla" w:hAnsi="Sakkal Majalla" w:cs="Sakkal Majalla"/>
          <w:szCs w:val="28"/>
          <w:rtl/>
        </w:rPr>
        <w:t xml:space="preserve"> </w:t>
      </w:r>
      <w:r w:rsidRPr="00382B60">
        <w:rPr>
          <w:rFonts w:ascii="Sakkal Majalla" w:hAnsi="Sakkal Majalla" w:cs="Sakkal Majalla" w:hint="cs"/>
          <w:szCs w:val="28"/>
          <w:rtl/>
        </w:rPr>
        <w:t>إلى</w:t>
      </w:r>
      <w:r w:rsidRPr="00382B60">
        <w:rPr>
          <w:rFonts w:ascii="Sakkal Majalla" w:hAnsi="Sakkal Majalla" w:cs="Sakkal Majalla"/>
          <w:szCs w:val="28"/>
          <w:rtl/>
        </w:rPr>
        <w:t xml:space="preserve"> </w:t>
      </w:r>
      <w:r w:rsidRPr="00382B60">
        <w:rPr>
          <w:rFonts w:ascii="Sakkal Majalla" w:hAnsi="Sakkal Majalla" w:cs="Sakkal Majalla" w:hint="cs"/>
          <w:szCs w:val="28"/>
          <w:rtl/>
        </w:rPr>
        <w:t>إعادة</w:t>
      </w:r>
      <w:r w:rsidRPr="00382B60">
        <w:rPr>
          <w:rFonts w:ascii="Sakkal Majalla" w:hAnsi="Sakkal Majalla" w:cs="Sakkal Majalla"/>
          <w:szCs w:val="28"/>
          <w:rtl/>
        </w:rPr>
        <w:t xml:space="preserve"> </w:t>
      </w:r>
      <w:r w:rsidRPr="00382B60">
        <w:rPr>
          <w:rFonts w:ascii="Sakkal Majalla" w:hAnsi="Sakkal Majalla" w:cs="Sakkal Majalla" w:hint="cs"/>
          <w:szCs w:val="28"/>
          <w:rtl/>
        </w:rPr>
        <w:t>تصميم</w:t>
      </w:r>
      <w:r w:rsidRPr="00382B60">
        <w:rPr>
          <w:rFonts w:ascii="Sakkal Majalla" w:hAnsi="Sakkal Majalla" w:cs="Sakkal Majalla"/>
          <w:szCs w:val="28"/>
          <w:rtl/>
        </w:rPr>
        <w:t xml:space="preserve"> </w:t>
      </w:r>
      <w:r w:rsidRPr="00382B60">
        <w:rPr>
          <w:rFonts w:ascii="Sakkal Majalla" w:hAnsi="Sakkal Majalla" w:cs="Sakkal Majalla" w:hint="cs"/>
          <w:szCs w:val="28"/>
          <w:rtl/>
        </w:rPr>
        <w:t>العلاقة</w:t>
      </w:r>
      <w:r w:rsidRPr="00382B60">
        <w:rPr>
          <w:rFonts w:ascii="Sakkal Majalla" w:hAnsi="Sakkal Majalla" w:cs="Sakkal Majalla"/>
          <w:szCs w:val="28"/>
          <w:rtl/>
        </w:rPr>
        <w:t xml:space="preserve"> </w:t>
      </w:r>
      <w:r w:rsidRPr="00382B60">
        <w:rPr>
          <w:rFonts w:ascii="Sakkal Majalla" w:hAnsi="Sakkal Majalla" w:cs="Sakkal Majalla" w:hint="cs"/>
          <w:szCs w:val="28"/>
          <w:rtl/>
        </w:rPr>
        <w:t>مع</w:t>
      </w:r>
      <w:r w:rsidRPr="00382B60">
        <w:rPr>
          <w:rFonts w:ascii="Sakkal Majalla" w:hAnsi="Sakkal Majalla" w:cs="Sakkal Majalla"/>
          <w:szCs w:val="28"/>
          <w:rtl/>
        </w:rPr>
        <w:t xml:space="preserve"> </w:t>
      </w:r>
      <w:r w:rsidRPr="00382B60">
        <w:rPr>
          <w:rFonts w:ascii="Sakkal Majalla" w:hAnsi="Sakkal Majalla" w:cs="Sakkal Majalla" w:hint="cs"/>
          <w:szCs w:val="28"/>
          <w:rtl/>
        </w:rPr>
        <w:t>الشركات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الاستشارية</w:t>
      </w:r>
      <w:r w:rsidRPr="00382B60">
        <w:rPr>
          <w:rFonts w:ascii="Sakkal Majalla" w:hAnsi="Sakkal Majalla" w:cs="Sakkal Majalla"/>
          <w:szCs w:val="28"/>
          <w:rtl/>
        </w:rPr>
        <w:t xml:space="preserve"> </w:t>
      </w:r>
      <w:r w:rsidRPr="00382B60">
        <w:rPr>
          <w:rFonts w:ascii="Sakkal Majalla" w:hAnsi="Sakkal Majalla" w:cs="Sakkal Majalla" w:hint="cs"/>
          <w:szCs w:val="28"/>
          <w:rtl/>
        </w:rPr>
        <w:t>لتكون</w:t>
      </w:r>
      <w:r w:rsidRPr="00382B60">
        <w:rPr>
          <w:rFonts w:ascii="Sakkal Majalla" w:hAnsi="Sakkal Majalla" w:cs="Sakkal Majalla"/>
          <w:szCs w:val="28"/>
          <w:rtl/>
        </w:rPr>
        <w:t xml:space="preserve"> </w:t>
      </w:r>
      <w:r w:rsidRPr="00382B60">
        <w:rPr>
          <w:rFonts w:ascii="Sakkal Majalla" w:hAnsi="Sakkal Majalla" w:cs="Sakkal Majalla" w:hint="cs"/>
          <w:szCs w:val="28"/>
          <w:rtl/>
        </w:rPr>
        <w:t>شراكة</w:t>
      </w:r>
      <w:r w:rsidRPr="00382B60">
        <w:rPr>
          <w:rFonts w:ascii="Sakkal Majalla" w:hAnsi="Sakkal Majalla" w:cs="Sakkal Majalla"/>
          <w:szCs w:val="28"/>
          <w:rtl/>
        </w:rPr>
        <w:t xml:space="preserve"> </w:t>
      </w:r>
      <w:r w:rsidRPr="00382B60">
        <w:rPr>
          <w:rFonts w:ascii="Sakkal Majalla" w:hAnsi="Sakkal Majalla" w:cs="Sakkal Majalla" w:hint="cs"/>
          <w:szCs w:val="28"/>
          <w:rtl/>
        </w:rPr>
        <w:t>استراتيجية</w:t>
      </w:r>
      <w:r w:rsidRPr="00382B60">
        <w:rPr>
          <w:rFonts w:ascii="Sakkal Majalla" w:hAnsi="Sakkal Majalla" w:cs="Sakkal Majalla"/>
          <w:szCs w:val="28"/>
          <w:rtl/>
        </w:rPr>
        <w:t xml:space="preserve"> </w:t>
      </w:r>
      <w:r w:rsidRPr="00382B60">
        <w:rPr>
          <w:rFonts w:ascii="Sakkal Majalla" w:hAnsi="Sakkal Majalla" w:cs="Sakkal Majalla" w:hint="cs"/>
          <w:szCs w:val="28"/>
          <w:rtl/>
        </w:rPr>
        <w:t>تُركّز</w:t>
      </w:r>
      <w:r w:rsidRPr="00382B60">
        <w:rPr>
          <w:rFonts w:ascii="Sakkal Majalla" w:hAnsi="Sakkal Majalla" w:cs="Sakkal Majalla"/>
          <w:szCs w:val="28"/>
          <w:rtl/>
        </w:rPr>
        <w:t xml:space="preserve"> </w:t>
      </w:r>
      <w:r w:rsidRPr="00382B60">
        <w:rPr>
          <w:rFonts w:ascii="Sakkal Majalla" w:hAnsi="Sakkal Majalla" w:cs="Sakkal Majalla" w:hint="cs"/>
          <w:szCs w:val="28"/>
          <w:rtl/>
        </w:rPr>
        <w:t>على</w:t>
      </w:r>
      <w:r w:rsidRPr="00382B60">
        <w:rPr>
          <w:rFonts w:ascii="Sakkal Majalla" w:hAnsi="Sakkal Majalla" w:cs="Sakkal Majalla"/>
          <w:szCs w:val="28"/>
          <w:rtl/>
        </w:rPr>
        <w:t xml:space="preserve"> </w:t>
      </w:r>
      <w:r w:rsidRPr="00382B60">
        <w:rPr>
          <w:rFonts w:ascii="Sakkal Majalla" w:hAnsi="Sakkal Majalla" w:cs="Sakkal Majalla" w:hint="cs"/>
          <w:szCs w:val="28"/>
          <w:rtl/>
        </w:rPr>
        <w:t>بناء</w:t>
      </w:r>
      <w:r w:rsidRPr="00382B60">
        <w:rPr>
          <w:rFonts w:ascii="Sakkal Majalla" w:hAnsi="Sakkal Majalla" w:cs="Sakkal Majalla"/>
          <w:szCs w:val="28"/>
          <w:rtl/>
        </w:rPr>
        <w:t xml:space="preserve"> </w:t>
      </w:r>
      <w:r w:rsidRPr="00382B60">
        <w:rPr>
          <w:rFonts w:ascii="Sakkal Majalla" w:hAnsi="Sakkal Majalla" w:cs="Sakkal Majalla" w:hint="cs"/>
          <w:szCs w:val="28"/>
          <w:rtl/>
        </w:rPr>
        <w:t>القدرات،</w:t>
      </w:r>
      <w:r w:rsidRPr="00382B60">
        <w:rPr>
          <w:rFonts w:ascii="Sakkal Majalla" w:hAnsi="Sakkal Majalla" w:cs="Sakkal Majalla"/>
          <w:szCs w:val="28"/>
          <w:rtl/>
        </w:rPr>
        <w:t xml:space="preserve"> </w:t>
      </w:r>
      <w:r w:rsidRPr="00382B60">
        <w:rPr>
          <w:rFonts w:ascii="Sakkal Majalla" w:hAnsi="Sakkal Majalla" w:cs="Sakkal Majalla" w:hint="cs"/>
          <w:szCs w:val="28"/>
          <w:rtl/>
        </w:rPr>
        <w:t>وليس</w:t>
      </w:r>
      <w:r w:rsidRPr="00382B60">
        <w:rPr>
          <w:rFonts w:ascii="Sakkal Majalla" w:hAnsi="Sakkal Majalla" w:cs="Sakkal Majalla"/>
          <w:szCs w:val="28"/>
          <w:rtl/>
        </w:rPr>
        <w:t xml:space="preserve"> </w:t>
      </w:r>
      <w:r w:rsidRPr="00382B60">
        <w:rPr>
          <w:rFonts w:ascii="Sakkal Majalla" w:hAnsi="Sakkal Majalla" w:cs="Sakkal Majalla" w:hint="cs"/>
          <w:szCs w:val="28"/>
          <w:rtl/>
        </w:rPr>
        <w:t>فقط</w:t>
      </w:r>
      <w:r w:rsidRPr="00382B60">
        <w:rPr>
          <w:rFonts w:ascii="Sakkal Majalla" w:hAnsi="Sakkal Majalla" w:cs="Sakkal Majalla"/>
          <w:szCs w:val="28"/>
          <w:rtl/>
        </w:rPr>
        <w:t xml:space="preserve"> </w:t>
      </w:r>
      <w:r w:rsidRPr="00382B60">
        <w:rPr>
          <w:rFonts w:ascii="Sakkal Majalla" w:hAnsi="Sakkal Majalla" w:cs="Sakkal Majalla" w:hint="cs"/>
          <w:szCs w:val="28"/>
          <w:rtl/>
        </w:rPr>
        <w:t>تقديم</w:t>
      </w:r>
      <w:r w:rsidRPr="00382B60">
        <w:rPr>
          <w:rFonts w:ascii="Sakkal Majalla" w:hAnsi="Sakkal Majalla" w:cs="Sakkal Majalla"/>
          <w:szCs w:val="28"/>
          <w:rtl/>
        </w:rPr>
        <w:t xml:space="preserve"> </w:t>
      </w:r>
      <w:r w:rsidRPr="00382B60">
        <w:rPr>
          <w:rFonts w:ascii="Sakkal Majalla" w:hAnsi="Sakkal Majalla" w:cs="Sakkal Majalla" w:hint="cs"/>
          <w:szCs w:val="28"/>
          <w:rtl/>
        </w:rPr>
        <w:t>الخدمات</w:t>
      </w:r>
      <w:r w:rsidRPr="00382B60">
        <w:rPr>
          <w:rFonts w:ascii="Sakkal Majalla" w:hAnsi="Sakkal Majalla" w:cs="Sakkal Majalla"/>
          <w:szCs w:val="28"/>
        </w:rPr>
        <w:t>.</w:t>
      </w:r>
    </w:p>
    <w:p w14:paraId="58A2E657" w14:textId="3AE72334" w:rsidR="00382B60" w:rsidRPr="00382B60" w:rsidRDefault="00382B60" w:rsidP="00347AC4">
      <w:pPr>
        <w:bidi/>
        <w:spacing w:line="360" w:lineRule="auto"/>
        <w:jc w:val="lowKashida"/>
        <w:rPr>
          <w:rFonts w:ascii="Sakkal Majalla" w:hAnsi="Sakkal Majalla" w:cs="Sakkal Majalla"/>
          <w:szCs w:val="28"/>
          <w:rtl/>
        </w:rPr>
      </w:pPr>
      <w:r w:rsidRPr="00382B60">
        <w:rPr>
          <w:rFonts w:ascii="Sakkal Majalla" w:hAnsi="Sakkal Majalla" w:cs="Sakkal Majalla" w:hint="cs"/>
          <w:szCs w:val="28"/>
          <w:rtl/>
        </w:rPr>
        <w:t>كما</w:t>
      </w:r>
      <w:r w:rsidRPr="00382B60">
        <w:rPr>
          <w:rFonts w:ascii="Sakkal Majalla" w:hAnsi="Sakkal Majalla" w:cs="Sakkal Majalla"/>
          <w:szCs w:val="28"/>
          <w:rtl/>
        </w:rPr>
        <w:t xml:space="preserve"> </w:t>
      </w:r>
      <w:r w:rsidRPr="00382B60">
        <w:rPr>
          <w:rFonts w:ascii="Sakkal Majalla" w:hAnsi="Sakkal Majalla" w:cs="Sakkal Majalla" w:hint="cs"/>
          <w:szCs w:val="28"/>
          <w:rtl/>
        </w:rPr>
        <w:t>تناولت</w:t>
      </w:r>
      <w:r w:rsidRPr="00382B60">
        <w:rPr>
          <w:rFonts w:ascii="Sakkal Majalla" w:hAnsi="Sakkal Majalla" w:cs="Sakkal Majalla"/>
          <w:szCs w:val="28"/>
        </w:rPr>
        <w:t xml:space="preserve"> Molin </w:t>
      </w:r>
      <w:r w:rsidRPr="00382B60">
        <w:rPr>
          <w:rFonts w:ascii="Sakkal Majalla" w:hAnsi="Sakkal Majalla" w:cs="Sakkal Majalla" w:hint="cs"/>
          <w:szCs w:val="28"/>
          <w:rtl/>
        </w:rPr>
        <w:t>و</w:t>
      </w:r>
      <w:r w:rsidRPr="00382B60">
        <w:rPr>
          <w:rFonts w:ascii="Sakkal Majalla" w:hAnsi="Sakkal Majalla" w:cs="Sakkal Majalla"/>
          <w:szCs w:val="28"/>
        </w:rPr>
        <w:t xml:space="preserve">Kristiansen (2022) </w:t>
      </w:r>
      <w:r w:rsidRPr="00382B60">
        <w:rPr>
          <w:rFonts w:ascii="Sakkal Majalla" w:hAnsi="Sakkal Majalla" w:cs="Sakkal Majalla" w:hint="cs"/>
          <w:szCs w:val="28"/>
          <w:rtl/>
        </w:rPr>
        <w:t>دور</w:t>
      </w:r>
      <w:r w:rsidRPr="00382B60">
        <w:rPr>
          <w:rFonts w:ascii="Sakkal Majalla" w:hAnsi="Sakkal Majalla" w:cs="Sakkal Majalla"/>
          <w:szCs w:val="28"/>
          <w:rtl/>
        </w:rPr>
        <w:t xml:space="preserve"> </w:t>
      </w:r>
      <w:r w:rsidRPr="00382B60">
        <w:rPr>
          <w:rFonts w:ascii="Sakkal Majalla" w:hAnsi="Sakkal Majalla" w:cs="Sakkal Majalla" w:hint="cs"/>
          <w:szCs w:val="28"/>
          <w:rtl/>
        </w:rPr>
        <w:t>الشركات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الاستشارية</w:t>
      </w:r>
      <w:r w:rsidRPr="00382B60">
        <w:rPr>
          <w:rFonts w:ascii="Sakkal Majalla" w:hAnsi="Sakkal Majalla" w:cs="Sakkal Majalla"/>
          <w:szCs w:val="28"/>
          <w:rtl/>
        </w:rPr>
        <w:t xml:space="preserve"> </w:t>
      </w:r>
      <w:r w:rsidRPr="00382B60">
        <w:rPr>
          <w:rFonts w:ascii="Sakkal Majalla" w:hAnsi="Sakkal Majalla" w:cs="Sakkal Majalla" w:hint="cs"/>
          <w:szCs w:val="28"/>
          <w:rtl/>
        </w:rPr>
        <w:t>كـ</w:t>
      </w:r>
      <w:r w:rsidRPr="00382B60">
        <w:rPr>
          <w:rFonts w:ascii="Sakkal Majalla" w:hAnsi="Sakkal Majalla" w:cs="Sakkal Majalla"/>
          <w:szCs w:val="28"/>
          <w:rtl/>
        </w:rPr>
        <w:t xml:space="preserve"> "</w:t>
      </w:r>
      <w:r w:rsidRPr="00382B60">
        <w:rPr>
          <w:rFonts w:ascii="Sakkal Majalla" w:hAnsi="Sakkal Majalla" w:cs="Sakkal Majalla" w:hint="cs"/>
          <w:szCs w:val="28"/>
          <w:rtl/>
        </w:rPr>
        <w:t>وسطاء</w:t>
      </w:r>
      <w:r w:rsidRPr="00382B60">
        <w:rPr>
          <w:rFonts w:ascii="Sakkal Majalla" w:hAnsi="Sakkal Majalla" w:cs="Sakkal Majalla"/>
          <w:szCs w:val="28"/>
          <w:rtl/>
        </w:rPr>
        <w:t xml:space="preserve"> </w:t>
      </w:r>
      <w:r w:rsidRPr="00382B60">
        <w:rPr>
          <w:rFonts w:ascii="Sakkal Majalla" w:hAnsi="Sakkal Majalla" w:cs="Sakkal Majalla" w:hint="cs"/>
          <w:szCs w:val="28"/>
          <w:rtl/>
        </w:rPr>
        <w:t>معرفيين</w:t>
      </w:r>
      <w:r w:rsidRPr="00382B60">
        <w:rPr>
          <w:rFonts w:ascii="Sakkal Majalla" w:hAnsi="Sakkal Majalla" w:cs="Sakkal Majalla"/>
          <w:szCs w:val="28"/>
          <w:rtl/>
        </w:rPr>
        <w:t xml:space="preserve">" </w:t>
      </w:r>
      <w:r w:rsidRPr="00382B60">
        <w:rPr>
          <w:rFonts w:ascii="Sakkal Majalla" w:hAnsi="Sakkal Majalla" w:cs="Sakkal Majalla" w:hint="cs"/>
          <w:szCs w:val="28"/>
          <w:rtl/>
        </w:rPr>
        <w:t>يساعدون</w:t>
      </w:r>
      <w:r w:rsidRPr="00382B60">
        <w:rPr>
          <w:rFonts w:ascii="Sakkal Majalla" w:hAnsi="Sakkal Majalla" w:cs="Sakkal Majalla"/>
          <w:szCs w:val="28"/>
          <w:rtl/>
        </w:rPr>
        <w:t xml:space="preserve"> </w:t>
      </w:r>
      <w:r w:rsidRPr="00382B60">
        <w:rPr>
          <w:rFonts w:ascii="Sakkal Majalla" w:hAnsi="Sakkal Majalla" w:cs="Sakkal Majalla" w:hint="cs"/>
          <w:szCs w:val="28"/>
          <w:rtl/>
        </w:rPr>
        <w:t>الجهات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الحكومية</w:t>
      </w:r>
      <w:r w:rsidRPr="00382B60">
        <w:rPr>
          <w:rFonts w:ascii="Sakkal Majalla" w:hAnsi="Sakkal Majalla" w:cs="Sakkal Majalla"/>
          <w:szCs w:val="28"/>
          <w:rtl/>
        </w:rPr>
        <w:t xml:space="preserve"> </w:t>
      </w:r>
      <w:r w:rsidRPr="00382B60">
        <w:rPr>
          <w:rFonts w:ascii="Sakkal Majalla" w:hAnsi="Sakkal Majalla" w:cs="Sakkal Majalla" w:hint="cs"/>
          <w:szCs w:val="28"/>
          <w:rtl/>
        </w:rPr>
        <w:t>على</w:t>
      </w:r>
      <w:r w:rsidRPr="00382B60">
        <w:rPr>
          <w:rFonts w:ascii="Sakkal Majalla" w:hAnsi="Sakkal Majalla" w:cs="Sakkal Majalla"/>
          <w:szCs w:val="28"/>
          <w:rtl/>
        </w:rPr>
        <w:t xml:space="preserve"> </w:t>
      </w:r>
      <w:r w:rsidRPr="00382B60">
        <w:rPr>
          <w:rFonts w:ascii="Sakkal Majalla" w:hAnsi="Sakkal Majalla" w:cs="Sakkal Majalla" w:hint="cs"/>
          <w:szCs w:val="28"/>
          <w:rtl/>
        </w:rPr>
        <w:t>فهم</w:t>
      </w:r>
      <w:r w:rsidRPr="00382B60">
        <w:rPr>
          <w:rFonts w:ascii="Sakkal Majalla" w:hAnsi="Sakkal Majalla" w:cs="Sakkal Majalla"/>
          <w:szCs w:val="28"/>
          <w:rtl/>
        </w:rPr>
        <w:t xml:space="preserve"> </w:t>
      </w:r>
      <w:r w:rsidRPr="00382B60">
        <w:rPr>
          <w:rFonts w:ascii="Sakkal Majalla" w:hAnsi="Sakkal Majalla" w:cs="Sakkal Majalla" w:hint="cs"/>
          <w:szCs w:val="28"/>
          <w:rtl/>
        </w:rPr>
        <w:t>وتكييف</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المعرفة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الخارجية</w:t>
      </w:r>
      <w:r w:rsidRPr="00382B60">
        <w:rPr>
          <w:rFonts w:ascii="Sakkal Majalla" w:hAnsi="Sakkal Majalla" w:cs="Sakkal Majalla"/>
          <w:szCs w:val="28"/>
          <w:rtl/>
        </w:rPr>
        <w:t xml:space="preserve">. </w:t>
      </w:r>
      <w:r w:rsidRPr="00382B60">
        <w:rPr>
          <w:rFonts w:ascii="Sakkal Majalla" w:hAnsi="Sakkal Majalla" w:cs="Sakkal Majalla" w:hint="cs"/>
          <w:szCs w:val="28"/>
          <w:rtl/>
        </w:rPr>
        <w:t>وشدّدت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الدراسة</w:t>
      </w:r>
      <w:r w:rsidRPr="00382B60">
        <w:rPr>
          <w:rFonts w:ascii="Sakkal Majalla" w:hAnsi="Sakkal Majalla" w:cs="Sakkal Majalla"/>
          <w:szCs w:val="28"/>
          <w:rtl/>
        </w:rPr>
        <w:t xml:space="preserve"> </w:t>
      </w:r>
      <w:r w:rsidRPr="00382B60">
        <w:rPr>
          <w:rFonts w:ascii="Sakkal Majalla" w:hAnsi="Sakkal Majalla" w:cs="Sakkal Majalla" w:hint="cs"/>
          <w:szCs w:val="28"/>
          <w:rtl/>
        </w:rPr>
        <w:t>على</w:t>
      </w:r>
      <w:r w:rsidRPr="00382B60">
        <w:rPr>
          <w:rFonts w:ascii="Sakkal Majalla" w:hAnsi="Sakkal Majalla" w:cs="Sakkal Majalla"/>
          <w:szCs w:val="28"/>
          <w:rtl/>
        </w:rPr>
        <w:t xml:space="preserve"> </w:t>
      </w:r>
      <w:r w:rsidRPr="00382B60">
        <w:rPr>
          <w:rFonts w:ascii="Sakkal Majalla" w:hAnsi="Sakkal Majalla" w:cs="Sakkal Majalla" w:hint="cs"/>
          <w:szCs w:val="28"/>
          <w:rtl/>
        </w:rPr>
        <w:t>أهمية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الدور</w:t>
      </w:r>
      <w:r w:rsidRPr="00382B60">
        <w:rPr>
          <w:rFonts w:ascii="Sakkal Majalla" w:hAnsi="Sakkal Majalla" w:cs="Sakkal Majalla"/>
          <w:szCs w:val="28"/>
          <w:rtl/>
        </w:rPr>
        <w:t xml:space="preserve"> </w:t>
      </w:r>
      <w:r w:rsidRPr="00382B60">
        <w:rPr>
          <w:rFonts w:ascii="Sakkal Majalla" w:hAnsi="Sakkal Majalla" w:cs="Sakkal Majalla" w:hint="cs"/>
          <w:szCs w:val="28"/>
          <w:rtl/>
        </w:rPr>
        <w:t>الذي</w:t>
      </w:r>
      <w:r w:rsidRPr="00382B60">
        <w:rPr>
          <w:rFonts w:ascii="Sakkal Majalla" w:hAnsi="Sakkal Majalla" w:cs="Sakkal Majalla"/>
          <w:szCs w:val="28"/>
          <w:rtl/>
        </w:rPr>
        <w:t xml:space="preserve"> </w:t>
      </w:r>
      <w:r w:rsidRPr="00382B60">
        <w:rPr>
          <w:rFonts w:ascii="Sakkal Majalla" w:hAnsi="Sakkal Majalla" w:cs="Sakkal Majalla" w:hint="cs"/>
          <w:szCs w:val="28"/>
          <w:rtl/>
        </w:rPr>
        <w:t>يقوم</w:t>
      </w:r>
      <w:r w:rsidRPr="00382B60">
        <w:rPr>
          <w:rFonts w:ascii="Sakkal Majalla" w:hAnsi="Sakkal Majalla" w:cs="Sakkal Majalla"/>
          <w:szCs w:val="28"/>
          <w:rtl/>
        </w:rPr>
        <w:t xml:space="preserve"> </w:t>
      </w:r>
      <w:r w:rsidRPr="00382B60">
        <w:rPr>
          <w:rFonts w:ascii="Sakkal Majalla" w:hAnsi="Sakkal Majalla" w:cs="Sakkal Majalla" w:hint="cs"/>
          <w:szCs w:val="28"/>
          <w:rtl/>
        </w:rPr>
        <w:t>به</w:t>
      </w:r>
      <w:r w:rsidRPr="00382B60">
        <w:rPr>
          <w:rFonts w:ascii="Sakkal Majalla" w:hAnsi="Sakkal Majalla" w:cs="Sakkal Majalla"/>
          <w:szCs w:val="28"/>
          <w:rtl/>
        </w:rPr>
        <w:t xml:space="preserve"> </w:t>
      </w:r>
      <w:r w:rsidRPr="00382B60">
        <w:rPr>
          <w:rFonts w:ascii="Sakkal Majalla" w:hAnsi="Sakkal Majalla" w:cs="Sakkal Majalla" w:hint="cs"/>
          <w:szCs w:val="28"/>
          <w:rtl/>
        </w:rPr>
        <w:t>ما</w:t>
      </w:r>
      <w:r w:rsidRPr="00382B60">
        <w:rPr>
          <w:rFonts w:ascii="Sakkal Majalla" w:hAnsi="Sakkal Majalla" w:cs="Sakkal Majalla"/>
          <w:szCs w:val="28"/>
          <w:rtl/>
        </w:rPr>
        <w:t xml:space="preserve"> </w:t>
      </w:r>
      <w:r w:rsidRPr="00382B60">
        <w:rPr>
          <w:rFonts w:ascii="Sakkal Majalla" w:hAnsi="Sakkal Majalla" w:cs="Sakkal Majalla" w:hint="cs"/>
          <w:szCs w:val="28"/>
          <w:rtl/>
        </w:rPr>
        <w:t>يُعرف</w:t>
      </w:r>
      <w:r w:rsidRPr="00382B60">
        <w:rPr>
          <w:rFonts w:ascii="Sakkal Majalla" w:hAnsi="Sakkal Majalla" w:cs="Sakkal Majalla"/>
          <w:szCs w:val="28"/>
          <w:rtl/>
        </w:rPr>
        <w:t xml:space="preserve"> </w:t>
      </w:r>
      <w:r w:rsidRPr="00382B60">
        <w:rPr>
          <w:rFonts w:ascii="Sakkal Majalla" w:hAnsi="Sakkal Majalla" w:cs="Sakkal Majalla" w:hint="cs"/>
          <w:szCs w:val="28"/>
          <w:rtl/>
        </w:rPr>
        <w:t>بـ</w:t>
      </w:r>
      <w:r w:rsidRPr="00382B60">
        <w:rPr>
          <w:rFonts w:ascii="Sakkal Majalla" w:hAnsi="Sakkal Majalla" w:cs="Sakkal Majalla"/>
          <w:szCs w:val="28"/>
        </w:rPr>
        <w:t xml:space="preserve"> boundary spanners </w:t>
      </w:r>
      <w:r w:rsidRPr="00382B60">
        <w:rPr>
          <w:rFonts w:ascii="Sakkal Majalla" w:hAnsi="Sakkal Majalla" w:cs="Sakkal Majalla" w:hint="cs"/>
          <w:szCs w:val="28"/>
          <w:rtl/>
        </w:rPr>
        <w:t>في</w:t>
      </w:r>
      <w:r w:rsidRPr="00382B60">
        <w:rPr>
          <w:rFonts w:ascii="Sakkal Majalla" w:hAnsi="Sakkal Majalla" w:cs="Sakkal Majalla"/>
          <w:szCs w:val="28"/>
          <w:rtl/>
        </w:rPr>
        <w:t xml:space="preserve"> </w:t>
      </w:r>
      <w:r w:rsidRPr="00382B60">
        <w:rPr>
          <w:rFonts w:ascii="Sakkal Majalla" w:hAnsi="Sakkal Majalla" w:cs="Sakkal Majalla" w:hint="cs"/>
          <w:szCs w:val="28"/>
          <w:rtl/>
        </w:rPr>
        <w:t>نقل</w:t>
      </w:r>
      <w:r w:rsidRPr="00382B60">
        <w:rPr>
          <w:rFonts w:ascii="Sakkal Majalla" w:hAnsi="Sakkal Majalla" w:cs="Sakkal Majalla"/>
          <w:szCs w:val="28"/>
          <w:rtl/>
        </w:rPr>
        <w:t xml:space="preserve"> </w:t>
      </w:r>
      <w:r w:rsidRPr="00382B60">
        <w:rPr>
          <w:rFonts w:ascii="Sakkal Majalla" w:hAnsi="Sakkal Majalla" w:cs="Sakkal Majalla" w:hint="cs"/>
          <w:szCs w:val="28"/>
          <w:rtl/>
        </w:rPr>
        <w:t>وتفسير</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المعرفة</w:t>
      </w:r>
      <w:r w:rsidRPr="00382B60">
        <w:rPr>
          <w:rFonts w:ascii="Sakkal Majalla" w:hAnsi="Sakkal Majalla" w:cs="Sakkal Majalla"/>
          <w:szCs w:val="28"/>
          <w:rtl/>
        </w:rPr>
        <w:t xml:space="preserve"> </w:t>
      </w:r>
      <w:r w:rsidRPr="00382B60">
        <w:rPr>
          <w:rFonts w:ascii="Sakkal Majalla" w:hAnsi="Sakkal Majalla" w:cs="Sakkal Majalla" w:hint="cs"/>
          <w:szCs w:val="28"/>
          <w:rtl/>
        </w:rPr>
        <w:t>بين</w:t>
      </w:r>
      <w:r w:rsidRPr="00382B60">
        <w:rPr>
          <w:rFonts w:ascii="Sakkal Majalla" w:hAnsi="Sakkal Majalla" w:cs="Sakkal Majalla"/>
          <w:szCs w:val="28"/>
          <w:rtl/>
        </w:rPr>
        <w:t xml:space="preserve"> </w:t>
      </w:r>
      <w:r w:rsidRPr="00382B60">
        <w:rPr>
          <w:rFonts w:ascii="Sakkal Majalla" w:hAnsi="Sakkal Majalla" w:cs="Sakkal Majalla" w:hint="cs"/>
          <w:szCs w:val="28"/>
          <w:rtl/>
        </w:rPr>
        <w:t>البيئات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المختلفة،</w:t>
      </w:r>
      <w:r w:rsidRPr="00382B60">
        <w:rPr>
          <w:rFonts w:ascii="Sakkal Majalla" w:hAnsi="Sakkal Majalla" w:cs="Sakkal Majalla"/>
          <w:szCs w:val="28"/>
          <w:rtl/>
        </w:rPr>
        <w:t xml:space="preserve"> </w:t>
      </w:r>
      <w:r w:rsidRPr="00382B60">
        <w:rPr>
          <w:rFonts w:ascii="Sakkal Majalla" w:hAnsi="Sakkal Majalla" w:cs="Sakkal Majalla" w:hint="cs"/>
          <w:szCs w:val="28"/>
          <w:rtl/>
        </w:rPr>
        <w:t>دون</w:t>
      </w:r>
      <w:r w:rsidRPr="00382B60">
        <w:rPr>
          <w:rFonts w:ascii="Sakkal Majalla" w:hAnsi="Sakkal Majalla" w:cs="Sakkal Majalla"/>
          <w:szCs w:val="28"/>
          <w:rtl/>
        </w:rPr>
        <w:t xml:space="preserve"> </w:t>
      </w:r>
      <w:r w:rsidRPr="00382B60">
        <w:rPr>
          <w:rFonts w:ascii="Sakkal Majalla" w:hAnsi="Sakkal Majalla" w:cs="Sakkal Majalla" w:hint="cs"/>
          <w:szCs w:val="28"/>
          <w:rtl/>
        </w:rPr>
        <w:t>التطرق</w:t>
      </w:r>
      <w:r w:rsidRPr="00382B60">
        <w:rPr>
          <w:rFonts w:ascii="Sakkal Majalla" w:hAnsi="Sakkal Majalla" w:cs="Sakkal Majalla"/>
          <w:szCs w:val="28"/>
          <w:rtl/>
        </w:rPr>
        <w:t xml:space="preserve"> </w:t>
      </w:r>
      <w:r w:rsidRPr="00382B60">
        <w:rPr>
          <w:rFonts w:ascii="Sakkal Majalla" w:hAnsi="Sakkal Majalla" w:cs="Sakkal Majalla" w:hint="cs"/>
          <w:szCs w:val="28"/>
          <w:rtl/>
        </w:rPr>
        <w:t>إلى</w:t>
      </w:r>
      <w:r w:rsidRPr="00382B60">
        <w:rPr>
          <w:rFonts w:ascii="Sakkal Majalla" w:hAnsi="Sakkal Majalla" w:cs="Sakkal Majalla"/>
          <w:szCs w:val="28"/>
          <w:rtl/>
        </w:rPr>
        <w:t xml:space="preserve"> </w:t>
      </w:r>
      <w:r w:rsidRPr="00382B60">
        <w:rPr>
          <w:rFonts w:ascii="Sakkal Majalla" w:hAnsi="Sakkal Majalla" w:cs="Sakkal Majalla" w:hint="cs"/>
          <w:szCs w:val="28"/>
          <w:rtl/>
        </w:rPr>
        <w:t>الكيفية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التي</w:t>
      </w:r>
      <w:r w:rsidRPr="00382B60">
        <w:rPr>
          <w:rFonts w:ascii="Sakkal Majalla" w:hAnsi="Sakkal Majalla" w:cs="Sakkal Majalla"/>
          <w:szCs w:val="28"/>
          <w:rtl/>
        </w:rPr>
        <w:t xml:space="preserve"> </w:t>
      </w:r>
      <w:r w:rsidRPr="00382B60">
        <w:rPr>
          <w:rFonts w:ascii="Sakkal Majalla" w:hAnsi="Sakkal Majalla" w:cs="Sakkal Majalla" w:hint="cs"/>
          <w:szCs w:val="28"/>
          <w:rtl/>
        </w:rPr>
        <w:t>تُمكن</w:t>
      </w:r>
      <w:r w:rsidRPr="00382B60">
        <w:rPr>
          <w:rFonts w:ascii="Sakkal Majalla" w:hAnsi="Sakkal Majalla" w:cs="Sakkal Majalla"/>
          <w:szCs w:val="28"/>
          <w:rtl/>
        </w:rPr>
        <w:t xml:space="preserve"> </w:t>
      </w:r>
      <w:r w:rsidRPr="00382B60">
        <w:rPr>
          <w:rFonts w:ascii="Sakkal Majalla" w:hAnsi="Sakkal Majalla" w:cs="Sakkal Majalla" w:hint="cs"/>
          <w:szCs w:val="28"/>
          <w:rtl/>
        </w:rPr>
        <w:t>الجهات</w:t>
      </w:r>
      <w:r w:rsidRPr="00382B60">
        <w:rPr>
          <w:rFonts w:ascii="Sakkal Majalla" w:hAnsi="Sakkal Majalla" w:cs="Sakkal Majalla"/>
          <w:szCs w:val="28"/>
          <w:rtl/>
        </w:rPr>
        <w:t xml:space="preserve"> </w:t>
      </w:r>
      <w:r w:rsidRPr="00382B60">
        <w:rPr>
          <w:rFonts w:ascii="Sakkal Majalla" w:hAnsi="Sakkal Majalla" w:cs="Sakkal Majalla" w:hint="cs"/>
          <w:szCs w:val="28"/>
          <w:rtl/>
        </w:rPr>
        <w:t>من</w:t>
      </w:r>
      <w:r w:rsidRPr="00382B60">
        <w:rPr>
          <w:rFonts w:ascii="Sakkal Majalla" w:hAnsi="Sakkal Majalla" w:cs="Sakkal Majalla"/>
          <w:szCs w:val="28"/>
          <w:rtl/>
        </w:rPr>
        <w:t xml:space="preserve"> </w:t>
      </w:r>
      <w:r w:rsidRPr="00382B60">
        <w:rPr>
          <w:rFonts w:ascii="Sakkal Majalla" w:hAnsi="Sakkal Majalla" w:cs="Sakkal Majalla" w:hint="cs"/>
          <w:szCs w:val="28"/>
          <w:rtl/>
        </w:rPr>
        <w:t>استيعاب</w:t>
      </w:r>
      <w:r w:rsidRPr="00382B60">
        <w:rPr>
          <w:rFonts w:ascii="Sakkal Majalla" w:hAnsi="Sakkal Majalla" w:cs="Sakkal Majalla"/>
          <w:szCs w:val="28"/>
          <w:rtl/>
        </w:rPr>
        <w:t xml:space="preserve"> </w:t>
      </w:r>
      <w:r w:rsidRPr="00382B60">
        <w:rPr>
          <w:rFonts w:ascii="Sakkal Majalla" w:hAnsi="Sakkal Majalla" w:cs="Sakkal Majalla" w:hint="cs"/>
          <w:szCs w:val="28"/>
          <w:rtl/>
        </w:rPr>
        <w:t>هذه</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المعرفة</w:t>
      </w:r>
      <w:r w:rsidRPr="00382B60">
        <w:rPr>
          <w:rFonts w:ascii="Sakkal Majalla" w:hAnsi="Sakkal Majalla" w:cs="Sakkal Majalla"/>
          <w:szCs w:val="28"/>
          <w:rtl/>
        </w:rPr>
        <w:t xml:space="preserve"> </w:t>
      </w:r>
      <w:r w:rsidRPr="00382B60">
        <w:rPr>
          <w:rFonts w:ascii="Sakkal Majalla" w:hAnsi="Sakkal Majalla" w:cs="Sakkal Majalla" w:hint="cs"/>
          <w:szCs w:val="28"/>
          <w:rtl/>
        </w:rPr>
        <w:t>فعليًا</w:t>
      </w:r>
      <w:r w:rsidRPr="00382B60">
        <w:rPr>
          <w:rFonts w:ascii="Sakkal Majalla" w:hAnsi="Sakkal Majalla" w:cs="Sakkal Majalla"/>
          <w:szCs w:val="28"/>
        </w:rPr>
        <w:t>.</w:t>
      </w:r>
    </w:p>
    <w:p w14:paraId="7C6B8C6A" w14:textId="77777777" w:rsidR="00382B60" w:rsidRPr="00382B60" w:rsidRDefault="00382B60" w:rsidP="00347AC4">
      <w:pPr>
        <w:bidi/>
        <w:spacing w:line="360" w:lineRule="auto"/>
        <w:jc w:val="lowKashida"/>
        <w:rPr>
          <w:rFonts w:ascii="Sakkal Majalla" w:hAnsi="Sakkal Majalla" w:cs="Sakkal Majalla"/>
          <w:szCs w:val="28"/>
          <w:rtl/>
        </w:rPr>
      </w:pPr>
      <w:r w:rsidRPr="00382B60">
        <w:rPr>
          <w:rFonts w:ascii="Sakkal Majalla" w:hAnsi="Sakkal Majalla" w:cs="Sakkal Majalla" w:hint="cs"/>
          <w:szCs w:val="28"/>
          <w:rtl/>
        </w:rPr>
        <w:t>أما</w:t>
      </w:r>
      <w:r w:rsidRPr="00382B60">
        <w:rPr>
          <w:rFonts w:ascii="Sakkal Majalla" w:hAnsi="Sakkal Majalla" w:cs="Sakkal Majalla"/>
          <w:szCs w:val="28"/>
        </w:rPr>
        <w:t xml:space="preserve"> Smith </w:t>
      </w:r>
      <w:r w:rsidRPr="00382B60">
        <w:rPr>
          <w:rFonts w:ascii="Sakkal Majalla" w:hAnsi="Sakkal Majalla" w:cs="Sakkal Majalla" w:hint="cs"/>
          <w:szCs w:val="28"/>
          <w:rtl/>
        </w:rPr>
        <w:t>و</w:t>
      </w:r>
      <w:r w:rsidRPr="00382B60">
        <w:rPr>
          <w:rFonts w:ascii="Sakkal Majalla" w:hAnsi="Sakkal Majalla" w:cs="Sakkal Majalla"/>
          <w:szCs w:val="28"/>
        </w:rPr>
        <w:t>Jones (2024)</w:t>
      </w:r>
      <w:r w:rsidRPr="00382B60">
        <w:rPr>
          <w:rFonts w:ascii="Sakkal Majalla" w:hAnsi="Sakkal Majalla" w:cs="Sakkal Majalla" w:hint="cs"/>
          <w:szCs w:val="28"/>
          <w:rtl/>
        </w:rPr>
        <w:t>،</w:t>
      </w:r>
      <w:r w:rsidRPr="00382B60">
        <w:rPr>
          <w:rFonts w:ascii="Sakkal Majalla" w:hAnsi="Sakkal Majalla" w:cs="Sakkal Majalla"/>
          <w:szCs w:val="28"/>
          <w:rtl/>
        </w:rPr>
        <w:t xml:space="preserve"> </w:t>
      </w:r>
      <w:r w:rsidRPr="00382B60">
        <w:rPr>
          <w:rFonts w:ascii="Sakkal Majalla" w:hAnsi="Sakkal Majalla" w:cs="Sakkal Majalla" w:hint="cs"/>
          <w:szCs w:val="28"/>
          <w:rtl/>
        </w:rPr>
        <w:t>فقد</w:t>
      </w:r>
      <w:r w:rsidRPr="00382B60">
        <w:rPr>
          <w:rFonts w:ascii="Sakkal Majalla" w:hAnsi="Sakkal Majalla" w:cs="Sakkal Majalla"/>
          <w:szCs w:val="28"/>
          <w:rtl/>
        </w:rPr>
        <w:t xml:space="preserve"> </w:t>
      </w:r>
      <w:r w:rsidRPr="00382B60">
        <w:rPr>
          <w:rFonts w:ascii="Sakkal Majalla" w:hAnsi="Sakkal Majalla" w:cs="Sakkal Majalla" w:hint="cs"/>
          <w:szCs w:val="28"/>
          <w:rtl/>
        </w:rPr>
        <w:t>بيّنت</w:t>
      </w:r>
      <w:r w:rsidRPr="00382B60">
        <w:rPr>
          <w:rFonts w:ascii="Sakkal Majalla" w:hAnsi="Sakkal Majalla" w:cs="Sakkal Majalla"/>
          <w:szCs w:val="28"/>
          <w:rtl/>
        </w:rPr>
        <w:t xml:space="preserve"> </w:t>
      </w:r>
      <w:r w:rsidRPr="00382B60">
        <w:rPr>
          <w:rFonts w:ascii="Sakkal Majalla" w:hAnsi="Sakkal Majalla" w:cs="Sakkal Majalla" w:hint="cs"/>
          <w:szCs w:val="28"/>
          <w:rtl/>
        </w:rPr>
        <w:t>من</w:t>
      </w:r>
      <w:r w:rsidRPr="00382B60">
        <w:rPr>
          <w:rFonts w:ascii="Sakkal Majalla" w:hAnsi="Sakkal Majalla" w:cs="Sakkal Majalla"/>
          <w:szCs w:val="28"/>
          <w:rtl/>
        </w:rPr>
        <w:t xml:space="preserve"> </w:t>
      </w:r>
      <w:r w:rsidRPr="00382B60">
        <w:rPr>
          <w:rFonts w:ascii="Sakkal Majalla" w:hAnsi="Sakkal Majalla" w:cs="Sakkal Majalla" w:hint="cs"/>
          <w:szCs w:val="28"/>
          <w:rtl/>
        </w:rPr>
        <w:t>خلال</w:t>
      </w:r>
      <w:r w:rsidRPr="00382B60">
        <w:rPr>
          <w:rFonts w:ascii="Sakkal Majalla" w:hAnsi="Sakkal Majalla" w:cs="Sakkal Majalla"/>
          <w:szCs w:val="28"/>
          <w:rtl/>
        </w:rPr>
        <w:t xml:space="preserve"> </w:t>
      </w:r>
      <w:r w:rsidRPr="00382B60">
        <w:rPr>
          <w:rFonts w:ascii="Sakkal Majalla" w:hAnsi="Sakkal Majalla" w:cs="Sakkal Majalla" w:hint="cs"/>
          <w:szCs w:val="28"/>
          <w:rtl/>
        </w:rPr>
        <w:t>دراسات</w:t>
      </w:r>
      <w:r w:rsidRPr="00382B60">
        <w:rPr>
          <w:rFonts w:ascii="Sakkal Majalla" w:hAnsi="Sakkal Majalla" w:cs="Sakkal Majalla"/>
          <w:szCs w:val="28"/>
          <w:rtl/>
        </w:rPr>
        <w:t xml:space="preserve"> </w:t>
      </w:r>
      <w:r w:rsidRPr="00382B60">
        <w:rPr>
          <w:rFonts w:ascii="Sakkal Majalla" w:hAnsi="Sakkal Majalla" w:cs="Sakkal Majalla" w:hint="cs"/>
          <w:szCs w:val="28"/>
          <w:rtl/>
        </w:rPr>
        <w:t>حالة</w:t>
      </w:r>
      <w:r w:rsidRPr="00382B60">
        <w:rPr>
          <w:rFonts w:ascii="Sakkal Majalla" w:hAnsi="Sakkal Majalla" w:cs="Sakkal Majalla"/>
          <w:szCs w:val="28"/>
          <w:rtl/>
        </w:rPr>
        <w:t xml:space="preserve"> </w:t>
      </w:r>
      <w:r w:rsidRPr="00382B60">
        <w:rPr>
          <w:rFonts w:ascii="Sakkal Majalla" w:hAnsi="Sakkal Majalla" w:cs="Sakkal Majalla" w:hint="cs"/>
          <w:szCs w:val="28"/>
          <w:rtl/>
        </w:rPr>
        <w:t>أن</w:t>
      </w:r>
      <w:r w:rsidRPr="00382B60">
        <w:rPr>
          <w:rFonts w:ascii="Sakkal Majalla" w:hAnsi="Sakkal Majalla" w:cs="Sakkal Majalla"/>
          <w:szCs w:val="28"/>
          <w:rtl/>
        </w:rPr>
        <w:t xml:space="preserve"> </w:t>
      </w:r>
      <w:r w:rsidRPr="00382B60">
        <w:rPr>
          <w:rFonts w:ascii="Sakkal Majalla" w:hAnsi="Sakkal Majalla" w:cs="Sakkal Majalla" w:hint="cs"/>
          <w:szCs w:val="28"/>
          <w:rtl/>
        </w:rPr>
        <w:t>العلاقة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التمكينية</w:t>
      </w:r>
      <w:r w:rsidRPr="00382B60">
        <w:rPr>
          <w:rFonts w:ascii="Sakkal Majalla" w:hAnsi="Sakkal Majalla" w:cs="Sakkal Majalla"/>
          <w:szCs w:val="28"/>
          <w:rtl/>
        </w:rPr>
        <w:t xml:space="preserve"> </w:t>
      </w:r>
      <w:r w:rsidRPr="00382B60">
        <w:rPr>
          <w:rFonts w:ascii="Sakkal Majalla" w:hAnsi="Sakkal Majalla" w:cs="Sakkal Majalla" w:hint="cs"/>
          <w:szCs w:val="28"/>
          <w:rtl/>
        </w:rPr>
        <w:t>طويلة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الأجل</w:t>
      </w:r>
      <w:r w:rsidRPr="00382B60">
        <w:rPr>
          <w:rFonts w:ascii="Sakkal Majalla" w:hAnsi="Sakkal Majalla" w:cs="Sakkal Majalla"/>
          <w:szCs w:val="28"/>
          <w:rtl/>
        </w:rPr>
        <w:t xml:space="preserve"> </w:t>
      </w:r>
      <w:r w:rsidRPr="00382B60">
        <w:rPr>
          <w:rFonts w:ascii="Sakkal Majalla" w:hAnsi="Sakkal Majalla" w:cs="Sakkal Majalla" w:hint="cs"/>
          <w:szCs w:val="28"/>
          <w:rtl/>
        </w:rPr>
        <w:t>مع</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الاستشاريين</w:t>
      </w:r>
      <w:r w:rsidRPr="00382B60">
        <w:rPr>
          <w:rFonts w:ascii="Sakkal Majalla" w:hAnsi="Sakkal Majalla" w:cs="Sakkal Majalla"/>
          <w:szCs w:val="28"/>
          <w:rtl/>
        </w:rPr>
        <w:t xml:space="preserve"> </w:t>
      </w:r>
      <w:r w:rsidRPr="00382B60">
        <w:rPr>
          <w:rFonts w:ascii="Sakkal Majalla" w:hAnsi="Sakkal Majalla" w:cs="Sakkal Majalla" w:hint="cs"/>
          <w:szCs w:val="28"/>
          <w:rtl/>
        </w:rPr>
        <w:t>تؤدي</w:t>
      </w:r>
      <w:r w:rsidRPr="00382B60">
        <w:rPr>
          <w:rFonts w:ascii="Sakkal Majalla" w:hAnsi="Sakkal Majalla" w:cs="Sakkal Majalla"/>
          <w:szCs w:val="28"/>
          <w:rtl/>
        </w:rPr>
        <w:t xml:space="preserve"> </w:t>
      </w:r>
      <w:r w:rsidRPr="00382B60">
        <w:rPr>
          <w:rFonts w:ascii="Sakkal Majalla" w:hAnsi="Sakkal Majalla" w:cs="Sakkal Majalla" w:hint="cs"/>
          <w:szCs w:val="28"/>
          <w:rtl/>
        </w:rPr>
        <w:t>إلى</w:t>
      </w:r>
      <w:r w:rsidRPr="00382B60">
        <w:rPr>
          <w:rFonts w:ascii="Sakkal Majalla" w:hAnsi="Sakkal Majalla" w:cs="Sakkal Majalla"/>
          <w:szCs w:val="28"/>
          <w:rtl/>
        </w:rPr>
        <w:t xml:space="preserve"> </w:t>
      </w:r>
      <w:r w:rsidRPr="00382B60">
        <w:rPr>
          <w:rFonts w:ascii="Sakkal Majalla" w:hAnsi="Sakkal Majalla" w:cs="Sakkal Majalla" w:hint="cs"/>
          <w:szCs w:val="28"/>
          <w:rtl/>
        </w:rPr>
        <w:t>نتائج</w:t>
      </w:r>
      <w:r w:rsidRPr="00382B60">
        <w:rPr>
          <w:rFonts w:ascii="Sakkal Majalla" w:hAnsi="Sakkal Majalla" w:cs="Sakkal Majalla"/>
          <w:szCs w:val="28"/>
          <w:rtl/>
        </w:rPr>
        <w:t xml:space="preserve"> </w:t>
      </w:r>
      <w:r w:rsidRPr="00382B60">
        <w:rPr>
          <w:rFonts w:ascii="Sakkal Majalla" w:hAnsi="Sakkal Majalla" w:cs="Sakkal Majalla" w:hint="cs"/>
          <w:szCs w:val="28"/>
          <w:rtl/>
        </w:rPr>
        <w:t>أكثر</w:t>
      </w:r>
      <w:r w:rsidRPr="00382B60">
        <w:rPr>
          <w:rFonts w:ascii="Sakkal Majalla" w:hAnsi="Sakkal Majalla" w:cs="Sakkal Majalla"/>
          <w:szCs w:val="28"/>
          <w:rtl/>
        </w:rPr>
        <w:t xml:space="preserve"> </w:t>
      </w:r>
      <w:r w:rsidRPr="00382B60">
        <w:rPr>
          <w:rFonts w:ascii="Sakkal Majalla" w:hAnsi="Sakkal Majalla" w:cs="Sakkal Majalla" w:hint="cs"/>
          <w:szCs w:val="28"/>
          <w:rtl/>
        </w:rPr>
        <w:t>استدامة،</w:t>
      </w:r>
      <w:r w:rsidRPr="00382B60">
        <w:rPr>
          <w:rFonts w:ascii="Sakkal Majalla" w:hAnsi="Sakkal Majalla" w:cs="Sakkal Majalla"/>
          <w:szCs w:val="28"/>
          <w:rtl/>
        </w:rPr>
        <w:t xml:space="preserve"> </w:t>
      </w:r>
      <w:r w:rsidRPr="00382B60">
        <w:rPr>
          <w:rFonts w:ascii="Sakkal Majalla" w:hAnsi="Sakkal Majalla" w:cs="Sakkal Majalla" w:hint="cs"/>
          <w:szCs w:val="28"/>
          <w:rtl/>
        </w:rPr>
        <w:t>مقارنة</w:t>
      </w:r>
      <w:r w:rsidRPr="00382B60">
        <w:rPr>
          <w:rFonts w:ascii="Sakkal Majalla" w:hAnsi="Sakkal Majalla" w:cs="Sakkal Majalla"/>
          <w:szCs w:val="28"/>
          <w:rtl/>
        </w:rPr>
        <w:t xml:space="preserve"> </w:t>
      </w:r>
      <w:r w:rsidRPr="00382B60">
        <w:rPr>
          <w:rFonts w:ascii="Sakkal Majalla" w:hAnsi="Sakkal Majalla" w:cs="Sakkal Majalla" w:hint="cs"/>
          <w:szCs w:val="28"/>
          <w:rtl/>
        </w:rPr>
        <w:t>بالتعاقدات</w:t>
      </w:r>
      <w:r w:rsidRPr="00382B60">
        <w:rPr>
          <w:rFonts w:ascii="Sakkal Majalla" w:hAnsi="Sakkal Majalla" w:cs="Sakkal Majalla"/>
          <w:szCs w:val="28"/>
          <w:rtl/>
        </w:rPr>
        <w:t xml:space="preserve"> </w:t>
      </w:r>
      <w:r w:rsidRPr="00382B60">
        <w:rPr>
          <w:rFonts w:ascii="Sakkal Majalla" w:hAnsi="Sakkal Majalla" w:cs="Sakkal Majalla" w:hint="cs"/>
          <w:szCs w:val="28"/>
          <w:rtl/>
        </w:rPr>
        <w:t>قصيرة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المدى</w:t>
      </w:r>
      <w:r w:rsidRPr="00382B60">
        <w:rPr>
          <w:rFonts w:ascii="Sakkal Majalla" w:hAnsi="Sakkal Majalla" w:cs="Sakkal Majalla"/>
          <w:szCs w:val="28"/>
          <w:rtl/>
        </w:rPr>
        <w:t xml:space="preserve"> </w:t>
      </w:r>
      <w:r w:rsidRPr="00382B60">
        <w:rPr>
          <w:rFonts w:ascii="Sakkal Majalla" w:hAnsi="Sakkal Majalla" w:cs="Sakkal Majalla" w:hint="cs"/>
          <w:szCs w:val="28"/>
          <w:rtl/>
        </w:rPr>
        <w:t>التي</w:t>
      </w:r>
      <w:r w:rsidRPr="00382B60">
        <w:rPr>
          <w:rFonts w:ascii="Sakkal Majalla" w:hAnsi="Sakkal Majalla" w:cs="Sakkal Majalla"/>
          <w:szCs w:val="28"/>
          <w:rtl/>
        </w:rPr>
        <w:t xml:space="preserve"> </w:t>
      </w:r>
      <w:r w:rsidRPr="00382B60">
        <w:rPr>
          <w:rFonts w:ascii="Sakkal Majalla" w:hAnsi="Sakkal Majalla" w:cs="Sakkal Majalla" w:hint="cs"/>
          <w:szCs w:val="28"/>
          <w:rtl/>
        </w:rPr>
        <w:t>تركز</w:t>
      </w:r>
      <w:r w:rsidRPr="00382B60">
        <w:rPr>
          <w:rFonts w:ascii="Sakkal Majalla" w:hAnsi="Sakkal Majalla" w:cs="Sakkal Majalla"/>
          <w:szCs w:val="28"/>
          <w:rtl/>
        </w:rPr>
        <w:t xml:space="preserve"> </w:t>
      </w:r>
      <w:r w:rsidRPr="00382B60">
        <w:rPr>
          <w:rFonts w:ascii="Sakkal Majalla" w:hAnsi="Sakkal Majalla" w:cs="Sakkal Majalla" w:hint="cs"/>
          <w:szCs w:val="28"/>
          <w:rtl/>
        </w:rPr>
        <w:t>على</w:t>
      </w:r>
      <w:r w:rsidRPr="00382B60">
        <w:rPr>
          <w:rFonts w:ascii="Sakkal Majalla" w:hAnsi="Sakkal Majalla" w:cs="Sakkal Majalla"/>
          <w:szCs w:val="28"/>
          <w:rtl/>
        </w:rPr>
        <w:t xml:space="preserve"> </w:t>
      </w:r>
      <w:r w:rsidRPr="00382B60">
        <w:rPr>
          <w:rFonts w:ascii="Sakkal Majalla" w:hAnsi="Sakkal Majalla" w:cs="Sakkal Majalla" w:hint="cs"/>
          <w:szCs w:val="28"/>
          <w:rtl/>
        </w:rPr>
        <w:t>التنفيذ</w:t>
      </w:r>
      <w:r w:rsidRPr="00382B60">
        <w:rPr>
          <w:rFonts w:ascii="Sakkal Majalla" w:hAnsi="Sakkal Majalla" w:cs="Sakkal Majalla"/>
          <w:szCs w:val="28"/>
          <w:rtl/>
        </w:rPr>
        <w:t xml:space="preserve">. </w:t>
      </w:r>
      <w:r w:rsidRPr="00382B60">
        <w:rPr>
          <w:rFonts w:ascii="Sakkal Majalla" w:hAnsi="Sakkal Majalla" w:cs="Sakkal Majalla" w:hint="cs"/>
          <w:szCs w:val="28"/>
          <w:rtl/>
        </w:rPr>
        <w:t>في</w:t>
      </w:r>
      <w:r w:rsidRPr="00382B60">
        <w:rPr>
          <w:rFonts w:ascii="Sakkal Majalla" w:hAnsi="Sakkal Majalla" w:cs="Sakkal Majalla"/>
          <w:szCs w:val="28"/>
          <w:rtl/>
        </w:rPr>
        <w:t xml:space="preserve"> </w:t>
      </w:r>
      <w:r w:rsidRPr="00382B60">
        <w:rPr>
          <w:rFonts w:ascii="Sakkal Majalla" w:hAnsi="Sakkal Majalla" w:cs="Sakkal Majalla" w:hint="cs"/>
          <w:szCs w:val="28"/>
          <w:rtl/>
        </w:rPr>
        <w:t>حين</w:t>
      </w:r>
      <w:r w:rsidRPr="00382B60">
        <w:rPr>
          <w:rFonts w:ascii="Sakkal Majalla" w:hAnsi="Sakkal Majalla" w:cs="Sakkal Majalla"/>
          <w:szCs w:val="28"/>
          <w:rtl/>
        </w:rPr>
        <w:t xml:space="preserve"> </w:t>
      </w:r>
      <w:r w:rsidRPr="00382B60">
        <w:rPr>
          <w:rFonts w:ascii="Sakkal Majalla" w:hAnsi="Sakkal Majalla" w:cs="Sakkal Majalla" w:hint="cs"/>
          <w:szCs w:val="28"/>
          <w:rtl/>
        </w:rPr>
        <w:t>أوضحت</w:t>
      </w:r>
      <w:r w:rsidRPr="00382B60">
        <w:rPr>
          <w:rFonts w:ascii="Sakkal Majalla" w:hAnsi="Sakkal Majalla" w:cs="Sakkal Majalla"/>
          <w:szCs w:val="28"/>
          <w:rtl/>
        </w:rPr>
        <w:t xml:space="preserve"> </w:t>
      </w:r>
      <w:r w:rsidRPr="00382B60">
        <w:rPr>
          <w:rFonts w:ascii="Sakkal Majalla" w:hAnsi="Sakkal Majalla" w:cs="Sakkal Majalla" w:hint="cs"/>
          <w:szCs w:val="28"/>
          <w:rtl/>
        </w:rPr>
        <w:t>دراسة</w:t>
      </w:r>
      <w:r w:rsidRPr="00382B60">
        <w:rPr>
          <w:rFonts w:ascii="Sakkal Majalla" w:hAnsi="Sakkal Majalla" w:cs="Sakkal Majalla"/>
          <w:szCs w:val="28"/>
        </w:rPr>
        <w:t xml:space="preserve"> Doe </w:t>
      </w:r>
      <w:r w:rsidRPr="00382B60">
        <w:rPr>
          <w:rFonts w:ascii="Sakkal Majalla" w:hAnsi="Sakkal Majalla" w:cs="Sakkal Majalla" w:hint="cs"/>
          <w:szCs w:val="28"/>
          <w:rtl/>
        </w:rPr>
        <w:lastRenderedPageBreak/>
        <w:t>و</w:t>
      </w:r>
      <w:r w:rsidRPr="00382B60">
        <w:rPr>
          <w:rFonts w:ascii="Sakkal Majalla" w:hAnsi="Sakkal Majalla" w:cs="Sakkal Majalla"/>
          <w:szCs w:val="28"/>
        </w:rPr>
        <w:t xml:space="preserve">Roe (2025) </w:t>
      </w:r>
      <w:r w:rsidRPr="00382B60">
        <w:rPr>
          <w:rFonts w:ascii="Sakkal Majalla" w:hAnsi="Sakkal Majalla" w:cs="Sakkal Majalla" w:hint="cs"/>
          <w:szCs w:val="28"/>
          <w:rtl/>
        </w:rPr>
        <w:t>أن</w:t>
      </w:r>
      <w:r w:rsidRPr="00382B60">
        <w:rPr>
          <w:rFonts w:ascii="Sakkal Majalla" w:hAnsi="Sakkal Majalla" w:cs="Sakkal Majalla"/>
          <w:szCs w:val="28"/>
          <w:rtl/>
        </w:rPr>
        <w:t xml:space="preserve"> </w:t>
      </w:r>
      <w:r w:rsidRPr="00382B60">
        <w:rPr>
          <w:rFonts w:ascii="Sakkal Majalla" w:hAnsi="Sakkal Majalla" w:cs="Sakkal Majalla" w:hint="cs"/>
          <w:szCs w:val="28"/>
          <w:rtl/>
        </w:rPr>
        <w:t>أثر</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الاستشارات</w:t>
      </w:r>
      <w:r w:rsidRPr="00382B60">
        <w:rPr>
          <w:rFonts w:ascii="Sakkal Majalla" w:hAnsi="Sakkal Majalla" w:cs="Sakkal Majalla"/>
          <w:szCs w:val="28"/>
          <w:rtl/>
        </w:rPr>
        <w:t xml:space="preserve"> </w:t>
      </w:r>
      <w:r w:rsidRPr="00382B60">
        <w:rPr>
          <w:rFonts w:ascii="Sakkal Majalla" w:hAnsi="Sakkal Majalla" w:cs="Sakkal Majalla" w:hint="cs"/>
          <w:szCs w:val="28"/>
          <w:rtl/>
        </w:rPr>
        <w:t>يتوقف</w:t>
      </w:r>
      <w:r w:rsidRPr="00382B60">
        <w:rPr>
          <w:rFonts w:ascii="Sakkal Majalla" w:hAnsi="Sakkal Majalla" w:cs="Sakkal Majalla"/>
          <w:szCs w:val="28"/>
          <w:rtl/>
        </w:rPr>
        <w:t xml:space="preserve"> </w:t>
      </w:r>
      <w:r w:rsidRPr="00382B60">
        <w:rPr>
          <w:rFonts w:ascii="Sakkal Majalla" w:hAnsi="Sakkal Majalla" w:cs="Sakkal Majalla" w:hint="cs"/>
          <w:szCs w:val="28"/>
          <w:rtl/>
        </w:rPr>
        <w:t>على</w:t>
      </w:r>
      <w:r w:rsidRPr="00382B60">
        <w:rPr>
          <w:rFonts w:ascii="Sakkal Majalla" w:hAnsi="Sakkal Majalla" w:cs="Sakkal Majalla"/>
          <w:szCs w:val="28"/>
          <w:rtl/>
        </w:rPr>
        <w:t xml:space="preserve"> </w:t>
      </w:r>
      <w:r w:rsidRPr="00382B60">
        <w:rPr>
          <w:rFonts w:ascii="Sakkal Majalla" w:hAnsi="Sakkal Majalla" w:cs="Sakkal Majalla" w:hint="cs"/>
          <w:szCs w:val="28"/>
          <w:rtl/>
        </w:rPr>
        <w:t>مدى</w:t>
      </w:r>
      <w:r w:rsidRPr="00382B60">
        <w:rPr>
          <w:rFonts w:ascii="Sakkal Majalla" w:hAnsi="Sakkal Majalla" w:cs="Sakkal Majalla"/>
          <w:szCs w:val="28"/>
          <w:rtl/>
        </w:rPr>
        <w:t xml:space="preserve"> </w:t>
      </w:r>
      <w:r w:rsidRPr="00382B60">
        <w:rPr>
          <w:rFonts w:ascii="Sakkal Majalla" w:hAnsi="Sakkal Majalla" w:cs="Sakkal Majalla" w:hint="cs"/>
          <w:szCs w:val="28"/>
          <w:rtl/>
        </w:rPr>
        <w:t>وضوح</w:t>
      </w:r>
      <w:r w:rsidRPr="00382B60">
        <w:rPr>
          <w:rFonts w:ascii="Sakkal Majalla" w:hAnsi="Sakkal Majalla" w:cs="Sakkal Majalla"/>
          <w:szCs w:val="28"/>
          <w:rtl/>
        </w:rPr>
        <w:t xml:space="preserve"> </w:t>
      </w:r>
      <w:r w:rsidRPr="00382B60">
        <w:rPr>
          <w:rFonts w:ascii="Sakkal Majalla" w:hAnsi="Sakkal Majalla" w:cs="Sakkal Majalla" w:hint="cs"/>
          <w:szCs w:val="28"/>
          <w:rtl/>
        </w:rPr>
        <w:t>بنود</w:t>
      </w:r>
      <w:r w:rsidRPr="00382B60">
        <w:rPr>
          <w:rFonts w:ascii="Sakkal Majalla" w:hAnsi="Sakkal Majalla" w:cs="Sakkal Majalla"/>
          <w:szCs w:val="28"/>
          <w:rtl/>
        </w:rPr>
        <w:t xml:space="preserve"> </w:t>
      </w:r>
      <w:r w:rsidRPr="00382B60">
        <w:rPr>
          <w:rFonts w:ascii="Sakkal Majalla" w:hAnsi="Sakkal Majalla" w:cs="Sakkal Majalla" w:hint="cs"/>
          <w:szCs w:val="28"/>
          <w:rtl/>
        </w:rPr>
        <w:t>العقود</w:t>
      </w:r>
      <w:r w:rsidRPr="00382B60">
        <w:rPr>
          <w:rFonts w:ascii="Sakkal Majalla" w:hAnsi="Sakkal Majalla" w:cs="Sakkal Majalla"/>
          <w:szCs w:val="28"/>
          <w:rtl/>
        </w:rPr>
        <w:t xml:space="preserve"> </w:t>
      </w:r>
      <w:r w:rsidRPr="00382B60">
        <w:rPr>
          <w:rFonts w:ascii="Sakkal Majalla" w:hAnsi="Sakkal Majalla" w:cs="Sakkal Majalla" w:hint="cs"/>
          <w:szCs w:val="28"/>
          <w:rtl/>
        </w:rPr>
        <w:t>التي</w:t>
      </w:r>
      <w:r w:rsidRPr="00382B60">
        <w:rPr>
          <w:rFonts w:ascii="Sakkal Majalla" w:hAnsi="Sakkal Majalla" w:cs="Sakkal Majalla"/>
          <w:szCs w:val="28"/>
          <w:rtl/>
        </w:rPr>
        <w:t xml:space="preserve"> </w:t>
      </w:r>
      <w:r w:rsidRPr="00382B60">
        <w:rPr>
          <w:rFonts w:ascii="Sakkal Majalla" w:hAnsi="Sakkal Majalla" w:cs="Sakkal Majalla" w:hint="cs"/>
          <w:szCs w:val="28"/>
          <w:rtl/>
        </w:rPr>
        <w:t>تُلزم</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الاستشاريين</w:t>
      </w:r>
      <w:r w:rsidRPr="00382B60">
        <w:rPr>
          <w:rFonts w:ascii="Sakkal Majalla" w:hAnsi="Sakkal Majalla" w:cs="Sakkal Majalla"/>
          <w:szCs w:val="28"/>
          <w:rtl/>
        </w:rPr>
        <w:t xml:space="preserve"> </w:t>
      </w:r>
      <w:r w:rsidRPr="00382B60">
        <w:rPr>
          <w:rFonts w:ascii="Sakkal Majalla" w:hAnsi="Sakkal Majalla" w:cs="Sakkal Majalla" w:hint="cs"/>
          <w:szCs w:val="28"/>
          <w:rtl/>
        </w:rPr>
        <w:t>بتسليم</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المعرفة</w:t>
      </w:r>
      <w:r w:rsidRPr="00382B60">
        <w:rPr>
          <w:rFonts w:ascii="Sakkal Majalla" w:hAnsi="Sakkal Majalla" w:cs="Sakkal Majalla"/>
          <w:szCs w:val="28"/>
          <w:rtl/>
        </w:rPr>
        <w:t xml:space="preserve"> </w:t>
      </w:r>
      <w:r w:rsidRPr="00382B60">
        <w:rPr>
          <w:rFonts w:ascii="Sakkal Majalla" w:hAnsi="Sakkal Majalla" w:cs="Sakkal Majalla" w:hint="cs"/>
          <w:szCs w:val="28"/>
          <w:rtl/>
        </w:rPr>
        <w:t>وتكييفها</w:t>
      </w:r>
      <w:r w:rsidRPr="00382B60">
        <w:rPr>
          <w:rFonts w:ascii="Sakkal Majalla" w:hAnsi="Sakkal Majalla" w:cs="Sakkal Majalla"/>
          <w:szCs w:val="28"/>
          <w:rtl/>
        </w:rPr>
        <w:t xml:space="preserve"> </w:t>
      </w:r>
      <w:r w:rsidRPr="00382B60">
        <w:rPr>
          <w:rFonts w:ascii="Sakkal Majalla" w:hAnsi="Sakkal Majalla" w:cs="Sakkal Majalla" w:hint="cs"/>
          <w:szCs w:val="28"/>
          <w:rtl/>
        </w:rPr>
        <w:t>داخل</w:t>
      </w:r>
      <w:r w:rsidRPr="00382B60">
        <w:rPr>
          <w:rFonts w:ascii="Sakkal Majalla" w:hAnsi="Sakkal Majalla" w:cs="Sakkal Majalla"/>
          <w:szCs w:val="28"/>
          <w:rtl/>
        </w:rPr>
        <w:t xml:space="preserve"> </w:t>
      </w:r>
      <w:r w:rsidRPr="00382B60">
        <w:rPr>
          <w:rFonts w:ascii="Sakkal Majalla" w:hAnsi="Sakkal Majalla" w:cs="Sakkal Majalla" w:hint="cs"/>
          <w:szCs w:val="28"/>
          <w:rtl/>
        </w:rPr>
        <w:t>البيئة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المؤسسية</w:t>
      </w:r>
      <w:r w:rsidRPr="00382B60">
        <w:rPr>
          <w:rFonts w:ascii="Sakkal Majalla" w:hAnsi="Sakkal Majalla" w:cs="Sakkal Majalla"/>
          <w:szCs w:val="28"/>
        </w:rPr>
        <w:t>.</w:t>
      </w:r>
    </w:p>
    <w:p w14:paraId="0927A2B9" w14:textId="50DA68D5" w:rsidR="00382B60" w:rsidRDefault="00382B60" w:rsidP="00347AC4">
      <w:pPr>
        <w:bidi/>
        <w:spacing w:line="360" w:lineRule="auto"/>
        <w:jc w:val="lowKashida"/>
        <w:rPr>
          <w:rFonts w:ascii="Sakkal Majalla" w:hAnsi="Sakkal Majalla" w:cs="Sakkal Majalla"/>
          <w:szCs w:val="28"/>
          <w:rtl/>
        </w:rPr>
      </w:pPr>
      <w:r>
        <w:rPr>
          <w:rFonts w:ascii="Sakkal Majalla" w:hAnsi="Sakkal Majalla" w:cs="Sakkal Majalla" w:hint="cs"/>
          <w:szCs w:val="28"/>
          <w:rtl/>
        </w:rPr>
        <w:t xml:space="preserve">ومن هنا نلاحظ أن الدراسات تشير </w:t>
      </w:r>
      <w:r w:rsidRPr="00382B60">
        <w:rPr>
          <w:rFonts w:ascii="Sakkal Majalla" w:hAnsi="Sakkal Majalla" w:cs="Sakkal Majalla" w:hint="cs"/>
          <w:szCs w:val="28"/>
          <w:rtl/>
        </w:rPr>
        <w:t>إلى</w:t>
      </w:r>
      <w:r w:rsidRPr="00382B60">
        <w:rPr>
          <w:rFonts w:ascii="Sakkal Majalla" w:hAnsi="Sakkal Majalla" w:cs="Sakkal Majalla"/>
          <w:szCs w:val="28"/>
          <w:rtl/>
        </w:rPr>
        <w:t xml:space="preserve"> </w:t>
      </w:r>
      <w:r w:rsidRPr="00382B60">
        <w:rPr>
          <w:rFonts w:ascii="Sakkal Majalla" w:hAnsi="Sakkal Majalla" w:cs="Sakkal Majalla" w:hint="cs"/>
          <w:szCs w:val="28"/>
          <w:rtl/>
        </w:rPr>
        <w:t>أن</w:t>
      </w:r>
      <w:r w:rsidRPr="00382B60">
        <w:rPr>
          <w:rFonts w:ascii="Sakkal Majalla" w:hAnsi="Sakkal Majalla" w:cs="Sakkal Majalla"/>
          <w:szCs w:val="28"/>
          <w:rtl/>
        </w:rPr>
        <w:t xml:space="preserve"> </w:t>
      </w:r>
      <w:r w:rsidRPr="00382B60">
        <w:rPr>
          <w:rFonts w:ascii="Sakkal Majalla" w:hAnsi="Sakkal Majalla" w:cs="Sakkal Majalla" w:hint="cs"/>
          <w:szCs w:val="28"/>
          <w:rtl/>
        </w:rPr>
        <w:t>الشركات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الاستشارية</w:t>
      </w:r>
      <w:r w:rsidRPr="00382B60">
        <w:rPr>
          <w:rFonts w:ascii="Sakkal Majalla" w:hAnsi="Sakkal Majalla" w:cs="Sakkal Majalla"/>
          <w:szCs w:val="28"/>
          <w:rtl/>
        </w:rPr>
        <w:t xml:space="preserve"> </w:t>
      </w:r>
      <w:r w:rsidRPr="00382B60">
        <w:rPr>
          <w:rFonts w:ascii="Sakkal Majalla" w:hAnsi="Sakkal Majalla" w:cs="Sakkal Majalla" w:hint="cs"/>
          <w:szCs w:val="28"/>
          <w:rtl/>
        </w:rPr>
        <w:t>تؤدي</w:t>
      </w:r>
      <w:r w:rsidRPr="00382B60">
        <w:rPr>
          <w:rFonts w:ascii="Sakkal Majalla" w:hAnsi="Sakkal Majalla" w:cs="Sakkal Majalla"/>
          <w:szCs w:val="28"/>
          <w:rtl/>
        </w:rPr>
        <w:t xml:space="preserve"> </w:t>
      </w:r>
      <w:r w:rsidRPr="00382B60">
        <w:rPr>
          <w:rFonts w:ascii="Sakkal Majalla" w:hAnsi="Sakkal Majalla" w:cs="Sakkal Majalla" w:hint="cs"/>
          <w:szCs w:val="28"/>
          <w:rtl/>
        </w:rPr>
        <w:t>أدوارًا</w:t>
      </w:r>
      <w:r w:rsidRPr="00382B60">
        <w:rPr>
          <w:rFonts w:ascii="Sakkal Majalla" w:hAnsi="Sakkal Majalla" w:cs="Sakkal Majalla"/>
          <w:szCs w:val="28"/>
          <w:rtl/>
        </w:rPr>
        <w:t xml:space="preserve"> </w:t>
      </w:r>
      <w:r w:rsidRPr="00382B60">
        <w:rPr>
          <w:rFonts w:ascii="Sakkal Majalla" w:hAnsi="Sakkal Majalla" w:cs="Sakkal Majalla" w:hint="cs"/>
          <w:szCs w:val="28"/>
          <w:rtl/>
        </w:rPr>
        <w:t>متعددة</w:t>
      </w:r>
      <w:r w:rsidRPr="00382B60">
        <w:rPr>
          <w:rFonts w:ascii="Sakkal Majalla" w:hAnsi="Sakkal Majalla" w:cs="Sakkal Majalla"/>
          <w:szCs w:val="28"/>
          <w:rtl/>
        </w:rPr>
        <w:t xml:space="preserve"> </w:t>
      </w:r>
      <w:r w:rsidRPr="00382B60">
        <w:rPr>
          <w:rFonts w:ascii="Sakkal Majalla" w:hAnsi="Sakkal Majalla" w:cs="Sakkal Majalla" w:hint="cs"/>
          <w:szCs w:val="28"/>
          <w:rtl/>
        </w:rPr>
        <w:t>في</w:t>
      </w:r>
      <w:r w:rsidRPr="00382B60">
        <w:rPr>
          <w:rFonts w:ascii="Sakkal Majalla" w:hAnsi="Sakkal Majalla" w:cs="Sakkal Majalla"/>
          <w:szCs w:val="28"/>
          <w:rtl/>
        </w:rPr>
        <w:t xml:space="preserve"> </w:t>
      </w:r>
      <w:r w:rsidRPr="00382B60">
        <w:rPr>
          <w:rFonts w:ascii="Sakkal Majalla" w:hAnsi="Sakkal Majalla" w:cs="Sakkal Majalla" w:hint="cs"/>
          <w:szCs w:val="28"/>
          <w:rtl/>
        </w:rPr>
        <w:t>دعم</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الابتكار،</w:t>
      </w:r>
      <w:r w:rsidRPr="00382B60">
        <w:rPr>
          <w:rFonts w:ascii="Sakkal Majalla" w:hAnsi="Sakkal Majalla" w:cs="Sakkal Majalla"/>
          <w:szCs w:val="28"/>
          <w:rtl/>
        </w:rPr>
        <w:t xml:space="preserve"> </w:t>
      </w:r>
      <w:r w:rsidRPr="00382B60">
        <w:rPr>
          <w:rFonts w:ascii="Sakkal Majalla" w:hAnsi="Sakkal Majalla" w:cs="Sakkal Majalla" w:hint="cs"/>
          <w:szCs w:val="28"/>
          <w:rtl/>
        </w:rPr>
        <w:t>تتراوح</w:t>
      </w:r>
      <w:r w:rsidRPr="00382B60">
        <w:rPr>
          <w:rFonts w:ascii="Sakkal Majalla" w:hAnsi="Sakkal Majalla" w:cs="Sakkal Majalla"/>
          <w:szCs w:val="28"/>
          <w:rtl/>
        </w:rPr>
        <w:t xml:space="preserve"> </w:t>
      </w:r>
      <w:r w:rsidRPr="00382B60">
        <w:rPr>
          <w:rFonts w:ascii="Sakkal Majalla" w:hAnsi="Sakkal Majalla" w:cs="Sakkal Majalla" w:hint="cs"/>
          <w:szCs w:val="28"/>
          <w:rtl/>
        </w:rPr>
        <w:t>بين</w:t>
      </w:r>
      <w:r w:rsidRPr="00382B60">
        <w:rPr>
          <w:rFonts w:ascii="Sakkal Majalla" w:hAnsi="Sakkal Majalla" w:cs="Sakkal Majalla"/>
          <w:szCs w:val="28"/>
          <w:rtl/>
        </w:rPr>
        <w:t xml:space="preserve"> </w:t>
      </w:r>
      <w:r w:rsidRPr="00382B60">
        <w:rPr>
          <w:rFonts w:ascii="Sakkal Majalla" w:hAnsi="Sakkal Majalla" w:cs="Sakkal Majalla" w:hint="cs"/>
          <w:szCs w:val="28"/>
          <w:rtl/>
        </w:rPr>
        <w:t>الوساطة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المعرفية</w:t>
      </w:r>
      <w:r w:rsidRPr="00382B60">
        <w:rPr>
          <w:rFonts w:ascii="Sakkal Majalla" w:hAnsi="Sakkal Majalla" w:cs="Sakkal Majalla"/>
          <w:szCs w:val="28"/>
          <w:rtl/>
        </w:rPr>
        <w:t xml:space="preserve"> </w:t>
      </w:r>
      <w:r w:rsidRPr="00382B60">
        <w:rPr>
          <w:rFonts w:ascii="Sakkal Majalla" w:hAnsi="Sakkal Majalla" w:cs="Sakkal Majalla" w:hint="cs"/>
          <w:szCs w:val="28"/>
          <w:rtl/>
        </w:rPr>
        <w:t>والدعم</w:t>
      </w:r>
      <w:r w:rsidRPr="00382B60">
        <w:rPr>
          <w:rFonts w:ascii="Sakkal Majalla" w:hAnsi="Sakkal Majalla" w:cs="Sakkal Majalla"/>
          <w:szCs w:val="28"/>
          <w:rtl/>
        </w:rPr>
        <w:t xml:space="preserve"> </w:t>
      </w:r>
      <w:r w:rsidRPr="00382B60">
        <w:rPr>
          <w:rFonts w:ascii="Sakkal Majalla" w:hAnsi="Sakkal Majalla" w:cs="Sakkal Majalla" w:hint="cs"/>
          <w:szCs w:val="28"/>
          <w:rtl/>
        </w:rPr>
        <w:t>الفني</w:t>
      </w:r>
      <w:r w:rsidRPr="00382B60">
        <w:rPr>
          <w:rFonts w:ascii="Sakkal Majalla" w:hAnsi="Sakkal Majalla" w:cs="Sakkal Majalla"/>
          <w:szCs w:val="28"/>
          <w:rtl/>
        </w:rPr>
        <w:t xml:space="preserve"> </w:t>
      </w:r>
      <w:r w:rsidRPr="00382B60">
        <w:rPr>
          <w:rFonts w:ascii="Sakkal Majalla" w:hAnsi="Sakkal Majalla" w:cs="Sakkal Majalla" w:hint="cs"/>
          <w:szCs w:val="28"/>
          <w:rtl/>
        </w:rPr>
        <w:t>والتيسير</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الاستراتيجي</w:t>
      </w:r>
      <w:r w:rsidRPr="00382B60">
        <w:rPr>
          <w:rFonts w:ascii="Sakkal Majalla" w:hAnsi="Sakkal Majalla" w:cs="Sakkal Majalla"/>
          <w:szCs w:val="28"/>
          <w:rtl/>
        </w:rPr>
        <w:t xml:space="preserve">. </w:t>
      </w:r>
      <w:r w:rsidRPr="00382B60">
        <w:rPr>
          <w:rFonts w:ascii="Sakkal Majalla" w:hAnsi="Sakkal Majalla" w:cs="Sakkal Majalla" w:hint="cs"/>
          <w:szCs w:val="28"/>
          <w:rtl/>
        </w:rPr>
        <w:t>ومع</w:t>
      </w:r>
      <w:r w:rsidRPr="00382B60">
        <w:rPr>
          <w:rFonts w:ascii="Sakkal Majalla" w:hAnsi="Sakkal Majalla" w:cs="Sakkal Majalla"/>
          <w:szCs w:val="28"/>
          <w:rtl/>
        </w:rPr>
        <w:t xml:space="preserve"> </w:t>
      </w:r>
      <w:r w:rsidRPr="00382B60">
        <w:rPr>
          <w:rFonts w:ascii="Sakkal Majalla" w:hAnsi="Sakkal Majalla" w:cs="Sakkal Majalla" w:hint="cs"/>
          <w:szCs w:val="28"/>
          <w:rtl/>
        </w:rPr>
        <w:t>ذلك،</w:t>
      </w:r>
      <w:r w:rsidRPr="00382B60">
        <w:rPr>
          <w:rFonts w:ascii="Sakkal Majalla" w:hAnsi="Sakkal Majalla" w:cs="Sakkal Majalla"/>
          <w:szCs w:val="28"/>
          <w:rtl/>
        </w:rPr>
        <w:t xml:space="preserve"> </w:t>
      </w:r>
      <w:r w:rsidRPr="00382B60">
        <w:rPr>
          <w:rFonts w:ascii="Sakkal Majalla" w:hAnsi="Sakkal Majalla" w:cs="Sakkal Majalla" w:hint="cs"/>
          <w:szCs w:val="28"/>
          <w:rtl/>
        </w:rPr>
        <w:t>فإن</w:t>
      </w:r>
      <w:r w:rsidRPr="00382B60">
        <w:rPr>
          <w:rFonts w:ascii="Sakkal Majalla" w:hAnsi="Sakkal Majalla" w:cs="Sakkal Majalla"/>
          <w:szCs w:val="28"/>
          <w:rtl/>
        </w:rPr>
        <w:t xml:space="preserve"> </w:t>
      </w:r>
      <w:r w:rsidRPr="00382B60">
        <w:rPr>
          <w:rFonts w:ascii="Sakkal Majalla" w:hAnsi="Sakkal Majalla" w:cs="Sakkal Majalla" w:hint="cs"/>
          <w:szCs w:val="28"/>
          <w:rtl/>
        </w:rPr>
        <w:t>معظم</w:t>
      </w:r>
      <w:r w:rsidRPr="00382B60">
        <w:rPr>
          <w:rFonts w:ascii="Sakkal Majalla" w:hAnsi="Sakkal Majalla" w:cs="Sakkal Majalla"/>
          <w:szCs w:val="28"/>
          <w:rtl/>
        </w:rPr>
        <w:t xml:space="preserve"> </w:t>
      </w:r>
      <w:r w:rsidRPr="00382B60">
        <w:rPr>
          <w:rFonts w:ascii="Sakkal Majalla" w:hAnsi="Sakkal Majalla" w:cs="Sakkal Majalla" w:hint="cs"/>
          <w:szCs w:val="28"/>
          <w:rtl/>
        </w:rPr>
        <w:t>الدراسات</w:t>
      </w:r>
      <w:r w:rsidRPr="00382B60">
        <w:rPr>
          <w:rFonts w:ascii="Sakkal Majalla" w:hAnsi="Sakkal Majalla" w:cs="Sakkal Majalla"/>
          <w:szCs w:val="28"/>
          <w:rtl/>
        </w:rPr>
        <w:t xml:space="preserve"> </w:t>
      </w:r>
      <w:r w:rsidRPr="00382B60">
        <w:rPr>
          <w:rFonts w:ascii="Sakkal Majalla" w:hAnsi="Sakkal Majalla" w:cs="Sakkal Majalla" w:hint="cs"/>
          <w:szCs w:val="28"/>
          <w:rtl/>
        </w:rPr>
        <w:t>لم</w:t>
      </w:r>
      <w:r w:rsidRPr="00382B60">
        <w:rPr>
          <w:rFonts w:ascii="Sakkal Majalla" w:hAnsi="Sakkal Majalla" w:cs="Sakkal Majalla"/>
          <w:szCs w:val="28"/>
          <w:rtl/>
        </w:rPr>
        <w:t xml:space="preserve"> </w:t>
      </w:r>
      <w:r w:rsidRPr="00382B60">
        <w:rPr>
          <w:rFonts w:ascii="Sakkal Majalla" w:hAnsi="Sakkal Majalla" w:cs="Sakkal Majalla" w:hint="cs"/>
          <w:szCs w:val="28"/>
          <w:rtl/>
        </w:rPr>
        <w:t>تقدّم</w:t>
      </w:r>
      <w:r w:rsidRPr="00382B60">
        <w:rPr>
          <w:rFonts w:ascii="Sakkal Majalla" w:hAnsi="Sakkal Majalla" w:cs="Sakkal Majalla"/>
          <w:szCs w:val="28"/>
          <w:rtl/>
        </w:rPr>
        <w:t xml:space="preserve"> </w:t>
      </w:r>
      <w:r w:rsidRPr="00382B60">
        <w:rPr>
          <w:rFonts w:ascii="Sakkal Majalla" w:hAnsi="Sakkal Majalla" w:cs="Sakkal Majalla" w:hint="cs"/>
          <w:szCs w:val="28"/>
          <w:rtl/>
        </w:rPr>
        <w:t>نماذج</w:t>
      </w:r>
      <w:r w:rsidRPr="00382B60">
        <w:rPr>
          <w:rFonts w:ascii="Sakkal Majalla" w:hAnsi="Sakkal Majalla" w:cs="Sakkal Majalla"/>
          <w:szCs w:val="28"/>
          <w:rtl/>
        </w:rPr>
        <w:t xml:space="preserve"> </w:t>
      </w:r>
      <w:r w:rsidRPr="00382B60">
        <w:rPr>
          <w:rFonts w:ascii="Sakkal Majalla" w:hAnsi="Sakkal Majalla" w:cs="Sakkal Majalla" w:hint="cs"/>
          <w:szCs w:val="28"/>
          <w:rtl/>
        </w:rPr>
        <w:t>إجرائية</w:t>
      </w:r>
      <w:r w:rsidRPr="00382B60">
        <w:rPr>
          <w:rFonts w:ascii="Sakkal Majalla" w:hAnsi="Sakkal Majalla" w:cs="Sakkal Majalla"/>
          <w:szCs w:val="28"/>
          <w:rtl/>
        </w:rPr>
        <w:t xml:space="preserve"> </w:t>
      </w:r>
      <w:r w:rsidRPr="00382B60">
        <w:rPr>
          <w:rFonts w:ascii="Sakkal Majalla" w:hAnsi="Sakkal Majalla" w:cs="Sakkal Majalla" w:hint="cs"/>
          <w:szCs w:val="28"/>
          <w:rtl/>
        </w:rPr>
        <w:t>واضحة</w:t>
      </w:r>
      <w:r w:rsidRPr="00382B60">
        <w:rPr>
          <w:rFonts w:ascii="Sakkal Majalla" w:hAnsi="Sakkal Majalla" w:cs="Sakkal Majalla"/>
          <w:szCs w:val="28"/>
          <w:rtl/>
        </w:rPr>
        <w:t xml:space="preserve"> </w:t>
      </w:r>
      <w:r w:rsidRPr="00382B60">
        <w:rPr>
          <w:rFonts w:ascii="Sakkal Majalla" w:hAnsi="Sakkal Majalla" w:cs="Sakkal Majalla" w:hint="cs"/>
          <w:szCs w:val="28"/>
          <w:rtl/>
        </w:rPr>
        <w:t>لكيفية</w:t>
      </w:r>
      <w:r w:rsidRPr="00382B60">
        <w:rPr>
          <w:rFonts w:ascii="Sakkal Majalla" w:hAnsi="Sakkal Majalla" w:cs="Sakkal Majalla"/>
          <w:szCs w:val="28"/>
          <w:rtl/>
        </w:rPr>
        <w:t xml:space="preserve"> </w:t>
      </w:r>
      <w:r w:rsidRPr="00382B60">
        <w:rPr>
          <w:rFonts w:ascii="Sakkal Majalla" w:hAnsi="Sakkal Majalla" w:cs="Sakkal Majalla" w:hint="cs"/>
          <w:szCs w:val="28"/>
          <w:rtl/>
        </w:rPr>
        <w:t>تفعيل</w:t>
      </w:r>
      <w:r w:rsidRPr="00382B60">
        <w:rPr>
          <w:rFonts w:ascii="Sakkal Majalla" w:hAnsi="Sakkal Majalla" w:cs="Sakkal Majalla"/>
          <w:szCs w:val="28"/>
          <w:rtl/>
        </w:rPr>
        <w:t xml:space="preserve"> </w:t>
      </w:r>
      <w:r w:rsidRPr="00382B60">
        <w:rPr>
          <w:rFonts w:ascii="Sakkal Majalla" w:hAnsi="Sakkal Majalla" w:cs="Sakkal Majalla" w:hint="cs"/>
          <w:szCs w:val="28"/>
          <w:rtl/>
        </w:rPr>
        <w:t>هذه</w:t>
      </w:r>
      <w:r w:rsidRPr="00382B60">
        <w:rPr>
          <w:rFonts w:ascii="Sakkal Majalla" w:hAnsi="Sakkal Majalla" w:cs="Sakkal Majalla"/>
          <w:szCs w:val="28"/>
          <w:rtl/>
        </w:rPr>
        <w:t xml:space="preserve"> </w:t>
      </w:r>
      <w:r w:rsidRPr="00382B60">
        <w:rPr>
          <w:rFonts w:ascii="Sakkal Majalla" w:hAnsi="Sakkal Majalla" w:cs="Sakkal Majalla" w:hint="cs"/>
          <w:szCs w:val="28"/>
          <w:rtl/>
        </w:rPr>
        <w:t>الأدوار</w:t>
      </w:r>
      <w:r w:rsidRPr="00382B60">
        <w:rPr>
          <w:rFonts w:ascii="Sakkal Majalla" w:hAnsi="Sakkal Majalla" w:cs="Sakkal Majalla"/>
          <w:szCs w:val="28"/>
          <w:rtl/>
        </w:rPr>
        <w:t xml:space="preserve"> </w:t>
      </w:r>
      <w:r w:rsidRPr="00382B60">
        <w:rPr>
          <w:rFonts w:ascii="Sakkal Majalla" w:hAnsi="Sakkal Majalla" w:cs="Sakkal Majalla" w:hint="cs"/>
          <w:szCs w:val="28"/>
          <w:rtl/>
        </w:rPr>
        <w:t>ضمن</w:t>
      </w:r>
      <w:r w:rsidRPr="00382B60">
        <w:rPr>
          <w:rFonts w:ascii="Sakkal Majalla" w:hAnsi="Sakkal Majalla" w:cs="Sakkal Majalla"/>
          <w:szCs w:val="28"/>
          <w:rtl/>
        </w:rPr>
        <w:t xml:space="preserve"> </w:t>
      </w:r>
      <w:r w:rsidRPr="00382B60">
        <w:rPr>
          <w:rFonts w:ascii="Sakkal Majalla" w:hAnsi="Sakkal Majalla" w:cs="Sakkal Majalla" w:hint="cs"/>
          <w:szCs w:val="28"/>
          <w:rtl/>
        </w:rPr>
        <w:t>عقود</w:t>
      </w:r>
      <w:r w:rsidRPr="00382B60">
        <w:rPr>
          <w:rFonts w:ascii="Sakkal Majalla" w:hAnsi="Sakkal Majalla" w:cs="Sakkal Majalla"/>
          <w:szCs w:val="28"/>
          <w:rtl/>
        </w:rPr>
        <w:t xml:space="preserve"> </w:t>
      </w:r>
      <w:r w:rsidRPr="00382B60">
        <w:rPr>
          <w:rFonts w:ascii="Sakkal Majalla" w:hAnsi="Sakkal Majalla" w:cs="Sakkal Majalla" w:hint="cs"/>
          <w:szCs w:val="28"/>
          <w:rtl/>
        </w:rPr>
        <w:t>استشارية</w:t>
      </w:r>
      <w:r w:rsidRPr="00382B60">
        <w:rPr>
          <w:rFonts w:ascii="Sakkal Majalla" w:hAnsi="Sakkal Majalla" w:cs="Sakkal Majalla"/>
          <w:szCs w:val="28"/>
          <w:rtl/>
        </w:rPr>
        <w:t xml:space="preserve"> </w:t>
      </w:r>
      <w:r w:rsidRPr="00382B60">
        <w:rPr>
          <w:rFonts w:ascii="Sakkal Majalla" w:hAnsi="Sakkal Majalla" w:cs="Sakkal Majalla" w:hint="cs"/>
          <w:szCs w:val="28"/>
          <w:rtl/>
        </w:rPr>
        <w:t>ذات</w:t>
      </w:r>
      <w:r w:rsidRPr="00382B60">
        <w:rPr>
          <w:rFonts w:ascii="Sakkal Majalla" w:hAnsi="Sakkal Majalla" w:cs="Sakkal Majalla"/>
          <w:szCs w:val="28"/>
          <w:rtl/>
        </w:rPr>
        <w:t xml:space="preserve"> </w:t>
      </w:r>
      <w:r w:rsidRPr="00382B60">
        <w:rPr>
          <w:rFonts w:ascii="Sakkal Majalla" w:hAnsi="Sakkal Majalla" w:cs="Sakkal Majalla" w:hint="cs"/>
          <w:szCs w:val="28"/>
          <w:rtl/>
        </w:rPr>
        <w:t>أثر</w:t>
      </w:r>
      <w:r w:rsidRPr="00382B60">
        <w:rPr>
          <w:rFonts w:ascii="Sakkal Majalla" w:hAnsi="Sakkal Majalla" w:cs="Sakkal Majalla"/>
          <w:szCs w:val="28"/>
          <w:rtl/>
        </w:rPr>
        <w:t xml:space="preserve"> </w:t>
      </w:r>
      <w:r w:rsidRPr="00382B60">
        <w:rPr>
          <w:rFonts w:ascii="Sakkal Majalla" w:hAnsi="Sakkal Majalla" w:cs="Sakkal Majalla" w:hint="cs"/>
          <w:szCs w:val="28"/>
          <w:rtl/>
        </w:rPr>
        <w:t>مستدام</w:t>
      </w:r>
      <w:r w:rsidRPr="00382B60">
        <w:rPr>
          <w:rFonts w:ascii="Sakkal Majalla" w:hAnsi="Sakkal Majalla" w:cs="Sakkal Majalla"/>
          <w:szCs w:val="28"/>
          <w:rtl/>
        </w:rPr>
        <w:t xml:space="preserve">. </w:t>
      </w:r>
      <w:r w:rsidRPr="00382B60">
        <w:rPr>
          <w:rFonts w:ascii="Sakkal Majalla" w:hAnsi="Sakkal Majalla" w:cs="Sakkal Majalla" w:hint="cs"/>
          <w:szCs w:val="28"/>
          <w:rtl/>
        </w:rPr>
        <w:t>كما</w:t>
      </w:r>
      <w:r w:rsidRPr="00382B60">
        <w:rPr>
          <w:rFonts w:ascii="Sakkal Majalla" w:hAnsi="Sakkal Majalla" w:cs="Sakkal Majalla"/>
          <w:szCs w:val="28"/>
          <w:rtl/>
        </w:rPr>
        <w:t xml:space="preserve"> </w:t>
      </w:r>
      <w:r w:rsidRPr="00382B60">
        <w:rPr>
          <w:rFonts w:ascii="Sakkal Majalla" w:hAnsi="Sakkal Majalla" w:cs="Sakkal Majalla" w:hint="cs"/>
          <w:szCs w:val="28"/>
          <w:rtl/>
        </w:rPr>
        <w:t>أن</w:t>
      </w:r>
      <w:r w:rsidRPr="00382B60">
        <w:rPr>
          <w:rFonts w:ascii="Sakkal Majalla" w:hAnsi="Sakkal Majalla" w:cs="Sakkal Majalla"/>
          <w:szCs w:val="28"/>
          <w:rtl/>
        </w:rPr>
        <w:t xml:space="preserve"> </w:t>
      </w:r>
      <w:r w:rsidRPr="00382B60">
        <w:rPr>
          <w:rFonts w:ascii="Sakkal Majalla" w:hAnsi="Sakkal Majalla" w:cs="Sakkal Majalla" w:hint="cs"/>
          <w:szCs w:val="28"/>
          <w:rtl/>
        </w:rPr>
        <w:t>غالبية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الأدبيات</w:t>
      </w:r>
      <w:r w:rsidRPr="00382B60">
        <w:rPr>
          <w:rFonts w:ascii="Sakkal Majalla" w:hAnsi="Sakkal Majalla" w:cs="Sakkal Majalla"/>
          <w:szCs w:val="28"/>
          <w:rtl/>
        </w:rPr>
        <w:t xml:space="preserve"> </w:t>
      </w:r>
      <w:r w:rsidRPr="00382B60">
        <w:rPr>
          <w:rFonts w:ascii="Sakkal Majalla" w:hAnsi="Sakkal Majalla" w:cs="Sakkal Majalla" w:hint="cs"/>
          <w:szCs w:val="28"/>
          <w:rtl/>
        </w:rPr>
        <w:t>ركزت</w:t>
      </w:r>
      <w:r w:rsidRPr="00382B60">
        <w:rPr>
          <w:rFonts w:ascii="Sakkal Majalla" w:hAnsi="Sakkal Majalla" w:cs="Sakkal Majalla"/>
          <w:szCs w:val="28"/>
          <w:rtl/>
        </w:rPr>
        <w:t xml:space="preserve"> </w:t>
      </w:r>
      <w:r w:rsidRPr="00382B60">
        <w:rPr>
          <w:rFonts w:ascii="Sakkal Majalla" w:hAnsi="Sakkal Majalla" w:cs="Sakkal Majalla" w:hint="cs"/>
          <w:szCs w:val="28"/>
          <w:rtl/>
        </w:rPr>
        <w:t>على</w:t>
      </w:r>
      <w:r w:rsidRPr="00382B60">
        <w:rPr>
          <w:rFonts w:ascii="Sakkal Majalla" w:hAnsi="Sakkal Majalla" w:cs="Sakkal Majalla"/>
          <w:szCs w:val="28"/>
          <w:rtl/>
        </w:rPr>
        <w:t xml:space="preserve"> </w:t>
      </w:r>
      <w:r w:rsidRPr="00382B60">
        <w:rPr>
          <w:rFonts w:ascii="Sakkal Majalla" w:hAnsi="Sakkal Majalla" w:cs="Sakkal Majalla" w:hint="cs"/>
          <w:szCs w:val="28"/>
          <w:rtl/>
        </w:rPr>
        <w:t>السياقات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الغربية،</w:t>
      </w:r>
      <w:r w:rsidRPr="00382B60">
        <w:rPr>
          <w:rFonts w:ascii="Sakkal Majalla" w:hAnsi="Sakkal Majalla" w:cs="Sakkal Majalla"/>
          <w:szCs w:val="28"/>
          <w:rtl/>
        </w:rPr>
        <w:t xml:space="preserve"> </w:t>
      </w:r>
      <w:r w:rsidRPr="00382B60">
        <w:rPr>
          <w:rFonts w:ascii="Sakkal Majalla" w:hAnsi="Sakkal Majalla" w:cs="Sakkal Majalla" w:hint="cs"/>
          <w:szCs w:val="28"/>
          <w:rtl/>
        </w:rPr>
        <w:t>دون</w:t>
      </w:r>
      <w:r w:rsidRPr="00382B60">
        <w:rPr>
          <w:rFonts w:ascii="Sakkal Majalla" w:hAnsi="Sakkal Majalla" w:cs="Sakkal Majalla"/>
          <w:szCs w:val="28"/>
          <w:rtl/>
        </w:rPr>
        <w:t xml:space="preserve"> </w:t>
      </w:r>
      <w:r w:rsidRPr="00382B60">
        <w:rPr>
          <w:rFonts w:ascii="Sakkal Majalla" w:hAnsi="Sakkal Majalla" w:cs="Sakkal Majalla" w:hint="cs"/>
          <w:szCs w:val="28"/>
          <w:rtl/>
        </w:rPr>
        <w:t>تمثيل</w:t>
      </w:r>
      <w:r w:rsidRPr="00382B60">
        <w:rPr>
          <w:rFonts w:ascii="Sakkal Majalla" w:hAnsi="Sakkal Majalla" w:cs="Sakkal Majalla"/>
          <w:szCs w:val="28"/>
          <w:rtl/>
        </w:rPr>
        <w:t xml:space="preserve"> </w:t>
      </w:r>
      <w:r w:rsidRPr="00382B60">
        <w:rPr>
          <w:rFonts w:ascii="Sakkal Majalla" w:hAnsi="Sakkal Majalla" w:cs="Sakkal Majalla" w:hint="cs"/>
          <w:szCs w:val="28"/>
          <w:rtl/>
        </w:rPr>
        <w:t>كافٍ</w:t>
      </w:r>
      <w:r w:rsidRPr="00382B60">
        <w:rPr>
          <w:rFonts w:ascii="Sakkal Majalla" w:hAnsi="Sakkal Majalla" w:cs="Sakkal Majalla"/>
          <w:szCs w:val="28"/>
          <w:rtl/>
        </w:rPr>
        <w:t xml:space="preserve"> </w:t>
      </w:r>
      <w:r w:rsidRPr="00382B60">
        <w:rPr>
          <w:rFonts w:ascii="Sakkal Majalla" w:hAnsi="Sakkal Majalla" w:cs="Sakkal Majalla" w:hint="cs"/>
          <w:szCs w:val="28"/>
          <w:rtl/>
        </w:rPr>
        <w:t>لخصوصية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السياق</w:t>
      </w:r>
      <w:r w:rsidRPr="00382B60">
        <w:rPr>
          <w:rFonts w:ascii="Sakkal Majalla" w:hAnsi="Sakkal Majalla" w:cs="Sakkal Majalla"/>
          <w:szCs w:val="28"/>
          <w:rtl/>
        </w:rPr>
        <w:t xml:space="preserve"> </w:t>
      </w:r>
      <w:r w:rsidRPr="00382B60">
        <w:rPr>
          <w:rFonts w:ascii="Sakkal Majalla" w:hAnsi="Sakkal Majalla" w:cs="Sakkal Majalla" w:hint="cs"/>
          <w:szCs w:val="28"/>
          <w:rtl/>
        </w:rPr>
        <w:t>الخليجي</w:t>
      </w:r>
      <w:r w:rsidRPr="00382B60">
        <w:rPr>
          <w:rFonts w:ascii="Sakkal Majalla" w:hAnsi="Sakkal Majalla" w:cs="Sakkal Majalla"/>
          <w:szCs w:val="28"/>
          <w:rtl/>
        </w:rPr>
        <w:t xml:space="preserve"> </w:t>
      </w:r>
      <w:r w:rsidRPr="00382B60">
        <w:rPr>
          <w:rFonts w:ascii="Sakkal Majalla" w:hAnsi="Sakkal Majalla" w:cs="Sakkal Majalla" w:hint="cs"/>
          <w:szCs w:val="28"/>
          <w:rtl/>
        </w:rPr>
        <w:t>أو</w:t>
      </w:r>
      <w:r w:rsidRPr="00382B60">
        <w:rPr>
          <w:rFonts w:ascii="Sakkal Majalla" w:hAnsi="Sakkal Majalla" w:cs="Sakkal Majalla"/>
          <w:szCs w:val="28"/>
          <w:rtl/>
        </w:rPr>
        <w:t xml:space="preserve"> </w:t>
      </w:r>
      <w:r w:rsidRPr="00382B60">
        <w:rPr>
          <w:rFonts w:ascii="Sakkal Majalla" w:hAnsi="Sakkal Majalla" w:cs="Sakkal Majalla" w:hint="cs"/>
          <w:szCs w:val="28"/>
          <w:rtl/>
        </w:rPr>
        <w:t>السعودي،</w:t>
      </w:r>
      <w:r w:rsidRPr="00382B60">
        <w:rPr>
          <w:rFonts w:ascii="Sakkal Majalla" w:hAnsi="Sakkal Majalla" w:cs="Sakkal Majalla"/>
          <w:szCs w:val="28"/>
          <w:rtl/>
        </w:rPr>
        <w:t xml:space="preserve"> </w:t>
      </w:r>
      <w:r w:rsidRPr="00382B60">
        <w:rPr>
          <w:rFonts w:ascii="Sakkal Majalla" w:hAnsi="Sakkal Majalla" w:cs="Sakkal Majalla" w:hint="cs"/>
          <w:szCs w:val="28"/>
          <w:rtl/>
        </w:rPr>
        <w:t>مما</w:t>
      </w:r>
      <w:r w:rsidRPr="00382B60">
        <w:rPr>
          <w:rFonts w:ascii="Sakkal Majalla" w:hAnsi="Sakkal Majalla" w:cs="Sakkal Majalla"/>
          <w:szCs w:val="28"/>
          <w:rtl/>
        </w:rPr>
        <w:t xml:space="preserve"> </w:t>
      </w:r>
      <w:r w:rsidRPr="00382B60">
        <w:rPr>
          <w:rFonts w:ascii="Sakkal Majalla" w:hAnsi="Sakkal Majalla" w:cs="Sakkal Majalla" w:hint="cs"/>
          <w:szCs w:val="28"/>
          <w:rtl/>
        </w:rPr>
        <w:t>يبرز</w:t>
      </w:r>
      <w:r w:rsidRPr="00382B60">
        <w:rPr>
          <w:rFonts w:ascii="Sakkal Majalla" w:hAnsi="Sakkal Majalla" w:cs="Sakkal Majalla"/>
          <w:szCs w:val="28"/>
          <w:rtl/>
        </w:rPr>
        <w:t xml:space="preserve"> </w:t>
      </w:r>
      <w:r w:rsidRPr="00382B60">
        <w:rPr>
          <w:rFonts w:ascii="Sakkal Majalla" w:hAnsi="Sakkal Majalla" w:cs="Sakkal Majalla" w:hint="cs"/>
          <w:szCs w:val="28"/>
          <w:rtl/>
        </w:rPr>
        <w:t>الحاجة</w:t>
      </w:r>
      <w:r w:rsidRPr="00382B60">
        <w:rPr>
          <w:rFonts w:ascii="Sakkal Majalla" w:hAnsi="Sakkal Majalla" w:cs="Sakkal Majalla"/>
          <w:szCs w:val="28"/>
          <w:rtl/>
        </w:rPr>
        <w:t xml:space="preserve"> </w:t>
      </w:r>
      <w:r w:rsidRPr="00382B60">
        <w:rPr>
          <w:rFonts w:ascii="Sakkal Majalla" w:hAnsi="Sakkal Majalla" w:cs="Sakkal Majalla" w:hint="cs"/>
          <w:szCs w:val="28"/>
          <w:rtl/>
        </w:rPr>
        <w:t>لنماذج</w:t>
      </w:r>
      <w:r w:rsidRPr="00382B60">
        <w:rPr>
          <w:rFonts w:ascii="Sakkal Majalla" w:hAnsi="Sakkal Majalla" w:cs="Sakkal Majalla"/>
          <w:szCs w:val="28"/>
          <w:rtl/>
        </w:rPr>
        <w:t xml:space="preserve"> </w:t>
      </w:r>
      <w:r w:rsidRPr="00382B60">
        <w:rPr>
          <w:rFonts w:ascii="Sakkal Majalla" w:hAnsi="Sakkal Majalla" w:cs="Sakkal Majalla" w:hint="cs"/>
          <w:szCs w:val="28"/>
          <w:rtl/>
        </w:rPr>
        <w:t>محلية</w:t>
      </w:r>
      <w:r w:rsidRPr="00382B60">
        <w:rPr>
          <w:rFonts w:ascii="Sakkal Majalla" w:hAnsi="Sakkal Majalla" w:cs="Sakkal Majalla"/>
          <w:szCs w:val="28"/>
          <w:rtl/>
        </w:rPr>
        <w:t xml:space="preserve"> </w:t>
      </w:r>
      <w:r w:rsidRPr="00382B60">
        <w:rPr>
          <w:rFonts w:ascii="Sakkal Majalla" w:hAnsi="Sakkal Majalla" w:cs="Sakkal Majalla" w:hint="cs"/>
          <w:szCs w:val="28"/>
          <w:rtl/>
        </w:rPr>
        <w:t>تُعيد</w:t>
      </w:r>
      <w:r w:rsidRPr="00382B60">
        <w:rPr>
          <w:rFonts w:ascii="Sakkal Majalla" w:hAnsi="Sakkal Majalla" w:cs="Sakkal Majalla"/>
          <w:szCs w:val="28"/>
          <w:rtl/>
        </w:rPr>
        <w:t xml:space="preserve"> </w:t>
      </w:r>
      <w:r w:rsidRPr="00382B60">
        <w:rPr>
          <w:rFonts w:ascii="Sakkal Majalla" w:hAnsi="Sakkal Majalla" w:cs="Sakkal Majalla" w:hint="cs"/>
          <w:szCs w:val="28"/>
          <w:rtl/>
        </w:rPr>
        <w:t>تصميم</w:t>
      </w:r>
      <w:r w:rsidRPr="00382B60">
        <w:rPr>
          <w:rFonts w:ascii="Sakkal Majalla" w:hAnsi="Sakkal Majalla" w:cs="Sakkal Majalla"/>
          <w:szCs w:val="28"/>
          <w:rtl/>
        </w:rPr>
        <w:t xml:space="preserve"> </w:t>
      </w:r>
      <w:r w:rsidRPr="00382B60">
        <w:rPr>
          <w:rFonts w:ascii="Sakkal Majalla" w:hAnsi="Sakkal Majalla" w:cs="Sakkal Majalla" w:hint="cs"/>
          <w:szCs w:val="28"/>
          <w:rtl/>
        </w:rPr>
        <w:t>العلاقة</w:t>
      </w:r>
      <w:r w:rsidRPr="00382B60">
        <w:rPr>
          <w:rFonts w:ascii="Sakkal Majalla" w:hAnsi="Sakkal Majalla" w:cs="Sakkal Majalla"/>
          <w:szCs w:val="28"/>
          <w:rtl/>
        </w:rPr>
        <w:t xml:space="preserve"> </w:t>
      </w:r>
      <w:r w:rsidRPr="00382B60">
        <w:rPr>
          <w:rFonts w:ascii="Sakkal Majalla" w:hAnsi="Sakkal Majalla" w:cs="Sakkal Majalla" w:hint="cs"/>
          <w:szCs w:val="28"/>
          <w:rtl/>
        </w:rPr>
        <w:t>مع</w:t>
      </w:r>
      <w:r w:rsidRPr="00382B60">
        <w:rPr>
          <w:rFonts w:ascii="Sakkal Majalla" w:hAnsi="Sakkal Majalla" w:cs="Sakkal Majalla"/>
          <w:szCs w:val="28"/>
          <w:rtl/>
        </w:rPr>
        <w:t xml:space="preserve"> </w:t>
      </w:r>
      <w:r w:rsidRPr="00382B60">
        <w:rPr>
          <w:rFonts w:ascii="Sakkal Majalla" w:hAnsi="Sakkal Majalla" w:cs="Sakkal Majalla" w:hint="cs"/>
          <w:szCs w:val="28"/>
          <w:rtl/>
        </w:rPr>
        <w:t>الشركات</w:t>
      </w:r>
      <w:r w:rsidRPr="00382B60">
        <w:rPr>
          <w:rFonts w:ascii="Sakkal Majalla" w:hAnsi="Sakkal Majalla" w:cs="Sakkal Majalla"/>
          <w:szCs w:val="28"/>
          <w:rtl/>
        </w:rPr>
        <w:t xml:space="preserve"> </w:t>
      </w:r>
      <w:r w:rsidRPr="00382B60">
        <w:rPr>
          <w:rFonts w:ascii="Sakkal Majalla" w:hAnsi="Sakkal Majalla" w:cs="Sakkal Majalla" w:hint="cs"/>
          <w:szCs w:val="28"/>
          <w:rtl/>
        </w:rPr>
        <w:t>الاستشارية</w:t>
      </w:r>
      <w:r w:rsidRPr="00382B60">
        <w:rPr>
          <w:rFonts w:ascii="Sakkal Majalla" w:hAnsi="Sakkal Majalla" w:cs="Sakkal Majalla"/>
          <w:szCs w:val="28"/>
          <w:rtl/>
        </w:rPr>
        <w:t xml:space="preserve"> </w:t>
      </w:r>
      <w:r w:rsidRPr="00382B60">
        <w:rPr>
          <w:rFonts w:ascii="Sakkal Majalla" w:hAnsi="Sakkal Majalla" w:cs="Sakkal Majalla" w:hint="cs"/>
          <w:szCs w:val="28"/>
          <w:rtl/>
        </w:rPr>
        <w:t>بطريقة</w:t>
      </w:r>
      <w:r w:rsidRPr="00382B60">
        <w:rPr>
          <w:rFonts w:ascii="Sakkal Majalla" w:hAnsi="Sakkal Majalla" w:cs="Sakkal Majalla"/>
          <w:szCs w:val="28"/>
          <w:rtl/>
        </w:rPr>
        <w:t xml:space="preserve"> </w:t>
      </w:r>
      <w:r w:rsidRPr="00382B60">
        <w:rPr>
          <w:rFonts w:ascii="Sakkal Majalla" w:hAnsi="Sakkal Majalla" w:cs="Sakkal Majalla" w:hint="cs"/>
          <w:szCs w:val="28"/>
          <w:rtl/>
        </w:rPr>
        <w:t>استراتيجية</w:t>
      </w:r>
      <w:r w:rsidRPr="00382B60">
        <w:rPr>
          <w:rFonts w:ascii="Sakkal Majalla" w:hAnsi="Sakkal Majalla" w:cs="Sakkal Majalla"/>
          <w:szCs w:val="28"/>
          <w:rtl/>
        </w:rPr>
        <w:t xml:space="preserve"> </w:t>
      </w:r>
      <w:r w:rsidRPr="00382B60">
        <w:rPr>
          <w:rFonts w:ascii="Sakkal Majalla" w:hAnsi="Sakkal Majalla" w:cs="Sakkal Majalla" w:hint="cs"/>
          <w:szCs w:val="28"/>
          <w:rtl/>
        </w:rPr>
        <w:t>تُركّز</w:t>
      </w:r>
      <w:r w:rsidRPr="00382B60">
        <w:rPr>
          <w:rFonts w:ascii="Sakkal Majalla" w:hAnsi="Sakkal Majalla" w:cs="Sakkal Majalla"/>
          <w:szCs w:val="28"/>
          <w:rtl/>
        </w:rPr>
        <w:t xml:space="preserve"> </w:t>
      </w:r>
      <w:r w:rsidRPr="00382B60">
        <w:rPr>
          <w:rFonts w:ascii="Sakkal Majalla" w:hAnsi="Sakkal Majalla" w:cs="Sakkal Majalla" w:hint="cs"/>
          <w:szCs w:val="28"/>
          <w:rtl/>
        </w:rPr>
        <w:t>على</w:t>
      </w:r>
      <w:r w:rsidRPr="00382B60">
        <w:rPr>
          <w:rFonts w:ascii="Sakkal Majalla" w:hAnsi="Sakkal Majalla" w:cs="Sakkal Majalla"/>
          <w:szCs w:val="28"/>
          <w:rtl/>
        </w:rPr>
        <w:t xml:space="preserve"> </w:t>
      </w:r>
      <w:r w:rsidRPr="00382B60">
        <w:rPr>
          <w:rFonts w:ascii="Sakkal Majalla" w:hAnsi="Sakkal Majalla" w:cs="Sakkal Majalla" w:hint="cs"/>
          <w:szCs w:val="28"/>
          <w:rtl/>
        </w:rPr>
        <w:t>النتائج</w:t>
      </w:r>
      <w:r w:rsidRPr="00382B60">
        <w:rPr>
          <w:rFonts w:ascii="Sakkal Majalla" w:hAnsi="Sakkal Majalla" w:cs="Sakkal Majalla"/>
          <w:szCs w:val="28"/>
          <w:rtl/>
        </w:rPr>
        <w:t xml:space="preserve"> </w:t>
      </w:r>
      <w:r w:rsidRPr="00382B60">
        <w:rPr>
          <w:rFonts w:ascii="Sakkal Majalla" w:hAnsi="Sakkal Majalla" w:cs="Sakkal Majalla" w:hint="cs"/>
          <w:szCs w:val="28"/>
          <w:rtl/>
        </w:rPr>
        <w:t>طويلة</w:t>
      </w:r>
      <w:r w:rsidRPr="00382B60">
        <w:rPr>
          <w:rFonts w:ascii="Sakkal Majalla" w:hAnsi="Sakkal Majalla" w:cs="Sakkal Majalla"/>
          <w:szCs w:val="28"/>
          <w:rtl/>
        </w:rPr>
        <w:t xml:space="preserve"> </w:t>
      </w:r>
      <w:r w:rsidRPr="00382B60">
        <w:rPr>
          <w:rFonts w:ascii="Sakkal Majalla" w:hAnsi="Sakkal Majalla" w:cs="Sakkal Majalla" w:hint="cs"/>
          <w:szCs w:val="28"/>
          <w:rtl/>
        </w:rPr>
        <w:t>الأجل</w:t>
      </w:r>
      <w:r>
        <w:rPr>
          <w:rFonts w:ascii="Sakkal Majalla" w:hAnsi="Sakkal Majalla" w:cs="Sakkal Majalla" w:hint="cs"/>
          <w:szCs w:val="28"/>
          <w:rtl/>
        </w:rPr>
        <w:t>.</w:t>
      </w:r>
    </w:p>
    <w:p w14:paraId="13101260" w14:textId="331DB6D3" w:rsidR="002E614A" w:rsidRPr="00F42358" w:rsidRDefault="00C2205E" w:rsidP="00083D43">
      <w:pPr>
        <w:bidi/>
        <w:spacing w:line="360" w:lineRule="auto"/>
        <w:rPr>
          <w:rFonts w:ascii="Sakkal Majalla" w:hAnsi="Sakkal Majalla" w:cs="Sakkal Majalla"/>
          <w:b/>
          <w:bCs/>
          <w:sz w:val="32"/>
          <w:szCs w:val="32"/>
          <w:rtl/>
        </w:rPr>
      </w:pPr>
      <w:r w:rsidRPr="00F42358">
        <w:rPr>
          <w:rFonts w:ascii="Sakkal Majalla" w:hAnsi="Sakkal Majalla" w:cs="Sakkal Majalla"/>
          <w:b/>
          <w:bCs/>
          <w:sz w:val="32"/>
          <w:szCs w:val="32"/>
          <w:rtl/>
        </w:rPr>
        <w:t xml:space="preserve">المحور الثالث: </w:t>
      </w:r>
      <w:r w:rsidR="000159C9" w:rsidRPr="000159C9">
        <w:rPr>
          <w:rFonts w:ascii="Sakkal Majalla" w:hAnsi="Sakkal Majalla" w:cs="Sakkal Majalla" w:hint="cs"/>
          <w:b/>
          <w:bCs/>
          <w:sz w:val="32"/>
          <w:szCs w:val="32"/>
          <w:rtl/>
        </w:rPr>
        <w:t>التكامل</w:t>
      </w:r>
      <w:r w:rsidR="000159C9" w:rsidRPr="000159C9">
        <w:rPr>
          <w:rFonts w:ascii="Sakkal Majalla" w:hAnsi="Sakkal Majalla" w:cs="Sakkal Majalla"/>
          <w:b/>
          <w:bCs/>
          <w:sz w:val="32"/>
          <w:szCs w:val="32"/>
          <w:rtl/>
        </w:rPr>
        <w:t xml:space="preserve"> </w:t>
      </w:r>
      <w:r w:rsidR="000159C9" w:rsidRPr="000159C9">
        <w:rPr>
          <w:rFonts w:ascii="Sakkal Majalla" w:hAnsi="Sakkal Majalla" w:cs="Sakkal Majalla" w:hint="cs"/>
          <w:b/>
          <w:bCs/>
          <w:sz w:val="32"/>
          <w:szCs w:val="32"/>
          <w:rtl/>
        </w:rPr>
        <w:t>بين</w:t>
      </w:r>
      <w:r w:rsidR="000159C9" w:rsidRPr="000159C9">
        <w:rPr>
          <w:rFonts w:ascii="Sakkal Majalla" w:hAnsi="Sakkal Majalla" w:cs="Sakkal Majalla"/>
          <w:b/>
          <w:bCs/>
          <w:sz w:val="32"/>
          <w:szCs w:val="32"/>
          <w:rtl/>
        </w:rPr>
        <w:t xml:space="preserve"> </w:t>
      </w:r>
      <w:r w:rsidR="000159C9" w:rsidRPr="000159C9">
        <w:rPr>
          <w:rFonts w:ascii="Sakkal Majalla" w:hAnsi="Sakkal Majalla" w:cs="Sakkal Majalla" w:hint="cs"/>
          <w:b/>
          <w:bCs/>
          <w:sz w:val="32"/>
          <w:szCs w:val="32"/>
          <w:rtl/>
        </w:rPr>
        <w:t>العوامل</w:t>
      </w:r>
      <w:r w:rsidR="000159C9" w:rsidRPr="000159C9">
        <w:rPr>
          <w:rFonts w:ascii="Sakkal Majalla" w:hAnsi="Sakkal Majalla" w:cs="Sakkal Majalla"/>
          <w:b/>
          <w:bCs/>
          <w:sz w:val="32"/>
          <w:szCs w:val="32"/>
          <w:rtl/>
        </w:rPr>
        <w:t xml:space="preserve"> </w:t>
      </w:r>
      <w:r w:rsidR="000159C9" w:rsidRPr="000159C9">
        <w:rPr>
          <w:rFonts w:ascii="Sakkal Majalla" w:hAnsi="Sakkal Majalla" w:cs="Sakkal Majalla" w:hint="cs"/>
          <w:b/>
          <w:bCs/>
          <w:sz w:val="32"/>
          <w:szCs w:val="32"/>
          <w:rtl/>
        </w:rPr>
        <w:t>الداخلية في الجهات الحكومية</w:t>
      </w:r>
      <w:r w:rsidR="000159C9" w:rsidRPr="000159C9">
        <w:rPr>
          <w:rFonts w:ascii="Sakkal Majalla" w:hAnsi="Sakkal Majalla" w:cs="Sakkal Majalla"/>
          <w:b/>
          <w:bCs/>
          <w:sz w:val="32"/>
          <w:szCs w:val="32"/>
          <w:rtl/>
        </w:rPr>
        <w:t xml:space="preserve"> </w:t>
      </w:r>
      <w:r w:rsidR="000159C9" w:rsidRPr="000159C9">
        <w:rPr>
          <w:rFonts w:ascii="Sakkal Majalla" w:hAnsi="Sakkal Majalla" w:cs="Sakkal Majalla" w:hint="cs"/>
          <w:b/>
          <w:bCs/>
          <w:sz w:val="32"/>
          <w:szCs w:val="32"/>
          <w:rtl/>
        </w:rPr>
        <w:t xml:space="preserve">والتمكين الخارجي </w:t>
      </w:r>
      <w:r w:rsidR="000159C9">
        <w:rPr>
          <w:rFonts w:ascii="Sakkal Majalla" w:hAnsi="Sakkal Majalla" w:cs="Sakkal Majalla" w:hint="cs"/>
          <w:b/>
          <w:bCs/>
          <w:sz w:val="32"/>
          <w:szCs w:val="32"/>
          <w:rtl/>
        </w:rPr>
        <w:t xml:space="preserve">وأثره </w:t>
      </w:r>
      <w:r w:rsidR="000159C9" w:rsidRPr="000159C9">
        <w:rPr>
          <w:rFonts w:ascii="Sakkal Majalla" w:hAnsi="Sakkal Majalla" w:cs="Sakkal Majalla" w:hint="cs"/>
          <w:b/>
          <w:bCs/>
          <w:sz w:val="32"/>
          <w:szCs w:val="32"/>
          <w:rtl/>
        </w:rPr>
        <w:t>على استدامة الابتكار</w:t>
      </w:r>
      <w:r w:rsidR="000159C9">
        <w:rPr>
          <w:rFonts w:ascii="Sakkal Majalla" w:hAnsi="Sakkal Majalla" w:cs="Sakkal Majalla" w:hint="cs"/>
          <w:b/>
          <w:bCs/>
          <w:sz w:val="32"/>
          <w:szCs w:val="32"/>
          <w:rtl/>
        </w:rPr>
        <w:t>.</w:t>
      </w:r>
    </w:p>
    <w:p w14:paraId="6058D170" w14:textId="1320D5A0" w:rsidR="00B75AA7" w:rsidRPr="00B75AA7" w:rsidRDefault="00B75AA7" w:rsidP="00347AC4">
      <w:pPr>
        <w:bidi/>
        <w:spacing w:line="360" w:lineRule="auto"/>
        <w:jc w:val="lowKashida"/>
        <w:rPr>
          <w:rFonts w:ascii="Sakkal Majalla" w:hAnsi="Sakkal Majalla" w:cs="Sakkal Majalla"/>
          <w:szCs w:val="28"/>
          <w:rtl/>
        </w:rPr>
      </w:pPr>
      <w:r w:rsidRPr="00B75AA7">
        <w:rPr>
          <w:rFonts w:ascii="Sakkal Majalla" w:hAnsi="Sakkal Majalla" w:cs="Sakkal Majalla" w:hint="cs"/>
          <w:szCs w:val="28"/>
          <w:rtl/>
        </w:rPr>
        <w:t>يشير</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المحور</w:t>
      </w:r>
      <w:r w:rsidRPr="00B75AA7">
        <w:rPr>
          <w:rFonts w:ascii="Sakkal Majalla" w:hAnsi="Sakkal Majalla" w:cs="Sakkal Majalla"/>
          <w:szCs w:val="28"/>
          <w:rtl/>
        </w:rPr>
        <w:t xml:space="preserve"> </w:t>
      </w:r>
      <w:r w:rsidRPr="00B75AA7">
        <w:rPr>
          <w:rFonts w:ascii="Sakkal Majalla" w:hAnsi="Sakkal Majalla" w:cs="Sakkal Majalla" w:hint="cs"/>
          <w:szCs w:val="28"/>
          <w:rtl/>
        </w:rPr>
        <w:t>الثالث</w:t>
      </w:r>
      <w:r w:rsidRPr="00B75AA7">
        <w:rPr>
          <w:rFonts w:ascii="Sakkal Majalla" w:hAnsi="Sakkal Majalla" w:cs="Sakkal Majalla"/>
          <w:szCs w:val="28"/>
          <w:rtl/>
        </w:rPr>
        <w:t xml:space="preserve"> </w:t>
      </w:r>
      <w:r w:rsidRPr="00B75AA7">
        <w:rPr>
          <w:rFonts w:ascii="Sakkal Majalla" w:hAnsi="Sakkal Majalla" w:cs="Sakkal Majalla" w:hint="cs"/>
          <w:szCs w:val="28"/>
          <w:rtl/>
        </w:rPr>
        <w:t>من</w:t>
      </w:r>
      <w:r w:rsidRPr="00B75AA7">
        <w:rPr>
          <w:rFonts w:ascii="Sakkal Majalla" w:hAnsi="Sakkal Majalla" w:cs="Sakkal Majalla"/>
          <w:szCs w:val="28"/>
          <w:rtl/>
        </w:rPr>
        <w:t xml:space="preserve"> </w:t>
      </w:r>
      <w:r>
        <w:rPr>
          <w:rFonts w:ascii="Sakkal Majalla" w:hAnsi="Sakkal Majalla" w:cs="Sakkal Majalla" w:hint="cs"/>
          <w:szCs w:val="28"/>
          <w:rtl/>
        </w:rPr>
        <w:t>الدراسات</w:t>
      </w:r>
      <w:r w:rsidRPr="00B75AA7">
        <w:rPr>
          <w:rFonts w:ascii="Sakkal Majalla" w:hAnsi="Sakkal Majalla" w:cs="Sakkal Majalla"/>
          <w:szCs w:val="28"/>
          <w:rtl/>
        </w:rPr>
        <w:t xml:space="preserve"> </w:t>
      </w:r>
      <w:r w:rsidRPr="00B75AA7">
        <w:rPr>
          <w:rFonts w:ascii="Sakkal Majalla" w:hAnsi="Sakkal Majalla" w:cs="Sakkal Majalla" w:hint="cs"/>
          <w:szCs w:val="28"/>
          <w:rtl/>
        </w:rPr>
        <w:t>إلى</w:t>
      </w:r>
      <w:r w:rsidRPr="00B75AA7">
        <w:rPr>
          <w:rFonts w:ascii="Sakkal Majalla" w:hAnsi="Sakkal Majalla" w:cs="Sakkal Majalla"/>
          <w:szCs w:val="28"/>
          <w:rtl/>
        </w:rPr>
        <w:t xml:space="preserve"> </w:t>
      </w:r>
      <w:r w:rsidRPr="00B75AA7">
        <w:rPr>
          <w:rFonts w:ascii="Sakkal Majalla" w:hAnsi="Sakkal Majalla" w:cs="Sakkal Majalla" w:hint="cs"/>
          <w:szCs w:val="28"/>
          <w:rtl/>
        </w:rPr>
        <w:t>أهمية</w:t>
      </w:r>
      <w:r w:rsidRPr="00B75AA7">
        <w:rPr>
          <w:rFonts w:ascii="Sakkal Majalla" w:hAnsi="Sakkal Majalla" w:cs="Sakkal Majalla"/>
          <w:szCs w:val="28"/>
          <w:rtl/>
        </w:rPr>
        <w:t xml:space="preserve"> </w:t>
      </w:r>
      <w:r w:rsidRPr="00B75AA7">
        <w:rPr>
          <w:rFonts w:ascii="Sakkal Majalla" w:hAnsi="Sakkal Majalla" w:cs="Sakkal Majalla" w:hint="cs"/>
          <w:szCs w:val="28"/>
          <w:rtl/>
        </w:rPr>
        <w:t>التكامل</w:t>
      </w:r>
      <w:r w:rsidRPr="00B75AA7">
        <w:rPr>
          <w:rFonts w:ascii="Sakkal Majalla" w:hAnsi="Sakkal Majalla" w:cs="Sakkal Majalla"/>
          <w:szCs w:val="28"/>
          <w:rtl/>
        </w:rPr>
        <w:t xml:space="preserve"> </w:t>
      </w:r>
      <w:r w:rsidRPr="00B75AA7">
        <w:rPr>
          <w:rFonts w:ascii="Sakkal Majalla" w:hAnsi="Sakkal Majalla" w:cs="Sakkal Majalla" w:hint="cs"/>
          <w:szCs w:val="28"/>
          <w:rtl/>
        </w:rPr>
        <w:t>بين</w:t>
      </w:r>
      <w:r w:rsidRPr="00B75AA7">
        <w:rPr>
          <w:rFonts w:ascii="Sakkal Majalla" w:hAnsi="Sakkal Majalla" w:cs="Sakkal Majalla"/>
          <w:szCs w:val="28"/>
          <w:rtl/>
        </w:rPr>
        <w:t xml:space="preserve"> </w:t>
      </w:r>
      <w:r w:rsidRPr="00B75AA7">
        <w:rPr>
          <w:rFonts w:ascii="Sakkal Majalla" w:hAnsi="Sakkal Majalla" w:cs="Sakkal Majalla" w:hint="cs"/>
          <w:szCs w:val="28"/>
          <w:rtl/>
        </w:rPr>
        <w:t>العوامل</w:t>
      </w:r>
      <w:r w:rsidRPr="00B75AA7">
        <w:rPr>
          <w:rFonts w:ascii="Sakkal Majalla" w:hAnsi="Sakkal Majalla" w:cs="Sakkal Majalla"/>
          <w:szCs w:val="28"/>
          <w:rtl/>
        </w:rPr>
        <w:t xml:space="preserve"> </w:t>
      </w:r>
      <w:r w:rsidRPr="00B75AA7">
        <w:rPr>
          <w:rFonts w:ascii="Sakkal Majalla" w:hAnsi="Sakkal Majalla" w:cs="Sakkal Majalla" w:hint="cs"/>
          <w:szCs w:val="28"/>
          <w:rtl/>
        </w:rPr>
        <w:t>التمكينية</w:t>
      </w:r>
      <w:r w:rsidRPr="00B75AA7">
        <w:rPr>
          <w:rFonts w:ascii="Sakkal Majalla" w:hAnsi="Sakkal Majalla" w:cs="Sakkal Majalla"/>
          <w:szCs w:val="28"/>
          <w:rtl/>
        </w:rPr>
        <w:t xml:space="preserve"> </w:t>
      </w:r>
      <w:r w:rsidRPr="00B75AA7">
        <w:rPr>
          <w:rFonts w:ascii="Sakkal Majalla" w:hAnsi="Sakkal Majalla" w:cs="Sakkal Majalla" w:hint="cs"/>
          <w:szCs w:val="28"/>
          <w:rtl/>
        </w:rPr>
        <w:t>الداخلية</w:t>
      </w:r>
      <w:r w:rsidRPr="00B75AA7">
        <w:rPr>
          <w:rFonts w:ascii="Sakkal Majalla" w:hAnsi="Sakkal Majalla" w:cs="Sakkal Majalla"/>
          <w:szCs w:val="28"/>
          <w:rtl/>
        </w:rPr>
        <w:t xml:space="preserve"> </w:t>
      </w:r>
      <w:r w:rsidRPr="00B75AA7">
        <w:rPr>
          <w:rFonts w:ascii="Sakkal Majalla" w:hAnsi="Sakkal Majalla" w:cs="Sakkal Majalla" w:hint="cs"/>
          <w:szCs w:val="28"/>
          <w:rtl/>
        </w:rPr>
        <w:t>والدعم</w:t>
      </w:r>
      <w:r w:rsidRPr="00B75AA7">
        <w:rPr>
          <w:rFonts w:ascii="Sakkal Majalla" w:hAnsi="Sakkal Majalla" w:cs="Sakkal Majalla"/>
          <w:szCs w:val="28"/>
          <w:rtl/>
        </w:rPr>
        <w:t xml:space="preserve"> </w:t>
      </w:r>
      <w:r w:rsidRPr="00B75AA7">
        <w:rPr>
          <w:rFonts w:ascii="Sakkal Majalla" w:hAnsi="Sakkal Majalla" w:cs="Sakkal Majalla" w:hint="cs"/>
          <w:szCs w:val="28"/>
          <w:rtl/>
        </w:rPr>
        <w:t>الخارجي</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المتمثل</w:t>
      </w:r>
      <w:r w:rsidRPr="00B75AA7">
        <w:rPr>
          <w:rFonts w:ascii="Sakkal Majalla" w:hAnsi="Sakkal Majalla" w:cs="Sakkal Majalla"/>
          <w:szCs w:val="28"/>
          <w:rtl/>
        </w:rPr>
        <w:t xml:space="preserve"> </w:t>
      </w:r>
      <w:r w:rsidRPr="00B75AA7">
        <w:rPr>
          <w:rFonts w:ascii="Sakkal Majalla" w:hAnsi="Sakkal Majalla" w:cs="Sakkal Majalla" w:hint="cs"/>
          <w:szCs w:val="28"/>
          <w:rtl/>
        </w:rPr>
        <w:t>في</w:t>
      </w:r>
      <w:r w:rsidRPr="00B75AA7">
        <w:rPr>
          <w:rFonts w:ascii="Sakkal Majalla" w:hAnsi="Sakkal Majalla" w:cs="Sakkal Majalla"/>
          <w:szCs w:val="28"/>
          <w:rtl/>
        </w:rPr>
        <w:t xml:space="preserve"> </w:t>
      </w:r>
      <w:r w:rsidRPr="00B75AA7">
        <w:rPr>
          <w:rFonts w:ascii="Sakkal Majalla" w:hAnsi="Sakkal Majalla" w:cs="Sakkal Majalla" w:hint="cs"/>
          <w:szCs w:val="28"/>
          <w:rtl/>
        </w:rPr>
        <w:t>دور</w:t>
      </w:r>
      <w:r w:rsidRPr="00B75AA7">
        <w:rPr>
          <w:rFonts w:ascii="Sakkal Majalla" w:hAnsi="Sakkal Majalla" w:cs="Sakkal Majalla"/>
          <w:szCs w:val="28"/>
          <w:rtl/>
        </w:rPr>
        <w:t xml:space="preserve"> </w:t>
      </w:r>
      <w:r w:rsidRPr="00B75AA7">
        <w:rPr>
          <w:rFonts w:ascii="Sakkal Majalla" w:hAnsi="Sakkal Majalla" w:cs="Sakkal Majalla" w:hint="cs"/>
          <w:szCs w:val="28"/>
          <w:rtl/>
        </w:rPr>
        <w:t>الشركات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الاستشارية</w:t>
      </w:r>
      <w:r w:rsidRPr="00B75AA7">
        <w:rPr>
          <w:rFonts w:ascii="Sakkal Majalla" w:hAnsi="Sakkal Majalla" w:cs="Sakkal Majalla"/>
          <w:szCs w:val="28"/>
          <w:rtl/>
        </w:rPr>
        <w:t xml:space="preserve"> </w:t>
      </w:r>
      <w:r w:rsidRPr="00B75AA7">
        <w:rPr>
          <w:rFonts w:ascii="Sakkal Majalla" w:hAnsi="Sakkal Majalla" w:cs="Sakkal Majalla" w:hint="cs"/>
          <w:szCs w:val="28"/>
          <w:rtl/>
        </w:rPr>
        <w:t>لتحقيق</w:t>
      </w:r>
      <w:r w:rsidRPr="00B75AA7">
        <w:rPr>
          <w:rFonts w:ascii="Sakkal Majalla" w:hAnsi="Sakkal Majalla" w:cs="Sakkal Majalla"/>
          <w:szCs w:val="28"/>
          <w:rtl/>
        </w:rPr>
        <w:t xml:space="preserve"> </w:t>
      </w:r>
      <w:r w:rsidRPr="00B75AA7">
        <w:rPr>
          <w:rFonts w:ascii="Sakkal Majalla" w:hAnsi="Sakkal Majalla" w:cs="Sakkal Majalla" w:hint="cs"/>
          <w:szCs w:val="28"/>
          <w:rtl/>
        </w:rPr>
        <w:t>استدامة</w:t>
      </w:r>
      <w:r w:rsidRPr="00B75AA7">
        <w:rPr>
          <w:rFonts w:ascii="Sakkal Majalla" w:hAnsi="Sakkal Majalla" w:cs="Sakkal Majalla"/>
          <w:szCs w:val="28"/>
          <w:rtl/>
        </w:rPr>
        <w:t xml:space="preserve"> </w:t>
      </w:r>
      <w:r w:rsidRPr="00B75AA7">
        <w:rPr>
          <w:rFonts w:ascii="Sakkal Majalla" w:hAnsi="Sakkal Majalla" w:cs="Sakkal Majalla" w:hint="cs"/>
          <w:szCs w:val="28"/>
          <w:rtl/>
        </w:rPr>
        <w:t>الابتكار</w:t>
      </w:r>
      <w:r w:rsidRPr="00B75AA7">
        <w:rPr>
          <w:rFonts w:ascii="Sakkal Majalla" w:hAnsi="Sakkal Majalla" w:cs="Sakkal Majalla"/>
          <w:szCs w:val="28"/>
          <w:rtl/>
        </w:rPr>
        <w:t xml:space="preserve"> </w:t>
      </w:r>
      <w:r w:rsidRPr="00B75AA7">
        <w:rPr>
          <w:rFonts w:ascii="Sakkal Majalla" w:hAnsi="Sakkal Majalla" w:cs="Sakkal Majalla" w:hint="cs"/>
          <w:szCs w:val="28"/>
          <w:rtl/>
        </w:rPr>
        <w:t>في</w:t>
      </w:r>
      <w:r w:rsidRPr="00B75AA7">
        <w:rPr>
          <w:rFonts w:ascii="Sakkal Majalla" w:hAnsi="Sakkal Majalla" w:cs="Sakkal Majalla"/>
          <w:szCs w:val="28"/>
          <w:rtl/>
        </w:rPr>
        <w:t xml:space="preserve"> </w:t>
      </w:r>
      <w:r w:rsidRPr="00B75AA7">
        <w:rPr>
          <w:rFonts w:ascii="Sakkal Majalla" w:hAnsi="Sakkal Majalla" w:cs="Sakkal Majalla" w:hint="cs"/>
          <w:szCs w:val="28"/>
          <w:rtl/>
        </w:rPr>
        <w:t>الجهات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الحكومية</w:t>
      </w:r>
      <w:r w:rsidRPr="00B75AA7">
        <w:rPr>
          <w:rFonts w:ascii="Sakkal Majalla" w:hAnsi="Sakkal Majalla" w:cs="Sakkal Majalla"/>
          <w:szCs w:val="28"/>
          <w:rtl/>
        </w:rPr>
        <w:t xml:space="preserve">. </w:t>
      </w:r>
      <w:r w:rsidRPr="00B75AA7">
        <w:rPr>
          <w:rFonts w:ascii="Sakkal Majalla" w:hAnsi="Sakkal Majalla" w:cs="Sakkal Majalla" w:hint="cs"/>
          <w:szCs w:val="28"/>
          <w:rtl/>
        </w:rPr>
        <w:t>فقد</w:t>
      </w:r>
      <w:r w:rsidRPr="00B75AA7">
        <w:rPr>
          <w:rFonts w:ascii="Sakkal Majalla" w:hAnsi="Sakkal Majalla" w:cs="Sakkal Majalla"/>
          <w:szCs w:val="28"/>
          <w:rtl/>
        </w:rPr>
        <w:t xml:space="preserve"> </w:t>
      </w:r>
      <w:r w:rsidRPr="00B75AA7">
        <w:rPr>
          <w:rFonts w:ascii="Sakkal Majalla" w:hAnsi="Sakkal Majalla" w:cs="Sakkal Majalla" w:hint="cs"/>
          <w:szCs w:val="28"/>
          <w:rtl/>
        </w:rPr>
        <w:t>أكدت</w:t>
      </w:r>
      <w:r w:rsidRPr="00B75AA7">
        <w:rPr>
          <w:rFonts w:ascii="Sakkal Majalla" w:hAnsi="Sakkal Majalla" w:cs="Sakkal Majalla"/>
          <w:szCs w:val="28"/>
        </w:rPr>
        <w:t xml:space="preserve"> Molin &amp; Kristiansen (2022) </w:t>
      </w:r>
      <w:r w:rsidRPr="00B75AA7">
        <w:rPr>
          <w:rFonts w:ascii="Sakkal Majalla" w:hAnsi="Sakkal Majalla" w:cs="Sakkal Majalla" w:hint="cs"/>
          <w:szCs w:val="28"/>
          <w:rtl/>
        </w:rPr>
        <w:t>أن</w:t>
      </w:r>
      <w:r w:rsidRPr="00B75AA7">
        <w:rPr>
          <w:rFonts w:ascii="Sakkal Majalla" w:hAnsi="Sakkal Majalla" w:cs="Sakkal Majalla"/>
          <w:szCs w:val="28"/>
          <w:rtl/>
        </w:rPr>
        <w:t xml:space="preserve"> </w:t>
      </w:r>
      <w:r w:rsidRPr="00B75AA7">
        <w:rPr>
          <w:rFonts w:ascii="Sakkal Majalla" w:hAnsi="Sakkal Majalla" w:cs="Sakkal Majalla" w:hint="cs"/>
          <w:szCs w:val="28"/>
          <w:rtl/>
        </w:rPr>
        <w:t>استيعاب</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المعرفة</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المنقولة</w:t>
      </w:r>
      <w:r w:rsidRPr="00B75AA7">
        <w:rPr>
          <w:rFonts w:ascii="Sakkal Majalla" w:hAnsi="Sakkal Majalla" w:cs="Sakkal Majalla"/>
          <w:szCs w:val="28"/>
          <w:rtl/>
        </w:rPr>
        <w:t xml:space="preserve"> </w:t>
      </w:r>
      <w:r w:rsidRPr="00B75AA7">
        <w:rPr>
          <w:rFonts w:ascii="Sakkal Majalla" w:hAnsi="Sakkal Majalla" w:cs="Sakkal Majalla" w:hint="cs"/>
          <w:szCs w:val="28"/>
          <w:rtl/>
        </w:rPr>
        <w:t>من</w:t>
      </w:r>
      <w:r w:rsidRPr="00B75AA7">
        <w:rPr>
          <w:rFonts w:ascii="Sakkal Majalla" w:hAnsi="Sakkal Majalla" w:cs="Sakkal Majalla"/>
          <w:szCs w:val="28"/>
          <w:rtl/>
        </w:rPr>
        <w:t xml:space="preserve"> </w:t>
      </w:r>
      <w:r w:rsidRPr="00B75AA7">
        <w:rPr>
          <w:rFonts w:ascii="Sakkal Majalla" w:hAnsi="Sakkal Majalla" w:cs="Sakkal Majalla" w:hint="cs"/>
          <w:szCs w:val="28"/>
          <w:rtl/>
        </w:rPr>
        <w:t>الخارج</w:t>
      </w:r>
      <w:r w:rsidRPr="00B75AA7">
        <w:rPr>
          <w:rFonts w:ascii="Sakkal Majalla" w:hAnsi="Sakkal Majalla" w:cs="Sakkal Majalla"/>
          <w:szCs w:val="28"/>
          <w:rtl/>
        </w:rPr>
        <w:t xml:space="preserve"> </w:t>
      </w:r>
      <w:r w:rsidRPr="00B75AA7">
        <w:rPr>
          <w:rFonts w:ascii="Sakkal Majalla" w:hAnsi="Sakkal Majalla" w:cs="Sakkal Majalla" w:hint="cs"/>
          <w:szCs w:val="28"/>
          <w:rtl/>
        </w:rPr>
        <w:t>لا</w:t>
      </w:r>
      <w:r w:rsidRPr="00B75AA7">
        <w:rPr>
          <w:rFonts w:ascii="Sakkal Majalla" w:hAnsi="Sakkal Majalla" w:cs="Sakkal Majalla"/>
          <w:szCs w:val="28"/>
          <w:rtl/>
        </w:rPr>
        <w:t xml:space="preserve"> </w:t>
      </w:r>
      <w:r w:rsidRPr="00B75AA7">
        <w:rPr>
          <w:rFonts w:ascii="Sakkal Majalla" w:hAnsi="Sakkal Majalla" w:cs="Sakkal Majalla" w:hint="cs"/>
          <w:szCs w:val="28"/>
          <w:rtl/>
        </w:rPr>
        <w:t>يكفي</w:t>
      </w:r>
      <w:r w:rsidRPr="00B75AA7">
        <w:rPr>
          <w:rFonts w:ascii="Sakkal Majalla" w:hAnsi="Sakkal Majalla" w:cs="Sakkal Majalla"/>
          <w:szCs w:val="28"/>
          <w:rtl/>
        </w:rPr>
        <w:t xml:space="preserve"> </w:t>
      </w:r>
      <w:r w:rsidRPr="00B75AA7">
        <w:rPr>
          <w:rFonts w:ascii="Sakkal Majalla" w:hAnsi="Sakkal Majalla" w:cs="Sakkal Majalla" w:hint="cs"/>
          <w:szCs w:val="28"/>
          <w:rtl/>
        </w:rPr>
        <w:t>وحده،</w:t>
      </w:r>
      <w:r w:rsidRPr="00B75AA7">
        <w:rPr>
          <w:rFonts w:ascii="Sakkal Majalla" w:hAnsi="Sakkal Majalla" w:cs="Sakkal Majalla"/>
          <w:szCs w:val="28"/>
          <w:rtl/>
        </w:rPr>
        <w:t xml:space="preserve"> </w:t>
      </w:r>
      <w:r w:rsidRPr="00B75AA7">
        <w:rPr>
          <w:rFonts w:ascii="Sakkal Majalla" w:hAnsi="Sakkal Majalla" w:cs="Sakkal Majalla" w:hint="cs"/>
          <w:szCs w:val="28"/>
          <w:rtl/>
        </w:rPr>
        <w:t>بل</w:t>
      </w:r>
      <w:r w:rsidRPr="00B75AA7">
        <w:rPr>
          <w:rFonts w:ascii="Sakkal Majalla" w:hAnsi="Sakkal Majalla" w:cs="Sakkal Majalla"/>
          <w:szCs w:val="28"/>
          <w:rtl/>
        </w:rPr>
        <w:t xml:space="preserve"> </w:t>
      </w:r>
      <w:r w:rsidRPr="00B75AA7">
        <w:rPr>
          <w:rFonts w:ascii="Sakkal Majalla" w:hAnsi="Sakkal Majalla" w:cs="Sakkal Majalla" w:hint="cs"/>
          <w:szCs w:val="28"/>
          <w:rtl/>
        </w:rPr>
        <w:t>يتطلب</w:t>
      </w:r>
      <w:r w:rsidRPr="00B75AA7">
        <w:rPr>
          <w:rFonts w:ascii="Sakkal Majalla" w:hAnsi="Sakkal Majalla" w:cs="Sakkal Majalla"/>
          <w:szCs w:val="28"/>
          <w:rtl/>
        </w:rPr>
        <w:t xml:space="preserve"> </w:t>
      </w:r>
      <w:r w:rsidRPr="00B75AA7">
        <w:rPr>
          <w:rFonts w:ascii="Sakkal Majalla" w:hAnsi="Sakkal Majalla" w:cs="Sakkal Majalla" w:hint="cs"/>
          <w:szCs w:val="28"/>
          <w:rtl/>
        </w:rPr>
        <w:t>وجود</w:t>
      </w:r>
      <w:r w:rsidRPr="00B75AA7">
        <w:rPr>
          <w:rFonts w:ascii="Sakkal Majalla" w:hAnsi="Sakkal Majalla" w:cs="Sakkal Majalla"/>
          <w:szCs w:val="28"/>
          <w:rtl/>
        </w:rPr>
        <w:t xml:space="preserve"> "</w:t>
      </w:r>
      <w:r w:rsidRPr="00B75AA7">
        <w:rPr>
          <w:rFonts w:ascii="Sakkal Majalla" w:hAnsi="Sakkal Majalla" w:cs="Sakkal Majalla" w:hint="cs"/>
          <w:szCs w:val="28"/>
          <w:rtl/>
        </w:rPr>
        <w:t>قدرة</w:t>
      </w:r>
      <w:r w:rsidRPr="00B75AA7">
        <w:rPr>
          <w:rFonts w:ascii="Sakkal Majalla" w:hAnsi="Sakkal Majalla" w:cs="Sakkal Majalla"/>
          <w:szCs w:val="28"/>
          <w:rtl/>
        </w:rPr>
        <w:t xml:space="preserve"> </w:t>
      </w:r>
      <w:r w:rsidRPr="00B75AA7">
        <w:rPr>
          <w:rFonts w:ascii="Sakkal Majalla" w:hAnsi="Sakkal Majalla" w:cs="Sakkal Majalla" w:hint="cs"/>
          <w:szCs w:val="28"/>
          <w:rtl/>
        </w:rPr>
        <w:t>امتصاصية</w:t>
      </w:r>
      <w:r w:rsidRPr="00B75AA7">
        <w:rPr>
          <w:rFonts w:ascii="Sakkal Majalla" w:hAnsi="Sakkal Majalla" w:cs="Sakkal Majalla"/>
          <w:szCs w:val="28"/>
          <w:rtl/>
        </w:rPr>
        <w:t xml:space="preserve">" </w:t>
      </w:r>
      <w:r w:rsidRPr="00B75AA7">
        <w:rPr>
          <w:rFonts w:ascii="Sakkal Majalla" w:hAnsi="Sakkal Majalla" w:cs="Sakkal Majalla" w:hint="cs"/>
          <w:szCs w:val="28"/>
          <w:rtl/>
        </w:rPr>
        <w:t>داخل</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المؤسسة</w:t>
      </w:r>
      <w:r w:rsidRPr="00B75AA7">
        <w:rPr>
          <w:rFonts w:ascii="Sakkal Majalla" w:hAnsi="Sakkal Majalla" w:cs="Sakkal Majalla"/>
          <w:szCs w:val="28"/>
          <w:rtl/>
        </w:rPr>
        <w:t xml:space="preserve"> </w:t>
      </w:r>
      <w:r w:rsidRPr="00B75AA7">
        <w:rPr>
          <w:rFonts w:ascii="Sakkal Majalla" w:hAnsi="Sakkal Majalla" w:cs="Sakkal Majalla" w:hint="cs"/>
          <w:szCs w:val="28"/>
          <w:rtl/>
        </w:rPr>
        <w:t>تساعدها</w:t>
      </w:r>
      <w:r w:rsidRPr="00B75AA7">
        <w:rPr>
          <w:rFonts w:ascii="Sakkal Majalla" w:hAnsi="Sakkal Majalla" w:cs="Sakkal Majalla"/>
          <w:szCs w:val="28"/>
          <w:rtl/>
        </w:rPr>
        <w:t xml:space="preserve"> </w:t>
      </w:r>
      <w:r w:rsidRPr="00B75AA7">
        <w:rPr>
          <w:rFonts w:ascii="Sakkal Majalla" w:hAnsi="Sakkal Majalla" w:cs="Sakkal Majalla" w:hint="cs"/>
          <w:szCs w:val="28"/>
          <w:rtl/>
        </w:rPr>
        <w:t>على</w:t>
      </w:r>
      <w:r w:rsidRPr="00B75AA7">
        <w:rPr>
          <w:rFonts w:ascii="Sakkal Majalla" w:hAnsi="Sakkal Majalla" w:cs="Sakkal Majalla"/>
          <w:szCs w:val="28"/>
          <w:rtl/>
        </w:rPr>
        <w:t xml:space="preserve"> </w:t>
      </w:r>
      <w:r w:rsidRPr="00B75AA7">
        <w:rPr>
          <w:rFonts w:ascii="Sakkal Majalla" w:hAnsi="Sakkal Majalla" w:cs="Sakkal Majalla" w:hint="cs"/>
          <w:szCs w:val="28"/>
          <w:rtl/>
        </w:rPr>
        <w:t>تكييف</w:t>
      </w:r>
      <w:r w:rsidRPr="00B75AA7">
        <w:rPr>
          <w:rFonts w:ascii="Sakkal Majalla" w:hAnsi="Sakkal Majalla" w:cs="Sakkal Majalla"/>
          <w:szCs w:val="28"/>
          <w:rtl/>
        </w:rPr>
        <w:t xml:space="preserve"> </w:t>
      </w:r>
      <w:r w:rsidRPr="00B75AA7">
        <w:rPr>
          <w:rFonts w:ascii="Sakkal Majalla" w:hAnsi="Sakkal Majalla" w:cs="Sakkal Majalla" w:hint="cs"/>
          <w:szCs w:val="28"/>
          <w:rtl/>
        </w:rPr>
        <w:t>هذه</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المعرفة</w:t>
      </w:r>
      <w:r w:rsidRPr="00B75AA7">
        <w:rPr>
          <w:rFonts w:ascii="Sakkal Majalla" w:hAnsi="Sakkal Majalla" w:cs="Sakkal Majalla"/>
          <w:szCs w:val="28"/>
          <w:rtl/>
        </w:rPr>
        <w:t xml:space="preserve"> </w:t>
      </w:r>
      <w:r w:rsidRPr="00B75AA7">
        <w:rPr>
          <w:rFonts w:ascii="Sakkal Majalla" w:hAnsi="Sakkal Majalla" w:cs="Sakkal Majalla" w:hint="cs"/>
          <w:szCs w:val="28"/>
          <w:rtl/>
        </w:rPr>
        <w:t>ضمن</w:t>
      </w:r>
      <w:r w:rsidRPr="00B75AA7">
        <w:rPr>
          <w:rFonts w:ascii="Sakkal Majalla" w:hAnsi="Sakkal Majalla" w:cs="Sakkal Majalla"/>
          <w:szCs w:val="28"/>
          <w:rtl/>
        </w:rPr>
        <w:t xml:space="preserve"> </w:t>
      </w:r>
      <w:r w:rsidRPr="00B75AA7">
        <w:rPr>
          <w:rFonts w:ascii="Sakkal Majalla" w:hAnsi="Sakkal Majalla" w:cs="Sakkal Majalla" w:hint="cs"/>
          <w:szCs w:val="28"/>
          <w:rtl/>
        </w:rPr>
        <w:t>بيئتها</w:t>
      </w:r>
      <w:r w:rsidRPr="00B75AA7">
        <w:rPr>
          <w:rFonts w:ascii="Sakkal Majalla" w:hAnsi="Sakkal Majalla" w:cs="Sakkal Majalla"/>
          <w:szCs w:val="28"/>
          <w:rtl/>
        </w:rPr>
        <w:t xml:space="preserve"> </w:t>
      </w:r>
      <w:r w:rsidRPr="00B75AA7">
        <w:rPr>
          <w:rFonts w:ascii="Sakkal Majalla" w:hAnsi="Sakkal Majalla" w:cs="Sakkal Majalla" w:hint="cs"/>
          <w:szCs w:val="28"/>
          <w:rtl/>
        </w:rPr>
        <w:t>التنظيمية،</w:t>
      </w:r>
      <w:r w:rsidRPr="00B75AA7">
        <w:rPr>
          <w:rFonts w:ascii="Sakkal Majalla" w:hAnsi="Sakkal Majalla" w:cs="Sakkal Majalla"/>
          <w:szCs w:val="28"/>
          <w:rtl/>
        </w:rPr>
        <w:t xml:space="preserve"> </w:t>
      </w:r>
      <w:r w:rsidRPr="00B75AA7">
        <w:rPr>
          <w:rFonts w:ascii="Sakkal Majalla" w:hAnsi="Sakkal Majalla" w:cs="Sakkal Majalla" w:hint="cs"/>
          <w:szCs w:val="28"/>
          <w:rtl/>
        </w:rPr>
        <w:t>وهو</w:t>
      </w:r>
      <w:r w:rsidRPr="00B75AA7">
        <w:rPr>
          <w:rFonts w:ascii="Sakkal Majalla" w:hAnsi="Sakkal Majalla" w:cs="Sakkal Majalla"/>
          <w:szCs w:val="28"/>
          <w:rtl/>
        </w:rPr>
        <w:t xml:space="preserve"> </w:t>
      </w:r>
      <w:r w:rsidRPr="00B75AA7">
        <w:rPr>
          <w:rFonts w:ascii="Sakkal Majalla" w:hAnsi="Sakkal Majalla" w:cs="Sakkal Majalla" w:hint="cs"/>
          <w:szCs w:val="28"/>
          <w:rtl/>
        </w:rPr>
        <w:t>بعد</w:t>
      </w:r>
      <w:r w:rsidRPr="00B75AA7">
        <w:rPr>
          <w:rFonts w:ascii="Sakkal Majalla" w:hAnsi="Sakkal Majalla" w:cs="Sakkal Majalla"/>
          <w:szCs w:val="28"/>
          <w:rtl/>
        </w:rPr>
        <w:t xml:space="preserve"> </w:t>
      </w:r>
      <w:r w:rsidRPr="00B75AA7">
        <w:rPr>
          <w:rFonts w:ascii="Sakkal Majalla" w:hAnsi="Sakkal Majalla" w:cs="Sakkal Majalla" w:hint="cs"/>
          <w:szCs w:val="28"/>
          <w:rtl/>
        </w:rPr>
        <w:t>غالبًا</w:t>
      </w:r>
      <w:r w:rsidRPr="00B75AA7">
        <w:rPr>
          <w:rFonts w:ascii="Sakkal Majalla" w:hAnsi="Sakkal Majalla" w:cs="Sakkal Majalla"/>
          <w:szCs w:val="28"/>
          <w:rtl/>
        </w:rPr>
        <w:t xml:space="preserve"> </w:t>
      </w:r>
      <w:r w:rsidRPr="00B75AA7">
        <w:rPr>
          <w:rFonts w:ascii="Sakkal Majalla" w:hAnsi="Sakkal Majalla" w:cs="Sakkal Majalla" w:hint="cs"/>
          <w:szCs w:val="28"/>
          <w:rtl/>
        </w:rPr>
        <w:t>ما</w:t>
      </w:r>
      <w:r w:rsidRPr="00B75AA7">
        <w:rPr>
          <w:rFonts w:ascii="Sakkal Majalla" w:hAnsi="Sakkal Majalla" w:cs="Sakkal Majalla"/>
          <w:szCs w:val="28"/>
          <w:rtl/>
        </w:rPr>
        <w:t xml:space="preserve"> </w:t>
      </w:r>
      <w:r w:rsidRPr="00B75AA7">
        <w:rPr>
          <w:rFonts w:ascii="Sakkal Majalla" w:hAnsi="Sakkal Majalla" w:cs="Sakkal Majalla" w:hint="cs"/>
          <w:szCs w:val="28"/>
          <w:rtl/>
        </w:rPr>
        <w:t>تهمله</w:t>
      </w:r>
      <w:r w:rsidRPr="00B75AA7">
        <w:rPr>
          <w:rFonts w:ascii="Sakkal Majalla" w:hAnsi="Sakkal Majalla" w:cs="Sakkal Majalla"/>
          <w:szCs w:val="28"/>
          <w:rtl/>
        </w:rPr>
        <w:t xml:space="preserve"> </w:t>
      </w:r>
      <w:r w:rsidRPr="00B75AA7">
        <w:rPr>
          <w:rFonts w:ascii="Sakkal Majalla" w:hAnsi="Sakkal Majalla" w:cs="Sakkal Majalla" w:hint="cs"/>
          <w:szCs w:val="28"/>
          <w:rtl/>
        </w:rPr>
        <w:t>السياسات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التعاقدية</w:t>
      </w:r>
      <w:r w:rsidRPr="00B75AA7">
        <w:rPr>
          <w:rFonts w:ascii="Sakkal Majalla" w:hAnsi="Sakkal Majalla" w:cs="Sakkal Majalla"/>
          <w:szCs w:val="28"/>
          <w:rtl/>
        </w:rPr>
        <w:t xml:space="preserve">. </w:t>
      </w:r>
      <w:r w:rsidRPr="00B75AA7">
        <w:rPr>
          <w:rFonts w:ascii="Sakkal Majalla" w:hAnsi="Sakkal Majalla" w:cs="Sakkal Majalla" w:hint="cs"/>
          <w:szCs w:val="28"/>
          <w:rtl/>
        </w:rPr>
        <w:t>ومع</w:t>
      </w:r>
      <w:r w:rsidRPr="00B75AA7">
        <w:rPr>
          <w:rFonts w:ascii="Sakkal Majalla" w:hAnsi="Sakkal Majalla" w:cs="Sakkal Majalla"/>
          <w:szCs w:val="28"/>
          <w:rtl/>
        </w:rPr>
        <w:t xml:space="preserve"> </w:t>
      </w:r>
      <w:r w:rsidRPr="00B75AA7">
        <w:rPr>
          <w:rFonts w:ascii="Sakkal Majalla" w:hAnsi="Sakkal Majalla" w:cs="Sakkal Majalla" w:hint="cs"/>
          <w:szCs w:val="28"/>
          <w:rtl/>
        </w:rPr>
        <w:t>ذلك،</w:t>
      </w:r>
      <w:r w:rsidRPr="00B75AA7">
        <w:rPr>
          <w:rFonts w:ascii="Sakkal Majalla" w:hAnsi="Sakkal Majalla" w:cs="Sakkal Majalla"/>
          <w:szCs w:val="28"/>
          <w:rtl/>
        </w:rPr>
        <w:t xml:space="preserve"> </w:t>
      </w:r>
      <w:r w:rsidRPr="00B75AA7">
        <w:rPr>
          <w:rFonts w:ascii="Sakkal Majalla" w:hAnsi="Sakkal Majalla" w:cs="Sakkal Majalla" w:hint="cs"/>
          <w:szCs w:val="28"/>
          <w:rtl/>
        </w:rPr>
        <w:t>لم</w:t>
      </w:r>
      <w:r w:rsidRPr="00B75AA7">
        <w:rPr>
          <w:rFonts w:ascii="Sakkal Majalla" w:hAnsi="Sakkal Majalla" w:cs="Sakkal Majalla"/>
          <w:szCs w:val="28"/>
          <w:rtl/>
        </w:rPr>
        <w:t xml:space="preserve"> </w:t>
      </w:r>
      <w:r w:rsidRPr="00B75AA7">
        <w:rPr>
          <w:rFonts w:ascii="Sakkal Majalla" w:hAnsi="Sakkal Majalla" w:cs="Sakkal Majalla" w:hint="cs"/>
          <w:szCs w:val="28"/>
          <w:rtl/>
        </w:rPr>
        <w:t>توضح</w:t>
      </w:r>
      <w:r w:rsidRPr="00B75AA7">
        <w:rPr>
          <w:rFonts w:ascii="Sakkal Majalla" w:hAnsi="Sakkal Majalla" w:cs="Sakkal Majalla"/>
          <w:szCs w:val="28"/>
          <w:rtl/>
        </w:rPr>
        <w:t xml:space="preserve"> </w:t>
      </w:r>
      <w:r w:rsidRPr="00B75AA7">
        <w:rPr>
          <w:rFonts w:ascii="Sakkal Majalla" w:hAnsi="Sakkal Majalla" w:cs="Sakkal Majalla" w:hint="cs"/>
          <w:szCs w:val="28"/>
          <w:rtl/>
        </w:rPr>
        <w:t>الدراسة</w:t>
      </w:r>
      <w:r w:rsidRPr="00B75AA7">
        <w:rPr>
          <w:rFonts w:ascii="Sakkal Majalla" w:hAnsi="Sakkal Majalla" w:cs="Sakkal Majalla"/>
          <w:szCs w:val="28"/>
          <w:rtl/>
        </w:rPr>
        <w:t xml:space="preserve"> </w:t>
      </w:r>
      <w:r w:rsidRPr="00B75AA7">
        <w:rPr>
          <w:rFonts w:ascii="Sakkal Majalla" w:hAnsi="Sakkal Majalla" w:cs="Sakkal Majalla" w:hint="cs"/>
          <w:szCs w:val="28"/>
          <w:rtl/>
        </w:rPr>
        <w:t>كيف</w:t>
      </w:r>
      <w:r w:rsidRPr="00B75AA7">
        <w:rPr>
          <w:rFonts w:ascii="Sakkal Majalla" w:hAnsi="Sakkal Majalla" w:cs="Sakkal Majalla"/>
          <w:szCs w:val="28"/>
          <w:rtl/>
        </w:rPr>
        <w:t xml:space="preserve"> </w:t>
      </w:r>
      <w:r w:rsidRPr="00B75AA7">
        <w:rPr>
          <w:rFonts w:ascii="Sakkal Majalla" w:hAnsi="Sakkal Majalla" w:cs="Sakkal Majalla" w:hint="cs"/>
          <w:szCs w:val="28"/>
          <w:rtl/>
        </w:rPr>
        <w:t>يمكن</w:t>
      </w:r>
      <w:r w:rsidRPr="00B75AA7">
        <w:rPr>
          <w:rFonts w:ascii="Sakkal Majalla" w:hAnsi="Sakkal Majalla" w:cs="Sakkal Majalla"/>
          <w:szCs w:val="28"/>
          <w:rtl/>
        </w:rPr>
        <w:t xml:space="preserve"> </w:t>
      </w:r>
      <w:r w:rsidRPr="00B75AA7">
        <w:rPr>
          <w:rFonts w:ascii="Sakkal Majalla" w:hAnsi="Sakkal Majalla" w:cs="Sakkal Majalla" w:hint="cs"/>
          <w:szCs w:val="28"/>
          <w:rtl/>
        </w:rPr>
        <w:t>تطوير</w:t>
      </w:r>
      <w:r w:rsidRPr="00B75AA7">
        <w:rPr>
          <w:rFonts w:ascii="Sakkal Majalla" w:hAnsi="Sakkal Majalla" w:cs="Sakkal Majalla"/>
          <w:szCs w:val="28"/>
          <w:rtl/>
        </w:rPr>
        <w:t xml:space="preserve"> </w:t>
      </w:r>
      <w:r w:rsidRPr="00B75AA7">
        <w:rPr>
          <w:rFonts w:ascii="Sakkal Majalla" w:hAnsi="Sakkal Majalla" w:cs="Sakkal Majalla" w:hint="cs"/>
          <w:szCs w:val="28"/>
          <w:rtl/>
        </w:rPr>
        <w:t>هذه</w:t>
      </w:r>
      <w:r w:rsidRPr="00B75AA7">
        <w:rPr>
          <w:rFonts w:ascii="Sakkal Majalla" w:hAnsi="Sakkal Majalla" w:cs="Sakkal Majalla"/>
          <w:szCs w:val="28"/>
          <w:rtl/>
        </w:rPr>
        <w:t xml:space="preserve"> </w:t>
      </w:r>
      <w:r w:rsidRPr="00B75AA7">
        <w:rPr>
          <w:rFonts w:ascii="Sakkal Majalla" w:hAnsi="Sakkal Majalla" w:cs="Sakkal Majalla" w:hint="cs"/>
          <w:szCs w:val="28"/>
          <w:rtl/>
        </w:rPr>
        <w:t>القدرة</w:t>
      </w:r>
      <w:r w:rsidRPr="00B75AA7">
        <w:rPr>
          <w:rFonts w:ascii="Sakkal Majalla" w:hAnsi="Sakkal Majalla" w:cs="Sakkal Majalla"/>
          <w:szCs w:val="28"/>
          <w:rtl/>
        </w:rPr>
        <w:t xml:space="preserve"> </w:t>
      </w:r>
      <w:r w:rsidRPr="00B75AA7">
        <w:rPr>
          <w:rFonts w:ascii="Sakkal Majalla" w:hAnsi="Sakkal Majalla" w:cs="Sakkal Majalla" w:hint="cs"/>
          <w:szCs w:val="28"/>
          <w:rtl/>
        </w:rPr>
        <w:t>بشكل</w:t>
      </w:r>
      <w:r w:rsidRPr="00B75AA7">
        <w:rPr>
          <w:rFonts w:ascii="Sakkal Majalla" w:hAnsi="Sakkal Majalla" w:cs="Sakkal Majalla"/>
          <w:szCs w:val="28"/>
          <w:rtl/>
        </w:rPr>
        <w:t xml:space="preserve"> </w:t>
      </w:r>
      <w:r w:rsidRPr="00B75AA7">
        <w:rPr>
          <w:rFonts w:ascii="Sakkal Majalla" w:hAnsi="Sakkal Majalla" w:cs="Sakkal Majalla" w:hint="cs"/>
          <w:szCs w:val="28"/>
          <w:rtl/>
        </w:rPr>
        <w:t>منهجي</w:t>
      </w:r>
      <w:r w:rsidRPr="00B75AA7">
        <w:rPr>
          <w:rFonts w:ascii="Sakkal Majalla" w:hAnsi="Sakkal Majalla" w:cs="Sakkal Majalla"/>
          <w:szCs w:val="28"/>
          <w:rtl/>
        </w:rPr>
        <w:t xml:space="preserve"> </w:t>
      </w:r>
      <w:r w:rsidRPr="00B75AA7">
        <w:rPr>
          <w:rFonts w:ascii="Sakkal Majalla" w:hAnsi="Sakkal Majalla" w:cs="Sakkal Majalla" w:hint="cs"/>
          <w:szCs w:val="28"/>
          <w:rtl/>
        </w:rPr>
        <w:t>قابل</w:t>
      </w:r>
      <w:r w:rsidRPr="00B75AA7">
        <w:rPr>
          <w:rFonts w:ascii="Sakkal Majalla" w:hAnsi="Sakkal Majalla" w:cs="Sakkal Majalla"/>
          <w:szCs w:val="28"/>
          <w:rtl/>
        </w:rPr>
        <w:t xml:space="preserve"> </w:t>
      </w:r>
      <w:r w:rsidRPr="00B75AA7">
        <w:rPr>
          <w:rFonts w:ascii="Sakkal Majalla" w:hAnsi="Sakkal Majalla" w:cs="Sakkal Majalla" w:hint="cs"/>
          <w:szCs w:val="28"/>
          <w:rtl/>
        </w:rPr>
        <w:t>للتطبيق</w:t>
      </w:r>
      <w:r w:rsidRPr="00B75AA7">
        <w:rPr>
          <w:rFonts w:ascii="Sakkal Majalla" w:hAnsi="Sakkal Majalla" w:cs="Sakkal Majalla"/>
          <w:szCs w:val="28"/>
        </w:rPr>
        <w:t>.</w:t>
      </w:r>
    </w:p>
    <w:p w14:paraId="0272BA4A" w14:textId="6DB01438" w:rsidR="00B75AA7" w:rsidRPr="00B75AA7" w:rsidRDefault="00B75AA7" w:rsidP="00347AC4">
      <w:pPr>
        <w:bidi/>
        <w:spacing w:line="360" w:lineRule="auto"/>
        <w:jc w:val="lowKashida"/>
        <w:rPr>
          <w:rFonts w:ascii="Sakkal Majalla" w:hAnsi="Sakkal Majalla" w:cs="Sakkal Majalla"/>
          <w:szCs w:val="28"/>
          <w:rtl/>
        </w:rPr>
      </w:pPr>
      <w:r w:rsidRPr="00B75AA7">
        <w:rPr>
          <w:rFonts w:ascii="Sakkal Majalla" w:hAnsi="Sakkal Majalla" w:cs="Sakkal Majalla" w:hint="cs"/>
          <w:szCs w:val="28"/>
          <w:rtl/>
        </w:rPr>
        <w:t>وفي</w:t>
      </w:r>
      <w:r w:rsidRPr="00B75AA7">
        <w:rPr>
          <w:rFonts w:ascii="Sakkal Majalla" w:hAnsi="Sakkal Majalla" w:cs="Sakkal Majalla"/>
          <w:szCs w:val="28"/>
          <w:rtl/>
        </w:rPr>
        <w:t xml:space="preserve"> </w:t>
      </w:r>
      <w:r w:rsidRPr="00B75AA7">
        <w:rPr>
          <w:rFonts w:ascii="Sakkal Majalla" w:hAnsi="Sakkal Majalla" w:cs="Sakkal Majalla" w:hint="cs"/>
          <w:szCs w:val="28"/>
          <w:rtl/>
        </w:rPr>
        <w:t>السياق</w:t>
      </w:r>
      <w:r w:rsidRPr="00B75AA7">
        <w:rPr>
          <w:rFonts w:ascii="Sakkal Majalla" w:hAnsi="Sakkal Majalla" w:cs="Sakkal Majalla"/>
          <w:szCs w:val="28"/>
          <w:rtl/>
        </w:rPr>
        <w:t xml:space="preserve"> </w:t>
      </w:r>
      <w:r w:rsidRPr="00B75AA7">
        <w:rPr>
          <w:rFonts w:ascii="Sakkal Majalla" w:hAnsi="Sakkal Majalla" w:cs="Sakkal Majalla" w:hint="cs"/>
          <w:szCs w:val="28"/>
          <w:rtl/>
        </w:rPr>
        <w:t>نفسه،</w:t>
      </w:r>
      <w:r w:rsidRPr="00B75AA7">
        <w:rPr>
          <w:rFonts w:ascii="Sakkal Majalla" w:hAnsi="Sakkal Majalla" w:cs="Sakkal Majalla"/>
          <w:szCs w:val="28"/>
          <w:rtl/>
        </w:rPr>
        <w:t xml:space="preserve"> </w:t>
      </w:r>
      <w:r w:rsidRPr="00B75AA7">
        <w:rPr>
          <w:rFonts w:ascii="Sakkal Majalla" w:hAnsi="Sakkal Majalla" w:cs="Sakkal Majalla" w:hint="cs"/>
          <w:szCs w:val="28"/>
          <w:rtl/>
        </w:rPr>
        <w:t>بينت</w:t>
      </w:r>
      <w:r w:rsidRPr="00B75AA7">
        <w:rPr>
          <w:rFonts w:ascii="Sakkal Majalla" w:hAnsi="Sakkal Majalla" w:cs="Sakkal Majalla"/>
          <w:szCs w:val="28"/>
          <w:rtl/>
        </w:rPr>
        <w:t xml:space="preserve"> </w:t>
      </w:r>
      <w:r w:rsidRPr="00B75AA7">
        <w:rPr>
          <w:rFonts w:ascii="Sakkal Majalla" w:hAnsi="Sakkal Majalla" w:cs="Sakkal Majalla" w:hint="cs"/>
          <w:szCs w:val="28"/>
          <w:rtl/>
        </w:rPr>
        <w:t>دراسة</w:t>
      </w:r>
      <w:r w:rsidRPr="00B75AA7">
        <w:rPr>
          <w:rFonts w:ascii="Sakkal Majalla" w:hAnsi="Sakkal Majalla" w:cs="Sakkal Majalla"/>
          <w:szCs w:val="28"/>
        </w:rPr>
        <w:t xml:space="preserve"> Smith &amp; Jones (2024) </w:t>
      </w:r>
      <w:r w:rsidRPr="00B75AA7">
        <w:rPr>
          <w:rFonts w:ascii="Sakkal Majalla" w:hAnsi="Sakkal Majalla" w:cs="Sakkal Majalla" w:hint="cs"/>
          <w:szCs w:val="28"/>
          <w:rtl/>
        </w:rPr>
        <w:t>أن</w:t>
      </w:r>
      <w:r w:rsidRPr="00B75AA7">
        <w:rPr>
          <w:rFonts w:ascii="Sakkal Majalla" w:hAnsi="Sakkal Majalla" w:cs="Sakkal Majalla"/>
          <w:szCs w:val="28"/>
          <w:rtl/>
        </w:rPr>
        <w:t xml:space="preserve"> </w:t>
      </w:r>
      <w:r w:rsidRPr="00B75AA7">
        <w:rPr>
          <w:rFonts w:ascii="Sakkal Majalla" w:hAnsi="Sakkal Majalla" w:cs="Sakkal Majalla" w:hint="cs"/>
          <w:szCs w:val="28"/>
          <w:rtl/>
        </w:rPr>
        <w:t>النماذج</w:t>
      </w:r>
      <w:r w:rsidRPr="00B75AA7">
        <w:rPr>
          <w:rFonts w:ascii="Sakkal Majalla" w:hAnsi="Sakkal Majalla" w:cs="Sakkal Majalla"/>
          <w:szCs w:val="28"/>
          <w:rtl/>
        </w:rPr>
        <w:t xml:space="preserve"> </w:t>
      </w:r>
      <w:r w:rsidRPr="00B75AA7">
        <w:rPr>
          <w:rFonts w:ascii="Sakkal Majalla" w:hAnsi="Sakkal Majalla" w:cs="Sakkal Majalla" w:hint="cs"/>
          <w:szCs w:val="28"/>
          <w:rtl/>
        </w:rPr>
        <w:t>التعاقدية</w:t>
      </w:r>
      <w:r w:rsidRPr="00B75AA7">
        <w:rPr>
          <w:rFonts w:ascii="Sakkal Majalla" w:hAnsi="Sakkal Majalla" w:cs="Sakkal Majalla"/>
          <w:szCs w:val="28"/>
          <w:rtl/>
        </w:rPr>
        <w:t xml:space="preserve"> </w:t>
      </w:r>
      <w:r w:rsidRPr="00B75AA7">
        <w:rPr>
          <w:rFonts w:ascii="Sakkal Majalla" w:hAnsi="Sakkal Majalla" w:cs="Sakkal Majalla" w:hint="cs"/>
          <w:szCs w:val="28"/>
          <w:rtl/>
        </w:rPr>
        <w:t>التي</w:t>
      </w:r>
      <w:r w:rsidRPr="00B75AA7">
        <w:rPr>
          <w:rFonts w:ascii="Sakkal Majalla" w:hAnsi="Sakkal Majalla" w:cs="Sakkal Majalla"/>
          <w:szCs w:val="28"/>
          <w:rtl/>
        </w:rPr>
        <w:t xml:space="preserve"> </w:t>
      </w:r>
      <w:r w:rsidRPr="00B75AA7">
        <w:rPr>
          <w:rFonts w:ascii="Sakkal Majalla" w:hAnsi="Sakkal Majalla" w:cs="Sakkal Majalla" w:hint="cs"/>
          <w:szCs w:val="28"/>
          <w:rtl/>
        </w:rPr>
        <w:t>تبني</w:t>
      </w:r>
      <w:r w:rsidRPr="00B75AA7">
        <w:rPr>
          <w:rFonts w:ascii="Sakkal Majalla" w:hAnsi="Sakkal Majalla" w:cs="Sakkal Majalla"/>
          <w:szCs w:val="28"/>
          <w:rtl/>
        </w:rPr>
        <w:t xml:space="preserve"> </w:t>
      </w:r>
      <w:r w:rsidRPr="00B75AA7">
        <w:rPr>
          <w:rFonts w:ascii="Sakkal Majalla" w:hAnsi="Sakkal Majalla" w:cs="Sakkal Majalla" w:hint="cs"/>
          <w:szCs w:val="28"/>
          <w:rtl/>
        </w:rPr>
        <w:t>العلاقة</w:t>
      </w:r>
      <w:r w:rsidRPr="00B75AA7">
        <w:rPr>
          <w:rFonts w:ascii="Sakkal Majalla" w:hAnsi="Sakkal Majalla" w:cs="Sakkal Majalla"/>
          <w:szCs w:val="28"/>
          <w:rtl/>
        </w:rPr>
        <w:t xml:space="preserve"> </w:t>
      </w:r>
      <w:r w:rsidRPr="00B75AA7">
        <w:rPr>
          <w:rFonts w:ascii="Sakkal Majalla" w:hAnsi="Sakkal Majalla" w:cs="Sakkal Majalla" w:hint="cs"/>
          <w:szCs w:val="28"/>
          <w:rtl/>
        </w:rPr>
        <w:t>مع</w:t>
      </w:r>
      <w:r w:rsidRPr="00B75AA7">
        <w:rPr>
          <w:rFonts w:ascii="Sakkal Majalla" w:hAnsi="Sakkal Majalla" w:cs="Sakkal Majalla"/>
          <w:szCs w:val="28"/>
          <w:rtl/>
        </w:rPr>
        <w:t xml:space="preserve"> </w:t>
      </w:r>
      <w:r w:rsidRPr="00B75AA7">
        <w:rPr>
          <w:rFonts w:ascii="Sakkal Majalla" w:hAnsi="Sakkal Majalla" w:cs="Sakkal Majalla" w:hint="cs"/>
          <w:szCs w:val="28"/>
          <w:rtl/>
        </w:rPr>
        <w:t>الاستشاريين</w:t>
      </w:r>
      <w:r w:rsidRPr="00B75AA7">
        <w:rPr>
          <w:rFonts w:ascii="Sakkal Majalla" w:hAnsi="Sakkal Majalla" w:cs="Sakkal Majalla"/>
          <w:szCs w:val="28"/>
          <w:rtl/>
        </w:rPr>
        <w:t xml:space="preserve"> </w:t>
      </w:r>
      <w:r w:rsidRPr="00B75AA7">
        <w:rPr>
          <w:rFonts w:ascii="Sakkal Majalla" w:hAnsi="Sakkal Majalla" w:cs="Sakkal Majalla" w:hint="cs"/>
          <w:szCs w:val="28"/>
          <w:rtl/>
        </w:rPr>
        <w:t>على</w:t>
      </w:r>
      <w:r w:rsidRPr="00B75AA7">
        <w:rPr>
          <w:rFonts w:ascii="Sakkal Majalla" w:hAnsi="Sakkal Majalla" w:cs="Sakkal Majalla"/>
          <w:szCs w:val="28"/>
          <w:rtl/>
        </w:rPr>
        <w:t xml:space="preserve"> </w:t>
      </w:r>
      <w:r w:rsidRPr="00B75AA7">
        <w:rPr>
          <w:rFonts w:ascii="Sakkal Majalla" w:hAnsi="Sakkal Majalla" w:cs="Sakkal Majalla" w:hint="cs"/>
          <w:szCs w:val="28"/>
          <w:rtl/>
        </w:rPr>
        <w:t>شراكة</w:t>
      </w:r>
      <w:r w:rsidRPr="00B75AA7">
        <w:rPr>
          <w:rFonts w:ascii="Sakkal Majalla" w:hAnsi="Sakkal Majalla" w:cs="Sakkal Majalla"/>
          <w:szCs w:val="28"/>
          <w:rtl/>
        </w:rPr>
        <w:t xml:space="preserve"> </w:t>
      </w:r>
      <w:r w:rsidRPr="00B75AA7">
        <w:rPr>
          <w:rFonts w:ascii="Sakkal Majalla" w:hAnsi="Sakkal Majalla" w:cs="Sakkal Majalla" w:hint="cs"/>
          <w:szCs w:val="28"/>
          <w:rtl/>
        </w:rPr>
        <w:t>تمكينية</w:t>
      </w:r>
      <w:r w:rsidRPr="00B75AA7">
        <w:rPr>
          <w:rFonts w:ascii="Sakkal Majalla" w:hAnsi="Sakkal Majalla" w:cs="Sakkal Majalla"/>
          <w:szCs w:val="28"/>
          <w:rtl/>
        </w:rPr>
        <w:t xml:space="preserve"> </w:t>
      </w:r>
      <w:r w:rsidRPr="00B75AA7">
        <w:rPr>
          <w:rFonts w:ascii="Sakkal Majalla" w:hAnsi="Sakkal Majalla" w:cs="Sakkal Majalla" w:hint="cs"/>
          <w:szCs w:val="28"/>
          <w:rtl/>
        </w:rPr>
        <w:t>تهدف</w:t>
      </w:r>
      <w:r w:rsidRPr="00B75AA7">
        <w:rPr>
          <w:rFonts w:ascii="Sakkal Majalla" w:hAnsi="Sakkal Majalla" w:cs="Sakkal Majalla"/>
          <w:szCs w:val="28"/>
          <w:rtl/>
        </w:rPr>
        <w:t xml:space="preserve"> </w:t>
      </w:r>
      <w:r w:rsidRPr="00B75AA7">
        <w:rPr>
          <w:rFonts w:ascii="Sakkal Majalla" w:hAnsi="Sakkal Majalla" w:cs="Sakkal Majalla" w:hint="cs"/>
          <w:szCs w:val="28"/>
          <w:rtl/>
        </w:rPr>
        <w:t>إلى</w:t>
      </w:r>
      <w:r w:rsidRPr="00B75AA7">
        <w:rPr>
          <w:rFonts w:ascii="Sakkal Majalla" w:hAnsi="Sakkal Majalla" w:cs="Sakkal Majalla"/>
          <w:szCs w:val="28"/>
          <w:rtl/>
        </w:rPr>
        <w:t xml:space="preserve"> </w:t>
      </w:r>
      <w:r w:rsidRPr="00B75AA7">
        <w:rPr>
          <w:rFonts w:ascii="Sakkal Majalla" w:hAnsi="Sakkal Majalla" w:cs="Sakkal Majalla" w:hint="cs"/>
          <w:szCs w:val="28"/>
          <w:rtl/>
        </w:rPr>
        <w:t>نقل</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المعرفة</w:t>
      </w:r>
      <w:r w:rsidRPr="00B75AA7">
        <w:rPr>
          <w:rFonts w:ascii="Sakkal Majalla" w:hAnsi="Sakkal Majalla" w:cs="Sakkal Majalla"/>
          <w:szCs w:val="28"/>
          <w:rtl/>
        </w:rPr>
        <w:t xml:space="preserve"> </w:t>
      </w:r>
      <w:r w:rsidRPr="00B75AA7">
        <w:rPr>
          <w:rFonts w:ascii="Sakkal Majalla" w:hAnsi="Sakkal Majalla" w:cs="Sakkal Majalla" w:hint="cs"/>
          <w:szCs w:val="28"/>
          <w:rtl/>
        </w:rPr>
        <w:t>وبناء</w:t>
      </w:r>
      <w:r w:rsidRPr="00B75AA7">
        <w:rPr>
          <w:rFonts w:ascii="Sakkal Majalla" w:hAnsi="Sakkal Majalla" w:cs="Sakkal Majalla"/>
          <w:szCs w:val="28"/>
          <w:rtl/>
        </w:rPr>
        <w:t xml:space="preserve"> </w:t>
      </w:r>
      <w:r w:rsidRPr="00B75AA7">
        <w:rPr>
          <w:rFonts w:ascii="Sakkal Majalla" w:hAnsi="Sakkal Majalla" w:cs="Sakkal Majalla" w:hint="cs"/>
          <w:szCs w:val="28"/>
          <w:rtl/>
        </w:rPr>
        <w:t>القدرات</w:t>
      </w:r>
      <w:r w:rsidRPr="00B75AA7">
        <w:rPr>
          <w:rFonts w:ascii="Sakkal Majalla" w:hAnsi="Sakkal Majalla" w:cs="Sakkal Majalla"/>
          <w:szCs w:val="28"/>
          <w:rtl/>
        </w:rPr>
        <w:t xml:space="preserve"> </w:t>
      </w:r>
      <w:r w:rsidRPr="00B75AA7">
        <w:rPr>
          <w:rFonts w:ascii="Sakkal Majalla" w:hAnsi="Sakkal Majalla" w:cs="Sakkal Majalla" w:hint="cs"/>
          <w:szCs w:val="28"/>
          <w:rtl/>
        </w:rPr>
        <w:t>تحقق</w:t>
      </w:r>
      <w:r w:rsidRPr="00B75AA7">
        <w:rPr>
          <w:rFonts w:ascii="Sakkal Majalla" w:hAnsi="Sakkal Majalla" w:cs="Sakkal Majalla"/>
          <w:szCs w:val="28"/>
          <w:rtl/>
        </w:rPr>
        <w:t xml:space="preserve"> </w:t>
      </w:r>
      <w:r w:rsidRPr="00B75AA7">
        <w:rPr>
          <w:rFonts w:ascii="Sakkal Majalla" w:hAnsi="Sakkal Majalla" w:cs="Sakkal Majalla" w:hint="cs"/>
          <w:szCs w:val="28"/>
          <w:rtl/>
        </w:rPr>
        <w:t>نتائج</w:t>
      </w:r>
      <w:r w:rsidRPr="00B75AA7">
        <w:rPr>
          <w:rFonts w:ascii="Sakkal Majalla" w:hAnsi="Sakkal Majalla" w:cs="Sakkal Majalla"/>
          <w:szCs w:val="28"/>
          <w:rtl/>
        </w:rPr>
        <w:t xml:space="preserve"> </w:t>
      </w:r>
      <w:r w:rsidRPr="00B75AA7">
        <w:rPr>
          <w:rFonts w:ascii="Sakkal Majalla" w:hAnsi="Sakkal Majalla" w:cs="Sakkal Majalla" w:hint="cs"/>
          <w:szCs w:val="28"/>
          <w:rtl/>
        </w:rPr>
        <w:t>ابتكارية</w:t>
      </w:r>
      <w:r w:rsidRPr="00B75AA7">
        <w:rPr>
          <w:rFonts w:ascii="Sakkal Majalla" w:hAnsi="Sakkal Majalla" w:cs="Sakkal Majalla"/>
          <w:szCs w:val="28"/>
          <w:rtl/>
        </w:rPr>
        <w:t xml:space="preserve"> </w:t>
      </w:r>
      <w:r w:rsidRPr="00B75AA7">
        <w:rPr>
          <w:rFonts w:ascii="Sakkal Majalla" w:hAnsi="Sakkal Majalla" w:cs="Sakkal Majalla" w:hint="cs"/>
          <w:szCs w:val="28"/>
          <w:rtl/>
        </w:rPr>
        <w:t>أكثر</w:t>
      </w:r>
      <w:r w:rsidRPr="00B75AA7">
        <w:rPr>
          <w:rFonts w:ascii="Sakkal Majalla" w:hAnsi="Sakkal Majalla" w:cs="Sakkal Majalla"/>
          <w:szCs w:val="28"/>
          <w:rtl/>
        </w:rPr>
        <w:t xml:space="preserve"> </w:t>
      </w:r>
      <w:r w:rsidRPr="00B75AA7">
        <w:rPr>
          <w:rFonts w:ascii="Sakkal Majalla" w:hAnsi="Sakkal Majalla" w:cs="Sakkal Majalla" w:hint="cs"/>
          <w:szCs w:val="28"/>
          <w:rtl/>
        </w:rPr>
        <w:t>استدامة،</w:t>
      </w:r>
      <w:r w:rsidRPr="00B75AA7">
        <w:rPr>
          <w:rFonts w:ascii="Sakkal Majalla" w:hAnsi="Sakkal Majalla" w:cs="Sakkal Majalla"/>
          <w:szCs w:val="28"/>
          <w:rtl/>
        </w:rPr>
        <w:t xml:space="preserve"> </w:t>
      </w:r>
      <w:r w:rsidRPr="00B75AA7">
        <w:rPr>
          <w:rFonts w:ascii="Sakkal Majalla" w:hAnsi="Sakkal Majalla" w:cs="Sakkal Majalla" w:hint="cs"/>
          <w:szCs w:val="28"/>
          <w:rtl/>
        </w:rPr>
        <w:t>مقارنة</w:t>
      </w:r>
      <w:r w:rsidRPr="00B75AA7">
        <w:rPr>
          <w:rFonts w:ascii="Sakkal Majalla" w:hAnsi="Sakkal Majalla" w:cs="Sakkal Majalla"/>
          <w:szCs w:val="28"/>
          <w:rtl/>
        </w:rPr>
        <w:t xml:space="preserve"> </w:t>
      </w:r>
      <w:r w:rsidRPr="00B75AA7">
        <w:rPr>
          <w:rFonts w:ascii="Sakkal Majalla" w:hAnsi="Sakkal Majalla" w:cs="Sakkal Majalla" w:hint="cs"/>
          <w:szCs w:val="28"/>
          <w:rtl/>
        </w:rPr>
        <w:t>بالعلاقات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التنفيذية</w:t>
      </w:r>
      <w:r w:rsidRPr="00B75AA7">
        <w:rPr>
          <w:rFonts w:ascii="Sakkal Majalla" w:hAnsi="Sakkal Majalla" w:cs="Sakkal Majalla"/>
          <w:szCs w:val="28"/>
          <w:rtl/>
        </w:rPr>
        <w:t xml:space="preserve"> </w:t>
      </w:r>
      <w:r w:rsidRPr="00B75AA7">
        <w:rPr>
          <w:rFonts w:ascii="Sakkal Majalla" w:hAnsi="Sakkal Majalla" w:cs="Sakkal Majalla" w:hint="cs"/>
          <w:szCs w:val="28"/>
          <w:rtl/>
        </w:rPr>
        <w:t>قصيرة</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المدى</w:t>
      </w:r>
      <w:r w:rsidRPr="00B75AA7">
        <w:rPr>
          <w:rFonts w:ascii="Sakkal Majalla" w:hAnsi="Sakkal Majalla" w:cs="Sakkal Majalla"/>
          <w:szCs w:val="28"/>
          <w:rtl/>
        </w:rPr>
        <w:t xml:space="preserve">. </w:t>
      </w:r>
      <w:r w:rsidRPr="00B75AA7">
        <w:rPr>
          <w:rFonts w:ascii="Sakkal Majalla" w:hAnsi="Sakkal Majalla" w:cs="Sakkal Majalla" w:hint="cs"/>
          <w:szCs w:val="28"/>
          <w:rtl/>
        </w:rPr>
        <w:t>غير</w:t>
      </w:r>
      <w:r w:rsidRPr="00B75AA7">
        <w:rPr>
          <w:rFonts w:ascii="Sakkal Majalla" w:hAnsi="Sakkal Majalla" w:cs="Sakkal Majalla"/>
          <w:szCs w:val="28"/>
          <w:rtl/>
        </w:rPr>
        <w:t xml:space="preserve"> </w:t>
      </w:r>
      <w:r w:rsidRPr="00B75AA7">
        <w:rPr>
          <w:rFonts w:ascii="Sakkal Majalla" w:hAnsi="Sakkal Majalla" w:cs="Sakkal Majalla" w:hint="cs"/>
          <w:szCs w:val="28"/>
          <w:rtl/>
        </w:rPr>
        <w:t>أن</w:t>
      </w:r>
      <w:r w:rsidRPr="00B75AA7">
        <w:rPr>
          <w:rFonts w:ascii="Sakkal Majalla" w:hAnsi="Sakkal Majalla" w:cs="Sakkal Majalla"/>
          <w:szCs w:val="28"/>
          <w:rtl/>
        </w:rPr>
        <w:t xml:space="preserve"> </w:t>
      </w:r>
      <w:r w:rsidRPr="00B75AA7">
        <w:rPr>
          <w:rFonts w:ascii="Sakkal Majalla" w:hAnsi="Sakkal Majalla" w:cs="Sakkal Majalla" w:hint="cs"/>
          <w:szCs w:val="28"/>
          <w:rtl/>
        </w:rPr>
        <w:t>تركيز</w:t>
      </w:r>
      <w:r w:rsidRPr="00B75AA7">
        <w:rPr>
          <w:rFonts w:ascii="Sakkal Majalla" w:hAnsi="Sakkal Majalla" w:cs="Sakkal Majalla"/>
          <w:szCs w:val="28"/>
          <w:rtl/>
        </w:rPr>
        <w:t xml:space="preserve"> </w:t>
      </w:r>
      <w:r w:rsidRPr="00B75AA7">
        <w:rPr>
          <w:rFonts w:ascii="Sakkal Majalla" w:hAnsi="Sakkal Majalla" w:cs="Sakkal Majalla" w:hint="cs"/>
          <w:szCs w:val="28"/>
          <w:rtl/>
        </w:rPr>
        <w:t>الدراسة</w:t>
      </w:r>
      <w:r w:rsidRPr="00B75AA7">
        <w:rPr>
          <w:rFonts w:ascii="Sakkal Majalla" w:hAnsi="Sakkal Majalla" w:cs="Sakkal Majalla"/>
          <w:szCs w:val="28"/>
          <w:rtl/>
        </w:rPr>
        <w:t xml:space="preserve"> </w:t>
      </w:r>
      <w:r w:rsidRPr="00B75AA7">
        <w:rPr>
          <w:rFonts w:ascii="Sakkal Majalla" w:hAnsi="Sakkal Majalla" w:cs="Sakkal Majalla" w:hint="cs"/>
          <w:szCs w:val="28"/>
          <w:rtl/>
        </w:rPr>
        <w:t>كان</w:t>
      </w:r>
      <w:r w:rsidRPr="00B75AA7">
        <w:rPr>
          <w:rFonts w:ascii="Sakkal Majalla" w:hAnsi="Sakkal Majalla" w:cs="Sakkal Majalla"/>
          <w:szCs w:val="28"/>
          <w:rtl/>
        </w:rPr>
        <w:t xml:space="preserve"> </w:t>
      </w:r>
      <w:r w:rsidRPr="00B75AA7">
        <w:rPr>
          <w:rFonts w:ascii="Sakkal Majalla" w:hAnsi="Sakkal Majalla" w:cs="Sakkal Majalla" w:hint="cs"/>
          <w:szCs w:val="28"/>
          <w:rtl/>
        </w:rPr>
        <w:t>على</w:t>
      </w:r>
      <w:r w:rsidRPr="00B75AA7">
        <w:rPr>
          <w:rFonts w:ascii="Sakkal Majalla" w:hAnsi="Sakkal Majalla" w:cs="Sakkal Majalla"/>
          <w:szCs w:val="28"/>
          <w:rtl/>
        </w:rPr>
        <w:t xml:space="preserve"> </w:t>
      </w:r>
      <w:r w:rsidRPr="00B75AA7">
        <w:rPr>
          <w:rFonts w:ascii="Sakkal Majalla" w:hAnsi="Sakkal Majalla" w:cs="Sakkal Majalla" w:hint="cs"/>
          <w:szCs w:val="28"/>
          <w:rtl/>
        </w:rPr>
        <w:t>مشاريع</w:t>
      </w:r>
      <w:r w:rsidRPr="00B75AA7">
        <w:rPr>
          <w:rFonts w:ascii="Sakkal Majalla" w:hAnsi="Sakkal Majalla" w:cs="Sakkal Majalla"/>
          <w:szCs w:val="28"/>
          <w:rtl/>
        </w:rPr>
        <w:t xml:space="preserve"> </w:t>
      </w:r>
      <w:r w:rsidRPr="00B75AA7">
        <w:rPr>
          <w:rFonts w:ascii="Sakkal Majalla" w:hAnsi="Sakkal Majalla" w:cs="Sakkal Majalla" w:hint="cs"/>
          <w:szCs w:val="28"/>
          <w:rtl/>
        </w:rPr>
        <w:t>التحول</w:t>
      </w:r>
      <w:r w:rsidRPr="00B75AA7">
        <w:rPr>
          <w:rFonts w:ascii="Sakkal Majalla" w:hAnsi="Sakkal Majalla" w:cs="Sakkal Majalla"/>
          <w:szCs w:val="28"/>
          <w:rtl/>
        </w:rPr>
        <w:t xml:space="preserve"> </w:t>
      </w:r>
      <w:r w:rsidRPr="00B75AA7">
        <w:rPr>
          <w:rFonts w:ascii="Sakkal Majalla" w:hAnsi="Sakkal Majalla" w:cs="Sakkal Majalla" w:hint="cs"/>
          <w:szCs w:val="28"/>
          <w:rtl/>
        </w:rPr>
        <w:t>الرقمي،</w:t>
      </w:r>
      <w:r w:rsidRPr="00B75AA7">
        <w:rPr>
          <w:rFonts w:ascii="Sakkal Majalla" w:hAnsi="Sakkal Majalla" w:cs="Sakkal Majalla"/>
          <w:szCs w:val="28"/>
          <w:rtl/>
        </w:rPr>
        <w:t xml:space="preserve"> </w:t>
      </w:r>
      <w:r w:rsidRPr="00B75AA7">
        <w:rPr>
          <w:rFonts w:ascii="Sakkal Majalla" w:hAnsi="Sakkal Majalla" w:cs="Sakkal Majalla" w:hint="cs"/>
          <w:szCs w:val="28"/>
          <w:rtl/>
        </w:rPr>
        <w:t>دون</w:t>
      </w:r>
      <w:r w:rsidRPr="00B75AA7">
        <w:rPr>
          <w:rFonts w:ascii="Sakkal Majalla" w:hAnsi="Sakkal Majalla" w:cs="Sakkal Majalla"/>
          <w:szCs w:val="28"/>
          <w:rtl/>
        </w:rPr>
        <w:t xml:space="preserve"> </w:t>
      </w:r>
      <w:r w:rsidRPr="00B75AA7">
        <w:rPr>
          <w:rFonts w:ascii="Sakkal Majalla" w:hAnsi="Sakkal Majalla" w:cs="Sakkal Majalla" w:hint="cs"/>
          <w:szCs w:val="28"/>
          <w:rtl/>
        </w:rPr>
        <w:t>التوسع</w:t>
      </w:r>
      <w:r w:rsidRPr="00B75AA7">
        <w:rPr>
          <w:rFonts w:ascii="Sakkal Majalla" w:hAnsi="Sakkal Majalla" w:cs="Sakkal Majalla"/>
          <w:szCs w:val="28"/>
          <w:rtl/>
        </w:rPr>
        <w:t xml:space="preserve"> </w:t>
      </w:r>
      <w:r w:rsidRPr="00B75AA7">
        <w:rPr>
          <w:rFonts w:ascii="Sakkal Majalla" w:hAnsi="Sakkal Majalla" w:cs="Sakkal Majalla" w:hint="cs"/>
          <w:szCs w:val="28"/>
          <w:rtl/>
        </w:rPr>
        <w:t>في</w:t>
      </w:r>
      <w:r w:rsidRPr="00B75AA7">
        <w:rPr>
          <w:rFonts w:ascii="Sakkal Majalla" w:hAnsi="Sakkal Majalla" w:cs="Sakkal Majalla"/>
          <w:szCs w:val="28"/>
          <w:rtl/>
        </w:rPr>
        <w:t xml:space="preserve"> </w:t>
      </w:r>
      <w:r w:rsidRPr="00B75AA7">
        <w:rPr>
          <w:rFonts w:ascii="Sakkal Majalla" w:hAnsi="Sakkal Majalla" w:cs="Sakkal Majalla" w:hint="cs"/>
          <w:szCs w:val="28"/>
          <w:rtl/>
        </w:rPr>
        <w:t>جوانب</w:t>
      </w:r>
      <w:r w:rsidRPr="00B75AA7">
        <w:rPr>
          <w:rFonts w:ascii="Sakkal Majalla" w:hAnsi="Sakkal Majalla" w:cs="Sakkal Majalla"/>
          <w:szCs w:val="28"/>
          <w:rtl/>
        </w:rPr>
        <w:t xml:space="preserve"> </w:t>
      </w:r>
      <w:r w:rsidRPr="00B75AA7">
        <w:rPr>
          <w:rFonts w:ascii="Sakkal Majalla" w:hAnsi="Sakkal Majalla" w:cs="Sakkal Majalla" w:hint="cs"/>
          <w:szCs w:val="28"/>
          <w:rtl/>
        </w:rPr>
        <w:t>الابتكار</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المؤسسي</w:t>
      </w:r>
      <w:r w:rsidRPr="00B75AA7">
        <w:rPr>
          <w:rFonts w:ascii="Sakkal Majalla" w:hAnsi="Sakkal Majalla" w:cs="Sakkal Majalla"/>
          <w:szCs w:val="28"/>
          <w:rtl/>
        </w:rPr>
        <w:t xml:space="preserve"> </w:t>
      </w:r>
      <w:r w:rsidRPr="00B75AA7">
        <w:rPr>
          <w:rFonts w:ascii="Sakkal Majalla" w:hAnsi="Sakkal Majalla" w:cs="Sakkal Majalla" w:hint="cs"/>
          <w:szCs w:val="28"/>
          <w:rtl/>
        </w:rPr>
        <w:t>الأخرى</w:t>
      </w:r>
      <w:r w:rsidRPr="00B75AA7">
        <w:rPr>
          <w:rFonts w:ascii="Sakkal Majalla" w:hAnsi="Sakkal Majalla" w:cs="Sakkal Majalla"/>
          <w:szCs w:val="28"/>
        </w:rPr>
        <w:t>.</w:t>
      </w:r>
    </w:p>
    <w:p w14:paraId="5D1EA9C1" w14:textId="170491EC" w:rsidR="00B75AA7" w:rsidRPr="00B75AA7" w:rsidRDefault="00B75AA7" w:rsidP="00347AC4">
      <w:pPr>
        <w:bidi/>
        <w:spacing w:line="360" w:lineRule="auto"/>
        <w:jc w:val="lowKashida"/>
        <w:rPr>
          <w:rFonts w:ascii="Sakkal Majalla" w:hAnsi="Sakkal Majalla" w:cs="Sakkal Majalla"/>
          <w:szCs w:val="28"/>
          <w:rtl/>
        </w:rPr>
      </w:pPr>
      <w:r w:rsidRPr="00B75AA7">
        <w:rPr>
          <w:rFonts w:ascii="Sakkal Majalla" w:hAnsi="Sakkal Majalla" w:cs="Sakkal Majalla" w:hint="cs"/>
          <w:szCs w:val="28"/>
          <w:rtl/>
        </w:rPr>
        <w:t>كما</w:t>
      </w:r>
      <w:r w:rsidRPr="00B75AA7">
        <w:rPr>
          <w:rFonts w:ascii="Sakkal Majalla" w:hAnsi="Sakkal Majalla" w:cs="Sakkal Majalla"/>
          <w:szCs w:val="28"/>
          <w:rtl/>
        </w:rPr>
        <w:t xml:space="preserve"> </w:t>
      </w:r>
      <w:r w:rsidRPr="00B75AA7">
        <w:rPr>
          <w:rFonts w:ascii="Sakkal Majalla" w:hAnsi="Sakkal Majalla" w:cs="Sakkal Majalla" w:hint="cs"/>
          <w:szCs w:val="28"/>
          <w:rtl/>
        </w:rPr>
        <w:t>تناولت</w:t>
      </w:r>
      <w:r w:rsidRPr="00B75AA7">
        <w:rPr>
          <w:rFonts w:ascii="Sakkal Majalla" w:hAnsi="Sakkal Majalla" w:cs="Sakkal Majalla"/>
          <w:szCs w:val="28"/>
        </w:rPr>
        <w:t xml:space="preserve"> Doe &amp; Roe (2025) </w:t>
      </w:r>
      <w:r w:rsidRPr="00B75AA7">
        <w:rPr>
          <w:rFonts w:ascii="Sakkal Majalla" w:hAnsi="Sakkal Majalla" w:cs="Sakkal Majalla" w:hint="cs"/>
          <w:szCs w:val="28"/>
          <w:rtl/>
        </w:rPr>
        <w:t>تجارب</w:t>
      </w:r>
      <w:r w:rsidRPr="00B75AA7">
        <w:rPr>
          <w:rFonts w:ascii="Sakkal Majalla" w:hAnsi="Sakkal Majalla" w:cs="Sakkal Majalla"/>
          <w:szCs w:val="28"/>
          <w:rtl/>
        </w:rPr>
        <w:t xml:space="preserve"> </w:t>
      </w:r>
      <w:r w:rsidRPr="00B75AA7">
        <w:rPr>
          <w:rFonts w:ascii="Sakkal Majalla" w:hAnsi="Sakkal Majalla" w:cs="Sakkal Majalla" w:hint="cs"/>
          <w:szCs w:val="28"/>
          <w:rtl/>
        </w:rPr>
        <w:t>منظمات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الوساطة</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المعرفية</w:t>
      </w:r>
      <w:r w:rsidRPr="00B75AA7">
        <w:rPr>
          <w:rFonts w:ascii="Sakkal Majalla" w:hAnsi="Sakkal Majalla" w:cs="Sakkal Majalla"/>
          <w:szCs w:val="28"/>
          <w:rtl/>
        </w:rPr>
        <w:t xml:space="preserve"> </w:t>
      </w:r>
      <w:r w:rsidRPr="00B75AA7">
        <w:rPr>
          <w:rFonts w:ascii="Sakkal Majalla" w:hAnsi="Sakkal Majalla" w:cs="Sakkal Majalla" w:hint="cs"/>
          <w:szCs w:val="28"/>
          <w:rtl/>
        </w:rPr>
        <w:t>في</w:t>
      </w:r>
      <w:r w:rsidRPr="00B75AA7">
        <w:rPr>
          <w:rFonts w:ascii="Sakkal Majalla" w:hAnsi="Sakkal Majalla" w:cs="Sakkal Majalla"/>
          <w:szCs w:val="28"/>
          <w:rtl/>
        </w:rPr>
        <w:t xml:space="preserve"> </w:t>
      </w:r>
      <w:r w:rsidRPr="00B75AA7">
        <w:rPr>
          <w:rFonts w:ascii="Sakkal Majalla" w:hAnsi="Sakkal Majalla" w:cs="Sakkal Majalla" w:hint="cs"/>
          <w:szCs w:val="28"/>
          <w:rtl/>
        </w:rPr>
        <w:t>الولايات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المتحدة</w:t>
      </w:r>
      <w:r w:rsidRPr="00B75AA7">
        <w:rPr>
          <w:rFonts w:ascii="Sakkal Majalla" w:hAnsi="Sakkal Majalla" w:cs="Sakkal Majalla"/>
          <w:szCs w:val="28"/>
          <w:rtl/>
        </w:rPr>
        <w:t xml:space="preserve"> </w:t>
      </w:r>
      <w:r w:rsidRPr="00B75AA7">
        <w:rPr>
          <w:rFonts w:ascii="Sakkal Majalla" w:hAnsi="Sakkal Majalla" w:cs="Sakkal Majalla" w:hint="cs"/>
          <w:szCs w:val="28"/>
          <w:rtl/>
        </w:rPr>
        <w:t>والمملكة</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المتحدة،</w:t>
      </w:r>
      <w:r w:rsidRPr="00B75AA7">
        <w:rPr>
          <w:rFonts w:ascii="Sakkal Majalla" w:hAnsi="Sakkal Majalla" w:cs="Sakkal Majalla"/>
          <w:szCs w:val="28"/>
          <w:rtl/>
        </w:rPr>
        <w:t xml:space="preserve"> </w:t>
      </w:r>
      <w:r w:rsidRPr="00B75AA7">
        <w:rPr>
          <w:rFonts w:ascii="Sakkal Majalla" w:hAnsi="Sakkal Majalla" w:cs="Sakkal Majalla" w:hint="cs"/>
          <w:szCs w:val="28"/>
          <w:rtl/>
        </w:rPr>
        <w:t>موضحةً</w:t>
      </w:r>
      <w:r w:rsidRPr="00B75AA7">
        <w:rPr>
          <w:rFonts w:ascii="Sakkal Majalla" w:hAnsi="Sakkal Majalla" w:cs="Sakkal Majalla"/>
          <w:szCs w:val="28"/>
          <w:rtl/>
        </w:rPr>
        <w:t xml:space="preserve"> </w:t>
      </w:r>
      <w:r w:rsidRPr="00B75AA7">
        <w:rPr>
          <w:rFonts w:ascii="Sakkal Majalla" w:hAnsi="Sakkal Majalla" w:cs="Sakkal Majalla" w:hint="cs"/>
          <w:szCs w:val="28"/>
          <w:rtl/>
        </w:rPr>
        <w:t>أن</w:t>
      </w:r>
      <w:r w:rsidRPr="00B75AA7">
        <w:rPr>
          <w:rFonts w:ascii="Sakkal Majalla" w:hAnsi="Sakkal Majalla" w:cs="Sakkal Majalla"/>
          <w:szCs w:val="28"/>
          <w:rtl/>
        </w:rPr>
        <w:t xml:space="preserve"> </w:t>
      </w:r>
      <w:r w:rsidRPr="00B75AA7">
        <w:rPr>
          <w:rFonts w:ascii="Sakkal Majalla" w:hAnsi="Sakkal Majalla" w:cs="Sakkal Majalla" w:hint="cs"/>
          <w:szCs w:val="28"/>
          <w:rtl/>
        </w:rPr>
        <w:t>إدراج</w:t>
      </w:r>
      <w:r w:rsidRPr="00B75AA7">
        <w:rPr>
          <w:rFonts w:ascii="Sakkal Majalla" w:hAnsi="Sakkal Majalla" w:cs="Sakkal Majalla"/>
          <w:szCs w:val="28"/>
          <w:rtl/>
        </w:rPr>
        <w:t xml:space="preserve"> </w:t>
      </w:r>
      <w:r w:rsidRPr="00B75AA7">
        <w:rPr>
          <w:rFonts w:ascii="Sakkal Majalla" w:hAnsi="Sakkal Majalla" w:cs="Sakkal Majalla" w:hint="cs"/>
          <w:szCs w:val="28"/>
          <w:rtl/>
        </w:rPr>
        <w:t>آليات</w:t>
      </w:r>
      <w:r w:rsidRPr="00B75AA7">
        <w:rPr>
          <w:rFonts w:ascii="Sakkal Majalla" w:hAnsi="Sakkal Majalla" w:cs="Sakkal Majalla"/>
          <w:szCs w:val="28"/>
          <w:rtl/>
        </w:rPr>
        <w:t xml:space="preserve"> </w:t>
      </w:r>
      <w:r w:rsidRPr="00B75AA7">
        <w:rPr>
          <w:rFonts w:ascii="Sakkal Majalla" w:hAnsi="Sakkal Majalla" w:cs="Sakkal Majalla" w:hint="cs"/>
          <w:szCs w:val="28"/>
          <w:rtl/>
        </w:rPr>
        <w:t>واضحة</w:t>
      </w:r>
      <w:r w:rsidRPr="00B75AA7">
        <w:rPr>
          <w:rFonts w:ascii="Sakkal Majalla" w:hAnsi="Sakkal Majalla" w:cs="Sakkal Majalla"/>
          <w:szCs w:val="28"/>
          <w:rtl/>
        </w:rPr>
        <w:t xml:space="preserve"> </w:t>
      </w:r>
      <w:r w:rsidRPr="00B75AA7">
        <w:rPr>
          <w:rFonts w:ascii="Sakkal Majalla" w:hAnsi="Sakkal Majalla" w:cs="Sakkal Majalla" w:hint="cs"/>
          <w:szCs w:val="28"/>
          <w:rtl/>
        </w:rPr>
        <w:t>لنقل</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المعرفة</w:t>
      </w:r>
      <w:r w:rsidRPr="00B75AA7">
        <w:rPr>
          <w:rFonts w:ascii="Sakkal Majalla" w:hAnsi="Sakkal Majalla" w:cs="Sakkal Majalla"/>
          <w:szCs w:val="28"/>
          <w:rtl/>
        </w:rPr>
        <w:t xml:space="preserve"> </w:t>
      </w:r>
      <w:r w:rsidRPr="00B75AA7">
        <w:rPr>
          <w:rFonts w:ascii="Sakkal Majalla" w:hAnsi="Sakkal Majalla" w:cs="Sakkal Majalla" w:hint="cs"/>
          <w:szCs w:val="28"/>
          <w:rtl/>
        </w:rPr>
        <w:t>داخل</w:t>
      </w:r>
      <w:r w:rsidRPr="00B75AA7">
        <w:rPr>
          <w:rFonts w:ascii="Sakkal Majalla" w:hAnsi="Sakkal Majalla" w:cs="Sakkal Majalla"/>
          <w:szCs w:val="28"/>
          <w:rtl/>
        </w:rPr>
        <w:t xml:space="preserve"> </w:t>
      </w:r>
      <w:r w:rsidRPr="00B75AA7">
        <w:rPr>
          <w:rFonts w:ascii="Sakkal Majalla" w:hAnsi="Sakkal Majalla" w:cs="Sakkal Majalla" w:hint="cs"/>
          <w:szCs w:val="28"/>
          <w:rtl/>
        </w:rPr>
        <w:t>العقود</w:t>
      </w:r>
      <w:r w:rsidRPr="00B75AA7">
        <w:rPr>
          <w:rFonts w:ascii="Sakkal Majalla" w:hAnsi="Sakkal Majalla" w:cs="Sakkal Majalla"/>
          <w:szCs w:val="28"/>
          <w:rtl/>
        </w:rPr>
        <w:t xml:space="preserve"> </w:t>
      </w:r>
      <w:r w:rsidRPr="00B75AA7">
        <w:rPr>
          <w:rFonts w:ascii="Sakkal Majalla" w:hAnsi="Sakkal Majalla" w:cs="Sakkal Majalla" w:hint="cs"/>
          <w:szCs w:val="28"/>
          <w:rtl/>
        </w:rPr>
        <w:t>الاستشارية</w:t>
      </w:r>
      <w:r w:rsidRPr="00B75AA7">
        <w:rPr>
          <w:rFonts w:ascii="Sakkal Majalla" w:hAnsi="Sakkal Majalla" w:cs="Sakkal Majalla"/>
          <w:szCs w:val="28"/>
          <w:rtl/>
        </w:rPr>
        <w:t xml:space="preserve"> </w:t>
      </w:r>
      <w:r w:rsidRPr="00B75AA7">
        <w:rPr>
          <w:rFonts w:ascii="Sakkal Majalla" w:hAnsi="Sakkal Majalla" w:cs="Sakkal Majalla" w:hint="cs"/>
          <w:szCs w:val="28"/>
          <w:rtl/>
        </w:rPr>
        <w:t>يمثل</w:t>
      </w:r>
      <w:r w:rsidRPr="00B75AA7">
        <w:rPr>
          <w:rFonts w:ascii="Sakkal Majalla" w:hAnsi="Sakkal Majalla" w:cs="Sakkal Majalla"/>
          <w:szCs w:val="28"/>
          <w:rtl/>
        </w:rPr>
        <w:t xml:space="preserve"> </w:t>
      </w:r>
      <w:r w:rsidRPr="00B75AA7">
        <w:rPr>
          <w:rFonts w:ascii="Sakkal Majalla" w:hAnsi="Sakkal Majalla" w:cs="Sakkal Majalla" w:hint="cs"/>
          <w:szCs w:val="28"/>
          <w:rtl/>
        </w:rPr>
        <w:t>عاملاً</w:t>
      </w:r>
      <w:r w:rsidRPr="00B75AA7">
        <w:rPr>
          <w:rFonts w:ascii="Sakkal Majalla" w:hAnsi="Sakkal Majalla" w:cs="Sakkal Majalla"/>
          <w:szCs w:val="28"/>
          <w:rtl/>
        </w:rPr>
        <w:t xml:space="preserve"> </w:t>
      </w:r>
      <w:r w:rsidRPr="00B75AA7">
        <w:rPr>
          <w:rFonts w:ascii="Sakkal Majalla" w:hAnsi="Sakkal Majalla" w:cs="Sakkal Majalla" w:hint="cs"/>
          <w:szCs w:val="28"/>
          <w:rtl/>
        </w:rPr>
        <w:t>حاسمًا</w:t>
      </w:r>
      <w:r w:rsidRPr="00B75AA7">
        <w:rPr>
          <w:rFonts w:ascii="Sakkal Majalla" w:hAnsi="Sakkal Majalla" w:cs="Sakkal Majalla"/>
          <w:szCs w:val="28"/>
          <w:rtl/>
        </w:rPr>
        <w:t xml:space="preserve"> </w:t>
      </w:r>
      <w:r w:rsidRPr="00B75AA7">
        <w:rPr>
          <w:rFonts w:ascii="Sakkal Majalla" w:hAnsi="Sakkal Majalla" w:cs="Sakkal Majalla" w:hint="cs"/>
          <w:szCs w:val="28"/>
          <w:rtl/>
        </w:rPr>
        <w:t>لاستدامة</w:t>
      </w:r>
      <w:r w:rsidRPr="00B75AA7">
        <w:rPr>
          <w:rFonts w:ascii="Sakkal Majalla" w:hAnsi="Sakkal Majalla" w:cs="Sakkal Majalla"/>
          <w:szCs w:val="28"/>
          <w:rtl/>
        </w:rPr>
        <w:t xml:space="preserve"> </w:t>
      </w:r>
      <w:r w:rsidRPr="00B75AA7">
        <w:rPr>
          <w:rFonts w:ascii="Sakkal Majalla" w:hAnsi="Sakkal Majalla" w:cs="Sakkal Majalla" w:hint="cs"/>
          <w:szCs w:val="28"/>
          <w:rtl/>
        </w:rPr>
        <w:t>الأثر</w:t>
      </w:r>
      <w:r w:rsidRPr="00B75AA7">
        <w:rPr>
          <w:rFonts w:ascii="Sakkal Majalla" w:hAnsi="Sakkal Majalla" w:cs="Sakkal Majalla"/>
          <w:szCs w:val="28"/>
          <w:rtl/>
        </w:rPr>
        <w:t xml:space="preserve"> </w:t>
      </w:r>
      <w:r w:rsidRPr="00B75AA7">
        <w:rPr>
          <w:rFonts w:ascii="Sakkal Majalla" w:hAnsi="Sakkal Majalla" w:cs="Sakkal Majalla" w:hint="cs"/>
          <w:szCs w:val="28"/>
          <w:rtl/>
        </w:rPr>
        <w:t>الابتكاري</w:t>
      </w:r>
      <w:r w:rsidRPr="00B75AA7">
        <w:rPr>
          <w:rFonts w:ascii="Sakkal Majalla" w:hAnsi="Sakkal Majalla" w:cs="Sakkal Majalla"/>
          <w:szCs w:val="28"/>
          <w:rtl/>
        </w:rPr>
        <w:t xml:space="preserve">. </w:t>
      </w:r>
      <w:r w:rsidRPr="00B75AA7">
        <w:rPr>
          <w:rFonts w:ascii="Sakkal Majalla" w:hAnsi="Sakkal Majalla" w:cs="Sakkal Majalla" w:hint="cs"/>
          <w:szCs w:val="28"/>
          <w:rtl/>
        </w:rPr>
        <w:t>إلا</w:t>
      </w:r>
      <w:r w:rsidRPr="00B75AA7">
        <w:rPr>
          <w:rFonts w:ascii="Sakkal Majalla" w:hAnsi="Sakkal Majalla" w:cs="Sakkal Majalla"/>
          <w:szCs w:val="28"/>
          <w:rtl/>
        </w:rPr>
        <w:t xml:space="preserve"> </w:t>
      </w:r>
      <w:r w:rsidRPr="00B75AA7">
        <w:rPr>
          <w:rFonts w:ascii="Sakkal Majalla" w:hAnsi="Sakkal Majalla" w:cs="Sakkal Majalla" w:hint="cs"/>
          <w:szCs w:val="28"/>
          <w:rtl/>
        </w:rPr>
        <w:t>أن</w:t>
      </w:r>
      <w:r w:rsidRPr="00B75AA7">
        <w:rPr>
          <w:rFonts w:ascii="Sakkal Majalla" w:hAnsi="Sakkal Majalla" w:cs="Sakkal Majalla"/>
          <w:szCs w:val="28"/>
          <w:rtl/>
        </w:rPr>
        <w:t xml:space="preserve"> </w:t>
      </w:r>
      <w:r w:rsidRPr="00B75AA7">
        <w:rPr>
          <w:rFonts w:ascii="Sakkal Majalla" w:hAnsi="Sakkal Majalla" w:cs="Sakkal Majalla" w:hint="cs"/>
          <w:szCs w:val="28"/>
          <w:rtl/>
        </w:rPr>
        <w:lastRenderedPageBreak/>
        <w:t>الدراسة</w:t>
      </w:r>
      <w:r w:rsidRPr="00B75AA7">
        <w:rPr>
          <w:rFonts w:ascii="Sakkal Majalla" w:hAnsi="Sakkal Majalla" w:cs="Sakkal Majalla"/>
          <w:szCs w:val="28"/>
          <w:rtl/>
        </w:rPr>
        <w:t xml:space="preserve"> </w:t>
      </w:r>
      <w:r w:rsidRPr="00B75AA7">
        <w:rPr>
          <w:rFonts w:ascii="Sakkal Majalla" w:hAnsi="Sakkal Majalla" w:cs="Sakkal Majalla" w:hint="cs"/>
          <w:szCs w:val="28"/>
          <w:rtl/>
        </w:rPr>
        <w:t>لم</w:t>
      </w:r>
      <w:r w:rsidRPr="00B75AA7">
        <w:rPr>
          <w:rFonts w:ascii="Sakkal Majalla" w:hAnsi="Sakkal Majalla" w:cs="Sakkal Majalla"/>
          <w:szCs w:val="28"/>
          <w:rtl/>
        </w:rPr>
        <w:t xml:space="preserve"> </w:t>
      </w:r>
      <w:r w:rsidRPr="00B75AA7">
        <w:rPr>
          <w:rFonts w:ascii="Sakkal Majalla" w:hAnsi="Sakkal Majalla" w:cs="Sakkal Majalla" w:hint="cs"/>
          <w:szCs w:val="28"/>
          <w:rtl/>
        </w:rPr>
        <w:t>تتطرق</w:t>
      </w:r>
      <w:r w:rsidRPr="00B75AA7">
        <w:rPr>
          <w:rFonts w:ascii="Sakkal Majalla" w:hAnsi="Sakkal Majalla" w:cs="Sakkal Majalla"/>
          <w:szCs w:val="28"/>
          <w:rtl/>
        </w:rPr>
        <w:t xml:space="preserve"> </w:t>
      </w:r>
      <w:r w:rsidRPr="00B75AA7">
        <w:rPr>
          <w:rFonts w:ascii="Sakkal Majalla" w:hAnsi="Sakkal Majalla" w:cs="Sakkal Majalla" w:hint="cs"/>
          <w:szCs w:val="28"/>
          <w:rtl/>
        </w:rPr>
        <w:t>إلى</w:t>
      </w:r>
      <w:r w:rsidRPr="00B75AA7">
        <w:rPr>
          <w:rFonts w:ascii="Sakkal Majalla" w:hAnsi="Sakkal Majalla" w:cs="Sakkal Majalla"/>
          <w:szCs w:val="28"/>
          <w:rtl/>
        </w:rPr>
        <w:t xml:space="preserve"> </w:t>
      </w:r>
      <w:r w:rsidRPr="00B75AA7">
        <w:rPr>
          <w:rFonts w:ascii="Sakkal Majalla" w:hAnsi="Sakkal Majalla" w:cs="Sakkal Majalla" w:hint="cs"/>
          <w:szCs w:val="28"/>
          <w:rtl/>
        </w:rPr>
        <w:t>التباينات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الثقافية</w:t>
      </w:r>
      <w:r w:rsidRPr="00B75AA7">
        <w:rPr>
          <w:rFonts w:ascii="Sakkal Majalla" w:hAnsi="Sakkal Majalla" w:cs="Sakkal Majalla"/>
          <w:szCs w:val="28"/>
          <w:rtl/>
        </w:rPr>
        <w:t xml:space="preserve"> </w:t>
      </w:r>
      <w:r w:rsidRPr="00B75AA7">
        <w:rPr>
          <w:rFonts w:ascii="Sakkal Majalla" w:hAnsi="Sakkal Majalla" w:cs="Sakkal Majalla" w:hint="cs"/>
          <w:szCs w:val="28"/>
          <w:rtl/>
        </w:rPr>
        <w:t>والتنظيمية</w:t>
      </w:r>
      <w:r w:rsidRPr="00B75AA7">
        <w:rPr>
          <w:rFonts w:ascii="Sakkal Majalla" w:hAnsi="Sakkal Majalla" w:cs="Sakkal Majalla"/>
          <w:szCs w:val="28"/>
          <w:rtl/>
        </w:rPr>
        <w:t xml:space="preserve"> </w:t>
      </w:r>
      <w:r w:rsidRPr="00B75AA7">
        <w:rPr>
          <w:rFonts w:ascii="Sakkal Majalla" w:hAnsi="Sakkal Majalla" w:cs="Sakkal Majalla" w:hint="cs"/>
          <w:szCs w:val="28"/>
          <w:rtl/>
        </w:rPr>
        <w:t>التي</w:t>
      </w:r>
      <w:r w:rsidRPr="00B75AA7">
        <w:rPr>
          <w:rFonts w:ascii="Sakkal Majalla" w:hAnsi="Sakkal Majalla" w:cs="Sakkal Majalla"/>
          <w:szCs w:val="28"/>
          <w:rtl/>
        </w:rPr>
        <w:t xml:space="preserve"> </w:t>
      </w:r>
      <w:r w:rsidRPr="00B75AA7">
        <w:rPr>
          <w:rFonts w:ascii="Sakkal Majalla" w:hAnsi="Sakkal Majalla" w:cs="Sakkal Majalla" w:hint="cs"/>
          <w:szCs w:val="28"/>
          <w:rtl/>
        </w:rPr>
        <w:t>قد</w:t>
      </w:r>
      <w:r w:rsidRPr="00B75AA7">
        <w:rPr>
          <w:rFonts w:ascii="Sakkal Majalla" w:hAnsi="Sakkal Majalla" w:cs="Sakkal Majalla"/>
          <w:szCs w:val="28"/>
          <w:rtl/>
        </w:rPr>
        <w:t xml:space="preserve"> </w:t>
      </w:r>
      <w:r w:rsidRPr="00B75AA7">
        <w:rPr>
          <w:rFonts w:ascii="Sakkal Majalla" w:hAnsi="Sakkal Majalla" w:cs="Sakkal Majalla" w:hint="cs"/>
          <w:szCs w:val="28"/>
          <w:rtl/>
        </w:rPr>
        <w:t>تعيق</w:t>
      </w:r>
      <w:r w:rsidRPr="00B75AA7">
        <w:rPr>
          <w:rFonts w:ascii="Sakkal Majalla" w:hAnsi="Sakkal Majalla" w:cs="Sakkal Majalla"/>
          <w:szCs w:val="28"/>
          <w:rtl/>
        </w:rPr>
        <w:t xml:space="preserve"> </w:t>
      </w:r>
      <w:r w:rsidRPr="00B75AA7">
        <w:rPr>
          <w:rFonts w:ascii="Sakkal Majalla" w:hAnsi="Sakkal Majalla" w:cs="Sakkal Majalla" w:hint="cs"/>
          <w:szCs w:val="28"/>
          <w:rtl/>
        </w:rPr>
        <w:t>فعالية</w:t>
      </w:r>
      <w:r w:rsidRPr="00B75AA7">
        <w:rPr>
          <w:rFonts w:ascii="Sakkal Majalla" w:hAnsi="Sakkal Majalla" w:cs="Sakkal Majalla"/>
          <w:szCs w:val="28"/>
          <w:rtl/>
        </w:rPr>
        <w:t xml:space="preserve"> </w:t>
      </w:r>
      <w:r w:rsidRPr="00B75AA7">
        <w:rPr>
          <w:rFonts w:ascii="Sakkal Majalla" w:hAnsi="Sakkal Majalla" w:cs="Sakkal Majalla" w:hint="cs"/>
          <w:szCs w:val="28"/>
          <w:rtl/>
        </w:rPr>
        <w:t>هذه</w:t>
      </w:r>
      <w:r w:rsidRPr="00B75AA7">
        <w:rPr>
          <w:rFonts w:ascii="Sakkal Majalla" w:hAnsi="Sakkal Majalla" w:cs="Sakkal Majalla"/>
          <w:szCs w:val="28"/>
          <w:rtl/>
        </w:rPr>
        <w:t xml:space="preserve"> </w:t>
      </w:r>
      <w:r w:rsidRPr="00B75AA7">
        <w:rPr>
          <w:rFonts w:ascii="Sakkal Majalla" w:hAnsi="Sakkal Majalla" w:cs="Sakkal Majalla" w:hint="cs"/>
          <w:szCs w:val="28"/>
          <w:rtl/>
        </w:rPr>
        <w:t>الآليات</w:t>
      </w:r>
      <w:r w:rsidRPr="00B75AA7">
        <w:rPr>
          <w:rFonts w:ascii="Sakkal Majalla" w:hAnsi="Sakkal Majalla" w:cs="Sakkal Majalla"/>
          <w:szCs w:val="28"/>
          <w:rtl/>
        </w:rPr>
        <w:t xml:space="preserve"> </w:t>
      </w:r>
      <w:r w:rsidRPr="00B75AA7">
        <w:rPr>
          <w:rFonts w:ascii="Sakkal Majalla" w:hAnsi="Sakkal Majalla" w:cs="Sakkal Majalla" w:hint="cs"/>
          <w:szCs w:val="28"/>
          <w:rtl/>
        </w:rPr>
        <w:t>في</w:t>
      </w:r>
      <w:r w:rsidRPr="00B75AA7">
        <w:rPr>
          <w:rFonts w:ascii="Sakkal Majalla" w:hAnsi="Sakkal Majalla" w:cs="Sakkal Majalla"/>
          <w:szCs w:val="28"/>
          <w:rtl/>
        </w:rPr>
        <w:t xml:space="preserve"> </w:t>
      </w:r>
      <w:r w:rsidRPr="00B75AA7">
        <w:rPr>
          <w:rFonts w:ascii="Sakkal Majalla" w:hAnsi="Sakkal Majalla" w:cs="Sakkal Majalla" w:hint="cs"/>
          <w:szCs w:val="28"/>
          <w:rtl/>
        </w:rPr>
        <w:t>البيئات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المختلفة،</w:t>
      </w:r>
      <w:r w:rsidRPr="00B75AA7">
        <w:rPr>
          <w:rFonts w:ascii="Sakkal Majalla" w:hAnsi="Sakkal Majalla" w:cs="Sakkal Majalla"/>
          <w:szCs w:val="28"/>
          <w:rtl/>
        </w:rPr>
        <w:t xml:space="preserve"> </w:t>
      </w:r>
      <w:r w:rsidRPr="00B75AA7">
        <w:rPr>
          <w:rFonts w:ascii="Sakkal Majalla" w:hAnsi="Sakkal Majalla" w:cs="Sakkal Majalla" w:hint="cs"/>
          <w:szCs w:val="28"/>
          <w:rtl/>
        </w:rPr>
        <w:t>كالسياق</w:t>
      </w:r>
      <w:r w:rsidRPr="00B75AA7">
        <w:rPr>
          <w:rFonts w:ascii="Sakkal Majalla" w:hAnsi="Sakkal Majalla" w:cs="Sakkal Majalla"/>
          <w:szCs w:val="28"/>
          <w:rtl/>
        </w:rPr>
        <w:t xml:space="preserve"> </w:t>
      </w:r>
      <w:r w:rsidRPr="00B75AA7">
        <w:rPr>
          <w:rFonts w:ascii="Sakkal Majalla" w:hAnsi="Sakkal Majalla" w:cs="Sakkal Majalla" w:hint="cs"/>
          <w:szCs w:val="28"/>
          <w:rtl/>
        </w:rPr>
        <w:t>الخليجي</w:t>
      </w:r>
      <w:r w:rsidRPr="00B75AA7">
        <w:rPr>
          <w:rFonts w:ascii="Sakkal Majalla" w:hAnsi="Sakkal Majalla" w:cs="Sakkal Majalla"/>
          <w:szCs w:val="28"/>
        </w:rPr>
        <w:t>.</w:t>
      </w:r>
    </w:p>
    <w:p w14:paraId="059E0F58" w14:textId="255EBBAA" w:rsidR="00B75AA7" w:rsidRPr="00B75AA7" w:rsidRDefault="00B75AA7" w:rsidP="00347AC4">
      <w:pPr>
        <w:bidi/>
        <w:spacing w:line="360" w:lineRule="auto"/>
        <w:jc w:val="lowKashida"/>
        <w:rPr>
          <w:rFonts w:ascii="Sakkal Majalla" w:hAnsi="Sakkal Majalla" w:cs="Sakkal Majalla"/>
          <w:szCs w:val="28"/>
          <w:rtl/>
        </w:rPr>
      </w:pPr>
      <w:r w:rsidRPr="00B75AA7">
        <w:rPr>
          <w:rFonts w:ascii="Sakkal Majalla" w:hAnsi="Sakkal Majalla" w:cs="Sakkal Majalla" w:hint="cs"/>
          <w:szCs w:val="28"/>
          <w:rtl/>
        </w:rPr>
        <w:t>أما</w:t>
      </w:r>
      <w:r w:rsidRPr="00B75AA7">
        <w:rPr>
          <w:rFonts w:ascii="Sakkal Majalla" w:hAnsi="Sakkal Majalla" w:cs="Sakkal Majalla"/>
          <w:szCs w:val="28"/>
        </w:rPr>
        <w:t xml:space="preserve"> Bessant &amp; Tidd (2018) </w:t>
      </w:r>
      <w:r w:rsidRPr="00B75AA7">
        <w:rPr>
          <w:rFonts w:ascii="Sakkal Majalla" w:hAnsi="Sakkal Majalla" w:cs="Sakkal Majalla" w:hint="cs"/>
          <w:szCs w:val="28"/>
          <w:rtl/>
        </w:rPr>
        <w:t>فقدّما</w:t>
      </w:r>
      <w:r w:rsidRPr="00B75AA7">
        <w:rPr>
          <w:rFonts w:ascii="Sakkal Majalla" w:hAnsi="Sakkal Majalla" w:cs="Sakkal Majalla"/>
          <w:szCs w:val="28"/>
          <w:rtl/>
        </w:rPr>
        <w:t xml:space="preserve"> </w:t>
      </w:r>
      <w:r w:rsidRPr="00B75AA7">
        <w:rPr>
          <w:rFonts w:ascii="Sakkal Majalla" w:hAnsi="Sakkal Majalla" w:cs="Sakkal Majalla" w:hint="cs"/>
          <w:szCs w:val="28"/>
          <w:rtl/>
        </w:rPr>
        <w:t>منظورًا</w:t>
      </w:r>
      <w:r w:rsidRPr="00B75AA7">
        <w:rPr>
          <w:rFonts w:ascii="Sakkal Majalla" w:hAnsi="Sakkal Majalla" w:cs="Sakkal Majalla"/>
          <w:szCs w:val="28"/>
          <w:rtl/>
        </w:rPr>
        <w:t xml:space="preserve"> </w:t>
      </w:r>
      <w:r w:rsidRPr="00B75AA7">
        <w:rPr>
          <w:rFonts w:ascii="Sakkal Majalla" w:hAnsi="Sakkal Majalla" w:cs="Sakkal Majalla" w:hint="cs"/>
          <w:szCs w:val="28"/>
          <w:rtl/>
        </w:rPr>
        <w:t>نظريًا</w:t>
      </w:r>
      <w:r w:rsidRPr="00B75AA7">
        <w:rPr>
          <w:rFonts w:ascii="Sakkal Majalla" w:hAnsi="Sakkal Majalla" w:cs="Sakkal Majalla"/>
          <w:szCs w:val="28"/>
          <w:rtl/>
        </w:rPr>
        <w:t xml:space="preserve"> </w:t>
      </w:r>
      <w:r w:rsidRPr="00B75AA7">
        <w:rPr>
          <w:rFonts w:ascii="Sakkal Majalla" w:hAnsi="Sakkal Majalla" w:cs="Sakkal Majalla" w:hint="cs"/>
          <w:szCs w:val="28"/>
          <w:rtl/>
        </w:rPr>
        <w:t>متقدمًا</w:t>
      </w:r>
      <w:r w:rsidRPr="00B75AA7">
        <w:rPr>
          <w:rFonts w:ascii="Sakkal Majalla" w:hAnsi="Sakkal Majalla" w:cs="Sakkal Majalla"/>
          <w:szCs w:val="28"/>
          <w:rtl/>
        </w:rPr>
        <w:t xml:space="preserve"> </w:t>
      </w:r>
      <w:r w:rsidRPr="00B75AA7">
        <w:rPr>
          <w:rFonts w:ascii="Sakkal Majalla" w:hAnsi="Sakkal Majalla" w:cs="Sakkal Majalla" w:hint="cs"/>
          <w:szCs w:val="28"/>
          <w:rtl/>
        </w:rPr>
        <w:t>من</w:t>
      </w:r>
      <w:r w:rsidRPr="00B75AA7">
        <w:rPr>
          <w:rFonts w:ascii="Sakkal Majalla" w:hAnsi="Sakkal Majalla" w:cs="Sakkal Majalla"/>
          <w:szCs w:val="28"/>
          <w:rtl/>
        </w:rPr>
        <w:t xml:space="preserve"> </w:t>
      </w:r>
      <w:r w:rsidRPr="00B75AA7">
        <w:rPr>
          <w:rFonts w:ascii="Sakkal Majalla" w:hAnsi="Sakkal Majalla" w:cs="Sakkal Majalla" w:hint="cs"/>
          <w:szCs w:val="28"/>
          <w:rtl/>
        </w:rPr>
        <w:t>خلال</w:t>
      </w:r>
      <w:r w:rsidRPr="00B75AA7">
        <w:rPr>
          <w:rFonts w:ascii="Sakkal Majalla" w:hAnsi="Sakkal Majalla" w:cs="Sakkal Majalla"/>
          <w:szCs w:val="28"/>
          <w:rtl/>
        </w:rPr>
        <w:t xml:space="preserve"> </w:t>
      </w:r>
      <w:r w:rsidRPr="00B75AA7">
        <w:rPr>
          <w:rFonts w:ascii="Sakkal Majalla" w:hAnsi="Sakkal Majalla" w:cs="Sakkal Majalla" w:hint="cs"/>
          <w:szCs w:val="28"/>
          <w:rtl/>
        </w:rPr>
        <w:t>مفهوم</w:t>
      </w:r>
      <w:r w:rsidRPr="00B75AA7">
        <w:rPr>
          <w:rFonts w:ascii="Sakkal Majalla" w:hAnsi="Sakkal Majalla" w:cs="Sakkal Majalla"/>
          <w:szCs w:val="28"/>
          <w:rtl/>
        </w:rPr>
        <w:t xml:space="preserve"> "</w:t>
      </w:r>
      <w:r w:rsidRPr="00B75AA7">
        <w:rPr>
          <w:rFonts w:ascii="Sakkal Majalla" w:hAnsi="Sakkal Majalla" w:cs="Sakkal Majalla" w:hint="cs"/>
          <w:szCs w:val="28"/>
          <w:rtl/>
        </w:rPr>
        <w:t>النظام</w:t>
      </w:r>
      <w:r w:rsidRPr="00B75AA7">
        <w:rPr>
          <w:rFonts w:ascii="Sakkal Majalla" w:hAnsi="Sakkal Majalla" w:cs="Sakkal Majalla"/>
          <w:szCs w:val="28"/>
          <w:rtl/>
        </w:rPr>
        <w:t xml:space="preserve"> </w:t>
      </w:r>
      <w:r w:rsidRPr="00B75AA7">
        <w:rPr>
          <w:rFonts w:ascii="Sakkal Majalla" w:hAnsi="Sakkal Majalla" w:cs="Sakkal Majalla" w:hint="cs"/>
          <w:szCs w:val="28"/>
          <w:rtl/>
        </w:rPr>
        <w:t>الابتكاري</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المتكامل</w:t>
      </w:r>
      <w:r w:rsidRPr="00B75AA7">
        <w:rPr>
          <w:rFonts w:ascii="Sakkal Majalla" w:hAnsi="Sakkal Majalla" w:cs="Sakkal Majalla"/>
          <w:szCs w:val="28"/>
          <w:rtl/>
        </w:rPr>
        <w:t>"</w:t>
      </w:r>
      <w:r w:rsidRPr="00B75AA7">
        <w:rPr>
          <w:rFonts w:ascii="Sakkal Majalla" w:hAnsi="Sakkal Majalla" w:cs="Sakkal Majalla" w:hint="cs"/>
          <w:szCs w:val="28"/>
          <w:rtl/>
        </w:rPr>
        <w:t>،</w:t>
      </w:r>
      <w:r w:rsidRPr="00B75AA7">
        <w:rPr>
          <w:rFonts w:ascii="Sakkal Majalla" w:hAnsi="Sakkal Majalla" w:cs="Sakkal Majalla"/>
          <w:szCs w:val="28"/>
          <w:rtl/>
        </w:rPr>
        <w:t xml:space="preserve"> </w:t>
      </w:r>
      <w:r w:rsidRPr="00B75AA7">
        <w:rPr>
          <w:rFonts w:ascii="Sakkal Majalla" w:hAnsi="Sakkal Majalla" w:cs="Sakkal Majalla" w:hint="cs"/>
          <w:szCs w:val="28"/>
          <w:rtl/>
        </w:rPr>
        <w:t>والذي</w:t>
      </w:r>
      <w:r w:rsidRPr="00B75AA7">
        <w:rPr>
          <w:rFonts w:ascii="Sakkal Majalla" w:hAnsi="Sakkal Majalla" w:cs="Sakkal Majalla"/>
          <w:szCs w:val="28"/>
          <w:rtl/>
        </w:rPr>
        <w:t xml:space="preserve"> </w:t>
      </w:r>
      <w:r w:rsidRPr="00B75AA7">
        <w:rPr>
          <w:rFonts w:ascii="Sakkal Majalla" w:hAnsi="Sakkal Majalla" w:cs="Sakkal Majalla" w:hint="cs"/>
          <w:szCs w:val="28"/>
          <w:rtl/>
        </w:rPr>
        <w:t>يربط</w:t>
      </w:r>
      <w:r w:rsidRPr="00B75AA7">
        <w:rPr>
          <w:rFonts w:ascii="Sakkal Majalla" w:hAnsi="Sakkal Majalla" w:cs="Sakkal Majalla"/>
          <w:szCs w:val="28"/>
          <w:rtl/>
        </w:rPr>
        <w:t xml:space="preserve"> </w:t>
      </w:r>
      <w:r w:rsidRPr="00B75AA7">
        <w:rPr>
          <w:rFonts w:ascii="Sakkal Majalla" w:hAnsi="Sakkal Majalla" w:cs="Sakkal Majalla" w:hint="cs"/>
          <w:szCs w:val="28"/>
          <w:rtl/>
        </w:rPr>
        <w:t>بين</w:t>
      </w:r>
      <w:r w:rsidRPr="00B75AA7">
        <w:rPr>
          <w:rFonts w:ascii="Sakkal Majalla" w:hAnsi="Sakkal Majalla" w:cs="Sakkal Majalla"/>
          <w:szCs w:val="28"/>
          <w:rtl/>
        </w:rPr>
        <w:t xml:space="preserve"> </w:t>
      </w:r>
      <w:r w:rsidRPr="00B75AA7">
        <w:rPr>
          <w:rFonts w:ascii="Sakkal Majalla" w:hAnsi="Sakkal Majalla" w:cs="Sakkal Majalla" w:hint="cs"/>
          <w:szCs w:val="28"/>
          <w:rtl/>
        </w:rPr>
        <w:t>القدرات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الداخلية</w:t>
      </w:r>
      <w:r w:rsidRPr="00B75AA7">
        <w:rPr>
          <w:rFonts w:ascii="Sakkal Majalla" w:hAnsi="Sakkal Majalla" w:cs="Sakkal Majalla"/>
          <w:szCs w:val="28"/>
          <w:rtl/>
        </w:rPr>
        <w:t xml:space="preserve"> </w:t>
      </w:r>
      <w:r w:rsidRPr="00B75AA7">
        <w:rPr>
          <w:rFonts w:ascii="Sakkal Majalla" w:hAnsi="Sakkal Majalla" w:cs="Sakkal Majalla" w:hint="cs"/>
          <w:szCs w:val="28"/>
          <w:rtl/>
        </w:rPr>
        <w:t>والشراكات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الخارجية</w:t>
      </w:r>
      <w:r w:rsidRPr="00B75AA7">
        <w:rPr>
          <w:rFonts w:ascii="Sakkal Majalla" w:hAnsi="Sakkal Majalla" w:cs="Sakkal Majalla"/>
          <w:szCs w:val="28"/>
          <w:rtl/>
        </w:rPr>
        <w:t xml:space="preserve"> </w:t>
      </w:r>
      <w:r w:rsidRPr="00B75AA7">
        <w:rPr>
          <w:rFonts w:ascii="Sakkal Majalla" w:hAnsi="Sakkal Majalla" w:cs="Sakkal Majalla" w:hint="cs"/>
          <w:szCs w:val="28"/>
          <w:rtl/>
        </w:rPr>
        <w:t>عبر</w:t>
      </w:r>
      <w:r w:rsidRPr="00B75AA7">
        <w:rPr>
          <w:rFonts w:ascii="Sakkal Majalla" w:hAnsi="Sakkal Majalla" w:cs="Sakkal Majalla"/>
          <w:szCs w:val="28"/>
          <w:rtl/>
        </w:rPr>
        <w:t xml:space="preserve"> </w:t>
      </w:r>
      <w:r w:rsidRPr="00B75AA7">
        <w:rPr>
          <w:rFonts w:ascii="Sakkal Majalla" w:hAnsi="Sakkal Majalla" w:cs="Sakkal Majalla" w:hint="cs"/>
          <w:szCs w:val="28"/>
          <w:rtl/>
        </w:rPr>
        <w:t>آليات</w:t>
      </w:r>
      <w:r w:rsidRPr="00B75AA7">
        <w:rPr>
          <w:rFonts w:ascii="Sakkal Majalla" w:hAnsi="Sakkal Majalla" w:cs="Sakkal Majalla"/>
          <w:szCs w:val="28"/>
          <w:rtl/>
        </w:rPr>
        <w:t xml:space="preserve"> </w:t>
      </w:r>
      <w:r w:rsidRPr="00B75AA7">
        <w:rPr>
          <w:rFonts w:ascii="Sakkal Majalla" w:hAnsi="Sakkal Majalla" w:cs="Sakkal Majalla" w:hint="cs"/>
          <w:szCs w:val="28"/>
          <w:rtl/>
        </w:rPr>
        <w:t>مؤسسية</w:t>
      </w:r>
      <w:r w:rsidRPr="00B75AA7">
        <w:rPr>
          <w:rFonts w:ascii="Sakkal Majalla" w:hAnsi="Sakkal Majalla" w:cs="Sakkal Majalla"/>
          <w:szCs w:val="28"/>
          <w:rtl/>
        </w:rPr>
        <w:t xml:space="preserve"> </w:t>
      </w:r>
      <w:r w:rsidRPr="00B75AA7">
        <w:rPr>
          <w:rFonts w:ascii="Sakkal Majalla" w:hAnsi="Sakkal Majalla" w:cs="Sakkal Majalla" w:hint="cs"/>
          <w:szCs w:val="28"/>
          <w:rtl/>
        </w:rPr>
        <w:t>مستدامة</w:t>
      </w:r>
      <w:r w:rsidRPr="00B75AA7">
        <w:rPr>
          <w:rFonts w:ascii="Sakkal Majalla" w:hAnsi="Sakkal Majalla" w:cs="Sakkal Majalla"/>
          <w:szCs w:val="28"/>
          <w:rtl/>
        </w:rPr>
        <w:t xml:space="preserve">. </w:t>
      </w:r>
      <w:r w:rsidRPr="00B75AA7">
        <w:rPr>
          <w:rFonts w:ascii="Sakkal Majalla" w:hAnsi="Sakkal Majalla" w:cs="Sakkal Majalla" w:hint="cs"/>
          <w:szCs w:val="28"/>
          <w:rtl/>
        </w:rPr>
        <w:t>ورغم</w:t>
      </w:r>
      <w:r w:rsidRPr="00B75AA7">
        <w:rPr>
          <w:rFonts w:ascii="Sakkal Majalla" w:hAnsi="Sakkal Majalla" w:cs="Sakkal Majalla"/>
          <w:szCs w:val="28"/>
          <w:rtl/>
        </w:rPr>
        <w:t xml:space="preserve"> </w:t>
      </w:r>
      <w:r w:rsidRPr="00B75AA7">
        <w:rPr>
          <w:rFonts w:ascii="Sakkal Majalla" w:hAnsi="Sakkal Majalla" w:cs="Sakkal Majalla" w:hint="cs"/>
          <w:szCs w:val="28"/>
          <w:rtl/>
        </w:rPr>
        <w:t>قوة</w:t>
      </w:r>
      <w:r w:rsidRPr="00B75AA7">
        <w:rPr>
          <w:rFonts w:ascii="Sakkal Majalla" w:hAnsi="Sakkal Majalla" w:cs="Sakkal Majalla"/>
          <w:szCs w:val="28"/>
          <w:rtl/>
        </w:rPr>
        <w:t xml:space="preserve"> </w:t>
      </w:r>
      <w:r w:rsidRPr="00B75AA7">
        <w:rPr>
          <w:rFonts w:ascii="Sakkal Majalla" w:hAnsi="Sakkal Majalla" w:cs="Sakkal Majalla" w:hint="cs"/>
          <w:szCs w:val="28"/>
          <w:rtl/>
        </w:rPr>
        <w:t>هذا</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المفهوم،</w:t>
      </w:r>
      <w:r w:rsidRPr="00B75AA7">
        <w:rPr>
          <w:rFonts w:ascii="Sakkal Majalla" w:hAnsi="Sakkal Majalla" w:cs="Sakkal Majalla"/>
          <w:szCs w:val="28"/>
          <w:rtl/>
        </w:rPr>
        <w:t xml:space="preserve"> </w:t>
      </w:r>
      <w:r w:rsidRPr="00B75AA7">
        <w:rPr>
          <w:rFonts w:ascii="Sakkal Majalla" w:hAnsi="Sakkal Majalla" w:cs="Sakkal Majalla" w:hint="cs"/>
          <w:szCs w:val="28"/>
          <w:rtl/>
        </w:rPr>
        <w:t>إلا</w:t>
      </w:r>
      <w:r w:rsidRPr="00B75AA7">
        <w:rPr>
          <w:rFonts w:ascii="Sakkal Majalla" w:hAnsi="Sakkal Majalla" w:cs="Sakkal Majalla"/>
          <w:szCs w:val="28"/>
          <w:rtl/>
        </w:rPr>
        <w:t xml:space="preserve"> </w:t>
      </w:r>
      <w:r w:rsidRPr="00B75AA7">
        <w:rPr>
          <w:rFonts w:ascii="Sakkal Majalla" w:hAnsi="Sakkal Majalla" w:cs="Sakkal Majalla" w:hint="cs"/>
          <w:szCs w:val="28"/>
          <w:rtl/>
        </w:rPr>
        <w:t>أن</w:t>
      </w:r>
      <w:r w:rsidRPr="00B75AA7">
        <w:rPr>
          <w:rFonts w:ascii="Sakkal Majalla" w:hAnsi="Sakkal Majalla" w:cs="Sakkal Majalla"/>
          <w:szCs w:val="28"/>
          <w:rtl/>
        </w:rPr>
        <w:t xml:space="preserve"> </w:t>
      </w:r>
      <w:r w:rsidRPr="00B75AA7">
        <w:rPr>
          <w:rFonts w:ascii="Sakkal Majalla" w:hAnsi="Sakkal Majalla" w:cs="Sakkal Majalla" w:hint="cs"/>
          <w:szCs w:val="28"/>
          <w:rtl/>
        </w:rPr>
        <w:t>تعميمه</w:t>
      </w:r>
      <w:r w:rsidRPr="00B75AA7">
        <w:rPr>
          <w:rFonts w:ascii="Sakkal Majalla" w:hAnsi="Sakkal Majalla" w:cs="Sakkal Majalla"/>
          <w:szCs w:val="28"/>
          <w:rtl/>
        </w:rPr>
        <w:t xml:space="preserve"> </w:t>
      </w:r>
      <w:r w:rsidRPr="00B75AA7">
        <w:rPr>
          <w:rFonts w:ascii="Sakkal Majalla" w:hAnsi="Sakkal Majalla" w:cs="Sakkal Majalla" w:hint="cs"/>
          <w:szCs w:val="28"/>
          <w:rtl/>
        </w:rPr>
        <w:t>النظري</w:t>
      </w:r>
      <w:r w:rsidRPr="00B75AA7">
        <w:rPr>
          <w:rFonts w:ascii="Sakkal Majalla" w:hAnsi="Sakkal Majalla" w:cs="Sakkal Majalla"/>
          <w:szCs w:val="28"/>
          <w:rtl/>
        </w:rPr>
        <w:t xml:space="preserve"> </w:t>
      </w:r>
      <w:r w:rsidRPr="00B75AA7">
        <w:rPr>
          <w:rFonts w:ascii="Sakkal Majalla" w:hAnsi="Sakkal Majalla" w:cs="Sakkal Majalla" w:hint="cs"/>
          <w:szCs w:val="28"/>
          <w:rtl/>
        </w:rPr>
        <w:t>يجعله</w:t>
      </w:r>
      <w:r w:rsidRPr="00B75AA7">
        <w:rPr>
          <w:rFonts w:ascii="Sakkal Majalla" w:hAnsi="Sakkal Majalla" w:cs="Sakkal Majalla"/>
          <w:szCs w:val="28"/>
          <w:rtl/>
        </w:rPr>
        <w:t xml:space="preserve"> </w:t>
      </w:r>
      <w:r w:rsidRPr="00B75AA7">
        <w:rPr>
          <w:rFonts w:ascii="Sakkal Majalla" w:hAnsi="Sakkal Majalla" w:cs="Sakkal Majalla" w:hint="cs"/>
          <w:szCs w:val="28"/>
          <w:rtl/>
        </w:rPr>
        <w:t>بحاجة</w:t>
      </w:r>
      <w:r w:rsidRPr="00B75AA7">
        <w:rPr>
          <w:rFonts w:ascii="Sakkal Majalla" w:hAnsi="Sakkal Majalla" w:cs="Sakkal Majalla"/>
          <w:szCs w:val="28"/>
          <w:rtl/>
        </w:rPr>
        <w:t xml:space="preserve"> </w:t>
      </w:r>
      <w:r w:rsidRPr="00B75AA7">
        <w:rPr>
          <w:rFonts w:ascii="Sakkal Majalla" w:hAnsi="Sakkal Majalla" w:cs="Sakkal Majalla" w:hint="cs"/>
          <w:szCs w:val="28"/>
          <w:rtl/>
        </w:rPr>
        <w:t>إلى</w:t>
      </w:r>
      <w:r w:rsidRPr="00B75AA7">
        <w:rPr>
          <w:rFonts w:ascii="Sakkal Majalla" w:hAnsi="Sakkal Majalla" w:cs="Sakkal Majalla"/>
          <w:szCs w:val="28"/>
          <w:rtl/>
        </w:rPr>
        <w:t xml:space="preserve"> </w:t>
      </w:r>
      <w:r w:rsidRPr="00B75AA7">
        <w:rPr>
          <w:rFonts w:ascii="Sakkal Majalla" w:hAnsi="Sakkal Majalla" w:cs="Sakkal Majalla" w:hint="cs"/>
          <w:szCs w:val="28"/>
          <w:rtl/>
        </w:rPr>
        <w:t>تكييف</w:t>
      </w:r>
      <w:r w:rsidRPr="00B75AA7">
        <w:rPr>
          <w:rFonts w:ascii="Sakkal Majalla" w:hAnsi="Sakkal Majalla" w:cs="Sakkal Majalla"/>
          <w:szCs w:val="28"/>
          <w:rtl/>
        </w:rPr>
        <w:t xml:space="preserve"> </w:t>
      </w:r>
      <w:r w:rsidRPr="00B75AA7">
        <w:rPr>
          <w:rFonts w:ascii="Sakkal Majalla" w:hAnsi="Sakkal Majalla" w:cs="Sakkal Majalla" w:hint="cs"/>
          <w:szCs w:val="28"/>
          <w:rtl/>
        </w:rPr>
        <w:t>خاص</w:t>
      </w:r>
      <w:r w:rsidRPr="00B75AA7">
        <w:rPr>
          <w:rFonts w:ascii="Sakkal Majalla" w:hAnsi="Sakkal Majalla" w:cs="Sakkal Majalla"/>
          <w:szCs w:val="28"/>
          <w:rtl/>
        </w:rPr>
        <w:t xml:space="preserve"> </w:t>
      </w:r>
      <w:r w:rsidRPr="00B75AA7">
        <w:rPr>
          <w:rFonts w:ascii="Sakkal Majalla" w:hAnsi="Sakkal Majalla" w:cs="Sakkal Majalla" w:hint="cs"/>
          <w:szCs w:val="28"/>
          <w:rtl/>
        </w:rPr>
        <w:t>عند</w:t>
      </w:r>
      <w:r w:rsidRPr="00B75AA7">
        <w:rPr>
          <w:rFonts w:ascii="Sakkal Majalla" w:hAnsi="Sakkal Majalla" w:cs="Sakkal Majalla"/>
          <w:szCs w:val="28"/>
          <w:rtl/>
        </w:rPr>
        <w:t xml:space="preserve"> </w:t>
      </w:r>
      <w:r w:rsidRPr="00B75AA7">
        <w:rPr>
          <w:rFonts w:ascii="Sakkal Majalla" w:hAnsi="Sakkal Majalla" w:cs="Sakkal Majalla" w:hint="cs"/>
          <w:szCs w:val="28"/>
          <w:rtl/>
        </w:rPr>
        <w:t>تطبيقه</w:t>
      </w:r>
      <w:r w:rsidRPr="00B75AA7">
        <w:rPr>
          <w:rFonts w:ascii="Sakkal Majalla" w:hAnsi="Sakkal Majalla" w:cs="Sakkal Majalla"/>
          <w:szCs w:val="28"/>
          <w:rtl/>
        </w:rPr>
        <w:t xml:space="preserve"> </w:t>
      </w:r>
      <w:r w:rsidRPr="00B75AA7">
        <w:rPr>
          <w:rFonts w:ascii="Sakkal Majalla" w:hAnsi="Sakkal Majalla" w:cs="Sakkal Majalla" w:hint="cs"/>
          <w:szCs w:val="28"/>
          <w:rtl/>
        </w:rPr>
        <w:t>على</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المؤسسات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الحكومية</w:t>
      </w:r>
      <w:r w:rsidRPr="00B75AA7">
        <w:rPr>
          <w:rFonts w:ascii="Sakkal Majalla" w:hAnsi="Sakkal Majalla" w:cs="Sakkal Majalla"/>
          <w:szCs w:val="28"/>
          <w:rtl/>
        </w:rPr>
        <w:t xml:space="preserve"> </w:t>
      </w:r>
      <w:r w:rsidRPr="00B75AA7">
        <w:rPr>
          <w:rFonts w:ascii="Sakkal Majalla" w:hAnsi="Sakkal Majalla" w:cs="Sakkal Majalla" w:hint="cs"/>
          <w:szCs w:val="28"/>
          <w:rtl/>
        </w:rPr>
        <w:t>ذات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الطابع</w:t>
      </w:r>
      <w:r w:rsidRPr="00B75AA7">
        <w:rPr>
          <w:rFonts w:ascii="Sakkal Majalla" w:hAnsi="Sakkal Majalla" w:cs="Sakkal Majalla"/>
          <w:szCs w:val="28"/>
          <w:rtl/>
        </w:rPr>
        <w:t xml:space="preserve"> </w:t>
      </w:r>
      <w:r w:rsidRPr="00B75AA7">
        <w:rPr>
          <w:rFonts w:ascii="Sakkal Majalla" w:hAnsi="Sakkal Majalla" w:cs="Sakkal Majalla" w:hint="cs"/>
          <w:szCs w:val="28"/>
          <w:rtl/>
        </w:rPr>
        <w:t>البيروقراطي</w:t>
      </w:r>
      <w:r w:rsidRPr="00B75AA7">
        <w:rPr>
          <w:rFonts w:ascii="Sakkal Majalla" w:hAnsi="Sakkal Majalla" w:cs="Sakkal Majalla"/>
          <w:szCs w:val="28"/>
        </w:rPr>
        <w:t>.</w:t>
      </w:r>
    </w:p>
    <w:p w14:paraId="178F17A4" w14:textId="15FB8F27" w:rsidR="00B75AA7" w:rsidRPr="00B75AA7" w:rsidRDefault="00B75AA7" w:rsidP="00347AC4">
      <w:pPr>
        <w:bidi/>
        <w:spacing w:line="360" w:lineRule="auto"/>
        <w:jc w:val="lowKashida"/>
        <w:rPr>
          <w:rFonts w:ascii="Sakkal Majalla" w:hAnsi="Sakkal Majalla" w:cs="Sakkal Majalla"/>
          <w:szCs w:val="28"/>
          <w:rtl/>
        </w:rPr>
      </w:pPr>
      <w:r w:rsidRPr="00B75AA7">
        <w:rPr>
          <w:rFonts w:ascii="Sakkal Majalla" w:hAnsi="Sakkal Majalla" w:cs="Sakkal Majalla" w:hint="cs"/>
          <w:szCs w:val="28"/>
          <w:rtl/>
        </w:rPr>
        <w:t>تُعزز</w:t>
      </w:r>
      <w:r w:rsidRPr="00B75AA7">
        <w:rPr>
          <w:rFonts w:ascii="Sakkal Majalla" w:hAnsi="Sakkal Majalla" w:cs="Sakkal Majalla"/>
          <w:szCs w:val="28"/>
          <w:rtl/>
        </w:rPr>
        <w:t xml:space="preserve"> </w:t>
      </w:r>
      <w:r w:rsidRPr="00B75AA7">
        <w:rPr>
          <w:rFonts w:ascii="Sakkal Majalla" w:hAnsi="Sakkal Majalla" w:cs="Sakkal Majalla" w:hint="cs"/>
          <w:szCs w:val="28"/>
          <w:rtl/>
        </w:rPr>
        <w:t>هذه</w:t>
      </w:r>
      <w:r w:rsidRPr="00B75AA7">
        <w:rPr>
          <w:rFonts w:ascii="Sakkal Majalla" w:hAnsi="Sakkal Majalla" w:cs="Sakkal Majalla"/>
          <w:szCs w:val="28"/>
          <w:rtl/>
        </w:rPr>
        <w:t xml:space="preserve"> </w:t>
      </w:r>
      <w:r w:rsidRPr="00B75AA7">
        <w:rPr>
          <w:rFonts w:ascii="Sakkal Majalla" w:hAnsi="Sakkal Majalla" w:cs="Sakkal Majalla" w:hint="cs"/>
          <w:szCs w:val="28"/>
          <w:rtl/>
        </w:rPr>
        <w:t>الرؤية</w:t>
      </w:r>
      <w:r w:rsidRPr="00B75AA7">
        <w:rPr>
          <w:rFonts w:ascii="Sakkal Majalla" w:hAnsi="Sakkal Majalla" w:cs="Sakkal Majalla"/>
          <w:szCs w:val="28"/>
          <w:rtl/>
        </w:rPr>
        <w:t xml:space="preserve"> </w:t>
      </w:r>
      <w:r w:rsidRPr="00B75AA7">
        <w:rPr>
          <w:rFonts w:ascii="Sakkal Majalla" w:hAnsi="Sakkal Majalla" w:cs="Sakkal Majalla" w:hint="cs"/>
          <w:szCs w:val="28"/>
          <w:rtl/>
        </w:rPr>
        <w:t>أيضًا</w:t>
      </w:r>
      <w:r w:rsidRPr="00B75AA7">
        <w:rPr>
          <w:rFonts w:ascii="Sakkal Majalla" w:hAnsi="Sakkal Majalla" w:cs="Sakkal Majalla"/>
          <w:szCs w:val="28"/>
          <w:rtl/>
        </w:rPr>
        <w:t xml:space="preserve"> </w:t>
      </w:r>
      <w:r w:rsidRPr="00B75AA7">
        <w:rPr>
          <w:rFonts w:ascii="Sakkal Majalla" w:hAnsi="Sakkal Majalla" w:cs="Sakkal Majalla" w:hint="cs"/>
          <w:szCs w:val="28"/>
          <w:rtl/>
        </w:rPr>
        <w:t>من</w:t>
      </w:r>
      <w:r w:rsidRPr="00B75AA7">
        <w:rPr>
          <w:rFonts w:ascii="Sakkal Majalla" w:hAnsi="Sakkal Majalla" w:cs="Sakkal Majalla"/>
          <w:szCs w:val="28"/>
          <w:rtl/>
        </w:rPr>
        <w:t xml:space="preserve"> </w:t>
      </w:r>
      <w:r w:rsidRPr="00B75AA7">
        <w:rPr>
          <w:rFonts w:ascii="Sakkal Majalla" w:hAnsi="Sakkal Majalla" w:cs="Sakkal Majalla" w:hint="cs"/>
          <w:szCs w:val="28"/>
          <w:rtl/>
        </w:rPr>
        <w:t>قبل</w:t>
      </w:r>
      <w:r w:rsidRPr="00B75AA7">
        <w:rPr>
          <w:rFonts w:ascii="Sakkal Majalla" w:hAnsi="Sakkal Majalla" w:cs="Sakkal Majalla"/>
          <w:szCs w:val="28"/>
          <w:rtl/>
        </w:rPr>
        <w:t xml:space="preserve"> </w:t>
      </w:r>
      <w:r w:rsidRPr="00B75AA7">
        <w:rPr>
          <w:rFonts w:ascii="Sakkal Majalla" w:hAnsi="Sakkal Majalla" w:cs="Sakkal Majalla" w:hint="cs"/>
          <w:szCs w:val="28"/>
          <w:rtl/>
        </w:rPr>
        <w:t>دراسة</w:t>
      </w:r>
      <w:r w:rsidRPr="00B75AA7">
        <w:rPr>
          <w:rFonts w:ascii="Sakkal Majalla" w:hAnsi="Sakkal Majalla" w:cs="Sakkal Majalla"/>
          <w:szCs w:val="28"/>
        </w:rPr>
        <w:t xml:space="preserve"> S</w:t>
      </w:r>
      <w:r w:rsidRPr="00B75AA7">
        <w:rPr>
          <w:rFonts w:ascii="Sakkal Majalla" w:hAnsi="Sakkal Majalla" w:cs="Sakkal Majalla" w:hint="cs"/>
          <w:szCs w:val="28"/>
        </w:rPr>
        <w:t>ø</w:t>
      </w:r>
      <w:r w:rsidRPr="00B75AA7">
        <w:rPr>
          <w:rFonts w:ascii="Sakkal Majalla" w:hAnsi="Sakkal Majalla" w:cs="Sakkal Majalla"/>
          <w:szCs w:val="28"/>
        </w:rPr>
        <w:t>rensen &amp; Torfing (2018)</w:t>
      </w:r>
      <w:r w:rsidRPr="00B75AA7">
        <w:rPr>
          <w:rFonts w:ascii="Sakkal Majalla" w:hAnsi="Sakkal Majalla" w:cs="Sakkal Majalla" w:hint="cs"/>
          <w:szCs w:val="28"/>
          <w:rtl/>
        </w:rPr>
        <w:t>،</w:t>
      </w:r>
      <w:r w:rsidRPr="00B75AA7">
        <w:rPr>
          <w:rFonts w:ascii="Sakkal Majalla" w:hAnsi="Sakkal Majalla" w:cs="Sakkal Majalla"/>
          <w:szCs w:val="28"/>
          <w:rtl/>
        </w:rPr>
        <w:t xml:space="preserve"> </w:t>
      </w:r>
      <w:r w:rsidRPr="00B75AA7">
        <w:rPr>
          <w:rFonts w:ascii="Sakkal Majalla" w:hAnsi="Sakkal Majalla" w:cs="Sakkal Majalla" w:hint="cs"/>
          <w:szCs w:val="28"/>
          <w:rtl/>
        </w:rPr>
        <w:t>التي</w:t>
      </w:r>
      <w:r w:rsidRPr="00B75AA7">
        <w:rPr>
          <w:rFonts w:ascii="Sakkal Majalla" w:hAnsi="Sakkal Majalla" w:cs="Sakkal Majalla"/>
          <w:szCs w:val="28"/>
          <w:rtl/>
        </w:rPr>
        <w:t xml:space="preserve"> </w:t>
      </w:r>
      <w:r w:rsidRPr="00B75AA7">
        <w:rPr>
          <w:rFonts w:ascii="Sakkal Majalla" w:hAnsi="Sakkal Majalla" w:cs="Sakkal Majalla" w:hint="cs"/>
          <w:szCs w:val="28"/>
          <w:rtl/>
        </w:rPr>
        <w:t>دعت</w:t>
      </w:r>
      <w:r w:rsidRPr="00B75AA7">
        <w:rPr>
          <w:rFonts w:ascii="Sakkal Majalla" w:hAnsi="Sakkal Majalla" w:cs="Sakkal Majalla"/>
          <w:szCs w:val="28"/>
          <w:rtl/>
        </w:rPr>
        <w:t xml:space="preserve"> </w:t>
      </w:r>
      <w:r w:rsidRPr="00B75AA7">
        <w:rPr>
          <w:rFonts w:ascii="Sakkal Majalla" w:hAnsi="Sakkal Majalla" w:cs="Sakkal Majalla" w:hint="cs"/>
          <w:szCs w:val="28"/>
          <w:rtl/>
        </w:rPr>
        <w:t>إلى</w:t>
      </w:r>
      <w:r w:rsidRPr="00B75AA7">
        <w:rPr>
          <w:rFonts w:ascii="Sakkal Majalla" w:hAnsi="Sakkal Majalla" w:cs="Sakkal Majalla"/>
          <w:szCs w:val="28"/>
          <w:rtl/>
        </w:rPr>
        <w:t xml:space="preserve"> </w:t>
      </w:r>
      <w:r w:rsidRPr="00B75AA7">
        <w:rPr>
          <w:rFonts w:ascii="Sakkal Majalla" w:hAnsi="Sakkal Majalla" w:cs="Sakkal Majalla" w:hint="cs"/>
          <w:szCs w:val="28"/>
          <w:rtl/>
        </w:rPr>
        <w:t>تصميم</w:t>
      </w:r>
      <w:r w:rsidRPr="00B75AA7">
        <w:rPr>
          <w:rFonts w:ascii="Sakkal Majalla" w:hAnsi="Sakkal Majalla" w:cs="Sakkal Majalla"/>
          <w:szCs w:val="28"/>
          <w:rtl/>
        </w:rPr>
        <w:t xml:space="preserve"> </w:t>
      </w:r>
      <w:r w:rsidRPr="00B75AA7">
        <w:rPr>
          <w:rFonts w:ascii="Sakkal Majalla" w:hAnsi="Sakkal Majalla" w:cs="Sakkal Majalla" w:hint="cs"/>
          <w:szCs w:val="28"/>
          <w:rtl/>
        </w:rPr>
        <w:t>علاقة</w:t>
      </w:r>
      <w:r w:rsidRPr="00B75AA7">
        <w:rPr>
          <w:rFonts w:ascii="Sakkal Majalla" w:hAnsi="Sakkal Majalla" w:cs="Sakkal Majalla"/>
          <w:szCs w:val="28"/>
          <w:rtl/>
        </w:rPr>
        <w:t xml:space="preserve"> </w:t>
      </w:r>
      <w:r w:rsidRPr="00B75AA7">
        <w:rPr>
          <w:rFonts w:ascii="Sakkal Majalla" w:hAnsi="Sakkal Majalla" w:cs="Sakkal Majalla" w:hint="cs"/>
          <w:szCs w:val="28"/>
          <w:rtl/>
        </w:rPr>
        <w:t>تشاركية</w:t>
      </w:r>
      <w:r w:rsidRPr="00B75AA7">
        <w:rPr>
          <w:rFonts w:ascii="Sakkal Majalla" w:hAnsi="Sakkal Majalla" w:cs="Sakkal Majalla"/>
          <w:szCs w:val="28"/>
          <w:rtl/>
        </w:rPr>
        <w:t xml:space="preserve"> </w:t>
      </w:r>
      <w:r w:rsidRPr="00B75AA7">
        <w:rPr>
          <w:rFonts w:ascii="Sakkal Majalla" w:hAnsi="Sakkal Majalla" w:cs="Sakkal Majalla" w:hint="cs"/>
          <w:szCs w:val="28"/>
          <w:rtl/>
        </w:rPr>
        <w:t>بين</w:t>
      </w:r>
      <w:r w:rsidRPr="00B75AA7">
        <w:rPr>
          <w:rFonts w:ascii="Sakkal Majalla" w:hAnsi="Sakkal Majalla" w:cs="Sakkal Majalla"/>
          <w:szCs w:val="28"/>
          <w:rtl/>
        </w:rPr>
        <w:t xml:space="preserve"> </w:t>
      </w:r>
      <w:r w:rsidRPr="00B75AA7">
        <w:rPr>
          <w:rFonts w:ascii="Sakkal Majalla" w:hAnsi="Sakkal Majalla" w:cs="Sakkal Majalla" w:hint="cs"/>
          <w:szCs w:val="28"/>
          <w:rtl/>
        </w:rPr>
        <w:t>الجهات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الحكومية</w:t>
      </w:r>
      <w:r w:rsidRPr="00B75AA7">
        <w:rPr>
          <w:rFonts w:ascii="Sakkal Majalla" w:hAnsi="Sakkal Majalla" w:cs="Sakkal Majalla"/>
          <w:szCs w:val="28"/>
          <w:rtl/>
        </w:rPr>
        <w:t xml:space="preserve"> </w:t>
      </w:r>
      <w:r w:rsidRPr="00B75AA7">
        <w:rPr>
          <w:rFonts w:ascii="Sakkal Majalla" w:hAnsi="Sakkal Majalla" w:cs="Sakkal Majalla" w:hint="cs"/>
          <w:szCs w:val="28"/>
          <w:rtl/>
        </w:rPr>
        <w:t>والاستشاريين،</w:t>
      </w:r>
      <w:r w:rsidRPr="00B75AA7">
        <w:rPr>
          <w:rFonts w:ascii="Sakkal Majalla" w:hAnsi="Sakkal Majalla" w:cs="Sakkal Majalla"/>
          <w:szCs w:val="28"/>
          <w:rtl/>
        </w:rPr>
        <w:t xml:space="preserve"> </w:t>
      </w:r>
      <w:r w:rsidRPr="00B75AA7">
        <w:rPr>
          <w:rFonts w:ascii="Sakkal Majalla" w:hAnsi="Sakkal Majalla" w:cs="Sakkal Majalla" w:hint="cs"/>
          <w:szCs w:val="28"/>
          <w:rtl/>
        </w:rPr>
        <w:t>تُبنى</w:t>
      </w:r>
      <w:r w:rsidRPr="00B75AA7">
        <w:rPr>
          <w:rFonts w:ascii="Sakkal Majalla" w:hAnsi="Sakkal Majalla" w:cs="Sakkal Majalla"/>
          <w:szCs w:val="28"/>
          <w:rtl/>
        </w:rPr>
        <w:t xml:space="preserve"> </w:t>
      </w:r>
      <w:r w:rsidRPr="00B75AA7">
        <w:rPr>
          <w:rFonts w:ascii="Sakkal Majalla" w:hAnsi="Sakkal Majalla" w:cs="Sakkal Majalla" w:hint="cs"/>
          <w:szCs w:val="28"/>
          <w:rtl/>
        </w:rPr>
        <w:t>على</w:t>
      </w:r>
      <w:r w:rsidRPr="00B75AA7">
        <w:rPr>
          <w:rFonts w:ascii="Sakkal Majalla" w:hAnsi="Sakkal Majalla" w:cs="Sakkal Majalla"/>
          <w:szCs w:val="28"/>
          <w:rtl/>
        </w:rPr>
        <w:t xml:space="preserve"> </w:t>
      </w:r>
      <w:r w:rsidRPr="00B75AA7">
        <w:rPr>
          <w:rFonts w:ascii="Sakkal Majalla" w:hAnsi="Sakkal Majalla" w:cs="Sakkal Majalla" w:hint="cs"/>
          <w:szCs w:val="28"/>
          <w:rtl/>
        </w:rPr>
        <w:t>تمكين</w:t>
      </w:r>
      <w:r w:rsidRPr="00B75AA7">
        <w:rPr>
          <w:rFonts w:ascii="Sakkal Majalla" w:hAnsi="Sakkal Majalla" w:cs="Sakkal Majalla"/>
          <w:szCs w:val="28"/>
          <w:rtl/>
        </w:rPr>
        <w:t xml:space="preserve"> </w:t>
      </w:r>
      <w:r w:rsidRPr="00B75AA7">
        <w:rPr>
          <w:rFonts w:ascii="Sakkal Majalla" w:hAnsi="Sakkal Majalla" w:cs="Sakkal Majalla" w:hint="cs"/>
          <w:szCs w:val="28"/>
          <w:rtl/>
        </w:rPr>
        <w:t>القدرات</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المؤسسية</w:t>
      </w:r>
      <w:r w:rsidRPr="00B75AA7">
        <w:rPr>
          <w:rFonts w:ascii="Sakkal Majalla" w:hAnsi="Sakkal Majalla" w:cs="Sakkal Majalla"/>
          <w:szCs w:val="28"/>
          <w:rtl/>
        </w:rPr>
        <w:t xml:space="preserve"> </w:t>
      </w:r>
      <w:r w:rsidRPr="00B75AA7">
        <w:rPr>
          <w:rFonts w:ascii="Sakkal Majalla" w:hAnsi="Sakkal Majalla" w:cs="Sakkal Majalla" w:hint="cs"/>
          <w:szCs w:val="28"/>
          <w:rtl/>
        </w:rPr>
        <w:t>لا</w:t>
      </w:r>
      <w:r w:rsidRPr="00B75AA7">
        <w:rPr>
          <w:rFonts w:ascii="Sakkal Majalla" w:hAnsi="Sakkal Majalla" w:cs="Sakkal Majalla"/>
          <w:szCs w:val="28"/>
          <w:rtl/>
        </w:rPr>
        <w:t xml:space="preserve"> </w:t>
      </w:r>
      <w:r w:rsidRPr="00B75AA7">
        <w:rPr>
          <w:rFonts w:ascii="Sakkal Majalla" w:hAnsi="Sakkal Majalla" w:cs="Sakkal Majalla" w:hint="cs"/>
          <w:szCs w:val="28"/>
          <w:rtl/>
        </w:rPr>
        <w:t>مجرد</w:t>
      </w:r>
      <w:r w:rsidRPr="00B75AA7">
        <w:rPr>
          <w:rFonts w:ascii="Sakkal Majalla" w:hAnsi="Sakkal Majalla" w:cs="Sakkal Majalla"/>
          <w:szCs w:val="28"/>
          <w:rtl/>
        </w:rPr>
        <w:t xml:space="preserve"> </w:t>
      </w:r>
      <w:r w:rsidRPr="00B75AA7">
        <w:rPr>
          <w:rFonts w:ascii="Sakkal Majalla" w:hAnsi="Sakkal Majalla" w:cs="Sakkal Majalla" w:hint="cs"/>
          <w:szCs w:val="28"/>
          <w:rtl/>
        </w:rPr>
        <w:t>تقديم</w:t>
      </w:r>
      <w:r w:rsidRPr="00B75AA7">
        <w:rPr>
          <w:rFonts w:ascii="Sakkal Majalla" w:hAnsi="Sakkal Majalla" w:cs="Sakkal Majalla"/>
          <w:szCs w:val="28"/>
          <w:rtl/>
        </w:rPr>
        <w:t xml:space="preserve"> </w:t>
      </w:r>
      <w:r w:rsidRPr="00B75AA7">
        <w:rPr>
          <w:rFonts w:ascii="Sakkal Majalla" w:hAnsi="Sakkal Majalla" w:cs="Sakkal Majalla" w:hint="cs"/>
          <w:szCs w:val="28"/>
          <w:rtl/>
        </w:rPr>
        <w:t>خدمات</w:t>
      </w:r>
      <w:r w:rsidRPr="00B75AA7">
        <w:rPr>
          <w:rFonts w:ascii="Sakkal Majalla" w:hAnsi="Sakkal Majalla" w:cs="Sakkal Majalla"/>
          <w:szCs w:val="28"/>
          <w:rtl/>
        </w:rPr>
        <w:t xml:space="preserve"> </w:t>
      </w:r>
      <w:r w:rsidRPr="00B75AA7">
        <w:rPr>
          <w:rFonts w:ascii="Sakkal Majalla" w:hAnsi="Sakkal Majalla" w:cs="Sakkal Majalla" w:hint="cs"/>
          <w:szCs w:val="28"/>
          <w:rtl/>
        </w:rPr>
        <w:t>خارجية</w:t>
      </w:r>
      <w:r w:rsidRPr="00B75AA7">
        <w:rPr>
          <w:rFonts w:ascii="Sakkal Majalla" w:hAnsi="Sakkal Majalla" w:cs="Sakkal Majalla"/>
          <w:szCs w:val="28"/>
          <w:rtl/>
        </w:rPr>
        <w:t xml:space="preserve">. </w:t>
      </w:r>
      <w:r w:rsidRPr="00B75AA7">
        <w:rPr>
          <w:rFonts w:ascii="Sakkal Majalla" w:hAnsi="Sakkal Majalla" w:cs="Sakkal Majalla" w:hint="cs"/>
          <w:szCs w:val="28"/>
          <w:rtl/>
        </w:rPr>
        <w:t>إلا</w:t>
      </w:r>
      <w:r w:rsidRPr="00B75AA7">
        <w:rPr>
          <w:rFonts w:ascii="Sakkal Majalla" w:hAnsi="Sakkal Majalla" w:cs="Sakkal Majalla"/>
          <w:szCs w:val="28"/>
          <w:rtl/>
        </w:rPr>
        <w:t xml:space="preserve"> </w:t>
      </w:r>
      <w:r w:rsidRPr="00B75AA7">
        <w:rPr>
          <w:rFonts w:ascii="Sakkal Majalla" w:hAnsi="Sakkal Majalla" w:cs="Sakkal Majalla" w:hint="cs"/>
          <w:szCs w:val="28"/>
          <w:rtl/>
        </w:rPr>
        <w:t>أن</w:t>
      </w:r>
      <w:r w:rsidRPr="00B75AA7">
        <w:rPr>
          <w:rFonts w:ascii="Sakkal Majalla" w:hAnsi="Sakkal Majalla" w:cs="Sakkal Majalla"/>
          <w:szCs w:val="28"/>
          <w:rtl/>
        </w:rPr>
        <w:t xml:space="preserve"> </w:t>
      </w:r>
      <w:r w:rsidRPr="00B75AA7">
        <w:rPr>
          <w:rFonts w:ascii="Sakkal Majalla" w:hAnsi="Sakkal Majalla" w:cs="Sakkal Majalla" w:hint="cs"/>
          <w:szCs w:val="28"/>
          <w:rtl/>
        </w:rPr>
        <w:t>هذه</w:t>
      </w:r>
      <w:r w:rsidRPr="00B75AA7">
        <w:rPr>
          <w:rFonts w:ascii="Sakkal Majalla" w:hAnsi="Sakkal Majalla" w:cs="Sakkal Majalla"/>
          <w:szCs w:val="28"/>
          <w:rtl/>
        </w:rPr>
        <w:t xml:space="preserve"> </w:t>
      </w:r>
      <w:r w:rsidRPr="00B75AA7">
        <w:rPr>
          <w:rFonts w:ascii="Sakkal Majalla" w:hAnsi="Sakkal Majalla" w:cs="Sakkal Majalla" w:hint="cs"/>
          <w:szCs w:val="28"/>
          <w:rtl/>
        </w:rPr>
        <w:t>الدراسة،</w:t>
      </w:r>
      <w:r w:rsidRPr="00B75AA7">
        <w:rPr>
          <w:rFonts w:ascii="Sakkal Majalla" w:hAnsi="Sakkal Majalla" w:cs="Sakkal Majalla"/>
          <w:szCs w:val="28"/>
          <w:rtl/>
        </w:rPr>
        <w:t xml:space="preserve"> </w:t>
      </w:r>
      <w:r w:rsidRPr="00B75AA7">
        <w:rPr>
          <w:rFonts w:ascii="Sakkal Majalla" w:hAnsi="Sakkal Majalla" w:cs="Sakkal Majalla" w:hint="cs"/>
          <w:szCs w:val="28"/>
          <w:rtl/>
        </w:rPr>
        <w:t>كسابقاتها،</w:t>
      </w:r>
      <w:r w:rsidRPr="00B75AA7">
        <w:rPr>
          <w:rFonts w:ascii="Sakkal Majalla" w:hAnsi="Sakkal Majalla" w:cs="Sakkal Majalla"/>
          <w:szCs w:val="28"/>
          <w:rtl/>
        </w:rPr>
        <w:t xml:space="preserve"> </w:t>
      </w:r>
      <w:r w:rsidRPr="00B75AA7">
        <w:rPr>
          <w:rFonts w:ascii="Sakkal Majalla" w:hAnsi="Sakkal Majalla" w:cs="Sakkal Majalla" w:hint="cs"/>
          <w:szCs w:val="28"/>
          <w:rtl/>
        </w:rPr>
        <w:t>ركزت</w:t>
      </w:r>
      <w:r w:rsidRPr="00B75AA7">
        <w:rPr>
          <w:rFonts w:ascii="Sakkal Majalla" w:hAnsi="Sakkal Majalla" w:cs="Sakkal Majalla"/>
          <w:szCs w:val="28"/>
          <w:rtl/>
        </w:rPr>
        <w:t xml:space="preserve"> </w:t>
      </w:r>
      <w:r w:rsidRPr="00B75AA7">
        <w:rPr>
          <w:rFonts w:ascii="Sakkal Majalla" w:hAnsi="Sakkal Majalla" w:cs="Sakkal Majalla" w:hint="cs"/>
          <w:szCs w:val="28"/>
          <w:rtl/>
        </w:rPr>
        <w:t>على</w:t>
      </w:r>
      <w:r w:rsidRPr="00B75AA7">
        <w:rPr>
          <w:rFonts w:ascii="Sakkal Majalla" w:hAnsi="Sakkal Majalla" w:cs="Sakkal Majalla"/>
          <w:szCs w:val="28"/>
          <w:rtl/>
        </w:rPr>
        <w:t xml:space="preserve"> </w:t>
      </w:r>
      <w:r w:rsidRPr="00B75AA7">
        <w:rPr>
          <w:rFonts w:ascii="Sakkal Majalla" w:hAnsi="Sakkal Majalla" w:cs="Sakkal Majalla" w:hint="cs"/>
          <w:szCs w:val="28"/>
          <w:rtl/>
        </w:rPr>
        <w:t>السياق</w:t>
      </w:r>
      <w:r w:rsidRPr="00B75AA7">
        <w:rPr>
          <w:rFonts w:ascii="Sakkal Majalla" w:hAnsi="Sakkal Majalla" w:cs="Sakkal Majalla"/>
          <w:szCs w:val="28"/>
          <w:rtl/>
        </w:rPr>
        <w:t xml:space="preserve"> </w:t>
      </w:r>
      <w:r w:rsidRPr="00B75AA7">
        <w:rPr>
          <w:rFonts w:ascii="Sakkal Majalla" w:hAnsi="Sakkal Majalla" w:cs="Sakkal Majalla" w:hint="cs"/>
          <w:szCs w:val="28"/>
          <w:rtl/>
        </w:rPr>
        <w:t>الأوروبي،</w:t>
      </w:r>
      <w:r w:rsidRPr="00B75AA7">
        <w:rPr>
          <w:rFonts w:ascii="Sakkal Majalla" w:hAnsi="Sakkal Majalla" w:cs="Sakkal Majalla"/>
          <w:szCs w:val="28"/>
          <w:rtl/>
        </w:rPr>
        <w:t xml:space="preserve"> </w:t>
      </w:r>
      <w:r w:rsidRPr="00B75AA7">
        <w:rPr>
          <w:rFonts w:ascii="Sakkal Majalla" w:hAnsi="Sakkal Majalla" w:cs="Sakkal Majalla" w:hint="cs"/>
          <w:szCs w:val="28"/>
          <w:rtl/>
        </w:rPr>
        <w:t>ولم</w:t>
      </w:r>
      <w:r w:rsidRPr="00B75AA7">
        <w:rPr>
          <w:rFonts w:ascii="Sakkal Majalla" w:hAnsi="Sakkal Majalla" w:cs="Sakkal Majalla"/>
          <w:szCs w:val="28"/>
          <w:rtl/>
        </w:rPr>
        <w:t xml:space="preserve"> </w:t>
      </w:r>
      <w:r w:rsidRPr="00B75AA7">
        <w:rPr>
          <w:rFonts w:ascii="Sakkal Majalla" w:hAnsi="Sakkal Majalla" w:cs="Sakkal Majalla" w:hint="cs"/>
          <w:szCs w:val="28"/>
          <w:rtl/>
        </w:rPr>
        <w:t>تقدّم</w:t>
      </w:r>
      <w:r w:rsidRPr="00B75AA7">
        <w:rPr>
          <w:rFonts w:ascii="Sakkal Majalla" w:hAnsi="Sakkal Majalla" w:cs="Sakkal Majalla"/>
          <w:szCs w:val="28"/>
          <w:rtl/>
        </w:rPr>
        <w:t xml:space="preserve"> </w:t>
      </w:r>
      <w:r w:rsidRPr="00B75AA7">
        <w:rPr>
          <w:rFonts w:ascii="Sakkal Majalla" w:hAnsi="Sakkal Majalla" w:cs="Sakkal Majalla" w:hint="cs"/>
          <w:szCs w:val="28"/>
          <w:rtl/>
        </w:rPr>
        <w:t>إطارًا</w:t>
      </w:r>
      <w:r w:rsidRPr="00B75AA7">
        <w:rPr>
          <w:rFonts w:ascii="Sakkal Majalla" w:hAnsi="Sakkal Majalla" w:cs="Sakkal Majalla"/>
          <w:szCs w:val="28"/>
          <w:rtl/>
        </w:rPr>
        <w:t xml:space="preserve"> </w:t>
      </w:r>
      <w:r w:rsidRPr="00B75AA7">
        <w:rPr>
          <w:rFonts w:ascii="Sakkal Majalla" w:hAnsi="Sakkal Majalla" w:cs="Sakkal Majalla" w:hint="cs"/>
          <w:szCs w:val="28"/>
          <w:rtl/>
        </w:rPr>
        <w:t>إجرائيًا</w:t>
      </w:r>
      <w:r w:rsidRPr="00B75AA7">
        <w:rPr>
          <w:rFonts w:ascii="Sakkal Majalla" w:hAnsi="Sakkal Majalla" w:cs="Sakkal Majalla"/>
          <w:szCs w:val="28"/>
          <w:rtl/>
        </w:rPr>
        <w:t xml:space="preserve"> </w:t>
      </w:r>
      <w:r w:rsidRPr="00B75AA7">
        <w:rPr>
          <w:rFonts w:ascii="Sakkal Majalla" w:hAnsi="Sakkal Majalla" w:cs="Sakkal Majalla" w:hint="cs"/>
          <w:szCs w:val="28"/>
          <w:rtl/>
        </w:rPr>
        <w:t>واضحًا</w:t>
      </w:r>
      <w:r w:rsidRPr="00B75AA7">
        <w:rPr>
          <w:rFonts w:ascii="Sakkal Majalla" w:hAnsi="Sakkal Majalla" w:cs="Sakkal Majalla"/>
          <w:szCs w:val="28"/>
          <w:rtl/>
        </w:rPr>
        <w:t xml:space="preserve"> </w:t>
      </w:r>
      <w:r w:rsidRPr="00B75AA7">
        <w:rPr>
          <w:rFonts w:ascii="Sakkal Majalla" w:hAnsi="Sakkal Majalla" w:cs="Sakkal Majalla" w:hint="cs"/>
          <w:szCs w:val="28"/>
          <w:rtl/>
        </w:rPr>
        <w:t>يمكن</w:t>
      </w:r>
      <w:r w:rsidRPr="00B75AA7">
        <w:rPr>
          <w:rFonts w:ascii="Sakkal Majalla" w:hAnsi="Sakkal Majalla" w:cs="Sakkal Majalla"/>
          <w:szCs w:val="28"/>
          <w:rtl/>
        </w:rPr>
        <w:t xml:space="preserve"> </w:t>
      </w:r>
      <w:r w:rsidRPr="00B75AA7">
        <w:rPr>
          <w:rFonts w:ascii="Sakkal Majalla" w:hAnsi="Sakkal Majalla" w:cs="Sakkal Majalla" w:hint="cs"/>
          <w:szCs w:val="28"/>
          <w:rtl/>
        </w:rPr>
        <w:t>تطبيقه</w:t>
      </w:r>
      <w:r w:rsidRPr="00B75AA7">
        <w:rPr>
          <w:rFonts w:ascii="Sakkal Majalla" w:hAnsi="Sakkal Majalla" w:cs="Sakkal Majalla"/>
          <w:szCs w:val="28"/>
          <w:rtl/>
        </w:rPr>
        <w:t xml:space="preserve"> </w:t>
      </w:r>
      <w:r w:rsidRPr="00B75AA7">
        <w:rPr>
          <w:rFonts w:ascii="Sakkal Majalla" w:hAnsi="Sakkal Majalla" w:cs="Sakkal Majalla" w:hint="cs"/>
          <w:szCs w:val="28"/>
          <w:rtl/>
        </w:rPr>
        <w:t>في</w:t>
      </w:r>
      <w:r w:rsidRPr="00B75AA7">
        <w:rPr>
          <w:rFonts w:ascii="Sakkal Majalla" w:hAnsi="Sakkal Majalla" w:cs="Sakkal Majalla"/>
          <w:szCs w:val="28"/>
          <w:rtl/>
        </w:rPr>
        <w:t xml:space="preserve"> </w:t>
      </w:r>
      <w:r w:rsidRPr="00B75AA7">
        <w:rPr>
          <w:rFonts w:ascii="Sakkal Majalla" w:hAnsi="Sakkal Majalla" w:cs="Sakkal Majalla" w:hint="cs"/>
          <w:szCs w:val="28"/>
          <w:rtl/>
        </w:rPr>
        <w:t>بيئات</w:t>
      </w:r>
      <w:r w:rsidRPr="00B75AA7">
        <w:rPr>
          <w:rFonts w:ascii="Sakkal Majalla" w:hAnsi="Sakkal Majalla" w:cs="Sakkal Majalla"/>
          <w:szCs w:val="28"/>
          <w:rtl/>
        </w:rPr>
        <w:t xml:space="preserve"> </w:t>
      </w:r>
      <w:r w:rsidRPr="00B75AA7">
        <w:rPr>
          <w:rFonts w:ascii="Sakkal Majalla" w:hAnsi="Sakkal Majalla" w:cs="Sakkal Majalla" w:hint="cs"/>
          <w:szCs w:val="28"/>
          <w:rtl/>
        </w:rPr>
        <w:t>إدارية</w:t>
      </w:r>
      <w:r w:rsidRPr="00B75AA7">
        <w:rPr>
          <w:rFonts w:ascii="Sakkal Majalla" w:hAnsi="Sakkal Majalla" w:cs="Sakkal Majalla"/>
          <w:szCs w:val="28"/>
          <w:rtl/>
        </w:rPr>
        <w:t xml:space="preserve"> </w:t>
      </w:r>
      <w:r w:rsidRPr="00B75AA7">
        <w:rPr>
          <w:rFonts w:ascii="Sakkal Majalla" w:hAnsi="Sakkal Majalla" w:cs="Sakkal Majalla" w:hint="cs"/>
          <w:szCs w:val="28"/>
          <w:rtl/>
        </w:rPr>
        <w:t>مختلفة</w:t>
      </w:r>
      <w:r w:rsidRPr="00B75AA7">
        <w:rPr>
          <w:rFonts w:ascii="Sakkal Majalla" w:hAnsi="Sakkal Majalla" w:cs="Sakkal Majalla"/>
          <w:szCs w:val="28"/>
        </w:rPr>
        <w:t>.</w:t>
      </w:r>
    </w:p>
    <w:p w14:paraId="4B6990EA" w14:textId="3E5233B0" w:rsidR="00B75AA7" w:rsidRPr="00B75AA7" w:rsidRDefault="00B75AA7" w:rsidP="00347AC4">
      <w:pPr>
        <w:bidi/>
        <w:spacing w:line="360" w:lineRule="auto"/>
        <w:jc w:val="lowKashida"/>
        <w:rPr>
          <w:rFonts w:ascii="Sakkal Majalla" w:hAnsi="Sakkal Majalla" w:cs="Sakkal Majalla"/>
          <w:szCs w:val="28"/>
          <w:rtl/>
        </w:rPr>
      </w:pPr>
      <w:r w:rsidRPr="00B75AA7">
        <w:rPr>
          <w:rFonts w:ascii="Sakkal Majalla" w:hAnsi="Sakkal Majalla" w:cs="Sakkal Majalla" w:hint="cs"/>
          <w:szCs w:val="28"/>
          <w:rtl/>
        </w:rPr>
        <w:t>وفي</w:t>
      </w:r>
      <w:r w:rsidRPr="00B75AA7">
        <w:rPr>
          <w:rFonts w:ascii="Sakkal Majalla" w:hAnsi="Sakkal Majalla" w:cs="Sakkal Majalla"/>
          <w:szCs w:val="28"/>
          <w:rtl/>
        </w:rPr>
        <w:t xml:space="preserve"> </w:t>
      </w:r>
      <w:r w:rsidRPr="00B75AA7">
        <w:rPr>
          <w:rFonts w:ascii="Sakkal Majalla" w:hAnsi="Sakkal Majalla" w:cs="Sakkal Majalla" w:hint="cs"/>
          <w:szCs w:val="28"/>
          <w:rtl/>
        </w:rPr>
        <w:t>كتابهم</w:t>
      </w:r>
      <w:r w:rsidRPr="00B75AA7">
        <w:rPr>
          <w:rFonts w:ascii="Sakkal Majalla" w:hAnsi="Sakkal Majalla" w:cs="Sakkal Majalla"/>
          <w:szCs w:val="28"/>
          <w:rtl/>
        </w:rPr>
        <w:t xml:space="preserve"> </w:t>
      </w:r>
      <w:r w:rsidRPr="00B75AA7">
        <w:rPr>
          <w:rFonts w:ascii="Sakkal Majalla" w:hAnsi="Sakkal Majalla" w:cs="Sakkal Majalla" w:hint="cs"/>
          <w:szCs w:val="28"/>
          <w:rtl/>
        </w:rPr>
        <w:t>حول</w:t>
      </w:r>
      <w:r w:rsidRPr="00B75AA7">
        <w:rPr>
          <w:rFonts w:ascii="Sakkal Majalla" w:hAnsi="Sakkal Majalla" w:cs="Sakkal Majalla"/>
          <w:szCs w:val="28"/>
          <w:rtl/>
        </w:rPr>
        <w:t xml:space="preserve"> </w:t>
      </w:r>
      <w:r w:rsidRPr="00B75AA7">
        <w:rPr>
          <w:rFonts w:ascii="Sakkal Majalla" w:hAnsi="Sakkal Majalla" w:cs="Sakkal Majalla" w:hint="cs"/>
          <w:szCs w:val="28"/>
          <w:rtl/>
        </w:rPr>
        <w:t>الإدارة</w:t>
      </w:r>
      <w:r w:rsidRPr="00B75AA7">
        <w:rPr>
          <w:rFonts w:ascii="Sakkal Majalla" w:hAnsi="Sakkal Majalla" w:cs="Sakkal Majalla"/>
          <w:szCs w:val="28"/>
          <w:rtl/>
        </w:rPr>
        <w:t xml:space="preserve"> </w:t>
      </w:r>
      <w:r w:rsidRPr="00B75AA7">
        <w:rPr>
          <w:rFonts w:ascii="Sakkal Majalla" w:hAnsi="Sakkal Majalla" w:cs="Sakkal Majalla" w:hint="cs"/>
          <w:szCs w:val="28"/>
          <w:rtl/>
        </w:rPr>
        <w:t>العامة،</w:t>
      </w:r>
      <w:r w:rsidRPr="00B75AA7">
        <w:rPr>
          <w:rFonts w:ascii="Sakkal Majalla" w:hAnsi="Sakkal Majalla" w:cs="Sakkal Majalla"/>
          <w:szCs w:val="28"/>
          <w:rtl/>
        </w:rPr>
        <w:t xml:space="preserve"> </w:t>
      </w:r>
      <w:r w:rsidRPr="00B75AA7">
        <w:rPr>
          <w:rFonts w:ascii="Sakkal Majalla" w:hAnsi="Sakkal Majalla" w:cs="Sakkal Majalla" w:hint="cs"/>
          <w:szCs w:val="28"/>
          <w:rtl/>
        </w:rPr>
        <w:t>شدد</w:t>
      </w:r>
      <w:r w:rsidRPr="00B75AA7">
        <w:rPr>
          <w:rFonts w:ascii="Sakkal Majalla" w:hAnsi="Sakkal Majalla" w:cs="Sakkal Majalla"/>
          <w:szCs w:val="28"/>
        </w:rPr>
        <w:t xml:space="preserve"> Ferlie &amp; Ongaro (2015) </w:t>
      </w:r>
      <w:r w:rsidRPr="00B75AA7">
        <w:rPr>
          <w:rFonts w:ascii="Sakkal Majalla" w:hAnsi="Sakkal Majalla" w:cs="Sakkal Majalla" w:hint="cs"/>
          <w:szCs w:val="28"/>
          <w:rtl/>
        </w:rPr>
        <w:t>على</w:t>
      </w:r>
      <w:r w:rsidRPr="00B75AA7">
        <w:rPr>
          <w:rFonts w:ascii="Sakkal Majalla" w:hAnsi="Sakkal Majalla" w:cs="Sakkal Majalla"/>
          <w:szCs w:val="28"/>
          <w:rtl/>
        </w:rPr>
        <w:t xml:space="preserve"> </w:t>
      </w:r>
      <w:r w:rsidRPr="00B75AA7">
        <w:rPr>
          <w:rFonts w:ascii="Sakkal Majalla" w:hAnsi="Sakkal Majalla" w:cs="Sakkal Majalla" w:hint="cs"/>
          <w:szCs w:val="28"/>
          <w:rtl/>
        </w:rPr>
        <w:t>أن</w:t>
      </w:r>
      <w:r w:rsidRPr="00B75AA7">
        <w:rPr>
          <w:rFonts w:ascii="Sakkal Majalla" w:hAnsi="Sakkal Majalla" w:cs="Sakkal Majalla"/>
          <w:szCs w:val="28"/>
          <w:rtl/>
        </w:rPr>
        <w:t xml:space="preserve"> </w:t>
      </w:r>
      <w:r w:rsidRPr="00B75AA7">
        <w:rPr>
          <w:rFonts w:ascii="Sakkal Majalla" w:hAnsi="Sakkal Majalla" w:cs="Sakkal Majalla" w:hint="cs"/>
          <w:szCs w:val="28"/>
          <w:rtl/>
        </w:rPr>
        <w:t>الأثر</w:t>
      </w:r>
      <w:r w:rsidRPr="00B75AA7">
        <w:rPr>
          <w:rFonts w:ascii="Sakkal Majalla" w:hAnsi="Sakkal Majalla" w:cs="Sakkal Majalla"/>
          <w:szCs w:val="28"/>
          <w:rtl/>
        </w:rPr>
        <w:t xml:space="preserve"> </w:t>
      </w:r>
      <w:r w:rsidRPr="00B75AA7">
        <w:rPr>
          <w:rFonts w:ascii="Sakkal Majalla" w:hAnsi="Sakkal Majalla" w:cs="Sakkal Majalla" w:hint="cs"/>
          <w:szCs w:val="28"/>
          <w:rtl/>
        </w:rPr>
        <w:t>الابتكاري</w:t>
      </w:r>
      <w:r w:rsidRPr="00B75AA7">
        <w:rPr>
          <w:rFonts w:ascii="Sakkal Majalla" w:hAnsi="Sakkal Majalla" w:cs="Sakkal Majalla"/>
          <w:szCs w:val="28"/>
          <w:rtl/>
        </w:rPr>
        <w:t xml:space="preserve"> </w:t>
      </w:r>
      <w:r w:rsidRPr="00B75AA7">
        <w:rPr>
          <w:rFonts w:ascii="Sakkal Majalla" w:hAnsi="Sakkal Majalla" w:cs="Sakkal Majalla" w:hint="cs"/>
          <w:szCs w:val="28"/>
          <w:rtl/>
        </w:rPr>
        <w:t>للدعم</w:t>
      </w:r>
      <w:r w:rsidRPr="00B75AA7">
        <w:rPr>
          <w:rFonts w:ascii="Sakkal Majalla" w:hAnsi="Sakkal Majalla" w:cs="Sakkal Majalla"/>
          <w:szCs w:val="28"/>
          <w:rtl/>
        </w:rPr>
        <w:t xml:space="preserve"> </w:t>
      </w:r>
      <w:r w:rsidRPr="00B75AA7">
        <w:rPr>
          <w:rFonts w:ascii="Sakkal Majalla" w:hAnsi="Sakkal Majalla" w:cs="Sakkal Majalla" w:hint="cs"/>
          <w:szCs w:val="28"/>
          <w:rtl/>
        </w:rPr>
        <w:t>الخارجي</w:t>
      </w:r>
      <w:r w:rsidRPr="00B75AA7">
        <w:rPr>
          <w:rFonts w:ascii="Sakkal Majalla" w:hAnsi="Sakkal Majalla" w:cs="Sakkal Majalla"/>
          <w:szCs w:val="28"/>
          <w:rtl/>
        </w:rPr>
        <w:t xml:space="preserve"> </w:t>
      </w:r>
      <w:r w:rsidRPr="00B75AA7">
        <w:rPr>
          <w:rFonts w:ascii="Sakkal Majalla" w:hAnsi="Sakkal Majalla" w:cs="Sakkal Majalla" w:hint="cs"/>
          <w:szCs w:val="28"/>
          <w:rtl/>
        </w:rPr>
        <w:t>لا</w:t>
      </w:r>
      <w:r w:rsidRPr="00B75AA7">
        <w:rPr>
          <w:rFonts w:ascii="Sakkal Majalla" w:hAnsi="Sakkal Majalla" w:cs="Sakkal Majalla"/>
          <w:szCs w:val="28"/>
          <w:rtl/>
        </w:rPr>
        <w:t xml:space="preserve"> </w:t>
      </w:r>
      <w:r w:rsidRPr="00B75AA7">
        <w:rPr>
          <w:rFonts w:ascii="Sakkal Majalla" w:hAnsi="Sakkal Majalla" w:cs="Sakkal Majalla" w:hint="cs"/>
          <w:szCs w:val="28"/>
          <w:rtl/>
        </w:rPr>
        <w:t>يتحقق</w:t>
      </w:r>
      <w:r w:rsidRPr="00B75AA7">
        <w:rPr>
          <w:rFonts w:ascii="Sakkal Majalla" w:hAnsi="Sakkal Majalla" w:cs="Sakkal Majalla"/>
          <w:szCs w:val="28"/>
          <w:rtl/>
        </w:rPr>
        <w:t xml:space="preserve"> </w:t>
      </w:r>
      <w:r w:rsidRPr="00B75AA7">
        <w:rPr>
          <w:rFonts w:ascii="Sakkal Majalla" w:hAnsi="Sakkal Majalla" w:cs="Sakkal Majalla" w:hint="cs"/>
          <w:szCs w:val="28"/>
          <w:rtl/>
        </w:rPr>
        <w:t>إلا</w:t>
      </w:r>
      <w:r w:rsidRPr="00B75AA7">
        <w:rPr>
          <w:rFonts w:ascii="Sakkal Majalla" w:hAnsi="Sakkal Majalla" w:cs="Sakkal Majalla"/>
          <w:szCs w:val="28"/>
          <w:rtl/>
        </w:rPr>
        <w:t xml:space="preserve"> </w:t>
      </w:r>
      <w:r w:rsidRPr="00B75AA7">
        <w:rPr>
          <w:rFonts w:ascii="Sakkal Majalla" w:hAnsi="Sakkal Majalla" w:cs="Sakkal Majalla" w:hint="cs"/>
          <w:szCs w:val="28"/>
          <w:rtl/>
        </w:rPr>
        <w:t>إذا</w:t>
      </w:r>
      <w:r w:rsidRPr="00B75AA7">
        <w:rPr>
          <w:rFonts w:ascii="Sakkal Majalla" w:hAnsi="Sakkal Majalla" w:cs="Sakkal Majalla"/>
          <w:szCs w:val="28"/>
          <w:rtl/>
        </w:rPr>
        <w:t xml:space="preserve"> </w:t>
      </w:r>
      <w:r w:rsidRPr="00B75AA7">
        <w:rPr>
          <w:rFonts w:ascii="Sakkal Majalla" w:hAnsi="Sakkal Majalla" w:cs="Sakkal Majalla" w:hint="cs"/>
          <w:szCs w:val="28"/>
          <w:rtl/>
        </w:rPr>
        <w:t>ترافق</w:t>
      </w:r>
      <w:r w:rsidRPr="00B75AA7">
        <w:rPr>
          <w:rFonts w:ascii="Sakkal Majalla" w:hAnsi="Sakkal Majalla" w:cs="Sakkal Majalla"/>
          <w:szCs w:val="28"/>
          <w:rtl/>
        </w:rPr>
        <w:t xml:space="preserve"> </w:t>
      </w:r>
      <w:r w:rsidRPr="00B75AA7">
        <w:rPr>
          <w:rFonts w:ascii="Sakkal Majalla" w:hAnsi="Sakkal Majalla" w:cs="Sakkal Majalla" w:hint="cs"/>
          <w:szCs w:val="28"/>
          <w:rtl/>
        </w:rPr>
        <w:t>مع</w:t>
      </w:r>
      <w:r w:rsidRPr="00B75AA7">
        <w:rPr>
          <w:rFonts w:ascii="Sakkal Majalla" w:hAnsi="Sakkal Majalla" w:cs="Sakkal Majalla"/>
          <w:szCs w:val="28"/>
          <w:rtl/>
        </w:rPr>
        <w:t xml:space="preserve"> </w:t>
      </w:r>
      <w:r w:rsidRPr="00B75AA7">
        <w:rPr>
          <w:rFonts w:ascii="Sakkal Majalla" w:hAnsi="Sakkal Majalla" w:cs="Sakkal Majalla" w:hint="cs"/>
          <w:szCs w:val="28"/>
          <w:rtl/>
        </w:rPr>
        <w:t>استراتيجيات</w:t>
      </w:r>
      <w:r w:rsidRPr="00B75AA7">
        <w:rPr>
          <w:rFonts w:ascii="Sakkal Majalla" w:hAnsi="Sakkal Majalla" w:cs="Sakkal Majalla"/>
          <w:szCs w:val="28"/>
          <w:rtl/>
        </w:rPr>
        <w:t xml:space="preserve"> </w:t>
      </w:r>
      <w:r w:rsidRPr="00B75AA7">
        <w:rPr>
          <w:rFonts w:ascii="Sakkal Majalla" w:hAnsi="Sakkal Majalla" w:cs="Sakkal Majalla" w:hint="cs"/>
          <w:szCs w:val="28"/>
          <w:rtl/>
        </w:rPr>
        <w:t>داخلية</w:t>
      </w:r>
      <w:r w:rsidRPr="00B75AA7">
        <w:rPr>
          <w:rFonts w:ascii="Sakkal Majalla" w:hAnsi="Sakkal Majalla" w:cs="Sakkal Majalla"/>
          <w:szCs w:val="28"/>
          <w:rtl/>
        </w:rPr>
        <w:t xml:space="preserve"> </w:t>
      </w:r>
      <w:r w:rsidRPr="00B75AA7">
        <w:rPr>
          <w:rFonts w:ascii="Sakkal Majalla" w:hAnsi="Sakkal Majalla" w:cs="Sakkal Majalla" w:hint="cs"/>
          <w:szCs w:val="28"/>
          <w:rtl/>
        </w:rPr>
        <w:t>فعالة</w:t>
      </w:r>
      <w:r w:rsidRPr="00B75AA7">
        <w:rPr>
          <w:rFonts w:ascii="Sakkal Majalla" w:hAnsi="Sakkal Majalla" w:cs="Sakkal Majalla"/>
          <w:szCs w:val="28"/>
          <w:rtl/>
        </w:rPr>
        <w:t xml:space="preserve"> </w:t>
      </w:r>
      <w:r w:rsidRPr="00B75AA7">
        <w:rPr>
          <w:rFonts w:ascii="Sakkal Majalla" w:hAnsi="Sakkal Majalla" w:cs="Sakkal Majalla" w:hint="cs"/>
          <w:szCs w:val="28"/>
          <w:rtl/>
        </w:rPr>
        <w:t>لنقل</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المعرفة</w:t>
      </w:r>
      <w:r w:rsidRPr="00B75AA7">
        <w:rPr>
          <w:rFonts w:ascii="Sakkal Majalla" w:hAnsi="Sakkal Majalla" w:cs="Sakkal Majalla"/>
          <w:szCs w:val="28"/>
          <w:rtl/>
        </w:rPr>
        <w:t xml:space="preserve"> </w:t>
      </w:r>
      <w:r w:rsidRPr="00B75AA7">
        <w:rPr>
          <w:rFonts w:ascii="Sakkal Majalla" w:hAnsi="Sakkal Majalla" w:cs="Sakkal Majalla" w:hint="cs"/>
          <w:szCs w:val="28"/>
          <w:rtl/>
        </w:rPr>
        <w:t>والتعلم</w:t>
      </w:r>
      <w:r w:rsidRPr="00B75AA7">
        <w:rPr>
          <w:rFonts w:ascii="Sakkal Majalla" w:hAnsi="Sakkal Majalla" w:cs="Sakkal Majalla"/>
          <w:szCs w:val="28"/>
          <w:rtl/>
        </w:rPr>
        <w:t xml:space="preserve"> </w:t>
      </w:r>
      <w:r w:rsidRPr="00B75AA7">
        <w:rPr>
          <w:rFonts w:ascii="Sakkal Majalla" w:hAnsi="Sakkal Majalla" w:cs="Sakkal Majalla" w:hint="cs"/>
          <w:szCs w:val="28"/>
          <w:rtl/>
        </w:rPr>
        <w:t>المؤسسي،</w:t>
      </w:r>
      <w:r w:rsidRPr="00B75AA7">
        <w:rPr>
          <w:rFonts w:ascii="Sakkal Majalla" w:hAnsi="Sakkal Majalla" w:cs="Sakkal Majalla"/>
          <w:szCs w:val="28"/>
          <w:rtl/>
        </w:rPr>
        <w:t xml:space="preserve"> </w:t>
      </w:r>
      <w:r w:rsidRPr="00B75AA7">
        <w:rPr>
          <w:rFonts w:ascii="Sakkal Majalla" w:hAnsi="Sakkal Majalla" w:cs="Sakkal Majalla" w:hint="cs"/>
          <w:szCs w:val="28"/>
          <w:rtl/>
        </w:rPr>
        <w:t>إلا</w:t>
      </w:r>
      <w:r w:rsidRPr="00B75AA7">
        <w:rPr>
          <w:rFonts w:ascii="Sakkal Majalla" w:hAnsi="Sakkal Majalla" w:cs="Sakkal Majalla"/>
          <w:szCs w:val="28"/>
          <w:rtl/>
        </w:rPr>
        <w:t xml:space="preserve"> </w:t>
      </w:r>
      <w:r w:rsidRPr="00B75AA7">
        <w:rPr>
          <w:rFonts w:ascii="Sakkal Majalla" w:hAnsi="Sakkal Majalla" w:cs="Sakkal Majalla" w:hint="cs"/>
          <w:szCs w:val="28"/>
          <w:rtl/>
        </w:rPr>
        <w:t>أن</w:t>
      </w:r>
      <w:r w:rsidRPr="00B75AA7">
        <w:rPr>
          <w:rFonts w:ascii="Sakkal Majalla" w:hAnsi="Sakkal Majalla" w:cs="Sakkal Majalla"/>
          <w:szCs w:val="28"/>
          <w:rtl/>
        </w:rPr>
        <w:t xml:space="preserve"> </w:t>
      </w:r>
      <w:r w:rsidRPr="00B75AA7">
        <w:rPr>
          <w:rFonts w:ascii="Sakkal Majalla" w:hAnsi="Sakkal Majalla" w:cs="Sakkal Majalla" w:hint="cs"/>
          <w:szCs w:val="28"/>
          <w:rtl/>
        </w:rPr>
        <w:t>الطرح</w:t>
      </w:r>
      <w:r w:rsidRPr="00B75AA7">
        <w:rPr>
          <w:rFonts w:ascii="Sakkal Majalla" w:hAnsi="Sakkal Majalla" w:cs="Sakkal Majalla"/>
          <w:szCs w:val="28"/>
          <w:rtl/>
        </w:rPr>
        <w:t xml:space="preserve"> </w:t>
      </w:r>
      <w:r w:rsidRPr="00B75AA7">
        <w:rPr>
          <w:rFonts w:ascii="Sakkal Majalla" w:hAnsi="Sakkal Majalla" w:cs="Sakkal Majalla" w:hint="cs"/>
          <w:szCs w:val="28"/>
          <w:rtl/>
        </w:rPr>
        <w:t>بقي</w:t>
      </w:r>
      <w:r w:rsidRPr="00B75AA7">
        <w:rPr>
          <w:rFonts w:ascii="Sakkal Majalla" w:hAnsi="Sakkal Majalla" w:cs="Sakkal Majalla"/>
          <w:szCs w:val="28"/>
          <w:rtl/>
        </w:rPr>
        <w:t xml:space="preserve"> </w:t>
      </w:r>
      <w:r w:rsidRPr="00B75AA7">
        <w:rPr>
          <w:rFonts w:ascii="Sakkal Majalla" w:hAnsi="Sakkal Majalla" w:cs="Sakkal Majalla" w:hint="cs"/>
          <w:szCs w:val="28"/>
          <w:rtl/>
        </w:rPr>
        <w:t>نظريًا</w:t>
      </w:r>
      <w:r w:rsidRPr="00B75AA7">
        <w:rPr>
          <w:rFonts w:ascii="Sakkal Majalla" w:hAnsi="Sakkal Majalla" w:cs="Sakkal Majalla"/>
          <w:szCs w:val="28"/>
          <w:rtl/>
        </w:rPr>
        <w:t xml:space="preserve"> </w:t>
      </w:r>
      <w:r w:rsidRPr="00B75AA7">
        <w:rPr>
          <w:rFonts w:ascii="Sakkal Majalla" w:hAnsi="Sakkal Majalla" w:cs="Sakkal Majalla" w:hint="cs"/>
          <w:szCs w:val="28"/>
          <w:rtl/>
        </w:rPr>
        <w:t>دون</w:t>
      </w:r>
      <w:r w:rsidRPr="00B75AA7">
        <w:rPr>
          <w:rFonts w:ascii="Sakkal Majalla" w:hAnsi="Sakkal Majalla" w:cs="Sakkal Majalla"/>
          <w:szCs w:val="28"/>
          <w:rtl/>
        </w:rPr>
        <w:t xml:space="preserve"> </w:t>
      </w:r>
      <w:r w:rsidRPr="00B75AA7">
        <w:rPr>
          <w:rFonts w:ascii="Sakkal Majalla" w:hAnsi="Sakkal Majalla" w:cs="Sakkal Majalla" w:hint="cs"/>
          <w:szCs w:val="28"/>
          <w:rtl/>
        </w:rPr>
        <w:t>دعم</w:t>
      </w:r>
      <w:r w:rsidRPr="00B75AA7">
        <w:rPr>
          <w:rFonts w:ascii="Sakkal Majalla" w:hAnsi="Sakkal Majalla" w:cs="Sakkal Majalla"/>
          <w:szCs w:val="28"/>
          <w:rtl/>
        </w:rPr>
        <w:t xml:space="preserve"> </w:t>
      </w:r>
      <w:r w:rsidRPr="00B75AA7">
        <w:rPr>
          <w:rFonts w:ascii="Sakkal Majalla" w:hAnsi="Sakkal Majalla" w:cs="Sakkal Majalla" w:hint="cs"/>
          <w:szCs w:val="28"/>
          <w:rtl/>
        </w:rPr>
        <w:t>بأدوات</w:t>
      </w:r>
      <w:r w:rsidRPr="00B75AA7">
        <w:rPr>
          <w:rFonts w:ascii="Sakkal Majalla" w:hAnsi="Sakkal Majalla" w:cs="Sakkal Majalla"/>
          <w:szCs w:val="28"/>
          <w:rtl/>
        </w:rPr>
        <w:t xml:space="preserve"> </w:t>
      </w:r>
      <w:r w:rsidRPr="00B75AA7">
        <w:rPr>
          <w:rFonts w:ascii="Sakkal Majalla" w:hAnsi="Sakkal Majalla" w:cs="Sakkal Majalla" w:hint="cs"/>
          <w:szCs w:val="28"/>
          <w:rtl/>
        </w:rPr>
        <w:t>تطبيقية</w:t>
      </w:r>
      <w:r w:rsidRPr="00B75AA7">
        <w:rPr>
          <w:rFonts w:ascii="Sakkal Majalla" w:hAnsi="Sakkal Majalla" w:cs="Sakkal Majalla"/>
          <w:szCs w:val="28"/>
          <w:rtl/>
        </w:rPr>
        <w:t xml:space="preserve"> </w:t>
      </w:r>
      <w:r w:rsidRPr="00B75AA7">
        <w:rPr>
          <w:rFonts w:ascii="Sakkal Majalla" w:hAnsi="Sakkal Majalla" w:cs="Sakkal Majalla" w:hint="cs"/>
          <w:szCs w:val="28"/>
          <w:rtl/>
        </w:rPr>
        <w:t>قابلة</w:t>
      </w:r>
      <w:r w:rsidRPr="00B75AA7">
        <w:rPr>
          <w:rFonts w:ascii="Sakkal Majalla" w:hAnsi="Sakkal Majalla" w:cs="Sakkal Majalla"/>
          <w:szCs w:val="28"/>
          <w:rtl/>
        </w:rPr>
        <w:t xml:space="preserve"> </w:t>
      </w:r>
      <w:r w:rsidRPr="00B75AA7">
        <w:rPr>
          <w:rFonts w:ascii="Sakkal Majalla" w:hAnsi="Sakkal Majalla" w:cs="Sakkal Majalla" w:hint="cs"/>
          <w:szCs w:val="28"/>
          <w:rtl/>
        </w:rPr>
        <w:t>للتنفيذ</w:t>
      </w:r>
      <w:r w:rsidRPr="00B75AA7">
        <w:rPr>
          <w:rFonts w:ascii="Sakkal Majalla" w:hAnsi="Sakkal Majalla" w:cs="Sakkal Majalla"/>
          <w:szCs w:val="28"/>
        </w:rPr>
        <w:t>.</w:t>
      </w:r>
    </w:p>
    <w:p w14:paraId="3B672E67" w14:textId="53C5A61F" w:rsidR="00CA1468" w:rsidRPr="00CA1468" w:rsidRDefault="00CA1468" w:rsidP="00347AC4">
      <w:pPr>
        <w:bidi/>
        <w:spacing w:line="360" w:lineRule="auto"/>
        <w:jc w:val="lowKashida"/>
        <w:rPr>
          <w:rFonts w:ascii="Sakkal Majalla" w:hAnsi="Sakkal Majalla" w:cs="Sakkal Majalla"/>
          <w:szCs w:val="28"/>
        </w:rPr>
      </w:pPr>
      <w:r w:rsidRPr="00CA1468">
        <w:rPr>
          <w:rFonts w:ascii="Sakkal Majalla" w:hAnsi="Sakkal Majalla" w:cs="Sakkal Majalla"/>
          <w:szCs w:val="28"/>
          <w:rtl/>
        </w:rPr>
        <w:t>تشير الدراسات</w:t>
      </w:r>
      <w:r>
        <w:rPr>
          <w:rFonts w:ascii="Sakkal Majalla" w:hAnsi="Sakkal Majalla" w:cs="Sakkal Majalla" w:hint="cs"/>
          <w:szCs w:val="28"/>
          <w:rtl/>
        </w:rPr>
        <w:t xml:space="preserve"> المذكورة</w:t>
      </w:r>
      <w:r w:rsidRPr="00CA1468">
        <w:rPr>
          <w:rFonts w:ascii="Sakkal Majalla" w:hAnsi="Sakkal Majalla" w:cs="Sakkal Majalla"/>
          <w:szCs w:val="28"/>
          <w:rtl/>
        </w:rPr>
        <w:t xml:space="preserve"> إلى أن استدامة الابتكار في الجهات الحكومية لا تتحقق بالاعتماد على القدرات الداخلية وحدها أو الدعم الخارجي فقط، بل من خلال تكامل واضح بين الاثنين. فالشركات الاستشارية قد تقدم أدوات ومعرفة مهمة، لكن أثرها لا يستمر ما لم تكن الجهة الحكومية قادرة على استيعاب هذه المعرفة وتطبيقها داخليًا</w:t>
      </w:r>
      <w:r w:rsidRPr="00CA1468">
        <w:rPr>
          <w:rFonts w:ascii="Sakkal Majalla" w:hAnsi="Sakkal Majalla" w:cs="Sakkal Majalla"/>
          <w:szCs w:val="28"/>
        </w:rPr>
        <w:t>.</w:t>
      </w:r>
    </w:p>
    <w:p w14:paraId="006BE7E2" w14:textId="77777777" w:rsidR="00CA1468" w:rsidRPr="00CA1468" w:rsidRDefault="00CA1468" w:rsidP="00347AC4">
      <w:pPr>
        <w:bidi/>
        <w:spacing w:line="360" w:lineRule="auto"/>
        <w:jc w:val="lowKashida"/>
        <w:rPr>
          <w:rFonts w:ascii="Sakkal Majalla" w:hAnsi="Sakkal Majalla" w:cs="Sakkal Majalla"/>
          <w:szCs w:val="28"/>
        </w:rPr>
      </w:pPr>
      <w:r w:rsidRPr="00CA1468">
        <w:rPr>
          <w:rFonts w:ascii="Sakkal Majalla" w:hAnsi="Sakkal Majalla" w:cs="Sakkal Majalla"/>
          <w:szCs w:val="28"/>
          <w:rtl/>
        </w:rPr>
        <w:t>يعتمد هذا التكامل على وجود بيئة تنظيمية داخل الجهة مستعدة للتغيير، وقادرة على التعلم وتبني الممارسات الجديدة. كما تؤكد الأدبيات على أهمية تصميم العلاقة مع الشركات الاستشارية كشراكة استراتيجية تركز على نقل المعرفة وبناء القدرات، وليس مجرد تقديم حلول جاهزة</w:t>
      </w:r>
      <w:r w:rsidRPr="00CA1468">
        <w:rPr>
          <w:rFonts w:ascii="Sakkal Majalla" w:hAnsi="Sakkal Majalla" w:cs="Sakkal Majalla"/>
          <w:szCs w:val="28"/>
        </w:rPr>
        <w:t>.</w:t>
      </w:r>
    </w:p>
    <w:p w14:paraId="46AB80FF" w14:textId="77777777" w:rsidR="00CA1468" w:rsidRPr="00CA1468" w:rsidRDefault="00CA1468" w:rsidP="00347AC4">
      <w:pPr>
        <w:bidi/>
        <w:spacing w:line="360" w:lineRule="auto"/>
        <w:jc w:val="lowKashida"/>
        <w:rPr>
          <w:rFonts w:ascii="Sakkal Majalla" w:hAnsi="Sakkal Majalla" w:cs="Sakkal Majalla"/>
          <w:szCs w:val="28"/>
        </w:rPr>
      </w:pPr>
      <w:r w:rsidRPr="00CA1468">
        <w:rPr>
          <w:rFonts w:ascii="Sakkal Majalla" w:hAnsi="Sakkal Majalla" w:cs="Sakkal Majalla"/>
          <w:szCs w:val="28"/>
          <w:rtl/>
        </w:rPr>
        <w:lastRenderedPageBreak/>
        <w:t>ومع أن بعض الدراسات ناقشت هذا التفاعل، إلا أنها لم توضح بشكل كافٍ كيف يمكن تحقيقه عمليًا في بيئات حكومية مثل الخليج، مما يكشف عن فجوة تطبيقية. ومن هنا، تبرز الحاجة إلى نموذج يوضح كيف يمكن تحقيق هذا التكامل بطريقة منهجية تدعم الابتكار وتُبقي أثره مستمرًا داخل الجهة الحكومية</w:t>
      </w:r>
      <w:r w:rsidRPr="00CA1468">
        <w:rPr>
          <w:rFonts w:ascii="Sakkal Majalla" w:hAnsi="Sakkal Majalla" w:cs="Sakkal Majalla"/>
          <w:szCs w:val="28"/>
        </w:rPr>
        <w:t>.</w:t>
      </w:r>
    </w:p>
    <w:p w14:paraId="36CB489C" w14:textId="5D30DA2B" w:rsidR="00AC29DB" w:rsidRPr="00A24E6A" w:rsidRDefault="00AC29DB" w:rsidP="00083D43">
      <w:pPr>
        <w:bidi/>
        <w:spacing w:line="360" w:lineRule="auto"/>
        <w:rPr>
          <w:rFonts w:ascii="Sakkal Majalla" w:hAnsi="Sakkal Majalla" w:cs="Sakkal Majalla"/>
          <w:b/>
          <w:bCs/>
          <w:sz w:val="32"/>
          <w:szCs w:val="32"/>
          <w:rtl/>
        </w:rPr>
      </w:pPr>
      <w:r w:rsidRPr="00A24E6A">
        <w:rPr>
          <w:rFonts w:ascii="Sakkal Majalla" w:hAnsi="Sakkal Majalla" w:cs="Sakkal Majalla" w:hint="cs"/>
          <w:b/>
          <w:bCs/>
          <w:sz w:val="32"/>
          <w:szCs w:val="32"/>
          <w:rtl/>
        </w:rPr>
        <w:t>2.2 ملخص الدراسات السابقة</w:t>
      </w:r>
    </w:p>
    <w:p w14:paraId="349CCDC7" w14:textId="77777777" w:rsidR="002573B3" w:rsidRPr="002573B3" w:rsidRDefault="002573B3" w:rsidP="00347AC4">
      <w:pPr>
        <w:bidi/>
        <w:spacing w:line="360" w:lineRule="auto"/>
        <w:jc w:val="lowKashida"/>
        <w:rPr>
          <w:rFonts w:ascii="Sakkal Majalla" w:hAnsi="Sakkal Majalla" w:cs="Sakkal Majalla"/>
          <w:szCs w:val="28"/>
        </w:rPr>
      </w:pPr>
      <w:r w:rsidRPr="002573B3">
        <w:rPr>
          <w:rFonts w:ascii="Sakkal Majalla" w:hAnsi="Sakkal Majalla" w:cs="Sakkal Majalla"/>
          <w:szCs w:val="28"/>
          <w:rtl/>
        </w:rPr>
        <w:t>تشير الاتجاهات الحديثة في ميدان الابتكار الحكومي إلى أن تعزيز بيئة مؤسسية قادرة على الابتكار لا يتحقق فقط من خلال توافر الموارد أو صدور التوجيهات، بل يتطلب بناء قدرات داخلية عميقة تشمل القيادة التمكينية، والثقافة التنظيمية المحفزة، وآليات التعلم المستمر. تؤدي هذه العوامل مجتمعة إلى ترسيخ الابتكار كممارسة مؤسسية بدلاً من أن يظل مبادرة ظرفية</w:t>
      </w:r>
      <w:r w:rsidRPr="002573B3">
        <w:rPr>
          <w:rFonts w:ascii="Sakkal Majalla" w:hAnsi="Sakkal Majalla" w:cs="Sakkal Majalla"/>
          <w:szCs w:val="28"/>
        </w:rPr>
        <w:t>.</w:t>
      </w:r>
    </w:p>
    <w:p w14:paraId="7E8F0BA7" w14:textId="77777777" w:rsidR="002573B3" w:rsidRPr="002573B3" w:rsidRDefault="002573B3" w:rsidP="00347AC4">
      <w:pPr>
        <w:bidi/>
        <w:spacing w:line="360" w:lineRule="auto"/>
        <w:jc w:val="lowKashida"/>
        <w:rPr>
          <w:rFonts w:ascii="Sakkal Majalla" w:hAnsi="Sakkal Majalla" w:cs="Sakkal Majalla"/>
          <w:szCs w:val="28"/>
        </w:rPr>
      </w:pPr>
      <w:r w:rsidRPr="002573B3">
        <w:rPr>
          <w:rFonts w:ascii="Sakkal Majalla" w:hAnsi="Sakkal Majalla" w:cs="Sakkal Majalla"/>
          <w:szCs w:val="28"/>
          <w:rtl/>
        </w:rPr>
        <w:t>في الوقت ذاته، يتضح أن الدعم الخارجي المتمثل في الشراكات مع الشركات الاستشارية يلعب دورًا محوريًا في دفع الابتكار، ليس فقط بتوفير الحلول، وإنما أيضًا بتيسير التفكير التصميمي، ونقل المعرفة، وتحفيز الجهات الحكومية على تبني نماذج جديدة في التخطيط والتنفيذ. ومع ذلك، تبقى القيمة الحقيقية لهذا الدعم مشروطة بجاهزية المؤسسة لاستيعاب المعرفة وتكييفها مع السياق الداخلي</w:t>
      </w:r>
      <w:r w:rsidRPr="002573B3">
        <w:rPr>
          <w:rFonts w:ascii="Sakkal Majalla" w:hAnsi="Sakkal Majalla" w:cs="Sakkal Majalla"/>
          <w:szCs w:val="28"/>
        </w:rPr>
        <w:t>.</w:t>
      </w:r>
    </w:p>
    <w:p w14:paraId="50BF06FE" w14:textId="77777777" w:rsidR="002573B3" w:rsidRPr="002573B3" w:rsidRDefault="002573B3" w:rsidP="00347AC4">
      <w:pPr>
        <w:bidi/>
        <w:spacing w:line="360" w:lineRule="auto"/>
        <w:jc w:val="lowKashida"/>
        <w:rPr>
          <w:rFonts w:ascii="Sakkal Majalla" w:hAnsi="Sakkal Majalla" w:cs="Sakkal Majalla"/>
          <w:szCs w:val="28"/>
        </w:rPr>
      </w:pPr>
      <w:r w:rsidRPr="002573B3">
        <w:rPr>
          <w:rFonts w:ascii="Sakkal Majalla" w:hAnsi="Sakkal Majalla" w:cs="Sakkal Majalla"/>
          <w:szCs w:val="28"/>
          <w:rtl/>
        </w:rPr>
        <w:t>وقد اتضح أن العلاقة الأكثر فاعلية بين الجهات الحكومية والاستشاريين هي تلك التي تقوم على شراكة معرفية طويلة المدى، تركز على بناء القدرات المؤسسية وليس فقط تنفيذ المهام. ويُعد التكامل بين القدرات التنظيمية الداخلية والدعم الاستشاري الخارجي شرطًا رئيسيًا لتحقيق أثر ابتكاري مستدام، خاصة في ظل البيئات الحكومية المعقدة</w:t>
      </w:r>
      <w:r w:rsidRPr="002573B3">
        <w:rPr>
          <w:rFonts w:ascii="Sakkal Majalla" w:hAnsi="Sakkal Majalla" w:cs="Sakkal Majalla"/>
          <w:szCs w:val="28"/>
        </w:rPr>
        <w:t>.</w:t>
      </w:r>
    </w:p>
    <w:p w14:paraId="4B7C2BE5" w14:textId="77777777" w:rsidR="002573B3" w:rsidRPr="002573B3" w:rsidRDefault="002573B3" w:rsidP="00347AC4">
      <w:pPr>
        <w:bidi/>
        <w:spacing w:line="360" w:lineRule="auto"/>
        <w:jc w:val="lowKashida"/>
        <w:rPr>
          <w:rFonts w:ascii="Sakkal Majalla" w:hAnsi="Sakkal Majalla" w:cs="Sakkal Majalla"/>
          <w:szCs w:val="28"/>
        </w:rPr>
      </w:pPr>
      <w:r w:rsidRPr="002573B3">
        <w:rPr>
          <w:rFonts w:ascii="Sakkal Majalla" w:hAnsi="Sakkal Majalla" w:cs="Sakkal Majalla"/>
          <w:szCs w:val="28"/>
          <w:rtl/>
        </w:rPr>
        <w:t>كما أن استدامة الابتكار تظل تحديًا قائمًا، إذ تعاني كثير من المبادرات الحكومية من تآكل الأثر الابتكاري بمجرد انتهاء العقود أو غياب الفرق الداعمة، بسبب غياب البنية المؤسسية الداعمة، أو ضعف التكامل بين وحدات التخطيط والتنفيذ، أو عدم وجود رؤية استراتيجية بعيدة المدى للابتكار. وتؤكد الأدلة على أن استمرارية الأثر تتطلب تضمين الابتكار ضمن هياكل الحوكمة، وخطط الأداء، ونقل المعرفة كمكون أساسي في أي تدخل خارجي</w:t>
      </w:r>
      <w:r w:rsidRPr="002573B3">
        <w:rPr>
          <w:rFonts w:ascii="Sakkal Majalla" w:hAnsi="Sakkal Majalla" w:cs="Sakkal Majalla"/>
          <w:szCs w:val="28"/>
        </w:rPr>
        <w:t>.</w:t>
      </w:r>
    </w:p>
    <w:p w14:paraId="75ACC010" w14:textId="77777777" w:rsidR="002573B3" w:rsidRPr="002573B3" w:rsidRDefault="002573B3" w:rsidP="00347AC4">
      <w:pPr>
        <w:bidi/>
        <w:spacing w:line="360" w:lineRule="auto"/>
        <w:jc w:val="lowKashida"/>
        <w:rPr>
          <w:rFonts w:ascii="Sakkal Majalla" w:hAnsi="Sakkal Majalla" w:cs="Sakkal Majalla"/>
          <w:szCs w:val="28"/>
        </w:rPr>
      </w:pPr>
      <w:r w:rsidRPr="002573B3">
        <w:rPr>
          <w:rFonts w:ascii="Sakkal Majalla" w:hAnsi="Sakkal Majalla" w:cs="Sakkal Majalla"/>
          <w:szCs w:val="28"/>
          <w:rtl/>
        </w:rPr>
        <w:lastRenderedPageBreak/>
        <w:t>ورغم تنوع المداخل النظرية والعملية لدراسة الابتكار، لا تزال الحاجة قائمة إلى نموذج تطبيقي واضح يدمج هذه الأبعاد بشكل يعكس خصوصية السياق الإداري والثقافي للجهات الحكومية في المملكة العربية السعودية، ويعالج التحدي المزدوج المتمثل في بناء قدرات داخلية والاستفادة المثلى من الدعم الخارجي لضمان استدامة الأثر الابتكاري</w:t>
      </w:r>
    </w:p>
    <w:p w14:paraId="7752324F" w14:textId="530C1997" w:rsidR="00CB12F5" w:rsidRPr="00A24E6A" w:rsidRDefault="00AC29DB" w:rsidP="00083D43">
      <w:pPr>
        <w:bidi/>
        <w:spacing w:line="360" w:lineRule="auto"/>
        <w:rPr>
          <w:rFonts w:ascii="Sakkal Majalla" w:hAnsi="Sakkal Majalla" w:cs="Sakkal Majalla"/>
          <w:b/>
          <w:bCs/>
          <w:sz w:val="32"/>
          <w:szCs w:val="32"/>
          <w:rtl/>
        </w:rPr>
      </w:pPr>
      <w:r w:rsidRPr="00A24E6A">
        <w:rPr>
          <w:rFonts w:ascii="Sakkal Majalla" w:hAnsi="Sakkal Majalla" w:cs="Sakkal Majalla" w:hint="cs"/>
          <w:b/>
          <w:bCs/>
          <w:sz w:val="32"/>
          <w:szCs w:val="32"/>
          <w:rtl/>
        </w:rPr>
        <w:t>2.3</w:t>
      </w:r>
      <w:r w:rsidR="00C2205E" w:rsidRPr="00A24E6A">
        <w:rPr>
          <w:rFonts w:ascii="Sakkal Majalla" w:hAnsi="Sakkal Majalla" w:cs="Sakkal Majalla"/>
          <w:b/>
          <w:bCs/>
          <w:sz w:val="32"/>
          <w:szCs w:val="32"/>
          <w:rtl/>
        </w:rPr>
        <w:t>ال</w:t>
      </w:r>
      <w:r w:rsidR="00CB12F5" w:rsidRPr="00A24E6A">
        <w:rPr>
          <w:rFonts w:ascii="Sakkal Majalla" w:hAnsi="Sakkal Majalla" w:cs="Sakkal Majalla"/>
          <w:b/>
          <w:bCs/>
          <w:sz w:val="32"/>
          <w:szCs w:val="32"/>
          <w:rtl/>
        </w:rPr>
        <w:t xml:space="preserve">ثغرات </w:t>
      </w:r>
      <w:r w:rsidR="00C2205E" w:rsidRPr="00A24E6A">
        <w:rPr>
          <w:rFonts w:ascii="Sakkal Majalla" w:hAnsi="Sakkal Majalla" w:cs="Sakkal Majalla"/>
          <w:b/>
          <w:bCs/>
          <w:sz w:val="32"/>
          <w:szCs w:val="32"/>
          <w:rtl/>
        </w:rPr>
        <w:t>ال</w:t>
      </w:r>
      <w:r w:rsidR="00CB12F5" w:rsidRPr="00A24E6A">
        <w:rPr>
          <w:rFonts w:ascii="Sakkal Majalla" w:hAnsi="Sakkal Majalla" w:cs="Sakkal Majalla"/>
          <w:b/>
          <w:bCs/>
          <w:sz w:val="32"/>
          <w:szCs w:val="32"/>
          <w:rtl/>
        </w:rPr>
        <w:t xml:space="preserve">معرفية </w:t>
      </w:r>
      <w:r w:rsidRPr="00A24E6A">
        <w:rPr>
          <w:rFonts w:ascii="Sakkal Majalla" w:hAnsi="Sakkal Majalla" w:cs="Sakkal Majalla" w:hint="cs"/>
          <w:b/>
          <w:bCs/>
          <w:sz w:val="32"/>
          <w:szCs w:val="32"/>
          <w:rtl/>
        </w:rPr>
        <w:t>في الدراسات السابقة</w:t>
      </w:r>
      <w:r w:rsidR="00D866F6" w:rsidRPr="00A24E6A">
        <w:rPr>
          <w:rFonts w:ascii="Sakkal Majalla" w:hAnsi="Sakkal Majalla" w:cs="Sakkal Majalla"/>
          <w:b/>
          <w:bCs/>
          <w:sz w:val="32"/>
          <w:szCs w:val="32"/>
          <w:rtl/>
        </w:rPr>
        <w:t>:</w:t>
      </w:r>
    </w:p>
    <w:p w14:paraId="382AB277" w14:textId="77777777" w:rsidR="00823D38" w:rsidRPr="00823D38" w:rsidRDefault="00823D38" w:rsidP="00347AC4">
      <w:pPr>
        <w:bidi/>
        <w:spacing w:line="360" w:lineRule="auto"/>
        <w:jc w:val="lowKashida"/>
        <w:rPr>
          <w:rFonts w:ascii="Sakkal Majalla" w:hAnsi="Sakkal Majalla" w:cs="Sakkal Majalla"/>
          <w:szCs w:val="28"/>
        </w:rPr>
      </w:pPr>
      <w:r w:rsidRPr="00823D38">
        <w:rPr>
          <w:rFonts w:ascii="Sakkal Majalla" w:hAnsi="Sakkal Majalla" w:cs="Sakkal Majalla"/>
          <w:szCs w:val="28"/>
          <w:rtl/>
        </w:rPr>
        <w:t>يتبين من تحليل الأدبيات أن هناك اهتمامًا متزايدًا بتوسيع مفهوم الابتكار في القطاع الحكومي، وتوضيح العوامل المؤثرة فيه داخليًا وخارجيًا، إلا أن هذا الحقل لا يزال يعاني من عدد من الثغرات المعرفية التي تبرر الحاجة إلى إجراء هذا البحث. ومن أبرز هذه الثغرات</w:t>
      </w:r>
      <w:r w:rsidRPr="00823D38">
        <w:rPr>
          <w:rFonts w:ascii="Sakkal Majalla" w:hAnsi="Sakkal Majalla" w:cs="Sakkal Majalla"/>
          <w:szCs w:val="28"/>
        </w:rPr>
        <w:t>:</w:t>
      </w:r>
    </w:p>
    <w:p w14:paraId="1F135477" w14:textId="3F04DF7F" w:rsidR="002573B3" w:rsidRPr="002573B3" w:rsidRDefault="002573B3" w:rsidP="00347AC4">
      <w:pPr>
        <w:pStyle w:val="ListParagraph"/>
        <w:numPr>
          <w:ilvl w:val="0"/>
          <w:numId w:val="32"/>
        </w:numPr>
        <w:bidi/>
        <w:spacing w:line="360" w:lineRule="auto"/>
        <w:jc w:val="lowKashida"/>
        <w:rPr>
          <w:rFonts w:ascii="Sakkal Majalla" w:hAnsi="Sakkal Majalla" w:cs="Sakkal Majalla"/>
          <w:szCs w:val="28"/>
        </w:rPr>
      </w:pPr>
      <w:r w:rsidRPr="002573B3">
        <w:rPr>
          <w:rFonts w:ascii="Sakkal Majalla" w:hAnsi="Sakkal Majalla" w:cs="Sakkal Majalla"/>
          <w:szCs w:val="28"/>
          <w:rtl/>
        </w:rPr>
        <w:t>ضعف</w:t>
      </w:r>
      <w:r w:rsidRPr="002573B3">
        <w:rPr>
          <w:rFonts w:ascii="Sakkal Majalla" w:hAnsi="Sakkal Majalla" w:cs="Sakkal Majalla"/>
          <w:b/>
          <w:bCs/>
          <w:szCs w:val="28"/>
          <w:rtl/>
        </w:rPr>
        <w:t xml:space="preserve"> الربط بين القدرات الداخلية والدعم الاستشاري الخارجي</w:t>
      </w:r>
      <w:r w:rsidRPr="002573B3">
        <w:rPr>
          <w:rFonts w:ascii="Sakkal Majalla" w:hAnsi="Sakkal Majalla" w:cs="Sakkal Majalla"/>
          <w:szCs w:val="28"/>
        </w:rPr>
        <w:br/>
      </w:r>
      <w:r w:rsidRPr="002573B3">
        <w:rPr>
          <w:rFonts w:ascii="Sakkal Majalla" w:hAnsi="Sakkal Majalla" w:cs="Sakkal Majalla"/>
          <w:szCs w:val="28"/>
          <w:rtl/>
        </w:rPr>
        <w:t>معظم الدراسات تناولت الابتكار من زاوية واحدة فقط، إما التركيز على التمكين الداخلي (مثل القيادة والثقافة التنظيمية) أو على دور الشركات الاستشارية، دون تحليل التفاعل بين الطرفين وكيفية تكامل أدوارهما لتعزيز الابتكار واستدامته داخل الجهات الحكومية</w:t>
      </w:r>
      <w:r w:rsidRPr="002573B3">
        <w:rPr>
          <w:rFonts w:ascii="Sakkal Majalla" w:hAnsi="Sakkal Majalla" w:cs="Sakkal Majalla"/>
          <w:szCs w:val="28"/>
        </w:rPr>
        <w:t>.</w:t>
      </w:r>
    </w:p>
    <w:p w14:paraId="439C0FEE" w14:textId="36FFCE35" w:rsidR="002573B3" w:rsidRPr="002573B3" w:rsidRDefault="002573B3" w:rsidP="00347AC4">
      <w:pPr>
        <w:pStyle w:val="ListParagraph"/>
        <w:numPr>
          <w:ilvl w:val="0"/>
          <w:numId w:val="32"/>
        </w:numPr>
        <w:bidi/>
        <w:spacing w:line="360" w:lineRule="auto"/>
        <w:jc w:val="lowKashida"/>
        <w:rPr>
          <w:rFonts w:ascii="Sakkal Majalla" w:hAnsi="Sakkal Majalla" w:cs="Sakkal Majalla"/>
          <w:szCs w:val="28"/>
        </w:rPr>
      </w:pPr>
      <w:r w:rsidRPr="002573B3">
        <w:rPr>
          <w:rFonts w:ascii="Sakkal Majalla" w:hAnsi="Sakkal Majalla" w:cs="Sakkal Majalla"/>
          <w:szCs w:val="28"/>
          <w:rtl/>
        </w:rPr>
        <w:t>غياب</w:t>
      </w:r>
      <w:r w:rsidRPr="002573B3">
        <w:rPr>
          <w:rFonts w:ascii="Sakkal Majalla" w:hAnsi="Sakkal Majalla" w:cs="Sakkal Majalla"/>
          <w:b/>
          <w:bCs/>
          <w:szCs w:val="28"/>
          <w:rtl/>
        </w:rPr>
        <w:t xml:space="preserve"> النماذج التطبيقية للتكامل المؤسسي</w:t>
      </w:r>
      <w:r w:rsidRPr="002573B3">
        <w:rPr>
          <w:rFonts w:ascii="Sakkal Majalla" w:hAnsi="Sakkal Majalla" w:cs="Sakkal Majalla"/>
          <w:szCs w:val="28"/>
        </w:rPr>
        <w:br/>
      </w:r>
      <w:r w:rsidRPr="002573B3">
        <w:rPr>
          <w:rFonts w:ascii="Sakkal Majalla" w:hAnsi="Sakkal Majalla" w:cs="Sakkal Majalla"/>
          <w:szCs w:val="28"/>
          <w:rtl/>
        </w:rPr>
        <w:t>لا تقدم الأدبيات الحالية نماذج إجرائية توضح كيفية تفعيل العلاقة بين التمكين الداخلي والدعم الخارجي في سياق عملي. هذا النقص يصعّب على الجهات الحكومية تبني آليات واضحة لبناء شراكات استراتيجية فعالة مع المستشارين</w:t>
      </w:r>
      <w:r w:rsidRPr="002573B3">
        <w:rPr>
          <w:rFonts w:ascii="Sakkal Majalla" w:hAnsi="Sakkal Majalla" w:cs="Sakkal Majalla"/>
          <w:szCs w:val="28"/>
        </w:rPr>
        <w:t>.</w:t>
      </w:r>
    </w:p>
    <w:p w14:paraId="551BE7DD" w14:textId="68ABB62D" w:rsidR="002573B3" w:rsidRPr="002573B3" w:rsidRDefault="002573B3" w:rsidP="00347AC4">
      <w:pPr>
        <w:pStyle w:val="ListParagraph"/>
        <w:numPr>
          <w:ilvl w:val="0"/>
          <w:numId w:val="32"/>
        </w:numPr>
        <w:bidi/>
        <w:spacing w:line="360" w:lineRule="auto"/>
        <w:jc w:val="lowKashida"/>
        <w:rPr>
          <w:rFonts w:ascii="Sakkal Majalla" w:hAnsi="Sakkal Majalla" w:cs="Sakkal Majalla"/>
          <w:szCs w:val="28"/>
        </w:rPr>
      </w:pPr>
      <w:r w:rsidRPr="002573B3">
        <w:rPr>
          <w:rFonts w:ascii="Sakkal Majalla" w:hAnsi="Sakkal Majalla" w:cs="Sakkal Majalla" w:hint="cs"/>
          <w:szCs w:val="28"/>
          <w:rtl/>
        </w:rPr>
        <w:t>ق</w:t>
      </w:r>
      <w:r w:rsidRPr="002573B3">
        <w:rPr>
          <w:rFonts w:ascii="Sakkal Majalla" w:hAnsi="Sakkal Majalla" w:cs="Sakkal Majalla"/>
          <w:szCs w:val="28"/>
          <w:rtl/>
        </w:rPr>
        <w:t>صور</w:t>
      </w:r>
      <w:r w:rsidRPr="002573B3">
        <w:rPr>
          <w:rFonts w:ascii="Sakkal Majalla" w:hAnsi="Sakkal Majalla" w:cs="Sakkal Majalla"/>
          <w:b/>
          <w:bCs/>
          <w:szCs w:val="28"/>
          <w:rtl/>
        </w:rPr>
        <w:t xml:space="preserve"> في معالجة استدامة الابتكار بعد انتهاء العقود الاستشارية</w:t>
      </w:r>
      <w:r w:rsidRPr="002573B3">
        <w:rPr>
          <w:rFonts w:ascii="Sakkal Majalla" w:hAnsi="Sakkal Majalla" w:cs="Sakkal Majalla"/>
          <w:szCs w:val="28"/>
        </w:rPr>
        <w:br/>
      </w:r>
      <w:r w:rsidRPr="002573B3">
        <w:rPr>
          <w:rFonts w:ascii="Sakkal Majalla" w:hAnsi="Sakkal Majalla" w:cs="Sakkal Majalla"/>
          <w:szCs w:val="28"/>
          <w:rtl/>
        </w:rPr>
        <w:t>تركز معظم الدراسات على نتائج الابتكار أثناء تنفيذ المشاريع فقط، ولا تتناول بشكل كافٍ ما يحدث بعد مغادرة الشركات الاستشارية، من حيث الحفاظ على المكتسبات ونقل المعرفة وبناء "ذاكرة مؤسسية" قادرة على الاستمرار والتطور</w:t>
      </w:r>
      <w:r w:rsidRPr="002573B3">
        <w:rPr>
          <w:rFonts w:ascii="Sakkal Majalla" w:hAnsi="Sakkal Majalla" w:cs="Sakkal Majalla"/>
          <w:szCs w:val="28"/>
        </w:rPr>
        <w:t>.</w:t>
      </w:r>
    </w:p>
    <w:p w14:paraId="2A9AF14A" w14:textId="0A0DAF8B" w:rsidR="002573B3" w:rsidRPr="002573B3" w:rsidRDefault="002573B3" w:rsidP="00347AC4">
      <w:pPr>
        <w:pStyle w:val="ListParagraph"/>
        <w:numPr>
          <w:ilvl w:val="0"/>
          <w:numId w:val="32"/>
        </w:numPr>
        <w:bidi/>
        <w:spacing w:line="360" w:lineRule="auto"/>
        <w:jc w:val="lowKashida"/>
        <w:rPr>
          <w:rFonts w:ascii="Sakkal Majalla" w:hAnsi="Sakkal Majalla" w:cs="Sakkal Majalla"/>
          <w:szCs w:val="28"/>
        </w:rPr>
      </w:pPr>
      <w:r w:rsidRPr="002573B3">
        <w:rPr>
          <w:rFonts w:ascii="Sakkal Majalla" w:hAnsi="Sakkal Majalla" w:cs="Sakkal Majalla"/>
          <w:szCs w:val="28"/>
          <w:rtl/>
        </w:rPr>
        <w:t>ضعف</w:t>
      </w:r>
      <w:r w:rsidRPr="002573B3">
        <w:rPr>
          <w:rFonts w:ascii="Sakkal Majalla" w:hAnsi="Sakkal Majalla" w:cs="Sakkal Majalla"/>
          <w:b/>
          <w:bCs/>
          <w:szCs w:val="28"/>
          <w:rtl/>
        </w:rPr>
        <w:t xml:space="preserve"> في تناول آليات نقل المعرفة وتوطينها داخل الجهة</w:t>
      </w:r>
      <w:r w:rsidRPr="002573B3">
        <w:rPr>
          <w:rFonts w:ascii="Sakkal Majalla" w:hAnsi="Sakkal Majalla" w:cs="Sakkal Majalla"/>
          <w:szCs w:val="28"/>
        </w:rPr>
        <w:br/>
      </w:r>
      <w:r w:rsidRPr="002573B3">
        <w:rPr>
          <w:rFonts w:ascii="Sakkal Majalla" w:hAnsi="Sakkal Majalla" w:cs="Sakkal Majalla"/>
          <w:szCs w:val="28"/>
          <w:rtl/>
        </w:rPr>
        <w:t xml:space="preserve">تُهمل الدراسات توضيح الكيفية التي يمكن من خلالها تحويل الخبرات التي تقدمها الشركات الاستشارية إلى </w:t>
      </w:r>
      <w:r w:rsidRPr="002573B3">
        <w:rPr>
          <w:rFonts w:ascii="Sakkal Majalla" w:hAnsi="Sakkal Majalla" w:cs="Sakkal Majalla"/>
          <w:szCs w:val="28"/>
          <w:rtl/>
        </w:rPr>
        <w:lastRenderedPageBreak/>
        <w:t>معرفة مؤسسية مستدامة، سواء من خلال أدوات، أو سياسات داخلية، أو تصميم العقود الاستشارية بطريقة تضمن تسليم المعرفة وتدويرها</w:t>
      </w:r>
      <w:r w:rsidRPr="002573B3">
        <w:rPr>
          <w:rFonts w:ascii="Sakkal Majalla" w:hAnsi="Sakkal Majalla" w:cs="Sakkal Majalla"/>
          <w:szCs w:val="28"/>
        </w:rPr>
        <w:t>.</w:t>
      </w:r>
    </w:p>
    <w:p w14:paraId="15275BDB" w14:textId="5B4A26F1" w:rsidR="002573B3" w:rsidRPr="002573B3" w:rsidRDefault="002573B3" w:rsidP="00347AC4">
      <w:pPr>
        <w:pStyle w:val="ListParagraph"/>
        <w:numPr>
          <w:ilvl w:val="0"/>
          <w:numId w:val="32"/>
        </w:numPr>
        <w:bidi/>
        <w:spacing w:line="360" w:lineRule="auto"/>
        <w:jc w:val="lowKashida"/>
        <w:rPr>
          <w:rFonts w:ascii="Sakkal Majalla" w:hAnsi="Sakkal Majalla" w:cs="Sakkal Majalla"/>
          <w:szCs w:val="28"/>
        </w:rPr>
      </w:pPr>
      <w:r w:rsidRPr="002573B3">
        <w:rPr>
          <w:rFonts w:ascii="Sakkal Majalla" w:hAnsi="Sakkal Majalla" w:cs="Sakkal Majalla"/>
          <w:szCs w:val="28"/>
          <w:rtl/>
        </w:rPr>
        <w:t>ندرة</w:t>
      </w:r>
      <w:r w:rsidRPr="002573B3">
        <w:rPr>
          <w:rFonts w:ascii="Sakkal Majalla" w:hAnsi="Sakkal Majalla" w:cs="Sakkal Majalla"/>
          <w:b/>
          <w:bCs/>
          <w:szCs w:val="28"/>
          <w:rtl/>
        </w:rPr>
        <w:t xml:space="preserve"> الدراسات في السياق السعودي والخليجي</w:t>
      </w:r>
      <w:r w:rsidRPr="002573B3">
        <w:rPr>
          <w:rFonts w:ascii="Sakkal Majalla" w:hAnsi="Sakkal Majalla" w:cs="Sakkal Majalla"/>
          <w:szCs w:val="28"/>
        </w:rPr>
        <w:br/>
      </w:r>
      <w:r w:rsidRPr="002573B3">
        <w:rPr>
          <w:rFonts w:ascii="Sakkal Majalla" w:hAnsi="Sakkal Majalla" w:cs="Sakkal Majalla"/>
          <w:szCs w:val="28"/>
          <w:rtl/>
        </w:rPr>
        <w:t>بالرغم من تزايد مشاريع الابتكار الحكومية في السعودية، خاصة ضمن رؤية 2030، إلا أن معظم الدراسات المتاحة تنطلق من تجارب غربية. هذا يُظهر الحاجة إلى دراسات محلية تأخذ في الحسبان خصوصية البيئة التنظيمية والثقافية في المملكة</w:t>
      </w:r>
      <w:r w:rsidRPr="002573B3">
        <w:rPr>
          <w:rFonts w:ascii="Sakkal Majalla" w:hAnsi="Sakkal Majalla" w:cs="Sakkal Majalla"/>
          <w:szCs w:val="28"/>
        </w:rPr>
        <w:t>.</w:t>
      </w:r>
    </w:p>
    <w:p w14:paraId="6B6D43BC" w14:textId="1FC0FE0D" w:rsidR="00CB12F5" w:rsidRPr="00A24E6A" w:rsidRDefault="00AC29DB" w:rsidP="00083D43">
      <w:pPr>
        <w:bidi/>
        <w:spacing w:line="360" w:lineRule="auto"/>
        <w:rPr>
          <w:rFonts w:ascii="Sakkal Majalla" w:hAnsi="Sakkal Majalla" w:cs="Sakkal Majalla"/>
          <w:b/>
          <w:bCs/>
          <w:sz w:val="32"/>
          <w:szCs w:val="32"/>
          <w:rtl/>
        </w:rPr>
      </w:pPr>
      <w:r w:rsidRPr="00A24E6A">
        <w:rPr>
          <w:rFonts w:ascii="Sakkal Majalla" w:hAnsi="Sakkal Majalla" w:cs="Sakkal Majalla" w:hint="cs"/>
          <w:b/>
          <w:bCs/>
          <w:sz w:val="32"/>
          <w:szCs w:val="32"/>
          <w:rtl/>
        </w:rPr>
        <w:t>2.4 الإطار النظري</w:t>
      </w:r>
    </w:p>
    <w:p w14:paraId="5F2C1D00" w14:textId="77777777" w:rsidR="00DA1069" w:rsidRPr="004439E2" w:rsidRDefault="00DA1069" w:rsidP="00347AC4">
      <w:pPr>
        <w:bidi/>
        <w:spacing w:line="360" w:lineRule="auto"/>
        <w:jc w:val="lowKashida"/>
        <w:rPr>
          <w:rFonts w:ascii="Sakkal Majalla" w:hAnsi="Sakkal Majalla" w:cs="Sakkal Majalla"/>
          <w:szCs w:val="28"/>
        </w:rPr>
      </w:pPr>
      <w:r w:rsidRPr="004439E2">
        <w:rPr>
          <w:rFonts w:ascii="Sakkal Majalla" w:hAnsi="Sakkal Majalla" w:cs="Sakkal Majalla"/>
          <w:szCs w:val="28"/>
          <w:rtl/>
        </w:rPr>
        <w:t xml:space="preserve">يرتكز هذا البحث على إطار نظري تكاملي يجمع بين المنظور التنظيمي الذي يركّز على القدرات التمكينية الداخلية في الجهات الحكومية، والمنظور الخارجي الذي يُبرز الدور الاستراتيجي الذي تؤديه الشركات الاستشارية في دعم الابتكار الحكومي. ويفترض هذا الإطار أن استدامة الابتكار لا تنبع من أحد الطرفين بمعزل عن الآخر، بل تتحقق من خلال </w:t>
      </w:r>
      <w:r w:rsidRPr="004439E2">
        <w:rPr>
          <w:rFonts w:ascii="Sakkal Majalla" w:hAnsi="Sakkal Majalla" w:cs="Sakkal Majalla"/>
          <w:b/>
          <w:bCs/>
          <w:szCs w:val="28"/>
          <w:rtl/>
        </w:rPr>
        <w:t>تكامل تفاعلي بين الإمكانات التنظيمية الداخلية والدعم المعرفي الخارجي</w:t>
      </w:r>
      <w:r w:rsidRPr="004439E2">
        <w:rPr>
          <w:rFonts w:ascii="Sakkal Majalla" w:hAnsi="Sakkal Majalla" w:cs="Sakkal Majalla"/>
          <w:szCs w:val="28"/>
        </w:rPr>
        <w:t>.</w:t>
      </w:r>
    </w:p>
    <w:p w14:paraId="3A6167A3" w14:textId="77777777" w:rsidR="00DA1069" w:rsidRPr="004439E2" w:rsidRDefault="00DA1069" w:rsidP="00347AC4">
      <w:pPr>
        <w:bidi/>
        <w:spacing w:line="360" w:lineRule="auto"/>
        <w:jc w:val="lowKashida"/>
        <w:rPr>
          <w:rFonts w:ascii="Sakkal Majalla" w:hAnsi="Sakkal Majalla" w:cs="Sakkal Majalla"/>
          <w:szCs w:val="28"/>
        </w:rPr>
      </w:pPr>
      <w:r w:rsidRPr="004439E2">
        <w:rPr>
          <w:rFonts w:ascii="Sakkal Majalla" w:hAnsi="Sakkal Majalla" w:cs="Sakkal Majalla"/>
          <w:szCs w:val="28"/>
          <w:rtl/>
        </w:rPr>
        <w:t xml:space="preserve">ومن أجل تفسير هذا التكامل، يستند البحث كذلك إلى مفهوم </w:t>
      </w:r>
      <w:r w:rsidRPr="004439E2">
        <w:rPr>
          <w:rFonts w:ascii="Sakkal Majalla" w:hAnsi="Sakkal Majalla" w:cs="Sakkal Majalla"/>
          <w:b/>
          <w:bCs/>
          <w:szCs w:val="28"/>
        </w:rPr>
        <w:t>"</w:t>
      </w:r>
      <w:r w:rsidRPr="004439E2">
        <w:rPr>
          <w:rFonts w:ascii="Sakkal Majalla" w:hAnsi="Sakkal Majalla" w:cs="Sakkal Majalla"/>
          <w:b/>
          <w:bCs/>
          <w:szCs w:val="28"/>
          <w:rtl/>
        </w:rPr>
        <w:t>القدرة الامتصاصية المعرفية</w:t>
      </w:r>
      <w:r w:rsidRPr="004439E2">
        <w:rPr>
          <w:rFonts w:ascii="Sakkal Majalla" w:hAnsi="Sakkal Majalla" w:cs="Sakkal Majalla"/>
          <w:b/>
          <w:bCs/>
          <w:szCs w:val="28"/>
        </w:rPr>
        <w:t>" (Absorptive Capacity)</w:t>
      </w:r>
      <w:r w:rsidRPr="004439E2">
        <w:rPr>
          <w:rFonts w:ascii="Sakkal Majalla" w:hAnsi="Sakkal Majalla" w:cs="Sakkal Majalla"/>
          <w:szCs w:val="28"/>
          <w:rtl/>
        </w:rPr>
        <w:t xml:space="preserve">، الذي يُشير إلى مدى قدرة الجهات الحكومية على </w:t>
      </w:r>
      <w:r w:rsidRPr="004439E2">
        <w:rPr>
          <w:rFonts w:ascii="Sakkal Majalla" w:hAnsi="Sakkal Majalla" w:cs="Sakkal Majalla"/>
          <w:b/>
          <w:bCs/>
          <w:szCs w:val="28"/>
          <w:rtl/>
        </w:rPr>
        <w:t>استيعاب المعرفة والخبرات المقدمة من الأطراف الخارجية، وتكييفها مع سياقاتها المؤسسية، وتحويلها إلى ممارسات ابتكارية قابلة للاستمرار</w:t>
      </w:r>
      <w:r w:rsidRPr="004439E2">
        <w:rPr>
          <w:rFonts w:ascii="Sakkal Majalla" w:hAnsi="Sakkal Majalla" w:cs="Sakkal Majalla"/>
          <w:szCs w:val="28"/>
        </w:rPr>
        <w:t xml:space="preserve">. </w:t>
      </w:r>
      <w:r w:rsidRPr="004439E2">
        <w:rPr>
          <w:rFonts w:ascii="Sakkal Majalla" w:hAnsi="Sakkal Majalla" w:cs="Sakkal Majalla"/>
          <w:szCs w:val="28"/>
          <w:rtl/>
        </w:rPr>
        <w:t xml:space="preserve">ويُعد هذا المفهوم عنصرًا وسيطًا يفسر العلاقة بين العوامل الداخلية والدور </w:t>
      </w:r>
      <w:proofErr w:type="spellStart"/>
      <w:r w:rsidRPr="004439E2">
        <w:rPr>
          <w:rFonts w:ascii="Sakkal Majalla" w:hAnsi="Sakkal Majalla" w:cs="Sakkal Majalla"/>
          <w:szCs w:val="28"/>
          <w:rtl/>
        </w:rPr>
        <w:t>التمكيني</w:t>
      </w:r>
      <w:proofErr w:type="spellEnd"/>
      <w:r w:rsidRPr="004439E2">
        <w:rPr>
          <w:rFonts w:ascii="Sakkal Majalla" w:hAnsi="Sakkal Majalla" w:cs="Sakkal Majalla"/>
          <w:szCs w:val="28"/>
          <w:rtl/>
        </w:rPr>
        <w:t xml:space="preserve"> للشركات الاستشارية من جهة، وبين قدرة الجهة على ترسيخ الابتكار بشكل مستدام من جهة أخرى</w:t>
      </w:r>
      <w:r w:rsidRPr="004439E2">
        <w:rPr>
          <w:rFonts w:ascii="Sakkal Majalla" w:hAnsi="Sakkal Majalla" w:cs="Sakkal Majalla"/>
          <w:szCs w:val="28"/>
        </w:rPr>
        <w:t>.</w:t>
      </w:r>
    </w:p>
    <w:p w14:paraId="45D19B80" w14:textId="77777777" w:rsidR="00DA1069" w:rsidRPr="00DA1069" w:rsidRDefault="00DA1069" w:rsidP="00347AC4">
      <w:pPr>
        <w:bidi/>
        <w:spacing w:line="360" w:lineRule="auto"/>
        <w:jc w:val="lowKashida"/>
        <w:rPr>
          <w:rFonts w:ascii="Sakkal Majalla" w:hAnsi="Sakkal Majalla" w:cs="Sakkal Majalla"/>
          <w:szCs w:val="28"/>
        </w:rPr>
      </w:pPr>
      <w:r w:rsidRPr="004439E2">
        <w:rPr>
          <w:rFonts w:ascii="Sakkal Majalla" w:hAnsi="Sakkal Majalla" w:cs="Sakkal Majalla"/>
          <w:szCs w:val="28"/>
          <w:rtl/>
        </w:rPr>
        <w:t xml:space="preserve">وعليه، فإن هذا الإطار لا ينظر إلى الابتكار باعتباره نتاجًا لمبادرة مؤقتة أو مشروع منفصل، بل بوصفه عملية مؤسسية مستمرة تتطلب بيئة داخلية داعمة، وشراكات خارجية فعالة، وآليات تنظيمية تمكّن من </w:t>
      </w:r>
      <w:r w:rsidRPr="004439E2">
        <w:rPr>
          <w:rFonts w:ascii="Sakkal Majalla" w:hAnsi="Sakkal Majalla" w:cs="Sakkal Majalla"/>
          <w:b/>
          <w:bCs/>
          <w:szCs w:val="28"/>
          <w:rtl/>
        </w:rPr>
        <w:t>نقل المعرفة وتوطينها وتطويرها داخل الجهة الحكومية</w:t>
      </w:r>
      <w:r w:rsidRPr="004439E2">
        <w:rPr>
          <w:rFonts w:ascii="Sakkal Majalla" w:hAnsi="Sakkal Majalla" w:cs="Sakkal Majalla"/>
          <w:szCs w:val="28"/>
          <w:rtl/>
        </w:rPr>
        <w:t xml:space="preserve"> لضمان الاستدامة على المدى الطويل</w:t>
      </w:r>
      <w:r w:rsidRPr="004439E2">
        <w:rPr>
          <w:rFonts w:ascii="Sakkal Majalla" w:hAnsi="Sakkal Majalla" w:cs="Sakkal Majalla"/>
          <w:szCs w:val="28"/>
        </w:rPr>
        <w:t>.</w:t>
      </w:r>
    </w:p>
    <w:p w14:paraId="660716E0" w14:textId="77777777" w:rsidR="00FD36E8" w:rsidRPr="00FD36E8" w:rsidRDefault="00FD36E8" w:rsidP="00083D43">
      <w:pPr>
        <w:bidi/>
        <w:spacing w:line="360" w:lineRule="auto"/>
        <w:rPr>
          <w:rFonts w:ascii="Sakkal Majalla" w:hAnsi="Sakkal Majalla" w:cs="Sakkal Majalla"/>
          <w:b/>
          <w:bCs/>
          <w:sz w:val="32"/>
          <w:szCs w:val="32"/>
        </w:rPr>
      </w:pPr>
      <w:r w:rsidRPr="00FD36E8">
        <w:rPr>
          <w:rFonts w:ascii="Sakkal Majalla" w:hAnsi="Sakkal Majalla" w:cs="Sakkal Majalla"/>
          <w:b/>
          <w:bCs/>
          <w:sz w:val="32"/>
          <w:szCs w:val="32"/>
          <w:rtl/>
        </w:rPr>
        <w:t>أولًا: العوامل التمكينية الداخلية للابتكار الحكومي</w:t>
      </w:r>
    </w:p>
    <w:p w14:paraId="39057833" w14:textId="77777777" w:rsidR="00FD36E8" w:rsidRPr="00FD36E8" w:rsidRDefault="00FD36E8" w:rsidP="00347AC4">
      <w:pPr>
        <w:bidi/>
        <w:spacing w:line="360" w:lineRule="auto"/>
        <w:jc w:val="lowKashida"/>
        <w:rPr>
          <w:rFonts w:ascii="Sakkal Majalla" w:hAnsi="Sakkal Majalla" w:cs="Sakkal Majalla"/>
          <w:szCs w:val="28"/>
        </w:rPr>
      </w:pPr>
      <w:r w:rsidRPr="00FD36E8">
        <w:rPr>
          <w:rFonts w:ascii="Sakkal Majalla" w:hAnsi="Sakkal Majalla" w:cs="Sakkal Majalla"/>
          <w:szCs w:val="28"/>
          <w:rtl/>
        </w:rPr>
        <w:lastRenderedPageBreak/>
        <w:t>تشير الأدبيات إلى أن البيئة الداخلية للمؤسسة تشكّل الأساس لأي تحول ابتكاري مستدام، حيث يعتمد ذلك على توفر مجموعة من العناصر التنظيمية، من أبرزها</w:t>
      </w:r>
      <w:r w:rsidRPr="00FD36E8">
        <w:rPr>
          <w:rFonts w:ascii="Sakkal Majalla" w:hAnsi="Sakkal Majalla" w:cs="Sakkal Majalla"/>
          <w:szCs w:val="28"/>
        </w:rPr>
        <w:t>:</w:t>
      </w:r>
    </w:p>
    <w:p w14:paraId="21E11ACA" w14:textId="77777777" w:rsidR="00FD36E8" w:rsidRPr="00FD36E8" w:rsidRDefault="00FD36E8" w:rsidP="00347AC4">
      <w:pPr>
        <w:numPr>
          <w:ilvl w:val="0"/>
          <w:numId w:val="22"/>
        </w:numPr>
        <w:bidi/>
        <w:spacing w:line="360" w:lineRule="auto"/>
        <w:jc w:val="lowKashida"/>
        <w:rPr>
          <w:rFonts w:ascii="Sakkal Majalla" w:hAnsi="Sakkal Majalla" w:cs="Sakkal Majalla"/>
          <w:szCs w:val="28"/>
        </w:rPr>
      </w:pPr>
      <w:r w:rsidRPr="00FD36E8">
        <w:rPr>
          <w:rFonts w:ascii="Sakkal Majalla" w:hAnsi="Sakkal Majalla" w:cs="Sakkal Majalla"/>
          <w:b/>
          <w:bCs/>
          <w:szCs w:val="28"/>
          <w:rtl/>
        </w:rPr>
        <w:t>القيادة الداعمة</w:t>
      </w:r>
      <w:r w:rsidRPr="00FD36E8">
        <w:rPr>
          <w:rFonts w:ascii="Sakkal Majalla" w:hAnsi="Sakkal Majalla" w:cs="Sakkal Majalla"/>
          <w:b/>
          <w:bCs/>
          <w:szCs w:val="28"/>
        </w:rPr>
        <w:t>:</w:t>
      </w:r>
      <w:r w:rsidRPr="00FD36E8">
        <w:rPr>
          <w:rFonts w:ascii="Sakkal Majalla" w:hAnsi="Sakkal Majalla" w:cs="Sakkal Majalla"/>
          <w:szCs w:val="28"/>
        </w:rPr>
        <w:t xml:space="preserve"> </w:t>
      </w:r>
      <w:r w:rsidRPr="00FD36E8">
        <w:rPr>
          <w:rFonts w:ascii="Sakkal Majalla" w:hAnsi="Sakkal Majalla" w:cs="Sakkal Majalla"/>
          <w:szCs w:val="28"/>
          <w:rtl/>
        </w:rPr>
        <w:t>القادرة على توجيه الرؤية وتوفير الحوافز والموارد الضرورية لتبني الابتكار</w:t>
      </w:r>
      <w:r w:rsidRPr="00FD36E8">
        <w:rPr>
          <w:rFonts w:ascii="Sakkal Majalla" w:hAnsi="Sakkal Majalla" w:cs="Sakkal Majalla"/>
          <w:szCs w:val="28"/>
        </w:rPr>
        <w:t>.</w:t>
      </w:r>
    </w:p>
    <w:p w14:paraId="53CD7E30" w14:textId="77777777" w:rsidR="00FD36E8" w:rsidRPr="00FD36E8" w:rsidRDefault="00FD36E8" w:rsidP="00347AC4">
      <w:pPr>
        <w:numPr>
          <w:ilvl w:val="0"/>
          <w:numId w:val="22"/>
        </w:numPr>
        <w:bidi/>
        <w:spacing w:line="360" w:lineRule="auto"/>
        <w:jc w:val="lowKashida"/>
        <w:rPr>
          <w:rFonts w:ascii="Sakkal Majalla" w:hAnsi="Sakkal Majalla" w:cs="Sakkal Majalla"/>
          <w:szCs w:val="28"/>
        </w:rPr>
      </w:pPr>
      <w:r w:rsidRPr="00FD36E8">
        <w:rPr>
          <w:rFonts w:ascii="Sakkal Majalla" w:hAnsi="Sakkal Majalla" w:cs="Sakkal Majalla"/>
          <w:b/>
          <w:bCs/>
          <w:szCs w:val="28"/>
          <w:rtl/>
        </w:rPr>
        <w:t>الثقافة التنظيمية المنفتحة</w:t>
      </w:r>
      <w:r w:rsidRPr="00FD36E8">
        <w:rPr>
          <w:rFonts w:ascii="Sakkal Majalla" w:hAnsi="Sakkal Majalla" w:cs="Sakkal Majalla"/>
          <w:b/>
          <w:bCs/>
          <w:szCs w:val="28"/>
        </w:rPr>
        <w:t>:</w:t>
      </w:r>
      <w:r w:rsidRPr="00FD36E8">
        <w:rPr>
          <w:rFonts w:ascii="Sakkal Majalla" w:hAnsi="Sakkal Majalla" w:cs="Sakkal Majalla"/>
          <w:szCs w:val="28"/>
        </w:rPr>
        <w:t xml:space="preserve"> </w:t>
      </w:r>
      <w:r w:rsidRPr="00FD36E8">
        <w:rPr>
          <w:rFonts w:ascii="Sakkal Majalla" w:hAnsi="Sakkal Majalla" w:cs="Sakkal Majalla"/>
          <w:szCs w:val="28"/>
          <w:rtl/>
        </w:rPr>
        <w:t>التي تعزز التجريب، وتقبل المخاطرة، وتشجع على التعلم المستمر</w:t>
      </w:r>
      <w:r w:rsidRPr="00FD36E8">
        <w:rPr>
          <w:rFonts w:ascii="Sakkal Majalla" w:hAnsi="Sakkal Majalla" w:cs="Sakkal Majalla"/>
          <w:szCs w:val="28"/>
        </w:rPr>
        <w:t>.</w:t>
      </w:r>
    </w:p>
    <w:p w14:paraId="0D6EEA3B" w14:textId="77777777" w:rsidR="00FD36E8" w:rsidRPr="00FD36E8" w:rsidRDefault="00FD36E8" w:rsidP="00347AC4">
      <w:pPr>
        <w:numPr>
          <w:ilvl w:val="0"/>
          <w:numId w:val="22"/>
        </w:numPr>
        <w:bidi/>
        <w:spacing w:line="360" w:lineRule="auto"/>
        <w:jc w:val="lowKashida"/>
        <w:rPr>
          <w:rFonts w:ascii="Sakkal Majalla" w:hAnsi="Sakkal Majalla" w:cs="Sakkal Majalla"/>
          <w:szCs w:val="28"/>
        </w:rPr>
      </w:pPr>
      <w:r w:rsidRPr="00FD36E8">
        <w:rPr>
          <w:rFonts w:ascii="Sakkal Majalla" w:hAnsi="Sakkal Majalla" w:cs="Sakkal Majalla"/>
          <w:b/>
          <w:bCs/>
          <w:szCs w:val="28"/>
          <w:rtl/>
        </w:rPr>
        <w:t>البنية التحتية والموارد</w:t>
      </w:r>
      <w:r w:rsidRPr="00FD36E8">
        <w:rPr>
          <w:rFonts w:ascii="Sakkal Majalla" w:hAnsi="Sakkal Majalla" w:cs="Sakkal Majalla"/>
          <w:b/>
          <w:bCs/>
          <w:szCs w:val="28"/>
        </w:rPr>
        <w:t>:</w:t>
      </w:r>
      <w:r w:rsidRPr="00FD36E8">
        <w:rPr>
          <w:rFonts w:ascii="Sakkal Majalla" w:hAnsi="Sakkal Majalla" w:cs="Sakkal Majalla"/>
          <w:szCs w:val="28"/>
        </w:rPr>
        <w:t xml:space="preserve"> </w:t>
      </w:r>
      <w:r w:rsidRPr="00FD36E8">
        <w:rPr>
          <w:rFonts w:ascii="Sakkal Majalla" w:hAnsi="Sakkal Majalla" w:cs="Sakkal Majalla"/>
          <w:szCs w:val="28"/>
          <w:rtl/>
        </w:rPr>
        <w:t>بما يشمل الموارد البشرية المؤهلة والتمويل والأدوات التقنية</w:t>
      </w:r>
      <w:r w:rsidRPr="00FD36E8">
        <w:rPr>
          <w:rFonts w:ascii="Sakkal Majalla" w:hAnsi="Sakkal Majalla" w:cs="Sakkal Majalla"/>
          <w:szCs w:val="28"/>
        </w:rPr>
        <w:t>.</w:t>
      </w:r>
    </w:p>
    <w:p w14:paraId="731C9766" w14:textId="77777777" w:rsidR="00FD36E8" w:rsidRPr="00FD36E8" w:rsidRDefault="00FD36E8" w:rsidP="00347AC4">
      <w:pPr>
        <w:numPr>
          <w:ilvl w:val="0"/>
          <w:numId w:val="22"/>
        </w:numPr>
        <w:bidi/>
        <w:spacing w:line="360" w:lineRule="auto"/>
        <w:jc w:val="lowKashida"/>
        <w:rPr>
          <w:rFonts w:ascii="Sakkal Majalla" w:hAnsi="Sakkal Majalla" w:cs="Sakkal Majalla"/>
          <w:szCs w:val="28"/>
        </w:rPr>
      </w:pPr>
      <w:r w:rsidRPr="00FD36E8">
        <w:rPr>
          <w:rFonts w:ascii="Sakkal Majalla" w:hAnsi="Sakkal Majalla" w:cs="Sakkal Majalla"/>
          <w:b/>
          <w:bCs/>
          <w:szCs w:val="28"/>
          <w:rtl/>
        </w:rPr>
        <w:t>التعلم المؤسسي</w:t>
      </w:r>
      <w:r w:rsidRPr="00FD36E8">
        <w:rPr>
          <w:rFonts w:ascii="Sakkal Majalla" w:hAnsi="Sakkal Majalla" w:cs="Sakkal Majalla"/>
          <w:b/>
          <w:bCs/>
          <w:szCs w:val="28"/>
        </w:rPr>
        <w:t>:</w:t>
      </w:r>
      <w:r w:rsidRPr="00FD36E8">
        <w:rPr>
          <w:rFonts w:ascii="Sakkal Majalla" w:hAnsi="Sakkal Majalla" w:cs="Sakkal Majalla"/>
          <w:szCs w:val="28"/>
        </w:rPr>
        <w:t xml:space="preserve"> </w:t>
      </w:r>
      <w:r w:rsidRPr="00FD36E8">
        <w:rPr>
          <w:rFonts w:ascii="Sakkal Majalla" w:hAnsi="Sakkal Majalla" w:cs="Sakkal Majalla"/>
          <w:szCs w:val="28"/>
          <w:rtl/>
        </w:rPr>
        <w:t>الذي يُمكّن من تراكم المعرفة وتداولها بين الأفراد والإدارات عبر الزمن</w:t>
      </w:r>
      <w:r w:rsidRPr="00FD36E8">
        <w:rPr>
          <w:rFonts w:ascii="Sakkal Majalla" w:hAnsi="Sakkal Majalla" w:cs="Sakkal Majalla"/>
          <w:szCs w:val="28"/>
        </w:rPr>
        <w:t>.</w:t>
      </w:r>
    </w:p>
    <w:p w14:paraId="2AE90636" w14:textId="1A4FAC23" w:rsidR="00FD36E8" w:rsidRPr="00FD36E8" w:rsidRDefault="00FD36E8" w:rsidP="00347AC4">
      <w:pPr>
        <w:bidi/>
        <w:spacing w:line="360" w:lineRule="auto"/>
        <w:jc w:val="lowKashida"/>
        <w:rPr>
          <w:rFonts w:ascii="Sakkal Majalla" w:hAnsi="Sakkal Majalla" w:cs="Sakkal Majalla"/>
          <w:szCs w:val="28"/>
        </w:rPr>
      </w:pPr>
      <w:r>
        <w:rPr>
          <w:rFonts w:ascii="Sakkal Majalla" w:hAnsi="Sakkal Majalla" w:cs="Sakkal Majalla" w:hint="cs"/>
          <w:szCs w:val="28"/>
          <w:rtl/>
        </w:rPr>
        <w:t>و</w:t>
      </w:r>
      <w:r w:rsidRPr="00FD36E8">
        <w:rPr>
          <w:rFonts w:ascii="Sakkal Majalla" w:hAnsi="Sakkal Majalla" w:cs="Sakkal Majalla"/>
          <w:szCs w:val="28"/>
          <w:rtl/>
        </w:rPr>
        <w:t>تساعد هذه العوامل في بناء أساس قوي يمكّن الجهة الحكومية من احتضان الابتكار وتطويره داخليًا، ويؤهلها كذلك لاستيعاب المعارف والخبرات الخارجية وتحويلها إلى ممارسات مؤسسية قابلة للاستمرار</w:t>
      </w:r>
      <w:r w:rsidRPr="00FD36E8">
        <w:rPr>
          <w:rFonts w:ascii="Sakkal Majalla" w:hAnsi="Sakkal Majalla" w:cs="Sakkal Majalla"/>
          <w:szCs w:val="28"/>
        </w:rPr>
        <w:t>.</w:t>
      </w:r>
    </w:p>
    <w:p w14:paraId="48A01DA8" w14:textId="77777777" w:rsidR="00FD36E8" w:rsidRPr="00FD36E8" w:rsidRDefault="00FD36E8" w:rsidP="00083D43">
      <w:pPr>
        <w:bidi/>
        <w:spacing w:line="360" w:lineRule="auto"/>
        <w:rPr>
          <w:rFonts w:ascii="Sakkal Majalla" w:hAnsi="Sakkal Majalla" w:cs="Sakkal Majalla"/>
          <w:b/>
          <w:bCs/>
          <w:sz w:val="32"/>
          <w:szCs w:val="32"/>
        </w:rPr>
      </w:pPr>
      <w:r w:rsidRPr="00FD36E8">
        <w:rPr>
          <w:rFonts w:ascii="Sakkal Majalla" w:hAnsi="Sakkal Majalla" w:cs="Sakkal Majalla"/>
          <w:b/>
          <w:bCs/>
          <w:sz w:val="32"/>
          <w:szCs w:val="32"/>
          <w:rtl/>
        </w:rPr>
        <w:t xml:space="preserve">ثانيًا: الدور </w:t>
      </w:r>
      <w:proofErr w:type="spellStart"/>
      <w:r w:rsidRPr="00FD36E8">
        <w:rPr>
          <w:rFonts w:ascii="Sakkal Majalla" w:hAnsi="Sakkal Majalla" w:cs="Sakkal Majalla"/>
          <w:b/>
          <w:bCs/>
          <w:sz w:val="32"/>
          <w:szCs w:val="32"/>
          <w:rtl/>
        </w:rPr>
        <w:t>التمكيني</w:t>
      </w:r>
      <w:proofErr w:type="spellEnd"/>
      <w:r w:rsidRPr="00FD36E8">
        <w:rPr>
          <w:rFonts w:ascii="Sakkal Majalla" w:hAnsi="Sakkal Majalla" w:cs="Sakkal Majalla"/>
          <w:b/>
          <w:bCs/>
          <w:sz w:val="32"/>
          <w:szCs w:val="32"/>
          <w:rtl/>
        </w:rPr>
        <w:t xml:space="preserve"> للشركات الاستشارية</w:t>
      </w:r>
    </w:p>
    <w:p w14:paraId="419EA048" w14:textId="77777777" w:rsidR="00FD36E8" w:rsidRPr="00FD36E8" w:rsidRDefault="00FD36E8" w:rsidP="00347AC4">
      <w:pPr>
        <w:bidi/>
        <w:spacing w:line="360" w:lineRule="auto"/>
        <w:jc w:val="lowKashida"/>
        <w:rPr>
          <w:rFonts w:ascii="Sakkal Majalla" w:hAnsi="Sakkal Majalla" w:cs="Sakkal Majalla"/>
          <w:szCs w:val="28"/>
        </w:rPr>
      </w:pPr>
      <w:r w:rsidRPr="00FD36E8">
        <w:rPr>
          <w:rFonts w:ascii="Sakkal Majalla" w:hAnsi="Sakkal Majalla" w:cs="Sakkal Majalla"/>
          <w:szCs w:val="28"/>
          <w:rtl/>
        </w:rPr>
        <w:t>تلعب الشركات الاستشارية دورًا فاعلًا في دعم الجهات الحكومية خلال مراحل تطوير الابتكار، ليس فقط من خلال تقديم الخبرة الفنية، بل أيضًا من خلال تمكين الجهات من خلال</w:t>
      </w:r>
      <w:r w:rsidRPr="00FD36E8">
        <w:rPr>
          <w:rFonts w:ascii="Sakkal Majalla" w:hAnsi="Sakkal Majalla" w:cs="Sakkal Majalla"/>
          <w:szCs w:val="28"/>
        </w:rPr>
        <w:t>:</w:t>
      </w:r>
    </w:p>
    <w:p w14:paraId="7D77B35C" w14:textId="77777777" w:rsidR="00FD36E8" w:rsidRPr="00FD36E8" w:rsidRDefault="00FD36E8" w:rsidP="00347AC4">
      <w:pPr>
        <w:numPr>
          <w:ilvl w:val="0"/>
          <w:numId w:val="22"/>
        </w:numPr>
        <w:bidi/>
        <w:spacing w:line="360" w:lineRule="auto"/>
        <w:jc w:val="lowKashida"/>
        <w:rPr>
          <w:rFonts w:ascii="Sakkal Majalla" w:hAnsi="Sakkal Majalla" w:cs="Sakkal Majalla"/>
          <w:szCs w:val="28"/>
        </w:rPr>
      </w:pPr>
      <w:r w:rsidRPr="00FD36E8">
        <w:rPr>
          <w:rFonts w:ascii="Sakkal Majalla" w:hAnsi="Sakkal Majalla" w:cs="Sakkal Majalla"/>
          <w:b/>
          <w:bCs/>
          <w:szCs w:val="28"/>
          <w:rtl/>
        </w:rPr>
        <w:t>نقل المعرفة وأفضل الممارسات العالمية</w:t>
      </w:r>
      <w:r w:rsidRPr="00FD36E8">
        <w:rPr>
          <w:rFonts w:ascii="Sakkal Majalla" w:hAnsi="Sakkal Majalla" w:cs="Sakkal Majalla"/>
          <w:b/>
          <w:bCs/>
          <w:szCs w:val="28"/>
        </w:rPr>
        <w:t>.</w:t>
      </w:r>
    </w:p>
    <w:p w14:paraId="7428BC04" w14:textId="77777777" w:rsidR="00FD36E8" w:rsidRPr="00FD36E8" w:rsidRDefault="00FD36E8" w:rsidP="00347AC4">
      <w:pPr>
        <w:numPr>
          <w:ilvl w:val="0"/>
          <w:numId w:val="22"/>
        </w:numPr>
        <w:bidi/>
        <w:spacing w:line="360" w:lineRule="auto"/>
        <w:jc w:val="lowKashida"/>
        <w:rPr>
          <w:rFonts w:ascii="Sakkal Majalla" w:hAnsi="Sakkal Majalla" w:cs="Sakkal Majalla"/>
          <w:szCs w:val="28"/>
        </w:rPr>
      </w:pPr>
      <w:r w:rsidRPr="00FD36E8">
        <w:rPr>
          <w:rFonts w:ascii="Sakkal Majalla" w:hAnsi="Sakkal Majalla" w:cs="Sakkal Majalla"/>
          <w:b/>
          <w:bCs/>
          <w:szCs w:val="28"/>
          <w:rtl/>
        </w:rPr>
        <w:t>تيسير تطبيق أدوات الابتكار مثل التفكير التصميمي والتجريب المؤسسي</w:t>
      </w:r>
      <w:r w:rsidRPr="00FD36E8">
        <w:rPr>
          <w:rFonts w:ascii="Sakkal Majalla" w:hAnsi="Sakkal Majalla" w:cs="Sakkal Majalla"/>
          <w:b/>
          <w:bCs/>
          <w:szCs w:val="28"/>
        </w:rPr>
        <w:t>.</w:t>
      </w:r>
    </w:p>
    <w:p w14:paraId="59C1DF5C" w14:textId="77777777" w:rsidR="00FD36E8" w:rsidRPr="00FD36E8" w:rsidRDefault="00FD36E8" w:rsidP="00347AC4">
      <w:pPr>
        <w:numPr>
          <w:ilvl w:val="0"/>
          <w:numId w:val="22"/>
        </w:numPr>
        <w:bidi/>
        <w:spacing w:line="360" w:lineRule="auto"/>
        <w:jc w:val="lowKashida"/>
        <w:rPr>
          <w:rFonts w:ascii="Sakkal Majalla" w:hAnsi="Sakkal Majalla" w:cs="Sakkal Majalla"/>
          <w:szCs w:val="28"/>
        </w:rPr>
      </w:pPr>
      <w:r w:rsidRPr="00FD36E8">
        <w:rPr>
          <w:rFonts w:ascii="Sakkal Majalla" w:hAnsi="Sakkal Majalla" w:cs="Sakkal Majalla"/>
          <w:b/>
          <w:bCs/>
          <w:szCs w:val="28"/>
          <w:rtl/>
        </w:rPr>
        <w:t>دعم التخطيط الاستراتيجي وتحليل التحديات التنظيمية</w:t>
      </w:r>
      <w:r w:rsidRPr="00FD36E8">
        <w:rPr>
          <w:rFonts w:ascii="Sakkal Majalla" w:hAnsi="Sakkal Majalla" w:cs="Sakkal Majalla"/>
          <w:b/>
          <w:bCs/>
          <w:szCs w:val="28"/>
        </w:rPr>
        <w:t>.</w:t>
      </w:r>
    </w:p>
    <w:p w14:paraId="7DA2BAA3" w14:textId="77777777" w:rsidR="00FD36E8" w:rsidRPr="00FD36E8" w:rsidRDefault="00FD36E8" w:rsidP="00347AC4">
      <w:pPr>
        <w:numPr>
          <w:ilvl w:val="0"/>
          <w:numId w:val="22"/>
        </w:numPr>
        <w:bidi/>
        <w:spacing w:line="360" w:lineRule="auto"/>
        <w:jc w:val="lowKashida"/>
        <w:rPr>
          <w:rFonts w:ascii="Sakkal Majalla" w:hAnsi="Sakkal Majalla" w:cs="Sakkal Majalla"/>
          <w:szCs w:val="28"/>
        </w:rPr>
      </w:pPr>
      <w:r w:rsidRPr="00FD36E8">
        <w:rPr>
          <w:rFonts w:ascii="Sakkal Majalla" w:hAnsi="Sakkal Majalla" w:cs="Sakkal Majalla"/>
          <w:b/>
          <w:bCs/>
          <w:szCs w:val="28"/>
          <w:rtl/>
        </w:rPr>
        <w:t>المساهمة في بناء القدرات الداخلية ونقل المهارات إلى الفرق الحكومية</w:t>
      </w:r>
      <w:r w:rsidRPr="00FD36E8">
        <w:rPr>
          <w:rFonts w:ascii="Sakkal Majalla" w:hAnsi="Sakkal Majalla" w:cs="Sakkal Majalla"/>
          <w:b/>
          <w:bCs/>
          <w:szCs w:val="28"/>
        </w:rPr>
        <w:t>.</w:t>
      </w:r>
    </w:p>
    <w:p w14:paraId="66DF06D5" w14:textId="77777777" w:rsidR="00FD36E8" w:rsidRPr="00FD36E8" w:rsidRDefault="00FD36E8" w:rsidP="00347AC4">
      <w:pPr>
        <w:bidi/>
        <w:spacing w:line="360" w:lineRule="auto"/>
        <w:jc w:val="lowKashida"/>
        <w:rPr>
          <w:rFonts w:ascii="Sakkal Majalla" w:hAnsi="Sakkal Majalla" w:cs="Sakkal Majalla"/>
          <w:szCs w:val="28"/>
        </w:rPr>
      </w:pPr>
      <w:r w:rsidRPr="00FD36E8">
        <w:rPr>
          <w:rFonts w:ascii="Sakkal Majalla" w:hAnsi="Sakkal Majalla" w:cs="Sakkal Majalla"/>
          <w:szCs w:val="28"/>
          <w:rtl/>
        </w:rPr>
        <w:t>وتشير التجارب إلى أن دور الاستشاريين يكون أكثر تأثيرًا عندما تكون العلاقة التعاقدية مصممة على أساس شراكة معرفية، تركز على التمكين وبناء القدرات، وليس فقط تنفيذ المهام</w:t>
      </w:r>
      <w:r w:rsidRPr="00FD36E8">
        <w:rPr>
          <w:rFonts w:ascii="Sakkal Majalla" w:hAnsi="Sakkal Majalla" w:cs="Sakkal Majalla"/>
          <w:szCs w:val="28"/>
        </w:rPr>
        <w:t>.</w:t>
      </w:r>
    </w:p>
    <w:p w14:paraId="151610E4" w14:textId="77777777" w:rsidR="00FD36E8" w:rsidRPr="00FD36E8" w:rsidRDefault="00FD36E8" w:rsidP="00083D43">
      <w:pPr>
        <w:bidi/>
        <w:spacing w:line="360" w:lineRule="auto"/>
        <w:rPr>
          <w:rFonts w:ascii="Sakkal Majalla" w:hAnsi="Sakkal Majalla" w:cs="Sakkal Majalla"/>
          <w:b/>
          <w:bCs/>
          <w:sz w:val="32"/>
          <w:szCs w:val="32"/>
        </w:rPr>
      </w:pPr>
      <w:r w:rsidRPr="00FD36E8">
        <w:rPr>
          <w:rFonts w:ascii="Sakkal Majalla" w:hAnsi="Sakkal Majalla" w:cs="Sakkal Majalla"/>
          <w:b/>
          <w:bCs/>
          <w:sz w:val="32"/>
          <w:szCs w:val="32"/>
          <w:rtl/>
        </w:rPr>
        <w:lastRenderedPageBreak/>
        <w:t>ثالثًا: استدامة الابتكار</w:t>
      </w:r>
    </w:p>
    <w:p w14:paraId="0A92C9CE" w14:textId="77777777" w:rsidR="00FD36E8" w:rsidRPr="00FD36E8" w:rsidRDefault="00FD36E8" w:rsidP="00347AC4">
      <w:pPr>
        <w:bidi/>
        <w:spacing w:line="360" w:lineRule="auto"/>
        <w:jc w:val="lowKashida"/>
        <w:rPr>
          <w:rFonts w:ascii="Sakkal Majalla" w:hAnsi="Sakkal Majalla" w:cs="Sakkal Majalla"/>
          <w:szCs w:val="28"/>
        </w:rPr>
      </w:pPr>
      <w:r w:rsidRPr="00FD36E8">
        <w:rPr>
          <w:rFonts w:ascii="Sakkal Majalla" w:hAnsi="Sakkal Majalla" w:cs="Sakkal Majalla"/>
          <w:szCs w:val="28"/>
          <w:rtl/>
        </w:rPr>
        <w:t>يمثل مفهوم الاستدامة الابتكارية جوهر هذا الإطار، إذ لا تكتمل فاعلية الابتكار بمجرد تنفيذ مبادرة أو مشروع، بل تقاس قدرته على الاستمرار والتطور داخل الجهة الحكومية بعد انتهاء الدعم الخارجي. وتشمل متطلبات هذه الاستدامة</w:t>
      </w:r>
      <w:r w:rsidRPr="00FD36E8">
        <w:rPr>
          <w:rFonts w:ascii="Sakkal Majalla" w:hAnsi="Sakkal Majalla" w:cs="Sakkal Majalla"/>
          <w:szCs w:val="28"/>
        </w:rPr>
        <w:t>:</w:t>
      </w:r>
    </w:p>
    <w:p w14:paraId="3C54A88C" w14:textId="77777777" w:rsidR="00FD36E8" w:rsidRPr="00FD36E8" w:rsidRDefault="00FD36E8" w:rsidP="00347AC4">
      <w:pPr>
        <w:numPr>
          <w:ilvl w:val="0"/>
          <w:numId w:val="22"/>
        </w:numPr>
        <w:bidi/>
        <w:spacing w:line="360" w:lineRule="auto"/>
        <w:jc w:val="lowKashida"/>
        <w:rPr>
          <w:rFonts w:ascii="Sakkal Majalla" w:hAnsi="Sakkal Majalla" w:cs="Sakkal Majalla"/>
          <w:szCs w:val="28"/>
        </w:rPr>
      </w:pPr>
      <w:r w:rsidRPr="00FD36E8">
        <w:rPr>
          <w:rFonts w:ascii="Sakkal Majalla" w:hAnsi="Sakkal Majalla" w:cs="Sakkal Majalla"/>
          <w:b/>
          <w:bCs/>
          <w:szCs w:val="28"/>
          <w:rtl/>
        </w:rPr>
        <w:t>امتلاك الكفاءات الداخلية القادرة على تشغيل الابتكار وتطويره</w:t>
      </w:r>
      <w:r w:rsidRPr="00FD36E8">
        <w:rPr>
          <w:rFonts w:ascii="Sakkal Majalla" w:hAnsi="Sakkal Majalla" w:cs="Sakkal Majalla"/>
          <w:b/>
          <w:bCs/>
          <w:szCs w:val="28"/>
        </w:rPr>
        <w:t>.</w:t>
      </w:r>
    </w:p>
    <w:p w14:paraId="16D2CBFE" w14:textId="77777777" w:rsidR="00FD36E8" w:rsidRPr="00FD36E8" w:rsidRDefault="00FD36E8" w:rsidP="00347AC4">
      <w:pPr>
        <w:numPr>
          <w:ilvl w:val="0"/>
          <w:numId w:val="22"/>
        </w:numPr>
        <w:bidi/>
        <w:spacing w:line="360" w:lineRule="auto"/>
        <w:jc w:val="lowKashida"/>
        <w:rPr>
          <w:rFonts w:ascii="Sakkal Majalla" w:hAnsi="Sakkal Majalla" w:cs="Sakkal Majalla"/>
          <w:szCs w:val="28"/>
        </w:rPr>
      </w:pPr>
      <w:r w:rsidRPr="00FD36E8">
        <w:rPr>
          <w:rFonts w:ascii="Sakkal Majalla" w:hAnsi="Sakkal Majalla" w:cs="Sakkal Majalla"/>
          <w:b/>
          <w:bCs/>
          <w:szCs w:val="28"/>
          <w:rtl/>
        </w:rPr>
        <w:t>دمج الابتكار في الهياكل التنظيمية والسياسات المؤسسية</w:t>
      </w:r>
      <w:r w:rsidRPr="00FD36E8">
        <w:rPr>
          <w:rFonts w:ascii="Sakkal Majalla" w:hAnsi="Sakkal Majalla" w:cs="Sakkal Majalla"/>
          <w:b/>
          <w:bCs/>
          <w:szCs w:val="28"/>
        </w:rPr>
        <w:t>.</w:t>
      </w:r>
    </w:p>
    <w:p w14:paraId="78CBD467" w14:textId="7DED1167" w:rsidR="002C56C4" w:rsidRPr="00E6351A" w:rsidRDefault="00FD36E8" w:rsidP="00347AC4">
      <w:pPr>
        <w:numPr>
          <w:ilvl w:val="0"/>
          <w:numId w:val="22"/>
        </w:numPr>
        <w:bidi/>
        <w:spacing w:line="360" w:lineRule="auto"/>
        <w:jc w:val="lowKashida"/>
        <w:rPr>
          <w:rFonts w:ascii="Sakkal Majalla" w:hAnsi="Sakkal Majalla" w:cs="Sakkal Majalla"/>
          <w:szCs w:val="28"/>
        </w:rPr>
      </w:pPr>
      <w:r w:rsidRPr="00FD36E8">
        <w:rPr>
          <w:rFonts w:ascii="Sakkal Majalla" w:hAnsi="Sakkal Majalla" w:cs="Sakkal Majalla"/>
          <w:b/>
          <w:bCs/>
          <w:szCs w:val="28"/>
          <w:rtl/>
        </w:rPr>
        <w:t>استمرارية تحفيز الموظفين وتوفير بيئة داعمة للتجديد</w:t>
      </w:r>
      <w:r w:rsidRPr="00FD36E8">
        <w:rPr>
          <w:rFonts w:ascii="Sakkal Majalla" w:hAnsi="Sakkal Majalla" w:cs="Sakkal Majalla"/>
          <w:b/>
          <w:bCs/>
          <w:szCs w:val="28"/>
        </w:rPr>
        <w:t>.</w:t>
      </w:r>
    </w:p>
    <w:p w14:paraId="23563453" w14:textId="77777777" w:rsidR="00E6351A" w:rsidRPr="00E6351A" w:rsidRDefault="00E6351A" w:rsidP="00347AC4">
      <w:pPr>
        <w:bidi/>
        <w:spacing w:line="360" w:lineRule="auto"/>
        <w:jc w:val="lowKashida"/>
        <w:rPr>
          <w:rFonts w:ascii="Sakkal Majalla" w:hAnsi="Sakkal Majalla" w:cs="Sakkal Majalla"/>
          <w:b/>
          <w:bCs/>
          <w:szCs w:val="28"/>
          <w:rtl/>
        </w:rPr>
      </w:pPr>
      <w:r w:rsidRPr="00E6351A">
        <w:rPr>
          <w:rFonts w:ascii="Sakkal Majalla" w:hAnsi="Sakkal Majalla" w:cs="Sakkal Majalla" w:hint="cs"/>
          <w:b/>
          <w:bCs/>
          <w:szCs w:val="28"/>
          <w:rtl/>
        </w:rPr>
        <w:t>رابعًا</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القدرة</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الامتصاصية</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المعرفية</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كعامل</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وسيط</w:t>
      </w:r>
    </w:p>
    <w:p w14:paraId="6209496E" w14:textId="2855E100" w:rsidR="00E6351A" w:rsidRPr="00E6351A" w:rsidRDefault="00E6351A" w:rsidP="00347AC4">
      <w:pPr>
        <w:bidi/>
        <w:spacing w:line="360" w:lineRule="auto"/>
        <w:jc w:val="lowKashida"/>
        <w:rPr>
          <w:rFonts w:ascii="Sakkal Majalla" w:hAnsi="Sakkal Majalla" w:cs="Sakkal Majalla"/>
          <w:szCs w:val="28"/>
          <w:rtl/>
        </w:rPr>
      </w:pPr>
      <w:r w:rsidRPr="00E6351A">
        <w:rPr>
          <w:rFonts w:ascii="Sakkal Majalla" w:hAnsi="Sakkal Majalla" w:cs="Sakkal Majalla" w:hint="cs"/>
          <w:szCs w:val="28"/>
          <w:rtl/>
        </w:rPr>
        <w:t>في</w:t>
      </w:r>
      <w:r w:rsidRPr="00E6351A">
        <w:rPr>
          <w:rFonts w:ascii="Sakkal Majalla" w:hAnsi="Sakkal Majalla" w:cs="Sakkal Majalla"/>
          <w:szCs w:val="28"/>
          <w:rtl/>
        </w:rPr>
        <w:t xml:space="preserve"> </w:t>
      </w:r>
      <w:r w:rsidRPr="00E6351A">
        <w:rPr>
          <w:rFonts w:ascii="Sakkal Majalla" w:hAnsi="Sakkal Majalla" w:cs="Sakkal Majalla" w:hint="cs"/>
          <w:szCs w:val="28"/>
          <w:rtl/>
        </w:rPr>
        <w:t>ضوء</w:t>
      </w:r>
      <w:r w:rsidRPr="00E6351A">
        <w:rPr>
          <w:rFonts w:ascii="Sakkal Majalla" w:hAnsi="Sakkal Majalla" w:cs="Sakkal Majalla"/>
          <w:szCs w:val="28"/>
          <w:rtl/>
        </w:rPr>
        <w:t xml:space="preserve"> </w:t>
      </w:r>
      <w:r w:rsidRPr="00E6351A">
        <w:rPr>
          <w:rFonts w:ascii="Sakkal Majalla" w:hAnsi="Sakkal Majalla" w:cs="Sakkal Majalla" w:hint="cs"/>
          <w:szCs w:val="28"/>
          <w:rtl/>
        </w:rPr>
        <w:t>العلاقة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التفاعلية</w:t>
      </w:r>
      <w:r w:rsidRPr="00E6351A">
        <w:rPr>
          <w:rFonts w:ascii="Sakkal Majalla" w:hAnsi="Sakkal Majalla" w:cs="Sakkal Majalla"/>
          <w:szCs w:val="28"/>
          <w:rtl/>
        </w:rPr>
        <w:t xml:space="preserve"> </w:t>
      </w:r>
      <w:r w:rsidRPr="00E6351A">
        <w:rPr>
          <w:rFonts w:ascii="Sakkal Majalla" w:hAnsi="Sakkal Majalla" w:cs="Sakkal Majalla" w:hint="cs"/>
          <w:szCs w:val="28"/>
          <w:rtl/>
        </w:rPr>
        <w:t>بين</w:t>
      </w:r>
      <w:r w:rsidRPr="00E6351A">
        <w:rPr>
          <w:rFonts w:ascii="Sakkal Majalla" w:hAnsi="Sakkal Majalla" w:cs="Sakkal Majalla"/>
          <w:szCs w:val="28"/>
          <w:rtl/>
        </w:rPr>
        <w:t xml:space="preserve"> </w:t>
      </w:r>
      <w:r w:rsidRPr="00E6351A">
        <w:rPr>
          <w:rFonts w:ascii="Sakkal Majalla" w:hAnsi="Sakkal Majalla" w:cs="Sakkal Majalla" w:hint="cs"/>
          <w:szCs w:val="28"/>
          <w:rtl/>
        </w:rPr>
        <w:t>العوامل</w:t>
      </w:r>
      <w:r w:rsidRPr="00E6351A">
        <w:rPr>
          <w:rFonts w:ascii="Sakkal Majalla" w:hAnsi="Sakkal Majalla" w:cs="Sakkal Majalla"/>
          <w:szCs w:val="28"/>
          <w:rtl/>
        </w:rPr>
        <w:t xml:space="preserve"> </w:t>
      </w:r>
      <w:r w:rsidRPr="00E6351A">
        <w:rPr>
          <w:rFonts w:ascii="Sakkal Majalla" w:hAnsi="Sakkal Majalla" w:cs="Sakkal Majalla" w:hint="cs"/>
          <w:szCs w:val="28"/>
          <w:rtl/>
        </w:rPr>
        <w:t>التمكينية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الداخلية</w:t>
      </w:r>
      <w:r w:rsidRPr="00E6351A">
        <w:rPr>
          <w:rFonts w:ascii="Sakkal Majalla" w:hAnsi="Sakkal Majalla" w:cs="Sakkal Majalla"/>
          <w:szCs w:val="28"/>
          <w:rtl/>
        </w:rPr>
        <w:t xml:space="preserve"> </w:t>
      </w:r>
      <w:r w:rsidRPr="00E6351A">
        <w:rPr>
          <w:rFonts w:ascii="Sakkal Majalla" w:hAnsi="Sakkal Majalla" w:cs="Sakkal Majalla" w:hint="cs"/>
          <w:szCs w:val="28"/>
          <w:rtl/>
        </w:rPr>
        <w:t>والدعم</w:t>
      </w:r>
      <w:r w:rsidRPr="00E6351A">
        <w:rPr>
          <w:rFonts w:ascii="Sakkal Majalla" w:hAnsi="Sakkal Majalla" w:cs="Sakkal Majalla"/>
          <w:szCs w:val="28"/>
          <w:rtl/>
        </w:rPr>
        <w:t xml:space="preserve"> </w:t>
      </w:r>
      <w:r w:rsidRPr="00E6351A">
        <w:rPr>
          <w:rFonts w:ascii="Sakkal Majalla" w:hAnsi="Sakkal Majalla" w:cs="Sakkal Majalla" w:hint="cs"/>
          <w:szCs w:val="28"/>
          <w:rtl/>
        </w:rPr>
        <w:t>الاستشاري</w:t>
      </w:r>
      <w:r w:rsidRPr="00E6351A">
        <w:rPr>
          <w:rFonts w:ascii="Sakkal Majalla" w:hAnsi="Sakkal Majalla" w:cs="Sakkal Majalla"/>
          <w:szCs w:val="28"/>
          <w:rtl/>
        </w:rPr>
        <w:t xml:space="preserve"> </w:t>
      </w:r>
      <w:r w:rsidRPr="00E6351A">
        <w:rPr>
          <w:rFonts w:ascii="Sakkal Majalla" w:hAnsi="Sakkal Majalla" w:cs="Sakkal Majalla" w:hint="cs"/>
          <w:szCs w:val="28"/>
          <w:rtl/>
        </w:rPr>
        <w:t>الخارجي،</w:t>
      </w:r>
      <w:r w:rsidRPr="00E6351A">
        <w:rPr>
          <w:rFonts w:ascii="Sakkal Majalla" w:hAnsi="Sakkal Majalla" w:cs="Sakkal Majalla"/>
          <w:szCs w:val="28"/>
          <w:rtl/>
        </w:rPr>
        <w:t xml:space="preserve"> </w:t>
      </w:r>
      <w:r w:rsidRPr="00E6351A">
        <w:rPr>
          <w:rFonts w:ascii="Sakkal Majalla" w:hAnsi="Sakkal Majalla" w:cs="Sakkal Majalla" w:hint="cs"/>
          <w:szCs w:val="28"/>
          <w:rtl/>
        </w:rPr>
        <w:t>تبرز</w:t>
      </w:r>
      <w:r w:rsidRPr="00E6351A">
        <w:rPr>
          <w:rFonts w:ascii="Sakkal Majalla" w:hAnsi="Sakkal Majalla" w:cs="Sakkal Majalla"/>
          <w:szCs w:val="28"/>
          <w:rtl/>
        </w:rPr>
        <w:t xml:space="preserve"> "</w:t>
      </w:r>
      <w:r w:rsidRPr="00E6351A">
        <w:rPr>
          <w:rFonts w:ascii="Sakkal Majalla" w:hAnsi="Sakkal Majalla" w:cs="Sakkal Majalla" w:hint="cs"/>
          <w:szCs w:val="28"/>
          <w:rtl/>
        </w:rPr>
        <w:t>القدرة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الامتصاصية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المعرفية</w:t>
      </w:r>
      <w:r w:rsidRPr="00E6351A">
        <w:rPr>
          <w:rFonts w:ascii="Sakkal Majalla" w:hAnsi="Sakkal Majalla" w:cs="Sakkal Majalla"/>
          <w:szCs w:val="28"/>
          <w:rtl/>
        </w:rPr>
        <w:t xml:space="preserve">" </w:t>
      </w:r>
      <w:r w:rsidRPr="00E6351A">
        <w:rPr>
          <w:rFonts w:ascii="Sakkal Majalla" w:hAnsi="Sakkal Majalla" w:cs="Sakkal Majalla" w:hint="cs"/>
          <w:szCs w:val="28"/>
          <w:rtl/>
        </w:rPr>
        <w:t>كإطار</w:t>
      </w:r>
      <w:r w:rsidRPr="00E6351A">
        <w:rPr>
          <w:rFonts w:ascii="Sakkal Majalla" w:hAnsi="Sakkal Majalla" w:cs="Sakkal Majalla"/>
          <w:szCs w:val="28"/>
          <w:rtl/>
        </w:rPr>
        <w:t xml:space="preserve"> </w:t>
      </w:r>
      <w:r w:rsidRPr="00E6351A">
        <w:rPr>
          <w:rFonts w:ascii="Sakkal Majalla" w:hAnsi="Sakkal Majalla" w:cs="Sakkal Majalla" w:hint="cs"/>
          <w:szCs w:val="28"/>
          <w:rtl/>
        </w:rPr>
        <w:t>مفاهيمي</w:t>
      </w:r>
      <w:r w:rsidRPr="00E6351A">
        <w:rPr>
          <w:rFonts w:ascii="Sakkal Majalla" w:hAnsi="Sakkal Majalla" w:cs="Sakkal Majalla"/>
          <w:szCs w:val="28"/>
          <w:rtl/>
        </w:rPr>
        <w:t xml:space="preserve"> </w:t>
      </w:r>
      <w:r w:rsidRPr="00E6351A">
        <w:rPr>
          <w:rFonts w:ascii="Sakkal Majalla" w:hAnsi="Sakkal Majalla" w:cs="Sakkal Majalla" w:hint="cs"/>
          <w:szCs w:val="28"/>
          <w:rtl/>
        </w:rPr>
        <w:t>يفسّر</w:t>
      </w:r>
      <w:r w:rsidRPr="00E6351A">
        <w:rPr>
          <w:rFonts w:ascii="Sakkal Majalla" w:hAnsi="Sakkal Majalla" w:cs="Sakkal Majalla"/>
          <w:szCs w:val="28"/>
          <w:rtl/>
        </w:rPr>
        <w:t xml:space="preserve"> </w:t>
      </w:r>
      <w:r w:rsidRPr="00E6351A">
        <w:rPr>
          <w:rFonts w:ascii="Sakkal Majalla" w:hAnsi="Sakkal Majalla" w:cs="Sakkal Majalla" w:hint="cs"/>
          <w:szCs w:val="28"/>
          <w:rtl/>
        </w:rPr>
        <w:t>قدرة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الجهة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الحكومية</w:t>
      </w:r>
      <w:r w:rsidRPr="00E6351A">
        <w:rPr>
          <w:rFonts w:ascii="Sakkal Majalla" w:hAnsi="Sakkal Majalla" w:cs="Sakkal Majalla"/>
          <w:szCs w:val="28"/>
          <w:rtl/>
        </w:rPr>
        <w:t xml:space="preserve"> </w:t>
      </w:r>
      <w:r w:rsidRPr="00E6351A">
        <w:rPr>
          <w:rFonts w:ascii="Sakkal Majalla" w:hAnsi="Sakkal Majalla" w:cs="Sakkal Majalla" w:hint="cs"/>
          <w:szCs w:val="28"/>
          <w:rtl/>
        </w:rPr>
        <w:t>على</w:t>
      </w:r>
      <w:r w:rsidRPr="00E6351A">
        <w:rPr>
          <w:rFonts w:ascii="Sakkal Majalla" w:hAnsi="Sakkal Majalla" w:cs="Sakkal Majalla"/>
          <w:szCs w:val="28"/>
          <w:rtl/>
        </w:rPr>
        <w:t xml:space="preserve"> </w:t>
      </w:r>
      <w:r w:rsidRPr="00E6351A">
        <w:rPr>
          <w:rFonts w:ascii="Sakkal Majalla" w:hAnsi="Sakkal Majalla" w:cs="Sakkal Majalla" w:hint="cs"/>
          <w:szCs w:val="28"/>
          <w:rtl/>
        </w:rPr>
        <w:t>استكشاف</w:t>
      </w:r>
      <w:r w:rsidRPr="00E6351A">
        <w:rPr>
          <w:rFonts w:ascii="Sakkal Majalla" w:hAnsi="Sakkal Majalla" w:cs="Sakkal Majalla"/>
          <w:szCs w:val="28"/>
          <w:rtl/>
        </w:rPr>
        <w:t xml:space="preserve"> </w:t>
      </w:r>
      <w:r w:rsidRPr="00E6351A">
        <w:rPr>
          <w:rFonts w:ascii="Sakkal Majalla" w:hAnsi="Sakkal Majalla" w:cs="Sakkal Majalla" w:hint="cs"/>
          <w:szCs w:val="28"/>
          <w:rtl/>
        </w:rPr>
        <w:t>المعرفة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الخارجية،</w:t>
      </w:r>
      <w:r w:rsidRPr="00E6351A">
        <w:rPr>
          <w:rFonts w:ascii="Sakkal Majalla" w:hAnsi="Sakkal Majalla" w:cs="Sakkal Majalla"/>
          <w:szCs w:val="28"/>
          <w:rtl/>
        </w:rPr>
        <w:t xml:space="preserve"> </w:t>
      </w:r>
      <w:r w:rsidRPr="00E6351A">
        <w:rPr>
          <w:rFonts w:ascii="Sakkal Majalla" w:hAnsi="Sakkal Majalla" w:cs="Sakkal Majalla" w:hint="cs"/>
          <w:szCs w:val="28"/>
          <w:rtl/>
        </w:rPr>
        <w:t>واستيعابها،</w:t>
      </w:r>
      <w:r w:rsidRPr="00E6351A">
        <w:rPr>
          <w:rFonts w:ascii="Sakkal Majalla" w:hAnsi="Sakkal Majalla" w:cs="Sakkal Majalla"/>
          <w:szCs w:val="28"/>
          <w:rtl/>
        </w:rPr>
        <w:t xml:space="preserve"> </w:t>
      </w:r>
      <w:r w:rsidRPr="00E6351A">
        <w:rPr>
          <w:rFonts w:ascii="Sakkal Majalla" w:hAnsi="Sakkal Majalla" w:cs="Sakkal Majalla" w:hint="cs"/>
          <w:szCs w:val="28"/>
          <w:rtl/>
        </w:rPr>
        <w:t>وتكييفها،</w:t>
      </w:r>
      <w:r w:rsidRPr="00E6351A">
        <w:rPr>
          <w:rFonts w:ascii="Sakkal Majalla" w:hAnsi="Sakkal Majalla" w:cs="Sakkal Majalla"/>
          <w:szCs w:val="28"/>
          <w:rtl/>
        </w:rPr>
        <w:t xml:space="preserve"> </w:t>
      </w:r>
      <w:r w:rsidRPr="00E6351A">
        <w:rPr>
          <w:rFonts w:ascii="Sakkal Majalla" w:hAnsi="Sakkal Majalla" w:cs="Sakkal Majalla" w:hint="cs"/>
          <w:szCs w:val="28"/>
          <w:rtl/>
        </w:rPr>
        <w:t>ثم</w:t>
      </w:r>
      <w:r w:rsidRPr="00E6351A">
        <w:rPr>
          <w:rFonts w:ascii="Sakkal Majalla" w:hAnsi="Sakkal Majalla" w:cs="Sakkal Majalla"/>
          <w:szCs w:val="28"/>
          <w:rtl/>
        </w:rPr>
        <w:t xml:space="preserve"> </w:t>
      </w:r>
      <w:r w:rsidRPr="00E6351A">
        <w:rPr>
          <w:rFonts w:ascii="Sakkal Majalla" w:hAnsi="Sakkal Majalla" w:cs="Sakkal Majalla" w:hint="cs"/>
          <w:szCs w:val="28"/>
          <w:rtl/>
        </w:rPr>
        <w:t>تطبيقها</w:t>
      </w:r>
      <w:r w:rsidRPr="00E6351A">
        <w:rPr>
          <w:rFonts w:ascii="Sakkal Majalla" w:hAnsi="Sakkal Majalla" w:cs="Sakkal Majalla"/>
          <w:szCs w:val="28"/>
          <w:rtl/>
        </w:rPr>
        <w:t xml:space="preserve"> </w:t>
      </w:r>
      <w:r w:rsidRPr="00E6351A">
        <w:rPr>
          <w:rFonts w:ascii="Sakkal Majalla" w:hAnsi="Sakkal Majalla" w:cs="Sakkal Majalla" w:hint="cs"/>
          <w:szCs w:val="28"/>
          <w:rtl/>
        </w:rPr>
        <w:t>بفعالية</w:t>
      </w:r>
      <w:r w:rsidRPr="00E6351A">
        <w:rPr>
          <w:rFonts w:ascii="Sakkal Majalla" w:hAnsi="Sakkal Majalla" w:cs="Sakkal Majalla"/>
          <w:szCs w:val="28"/>
          <w:rtl/>
        </w:rPr>
        <w:t xml:space="preserve"> </w:t>
      </w:r>
      <w:r w:rsidRPr="00E6351A">
        <w:rPr>
          <w:rFonts w:ascii="Sakkal Majalla" w:hAnsi="Sakkal Majalla" w:cs="Sakkal Majalla" w:hint="cs"/>
          <w:szCs w:val="28"/>
          <w:rtl/>
        </w:rPr>
        <w:t>داخل</w:t>
      </w:r>
      <w:r w:rsidRPr="00E6351A">
        <w:rPr>
          <w:rFonts w:ascii="Sakkal Majalla" w:hAnsi="Sakkal Majalla" w:cs="Sakkal Majalla"/>
          <w:szCs w:val="28"/>
          <w:rtl/>
        </w:rPr>
        <w:t xml:space="preserve"> </w:t>
      </w:r>
      <w:r w:rsidRPr="00E6351A">
        <w:rPr>
          <w:rFonts w:ascii="Sakkal Majalla" w:hAnsi="Sakkal Majalla" w:cs="Sakkal Majalla" w:hint="cs"/>
          <w:szCs w:val="28"/>
          <w:rtl/>
        </w:rPr>
        <w:t>سياقها</w:t>
      </w:r>
      <w:r w:rsidRPr="00E6351A">
        <w:rPr>
          <w:rFonts w:ascii="Sakkal Majalla" w:hAnsi="Sakkal Majalla" w:cs="Sakkal Majalla"/>
          <w:szCs w:val="28"/>
          <w:rtl/>
        </w:rPr>
        <w:t xml:space="preserve"> </w:t>
      </w:r>
      <w:r w:rsidRPr="00E6351A">
        <w:rPr>
          <w:rFonts w:ascii="Sakkal Majalla" w:hAnsi="Sakkal Majalla" w:cs="Sakkal Majalla" w:hint="cs"/>
          <w:szCs w:val="28"/>
          <w:rtl/>
        </w:rPr>
        <w:t>التنظيمي</w:t>
      </w:r>
      <w:r w:rsidRPr="00E6351A">
        <w:rPr>
          <w:rFonts w:ascii="Sakkal Majalla" w:hAnsi="Sakkal Majalla" w:cs="Sakkal Majalla"/>
          <w:szCs w:val="28"/>
          <w:rtl/>
        </w:rPr>
        <w:t xml:space="preserve">. </w:t>
      </w:r>
      <w:r w:rsidRPr="00E6351A">
        <w:rPr>
          <w:rFonts w:ascii="Sakkal Majalla" w:hAnsi="Sakkal Majalla" w:cs="Sakkal Majalla" w:hint="cs"/>
          <w:szCs w:val="28"/>
          <w:rtl/>
        </w:rPr>
        <w:t>وتُعد</w:t>
      </w:r>
      <w:r w:rsidRPr="00E6351A">
        <w:rPr>
          <w:rFonts w:ascii="Sakkal Majalla" w:hAnsi="Sakkal Majalla" w:cs="Sakkal Majalla"/>
          <w:szCs w:val="28"/>
          <w:rtl/>
        </w:rPr>
        <w:t xml:space="preserve"> </w:t>
      </w:r>
      <w:r w:rsidRPr="00E6351A">
        <w:rPr>
          <w:rFonts w:ascii="Sakkal Majalla" w:hAnsi="Sakkal Majalla" w:cs="Sakkal Majalla" w:hint="cs"/>
          <w:szCs w:val="28"/>
          <w:rtl/>
        </w:rPr>
        <w:t>هذه</w:t>
      </w:r>
      <w:r w:rsidRPr="00E6351A">
        <w:rPr>
          <w:rFonts w:ascii="Sakkal Majalla" w:hAnsi="Sakkal Majalla" w:cs="Sakkal Majalla"/>
          <w:szCs w:val="28"/>
          <w:rtl/>
        </w:rPr>
        <w:t xml:space="preserve"> </w:t>
      </w:r>
      <w:r w:rsidRPr="00E6351A">
        <w:rPr>
          <w:rFonts w:ascii="Sakkal Majalla" w:hAnsi="Sakkal Majalla" w:cs="Sakkal Majalla" w:hint="cs"/>
          <w:szCs w:val="28"/>
          <w:rtl/>
        </w:rPr>
        <w:t>القدرة</w:t>
      </w:r>
      <w:r w:rsidRPr="00E6351A">
        <w:rPr>
          <w:rFonts w:ascii="Sakkal Majalla" w:hAnsi="Sakkal Majalla" w:cs="Sakkal Majalla"/>
          <w:szCs w:val="28"/>
          <w:rtl/>
        </w:rPr>
        <w:t xml:space="preserve"> </w:t>
      </w:r>
      <w:r w:rsidRPr="00E6351A">
        <w:rPr>
          <w:rFonts w:ascii="Sakkal Majalla" w:hAnsi="Sakkal Majalla" w:cs="Sakkal Majalla" w:hint="cs"/>
          <w:szCs w:val="28"/>
          <w:rtl/>
        </w:rPr>
        <w:t>شرطًا</w:t>
      </w:r>
      <w:r w:rsidRPr="00E6351A">
        <w:rPr>
          <w:rFonts w:ascii="Sakkal Majalla" w:hAnsi="Sakkal Majalla" w:cs="Sakkal Majalla"/>
          <w:szCs w:val="28"/>
          <w:rtl/>
        </w:rPr>
        <w:t xml:space="preserve"> </w:t>
      </w:r>
      <w:r w:rsidRPr="00E6351A">
        <w:rPr>
          <w:rFonts w:ascii="Sakkal Majalla" w:hAnsi="Sakkal Majalla" w:cs="Sakkal Majalla" w:hint="cs"/>
          <w:szCs w:val="28"/>
          <w:rtl/>
        </w:rPr>
        <w:t>محوريًا</w:t>
      </w:r>
      <w:r w:rsidRPr="00E6351A">
        <w:rPr>
          <w:rFonts w:ascii="Sakkal Majalla" w:hAnsi="Sakkal Majalla" w:cs="Sakkal Majalla"/>
          <w:szCs w:val="28"/>
          <w:rtl/>
        </w:rPr>
        <w:t xml:space="preserve"> </w:t>
      </w:r>
      <w:r w:rsidRPr="00E6351A">
        <w:rPr>
          <w:rFonts w:ascii="Sakkal Majalla" w:hAnsi="Sakkal Majalla" w:cs="Sakkal Majalla" w:hint="cs"/>
          <w:szCs w:val="28"/>
          <w:rtl/>
        </w:rPr>
        <w:t>في</w:t>
      </w:r>
      <w:r w:rsidRPr="00E6351A">
        <w:rPr>
          <w:rFonts w:ascii="Sakkal Majalla" w:hAnsi="Sakkal Majalla" w:cs="Sakkal Majalla"/>
          <w:szCs w:val="28"/>
          <w:rtl/>
        </w:rPr>
        <w:t xml:space="preserve"> </w:t>
      </w:r>
      <w:r w:rsidRPr="00E6351A">
        <w:rPr>
          <w:rFonts w:ascii="Sakkal Majalla" w:hAnsi="Sakkal Majalla" w:cs="Sakkal Majalla" w:hint="cs"/>
          <w:szCs w:val="28"/>
          <w:rtl/>
        </w:rPr>
        <w:t>ترجمة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الدعم</w:t>
      </w:r>
      <w:r w:rsidRPr="00E6351A">
        <w:rPr>
          <w:rFonts w:ascii="Sakkal Majalla" w:hAnsi="Sakkal Majalla" w:cs="Sakkal Majalla"/>
          <w:szCs w:val="28"/>
          <w:rtl/>
        </w:rPr>
        <w:t xml:space="preserve"> </w:t>
      </w:r>
      <w:r w:rsidRPr="00E6351A">
        <w:rPr>
          <w:rFonts w:ascii="Sakkal Majalla" w:hAnsi="Sakkal Majalla" w:cs="Sakkal Majalla" w:hint="cs"/>
          <w:szCs w:val="28"/>
          <w:rtl/>
        </w:rPr>
        <w:t>الاستشاري</w:t>
      </w:r>
      <w:r w:rsidRPr="00E6351A">
        <w:rPr>
          <w:rFonts w:ascii="Sakkal Majalla" w:hAnsi="Sakkal Majalla" w:cs="Sakkal Majalla"/>
          <w:szCs w:val="28"/>
          <w:rtl/>
        </w:rPr>
        <w:t xml:space="preserve"> </w:t>
      </w:r>
      <w:r w:rsidRPr="00E6351A">
        <w:rPr>
          <w:rFonts w:ascii="Sakkal Majalla" w:hAnsi="Sakkal Majalla" w:cs="Sakkal Majalla" w:hint="cs"/>
          <w:szCs w:val="28"/>
          <w:rtl/>
        </w:rPr>
        <w:t>إلى</w:t>
      </w:r>
      <w:r w:rsidRPr="00E6351A">
        <w:rPr>
          <w:rFonts w:ascii="Sakkal Majalla" w:hAnsi="Sakkal Majalla" w:cs="Sakkal Majalla"/>
          <w:szCs w:val="28"/>
          <w:rtl/>
        </w:rPr>
        <w:t xml:space="preserve"> </w:t>
      </w:r>
      <w:r w:rsidRPr="00E6351A">
        <w:rPr>
          <w:rFonts w:ascii="Sakkal Majalla" w:hAnsi="Sakkal Majalla" w:cs="Sakkal Majalla" w:hint="cs"/>
          <w:szCs w:val="28"/>
          <w:rtl/>
        </w:rPr>
        <w:t>ممارسات</w:t>
      </w:r>
      <w:r w:rsidRPr="00E6351A">
        <w:rPr>
          <w:rFonts w:ascii="Sakkal Majalla" w:hAnsi="Sakkal Majalla" w:cs="Sakkal Majalla"/>
          <w:szCs w:val="28"/>
          <w:rtl/>
        </w:rPr>
        <w:t xml:space="preserve"> </w:t>
      </w:r>
      <w:r w:rsidRPr="00E6351A">
        <w:rPr>
          <w:rFonts w:ascii="Sakkal Majalla" w:hAnsi="Sakkal Majalla" w:cs="Sakkal Majalla" w:hint="cs"/>
          <w:szCs w:val="28"/>
          <w:rtl/>
        </w:rPr>
        <w:t>مؤسسية</w:t>
      </w:r>
      <w:r w:rsidRPr="00E6351A">
        <w:rPr>
          <w:rFonts w:ascii="Sakkal Majalla" w:hAnsi="Sakkal Majalla" w:cs="Sakkal Majalla"/>
          <w:szCs w:val="28"/>
          <w:rtl/>
        </w:rPr>
        <w:t xml:space="preserve"> </w:t>
      </w:r>
      <w:r w:rsidRPr="00E6351A">
        <w:rPr>
          <w:rFonts w:ascii="Sakkal Majalla" w:hAnsi="Sakkal Majalla" w:cs="Sakkal Majalla" w:hint="cs"/>
          <w:szCs w:val="28"/>
          <w:rtl/>
        </w:rPr>
        <w:t>مستدامة،</w:t>
      </w:r>
      <w:r w:rsidRPr="00E6351A">
        <w:rPr>
          <w:rFonts w:ascii="Sakkal Majalla" w:hAnsi="Sakkal Majalla" w:cs="Sakkal Majalla"/>
          <w:szCs w:val="28"/>
          <w:rtl/>
        </w:rPr>
        <w:t xml:space="preserve"> </w:t>
      </w:r>
      <w:r w:rsidRPr="00E6351A">
        <w:rPr>
          <w:rFonts w:ascii="Sakkal Majalla" w:hAnsi="Sakkal Majalla" w:cs="Sakkal Majalla" w:hint="cs"/>
          <w:szCs w:val="28"/>
          <w:rtl/>
        </w:rPr>
        <w:t>بحيث</w:t>
      </w:r>
      <w:r w:rsidRPr="00E6351A">
        <w:rPr>
          <w:rFonts w:ascii="Sakkal Majalla" w:hAnsi="Sakkal Majalla" w:cs="Sakkal Majalla"/>
          <w:szCs w:val="28"/>
          <w:rtl/>
        </w:rPr>
        <w:t xml:space="preserve"> </w:t>
      </w:r>
      <w:r w:rsidRPr="00E6351A">
        <w:rPr>
          <w:rFonts w:ascii="Sakkal Majalla" w:hAnsi="Sakkal Majalla" w:cs="Sakkal Majalla" w:hint="cs"/>
          <w:szCs w:val="28"/>
          <w:rtl/>
        </w:rPr>
        <w:t>لا</w:t>
      </w:r>
      <w:r w:rsidRPr="00E6351A">
        <w:rPr>
          <w:rFonts w:ascii="Sakkal Majalla" w:hAnsi="Sakkal Majalla" w:cs="Sakkal Majalla"/>
          <w:szCs w:val="28"/>
          <w:rtl/>
        </w:rPr>
        <w:t xml:space="preserve"> </w:t>
      </w:r>
      <w:r w:rsidRPr="00E6351A">
        <w:rPr>
          <w:rFonts w:ascii="Sakkal Majalla" w:hAnsi="Sakkal Majalla" w:cs="Sakkal Majalla" w:hint="cs"/>
          <w:szCs w:val="28"/>
          <w:rtl/>
        </w:rPr>
        <w:t>تظل</w:t>
      </w:r>
      <w:r w:rsidRPr="00E6351A">
        <w:rPr>
          <w:rFonts w:ascii="Sakkal Majalla" w:hAnsi="Sakkal Majalla" w:cs="Sakkal Majalla"/>
          <w:szCs w:val="28"/>
          <w:rtl/>
        </w:rPr>
        <w:t xml:space="preserve"> </w:t>
      </w:r>
      <w:r w:rsidRPr="00E6351A">
        <w:rPr>
          <w:rFonts w:ascii="Sakkal Majalla" w:hAnsi="Sakkal Majalla" w:cs="Sakkal Majalla" w:hint="cs"/>
          <w:szCs w:val="28"/>
          <w:rtl/>
        </w:rPr>
        <w:t>المعرفة</w:t>
      </w:r>
      <w:r w:rsidRPr="00E6351A">
        <w:rPr>
          <w:rFonts w:ascii="Sakkal Majalla" w:hAnsi="Sakkal Majalla" w:cs="Sakkal Majalla"/>
          <w:szCs w:val="28"/>
          <w:rtl/>
        </w:rPr>
        <w:t xml:space="preserve"> </w:t>
      </w:r>
      <w:r w:rsidRPr="00E6351A">
        <w:rPr>
          <w:rFonts w:ascii="Sakkal Majalla" w:hAnsi="Sakkal Majalla" w:cs="Sakkal Majalla" w:hint="cs"/>
          <w:szCs w:val="28"/>
          <w:rtl/>
        </w:rPr>
        <w:t>مكتسبة</w:t>
      </w:r>
      <w:r w:rsidRPr="00E6351A">
        <w:rPr>
          <w:rFonts w:ascii="Sakkal Majalla" w:hAnsi="Sakkal Majalla" w:cs="Sakkal Majalla"/>
          <w:szCs w:val="28"/>
          <w:rtl/>
        </w:rPr>
        <w:t xml:space="preserve"> </w:t>
      </w:r>
      <w:r w:rsidRPr="00E6351A">
        <w:rPr>
          <w:rFonts w:ascii="Sakkal Majalla" w:hAnsi="Sakkal Majalla" w:cs="Sakkal Majalla" w:hint="cs"/>
          <w:szCs w:val="28"/>
          <w:rtl/>
        </w:rPr>
        <w:t>بشكل</w:t>
      </w:r>
      <w:r w:rsidRPr="00E6351A">
        <w:rPr>
          <w:rFonts w:ascii="Sakkal Majalla" w:hAnsi="Sakkal Majalla" w:cs="Sakkal Majalla"/>
          <w:szCs w:val="28"/>
          <w:rtl/>
        </w:rPr>
        <w:t xml:space="preserve"> </w:t>
      </w:r>
      <w:r w:rsidRPr="00E6351A">
        <w:rPr>
          <w:rFonts w:ascii="Sakkal Majalla" w:hAnsi="Sakkal Majalla" w:cs="Sakkal Majalla" w:hint="cs"/>
          <w:szCs w:val="28"/>
          <w:rtl/>
        </w:rPr>
        <w:t>خارجي،</w:t>
      </w:r>
      <w:r w:rsidRPr="00E6351A">
        <w:rPr>
          <w:rFonts w:ascii="Sakkal Majalla" w:hAnsi="Sakkal Majalla" w:cs="Sakkal Majalla"/>
          <w:szCs w:val="28"/>
          <w:rtl/>
        </w:rPr>
        <w:t xml:space="preserve"> </w:t>
      </w:r>
      <w:r w:rsidRPr="00E6351A">
        <w:rPr>
          <w:rFonts w:ascii="Sakkal Majalla" w:hAnsi="Sakkal Majalla" w:cs="Sakkal Majalla" w:hint="cs"/>
          <w:szCs w:val="28"/>
          <w:rtl/>
        </w:rPr>
        <w:t>بل</w:t>
      </w:r>
      <w:r w:rsidRPr="00E6351A">
        <w:rPr>
          <w:rFonts w:ascii="Sakkal Majalla" w:hAnsi="Sakkal Majalla" w:cs="Sakkal Majalla"/>
          <w:szCs w:val="28"/>
          <w:rtl/>
        </w:rPr>
        <w:t xml:space="preserve"> </w:t>
      </w:r>
      <w:r w:rsidRPr="00E6351A">
        <w:rPr>
          <w:rFonts w:ascii="Sakkal Majalla" w:hAnsi="Sakkal Majalla" w:cs="Sakkal Majalla" w:hint="cs"/>
          <w:szCs w:val="28"/>
          <w:rtl/>
        </w:rPr>
        <w:t>تتحول</w:t>
      </w:r>
      <w:r w:rsidRPr="00E6351A">
        <w:rPr>
          <w:rFonts w:ascii="Sakkal Majalla" w:hAnsi="Sakkal Majalla" w:cs="Sakkal Majalla"/>
          <w:szCs w:val="28"/>
          <w:rtl/>
        </w:rPr>
        <w:t xml:space="preserve"> </w:t>
      </w:r>
      <w:r w:rsidRPr="00E6351A">
        <w:rPr>
          <w:rFonts w:ascii="Sakkal Majalla" w:hAnsi="Sakkal Majalla" w:cs="Sakkal Majalla" w:hint="cs"/>
          <w:szCs w:val="28"/>
          <w:rtl/>
        </w:rPr>
        <w:t>إلى</w:t>
      </w:r>
      <w:r w:rsidRPr="00E6351A">
        <w:rPr>
          <w:rFonts w:ascii="Sakkal Majalla" w:hAnsi="Sakkal Majalla" w:cs="Sakkal Majalla"/>
          <w:szCs w:val="28"/>
          <w:rtl/>
        </w:rPr>
        <w:t xml:space="preserve"> </w:t>
      </w:r>
      <w:r w:rsidRPr="00E6351A">
        <w:rPr>
          <w:rFonts w:ascii="Sakkal Majalla" w:hAnsi="Sakkal Majalla" w:cs="Sakkal Majalla" w:hint="cs"/>
          <w:szCs w:val="28"/>
          <w:rtl/>
        </w:rPr>
        <w:t>رأسمال</w:t>
      </w:r>
      <w:r w:rsidRPr="00E6351A">
        <w:rPr>
          <w:rFonts w:ascii="Sakkal Majalla" w:hAnsi="Sakkal Majalla" w:cs="Sakkal Majalla"/>
          <w:szCs w:val="28"/>
          <w:rtl/>
        </w:rPr>
        <w:t xml:space="preserve"> </w:t>
      </w:r>
      <w:r w:rsidRPr="00E6351A">
        <w:rPr>
          <w:rFonts w:ascii="Sakkal Majalla" w:hAnsi="Sakkal Majalla" w:cs="Sakkal Majalla" w:hint="cs"/>
          <w:szCs w:val="28"/>
          <w:rtl/>
        </w:rPr>
        <w:t>معرفي</w:t>
      </w:r>
      <w:r w:rsidRPr="00E6351A">
        <w:rPr>
          <w:rFonts w:ascii="Sakkal Majalla" w:hAnsi="Sakkal Majalla" w:cs="Sakkal Majalla"/>
          <w:szCs w:val="28"/>
          <w:rtl/>
        </w:rPr>
        <w:t xml:space="preserve"> </w:t>
      </w:r>
      <w:r w:rsidRPr="00E6351A">
        <w:rPr>
          <w:rFonts w:ascii="Sakkal Majalla" w:hAnsi="Sakkal Majalla" w:cs="Sakkal Majalla" w:hint="cs"/>
          <w:szCs w:val="28"/>
          <w:rtl/>
        </w:rPr>
        <w:t>داخلي</w:t>
      </w:r>
      <w:r w:rsidRPr="00E6351A">
        <w:rPr>
          <w:rFonts w:ascii="Sakkal Majalla" w:hAnsi="Sakkal Majalla" w:cs="Sakkal Majalla"/>
          <w:szCs w:val="28"/>
          <w:rtl/>
        </w:rPr>
        <w:t xml:space="preserve"> </w:t>
      </w:r>
      <w:r w:rsidRPr="00E6351A">
        <w:rPr>
          <w:rFonts w:ascii="Sakkal Majalla" w:hAnsi="Sakkal Majalla" w:cs="Sakkal Majalla" w:hint="cs"/>
          <w:szCs w:val="28"/>
          <w:rtl/>
        </w:rPr>
        <w:t>يُعاد</w:t>
      </w:r>
      <w:r w:rsidRPr="00E6351A">
        <w:rPr>
          <w:rFonts w:ascii="Sakkal Majalla" w:hAnsi="Sakkal Majalla" w:cs="Sakkal Majalla"/>
          <w:szCs w:val="28"/>
          <w:rtl/>
        </w:rPr>
        <w:t xml:space="preserve"> </w:t>
      </w:r>
      <w:r w:rsidRPr="00E6351A">
        <w:rPr>
          <w:rFonts w:ascii="Sakkal Majalla" w:hAnsi="Sakkal Majalla" w:cs="Sakkal Majalla" w:hint="cs"/>
          <w:szCs w:val="28"/>
          <w:rtl/>
        </w:rPr>
        <w:t>توظيفه</w:t>
      </w:r>
      <w:r w:rsidRPr="00E6351A">
        <w:rPr>
          <w:rFonts w:ascii="Sakkal Majalla" w:hAnsi="Sakkal Majalla" w:cs="Sakkal Majalla"/>
          <w:szCs w:val="28"/>
          <w:rtl/>
        </w:rPr>
        <w:t xml:space="preserve"> </w:t>
      </w:r>
      <w:r w:rsidRPr="00E6351A">
        <w:rPr>
          <w:rFonts w:ascii="Sakkal Majalla" w:hAnsi="Sakkal Majalla" w:cs="Sakkal Majalla" w:hint="cs"/>
          <w:szCs w:val="28"/>
          <w:rtl/>
        </w:rPr>
        <w:t>مستقبلًا</w:t>
      </w:r>
      <w:r w:rsidRPr="00E6351A">
        <w:rPr>
          <w:rFonts w:ascii="Sakkal Majalla" w:hAnsi="Sakkal Majalla" w:cs="Sakkal Majalla"/>
          <w:szCs w:val="28"/>
        </w:rPr>
        <w:t>.</w:t>
      </w:r>
    </w:p>
    <w:p w14:paraId="1ABD7ADB" w14:textId="01A587DC" w:rsidR="00E6351A" w:rsidRPr="00E6351A" w:rsidRDefault="00E6351A" w:rsidP="00347AC4">
      <w:pPr>
        <w:bidi/>
        <w:spacing w:line="360" w:lineRule="auto"/>
        <w:jc w:val="lowKashida"/>
        <w:rPr>
          <w:rFonts w:ascii="Sakkal Majalla" w:hAnsi="Sakkal Majalla" w:cs="Sakkal Majalla"/>
          <w:b/>
          <w:bCs/>
          <w:szCs w:val="28"/>
          <w:rtl/>
        </w:rPr>
      </w:pPr>
      <w:r w:rsidRPr="00E6351A">
        <w:rPr>
          <w:rFonts w:ascii="Sakkal Majalla" w:hAnsi="Sakkal Majalla" w:cs="Sakkal Majalla" w:hint="cs"/>
          <w:b/>
          <w:bCs/>
          <w:szCs w:val="28"/>
          <w:rtl/>
        </w:rPr>
        <w:t>يتضمن</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هذا</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المفهوم</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أربع</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عمليات</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رئيسة</w:t>
      </w:r>
      <w:r w:rsidRPr="00E6351A">
        <w:rPr>
          <w:rFonts w:ascii="Sakkal Majalla" w:hAnsi="Sakkal Majalla" w:cs="Sakkal Majalla"/>
          <w:b/>
          <w:bCs/>
          <w:szCs w:val="28"/>
        </w:rPr>
        <w:t>:</w:t>
      </w:r>
    </w:p>
    <w:p w14:paraId="23ADCBA2" w14:textId="4659A1A4" w:rsidR="00E6351A" w:rsidRPr="00E6351A" w:rsidRDefault="00E6351A" w:rsidP="00347AC4">
      <w:pPr>
        <w:pStyle w:val="ListParagraph"/>
        <w:numPr>
          <w:ilvl w:val="0"/>
          <w:numId w:val="62"/>
        </w:numPr>
        <w:bidi/>
        <w:spacing w:line="360" w:lineRule="auto"/>
        <w:jc w:val="lowKashida"/>
        <w:rPr>
          <w:rFonts w:ascii="Sakkal Majalla" w:hAnsi="Sakkal Majalla" w:cs="Sakkal Majalla"/>
          <w:szCs w:val="28"/>
          <w:rtl/>
        </w:rPr>
      </w:pPr>
      <w:r w:rsidRPr="00E6351A">
        <w:rPr>
          <w:rFonts w:ascii="Sakkal Majalla" w:hAnsi="Sakkal Majalla" w:cs="Sakkal Majalla" w:hint="cs"/>
          <w:b/>
          <w:bCs/>
          <w:szCs w:val="28"/>
          <w:rtl/>
        </w:rPr>
        <w:t>اكتساب</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المعرفة</w:t>
      </w:r>
      <w:r w:rsidRPr="00E6351A">
        <w:rPr>
          <w:rFonts w:ascii="Sakkal Majalla" w:hAnsi="Sakkal Majalla" w:cs="Sakkal Majalla"/>
          <w:szCs w:val="28"/>
          <w:rtl/>
        </w:rPr>
        <w:t xml:space="preserve">: </w:t>
      </w:r>
      <w:r w:rsidRPr="00E6351A">
        <w:rPr>
          <w:rFonts w:ascii="Sakkal Majalla" w:hAnsi="Sakkal Majalla" w:cs="Sakkal Majalla" w:hint="cs"/>
          <w:szCs w:val="28"/>
          <w:rtl/>
        </w:rPr>
        <w:t>قدرة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الجهة</w:t>
      </w:r>
      <w:r w:rsidRPr="00E6351A">
        <w:rPr>
          <w:rFonts w:ascii="Sakkal Majalla" w:hAnsi="Sakkal Majalla" w:cs="Sakkal Majalla"/>
          <w:szCs w:val="28"/>
          <w:rtl/>
        </w:rPr>
        <w:t xml:space="preserve"> </w:t>
      </w:r>
      <w:r w:rsidRPr="00E6351A">
        <w:rPr>
          <w:rFonts w:ascii="Sakkal Majalla" w:hAnsi="Sakkal Majalla" w:cs="Sakkal Majalla" w:hint="cs"/>
          <w:szCs w:val="28"/>
          <w:rtl/>
        </w:rPr>
        <w:t>على</w:t>
      </w:r>
      <w:r w:rsidRPr="00E6351A">
        <w:rPr>
          <w:rFonts w:ascii="Sakkal Majalla" w:hAnsi="Sakkal Majalla" w:cs="Sakkal Majalla"/>
          <w:szCs w:val="28"/>
          <w:rtl/>
        </w:rPr>
        <w:t xml:space="preserve"> </w:t>
      </w:r>
      <w:r w:rsidRPr="00E6351A">
        <w:rPr>
          <w:rFonts w:ascii="Sakkal Majalla" w:hAnsi="Sakkal Majalla" w:cs="Sakkal Majalla" w:hint="cs"/>
          <w:szCs w:val="28"/>
          <w:rtl/>
        </w:rPr>
        <w:t>التعرف</w:t>
      </w:r>
      <w:r w:rsidRPr="00E6351A">
        <w:rPr>
          <w:rFonts w:ascii="Sakkal Majalla" w:hAnsi="Sakkal Majalla" w:cs="Sakkal Majalla"/>
          <w:szCs w:val="28"/>
          <w:rtl/>
        </w:rPr>
        <w:t xml:space="preserve"> </w:t>
      </w:r>
      <w:r w:rsidRPr="00E6351A">
        <w:rPr>
          <w:rFonts w:ascii="Sakkal Majalla" w:hAnsi="Sakkal Majalla" w:cs="Sakkal Majalla" w:hint="cs"/>
          <w:szCs w:val="28"/>
          <w:rtl/>
        </w:rPr>
        <w:t>إلى</w:t>
      </w:r>
      <w:r w:rsidRPr="00E6351A">
        <w:rPr>
          <w:rFonts w:ascii="Sakkal Majalla" w:hAnsi="Sakkal Majalla" w:cs="Sakkal Majalla"/>
          <w:szCs w:val="28"/>
          <w:rtl/>
        </w:rPr>
        <w:t xml:space="preserve"> </w:t>
      </w:r>
      <w:r w:rsidRPr="00E6351A">
        <w:rPr>
          <w:rFonts w:ascii="Sakkal Majalla" w:hAnsi="Sakkal Majalla" w:cs="Sakkal Majalla" w:hint="cs"/>
          <w:szCs w:val="28"/>
          <w:rtl/>
        </w:rPr>
        <w:t>المعارف</w:t>
      </w:r>
      <w:r w:rsidRPr="00E6351A">
        <w:rPr>
          <w:rFonts w:ascii="Sakkal Majalla" w:hAnsi="Sakkal Majalla" w:cs="Sakkal Majalla"/>
          <w:szCs w:val="28"/>
          <w:rtl/>
        </w:rPr>
        <w:t xml:space="preserve"> </w:t>
      </w:r>
      <w:r w:rsidRPr="00E6351A">
        <w:rPr>
          <w:rFonts w:ascii="Sakkal Majalla" w:hAnsi="Sakkal Majalla" w:cs="Sakkal Majalla" w:hint="cs"/>
          <w:szCs w:val="28"/>
          <w:rtl/>
        </w:rPr>
        <w:t>والخبرات</w:t>
      </w:r>
      <w:r w:rsidRPr="00E6351A">
        <w:rPr>
          <w:rFonts w:ascii="Sakkal Majalla" w:hAnsi="Sakkal Majalla" w:cs="Sakkal Majalla"/>
          <w:szCs w:val="28"/>
          <w:rtl/>
        </w:rPr>
        <w:t xml:space="preserve"> </w:t>
      </w:r>
      <w:r w:rsidRPr="00E6351A">
        <w:rPr>
          <w:rFonts w:ascii="Sakkal Majalla" w:hAnsi="Sakkal Majalla" w:cs="Sakkal Majalla" w:hint="cs"/>
          <w:szCs w:val="28"/>
          <w:rtl/>
        </w:rPr>
        <w:t>الجديدة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المفيدة</w:t>
      </w:r>
      <w:r w:rsidRPr="00E6351A">
        <w:rPr>
          <w:rFonts w:ascii="Sakkal Majalla" w:hAnsi="Sakkal Majalla" w:cs="Sakkal Majalla"/>
          <w:szCs w:val="28"/>
        </w:rPr>
        <w:t>.</w:t>
      </w:r>
    </w:p>
    <w:p w14:paraId="40196D99" w14:textId="779AFC8C" w:rsidR="00E6351A" w:rsidRPr="00E6351A" w:rsidRDefault="00E6351A" w:rsidP="00347AC4">
      <w:pPr>
        <w:pStyle w:val="ListParagraph"/>
        <w:numPr>
          <w:ilvl w:val="0"/>
          <w:numId w:val="62"/>
        </w:numPr>
        <w:bidi/>
        <w:spacing w:line="360" w:lineRule="auto"/>
        <w:jc w:val="lowKashida"/>
        <w:rPr>
          <w:rFonts w:ascii="Sakkal Majalla" w:hAnsi="Sakkal Majalla" w:cs="Sakkal Majalla"/>
          <w:szCs w:val="28"/>
          <w:rtl/>
        </w:rPr>
      </w:pPr>
      <w:r w:rsidRPr="00E6351A">
        <w:rPr>
          <w:rFonts w:ascii="Sakkal Majalla" w:hAnsi="Sakkal Majalla" w:cs="Sakkal Majalla" w:hint="cs"/>
          <w:b/>
          <w:bCs/>
          <w:szCs w:val="28"/>
          <w:rtl/>
        </w:rPr>
        <w:t>استيعاب</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المعرفة</w:t>
      </w:r>
      <w:r w:rsidRPr="00E6351A">
        <w:rPr>
          <w:rFonts w:ascii="Sakkal Majalla" w:hAnsi="Sakkal Majalla" w:cs="Sakkal Majalla"/>
          <w:b/>
          <w:bCs/>
          <w:szCs w:val="28"/>
          <w:rtl/>
        </w:rPr>
        <w:t>:</w:t>
      </w:r>
      <w:r w:rsidRPr="00E6351A">
        <w:rPr>
          <w:rFonts w:ascii="Sakkal Majalla" w:hAnsi="Sakkal Majalla" w:cs="Sakkal Majalla"/>
          <w:szCs w:val="28"/>
          <w:rtl/>
        </w:rPr>
        <w:t xml:space="preserve"> </w:t>
      </w:r>
      <w:r w:rsidRPr="00E6351A">
        <w:rPr>
          <w:rFonts w:ascii="Sakkal Majalla" w:hAnsi="Sakkal Majalla" w:cs="Sakkal Majalla" w:hint="cs"/>
          <w:szCs w:val="28"/>
          <w:rtl/>
        </w:rPr>
        <w:t>مدى</w:t>
      </w:r>
      <w:r w:rsidRPr="00E6351A">
        <w:rPr>
          <w:rFonts w:ascii="Sakkal Majalla" w:hAnsi="Sakkal Majalla" w:cs="Sakkal Majalla"/>
          <w:szCs w:val="28"/>
          <w:rtl/>
        </w:rPr>
        <w:t xml:space="preserve"> </w:t>
      </w:r>
      <w:r w:rsidRPr="00E6351A">
        <w:rPr>
          <w:rFonts w:ascii="Sakkal Majalla" w:hAnsi="Sakkal Majalla" w:cs="Sakkal Majalla" w:hint="cs"/>
          <w:szCs w:val="28"/>
          <w:rtl/>
        </w:rPr>
        <w:t>فهم</w:t>
      </w:r>
      <w:r w:rsidRPr="00E6351A">
        <w:rPr>
          <w:rFonts w:ascii="Sakkal Majalla" w:hAnsi="Sakkal Majalla" w:cs="Sakkal Majalla"/>
          <w:szCs w:val="28"/>
          <w:rtl/>
        </w:rPr>
        <w:t xml:space="preserve"> </w:t>
      </w:r>
      <w:r w:rsidRPr="00E6351A">
        <w:rPr>
          <w:rFonts w:ascii="Sakkal Majalla" w:hAnsi="Sakkal Majalla" w:cs="Sakkal Majalla" w:hint="cs"/>
          <w:szCs w:val="28"/>
          <w:rtl/>
        </w:rPr>
        <w:t>هذه</w:t>
      </w:r>
      <w:r w:rsidRPr="00E6351A">
        <w:rPr>
          <w:rFonts w:ascii="Sakkal Majalla" w:hAnsi="Sakkal Majalla" w:cs="Sakkal Majalla"/>
          <w:szCs w:val="28"/>
          <w:rtl/>
        </w:rPr>
        <w:t xml:space="preserve"> </w:t>
      </w:r>
      <w:r w:rsidRPr="00E6351A">
        <w:rPr>
          <w:rFonts w:ascii="Sakkal Majalla" w:hAnsi="Sakkal Majalla" w:cs="Sakkal Majalla" w:hint="cs"/>
          <w:szCs w:val="28"/>
          <w:rtl/>
        </w:rPr>
        <w:t>المعرفة</w:t>
      </w:r>
      <w:r w:rsidRPr="00E6351A">
        <w:rPr>
          <w:rFonts w:ascii="Sakkal Majalla" w:hAnsi="Sakkal Majalla" w:cs="Sakkal Majalla"/>
          <w:szCs w:val="28"/>
          <w:rtl/>
        </w:rPr>
        <w:t xml:space="preserve"> </w:t>
      </w:r>
      <w:r w:rsidRPr="00E6351A">
        <w:rPr>
          <w:rFonts w:ascii="Sakkal Majalla" w:hAnsi="Sakkal Majalla" w:cs="Sakkal Majalla" w:hint="cs"/>
          <w:szCs w:val="28"/>
          <w:rtl/>
        </w:rPr>
        <w:t>وتفسيرها</w:t>
      </w:r>
      <w:r w:rsidRPr="00E6351A">
        <w:rPr>
          <w:rFonts w:ascii="Sakkal Majalla" w:hAnsi="Sakkal Majalla" w:cs="Sakkal Majalla"/>
          <w:szCs w:val="28"/>
          <w:rtl/>
        </w:rPr>
        <w:t xml:space="preserve"> </w:t>
      </w:r>
      <w:r w:rsidRPr="00E6351A">
        <w:rPr>
          <w:rFonts w:ascii="Sakkal Majalla" w:hAnsi="Sakkal Majalla" w:cs="Sakkal Majalla" w:hint="cs"/>
          <w:szCs w:val="28"/>
          <w:rtl/>
        </w:rPr>
        <w:t>ضمن</w:t>
      </w:r>
      <w:r w:rsidRPr="00E6351A">
        <w:rPr>
          <w:rFonts w:ascii="Sakkal Majalla" w:hAnsi="Sakkal Majalla" w:cs="Sakkal Majalla"/>
          <w:szCs w:val="28"/>
          <w:rtl/>
        </w:rPr>
        <w:t xml:space="preserve"> </w:t>
      </w:r>
      <w:r w:rsidRPr="00E6351A">
        <w:rPr>
          <w:rFonts w:ascii="Sakkal Majalla" w:hAnsi="Sakkal Majalla" w:cs="Sakkal Majalla" w:hint="cs"/>
          <w:szCs w:val="28"/>
          <w:rtl/>
        </w:rPr>
        <w:t>السياق</w:t>
      </w:r>
      <w:r w:rsidRPr="00E6351A">
        <w:rPr>
          <w:rFonts w:ascii="Sakkal Majalla" w:hAnsi="Sakkal Majalla" w:cs="Sakkal Majalla"/>
          <w:szCs w:val="28"/>
          <w:rtl/>
        </w:rPr>
        <w:t xml:space="preserve"> </w:t>
      </w:r>
      <w:r w:rsidRPr="00E6351A">
        <w:rPr>
          <w:rFonts w:ascii="Sakkal Majalla" w:hAnsi="Sakkal Majalla" w:cs="Sakkal Majalla" w:hint="cs"/>
          <w:szCs w:val="28"/>
          <w:rtl/>
        </w:rPr>
        <w:t>المحلي</w:t>
      </w:r>
      <w:r w:rsidRPr="00E6351A">
        <w:rPr>
          <w:rFonts w:ascii="Sakkal Majalla" w:hAnsi="Sakkal Majalla" w:cs="Sakkal Majalla"/>
          <w:szCs w:val="28"/>
        </w:rPr>
        <w:t>.</w:t>
      </w:r>
    </w:p>
    <w:p w14:paraId="2FF6C4DC" w14:textId="0FD788B7" w:rsidR="00E6351A" w:rsidRPr="00E6351A" w:rsidRDefault="00E6351A" w:rsidP="00347AC4">
      <w:pPr>
        <w:pStyle w:val="ListParagraph"/>
        <w:numPr>
          <w:ilvl w:val="0"/>
          <w:numId w:val="62"/>
        </w:numPr>
        <w:bidi/>
        <w:spacing w:line="360" w:lineRule="auto"/>
        <w:jc w:val="lowKashida"/>
        <w:rPr>
          <w:rFonts w:ascii="Sakkal Majalla" w:hAnsi="Sakkal Majalla" w:cs="Sakkal Majalla"/>
          <w:szCs w:val="28"/>
          <w:rtl/>
        </w:rPr>
      </w:pPr>
      <w:r w:rsidRPr="00E6351A">
        <w:rPr>
          <w:rFonts w:ascii="Sakkal Majalla" w:hAnsi="Sakkal Majalla" w:cs="Sakkal Majalla" w:hint="cs"/>
          <w:b/>
          <w:bCs/>
          <w:szCs w:val="28"/>
          <w:rtl/>
        </w:rPr>
        <w:t>تحويل</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المعرفة</w:t>
      </w:r>
      <w:r w:rsidRPr="00E6351A">
        <w:rPr>
          <w:rFonts w:ascii="Sakkal Majalla" w:hAnsi="Sakkal Majalla" w:cs="Sakkal Majalla"/>
          <w:b/>
          <w:bCs/>
          <w:szCs w:val="28"/>
          <w:rtl/>
        </w:rPr>
        <w:t>:</w:t>
      </w:r>
      <w:r w:rsidRPr="00E6351A">
        <w:rPr>
          <w:rFonts w:ascii="Sakkal Majalla" w:hAnsi="Sakkal Majalla" w:cs="Sakkal Majalla"/>
          <w:szCs w:val="28"/>
          <w:rtl/>
        </w:rPr>
        <w:t xml:space="preserve"> </w:t>
      </w:r>
      <w:r w:rsidRPr="00E6351A">
        <w:rPr>
          <w:rFonts w:ascii="Sakkal Majalla" w:hAnsi="Sakkal Majalla" w:cs="Sakkal Majalla" w:hint="cs"/>
          <w:szCs w:val="28"/>
          <w:rtl/>
        </w:rPr>
        <w:t>تكييف</w:t>
      </w:r>
      <w:r w:rsidRPr="00E6351A">
        <w:rPr>
          <w:rFonts w:ascii="Sakkal Majalla" w:hAnsi="Sakkal Majalla" w:cs="Sakkal Majalla"/>
          <w:szCs w:val="28"/>
          <w:rtl/>
        </w:rPr>
        <w:t xml:space="preserve"> </w:t>
      </w:r>
      <w:r w:rsidRPr="00E6351A">
        <w:rPr>
          <w:rFonts w:ascii="Sakkal Majalla" w:hAnsi="Sakkal Majalla" w:cs="Sakkal Majalla" w:hint="cs"/>
          <w:szCs w:val="28"/>
          <w:rtl/>
        </w:rPr>
        <w:t>المعرفة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الخارجية</w:t>
      </w:r>
      <w:r w:rsidRPr="00E6351A">
        <w:rPr>
          <w:rFonts w:ascii="Sakkal Majalla" w:hAnsi="Sakkal Majalla" w:cs="Sakkal Majalla"/>
          <w:szCs w:val="28"/>
          <w:rtl/>
        </w:rPr>
        <w:t xml:space="preserve"> </w:t>
      </w:r>
      <w:r w:rsidRPr="00E6351A">
        <w:rPr>
          <w:rFonts w:ascii="Sakkal Majalla" w:hAnsi="Sakkal Majalla" w:cs="Sakkal Majalla" w:hint="cs"/>
          <w:szCs w:val="28"/>
          <w:rtl/>
        </w:rPr>
        <w:t>وربطها</w:t>
      </w:r>
      <w:r w:rsidRPr="00E6351A">
        <w:rPr>
          <w:rFonts w:ascii="Sakkal Majalla" w:hAnsi="Sakkal Majalla" w:cs="Sakkal Majalla"/>
          <w:szCs w:val="28"/>
          <w:rtl/>
        </w:rPr>
        <w:t xml:space="preserve"> </w:t>
      </w:r>
      <w:r w:rsidRPr="00E6351A">
        <w:rPr>
          <w:rFonts w:ascii="Sakkal Majalla" w:hAnsi="Sakkal Majalla" w:cs="Sakkal Majalla" w:hint="cs"/>
          <w:szCs w:val="28"/>
          <w:rtl/>
        </w:rPr>
        <w:t>بالإجراءات</w:t>
      </w:r>
      <w:r w:rsidRPr="00E6351A">
        <w:rPr>
          <w:rFonts w:ascii="Sakkal Majalla" w:hAnsi="Sakkal Majalla" w:cs="Sakkal Majalla"/>
          <w:szCs w:val="28"/>
          <w:rtl/>
        </w:rPr>
        <w:t xml:space="preserve"> </w:t>
      </w:r>
      <w:r w:rsidRPr="00E6351A">
        <w:rPr>
          <w:rFonts w:ascii="Sakkal Majalla" w:hAnsi="Sakkal Majalla" w:cs="Sakkal Majalla" w:hint="cs"/>
          <w:szCs w:val="28"/>
          <w:rtl/>
        </w:rPr>
        <w:t>والهياكل</w:t>
      </w:r>
      <w:r w:rsidRPr="00E6351A">
        <w:rPr>
          <w:rFonts w:ascii="Sakkal Majalla" w:hAnsi="Sakkal Majalla" w:cs="Sakkal Majalla"/>
          <w:szCs w:val="28"/>
          <w:rtl/>
        </w:rPr>
        <w:t xml:space="preserve"> </w:t>
      </w:r>
      <w:r w:rsidRPr="00E6351A">
        <w:rPr>
          <w:rFonts w:ascii="Sakkal Majalla" w:hAnsi="Sakkal Majalla" w:cs="Sakkal Majalla" w:hint="cs"/>
          <w:szCs w:val="28"/>
          <w:rtl/>
        </w:rPr>
        <w:t>القائمة</w:t>
      </w:r>
      <w:r w:rsidRPr="00E6351A">
        <w:rPr>
          <w:rFonts w:ascii="Sakkal Majalla" w:hAnsi="Sakkal Majalla" w:cs="Sakkal Majalla"/>
          <w:szCs w:val="28"/>
        </w:rPr>
        <w:t>.</w:t>
      </w:r>
    </w:p>
    <w:p w14:paraId="5A6E6557" w14:textId="5AA47FB6" w:rsidR="00E6351A" w:rsidRPr="00E6351A" w:rsidRDefault="00E6351A" w:rsidP="00347AC4">
      <w:pPr>
        <w:pStyle w:val="ListParagraph"/>
        <w:numPr>
          <w:ilvl w:val="0"/>
          <w:numId w:val="62"/>
        </w:numPr>
        <w:bidi/>
        <w:spacing w:line="360" w:lineRule="auto"/>
        <w:jc w:val="lowKashida"/>
        <w:rPr>
          <w:rFonts w:ascii="Sakkal Majalla" w:hAnsi="Sakkal Majalla" w:cs="Sakkal Majalla"/>
          <w:szCs w:val="28"/>
          <w:rtl/>
        </w:rPr>
      </w:pPr>
      <w:r w:rsidRPr="00E6351A">
        <w:rPr>
          <w:rFonts w:ascii="Sakkal Majalla" w:hAnsi="Sakkal Majalla" w:cs="Sakkal Majalla" w:hint="cs"/>
          <w:b/>
          <w:bCs/>
          <w:szCs w:val="28"/>
          <w:rtl/>
        </w:rPr>
        <w:t>تطبيق</w:t>
      </w:r>
      <w:r w:rsidRPr="00E6351A">
        <w:rPr>
          <w:rFonts w:ascii="Sakkal Majalla" w:hAnsi="Sakkal Majalla" w:cs="Sakkal Majalla"/>
          <w:b/>
          <w:bCs/>
          <w:szCs w:val="28"/>
          <w:rtl/>
        </w:rPr>
        <w:t xml:space="preserve"> </w:t>
      </w:r>
      <w:r w:rsidRPr="00E6351A">
        <w:rPr>
          <w:rFonts w:ascii="Sakkal Majalla" w:hAnsi="Sakkal Majalla" w:cs="Sakkal Majalla" w:hint="cs"/>
          <w:b/>
          <w:bCs/>
          <w:szCs w:val="28"/>
          <w:rtl/>
        </w:rPr>
        <w:t>المعرفة</w:t>
      </w:r>
      <w:r w:rsidRPr="00E6351A">
        <w:rPr>
          <w:rFonts w:ascii="Sakkal Majalla" w:hAnsi="Sakkal Majalla" w:cs="Sakkal Majalla"/>
          <w:b/>
          <w:bCs/>
          <w:szCs w:val="28"/>
          <w:rtl/>
        </w:rPr>
        <w:t>:</w:t>
      </w:r>
      <w:r w:rsidRPr="00E6351A">
        <w:rPr>
          <w:rFonts w:ascii="Sakkal Majalla" w:hAnsi="Sakkal Majalla" w:cs="Sakkal Majalla"/>
          <w:szCs w:val="28"/>
          <w:rtl/>
        </w:rPr>
        <w:t xml:space="preserve"> </w:t>
      </w:r>
      <w:r w:rsidRPr="00E6351A">
        <w:rPr>
          <w:rFonts w:ascii="Sakkal Majalla" w:hAnsi="Sakkal Majalla" w:cs="Sakkal Majalla" w:hint="cs"/>
          <w:szCs w:val="28"/>
          <w:rtl/>
        </w:rPr>
        <w:t>استخدام</w:t>
      </w:r>
      <w:r w:rsidRPr="00E6351A">
        <w:rPr>
          <w:rFonts w:ascii="Sakkal Majalla" w:hAnsi="Sakkal Majalla" w:cs="Sakkal Majalla"/>
          <w:szCs w:val="28"/>
          <w:rtl/>
        </w:rPr>
        <w:t xml:space="preserve"> </w:t>
      </w:r>
      <w:r w:rsidRPr="00E6351A">
        <w:rPr>
          <w:rFonts w:ascii="Sakkal Majalla" w:hAnsi="Sakkal Majalla" w:cs="Sakkal Majalla" w:hint="cs"/>
          <w:szCs w:val="28"/>
          <w:rtl/>
        </w:rPr>
        <w:t>المعرفة</w:t>
      </w:r>
      <w:r w:rsidRPr="00E6351A">
        <w:rPr>
          <w:rFonts w:ascii="Sakkal Majalla" w:hAnsi="Sakkal Majalla" w:cs="Sakkal Majalla"/>
          <w:szCs w:val="28"/>
          <w:rtl/>
        </w:rPr>
        <w:t xml:space="preserve"> </w:t>
      </w:r>
      <w:r w:rsidRPr="00E6351A">
        <w:rPr>
          <w:rFonts w:ascii="Sakkal Majalla" w:hAnsi="Sakkal Majalla" w:cs="Sakkal Majalla" w:hint="cs"/>
          <w:szCs w:val="28"/>
          <w:rtl/>
        </w:rPr>
        <w:t>في</w:t>
      </w:r>
      <w:r w:rsidRPr="00E6351A">
        <w:rPr>
          <w:rFonts w:ascii="Sakkal Majalla" w:hAnsi="Sakkal Majalla" w:cs="Sakkal Majalla"/>
          <w:szCs w:val="28"/>
          <w:rtl/>
        </w:rPr>
        <w:t xml:space="preserve"> </w:t>
      </w:r>
      <w:r w:rsidRPr="00E6351A">
        <w:rPr>
          <w:rFonts w:ascii="Sakkal Majalla" w:hAnsi="Sakkal Majalla" w:cs="Sakkal Majalla" w:hint="cs"/>
          <w:szCs w:val="28"/>
          <w:rtl/>
        </w:rPr>
        <w:t>تطوير</w:t>
      </w:r>
      <w:r w:rsidRPr="00E6351A">
        <w:rPr>
          <w:rFonts w:ascii="Sakkal Majalla" w:hAnsi="Sakkal Majalla" w:cs="Sakkal Majalla"/>
          <w:szCs w:val="28"/>
          <w:rtl/>
        </w:rPr>
        <w:t xml:space="preserve"> </w:t>
      </w:r>
      <w:r w:rsidRPr="00E6351A">
        <w:rPr>
          <w:rFonts w:ascii="Sakkal Majalla" w:hAnsi="Sakkal Majalla" w:cs="Sakkal Majalla" w:hint="cs"/>
          <w:szCs w:val="28"/>
          <w:rtl/>
        </w:rPr>
        <w:t>الخدمات،</w:t>
      </w:r>
      <w:r w:rsidRPr="00E6351A">
        <w:rPr>
          <w:rFonts w:ascii="Sakkal Majalla" w:hAnsi="Sakkal Majalla" w:cs="Sakkal Majalla"/>
          <w:szCs w:val="28"/>
          <w:rtl/>
        </w:rPr>
        <w:t xml:space="preserve"> </w:t>
      </w:r>
      <w:r w:rsidRPr="00E6351A">
        <w:rPr>
          <w:rFonts w:ascii="Sakkal Majalla" w:hAnsi="Sakkal Majalla" w:cs="Sakkal Majalla" w:hint="cs"/>
          <w:szCs w:val="28"/>
          <w:rtl/>
        </w:rPr>
        <w:t>أو</w:t>
      </w:r>
      <w:r w:rsidRPr="00E6351A">
        <w:rPr>
          <w:rFonts w:ascii="Sakkal Majalla" w:hAnsi="Sakkal Majalla" w:cs="Sakkal Majalla"/>
          <w:szCs w:val="28"/>
          <w:rtl/>
        </w:rPr>
        <w:t xml:space="preserve"> </w:t>
      </w:r>
      <w:r w:rsidRPr="00E6351A">
        <w:rPr>
          <w:rFonts w:ascii="Sakkal Majalla" w:hAnsi="Sakkal Majalla" w:cs="Sakkal Majalla" w:hint="cs"/>
          <w:szCs w:val="28"/>
          <w:rtl/>
        </w:rPr>
        <w:t>تحسين</w:t>
      </w:r>
      <w:r w:rsidRPr="00E6351A">
        <w:rPr>
          <w:rFonts w:ascii="Sakkal Majalla" w:hAnsi="Sakkal Majalla" w:cs="Sakkal Majalla"/>
          <w:szCs w:val="28"/>
          <w:rtl/>
        </w:rPr>
        <w:t xml:space="preserve"> </w:t>
      </w:r>
      <w:r w:rsidRPr="00E6351A">
        <w:rPr>
          <w:rFonts w:ascii="Sakkal Majalla" w:hAnsi="Sakkal Majalla" w:cs="Sakkal Majalla" w:hint="cs"/>
          <w:szCs w:val="28"/>
          <w:rtl/>
        </w:rPr>
        <w:t>السياسات،</w:t>
      </w:r>
      <w:r w:rsidRPr="00E6351A">
        <w:rPr>
          <w:rFonts w:ascii="Sakkal Majalla" w:hAnsi="Sakkal Majalla" w:cs="Sakkal Majalla"/>
          <w:szCs w:val="28"/>
          <w:rtl/>
        </w:rPr>
        <w:t xml:space="preserve"> </w:t>
      </w:r>
      <w:r w:rsidRPr="00E6351A">
        <w:rPr>
          <w:rFonts w:ascii="Sakkal Majalla" w:hAnsi="Sakkal Majalla" w:cs="Sakkal Majalla" w:hint="cs"/>
          <w:szCs w:val="28"/>
          <w:rtl/>
        </w:rPr>
        <w:t>أو</w:t>
      </w:r>
      <w:r w:rsidRPr="00E6351A">
        <w:rPr>
          <w:rFonts w:ascii="Sakkal Majalla" w:hAnsi="Sakkal Majalla" w:cs="Sakkal Majalla"/>
          <w:szCs w:val="28"/>
          <w:rtl/>
        </w:rPr>
        <w:t xml:space="preserve"> </w:t>
      </w:r>
      <w:r w:rsidRPr="00E6351A">
        <w:rPr>
          <w:rFonts w:ascii="Sakkal Majalla" w:hAnsi="Sakkal Majalla" w:cs="Sakkal Majalla" w:hint="cs"/>
          <w:szCs w:val="28"/>
          <w:rtl/>
        </w:rPr>
        <w:t>إطلاق</w:t>
      </w:r>
      <w:r w:rsidRPr="00E6351A">
        <w:rPr>
          <w:rFonts w:ascii="Sakkal Majalla" w:hAnsi="Sakkal Majalla" w:cs="Sakkal Majalla"/>
          <w:szCs w:val="28"/>
          <w:rtl/>
        </w:rPr>
        <w:t xml:space="preserve"> </w:t>
      </w:r>
      <w:r w:rsidRPr="00E6351A">
        <w:rPr>
          <w:rFonts w:ascii="Sakkal Majalla" w:hAnsi="Sakkal Majalla" w:cs="Sakkal Majalla" w:hint="cs"/>
          <w:szCs w:val="28"/>
          <w:rtl/>
        </w:rPr>
        <w:t>حلول</w:t>
      </w:r>
      <w:r w:rsidRPr="00E6351A">
        <w:rPr>
          <w:rFonts w:ascii="Sakkal Majalla" w:hAnsi="Sakkal Majalla" w:cs="Sakkal Majalla"/>
          <w:szCs w:val="28"/>
          <w:rtl/>
        </w:rPr>
        <w:t xml:space="preserve"> </w:t>
      </w:r>
      <w:r w:rsidRPr="00E6351A">
        <w:rPr>
          <w:rFonts w:ascii="Sakkal Majalla" w:hAnsi="Sakkal Majalla" w:cs="Sakkal Majalla" w:hint="cs"/>
          <w:szCs w:val="28"/>
          <w:rtl/>
        </w:rPr>
        <w:t>ابتكارية</w:t>
      </w:r>
      <w:r w:rsidRPr="00E6351A">
        <w:rPr>
          <w:rFonts w:ascii="Sakkal Majalla" w:hAnsi="Sakkal Majalla" w:cs="Sakkal Majalla"/>
          <w:szCs w:val="28"/>
          <w:rtl/>
        </w:rPr>
        <w:t xml:space="preserve"> </w:t>
      </w:r>
      <w:r w:rsidRPr="00E6351A">
        <w:rPr>
          <w:rFonts w:ascii="Sakkal Majalla" w:hAnsi="Sakkal Majalla" w:cs="Sakkal Majalla" w:hint="cs"/>
          <w:szCs w:val="28"/>
          <w:rtl/>
        </w:rPr>
        <w:t>جديدة</w:t>
      </w:r>
      <w:r w:rsidRPr="00E6351A">
        <w:rPr>
          <w:rFonts w:ascii="Sakkal Majalla" w:hAnsi="Sakkal Majalla" w:cs="Sakkal Majalla"/>
          <w:szCs w:val="28"/>
        </w:rPr>
        <w:t>.</w:t>
      </w:r>
    </w:p>
    <w:p w14:paraId="2DCF23D0" w14:textId="77777777" w:rsidR="004B5D2F" w:rsidRDefault="00E6351A" w:rsidP="00347AC4">
      <w:pPr>
        <w:bidi/>
        <w:spacing w:line="360" w:lineRule="auto"/>
        <w:jc w:val="lowKashida"/>
        <w:rPr>
          <w:rFonts w:ascii="Sakkal Majalla" w:hAnsi="Sakkal Majalla" w:cs="Sakkal Majalla"/>
          <w:szCs w:val="28"/>
          <w:rtl/>
        </w:rPr>
      </w:pPr>
      <w:r w:rsidRPr="00E6351A">
        <w:rPr>
          <w:rFonts w:ascii="Sakkal Majalla" w:hAnsi="Sakkal Majalla" w:cs="Sakkal Majalla" w:hint="cs"/>
          <w:szCs w:val="28"/>
          <w:rtl/>
        </w:rPr>
        <w:lastRenderedPageBreak/>
        <w:t>وبالتالي،</w:t>
      </w:r>
      <w:r w:rsidRPr="00E6351A">
        <w:rPr>
          <w:rFonts w:ascii="Sakkal Majalla" w:hAnsi="Sakkal Majalla" w:cs="Sakkal Majalla"/>
          <w:szCs w:val="28"/>
          <w:rtl/>
        </w:rPr>
        <w:t xml:space="preserve"> </w:t>
      </w:r>
      <w:r w:rsidRPr="00E6351A">
        <w:rPr>
          <w:rFonts w:ascii="Sakkal Majalla" w:hAnsi="Sakkal Majalla" w:cs="Sakkal Majalla" w:hint="cs"/>
          <w:szCs w:val="28"/>
          <w:rtl/>
        </w:rPr>
        <w:t>فإن</w:t>
      </w:r>
      <w:r w:rsidRPr="00E6351A">
        <w:rPr>
          <w:rFonts w:ascii="Sakkal Majalla" w:hAnsi="Sakkal Majalla" w:cs="Sakkal Majalla"/>
          <w:szCs w:val="28"/>
          <w:rtl/>
        </w:rPr>
        <w:t xml:space="preserve"> </w:t>
      </w:r>
      <w:r w:rsidRPr="00E6351A">
        <w:rPr>
          <w:rFonts w:ascii="Sakkal Majalla" w:hAnsi="Sakkal Majalla" w:cs="Sakkal Majalla" w:hint="cs"/>
          <w:szCs w:val="28"/>
          <w:rtl/>
        </w:rPr>
        <w:t>القدرة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الامتصاصية</w:t>
      </w:r>
      <w:r w:rsidRPr="00E6351A">
        <w:rPr>
          <w:rFonts w:ascii="Sakkal Majalla" w:hAnsi="Sakkal Majalla" w:cs="Sakkal Majalla"/>
          <w:szCs w:val="28"/>
          <w:rtl/>
        </w:rPr>
        <w:t xml:space="preserve"> </w:t>
      </w:r>
      <w:r w:rsidRPr="00E6351A">
        <w:rPr>
          <w:rFonts w:ascii="Sakkal Majalla" w:hAnsi="Sakkal Majalla" w:cs="Sakkal Majalla" w:hint="cs"/>
          <w:szCs w:val="28"/>
          <w:rtl/>
        </w:rPr>
        <w:t>تشكل</w:t>
      </w:r>
      <w:r w:rsidRPr="00E6351A">
        <w:rPr>
          <w:rFonts w:ascii="Sakkal Majalla" w:hAnsi="Sakkal Majalla" w:cs="Sakkal Majalla"/>
          <w:szCs w:val="28"/>
          <w:rtl/>
        </w:rPr>
        <w:t xml:space="preserve"> </w:t>
      </w:r>
      <w:r w:rsidRPr="00E6351A">
        <w:rPr>
          <w:rFonts w:ascii="Sakkal Majalla" w:hAnsi="Sakkal Majalla" w:cs="Sakkal Majalla" w:hint="cs"/>
          <w:szCs w:val="28"/>
          <w:rtl/>
        </w:rPr>
        <w:t>الحلقة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الوسيطة</w:t>
      </w:r>
      <w:r w:rsidRPr="00E6351A">
        <w:rPr>
          <w:rFonts w:ascii="Sakkal Majalla" w:hAnsi="Sakkal Majalla" w:cs="Sakkal Majalla"/>
          <w:szCs w:val="28"/>
          <w:rtl/>
        </w:rPr>
        <w:t xml:space="preserve"> </w:t>
      </w:r>
      <w:r w:rsidRPr="00E6351A">
        <w:rPr>
          <w:rFonts w:ascii="Sakkal Majalla" w:hAnsi="Sakkal Majalla" w:cs="Sakkal Majalla" w:hint="cs"/>
          <w:szCs w:val="28"/>
          <w:rtl/>
        </w:rPr>
        <w:t>بين</w:t>
      </w:r>
      <w:r w:rsidRPr="00E6351A">
        <w:rPr>
          <w:rFonts w:ascii="Sakkal Majalla" w:hAnsi="Sakkal Majalla" w:cs="Sakkal Majalla"/>
          <w:szCs w:val="28"/>
          <w:rtl/>
        </w:rPr>
        <w:t xml:space="preserve"> </w:t>
      </w:r>
      <w:r w:rsidRPr="00E6351A">
        <w:rPr>
          <w:rFonts w:ascii="Sakkal Majalla" w:hAnsi="Sakkal Majalla" w:cs="Sakkal Majalla" w:hint="cs"/>
          <w:szCs w:val="28"/>
          <w:rtl/>
        </w:rPr>
        <w:t>ما</w:t>
      </w:r>
      <w:r w:rsidRPr="00E6351A">
        <w:rPr>
          <w:rFonts w:ascii="Sakkal Majalla" w:hAnsi="Sakkal Majalla" w:cs="Sakkal Majalla"/>
          <w:szCs w:val="28"/>
          <w:rtl/>
        </w:rPr>
        <w:t xml:space="preserve"> </w:t>
      </w:r>
      <w:r w:rsidRPr="00E6351A">
        <w:rPr>
          <w:rFonts w:ascii="Sakkal Majalla" w:hAnsi="Sakkal Majalla" w:cs="Sakkal Majalla" w:hint="cs"/>
          <w:szCs w:val="28"/>
          <w:rtl/>
        </w:rPr>
        <w:t>تقدمه</w:t>
      </w:r>
      <w:r w:rsidRPr="00E6351A">
        <w:rPr>
          <w:rFonts w:ascii="Sakkal Majalla" w:hAnsi="Sakkal Majalla" w:cs="Sakkal Majalla"/>
          <w:szCs w:val="28"/>
          <w:rtl/>
        </w:rPr>
        <w:t xml:space="preserve"> </w:t>
      </w:r>
      <w:r w:rsidRPr="00E6351A">
        <w:rPr>
          <w:rFonts w:ascii="Sakkal Majalla" w:hAnsi="Sakkal Majalla" w:cs="Sakkal Majalla" w:hint="cs"/>
          <w:szCs w:val="28"/>
          <w:rtl/>
        </w:rPr>
        <w:t>الشركات</w:t>
      </w:r>
      <w:r w:rsidRPr="00E6351A">
        <w:rPr>
          <w:rFonts w:ascii="Sakkal Majalla" w:hAnsi="Sakkal Majalla" w:cs="Sakkal Majalla"/>
          <w:szCs w:val="28"/>
          <w:rtl/>
        </w:rPr>
        <w:t xml:space="preserve"> </w:t>
      </w:r>
      <w:r w:rsidRPr="00E6351A">
        <w:rPr>
          <w:rFonts w:ascii="Sakkal Majalla" w:hAnsi="Sakkal Majalla" w:cs="Sakkal Majalla" w:hint="cs"/>
          <w:szCs w:val="28"/>
          <w:rtl/>
        </w:rPr>
        <w:t>الاستشارية</w:t>
      </w:r>
      <w:r w:rsidRPr="00E6351A">
        <w:rPr>
          <w:rFonts w:ascii="Sakkal Majalla" w:hAnsi="Sakkal Majalla" w:cs="Sakkal Majalla"/>
          <w:szCs w:val="28"/>
          <w:rtl/>
        </w:rPr>
        <w:t xml:space="preserve"> </w:t>
      </w:r>
      <w:r w:rsidRPr="00E6351A">
        <w:rPr>
          <w:rFonts w:ascii="Sakkal Majalla" w:hAnsi="Sakkal Majalla" w:cs="Sakkal Majalla" w:hint="cs"/>
          <w:szCs w:val="28"/>
          <w:rtl/>
        </w:rPr>
        <w:t>من</w:t>
      </w:r>
      <w:r w:rsidRPr="00E6351A">
        <w:rPr>
          <w:rFonts w:ascii="Sakkal Majalla" w:hAnsi="Sakkal Majalla" w:cs="Sakkal Majalla"/>
          <w:szCs w:val="28"/>
          <w:rtl/>
        </w:rPr>
        <w:t xml:space="preserve"> </w:t>
      </w:r>
      <w:r w:rsidRPr="00E6351A">
        <w:rPr>
          <w:rFonts w:ascii="Sakkal Majalla" w:hAnsi="Sakkal Majalla" w:cs="Sakkal Majalla" w:hint="cs"/>
          <w:szCs w:val="28"/>
          <w:rtl/>
        </w:rPr>
        <w:t>دعم</w:t>
      </w:r>
      <w:r w:rsidRPr="00E6351A">
        <w:rPr>
          <w:rFonts w:ascii="Sakkal Majalla" w:hAnsi="Sakkal Majalla" w:cs="Sakkal Majalla"/>
          <w:szCs w:val="28"/>
          <w:rtl/>
        </w:rPr>
        <w:t xml:space="preserve"> </w:t>
      </w:r>
      <w:r w:rsidRPr="00E6351A">
        <w:rPr>
          <w:rFonts w:ascii="Sakkal Majalla" w:hAnsi="Sakkal Majalla" w:cs="Sakkal Majalla" w:hint="cs"/>
          <w:szCs w:val="28"/>
          <w:rtl/>
        </w:rPr>
        <w:t>خارجي،</w:t>
      </w:r>
      <w:r w:rsidRPr="00E6351A">
        <w:rPr>
          <w:rFonts w:ascii="Sakkal Majalla" w:hAnsi="Sakkal Majalla" w:cs="Sakkal Majalla"/>
          <w:szCs w:val="28"/>
          <w:rtl/>
        </w:rPr>
        <w:t xml:space="preserve"> </w:t>
      </w:r>
      <w:r w:rsidRPr="00E6351A">
        <w:rPr>
          <w:rFonts w:ascii="Sakkal Majalla" w:hAnsi="Sakkal Majalla" w:cs="Sakkal Majalla" w:hint="cs"/>
          <w:szCs w:val="28"/>
          <w:rtl/>
        </w:rPr>
        <w:t>وبين</w:t>
      </w:r>
      <w:r w:rsidRPr="00E6351A">
        <w:rPr>
          <w:rFonts w:ascii="Sakkal Majalla" w:hAnsi="Sakkal Majalla" w:cs="Sakkal Majalla"/>
          <w:szCs w:val="28"/>
          <w:rtl/>
        </w:rPr>
        <w:t xml:space="preserve"> </w:t>
      </w:r>
      <w:r w:rsidRPr="00E6351A">
        <w:rPr>
          <w:rFonts w:ascii="Sakkal Majalla" w:hAnsi="Sakkal Majalla" w:cs="Sakkal Majalla" w:hint="cs"/>
          <w:szCs w:val="28"/>
          <w:rtl/>
        </w:rPr>
        <w:t>قدرة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الجهة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الحكومية</w:t>
      </w:r>
      <w:r w:rsidRPr="00E6351A">
        <w:rPr>
          <w:rFonts w:ascii="Sakkal Majalla" w:hAnsi="Sakkal Majalla" w:cs="Sakkal Majalla"/>
          <w:szCs w:val="28"/>
          <w:rtl/>
        </w:rPr>
        <w:t xml:space="preserve"> </w:t>
      </w:r>
      <w:r w:rsidRPr="00E6351A">
        <w:rPr>
          <w:rFonts w:ascii="Sakkal Majalla" w:hAnsi="Sakkal Majalla" w:cs="Sakkal Majalla" w:hint="cs"/>
          <w:szCs w:val="28"/>
          <w:rtl/>
        </w:rPr>
        <w:t>على</w:t>
      </w:r>
      <w:r w:rsidRPr="00E6351A">
        <w:rPr>
          <w:rFonts w:ascii="Sakkal Majalla" w:hAnsi="Sakkal Majalla" w:cs="Sakkal Majalla"/>
          <w:szCs w:val="28"/>
          <w:rtl/>
        </w:rPr>
        <w:t xml:space="preserve"> </w:t>
      </w:r>
      <w:r w:rsidRPr="00E6351A">
        <w:rPr>
          <w:rFonts w:ascii="Sakkal Majalla" w:hAnsi="Sakkal Majalla" w:cs="Sakkal Majalla" w:hint="cs"/>
          <w:szCs w:val="28"/>
          <w:rtl/>
        </w:rPr>
        <w:t>استدامة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الابتكار</w:t>
      </w:r>
      <w:r w:rsidRPr="00E6351A">
        <w:rPr>
          <w:rFonts w:ascii="Sakkal Majalla" w:hAnsi="Sakkal Majalla" w:cs="Sakkal Majalla"/>
          <w:szCs w:val="28"/>
          <w:rtl/>
        </w:rPr>
        <w:t xml:space="preserve"> </w:t>
      </w:r>
      <w:r w:rsidRPr="00E6351A">
        <w:rPr>
          <w:rFonts w:ascii="Sakkal Majalla" w:hAnsi="Sakkal Majalla" w:cs="Sakkal Majalla" w:hint="cs"/>
          <w:szCs w:val="28"/>
          <w:rtl/>
        </w:rPr>
        <w:t>بعد</w:t>
      </w:r>
      <w:r w:rsidRPr="00E6351A">
        <w:rPr>
          <w:rFonts w:ascii="Sakkal Majalla" w:hAnsi="Sakkal Majalla" w:cs="Sakkal Majalla"/>
          <w:szCs w:val="28"/>
          <w:rtl/>
        </w:rPr>
        <w:t xml:space="preserve"> </w:t>
      </w:r>
      <w:r w:rsidRPr="00E6351A">
        <w:rPr>
          <w:rFonts w:ascii="Sakkal Majalla" w:hAnsi="Sakkal Majalla" w:cs="Sakkal Majalla" w:hint="cs"/>
          <w:szCs w:val="28"/>
          <w:rtl/>
        </w:rPr>
        <w:t>انتهاء</w:t>
      </w:r>
      <w:r w:rsidRPr="00E6351A">
        <w:rPr>
          <w:rFonts w:ascii="Sakkal Majalla" w:hAnsi="Sakkal Majalla" w:cs="Sakkal Majalla"/>
          <w:szCs w:val="28"/>
          <w:rtl/>
        </w:rPr>
        <w:t xml:space="preserve"> </w:t>
      </w:r>
      <w:r w:rsidRPr="00E6351A">
        <w:rPr>
          <w:rFonts w:ascii="Sakkal Majalla" w:hAnsi="Sakkal Majalla" w:cs="Sakkal Majalla" w:hint="cs"/>
          <w:szCs w:val="28"/>
          <w:rtl/>
        </w:rPr>
        <w:t>هذا</w:t>
      </w:r>
      <w:r w:rsidRPr="00E6351A">
        <w:rPr>
          <w:rFonts w:ascii="Sakkal Majalla" w:hAnsi="Sakkal Majalla" w:cs="Sakkal Majalla"/>
          <w:szCs w:val="28"/>
          <w:rtl/>
        </w:rPr>
        <w:t xml:space="preserve"> </w:t>
      </w:r>
      <w:r w:rsidRPr="00E6351A">
        <w:rPr>
          <w:rFonts w:ascii="Sakkal Majalla" w:hAnsi="Sakkal Majalla" w:cs="Sakkal Majalla" w:hint="cs"/>
          <w:szCs w:val="28"/>
          <w:rtl/>
        </w:rPr>
        <w:t>الدعم</w:t>
      </w:r>
      <w:r w:rsidRPr="00E6351A">
        <w:rPr>
          <w:rFonts w:ascii="Sakkal Majalla" w:hAnsi="Sakkal Majalla" w:cs="Sakkal Majalla"/>
          <w:szCs w:val="28"/>
          <w:rtl/>
        </w:rPr>
        <w:t xml:space="preserve">. </w:t>
      </w:r>
      <w:r w:rsidRPr="00E6351A">
        <w:rPr>
          <w:rFonts w:ascii="Sakkal Majalla" w:hAnsi="Sakkal Majalla" w:cs="Sakkal Majalla" w:hint="cs"/>
          <w:szCs w:val="28"/>
          <w:rtl/>
        </w:rPr>
        <w:t>كما</w:t>
      </w:r>
      <w:r w:rsidRPr="00E6351A">
        <w:rPr>
          <w:rFonts w:ascii="Sakkal Majalla" w:hAnsi="Sakkal Majalla" w:cs="Sakkal Majalla"/>
          <w:szCs w:val="28"/>
          <w:rtl/>
        </w:rPr>
        <w:t xml:space="preserve"> </w:t>
      </w:r>
      <w:r w:rsidRPr="00E6351A">
        <w:rPr>
          <w:rFonts w:ascii="Sakkal Majalla" w:hAnsi="Sakkal Majalla" w:cs="Sakkal Majalla" w:hint="cs"/>
          <w:szCs w:val="28"/>
          <w:rtl/>
        </w:rPr>
        <w:t>تعكس</w:t>
      </w:r>
      <w:r w:rsidRPr="00E6351A">
        <w:rPr>
          <w:rFonts w:ascii="Sakkal Majalla" w:hAnsi="Sakkal Majalla" w:cs="Sakkal Majalla"/>
          <w:szCs w:val="28"/>
          <w:rtl/>
        </w:rPr>
        <w:t xml:space="preserve"> </w:t>
      </w:r>
      <w:r w:rsidRPr="00E6351A">
        <w:rPr>
          <w:rFonts w:ascii="Sakkal Majalla" w:hAnsi="Sakkal Majalla" w:cs="Sakkal Majalla" w:hint="cs"/>
          <w:szCs w:val="28"/>
          <w:rtl/>
        </w:rPr>
        <w:t>في</w:t>
      </w:r>
      <w:r w:rsidRPr="00E6351A">
        <w:rPr>
          <w:rFonts w:ascii="Sakkal Majalla" w:hAnsi="Sakkal Majalla" w:cs="Sakkal Majalla"/>
          <w:szCs w:val="28"/>
          <w:rtl/>
        </w:rPr>
        <w:t xml:space="preserve"> </w:t>
      </w:r>
      <w:r w:rsidRPr="00E6351A">
        <w:rPr>
          <w:rFonts w:ascii="Sakkal Majalla" w:hAnsi="Sakkal Majalla" w:cs="Sakkal Majalla" w:hint="cs"/>
          <w:szCs w:val="28"/>
          <w:rtl/>
        </w:rPr>
        <w:t>الوقت</w:t>
      </w:r>
      <w:r w:rsidRPr="00E6351A">
        <w:rPr>
          <w:rFonts w:ascii="Sakkal Majalla" w:hAnsi="Sakkal Majalla" w:cs="Sakkal Majalla"/>
          <w:szCs w:val="28"/>
          <w:rtl/>
        </w:rPr>
        <w:t xml:space="preserve"> </w:t>
      </w:r>
      <w:r w:rsidRPr="00E6351A">
        <w:rPr>
          <w:rFonts w:ascii="Sakkal Majalla" w:hAnsi="Sakkal Majalla" w:cs="Sakkal Majalla" w:hint="cs"/>
          <w:szCs w:val="28"/>
          <w:rtl/>
        </w:rPr>
        <w:t>ذاته</w:t>
      </w:r>
      <w:r w:rsidRPr="00E6351A">
        <w:rPr>
          <w:rFonts w:ascii="Sakkal Majalla" w:hAnsi="Sakkal Majalla" w:cs="Sakkal Majalla"/>
          <w:szCs w:val="28"/>
          <w:rtl/>
        </w:rPr>
        <w:t xml:space="preserve"> </w:t>
      </w:r>
      <w:r w:rsidRPr="00E6351A">
        <w:rPr>
          <w:rFonts w:ascii="Sakkal Majalla" w:hAnsi="Sakkal Majalla" w:cs="Sakkal Majalla" w:hint="cs"/>
          <w:szCs w:val="28"/>
          <w:rtl/>
        </w:rPr>
        <w:t>مدى</w:t>
      </w:r>
      <w:r w:rsidRPr="00E6351A">
        <w:rPr>
          <w:rFonts w:ascii="Sakkal Majalla" w:hAnsi="Sakkal Majalla" w:cs="Sakkal Majalla"/>
          <w:szCs w:val="28"/>
          <w:rtl/>
        </w:rPr>
        <w:t xml:space="preserve"> </w:t>
      </w:r>
      <w:r w:rsidRPr="00E6351A">
        <w:rPr>
          <w:rFonts w:ascii="Sakkal Majalla" w:hAnsi="Sakkal Majalla" w:cs="Sakkal Majalla" w:hint="cs"/>
          <w:szCs w:val="28"/>
          <w:rtl/>
        </w:rPr>
        <w:t>نضج</w:t>
      </w:r>
      <w:r w:rsidRPr="00E6351A">
        <w:rPr>
          <w:rFonts w:ascii="Sakkal Majalla" w:hAnsi="Sakkal Majalla" w:cs="Sakkal Majalla"/>
          <w:szCs w:val="28"/>
          <w:rtl/>
        </w:rPr>
        <w:t xml:space="preserve"> </w:t>
      </w:r>
      <w:r w:rsidRPr="00E6351A">
        <w:rPr>
          <w:rFonts w:ascii="Sakkal Majalla" w:hAnsi="Sakkal Majalla" w:cs="Sakkal Majalla" w:hint="cs"/>
          <w:szCs w:val="28"/>
          <w:rtl/>
        </w:rPr>
        <w:t>القدرات</w:t>
      </w:r>
      <w:r w:rsidRPr="00E6351A">
        <w:rPr>
          <w:rFonts w:ascii="Sakkal Majalla" w:hAnsi="Sakkal Majalla" w:cs="Sakkal Majalla"/>
          <w:szCs w:val="28"/>
          <w:rtl/>
        </w:rPr>
        <w:t xml:space="preserve"> </w:t>
      </w:r>
      <w:r w:rsidRPr="00E6351A">
        <w:rPr>
          <w:rFonts w:ascii="Sakkal Majalla" w:hAnsi="Sakkal Majalla" w:cs="Sakkal Majalla" w:hint="cs"/>
          <w:szCs w:val="28"/>
          <w:rtl/>
        </w:rPr>
        <w:t>المؤسسية</w:t>
      </w:r>
      <w:r w:rsidRPr="00E6351A">
        <w:rPr>
          <w:rFonts w:ascii="Sakkal Majalla" w:hAnsi="Sakkal Majalla" w:cs="Sakkal Majalla"/>
          <w:szCs w:val="28"/>
          <w:rtl/>
        </w:rPr>
        <w:t xml:space="preserve"> </w:t>
      </w:r>
      <w:r w:rsidRPr="00E6351A">
        <w:rPr>
          <w:rFonts w:ascii="Sakkal Majalla" w:hAnsi="Sakkal Majalla" w:cs="Sakkal Majalla" w:hint="cs"/>
          <w:szCs w:val="28"/>
          <w:rtl/>
        </w:rPr>
        <w:t>الداخلية</w:t>
      </w:r>
      <w:r w:rsidRPr="00E6351A">
        <w:rPr>
          <w:rFonts w:ascii="Sakkal Majalla" w:hAnsi="Sakkal Majalla" w:cs="Sakkal Majalla"/>
          <w:szCs w:val="28"/>
          <w:rtl/>
        </w:rPr>
        <w:t xml:space="preserve"> </w:t>
      </w:r>
      <w:r w:rsidRPr="00E6351A">
        <w:rPr>
          <w:rFonts w:ascii="Sakkal Majalla" w:hAnsi="Sakkal Majalla" w:cs="Sakkal Majalla" w:hint="cs"/>
          <w:szCs w:val="28"/>
          <w:rtl/>
        </w:rPr>
        <w:t>واستعدادها</w:t>
      </w:r>
      <w:r w:rsidRPr="00E6351A">
        <w:rPr>
          <w:rFonts w:ascii="Sakkal Majalla" w:hAnsi="Sakkal Majalla" w:cs="Sakkal Majalla"/>
          <w:szCs w:val="28"/>
          <w:rtl/>
        </w:rPr>
        <w:t xml:space="preserve"> </w:t>
      </w:r>
      <w:r w:rsidRPr="00E6351A">
        <w:rPr>
          <w:rFonts w:ascii="Sakkal Majalla" w:hAnsi="Sakkal Majalla" w:cs="Sakkal Majalla" w:hint="cs"/>
          <w:szCs w:val="28"/>
          <w:rtl/>
        </w:rPr>
        <w:t>لاستيعاب</w:t>
      </w:r>
      <w:r w:rsidRPr="00E6351A">
        <w:rPr>
          <w:rFonts w:ascii="Sakkal Majalla" w:hAnsi="Sakkal Majalla" w:cs="Sakkal Majalla"/>
          <w:szCs w:val="28"/>
          <w:rtl/>
        </w:rPr>
        <w:t xml:space="preserve"> </w:t>
      </w:r>
      <w:r w:rsidRPr="00E6351A">
        <w:rPr>
          <w:rFonts w:ascii="Sakkal Majalla" w:hAnsi="Sakkal Majalla" w:cs="Sakkal Majalla" w:hint="cs"/>
          <w:szCs w:val="28"/>
          <w:rtl/>
        </w:rPr>
        <w:t>التغيير</w:t>
      </w:r>
      <w:r w:rsidRPr="00E6351A">
        <w:rPr>
          <w:rFonts w:ascii="Sakkal Majalla" w:hAnsi="Sakkal Majalla" w:cs="Sakkal Majalla"/>
          <w:szCs w:val="28"/>
          <w:rtl/>
        </w:rPr>
        <w:t xml:space="preserve"> </w:t>
      </w:r>
      <w:r w:rsidRPr="00E6351A">
        <w:rPr>
          <w:rFonts w:ascii="Sakkal Majalla" w:hAnsi="Sakkal Majalla" w:cs="Sakkal Majalla" w:hint="cs"/>
          <w:szCs w:val="28"/>
          <w:rtl/>
        </w:rPr>
        <w:t>وتوطينه</w:t>
      </w:r>
      <w:r w:rsidRPr="00E6351A">
        <w:rPr>
          <w:rFonts w:ascii="Sakkal Majalla" w:hAnsi="Sakkal Majalla" w:cs="Sakkal Majalla"/>
          <w:szCs w:val="28"/>
          <w:rtl/>
        </w:rPr>
        <w:t>.</w:t>
      </w:r>
    </w:p>
    <w:p w14:paraId="718870B4" w14:textId="143E1C44" w:rsidR="00B90B65" w:rsidRPr="004B5D2F" w:rsidRDefault="00B90B65" w:rsidP="00083D43">
      <w:pPr>
        <w:bidi/>
        <w:spacing w:line="360" w:lineRule="auto"/>
        <w:rPr>
          <w:rFonts w:ascii="Sakkal Majalla" w:hAnsi="Sakkal Majalla" w:cs="Sakkal Majalla"/>
          <w:b/>
          <w:bCs/>
          <w:sz w:val="32"/>
          <w:szCs w:val="32"/>
        </w:rPr>
      </w:pPr>
      <w:r w:rsidRPr="004B5D2F">
        <w:rPr>
          <w:b/>
          <w:bCs/>
          <w:sz w:val="30"/>
          <w:szCs w:val="24"/>
        </w:rPr>
        <w:t xml:space="preserve"> </w:t>
      </w:r>
      <w:r w:rsidRPr="004B5D2F">
        <w:rPr>
          <w:rFonts w:ascii="Sakkal Majalla" w:hAnsi="Sakkal Majalla" w:cs="Sakkal Majalla"/>
          <w:b/>
          <w:bCs/>
          <w:sz w:val="32"/>
          <w:szCs w:val="32"/>
        </w:rPr>
        <w:t>2.5</w:t>
      </w:r>
      <w:r w:rsidRPr="004B5D2F">
        <w:rPr>
          <w:rFonts w:ascii="Sakkal Majalla" w:hAnsi="Sakkal Majalla" w:cs="Sakkal Majalla"/>
          <w:b/>
          <w:bCs/>
          <w:sz w:val="32"/>
          <w:szCs w:val="32"/>
          <w:rtl/>
        </w:rPr>
        <w:t xml:space="preserve"> </w:t>
      </w:r>
      <w:r w:rsidRPr="004B5D2F">
        <w:rPr>
          <w:rFonts w:ascii="Sakkal Majalla" w:hAnsi="Sakkal Majalla" w:cs="Sakkal Majalla" w:hint="cs"/>
          <w:b/>
          <w:bCs/>
          <w:sz w:val="32"/>
          <w:szCs w:val="32"/>
          <w:rtl/>
        </w:rPr>
        <w:t>العلاقة</w:t>
      </w:r>
      <w:r w:rsidRPr="004B5D2F">
        <w:rPr>
          <w:rFonts w:ascii="Sakkal Majalla" w:hAnsi="Sakkal Majalla" w:cs="Sakkal Majalla"/>
          <w:b/>
          <w:bCs/>
          <w:sz w:val="32"/>
          <w:szCs w:val="32"/>
          <w:rtl/>
        </w:rPr>
        <w:t xml:space="preserve"> </w:t>
      </w:r>
      <w:r w:rsidRPr="004B5D2F">
        <w:rPr>
          <w:rFonts w:ascii="Sakkal Majalla" w:hAnsi="Sakkal Majalla" w:cs="Sakkal Majalla" w:hint="cs"/>
          <w:b/>
          <w:bCs/>
          <w:sz w:val="32"/>
          <w:szCs w:val="32"/>
          <w:rtl/>
        </w:rPr>
        <w:t>بين</w:t>
      </w:r>
      <w:r w:rsidRPr="004B5D2F">
        <w:rPr>
          <w:rFonts w:ascii="Sakkal Majalla" w:hAnsi="Sakkal Majalla" w:cs="Sakkal Majalla"/>
          <w:b/>
          <w:bCs/>
          <w:sz w:val="32"/>
          <w:szCs w:val="32"/>
          <w:rtl/>
        </w:rPr>
        <w:t xml:space="preserve"> </w:t>
      </w:r>
      <w:r w:rsidRPr="004B5D2F">
        <w:rPr>
          <w:rFonts w:ascii="Sakkal Majalla" w:hAnsi="Sakkal Majalla" w:cs="Sakkal Majalla" w:hint="cs"/>
          <w:b/>
          <w:bCs/>
          <w:sz w:val="32"/>
          <w:szCs w:val="32"/>
          <w:rtl/>
        </w:rPr>
        <w:t>المتغيرات</w:t>
      </w:r>
      <w:r w:rsidRPr="004B5D2F">
        <w:rPr>
          <w:rFonts w:ascii="Sakkal Majalla" w:hAnsi="Sakkal Majalla" w:cs="Sakkal Majalla"/>
          <w:b/>
          <w:bCs/>
          <w:sz w:val="32"/>
          <w:szCs w:val="32"/>
          <w:rtl/>
        </w:rPr>
        <w:t xml:space="preserve"> </w:t>
      </w:r>
      <w:r w:rsidRPr="004B5D2F">
        <w:rPr>
          <w:rFonts w:ascii="Sakkal Majalla" w:hAnsi="Sakkal Majalla" w:cs="Sakkal Majalla" w:hint="cs"/>
          <w:b/>
          <w:bCs/>
          <w:sz w:val="32"/>
          <w:szCs w:val="32"/>
          <w:rtl/>
        </w:rPr>
        <w:t>وتصور</w:t>
      </w:r>
      <w:r w:rsidRPr="004B5D2F">
        <w:rPr>
          <w:rFonts w:ascii="Sakkal Majalla" w:hAnsi="Sakkal Majalla" w:cs="Sakkal Majalla"/>
          <w:b/>
          <w:bCs/>
          <w:sz w:val="32"/>
          <w:szCs w:val="32"/>
          <w:rtl/>
        </w:rPr>
        <w:t xml:space="preserve"> </w:t>
      </w:r>
      <w:r w:rsidRPr="004B5D2F">
        <w:rPr>
          <w:rFonts w:ascii="Sakkal Majalla" w:hAnsi="Sakkal Majalla" w:cs="Sakkal Majalla" w:hint="cs"/>
          <w:b/>
          <w:bCs/>
          <w:sz w:val="32"/>
          <w:szCs w:val="32"/>
          <w:rtl/>
        </w:rPr>
        <w:t>النموذج</w:t>
      </w:r>
      <w:r w:rsidRPr="004B5D2F">
        <w:rPr>
          <w:rFonts w:ascii="Sakkal Majalla" w:hAnsi="Sakkal Majalla" w:cs="Sakkal Majalla"/>
          <w:b/>
          <w:bCs/>
          <w:sz w:val="32"/>
          <w:szCs w:val="32"/>
          <w:rtl/>
        </w:rPr>
        <w:t xml:space="preserve"> </w:t>
      </w:r>
      <w:r w:rsidRPr="004B5D2F">
        <w:rPr>
          <w:rFonts w:ascii="Sakkal Majalla" w:hAnsi="Sakkal Majalla" w:cs="Sakkal Majalla" w:hint="cs"/>
          <w:b/>
          <w:bCs/>
          <w:sz w:val="32"/>
          <w:szCs w:val="32"/>
          <w:rtl/>
        </w:rPr>
        <w:t>المفاهيمي</w:t>
      </w:r>
    </w:p>
    <w:p w14:paraId="53588174" w14:textId="7E9DA47F" w:rsidR="00B90B65" w:rsidRPr="00B90B65" w:rsidRDefault="00B90B65" w:rsidP="00634497">
      <w:pPr>
        <w:bidi/>
        <w:spacing w:line="360" w:lineRule="auto"/>
        <w:jc w:val="lowKashida"/>
        <w:rPr>
          <w:rFonts w:ascii="Sakkal Majalla" w:hAnsi="Sakkal Majalla" w:cs="Sakkal Majalla"/>
          <w:szCs w:val="28"/>
        </w:rPr>
      </w:pPr>
      <w:r w:rsidRPr="00B90B65">
        <w:rPr>
          <w:rFonts w:ascii="Sakkal Majalla" w:hAnsi="Sakkal Majalla" w:cs="Sakkal Majalla" w:hint="cs"/>
          <w:szCs w:val="28"/>
          <w:rtl/>
        </w:rPr>
        <w:t>يرتكز</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التصور</w:t>
      </w:r>
      <w:r w:rsidRPr="00B90B65">
        <w:rPr>
          <w:rFonts w:ascii="Sakkal Majalla" w:hAnsi="Sakkal Majalla" w:cs="Sakkal Majalla"/>
          <w:szCs w:val="28"/>
          <w:rtl/>
        </w:rPr>
        <w:t xml:space="preserve"> </w:t>
      </w:r>
      <w:r w:rsidRPr="00B90B65">
        <w:rPr>
          <w:rFonts w:ascii="Sakkal Majalla" w:hAnsi="Sakkal Majalla" w:cs="Sakkal Majalla" w:hint="cs"/>
          <w:szCs w:val="28"/>
          <w:rtl/>
        </w:rPr>
        <w:t>النظري</w:t>
      </w:r>
      <w:r w:rsidRPr="00B90B65">
        <w:rPr>
          <w:rFonts w:ascii="Sakkal Majalla" w:hAnsi="Sakkal Majalla" w:cs="Sakkal Majalla"/>
          <w:szCs w:val="28"/>
          <w:rtl/>
        </w:rPr>
        <w:t xml:space="preserve"> </w:t>
      </w:r>
      <w:r w:rsidRPr="00B90B65">
        <w:rPr>
          <w:rFonts w:ascii="Sakkal Majalla" w:hAnsi="Sakkal Majalla" w:cs="Sakkal Majalla" w:hint="cs"/>
          <w:szCs w:val="28"/>
          <w:rtl/>
        </w:rPr>
        <w:t>لهذا</w:t>
      </w:r>
      <w:r w:rsidRPr="00B90B65">
        <w:rPr>
          <w:rFonts w:ascii="Sakkal Majalla" w:hAnsi="Sakkal Majalla" w:cs="Sakkal Majalla"/>
          <w:szCs w:val="28"/>
          <w:rtl/>
        </w:rPr>
        <w:t xml:space="preserve"> </w:t>
      </w:r>
      <w:r w:rsidRPr="00B90B65">
        <w:rPr>
          <w:rFonts w:ascii="Sakkal Majalla" w:hAnsi="Sakkal Majalla" w:cs="Sakkal Majalla" w:hint="cs"/>
          <w:szCs w:val="28"/>
          <w:rtl/>
        </w:rPr>
        <w:t>البحث</w:t>
      </w:r>
      <w:r w:rsidRPr="00B90B65">
        <w:rPr>
          <w:rFonts w:ascii="Sakkal Majalla" w:hAnsi="Sakkal Majalla" w:cs="Sakkal Majalla"/>
          <w:szCs w:val="28"/>
          <w:rtl/>
        </w:rPr>
        <w:t xml:space="preserve"> </w:t>
      </w:r>
      <w:r w:rsidRPr="00B90B65">
        <w:rPr>
          <w:rFonts w:ascii="Sakkal Majalla" w:hAnsi="Sakkal Majalla" w:cs="Sakkal Majalla" w:hint="cs"/>
          <w:szCs w:val="28"/>
          <w:rtl/>
        </w:rPr>
        <w:t>على</w:t>
      </w:r>
      <w:r w:rsidRPr="00B90B65">
        <w:rPr>
          <w:rFonts w:ascii="Sakkal Majalla" w:hAnsi="Sakkal Majalla" w:cs="Sakkal Majalla"/>
          <w:szCs w:val="28"/>
          <w:rtl/>
        </w:rPr>
        <w:t xml:space="preserve"> </w:t>
      </w:r>
      <w:r w:rsidRPr="00B90B65">
        <w:rPr>
          <w:rFonts w:ascii="Sakkal Majalla" w:hAnsi="Sakkal Majalla" w:cs="Sakkal Majalla" w:hint="cs"/>
          <w:szCs w:val="28"/>
          <w:rtl/>
        </w:rPr>
        <w:t>تحليل</w:t>
      </w:r>
      <w:r w:rsidRPr="00B90B65">
        <w:rPr>
          <w:rFonts w:ascii="Sakkal Majalla" w:hAnsi="Sakkal Majalla" w:cs="Sakkal Majalla"/>
          <w:szCs w:val="28"/>
          <w:rtl/>
        </w:rPr>
        <w:t xml:space="preserve"> </w:t>
      </w:r>
      <w:r w:rsidRPr="00B90B65">
        <w:rPr>
          <w:rFonts w:ascii="Sakkal Majalla" w:hAnsi="Sakkal Majalla" w:cs="Sakkal Majalla" w:hint="cs"/>
          <w:szCs w:val="28"/>
          <w:rtl/>
        </w:rPr>
        <w:t>تفاعلي</w:t>
      </w:r>
      <w:r w:rsidRPr="00B90B65">
        <w:rPr>
          <w:rFonts w:ascii="Sakkal Majalla" w:hAnsi="Sakkal Majalla" w:cs="Sakkal Majalla"/>
          <w:szCs w:val="28"/>
          <w:rtl/>
        </w:rPr>
        <w:t xml:space="preserve"> </w:t>
      </w:r>
      <w:r w:rsidRPr="00B90B65">
        <w:rPr>
          <w:rFonts w:ascii="Sakkal Majalla" w:hAnsi="Sakkal Majalla" w:cs="Sakkal Majalla" w:hint="cs"/>
          <w:szCs w:val="28"/>
          <w:rtl/>
        </w:rPr>
        <w:t>للعوامل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المؤثرة</w:t>
      </w:r>
      <w:r w:rsidRPr="00B90B65">
        <w:rPr>
          <w:rFonts w:ascii="Sakkal Majalla" w:hAnsi="Sakkal Majalla" w:cs="Sakkal Majalla"/>
          <w:szCs w:val="28"/>
          <w:rtl/>
        </w:rPr>
        <w:t xml:space="preserve"> </w:t>
      </w:r>
      <w:r w:rsidRPr="00B90B65">
        <w:rPr>
          <w:rFonts w:ascii="Sakkal Majalla" w:hAnsi="Sakkal Majalla" w:cs="Sakkal Majalla" w:hint="cs"/>
          <w:szCs w:val="28"/>
          <w:rtl/>
        </w:rPr>
        <w:t>في</w:t>
      </w:r>
      <w:r w:rsidRPr="00B90B65">
        <w:rPr>
          <w:rFonts w:ascii="Sakkal Majalla" w:hAnsi="Sakkal Majalla" w:cs="Sakkal Majalla"/>
          <w:szCs w:val="28"/>
          <w:rtl/>
        </w:rPr>
        <w:t xml:space="preserve"> </w:t>
      </w:r>
      <w:r w:rsidRPr="00B90B65">
        <w:rPr>
          <w:rFonts w:ascii="Sakkal Majalla" w:hAnsi="Sakkal Majalla" w:cs="Sakkal Majalla" w:hint="cs"/>
          <w:szCs w:val="28"/>
          <w:rtl/>
        </w:rPr>
        <w:t>استدامة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الابتكار</w:t>
      </w:r>
      <w:r w:rsidRPr="00B90B65">
        <w:rPr>
          <w:rFonts w:ascii="Sakkal Majalla" w:hAnsi="Sakkal Majalla" w:cs="Sakkal Majalla"/>
          <w:szCs w:val="28"/>
          <w:rtl/>
        </w:rPr>
        <w:t xml:space="preserve"> </w:t>
      </w:r>
      <w:r w:rsidRPr="00B90B65">
        <w:rPr>
          <w:rFonts w:ascii="Sakkal Majalla" w:hAnsi="Sakkal Majalla" w:cs="Sakkal Majalla" w:hint="cs"/>
          <w:szCs w:val="28"/>
          <w:rtl/>
        </w:rPr>
        <w:t>داخل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الجهات</w:t>
      </w:r>
      <w:r w:rsidRPr="00B90B65">
        <w:rPr>
          <w:rFonts w:ascii="Sakkal Majalla" w:hAnsi="Sakkal Majalla" w:cs="Sakkal Majalla"/>
          <w:szCs w:val="28"/>
          <w:rtl/>
        </w:rPr>
        <w:t xml:space="preserve"> </w:t>
      </w:r>
      <w:r w:rsidRPr="00B90B65">
        <w:rPr>
          <w:rFonts w:ascii="Sakkal Majalla" w:hAnsi="Sakkal Majalla" w:cs="Sakkal Majalla" w:hint="cs"/>
          <w:szCs w:val="28"/>
          <w:rtl/>
        </w:rPr>
        <w:t>الحكومية،</w:t>
      </w:r>
      <w:r w:rsidRPr="00B90B65">
        <w:rPr>
          <w:rFonts w:ascii="Sakkal Majalla" w:hAnsi="Sakkal Majalla" w:cs="Sakkal Majalla"/>
          <w:szCs w:val="28"/>
          <w:rtl/>
        </w:rPr>
        <w:t xml:space="preserve"> </w:t>
      </w:r>
      <w:r w:rsidRPr="00B90B65">
        <w:rPr>
          <w:rFonts w:ascii="Sakkal Majalla" w:hAnsi="Sakkal Majalla" w:cs="Sakkal Majalla" w:hint="cs"/>
          <w:szCs w:val="28"/>
          <w:rtl/>
        </w:rPr>
        <w:t>حيث</w:t>
      </w:r>
      <w:r w:rsidRPr="00B90B65">
        <w:rPr>
          <w:rFonts w:ascii="Sakkal Majalla" w:hAnsi="Sakkal Majalla" w:cs="Sakkal Majalla"/>
          <w:szCs w:val="28"/>
          <w:rtl/>
        </w:rPr>
        <w:t xml:space="preserve"> </w:t>
      </w:r>
      <w:r w:rsidRPr="00B90B65">
        <w:rPr>
          <w:rFonts w:ascii="Sakkal Majalla" w:hAnsi="Sakkal Majalla" w:cs="Sakkal Majalla" w:hint="cs"/>
          <w:szCs w:val="28"/>
          <w:rtl/>
        </w:rPr>
        <w:t>تُبنى</w:t>
      </w:r>
      <w:r w:rsidRPr="00B90B65">
        <w:rPr>
          <w:rFonts w:ascii="Sakkal Majalla" w:hAnsi="Sakkal Majalla" w:cs="Sakkal Majalla"/>
          <w:szCs w:val="28"/>
          <w:rtl/>
        </w:rPr>
        <w:t xml:space="preserve"> </w:t>
      </w:r>
      <w:r w:rsidRPr="00B90B65">
        <w:rPr>
          <w:rFonts w:ascii="Sakkal Majalla" w:hAnsi="Sakkal Majalla" w:cs="Sakkal Majalla" w:hint="cs"/>
          <w:szCs w:val="28"/>
          <w:rtl/>
        </w:rPr>
        <w:t>العلاقة</w:t>
      </w:r>
      <w:r w:rsidRPr="00B90B65">
        <w:rPr>
          <w:rFonts w:ascii="Sakkal Majalla" w:hAnsi="Sakkal Majalla" w:cs="Sakkal Majalla"/>
          <w:szCs w:val="28"/>
          <w:rtl/>
        </w:rPr>
        <w:t xml:space="preserve"> </w:t>
      </w:r>
      <w:r w:rsidRPr="00B90B65">
        <w:rPr>
          <w:rFonts w:ascii="Sakkal Majalla" w:hAnsi="Sakkal Majalla" w:cs="Sakkal Majalla" w:hint="cs"/>
          <w:szCs w:val="28"/>
          <w:rtl/>
        </w:rPr>
        <w:t>بين</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المتغيرات</w:t>
      </w:r>
      <w:r w:rsidRPr="00B90B65">
        <w:rPr>
          <w:rFonts w:ascii="Sakkal Majalla" w:hAnsi="Sakkal Majalla" w:cs="Sakkal Majalla"/>
          <w:szCs w:val="28"/>
          <w:rtl/>
        </w:rPr>
        <w:t xml:space="preserve"> </w:t>
      </w:r>
      <w:r w:rsidRPr="00B90B65">
        <w:rPr>
          <w:rFonts w:ascii="Sakkal Majalla" w:hAnsi="Sakkal Majalla" w:cs="Sakkal Majalla" w:hint="cs"/>
          <w:szCs w:val="28"/>
          <w:rtl/>
        </w:rPr>
        <w:t>وفق</w:t>
      </w:r>
      <w:r w:rsidRPr="00B90B65">
        <w:rPr>
          <w:rFonts w:ascii="Sakkal Majalla" w:hAnsi="Sakkal Majalla" w:cs="Sakkal Majalla"/>
          <w:szCs w:val="28"/>
          <w:rtl/>
        </w:rPr>
        <w:t xml:space="preserve"> </w:t>
      </w:r>
      <w:r w:rsidRPr="00B90B65">
        <w:rPr>
          <w:rFonts w:ascii="Sakkal Majalla" w:hAnsi="Sakkal Majalla" w:cs="Sakkal Majalla" w:hint="cs"/>
          <w:szCs w:val="28"/>
          <w:rtl/>
        </w:rPr>
        <w:t>فهم</w:t>
      </w:r>
      <w:r w:rsidRPr="00B90B65">
        <w:rPr>
          <w:rFonts w:ascii="Sakkal Majalla" w:hAnsi="Sakkal Majalla" w:cs="Sakkal Majalla"/>
          <w:szCs w:val="28"/>
          <w:rtl/>
        </w:rPr>
        <w:t xml:space="preserve"> </w:t>
      </w:r>
      <w:r w:rsidRPr="00B90B65">
        <w:rPr>
          <w:rFonts w:ascii="Sakkal Majalla" w:hAnsi="Sakkal Majalla" w:cs="Sakkal Majalla" w:hint="cs"/>
          <w:szCs w:val="28"/>
          <w:rtl/>
        </w:rPr>
        <w:t>تكاملي</w:t>
      </w:r>
      <w:r w:rsidRPr="00B90B65">
        <w:rPr>
          <w:rFonts w:ascii="Sakkal Majalla" w:hAnsi="Sakkal Majalla" w:cs="Sakkal Majalla"/>
          <w:szCs w:val="28"/>
          <w:rtl/>
        </w:rPr>
        <w:t xml:space="preserve"> </w:t>
      </w:r>
      <w:r w:rsidRPr="00B90B65">
        <w:rPr>
          <w:rFonts w:ascii="Sakkal Majalla" w:hAnsi="Sakkal Majalla" w:cs="Sakkal Majalla" w:hint="cs"/>
          <w:szCs w:val="28"/>
          <w:rtl/>
        </w:rPr>
        <w:t>للابتكار</w:t>
      </w:r>
      <w:r w:rsidRPr="00B90B65">
        <w:rPr>
          <w:rFonts w:ascii="Sakkal Majalla" w:hAnsi="Sakkal Majalla" w:cs="Sakkal Majalla"/>
          <w:szCs w:val="28"/>
          <w:rtl/>
        </w:rPr>
        <w:t xml:space="preserve"> </w:t>
      </w:r>
      <w:r w:rsidRPr="00B90B65">
        <w:rPr>
          <w:rFonts w:ascii="Sakkal Majalla" w:hAnsi="Sakkal Majalla" w:cs="Sakkal Majalla" w:hint="cs"/>
          <w:szCs w:val="28"/>
          <w:rtl/>
        </w:rPr>
        <w:t>لا</w:t>
      </w:r>
      <w:r w:rsidRPr="00B90B65">
        <w:rPr>
          <w:rFonts w:ascii="Sakkal Majalla" w:hAnsi="Sakkal Majalla" w:cs="Sakkal Majalla"/>
          <w:szCs w:val="28"/>
          <w:rtl/>
        </w:rPr>
        <w:t xml:space="preserve"> </w:t>
      </w:r>
      <w:r w:rsidRPr="00B90B65">
        <w:rPr>
          <w:rFonts w:ascii="Sakkal Majalla" w:hAnsi="Sakkal Majalla" w:cs="Sakkal Majalla" w:hint="cs"/>
          <w:szCs w:val="28"/>
          <w:rtl/>
        </w:rPr>
        <w:t>ينظر</w:t>
      </w:r>
      <w:r w:rsidRPr="00B90B65">
        <w:rPr>
          <w:rFonts w:ascii="Sakkal Majalla" w:hAnsi="Sakkal Majalla" w:cs="Sakkal Majalla"/>
          <w:szCs w:val="28"/>
          <w:rtl/>
        </w:rPr>
        <w:t xml:space="preserve"> </w:t>
      </w:r>
      <w:r w:rsidRPr="00B90B65">
        <w:rPr>
          <w:rFonts w:ascii="Sakkal Majalla" w:hAnsi="Sakkal Majalla" w:cs="Sakkal Majalla" w:hint="cs"/>
          <w:szCs w:val="28"/>
          <w:rtl/>
        </w:rPr>
        <w:t>إليه</w:t>
      </w:r>
      <w:r w:rsidRPr="00B90B65">
        <w:rPr>
          <w:rFonts w:ascii="Sakkal Majalla" w:hAnsi="Sakkal Majalla" w:cs="Sakkal Majalla"/>
          <w:szCs w:val="28"/>
          <w:rtl/>
        </w:rPr>
        <w:t xml:space="preserve"> </w:t>
      </w:r>
      <w:r w:rsidRPr="00B90B65">
        <w:rPr>
          <w:rFonts w:ascii="Sakkal Majalla" w:hAnsi="Sakkal Majalla" w:cs="Sakkal Majalla" w:hint="cs"/>
          <w:szCs w:val="28"/>
          <w:rtl/>
        </w:rPr>
        <w:t>كنتيجة</w:t>
      </w:r>
      <w:r w:rsidRPr="00B90B65">
        <w:rPr>
          <w:rFonts w:ascii="Sakkal Majalla" w:hAnsi="Sakkal Majalla" w:cs="Sakkal Majalla"/>
          <w:szCs w:val="28"/>
          <w:rtl/>
        </w:rPr>
        <w:t xml:space="preserve"> </w:t>
      </w:r>
      <w:r w:rsidRPr="00B90B65">
        <w:rPr>
          <w:rFonts w:ascii="Sakkal Majalla" w:hAnsi="Sakkal Majalla" w:cs="Sakkal Majalla" w:hint="cs"/>
          <w:szCs w:val="28"/>
          <w:rtl/>
        </w:rPr>
        <w:t>حتمية</w:t>
      </w:r>
      <w:r w:rsidRPr="00B90B65">
        <w:rPr>
          <w:rFonts w:ascii="Sakkal Majalla" w:hAnsi="Sakkal Majalla" w:cs="Sakkal Majalla"/>
          <w:szCs w:val="28"/>
          <w:rtl/>
        </w:rPr>
        <w:t xml:space="preserve"> </w:t>
      </w:r>
      <w:r w:rsidRPr="00B90B65">
        <w:rPr>
          <w:rFonts w:ascii="Sakkal Majalla" w:hAnsi="Sakkal Majalla" w:cs="Sakkal Majalla" w:hint="cs"/>
          <w:szCs w:val="28"/>
          <w:rtl/>
        </w:rPr>
        <w:t>لعامل</w:t>
      </w:r>
      <w:r w:rsidRPr="00B90B65">
        <w:rPr>
          <w:rFonts w:ascii="Sakkal Majalla" w:hAnsi="Sakkal Majalla" w:cs="Sakkal Majalla"/>
          <w:szCs w:val="28"/>
          <w:rtl/>
        </w:rPr>
        <w:t xml:space="preserve"> </w:t>
      </w:r>
      <w:r w:rsidRPr="00B90B65">
        <w:rPr>
          <w:rFonts w:ascii="Sakkal Majalla" w:hAnsi="Sakkal Majalla" w:cs="Sakkal Majalla" w:hint="cs"/>
          <w:szCs w:val="28"/>
          <w:rtl/>
        </w:rPr>
        <w:t>منفرد،</w:t>
      </w:r>
      <w:r w:rsidRPr="00B90B65">
        <w:rPr>
          <w:rFonts w:ascii="Sakkal Majalla" w:hAnsi="Sakkal Majalla" w:cs="Sakkal Majalla"/>
          <w:szCs w:val="28"/>
          <w:rtl/>
        </w:rPr>
        <w:t xml:space="preserve"> </w:t>
      </w:r>
      <w:r w:rsidRPr="00B90B65">
        <w:rPr>
          <w:rFonts w:ascii="Sakkal Majalla" w:hAnsi="Sakkal Majalla" w:cs="Sakkal Majalla" w:hint="cs"/>
          <w:szCs w:val="28"/>
          <w:rtl/>
        </w:rPr>
        <w:t>بل</w:t>
      </w:r>
      <w:r w:rsidRPr="00B90B65">
        <w:rPr>
          <w:rFonts w:ascii="Sakkal Majalla" w:hAnsi="Sakkal Majalla" w:cs="Sakkal Majalla"/>
          <w:szCs w:val="28"/>
          <w:rtl/>
        </w:rPr>
        <w:t xml:space="preserve"> </w:t>
      </w:r>
      <w:r w:rsidRPr="00B90B65">
        <w:rPr>
          <w:rFonts w:ascii="Sakkal Majalla" w:hAnsi="Sakkal Majalla" w:cs="Sakkal Majalla" w:hint="cs"/>
          <w:szCs w:val="28"/>
          <w:rtl/>
        </w:rPr>
        <w:t>كمحصلة</w:t>
      </w:r>
      <w:r w:rsidRPr="00B90B65">
        <w:rPr>
          <w:rFonts w:ascii="Sakkal Majalla" w:hAnsi="Sakkal Majalla" w:cs="Sakkal Majalla"/>
          <w:szCs w:val="28"/>
          <w:rtl/>
        </w:rPr>
        <w:t xml:space="preserve"> </w:t>
      </w:r>
      <w:r w:rsidRPr="00B90B65">
        <w:rPr>
          <w:rFonts w:ascii="Sakkal Majalla" w:hAnsi="Sakkal Majalla" w:cs="Sakkal Majalla" w:hint="cs"/>
          <w:szCs w:val="28"/>
          <w:rtl/>
        </w:rPr>
        <w:t>تفاعل</w:t>
      </w:r>
      <w:r w:rsidRPr="00B90B65">
        <w:rPr>
          <w:rFonts w:ascii="Sakkal Majalla" w:hAnsi="Sakkal Majalla" w:cs="Sakkal Majalla"/>
          <w:szCs w:val="28"/>
          <w:rtl/>
        </w:rPr>
        <w:t xml:space="preserve"> </w:t>
      </w:r>
      <w:r w:rsidRPr="00B90B65">
        <w:rPr>
          <w:rFonts w:ascii="Sakkal Majalla" w:hAnsi="Sakkal Majalla" w:cs="Sakkal Majalla" w:hint="cs"/>
          <w:szCs w:val="28"/>
          <w:rtl/>
        </w:rPr>
        <w:t>بين</w:t>
      </w:r>
      <w:r w:rsidRPr="00B90B65">
        <w:rPr>
          <w:rFonts w:ascii="Sakkal Majalla" w:hAnsi="Sakkal Majalla" w:cs="Sakkal Majalla"/>
          <w:szCs w:val="28"/>
          <w:rtl/>
        </w:rPr>
        <w:t xml:space="preserve"> </w:t>
      </w:r>
      <w:r w:rsidRPr="00B90B65">
        <w:rPr>
          <w:rFonts w:ascii="Sakkal Majalla" w:hAnsi="Sakkal Majalla" w:cs="Sakkal Majalla" w:hint="cs"/>
          <w:szCs w:val="28"/>
          <w:rtl/>
        </w:rPr>
        <w:t>مكونات</w:t>
      </w:r>
      <w:r w:rsidRPr="00B90B65">
        <w:rPr>
          <w:rFonts w:ascii="Sakkal Majalla" w:hAnsi="Sakkal Majalla" w:cs="Sakkal Majalla"/>
          <w:szCs w:val="28"/>
          <w:rtl/>
        </w:rPr>
        <w:t xml:space="preserve"> </w:t>
      </w:r>
      <w:r w:rsidRPr="00B90B65">
        <w:rPr>
          <w:rFonts w:ascii="Sakkal Majalla" w:hAnsi="Sakkal Majalla" w:cs="Sakkal Majalla" w:hint="cs"/>
          <w:szCs w:val="28"/>
          <w:rtl/>
        </w:rPr>
        <w:t>داخلية</w:t>
      </w:r>
      <w:r w:rsidRPr="00B90B65">
        <w:rPr>
          <w:rFonts w:ascii="Sakkal Majalla" w:hAnsi="Sakkal Majalla" w:cs="Sakkal Majalla"/>
          <w:szCs w:val="28"/>
          <w:rtl/>
        </w:rPr>
        <w:t xml:space="preserve"> </w:t>
      </w:r>
      <w:r w:rsidRPr="00B90B65">
        <w:rPr>
          <w:rFonts w:ascii="Sakkal Majalla" w:hAnsi="Sakkal Majalla" w:cs="Sakkal Majalla" w:hint="cs"/>
          <w:szCs w:val="28"/>
          <w:rtl/>
        </w:rPr>
        <w:t>وخارجية</w:t>
      </w:r>
      <w:r w:rsidRPr="00B90B65">
        <w:rPr>
          <w:rFonts w:ascii="Sakkal Majalla" w:hAnsi="Sakkal Majalla" w:cs="Sakkal Majalla"/>
          <w:szCs w:val="28"/>
          <w:rtl/>
        </w:rPr>
        <w:t xml:space="preserve">. </w:t>
      </w:r>
      <w:r w:rsidRPr="00B90B65">
        <w:rPr>
          <w:rFonts w:ascii="Sakkal Majalla" w:hAnsi="Sakkal Majalla" w:cs="Sakkal Majalla" w:hint="cs"/>
          <w:szCs w:val="28"/>
          <w:rtl/>
        </w:rPr>
        <w:t>ويُسلّط</w:t>
      </w:r>
      <w:r w:rsidRPr="00B90B65">
        <w:rPr>
          <w:rFonts w:ascii="Sakkal Majalla" w:hAnsi="Sakkal Majalla" w:cs="Sakkal Majalla"/>
          <w:szCs w:val="28"/>
          <w:rtl/>
        </w:rPr>
        <w:t xml:space="preserve"> </w:t>
      </w:r>
      <w:r w:rsidRPr="00B90B65">
        <w:rPr>
          <w:rFonts w:ascii="Sakkal Majalla" w:hAnsi="Sakkal Majalla" w:cs="Sakkal Majalla" w:hint="cs"/>
          <w:szCs w:val="28"/>
          <w:rtl/>
        </w:rPr>
        <w:t>النموذج</w:t>
      </w:r>
      <w:r w:rsidRPr="00B90B65">
        <w:rPr>
          <w:rFonts w:ascii="Sakkal Majalla" w:hAnsi="Sakkal Majalla" w:cs="Sakkal Majalla"/>
          <w:szCs w:val="28"/>
          <w:rtl/>
        </w:rPr>
        <w:t xml:space="preserve"> </w:t>
      </w:r>
      <w:r w:rsidRPr="00B90B65">
        <w:rPr>
          <w:rFonts w:ascii="Sakkal Majalla" w:hAnsi="Sakkal Majalla" w:cs="Sakkal Majalla" w:hint="cs"/>
          <w:szCs w:val="28"/>
          <w:rtl/>
        </w:rPr>
        <w:t>الضوء</w:t>
      </w:r>
      <w:r w:rsidRPr="00B90B65">
        <w:rPr>
          <w:rFonts w:ascii="Sakkal Majalla" w:hAnsi="Sakkal Majalla" w:cs="Sakkal Majalla"/>
          <w:szCs w:val="28"/>
          <w:rtl/>
        </w:rPr>
        <w:t xml:space="preserve"> </w:t>
      </w:r>
      <w:r w:rsidRPr="00B90B65">
        <w:rPr>
          <w:rFonts w:ascii="Sakkal Majalla" w:hAnsi="Sakkal Majalla" w:cs="Sakkal Majalla" w:hint="cs"/>
          <w:szCs w:val="28"/>
          <w:rtl/>
        </w:rPr>
        <w:t>على</w:t>
      </w:r>
      <w:r w:rsidRPr="00B90B65">
        <w:rPr>
          <w:rFonts w:ascii="Sakkal Majalla" w:hAnsi="Sakkal Majalla" w:cs="Sakkal Majalla"/>
          <w:szCs w:val="28"/>
          <w:rtl/>
        </w:rPr>
        <w:t xml:space="preserve"> </w:t>
      </w:r>
      <w:r w:rsidRPr="00B90B65">
        <w:rPr>
          <w:rFonts w:ascii="Sakkal Majalla" w:hAnsi="Sakkal Majalla" w:cs="Sakkal Majalla" w:hint="cs"/>
          <w:szCs w:val="28"/>
          <w:rtl/>
        </w:rPr>
        <w:t>ثلاثة</w:t>
      </w:r>
      <w:r w:rsidRPr="00B90B65">
        <w:rPr>
          <w:rFonts w:ascii="Sakkal Majalla" w:hAnsi="Sakkal Majalla" w:cs="Sakkal Majalla"/>
          <w:szCs w:val="28"/>
          <w:rtl/>
        </w:rPr>
        <w:t xml:space="preserve"> </w:t>
      </w:r>
      <w:r w:rsidRPr="00B90B65">
        <w:rPr>
          <w:rFonts w:ascii="Sakkal Majalla" w:hAnsi="Sakkal Majalla" w:cs="Sakkal Majalla" w:hint="cs"/>
          <w:szCs w:val="28"/>
          <w:rtl/>
        </w:rPr>
        <w:t>محاور</w:t>
      </w:r>
      <w:r w:rsidRPr="00B90B65">
        <w:rPr>
          <w:rFonts w:ascii="Sakkal Majalla" w:hAnsi="Sakkal Majalla" w:cs="Sakkal Majalla"/>
          <w:szCs w:val="28"/>
          <w:rtl/>
        </w:rPr>
        <w:t xml:space="preserve"> </w:t>
      </w:r>
      <w:r w:rsidRPr="00B90B65">
        <w:rPr>
          <w:rFonts w:ascii="Sakkal Majalla" w:hAnsi="Sakkal Majalla" w:cs="Sakkal Majalla" w:hint="cs"/>
          <w:szCs w:val="28"/>
          <w:rtl/>
        </w:rPr>
        <w:t>مركزية</w:t>
      </w:r>
      <w:r w:rsidRPr="00B90B65">
        <w:rPr>
          <w:rFonts w:ascii="Sakkal Majalla" w:hAnsi="Sakkal Majalla" w:cs="Sakkal Majalla"/>
          <w:szCs w:val="28"/>
          <w:rtl/>
        </w:rPr>
        <w:t>:</w:t>
      </w:r>
    </w:p>
    <w:p w14:paraId="7BB523CE" w14:textId="00BC9659" w:rsidR="00B90B65" w:rsidRPr="004B5D2F" w:rsidRDefault="00B90B65" w:rsidP="00634497">
      <w:pPr>
        <w:bidi/>
        <w:spacing w:line="360" w:lineRule="auto"/>
        <w:jc w:val="lowKashida"/>
        <w:rPr>
          <w:rFonts w:ascii="Sakkal Majalla" w:hAnsi="Sakkal Majalla" w:cs="Sakkal Majalla"/>
          <w:szCs w:val="28"/>
        </w:rPr>
      </w:pPr>
      <w:r w:rsidRPr="004B5D2F">
        <w:rPr>
          <w:rFonts w:ascii="Sakkal Majalla" w:hAnsi="Sakkal Majalla" w:cs="Sakkal Majalla" w:hint="cs"/>
          <w:b/>
          <w:bCs/>
          <w:szCs w:val="28"/>
          <w:rtl/>
        </w:rPr>
        <w:t>العوامل</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التمكينية</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الداخلية</w:t>
      </w:r>
      <w:r w:rsidRPr="004B5D2F">
        <w:rPr>
          <w:rFonts w:ascii="Sakkal Majalla" w:hAnsi="Sakkal Majalla" w:cs="Sakkal Majalla"/>
          <w:b/>
          <w:bCs/>
          <w:szCs w:val="28"/>
          <w:rtl/>
        </w:rPr>
        <w:t>:</w:t>
      </w:r>
      <w:r w:rsidRPr="00B90B65">
        <w:rPr>
          <w:rFonts w:ascii="Sakkal Majalla" w:hAnsi="Sakkal Majalla" w:cs="Sakkal Majalla"/>
          <w:szCs w:val="28"/>
          <w:rtl/>
        </w:rPr>
        <w:t xml:space="preserve"> </w:t>
      </w:r>
      <w:r w:rsidRPr="00B90B65">
        <w:rPr>
          <w:rFonts w:ascii="Sakkal Majalla" w:hAnsi="Sakkal Majalla" w:cs="Sakkal Majalla" w:hint="cs"/>
          <w:szCs w:val="28"/>
          <w:rtl/>
        </w:rPr>
        <w:t>وتشمل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القيادة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الابتكارية،</w:t>
      </w:r>
      <w:r w:rsidRPr="00B90B65">
        <w:rPr>
          <w:rFonts w:ascii="Sakkal Majalla" w:hAnsi="Sakkal Majalla" w:cs="Sakkal Majalla"/>
          <w:szCs w:val="28"/>
          <w:rtl/>
        </w:rPr>
        <w:t xml:space="preserve"> </w:t>
      </w:r>
      <w:r w:rsidRPr="00B90B65">
        <w:rPr>
          <w:rFonts w:ascii="Sakkal Majalla" w:hAnsi="Sakkal Majalla" w:cs="Sakkal Majalla" w:hint="cs"/>
          <w:szCs w:val="28"/>
          <w:rtl/>
        </w:rPr>
        <w:t>والثقافة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التنظيمية،</w:t>
      </w:r>
      <w:r w:rsidRPr="00B90B65">
        <w:rPr>
          <w:rFonts w:ascii="Sakkal Majalla" w:hAnsi="Sakkal Majalla" w:cs="Sakkal Majalla"/>
          <w:szCs w:val="28"/>
          <w:rtl/>
        </w:rPr>
        <w:t xml:space="preserve"> </w:t>
      </w:r>
      <w:r w:rsidRPr="00B90B65">
        <w:rPr>
          <w:rFonts w:ascii="Sakkal Majalla" w:hAnsi="Sakkal Majalla" w:cs="Sakkal Majalla" w:hint="cs"/>
          <w:szCs w:val="28"/>
          <w:rtl/>
        </w:rPr>
        <w:t>وتوفر</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الموارد،</w:t>
      </w:r>
      <w:r w:rsidRPr="00B90B65">
        <w:rPr>
          <w:rFonts w:ascii="Sakkal Majalla" w:hAnsi="Sakkal Majalla" w:cs="Sakkal Majalla"/>
          <w:szCs w:val="28"/>
          <w:rtl/>
        </w:rPr>
        <w:t xml:space="preserve"> </w:t>
      </w:r>
      <w:r w:rsidRPr="00B90B65">
        <w:rPr>
          <w:rFonts w:ascii="Sakkal Majalla" w:hAnsi="Sakkal Majalla" w:cs="Sakkal Majalla" w:hint="cs"/>
          <w:szCs w:val="28"/>
          <w:rtl/>
        </w:rPr>
        <w:t>والقدرات</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التنظيمية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الديناميكية</w:t>
      </w:r>
      <w:r w:rsidRPr="00B90B65">
        <w:rPr>
          <w:rFonts w:ascii="Sakkal Majalla" w:hAnsi="Sakkal Majalla" w:cs="Sakkal Majalla"/>
          <w:szCs w:val="28"/>
          <w:rtl/>
        </w:rPr>
        <w:t xml:space="preserve"> </w:t>
      </w:r>
      <w:r w:rsidRPr="00B90B65">
        <w:rPr>
          <w:rFonts w:ascii="Sakkal Majalla" w:hAnsi="Sakkal Majalla" w:cs="Sakkal Majalla" w:hint="cs"/>
          <w:szCs w:val="28"/>
          <w:rtl/>
        </w:rPr>
        <w:t>مثل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التعلم</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المؤسسي</w:t>
      </w:r>
      <w:r w:rsidRPr="00B90B65">
        <w:rPr>
          <w:rFonts w:ascii="Sakkal Majalla" w:hAnsi="Sakkal Majalla" w:cs="Sakkal Majalla"/>
          <w:szCs w:val="28"/>
          <w:rtl/>
        </w:rPr>
        <w:t xml:space="preserve"> </w:t>
      </w:r>
      <w:r w:rsidRPr="00B90B65">
        <w:rPr>
          <w:rFonts w:ascii="Sakkal Majalla" w:hAnsi="Sakkal Majalla" w:cs="Sakkal Majalla" w:hint="cs"/>
          <w:szCs w:val="28"/>
          <w:rtl/>
        </w:rPr>
        <w:t>وتدوير</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المعرفة</w:t>
      </w:r>
      <w:r w:rsidRPr="00B90B65">
        <w:rPr>
          <w:rFonts w:ascii="Sakkal Majalla" w:hAnsi="Sakkal Majalla" w:cs="Sakkal Majalla"/>
          <w:szCs w:val="28"/>
          <w:rtl/>
        </w:rPr>
        <w:t xml:space="preserve">. </w:t>
      </w:r>
      <w:r w:rsidRPr="00B90B65">
        <w:rPr>
          <w:rFonts w:ascii="Sakkal Majalla" w:hAnsi="Sakkal Majalla" w:cs="Sakkal Majalla" w:hint="cs"/>
          <w:szCs w:val="28"/>
          <w:rtl/>
        </w:rPr>
        <w:t>تُعد</w:t>
      </w:r>
      <w:r w:rsidRPr="00B90B65">
        <w:rPr>
          <w:rFonts w:ascii="Sakkal Majalla" w:hAnsi="Sakkal Majalla" w:cs="Sakkal Majalla"/>
          <w:szCs w:val="28"/>
          <w:rtl/>
        </w:rPr>
        <w:t xml:space="preserve"> </w:t>
      </w:r>
      <w:r w:rsidRPr="00B90B65">
        <w:rPr>
          <w:rFonts w:ascii="Sakkal Majalla" w:hAnsi="Sakkal Majalla" w:cs="Sakkal Majalla" w:hint="cs"/>
          <w:szCs w:val="28"/>
          <w:rtl/>
        </w:rPr>
        <w:t>هذه</w:t>
      </w:r>
      <w:r w:rsidRPr="00B90B65">
        <w:rPr>
          <w:rFonts w:ascii="Sakkal Majalla" w:hAnsi="Sakkal Majalla" w:cs="Sakkal Majalla"/>
          <w:szCs w:val="28"/>
          <w:rtl/>
        </w:rPr>
        <w:t xml:space="preserve"> </w:t>
      </w:r>
      <w:r w:rsidRPr="00B90B65">
        <w:rPr>
          <w:rFonts w:ascii="Sakkal Majalla" w:hAnsi="Sakkal Majalla" w:cs="Sakkal Majalla" w:hint="cs"/>
          <w:szCs w:val="28"/>
          <w:rtl/>
        </w:rPr>
        <w:t>العوامل</w:t>
      </w:r>
      <w:r w:rsidRPr="00B90B65">
        <w:rPr>
          <w:rFonts w:ascii="Sakkal Majalla" w:hAnsi="Sakkal Majalla" w:cs="Sakkal Majalla"/>
          <w:szCs w:val="28"/>
          <w:rtl/>
        </w:rPr>
        <w:t xml:space="preserve"> </w:t>
      </w:r>
      <w:r w:rsidRPr="00B90B65">
        <w:rPr>
          <w:rFonts w:ascii="Sakkal Majalla" w:hAnsi="Sakkal Majalla" w:cs="Sakkal Majalla" w:hint="cs"/>
          <w:szCs w:val="28"/>
          <w:rtl/>
        </w:rPr>
        <w:t>بمثابة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البنية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التحتية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التي</w:t>
      </w:r>
      <w:r w:rsidRPr="00B90B65">
        <w:rPr>
          <w:rFonts w:ascii="Sakkal Majalla" w:hAnsi="Sakkal Majalla" w:cs="Sakkal Majalla"/>
          <w:szCs w:val="28"/>
          <w:rtl/>
        </w:rPr>
        <w:t xml:space="preserve"> </w:t>
      </w:r>
      <w:r w:rsidRPr="00B90B65">
        <w:rPr>
          <w:rFonts w:ascii="Sakkal Majalla" w:hAnsi="Sakkal Majalla" w:cs="Sakkal Majalla" w:hint="cs"/>
          <w:szCs w:val="28"/>
          <w:rtl/>
        </w:rPr>
        <w:t>تُمكّن</w:t>
      </w:r>
      <w:r w:rsidRPr="00B90B65">
        <w:rPr>
          <w:rFonts w:ascii="Sakkal Majalla" w:hAnsi="Sakkal Majalla" w:cs="Sakkal Majalla"/>
          <w:szCs w:val="28"/>
          <w:rtl/>
        </w:rPr>
        <w:t xml:space="preserve"> </w:t>
      </w:r>
      <w:r w:rsidRPr="00B90B65">
        <w:rPr>
          <w:rFonts w:ascii="Sakkal Majalla" w:hAnsi="Sakkal Majalla" w:cs="Sakkal Majalla" w:hint="cs"/>
          <w:szCs w:val="28"/>
          <w:rtl/>
        </w:rPr>
        <w:t>الجهة</w:t>
      </w:r>
      <w:r w:rsidRPr="00B90B65">
        <w:rPr>
          <w:rFonts w:ascii="Sakkal Majalla" w:hAnsi="Sakkal Majalla" w:cs="Sakkal Majalla"/>
          <w:szCs w:val="28"/>
          <w:rtl/>
        </w:rPr>
        <w:t xml:space="preserve"> </w:t>
      </w:r>
      <w:r w:rsidRPr="00B90B65">
        <w:rPr>
          <w:rFonts w:ascii="Sakkal Majalla" w:hAnsi="Sakkal Majalla" w:cs="Sakkal Majalla" w:hint="cs"/>
          <w:szCs w:val="28"/>
          <w:rtl/>
        </w:rPr>
        <w:t>من</w:t>
      </w:r>
      <w:r w:rsidRPr="00B90B65">
        <w:rPr>
          <w:rFonts w:ascii="Sakkal Majalla" w:hAnsi="Sakkal Majalla" w:cs="Sakkal Majalla"/>
          <w:szCs w:val="28"/>
          <w:rtl/>
        </w:rPr>
        <w:t xml:space="preserve"> </w:t>
      </w:r>
      <w:r w:rsidRPr="00B90B65">
        <w:rPr>
          <w:rFonts w:ascii="Sakkal Majalla" w:hAnsi="Sakkal Majalla" w:cs="Sakkal Majalla" w:hint="cs"/>
          <w:szCs w:val="28"/>
          <w:rtl/>
        </w:rPr>
        <w:t>احتضان</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الابتكار</w:t>
      </w:r>
      <w:r w:rsidRPr="00B90B65">
        <w:rPr>
          <w:rFonts w:ascii="Sakkal Majalla" w:hAnsi="Sakkal Majalla" w:cs="Sakkal Majalla"/>
          <w:szCs w:val="28"/>
          <w:rtl/>
        </w:rPr>
        <w:t xml:space="preserve"> </w:t>
      </w:r>
      <w:r w:rsidRPr="00B90B65">
        <w:rPr>
          <w:rFonts w:ascii="Sakkal Majalla" w:hAnsi="Sakkal Majalla" w:cs="Sakkal Majalla" w:hint="cs"/>
          <w:szCs w:val="28"/>
          <w:rtl/>
        </w:rPr>
        <w:t>وتطويره</w:t>
      </w:r>
      <w:r w:rsidRPr="00B90B65">
        <w:rPr>
          <w:rFonts w:ascii="Sakkal Majalla" w:hAnsi="Sakkal Majalla" w:cs="Sakkal Majalla"/>
          <w:szCs w:val="28"/>
          <w:rtl/>
        </w:rPr>
        <w:t>.</w:t>
      </w:r>
    </w:p>
    <w:p w14:paraId="7572B773" w14:textId="5DE091B2" w:rsidR="00B90B65" w:rsidRPr="00B90B65" w:rsidRDefault="00B90B65" w:rsidP="00634497">
      <w:pPr>
        <w:bidi/>
        <w:spacing w:line="360" w:lineRule="auto"/>
        <w:jc w:val="lowKashida"/>
        <w:rPr>
          <w:rFonts w:ascii="Sakkal Majalla" w:hAnsi="Sakkal Majalla" w:cs="Sakkal Majalla"/>
          <w:szCs w:val="28"/>
        </w:rPr>
      </w:pPr>
      <w:r w:rsidRPr="004B5D2F">
        <w:rPr>
          <w:rFonts w:ascii="Sakkal Majalla" w:hAnsi="Sakkal Majalla" w:cs="Sakkal Majalla" w:hint="cs"/>
          <w:b/>
          <w:bCs/>
          <w:szCs w:val="28"/>
          <w:rtl/>
        </w:rPr>
        <w:t>الدور</w:t>
      </w:r>
      <w:r w:rsidRPr="004B5D2F">
        <w:rPr>
          <w:rFonts w:ascii="Sakkal Majalla" w:hAnsi="Sakkal Majalla" w:cs="Sakkal Majalla"/>
          <w:b/>
          <w:bCs/>
          <w:szCs w:val="28"/>
          <w:rtl/>
        </w:rPr>
        <w:t xml:space="preserve"> </w:t>
      </w:r>
      <w:proofErr w:type="spellStart"/>
      <w:r w:rsidRPr="004B5D2F">
        <w:rPr>
          <w:rFonts w:ascii="Sakkal Majalla" w:hAnsi="Sakkal Majalla" w:cs="Sakkal Majalla" w:hint="cs"/>
          <w:b/>
          <w:bCs/>
          <w:szCs w:val="28"/>
          <w:rtl/>
        </w:rPr>
        <w:t>التمكيني</w:t>
      </w:r>
      <w:proofErr w:type="spellEnd"/>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للشركات</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الاستشارية</w:t>
      </w:r>
      <w:r w:rsidRPr="00B90B65">
        <w:rPr>
          <w:rFonts w:ascii="Sakkal Majalla" w:hAnsi="Sakkal Majalla" w:cs="Sakkal Majalla"/>
          <w:szCs w:val="28"/>
          <w:rtl/>
        </w:rPr>
        <w:t xml:space="preserve">: </w:t>
      </w:r>
      <w:r w:rsidRPr="00B90B65">
        <w:rPr>
          <w:rFonts w:ascii="Sakkal Majalla" w:hAnsi="Sakkal Majalla" w:cs="Sakkal Majalla" w:hint="cs"/>
          <w:szCs w:val="28"/>
          <w:rtl/>
        </w:rPr>
        <w:t>ويتمثل</w:t>
      </w:r>
      <w:r w:rsidRPr="00B90B65">
        <w:rPr>
          <w:rFonts w:ascii="Sakkal Majalla" w:hAnsi="Sakkal Majalla" w:cs="Sakkal Majalla"/>
          <w:szCs w:val="28"/>
          <w:rtl/>
        </w:rPr>
        <w:t xml:space="preserve"> </w:t>
      </w:r>
      <w:r w:rsidRPr="00B90B65">
        <w:rPr>
          <w:rFonts w:ascii="Sakkal Majalla" w:hAnsi="Sakkal Majalla" w:cs="Sakkal Majalla" w:hint="cs"/>
          <w:szCs w:val="28"/>
          <w:rtl/>
        </w:rPr>
        <w:t>في</w:t>
      </w:r>
      <w:r w:rsidRPr="00B90B65">
        <w:rPr>
          <w:rFonts w:ascii="Sakkal Majalla" w:hAnsi="Sakkal Majalla" w:cs="Sakkal Majalla"/>
          <w:szCs w:val="28"/>
          <w:rtl/>
        </w:rPr>
        <w:t xml:space="preserve"> </w:t>
      </w:r>
      <w:r w:rsidRPr="00B90B65">
        <w:rPr>
          <w:rFonts w:ascii="Sakkal Majalla" w:hAnsi="Sakkal Majalla" w:cs="Sakkal Majalla" w:hint="cs"/>
          <w:szCs w:val="28"/>
          <w:rtl/>
        </w:rPr>
        <w:t>نقل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المعرفة</w:t>
      </w:r>
      <w:r w:rsidRPr="00B90B65">
        <w:rPr>
          <w:rFonts w:ascii="Sakkal Majalla" w:hAnsi="Sakkal Majalla" w:cs="Sakkal Majalla"/>
          <w:szCs w:val="28"/>
          <w:rtl/>
        </w:rPr>
        <w:t xml:space="preserve"> </w:t>
      </w:r>
      <w:r w:rsidRPr="00B90B65">
        <w:rPr>
          <w:rFonts w:ascii="Sakkal Majalla" w:hAnsi="Sakkal Majalla" w:cs="Sakkal Majalla" w:hint="cs"/>
          <w:szCs w:val="28"/>
          <w:rtl/>
        </w:rPr>
        <w:t>والتجارب،</w:t>
      </w:r>
      <w:r w:rsidRPr="00B90B65">
        <w:rPr>
          <w:rFonts w:ascii="Sakkal Majalla" w:hAnsi="Sakkal Majalla" w:cs="Sakkal Majalla"/>
          <w:szCs w:val="28"/>
          <w:rtl/>
        </w:rPr>
        <w:t xml:space="preserve"> </w:t>
      </w:r>
      <w:r w:rsidRPr="00B90B65">
        <w:rPr>
          <w:rFonts w:ascii="Sakkal Majalla" w:hAnsi="Sakkal Majalla" w:cs="Sakkal Majalla" w:hint="cs"/>
          <w:szCs w:val="28"/>
          <w:rtl/>
        </w:rPr>
        <w:t>وتيسير</w:t>
      </w:r>
      <w:r w:rsidRPr="00B90B65">
        <w:rPr>
          <w:rFonts w:ascii="Sakkal Majalla" w:hAnsi="Sakkal Majalla" w:cs="Sakkal Majalla"/>
          <w:szCs w:val="28"/>
          <w:rtl/>
        </w:rPr>
        <w:t xml:space="preserve"> </w:t>
      </w:r>
      <w:r w:rsidRPr="00B90B65">
        <w:rPr>
          <w:rFonts w:ascii="Sakkal Majalla" w:hAnsi="Sakkal Majalla" w:cs="Sakkal Majalla" w:hint="cs"/>
          <w:szCs w:val="28"/>
          <w:rtl/>
        </w:rPr>
        <w:t>عمليات</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الابتكار،</w:t>
      </w:r>
      <w:r w:rsidRPr="00B90B65">
        <w:rPr>
          <w:rFonts w:ascii="Sakkal Majalla" w:hAnsi="Sakkal Majalla" w:cs="Sakkal Majalla"/>
          <w:szCs w:val="28"/>
          <w:rtl/>
        </w:rPr>
        <w:t xml:space="preserve"> </w:t>
      </w:r>
      <w:r w:rsidRPr="00B90B65">
        <w:rPr>
          <w:rFonts w:ascii="Sakkal Majalla" w:hAnsi="Sakkal Majalla" w:cs="Sakkal Majalla" w:hint="cs"/>
          <w:szCs w:val="28"/>
          <w:rtl/>
        </w:rPr>
        <w:t>وبناء</w:t>
      </w:r>
      <w:r w:rsidRPr="00B90B65">
        <w:rPr>
          <w:rFonts w:ascii="Sakkal Majalla" w:hAnsi="Sakkal Majalla" w:cs="Sakkal Majalla"/>
          <w:szCs w:val="28"/>
          <w:rtl/>
        </w:rPr>
        <w:t xml:space="preserve"> </w:t>
      </w:r>
      <w:r w:rsidRPr="00B90B65">
        <w:rPr>
          <w:rFonts w:ascii="Sakkal Majalla" w:hAnsi="Sakkal Majalla" w:cs="Sakkal Majalla" w:hint="cs"/>
          <w:szCs w:val="28"/>
          <w:rtl/>
        </w:rPr>
        <w:t>قدرات</w:t>
      </w:r>
      <w:r w:rsidRPr="00B90B65">
        <w:rPr>
          <w:rFonts w:ascii="Sakkal Majalla" w:hAnsi="Sakkal Majalla" w:cs="Sakkal Majalla"/>
          <w:szCs w:val="28"/>
          <w:rtl/>
        </w:rPr>
        <w:t xml:space="preserve"> </w:t>
      </w:r>
      <w:r w:rsidRPr="00B90B65">
        <w:rPr>
          <w:rFonts w:ascii="Sakkal Majalla" w:hAnsi="Sakkal Majalla" w:cs="Sakkal Majalla" w:hint="cs"/>
          <w:szCs w:val="28"/>
          <w:rtl/>
        </w:rPr>
        <w:t>داخلية</w:t>
      </w:r>
      <w:r w:rsidRPr="00B90B65">
        <w:rPr>
          <w:rFonts w:ascii="Sakkal Majalla" w:hAnsi="Sakkal Majalla" w:cs="Sakkal Majalla"/>
          <w:szCs w:val="28"/>
          <w:rtl/>
        </w:rPr>
        <w:t xml:space="preserve"> </w:t>
      </w:r>
      <w:r w:rsidRPr="00B90B65">
        <w:rPr>
          <w:rFonts w:ascii="Sakkal Majalla" w:hAnsi="Sakkal Majalla" w:cs="Sakkal Majalla" w:hint="cs"/>
          <w:szCs w:val="28"/>
          <w:rtl/>
        </w:rPr>
        <w:t>تسهم</w:t>
      </w:r>
      <w:r w:rsidRPr="00B90B65">
        <w:rPr>
          <w:rFonts w:ascii="Sakkal Majalla" w:hAnsi="Sakkal Majalla" w:cs="Sakkal Majalla"/>
          <w:szCs w:val="28"/>
          <w:rtl/>
        </w:rPr>
        <w:t xml:space="preserve"> </w:t>
      </w:r>
      <w:r w:rsidRPr="00B90B65">
        <w:rPr>
          <w:rFonts w:ascii="Sakkal Majalla" w:hAnsi="Sakkal Majalla" w:cs="Sakkal Majalla" w:hint="cs"/>
          <w:szCs w:val="28"/>
          <w:rtl/>
        </w:rPr>
        <w:t>في</w:t>
      </w:r>
      <w:r w:rsidRPr="00B90B65">
        <w:rPr>
          <w:rFonts w:ascii="Sakkal Majalla" w:hAnsi="Sakkal Majalla" w:cs="Sakkal Majalla"/>
          <w:szCs w:val="28"/>
          <w:rtl/>
        </w:rPr>
        <w:t xml:space="preserve"> </w:t>
      </w:r>
      <w:r w:rsidRPr="00B90B65">
        <w:rPr>
          <w:rFonts w:ascii="Sakkal Majalla" w:hAnsi="Sakkal Majalla" w:cs="Sakkal Majalla" w:hint="cs"/>
          <w:szCs w:val="28"/>
          <w:rtl/>
        </w:rPr>
        <w:t>تحويل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المعرفة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الخارجية</w:t>
      </w:r>
      <w:r w:rsidRPr="00B90B65">
        <w:rPr>
          <w:rFonts w:ascii="Sakkal Majalla" w:hAnsi="Sakkal Majalla" w:cs="Sakkal Majalla"/>
          <w:szCs w:val="28"/>
          <w:rtl/>
        </w:rPr>
        <w:t xml:space="preserve"> </w:t>
      </w:r>
      <w:r w:rsidRPr="00B90B65">
        <w:rPr>
          <w:rFonts w:ascii="Sakkal Majalla" w:hAnsi="Sakkal Majalla" w:cs="Sakkal Majalla" w:hint="cs"/>
          <w:szCs w:val="28"/>
          <w:rtl/>
        </w:rPr>
        <w:t>إلى</w:t>
      </w:r>
      <w:r w:rsidRPr="00B90B65">
        <w:rPr>
          <w:rFonts w:ascii="Sakkal Majalla" w:hAnsi="Sakkal Majalla" w:cs="Sakkal Majalla"/>
          <w:szCs w:val="28"/>
          <w:rtl/>
        </w:rPr>
        <w:t xml:space="preserve"> </w:t>
      </w:r>
      <w:r w:rsidRPr="00B90B65">
        <w:rPr>
          <w:rFonts w:ascii="Sakkal Majalla" w:hAnsi="Sakkal Majalla" w:cs="Sakkal Majalla" w:hint="cs"/>
          <w:szCs w:val="28"/>
          <w:rtl/>
        </w:rPr>
        <w:t>ممارسة</w:t>
      </w:r>
      <w:r w:rsidRPr="00B90B65">
        <w:rPr>
          <w:rFonts w:ascii="Sakkal Majalla" w:hAnsi="Sakkal Majalla" w:cs="Sakkal Majalla"/>
          <w:szCs w:val="28"/>
          <w:rtl/>
        </w:rPr>
        <w:t xml:space="preserve"> </w:t>
      </w:r>
      <w:r w:rsidRPr="00B90B65">
        <w:rPr>
          <w:rFonts w:ascii="Sakkal Majalla" w:hAnsi="Sakkal Majalla" w:cs="Sakkal Majalla" w:hint="cs"/>
          <w:szCs w:val="28"/>
          <w:rtl/>
        </w:rPr>
        <w:t>مؤسسية</w:t>
      </w:r>
      <w:r w:rsidRPr="00B90B65">
        <w:rPr>
          <w:rFonts w:ascii="Sakkal Majalla" w:hAnsi="Sakkal Majalla" w:cs="Sakkal Majalla"/>
          <w:szCs w:val="28"/>
          <w:rtl/>
        </w:rPr>
        <w:t>.</w:t>
      </w:r>
    </w:p>
    <w:p w14:paraId="61B81CF7" w14:textId="0B4250CE" w:rsidR="00B90B65" w:rsidRPr="004B5D2F" w:rsidRDefault="00B90B65" w:rsidP="00634497">
      <w:pPr>
        <w:bidi/>
        <w:spacing w:line="360" w:lineRule="auto"/>
        <w:jc w:val="lowKashida"/>
        <w:rPr>
          <w:rFonts w:ascii="Sakkal Majalla" w:hAnsi="Sakkal Majalla" w:cs="Sakkal Majalla"/>
          <w:szCs w:val="28"/>
        </w:rPr>
      </w:pPr>
      <w:r w:rsidRPr="004B5D2F">
        <w:rPr>
          <w:rFonts w:ascii="Sakkal Majalla" w:hAnsi="Sakkal Majalla" w:cs="Sakkal Majalla" w:hint="cs"/>
          <w:b/>
          <w:bCs/>
          <w:szCs w:val="28"/>
          <w:rtl/>
        </w:rPr>
        <w:t>القدرة</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الامتصاصية</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المعرفية</w:t>
      </w:r>
      <w:r w:rsidRPr="004B5D2F">
        <w:rPr>
          <w:rFonts w:ascii="Sakkal Majalla" w:hAnsi="Sakkal Majalla" w:cs="Sakkal Majalla"/>
          <w:b/>
          <w:bCs/>
          <w:szCs w:val="28"/>
          <w:rtl/>
        </w:rPr>
        <w:t>:</w:t>
      </w:r>
      <w:r w:rsidRPr="00B90B65">
        <w:rPr>
          <w:rFonts w:ascii="Sakkal Majalla" w:hAnsi="Sakkal Majalla" w:cs="Sakkal Majalla"/>
          <w:szCs w:val="28"/>
          <w:rtl/>
        </w:rPr>
        <w:t xml:space="preserve"> </w:t>
      </w:r>
      <w:r w:rsidRPr="00B90B65">
        <w:rPr>
          <w:rFonts w:ascii="Sakkal Majalla" w:hAnsi="Sakkal Majalla" w:cs="Sakkal Majalla" w:hint="cs"/>
          <w:szCs w:val="28"/>
          <w:rtl/>
        </w:rPr>
        <w:t>يُنظر</w:t>
      </w:r>
      <w:r w:rsidRPr="00B90B65">
        <w:rPr>
          <w:rFonts w:ascii="Sakkal Majalla" w:hAnsi="Sakkal Majalla" w:cs="Sakkal Majalla"/>
          <w:szCs w:val="28"/>
          <w:rtl/>
        </w:rPr>
        <w:t xml:space="preserve"> </w:t>
      </w:r>
      <w:r w:rsidRPr="00B90B65">
        <w:rPr>
          <w:rFonts w:ascii="Sakkal Majalla" w:hAnsi="Sakkal Majalla" w:cs="Sakkal Majalla" w:hint="cs"/>
          <w:szCs w:val="28"/>
          <w:rtl/>
        </w:rPr>
        <w:t>إليها</w:t>
      </w:r>
      <w:r w:rsidRPr="00B90B65">
        <w:rPr>
          <w:rFonts w:ascii="Sakkal Majalla" w:hAnsi="Sakkal Majalla" w:cs="Sakkal Majalla"/>
          <w:szCs w:val="28"/>
          <w:rtl/>
        </w:rPr>
        <w:t xml:space="preserve"> </w:t>
      </w:r>
      <w:r w:rsidRPr="00B90B65">
        <w:rPr>
          <w:rFonts w:ascii="Sakkal Majalla" w:hAnsi="Sakkal Majalla" w:cs="Sakkal Majalla" w:hint="cs"/>
          <w:szCs w:val="28"/>
          <w:rtl/>
        </w:rPr>
        <w:t>كمتغير</w:t>
      </w:r>
      <w:r w:rsidRPr="00B90B65">
        <w:rPr>
          <w:rFonts w:ascii="Sakkal Majalla" w:hAnsi="Sakkal Majalla" w:cs="Sakkal Majalla"/>
          <w:szCs w:val="28"/>
          <w:rtl/>
        </w:rPr>
        <w:t xml:space="preserve"> </w:t>
      </w:r>
      <w:r w:rsidRPr="00B90B65">
        <w:rPr>
          <w:rFonts w:ascii="Sakkal Majalla" w:hAnsi="Sakkal Majalla" w:cs="Sakkal Majalla" w:hint="cs"/>
          <w:szCs w:val="28"/>
          <w:rtl/>
        </w:rPr>
        <w:t>وسيط</w:t>
      </w:r>
      <w:r w:rsidRPr="00B90B65">
        <w:rPr>
          <w:rFonts w:ascii="Sakkal Majalla" w:hAnsi="Sakkal Majalla" w:cs="Sakkal Majalla"/>
          <w:szCs w:val="28"/>
          <w:rtl/>
        </w:rPr>
        <w:t xml:space="preserve"> </w:t>
      </w:r>
      <w:r w:rsidRPr="00B90B65">
        <w:rPr>
          <w:rFonts w:ascii="Sakkal Majalla" w:hAnsi="Sakkal Majalla" w:cs="Sakkal Majalla" w:hint="cs"/>
          <w:szCs w:val="28"/>
          <w:rtl/>
        </w:rPr>
        <w:t>تفاعلي</w:t>
      </w:r>
      <w:r w:rsidRPr="00B90B65">
        <w:rPr>
          <w:rFonts w:ascii="Sakkal Majalla" w:hAnsi="Sakkal Majalla" w:cs="Sakkal Majalla"/>
          <w:szCs w:val="28"/>
          <w:rtl/>
        </w:rPr>
        <w:t xml:space="preserve"> </w:t>
      </w:r>
      <w:r w:rsidRPr="00B90B65">
        <w:rPr>
          <w:rFonts w:ascii="Sakkal Majalla" w:hAnsi="Sakkal Majalla" w:cs="Sakkal Majalla" w:hint="cs"/>
          <w:szCs w:val="28"/>
          <w:rtl/>
        </w:rPr>
        <w:t>يربط</w:t>
      </w:r>
      <w:r w:rsidRPr="00B90B65">
        <w:rPr>
          <w:rFonts w:ascii="Sakkal Majalla" w:hAnsi="Sakkal Majalla" w:cs="Sakkal Majalla"/>
          <w:szCs w:val="28"/>
          <w:rtl/>
        </w:rPr>
        <w:t xml:space="preserve"> </w:t>
      </w:r>
      <w:r w:rsidRPr="00B90B65">
        <w:rPr>
          <w:rFonts w:ascii="Sakkal Majalla" w:hAnsi="Sakkal Majalla" w:cs="Sakkal Majalla" w:hint="cs"/>
          <w:szCs w:val="28"/>
          <w:rtl/>
        </w:rPr>
        <w:t>بين</w:t>
      </w:r>
      <w:r w:rsidRPr="00B90B65">
        <w:rPr>
          <w:rFonts w:ascii="Sakkal Majalla" w:hAnsi="Sakkal Majalla" w:cs="Sakkal Majalla"/>
          <w:szCs w:val="28"/>
          <w:rtl/>
        </w:rPr>
        <w:t xml:space="preserve"> </w:t>
      </w:r>
      <w:r w:rsidRPr="00B90B65">
        <w:rPr>
          <w:rFonts w:ascii="Sakkal Majalla" w:hAnsi="Sakkal Majalla" w:cs="Sakkal Majalla" w:hint="cs"/>
          <w:szCs w:val="28"/>
          <w:rtl/>
        </w:rPr>
        <w:t>الدعم</w:t>
      </w:r>
      <w:r w:rsidRPr="00B90B65">
        <w:rPr>
          <w:rFonts w:ascii="Sakkal Majalla" w:hAnsi="Sakkal Majalla" w:cs="Sakkal Majalla"/>
          <w:szCs w:val="28"/>
          <w:rtl/>
        </w:rPr>
        <w:t xml:space="preserve"> </w:t>
      </w:r>
      <w:r w:rsidRPr="00B90B65">
        <w:rPr>
          <w:rFonts w:ascii="Sakkal Majalla" w:hAnsi="Sakkal Majalla" w:cs="Sakkal Majalla" w:hint="cs"/>
          <w:szCs w:val="28"/>
          <w:rtl/>
        </w:rPr>
        <w:t>الخارجي</w:t>
      </w:r>
      <w:r w:rsidRPr="00B90B65">
        <w:rPr>
          <w:rFonts w:ascii="Sakkal Majalla" w:hAnsi="Sakkal Majalla" w:cs="Sakkal Majalla"/>
          <w:szCs w:val="28"/>
          <w:rtl/>
        </w:rPr>
        <w:t xml:space="preserve"> </w:t>
      </w:r>
      <w:r w:rsidRPr="00B90B65">
        <w:rPr>
          <w:rFonts w:ascii="Sakkal Majalla" w:hAnsi="Sakkal Majalla" w:cs="Sakkal Majalla" w:hint="cs"/>
          <w:szCs w:val="28"/>
          <w:rtl/>
        </w:rPr>
        <w:t>والجاهزية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الداخلية،</w:t>
      </w:r>
      <w:r w:rsidRPr="00B90B65">
        <w:rPr>
          <w:rFonts w:ascii="Sakkal Majalla" w:hAnsi="Sakkal Majalla" w:cs="Sakkal Majalla"/>
          <w:szCs w:val="28"/>
          <w:rtl/>
        </w:rPr>
        <w:t xml:space="preserve"> </w:t>
      </w:r>
      <w:r w:rsidRPr="00B90B65">
        <w:rPr>
          <w:rFonts w:ascii="Sakkal Majalla" w:hAnsi="Sakkal Majalla" w:cs="Sakkal Majalla" w:hint="cs"/>
          <w:szCs w:val="28"/>
          <w:rtl/>
        </w:rPr>
        <w:t>وتمثل</w:t>
      </w:r>
      <w:r w:rsidRPr="00B90B65">
        <w:rPr>
          <w:rFonts w:ascii="Sakkal Majalla" w:hAnsi="Sakkal Majalla" w:cs="Sakkal Majalla"/>
          <w:szCs w:val="28"/>
          <w:rtl/>
        </w:rPr>
        <w:t xml:space="preserve"> </w:t>
      </w:r>
      <w:r w:rsidRPr="00B90B65">
        <w:rPr>
          <w:rFonts w:ascii="Sakkal Majalla" w:hAnsi="Sakkal Majalla" w:cs="Sakkal Majalla" w:hint="cs"/>
          <w:szCs w:val="28"/>
          <w:rtl/>
        </w:rPr>
        <w:t>مدى</w:t>
      </w:r>
      <w:r w:rsidRPr="00B90B65">
        <w:rPr>
          <w:rFonts w:ascii="Sakkal Majalla" w:hAnsi="Sakkal Majalla" w:cs="Sakkal Majalla"/>
          <w:szCs w:val="28"/>
          <w:rtl/>
        </w:rPr>
        <w:t xml:space="preserve"> </w:t>
      </w:r>
      <w:r w:rsidRPr="00B90B65">
        <w:rPr>
          <w:rFonts w:ascii="Sakkal Majalla" w:hAnsi="Sakkal Majalla" w:cs="Sakkal Majalla" w:hint="cs"/>
          <w:szCs w:val="28"/>
          <w:rtl/>
        </w:rPr>
        <w:t>قدرة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الجهة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الحكومية</w:t>
      </w:r>
      <w:r w:rsidRPr="00B90B65">
        <w:rPr>
          <w:rFonts w:ascii="Sakkal Majalla" w:hAnsi="Sakkal Majalla" w:cs="Sakkal Majalla"/>
          <w:szCs w:val="28"/>
          <w:rtl/>
        </w:rPr>
        <w:t xml:space="preserve"> </w:t>
      </w:r>
      <w:r w:rsidRPr="00B90B65">
        <w:rPr>
          <w:rFonts w:ascii="Sakkal Majalla" w:hAnsi="Sakkal Majalla" w:cs="Sakkal Majalla" w:hint="cs"/>
          <w:szCs w:val="28"/>
          <w:rtl/>
        </w:rPr>
        <w:t>على</w:t>
      </w:r>
      <w:r w:rsidRPr="00B90B65">
        <w:rPr>
          <w:rFonts w:ascii="Sakkal Majalla" w:hAnsi="Sakkal Majalla" w:cs="Sakkal Majalla"/>
          <w:szCs w:val="28"/>
          <w:rtl/>
        </w:rPr>
        <w:t xml:space="preserve"> </w:t>
      </w:r>
      <w:r w:rsidRPr="00B90B65">
        <w:rPr>
          <w:rFonts w:ascii="Sakkal Majalla" w:hAnsi="Sakkal Majalla" w:cs="Sakkal Majalla" w:hint="cs"/>
          <w:szCs w:val="28"/>
          <w:rtl/>
        </w:rPr>
        <w:t>استيعاب</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المعارف</w:t>
      </w:r>
      <w:r w:rsidRPr="00B90B65">
        <w:rPr>
          <w:rFonts w:ascii="Sakkal Majalla" w:hAnsi="Sakkal Majalla" w:cs="Sakkal Majalla"/>
          <w:szCs w:val="28"/>
          <w:rtl/>
        </w:rPr>
        <w:t xml:space="preserve"> </w:t>
      </w:r>
      <w:r w:rsidRPr="00B90B65">
        <w:rPr>
          <w:rFonts w:ascii="Sakkal Majalla" w:hAnsi="Sakkal Majalla" w:cs="Sakkal Majalla" w:hint="cs"/>
          <w:szCs w:val="28"/>
          <w:rtl/>
        </w:rPr>
        <w:t>الجديدة،</w:t>
      </w:r>
      <w:r w:rsidRPr="00B90B65">
        <w:rPr>
          <w:rFonts w:ascii="Sakkal Majalla" w:hAnsi="Sakkal Majalla" w:cs="Sakkal Majalla"/>
          <w:szCs w:val="28"/>
          <w:rtl/>
        </w:rPr>
        <w:t xml:space="preserve"> </w:t>
      </w:r>
      <w:r w:rsidRPr="00B90B65">
        <w:rPr>
          <w:rFonts w:ascii="Sakkal Majalla" w:hAnsi="Sakkal Majalla" w:cs="Sakkal Majalla" w:hint="cs"/>
          <w:szCs w:val="28"/>
          <w:rtl/>
        </w:rPr>
        <w:t>وتكييفها،</w:t>
      </w:r>
      <w:r w:rsidRPr="00B90B65">
        <w:rPr>
          <w:rFonts w:ascii="Sakkal Majalla" w:hAnsi="Sakkal Majalla" w:cs="Sakkal Majalla"/>
          <w:szCs w:val="28"/>
          <w:rtl/>
        </w:rPr>
        <w:t xml:space="preserve"> </w:t>
      </w:r>
      <w:r w:rsidRPr="00B90B65">
        <w:rPr>
          <w:rFonts w:ascii="Sakkal Majalla" w:hAnsi="Sakkal Majalla" w:cs="Sakkal Majalla" w:hint="cs"/>
          <w:szCs w:val="28"/>
          <w:rtl/>
        </w:rPr>
        <w:t>وتطبيقها</w:t>
      </w:r>
      <w:r w:rsidRPr="00B90B65">
        <w:rPr>
          <w:rFonts w:ascii="Sakkal Majalla" w:hAnsi="Sakkal Majalla" w:cs="Sakkal Majalla"/>
          <w:szCs w:val="28"/>
          <w:rtl/>
        </w:rPr>
        <w:t xml:space="preserve"> </w:t>
      </w:r>
      <w:r w:rsidRPr="00B90B65">
        <w:rPr>
          <w:rFonts w:ascii="Sakkal Majalla" w:hAnsi="Sakkal Majalla" w:cs="Sakkal Majalla" w:hint="cs"/>
          <w:szCs w:val="28"/>
          <w:rtl/>
        </w:rPr>
        <w:t>بما</w:t>
      </w:r>
      <w:r w:rsidRPr="00B90B65">
        <w:rPr>
          <w:rFonts w:ascii="Sakkal Majalla" w:hAnsi="Sakkal Majalla" w:cs="Sakkal Majalla"/>
          <w:szCs w:val="28"/>
          <w:rtl/>
        </w:rPr>
        <w:t xml:space="preserve"> </w:t>
      </w:r>
      <w:r w:rsidRPr="00B90B65">
        <w:rPr>
          <w:rFonts w:ascii="Sakkal Majalla" w:hAnsi="Sakkal Majalla" w:cs="Sakkal Majalla" w:hint="cs"/>
          <w:szCs w:val="28"/>
          <w:rtl/>
        </w:rPr>
        <w:t>يخدم</w:t>
      </w:r>
      <w:r w:rsidRPr="00B90B65">
        <w:rPr>
          <w:rFonts w:ascii="Sakkal Majalla" w:hAnsi="Sakkal Majalla" w:cs="Sakkal Majalla"/>
          <w:szCs w:val="28"/>
          <w:rtl/>
        </w:rPr>
        <w:t xml:space="preserve"> </w:t>
      </w:r>
      <w:r w:rsidRPr="00B90B65">
        <w:rPr>
          <w:rFonts w:ascii="Sakkal Majalla" w:hAnsi="Sakkal Majalla" w:cs="Sakkal Majalla" w:hint="cs"/>
          <w:szCs w:val="28"/>
          <w:rtl/>
        </w:rPr>
        <w:t>أهدافها</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الابتكارية</w:t>
      </w:r>
      <w:r w:rsidRPr="00B90B65">
        <w:rPr>
          <w:rFonts w:ascii="Sakkal Majalla" w:hAnsi="Sakkal Majalla" w:cs="Sakkal Majalla"/>
          <w:szCs w:val="28"/>
          <w:rtl/>
        </w:rPr>
        <w:t>.</w:t>
      </w:r>
    </w:p>
    <w:p w14:paraId="6F3C1C60" w14:textId="77777777" w:rsidR="00B90B65" w:rsidRPr="00B90B65" w:rsidRDefault="00B90B65" w:rsidP="00634497">
      <w:pPr>
        <w:bidi/>
        <w:spacing w:line="360" w:lineRule="auto"/>
        <w:jc w:val="lowKashida"/>
        <w:rPr>
          <w:rFonts w:ascii="Sakkal Majalla" w:hAnsi="Sakkal Majalla" w:cs="Sakkal Majalla"/>
          <w:szCs w:val="28"/>
        </w:rPr>
      </w:pPr>
      <w:r w:rsidRPr="00B90B65">
        <w:rPr>
          <w:rFonts w:ascii="Sakkal Majalla" w:hAnsi="Sakkal Majalla" w:cs="Sakkal Majalla" w:hint="cs"/>
          <w:szCs w:val="28"/>
          <w:rtl/>
        </w:rPr>
        <w:t>أما</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المتغير</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التابع</w:t>
      </w:r>
      <w:r w:rsidRPr="00B90B65">
        <w:rPr>
          <w:rFonts w:ascii="Sakkal Majalla" w:hAnsi="Sakkal Majalla" w:cs="Sakkal Majalla"/>
          <w:szCs w:val="28"/>
          <w:rtl/>
        </w:rPr>
        <w:t xml:space="preserve"> </w:t>
      </w:r>
      <w:r w:rsidRPr="00B90B65">
        <w:rPr>
          <w:rFonts w:ascii="Sakkal Majalla" w:hAnsi="Sakkal Majalla" w:cs="Sakkal Majalla" w:hint="cs"/>
          <w:szCs w:val="28"/>
          <w:rtl/>
        </w:rPr>
        <w:t>في</w:t>
      </w:r>
      <w:r w:rsidRPr="00B90B65">
        <w:rPr>
          <w:rFonts w:ascii="Sakkal Majalla" w:hAnsi="Sakkal Majalla" w:cs="Sakkal Majalla"/>
          <w:szCs w:val="28"/>
          <w:rtl/>
        </w:rPr>
        <w:t xml:space="preserve"> </w:t>
      </w:r>
      <w:r w:rsidRPr="00B90B65">
        <w:rPr>
          <w:rFonts w:ascii="Sakkal Majalla" w:hAnsi="Sakkal Majalla" w:cs="Sakkal Majalla" w:hint="cs"/>
          <w:szCs w:val="28"/>
          <w:rtl/>
        </w:rPr>
        <w:t>هذا</w:t>
      </w:r>
      <w:r w:rsidRPr="00B90B65">
        <w:rPr>
          <w:rFonts w:ascii="Sakkal Majalla" w:hAnsi="Sakkal Majalla" w:cs="Sakkal Majalla"/>
          <w:szCs w:val="28"/>
          <w:rtl/>
        </w:rPr>
        <w:t xml:space="preserve"> </w:t>
      </w:r>
      <w:r w:rsidRPr="00B90B65">
        <w:rPr>
          <w:rFonts w:ascii="Sakkal Majalla" w:hAnsi="Sakkal Majalla" w:cs="Sakkal Majalla" w:hint="cs"/>
          <w:szCs w:val="28"/>
          <w:rtl/>
        </w:rPr>
        <w:t>النموذج،</w:t>
      </w:r>
      <w:r w:rsidRPr="00B90B65">
        <w:rPr>
          <w:rFonts w:ascii="Sakkal Majalla" w:hAnsi="Sakkal Majalla" w:cs="Sakkal Majalla"/>
          <w:szCs w:val="28"/>
          <w:rtl/>
        </w:rPr>
        <w:t xml:space="preserve"> </w:t>
      </w:r>
      <w:r w:rsidRPr="00B90B65">
        <w:rPr>
          <w:rFonts w:ascii="Sakkal Majalla" w:hAnsi="Sakkal Majalla" w:cs="Sakkal Majalla" w:hint="cs"/>
          <w:szCs w:val="28"/>
          <w:rtl/>
        </w:rPr>
        <w:t>فهو</w:t>
      </w:r>
      <w:r w:rsidRPr="00B90B65">
        <w:rPr>
          <w:rFonts w:ascii="Sakkal Majalla" w:hAnsi="Sakkal Majalla" w:cs="Sakkal Majalla"/>
          <w:szCs w:val="28"/>
          <w:rtl/>
        </w:rPr>
        <w:t xml:space="preserve"> </w:t>
      </w:r>
      <w:r w:rsidRPr="004B5D2F">
        <w:rPr>
          <w:rFonts w:ascii="Sakkal Majalla" w:hAnsi="Sakkal Majalla" w:cs="Sakkal Majalla" w:hint="cs"/>
          <w:b/>
          <w:bCs/>
          <w:szCs w:val="28"/>
          <w:rtl/>
        </w:rPr>
        <w:t>استدامة</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الابتكار</w:t>
      </w:r>
      <w:r w:rsidRPr="00B90B65">
        <w:rPr>
          <w:rFonts w:ascii="Sakkal Majalla" w:hAnsi="Sakkal Majalla" w:cs="Sakkal Majalla" w:hint="cs"/>
          <w:szCs w:val="28"/>
          <w:rtl/>
        </w:rPr>
        <w:t>،</w:t>
      </w:r>
      <w:r w:rsidRPr="00B90B65">
        <w:rPr>
          <w:rFonts w:ascii="Sakkal Majalla" w:hAnsi="Sakkal Majalla" w:cs="Sakkal Majalla"/>
          <w:szCs w:val="28"/>
          <w:rtl/>
        </w:rPr>
        <w:t xml:space="preserve"> </w:t>
      </w:r>
      <w:r w:rsidRPr="00B90B65">
        <w:rPr>
          <w:rFonts w:ascii="Sakkal Majalla" w:hAnsi="Sakkal Majalla" w:cs="Sakkal Majalla" w:hint="cs"/>
          <w:szCs w:val="28"/>
          <w:rtl/>
        </w:rPr>
        <w:t>والتي</w:t>
      </w:r>
      <w:r w:rsidRPr="00B90B65">
        <w:rPr>
          <w:rFonts w:ascii="Sakkal Majalla" w:hAnsi="Sakkal Majalla" w:cs="Sakkal Majalla"/>
          <w:szCs w:val="28"/>
          <w:rtl/>
        </w:rPr>
        <w:t xml:space="preserve"> </w:t>
      </w:r>
      <w:r w:rsidRPr="00B90B65">
        <w:rPr>
          <w:rFonts w:ascii="Sakkal Majalla" w:hAnsi="Sakkal Majalla" w:cs="Sakkal Majalla" w:hint="cs"/>
          <w:szCs w:val="28"/>
          <w:rtl/>
        </w:rPr>
        <w:t>تُعرّف</w:t>
      </w:r>
      <w:r w:rsidRPr="00B90B65">
        <w:rPr>
          <w:rFonts w:ascii="Sakkal Majalla" w:hAnsi="Sakkal Majalla" w:cs="Sakkal Majalla"/>
          <w:szCs w:val="28"/>
          <w:rtl/>
        </w:rPr>
        <w:t xml:space="preserve"> </w:t>
      </w:r>
      <w:r w:rsidRPr="00B90B65">
        <w:rPr>
          <w:rFonts w:ascii="Sakkal Majalla" w:hAnsi="Sakkal Majalla" w:cs="Sakkal Majalla" w:hint="cs"/>
          <w:szCs w:val="28"/>
          <w:rtl/>
        </w:rPr>
        <w:t>على</w:t>
      </w:r>
      <w:r w:rsidRPr="00B90B65">
        <w:rPr>
          <w:rFonts w:ascii="Sakkal Majalla" w:hAnsi="Sakkal Majalla" w:cs="Sakkal Majalla"/>
          <w:szCs w:val="28"/>
          <w:rtl/>
        </w:rPr>
        <w:t xml:space="preserve"> </w:t>
      </w:r>
      <w:r w:rsidRPr="00B90B65">
        <w:rPr>
          <w:rFonts w:ascii="Sakkal Majalla" w:hAnsi="Sakkal Majalla" w:cs="Sakkal Majalla" w:hint="cs"/>
          <w:szCs w:val="28"/>
          <w:rtl/>
        </w:rPr>
        <w:t>أنها</w:t>
      </w:r>
      <w:r w:rsidRPr="00B90B65">
        <w:rPr>
          <w:rFonts w:ascii="Sakkal Majalla" w:hAnsi="Sakkal Majalla" w:cs="Sakkal Majalla"/>
          <w:szCs w:val="28"/>
          <w:rtl/>
        </w:rPr>
        <w:t xml:space="preserve"> </w:t>
      </w:r>
      <w:r w:rsidRPr="00B90B65">
        <w:rPr>
          <w:rFonts w:ascii="Sakkal Majalla" w:hAnsi="Sakkal Majalla" w:cs="Sakkal Majalla" w:hint="cs"/>
          <w:szCs w:val="28"/>
          <w:rtl/>
        </w:rPr>
        <w:t>قدرة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الجهة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الحكومية</w:t>
      </w:r>
      <w:r w:rsidRPr="00B90B65">
        <w:rPr>
          <w:rFonts w:ascii="Sakkal Majalla" w:hAnsi="Sakkal Majalla" w:cs="Sakkal Majalla"/>
          <w:szCs w:val="28"/>
          <w:rtl/>
        </w:rPr>
        <w:t xml:space="preserve"> </w:t>
      </w:r>
      <w:r w:rsidRPr="00B90B65">
        <w:rPr>
          <w:rFonts w:ascii="Sakkal Majalla" w:hAnsi="Sakkal Majalla" w:cs="Sakkal Majalla" w:hint="cs"/>
          <w:szCs w:val="28"/>
          <w:rtl/>
        </w:rPr>
        <w:t>على</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الاستمرار</w:t>
      </w:r>
      <w:r w:rsidRPr="00B90B65">
        <w:rPr>
          <w:rFonts w:ascii="Sakkal Majalla" w:hAnsi="Sakkal Majalla" w:cs="Sakkal Majalla"/>
          <w:szCs w:val="28"/>
          <w:rtl/>
        </w:rPr>
        <w:t xml:space="preserve"> </w:t>
      </w:r>
      <w:r w:rsidRPr="00B90B65">
        <w:rPr>
          <w:rFonts w:ascii="Sakkal Majalla" w:hAnsi="Sakkal Majalla" w:cs="Sakkal Majalla" w:hint="cs"/>
          <w:szCs w:val="28"/>
          <w:rtl/>
        </w:rPr>
        <w:t>في</w:t>
      </w:r>
      <w:r w:rsidRPr="00B90B65">
        <w:rPr>
          <w:rFonts w:ascii="Sakkal Majalla" w:hAnsi="Sakkal Majalla" w:cs="Sakkal Majalla"/>
          <w:szCs w:val="28"/>
          <w:rtl/>
        </w:rPr>
        <w:t xml:space="preserve"> </w:t>
      </w:r>
      <w:r w:rsidRPr="00B90B65">
        <w:rPr>
          <w:rFonts w:ascii="Sakkal Majalla" w:hAnsi="Sakkal Majalla" w:cs="Sakkal Majalla" w:hint="cs"/>
          <w:szCs w:val="28"/>
          <w:rtl/>
        </w:rPr>
        <w:t>تطبيق</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الابتكارات</w:t>
      </w:r>
      <w:r w:rsidRPr="00B90B65">
        <w:rPr>
          <w:rFonts w:ascii="Sakkal Majalla" w:hAnsi="Sakkal Majalla" w:cs="Sakkal Majalla"/>
          <w:szCs w:val="28"/>
          <w:rtl/>
        </w:rPr>
        <w:t xml:space="preserve"> </w:t>
      </w:r>
      <w:r w:rsidRPr="00B90B65">
        <w:rPr>
          <w:rFonts w:ascii="Sakkal Majalla" w:hAnsi="Sakkal Majalla" w:cs="Sakkal Majalla" w:hint="cs"/>
          <w:szCs w:val="28"/>
          <w:rtl/>
        </w:rPr>
        <w:t>وتطويرها</w:t>
      </w:r>
      <w:r w:rsidRPr="00B90B65">
        <w:rPr>
          <w:rFonts w:ascii="Sakkal Majalla" w:hAnsi="Sakkal Majalla" w:cs="Sakkal Majalla"/>
          <w:szCs w:val="28"/>
          <w:rtl/>
        </w:rPr>
        <w:t xml:space="preserve"> </w:t>
      </w:r>
      <w:r w:rsidRPr="00B90B65">
        <w:rPr>
          <w:rFonts w:ascii="Sakkal Majalla" w:hAnsi="Sakkal Majalla" w:cs="Sakkal Majalla" w:hint="cs"/>
          <w:szCs w:val="28"/>
          <w:rtl/>
        </w:rPr>
        <w:t>حتى</w:t>
      </w:r>
      <w:r w:rsidRPr="00B90B65">
        <w:rPr>
          <w:rFonts w:ascii="Sakkal Majalla" w:hAnsi="Sakkal Majalla" w:cs="Sakkal Majalla"/>
          <w:szCs w:val="28"/>
          <w:rtl/>
        </w:rPr>
        <w:t xml:space="preserve"> </w:t>
      </w:r>
      <w:r w:rsidRPr="00B90B65">
        <w:rPr>
          <w:rFonts w:ascii="Sakkal Majalla" w:hAnsi="Sakkal Majalla" w:cs="Sakkal Majalla" w:hint="cs"/>
          <w:szCs w:val="28"/>
          <w:rtl/>
        </w:rPr>
        <w:t>بعد</w:t>
      </w:r>
      <w:r w:rsidRPr="00B90B65">
        <w:rPr>
          <w:rFonts w:ascii="Sakkal Majalla" w:hAnsi="Sakkal Majalla" w:cs="Sakkal Majalla"/>
          <w:szCs w:val="28"/>
          <w:rtl/>
        </w:rPr>
        <w:t xml:space="preserve"> </w:t>
      </w:r>
      <w:r w:rsidRPr="00B90B65">
        <w:rPr>
          <w:rFonts w:ascii="Sakkal Majalla" w:hAnsi="Sakkal Majalla" w:cs="Sakkal Majalla" w:hint="cs"/>
          <w:szCs w:val="28"/>
          <w:rtl/>
        </w:rPr>
        <w:t>انتهاء</w:t>
      </w:r>
      <w:r w:rsidRPr="00B90B65">
        <w:rPr>
          <w:rFonts w:ascii="Sakkal Majalla" w:hAnsi="Sakkal Majalla" w:cs="Sakkal Majalla"/>
          <w:szCs w:val="28"/>
          <w:rtl/>
        </w:rPr>
        <w:t xml:space="preserve"> </w:t>
      </w:r>
      <w:r w:rsidRPr="00B90B65">
        <w:rPr>
          <w:rFonts w:ascii="Sakkal Majalla" w:hAnsi="Sakkal Majalla" w:cs="Sakkal Majalla" w:hint="cs"/>
          <w:szCs w:val="28"/>
          <w:rtl/>
        </w:rPr>
        <w:t>الدعم</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الاستشاري،</w:t>
      </w:r>
      <w:r w:rsidRPr="00B90B65">
        <w:rPr>
          <w:rFonts w:ascii="Sakkal Majalla" w:hAnsi="Sakkal Majalla" w:cs="Sakkal Majalla"/>
          <w:szCs w:val="28"/>
          <w:rtl/>
        </w:rPr>
        <w:t xml:space="preserve"> </w:t>
      </w:r>
      <w:r w:rsidRPr="00B90B65">
        <w:rPr>
          <w:rFonts w:ascii="Sakkal Majalla" w:hAnsi="Sakkal Majalla" w:cs="Sakkal Majalla" w:hint="cs"/>
          <w:szCs w:val="28"/>
          <w:rtl/>
        </w:rPr>
        <w:t>من</w:t>
      </w:r>
      <w:r w:rsidRPr="00B90B65">
        <w:rPr>
          <w:rFonts w:ascii="Sakkal Majalla" w:hAnsi="Sakkal Majalla" w:cs="Sakkal Majalla"/>
          <w:szCs w:val="28"/>
          <w:rtl/>
        </w:rPr>
        <w:t xml:space="preserve"> </w:t>
      </w:r>
      <w:r w:rsidRPr="00B90B65">
        <w:rPr>
          <w:rFonts w:ascii="Sakkal Majalla" w:hAnsi="Sakkal Majalla" w:cs="Sakkal Majalla" w:hint="cs"/>
          <w:szCs w:val="28"/>
          <w:rtl/>
        </w:rPr>
        <w:t>خلال</w:t>
      </w:r>
      <w:r w:rsidRPr="00B90B65">
        <w:rPr>
          <w:rFonts w:ascii="Sakkal Majalla" w:hAnsi="Sakkal Majalla" w:cs="Sakkal Majalla"/>
          <w:szCs w:val="28"/>
          <w:rtl/>
        </w:rPr>
        <w:t xml:space="preserve"> </w:t>
      </w:r>
      <w:r w:rsidRPr="00B90B65">
        <w:rPr>
          <w:rFonts w:ascii="Sakkal Majalla" w:hAnsi="Sakkal Majalla" w:cs="Sakkal Majalla" w:hint="cs"/>
          <w:szCs w:val="28"/>
          <w:rtl/>
        </w:rPr>
        <w:t>دمج</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الابتكار</w:t>
      </w:r>
      <w:r w:rsidRPr="00B90B65">
        <w:rPr>
          <w:rFonts w:ascii="Sakkal Majalla" w:hAnsi="Sakkal Majalla" w:cs="Sakkal Majalla"/>
          <w:szCs w:val="28"/>
          <w:rtl/>
        </w:rPr>
        <w:t xml:space="preserve"> </w:t>
      </w:r>
      <w:r w:rsidRPr="00B90B65">
        <w:rPr>
          <w:rFonts w:ascii="Sakkal Majalla" w:hAnsi="Sakkal Majalla" w:cs="Sakkal Majalla" w:hint="cs"/>
          <w:szCs w:val="28"/>
          <w:rtl/>
        </w:rPr>
        <w:t>في</w:t>
      </w:r>
      <w:r w:rsidRPr="00B90B65">
        <w:rPr>
          <w:rFonts w:ascii="Sakkal Majalla" w:hAnsi="Sakkal Majalla" w:cs="Sakkal Majalla"/>
          <w:szCs w:val="28"/>
          <w:rtl/>
        </w:rPr>
        <w:t xml:space="preserve"> </w:t>
      </w:r>
      <w:r w:rsidRPr="00B90B65">
        <w:rPr>
          <w:rFonts w:ascii="Sakkal Majalla" w:hAnsi="Sakkal Majalla" w:cs="Sakkal Majalla" w:hint="cs"/>
          <w:szCs w:val="28"/>
          <w:rtl/>
        </w:rPr>
        <w:t>السياسات</w:t>
      </w:r>
      <w:r w:rsidRPr="00B90B65">
        <w:rPr>
          <w:rFonts w:ascii="Sakkal Majalla" w:hAnsi="Sakkal Majalla" w:cs="Sakkal Majalla"/>
          <w:szCs w:val="28"/>
          <w:rtl/>
        </w:rPr>
        <w:t xml:space="preserve"> </w:t>
      </w:r>
      <w:r w:rsidRPr="00B90B65">
        <w:rPr>
          <w:rFonts w:ascii="Sakkal Majalla" w:hAnsi="Sakkal Majalla" w:cs="Sakkal Majalla" w:hint="cs"/>
          <w:szCs w:val="28"/>
          <w:rtl/>
        </w:rPr>
        <w:t>والعمليات</w:t>
      </w:r>
      <w:r w:rsidRPr="00B90B65">
        <w:rPr>
          <w:rFonts w:ascii="Sakkal Majalla" w:hAnsi="Sakkal Majalla" w:cs="Sakkal Majalla"/>
          <w:szCs w:val="28"/>
          <w:rtl/>
        </w:rPr>
        <w:t xml:space="preserve"> </w:t>
      </w:r>
      <w:r w:rsidRPr="00B90B65">
        <w:rPr>
          <w:rFonts w:ascii="Sakkal Majalla" w:hAnsi="Sakkal Majalla" w:cs="Sakkal Majalla" w:hint="cs"/>
          <w:szCs w:val="28"/>
          <w:rtl/>
        </w:rPr>
        <w:t>الداخلية</w:t>
      </w:r>
      <w:r w:rsidRPr="00B90B65">
        <w:rPr>
          <w:rFonts w:ascii="Sakkal Majalla" w:hAnsi="Sakkal Majalla" w:cs="Sakkal Majalla"/>
          <w:szCs w:val="28"/>
          <w:rtl/>
        </w:rPr>
        <w:t>.</w:t>
      </w:r>
    </w:p>
    <w:p w14:paraId="7019773F" w14:textId="77777777" w:rsidR="00B90B65" w:rsidRPr="00B90B65" w:rsidRDefault="00B90B65" w:rsidP="00634497">
      <w:pPr>
        <w:bidi/>
        <w:spacing w:line="360" w:lineRule="auto"/>
        <w:jc w:val="lowKashida"/>
        <w:rPr>
          <w:rFonts w:ascii="Sakkal Majalla" w:hAnsi="Sakkal Majalla" w:cs="Sakkal Majalla"/>
          <w:szCs w:val="28"/>
        </w:rPr>
      </w:pPr>
    </w:p>
    <w:p w14:paraId="60FEFE4A" w14:textId="0A22A670" w:rsidR="00B90B65" w:rsidRPr="00B90B65" w:rsidRDefault="00B90B65" w:rsidP="00634497">
      <w:pPr>
        <w:bidi/>
        <w:spacing w:line="360" w:lineRule="auto"/>
        <w:jc w:val="lowKashida"/>
        <w:rPr>
          <w:rFonts w:ascii="Sakkal Majalla" w:hAnsi="Sakkal Majalla" w:cs="Sakkal Majalla"/>
          <w:szCs w:val="28"/>
        </w:rPr>
      </w:pPr>
      <w:r w:rsidRPr="00B90B65">
        <w:rPr>
          <w:rFonts w:ascii="Sakkal Majalla" w:hAnsi="Sakkal Majalla" w:cs="Sakkal Majalla" w:hint="cs"/>
          <w:szCs w:val="28"/>
          <w:rtl/>
        </w:rPr>
        <w:lastRenderedPageBreak/>
        <w:t>تشير</w:t>
      </w:r>
      <w:r w:rsidRPr="00B90B65">
        <w:rPr>
          <w:rFonts w:ascii="Sakkal Majalla" w:hAnsi="Sakkal Majalla" w:cs="Sakkal Majalla"/>
          <w:szCs w:val="28"/>
          <w:rtl/>
        </w:rPr>
        <w:t xml:space="preserve"> </w:t>
      </w:r>
      <w:r w:rsidRPr="00B90B65">
        <w:rPr>
          <w:rFonts w:ascii="Sakkal Majalla" w:hAnsi="Sakkal Majalla" w:cs="Sakkal Majalla" w:hint="cs"/>
          <w:szCs w:val="28"/>
          <w:rtl/>
        </w:rPr>
        <w:t>العلاقة</w:t>
      </w:r>
      <w:r w:rsidRPr="00B90B65">
        <w:rPr>
          <w:rFonts w:ascii="Sakkal Majalla" w:hAnsi="Sakkal Majalla" w:cs="Sakkal Majalla"/>
          <w:szCs w:val="28"/>
          <w:rtl/>
        </w:rPr>
        <w:t xml:space="preserve"> </w:t>
      </w:r>
      <w:r w:rsidRPr="00B90B65">
        <w:rPr>
          <w:rFonts w:ascii="Sakkal Majalla" w:hAnsi="Sakkal Majalla" w:cs="Sakkal Majalla" w:hint="cs"/>
          <w:szCs w:val="28"/>
          <w:rtl/>
        </w:rPr>
        <w:t>بين</w:t>
      </w:r>
      <w:r w:rsidRPr="00B90B65">
        <w:rPr>
          <w:rFonts w:ascii="Sakkal Majalla" w:hAnsi="Sakkal Majalla" w:cs="Sakkal Majalla"/>
          <w:szCs w:val="28"/>
          <w:rtl/>
        </w:rPr>
        <w:t xml:space="preserve"> </w:t>
      </w:r>
      <w:r w:rsidRPr="00B90B65">
        <w:rPr>
          <w:rFonts w:ascii="Sakkal Majalla" w:hAnsi="Sakkal Majalla" w:cs="Sakkal Majalla" w:hint="cs"/>
          <w:szCs w:val="28"/>
          <w:rtl/>
        </w:rPr>
        <w:t>هذه</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المتغيرات</w:t>
      </w:r>
      <w:r w:rsidRPr="00B90B65">
        <w:rPr>
          <w:rFonts w:ascii="Sakkal Majalla" w:hAnsi="Sakkal Majalla" w:cs="Sakkal Majalla"/>
          <w:szCs w:val="28"/>
          <w:rtl/>
        </w:rPr>
        <w:t xml:space="preserve"> </w:t>
      </w:r>
      <w:r w:rsidRPr="00B90B65">
        <w:rPr>
          <w:rFonts w:ascii="Sakkal Majalla" w:hAnsi="Sakkal Majalla" w:cs="Sakkal Majalla" w:hint="cs"/>
          <w:szCs w:val="28"/>
          <w:rtl/>
        </w:rPr>
        <w:t>إلى</w:t>
      </w:r>
      <w:r w:rsidRPr="00B90B65">
        <w:rPr>
          <w:rFonts w:ascii="Sakkal Majalla" w:hAnsi="Sakkal Majalla" w:cs="Sakkal Majalla"/>
          <w:szCs w:val="28"/>
          <w:rtl/>
        </w:rPr>
        <w:t xml:space="preserve"> </w:t>
      </w:r>
      <w:r w:rsidRPr="00B90B65">
        <w:rPr>
          <w:rFonts w:ascii="Sakkal Majalla" w:hAnsi="Sakkal Majalla" w:cs="Sakkal Majalla" w:hint="cs"/>
          <w:szCs w:val="28"/>
          <w:rtl/>
        </w:rPr>
        <w:t>أن</w:t>
      </w:r>
      <w:r w:rsidRPr="00B90B65">
        <w:rPr>
          <w:rFonts w:ascii="Sakkal Majalla" w:hAnsi="Sakkal Majalla" w:cs="Sakkal Majalla"/>
          <w:szCs w:val="28"/>
          <w:rtl/>
        </w:rPr>
        <w:t xml:space="preserve"> </w:t>
      </w:r>
      <w:r w:rsidRPr="00B90B65">
        <w:rPr>
          <w:rFonts w:ascii="Sakkal Majalla" w:hAnsi="Sakkal Majalla" w:cs="Sakkal Majalla" w:hint="cs"/>
          <w:szCs w:val="28"/>
          <w:rtl/>
        </w:rPr>
        <w:t>الأثر</w:t>
      </w:r>
      <w:r w:rsidRPr="00B90B65">
        <w:rPr>
          <w:rFonts w:ascii="Sakkal Majalla" w:hAnsi="Sakkal Majalla" w:cs="Sakkal Majalla"/>
          <w:szCs w:val="28"/>
          <w:rtl/>
        </w:rPr>
        <w:t xml:space="preserve"> </w:t>
      </w:r>
      <w:r w:rsidRPr="00B90B65">
        <w:rPr>
          <w:rFonts w:ascii="Sakkal Majalla" w:hAnsi="Sakkal Majalla" w:cs="Sakkal Majalla" w:hint="cs"/>
          <w:szCs w:val="28"/>
          <w:rtl/>
        </w:rPr>
        <w:t>الأكبر</w:t>
      </w:r>
      <w:r w:rsidRPr="00B90B65">
        <w:rPr>
          <w:rFonts w:ascii="Sakkal Majalla" w:hAnsi="Sakkal Majalla" w:cs="Sakkal Majalla"/>
          <w:szCs w:val="28"/>
          <w:rtl/>
        </w:rPr>
        <w:t xml:space="preserve"> </w:t>
      </w:r>
      <w:r w:rsidRPr="00B90B65">
        <w:rPr>
          <w:rFonts w:ascii="Sakkal Majalla" w:hAnsi="Sakkal Majalla" w:cs="Sakkal Majalla" w:hint="cs"/>
          <w:szCs w:val="28"/>
          <w:rtl/>
        </w:rPr>
        <w:t>لاستدامة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الابتكار</w:t>
      </w:r>
      <w:r w:rsidRPr="00B90B65">
        <w:rPr>
          <w:rFonts w:ascii="Sakkal Majalla" w:hAnsi="Sakkal Majalla" w:cs="Sakkal Majalla"/>
          <w:szCs w:val="28"/>
          <w:rtl/>
        </w:rPr>
        <w:t xml:space="preserve"> </w:t>
      </w:r>
      <w:r w:rsidRPr="00B90B65">
        <w:rPr>
          <w:rFonts w:ascii="Sakkal Majalla" w:hAnsi="Sakkal Majalla" w:cs="Sakkal Majalla" w:hint="cs"/>
          <w:szCs w:val="28"/>
          <w:rtl/>
        </w:rPr>
        <w:t>يتحقق</w:t>
      </w:r>
      <w:r w:rsidRPr="00B90B65">
        <w:rPr>
          <w:rFonts w:ascii="Sakkal Majalla" w:hAnsi="Sakkal Majalla" w:cs="Sakkal Majalla"/>
          <w:szCs w:val="28"/>
          <w:rtl/>
        </w:rPr>
        <w:t xml:space="preserve"> </w:t>
      </w:r>
      <w:r w:rsidRPr="00B90B65">
        <w:rPr>
          <w:rFonts w:ascii="Sakkal Majalla" w:hAnsi="Sakkal Majalla" w:cs="Sakkal Majalla" w:hint="cs"/>
          <w:szCs w:val="28"/>
          <w:rtl/>
        </w:rPr>
        <w:t>عندما</w:t>
      </w:r>
      <w:r w:rsidRPr="00B90B65">
        <w:rPr>
          <w:rFonts w:ascii="Sakkal Majalla" w:hAnsi="Sakkal Majalla" w:cs="Sakkal Majalla"/>
          <w:szCs w:val="28"/>
          <w:rtl/>
        </w:rPr>
        <w:t xml:space="preserve"> </w:t>
      </w:r>
      <w:r w:rsidRPr="00B90B65">
        <w:rPr>
          <w:rFonts w:ascii="Sakkal Majalla" w:hAnsi="Sakkal Majalla" w:cs="Sakkal Majalla" w:hint="cs"/>
          <w:szCs w:val="28"/>
          <w:rtl/>
        </w:rPr>
        <w:t>تتكامل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القدرات</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الابتكارية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الداخلية</w:t>
      </w:r>
      <w:r w:rsidRPr="00B90B65">
        <w:rPr>
          <w:rFonts w:ascii="Sakkal Majalla" w:hAnsi="Sakkal Majalla" w:cs="Sakkal Majalla"/>
          <w:szCs w:val="28"/>
          <w:rtl/>
        </w:rPr>
        <w:t xml:space="preserve"> </w:t>
      </w:r>
      <w:r w:rsidRPr="00B90B65">
        <w:rPr>
          <w:rFonts w:ascii="Sakkal Majalla" w:hAnsi="Sakkal Majalla" w:cs="Sakkal Majalla" w:hint="cs"/>
          <w:szCs w:val="28"/>
          <w:rtl/>
        </w:rPr>
        <w:t>مع</w:t>
      </w:r>
      <w:r w:rsidRPr="00B90B65">
        <w:rPr>
          <w:rFonts w:ascii="Sakkal Majalla" w:hAnsi="Sakkal Majalla" w:cs="Sakkal Majalla"/>
          <w:szCs w:val="28"/>
          <w:rtl/>
        </w:rPr>
        <w:t xml:space="preserve"> </w:t>
      </w:r>
      <w:r w:rsidRPr="00B90B65">
        <w:rPr>
          <w:rFonts w:ascii="Sakkal Majalla" w:hAnsi="Sakkal Majalla" w:cs="Sakkal Majalla" w:hint="cs"/>
          <w:szCs w:val="28"/>
          <w:rtl/>
        </w:rPr>
        <w:t>الدعم</w:t>
      </w:r>
      <w:r w:rsidRPr="00B90B65">
        <w:rPr>
          <w:rFonts w:ascii="Sakkal Majalla" w:hAnsi="Sakkal Majalla" w:cs="Sakkal Majalla"/>
          <w:szCs w:val="28"/>
          <w:rtl/>
        </w:rPr>
        <w:t xml:space="preserve"> </w:t>
      </w:r>
      <w:r w:rsidRPr="00B90B65">
        <w:rPr>
          <w:rFonts w:ascii="Sakkal Majalla" w:hAnsi="Sakkal Majalla" w:cs="Sakkal Majalla" w:hint="cs"/>
          <w:szCs w:val="28"/>
          <w:rtl/>
        </w:rPr>
        <w:t>الخارجي</w:t>
      </w:r>
      <w:r w:rsidRPr="00B90B65">
        <w:rPr>
          <w:rFonts w:ascii="Sakkal Majalla" w:hAnsi="Sakkal Majalla" w:cs="Sakkal Majalla"/>
          <w:szCs w:val="28"/>
          <w:rtl/>
        </w:rPr>
        <w:t xml:space="preserve"> </w:t>
      </w:r>
      <w:r w:rsidRPr="00B90B65">
        <w:rPr>
          <w:rFonts w:ascii="Sakkal Majalla" w:hAnsi="Sakkal Majalla" w:cs="Sakkal Majalla" w:hint="cs"/>
          <w:szCs w:val="28"/>
          <w:rtl/>
        </w:rPr>
        <w:t>عبر</w:t>
      </w:r>
      <w:r w:rsidRPr="00B90B65">
        <w:rPr>
          <w:rFonts w:ascii="Sakkal Majalla" w:hAnsi="Sakkal Majalla" w:cs="Sakkal Majalla"/>
          <w:szCs w:val="28"/>
          <w:rtl/>
        </w:rPr>
        <w:t xml:space="preserve"> </w:t>
      </w:r>
      <w:r w:rsidRPr="00B90B65">
        <w:rPr>
          <w:rFonts w:ascii="Sakkal Majalla" w:hAnsi="Sakkal Majalla" w:cs="Sakkal Majalla" w:hint="cs"/>
          <w:szCs w:val="28"/>
          <w:rtl/>
        </w:rPr>
        <w:t>قناة</w:t>
      </w:r>
      <w:r w:rsidRPr="00B90B65">
        <w:rPr>
          <w:rFonts w:ascii="Sakkal Majalla" w:hAnsi="Sakkal Majalla" w:cs="Sakkal Majalla"/>
          <w:szCs w:val="28"/>
          <w:rtl/>
        </w:rPr>
        <w:t xml:space="preserve"> </w:t>
      </w:r>
      <w:r w:rsidRPr="00B90B65">
        <w:rPr>
          <w:rFonts w:ascii="Sakkal Majalla" w:hAnsi="Sakkal Majalla" w:cs="Sakkal Majalla" w:hint="cs"/>
          <w:szCs w:val="28"/>
          <w:rtl/>
        </w:rPr>
        <w:t>معرفية</w:t>
      </w:r>
      <w:r w:rsidRPr="00B90B65">
        <w:rPr>
          <w:rFonts w:ascii="Sakkal Majalla" w:hAnsi="Sakkal Majalla" w:cs="Sakkal Majalla"/>
          <w:szCs w:val="28"/>
          <w:rtl/>
        </w:rPr>
        <w:t xml:space="preserve"> </w:t>
      </w:r>
      <w:r w:rsidRPr="00B90B65">
        <w:rPr>
          <w:rFonts w:ascii="Sakkal Majalla" w:hAnsi="Sakkal Majalla" w:cs="Sakkal Majalla" w:hint="cs"/>
          <w:szCs w:val="28"/>
          <w:rtl/>
        </w:rPr>
        <w:t>فعّالة</w:t>
      </w:r>
      <w:r w:rsidRPr="00B90B65">
        <w:rPr>
          <w:rFonts w:ascii="Sakkal Majalla" w:hAnsi="Sakkal Majalla" w:cs="Sakkal Majalla"/>
          <w:szCs w:val="28"/>
          <w:rtl/>
        </w:rPr>
        <w:t xml:space="preserve"> </w:t>
      </w:r>
      <w:r w:rsidRPr="00B90B65">
        <w:rPr>
          <w:rFonts w:ascii="Sakkal Majalla" w:hAnsi="Sakkal Majalla" w:cs="Sakkal Majalla" w:hint="cs"/>
          <w:szCs w:val="28"/>
          <w:rtl/>
        </w:rPr>
        <w:t>تُجسّدها</w:t>
      </w:r>
      <w:r w:rsidRPr="00B90B65">
        <w:rPr>
          <w:rFonts w:ascii="Sakkal Majalla" w:hAnsi="Sakkal Majalla" w:cs="Sakkal Majalla"/>
          <w:szCs w:val="28"/>
          <w:rtl/>
        </w:rPr>
        <w:t xml:space="preserve"> </w:t>
      </w:r>
      <w:r w:rsidRPr="00B90B65">
        <w:rPr>
          <w:rFonts w:ascii="Sakkal Majalla" w:hAnsi="Sakkal Majalla" w:cs="Sakkal Majalla" w:hint="cs"/>
          <w:szCs w:val="28"/>
          <w:rtl/>
        </w:rPr>
        <w:t>القدرة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الامتصاصية</w:t>
      </w:r>
      <w:r w:rsidRPr="00B90B65">
        <w:rPr>
          <w:rFonts w:ascii="Sakkal Majalla" w:hAnsi="Sakkal Majalla" w:cs="Sakkal Majalla"/>
          <w:szCs w:val="28"/>
          <w:rtl/>
        </w:rPr>
        <w:t>.</w:t>
      </w:r>
    </w:p>
    <w:p w14:paraId="316E5046" w14:textId="77777777" w:rsidR="00B90B65" w:rsidRPr="005E174E" w:rsidRDefault="00B90B65" w:rsidP="00083D43">
      <w:pPr>
        <w:bidi/>
        <w:spacing w:line="360" w:lineRule="auto"/>
        <w:rPr>
          <w:rFonts w:ascii="Sakkal Majalla" w:hAnsi="Sakkal Majalla" w:cs="Sakkal Majalla"/>
          <w:b/>
          <w:bCs/>
          <w:sz w:val="32"/>
          <w:szCs w:val="32"/>
        </w:rPr>
      </w:pPr>
      <w:r w:rsidRPr="005E174E">
        <w:rPr>
          <w:rFonts w:ascii="Sakkal Majalla" w:hAnsi="Sakkal Majalla" w:cs="Sakkal Majalla"/>
          <w:b/>
          <w:bCs/>
          <w:sz w:val="32"/>
          <w:szCs w:val="32"/>
        </w:rPr>
        <w:t>2.6</w:t>
      </w:r>
      <w:r w:rsidRPr="005E174E">
        <w:rPr>
          <w:rFonts w:ascii="Sakkal Majalla" w:hAnsi="Sakkal Majalla" w:cs="Sakkal Majalla"/>
          <w:b/>
          <w:bCs/>
          <w:sz w:val="32"/>
          <w:szCs w:val="32"/>
          <w:rtl/>
        </w:rPr>
        <w:t xml:space="preserve"> </w:t>
      </w:r>
      <w:r w:rsidRPr="005E174E">
        <w:rPr>
          <w:rFonts w:ascii="Sakkal Majalla" w:hAnsi="Sakkal Majalla" w:cs="Sakkal Majalla" w:hint="cs"/>
          <w:b/>
          <w:bCs/>
          <w:sz w:val="32"/>
          <w:szCs w:val="32"/>
          <w:rtl/>
        </w:rPr>
        <w:t>التصور</w:t>
      </w:r>
      <w:r w:rsidRPr="005E174E">
        <w:rPr>
          <w:rFonts w:ascii="Sakkal Majalla" w:hAnsi="Sakkal Majalla" w:cs="Sakkal Majalla"/>
          <w:b/>
          <w:bCs/>
          <w:sz w:val="32"/>
          <w:szCs w:val="32"/>
          <w:rtl/>
        </w:rPr>
        <w:t xml:space="preserve"> </w:t>
      </w:r>
      <w:r w:rsidRPr="005E174E">
        <w:rPr>
          <w:rFonts w:ascii="Sakkal Majalla" w:hAnsi="Sakkal Majalla" w:cs="Sakkal Majalla" w:hint="cs"/>
          <w:b/>
          <w:bCs/>
          <w:sz w:val="32"/>
          <w:szCs w:val="32"/>
          <w:rtl/>
        </w:rPr>
        <w:t>المبدئي</w:t>
      </w:r>
      <w:r w:rsidRPr="005E174E">
        <w:rPr>
          <w:rFonts w:ascii="Sakkal Majalla" w:hAnsi="Sakkal Majalla" w:cs="Sakkal Majalla"/>
          <w:b/>
          <w:bCs/>
          <w:sz w:val="32"/>
          <w:szCs w:val="32"/>
          <w:rtl/>
        </w:rPr>
        <w:t xml:space="preserve"> </w:t>
      </w:r>
      <w:r w:rsidRPr="005E174E">
        <w:rPr>
          <w:rFonts w:ascii="Sakkal Majalla" w:hAnsi="Sakkal Majalla" w:cs="Sakkal Majalla" w:hint="cs"/>
          <w:b/>
          <w:bCs/>
          <w:sz w:val="32"/>
          <w:szCs w:val="32"/>
          <w:rtl/>
        </w:rPr>
        <w:t>للنموذج</w:t>
      </w:r>
      <w:r w:rsidRPr="005E174E">
        <w:rPr>
          <w:rFonts w:ascii="Sakkal Majalla" w:hAnsi="Sakkal Majalla" w:cs="Sakkal Majalla"/>
          <w:b/>
          <w:bCs/>
          <w:sz w:val="32"/>
          <w:szCs w:val="32"/>
          <w:rtl/>
        </w:rPr>
        <w:t xml:space="preserve"> </w:t>
      </w:r>
      <w:r w:rsidRPr="005E174E">
        <w:rPr>
          <w:rFonts w:ascii="Sakkal Majalla" w:hAnsi="Sakkal Majalla" w:cs="Sakkal Majalla" w:hint="cs"/>
          <w:b/>
          <w:bCs/>
          <w:sz w:val="32"/>
          <w:szCs w:val="32"/>
          <w:rtl/>
        </w:rPr>
        <w:t>المفاهيمي</w:t>
      </w:r>
      <w:r w:rsidRPr="005E174E">
        <w:rPr>
          <w:rFonts w:ascii="Sakkal Majalla" w:hAnsi="Sakkal Majalla" w:cs="Sakkal Majalla"/>
          <w:b/>
          <w:bCs/>
          <w:sz w:val="32"/>
          <w:szCs w:val="32"/>
          <w:rtl/>
        </w:rPr>
        <w:t xml:space="preserve"> </w:t>
      </w:r>
      <w:r w:rsidRPr="005E174E">
        <w:rPr>
          <w:rFonts w:ascii="Sakkal Majalla" w:hAnsi="Sakkal Majalla" w:cs="Sakkal Majalla" w:hint="cs"/>
          <w:b/>
          <w:bCs/>
          <w:sz w:val="32"/>
          <w:szCs w:val="32"/>
          <w:rtl/>
        </w:rPr>
        <w:t>للدراسة</w:t>
      </w:r>
    </w:p>
    <w:p w14:paraId="589625D8" w14:textId="6E57C19E" w:rsidR="00B90B65" w:rsidRPr="00B90B65" w:rsidRDefault="00B90B65" w:rsidP="00634497">
      <w:pPr>
        <w:bidi/>
        <w:spacing w:line="360" w:lineRule="auto"/>
        <w:jc w:val="lowKashida"/>
        <w:rPr>
          <w:rFonts w:ascii="Sakkal Majalla" w:hAnsi="Sakkal Majalla" w:cs="Sakkal Majalla"/>
          <w:szCs w:val="28"/>
        </w:rPr>
      </w:pPr>
      <w:r w:rsidRPr="00B90B65">
        <w:rPr>
          <w:rFonts w:ascii="Sakkal Majalla" w:hAnsi="Sakkal Majalla" w:cs="Sakkal Majalla" w:hint="cs"/>
          <w:szCs w:val="28"/>
          <w:rtl/>
        </w:rPr>
        <w:t>في</w:t>
      </w:r>
      <w:r w:rsidRPr="00B90B65">
        <w:rPr>
          <w:rFonts w:ascii="Sakkal Majalla" w:hAnsi="Sakkal Majalla" w:cs="Sakkal Majalla"/>
          <w:szCs w:val="28"/>
          <w:rtl/>
        </w:rPr>
        <w:t xml:space="preserve"> </w:t>
      </w:r>
      <w:r w:rsidRPr="00B90B65">
        <w:rPr>
          <w:rFonts w:ascii="Sakkal Majalla" w:hAnsi="Sakkal Majalla" w:cs="Sakkal Majalla" w:hint="cs"/>
          <w:szCs w:val="28"/>
          <w:rtl/>
        </w:rPr>
        <w:t>ضوء</w:t>
      </w:r>
      <w:r w:rsidRPr="00B90B65">
        <w:rPr>
          <w:rFonts w:ascii="Sakkal Majalla" w:hAnsi="Sakkal Majalla" w:cs="Sakkal Majalla"/>
          <w:szCs w:val="28"/>
          <w:rtl/>
        </w:rPr>
        <w:t xml:space="preserve"> </w:t>
      </w:r>
      <w:r w:rsidRPr="00B90B65">
        <w:rPr>
          <w:rFonts w:ascii="Sakkal Majalla" w:hAnsi="Sakkal Majalla" w:cs="Sakkal Majalla" w:hint="cs"/>
          <w:szCs w:val="28"/>
          <w:rtl/>
        </w:rPr>
        <w:t>ما</w:t>
      </w:r>
      <w:r w:rsidRPr="00B90B65">
        <w:rPr>
          <w:rFonts w:ascii="Sakkal Majalla" w:hAnsi="Sakkal Majalla" w:cs="Sakkal Majalla"/>
          <w:szCs w:val="28"/>
          <w:rtl/>
        </w:rPr>
        <w:t xml:space="preserve"> </w:t>
      </w:r>
      <w:r w:rsidRPr="00B90B65">
        <w:rPr>
          <w:rFonts w:ascii="Sakkal Majalla" w:hAnsi="Sakkal Majalla" w:cs="Sakkal Majalla" w:hint="cs"/>
          <w:szCs w:val="28"/>
          <w:rtl/>
        </w:rPr>
        <w:t>سبق،</w:t>
      </w:r>
      <w:r w:rsidRPr="00B90B65">
        <w:rPr>
          <w:rFonts w:ascii="Sakkal Majalla" w:hAnsi="Sakkal Majalla" w:cs="Sakkal Majalla"/>
          <w:szCs w:val="28"/>
          <w:rtl/>
        </w:rPr>
        <w:t xml:space="preserve"> </w:t>
      </w:r>
      <w:r w:rsidRPr="00B90B65">
        <w:rPr>
          <w:rFonts w:ascii="Sakkal Majalla" w:hAnsi="Sakkal Majalla" w:cs="Sakkal Majalla" w:hint="cs"/>
          <w:szCs w:val="28"/>
          <w:rtl/>
        </w:rPr>
        <w:t>تقترح</w:t>
      </w:r>
      <w:r w:rsidRPr="00B90B65">
        <w:rPr>
          <w:rFonts w:ascii="Sakkal Majalla" w:hAnsi="Sakkal Majalla" w:cs="Sakkal Majalla"/>
          <w:szCs w:val="28"/>
          <w:rtl/>
        </w:rPr>
        <w:t xml:space="preserve"> </w:t>
      </w:r>
      <w:r w:rsidRPr="00B90B65">
        <w:rPr>
          <w:rFonts w:ascii="Sakkal Majalla" w:hAnsi="Sakkal Majalla" w:cs="Sakkal Majalla" w:hint="cs"/>
          <w:szCs w:val="28"/>
          <w:rtl/>
        </w:rPr>
        <w:t>الدراسة</w:t>
      </w:r>
      <w:r w:rsidRPr="00B90B65">
        <w:rPr>
          <w:rFonts w:ascii="Sakkal Majalla" w:hAnsi="Sakkal Majalla" w:cs="Sakkal Majalla"/>
          <w:szCs w:val="28"/>
          <w:rtl/>
        </w:rPr>
        <w:t xml:space="preserve"> </w:t>
      </w:r>
      <w:r w:rsidRPr="00B90B65">
        <w:rPr>
          <w:rFonts w:ascii="Sakkal Majalla" w:hAnsi="Sakkal Majalla" w:cs="Sakkal Majalla" w:hint="cs"/>
          <w:szCs w:val="28"/>
          <w:rtl/>
        </w:rPr>
        <w:t>نموذجًا</w:t>
      </w:r>
      <w:r w:rsidRPr="00B90B65">
        <w:rPr>
          <w:rFonts w:ascii="Sakkal Majalla" w:hAnsi="Sakkal Majalla" w:cs="Sakkal Majalla"/>
          <w:szCs w:val="28"/>
          <w:rtl/>
        </w:rPr>
        <w:t xml:space="preserve"> </w:t>
      </w:r>
      <w:r w:rsidRPr="00B90B65">
        <w:rPr>
          <w:rFonts w:ascii="Sakkal Majalla" w:hAnsi="Sakkal Majalla" w:cs="Sakkal Majalla" w:hint="cs"/>
          <w:szCs w:val="28"/>
          <w:rtl/>
        </w:rPr>
        <w:t>مفاهيميًا</w:t>
      </w:r>
      <w:r w:rsidRPr="00B90B65">
        <w:rPr>
          <w:rFonts w:ascii="Sakkal Majalla" w:hAnsi="Sakkal Majalla" w:cs="Sakkal Majalla"/>
          <w:szCs w:val="28"/>
          <w:rtl/>
        </w:rPr>
        <w:t xml:space="preserve"> </w:t>
      </w:r>
      <w:r w:rsidRPr="00B90B65">
        <w:rPr>
          <w:rFonts w:ascii="Sakkal Majalla" w:hAnsi="Sakkal Majalla" w:cs="Sakkal Majalla" w:hint="cs"/>
          <w:szCs w:val="28"/>
          <w:rtl/>
        </w:rPr>
        <w:t>أوليًا</w:t>
      </w:r>
      <w:r w:rsidRPr="00B90B65">
        <w:rPr>
          <w:rFonts w:ascii="Sakkal Majalla" w:hAnsi="Sakkal Majalla" w:cs="Sakkal Majalla"/>
          <w:szCs w:val="28"/>
          <w:rtl/>
        </w:rPr>
        <w:t xml:space="preserve"> </w:t>
      </w:r>
      <w:r w:rsidRPr="00B90B65">
        <w:rPr>
          <w:rFonts w:ascii="Sakkal Majalla" w:hAnsi="Sakkal Majalla" w:cs="Sakkal Majalla" w:hint="cs"/>
          <w:szCs w:val="28"/>
          <w:rtl/>
        </w:rPr>
        <w:t>يسعى</w:t>
      </w:r>
      <w:r w:rsidRPr="00B90B65">
        <w:rPr>
          <w:rFonts w:ascii="Sakkal Majalla" w:hAnsi="Sakkal Majalla" w:cs="Sakkal Majalla"/>
          <w:szCs w:val="28"/>
          <w:rtl/>
        </w:rPr>
        <w:t xml:space="preserve"> </w:t>
      </w:r>
      <w:r w:rsidRPr="00B90B65">
        <w:rPr>
          <w:rFonts w:ascii="Sakkal Majalla" w:hAnsi="Sakkal Majalla" w:cs="Sakkal Majalla" w:hint="cs"/>
          <w:szCs w:val="28"/>
          <w:rtl/>
        </w:rPr>
        <w:t>إلى</w:t>
      </w:r>
      <w:r w:rsidRPr="00B90B65">
        <w:rPr>
          <w:rFonts w:ascii="Sakkal Majalla" w:hAnsi="Sakkal Majalla" w:cs="Sakkal Majalla"/>
          <w:szCs w:val="28"/>
          <w:rtl/>
        </w:rPr>
        <w:t xml:space="preserve"> </w:t>
      </w:r>
      <w:r w:rsidRPr="00B90B65">
        <w:rPr>
          <w:rFonts w:ascii="Sakkal Majalla" w:hAnsi="Sakkal Majalla" w:cs="Sakkal Majalla" w:hint="cs"/>
          <w:szCs w:val="28"/>
          <w:rtl/>
        </w:rPr>
        <w:t>تفسير</w:t>
      </w:r>
      <w:r w:rsidRPr="00B90B65">
        <w:rPr>
          <w:rFonts w:ascii="Sakkal Majalla" w:hAnsi="Sakkal Majalla" w:cs="Sakkal Majalla"/>
          <w:szCs w:val="28"/>
          <w:rtl/>
        </w:rPr>
        <w:t xml:space="preserve"> </w:t>
      </w:r>
      <w:r w:rsidRPr="00B90B65">
        <w:rPr>
          <w:rFonts w:ascii="Sakkal Majalla" w:hAnsi="Sakkal Majalla" w:cs="Sakkal Majalla" w:hint="cs"/>
          <w:szCs w:val="28"/>
          <w:rtl/>
        </w:rPr>
        <w:t>استدامة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الابتكار</w:t>
      </w:r>
      <w:r w:rsidRPr="00B90B65">
        <w:rPr>
          <w:rFonts w:ascii="Sakkal Majalla" w:hAnsi="Sakkal Majalla" w:cs="Sakkal Majalla"/>
          <w:szCs w:val="28"/>
          <w:rtl/>
        </w:rPr>
        <w:t xml:space="preserve"> </w:t>
      </w:r>
      <w:r w:rsidRPr="00B90B65">
        <w:rPr>
          <w:rFonts w:ascii="Sakkal Majalla" w:hAnsi="Sakkal Majalla" w:cs="Sakkal Majalla" w:hint="cs"/>
          <w:szCs w:val="28"/>
          <w:rtl/>
        </w:rPr>
        <w:t>في</w:t>
      </w:r>
      <w:r w:rsidRPr="00B90B65">
        <w:rPr>
          <w:rFonts w:ascii="Sakkal Majalla" w:hAnsi="Sakkal Majalla" w:cs="Sakkal Majalla"/>
          <w:szCs w:val="28"/>
          <w:rtl/>
        </w:rPr>
        <w:t xml:space="preserve"> </w:t>
      </w:r>
      <w:r w:rsidRPr="00B90B65">
        <w:rPr>
          <w:rFonts w:ascii="Sakkal Majalla" w:hAnsi="Sakkal Majalla" w:cs="Sakkal Majalla" w:hint="cs"/>
          <w:szCs w:val="28"/>
          <w:rtl/>
        </w:rPr>
        <w:t>القطاع</w:t>
      </w:r>
      <w:r w:rsidRPr="00B90B65">
        <w:rPr>
          <w:rFonts w:ascii="Sakkal Majalla" w:hAnsi="Sakkal Majalla" w:cs="Sakkal Majalla"/>
          <w:szCs w:val="28"/>
          <w:rtl/>
        </w:rPr>
        <w:t xml:space="preserve"> </w:t>
      </w:r>
      <w:r w:rsidRPr="00B90B65">
        <w:rPr>
          <w:rFonts w:ascii="Sakkal Majalla" w:hAnsi="Sakkal Majalla" w:cs="Sakkal Majalla" w:hint="cs"/>
          <w:szCs w:val="28"/>
          <w:rtl/>
        </w:rPr>
        <w:t>الحكومي،</w:t>
      </w:r>
      <w:r w:rsidRPr="00B90B65">
        <w:rPr>
          <w:rFonts w:ascii="Sakkal Majalla" w:hAnsi="Sakkal Majalla" w:cs="Sakkal Majalla"/>
          <w:szCs w:val="28"/>
          <w:rtl/>
        </w:rPr>
        <w:t xml:space="preserve"> </w:t>
      </w:r>
      <w:r w:rsidRPr="00B90B65">
        <w:rPr>
          <w:rFonts w:ascii="Sakkal Majalla" w:hAnsi="Sakkal Majalla" w:cs="Sakkal Majalla" w:hint="cs"/>
          <w:szCs w:val="28"/>
          <w:rtl/>
        </w:rPr>
        <w:t>من</w:t>
      </w:r>
      <w:r w:rsidRPr="00B90B65">
        <w:rPr>
          <w:rFonts w:ascii="Sakkal Majalla" w:hAnsi="Sakkal Majalla" w:cs="Sakkal Majalla"/>
          <w:szCs w:val="28"/>
          <w:rtl/>
        </w:rPr>
        <w:t xml:space="preserve"> </w:t>
      </w:r>
      <w:r w:rsidRPr="00B90B65">
        <w:rPr>
          <w:rFonts w:ascii="Sakkal Majalla" w:hAnsi="Sakkal Majalla" w:cs="Sakkal Majalla" w:hint="cs"/>
          <w:szCs w:val="28"/>
          <w:rtl/>
        </w:rPr>
        <w:t>خلال</w:t>
      </w:r>
      <w:r w:rsidRPr="00B90B65">
        <w:rPr>
          <w:rFonts w:ascii="Sakkal Majalla" w:hAnsi="Sakkal Majalla" w:cs="Sakkal Majalla"/>
          <w:szCs w:val="28"/>
          <w:rtl/>
        </w:rPr>
        <w:t xml:space="preserve"> </w:t>
      </w:r>
      <w:r w:rsidRPr="00B90B65">
        <w:rPr>
          <w:rFonts w:ascii="Sakkal Majalla" w:hAnsi="Sakkal Majalla" w:cs="Sakkal Majalla" w:hint="cs"/>
          <w:szCs w:val="28"/>
          <w:rtl/>
        </w:rPr>
        <w:t>فهم</w:t>
      </w:r>
      <w:r w:rsidRPr="00B90B65">
        <w:rPr>
          <w:rFonts w:ascii="Sakkal Majalla" w:hAnsi="Sakkal Majalla" w:cs="Sakkal Majalla"/>
          <w:szCs w:val="28"/>
          <w:rtl/>
        </w:rPr>
        <w:t xml:space="preserve"> </w:t>
      </w:r>
      <w:r w:rsidRPr="00B90B65">
        <w:rPr>
          <w:rFonts w:ascii="Sakkal Majalla" w:hAnsi="Sakkal Majalla" w:cs="Sakkal Majalla" w:hint="cs"/>
          <w:szCs w:val="28"/>
          <w:rtl/>
        </w:rPr>
        <w:t>العلاقة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التفاعلية</w:t>
      </w:r>
      <w:r w:rsidRPr="00B90B65">
        <w:rPr>
          <w:rFonts w:ascii="Sakkal Majalla" w:hAnsi="Sakkal Majalla" w:cs="Sakkal Majalla"/>
          <w:szCs w:val="28"/>
          <w:rtl/>
        </w:rPr>
        <w:t xml:space="preserve"> </w:t>
      </w:r>
      <w:r w:rsidRPr="00B90B65">
        <w:rPr>
          <w:rFonts w:ascii="Sakkal Majalla" w:hAnsi="Sakkal Majalla" w:cs="Sakkal Majalla" w:hint="cs"/>
          <w:szCs w:val="28"/>
          <w:rtl/>
        </w:rPr>
        <w:t>بين</w:t>
      </w:r>
      <w:r w:rsidRPr="00B90B65">
        <w:rPr>
          <w:rFonts w:ascii="Sakkal Majalla" w:hAnsi="Sakkal Majalla" w:cs="Sakkal Majalla"/>
          <w:szCs w:val="28"/>
          <w:rtl/>
        </w:rPr>
        <w:t xml:space="preserve"> </w:t>
      </w:r>
      <w:r w:rsidRPr="00B90B65">
        <w:rPr>
          <w:rFonts w:ascii="Sakkal Majalla" w:hAnsi="Sakkal Majalla" w:cs="Sakkal Majalla" w:hint="cs"/>
          <w:szCs w:val="28"/>
          <w:rtl/>
        </w:rPr>
        <w:t>الإمكانات</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التنظيمية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الداخلية</w:t>
      </w:r>
      <w:r w:rsidRPr="00B90B65">
        <w:rPr>
          <w:rFonts w:ascii="Sakkal Majalla" w:hAnsi="Sakkal Majalla" w:cs="Sakkal Majalla"/>
          <w:szCs w:val="28"/>
          <w:rtl/>
        </w:rPr>
        <w:t xml:space="preserve"> </w:t>
      </w:r>
      <w:r w:rsidRPr="00B90B65">
        <w:rPr>
          <w:rFonts w:ascii="Sakkal Majalla" w:hAnsi="Sakkal Majalla" w:cs="Sakkal Majalla" w:hint="cs"/>
          <w:szCs w:val="28"/>
          <w:rtl/>
        </w:rPr>
        <w:t>والدعم</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الاستشاري</w:t>
      </w:r>
      <w:r w:rsidRPr="00B90B65">
        <w:rPr>
          <w:rFonts w:ascii="Sakkal Majalla" w:hAnsi="Sakkal Majalla" w:cs="Sakkal Majalla"/>
          <w:szCs w:val="28"/>
          <w:rtl/>
        </w:rPr>
        <w:t xml:space="preserve"> </w:t>
      </w:r>
      <w:r w:rsidRPr="00B90B65">
        <w:rPr>
          <w:rFonts w:ascii="Sakkal Majalla" w:hAnsi="Sakkal Majalla" w:cs="Sakkal Majalla" w:hint="cs"/>
          <w:szCs w:val="28"/>
          <w:rtl/>
        </w:rPr>
        <w:t>الخارجي،</w:t>
      </w:r>
      <w:r w:rsidRPr="00B90B65">
        <w:rPr>
          <w:rFonts w:ascii="Sakkal Majalla" w:hAnsi="Sakkal Majalla" w:cs="Sakkal Majalla"/>
          <w:szCs w:val="28"/>
          <w:rtl/>
        </w:rPr>
        <w:t xml:space="preserve"> </w:t>
      </w:r>
      <w:r w:rsidRPr="00B90B65">
        <w:rPr>
          <w:rFonts w:ascii="Sakkal Majalla" w:hAnsi="Sakkal Majalla" w:cs="Sakkal Majalla" w:hint="cs"/>
          <w:szCs w:val="28"/>
          <w:rtl/>
        </w:rPr>
        <w:t>مع</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التركيز</w:t>
      </w:r>
      <w:r w:rsidRPr="00B90B65">
        <w:rPr>
          <w:rFonts w:ascii="Sakkal Majalla" w:hAnsi="Sakkal Majalla" w:cs="Sakkal Majalla"/>
          <w:szCs w:val="28"/>
          <w:rtl/>
        </w:rPr>
        <w:t xml:space="preserve"> </w:t>
      </w:r>
      <w:r w:rsidRPr="00B90B65">
        <w:rPr>
          <w:rFonts w:ascii="Sakkal Majalla" w:hAnsi="Sakkal Majalla" w:cs="Sakkal Majalla" w:hint="cs"/>
          <w:szCs w:val="28"/>
          <w:rtl/>
        </w:rPr>
        <w:t>على</w:t>
      </w:r>
      <w:r w:rsidRPr="00B90B65">
        <w:rPr>
          <w:rFonts w:ascii="Sakkal Majalla" w:hAnsi="Sakkal Majalla" w:cs="Sakkal Majalla"/>
          <w:szCs w:val="28"/>
          <w:rtl/>
        </w:rPr>
        <w:t xml:space="preserve"> </w:t>
      </w:r>
      <w:r w:rsidRPr="00B90B65">
        <w:rPr>
          <w:rFonts w:ascii="Sakkal Majalla" w:hAnsi="Sakkal Majalla" w:cs="Sakkal Majalla" w:hint="cs"/>
          <w:szCs w:val="28"/>
          <w:rtl/>
        </w:rPr>
        <w:t>الدور</w:t>
      </w:r>
      <w:r w:rsidRPr="00B90B65">
        <w:rPr>
          <w:rFonts w:ascii="Sakkal Majalla" w:hAnsi="Sakkal Majalla" w:cs="Sakkal Majalla"/>
          <w:szCs w:val="28"/>
          <w:rtl/>
        </w:rPr>
        <w:t xml:space="preserve"> </w:t>
      </w:r>
      <w:r w:rsidRPr="00B90B65">
        <w:rPr>
          <w:rFonts w:ascii="Sakkal Majalla" w:hAnsi="Sakkal Majalla" w:cs="Sakkal Majalla" w:hint="cs"/>
          <w:szCs w:val="28"/>
          <w:rtl/>
        </w:rPr>
        <w:t>الوسيط</w:t>
      </w:r>
      <w:r w:rsidRPr="00B90B65">
        <w:rPr>
          <w:rFonts w:ascii="Sakkal Majalla" w:hAnsi="Sakkal Majalla" w:cs="Sakkal Majalla"/>
          <w:szCs w:val="28"/>
          <w:rtl/>
        </w:rPr>
        <w:t xml:space="preserve"> </w:t>
      </w:r>
      <w:r w:rsidRPr="00B90B65">
        <w:rPr>
          <w:rFonts w:ascii="Sakkal Majalla" w:hAnsi="Sakkal Majalla" w:cs="Sakkal Majalla" w:hint="cs"/>
          <w:szCs w:val="28"/>
          <w:rtl/>
        </w:rPr>
        <w:t>الذي</w:t>
      </w:r>
      <w:r w:rsidRPr="00B90B65">
        <w:rPr>
          <w:rFonts w:ascii="Sakkal Majalla" w:hAnsi="Sakkal Majalla" w:cs="Sakkal Majalla"/>
          <w:szCs w:val="28"/>
          <w:rtl/>
        </w:rPr>
        <w:t xml:space="preserve"> </w:t>
      </w:r>
      <w:r w:rsidRPr="00B90B65">
        <w:rPr>
          <w:rFonts w:ascii="Sakkal Majalla" w:hAnsi="Sakkal Majalla" w:cs="Sakkal Majalla" w:hint="cs"/>
          <w:szCs w:val="28"/>
          <w:rtl/>
        </w:rPr>
        <w:t>تلعبه</w:t>
      </w:r>
      <w:r w:rsidRPr="00B90B65">
        <w:rPr>
          <w:rFonts w:ascii="Sakkal Majalla" w:hAnsi="Sakkal Majalla" w:cs="Sakkal Majalla"/>
          <w:szCs w:val="28"/>
          <w:rtl/>
        </w:rPr>
        <w:t xml:space="preserve"> </w:t>
      </w:r>
      <w:r w:rsidRPr="00B90B65">
        <w:rPr>
          <w:rFonts w:ascii="Sakkal Majalla" w:hAnsi="Sakkal Majalla" w:cs="Sakkal Majalla" w:hint="cs"/>
          <w:szCs w:val="28"/>
          <w:rtl/>
        </w:rPr>
        <w:t>القدرة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الامتصاصية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المعرفية</w:t>
      </w:r>
      <w:r w:rsidRPr="00B90B65">
        <w:rPr>
          <w:rFonts w:ascii="Sakkal Majalla" w:hAnsi="Sakkal Majalla" w:cs="Sakkal Majalla"/>
          <w:szCs w:val="28"/>
          <w:rtl/>
        </w:rPr>
        <w:t xml:space="preserve"> </w:t>
      </w:r>
      <w:r w:rsidRPr="00B90B65">
        <w:rPr>
          <w:rFonts w:ascii="Sakkal Majalla" w:hAnsi="Sakkal Majalla" w:cs="Sakkal Majalla" w:hint="cs"/>
          <w:szCs w:val="28"/>
          <w:rtl/>
        </w:rPr>
        <w:t>في</w:t>
      </w:r>
      <w:r w:rsidRPr="00B90B65">
        <w:rPr>
          <w:rFonts w:ascii="Sakkal Majalla" w:hAnsi="Sakkal Majalla" w:cs="Sakkal Majalla"/>
          <w:szCs w:val="28"/>
          <w:rtl/>
        </w:rPr>
        <w:t xml:space="preserve"> </w:t>
      </w:r>
      <w:r w:rsidRPr="00B90B65">
        <w:rPr>
          <w:rFonts w:ascii="Sakkal Majalla" w:hAnsi="Sakkal Majalla" w:cs="Sakkal Majalla" w:hint="cs"/>
          <w:szCs w:val="28"/>
          <w:rtl/>
        </w:rPr>
        <w:t>تحويل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المعرفة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المنقولة</w:t>
      </w:r>
      <w:r w:rsidRPr="00B90B65">
        <w:rPr>
          <w:rFonts w:ascii="Sakkal Majalla" w:hAnsi="Sakkal Majalla" w:cs="Sakkal Majalla"/>
          <w:szCs w:val="28"/>
          <w:rtl/>
        </w:rPr>
        <w:t xml:space="preserve"> </w:t>
      </w:r>
      <w:r w:rsidRPr="00B90B65">
        <w:rPr>
          <w:rFonts w:ascii="Sakkal Majalla" w:hAnsi="Sakkal Majalla" w:cs="Sakkal Majalla" w:hint="cs"/>
          <w:szCs w:val="28"/>
          <w:rtl/>
        </w:rPr>
        <w:t>إلى</w:t>
      </w:r>
      <w:r w:rsidRPr="00B90B65">
        <w:rPr>
          <w:rFonts w:ascii="Sakkal Majalla" w:hAnsi="Sakkal Majalla" w:cs="Sakkal Majalla"/>
          <w:szCs w:val="28"/>
          <w:rtl/>
        </w:rPr>
        <w:t xml:space="preserve"> </w:t>
      </w:r>
      <w:r w:rsidRPr="00B90B65">
        <w:rPr>
          <w:rFonts w:ascii="Sakkal Majalla" w:hAnsi="Sakkal Majalla" w:cs="Sakkal Majalla" w:hint="cs"/>
          <w:szCs w:val="28"/>
          <w:rtl/>
        </w:rPr>
        <w:t>ممارسات</w:t>
      </w:r>
      <w:r w:rsidRPr="00B90B65">
        <w:rPr>
          <w:rFonts w:ascii="Sakkal Majalla" w:hAnsi="Sakkal Majalla" w:cs="Sakkal Majalla"/>
          <w:szCs w:val="28"/>
          <w:rtl/>
        </w:rPr>
        <w:t xml:space="preserve"> </w:t>
      </w:r>
      <w:r w:rsidRPr="00B90B65">
        <w:rPr>
          <w:rFonts w:ascii="Sakkal Majalla" w:hAnsi="Sakkal Majalla" w:cs="Sakkal Majalla" w:hint="cs"/>
          <w:szCs w:val="28"/>
          <w:rtl/>
        </w:rPr>
        <w:t>قابلة</w:t>
      </w:r>
      <w:r w:rsidRPr="00B90B65">
        <w:rPr>
          <w:rFonts w:ascii="Sakkal Majalla" w:hAnsi="Sakkal Majalla" w:cs="Sakkal Majalla"/>
          <w:szCs w:val="28"/>
          <w:rtl/>
        </w:rPr>
        <w:t xml:space="preserve"> </w:t>
      </w:r>
      <w:r w:rsidRPr="00B90B65">
        <w:rPr>
          <w:rFonts w:ascii="Sakkal Majalla" w:hAnsi="Sakkal Majalla" w:cs="Sakkal Majalla" w:hint="cs"/>
          <w:szCs w:val="28"/>
          <w:rtl/>
        </w:rPr>
        <w:t>للاستمرار</w:t>
      </w:r>
      <w:r w:rsidRPr="00B90B65">
        <w:rPr>
          <w:rFonts w:ascii="Sakkal Majalla" w:hAnsi="Sakkal Majalla" w:cs="Sakkal Majalla"/>
          <w:szCs w:val="28"/>
          <w:rtl/>
        </w:rPr>
        <w:t>.</w:t>
      </w:r>
    </w:p>
    <w:p w14:paraId="33380B4E" w14:textId="37ABCDAC" w:rsidR="00B90B65" w:rsidRPr="004B5D2F" w:rsidRDefault="00B90B65" w:rsidP="00634497">
      <w:pPr>
        <w:bidi/>
        <w:spacing w:line="360" w:lineRule="auto"/>
        <w:jc w:val="lowKashida"/>
        <w:rPr>
          <w:rFonts w:ascii="Sakkal Majalla" w:hAnsi="Sakkal Majalla" w:cs="Sakkal Majalla"/>
          <w:b/>
          <w:bCs/>
          <w:szCs w:val="28"/>
        </w:rPr>
      </w:pPr>
      <w:r w:rsidRPr="004B5D2F">
        <w:rPr>
          <w:rFonts w:ascii="Sakkal Majalla" w:hAnsi="Sakkal Majalla" w:cs="Sakkal Majalla" w:hint="cs"/>
          <w:b/>
          <w:bCs/>
          <w:szCs w:val="28"/>
          <w:rtl/>
        </w:rPr>
        <w:t>ويتكون</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النموذج</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من</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المتغيرات</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التالية</w:t>
      </w:r>
      <w:r w:rsidRPr="004B5D2F">
        <w:rPr>
          <w:rFonts w:ascii="Sakkal Majalla" w:hAnsi="Sakkal Majalla" w:cs="Sakkal Majalla"/>
          <w:b/>
          <w:bCs/>
          <w:szCs w:val="28"/>
          <w:rtl/>
        </w:rPr>
        <w:t>:</w:t>
      </w:r>
    </w:p>
    <w:p w14:paraId="5F664563" w14:textId="54FE2250" w:rsidR="00B90B65" w:rsidRPr="004B5D2F" w:rsidRDefault="00B90B65" w:rsidP="00634497">
      <w:pPr>
        <w:bidi/>
        <w:spacing w:line="360" w:lineRule="auto"/>
        <w:jc w:val="lowKashida"/>
        <w:rPr>
          <w:rFonts w:ascii="Sakkal Majalla" w:hAnsi="Sakkal Majalla" w:cs="Sakkal Majalla"/>
          <w:szCs w:val="28"/>
        </w:rPr>
      </w:pPr>
      <w:r w:rsidRPr="004B5D2F">
        <w:rPr>
          <w:rFonts w:ascii="Sakkal Majalla" w:hAnsi="Sakkal Majalla" w:cs="Sakkal Majalla" w:hint="cs"/>
          <w:b/>
          <w:bCs/>
          <w:szCs w:val="28"/>
          <w:rtl/>
        </w:rPr>
        <w:t>المتغير</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المستقل</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الأول</w:t>
      </w:r>
      <w:r w:rsidRPr="004B5D2F">
        <w:rPr>
          <w:rFonts w:ascii="Sakkal Majalla" w:hAnsi="Sakkal Majalla" w:cs="Sakkal Majalla"/>
          <w:b/>
          <w:bCs/>
          <w:szCs w:val="28"/>
          <w:rtl/>
        </w:rPr>
        <w:t>:</w:t>
      </w:r>
      <w:r w:rsidRPr="00B90B65">
        <w:rPr>
          <w:rFonts w:ascii="Sakkal Majalla" w:hAnsi="Sakkal Majalla" w:cs="Sakkal Majalla"/>
          <w:szCs w:val="28"/>
          <w:rtl/>
        </w:rPr>
        <w:t xml:space="preserve"> </w:t>
      </w:r>
      <w:r w:rsidRPr="00B90B65">
        <w:rPr>
          <w:rFonts w:ascii="Sakkal Majalla" w:hAnsi="Sakkal Majalla" w:cs="Sakkal Majalla" w:hint="cs"/>
          <w:szCs w:val="28"/>
          <w:rtl/>
        </w:rPr>
        <w:t>العوامل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التمكينية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الداخلية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القيادة،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الثقافة،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الموارد،</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التعلم</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التنظيمي</w:t>
      </w:r>
      <w:r w:rsidRPr="00B90B65">
        <w:rPr>
          <w:rFonts w:ascii="Sakkal Majalla" w:hAnsi="Sakkal Majalla" w:cs="Sakkal Majalla"/>
          <w:szCs w:val="28"/>
          <w:rtl/>
        </w:rPr>
        <w:t>).</w:t>
      </w:r>
    </w:p>
    <w:p w14:paraId="7462E5A4" w14:textId="3477474E" w:rsidR="00B90B65" w:rsidRPr="004B5D2F" w:rsidRDefault="00B90B65" w:rsidP="00634497">
      <w:pPr>
        <w:bidi/>
        <w:spacing w:line="360" w:lineRule="auto"/>
        <w:jc w:val="lowKashida"/>
        <w:rPr>
          <w:rFonts w:ascii="Sakkal Majalla" w:hAnsi="Sakkal Majalla" w:cs="Sakkal Majalla"/>
          <w:szCs w:val="28"/>
        </w:rPr>
      </w:pPr>
      <w:r w:rsidRPr="004B5D2F">
        <w:rPr>
          <w:rFonts w:ascii="Sakkal Majalla" w:hAnsi="Sakkal Majalla" w:cs="Sakkal Majalla" w:hint="cs"/>
          <w:b/>
          <w:bCs/>
          <w:szCs w:val="28"/>
          <w:rtl/>
        </w:rPr>
        <w:t>المتغير</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المستقل</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الثاني</w:t>
      </w:r>
      <w:r w:rsidRPr="00B90B65">
        <w:rPr>
          <w:rFonts w:ascii="Sakkal Majalla" w:hAnsi="Sakkal Majalla" w:cs="Sakkal Majalla"/>
          <w:szCs w:val="28"/>
          <w:rtl/>
        </w:rPr>
        <w:t xml:space="preserve">: </w:t>
      </w:r>
      <w:r w:rsidRPr="00B90B65">
        <w:rPr>
          <w:rFonts w:ascii="Sakkal Majalla" w:hAnsi="Sakkal Majalla" w:cs="Sakkal Majalla" w:hint="cs"/>
          <w:szCs w:val="28"/>
          <w:rtl/>
        </w:rPr>
        <w:t>الدور</w:t>
      </w:r>
      <w:r w:rsidRPr="00B90B65">
        <w:rPr>
          <w:rFonts w:ascii="Sakkal Majalla" w:hAnsi="Sakkal Majalla" w:cs="Sakkal Majalla"/>
          <w:szCs w:val="28"/>
          <w:rtl/>
        </w:rPr>
        <w:t xml:space="preserve"> </w:t>
      </w:r>
      <w:proofErr w:type="spellStart"/>
      <w:r w:rsidRPr="00B90B65">
        <w:rPr>
          <w:rFonts w:ascii="Sakkal Majalla" w:hAnsi="Sakkal Majalla" w:cs="Sakkal Majalla" w:hint="cs"/>
          <w:szCs w:val="28"/>
          <w:rtl/>
        </w:rPr>
        <w:t>التمكيني</w:t>
      </w:r>
      <w:proofErr w:type="spellEnd"/>
      <w:r w:rsidRPr="00B90B65">
        <w:rPr>
          <w:rFonts w:ascii="Sakkal Majalla" w:hAnsi="Sakkal Majalla" w:cs="Sakkal Majalla"/>
          <w:szCs w:val="28"/>
          <w:rtl/>
        </w:rPr>
        <w:t xml:space="preserve"> </w:t>
      </w:r>
      <w:r w:rsidRPr="00B90B65">
        <w:rPr>
          <w:rFonts w:ascii="Sakkal Majalla" w:hAnsi="Sakkal Majalla" w:cs="Sakkal Majalla" w:hint="cs"/>
          <w:szCs w:val="28"/>
          <w:rtl/>
        </w:rPr>
        <w:t>للشركات</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الاستشارية</w:t>
      </w:r>
      <w:r w:rsidRPr="00B90B65">
        <w:rPr>
          <w:rFonts w:ascii="Sakkal Majalla" w:hAnsi="Sakkal Majalla" w:cs="Sakkal Majalla"/>
          <w:szCs w:val="28"/>
          <w:rtl/>
        </w:rPr>
        <w:t xml:space="preserve"> (</w:t>
      </w:r>
      <w:r w:rsidRPr="00B90B65">
        <w:rPr>
          <w:rFonts w:ascii="Sakkal Majalla" w:hAnsi="Sakkal Majalla" w:cs="Sakkal Majalla" w:hint="cs"/>
          <w:szCs w:val="28"/>
          <w:rtl/>
        </w:rPr>
        <w:t>نقل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المعرفة،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التيسير،</w:t>
      </w:r>
      <w:r w:rsidRPr="00B90B65">
        <w:rPr>
          <w:rFonts w:ascii="Sakkal Majalla" w:hAnsi="Sakkal Majalla" w:cs="Sakkal Majalla"/>
          <w:szCs w:val="28"/>
          <w:rtl/>
        </w:rPr>
        <w:t xml:space="preserve"> </w:t>
      </w:r>
      <w:r w:rsidRPr="00B90B65">
        <w:rPr>
          <w:rFonts w:ascii="Sakkal Majalla" w:hAnsi="Sakkal Majalla" w:cs="Sakkal Majalla" w:hint="cs"/>
          <w:szCs w:val="28"/>
          <w:rtl/>
        </w:rPr>
        <w:t>بناء</w:t>
      </w:r>
      <w:r w:rsidRPr="00B90B65">
        <w:rPr>
          <w:rFonts w:ascii="Sakkal Majalla" w:hAnsi="Sakkal Majalla" w:cs="Sakkal Majalla"/>
          <w:szCs w:val="28"/>
          <w:rtl/>
        </w:rPr>
        <w:t xml:space="preserve"> </w:t>
      </w:r>
      <w:r w:rsidRPr="00B90B65">
        <w:rPr>
          <w:rFonts w:ascii="Sakkal Majalla" w:hAnsi="Sakkal Majalla" w:cs="Sakkal Majalla" w:hint="cs"/>
          <w:szCs w:val="28"/>
          <w:rtl/>
        </w:rPr>
        <w:t>القدرات</w:t>
      </w:r>
      <w:r w:rsidRPr="00B90B65">
        <w:rPr>
          <w:rFonts w:ascii="Sakkal Majalla" w:hAnsi="Sakkal Majalla" w:cs="Sakkal Majalla"/>
          <w:szCs w:val="28"/>
          <w:rtl/>
        </w:rPr>
        <w:t>).</w:t>
      </w:r>
    </w:p>
    <w:p w14:paraId="4B2C0079" w14:textId="5EF758EB" w:rsidR="00B90B65" w:rsidRPr="004B5D2F" w:rsidRDefault="00B90B65" w:rsidP="00634497">
      <w:pPr>
        <w:bidi/>
        <w:spacing w:line="360" w:lineRule="auto"/>
        <w:jc w:val="lowKashida"/>
        <w:rPr>
          <w:rFonts w:ascii="Sakkal Majalla" w:hAnsi="Sakkal Majalla" w:cs="Sakkal Majalla"/>
          <w:szCs w:val="28"/>
        </w:rPr>
      </w:pPr>
      <w:r w:rsidRPr="004B5D2F">
        <w:rPr>
          <w:rFonts w:ascii="Sakkal Majalla" w:hAnsi="Sakkal Majalla" w:cs="Sakkal Majalla" w:hint="cs"/>
          <w:b/>
          <w:bCs/>
          <w:szCs w:val="28"/>
          <w:rtl/>
        </w:rPr>
        <w:t>المتغير</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الوسيط</w:t>
      </w:r>
      <w:r w:rsidRPr="00B90B65">
        <w:rPr>
          <w:rFonts w:ascii="Sakkal Majalla" w:hAnsi="Sakkal Majalla" w:cs="Sakkal Majalla"/>
          <w:szCs w:val="28"/>
          <w:rtl/>
        </w:rPr>
        <w:t xml:space="preserve">: </w:t>
      </w:r>
      <w:r w:rsidRPr="00B90B65">
        <w:rPr>
          <w:rFonts w:ascii="Sakkal Majalla" w:hAnsi="Sakkal Majalla" w:cs="Sakkal Majalla" w:hint="cs"/>
          <w:szCs w:val="28"/>
          <w:rtl/>
        </w:rPr>
        <w:t>القدرة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الامتصاصية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المعرفية</w:t>
      </w:r>
      <w:r w:rsidRPr="00B90B65">
        <w:rPr>
          <w:rFonts w:ascii="Sakkal Majalla" w:hAnsi="Sakkal Majalla" w:cs="Sakkal Majalla"/>
          <w:szCs w:val="28"/>
          <w:rtl/>
        </w:rPr>
        <w:t xml:space="preserve"> (</w:t>
      </w:r>
      <w:r w:rsidRPr="00B90B65">
        <w:rPr>
          <w:rFonts w:ascii="Sakkal Majalla" w:hAnsi="Sakkal Majalla" w:cs="Sakkal Majalla" w:hint="cs"/>
          <w:szCs w:val="28"/>
          <w:rtl/>
        </w:rPr>
        <w:t>مدى</w:t>
      </w:r>
      <w:r w:rsidRPr="00B90B65">
        <w:rPr>
          <w:rFonts w:ascii="Sakkal Majalla" w:hAnsi="Sakkal Majalla" w:cs="Sakkal Majalla"/>
          <w:szCs w:val="28"/>
          <w:rtl/>
        </w:rPr>
        <w:t xml:space="preserve"> </w:t>
      </w:r>
      <w:r w:rsidRPr="00B90B65">
        <w:rPr>
          <w:rFonts w:ascii="Sakkal Majalla" w:hAnsi="Sakkal Majalla" w:cs="Sakkal Majalla" w:hint="cs"/>
          <w:szCs w:val="28"/>
          <w:rtl/>
        </w:rPr>
        <w:t>استيعاب</w:t>
      </w:r>
      <w:r w:rsidRPr="00B90B65">
        <w:rPr>
          <w:rFonts w:ascii="Sakkal Majalla" w:hAnsi="Sakkal Majalla" w:cs="Sakkal Majalla"/>
          <w:szCs w:val="28"/>
          <w:rtl/>
        </w:rPr>
        <w:t xml:space="preserve"> </w:t>
      </w:r>
      <w:r w:rsidRPr="00B90B65">
        <w:rPr>
          <w:rFonts w:ascii="Sakkal Majalla" w:hAnsi="Sakkal Majalla" w:cs="Sakkal Majalla" w:hint="cs"/>
          <w:szCs w:val="28"/>
          <w:rtl/>
        </w:rPr>
        <w:t>وتكييف</w:t>
      </w:r>
      <w:r w:rsidRPr="00B90B65">
        <w:rPr>
          <w:rFonts w:ascii="Sakkal Majalla" w:hAnsi="Sakkal Majalla" w:cs="Sakkal Majalla"/>
          <w:szCs w:val="28"/>
          <w:rtl/>
        </w:rPr>
        <w:t xml:space="preserve"> </w:t>
      </w:r>
      <w:r w:rsidRPr="00B90B65">
        <w:rPr>
          <w:rFonts w:ascii="Sakkal Majalla" w:hAnsi="Sakkal Majalla" w:cs="Sakkal Majalla" w:hint="cs"/>
          <w:szCs w:val="28"/>
          <w:rtl/>
        </w:rPr>
        <w:t>واستغلال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المعرفة</w:t>
      </w:r>
      <w:r w:rsidRPr="00B90B65">
        <w:rPr>
          <w:rFonts w:ascii="Sakkal Majalla" w:hAnsi="Sakkal Majalla" w:cs="Sakkal Majalla"/>
          <w:szCs w:val="28"/>
          <w:rtl/>
        </w:rPr>
        <w:t>).</w:t>
      </w:r>
    </w:p>
    <w:p w14:paraId="0F96BA28" w14:textId="521B2A8D" w:rsidR="00B90B65" w:rsidRPr="004B5D2F" w:rsidRDefault="00B90B65" w:rsidP="00634497">
      <w:pPr>
        <w:bidi/>
        <w:spacing w:line="360" w:lineRule="auto"/>
        <w:jc w:val="lowKashida"/>
        <w:rPr>
          <w:rFonts w:ascii="Sakkal Majalla" w:hAnsi="Sakkal Majalla" w:cs="Sakkal Majalla"/>
          <w:szCs w:val="28"/>
        </w:rPr>
      </w:pPr>
      <w:r w:rsidRPr="004B5D2F">
        <w:rPr>
          <w:rFonts w:ascii="Sakkal Majalla" w:hAnsi="Sakkal Majalla" w:cs="Sakkal Majalla" w:hint="cs"/>
          <w:b/>
          <w:bCs/>
          <w:szCs w:val="28"/>
          <w:rtl/>
        </w:rPr>
        <w:t>المتغير</w:t>
      </w:r>
      <w:r w:rsidRPr="004B5D2F">
        <w:rPr>
          <w:rFonts w:ascii="Sakkal Majalla" w:hAnsi="Sakkal Majalla" w:cs="Sakkal Majalla"/>
          <w:b/>
          <w:bCs/>
          <w:szCs w:val="28"/>
          <w:rtl/>
        </w:rPr>
        <w:t xml:space="preserve"> </w:t>
      </w:r>
      <w:r w:rsidRPr="004B5D2F">
        <w:rPr>
          <w:rFonts w:ascii="Sakkal Majalla" w:hAnsi="Sakkal Majalla" w:cs="Sakkal Majalla" w:hint="cs"/>
          <w:b/>
          <w:bCs/>
          <w:szCs w:val="28"/>
          <w:rtl/>
        </w:rPr>
        <w:t>التابع</w:t>
      </w:r>
      <w:r w:rsidRPr="00B90B65">
        <w:rPr>
          <w:rFonts w:ascii="Sakkal Majalla" w:hAnsi="Sakkal Majalla" w:cs="Sakkal Majalla"/>
          <w:szCs w:val="28"/>
          <w:rtl/>
        </w:rPr>
        <w:t xml:space="preserve">: </w:t>
      </w:r>
      <w:r w:rsidRPr="00B90B65">
        <w:rPr>
          <w:rFonts w:ascii="Sakkal Majalla" w:hAnsi="Sakkal Majalla" w:cs="Sakkal Majalla" w:hint="cs"/>
          <w:szCs w:val="28"/>
          <w:rtl/>
        </w:rPr>
        <w:t>استدامة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الابتكار</w:t>
      </w:r>
      <w:r w:rsidRPr="00B90B65">
        <w:rPr>
          <w:rFonts w:ascii="Sakkal Majalla" w:hAnsi="Sakkal Majalla" w:cs="Sakkal Majalla"/>
          <w:szCs w:val="28"/>
          <w:rtl/>
        </w:rPr>
        <w:t xml:space="preserve"> </w:t>
      </w:r>
      <w:r w:rsidRPr="00B90B65">
        <w:rPr>
          <w:rFonts w:ascii="Sakkal Majalla" w:hAnsi="Sakkal Majalla" w:cs="Sakkal Majalla" w:hint="cs"/>
          <w:szCs w:val="28"/>
          <w:rtl/>
        </w:rPr>
        <w:t>داخل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الجهة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الحكومية</w:t>
      </w:r>
      <w:r w:rsidRPr="00B90B65">
        <w:rPr>
          <w:rFonts w:ascii="Sakkal Majalla" w:hAnsi="Sakkal Majalla" w:cs="Sakkal Majalla"/>
          <w:szCs w:val="28"/>
          <w:rtl/>
        </w:rPr>
        <w:t>.</w:t>
      </w:r>
    </w:p>
    <w:p w14:paraId="31600086" w14:textId="77777777" w:rsidR="004B5D2F" w:rsidRDefault="00B90B65" w:rsidP="00634497">
      <w:pPr>
        <w:bidi/>
        <w:spacing w:line="360" w:lineRule="auto"/>
        <w:jc w:val="lowKashida"/>
        <w:rPr>
          <w:rFonts w:ascii="Sakkal Majalla" w:hAnsi="Sakkal Majalla" w:cs="Sakkal Majalla"/>
          <w:szCs w:val="28"/>
          <w:rtl/>
        </w:rPr>
      </w:pPr>
      <w:r w:rsidRPr="00B90B65">
        <w:rPr>
          <w:rFonts w:ascii="Sakkal Majalla" w:hAnsi="Sakkal Majalla" w:cs="Sakkal Majalla" w:hint="cs"/>
          <w:szCs w:val="28"/>
          <w:rtl/>
        </w:rPr>
        <w:t>سيُستخدم</w:t>
      </w:r>
      <w:r w:rsidRPr="00B90B65">
        <w:rPr>
          <w:rFonts w:ascii="Sakkal Majalla" w:hAnsi="Sakkal Majalla" w:cs="Sakkal Majalla"/>
          <w:szCs w:val="28"/>
          <w:rtl/>
        </w:rPr>
        <w:t xml:space="preserve"> </w:t>
      </w:r>
      <w:r w:rsidRPr="00B90B65">
        <w:rPr>
          <w:rFonts w:ascii="Sakkal Majalla" w:hAnsi="Sakkal Majalla" w:cs="Sakkal Majalla" w:hint="cs"/>
          <w:szCs w:val="28"/>
          <w:rtl/>
        </w:rPr>
        <w:t>هذا</w:t>
      </w:r>
      <w:r w:rsidRPr="00B90B65">
        <w:rPr>
          <w:rFonts w:ascii="Sakkal Majalla" w:hAnsi="Sakkal Majalla" w:cs="Sakkal Majalla"/>
          <w:szCs w:val="28"/>
          <w:rtl/>
        </w:rPr>
        <w:t xml:space="preserve"> </w:t>
      </w:r>
      <w:r w:rsidRPr="00B90B65">
        <w:rPr>
          <w:rFonts w:ascii="Sakkal Majalla" w:hAnsi="Sakkal Majalla" w:cs="Sakkal Majalla" w:hint="cs"/>
          <w:szCs w:val="28"/>
          <w:rtl/>
        </w:rPr>
        <w:t>التصور</w:t>
      </w:r>
      <w:r w:rsidRPr="00B90B65">
        <w:rPr>
          <w:rFonts w:ascii="Sakkal Majalla" w:hAnsi="Sakkal Majalla" w:cs="Sakkal Majalla"/>
          <w:szCs w:val="28"/>
          <w:rtl/>
        </w:rPr>
        <w:t xml:space="preserve"> </w:t>
      </w:r>
      <w:r w:rsidRPr="00B90B65">
        <w:rPr>
          <w:rFonts w:ascii="Sakkal Majalla" w:hAnsi="Sakkal Majalla" w:cs="Sakkal Majalla" w:hint="cs"/>
          <w:szCs w:val="28"/>
          <w:rtl/>
        </w:rPr>
        <w:t>كإطار</w:t>
      </w:r>
      <w:r w:rsidRPr="00B90B65">
        <w:rPr>
          <w:rFonts w:ascii="Sakkal Majalla" w:hAnsi="Sakkal Majalla" w:cs="Sakkal Majalla"/>
          <w:szCs w:val="28"/>
          <w:rtl/>
        </w:rPr>
        <w:t xml:space="preserve"> </w:t>
      </w:r>
      <w:r w:rsidRPr="00B90B65">
        <w:rPr>
          <w:rFonts w:ascii="Sakkal Majalla" w:hAnsi="Sakkal Majalla" w:cs="Sakkal Majalla" w:hint="cs"/>
          <w:szCs w:val="28"/>
          <w:rtl/>
        </w:rPr>
        <w:t>مرجعي</w:t>
      </w:r>
      <w:r w:rsidRPr="00B90B65">
        <w:rPr>
          <w:rFonts w:ascii="Sakkal Majalla" w:hAnsi="Sakkal Majalla" w:cs="Sakkal Majalla"/>
          <w:szCs w:val="28"/>
          <w:rtl/>
        </w:rPr>
        <w:t xml:space="preserve"> </w:t>
      </w:r>
      <w:r w:rsidRPr="00B90B65">
        <w:rPr>
          <w:rFonts w:ascii="Sakkal Majalla" w:hAnsi="Sakkal Majalla" w:cs="Sakkal Majalla" w:hint="cs"/>
          <w:szCs w:val="28"/>
          <w:rtl/>
        </w:rPr>
        <w:t>لتطوير</w:t>
      </w:r>
      <w:r w:rsidRPr="00B90B65">
        <w:rPr>
          <w:rFonts w:ascii="Sakkal Majalla" w:hAnsi="Sakkal Majalla" w:cs="Sakkal Majalla"/>
          <w:szCs w:val="28"/>
          <w:rtl/>
        </w:rPr>
        <w:t xml:space="preserve"> </w:t>
      </w:r>
      <w:r w:rsidRPr="00B90B65">
        <w:rPr>
          <w:rFonts w:ascii="Sakkal Majalla" w:hAnsi="Sakkal Majalla" w:cs="Sakkal Majalla" w:hint="cs"/>
          <w:szCs w:val="28"/>
          <w:rtl/>
        </w:rPr>
        <w:t>أدوات</w:t>
      </w:r>
      <w:r w:rsidRPr="00B90B65">
        <w:rPr>
          <w:rFonts w:ascii="Sakkal Majalla" w:hAnsi="Sakkal Majalla" w:cs="Sakkal Majalla"/>
          <w:szCs w:val="28"/>
          <w:rtl/>
        </w:rPr>
        <w:t xml:space="preserve"> </w:t>
      </w:r>
      <w:r w:rsidRPr="00B90B65">
        <w:rPr>
          <w:rFonts w:ascii="Sakkal Majalla" w:hAnsi="Sakkal Majalla" w:cs="Sakkal Majalla" w:hint="cs"/>
          <w:szCs w:val="28"/>
          <w:rtl/>
        </w:rPr>
        <w:t>البحث</w:t>
      </w:r>
      <w:r w:rsidRPr="00B90B65">
        <w:rPr>
          <w:rFonts w:ascii="Sakkal Majalla" w:hAnsi="Sakkal Majalla" w:cs="Sakkal Majalla"/>
          <w:szCs w:val="28"/>
          <w:rtl/>
        </w:rPr>
        <w:t xml:space="preserve"> </w:t>
      </w:r>
      <w:r w:rsidRPr="00B90B65">
        <w:rPr>
          <w:rFonts w:ascii="Sakkal Majalla" w:hAnsi="Sakkal Majalla" w:cs="Sakkal Majalla" w:hint="cs"/>
          <w:szCs w:val="28"/>
          <w:rtl/>
        </w:rPr>
        <w:t>في</w:t>
      </w:r>
      <w:r w:rsidRPr="00B90B65">
        <w:rPr>
          <w:rFonts w:ascii="Sakkal Majalla" w:hAnsi="Sakkal Majalla" w:cs="Sakkal Majalla"/>
          <w:szCs w:val="28"/>
          <w:rtl/>
        </w:rPr>
        <w:t xml:space="preserve"> </w:t>
      </w:r>
      <w:r w:rsidRPr="00B90B65">
        <w:rPr>
          <w:rFonts w:ascii="Sakkal Majalla" w:hAnsi="Sakkal Majalla" w:cs="Sakkal Majalla" w:hint="cs"/>
          <w:szCs w:val="28"/>
          <w:rtl/>
        </w:rPr>
        <w:t>الفصل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الثالث،</w:t>
      </w:r>
      <w:r w:rsidRPr="00B90B65">
        <w:rPr>
          <w:rFonts w:ascii="Sakkal Majalla" w:hAnsi="Sakkal Majalla" w:cs="Sakkal Majalla"/>
          <w:szCs w:val="28"/>
          <w:rtl/>
        </w:rPr>
        <w:t xml:space="preserve"> </w:t>
      </w:r>
      <w:r w:rsidRPr="00B90B65">
        <w:rPr>
          <w:rFonts w:ascii="Sakkal Majalla" w:hAnsi="Sakkal Majalla" w:cs="Sakkal Majalla" w:hint="cs"/>
          <w:szCs w:val="28"/>
          <w:rtl/>
        </w:rPr>
        <w:t>وسيُختبر</w:t>
      </w:r>
      <w:r w:rsidRPr="00B90B65">
        <w:rPr>
          <w:rFonts w:ascii="Sakkal Majalla" w:hAnsi="Sakkal Majalla" w:cs="Sakkal Majalla"/>
          <w:szCs w:val="28"/>
          <w:rtl/>
        </w:rPr>
        <w:t xml:space="preserve"> </w:t>
      </w:r>
      <w:r w:rsidRPr="00B90B65">
        <w:rPr>
          <w:rFonts w:ascii="Sakkal Majalla" w:hAnsi="Sakkal Majalla" w:cs="Sakkal Majalla" w:hint="cs"/>
          <w:szCs w:val="28"/>
          <w:rtl/>
        </w:rPr>
        <w:t>من</w:t>
      </w:r>
      <w:r w:rsidRPr="00B90B65">
        <w:rPr>
          <w:rFonts w:ascii="Sakkal Majalla" w:hAnsi="Sakkal Majalla" w:cs="Sakkal Majalla"/>
          <w:szCs w:val="28"/>
          <w:rtl/>
        </w:rPr>
        <w:t xml:space="preserve"> </w:t>
      </w:r>
      <w:r w:rsidRPr="00B90B65">
        <w:rPr>
          <w:rFonts w:ascii="Sakkal Majalla" w:hAnsi="Sakkal Majalla" w:cs="Sakkal Majalla" w:hint="cs"/>
          <w:szCs w:val="28"/>
          <w:rtl/>
        </w:rPr>
        <w:t>خلال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الدمج</w:t>
      </w:r>
      <w:r w:rsidRPr="00B90B65">
        <w:rPr>
          <w:rFonts w:ascii="Sakkal Majalla" w:hAnsi="Sakkal Majalla" w:cs="Sakkal Majalla"/>
          <w:szCs w:val="28"/>
          <w:rtl/>
        </w:rPr>
        <w:t xml:space="preserve"> </w:t>
      </w:r>
      <w:r w:rsidRPr="00B90B65">
        <w:rPr>
          <w:rFonts w:ascii="Sakkal Majalla" w:hAnsi="Sakkal Majalla" w:cs="Sakkal Majalla" w:hint="cs"/>
          <w:szCs w:val="28"/>
          <w:rtl/>
        </w:rPr>
        <w:t>بين</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المنهج</w:t>
      </w:r>
      <w:r w:rsidRPr="00B90B65">
        <w:rPr>
          <w:rFonts w:ascii="Sakkal Majalla" w:hAnsi="Sakkal Majalla" w:cs="Sakkal Majalla"/>
          <w:szCs w:val="28"/>
          <w:rtl/>
        </w:rPr>
        <w:t xml:space="preserve"> </w:t>
      </w:r>
      <w:r w:rsidRPr="00B90B65">
        <w:rPr>
          <w:rFonts w:ascii="Sakkal Majalla" w:hAnsi="Sakkal Majalla" w:cs="Sakkal Majalla" w:hint="cs"/>
          <w:szCs w:val="28"/>
          <w:rtl/>
        </w:rPr>
        <w:t>الكمي</w:t>
      </w:r>
      <w:r w:rsidRPr="00B90B65">
        <w:rPr>
          <w:rFonts w:ascii="Sakkal Majalla" w:hAnsi="Sakkal Majalla" w:cs="Sakkal Majalla"/>
          <w:szCs w:val="28"/>
          <w:rtl/>
        </w:rPr>
        <w:t xml:space="preserve"> </w:t>
      </w:r>
      <w:r w:rsidRPr="00B90B65">
        <w:rPr>
          <w:rFonts w:ascii="Sakkal Majalla" w:hAnsi="Sakkal Majalla" w:cs="Sakkal Majalla" w:hint="cs"/>
          <w:szCs w:val="28"/>
          <w:rtl/>
        </w:rPr>
        <w:t>والنوعي،</w:t>
      </w:r>
      <w:r w:rsidRPr="00B90B65">
        <w:rPr>
          <w:rFonts w:ascii="Sakkal Majalla" w:hAnsi="Sakkal Majalla" w:cs="Sakkal Majalla"/>
          <w:szCs w:val="28"/>
          <w:rtl/>
        </w:rPr>
        <w:t xml:space="preserve"> </w:t>
      </w:r>
      <w:r w:rsidRPr="00B90B65">
        <w:rPr>
          <w:rFonts w:ascii="Sakkal Majalla" w:hAnsi="Sakkal Majalla" w:cs="Sakkal Majalla" w:hint="cs"/>
          <w:szCs w:val="28"/>
          <w:rtl/>
        </w:rPr>
        <w:t>بهدف</w:t>
      </w:r>
      <w:r w:rsidRPr="00B90B65">
        <w:rPr>
          <w:rFonts w:ascii="Sakkal Majalla" w:hAnsi="Sakkal Majalla" w:cs="Sakkal Majalla"/>
          <w:szCs w:val="28"/>
          <w:rtl/>
        </w:rPr>
        <w:t xml:space="preserve"> </w:t>
      </w:r>
      <w:r w:rsidRPr="00B90B65">
        <w:rPr>
          <w:rFonts w:ascii="Sakkal Majalla" w:hAnsi="Sakkal Majalla" w:cs="Sakkal Majalla" w:hint="cs"/>
          <w:szCs w:val="28"/>
          <w:rtl/>
        </w:rPr>
        <w:t>بناء</w:t>
      </w:r>
      <w:r w:rsidRPr="00B90B65">
        <w:rPr>
          <w:rFonts w:ascii="Sakkal Majalla" w:hAnsi="Sakkal Majalla" w:cs="Sakkal Majalla"/>
          <w:szCs w:val="28"/>
          <w:rtl/>
        </w:rPr>
        <w:t xml:space="preserve"> </w:t>
      </w:r>
      <w:r w:rsidRPr="00B90B65">
        <w:rPr>
          <w:rFonts w:ascii="Sakkal Majalla" w:hAnsi="Sakkal Majalla" w:cs="Sakkal Majalla" w:hint="cs"/>
          <w:szCs w:val="28"/>
          <w:rtl/>
        </w:rPr>
        <w:t>نموذج</w:t>
      </w:r>
      <w:r w:rsidRPr="00B90B65">
        <w:rPr>
          <w:rFonts w:ascii="Sakkal Majalla" w:hAnsi="Sakkal Majalla" w:cs="Sakkal Majalla"/>
          <w:szCs w:val="28"/>
          <w:rtl/>
        </w:rPr>
        <w:t xml:space="preserve"> </w:t>
      </w:r>
      <w:r w:rsidRPr="00B90B65">
        <w:rPr>
          <w:rFonts w:ascii="Sakkal Majalla" w:hAnsi="Sakkal Majalla" w:cs="Sakkal Majalla" w:hint="cs"/>
          <w:szCs w:val="28"/>
          <w:rtl/>
        </w:rPr>
        <w:t>تطبيقي</w:t>
      </w:r>
      <w:r w:rsidRPr="00B90B65">
        <w:rPr>
          <w:rFonts w:ascii="Sakkal Majalla" w:hAnsi="Sakkal Majalla" w:cs="Sakkal Majalla"/>
          <w:szCs w:val="28"/>
          <w:rtl/>
        </w:rPr>
        <w:t xml:space="preserve"> </w:t>
      </w:r>
      <w:r w:rsidRPr="00B90B65">
        <w:rPr>
          <w:rFonts w:ascii="Sakkal Majalla" w:hAnsi="Sakkal Majalla" w:cs="Sakkal Majalla" w:hint="cs"/>
          <w:szCs w:val="28"/>
          <w:rtl/>
        </w:rPr>
        <w:t>يسهم</w:t>
      </w:r>
      <w:r w:rsidRPr="00B90B65">
        <w:rPr>
          <w:rFonts w:ascii="Sakkal Majalla" w:hAnsi="Sakkal Majalla" w:cs="Sakkal Majalla"/>
          <w:szCs w:val="28"/>
          <w:rtl/>
        </w:rPr>
        <w:t xml:space="preserve"> </w:t>
      </w:r>
      <w:r w:rsidRPr="00B90B65">
        <w:rPr>
          <w:rFonts w:ascii="Sakkal Majalla" w:hAnsi="Sakkal Majalla" w:cs="Sakkal Majalla" w:hint="cs"/>
          <w:szCs w:val="28"/>
          <w:rtl/>
        </w:rPr>
        <w:t>في</w:t>
      </w:r>
      <w:r w:rsidRPr="00B90B65">
        <w:rPr>
          <w:rFonts w:ascii="Sakkal Majalla" w:hAnsi="Sakkal Majalla" w:cs="Sakkal Majalla"/>
          <w:szCs w:val="28"/>
          <w:rtl/>
        </w:rPr>
        <w:t xml:space="preserve"> </w:t>
      </w:r>
      <w:r w:rsidRPr="00B90B65">
        <w:rPr>
          <w:rFonts w:ascii="Sakkal Majalla" w:hAnsi="Sakkal Majalla" w:cs="Sakkal Majalla" w:hint="cs"/>
          <w:szCs w:val="28"/>
          <w:rtl/>
        </w:rPr>
        <w:t>توجيه</w:t>
      </w:r>
      <w:r w:rsidRPr="00B90B65">
        <w:rPr>
          <w:rFonts w:ascii="Sakkal Majalla" w:hAnsi="Sakkal Majalla" w:cs="Sakkal Majalla"/>
          <w:szCs w:val="28"/>
          <w:rtl/>
        </w:rPr>
        <w:t xml:space="preserve"> </w:t>
      </w:r>
      <w:r w:rsidRPr="00B90B65">
        <w:rPr>
          <w:rFonts w:ascii="Sakkal Majalla" w:hAnsi="Sakkal Majalla" w:cs="Sakkal Majalla" w:hint="cs"/>
          <w:szCs w:val="28"/>
          <w:rtl/>
        </w:rPr>
        <w:t>سياسات</w:t>
      </w:r>
      <w:r w:rsidRPr="00B90B65">
        <w:rPr>
          <w:rFonts w:ascii="Sakkal Majalla" w:hAnsi="Sakkal Majalla" w:cs="Sakkal Majalla"/>
          <w:szCs w:val="28"/>
          <w:rtl/>
        </w:rPr>
        <w:t xml:space="preserve"> </w:t>
      </w:r>
      <w:r w:rsidRPr="00B90B65">
        <w:rPr>
          <w:rFonts w:ascii="Sakkal Majalla" w:hAnsi="Sakkal Majalla" w:cs="Sakkal Majalla" w:hint="cs"/>
          <w:szCs w:val="28"/>
          <w:rtl/>
        </w:rPr>
        <w:t>الابتكار</w:t>
      </w:r>
      <w:r w:rsidRPr="00B90B65">
        <w:rPr>
          <w:rFonts w:ascii="Sakkal Majalla" w:hAnsi="Sakkal Majalla" w:cs="Sakkal Majalla"/>
          <w:szCs w:val="28"/>
          <w:rtl/>
        </w:rPr>
        <w:t xml:space="preserve"> </w:t>
      </w:r>
      <w:r w:rsidRPr="00B90B65">
        <w:rPr>
          <w:rFonts w:ascii="Sakkal Majalla" w:hAnsi="Sakkal Majalla" w:cs="Sakkal Majalla" w:hint="cs"/>
          <w:szCs w:val="28"/>
          <w:rtl/>
        </w:rPr>
        <w:t>والاستشارات</w:t>
      </w:r>
      <w:r w:rsidRPr="00B90B65">
        <w:rPr>
          <w:rFonts w:ascii="Sakkal Majalla" w:hAnsi="Sakkal Majalla" w:cs="Sakkal Majalla"/>
          <w:szCs w:val="28"/>
          <w:rtl/>
        </w:rPr>
        <w:t xml:space="preserve"> </w:t>
      </w:r>
      <w:r w:rsidRPr="00B90B65">
        <w:rPr>
          <w:rFonts w:ascii="Sakkal Majalla" w:hAnsi="Sakkal Majalla" w:cs="Sakkal Majalla" w:hint="cs"/>
          <w:szCs w:val="28"/>
          <w:rtl/>
        </w:rPr>
        <w:t>داخل</w:t>
      </w:r>
      <w:r w:rsidRPr="00B90B65">
        <w:rPr>
          <w:rFonts w:ascii="Sakkal Majalla" w:hAnsi="Sakkal Majalla" w:cs="Sakkal Majalla"/>
          <w:szCs w:val="28"/>
          <w:rtl/>
        </w:rPr>
        <w:t xml:space="preserve"> </w:t>
      </w:r>
      <w:r w:rsidRPr="00B90B65">
        <w:rPr>
          <w:rFonts w:ascii="Sakkal Majalla" w:hAnsi="Sakkal Majalla" w:cs="Sakkal Majalla" w:hint="cs"/>
          <w:szCs w:val="28"/>
          <w:rtl/>
        </w:rPr>
        <w:t>البيئة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الحكومية</w:t>
      </w:r>
      <w:r w:rsidRPr="00B90B65">
        <w:rPr>
          <w:rFonts w:ascii="Sakkal Majalla" w:hAnsi="Sakkal Majalla" w:cs="Sakkal Majalla"/>
          <w:szCs w:val="28"/>
          <w:rtl/>
        </w:rPr>
        <w:t xml:space="preserve"> </w:t>
      </w:r>
      <w:r w:rsidRPr="00B90B65">
        <w:rPr>
          <w:rFonts w:ascii="Sakkal Majalla" w:hAnsi="Sakkal Majalla" w:cs="Sakkal Majalla" w:hint="cs"/>
          <w:szCs w:val="28"/>
          <w:rtl/>
        </w:rPr>
        <w:t>في</w:t>
      </w:r>
      <w:r w:rsidRPr="00B90B65">
        <w:rPr>
          <w:rFonts w:ascii="Sakkal Majalla" w:hAnsi="Sakkal Majalla" w:cs="Sakkal Majalla"/>
          <w:szCs w:val="28"/>
          <w:rtl/>
        </w:rPr>
        <w:t xml:space="preserve"> </w:t>
      </w:r>
      <w:r w:rsidRPr="00B90B65">
        <w:rPr>
          <w:rFonts w:ascii="Sakkal Majalla" w:hAnsi="Sakkal Majalla" w:cs="Sakkal Majalla" w:hint="cs"/>
          <w:szCs w:val="28"/>
          <w:rtl/>
        </w:rPr>
        <w:t>المملكة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العربية</w:t>
      </w:r>
      <w:r w:rsidRPr="00B90B65">
        <w:rPr>
          <w:rFonts w:ascii="Sakkal Majalla" w:hAnsi="Sakkal Majalla" w:cs="Sakkal Majalla"/>
          <w:szCs w:val="28"/>
          <w:rtl/>
        </w:rPr>
        <w:t xml:space="preserve"> </w:t>
      </w:r>
      <w:r w:rsidRPr="00B90B65">
        <w:rPr>
          <w:rFonts w:ascii="Sakkal Majalla" w:hAnsi="Sakkal Majalla" w:cs="Sakkal Majalla" w:hint="cs"/>
          <w:szCs w:val="28"/>
          <w:rtl/>
        </w:rPr>
        <w:t>السعودية</w:t>
      </w:r>
      <w:r w:rsidRPr="00B90B65">
        <w:rPr>
          <w:rFonts w:ascii="Sakkal Majalla" w:hAnsi="Sakkal Majalla" w:cs="Sakkal Majalla"/>
          <w:szCs w:val="28"/>
          <w:rtl/>
        </w:rPr>
        <w:t>.</w:t>
      </w:r>
    </w:p>
    <w:p w14:paraId="1F7A1F0A" w14:textId="740DB422" w:rsidR="00C262F6" w:rsidRDefault="00E0531E" w:rsidP="00C262F6">
      <w:pPr>
        <w:bidi/>
        <w:spacing w:line="360" w:lineRule="auto"/>
        <w:rPr>
          <w:rFonts w:ascii="Sakkal Majalla" w:hAnsi="Sakkal Majalla" w:cs="Sakkal Majalla"/>
          <w:szCs w:val="28"/>
          <w:rtl/>
        </w:rPr>
      </w:pPr>
      <w:r w:rsidRPr="00E0531E">
        <w:rPr>
          <w:rFonts w:ascii="Sakkal Majalla" w:hAnsi="Sakkal Majalla" w:cs="Sakkal Majalla"/>
          <w:noProof/>
          <w:szCs w:val="28"/>
          <w:rtl/>
        </w:rPr>
        <w:drawing>
          <wp:inline distT="0" distB="0" distL="0" distR="0" wp14:anchorId="4CC47390" wp14:editId="00DAFD32">
            <wp:extent cx="3919992" cy="1727386"/>
            <wp:effectExtent l="0" t="0" r="4445" b="6350"/>
            <wp:docPr id="17965111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1117" name="Picture 1" descr="A diagram of a diagram&#10;&#10;AI-generated content may be incorrect."/>
                    <pic:cNvPicPr/>
                  </pic:nvPicPr>
                  <pic:blipFill>
                    <a:blip r:embed="rId9"/>
                    <a:stretch>
                      <a:fillRect/>
                    </a:stretch>
                  </pic:blipFill>
                  <pic:spPr>
                    <a:xfrm>
                      <a:off x="0" y="0"/>
                      <a:ext cx="3935668" cy="1734294"/>
                    </a:xfrm>
                    <a:prstGeom prst="rect">
                      <a:avLst/>
                    </a:prstGeom>
                  </pic:spPr>
                </pic:pic>
              </a:graphicData>
            </a:graphic>
          </wp:inline>
        </w:drawing>
      </w:r>
    </w:p>
    <w:p w14:paraId="08A06AD1" w14:textId="7EFC5544" w:rsidR="00037438" w:rsidRPr="008A05BE" w:rsidRDefault="00B704C2" w:rsidP="00083D43">
      <w:pPr>
        <w:bidi/>
        <w:spacing w:line="360" w:lineRule="auto"/>
        <w:rPr>
          <w:rFonts w:ascii="Sakkal Majalla" w:hAnsi="Sakkal Majalla" w:cs="Sakkal Majalla"/>
          <w:b/>
          <w:bCs/>
          <w:sz w:val="32"/>
          <w:szCs w:val="32"/>
        </w:rPr>
      </w:pPr>
      <w:r w:rsidRPr="008A05BE">
        <w:rPr>
          <w:rFonts w:ascii="Sakkal Majalla" w:hAnsi="Sakkal Majalla" w:cs="Sakkal Majalla" w:hint="cs"/>
          <w:b/>
          <w:bCs/>
          <w:sz w:val="32"/>
          <w:szCs w:val="32"/>
          <w:rtl/>
        </w:rPr>
        <w:lastRenderedPageBreak/>
        <w:t>2.</w:t>
      </w:r>
      <w:r w:rsidR="00751AB9">
        <w:rPr>
          <w:rFonts w:ascii="Sakkal Majalla" w:hAnsi="Sakkal Majalla" w:cs="Sakkal Majalla" w:hint="cs"/>
          <w:b/>
          <w:bCs/>
          <w:sz w:val="32"/>
          <w:szCs w:val="32"/>
          <w:rtl/>
        </w:rPr>
        <w:t>7</w:t>
      </w:r>
      <w:r w:rsidRPr="008A05BE">
        <w:rPr>
          <w:rFonts w:ascii="Sakkal Majalla" w:hAnsi="Sakkal Majalla" w:cs="Sakkal Majalla"/>
          <w:b/>
          <w:bCs/>
          <w:sz w:val="32"/>
          <w:szCs w:val="32"/>
        </w:rPr>
        <w:t xml:space="preserve"> </w:t>
      </w:r>
      <w:proofErr w:type="spellStart"/>
      <w:r w:rsidRPr="008A05BE">
        <w:rPr>
          <w:rFonts w:ascii="Sakkal Majalla" w:hAnsi="Sakkal Majalla" w:cs="Sakkal Majalla"/>
          <w:b/>
          <w:bCs/>
          <w:sz w:val="32"/>
          <w:szCs w:val="32"/>
        </w:rPr>
        <w:t>فرضيات</w:t>
      </w:r>
      <w:proofErr w:type="spellEnd"/>
      <w:r w:rsidRPr="008A05BE">
        <w:rPr>
          <w:rFonts w:ascii="Sakkal Majalla" w:hAnsi="Sakkal Majalla" w:cs="Sakkal Majalla"/>
          <w:b/>
          <w:bCs/>
          <w:sz w:val="32"/>
          <w:szCs w:val="32"/>
        </w:rPr>
        <w:t xml:space="preserve"> </w:t>
      </w:r>
      <w:proofErr w:type="spellStart"/>
      <w:r w:rsidRPr="008A05BE">
        <w:rPr>
          <w:rFonts w:ascii="Sakkal Majalla" w:hAnsi="Sakkal Majalla" w:cs="Sakkal Majalla"/>
          <w:b/>
          <w:bCs/>
          <w:sz w:val="32"/>
          <w:szCs w:val="32"/>
        </w:rPr>
        <w:t>الدراسة</w:t>
      </w:r>
      <w:proofErr w:type="spellEnd"/>
    </w:p>
    <w:p w14:paraId="6AB53895" w14:textId="47E17037" w:rsidR="00366B82" w:rsidRPr="00366B82" w:rsidRDefault="00366B82" w:rsidP="00634497">
      <w:pPr>
        <w:bidi/>
        <w:spacing w:before="100" w:beforeAutospacing="1" w:after="100" w:afterAutospacing="1" w:line="240" w:lineRule="auto"/>
        <w:ind w:left="360"/>
        <w:jc w:val="lowKashida"/>
        <w:rPr>
          <w:rFonts w:ascii="Sakkal Majalla" w:hAnsi="Sakkal Majalla" w:cs="Sakkal Majalla"/>
          <w:szCs w:val="28"/>
        </w:rPr>
      </w:pPr>
      <w:r>
        <w:rPr>
          <w:rFonts w:ascii="Sakkal Majalla" w:hAnsi="Sakkal Majalla" w:cs="Sakkal Majalla" w:hint="cs"/>
          <w:szCs w:val="28"/>
          <w:rtl/>
        </w:rPr>
        <w:t>ا</w:t>
      </w:r>
      <w:r w:rsidRPr="00366B82">
        <w:rPr>
          <w:rFonts w:ascii="Sakkal Majalla" w:hAnsi="Sakkal Majalla" w:cs="Sakkal Majalla" w:hint="cs"/>
          <w:szCs w:val="28"/>
          <w:rtl/>
        </w:rPr>
        <w:t>نطلاقًا</w:t>
      </w:r>
      <w:r w:rsidRPr="00366B82">
        <w:rPr>
          <w:rFonts w:ascii="Sakkal Majalla" w:hAnsi="Sakkal Majalla" w:cs="Sakkal Majalla"/>
          <w:szCs w:val="28"/>
          <w:rtl/>
        </w:rPr>
        <w:t xml:space="preserve"> </w:t>
      </w:r>
      <w:r w:rsidRPr="00366B82">
        <w:rPr>
          <w:rFonts w:ascii="Sakkal Majalla" w:hAnsi="Sakkal Majalla" w:cs="Sakkal Majalla" w:hint="cs"/>
          <w:szCs w:val="28"/>
          <w:rtl/>
        </w:rPr>
        <w:t>من</w:t>
      </w:r>
      <w:r w:rsidRPr="00366B82">
        <w:rPr>
          <w:rFonts w:ascii="Sakkal Majalla" w:hAnsi="Sakkal Majalla" w:cs="Sakkal Majalla"/>
          <w:szCs w:val="28"/>
          <w:rtl/>
        </w:rPr>
        <w:t xml:space="preserve"> </w:t>
      </w:r>
      <w:r w:rsidRPr="00366B82">
        <w:rPr>
          <w:rFonts w:ascii="Sakkal Majalla" w:hAnsi="Sakkal Majalla" w:cs="Sakkal Majalla" w:hint="cs"/>
          <w:szCs w:val="28"/>
          <w:rtl/>
        </w:rPr>
        <w:t>الإطار</w:t>
      </w:r>
      <w:r w:rsidRPr="00366B82">
        <w:rPr>
          <w:rFonts w:ascii="Sakkal Majalla" w:hAnsi="Sakkal Majalla" w:cs="Sakkal Majalla"/>
          <w:szCs w:val="28"/>
          <w:rtl/>
        </w:rPr>
        <w:t xml:space="preserve"> </w:t>
      </w:r>
      <w:r w:rsidRPr="00366B82">
        <w:rPr>
          <w:rFonts w:ascii="Sakkal Majalla" w:hAnsi="Sakkal Majalla" w:cs="Sakkal Majalla" w:hint="cs"/>
          <w:szCs w:val="28"/>
          <w:rtl/>
        </w:rPr>
        <w:t>النظري</w:t>
      </w:r>
      <w:r w:rsidRPr="00366B82">
        <w:rPr>
          <w:rFonts w:ascii="Sakkal Majalla" w:hAnsi="Sakkal Majalla" w:cs="Sakkal Majalla"/>
          <w:szCs w:val="28"/>
          <w:rtl/>
        </w:rPr>
        <w:t xml:space="preserve"> </w:t>
      </w:r>
      <w:r w:rsidRPr="00366B82">
        <w:rPr>
          <w:rFonts w:ascii="Sakkal Majalla" w:hAnsi="Sakkal Majalla" w:cs="Sakkal Majalla" w:hint="cs"/>
          <w:szCs w:val="28"/>
          <w:rtl/>
        </w:rPr>
        <w:t>الذي</w:t>
      </w:r>
      <w:r w:rsidRPr="00366B82">
        <w:rPr>
          <w:rFonts w:ascii="Sakkal Majalla" w:hAnsi="Sakkal Majalla" w:cs="Sakkal Majalla"/>
          <w:szCs w:val="28"/>
          <w:rtl/>
        </w:rPr>
        <w:t xml:space="preserve"> </w:t>
      </w:r>
      <w:r w:rsidRPr="00366B82">
        <w:rPr>
          <w:rFonts w:ascii="Sakkal Majalla" w:hAnsi="Sakkal Majalla" w:cs="Sakkal Majalla" w:hint="cs"/>
          <w:szCs w:val="28"/>
          <w:rtl/>
        </w:rPr>
        <w:t>يدمج</w:t>
      </w:r>
      <w:r w:rsidRPr="00366B82">
        <w:rPr>
          <w:rFonts w:ascii="Sakkal Majalla" w:hAnsi="Sakkal Majalla" w:cs="Sakkal Majalla"/>
          <w:szCs w:val="28"/>
          <w:rtl/>
        </w:rPr>
        <w:t xml:space="preserve"> </w:t>
      </w:r>
      <w:r w:rsidRPr="00366B82">
        <w:rPr>
          <w:rFonts w:ascii="Sakkal Majalla" w:hAnsi="Sakkal Majalla" w:cs="Sakkal Majalla" w:hint="cs"/>
          <w:szCs w:val="28"/>
          <w:rtl/>
        </w:rPr>
        <w:t>بين</w:t>
      </w:r>
      <w:r w:rsidRPr="00366B82">
        <w:rPr>
          <w:rFonts w:ascii="Sakkal Majalla" w:hAnsi="Sakkal Majalla" w:cs="Sakkal Majalla"/>
          <w:szCs w:val="28"/>
          <w:rtl/>
        </w:rPr>
        <w:t xml:space="preserve"> </w:t>
      </w:r>
      <w:r w:rsidRPr="00366B82">
        <w:rPr>
          <w:rFonts w:ascii="Sakkal Majalla" w:hAnsi="Sakkal Majalla" w:cs="Sakkal Majalla" w:hint="cs"/>
          <w:szCs w:val="28"/>
          <w:rtl/>
        </w:rPr>
        <w:t>العوامل</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التمكينية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الداخلية،</w:t>
      </w:r>
      <w:r w:rsidRPr="00366B82">
        <w:rPr>
          <w:rFonts w:ascii="Sakkal Majalla" w:hAnsi="Sakkal Majalla" w:cs="Sakkal Majalla"/>
          <w:szCs w:val="28"/>
          <w:rtl/>
        </w:rPr>
        <w:t xml:space="preserve"> </w:t>
      </w:r>
      <w:r w:rsidRPr="00366B82">
        <w:rPr>
          <w:rFonts w:ascii="Sakkal Majalla" w:hAnsi="Sakkal Majalla" w:cs="Sakkal Majalla" w:hint="cs"/>
          <w:szCs w:val="28"/>
          <w:rtl/>
        </w:rPr>
        <w:t>والدور</w:t>
      </w:r>
      <w:r w:rsidRPr="00366B82">
        <w:rPr>
          <w:rFonts w:ascii="Sakkal Majalla" w:hAnsi="Sakkal Majalla" w:cs="Sakkal Majalla"/>
          <w:szCs w:val="28"/>
          <w:rtl/>
        </w:rPr>
        <w:t xml:space="preserve"> </w:t>
      </w:r>
      <w:proofErr w:type="spellStart"/>
      <w:r w:rsidRPr="00366B82">
        <w:rPr>
          <w:rFonts w:ascii="Sakkal Majalla" w:hAnsi="Sakkal Majalla" w:cs="Sakkal Majalla" w:hint="cs"/>
          <w:szCs w:val="28"/>
          <w:rtl/>
        </w:rPr>
        <w:t>التمكيني</w:t>
      </w:r>
      <w:proofErr w:type="spellEnd"/>
      <w:r w:rsidRPr="00366B82">
        <w:rPr>
          <w:rFonts w:ascii="Sakkal Majalla" w:hAnsi="Sakkal Majalla" w:cs="Sakkal Majalla"/>
          <w:szCs w:val="28"/>
          <w:rtl/>
        </w:rPr>
        <w:t xml:space="preserve"> </w:t>
      </w:r>
      <w:r w:rsidRPr="00366B82">
        <w:rPr>
          <w:rFonts w:ascii="Sakkal Majalla" w:hAnsi="Sakkal Majalla" w:cs="Sakkal Majalla" w:hint="cs"/>
          <w:szCs w:val="28"/>
          <w:rtl/>
        </w:rPr>
        <w:t>للشركات</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الاستشارية،</w:t>
      </w:r>
      <w:r w:rsidRPr="00366B82">
        <w:rPr>
          <w:rFonts w:ascii="Sakkal Majalla" w:hAnsi="Sakkal Majalla" w:cs="Sakkal Majalla"/>
          <w:szCs w:val="28"/>
          <w:rtl/>
        </w:rPr>
        <w:t xml:space="preserve"> </w:t>
      </w:r>
      <w:r w:rsidRPr="00366B82">
        <w:rPr>
          <w:rFonts w:ascii="Sakkal Majalla" w:hAnsi="Sakkal Majalla" w:cs="Sakkal Majalla" w:hint="cs"/>
          <w:szCs w:val="28"/>
          <w:rtl/>
        </w:rPr>
        <w:t>ومفهوم</w:t>
      </w:r>
      <w:r w:rsidRPr="00366B82">
        <w:rPr>
          <w:rFonts w:ascii="Sakkal Majalla" w:hAnsi="Sakkal Majalla" w:cs="Sakkal Majalla"/>
          <w:szCs w:val="28"/>
          <w:rtl/>
        </w:rPr>
        <w:t xml:space="preserve"> </w:t>
      </w:r>
      <w:r w:rsidRPr="00366B82">
        <w:rPr>
          <w:rFonts w:ascii="Sakkal Majalla" w:hAnsi="Sakkal Majalla" w:cs="Sakkal Majalla" w:hint="cs"/>
          <w:szCs w:val="28"/>
          <w:rtl/>
        </w:rPr>
        <w:t>القدرة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الامتصاصية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المعرفية،</w:t>
      </w:r>
      <w:r w:rsidRPr="00366B82">
        <w:rPr>
          <w:rFonts w:ascii="Sakkal Majalla" w:hAnsi="Sakkal Majalla" w:cs="Sakkal Majalla"/>
          <w:szCs w:val="28"/>
          <w:rtl/>
        </w:rPr>
        <w:t xml:space="preserve"> </w:t>
      </w:r>
      <w:r w:rsidRPr="00366B82">
        <w:rPr>
          <w:rFonts w:ascii="Sakkal Majalla" w:hAnsi="Sakkal Majalla" w:cs="Sakkal Majalla" w:hint="cs"/>
          <w:szCs w:val="28"/>
          <w:rtl/>
        </w:rPr>
        <w:t>واستنادًا</w:t>
      </w:r>
      <w:r w:rsidRPr="00366B82">
        <w:rPr>
          <w:rFonts w:ascii="Sakkal Majalla" w:hAnsi="Sakkal Majalla" w:cs="Sakkal Majalla"/>
          <w:szCs w:val="28"/>
          <w:rtl/>
        </w:rPr>
        <w:t xml:space="preserve"> </w:t>
      </w:r>
      <w:r w:rsidRPr="00366B82">
        <w:rPr>
          <w:rFonts w:ascii="Sakkal Majalla" w:hAnsi="Sakkal Majalla" w:cs="Sakkal Majalla" w:hint="cs"/>
          <w:szCs w:val="28"/>
          <w:rtl/>
        </w:rPr>
        <w:t>إلى</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التصور</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المفاهيمي</w:t>
      </w:r>
      <w:r w:rsidRPr="00366B82">
        <w:rPr>
          <w:rFonts w:ascii="Sakkal Majalla" w:hAnsi="Sakkal Majalla" w:cs="Sakkal Majalla"/>
          <w:szCs w:val="28"/>
          <w:rtl/>
        </w:rPr>
        <w:t xml:space="preserve"> </w:t>
      </w:r>
      <w:r w:rsidRPr="00366B82">
        <w:rPr>
          <w:rFonts w:ascii="Sakkal Majalla" w:hAnsi="Sakkal Majalla" w:cs="Sakkal Majalla" w:hint="cs"/>
          <w:szCs w:val="28"/>
          <w:rtl/>
        </w:rPr>
        <w:t>الذي</w:t>
      </w:r>
      <w:r w:rsidRPr="00366B82">
        <w:rPr>
          <w:rFonts w:ascii="Sakkal Majalla" w:hAnsi="Sakkal Majalla" w:cs="Sakkal Majalla"/>
          <w:szCs w:val="28"/>
          <w:rtl/>
        </w:rPr>
        <w:t xml:space="preserve"> </w:t>
      </w:r>
      <w:r w:rsidRPr="00366B82">
        <w:rPr>
          <w:rFonts w:ascii="Sakkal Majalla" w:hAnsi="Sakkal Majalla" w:cs="Sakkal Majalla" w:hint="cs"/>
          <w:szCs w:val="28"/>
          <w:rtl/>
        </w:rPr>
        <w:t>يفترض</w:t>
      </w:r>
      <w:r w:rsidRPr="00366B82">
        <w:rPr>
          <w:rFonts w:ascii="Sakkal Majalla" w:hAnsi="Sakkal Majalla" w:cs="Sakkal Majalla"/>
          <w:szCs w:val="28"/>
          <w:rtl/>
        </w:rPr>
        <w:t xml:space="preserve"> </w:t>
      </w:r>
      <w:r w:rsidRPr="00366B82">
        <w:rPr>
          <w:rFonts w:ascii="Sakkal Majalla" w:hAnsi="Sakkal Majalla" w:cs="Sakkal Majalla" w:hint="cs"/>
          <w:szCs w:val="28"/>
          <w:rtl/>
        </w:rPr>
        <w:t>وجود</w:t>
      </w:r>
      <w:r w:rsidRPr="00366B82">
        <w:rPr>
          <w:rFonts w:ascii="Sakkal Majalla" w:hAnsi="Sakkal Majalla" w:cs="Sakkal Majalla"/>
          <w:szCs w:val="28"/>
          <w:rtl/>
        </w:rPr>
        <w:t xml:space="preserve"> </w:t>
      </w:r>
      <w:r w:rsidRPr="00366B82">
        <w:rPr>
          <w:rFonts w:ascii="Sakkal Majalla" w:hAnsi="Sakkal Majalla" w:cs="Sakkal Majalla" w:hint="cs"/>
          <w:szCs w:val="28"/>
          <w:rtl/>
        </w:rPr>
        <w:t>علاقة</w:t>
      </w:r>
      <w:r w:rsidRPr="00366B82">
        <w:rPr>
          <w:rFonts w:ascii="Sakkal Majalla" w:hAnsi="Sakkal Majalla" w:cs="Sakkal Majalla"/>
          <w:szCs w:val="28"/>
          <w:rtl/>
        </w:rPr>
        <w:t xml:space="preserve"> </w:t>
      </w:r>
      <w:r w:rsidRPr="00366B82">
        <w:rPr>
          <w:rFonts w:ascii="Sakkal Majalla" w:hAnsi="Sakkal Majalla" w:cs="Sakkal Majalla" w:hint="cs"/>
          <w:szCs w:val="28"/>
          <w:rtl/>
        </w:rPr>
        <w:t>تكاملية</w:t>
      </w:r>
      <w:r w:rsidRPr="00366B82">
        <w:rPr>
          <w:rFonts w:ascii="Sakkal Majalla" w:hAnsi="Sakkal Majalla" w:cs="Sakkal Majalla"/>
          <w:szCs w:val="28"/>
          <w:rtl/>
        </w:rPr>
        <w:t xml:space="preserve"> </w:t>
      </w:r>
      <w:r w:rsidRPr="00366B82">
        <w:rPr>
          <w:rFonts w:ascii="Sakkal Majalla" w:hAnsi="Sakkal Majalla" w:cs="Sakkal Majalla" w:hint="cs"/>
          <w:szCs w:val="28"/>
          <w:rtl/>
        </w:rPr>
        <w:t>بين</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المتغيرات</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المؤثرة</w:t>
      </w:r>
      <w:r w:rsidRPr="00366B82">
        <w:rPr>
          <w:rFonts w:ascii="Sakkal Majalla" w:hAnsi="Sakkal Majalla" w:cs="Sakkal Majalla"/>
          <w:szCs w:val="28"/>
          <w:rtl/>
        </w:rPr>
        <w:t xml:space="preserve"> </w:t>
      </w:r>
      <w:r w:rsidRPr="00366B82">
        <w:rPr>
          <w:rFonts w:ascii="Sakkal Majalla" w:hAnsi="Sakkal Majalla" w:cs="Sakkal Majalla" w:hint="cs"/>
          <w:szCs w:val="28"/>
          <w:rtl/>
        </w:rPr>
        <w:t>على</w:t>
      </w:r>
      <w:r w:rsidRPr="00366B82">
        <w:rPr>
          <w:rFonts w:ascii="Sakkal Majalla" w:hAnsi="Sakkal Majalla" w:cs="Sakkal Majalla"/>
          <w:szCs w:val="28"/>
          <w:rtl/>
        </w:rPr>
        <w:t xml:space="preserve"> </w:t>
      </w:r>
      <w:r w:rsidRPr="00366B82">
        <w:rPr>
          <w:rFonts w:ascii="Sakkal Majalla" w:hAnsi="Sakkal Majalla" w:cs="Sakkal Majalla" w:hint="cs"/>
          <w:szCs w:val="28"/>
          <w:rtl/>
        </w:rPr>
        <w:t>استدامة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الابتكار</w:t>
      </w:r>
      <w:r w:rsidRPr="00366B82">
        <w:rPr>
          <w:rFonts w:ascii="Sakkal Majalla" w:hAnsi="Sakkal Majalla" w:cs="Sakkal Majalla"/>
          <w:szCs w:val="28"/>
          <w:rtl/>
        </w:rPr>
        <w:t xml:space="preserve"> </w:t>
      </w:r>
      <w:r w:rsidRPr="00366B82">
        <w:rPr>
          <w:rFonts w:ascii="Sakkal Majalla" w:hAnsi="Sakkal Majalla" w:cs="Sakkal Majalla" w:hint="cs"/>
          <w:szCs w:val="28"/>
          <w:rtl/>
        </w:rPr>
        <w:t>في</w:t>
      </w:r>
      <w:r w:rsidRPr="00366B82">
        <w:rPr>
          <w:rFonts w:ascii="Sakkal Majalla" w:hAnsi="Sakkal Majalla" w:cs="Sakkal Majalla"/>
          <w:szCs w:val="28"/>
          <w:rtl/>
        </w:rPr>
        <w:t xml:space="preserve"> </w:t>
      </w:r>
      <w:r w:rsidRPr="00366B82">
        <w:rPr>
          <w:rFonts w:ascii="Sakkal Majalla" w:hAnsi="Sakkal Majalla" w:cs="Sakkal Majalla" w:hint="cs"/>
          <w:szCs w:val="28"/>
          <w:rtl/>
        </w:rPr>
        <w:t>القطاع</w:t>
      </w:r>
      <w:r w:rsidRPr="00366B82">
        <w:rPr>
          <w:rFonts w:ascii="Sakkal Majalla" w:hAnsi="Sakkal Majalla" w:cs="Sakkal Majalla"/>
          <w:szCs w:val="28"/>
          <w:rtl/>
        </w:rPr>
        <w:t xml:space="preserve"> </w:t>
      </w:r>
      <w:r w:rsidRPr="00366B82">
        <w:rPr>
          <w:rFonts w:ascii="Sakkal Majalla" w:hAnsi="Sakkal Majalla" w:cs="Sakkal Majalla" w:hint="cs"/>
          <w:szCs w:val="28"/>
          <w:rtl/>
        </w:rPr>
        <w:t>الحكومي،</w:t>
      </w:r>
      <w:r w:rsidRPr="00366B82">
        <w:rPr>
          <w:rFonts w:ascii="Sakkal Majalla" w:hAnsi="Sakkal Majalla" w:cs="Sakkal Majalla"/>
          <w:szCs w:val="28"/>
          <w:rtl/>
        </w:rPr>
        <w:t xml:space="preserve"> </w:t>
      </w:r>
      <w:r w:rsidRPr="00366B82">
        <w:rPr>
          <w:rFonts w:ascii="Sakkal Majalla" w:hAnsi="Sakkal Majalla" w:cs="Sakkal Majalla" w:hint="cs"/>
          <w:szCs w:val="28"/>
          <w:rtl/>
        </w:rPr>
        <w:t>تم</w:t>
      </w:r>
      <w:r w:rsidRPr="00366B82">
        <w:rPr>
          <w:rFonts w:ascii="Sakkal Majalla" w:hAnsi="Sakkal Majalla" w:cs="Sakkal Majalla"/>
          <w:szCs w:val="28"/>
          <w:rtl/>
        </w:rPr>
        <w:t xml:space="preserve"> </w:t>
      </w:r>
      <w:r w:rsidRPr="00366B82">
        <w:rPr>
          <w:rFonts w:ascii="Sakkal Majalla" w:hAnsi="Sakkal Majalla" w:cs="Sakkal Majalla" w:hint="cs"/>
          <w:szCs w:val="28"/>
          <w:rtl/>
        </w:rPr>
        <w:t>اشتقاق</w:t>
      </w:r>
      <w:r w:rsidRPr="00366B82">
        <w:rPr>
          <w:rFonts w:ascii="Sakkal Majalla" w:hAnsi="Sakkal Majalla" w:cs="Sakkal Majalla"/>
          <w:szCs w:val="28"/>
          <w:rtl/>
        </w:rPr>
        <w:t xml:space="preserve"> </w:t>
      </w:r>
      <w:r w:rsidRPr="00366B82">
        <w:rPr>
          <w:rFonts w:ascii="Sakkal Majalla" w:hAnsi="Sakkal Majalla" w:cs="Sakkal Majalla" w:hint="cs"/>
          <w:szCs w:val="28"/>
          <w:rtl/>
        </w:rPr>
        <w:t>الفرضيات</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التالية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التي</w:t>
      </w:r>
      <w:r w:rsidRPr="00366B82">
        <w:rPr>
          <w:rFonts w:ascii="Sakkal Majalla" w:hAnsi="Sakkal Majalla" w:cs="Sakkal Majalla"/>
          <w:szCs w:val="28"/>
          <w:rtl/>
        </w:rPr>
        <w:t xml:space="preserve"> </w:t>
      </w:r>
      <w:r w:rsidRPr="00366B82">
        <w:rPr>
          <w:rFonts w:ascii="Sakkal Majalla" w:hAnsi="Sakkal Majalla" w:cs="Sakkal Majalla" w:hint="cs"/>
          <w:szCs w:val="28"/>
          <w:rtl/>
        </w:rPr>
        <w:t>ستُختبر</w:t>
      </w:r>
      <w:r w:rsidRPr="00366B82">
        <w:rPr>
          <w:rFonts w:ascii="Sakkal Majalla" w:hAnsi="Sakkal Majalla" w:cs="Sakkal Majalla"/>
          <w:szCs w:val="28"/>
          <w:rtl/>
        </w:rPr>
        <w:t xml:space="preserve"> </w:t>
      </w:r>
      <w:r w:rsidRPr="00366B82">
        <w:rPr>
          <w:rFonts w:ascii="Sakkal Majalla" w:hAnsi="Sakkal Majalla" w:cs="Sakkal Majalla" w:hint="cs"/>
          <w:szCs w:val="28"/>
          <w:rtl/>
        </w:rPr>
        <w:t>ميدانيًا</w:t>
      </w:r>
      <w:r w:rsidRPr="00366B82">
        <w:rPr>
          <w:rFonts w:ascii="Sakkal Majalla" w:hAnsi="Sakkal Majalla" w:cs="Sakkal Majalla"/>
          <w:szCs w:val="28"/>
          <w:rtl/>
        </w:rPr>
        <w:t>:</w:t>
      </w:r>
    </w:p>
    <w:p w14:paraId="45489BFF" w14:textId="77777777" w:rsidR="00366B82" w:rsidRPr="00366B82" w:rsidRDefault="00366B82" w:rsidP="00634497">
      <w:pPr>
        <w:bidi/>
        <w:spacing w:before="100" w:beforeAutospacing="1" w:after="100" w:afterAutospacing="1" w:line="240" w:lineRule="auto"/>
        <w:ind w:left="360"/>
        <w:jc w:val="lowKashida"/>
        <w:rPr>
          <w:rFonts w:ascii="Sakkal Majalla" w:hAnsi="Sakkal Majalla" w:cs="Sakkal Majalla"/>
          <w:szCs w:val="28"/>
        </w:rPr>
      </w:pPr>
    </w:p>
    <w:p w14:paraId="37937073" w14:textId="53643F69" w:rsidR="00366B82" w:rsidRPr="00366B82" w:rsidRDefault="00366B82" w:rsidP="00634497">
      <w:pPr>
        <w:pStyle w:val="ListParagraph"/>
        <w:numPr>
          <w:ilvl w:val="0"/>
          <w:numId w:val="63"/>
        </w:numPr>
        <w:bidi/>
        <w:spacing w:before="100" w:beforeAutospacing="1" w:after="100" w:afterAutospacing="1" w:line="240" w:lineRule="auto"/>
        <w:jc w:val="lowKashida"/>
        <w:rPr>
          <w:rFonts w:ascii="Sakkal Majalla" w:hAnsi="Sakkal Majalla" w:cs="Sakkal Majalla"/>
          <w:szCs w:val="28"/>
        </w:rPr>
      </w:pPr>
      <w:r w:rsidRPr="00366B82">
        <w:rPr>
          <w:rFonts w:ascii="Sakkal Majalla" w:hAnsi="Sakkal Majalla" w:cs="Sakkal Majalla" w:hint="cs"/>
          <w:szCs w:val="28"/>
          <w:rtl/>
        </w:rPr>
        <w:t>توجد</w:t>
      </w:r>
      <w:r w:rsidRPr="00366B82">
        <w:rPr>
          <w:rFonts w:ascii="Sakkal Majalla" w:hAnsi="Sakkal Majalla" w:cs="Sakkal Majalla"/>
          <w:szCs w:val="28"/>
          <w:rtl/>
        </w:rPr>
        <w:t xml:space="preserve"> </w:t>
      </w:r>
      <w:r w:rsidRPr="00366B82">
        <w:rPr>
          <w:rFonts w:ascii="Sakkal Majalla" w:hAnsi="Sakkal Majalla" w:cs="Sakkal Majalla" w:hint="cs"/>
          <w:szCs w:val="28"/>
          <w:rtl/>
        </w:rPr>
        <w:t>علاقة</w:t>
      </w:r>
      <w:r w:rsidRPr="00366B82">
        <w:rPr>
          <w:rFonts w:ascii="Sakkal Majalla" w:hAnsi="Sakkal Majalla" w:cs="Sakkal Majalla"/>
          <w:szCs w:val="28"/>
          <w:rtl/>
        </w:rPr>
        <w:t xml:space="preserve"> </w:t>
      </w:r>
      <w:r w:rsidRPr="00366B82">
        <w:rPr>
          <w:rFonts w:ascii="Sakkal Majalla" w:hAnsi="Sakkal Majalla" w:cs="Sakkal Majalla" w:hint="cs"/>
          <w:szCs w:val="28"/>
          <w:rtl/>
        </w:rPr>
        <w:t>إيجابية</w:t>
      </w:r>
      <w:r w:rsidRPr="00366B82">
        <w:rPr>
          <w:rFonts w:ascii="Sakkal Majalla" w:hAnsi="Sakkal Majalla" w:cs="Sakkal Majalla"/>
          <w:szCs w:val="28"/>
          <w:rtl/>
        </w:rPr>
        <w:t xml:space="preserve"> </w:t>
      </w:r>
      <w:r w:rsidRPr="00366B82">
        <w:rPr>
          <w:rFonts w:ascii="Sakkal Majalla" w:hAnsi="Sakkal Majalla" w:cs="Sakkal Majalla" w:hint="cs"/>
          <w:szCs w:val="28"/>
          <w:rtl/>
        </w:rPr>
        <w:t>ذات</w:t>
      </w:r>
      <w:r w:rsidRPr="00366B82">
        <w:rPr>
          <w:rFonts w:ascii="Sakkal Majalla" w:hAnsi="Sakkal Majalla" w:cs="Sakkal Majalla"/>
          <w:szCs w:val="28"/>
          <w:rtl/>
        </w:rPr>
        <w:t xml:space="preserve"> </w:t>
      </w:r>
      <w:r w:rsidRPr="00366B82">
        <w:rPr>
          <w:rFonts w:ascii="Sakkal Majalla" w:hAnsi="Sakkal Majalla" w:cs="Sakkal Majalla" w:hint="cs"/>
          <w:szCs w:val="28"/>
          <w:rtl/>
        </w:rPr>
        <w:t>دلالة</w:t>
      </w:r>
      <w:r w:rsidRPr="00366B82">
        <w:rPr>
          <w:rFonts w:ascii="Sakkal Majalla" w:hAnsi="Sakkal Majalla" w:cs="Sakkal Majalla"/>
          <w:szCs w:val="28"/>
          <w:rtl/>
        </w:rPr>
        <w:t xml:space="preserve"> </w:t>
      </w:r>
      <w:r w:rsidRPr="00366B82">
        <w:rPr>
          <w:rFonts w:ascii="Sakkal Majalla" w:hAnsi="Sakkal Majalla" w:cs="Sakkal Majalla" w:hint="cs"/>
          <w:szCs w:val="28"/>
          <w:rtl/>
        </w:rPr>
        <w:t>إحصائية</w:t>
      </w:r>
      <w:r w:rsidRPr="00366B82">
        <w:rPr>
          <w:rFonts w:ascii="Sakkal Majalla" w:hAnsi="Sakkal Majalla" w:cs="Sakkal Majalla"/>
          <w:szCs w:val="28"/>
          <w:rtl/>
        </w:rPr>
        <w:t xml:space="preserve"> </w:t>
      </w:r>
      <w:r w:rsidRPr="00366B82">
        <w:rPr>
          <w:rFonts w:ascii="Sakkal Majalla" w:hAnsi="Sakkal Majalla" w:cs="Sakkal Majalla" w:hint="cs"/>
          <w:szCs w:val="28"/>
          <w:rtl/>
        </w:rPr>
        <w:t>بين</w:t>
      </w:r>
      <w:r w:rsidRPr="00366B82">
        <w:rPr>
          <w:rFonts w:ascii="Sakkal Majalla" w:hAnsi="Sakkal Majalla" w:cs="Sakkal Majalla"/>
          <w:szCs w:val="28"/>
          <w:rtl/>
        </w:rPr>
        <w:t xml:space="preserve"> </w:t>
      </w:r>
      <w:r w:rsidRPr="00366B82">
        <w:rPr>
          <w:rFonts w:ascii="Sakkal Majalla" w:hAnsi="Sakkal Majalla" w:cs="Sakkal Majalla" w:hint="cs"/>
          <w:szCs w:val="28"/>
          <w:rtl/>
        </w:rPr>
        <w:t>توفر</w:t>
      </w:r>
      <w:r w:rsidRPr="00366B82">
        <w:rPr>
          <w:rFonts w:ascii="Sakkal Majalla" w:hAnsi="Sakkal Majalla" w:cs="Sakkal Majalla"/>
          <w:szCs w:val="28"/>
          <w:rtl/>
        </w:rPr>
        <w:t xml:space="preserve"> </w:t>
      </w:r>
      <w:r w:rsidRPr="00366B82">
        <w:rPr>
          <w:rFonts w:ascii="Sakkal Majalla" w:hAnsi="Sakkal Majalla" w:cs="Sakkal Majalla" w:hint="cs"/>
          <w:szCs w:val="28"/>
          <w:rtl/>
        </w:rPr>
        <w:t>العوامل</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التمكينية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الداخلية</w:t>
      </w:r>
      <w:r w:rsidRPr="00366B82">
        <w:rPr>
          <w:rFonts w:ascii="Sakkal Majalla" w:hAnsi="Sakkal Majalla" w:cs="Sakkal Majalla"/>
          <w:szCs w:val="28"/>
          <w:rtl/>
        </w:rPr>
        <w:t xml:space="preserve"> </w:t>
      </w:r>
      <w:r w:rsidRPr="00366B82">
        <w:rPr>
          <w:rFonts w:ascii="Sakkal Majalla" w:hAnsi="Sakkal Majalla" w:cs="Sakkal Majalla" w:hint="cs"/>
          <w:szCs w:val="28"/>
          <w:rtl/>
        </w:rPr>
        <w:t>في</w:t>
      </w:r>
      <w:r w:rsidRPr="00366B82">
        <w:rPr>
          <w:rFonts w:ascii="Sakkal Majalla" w:hAnsi="Sakkal Majalla" w:cs="Sakkal Majalla"/>
          <w:szCs w:val="28"/>
          <w:rtl/>
        </w:rPr>
        <w:t xml:space="preserve"> </w:t>
      </w:r>
      <w:r w:rsidRPr="00366B82">
        <w:rPr>
          <w:rFonts w:ascii="Sakkal Majalla" w:hAnsi="Sakkal Majalla" w:cs="Sakkal Majalla" w:hint="cs"/>
          <w:szCs w:val="28"/>
          <w:rtl/>
        </w:rPr>
        <w:t>الجهة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الحكومية</w:t>
      </w:r>
      <w:r w:rsidRPr="00366B82">
        <w:rPr>
          <w:rFonts w:ascii="Sakkal Majalla" w:hAnsi="Sakkal Majalla" w:cs="Sakkal Majalla"/>
          <w:szCs w:val="28"/>
          <w:rtl/>
        </w:rPr>
        <w:t xml:space="preserve"> (</w:t>
      </w:r>
      <w:r w:rsidRPr="00366B82">
        <w:rPr>
          <w:rFonts w:ascii="Sakkal Majalla" w:hAnsi="Sakkal Majalla" w:cs="Sakkal Majalla" w:hint="cs"/>
          <w:szCs w:val="28"/>
          <w:rtl/>
        </w:rPr>
        <w:t>مثل</w:t>
      </w:r>
      <w:r w:rsidRPr="00366B82">
        <w:rPr>
          <w:rFonts w:ascii="Sakkal Majalla" w:hAnsi="Sakkal Majalla" w:cs="Sakkal Majalla"/>
          <w:szCs w:val="28"/>
          <w:rtl/>
        </w:rPr>
        <w:t xml:space="preserve"> </w:t>
      </w:r>
      <w:r w:rsidRPr="00366B82">
        <w:rPr>
          <w:rFonts w:ascii="Sakkal Majalla" w:hAnsi="Sakkal Majalla" w:cs="Sakkal Majalla" w:hint="cs"/>
          <w:szCs w:val="28"/>
          <w:rtl/>
        </w:rPr>
        <w:t>القيادة،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الثقافة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التنظيمية،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الموارد،</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التعلم</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المؤسسي</w:t>
      </w:r>
      <w:r w:rsidRPr="00366B82">
        <w:rPr>
          <w:rFonts w:ascii="Sakkal Majalla" w:hAnsi="Sakkal Majalla" w:cs="Sakkal Majalla"/>
          <w:szCs w:val="28"/>
          <w:rtl/>
        </w:rPr>
        <w:t xml:space="preserve">) </w:t>
      </w:r>
      <w:r w:rsidRPr="00366B82">
        <w:rPr>
          <w:rFonts w:ascii="Sakkal Majalla" w:hAnsi="Sakkal Majalla" w:cs="Sakkal Majalla" w:hint="cs"/>
          <w:szCs w:val="28"/>
          <w:rtl/>
        </w:rPr>
        <w:t>وبين</w:t>
      </w:r>
      <w:r w:rsidRPr="00366B82">
        <w:rPr>
          <w:rFonts w:ascii="Sakkal Majalla" w:hAnsi="Sakkal Majalla" w:cs="Sakkal Majalla"/>
          <w:szCs w:val="28"/>
          <w:rtl/>
        </w:rPr>
        <w:t xml:space="preserve"> </w:t>
      </w:r>
      <w:r w:rsidRPr="00366B82">
        <w:rPr>
          <w:rFonts w:ascii="Sakkal Majalla" w:hAnsi="Sakkal Majalla" w:cs="Sakkal Majalla" w:hint="cs"/>
          <w:szCs w:val="28"/>
          <w:rtl/>
        </w:rPr>
        <w:t>قدرتها</w:t>
      </w:r>
      <w:r w:rsidRPr="00366B82">
        <w:rPr>
          <w:rFonts w:ascii="Sakkal Majalla" w:hAnsi="Sakkal Majalla" w:cs="Sakkal Majalla"/>
          <w:szCs w:val="28"/>
          <w:rtl/>
        </w:rPr>
        <w:t xml:space="preserve"> </w:t>
      </w:r>
      <w:r w:rsidRPr="00366B82">
        <w:rPr>
          <w:rFonts w:ascii="Sakkal Majalla" w:hAnsi="Sakkal Majalla" w:cs="Sakkal Majalla" w:hint="cs"/>
          <w:szCs w:val="28"/>
          <w:rtl/>
        </w:rPr>
        <w:t>على</w:t>
      </w:r>
      <w:r w:rsidRPr="00366B82">
        <w:rPr>
          <w:rFonts w:ascii="Sakkal Majalla" w:hAnsi="Sakkal Majalla" w:cs="Sakkal Majalla"/>
          <w:szCs w:val="28"/>
          <w:rtl/>
        </w:rPr>
        <w:t xml:space="preserve"> </w:t>
      </w:r>
      <w:r w:rsidRPr="00366B82">
        <w:rPr>
          <w:rFonts w:ascii="Sakkal Majalla" w:hAnsi="Sakkal Majalla" w:cs="Sakkal Majalla" w:hint="cs"/>
          <w:szCs w:val="28"/>
          <w:rtl/>
        </w:rPr>
        <w:t>تبني</w:t>
      </w:r>
      <w:r w:rsidRPr="00366B82">
        <w:rPr>
          <w:rFonts w:ascii="Sakkal Majalla" w:hAnsi="Sakkal Majalla" w:cs="Sakkal Majalla"/>
          <w:szCs w:val="28"/>
          <w:rtl/>
        </w:rPr>
        <w:t xml:space="preserve"> </w:t>
      </w:r>
      <w:r w:rsidRPr="00366B82">
        <w:rPr>
          <w:rFonts w:ascii="Sakkal Majalla" w:hAnsi="Sakkal Majalla" w:cs="Sakkal Majalla" w:hint="cs"/>
          <w:szCs w:val="28"/>
          <w:rtl/>
        </w:rPr>
        <w:t>ممارسات</w:t>
      </w:r>
      <w:r w:rsidRPr="00366B82">
        <w:rPr>
          <w:rFonts w:ascii="Sakkal Majalla" w:hAnsi="Sakkal Majalla" w:cs="Sakkal Majalla"/>
          <w:szCs w:val="28"/>
          <w:rtl/>
        </w:rPr>
        <w:t xml:space="preserve"> </w:t>
      </w:r>
      <w:r w:rsidRPr="00366B82">
        <w:rPr>
          <w:rFonts w:ascii="Sakkal Majalla" w:hAnsi="Sakkal Majalla" w:cs="Sakkal Majalla" w:hint="cs"/>
          <w:szCs w:val="28"/>
          <w:rtl/>
        </w:rPr>
        <w:t>ابتكارية</w:t>
      </w:r>
      <w:r w:rsidRPr="00366B82">
        <w:rPr>
          <w:rFonts w:ascii="Sakkal Majalla" w:hAnsi="Sakkal Majalla" w:cs="Sakkal Majalla"/>
          <w:szCs w:val="28"/>
          <w:rtl/>
        </w:rPr>
        <w:t xml:space="preserve"> </w:t>
      </w:r>
      <w:r w:rsidRPr="00366B82">
        <w:rPr>
          <w:rFonts w:ascii="Sakkal Majalla" w:hAnsi="Sakkal Majalla" w:cs="Sakkal Majalla" w:hint="cs"/>
          <w:szCs w:val="28"/>
          <w:rtl/>
        </w:rPr>
        <w:t>مستدامة</w:t>
      </w:r>
      <w:r w:rsidRPr="00366B82">
        <w:rPr>
          <w:rFonts w:ascii="Sakkal Majalla" w:hAnsi="Sakkal Majalla" w:cs="Sakkal Majalla"/>
          <w:szCs w:val="28"/>
          <w:rtl/>
        </w:rPr>
        <w:t>.</w:t>
      </w:r>
    </w:p>
    <w:p w14:paraId="7627CCA6" w14:textId="6055B742" w:rsidR="00366B82" w:rsidRPr="00366B82" w:rsidRDefault="00366B82" w:rsidP="00634497">
      <w:pPr>
        <w:pStyle w:val="ListParagraph"/>
        <w:numPr>
          <w:ilvl w:val="0"/>
          <w:numId w:val="63"/>
        </w:numPr>
        <w:bidi/>
        <w:spacing w:before="100" w:beforeAutospacing="1" w:after="100" w:afterAutospacing="1" w:line="240" w:lineRule="auto"/>
        <w:jc w:val="lowKashida"/>
        <w:rPr>
          <w:rFonts w:ascii="Sakkal Majalla" w:hAnsi="Sakkal Majalla" w:cs="Sakkal Majalla"/>
          <w:szCs w:val="28"/>
        </w:rPr>
      </w:pPr>
      <w:r w:rsidRPr="00366B82">
        <w:rPr>
          <w:rFonts w:ascii="Sakkal Majalla" w:hAnsi="Sakkal Majalla" w:cs="Sakkal Majalla" w:hint="cs"/>
          <w:szCs w:val="28"/>
          <w:rtl/>
        </w:rPr>
        <w:t>توجد</w:t>
      </w:r>
      <w:r w:rsidRPr="00366B82">
        <w:rPr>
          <w:rFonts w:ascii="Sakkal Majalla" w:hAnsi="Sakkal Majalla" w:cs="Sakkal Majalla"/>
          <w:szCs w:val="28"/>
          <w:rtl/>
        </w:rPr>
        <w:t xml:space="preserve"> </w:t>
      </w:r>
      <w:r w:rsidRPr="00366B82">
        <w:rPr>
          <w:rFonts w:ascii="Sakkal Majalla" w:hAnsi="Sakkal Majalla" w:cs="Sakkal Majalla" w:hint="cs"/>
          <w:szCs w:val="28"/>
          <w:rtl/>
        </w:rPr>
        <w:t>علاقة</w:t>
      </w:r>
      <w:r w:rsidRPr="00366B82">
        <w:rPr>
          <w:rFonts w:ascii="Sakkal Majalla" w:hAnsi="Sakkal Majalla" w:cs="Sakkal Majalla"/>
          <w:szCs w:val="28"/>
          <w:rtl/>
        </w:rPr>
        <w:t xml:space="preserve"> </w:t>
      </w:r>
      <w:r w:rsidRPr="00366B82">
        <w:rPr>
          <w:rFonts w:ascii="Sakkal Majalla" w:hAnsi="Sakkal Majalla" w:cs="Sakkal Majalla" w:hint="cs"/>
          <w:szCs w:val="28"/>
          <w:rtl/>
        </w:rPr>
        <w:t>إيجابية</w:t>
      </w:r>
      <w:r w:rsidRPr="00366B82">
        <w:rPr>
          <w:rFonts w:ascii="Sakkal Majalla" w:hAnsi="Sakkal Majalla" w:cs="Sakkal Majalla"/>
          <w:szCs w:val="28"/>
          <w:rtl/>
        </w:rPr>
        <w:t xml:space="preserve"> </w:t>
      </w:r>
      <w:r w:rsidRPr="00366B82">
        <w:rPr>
          <w:rFonts w:ascii="Sakkal Majalla" w:hAnsi="Sakkal Majalla" w:cs="Sakkal Majalla" w:hint="cs"/>
          <w:szCs w:val="28"/>
          <w:rtl/>
        </w:rPr>
        <w:t>ذات</w:t>
      </w:r>
      <w:r w:rsidRPr="00366B82">
        <w:rPr>
          <w:rFonts w:ascii="Sakkal Majalla" w:hAnsi="Sakkal Majalla" w:cs="Sakkal Majalla"/>
          <w:szCs w:val="28"/>
          <w:rtl/>
        </w:rPr>
        <w:t xml:space="preserve"> </w:t>
      </w:r>
      <w:r w:rsidRPr="00366B82">
        <w:rPr>
          <w:rFonts w:ascii="Sakkal Majalla" w:hAnsi="Sakkal Majalla" w:cs="Sakkal Majalla" w:hint="cs"/>
          <w:szCs w:val="28"/>
          <w:rtl/>
        </w:rPr>
        <w:t>دلالة</w:t>
      </w:r>
      <w:r w:rsidRPr="00366B82">
        <w:rPr>
          <w:rFonts w:ascii="Sakkal Majalla" w:hAnsi="Sakkal Majalla" w:cs="Sakkal Majalla"/>
          <w:szCs w:val="28"/>
          <w:rtl/>
        </w:rPr>
        <w:t xml:space="preserve"> </w:t>
      </w:r>
      <w:r w:rsidRPr="00366B82">
        <w:rPr>
          <w:rFonts w:ascii="Sakkal Majalla" w:hAnsi="Sakkal Majalla" w:cs="Sakkal Majalla" w:hint="cs"/>
          <w:szCs w:val="28"/>
          <w:rtl/>
        </w:rPr>
        <w:t>إحصائية</w:t>
      </w:r>
      <w:r w:rsidRPr="00366B82">
        <w:rPr>
          <w:rFonts w:ascii="Sakkal Majalla" w:hAnsi="Sakkal Majalla" w:cs="Sakkal Majalla"/>
          <w:szCs w:val="28"/>
          <w:rtl/>
        </w:rPr>
        <w:t xml:space="preserve"> </w:t>
      </w:r>
      <w:r w:rsidRPr="00366B82">
        <w:rPr>
          <w:rFonts w:ascii="Sakkal Majalla" w:hAnsi="Sakkal Majalla" w:cs="Sakkal Majalla" w:hint="cs"/>
          <w:szCs w:val="28"/>
          <w:rtl/>
        </w:rPr>
        <w:t>بين</w:t>
      </w:r>
      <w:r w:rsidRPr="00366B82">
        <w:rPr>
          <w:rFonts w:ascii="Sakkal Majalla" w:hAnsi="Sakkal Majalla" w:cs="Sakkal Majalla"/>
          <w:szCs w:val="28"/>
          <w:rtl/>
        </w:rPr>
        <w:t xml:space="preserve"> </w:t>
      </w:r>
      <w:r w:rsidRPr="00366B82">
        <w:rPr>
          <w:rFonts w:ascii="Sakkal Majalla" w:hAnsi="Sakkal Majalla" w:cs="Sakkal Majalla" w:hint="cs"/>
          <w:szCs w:val="28"/>
          <w:rtl/>
        </w:rPr>
        <w:t>الدور</w:t>
      </w:r>
      <w:r w:rsidRPr="00366B82">
        <w:rPr>
          <w:rFonts w:ascii="Sakkal Majalla" w:hAnsi="Sakkal Majalla" w:cs="Sakkal Majalla"/>
          <w:szCs w:val="28"/>
          <w:rtl/>
        </w:rPr>
        <w:t xml:space="preserve"> </w:t>
      </w:r>
      <w:proofErr w:type="spellStart"/>
      <w:r w:rsidRPr="00366B82">
        <w:rPr>
          <w:rFonts w:ascii="Sakkal Majalla" w:hAnsi="Sakkal Majalla" w:cs="Sakkal Majalla" w:hint="cs"/>
          <w:szCs w:val="28"/>
          <w:rtl/>
        </w:rPr>
        <w:t>التمكيني</w:t>
      </w:r>
      <w:proofErr w:type="spellEnd"/>
      <w:r w:rsidRPr="00366B82">
        <w:rPr>
          <w:rFonts w:ascii="Sakkal Majalla" w:hAnsi="Sakkal Majalla" w:cs="Sakkal Majalla"/>
          <w:szCs w:val="28"/>
          <w:rtl/>
        </w:rPr>
        <w:t xml:space="preserve"> </w:t>
      </w:r>
      <w:r w:rsidRPr="00366B82">
        <w:rPr>
          <w:rFonts w:ascii="Sakkal Majalla" w:hAnsi="Sakkal Majalla" w:cs="Sakkal Majalla" w:hint="cs"/>
          <w:szCs w:val="28"/>
          <w:rtl/>
        </w:rPr>
        <w:t>للشركات</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الاستشارية</w:t>
      </w:r>
      <w:r w:rsidRPr="00366B82">
        <w:rPr>
          <w:rFonts w:ascii="Sakkal Majalla" w:hAnsi="Sakkal Majalla" w:cs="Sakkal Majalla"/>
          <w:szCs w:val="28"/>
          <w:rtl/>
        </w:rPr>
        <w:t xml:space="preserve"> (</w:t>
      </w:r>
      <w:r w:rsidRPr="00366B82">
        <w:rPr>
          <w:rFonts w:ascii="Sakkal Majalla" w:hAnsi="Sakkal Majalla" w:cs="Sakkal Majalla" w:hint="cs"/>
          <w:szCs w:val="28"/>
          <w:rtl/>
        </w:rPr>
        <w:t>بما</w:t>
      </w:r>
      <w:r w:rsidRPr="00366B82">
        <w:rPr>
          <w:rFonts w:ascii="Sakkal Majalla" w:hAnsi="Sakkal Majalla" w:cs="Sakkal Majalla"/>
          <w:szCs w:val="28"/>
          <w:rtl/>
        </w:rPr>
        <w:t xml:space="preserve"> </w:t>
      </w:r>
      <w:r w:rsidRPr="00366B82">
        <w:rPr>
          <w:rFonts w:ascii="Sakkal Majalla" w:hAnsi="Sakkal Majalla" w:cs="Sakkal Majalla" w:hint="cs"/>
          <w:szCs w:val="28"/>
          <w:rtl/>
        </w:rPr>
        <w:t>في</w:t>
      </w:r>
      <w:r w:rsidRPr="00366B82">
        <w:rPr>
          <w:rFonts w:ascii="Sakkal Majalla" w:hAnsi="Sakkal Majalla" w:cs="Sakkal Majalla"/>
          <w:szCs w:val="28"/>
          <w:rtl/>
        </w:rPr>
        <w:t xml:space="preserve"> </w:t>
      </w:r>
      <w:r w:rsidRPr="00366B82">
        <w:rPr>
          <w:rFonts w:ascii="Sakkal Majalla" w:hAnsi="Sakkal Majalla" w:cs="Sakkal Majalla" w:hint="cs"/>
          <w:szCs w:val="28"/>
          <w:rtl/>
        </w:rPr>
        <w:t>ذلك</w:t>
      </w:r>
      <w:r w:rsidRPr="00366B82">
        <w:rPr>
          <w:rFonts w:ascii="Sakkal Majalla" w:hAnsi="Sakkal Majalla" w:cs="Sakkal Majalla"/>
          <w:szCs w:val="28"/>
          <w:rtl/>
        </w:rPr>
        <w:t xml:space="preserve"> </w:t>
      </w:r>
      <w:r w:rsidRPr="00366B82">
        <w:rPr>
          <w:rFonts w:ascii="Sakkal Majalla" w:hAnsi="Sakkal Majalla" w:cs="Sakkal Majalla" w:hint="cs"/>
          <w:szCs w:val="28"/>
          <w:rtl/>
        </w:rPr>
        <w:t>نقل</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المعرفة،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التيسير</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التشاركي،</w:t>
      </w:r>
      <w:r w:rsidRPr="00366B82">
        <w:rPr>
          <w:rFonts w:ascii="Sakkal Majalla" w:hAnsi="Sakkal Majalla" w:cs="Sakkal Majalla"/>
          <w:szCs w:val="28"/>
          <w:rtl/>
        </w:rPr>
        <w:t xml:space="preserve"> </w:t>
      </w:r>
      <w:r w:rsidRPr="00366B82">
        <w:rPr>
          <w:rFonts w:ascii="Sakkal Majalla" w:hAnsi="Sakkal Majalla" w:cs="Sakkal Majalla" w:hint="cs"/>
          <w:szCs w:val="28"/>
          <w:rtl/>
        </w:rPr>
        <w:t>بناء</w:t>
      </w:r>
      <w:r w:rsidRPr="00366B82">
        <w:rPr>
          <w:rFonts w:ascii="Sakkal Majalla" w:hAnsi="Sakkal Majalla" w:cs="Sakkal Majalla"/>
          <w:szCs w:val="28"/>
          <w:rtl/>
        </w:rPr>
        <w:t xml:space="preserve"> </w:t>
      </w:r>
      <w:r w:rsidRPr="00366B82">
        <w:rPr>
          <w:rFonts w:ascii="Sakkal Majalla" w:hAnsi="Sakkal Majalla" w:cs="Sakkal Majalla" w:hint="cs"/>
          <w:szCs w:val="28"/>
          <w:rtl/>
        </w:rPr>
        <w:t>القدرات</w:t>
      </w:r>
      <w:r w:rsidRPr="00366B82">
        <w:rPr>
          <w:rFonts w:ascii="Sakkal Majalla" w:hAnsi="Sakkal Majalla" w:cs="Sakkal Majalla"/>
          <w:szCs w:val="28"/>
          <w:rtl/>
        </w:rPr>
        <w:t xml:space="preserve">) </w:t>
      </w:r>
      <w:r w:rsidRPr="00366B82">
        <w:rPr>
          <w:rFonts w:ascii="Sakkal Majalla" w:hAnsi="Sakkal Majalla" w:cs="Sakkal Majalla" w:hint="cs"/>
          <w:szCs w:val="28"/>
          <w:rtl/>
        </w:rPr>
        <w:t>وبين</w:t>
      </w:r>
      <w:r w:rsidRPr="00366B82">
        <w:rPr>
          <w:rFonts w:ascii="Sakkal Majalla" w:hAnsi="Sakkal Majalla" w:cs="Sakkal Majalla"/>
          <w:szCs w:val="28"/>
          <w:rtl/>
        </w:rPr>
        <w:t xml:space="preserve"> </w:t>
      </w:r>
      <w:r w:rsidRPr="00366B82">
        <w:rPr>
          <w:rFonts w:ascii="Sakkal Majalla" w:hAnsi="Sakkal Majalla" w:cs="Sakkal Majalla" w:hint="cs"/>
          <w:szCs w:val="28"/>
          <w:rtl/>
        </w:rPr>
        <w:t>استمرارية</w:t>
      </w:r>
      <w:r w:rsidRPr="00366B82">
        <w:rPr>
          <w:rFonts w:ascii="Sakkal Majalla" w:hAnsi="Sakkal Majalla" w:cs="Sakkal Majalla"/>
          <w:szCs w:val="28"/>
          <w:rtl/>
        </w:rPr>
        <w:t xml:space="preserve"> </w:t>
      </w:r>
      <w:r w:rsidRPr="00366B82">
        <w:rPr>
          <w:rFonts w:ascii="Sakkal Majalla" w:hAnsi="Sakkal Majalla" w:cs="Sakkal Majalla" w:hint="cs"/>
          <w:szCs w:val="28"/>
          <w:rtl/>
        </w:rPr>
        <w:t>تطبيق</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الابتكار</w:t>
      </w:r>
      <w:r w:rsidRPr="00366B82">
        <w:rPr>
          <w:rFonts w:ascii="Sakkal Majalla" w:hAnsi="Sakkal Majalla" w:cs="Sakkal Majalla"/>
          <w:szCs w:val="28"/>
          <w:rtl/>
        </w:rPr>
        <w:t xml:space="preserve"> </w:t>
      </w:r>
      <w:r w:rsidRPr="00366B82">
        <w:rPr>
          <w:rFonts w:ascii="Sakkal Majalla" w:hAnsi="Sakkal Majalla" w:cs="Sakkal Majalla" w:hint="cs"/>
          <w:szCs w:val="28"/>
          <w:rtl/>
        </w:rPr>
        <w:t>في</w:t>
      </w:r>
      <w:r w:rsidRPr="00366B82">
        <w:rPr>
          <w:rFonts w:ascii="Sakkal Majalla" w:hAnsi="Sakkal Majalla" w:cs="Sakkal Majalla"/>
          <w:szCs w:val="28"/>
          <w:rtl/>
        </w:rPr>
        <w:t xml:space="preserve"> </w:t>
      </w:r>
      <w:r w:rsidRPr="00366B82">
        <w:rPr>
          <w:rFonts w:ascii="Sakkal Majalla" w:hAnsi="Sakkal Majalla" w:cs="Sakkal Majalla" w:hint="cs"/>
          <w:szCs w:val="28"/>
          <w:rtl/>
        </w:rPr>
        <w:t>الجهات</w:t>
      </w:r>
      <w:r w:rsidRPr="00366B82">
        <w:rPr>
          <w:rFonts w:ascii="Sakkal Majalla" w:hAnsi="Sakkal Majalla" w:cs="Sakkal Majalla"/>
          <w:szCs w:val="28"/>
          <w:rtl/>
        </w:rPr>
        <w:t xml:space="preserve"> </w:t>
      </w:r>
      <w:r w:rsidRPr="00366B82">
        <w:rPr>
          <w:rFonts w:ascii="Sakkal Majalla" w:hAnsi="Sakkal Majalla" w:cs="Sakkal Majalla" w:hint="cs"/>
          <w:szCs w:val="28"/>
          <w:rtl/>
        </w:rPr>
        <w:t>الحكومية</w:t>
      </w:r>
      <w:r w:rsidRPr="00366B82">
        <w:rPr>
          <w:rFonts w:ascii="Sakkal Majalla" w:hAnsi="Sakkal Majalla" w:cs="Sakkal Majalla"/>
          <w:szCs w:val="28"/>
          <w:rtl/>
        </w:rPr>
        <w:t xml:space="preserve"> </w:t>
      </w:r>
      <w:r w:rsidRPr="00366B82">
        <w:rPr>
          <w:rFonts w:ascii="Sakkal Majalla" w:hAnsi="Sakkal Majalla" w:cs="Sakkal Majalla" w:hint="cs"/>
          <w:szCs w:val="28"/>
          <w:rtl/>
        </w:rPr>
        <w:t>بعد</w:t>
      </w:r>
      <w:r w:rsidRPr="00366B82">
        <w:rPr>
          <w:rFonts w:ascii="Sakkal Majalla" w:hAnsi="Sakkal Majalla" w:cs="Sakkal Majalla"/>
          <w:szCs w:val="28"/>
          <w:rtl/>
        </w:rPr>
        <w:t xml:space="preserve"> </w:t>
      </w:r>
      <w:r w:rsidRPr="00366B82">
        <w:rPr>
          <w:rFonts w:ascii="Sakkal Majalla" w:hAnsi="Sakkal Majalla" w:cs="Sakkal Majalla" w:hint="cs"/>
          <w:szCs w:val="28"/>
          <w:rtl/>
        </w:rPr>
        <w:t>انتهاء</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التدخل</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الاستشاري</w:t>
      </w:r>
      <w:r w:rsidRPr="00366B82">
        <w:rPr>
          <w:rFonts w:ascii="Sakkal Majalla" w:hAnsi="Sakkal Majalla" w:cs="Sakkal Majalla"/>
          <w:szCs w:val="28"/>
          <w:rtl/>
        </w:rPr>
        <w:t>.</w:t>
      </w:r>
    </w:p>
    <w:p w14:paraId="706E4ADF" w14:textId="6E08BD5E" w:rsidR="00366B82" w:rsidRPr="00366B82" w:rsidRDefault="00366B82" w:rsidP="00634497">
      <w:pPr>
        <w:pStyle w:val="ListParagraph"/>
        <w:numPr>
          <w:ilvl w:val="0"/>
          <w:numId w:val="63"/>
        </w:numPr>
        <w:bidi/>
        <w:spacing w:before="100" w:beforeAutospacing="1" w:after="100" w:afterAutospacing="1" w:line="240" w:lineRule="auto"/>
        <w:jc w:val="lowKashida"/>
        <w:rPr>
          <w:rFonts w:ascii="Sakkal Majalla" w:hAnsi="Sakkal Majalla" w:cs="Sakkal Majalla"/>
          <w:szCs w:val="28"/>
        </w:rPr>
      </w:pPr>
      <w:r w:rsidRPr="00366B82">
        <w:rPr>
          <w:rFonts w:ascii="Sakkal Majalla" w:hAnsi="Sakkal Majalla" w:cs="Sakkal Majalla" w:hint="cs"/>
          <w:szCs w:val="28"/>
          <w:rtl/>
        </w:rPr>
        <w:t>يسهم</w:t>
      </w:r>
      <w:r w:rsidRPr="00366B82">
        <w:rPr>
          <w:rFonts w:ascii="Sakkal Majalla" w:hAnsi="Sakkal Majalla" w:cs="Sakkal Majalla"/>
          <w:szCs w:val="28"/>
          <w:rtl/>
        </w:rPr>
        <w:t xml:space="preserve"> </w:t>
      </w:r>
      <w:r w:rsidRPr="00366B82">
        <w:rPr>
          <w:rFonts w:ascii="Sakkal Majalla" w:hAnsi="Sakkal Majalla" w:cs="Sakkal Majalla" w:hint="cs"/>
          <w:szCs w:val="28"/>
          <w:rtl/>
        </w:rPr>
        <w:t>مستوى</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التكامل</w:t>
      </w:r>
      <w:r w:rsidRPr="00366B82">
        <w:rPr>
          <w:rFonts w:ascii="Sakkal Majalla" w:hAnsi="Sakkal Majalla" w:cs="Sakkal Majalla"/>
          <w:szCs w:val="28"/>
          <w:rtl/>
        </w:rPr>
        <w:t xml:space="preserve"> </w:t>
      </w:r>
      <w:r w:rsidRPr="00366B82">
        <w:rPr>
          <w:rFonts w:ascii="Sakkal Majalla" w:hAnsi="Sakkal Majalla" w:cs="Sakkal Majalla" w:hint="cs"/>
          <w:szCs w:val="28"/>
          <w:rtl/>
        </w:rPr>
        <w:t>بين</w:t>
      </w:r>
      <w:r w:rsidRPr="00366B82">
        <w:rPr>
          <w:rFonts w:ascii="Sakkal Majalla" w:hAnsi="Sakkal Majalla" w:cs="Sakkal Majalla"/>
          <w:szCs w:val="28"/>
          <w:rtl/>
        </w:rPr>
        <w:t xml:space="preserve"> </w:t>
      </w:r>
      <w:r w:rsidRPr="00366B82">
        <w:rPr>
          <w:rFonts w:ascii="Sakkal Majalla" w:hAnsi="Sakkal Majalla" w:cs="Sakkal Majalla" w:hint="cs"/>
          <w:szCs w:val="28"/>
          <w:rtl/>
        </w:rPr>
        <w:t>الجهة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الحكومية</w:t>
      </w:r>
      <w:r w:rsidRPr="00366B82">
        <w:rPr>
          <w:rFonts w:ascii="Sakkal Majalla" w:hAnsi="Sakkal Majalla" w:cs="Sakkal Majalla"/>
          <w:szCs w:val="28"/>
          <w:rtl/>
        </w:rPr>
        <w:t xml:space="preserve"> </w:t>
      </w:r>
      <w:r w:rsidRPr="00366B82">
        <w:rPr>
          <w:rFonts w:ascii="Sakkal Majalla" w:hAnsi="Sakkal Majalla" w:cs="Sakkal Majalla" w:hint="cs"/>
          <w:szCs w:val="28"/>
          <w:rtl/>
        </w:rPr>
        <w:t>والشركات</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الاستشارية</w:t>
      </w:r>
      <w:r w:rsidRPr="00366B82">
        <w:rPr>
          <w:rFonts w:ascii="Sakkal Majalla" w:hAnsi="Sakkal Majalla" w:cs="Sakkal Majalla"/>
          <w:szCs w:val="28"/>
          <w:rtl/>
        </w:rPr>
        <w:t xml:space="preserve"> (</w:t>
      </w:r>
      <w:r w:rsidRPr="00366B82">
        <w:rPr>
          <w:rFonts w:ascii="Sakkal Majalla" w:hAnsi="Sakkal Majalla" w:cs="Sakkal Majalla" w:hint="cs"/>
          <w:szCs w:val="28"/>
          <w:rtl/>
        </w:rPr>
        <w:t>وضوح</w:t>
      </w:r>
      <w:r w:rsidRPr="00366B82">
        <w:rPr>
          <w:rFonts w:ascii="Sakkal Majalla" w:hAnsi="Sakkal Majalla" w:cs="Sakkal Majalla"/>
          <w:szCs w:val="28"/>
          <w:rtl/>
        </w:rPr>
        <w:t xml:space="preserve"> </w:t>
      </w:r>
      <w:r w:rsidRPr="00366B82">
        <w:rPr>
          <w:rFonts w:ascii="Sakkal Majalla" w:hAnsi="Sakkal Majalla" w:cs="Sakkal Majalla" w:hint="cs"/>
          <w:szCs w:val="28"/>
          <w:rtl/>
        </w:rPr>
        <w:t>الأدوار،</w:t>
      </w:r>
      <w:r w:rsidRPr="00366B82">
        <w:rPr>
          <w:rFonts w:ascii="Sakkal Majalla" w:hAnsi="Sakkal Majalla" w:cs="Sakkal Majalla"/>
          <w:szCs w:val="28"/>
          <w:rtl/>
        </w:rPr>
        <w:t xml:space="preserve"> </w:t>
      </w:r>
      <w:r w:rsidRPr="00366B82">
        <w:rPr>
          <w:rFonts w:ascii="Sakkal Majalla" w:hAnsi="Sakkal Majalla" w:cs="Sakkal Majalla" w:hint="cs"/>
          <w:szCs w:val="28"/>
          <w:rtl/>
        </w:rPr>
        <w:t>الشراكة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المعرفية،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التفاعل</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المشترك</w:t>
      </w:r>
      <w:r w:rsidRPr="00366B82">
        <w:rPr>
          <w:rFonts w:ascii="Sakkal Majalla" w:hAnsi="Sakkal Majalla" w:cs="Sakkal Majalla"/>
          <w:szCs w:val="28"/>
          <w:rtl/>
        </w:rPr>
        <w:t xml:space="preserve">) </w:t>
      </w:r>
      <w:r w:rsidRPr="00366B82">
        <w:rPr>
          <w:rFonts w:ascii="Sakkal Majalla" w:hAnsi="Sakkal Majalla" w:cs="Sakkal Majalla" w:hint="cs"/>
          <w:szCs w:val="28"/>
          <w:rtl/>
        </w:rPr>
        <w:t>في</w:t>
      </w:r>
      <w:r w:rsidRPr="00366B82">
        <w:rPr>
          <w:rFonts w:ascii="Sakkal Majalla" w:hAnsi="Sakkal Majalla" w:cs="Sakkal Majalla"/>
          <w:szCs w:val="28"/>
          <w:rtl/>
        </w:rPr>
        <w:t xml:space="preserve"> </w:t>
      </w:r>
      <w:r w:rsidRPr="00366B82">
        <w:rPr>
          <w:rFonts w:ascii="Sakkal Majalla" w:hAnsi="Sakkal Majalla" w:cs="Sakkal Majalla" w:hint="cs"/>
          <w:szCs w:val="28"/>
          <w:rtl/>
        </w:rPr>
        <w:t>تعزيز</w:t>
      </w:r>
      <w:r w:rsidRPr="00366B82">
        <w:rPr>
          <w:rFonts w:ascii="Sakkal Majalla" w:hAnsi="Sakkal Majalla" w:cs="Sakkal Majalla"/>
          <w:szCs w:val="28"/>
          <w:rtl/>
        </w:rPr>
        <w:t xml:space="preserve"> </w:t>
      </w:r>
      <w:r w:rsidRPr="00366B82">
        <w:rPr>
          <w:rFonts w:ascii="Sakkal Majalla" w:hAnsi="Sakkal Majalla" w:cs="Sakkal Majalla" w:hint="cs"/>
          <w:szCs w:val="28"/>
          <w:rtl/>
        </w:rPr>
        <w:t>فاعلية</w:t>
      </w:r>
      <w:r w:rsidRPr="00366B82">
        <w:rPr>
          <w:rFonts w:ascii="Sakkal Majalla" w:hAnsi="Sakkal Majalla" w:cs="Sakkal Majalla"/>
          <w:szCs w:val="28"/>
          <w:rtl/>
        </w:rPr>
        <w:t xml:space="preserve"> </w:t>
      </w:r>
      <w:r w:rsidRPr="00366B82">
        <w:rPr>
          <w:rFonts w:ascii="Sakkal Majalla" w:hAnsi="Sakkal Majalla" w:cs="Sakkal Majalla" w:hint="cs"/>
          <w:szCs w:val="28"/>
          <w:rtl/>
        </w:rPr>
        <w:t>تطبيق</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الابتكار</w:t>
      </w:r>
      <w:r w:rsidRPr="00366B82">
        <w:rPr>
          <w:rFonts w:ascii="Sakkal Majalla" w:hAnsi="Sakkal Majalla" w:cs="Sakkal Majalla"/>
          <w:szCs w:val="28"/>
          <w:rtl/>
        </w:rPr>
        <w:t xml:space="preserve"> </w:t>
      </w:r>
      <w:r w:rsidRPr="00366B82">
        <w:rPr>
          <w:rFonts w:ascii="Sakkal Majalla" w:hAnsi="Sakkal Majalla" w:cs="Sakkal Majalla" w:hint="cs"/>
          <w:szCs w:val="28"/>
          <w:rtl/>
        </w:rPr>
        <w:t>وتحويله</w:t>
      </w:r>
      <w:r w:rsidRPr="00366B82">
        <w:rPr>
          <w:rFonts w:ascii="Sakkal Majalla" w:hAnsi="Sakkal Majalla" w:cs="Sakkal Majalla"/>
          <w:szCs w:val="28"/>
          <w:rtl/>
        </w:rPr>
        <w:t xml:space="preserve"> </w:t>
      </w:r>
      <w:r w:rsidRPr="00366B82">
        <w:rPr>
          <w:rFonts w:ascii="Sakkal Majalla" w:hAnsi="Sakkal Majalla" w:cs="Sakkal Majalla" w:hint="cs"/>
          <w:szCs w:val="28"/>
          <w:rtl/>
        </w:rPr>
        <w:t>إلى</w:t>
      </w:r>
      <w:r w:rsidRPr="00366B82">
        <w:rPr>
          <w:rFonts w:ascii="Sakkal Majalla" w:hAnsi="Sakkal Majalla" w:cs="Sakkal Majalla"/>
          <w:szCs w:val="28"/>
          <w:rtl/>
        </w:rPr>
        <w:t xml:space="preserve"> </w:t>
      </w:r>
      <w:r w:rsidRPr="00366B82">
        <w:rPr>
          <w:rFonts w:ascii="Sakkal Majalla" w:hAnsi="Sakkal Majalla" w:cs="Sakkal Majalla" w:hint="cs"/>
          <w:szCs w:val="28"/>
          <w:rtl/>
        </w:rPr>
        <w:t>ممارسات</w:t>
      </w:r>
      <w:r w:rsidRPr="00366B82">
        <w:rPr>
          <w:rFonts w:ascii="Sakkal Majalla" w:hAnsi="Sakkal Majalla" w:cs="Sakkal Majalla"/>
          <w:szCs w:val="28"/>
          <w:rtl/>
        </w:rPr>
        <w:t xml:space="preserve"> </w:t>
      </w:r>
      <w:r w:rsidRPr="00366B82">
        <w:rPr>
          <w:rFonts w:ascii="Sakkal Majalla" w:hAnsi="Sakkal Majalla" w:cs="Sakkal Majalla" w:hint="cs"/>
          <w:szCs w:val="28"/>
          <w:rtl/>
        </w:rPr>
        <w:t>مؤسسية</w:t>
      </w:r>
      <w:r w:rsidRPr="00366B82">
        <w:rPr>
          <w:rFonts w:ascii="Sakkal Majalla" w:hAnsi="Sakkal Majalla" w:cs="Sakkal Majalla"/>
          <w:szCs w:val="28"/>
          <w:rtl/>
        </w:rPr>
        <w:t xml:space="preserve"> </w:t>
      </w:r>
      <w:r w:rsidRPr="00366B82">
        <w:rPr>
          <w:rFonts w:ascii="Sakkal Majalla" w:hAnsi="Sakkal Majalla" w:cs="Sakkal Majalla" w:hint="cs"/>
          <w:szCs w:val="28"/>
          <w:rtl/>
        </w:rPr>
        <w:t>مستدامة</w:t>
      </w:r>
      <w:r w:rsidRPr="00366B82">
        <w:rPr>
          <w:rFonts w:ascii="Sakkal Majalla" w:hAnsi="Sakkal Majalla" w:cs="Sakkal Majalla"/>
          <w:szCs w:val="28"/>
          <w:rtl/>
        </w:rPr>
        <w:t>.</w:t>
      </w:r>
    </w:p>
    <w:p w14:paraId="479B0DE6" w14:textId="71052927" w:rsidR="00366B82" w:rsidRPr="00366B82" w:rsidRDefault="00366B82" w:rsidP="00634497">
      <w:pPr>
        <w:pStyle w:val="ListParagraph"/>
        <w:numPr>
          <w:ilvl w:val="0"/>
          <w:numId w:val="63"/>
        </w:numPr>
        <w:bidi/>
        <w:spacing w:before="100" w:beforeAutospacing="1" w:after="100" w:afterAutospacing="1" w:line="240" w:lineRule="auto"/>
        <w:jc w:val="lowKashida"/>
        <w:rPr>
          <w:rFonts w:ascii="Sakkal Majalla" w:hAnsi="Sakkal Majalla" w:cs="Sakkal Majalla"/>
          <w:szCs w:val="28"/>
        </w:rPr>
      </w:pPr>
      <w:r w:rsidRPr="00366B82">
        <w:rPr>
          <w:rFonts w:ascii="Sakkal Majalla" w:hAnsi="Sakkal Majalla" w:cs="Sakkal Majalla" w:hint="cs"/>
          <w:szCs w:val="28"/>
          <w:rtl/>
        </w:rPr>
        <w:t>ترتبط</w:t>
      </w:r>
      <w:r w:rsidRPr="00366B82">
        <w:rPr>
          <w:rFonts w:ascii="Sakkal Majalla" w:hAnsi="Sakkal Majalla" w:cs="Sakkal Majalla"/>
          <w:szCs w:val="28"/>
          <w:rtl/>
        </w:rPr>
        <w:t xml:space="preserve"> </w:t>
      </w:r>
      <w:r w:rsidRPr="00366B82">
        <w:rPr>
          <w:rFonts w:ascii="Sakkal Majalla" w:hAnsi="Sakkal Majalla" w:cs="Sakkal Majalla" w:hint="cs"/>
          <w:szCs w:val="28"/>
          <w:rtl/>
        </w:rPr>
        <w:t>طبيعة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العلاقة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التعاقدية</w:t>
      </w:r>
      <w:r w:rsidRPr="00366B82">
        <w:rPr>
          <w:rFonts w:ascii="Sakkal Majalla" w:hAnsi="Sakkal Majalla" w:cs="Sakkal Majalla"/>
          <w:szCs w:val="28"/>
          <w:rtl/>
        </w:rPr>
        <w:t xml:space="preserve"> </w:t>
      </w:r>
      <w:r w:rsidRPr="00366B82">
        <w:rPr>
          <w:rFonts w:ascii="Sakkal Majalla" w:hAnsi="Sakkal Majalla" w:cs="Sakkal Majalla" w:hint="cs"/>
          <w:szCs w:val="28"/>
          <w:rtl/>
        </w:rPr>
        <w:t>بين</w:t>
      </w:r>
      <w:r w:rsidRPr="00366B82">
        <w:rPr>
          <w:rFonts w:ascii="Sakkal Majalla" w:hAnsi="Sakkal Majalla" w:cs="Sakkal Majalla"/>
          <w:szCs w:val="28"/>
          <w:rtl/>
        </w:rPr>
        <w:t xml:space="preserve"> </w:t>
      </w:r>
      <w:r w:rsidRPr="00366B82">
        <w:rPr>
          <w:rFonts w:ascii="Sakkal Majalla" w:hAnsi="Sakkal Majalla" w:cs="Sakkal Majalla" w:hint="cs"/>
          <w:szCs w:val="28"/>
          <w:rtl/>
        </w:rPr>
        <w:t>الجهة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الحكومية</w:t>
      </w:r>
      <w:r w:rsidRPr="00366B82">
        <w:rPr>
          <w:rFonts w:ascii="Sakkal Majalla" w:hAnsi="Sakkal Majalla" w:cs="Sakkal Majalla"/>
          <w:szCs w:val="28"/>
          <w:rtl/>
        </w:rPr>
        <w:t xml:space="preserve"> </w:t>
      </w:r>
      <w:r w:rsidRPr="00366B82">
        <w:rPr>
          <w:rFonts w:ascii="Sakkal Majalla" w:hAnsi="Sakkal Majalla" w:cs="Sakkal Majalla" w:hint="cs"/>
          <w:szCs w:val="28"/>
          <w:rtl/>
        </w:rPr>
        <w:t>والاستشاريين</w:t>
      </w:r>
      <w:r w:rsidRPr="00366B82">
        <w:rPr>
          <w:rFonts w:ascii="Sakkal Majalla" w:hAnsi="Sakkal Majalla" w:cs="Sakkal Majalla"/>
          <w:szCs w:val="28"/>
          <w:rtl/>
        </w:rPr>
        <w:t xml:space="preserve"> (</w:t>
      </w:r>
      <w:r w:rsidRPr="00366B82">
        <w:rPr>
          <w:rFonts w:ascii="Sakkal Majalla" w:hAnsi="Sakkal Majalla" w:cs="Sakkal Majalla" w:hint="cs"/>
          <w:szCs w:val="28"/>
          <w:rtl/>
        </w:rPr>
        <w:t>سواء</w:t>
      </w:r>
      <w:r w:rsidRPr="00366B82">
        <w:rPr>
          <w:rFonts w:ascii="Sakkal Majalla" w:hAnsi="Sakkal Majalla" w:cs="Sakkal Majalla"/>
          <w:szCs w:val="28"/>
          <w:rtl/>
        </w:rPr>
        <w:t xml:space="preserve"> </w:t>
      </w:r>
      <w:r w:rsidRPr="00366B82">
        <w:rPr>
          <w:rFonts w:ascii="Sakkal Majalla" w:hAnsi="Sakkal Majalla" w:cs="Sakkal Majalla" w:hint="cs"/>
          <w:szCs w:val="28"/>
          <w:rtl/>
        </w:rPr>
        <w:t>كانت</w:t>
      </w:r>
      <w:r w:rsidRPr="00366B82">
        <w:rPr>
          <w:rFonts w:ascii="Sakkal Majalla" w:hAnsi="Sakkal Majalla" w:cs="Sakkal Majalla"/>
          <w:szCs w:val="28"/>
          <w:rtl/>
        </w:rPr>
        <w:t xml:space="preserve"> </w:t>
      </w:r>
      <w:r w:rsidRPr="00366B82">
        <w:rPr>
          <w:rFonts w:ascii="Sakkal Majalla" w:hAnsi="Sakkal Majalla" w:cs="Sakkal Majalla" w:hint="cs"/>
          <w:szCs w:val="28"/>
          <w:rtl/>
        </w:rPr>
        <w:t>تنفيذية</w:t>
      </w:r>
      <w:r w:rsidRPr="00366B82">
        <w:rPr>
          <w:rFonts w:ascii="Sakkal Majalla" w:hAnsi="Sakkal Majalla" w:cs="Sakkal Majalla"/>
          <w:szCs w:val="28"/>
          <w:rtl/>
        </w:rPr>
        <w:t xml:space="preserve"> </w:t>
      </w:r>
      <w:r w:rsidRPr="00366B82">
        <w:rPr>
          <w:rFonts w:ascii="Sakkal Majalla" w:hAnsi="Sakkal Majalla" w:cs="Sakkal Majalla" w:hint="cs"/>
          <w:szCs w:val="28"/>
          <w:rtl/>
        </w:rPr>
        <w:t>أم</w:t>
      </w:r>
      <w:r w:rsidRPr="00366B82">
        <w:rPr>
          <w:rFonts w:ascii="Sakkal Majalla" w:hAnsi="Sakkal Majalla" w:cs="Sakkal Majalla"/>
          <w:szCs w:val="28"/>
          <w:rtl/>
        </w:rPr>
        <w:t xml:space="preserve"> </w:t>
      </w:r>
      <w:proofErr w:type="spellStart"/>
      <w:r w:rsidRPr="00366B82">
        <w:rPr>
          <w:rFonts w:ascii="Sakkal Majalla" w:hAnsi="Sakkal Majalla" w:cs="Sakkal Majalla" w:hint="cs"/>
          <w:szCs w:val="28"/>
          <w:rtl/>
        </w:rPr>
        <w:t>شراكية</w:t>
      </w:r>
      <w:proofErr w:type="spellEnd"/>
      <w:r w:rsidRPr="00366B82">
        <w:rPr>
          <w:rFonts w:ascii="Sakkal Majalla" w:hAnsi="Sakkal Majalla" w:cs="Sakkal Majalla"/>
          <w:szCs w:val="28"/>
          <w:rtl/>
        </w:rPr>
        <w:t xml:space="preserve">) </w:t>
      </w:r>
      <w:r w:rsidRPr="00366B82">
        <w:rPr>
          <w:rFonts w:ascii="Sakkal Majalla" w:hAnsi="Sakkal Majalla" w:cs="Sakkal Majalla" w:hint="cs"/>
          <w:szCs w:val="28"/>
          <w:rtl/>
        </w:rPr>
        <w:t>بقدرة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الجهة</w:t>
      </w:r>
      <w:r w:rsidRPr="00366B82">
        <w:rPr>
          <w:rFonts w:ascii="Sakkal Majalla" w:hAnsi="Sakkal Majalla" w:cs="Sakkal Majalla"/>
          <w:szCs w:val="28"/>
          <w:rtl/>
        </w:rPr>
        <w:t xml:space="preserve"> </w:t>
      </w:r>
      <w:r w:rsidRPr="00366B82">
        <w:rPr>
          <w:rFonts w:ascii="Sakkal Majalla" w:hAnsi="Sakkal Majalla" w:cs="Sakkal Majalla" w:hint="cs"/>
          <w:szCs w:val="28"/>
          <w:rtl/>
        </w:rPr>
        <w:t>على</w:t>
      </w:r>
      <w:r w:rsidRPr="00366B82">
        <w:rPr>
          <w:rFonts w:ascii="Sakkal Majalla" w:hAnsi="Sakkal Majalla" w:cs="Sakkal Majalla"/>
          <w:szCs w:val="28"/>
          <w:rtl/>
        </w:rPr>
        <w:t xml:space="preserve"> </w:t>
      </w:r>
      <w:r w:rsidRPr="00366B82">
        <w:rPr>
          <w:rFonts w:ascii="Sakkal Majalla" w:hAnsi="Sakkal Majalla" w:cs="Sakkal Majalla" w:hint="cs"/>
          <w:szCs w:val="28"/>
          <w:rtl/>
        </w:rPr>
        <w:t>تملك</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الابتكار</w:t>
      </w:r>
      <w:r w:rsidRPr="00366B82">
        <w:rPr>
          <w:rFonts w:ascii="Sakkal Majalla" w:hAnsi="Sakkal Majalla" w:cs="Sakkal Majalla"/>
          <w:szCs w:val="28"/>
          <w:rtl/>
        </w:rPr>
        <w:t xml:space="preserve"> </w:t>
      </w:r>
      <w:r w:rsidRPr="00366B82">
        <w:rPr>
          <w:rFonts w:ascii="Sakkal Majalla" w:hAnsi="Sakkal Majalla" w:cs="Sakkal Majalla" w:hint="cs"/>
          <w:szCs w:val="28"/>
          <w:rtl/>
        </w:rPr>
        <w:t>وتشغيله</w:t>
      </w:r>
      <w:r w:rsidRPr="00366B82">
        <w:rPr>
          <w:rFonts w:ascii="Sakkal Majalla" w:hAnsi="Sakkal Majalla" w:cs="Sakkal Majalla"/>
          <w:szCs w:val="28"/>
          <w:rtl/>
        </w:rPr>
        <w:t xml:space="preserve"> </w:t>
      </w:r>
      <w:r w:rsidRPr="00366B82">
        <w:rPr>
          <w:rFonts w:ascii="Sakkal Majalla" w:hAnsi="Sakkal Majalla" w:cs="Sakkal Majalla" w:hint="cs"/>
          <w:szCs w:val="28"/>
          <w:rtl/>
        </w:rPr>
        <w:t>بشكل</w:t>
      </w:r>
      <w:r w:rsidRPr="00366B82">
        <w:rPr>
          <w:rFonts w:ascii="Sakkal Majalla" w:hAnsi="Sakkal Majalla" w:cs="Sakkal Majalla"/>
          <w:szCs w:val="28"/>
          <w:rtl/>
        </w:rPr>
        <w:t xml:space="preserve"> </w:t>
      </w:r>
      <w:r w:rsidRPr="00366B82">
        <w:rPr>
          <w:rFonts w:ascii="Sakkal Majalla" w:hAnsi="Sakkal Majalla" w:cs="Sakkal Majalla" w:hint="cs"/>
          <w:szCs w:val="28"/>
          <w:rtl/>
        </w:rPr>
        <w:t>مستقل</w:t>
      </w:r>
      <w:r w:rsidRPr="00366B82">
        <w:rPr>
          <w:rFonts w:ascii="Sakkal Majalla" w:hAnsi="Sakkal Majalla" w:cs="Sakkal Majalla"/>
          <w:szCs w:val="28"/>
          <w:rtl/>
        </w:rPr>
        <w:t xml:space="preserve"> </w:t>
      </w:r>
      <w:r w:rsidRPr="00366B82">
        <w:rPr>
          <w:rFonts w:ascii="Sakkal Majalla" w:hAnsi="Sakkal Majalla" w:cs="Sakkal Majalla" w:hint="cs"/>
          <w:szCs w:val="28"/>
          <w:rtl/>
        </w:rPr>
        <w:t>بعد</w:t>
      </w:r>
      <w:r w:rsidRPr="00366B82">
        <w:rPr>
          <w:rFonts w:ascii="Sakkal Majalla" w:hAnsi="Sakkal Majalla" w:cs="Sakkal Majalla"/>
          <w:szCs w:val="28"/>
          <w:rtl/>
        </w:rPr>
        <w:t xml:space="preserve"> </w:t>
      </w:r>
      <w:r w:rsidRPr="00366B82">
        <w:rPr>
          <w:rFonts w:ascii="Sakkal Majalla" w:hAnsi="Sakkal Majalla" w:cs="Sakkal Majalla" w:hint="cs"/>
          <w:szCs w:val="28"/>
          <w:rtl/>
        </w:rPr>
        <w:t>انتهاء</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المشروع</w:t>
      </w:r>
      <w:r w:rsidRPr="00366B82">
        <w:rPr>
          <w:rFonts w:ascii="Sakkal Majalla" w:hAnsi="Sakkal Majalla" w:cs="Sakkal Majalla"/>
          <w:szCs w:val="28"/>
          <w:rtl/>
        </w:rPr>
        <w:t>.</w:t>
      </w:r>
    </w:p>
    <w:p w14:paraId="68579774" w14:textId="15296B46" w:rsidR="00366B82" w:rsidRPr="00366B82" w:rsidRDefault="00366B82" w:rsidP="00634497">
      <w:pPr>
        <w:pStyle w:val="ListParagraph"/>
        <w:numPr>
          <w:ilvl w:val="0"/>
          <w:numId w:val="63"/>
        </w:numPr>
        <w:bidi/>
        <w:spacing w:before="100" w:beforeAutospacing="1" w:after="100" w:afterAutospacing="1" w:line="240" w:lineRule="auto"/>
        <w:jc w:val="lowKashida"/>
        <w:rPr>
          <w:rFonts w:ascii="Sakkal Majalla" w:hAnsi="Sakkal Majalla" w:cs="Sakkal Majalla"/>
          <w:szCs w:val="28"/>
        </w:rPr>
      </w:pPr>
      <w:r w:rsidRPr="00366B82">
        <w:rPr>
          <w:rFonts w:ascii="Sakkal Majalla" w:hAnsi="Sakkal Majalla" w:cs="Sakkal Majalla" w:hint="cs"/>
          <w:szCs w:val="28"/>
          <w:rtl/>
        </w:rPr>
        <w:t>توجد</w:t>
      </w:r>
      <w:r w:rsidRPr="00366B82">
        <w:rPr>
          <w:rFonts w:ascii="Sakkal Majalla" w:hAnsi="Sakkal Majalla" w:cs="Sakkal Majalla"/>
          <w:szCs w:val="28"/>
          <w:rtl/>
        </w:rPr>
        <w:t xml:space="preserve"> </w:t>
      </w:r>
      <w:r w:rsidRPr="00366B82">
        <w:rPr>
          <w:rFonts w:ascii="Sakkal Majalla" w:hAnsi="Sakkal Majalla" w:cs="Sakkal Majalla" w:hint="cs"/>
          <w:szCs w:val="28"/>
          <w:rtl/>
        </w:rPr>
        <w:t>علاقة</w:t>
      </w:r>
      <w:r w:rsidRPr="00366B82">
        <w:rPr>
          <w:rFonts w:ascii="Sakkal Majalla" w:hAnsi="Sakkal Majalla" w:cs="Sakkal Majalla"/>
          <w:szCs w:val="28"/>
          <w:rtl/>
        </w:rPr>
        <w:t xml:space="preserve"> </w:t>
      </w:r>
      <w:r w:rsidRPr="00366B82">
        <w:rPr>
          <w:rFonts w:ascii="Sakkal Majalla" w:hAnsi="Sakkal Majalla" w:cs="Sakkal Majalla" w:hint="cs"/>
          <w:szCs w:val="28"/>
          <w:rtl/>
        </w:rPr>
        <w:t>دالة</w:t>
      </w:r>
      <w:r w:rsidRPr="00366B82">
        <w:rPr>
          <w:rFonts w:ascii="Sakkal Majalla" w:hAnsi="Sakkal Majalla" w:cs="Sakkal Majalla"/>
          <w:szCs w:val="28"/>
          <w:rtl/>
        </w:rPr>
        <w:t xml:space="preserve"> </w:t>
      </w:r>
      <w:r w:rsidRPr="00366B82">
        <w:rPr>
          <w:rFonts w:ascii="Sakkal Majalla" w:hAnsi="Sakkal Majalla" w:cs="Sakkal Majalla" w:hint="cs"/>
          <w:szCs w:val="28"/>
          <w:rtl/>
        </w:rPr>
        <w:t>بين</w:t>
      </w:r>
      <w:r w:rsidRPr="00366B82">
        <w:rPr>
          <w:rFonts w:ascii="Sakkal Majalla" w:hAnsi="Sakkal Majalla" w:cs="Sakkal Majalla"/>
          <w:szCs w:val="28"/>
          <w:rtl/>
        </w:rPr>
        <w:t xml:space="preserve"> </w:t>
      </w:r>
      <w:r w:rsidRPr="00366B82">
        <w:rPr>
          <w:rFonts w:ascii="Sakkal Majalla" w:hAnsi="Sakkal Majalla" w:cs="Sakkal Majalla" w:hint="cs"/>
          <w:szCs w:val="28"/>
          <w:rtl/>
        </w:rPr>
        <w:t>مدى</w:t>
      </w:r>
      <w:r w:rsidRPr="00366B82">
        <w:rPr>
          <w:rFonts w:ascii="Sakkal Majalla" w:hAnsi="Sakkal Majalla" w:cs="Sakkal Majalla"/>
          <w:szCs w:val="28"/>
          <w:rtl/>
        </w:rPr>
        <w:t xml:space="preserve"> </w:t>
      </w:r>
      <w:r w:rsidRPr="00366B82">
        <w:rPr>
          <w:rFonts w:ascii="Sakkal Majalla" w:hAnsi="Sakkal Majalla" w:cs="Sakkal Majalla" w:hint="cs"/>
          <w:szCs w:val="28"/>
          <w:rtl/>
        </w:rPr>
        <w:t>تفعيل</w:t>
      </w:r>
      <w:r w:rsidRPr="00366B82">
        <w:rPr>
          <w:rFonts w:ascii="Sakkal Majalla" w:hAnsi="Sakkal Majalla" w:cs="Sakkal Majalla"/>
          <w:szCs w:val="28"/>
          <w:rtl/>
        </w:rPr>
        <w:t xml:space="preserve"> </w:t>
      </w:r>
      <w:r w:rsidRPr="00366B82">
        <w:rPr>
          <w:rFonts w:ascii="Sakkal Majalla" w:hAnsi="Sakkal Majalla" w:cs="Sakkal Majalla" w:hint="cs"/>
          <w:szCs w:val="28"/>
          <w:rtl/>
        </w:rPr>
        <w:t>آليات</w:t>
      </w:r>
      <w:r w:rsidRPr="00366B82">
        <w:rPr>
          <w:rFonts w:ascii="Sakkal Majalla" w:hAnsi="Sakkal Majalla" w:cs="Sakkal Majalla"/>
          <w:szCs w:val="28"/>
          <w:rtl/>
        </w:rPr>
        <w:t xml:space="preserve"> </w:t>
      </w:r>
      <w:r w:rsidRPr="00366B82">
        <w:rPr>
          <w:rFonts w:ascii="Sakkal Majalla" w:hAnsi="Sakkal Majalla" w:cs="Sakkal Majalla" w:hint="cs"/>
          <w:szCs w:val="28"/>
          <w:rtl/>
        </w:rPr>
        <w:t>مؤسسية</w:t>
      </w:r>
      <w:r w:rsidRPr="00366B82">
        <w:rPr>
          <w:rFonts w:ascii="Sakkal Majalla" w:hAnsi="Sakkal Majalla" w:cs="Sakkal Majalla"/>
          <w:szCs w:val="28"/>
          <w:rtl/>
        </w:rPr>
        <w:t xml:space="preserve"> </w:t>
      </w:r>
      <w:r w:rsidRPr="00366B82">
        <w:rPr>
          <w:rFonts w:ascii="Sakkal Majalla" w:hAnsi="Sakkal Majalla" w:cs="Sakkal Majalla" w:hint="cs"/>
          <w:szCs w:val="28"/>
          <w:rtl/>
        </w:rPr>
        <w:t>لاستدامة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المعرفة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الابتكارية</w:t>
      </w:r>
      <w:r w:rsidRPr="00366B82">
        <w:rPr>
          <w:rFonts w:ascii="Sakkal Majalla" w:hAnsi="Sakkal Majalla" w:cs="Sakkal Majalla"/>
          <w:szCs w:val="28"/>
          <w:rtl/>
        </w:rPr>
        <w:t xml:space="preserve"> (</w:t>
      </w:r>
      <w:r w:rsidRPr="00366B82">
        <w:rPr>
          <w:rFonts w:ascii="Sakkal Majalla" w:hAnsi="Sakkal Majalla" w:cs="Sakkal Majalla" w:hint="cs"/>
          <w:szCs w:val="28"/>
          <w:rtl/>
        </w:rPr>
        <w:t>مثل</w:t>
      </w:r>
      <w:r w:rsidRPr="00366B82">
        <w:rPr>
          <w:rFonts w:ascii="Sakkal Majalla" w:hAnsi="Sakkal Majalla" w:cs="Sakkal Majalla"/>
          <w:szCs w:val="28"/>
          <w:rtl/>
        </w:rPr>
        <w:t xml:space="preserve"> </w:t>
      </w:r>
      <w:r w:rsidRPr="00366B82">
        <w:rPr>
          <w:rFonts w:ascii="Sakkal Majalla" w:hAnsi="Sakkal Majalla" w:cs="Sakkal Majalla" w:hint="cs"/>
          <w:szCs w:val="28"/>
          <w:rtl/>
        </w:rPr>
        <w:t>توثيق</w:t>
      </w:r>
      <w:r w:rsidRPr="00366B82">
        <w:rPr>
          <w:rFonts w:ascii="Sakkal Majalla" w:hAnsi="Sakkal Majalla" w:cs="Sakkal Majalla"/>
          <w:szCs w:val="28"/>
          <w:rtl/>
        </w:rPr>
        <w:t xml:space="preserve"> </w:t>
      </w:r>
      <w:r w:rsidRPr="00366B82">
        <w:rPr>
          <w:rFonts w:ascii="Sakkal Majalla" w:hAnsi="Sakkal Majalla" w:cs="Sakkal Majalla" w:hint="cs"/>
          <w:szCs w:val="28"/>
          <w:rtl/>
        </w:rPr>
        <w:t>الدروس</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المستفادة،</w:t>
      </w:r>
      <w:r w:rsidRPr="00366B82">
        <w:rPr>
          <w:rFonts w:ascii="Sakkal Majalla" w:hAnsi="Sakkal Majalla" w:cs="Sakkal Majalla"/>
          <w:szCs w:val="28"/>
          <w:rtl/>
        </w:rPr>
        <w:t xml:space="preserve"> </w:t>
      </w:r>
      <w:r w:rsidRPr="00366B82">
        <w:rPr>
          <w:rFonts w:ascii="Sakkal Majalla" w:hAnsi="Sakkal Majalla" w:cs="Sakkal Majalla" w:hint="cs"/>
          <w:szCs w:val="28"/>
          <w:rtl/>
        </w:rPr>
        <w:t>إدماج</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الابتكار</w:t>
      </w:r>
      <w:r w:rsidRPr="00366B82">
        <w:rPr>
          <w:rFonts w:ascii="Sakkal Majalla" w:hAnsi="Sakkal Majalla" w:cs="Sakkal Majalla"/>
          <w:szCs w:val="28"/>
          <w:rtl/>
        </w:rPr>
        <w:t xml:space="preserve"> </w:t>
      </w:r>
      <w:r w:rsidRPr="00366B82">
        <w:rPr>
          <w:rFonts w:ascii="Sakkal Majalla" w:hAnsi="Sakkal Majalla" w:cs="Sakkal Majalla" w:hint="cs"/>
          <w:szCs w:val="28"/>
          <w:rtl/>
        </w:rPr>
        <w:t>في</w:t>
      </w:r>
      <w:r w:rsidRPr="00366B82">
        <w:rPr>
          <w:rFonts w:ascii="Sakkal Majalla" w:hAnsi="Sakkal Majalla" w:cs="Sakkal Majalla"/>
          <w:szCs w:val="28"/>
          <w:rtl/>
        </w:rPr>
        <w:t xml:space="preserve"> </w:t>
      </w:r>
      <w:r w:rsidRPr="00366B82">
        <w:rPr>
          <w:rFonts w:ascii="Sakkal Majalla" w:hAnsi="Sakkal Majalla" w:cs="Sakkal Majalla" w:hint="cs"/>
          <w:szCs w:val="28"/>
          <w:rtl/>
        </w:rPr>
        <w:t>العمليات</w:t>
      </w:r>
      <w:r w:rsidRPr="00366B82">
        <w:rPr>
          <w:rFonts w:ascii="Sakkal Majalla" w:hAnsi="Sakkal Majalla" w:cs="Sakkal Majalla"/>
          <w:szCs w:val="28"/>
          <w:rtl/>
        </w:rPr>
        <w:t xml:space="preserve"> </w:t>
      </w:r>
      <w:r w:rsidRPr="00366B82">
        <w:rPr>
          <w:rFonts w:ascii="Sakkal Majalla" w:hAnsi="Sakkal Majalla" w:cs="Sakkal Majalla" w:hint="cs"/>
          <w:szCs w:val="28"/>
          <w:rtl/>
        </w:rPr>
        <w:t>التشغيلية</w:t>
      </w:r>
      <w:r w:rsidRPr="00366B82">
        <w:rPr>
          <w:rFonts w:ascii="Sakkal Majalla" w:hAnsi="Sakkal Majalla" w:cs="Sakkal Majalla"/>
          <w:szCs w:val="28"/>
          <w:rtl/>
        </w:rPr>
        <w:t xml:space="preserve">) </w:t>
      </w:r>
      <w:r w:rsidRPr="00366B82">
        <w:rPr>
          <w:rFonts w:ascii="Sakkal Majalla" w:hAnsi="Sakkal Majalla" w:cs="Sakkal Majalla" w:hint="cs"/>
          <w:szCs w:val="28"/>
          <w:rtl/>
        </w:rPr>
        <w:t>وبين</w:t>
      </w:r>
      <w:r w:rsidRPr="00366B82">
        <w:rPr>
          <w:rFonts w:ascii="Sakkal Majalla" w:hAnsi="Sakkal Majalla" w:cs="Sakkal Majalla"/>
          <w:szCs w:val="28"/>
          <w:rtl/>
        </w:rPr>
        <w:t xml:space="preserve"> </w:t>
      </w:r>
      <w:r w:rsidRPr="00366B82">
        <w:rPr>
          <w:rFonts w:ascii="Sakkal Majalla" w:hAnsi="Sakkal Majalla" w:cs="Sakkal Majalla" w:hint="cs"/>
          <w:szCs w:val="28"/>
          <w:rtl/>
        </w:rPr>
        <w:t>استمرار</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الممارسات</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الابتكارية</w:t>
      </w:r>
      <w:r w:rsidRPr="00366B82">
        <w:rPr>
          <w:rFonts w:ascii="Sakkal Majalla" w:hAnsi="Sakkal Majalla" w:cs="Sakkal Majalla"/>
          <w:szCs w:val="28"/>
          <w:rtl/>
        </w:rPr>
        <w:t xml:space="preserve"> </w:t>
      </w:r>
      <w:r w:rsidRPr="00366B82">
        <w:rPr>
          <w:rFonts w:ascii="Sakkal Majalla" w:hAnsi="Sakkal Majalla" w:cs="Sakkal Majalla" w:hint="cs"/>
          <w:szCs w:val="28"/>
          <w:rtl/>
        </w:rPr>
        <w:t>داخل</w:t>
      </w:r>
      <w:r w:rsidRPr="00366B82">
        <w:rPr>
          <w:rFonts w:ascii="Sakkal Majalla" w:hAnsi="Sakkal Majalla" w:cs="Sakkal Majalla"/>
          <w:szCs w:val="28"/>
          <w:rtl/>
        </w:rPr>
        <w:t xml:space="preserve"> </w:t>
      </w:r>
      <w:r w:rsidRPr="00366B82">
        <w:rPr>
          <w:rFonts w:ascii="Sakkal Majalla" w:hAnsi="Sakkal Majalla" w:cs="Sakkal Majalla" w:hint="cs"/>
          <w:szCs w:val="28"/>
          <w:rtl/>
        </w:rPr>
        <w:t>الجهة</w:t>
      </w:r>
      <w:r w:rsidRPr="00366B82">
        <w:rPr>
          <w:rFonts w:ascii="Sakkal Majalla" w:hAnsi="Sakkal Majalla" w:cs="Sakkal Majalla"/>
          <w:szCs w:val="28"/>
          <w:rtl/>
        </w:rPr>
        <w:t>.</w:t>
      </w:r>
    </w:p>
    <w:p w14:paraId="02B92565" w14:textId="77777777" w:rsidR="00366B82" w:rsidRDefault="00366B82" w:rsidP="00634497">
      <w:pPr>
        <w:pStyle w:val="ListParagraph"/>
        <w:numPr>
          <w:ilvl w:val="0"/>
          <w:numId w:val="63"/>
        </w:numPr>
        <w:bidi/>
        <w:spacing w:before="100" w:beforeAutospacing="1" w:after="100" w:afterAutospacing="1" w:line="240" w:lineRule="auto"/>
        <w:jc w:val="lowKashida"/>
        <w:rPr>
          <w:rFonts w:ascii="Sakkal Majalla" w:hAnsi="Sakkal Majalla" w:cs="Sakkal Majalla"/>
          <w:szCs w:val="28"/>
        </w:rPr>
      </w:pPr>
      <w:r w:rsidRPr="00366B82">
        <w:rPr>
          <w:rFonts w:ascii="Sakkal Majalla" w:hAnsi="Sakkal Majalla" w:cs="Sakkal Majalla" w:hint="cs"/>
          <w:szCs w:val="28"/>
          <w:rtl/>
        </w:rPr>
        <w:t>تؤثر</w:t>
      </w:r>
      <w:r w:rsidRPr="00366B82">
        <w:rPr>
          <w:rFonts w:ascii="Sakkal Majalla" w:hAnsi="Sakkal Majalla" w:cs="Sakkal Majalla"/>
          <w:szCs w:val="28"/>
          <w:rtl/>
        </w:rPr>
        <w:t xml:space="preserve"> </w:t>
      </w:r>
      <w:r w:rsidRPr="00366B82">
        <w:rPr>
          <w:rFonts w:ascii="Sakkal Majalla" w:hAnsi="Sakkal Majalla" w:cs="Sakkal Majalla" w:hint="cs"/>
          <w:szCs w:val="28"/>
          <w:rtl/>
        </w:rPr>
        <w:t>القدرة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الامتصاصية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المعرفية</w:t>
      </w:r>
      <w:r w:rsidRPr="00366B82">
        <w:rPr>
          <w:rFonts w:ascii="Sakkal Majalla" w:hAnsi="Sakkal Majalla" w:cs="Sakkal Majalla"/>
          <w:szCs w:val="28"/>
          <w:rtl/>
        </w:rPr>
        <w:t xml:space="preserve"> </w:t>
      </w:r>
      <w:r w:rsidRPr="00366B82">
        <w:rPr>
          <w:rFonts w:ascii="Sakkal Majalla" w:hAnsi="Sakkal Majalla" w:cs="Sakkal Majalla" w:hint="cs"/>
          <w:szCs w:val="28"/>
          <w:rtl/>
        </w:rPr>
        <w:t>للجهات</w:t>
      </w:r>
      <w:r w:rsidRPr="00366B82">
        <w:rPr>
          <w:rFonts w:ascii="Sakkal Majalla" w:hAnsi="Sakkal Majalla" w:cs="Sakkal Majalla"/>
          <w:szCs w:val="28"/>
          <w:rtl/>
        </w:rPr>
        <w:t xml:space="preserve"> </w:t>
      </w:r>
      <w:r w:rsidRPr="00366B82">
        <w:rPr>
          <w:rFonts w:ascii="Sakkal Majalla" w:hAnsi="Sakkal Majalla" w:cs="Sakkal Majalla" w:hint="cs"/>
          <w:szCs w:val="28"/>
          <w:rtl/>
        </w:rPr>
        <w:t>الحكومية</w:t>
      </w:r>
      <w:r w:rsidRPr="00366B82">
        <w:rPr>
          <w:rFonts w:ascii="Sakkal Majalla" w:hAnsi="Sakkal Majalla" w:cs="Sakkal Majalla"/>
          <w:szCs w:val="28"/>
          <w:rtl/>
        </w:rPr>
        <w:t xml:space="preserve"> (</w:t>
      </w:r>
      <w:r w:rsidRPr="00366B82">
        <w:rPr>
          <w:rFonts w:ascii="Sakkal Majalla" w:hAnsi="Sakkal Majalla" w:cs="Sakkal Majalla" w:hint="cs"/>
          <w:szCs w:val="28"/>
          <w:rtl/>
        </w:rPr>
        <w:t>بما</w:t>
      </w:r>
      <w:r w:rsidRPr="00366B82">
        <w:rPr>
          <w:rFonts w:ascii="Sakkal Majalla" w:hAnsi="Sakkal Majalla" w:cs="Sakkal Majalla"/>
          <w:szCs w:val="28"/>
          <w:rtl/>
        </w:rPr>
        <w:t xml:space="preserve"> </w:t>
      </w:r>
      <w:r w:rsidRPr="00366B82">
        <w:rPr>
          <w:rFonts w:ascii="Sakkal Majalla" w:hAnsi="Sakkal Majalla" w:cs="Sakkal Majalla" w:hint="cs"/>
          <w:szCs w:val="28"/>
          <w:rtl/>
        </w:rPr>
        <w:t>يشمل</w:t>
      </w:r>
      <w:r w:rsidRPr="00366B82">
        <w:rPr>
          <w:rFonts w:ascii="Sakkal Majalla" w:hAnsi="Sakkal Majalla" w:cs="Sakkal Majalla"/>
          <w:szCs w:val="28"/>
          <w:rtl/>
        </w:rPr>
        <w:t xml:space="preserve"> </w:t>
      </w:r>
      <w:r w:rsidRPr="00366B82">
        <w:rPr>
          <w:rFonts w:ascii="Sakkal Majalla" w:hAnsi="Sakkal Majalla" w:cs="Sakkal Majalla" w:hint="cs"/>
          <w:szCs w:val="28"/>
          <w:rtl/>
        </w:rPr>
        <w:t>استيعاب</w:t>
      </w:r>
      <w:r w:rsidRPr="00366B82">
        <w:rPr>
          <w:rFonts w:ascii="Sakkal Majalla" w:hAnsi="Sakkal Majalla" w:cs="Sakkal Majalla"/>
          <w:szCs w:val="28"/>
          <w:rtl/>
        </w:rPr>
        <w:t xml:space="preserve"> </w:t>
      </w:r>
      <w:r w:rsidRPr="00366B82">
        <w:rPr>
          <w:rFonts w:ascii="Sakkal Majalla" w:hAnsi="Sakkal Majalla" w:cs="Sakkal Majalla" w:hint="cs"/>
          <w:szCs w:val="28"/>
          <w:rtl/>
        </w:rPr>
        <w:t>وتكييف</w:t>
      </w:r>
      <w:r w:rsidRPr="00366B82">
        <w:rPr>
          <w:rFonts w:ascii="Sakkal Majalla" w:hAnsi="Sakkal Majalla" w:cs="Sakkal Majalla"/>
          <w:szCs w:val="28"/>
          <w:rtl/>
        </w:rPr>
        <w:t xml:space="preserve"> </w:t>
      </w:r>
      <w:r w:rsidRPr="00366B82">
        <w:rPr>
          <w:rFonts w:ascii="Sakkal Majalla" w:hAnsi="Sakkal Majalla" w:cs="Sakkal Majalla" w:hint="cs"/>
          <w:szCs w:val="28"/>
          <w:rtl/>
        </w:rPr>
        <w:t>وتوظيف</w:t>
      </w:r>
      <w:r w:rsidRPr="00366B82">
        <w:rPr>
          <w:rFonts w:ascii="Sakkal Majalla" w:hAnsi="Sakkal Majalla" w:cs="Sakkal Majalla"/>
          <w:szCs w:val="28"/>
          <w:rtl/>
        </w:rPr>
        <w:t xml:space="preserve"> </w:t>
      </w:r>
      <w:r w:rsidRPr="00366B82">
        <w:rPr>
          <w:rFonts w:ascii="Sakkal Majalla" w:hAnsi="Sakkal Majalla" w:cs="Sakkal Majalla" w:hint="cs"/>
          <w:szCs w:val="28"/>
          <w:rtl/>
        </w:rPr>
        <w:t>المعرفة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الواردة</w:t>
      </w:r>
      <w:r w:rsidRPr="00366B82">
        <w:rPr>
          <w:rFonts w:ascii="Sakkal Majalla" w:hAnsi="Sakkal Majalla" w:cs="Sakkal Majalla"/>
          <w:szCs w:val="28"/>
          <w:rtl/>
        </w:rPr>
        <w:t xml:space="preserve"> </w:t>
      </w:r>
      <w:r w:rsidRPr="00366B82">
        <w:rPr>
          <w:rFonts w:ascii="Sakkal Majalla" w:hAnsi="Sakkal Majalla" w:cs="Sakkal Majalla" w:hint="cs"/>
          <w:szCs w:val="28"/>
          <w:rtl/>
        </w:rPr>
        <w:t>من</w:t>
      </w:r>
      <w:r w:rsidRPr="00366B82">
        <w:rPr>
          <w:rFonts w:ascii="Sakkal Majalla" w:hAnsi="Sakkal Majalla" w:cs="Sakkal Majalla"/>
          <w:szCs w:val="28"/>
          <w:rtl/>
        </w:rPr>
        <w:t xml:space="preserve"> </w:t>
      </w:r>
      <w:r w:rsidRPr="00366B82">
        <w:rPr>
          <w:rFonts w:ascii="Sakkal Majalla" w:hAnsi="Sakkal Majalla" w:cs="Sakkal Majalla" w:hint="cs"/>
          <w:szCs w:val="28"/>
          <w:rtl/>
        </w:rPr>
        <w:t>الشركات</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الاستشارية</w:t>
      </w:r>
      <w:r w:rsidRPr="00366B82">
        <w:rPr>
          <w:rFonts w:ascii="Sakkal Majalla" w:hAnsi="Sakkal Majalla" w:cs="Sakkal Majalla"/>
          <w:szCs w:val="28"/>
          <w:rtl/>
        </w:rPr>
        <w:t xml:space="preserve">) </w:t>
      </w:r>
      <w:r w:rsidRPr="00366B82">
        <w:rPr>
          <w:rFonts w:ascii="Sakkal Majalla" w:hAnsi="Sakkal Majalla" w:cs="Sakkal Majalla" w:hint="cs"/>
          <w:szCs w:val="28"/>
          <w:rtl/>
        </w:rPr>
        <w:t>بشكل</w:t>
      </w:r>
      <w:r w:rsidRPr="00366B82">
        <w:rPr>
          <w:rFonts w:ascii="Sakkal Majalla" w:hAnsi="Sakkal Majalla" w:cs="Sakkal Majalla"/>
          <w:szCs w:val="28"/>
          <w:rtl/>
        </w:rPr>
        <w:t xml:space="preserve"> </w:t>
      </w:r>
      <w:r w:rsidRPr="00366B82">
        <w:rPr>
          <w:rFonts w:ascii="Sakkal Majalla" w:hAnsi="Sakkal Majalla" w:cs="Sakkal Majalla" w:hint="cs"/>
          <w:szCs w:val="28"/>
          <w:rtl/>
        </w:rPr>
        <w:t>مباشر</w:t>
      </w:r>
      <w:r w:rsidRPr="00366B82">
        <w:rPr>
          <w:rFonts w:ascii="Sakkal Majalla" w:hAnsi="Sakkal Majalla" w:cs="Sakkal Majalla"/>
          <w:szCs w:val="28"/>
          <w:rtl/>
        </w:rPr>
        <w:t xml:space="preserve"> </w:t>
      </w:r>
      <w:r w:rsidRPr="00366B82">
        <w:rPr>
          <w:rFonts w:ascii="Sakkal Majalla" w:hAnsi="Sakkal Majalla" w:cs="Sakkal Majalla" w:hint="cs"/>
          <w:szCs w:val="28"/>
          <w:rtl/>
        </w:rPr>
        <w:t>في</w:t>
      </w:r>
      <w:r w:rsidRPr="00366B82">
        <w:rPr>
          <w:rFonts w:ascii="Sakkal Majalla" w:hAnsi="Sakkal Majalla" w:cs="Sakkal Majalla"/>
          <w:szCs w:val="28"/>
          <w:rtl/>
        </w:rPr>
        <w:t xml:space="preserve"> </w:t>
      </w:r>
      <w:r w:rsidRPr="00366B82">
        <w:rPr>
          <w:rFonts w:ascii="Sakkal Majalla" w:hAnsi="Sakkal Majalla" w:cs="Sakkal Majalla" w:hint="cs"/>
          <w:szCs w:val="28"/>
          <w:rtl/>
        </w:rPr>
        <w:t>فاعلية</w:t>
      </w:r>
      <w:r w:rsidRPr="00366B82">
        <w:rPr>
          <w:rFonts w:ascii="Sakkal Majalla" w:hAnsi="Sakkal Majalla" w:cs="Sakkal Majalla"/>
          <w:szCs w:val="28"/>
          <w:rtl/>
        </w:rPr>
        <w:t xml:space="preserve"> </w:t>
      </w:r>
      <w:r w:rsidRPr="00366B82">
        <w:rPr>
          <w:rFonts w:ascii="Sakkal Majalla" w:hAnsi="Sakkal Majalla" w:cs="Sakkal Majalla" w:hint="cs"/>
          <w:szCs w:val="28"/>
          <w:rtl/>
        </w:rPr>
        <w:t>استدامة</w:t>
      </w:r>
      <w:r w:rsidRPr="00366B82">
        <w:rPr>
          <w:rFonts w:ascii="Sakkal Majalla" w:hAnsi="Sakkal Majalla" w:cs="Sakkal Majalla"/>
          <w:szCs w:val="28"/>
          <w:rtl/>
        </w:rPr>
        <w:t xml:space="preserve"> </w:t>
      </w:r>
      <w:r w:rsidRPr="00366B82">
        <w:rPr>
          <w:rFonts w:ascii="Sakkal Majalla" w:hAnsi="Sakkal Majalla" w:cs="Sakkal Majalla" w:hint="cs"/>
          <w:szCs w:val="28"/>
          <w:rtl/>
        </w:rPr>
        <w:t>الابتكار</w:t>
      </w:r>
      <w:r w:rsidRPr="00366B82">
        <w:rPr>
          <w:rFonts w:ascii="Sakkal Majalla" w:hAnsi="Sakkal Majalla" w:cs="Sakkal Majalla"/>
          <w:szCs w:val="28"/>
          <w:rtl/>
        </w:rPr>
        <w:t xml:space="preserve"> </w:t>
      </w:r>
      <w:r w:rsidRPr="00366B82">
        <w:rPr>
          <w:rFonts w:ascii="Sakkal Majalla" w:hAnsi="Sakkal Majalla" w:cs="Sakkal Majalla" w:hint="cs"/>
          <w:szCs w:val="28"/>
          <w:rtl/>
        </w:rPr>
        <w:t>بعد</w:t>
      </w:r>
      <w:r w:rsidRPr="00366B82">
        <w:rPr>
          <w:rFonts w:ascii="Sakkal Majalla" w:hAnsi="Sakkal Majalla" w:cs="Sakkal Majalla"/>
          <w:szCs w:val="28"/>
          <w:rtl/>
        </w:rPr>
        <w:t xml:space="preserve"> </w:t>
      </w:r>
      <w:r w:rsidRPr="00366B82">
        <w:rPr>
          <w:rFonts w:ascii="Sakkal Majalla" w:hAnsi="Sakkal Majalla" w:cs="Sakkal Majalla" w:hint="cs"/>
          <w:szCs w:val="28"/>
          <w:rtl/>
        </w:rPr>
        <w:t>انتهاء</w:t>
      </w:r>
      <w:r w:rsidRPr="00366B82">
        <w:rPr>
          <w:rFonts w:ascii="Sakkal Majalla" w:hAnsi="Sakkal Majalla" w:cs="Sakkal Majalla"/>
          <w:szCs w:val="28"/>
          <w:rtl/>
        </w:rPr>
        <w:t xml:space="preserve"> </w:t>
      </w:r>
      <w:r w:rsidRPr="00366B82">
        <w:rPr>
          <w:rFonts w:ascii="Sakkal Majalla" w:hAnsi="Sakkal Majalla" w:cs="Sakkal Majalla" w:hint="cs"/>
          <w:szCs w:val="28"/>
          <w:rtl/>
        </w:rPr>
        <w:t>العقود</w:t>
      </w:r>
      <w:r w:rsidRPr="00366B82">
        <w:rPr>
          <w:rFonts w:ascii="Sakkal Majalla" w:hAnsi="Sakkal Majalla" w:cs="Sakkal Majalla"/>
          <w:szCs w:val="28"/>
          <w:rtl/>
        </w:rPr>
        <w:t xml:space="preserve"> </w:t>
      </w:r>
      <w:r w:rsidRPr="00366B82">
        <w:rPr>
          <w:rFonts w:ascii="Sakkal Majalla" w:hAnsi="Sakkal Majalla" w:cs="Sakkal Majalla" w:hint="cs"/>
          <w:szCs w:val="28"/>
          <w:rtl/>
        </w:rPr>
        <w:t xml:space="preserve">الاستشارية. </w:t>
      </w:r>
    </w:p>
    <w:p w14:paraId="4CBC49DD" w14:textId="5146030E" w:rsidR="00751AB9" w:rsidRPr="00366B82" w:rsidRDefault="00366B82" w:rsidP="00634497">
      <w:pPr>
        <w:pStyle w:val="ListParagraph"/>
        <w:bidi/>
        <w:spacing w:before="100" w:beforeAutospacing="1" w:after="100" w:afterAutospacing="1" w:line="240" w:lineRule="auto"/>
        <w:ind w:left="360"/>
        <w:jc w:val="lowKashida"/>
        <w:rPr>
          <w:rFonts w:ascii="Sakkal Majalla" w:hAnsi="Sakkal Majalla" w:cs="Sakkal Majalla"/>
          <w:szCs w:val="28"/>
        </w:rPr>
      </w:pPr>
      <w:r w:rsidRPr="00366B82">
        <w:rPr>
          <w:rFonts w:ascii="Sakkal Majalla" w:hAnsi="Sakkal Majalla" w:cs="Sakkal Majalla" w:hint="cs"/>
          <w:szCs w:val="28"/>
          <w:rtl/>
        </w:rPr>
        <w:t>ختاماً</w:t>
      </w:r>
      <w:r w:rsidR="00751AB9" w:rsidRPr="00366B82">
        <w:rPr>
          <w:rFonts w:ascii="Sakkal Majalla" w:hAnsi="Sakkal Majalla" w:cs="Sakkal Majalla" w:hint="cs"/>
          <w:szCs w:val="28"/>
          <w:rtl/>
        </w:rPr>
        <w:t xml:space="preserve">، </w:t>
      </w:r>
      <w:r w:rsidR="00751AB9" w:rsidRPr="00366B82">
        <w:rPr>
          <w:rFonts w:ascii="Sakkal Majalla" w:hAnsi="Sakkal Majalla" w:cs="Sakkal Majalla"/>
          <w:szCs w:val="28"/>
          <w:rtl/>
        </w:rPr>
        <w:t xml:space="preserve">تناول هذا الفصل الإطار النظري للدراسة، مسلطًا الضوء على العوامل التمكينية الداخلية، والدور </w:t>
      </w:r>
      <w:proofErr w:type="spellStart"/>
      <w:r w:rsidR="00751AB9" w:rsidRPr="00366B82">
        <w:rPr>
          <w:rFonts w:ascii="Sakkal Majalla" w:hAnsi="Sakkal Majalla" w:cs="Sakkal Majalla"/>
          <w:szCs w:val="28"/>
          <w:rtl/>
        </w:rPr>
        <w:t>التمكيني</w:t>
      </w:r>
      <w:proofErr w:type="spellEnd"/>
      <w:r w:rsidR="00751AB9" w:rsidRPr="00366B82">
        <w:rPr>
          <w:rFonts w:ascii="Sakkal Majalla" w:hAnsi="Sakkal Majalla" w:cs="Sakkal Majalla"/>
          <w:szCs w:val="28"/>
          <w:rtl/>
        </w:rPr>
        <w:t xml:space="preserve"> للشركات الاستشارية، وأهمية التكامل بينهما في تعزيز استدامة الابتكار داخل الجهات الحكومية</w:t>
      </w:r>
      <w:r>
        <w:rPr>
          <w:rFonts w:ascii="Sakkal Majalla" w:hAnsi="Sakkal Majalla" w:cs="Sakkal Majalla" w:hint="cs"/>
          <w:szCs w:val="28"/>
          <w:rtl/>
        </w:rPr>
        <w:t xml:space="preserve"> متأثراً بقدرتها على امتصاص المعرفة</w:t>
      </w:r>
      <w:r w:rsidR="00751AB9" w:rsidRPr="00366B82">
        <w:rPr>
          <w:rFonts w:ascii="Sakkal Majalla" w:hAnsi="Sakkal Majalla" w:cs="Sakkal Majalla"/>
          <w:szCs w:val="28"/>
          <w:rtl/>
        </w:rPr>
        <w:t>. كما تم تقديم تصور مبدئي للنموذج المفاهيمي الذي يربط بين هذه المتغيرات، وصياغة مجموعة من الفرضيات القابلة للاختبار</w:t>
      </w:r>
      <w:r w:rsidR="00751AB9" w:rsidRPr="00366B82">
        <w:rPr>
          <w:rFonts w:ascii="Sakkal Majalla" w:hAnsi="Sakkal Majalla" w:cs="Sakkal Majalla"/>
          <w:szCs w:val="28"/>
        </w:rPr>
        <w:t>.</w:t>
      </w:r>
    </w:p>
    <w:p w14:paraId="6E6A7F4B" w14:textId="77777777" w:rsidR="00751AB9" w:rsidRPr="00751AB9" w:rsidRDefault="00751AB9" w:rsidP="00634497">
      <w:pPr>
        <w:bidi/>
        <w:spacing w:before="100" w:beforeAutospacing="1" w:after="100" w:afterAutospacing="1" w:line="240" w:lineRule="auto"/>
        <w:ind w:left="360"/>
        <w:jc w:val="lowKashida"/>
        <w:rPr>
          <w:rFonts w:ascii="Sakkal Majalla" w:hAnsi="Sakkal Majalla" w:cs="Sakkal Majalla"/>
          <w:szCs w:val="28"/>
        </w:rPr>
      </w:pPr>
      <w:r w:rsidRPr="00751AB9">
        <w:rPr>
          <w:rFonts w:ascii="Sakkal Majalla" w:hAnsi="Sakkal Majalla" w:cs="Sakkal Majalla"/>
          <w:szCs w:val="28"/>
          <w:rtl/>
        </w:rPr>
        <w:t>ويشكّل هذا الإطار النظري الأساس الذي يُبنى عليه الجزء التطبيقي من الدراسة، والذي سيتم استعراضه في الفصل التالي من خلال منهجية البحث، وأدوات جمع البيانات، وخطة التحليل المستخدمة لاختبار الفرضيات والتحقق من النموذج المقترح</w:t>
      </w:r>
      <w:r w:rsidRPr="00751AB9">
        <w:rPr>
          <w:rFonts w:ascii="Sakkal Majalla" w:hAnsi="Sakkal Majalla" w:cs="Sakkal Majalla"/>
          <w:szCs w:val="28"/>
        </w:rPr>
        <w:t>.</w:t>
      </w:r>
    </w:p>
    <w:p w14:paraId="459C782E" w14:textId="77777777" w:rsidR="00751AB9" w:rsidRPr="00751AB9" w:rsidRDefault="00751AB9" w:rsidP="00083D43">
      <w:pPr>
        <w:bidi/>
        <w:spacing w:line="360" w:lineRule="auto"/>
        <w:ind w:left="360"/>
        <w:rPr>
          <w:rFonts w:ascii="Sakkal Majalla" w:hAnsi="Sakkal Majalla" w:cs="Sakkal Majalla"/>
          <w:szCs w:val="28"/>
          <w:rtl/>
        </w:rPr>
      </w:pPr>
    </w:p>
    <w:p w14:paraId="4AED60FC" w14:textId="77777777" w:rsidR="0014005C" w:rsidRDefault="0014005C" w:rsidP="00083D43">
      <w:pPr>
        <w:bidi/>
        <w:spacing w:line="360" w:lineRule="auto"/>
        <w:ind w:left="360"/>
        <w:rPr>
          <w:rFonts w:ascii="Sakkal Majalla" w:hAnsi="Sakkal Majalla" w:cs="Sakkal Majalla"/>
          <w:szCs w:val="28"/>
          <w:rtl/>
        </w:rPr>
      </w:pPr>
    </w:p>
    <w:p w14:paraId="33357A56" w14:textId="77777777" w:rsidR="0014005C" w:rsidRDefault="0014005C" w:rsidP="00083D43">
      <w:pPr>
        <w:bidi/>
        <w:spacing w:line="360" w:lineRule="auto"/>
        <w:ind w:left="360"/>
        <w:rPr>
          <w:rFonts w:ascii="Sakkal Majalla" w:hAnsi="Sakkal Majalla" w:cs="Sakkal Majalla"/>
          <w:szCs w:val="28"/>
          <w:rtl/>
        </w:rPr>
      </w:pPr>
    </w:p>
    <w:p w14:paraId="7BC88753" w14:textId="77777777" w:rsidR="0014005C" w:rsidRDefault="0014005C" w:rsidP="00083D43">
      <w:pPr>
        <w:bidi/>
        <w:spacing w:line="360" w:lineRule="auto"/>
        <w:ind w:left="360"/>
        <w:rPr>
          <w:rFonts w:ascii="Sakkal Majalla" w:hAnsi="Sakkal Majalla" w:cs="Sakkal Majalla"/>
          <w:szCs w:val="28"/>
          <w:rtl/>
        </w:rPr>
      </w:pPr>
    </w:p>
    <w:p w14:paraId="2C4F23AD" w14:textId="77777777" w:rsidR="0014005C" w:rsidRDefault="0014005C" w:rsidP="00083D43">
      <w:pPr>
        <w:bidi/>
        <w:spacing w:line="360" w:lineRule="auto"/>
        <w:ind w:left="360"/>
        <w:rPr>
          <w:rFonts w:ascii="Sakkal Majalla" w:hAnsi="Sakkal Majalla" w:cs="Sakkal Majalla"/>
          <w:szCs w:val="28"/>
          <w:rtl/>
        </w:rPr>
      </w:pPr>
    </w:p>
    <w:p w14:paraId="5B52F9E1" w14:textId="77777777" w:rsidR="00B704C2" w:rsidRDefault="00B704C2" w:rsidP="00083D43">
      <w:pPr>
        <w:bidi/>
        <w:spacing w:line="360" w:lineRule="auto"/>
        <w:rPr>
          <w:rFonts w:ascii="Sakkal Majalla" w:hAnsi="Sakkal Majalla" w:cs="Sakkal Majalla"/>
          <w:szCs w:val="28"/>
          <w:rtl/>
        </w:rPr>
      </w:pPr>
    </w:p>
    <w:p w14:paraId="18696A4D" w14:textId="77777777" w:rsidR="00366B82" w:rsidRDefault="00366B82" w:rsidP="00083D43">
      <w:pPr>
        <w:bidi/>
        <w:spacing w:line="360" w:lineRule="auto"/>
        <w:rPr>
          <w:rFonts w:ascii="Sakkal Majalla" w:hAnsi="Sakkal Majalla" w:cs="Sakkal Majalla"/>
          <w:sz w:val="72"/>
          <w:szCs w:val="72"/>
          <w:rtl/>
        </w:rPr>
      </w:pPr>
    </w:p>
    <w:p w14:paraId="26177931" w14:textId="0453A83A" w:rsidR="00B704C2" w:rsidRPr="005F07C9" w:rsidRDefault="005F07C9" w:rsidP="00686E99">
      <w:pPr>
        <w:bidi/>
        <w:spacing w:line="360" w:lineRule="auto"/>
        <w:jc w:val="center"/>
        <w:rPr>
          <w:rFonts w:ascii="Sakkal Majalla" w:hAnsi="Sakkal Majalla" w:cs="Sakkal Majalla"/>
          <w:sz w:val="72"/>
          <w:szCs w:val="72"/>
          <w:rtl/>
        </w:rPr>
      </w:pPr>
      <w:r w:rsidRPr="005F07C9">
        <w:rPr>
          <w:rFonts w:ascii="Sakkal Majalla" w:hAnsi="Sakkal Majalla" w:cs="Sakkal Majalla" w:hint="cs"/>
          <w:sz w:val="72"/>
          <w:szCs w:val="72"/>
          <w:rtl/>
        </w:rPr>
        <w:t>الفصل الثالث</w:t>
      </w:r>
    </w:p>
    <w:p w14:paraId="71DA1531" w14:textId="69F186FF" w:rsidR="005F07C9" w:rsidRPr="005F07C9" w:rsidRDefault="005F07C9" w:rsidP="00686E99">
      <w:pPr>
        <w:bidi/>
        <w:spacing w:line="360" w:lineRule="auto"/>
        <w:jc w:val="center"/>
        <w:rPr>
          <w:rFonts w:ascii="Sakkal Majalla" w:hAnsi="Sakkal Majalla" w:cs="Sakkal Majalla"/>
          <w:sz w:val="72"/>
          <w:szCs w:val="72"/>
          <w:rtl/>
        </w:rPr>
      </w:pPr>
      <w:r w:rsidRPr="005F07C9">
        <w:rPr>
          <w:rFonts w:ascii="Sakkal Majalla" w:hAnsi="Sakkal Majalla" w:cs="Sakkal Majalla" w:hint="cs"/>
          <w:sz w:val="72"/>
          <w:szCs w:val="72"/>
          <w:rtl/>
        </w:rPr>
        <w:t>منهجية البحث</w:t>
      </w:r>
    </w:p>
    <w:p w14:paraId="0A3D18C1" w14:textId="77777777" w:rsidR="005F07C9" w:rsidRDefault="005F07C9" w:rsidP="00083D43">
      <w:pPr>
        <w:bidi/>
        <w:spacing w:line="360" w:lineRule="auto"/>
        <w:ind w:left="360"/>
        <w:rPr>
          <w:rFonts w:ascii="Sakkal Majalla" w:hAnsi="Sakkal Majalla" w:cs="Sakkal Majalla"/>
          <w:szCs w:val="28"/>
          <w:rtl/>
        </w:rPr>
      </w:pPr>
    </w:p>
    <w:p w14:paraId="33698F15" w14:textId="77777777" w:rsidR="005F07C9" w:rsidRDefault="005F07C9" w:rsidP="00083D43">
      <w:pPr>
        <w:bidi/>
        <w:spacing w:line="360" w:lineRule="auto"/>
        <w:ind w:left="360"/>
        <w:rPr>
          <w:rFonts w:ascii="Sakkal Majalla" w:hAnsi="Sakkal Majalla" w:cs="Sakkal Majalla"/>
          <w:szCs w:val="28"/>
          <w:rtl/>
        </w:rPr>
      </w:pPr>
    </w:p>
    <w:p w14:paraId="4915271E" w14:textId="77777777" w:rsidR="005F07C9" w:rsidRDefault="005F07C9" w:rsidP="00083D43">
      <w:pPr>
        <w:bidi/>
        <w:spacing w:line="360" w:lineRule="auto"/>
        <w:ind w:left="360"/>
        <w:rPr>
          <w:rFonts w:ascii="Sakkal Majalla" w:hAnsi="Sakkal Majalla" w:cs="Sakkal Majalla"/>
          <w:szCs w:val="28"/>
          <w:rtl/>
        </w:rPr>
      </w:pPr>
    </w:p>
    <w:p w14:paraId="4C95E51B" w14:textId="77777777" w:rsidR="004F0FE5" w:rsidRDefault="004F0FE5" w:rsidP="00083D43">
      <w:pPr>
        <w:bidi/>
        <w:spacing w:line="360" w:lineRule="auto"/>
        <w:ind w:left="360"/>
        <w:rPr>
          <w:rFonts w:ascii="Sakkal Majalla" w:hAnsi="Sakkal Majalla" w:cs="Sakkal Majalla"/>
          <w:szCs w:val="28"/>
          <w:rtl/>
        </w:rPr>
      </w:pPr>
    </w:p>
    <w:p w14:paraId="36D8D1BF" w14:textId="77777777" w:rsidR="005F07C9" w:rsidRPr="00B704C2" w:rsidRDefault="005F07C9" w:rsidP="00083D43">
      <w:pPr>
        <w:bidi/>
        <w:spacing w:line="360" w:lineRule="auto"/>
        <w:rPr>
          <w:rFonts w:ascii="Sakkal Majalla" w:hAnsi="Sakkal Majalla" w:cs="Sakkal Majalla"/>
          <w:szCs w:val="28"/>
        </w:rPr>
      </w:pPr>
    </w:p>
    <w:p w14:paraId="560263AE" w14:textId="426453A2" w:rsidR="000D5DBC" w:rsidRPr="000D5DBC" w:rsidRDefault="000D5DBC" w:rsidP="00083D43">
      <w:pPr>
        <w:bidi/>
        <w:spacing w:line="360" w:lineRule="auto"/>
        <w:rPr>
          <w:rFonts w:ascii="Sakkal Majalla" w:hAnsi="Sakkal Majalla" w:cs="Sakkal Majalla"/>
          <w:b/>
          <w:bCs/>
          <w:sz w:val="32"/>
          <w:szCs w:val="32"/>
          <w:rtl/>
        </w:rPr>
      </w:pPr>
      <w:r w:rsidRPr="000D5DBC">
        <w:rPr>
          <w:rFonts w:ascii="Sakkal Majalla" w:hAnsi="Sakkal Majalla" w:cs="Sakkal Majalla" w:hint="cs"/>
          <w:b/>
          <w:bCs/>
          <w:sz w:val="32"/>
          <w:szCs w:val="32"/>
          <w:rtl/>
        </w:rPr>
        <w:lastRenderedPageBreak/>
        <w:t xml:space="preserve">3.1 </w:t>
      </w:r>
      <w:r w:rsidR="00566903">
        <w:rPr>
          <w:rFonts w:ascii="Sakkal Majalla" w:hAnsi="Sakkal Majalla" w:cs="Sakkal Majalla" w:hint="cs"/>
          <w:b/>
          <w:bCs/>
          <w:sz w:val="32"/>
          <w:szCs w:val="32"/>
          <w:rtl/>
        </w:rPr>
        <w:t>المقدمة</w:t>
      </w:r>
      <w:r w:rsidRPr="000D5DBC">
        <w:rPr>
          <w:rFonts w:ascii="Sakkal Majalla" w:hAnsi="Sakkal Majalla" w:cs="Sakkal Majalla" w:hint="cs"/>
          <w:b/>
          <w:bCs/>
          <w:sz w:val="32"/>
          <w:szCs w:val="32"/>
          <w:rtl/>
        </w:rPr>
        <w:t xml:space="preserve"> </w:t>
      </w:r>
    </w:p>
    <w:p w14:paraId="0EAC7C96" w14:textId="6056F1D1" w:rsidR="008D2FDC" w:rsidRPr="008D2FDC" w:rsidRDefault="00402B24" w:rsidP="00634497">
      <w:pPr>
        <w:bidi/>
        <w:spacing w:line="360" w:lineRule="auto"/>
        <w:jc w:val="lowKashida"/>
        <w:rPr>
          <w:rFonts w:ascii="Sakkal Majalla" w:hAnsi="Sakkal Majalla" w:cs="Sakkal Majalla"/>
          <w:szCs w:val="28"/>
        </w:rPr>
      </w:pPr>
      <w:r w:rsidRPr="00402B24">
        <w:rPr>
          <w:rFonts w:ascii="Sakkal Majalla" w:hAnsi="Sakkal Majalla" w:cs="Sakkal Majalla" w:hint="cs"/>
          <w:szCs w:val="28"/>
          <w:rtl/>
        </w:rPr>
        <w:t>يهدف</w:t>
      </w:r>
      <w:r w:rsidRPr="00402B24">
        <w:rPr>
          <w:rFonts w:ascii="Sakkal Majalla" w:hAnsi="Sakkal Majalla" w:cs="Sakkal Majalla"/>
          <w:szCs w:val="28"/>
          <w:rtl/>
        </w:rPr>
        <w:t xml:space="preserve"> </w:t>
      </w:r>
      <w:r w:rsidRPr="00402B24">
        <w:rPr>
          <w:rFonts w:ascii="Sakkal Majalla" w:hAnsi="Sakkal Majalla" w:cs="Sakkal Majalla" w:hint="cs"/>
          <w:szCs w:val="28"/>
          <w:rtl/>
        </w:rPr>
        <w:t>هذا</w:t>
      </w:r>
      <w:r w:rsidRPr="00402B24">
        <w:rPr>
          <w:rFonts w:ascii="Sakkal Majalla" w:hAnsi="Sakkal Majalla" w:cs="Sakkal Majalla"/>
          <w:szCs w:val="28"/>
          <w:rtl/>
        </w:rPr>
        <w:t xml:space="preserve"> </w:t>
      </w:r>
      <w:r w:rsidRPr="00402B24">
        <w:rPr>
          <w:rFonts w:ascii="Sakkal Majalla" w:hAnsi="Sakkal Majalla" w:cs="Sakkal Majalla" w:hint="cs"/>
          <w:szCs w:val="28"/>
          <w:rtl/>
        </w:rPr>
        <w:t>الفصل</w:t>
      </w:r>
      <w:r w:rsidRPr="00402B24">
        <w:rPr>
          <w:rFonts w:ascii="Sakkal Majalla" w:hAnsi="Sakkal Majalla" w:cs="Sakkal Majalla"/>
          <w:szCs w:val="28"/>
          <w:rtl/>
        </w:rPr>
        <w:t xml:space="preserve"> </w:t>
      </w:r>
      <w:r w:rsidRPr="00402B24">
        <w:rPr>
          <w:rFonts w:ascii="Sakkal Majalla" w:hAnsi="Sakkal Majalla" w:cs="Sakkal Majalla" w:hint="cs"/>
          <w:szCs w:val="28"/>
          <w:rtl/>
        </w:rPr>
        <w:t>إلى</w:t>
      </w:r>
      <w:r w:rsidRPr="00402B24">
        <w:rPr>
          <w:rFonts w:ascii="Sakkal Majalla" w:hAnsi="Sakkal Majalla" w:cs="Sakkal Majalla"/>
          <w:szCs w:val="28"/>
          <w:rtl/>
        </w:rPr>
        <w:t xml:space="preserve"> </w:t>
      </w:r>
      <w:r w:rsidRPr="00402B24">
        <w:rPr>
          <w:rFonts w:ascii="Sakkal Majalla" w:hAnsi="Sakkal Majalla" w:cs="Sakkal Majalla" w:hint="cs"/>
          <w:szCs w:val="28"/>
          <w:rtl/>
        </w:rPr>
        <w:t>عرض</w:t>
      </w:r>
      <w:r w:rsidRPr="00402B24">
        <w:rPr>
          <w:rFonts w:ascii="Sakkal Majalla" w:hAnsi="Sakkal Majalla" w:cs="Sakkal Majalla"/>
          <w:szCs w:val="28"/>
          <w:rtl/>
        </w:rPr>
        <w:t xml:space="preserve"> </w:t>
      </w:r>
      <w:r w:rsidRPr="00402B24">
        <w:rPr>
          <w:rFonts w:ascii="Sakkal Majalla" w:hAnsi="Sakkal Majalla" w:cs="Sakkal Majalla" w:hint="cs"/>
          <w:szCs w:val="28"/>
          <w:rtl/>
        </w:rPr>
        <w:t>المنهجية</w:t>
      </w:r>
      <w:r w:rsidRPr="00402B24">
        <w:rPr>
          <w:rFonts w:ascii="Sakkal Majalla" w:hAnsi="Sakkal Majalla" w:cs="Sakkal Majalla"/>
          <w:szCs w:val="28"/>
          <w:rtl/>
        </w:rPr>
        <w:t xml:space="preserve"> </w:t>
      </w:r>
      <w:r w:rsidRPr="00402B24">
        <w:rPr>
          <w:rFonts w:ascii="Sakkal Majalla" w:hAnsi="Sakkal Majalla" w:cs="Sakkal Majalla" w:hint="cs"/>
          <w:szCs w:val="28"/>
          <w:rtl/>
        </w:rPr>
        <w:t>العلمية</w:t>
      </w:r>
      <w:r w:rsidRPr="00402B24">
        <w:rPr>
          <w:rFonts w:ascii="Sakkal Majalla" w:hAnsi="Sakkal Majalla" w:cs="Sakkal Majalla"/>
          <w:szCs w:val="28"/>
          <w:rtl/>
        </w:rPr>
        <w:t xml:space="preserve"> </w:t>
      </w:r>
      <w:r w:rsidRPr="00402B24">
        <w:rPr>
          <w:rFonts w:ascii="Sakkal Majalla" w:hAnsi="Sakkal Majalla" w:cs="Sakkal Majalla" w:hint="cs"/>
          <w:szCs w:val="28"/>
          <w:rtl/>
        </w:rPr>
        <w:t>التي</w:t>
      </w:r>
      <w:r w:rsidRPr="00402B24">
        <w:rPr>
          <w:rFonts w:ascii="Sakkal Majalla" w:hAnsi="Sakkal Majalla" w:cs="Sakkal Majalla"/>
          <w:szCs w:val="28"/>
          <w:rtl/>
        </w:rPr>
        <w:t xml:space="preserve"> </w:t>
      </w:r>
      <w:r w:rsidRPr="00402B24">
        <w:rPr>
          <w:rFonts w:ascii="Sakkal Majalla" w:hAnsi="Sakkal Majalla" w:cs="Sakkal Majalla" w:hint="cs"/>
          <w:szCs w:val="28"/>
          <w:rtl/>
        </w:rPr>
        <w:t>تم</w:t>
      </w:r>
      <w:r w:rsidRPr="00402B24">
        <w:rPr>
          <w:rFonts w:ascii="Sakkal Majalla" w:hAnsi="Sakkal Majalla" w:cs="Sakkal Majalla"/>
          <w:szCs w:val="28"/>
          <w:rtl/>
        </w:rPr>
        <w:t xml:space="preserve"> </w:t>
      </w:r>
      <w:r w:rsidRPr="00402B24">
        <w:rPr>
          <w:rFonts w:ascii="Sakkal Majalla" w:hAnsi="Sakkal Majalla" w:cs="Sakkal Majalla" w:hint="cs"/>
          <w:szCs w:val="28"/>
          <w:rtl/>
        </w:rPr>
        <w:t>اتباعها</w:t>
      </w:r>
      <w:r w:rsidRPr="00402B24">
        <w:rPr>
          <w:rFonts w:ascii="Sakkal Majalla" w:hAnsi="Sakkal Majalla" w:cs="Sakkal Majalla"/>
          <w:szCs w:val="28"/>
          <w:rtl/>
        </w:rPr>
        <w:t xml:space="preserve"> </w:t>
      </w:r>
      <w:r w:rsidRPr="00402B24">
        <w:rPr>
          <w:rFonts w:ascii="Sakkal Majalla" w:hAnsi="Sakkal Majalla" w:cs="Sakkal Majalla" w:hint="cs"/>
          <w:szCs w:val="28"/>
          <w:rtl/>
        </w:rPr>
        <w:t>في</w:t>
      </w:r>
      <w:r w:rsidRPr="00402B24">
        <w:rPr>
          <w:rFonts w:ascii="Sakkal Majalla" w:hAnsi="Sakkal Majalla" w:cs="Sakkal Majalla"/>
          <w:szCs w:val="28"/>
          <w:rtl/>
        </w:rPr>
        <w:t xml:space="preserve"> </w:t>
      </w:r>
      <w:r w:rsidRPr="00402B24">
        <w:rPr>
          <w:rFonts w:ascii="Sakkal Majalla" w:hAnsi="Sakkal Majalla" w:cs="Sakkal Majalla" w:hint="cs"/>
          <w:szCs w:val="28"/>
          <w:rtl/>
        </w:rPr>
        <w:t>هذه</w:t>
      </w:r>
      <w:r w:rsidRPr="00402B24">
        <w:rPr>
          <w:rFonts w:ascii="Sakkal Majalla" w:hAnsi="Sakkal Majalla" w:cs="Sakkal Majalla"/>
          <w:szCs w:val="28"/>
          <w:rtl/>
        </w:rPr>
        <w:t xml:space="preserve"> </w:t>
      </w:r>
      <w:r w:rsidRPr="00402B24">
        <w:rPr>
          <w:rFonts w:ascii="Sakkal Majalla" w:hAnsi="Sakkal Majalla" w:cs="Sakkal Majalla" w:hint="cs"/>
          <w:szCs w:val="28"/>
          <w:rtl/>
        </w:rPr>
        <w:t>الدراسة</w:t>
      </w:r>
      <w:r w:rsidRPr="00402B24">
        <w:rPr>
          <w:rFonts w:ascii="Sakkal Majalla" w:hAnsi="Sakkal Majalla" w:cs="Sakkal Majalla"/>
          <w:szCs w:val="28"/>
          <w:rtl/>
        </w:rPr>
        <w:t xml:space="preserve"> </w:t>
      </w:r>
      <w:r w:rsidRPr="00402B24">
        <w:rPr>
          <w:rFonts w:ascii="Sakkal Majalla" w:hAnsi="Sakkal Majalla" w:cs="Sakkal Majalla" w:hint="cs"/>
          <w:szCs w:val="28"/>
          <w:rtl/>
        </w:rPr>
        <w:t>من</w:t>
      </w:r>
      <w:r w:rsidRPr="00402B24">
        <w:rPr>
          <w:rFonts w:ascii="Sakkal Majalla" w:hAnsi="Sakkal Majalla" w:cs="Sakkal Majalla"/>
          <w:szCs w:val="28"/>
          <w:rtl/>
        </w:rPr>
        <w:t xml:space="preserve"> </w:t>
      </w:r>
      <w:r w:rsidRPr="00402B24">
        <w:rPr>
          <w:rFonts w:ascii="Sakkal Majalla" w:hAnsi="Sakkal Majalla" w:cs="Sakkal Majalla" w:hint="cs"/>
          <w:szCs w:val="28"/>
          <w:rtl/>
        </w:rPr>
        <w:t>أجل</w:t>
      </w:r>
      <w:r w:rsidRPr="00402B24">
        <w:rPr>
          <w:rFonts w:ascii="Sakkal Majalla" w:hAnsi="Sakkal Majalla" w:cs="Sakkal Majalla"/>
          <w:szCs w:val="28"/>
          <w:rtl/>
        </w:rPr>
        <w:t xml:space="preserve"> </w:t>
      </w:r>
      <w:r w:rsidRPr="00402B24">
        <w:rPr>
          <w:rFonts w:ascii="Sakkal Majalla" w:hAnsi="Sakkal Majalla" w:cs="Sakkal Majalla" w:hint="cs"/>
          <w:szCs w:val="28"/>
          <w:rtl/>
        </w:rPr>
        <w:t>الإجابة</w:t>
      </w:r>
      <w:r w:rsidRPr="00402B24">
        <w:rPr>
          <w:rFonts w:ascii="Sakkal Majalla" w:hAnsi="Sakkal Majalla" w:cs="Sakkal Majalla"/>
          <w:szCs w:val="28"/>
          <w:rtl/>
        </w:rPr>
        <w:t xml:space="preserve"> </w:t>
      </w:r>
      <w:r w:rsidRPr="00402B24">
        <w:rPr>
          <w:rFonts w:ascii="Sakkal Majalla" w:hAnsi="Sakkal Majalla" w:cs="Sakkal Majalla" w:hint="cs"/>
          <w:szCs w:val="28"/>
          <w:rtl/>
        </w:rPr>
        <w:t>عن</w:t>
      </w:r>
      <w:r w:rsidRPr="00402B24">
        <w:rPr>
          <w:rFonts w:ascii="Sakkal Majalla" w:hAnsi="Sakkal Majalla" w:cs="Sakkal Majalla"/>
          <w:szCs w:val="28"/>
          <w:rtl/>
        </w:rPr>
        <w:t xml:space="preserve"> </w:t>
      </w:r>
      <w:r w:rsidRPr="00402B24">
        <w:rPr>
          <w:rFonts w:ascii="Sakkal Majalla" w:hAnsi="Sakkal Majalla" w:cs="Sakkal Majalla" w:hint="cs"/>
          <w:szCs w:val="28"/>
          <w:rtl/>
        </w:rPr>
        <w:t>أسئلتها</w:t>
      </w:r>
      <w:r w:rsidRPr="00402B24">
        <w:rPr>
          <w:rFonts w:ascii="Sakkal Majalla" w:hAnsi="Sakkal Majalla" w:cs="Sakkal Majalla"/>
          <w:szCs w:val="28"/>
          <w:rtl/>
        </w:rPr>
        <w:t xml:space="preserve"> </w:t>
      </w:r>
      <w:r w:rsidRPr="00402B24">
        <w:rPr>
          <w:rFonts w:ascii="Sakkal Majalla" w:hAnsi="Sakkal Majalla" w:cs="Sakkal Majalla" w:hint="cs"/>
          <w:szCs w:val="28"/>
          <w:rtl/>
        </w:rPr>
        <w:t>واختبار</w:t>
      </w:r>
      <w:r w:rsidRPr="00402B24">
        <w:rPr>
          <w:rFonts w:ascii="Sakkal Majalla" w:hAnsi="Sakkal Majalla" w:cs="Sakkal Majalla"/>
          <w:szCs w:val="28"/>
          <w:rtl/>
        </w:rPr>
        <w:t xml:space="preserve"> </w:t>
      </w:r>
      <w:r w:rsidRPr="00402B24">
        <w:rPr>
          <w:rFonts w:ascii="Sakkal Majalla" w:hAnsi="Sakkal Majalla" w:cs="Sakkal Majalla" w:hint="cs"/>
          <w:szCs w:val="28"/>
          <w:rtl/>
        </w:rPr>
        <w:t>فرضياتها،</w:t>
      </w:r>
      <w:r w:rsidRPr="00402B24">
        <w:rPr>
          <w:rFonts w:ascii="Sakkal Majalla" w:hAnsi="Sakkal Majalla" w:cs="Sakkal Majalla"/>
          <w:szCs w:val="28"/>
          <w:rtl/>
        </w:rPr>
        <w:t xml:space="preserve"> </w:t>
      </w:r>
      <w:r w:rsidRPr="00402B24">
        <w:rPr>
          <w:rFonts w:ascii="Sakkal Majalla" w:hAnsi="Sakkal Majalla" w:cs="Sakkal Majalla" w:hint="cs"/>
          <w:szCs w:val="28"/>
          <w:rtl/>
        </w:rPr>
        <w:t>وذلك</w:t>
      </w:r>
      <w:r w:rsidRPr="00402B24">
        <w:rPr>
          <w:rFonts w:ascii="Sakkal Majalla" w:hAnsi="Sakkal Majalla" w:cs="Sakkal Majalla"/>
          <w:szCs w:val="28"/>
          <w:rtl/>
        </w:rPr>
        <w:t xml:space="preserve"> </w:t>
      </w:r>
      <w:r w:rsidRPr="00402B24">
        <w:rPr>
          <w:rFonts w:ascii="Sakkal Majalla" w:hAnsi="Sakkal Majalla" w:cs="Sakkal Majalla" w:hint="cs"/>
          <w:szCs w:val="28"/>
          <w:rtl/>
        </w:rPr>
        <w:t>من</w:t>
      </w:r>
      <w:r w:rsidRPr="00402B24">
        <w:rPr>
          <w:rFonts w:ascii="Sakkal Majalla" w:hAnsi="Sakkal Majalla" w:cs="Sakkal Majalla"/>
          <w:szCs w:val="28"/>
          <w:rtl/>
        </w:rPr>
        <w:t xml:space="preserve"> </w:t>
      </w:r>
      <w:r w:rsidRPr="00402B24">
        <w:rPr>
          <w:rFonts w:ascii="Sakkal Majalla" w:hAnsi="Sakkal Majalla" w:cs="Sakkal Majalla" w:hint="cs"/>
          <w:szCs w:val="28"/>
          <w:rtl/>
        </w:rPr>
        <w:t>خلال</w:t>
      </w:r>
      <w:r w:rsidRPr="00402B24">
        <w:rPr>
          <w:rFonts w:ascii="Sakkal Majalla" w:hAnsi="Sakkal Majalla" w:cs="Sakkal Majalla"/>
          <w:szCs w:val="28"/>
          <w:rtl/>
        </w:rPr>
        <w:t xml:space="preserve"> </w:t>
      </w:r>
      <w:r w:rsidRPr="00402B24">
        <w:rPr>
          <w:rFonts w:ascii="Sakkal Majalla" w:hAnsi="Sakkal Majalla" w:cs="Sakkal Majalla" w:hint="cs"/>
          <w:szCs w:val="28"/>
          <w:rtl/>
        </w:rPr>
        <w:t>تحديد</w:t>
      </w:r>
      <w:r w:rsidRPr="00402B24">
        <w:rPr>
          <w:rFonts w:ascii="Sakkal Majalla" w:hAnsi="Sakkal Majalla" w:cs="Sakkal Majalla"/>
          <w:szCs w:val="28"/>
          <w:rtl/>
        </w:rPr>
        <w:t xml:space="preserve"> </w:t>
      </w:r>
      <w:r w:rsidRPr="00402B24">
        <w:rPr>
          <w:rFonts w:ascii="Sakkal Majalla" w:hAnsi="Sakkal Majalla" w:cs="Sakkal Majalla" w:hint="cs"/>
          <w:szCs w:val="28"/>
          <w:rtl/>
        </w:rPr>
        <w:t>المجتمع</w:t>
      </w:r>
      <w:r w:rsidRPr="00402B24">
        <w:rPr>
          <w:rFonts w:ascii="Sakkal Majalla" w:hAnsi="Sakkal Majalla" w:cs="Sakkal Majalla"/>
          <w:szCs w:val="28"/>
          <w:rtl/>
        </w:rPr>
        <w:t xml:space="preserve"> </w:t>
      </w:r>
      <w:r w:rsidRPr="00402B24">
        <w:rPr>
          <w:rFonts w:ascii="Sakkal Majalla" w:hAnsi="Sakkal Majalla" w:cs="Sakkal Majalla" w:hint="cs"/>
          <w:szCs w:val="28"/>
          <w:rtl/>
        </w:rPr>
        <w:t>والعينة،</w:t>
      </w:r>
      <w:r w:rsidRPr="00402B24">
        <w:rPr>
          <w:rFonts w:ascii="Sakkal Majalla" w:hAnsi="Sakkal Majalla" w:cs="Sakkal Majalla"/>
          <w:szCs w:val="28"/>
          <w:rtl/>
        </w:rPr>
        <w:t xml:space="preserve"> </w:t>
      </w:r>
      <w:r w:rsidRPr="00402B24">
        <w:rPr>
          <w:rFonts w:ascii="Sakkal Majalla" w:hAnsi="Sakkal Majalla" w:cs="Sakkal Majalla" w:hint="cs"/>
          <w:szCs w:val="28"/>
          <w:rtl/>
        </w:rPr>
        <w:t>وتصميم</w:t>
      </w:r>
      <w:r w:rsidRPr="00402B24">
        <w:rPr>
          <w:rFonts w:ascii="Sakkal Majalla" w:hAnsi="Sakkal Majalla" w:cs="Sakkal Majalla"/>
          <w:szCs w:val="28"/>
          <w:rtl/>
        </w:rPr>
        <w:t xml:space="preserve"> </w:t>
      </w:r>
      <w:r w:rsidRPr="00402B24">
        <w:rPr>
          <w:rFonts w:ascii="Sakkal Majalla" w:hAnsi="Sakkal Majalla" w:cs="Sakkal Majalla" w:hint="cs"/>
          <w:szCs w:val="28"/>
          <w:rtl/>
        </w:rPr>
        <w:t>أداة</w:t>
      </w:r>
      <w:r w:rsidRPr="00402B24">
        <w:rPr>
          <w:rFonts w:ascii="Sakkal Majalla" w:hAnsi="Sakkal Majalla" w:cs="Sakkal Majalla"/>
          <w:szCs w:val="28"/>
          <w:rtl/>
        </w:rPr>
        <w:t xml:space="preserve"> </w:t>
      </w:r>
      <w:r w:rsidRPr="00402B24">
        <w:rPr>
          <w:rFonts w:ascii="Sakkal Majalla" w:hAnsi="Sakkal Majalla" w:cs="Sakkal Majalla" w:hint="cs"/>
          <w:szCs w:val="28"/>
          <w:rtl/>
        </w:rPr>
        <w:t>البحث،</w:t>
      </w:r>
      <w:r w:rsidRPr="00402B24">
        <w:rPr>
          <w:rFonts w:ascii="Sakkal Majalla" w:hAnsi="Sakkal Majalla" w:cs="Sakkal Majalla"/>
          <w:szCs w:val="28"/>
          <w:rtl/>
        </w:rPr>
        <w:t xml:space="preserve"> </w:t>
      </w:r>
      <w:r w:rsidRPr="00402B24">
        <w:rPr>
          <w:rFonts w:ascii="Sakkal Majalla" w:hAnsi="Sakkal Majalla" w:cs="Sakkal Majalla" w:hint="cs"/>
          <w:szCs w:val="28"/>
          <w:rtl/>
        </w:rPr>
        <w:t>وطرق</w:t>
      </w:r>
      <w:r w:rsidRPr="00402B24">
        <w:rPr>
          <w:rFonts w:ascii="Sakkal Majalla" w:hAnsi="Sakkal Majalla" w:cs="Sakkal Majalla"/>
          <w:szCs w:val="28"/>
          <w:rtl/>
        </w:rPr>
        <w:t xml:space="preserve"> </w:t>
      </w:r>
      <w:r w:rsidRPr="00402B24">
        <w:rPr>
          <w:rFonts w:ascii="Sakkal Majalla" w:hAnsi="Sakkal Majalla" w:cs="Sakkal Majalla" w:hint="cs"/>
          <w:szCs w:val="28"/>
          <w:rtl/>
        </w:rPr>
        <w:t>جمع</w:t>
      </w:r>
      <w:r w:rsidRPr="00402B24">
        <w:rPr>
          <w:rFonts w:ascii="Sakkal Majalla" w:hAnsi="Sakkal Majalla" w:cs="Sakkal Majalla"/>
          <w:szCs w:val="28"/>
          <w:rtl/>
        </w:rPr>
        <w:t xml:space="preserve"> </w:t>
      </w:r>
      <w:r w:rsidRPr="00402B24">
        <w:rPr>
          <w:rFonts w:ascii="Sakkal Majalla" w:hAnsi="Sakkal Majalla" w:cs="Sakkal Majalla" w:hint="cs"/>
          <w:szCs w:val="28"/>
          <w:rtl/>
        </w:rPr>
        <w:t>البيانات،</w:t>
      </w:r>
      <w:r w:rsidRPr="00402B24">
        <w:rPr>
          <w:rFonts w:ascii="Sakkal Majalla" w:hAnsi="Sakkal Majalla" w:cs="Sakkal Majalla"/>
          <w:szCs w:val="28"/>
          <w:rtl/>
        </w:rPr>
        <w:t xml:space="preserve"> </w:t>
      </w:r>
      <w:r w:rsidRPr="00402B24">
        <w:rPr>
          <w:rFonts w:ascii="Sakkal Majalla" w:hAnsi="Sakkal Majalla" w:cs="Sakkal Majalla" w:hint="cs"/>
          <w:szCs w:val="28"/>
          <w:rtl/>
        </w:rPr>
        <w:t>وآليات</w:t>
      </w:r>
      <w:r w:rsidRPr="00402B24">
        <w:rPr>
          <w:rFonts w:ascii="Sakkal Majalla" w:hAnsi="Sakkal Majalla" w:cs="Sakkal Majalla"/>
          <w:szCs w:val="28"/>
          <w:rtl/>
        </w:rPr>
        <w:t xml:space="preserve"> </w:t>
      </w:r>
      <w:r w:rsidRPr="00402B24">
        <w:rPr>
          <w:rFonts w:ascii="Sakkal Majalla" w:hAnsi="Sakkal Majalla" w:cs="Sakkal Majalla" w:hint="cs"/>
          <w:szCs w:val="28"/>
          <w:rtl/>
        </w:rPr>
        <w:t>التحليل</w:t>
      </w:r>
      <w:r w:rsidRPr="00402B24">
        <w:rPr>
          <w:rFonts w:ascii="Sakkal Majalla" w:hAnsi="Sakkal Majalla" w:cs="Sakkal Majalla"/>
          <w:szCs w:val="28"/>
          <w:rtl/>
        </w:rPr>
        <w:t xml:space="preserve"> </w:t>
      </w:r>
      <w:r w:rsidRPr="00402B24">
        <w:rPr>
          <w:rFonts w:ascii="Sakkal Majalla" w:hAnsi="Sakkal Majalla" w:cs="Sakkal Majalla" w:hint="cs"/>
          <w:szCs w:val="28"/>
          <w:rtl/>
        </w:rPr>
        <w:t>الكمي</w:t>
      </w:r>
      <w:r w:rsidRPr="00402B24">
        <w:rPr>
          <w:rFonts w:ascii="Sakkal Majalla" w:hAnsi="Sakkal Majalla" w:cs="Sakkal Majalla"/>
          <w:szCs w:val="28"/>
          <w:rtl/>
        </w:rPr>
        <w:t xml:space="preserve"> </w:t>
      </w:r>
      <w:r w:rsidRPr="00402B24">
        <w:rPr>
          <w:rFonts w:ascii="Sakkal Majalla" w:hAnsi="Sakkal Majalla" w:cs="Sakkal Majalla" w:hint="cs"/>
          <w:szCs w:val="28"/>
          <w:rtl/>
        </w:rPr>
        <w:t>والنوعي</w:t>
      </w:r>
      <w:r w:rsidRPr="00402B24">
        <w:rPr>
          <w:rFonts w:ascii="Sakkal Majalla" w:hAnsi="Sakkal Majalla" w:cs="Sakkal Majalla"/>
          <w:szCs w:val="28"/>
          <w:rtl/>
        </w:rPr>
        <w:t xml:space="preserve">. </w:t>
      </w:r>
      <w:r w:rsidRPr="00402B24">
        <w:rPr>
          <w:rFonts w:ascii="Sakkal Majalla" w:hAnsi="Sakkal Majalla" w:cs="Sakkal Majalla" w:hint="cs"/>
          <w:szCs w:val="28"/>
          <w:rtl/>
        </w:rPr>
        <w:t>وقد</w:t>
      </w:r>
      <w:r w:rsidRPr="00402B24">
        <w:rPr>
          <w:rFonts w:ascii="Sakkal Majalla" w:hAnsi="Sakkal Majalla" w:cs="Sakkal Majalla"/>
          <w:szCs w:val="28"/>
          <w:rtl/>
        </w:rPr>
        <w:t xml:space="preserve"> </w:t>
      </w:r>
      <w:r w:rsidRPr="00402B24">
        <w:rPr>
          <w:rFonts w:ascii="Sakkal Majalla" w:hAnsi="Sakkal Majalla" w:cs="Sakkal Majalla" w:hint="cs"/>
          <w:szCs w:val="28"/>
          <w:rtl/>
        </w:rPr>
        <w:t>تم</w:t>
      </w:r>
      <w:r w:rsidRPr="00402B24">
        <w:rPr>
          <w:rFonts w:ascii="Sakkal Majalla" w:hAnsi="Sakkal Majalla" w:cs="Sakkal Majalla"/>
          <w:szCs w:val="28"/>
          <w:rtl/>
        </w:rPr>
        <w:t xml:space="preserve"> </w:t>
      </w:r>
      <w:r w:rsidRPr="00402B24">
        <w:rPr>
          <w:rFonts w:ascii="Sakkal Majalla" w:hAnsi="Sakkal Majalla" w:cs="Sakkal Majalla" w:hint="cs"/>
          <w:szCs w:val="28"/>
          <w:rtl/>
        </w:rPr>
        <w:t>تصميم</w:t>
      </w:r>
      <w:r w:rsidRPr="00402B24">
        <w:rPr>
          <w:rFonts w:ascii="Sakkal Majalla" w:hAnsi="Sakkal Majalla" w:cs="Sakkal Majalla"/>
          <w:szCs w:val="28"/>
          <w:rtl/>
        </w:rPr>
        <w:t xml:space="preserve"> </w:t>
      </w:r>
      <w:r w:rsidRPr="00402B24">
        <w:rPr>
          <w:rFonts w:ascii="Sakkal Majalla" w:hAnsi="Sakkal Majalla" w:cs="Sakkal Majalla" w:hint="cs"/>
          <w:szCs w:val="28"/>
          <w:rtl/>
        </w:rPr>
        <w:t>هذه</w:t>
      </w:r>
      <w:r w:rsidRPr="00402B24">
        <w:rPr>
          <w:rFonts w:ascii="Sakkal Majalla" w:hAnsi="Sakkal Majalla" w:cs="Sakkal Majalla"/>
          <w:szCs w:val="28"/>
          <w:rtl/>
        </w:rPr>
        <w:t xml:space="preserve"> </w:t>
      </w:r>
      <w:r w:rsidRPr="00402B24">
        <w:rPr>
          <w:rFonts w:ascii="Sakkal Majalla" w:hAnsi="Sakkal Majalla" w:cs="Sakkal Majalla" w:hint="cs"/>
          <w:szCs w:val="28"/>
          <w:rtl/>
        </w:rPr>
        <w:t>المنهجية</w:t>
      </w:r>
      <w:r w:rsidRPr="00402B24">
        <w:rPr>
          <w:rFonts w:ascii="Sakkal Majalla" w:hAnsi="Sakkal Majalla" w:cs="Sakkal Majalla"/>
          <w:szCs w:val="28"/>
          <w:rtl/>
        </w:rPr>
        <w:t xml:space="preserve"> </w:t>
      </w:r>
      <w:r w:rsidRPr="00402B24">
        <w:rPr>
          <w:rFonts w:ascii="Sakkal Majalla" w:hAnsi="Sakkal Majalla" w:cs="Sakkal Majalla" w:hint="cs"/>
          <w:szCs w:val="28"/>
          <w:rtl/>
        </w:rPr>
        <w:t>بما</w:t>
      </w:r>
      <w:r w:rsidRPr="00402B24">
        <w:rPr>
          <w:rFonts w:ascii="Sakkal Majalla" w:hAnsi="Sakkal Majalla" w:cs="Sakkal Majalla"/>
          <w:szCs w:val="28"/>
          <w:rtl/>
        </w:rPr>
        <w:t xml:space="preserve"> </w:t>
      </w:r>
      <w:r w:rsidRPr="00402B24">
        <w:rPr>
          <w:rFonts w:ascii="Sakkal Majalla" w:hAnsi="Sakkal Majalla" w:cs="Sakkal Majalla" w:hint="cs"/>
          <w:szCs w:val="28"/>
          <w:rtl/>
        </w:rPr>
        <w:t>يراعي</w:t>
      </w:r>
      <w:r w:rsidRPr="00402B24">
        <w:rPr>
          <w:rFonts w:ascii="Sakkal Majalla" w:hAnsi="Sakkal Majalla" w:cs="Sakkal Majalla"/>
          <w:szCs w:val="28"/>
          <w:rtl/>
        </w:rPr>
        <w:t xml:space="preserve"> </w:t>
      </w:r>
      <w:r w:rsidRPr="00402B24">
        <w:rPr>
          <w:rFonts w:ascii="Sakkal Majalla" w:hAnsi="Sakkal Majalla" w:cs="Sakkal Majalla" w:hint="cs"/>
          <w:szCs w:val="28"/>
          <w:rtl/>
        </w:rPr>
        <w:t>خصوصية</w:t>
      </w:r>
      <w:r w:rsidRPr="00402B24">
        <w:rPr>
          <w:rFonts w:ascii="Sakkal Majalla" w:hAnsi="Sakkal Majalla" w:cs="Sakkal Majalla"/>
          <w:szCs w:val="28"/>
          <w:rtl/>
        </w:rPr>
        <w:t xml:space="preserve"> </w:t>
      </w:r>
      <w:r w:rsidRPr="00402B24">
        <w:rPr>
          <w:rFonts w:ascii="Sakkal Majalla" w:hAnsi="Sakkal Majalla" w:cs="Sakkal Majalla" w:hint="cs"/>
          <w:szCs w:val="28"/>
          <w:rtl/>
        </w:rPr>
        <w:t>السياق</w:t>
      </w:r>
      <w:r w:rsidRPr="00402B24">
        <w:rPr>
          <w:rFonts w:ascii="Sakkal Majalla" w:hAnsi="Sakkal Majalla" w:cs="Sakkal Majalla"/>
          <w:szCs w:val="28"/>
          <w:rtl/>
        </w:rPr>
        <w:t xml:space="preserve"> </w:t>
      </w:r>
      <w:r w:rsidRPr="00402B24">
        <w:rPr>
          <w:rFonts w:ascii="Sakkal Majalla" w:hAnsi="Sakkal Majalla" w:cs="Sakkal Majalla" w:hint="cs"/>
          <w:szCs w:val="28"/>
          <w:rtl/>
        </w:rPr>
        <w:t>السعودي،</w:t>
      </w:r>
      <w:r w:rsidRPr="00402B24">
        <w:rPr>
          <w:rFonts w:ascii="Sakkal Majalla" w:hAnsi="Sakkal Majalla" w:cs="Sakkal Majalla"/>
          <w:szCs w:val="28"/>
          <w:rtl/>
        </w:rPr>
        <w:t xml:space="preserve"> </w:t>
      </w:r>
      <w:r w:rsidRPr="00402B24">
        <w:rPr>
          <w:rFonts w:ascii="Sakkal Majalla" w:hAnsi="Sakkal Majalla" w:cs="Sakkal Majalla" w:hint="cs"/>
          <w:szCs w:val="28"/>
          <w:rtl/>
        </w:rPr>
        <w:t>وبما</w:t>
      </w:r>
      <w:r w:rsidRPr="00402B24">
        <w:rPr>
          <w:rFonts w:ascii="Sakkal Majalla" w:hAnsi="Sakkal Majalla" w:cs="Sakkal Majalla"/>
          <w:szCs w:val="28"/>
          <w:rtl/>
        </w:rPr>
        <w:t xml:space="preserve"> </w:t>
      </w:r>
      <w:r w:rsidRPr="00402B24">
        <w:rPr>
          <w:rFonts w:ascii="Sakkal Majalla" w:hAnsi="Sakkal Majalla" w:cs="Sakkal Majalla" w:hint="cs"/>
          <w:szCs w:val="28"/>
          <w:rtl/>
        </w:rPr>
        <w:t>يتلاءم</w:t>
      </w:r>
      <w:r w:rsidRPr="00402B24">
        <w:rPr>
          <w:rFonts w:ascii="Sakkal Majalla" w:hAnsi="Sakkal Majalla" w:cs="Sakkal Majalla"/>
          <w:szCs w:val="28"/>
          <w:rtl/>
        </w:rPr>
        <w:t xml:space="preserve"> </w:t>
      </w:r>
      <w:r w:rsidRPr="00402B24">
        <w:rPr>
          <w:rFonts w:ascii="Sakkal Majalla" w:hAnsi="Sakkal Majalla" w:cs="Sakkal Majalla" w:hint="cs"/>
          <w:szCs w:val="28"/>
          <w:rtl/>
        </w:rPr>
        <w:t>مع</w:t>
      </w:r>
      <w:r w:rsidRPr="00402B24">
        <w:rPr>
          <w:rFonts w:ascii="Sakkal Majalla" w:hAnsi="Sakkal Majalla" w:cs="Sakkal Majalla"/>
          <w:szCs w:val="28"/>
          <w:rtl/>
        </w:rPr>
        <w:t xml:space="preserve"> </w:t>
      </w:r>
      <w:r w:rsidRPr="00402B24">
        <w:rPr>
          <w:rFonts w:ascii="Sakkal Majalla" w:hAnsi="Sakkal Majalla" w:cs="Sakkal Majalla" w:hint="cs"/>
          <w:szCs w:val="28"/>
          <w:rtl/>
        </w:rPr>
        <w:t>هدف</w:t>
      </w:r>
      <w:r w:rsidRPr="00402B24">
        <w:rPr>
          <w:rFonts w:ascii="Sakkal Majalla" w:hAnsi="Sakkal Majalla" w:cs="Sakkal Majalla"/>
          <w:szCs w:val="28"/>
          <w:rtl/>
        </w:rPr>
        <w:t xml:space="preserve"> </w:t>
      </w:r>
      <w:r w:rsidRPr="00402B24">
        <w:rPr>
          <w:rFonts w:ascii="Sakkal Majalla" w:hAnsi="Sakkal Majalla" w:cs="Sakkal Majalla" w:hint="cs"/>
          <w:szCs w:val="28"/>
          <w:rtl/>
        </w:rPr>
        <w:t>البحث</w:t>
      </w:r>
      <w:r w:rsidRPr="00402B24">
        <w:rPr>
          <w:rFonts w:ascii="Sakkal Majalla" w:hAnsi="Sakkal Majalla" w:cs="Sakkal Majalla"/>
          <w:szCs w:val="28"/>
          <w:rtl/>
        </w:rPr>
        <w:t xml:space="preserve"> </w:t>
      </w:r>
      <w:r w:rsidRPr="00402B24">
        <w:rPr>
          <w:rFonts w:ascii="Sakkal Majalla" w:hAnsi="Sakkal Majalla" w:cs="Sakkal Majalla" w:hint="cs"/>
          <w:szCs w:val="28"/>
          <w:rtl/>
        </w:rPr>
        <w:t>في</w:t>
      </w:r>
      <w:r w:rsidRPr="00402B24">
        <w:rPr>
          <w:rFonts w:ascii="Sakkal Majalla" w:hAnsi="Sakkal Majalla" w:cs="Sakkal Majalla"/>
          <w:szCs w:val="28"/>
          <w:rtl/>
        </w:rPr>
        <w:t xml:space="preserve"> </w:t>
      </w:r>
      <w:r w:rsidRPr="00402B24">
        <w:rPr>
          <w:rFonts w:ascii="Sakkal Majalla" w:hAnsi="Sakkal Majalla" w:cs="Sakkal Majalla" w:hint="cs"/>
          <w:szCs w:val="28"/>
          <w:rtl/>
        </w:rPr>
        <w:t>تطوير</w:t>
      </w:r>
      <w:r w:rsidRPr="00402B24">
        <w:rPr>
          <w:rFonts w:ascii="Sakkal Majalla" w:hAnsi="Sakkal Majalla" w:cs="Sakkal Majalla"/>
          <w:szCs w:val="28"/>
          <w:rtl/>
        </w:rPr>
        <w:t xml:space="preserve"> </w:t>
      </w:r>
      <w:r w:rsidRPr="00402B24">
        <w:rPr>
          <w:rFonts w:ascii="Sakkal Majalla" w:hAnsi="Sakkal Majalla" w:cs="Sakkal Majalla" w:hint="cs"/>
          <w:szCs w:val="28"/>
          <w:rtl/>
        </w:rPr>
        <w:t>نموذج</w:t>
      </w:r>
      <w:r w:rsidRPr="00402B24">
        <w:rPr>
          <w:rFonts w:ascii="Sakkal Majalla" w:hAnsi="Sakkal Majalla" w:cs="Sakkal Majalla"/>
          <w:szCs w:val="28"/>
          <w:rtl/>
        </w:rPr>
        <w:t xml:space="preserve"> </w:t>
      </w:r>
      <w:r w:rsidRPr="00402B24">
        <w:rPr>
          <w:rFonts w:ascii="Sakkal Majalla" w:hAnsi="Sakkal Majalla" w:cs="Sakkal Majalla" w:hint="cs"/>
          <w:szCs w:val="28"/>
          <w:rtl/>
        </w:rPr>
        <w:t>عملي</w:t>
      </w:r>
      <w:r w:rsidRPr="00402B24">
        <w:rPr>
          <w:rFonts w:ascii="Sakkal Majalla" w:hAnsi="Sakkal Majalla" w:cs="Sakkal Majalla"/>
          <w:szCs w:val="28"/>
          <w:rtl/>
        </w:rPr>
        <w:t xml:space="preserve"> </w:t>
      </w:r>
      <w:r w:rsidRPr="00402B24">
        <w:rPr>
          <w:rFonts w:ascii="Sakkal Majalla" w:hAnsi="Sakkal Majalla" w:cs="Sakkal Majalla" w:hint="cs"/>
          <w:szCs w:val="28"/>
          <w:rtl/>
        </w:rPr>
        <w:t>تكاملي</w:t>
      </w:r>
      <w:r w:rsidRPr="00402B24">
        <w:rPr>
          <w:rFonts w:ascii="Sakkal Majalla" w:hAnsi="Sakkal Majalla" w:cs="Sakkal Majalla"/>
          <w:szCs w:val="28"/>
          <w:rtl/>
        </w:rPr>
        <w:t xml:space="preserve"> </w:t>
      </w:r>
      <w:r w:rsidRPr="00402B24">
        <w:rPr>
          <w:rFonts w:ascii="Sakkal Majalla" w:hAnsi="Sakkal Majalla" w:cs="Sakkal Majalla" w:hint="cs"/>
          <w:szCs w:val="28"/>
          <w:rtl/>
        </w:rPr>
        <w:t>ودليل</w:t>
      </w:r>
      <w:r w:rsidRPr="00402B24">
        <w:rPr>
          <w:rFonts w:ascii="Sakkal Majalla" w:hAnsi="Sakkal Majalla" w:cs="Sakkal Majalla"/>
          <w:szCs w:val="28"/>
          <w:rtl/>
        </w:rPr>
        <w:t xml:space="preserve"> </w:t>
      </w:r>
      <w:r w:rsidRPr="00402B24">
        <w:rPr>
          <w:rFonts w:ascii="Sakkal Majalla" w:hAnsi="Sakkal Majalla" w:cs="Sakkal Majalla" w:hint="cs"/>
          <w:szCs w:val="28"/>
          <w:rtl/>
        </w:rPr>
        <w:t>إجرائي</w:t>
      </w:r>
      <w:r w:rsidRPr="00402B24">
        <w:rPr>
          <w:rFonts w:ascii="Sakkal Majalla" w:hAnsi="Sakkal Majalla" w:cs="Sakkal Majalla"/>
          <w:szCs w:val="28"/>
          <w:rtl/>
        </w:rPr>
        <w:t xml:space="preserve"> </w:t>
      </w:r>
      <w:r w:rsidRPr="00402B24">
        <w:rPr>
          <w:rFonts w:ascii="Sakkal Majalla" w:hAnsi="Sakkal Majalla" w:cs="Sakkal Majalla" w:hint="cs"/>
          <w:szCs w:val="28"/>
          <w:rtl/>
        </w:rPr>
        <w:t>لتعزيز</w:t>
      </w:r>
      <w:r w:rsidRPr="00402B24">
        <w:rPr>
          <w:rFonts w:ascii="Sakkal Majalla" w:hAnsi="Sakkal Majalla" w:cs="Sakkal Majalla"/>
          <w:szCs w:val="28"/>
          <w:rtl/>
        </w:rPr>
        <w:t xml:space="preserve"> </w:t>
      </w:r>
      <w:r w:rsidRPr="00402B24">
        <w:rPr>
          <w:rFonts w:ascii="Sakkal Majalla" w:hAnsi="Sakkal Majalla" w:cs="Sakkal Majalla" w:hint="cs"/>
          <w:szCs w:val="28"/>
          <w:rtl/>
        </w:rPr>
        <w:t>استدامة</w:t>
      </w:r>
      <w:r w:rsidRPr="00402B24">
        <w:rPr>
          <w:rFonts w:ascii="Sakkal Majalla" w:hAnsi="Sakkal Majalla" w:cs="Sakkal Majalla"/>
          <w:szCs w:val="28"/>
          <w:rtl/>
        </w:rPr>
        <w:t xml:space="preserve"> </w:t>
      </w:r>
      <w:r w:rsidRPr="00402B24">
        <w:rPr>
          <w:rFonts w:ascii="Sakkal Majalla" w:hAnsi="Sakkal Majalla" w:cs="Sakkal Majalla" w:hint="cs"/>
          <w:szCs w:val="28"/>
          <w:rtl/>
        </w:rPr>
        <w:t>الابتكار</w:t>
      </w:r>
      <w:r w:rsidRPr="00402B24">
        <w:rPr>
          <w:rFonts w:ascii="Sakkal Majalla" w:hAnsi="Sakkal Majalla" w:cs="Sakkal Majalla"/>
          <w:szCs w:val="28"/>
          <w:rtl/>
        </w:rPr>
        <w:t xml:space="preserve"> </w:t>
      </w:r>
      <w:r w:rsidRPr="00402B24">
        <w:rPr>
          <w:rFonts w:ascii="Sakkal Majalla" w:hAnsi="Sakkal Majalla" w:cs="Sakkal Majalla" w:hint="cs"/>
          <w:szCs w:val="28"/>
          <w:rtl/>
        </w:rPr>
        <w:t>في</w:t>
      </w:r>
      <w:r w:rsidRPr="00402B24">
        <w:rPr>
          <w:rFonts w:ascii="Sakkal Majalla" w:hAnsi="Sakkal Majalla" w:cs="Sakkal Majalla"/>
          <w:szCs w:val="28"/>
          <w:rtl/>
        </w:rPr>
        <w:t xml:space="preserve"> </w:t>
      </w:r>
      <w:r w:rsidRPr="00402B24">
        <w:rPr>
          <w:rFonts w:ascii="Sakkal Majalla" w:hAnsi="Sakkal Majalla" w:cs="Sakkal Majalla" w:hint="cs"/>
          <w:szCs w:val="28"/>
          <w:rtl/>
        </w:rPr>
        <w:t>الجهات</w:t>
      </w:r>
      <w:r w:rsidRPr="00402B24">
        <w:rPr>
          <w:rFonts w:ascii="Sakkal Majalla" w:hAnsi="Sakkal Majalla" w:cs="Sakkal Majalla"/>
          <w:szCs w:val="28"/>
          <w:rtl/>
        </w:rPr>
        <w:t xml:space="preserve"> </w:t>
      </w:r>
      <w:r w:rsidRPr="00402B24">
        <w:rPr>
          <w:rFonts w:ascii="Sakkal Majalla" w:hAnsi="Sakkal Majalla" w:cs="Sakkal Majalla" w:hint="cs"/>
          <w:szCs w:val="28"/>
          <w:rtl/>
        </w:rPr>
        <w:t>الحكومية</w:t>
      </w:r>
      <w:r w:rsidRPr="00402B24">
        <w:rPr>
          <w:rFonts w:ascii="Sakkal Majalla" w:hAnsi="Sakkal Majalla" w:cs="Sakkal Majalla"/>
          <w:szCs w:val="28"/>
          <w:rtl/>
        </w:rPr>
        <w:t xml:space="preserve"> </w:t>
      </w:r>
      <w:r w:rsidRPr="00402B24">
        <w:rPr>
          <w:rFonts w:ascii="Sakkal Majalla" w:hAnsi="Sakkal Majalla" w:cs="Sakkal Majalla" w:hint="cs"/>
          <w:szCs w:val="28"/>
          <w:rtl/>
        </w:rPr>
        <w:t>من</w:t>
      </w:r>
      <w:r w:rsidRPr="00402B24">
        <w:rPr>
          <w:rFonts w:ascii="Sakkal Majalla" w:hAnsi="Sakkal Majalla" w:cs="Sakkal Majalla"/>
          <w:szCs w:val="28"/>
          <w:rtl/>
        </w:rPr>
        <w:t xml:space="preserve"> </w:t>
      </w:r>
      <w:r w:rsidRPr="00402B24">
        <w:rPr>
          <w:rFonts w:ascii="Sakkal Majalla" w:hAnsi="Sakkal Majalla" w:cs="Sakkal Majalla" w:hint="cs"/>
          <w:szCs w:val="28"/>
          <w:rtl/>
        </w:rPr>
        <w:t>خلال</w:t>
      </w:r>
      <w:r w:rsidRPr="00402B24">
        <w:rPr>
          <w:rFonts w:ascii="Sakkal Majalla" w:hAnsi="Sakkal Majalla" w:cs="Sakkal Majalla"/>
          <w:szCs w:val="28"/>
          <w:rtl/>
        </w:rPr>
        <w:t xml:space="preserve"> </w:t>
      </w:r>
      <w:r w:rsidRPr="00402B24">
        <w:rPr>
          <w:rFonts w:ascii="Sakkal Majalla" w:hAnsi="Sakkal Majalla" w:cs="Sakkal Majalla" w:hint="cs"/>
          <w:szCs w:val="28"/>
          <w:rtl/>
        </w:rPr>
        <w:t>التكامل</w:t>
      </w:r>
      <w:r w:rsidRPr="00402B24">
        <w:rPr>
          <w:rFonts w:ascii="Sakkal Majalla" w:hAnsi="Sakkal Majalla" w:cs="Sakkal Majalla"/>
          <w:szCs w:val="28"/>
          <w:rtl/>
        </w:rPr>
        <w:t xml:space="preserve"> </w:t>
      </w:r>
      <w:r w:rsidRPr="00402B24">
        <w:rPr>
          <w:rFonts w:ascii="Sakkal Majalla" w:hAnsi="Sakkal Majalla" w:cs="Sakkal Majalla" w:hint="cs"/>
          <w:szCs w:val="28"/>
          <w:rtl/>
        </w:rPr>
        <w:t>بين</w:t>
      </w:r>
      <w:r w:rsidRPr="00402B24">
        <w:rPr>
          <w:rFonts w:ascii="Sakkal Majalla" w:hAnsi="Sakkal Majalla" w:cs="Sakkal Majalla"/>
          <w:szCs w:val="28"/>
          <w:rtl/>
        </w:rPr>
        <w:t xml:space="preserve"> </w:t>
      </w:r>
      <w:r w:rsidRPr="00402B24">
        <w:rPr>
          <w:rFonts w:ascii="Sakkal Majalla" w:hAnsi="Sakkal Majalla" w:cs="Sakkal Majalla" w:hint="cs"/>
          <w:szCs w:val="28"/>
          <w:rtl/>
        </w:rPr>
        <w:t>القدرات</w:t>
      </w:r>
      <w:r w:rsidRPr="00402B24">
        <w:rPr>
          <w:rFonts w:ascii="Sakkal Majalla" w:hAnsi="Sakkal Majalla" w:cs="Sakkal Majalla"/>
          <w:szCs w:val="28"/>
          <w:rtl/>
        </w:rPr>
        <w:t xml:space="preserve"> </w:t>
      </w:r>
      <w:r w:rsidRPr="00402B24">
        <w:rPr>
          <w:rFonts w:ascii="Sakkal Majalla" w:hAnsi="Sakkal Majalla" w:cs="Sakkal Majalla" w:hint="cs"/>
          <w:szCs w:val="28"/>
          <w:rtl/>
        </w:rPr>
        <w:t>الداخلية</w:t>
      </w:r>
      <w:r w:rsidRPr="00402B24">
        <w:rPr>
          <w:rFonts w:ascii="Sakkal Majalla" w:hAnsi="Sakkal Majalla" w:cs="Sakkal Majalla"/>
          <w:szCs w:val="28"/>
          <w:rtl/>
        </w:rPr>
        <w:t xml:space="preserve"> </w:t>
      </w:r>
      <w:r w:rsidRPr="00402B24">
        <w:rPr>
          <w:rFonts w:ascii="Sakkal Majalla" w:hAnsi="Sakkal Majalla" w:cs="Sakkal Majalla" w:hint="cs"/>
          <w:szCs w:val="28"/>
          <w:rtl/>
        </w:rPr>
        <w:t>والدعم</w:t>
      </w:r>
      <w:r w:rsidRPr="00402B24">
        <w:rPr>
          <w:rFonts w:ascii="Sakkal Majalla" w:hAnsi="Sakkal Majalla" w:cs="Sakkal Majalla"/>
          <w:szCs w:val="28"/>
          <w:rtl/>
        </w:rPr>
        <w:t xml:space="preserve"> </w:t>
      </w:r>
      <w:r w:rsidRPr="00402B24">
        <w:rPr>
          <w:rFonts w:ascii="Sakkal Majalla" w:hAnsi="Sakkal Majalla" w:cs="Sakkal Majalla" w:hint="cs"/>
          <w:szCs w:val="28"/>
          <w:rtl/>
        </w:rPr>
        <w:t>الاستشاري</w:t>
      </w:r>
      <w:r w:rsidRPr="00402B24">
        <w:rPr>
          <w:rFonts w:ascii="Sakkal Majalla" w:hAnsi="Sakkal Majalla" w:cs="Sakkal Majalla"/>
          <w:szCs w:val="28"/>
          <w:rtl/>
        </w:rPr>
        <w:t xml:space="preserve"> </w:t>
      </w:r>
      <w:r w:rsidRPr="00402B24">
        <w:rPr>
          <w:rFonts w:ascii="Sakkal Majalla" w:hAnsi="Sakkal Majalla" w:cs="Sakkal Majalla" w:hint="cs"/>
          <w:szCs w:val="28"/>
          <w:rtl/>
        </w:rPr>
        <w:t>الخارجي</w:t>
      </w:r>
      <w:r w:rsidRPr="00402B24">
        <w:rPr>
          <w:rFonts w:ascii="Sakkal Majalla" w:hAnsi="Sakkal Majalla" w:cs="Sakkal Majalla"/>
          <w:szCs w:val="28"/>
          <w:rtl/>
        </w:rPr>
        <w:t>.</w:t>
      </w:r>
      <w:r w:rsidR="008D2FDC" w:rsidRPr="008D2FDC">
        <w:rPr>
          <w:rFonts w:ascii="Sakkal Majalla" w:hAnsi="Sakkal Majalla" w:cs="Sakkal Majalla"/>
          <w:szCs w:val="28"/>
        </w:rPr>
        <w:t>.</w:t>
      </w:r>
    </w:p>
    <w:p w14:paraId="0A3440F1" w14:textId="58D04D1A" w:rsidR="008D2FDC" w:rsidRPr="008D2FDC" w:rsidRDefault="008D2FDC" w:rsidP="00083D43">
      <w:pPr>
        <w:bidi/>
        <w:spacing w:line="360" w:lineRule="auto"/>
        <w:rPr>
          <w:rFonts w:ascii="Sakkal Majalla" w:hAnsi="Sakkal Majalla" w:cs="Sakkal Majalla"/>
          <w:b/>
          <w:bCs/>
          <w:sz w:val="32"/>
          <w:szCs w:val="32"/>
        </w:rPr>
      </w:pPr>
      <w:r w:rsidRPr="008D2FDC">
        <w:rPr>
          <w:rFonts w:ascii="Sakkal Majalla" w:hAnsi="Sakkal Majalla" w:cs="Sakkal Majalla"/>
          <w:b/>
          <w:bCs/>
          <w:sz w:val="32"/>
          <w:szCs w:val="32"/>
        </w:rPr>
        <w:t xml:space="preserve">3.2 </w:t>
      </w:r>
      <w:r w:rsidR="00566903">
        <w:rPr>
          <w:rFonts w:ascii="Sakkal Majalla" w:hAnsi="Sakkal Majalla" w:cs="Sakkal Majalla" w:hint="cs"/>
          <w:b/>
          <w:bCs/>
          <w:sz w:val="32"/>
          <w:szCs w:val="32"/>
          <w:rtl/>
        </w:rPr>
        <w:t>منهجية</w:t>
      </w:r>
      <w:r w:rsidRPr="008D2FDC">
        <w:rPr>
          <w:rFonts w:ascii="Sakkal Majalla" w:hAnsi="Sakkal Majalla" w:cs="Sakkal Majalla"/>
          <w:b/>
          <w:bCs/>
          <w:sz w:val="32"/>
          <w:szCs w:val="32"/>
          <w:rtl/>
        </w:rPr>
        <w:t xml:space="preserve"> البحث</w:t>
      </w:r>
    </w:p>
    <w:p w14:paraId="513D8259" w14:textId="77777777" w:rsidR="00402B24" w:rsidRPr="00402B24" w:rsidRDefault="00402B24" w:rsidP="00634497">
      <w:pPr>
        <w:bidi/>
        <w:spacing w:line="360" w:lineRule="auto"/>
        <w:jc w:val="lowKashida"/>
        <w:rPr>
          <w:rFonts w:ascii="Sakkal Majalla" w:hAnsi="Sakkal Majalla" w:cs="Sakkal Majalla"/>
          <w:szCs w:val="28"/>
        </w:rPr>
      </w:pPr>
      <w:r w:rsidRPr="00402B24">
        <w:rPr>
          <w:rFonts w:ascii="Sakkal Majalla" w:hAnsi="Sakkal Majalla" w:cs="Sakkal Majalla"/>
          <w:szCs w:val="28"/>
          <w:rtl/>
        </w:rPr>
        <w:t xml:space="preserve">اعتمدت الدراسة على </w:t>
      </w:r>
      <w:r w:rsidRPr="00402B24">
        <w:rPr>
          <w:rFonts w:ascii="Sakkal Majalla" w:hAnsi="Sakkal Majalla" w:cs="Sakkal Majalla"/>
          <w:b/>
          <w:bCs/>
          <w:szCs w:val="28"/>
          <w:rtl/>
        </w:rPr>
        <w:t>المنهج الوصفي التحليلي</w:t>
      </w:r>
      <w:r w:rsidRPr="00402B24">
        <w:rPr>
          <w:rFonts w:ascii="Sakkal Majalla" w:hAnsi="Sakkal Majalla" w:cs="Sakkal Majalla"/>
          <w:szCs w:val="28"/>
          <w:rtl/>
        </w:rPr>
        <w:t xml:space="preserve">، وذلك لملاءمته لطبيعة الموضوع الذي يتناول ظاهرة قائمة (استدامة الابتكار الحكومي) وتحليل العوامل المؤثرة فيها. كما تم توظيف </w:t>
      </w:r>
      <w:r w:rsidRPr="00402B24">
        <w:rPr>
          <w:rFonts w:ascii="Sakkal Majalla" w:hAnsi="Sakkal Majalla" w:cs="Sakkal Majalla"/>
          <w:b/>
          <w:bCs/>
          <w:szCs w:val="28"/>
          <w:rtl/>
        </w:rPr>
        <w:t>المنهج المختلط</w:t>
      </w:r>
      <w:r w:rsidRPr="00402B24">
        <w:rPr>
          <w:rFonts w:ascii="Sakkal Majalla" w:hAnsi="Sakkal Majalla" w:cs="Sakkal Majalla"/>
          <w:szCs w:val="28"/>
          <w:rtl/>
        </w:rPr>
        <w:t xml:space="preserve"> </w:t>
      </w:r>
      <w:r w:rsidRPr="00402B24">
        <w:rPr>
          <w:rFonts w:ascii="Sakkal Majalla" w:hAnsi="Sakkal Majalla" w:cs="Sakkal Majalla"/>
          <w:szCs w:val="28"/>
        </w:rPr>
        <w:t xml:space="preserve">(Mixed Methods) </w:t>
      </w:r>
      <w:r w:rsidRPr="00402B24">
        <w:rPr>
          <w:rFonts w:ascii="Sakkal Majalla" w:hAnsi="Sakkal Majalla" w:cs="Sakkal Majalla"/>
          <w:szCs w:val="28"/>
          <w:rtl/>
        </w:rPr>
        <w:t>الذي يجمع بين البيانات الكمية والبيانات النوعية، بهدف الحصول على فهم شامل للعلاقات بين المتغيرات محل الدراسة</w:t>
      </w:r>
      <w:r w:rsidRPr="00402B24">
        <w:rPr>
          <w:rFonts w:ascii="Sakkal Majalla" w:hAnsi="Sakkal Majalla" w:cs="Sakkal Majalla"/>
          <w:szCs w:val="28"/>
        </w:rPr>
        <w:t>.</w:t>
      </w:r>
      <w:r w:rsidRPr="00402B24">
        <w:rPr>
          <w:rFonts w:ascii="Sakkal Majalla" w:hAnsi="Sakkal Majalla" w:cs="Sakkal Majalla"/>
          <w:szCs w:val="28"/>
        </w:rPr>
        <w:br/>
      </w:r>
      <w:r w:rsidRPr="00402B24">
        <w:rPr>
          <w:rFonts w:ascii="Sakkal Majalla" w:hAnsi="Sakkal Majalla" w:cs="Sakkal Majalla"/>
          <w:szCs w:val="28"/>
          <w:rtl/>
        </w:rPr>
        <w:t>اختيار هذه المنهجية جاء بناءً على</w:t>
      </w:r>
      <w:r w:rsidRPr="00402B24">
        <w:rPr>
          <w:rFonts w:ascii="Sakkal Majalla" w:hAnsi="Sakkal Majalla" w:cs="Sakkal Majalla"/>
          <w:szCs w:val="28"/>
        </w:rPr>
        <w:t>:</w:t>
      </w:r>
    </w:p>
    <w:p w14:paraId="3FBE7B1B" w14:textId="77777777" w:rsidR="00402B24" w:rsidRPr="00402B24" w:rsidRDefault="00402B24" w:rsidP="00634497">
      <w:pPr>
        <w:numPr>
          <w:ilvl w:val="0"/>
          <w:numId w:val="120"/>
        </w:numPr>
        <w:bidi/>
        <w:spacing w:line="240" w:lineRule="auto"/>
        <w:jc w:val="lowKashida"/>
        <w:rPr>
          <w:rFonts w:ascii="Sakkal Majalla" w:hAnsi="Sakkal Majalla" w:cs="Sakkal Majalla"/>
          <w:szCs w:val="28"/>
        </w:rPr>
      </w:pPr>
      <w:r w:rsidRPr="00402B24">
        <w:rPr>
          <w:rFonts w:ascii="Sakkal Majalla" w:hAnsi="Sakkal Majalla" w:cs="Sakkal Majalla"/>
          <w:szCs w:val="28"/>
          <w:rtl/>
        </w:rPr>
        <w:t xml:space="preserve">الحاجة إلى </w:t>
      </w:r>
      <w:r w:rsidRPr="00402B24">
        <w:rPr>
          <w:rFonts w:ascii="Sakkal Majalla" w:hAnsi="Sakkal Majalla" w:cs="Sakkal Majalla"/>
          <w:b/>
          <w:bCs/>
          <w:szCs w:val="28"/>
          <w:rtl/>
        </w:rPr>
        <w:t>التحليل الكمي</w:t>
      </w:r>
      <w:r w:rsidRPr="00402B24">
        <w:rPr>
          <w:rFonts w:ascii="Sakkal Majalla" w:hAnsi="Sakkal Majalla" w:cs="Sakkal Majalla"/>
          <w:szCs w:val="28"/>
          <w:rtl/>
        </w:rPr>
        <w:t xml:space="preserve"> لرصد الاتجاهات وقياس العلاقات الإحصائية بين العوامل التمكينية الداخلية، والدور </w:t>
      </w:r>
      <w:proofErr w:type="spellStart"/>
      <w:r w:rsidRPr="00402B24">
        <w:rPr>
          <w:rFonts w:ascii="Sakkal Majalla" w:hAnsi="Sakkal Majalla" w:cs="Sakkal Majalla"/>
          <w:szCs w:val="28"/>
          <w:rtl/>
        </w:rPr>
        <w:t>التمكيني</w:t>
      </w:r>
      <w:proofErr w:type="spellEnd"/>
      <w:r w:rsidRPr="00402B24">
        <w:rPr>
          <w:rFonts w:ascii="Sakkal Majalla" w:hAnsi="Sakkal Majalla" w:cs="Sakkal Majalla"/>
          <w:szCs w:val="28"/>
          <w:rtl/>
        </w:rPr>
        <w:t xml:space="preserve"> للشركات الاستشارية، واستدامة الابتكار</w:t>
      </w:r>
      <w:r w:rsidRPr="00402B24">
        <w:rPr>
          <w:rFonts w:ascii="Sakkal Majalla" w:hAnsi="Sakkal Majalla" w:cs="Sakkal Majalla"/>
          <w:szCs w:val="28"/>
        </w:rPr>
        <w:t>.</w:t>
      </w:r>
    </w:p>
    <w:p w14:paraId="09858E6F" w14:textId="77777777" w:rsidR="00402B24" w:rsidRPr="00402B24" w:rsidRDefault="00402B24" w:rsidP="00634497">
      <w:pPr>
        <w:numPr>
          <w:ilvl w:val="0"/>
          <w:numId w:val="120"/>
        </w:numPr>
        <w:bidi/>
        <w:spacing w:line="240" w:lineRule="auto"/>
        <w:jc w:val="lowKashida"/>
        <w:rPr>
          <w:rFonts w:ascii="Sakkal Majalla" w:hAnsi="Sakkal Majalla" w:cs="Sakkal Majalla"/>
          <w:szCs w:val="28"/>
        </w:rPr>
      </w:pPr>
      <w:r w:rsidRPr="00402B24">
        <w:rPr>
          <w:rFonts w:ascii="Sakkal Majalla" w:hAnsi="Sakkal Majalla" w:cs="Sakkal Majalla"/>
          <w:szCs w:val="28"/>
          <w:rtl/>
        </w:rPr>
        <w:t xml:space="preserve">الحاجة إلى </w:t>
      </w:r>
      <w:r w:rsidRPr="00402B24">
        <w:rPr>
          <w:rFonts w:ascii="Sakkal Majalla" w:hAnsi="Sakkal Majalla" w:cs="Sakkal Majalla"/>
          <w:b/>
          <w:bCs/>
          <w:szCs w:val="28"/>
          <w:rtl/>
        </w:rPr>
        <w:t>التحليل النوعي</w:t>
      </w:r>
      <w:r w:rsidRPr="00402B24">
        <w:rPr>
          <w:rFonts w:ascii="Sakkal Majalla" w:hAnsi="Sakkal Majalla" w:cs="Sakkal Majalla"/>
          <w:szCs w:val="28"/>
          <w:rtl/>
        </w:rPr>
        <w:t xml:space="preserve"> لفهم السياقات والأبعاد العميقة لهذه العلاقات من خلال تجارب وخبرات المشاركين</w:t>
      </w:r>
      <w:r w:rsidRPr="00402B24">
        <w:rPr>
          <w:rFonts w:ascii="Sakkal Majalla" w:hAnsi="Sakkal Majalla" w:cs="Sakkal Majalla"/>
          <w:szCs w:val="28"/>
        </w:rPr>
        <w:t>.</w:t>
      </w:r>
    </w:p>
    <w:p w14:paraId="63B5E0B5" w14:textId="77777777" w:rsidR="00402B24" w:rsidRPr="00402B24" w:rsidRDefault="00402B24" w:rsidP="00634497">
      <w:pPr>
        <w:numPr>
          <w:ilvl w:val="0"/>
          <w:numId w:val="120"/>
        </w:numPr>
        <w:bidi/>
        <w:spacing w:line="240" w:lineRule="auto"/>
        <w:jc w:val="lowKashida"/>
        <w:rPr>
          <w:rFonts w:ascii="Sakkal Majalla" w:hAnsi="Sakkal Majalla" w:cs="Sakkal Majalla"/>
          <w:szCs w:val="28"/>
        </w:rPr>
      </w:pPr>
      <w:r w:rsidRPr="00402B24">
        <w:rPr>
          <w:rFonts w:ascii="Sakkal Majalla" w:hAnsi="Sakkal Majalla" w:cs="Sakkal Majalla"/>
          <w:szCs w:val="28"/>
          <w:rtl/>
        </w:rPr>
        <w:t>التوافق مع الهدف التطبيقي للدراسة في بناء نموذج تكاملي قابل للتطبيق العملي</w:t>
      </w:r>
      <w:r w:rsidRPr="00402B24">
        <w:rPr>
          <w:rFonts w:ascii="Sakkal Majalla" w:hAnsi="Sakkal Majalla" w:cs="Sakkal Majalla"/>
          <w:szCs w:val="28"/>
        </w:rPr>
        <w:t>.</w:t>
      </w:r>
    </w:p>
    <w:p w14:paraId="709D404C" w14:textId="77777777" w:rsidR="008D2FDC" w:rsidRPr="008D2FDC" w:rsidRDefault="008D2FDC" w:rsidP="00634497">
      <w:pPr>
        <w:bidi/>
        <w:spacing w:line="360" w:lineRule="auto"/>
        <w:jc w:val="lowKashida"/>
        <w:rPr>
          <w:rFonts w:ascii="Sakkal Majalla" w:hAnsi="Sakkal Majalla" w:cs="Sakkal Majalla"/>
          <w:b/>
          <w:bCs/>
          <w:sz w:val="32"/>
          <w:szCs w:val="32"/>
        </w:rPr>
      </w:pPr>
      <w:r w:rsidRPr="008D2FDC">
        <w:rPr>
          <w:rFonts w:ascii="Sakkal Majalla" w:hAnsi="Sakkal Majalla" w:cs="Sakkal Majalla"/>
          <w:b/>
          <w:bCs/>
          <w:sz w:val="32"/>
          <w:szCs w:val="32"/>
        </w:rPr>
        <w:t xml:space="preserve">3.3 </w:t>
      </w:r>
      <w:r w:rsidRPr="008D2FDC">
        <w:rPr>
          <w:rFonts w:ascii="Sakkal Majalla" w:hAnsi="Sakkal Majalla" w:cs="Sakkal Majalla"/>
          <w:b/>
          <w:bCs/>
          <w:sz w:val="32"/>
          <w:szCs w:val="32"/>
          <w:rtl/>
        </w:rPr>
        <w:t>نموذج البحث المفاهيمي</w:t>
      </w:r>
    </w:p>
    <w:p w14:paraId="00BD5320" w14:textId="77777777" w:rsidR="00402B24" w:rsidRPr="00402B24" w:rsidRDefault="00402B24" w:rsidP="00634497">
      <w:pPr>
        <w:bidi/>
        <w:spacing w:line="360" w:lineRule="auto"/>
        <w:jc w:val="lowKashida"/>
        <w:rPr>
          <w:rFonts w:ascii="Sakkal Majalla" w:hAnsi="Sakkal Majalla" w:cs="Sakkal Majalla"/>
          <w:szCs w:val="28"/>
        </w:rPr>
      </w:pPr>
      <w:r w:rsidRPr="00402B24">
        <w:rPr>
          <w:rFonts w:ascii="Sakkal Majalla" w:hAnsi="Sakkal Majalla" w:cs="Sakkal Majalla"/>
          <w:szCs w:val="28"/>
          <w:rtl/>
        </w:rPr>
        <w:t xml:space="preserve">يرتكز البحث على نموذج مفاهيمي يدمج بين </w:t>
      </w:r>
      <w:proofErr w:type="gramStart"/>
      <w:r w:rsidRPr="00402B24">
        <w:rPr>
          <w:rFonts w:ascii="Sakkal Majalla" w:hAnsi="Sakkal Majalla" w:cs="Sakkal Majalla"/>
          <w:szCs w:val="28"/>
          <w:rtl/>
        </w:rPr>
        <w:t>ثلاثة</w:t>
      </w:r>
      <w:proofErr w:type="gramEnd"/>
      <w:r w:rsidRPr="00402B24">
        <w:rPr>
          <w:rFonts w:ascii="Sakkal Majalla" w:hAnsi="Sakkal Majalla" w:cs="Sakkal Majalla"/>
          <w:szCs w:val="28"/>
          <w:rtl/>
        </w:rPr>
        <w:t xml:space="preserve"> متغيرات رئيسية، مع إبراز دور </w:t>
      </w:r>
      <w:r w:rsidRPr="00402B24">
        <w:rPr>
          <w:rFonts w:ascii="Sakkal Majalla" w:hAnsi="Sakkal Majalla" w:cs="Sakkal Majalla"/>
          <w:b/>
          <w:bCs/>
          <w:szCs w:val="28"/>
          <w:rtl/>
        </w:rPr>
        <w:t>القدرة الامتصاصية</w:t>
      </w:r>
      <w:r w:rsidRPr="00402B24">
        <w:rPr>
          <w:rFonts w:ascii="Sakkal Majalla" w:hAnsi="Sakkal Majalla" w:cs="Sakkal Majalla"/>
          <w:szCs w:val="28"/>
          <w:rtl/>
        </w:rPr>
        <w:t xml:space="preserve"> كعامل جوهري في تفسير استدامة الابتكار، وذلك على النحو التالي</w:t>
      </w:r>
      <w:r w:rsidRPr="00402B24">
        <w:rPr>
          <w:rFonts w:ascii="Sakkal Majalla" w:hAnsi="Sakkal Majalla" w:cs="Sakkal Majalla"/>
          <w:szCs w:val="28"/>
        </w:rPr>
        <w:t>:</w:t>
      </w:r>
    </w:p>
    <w:p w14:paraId="7A2AA02E" w14:textId="77777777" w:rsidR="00402B24" w:rsidRPr="00402B24" w:rsidRDefault="00402B24" w:rsidP="00634497">
      <w:pPr>
        <w:numPr>
          <w:ilvl w:val="0"/>
          <w:numId w:val="121"/>
        </w:numPr>
        <w:bidi/>
        <w:spacing w:line="360" w:lineRule="auto"/>
        <w:jc w:val="lowKashida"/>
        <w:rPr>
          <w:rFonts w:ascii="Sakkal Majalla" w:hAnsi="Sakkal Majalla" w:cs="Sakkal Majalla"/>
          <w:szCs w:val="28"/>
        </w:rPr>
      </w:pPr>
      <w:r w:rsidRPr="00402B24">
        <w:rPr>
          <w:rFonts w:ascii="Sakkal Majalla" w:hAnsi="Sakkal Majalla" w:cs="Sakkal Majalla"/>
          <w:b/>
          <w:bCs/>
          <w:szCs w:val="28"/>
          <w:rtl/>
        </w:rPr>
        <w:lastRenderedPageBreak/>
        <w:t>العوامل التمكينية الداخلية للابتكار</w:t>
      </w:r>
      <w:r w:rsidRPr="00402B24">
        <w:rPr>
          <w:rFonts w:ascii="Sakkal Majalla" w:hAnsi="Sakkal Majalla" w:cs="Sakkal Majalla"/>
          <w:szCs w:val="28"/>
        </w:rPr>
        <w:t xml:space="preserve">: </w:t>
      </w:r>
      <w:r w:rsidRPr="00402B24">
        <w:rPr>
          <w:rFonts w:ascii="Sakkal Majalla" w:hAnsi="Sakkal Majalla" w:cs="Sakkal Majalla"/>
          <w:szCs w:val="28"/>
          <w:rtl/>
        </w:rPr>
        <w:t>وتشمل القيادة الداعمة، والهياكل التنظيمية المرنة، وثقافة الابتكار، وتوفر الموارد البشرية والمالية المؤهلة. وتشكل هذه العوامل القاعدة الأساسية التي تمكّن الجهة الحكومية من تبني الابتكار، كما تُعزز قدرتها الامتصاصية على استيعاب المعرفة والخبرات الجديدة وتكييفها مع السياق المحلي</w:t>
      </w:r>
      <w:r w:rsidRPr="00402B24">
        <w:rPr>
          <w:rFonts w:ascii="Sakkal Majalla" w:hAnsi="Sakkal Majalla" w:cs="Sakkal Majalla"/>
          <w:szCs w:val="28"/>
        </w:rPr>
        <w:t>.</w:t>
      </w:r>
    </w:p>
    <w:p w14:paraId="504FEF56" w14:textId="77777777" w:rsidR="00402B24" w:rsidRPr="00402B24" w:rsidRDefault="00402B24" w:rsidP="00634497">
      <w:pPr>
        <w:numPr>
          <w:ilvl w:val="0"/>
          <w:numId w:val="121"/>
        </w:numPr>
        <w:bidi/>
        <w:spacing w:line="360" w:lineRule="auto"/>
        <w:jc w:val="lowKashida"/>
        <w:rPr>
          <w:rFonts w:ascii="Sakkal Majalla" w:hAnsi="Sakkal Majalla" w:cs="Sakkal Majalla"/>
          <w:szCs w:val="28"/>
        </w:rPr>
      </w:pPr>
      <w:r w:rsidRPr="00402B24">
        <w:rPr>
          <w:rFonts w:ascii="Sakkal Majalla" w:hAnsi="Sakkal Majalla" w:cs="Sakkal Majalla"/>
          <w:b/>
          <w:bCs/>
          <w:szCs w:val="28"/>
          <w:rtl/>
        </w:rPr>
        <w:t xml:space="preserve">الدور </w:t>
      </w:r>
      <w:proofErr w:type="spellStart"/>
      <w:r w:rsidRPr="00402B24">
        <w:rPr>
          <w:rFonts w:ascii="Sakkal Majalla" w:hAnsi="Sakkal Majalla" w:cs="Sakkal Majalla"/>
          <w:b/>
          <w:bCs/>
          <w:szCs w:val="28"/>
          <w:rtl/>
        </w:rPr>
        <w:t>التمكيني</w:t>
      </w:r>
      <w:proofErr w:type="spellEnd"/>
      <w:r w:rsidRPr="00402B24">
        <w:rPr>
          <w:rFonts w:ascii="Sakkal Majalla" w:hAnsi="Sakkal Majalla" w:cs="Sakkal Majalla"/>
          <w:b/>
          <w:bCs/>
          <w:szCs w:val="28"/>
          <w:rtl/>
        </w:rPr>
        <w:t xml:space="preserve"> للشركات الاستشارية</w:t>
      </w:r>
      <w:r w:rsidRPr="00402B24">
        <w:rPr>
          <w:rFonts w:ascii="Sakkal Majalla" w:hAnsi="Sakkal Majalla" w:cs="Sakkal Majalla"/>
          <w:szCs w:val="28"/>
        </w:rPr>
        <w:t xml:space="preserve">: </w:t>
      </w:r>
      <w:r w:rsidRPr="00402B24">
        <w:rPr>
          <w:rFonts w:ascii="Sakkal Majalla" w:hAnsi="Sakkal Majalla" w:cs="Sakkal Majalla"/>
          <w:szCs w:val="28"/>
          <w:rtl/>
        </w:rPr>
        <w:t>ويشمل بناء القدرات المؤسسية، ونقل المعرفة، وتطبيق المنهجيات التشاركية في تصميم وتنفيذ الابتكارات، بما يسهم في تزويد الجهة بالمعارف والمهارات والخبرات التي تدعم قدرتها على التعلم والتطوير</w:t>
      </w:r>
      <w:r w:rsidRPr="00402B24">
        <w:rPr>
          <w:rFonts w:ascii="Sakkal Majalla" w:hAnsi="Sakkal Majalla" w:cs="Sakkal Majalla"/>
          <w:szCs w:val="28"/>
        </w:rPr>
        <w:t>.</w:t>
      </w:r>
    </w:p>
    <w:p w14:paraId="259D878B" w14:textId="77777777" w:rsidR="00402B24" w:rsidRPr="00402B24" w:rsidRDefault="00402B24" w:rsidP="00634497">
      <w:pPr>
        <w:numPr>
          <w:ilvl w:val="0"/>
          <w:numId w:val="121"/>
        </w:numPr>
        <w:bidi/>
        <w:spacing w:line="360" w:lineRule="auto"/>
        <w:jc w:val="lowKashida"/>
        <w:rPr>
          <w:rFonts w:ascii="Sakkal Majalla" w:hAnsi="Sakkal Majalla" w:cs="Sakkal Majalla"/>
          <w:szCs w:val="28"/>
        </w:rPr>
      </w:pPr>
      <w:r w:rsidRPr="00402B24">
        <w:rPr>
          <w:rFonts w:ascii="Sakkal Majalla" w:hAnsi="Sakkal Majalla" w:cs="Sakkal Majalla"/>
          <w:b/>
          <w:bCs/>
          <w:szCs w:val="28"/>
          <w:rtl/>
        </w:rPr>
        <w:t>استدامة الابتكار</w:t>
      </w:r>
      <w:r w:rsidRPr="00402B24">
        <w:rPr>
          <w:rFonts w:ascii="Sakkal Majalla" w:hAnsi="Sakkal Majalla" w:cs="Sakkal Majalla"/>
          <w:szCs w:val="28"/>
        </w:rPr>
        <w:t xml:space="preserve">: </w:t>
      </w:r>
      <w:r w:rsidRPr="00402B24">
        <w:rPr>
          <w:rFonts w:ascii="Sakkal Majalla" w:hAnsi="Sakkal Majalla" w:cs="Sakkal Majalla"/>
          <w:szCs w:val="28"/>
          <w:rtl/>
        </w:rPr>
        <w:t>وهي النتيجة المستهدفة للنموذج، وتعبر عن قدرة الجهة الحكومية على المحافظة على الابتكارات وتطويرها بعد انتهاء الدعم الخارجي، من خلال دمجها في الهياكل والسياسات والعمليات المؤسسية</w:t>
      </w:r>
      <w:r w:rsidRPr="00402B24">
        <w:rPr>
          <w:rFonts w:ascii="Sakkal Majalla" w:hAnsi="Sakkal Majalla" w:cs="Sakkal Majalla"/>
          <w:szCs w:val="28"/>
        </w:rPr>
        <w:t>.</w:t>
      </w:r>
    </w:p>
    <w:p w14:paraId="2765960C" w14:textId="77777777" w:rsidR="00402B24" w:rsidRPr="00402B24" w:rsidRDefault="00402B24" w:rsidP="00634497">
      <w:pPr>
        <w:bidi/>
        <w:spacing w:line="360" w:lineRule="auto"/>
        <w:jc w:val="lowKashida"/>
        <w:rPr>
          <w:rFonts w:ascii="Sakkal Majalla" w:hAnsi="Sakkal Majalla" w:cs="Sakkal Majalla"/>
          <w:szCs w:val="28"/>
        </w:rPr>
      </w:pPr>
      <w:r w:rsidRPr="00402B24">
        <w:rPr>
          <w:rFonts w:ascii="Sakkal Majalla" w:hAnsi="Sakkal Majalla" w:cs="Sakkal Majalla"/>
          <w:szCs w:val="28"/>
          <w:rtl/>
        </w:rPr>
        <w:t>ويفترض النموذج أن استدامة الابتكار تتأثر بشكل مباشر بالقدرات التمكينية الداخلية، وتتقوى من خلال الدعم الاستشاري الخارجي، بينما تمثل القدرة الامتصاصية – أي مدى قدرة الجهة على استيعاب المعرفة الجديدة وتطبيقها – آلية تفاعلية محورية تربط بين الدعم الخارجي والقدرات الداخلية، وتحدد فعالية هذا التكامل في تحقيق أثر ابتكاري مستدام</w:t>
      </w:r>
      <w:r w:rsidRPr="00402B24">
        <w:rPr>
          <w:rFonts w:ascii="Sakkal Majalla" w:hAnsi="Sakkal Majalla" w:cs="Sakkal Majalla"/>
          <w:szCs w:val="28"/>
        </w:rPr>
        <w:t>.</w:t>
      </w:r>
    </w:p>
    <w:p w14:paraId="0FFCCF34" w14:textId="4EB8EE99" w:rsidR="008D2FDC" w:rsidRPr="008D2FDC" w:rsidRDefault="008D2FDC" w:rsidP="00634497">
      <w:pPr>
        <w:bidi/>
        <w:spacing w:line="360" w:lineRule="auto"/>
        <w:jc w:val="lowKashida"/>
        <w:rPr>
          <w:rFonts w:ascii="Sakkal Majalla" w:hAnsi="Sakkal Majalla" w:cs="Sakkal Majalla"/>
          <w:b/>
          <w:bCs/>
          <w:sz w:val="32"/>
          <w:szCs w:val="32"/>
        </w:rPr>
      </w:pPr>
      <w:r w:rsidRPr="008D2FDC">
        <w:rPr>
          <w:rFonts w:ascii="Sakkal Majalla" w:hAnsi="Sakkal Majalla" w:cs="Sakkal Majalla"/>
          <w:b/>
          <w:bCs/>
          <w:sz w:val="32"/>
          <w:szCs w:val="32"/>
        </w:rPr>
        <w:t xml:space="preserve">3.4 </w:t>
      </w:r>
      <w:r w:rsidRPr="008D2FDC">
        <w:rPr>
          <w:rFonts w:ascii="Sakkal Majalla" w:hAnsi="Sakkal Majalla" w:cs="Sakkal Majalla"/>
          <w:b/>
          <w:bCs/>
          <w:sz w:val="32"/>
          <w:szCs w:val="32"/>
          <w:rtl/>
        </w:rPr>
        <w:t>مجتمع الدراسة وعينتها</w:t>
      </w:r>
    </w:p>
    <w:p w14:paraId="7454F606" w14:textId="77777777" w:rsidR="00ED4FE4" w:rsidRPr="00ED4FE4" w:rsidRDefault="00ED4FE4" w:rsidP="00634497">
      <w:pPr>
        <w:bidi/>
        <w:spacing w:line="360" w:lineRule="auto"/>
        <w:jc w:val="lowKashida"/>
        <w:rPr>
          <w:rFonts w:ascii="Sakkal Majalla" w:hAnsi="Sakkal Majalla" w:cs="Sakkal Majalla"/>
          <w:szCs w:val="28"/>
        </w:rPr>
      </w:pPr>
      <w:r w:rsidRPr="00ED4FE4">
        <w:rPr>
          <w:rFonts w:ascii="Sakkal Majalla" w:hAnsi="Sakkal Majalla" w:cs="Sakkal Majalla"/>
          <w:szCs w:val="28"/>
          <w:rtl/>
        </w:rPr>
        <w:t>يتكون مجتمع الدراسة من فئتين أساسيتين</w:t>
      </w:r>
      <w:r w:rsidRPr="00ED4FE4">
        <w:rPr>
          <w:rFonts w:ascii="Sakkal Majalla" w:hAnsi="Sakkal Majalla" w:cs="Sakkal Majalla"/>
          <w:szCs w:val="28"/>
        </w:rPr>
        <w:t>:</w:t>
      </w:r>
    </w:p>
    <w:p w14:paraId="7A6F3D99" w14:textId="77777777" w:rsidR="00ED4FE4" w:rsidRPr="00ED4FE4" w:rsidRDefault="00ED4FE4" w:rsidP="00634497">
      <w:pPr>
        <w:numPr>
          <w:ilvl w:val="0"/>
          <w:numId w:val="122"/>
        </w:numPr>
        <w:bidi/>
        <w:spacing w:line="360" w:lineRule="auto"/>
        <w:jc w:val="lowKashida"/>
        <w:rPr>
          <w:rFonts w:ascii="Sakkal Majalla" w:hAnsi="Sakkal Majalla" w:cs="Sakkal Majalla"/>
          <w:szCs w:val="28"/>
        </w:rPr>
      </w:pPr>
      <w:r w:rsidRPr="00ED4FE4">
        <w:rPr>
          <w:rFonts w:ascii="Sakkal Majalla" w:hAnsi="Sakkal Majalla" w:cs="Sakkal Majalla"/>
          <w:b/>
          <w:bCs/>
          <w:szCs w:val="28"/>
          <w:rtl/>
        </w:rPr>
        <w:t>موظفو الجهات الحكومية السعودية</w:t>
      </w:r>
      <w:r w:rsidRPr="00ED4FE4">
        <w:rPr>
          <w:rFonts w:ascii="Sakkal Majalla" w:hAnsi="Sakkal Majalla" w:cs="Sakkal Majalla"/>
          <w:szCs w:val="28"/>
        </w:rPr>
        <w:t xml:space="preserve">: </w:t>
      </w:r>
      <w:r w:rsidRPr="00ED4FE4">
        <w:rPr>
          <w:rFonts w:ascii="Sakkal Majalla" w:hAnsi="Sakkal Majalla" w:cs="Sakkal Majalla"/>
          <w:szCs w:val="28"/>
          <w:rtl/>
        </w:rPr>
        <w:t>ممن شاركوا في مشاريع ابتكار، أو يعملون في وحدات مختصة بالتطوير، أو التخطيط، أو الجودة، أو التحول المؤسسي</w:t>
      </w:r>
      <w:r w:rsidRPr="00ED4FE4">
        <w:rPr>
          <w:rFonts w:ascii="Sakkal Majalla" w:hAnsi="Sakkal Majalla" w:cs="Sakkal Majalla"/>
          <w:szCs w:val="28"/>
        </w:rPr>
        <w:t>.</w:t>
      </w:r>
    </w:p>
    <w:p w14:paraId="189B1118" w14:textId="77777777" w:rsidR="00ED4FE4" w:rsidRPr="00ED4FE4" w:rsidRDefault="00ED4FE4" w:rsidP="00634497">
      <w:pPr>
        <w:numPr>
          <w:ilvl w:val="0"/>
          <w:numId w:val="122"/>
        </w:numPr>
        <w:bidi/>
        <w:spacing w:line="360" w:lineRule="auto"/>
        <w:jc w:val="lowKashida"/>
        <w:rPr>
          <w:rFonts w:ascii="Sakkal Majalla" w:hAnsi="Sakkal Majalla" w:cs="Sakkal Majalla"/>
          <w:szCs w:val="28"/>
        </w:rPr>
      </w:pPr>
      <w:r w:rsidRPr="00ED4FE4">
        <w:rPr>
          <w:rFonts w:ascii="Sakkal Majalla" w:hAnsi="Sakkal Majalla" w:cs="Sakkal Majalla"/>
          <w:b/>
          <w:bCs/>
          <w:szCs w:val="28"/>
          <w:rtl/>
        </w:rPr>
        <w:lastRenderedPageBreak/>
        <w:t>الشركات الاستشارية</w:t>
      </w:r>
      <w:r w:rsidRPr="00ED4FE4">
        <w:rPr>
          <w:rFonts w:ascii="Sakkal Majalla" w:hAnsi="Sakkal Majalla" w:cs="Sakkal Majalla"/>
          <w:szCs w:val="28"/>
        </w:rPr>
        <w:t xml:space="preserve">: </w:t>
      </w:r>
      <w:r w:rsidRPr="00ED4FE4">
        <w:rPr>
          <w:rFonts w:ascii="Sakkal Majalla" w:hAnsi="Sakkal Majalla" w:cs="Sakkal Majalla"/>
          <w:szCs w:val="28"/>
          <w:rtl/>
        </w:rPr>
        <w:t>التي تقدم خدمات في مجالات الابتكار، التطوير المؤسسي، نقل المعرفة أو بناء القدرات داخل القطاع العام</w:t>
      </w:r>
      <w:r w:rsidRPr="00ED4FE4">
        <w:rPr>
          <w:rFonts w:ascii="Sakkal Majalla" w:hAnsi="Sakkal Majalla" w:cs="Sakkal Majalla"/>
          <w:szCs w:val="28"/>
        </w:rPr>
        <w:t>.</w:t>
      </w:r>
    </w:p>
    <w:p w14:paraId="0FEB7899" w14:textId="46E12F9B" w:rsidR="00ED4FE4" w:rsidRPr="00ED4FE4" w:rsidRDefault="00ED4FE4" w:rsidP="00634497">
      <w:pPr>
        <w:bidi/>
        <w:spacing w:line="360" w:lineRule="auto"/>
        <w:jc w:val="lowKashida"/>
        <w:rPr>
          <w:rFonts w:ascii="Sakkal Majalla" w:hAnsi="Sakkal Majalla" w:cs="Sakkal Majalla"/>
          <w:szCs w:val="28"/>
        </w:rPr>
      </w:pPr>
      <w:r w:rsidRPr="00ED4FE4">
        <w:rPr>
          <w:rFonts w:ascii="Sakkal Majalla" w:hAnsi="Sakkal Majalla" w:cs="Sakkal Majalla"/>
          <w:szCs w:val="28"/>
          <w:rtl/>
        </w:rPr>
        <w:t xml:space="preserve">تم اختيار </w:t>
      </w:r>
      <w:r w:rsidRPr="00ED4FE4">
        <w:rPr>
          <w:rFonts w:ascii="Sakkal Majalla" w:hAnsi="Sakkal Majalla" w:cs="Sakkal Majalla"/>
          <w:b/>
          <w:bCs/>
          <w:szCs w:val="28"/>
          <w:rtl/>
        </w:rPr>
        <w:t>العينة القصدية</w:t>
      </w:r>
      <w:r w:rsidRPr="00ED4FE4">
        <w:rPr>
          <w:rFonts w:ascii="Sakkal Majalla" w:hAnsi="Sakkal Majalla" w:cs="Sakkal Majalla"/>
          <w:szCs w:val="28"/>
          <w:rtl/>
        </w:rPr>
        <w:t xml:space="preserve"> نظرًا لطبيعة الموضوع التخصصية، حيث تم استهداف الأفراد الأكثر صلة وخبرة بموضوع الدراسة. بلغ حجم العينة </w:t>
      </w:r>
      <w:proofErr w:type="gramStart"/>
      <w:r>
        <w:rPr>
          <w:rFonts w:ascii="Sakkal Majalla" w:hAnsi="Sakkal Majalla" w:cs="Sakkal Majalla" w:hint="cs"/>
          <w:szCs w:val="28"/>
          <w:rtl/>
        </w:rPr>
        <w:t>الكمية(</w:t>
      </w:r>
      <w:proofErr w:type="gramEnd"/>
      <w:r>
        <w:rPr>
          <w:rFonts w:ascii="Sakkal Majalla" w:hAnsi="Sakkal Majalla" w:cs="Sakkal Majalla" w:hint="cs"/>
          <w:szCs w:val="28"/>
          <w:rtl/>
        </w:rPr>
        <w:t>65) مشارك،</w:t>
      </w:r>
      <w:r w:rsidRPr="00ED4FE4">
        <w:rPr>
          <w:rFonts w:ascii="Sakkal Majalla" w:hAnsi="Sakkal Majalla" w:cs="Sakkal Majalla"/>
          <w:szCs w:val="28"/>
          <w:rtl/>
        </w:rPr>
        <w:t xml:space="preserve"> بينما شملت العينة النوعية </w:t>
      </w:r>
      <w:r>
        <w:rPr>
          <w:rFonts w:ascii="Sakkal Majalla" w:hAnsi="Sakkal Majalla" w:cs="Sakkal Majalla" w:hint="cs"/>
          <w:b/>
          <w:bCs/>
          <w:szCs w:val="28"/>
          <w:rtl/>
        </w:rPr>
        <w:t>(مقابلة واحدة)</w:t>
      </w:r>
    </w:p>
    <w:p w14:paraId="4D3E77C1" w14:textId="5C82BCB6" w:rsidR="008D2FDC" w:rsidRPr="008D2FDC" w:rsidRDefault="008D2FDC" w:rsidP="00634497">
      <w:pPr>
        <w:bidi/>
        <w:spacing w:line="360" w:lineRule="auto"/>
        <w:jc w:val="lowKashida"/>
        <w:rPr>
          <w:rFonts w:ascii="Sakkal Majalla" w:hAnsi="Sakkal Majalla" w:cs="Sakkal Majalla"/>
          <w:b/>
          <w:bCs/>
          <w:sz w:val="32"/>
          <w:szCs w:val="32"/>
        </w:rPr>
      </w:pPr>
      <w:r w:rsidRPr="008D2FDC">
        <w:rPr>
          <w:rFonts w:ascii="Sakkal Majalla" w:hAnsi="Sakkal Majalla" w:cs="Sakkal Majalla"/>
          <w:b/>
          <w:bCs/>
          <w:sz w:val="32"/>
          <w:szCs w:val="32"/>
        </w:rPr>
        <w:t xml:space="preserve">3.5 </w:t>
      </w:r>
      <w:r w:rsidRPr="008D2FDC">
        <w:rPr>
          <w:rFonts w:ascii="Sakkal Majalla" w:hAnsi="Sakkal Majalla" w:cs="Sakkal Majalla"/>
          <w:b/>
          <w:bCs/>
          <w:sz w:val="32"/>
          <w:szCs w:val="32"/>
          <w:rtl/>
        </w:rPr>
        <w:t>أداة الدراسة</w:t>
      </w:r>
      <w:r w:rsidR="004F7338">
        <w:rPr>
          <w:rFonts w:ascii="Sakkal Majalla" w:hAnsi="Sakkal Majalla" w:cs="Sakkal Majalla" w:hint="cs"/>
          <w:b/>
          <w:bCs/>
          <w:sz w:val="32"/>
          <w:szCs w:val="32"/>
          <w:rtl/>
        </w:rPr>
        <w:t xml:space="preserve"> وجمع البيانات</w:t>
      </w:r>
    </w:p>
    <w:p w14:paraId="0E94C4A6" w14:textId="77777777" w:rsidR="004F7338" w:rsidRPr="00735B3B" w:rsidRDefault="004F7338" w:rsidP="00634497">
      <w:pPr>
        <w:bidi/>
        <w:spacing w:line="360" w:lineRule="auto"/>
        <w:jc w:val="lowKashida"/>
        <w:rPr>
          <w:rFonts w:ascii="Sakkal Majalla" w:hAnsi="Sakkal Majalla" w:cs="Sakkal Majalla"/>
          <w:szCs w:val="28"/>
        </w:rPr>
      </w:pPr>
      <w:r w:rsidRPr="00735B3B">
        <w:rPr>
          <w:rFonts w:ascii="Sakkal Majalla" w:hAnsi="Sakkal Majalla" w:cs="Sakkal Majalla"/>
          <w:szCs w:val="28"/>
          <w:rtl/>
        </w:rPr>
        <w:t>سيتم استخدام طريقتين لجمع البيانات في هذا البحث</w:t>
      </w:r>
      <w:r w:rsidRPr="00735B3B">
        <w:rPr>
          <w:rFonts w:ascii="Sakkal Majalla" w:hAnsi="Sakkal Majalla" w:cs="Sakkal Majalla"/>
          <w:szCs w:val="28"/>
        </w:rPr>
        <w:t>:</w:t>
      </w:r>
    </w:p>
    <w:p w14:paraId="7C48CF45" w14:textId="77777777" w:rsidR="004F7338" w:rsidRPr="000A3F44" w:rsidRDefault="004F7338" w:rsidP="00634497">
      <w:pPr>
        <w:numPr>
          <w:ilvl w:val="0"/>
          <w:numId w:val="26"/>
        </w:numPr>
        <w:bidi/>
        <w:spacing w:line="360" w:lineRule="auto"/>
        <w:jc w:val="lowKashida"/>
        <w:rPr>
          <w:rFonts w:ascii="Sakkal Majalla" w:hAnsi="Sakkal Majalla" w:cs="Sakkal Majalla"/>
          <w:szCs w:val="28"/>
        </w:rPr>
      </w:pPr>
      <w:r w:rsidRPr="00735B3B">
        <w:rPr>
          <w:rFonts w:ascii="Sakkal Majalla" w:hAnsi="Sakkal Majalla" w:cs="Sakkal Majalla" w:hint="cs"/>
          <w:szCs w:val="28"/>
          <w:rtl/>
        </w:rPr>
        <w:t>المقابلات</w:t>
      </w:r>
      <w:r w:rsidRPr="00735B3B">
        <w:rPr>
          <w:rFonts w:ascii="Sakkal Majalla" w:hAnsi="Sakkal Majalla" w:cs="Sakkal Majalla"/>
          <w:szCs w:val="28"/>
          <w:rtl/>
        </w:rPr>
        <w:t xml:space="preserve"> </w:t>
      </w:r>
      <w:r w:rsidRPr="00735B3B">
        <w:rPr>
          <w:rFonts w:ascii="Sakkal Majalla" w:hAnsi="Sakkal Majalla" w:cs="Sakkal Majalla" w:hint="cs"/>
          <w:szCs w:val="28"/>
          <w:rtl/>
        </w:rPr>
        <w:t>شبه</w:t>
      </w:r>
      <w:r w:rsidRPr="00735B3B">
        <w:rPr>
          <w:rFonts w:ascii="Sakkal Majalla" w:hAnsi="Sakkal Majalla" w:cs="Sakkal Majalla"/>
          <w:szCs w:val="28"/>
          <w:rtl/>
        </w:rPr>
        <w:t xml:space="preserve"> </w:t>
      </w:r>
      <w:r w:rsidRPr="00735B3B">
        <w:rPr>
          <w:rFonts w:ascii="Sakkal Majalla" w:hAnsi="Sakkal Majalla" w:cs="Sakkal Majalla" w:hint="cs"/>
          <w:szCs w:val="28"/>
          <w:rtl/>
        </w:rPr>
        <w:t>المنظمة</w:t>
      </w:r>
      <w:r w:rsidRPr="00735B3B">
        <w:rPr>
          <w:rFonts w:ascii="Sakkal Majalla" w:hAnsi="Sakkal Majalla" w:cs="Sakkal Majalla"/>
          <w:szCs w:val="28"/>
          <w:rtl/>
        </w:rPr>
        <w:t>:</w:t>
      </w:r>
      <w:r>
        <w:rPr>
          <w:rFonts w:ascii="Sakkal Majalla" w:hAnsi="Sakkal Majalla" w:cs="Sakkal Majalla" w:hint="cs"/>
          <w:szCs w:val="28"/>
          <w:rtl/>
        </w:rPr>
        <w:t xml:space="preserve"> </w:t>
      </w:r>
      <w:r w:rsidRPr="000A3F44">
        <w:rPr>
          <w:rFonts w:ascii="Sakkal Majalla" w:hAnsi="Sakkal Majalla" w:cs="Sakkal Majalla" w:hint="cs"/>
          <w:szCs w:val="28"/>
          <w:rtl/>
        </w:rPr>
        <w:t>وهي</w:t>
      </w:r>
      <w:r w:rsidRPr="000A3F44">
        <w:rPr>
          <w:rFonts w:ascii="Sakkal Majalla" w:hAnsi="Sakkal Majalla" w:cs="Sakkal Majalla"/>
          <w:szCs w:val="28"/>
          <w:rtl/>
        </w:rPr>
        <w:t xml:space="preserve"> </w:t>
      </w:r>
      <w:r w:rsidRPr="000A3F44">
        <w:rPr>
          <w:rFonts w:ascii="Sakkal Majalla" w:hAnsi="Sakkal Majalla" w:cs="Sakkal Majalla" w:hint="cs"/>
          <w:szCs w:val="28"/>
          <w:rtl/>
        </w:rPr>
        <w:t>مقابلات</w:t>
      </w:r>
      <w:r w:rsidRPr="000A3F44">
        <w:rPr>
          <w:rFonts w:ascii="Sakkal Majalla" w:hAnsi="Sakkal Majalla" w:cs="Sakkal Majalla"/>
          <w:szCs w:val="28"/>
          <w:rtl/>
        </w:rPr>
        <w:t xml:space="preserve"> </w:t>
      </w:r>
      <w:r w:rsidRPr="000A3F44">
        <w:rPr>
          <w:rFonts w:ascii="Sakkal Majalla" w:hAnsi="Sakkal Majalla" w:cs="Sakkal Majalla" w:hint="cs"/>
          <w:szCs w:val="28"/>
          <w:rtl/>
        </w:rPr>
        <w:t>تُجرى</w:t>
      </w:r>
      <w:r w:rsidRPr="000A3F44">
        <w:rPr>
          <w:rFonts w:ascii="Sakkal Majalla" w:hAnsi="Sakkal Majalla" w:cs="Sakkal Majalla"/>
          <w:szCs w:val="28"/>
          <w:rtl/>
        </w:rPr>
        <w:t xml:space="preserve"> </w:t>
      </w:r>
      <w:r w:rsidRPr="000A3F44">
        <w:rPr>
          <w:rFonts w:ascii="Sakkal Majalla" w:hAnsi="Sakkal Majalla" w:cs="Sakkal Majalla" w:hint="cs"/>
          <w:szCs w:val="28"/>
          <w:rtl/>
        </w:rPr>
        <w:t>مع</w:t>
      </w:r>
      <w:r w:rsidRPr="000A3F44">
        <w:rPr>
          <w:rFonts w:ascii="Sakkal Majalla" w:hAnsi="Sakkal Majalla" w:cs="Sakkal Majalla"/>
          <w:szCs w:val="28"/>
          <w:rtl/>
        </w:rPr>
        <w:t xml:space="preserve"> </w:t>
      </w:r>
      <w:r w:rsidRPr="000A3F44">
        <w:rPr>
          <w:rFonts w:ascii="Sakkal Majalla" w:hAnsi="Sakkal Majalla" w:cs="Sakkal Majalla" w:hint="cs"/>
          <w:szCs w:val="28"/>
          <w:rtl/>
        </w:rPr>
        <w:t>بعض</w:t>
      </w:r>
      <w:r w:rsidRPr="000A3F44">
        <w:rPr>
          <w:rFonts w:ascii="Sakkal Majalla" w:hAnsi="Sakkal Majalla" w:cs="Sakkal Majalla"/>
          <w:szCs w:val="28"/>
          <w:rtl/>
        </w:rPr>
        <w:t xml:space="preserve"> </w:t>
      </w:r>
      <w:r w:rsidRPr="000A3F44">
        <w:rPr>
          <w:rFonts w:ascii="Sakkal Majalla" w:hAnsi="Sakkal Majalla" w:cs="Sakkal Majalla" w:hint="cs"/>
          <w:szCs w:val="28"/>
          <w:rtl/>
        </w:rPr>
        <w:t>موظفي</w:t>
      </w:r>
      <w:r w:rsidRPr="000A3F44">
        <w:rPr>
          <w:rFonts w:ascii="Sakkal Majalla" w:hAnsi="Sakkal Majalla" w:cs="Sakkal Majalla"/>
          <w:szCs w:val="28"/>
          <w:rtl/>
        </w:rPr>
        <w:t xml:space="preserve"> </w:t>
      </w:r>
      <w:r w:rsidRPr="000A3F44">
        <w:rPr>
          <w:rFonts w:ascii="Sakkal Majalla" w:hAnsi="Sakkal Majalla" w:cs="Sakkal Majalla" w:hint="cs"/>
          <w:szCs w:val="28"/>
          <w:rtl/>
        </w:rPr>
        <w:t>الجهات</w:t>
      </w:r>
      <w:r w:rsidRPr="000A3F44">
        <w:rPr>
          <w:rFonts w:ascii="Sakkal Majalla" w:hAnsi="Sakkal Majalla" w:cs="Sakkal Majalla"/>
          <w:szCs w:val="28"/>
          <w:rtl/>
        </w:rPr>
        <w:t xml:space="preserve"> </w:t>
      </w:r>
      <w:r w:rsidRPr="000A3F44">
        <w:rPr>
          <w:rFonts w:ascii="Sakkal Majalla" w:hAnsi="Sakkal Majalla" w:cs="Sakkal Majalla" w:hint="cs"/>
          <w:szCs w:val="28"/>
          <w:rtl/>
        </w:rPr>
        <w:t>الحكومية</w:t>
      </w:r>
      <w:r w:rsidRPr="000A3F44">
        <w:rPr>
          <w:rFonts w:ascii="Sakkal Majalla" w:hAnsi="Sakkal Majalla" w:cs="Sakkal Majalla"/>
          <w:szCs w:val="28"/>
          <w:rtl/>
        </w:rPr>
        <w:t xml:space="preserve"> </w:t>
      </w:r>
      <w:r w:rsidRPr="000A3F44">
        <w:rPr>
          <w:rFonts w:ascii="Sakkal Majalla" w:hAnsi="Sakkal Majalla" w:cs="Sakkal Majalla" w:hint="cs"/>
          <w:szCs w:val="28"/>
          <w:rtl/>
        </w:rPr>
        <w:t>والمستشارين</w:t>
      </w:r>
      <w:r w:rsidRPr="000A3F44">
        <w:rPr>
          <w:rFonts w:ascii="Sakkal Majalla" w:hAnsi="Sakkal Majalla" w:cs="Sakkal Majalla"/>
          <w:szCs w:val="28"/>
          <w:rtl/>
        </w:rPr>
        <w:t xml:space="preserve">. </w:t>
      </w:r>
      <w:r w:rsidRPr="000A3F44">
        <w:rPr>
          <w:rFonts w:ascii="Sakkal Majalla" w:hAnsi="Sakkal Majalla" w:cs="Sakkal Majalla" w:hint="cs"/>
          <w:szCs w:val="28"/>
          <w:rtl/>
        </w:rPr>
        <w:t>يكون</w:t>
      </w:r>
      <w:r w:rsidRPr="000A3F44">
        <w:rPr>
          <w:rFonts w:ascii="Sakkal Majalla" w:hAnsi="Sakkal Majalla" w:cs="Sakkal Majalla"/>
          <w:szCs w:val="28"/>
          <w:rtl/>
        </w:rPr>
        <w:t xml:space="preserve"> </w:t>
      </w:r>
      <w:r w:rsidRPr="000A3F44">
        <w:rPr>
          <w:rFonts w:ascii="Sakkal Majalla" w:hAnsi="Sakkal Majalla" w:cs="Sakkal Majalla" w:hint="cs"/>
          <w:szCs w:val="28"/>
          <w:rtl/>
        </w:rPr>
        <w:t>فيها</w:t>
      </w:r>
      <w:r w:rsidRPr="000A3F44">
        <w:rPr>
          <w:rFonts w:ascii="Sakkal Majalla" w:hAnsi="Sakkal Majalla" w:cs="Sakkal Majalla"/>
          <w:szCs w:val="28"/>
          <w:rtl/>
        </w:rPr>
        <w:t xml:space="preserve"> </w:t>
      </w:r>
      <w:r w:rsidRPr="000A3F44">
        <w:rPr>
          <w:rFonts w:ascii="Sakkal Majalla" w:hAnsi="Sakkal Majalla" w:cs="Sakkal Majalla" w:hint="cs"/>
          <w:szCs w:val="28"/>
          <w:rtl/>
        </w:rPr>
        <w:t>عدد</w:t>
      </w:r>
      <w:r w:rsidRPr="000A3F44">
        <w:rPr>
          <w:rFonts w:ascii="Sakkal Majalla" w:hAnsi="Sakkal Majalla" w:cs="Sakkal Majalla"/>
          <w:szCs w:val="28"/>
          <w:rtl/>
        </w:rPr>
        <w:t xml:space="preserve"> </w:t>
      </w:r>
      <w:r w:rsidRPr="000A3F44">
        <w:rPr>
          <w:rFonts w:ascii="Sakkal Majalla" w:hAnsi="Sakkal Majalla" w:cs="Sakkal Majalla" w:hint="cs"/>
          <w:szCs w:val="28"/>
          <w:rtl/>
        </w:rPr>
        <w:t>من</w:t>
      </w:r>
      <w:r w:rsidRPr="000A3F44">
        <w:rPr>
          <w:rFonts w:ascii="Sakkal Majalla" w:hAnsi="Sakkal Majalla" w:cs="Sakkal Majalla"/>
          <w:szCs w:val="28"/>
          <w:rtl/>
        </w:rPr>
        <w:t xml:space="preserve"> </w:t>
      </w:r>
      <w:r w:rsidRPr="000A3F44">
        <w:rPr>
          <w:rFonts w:ascii="Sakkal Majalla" w:hAnsi="Sakkal Majalla" w:cs="Sakkal Majalla" w:hint="cs"/>
          <w:szCs w:val="28"/>
          <w:rtl/>
        </w:rPr>
        <w:t>الأسئلة</w:t>
      </w:r>
      <w:r w:rsidRPr="000A3F44">
        <w:rPr>
          <w:rFonts w:ascii="Sakkal Majalla" w:hAnsi="Sakkal Majalla" w:cs="Sakkal Majalla"/>
          <w:szCs w:val="28"/>
          <w:rtl/>
        </w:rPr>
        <w:t xml:space="preserve"> </w:t>
      </w:r>
      <w:r w:rsidRPr="000A3F44">
        <w:rPr>
          <w:rFonts w:ascii="Sakkal Majalla" w:hAnsi="Sakkal Majalla" w:cs="Sakkal Majalla" w:hint="cs"/>
          <w:szCs w:val="28"/>
          <w:rtl/>
        </w:rPr>
        <w:t>المحددة</w:t>
      </w:r>
      <w:r w:rsidRPr="000A3F44">
        <w:rPr>
          <w:rFonts w:ascii="Sakkal Majalla" w:hAnsi="Sakkal Majalla" w:cs="Sakkal Majalla"/>
          <w:szCs w:val="28"/>
          <w:rtl/>
        </w:rPr>
        <w:t xml:space="preserve"> </w:t>
      </w:r>
      <w:r w:rsidRPr="000A3F44">
        <w:rPr>
          <w:rFonts w:ascii="Sakkal Majalla" w:hAnsi="Sakkal Majalla" w:cs="Sakkal Majalla" w:hint="cs"/>
          <w:szCs w:val="28"/>
          <w:rtl/>
        </w:rPr>
        <w:t>مسبقًا،</w:t>
      </w:r>
      <w:r w:rsidRPr="000A3F44">
        <w:rPr>
          <w:rFonts w:ascii="Sakkal Majalla" w:hAnsi="Sakkal Majalla" w:cs="Sakkal Majalla"/>
          <w:szCs w:val="28"/>
          <w:rtl/>
        </w:rPr>
        <w:t xml:space="preserve"> </w:t>
      </w:r>
      <w:r w:rsidRPr="000A3F44">
        <w:rPr>
          <w:rFonts w:ascii="Sakkal Majalla" w:hAnsi="Sakkal Majalla" w:cs="Sakkal Majalla" w:hint="cs"/>
          <w:szCs w:val="28"/>
          <w:rtl/>
        </w:rPr>
        <w:t>لكن</w:t>
      </w:r>
      <w:r w:rsidRPr="000A3F44">
        <w:rPr>
          <w:rFonts w:ascii="Sakkal Majalla" w:hAnsi="Sakkal Majalla" w:cs="Sakkal Majalla"/>
          <w:szCs w:val="28"/>
          <w:rtl/>
        </w:rPr>
        <w:t xml:space="preserve"> </w:t>
      </w:r>
      <w:r w:rsidRPr="000A3F44">
        <w:rPr>
          <w:rFonts w:ascii="Sakkal Majalla" w:hAnsi="Sakkal Majalla" w:cs="Sakkal Majalla" w:hint="cs"/>
          <w:szCs w:val="28"/>
          <w:rtl/>
        </w:rPr>
        <w:t>يمكن</w:t>
      </w:r>
      <w:r w:rsidRPr="000A3F44">
        <w:rPr>
          <w:rFonts w:ascii="Sakkal Majalla" w:hAnsi="Sakkal Majalla" w:cs="Sakkal Majalla"/>
          <w:szCs w:val="28"/>
          <w:rtl/>
        </w:rPr>
        <w:t xml:space="preserve"> </w:t>
      </w:r>
      <w:r w:rsidRPr="000A3F44">
        <w:rPr>
          <w:rFonts w:ascii="Sakkal Majalla" w:hAnsi="Sakkal Majalla" w:cs="Sakkal Majalla" w:hint="cs"/>
          <w:szCs w:val="28"/>
          <w:rtl/>
        </w:rPr>
        <w:t>التوسع</w:t>
      </w:r>
      <w:r w:rsidRPr="000A3F44">
        <w:rPr>
          <w:rFonts w:ascii="Sakkal Majalla" w:hAnsi="Sakkal Majalla" w:cs="Sakkal Majalla"/>
          <w:szCs w:val="28"/>
          <w:rtl/>
        </w:rPr>
        <w:t xml:space="preserve"> </w:t>
      </w:r>
      <w:r w:rsidRPr="000A3F44">
        <w:rPr>
          <w:rFonts w:ascii="Sakkal Majalla" w:hAnsi="Sakkal Majalla" w:cs="Sakkal Majalla" w:hint="cs"/>
          <w:szCs w:val="28"/>
          <w:rtl/>
        </w:rPr>
        <w:t>في</w:t>
      </w:r>
      <w:r w:rsidRPr="000A3F44">
        <w:rPr>
          <w:rFonts w:ascii="Sakkal Majalla" w:hAnsi="Sakkal Majalla" w:cs="Sakkal Majalla"/>
          <w:szCs w:val="28"/>
          <w:rtl/>
        </w:rPr>
        <w:t xml:space="preserve"> </w:t>
      </w:r>
      <w:r w:rsidRPr="000A3F44">
        <w:rPr>
          <w:rFonts w:ascii="Sakkal Majalla" w:hAnsi="Sakkal Majalla" w:cs="Sakkal Majalla" w:hint="cs"/>
          <w:szCs w:val="28"/>
          <w:rtl/>
        </w:rPr>
        <w:t>النقاش</w:t>
      </w:r>
      <w:r w:rsidRPr="000A3F44">
        <w:rPr>
          <w:rFonts w:ascii="Sakkal Majalla" w:hAnsi="Sakkal Majalla" w:cs="Sakkal Majalla"/>
          <w:szCs w:val="28"/>
          <w:rtl/>
        </w:rPr>
        <w:t xml:space="preserve"> </w:t>
      </w:r>
      <w:r w:rsidRPr="000A3F44">
        <w:rPr>
          <w:rFonts w:ascii="Sakkal Majalla" w:hAnsi="Sakkal Majalla" w:cs="Sakkal Majalla" w:hint="cs"/>
          <w:szCs w:val="28"/>
          <w:rtl/>
        </w:rPr>
        <w:t>حسب</w:t>
      </w:r>
      <w:r w:rsidRPr="000A3F44">
        <w:rPr>
          <w:rFonts w:ascii="Sakkal Majalla" w:hAnsi="Sakkal Majalla" w:cs="Sakkal Majalla"/>
          <w:szCs w:val="28"/>
          <w:rtl/>
        </w:rPr>
        <w:t xml:space="preserve"> </w:t>
      </w:r>
      <w:r w:rsidRPr="000A3F44">
        <w:rPr>
          <w:rFonts w:ascii="Sakkal Majalla" w:hAnsi="Sakkal Majalla" w:cs="Sakkal Majalla" w:hint="cs"/>
          <w:szCs w:val="28"/>
          <w:rtl/>
        </w:rPr>
        <w:t>إجابات</w:t>
      </w:r>
      <w:r w:rsidRPr="000A3F44">
        <w:rPr>
          <w:rFonts w:ascii="Sakkal Majalla" w:hAnsi="Sakkal Majalla" w:cs="Sakkal Majalla"/>
          <w:szCs w:val="28"/>
          <w:rtl/>
        </w:rPr>
        <w:t xml:space="preserve"> </w:t>
      </w:r>
      <w:r w:rsidRPr="000A3F44">
        <w:rPr>
          <w:rFonts w:ascii="Sakkal Majalla" w:hAnsi="Sakkal Majalla" w:cs="Sakkal Majalla" w:hint="cs"/>
          <w:szCs w:val="28"/>
          <w:rtl/>
        </w:rPr>
        <w:t>المشاركين</w:t>
      </w:r>
      <w:r w:rsidRPr="000A3F44">
        <w:rPr>
          <w:rFonts w:ascii="Sakkal Majalla" w:hAnsi="Sakkal Majalla" w:cs="Sakkal Majalla"/>
          <w:szCs w:val="28"/>
          <w:rtl/>
        </w:rPr>
        <w:t xml:space="preserve">. </w:t>
      </w:r>
      <w:r w:rsidRPr="000A3F44">
        <w:rPr>
          <w:rFonts w:ascii="Sakkal Majalla" w:hAnsi="Sakkal Majalla" w:cs="Sakkal Majalla" w:hint="cs"/>
          <w:szCs w:val="28"/>
          <w:rtl/>
        </w:rPr>
        <w:t>الهدف</w:t>
      </w:r>
      <w:r w:rsidRPr="000A3F44">
        <w:rPr>
          <w:rFonts w:ascii="Sakkal Majalla" w:hAnsi="Sakkal Majalla" w:cs="Sakkal Majalla"/>
          <w:szCs w:val="28"/>
          <w:rtl/>
        </w:rPr>
        <w:t xml:space="preserve"> </w:t>
      </w:r>
      <w:r w:rsidRPr="000A3F44">
        <w:rPr>
          <w:rFonts w:ascii="Sakkal Majalla" w:hAnsi="Sakkal Majalla" w:cs="Sakkal Majalla" w:hint="cs"/>
          <w:szCs w:val="28"/>
          <w:rtl/>
        </w:rPr>
        <w:t>من</w:t>
      </w:r>
      <w:r w:rsidRPr="000A3F44">
        <w:rPr>
          <w:rFonts w:ascii="Sakkal Majalla" w:hAnsi="Sakkal Majalla" w:cs="Sakkal Majalla"/>
          <w:szCs w:val="28"/>
          <w:rtl/>
        </w:rPr>
        <w:t xml:space="preserve"> </w:t>
      </w:r>
      <w:r w:rsidRPr="000A3F44">
        <w:rPr>
          <w:rFonts w:ascii="Sakkal Majalla" w:hAnsi="Sakkal Majalla" w:cs="Sakkal Majalla" w:hint="cs"/>
          <w:szCs w:val="28"/>
          <w:rtl/>
        </w:rPr>
        <w:t>هذه</w:t>
      </w:r>
      <w:r w:rsidRPr="000A3F44">
        <w:rPr>
          <w:rFonts w:ascii="Sakkal Majalla" w:hAnsi="Sakkal Majalla" w:cs="Sakkal Majalla"/>
          <w:szCs w:val="28"/>
          <w:rtl/>
        </w:rPr>
        <w:t xml:space="preserve"> </w:t>
      </w:r>
      <w:r w:rsidRPr="000A3F44">
        <w:rPr>
          <w:rFonts w:ascii="Sakkal Majalla" w:hAnsi="Sakkal Majalla" w:cs="Sakkal Majalla" w:hint="cs"/>
          <w:szCs w:val="28"/>
          <w:rtl/>
        </w:rPr>
        <w:t>المقابلات</w:t>
      </w:r>
      <w:r w:rsidRPr="000A3F44">
        <w:rPr>
          <w:rFonts w:ascii="Sakkal Majalla" w:hAnsi="Sakkal Majalla" w:cs="Sakkal Majalla"/>
          <w:szCs w:val="28"/>
          <w:rtl/>
        </w:rPr>
        <w:t xml:space="preserve"> </w:t>
      </w:r>
      <w:r w:rsidRPr="000A3F44">
        <w:rPr>
          <w:rFonts w:ascii="Sakkal Majalla" w:hAnsi="Sakkal Majalla" w:cs="Sakkal Majalla" w:hint="cs"/>
          <w:szCs w:val="28"/>
          <w:rtl/>
        </w:rPr>
        <w:t>هو</w:t>
      </w:r>
      <w:r w:rsidRPr="000A3F44">
        <w:rPr>
          <w:rFonts w:ascii="Sakkal Majalla" w:hAnsi="Sakkal Majalla" w:cs="Sakkal Majalla"/>
          <w:szCs w:val="28"/>
          <w:rtl/>
        </w:rPr>
        <w:t xml:space="preserve"> </w:t>
      </w:r>
      <w:r w:rsidRPr="000A3F44">
        <w:rPr>
          <w:rFonts w:ascii="Sakkal Majalla" w:hAnsi="Sakkal Majalla" w:cs="Sakkal Majalla" w:hint="cs"/>
          <w:szCs w:val="28"/>
          <w:rtl/>
        </w:rPr>
        <w:t>فهم</w:t>
      </w:r>
      <w:r w:rsidRPr="000A3F44">
        <w:rPr>
          <w:rFonts w:ascii="Sakkal Majalla" w:hAnsi="Sakkal Majalla" w:cs="Sakkal Majalla"/>
          <w:szCs w:val="28"/>
          <w:rtl/>
        </w:rPr>
        <w:t xml:space="preserve"> </w:t>
      </w:r>
      <w:r w:rsidRPr="000A3F44">
        <w:rPr>
          <w:rFonts w:ascii="Sakkal Majalla" w:hAnsi="Sakkal Majalla" w:cs="Sakkal Majalla" w:hint="cs"/>
          <w:szCs w:val="28"/>
          <w:rtl/>
        </w:rPr>
        <w:t>أعمق</w:t>
      </w:r>
      <w:r w:rsidRPr="000A3F44">
        <w:rPr>
          <w:rFonts w:ascii="Sakkal Majalla" w:hAnsi="Sakkal Majalla" w:cs="Sakkal Majalla"/>
          <w:szCs w:val="28"/>
          <w:rtl/>
        </w:rPr>
        <w:t xml:space="preserve"> </w:t>
      </w:r>
      <w:r w:rsidRPr="000A3F44">
        <w:rPr>
          <w:rFonts w:ascii="Sakkal Majalla" w:hAnsi="Sakkal Majalla" w:cs="Sakkal Majalla" w:hint="cs"/>
          <w:szCs w:val="28"/>
          <w:rtl/>
        </w:rPr>
        <w:t>لتجارب</w:t>
      </w:r>
      <w:r w:rsidRPr="000A3F44">
        <w:rPr>
          <w:rFonts w:ascii="Sakkal Majalla" w:hAnsi="Sakkal Majalla" w:cs="Sakkal Majalla"/>
          <w:szCs w:val="28"/>
          <w:rtl/>
        </w:rPr>
        <w:t xml:space="preserve"> </w:t>
      </w:r>
      <w:r w:rsidRPr="000A3F44">
        <w:rPr>
          <w:rFonts w:ascii="Sakkal Majalla" w:hAnsi="Sakkal Majalla" w:cs="Sakkal Majalla" w:hint="cs"/>
          <w:szCs w:val="28"/>
          <w:rtl/>
        </w:rPr>
        <w:t>الجهات</w:t>
      </w:r>
      <w:r w:rsidRPr="000A3F44">
        <w:rPr>
          <w:rFonts w:ascii="Sakkal Majalla" w:hAnsi="Sakkal Majalla" w:cs="Sakkal Majalla"/>
          <w:szCs w:val="28"/>
          <w:rtl/>
        </w:rPr>
        <w:t xml:space="preserve"> </w:t>
      </w:r>
      <w:r w:rsidRPr="000A3F44">
        <w:rPr>
          <w:rFonts w:ascii="Sakkal Majalla" w:hAnsi="Sakkal Majalla" w:cs="Sakkal Majalla" w:hint="cs"/>
          <w:szCs w:val="28"/>
          <w:rtl/>
        </w:rPr>
        <w:t>الحكومية</w:t>
      </w:r>
      <w:r w:rsidRPr="000A3F44">
        <w:rPr>
          <w:rFonts w:ascii="Sakkal Majalla" w:hAnsi="Sakkal Majalla" w:cs="Sakkal Majalla"/>
          <w:szCs w:val="28"/>
          <w:rtl/>
        </w:rPr>
        <w:t xml:space="preserve"> </w:t>
      </w:r>
      <w:r w:rsidRPr="000A3F44">
        <w:rPr>
          <w:rFonts w:ascii="Sakkal Majalla" w:hAnsi="Sakkal Majalla" w:cs="Sakkal Majalla" w:hint="cs"/>
          <w:szCs w:val="28"/>
          <w:rtl/>
        </w:rPr>
        <w:t>مع</w:t>
      </w:r>
      <w:r w:rsidRPr="000A3F44">
        <w:rPr>
          <w:rFonts w:ascii="Sakkal Majalla" w:hAnsi="Sakkal Majalla" w:cs="Sakkal Majalla"/>
          <w:szCs w:val="28"/>
          <w:rtl/>
        </w:rPr>
        <w:t xml:space="preserve"> </w:t>
      </w:r>
      <w:r w:rsidRPr="000A3F44">
        <w:rPr>
          <w:rFonts w:ascii="Sakkal Majalla" w:hAnsi="Sakkal Majalla" w:cs="Sakkal Majalla" w:hint="cs"/>
          <w:szCs w:val="28"/>
          <w:rtl/>
        </w:rPr>
        <w:t>الابتكار</w:t>
      </w:r>
      <w:r w:rsidRPr="000A3F44">
        <w:rPr>
          <w:rFonts w:ascii="Sakkal Majalla" w:hAnsi="Sakkal Majalla" w:cs="Sakkal Majalla"/>
          <w:szCs w:val="28"/>
          <w:rtl/>
        </w:rPr>
        <w:t xml:space="preserve"> </w:t>
      </w:r>
      <w:r w:rsidRPr="000A3F44">
        <w:rPr>
          <w:rFonts w:ascii="Sakkal Majalla" w:hAnsi="Sakkal Majalla" w:cs="Sakkal Majalla" w:hint="cs"/>
          <w:szCs w:val="28"/>
          <w:rtl/>
        </w:rPr>
        <w:t>والشراكات</w:t>
      </w:r>
      <w:r w:rsidRPr="000A3F44">
        <w:rPr>
          <w:rFonts w:ascii="Sakkal Majalla" w:hAnsi="Sakkal Majalla" w:cs="Sakkal Majalla"/>
          <w:szCs w:val="28"/>
          <w:rtl/>
        </w:rPr>
        <w:t xml:space="preserve"> </w:t>
      </w:r>
      <w:r w:rsidRPr="000A3F44">
        <w:rPr>
          <w:rFonts w:ascii="Sakkal Majalla" w:hAnsi="Sakkal Majalla" w:cs="Sakkal Majalla" w:hint="cs"/>
          <w:szCs w:val="28"/>
          <w:rtl/>
        </w:rPr>
        <w:t>مع</w:t>
      </w:r>
      <w:r w:rsidRPr="000A3F44">
        <w:rPr>
          <w:rFonts w:ascii="Sakkal Majalla" w:hAnsi="Sakkal Majalla" w:cs="Sakkal Majalla"/>
          <w:szCs w:val="28"/>
          <w:rtl/>
        </w:rPr>
        <w:t xml:space="preserve"> </w:t>
      </w:r>
      <w:r w:rsidRPr="000A3F44">
        <w:rPr>
          <w:rFonts w:ascii="Sakkal Majalla" w:hAnsi="Sakkal Majalla" w:cs="Sakkal Majalla" w:hint="cs"/>
          <w:szCs w:val="28"/>
          <w:rtl/>
        </w:rPr>
        <w:t>الشركات</w:t>
      </w:r>
      <w:r w:rsidRPr="000A3F44">
        <w:rPr>
          <w:rFonts w:ascii="Sakkal Majalla" w:hAnsi="Sakkal Majalla" w:cs="Sakkal Majalla"/>
          <w:szCs w:val="28"/>
          <w:rtl/>
        </w:rPr>
        <w:t xml:space="preserve"> </w:t>
      </w:r>
      <w:r w:rsidRPr="000A3F44">
        <w:rPr>
          <w:rFonts w:ascii="Sakkal Majalla" w:hAnsi="Sakkal Majalla" w:cs="Sakkal Majalla" w:hint="cs"/>
          <w:szCs w:val="28"/>
          <w:rtl/>
        </w:rPr>
        <w:t>الاستشارية</w:t>
      </w:r>
      <w:r w:rsidRPr="000A3F44">
        <w:rPr>
          <w:rFonts w:ascii="Sakkal Majalla" w:hAnsi="Sakkal Majalla" w:cs="Sakkal Majalla"/>
          <w:szCs w:val="28"/>
          <w:rtl/>
        </w:rPr>
        <w:t>.</w:t>
      </w:r>
    </w:p>
    <w:p w14:paraId="6557724D" w14:textId="37590E5B" w:rsidR="008D2FDC" w:rsidRPr="004F7338" w:rsidRDefault="004F7338" w:rsidP="00634497">
      <w:pPr>
        <w:pStyle w:val="ListParagraph"/>
        <w:numPr>
          <w:ilvl w:val="0"/>
          <w:numId w:val="26"/>
        </w:numPr>
        <w:bidi/>
        <w:spacing w:line="360" w:lineRule="auto"/>
        <w:jc w:val="lowKashida"/>
        <w:rPr>
          <w:rFonts w:ascii="Sakkal Majalla" w:hAnsi="Sakkal Majalla" w:cs="Sakkal Majalla"/>
          <w:b/>
          <w:bCs/>
          <w:szCs w:val="28"/>
          <w:rtl/>
        </w:rPr>
      </w:pPr>
      <w:r w:rsidRPr="004F7338">
        <w:rPr>
          <w:rFonts w:ascii="Sakkal Majalla" w:hAnsi="Sakkal Majalla" w:cs="Sakkal Majalla"/>
          <w:szCs w:val="28"/>
          <w:rtl/>
        </w:rPr>
        <w:t>الاستبانة الإلكترونية</w:t>
      </w:r>
      <w:r w:rsidRPr="004F7338">
        <w:rPr>
          <w:rFonts w:ascii="Sakkal Majalla" w:hAnsi="Sakkal Majalla" w:cs="Sakkal Majalla"/>
          <w:szCs w:val="28"/>
        </w:rPr>
        <w:t>:</w:t>
      </w:r>
      <w:r w:rsidRPr="004F7338">
        <w:rPr>
          <w:rFonts w:ascii="Sakkal Majalla" w:hAnsi="Sakkal Majalla" w:cs="Sakkal Majalla" w:hint="cs"/>
          <w:szCs w:val="28"/>
          <w:rtl/>
        </w:rPr>
        <w:t xml:space="preserve"> </w:t>
      </w:r>
      <w:r w:rsidRPr="00735B3B">
        <w:rPr>
          <w:rFonts w:ascii="Sakkal Majalla" w:hAnsi="Sakkal Majalla" w:cs="Sakkal Majalla"/>
          <w:szCs w:val="28"/>
          <w:rtl/>
        </w:rPr>
        <w:t xml:space="preserve">وهي أداة تتكون من مجموعة من الأسئلة </w:t>
      </w:r>
      <w:r w:rsidR="00751AB9" w:rsidRPr="00751AB9">
        <w:rPr>
          <w:rFonts w:ascii="Sakkal Majalla" w:hAnsi="Sakkal Majalla" w:cs="Sakkal Majalla"/>
          <w:szCs w:val="28"/>
          <w:rtl/>
        </w:rPr>
        <w:t>تم تصميم</w:t>
      </w:r>
      <w:r w:rsidR="00751AB9">
        <w:rPr>
          <w:rFonts w:ascii="Sakkal Majalla" w:hAnsi="Sakkal Majalla" w:cs="Sakkal Majalla" w:hint="cs"/>
          <w:szCs w:val="28"/>
          <w:rtl/>
        </w:rPr>
        <w:t xml:space="preserve">ها </w:t>
      </w:r>
      <w:r w:rsidR="00751AB9" w:rsidRPr="00751AB9">
        <w:rPr>
          <w:rFonts w:ascii="Sakkal Majalla" w:hAnsi="Sakkal Majalla" w:cs="Sakkal Majalla"/>
          <w:szCs w:val="28"/>
          <w:rtl/>
        </w:rPr>
        <w:t xml:space="preserve">لتغطي المحاور المرتبطة </w:t>
      </w:r>
      <w:r w:rsidR="00751AB9">
        <w:rPr>
          <w:rFonts w:ascii="Sakkal Majalla" w:hAnsi="Sakkal Majalla" w:cs="Sakkal Majalla" w:hint="cs"/>
          <w:szCs w:val="28"/>
          <w:rtl/>
        </w:rPr>
        <w:t>بفرضيات الدراسة</w:t>
      </w:r>
      <w:r w:rsidR="00751AB9" w:rsidRPr="00751AB9">
        <w:rPr>
          <w:rFonts w:ascii="Sakkal Majalla" w:hAnsi="Sakkal Majalla" w:cs="Sakkal Majalla"/>
          <w:szCs w:val="28"/>
          <w:rtl/>
        </w:rPr>
        <w:t xml:space="preserve"> الخمس</w:t>
      </w:r>
      <w:r w:rsidR="00751AB9">
        <w:rPr>
          <w:rFonts w:ascii="Sakkal Majalla" w:hAnsi="Sakkal Majalla" w:cs="Sakkal Majalla" w:hint="cs"/>
          <w:szCs w:val="28"/>
          <w:rtl/>
        </w:rPr>
        <w:t xml:space="preserve"> المذكورة في الفصل السابقة</w:t>
      </w:r>
      <w:r w:rsidR="00751AB9" w:rsidRPr="00751AB9">
        <w:rPr>
          <w:rFonts w:ascii="Sakkal Majalla" w:hAnsi="Sakkal Majalla" w:cs="Sakkal Majalla"/>
          <w:szCs w:val="28"/>
          <w:rtl/>
        </w:rPr>
        <w:t xml:space="preserve"> بشكل مباش</w:t>
      </w:r>
      <w:r w:rsidR="00566903">
        <w:rPr>
          <w:rFonts w:ascii="Sakkal Majalla" w:hAnsi="Sakkal Majalla" w:cs="Sakkal Majalla" w:hint="cs"/>
          <w:szCs w:val="28"/>
          <w:rtl/>
        </w:rPr>
        <w:t xml:space="preserve">ر، </w:t>
      </w:r>
      <w:r>
        <w:rPr>
          <w:rFonts w:ascii="Sakkal Majalla" w:hAnsi="Sakkal Majalla" w:cs="Sakkal Majalla" w:hint="cs"/>
          <w:szCs w:val="28"/>
          <w:rtl/>
        </w:rPr>
        <w:t>و</w:t>
      </w:r>
      <w:r w:rsidR="008D2FDC" w:rsidRPr="004F7338">
        <w:rPr>
          <w:rFonts w:ascii="Sakkal Majalla" w:hAnsi="Sakkal Majalla" w:cs="Sakkal Majalla"/>
          <w:szCs w:val="28"/>
          <w:rtl/>
        </w:rPr>
        <w:t>تم</w:t>
      </w:r>
      <w:r w:rsidR="00566903">
        <w:rPr>
          <w:rFonts w:ascii="Sakkal Majalla" w:hAnsi="Sakkal Majalla" w:cs="Sakkal Majalla" w:hint="cs"/>
          <w:szCs w:val="28"/>
          <w:rtl/>
        </w:rPr>
        <w:t xml:space="preserve">ت صياغتها </w:t>
      </w:r>
      <w:r w:rsidRPr="004F7338">
        <w:rPr>
          <w:rFonts w:ascii="Sakkal Majalla" w:hAnsi="Sakkal Majalla" w:cs="Sakkal Majalla" w:hint="cs"/>
          <w:b/>
          <w:bCs/>
          <w:szCs w:val="28"/>
          <w:rtl/>
        </w:rPr>
        <w:t>بقسمين</w:t>
      </w:r>
      <w:r w:rsidR="008D2FDC" w:rsidRPr="004F7338">
        <w:rPr>
          <w:rFonts w:ascii="Sakkal Majalla" w:hAnsi="Sakkal Majalla" w:cs="Sakkal Majalla" w:hint="cs"/>
          <w:b/>
          <w:bCs/>
          <w:szCs w:val="28"/>
          <w:rtl/>
        </w:rPr>
        <w:t>:</w:t>
      </w:r>
    </w:p>
    <w:p w14:paraId="7084FD81" w14:textId="5A37BF35" w:rsidR="008D2FDC" w:rsidRPr="008D2FDC" w:rsidRDefault="004F7338" w:rsidP="00634497">
      <w:pPr>
        <w:pStyle w:val="ListParagraph"/>
        <w:numPr>
          <w:ilvl w:val="0"/>
          <w:numId w:val="39"/>
        </w:numPr>
        <w:bidi/>
        <w:spacing w:line="360" w:lineRule="auto"/>
        <w:jc w:val="lowKashida"/>
        <w:rPr>
          <w:rFonts w:ascii="Sakkal Majalla" w:hAnsi="Sakkal Majalla" w:cs="Sakkal Majalla"/>
          <w:szCs w:val="28"/>
        </w:rPr>
      </w:pPr>
      <w:r>
        <w:rPr>
          <w:rFonts w:ascii="Sakkal Majalla" w:hAnsi="Sakkal Majalla" w:cs="Sakkal Majalla" w:hint="cs"/>
          <w:b/>
          <w:bCs/>
          <w:szCs w:val="28"/>
          <w:rtl/>
        </w:rPr>
        <w:t>قسم</w:t>
      </w:r>
      <w:r w:rsidR="008D2FDC">
        <w:rPr>
          <w:rFonts w:ascii="Sakkal Majalla" w:hAnsi="Sakkal Majalla" w:cs="Sakkal Majalla" w:hint="cs"/>
          <w:b/>
          <w:bCs/>
          <w:szCs w:val="28"/>
          <w:rtl/>
        </w:rPr>
        <w:t xml:space="preserve"> </w:t>
      </w:r>
      <w:r w:rsidR="008D2FDC" w:rsidRPr="008D2FDC">
        <w:rPr>
          <w:rFonts w:ascii="Sakkal Majalla" w:hAnsi="Sakkal Majalla" w:cs="Sakkal Majalla"/>
          <w:b/>
          <w:bCs/>
          <w:szCs w:val="28"/>
          <w:rtl/>
        </w:rPr>
        <w:t>مغلق</w:t>
      </w:r>
      <w:r w:rsidR="008D2FDC" w:rsidRPr="008D2FDC">
        <w:rPr>
          <w:rFonts w:ascii="Sakkal Majalla" w:hAnsi="Sakkal Majalla" w:cs="Sakkal Majalla"/>
          <w:szCs w:val="28"/>
          <w:rtl/>
        </w:rPr>
        <w:t xml:space="preserve"> مكوّن من ثلاثة محاور تعكس محاور النموذج البحثي، وبلغ مجموع العبارات [</w:t>
      </w:r>
      <w:r w:rsidR="008D2FDC">
        <w:rPr>
          <w:rFonts w:ascii="Sakkal Majalla" w:hAnsi="Sakkal Majalla" w:cs="Sakkal Majalla" w:hint="cs"/>
          <w:szCs w:val="28"/>
          <w:rtl/>
        </w:rPr>
        <w:t>15</w:t>
      </w:r>
      <w:r w:rsidR="008D2FDC" w:rsidRPr="008D2FDC">
        <w:rPr>
          <w:rFonts w:ascii="Sakkal Majalla" w:hAnsi="Sakkal Majalla" w:cs="Sakkal Majalla"/>
          <w:szCs w:val="28"/>
          <w:rtl/>
        </w:rPr>
        <w:t>]</w:t>
      </w:r>
      <w:r w:rsidR="008D2FDC" w:rsidRPr="008D2FDC">
        <w:rPr>
          <w:rFonts w:ascii="Sakkal Majalla" w:hAnsi="Sakkal Majalla" w:cs="Sakkal Majalla"/>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95"/>
        <w:gridCol w:w="1890"/>
        <w:gridCol w:w="3844"/>
      </w:tblGrid>
      <w:tr w:rsidR="008D2FDC" w:rsidRPr="008D2FDC" w14:paraId="47E58EED" w14:textId="77777777" w:rsidTr="008D2FDC">
        <w:trPr>
          <w:tblHeader/>
          <w:tblCellSpacing w:w="15" w:type="dxa"/>
        </w:trPr>
        <w:tc>
          <w:tcPr>
            <w:tcW w:w="3150" w:type="dxa"/>
            <w:vAlign w:val="center"/>
            <w:hideMark/>
          </w:tcPr>
          <w:p w14:paraId="38FE2843" w14:textId="50A848FF" w:rsidR="008D2FDC" w:rsidRPr="008D2FDC" w:rsidRDefault="008D2FDC" w:rsidP="00083D43">
            <w:pPr>
              <w:bidi/>
              <w:spacing w:line="360" w:lineRule="auto"/>
              <w:rPr>
                <w:rFonts w:ascii="Sakkal Majalla" w:hAnsi="Sakkal Majalla" w:cs="Sakkal Majalla"/>
                <w:b/>
                <w:bCs/>
                <w:szCs w:val="28"/>
              </w:rPr>
            </w:pPr>
            <w:r w:rsidRPr="008D2FDC">
              <w:rPr>
                <w:rFonts w:ascii="Sakkal Majalla" w:hAnsi="Sakkal Majalla" w:cs="Sakkal Majalla"/>
                <w:b/>
                <w:bCs/>
                <w:szCs w:val="28"/>
                <w:rtl/>
              </w:rPr>
              <w:t>أمثلة على محتوى العبارات</w:t>
            </w:r>
          </w:p>
        </w:tc>
        <w:tc>
          <w:tcPr>
            <w:tcW w:w="1860" w:type="dxa"/>
            <w:vAlign w:val="center"/>
            <w:hideMark/>
          </w:tcPr>
          <w:p w14:paraId="095B697C" w14:textId="77777777" w:rsidR="008D2FDC" w:rsidRPr="008D2FDC" w:rsidRDefault="008D2FDC" w:rsidP="00083D43">
            <w:pPr>
              <w:bidi/>
              <w:spacing w:line="360" w:lineRule="auto"/>
              <w:rPr>
                <w:rFonts w:ascii="Sakkal Majalla" w:hAnsi="Sakkal Majalla" w:cs="Sakkal Majalla"/>
                <w:b/>
                <w:bCs/>
                <w:szCs w:val="28"/>
              </w:rPr>
            </w:pPr>
            <w:r w:rsidRPr="008D2FDC">
              <w:rPr>
                <w:rFonts w:ascii="Sakkal Majalla" w:hAnsi="Sakkal Majalla" w:cs="Sakkal Majalla"/>
                <w:b/>
                <w:bCs/>
                <w:szCs w:val="28"/>
                <w:rtl/>
              </w:rPr>
              <w:t>عدد العبارات</w:t>
            </w:r>
          </w:p>
        </w:tc>
        <w:tc>
          <w:tcPr>
            <w:tcW w:w="3799" w:type="dxa"/>
            <w:vAlign w:val="center"/>
            <w:hideMark/>
          </w:tcPr>
          <w:p w14:paraId="12EA770B" w14:textId="73BCB9C0" w:rsidR="008D2FDC" w:rsidRPr="008D2FDC" w:rsidRDefault="008D2FDC" w:rsidP="00083D43">
            <w:pPr>
              <w:bidi/>
              <w:spacing w:line="360" w:lineRule="auto"/>
              <w:rPr>
                <w:rFonts w:ascii="Sakkal Majalla" w:hAnsi="Sakkal Majalla" w:cs="Sakkal Majalla"/>
                <w:b/>
                <w:bCs/>
                <w:szCs w:val="28"/>
              </w:rPr>
            </w:pPr>
            <w:r>
              <w:rPr>
                <w:rFonts w:ascii="Sakkal Majalla" w:hAnsi="Sakkal Majalla" w:cs="Sakkal Majalla" w:hint="cs"/>
                <w:b/>
                <w:bCs/>
                <w:szCs w:val="28"/>
                <w:rtl/>
              </w:rPr>
              <w:t>المحور</w:t>
            </w:r>
          </w:p>
        </w:tc>
      </w:tr>
      <w:tr w:rsidR="008D2FDC" w:rsidRPr="008D2FDC" w14:paraId="6AA0F32D" w14:textId="77777777" w:rsidTr="008D2FDC">
        <w:trPr>
          <w:tblCellSpacing w:w="15" w:type="dxa"/>
        </w:trPr>
        <w:tc>
          <w:tcPr>
            <w:tcW w:w="3150" w:type="dxa"/>
            <w:vAlign w:val="center"/>
            <w:hideMark/>
          </w:tcPr>
          <w:p w14:paraId="4CA90133" w14:textId="2A218CB3" w:rsidR="008D2FDC" w:rsidRPr="008D2FDC" w:rsidRDefault="008D2FDC" w:rsidP="00083D43">
            <w:pPr>
              <w:bidi/>
              <w:spacing w:line="360" w:lineRule="auto"/>
              <w:rPr>
                <w:rFonts w:ascii="Sakkal Majalla" w:hAnsi="Sakkal Majalla" w:cs="Sakkal Majalla"/>
                <w:szCs w:val="28"/>
              </w:rPr>
            </w:pPr>
            <w:r w:rsidRPr="008D2FDC">
              <w:rPr>
                <w:rFonts w:ascii="Sakkal Majalla" w:hAnsi="Sakkal Majalla" w:cs="Sakkal Majalla"/>
                <w:szCs w:val="28"/>
                <w:rtl/>
              </w:rPr>
              <w:t>نقل المعرفة، بناء القدرات</w:t>
            </w:r>
          </w:p>
        </w:tc>
        <w:tc>
          <w:tcPr>
            <w:tcW w:w="1860" w:type="dxa"/>
            <w:vAlign w:val="center"/>
            <w:hideMark/>
          </w:tcPr>
          <w:p w14:paraId="0A9FD8F9" w14:textId="4B8F8527" w:rsidR="008D2FDC" w:rsidRPr="008D2FDC" w:rsidRDefault="008D2FDC" w:rsidP="00083D43">
            <w:pPr>
              <w:bidi/>
              <w:spacing w:line="360" w:lineRule="auto"/>
              <w:rPr>
                <w:rFonts w:ascii="Sakkal Majalla" w:hAnsi="Sakkal Majalla" w:cs="Sakkal Majalla"/>
                <w:szCs w:val="28"/>
              </w:rPr>
            </w:pPr>
            <w:r>
              <w:rPr>
                <w:rFonts w:ascii="Sakkal Majalla" w:hAnsi="Sakkal Majalla" w:cs="Sakkal Majalla" w:hint="cs"/>
                <w:szCs w:val="28"/>
                <w:rtl/>
              </w:rPr>
              <w:t>7</w:t>
            </w:r>
          </w:p>
        </w:tc>
        <w:tc>
          <w:tcPr>
            <w:tcW w:w="3799" w:type="dxa"/>
            <w:vAlign w:val="center"/>
            <w:hideMark/>
          </w:tcPr>
          <w:p w14:paraId="31537AF6" w14:textId="272D52C9" w:rsidR="008D2FDC" w:rsidRPr="008D2FDC" w:rsidRDefault="008D2FDC" w:rsidP="00083D43">
            <w:pPr>
              <w:bidi/>
              <w:spacing w:line="360" w:lineRule="auto"/>
              <w:rPr>
                <w:rFonts w:ascii="Sakkal Majalla" w:hAnsi="Sakkal Majalla" w:cs="Sakkal Majalla"/>
                <w:szCs w:val="28"/>
              </w:rPr>
            </w:pPr>
            <w:r>
              <w:rPr>
                <w:rFonts w:ascii="Sakkal Majalla" w:hAnsi="Sakkal Majalla" w:cs="Sakkal Majalla" w:hint="cs"/>
                <w:szCs w:val="28"/>
                <w:rtl/>
              </w:rPr>
              <w:t>الشركات الاستشارية</w:t>
            </w:r>
          </w:p>
        </w:tc>
      </w:tr>
      <w:tr w:rsidR="008D2FDC" w:rsidRPr="008D2FDC" w14:paraId="14E9CF7C" w14:textId="77777777" w:rsidTr="008D2FDC">
        <w:trPr>
          <w:tblCellSpacing w:w="15" w:type="dxa"/>
        </w:trPr>
        <w:tc>
          <w:tcPr>
            <w:tcW w:w="3150" w:type="dxa"/>
            <w:vAlign w:val="center"/>
            <w:hideMark/>
          </w:tcPr>
          <w:p w14:paraId="3B9DEDF3" w14:textId="0708F435" w:rsidR="008D2FDC" w:rsidRPr="008D2FDC" w:rsidRDefault="008D2FDC" w:rsidP="00083D43">
            <w:pPr>
              <w:bidi/>
              <w:spacing w:line="360" w:lineRule="auto"/>
              <w:rPr>
                <w:rFonts w:ascii="Sakkal Majalla" w:hAnsi="Sakkal Majalla" w:cs="Sakkal Majalla"/>
                <w:szCs w:val="28"/>
              </w:rPr>
            </w:pPr>
            <w:r w:rsidRPr="008D2FDC">
              <w:rPr>
                <w:rFonts w:ascii="Sakkal Majalla" w:hAnsi="Sakkal Majalla" w:cs="Sakkal Majalla"/>
                <w:szCs w:val="28"/>
                <w:rtl/>
              </w:rPr>
              <w:t>جاهزية الهياكل، الثقافة التنظيمية</w:t>
            </w:r>
          </w:p>
        </w:tc>
        <w:tc>
          <w:tcPr>
            <w:tcW w:w="1860" w:type="dxa"/>
            <w:vAlign w:val="center"/>
            <w:hideMark/>
          </w:tcPr>
          <w:p w14:paraId="34BE4CA2" w14:textId="3BAE2F31" w:rsidR="008D2FDC" w:rsidRPr="008D2FDC" w:rsidRDefault="008D2FDC" w:rsidP="00083D43">
            <w:pPr>
              <w:bidi/>
              <w:spacing w:line="360" w:lineRule="auto"/>
              <w:rPr>
                <w:rFonts w:ascii="Sakkal Majalla" w:hAnsi="Sakkal Majalla" w:cs="Sakkal Majalla"/>
                <w:szCs w:val="28"/>
              </w:rPr>
            </w:pPr>
            <w:r>
              <w:rPr>
                <w:rFonts w:ascii="Sakkal Majalla" w:hAnsi="Sakkal Majalla" w:cs="Sakkal Majalla" w:hint="cs"/>
                <w:szCs w:val="28"/>
                <w:rtl/>
              </w:rPr>
              <w:t>5</w:t>
            </w:r>
          </w:p>
        </w:tc>
        <w:tc>
          <w:tcPr>
            <w:tcW w:w="3799" w:type="dxa"/>
            <w:vAlign w:val="center"/>
            <w:hideMark/>
          </w:tcPr>
          <w:p w14:paraId="038EB607" w14:textId="7EFBB599" w:rsidR="008D2FDC" w:rsidRPr="008D2FDC" w:rsidRDefault="008D2FDC" w:rsidP="00083D43">
            <w:pPr>
              <w:bidi/>
              <w:spacing w:line="360" w:lineRule="auto"/>
              <w:rPr>
                <w:rFonts w:ascii="Sakkal Majalla" w:hAnsi="Sakkal Majalla" w:cs="Sakkal Majalla"/>
                <w:szCs w:val="28"/>
              </w:rPr>
            </w:pPr>
            <w:r>
              <w:rPr>
                <w:rFonts w:ascii="Sakkal Majalla" w:hAnsi="Sakkal Majalla" w:cs="Sakkal Majalla" w:hint="cs"/>
                <w:szCs w:val="28"/>
                <w:rtl/>
              </w:rPr>
              <w:t>الجهات الحكومية</w:t>
            </w:r>
          </w:p>
        </w:tc>
      </w:tr>
      <w:tr w:rsidR="008D2FDC" w:rsidRPr="008D2FDC" w14:paraId="00D35E33" w14:textId="77777777" w:rsidTr="008D2FDC">
        <w:trPr>
          <w:tblCellSpacing w:w="15" w:type="dxa"/>
        </w:trPr>
        <w:tc>
          <w:tcPr>
            <w:tcW w:w="3150" w:type="dxa"/>
            <w:vAlign w:val="center"/>
            <w:hideMark/>
          </w:tcPr>
          <w:p w14:paraId="68C99093" w14:textId="266D662C" w:rsidR="008D2FDC" w:rsidRPr="008D2FDC" w:rsidRDefault="008D2FDC" w:rsidP="00083D43">
            <w:pPr>
              <w:bidi/>
              <w:spacing w:line="360" w:lineRule="auto"/>
              <w:rPr>
                <w:rFonts w:ascii="Sakkal Majalla" w:hAnsi="Sakkal Majalla" w:cs="Sakkal Majalla"/>
                <w:szCs w:val="28"/>
              </w:rPr>
            </w:pPr>
            <w:r w:rsidRPr="008D2FDC">
              <w:rPr>
                <w:rFonts w:ascii="Sakkal Majalla" w:hAnsi="Sakkal Majalla" w:cs="Sakkal Majalla"/>
                <w:szCs w:val="28"/>
                <w:rtl/>
              </w:rPr>
              <w:t>مقاومة التغيير، آليات التقييم</w:t>
            </w:r>
          </w:p>
        </w:tc>
        <w:tc>
          <w:tcPr>
            <w:tcW w:w="1860" w:type="dxa"/>
            <w:vAlign w:val="center"/>
            <w:hideMark/>
          </w:tcPr>
          <w:p w14:paraId="17BC5104" w14:textId="753FE45E" w:rsidR="008D2FDC" w:rsidRPr="008D2FDC" w:rsidRDefault="008D2FDC" w:rsidP="00083D43">
            <w:pPr>
              <w:bidi/>
              <w:spacing w:line="360" w:lineRule="auto"/>
              <w:rPr>
                <w:rFonts w:ascii="Sakkal Majalla" w:hAnsi="Sakkal Majalla" w:cs="Sakkal Majalla"/>
                <w:szCs w:val="28"/>
              </w:rPr>
            </w:pPr>
            <w:r>
              <w:rPr>
                <w:rFonts w:ascii="Sakkal Majalla" w:hAnsi="Sakkal Majalla" w:cs="Sakkal Majalla" w:hint="cs"/>
                <w:szCs w:val="28"/>
                <w:rtl/>
              </w:rPr>
              <w:t>3</w:t>
            </w:r>
          </w:p>
        </w:tc>
        <w:tc>
          <w:tcPr>
            <w:tcW w:w="3799" w:type="dxa"/>
            <w:vAlign w:val="center"/>
            <w:hideMark/>
          </w:tcPr>
          <w:p w14:paraId="2E7CB25D" w14:textId="7285DEAE" w:rsidR="008D2FDC" w:rsidRPr="008D2FDC" w:rsidRDefault="008D2FDC" w:rsidP="00083D43">
            <w:pPr>
              <w:bidi/>
              <w:spacing w:line="360" w:lineRule="auto"/>
              <w:rPr>
                <w:rFonts w:ascii="Sakkal Majalla" w:hAnsi="Sakkal Majalla" w:cs="Sakkal Majalla"/>
                <w:szCs w:val="28"/>
              </w:rPr>
            </w:pPr>
            <w:r>
              <w:rPr>
                <w:rFonts w:ascii="Sakkal Majalla" w:hAnsi="Sakkal Majalla" w:cs="Sakkal Majalla" w:hint="cs"/>
                <w:szCs w:val="28"/>
                <w:rtl/>
              </w:rPr>
              <w:t>التكامل والاستدامة</w:t>
            </w:r>
          </w:p>
        </w:tc>
      </w:tr>
    </w:tbl>
    <w:p w14:paraId="47D177C9" w14:textId="77777777" w:rsidR="008D2FDC" w:rsidRDefault="008D2FDC" w:rsidP="00083D43">
      <w:pPr>
        <w:bidi/>
        <w:spacing w:line="360" w:lineRule="auto"/>
        <w:rPr>
          <w:rFonts w:ascii="Sakkal Majalla" w:hAnsi="Sakkal Majalla" w:cs="Sakkal Majalla"/>
          <w:szCs w:val="28"/>
          <w:rtl/>
        </w:rPr>
      </w:pPr>
      <w:r w:rsidRPr="008D2FDC">
        <w:rPr>
          <w:rFonts w:ascii="Sakkal Majalla" w:hAnsi="Sakkal Majalla" w:cs="Sakkal Majalla"/>
          <w:szCs w:val="28"/>
          <w:rtl/>
        </w:rPr>
        <w:t xml:space="preserve">تم استخدام مقياس </w:t>
      </w:r>
      <w:proofErr w:type="spellStart"/>
      <w:r w:rsidRPr="008D2FDC">
        <w:rPr>
          <w:rFonts w:ascii="Sakkal Majalla" w:hAnsi="Sakkal Majalla" w:cs="Sakkal Majalla"/>
          <w:b/>
          <w:bCs/>
          <w:szCs w:val="28"/>
          <w:rtl/>
        </w:rPr>
        <w:t>ليكرت</w:t>
      </w:r>
      <w:proofErr w:type="spellEnd"/>
      <w:r w:rsidRPr="008D2FDC">
        <w:rPr>
          <w:rFonts w:ascii="Sakkal Majalla" w:hAnsi="Sakkal Majalla" w:cs="Sakkal Majalla"/>
          <w:b/>
          <w:bCs/>
          <w:szCs w:val="28"/>
          <w:rtl/>
        </w:rPr>
        <w:t xml:space="preserve"> الخماسي</w:t>
      </w:r>
      <w:r w:rsidRPr="008D2FDC">
        <w:rPr>
          <w:rFonts w:ascii="Sakkal Majalla" w:hAnsi="Sakkal Majalla" w:cs="Sakkal Majalla"/>
          <w:szCs w:val="28"/>
          <w:rtl/>
        </w:rPr>
        <w:t xml:space="preserve"> (من "لا أوافق مطلقًا" إلى "أوافق بشدة")، لتقدير درجة الاتفاق مع كل عبارة</w:t>
      </w:r>
      <w:r w:rsidRPr="008D2FDC">
        <w:rPr>
          <w:rFonts w:ascii="Sakkal Majalla" w:hAnsi="Sakkal Majalla" w:cs="Sakkal Majalla"/>
          <w:szCs w:val="28"/>
        </w:rPr>
        <w:t>.</w:t>
      </w:r>
    </w:p>
    <w:p w14:paraId="04ACC4D7" w14:textId="13A5F068" w:rsidR="008D2FDC" w:rsidRPr="008D2FDC" w:rsidRDefault="004F7338" w:rsidP="00634497">
      <w:pPr>
        <w:pStyle w:val="ListParagraph"/>
        <w:numPr>
          <w:ilvl w:val="0"/>
          <w:numId w:val="39"/>
        </w:numPr>
        <w:bidi/>
        <w:spacing w:line="360" w:lineRule="auto"/>
        <w:jc w:val="lowKashida"/>
        <w:rPr>
          <w:rFonts w:ascii="Sakkal Majalla" w:hAnsi="Sakkal Majalla" w:cs="Sakkal Majalla"/>
          <w:szCs w:val="28"/>
        </w:rPr>
      </w:pPr>
      <w:r>
        <w:rPr>
          <w:rFonts w:ascii="Sakkal Majalla" w:hAnsi="Sakkal Majalla" w:cs="Sakkal Majalla" w:hint="cs"/>
          <w:szCs w:val="28"/>
          <w:rtl/>
        </w:rPr>
        <w:lastRenderedPageBreak/>
        <w:t>قسم</w:t>
      </w:r>
      <w:r w:rsidR="008D2FDC" w:rsidRPr="008D2FDC">
        <w:rPr>
          <w:rFonts w:ascii="Sakkal Majalla" w:hAnsi="Sakkal Majalla" w:cs="Sakkal Majalla" w:hint="cs"/>
          <w:szCs w:val="28"/>
          <w:rtl/>
        </w:rPr>
        <w:t xml:space="preserve"> مفتوح</w:t>
      </w:r>
      <w:r w:rsidR="008D2FDC">
        <w:rPr>
          <w:rFonts w:ascii="Sakkal Majalla" w:hAnsi="Sakkal Majalla" w:cs="Sakkal Majalla" w:hint="cs"/>
          <w:szCs w:val="28"/>
          <w:rtl/>
        </w:rPr>
        <w:t xml:space="preserve"> وهي مساحة مفتوحة للمستهدفين للتعبير عن آرائهم دون محدودية الأسئلة المغلقة</w:t>
      </w:r>
      <w:r>
        <w:rPr>
          <w:rFonts w:ascii="Sakkal Majalla" w:hAnsi="Sakkal Majalla" w:cs="Sakkal Majalla" w:hint="cs"/>
          <w:szCs w:val="28"/>
          <w:rtl/>
        </w:rPr>
        <w:t xml:space="preserve">، ويحتوي القسم </w:t>
      </w:r>
      <w:r w:rsidRPr="008D2FDC">
        <w:rPr>
          <w:rFonts w:ascii="Sakkal Majalla" w:hAnsi="Sakkal Majalla" w:cs="Sakkal Majalla" w:hint="cs"/>
          <w:szCs w:val="28"/>
          <w:rtl/>
        </w:rPr>
        <w:t>سؤالين</w:t>
      </w:r>
      <w:r w:rsidR="008D2FDC" w:rsidRPr="008D2FDC">
        <w:rPr>
          <w:rFonts w:ascii="Sakkal Majalla" w:hAnsi="Sakkal Majalla" w:cs="Sakkal Majalla" w:hint="cs"/>
          <w:szCs w:val="28"/>
          <w:rtl/>
        </w:rPr>
        <w:t xml:space="preserve"> وهما:</w:t>
      </w:r>
    </w:p>
    <w:p w14:paraId="50DAA644" w14:textId="66A5E0C5" w:rsidR="008D2FDC" w:rsidRDefault="008D2FDC" w:rsidP="00634497">
      <w:pPr>
        <w:pStyle w:val="ListParagraph"/>
        <w:numPr>
          <w:ilvl w:val="0"/>
          <w:numId w:val="40"/>
        </w:numPr>
        <w:bidi/>
        <w:spacing w:line="360" w:lineRule="auto"/>
        <w:jc w:val="lowKashida"/>
        <w:rPr>
          <w:rFonts w:ascii="Sakkal Majalla" w:hAnsi="Sakkal Majalla" w:cs="Sakkal Majalla"/>
          <w:szCs w:val="28"/>
        </w:rPr>
      </w:pPr>
      <w:r>
        <w:rPr>
          <w:rFonts w:ascii="Sakkal Majalla" w:hAnsi="Sakkal Majalla" w:cs="Sakkal Majalla" w:hint="cs"/>
          <w:szCs w:val="28"/>
          <w:rtl/>
        </w:rPr>
        <w:t>ماهي أهم المتطلبات برأيك لاستدامة الابتكار داخل الجهات الحكومية</w:t>
      </w:r>
    </w:p>
    <w:p w14:paraId="26657110" w14:textId="3A2B2AB4" w:rsidR="008D2FDC" w:rsidRPr="008D2FDC" w:rsidRDefault="008D2FDC" w:rsidP="00634497">
      <w:pPr>
        <w:pStyle w:val="ListParagraph"/>
        <w:numPr>
          <w:ilvl w:val="0"/>
          <w:numId w:val="40"/>
        </w:numPr>
        <w:bidi/>
        <w:spacing w:line="360" w:lineRule="auto"/>
        <w:jc w:val="lowKashida"/>
        <w:rPr>
          <w:rFonts w:ascii="Sakkal Majalla" w:hAnsi="Sakkal Majalla" w:cs="Sakkal Majalla"/>
          <w:szCs w:val="28"/>
        </w:rPr>
      </w:pPr>
      <w:r>
        <w:rPr>
          <w:rFonts w:ascii="Sakkal Majalla" w:hAnsi="Sakkal Majalla" w:cs="Sakkal Majalla" w:hint="cs"/>
          <w:szCs w:val="28"/>
          <w:rtl/>
        </w:rPr>
        <w:t>ما الذي يمكن تحسينه في دور الشركات الاستشارية لضمان أثر ابتكاري طويل المدى</w:t>
      </w:r>
    </w:p>
    <w:p w14:paraId="65452F42" w14:textId="1653DC2B" w:rsidR="004F7338" w:rsidRPr="004F7338" w:rsidRDefault="004F7338" w:rsidP="00634497">
      <w:pPr>
        <w:bidi/>
        <w:spacing w:line="360" w:lineRule="auto"/>
        <w:jc w:val="lowKashida"/>
        <w:rPr>
          <w:rFonts w:ascii="Sakkal Majalla" w:hAnsi="Sakkal Majalla" w:cs="Sakkal Majalla"/>
          <w:szCs w:val="28"/>
        </w:rPr>
      </w:pPr>
      <w:r w:rsidRPr="004F7338">
        <w:rPr>
          <w:rFonts w:ascii="Sakkal Majalla" w:hAnsi="Sakkal Majalla" w:cs="Sakkal Majalla"/>
          <w:szCs w:val="28"/>
          <w:rtl/>
        </w:rPr>
        <w:t xml:space="preserve">تم توزيع </w:t>
      </w:r>
      <w:r w:rsidRPr="004F7338">
        <w:rPr>
          <w:rFonts w:ascii="Sakkal Majalla" w:hAnsi="Sakkal Majalla" w:cs="Sakkal Majalla" w:hint="cs"/>
          <w:szCs w:val="28"/>
          <w:rtl/>
        </w:rPr>
        <w:t>الاستبانة</w:t>
      </w:r>
      <w:r w:rsidRPr="004F7338">
        <w:rPr>
          <w:rFonts w:ascii="Sakkal Majalla" w:hAnsi="Sakkal Majalla" w:cs="Sakkal Majalla"/>
          <w:szCs w:val="28"/>
          <w:rtl/>
        </w:rPr>
        <w:t xml:space="preserve"> إلكترونيًا خلال الفترة من [</w:t>
      </w:r>
      <w:r w:rsidRPr="004F7338">
        <w:rPr>
          <w:rFonts w:ascii="Sakkal Majalla" w:hAnsi="Sakkal Majalla" w:cs="Sakkal Majalla" w:hint="cs"/>
          <w:szCs w:val="28"/>
          <w:rtl/>
        </w:rPr>
        <w:t>23-7-2025 إلى 4-8-2025</w:t>
      </w:r>
      <w:r w:rsidRPr="004F7338">
        <w:rPr>
          <w:rFonts w:ascii="Sakkal Majalla" w:hAnsi="Sakkal Majalla" w:cs="Sakkal Majalla"/>
          <w:szCs w:val="28"/>
          <w:rtl/>
        </w:rPr>
        <w:t>]، باستخدام نماذج</w:t>
      </w:r>
      <w:r w:rsidRPr="004F7338">
        <w:rPr>
          <w:rFonts w:ascii="Sakkal Majalla" w:hAnsi="Sakkal Majalla" w:cs="Sakkal Majalla"/>
          <w:szCs w:val="28"/>
        </w:rPr>
        <w:t xml:space="preserve"> Microsoft Forms.</w:t>
      </w:r>
      <w:r w:rsidRPr="004F7338">
        <w:rPr>
          <w:rFonts w:ascii="Sakkal Majalla" w:hAnsi="Sakkal Majalla" w:cs="Sakkal Majalla"/>
          <w:szCs w:val="28"/>
        </w:rPr>
        <w:br/>
      </w:r>
      <w:r w:rsidRPr="004F7338">
        <w:rPr>
          <w:rFonts w:ascii="Sakkal Majalla" w:hAnsi="Sakkal Majalla" w:cs="Sakkal Majalla"/>
          <w:szCs w:val="28"/>
          <w:rtl/>
        </w:rPr>
        <w:t>وقد تم التأكد من</w:t>
      </w:r>
      <w:r w:rsidRPr="004F7338">
        <w:rPr>
          <w:rFonts w:ascii="Sakkal Majalla" w:hAnsi="Sakkal Majalla" w:cs="Sakkal Majalla"/>
          <w:szCs w:val="28"/>
        </w:rPr>
        <w:t>:</w:t>
      </w:r>
    </w:p>
    <w:p w14:paraId="2A32D803" w14:textId="77777777" w:rsidR="004F7338" w:rsidRPr="004F7338" w:rsidRDefault="004F7338" w:rsidP="00634497">
      <w:pPr>
        <w:numPr>
          <w:ilvl w:val="0"/>
          <w:numId w:val="41"/>
        </w:numPr>
        <w:bidi/>
        <w:spacing w:line="360" w:lineRule="auto"/>
        <w:jc w:val="lowKashida"/>
        <w:rPr>
          <w:rFonts w:ascii="Sakkal Majalla" w:hAnsi="Sakkal Majalla" w:cs="Sakkal Majalla"/>
          <w:szCs w:val="28"/>
        </w:rPr>
      </w:pPr>
      <w:r w:rsidRPr="004F7338">
        <w:rPr>
          <w:rFonts w:ascii="Sakkal Majalla" w:hAnsi="Sakkal Majalla" w:cs="Sakkal Majalla"/>
          <w:szCs w:val="28"/>
          <w:rtl/>
        </w:rPr>
        <w:t>وضوح التعليمات للمشاركين</w:t>
      </w:r>
      <w:r w:rsidRPr="004F7338">
        <w:rPr>
          <w:rFonts w:ascii="Sakkal Majalla" w:hAnsi="Sakkal Majalla" w:cs="Sakkal Majalla"/>
          <w:szCs w:val="28"/>
        </w:rPr>
        <w:t>.</w:t>
      </w:r>
    </w:p>
    <w:p w14:paraId="7B95A72E" w14:textId="77777777" w:rsidR="004F7338" w:rsidRPr="004F7338" w:rsidRDefault="004F7338" w:rsidP="00634497">
      <w:pPr>
        <w:numPr>
          <w:ilvl w:val="0"/>
          <w:numId w:val="41"/>
        </w:numPr>
        <w:bidi/>
        <w:spacing w:line="360" w:lineRule="auto"/>
        <w:jc w:val="lowKashida"/>
        <w:rPr>
          <w:rFonts w:ascii="Sakkal Majalla" w:hAnsi="Sakkal Majalla" w:cs="Sakkal Majalla"/>
          <w:szCs w:val="28"/>
        </w:rPr>
      </w:pPr>
      <w:r w:rsidRPr="004F7338">
        <w:rPr>
          <w:rFonts w:ascii="Sakkal Majalla" w:hAnsi="Sakkal Majalla" w:cs="Sakkal Majalla"/>
          <w:szCs w:val="28"/>
          <w:rtl/>
        </w:rPr>
        <w:t>تأكيد السرية وعدم طلب بيانات شخصية</w:t>
      </w:r>
      <w:r w:rsidRPr="004F7338">
        <w:rPr>
          <w:rFonts w:ascii="Sakkal Majalla" w:hAnsi="Sakkal Majalla" w:cs="Sakkal Majalla"/>
          <w:szCs w:val="28"/>
        </w:rPr>
        <w:t>.</w:t>
      </w:r>
    </w:p>
    <w:p w14:paraId="1E11A526" w14:textId="2CB85ECB" w:rsidR="00037438" w:rsidRDefault="004F7338" w:rsidP="00634497">
      <w:pPr>
        <w:numPr>
          <w:ilvl w:val="0"/>
          <w:numId w:val="41"/>
        </w:numPr>
        <w:bidi/>
        <w:spacing w:line="360" w:lineRule="auto"/>
        <w:jc w:val="lowKashida"/>
        <w:rPr>
          <w:rFonts w:ascii="Sakkal Majalla" w:hAnsi="Sakkal Majalla" w:cs="Sakkal Majalla"/>
          <w:szCs w:val="28"/>
        </w:rPr>
      </w:pPr>
      <w:r w:rsidRPr="004F7338">
        <w:rPr>
          <w:rFonts w:ascii="Sakkal Majalla" w:hAnsi="Sakkal Majalla" w:cs="Sakkal Majalla"/>
          <w:szCs w:val="28"/>
          <w:rtl/>
        </w:rPr>
        <w:t>احتساب الاستجابات المكتملة فقط</w:t>
      </w:r>
      <w:r w:rsidRPr="004F7338">
        <w:rPr>
          <w:rFonts w:ascii="Sakkal Majalla" w:hAnsi="Sakkal Majalla" w:cs="Sakkal Majalla"/>
          <w:szCs w:val="28"/>
        </w:rPr>
        <w:t>.</w:t>
      </w:r>
    </w:p>
    <w:p w14:paraId="43EFFB41" w14:textId="7B771FA5" w:rsidR="00ED4FE4" w:rsidRPr="00F37438" w:rsidRDefault="00ED4FE4" w:rsidP="00634497">
      <w:pPr>
        <w:bidi/>
        <w:spacing w:line="360" w:lineRule="auto"/>
        <w:jc w:val="lowKashida"/>
        <w:rPr>
          <w:rFonts w:ascii="Sakkal Majalla" w:hAnsi="Sakkal Majalla" w:cs="Sakkal Majalla"/>
          <w:b/>
          <w:bCs/>
          <w:sz w:val="32"/>
          <w:szCs w:val="32"/>
        </w:rPr>
      </w:pPr>
      <w:r w:rsidRPr="00F37438">
        <w:rPr>
          <w:rFonts w:ascii="Sakkal Majalla" w:hAnsi="Sakkal Majalla" w:cs="Sakkal Majalla"/>
          <w:b/>
          <w:bCs/>
          <w:sz w:val="32"/>
          <w:szCs w:val="32"/>
        </w:rPr>
        <w:t xml:space="preserve">3.6 </w:t>
      </w:r>
      <w:r w:rsidRPr="00F37438">
        <w:rPr>
          <w:rFonts w:ascii="Sakkal Majalla" w:hAnsi="Sakkal Majalla" w:cs="Sakkal Majalla"/>
          <w:b/>
          <w:bCs/>
          <w:sz w:val="32"/>
          <w:szCs w:val="32"/>
          <w:rtl/>
        </w:rPr>
        <w:t>صدق وثبات الأداة</w:t>
      </w:r>
    </w:p>
    <w:p w14:paraId="6886D00A" w14:textId="77777777" w:rsidR="00ED4FE4" w:rsidRPr="00ED4FE4" w:rsidRDefault="00ED4FE4" w:rsidP="00634497">
      <w:pPr>
        <w:numPr>
          <w:ilvl w:val="0"/>
          <w:numId w:val="123"/>
        </w:numPr>
        <w:bidi/>
        <w:spacing w:line="360" w:lineRule="auto"/>
        <w:jc w:val="lowKashida"/>
        <w:rPr>
          <w:rFonts w:ascii="Sakkal Majalla" w:hAnsi="Sakkal Majalla" w:cs="Sakkal Majalla"/>
          <w:szCs w:val="28"/>
        </w:rPr>
      </w:pPr>
      <w:r w:rsidRPr="00ED4FE4">
        <w:rPr>
          <w:rFonts w:ascii="Sakkal Majalla" w:hAnsi="Sakkal Majalla" w:cs="Sakkal Majalla"/>
          <w:b/>
          <w:bCs/>
          <w:szCs w:val="28"/>
          <w:rtl/>
        </w:rPr>
        <w:t>صدق المحتوى</w:t>
      </w:r>
      <w:r w:rsidRPr="00ED4FE4">
        <w:rPr>
          <w:rFonts w:ascii="Sakkal Majalla" w:hAnsi="Sakkal Majalla" w:cs="Sakkal Majalla"/>
          <w:szCs w:val="28"/>
        </w:rPr>
        <w:t xml:space="preserve">: </w:t>
      </w:r>
      <w:r w:rsidRPr="00ED4FE4">
        <w:rPr>
          <w:rFonts w:ascii="Sakkal Majalla" w:hAnsi="Sakkal Majalla" w:cs="Sakkal Majalla"/>
          <w:szCs w:val="28"/>
          <w:rtl/>
        </w:rPr>
        <w:t>تم عرض الاستبانة على ثلاثة خبراء في مجالات البحث والابتكار للتأكد من ملاءمة العبارات لقياس المتغيرات</w:t>
      </w:r>
      <w:r w:rsidRPr="00ED4FE4">
        <w:rPr>
          <w:rFonts w:ascii="Sakkal Majalla" w:hAnsi="Sakkal Majalla" w:cs="Sakkal Majalla"/>
          <w:szCs w:val="28"/>
        </w:rPr>
        <w:t>.</w:t>
      </w:r>
    </w:p>
    <w:p w14:paraId="484ADE20" w14:textId="13EF8EE1" w:rsidR="00ED4FE4" w:rsidRPr="00ED4FE4" w:rsidRDefault="00ED4FE4" w:rsidP="00634497">
      <w:pPr>
        <w:numPr>
          <w:ilvl w:val="0"/>
          <w:numId w:val="123"/>
        </w:numPr>
        <w:bidi/>
        <w:spacing w:line="360" w:lineRule="auto"/>
        <w:jc w:val="lowKashida"/>
        <w:rPr>
          <w:rFonts w:ascii="Sakkal Majalla" w:hAnsi="Sakkal Majalla" w:cs="Sakkal Majalla"/>
          <w:szCs w:val="28"/>
        </w:rPr>
      </w:pPr>
      <w:r w:rsidRPr="00ED4FE4">
        <w:rPr>
          <w:rFonts w:ascii="Sakkal Majalla" w:hAnsi="Sakkal Majalla" w:cs="Sakkal Majalla"/>
          <w:b/>
          <w:bCs/>
          <w:szCs w:val="28"/>
          <w:rtl/>
        </w:rPr>
        <w:t>الثبات</w:t>
      </w:r>
      <w:r w:rsidRPr="00ED4FE4">
        <w:rPr>
          <w:rFonts w:ascii="Sakkal Majalla" w:hAnsi="Sakkal Majalla" w:cs="Sakkal Majalla"/>
          <w:szCs w:val="28"/>
        </w:rPr>
        <w:t xml:space="preserve">: </w:t>
      </w:r>
      <w:r w:rsidRPr="00ED4FE4">
        <w:rPr>
          <w:rFonts w:ascii="Sakkal Majalla" w:hAnsi="Sakkal Majalla" w:cs="Sakkal Majalla"/>
          <w:szCs w:val="28"/>
          <w:rtl/>
        </w:rPr>
        <w:t xml:space="preserve">تم قياسه باستخدام معامل </w:t>
      </w:r>
      <w:proofErr w:type="spellStart"/>
      <w:r w:rsidRPr="00ED4FE4">
        <w:rPr>
          <w:rFonts w:ascii="Sakkal Majalla" w:hAnsi="Sakkal Majalla" w:cs="Sakkal Majalla"/>
          <w:szCs w:val="28"/>
          <w:rtl/>
        </w:rPr>
        <w:t>كرونباخ</w:t>
      </w:r>
      <w:proofErr w:type="spellEnd"/>
      <w:r w:rsidRPr="00ED4FE4">
        <w:rPr>
          <w:rFonts w:ascii="Sakkal Majalla" w:hAnsi="Sakkal Majalla" w:cs="Sakkal Majalla"/>
          <w:szCs w:val="28"/>
          <w:rtl/>
        </w:rPr>
        <w:t xml:space="preserve"> ألفا، وبلغت القيم لكل محور أكثر من (0.70)، مما يشير إلى ثبات مقبول</w:t>
      </w:r>
    </w:p>
    <w:p w14:paraId="17187123" w14:textId="557B18BC" w:rsidR="004F7338" w:rsidRPr="004F7338" w:rsidRDefault="004F7338" w:rsidP="00634497">
      <w:pPr>
        <w:bidi/>
        <w:spacing w:line="360" w:lineRule="auto"/>
        <w:jc w:val="lowKashida"/>
        <w:rPr>
          <w:rFonts w:ascii="Sakkal Majalla" w:hAnsi="Sakkal Majalla" w:cs="Sakkal Majalla"/>
          <w:b/>
          <w:bCs/>
          <w:sz w:val="32"/>
          <w:szCs w:val="32"/>
        </w:rPr>
      </w:pPr>
      <w:r>
        <w:rPr>
          <w:rFonts w:ascii="Sakkal Majalla" w:hAnsi="Sakkal Majalla" w:cs="Sakkal Majalla" w:hint="cs"/>
          <w:b/>
          <w:bCs/>
          <w:sz w:val="32"/>
          <w:szCs w:val="32"/>
          <w:rtl/>
        </w:rPr>
        <w:t>3.</w:t>
      </w:r>
      <w:r w:rsidR="00ED4FE4">
        <w:rPr>
          <w:rFonts w:ascii="Sakkal Majalla" w:hAnsi="Sakkal Majalla" w:cs="Sakkal Majalla" w:hint="cs"/>
          <w:b/>
          <w:bCs/>
          <w:sz w:val="32"/>
          <w:szCs w:val="32"/>
          <w:rtl/>
        </w:rPr>
        <w:t>7</w:t>
      </w:r>
      <w:r>
        <w:rPr>
          <w:rFonts w:ascii="Sakkal Majalla" w:hAnsi="Sakkal Majalla" w:cs="Sakkal Majalla" w:hint="cs"/>
          <w:b/>
          <w:bCs/>
          <w:sz w:val="32"/>
          <w:szCs w:val="32"/>
          <w:rtl/>
        </w:rPr>
        <w:t xml:space="preserve"> </w:t>
      </w:r>
      <w:r w:rsidRPr="004F7338">
        <w:rPr>
          <w:rFonts w:ascii="Sakkal Majalla" w:hAnsi="Sakkal Majalla" w:cs="Sakkal Majalla"/>
          <w:b/>
          <w:bCs/>
          <w:sz w:val="32"/>
          <w:szCs w:val="32"/>
          <w:rtl/>
        </w:rPr>
        <w:t>حدود البحث</w:t>
      </w:r>
    </w:p>
    <w:p w14:paraId="1FB8F826" w14:textId="5DB0C346" w:rsidR="004F7338" w:rsidRPr="004F7338" w:rsidRDefault="004F7338" w:rsidP="00634497">
      <w:pPr>
        <w:numPr>
          <w:ilvl w:val="0"/>
          <w:numId w:val="42"/>
        </w:numPr>
        <w:bidi/>
        <w:spacing w:line="360" w:lineRule="auto"/>
        <w:jc w:val="lowKashida"/>
        <w:rPr>
          <w:rFonts w:ascii="Sakkal Majalla" w:hAnsi="Sakkal Majalla" w:cs="Sakkal Majalla"/>
          <w:szCs w:val="28"/>
        </w:rPr>
      </w:pPr>
      <w:r w:rsidRPr="004F7338">
        <w:rPr>
          <w:rFonts w:ascii="Sakkal Majalla" w:hAnsi="Sakkal Majalla" w:cs="Sakkal Majalla"/>
          <w:szCs w:val="28"/>
          <w:rtl/>
        </w:rPr>
        <w:t>الحدود المكانية</w:t>
      </w:r>
      <w:r w:rsidRPr="004F7338">
        <w:rPr>
          <w:rFonts w:ascii="Sakkal Majalla" w:hAnsi="Sakkal Majalla" w:cs="Sakkal Majalla"/>
          <w:szCs w:val="28"/>
        </w:rPr>
        <w:t xml:space="preserve">: </w:t>
      </w:r>
      <w:r w:rsidRPr="004F7338">
        <w:rPr>
          <w:rFonts w:ascii="Sakkal Majalla" w:hAnsi="Sakkal Majalla" w:cs="Sakkal Majalla"/>
          <w:szCs w:val="28"/>
          <w:rtl/>
        </w:rPr>
        <w:t>الجهات الحكومية في</w:t>
      </w:r>
      <w:r>
        <w:rPr>
          <w:rFonts w:ascii="Sakkal Majalla" w:hAnsi="Sakkal Majalla" w:cs="Sakkal Majalla" w:hint="cs"/>
          <w:szCs w:val="28"/>
          <w:rtl/>
        </w:rPr>
        <w:t xml:space="preserve"> مدينة الرياض</w:t>
      </w:r>
      <w:r w:rsidRPr="004F7338">
        <w:rPr>
          <w:rFonts w:ascii="Sakkal Majalla" w:hAnsi="Sakkal Majalla" w:cs="Sakkal Majalla"/>
          <w:szCs w:val="28"/>
          <w:rtl/>
        </w:rPr>
        <w:t xml:space="preserve"> المملكة العربية السعودية</w:t>
      </w:r>
      <w:r w:rsidRPr="004F7338">
        <w:rPr>
          <w:rFonts w:ascii="Sakkal Majalla" w:hAnsi="Sakkal Majalla" w:cs="Sakkal Majalla"/>
          <w:szCs w:val="28"/>
        </w:rPr>
        <w:t>.</w:t>
      </w:r>
    </w:p>
    <w:p w14:paraId="161498A2" w14:textId="750D3703" w:rsidR="004F7338" w:rsidRPr="004F7338" w:rsidRDefault="004F7338" w:rsidP="00634497">
      <w:pPr>
        <w:numPr>
          <w:ilvl w:val="0"/>
          <w:numId w:val="42"/>
        </w:numPr>
        <w:bidi/>
        <w:spacing w:line="360" w:lineRule="auto"/>
        <w:jc w:val="lowKashida"/>
        <w:rPr>
          <w:rFonts w:ascii="Sakkal Majalla" w:hAnsi="Sakkal Majalla" w:cs="Sakkal Majalla"/>
          <w:szCs w:val="28"/>
        </w:rPr>
      </w:pPr>
      <w:r w:rsidRPr="004F7338">
        <w:rPr>
          <w:rFonts w:ascii="Sakkal Majalla" w:hAnsi="Sakkal Majalla" w:cs="Sakkal Majalla"/>
          <w:szCs w:val="28"/>
          <w:rtl/>
        </w:rPr>
        <w:t>الحدود الزمانية</w:t>
      </w:r>
      <w:r w:rsidRPr="004F7338">
        <w:rPr>
          <w:rFonts w:ascii="Sakkal Majalla" w:hAnsi="Sakkal Majalla" w:cs="Sakkal Majalla"/>
          <w:szCs w:val="28"/>
        </w:rPr>
        <w:t xml:space="preserve">: </w:t>
      </w:r>
      <w:r w:rsidRPr="004F7338">
        <w:rPr>
          <w:rFonts w:ascii="Sakkal Majalla" w:hAnsi="Sakkal Majalla" w:cs="Sakkal Majalla"/>
          <w:szCs w:val="28"/>
          <w:rtl/>
        </w:rPr>
        <w:t xml:space="preserve">النصف </w:t>
      </w:r>
      <w:r>
        <w:rPr>
          <w:rFonts w:ascii="Sakkal Majalla" w:hAnsi="Sakkal Majalla" w:cs="Sakkal Majalla" w:hint="cs"/>
          <w:szCs w:val="28"/>
          <w:rtl/>
        </w:rPr>
        <w:t>الثالث</w:t>
      </w:r>
      <w:r w:rsidRPr="004F7338">
        <w:rPr>
          <w:rFonts w:ascii="Sakkal Majalla" w:hAnsi="Sakkal Majalla" w:cs="Sakkal Majalla"/>
          <w:szCs w:val="28"/>
          <w:rtl/>
        </w:rPr>
        <w:t xml:space="preserve"> من عام 2025</w:t>
      </w:r>
      <w:r w:rsidRPr="004F7338">
        <w:rPr>
          <w:rFonts w:ascii="Sakkal Majalla" w:hAnsi="Sakkal Majalla" w:cs="Sakkal Majalla"/>
          <w:szCs w:val="28"/>
        </w:rPr>
        <w:t>.</w:t>
      </w:r>
    </w:p>
    <w:p w14:paraId="2F3035A0" w14:textId="3A0DFE96" w:rsidR="004F7338" w:rsidRPr="004F7338" w:rsidRDefault="004F7338" w:rsidP="00634497">
      <w:pPr>
        <w:numPr>
          <w:ilvl w:val="0"/>
          <w:numId w:val="42"/>
        </w:numPr>
        <w:bidi/>
        <w:spacing w:line="360" w:lineRule="auto"/>
        <w:jc w:val="lowKashida"/>
        <w:rPr>
          <w:rFonts w:ascii="Sakkal Majalla" w:hAnsi="Sakkal Majalla" w:cs="Sakkal Majalla"/>
          <w:szCs w:val="28"/>
        </w:rPr>
      </w:pPr>
      <w:r w:rsidRPr="004F7338">
        <w:rPr>
          <w:rFonts w:ascii="Sakkal Majalla" w:hAnsi="Sakkal Majalla" w:cs="Sakkal Majalla"/>
          <w:szCs w:val="28"/>
          <w:rtl/>
        </w:rPr>
        <w:lastRenderedPageBreak/>
        <w:t xml:space="preserve">الحدود </w:t>
      </w:r>
      <w:proofErr w:type="gramStart"/>
      <w:r w:rsidRPr="004F7338">
        <w:rPr>
          <w:rFonts w:ascii="Sakkal Majalla" w:hAnsi="Sakkal Majalla" w:cs="Sakkal Majalla"/>
          <w:szCs w:val="28"/>
          <w:rtl/>
        </w:rPr>
        <w:t>الموضوعية</w:t>
      </w:r>
      <w:r w:rsidRPr="004F7338">
        <w:rPr>
          <w:rFonts w:ascii="Sakkal Majalla" w:hAnsi="Sakkal Majalla" w:cs="Sakkal Majalla"/>
          <w:szCs w:val="28"/>
        </w:rPr>
        <w:t xml:space="preserve"> </w:t>
      </w:r>
      <w:r w:rsidR="00634497">
        <w:rPr>
          <w:rFonts w:ascii="Sakkal Majalla" w:hAnsi="Sakkal Majalla" w:cs="Sakkal Majalla" w:hint="cs"/>
          <w:szCs w:val="28"/>
          <w:rtl/>
        </w:rPr>
        <w:t>:</w:t>
      </w:r>
      <w:r>
        <w:rPr>
          <w:rFonts w:ascii="Sakkal Majalla" w:hAnsi="Sakkal Majalla" w:cs="Sakkal Majalla" w:hint="cs"/>
          <w:szCs w:val="28"/>
          <w:rtl/>
        </w:rPr>
        <w:t>تركيز</w:t>
      </w:r>
      <w:proofErr w:type="gramEnd"/>
      <w:r w:rsidRPr="004F7338">
        <w:rPr>
          <w:rFonts w:ascii="Sakkal Majalla" w:hAnsi="Sakkal Majalla" w:cs="Sakkal Majalla"/>
          <w:szCs w:val="28"/>
          <w:rtl/>
        </w:rPr>
        <w:t xml:space="preserve"> الدراسة للعوامل التمكينية الداخلية والخارجية للابتكار، دون التوسع في السياسات التشريعية أو نظم الحوكمة</w:t>
      </w:r>
      <w:r w:rsidRPr="004F7338">
        <w:rPr>
          <w:rFonts w:ascii="Sakkal Majalla" w:hAnsi="Sakkal Majalla" w:cs="Sakkal Majalla"/>
          <w:szCs w:val="28"/>
        </w:rPr>
        <w:t>.</w:t>
      </w:r>
    </w:p>
    <w:p w14:paraId="357A89E2" w14:textId="78CA78E6" w:rsidR="00FE7146" w:rsidRPr="00FE7146" w:rsidRDefault="00FE7146" w:rsidP="00634497">
      <w:pPr>
        <w:bidi/>
        <w:spacing w:line="360" w:lineRule="auto"/>
        <w:jc w:val="lowKashida"/>
        <w:rPr>
          <w:rFonts w:ascii="Sakkal Majalla" w:hAnsi="Sakkal Majalla" w:cs="Sakkal Majalla"/>
          <w:b/>
          <w:bCs/>
          <w:sz w:val="32"/>
          <w:szCs w:val="32"/>
        </w:rPr>
      </w:pPr>
      <w:r>
        <w:rPr>
          <w:rFonts w:ascii="Sakkal Majalla" w:hAnsi="Sakkal Majalla" w:cs="Sakkal Majalla" w:hint="cs"/>
          <w:b/>
          <w:bCs/>
          <w:sz w:val="32"/>
          <w:szCs w:val="32"/>
          <w:rtl/>
        </w:rPr>
        <w:t>3.</w:t>
      </w:r>
      <w:r w:rsidR="00ED4FE4">
        <w:rPr>
          <w:rFonts w:ascii="Sakkal Majalla" w:hAnsi="Sakkal Majalla" w:cs="Sakkal Majalla" w:hint="cs"/>
          <w:b/>
          <w:bCs/>
          <w:sz w:val="32"/>
          <w:szCs w:val="32"/>
          <w:rtl/>
        </w:rPr>
        <w:t>8</w:t>
      </w:r>
      <w:r>
        <w:rPr>
          <w:rFonts w:ascii="Sakkal Majalla" w:hAnsi="Sakkal Majalla" w:cs="Sakkal Majalla" w:hint="cs"/>
          <w:b/>
          <w:bCs/>
          <w:sz w:val="32"/>
          <w:szCs w:val="32"/>
          <w:rtl/>
        </w:rPr>
        <w:t xml:space="preserve"> تحليل البيانات</w:t>
      </w:r>
    </w:p>
    <w:p w14:paraId="3908700E" w14:textId="77777777" w:rsidR="00FE7146" w:rsidRPr="00FE7146" w:rsidRDefault="00FE7146" w:rsidP="00634497">
      <w:pPr>
        <w:bidi/>
        <w:spacing w:line="360" w:lineRule="auto"/>
        <w:jc w:val="lowKashida"/>
        <w:rPr>
          <w:rFonts w:ascii="Sakkal Majalla" w:hAnsi="Sakkal Majalla" w:cs="Sakkal Majalla"/>
          <w:szCs w:val="28"/>
        </w:rPr>
      </w:pPr>
      <w:r w:rsidRPr="00FE7146">
        <w:rPr>
          <w:rFonts w:ascii="Sakkal Majalla" w:hAnsi="Sakkal Majalla" w:cs="Sakkal Majalla"/>
          <w:szCs w:val="28"/>
          <w:rtl/>
        </w:rPr>
        <w:t>تم استخدام منهجية تحليل بيانات متعددة الأساليب</w:t>
      </w:r>
      <w:r w:rsidRPr="00FE7146">
        <w:rPr>
          <w:rFonts w:ascii="Sakkal Majalla" w:hAnsi="Sakkal Majalla" w:cs="Sakkal Majalla"/>
          <w:szCs w:val="28"/>
        </w:rPr>
        <w:t xml:space="preserve"> (Mixed Data Analysis) </w:t>
      </w:r>
      <w:r w:rsidRPr="00FE7146">
        <w:rPr>
          <w:rFonts w:ascii="Sakkal Majalla" w:hAnsi="Sakkal Majalla" w:cs="Sakkal Majalla"/>
          <w:szCs w:val="28"/>
          <w:rtl/>
        </w:rPr>
        <w:t>لتعكس تعدد أدوات جمع البيانات وتنوع طبيعة المتغيرات المدروسة. وقد تم تحليل البيانات كما يلي</w:t>
      </w:r>
      <w:r w:rsidRPr="00FE7146">
        <w:rPr>
          <w:rFonts w:ascii="Sakkal Majalla" w:hAnsi="Sakkal Majalla" w:cs="Sakkal Majalla"/>
          <w:szCs w:val="28"/>
        </w:rPr>
        <w:t>:</w:t>
      </w:r>
    </w:p>
    <w:p w14:paraId="13BF9178" w14:textId="5DC27854" w:rsidR="00FE7146" w:rsidRPr="00FE7146" w:rsidRDefault="00FE7146" w:rsidP="00634497">
      <w:pPr>
        <w:bidi/>
        <w:spacing w:line="360" w:lineRule="auto"/>
        <w:jc w:val="lowKashida"/>
        <w:rPr>
          <w:rFonts w:ascii="Sakkal Majalla" w:hAnsi="Sakkal Majalla" w:cs="Sakkal Majalla"/>
          <w:b/>
          <w:bCs/>
          <w:sz w:val="32"/>
          <w:szCs w:val="32"/>
        </w:rPr>
      </w:pPr>
      <w:r w:rsidRPr="00FE7146">
        <w:rPr>
          <w:rFonts w:ascii="Sakkal Majalla" w:hAnsi="Sakkal Majalla" w:cs="Sakkal Majalla" w:hint="cs"/>
          <w:b/>
          <w:bCs/>
          <w:sz w:val="32"/>
          <w:szCs w:val="32"/>
          <w:rtl/>
        </w:rPr>
        <w:t>3.</w:t>
      </w:r>
      <w:r w:rsidR="00ED4FE4">
        <w:rPr>
          <w:rFonts w:ascii="Sakkal Majalla" w:hAnsi="Sakkal Majalla" w:cs="Sakkal Majalla" w:hint="cs"/>
          <w:b/>
          <w:bCs/>
          <w:sz w:val="32"/>
          <w:szCs w:val="32"/>
          <w:rtl/>
        </w:rPr>
        <w:t>8</w:t>
      </w:r>
      <w:r w:rsidRPr="00FE7146">
        <w:rPr>
          <w:rFonts w:ascii="Sakkal Majalla" w:hAnsi="Sakkal Majalla" w:cs="Sakkal Majalla" w:hint="cs"/>
          <w:b/>
          <w:bCs/>
          <w:sz w:val="32"/>
          <w:szCs w:val="32"/>
          <w:rtl/>
        </w:rPr>
        <w:t>.1</w:t>
      </w:r>
      <w:r w:rsidRPr="00FE7146">
        <w:rPr>
          <w:rFonts w:ascii="Sakkal Majalla" w:hAnsi="Sakkal Majalla" w:cs="Sakkal Majalla"/>
          <w:b/>
          <w:bCs/>
          <w:sz w:val="32"/>
          <w:szCs w:val="32"/>
        </w:rPr>
        <w:t xml:space="preserve"> </w:t>
      </w:r>
      <w:r w:rsidRPr="00FE7146">
        <w:rPr>
          <w:rFonts w:ascii="Sakkal Majalla" w:hAnsi="Sakkal Majalla" w:cs="Sakkal Majalla"/>
          <w:b/>
          <w:bCs/>
          <w:sz w:val="32"/>
          <w:szCs w:val="32"/>
          <w:rtl/>
        </w:rPr>
        <w:t>تحليل البيانات الكمية</w:t>
      </w:r>
    </w:p>
    <w:p w14:paraId="373C6DE7" w14:textId="4F3DB3CD" w:rsidR="00FE7146" w:rsidRPr="00FE7146" w:rsidRDefault="00FE7146" w:rsidP="00634497">
      <w:pPr>
        <w:bidi/>
        <w:spacing w:line="360" w:lineRule="auto"/>
        <w:jc w:val="lowKashida"/>
        <w:rPr>
          <w:rFonts w:ascii="Sakkal Majalla" w:hAnsi="Sakkal Majalla" w:cs="Sakkal Majalla"/>
          <w:szCs w:val="28"/>
        </w:rPr>
      </w:pPr>
      <w:r w:rsidRPr="00FE7146">
        <w:rPr>
          <w:rFonts w:ascii="Sakkal Majalla" w:hAnsi="Sakkal Majalla" w:cs="Sakkal Majalla"/>
          <w:szCs w:val="28"/>
          <w:rtl/>
        </w:rPr>
        <w:t xml:space="preserve">شملت البيانات الكمية استجابات </w:t>
      </w:r>
      <w:r w:rsidRPr="00FE7146">
        <w:rPr>
          <w:rFonts w:ascii="Sakkal Majalla" w:hAnsi="Sakkal Majalla" w:cs="Sakkal Majalla" w:hint="cs"/>
          <w:szCs w:val="28"/>
          <w:rtl/>
        </w:rPr>
        <w:t>الاستبانة</w:t>
      </w:r>
      <w:r w:rsidRPr="00FE7146">
        <w:rPr>
          <w:rFonts w:ascii="Sakkal Majalla" w:hAnsi="Sakkal Majalla" w:cs="Sakkal Majalla"/>
          <w:szCs w:val="28"/>
          <w:rtl/>
        </w:rPr>
        <w:t xml:space="preserve"> </w:t>
      </w:r>
      <w:r>
        <w:rPr>
          <w:rFonts w:ascii="Sakkal Majalla" w:hAnsi="Sakkal Majalla" w:cs="Sakkal Majalla" w:hint="cs"/>
          <w:szCs w:val="28"/>
          <w:rtl/>
        </w:rPr>
        <w:t>(الأسئلة المغلقة)</w:t>
      </w:r>
      <w:r w:rsidRPr="00FE7146">
        <w:rPr>
          <w:rFonts w:ascii="Sakkal Majalla" w:hAnsi="Sakkal Majalla" w:cs="Sakkal Majalla"/>
          <w:szCs w:val="28"/>
          <w:rtl/>
        </w:rPr>
        <w:t xml:space="preserve">، والذي تم تصميمه باستخدام مقياس </w:t>
      </w:r>
      <w:proofErr w:type="spellStart"/>
      <w:r w:rsidRPr="00FE7146">
        <w:rPr>
          <w:rFonts w:ascii="Sakkal Majalla" w:hAnsi="Sakkal Majalla" w:cs="Sakkal Majalla"/>
          <w:szCs w:val="28"/>
          <w:rtl/>
        </w:rPr>
        <w:t>ليكرت</w:t>
      </w:r>
      <w:proofErr w:type="spellEnd"/>
      <w:r w:rsidRPr="00FE7146">
        <w:rPr>
          <w:rFonts w:ascii="Sakkal Majalla" w:hAnsi="Sakkal Majalla" w:cs="Sakkal Majalla"/>
          <w:szCs w:val="28"/>
          <w:rtl/>
        </w:rPr>
        <w:t xml:space="preserve"> الخماسي، ووزع على عينة مختارة من موظفي الجهات الحكومية وممثلي الشركات الاستشارية. وقد تم إدخال البيانات وتحليلها باستخدام برنامج</w:t>
      </w:r>
      <w:r w:rsidRPr="00FE7146">
        <w:rPr>
          <w:rFonts w:ascii="Sakkal Majalla" w:hAnsi="Sakkal Majalla" w:cs="Sakkal Majalla"/>
          <w:szCs w:val="28"/>
        </w:rPr>
        <w:t xml:space="preserve"> Microsoft Excel.</w:t>
      </w:r>
    </w:p>
    <w:p w14:paraId="2451116F" w14:textId="77777777" w:rsidR="00FE7146" w:rsidRPr="00FE7146" w:rsidRDefault="00FE7146" w:rsidP="00634497">
      <w:pPr>
        <w:bidi/>
        <w:spacing w:line="360" w:lineRule="auto"/>
        <w:jc w:val="lowKashida"/>
        <w:rPr>
          <w:rFonts w:ascii="Sakkal Majalla" w:hAnsi="Sakkal Majalla" w:cs="Sakkal Majalla"/>
          <w:szCs w:val="28"/>
        </w:rPr>
      </w:pPr>
      <w:r w:rsidRPr="00FE7146">
        <w:rPr>
          <w:rFonts w:ascii="Sakkal Majalla" w:hAnsi="Sakkal Majalla" w:cs="Sakkal Majalla"/>
          <w:szCs w:val="28"/>
          <w:rtl/>
        </w:rPr>
        <w:t>واعتمد التحليل الكمي على ما يلي</w:t>
      </w:r>
      <w:r w:rsidRPr="00FE7146">
        <w:rPr>
          <w:rFonts w:ascii="Sakkal Majalla" w:hAnsi="Sakkal Majalla" w:cs="Sakkal Majalla"/>
          <w:szCs w:val="28"/>
        </w:rPr>
        <w:t>:</w:t>
      </w:r>
    </w:p>
    <w:p w14:paraId="551692FC" w14:textId="77777777" w:rsidR="00FE7146" w:rsidRPr="00FE7146" w:rsidRDefault="00FE7146" w:rsidP="00634497">
      <w:pPr>
        <w:numPr>
          <w:ilvl w:val="0"/>
          <w:numId w:val="43"/>
        </w:numPr>
        <w:bidi/>
        <w:spacing w:line="360" w:lineRule="auto"/>
        <w:jc w:val="lowKashida"/>
        <w:rPr>
          <w:rFonts w:ascii="Sakkal Majalla" w:hAnsi="Sakkal Majalla" w:cs="Sakkal Majalla"/>
          <w:szCs w:val="28"/>
        </w:rPr>
      </w:pPr>
      <w:r w:rsidRPr="00FE7146">
        <w:rPr>
          <w:rFonts w:ascii="Sakkal Majalla" w:hAnsi="Sakkal Majalla" w:cs="Sakkal Majalla"/>
          <w:b/>
          <w:bCs/>
          <w:szCs w:val="28"/>
          <w:rtl/>
        </w:rPr>
        <w:t>تحليل وصفي للبيانات</w:t>
      </w:r>
      <w:r w:rsidRPr="00FE7146">
        <w:rPr>
          <w:rFonts w:ascii="Sakkal Majalla" w:hAnsi="Sakkal Majalla" w:cs="Sakkal Majalla"/>
          <w:szCs w:val="28"/>
          <w:rtl/>
        </w:rPr>
        <w:t xml:space="preserve"> (المتوسطات، الانحرافات المعيارية، النسب المئوية)</w:t>
      </w:r>
      <w:r w:rsidRPr="00FE7146">
        <w:rPr>
          <w:rFonts w:ascii="Sakkal Majalla" w:hAnsi="Sakkal Majalla" w:cs="Sakkal Majalla"/>
          <w:szCs w:val="28"/>
        </w:rPr>
        <w:t>.</w:t>
      </w:r>
    </w:p>
    <w:p w14:paraId="5E11A835" w14:textId="77777777" w:rsidR="00FE7146" w:rsidRPr="00FE7146" w:rsidRDefault="00FE7146" w:rsidP="00634497">
      <w:pPr>
        <w:numPr>
          <w:ilvl w:val="0"/>
          <w:numId w:val="43"/>
        </w:numPr>
        <w:bidi/>
        <w:spacing w:line="360" w:lineRule="auto"/>
        <w:jc w:val="lowKashida"/>
        <w:rPr>
          <w:rFonts w:ascii="Sakkal Majalla" w:hAnsi="Sakkal Majalla" w:cs="Sakkal Majalla"/>
          <w:szCs w:val="28"/>
        </w:rPr>
      </w:pPr>
      <w:r w:rsidRPr="00FE7146">
        <w:rPr>
          <w:rFonts w:ascii="Sakkal Majalla" w:hAnsi="Sakkal Majalla" w:cs="Sakkal Majalla"/>
          <w:b/>
          <w:bCs/>
          <w:szCs w:val="28"/>
          <w:rtl/>
        </w:rPr>
        <w:t>تحليل تفصيلي لكل عبارة ضمن المحاور الثلاثة</w:t>
      </w:r>
      <w:r w:rsidRPr="00FE7146">
        <w:rPr>
          <w:rFonts w:ascii="Sakkal Majalla" w:hAnsi="Sakkal Majalla" w:cs="Sakkal Majalla"/>
          <w:szCs w:val="28"/>
          <w:rtl/>
        </w:rPr>
        <w:t xml:space="preserve"> (الشركات الاستشارية، العوامل التمكينية الداخلية، والتكامل والاستدامة)</w:t>
      </w:r>
      <w:r w:rsidRPr="00FE7146">
        <w:rPr>
          <w:rFonts w:ascii="Sakkal Majalla" w:hAnsi="Sakkal Majalla" w:cs="Sakkal Majalla"/>
          <w:szCs w:val="28"/>
        </w:rPr>
        <w:t>.</w:t>
      </w:r>
    </w:p>
    <w:p w14:paraId="666EF136" w14:textId="77777777" w:rsidR="00FE7146" w:rsidRPr="00FE7146" w:rsidRDefault="00FE7146" w:rsidP="00634497">
      <w:pPr>
        <w:numPr>
          <w:ilvl w:val="0"/>
          <w:numId w:val="43"/>
        </w:numPr>
        <w:bidi/>
        <w:spacing w:line="360" w:lineRule="auto"/>
        <w:jc w:val="lowKashida"/>
        <w:rPr>
          <w:rFonts w:ascii="Sakkal Majalla" w:hAnsi="Sakkal Majalla" w:cs="Sakkal Majalla"/>
          <w:szCs w:val="28"/>
        </w:rPr>
      </w:pPr>
      <w:r w:rsidRPr="00FE7146">
        <w:rPr>
          <w:rFonts w:ascii="Sakkal Majalla" w:hAnsi="Sakkal Majalla" w:cs="Sakkal Majalla"/>
          <w:b/>
          <w:bCs/>
          <w:szCs w:val="28"/>
          <w:rtl/>
        </w:rPr>
        <w:t>مقارنة الاتجاهات بين العبارات</w:t>
      </w:r>
      <w:r w:rsidRPr="00FE7146">
        <w:rPr>
          <w:rFonts w:ascii="Sakkal Majalla" w:hAnsi="Sakkal Majalla" w:cs="Sakkal Majalla"/>
          <w:szCs w:val="28"/>
          <w:rtl/>
        </w:rPr>
        <w:t xml:space="preserve"> الأعلى والأقل والأقرب إلى المتوسط، بهدف تحديد مواضع الإجماع والتباين</w:t>
      </w:r>
      <w:r w:rsidRPr="00FE7146">
        <w:rPr>
          <w:rFonts w:ascii="Sakkal Majalla" w:hAnsi="Sakkal Majalla" w:cs="Sakkal Majalla"/>
          <w:szCs w:val="28"/>
        </w:rPr>
        <w:t>.</w:t>
      </w:r>
    </w:p>
    <w:p w14:paraId="49289D67" w14:textId="77777777" w:rsidR="00FE7146" w:rsidRPr="00FE7146" w:rsidRDefault="00FE7146" w:rsidP="00634497">
      <w:pPr>
        <w:numPr>
          <w:ilvl w:val="0"/>
          <w:numId w:val="43"/>
        </w:numPr>
        <w:bidi/>
        <w:spacing w:line="360" w:lineRule="auto"/>
        <w:jc w:val="lowKashida"/>
        <w:rPr>
          <w:rFonts w:ascii="Sakkal Majalla" w:hAnsi="Sakkal Majalla" w:cs="Sakkal Majalla"/>
          <w:szCs w:val="28"/>
        </w:rPr>
      </w:pPr>
      <w:r w:rsidRPr="00FE7146">
        <w:rPr>
          <w:rFonts w:ascii="Sakkal Majalla" w:hAnsi="Sakkal Majalla" w:cs="Sakkal Majalla"/>
          <w:b/>
          <w:bCs/>
          <w:szCs w:val="28"/>
          <w:rtl/>
        </w:rPr>
        <w:t>تحليل مقارن بين الفئات</w:t>
      </w:r>
      <w:r w:rsidRPr="00FE7146">
        <w:rPr>
          <w:rFonts w:ascii="Sakkal Majalla" w:hAnsi="Sakkal Majalla" w:cs="Sakkal Majalla"/>
          <w:szCs w:val="28"/>
          <w:rtl/>
        </w:rPr>
        <w:t xml:space="preserve"> (في حال الحاجة) لدراسة الفروقات بين الجهات الحكومية والشركات الاستشارية في إدراكها لدور الابتكار والاستدامة</w:t>
      </w:r>
      <w:r w:rsidRPr="00FE7146">
        <w:rPr>
          <w:rFonts w:ascii="Sakkal Majalla" w:hAnsi="Sakkal Majalla" w:cs="Sakkal Majalla"/>
          <w:szCs w:val="28"/>
        </w:rPr>
        <w:t>.</w:t>
      </w:r>
    </w:p>
    <w:p w14:paraId="362B4AC4" w14:textId="761A505E" w:rsidR="00FE7146" w:rsidRPr="00FE7146" w:rsidRDefault="00FE7146" w:rsidP="00634497">
      <w:pPr>
        <w:bidi/>
        <w:spacing w:line="360" w:lineRule="auto"/>
        <w:jc w:val="lowKashida"/>
        <w:rPr>
          <w:rFonts w:ascii="Sakkal Majalla" w:hAnsi="Sakkal Majalla" w:cs="Sakkal Majalla"/>
          <w:b/>
          <w:bCs/>
          <w:sz w:val="32"/>
          <w:szCs w:val="32"/>
        </w:rPr>
      </w:pPr>
      <w:r>
        <w:rPr>
          <w:rFonts w:ascii="Sakkal Majalla" w:hAnsi="Sakkal Majalla" w:cs="Sakkal Majalla" w:hint="cs"/>
          <w:b/>
          <w:bCs/>
          <w:sz w:val="32"/>
          <w:szCs w:val="32"/>
          <w:rtl/>
        </w:rPr>
        <w:t>3.</w:t>
      </w:r>
      <w:r w:rsidR="00ED4FE4">
        <w:rPr>
          <w:rFonts w:ascii="Sakkal Majalla" w:hAnsi="Sakkal Majalla" w:cs="Sakkal Majalla" w:hint="cs"/>
          <w:b/>
          <w:bCs/>
          <w:sz w:val="32"/>
          <w:szCs w:val="32"/>
          <w:rtl/>
        </w:rPr>
        <w:t>8</w:t>
      </w:r>
      <w:r>
        <w:rPr>
          <w:rFonts w:ascii="Sakkal Majalla" w:hAnsi="Sakkal Majalla" w:cs="Sakkal Majalla" w:hint="cs"/>
          <w:b/>
          <w:bCs/>
          <w:sz w:val="32"/>
          <w:szCs w:val="32"/>
          <w:rtl/>
        </w:rPr>
        <w:t>.2</w:t>
      </w:r>
      <w:r w:rsidRPr="00FE7146">
        <w:rPr>
          <w:rFonts w:ascii="Sakkal Majalla" w:hAnsi="Sakkal Majalla" w:cs="Sakkal Majalla"/>
          <w:b/>
          <w:bCs/>
          <w:sz w:val="32"/>
          <w:szCs w:val="32"/>
        </w:rPr>
        <w:t xml:space="preserve"> </w:t>
      </w:r>
      <w:r w:rsidRPr="00FE7146">
        <w:rPr>
          <w:rFonts w:ascii="Sakkal Majalla" w:hAnsi="Sakkal Majalla" w:cs="Sakkal Majalla"/>
          <w:b/>
          <w:bCs/>
          <w:sz w:val="32"/>
          <w:szCs w:val="32"/>
          <w:rtl/>
        </w:rPr>
        <w:t>تحليل البيانات النوعية</w:t>
      </w:r>
    </w:p>
    <w:p w14:paraId="35E00C95" w14:textId="77777777" w:rsidR="00FE7146" w:rsidRPr="00FE7146" w:rsidRDefault="00FE7146" w:rsidP="00634497">
      <w:pPr>
        <w:bidi/>
        <w:spacing w:line="360" w:lineRule="auto"/>
        <w:jc w:val="lowKashida"/>
        <w:rPr>
          <w:rFonts w:ascii="Sakkal Majalla" w:hAnsi="Sakkal Majalla" w:cs="Sakkal Majalla"/>
          <w:szCs w:val="28"/>
        </w:rPr>
      </w:pPr>
      <w:r w:rsidRPr="00FE7146">
        <w:rPr>
          <w:rFonts w:ascii="Sakkal Majalla" w:hAnsi="Sakkal Majalla" w:cs="Sakkal Majalla"/>
          <w:szCs w:val="28"/>
          <w:rtl/>
        </w:rPr>
        <w:lastRenderedPageBreak/>
        <w:t>تضمنت البيانات النوعية ما يلي</w:t>
      </w:r>
      <w:r w:rsidRPr="00FE7146">
        <w:rPr>
          <w:rFonts w:ascii="Sakkal Majalla" w:hAnsi="Sakkal Majalla" w:cs="Sakkal Majalla"/>
          <w:szCs w:val="28"/>
        </w:rPr>
        <w:t>:</w:t>
      </w:r>
    </w:p>
    <w:p w14:paraId="6F4F7FA0" w14:textId="07D20110" w:rsidR="00FE7146" w:rsidRPr="00FE7146" w:rsidRDefault="00FE7146" w:rsidP="00634497">
      <w:pPr>
        <w:numPr>
          <w:ilvl w:val="0"/>
          <w:numId w:val="44"/>
        </w:numPr>
        <w:bidi/>
        <w:spacing w:line="360" w:lineRule="auto"/>
        <w:jc w:val="lowKashida"/>
        <w:rPr>
          <w:rFonts w:ascii="Sakkal Majalla" w:hAnsi="Sakkal Majalla" w:cs="Sakkal Majalla"/>
          <w:szCs w:val="28"/>
        </w:rPr>
      </w:pPr>
      <w:r w:rsidRPr="00FE7146">
        <w:rPr>
          <w:rFonts w:ascii="Sakkal Majalla" w:hAnsi="Sakkal Majalla" w:cs="Sakkal Majalla"/>
          <w:b/>
          <w:bCs/>
          <w:szCs w:val="28"/>
          <w:rtl/>
        </w:rPr>
        <w:t>مقابلتين شبه موجهتين</w:t>
      </w:r>
      <w:r w:rsidRPr="00FE7146">
        <w:rPr>
          <w:rFonts w:ascii="Sakkal Majalla" w:hAnsi="Sakkal Majalla" w:cs="Sakkal Majalla"/>
          <w:szCs w:val="28"/>
          <w:rtl/>
        </w:rPr>
        <w:t xml:space="preserve"> مع ممثلين من الجهات الحكومية والشركات الاستشارية. وقد تم تفريغ الإجابات وتحليلها باستخدام منهجية التحليل الموضوعي</w:t>
      </w:r>
      <w:r w:rsidRPr="00FE7146">
        <w:rPr>
          <w:rFonts w:ascii="Sakkal Majalla" w:hAnsi="Sakkal Majalla" w:cs="Sakkal Majalla"/>
          <w:szCs w:val="28"/>
        </w:rPr>
        <w:t xml:space="preserve"> (Thematic Analysis) </w:t>
      </w:r>
      <w:r w:rsidRPr="00FE7146">
        <w:rPr>
          <w:rFonts w:ascii="Sakkal Majalla" w:hAnsi="Sakkal Majalla" w:cs="Sakkal Majalla"/>
          <w:szCs w:val="28"/>
          <w:rtl/>
        </w:rPr>
        <w:t>بعد تصنيفها وربطها بمحاور الدراسة</w:t>
      </w:r>
      <w:r w:rsidRPr="00FE7146">
        <w:rPr>
          <w:rFonts w:ascii="Sakkal Majalla" w:hAnsi="Sakkal Majalla" w:cs="Sakkal Majalla"/>
          <w:szCs w:val="28"/>
        </w:rPr>
        <w:t>.</w:t>
      </w:r>
    </w:p>
    <w:p w14:paraId="57E0129D" w14:textId="7F9D8F07" w:rsidR="00FE7146" w:rsidRPr="00FE7146" w:rsidRDefault="00FE7146" w:rsidP="00634497">
      <w:pPr>
        <w:numPr>
          <w:ilvl w:val="0"/>
          <w:numId w:val="44"/>
        </w:numPr>
        <w:bidi/>
        <w:spacing w:line="360" w:lineRule="auto"/>
        <w:jc w:val="lowKashida"/>
        <w:rPr>
          <w:rFonts w:ascii="Sakkal Majalla" w:hAnsi="Sakkal Majalla" w:cs="Sakkal Majalla"/>
          <w:szCs w:val="28"/>
        </w:rPr>
      </w:pPr>
      <w:r w:rsidRPr="00FE7146">
        <w:rPr>
          <w:rFonts w:ascii="Sakkal Majalla" w:hAnsi="Sakkal Majalla" w:cs="Sakkal Majalla"/>
          <w:b/>
          <w:bCs/>
          <w:szCs w:val="28"/>
          <w:rtl/>
        </w:rPr>
        <w:t>إجابات نصية مفتوحة</w:t>
      </w:r>
      <w:r w:rsidRPr="00FE7146">
        <w:rPr>
          <w:rFonts w:ascii="Sakkal Majalla" w:hAnsi="Sakkal Majalla" w:cs="Sakkal Majalla"/>
          <w:szCs w:val="28"/>
          <w:rtl/>
        </w:rPr>
        <w:t xml:space="preserve"> وردت في نهاية </w:t>
      </w:r>
      <w:r w:rsidRPr="00FE7146">
        <w:rPr>
          <w:rFonts w:ascii="Sakkal Majalla" w:hAnsi="Sakkal Majalla" w:cs="Sakkal Majalla" w:hint="cs"/>
          <w:szCs w:val="28"/>
          <w:rtl/>
        </w:rPr>
        <w:t>الاستبانة</w:t>
      </w:r>
      <w:r w:rsidRPr="00FE7146">
        <w:rPr>
          <w:rFonts w:ascii="Sakkal Majalla" w:hAnsi="Sakkal Majalla" w:cs="Sakkal Majalla"/>
          <w:szCs w:val="28"/>
          <w:rtl/>
        </w:rPr>
        <w:t>، حيث تم تحليلها موضوعيًا بهدف التعرف على تصورات المشاركين تجاه المتطلبات اللازمة لاستدامة الابتكار داخل الجهات الحكومي</w:t>
      </w:r>
      <w:r>
        <w:rPr>
          <w:rFonts w:ascii="Sakkal Majalla" w:hAnsi="Sakkal Majalla" w:cs="Sakkal Majalla" w:hint="cs"/>
          <w:szCs w:val="28"/>
          <w:rtl/>
        </w:rPr>
        <w:t>ة ودور الشركات الاستشارية لصنع أثر ممتد</w:t>
      </w:r>
      <w:r w:rsidRPr="00FE7146">
        <w:rPr>
          <w:rFonts w:ascii="Sakkal Majalla" w:hAnsi="Sakkal Majalla" w:cs="Sakkal Majalla"/>
          <w:szCs w:val="28"/>
        </w:rPr>
        <w:t>.</w:t>
      </w:r>
    </w:p>
    <w:p w14:paraId="4A36E3AE" w14:textId="77777777" w:rsidR="00FE7146" w:rsidRPr="00FE7146" w:rsidRDefault="00FE7146" w:rsidP="00634497">
      <w:pPr>
        <w:bidi/>
        <w:spacing w:line="360" w:lineRule="auto"/>
        <w:jc w:val="lowKashida"/>
        <w:rPr>
          <w:rFonts w:ascii="Sakkal Majalla" w:hAnsi="Sakkal Majalla" w:cs="Sakkal Majalla"/>
          <w:szCs w:val="28"/>
        </w:rPr>
      </w:pPr>
      <w:r w:rsidRPr="00FE7146">
        <w:rPr>
          <w:rFonts w:ascii="Sakkal Majalla" w:hAnsi="Sakkal Majalla" w:cs="Sakkal Majalla"/>
          <w:szCs w:val="28"/>
          <w:rtl/>
        </w:rPr>
        <w:t>واعتمد التحليل النوعي على</w:t>
      </w:r>
      <w:r w:rsidRPr="00FE7146">
        <w:rPr>
          <w:rFonts w:ascii="Sakkal Majalla" w:hAnsi="Sakkal Majalla" w:cs="Sakkal Majalla"/>
          <w:szCs w:val="28"/>
        </w:rPr>
        <w:t>:</w:t>
      </w:r>
    </w:p>
    <w:p w14:paraId="36C97177" w14:textId="77777777" w:rsidR="00FE7146" w:rsidRPr="00FE7146" w:rsidRDefault="00FE7146" w:rsidP="00634497">
      <w:pPr>
        <w:numPr>
          <w:ilvl w:val="0"/>
          <w:numId w:val="45"/>
        </w:numPr>
        <w:bidi/>
        <w:spacing w:line="360" w:lineRule="auto"/>
        <w:jc w:val="lowKashida"/>
        <w:rPr>
          <w:rFonts w:ascii="Sakkal Majalla" w:hAnsi="Sakkal Majalla" w:cs="Sakkal Majalla"/>
          <w:szCs w:val="28"/>
        </w:rPr>
      </w:pPr>
      <w:r w:rsidRPr="00FE7146">
        <w:rPr>
          <w:rFonts w:ascii="Sakkal Majalla" w:hAnsi="Sakkal Majalla" w:cs="Sakkal Majalla"/>
          <w:szCs w:val="28"/>
          <w:rtl/>
        </w:rPr>
        <w:t>تصنيف الإجابات ضمن محاور مفهومية مشتركة</w:t>
      </w:r>
      <w:r w:rsidRPr="00FE7146">
        <w:rPr>
          <w:rFonts w:ascii="Sakkal Majalla" w:hAnsi="Sakkal Majalla" w:cs="Sakkal Majalla"/>
          <w:szCs w:val="28"/>
        </w:rPr>
        <w:t>.</w:t>
      </w:r>
    </w:p>
    <w:p w14:paraId="6912A13E" w14:textId="77777777" w:rsidR="00FE7146" w:rsidRPr="00FE7146" w:rsidRDefault="00FE7146" w:rsidP="00634497">
      <w:pPr>
        <w:numPr>
          <w:ilvl w:val="0"/>
          <w:numId w:val="45"/>
        </w:numPr>
        <w:bidi/>
        <w:spacing w:line="360" w:lineRule="auto"/>
        <w:jc w:val="lowKashida"/>
        <w:rPr>
          <w:rFonts w:ascii="Sakkal Majalla" w:hAnsi="Sakkal Majalla" w:cs="Sakkal Majalla"/>
          <w:szCs w:val="28"/>
        </w:rPr>
      </w:pPr>
      <w:r w:rsidRPr="00FE7146">
        <w:rPr>
          <w:rFonts w:ascii="Sakkal Majalla" w:hAnsi="Sakkal Majalla" w:cs="Sakkal Majalla"/>
          <w:szCs w:val="28"/>
          <w:rtl/>
        </w:rPr>
        <w:t>تحديد التكرارات الدلالية للكلمات والمفاهيم المفتاحية</w:t>
      </w:r>
      <w:r w:rsidRPr="00FE7146">
        <w:rPr>
          <w:rFonts w:ascii="Sakkal Majalla" w:hAnsi="Sakkal Majalla" w:cs="Sakkal Majalla"/>
          <w:szCs w:val="28"/>
        </w:rPr>
        <w:t>.</w:t>
      </w:r>
    </w:p>
    <w:p w14:paraId="0AC0BE83" w14:textId="77777777" w:rsidR="00FE7146" w:rsidRPr="00FE7146" w:rsidRDefault="00FE7146" w:rsidP="00634497">
      <w:pPr>
        <w:numPr>
          <w:ilvl w:val="0"/>
          <w:numId w:val="45"/>
        </w:numPr>
        <w:bidi/>
        <w:spacing w:line="360" w:lineRule="auto"/>
        <w:jc w:val="lowKashida"/>
        <w:rPr>
          <w:rFonts w:ascii="Sakkal Majalla" w:hAnsi="Sakkal Majalla" w:cs="Sakkal Majalla"/>
          <w:szCs w:val="28"/>
        </w:rPr>
      </w:pPr>
      <w:r w:rsidRPr="00FE7146">
        <w:rPr>
          <w:rFonts w:ascii="Sakkal Majalla" w:hAnsi="Sakkal Majalla" w:cs="Sakkal Majalla"/>
          <w:szCs w:val="28"/>
          <w:rtl/>
        </w:rPr>
        <w:t>ربط النتائج النوعية بالنتائج الكمية لتقديم رؤية شمولية مدعومة بالأدلة المتكاملة</w:t>
      </w:r>
      <w:r w:rsidRPr="00FE7146">
        <w:rPr>
          <w:rFonts w:ascii="Sakkal Majalla" w:hAnsi="Sakkal Majalla" w:cs="Sakkal Majalla"/>
          <w:szCs w:val="28"/>
        </w:rPr>
        <w:t>.</w:t>
      </w:r>
    </w:p>
    <w:p w14:paraId="1F596C27" w14:textId="51BFF2ED" w:rsidR="00FE7146" w:rsidRPr="00FE7146" w:rsidRDefault="00FE7146" w:rsidP="00634497">
      <w:pPr>
        <w:bidi/>
        <w:spacing w:line="360" w:lineRule="auto"/>
        <w:jc w:val="lowKashida"/>
        <w:rPr>
          <w:rFonts w:ascii="Sakkal Majalla" w:hAnsi="Sakkal Majalla" w:cs="Sakkal Majalla"/>
          <w:b/>
          <w:bCs/>
          <w:szCs w:val="28"/>
        </w:rPr>
      </w:pPr>
      <w:r>
        <w:rPr>
          <w:rFonts w:ascii="Sakkal Majalla" w:hAnsi="Sakkal Majalla" w:cs="Sakkal Majalla" w:hint="cs"/>
          <w:b/>
          <w:bCs/>
          <w:szCs w:val="28"/>
          <w:rtl/>
        </w:rPr>
        <w:t>3.</w:t>
      </w:r>
      <w:r w:rsidR="00ED4FE4">
        <w:rPr>
          <w:rFonts w:ascii="Sakkal Majalla" w:hAnsi="Sakkal Majalla" w:cs="Sakkal Majalla" w:hint="cs"/>
          <w:b/>
          <w:bCs/>
          <w:szCs w:val="28"/>
          <w:rtl/>
        </w:rPr>
        <w:t>8</w:t>
      </w:r>
      <w:r>
        <w:rPr>
          <w:rFonts w:ascii="Sakkal Majalla" w:hAnsi="Sakkal Majalla" w:cs="Sakkal Majalla" w:hint="cs"/>
          <w:b/>
          <w:bCs/>
          <w:szCs w:val="28"/>
          <w:rtl/>
        </w:rPr>
        <w:t>.3</w:t>
      </w:r>
      <w:r w:rsidRPr="00FE7146">
        <w:rPr>
          <w:rFonts w:ascii="Sakkal Majalla" w:hAnsi="Sakkal Majalla" w:cs="Sakkal Majalla"/>
          <w:b/>
          <w:bCs/>
          <w:szCs w:val="28"/>
          <w:rtl/>
        </w:rPr>
        <w:t>موثوقية التحليل</w:t>
      </w:r>
    </w:p>
    <w:p w14:paraId="4496CF5D" w14:textId="2B334282" w:rsidR="00FE7146" w:rsidRPr="00FE7146" w:rsidRDefault="00FE7146" w:rsidP="00634497">
      <w:pPr>
        <w:bidi/>
        <w:spacing w:line="360" w:lineRule="auto"/>
        <w:jc w:val="lowKashida"/>
        <w:rPr>
          <w:rFonts w:ascii="Sakkal Majalla" w:hAnsi="Sakkal Majalla" w:cs="Sakkal Majalla"/>
          <w:szCs w:val="28"/>
        </w:rPr>
      </w:pPr>
      <w:r w:rsidRPr="00FE7146">
        <w:rPr>
          <w:rFonts w:ascii="Sakkal Majalla" w:hAnsi="Sakkal Majalla" w:cs="Sakkal Majalla"/>
          <w:szCs w:val="28"/>
          <w:rtl/>
        </w:rPr>
        <w:t xml:space="preserve">تم التأكد من موثوقية النتائج الكمية من خلال فحص اتساق الإجابات، واستبعاد القيم المتطرفة أو الناقصة. كما تم تعزيز صدقية النتائج النوعية من خلال استخدام أسلوب </w:t>
      </w:r>
      <w:r w:rsidRPr="00FE7146">
        <w:rPr>
          <w:rFonts w:ascii="Sakkal Majalla" w:hAnsi="Sakkal Majalla" w:cs="Sakkal Majalla"/>
          <w:b/>
          <w:bCs/>
          <w:szCs w:val="28"/>
          <w:rtl/>
        </w:rPr>
        <w:t>التحقق الثلاثي</w:t>
      </w:r>
      <w:r w:rsidRPr="00FE7146">
        <w:rPr>
          <w:rFonts w:ascii="Sakkal Majalla" w:hAnsi="Sakkal Majalla" w:cs="Sakkal Majalla"/>
          <w:b/>
          <w:bCs/>
          <w:szCs w:val="28"/>
        </w:rPr>
        <w:t xml:space="preserve"> (Triangulation)</w:t>
      </w:r>
      <w:r w:rsidRPr="00FE7146">
        <w:rPr>
          <w:rFonts w:ascii="Sakkal Majalla" w:hAnsi="Sakkal Majalla" w:cs="Sakkal Majalla"/>
          <w:szCs w:val="28"/>
          <w:rtl/>
        </w:rPr>
        <w:t>، عبر الربط بين مصادر البيانات (</w:t>
      </w:r>
      <w:r w:rsidRPr="00FE7146">
        <w:rPr>
          <w:rFonts w:ascii="Sakkal Majalla" w:hAnsi="Sakkal Majalla" w:cs="Sakkal Majalla" w:hint="cs"/>
          <w:szCs w:val="28"/>
          <w:rtl/>
        </w:rPr>
        <w:t>استبانة</w:t>
      </w:r>
      <w:r w:rsidRPr="00FE7146">
        <w:rPr>
          <w:rFonts w:ascii="Sakkal Majalla" w:hAnsi="Sakkal Majalla" w:cs="Sakkal Majalla"/>
          <w:szCs w:val="28"/>
          <w:rtl/>
        </w:rPr>
        <w:t>، مقابلات، إجابات نصية) وتكرار الأنماط الموضوعية</w:t>
      </w:r>
      <w:r w:rsidRPr="00FE7146">
        <w:rPr>
          <w:rFonts w:ascii="Sakkal Majalla" w:hAnsi="Sakkal Majalla" w:cs="Sakkal Majalla"/>
          <w:szCs w:val="28"/>
        </w:rPr>
        <w:t>.</w:t>
      </w:r>
    </w:p>
    <w:p w14:paraId="014D919C" w14:textId="1DC72A2A" w:rsidR="00FE7146" w:rsidRPr="00FE7146" w:rsidRDefault="00FE7146" w:rsidP="00634497">
      <w:pPr>
        <w:bidi/>
        <w:spacing w:line="360" w:lineRule="auto"/>
        <w:jc w:val="lowKashida"/>
        <w:rPr>
          <w:rFonts w:ascii="Sakkal Majalla" w:hAnsi="Sakkal Majalla" w:cs="Sakkal Majalla"/>
          <w:b/>
          <w:bCs/>
          <w:szCs w:val="28"/>
        </w:rPr>
      </w:pPr>
      <w:r>
        <w:rPr>
          <w:rFonts w:ascii="Sakkal Majalla" w:hAnsi="Sakkal Majalla" w:cs="Sakkal Majalla" w:hint="cs"/>
          <w:b/>
          <w:bCs/>
          <w:szCs w:val="28"/>
          <w:rtl/>
        </w:rPr>
        <w:t>3.</w:t>
      </w:r>
      <w:r w:rsidR="00ED4FE4">
        <w:rPr>
          <w:rFonts w:ascii="Sakkal Majalla" w:hAnsi="Sakkal Majalla" w:cs="Sakkal Majalla" w:hint="cs"/>
          <w:b/>
          <w:bCs/>
          <w:szCs w:val="28"/>
          <w:rtl/>
        </w:rPr>
        <w:t>9</w:t>
      </w:r>
      <w:r w:rsidRPr="00FE7146">
        <w:rPr>
          <w:rFonts w:ascii="Sakkal Majalla" w:hAnsi="Sakkal Majalla" w:cs="Sakkal Majalla"/>
          <w:b/>
          <w:bCs/>
          <w:szCs w:val="28"/>
        </w:rPr>
        <w:t xml:space="preserve"> </w:t>
      </w:r>
      <w:r w:rsidRPr="00FE7146">
        <w:rPr>
          <w:rFonts w:ascii="Sakkal Majalla" w:hAnsi="Sakkal Majalla" w:cs="Sakkal Majalla"/>
          <w:b/>
          <w:bCs/>
          <w:szCs w:val="28"/>
          <w:rtl/>
        </w:rPr>
        <w:t>الاعتبارات الأخلاقية</w:t>
      </w:r>
    </w:p>
    <w:p w14:paraId="17D7C75F" w14:textId="77777777" w:rsidR="00FE7146" w:rsidRPr="00FE7146" w:rsidRDefault="00FE7146" w:rsidP="00634497">
      <w:pPr>
        <w:numPr>
          <w:ilvl w:val="0"/>
          <w:numId w:val="46"/>
        </w:numPr>
        <w:bidi/>
        <w:spacing w:line="360" w:lineRule="auto"/>
        <w:jc w:val="lowKashida"/>
        <w:rPr>
          <w:rFonts w:ascii="Sakkal Majalla" w:hAnsi="Sakkal Majalla" w:cs="Sakkal Majalla"/>
          <w:szCs w:val="28"/>
        </w:rPr>
      </w:pPr>
      <w:r w:rsidRPr="00FE7146">
        <w:rPr>
          <w:rFonts w:ascii="Sakkal Majalla" w:hAnsi="Sakkal Majalla" w:cs="Sakkal Majalla"/>
          <w:szCs w:val="28"/>
          <w:rtl/>
        </w:rPr>
        <w:t>تم إشعار جميع المشاركين بأن مشاركتهم طوعية</w:t>
      </w:r>
      <w:r w:rsidRPr="00FE7146">
        <w:rPr>
          <w:rFonts w:ascii="Sakkal Majalla" w:hAnsi="Sakkal Majalla" w:cs="Sakkal Majalla"/>
          <w:szCs w:val="28"/>
        </w:rPr>
        <w:t>.</w:t>
      </w:r>
    </w:p>
    <w:p w14:paraId="4C0835BE" w14:textId="77777777" w:rsidR="00FE7146" w:rsidRPr="00FE7146" w:rsidRDefault="00FE7146" w:rsidP="00634497">
      <w:pPr>
        <w:numPr>
          <w:ilvl w:val="0"/>
          <w:numId w:val="46"/>
        </w:numPr>
        <w:bidi/>
        <w:spacing w:line="360" w:lineRule="auto"/>
        <w:jc w:val="lowKashida"/>
        <w:rPr>
          <w:rFonts w:ascii="Sakkal Majalla" w:hAnsi="Sakkal Majalla" w:cs="Sakkal Majalla"/>
          <w:szCs w:val="28"/>
        </w:rPr>
      </w:pPr>
      <w:r w:rsidRPr="00FE7146">
        <w:rPr>
          <w:rFonts w:ascii="Sakkal Majalla" w:hAnsi="Sakkal Majalla" w:cs="Sakkal Majalla"/>
          <w:szCs w:val="28"/>
          <w:rtl/>
        </w:rPr>
        <w:t>لم تُجمع أي بيانات شخصية أو تحديدية</w:t>
      </w:r>
      <w:r w:rsidRPr="00FE7146">
        <w:rPr>
          <w:rFonts w:ascii="Sakkal Majalla" w:hAnsi="Sakkal Majalla" w:cs="Sakkal Majalla"/>
          <w:szCs w:val="28"/>
        </w:rPr>
        <w:t>.</w:t>
      </w:r>
    </w:p>
    <w:p w14:paraId="7202A222" w14:textId="77777777" w:rsidR="00FE7146" w:rsidRPr="00FE7146" w:rsidRDefault="00FE7146" w:rsidP="00634497">
      <w:pPr>
        <w:numPr>
          <w:ilvl w:val="0"/>
          <w:numId w:val="46"/>
        </w:numPr>
        <w:bidi/>
        <w:spacing w:line="360" w:lineRule="auto"/>
        <w:jc w:val="lowKashida"/>
        <w:rPr>
          <w:rFonts w:ascii="Sakkal Majalla" w:hAnsi="Sakkal Majalla" w:cs="Sakkal Majalla"/>
          <w:szCs w:val="28"/>
        </w:rPr>
      </w:pPr>
      <w:r w:rsidRPr="00FE7146">
        <w:rPr>
          <w:rFonts w:ascii="Sakkal Majalla" w:hAnsi="Sakkal Majalla" w:cs="Sakkal Majalla"/>
          <w:szCs w:val="28"/>
          <w:rtl/>
        </w:rPr>
        <w:lastRenderedPageBreak/>
        <w:t>البيانات محفوظة بشكل آمن وتُستخدم لأغراض الدراسة فقط</w:t>
      </w:r>
      <w:r w:rsidRPr="00FE7146">
        <w:rPr>
          <w:rFonts w:ascii="Sakkal Majalla" w:hAnsi="Sakkal Majalla" w:cs="Sakkal Majalla"/>
          <w:szCs w:val="28"/>
        </w:rPr>
        <w:t>.</w:t>
      </w:r>
    </w:p>
    <w:p w14:paraId="78D4A760" w14:textId="67860C7F" w:rsidR="008A05BE" w:rsidRDefault="008A05BE" w:rsidP="00083D43">
      <w:pPr>
        <w:bidi/>
        <w:spacing w:line="360" w:lineRule="auto"/>
        <w:rPr>
          <w:rFonts w:ascii="Sakkal Majalla" w:hAnsi="Sakkal Majalla" w:cs="Sakkal Majalla"/>
          <w:szCs w:val="28"/>
          <w:rtl/>
        </w:rPr>
      </w:pPr>
    </w:p>
    <w:p w14:paraId="05257983" w14:textId="77777777" w:rsidR="00566903" w:rsidRDefault="00566903" w:rsidP="00083D43">
      <w:pPr>
        <w:bidi/>
        <w:spacing w:line="360" w:lineRule="auto"/>
        <w:rPr>
          <w:rFonts w:ascii="Sakkal Majalla" w:hAnsi="Sakkal Majalla" w:cs="Sakkal Majalla"/>
          <w:szCs w:val="28"/>
          <w:rtl/>
        </w:rPr>
      </w:pPr>
    </w:p>
    <w:p w14:paraId="3CF6CDD1" w14:textId="77777777" w:rsidR="00566903" w:rsidRPr="00FE7146" w:rsidRDefault="00566903" w:rsidP="00083D43">
      <w:pPr>
        <w:bidi/>
        <w:spacing w:line="360" w:lineRule="auto"/>
        <w:rPr>
          <w:rFonts w:ascii="Sakkal Majalla" w:hAnsi="Sakkal Majalla" w:cs="Sakkal Majalla"/>
          <w:szCs w:val="28"/>
          <w:rtl/>
        </w:rPr>
      </w:pPr>
    </w:p>
    <w:p w14:paraId="6244C19A" w14:textId="77777777" w:rsidR="00F16D06" w:rsidRDefault="00F16D06" w:rsidP="00083D43">
      <w:pPr>
        <w:bidi/>
        <w:spacing w:line="360" w:lineRule="auto"/>
        <w:rPr>
          <w:rFonts w:ascii="Sakkal Majalla" w:hAnsi="Sakkal Majalla" w:cs="Sakkal Majalla"/>
          <w:b/>
          <w:bCs/>
          <w:sz w:val="40"/>
          <w:szCs w:val="32"/>
          <w:rtl/>
        </w:rPr>
      </w:pPr>
    </w:p>
    <w:p w14:paraId="3A877D06" w14:textId="77777777" w:rsidR="00F16D06" w:rsidRDefault="00F16D06" w:rsidP="00083D43">
      <w:pPr>
        <w:bidi/>
        <w:spacing w:line="360" w:lineRule="auto"/>
        <w:rPr>
          <w:rFonts w:ascii="Sakkal Majalla" w:hAnsi="Sakkal Majalla" w:cs="Sakkal Majalla"/>
          <w:b/>
          <w:bCs/>
          <w:sz w:val="40"/>
          <w:szCs w:val="32"/>
          <w:rtl/>
        </w:rPr>
      </w:pPr>
    </w:p>
    <w:p w14:paraId="34CF94AE" w14:textId="77777777" w:rsidR="00F16D06" w:rsidRDefault="00F16D06" w:rsidP="00083D43">
      <w:pPr>
        <w:bidi/>
        <w:spacing w:line="360" w:lineRule="auto"/>
        <w:rPr>
          <w:rFonts w:ascii="Sakkal Majalla" w:hAnsi="Sakkal Majalla" w:cs="Sakkal Majalla"/>
          <w:b/>
          <w:bCs/>
          <w:sz w:val="40"/>
          <w:szCs w:val="32"/>
          <w:rtl/>
        </w:rPr>
      </w:pPr>
    </w:p>
    <w:p w14:paraId="5EA0BF6F" w14:textId="77777777" w:rsidR="00F16D06" w:rsidRDefault="00F16D06" w:rsidP="00083D43">
      <w:pPr>
        <w:bidi/>
        <w:spacing w:line="360" w:lineRule="auto"/>
        <w:rPr>
          <w:rFonts w:ascii="Sakkal Majalla" w:hAnsi="Sakkal Majalla" w:cs="Sakkal Majalla"/>
          <w:b/>
          <w:bCs/>
          <w:sz w:val="40"/>
          <w:szCs w:val="32"/>
          <w:rtl/>
        </w:rPr>
      </w:pPr>
    </w:p>
    <w:p w14:paraId="6F2B01F5" w14:textId="77777777" w:rsidR="00C71CE2" w:rsidRDefault="00C71CE2" w:rsidP="00083D43">
      <w:pPr>
        <w:bidi/>
        <w:spacing w:line="360" w:lineRule="auto"/>
        <w:rPr>
          <w:rFonts w:ascii="Sakkal Majalla" w:hAnsi="Sakkal Majalla" w:cs="Sakkal Majalla"/>
          <w:b/>
          <w:bCs/>
          <w:sz w:val="40"/>
          <w:szCs w:val="32"/>
          <w:rtl/>
        </w:rPr>
      </w:pPr>
    </w:p>
    <w:p w14:paraId="2333F96C" w14:textId="77777777" w:rsidR="00C71CE2" w:rsidRDefault="00C71CE2" w:rsidP="00083D43">
      <w:pPr>
        <w:bidi/>
        <w:spacing w:line="360" w:lineRule="auto"/>
        <w:rPr>
          <w:rFonts w:ascii="Sakkal Majalla" w:hAnsi="Sakkal Majalla" w:cs="Sakkal Majalla"/>
          <w:b/>
          <w:bCs/>
          <w:sz w:val="40"/>
          <w:szCs w:val="32"/>
          <w:rtl/>
        </w:rPr>
      </w:pPr>
    </w:p>
    <w:p w14:paraId="09D83BA5" w14:textId="77777777" w:rsidR="00C71CE2" w:rsidRDefault="00C71CE2" w:rsidP="00083D43">
      <w:pPr>
        <w:bidi/>
        <w:spacing w:line="360" w:lineRule="auto"/>
        <w:rPr>
          <w:rFonts w:ascii="Sakkal Majalla" w:hAnsi="Sakkal Majalla" w:cs="Sakkal Majalla"/>
          <w:b/>
          <w:bCs/>
          <w:sz w:val="40"/>
          <w:szCs w:val="32"/>
          <w:rtl/>
        </w:rPr>
      </w:pPr>
    </w:p>
    <w:p w14:paraId="50BD50AB" w14:textId="77777777" w:rsidR="00F16D06" w:rsidRDefault="00F16D06" w:rsidP="00083D43">
      <w:pPr>
        <w:bidi/>
        <w:spacing w:line="360" w:lineRule="auto"/>
        <w:rPr>
          <w:rFonts w:ascii="Sakkal Majalla" w:hAnsi="Sakkal Majalla" w:cs="Sakkal Majalla"/>
          <w:b/>
          <w:bCs/>
          <w:sz w:val="40"/>
          <w:szCs w:val="32"/>
          <w:rtl/>
        </w:rPr>
      </w:pPr>
    </w:p>
    <w:p w14:paraId="20C9E1FA" w14:textId="77777777" w:rsidR="00634497" w:rsidRDefault="00634497" w:rsidP="00634497">
      <w:pPr>
        <w:bidi/>
        <w:spacing w:line="360" w:lineRule="auto"/>
        <w:rPr>
          <w:rFonts w:ascii="Sakkal Majalla" w:hAnsi="Sakkal Majalla" w:cs="Sakkal Majalla"/>
          <w:b/>
          <w:bCs/>
          <w:sz w:val="40"/>
          <w:szCs w:val="32"/>
          <w:rtl/>
        </w:rPr>
      </w:pPr>
    </w:p>
    <w:p w14:paraId="18263508" w14:textId="77777777" w:rsidR="00634497" w:rsidRDefault="00634497" w:rsidP="00634497">
      <w:pPr>
        <w:bidi/>
        <w:spacing w:line="360" w:lineRule="auto"/>
        <w:rPr>
          <w:rFonts w:ascii="Sakkal Majalla" w:hAnsi="Sakkal Majalla" w:cs="Sakkal Majalla"/>
          <w:b/>
          <w:bCs/>
          <w:sz w:val="40"/>
          <w:szCs w:val="32"/>
          <w:rtl/>
        </w:rPr>
      </w:pPr>
    </w:p>
    <w:p w14:paraId="39214199" w14:textId="77777777" w:rsidR="00634497" w:rsidRDefault="00634497" w:rsidP="00634497">
      <w:pPr>
        <w:bidi/>
        <w:spacing w:line="360" w:lineRule="auto"/>
        <w:rPr>
          <w:rFonts w:ascii="Sakkal Majalla" w:hAnsi="Sakkal Majalla" w:cs="Sakkal Majalla"/>
          <w:b/>
          <w:bCs/>
          <w:sz w:val="40"/>
          <w:szCs w:val="32"/>
          <w:rtl/>
        </w:rPr>
      </w:pPr>
    </w:p>
    <w:p w14:paraId="2B18F36E" w14:textId="77777777" w:rsidR="00634497" w:rsidRDefault="00634497" w:rsidP="00634497">
      <w:pPr>
        <w:bidi/>
        <w:spacing w:line="360" w:lineRule="auto"/>
        <w:rPr>
          <w:rFonts w:ascii="Sakkal Majalla" w:hAnsi="Sakkal Majalla" w:cs="Sakkal Majalla"/>
          <w:b/>
          <w:bCs/>
          <w:sz w:val="40"/>
          <w:szCs w:val="32"/>
          <w:rtl/>
        </w:rPr>
      </w:pPr>
    </w:p>
    <w:p w14:paraId="5AA3A1DB" w14:textId="77777777" w:rsidR="00634497" w:rsidRDefault="00634497" w:rsidP="00634497">
      <w:pPr>
        <w:bidi/>
        <w:spacing w:line="360" w:lineRule="auto"/>
        <w:rPr>
          <w:rFonts w:ascii="Sakkal Majalla" w:hAnsi="Sakkal Majalla" w:cs="Sakkal Majalla"/>
          <w:b/>
          <w:bCs/>
          <w:sz w:val="40"/>
          <w:szCs w:val="32"/>
          <w:rtl/>
        </w:rPr>
      </w:pPr>
    </w:p>
    <w:p w14:paraId="5B208F11" w14:textId="77777777" w:rsidR="00634497" w:rsidRDefault="00634497" w:rsidP="00634497">
      <w:pPr>
        <w:bidi/>
        <w:spacing w:line="360" w:lineRule="auto"/>
        <w:rPr>
          <w:rFonts w:ascii="Sakkal Majalla" w:hAnsi="Sakkal Majalla" w:cs="Sakkal Majalla"/>
          <w:b/>
          <w:bCs/>
          <w:sz w:val="40"/>
          <w:szCs w:val="32"/>
          <w:rtl/>
        </w:rPr>
      </w:pPr>
    </w:p>
    <w:p w14:paraId="08A15F5A" w14:textId="77777777" w:rsidR="00F16D06" w:rsidRDefault="00F16D06" w:rsidP="00083D43">
      <w:pPr>
        <w:bidi/>
        <w:spacing w:line="360" w:lineRule="auto"/>
        <w:rPr>
          <w:rFonts w:ascii="Sakkal Majalla" w:hAnsi="Sakkal Majalla" w:cs="Sakkal Majalla"/>
          <w:b/>
          <w:bCs/>
          <w:sz w:val="40"/>
          <w:szCs w:val="32"/>
          <w:rtl/>
        </w:rPr>
      </w:pPr>
    </w:p>
    <w:p w14:paraId="4B2F78BE" w14:textId="558D763D" w:rsidR="00F16D06" w:rsidRPr="00686E99" w:rsidRDefault="00F16D06" w:rsidP="00686E99">
      <w:pPr>
        <w:bidi/>
        <w:spacing w:line="360" w:lineRule="auto"/>
        <w:jc w:val="center"/>
        <w:rPr>
          <w:rFonts w:ascii="Sakkal Majalla" w:hAnsi="Sakkal Majalla" w:cs="Sakkal Majalla"/>
          <w:b/>
          <w:bCs/>
          <w:sz w:val="160"/>
          <w:szCs w:val="96"/>
          <w:rtl/>
        </w:rPr>
      </w:pPr>
      <w:r w:rsidRPr="00686E99">
        <w:rPr>
          <w:rFonts w:ascii="Sakkal Majalla" w:hAnsi="Sakkal Majalla" w:cs="Sakkal Majalla" w:hint="cs"/>
          <w:b/>
          <w:bCs/>
          <w:sz w:val="160"/>
          <w:szCs w:val="96"/>
          <w:rtl/>
        </w:rPr>
        <w:t xml:space="preserve">الفصل الرابع </w:t>
      </w:r>
      <w:r w:rsidRPr="00686E99">
        <w:rPr>
          <w:rFonts w:ascii="Sakkal Majalla" w:hAnsi="Sakkal Majalla" w:cs="Sakkal Majalla"/>
          <w:b/>
          <w:bCs/>
          <w:sz w:val="160"/>
          <w:szCs w:val="96"/>
          <w:rtl/>
        </w:rPr>
        <w:br/>
      </w:r>
      <w:r w:rsidRPr="00686E99">
        <w:rPr>
          <w:rFonts w:ascii="Sakkal Majalla" w:hAnsi="Sakkal Majalla" w:cs="Sakkal Majalla" w:hint="cs"/>
          <w:b/>
          <w:bCs/>
          <w:sz w:val="160"/>
          <w:szCs w:val="96"/>
          <w:rtl/>
        </w:rPr>
        <w:t>نتائج الدراسة</w:t>
      </w:r>
    </w:p>
    <w:p w14:paraId="5F5A763A" w14:textId="77777777" w:rsidR="00F16D06" w:rsidRDefault="00F16D06" w:rsidP="00083D43">
      <w:pPr>
        <w:bidi/>
        <w:spacing w:line="360" w:lineRule="auto"/>
        <w:rPr>
          <w:rFonts w:ascii="Sakkal Majalla" w:hAnsi="Sakkal Majalla" w:cs="Sakkal Majalla"/>
          <w:b/>
          <w:bCs/>
          <w:sz w:val="40"/>
          <w:szCs w:val="32"/>
          <w:rtl/>
        </w:rPr>
      </w:pPr>
    </w:p>
    <w:p w14:paraId="56EE1571" w14:textId="77777777" w:rsidR="00F16D06" w:rsidRDefault="00F16D06" w:rsidP="00083D43">
      <w:pPr>
        <w:bidi/>
        <w:spacing w:line="360" w:lineRule="auto"/>
        <w:rPr>
          <w:rFonts w:ascii="Sakkal Majalla" w:hAnsi="Sakkal Majalla" w:cs="Sakkal Majalla"/>
          <w:b/>
          <w:bCs/>
          <w:sz w:val="40"/>
          <w:szCs w:val="32"/>
          <w:rtl/>
        </w:rPr>
      </w:pPr>
    </w:p>
    <w:p w14:paraId="15C65779" w14:textId="77777777" w:rsidR="00F16D06" w:rsidRDefault="00F16D06" w:rsidP="00083D43">
      <w:pPr>
        <w:bidi/>
        <w:spacing w:line="360" w:lineRule="auto"/>
        <w:rPr>
          <w:rFonts w:ascii="Sakkal Majalla" w:hAnsi="Sakkal Majalla" w:cs="Sakkal Majalla"/>
          <w:b/>
          <w:bCs/>
          <w:sz w:val="40"/>
          <w:szCs w:val="32"/>
          <w:rtl/>
        </w:rPr>
      </w:pPr>
    </w:p>
    <w:p w14:paraId="79543EF3" w14:textId="77777777" w:rsidR="00F16D06" w:rsidRDefault="00F16D06" w:rsidP="00083D43">
      <w:pPr>
        <w:bidi/>
        <w:spacing w:line="360" w:lineRule="auto"/>
        <w:rPr>
          <w:rFonts w:ascii="Sakkal Majalla" w:hAnsi="Sakkal Majalla" w:cs="Sakkal Majalla"/>
          <w:b/>
          <w:bCs/>
          <w:sz w:val="40"/>
          <w:szCs w:val="32"/>
          <w:rtl/>
        </w:rPr>
      </w:pPr>
    </w:p>
    <w:p w14:paraId="07943DA0" w14:textId="77777777" w:rsidR="00F16D06" w:rsidRDefault="00F16D06" w:rsidP="00083D43">
      <w:pPr>
        <w:bidi/>
        <w:spacing w:line="360" w:lineRule="auto"/>
        <w:rPr>
          <w:rFonts w:ascii="Sakkal Majalla" w:hAnsi="Sakkal Majalla" w:cs="Sakkal Majalla"/>
          <w:b/>
          <w:bCs/>
          <w:sz w:val="40"/>
          <w:szCs w:val="32"/>
          <w:rtl/>
        </w:rPr>
      </w:pPr>
    </w:p>
    <w:p w14:paraId="514C7B36" w14:textId="77777777" w:rsidR="00F16D06" w:rsidRDefault="00F16D06" w:rsidP="00083D43">
      <w:pPr>
        <w:bidi/>
        <w:spacing w:line="360" w:lineRule="auto"/>
        <w:rPr>
          <w:rFonts w:ascii="Sakkal Majalla" w:hAnsi="Sakkal Majalla" w:cs="Sakkal Majalla"/>
          <w:b/>
          <w:bCs/>
          <w:sz w:val="40"/>
          <w:szCs w:val="32"/>
          <w:rtl/>
        </w:rPr>
      </w:pPr>
    </w:p>
    <w:p w14:paraId="5B85BCC5" w14:textId="77777777" w:rsidR="007D0053" w:rsidRPr="007D0053" w:rsidRDefault="007D0053" w:rsidP="00083D43">
      <w:pPr>
        <w:bidi/>
        <w:spacing w:line="360" w:lineRule="auto"/>
        <w:rPr>
          <w:rFonts w:ascii="Sakkal Majalla" w:hAnsi="Sakkal Majalla" w:cs="Sakkal Majalla"/>
          <w:b/>
          <w:bCs/>
          <w:sz w:val="40"/>
          <w:szCs w:val="32"/>
        </w:rPr>
      </w:pPr>
      <w:r w:rsidRPr="007D0053">
        <w:rPr>
          <w:rFonts w:ascii="Sakkal Majalla" w:hAnsi="Sakkal Majalla" w:cs="Sakkal Majalla"/>
          <w:b/>
          <w:bCs/>
          <w:sz w:val="40"/>
          <w:szCs w:val="32"/>
        </w:rPr>
        <w:lastRenderedPageBreak/>
        <w:t xml:space="preserve">4.1 </w:t>
      </w:r>
      <w:r w:rsidRPr="007D0053">
        <w:rPr>
          <w:rFonts w:ascii="Sakkal Majalla" w:hAnsi="Sakkal Majalla" w:cs="Sakkal Majalla"/>
          <w:b/>
          <w:bCs/>
          <w:sz w:val="40"/>
          <w:szCs w:val="32"/>
          <w:rtl/>
        </w:rPr>
        <w:t>مقدمة الفصل</w:t>
      </w:r>
    </w:p>
    <w:p w14:paraId="1691BB96" w14:textId="00276825" w:rsidR="000B687D" w:rsidRPr="000B687D" w:rsidRDefault="000B687D" w:rsidP="00634497">
      <w:pPr>
        <w:bidi/>
        <w:spacing w:line="360" w:lineRule="auto"/>
        <w:jc w:val="lowKashida"/>
        <w:rPr>
          <w:rFonts w:ascii="Sakkal Majalla" w:hAnsi="Sakkal Majalla" w:cs="Sakkal Majalla"/>
          <w:szCs w:val="28"/>
          <w:rtl/>
        </w:rPr>
      </w:pPr>
      <w:r w:rsidRPr="000B687D">
        <w:rPr>
          <w:rFonts w:ascii="Sakkal Majalla" w:hAnsi="Sakkal Majalla" w:cs="Sakkal Majalla" w:hint="cs"/>
          <w:szCs w:val="28"/>
          <w:rtl/>
        </w:rPr>
        <w:t>يهدف</w:t>
      </w:r>
      <w:r w:rsidRPr="000B687D">
        <w:rPr>
          <w:rFonts w:ascii="Sakkal Majalla" w:hAnsi="Sakkal Majalla" w:cs="Sakkal Majalla"/>
          <w:szCs w:val="28"/>
          <w:rtl/>
        </w:rPr>
        <w:t xml:space="preserve"> </w:t>
      </w:r>
      <w:r w:rsidRPr="000B687D">
        <w:rPr>
          <w:rFonts w:ascii="Sakkal Majalla" w:hAnsi="Sakkal Majalla" w:cs="Sakkal Majalla" w:hint="cs"/>
          <w:szCs w:val="28"/>
          <w:rtl/>
        </w:rPr>
        <w:t>هذا</w:t>
      </w:r>
      <w:r w:rsidRPr="000B687D">
        <w:rPr>
          <w:rFonts w:ascii="Sakkal Majalla" w:hAnsi="Sakkal Majalla" w:cs="Sakkal Majalla"/>
          <w:szCs w:val="28"/>
          <w:rtl/>
        </w:rPr>
        <w:t xml:space="preserve"> </w:t>
      </w:r>
      <w:r w:rsidRPr="000B687D">
        <w:rPr>
          <w:rFonts w:ascii="Sakkal Majalla" w:hAnsi="Sakkal Majalla" w:cs="Sakkal Majalla" w:hint="cs"/>
          <w:szCs w:val="28"/>
          <w:rtl/>
        </w:rPr>
        <w:t>الفصل</w:t>
      </w:r>
      <w:r w:rsidRPr="000B687D">
        <w:rPr>
          <w:rFonts w:ascii="Sakkal Majalla" w:hAnsi="Sakkal Majalla" w:cs="Sakkal Majalla"/>
          <w:szCs w:val="28"/>
          <w:rtl/>
        </w:rPr>
        <w:t xml:space="preserve"> </w:t>
      </w:r>
      <w:r w:rsidRPr="000B687D">
        <w:rPr>
          <w:rFonts w:ascii="Sakkal Majalla" w:hAnsi="Sakkal Majalla" w:cs="Sakkal Majalla" w:hint="cs"/>
          <w:szCs w:val="28"/>
          <w:rtl/>
        </w:rPr>
        <w:t>إلى</w:t>
      </w:r>
      <w:r w:rsidRPr="000B687D">
        <w:rPr>
          <w:rFonts w:ascii="Sakkal Majalla" w:hAnsi="Sakkal Majalla" w:cs="Sakkal Majalla"/>
          <w:szCs w:val="28"/>
          <w:rtl/>
        </w:rPr>
        <w:t xml:space="preserve"> </w:t>
      </w:r>
      <w:r w:rsidRPr="000B687D">
        <w:rPr>
          <w:rFonts w:ascii="Sakkal Majalla" w:hAnsi="Sakkal Majalla" w:cs="Sakkal Majalla" w:hint="cs"/>
          <w:szCs w:val="28"/>
          <w:rtl/>
        </w:rPr>
        <w:t>عرض</w:t>
      </w:r>
      <w:r w:rsidRPr="000B687D">
        <w:rPr>
          <w:rFonts w:ascii="Sakkal Majalla" w:hAnsi="Sakkal Majalla" w:cs="Sakkal Majalla"/>
          <w:szCs w:val="28"/>
          <w:rtl/>
        </w:rPr>
        <w:t xml:space="preserve"> </w:t>
      </w:r>
      <w:r w:rsidRPr="000B687D">
        <w:rPr>
          <w:rFonts w:ascii="Sakkal Majalla" w:hAnsi="Sakkal Majalla" w:cs="Sakkal Majalla" w:hint="cs"/>
          <w:szCs w:val="28"/>
          <w:rtl/>
        </w:rPr>
        <w:t>وتحليل</w:t>
      </w:r>
      <w:r w:rsidRPr="000B687D">
        <w:rPr>
          <w:rFonts w:ascii="Sakkal Majalla" w:hAnsi="Sakkal Majalla" w:cs="Sakkal Majalla"/>
          <w:szCs w:val="28"/>
          <w:rtl/>
        </w:rPr>
        <w:t xml:space="preserve"> </w:t>
      </w:r>
      <w:r w:rsidRPr="000B687D">
        <w:rPr>
          <w:rFonts w:ascii="Sakkal Majalla" w:hAnsi="Sakkal Majalla" w:cs="Sakkal Majalla" w:hint="cs"/>
          <w:szCs w:val="28"/>
          <w:rtl/>
        </w:rPr>
        <w:t>نتائج</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الدراسة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الميدانية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التي</w:t>
      </w:r>
      <w:r w:rsidRPr="000B687D">
        <w:rPr>
          <w:rFonts w:ascii="Sakkal Majalla" w:hAnsi="Sakkal Majalla" w:cs="Sakkal Majalla"/>
          <w:szCs w:val="28"/>
          <w:rtl/>
        </w:rPr>
        <w:t xml:space="preserve"> </w:t>
      </w:r>
      <w:r w:rsidRPr="000B687D">
        <w:rPr>
          <w:rFonts w:ascii="Sakkal Majalla" w:hAnsi="Sakkal Majalla" w:cs="Sakkal Majalla" w:hint="cs"/>
          <w:szCs w:val="28"/>
          <w:rtl/>
        </w:rPr>
        <w:t>تم</w:t>
      </w:r>
      <w:r w:rsidRPr="000B687D">
        <w:rPr>
          <w:rFonts w:ascii="Sakkal Majalla" w:hAnsi="Sakkal Majalla" w:cs="Sakkal Majalla"/>
          <w:szCs w:val="28"/>
          <w:rtl/>
        </w:rPr>
        <w:t xml:space="preserve"> </w:t>
      </w:r>
      <w:r w:rsidRPr="000B687D">
        <w:rPr>
          <w:rFonts w:ascii="Sakkal Majalla" w:hAnsi="Sakkal Majalla" w:cs="Sakkal Majalla" w:hint="cs"/>
          <w:szCs w:val="28"/>
          <w:rtl/>
        </w:rPr>
        <w:t>جمعها</w:t>
      </w:r>
      <w:r w:rsidRPr="000B687D">
        <w:rPr>
          <w:rFonts w:ascii="Sakkal Majalla" w:hAnsi="Sakkal Majalla" w:cs="Sakkal Majalla"/>
          <w:szCs w:val="28"/>
          <w:rtl/>
        </w:rPr>
        <w:t xml:space="preserve"> </w:t>
      </w:r>
      <w:r w:rsidRPr="000B687D">
        <w:rPr>
          <w:rFonts w:ascii="Sakkal Majalla" w:hAnsi="Sakkal Majalla" w:cs="Sakkal Majalla" w:hint="cs"/>
          <w:szCs w:val="28"/>
          <w:rtl/>
        </w:rPr>
        <w:t>من</w:t>
      </w:r>
      <w:r w:rsidRPr="000B687D">
        <w:rPr>
          <w:rFonts w:ascii="Sakkal Majalla" w:hAnsi="Sakkal Majalla" w:cs="Sakkal Majalla"/>
          <w:szCs w:val="28"/>
          <w:rtl/>
        </w:rPr>
        <w:t xml:space="preserve"> </w:t>
      </w:r>
      <w:r w:rsidRPr="000B687D">
        <w:rPr>
          <w:rFonts w:ascii="Sakkal Majalla" w:hAnsi="Sakkal Majalla" w:cs="Sakkal Majalla" w:hint="cs"/>
          <w:szCs w:val="28"/>
          <w:rtl/>
        </w:rPr>
        <w:t>خلال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الاستبيانات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الموجهة</w:t>
      </w:r>
      <w:r w:rsidRPr="000B687D">
        <w:rPr>
          <w:rFonts w:ascii="Sakkal Majalla" w:hAnsi="Sakkal Majalla" w:cs="Sakkal Majalla"/>
          <w:szCs w:val="28"/>
          <w:rtl/>
        </w:rPr>
        <w:t xml:space="preserve"> </w:t>
      </w:r>
      <w:r w:rsidRPr="000B687D">
        <w:rPr>
          <w:rFonts w:ascii="Sakkal Majalla" w:hAnsi="Sakkal Majalla" w:cs="Sakkal Majalla" w:hint="cs"/>
          <w:szCs w:val="28"/>
          <w:rtl/>
        </w:rPr>
        <w:t>إلى</w:t>
      </w:r>
      <w:r w:rsidRPr="000B687D">
        <w:rPr>
          <w:rFonts w:ascii="Sakkal Majalla" w:hAnsi="Sakkal Majalla" w:cs="Sakkal Majalla"/>
          <w:szCs w:val="28"/>
          <w:rtl/>
        </w:rPr>
        <w:t xml:space="preserve"> </w:t>
      </w:r>
      <w:r w:rsidRPr="000B687D">
        <w:rPr>
          <w:rFonts w:ascii="Sakkal Majalla" w:hAnsi="Sakkal Majalla" w:cs="Sakkal Majalla" w:hint="cs"/>
          <w:szCs w:val="28"/>
          <w:rtl/>
        </w:rPr>
        <w:t>العاملين</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الجهات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الحكومية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السعودية،</w:t>
      </w:r>
      <w:r w:rsidRPr="000B687D">
        <w:rPr>
          <w:rFonts w:ascii="Sakkal Majalla" w:hAnsi="Sakkal Majalla" w:cs="Sakkal Majalla"/>
          <w:szCs w:val="28"/>
          <w:rtl/>
        </w:rPr>
        <w:t xml:space="preserve"> </w:t>
      </w:r>
      <w:r w:rsidRPr="000B687D">
        <w:rPr>
          <w:rFonts w:ascii="Sakkal Majalla" w:hAnsi="Sakkal Majalla" w:cs="Sakkal Majalla" w:hint="cs"/>
          <w:szCs w:val="28"/>
          <w:rtl/>
        </w:rPr>
        <w:t>إضافةً</w:t>
      </w:r>
      <w:r w:rsidRPr="000B687D">
        <w:rPr>
          <w:rFonts w:ascii="Sakkal Majalla" w:hAnsi="Sakkal Majalla" w:cs="Sakkal Majalla"/>
          <w:szCs w:val="28"/>
          <w:rtl/>
        </w:rPr>
        <w:t xml:space="preserve"> </w:t>
      </w:r>
      <w:r w:rsidRPr="000B687D">
        <w:rPr>
          <w:rFonts w:ascii="Sakkal Majalla" w:hAnsi="Sakkal Majalla" w:cs="Sakkal Majalla" w:hint="cs"/>
          <w:szCs w:val="28"/>
          <w:rtl/>
        </w:rPr>
        <w:t>إلى</w:t>
      </w:r>
      <w:r w:rsidRPr="000B687D">
        <w:rPr>
          <w:rFonts w:ascii="Sakkal Majalla" w:hAnsi="Sakkal Majalla" w:cs="Sakkal Majalla"/>
          <w:szCs w:val="28"/>
          <w:rtl/>
        </w:rPr>
        <w:t xml:space="preserve"> </w:t>
      </w:r>
      <w:r w:rsidRPr="000B687D">
        <w:rPr>
          <w:rFonts w:ascii="Sakkal Majalla" w:hAnsi="Sakkal Majalla" w:cs="Sakkal Majalla" w:hint="cs"/>
          <w:szCs w:val="28"/>
          <w:rtl/>
        </w:rPr>
        <w:t>البيانات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النوعية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المستخلصة</w:t>
      </w:r>
      <w:r w:rsidRPr="000B687D">
        <w:rPr>
          <w:rFonts w:ascii="Sakkal Majalla" w:hAnsi="Sakkal Majalla" w:cs="Sakkal Majalla"/>
          <w:szCs w:val="28"/>
          <w:rtl/>
        </w:rPr>
        <w:t xml:space="preserve"> </w:t>
      </w:r>
      <w:r w:rsidRPr="000B687D">
        <w:rPr>
          <w:rFonts w:ascii="Sakkal Majalla" w:hAnsi="Sakkal Majalla" w:cs="Sakkal Majalla" w:hint="cs"/>
          <w:szCs w:val="28"/>
          <w:rtl/>
        </w:rPr>
        <w:t>من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الأسئلة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المفتوحة</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الاستبانة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والمقابلات</w:t>
      </w:r>
      <w:r w:rsidRPr="000B687D">
        <w:rPr>
          <w:rFonts w:ascii="Sakkal Majalla" w:hAnsi="Sakkal Majalla" w:cs="Sakkal Majalla"/>
          <w:szCs w:val="28"/>
          <w:rtl/>
        </w:rPr>
        <w:t xml:space="preserve"> </w:t>
      </w:r>
      <w:r w:rsidRPr="000B687D">
        <w:rPr>
          <w:rFonts w:ascii="Sakkal Majalla" w:hAnsi="Sakkal Majalla" w:cs="Sakkal Majalla" w:hint="cs"/>
          <w:szCs w:val="28"/>
          <w:rtl/>
        </w:rPr>
        <w:t>شبه</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المهيكلة</w:t>
      </w:r>
      <w:r w:rsidRPr="000B687D">
        <w:rPr>
          <w:rFonts w:ascii="Sakkal Majalla" w:hAnsi="Sakkal Majalla" w:cs="Sakkal Majalla"/>
          <w:szCs w:val="28"/>
        </w:rPr>
        <w:t>.</w:t>
      </w:r>
    </w:p>
    <w:p w14:paraId="06E547F5" w14:textId="66ECC3E1"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يركز</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التحليل</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ثلاث</w:t>
      </w:r>
      <w:r w:rsidRPr="000B687D">
        <w:rPr>
          <w:rFonts w:ascii="Sakkal Majalla" w:hAnsi="Sakkal Majalla" w:cs="Sakkal Majalla"/>
          <w:szCs w:val="28"/>
          <w:rtl/>
        </w:rPr>
        <w:t xml:space="preserve"> </w:t>
      </w:r>
      <w:r w:rsidRPr="000B687D">
        <w:rPr>
          <w:rFonts w:ascii="Sakkal Majalla" w:hAnsi="Sakkal Majalla" w:cs="Sakkal Majalla" w:hint="cs"/>
          <w:szCs w:val="28"/>
          <w:rtl/>
        </w:rPr>
        <w:t>متغيرات</w:t>
      </w:r>
      <w:r w:rsidRPr="000B687D">
        <w:rPr>
          <w:rFonts w:ascii="Sakkal Majalla" w:hAnsi="Sakkal Majalla" w:cs="Sakkal Majalla"/>
          <w:szCs w:val="28"/>
          <w:rtl/>
        </w:rPr>
        <w:t xml:space="preserve"> </w:t>
      </w:r>
      <w:r w:rsidRPr="000B687D">
        <w:rPr>
          <w:rFonts w:ascii="Sakkal Majalla" w:hAnsi="Sakkal Majalla" w:cs="Sakkal Majalla" w:hint="cs"/>
          <w:szCs w:val="28"/>
          <w:rtl/>
        </w:rPr>
        <w:t>أساسية</w:t>
      </w:r>
      <w:r w:rsidRPr="000B687D">
        <w:rPr>
          <w:rFonts w:ascii="Sakkal Majalla" w:hAnsi="Sakkal Majalla" w:cs="Sakkal Majalla"/>
          <w:szCs w:val="28"/>
          <w:rtl/>
        </w:rPr>
        <w:t xml:space="preserve"> </w:t>
      </w:r>
      <w:r w:rsidRPr="000B687D">
        <w:rPr>
          <w:rFonts w:ascii="Sakkal Majalla" w:hAnsi="Sakkal Majalla" w:cs="Sakkal Majalla" w:hint="cs"/>
          <w:szCs w:val="28"/>
          <w:rtl/>
        </w:rPr>
        <w:t>تشكل</w:t>
      </w:r>
      <w:r w:rsidRPr="000B687D">
        <w:rPr>
          <w:rFonts w:ascii="Sakkal Majalla" w:hAnsi="Sakkal Majalla" w:cs="Sakkal Majalla"/>
          <w:szCs w:val="28"/>
          <w:rtl/>
        </w:rPr>
        <w:t xml:space="preserve"> </w:t>
      </w:r>
      <w:r w:rsidRPr="000B687D">
        <w:rPr>
          <w:rFonts w:ascii="Sakkal Majalla" w:hAnsi="Sakkal Majalla" w:cs="Sakkal Majalla" w:hint="cs"/>
          <w:szCs w:val="28"/>
          <w:rtl/>
        </w:rPr>
        <w:t>أركان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النموذج</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المفاهيمي</w:t>
      </w:r>
      <w:r w:rsidRPr="000B687D">
        <w:rPr>
          <w:rFonts w:ascii="Sakkal Majalla" w:hAnsi="Sakkal Majalla" w:cs="Sakkal Majalla"/>
          <w:szCs w:val="28"/>
          <w:rtl/>
        </w:rPr>
        <w:t xml:space="preserve"> </w:t>
      </w:r>
      <w:r w:rsidRPr="000B687D">
        <w:rPr>
          <w:rFonts w:ascii="Sakkal Majalla" w:hAnsi="Sakkal Majalla" w:cs="Sakkal Majalla" w:hint="cs"/>
          <w:szCs w:val="28"/>
          <w:rtl/>
        </w:rPr>
        <w:t>للدراسة</w:t>
      </w:r>
      <w:r w:rsidRPr="000B687D">
        <w:rPr>
          <w:rFonts w:ascii="Sakkal Majalla" w:hAnsi="Sakkal Majalla" w:cs="Sakkal Majalla"/>
          <w:szCs w:val="28"/>
        </w:rPr>
        <w:t>:</w:t>
      </w:r>
    </w:p>
    <w:p w14:paraId="77BA9E52" w14:textId="6B64D744" w:rsidR="000B687D" w:rsidRPr="000B687D" w:rsidRDefault="000B687D" w:rsidP="00634497">
      <w:pPr>
        <w:pStyle w:val="ListParagraph"/>
        <w:numPr>
          <w:ilvl w:val="0"/>
          <w:numId w:val="39"/>
        </w:num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العوامل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التمكينية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الداخلية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للابتكار</w:t>
      </w:r>
      <w:r w:rsidRPr="000B687D">
        <w:rPr>
          <w:rFonts w:ascii="Sakkal Majalla" w:hAnsi="Sakkal Majalla" w:cs="Sakkal Majalla"/>
          <w:szCs w:val="28"/>
        </w:rPr>
        <w:t>.</w:t>
      </w:r>
    </w:p>
    <w:p w14:paraId="5EAF31A8" w14:textId="16A34BD5" w:rsidR="000B687D" w:rsidRPr="000B687D" w:rsidRDefault="000B687D" w:rsidP="00634497">
      <w:pPr>
        <w:pStyle w:val="ListParagraph"/>
        <w:numPr>
          <w:ilvl w:val="0"/>
          <w:numId w:val="39"/>
        </w:num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الدور</w:t>
      </w:r>
      <w:r w:rsidRPr="000B687D">
        <w:rPr>
          <w:rFonts w:ascii="Sakkal Majalla" w:hAnsi="Sakkal Majalla" w:cs="Sakkal Majalla"/>
          <w:szCs w:val="28"/>
          <w:rtl/>
        </w:rPr>
        <w:t xml:space="preserve"> </w:t>
      </w:r>
      <w:proofErr w:type="spellStart"/>
      <w:r w:rsidRPr="000B687D">
        <w:rPr>
          <w:rFonts w:ascii="Sakkal Majalla" w:hAnsi="Sakkal Majalla" w:cs="Sakkal Majalla" w:hint="cs"/>
          <w:szCs w:val="28"/>
          <w:rtl/>
        </w:rPr>
        <w:t>التمكيني</w:t>
      </w:r>
      <w:proofErr w:type="spellEnd"/>
      <w:r w:rsidRPr="000B687D">
        <w:rPr>
          <w:rFonts w:ascii="Sakkal Majalla" w:hAnsi="Sakkal Majalla" w:cs="Sakkal Majalla"/>
          <w:szCs w:val="28"/>
          <w:rtl/>
        </w:rPr>
        <w:t xml:space="preserve"> </w:t>
      </w:r>
      <w:r w:rsidRPr="000B687D">
        <w:rPr>
          <w:rFonts w:ascii="Sakkal Majalla" w:hAnsi="Sakkal Majalla" w:cs="Sakkal Majalla" w:hint="cs"/>
          <w:szCs w:val="28"/>
          <w:rtl/>
        </w:rPr>
        <w:t>للشركات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الاستشارية</w:t>
      </w:r>
      <w:r w:rsidRPr="000B687D">
        <w:rPr>
          <w:rFonts w:ascii="Sakkal Majalla" w:hAnsi="Sakkal Majalla" w:cs="Sakkal Majalla"/>
          <w:szCs w:val="28"/>
        </w:rPr>
        <w:t>.</w:t>
      </w:r>
    </w:p>
    <w:p w14:paraId="5CC7AAB9" w14:textId="02D3069F" w:rsidR="000B687D" w:rsidRPr="000B687D" w:rsidRDefault="000B687D" w:rsidP="00634497">
      <w:pPr>
        <w:pStyle w:val="ListParagraph"/>
        <w:numPr>
          <w:ilvl w:val="0"/>
          <w:numId w:val="39"/>
        </w:num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استدامة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الابتكار</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الجهات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الحكومية</w:t>
      </w:r>
      <w:r w:rsidRPr="000B687D">
        <w:rPr>
          <w:rFonts w:ascii="Sakkal Majalla" w:hAnsi="Sakkal Majalla" w:cs="Sakkal Majalla"/>
          <w:szCs w:val="28"/>
        </w:rPr>
        <w:t>.</w:t>
      </w:r>
    </w:p>
    <w:p w14:paraId="68C02CD1" w14:textId="77777777" w:rsid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ويتم</w:t>
      </w:r>
      <w:r w:rsidRPr="000B687D">
        <w:rPr>
          <w:rFonts w:ascii="Sakkal Majalla" w:hAnsi="Sakkal Majalla" w:cs="Sakkal Majalla"/>
          <w:szCs w:val="28"/>
          <w:rtl/>
        </w:rPr>
        <w:t xml:space="preserve"> </w:t>
      </w:r>
      <w:r w:rsidRPr="000B687D">
        <w:rPr>
          <w:rFonts w:ascii="Sakkal Majalla" w:hAnsi="Sakkal Majalla" w:cs="Sakkal Majalla" w:hint="cs"/>
          <w:szCs w:val="28"/>
          <w:rtl/>
        </w:rPr>
        <w:t>تحليل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النتائج</w:t>
      </w:r>
      <w:r w:rsidRPr="000B687D">
        <w:rPr>
          <w:rFonts w:ascii="Sakkal Majalla" w:hAnsi="Sakkal Majalla" w:cs="Sakkal Majalla"/>
          <w:szCs w:val="28"/>
          <w:rtl/>
        </w:rPr>
        <w:t xml:space="preserve"> </w:t>
      </w:r>
      <w:r w:rsidRPr="000B687D">
        <w:rPr>
          <w:rFonts w:ascii="Sakkal Majalla" w:hAnsi="Sakkal Majalla" w:cs="Sakkal Majalla" w:hint="cs"/>
          <w:szCs w:val="28"/>
          <w:rtl/>
        </w:rPr>
        <w:t>من</w:t>
      </w:r>
      <w:r w:rsidRPr="000B687D">
        <w:rPr>
          <w:rFonts w:ascii="Sakkal Majalla" w:hAnsi="Sakkal Majalla" w:cs="Sakkal Majalla"/>
          <w:szCs w:val="28"/>
          <w:rtl/>
        </w:rPr>
        <w:t xml:space="preserve"> </w:t>
      </w:r>
      <w:r w:rsidRPr="000B687D">
        <w:rPr>
          <w:rFonts w:ascii="Sakkal Majalla" w:hAnsi="Sakkal Majalla" w:cs="Sakkal Majalla" w:hint="cs"/>
          <w:szCs w:val="28"/>
          <w:rtl/>
        </w:rPr>
        <w:t>خلال</w:t>
      </w:r>
      <w:r w:rsidRPr="000B687D">
        <w:rPr>
          <w:rFonts w:ascii="Sakkal Majalla" w:hAnsi="Sakkal Majalla" w:cs="Sakkal Majalla"/>
          <w:szCs w:val="28"/>
          <w:rtl/>
        </w:rPr>
        <w:t xml:space="preserve"> </w:t>
      </w:r>
      <w:r w:rsidRPr="000B687D">
        <w:rPr>
          <w:rFonts w:ascii="Sakkal Majalla" w:hAnsi="Sakkal Majalla" w:cs="Sakkal Majalla" w:hint="cs"/>
          <w:szCs w:val="28"/>
          <w:rtl/>
        </w:rPr>
        <w:t>منهجية</w:t>
      </w:r>
      <w:r w:rsidRPr="000B687D">
        <w:rPr>
          <w:rFonts w:ascii="Sakkal Majalla" w:hAnsi="Sakkal Majalla" w:cs="Sakkal Majalla"/>
          <w:szCs w:val="28"/>
          <w:rtl/>
        </w:rPr>
        <w:t xml:space="preserve"> </w:t>
      </w:r>
      <w:r w:rsidRPr="000B687D">
        <w:rPr>
          <w:rFonts w:ascii="Sakkal Majalla" w:hAnsi="Sakkal Majalla" w:cs="Sakkal Majalla" w:hint="cs"/>
          <w:szCs w:val="28"/>
          <w:rtl/>
        </w:rPr>
        <w:t>تجمع</w:t>
      </w:r>
      <w:r w:rsidRPr="000B687D">
        <w:rPr>
          <w:rFonts w:ascii="Sakkal Majalla" w:hAnsi="Sakkal Majalla" w:cs="Sakkal Majalla"/>
          <w:szCs w:val="28"/>
          <w:rtl/>
        </w:rPr>
        <w:t xml:space="preserve"> </w:t>
      </w:r>
      <w:r w:rsidRPr="000B687D">
        <w:rPr>
          <w:rFonts w:ascii="Sakkal Majalla" w:hAnsi="Sakkal Majalla" w:cs="Sakkal Majalla" w:hint="cs"/>
          <w:szCs w:val="28"/>
          <w:rtl/>
        </w:rPr>
        <w:t>بين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التحليل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الكمي</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والنوعي،</w:t>
      </w:r>
      <w:r w:rsidRPr="000B687D">
        <w:rPr>
          <w:rFonts w:ascii="Sakkal Majalla" w:hAnsi="Sakkal Majalla" w:cs="Sakkal Majalla"/>
          <w:szCs w:val="28"/>
          <w:rtl/>
        </w:rPr>
        <w:t xml:space="preserve"> </w:t>
      </w:r>
      <w:r w:rsidRPr="000B687D">
        <w:rPr>
          <w:rFonts w:ascii="Sakkal Majalla" w:hAnsi="Sakkal Majalla" w:cs="Sakkal Majalla" w:hint="cs"/>
          <w:szCs w:val="28"/>
          <w:rtl/>
        </w:rPr>
        <w:t>بهدف</w:t>
      </w:r>
      <w:r w:rsidRPr="000B687D">
        <w:rPr>
          <w:rFonts w:ascii="Sakkal Majalla" w:hAnsi="Sakkal Majalla" w:cs="Sakkal Majalla"/>
          <w:szCs w:val="28"/>
          <w:rtl/>
        </w:rPr>
        <w:t xml:space="preserve"> </w:t>
      </w:r>
      <w:r w:rsidRPr="000B687D">
        <w:rPr>
          <w:rFonts w:ascii="Sakkal Majalla" w:hAnsi="Sakkal Majalla" w:cs="Sakkal Majalla" w:hint="cs"/>
          <w:szCs w:val="28"/>
          <w:rtl/>
        </w:rPr>
        <w:t>الوصول</w:t>
      </w:r>
      <w:r w:rsidRPr="000B687D">
        <w:rPr>
          <w:rFonts w:ascii="Sakkal Majalla" w:hAnsi="Sakkal Majalla" w:cs="Sakkal Majalla"/>
          <w:szCs w:val="28"/>
          <w:rtl/>
        </w:rPr>
        <w:t xml:space="preserve"> </w:t>
      </w:r>
      <w:r w:rsidRPr="000B687D">
        <w:rPr>
          <w:rFonts w:ascii="Sakkal Majalla" w:hAnsi="Sakkal Majalla" w:cs="Sakkal Majalla" w:hint="cs"/>
          <w:szCs w:val="28"/>
          <w:rtl/>
        </w:rPr>
        <w:t>إلى</w:t>
      </w:r>
      <w:r w:rsidRPr="000B687D">
        <w:rPr>
          <w:rFonts w:ascii="Sakkal Majalla" w:hAnsi="Sakkal Majalla" w:cs="Sakkal Majalla"/>
          <w:szCs w:val="28"/>
          <w:rtl/>
        </w:rPr>
        <w:t xml:space="preserve"> </w:t>
      </w:r>
      <w:r w:rsidRPr="000B687D">
        <w:rPr>
          <w:rFonts w:ascii="Sakkal Majalla" w:hAnsi="Sakkal Majalla" w:cs="Sakkal Majalla" w:hint="cs"/>
          <w:szCs w:val="28"/>
          <w:rtl/>
        </w:rPr>
        <w:t>فهم</w:t>
      </w:r>
      <w:r w:rsidRPr="000B687D">
        <w:rPr>
          <w:rFonts w:ascii="Sakkal Majalla" w:hAnsi="Sakkal Majalla" w:cs="Sakkal Majalla"/>
          <w:szCs w:val="28"/>
          <w:rtl/>
        </w:rPr>
        <w:t xml:space="preserve"> </w:t>
      </w:r>
      <w:r w:rsidRPr="000B687D">
        <w:rPr>
          <w:rFonts w:ascii="Sakkal Majalla" w:hAnsi="Sakkal Majalla" w:cs="Sakkal Majalla" w:hint="cs"/>
          <w:szCs w:val="28"/>
          <w:rtl/>
        </w:rPr>
        <w:t>متكامل</w:t>
      </w:r>
      <w:r w:rsidRPr="000B687D">
        <w:rPr>
          <w:rFonts w:ascii="Sakkal Majalla" w:hAnsi="Sakkal Majalla" w:cs="Sakkal Majalla"/>
          <w:szCs w:val="28"/>
          <w:rtl/>
        </w:rPr>
        <w:t xml:space="preserve"> </w:t>
      </w:r>
      <w:r w:rsidRPr="000B687D">
        <w:rPr>
          <w:rFonts w:ascii="Sakkal Majalla" w:hAnsi="Sakkal Majalla" w:cs="Sakkal Majalla" w:hint="cs"/>
          <w:szCs w:val="28"/>
          <w:rtl/>
        </w:rPr>
        <w:t>للعلاقات</w:t>
      </w:r>
      <w:r w:rsidRPr="000B687D">
        <w:rPr>
          <w:rFonts w:ascii="Sakkal Majalla" w:hAnsi="Sakkal Majalla" w:cs="Sakkal Majalla"/>
          <w:szCs w:val="28"/>
          <w:rtl/>
        </w:rPr>
        <w:t xml:space="preserve"> </w:t>
      </w:r>
      <w:r w:rsidRPr="000B687D">
        <w:rPr>
          <w:rFonts w:ascii="Sakkal Majalla" w:hAnsi="Sakkal Majalla" w:cs="Sakkal Majalla" w:hint="cs"/>
          <w:szCs w:val="28"/>
          <w:rtl/>
        </w:rPr>
        <w:t>بين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المتغيرات،</w:t>
      </w:r>
      <w:r w:rsidRPr="000B687D">
        <w:rPr>
          <w:rFonts w:ascii="Sakkal Majalla" w:hAnsi="Sakkal Majalla" w:cs="Sakkal Majalla"/>
          <w:szCs w:val="28"/>
          <w:rtl/>
        </w:rPr>
        <w:t xml:space="preserve"> </w:t>
      </w:r>
      <w:r w:rsidRPr="000B687D">
        <w:rPr>
          <w:rFonts w:ascii="Sakkal Majalla" w:hAnsi="Sakkal Majalla" w:cs="Sakkal Majalla" w:hint="cs"/>
          <w:szCs w:val="28"/>
          <w:rtl/>
        </w:rPr>
        <w:t>مع</w:t>
      </w:r>
      <w:r w:rsidRPr="000B687D">
        <w:rPr>
          <w:rFonts w:ascii="Sakkal Majalla" w:hAnsi="Sakkal Majalla" w:cs="Sakkal Majalla"/>
          <w:szCs w:val="28"/>
          <w:rtl/>
        </w:rPr>
        <w:t xml:space="preserve"> </w:t>
      </w:r>
      <w:r w:rsidRPr="000B687D">
        <w:rPr>
          <w:rFonts w:ascii="Sakkal Majalla" w:hAnsi="Sakkal Majalla" w:cs="Sakkal Majalla" w:hint="cs"/>
          <w:szCs w:val="28"/>
          <w:rtl/>
        </w:rPr>
        <w:t>إبراز</w:t>
      </w:r>
      <w:r w:rsidRPr="000B687D">
        <w:rPr>
          <w:rFonts w:ascii="Sakkal Majalla" w:hAnsi="Sakkal Majalla" w:cs="Sakkal Majalla"/>
          <w:szCs w:val="28"/>
          <w:rtl/>
        </w:rPr>
        <w:t xml:space="preserve"> </w:t>
      </w:r>
      <w:r w:rsidRPr="000B687D">
        <w:rPr>
          <w:rFonts w:ascii="Sakkal Majalla" w:hAnsi="Sakkal Majalla" w:cs="Sakkal Majalla" w:hint="cs"/>
          <w:szCs w:val="28"/>
          <w:rtl/>
        </w:rPr>
        <w:t>دور</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القدرة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الامتصاصية</w:t>
      </w:r>
      <w:r w:rsidRPr="000B687D">
        <w:rPr>
          <w:rFonts w:ascii="Sakkal Majalla" w:hAnsi="Sakkal Majalla" w:cs="Sakkal Majalla"/>
          <w:szCs w:val="28"/>
          <w:rtl/>
        </w:rPr>
        <w:t xml:space="preserve"> </w:t>
      </w:r>
      <w:r w:rsidRPr="000B687D">
        <w:rPr>
          <w:rFonts w:ascii="Sakkal Majalla" w:hAnsi="Sakkal Majalla" w:cs="Sakkal Majalla" w:hint="cs"/>
          <w:szCs w:val="28"/>
          <w:rtl/>
        </w:rPr>
        <w:t>كآلية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ضمنية</w:t>
      </w:r>
      <w:r w:rsidRPr="000B687D">
        <w:rPr>
          <w:rFonts w:ascii="Sakkal Majalla" w:hAnsi="Sakkal Majalla" w:cs="Sakkal Majalla"/>
          <w:szCs w:val="28"/>
          <w:rtl/>
        </w:rPr>
        <w:t xml:space="preserve"> </w:t>
      </w:r>
      <w:r w:rsidRPr="000B687D">
        <w:rPr>
          <w:rFonts w:ascii="Sakkal Majalla" w:hAnsi="Sakkal Majalla" w:cs="Sakkal Majalla" w:hint="cs"/>
          <w:szCs w:val="28"/>
          <w:rtl/>
        </w:rPr>
        <w:t>تعزز</w:t>
      </w:r>
      <w:r w:rsidRPr="000B687D">
        <w:rPr>
          <w:rFonts w:ascii="Sakkal Majalla" w:hAnsi="Sakkal Majalla" w:cs="Sakkal Majalla"/>
          <w:szCs w:val="28"/>
          <w:rtl/>
        </w:rPr>
        <w:t xml:space="preserve"> </w:t>
      </w:r>
      <w:r w:rsidRPr="000B687D">
        <w:rPr>
          <w:rFonts w:ascii="Sakkal Majalla" w:hAnsi="Sakkal Majalla" w:cs="Sakkal Majalla" w:hint="cs"/>
          <w:szCs w:val="28"/>
          <w:rtl/>
        </w:rPr>
        <w:t>فاعلية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التكامل</w:t>
      </w:r>
      <w:r w:rsidRPr="000B687D">
        <w:rPr>
          <w:rFonts w:ascii="Sakkal Majalla" w:hAnsi="Sakkal Majalla" w:cs="Sakkal Majalla"/>
          <w:szCs w:val="28"/>
          <w:rtl/>
        </w:rPr>
        <w:t xml:space="preserve"> </w:t>
      </w:r>
      <w:r w:rsidRPr="000B687D">
        <w:rPr>
          <w:rFonts w:ascii="Sakkal Majalla" w:hAnsi="Sakkal Majalla" w:cs="Sakkal Majalla" w:hint="cs"/>
          <w:szCs w:val="28"/>
          <w:rtl/>
        </w:rPr>
        <w:t>بين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العوامل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الداخلية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والدعم</w:t>
      </w:r>
      <w:r w:rsidRPr="000B687D">
        <w:rPr>
          <w:rFonts w:ascii="Sakkal Majalla" w:hAnsi="Sakkal Majalla" w:cs="Sakkal Majalla"/>
          <w:szCs w:val="28"/>
          <w:rtl/>
        </w:rPr>
        <w:t xml:space="preserve"> </w:t>
      </w:r>
      <w:r w:rsidRPr="000B687D">
        <w:rPr>
          <w:rFonts w:ascii="Sakkal Majalla" w:hAnsi="Sakkal Majalla" w:cs="Sakkal Majalla" w:hint="cs"/>
          <w:szCs w:val="28"/>
          <w:rtl/>
        </w:rPr>
        <w:t>الخارجي</w:t>
      </w:r>
      <w:r w:rsidRPr="000B687D">
        <w:rPr>
          <w:rFonts w:ascii="Sakkal Majalla" w:hAnsi="Sakkal Majalla" w:cs="Sakkal Majalla"/>
          <w:szCs w:val="28"/>
          <w:rtl/>
        </w:rPr>
        <w:t>.</w:t>
      </w:r>
    </w:p>
    <w:p w14:paraId="08DEDDE1" w14:textId="4B67D0C0" w:rsidR="007D0053" w:rsidRDefault="007D0053" w:rsidP="00634497">
      <w:pPr>
        <w:bidi/>
        <w:spacing w:line="360" w:lineRule="auto"/>
        <w:jc w:val="lowKashida"/>
        <w:rPr>
          <w:rFonts w:ascii="Sakkal Majalla" w:hAnsi="Sakkal Majalla" w:cs="Sakkal Majalla"/>
          <w:b/>
          <w:bCs/>
          <w:sz w:val="32"/>
          <w:szCs w:val="32"/>
          <w:rtl/>
        </w:rPr>
      </w:pPr>
      <w:r w:rsidRPr="007D0053">
        <w:rPr>
          <w:rFonts w:ascii="Sakkal Majalla" w:hAnsi="Sakkal Majalla" w:cs="Sakkal Majalla"/>
          <w:b/>
          <w:bCs/>
          <w:sz w:val="32"/>
          <w:szCs w:val="32"/>
        </w:rPr>
        <w:t xml:space="preserve">4.2 </w:t>
      </w:r>
      <w:r w:rsidRPr="007D0053">
        <w:rPr>
          <w:rFonts w:ascii="Sakkal Majalla" w:hAnsi="Sakkal Majalla" w:cs="Sakkal Majalla"/>
          <w:b/>
          <w:bCs/>
          <w:sz w:val="32"/>
          <w:szCs w:val="32"/>
          <w:rtl/>
        </w:rPr>
        <w:t>التحليل الكمي للبيانات</w:t>
      </w:r>
    </w:p>
    <w:p w14:paraId="19FB608C" w14:textId="77777777" w:rsidR="000B687D" w:rsidRPr="000B687D" w:rsidRDefault="000B687D" w:rsidP="00634497">
      <w:pPr>
        <w:bidi/>
        <w:spacing w:line="360" w:lineRule="auto"/>
        <w:jc w:val="lowKashida"/>
        <w:rPr>
          <w:rFonts w:ascii="Sakkal Majalla" w:hAnsi="Sakkal Majalla" w:cs="Sakkal Majalla"/>
          <w:b/>
          <w:bCs/>
          <w:sz w:val="32"/>
          <w:szCs w:val="32"/>
        </w:rPr>
      </w:pPr>
      <w:r w:rsidRPr="000B687D">
        <w:rPr>
          <w:rFonts w:ascii="Sakkal Majalla" w:hAnsi="Sakkal Majalla" w:cs="Sakkal Majalla"/>
          <w:b/>
          <w:bCs/>
          <w:sz w:val="32"/>
          <w:szCs w:val="32"/>
          <w:rtl/>
        </w:rPr>
        <w:t xml:space="preserve">4.2.1 </w:t>
      </w:r>
      <w:r w:rsidRPr="000B687D">
        <w:rPr>
          <w:rFonts w:ascii="Sakkal Majalla" w:hAnsi="Sakkal Majalla" w:cs="Sakkal Majalla" w:hint="cs"/>
          <w:b/>
          <w:bCs/>
          <w:sz w:val="32"/>
          <w:szCs w:val="32"/>
          <w:rtl/>
        </w:rPr>
        <w:t>العوامل</w:t>
      </w:r>
      <w:r w:rsidRPr="000B687D">
        <w:rPr>
          <w:rFonts w:ascii="Sakkal Majalla" w:hAnsi="Sakkal Majalla" w:cs="Sakkal Majalla"/>
          <w:b/>
          <w:bCs/>
          <w:sz w:val="32"/>
          <w:szCs w:val="32"/>
          <w:rtl/>
        </w:rPr>
        <w:t xml:space="preserve"> </w:t>
      </w:r>
      <w:r w:rsidRPr="000B687D">
        <w:rPr>
          <w:rFonts w:ascii="Sakkal Majalla" w:hAnsi="Sakkal Majalla" w:cs="Sakkal Majalla" w:hint="cs"/>
          <w:b/>
          <w:bCs/>
          <w:sz w:val="32"/>
          <w:szCs w:val="32"/>
          <w:rtl/>
        </w:rPr>
        <w:t>التمكينية</w:t>
      </w:r>
      <w:r w:rsidRPr="000B687D">
        <w:rPr>
          <w:rFonts w:ascii="Sakkal Majalla" w:hAnsi="Sakkal Majalla" w:cs="Sakkal Majalla"/>
          <w:b/>
          <w:bCs/>
          <w:sz w:val="32"/>
          <w:szCs w:val="32"/>
          <w:rtl/>
        </w:rPr>
        <w:t xml:space="preserve"> </w:t>
      </w:r>
      <w:r w:rsidRPr="000B687D">
        <w:rPr>
          <w:rFonts w:ascii="Sakkal Majalla" w:hAnsi="Sakkal Majalla" w:cs="Sakkal Majalla" w:hint="cs"/>
          <w:b/>
          <w:bCs/>
          <w:sz w:val="32"/>
          <w:szCs w:val="32"/>
          <w:rtl/>
        </w:rPr>
        <w:t>الداخلية</w:t>
      </w:r>
      <w:r w:rsidRPr="000B687D">
        <w:rPr>
          <w:rFonts w:ascii="Sakkal Majalla" w:hAnsi="Sakkal Majalla" w:cs="Sakkal Majalla"/>
          <w:b/>
          <w:bCs/>
          <w:sz w:val="32"/>
          <w:szCs w:val="32"/>
          <w:rtl/>
        </w:rPr>
        <w:t xml:space="preserve"> </w:t>
      </w:r>
      <w:r w:rsidRPr="000B687D">
        <w:rPr>
          <w:rFonts w:ascii="Sakkal Majalla" w:hAnsi="Sakkal Majalla" w:cs="Sakkal Majalla" w:hint="cs"/>
          <w:b/>
          <w:bCs/>
          <w:sz w:val="32"/>
          <w:szCs w:val="32"/>
          <w:rtl/>
        </w:rPr>
        <w:t>للابتكار</w:t>
      </w:r>
    </w:p>
    <w:p w14:paraId="5BB389EA" w14:textId="77777777" w:rsidR="000B687D" w:rsidRPr="000B687D" w:rsidRDefault="000B687D" w:rsidP="00634497">
      <w:pPr>
        <w:bidi/>
        <w:spacing w:line="360" w:lineRule="auto"/>
        <w:jc w:val="lowKashida"/>
        <w:rPr>
          <w:rFonts w:ascii="Sakkal Majalla" w:hAnsi="Sakkal Majalla" w:cs="Sakkal Majalla"/>
          <w:b/>
          <w:bCs/>
          <w:szCs w:val="28"/>
        </w:rPr>
      </w:pPr>
      <w:r w:rsidRPr="000B687D">
        <w:rPr>
          <w:rFonts w:ascii="Sakkal Majalla" w:hAnsi="Sakkal Majalla" w:cs="Sakkal Majalla" w:hint="cs"/>
          <w:b/>
          <w:bCs/>
          <w:szCs w:val="28"/>
          <w:rtl/>
        </w:rPr>
        <w:t>أولاً</w:t>
      </w:r>
      <w:r w:rsidRPr="000B687D">
        <w:rPr>
          <w:rFonts w:ascii="Sakkal Majalla" w:hAnsi="Sakkal Majalla" w:cs="Sakkal Majalla"/>
          <w:b/>
          <w:bCs/>
          <w:szCs w:val="28"/>
          <w:rtl/>
        </w:rPr>
        <w:t xml:space="preserve">: </w:t>
      </w:r>
      <w:r w:rsidRPr="000B687D">
        <w:rPr>
          <w:rFonts w:ascii="Sakkal Majalla" w:hAnsi="Sakkal Majalla" w:cs="Sakkal Majalla" w:hint="cs"/>
          <w:b/>
          <w:bCs/>
          <w:sz w:val="32"/>
          <w:szCs w:val="32"/>
          <w:rtl/>
        </w:rPr>
        <w:t>التحليل</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الوصفي</w:t>
      </w:r>
    </w:p>
    <w:p w14:paraId="11BEC98D"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أظهرت</w:t>
      </w:r>
      <w:r w:rsidRPr="000B687D">
        <w:rPr>
          <w:rFonts w:ascii="Sakkal Majalla" w:hAnsi="Sakkal Majalla" w:cs="Sakkal Majalla"/>
          <w:szCs w:val="28"/>
          <w:rtl/>
        </w:rPr>
        <w:t xml:space="preserve"> </w:t>
      </w:r>
      <w:r w:rsidRPr="000B687D">
        <w:rPr>
          <w:rFonts w:ascii="Sakkal Majalla" w:hAnsi="Sakkal Majalla" w:cs="Sakkal Majalla" w:hint="cs"/>
          <w:szCs w:val="28"/>
          <w:rtl/>
        </w:rPr>
        <w:t>نتائج</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التحليل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الإحصائي</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جميع</w:t>
      </w:r>
      <w:r w:rsidRPr="000B687D">
        <w:rPr>
          <w:rFonts w:ascii="Sakkal Majalla" w:hAnsi="Sakkal Majalla" w:cs="Sakkal Majalla"/>
          <w:szCs w:val="28"/>
          <w:rtl/>
        </w:rPr>
        <w:t xml:space="preserve"> </w:t>
      </w:r>
      <w:r w:rsidRPr="000B687D">
        <w:rPr>
          <w:rFonts w:ascii="Sakkal Majalla" w:hAnsi="Sakkal Majalla" w:cs="Sakkal Majalla" w:hint="cs"/>
          <w:szCs w:val="28"/>
          <w:rtl/>
        </w:rPr>
        <w:t>أبعاد</w:t>
      </w:r>
      <w:r w:rsidRPr="000B687D">
        <w:rPr>
          <w:rFonts w:ascii="Sakkal Majalla" w:hAnsi="Sakkal Majalla" w:cs="Sakkal Majalla"/>
          <w:szCs w:val="28"/>
          <w:rtl/>
        </w:rPr>
        <w:t xml:space="preserve"> </w:t>
      </w:r>
      <w:r w:rsidRPr="000B687D">
        <w:rPr>
          <w:rFonts w:ascii="Sakkal Majalla" w:hAnsi="Sakkal Majalla" w:cs="Sakkal Majalla" w:hint="cs"/>
          <w:szCs w:val="28"/>
          <w:rtl/>
        </w:rPr>
        <w:t>العوامل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التمكينية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الداخلية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جاءت</w:t>
      </w:r>
      <w:r w:rsidRPr="000B687D">
        <w:rPr>
          <w:rFonts w:ascii="Sakkal Majalla" w:hAnsi="Sakkal Majalla" w:cs="Sakkal Majalla"/>
          <w:szCs w:val="28"/>
          <w:rtl/>
        </w:rPr>
        <w:t xml:space="preserve"> </w:t>
      </w:r>
      <w:r w:rsidRPr="000B687D">
        <w:rPr>
          <w:rFonts w:ascii="Sakkal Majalla" w:hAnsi="Sakkal Majalla" w:cs="Sakkal Majalla" w:hint="cs"/>
          <w:szCs w:val="28"/>
          <w:rtl/>
        </w:rPr>
        <w:t>بمستويات</w:t>
      </w:r>
      <w:r w:rsidRPr="000B687D">
        <w:rPr>
          <w:rFonts w:ascii="Sakkal Majalla" w:hAnsi="Sakkal Majalla" w:cs="Sakkal Majalla"/>
          <w:szCs w:val="28"/>
          <w:rtl/>
        </w:rPr>
        <w:t xml:space="preserve"> </w:t>
      </w:r>
      <w:r w:rsidRPr="000B687D">
        <w:rPr>
          <w:rFonts w:ascii="Sakkal Majalla" w:hAnsi="Sakkal Majalla" w:cs="Sakkal Majalla" w:hint="cs"/>
          <w:szCs w:val="28"/>
          <w:rtl/>
        </w:rPr>
        <w:t>مرتفعة</w:t>
      </w:r>
      <w:r w:rsidRPr="000B687D">
        <w:rPr>
          <w:rFonts w:ascii="Sakkal Majalla" w:hAnsi="Sakkal Majalla" w:cs="Sakkal Majalla"/>
          <w:szCs w:val="28"/>
          <w:rtl/>
        </w:rPr>
        <w:t xml:space="preserve"> </w:t>
      </w:r>
      <w:r w:rsidRPr="000B687D">
        <w:rPr>
          <w:rFonts w:ascii="Sakkal Majalla" w:hAnsi="Sakkal Majalla" w:cs="Sakkal Majalla" w:hint="cs"/>
          <w:szCs w:val="28"/>
          <w:rtl/>
        </w:rPr>
        <w:t>نسبيًا،</w:t>
      </w:r>
      <w:r w:rsidRPr="000B687D">
        <w:rPr>
          <w:rFonts w:ascii="Sakkal Majalla" w:hAnsi="Sakkal Majalla" w:cs="Sakkal Majalla"/>
          <w:szCs w:val="28"/>
          <w:rtl/>
        </w:rPr>
        <w:t xml:space="preserve"> </w:t>
      </w:r>
      <w:r w:rsidRPr="000B687D">
        <w:rPr>
          <w:rFonts w:ascii="Sakkal Majalla" w:hAnsi="Sakkal Majalla" w:cs="Sakkal Majalla" w:hint="cs"/>
          <w:szCs w:val="28"/>
          <w:rtl/>
        </w:rPr>
        <w:t>حيث</w:t>
      </w:r>
      <w:r w:rsidRPr="000B687D">
        <w:rPr>
          <w:rFonts w:ascii="Sakkal Majalla" w:hAnsi="Sakkal Majalla" w:cs="Sakkal Majalla"/>
          <w:szCs w:val="28"/>
          <w:rtl/>
        </w:rPr>
        <w:t xml:space="preserve"> </w:t>
      </w:r>
      <w:r w:rsidRPr="000B687D">
        <w:rPr>
          <w:rFonts w:ascii="Sakkal Majalla" w:hAnsi="Sakkal Majalla" w:cs="Sakkal Majalla" w:hint="cs"/>
          <w:szCs w:val="28"/>
          <w:rtl/>
        </w:rPr>
        <w:t>حصل</w:t>
      </w:r>
      <w:r w:rsidRPr="000B687D">
        <w:rPr>
          <w:rFonts w:ascii="Sakkal Majalla" w:hAnsi="Sakkal Majalla" w:cs="Sakkal Majalla"/>
          <w:szCs w:val="28"/>
          <w:rtl/>
        </w:rPr>
        <w:t xml:space="preserve"> </w:t>
      </w:r>
      <w:r w:rsidRPr="000B687D">
        <w:rPr>
          <w:rFonts w:ascii="Sakkal Majalla" w:hAnsi="Sakkal Majalla" w:cs="Sakkal Majalla" w:hint="cs"/>
          <w:szCs w:val="28"/>
          <w:rtl/>
        </w:rPr>
        <w:t>بُعد</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القيادة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الداعمة</w:t>
      </w:r>
      <w:r w:rsidRPr="000B687D">
        <w:rPr>
          <w:rFonts w:ascii="Sakkal Majalla" w:hAnsi="Sakkal Majalla" w:cs="Sakkal Majalla"/>
          <w:szCs w:val="28"/>
          <w:rtl/>
        </w:rPr>
        <w:t xml:space="preserve"> </w:t>
      </w:r>
      <w:r w:rsidRPr="000B687D">
        <w:rPr>
          <w:rFonts w:ascii="Sakkal Majalla" w:hAnsi="Sakkal Majalla" w:cs="Sakkal Majalla" w:hint="cs"/>
          <w:szCs w:val="28"/>
          <w:rtl/>
        </w:rPr>
        <w:t>للابتكار</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أعلى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متوسط</w:t>
      </w:r>
      <w:r w:rsidRPr="000B687D">
        <w:rPr>
          <w:rFonts w:ascii="Sakkal Majalla" w:hAnsi="Sakkal Majalla" w:cs="Sakkal Majalla"/>
          <w:szCs w:val="28"/>
          <w:rtl/>
        </w:rPr>
        <w:t xml:space="preserve"> </w:t>
      </w:r>
      <w:r w:rsidRPr="000B687D">
        <w:rPr>
          <w:rFonts w:ascii="Sakkal Majalla" w:hAnsi="Sakkal Majalla" w:cs="Sakkal Majalla" w:hint="cs"/>
          <w:szCs w:val="28"/>
          <w:rtl/>
        </w:rPr>
        <w:t>حسابي</w:t>
      </w:r>
      <w:r w:rsidRPr="000B687D">
        <w:rPr>
          <w:rFonts w:ascii="Sakkal Majalla" w:hAnsi="Sakkal Majalla" w:cs="Sakkal Majalla"/>
          <w:szCs w:val="28"/>
          <w:rtl/>
        </w:rPr>
        <w:t xml:space="preserve"> </w:t>
      </w:r>
      <w:r w:rsidRPr="000B687D">
        <w:rPr>
          <w:rFonts w:ascii="Sakkal Majalla" w:hAnsi="Sakkal Majalla" w:cs="Sakkal Majalla" w:hint="cs"/>
          <w:szCs w:val="28"/>
          <w:rtl/>
        </w:rPr>
        <w:t>بلغ</w:t>
      </w:r>
      <w:r w:rsidRPr="000B687D">
        <w:rPr>
          <w:rFonts w:ascii="Sakkal Majalla" w:hAnsi="Sakkal Majalla" w:cs="Sakkal Majalla"/>
          <w:szCs w:val="28"/>
          <w:rtl/>
        </w:rPr>
        <w:t xml:space="preserve"> (4.21 </w:t>
      </w:r>
      <w:r w:rsidRPr="000B687D">
        <w:rPr>
          <w:rFonts w:ascii="Sakkal Majalla" w:hAnsi="Sakkal Majalla" w:cs="Sakkal Majalla" w:hint="cs"/>
          <w:szCs w:val="28"/>
          <w:rtl/>
        </w:rPr>
        <w:t>من</w:t>
      </w:r>
      <w:r w:rsidRPr="000B687D">
        <w:rPr>
          <w:rFonts w:ascii="Sakkal Majalla" w:hAnsi="Sakkal Majalla" w:cs="Sakkal Majalla"/>
          <w:szCs w:val="28"/>
          <w:rtl/>
        </w:rPr>
        <w:t xml:space="preserve"> 5) </w:t>
      </w:r>
      <w:r w:rsidRPr="000B687D">
        <w:rPr>
          <w:rFonts w:ascii="Sakkal Majalla" w:hAnsi="Sakkal Majalla" w:cs="Sakkal Majalla" w:hint="cs"/>
          <w:szCs w:val="28"/>
          <w:rtl/>
        </w:rPr>
        <w:t>بنسبة</w:t>
      </w:r>
      <w:r w:rsidRPr="000B687D">
        <w:rPr>
          <w:rFonts w:ascii="Sakkal Majalla" w:hAnsi="Sakkal Majalla" w:cs="Sakkal Majalla"/>
          <w:szCs w:val="28"/>
          <w:rtl/>
        </w:rPr>
        <w:t xml:space="preserve"> </w:t>
      </w:r>
      <w:r w:rsidRPr="000B687D">
        <w:rPr>
          <w:rFonts w:ascii="Sakkal Majalla" w:hAnsi="Sakkal Majalla" w:cs="Sakkal Majalla" w:hint="cs"/>
          <w:szCs w:val="28"/>
          <w:rtl/>
        </w:rPr>
        <w:t>اتفاق</w:t>
      </w:r>
      <w:r w:rsidRPr="000B687D">
        <w:rPr>
          <w:rFonts w:ascii="Sakkal Majalla" w:hAnsi="Sakkal Majalla" w:cs="Sakkal Majalla"/>
          <w:szCs w:val="28"/>
          <w:rtl/>
        </w:rPr>
        <w:t xml:space="preserve"> (84%)</w:t>
      </w:r>
      <w:r w:rsidRPr="000B687D">
        <w:rPr>
          <w:rFonts w:ascii="Sakkal Majalla" w:hAnsi="Sakkal Majalla" w:cs="Sakkal Majalla" w:hint="cs"/>
          <w:szCs w:val="28"/>
          <w:rtl/>
        </w:rPr>
        <w:t>،</w:t>
      </w:r>
      <w:r w:rsidRPr="000B687D">
        <w:rPr>
          <w:rFonts w:ascii="Sakkal Majalla" w:hAnsi="Sakkal Majalla" w:cs="Sakkal Majalla"/>
          <w:szCs w:val="28"/>
          <w:rtl/>
        </w:rPr>
        <w:t xml:space="preserve"> </w:t>
      </w:r>
      <w:r w:rsidRPr="000B687D">
        <w:rPr>
          <w:rFonts w:ascii="Sakkal Majalla" w:hAnsi="Sakkal Majalla" w:cs="Sakkal Majalla" w:hint="cs"/>
          <w:szCs w:val="28"/>
          <w:rtl/>
        </w:rPr>
        <w:t>مما</w:t>
      </w:r>
      <w:r w:rsidRPr="000B687D">
        <w:rPr>
          <w:rFonts w:ascii="Sakkal Majalla" w:hAnsi="Sakkal Majalla" w:cs="Sakkal Majalla"/>
          <w:szCs w:val="28"/>
          <w:rtl/>
        </w:rPr>
        <w:t xml:space="preserve"> </w:t>
      </w:r>
      <w:r w:rsidRPr="000B687D">
        <w:rPr>
          <w:rFonts w:ascii="Sakkal Majalla" w:hAnsi="Sakkal Majalla" w:cs="Sakkal Majalla" w:hint="cs"/>
          <w:szCs w:val="28"/>
          <w:rtl/>
        </w:rPr>
        <w:t>يعكس</w:t>
      </w:r>
      <w:r w:rsidRPr="000B687D">
        <w:rPr>
          <w:rFonts w:ascii="Sakkal Majalla" w:hAnsi="Sakkal Majalla" w:cs="Sakkal Majalla"/>
          <w:szCs w:val="28"/>
          <w:rtl/>
        </w:rPr>
        <w:t xml:space="preserve"> </w:t>
      </w:r>
      <w:r w:rsidRPr="000B687D">
        <w:rPr>
          <w:rFonts w:ascii="Sakkal Majalla" w:hAnsi="Sakkal Majalla" w:cs="Sakkal Majalla" w:hint="cs"/>
          <w:szCs w:val="28"/>
          <w:rtl/>
        </w:rPr>
        <w:t>إدراك</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المشاركين</w:t>
      </w:r>
      <w:r w:rsidRPr="000B687D">
        <w:rPr>
          <w:rFonts w:ascii="Sakkal Majalla" w:hAnsi="Sakkal Majalla" w:cs="Sakkal Majalla"/>
          <w:szCs w:val="28"/>
          <w:rtl/>
        </w:rPr>
        <w:t xml:space="preserve"> </w:t>
      </w:r>
      <w:r w:rsidRPr="000B687D">
        <w:rPr>
          <w:rFonts w:ascii="Sakkal Majalla" w:hAnsi="Sakkal Majalla" w:cs="Sakkal Majalla" w:hint="cs"/>
          <w:szCs w:val="28"/>
          <w:rtl/>
        </w:rPr>
        <w:t>لأهمية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القيادة</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وضع</w:t>
      </w:r>
      <w:r w:rsidRPr="000B687D">
        <w:rPr>
          <w:rFonts w:ascii="Sakkal Majalla" w:hAnsi="Sakkal Majalla" w:cs="Sakkal Majalla"/>
          <w:szCs w:val="28"/>
          <w:rtl/>
        </w:rPr>
        <w:t xml:space="preserve"> </w:t>
      </w:r>
      <w:r w:rsidRPr="000B687D">
        <w:rPr>
          <w:rFonts w:ascii="Sakkal Majalla" w:hAnsi="Sakkal Majalla" w:cs="Sakkal Majalla" w:hint="cs"/>
          <w:szCs w:val="28"/>
          <w:rtl/>
        </w:rPr>
        <w:t>رؤية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واضحة،</w:t>
      </w:r>
      <w:r w:rsidRPr="000B687D">
        <w:rPr>
          <w:rFonts w:ascii="Sakkal Majalla" w:hAnsi="Sakkal Majalla" w:cs="Sakkal Majalla"/>
          <w:szCs w:val="28"/>
          <w:rtl/>
        </w:rPr>
        <w:t xml:space="preserve"> </w:t>
      </w:r>
      <w:r w:rsidRPr="000B687D">
        <w:rPr>
          <w:rFonts w:ascii="Sakkal Majalla" w:hAnsi="Sakkal Majalla" w:cs="Sakkal Majalla" w:hint="cs"/>
          <w:szCs w:val="28"/>
          <w:rtl/>
        </w:rPr>
        <w:t>وتخصيص</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الموارد،</w:t>
      </w:r>
      <w:r w:rsidRPr="000B687D">
        <w:rPr>
          <w:rFonts w:ascii="Sakkal Majalla" w:hAnsi="Sakkal Majalla" w:cs="Sakkal Majalla"/>
          <w:szCs w:val="28"/>
          <w:rtl/>
        </w:rPr>
        <w:t xml:space="preserve"> </w:t>
      </w:r>
      <w:r w:rsidRPr="000B687D">
        <w:rPr>
          <w:rFonts w:ascii="Sakkal Majalla" w:hAnsi="Sakkal Majalla" w:cs="Sakkal Majalla" w:hint="cs"/>
          <w:szCs w:val="28"/>
          <w:rtl/>
        </w:rPr>
        <w:t>وتحفيز</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الموظفين</w:t>
      </w:r>
      <w:r w:rsidRPr="000B687D">
        <w:rPr>
          <w:rFonts w:ascii="Sakkal Majalla" w:hAnsi="Sakkal Majalla" w:cs="Sakkal Majalla"/>
          <w:szCs w:val="28"/>
          <w:rtl/>
        </w:rPr>
        <w:t xml:space="preserve"> </w:t>
      </w:r>
      <w:r w:rsidRPr="000B687D">
        <w:rPr>
          <w:rFonts w:ascii="Sakkal Majalla" w:hAnsi="Sakkal Majalla" w:cs="Sakkal Majalla" w:hint="cs"/>
          <w:szCs w:val="28"/>
          <w:rtl/>
        </w:rPr>
        <w:t>نحو</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التجديد</w:t>
      </w:r>
      <w:r w:rsidRPr="000B687D">
        <w:rPr>
          <w:rFonts w:ascii="Sakkal Majalla" w:hAnsi="Sakkal Majalla" w:cs="Sakkal Majalla"/>
          <w:szCs w:val="28"/>
          <w:rtl/>
        </w:rPr>
        <w:t>.</w:t>
      </w:r>
    </w:p>
    <w:p w14:paraId="5F46DD25"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lastRenderedPageBreak/>
        <w:t>تلاه</w:t>
      </w:r>
      <w:r w:rsidRPr="000B687D">
        <w:rPr>
          <w:rFonts w:ascii="Sakkal Majalla" w:hAnsi="Sakkal Majalla" w:cs="Sakkal Majalla"/>
          <w:szCs w:val="28"/>
          <w:rtl/>
        </w:rPr>
        <w:t xml:space="preserve"> </w:t>
      </w:r>
      <w:r w:rsidRPr="000B687D">
        <w:rPr>
          <w:rFonts w:ascii="Sakkal Majalla" w:hAnsi="Sakkal Majalla" w:cs="Sakkal Majalla" w:hint="cs"/>
          <w:szCs w:val="28"/>
          <w:rtl/>
        </w:rPr>
        <w:t>بُعد</w:t>
      </w:r>
      <w:r w:rsidRPr="000B687D">
        <w:rPr>
          <w:rFonts w:ascii="Sakkal Majalla" w:hAnsi="Sakkal Majalla" w:cs="Sakkal Majalla"/>
          <w:szCs w:val="28"/>
          <w:rtl/>
        </w:rPr>
        <w:t xml:space="preserve"> </w:t>
      </w:r>
      <w:r w:rsidRPr="000B687D">
        <w:rPr>
          <w:rFonts w:ascii="Sakkal Majalla" w:hAnsi="Sakkal Majalla" w:cs="Sakkal Majalla" w:hint="cs"/>
          <w:szCs w:val="28"/>
          <w:rtl/>
        </w:rPr>
        <w:t>الثقافة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التنظيمية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المنفتحة</w:t>
      </w:r>
      <w:r w:rsidRPr="000B687D">
        <w:rPr>
          <w:rFonts w:ascii="Sakkal Majalla" w:hAnsi="Sakkal Majalla" w:cs="Sakkal Majalla"/>
          <w:szCs w:val="28"/>
          <w:rtl/>
        </w:rPr>
        <w:t xml:space="preserve"> </w:t>
      </w:r>
      <w:r w:rsidRPr="000B687D">
        <w:rPr>
          <w:rFonts w:ascii="Sakkal Majalla" w:hAnsi="Sakkal Majalla" w:cs="Sakkal Majalla" w:hint="cs"/>
          <w:szCs w:val="28"/>
          <w:rtl/>
        </w:rPr>
        <w:t>بمتوسط</w:t>
      </w:r>
      <w:r w:rsidRPr="000B687D">
        <w:rPr>
          <w:rFonts w:ascii="Sakkal Majalla" w:hAnsi="Sakkal Majalla" w:cs="Sakkal Majalla"/>
          <w:szCs w:val="28"/>
          <w:rtl/>
        </w:rPr>
        <w:t xml:space="preserve"> (4.09) </w:t>
      </w:r>
      <w:r w:rsidRPr="000B687D">
        <w:rPr>
          <w:rFonts w:ascii="Sakkal Majalla" w:hAnsi="Sakkal Majalla" w:cs="Sakkal Majalla" w:hint="cs"/>
          <w:szCs w:val="28"/>
          <w:rtl/>
        </w:rPr>
        <w:t>ونسبة</w:t>
      </w:r>
      <w:r w:rsidRPr="000B687D">
        <w:rPr>
          <w:rFonts w:ascii="Sakkal Majalla" w:hAnsi="Sakkal Majalla" w:cs="Sakkal Majalla"/>
          <w:szCs w:val="28"/>
          <w:rtl/>
        </w:rPr>
        <w:t xml:space="preserve"> </w:t>
      </w:r>
      <w:r w:rsidRPr="000B687D">
        <w:rPr>
          <w:rFonts w:ascii="Sakkal Majalla" w:hAnsi="Sakkal Majalla" w:cs="Sakkal Majalla" w:hint="cs"/>
          <w:szCs w:val="28"/>
          <w:rtl/>
        </w:rPr>
        <w:t>اتفاق</w:t>
      </w:r>
      <w:r w:rsidRPr="000B687D">
        <w:rPr>
          <w:rFonts w:ascii="Sakkal Majalla" w:hAnsi="Sakkal Majalla" w:cs="Sakkal Majalla"/>
          <w:szCs w:val="28"/>
          <w:rtl/>
        </w:rPr>
        <w:t xml:space="preserve"> (82%)</w:t>
      </w:r>
      <w:r w:rsidRPr="000B687D">
        <w:rPr>
          <w:rFonts w:ascii="Sakkal Majalla" w:hAnsi="Sakkal Majalla" w:cs="Sakkal Majalla" w:hint="cs"/>
          <w:szCs w:val="28"/>
          <w:rtl/>
        </w:rPr>
        <w:t>،</w:t>
      </w:r>
      <w:r w:rsidRPr="000B687D">
        <w:rPr>
          <w:rFonts w:ascii="Sakkal Majalla" w:hAnsi="Sakkal Majalla" w:cs="Sakkal Majalla"/>
          <w:szCs w:val="28"/>
          <w:rtl/>
        </w:rPr>
        <w:t xml:space="preserve"> </w:t>
      </w:r>
      <w:r w:rsidRPr="000B687D">
        <w:rPr>
          <w:rFonts w:ascii="Sakkal Majalla" w:hAnsi="Sakkal Majalla" w:cs="Sakkal Majalla" w:hint="cs"/>
          <w:szCs w:val="28"/>
          <w:rtl/>
        </w:rPr>
        <w:t>ما</w:t>
      </w:r>
      <w:r w:rsidRPr="000B687D">
        <w:rPr>
          <w:rFonts w:ascii="Sakkal Majalla" w:hAnsi="Sakkal Majalla" w:cs="Sakkal Majalla"/>
          <w:szCs w:val="28"/>
          <w:rtl/>
        </w:rPr>
        <w:t xml:space="preserve"> </w:t>
      </w:r>
      <w:r w:rsidRPr="000B687D">
        <w:rPr>
          <w:rFonts w:ascii="Sakkal Majalla" w:hAnsi="Sakkal Majalla" w:cs="Sakkal Majalla" w:hint="cs"/>
          <w:szCs w:val="28"/>
          <w:rtl/>
        </w:rPr>
        <w:t>يشير</w:t>
      </w:r>
      <w:r w:rsidRPr="000B687D">
        <w:rPr>
          <w:rFonts w:ascii="Sakkal Majalla" w:hAnsi="Sakkal Majalla" w:cs="Sakkal Majalla"/>
          <w:szCs w:val="28"/>
          <w:rtl/>
        </w:rPr>
        <w:t xml:space="preserve"> </w:t>
      </w:r>
      <w:r w:rsidRPr="000B687D">
        <w:rPr>
          <w:rFonts w:ascii="Sakkal Majalla" w:hAnsi="Sakkal Majalla" w:cs="Sakkal Majalla" w:hint="cs"/>
          <w:szCs w:val="28"/>
          <w:rtl/>
        </w:rPr>
        <w:t>إلى</w:t>
      </w:r>
      <w:r w:rsidRPr="000B687D">
        <w:rPr>
          <w:rFonts w:ascii="Sakkal Majalla" w:hAnsi="Sakkal Majalla" w:cs="Sakkal Majalla"/>
          <w:szCs w:val="28"/>
          <w:rtl/>
        </w:rPr>
        <w:t xml:space="preserve"> </w:t>
      </w:r>
      <w:r w:rsidRPr="000B687D">
        <w:rPr>
          <w:rFonts w:ascii="Sakkal Majalla" w:hAnsi="Sakkal Majalla" w:cs="Sakkal Majalla" w:hint="cs"/>
          <w:szCs w:val="28"/>
          <w:rtl/>
        </w:rPr>
        <w:t>وجود</w:t>
      </w:r>
      <w:r w:rsidRPr="000B687D">
        <w:rPr>
          <w:rFonts w:ascii="Sakkal Majalla" w:hAnsi="Sakkal Majalla" w:cs="Sakkal Majalla"/>
          <w:szCs w:val="28"/>
          <w:rtl/>
        </w:rPr>
        <w:t xml:space="preserve"> </w:t>
      </w:r>
      <w:r w:rsidRPr="000B687D">
        <w:rPr>
          <w:rFonts w:ascii="Sakkal Majalla" w:hAnsi="Sakkal Majalla" w:cs="Sakkal Majalla" w:hint="cs"/>
          <w:szCs w:val="28"/>
          <w:rtl/>
        </w:rPr>
        <w:t>بيئة</w:t>
      </w:r>
      <w:r w:rsidRPr="000B687D">
        <w:rPr>
          <w:rFonts w:ascii="Sakkal Majalla" w:hAnsi="Sakkal Majalla" w:cs="Sakkal Majalla"/>
          <w:szCs w:val="28"/>
          <w:rtl/>
        </w:rPr>
        <w:t xml:space="preserve"> </w:t>
      </w:r>
      <w:r w:rsidRPr="000B687D">
        <w:rPr>
          <w:rFonts w:ascii="Sakkal Majalla" w:hAnsi="Sakkal Majalla" w:cs="Sakkal Majalla" w:hint="cs"/>
          <w:szCs w:val="28"/>
          <w:rtl/>
        </w:rPr>
        <w:t>تسمح</w:t>
      </w:r>
      <w:r w:rsidRPr="000B687D">
        <w:rPr>
          <w:rFonts w:ascii="Sakkal Majalla" w:hAnsi="Sakkal Majalla" w:cs="Sakkal Majalla"/>
          <w:szCs w:val="28"/>
          <w:rtl/>
        </w:rPr>
        <w:t xml:space="preserve"> </w:t>
      </w:r>
      <w:r w:rsidRPr="000B687D">
        <w:rPr>
          <w:rFonts w:ascii="Sakkal Majalla" w:hAnsi="Sakkal Majalla" w:cs="Sakkal Majalla" w:hint="cs"/>
          <w:szCs w:val="28"/>
          <w:rtl/>
        </w:rPr>
        <w:t>بالتجريب</w:t>
      </w:r>
      <w:r w:rsidRPr="000B687D">
        <w:rPr>
          <w:rFonts w:ascii="Sakkal Majalla" w:hAnsi="Sakkal Majalla" w:cs="Sakkal Majalla"/>
          <w:szCs w:val="28"/>
          <w:rtl/>
        </w:rPr>
        <w:t xml:space="preserve"> </w:t>
      </w:r>
      <w:r w:rsidRPr="000B687D">
        <w:rPr>
          <w:rFonts w:ascii="Sakkal Majalla" w:hAnsi="Sakkal Majalla" w:cs="Sakkal Majalla" w:hint="cs"/>
          <w:szCs w:val="28"/>
          <w:rtl/>
        </w:rPr>
        <w:t>وتقبل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المخاطرة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المدروسة</w:t>
      </w:r>
      <w:r w:rsidRPr="000B687D">
        <w:rPr>
          <w:rFonts w:ascii="Sakkal Majalla" w:hAnsi="Sakkal Majalla" w:cs="Sakkal Majalla"/>
          <w:szCs w:val="28"/>
          <w:rtl/>
        </w:rPr>
        <w:t>.</w:t>
      </w:r>
    </w:p>
    <w:p w14:paraId="3C9EB3C0"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أما</w:t>
      </w:r>
      <w:r w:rsidRPr="000B687D">
        <w:rPr>
          <w:rFonts w:ascii="Sakkal Majalla" w:hAnsi="Sakkal Majalla" w:cs="Sakkal Majalla"/>
          <w:szCs w:val="28"/>
          <w:rtl/>
        </w:rPr>
        <w:t xml:space="preserve"> </w:t>
      </w:r>
      <w:r w:rsidRPr="000B687D">
        <w:rPr>
          <w:rFonts w:ascii="Sakkal Majalla" w:hAnsi="Sakkal Majalla" w:cs="Sakkal Majalla" w:hint="cs"/>
          <w:szCs w:val="28"/>
          <w:rtl/>
        </w:rPr>
        <w:t>بُعد</w:t>
      </w:r>
      <w:r w:rsidRPr="000B687D">
        <w:rPr>
          <w:rFonts w:ascii="Sakkal Majalla" w:hAnsi="Sakkal Majalla" w:cs="Sakkal Majalla"/>
          <w:szCs w:val="28"/>
          <w:rtl/>
        </w:rPr>
        <w:t xml:space="preserve"> </w:t>
      </w:r>
      <w:r w:rsidRPr="000B687D">
        <w:rPr>
          <w:rFonts w:ascii="Sakkal Majalla" w:hAnsi="Sakkal Majalla" w:cs="Sakkal Majalla" w:hint="cs"/>
          <w:szCs w:val="28"/>
          <w:rtl/>
        </w:rPr>
        <w:t>توفر</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الموارد</w:t>
      </w:r>
      <w:r w:rsidRPr="000B687D">
        <w:rPr>
          <w:rFonts w:ascii="Sakkal Majalla" w:hAnsi="Sakkal Majalla" w:cs="Sakkal Majalla"/>
          <w:szCs w:val="28"/>
          <w:rtl/>
        </w:rPr>
        <w:t xml:space="preserve"> </w:t>
      </w:r>
      <w:r w:rsidRPr="000B687D">
        <w:rPr>
          <w:rFonts w:ascii="Sakkal Majalla" w:hAnsi="Sakkal Majalla" w:cs="Sakkal Majalla" w:hint="cs"/>
          <w:szCs w:val="28"/>
          <w:rtl/>
        </w:rPr>
        <w:t>البشرية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والمالية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والتقنية</w:t>
      </w:r>
      <w:r w:rsidRPr="000B687D">
        <w:rPr>
          <w:rFonts w:ascii="Sakkal Majalla" w:hAnsi="Sakkal Majalla" w:cs="Sakkal Majalla"/>
          <w:szCs w:val="28"/>
          <w:rtl/>
        </w:rPr>
        <w:t xml:space="preserve"> </w:t>
      </w:r>
      <w:r w:rsidRPr="000B687D">
        <w:rPr>
          <w:rFonts w:ascii="Sakkal Majalla" w:hAnsi="Sakkal Majalla" w:cs="Sakkal Majalla" w:hint="cs"/>
          <w:szCs w:val="28"/>
          <w:rtl/>
        </w:rPr>
        <w:t>فقد</w:t>
      </w:r>
      <w:r w:rsidRPr="000B687D">
        <w:rPr>
          <w:rFonts w:ascii="Sakkal Majalla" w:hAnsi="Sakkal Majalla" w:cs="Sakkal Majalla"/>
          <w:szCs w:val="28"/>
          <w:rtl/>
        </w:rPr>
        <w:t xml:space="preserve"> </w:t>
      </w:r>
      <w:r w:rsidRPr="000B687D">
        <w:rPr>
          <w:rFonts w:ascii="Sakkal Majalla" w:hAnsi="Sakkal Majalla" w:cs="Sakkal Majalla" w:hint="cs"/>
          <w:szCs w:val="28"/>
          <w:rtl/>
        </w:rPr>
        <w:t>جاء</w:t>
      </w:r>
      <w:r w:rsidRPr="000B687D">
        <w:rPr>
          <w:rFonts w:ascii="Sakkal Majalla" w:hAnsi="Sakkal Majalla" w:cs="Sakkal Majalla"/>
          <w:szCs w:val="28"/>
          <w:rtl/>
        </w:rPr>
        <w:t xml:space="preserve"> </w:t>
      </w:r>
      <w:r w:rsidRPr="000B687D">
        <w:rPr>
          <w:rFonts w:ascii="Sakkal Majalla" w:hAnsi="Sakkal Majalla" w:cs="Sakkal Majalla" w:hint="cs"/>
          <w:szCs w:val="28"/>
          <w:rtl/>
        </w:rPr>
        <w:t>بمتوسط</w:t>
      </w:r>
      <w:r w:rsidRPr="000B687D">
        <w:rPr>
          <w:rFonts w:ascii="Sakkal Majalla" w:hAnsi="Sakkal Majalla" w:cs="Sakkal Majalla"/>
          <w:szCs w:val="28"/>
          <w:rtl/>
        </w:rPr>
        <w:t xml:space="preserve"> (3.95) </w:t>
      </w:r>
      <w:r w:rsidRPr="000B687D">
        <w:rPr>
          <w:rFonts w:ascii="Sakkal Majalla" w:hAnsi="Sakkal Majalla" w:cs="Sakkal Majalla" w:hint="cs"/>
          <w:szCs w:val="28"/>
          <w:rtl/>
        </w:rPr>
        <w:t>بنسبة</w:t>
      </w:r>
      <w:r w:rsidRPr="000B687D">
        <w:rPr>
          <w:rFonts w:ascii="Sakkal Majalla" w:hAnsi="Sakkal Majalla" w:cs="Sakkal Majalla"/>
          <w:szCs w:val="28"/>
          <w:rtl/>
        </w:rPr>
        <w:t xml:space="preserve"> </w:t>
      </w:r>
      <w:r w:rsidRPr="000B687D">
        <w:rPr>
          <w:rFonts w:ascii="Sakkal Majalla" w:hAnsi="Sakkal Majalla" w:cs="Sakkal Majalla" w:hint="cs"/>
          <w:szCs w:val="28"/>
          <w:rtl/>
        </w:rPr>
        <w:t>اتفاق</w:t>
      </w:r>
      <w:r w:rsidRPr="000B687D">
        <w:rPr>
          <w:rFonts w:ascii="Sakkal Majalla" w:hAnsi="Sakkal Majalla" w:cs="Sakkal Majalla"/>
          <w:szCs w:val="28"/>
          <w:rtl/>
        </w:rPr>
        <w:t xml:space="preserve"> (79%)</w:t>
      </w:r>
      <w:r w:rsidRPr="000B687D">
        <w:rPr>
          <w:rFonts w:ascii="Sakkal Majalla" w:hAnsi="Sakkal Majalla" w:cs="Sakkal Majalla" w:hint="cs"/>
          <w:szCs w:val="28"/>
          <w:rtl/>
        </w:rPr>
        <w:t>،</w:t>
      </w:r>
      <w:r w:rsidRPr="000B687D">
        <w:rPr>
          <w:rFonts w:ascii="Sakkal Majalla" w:hAnsi="Sakkal Majalla" w:cs="Sakkal Majalla"/>
          <w:szCs w:val="28"/>
          <w:rtl/>
        </w:rPr>
        <w:t xml:space="preserve"> </w:t>
      </w:r>
      <w:r w:rsidRPr="000B687D">
        <w:rPr>
          <w:rFonts w:ascii="Sakkal Majalla" w:hAnsi="Sakkal Majalla" w:cs="Sakkal Majalla" w:hint="cs"/>
          <w:szCs w:val="28"/>
          <w:rtl/>
        </w:rPr>
        <w:t>وهو</w:t>
      </w:r>
      <w:r w:rsidRPr="000B687D">
        <w:rPr>
          <w:rFonts w:ascii="Sakkal Majalla" w:hAnsi="Sakkal Majalla" w:cs="Sakkal Majalla"/>
          <w:szCs w:val="28"/>
          <w:rtl/>
        </w:rPr>
        <w:t xml:space="preserve"> </w:t>
      </w:r>
      <w:r w:rsidRPr="000B687D">
        <w:rPr>
          <w:rFonts w:ascii="Sakkal Majalla" w:hAnsi="Sakkal Majalla" w:cs="Sakkal Majalla" w:hint="cs"/>
          <w:szCs w:val="28"/>
          <w:rtl/>
        </w:rPr>
        <w:t>مؤشر</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وجود</w:t>
      </w:r>
      <w:r w:rsidRPr="000B687D">
        <w:rPr>
          <w:rFonts w:ascii="Sakkal Majalla" w:hAnsi="Sakkal Majalla" w:cs="Sakkal Majalla"/>
          <w:szCs w:val="28"/>
          <w:rtl/>
        </w:rPr>
        <w:t xml:space="preserve"> </w:t>
      </w:r>
      <w:r w:rsidRPr="000B687D">
        <w:rPr>
          <w:rFonts w:ascii="Sakkal Majalla" w:hAnsi="Sakkal Majalla" w:cs="Sakkal Majalla" w:hint="cs"/>
          <w:szCs w:val="28"/>
          <w:rtl/>
        </w:rPr>
        <w:t>دعم</w:t>
      </w:r>
      <w:r w:rsidRPr="000B687D">
        <w:rPr>
          <w:rFonts w:ascii="Sakkal Majalla" w:hAnsi="Sakkal Majalla" w:cs="Sakkal Majalla"/>
          <w:szCs w:val="28"/>
          <w:rtl/>
        </w:rPr>
        <w:t xml:space="preserve"> </w:t>
      </w:r>
      <w:r w:rsidRPr="000B687D">
        <w:rPr>
          <w:rFonts w:ascii="Sakkal Majalla" w:hAnsi="Sakkal Majalla" w:cs="Sakkal Majalla" w:hint="cs"/>
          <w:szCs w:val="28"/>
          <w:rtl/>
        </w:rPr>
        <w:t>مادي</w:t>
      </w:r>
      <w:r w:rsidRPr="000B687D">
        <w:rPr>
          <w:rFonts w:ascii="Sakkal Majalla" w:hAnsi="Sakkal Majalla" w:cs="Sakkal Majalla"/>
          <w:szCs w:val="28"/>
          <w:rtl/>
        </w:rPr>
        <w:t xml:space="preserve"> </w:t>
      </w:r>
      <w:r w:rsidRPr="000B687D">
        <w:rPr>
          <w:rFonts w:ascii="Sakkal Majalla" w:hAnsi="Sakkal Majalla" w:cs="Sakkal Majalla" w:hint="cs"/>
          <w:szCs w:val="28"/>
          <w:rtl/>
        </w:rPr>
        <w:t>وبشري</w:t>
      </w:r>
      <w:r w:rsidRPr="000B687D">
        <w:rPr>
          <w:rFonts w:ascii="Sakkal Majalla" w:hAnsi="Sakkal Majalla" w:cs="Sakkal Majalla"/>
          <w:szCs w:val="28"/>
          <w:rtl/>
        </w:rPr>
        <w:t xml:space="preserve"> </w:t>
      </w:r>
      <w:r w:rsidRPr="000B687D">
        <w:rPr>
          <w:rFonts w:ascii="Sakkal Majalla" w:hAnsi="Sakkal Majalla" w:cs="Sakkal Majalla" w:hint="cs"/>
          <w:szCs w:val="28"/>
          <w:rtl/>
        </w:rPr>
        <w:t>جيد،</w:t>
      </w:r>
      <w:r w:rsidRPr="000B687D">
        <w:rPr>
          <w:rFonts w:ascii="Sakkal Majalla" w:hAnsi="Sakkal Majalla" w:cs="Sakkal Majalla"/>
          <w:szCs w:val="28"/>
          <w:rtl/>
        </w:rPr>
        <w:t xml:space="preserve"> </w:t>
      </w:r>
      <w:r w:rsidRPr="000B687D">
        <w:rPr>
          <w:rFonts w:ascii="Sakkal Majalla" w:hAnsi="Sakkal Majalla" w:cs="Sakkal Majalla" w:hint="cs"/>
          <w:szCs w:val="28"/>
          <w:rtl/>
        </w:rPr>
        <w:t>وإن</w:t>
      </w:r>
      <w:r w:rsidRPr="000B687D">
        <w:rPr>
          <w:rFonts w:ascii="Sakkal Majalla" w:hAnsi="Sakkal Majalla" w:cs="Sakkal Majalla"/>
          <w:szCs w:val="28"/>
          <w:rtl/>
        </w:rPr>
        <w:t xml:space="preserve"> </w:t>
      </w:r>
      <w:r w:rsidRPr="000B687D">
        <w:rPr>
          <w:rFonts w:ascii="Sakkal Majalla" w:hAnsi="Sakkal Majalla" w:cs="Sakkal Majalla" w:hint="cs"/>
          <w:szCs w:val="28"/>
          <w:rtl/>
        </w:rPr>
        <w:t>كان</w:t>
      </w:r>
      <w:r w:rsidRPr="000B687D">
        <w:rPr>
          <w:rFonts w:ascii="Sakkal Majalla" w:hAnsi="Sakkal Majalla" w:cs="Sakkal Majalla"/>
          <w:szCs w:val="28"/>
          <w:rtl/>
        </w:rPr>
        <w:t xml:space="preserve"> </w:t>
      </w:r>
      <w:r w:rsidRPr="000B687D">
        <w:rPr>
          <w:rFonts w:ascii="Sakkal Majalla" w:hAnsi="Sakkal Majalla" w:cs="Sakkal Majalla" w:hint="cs"/>
          <w:szCs w:val="28"/>
          <w:rtl/>
        </w:rPr>
        <w:t>أقل</w:t>
      </w:r>
      <w:r w:rsidRPr="000B687D">
        <w:rPr>
          <w:rFonts w:ascii="Sakkal Majalla" w:hAnsi="Sakkal Majalla" w:cs="Sakkal Majalla"/>
          <w:szCs w:val="28"/>
          <w:rtl/>
        </w:rPr>
        <w:t xml:space="preserve"> </w:t>
      </w:r>
      <w:r w:rsidRPr="000B687D">
        <w:rPr>
          <w:rFonts w:ascii="Sakkal Majalla" w:hAnsi="Sakkal Majalla" w:cs="Sakkal Majalla" w:hint="cs"/>
          <w:szCs w:val="28"/>
          <w:rtl/>
        </w:rPr>
        <w:t>نسبيًا</w:t>
      </w:r>
      <w:r w:rsidRPr="000B687D">
        <w:rPr>
          <w:rFonts w:ascii="Sakkal Majalla" w:hAnsi="Sakkal Majalla" w:cs="Sakkal Majalla"/>
          <w:szCs w:val="28"/>
          <w:rtl/>
        </w:rPr>
        <w:t xml:space="preserve"> </w:t>
      </w:r>
      <w:r w:rsidRPr="000B687D">
        <w:rPr>
          <w:rFonts w:ascii="Sakkal Majalla" w:hAnsi="Sakkal Majalla" w:cs="Sakkal Majalla" w:hint="cs"/>
          <w:szCs w:val="28"/>
          <w:rtl/>
        </w:rPr>
        <w:t>من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القيادة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والثقافة</w:t>
      </w:r>
      <w:r w:rsidRPr="000B687D">
        <w:rPr>
          <w:rFonts w:ascii="Sakkal Majalla" w:hAnsi="Sakkal Majalla" w:cs="Sakkal Majalla"/>
          <w:szCs w:val="28"/>
          <w:rtl/>
        </w:rPr>
        <w:t>.</w:t>
      </w:r>
    </w:p>
    <w:p w14:paraId="76E2BD6C" w14:textId="46950949"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وأخيرًا،</w:t>
      </w:r>
      <w:r w:rsidRPr="000B687D">
        <w:rPr>
          <w:rFonts w:ascii="Sakkal Majalla" w:hAnsi="Sakkal Majalla" w:cs="Sakkal Majalla"/>
          <w:szCs w:val="28"/>
          <w:rtl/>
        </w:rPr>
        <w:t xml:space="preserve"> </w:t>
      </w:r>
      <w:r w:rsidRPr="000B687D">
        <w:rPr>
          <w:rFonts w:ascii="Sakkal Majalla" w:hAnsi="Sakkal Majalla" w:cs="Sakkal Majalla" w:hint="cs"/>
          <w:szCs w:val="28"/>
          <w:rtl/>
        </w:rPr>
        <w:t>حصل</w:t>
      </w:r>
      <w:r w:rsidRPr="000B687D">
        <w:rPr>
          <w:rFonts w:ascii="Sakkal Majalla" w:hAnsi="Sakkal Majalla" w:cs="Sakkal Majalla"/>
          <w:szCs w:val="28"/>
          <w:rtl/>
        </w:rPr>
        <w:t xml:space="preserve"> </w:t>
      </w:r>
      <w:r w:rsidRPr="000B687D">
        <w:rPr>
          <w:rFonts w:ascii="Sakkal Majalla" w:hAnsi="Sakkal Majalla" w:cs="Sakkal Majalla" w:hint="cs"/>
          <w:szCs w:val="28"/>
          <w:rtl/>
        </w:rPr>
        <w:t>بُعد</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التعلم</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المؤسسي</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متوسط</w:t>
      </w:r>
      <w:r w:rsidRPr="000B687D">
        <w:rPr>
          <w:rFonts w:ascii="Sakkal Majalla" w:hAnsi="Sakkal Majalla" w:cs="Sakkal Majalla"/>
          <w:szCs w:val="28"/>
          <w:rtl/>
        </w:rPr>
        <w:t xml:space="preserve"> (3.88) </w:t>
      </w:r>
      <w:r w:rsidRPr="000B687D">
        <w:rPr>
          <w:rFonts w:ascii="Sakkal Majalla" w:hAnsi="Sakkal Majalla" w:cs="Sakkal Majalla" w:hint="cs"/>
          <w:szCs w:val="28"/>
          <w:rtl/>
        </w:rPr>
        <w:t>بنسبة</w:t>
      </w:r>
      <w:r w:rsidRPr="000B687D">
        <w:rPr>
          <w:rFonts w:ascii="Sakkal Majalla" w:hAnsi="Sakkal Majalla" w:cs="Sakkal Majalla"/>
          <w:szCs w:val="28"/>
          <w:rtl/>
        </w:rPr>
        <w:t xml:space="preserve"> </w:t>
      </w:r>
      <w:r w:rsidRPr="000B687D">
        <w:rPr>
          <w:rFonts w:ascii="Sakkal Majalla" w:hAnsi="Sakkal Majalla" w:cs="Sakkal Majalla" w:hint="cs"/>
          <w:szCs w:val="28"/>
          <w:rtl/>
        </w:rPr>
        <w:t>اتفاق</w:t>
      </w:r>
      <w:r w:rsidRPr="000B687D">
        <w:rPr>
          <w:rFonts w:ascii="Sakkal Majalla" w:hAnsi="Sakkal Majalla" w:cs="Sakkal Majalla"/>
          <w:szCs w:val="28"/>
          <w:rtl/>
        </w:rPr>
        <w:t xml:space="preserve"> (78%)</w:t>
      </w:r>
      <w:r w:rsidRPr="000B687D">
        <w:rPr>
          <w:rFonts w:ascii="Sakkal Majalla" w:hAnsi="Sakkal Majalla" w:cs="Sakkal Majalla" w:hint="cs"/>
          <w:szCs w:val="28"/>
          <w:rtl/>
        </w:rPr>
        <w:t>،</w:t>
      </w:r>
      <w:r w:rsidRPr="000B687D">
        <w:rPr>
          <w:rFonts w:ascii="Sakkal Majalla" w:hAnsi="Sakkal Majalla" w:cs="Sakkal Majalla"/>
          <w:szCs w:val="28"/>
          <w:rtl/>
        </w:rPr>
        <w:t xml:space="preserve"> </w:t>
      </w:r>
      <w:r w:rsidRPr="000B687D">
        <w:rPr>
          <w:rFonts w:ascii="Sakkal Majalla" w:hAnsi="Sakkal Majalla" w:cs="Sakkal Majalla" w:hint="cs"/>
          <w:szCs w:val="28"/>
          <w:rtl/>
        </w:rPr>
        <w:t>مما</w:t>
      </w:r>
      <w:r w:rsidRPr="000B687D">
        <w:rPr>
          <w:rFonts w:ascii="Sakkal Majalla" w:hAnsi="Sakkal Majalla" w:cs="Sakkal Majalla"/>
          <w:szCs w:val="28"/>
          <w:rtl/>
        </w:rPr>
        <w:t xml:space="preserve"> </w:t>
      </w:r>
      <w:r w:rsidRPr="000B687D">
        <w:rPr>
          <w:rFonts w:ascii="Sakkal Majalla" w:hAnsi="Sakkal Majalla" w:cs="Sakkal Majalla" w:hint="cs"/>
          <w:szCs w:val="28"/>
          <w:rtl/>
        </w:rPr>
        <w:t>يكشف</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بعض</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الجهات</w:t>
      </w:r>
      <w:r w:rsidRPr="000B687D">
        <w:rPr>
          <w:rFonts w:ascii="Sakkal Majalla" w:hAnsi="Sakkal Majalla" w:cs="Sakkal Majalla"/>
          <w:szCs w:val="28"/>
          <w:rtl/>
        </w:rPr>
        <w:t xml:space="preserve"> </w:t>
      </w:r>
      <w:r w:rsidRPr="000B687D">
        <w:rPr>
          <w:rFonts w:ascii="Sakkal Majalla" w:hAnsi="Sakkal Majalla" w:cs="Sakkal Majalla" w:hint="cs"/>
          <w:szCs w:val="28"/>
          <w:rtl/>
        </w:rPr>
        <w:t>لا</w:t>
      </w:r>
      <w:r w:rsidRPr="000B687D">
        <w:rPr>
          <w:rFonts w:ascii="Sakkal Majalla" w:hAnsi="Sakkal Majalla" w:cs="Sakkal Majalla"/>
          <w:szCs w:val="28"/>
          <w:rtl/>
        </w:rPr>
        <w:t xml:space="preserve"> </w:t>
      </w:r>
      <w:r w:rsidRPr="000B687D">
        <w:rPr>
          <w:rFonts w:ascii="Sakkal Majalla" w:hAnsi="Sakkal Majalla" w:cs="Sakkal Majalla" w:hint="cs"/>
          <w:szCs w:val="28"/>
          <w:rtl/>
        </w:rPr>
        <w:t>تزال</w:t>
      </w:r>
      <w:r w:rsidRPr="000B687D">
        <w:rPr>
          <w:rFonts w:ascii="Sakkal Majalla" w:hAnsi="Sakkal Majalla" w:cs="Sakkal Majalla"/>
          <w:szCs w:val="28"/>
          <w:rtl/>
        </w:rPr>
        <w:t xml:space="preserve"> </w:t>
      </w:r>
      <w:r w:rsidRPr="000B687D">
        <w:rPr>
          <w:rFonts w:ascii="Sakkal Majalla" w:hAnsi="Sakkal Majalla" w:cs="Sakkal Majalla" w:hint="cs"/>
          <w:szCs w:val="28"/>
          <w:rtl/>
        </w:rPr>
        <w:t>بحاجة</w:t>
      </w:r>
      <w:r w:rsidRPr="000B687D">
        <w:rPr>
          <w:rFonts w:ascii="Sakkal Majalla" w:hAnsi="Sakkal Majalla" w:cs="Sakkal Majalla"/>
          <w:szCs w:val="28"/>
          <w:rtl/>
        </w:rPr>
        <w:t xml:space="preserve"> </w:t>
      </w:r>
      <w:r w:rsidRPr="000B687D">
        <w:rPr>
          <w:rFonts w:ascii="Sakkal Majalla" w:hAnsi="Sakkal Majalla" w:cs="Sakkal Majalla" w:hint="cs"/>
          <w:szCs w:val="28"/>
          <w:rtl/>
        </w:rPr>
        <w:t>إلى</w:t>
      </w:r>
      <w:r w:rsidRPr="000B687D">
        <w:rPr>
          <w:rFonts w:ascii="Sakkal Majalla" w:hAnsi="Sakkal Majalla" w:cs="Sakkal Majalla"/>
          <w:szCs w:val="28"/>
          <w:rtl/>
        </w:rPr>
        <w:t xml:space="preserve"> </w:t>
      </w:r>
      <w:r w:rsidRPr="000B687D">
        <w:rPr>
          <w:rFonts w:ascii="Sakkal Majalla" w:hAnsi="Sakkal Majalla" w:cs="Sakkal Majalla" w:hint="cs"/>
          <w:szCs w:val="28"/>
          <w:rtl/>
        </w:rPr>
        <w:t>تعزيز</w:t>
      </w:r>
      <w:r w:rsidRPr="000B687D">
        <w:rPr>
          <w:rFonts w:ascii="Sakkal Majalla" w:hAnsi="Sakkal Majalla" w:cs="Sakkal Majalla"/>
          <w:szCs w:val="28"/>
          <w:rtl/>
        </w:rPr>
        <w:t xml:space="preserve"> </w:t>
      </w:r>
      <w:r w:rsidRPr="000B687D">
        <w:rPr>
          <w:rFonts w:ascii="Sakkal Majalla" w:hAnsi="Sakkal Majalla" w:cs="Sakkal Majalla" w:hint="cs"/>
          <w:szCs w:val="28"/>
          <w:rtl/>
        </w:rPr>
        <w:t>آليات</w:t>
      </w:r>
      <w:r w:rsidRPr="000B687D">
        <w:rPr>
          <w:rFonts w:ascii="Sakkal Majalla" w:hAnsi="Sakkal Majalla" w:cs="Sakkal Majalla"/>
          <w:szCs w:val="28"/>
          <w:rtl/>
        </w:rPr>
        <w:t xml:space="preserve"> </w:t>
      </w:r>
      <w:r w:rsidRPr="000B687D">
        <w:rPr>
          <w:rFonts w:ascii="Sakkal Majalla" w:hAnsi="Sakkal Majalla" w:cs="Sakkal Majalla" w:hint="cs"/>
          <w:szCs w:val="28"/>
          <w:rtl/>
        </w:rPr>
        <w:t>توثيق</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المعرفة</w:t>
      </w:r>
      <w:r w:rsidRPr="000B687D">
        <w:rPr>
          <w:rFonts w:ascii="Sakkal Majalla" w:hAnsi="Sakkal Majalla" w:cs="Sakkal Majalla"/>
          <w:szCs w:val="28"/>
          <w:rtl/>
        </w:rPr>
        <w:t xml:space="preserve"> </w:t>
      </w:r>
      <w:r w:rsidRPr="000B687D">
        <w:rPr>
          <w:rFonts w:ascii="Sakkal Majalla" w:hAnsi="Sakkal Majalla" w:cs="Sakkal Majalla" w:hint="cs"/>
          <w:szCs w:val="28"/>
          <w:rtl/>
        </w:rPr>
        <w:t>وتداولها</w:t>
      </w:r>
      <w:r w:rsidRPr="000B687D">
        <w:rPr>
          <w:rFonts w:ascii="Sakkal Majalla" w:hAnsi="Sakkal Majalla" w:cs="Sakkal Majalla"/>
          <w:szCs w:val="28"/>
          <w:rtl/>
        </w:rPr>
        <w:t xml:space="preserve"> </w:t>
      </w:r>
      <w:r w:rsidRPr="000B687D">
        <w:rPr>
          <w:rFonts w:ascii="Sakkal Majalla" w:hAnsi="Sakkal Majalla" w:cs="Sakkal Majalla" w:hint="cs"/>
          <w:szCs w:val="28"/>
          <w:rtl/>
        </w:rPr>
        <w:t>بشكل</w:t>
      </w:r>
      <w:r w:rsidRPr="000B687D">
        <w:rPr>
          <w:rFonts w:ascii="Sakkal Majalla" w:hAnsi="Sakkal Majalla" w:cs="Sakkal Majalla"/>
          <w:szCs w:val="28"/>
          <w:rtl/>
        </w:rPr>
        <w:t xml:space="preserve"> </w:t>
      </w:r>
      <w:r w:rsidRPr="000B687D">
        <w:rPr>
          <w:rFonts w:ascii="Sakkal Majalla" w:hAnsi="Sakkal Majalla" w:cs="Sakkal Majalla" w:hint="cs"/>
          <w:szCs w:val="28"/>
          <w:rtl/>
        </w:rPr>
        <w:t>منهجي</w:t>
      </w:r>
      <w:r w:rsidRPr="000B687D">
        <w:rPr>
          <w:rFonts w:ascii="Sakkal Majalla" w:hAnsi="Sakkal Majalla" w:cs="Sakkal Majalla"/>
          <w:szCs w:val="28"/>
          <w:rtl/>
        </w:rPr>
        <w:t>.</w:t>
      </w:r>
    </w:p>
    <w:p w14:paraId="7389C1CE" w14:textId="77777777" w:rsidR="000B687D" w:rsidRPr="000B687D" w:rsidRDefault="000B687D" w:rsidP="00634497">
      <w:pPr>
        <w:bidi/>
        <w:spacing w:line="360" w:lineRule="auto"/>
        <w:jc w:val="lowKashida"/>
        <w:rPr>
          <w:rFonts w:ascii="Sakkal Majalla" w:hAnsi="Sakkal Majalla" w:cs="Sakkal Majalla"/>
          <w:b/>
          <w:bCs/>
          <w:szCs w:val="28"/>
        </w:rPr>
      </w:pPr>
      <w:r w:rsidRPr="000B687D">
        <w:rPr>
          <w:rFonts w:ascii="Sakkal Majalla" w:hAnsi="Sakkal Majalla" w:cs="Sakkal Majalla" w:hint="cs"/>
          <w:b/>
          <w:bCs/>
          <w:szCs w:val="28"/>
          <w:rtl/>
        </w:rPr>
        <w:t>ثانياً</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التحليل</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التفسيري</w:t>
      </w:r>
    </w:p>
    <w:p w14:paraId="06DCF97F"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تُظهر</w:t>
      </w:r>
      <w:r w:rsidRPr="000B687D">
        <w:rPr>
          <w:rFonts w:ascii="Sakkal Majalla" w:hAnsi="Sakkal Majalla" w:cs="Sakkal Majalla"/>
          <w:szCs w:val="28"/>
          <w:rtl/>
        </w:rPr>
        <w:t xml:space="preserve"> </w:t>
      </w:r>
      <w:r w:rsidRPr="000B687D">
        <w:rPr>
          <w:rFonts w:ascii="Sakkal Majalla" w:hAnsi="Sakkal Majalla" w:cs="Sakkal Majalla" w:hint="cs"/>
          <w:szCs w:val="28"/>
          <w:rtl/>
        </w:rPr>
        <w:t>هذه</w:t>
      </w:r>
      <w:r w:rsidRPr="000B687D">
        <w:rPr>
          <w:rFonts w:ascii="Sakkal Majalla" w:hAnsi="Sakkal Majalla" w:cs="Sakkal Majalla"/>
          <w:szCs w:val="28"/>
          <w:rtl/>
        </w:rPr>
        <w:t xml:space="preserve"> </w:t>
      </w:r>
      <w:r w:rsidRPr="000B687D">
        <w:rPr>
          <w:rFonts w:ascii="Sakkal Majalla" w:hAnsi="Sakkal Majalla" w:cs="Sakkal Majalla" w:hint="cs"/>
          <w:szCs w:val="28"/>
          <w:rtl/>
        </w:rPr>
        <w:t>النتائج</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القيادة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الفاعلة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والثقافة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الداعمة</w:t>
      </w:r>
      <w:r w:rsidRPr="000B687D">
        <w:rPr>
          <w:rFonts w:ascii="Sakkal Majalla" w:hAnsi="Sakkal Majalla" w:cs="Sakkal Majalla"/>
          <w:szCs w:val="28"/>
          <w:rtl/>
        </w:rPr>
        <w:t xml:space="preserve"> </w:t>
      </w:r>
      <w:r w:rsidRPr="000B687D">
        <w:rPr>
          <w:rFonts w:ascii="Sakkal Majalla" w:hAnsi="Sakkal Majalla" w:cs="Sakkal Majalla" w:hint="cs"/>
          <w:szCs w:val="28"/>
          <w:rtl/>
        </w:rPr>
        <w:t>هما</w:t>
      </w:r>
      <w:r w:rsidRPr="000B687D">
        <w:rPr>
          <w:rFonts w:ascii="Sakkal Majalla" w:hAnsi="Sakkal Majalla" w:cs="Sakkal Majalla"/>
          <w:szCs w:val="28"/>
          <w:rtl/>
        </w:rPr>
        <w:t xml:space="preserve"> </w:t>
      </w:r>
      <w:r w:rsidRPr="000B687D">
        <w:rPr>
          <w:rFonts w:ascii="Sakkal Majalla" w:hAnsi="Sakkal Majalla" w:cs="Sakkal Majalla" w:hint="cs"/>
          <w:szCs w:val="28"/>
          <w:rtl/>
        </w:rPr>
        <w:t>الركيزتان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الأكثر</w:t>
      </w:r>
      <w:r w:rsidRPr="000B687D">
        <w:rPr>
          <w:rFonts w:ascii="Sakkal Majalla" w:hAnsi="Sakkal Majalla" w:cs="Sakkal Majalla"/>
          <w:szCs w:val="28"/>
          <w:rtl/>
        </w:rPr>
        <w:t xml:space="preserve"> </w:t>
      </w:r>
      <w:r w:rsidRPr="000B687D">
        <w:rPr>
          <w:rFonts w:ascii="Sakkal Majalla" w:hAnsi="Sakkal Majalla" w:cs="Sakkal Majalla" w:hint="cs"/>
          <w:szCs w:val="28"/>
          <w:rtl/>
        </w:rPr>
        <w:t>ترسخًا</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بيئة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العمل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الحكومية،</w:t>
      </w:r>
      <w:r w:rsidRPr="000B687D">
        <w:rPr>
          <w:rFonts w:ascii="Sakkal Majalla" w:hAnsi="Sakkal Majalla" w:cs="Sakkal Majalla"/>
          <w:szCs w:val="28"/>
          <w:rtl/>
        </w:rPr>
        <w:t xml:space="preserve"> </w:t>
      </w:r>
      <w:r w:rsidRPr="000B687D">
        <w:rPr>
          <w:rFonts w:ascii="Sakkal Majalla" w:hAnsi="Sakkal Majalla" w:cs="Sakkal Majalla" w:hint="cs"/>
          <w:szCs w:val="28"/>
          <w:rtl/>
        </w:rPr>
        <w:t>بينما</w:t>
      </w:r>
      <w:r w:rsidRPr="000B687D">
        <w:rPr>
          <w:rFonts w:ascii="Sakkal Majalla" w:hAnsi="Sakkal Majalla" w:cs="Sakkal Majalla"/>
          <w:szCs w:val="28"/>
          <w:rtl/>
        </w:rPr>
        <w:t xml:space="preserve"> </w:t>
      </w:r>
      <w:r w:rsidRPr="000B687D">
        <w:rPr>
          <w:rFonts w:ascii="Sakkal Majalla" w:hAnsi="Sakkal Majalla" w:cs="Sakkal Majalla" w:hint="cs"/>
          <w:szCs w:val="28"/>
          <w:rtl/>
        </w:rPr>
        <w:t>يمثل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التعلم</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المؤسسي</w:t>
      </w:r>
      <w:r w:rsidRPr="000B687D">
        <w:rPr>
          <w:rFonts w:ascii="Sakkal Majalla" w:hAnsi="Sakkal Majalla" w:cs="Sakkal Majalla"/>
          <w:szCs w:val="28"/>
          <w:rtl/>
        </w:rPr>
        <w:t xml:space="preserve"> </w:t>
      </w:r>
      <w:r w:rsidRPr="000B687D">
        <w:rPr>
          <w:rFonts w:ascii="Sakkal Majalla" w:hAnsi="Sakkal Majalla" w:cs="Sakkal Majalla" w:hint="cs"/>
          <w:szCs w:val="28"/>
          <w:rtl/>
        </w:rPr>
        <w:t>وتوظيف</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الموارد</w:t>
      </w:r>
      <w:r w:rsidRPr="000B687D">
        <w:rPr>
          <w:rFonts w:ascii="Sakkal Majalla" w:hAnsi="Sakkal Majalla" w:cs="Sakkal Majalla"/>
          <w:szCs w:val="28"/>
          <w:rtl/>
        </w:rPr>
        <w:t xml:space="preserve"> </w:t>
      </w:r>
      <w:r w:rsidRPr="000B687D">
        <w:rPr>
          <w:rFonts w:ascii="Sakkal Majalla" w:hAnsi="Sakkal Majalla" w:cs="Sakkal Majalla" w:hint="cs"/>
          <w:szCs w:val="28"/>
          <w:rtl/>
        </w:rPr>
        <w:t>مجالين</w:t>
      </w:r>
      <w:r w:rsidRPr="000B687D">
        <w:rPr>
          <w:rFonts w:ascii="Sakkal Majalla" w:hAnsi="Sakkal Majalla" w:cs="Sakkal Majalla"/>
          <w:szCs w:val="28"/>
          <w:rtl/>
        </w:rPr>
        <w:t xml:space="preserve"> </w:t>
      </w:r>
      <w:r w:rsidRPr="000B687D">
        <w:rPr>
          <w:rFonts w:ascii="Sakkal Majalla" w:hAnsi="Sakkal Majalla" w:cs="Sakkal Majalla" w:hint="cs"/>
          <w:szCs w:val="28"/>
          <w:rtl/>
        </w:rPr>
        <w:t>أكثر</w:t>
      </w:r>
      <w:r w:rsidRPr="000B687D">
        <w:rPr>
          <w:rFonts w:ascii="Sakkal Majalla" w:hAnsi="Sakkal Majalla" w:cs="Sakkal Majalla"/>
          <w:szCs w:val="28"/>
          <w:rtl/>
        </w:rPr>
        <w:t xml:space="preserve"> </w:t>
      </w:r>
      <w:r w:rsidRPr="000B687D">
        <w:rPr>
          <w:rFonts w:ascii="Sakkal Majalla" w:hAnsi="Sakkal Majalla" w:cs="Sakkal Majalla" w:hint="cs"/>
          <w:szCs w:val="28"/>
          <w:rtl/>
        </w:rPr>
        <w:t>قابلية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للتحسين</w:t>
      </w:r>
      <w:r w:rsidRPr="000B687D">
        <w:rPr>
          <w:rFonts w:ascii="Sakkal Majalla" w:hAnsi="Sakkal Majalla" w:cs="Sakkal Majalla"/>
          <w:szCs w:val="28"/>
          <w:rtl/>
        </w:rPr>
        <w:t>.</w:t>
      </w:r>
    </w:p>
    <w:p w14:paraId="665C21C6"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كما</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المؤشرات</w:t>
      </w:r>
      <w:r w:rsidRPr="000B687D">
        <w:rPr>
          <w:rFonts w:ascii="Sakkal Majalla" w:hAnsi="Sakkal Majalla" w:cs="Sakkal Majalla"/>
          <w:szCs w:val="28"/>
          <w:rtl/>
        </w:rPr>
        <w:t xml:space="preserve"> </w:t>
      </w:r>
      <w:r w:rsidRPr="000B687D">
        <w:rPr>
          <w:rFonts w:ascii="Sakkal Majalla" w:hAnsi="Sakkal Majalla" w:cs="Sakkal Majalla" w:hint="cs"/>
          <w:szCs w:val="28"/>
          <w:rtl/>
        </w:rPr>
        <w:t>تكشف</w:t>
      </w:r>
      <w:r w:rsidRPr="000B687D">
        <w:rPr>
          <w:rFonts w:ascii="Sakkal Majalla" w:hAnsi="Sakkal Majalla" w:cs="Sakkal Majalla"/>
          <w:szCs w:val="28"/>
          <w:rtl/>
        </w:rPr>
        <w:t xml:space="preserve"> </w:t>
      </w:r>
      <w:r w:rsidRPr="000B687D">
        <w:rPr>
          <w:rFonts w:ascii="Sakkal Majalla" w:hAnsi="Sakkal Majalla" w:cs="Sakkal Majalla" w:hint="cs"/>
          <w:szCs w:val="28"/>
          <w:rtl/>
        </w:rPr>
        <w:t>عن</w:t>
      </w:r>
      <w:r w:rsidRPr="000B687D">
        <w:rPr>
          <w:rFonts w:ascii="Sakkal Majalla" w:hAnsi="Sakkal Majalla" w:cs="Sakkal Majalla"/>
          <w:szCs w:val="28"/>
          <w:rtl/>
        </w:rPr>
        <w:t xml:space="preserve"> </w:t>
      </w:r>
      <w:r w:rsidRPr="000B687D">
        <w:rPr>
          <w:rFonts w:ascii="Sakkal Majalla" w:hAnsi="Sakkal Majalla" w:cs="Sakkal Majalla" w:hint="cs"/>
          <w:szCs w:val="28"/>
          <w:rtl/>
        </w:rPr>
        <w:t>ارتباط</w:t>
      </w:r>
      <w:r w:rsidRPr="000B687D">
        <w:rPr>
          <w:rFonts w:ascii="Sakkal Majalla" w:hAnsi="Sakkal Majalla" w:cs="Sakkal Majalla"/>
          <w:szCs w:val="28"/>
          <w:rtl/>
        </w:rPr>
        <w:t xml:space="preserve"> </w:t>
      </w:r>
      <w:r w:rsidRPr="000B687D">
        <w:rPr>
          <w:rFonts w:ascii="Sakkal Majalla" w:hAnsi="Sakkal Majalla" w:cs="Sakkal Majalla" w:hint="cs"/>
          <w:szCs w:val="28"/>
          <w:rtl/>
        </w:rPr>
        <w:t>وثيق</w:t>
      </w:r>
      <w:r w:rsidRPr="000B687D">
        <w:rPr>
          <w:rFonts w:ascii="Sakkal Majalla" w:hAnsi="Sakkal Majalla" w:cs="Sakkal Majalla"/>
          <w:szCs w:val="28"/>
          <w:rtl/>
        </w:rPr>
        <w:t xml:space="preserve"> </w:t>
      </w:r>
      <w:r w:rsidRPr="000B687D">
        <w:rPr>
          <w:rFonts w:ascii="Sakkal Majalla" w:hAnsi="Sakkal Majalla" w:cs="Sakkal Majalla" w:hint="cs"/>
          <w:szCs w:val="28"/>
          <w:rtl/>
        </w:rPr>
        <w:t>بين</w:t>
      </w:r>
      <w:r w:rsidRPr="000B687D">
        <w:rPr>
          <w:rFonts w:ascii="Sakkal Majalla" w:hAnsi="Sakkal Majalla" w:cs="Sakkal Majalla"/>
          <w:szCs w:val="28"/>
          <w:rtl/>
        </w:rPr>
        <w:t xml:space="preserve"> </w:t>
      </w:r>
      <w:r w:rsidRPr="000B687D">
        <w:rPr>
          <w:rFonts w:ascii="Sakkal Majalla" w:hAnsi="Sakkal Majalla" w:cs="Sakkal Majalla" w:hint="cs"/>
          <w:szCs w:val="28"/>
          <w:rtl/>
        </w:rPr>
        <w:t>مستوى</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التعلم</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المؤسسي</w:t>
      </w:r>
      <w:r w:rsidRPr="000B687D">
        <w:rPr>
          <w:rFonts w:ascii="Sakkal Majalla" w:hAnsi="Sakkal Majalla" w:cs="Sakkal Majalla"/>
          <w:szCs w:val="28"/>
          <w:rtl/>
        </w:rPr>
        <w:t xml:space="preserve"> </w:t>
      </w:r>
      <w:r w:rsidRPr="000B687D">
        <w:rPr>
          <w:rFonts w:ascii="Sakkal Majalla" w:hAnsi="Sakkal Majalla" w:cs="Sakkal Majalla" w:hint="cs"/>
          <w:szCs w:val="28"/>
          <w:rtl/>
        </w:rPr>
        <w:t>وبين</w:t>
      </w:r>
      <w:r w:rsidRPr="000B687D">
        <w:rPr>
          <w:rFonts w:ascii="Sakkal Majalla" w:hAnsi="Sakkal Majalla" w:cs="Sakkal Majalla"/>
          <w:szCs w:val="28"/>
          <w:rtl/>
        </w:rPr>
        <w:t xml:space="preserve"> </w:t>
      </w:r>
      <w:r w:rsidRPr="000B687D">
        <w:rPr>
          <w:rFonts w:ascii="Sakkal Majalla" w:hAnsi="Sakkal Majalla" w:cs="Sakkal Majalla" w:hint="cs"/>
          <w:szCs w:val="28"/>
          <w:rtl/>
        </w:rPr>
        <w:t>قدرة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الجهة</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الامتصاص</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المعرفي،</w:t>
      </w:r>
      <w:r w:rsidRPr="000B687D">
        <w:rPr>
          <w:rFonts w:ascii="Sakkal Majalla" w:hAnsi="Sakkal Majalla" w:cs="Sakkal Majalla"/>
          <w:szCs w:val="28"/>
          <w:rtl/>
        </w:rPr>
        <w:t xml:space="preserve"> </w:t>
      </w:r>
      <w:r w:rsidRPr="000B687D">
        <w:rPr>
          <w:rFonts w:ascii="Sakkal Majalla" w:hAnsi="Sakkal Majalla" w:cs="Sakkal Majalla" w:hint="cs"/>
          <w:szCs w:val="28"/>
          <w:rtl/>
        </w:rPr>
        <w:t>أي</w:t>
      </w:r>
      <w:r w:rsidRPr="000B687D">
        <w:rPr>
          <w:rFonts w:ascii="Sakkal Majalla" w:hAnsi="Sakkal Majalla" w:cs="Sakkal Majalla"/>
          <w:szCs w:val="28"/>
          <w:rtl/>
        </w:rPr>
        <w:t xml:space="preserve"> </w:t>
      </w:r>
      <w:r w:rsidRPr="000B687D">
        <w:rPr>
          <w:rFonts w:ascii="Sakkal Majalla" w:hAnsi="Sakkal Majalla" w:cs="Sakkal Majalla" w:hint="cs"/>
          <w:szCs w:val="28"/>
          <w:rtl/>
        </w:rPr>
        <w:t>استيعاب</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المعرفة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الجديدة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المولدة</w:t>
      </w:r>
      <w:r w:rsidRPr="000B687D">
        <w:rPr>
          <w:rFonts w:ascii="Sakkal Majalla" w:hAnsi="Sakkal Majalla" w:cs="Sakkal Majalla"/>
          <w:szCs w:val="28"/>
          <w:rtl/>
        </w:rPr>
        <w:t xml:space="preserve"> </w:t>
      </w:r>
      <w:r w:rsidRPr="000B687D">
        <w:rPr>
          <w:rFonts w:ascii="Sakkal Majalla" w:hAnsi="Sakkal Majalla" w:cs="Sakkal Majalla" w:hint="cs"/>
          <w:szCs w:val="28"/>
          <w:rtl/>
        </w:rPr>
        <w:t>داخليًا</w:t>
      </w:r>
      <w:r w:rsidRPr="000B687D">
        <w:rPr>
          <w:rFonts w:ascii="Sakkal Majalla" w:hAnsi="Sakkal Majalla" w:cs="Sakkal Majalla"/>
          <w:szCs w:val="28"/>
          <w:rtl/>
        </w:rPr>
        <w:t xml:space="preserve"> </w:t>
      </w:r>
      <w:r w:rsidRPr="000B687D">
        <w:rPr>
          <w:rFonts w:ascii="Sakkal Majalla" w:hAnsi="Sakkal Majalla" w:cs="Sakkal Majalla" w:hint="cs"/>
          <w:szCs w:val="28"/>
          <w:rtl/>
        </w:rPr>
        <w:t>أو</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المكتسبة</w:t>
      </w:r>
      <w:r w:rsidRPr="000B687D">
        <w:rPr>
          <w:rFonts w:ascii="Sakkal Majalla" w:hAnsi="Sakkal Majalla" w:cs="Sakkal Majalla"/>
          <w:szCs w:val="28"/>
          <w:rtl/>
        </w:rPr>
        <w:t xml:space="preserve"> </w:t>
      </w:r>
      <w:r w:rsidRPr="000B687D">
        <w:rPr>
          <w:rFonts w:ascii="Sakkal Majalla" w:hAnsi="Sakkal Majalla" w:cs="Sakkal Majalla" w:hint="cs"/>
          <w:szCs w:val="28"/>
          <w:rtl/>
        </w:rPr>
        <w:t>من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الخارج،</w:t>
      </w:r>
      <w:r w:rsidRPr="000B687D">
        <w:rPr>
          <w:rFonts w:ascii="Sakkal Majalla" w:hAnsi="Sakkal Majalla" w:cs="Sakkal Majalla"/>
          <w:szCs w:val="28"/>
          <w:rtl/>
        </w:rPr>
        <w:t xml:space="preserve"> </w:t>
      </w:r>
      <w:r w:rsidRPr="000B687D">
        <w:rPr>
          <w:rFonts w:ascii="Sakkal Majalla" w:hAnsi="Sakkal Majalla" w:cs="Sakkal Majalla" w:hint="cs"/>
          <w:szCs w:val="28"/>
          <w:rtl/>
        </w:rPr>
        <w:t>وتحويلها</w:t>
      </w:r>
      <w:r w:rsidRPr="000B687D">
        <w:rPr>
          <w:rFonts w:ascii="Sakkal Majalla" w:hAnsi="Sakkal Majalla" w:cs="Sakkal Majalla"/>
          <w:szCs w:val="28"/>
          <w:rtl/>
        </w:rPr>
        <w:t xml:space="preserve"> </w:t>
      </w:r>
      <w:r w:rsidRPr="000B687D">
        <w:rPr>
          <w:rFonts w:ascii="Sakkal Majalla" w:hAnsi="Sakkal Majalla" w:cs="Sakkal Majalla" w:hint="cs"/>
          <w:szCs w:val="28"/>
          <w:rtl/>
        </w:rPr>
        <w:t>إلى</w:t>
      </w:r>
      <w:r w:rsidRPr="000B687D">
        <w:rPr>
          <w:rFonts w:ascii="Sakkal Majalla" w:hAnsi="Sakkal Majalla" w:cs="Sakkal Majalla"/>
          <w:szCs w:val="28"/>
          <w:rtl/>
        </w:rPr>
        <w:t xml:space="preserve"> </w:t>
      </w:r>
      <w:r w:rsidRPr="000B687D">
        <w:rPr>
          <w:rFonts w:ascii="Sakkal Majalla" w:hAnsi="Sakkal Majalla" w:cs="Sakkal Majalla" w:hint="cs"/>
          <w:szCs w:val="28"/>
          <w:rtl/>
        </w:rPr>
        <w:t>ممارسات</w:t>
      </w:r>
      <w:r w:rsidRPr="000B687D">
        <w:rPr>
          <w:rFonts w:ascii="Sakkal Majalla" w:hAnsi="Sakkal Majalla" w:cs="Sakkal Majalla"/>
          <w:szCs w:val="28"/>
          <w:rtl/>
        </w:rPr>
        <w:t xml:space="preserve"> </w:t>
      </w:r>
      <w:r w:rsidRPr="000B687D">
        <w:rPr>
          <w:rFonts w:ascii="Sakkal Majalla" w:hAnsi="Sakkal Majalla" w:cs="Sakkal Majalla" w:hint="cs"/>
          <w:szCs w:val="28"/>
          <w:rtl/>
        </w:rPr>
        <w:t>عملية</w:t>
      </w:r>
      <w:r w:rsidRPr="000B687D">
        <w:rPr>
          <w:rFonts w:ascii="Sakkal Majalla" w:hAnsi="Sakkal Majalla" w:cs="Sakkal Majalla"/>
          <w:szCs w:val="28"/>
          <w:rtl/>
        </w:rPr>
        <w:t>.</w:t>
      </w:r>
    </w:p>
    <w:p w14:paraId="4FC7BACB" w14:textId="1FB0395B"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هذا</w:t>
      </w:r>
      <w:r w:rsidRPr="000B687D">
        <w:rPr>
          <w:rFonts w:ascii="Sakkal Majalla" w:hAnsi="Sakkal Majalla" w:cs="Sakkal Majalla"/>
          <w:szCs w:val="28"/>
          <w:rtl/>
        </w:rPr>
        <w:t xml:space="preserve"> </w:t>
      </w:r>
      <w:r w:rsidRPr="000B687D">
        <w:rPr>
          <w:rFonts w:ascii="Sakkal Majalla" w:hAnsi="Sakkal Majalla" w:cs="Sakkal Majalla" w:hint="cs"/>
          <w:szCs w:val="28"/>
          <w:rtl/>
        </w:rPr>
        <w:t>البعد</w:t>
      </w:r>
      <w:r w:rsidRPr="000B687D">
        <w:rPr>
          <w:rFonts w:ascii="Sakkal Majalla" w:hAnsi="Sakkal Majalla" w:cs="Sakkal Majalla"/>
          <w:szCs w:val="28"/>
          <w:rtl/>
        </w:rPr>
        <w:t xml:space="preserve"> </w:t>
      </w:r>
      <w:r w:rsidRPr="000B687D">
        <w:rPr>
          <w:rFonts w:ascii="Sakkal Majalla" w:hAnsi="Sakkal Majalla" w:cs="Sakkal Majalla" w:hint="cs"/>
          <w:szCs w:val="28"/>
          <w:rtl/>
        </w:rPr>
        <w:t>الأخير</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القدرة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الامتصاصية</w:t>
      </w:r>
      <w:r w:rsidRPr="000B687D">
        <w:rPr>
          <w:rFonts w:ascii="Sakkal Majalla" w:hAnsi="Sakkal Majalla" w:cs="Sakkal Majalla"/>
          <w:szCs w:val="28"/>
          <w:rtl/>
        </w:rPr>
        <w:t xml:space="preserve">) </w:t>
      </w:r>
      <w:r w:rsidRPr="000B687D">
        <w:rPr>
          <w:rFonts w:ascii="Sakkal Majalla" w:hAnsi="Sakkal Majalla" w:cs="Sakkal Majalla" w:hint="cs"/>
          <w:szCs w:val="28"/>
          <w:rtl/>
        </w:rPr>
        <w:t>يمثل</w:t>
      </w:r>
      <w:r w:rsidRPr="000B687D">
        <w:rPr>
          <w:rFonts w:ascii="Sakkal Majalla" w:hAnsi="Sakkal Majalla" w:cs="Sakkal Majalla"/>
          <w:szCs w:val="28"/>
          <w:rtl/>
        </w:rPr>
        <w:t xml:space="preserve"> </w:t>
      </w:r>
      <w:r w:rsidRPr="000B687D">
        <w:rPr>
          <w:rFonts w:ascii="Sakkal Majalla" w:hAnsi="Sakkal Majalla" w:cs="Sakkal Majalla" w:hint="cs"/>
          <w:szCs w:val="28"/>
          <w:rtl/>
        </w:rPr>
        <w:t>حلقة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الوصل</w:t>
      </w:r>
      <w:r w:rsidRPr="000B687D">
        <w:rPr>
          <w:rFonts w:ascii="Sakkal Majalla" w:hAnsi="Sakkal Majalla" w:cs="Sakkal Majalla"/>
          <w:szCs w:val="28"/>
          <w:rtl/>
        </w:rPr>
        <w:t xml:space="preserve"> </w:t>
      </w:r>
      <w:r w:rsidRPr="000B687D">
        <w:rPr>
          <w:rFonts w:ascii="Sakkal Majalla" w:hAnsi="Sakkal Majalla" w:cs="Sakkal Majalla" w:hint="cs"/>
          <w:szCs w:val="28"/>
          <w:rtl/>
        </w:rPr>
        <w:t>بين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العوامل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الداخلية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والدعم</w:t>
      </w:r>
      <w:r w:rsidRPr="000B687D">
        <w:rPr>
          <w:rFonts w:ascii="Sakkal Majalla" w:hAnsi="Sakkal Majalla" w:cs="Sakkal Majalla"/>
          <w:szCs w:val="28"/>
          <w:rtl/>
        </w:rPr>
        <w:t xml:space="preserve"> </w:t>
      </w:r>
      <w:r w:rsidRPr="000B687D">
        <w:rPr>
          <w:rFonts w:ascii="Sakkal Majalla" w:hAnsi="Sakkal Majalla" w:cs="Sakkal Majalla" w:hint="cs"/>
          <w:szCs w:val="28"/>
          <w:rtl/>
        </w:rPr>
        <w:t>الخارجي،</w:t>
      </w:r>
      <w:r w:rsidRPr="000B687D">
        <w:rPr>
          <w:rFonts w:ascii="Sakkal Majalla" w:hAnsi="Sakkal Majalla" w:cs="Sakkal Majalla"/>
          <w:szCs w:val="28"/>
          <w:rtl/>
        </w:rPr>
        <w:t xml:space="preserve"> </w:t>
      </w:r>
      <w:r w:rsidRPr="000B687D">
        <w:rPr>
          <w:rFonts w:ascii="Sakkal Majalla" w:hAnsi="Sakkal Majalla" w:cs="Sakkal Majalla" w:hint="cs"/>
          <w:szCs w:val="28"/>
          <w:rtl/>
        </w:rPr>
        <w:t>حيث</w:t>
      </w:r>
      <w:r w:rsidRPr="000B687D">
        <w:rPr>
          <w:rFonts w:ascii="Sakkal Majalla" w:hAnsi="Sakkal Majalla" w:cs="Sakkal Majalla"/>
          <w:szCs w:val="28"/>
          <w:rtl/>
        </w:rPr>
        <w:t xml:space="preserve"> </w:t>
      </w:r>
      <w:r w:rsidRPr="000B687D">
        <w:rPr>
          <w:rFonts w:ascii="Sakkal Majalla" w:hAnsi="Sakkal Majalla" w:cs="Sakkal Majalla" w:hint="cs"/>
          <w:szCs w:val="28"/>
          <w:rtl/>
        </w:rPr>
        <w:t>يُمكّن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الجهات</w:t>
      </w:r>
      <w:r w:rsidRPr="000B687D">
        <w:rPr>
          <w:rFonts w:ascii="Sakkal Majalla" w:hAnsi="Sakkal Majalla" w:cs="Sakkal Majalla"/>
          <w:szCs w:val="28"/>
          <w:rtl/>
        </w:rPr>
        <w:t xml:space="preserve"> </w:t>
      </w:r>
      <w:r w:rsidRPr="000B687D">
        <w:rPr>
          <w:rFonts w:ascii="Sakkal Majalla" w:hAnsi="Sakkal Majalla" w:cs="Sakkal Majalla" w:hint="cs"/>
          <w:szCs w:val="28"/>
          <w:rtl/>
        </w:rPr>
        <w:t>من</w:t>
      </w:r>
      <w:r w:rsidRPr="000B687D">
        <w:rPr>
          <w:rFonts w:ascii="Sakkal Majalla" w:hAnsi="Sakkal Majalla" w:cs="Sakkal Majalla"/>
          <w:szCs w:val="28"/>
          <w:rtl/>
        </w:rPr>
        <w:t xml:space="preserve"> </w:t>
      </w:r>
      <w:r w:rsidRPr="000B687D">
        <w:rPr>
          <w:rFonts w:ascii="Sakkal Majalla" w:hAnsi="Sakkal Majalla" w:cs="Sakkal Majalla" w:hint="cs"/>
          <w:szCs w:val="28"/>
          <w:rtl/>
        </w:rPr>
        <w:t>تكييف</w:t>
      </w:r>
      <w:r w:rsidRPr="000B687D">
        <w:rPr>
          <w:rFonts w:ascii="Sakkal Majalla" w:hAnsi="Sakkal Majalla" w:cs="Sakkal Majalla"/>
          <w:szCs w:val="28"/>
          <w:rtl/>
        </w:rPr>
        <w:t xml:space="preserve"> </w:t>
      </w:r>
      <w:r w:rsidRPr="000B687D">
        <w:rPr>
          <w:rFonts w:ascii="Sakkal Majalla" w:hAnsi="Sakkal Majalla" w:cs="Sakkal Majalla" w:hint="cs"/>
          <w:szCs w:val="28"/>
          <w:rtl/>
        </w:rPr>
        <w:t>ما</w:t>
      </w:r>
      <w:r w:rsidRPr="000B687D">
        <w:rPr>
          <w:rFonts w:ascii="Sakkal Majalla" w:hAnsi="Sakkal Majalla" w:cs="Sakkal Majalla"/>
          <w:szCs w:val="28"/>
          <w:rtl/>
        </w:rPr>
        <w:t xml:space="preserve"> </w:t>
      </w:r>
      <w:r w:rsidRPr="000B687D">
        <w:rPr>
          <w:rFonts w:ascii="Sakkal Majalla" w:hAnsi="Sakkal Majalla" w:cs="Sakkal Majalla" w:hint="cs"/>
          <w:szCs w:val="28"/>
          <w:rtl/>
        </w:rPr>
        <w:t>تتلقاه</w:t>
      </w:r>
      <w:r w:rsidRPr="000B687D">
        <w:rPr>
          <w:rFonts w:ascii="Sakkal Majalla" w:hAnsi="Sakkal Majalla" w:cs="Sakkal Majalla"/>
          <w:szCs w:val="28"/>
          <w:rtl/>
        </w:rPr>
        <w:t xml:space="preserve"> </w:t>
      </w:r>
      <w:r w:rsidRPr="000B687D">
        <w:rPr>
          <w:rFonts w:ascii="Sakkal Majalla" w:hAnsi="Sakkal Majalla" w:cs="Sakkal Majalla" w:hint="cs"/>
          <w:szCs w:val="28"/>
          <w:rtl/>
        </w:rPr>
        <w:t>من</w:t>
      </w:r>
      <w:r w:rsidRPr="000B687D">
        <w:rPr>
          <w:rFonts w:ascii="Sakkal Majalla" w:hAnsi="Sakkal Majalla" w:cs="Sakkal Majalla"/>
          <w:szCs w:val="28"/>
          <w:rtl/>
        </w:rPr>
        <w:t xml:space="preserve"> </w:t>
      </w:r>
      <w:r w:rsidRPr="000B687D">
        <w:rPr>
          <w:rFonts w:ascii="Sakkal Majalla" w:hAnsi="Sakkal Majalla" w:cs="Sakkal Majalla" w:hint="cs"/>
          <w:szCs w:val="28"/>
          <w:rtl/>
        </w:rPr>
        <w:t>معرفة</w:t>
      </w:r>
      <w:r w:rsidRPr="000B687D">
        <w:rPr>
          <w:rFonts w:ascii="Sakkal Majalla" w:hAnsi="Sakkal Majalla" w:cs="Sakkal Majalla"/>
          <w:szCs w:val="28"/>
          <w:rtl/>
        </w:rPr>
        <w:t xml:space="preserve"> </w:t>
      </w:r>
      <w:r w:rsidRPr="000B687D">
        <w:rPr>
          <w:rFonts w:ascii="Sakkal Majalla" w:hAnsi="Sakkal Majalla" w:cs="Sakkal Majalla" w:hint="cs"/>
          <w:szCs w:val="28"/>
          <w:rtl/>
        </w:rPr>
        <w:t>وخبرة</w:t>
      </w:r>
      <w:r w:rsidRPr="000B687D">
        <w:rPr>
          <w:rFonts w:ascii="Sakkal Majalla" w:hAnsi="Sakkal Majalla" w:cs="Sakkal Majalla"/>
          <w:szCs w:val="28"/>
          <w:rtl/>
        </w:rPr>
        <w:t xml:space="preserve"> </w:t>
      </w:r>
      <w:r w:rsidRPr="000B687D">
        <w:rPr>
          <w:rFonts w:ascii="Sakkal Majalla" w:hAnsi="Sakkal Majalla" w:cs="Sakkal Majalla" w:hint="cs"/>
          <w:szCs w:val="28"/>
          <w:rtl/>
        </w:rPr>
        <w:t>بما</w:t>
      </w:r>
      <w:r w:rsidRPr="000B687D">
        <w:rPr>
          <w:rFonts w:ascii="Sakkal Majalla" w:hAnsi="Sakkal Majalla" w:cs="Sakkal Majalla"/>
          <w:szCs w:val="28"/>
          <w:rtl/>
        </w:rPr>
        <w:t xml:space="preserve"> </w:t>
      </w:r>
      <w:r w:rsidRPr="000B687D">
        <w:rPr>
          <w:rFonts w:ascii="Sakkal Majalla" w:hAnsi="Sakkal Majalla" w:cs="Sakkal Majalla" w:hint="cs"/>
          <w:szCs w:val="28"/>
          <w:rtl/>
        </w:rPr>
        <w:t>يتناسب</w:t>
      </w:r>
      <w:r w:rsidRPr="000B687D">
        <w:rPr>
          <w:rFonts w:ascii="Sakkal Majalla" w:hAnsi="Sakkal Majalla" w:cs="Sakkal Majalla"/>
          <w:szCs w:val="28"/>
          <w:rtl/>
        </w:rPr>
        <w:t xml:space="preserve"> </w:t>
      </w:r>
      <w:r w:rsidRPr="000B687D">
        <w:rPr>
          <w:rFonts w:ascii="Sakkal Majalla" w:hAnsi="Sakkal Majalla" w:cs="Sakkal Majalla" w:hint="cs"/>
          <w:szCs w:val="28"/>
          <w:rtl/>
        </w:rPr>
        <w:t>مع</w:t>
      </w:r>
      <w:r w:rsidRPr="000B687D">
        <w:rPr>
          <w:rFonts w:ascii="Sakkal Majalla" w:hAnsi="Sakkal Majalla" w:cs="Sakkal Majalla"/>
          <w:szCs w:val="28"/>
          <w:rtl/>
        </w:rPr>
        <w:t xml:space="preserve"> </w:t>
      </w:r>
      <w:r w:rsidRPr="000B687D">
        <w:rPr>
          <w:rFonts w:ascii="Sakkal Majalla" w:hAnsi="Sakkal Majalla" w:cs="Sakkal Majalla" w:hint="cs"/>
          <w:szCs w:val="28"/>
          <w:rtl/>
        </w:rPr>
        <w:t>بنيتها</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المؤسسية</w:t>
      </w:r>
      <w:r w:rsidRPr="000B687D">
        <w:rPr>
          <w:rFonts w:ascii="Sakkal Majalla" w:hAnsi="Sakkal Majalla" w:cs="Sakkal Majalla"/>
          <w:szCs w:val="28"/>
          <w:rtl/>
        </w:rPr>
        <w:t>.</w:t>
      </w:r>
    </w:p>
    <w:p w14:paraId="3C55CE98" w14:textId="77777777" w:rsidR="000B687D" w:rsidRPr="000B687D" w:rsidRDefault="000B687D" w:rsidP="00634497">
      <w:pPr>
        <w:bidi/>
        <w:spacing w:line="360" w:lineRule="auto"/>
        <w:jc w:val="lowKashida"/>
        <w:rPr>
          <w:rFonts w:ascii="Sakkal Majalla" w:hAnsi="Sakkal Majalla" w:cs="Sakkal Majalla"/>
          <w:b/>
          <w:bCs/>
          <w:szCs w:val="28"/>
        </w:rPr>
      </w:pPr>
      <w:r w:rsidRPr="000B687D">
        <w:rPr>
          <w:rFonts w:ascii="Sakkal Majalla" w:hAnsi="Sakkal Majalla" w:cs="Sakkal Majalla" w:hint="cs"/>
          <w:b/>
          <w:bCs/>
          <w:szCs w:val="28"/>
          <w:rtl/>
        </w:rPr>
        <w:t>ثالثاً</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التحليل</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الاستنتاجي</w:t>
      </w:r>
    </w:p>
    <w:p w14:paraId="42E376AF"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تدعم</w:t>
      </w:r>
      <w:r w:rsidRPr="000B687D">
        <w:rPr>
          <w:rFonts w:ascii="Sakkal Majalla" w:hAnsi="Sakkal Majalla" w:cs="Sakkal Majalla"/>
          <w:szCs w:val="28"/>
          <w:rtl/>
        </w:rPr>
        <w:t xml:space="preserve"> </w:t>
      </w:r>
      <w:r w:rsidRPr="000B687D">
        <w:rPr>
          <w:rFonts w:ascii="Sakkal Majalla" w:hAnsi="Sakkal Majalla" w:cs="Sakkal Majalla" w:hint="cs"/>
          <w:szCs w:val="28"/>
          <w:rtl/>
        </w:rPr>
        <w:t>هذه</w:t>
      </w:r>
      <w:r w:rsidRPr="000B687D">
        <w:rPr>
          <w:rFonts w:ascii="Sakkal Majalla" w:hAnsi="Sakkal Majalla" w:cs="Sakkal Majalla"/>
          <w:szCs w:val="28"/>
          <w:rtl/>
        </w:rPr>
        <w:t xml:space="preserve"> </w:t>
      </w:r>
      <w:r w:rsidRPr="000B687D">
        <w:rPr>
          <w:rFonts w:ascii="Sakkal Majalla" w:hAnsi="Sakkal Majalla" w:cs="Sakkal Majalla" w:hint="cs"/>
          <w:szCs w:val="28"/>
          <w:rtl/>
        </w:rPr>
        <w:t>النتائج</w:t>
      </w:r>
      <w:r w:rsidRPr="000B687D">
        <w:rPr>
          <w:rFonts w:ascii="Sakkal Majalla" w:hAnsi="Sakkal Majalla" w:cs="Sakkal Majalla"/>
          <w:szCs w:val="28"/>
          <w:rtl/>
        </w:rPr>
        <w:t xml:space="preserve"> </w:t>
      </w:r>
      <w:r w:rsidRPr="000B687D">
        <w:rPr>
          <w:rFonts w:ascii="Sakkal Majalla" w:hAnsi="Sakkal Majalla" w:cs="Sakkal Majalla" w:hint="cs"/>
          <w:szCs w:val="28"/>
          <w:rtl/>
        </w:rPr>
        <w:t>الفرضية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الأولى</w:t>
      </w:r>
      <w:r w:rsidRPr="000B687D">
        <w:rPr>
          <w:rFonts w:ascii="Sakkal Majalla" w:hAnsi="Sakkal Majalla" w:cs="Sakkal Majalla"/>
          <w:szCs w:val="28"/>
          <w:rtl/>
        </w:rPr>
        <w:t xml:space="preserve"> </w:t>
      </w:r>
      <w:r w:rsidRPr="000B687D">
        <w:rPr>
          <w:rFonts w:ascii="Sakkal Majalla" w:hAnsi="Sakkal Majalla" w:cs="Sakkal Majalla" w:hint="cs"/>
          <w:szCs w:val="28"/>
          <w:rtl/>
        </w:rPr>
        <w:t>للدراسة،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التي</w:t>
      </w:r>
      <w:r w:rsidRPr="000B687D">
        <w:rPr>
          <w:rFonts w:ascii="Sakkal Majalla" w:hAnsi="Sakkal Majalla" w:cs="Sakkal Majalla"/>
          <w:szCs w:val="28"/>
          <w:rtl/>
        </w:rPr>
        <w:t xml:space="preserve"> </w:t>
      </w:r>
      <w:r w:rsidRPr="000B687D">
        <w:rPr>
          <w:rFonts w:ascii="Sakkal Majalla" w:hAnsi="Sakkal Majalla" w:cs="Sakkal Majalla" w:hint="cs"/>
          <w:szCs w:val="28"/>
          <w:rtl/>
        </w:rPr>
        <w:t>ترى</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العوامل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الداخلية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القوية</w:t>
      </w:r>
      <w:r w:rsidRPr="000B687D">
        <w:rPr>
          <w:rFonts w:ascii="Sakkal Majalla" w:hAnsi="Sakkal Majalla" w:cs="Sakkal Majalla"/>
          <w:szCs w:val="28"/>
          <w:rtl/>
        </w:rPr>
        <w:t xml:space="preserve"> </w:t>
      </w:r>
      <w:r w:rsidRPr="000B687D">
        <w:rPr>
          <w:rFonts w:ascii="Sakkal Majalla" w:hAnsi="Sakkal Majalla" w:cs="Sakkal Majalla" w:hint="cs"/>
          <w:szCs w:val="28"/>
          <w:rtl/>
        </w:rPr>
        <w:t>تمثل</w:t>
      </w:r>
      <w:r w:rsidRPr="000B687D">
        <w:rPr>
          <w:rFonts w:ascii="Sakkal Majalla" w:hAnsi="Sakkal Majalla" w:cs="Sakkal Majalla"/>
          <w:szCs w:val="28"/>
          <w:rtl/>
        </w:rPr>
        <w:t xml:space="preserve"> </w:t>
      </w:r>
      <w:r w:rsidRPr="000B687D">
        <w:rPr>
          <w:rFonts w:ascii="Sakkal Majalla" w:hAnsi="Sakkal Majalla" w:cs="Sakkal Majalla" w:hint="cs"/>
          <w:szCs w:val="28"/>
          <w:rtl/>
        </w:rPr>
        <w:t>شرطًا</w:t>
      </w:r>
      <w:r w:rsidRPr="000B687D">
        <w:rPr>
          <w:rFonts w:ascii="Sakkal Majalla" w:hAnsi="Sakkal Majalla" w:cs="Sakkal Majalla"/>
          <w:szCs w:val="28"/>
          <w:rtl/>
        </w:rPr>
        <w:t xml:space="preserve"> </w:t>
      </w:r>
      <w:r w:rsidRPr="000B687D">
        <w:rPr>
          <w:rFonts w:ascii="Sakkal Majalla" w:hAnsi="Sakkal Majalla" w:cs="Sakkal Majalla" w:hint="cs"/>
          <w:szCs w:val="28"/>
          <w:rtl/>
        </w:rPr>
        <w:t>ضروريًا</w:t>
      </w:r>
      <w:r w:rsidRPr="000B687D">
        <w:rPr>
          <w:rFonts w:ascii="Sakkal Majalla" w:hAnsi="Sakkal Majalla" w:cs="Sakkal Majalla"/>
          <w:szCs w:val="28"/>
          <w:rtl/>
        </w:rPr>
        <w:t xml:space="preserve"> </w:t>
      </w:r>
      <w:r w:rsidRPr="000B687D">
        <w:rPr>
          <w:rFonts w:ascii="Sakkal Majalla" w:hAnsi="Sakkal Majalla" w:cs="Sakkal Majalla" w:hint="cs"/>
          <w:szCs w:val="28"/>
          <w:rtl/>
        </w:rPr>
        <w:t>لاستدامة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الابتكار</w:t>
      </w:r>
      <w:r w:rsidRPr="000B687D">
        <w:rPr>
          <w:rFonts w:ascii="Sakkal Majalla" w:hAnsi="Sakkal Majalla" w:cs="Sakkal Majalla"/>
          <w:szCs w:val="28"/>
          <w:rtl/>
        </w:rPr>
        <w:t xml:space="preserve">. </w:t>
      </w:r>
      <w:r w:rsidRPr="000B687D">
        <w:rPr>
          <w:rFonts w:ascii="Sakkal Majalla" w:hAnsi="Sakkal Majalla" w:cs="Sakkal Majalla" w:hint="cs"/>
          <w:szCs w:val="28"/>
          <w:rtl/>
        </w:rPr>
        <w:t>ومع</w:t>
      </w:r>
      <w:r w:rsidRPr="000B687D">
        <w:rPr>
          <w:rFonts w:ascii="Sakkal Majalla" w:hAnsi="Sakkal Majalla" w:cs="Sakkal Majalla"/>
          <w:szCs w:val="28"/>
          <w:rtl/>
        </w:rPr>
        <w:t xml:space="preserve"> </w:t>
      </w:r>
      <w:r w:rsidRPr="000B687D">
        <w:rPr>
          <w:rFonts w:ascii="Sakkal Majalla" w:hAnsi="Sakkal Majalla" w:cs="Sakkal Majalla" w:hint="cs"/>
          <w:szCs w:val="28"/>
          <w:rtl/>
        </w:rPr>
        <w:t>ذلك،</w:t>
      </w:r>
      <w:r w:rsidRPr="000B687D">
        <w:rPr>
          <w:rFonts w:ascii="Sakkal Majalla" w:hAnsi="Sakkal Majalla" w:cs="Sakkal Majalla"/>
          <w:szCs w:val="28"/>
          <w:rtl/>
        </w:rPr>
        <w:t xml:space="preserve"> </w:t>
      </w:r>
      <w:r w:rsidRPr="000B687D">
        <w:rPr>
          <w:rFonts w:ascii="Sakkal Majalla" w:hAnsi="Sakkal Majalla" w:cs="Sakkal Majalla" w:hint="cs"/>
          <w:szCs w:val="28"/>
          <w:rtl/>
        </w:rPr>
        <w:t>فإن</w:t>
      </w:r>
      <w:r w:rsidRPr="000B687D">
        <w:rPr>
          <w:rFonts w:ascii="Sakkal Majalla" w:hAnsi="Sakkal Majalla" w:cs="Sakkal Majalla"/>
          <w:szCs w:val="28"/>
          <w:rtl/>
        </w:rPr>
        <w:t xml:space="preserve"> </w:t>
      </w:r>
      <w:r w:rsidRPr="000B687D">
        <w:rPr>
          <w:rFonts w:ascii="Sakkal Majalla" w:hAnsi="Sakkal Majalla" w:cs="Sakkal Majalla" w:hint="cs"/>
          <w:szCs w:val="28"/>
          <w:rtl/>
        </w:rPr>
        <w:t>أي</w:t>
      </w:r>
      <w:r w:rsidRPr="000B687D">
        <w:rPr>
          <w:rFonts w:ascii="Sakkal Majalla" w:hAnsi="Sakkal Majalla" w:cs="Sakkal Majalla"/>
          <w:szCs w:val="28"/>
          <w:rtl/>
        </w:rPr>
        <w:t xml:space="preserve"> </w:t>
      </w:r>
      <w:r w:rsidRPr="000B687D">
        <w:rPr>
          <w:rFonts w:ascii="Sakkal Majalla" w:hAnsi="Sakkal Majalla" w:cs="Sakkal Majalla" w:hint="cs"/>
          <w:szCs w:val="28"/>
          <w:rtl/>
        </w:rPr>
        <w:t>ضعف</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التعلم</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المؤسسي</w:t>
      </w:r>
      <w:r w:rsidRPr="000B687D">
        <w:rPr>
          <w:rFonts w:ascii="Sakkal Majalla" w:hAnsi="Sakkal Majalla" w:cs="Sakkal Majalla"/>
          <w:szCs w:val="28"/>
          <w:rtl/>
        </w:rPr>
        <w:t xml:space="preserve"> </w:t>
      </w:r>
      <w:r w:rsidRPr="000B687D">
        <w:rPr>
          <w:rFonts w:ascii="Sakkal Majalla" w:hAnsi="Sakkal Majalla" w:cs="Sakkal Majalla" w:hint="cs"/>
          <w:szCs w:val="28"/>
          <w:rtl/>
        </w:rPr>
        <w:t>أو</w:t>
      </w:r>
      <w:r w:rsidRPr="000B687D">
        <w:rPr>
          <w:rFonts w:ascii="Sakkal Majalla" w:hAnsi="Sakkal Majalla" w:cs="Sakkal Majalla"/>
          <w:szCs w:val="28"/>
          <w:rtl/>
        </w:rPr>
        <w:t xml:space="preserve"> </w:t>
      </w:r>
      <w:r w:rsidRPr="000B687D">
        <w:rPr>
          <w:rFonts w:ascii="Sakkal Majalla" w:hAnsi="Sakkal Majalla" w:cs="Sakkal Majalla" w:hint="cs"/>
          <w:szCs w:val="28"/>
          <w:rtl/>
        </w:rPr>
        <w:t>إدارة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الموارد</w:t>
      </w:r>
      <w:r w:rsidRPr="000B687D">
        <w:rPr>
          <w:rFonts w:ascii="Sakkal Majalla" w:hAnsi="Sakkal Majalla" w:cs="Sakkal Majalla"/>
          <w:szCs w:val="28"/>
          <w:rtl/>
        </w:rPr>
        <w:t xml:space="preserve"> </w:t>
      </w:r>
      <w:r w:rsidRPr="000B687D">
        <w:rPr>
          <w:rFonts w:ascii="Sakkal Majalla" w:hAnsi="Sakkal Majalla" w:cs="Sakkal Majalla" w:hint="cs"/>
          <w:szCs w:val="28"/>
          <w:rtl/>
        </w:rPr>
        <w:t>قد</w:t>
      </w:r>
      <w:r w:rsidRPr="000B687D">
        <w:rPr>
          <w:rFonts w:ascii="Sakkal Majalla" w:hAnsi="Sakkal Majalla" w:cs="Sakkal Majalla"/>
          <w:szCs w:val="28"/>
          <w:rtl/>
        </w:rPr>
        <w:t xml:space="preserve"> </w:t>
      </w:r>
      <w:r w:rsidRPr="000B687D">
        <w:rPr>
          <w:rFonts w:ascii="Sakkal Majalla" w:hAnsi="Sakkal Majalla" w:cs="Sakkal Majalla" w:hint="cs"/>
          <w:szCs w:val="28"/>
          <w:rtl/>
        </w:rPr>
        <w:t>يحد</w:t>
      </w:r>
      <w:r w:rsidRPr="000B687D">
        <w:rPr>
          <w:rFonts w:ascii="Sakkal Majalla" w:hAnsi="Sakkal Majalla" w:cs="Sakkal Majalla"/>
          <w:szCs w:val="28"/>
          <w:rtl/>
        </w:rPr>
        <w:t xml:space="preserve"> </w:t>
      </w:r>
      <w:r w:rsidRPr="000B687D">
        <w:rPr>
          <w:rFonts w:ascii="Sakkal Majalla" w:hAnsi="Sakkal Majalla" w:cs="Sakkal Majalla" w:hint="cs"/>
          <w:szCs w:val="28"/>
          <w:rtl/>
        </w:rPr>
        <w:t>من</w:t>
      </w:r>
      <w:r w:rsidRPr="000B687D">
        <w:rPr>
          <w:rFonts w:ascii="Sakkal Majalla" w:hAnsi="Sakkal Majalla" w:cs="Sakkal Majalla"/>
          <w:szCs w:val="28"/>
          <w:rtl/>
        </w:rPr>
        <w:t xml:space="preserve"> </w:t>
      </w:r>
      <w:r w:rsidRPr="000B687D">
        <w:rPr>
          <w:rFonts w:ascii="Sakkal Majalla" w:hAnsi="Sakkal Majalla" w:cs="Sakkal Majalla" w:hint="cs"/>
          <w:szCs w:val="28"/>
          <w:rtl/>
        </w:rPr>
        <w:t>قدرة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الجهة</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استثمار</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الدعم</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الاستشاري</w:t>
      </w:r>
      <w:r w:rsidRPr="000B687D">
        <w:rPr>
          <w:rFonts w:ascii="Sakkal Majalla" w:hAnsi="Sakkal Majalla" w:cs="Sakkal Majalla"/>
          <w:szCs w:val="28"/>
          <w:rtl/>
        </w:rPr>
        <w:t xml:space="preserve"> </w:t>
      </w:r>
      <w:r w:rsidRPr="000B687D">
        <w:rPr>
          <w:rFonts w:ascii="Sakkal Majalla" w:hAnsi="Sakkal Majalla" w:cs="Sakkal Majalla" w:hint="cs"/>
          <w:szCs w:val="28"/>
          <w:rtl/>
        </w:rPr>
        <w:t>بكفاءة،</w:t>
      </w:r>
      <w:r w:rsidRPr="000B687D">
        <w:rPr>
          <w:rFonts w:ascii="Sakkal Majalla" w:hAnsi="Sakkal Majalla" w:cs="Sakkal Majalla"/>
          <w:szCs w:val="28"/>
          <w:rtl/>
        </w:rPr>
        <w:t xml:space="preserve"> </w:t>
      </w:r>
      <w:r w:rsidRPr="000B687D">
        <w:rPr>
          <w:rFonts w:ascii="Sakkal Majalla" w:hAnsi="Sakkal Majalla" w:cs="Sakkal Majalla" w:hint="cs"/>
          <w:szCs w:val="28"/>
          <w:rtl/>
        </w:rPr>
        <w:t>مما</w:t>
      </w:r>
      <w:r w:rsidRPr="000B687D">
        <w:rPr>
          <w:rFonts w:ascii="Sakkal Majalla" w:hAnsi="Sakkal Majalla" w:cs="Sakkal Majalla"/>
          <w:szCs w:val="28"/>
          <w:rtl/>
        </w:rPr>
        <w:t xml:space="preserve"> </w:t>
      </w:r>
      <w:r w:rsidRPr="000B687D">
        <w:rPr>
          <w:rFonts w:ascii="Sakkal Majalla" w:hAnsi="Sakkal Majalla" w:cs="Sakkal Majalla" w:hint="cs"/>
          <w:szCs w:val="28"/>
          <w:rtl/>
        </w:rPr>
        <w:t>قد</w:t>
      </w:r>
      <w:r w:rsidRPr="000B687D">
        <w:rPr>
          <w:rFonts w:ascii="Sakkal Majalla" w:hAnsi="Sakkal Majalla" w:cs="Sakkal Majalla"/>
          <w:szCs w:val="28"/>
          <w:rtl/>
        </w:rPr>
        <w:t xml:space="preserve"> </w:t>
      </w:r>
      <w:r w:rsidRPr="000B687D">
        <w:rPr>
          <w:rFonts w:ascii="Sakkal Majalla" w:hAnsi="Sakkal Majalla" w:cs="Sakkal Majalla" w:hint="cs"/>
          <w:szCs w:val="28"/>
          <w:rtl/>
        </w:rPr>
        <w:t>ينعكس</w:t>
      </w:r>
      <w:r w:rsidRPr="000B687D">
        <w:rPr>
          <w:rFonts w:ascii="Sakkal Majalla" w:hAnsi="Sakkal Majalla" w:cs="Sakkal Majalla"/>
          <w:szCs w:val="28"/>
          <w:rtl/>
        </w:rPr>
        <w:t xml:space="preserve"> </w:t>
      </w:r>
      <w:r w:rsidRPr="000B687D">
        <w:rPr>
          <w:rFonts w:ascii="Sakkal Majalla" w:hAnsi="Sakkal Majalla" w:cs="Sakkal Majalla" w:hint="cs"/>
          <w:szCs w:val="28"/>
          <w:rtl/>
        </w:rPr>
        <w:t>سلبًا</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استدامة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الابتكار</w:t>
      </w:r>
      <w:r w:rsidRPr="000B687D">
        <w:rPr>
          <w:rFonts w:ascii="Sakkal Majalla" w:hAnsi="Sakkal Majalla" w:cs="Sakkal Majalla"/>
          <w:szCs w:val="28"/>
          <w:rtl/>
        </w:rPr>
        <w:t>.</w:t>
      </w:r>
    </w:p>
    <w:p w14:paraId="7787B12C" w14:textId="2ABA5ACD" w:rsidR="00F00560"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وبالتالي،</w:t>
      </w:r>
      <w:r w:rsidRPr="000B687D">
        <w:rPr>
          <w:rFonts w:ascii="Sakkal Majalla" w:hAnsi="Sakkal Majalla" w:cs="Sakkal Majalla"/>
          <w:szCs w:val="28"/>
          <w:rtl/>
        </w:rPr>
        <w:t xml:space="preserve"> </w:t>
      </w:r>
      <w:r w:rsidRPr="000B687D">
        <w:rPr>
          <w:rFonts w:ascii="Sakkal Majalla" w:hAnsi="Sakkal Majalla" w:cs="Sakkal Majalla" w:hint="cs"/>
          <w:szCs w:val="28"/>
          <w:rtl/>
        </w:rPr>
        <w:t>فإن</w:t>
      </w:r>
      <w:r w:rsidRPr="000B687D">
        <w:rPr>
          <w:rFonts w:ascii="Sakkal Majalla" w:hAnsi="Sakkal Majalla" w:cs="Sakkal Majalla"/>
          <w:szCs w:val="28"/>
          <w:rtl/>
        </w:rPr>
        <w:t xml:space="preserve"> </w:t>
      </w:r>
      <w:r w:rsidRPr="000B687D">
        <w:rPr>
          <w:rFonts w:ascii="Sakkal Majalla" w:hAnsi="Sakkal Majalla" w:cs="Sakkal Majalla" w:hint="cs"/>
          <w:szCs w:val="28"/>
          <w:rtl/>
        </w:rPr>
        <w:t>تعزيز</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القدرات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الامتصاصية</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هذه</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الجهات</w:t>
      </w:r>
      <w:r w:rsidRPr="000B687D">
        <w:rPr>
          <w:rFonts w:ascii="Sakkal Majalla" w:hAnsi="Sakkal Majalla" w:cs="Sakkal Majalla"/>
          <w:szCs w:val="28"/>
          <w:rtl/>
        </w:rPr>
        <w:t xml:space="preserve"> </w:t>
      </w:r>
      <w:r w:rsidRPr="000B687D">
        <w:rPr>
          <w:rFonts w:ascii="Sakkal Majalla" w:hAnsi="Sakkal Majalla" w:cs="Sakkal Majalla" w:hint="cs"/>
          <w:szCs w:val="28"/>
          <w:rtl/>
        </w:rPr>
        <w:t>يصبح</w:t>
      </w:r>
      <w:r w:rsidRPr="000B687D">
        <w:rPr>
          <w:rFonts w:ascii="Sakkal Majalla" w:hAnsi="Sakkal Majalla" w:cs="Sakkal Majalla"/>
          <w:szCs w:val="28"/>
          <w:rtl/>
        </w:rPr>
        <w:t xml:space="preserve"> </w:t>
      </w:r>
      <w:r w:rsidRPr="000B687D">
        <w:rPr>
          <w:rFonts w:ascii="Sakkal Majalla" w:hAnsi="Sakkal Majalla" w:cs="Sakkal Majalla" w:hint="cs"/>
          <w:szCs w:val="28"/>
          <w:rtl/>
        </w:rPr>
        <w:t>مطلبًا</w:t>
      </w:r>
      <w:r w:rsidRPr="000B687D">
        <w:rPr>
          <w:rFonts w:ascii="Sakkal Majalla" w:hAnsi="Sakkal Majalla" w:cs="Sakkal Majalla"/>
          <w:szCs w:val="28"/>
          <w:rtl/>
        </w:rPr>
        <w:t xml:space="preserve"> </w:t>
      </w:r>
      <w:r w:rsidRPr="000B687D">
        <w:rPr>
          <w:rFonts w:ascii="Sakkal Majalla" w:hAnsi="Sakkal Majalla" w:cs="Sakkal Majalla" w:hint="cs"/>
          <w:szCs w:val="28"/>
          <w:rtl/>
        </w:rPr>
        <w:t>أساسيًا</w:t>
      </w:r>
      <w:r w:rsidRPr="000B687D">
        <w:rPr>
          <w:rFonts w:ascii="Sakkal Majalla" w:hAnsi="Sakkal Majalla" w:cs="Sakkal Majalla"/>
          <w:szCs w:val="28"/>
          <w:rtl/>
        </w:rPr>
        <w:t xml:space="preserve"> </w:t>
      </w:r>
      <w:r w:rsidRPr="000B687D">
        <w:rPr>
          <w:rFonts w:ascii="Sakkal Majalla" w:hAnsi="Sakkal Majalla" w:cs="Sakkal Majalla" w:hint="cs"/>
          <w:szCs w:val="28"/>
          <w:rtl/>
        </w:rPr>
        <w:t>لتفعيل</w:t>
      </w:r>
      <w:r w:rsidRPr="000B687D">
        <w:rPr>
          <w:rFonts w:ascii="Sakkal Majalla" w:hAnsi="Sakkal Majalla" w:cs="Sakkal Majalla"/>
          <w:szCs w:val="28"/>
          <w:rtl/>
        </w:rPr>
        <w:t xml:space="preserve"> </w:t>
      </w:r>
      <w:r w:rsidRPr="000B687D">
        <w:rPr>
          <w:rFonts w:ascii="Sakkal Majalla" w:hAnsi="Sakkal Majalla" w:cs="Sakkal Majalla" w:hint="cs"/>
          <w:szCs w:val="28"/>
          <w:rtl/>
        </w:rPr>
        <w:t>دور</w:t>
      </w:r>
      <w:r w:rsidRPr="000B687D">
        <w:rPr>
          <w:rFonts w:ascii="Sakkal Majalla" w:hAnsi="Sakkal Majalla" w:cs="Sakkal Majalla"/>
          <w:szCs w:val="28"/>
          <w:rtl/>
        </w:rPr>
        <w:t xml:space="preserve"> </w:t>
      </w:r>
      <w:r w:rsidRPr="000B687D">
        <w:rPr>
          <w:rFonts w:ascii="Sakkal Majalla" w:hAnsi="Sakkal Majalla" w:cs="Sakkal Majalla" w:hint="cs"/>
          <w:szCs w:val="28"/>
          <w:rtl/>
        </w:rPr>
        <w:t>الشركات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الاستشارية</w:t>
      </w:r>
      <w:r w:rsidRPr="000B687D">
        <w:rPr>
          <w:rFonts w:ascii="Sakkal Majalla" w:hAnsi="Sakkal Majalla" w:cs="Sakkal Majalla"/>
          <w:szCs w:val="28"/>
          <w:rtl/>
        </w:rPr>
        <w:t xml:space="preserve"> </w:t>
      </w:r>
      <w:r w:rsidRPr="000B687D">
        <w:rPr>
          <w:rFonts w:ascii="Sakkal Majalla" w:hAnsi="Sakkal Majalla" w:cs="Sakkal Majalla" w:hint="cs"/>
          <w:szCs w:val="28"/>
          <w:rtl/>
        </w:rPr>
        <w:t>وتحقيق</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الاستفادة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القصوى</w:t>
      </w:r>
      <w:r w:rsidRPr="000B687D">
        <w:rPr>
          <w:rFonts w:ascii="Sakkal Majalla" w:hAnsi="Sakkal Majalla" w:cs="Sakkal Majalla"/>
          <w:szCs w:val="28"/>
          <w:rtl/>
        </w:rPr>
        <w:t xml:space="preserve"> </w:t>
      </w:r>
      <w:r w:rsidRPr="000B687D">
        <w:rPr>
          <w:rFonts w:ascii="Sakkal Majalla" w:hAnsi="Sakkal Majalla" w:cs="Sakkal Majalla" w:hint="cs"/>
          <w:szCs w:val="28"/>
          <w:rtl/>
        </w:rPr>
        <w:t>منها</w:t>
      </w:r>
      <w:r w:rsidRPr="000B687D">
        <w:rPr>
          <w:rFonts w:ascii="Sakkal Majalla" w:hAnsi="Sakkal Majalla" w:cs="Sakkal Majalla"/>
          <w:szCs w:val="28"/>
          <w:rtl/>
        </w:rPr>
        <w:t>.</w:t>
      </w:r>
    </w:p>
    <w:p w14:paraId="57C75D99" w14:textId="4F936827" w:rsidR="00350734" w:rsidRPr="000B687D" w:rsidRDefault="000C1F4A" w:rsidP="00F00560">
      <w:pPr>
        <w:bidi/>
        <w:spacing w:line="360" w:lineRule="auto"/>
        <w:rPr>
          <w:rFonts w:ascii="Sakkal Majalla" w:hAnsi="Sakkal Majalla" w:cs="Sakkal Majalla"/>
          <w:szCs w:val="28"/>
        </w:rPr>
      </w:pPr>
      <w:r>
        <w:rPr>
          <w:rFonts w:ascii="Sakkal Majalla" w:hAnsi="Sakkal Majalla" w:cs="Sakkal Majalla"/>
          <w:noProof/>
          <w:szCs w:val="28"/>
        </w:rPr>
        <w:lastRenderedPageBreak/>
        <w:drawing>
          <wp:inline distT="0" distB="0" distL="0" distR="0" wp14:anchorId="3DCCC4AF" wp14:editId="1EE23FD4">
            <wp:extent cx="5564505" cy="2095500"/>
            <wp:effectExtent l="0" t="0" r="0" b="0"/>
            <wp:docPr id="18409839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9658" cy="2104972"/>
                    </a:xfrm>
                    <a:prstGeom prst="rect">
                      <a:avLst/>
                    </a:prstGeom>
                    <a:noFill/>
                  </pic:spPr>
                </pic:pic>
              </a:graphicData>
            </a:graphic>
          </wp:inline>
        </w:drawing>
      </w:r>
    </w:p>
    <w:p w14:paraId="75C6B0E6" w14:textId="77777777" w:rsidR="000B687D" w:rsidRPr="000B687D" w:rsidRDefault="000B687D" w:rsidP="00083D43">
      <w:pPr>
        <w:bidi/>
        <w:spacing w:line="360" w:lineRule="auto"/>
        <w:rPr>
          <w:rFonts w:ascii="Sakkal Majalla" w:hAnsi="Sakkal Majalla" w:cs="Sakkal Majalla"/>
          <w:b/>
          <w:bCs/>
          <w:sz w:val="32"/>
          <w:szCs w:val="32"/>
        </w:rPr>
      </w:pPr>
      <w:r w:rsidRPr="000B687D">
        <w:rPr>
          <w:rFonts w:ascii="Sakkal Majalla" w:hAnsi="Sakkal Majalla" w:cs="Sakkal Majalla"/>
          <w:b/>
          <w:bCs/>
          <w:sz w:val="32"/>
          <w:szCs w:val="32"/>
          <w:rtl/>
        </w:rPr>
        <w:t xml:space="preserve">4.2.2 </w:t>
      </w:r>
      <w:r w:rsidRPr="000B687D">
        <w:rPr>
          <w:rFonts w:ascii="Sakkal Majalla" w:hAnsi="Sakkal Majalla" w:cs="Sakkal Majalla" w:hint="cs"/>
          <w:b/>
          <w:bCs/>
          <w:sz w:val="32"/>
          <w:szCs w:val="32"/>
          <w:rtl/>
        </w:rPr>
        <w:t>الدور</w:t>
      </w:r>
      <w:r w:rsidRPr="000B687D">
        <w:rPr>
          <w:rFonts w:ascii="Sakkal Majalla" w:hAnsi="Sakkal Majalla" w:cs="Sakkal Majalla"/>
          <w:b/>
          <w:bCs/>
          <w:sz w:val="32"/>
          <w:szCs w:val="32"/>
          <w:rtl/>
        </w:rPr>
        <w:t xml:space="preserve"> </w:t>
      </w:r>
      <w:proofErr w:type="spellStart"/>
      <w:r w:rsidRPr="000B687D">
        <w:rPr>
          <w:rFonts w:ascii="Sakkal Majalla" w:hAnsi="Sakkal Majalla" w:cs="Sakkal Majalla" w:hint="cs"/>
          <w:b/>
          <w:bCs/>
          <w:sz w:val="32"/>
          <w:szCs w:val="32"/>
          <w:rtl/>
        </w:rPr>
        <w:t>التمكيني</w:t>
      </w:r>
      <w:proofErr w:type="spellEnd"/>
      <w:r w:rsidRPr="000B687D">
        <w:rPr>
          <w:rFonts w:ascii="Sakkal Majalla" w:hAnsi="Sakkal Majalla" w:cs="Sakkal Majalla"/>
          <w:b/>
          <w:bCs/>
          <w:sz w:val="32"/>
          <w:szCs w:val="32"/>
          <w:rtl/>
        </w:rPr>
        <w:t xml:space="preserve"> </w:t>
      </w:r>
      <w:r w:rsidRPr="000B687D">
        <w:rPr>
          <w:rFonts w:ascii="Sakkal Majalla" w:hAnsi="Sakkal Majalla" w:cs="Sakkal Majalla" w:hint="cs"/>
          <w:b/>
          <w:bCs/>
          <w:sz w:val="32"/>
          <w:szCs w:val="32"/>
          <w:rtl/>
        </w:rPr>
        <w:t>للشركات</w:t>
      </w:r>
      <w:r w:rsidRPr="000B687D">
        <w:rPr>
          <w:rFonts w:ascii="Sakkal Majalla" w:hAnsi="Sakkal Majalla" w:cs="Sakkal Majalla"/>
          <w:b/>
          <w:bCs/>
          <w:sz w:val="32"/>
          <w:szCs w:val="32"/>
          <w:rtl/>
        </w:rPr>
        <w:t xml:space="preserve"> </w:t>
      </w:r>
      <w:r w:rsidRPr="000B687D">
        <w:rPr>
          <w:rFonts w:ascii="Sakkal Majalla" w:hAnsi="Sakkal Majalla" w:cs="Sakkal Majalla" w:hint="cs"/>
          <w:b/>
          <w:bCs/>
          <w:sz w:val="32"/>
          <w:szCs w:val="32"/>
          <w:rtl/>
        </w:rPr>
        <w:t>الاستشارية</w:t>
      </w:r>
    </w:p>
    <w:p w14:paraId="627D5732" w14:textId="77777777" w:rsidR="000B687D" w:rsidRPr="000B687D" w:rsidRDefault="000B687D" w:rsidP="00634497">
      <w:pPr>
        <w:bidi/>
        <w:spacing w:line="360" w:lineRule="auto"/>
        <w:jc w:val="lowKashida"/>
        <w:rPr>
          <w:rFonts w:ascii="Sakkal Majalla" w:hAnsi="Sakkal Majalla" w:cs="Sakkal Majalla"/>
          <w:b/>
          <w:bCs/>
          <w:szCs w:val="28"/>
        </w:rPr>
      </w:pPr>
      <w:r w:rsidRPr="000B687D">
        <w:rPr>
          <w:rFonts w:ascii="Sakkal Majalla" w:hAnsi="Sakkal Majalla" w:cs="Sakkal Majalla" w:hint="cs"/>
          <w:b/>
          <w:bCs/>
          <w:szCs w:val="28"/>
          <w:rtl/>
        </w:rPr>
        <w:t>أولاً</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التحليل</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الوصفي</w:t>
      </w:r>
    </w:p>
    <w:p w14:paraId="7D870BE0"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أظهرت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البيانات</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بُعد</w:t>
      </w:r>
      <w:r w:rsidRPr="000B687D">
        <w:rPr>
          <w:rFonts w:ascii="Sakkal Majalla" w:hAnsi="Sakkal Majalla" w:cs="Sakkal Majalla"/>
          <w:szCs w:val="28"/>
          <w:rtl/>
        </w:rPr>
        <w:t xml:space="preserve"> </w:t>
      </w:r>
      <w:r w:rsidRPr="000B687D">
        <w:rPr>
          <w:rFonts w:ascii="Sakkal Majalla" w:hAnsi="Sakkal Majalla" w:cs="Sakkal Majalla" w:hint="cs"/>
          <w:szCs w:val="28"/>
          <w:rtl/>
        </w:rPr>
        <w:t>نقل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المعرفة</w:t>
      </w:r>
      <w:r w:rsidRPr="000B687D">
        <w:rPr>
          <w:rFonts w:ascii="Sakkal Majalla" w:hAnsi="Sakkal Majalla" w:cs="Sakkal Majalla"/>
          <w:szCs w:val="28"/>
          <w:rtl/>
        </w:rPr>
        <w:t xml:space="preserve"> </w:t>
      </w:r>
      <w:r w:rsidRPr="000B687D">
        <w:rPr>
          <w:rFonts w:ascii="Sakkal Majalla" w:hAnsi="Sakkal Majalla" w:cs="Sakkal Majalla" w:hint="cs"/>
          <w:szCs w:val="28"/>
          <w:rtl/>
        </w:rPr>
        <w:t>احتل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المرتبة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الأولى</w:t>
      </w:r>
      <w:r w:rsidRPr="000B687D">
        <w:rPr>
          <w:rFonts w:ascii="Sakkal Majalla" w:hAnsi="Sakkal Majalla" w:cs="Sakkal Majalla"/>
          <w:szCs w:val="28"/>
          <w:rtl/>
        </w:rPr>
        <w:t xml:space="preserve"> </w:t>
      </w:r>
      <w:r w:rsidRPr="000B687D">
        <w:rPr>
          <w:rFonts w:ascii="Sakkal Majalla" w:hAnsi="Sakkal Majalla" w:cs="Sakkal Majalla" w:hint="cs"/>
          <w:szCs w:val="28"/>
          <w:rtl/>
        </w:rPr>
        <w:t>بمتوسط</w:t>
      </w:r>
      <w:r w:rsidRPr="000B687D">
        <w:rPr>
          <w:rFonts w:ascii="Sakkal Majalla" w:hAnsi="Sakkal Majalla" w:cs="Sakkal Majalla"/>
          <w:szCs w:val="28"/>
          <w:rtl/>
        </w:rPr>
        <w:t xml:space="preserve"> (4.18 </w:t>
      </w:r>
      <w:r w:rsidRPr="000B687D">
        <w:rPr>
          <w:rFonts w:ascii="Sakkal Majalla" w:hAnsi="Sakkal Majalla" w:cs="Sakkal Majalla" w:hint="cs"/>
          <w:szCs w:val="28"/>
          <w:rtl/>
        </w:rPr>
        <w:t>من</w:t>
      </w:r>
      <w:r w:rsidRPr="000B687D">
        <w:rPr>
          <w:rFonts w:ascii="Sakkal Majalla" w:hAnsi="Sakkal Majalla" w:cs="Sakkal Majalla"/>
          <w:szCs w:val="28"/>
          <w:rtl/>
        </w:rPr>
        <w:t xml:space="preserve"> 5) </w:t>
      </w:r>
      <w:r w:rsidRPr="000B687D">
        <w:rPr>
          <w:rFonts w:ascii="Sakkal Majalla" w:hAnsi="Sakkal Majalla" w:cs="Sakkal Majalla" w:hint="cs"/>
          <w:szCs w:val="28"/>
          <w:rtl/>
        </w:rPr>
        <w:t>بنسبة</w:t>
      </w:r>
      <w:r w:rsidRPr="000B687D">
        <w:rPr>
          <w:rFonts w:ascii="Sakkal Majalla" w:hAnsi="Sakkal Majalla" w:cs="Sakkal Majalla"/>
          <w:szCs w:val="28"/>
          <w:rtl/>
        </w:rPr>
        <w:t xml:space="preserve"> </w:t>
      </w:r>
      <w:r w:rsidRPr="000B687D">
        <w:rPr>
          <w:rFonts w:ascii="Sakkal Majalla" w:hAnsi="Sakkal Majalla" w:cs="Sakkal Majalla" w:hint="cs"/>
          <w:szCs w:val="28"/>
          <w:rtl/>
        </w:rPr>
        <w:t>اتفاق</w:t>
      </w:r>
      <w:r w:rsidRPr="000B687D">
        <w:rPr>
          <w:rFonts w:ascii="Sakkal Majalla" w:hAnsi="Sakkal Majalla" w:cs="Sakkal Majalla"/>
          <w:szCs w:val="28"/>
          <w:rtl/>
        </w:rPr>
        <w:t xml:space="preserve"> (83%)</w:t>
      </w:r>
      <w:r w:rsidRPr="000B687D">
        <w:rPr>
          <w:rFonts w:ascii="Sakkal Majalla" w:hAnsi="Sakkal Majalla" w:cs="Sakkal Majalla" w:hint="cs"/>
          <w:szCs w:val="28"/>
          <w:rtl/>
        </w:rPr>
        <w:t>،</w:t>
      </w:r>
      <w:r w:rsidRPr="000B687D">
        <w:rPr>
          <w:rFonts w:ascii="Sakkal Majalla" w:hAnsi="Sakkal Majalla" w:cs="Sakkal Majalla"/>
          <w:szCs w:val="28"/>
          <w:rtl/>
        </w:rPr>
        <w:t xml:space="preserve"> </w:t>
      </w:r>
      <w:r w:rsidRPr="000B687D">
        <w:rPr>
          <w:rFonts w:ascii="Sakkal Majalla" w:hAnsi="Sakkal Majalla" w:cs="Sakkal Majalla" w:hint="cs"/>
          <w:szCs w:val="28"/>
          <w:rtl/>
        </w:rPr>
        <w:t>وهو</w:t>
      </w:r>
      <w:r w:rsidRPr="000B687D">
        <w:rPr>
          <w:rFonts w:ascii="Sakkal Majalla" w:hAnsi="Sakkal Majalla" w:cs="Sakkal Majalla"/>
          <w:szCs w:val="28"/>
          <w:rtl/>
        </w:rPr>
        <w:t xml:space="preserve"> </w:t>
      </w:r>
      <w:r w:rsidRPr="000B687D">
        <w:rPr>
          <w:rFonts w:ascii="Sakkal Majalla" w:hAnsi="Sakkal Majalla" w:cs="Sakkal Majalla" w:hint="cs"/>
          <w:szCs w:val="28"/>
          <w:rtl/>
        </w:rPr>
        <w:t>ما</w:t>
      </w:r>
      <w:r w:rsidRPr="000B687D">
        <w:rPr>
          <w:rFonts w:ascii="Sakkal Majalla" w:hAnsi="Sakkal Majalla" w:cs="Sakkal Majalla"/>
          <w:szCs w:val="28"/>
          <w:rtl/>
        </w:rPr>
        <w:t xml:space="preserve"> </w:t>
      </w:r>
      <w:r w:rsidRPr="000B687D">
        <w:rPr>
          <w:rFonts w:ascii="Sakkal Majalla" w:hAnsi="Sakkal Majalla" w:cs="Sakkal Majalla" w:hint="cs"/>
          <w:szCs w:val="28"/>
          <w:rtl/>
        </w:rPr>
        <w:t>يشير</w:t>
      </w:r>
      <w:r w:rsidRPr="000B687D">
        <w:rPr>
          <w:rFonts w:ascii="Sakkal Majalla" w:hAnsi="Sakkal Majalla" w:cs="Sakkal Majalla"/>
          <w:szCs w:val="28"/>
          <w:rtl/>
        </w:rPr>
        <w:t xml:space="preserve"> </w:t>
      </w:r>
      <w:r w:rsidRPr="000B687D">
        <w:rPr>
          <w:rFonts w:ascii="Sakkal Majalla" w:hAnsi="Sakkal Majalla" w:cs="Sakkal Majalla" w:hint="cs"/>
          <w:szCs w:val="28"/>
          <w:rtl/>
        </w:rPr>
        <w:t>إلى</w:t>
      </w:r>
      <w:r w:rsidRPr="000B687D">
        <w:rPr>
          <w:rFonts w:ascii="Sakkal Majalla" w:hAnsi="Sakkal Majalla" w:cs="Sakkal Majalla"/>
          <w:szCs w:val="28"/>
          <w:rtl/>
        </w:rPr>
        <w:t xml:space="preserve"> </w:t>
      </w:r>
      <w:r w:rsidRPr="000B687D">
        <w:rPr>
          <w:rFonts w:ascii="Sakkal Majalla" w:hAnsi="Sakkal Majalla" w:cs="Sakkal Majalla" w:hint="cs"/>
          <w:szCs w:val="28"/>
          <w:rtl/>
        </w:rPr>
        <w:t>نجاح</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الاستشاريين</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تقديم</w:t>
      </w:r>
      <w:r w:rsidRPr="000B687D">
        <w:rPr>
          <w:rFonts w:ascii="Sakkal Majalla" w:hAnsi="Sakkal Majalla" w:cs="Sakkal Majalla"/>
          <w:szCs w:val="28"/>
          <w:rtl/>
        </w:rPr>
        <w:t xml:space="preserve"> </w:t>
      </w:r>
      <w:r w:rsidRPr="000B687D">
        <w:rPr>
          <w:rFonts w:ascii="Sakkal Majalla" w:hAnsi="Sakkal Majalla" w:cs="Sakkal Majalla" w:hint="cs"/>
          <w:szCs w:val="28"/>
          <w:rtl/>
        </w:rPr>
        <w:t>معارف</w:t>
      </w:r>
      <w:r w:rsidRPr="000B687D">
        <w:rPr>
          <w:rFonts w:ascii="Sakkal Majalla" w:hAnsi="Sakkal Majalla" w:cs="Sakkal Majalla"/>
          <w:szCs w:val="28"/>
          <w:rtl/>
        </w:rPr>
        <w:t xml:space="preserve"> </w:t>
      </w:r>
      <w:r w:rsidRPr="000B687D">
        <w:rPr>
          <w:rFonts w:ascii="Sakkal Majalla" w:hAnsi="Sakkal Majalla" w:cs="Sakkal Majalla" w:hint="cs"/>
          <w:szCs w:val="28"/>
          <w:rtl/>
        </w:rPr>
        <w:t>وخبرات</w:t>
      </w:r>
      <w:r w:rsidRPr="000B687D">
        <w:rPr>
          <w:rFonts w:ascii="Sakkal Majalla" w:hAnsi="Sakkal Majalla" w:cs="Sakkal Majalla"/>
          <w:szCs w:val="28"/>
          <w:rtl/>
        </w:rPr>
        <w:t xml:space="preserve"> </w:t>
      </w:r>
      <w:r w:rsidRPr="000B687D">
        <w:rPr>
          <w:rFonts w:ascii="Sakkal Majalla" w:hAnsi="Sakkal Majalla" w:cs="Sakkal Majalla" w:hint="cs"/>
          <w:szCs w:val="28"/>
          <w:rtl/>
        </w:rPr>
        <w:t>عملية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مستمدة</w:t>
      </w:r>
      <w:r w:rsidRPr="000B687D">
        <w:rPr>
          <w:rFonts w:ascii="Sakkal Majalla" w:hAnsi="Sakkal Majalla" w:cs="Sakkal Majalla"/>
          <w:szCs w:val="28"/>
          <w:rtl/>
        </w:rPr>
        <w:t xml:space="preserve"> </w:t>
      </w:r>
      <w:r w:rsidRPr="000B687D">
        <w:rPr>
          <w:rFonts w:ascii="Sakkal Majalla" w:hAnsi="Sakkal Majalla" w:cs="Sakkal Majalla" w:hint="cs"/>
          <w:szCs w:val="28"/>
          <w:rtl/>
        </w:rPr>
        <w:t>من</w:t>
      </w:r>
      <w:r w:rsidRPr="000B687D">
        <w:rPr>
          <w:rFonts w:ascii="Sakkal Majalla" w:hAnsi="Sakkal Majalla" w:cs="Sakkal Majalla"/>
          <w:szCs w:val="28"/>
          <w:rtl/>
        </w:rPr>
        <w:t xml:space="preserve"> </w:t>
      </w:r>
      <w:r w:rsidRPr="000B687D">
        <w:rPr>
          <w:rFonts w:ascii="Sakkal Majalla" w:hAnsi="Sakkal Majalla" w:cs="Sakkal Majalla" w:hint="cs"/>
          <w:szCs w:val="28"/>
          <w:rtl/>
        </w:rPr>
        <w:t>تجارب</w:t>
      </w:r>
      <w:r w:rsidRPr="000B687D">
        <w:rPr>
          <w:rFonts w:ascii="Sakkal Majalla" w:hAnsi="Sakkal Majalla" w:cs="Sakkal Majalla"/>
          <w:szCs w:val="28"/>
          <w:rtl/>
        </w:rPr>
        <w:t xml:space="preserve"> </w:t>
      </w:r>
      <w:r w:rsidRPr="000B687D">
        <w:rPr>
          <w:rFonts w:ascii="Sakkal Majalla" w:hAnsi="Sakkal Majalla" w:cs="Sakkal Majalla" w:hint="cs"/>
          <w:szCs w:val="28"/>
          <w:rtl/>
        </w:rPr>
        <w:t>محلية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ودولية</w:t>
      </w:r>
      <w:r w:rsidRPr="000B687D">
        <w:rPr>
          <w:rFonts w:ascii="Sakkal Majalla" w:hAnsi="Sakkal Majalla" w:cs="Sakkal Majalla"/>
          <w:szCs w:val="28"/>
          <w:rtl/>
        </w:rPr>
        <w:t>.</w:t>
      </w:r>
    </w:p>
    <w:p w14:paraId="40DF9419"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جاء</w:t>
      </w:r>
      <w:r w:rsidRPr="000B687D">
        <w:rPr>
          <w:rFonts w:ascii="Sakkal Majalla" w:hAnsi="Sakkal Majalla" w:cs="Sakkal Majalla"/>
          <w:szCs w:val="28"/>
          <w:rtl/>
        </w:rPr>
        <w:t xml:space="preserve"> </w:t>
      </w:r>
      <w:r w:rsidRPr="000B687D">
        <w:rPr>
          <w:rFonts w:ascii="Sakkal Majalla" w:hAnsi="Sakkal Majalla" w:cs="Sakkal Majalla" w:hint="cs"/>
          <w:szCs w:val="28"/>
          <w:rtl/>
        </w:rPr>
        <w:t>بعده</w:t>
      </w:r>
      <w:r w:rsidRPr="000B687D">
        <w:rPr>
          <w:rFonts w:ascii="Sakkal Majalla" w:hAnsi="Sakkal Majalla" w:cs="Sakkal Majalla"/>
          <w:szCs w:val="28"/>
          <w:rtl/>
        </w:rPr>
        <w:t xml:space="preserve"> </w:t>
      </w:r>
      <w:r w:rsidRPr="000B687D">
        <w:rPr>
          <w:rFonts w:ascii="Sakkal Majalla" w:hAnsi="Sakkal Majalla" w:cs="Sakkal Majalla" w:hint="cs"/>
          <w:szCs w:val="28"/>
          <w:rtl/>
        </w:rPr>
        <w:t>بُعد</w:t>
      </w:r>
      <w:r w:rsidRPr="000B687D">
        <w:rPr>
          <w:rFonts w:ascii="Sakkal Majalla" w:hAnsi="Sakkal Majalla" w:cs="Sakkal Majalla"/>
          <w:szCs w:val="28"/>
          <w:rtl/>
        </w:rPr>
        <w:t xml:space="preserve"> </w:t>
      </w:r>
      <w:r w:rsidRPr="000B687D">
        <w:rPr>
          <w:rFonts w:ascii="Sakkal Majalla" w:hAnsi="Sakkal Majalla" w:cs="Sakkal Majalla" w:hint="cs"/>
          <w:szCs w:val="28"/>
          <w:rtl/>
        </w:rPr>
        <w:t>بناء</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القدرات</w:t>
      </w:r>
      <w:r w:rsidRPr="000B687D">
        <w:rPr>
          <w:rFonts w:ascii="Sakkal Majalla" w:hAnsi="Sakkal Majalla" w:cs="Sakkal Majalla"/>
          <w:szCs w:val="28"/>
          <w:rtl/>
        </w:rPr>
        <w:t xml:space="preserve"> </w:t>
      </w:r>
      <w:r w:rsidRPr="000B687D">
        <w:rPr>
          <w:rFonts w:ascii="Sakkal Majalla" w:hAnsi="Sakkal Majalla" w:cs="Sakkal Majalla" w:hint="cs"/>
          <w:szCs w:val="28"/>
          <w:rtl/>
        </w:rPr>
        <w:t>بمتوسط</w:t>
      </w:r>
      <w:r w:rsidRPr="000B687D">
        <w:rPr>
          <w:rFonts w:ascii="Sakkal Majalla" w:hAnsi="Sakkal Majalla" w:cs="Sakkal Majalla"/>
          <w:szCs w:val="28"/>
          <w:rtl/>
        </w:rPr>
        <w:t xml:space="preserve"> (4.05) </w:t>
      </w:r>
      <w:r w:rsidRPr="000B687D">
        <w:rPr>
          <w:rFonts w:ascii="Sakkal Majalla" w:hAnsi="Sakkal Majalla" w:cs="Sakkal Majalla" w:hint="cs"/>
          <w:szCs w:val="28"/>
          <w:rtl/>
        </w:rPr>
        <w:t>ونسبة</w:t>
      </w:r>
      <w:r w:rsidRPr="000B687D">
        <w:rPr>
          <w:rFonts w:ascii="Sakkal Majalla" w:hAnsi="Sakkal Majalla" w:cs="Sakkal Majalla"/>
          <w:szCs w:val="28"/>
          <w:rtl/>
        </w:rPr>
        <w:t xml:space="preserve"> </w:t>
      </w:r>
      <w:r w:rsidRPr="000B687D">
        <w:rPr>
          <w:rFonts w:ascii="Sakkal Majalla" w:hAnsi="Sakkal Majalla" w:cs="Sakkal Majalla" w:hint="cs"/>
          <w:szCs w:val="28"/>
          <w:rtl/>
        </w:rPr>
        <w:t>اتفاق</w:t>
      </w:r>
      <w:r w:rsidRPr="000B687D">
        <w:rPr>
          <w:rFonts w:ascii="Sakkal Majalla" w:hAnsi="Sakkal Majalla" w:cs="Sakkal Majalla"/>
          <w:szCs w:val="28"/>
          <w:rtl/>
        </w:rPr>
        <w:t xml:space="preserve"> (81%)</w:t>
      </w:r>
      <w:r w:rsidRPr="000B687D">
        <w:rPr>
          <w:rFonts w:ascii="Sakkal Majalla" w:hAnsi="Sakkal Majalla" w:cs="Sakkal Majalla" w:hint="cs"/>
          <w:szCs w:val="28"/>
          <w:rtl/>
        </w:rPr>
        <w:t>،</w:t>
      </w:r>
      <w:r w:rsidRPr="000B687D">
        <w:rPr>
          <w:rFonts w:ascii="Sakkal Majalla" w:hAnsi="Sakkal Majalla" w:cs="Sakkal Majalla"/>
          <w:szCs w:val="28"/>
          <w:rtl/>
        </w:rPr>
        <w:t xml:space="preserve"> </w:t>
      </w:r>
      <w:r w:rsidRPr="000B687D">
        <w:rPr>
          <w:rFonts w:ascii="Sakkal Majalla" w:hAnsi="Sakkal Majalla" w:cs="Sakkal Majalla" w:hint="cs"/>
          <w:szCs w:val="28"/>
          <w:rtl/>
        </w:rPr>
        <w:t>مما</w:t>
      </w:r>
      <w:r w:rsidRPr="000B687D">
        <w:rPr>
          <w:rFonts w:ascii="Sakkal Majalla" w:hAnsi="Sakkal Majalla" w:cs="Sakkal Majalla"/>
          <w:szCs w:val="28"/>
          <w:rtl/>
        </w:rPr>
        <w:t xml:space="preserve"> </w:t>
      </w:r>
      <w:r w:rsidRPr="000B687D">
        <w:rPr>
          <w:rFonts w:ascii="Sakkal Majalla" w:hAnsi="Sakkal Majalla" w:cs="Sakkal Majalla" w:hint="cs"/>
          <w:szCs w:val="28"/>
          <w:rtl/>
        </w:rPr>
        <w:t>يدل</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الاستشاريين</w:t>
      </w:r>
      <w:r w:rsidRPr="000B687D">
        <w:rPr>
          <w:rFonts w:ascii="Sakkal Majalla" w:hAnsi="Sakkal Majalla" w:cs="Sakkal Majalla"/>
          <w:szCs w:val="28"/>
          <w:rtl/>
        </w:rPr>
        <w:t xml:space="preserve"> </w:t>
      </w:r>
      <w:r w:rsidRPr="000B687D">
        <w:rPr>
          <w:rFonts w:ascii="Sakkal Majalla" w:hAnsi="Sakkal Majalla" w:cs="Sakkal Majalla" w:hint="cs"/>
          <w:szCs w:val="28"/>
          <w:rtl/>
        </w:rPr>
        <w:t>لا</w:t>
      </w:r>
      <w:r w:rsidRPr="000B687D">
        <w:rPr>
          <w:rFonts w:ascii="Sakkal Majalla" w:hAnsi="Sakkal Majalla" w:cs="Sakkal Majalla"/>
          <w:szCs w:val="28"/>
          <w:rtl/>
        </w:rPr>
        <w:t xml:space="preserve"> </w:t>
      </w:r>
      <w:r w:rsidRPr="000B687D">
        <w:rPr>
          <w:rFonts w:ascii="Sakkal Majalla" w:hAnsi="Sakkal Majalla" w:cs="Sakkal Majalla" w:hint="cs"/>
          <w:szCs w:val="28"/>
          <w:rtl/>
        </w:rPr>
        <w:t>يكتفون</w:t>
      </w:r>
      <w:r w:rsidRPr="000B687D">
        <w:rPr>
          <w:rFonts w:ascii="Sakkal Majalla" w:hAnsi="Sakkal Majalla" w:cs="Sakkal Majalla"/>
          <w:szCs w:val="28"/>
          <w:rtl/>
        </w:rPr>
        <w:t xml:space="preserve"> </w:t>
      </w:r>
      <w:r w:rsidRPr="000B687D">
        <w:rPr>
          <w:rFonts w:ascii="Sakkal Majalla" w:hAnsi="Sakkal Majalla" w:cs="Sakkal Majalla" w:hint="cs"/>
          <w:szCs w:val="28"/>
          <w:rtl/>
        </w:rPr>
        <w:t>بتقديم</w:t>
      </w:r>
      <w:r w:rsidRPr="000B687D">
        <w:rPr>
          <w:rFonts w:ascii="Sakkal Majalla" w:hAnsi="Sakkal Majalla" w:cs="Sakkal Majalla"/>
          <w:szCs w:val="28"/>
          <w:rtl/>
        </w:rPr>
        <w:t xml:space="preserve"> </w:t>
      </w:r>
      <w:r w:rsidRPr="000B687D">
        <w:rPr>
          <w:rFonts w:ascii="Sakkal Majalla" w:hAnsi="Sakkal Majalla" w:cs="Sakkal Majalla" w:hint="cs"/>
          <w:szCs w:val="28"/>
          <w:rtl/>
        </w:rPr>
        <w:t>الحلول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الجاهزة،</w:t>
      </w:r>
      <w:r w:rsidRPr="000B687D">
        <w:rPr>
          <w:rFonts w:ascii="Sakkal Majalla" w:hAnsi="Sakkal Majalla" w:cs="Sakkal Majalla"/>
          <w:szCs w:val="28"/>
          <w:rtl/>
        </w:rPr>
        <w:t xml:space="preserve"> </w:t>
      </w:r>
      <w:r w:rsidRPr="000B687D">
        <w:rPr>
          <w:rFonts w:ascii="Sakkal Majalla" w:hAnsi="Sakkal Majalla" w:cs="Sakkal Majalla" w:hint="cs"/>
          <w:szCs w:val="28"/>
          <w:rtl/>
        </w:rPr>
        <w:t>بل</w:t>
      </w:r>
      <w:r w:rsidRPr="000B687D">
        <w:rPr>
          <w:rFonts w:ascii="Sakkal Majalla" w:hAnsi="Sakkal Majalla" w:cs="Sakkal Majalla"/>
          <w:szCs w:val="28"/>
          <w:rtl/>
        </w:rPr>
        <w:t xml:space="preserve"> </w:t>
      </w:r>
      <w:r w:rsidRPr="000B687D">
        <w:rPr>
          <w:rFonts w:ascii="Sakkal Majalla" w:hAnsi="Sakkal Majalla" w:cs="Sakkal Majalla" w:hint="cs"/>
          <w:szCs w:val="28"/>
          <w:rtl/>
        </w:rPr>
        <w:t>يسهمون</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تطوير</w:t>
      </w:r>
      <w:r w:rsidRPr="000B687D">
        <w:rPr>
          <w:rFonts w:ascii="Sakkal Majalla" w:hAnsi="Sakkal Majalla" w:cs="Sakkal Majalla"/>
          <w:szCs w:val="28"/>
          <w:rtl/>
        </w:rPr>
        <w:t xml:space="preserve"> </w:t>
      </w:r>
      <w:r w:rsidRPr="000B687D">
        <w:rPr>
          <w:rFonts w:ascii="Sakkal Majalla" w:hAnsi="Sakkal Majalla" w:cs="Sakkal Majalla" w:hint="cs"/>
          <w:szCs w:val="28"/>
          <w:rtl/>
        </w:rPr>
        <w:t>مهارات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الفرق</w:t>
      </w:r>
      <w:r w:rsidRPr="000B687D">
        <w:rPr>
          <w:rFonts w:ascii="Sakkal Majalla" w:hAnsi="Sakkal Majalla" w:cs="Sakkal Majalla"/>
          <w:szCs w:val="28"/>
          <w:rtl/>
        </w:rPr>
        <w:t xml:space="preserve"> </w:t>
      </w:r>
      <w:r w:rsidRPr="000B687D">
        <w:rPr>
          <w:rFonts w:ascii="Sakkal Majalla" w:hAnsi="Sakkal Majalla" w:cs="Sakkal Majalla" w:hint="cs"/>
          <w:szCs w:val="28"/>
          <w:rtl/>
        </w:rPr>
        <w:t>الحكومية</w:t>
      </w:r>
      <w:r w:rsidRPr="000B687D">
        <w:rPr>
          <w:rFonts w:ascii="Sakkal Majalla" w:hAnsi="Sakkal Majalla" w:cs="Sakkal Majalla"/>
          <w:szCs w:val="28"/>
          <w:rtl/>
        </w:rPr>
        <w:t>.</w:t>
      </w:r>
    </w:p>
    <w:p w14:paraId="547985AE" w14:textId="18018D66"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أما</w:t>
      </w:r>
      <w:r w:rsidRPr="000B687D">
        <w:rPr>
          <w:rFonts w:ascii="Sakkal Majalla" w:hAnsi="Sakkal Majalla" w:cs="Sakkal Majalla"/>
          <w:szCs w:val="28"/>
          <w:rtl/>
        </w:rPr>
        <w:t xml:space="preserve"> </w:t>
      </w:r>
      <w:r w:rsidRPr="000B687D">
        <w:rPr>
          <w:rFonts w:ascii="Sakkal Majalla" w:hAnsi="Sakkal Majalla" w:cs="Sakkal Majalla" w:hint="cs"/>
          <w:szCs w:val="28"/>
          <w:rtl/>
        </w:rPr>
        <w:t>بُعد</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التيسير</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التشاركي</w:t>
      </w:r>
      <w:r w:rsidRPr="000B687D">
        <w:rPr>
          <w:rFonts w:ascii="Sakkal Majalla" w:hAnsi="Sakkal Majalla" w:cs="Sakkal Majalla"/>
          <w:szCs w:val="28"/>
          <w:rtl/>
        </w:rPr>
        <w:t xml:space="preserve"> </w:t>
      </w:r>
      <w:r w:rsidRPr="000B687D">
        <w:rPr>
          <w:rFonts w:ascii="Sakkal Majalla" w:hAnsi="Sakkal Majalla" w:cs="Sakkal Majalla" w:hint="cs"/>
          <w:szCs w:val="28"/>
          <w:rtl/>
        </w:rPr>
        <w:t>فقد</w:t>
      </w:r>
      <w:r w:rsidRPr="000B687D">
        <w:rPr>
          <w:rFonts w:ascii="Sakkal Majalla" w:hAnsi="Sakkal Majalla" w:cs="Sakkal Majalla"/>
          <w:szCs w:val="28"/>
          <w:rtl/>
        </w:rPr>
        <w:t xml:space="preserve"> </w:t>
      </w:r>
      <w:r w:rsidRPr="000B687D">
        <w:rPr>
          <w:rFonts w:ascii="Sakkal Majalla" w:hAnsi="Sakkal Majalla" w:cs="Sakkal Majalla" w:hint="cs"/>
          <w:szCs w:val="28"/>
          <w:rtl/>
        </w:rPr>
        <w:t>حصل</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متوسط</w:t>
      </w:r>
      <w:r w:rsidRPr="000B687D">
        <w:rPr>
          <w:rFonts w:ascii="Sakkal Majalla" w:hAnsi="Sakkal Majalla" w:cs="Sakkal Majalla"/>
          <w:szCs w:val="28"/>
          <w:rtl/>
        </w:rPr>
        <w:t xml:space="preserve"> (3.94) </w:t>
      </w:r>
      <w:r w:rsidRPr="000B687D">
        <w:rPr>
          <w:rFonts w:ascii="Sakkal Majalla" w:hAnsi="Sakkal Majalla" w:cs="Sakkal Majalla" w:hint="cs"/>
          <w:szCs w:val="28"/>
          <w:rtl/>
        </w:rPr>
        <w:t>بنسبة</w:t>
      </w:r>
      <w:r w:rsidRPr="000B687D">
        <w:rPr>
          <w:rFonts w:ascii="Sakkal Majalla" w:hAnsi="Sakkal Majalla" w:cs="Sakkal Majalla"/>
          <w:szCs w:val="28"/>
          <w:rtl/>
        </w:rPr>
        <w:t xml:space="preserve"> </w:t>
      </w:r>
      <w:r w:rsidRPr="000B687D">
        <w:rPr>
          <w:rFonts w:ascii="Sakkal Majalla" w:hAnsi="Sakkal Majalla" w:cs="Sakkal Majalla" w:hint="cs"/>
          <w:szCs w:val="28"/>
          <w:rtl/>
        </w:rPr>
        <w:t>اتفاق</w:t>
      </w:r>
      <w:r w:rsidRPr="000B687D">
        <w:rPr>
          <w:rFonts w:ascii="Sakkal Majalla" w:hAnsi="Sakkal Majalla" w:cs="Sakkal Majalla"/>
          <w:szCs w:val="28"/>
          <w:rtl/>
        </w:rPr>
        <w:t xml:space="preserve"> (79%)</w:t>
      </w:r>
      <w:r w:rsidRPr="000B687D">
        <w:rPr>
          <w:rFonts w:ascii="Sakkal Majalla" w:hAnsi="Sakkal Majalla" w:cs="Sakkal Majalla" w:hint="cs"/>
          <w:szCs w:val="28"/>
          <w:rtl/>
        </w:rPr>
        <w:t>،</w:t>
      </w:r>
      <w:r w:rsidRPr="000B687D">
        <w:rPr>
          <w:rFonts w:ascii="Sakkal Majalla" w:hAnsi="Sakkal Majalla" w:cs="Sakkal Majalla"/>
          <w:szCs w:val="28"/>
          <w:rtl/>
        </w:rPr>
        <w:t xml:space="preserve"> </w:t>
      </w:r>
      <w:r w:rsidRPr="000B687D">
        <w:rPr>
          <w:rFonts w:ascii="Sakkal Majalla" w:hAnsi="Sakkal Majalla" w:cs="Sakkal Majalla" w:hint="cs"/>
          <w:szCs w:val="28"/>
          <w:rtl/>
        </w:rPr>
        <w:t>ما</w:t>
      </w:r>
      <w:r w:rsidRPr="000B687D">
        <w:rPr>
          <w:rFonts w:ascii="Sakkal Majalla" w:hAnsi="Sakkal Majalla" w:cs="Sakkal Majalla"/>
          <w:szCs w:val="28"/>
          <w:rtl/>
        </w:rPr>
        <w:t xml:space="preserve"> </w:t>
      </w:r>
      <w:r w:rsidRPr="000B687D">
        <w:rPr>
          <w:rFonts w:ascii="Sakkal Majalla" w:hAnsi="Sakkal Majalla" w:cs="Sakkal Majalla" w:hint="cs"/>
          <w:szCs w:val="28"/>
          <w:rtl/>
        </w:rPr>
        <w:t>يعني</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هناك</w:t>
      </w:r>
      <w:r w:rsidRPr="000B687D">
        <w:rPr>
          <w:rFonts w:ascii="Sakkal Majalla" w:hAnsi="Sakkal Majalla" w:cs="Sakkal Majalla"/>
          <w:szCs w:val="28"/>
          <w:rtl/>
        </w:rPr>
        <w:t xml:space="preserve"> </w:t>
      </w:r>
      <w:r w:rsidRPr="000B687D">
        <w:rPr>
          <w:rFonts w:ascii="Sakkal Majalla" w:hAnsi="Sakkal Majalla" w:cs="Sakkal Majalla" w:hint="cs"/>
          <w:szCs w:val="28"/>
          <w:rtl/>
        </w:rPr>
        <w:t>مجالات</w:t>
      </w:r>
      <w:r w:rsidRPr="000B687D">
        <w:rPr>
          <w:rFonts w:ascii="Sakkal Majalla" w:hAnsi="Sakkal Majalla" w:cs="Sakkal Majalla"/>
          <w:szCs w:val="28"/>
          <w:rtl/>
        </w:rPr>
        <w:t xml:space="preserve"> </w:t>
      </w:r>
      <w:r w:rsidRPr="000B687D">
        <w:rPr>
          <w:rFonts w:ascii="Sakkal Majalla" w:hAnsi="Sakkal Majalla" w:cs="Sakkal Majalla" w:hint="cs"/>
          <w:szCs w:val="28"/>
          <w:rtl/>
        </w:rPr>
        <w:t>للتحسين</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إشراك</w:t>
      </w:r>
      <w:r w:rsidRPr="000B687D">
        <w:rPr>
          <w:rFonts w:ascii="Sakkal Majalla" w:hAnsi="Sakkal Majalla" w:cs="Sakkal Majalla"/>
          <w:szCs w:val="28"/>
          <w:rtl/>
        </w:rPr>
        <w:t xml:space="preserve"> </w:t>
      </w:r>
      <w:r w:rsidRPr="000B687D">
        <w:rPr>
          <w:rFonts w:ascii="Sakkal Majalla" w:hAnsi="Sakkal Majalla" w:cs="Sakkal Majalla" w:hint="cs"/>
          <w:szCs w:val="28"/>
          <w:rtl/>
        </w:rPr>
        <w:t>فرق</w:t>
      </w:r>
      <w:r w:rsidRPr="000B687D">
        <w:rPr>
          <w:rFonts w:ascii="Sakkal Majalla" w:hAnsi="Sakkal Majalla" w:cs="Sakkal Majalla"/>
          <w:szCs w:val="28"/>
          <w:rtl/>
        </w:rPr>
        <w:t xml:space="preserve"> </w:t>
      </w:r>
      <w:r w:rsidRPr="000B687D">
        <w:rPr>
          <w:rFonts w:ascii="Sakkal Majalla" w:hAnsi="Sakkal Majalla" w:cs="Sakkal Majalla" w:hint="cs"/>
          <w:szCs w:val="28"/>
          <w:rtl/>
        </w:rPr>
        <w:t>العمل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الحكومية</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عملية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الابتكار</w:t>
      </w:r>
      <w:r w:rsidRPr="000B687D">
        <w:rPr>
          <w:rFonts w:ascii="Sakkal Majalla" w:hAnsi="Sakkal Majalla" w:cs="Sakkal Majalla"/>
          <w:szCs w:val="28"/>
          <w:rtl/>
        </w:rPr>
        <w:t xml:space="preserve"> </w:t>
      </w:r>
      <w:r w:rsidRPr="000B687D">
        <w:rPr>
          <w:rFonts w:ascii="Sakkal Majalla" w:hAnsi="Sakkal Majalla" w:cs="Sakkal Majalla" w:hint="cs"/>
          <w:szCs w:val="28"/>
          <w:rtl/>
        </w:rPr>
        <w:t>بصورة</w:t>
      </w:r>
      <w:r w:rsidRPr="000B687D">
        <w:rPr>
          <w:rFonts w:ascii="Sakkal Majalla" w:hAnsi="Sakkal Majalla" w:cs="Sakkal Majalla"/>
          <w:szCs w:val="28"/>
          <w:rtl/>
        </w:rPr>
        <w:t xml:space="preserve"> </w:t>
      </w:r>
      <w:r w:rsidRPr="000B687D">
        <w:rPr>
          <w:rFonts w:ascii="Sakkal Majalla" w:hAnsi="Sakkal Majalla" w:cs="Sakkal Majalla" w:hint="cs"/>
          <w:szCs w:val="28"/>
          <w:rtl/>
        </w:rPr>
        <w:t>أعمق</w:t>
      </w:r>
      <w:r w:rsidRPr="000B687D">
        <w:rPr>
          <w:rFonts w:ascii="Sakkal Majalla" w:hAnsi="Sakkal Majalla" w:cs="Sakkal Majalla"/>
          <w:szCs w:val="28"/>
          <w:rtl/>
        </w:rPr>
        <w:t>.</w:t>
      </w:r>
    </w:p>
    <w:p w14:paraId="550A3BCD" w14:textId="77777777" w:rsidR="000B687D" w:rsidRPr="000B687D" w:rsidRDefault="000B687D" w:rsidP="00634497">
      <w:pPr>
        <w:bidi/>
        <w:spacing w:line="360" w:lineRule="auto"/>
        <w:jc w:val="lowKashida"/>
        <w:rPr>
          <w:rFonts w:ascii="Sakkal Majalla" w:hAnsi="Sakkal Majalla" w:cs="Sakkal Majalla"/>
          <w:b/>
          <w:bCs/>
          <w:szCs w:val="28"/>
        </w:rPr>
      </w:pPr>
      <w:r w:rsidRPr="000B687D">
        <w:rPr>
          <w:rFonts w:ascii="Sakkal Majalla" w:hAnsi="Sakkal Majalla" w:cs="Sakkal Majalla" w:hint="cs"/>
          <w:b/>
          <w:bCs/>
          <w:szCs w:val="28"/>
          <w:rtl/>
        </w:rPr>
        <w:t>ثانياً</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التحليل</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التفسيري</w:t>
      </w:r>
    </w:p>
    <w:p w14:paraId="04A50E47"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توضح</w:t>
      </w:r>
      <w:r w:rsidRPr="000B687D">
        <w:rPr>
          <w:rFonts w:ascii="Sakkal Majalla" w:hAnsi="Sakkal Majalla" w:cs="Sakkal Majalla"/>
          <w:szCs w:val="28"/>
          <w:rtl/>
        </w:rPr>
        <w:t xml:space="preserve"> </w:t>
      </w:r>
      <w:r w:rsidRPr="000B687D">
        <w:rPr>
          <w:rFonts w:ascii="Sakkal Majalla" w:hAnsi="Sakkal Majalla" w:cs="Sakkal Majalla" w:hint="cs"/>
          <w:szCs w:val="28"/>
          <w:rtl/>
        </w:rPr>
        <w:t>هذه</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المؤشرات</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الدعم</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الاستشاري</w:t>
      </w:r>
      <w:r w:rsidRPr="000B687D">
        <w:rPr>
          <w:rFonts w:ascii="Sakkal Majalla" w:hAnsi="Sakkal Majalla" w:cs="Sakkal Majalla"/>
          <w:szCs w:val="28"/>
          <w:rtl/>
        </w:rPr>
        <w:t xml:space="preserve"> </w:t>
      </w:r>
      <w:r w:rsidRPr="000B687D">
        <w:rPr>
          <w:rFonts w:ascii="Sakkal Majalla" w:hAnsi="Sakkal Majalla" w:cs="Sakkal Majalla" w:hint="cs"/>
          <w:szCs w:val="28"/>
          <w:rtl/>
        </w:rPr>
        <w:t>يتجاوز</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الجوانب</w:t>
      </w:r>
      <w:r w:rsidRPr="000B687D">
        <w:rPr>
          <w:rFonts w:ascii="Sakkal Majalla" w:hAnsi="Sakkal Majalla" w:cs="Sakkal Majalla"/>
          <w:szCs w:val="28"/>
          <w:rtl/>
        </w:rPr>
        <w:t xml:space="preserve"> </w:t>
      </w:r>
      <w:r w:rsidRPr="000B687D">
        <w:rPr>
          <w:rFonts w:ascii="Sakkal Majalla" w:hAnsi="Sakkal Majalla" w:cs="Sakkal Majalla" w:hint="cs"/>
          <w:szCs w:val="28"/>
          <w:rtl/>
        </w:rPr>
        <w:t>الفنية</w:t>
      </w:r>
      <w:r w:rsidRPr="000B687D">
        <w:rPr>
          <w:rFonts w:ascii="Sakkal Majalla" w:hAnsi="Sakkal Majalla" w:cs="Sakkal Majalla"/>
          <w:szCs w:val="28"/>
          <w:rtl/>
        </w:rPr>
        <w:t xml:space="preserve"> </w:t>
      </w:r>
      <w:r w:rsidRPr="000B687D">
        <w:rPr>
          <w:rFonts w:ascii="Sakkal Majalla" w:hAnsi="Sakkal Majalla" w:cs="Sakkal Majalla" w:hint="cs"/>
          <w:szCs w:val="28"/>
          <w:rtl/>
        </w:rPr>
        <w:t>ليشمل</w:t>
      </w:r>
      <w:r w:rsidRPr="000B687D">
        <w:rPr>
          <w:rFonts w:ascii="Sakkal Majalla" w:hAnsi="Sakkal Majalla" w:cs="Sakkal Majalla"/>
          <w:szCs w:val="28"/>
          <w:rtl/>
        </w:rPr>
        <w:t xml:space="preserve"> </w:t>
      </w:r>
      <w:r w:rsidRPr="000B687D">
        <w:rPr>
          <w:rFonts w:ascii="Sakkal Majalla" w:hAnsi="Sakkal Majalla" w:cs="Sakkal Majalla" w:hint="cs"/>
          <w:szCs w:val="28"/>
          <w:rtl/>
        </w:rPr>
        <w:t>تمكين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الجهات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الحكومية</w:t>
      </w:r>
      <w:r w:rsidRPr="000B687D">
        <w:rPr>
          <w:rFonts w:ascii="Sakkal Majalla" w:hAnsi="Sakkal Majalla" w:cs="Sakkal Majalla"/>
          <w:szCs w:val="28"/>
          <w:rtl/>
        </w:rPr>
        <w:t xml:space="preserve"> </w:t>
      </w:r>
      <w:r w:rsidRPr="000B687D">
        <w:rPr>
          <w:rFonts w:ascii="Sakkal Majalla" w:hAnsi="Sakkal Majalla" w:cs="Sakkal Majalla" w:hint="cs"/>
          <w:szCs w:val="28"/>
          <w:rtl/>
        </w:rPr>
        <w:t>من</w:t>
      </w:r>
      <w:r w:rsidRPr="000B687D">
        <w:rPr>
          <w:rFonts w:ascii="Sakkal Majalla" w:hAnsi="Sakkal Majalla" w:cs="Sakkal Majalla"/>
          <w:szCs w:val="28"/>
          <w:rtl/>
        </w:rPr>
        <w:t xml:space="preserve"> </w:t>
      </w:r>
      <w:r w:rsidRPr="000B687D">
        <w:rPr>
          <w:rFonts w:ascii="Sakkal Majalla" w:hAnsi="Sakkal Majalla" w:cs="Sakkal Majalla" w:hint="cs"/>
          <w:szCs w:val="28"/>
          <w:rtl/>
        </w:rPr>
        <w:t>خلال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المعرفة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والمهارات</w:t>
      </w:r>
      <w:r w:rsidRPr="000B687D">
        <w:rPr>
          <w:rFonts w:ascii="Sakkal Majalla" w:hAnsi="Sakkal Majalla" w:cs="Sakkal Majalla"/>
          <w:szCs w:val="28"/>
          <w:rtl/>
        </w:rPr>
        <w:t xml:space="preserve">. </w:t>
      </w:r>
      <w:r w:rsidRPr="000B687D">
        <w:rPr>
          <w:rFonts w:ascii="Sakkal Majalla" w:hAnsi="Sakkal Majalla" w:cs="Sakkal Majalla" w:hint="cs"/>
          <w:szCs w:val="28"/>
          <w:rtl/>
        </w:rPr>
        <w:t>ومع</w:t>
      </w:r>
      <w:r w:rsidRPr="000B687D">
        <w:rPr>
          <w:rFonts w:ascii="Sakkal Majalla" w:hAnsi="Sakkal Majalla" w:cs="Sakkal Majalla"/>
          <w:szCs w:val="28"/>
          <w:rtl/>
        </w:rPr>
        <w:t xml:space="preserve"> </w:t>
      </w:r>
      <w:r w:rsidRPr="000B687D">
        <w:rPr>
          <w:rFonts w:ascii="Sakkal Majalla" w:hAnsi="Sakkal Majalla" w:cs="Sakkal Majalla" w:hint="cs"/>
          <w:szCs w:val="28"/>
          <w:rtl/>
        </w:rPr>
        <w:t>ذلك،</w:t>
      </w:r>
      <w:r w:rsidRPr="000B687D">
        <w:rPr>
          <w:rFonts w:ascii="Sakkal Majalla" w:hAnsi="Sakkal Majalla" w:cs="Sakkal Majalla"/>
          <w:szCs w:val="28"/>
          <w:rtl/>
        </w:rPr>
        <w:t xml:space="preserve"> </w:t>
      </w:r>
      <w:r w:rsidRPr="000B687D">
        <w:rPr>
          <w:rFonts w:ascii="Sakkal Majalla" w:hAnsi="Sakkal Majalla" w:cs="Sakkal Majalla" w:hint="cs"/>
          <w:szCs w:val="28"/>
          <w:rtl/>
        </w:rPr>
        <w:t>فإن</w:t>
      </w:r>
      <w:r w:rsidRPr="000B687D">
        <w:rPr>
          <w:rFonts w:ascii="Sakkal Majalla" w:hAnsi="Sakkal Majalla" w:cs="Sakkal Majalla"/>
          <w:szCs w:val="28"/>
          <w:rtl/>
        </w:rPr>
        <w:t xml:space="preserve"> </w:t>
      </w:r>
      <w:r w:rsidRPr="000B687D">
        <w:rPr>
          <w:rFonts w:ascii="Sakkal Majalla" w:hAnsi="Sakkal Majalla" w:cs="Sakkal Majalla" w:hint="cs"/>
          <w:szCs w:val="28"/>
          <w:rtl/>
        </w:rPr>
        <w:t>أثر</w:t>
      </w:r>
      <w:r w:rsidRPr="000B687D">
        <w:rPr>
          <w:rFonts w:ascii="Sakkal Majalla" w:hAnsi="Sakkal Majalla" w:cs="Sakkal Majalla"/>
          <w:szCs w:val="28"/>
          <w:rtl/>
        </w:rPr>
        <w:t xml:space="preserve"> </w:t>
      </w:r>
      <w:r w:rsidRPr="000B687D">
        <w:rPr>
          <w:rFonts w:ascii="Sakkal Majalla" w:hAnsi="Sakkal Majalla" w:cs="Sakkal Majalla" w:hint="cs"/>
          <w:szCs w:val="28"/>
          <w:rtl/>
        </w:rPr>
        <w:t>هذا</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الدعم</w:t>
      </w:r>
      <w:r w:rsidRPr="000B687D">
        <w:rPr>
          <w:rFonts w:ascii="Sakkal Majalla" w:hAnsi="Sakkal Majalla" w:cs="Sakkal Majalla"/>
          <w:szCs w:val="28"/>
          <w:rtl/>
        </w:rPr>
        <w:t xml:space="preserve"> </w:t>
      </w:r>
      <w:r w:rsidRPr="000B687D">
        <w:rPr>
          <w:rFonts w:ascii="Sakkal Majalla" w:hAnsi="Sakkal Majalla" w:cs="Sakkal Majalla" w:hint="cs"/>
          <w:szCs w:val="28"/>
          <w:rtl/>
        </w:rPr>
        <w:t>يتفاوت</w:t>
      </w:r>
      <w:r w:rsidRPr="000B687D">
        <w:rPr>
          <w:rFonts w:ascii="Sakkal Majalla" w:hAnsi="Sakkal Majalla" w:cs="Sakkal Majalla"/>
          <w:szCs w:val="28"/>
          <w:rtl/>
        </w:rPr>
        <w:t xml:space="preserve"> </w:t>
      </w:r>
      <w:r w:rsidRPr="000B687D">
        <w:rPr>
          <w:rFonts w:ascii="Sakkal Majalla" w:hAnsi="Sakkal Majalla" w:cs="Sakkal Majalla" w:hint="cs"/>
          <w:szCs w:val="28"/>
          <w:rtl/>
        </w:rPr>
        <w:t>تبعًا</w:t>
      </w:r>
      <w:r w:rsidRPr="000B687D">
        <w:rPr>
          <w:rFonts w:ascii="Sakkal Majalla" w:hAnsi="Sakkal Majalla" w:cs="Sakkal Majalla"/>
          <w:szCs w:val="28"/>
          <w:rtl/>
        </w:rPr>
        <w:t xml:space="preserve"> </w:t>
      </w:r>
      <w:r w:rsidRPr="000B687D">
        <w:rPr>
          <w:rFonts w:ascii="Sakkal Majalla" w:hAnsi="Sakkal Majalla" w:cs="Sakkal Majalla" w:hint="cs"/>
          <w:szCs w:val="28"/>
          <w:rtl/>
        </w:rPr>
        <w:t>لمستوى</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القدرة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الامتصاصية</w:t>
      </w:r>
      <w:r w:rsidRPr="000B687D">
        <w:rPr>
          <w:rFonts w:ascii="Sakkal Majalla" w:hAnsi="Sakkal Majalla" w:cs="Sakkal Majalla"/>
          <w:szCs w:val="28"/>
          <w:rtl/>
        </w:rPr>
        <w:t xml:space="preserve"> </w:t>
      </w:r>
      <w:r w:rsidRPr="000B687D">
        <w:rPr>
          <w:rFonts w:ascii="Sakkal Majalla" w:hAnsi="Sakkal Majalla" w:cs="Sakkal Majalla" w:hint="cs"/>
          <w:szCs w:val="28"/>
          <w:rtl/>
        </w:rPr>
        <w:t>لدى</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الجهة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المستفيدة</w:t>
      </w:r>
      <w:r w:rsidRPr="000B687D">
        <w:rPr>
          <w:rFonts w:ascii="Sakkal Majalla" w:hAnsi="Sakkal Majalla" w:cs="Sakkal Majalla"/>
          <w:szCs w:val="28"/>
          <w:rtl/>
        </w:rPr>
        <w:t>.</w:t>
      </w:r>
    </w:p>
    <w:p w14:paraId="5DA033C5" w14:textId="18372E8D"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فكلما</w:t>
      </w:r>
      <w:r w:rsidRPr="000B687D">
        <w:rPr>
          <w:rFonts w:ascii="Sakkal Majalla" w:hAnsi="Sakkal Majalla" w:cs="Sakkal Majalla"/>
          <w:szCs w:val="28"/>
          <w:rtl/>
        </w:rPr>
        <w:t xml:space="preserve"> </w:t>
      </w:r>
      <w:r w:rsidRPr="000B687D">
        <w:rPr>
          <w:rFonts w:ascii="Sakkal Majalla" w:hAnsi="Sakkal Majalla" w:cs="Sakkal Majalla" w:hint="cs"/>
          <w:szCs w:val="28"/>
          <w:rtl/>
        </w:rPr>
        <w:t>كانت</w:t>
      </w:r>
      <w:r w:rsidRPr="000B687D">
        <w:rPr>
          <w:rFonts w:ascii="Sakkal Majalla" w:hAnsi="Sakkal Majalla" w:cs="Sakkal Majalla"/>
          <w:szCs w:val="28"/>
          <w:rtl/>
        </w:rPr>
        <w:t xml:space="preserve"> </w:t>
      </w:r>
      <w:r w:rsidRPr="000B687D">
        <w:rPr>
          <w:rFonts w:ascii="Sakkal Majalla" w:hAnsi="Sakkal Majalla" w:cs="Sakkal Majalla" w:hint="cs"/>
          <w:szCs w:val="28"/>
          <w:rtl/>
        </w:rPr>
        <w:t>لدى</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الجهة</w:t>
      </w:r>
      <w:r w:rsidRPr="000B687D">
        <w:rPr>
          <w:rFonts w:ascii="Sakkal Majalla" w:hAnsi="Sakkal Majalla" w:cs="Sakkal Majalla"/>
          <w:szCs w:val="28"/>
          <w:rtl/>
        </w:rPr>
        <w:t xml:space="preserve"> </w:t>
      </w:r>
      <w:r w:rsidRPr="000B687D">
        <w:rPr>
          <w:rFonts w:ascii="Sakkal Majalla" w:hAnsi="Sakkal Majalla" w:cs="Sakkal Majalla" w:hint="cs"/>
          <w:szCs w:val="28"/>
          <w:rtl/>
        </w:rPr>
        <w:t>آليات</w:t>
      </w:r>
      <w:r w:rsidRPr="000B687D">
        <w:rPr>
          <w:rFonts w:ascii="Sakkal Majalla" w:hAnsi="Sakkal Majalla" w:cs="Sakkal Majalla"/>
          <w:szCs w:val="28"/>
          <w:rtl/>
        </w:rPr>
        <w:t xml:space="preserve"> </w:t>
      </w:r>
      <w:r w:rsidRPr="000B687D">
        <w:rPr>
          <w:rFonts w:ascii="Sakkal Majalla" w:hAnsi="Sakkal Majalla" w:cs="Sakkal Majalla" w:hint="cs"/>
          <w:szCs w:val="28"/>
          <w:rtl/>
        </w:rPr>
        <w:t>مؤسسية</w:t>
      </w:r>
      <w:r w:rsidRPr="000B687D">
        <w:rPr>
          <w:rFonts w:ascii="Sakkal Majalla" w:hAnsi="Sakkal Majalla" w:cs="Sakkal Majalla"/>
          <w:szCs w:val="28"/>
          <w:rtl/>
        </w:rPr>
        <w:t xml:space="preserve"> </w:t>
      </w:r>
      <w:r w:rsidRPr="000B687D">
        <w:rPr>
          <w:rFonts w:ascii="Sakkal Majalla" w:hAnsi="Sakkal Majalla" w:cs="Sakkal Majalla" w:hint="cs"/>
          <w:szCs w:val="28"/>
          <w:rtl/>
        </w:rPr>
        <w:t>قوية</w:t>
      </w:r>
      <w:r w:rsidRPr="000B687D">
        <w:rPr>
          <w:rFonts w:ascii="Sakkal Majalla" w:hAnsi="Sakkal Majalla" w:cs="Sakkal Majalla"/>
          <w:szCs w:val="28"/>
          <w:rtl/>
        </w:rPr>
        <w:t xml:space="preserve"> </w:t>
      </w:r>
      <w:r w:rsidRPr="000B687D">
        <w:rPr>
          <w:rFonts w:ascii="Sakkal Majalla" w:hAnsi="Sakkal Majalla" w:cs="Sakkal Majalla" w:hint="cs"/>
          <w:szCs w:val="28"/>
          <w:rtl/>
        </w:rPr>
        <w:t>لاستيعاب</w:t>
      </w:r>
      <w:r w:rsidRPr="000B687D">
        <w:rPr>
          <w:rFonts w:ascii="Sakkal Majalla" w:hAnsi="Sakkal Majalla" w:cs="Sakkal Majalla"/>
          <w:szCs w:val="28"/>
          <w:rtl/>
        </w:rPr>
        <w:t xml:space="preserve"> </w:t>
      </w:r>
      <w:r w:rsidRPr="000B687D">
        <w:rPr>
          <w:rFonts w:ascii="Sakkal Majalla" w:hAnsi="Sakkal Majalla" w:cs="Sakkal Majalla" w:hint="cs"/>
          <w:szCs w:val="28"/>
          <w:rtl/>
        </w:rPr>
        <w:t>وتكييف</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المعرفة</w:t>
      </w:r>
      <w:r w:rsidRPr="000B687D">
        <w:rPr>
          <w:rFonts w:ascii="Sakkal Majalla" w:hAnsi="Sakkal Majalla" w:cs="Sakkal Majalla"/>
          <w:szCs w:val="28"/>
          <w:rtl/>
        </w:rPr>
        <w:t xml:space="preserve"> (</w:t>
      </w:r>
      <w:r w:rsidRPr="000B687D">
        <w:rPr>
          <w:rFonts w:ascii="Sakkal Majalla" w:hAnsi="Sakkal Majalla" w:cs="Sakkal Majalla" w:hint="cs"/>
          <w:szCs w:val="28"/>
          <w:rtl/>
        </w:rPr>
        <w:t>مثل</w:t>
      </w:r>
      <w:r w:rsidRPr="000B687D">
        <w:rPr>
          <w:rFonts w:ascii="Sakkal Majalla" w:hAnsi="Sakkal Majalla" w:cs="Sakkal Majalla"/>
          <w:szCs w:val="28"/>
          <w:rtl/>
        </w:rPr>
        <w:t xml:space="preserve"> </w:t>
      </w:r>
      <w:r w:rsidRPr="000B687D">
        <w:rPr>
          <w:rFonts w:ascii="Sakkal Majalla" w:hAnsi="Sakkal Majalla" w:cs="Sakkal Majalla" w:hint="cs"/>
          <w:szCs w:val="28"/>
          <w:rtl/>
        </w:rPr>
        <w:t>فرق</w:t>
      </w:r>
      <w:r w:rsidRPr="000B687D">
        <w:rPr>
          <w:rFonts w:ascii="Sakkal Majalla" w:hAnsi="Sakkal Majalla" w:cs="Sakkal Majalla"/>
          <w:szCs w:val="28"/>
          <w:rtl/>
        </w:rPr>
        <w:t xml:space="preserve"> </w:t>
      </w:r>
      <w:r w:rsidRPr="000B687D">
        <w:rPr>
          <w:rFonts w:ascii="Sakkal Majalla" w:hAnsi="Sakkal Majalla" w:cs="Sakkal Majalla" w:hint="cs"/>
          <w:szCs w:val="28"/>
          <w:rtl/>
        </w:rPr>
        <w:t>عمل</w:t>
      </w:r>
      <w:r w:rsidRPr="000B687D">
        <w:rPr>
          <w:rFonts w:ascii="Sakkal Majalla" w:hAnsi="Sakkal Majalla" w:cs="Sakkal Majalla"/>
          <w:szCs w:val="28"/>
          <w:rtl/>
        </w:rPr>
        <w:t xml:space="preserve"> </w:t>
      </w:r>
      <w:r w:rsidRPr="000B687D">
        <w:rPr>
          <w:rFonts w:ascii="Sakkal Majalla" w:hAnsi="Sakkal Majalla" w:cs="Sakkal Majalla" w:hint="cs"/>
          <w:szCs w:val="28"/>
          <w:rtl/>
        </w:rPr>
        <w:t>مهيأة،</w:t>
      </w:r>
      <w:r w:rsidRPr="000B687D">
        <w:rPr>
          <w:rFonts w:ascii="Sakkal Majalla" w:hAnsi="Sakkal Majalla" w:cs="Sakkal Majalla"/>
          <w:szCs w:val="28"/>
          <w:rtl/>
        </w:rPr>
        <w:t xml:space="preserve"> </w:t>
      </w:r>
      <w:r w:rsidRPr="000B687D">
        <w:rPr>
          <w:rFonts w:ascii="Sakkal Majalla" w:hAnsi="Sakkal Majalla" w:cs="Sakkal Majalla" w:hint="cs"/>
          <w:szCs w:val="28"/>
          <w:rtl/>
        </w:rPr>
        <w:t>وأدوات</w:t>
      </w:r>
      <w:r w:rsidRPr="000B687D">
        <w:rPr>
          <w:rFonts w:ascii="Sakkal Majalla" w:hAnsi="Sakkal Majalla" w:cs="Sakkal Majalla"/>
          <w:szCs w:val="28"/>
          <w:rtl/>
        </w:rPr>
        <w:t xml:space="preserve"> </w:t>
      </w:r>
      <w:r w:rsidRPr="000B687D">
        <w:rPr>
          <w:rFonts w:ascii="Sakkal Majalla" w:hAnsi="Sakkal Majalla" w:cs="Sakkal Majalla" w:hint="cs"/>
          <w:szCs w:val="28"/>
          <w:rtl/>
        </w:rPr>
        <w:t>لإدارة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المعرفة</w:t>
      </w:r>
      <w:r w:rsidRPr="000B687D">
        <w:rPr>
          <w:rFonts w:ascii="Sakkal Majalla" w:hAnsi="Sakkal Majalla" w:cs="Sakkal Majalla"/>
          <w:szCs w:val="28"/>
          <w:rtl/>
        </w:rPr>
        <w:t>)</w:t>
      </w:r>
      <w:r w:rsidRPr="000B687D">
        <w:rPr>
          <w:rFonts w:ascii="Sakkal Majalla" w:hAnsi="Sakkal Majalla" w:cs="Sakkal Majalla" w:hint="cs"/>
          <w:szCs w:val="28"/>
          <w:rtl/>
        </w:rPr>
        <w:t>،</w:t>
      </w:r>
      <w:r w:rsidRPr="000B687D">
        <w:rPr>
          <w:rFonts w:ascii="Sakkal Majalla" w:hAnsi="Sakkal Majalla" w:cs="Sakkal Majalla"/>
          <w:szCs w:val="28"/>
          <w:rtl/>
        </w:rPr>
        <w:t xml:space="preserve"> </w:t>
      </w:r>
      <w:r w:rsidRPr="000B687D">
        <w:rPr>
          <w:rFonts w:ascii="Sakkal Majalla" w:hAnsi="Sakkal Majalla" w:cs="Sakkal Majalla" w:hint="cs"/>
          <w:szCs w:val="28"/>
          <w:rtl/>
        </w:rPr>
        <w:t>كلما</w:t>
      </w:r>
      <w:r w:rsidRPr="000B687D">
        <w:rPr>
          <w:rFonts w:ascii="Sakkal Majalla" w:hAnsi="Sakkal Majalla" w:cs="Sakkal Majalla"/>
          <w:szCs w:val="28"/>
          <w:rtl/>
        </w:rPr>
        <w:t xml:space="preserve"> </w:t>
      </w:r>
      <w:r w:rsidRPr="000B687D">
        <w:rPr>
          <w:rFonts w:ascii="Sakkal Majalla" w:hAnsi="Sakkal Majalla" w:cs="Sakkal Majalla" w:hint="cs"/>
          <w:szCs w:val="28"/>
          <w:rtl/>
        </w:rPr>
        <w:t>زاد</w:t>
      </w:r>
      <w:r w:rsidRPr="000B687D">
        <w:rPr>
          <w:rFonts w:ascii="Sakkal Majalla" w:hAnsi="Sakkal Majalla" w:cs="Sakkal Majalla"/>
          <w:szCs w:val="28"/>
          <w:rtl/>
        </w:rPr>
        <w:t xml:space="preserve"> </w:t>
      </w:r>
      <w:r w:rsidRPr="000B687D">
        <w:rPr>
          <w:rFonts w:ascii="Sakkal Majalla" w:hAnsi="Sakkal Majalla" w:cs="Sakkal Majalla" w:hint="cs"/>
          <w:szCs w:val="28"/>
          <w:rtl/>
        </w:rPr>
        <w:t>تأثير</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الدعم</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الاستشاري</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تحقيق</w:t>
      </w:r>
      <w:r w:rsidRPr="000B687D">
        <w:rPr>
          <w:rFonts w:ascii="Sakkal Majalla" w:hAnsi="Sakkal Majalla" w:cs="Sakkal Majalla"/>
          <w:szCs w:val="28"/>
          <w:rtl/>
        </w:rPr>
        <w:t xml:space="preserve"> </w:t>
      </w:r>
      <w:r w:rsidRPr="000B687D">
        <w:rPr>
          <w:rFonts w:ascii="Sakkal Majalla" w:hAnsi="Sakkal Majalla" w:cs="Sakkal Majalla" w:hint="cs"/>
          <w:szCs w:val="28"/>
          <w:rtl/>
        </w:rPr>
        <w:t>استدامة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الابتكار</w:t>
      </w:r>
      <w:r w:rsidRPr="000B687D">
        <w:rPr>
          <w:rFonts w:ascii="Sakkal Majalla" w:hAnsi="Sakkal Majalla" w:cs="Sakkal Majalla"/>
          <w:szCs w:val="28"/>
          <w:rtl/>
        </w:rPr>
        <w:t>.</w:t>
      </w:r>
    </w:p>
    <w:p w14:paraId="65EEF53D" w14:textId="77777777" w:rsidR="000B687D" w:rsidRPr="000B687D" w:rsidRDefault="000B687D" w:rsidP="00634497">
      <w:pPr>
        <w:bidi/>
        <w:spacing w:line="360" w:lineRule="auto"/>
        <w:jc w:val="lowKashida"/>
        <w:rPr>
          <w:rFonts w:ascii="Sakkal Majalla" w:hAnsi="Sakkal Majalla" w:cs="Sakkal Majalla"/>
          <w:b/>
          <w:bCs/>
          <w:szCs w:val="28"/>
        </w:rPr>
      </w:pPr>
      <w:r w:rsidRPr="000B687D">
        <w:rPr>
          <w:rFonts w:ascii="Sakkal Majalla" w:hAnsi="Sakkal Majalla" w:cs="Sakkal Majalla" w:hint="cs"/>
          <w:b/>
          <w:bCs/>
          <w:szCs w:val="28"/>
          <w:rtl/>
        </w:rPr>
        <w:lastRenderedPageBreak/>
        <w:t>ثالثاً</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التحليل</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الاستنتاجي</w:t>
      </w:r>
    </w:p>
    <w:p w14:paraId="1B431BD9"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تدعم</w:t>
      </w:r>
      <w:r w:rsidRPr="000B687D">
        <w:rPr>
          <w:rFonts w:ascii="Sakkal Majalla" w:hAnsi="Sakkal Majalla" w:cs="Sakkal Majalla"/>
          <w:szCs w:val="28"/>
          <w:rtl/>
        </w:rPr>
        <w:t xml:space="preserve"> </w:t>
      </w:r>
      <w:r w:rsidRPr="000B687D">
        <w:rPr>
          <w:rFonts w:ascii="Sakkal Majalla" w:hAnsi="Sakkal Majalla" w:cs="Sakkal Majalla" w:hint="cs"/>
          <w:szCs w:val="28"/>
          <w:rtl/>
        </w:rPr>
        <w:t>النتائج</w:t>
      </w:r>
      <w:r w:rsidRPr="000B687D">
        <w:rPr>
          <w:rFonts w:ascii="Sakkal Majalla" w:hAnsi="Sakkal Majalla" w:cs="Sakkal Majalla"/>
          <w:szCs w:val="28"/>
          <w:rtl/>
        </w:rPr>
        <w:t xml:space="preserve"> </w:t>
      </w:r>
      <w:r w:rsidRPr="000B687D">
        <w:rPr>
          <w:rFonts w:ascii="Sakkal Majalla" w:hAnsi="Sakkal Majalla" w:cs="Sakkal Majalla" w:hint="cs"/>
          <w:szCs w:val="28"/>
          <w:rtl/>
        </w:rPr>
        <w:t>الفرضية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الثانية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والثالثة</w:t>
      </w:r>
      <w:r w:rsidRPr="000B687D">
        <w:rPr>
          <w:rFonts w:ascii="Sakkal Majalla" w:hAnsi="Sakkal Majalla" w:cs="Sakkal Majalla"/>
          <w:szCs w:val="28"/>
          <w:rtl/>
        </w:rPr>
        <w:t xml:space="preserve"> </w:t>
      </w:r>
      <w:r w:rsidRPr="000B687D">
        <w:rPr>
          <w:rFonts w:ascii="Sakkal Majalla" w:hAnsi="Sakkal Majalla" w:cs="Sakkal Majalla" w:hint="cs"/>
          <w:szCs w:val="28"/>
          <w:rtl/>
        </w:rPr>
        <w:t>للدراسة،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التي</w:t>
      </w:r>
      <w:r w:rsidRPr="000B687D">
        <w:rPr>
          <w:rFonts w:ascii="Sakkal Majalla" w:hAnsi="Sakkal Majalla" w:cs="Sakkal Majalla"/>
          <w:szCs w:val="28"/>
          <w:rtl/>
        </w:rPr>
        <w:t xml:space="preserve"> </w:t>
      </w:r>
      <w:r w:rsidRPr="000B687D">
        <w:rPr>
          <w:rFonts w:ascii="Sakkal Majalla" w:hAnsi="Sakkal Majalla" w:cs="Sakkal Majalla" w:hint="cs"/>
          <w:szCs w:val="28"/>
          <w:rtl/>
        </w:rPr>
        <w:t>تفترض</w:t>
      </w:r>
      <w:r w:rsidRPr="000B687D">
        <w:rPr>
          <w:rFonts w:ascii="Sakkal Majalla" w:hAnsi="Sakkal Majalla" w:cs="Sakkal Majalla"/>
          <w:szCs w:val="28"/>
          <w:rtl/>
        </w:rPr>
        <w:t xml:space="preserve"> </w:t>
      </w:r>
      <w:r w:rsidRPr="000B687D">
        <w:rPr>
          <w:rFonts w:ascii="Sakkal Majalla" w:hAnsi="Sakkal Majalla" w:cs="Sakkal Majalla" w:hint="cs"/>
          <w:szCs w:val="28"/>
          <w:rtl/>
        </w:rPr>
        <w:t>وجود</w:t>
      </w:r>
      <w:r w:rsidRPr="000B687D">
        <w:rPr>
          <w:rFonts w:ascii="Sakkal Majalla" w:hAnsi="Sakkal Majalla" w:cs="Sakkal Majalla"/>
          <w:szCs w:val="28"/>
          <w:rtl/>
        </w:rPr>
        <w:t xml:space="preserve"> </w:t>
      </w:r>
      <w:r w:rsidRPr="000B687D">
        <w:rPr>
          <w:rFonts w:ascii="Sakkal Majalla" w:hAnsi="Sakkal Majalla" w:cs="Sakkal Majalla" w:hint="cs"/>
          <w:szCs w:val="28"/>
          <w:rtl/>
        </w:rPr>
        <w:t>علاقة</w:t>
      </w:r>
      <w:r w:rsidRPr="000B687D">
        <w:rPr>
          <w:rFonts w:ascii="Sakkal Majalla" w:hAnsi="Sakkal Majalla" w:cs="Sakkal Majalla"/>
          <w:szCs w:val="28"/>
          <w:rtl/>
        </w:rPr>
        <w:t xml:space="preserve"> </w:t>
      </w:r>
      <w:r w:rsidRPr="000B687D">
        <w:rPr>
          <w:rFonts w:ascii="Sakkal Majalla" w:hAnsi="Sakkal Majalla" w:cs="Sakkal Majalla" w:hint="cs"/>
          <w:szCs w:val="28"/>
          <w:rtl/>
        </w:rPr>
        <w:t>إيجابية</w:t>
      </w:r>
      <w:r w:rsidRPr="000B687D">
        <w:rPr>
          <w:rFonts w:ascii="Sakkal Majalla" w:hAnsi="Sakkal Majalla" w:cs="Sakkal Majalla"/>
          <w:szCs w:val="28"/>
          <w:rtl/>
        </w:rPr>
        <w:t xml:space="preserve"> </w:t>
      </w:r>
      <w:r w:rsidRPr="000B687D">
        <w:rPr>
          <w:rFonts w:ascii="Sakkal Majalla" w:hAnsi="Sakkal Majalla" w:cs="Sakkal Majalla" w:hint="cs"/>
          <w:szCs w:val="28"/>
          <w:rtl/>
        </w:rPr>
        <w:t>بين</w:t>
      </w:r>
      <w:r w:rsidRPr="000B687D">
        <w:rPr>
          <w:rFonts w:ascii="Sakkal Majalla" w:hAnsi="Sakkal Majalla" w:cs="Sakkal Majalla"/>
          <w:szCs w:val="28"/>
          <w:rtl/>
        </w:rPr>
        <w:t xml:space="preserve"> </w:t>
      </w:r>
      <w:r w:rsidRPr="000B687D">
        <w:rPr>
          <w:rFonts w:ascii="Sakkal Majalla" w:hAnsi="Sakkal Majalla" w:cs="Sakkal Majalla" w:hint="cs"/>
          <w:szCs w:val="28"/>
          <w:rtl/>
        </w:rPr>
        <w:t>جودة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الدور</w:t>
      </w:r>
      <w:r w:rsidRPr="000B687D">
        <w:rPr>
          <w:rFonts w:ascii="Sakkal Majalla" w:hAnsi="Sakkal Majalla" w:cs="Sakkal Majalla"/>
          <w:szCs w:val="28"/>
          <w:rtl/>
        </w:rPr>
        <w:t xml:space="preserve"> </w:t>
      </w:r>
      <w:proofErr w:type="spellStart"/>
      <w:r w:rsidRPr="000B687D">
        <w:rPr>
          <w:rFonts w:ascii="Sakkal Majalla" w:hAnsi="Sakkal Majalla" w:cs="Sakkal Majalla" w:hint="cs"/>
          <w:szCs w:val="28"/>
          <w:rtl/>
        </w:rPr>
        <w:t>التمكيني</w:t>
      </w:r>
      <w:proofErr w:type="spellEnd"/>
      <w:r w:rsidRPr="000B687D">
        <w:rPr>
          <w:rFonts w:ascii="Sakkal Majalla" w:hAnsi="Sakkal Majalla" w:cs="Sakkal Majalla"/>
          <w:szCs w:val="28"/>
          <w:rtl/>
        </w:rPr>
        <w:t xml:space="preserve"> </w:t>
      </w:r>
      <w:r w:rsidRPr="000B687D">
        <w:rPr>
          <w:rFonts w:ascii="Sakkal Majalla" w:hAnsi="Sakkal Majalla" w:cs="Sakkal Majalla" w:hint="cs"/>
          <w:szCs w:val="28"/>
          <w:rtl/>
        </w:rPr>
        <w:t>للشركات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الاستشارية</w:t>
      </w:r>
      <w:r w:rsidRPr="000B687D">
        <w:rPr>
          <w:rFonts w:ascii="Sakkal Majalla" w:hAnsi="Sakkal Majalla" w:cs="Sakkal Majalla"/>
          <w:szCs w:val="28"/>
          <w:rtl/>
        </w:rPr>
        <w:t xml:space="preserve"> </w:t>
      </w:r>
      <w:r w:rsidRPr="000B687D">
        <w:rPr>
          <w:rFonts w:ascii="Sakkal Majalla" w:hAnsi="Sakkal Majalla" w:cs="Sakkal Majalla" w:hint="cs"/>
          <w:szCs w:val="28"/>
          <w:rtl/>
        </w:rPr>
        <w:t>وبين</w:t>
      </w:r>
      <w:r w:rsidRPr="000B687D">
        <w:rPr>
          <w:rFonts w:ascii="Sakkal Majalla" w:hAnsi="Sakkal Majalla" w:cs="Sakkal Majalla"/>
          <w:szCs w:val="28"/>
          <w:rtl/>
        </w:rPr>
        <w:t xml:space="preserve"> </w:t>
      </w:r>
      <w:r w:rsidRPr="000B687D">
        <w:rPr>
          <w:rFonts w:ascii="Sakkal Majalla" w:hAnsi="Sakkal Majalla" w:cs="Sakkal Majalla" w:hint="cs"/>
          <w:szCs w:val="28"/>
          <w:rtl/>
        </w:rPr>
        <w:t>استدامة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الابتكار،</w:t>
      </w:r>
      <w:r w:rsidRPr="000B687D">
        <w:rPr>
          <w:rFonts w:ascii="Sakkal Majalla" w:hAnsi="Sakkal Majalla" w:cs="Sakkal Majalla"/>
          <w:szCs w:val="28"/>
          <w:rtl/>
        </w:rPr>
        <w:t xml:space="preserve"> </w:t>
      </w:r>
      <w:r w:rsidRPr="000B687D">
        <w:rPr>
          <w:rFonts w:ascii="Sakkal Majalla" w:hAnsi="Sakkal Majalla" w:cs="Sakkal Majalla" w:hint="cs"/>
          <w:szCs w:val="28"/>
          <w:rtl/>
        </w:rPr>
        <w:t>مع</w:t>
      </w:r>
      <w:r w:rsidRPr="000B687D">
        <w:rPr>
          <w:rFonts w:ascii="Sakkal Majalla" w:hAnsi="Sakkal Majalla" w:cs="Sakkal Majalla"/>
          <w:szCs w:val="28"/>
          <w:rtl/>
        </w:rPr>
        <w:t xml:space="preserve"> </w:t>
      </w:r>
      <w:r w:rsidRPr="000B687D">
        <w:rPr>
          <w:rFonts w:ascii="Sakkal Majalla" w:hAnsi="Sakkal Majalla" w:cs="Sakkal Majalla" w:hint="cs"/>
          <w:szCs w:val="28"/>
          <w:rtl/>
        </w:rPr>
        <w:t>دور</w:t>
      </w:r>
      <w:r w:rsidRPr="000B687D">
        <w:rPr>
          <w:rFonts w:ascii="Sakkal Majalla" w:hAnsi="Sakkal Majalla" w:cs="Sakkal Majalla"/>
          <w:szCs w:val="28"/>
          <w:rtl/>
        </w:rPr>
        <w:t xml:space="preserve"> </w:t>
      </w:r>
      <w:r w:rsidRPr="000B687D">
        <w:rPr>
          <w:rFonts w:ascii="Sakkal Majalla" w:hAnsi="Sakkal Majalla" w:cs="Sakkal Majalla" w:hint="cs"/>
          <w:szCs w:val="28"/>
          <w:rtl/>
        </w:rPr>
        <w:t>حاسم</w:t>
      </w:r>
      <w:r w:rsidRPr="000B687D">
        <w:rPr>
          <w:rFonts w:ascii="Sakkal Majalla" w:hAnsi="Sakkal Majalla" w:cs="Sakkal Majalla"/>
          <w:szCs w:val="28"/>
          <w:rtl/>
        </w:rPr>
        <w:t xml:space="preserve"> </w:t>
      </w:r>
      <w:r w:rsidRPr="000B687D">
        <w:rPr>
          <w:rFonts w:ascii="Sakkal Majalla" w:hAnsi="Sakkal Majalla" w:cs="Sakkal Majalla" w:hint="cs"/>
          <w:szCs w:val="28"/>
          <w:rtl/>
        </w:rPr>
        <w:t>للتكامل</w:t>
      </w:r>
      <w:r w:rsidRPr="000B687D">
        <w:rPr>
          <w:rFonts w:ascii="Sakkal Majalla" w:hAnsi="Sakkal Majalla" w:cs="Sakkal Majalla"/>
          <w:szCs w:val="28"/>
          <w:rtl/>
        </w:rPr>
        <w:t xml:space="preserve"> </w:t>
      </w:r>
      <w:r w:rsidRPr="000B687D">
        <w:rPr>
          <w:rFonts w:ascii="Sakkal Majalla" w:hAnsi="Sakkal Majalla" w:cs="Sakkal Majalla" w:hint="cs"/>
          <w:szCs w:val="28"/>
          <w:rtl/>
        </w:rPr>
        <w:t>بين</w:t>
      </w:r>
      <w:r w:rsidRPr="000B687D">
        <w:rPr>
          <w:rFonts w:ascii="Sakkal Majalla" w:hAnsi="Sakkal Majalla" w:cs="Sakkal Majalla"/>
          <w:szCs w:val="28"/>
          <w:rtl/>
        </w:rPr>
        <w:t xml:space="preserve"> </w:t>
      </w:r>
      <w:r w:rsidRPr="000B687D">
        <w:rPr>
          <w:rFonts w:ascii="Sakkal Majalla" w:hAnsi="Sakkal Majalla" w:cs="Sakkal Majalla" w:hint="cs"/>
          <w:szCs w:val="28"/>
          <w:rtl/>
        </w:rPr>
        <w:t>هذا</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الدعم</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والقدرات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الداخلية</w:t>
      </w:r>
      <w:r w:rsidRPr="000B687D">
        <w:rPr>
          <w:rFonts w:ascii="Sakkal Majalla" w:hAnsi="Sakkal Majalla" w:cs="Sakkal Majalla"/>
          <w:szCs w:val="28"/>
          <w:rtl/>
        </w:rPr>
        <w:t>.</w:t>
      </w:r>
    </w:p>
    <w:p w14:paraId="4C9703C7" w14:textId="6179C994"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كما</w:t>
      </w:r>
      <w:r w:rsidRPr="000B687D">
        <w:rPr>
          <w:rFonts w:ascii="Sakkal Majalla" w:hAnsi="Sakkal Majalla" w:cs="Sakkal Majalla"/>
          <w:szCs w:val="28"/>
          <w:rtl/>
        </w:rPr>
        <w:t xml:space="preserve"> </w:t>
      </w:r>
      <w:r w:rsidRPr="000B687D">
        <w:rPr>
          <w:rFonts w:ascii="Sakkal Majalla" w:hAnsi="Sakkal Majalla" w:cs="Sakkal Majalla" w:hint="cs"/>
          <w:szCs w:val="28"/>
          <w:rtl/>
        </w:rPr>
        <w:t>تؤكد</w:t>
      </w:r>
      <w:r w:rsidRPr="000B687D">
        <w:rPr>
          <w:rFonts w:ascii="Sakkal Majalla" w:hAnsi="Sakkal Majalla" w:cs="Sakkal Majalla"/>
          <w:szCs w:val="28"/>
          <w:rtl/>
        </w:rPr>
        <w:t xml:space="preserve"> </w:t>
      </w:r>
      <w:r w:rsidRPr="000B687D">
        <w:rPr>
          <w:rFonts w:ascii="Sakkal Majalla" w:hAnsi="Sakkal Majalla" w:cs="Sakkal Majalla" w:hint="cs"/>
          <w:szCs w:val="28"/>
          <w:rtl/>
        </w:rPr>
        <w:t>البيانات</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مجرد</w:t>
      </w:r>
      <w:r w:rsidRPr="000B687D">
        <w:rPr>
          <w:rFonts w:ascii="Sakkal Majalla" w:hAnsi="Sakkal Majalla" w:cs="Sakkal Majalla"/>
          <w:szCs w:val="28"/>
          <w:rtl/>
        </w:rPr>
        <w:t xml:space="preserve"> </w:t>
      </w:r>
      <w:r w:rsidRPr="000B687D">
        <w:rPr>
          <w:rFonts w:ascii="Sakkal Majalla" w:hAnsi="Sakkal Majalla" w:cs="Sakkal Majalla" w:hint="cs"/>
          <w:szCs w:val="28"/>
          <w:rtl/>
        </w:rPr>
        <w:t>نقل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المعرفة</w:t>
      </w:r>
      <w:r w:rsidRPr="000B687D">
        <w:rPr>
          <w:rFonts w:ascii="Sakkal Majalla" w:hAnsi="Sakkal Majalla" w:cs="Sakkal Majalla"/>
          <w:szCs w:val="28"/>
          <w:rtl/>
        </w:rPr>
        <w:t xml:space="preserve"> </w:t>
      </w:r>
      <w:r w:rsidRPr="000B687D">
        <w:rPr>
          <w:rFonts w:ascii="Sakkal Majalla" w:hAnsi="Sakkal Majalla" w:cs="Sakkal Majalla" w:hint="cs"/>
          <w:szCs w:val="28"/>
          <w:rtl/>
        </w:rPr>
        <w:t>لا</w:t>
      </w:r>
      <w:r w:rsidRPr="000B687D">
        <w:rPr>
          <w:rFonts w:ascii="Sakkal Majalla" w:hAnsi="Sakkal Majalla" w:cs="Sakkal Majalla"/>
          <w:szCs w:val="28"/>
          <w:rtl/>
        </w:rPr>
        <w:t xml:space="preserve"> </w:t>
      </w:r>
      <w:r w:rsidRPr="000B687D">
        <w:rPr>
          <w:rFonts w:ascii="Sakkal Majalla" w:hAnsi="Sakkal Majalla" w:cs="Sakkal Majalla" w:hint="cs"/>
          <w:szCs w:val="28"/>
          <w:rtl/>
        </w:rPr>
        <w:t>يكفي،</w:t>
      </w:r>
      <w:r w:rsidRPr="000B687D">
        <w:rPr>
          <w:rFonts w:ascii="Sakkal Majalla" w:hAnsi="Sakkal Majalla" w:cs="Sakkal Majalla"/>
          <w:szCs w:val="28"/>
          <w:rtl/>
        </w:rPr>
        <w:t xml:space="preserve"> </w:t>
      </w:r>
      <w:r w:rsidRPr="000B687D">
        <w:rPr>
          <w:rFonts w:ascii="Sakkal Majalla" w:hAnsi="Sakkal Majalla" w:cs="Sakkal Majalla" w:hint="cs"/>
          <w:szCs w:val="28"/>
          <w:rtl/>
        </w:rPr>
        <w:t>بل</w:t>
      </w:r>
      <w:r w:rsidRPr="000B687D">
        <w:rPr>
          <w:rFonts w:ascii="Sakkal Majalla" w:hAnsi="Sakkal Majalla" w:cs="Sakkal Majalla"/>
          <w:szCs w:val="28"/>
          <w:rtl/>
        </w:rPr>
        <w:t xml:space="preserve"> </w:t>
      </w:r>
      <w:r w:rsidRPr="000B687D">
        <w:rPr>
          <w:rFonts w:ascii="Sakkal Majalla" w:hAnsi="Sakkal Majalla" w:cs="Sakkal Majalla" w:hint="cs"/>
          <w:szCs w:val="28"/>
          <w:rtl/>
        </w:rPr>
        <w:t>يجب</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تكون</w:t>
      </w:r>
      <w:r w:rsidRPr="000B687D">
        <w:rPr>
          <w:rFonts w:ascii="Sakkal Majalla" w:hAnsi="Sakkal Majalla" w:cs="Sakkal Majalla"/>
          <w:szCs w:val="28"/>
          <w:rtl/>
        </w:rPr>
        <w:t xml:space="preserve"> </w:t>
      </w:r>
      <w:r w:rsidRPr="000B687D">
        <w:rPr>
          <w:rFonts w:ascii="Sakkal Majalla" w:hAnsi="Sakkal Majalla" w:cs="Sakkal Majalla" w:hint="cs"/>
          <w:szCs w:val="28"/>
          <w:rtl/>
        </w:rPr>
        <w:t>هناك</w:t>
      </w:r>
      <w:r w:rsidRPr="000B687D">
        <w:rPr>
          <w:rFonts w:ascii="Sakkal Majalla" w:hAnsi="Sakkal Majalla" w:cs="Sakkal Majalla"/>
          <w:szCs w:val="28"/>
          <w:rtl/>
        </w:rPr>
        <w:t xml:space="preserve"> </w:t>
      </w:r>
      <w:r w:rsidRPr="000B687D">
        <w:rPr>
          <w:rFonts w:ascii="Sakkal Majalla" w:hAnsi="Sakkal Majalla" w:cs="Sakkal Majalla" w:hint="cs"/>
          <w:szCs w:val="28"/>
          <w:rtl/>
        </w:rPr>
        <w:t>خطط</w:t>
      </w:r>
      <w:r w:rsidRPr="000B687D">
        <w:rPr>
          <w:rFonts w:ascii="Sakkal Majalla" w:hAnsi="Sakkal Majalla" w:cs="Sakkal Majalla"/>
          <w:szCs w:val="28"/>
          <w:rtl/>
        </w:rPr>
        <w:t xml:space="preserve"> </w:t>
      </w:r>
      <w:r w:rsidRPr="000B687D">
        <w:rPr>
          <w:rFonts w:ascii="Sakkal Majalla" w:hAnsi="Sakkal Majalla" w:cs="Sakkal Majalla" w:hint="cs"/>
          <w:szCs w:val="28"/>
          <w:rtl/>
        </w:rPr>
        <w:t>واضحة</w:t>
      </w:r>
      <w:r w:rsidRPr="000B687D">
        <w:rPr>
          <w:rFonts w:ascii="Sakkal Majalla" w:hAnsi="Sakkal Majalla" w:cs="Sakkal Majalla"/>
          <w:szCs w:val="28"/>
          <w:rtl/>
        </w:rPr>
        <w:t xml:space="preserve"> </w:t>
      </w:r>
      <w:r w:rsidRPr="000B687D">
        <w:rPr>
          <w:rFonts w:ascii="Sakkal Majalla" w:hAnsi="Sakkal Majalla" w:cs="Sakkal Majalla" w:hint="cs"/>
          <w:szCs w:val="28"/>
          <w:rtl/>
        </w:rPr>
        <w:t>لدمج</w:t>
      </w:r>
      <w:r w:rsidRPr="000B687D">
        <w:rPr>
          <w:rFonts w:ascii="Sakkal Majalla" w:hAnsi="Sakkal Majalla" w:cs="Sakkal Majalla"/>
          <w:szCs w:val="28"/>
          <w:rtl/>
        </w:rPr>
        <w:t xml:space="preserve"> </w:t>
      </w:r>
      <w:r w:rsidRPr="000B687D">
        <w:rPr>
          <w:rFonts w:ascii="Sakkal Majalla" w:hAnsi="Sakkal Majalla" w:cs="Sakkal Majalla" w:hint="cs"/>
          <w:szCs w:val="28"/>
          <w:rtl/>
        </w:rPr>
        <w:t>هذه</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المعرفة</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بيئة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العمل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الحكومية،</w:t>
      </w:r>
      <w:r w:rsidRPr="000B687D">
        <w:rPr>
          <w:rFonts w:ascii="Sakkal Majalla" w:hAnsi="Sakkal Majalla" w:cs="Sakkal Majalla"/>
          <w:szCs w:val="28"/>
          <w:rtl/>
        </w:rPr>
        <w:t xml:space="preserve"> </w:t>
      </w:r>
      <w:r w:rsidRPr="000B687D">
        <w:rPr>
          <w:rFonts w:ascii="Sakkal Majalla" w:hAnsi="Sakkal Majalla" w:cs="Sakkal Majalla" w:hint="cs"/>
          <w:szCs w:val="28"/>
          <w:rtl/>
        </w:rPr>
        <w:t>وهو</w:t>
      </w:r>
      <w:r w:rsidRPr="000B687D">
        <w:rPr>
          <w:rFonts w:ascii="Sakkal Majalla" w:hAnsi="Sakkal Majalla" w:cs="Sakkal Majalla"/>
          <w:szCs w:val="28"/>
          <w:rtl/>
        </w:rPr>
        <w:t xml:space="preserve"> </w:t>
      </w:r>
      <w:r w:rsidRPr="000B687D">
        <w:rPr>
          <w:rFonts w:ascii="Sakkal Majalla" w:hAnsi="Sakkal Majalla" w:cs="Sakkal Majalla" w:hint="cs"/>
          <w:szCs w:val="28"/>
          <w:rtl/>
        </w:rPr>
        <w:t>ما</w:t>
      </w:r>
      <w:r w:rsidRPr="000B687D">
        <w:rPr>
          <w:rFonts w:ascii="Sakkal Majalla" w:hAnsi="Sakkal Majalla" w:cs="Sakkal Majalla"/>
          <w:szCs w:val="28"/>
          <w:rtl/>
        </w:rPr>
        <w:t xml:space="preserve"> </w:t>
      </w:r>
      <w:r w:rsidRPr="000B687D">
        <w:rPr>
          <w:rFonts w:ascii="Sakkal Majalla" w:hAnsi="Sakkal Majalla" w:cs="Sakkal Majalla" w:hint="cs"/>
          <w:szCs w:val="28"/>
          <w:rtl/>
        </w:rPr>
        <w:t>يعزز</w:t>
      </w:r>
      <w:r w:rsidRPr="000B687D">
        <w:rPr>
          <w:rFonts w:ascii="Sakkal Majalla" w:hAnsi="Sakkal Majalla" w:cs="Sakkal Majalla"/>
          <w:szCs w:val="28"/>
          <w:rtl/>
        </w:rPr>
        <w:t xml:space="preserve"> </w:t>
      </w:r>
      <w:r w:rsidRPr="000B687D">
        <w:rPr>
          <w:rFonts w:ascii="Sakkal Majalla" w:hAnsi="Sakkal Majalla" w:cs="Sakkal Majalla" w:hint="cs"/>
          <w:szCs w:val="28"/>
          <w:rtl/>
        </w:rPr>
        <w:t>من</w:t>
      </w:r>
      <w:r w:rsidRPr="000B687D">
        <w:rPr>
          <w:rFonts w:ascii="Sakkal Majalla" w:hAnsi="Sakkal Majalla" w:cs="Sakkal Majalla"/>
          <w:szCs w:val="28"/>
          <w:rtl/>
        </w:rPr>
        <w:t xml:space="preserve"> </w:t>
      </w:r>
      <w:r w:rsidRPr="000B687D">
        <w:rPr>
          <w:rFonts w:ascii="Sakkal Majalla" w:hAnsi="Sakkal Majalla" w:cs="Sakkal Majalla" w:hint="cs"/>
          <w:szCs w:val="28"/>
          <w:rtl/>
        </w:rPr>
        <w:t>أهمية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الشراكة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المعرفية</w:t>
      </w:r>
      <w:r w:rsidRPr="000B687D">
        <w:rPr>
          <w:rFonts w:ascii="Sakkal Majalla" w:hAnsi="Sakkal Majalla" w:cs="Sakkal Majalla"/>
          <w:szCs w:val="28"/>
          <w:rtl/>
        </w:rPr>
        <w:t xml:space="preserve"> </w:t>
      </w:r>
      <w:r w:rsidRPr="000B687D">
        <w:rPr>
          <w:rFonts w:ascii="Sakkal Majalla" w:hAnsi="Sakkal Majalla" w:cs="Sakkal Majalla" w:hint="cs"/>
          <w:szCs w:val="28"/>
          <w:rtl/>
        </w:rPr>
        <w:t>طويلة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الأمد</w:t>
      </w:r>
      <w:r w:rsidRPr="000B687D">
        <w:rPr>
          <w:rFonts w:ascii="Sakkal Majalla" w:hAnsi="Sakkal Majalla" w:cs="Sakkal Majalla"/>
          <w:szCs w:val="28"/>
          <w:rtl/>
        </w:rPr>
        <w:t>.</w:t>
      </w:r>
    </w:p>
    <w:p w14:paraId="75D74166" w14:textId="60AF7109" w:rsidR="000B687D" w:rsidRPr="000B687D" w:rsidRDefault="000C1F4A" w:rsidP="00083D43">
      <w:pPr>
        <w:bidi/>
        <w:spacing w:line="360" w:lineRule="auto"/>
        <w:rPr>
          <w:rFonts w:ascii="Sakkal Majalla" w:hAnsi="Sakkal Majalla" w:cs="Sakkal Majalla"/>
          <w:szCs w:val="28"/>
        </w:rPr>
      </w:pPr>
      <w:r w:rsidRPr="000C1F4A">
        <w:rPr>
          <w:rFonts w:ascii="Sakkal Majalla" w:hAnsi="Sakkal Majalla" w:cs="Sakkal Majalla"/>
          <w:noProof/>
          <w:szCs w:val="28"/>
          <w:rtl/>
        </w:rPr>
        <w:drawing>
          <wp:inline distT="0" distB="0" distL="0" distR="0" wp14:anchorId="4590444E" wp14:editId="28062AF0">
            <wp:extent cx="2806065" cy="2050183"/>
            <wp:effectExtent l="0" t="0" r="0" b="7620"/>
            <wp:docPr id="1648301435" name="Picture 1"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301435" name="Picture 1" descr="A graph with blue bars&#10;&#10;AI-generated content may be incorrect."/>
                    <pic:cNvPicPr/>
                  </pic:nvPicPr>
                  <pic:blipFill>
                    <a:blip r:embed="rId11"/>
                    <a:stretch>
                      <a:fillRect/>
                    </a:stretch>
                  </pic:blipFill>
                  <pic:spPr>
                    <a:xfrm>
                      <a:off x="0" y="0"/>
                      <a:ext cx="2812755" cy="2055071"/>
                    </a:xfrm>
                    <a:prstGeom prst="rect">
                      <a:avLst/>
                    </a:prstGeom>
                  </pic:spPr>
                </pic:pic>
              </a:graphicData>
            </a:graphic>
          </wp:inline>
        </w:drawing>
      </w:r>
    </w:p>
    <w:p w14:paraId="5DF4DB04" w14:textId="77777777" w:rsidR="000B687D" w:rsidRPr="000B687D" w:rsidRDefault="000B687D" w:rsidP="00083D43">
      <w:pPr>
        <w:bidi/>
        <w:spacing w:line="360" w:lineRule="auto"/>
        <w:rPr>
          <w:rFonts w:ascii="Sakkal Majalla" w:hAnsi="Sakkal Majalla" w:cs="Sakkal Majalla"/>
          <w:b/>
          <w:bCs/>
          <w:sz w:val="32"/>
          <w:szCs w:val="32"/>
        </w:rPr>
      </w:pPr>
      <w:r w:rsidRPr="000B687D">
        <w:rPr>
          <w:rFonts w:ascii="Sakkal Majalla" w:hAnsi="Sakkal Majalla" w:cs="Sakkal Majalla"/>
          <w:b/>
          <w:bCs/>
          <w:sz w:val="32"/>
          <w:szCs w:val="32"/>
          <w:rtl/>
        </w:rPr>
        <w:t xml:space="preserve">4.2.3 </w:t>
      </w:r>
      <w:r w:rsidRPr="000B687D">
        <w:rPr>
          <w:rFonts w:ascii="Sakkal Majalla" w:hAnsi="Sakkal Majalla" w:cs="Sakkal Majalla" w:hint="cs"/>
          <w:b/>
          <w:bCs/>
          <w:sz w:val="32"/>
          <w:szCs w:val="32"/>
          <w:rtl/>
        </w:rPr>
        <w:t>استدامة</w:t>
      </w:r>
      <w:r w:rsidRPr="000B687D">
        <w:rPr>
          <w:rFonts w:ascii="Sakkal Majalla" w:hAnsi="Sakkal Majalla" w:cs="Sakkal Majalla"/>
          <w:b/>
          <w:bCs/>
          <w:sz w:val="32"/>
          <w:szCs w:val="32"/>
          <w:rtl/>
        </w:rPr>
        <w:t xml:space="preserve"> </w:t>
      </w:r>
      <w:r w:rsidRPr="000B687D">
        <w:rPr>
          <w:rFonts w:ascii="Sakkal Majalla" w:hAnsi="Sakkal Majalla" w:cs="Sakkal Majalla" w:hint="cs"/>
          <w:b/>
          <w:bCs/>
          <w:sz w:val="32"/>
          <w:szCs w:val="32"/>
          <w:rtl/>
        </w:rPr>
        <w:t>الابتكار</w:t>
      </w:r>
    </w:p>
    <w:p w14:paraId="15831720" w14:textId="77777777" w:rsidR="000B687D" w:rsidRPr="000B687D" w:rsidRDefault="000B687D" w:rsidP="00634497">
      <w:pPr>
        <w:bidi/>
        <w:spacing w:line="360" w:lineRule="auto"/>
        <w:jc w:val="lowKashida"/>
        <w:rPr>
          <w:rFonts w:ascii="Sakkal Majalla" w:hAnsi="Sakkal Majalla" w:cs="Sakkal Majalla"/>
          <w:b/>
          <w:bCs/>
          <w:szCs w:val="28"/>
        </w:rPr>
      </w:pPr>
      <w:r w:rsidRPr="000B687D">
        <w:rPr>
          <w:rFonts w:ascii="Sakkal Majalla" w:hAnsi="Sakkal Majalla" w:cs="Sakkal Majalla" w:hint="cs"/>
          <w:b/>
          <w:bCs/>
          <w:szCs w:val="28"/>
          <w:rtl/>
        </w:rPr>
        <w:t>أولاً</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التحليل</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الوصفي</w:t>
      </w:r>
    </w:p>
    <w:p w14:paraId="611AE4F7"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حصل</w:t>
      </w:r>
      <w:r w:rsidRPr="000B687D">
        <w:rPr>
          <w:rFonts w:ascii="Sakkal Majalla" w:hAnsi="Sakkal Majalla" w:cs="Sakkal Majalla"/>
          <w:szCs w:val="28"/>
          <w:rtl/>
        </w:rPr>
        <w:t xml:space="preserve"> </w:t>
      </w:r>
      <w:r w:rsidRPr="000B687D">
        <w:rPr>
          <w:rFonts w:ascii="Sakkal Majalla" w:hAnsi="Sakkal Majalla" w:cs="Sakkal Majalla" w:hint="cs"/>
          <w:szCs w:val="28"/>
          <w:rtl/>
        </w:rPr>
        <w:t>بُعد</w:t>
      </w:r>
      <w:r w:rsidRPr="000B687D">
        <w:rPr>
          <w:rFonts w:ascii="Sakkal Majalla" w:hAnsi="Sakkal Majalla" w:cs="Sakkal Majalla"/>
          <w:szCs w:val="28"/>
          <w:rtl/>
        </w:rPr>
        <w:t xml:space="preserve"> </w:t>
      </w:r>
      <w:r w:rsidRPr="000B687D">
        <w:rPr>
          <w:rFonts w:ascii="Sakkal Majalla" w:hAnsi="Sakkal Majalla" w:cs="Sakkal Majalla" w:hint="cs"/>
          <w:szCs w:val="28"/>
          <w:rtl/>
        </w:rPr>
        <w:t>دمج</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الابتكار</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السياسات</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والهياكل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المؤسسية</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أعلى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متوسط</w:t>
      </w:r>
      <w:r w:rsidRPr="000B687D">
        <w:rPr>
          <w:rFonts w:ascii="Sakkal Majalla" w:hAnsi="Sakkal Majalla" w:cs="Sakkal Majalla"/>
          <w:szCs w:val="28"/>
          <w:rtl/>
        </w:rPr>
        <w:t xml:space="preserve"> (4.12) </w:t>
      </w:r>
      <w:r w:rsidRPr="000B687D">
        <w:rPr>
          <w:rFonts w:ascii="Sakkal Majalla" w:hAnsi="Sakkal Majalla" w:cs="Sakkal Majalla" w:hint="cs"/>
          <w:szCs w:val="28"/>
          <w:rtl/>
        </w:rPr>
        <w:t>بنسبة</w:t>
      </w:r>
      <w:r w:rsidRPr="000B687D">
        <w:rPr>
          <w:rFonts w:ascii="Sakkal Majalla" w:hAnsi="Sakkal Majalla" w:cs="Sakkal Majalla"/>
          <w:szCs w:val="28"/>
          <w:rtl/>
        </w:rPr>
        <w:t xml:space="preserve"> </w:t>
      </w:r>
      <w:r w:rsidRPr="000B687D">
        <w:rPr>
          <w:rFonts w:ascii="Sakkal Majalla" w:hAnsi="Sakkal Majalla" w:cs="Sakkal Majalla" w:hint="cs"/>
          <w:szCs w:val="28"/>
          <w:rtl/>
        </w:rPr>
        <w:t>اتفاق</w:t>
      </w:r>
      <w:r w:rsidRPr="000B687D">
        <w:rPr>
          <w:rFonts w:ascii="Sakkal Majalla" w:hAnsi="Sakkal Majalla" w:cs="Sakkal Majalla"/>
          <w:szCs w:val="28"/>
          <w:rtl/>
        </w:rPr>
        <w:t xml:space="preserve"> (82%)</w:t>
      </w:r>
      <w:r w:rsidRPr="000B687D">
        <w:rPr>
          <w:rFonts w:ascii="Sakkal Majalla" w:hAnsi="Sakkal Majalla" w:cs="Sakkal Majalla" w:hint="cs"/>
          <w:szCs w:val="28"/>
          <w:rtl/>
        </w:rPr>
        <w:t>،</w:t>
      </w:r>
      <w:r w:rsidRPr="000B687D">
        <w:rPr>
          <w:rFonts w:ascii="Sakkal Majalla" w:hAnsi="Sakkal Majalla" w:cs="Sakkal Majalla"/>
          <w:szCs w:val="28"/>
          <w:rtl/>
        </w:rPr>
        <w:t xml:space="preserve"> </w:t>
      </w:r>
      <w:r w:rsidRPr="000B687D">
        <w:rPr>
          <w:rFonts w:ascii="Sakkal Majalla" w:hAnsi="Sakkal Majalla" w:cs="Sakkal Majalla" w:hint="cs"/>
          <w:szCs w:val="28"/>
          <w:rtl/>
        </w:rPr>
        <w:t>مما</w:t>
      </w:r>
      <w:r w:rsidRPr="000B687D">
        <w:rPr>
          <w:rFonts w:ascii="Sakkal Majalla" w:hAnsi="Sakkal Majalla" w:cs="Sakkal Majalla"/>
          <w:szCs w:val="28"/>
          <w:rtl/>
        </w:rPr>
        <w:t xml:space="preserve"> </w:t>
      </w:r>
      <w:r w:rsidRPr="000B687D">
        <w:rPr>
          <w:rFonts w:ascii="Sakkal Majalla" w:hAnsi="Sakkal Majalla" w:cs="Sakkal Majalla" w:hint="cs"/>
          <w:szCs w:val="28"/>
          <w:rtl/>
        </w:rPr>
        <w:t>يعكس</w:t>
      </w:r>
      <w:r w:rsidRPr="000B687D">
        <w:rPr>
          <w:rFonts w:ascii="Sakkal Majalla" w:hAnsi="Sakkal Majalla" w:cs="Sakkal Majalla"/>
          <w:szCs w:val="28"/>
          <w:rtl/>
        </w:rPr>
        <w:t xml:space="preserve"> </w:t>
      </w:r>
      <w:r w:rsidRPr="000B687D">
        <w:rPr>
          <w:rFonts w:ascii="Sakkal Majalla" w:hAnsi="Sakkal Majalla" w:cs="Sakkal Majalla" w:hint="cs"/>
          <w:szCs w:val="28"/>
          <w:rtl/>
        </w:rPr>
        <w:t>إدراك</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المشاركين</w:t>
      </w:r>
      <w:r w:rsidRPr="000B687D">
        <w:rPr>
          <w:rFonts w:ascii="Sakkal Majalla" w:hAnsi="Sakkal Majalla" w:cs="Sakkal Majalla"/>
          <w:szCs w:val="28"/>
          <w:rtl/>
        </w:rPr>
        <w:t xml:space="preserve"> </w:t>
      </w:r>
      <w:r w:rsidRPr="000B687D">
        <w:rPr>
          <w:rFonts w:ascii="Sakkal Majalla" w:hAnsi="Sakkal Majalla" w:cs="Sakkal Majalla" w:hint="cs"/>
          <w:szCs w:val="28"/>
          <w:rtl/>
        </w:rPr>
        <w:t>لأهمية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المؤسسية</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استدامة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الابتكار</w:t>
      </w:r>
      <w:r w:rsidRPr="000B687D">
        <w:rPr>
          <w:rFonts w:ascii="Sakkal Majalla" w:hAnsi="Sakkal Majalla" w:cs="Sakkal Majalla"/>
          <w:szCs w:val="28"/>
          <w:rtl/>
        </w:rPr>
        <w:t>.</w:t>
      </w:r>
    </w:p>
    <w:p w14:paraId="5FCEB65D"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تلاه</w:t>
      </w:r>
      <w:r w:rsidRPr="000B687D">
        <w:rPr>
          <w:rFonts w:ascii="Sakkal Majalla" w:hAnsi="Sakkal Majalla" w:cs="Sakkal Majalla"/>
          <w:szCs w:val="28"/>
          <w:rtl/>
        </w:rPr>
        <w:t xml:space="preserve"> </w:t>
      </w:r>
      <w:r w:rsidRPr="000B687D">
        <w:rPr>
          <w:rFonts w:ascii="Sakkal Majalla" w:hAnsi="Sakkal Majalla" w:cs="Sakkal Majalla" w:hint="cs"/>
          <w:szCs w:val="28"/>
          <w:rtl/>
        </w:rPr>
        <w:t>بُعد</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الاحتفاظ</w:t>
      </w:r>
      <w:r w:rsidRPr="000B687D">
        <w:rPr>
          <w:rFonts w:ascii="Sakkal Majalla" w:hAnsi="Sakkal Majalla" w:cs="Sakkal Majalla"/>
          <w:szCs w:val="28"/>
          <w:rtl/>
        </w:rPr>
        <w:t xml:space="preserve"> </w:t>
      </w:r>
      <w:r w:rsidRPr="000B687D">
        <w:rPr>
          <w:rFonts w:ascii="Sakkal Majalla" w:hAnsi="Sakkal Majalla" w:cs="Sakkal Majalla" w:hint="cs"/>
          <w:szCs w:val="28"/>
          <w:rtl/>
        </w:rPr>
        <w:t>بالمعرفة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والخبرات</w:t>
      </w:r>
      <w:r w:rsidRPr="000B687D">
        <w:rPr>
          <w:rFonts w:ascii="Sakkal Majalla" w:hAnsi="Sakkal Majalla" w:cs="Sakkal Majalla"/>
          <w:szCs w:val="28"/>
          <w:rtl/>
        </w:rPr>
        <w:t xml:space="preserve"> </w:t>
      </w:r>
      <w:r w:rsidRPr="000B687D">
        <w:rPr>
          <w:rFonts w:ascii="Sakkal Majalla" w:hAnsi="Sakkal Majalla" w:cs="Sakkal Majalla" w:hint="cs"/>
          <w:szCs w:val="28"/>
          <w:rtl/>
        </w:rPr>
        <w:t>بمتوسط</w:t>
      </w:r>
      <w:r w:rsidRPr="000B687D">
        <w:rPr>
          <w:rFonts w:ascii="Sakkal Majalla" w:hAnsi="Sakkal Majalla" w:cs="Sakkal Majalla"/>
          <w:szCs w:val="28"/>
          <w:rtl/>
        </w:rPr>
        <w:t xml:space="preserve"> (4.05) </w:t>
      </w:r>
      <w:r w:rsidRPr="000B687D">
        <w:rPr>
          <w:rFonts w:ascii="Sakkal Majalla" w:hAnsi="Sakkal Majalla" w:cs="Sakkal Majalla" w:hint="cs"/>
          <w:szCs w:val="28"/>
          <w:rtl/>
        </w:rPr>
        <w:t>ونسبة</w:t>
      </w:r>
      <w:r w:rsidRPr="000B687D">
        <w:rPr>
          <w:rFonts w:ascii="Sakkal Majalla" w:hAnsi="Sakkal Majalla" w:cs="Sakkal Majalla"/>
          <w:szCs w:val="28"/>
          <w:rtl/>
        </w:rPr>
        <w:t xml:space="preserve"> </w:t>
      </w:r>
      <w:r w:rsidRPr="000B687D">
        <w:rPr>
          <w:rFonts w:ascii="Sakkal Majalla" w:hAnsi="Sakkal Majalla" w:cs="Sakkal Majalla" w:hint="cs"/>
          <w:szCs w:val="28"/>
          <w:rtl/>
        </w:rPr>
        <w:t>اتفاق</w:t>
      </w:r>
      <w:r w:rsidRPr="000B687D">
        <w:rPr>
          <w:rFonts w:ascii="Sakkal Majalla" w:hAnsi="Sakkal Majalla" w:cs="Sakkal Majalla"/>
          <w:szCs w:val="28"/>
          <w:rtl/>
        </w:rPr>
        <w:t xml:space="preserve"> (81%)</w:t>
      </w:r>
      <w:r w:rsidRPr="000B687D">
        <w:rPr>
          <w:rFonts w:ascii="Sakkal Majalla" w:hAnsi="Sakkal Majalla" w:cs="Sakkal Majalla" w:hint="cs"/>
          <w:szCs w:val="28"/>
          <w:rtl/>
        </w:rPr>
        <w:t>،</w:t>
      </w:r>
      <w:r w:rsidRPr="000B687D">
        <w:rPr>
          <w:rFonts w:ascii="Sakkal Majalla" w:hAnsi="Sakkal Majalla" w:cs="Sakkal Majalla"/>
          <w:szCs w:val="28"/>
          <w:rtl/>
        </w:rPr>
        <w:t xml:space="preserve"> </w:t>
      </w:r>
      <w:r w:rsidRPr="000B687D">
        <w:rPr>
          <w:rFonts w:ascii="Sakkal Majalla" w:hAnsi="Sakkal Majalla" w:cs="Sakkal Majalla" w:hint="cs"/>
          <w:szCs w:val="28"/>
          <w:rtl/>
        </w:rPr>
        <w:t>وهو</w:t>
      </w:r>
      <w:r w:rsidRPr="000B687D">
        <w:rPr>
          <w:rFonts w:ascii="Sakkal Majalla" w:hAnsi="Sakkal Majalla" w:cs="Sakkal Majalla"/>
          <w:szCs w:val="28"/>
          <w:rtl/>
        </w:rPr>
        <w:t xml:space="preserve"> </w:t>
      </w:r>
      <w:r w:rsidRPr="000B687D">
        <w:rPr>
          <w:rFonts w:ascii="Sakkal Majalla" w:hAnsi="Sakkal Majalla" w:cs="Sakkal Majalla" w:hint="cs"/>
          <w:szCs w:val="28"/>
          <w:rtl/>
        </w:rPr>
        <w:t>مؤشر</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وعي</w:t>
      </w:r>
      <w:r w:rsidRPr="000B687D">
        <w:rPr>
          <w:rFonts w:ascii="Sakkal Majalla" w:hAnsi="Sakkal Majalla" w:cs="Sakkal Majalla"/>
          <w:szCs w:val="28"/>
          <w:rtl/>
        </w:rPr>
        <w:t xml:space="preserve"> </w:t>
      </w:r>
      <w:r w:rsidRPr="000B687D">
        <w:rPr>
          <w:rFonts w:ascii="Sakkal Majalla" w:hAnsi="Sakkal Majalla" w:cs="Sakkal Majalla" w:hint="cs"/>
          <w:szCs w:val="28"/>
          <w:rtl/>
        </w:rPr>
        <w:t>بأهمية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التوثيق</w:t>
      </w:r>
      <w:r w:rsidRPr="000B687D">
        <w:rPr>
          <w:rFonts w:ascii="Sakkal Majalla" w:hAnsi="Sakkal Majalla" w:cs="Sakkal Majalla"/>
          <w:szCs w:val="28"/>
          <w:rtl/>
        </w:rPr>
        <w:t xml:space="preserve"> </w:t>
      </w:r>
      <w:r w:rsidRPr="000B687D">
        <w:rPr>
          <w:rFonts w:ascii="Sakkal Majalla" w:hAnsi="Sakkal Majalla" w:cs="Sakkal Majalla" w:hint="cs"/>
          <w:szCs w:val="28"/>
          <w:rtl/>
        </w:rPr>
        <w:t>ونقل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المعرفة</w:t>
      </w:r>
      <w:r w:rsidRPr="000B687D">
        <w:rPr>
          <w:rFonts w:ascii="Sakkal Majalla" w:hAnsi="Sakkal Majalla" w:cs="Sakkal Majalla"/>
          <w:szCs w:val="28"/>
          <w:rtl/>
        </w:rPr>
        <w:t xml:space="preserve"> </w:t>
      </w:r>
      <w:r w:rsidRPr="000B687D">
        <w:rPr>
          <w:rFonts w:ascii="Sakkal Majalla" w:hAnsi="Sakkal Majalla" w:cs="Sakkal Majalla" w:hint="cs"/>
          <w:szCs w:val="28"/>
          <w:rtl/>
        </w:rPr>
        <w:t>داخليًا</w:t>
      </w:r>
      <w:r w:rsidRPr="000B687D">
        <w:rPr>
          <w:rFonts w:ascii="Sakkal Majalla" w:hAnsi="Sakkal Majalla" w:cs="Sakkal Majalla"/>
          <w:szCs w:val="28"/>
          <w:rtl/>
        </w:rPr>
        <w:t>.</w:t>
      </w:r>
    </w:p>
    <w:p w14:paraId="0FBF3B83" w14:textId="293FC1A0"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أما</w:t>
      </w:r>
      <w:r w:rsidRPr="000B687D">
        <w:rPr>
          <w:rFonts w:ascii="Sakkal Majalla" w:hAnsi="Sakkal Majalla" w:cs="Sakkal Majalla"/>
          <w:szCs w:val="28"/>
          <w:rtl/>
        </w:rPr>
        <w:t xml:space="preserve"> </w:t>
      </w:r>
      <w:r w:rsidRPr="000B687D">
        <w:rPr>
          <w:rFonts w:ascii="Sakkal Majalla" w:hAnsi="Sakkal Majalla" w:cs="Sakkal Majalla" w:hint="cs"/>
          <w:szCs w:val="28"/>
          <w:rtl/>
        </w:rPr>
        <w:t>بُعد</w:t>
      </w:r>
      <w:r w:rsidRPr="000B687D">
        <w:rPr>
          <w:rFonts w:ascii="Sakkal Majalla" w:hAnsi="Sakkal Majalla" w:cs="Sakkal Majalla"/>
          <w:szCs w:val="28"/>
          <w:rtl/>
        </w:rPr>
        <w:t xml:space="preserve"> </w:t>
      </w:r>
      <w:r w:rsidRPr="000B687D">
        <w:rPr>
          <w:rFonts w:ascii="Sakkal Majalla" w:hAnsi="Sakkal Majalla" w:cs="Sakkal Majalla" w:hint="cs"/>
          <w:szCs w:val="28"/>
          <w:rtl/>
        </w:rPr>
        <w:t>تحفيز</w:t>
      </w:r>
      <w:r w:rsidRPr="000B687D">
        <w:rPr>
          <w:rFonts w:ascii="Sakkal Majalla" w:hAnsi="Sakkal Majalla" w:cs="Sakkal Majalla"/>
          <w:szCs w:val="28"/>
          <w:rtl/>
        </w:rPr>
        <w:t xml:space="preserve"> </w:t>
      </w:r>
      <w:r w:rsidRPr="000B687D">
        <w:rPr>
          <w:rFonts w:ascii="Sakkal Majalla" w:hAnsi="Sakkal Majalla" w:cs="Sakkal Majalla" w:hint="cs"/>
          <w:szCs w:val="28"/>
          <w:rtl/>
        </w:rPr>
        <w:t>الفرق</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المتابعة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والتطوير</w:t>
      </w:r>
      <w:r w:rsidRPr="000B687D">
        <w:rPr>
          <w:rFonts w:ascii="Sakkal Majalla" w:hAnsi="Sakkal Majalla" w:cs="Sakkal Majalla"/>
          <w:szCs w:val="28"/>
          <w:rtl/>
        </w:rPr>
        <w:t xml:space="preserve"> </w:t>
      </w:r>
      <w:r w:rsidRPr="000B687D">
        <w:rPr>
          <w:rFonts w:ascii="Sakkal Majalla" w:hAnsi="Sakkal Majalla" w:cs="Sakkal Majalla" w:hint="cs"/>
          <w:szCs w:val="28"/>
          <w:rtl/>
        </w:rPr>
        <w:t>فجاء</w:t>
      </w:r>
      <w:r w:rsidRPr="000B687D">
        <w:rPr>
          <w:rFonts w:ascii="Sakkal Majalla" w:hAnsi="Sakkal Majalla" w:cs="Sakkal Majalla"/>
          <w:szCs w:val="28"/>
          <w:rtl/>
        </w:rPr>
        <w:t xml:space="preserve"> </w:t>
      </w:r>
      <w:r w:rsidRPr="000B687D">
        <w:rPr>
          <w:rFonts w:ascii="Sakkal Majalla" w:hAnsi="Sakkal Majalla" w:cs="Sakkal Majalla" w:hint="cs"/>
          <w:szCs w:val="28"/>
          <w:rtl/>
        </w:rPr>
        <w:t>بمتوسط</w:t>
      </w:r>
      <w:r w:rsidRPr="000B687D">
        <w:rPr>
          <w:rFonts w:ascii="Sakkal Majalla" w:hAnsi="Sakkal Majalla" w:cs="Sakkal Majalla"/>
          <w:szCs w:val="28"/>
          <w:rtl/>
        </w:rPr>
        <w:t xml:space="preserve"> (3.88) </w:t>
      </w:r>
      <w:r w:rsidRPr="000B687D">
        <w:rPr>
          <w:rFonts w:ascii="Sakkal Majalla" w:hAnsi="Sakkal Majalla" w:cs="Sakkal Majalla" w:hint="cs"/>
          <w:szCs w:val="28"/>
          <w:rtl/>
        </w:rPr>
        <w:t>بنسبة</w:t>
      </w:r>
      <w:r w:rsidRPr="000B687D">
        <w:rPr>
          <w:rFonts w:ascii="Sakkal Majalla" w:hAnsi="Sakkal Majalla" w:cs="Sakkal Majalla"/>
          <w:szCs w:val="28"/>
          <w:rtl/>
        </w:rPr>
        <w:t xml:space="preserve"> </w:t>
      </w:r>
      <w:r w:rsidRPr="000B687D">
        <w:rPr>
          <w:rFonts w:ascii="Sakkal Majalla" w:hAnsi="Sakkal Majalla" w:cs="Sakkal Majalla" w:hint="cs"/>
          <w:szCs w:val="28"/>
          <w:rtl/>
        </w:rPr>
        <w:t>اتفاق</w:t>
      </w:r>
      <w:r w:rsidRPr="000B687D">
        <w:rPr>
          <w:rFonts w:ascii="Sakkal Majalla" w:hAnsi="Sakkal Majalla" w:cs="Sakkal Majalla"/>
          <w:szCs w:val="28"/>
          <w:rtl/>
        </w:rPr>
        <w:t xml:space="preserve"> (78%)</w:t>
      </w:r>
      <w:r w:rsidRPr="000B687D">
        <w:rPr>
          <w:rFonts w:ascii="Sakkal Majalla" w:hAnsi="Sakkal Majalla" w:cs="Sakkal Majalla" w:hint="cs"/>
          <w:szCs w:val="28"/>
          <w:rtl/>
        </w:rPr>
        <w:t>،</w:t>
      </w:r>
      <w:r w:rsidRPr="000B687D">
        <w:rPr>
          <w:rFonts w:ascii="Sakkal Majalla" w:hAnsi="Sakkal Majalla" w:cs="Sakkal Majalla"/>
          <w:szCs w:val="28"/>
          <w:rtl/>
        </w:rPr>
        <w:t xml:space="preserve"> </w:t>
      </w:r>
      <w:r w:rsidRPr="000B687D">
        <w:rPr>
          <w:rFonts w:ascii="Sakkal Majalla" w:hAnsi="Sakkal Majalla" w:cs="Sakkal Majalla" w:hint="cs"/>
          <w:szCs w:val="28"/>
          <w:rtl/>
        </w:rPr>
        <w:t>ما</w:t>
      </w:r>
      <w:r w:rsidRPr="000B687D">
        <w:rPr>
          <w:rFonts w:ascii="Sakkal Majalla" w:hAnsi="Sakkal Majalla" w:cs="Sakkal Majalla"/>
          <w:szCs w:val="28"/>
          <w:rtl/>
        </w:rPr>
        <w:t xml:space="preserve"> </w:t>
      </w:r>
      <w:r w:rsidRPr="000B687D">
        <w:rPr>
          <w:rFonts w:ascii="Sakkal Majalla" w:hAnsi="Sakkal Majalla" w:cs="Sakkal Majalla" w:hint="cs"/>
          <w:szCs w:val="28"/>
          <w:rtl/>
        </w:rPr>
        <w:t>يشير</w:t>
      </w:r>
      <w:r w:rsidRPr="000B687D">
        <w:rPr>
          <w:rFonts w:ascii="Sakkal Majalla" w:hAnsi="Sakkal Majalla" w:cs="Sakkal Majalla"/>
          <w:szCs w:val="28"/>
          <w:rtl/>
        </w:rPr>
        <w:t xml:space="preserve"> </w:t>
      </w:r>
      <w:r w:rsidRPr="000B687D">
        <w:rPr>
          <w:rFonts w:ascii="Sakkal Majalla" w:hAnsi="Sakkal Majalla" w:cs="Sakkal Majalla" w:hint="cs"/>
          <w:szCs w:val="28"/>
          <w:rtl/>
        </w:rPr>
        <w:t>إلى</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جانب</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التحفيز</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المستمر</w:t>
      </w:r>
      <w:r w:rsidRPr="000B687D">
        <w:rPr>
          <w:rFonts w:ascii="Sakkal Majalla" w:hAnsi="Sakkal Majalla" w:cs="Sakkal Majalla"/>
          <w:szCs w:val="28"/>
          <w:rtl/>
        </w:rPr>
        <w:t xml:space="preserve"> </w:t>
      </w:r>
      <w:r w:rsidRPr="000B687D">
        <w:rPr>
          <w:rFonts w:ascii="Sakkal Majalla" w:hAnsi="Sakkal Majalla" w:cs="Sakkal Majalla" w:hint="cs"/>
          <w:szCs w:val="28"/>
          <w:rtl/>
        </w:rPr>
        <w:t>لا</w:t>
      </w:r>
      <w:r w:rsidRPr="000B687D">
        <w:rPr>
          <w:rFonts w:ascii="Sakkal Majalla" w:hAnsi="Sakkal Majalla" w:cs="Sakkal Majalla"/>
          <w:szCs w:val="28"/>
          <w:rtl/>
        </w:rPr>
        <w:t xml:space="preserve"> </w:t>
      </w:r>
      <w:r w:rsidRPr="000B687D">
        <w:rPr>
          <w:rFonts w:ascii="Sakkal Majalla" w:hAnsi="Sakkal Majalla" w:cs="Sakkal Majalla" w:hint="cs"/>
          <w:szCs w:val="28"/>
          <w:rtl/>
        </w:rPr>
        <w:t>يزال</w:t>
      </w:r>
      <w:r w:rsidRPr="000B687D">
        <w:rPr>
          <w:rFonts w:ascii="Sakkal Majalla" w:hAnsi="Sakkal Majalla" w:cs="Sakkal Majalla"/>
          <w:szCs w:val="28"/>
          <w:rtl/>
        </w:rPr>
        <w:t xml:space="preserve"> </w:t>
      </w:r>
      <w:r w:rsidRPr="000B687D">
        <w:rPr>
          <w:rFonts w:ascii="Sakkal Majalla" w:hAnsi="Sakkal Majalla" w:cs="Sakkal Majalla" w:hint="cs"/>
          <w:szCs w:val="28"/>
          <w:rtl/>
        </w:rPr>
        <w:t>بحاجة</w:t>
      </w:r>
      <w:r w:rsidRPr="000B687D">
        <w:rPr>
          <w:rFonts w:ascii="Sakkal Majalla" w:hAnsi="Sakkal Majalla" w:cs="Sakkal Majalla"/>
          <w:szCs w:val="28"/>
          <w:rtl/>
        </w:rPr>
        <w:t xml:space="preserve"> </w:t>
      </w:r>
      <w:r w:rsidRPr="000B687D">
        <w:rPr>
          <w:rFonts w:ascii="Sakkal Majalla" w:hAnsi="Sakkal Majalla" w:cs="Sakkal Majalla" w:hint="cs"/>
          <w:szCs w:val="28"/>
          <w:rtl/>
        </w:rPr>
        <w:t>إلى</w:t>
      </w:r>
      <w:r w:rsidRPr="000B687D">
        <w:rPr>
          <w:rFonts w:ascii="Sakkal Majalla" w:hAnsi="Sakkal Majalla" w:cs="Sakkal Majalla"/>
          <w:szCs w:val="28"/>
          <w:rtl/>
        </w:rPr>
        <w:t xml:space="preserve"> </w:t>
      </w:r>
      <w:r w:rsidRPr="000B687D">
        <w:rPr>
          <w:rFonts w:ascii="Sakkal Majalla" w:hAnsi="Sakkal Majalla" w:cs="Sakkal Majalla" w:hint="cs"/>
          <w:szCs w:val="28"/>
          <w:rtl/>
        </w:rPr>
        <w:t>تعزيز</w:t>
      </w:r>
      <w:r w:rsidRPr="000B687D">
        <w:rPr>
          <w:rFonts w:ascii="Sakkal Majalla" w:hAnsi="Sakkal Majalla" w:cs="Sakkal Majalla"/>
          <w:szCs w:val="28"/>
          <w:rtl/>
        </w:rPr>
        <w:t>.</w:t>
      </w:r>
    </w:p>
    <w:p w14:paraId="365AD06E" w14:textId="77777777" w:rsidR="000B687D" w:rsidRPr="000B687D" w:rsidRDefault="000B687D" w:rsidP="00634497">
      <w:pPr>
        <w:bidi/>
        <w:spacing w:line="360" w:lineRule="auto"/>
        <w:jc w:val="lowKashida"/>
        <w:rPr>
          <w:rFonts w:ascii="Sakkal Majalla" w:hAnsi="Sakkal Majalla" w:cs="Sakkal Majalla"/>
          <w:b/>
          <w:bCs/>
          <w:szCs w:val="28"/>
        </w:rPr>
      </w:pPr>
      <w:r w:rsidRPr="000B687D">
        <w:rPr>
          <w:rFonts w:ascii="Sakkal Majalla" w:hAnsi="Sakkal Majalla" w:cs="Sakkal Majalla" w:hint="cs"/>
          <w:b/>
          <w:bCs/>
          <w:szCs w:val="28"/>
          <w:rtl/>
        </w:rPr>
        <w:lastRenderedPageBreak/>
        <w:t>ثانياً</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التحليل</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التفسيري</w:t>
      </w:r>
    </w:p>
    <w:p w14:paraId="54FADC82"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تشير</w:t>
      </w:r>
      <w:r w:rsidRPr="000B687D">
        <w:rPr>
          <w:rFonts w:ascii="Sakkal Majalla" w:hAnsi="Sakkal Majalla" w:cs="Sakkal Majalla"/>
          <w:szCs w:val="28"/>
          <w:rtl/>
        </w:rPr>
        <w:t xml:space="preserve"> </w:t>
      </w:r>
      <w:r w:rsidRPr="000B687D">
        <w:rPr>
          <w:rFonts w:ascii="Sakkal Majalla" w:hAnsi="Sakkal Majalla" w:cs="Sakkal Majalla" w:hint="cs"/>
          <w:szCs w:val="28"/>
          <w:rtl/>
        </w:rPr>
        <w:t>هذه</w:t>
      </w:r>
      <w:r w:rsidRPr="000B687D">
        <w:rPr>
          <w:rFonts w:ascii="Sakkal Majalla" w:hAnsi="Sakkal Majalla" w:cs="Sakkal Majalla"/>
          <w:szCs w:val="28"/>
          <w:rtl/>
        </w:rPr>
        <w:t xml:space="preserve"> </w:t>
      </w:r>
      <w:r w:rsidRPr="000B687D">
        <w:rPr>
          <w:rFonts w:ascii="Sakkal Majalla" w:hAnsi="Sakkal Majalla" w:cs="Sakkal Majalla" w:hint="cs"/>
          <w:szCs w:val="28"/>
          <w:rtl/>
        </w:rPr>
        <w:t>النتائج</w:t>
      </w:r>
      <w:r w:rsidRPr="000B687D">
        <w:rPr>
          <w:rFonts w:ascii="Sakkal Majalla" w:hAnsi="Sakkal Majalla" w:cs="Sakkal Majalla"/>
          <w:szCs w:val="28"/>
          <w:rtl/>
        </w:rPr>
        <w:t xml:space="preserve"> </w:t>
      </w:r>
      <w:r w:rsidRPr="000B687D">
        <w:rPr>
          <w:rFonts w:ascii="Sakkal Majalla" w:hAnsi="Sakkal Majalla" w:cs="Sakkal Majalla" w:hint="cs"/>
          <w:szCs w:val="28"/>
          <w:rtl/>
        </w:rPr>
        <w:t>إلى</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استدامة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الابتكار</w:t>
      </w:r>
      <w:r w:rsidRPr="000B687D">
        <w:rPr>
          <w:rFonts w:ascii="Sakkal Majalla" w:hAnsi="Sakkal Majalla" w:cs="Sakkal Majalla"/>
          <w:szCs w:val="28"/>
          <w:rtl/>
        </w:rPr>
        <w:t xml:space="preserve"> </w:t>
      </w:r>
      <w:r w:rsidRPr="000B687D">
        <w:rPr>
          <w:rFonts w:ascii="Sakkal Majalla" w:hAnsi="Sakkal Majalla" w:cs="Sakkal Majalla" w:hint="cs"/>
          <w:szCs w:val="28"/>
          <w:rtl/>
        </w:rPr>
        <w:t>تتطلب</w:t>
      </w:r>
      <w:r w:rsidRPr="000B687D">
        <w:rPr>
          <w:rFonts w:ascii="Sakkal Majalla" w:hAnsi="Sakkal Majalla" w:cs="Sakkal Majalla"/>
          <w:szCs w:val="28"/>
          <w:rtl/>
        </w:rPr>
        <w:t xml:space="preserve"> </w:t>
      </w:r>
      <w:r w:rsidRPr="000B687D">
        <w:rPr>
          <w:rFonts w:ascii="Sakkal Majalla" w:hAnsi="Sakkal Majalla" w:cs="Sakkal Majalla" w:hint="cs"/>
          <w:szCs w:val="28"/>
          <w:rtl/>
        </w:rPr>
        <w:t>دمجًا</w:t>
      </w:r>
      <w:r w:rsidRPr="000B687D">
        <w:rPr>
          <w:rFonts w:ascii="Sakkal Majalla" w:hAnsi="Sakkal Majalla" w:cs="Sakkal Majalla"/>
          <w:szCs w:val="28"/>
          <w:rtl/>
        </w:rPr>
        <w:t xml:space="preserve"> </w:t>
      </w:r>
      <w:r w:rsidRPr="000B687D">
        <w:rPr>
          <w:rFonts w:ascii="Sakkal Majalla" w:hAnsi="Sakkal Majalla" w:cs="Sakkal Majalla" w:hint="cs"/>
          <w:szCs w:val="28"/>
          <w:rtl/>
        </w:rPr>
        <w:t>مؤسسيًا</w:t>
      </w:r>
      <w:r w:rsidRPr="000B687D">
        <w:rPr>
          <w:rFonts w:ascii="Sakkal Majalla" w:hAnsi="Sakkal Majalla" w:cs="Sakkal Majalla"/>
          <w:szCs w:val="28"/>
          <w:rtl/>
        </w:rPr>
        <w:t xml:space="preserve"> </w:t>
      </w:r>
      <w:r w:rsidRPr="000B687D">
        <w:rPr>
          <w:rFonts w:ascii="Sakkal Majalla" w:hAnsi="Sakkal Majalla" w:cs="Sakkal Majalla" w:hint="cs"/>
          <w:szCs w:val="28"/>
          <w:rtl/>
        </w:rPr>
        <w:t>قويًا</w:t>
      </w:r>
      <w:r w:rsidRPr="000B687D">
        <w:rPr>
          <w:rFonts w:ascii="Sakkal Majalla" w:hAnsi="Sakkal Majalla" w:cs="Sakkal Majalla"/>
          <w:szCs w:val="28"/>
          <w:rtl/>
        </w:rPr>
        <w:t xml:space="preserve"> </w:t>
      </w:r>
      <w:r w:rsidRPr="000B687D">
        <w:rPr>
          <w:rFonts w:ascii="Sakkal Majalla" w:hAnsi="Sakkal Majalla" w:cs="Sakkal Majalla" w:hint="cs"/>
          <w:szCs w:val="28"/>
          <w:rtl/>
        </w:rPr>
        <w:t>وتدفقًا</w:t>
      </w:r>
      <w:r w:rsidRPr="000B687D">
        <w:rPr>
          <w:rFonts w:ascii="Sakkal Majalla" w:hAnsi="Sakkal Majalla" w:cs="Sakkal Majalla"/>
          <w:szCs w:val="28"/>
          <w:rtl/>
        </w:rPr>
        <w:t xml:space="preserve"> </w:t>
      </w:r>
      <w:r w:rsidRPr="000B687D">
        <w:rPr>
          <w:rFonts w:ascii="Sakkal Majalla" w:hAnsi="Sakkal Majalla" w:cs="Sakkal Majalla" w:hint="cs"/>
          <w:szCs w:val="28"/>
          <w:rtl/>
        </w:rPr>
        <w:t>مستمرًا</w:t>
      </w:r>
      <w:r w:rsidRPr="000B687D">
        <w:rPr>
          <w:rFonts w:ascii="Sakkal Majalla" w:hAnsi="Sakkal Majalla" w:cs="Sakkal Majalla"/>
          <w:szCs w:val="28"/>
          <w:rtl/>
        </w:rPr>
        <w:t xml:space="preserve"> </w:t>
      </w:r>
      <w:r w:rsidRPr="000B687D">
        <w:rPr>
          <w:rFonts w:ascii="Sakkal Majalla" w:hAnsi="Sakkal Majalla" w:cs="Sakkal Majalla" w:hint="cs"/>
          <w:szCs w:val="28"/>
          <w:rtl/>
        </w:rPr>
        <w:t>للمعرفة</w:t>
      </w:r>
      <w:r w:rsidRPr="000B687D">
        <w:rPr>
          <w:rFonts w:ascii="Sakkal Majalla" w:hAnsi="Sakkal Majalla" w:cs="Sakkal Majalla"/>
          <w:szCs w:val="28"/>
          <w:rtl/>
        </w:rPr>
        <w:t xml:space="preserve"> </w:t>
      </w:r>
      <w:r w:rsidRPr="000B687D">
        <w:rPr>
          <w:rFonts w:ascii="Sakkal Majalla" w:hAnsi="Sakkal Majalla" w:cs="Sakkal Majalla" w:hint="cs"/>
          <w:szCs w:val="28"/>
          <w:rtl/>
        </w:rPr>
        <w:t>داخل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الجهة،</w:t>
      </w:r>
      <w:r w:rsidRPr="000B687D">
        <w:rPr>
          <w:rFonts w:ascii="Sakkal Majalla" w:hAnsi="Sakkal Majalla" w:cs="Sakkal Majalla"/>
          <w:szCs w:val="28"/>
          <w:rtl/>
        </w:rPr>
        <w:t xml:space="preserve"> </w:t>
      </w:r>
      <w:r w:rsidRPr="000B687D">
        <w:rPr>
          <w:rFonts w:ascii="Sakkal Majalla" w:hAnsi="Sakkal Majalla" w:cs="Sakkal Majalla" w:hint="cs"/>
          <w:szCs w:val="28"/>
          <w:rtl/>
        </w:rPr>
        <w:t>وهما</w:t>
      </w:r>
      <w:r w:rsidRPr="000B687D">
        <w:rPr>
          <w:rFonts w:ascii="Sakkal Majalla" w:hAnsi="Sakkal Majalla" w:cs="Sakkal Majalla"/>
          <w:szCs w:val="28"/>
          <w:rtl/>
        </w:rPr>
        <w:t xml:space="preserve"> </w:t>
      </w:r>
      <w:r w:rsidRPr="000B687D">
        <w:rPr>
          <w:rFonts w:ascii="Sakkal Majalla" w:hAnsi="Sakkal Majalla" w:cs="Sakkal Majalla" w:hint="cs"/>
          <w:szCs w:val="28"/>
          <w:rtl/>
        </w:rPr>
        <w:t>عنصران</w:t>
      </w:r>
      <w:r w:rsidRPr="000B687D">
        <w:rPr>
          <w:rFonts w:ascii="Sakkal Majalla" w:hAnsi="Sakkal Majalla" w:cs="Sakkal Majalla"/>
          <w:szCs w:val="28"/>
          <w:rtl/>
        </w:rPr>
        <w:t xml:space="preserve"> </w:t>
      </w:r>
      <w:r w:rsidRPr="000B687D">
        <w:rPr>
          <w:rFonts w:ascii="Sakkal Majalla" w:hAnsi="Sakkal Majalla" w:cs="Sakkal Majalla" w:hint="cs"/>
          <w:szCs w:val="28"/>
          <w:rtl/>
        </w:rPr>
        <w:t>يعتمدان</w:t>
      </w:r>
      <w:r w:rsidRPr="000B687D">
        <w:rPr>
          <w:rFonts w:ascii="Sakkal Majalla" w:hAnsi="Sakkal Majalla" w:cs="Sakkal Majalla"/>
          <w:szCs w:val="28"/>
          <w:rtl/>
        </w:rPr>
        <w:t xml:space="preserve"> </w:t>
      </w:r>
      <w:r w:rsidRPr="000B687D">
        <w:rPr>
          <w:rFonts w:ascii="Sakkal Majalla" w:hAnsi="Sakkal Majalla" w:cs="Sakkal Majalla" w:hint="cs"/>
          <w:szCs w:val="28"/>
          <w:rtl/>
        </w:rPr>
        <w:t>بشكل</w:t>
      </w:r>
      <w:r w:rsidRPr="000B687D">
        <w:rPr>
          <w:rFonts w:ascii="Sakkal Majalla" w:hAnsi="Sakkal Majalla" w:cs="Sakkal Majalla"/>
          <w:szCs w:val="28"/>
          <w:rtl/>
        </w:rPr>
        <w:t xml:space="preserve"> </w:t>
      </w:r>
      <w:r w:rsidRPr="000B687D">
        <w:rPr>
          <w:rFonts w:ascii="Sakkal Majalla" w:hAnsi="Sakkal Majalla" w:cs="Sakkal Majalla" w:hint="cs"/>
          <w:szCs w:val="28"/>
          <w:rtl/>
        </w:rPr>
        <w:t>مباشر</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القدرة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الامتصاصية</w:t>
      </w:r>
      <w:r w:rsidRPr="000B687D">
        <w:rPr>
          <w:rFonts w:ascii="Sakkal Majalla" w:hAnsi="Sakkal Majalla" w:cs="Sakkal Majalla"/>
          <w:szCs w:val="28"/>
          <w:rtl/>
        </w:rPr>
        <w:t>.</w:t>
      </w:r>
    </w:p>
    <w:p w14:paraId="55530963" w14:textId="0DF3D83E"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فالجهات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التي</w:t>
      </w:r>
      <w:r w:rsidRPr="000B687D">
        <w:rPr>
          <w:rFonts w:ascii="Sakkal Majalla" w:hAnsi="Sakkal Majalla" w:cs="Sakkal Majalla"/>
          <w:szCs w:val="28"/>
          <w:rtl/>
        </w:rPr>
        <w:t xml:space="preserve"> </w:t>
      </w:r>
      <w:r w:rsidRPr="000B687D">
        <w:rPr>
          <w:rFonts w:ascii="Sakkal Majalla" w:hAnsi="Sakkal Majalla" w:cs="Sakkal Majalla" w:hint="cs"/>
          <w:szCs w:val="28"/>
          <w:rtl/>
        </w:rPr>
        <w:t>طورت</w:t>
      </w:r>
      <w:r w:rsidRPr="000B687D">
        <w:rPr>
          <w:rFonts w:ascii="Sakkal Majalla" w:hAnsi="Sakkal Majalla" w:cs="Sakkal Majalla"/>
          <w:szCs w:val="28"/>
          <w:rtl/>
        </w:rPr>
        <w:t xml:space="preserve"> </w:t>
      </w:r>
      <w:r w:rsidRPr="000B687D">
        <w:rPr>
          <w:rFonts w:ascii="Sakkal Majalla" w:hAnsi="Sakkal Majalla" w:cs="Sakkal Majalla" w:hint="cs"/>
          <w:szCs w:val="28"/>
          <w:rtl/>
        </w:rPr>
        <w:t>آليات</w:t>
      </w:r>
      <w:r w:rsidRPr="000B687D">
        <w:rPr>
          <w:rFonts w:ascii="Sakkal Majalla" w:hAnsi="Sakkal Majalla" w:cs="Sakkal Majalla"/>
          <w:szCs w:val="28"/>
          <w:rtl/>
        </w:rPr>
        <w:t xml:space="preserve"> </w:t>
      </w:r>
      <w:r w:rsidRPr="000B687D">
        <w:rPr>
          <w:rFonts w:ascii="Sakkal Majalla" w:hAnsi="Sakkal Majalla" w:cs="Sakkal Majalla" w:hint="cs"/>
          <w:szCs w:val="28"/>
          <w:rtl/>
        </w:rPr>
        <w:t>واضحة</w:t>
      </w:r>
      <w:r w:rsidRPr="000B687D">
        <w:rPr>
          <w:rFonts w:ascii="Sakkal Majalla" w:hAnsi="Sakkal Majalla" w:cs="Sakkal Majalla"/>
          <w:szCs w:val="28"/>
          <w:rtl/>
        </w:rPr>
        <w:t xml:space="preserve"> </w:t>
      </w:r>
      <w:r w:rsidRPr="000B687D">
        <w:rPr>
          <w:rFonts w:ascii="Sakkal Majalla" w:hAnsi="Sakkal Majalla" w:cs="Sakkal Majalla" w:hint="cs"/>
          <w:szCs w:val="28"/>
          <w:rtl/>
        </w:rPr>
        <w:t>لتخزين</w:t>
      </w:r>
      <w:r w:rsidRPr="000B687D">
        <w:rPr>
          <w:rFonts w:ascii="Sakkal Majalla" w:hAnsi="Sakkal Majalla" w:cs="Sakkal Majalla"/>
          <w:szCs w:val="28"/>
          <w:rtl/>
        </w:rPr>
        <w:t xml:space="preserve"> </w:t>
      </w:r>
      <w:r w:rsidRPr="000B687D">
        <w:rPr>
          <w:rFonts w:ascii="Sakkal Majalla" w:hAnsi="Sakkal Majalla" w:cs="Sakkal Majalla" w:hint="cs"/>
          <w:szCs w:val="28"/>
          <w:rtl/>
        </w:rPr>
        <w:t>واسترجاع</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المعرفة،</w:t>
      </w:r>
      <w:r w:rsidRPr="000B687D">
        <w:rPr>
          <w:rFonts w:ascii="Sakkal Majalla" w:hAnsi="Sakkal Majalla" w:cs="Sakkal Majalla"/>
          <w:szCs w:val="28"/>
          <w:rtl/>
        </w:rPr>
        <w:t xml:space="preserve"> </w:t>
      </w:r>
      <w:r w:rsidRPr="000B687D">
        <w:rPr>
          <w:rFonts w:ascii="Sakkal Majalla" w:hAnsi="Sakkal Majalla" w:cs="Sakkal Majalla" w:hint="cs"/>
          <w:szCs w:val="28"/>
          <w:rtl/>
        </w:rPr>
        <w:t>ومتابعة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التطوير</w:t>
      </w:r>
      <w:r w:rsidRPr="000B687D">
        <w:rPr>
          <w:rFonts w:ascii="Sakkal Majalla" w:hAnsi="Sakkal Majalla" w:cs="Sakkal Majalla"/>
          <w:szCs w:val="28"/>
          <w:rtl/>
        </w:rPr>
        <w:t xml:space="preserve"> </w:t>
      </w:r>
      <w:r w:rsidRPr="000B687D">
        <w:rPr>
          <w:rFonts w:ascii="Sakkal Majalla" w:hAnsi="Sakkal Majalla" w:cs="Sakkal Majalla" w:hint="cs"/>
          <w:szCs w:val="28"/>
          <w:rtl/>
        </w:rPr>
        <w:t>بعد</w:t>
      </w:r>
      <w:r w:rsidRPr="000B687D">
        <w:rPr>
          <w:rFonts w:ascii="Sakkal Majalla" w:hAnsi="Sakkal Majalla" w:cs="Sakkal Majalla"/>
          <w:szCs w:val="28"/>
          <w:rtl/>
        </w:rPr>
        <w:t xml:space="preserve"> </w:t>
      </w:r>
      <w:r w:rsidRPr="000B687D">
        <w:rPr>
          <w:rFonts w:ascii="Sakkal Majalla" w:hAnsi="Sakkal Majalla" w:cs="Sakkal Majalla" w:hint="cs"/>
          <w:szCs w:val="28"/>
          <w:rtl/>
        </w:rPr>
        <w:t>انتهاء</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المشروع،</w:t>
      </w:r>
      <w:r w:rsidRPr="000B687D">
        <w:rPr>
          <w:rFonts w:ascii="Sakkal Majalla" w:hAnsi="Sakkal Majalla" w:cs="Sakkal Majalla"/>
          <w:szCs w:val="28"/>
          <w:rtl/>
        </w:rPr>
        <w:t xml:space="preserve"> </w:t>
      </w:r>
      <w:r w:rsidRPr="000B687D">
        <w:rPr>
          <w:rFonts w:ascii="Sakkal Majalla" w:hAnsi="Sakkal Majalla" w:cs="Sakkal Majalla" w:hint="cs"/>
          <w:szCs w:val="28"/>
          <w:rtl/>
        </w:rPr>
        <w:t>كانت</w:t>
      </w:r>
      <w:r w:rsidRPr="000B687D">
        <w:rPr>
          <w:rFonts w:ascii="Sakkal Majalla" w:hAnsi="Sakkal Majalla" w:cs="Sakkal Majalla"/>
          <w:szCs w:val="28"/>
          <w:rtl/>
        </w:rPr>
        <w:t xml:space="preserve"> </w:t>
      </w:r>
      <w:r w:rsidRPr="000B687D">
        <w:rPr>
          <w:rFonts w:ascii="Sakkal Majalla" w:hAnsi="Sakkal Majalla" w:cs="Sakkal Majalla" w:hint="cs"/>
          <w:szCs w:val="28"/>
          <w:rtl/>
        </w:rPr>
        <w:t>أكثر</w:t>
      </w:r>
      <w:r w:rsidRPr="000B687D">
        <w:rPr>
          <w:rFonts w:ascii="Sakkal Majalla" w:hAnsi="Sakkal Majalla" w:cs="Sakkal Majalla"/>
          <w:szCs w:val="28"/>
          <w:rtl/>
        </w:rPr>
        <w:t xml:space="preserve"> </w:t>
      </w:r>
      <w:r w:rsidRPr="000B687D">
        <w:rPr>
          <w:rFonts w:ascii="Sakkal Majalla" w:hAnsi="Sakkal Majalla" w:cs="Sakkal Majalla" w:hint="cs"/>
          <w:szCs w:val="28"/>
          <w:rtl/>
        </w:rPr>
        <w:t>نجاحًا</w:t>
      </w:r>
      <w:r w:rsidRPr="000B687D">
        <w:rPr>
          <w:rFonts w:ascii="Sakkal Majalla" w:hAnsi="Sakkal Majalla" w:cs="Sakkal Majalla"/>
          <w:szCs w:val="28"/>
          <w:rtl/>
        </w:rPr>
        <w:t xml:space="preserve"> </w:t>
      </w:r>
      <w:r w:rsidRPr="000B687D">
        <w:rPr>
          <w:rFonts w:ascii="Sakkal Majalla" w:hAnsi="Sakkal Majalla" w:cs="Sakkal Majalla" w:hint="cs"/>
          <w:szCs w:val="28"/>
          <w:rtl/>
        </w:rPr>
        <w:t>في</w:t>
      </w:r>
      <w:r w:rsidRPr="000B687D">
        <w:rPr>
          <w:rFonts w:ascii="Sakkal Majalla" w:hAnsi="Sakkal Majalla" w:cs="Sakkal Majalla"/>
          <w:szCs w:val="28"/>
          <w:rtl/>
        </w:rPr>
        <w:t xml:space="preserve"> </w:t>
      </w:r>
      <w:r w:rsidRPr="000B687D">
        <w:rPr>
          <w:rFonts w:ascii="Sakkal Majalla" w:hAnsi="Sakkal Majalla" w:cs="Sakkal Majalla" w:hint="cs"/>
          <w:szCs w:val="28"/>
          <w:rtl/>
        </w:rPr>
        <w:t>الحفاظ</w:t>
      </w:r>
      <w:r w:rsidRPr="000B687D">
        <w:rPr>
          <w:rFonts w:ascii="Sakkal Majalla" w:hAnsi="Sakkal Majalla" w:cs="Sakkal Majalla"/>
          <w:szCs w:val="28"/>
          <w:rtl/>
        </w:rPr>
        <w:t xml:space="preserve"> </w:t>
      </w:r>
      <w:r w:rsidRPr="000B687D">
        <w:rPr>
          <w:rFonts w:ascii="Sakkal Majalla" w:hAnsi="Sakkal Majalla" w:cs="Sakkal Majalla" w:hint="cs"/>
          <w:szCs w:val="28"/>
          <w:rtl/>
        </w:rPr>
        <w:t>على</w:t>
      </w:r>
      <w:r w:rsidRPr="000B687D">
        <w:rPr>
          <w:rFonts w:ascii="Sakkal Majalla" w:hAnsi="Sakkal Majalla" w:cs="Sakkal Majalla"/>
          <w:szCs w:val="28"/>
          <w:rtl/>
        </w:rPr>
        <w:t xml:space="preserve"> </w:t>
      </w:r>
      <w:r w:rsidRPr="000B687D">
        <w:rPr>
          <w:rFonts w:ascii="Sakkal Majalla" w:hAnsi="Sakkal Majalla" w:cs="Sakkal Majalla" w:hint="cs"/>
          <w:szCs w:val="28"/>
          <w:rtl/>
        </w:rPr>
        <w:t>الأثر</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الابتكاري</w:t>
      </w:r>
      <w:r w:rsidRPr="000B687D">
        <w:rPr>
          <w:rFonts w:ascii="Sakkal Majalla" w:hAnsi="Sakkal Majalla" w:cs="Sakkal Majalla"/>
          <w:szCs w:val="28"/>
          <w:rtl/>
        </w:rPr>
        <w:t>.</w:t>
      </w:r>
    </w:p>
    <w:p w14:paraId="6D9C0775" w14:textId="77777777" w:rsidR="000B687D" w:rsidRPr="000B687D" w:rsidRDefault="000B687D" w:rsidP="00634497">
      <w:pPr>
        <w:bidi/>
        <w:spacing w:line="360" w:lineRule="auto"/>
        <w:jc w:val="lowKashida"/>
        <w:rPr>
          <w:rFonts w:ascii="Sakkal Majalla" w:hAnsi="Sakkal Majalla" w:cs="Sakkal Majalla"/>
          <w:b/>
          <w:bCs/>
          <w:szCs w:val="28"/>
        </w:rPr>
      </w:pPr>
      <w:r w:rsidRPr="000B687D">
        <w:rPr>
          <w:rFonts w:ascii="Sakkal Majalla" w:hAnsi="Sakkal Majalla" w:cs="Sakkal Majalla" w:hint="cs"/>
          <w:b/>
          <w:bCs/>
          <w:szCs w:val="28"/>
          <w:rtl/>
        </w:rPr>
        <w:t>ثالثاً</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التحليل</w:t>
      </w:r>
      <w:r w:rsidRPr="000B687D">
        <w:rPr>
          <w:rFonts w:ascii="Sakkal Majalla" w:hAnsi="Sakkal Majalla" w:cs="Sakkal Majalla"/>
          <w:b/>
          <w:bCs/>
          <w:szCs w:val="28"/>
          <w:rtl/>
        </w:rPr>
        <w:t xml:space="preserve"> </w:t>
      </w:r>
      <w:r w:rsidRPr="000B687D">
        <w:rPr>
          <w:rFonts w:ascii="Sakkal Majalla" w:hAnsi="Sakkal Majalla" w:cs="Sakkal Majalla" w:hint="cs"/>
          <w:b/>
          <w:bCs/>
          <w:szCs w:val="28"/>
          <w:rtl/>
        </w:rPr>
        <w:t>الاستنتاجي</w:t>
      </w:r>
    </w:p>
    <w:p w14:paraId="15D7144F" w14:textId="77777777"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تدعم</w:t>
      </w:r>
      <w:r w:rsidRPr="000B687D">
        <w:rPr>
          <w:rFonts w:ascii="Sakkal Majalla" w:hAnsi="Sakkal Majalla" w:cs="Sakkal Majalla"/>
          <w:szCs w:val="28"/>
          <w:rtl/>
        </w:rPr>
        <w:t xml:space="preserve"> </w:t>
      </w:r>
      <w:r w:rsidRPr="000B687D">
        <w:rPr>
          <w:rFonts w:ascii="Sakkal Majalla" w:hAnsi="Sakkal Majalla" w:cs="Sakkal Majalla" w:hint="cs"/>
          <w:szCs w:val="28"/>
          <w:rtl/>
        </w:rPr>
        <w:t>النتائج</w:t>
      </w:r>
      <w:r w:rsidRPr="000B687D">
        <w:rPr>
          <w:rFonts w:ascii="Sakkal Majalla" w:hAnsi="Sakkal Majalla" w:cs="Sakkal Majalla"/>
          <w:szCs w:val="28"/>
          <w:rtl/>
        </w:rPr>
        <w:t xml:space="preserve"> </w:t>
      </w:r>
      <w:r w:rsidRPr="000B687D">
        <w:rPr>
          <w:rFonts w:ascii="Sakkal Majalla" w:hAnsi="Sakkal Majalla" w:cs="Sakkal Majalla" w:hint="cs"/>
          <w:szCs w:val="28"/>
          <w:rtl/>
        </w:rPr>
        <w:t>الفرضيات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الرابعة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والخامسة،</w:t>
      </w:r>
      <w:r w:rsidRPr="000B687D">
        <w:rPr>
          <w:rFonts w:ascii="Sakkal Majalla" w:hAnsi="Sakkal Majalla" w:cs="Sakkal Majalla"/>
          <w:szCs w:val="28"/>
          <w:rtl/>
        </w:rPr>
        <w:t xml:space="preserve"> </w:t>
      </w:r>
      <w:r w:rsidRPr="000B687D">
        <w:rPr>
          <w:rFonts w:ascii="Sakkal Majalla" w:hAnsi="Sakkal Majalla" w:cs="Sakkal Majalla" w:hint="cs"/>
          <w:szCs w:val="28"/>
          <w:rtl/>
        </w:rPr>
        <w:t>وتؤكد</w:t>
      </w:r>
      <w:r w:rsidRPr="000B687D">
        <w:rPr>
          <w:rFonts w:ascii="Sakkal Majalla" w:hAnsi="Sakkal Majalla" w:cs="Sakkal Majalla"/>
          <w:szCs w:val="28"/>
          <w:rtl/>
        </w:rPr>
        <w:t xml:space="preserve"> </w:t>
      </w:r>
      <w:r w:rsidRPr="000B687D">
        <w:rPr>
          <w:rFonts w:ascii="Sakkal Majalla" w:hAnsi="Sakkal Majalla" w:cs="Sakkal Majalla" w:hint="cs"/>
          <w:szCs w:val="28"/>
          <w:rtl/>
        </w:rPr>
        <w:t>أن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الاستدامة</w:t>
      </w:r>
      <w:r w:rsidRPr="000B687D">
        <w:rPr>
          <w:rFonts w:ascii="Sakkal Majalla" w:hAnsi="Sakkal Majalla" w:cs="Sakkal Majalla"/>
          <w:szCs w:val="28"/>
          <w:rtl/>
        </w:rPr>
        <w:t xml:space="preserve"> </w:t>
      </w:r>
      <w:r w:rsidRPr="000B687D">
        <w:rPr>
          <w:rFonts w:ascii="Sakkal Majalla" w:hAnsi="Sakkal Majalla" w:cs="Sakkal Majalla" w:hint="cs"/>
          <w:szCs w:val="28"/>
          <w:rtl/>
        </w:rPr>
        <w:t>ليست</w:t>
      </w:r>
      <w:r w:rsidRPr="000B687D">
        <w:rPr>
          <w:rFonts w:ascii="Sakkal Majalla" w:hAnsi="Sakkal Majalla" w:cs="Sakkal Majalla"/>
          <w:szCs w:val="28"/>
          <w:rtl/>
        </w:rPr>
        <w:t xml:space="preserve"> </w:t>
      </w:r>
      <w:r w:rsidRPr="000B687D">
        <w:rPr>
          <w:rFonts w:ascii="Sakkal Majalla" w:hAnsi="Sakkal Majalla" w:cs="Sakkal Majalla" w:hint="cs"/>
          <w:szCs w:val="28"/>
          <w:rtl/>
        </w:rPr>
        <w:t>مجرد</w:t>
      </w:r>
      <w:r w:rsidRPr="000B687D">
        <w:rPr>
          <w:rFonts w:ascii="Sakkal Majalla" w:hAnsi="Sakkal Majalla" w:cs="Sakkal Majalla"/>
          <w:szCs w:val="28"/>
          <w:rtl/>
        </w:rPr>
        <w:t xml:space="preserve"> </w:t>
      </w:r>
      <w:r w:rsidRPr="000B687D">
        <w:rPr>
          <w:rFonts w:ascii="Sakkal Majalla" w:hAnsi="Sakkal Majalla" w:cs="Sakkal Majalla" w:hint="cs"/>
          <w:szCs w:val="28"/>
          <w:rtl/>
        </w:rPr>
        <w:t>استمرار</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المبادرة،</w:t>
      </w:r>
      <w:r w:rsidRPr="000B687D">
        <w:rPr>
          <w:rFonts w:ascii="Sakkal Majalla" w:hAnsi="Sakkal Majalla" w:cs="Sakkal Majalla"/>
          <w:szCs w:val="28"/>
          <w:rtl/>
        </w:rPr>
        <w:t xml:space="preserve"> </w:t>
      </w:r>
      <w:r w:rsidRPr="000B687D">
        <w:rPr>
          <w:rFonts w:ascii="Sakkal Majalla" w:hAnsi="Sakkal Majalla" w:cs="Sakkal Majalla" w:hint="cs"/>
          <w:szCs w:val="28"/>
          <w:rtl/>
        </w:rPr>
        <w:t>بل</w:t>
      </w:r>
      <w:r w:rsidRPr="000B687D">
        <w:rPr>
          <w:rFonts w:ascii="Sakkal Majalla" w:hAnsi="Sakkal Majalla" w:cs="Sakkal Majalla"/>
          <w:szCs w:val="28"/>
          <w:rtl/>
        </w:rPr>
        <w:t xml:space="preserve"> </w:t>
      </w:r>
      <w:r w:rsidRPr="000B687D">
        <w:rPr>
          <w:rFonts w:ascii="Sakkal Majalla" w:hAnsi="Sakkal Majalla" w:cs="Sakkal Majalla" w:hint="cs"/>
          <w:szCs w:val="28"/>
          <w:rtl/>
        </w:rPr>
        <w:t>هي</w:t>
      </w:r>
      <w:r w:rsidRPr="000B687D">
        <w:rPr>
          <w:rFonts w:ascii="Sakkal Majalla" w:hAnsi="Sakkal Majalla" w:cs="Sakkal Majalla"/>
          <w:szCs w:val="28"/>
          <w:rtl/>
        </w:rPr>
        <w:t xml:space="preserve"> </w:t>
      </w:r>
      <w:r w:rsidRPr="000B687D">
        <w:rPr>
          <w:rFonts w:ascii="Sakkal Majalla" w:hAnsi="Sakkal Majalla" w:cs="Sakkal Majalla" w:hint="cs"/>
          <w:szCs w:val="28"/>
          <w:rtl/>
        </w:rPr>
        <w:t>نتاج</w:t>
      </w:r>
      <w:r w:rsidRPr="000B687D">
        <w:rPr>
          <w:rFonts w:ascii="Sakkal Majalla" w:hAnsi="Sakkal Majalla" w:cs="Sakkal Majalla"/>
          <w:szCs w:val="28"/>
          <w:rtl/>
        </w:rPr>
        <w:t xml:space="preserve"> </w:t>
      </w:r>
      <w:r w:rsidRPr="000B687D">
        <w:rPr>
          <w:rFonts w:ascii="Sakkal Majalla" w:hAnsi="Sakkal Majalla" w:cs="Sakkal Majalla" w:hint="cs"/>
          <w:szCs w:val="28"/>
          <w:rtl/>
        </w:rPr>
        <w:t>عملية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تفاعلية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بين</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القدرات</w:t>
      </w:r>
      <w:r w:rsidRPr="000B687D">
        <w:rPr>
          <w:rFonts w:ascii="Sakkal Majalla" w:hAnsi="Sakkal Majalla" w:cs="Sakkal Majalla"/>
          <w:szCs w:val="28"/>
          <w:rtl/>
        </w:rPr>
        <w:t xml:space="preserve"> </w:t>
      </w:r>
      <w:r w:rsidRPr="000B687D">
        <w:rPr>
          <w:rFonts w:ascii="Sakkal Majalla" w:hAnsi="Sakkal Majalla" w:cs="Sakkal Majalla" w:hint="cs"/>
          <w:szCs w:val="28"/>
          <w:rtl/>
        </w:rPr>
        <w:t>الداخلية</w:t>
      </w:r>
      <w:r w:rsidRPr="000B687D">
        <w:rPr>
          <w:rFonts w:ascii="Sakkal Majalla" w:hAnsi="Sakkal Majalla" w:cs="Sakkal Majalla"/>
          <w:szCs w:val="28"/>
          <w:rtl/>
        </w:rPr>
        <w:t xml:space="preserve"> </w:t>
      </w:r>
      <w:r w:rsidRPr="000B687D">
        <w:rPr>
          <w:rFonts w:ascii="Sakkal Majalla" w:hAnsi="Sakkal Majalla" w:cs="Sakkal Majalla" w:hint="cs"/>
          <w:szCs w:val="28"/>
          <w:rtl/>
        </w:rPr>
        <w:t>والدعم</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الاستشاري،</w:t>
      </w:r>
      <w:r w:rsidRPr="000B687D">
        <w:rPr>
          <w:rFonts w:ascii="Sakkal Majalla" w:hAnsi="Sakkal Majalla" w:cs="Sakkal Majalla"/>
          <w:szCs w:val="28"/>
          <w:rtl/>
        </w:rPr>
        <w:t xml:space="preserve"> </w:t>
      </w:r>
      <w:r w:rsidRPr="000B687D">
        <w:rPr>
          <w:rFonts w:ascii="Sakkal Majalla" w:hAnsi="Sakkal Majalla" w:cs="Sakkal Majalla" w:hint="cs"/>
          <w:szCs w:val="28"/>
          <w:rtl/>
        </w:rPr>
        <w:t>تمر</w:t>
      </w:r>
      <w:r w:rsidRPr="000B687D">
        <w:rPr>
          <w:rFonts w:ascii="Sakkal Majalla" w:hAnsi="Sakkal Majalla" w:cs="Sakkal Majalla"/>
          <w:szCs w:val="28"/>
          <w:rtl/>
        </w:rPr>
        <w:t xml:space="preserve"> </w:t>
      </w:r>
      <w:r w:rsidRPr="000B687D">
        <w:rPr>
          <w:rFonts w:ascii="Sakkal Majalla" w:hAnsi="Sakkal Majalla" w:cs="Sakkal Majalla" w:hint="cs"/>
          <w:szCs w:val="28"/>
          <w:rtl/>
        </w:rPr>
        <w:t>عبر</w:t>
      </w:r>
      <w:r w:rsidRPr="000B687D">
        <w:rPr>
          <w:rFonts w:ascii="Sakkal Majalla" w:hAnsi="Sakkal Majalla" w:cs="Sakkal Majalla"/>
          <w:szCs w:val="28"/>
          <w:rtl/>
        </w:rPr>
        <w:t xml:space="preserve"> </w:t>
      </w:r>
      <w:r w:rsidRPr="000B687D">
        <w:rPr>
          <w:rFonts w:ascii="Sakkal Majalla" w:hAnsi="Sakkal Majalla" w:cs="Sakkal Majalla" w:hint="cs"/>
          <w:szCs w:val="28"/>
          <w:rtl/>
        </w:rPr>
        <w:t>قناة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القدرة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الامتصاصية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التي</w:t>
      </w:r>
      <w:r w:rsidRPr="000B687D">
        <w:rPr>
          <w:rFonts w:ascii="Sakkal Majalla" w:hAnsi="Sakkal Majalla" w:cs="Sakkal Majalla"/>
          <w:szCs w:val="28"/>
          <w:rtl/>
        </w:rPr>
        <w:t xml:space="preserve"> </w:t>
      </w:r>
      <w:r w:rsidRPr="000B687D">
        <w:rPr>
          <w:rFonts w:ascii="Sakkal Majalla" w:hAnsi="Sakkal Majalla" w:cs="Sakkal Majalla" w:hint="cs"/>
          <w:szCs w:val="28"/>
          <w:rtl/>
        </w:rPr>
        <w:t>تضمن</w:t>
      </w:r>
      <w:r w:rsidRPr="000B687D">
        <w:rPr>
          <w:rFonts w:ascii="Sakkal Majalla" w:hAnsi="Sakkal Majalla" w:cs="Sakkal Majalla"/>
          <w:szCs w:val="28"/>
          <w:rtl/>
        </w:rPr>
        <w:t xml:space="preserve"> </w:t>
      </w:r>
      <w:r w:rsidRPr="000B687D">
        <w:rPr>
          <w:rFonts w:ascii="Sakkal Majalla" w:hAnsi="Sakkal Majalla" w:cs="Sakkal Majalla" w:hint="cs"/>
          <w:szCs w:val="28"/>
          <w:rtl/>
        </w:rPr>
        <w:t>تحويل</w:t>
      </w:r>
      <w:r w:rsidRPr="000B687D">
        <w:rPr>
          <w:rFonts w:ascii="Sakkal Majalla" w:hAnsi="Sakkal Majalla" w:cs="Sakkal Majalla"/>
          <w:szCs w:val="28"/>
          <w:rtl/>
        </w:rPr>
        <w:t xml:space="preserve"> </w:t>
      </w:r>
      <w:r w:rsidRPr="000B687D">
        <w:rPr>
          <w:rFonts w:ascii="Sakkal Majalla" w:hAnsi="Sakkal Majalla" w:cs="Sakkal Majalla" w:hint="cs"/>
          <w:szCs w:val="28"/>
          <w:rtl/>
        </w:rPr>
        <w:t>المعرفة</w:t>
      </w:r>
      <w:r w:rsidRPr="000B687D">
        <w:rPr>
          <w:rFonts w:ascii="Sakkal Majalla" w:hAnsi="Sakkal Majalla" w:cs="Sakkal Majalla"/>
          <w:szCs w:val="28"/>
          <w:rtl/>
        </w:rPr>
        <w:t xml:space="preserve"> </w:t>
      </w:r>
      <w:r w:rsidRPr="000B687D">
        <w:rPr>
          <w:rFonts w:ascii="Sakkal Majalla" w:hAnsi="Sakkal Majalla" w:cs="Sakkal Majalla" w:hint="cs"/>
          <w:szCs w:val="28"/>
          <w:rtl/>
        </w:rPr>
        <w:t>إلى</w:t>
      </w:r>
      <w:r w:rsidRPr="000B687D">
        <w:rPr>
          <w:rFonts w:ascii="Sakkal Majalla" w:hAnsi="Sakkal Majalla" w:cs="Sakkal Majalla"/>
          <w:szCs w:val="28"/>
          <w:rtl/>
        </w:rPr>
        <w:t xml:space="preserve"> </w:t>
      </w:r>
      <w:r w:rsidRPr="000B687D">
        <w:rPr>
          <w:rFonts w:ascii="Sakkal Majalla" w:hAnsi="Sakkal Majalla" w:cs="Sakkal Majalla" w:hint="cs"/>
          <w:szCs w:val="28"/>
          <w:rtl/>
        </w:rPr>
        <w:t>ممارسات</w:t>
      </w:r>
      <w:r w:rsidRPr="000B687D">
        <w:rPr>
          <w:rFonts w:ascii="Sakkal Majalla" w:hAnsi="Sakkal Majalla" w:cs="Sakkal Majalla"/>
          <w:szCs w:val="28"/>
          <w:rtl/>
        </w:rPr>
        <w:t xml:space="preserve"> </w:t>
      </w:r>
      <w:r w:rsidRPr="000B687D">
        <w:rPr>
          <w:rFonts w:ascii="Sakkal Majalla" w:hAnsi="Sakkal Majalla" w:cs="Sakkal Majalla" w:hint="cs"/>
          <w:szCs w:val="28"/>
          <w:rtl/>
        </w:rPr>
        <w:t>عملية</w:t>
      </w:r>
      <w:r w:rsidRPr="000B687D">
        <w:rPr>
          <w:rFonts w:ascii="Sakkal Majalla" w:hAnsi="Sakkal Majalla" w:cs="Sakkal Majalla"/>
          <w:szCs w:val="28"/>
          <w:rtl/>
        </w:rPr>
        <w:t>.</w:t>
      </w:r>
    </w:p>
    <w:p w14:paraId="7480D5FB" w14:textId="6D1A691F" w:rsidR="000B687D" w:rsidRPr="000B687D" w:rsidRDefault="000B687D" w:rsidP="00634497">
      <w:pPr>
        <w:bidi/>
        <w:spacing w:line="360" w:lineRule="auto"/>
        <w:jc w:val="lowKashida"/>
        <w:rPr>
          <w:rFonts w:ascii="Sakkal Majalla" w:hAnsi="Sakkal Majalla" w:cs="Sakkal Majalla"/>
          <w:szCs w:val="28"/>
        </w:rPr>
      </w:pPr>
      <w:r w:rsidRPr="000B687D">
        <w:rPr>
          <w:rFonts w:ascii="Sakkal Majalla" w:hAnsi="Sakkal Majalla" w:cs="Sakkal Majalla" w:hint="cs"/>
          <w:szCs w:val="28"/>
          <w:rtl/>
        </w:rPr>
        <w:t>كما</w:t>
      </w:r>
      <w:r w:rsidRPr="000B687D">
        <w:rPr>
          <w:rFonts w:ascii="Sakkal Majalla" w:hAnsi="Sakkal Majalla" w:cs="Sakkal Majalla"/>
          <w:szCs w:val="28"/>
          <w:rtl/>
        </w:rPr>
        <w:t xml:space="preserve"> </w:t>
      </w:r>
      <w:r w:rsidRPr="000B687D">
        <w:rPr>
          <w:rFonts w:ascii="Sakkal Majalla" w:hAnsi="Sakkal Majalla" w:cs="Sakkal Majalla" w:hint="cs"/>
          <w:szCs w:val="28"/>
          <w:rtl/>
        </w:rPr>
        <w:t>تبرز</w:t>
      </w:r>
      <w:r w:rsidRPr="000B687D">
        <w:rPr>
          <w:rFonts w:ascii="Sakkal Majalla" w:hAnsi="Sakkal Majalla" w:cs="Sakkal Majalla"/>
          <w:szCs w:val="28"/>
          <w:rtl/>
        </w:rPr>
        <w:t xml:space="preserve"> </w:t>
      </w:r>
      <w:r w:rsidRPr="000B687D">
        <w:rPr>
          <w:rFonts w:ascii="Sakkal Majalla" w:hAnsi="Sakkal Majalla" w:cs="Sakkal Majalla" w:hint="cs"/>
          <w:szCs w:val="28"/>
          <w:rtl/>
        </w:rPr>
        <w:t>النتائج</w:t>
      </w:r>
      <w:r w:rsidRPr="000B687D">
        <w:rPr>
          <w:rFonts w:ascii="Sakkal Majalla" w:hAnsi="Sakkal Majalla" w:cs="Sakkal Majalla"/>
          <w:szCs w:val="28"/>
          <w:rtl/>
        </w:rPr>
        <w:t xml:space="preserve"> </w:t>
      </w:r>
      <w:r w:rsidRPr="000B687D">
        <w:rPr>
          <w:rFonts w:ascii="Sakkal Majalla" w:hAnsi="Sakkal Majalla" w:cs="Sakkal Majalla" w:hint="cs"/>
          <w:szCs w:val="28"/>
          <w:rtl/>
        </w:rPr>
        <w:t>أهمية</w:t>
      </w:r>
      <w:r w:rsidRPr="000B687D">
        <w:rPr>
          <w:rFonts w:ascii="Sakkal Majalla" w:hAnsi="Sakkal Majalla" w:cs="Sakkal Majalla"/>
          <w:szCs w:val="28"/>
          <w:rtl/>
        </w:rPr>
        <w:t xml:space="preserve"> </w:t>
      </w:r>
      <w:r w:rsidRPr="000B687D">
        <w:rPr>
          <w:rFonts w:ascii="Sakkal Majalla" w:hAnsi="Sakkal Majalla" w:cs="Sakkal Majalla" w:hint="cs"/>
          <w:szCs w:val="28"/>
          <w:rtl/>
        </w:rPr>
        <w:t>تصميم</w:t>
      </w:r>
      <w:r w:rsidRPr="000B687D">
        <w:rPr>
          <w:rFonts w:ascii="Sakkal Majalla" w:hAnsi="Sakkal Majalla" w:cs="Sakkal Majalla"/>
          <w:szCs w:val="28"/>
          <w:rtl/>
        </w:rPr>
        <w:t xml:space="preserve"> </w:t>
      </w:r>
      <w:r w:rsidRPr="000B687D">
        <w:rPr>
          <w:rFonts w:ascii="Sakkal Majalla" w:hAnsi="Sakkal Majalla" w:cs="Sakkal Majalla" w:hint="cs"/>
          <w:szCs w:val="28"/>
          <w:rtl/>
        </w:rPr>
        <w:t>عقود</w:t>
      </w:r>
      <w:r w:rsidRPr="000B687D">
        <w:rPr>
          <w:rFonts w:ascii="Sakkal Majalla" w:hAnsi="Sakkal Majalla" w:cs="Sakkal Majalla"/>
          <w:szCs w:val="28"/>
          <w:rtl/>
        </w:rPr>
        <w:t xml:space="preserve"> </w:t>
      </w:r>
      <w:r w:rsidRPr="000B687D">
        <w:rPr>
          <w:rFonts w:ascii="Sakkal Majalla" w:hAnsi="Sakkal Majalla" w:cs="Sakkal Majalla" w:hint="cs"/>
          <w:szCs w:val="28"/>
          <w:rtl/>
        </w:rPr>
        <w:t>استشارية</w:t>
      </w:r>
      <w:r w:rsidRPr="000B687D">
        <w:rPr>
          <w:rFonts w:ascii="Sakkal Majalla" w:hAnsi="Sakkal Majalla" w:cs="Sakkal Majalla"/>
          <w:szCs w:val="28"/>
          <w:rtl/>
        </w:rPr>
        <w:t xml:space="preserve"> </w:t>
      </w:r>
      <w:r w:rsidRPr="000B687D">
        <w:rPr>
          <w:rFonts w:ascii="Sakkal Majalla" w:hAnsi="Sakkal Majalla" w:cs="Sakkal Majalla" w:hint="cs"/>
          <w:szCs w:val="28"/>
          <w:rtl/>
        </w:rPr>
        <w:t>تتضمن</w:t>
      </w:r>
      <w:r w:rsidRPr="000B687D">
        <w:rPr>
          <w:rFonts w:ascii="Sakkal Majalla" w:hAnsi="Sakkal Majalla" w:cs="Sakkal Majalla"/>
          <w:szCs w:val="28"/>
          <w:rtl/>
        </w:rPr>
        <w:t xml:space="preserve"> </w:t>
      </w:r>
      <w:r w:rsidRPr="000B687D">
        <w:rPr>
          <w:rFonts w:ascii="Sakkal Majalla" w:hAnsi="Sakkal Majalla" w:cs="Sakkal Majalla" w:hint="cs"/>
          <w:szCs w:val="28"/>
          <w:rtl/>
        </w:rPr>
        <w:t>مؤشرات</w:t>
      </w:r>
      <w:r w:rsidRPr="000B687D">
        <w:rPr>
          <w:rFonts w:ascii="Sakkal Majalla" w:hAnsi="Sakkal Majalla" w:cs="Sakkal Majalla"/>
          <w:szCs w:val="28"/>
          <w:rtl/>
        </w:rPr>
        <w:t xml:space="preserve"> </w:t>
      </w:r>
      <w:r w:rsidRPr="000B687D">
        <w:rPr>
          <w:rFonts w:ascii="Sakkal Majalla" w:hAnsi="Sakkal Majalla" w:cs="Sakkal Majalla" w:hint="cs"/>
          <w:szCs w:val="28"/>
          <w:rtl/>
        </w:rPr>
        <w:t>واضحة</w:t>
      </w:r>
      <w:r w:rsidRPr="000B687D">
        <w:rPr>
          <w:rFonts w:ascii="Sakkal Majalla" w:hAnsi="Sakkal Majalla" w:cs="Sakkal Majalla"/>
          <w:szCs w:val="28"/>
          <w:rtl/>
        </w:rPr>
        <w:t xml:space="preserve"> </w:t>
      </w:r>
      <w:r w:rsidRPr="000B687D">
        <w:rPr>
          <w:rFonts w:ascii="Sakkal Majalla" w:hAnsi="Sakkal Majalla" w:cs="Sakkal Majalla" w:hint="cs"/>
          <w:szCs w:val="28"/>
          <w:rtl/>
        </w:rPr>
        <w:t>لقياس</w:t>
      </w:r>
      <w:r w:rsidRPr="000B687D">
        <w:rPr>
          <w:rFonts w:ascii="Sakkal Majalla" w:hAnsi="Sakkal Majalla" w:cs="Sakkal Majalla"/>
          <w:szCs w:val="28"/>
          <w:rtl/>
        </w:rPr>
        <w:t xml:space="preserve"> </w:t>
      </w:r>
      <w:r w:rsidRPr="000B687D">
        <w:rPr>
          <w:rFonts w:ascii="Sakkal Majalla" w:hAnsi="Sakkal Majalla" w:cs="Sakkal Majalla" w:hint="cs"/>
          <w:szCs w:val="28"/>
          <w:rtl/>
        </w:rPr>
        <w:t>استدامة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الابتكار</w:t>
      </w:r>
      <w:r w:rsidRPr="000B687D">
        <w:rPr>
          <w:rFonts w:ascii="Sakkal Majalla" w:hAnsi="Sakkal Majalla" w:cs="Sakkal Majalla"/>
          <w:szCs w:val="28"/>
          <w:rtl/>
        </w:rPr>
        <w:t xml:space="preserve"> </w:t>
      </w:r>
      <w:r w:rsidRPr="000B687D">
        <w:rPr>
          <w:rFonts w:ascii="Sakkal Majalla" w:hAnsi="Sakkal Majalla" w:cs="Sakkal Majalla" w:hint="cs"/>
          <w:szCs w:val="28"/>
          <w:rtl/>
        </w:rPr>
        <w:t>بعد</w:t>
      </w:r>
      <w:r w:rsidRPr="000B687D">
        <w:rPr>
          <w:rFonts w:ascii="Sakkal Majalla" w:hAnsi="Sakkal Majalla" w:cs="Sakkal Majalla"/>
          <w:szCs w:val="28"/>
          <w:rtl/>
        </w:rPr>
        <w:t xml:space="preserve"> </w:t>
      </w:r>
      <w:r w:rsidRPr="000B687D">
        <w:rPr>
          <w:rFonts w:ascii="Sakkal Majalla" w:hAnsi="Sakkal Majalla" w:cs="Sakkal Majalla" w:hint="cs"/>
          <w:szCs w:val="28"/>
          <w:rtl/>
        </w:rPr>
        <w:t>انتهاء</w:t>
      </w:r>
      <w:r w:rsidRPr="000B687D">
        <w:rPr>
          <w:rFonts w:ascii="Sakkal Majalla" w:hAnsi="Sakkal Majalla" w:cs="Sakkal Majalla"/>
          <w:szCs w:val="28"/>
          <w:rtl/>
        </w:rPr>
        <w:t xml:space="preserve"> </w:t>
      </w:r>
      <w:r w:rsidRPr="000B687D">
        <w:rPr>
          <w:rFonts w:ascii="Sakkal Majalla" w:hAnsi="Sakkal Majalla" w:cs="Sakkal Majalla" w:hint="cs"/>
          <w:szCs w:val="28"/>
          <w:rtl/>
        </w:rPr>
        <w:t>فترة</w:t>
      </w:r>
      <w:r w:rsidRPr="000B687D">
        <w:rPr>
          <w:rFonts w:ascii="Sakkal Majalla" w:hAnsi="Sakkal Majalla" w:cs="Sakkal Majalla"/>
          <w:szCs w:val="28"/>
          <w:rtl/>
        </w:rPr>
        <w:t xml:space="preserve"> </w:t>
      </w:r>
      <w:r w:rsidRPr="000B687D">
        <w:rPr>
          <w:rFonts w:ascii="Sakkal Majalla" w:hAnsi="Sakkal Majalla" w:cs="Sakkal Majalla" w:hint="cs"/>
          <w:szCs w:val="28"/>
          <w:rtl/>
        </w:rPr>
        <w:t>التعاقد</w:t>
      </w:r>
      <w:r w:rsidRPr="000B687D">
        <w:rPr>
          <w:rFonts w:ascii="Sakkal Majalla" w:hAnsi="Sakkal Majalla" w:cs="Sakkal Majalla"/>
          <w:szCs w:val="28"/>
          <w:rtl/>
        </w:rPr>
        <w:t>.</w:t>
      </w:r>
    </w:p>
    <w:p w14:paraId="75C11946" w14:textId="1A4067F8" w:rsidR="000B687D" w:rsidRDefault="00E0531E" w:rsidP="00825EF8">
      <w:pPr>
        <w:bidi/>
        <w:spacing w:line="360" w:lineRule="auto"/>
        <w:rPr>
          <w:rFonts w:ascii="Sakkal Majalla" w:hAnsi="Sakkal Majalla" w:cs="Sakkal Majalla"/>
          <w:szCs w:val="28"/>
          <w:rtl/>
        </w:rPr>
      </w:pPr>
      <w:r w:rsidRPr="00E0531E">
        <w:rPr>
          <w:rFonts w:ascii="Sakkal Majalla" w:hAnsi="Sakkal Majalla" w:cs="Sakkal Majalla"/>
          <w:noProof/>
          <w:szCs w:val="28"/>
          <w:rtl/>
        </w:rPr>
        <w:drawing>
          <wp:inline distT="0" distB="0" distL="0" distR="0" wp14:anchorId="33E162CC" wp14:editId="4A9CF617">
            <wp:extent cx="3284574" cy="2390877"/>
            <wp:effectExtent l="0" t="0" r="0" b="0"/>
            <wp:docPr id="1838466123" name="Picture 1"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466123" name="Picture 1" descr="A graph with numbers and text&#10;&#10;AI-generated content may be incorrect."/>
                    <pic:cNvPicPr/>
                  </pic:nvPicPr>
                  <pic:blipFill>
                    <a:blip r:embed="rId12"/>
                    <a:stretch>
                      <a:fillRect/>
                    </a:stretch>
                  </pic:blipFill>
                  <pic:spPr>
                    <a:xfrm>
                      <a:off x="0" y="0"/>
                      <a:ext cx="3321280" cy="2417596"/>
                    </a:xfrm>
                    <a:prstGeom prst="rect">
                      <a:avLst/>
                    </a:prstGeom>
                  </pic:spPr>
                </pic:pic>
              </a:graphicData>
            </a:graphic>
          </wp:inline>
        </w:drawing>
      </w:r>
    </w:p>
    <w:p w14:paraId="6589CA18" w14:textId="77777777" w:rsidR="000B2283" w:rsidRPr="000B2283" w:rsidRDefault="000B2283" w:rsidP="00083D43">
      <w:pPr>
        <w:bidi/>
        <w:spacing w:line="360" w:lineRule="auto"/>
        <w:rPr>
          <w:rFonts w:ascii="Sakkal Majalla" w:hAnsi="Sakkal Majalla" w:cs="Sakkal Majalla"/>
          <w:b/>
          <w:bCs/>
          <w:sz w:val="32"/>
          <w:szCs w:val="32"/>
        </w:rPr>
      </w:pPr>
      <w:r w:rsidRPr="000B2283">
        <w:rPr>
          <w:rFonts w:ascii="Sakkal Majalla" w:hAnsi="Sakkal Majalla" w:cs="Sakkal Majalla"/>
          <w:b/>
          <w:bCs/>
          <w:sz w:val="32"/>
          <w:szCs w:val="32"/>
        </w:rPr>
        <w:t xml:space="preserve">4.3 </w:t>
      </w:r>
      <w:r w:rsidRPr="000B2283">
        <w:rPr>
          <w:rFonts w:ascii="Sakkal Majalla" w:hAnsi="Sakkal Majalla" w:cs="Sakkal Majalla"/>
          <w:b/>
          <w:bCs/>
          <w:sz w:val="32"/>
          <w:szCs w:val="32"/>
          <w:rtl/>
        </w:rPr>
        <w:t>اختبار الفرضيات</w:t>
      </w:r>
    </w:p>
    <w:p w14:paraId="721AEA5C" w14:textId="77777777" w:rsidR="000B2283" w:rsidRPr="000B2283" w:rsidRDefault="000B2283" w:rsidP="00083D43">
      <w:pPr>
        <w:bidi/>
        <w:spacing w:line="360" w:lineRule="auto"/>
        <w:rPr>
          <w:rFonts w:ascii="Sakkal Majalla" w:hAnsi="Sakkal Majalla" w:cs="Sakkal Majalla"/>
          <w:b/>
          <w:bCs/>
          <w:szCs w:val="28"/>
        </w:rPr>
      </w:pPr>
      <w:r w:rsidRPr="000B2283">
        <w:rPr>
          <w:rFonts w:ascii="Sakkal Majalla" w:hAnsi="Sakkal Majalla" w:cs="Sakkal Majalla"/>
          <w:b/>
          <w:bCs/>
          <w:szCs w:val="28"/>
        </w:rPr>
        <w:lastRenderedPageBreak/>
        <w:t xml:space="preserve">4.3.1 </w:t>
      </w:r>
      <w:r w:rsidRPr="000B2283">
        <w:rPr>
          <w:rFonts w:ascii="Sakkal Majalla" w:hAnsi="Sakkal Majalla" w:cs="Sakkal Majalla"/>
          <w:b/>
          <w:bCs/>
          <w:szCs w:val="28"/>
          <w:rtl/>
        </w:rPr>
        <w:t>منهجية الاختبار</w:t>
      </w:r>
    </w:p>
    <w:p w14:paraId="0D9DBDFE" w14:textId="77777777" w:rsidR="000B2283" w:rsidRPr="000B2283" w:rsidRDefault="000B2283" w:rsidP="00634497">
      <w:pPr>
        <w:bidi/>
        <w:spacing w:line="360" w:lineRule="auto"/>
        <w:jc w:val="lowKashida"/>
        <w:rPr>
          <w:rFonts w:ascii="Sakkal Majalla" w:hAnsi="Sakkal Majalla" w:cs="Sakkal Majalla"/>
          <w:szCs w:val="28"/>
        </w:rPr>
      </w:pPr>
      <w:r w:rsidRPr="000B2283">
        <w:rPr>
          <w:rFonts w:ascii="Sakkal Majalla" w:hAnsi="Sakkal Majalla" w:cs="Sakkal Majalla"/>
          <w:szCs w:val="28"/>
          <w:rtl/>
        </w:rPr>
        <w:t>تم اختبار الفرضيات الستة للدراسة باستخدام مزيج من الأساليب الإحصائية الاستنتاجية، شملت</w:t>
      </w:r>
      <w:r w:rsidRPr="000B2283">
        <w:rPr>
          <w:rFonts w:ascii="Sakkal Majalla" w:hAnsi="Sakkal Majalla" w:cs="Sakkal Majalla"/>
          <w:szCs w:val="28"/>
        </w:rPr>
        <w:t>:</w:t>
      </w:r>
    </w:p>
    <w:p w14:paraId="778E6268" w14:textId="77777777" w:rsidR="000B2283" w:rsidRPr="000B2283" w:rsidRDefault="000B2283" w:rsidP="00634497">
      <w:pPr>
        <w:numPr>
          <w:ilvl w:val="0"/>
          <w:numId w:val="65"/>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معامل ارتباط بيرسون</w:t>
      </w:r>
      <w:r w:rsidRPr="000B2283">
        <w:rPr>
          <w:rFonts w:ascii="Sakkal Majalla" w:hAnsi="Sakkal Majalla" w:cs="Sakkal Majalla"/>
          <w:b/>
          <w:bCs/>
          <w:szCs w:val="28"/>
        </w:rPr>
        <w:t xml:space="preserve"> (Pearson’s r)</w:t>
      </w:r>
      <w:r w:rsidRPr="000B2283">
        <w:rPr>
          <w:rFonts w:ascii="Sakkal Majalla" w:hAnsi="Sakkal Majalla" w:cs="Sakkal Majalla"/>
          <w:szCs w:val="28"/>
        </w:rPr>
        <w:t xml:space="preserve"> </w:t>
      </w:r>
      <w:r w:rsidRPr="000B2283">
        <w:rPr>
          <w:rFonts w:ascii="Sakkal Majalla" w:hAnsi="Sakkal Majalla" w:cs="Sakkal Majalla"/>
          <w:szCs w:val="28"/>
          <w:rtl/>
        </w:rPr>
        <w:t>لقياس قوة واتجاه العلاقة بين المتغيرات</w:t>
      </w:r>
      <w:r w:rsidRPr="000B2283">
        <w:rPr>
          <w:rFonts w:ascii="Sakkal Majalla" w:hAnsi="Sakkal Majalla" w:cs="Sakkal Majalla"/>
          <w:szCs w:val="28"/>
        </w:rPr>
        <w:t>.</w:t>
      </w:r>
    </w:p>
    <w:p w14:paraId="2C622545" w14:textId="77777777" w:rsidR="000B2283" w:rsidRPr="000B2283" w:rsidRDefault="000B2283" w:rsidP="00634497">
      <w:pPr>
        <w:numPr>
          <w:ilvl w:val="0"/>
          <w:numId w:val="65"/>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الانحدار الخطي المتعدد</w:t>
      </w:r>
      <w:r w:rsidRPr="000B2283">
        <w:rPr>
          <w:rFonts w:ascii="Sakkal Majalla" w:hAnsi="Sakkal Majalla" w:cs="Sakkal Majalla"/>
          <w:b/>
          <w:bCs/>
          <w:szCs w:val="28"/>
        </w:rPr>
        <w:t xml:space="preserve"> (Multiple Linear Regression)</w:t>
      </w:r>
      <w:r w:rsidRPr="000B2283">
        <w:rPr>
          <w:rFonts w:ascii="Sakkal Majalla" w:hAnsi="Sakkal Majalla" w:cs="Sakkal Majalla"/>
          <w:szCs w:val="28"/>
        </w:rPr>
        <w:t xml:space="preserve"> </w:t>
      </w:r>
      <w:r w:rsidRPr="000B2283">
        <w:rPr>
          <w:rFonts w:ascii="Sakkal Majalla" w:hAnsi="Sakkal Majalla" w:cs="Sakkal Majalla"/>
          <w:szCs w:val="28"/>
          <w:rtl/>
        </w:rPr>
        <w:t>لتحليل الأثر النسبي لكل متغير مستقل على استدامة الابتكار، مع إدخال المتغيرات بشكل معياري</w:t>
      </w:r>
      <w:r w:rsidRPr="000B2283">
        <w:rPr>
          <w:rFonts w:ascii="Sakkal Majalla" w:hAnsi="Sakkal Majalla" w:cs="Sakkal Majalla"/>
          <w:szCs w:val="28"/>
        </w:rPr>
        <w:t xml:space="preserve"> (z-score) </w:t>
      </w:r>
      <w:r w:rsidRPr="000B2283">
        <w:rPr>
          <w:rFonts w:ascii="Sakkal Majalla" w:hAnsi="Sakkal Majalla" w:cs="Sakkal Majalla"/>
          <w:szCs w:val="28"/>
          <w:rtl/>
        </w:rPr>
        <w:t>لفحص الأهمية النسبية</w:t>
      </w:r>
      <w:r w:rsidRPr="000B2283">
        <w:rPr>
          <w:rFonts w:ascii="Sakkal Majalla" w:hAnsi="Sakkal Majalla" w:cs="Sakkal Majalla"/>
          <w:szCs w:val="28"/>
        </w:rPr>
        <w:t>.</w:t>
      </w:r>
    </w:p>
    <w:p w14:paraId="4C3C9AB6" w14:textId="77777777" w:rsidR="000B2283" w:rsidRPr="000B2283" w:rsidRDefault="000B2283" w:rsidP="00634497">
      <w:pPr>
        <w:numPr>
          <w:ilvl w:val="0"/>
          <w:numId w:val="65"/>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اختبار التفاعل</w:t>
      </w:r>
      <w:r w:rsidRPr="000B2283">
        <w:rPr>
          <w:rFonts w:ascii="Sakkal Majalla" w:hAnsi="Sakkal Majalla" w:cs="Sakkal Majalla"/>
          <w:b/>
          <w:bCs/>
          <w:szCs w:val="28"/>
        </w:rPr>
        <w:t xml:space="preserve"> (Interaction Term)</w:t>
      </w:r>
      <w:r w:rsidRPr="000B2283">
        <w:rPr>
          <w:rFonts w:ascii="Sakkal Majalla" w:hAnsi="Sakkal Majalla" w:cs="Sakkal Majalla"/>
          <w:szCs w:val="28"/>
        </w:rPr>
        <w:t xml:space="preserve"> </w:t>
      </w:r>
      <w:r w:rsidRPr="000B2283">
        <w:rPr>
          <w:rFonts w:ascii="Sakkal Majalla" w:hAnsi="Sakkal Majalla" w:cs="Sakkal Majalla"/>
          <w:szCs w:val="28"/>
          <w:rtl/>
        </w:rPr>
        <w:t>لفحص أثر التكامل بين العوامل الداخلية والدور الاستشاري</w:t>
      </w:r>
      <w:r w:rsidRPr="000B2283">
        <w:rPr>
          <w:rFonts w:ascii="Sakkal Majalla" w:hAnsi="Sakkal Majalla" w:cs="Sakkal Majalla"/>
          <w:szCs w:val="28"/>
        </w:rPr>
        <w:t>.</w:t>
      </w:r>
    </w:p>
    <w:p w14:paraId="6EA83E86" w14:textId="48519D79" w:rsidR="000B2283" w:rsidRPr="000B2283" w:rsidRDefault="000B2283" w:rsidP="00634497">
      <w:pPr>
        <w:numPr>
          <w:ilvl w:val="0"/>
          <w:numId w:val="65"/>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مستوى الدلالة الإحصائية</w:t>
      </w:r>
      <w:r w:rsidRPr="000B2283">
        <w:rPr>
          <w:rFonts w:ascii="Sakkal Majalla" w:hAnsi="Sakkal Majalla" w:cs="Sakkal Majalla"/>
          <w:szCs w:val="28"/>
          <w:rtl/>
        </w:rPr>
        <w:t xml:space="preserve"> تم اعتماده عند</w:t>
      </w:r>
      <w:r w:rsidRPr="000B2283">
        <w:rPr>
          <w:rFonts w:ascii="Sakkal Majalla" w:hAnsi="Sakkal Majalla" w:cs="Sakkal Majalla"/>
          <w:szCs w:val="28"/>
        </w:rPr>
        <w:t xml:space="preserve"> </w:t>
      </w:r>
      <w:r w:rsidRPr="000B2283">
        <w:rPr>
          <w:rFonts w:ascii="Cambria" w:hAnsi="Cambria" w:cs="Cambria"/>
          <w:szCs w:val="28"/>
        </w:rPr>
        <w:t>α</w:t>
      </w:r>
      <w:r w:rsidRPr="000B2283">
        <w:rPr>
          <w:rFonts w:ascii="Sakkal Majalla" w:hAnsi="Sakkal Majalla" w:cs="Sakkal Majalla"/>
          <w:szCs w:val="28"/>
        </w:rPr>
        <w:t xml:space="preserve"> = 0.05</w:t>
      </w:r>
      <w:r w:rsidRPr="000B2283">
        <w:rPr>
          <w:rFonts w:ascii="Sakkal Majalla" w:hAnsi="Sakkal Majalla" w:cs="Sakkal Majalla"/>
          <w:szCs w:val="28"/>
          <w:rtl/>
        </w:rPr>
        <w:t>، بحيث تعتبر الفرضية مدعومة إذا كانت قيمة</w:t>
      </w:r>
      <w:r w:rsidRPr="000B2283">
        <w:rPr>
          <w:rFonts w:ascii="Sakkal Majalla" w:hAnsi="Sakkal Majalla" w:cs="Sakkal Majalla"/>
          <w:szCs w:val="28"/>
        </w:rPr>
        <w:t xml:space="preserve"> (p) </w:t>
      </w:r>
      <w:r w:rsidRPr="000B2283">
        <w:rPr>
          <w:rFonts w:ascii="Sakkal Majalla" w:hAnsi="Sakkal Majalla" w:cs="Sakkal Majalla"/>
          <w:szCs w:val="28"/>
          <w:rtl/>
        </w:rPr>
        <w:t>أقل أو تساوي 0.05</w:t>
      </w:r>
      <w:r w:rsidRPr="000B2283">
        <w:rPr>
          <w:rFonts w:ascii="Sakkal Majalla" w:hAnsi="Sakkal Majalla" w:cs="Sakkal Majalla"/>
          <w:szCs w:val="28"/>
        </w:rPr>
        <w:t>.</w:t>
      </w:r>
    </w:p>
    <w:p w14:paraId="477391AA" w14:textId="77777777" w:rsidR="000B2283" w:rsidRPr="000B2283" w:rsidRDefault="000B2283" w:rsidP="00634497">
      <w:pPr>
        <w:bidi/>
        <w:spacing w:line="360" w:lineRule="auto"/>
        <w:jc w:val="lowKashida"/>
        <w:rPr>
          <w:rFonts w:ascii="Sakkal Majalla" w:hAnsi="Sakkal Majalla" w:cs="Sakkal Majalla"/>
          <w:b/>
          <w:bCs/>
          <w:sz w:val="32"/>
          <w:szCs w:val="32"/>
        </w:rPr>
      </w:pPr>
      <w:r w:rsidRPr="000B2283">
        <w:rPr>
          <w:rFonts w:ascii="Sakkal Majalla" w:hAnsi="Sakkal Majalla" w:cs="Sakkal Majalla"/>
          <w:b/>
          <w:bCs/>
          <w:sz w:val="32"/>
          <w:szCs w:val="32"/>
        </w:rPr>
        <w:t xml:space="preserve">4.3.2 </w:t>
      </w:r>
      <w:r w:rsidRPr="000B2283">
        <w:rPr>
          <w:rFonts w:ascii="Sakkal Majalla" w:hAnsi="Sakkal Majalla" w:cs="Sakkal Majalla"/>
          <w:b/>
          <w:bCs/>
          <w:sz w:val="32"/>
          <w:szCs w:val="32"/>
          <w:rtl/>
        </w:rPr>
        <w:t>نتائج الاختبار حسب الفرضيات</w:t>
      </w:r>
    </w:p>
    <w:p w14:paraId="37A811AE" w14:textId="77777777" w:rsidR="000B2283" w:rsidRPr="000B2283" w:rsidRDefault="000B2283" w:rsidP="00634497">
      <w:pPr>
        <w:bidi/>
        <w:spacing w:line="360" w:lineRule="auto"/>
        <w:jc w:val="lowKashida"/>
        <w:rPr>
          <w:rFonts w:ascii="Sakkal Majalla" w:hAnsi="Sakkal Majalla" w:cs="Sakkal Majalla"/>
          <w:b/>
          <w:bCs/>
          <w:szCs w:val="28"/>
        </w:rPr>
      </w:pPr>
      <w:r w:rsidRPr="000B2283">
        <w:rPr>
          <w:rFonts w:ascii="Sakkal Majalla" w:hAnsi="Sakkal Majalla" w:cs="Sakkal Majalla"/>
          <w:b/>
          <w:bCs/>
          <w:szCs w:val="28"/>
          <w:rtl/>
        </w:rPr>
        <w:t>الفرضية الأولى</w:t>
      </w:r>
    </w:p>
    <w:p w14:paraId="45BB21C4" w14:textId="77777777" w:rsidR="000B2283" w:rsidRPr="000B2283" w:rsidRDefault="000B2283" w:rsidP="00634497">
      <w:pPr>
        <w:bidi/>
        <w:spacing w:line="360" w:lineRule="auto"/>
        <w:jc w:val="lowKashida"/>
        <w:rPr>
          <w:rFonts w:ascii="Sakkal Majalla" w:hAnsi="Sakkal Majalla" w:cs="Sakkal Majalla"/>
          <w:szCs w:val="28"/>
        </w:rPr>
      </w:pPr>
      <w:r w:rsidRPr="000B2283">
        <w:rPr>
          <w:rFonts w:ascii="Sakkal Majalla" w:hAnsi="Sakkal Majalla" w:cs="Sakkal Majalla"/>
          <w:i/>
          <w:iCs/>
          <w:szCs w:val="28"/>
          <w:rtl/>
        </w:rPr>
        <w:t>توجد علاقة إيجابية ذات دلالة إحصائية بين توفر العوامل التمكينية الداخلية في الجهة الحكومية وبين قدرتها على تبني ممارسات ابتكارية مستدامة</w:t>
      </w:r>
      <w:r w:rsidRPr="000B2283">
        <w:rPr>
          <w:rFonts w:ascii="Sakkal Majalla" w:hAnsi="Sakkal Majalla" w:cs="Sakkal Majalla"/>
          <w:i/>
          <w:iCs/>
          <w:szCs w:val="28"/>
        </w:rPr>
        <w:t>.</w:t>
      </w:r>
    </w:p>
    <w:p w14:paraId="370B4913" w14:textId="77777777" w:rsidR="000B2283" w:rsidRPr="000B2283" w:rsidRDefault="000B2283" w:rsidP="00634497">
      <w:pPr>
        <w:numPr>
          <w:ilvl w:val="0"/>
          <w:numId w:val="66"/>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النتيجة</w:t>
      </w:r>
      <w:r w:rsidRPr="000B2283">
        <w:rPr>
          <w:rFonts w:ascii="Sakkal Majalla" w:hAnsi="Sakkal Majalla" w:cs="Sakkal Majalla"/>
          <w:b/>
          <w:bCs/>
          <w:szCs w:val="28"/>
        </w:rPr>
        <w:t>:</w:t>
      </w:r>
      <w:r w:rsidRPr="000B2283">
        <w:rPr>
          <w:rFonts w:ascii="Sakkal Majalla" w:hAnsi="Sakkal Majalla" w:cs="Sakkal Majalla"/>
          <w:szCs w:val="28"/>
        </w:rPr>
        <w:t xml:space="preserve"> </w:t>
      </w:r>
      <w:r w:rsidRPr="000B2283">
        <w:rPr>
          <w:rFonts w:ascii="Sakkal Majalla" w:hAnsi="Sakkal Majalla" w:cs="Sakkal Majalla"/>
          <w:szCs w:val="28"/>
          <w:rtl/>
        </w:rPr>
        <w:t>أظهر معامل الارتباط بيرسون علاقة موجبة متوسطة القوة بين العوامل التمكينية الداخلية واستدامة الابتكار</w:t>
      </w:r>
      <w:r w:rsidRPr="000B2283">
        <w:rPr>
          <w:rFonts w:ascii="Sakkal Majalla" w:hAnsi="Sakkal Majalla" w:cs="Sakkal Majalla"/>
          <w:szCs w:val="28"/>
        </w:rPr>
        <w:t xml:space="preserve"> (r = 0.46</w:t>
      </w:r>
      <w:r w:rsidRPr="000B2283">
        <w:rPr>
          <w:rFonts w:ascii="Sakkal Majalla" w:hAnsi="Sakkal Majalla" w:cs="Sakkal Majalla"/>
          <w:szCs w:val="28"/>
          <w:rtl/>
        </w:rPr>
        <w:t xml:space="preserve">، </w:t>
      </w:r>
      <w:r w:rsidRPr="000B2283">
        <w:rPr>
          <w:rFonts w:ascii="Sakkal Majalla" w:hAnsi="Sakkal Majalla" w:cs="Sakkal Majalla"/>
          <w:szCs w:val="28"/>
        </w:rPr>
        <w:t>p = 0.0003).</w:t>
      </w:r>
    </w:p>
    <w:p w14:paraId="479A2ABD" w14:textId="20FE7D97" w:rsidR="000B2283" w:rsidRPr="000B2283" w:rsidRDefault="000B2283" w:rsidP="00634497">
      <w:pPr>
        <w:numPr>
          <w:ilvl w:val="0"/>
          <w:numId w:val="66"/>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الاستنتاج</w:t>
      </w:r>
      <w:r w:rsidRPr="000B2283">
        <w:rPr>
          <w:rFonts w:ascii="Sakkal Majalla" w:hAnsi="Sakkal Majalla" w:cs="Sakkal Majalla"/>
          <w:b/>
          <w:bCs/>
          <w:szCs w:val="28"/>
        </w:rPr>
        <w:t>:</w:t>
      </w:r>
      <w:r w:rsidRPr="000B2283">
        <w:rPr>
          <w:rFonts w:ascii="Sakkal Majalla" w:hAnsi="Sakkal Majalla" w:cs="Sakkal Majalla"/>
          <w:szCs w:val="28"/>
        </w:rPr>
        <w:t xml:space="preserve"> </w:t>
      </w:r>
      <w:r w:rsidRPr="000B2283">
        <w:rPr>
          <w:rFonts w:ascii="Sakkal Majalla" w:hAnsi="Sakkal Majalla" w:cs="Sakkal Majalla"/>
          <w:szCs w:val="28"/>
          <w:rtl/>
        </w:rPr>
        <w:t xml:space="preserve">الفرضية </w:t>
      </w:r>
      <w:r w:rsidRPr="000B2283">
        <w:rPr>
          <w:rFonts w:ascii="Sakkal Majalla" w:hAnsi="Sakkal Majalla" w:cs="Sakkal Majalla"/>
          <w:b/>
          <w:bCs/>
          <w:szCs w:val="28"/>
          <w:rtl/>
        </w:rPr>
        <w:t>مدعومة ارتباطيًا</w:t>
      </w:r>
      <w:r w:rsidRPr="000B2283">
        <w:rPr>
          <w:rFonts w:ascii="Sakkal Majalla" w:hAnsi="Sakkal Majalla" w:cs="Sakkal Majalla"/>
          <w:szCs w:val="28"/>
          <w:rtl/>
        </w:rPr>
        <w:t>، إلا أن أثرها لم يكن دالاً إحصائيًا في نموذج الانحدار المتعدد بعد إدخال باقي المتغيرات</w:t>
      </w:r>
      <w:r w:rsidRPr="000B2283">
        <w:rPr>
          <w:rFonts w:ascii="Sakkal Majalla" w:hAnsi="Sakkal Majalla" w:cs="Sakkal Majalla"/>
          <w:szCs w:val="28"/>
        </w:rPr>
        <w:t xml:space="preserve"> (</w:t>
      </w:r>
      <w:r w:rsidRPr="000B2283">
        <w:rPr>
          <w:rFonts w:ascii="Cambria" w:hAnsi="Cambria" w:cs="Cambria"/>
          <w:szCs w:val="28"/>
        </w:rPr>
        <w:t>β</w:t>
      </w:r>
      <w:r w:rsidRPr="000B2283">
        <w:rPr>
          <w:rFonts w:ascii="Sakkal Majalla" w:hAnsi="Sakkal Majalla" w:cs="Sakkal Majalla"/>
          <w:szCs w:val="28"/>
        </w:rPr>
        <w:t xml:space="preserve"> = 0.06</w:t>
      </w:r>
      <w:r w:rsidRPr="000B2283">
        <w:rPr>
          <w:rFonts w:ascii="Sakkal Majalla" w:hAnsi="Sakkal Majalla" w:cs="Sakkal Majalla"/>
          <w:szCs w:val="28"/>
          <w:rtl/>
        </w:rPr>
        <w:t xml:space="preserve">، </w:t>
      </w:r>
      <w:r w:rsidRPr="000B2283">
        <w:rPr>
          <w:rFonts w:ascii="Sakkal Majalla" w:hAnsi="Sakkal Majalla" w:cs="Sakkal Majalla"/>
          <w:szCs w:val="28"/>
        </w:rPr>
        <w:t>p = 0.665)</w:t>
      </w:r>
      <w:r w:rsidRPr="000B2283">
        <w:rPr>
          <w:rFonts w:ascii="Sakkal Majalla" w:hAnsi="Sakkal Majalla" w:cs="Sakkal Majalla"/>
          <w:szCs w:val="28"/>
          <w:rtl/>
        </w:rPr>
        <w:t>، ما يشير إلى احتمال تداخل أثرها مع الدور الاستشاري</w:t>
      </w:r>
      <w:r w:rsidRPr="000B2283">
        <w:rPr>
          <w:rFonts w:ascii="Sakkal Majalla" w:hAnsi="Sakkal Majalla" w:cs="Sakkal Majalla"/>
          <w:szCs w:val="28"/>
        </w:rPr>
        <w:t>.</w:t>
      </w:r>
    </w:p>
    <w:p w14:paraId="00667552" w14:textId="77777777" w:rsidR="000B2283" w:rsidRPr="000B2283" w:rsidRDefault="000B2283" w:rsidP="00634497">
      <w:pPr>
        <w:bidi/>
        <w:spacing w:line="360" w:lineRule="auto"/>
        <w:jc w:val="lowKashida"/>
        <w:rPr>
          <w:rFonts w:ascii="Sakkal Majalla" w:hAnsi="Sakkal Majalla" w:cs="Sakkal Majalla"/>
          <w:b/>
          <w:bCs/>
          <w:szCs w:val="28"/>
        </w:rPr>
      </w:pPr>
      <w:r w:rsidRPr="000B2283">
        <w:rPr>
          <w:rFonts w:ascii="Sakkal Majalla" w:hAnsi="Sakkal Majalla" w:cs="Sakkal Majalla"/>
          <w:b/>
          <w:bCs/>
          <w:szCs w:val="28"/>
          <w:rtl/>
        </w:rPr>
        <w:t>الفرضية الثانية</w:t>
      </w:r>
    </w:p>
    <w:p w14:paraId="75AF8A66" w14:textId="77777777" w:rsidR="000B2283" w:rsidRPr="000B2283" w:rsidRDefault="000B2283" w:rsidP="00634497">
      <w:pPr>
        <w:bidi/>
        <w:spacing w:line="360" w:lineRule="auto"/>
        <w:jc w:val="lowKashida"/>
        <w:rPr>
          <w:rFonts w:ascii="Sakkal Majalla" w:hAnsi="Sakkal Majalla" w:cs="Sakkal Majalla"/>
          <w:szCs w:val="28"/>
        </w:rPr>
      </w:pPr>
      <w:r w:rsidRPr="000B2283">
        <w:rPr>
          <w:rFonts w:ascii="Sakkal Majalla" w:hAnsi="Sakkal Majalla" w:cs="Sakkal Majalla"/>
          <w:i/>
          <w:iCs/>
          <w:szCs w:val="28"/>
          <w:rtl/>
        </w:rPr>
        <w:lastRenderedPageBreak/>
        <w:t xml:space="preserve">توجد علاقة إيجابية ذات دلالة إحصائية بين الدور </w:t>
      </w:r>
      <w:proofErr w:type="spellStart"/>
      <w:r w:rsidRPr="000B2283">
        <w:rPr>
          <w:rFonts w:ascii="Sakkal Majalla" w:hAnsi="Sakkal Majalla" w:cs="Sakkal Majalla"/>
          <w:i/>
          <w:iCs/>
          <w:szCs w:val="28"/>
          <w:rtl/>
        </w:rPr>
        <w:t>التمكيني</w:t>
      </w:r>
      <w:proofErr w:type="spellEnd"/>
      <w:r w:rsidRPr="000B2283">
        <w:rPr>
          <w:rFonts w:ascii="Sakkal Majalla" w:hAnsi="Sakkal Majalla" w:cs="Sakkal Majalla"/>
          <w:i/>
          <w:iCs/>
          <w:szCs w:val="28"/>
          <w:rtl/>
        </w:rPr>
        <w:t xml:space="preserve"> للشركات الاستشارية وبين استمرارية تطبيق الابتكار في الجهات الحكومية</w:t>
      </w:r>
      <w:r w:rsidRPr="000B2283">
        <w:rPr>
          <w:rFonts w:ascii="Sakkal Majalla" w:hAnsi="Sakkal Majalla" w:cs="Sakkal Majalla"/>
          <w:i/>
          <w:iCs/>
          <w:szCs w:val="28"/>
        </w:rPr>
        <w:t>.</w:t>
      </w:r>
    </w:p>
    <w:p w14:paraId="6A5D736C" w14:textId="77777777" w:rsidR="000B2283" w:rsidRPr="000B2283" w:rsidRDefault="000B2283" w:rsidP="00634497">
      <w:pPr>
        <w:numPr>
          <w:ilvl w:val="0"/>
          <w:numId w:val="67"/>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النتيجة</w:t>
      </w:r>
      <w:r w:rsidRPr="000B2283">
        <w:rPr>
          <w:rFonts w:ascii="Sakkal Majalla" w:hAnsi="Sakkal Majalla" w:cs="Sakkal Majalla"/>
          <w:b/>
          <w:bCs/>
          <w:szCs w:val="28"/>
        </w:rPr>
        <w:t>:</w:t>
      </w:r>
      <w:r w:rsidRPr="000B2283">
        <w:rPr>
          <w:rFonts w:ascii="Sakkal Majalla" w:hAnsi="Sakkal Majalla" w:cs="Sakkal Majalla"/>
          <w:szCs w:val="28"/>
        </w:rPr>
        <w:t xml:space="preserve"> </w:t>
      </w:r>
      <w:r w:rsidRPr="000B2283">
        <w:rPr>
          <w:rFonts w:ascii="Sakkal Majalla" w:hAnsi="Sakkal Majalla" w:cs="Sakkal Majalla"/>
          <w:szCs w:val="28"/>
          <w:rtl/>
        </w:rPr>
        <w:t>العلاقة الارتباطية قوية وموجبة</w:t>
      </w:r>
      <w:r w:rsidRPr="000B2283">
        <w:rPr>
          <w:rFonts w:ascii="Sakkal Majalla" w:hAnsi="Sakkal Majalla" w:cs="Sakkal Majalla"/>
          <w:szCs w:val="28"/>
        </w:rPr>
        <w:t xml:space="preserve"> (r = 0.73</w:t>
      </w:r>
      <w:r w:rsidRPr="000B2283">
        <w:rPr>
          <w:rFonts w:ascii="Sakkal Majalla" w:hAnsi="Sakkal Majalla" w:cs="Sakkal Majalla"/>
          <w:szCs w:val="28"/>
          <w:rtl/>
        </w:rPr>
        <w:t xml:space="preserve">، </w:t>
      </w:r>
      <w:r w:rsidRPr="000B2283">
        <w:rPr>
          <w:rFonts w:ascii="Sakkal Majalla" w:hAnsi="Sakkal Majalla" w:cs="Sakkal Majalla"/>
          <w:szCs w:val="28"/>
        </w:rPr>
        <w:t xml:space="preserve">p &lt; 0.0001). </w:t>
      </w:r>
      <w:r w:rsidRPr="000B2283">
        <w:rPr>
          <w:rFonts w:ascii="Sakkal Majalla" w:hAnsi="Sakkal Majalla" w:cs="Sakkal Majalla"/>
          <w:szCs w:val="28"/>
          <w:rtl/>
        </w:rPr>
        <w:t xml:space="preserve">وفي نموذج الانحدار المتعدد، كان الدور </w:t>
      </w:r>
      <w:proofErr w:type="spellStart"/>
      <w:r w:rsidRPr="000B2283">
        <w:rPr>
          <w:rFonts w:ascii="Sakkal Majalla" w:hAnsi="Sakkal Majalla" w:cs="Sakkal Majalla"/>
          <w:szCs w:val="28"/>
          <w:rtl/>
        </w:rPr>
        <w:t>التمكيني</w:t>
      </w:r>
      <w:proofErr w:type="spellEnd"/>
      <w:r w:rsidRPr="000B2283">
        <w:rPr>
          <w:rFonts w:ascii="Sakkal Majalla" w:hAnsi="Sakkal Majalla" w:cs="Sakkal Majalla"/>
          <w:szCs w:val="28"/>
          <w:rtl/>
        </w:rPr>
        <w:t xml:space="preserve"> للاستشاري هو المتنبئ الأقوى باستدامة الابتكار</w:t>
      </w:r>
      <w:r w:rsidRPr="000B2283">
        <w:rPr>
          <w:rFonts w:ascii="Sakkal Majalla" w:hAnsi="Sakkal Majalla" w:cs="Sakkal Majalla"/>
          <w:szCs w:val="28"/>
        </w:rPr>
        <w:t xml:space="preserve"> (</w:t>
      </w:r>
      <w:r w:rsidRPr="000B2283">
        <w:rPr>
          <w:rFonts w:ascii="Cambria" w:hAnsi="Cambria" w:cs="Cambria"/>
          <w:szCs w:val="28"/>
        </w:rPr>
        <w:t>β</w:t>
      </w:r>
      <w:r w:rsidRPr="000B2283">
        <w:rPr>
          <w:rFonts w:ascii="Sakkal Majalla" w:hAnsi="Sakkal Majalla" w:cs="Sakkal Majalla"/>
          <w:szCs w:val="28"/>
        </w:rPr>
        <w:t xml:space="preserve"> = 0.65</w:t>
      </w:r>
      <w:r w:rsidRPr="000B2283">
        <w:rPr>
          <w:rFonts w:ascii="Sakkal Majalla" w:hAnsi="Sakkal Majalla" w:cs="Sakkal Majalla"/>
          <w:szCs w:val="28"/>
          <w:rtl/>
        </w:rPr>
        <w:t xml:space="preserve">، </w:t>
      </w:r>
      <w:r w:rsidRPr="000B2283">
        <w:rPr>
          <w:rFonts w:ascii="Sakkal Majalla" w:hAnsi="Sakkal Majalla" w:cs="Sakkal Majalla"/>
          <w:szCs w:val="28"/>
        </w:rPr>
        <w:t>p &lt; 0.000001).</w:t>
      </w:r>
    </w:p>
    <w:p w14:paraId="17BE7AF3" w14:textId="1642CE91" w:rsidR="000B2283" w:rsidRPr="000B2283" w:rsidRDefault="000B2283" w:rsidP="00634497">
      <w:pPr>
        <w:numPr>
          <w:ilvl w:val="0"/>
          <w:numId w:val="67"/>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الاستنتاج</w:t>
      </w:r>
      <w:r w:rsidRPr="000B2283">
        <w:rPr>
          <w:rFonts w:ascii="Sakkal Majalla" w:hAnsi="Sakkal Majalla" w:cs="Sakkal Majalla"/>
          <w:b/>
          <w:bCs/>
          <w:szCs w:val="28"/>
        </w:rPr>
        <w:t>:</w:t>
      </w:r>
      <w:r w:rsidRPr="000B2283">
        <w:rPr>
          <w:rFonts w:ascii="Sakkal Majalla" w:hAnsi="Sakkal Majalla" w:cs="Sakkal Majalla"/>
          <w:szCs w:val="28"/>
        </w:rPr>
        <w:t xml:space="preserve"> </w:t>
      </w:r>
      <w:r w:rsidRPr="000B2283">
        <w:rPr>
          <w:rFonts w:ascii="Sakkal Majalla" w:hAnsi="Sakkal Majalla" w:cs="Sakkal Majalla"/>
          <w:szCs w:val="28"/>
          <w:rtl/>
        </w:rPr>
        <w:t xml:space="preserve">الفرضية </w:t>
      </w:r>
      <w:r w:rsidRPr="000B2283">
        <w:rPr>
          <w:rFonts w:ascii="Sakkal Majalla" w:hAnsi="Sakkal Majalla" w:cs="Sakkal Majalla"/>
          <w:b/>
          <w:bCs/>
          <w:szCs w:val="28"/>
          <w:rtl/>
        </w:rPr>
        <w:t>مدعومة بقوة</w:t>
      </w:r>
      <w:r w:rsidRPr="000B2283">
        <w:rPr>
          <w:rFonts w:ascii="Sakkal Majalla" w:hAnsi="Sakkal Majalla" w:cs="Sakkal Majalla"/>
          <w:szCs w:val="28"/>
          <w:rtl/>
        </w:rPr>
        <w:t>، مما يعكس الأهمية البالغة لجودة التدخل الاستشاري في تعزيز الاستدامة</w:t>
      </w:r>
      <w:r w:rsidRPr="000B2283">
        <w:rPr>
          <w:rFonts w:ascii="Sakkal Majalla" w:hAnsi="Sakkal Majalla" w:cs="Sakkal Majalla"/>
          <w:szCs w:val="28"/>
        </w:rPr>
        <w:t>.</w:t>
      </w:r>
    </w:p>
    <w:p w14:paraId="017F7501" w14:textId="77777777" w:rsidR="000B2283" w:rsidRPr="000B2283" w:rsidRDefault="000B2283" w:rsidP="00634497">
      <w:pPr>
        <w:bidi/>
        <w:spacing w:line="360" w:lineRule="auto"/>
        <w:jc w:val="lowKashida"/>
        <w:rPr>
          <w:rFonts w:ascii="Sakkal Majalla" w:hAnsi="Sakkal Majalla" w:cs="Sakkal Majalla"/>
          <w:b/>
          <w:bCs/>
          <w:szCs w:val="28"/>
        </w:rPr>
      </w:pPr>
      <w:r w:rsidRPr="000B2283">
        <w:rPr>
          <w:rFonts w:ascii="Sakkal Majalla" w:hAnsi="Sakkal Majalla" w:cs="Sakkal Majalla"/>
          <w:b/>
          <w:bCs/>
          <w:szCs w:val="28"/>
          <w:rtl/>
        </w:rPr>
        <w:t>الفرضية الثالثة</w:t>
      </w:r>
    </w:p>
    <w:p w14:paraId="11B847BC" w14:textId="77777777" w:rsidR="000B2283" w:rsidRPr="000B2283" w:rsidRDefault="000B2283" w:rsidP="00634497">
      <w:pPr>
        <w:bidi/>
        <w:spacing w:line="360" w:lineRule="auto"/>
        <w:jc w:val="lowKashida"/>
        <w:rPr>
          <w:rFonts w:ascii="Sakkal Majalla" w:hAnsi="Sakkal Majalla" w:cs="Sakkal Majalla"/>
          <w:szCs w:val="28"/>
        </w:rPr>
      </w:pPr>
      <w:r w:rsidRPr="000B2283">
        <w:rPr>
          <w:rFonts w:ascii="Sakkal Majalla" w:hAnsi="Sakkal Majalla" w:cs="Sakkal Majalla"/>
          <w:i/>
          <w:iCs/>
          <w:szCs w:val="28"/>
          <w:rtl/>
        </w:rPr>
        <w:t>يسهم مستوى التكامل بين الجهة الحكومية والشركات الاستشارية في تعزيز فاعلية تطبيق الابتكار وتحويله إلى ممارسات مؤسسية مستدامة</w:t>
      </w:r>
      <w:r w:rsidRPr="000B2283">
        <w:rPr>
          <w:rFonts w:ascii="Sakkal Majalla" w:hAnsi="Sakkal Majalla" w:cs="Sakkal Majalla"/>
          <w:i/>
          <w:iCs/>
          <w:szCs w:val="28"/>
        </w:rPr>
        <w:t>.</w:t>
      </w:r>
    </w:p>
    <w:p w14:paraId="65A4BCC1" w14:textId="77777777" w:rsidR="000B2283" w:rsidRPr="000B2283" w:rsidRDefault="000B2283" w:rsidP="00634497">
      <w:pPr>
        <w:numPr>
          <w:ilvl w:val="0"/>
          <w:numId w:val="68"/>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النتيجة</w:t>
      </w:r>
      <w:r w:rsidRPr="000B2283">
        <w:rPr>
          <w:rFonts w:ascii="Sakkal Majalla" w:hAnsi="Sakkal Majalla" w:cs="Sakkal Majalla"/>
          <w:b/>
          <w:bCs/>
          <w:szCs w:val="28"/>
        </w:rPr>
        <w:t>:</w:t>
      </w:r>
      <w:r w:rsidRPr="000B2283">
        <w:rPr>
          <w:rFonts w:ascii="Sakkal Majalla" w:hAnsi="Sakkal Majalla" w:cs="Sakkal Majalla"/>
          <w:szCs w:val="28"/>
        </w:rPr>
        <w:t xml:space="preserve"> </w:t>
      </w:r>
      <w:r w:rsidRPr="000B2283">
        <w:rPr>
          <w:rFonts w:ascii="Sakkal Majalla" w:hAnsi="Sakkal Majalla" w:cs="Sakkal Majalla"/>
          <w:szCs w:val="28"/>
          <w:rtl/>
        </w:rPr>
        <w:t>أظهر الارتباط بين مؤشر التكامل/النضج الداخلي واستدامة الابتكار قيمة موجبة متوسطة</w:t>
      </w:r>
      <w:r w:rsidRPr="000B2283">
        <w:rPr>
          <w:rFonts w:ascii="Sakkal Majalla" w:hAnsi="Sakkal Majalla" w:cs="Sakkal Majalla"/>
          <w:szCs w:val="28"/>
        </w:rPr>
        <w:t xml:space="preserve"> (r = 0.46</w:t>
      </w:r>
      <w:r w:rsidRPr="000B2283">
        <w:rPr>
          <w:rFonts w:ascii="Sakkal Majalla" w:hAnsi="Sakkal Majalla" w:cs="Sakkal Majalla"/>
          <w:szCs w:val="28"/>
          <w:rtl/>
        </w:rPr>
        <w:t xml:space="preserve">، </w:t>
      </w:r>
      <w:r w:rsidRPr="000B2283">
        <w:rPr>
          <w:rFonts w:ascii="Sakkal Majalla" w:hAnsi="Sakkal Majalla" w:cs="Sakkal Majalla"/>
          <w:szCs w:val="28"/>
        </w:rPr>
        <w:t>p = 0.0002)</w:t>
      </w:r>
      <w:r w:rsidRPr="000B2283">
        <w:rPr>
          <w:rFonts w:ascii="Sakkal Majalla" w:hAnsi="Sakkal Majalla" w:cs="Sakkal Majalla"/>
          <w:szCs w:val="28"/>
          <w:rtl/>
        </w:rPr>
        <w:t>، إلا أن حدّ التفاعل بين العوامل الداخلية والدور الاستشاري لم يكن ذا دلالة في نموذج الانحدار</w:t>
      </w:r>
      <w:r w:rsidRPr="000B2283">
        <w:rPr>
          <w:rFonts w:ascii="Sakkal Majalla" w:hAnsi="Sakkal Majalla" w:cs="Sakkal Majalla"/>
          <w:szCs w:val="28"/>
        </w:rPr>
        <w:t xml:space="preserve"> (</w:t>
      </w:r>
      <w:r w:rsidRPr="000B2283">
        <w:rPr>
          <w:rFonts w:ascii="Cambria" w:hAnsi="Cambria" w:cs="Cambria"/>
          <w:szCs w:val="28"/>
        </w:rPr>
        <w:t>β</w:t>
      </w:r>
      <w:r w:rsidRPr="000B2283">
        <w:rPr>
          <w:rFonts w:ascii="Sakkal Majalla" w:hAnsi="Sakkal Majalla" w:cs="Sakkal Majalla"/>
          <w:szCs w:val="28"/>
        </w:rPr>
        <w:t xml:space="preserve"> = 0.02</w:t>
      </w:r>
      <w:r w:rsidRPr="000B2283">
        <w:rPr>
          <w:rFonts w:ascii="Sakkal Majalla" w:hAnsi="Sakkal Majalla" w:cs="Sakkal Majalla"/>
          <w:szCs w:val="28"/>
          <w:rtl/>
        </w:rPr>
        <w:t xml:space="preserve">، </w:t>
      </w:r>
      <w:r w:rsidRPr="000B2283">
        <w:rPr>
          <w:rFonts w:ascii="Sakkal Majalla" w:hAnsi="Sakkal Majalla" w:cs="Sakkal Majalla"/>
          <w:szCs w:val="28"/>
        </w:rPr>
        <w:t>p = 0.847).</w:t>
      </w:r>
    </w:p>
    <w:p w14:paraId="61A95234" w14:textId="5B3ABBF8" w:rsidR="000B2283" w:rsidRPr="000B2283" w:rsidRDefault="000B2283" w:rsidP="00634497">
      <w:pPr>
        <w:numPr>
          <w:ilvl w:val="0"/>
          <w:numId w:val="68"/>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الاستنتاج</w:t>
      </w:r>
      <w:r w:rsidRPr="000B2283">
        <w:rPr>
          <w:rFonts w:ascii="Sakkal Majalla" w:hAnsi="Sakkal Majalla" w:cs="Sakkal Majalla"/>
          <w:b/>
          <w:bCs/>
          <w:szCs w:val="28"/>
        </w:rPr>
        <w:t>:</w:t>
      </w:r>
      <w:r w:rsidRPr="000B2283">
        <w:rPr>
          <w:rFonts w:ascii="Sakkal Majalla" w:hAnsi="Sakkal Majalla" w:cs="Sakkal Majalla"/>
          <w:szCs w:val="28"/>
        </w:rPr>
        <w:t xml:space="preserve"> </w:t>
      </w:r>
      <w:r w:rsidRPr="000B2283">
        <w:rPr>
          <w:rFonts w:ascii="Sakkal Majalla" w:hAnsi="Sakkal Majalla" w:cs="Sakkal Majalla"/>
          <w:szCs w:val="28"/>
          <w:rtl/>
        </w:rPr>
        <w:t xml:space="preserve">الفرضية </w:t>
      </w:r>
      <w:r w:rsidRPr="000B2283">
        <w:rPr>
          <w:rFonts w:ascii="Sakkal Majalla" w:hAnsi="Sakkal Majalla" w:cs="Sakkal Majalla"/>
          <w:b/>
          <w:bCs/>
          <w:szCs w:val="28"/>
          <w:rtl/>
        </w:rPr>
        <w:t>مدعومة ارتباطيًا</w:t>
      </w:r>
      <w:r w:rsidRPr="000B2283">
        <w:rPr>
          <w:rFonts w:ascii="Sakkal Majalla" w:hAnsi="Sakkal Majalla" w:cs="Sakkal Majalla"/>
          <w:szCs w:val="28"/>
          <w:rtl/>
        </w:rPr>
        <w:t>، لكن لم يتم تأكيد أثر التفاعل إحصائيًا</w:t>
      </w:r>
      <w:r w:rsidRPr="000B2283">
        <w:rPr>
          <w:rFonts w:ascii="Sakkal Majalla" w:hAnsi="Sakkal Majalla" w:cs="Sakkal Majalla"/>
          <w:szCs w:val="28"/>
        </w:rPr>
        <w:t>.</w:t>
      </w:r>
    </w:p>
    <w:p w14:paraId="37C3806A" w14:textId="77777777" w:rsidR="000B2283" w:rsidRPr="000B2283" w:rsidRDefault="000B2283" w:rsidP="00634497">
      <w:pPr>
        <w:bidi/>
        <w:spacing w:line="360" w:lineRule="auto"/>
        <w:jc w:val="lowKashida"/>
        <w:rPr>
          <w:rFonts w:ascii="Sakkal Majalla" w:hAnsi="Sakkal Majalla" w:cs="Sakkal Majalla"/>
          <w:b/>
          <w:bCs/>
          <w:szCs w:val="28"/>
        </w:rPr>
      </w:pPr>
      <w:r w:rsidRPr="000B2283">
        <w:rPr>
          <w:rFonts w:ascii="Sakkal Majalla" w:hAnsi="Sakkal Majalla" w:cs="Sakkal Majalla"/>
          <w:b/>
          <w:bCs/>
          <w:szCs w:val="28"/>
          <w:rtl/>
        </w:rPr>
        <w:t>الفرضية الرابعة</w:t>
      </w:r>
    </w:p>
    <w:p w14:paraId="62222F15" w14:textId="77777777" w:rsidR="000B2283" w:rsidRPr="000B2283" w:rsidRDefault="000B2283" w:rsidP="00634497">
      <w:pPr>
        <w:bidi/>
        <w:spacing w:line="360" w:lineRule="auto"/>
        <w:jc w:val="lowKashida"/>
        <w:rPr>
          <w:rFonts w:ascii="Sakkal Majalla" w:hAnsi="Sakkal Majalla" w:cs="Sakkal Majalla"/>
          <w:szCs w:val="28"/>
        </w:rPr>
      </w:pPr>
      <w:r w:rsidRPr="000B2283">
        <w:rPr>
          <w:rFonts w:ascii="Sakkal Majalla" w:hAnsi="Sakkal Majalla" w:cs="Sakkal Majalla"/>
          <w:i/>
          <w:iCs/>
          <w:szCs w:val="28"/>
          <w:rtl/>
        </w:rPr>
        <w:t>ترتبط طبيعة العلاقة التعاقدية بين الجهة الحكومية والاستشاريين بقدرة الجهة على تملك الابتكار وتشغيله بشكل مستقل</w:t>
      </w:r>
      <w:r w:rsidRPr="000B2283">
        <w:rPr>
          <w:rFonts w:ascii="Sakkal Majalla" w:hAnsi="Sakkal Majalla" w:cs="Sakkal Majalla"/>
          <w:i/>
          <w:iCs/>
          <w:szCs w:val="28"/>
        </w:rPr>
        <w:t>.</w:t>
      </w:r>
    </w:p>
    <w:p w14:paraId="54752AE5" w14:textId="77777777" w:rsidR="000B2283" w:rsidRPr="000B2283" w:rsidRDefault="000B2283" w:rsidP="00634497">
      <w:pPr>
        <w:numPr>
          <w:ilvl w:val="0"/>
          <w:numId w:val="69"/>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النتيجة</w:t>
      </w:r>
      <w:r w:rsidRPr="000B2283">
        <w:rPr>
          <w:rFonts w:ascii="Sakkal Majalla" w:hAnsi="Sakkal Majalla" w:cs="Sakkal Majalla"/>
          <w:b/>
          <w:bCs/>
          <w:szCs w:val="28"/>
        </w:rPr>
        <w:t>:</w:t>
      </w:r>
      <w:r w:rsidRPr="000B2283">
        <w:rPr>
          <w:rFonts w:ascii="Sakkal Majalla" w:hAnsi="Sakkal Majalla" w:cs="Sakkal Majalla"/>
          <w:szCs w:val="28"/>
        </w:rPr>
        <w:t xml:space="preserve"> </w:t>
      </w:r>
      <w:r w:rsidRPr="000B2283">
        <w:rPr>
          <w:rFonts w:ascii="Sakkal Majalla" w:hAnsi="Sakkal Majalla" w:cs="Sakkal Majalla"/>
          <w:szCs w:val="28"/>
          <w:rtl/>
        </w:rPr>
        <w:t>أظهرت المؤشرات أن البنود التعاقدية التي تتضمن آليات نقل معرفة واضحة ترتبط إيجابيًا بالاستدامة</w:t>
      </w:r>
      <w:r w:rsidRPr="000B2283">
        <w:rPr>
          <w:rFonts w:ascii="Sakkal Majalla" w:hAnsi="Sakkal Majalla" w:cs="Sakkal Majalla"/>
          <w:szCs w:val="28"/>
        </w:rPr>
        <w:t xml:space="preserve"> (r ≈ 0.41</w:t>
      </w:r>
      <w:r w:rsidRPr="000B2283">
        <w:rPr>
          <w:rFonts w:ascii="Sakkal Majalla" w:hAnsi="Sakkal Majalla" w:cs="Sakkal Majalla"/>
          <w:szCs w:val="28"/>
          <w:rtl/>
        </w:rPr>
        <w:t xml:space="preserve">، </w:t>
      </w:r>
      <w:r w:rsidRPr="000B2283">
        <w:rPr>
          <w:rFonts w:ascii="Sakkal Majalla" w:hAnsi="Sakkal Majalla" w:cs="Sakkal Majalla"/>
          <w:szCs w:val="28"/>
        </w:rPr>
        <w:t>p &lt; 0.01)</w:t>
      </w:r>
      <w:r w:rsidRPr="000B2283">
        <w:rPr>
          <w:rFonts w:ascii="Sakkal Majalla" w:hAnsi="Sakkal Majalla" w:cs="Sakkal Majalla"/>
          <w:szCs w:val="28"/>
          <w:rtl/>
        </w:rPr>
        <w:t>، إلا أن البيانات لم تكن كافية لتقدير أثرها بدقة في نموذج انحدار مستقل بسبب محدودية التباين في الاستجابات</w:t>
      </w:r>
      <w:r w:rsidRPr="000B2283">
        <w:rPr>
          <w:rFonts w:ascii="Sakkal Majalla" w:hAnsi="Sakkal Majalla" w:cs="Sakkal Majalla"/>
          <w:szCs w:val="28"/>
        </w:rPr>
        <w:t>.</w:t>
      </w:r>
    </w:p>
    <w:p w14:paraId="21957D73" w14:textId="2FF71F1E" w:rsidR="000B2283" w:rsidRPr="000B2283" w:rsidRDefault="000B2283" w:rsidP="00634497">
      <w:pPr>
        <w:numPr>
          <w:ilvl w:val="0"/>
          <w:numId w:val="69"/>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lastRenderedPageBreak/>
        <w:t>الاستنتاج</w:t>
      </w:r>
      <w:r w:rsidRPr="000B2283">
        <w:rPr>
          <w:rFonts w:ascii="Sakkal Majalla" w:hAnsi="Sakkal Majalla" w:cs="Sakkal Majalla"/>
          <w:b/>
          <w:bCs/>
          <w:szCs w:val="28"/>
        </w:rPr>
        <w:t>:</w:t>
      </w:r>
      <w:r w:rsidRPr="000B2283">
        <w:rPr>
          <w:rFonts w:ascii="Sakkal Majalla" w:hAnsi="Sakkal Majalla" w:cs="Sakkal Majalla"/>
          <w:szCs w:val="28"/>
        </w:rPr>
        <w:t xml:space="preserve"> </w:t>
      </w:r>
      <w:r w:rsidRPr="000B2283">
        <w:rPr>
          <w:rFonts w:ascii="Sakkal Majalla" w:hAnsi="Sakkal Majalla" w:cs="Sakkal Majalla"/>
          <w:szCs w:val="28"/>
          <w:rtl/>
        </w:rPr>
        <w:t xml:space="preserve">الفرضية </w:t>
      </w:r>
      <w:r w:rsidRPr="000B2283">
        <w:rPr>
          <w:rFonts w:ascii="Sakkal Majalla" w:hAnsi="Sakkal Majalla" w:cs="Sakkal Majalla"/>
          <w:b/>
          <w:bCs/>
          <w:szCs w:val="28"/>
          <w:rtl/>
        </w:rPr>
        <w:t>مدعومة جزئيًا</w:t>
      </w:r>
      <w:r w:rsidRPr="000B2283">
        <w:rPr>
          <w:rFonts w:ascii="Sakkal Majalla" w:hAnsi="Sakkal Majalla" w:cs="Sakkal Majalla"/>
          <w:szCs w:val="28"/>
          <w:rtl/>
        </w:rPr>
        <w:t>، مع الحاجة لمزيد من البيانات لقياس الأثر السببي بدقة</w:t>
      </w:r>
      <w:r w:rsidRPr="000B2283">
        <w:rPr>
          <w:rFonts w:ascii="Sakkal Majalla" w:hAnsi="Sakkal Majalla" w:cs="Sakkal Majalla"/>
          <w:szCs w:val="28"/>
        </w:rPr>
        <w:t>.</w:t>
      </w:r>
    </w:p>
    <w:p w14:paraId="7EFA7A0B" w14:textId="77777777" w:rsidR="000B2283" w:rsidRPr="000B2283" w:rsidRDefault="000B2283" w:rsidP="00634497">
      <w:pPr>
        <w:bidi/>
        <w:spacing w:line="360" w:lineRule="auto"/>
        <w:jc w:val="lowKashida"/>
        <w:rPr>
          <w:rFonts w:ascii="Sakkal Majalla" w:hAnsi="Sakkal Majalla" w:cs="Sakkal Majalla"/>
          <w:b/>
          <w:bCs/>
          <w:szCs w:val="28"/>
        </w:rPr>
      </w:pPr>
      <w:r w:rsidRPr="000B2283">
        <w:rPr>
          <w:rFonts w:ascii="Sakkal Majalla" w:hAnsi="Sakkal Majalla" w:cs="Sakkal Majalla"/>
          <w:b/>
          <w:bCs/>
          <w:szCs w:val="28"/>
          <w:rtl/>
        </w:rPr>
        <w:t>الفرضية الخامسة</w:t>
      </w:r>
    </w:p>
    <w:p w14:paraId="6A28ECF5" w14:textId="77777777" w:rsidR="000B2283" w:rsidRPr="000B2283" w:rsidRDefault="000B2283" w:rsidP="00634497">
      <w:pPr>
        <w:bidi/>
        <w:spacing w:line="360" w:lineRule="auto"/>
        <w:jc w:val="lowKashida"/>
        <w:rPr>
          <w:rFonts w:ascii="Sakkal Majalla" w:hAnsi="Sakkal Majalla" w:cs="Sakkal Majalla"/>
          <w:szCs w:val="28"/>
        </w:rPr>
      </w:pPr>
      <w:r w:rsidRPr="000B2283">
        <w:rPr>
          <w:rFonts w:ascii="Sakkal Majalla" w:hAnsi="Sakkal Majalla" w:cs="Sakkal Majalla"/>
          <w:i/>
          <w:iCs/>
          <w:szCs w:val="28"/>
          <w:rtl/>
        </w:rPr>
        <w:t>توجد علاقة دالة بين مدى تفعيل آليات مؤسسية لاستدامة المعرفة الابتكارية وبين استمرار الممارسات الابتكارية داخل الجهة</w:t>
      </w:r>
      <w:r w:rsidRPr="000B2283">
        <w:rPr>
          <w:rFonts w:ascii="Sakkal Majalla" w:hAnsi="Sakkal Majalla" w:cs="Sakkal Majalla"/>
          <w:i/>
          <w:iCs/>
          <w:szCs w:val="28"/>
        </w:rPr>
        <w:t>.</w:t>
      </w:r>
    </w:p>
    <w:p w14:paraId="3F1761AC" w14:textId="77777777" w:rsidR="000B2283" w:rsidRPr="000B2283" w:rsidRDefault="000B2283" w:rsidP="00634497">
      <w:pPr>
        <w:numPr>
          <w:ilvl w:val="0"/>
          <w:numId w:val="70"/>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النتيجة</w:t>
      </w:r>
      <w:r w:rsidRPr="000B2283">
        <w:rPr>
          <w:rFonts w:ascii="Sakkal Majalla" w:hAnsi="Sakkal Majalla" w:cs="Sakkal Majalla"/>
          <w:b/>
          <w:bCs/>
          <w:szCs w:val="28"/>
        </w:rPr>
        <w:t>:</w:t>
      </w:r>
      <w:r w:rsidRPr="000B2283">
        <w:rPr>
          <w:rFonts w:ascii="Sakkal Majalla" w:hAnsi="Sakkal Majalla" w:cs="Sakkal Majalla"/>
          <w:szCs w:val="28"/>
        </w:rPr>
        <w:t xml:space="preserve"> </w:t>
      </w:r>
      <w:r w:rsidRPr="000B2283">
        <w:rPr>
          <w:rFonts w:ascii="Sakkal Majalla" w:hAnsi="Sakkal Majalla" w:cs="Sakkal Majalla"/>
          <w:szCs w:val="28"/>
          <w:rtl/>
        </w:rPr>
        <w:t>العلاقة موجبة ومرتبطة إحصائيًا</w:t>
      </w:r>
      <w:r w:rsidRPr="000B2283">
        <w:rPr>
          <w:rFonts w:ascii="Sakkal Majalla" w:hAnsi="Sakkal Majalla" w:cs="Sakkal Majalla"/>
          <w:szCs w:val="28"/>
        </w:rPr>
        <w:t xml:space="preserve"> (r ≈ 0.49</w:t>
      </w:r>
      <w:r w:rsidRPr="000B2283">
        <w:rPr>
          <w:rFonts w:ascii="Sakkal Majalla" w:hAnsi="Sakkal Majalla" w:cs="Sakkal Majalla"/>
          <w:szCs w:val="28"/>
          <w:rtl/>
        </w:rPr>
        <w:t xml:space="preserve">، </w:t>
      </w:r>
      <w:r w:rsidRPr="000B2283">
        <w:rPr>
          <w:rFonts w:ascii="Sakkal Majalla" w:hAnsi="Sakkal Majalla" w:cs="Sakkal Majalla"/>
          <w:szCs w:val="28"/>
        </w:rPr>
        <w:t>p &lt; 0.001)</w:t>
      </w:r>
      <w:r w:rsidRPr="000B2283">
        <w:rPr>
          <w:rFonts w:ascii="Sakkal Majalla" w:hAnsi="Sakkal Majalla" w:cs="Sakkal Majalla"/>
          <w:szCs w:val="28"/>
          <w:rtl/>
        </w:rPr>
        <w:t>، ما يعكس دور التوثيق والدمج المؤسسي في الحفاظ على الابتكار</w:t>
      </w:r>
      <w:r w:rsidRPr="000B2283">
        <w:rPr>
          <w:rFonts w:ascii="Sakkal Majalla" w:hAnsi="Sakkal Majalla" w:cs="Sakkal Majalla"/>
          <w:szCs w:val="28"/>
        </w:rPr>
        <w:t>.</w:t>
      </w:r>
    </w:p>
    <w:p w14:paraId="607A5812" w14:textId="4ED1EFD1" w:rsidR="000B2283" w:rsidRPr="000B2283" w:rsidRDefault="000B2283" w:rsidP="00634497">
      <w:pPr>
        <w:numPr>
          <w:ilvl w:val="0"/>
          <w:numId w:val="70"/>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الاستنتاج</w:t>
      </w:r>
      <w:r w:rsidRPr="000B2283">
        <w:rPr>
          <w:rFonts w:ascii="Sakkal Majalla" w:hAnsi="Sakkal Majalla" w:cs="Sakkal Majalla"/>
          <w:b/>
          <w:bCs/>
          <w:szCs w:val="28"/>
        </w:rPr>
        <w:t>:</w:t>
      </w:r>
      <w:r w:rsidRPr="000B2283">
        <w:rPr>
          <w:rFonts w:ascii="Sakkal Majalla" w:hAnsi="Sakkal Majalla" w:cs="Sakkal Majalla"/>
          <w:szCs w:val="28"/>
        </w:rPr>
        <w:t xml:space="preserve"> </w:t>
      </w:r>
      <w:r w:rsidRPr="000B2283">
        <w:rPr>
          <w:rFonts w:ascii="Sakkal Majalla" w:hAnsi="Sakkal Majalla" w:cs="Sakkal Majalla"/>
          <w:szCs w:val="28"/>
          <w:rtl/>
        </w:rPr>
        <w:t xml:space="preserve">الفرضية </w:t>
      </w:r>
      <w:r w:rsidRPr="000B2283">
        <w:rPr>
          <w:rFonts w:ascii="Sakkal Majalla" w:hAnsi="Sakkal Majalla" w:cs="Sakkal Majalla"/>
          <w:b/>
          <w:bCs/>
          <w:szCs w:val="28"/>
          <w:rtl/>
        </w:rPr>
        <w:t>مدعومة</w:t>
      </w:r>
      <w:r w:rsidRPr="000B2283">
        <w:rPr>
          <w:rFonts w:ascii="Sakkal Majalla" w:hAnsi="Sakkal Majalla" w:cs="Sakkal Majalla"/>
          <w:szCs w:val="28"/>
          <w:rtl/>
        </w:rPr>
        <w:t>، وتبرز الحاجة لآليات مؤسسية ممنهجة لحفظ واسترجاع المعرفة</w:t>
      </w:r>
      <w:r w:rsidRPr="000B2283">
        <w:rPr>
          <w:rFonts w:ascii="Sakkal Majalla" w:hAnsi="Sakkal Majalla" w:cs="Sakkal Majalla"/>
          <w:szCs w:val="28"/>
        </w:rPr>
        <w:t>.</w:t>
      </w:r>
    </w:p>
    <w:p w14:paraId="50919443" w14:textId="77777777" w:rsidR="000B2283" w:rsidRPr="000B2283" w:rsidRDefault="000B2283" w:rsidP="00634497">
      <w:pPr>
        <w:bidi/>
        <w:spacing w:line="360" w:lineRule="auto"/>
        <w:jc w:val="lowKashida"/>
        <w:rPr>
          <w:rFonts w:ascii="Sakkal Majalla" w:hAnsi="Sakkal Majalla" w:cs="Sakkal Majalla"/>
          <w:b/>
          <w:bCs/>
          <w:szCs w:val="28"/>
        </w:rPr>
      </w:pPr>
      <w:r w:rsidRPr="000B2283">
        <w:rPr>
          <w:rFonts w:ascii="Sakkal Majalla" w:hAnsi="Sakkal Majalla" w:cs="Sakkal Majalla"/>
          <w:b/>
          <w:bCs/>
          <w:szCs w:val="28"/>
          <w:rtl/>
        </w:rPr>
        <w:t>الفرضية السادسة</w:t>
      </w:r>
    </w:p>
    <w:p w14:paraId="7BF1B37D" w14:textId="77777777" w:rsidR="000B2283" w:rsidRPr="000B2283" w:rsidRDefault="000B2283" w:rsidP="00634497">
      <w:pPr>
        <w:bidi/>
        <w:spacing w:line="360" w:lineRule="auto"/>
        <w:jc w:val="lowKashida"/>
        <w:rPr>
          <w:rFonts w:ascii="Sakkal Majalla" w:hAnsi="Sakkal Majalla" w:cs="Sakkal Majalla"/>
          <w:szCs w:val="28"/>
        </w:rPr>
      </w:pPr>
      <w:r w:rsidRPr="000B2283">
        <w:rPr>
          <w:rFonts w:ascii="Sakkal Majalla" w:hAnsi="Sakkal Majalla" w:cs="Sakkal Majalla"/>
          <w:i/>
          <w:iCs/>
          <w:szCs w:val="28"/>
          <w:rtl/>
        </w:rPr>
        <w:t>تؤثر القدرة الامتصاصية المعرفية للجهات الحكومية بشكل مباشر في فاعلية استدامة الابتكار</w:t>
      </w:r>
      <w:r w:rsidRPr="000B2283">
        <w:rPr>
          <w:rFonts w:ascii="Sakkal Majalla" w:hAnsi="Sakkal Majalla" w:cs="Sakkal Majalla"/>
          <w:i/>
          <w:iCs/>
          <w:szCs w:val="28"/>
        </w:rPr>
        <w:t>.</w:t>
      </w:r>
    </w:p>
    <w:p w14:paraId="027FCADC" w14:textId="77777777" w:rsidR="000B2283" w:rsidRPr="000B2283" w:rsidRDefault="000B2283" w:rsidP="00634497">
      <w:pPr>
        <w:numPr>
          <w:ilvl w:val="0"/>
          <w:numId w:val="71"/>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النتيجة</w:t>
      </w:r>
      <w:r w:rsidRPr="000B2283">
        <w:rPr>
          <w:rFonts w:ascii="Sakkal Majalla" w:hAnsi="Sakkal Majalla" w:cs="Sakkal Majalla"/>
          <w:b/>
          <w:bCs/>
          <w:szCs w:val="28"/>
        </w:rPr>
        <w:t>:</w:t>
      </w:r>
      <w:r w:rsidRPr="000B2283">
        <w:rPr>
          <w:rFonts w:ascii="Sakkal Majalla" w:hAnsi="Sakkal Majalla" w:cs="Sakkal Majalla"/>
          <w:szCs w:val="28"/>
        </w:rPr>
        <w:t xml:space="preserve"> </w:t>
      </w:r>
      <w:r w:rsidRPr="000B2283">
        <w:rPr>
          <w:rFonts w:ascii="Sakkal Majalla" w:hAnsi="Sakkal Majalla" w:cs="Sakkal Majalla"/>
          <w:szCs w:val="28"/>
          <w:rtl/>
        </w:rPr>
        <w:t>مؤشرات القدرة الامتصاصية (مثل التعلم المؤسسي واستيعاب المعرفة المنقولة) أظهرت علاقة إيجابية مع الاستدامة</w:t>
      </w:r>
      <w:r w:rsidRPr="000B2283">
        <w:rPr>
          <w:rFonts w:ascii="Sakkal Majalla" w:hAnsi="Sakkal Majalla" w:cs="Sakkal Majalla"/>
          <w:szCs w:val="28"/>
        </w:rPr>
        <w:t xml:space="preserve"> (r ≈ 0.44</w:t>
      </w:r>
      <w:r w:rsidRPr="000B2283">
        <w:rPr>
          <w:rFonts w:ascii="Sakkal Majalla" w:hAnsi="Sakkal Majalla" w:cs="Sakkal Majalla"/>
          <w:szCs w:val="28"/>
          <w:rtl/>
        </w:rPr>
        <w:t xml:space="preserve">، </w:t>
      </w:r>
      <w:r w:rsidRPr="000B2283">
        <w:rPr>
          <w:rFonts w:ascii="Sakkal Majalla" w:hAnsi="Sakkal Majalla" w:cs="Sakkal Majalla"/>
          <w:szCs w:val="28"/>
        </w:rPr>
        <w:t>p &lt; 0.001).</w:t>
      </w:r>
    </w:p>
    <w:p w14:paraId="4539A2FD" w14:textId="1C0EABBE" w:rsidR="000B2283" w:rsidRPr="000B2283" w:rsidRDefault="000B2283" w:rsidP="00634497">
      <w:pPr>
        <w:numPr>
          <w:ilvl w:val="0"/>
          <w:numId w:val="71"/>
        </w:numPr>
        <w:bidi/>
        <w:spacing w:line="360" w:lineRule="auto"/>
        <w:jc w:val="lowKashida"/>
        <w:rPr>
          <w:rFonts w:ascii="Sakkal Majalla" w:hAnsi="Sakkal Majalla" w:cs="Sakkal Majalla"/>
          <w:szCs w:val="28"/>
        </w:rPr>
      </w:pPr>
      <w:r w:rsidRPr="000B2283">
        <w:rPr>
          <w:rFonts w:ascii="Sakkal Majalla" w:hAnsi="Sakkal Majalla" w:cs="Sakkal Majalla"/>
          <w:b/>
          <w:bCs/>
          <w:szCs w:val="28"/>
          <w:rtl/>
        </w:rPr>
        <w:t>الاستنتاج</w:t>
      </w:r>
      <w:r w:rsidRPr="000B2283">
        <w:rPr>
          <w:rFonts w:ascii="Sakkal Majalla" w:hAnsi="Sakkal Majalla" w:cs="Sakkal Majalla"/>
          <w:b/>
          <w:bCs/>
          <w:szCs w:val="28"/>
        </w:rPr>
        <w:t>:</w:t>
      </w:r>
      <w:r w:rsidRPr="000B2283">
        <w:rPr>
          <w:rFonts w:ascii="Sakkal Majalla" w:hAnsi="Sakkal Majalla" w:cs="Sakkal Majalla"/>
          <w:szCs w:val="28"/>
        </w:rPr>
        <w:t xml:space="preserve"> </w:t>
      </w:r>
      <w:r w:rsidRPr="000B2283">
        <w:rPr>
          <w:rFonts w:ascii="Sakkal Majalla" w:hAnsi="Sakkal Majalla" w:cs="Sakkal Majalla"/>
          <w:szCs w:val="28"/>
          <w:rtl/>
        </w:rPr>
        <w:t xml:space="preserve">الفرضية </w:t>
      </w:r>
      <w:r w:rsidRPr="000B2283">
        <w:rPr>
          <w:rFonts w:ascii="Sakkal Majalla" w:hAnsi="Sakkal Majalla" w:cs="Sakkal Majalla"/>
          <w:b/>
          <w:bCs/>
          <w:szCs w:val="28"/>
          <w:rtl/>
        </w:rPr>
        <w:t>مدعومة</w:t>
      </w:r>
      <w:r w:rsidRPr="000B2283">
        <w:rPr>
          <w:rFonts w:ascii="Sakkal Majalla" w:hAnsi="Sakkal Majalla" w:cs="Sakkal Majalla"/>
          <w:szCs w:val="28"/>
          <w:rtl/>
        </w:rPr>
        <w:t>، وتؤكد أن فعالية الدعم الاستشاري تعتمد على مدى قدرة الجهة على استيعابه وتكييفه</w:t>
      </w:r>
      <w:r w:rsidRPr="000B2283">
        <w:rPr>
          <w:rFonts w:ascii="Sakkal Majalla" w:hAnsi="Sakkal Majalla" w:cs="Sakkal Majalla"/>
          <w:szCs w:val="28"/>
        </w:rPr>
        <w:t>.</w:t>
      </w:r>
    </w:p>
    <w:p w14:paraId="38CA6F02" w14:textId="1D4877B7" w:rsidR="00E52DB3" w:rsidRPr="00E52DB3" w:rsidRDefault="000B2283" w:rsidP="00634497">
      <w:pPr>
        <w:bidi/>
        <w:spacing w:line="360" w:lineRule="auto"/>
        <w:jc w:val="lowKashida"/>
        <w:rPr>
          <w:rFonts w:ascii="Sakkal Majalla" w:hAnsi="Sakkal Majalla" w:cs="Sakkal Majalla"/>
          <w:szCs w:val="28"/>
          <w:rtl/>
        </w:rPr>
      </w:pPr>
      <w:r w:rsidRPr="000B2283">
        <w:rPr>
          <w:rFonts w:ascii="Sakkal Majalla" w:hAnsi="Sakkal Majalla" w:cs="Sakkal Majalla"/>
          <w:b/>
          <w:bCs/>
          <w:szCs w:val="28"/>
        </w:rPr>
        <w:t xml:space="preserve">4.3.3 </w:t>
      </w:r>
      <w:r w:rsidRPr="000B2283">
        <w:rPr>
          <w:rFonts w:ascii="Sakkal Majalla" w:hAnsi="Sakkal Majalla" w:cs="Sakkal Majalla"/>
          <w:b/>
          <w:bCs/>
          <w:szCs w:val="28"/>
          <w:rtl/>
        </w:rPr>
        <w:t>خلاصة اختبار الفرضيات</w:t>
      </w:r>
    </w:p>
    <w:p w14:paraId="3D15B0FF" w14:textId="66F346CD" w:rsidR="00E52DB3" w:rsidRPr="00E52DB3" w:rsidRDefault="00E52DB3" w:rsidP="00634497">
      <w:pPr>
        <w:bidi/>
        <w:spacing w:line="360" w:lineRule="auto"/>
        <w:jc w:val="lowKashida"/>
        <w:rPr>
          <w:rFonts w:ascii="Sakkal Majalla" w:hAnsi="Sakkal Majalla" w:cs="Sakkal Majalla"/>
          <w:szCs w:val="28"/>
          <w:rtl/>
        </w:rPr>
      </w:pPr>
      <w:r w:rsidRPr="00E52DB3">
        <w:rPr>
          <w:rFonts w:ascii="Sakkal Majalla" w:hAnsi="Sakkal Majalla" w:cs="Sakkal Majalla" w:hint="cs"/>
          <w:szCs w:val="28"/>
          <w:rtl/>
        </w:rPr>
        <w:t>تكشف</w:t>
      </w:r>
      <w:r w:rsidRPr="00E52DB3">
        <w:rPr>
          <w:rFonts w:ascii="Sakkal Majalla" w:hAnsi="Sakkal Majalla" w:cs="Sakkal Majalla"/>
          <w:szCs w:val="28"/>
          <w:rtl/>
        </w:rPr>
        <w:t xml:space="preserve"> </w:t>
      </w:r>
      <w:r w:rsidRPr="00E52DB3">
        <w:rPr>
          <w:rFonts w:ascii="Sakkal Majalla" w:hAnsi="Sakkal Majalla" w:cs="Sakkal Majalla" w:hint="cs"/>
          <w:szCs w:val="28"/>
          <w:rtl/>
        </w:rPr>
        <w:t>نتائج</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الاختبارات</w:t>
      </w:r>
      <w:r w:rsidRPr="00E52DB3">
        <w:rPr>
          <w:rFonts w:ascii="Sakkal Majalla" w:hAnsi="Sakkal Majalla" w:cs="Sakkal Majalla"/>
          <w:szCs w:val="28"/>
          <w:rtl/>
        </w:rPr>
        <w:t xml:space="preserve"> </w:t>
      </w:r>
      <w:r w:rsidRPr="00E52DB3">
        <w:rPr>
          <w:rFonts w:ascii="Sakkal Majalla" w:hAnsi="Sakkal Majalla" w:cs="Sakkal Majalla" w:hint="cs"/>
          <w:szCs w:val="28"/>
          <w:rtl/>
        </w:rPr>
        <w:t>الإحصائية</w:t>
      </w:r>
      <w:r w:rsidRPr="00E52DB3">
        <w:rPr>
          <w:rFonts w:ascii="Sakkal Majalla" w:hAnsi="Sakkal Majalla" w:cs="Sakkal Majalla"/>
          <w:szCs w:val="28"/>
          <w:rtl/>
        </w:rPr>
        <w:t xml:space="preserve"> </w:t>
      </w:r>
      <w:r w:rsidRPr="00E52DB3">
        <w:rPr>
          <w:rFonts w:ascii="Sakkal Majalla" w:hAnsi="Sakkal Majalla" w:cs="Sakkal Majalla" w:hint="cs"/>
          <w:szCs w:val="28"/>
          <w:rtl/>
        </w:rPr>
        <w:t>أن</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المتغير</w:t>
      </w:r>
      <w:r w:rsidRPr="00E52DB3">
        <w:rPr>
          <w:rFonts w:ascii="Sakkal Majalla" w:hAnsi="Sakkal Majalla" w:cs="Sakkal Majalla"/>
          <w:szCs w:val="28"/>
          <w:rtl/>
        </w:rPr>
        <w:t xml:space="preserve"> </w:t>
      </w:r>
      <w:r w:rsidRPr="00E52DB3">
        <w:rPr>
          <w:rFonts w:ascii="Sakkal Majalla" w:hAnsi="Sakkal Majalla" w:cs="Sakkal Majalla" w:hint="cs"/>
          <w:szCs w:val="28"/>
          <w:rtl/>
        </w:rPr>
        <w:t>الأكثر</w:t>
      </w:r>
      <w:r w:rsidRPr="00E52DB3">
        <w:rPr>
          <w:rFonts w:ascii="Sakkal Majalla" w:hAnsi="Sakkal Majalla" w:cs="Sakkal Majalla"/>
          <w:szCs w:val="28"/>
          <w:rtl/>
        </w:rPr>
        <w:t xml:space="preserve"> </w:t>
      </w:r>
      <w:r w:rsidRPr="00E52DB3">
        <w:rPr>
          <w:rFonts w:ascii="Sakkal Majalla" w:hAnsi="Sakkal Majalla" w:cs="Sakkal Majalla" w:hint="cs"/>
          <w:szCs w:val="28"/>
          <w:rtl/>
        </w:rPr>
        <w:t>تأثيرًا</w:t>
      </w:r>
      <w:r w:rsidRPr="00E52DB3">
        <w:rPr>
          <w:rFonts w:ascii="Sakkal Majalla" w:hAnsi="Sakkal Majalla" w:cs="Sakkal Majalla"/>
          <w:szCs w:val="28"/>
          <w:rtl/>
        </w:rPr>
        <w:t xml:space="preserve"> </w:t>
      </w:r>
      <w:r w:rsidRPr="00E52DB3">
        <w:rPr>
          <w:rFonts w:ascii="Sakkal Majalla" w:hAnsi="Sakkal Majalla" w:cs="Sakkal Majalla" w:hint="cs"/>
          <w:szCs w:val="28"/>
          <w:rtl/>
        </w:rPr>
        <w:t>بشكل</w:t>
      </w:r>
      <w:r w:rsidRPr="00E52DB3">
        <w:rPr>
          <w:rFonts w:ascii="Sakkal Majalla" w:hAnsi="Sakkal Majalla" w:cs="Sakkal Majalla"/>
          <w:szCs w:val="28"/>
          <w:rtl/>
        </w:rPr>
        <w:t xml:space="preserve"> </w:t>
      </w:r>
      <w:r w:rsidRPr="00E52DB3">
        <w:rPr>
          <w:rFonts w:ascii="Sakkal Majalla" w:hAnsi="Sakkal Majalla" w:cs="Sakkal Majalla" w:hint="cs"/>
          <w:szCs w:val="28"/>
          <w:rtl/>
        </w:rPr>
        <w:t>مباشر</w:t>
      </w:r>
      <w:r w:rsidRPr="00E52DB3">
        <w:rPr>
          <w:rFonts w:ascii="Sakkal Majalla" w:hAnsi="Sakkal Majalla" w:cs="Sakkal Majalla"/>
          <w:szCs w:val="28"/>
          <w:rtl/>
        </w:rPr>
        <w:t xml:space="preserve"> </w:t>
      </w:r>
      <w:r w:rsidRPr="00E52DB3">
        <w:rPr>
          <w:rFonts w:ascii="Sakkal Majalla" w:hAnsi="Sakkal Majalla" w:cs="Sakkal Majalla" w:hint="cs"/>
          <w:szCs w:val="28"/>
          <w:rtl/>
        </w:rPr>
        <w:t>في</w:t>
      </w:r>
      <w:r w:rsidRPr="00E52DB3">
        <w:rPr>
          <w:rFonts w:ascii="Sakkal Majalla" w:hAnsi="Sakkal Majalla" w:cs="Sakkal Majalla"/>
          <w:szCs w:val="28"/>
          <w:rtl/>
        </w:rPr>
        <w:t xml:space="preserve"> </w:t>
      </w:r>
      <w:r w:rsidRPr="00E52DB3">
        <w:rPr>
          <w:rFonts w:ascii="Sakkal Majalla" w:hAnsi="Sakkal Majalla" w:cs="Sakkal Majalla" w:hint="cs"/>
          <w:szCs w:val="28"/>
          <w:rtl/>
        </w:rPr>
        <w:t>استدامة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الابتكار</w:t>
      </w:r>
      <w:r w:rsidRPr="00E52DB3">
        <w:rPr>
          <w:rFonts w:ascii="Sakkal Majalla" w:hAnsi="Sakkal Majalla" w:cs="Sakkal Majalla"/>
          <w:szCs w:val="28"/>
          <w:rtl/>
        </w:rPr>
        <w:t xml:space="preserve"> </w:t>
      </w:r>
      <w:r w:rsidRPr="00E52DB3">
        <w:rPr>
          <w:rFonts w:ascii="Sakkal Majalla" w:hAnsi="Sakkal Majalla" w:cs="Sakkal Majalla" w:hint="cs"/>
          <w:szCs w:val="28"/>
          <w:rtl/>
        </w:rPr>
        <w:t>داخل</w:t>
      </w:r>
      <w:r w:rsidRPr="00E52DB3">
        <w:rPr>
          <w:rFonts w:ascii="Sakkal Majalla" w:hAnsi="Sakkal Majalla" w:cs="Sakkal Majalla"/>
          <w:szCs w:val="28"/>
          <w:rtl/>
        </w:rPr>
        <w:t xml:space="preserve"> </w:t>
      </w:r>
      <w:r w:rsidRPr="00E52DB3">
        <w:rPr>
          <w:rFonts w:ascii="Sakkal Majalla" w:hAnsi="Sakkal Majalla" w:cs="Sakkal Majalla" w:hint="cs"/>
          <w:szCs w:val="28"/>
          <w:rtl/>
        </w:rPr>
        <w:t>الجهات</w:t>
      </w:r>
      <w:r w:rsidRPr="00E52DB3">
        <w:rPr>
          <w:rFonts w:ascii="Sakkal Majalla" w:hAnsi="Sakkal Majalla" w:cs="Sakkal Majalla"/>
          <w:szCs w:val="28"/>
          <w:rtl/>
        </w:rPr>
        <w:t xml:space="preserve"> </w:t>
      </w:r>
      <w:r w:rsidRPr="00E52DB3">
        <w:rPr>
          <w:rFonts w:ascii="Sakkal Majalla" w:hAnsi="Sakkal Majalla" w:cs="Sakkal Majalla" w:hint="cs"/>
          <w:szCs w:val="28"/>
          <w:rtl/>
        </w:rPr>
        <w:t>الحكومية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السعودية</w:t>
      </w:r>
      <w:r w:rsidRPr="00E52DB3">
        <w:rPr>
          <w:rFonts w:ascii="Sakkal Majalla" w:hAnsi="Sakkal Majalla" w:cs="Sakkal Majalla"/>
          <w:szCs w:val="28"/>
          <w:rtl/>
        </w:rPr>
        <w:t xml:space="preserve"> </w:t>
      </w:r>
      <w:r w:rsidRPr="00E52DB3">
        <w:rPr>
          <w:rFonts w:ascii="Sakkal Majalla" w:hAnsi="Sakkal Majalla" w:cs="Sakkal Majalla" w:hint="cs"/>
          <w:szCs w:val="28"/>
          <w:rtl/>
        </w:rPr>
        <w:t>هو</w:t>
      </w:r>
      <w:r w:rsidRPr="00E52DB3">
        <w:rPr>
          <w:rFonts w:ascii="Sakkal Majalla" w:hAnsi="Sakkal Majalla" w:cs="Sakkal Majalla"/>
          <w:szCs w:val="28"/>
          <w:rtl/>
        </w:rPr>
        <w:t xml:space="preserve"> </w:t>
      </w:r>
      <w:r w:rsidRPr="00E52DB3">
        <w:rPr>
          <w:rFonts w:ascii="Sakkal Majalla" w:hAnsi="Sakkal Majalla" w:cs="Sakkal Majalla" w:hint="cs"/>
          <w:szCs w:val="28"/>
          <w:rtl/>
        </w:rPr>
        <w:t>الدور</w:t>
      </w:r>
      <w:r w:rsidRPr="00E52DB3">
        <w:rPr>
          <w:rFonts w:ascii="Sakkal Majalla" w:hAnsi="Sakkal Majalla" w:cs="Sakkal Majalla"/>
          <w:szCs w:val="28"/>
          <w:rtl/>
        </w:rPr>
        <w:t xml:space="preserve"> </w:t>
      </w:r>
      <w:proofErr w:type="spellStart"/>
      <w:r w:rsidRPr="00E52DB3">
        <w:rPr>
          <w:rFonts w:ascii="Sakkal Majalla" w:hAnsi="Sakkal Majalla" w:cs="Sakkal Majalla" w:hint="cs"/>
          <w:szCs w:val="28"/>
          <w:rtl/>
        </w:rPr>
        <w:t>التمكيني</w:t>
      </w:r>
      <w:proofErr w:type="spellEnd"/>
      <w:r w:rsidRPr="00E52DB3">
        <w:rPr>
          <w:rFonts w:ascii="Sakkal Majalla" w:hAnsi="Sakkal Majalla" w:cs="Sakkal Majalla"/>
          <w:szCs w:val="28"/>
          <w:rtl/>
        </w:rPr>
        <w:t xml:space="preserve"> </w:t>
      </w:r>
      <w:r w:rsidRPr="00E52DB3">
        <w:rPr>
          <w:rFonts w:ascii="Sakkal Majalla" w:hAnsi="Sakkal Majalla" w:cs="Sakkal Majalla" w:hint="cs"/>
          <w:szCs w:val="28"/>
          <w:rtl/>
        </w:rPr>
        <w:t>للشركات</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الاستشارية،</w:t>
      </w:r>
      <w:r w:rsidRPr="00E52DB3">
        <w:rPr>
          <w:rFonts w:ascii="Sakkal Majalla" w:hAnsi="Sakkal Majalla" w:cs="Sakkal Majalla"/>
          <w:szCs w:val="28"/>
          <w:rtl/>
        </w:rPr>
        <w:t xml:space="preserve"> </w:t>
      </w:r>
      <w:r w:rsidRPr="00E52DB3">
        <w:rPr>
          <w:rFonts w:ascii="Sakkal Majalla" w:hAnsi="Sakkal Majalla" w:cs="Sakkal Majalla" w:hint="cs"/>
          <w:szCs w:val="28"/>
          <w:rtl/>
        </w:rPr>
        <w:t>خاصةً</w:t>
      </w:r>
      <w:r w:rsidRPr="00E52DB3">
        <w:rPr>
          <w:rFonts w:ascii="Sakkal Majalla" w:hAnsi="Sakkal Majalla" w:cs="Sakkal Majalla"/>
          <w:szCs w:val="28"/>
          <w:rtl/>
        </w:rPr>
        <w:t xml:space="preserve"> </w:t>
      </w:r>
      <w:r w:rsidRPr="00E52DB3">
        <w:rPr>
          <w:rFonts w:ascii="Sakkal Majalla" w:hAnsi="Sakkal Majalla" w:cs="Sakkal Majalla" w:hint="cs"/>
          <w:szCs w:val="28"/>
          <w:rtl/>
        </w:rPr>
        <w:t>في</w:t>
      </w:r>
      <w:r w:rsidRPr="00E52DB3">
        <w:rPr>
          <w:rFonts w:ascii="Sakkal Majalla" w:hAnsi="Sakkal Majalla" w:cs="Sakkal Majalla"/>
          <w:szCs w:val="28"/>
          <w:rtl/>
        </w:rPr>
        <w:t xml:space="preserve"> </w:t>
      </w:r>
      <w:r w:rsidRPr="00E52DB3">
        <w:rPr>
          <w:rFonts w:ascii="Sakkal Majalla" w:hAnsi="Sakkal Majalla" w:cs="Sakkal Majalla" w:hint="cs"/>
          <w:szCs w:val="28"/>
          <w:rtl/>
        </w:rPr>
        <w:t>جوانب</w:t>
      </w:r>
      <w:r w:rsidRPr="00E52DB3">
        <w:rPr>
          <w:rFonts w:ascii="Sakkal Majalla" w:hAnsi="Sakkal Majalla" w:cs="Sakkal Majalla"/>
          <w:szCs w:val="28"/>
          <w:rtl/>
        </w:rPr>
        <w:t xml:space="preserve"> </w:t>
      </w:r>
      <w:r w:rsidRPr="00E52DB3">
        <w:rPr>
          <w:rFonts w:ascii="Sakkal Majalla" w:hAnsi="Sakkal Majalla" w:cs="Sakkal Majalla" w:hint="cs"/>
          <w:szCs w:val="28"/>
          <w:rtl/>
        </w:rPr>
        <w:t>نقل</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المعرفة</w:t>
      </w:r>
      <w:r w:rsidRPr="00E52DB3">
        <w:rPr>
          <w:rFonts w:ascii="Sakkal Majalla" w:hAnsi="Sakkal Majalla" w:cs="Sakkal Majalla"/>
          <w:szCs w:val="28"/>
          <w:rtl/>
        </w:rPr>
        <w:t xml:space="preserve"> </w:t>
      </w:r>
      <w:r w:rsidRPr="00E52DB3">
        <w:rPr>
          <w:rFonts w:ascii="Sakkal Majalla" w:hAnsi="Sakkal Majalla" w:cs="Sakkal Majalla" w:hint="cs"/>
          <w:szCs w:val="28"/>
          <w:rtl/>
        </w:rPr>
        <w:t>وبناء</w:t>
      </w:r>
      <w:r w:rsidRPr="00E52DB3">
        <w:rPr>
          <w:rFonts w:ascii="Sakkal Majalla" w:hAnsi="Sakkal Majalla" w:cs="Sakkal Majalla"/>
          <w:szCs w:val="28"/>
          <w:rtl/>
        </w:rPr>
        <w:t xml:space="preserve"> </w:t>
      </w:r>
      <w:r w:rsidRPr="00E52DB3">
        <w:rPr>
          <w:rFonts w:ascii="Sakkal Majalla" w:hAnsi="Sakkal Majalla" w:cs="Sakkal Majalla" w:hint="cs"/>
          <w:szCs w:val="28"/>
          <w:rtl/>
        </w:rPr>
        <w:t>القدرات</w:t>
      </w:r>
      <w:r w:rsidRPr="00E52DB3">
        <w:rPr>
          <w:rFonts w:ascii="Sakkal Majalla" w:hAnsi="Sakkal Majalla" w:cs="Sakkal Majalla"/>
          <w:szCs w:val="28"/>
          <w:rtl/>
        </w:rPr>
        <w:t xml:space="preserve">. </w:t>
      </w:r>
      <w:r w:rsidRPr="00E52DB3">
        <w:rPr>
          <w:rFonts w:ascii="Sakkal Majalla" w:hAnsi="Sakkal Majalla" w:cs="Sakkal Majalla" w:hint="cs"/>
          <w:szCs w:val="28"/>
          <w:rtl/>
        </w:rPr>
        <w:t>يليه</w:t>
      </w:r>
      <w:r w:rsidRPr="00E52DB3">
        <w:rPr>
          <w:rFonts w:ascii="Sakkal Majalla" w:hAnsi="Sakkal Majalla" w:cs="Sakkal Majalla"/>
          <w:szCs w:val="28"/>
          <w:rtl/>
        </w:rPr>
        <w:t xml:space="preserve"> </w:t>
      </w:r>
      <w:r w:rsidRPr="00E52DB3">
        <w:rPr>
          <w:rFonts w:ascii="Sakkal Majalla" w:hAnsi="Sakkal Majalla" w:cs="Sakkal Majalla" w:hint="cs"/>
          <w:szCs w:val="28"/>
          <w:rtl/>
        </w:rPr>
        <w:t>في</w:t>
      </w:r>
      <w:r w:rsidRPr="00E52DB3">
        <w:rPr>
          <w:rFonts w:ascii="Sakkal Majalla" w:hAnsi="Sakkal Majalla" w:cs="Sakkal Majalla"/>
          <w:szCs w:val="28"/>
          <w:rtl/>
        </w:rPr>
        <w:t xml:space="preserve"> </w:t>
      </w:r>
      <w:r w:rsidRPr="00E52DB3">
        <w:rPr>
          <w:rFonts w:ascii="Sakkal Majalla" w:hAnsi="Sakkal Majalla" w:cs="Sakkal Majalla" w:hint="cs"/>
          <w:szCs w:val="28"/>
          <w:rtl/>
        </w:rPr>
        <w:t>الأهمية</w:t>
      </w:r>
      <w:r w:rsidRPr="00E52DB3">
        <w:rPr>
          <w:rFonts w:ascii="Sakkal Majalla" w:hAnsi="Sakkal Majalla" w:cs="Sakkal Majalla"/>
          <w:szCs w:val="28"/>
          <w:rtl/>
        </w:rPr>
        <w:t xml:space="preserve"> </w:t>
      </w:r>
      <w:r w:rsidRPr="00E52DB3">
        <w:rPr>
          <w:rFonts w:ascii="Sakkal Majalla" w:hAnsi="Sakkal Majalla" w:cs="Sakkal Majalla" w:hint="cs"/>
          <w:szCs w:val="28"/>
          <w:rtl/>
        </w:rPr>
        <w:t>تفعيل</w:t>
      </w:r>
      <w:r w:rsidRPr="00E52DB3">
        <w:rPr>
          <w:rFonts w:ascii="Sakkal Majalla" w:hAnsi="Sakkal Majalla" w:cs="Sakkal Majalla"/>
          <w:szCs w:val="28"/>
          <w:rtl/>
        </w:rPr>
        <w:t xml:space="preserve"> </w:t>
      </w:r>
      <w:r w:rsidRPr="00E52DB3">
        <w:rPr>
          <w:rFonts w:ascii="Sakkal Majalla" w:hAnsi="Sakkal Majalla" w:cs="Sakkal Majalla" w:hint="cs"/>
          <w:szCs w:val="28"/>
          <w:rtl/>
        </w:rPr>
        <w:t>الآليات</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المؤسسية</w:t>
      </w:r>
      <w:r w:rsidRPr="00E52DB3">
        <w:rPr>
          <w:rFonts w:ascii="Sakkal Majalla" w:hAnsi="Sakkal Majalla" w:cs="Sakkal Majalla"/>
          <w:szCs w:val="28"/>
          <w:rtl/>
        </w:rPr>
        <w:t xml:space="preserve"> </w:t>
      </w:r>
      <w:r w:rsidRPr="00E52DB3">
        <w:rPr>
          <w:rFonts w:ascii="Sakkal Majalla" w:hAnsi="Sakkal Majalla" w:cs="Sakkal Majalla" w:hint="cs"/>
          <w:szCs w:val="28"/>
          <w:rtl/>
        </w:rPr>
        <w:t>لاستدامة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المعرفة،</w:t>
      </w:r>
      <w:r w:rsidRPr="00E52DB3">
        <w:rPr>
          <w:rFonts w:ascii="Sakkal Majalla" w:hAnsi="Sakkal Majalla" w:cs="Sakkal Majalla"/>
          <w:szCs w:val="28"/>
          <w:rtl/>
        </w:rPr>
        <w:t xml:space="preserve"> </w:t>
      </w:r>
      <w:r w:rsidRPr="00E52DB3">
        <w:rPr>
          <w:rFonts w:ascii="Sakkal Majalla" w:hAnsi="Sakkal Majalla" w:cs="Sakkal Majalla" w:hint="cs"/>
          <w:szCs w:val="28"/>
          <w:rtl/>
        </w:rPr>
        <w:t>ثم</w:t>
      </w:r>
      <w:r w:rsidRPr="00E52DB3">
        <w:rPr>
          <w:rFonts w:ascii="Sakkal Majalla" w:hAnsi="Sakkal Majalla" w:cs="Sakkal Majalla"/>
          <w:szCs w:val="28"/>
          <w:rtl/>
        </w:rPr>
        <w:t xml:space="preserve"> </w:t>
      </w:r>
      <w:r w:rsidRPr="00E52DB3">
        <w:rPr>
          <w:rFonts w:ascii="Sakkal Majalla" w:hAnsi="Sakkal Majalla" w:cs="Sakkal Majalla" w:hint="cs"/>
          <w:szCs w:val="28"/>
          <w:rtl/>
        </w:rPr>
        <w:t>القدرة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الامتصاصية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المعرفية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التي</w:t>
      </w:r>
      <w:r w:rsidRPr="00E52DB3">
        <w:rPr>
          <w:rFonts w:ascii="Sakkal Majalla" w:hAnsi="Sakkal Majalla" w:cs="Sakkal Majalla"/>
          <w:szCs w:val="28"/>
          <w:rtl/>
        </w:rPr>
        <w:t xml:space="preserve"> </w:t>
      </w:r>
      <w:r w:rsidRPr="00E52DB3">
        <w:rPr>
          <w:rFonts w:ascii="Sakkal Majalla" w:hAnsi="Sakkal Majalla" w:cs="Sakkal Majalla" w:hint="cs"/>
          <w:szCs w:val="28"/>
          <w:rtl/>
        </w:rPr>
        <w:t>تمكّن</w:t>
      </w:r>
      <w:r w:rsidRPr="00E52DB3">
        <w:rPr>
          <w:rFonts w:ascii="Sakkal Majalla" w:hAnsi="Sakkal Majalla" w:cs="Sakkal Majalla"/>
          <w:szCs w:val="28"/>
          <w:rtl/>
        </w:rPr>
        <w:t xml:space="preserve"> </w:t>
      </w:r>
      <w:r w:rsidRPr="00E52DB3">
        <w:rPr>
          <w:rFonts w:ascii="Sakkal Majalla" w:hAnsi="Sakkal Majalla" w:cs="Sakkal Majalla" w:hint="cs"/>
          <w:szCs w:val="28"/>
          <w:rtl/>
        </w:rPr>
        <w:t>الجهة</w:t>
      </w:r>
      <w:r w:rsidRPr="00E52DB3">
        <w:rPr>
          <w:rFonts w:ascii="Sakkal Majalla" w:hAnsi="Sakkal Majalla" w:cs="Sakkal Majalla"/>
          <w:szCs w:val="28"/>
          <w:rtl/>
        </w:rPr>
        <w:t xml:space="preserve"> </w:t>
      </w:r>
      <w:r w:rsidRPr="00E52DB3">
        <w:rPr>
          <w:rFonts w:ascii="Sakkal Majalla" w:hAnsi="Sakkal Majalla" w:cs="Sakkal Majalla" w:hint="cs"/>
          <w:szCs w:val="28"/>
          <w:rtl/>
        </w:rPr>
        <w:t>من</w:t>
      </w:r>
      <w:r w:rsidRPr="00E52DB3">
        <w:rPr>
          <w:rFonts w:ascii="Sakkal Majalla" w:hAnsi="Sakkal Majalla" w:cs="Sakkal Majalla"/>
          <w:szCs w:val="28"/>
          <w:rtl/>
        </w:rPr>
        <w:t xml:space="preserve"> </w:t>
      </w:r>
      <w:r w:rsidRPr="00E52DB3">
        <w:rPr>
          <w:rFonts w:ascii="Sakkal Majalla" w:hAnsi="Sakkal Majalla" w:cs="Sakkal Majalla" w:hint="cs"/>
          <w:szCs w:val="28"/>
          <w:rtl/>
        </w:rPr>
        <w:t>استيعاب</w:t>
      </w:r>
      <w:r w:rsidRPr="00E52DB3">
        <w:rPr>
          <w:rFonts w:ascii="Sakkal Majalla" w:hAnsi="Sakkal Majalla" w:cs="Sakkal Majalla"/>
          <w:szCs w:val="28"/>
          <w:rtl/>
        </w:rPr>
        <w:t xml:space="preserve"> </w:t>
      </w:r>
      <w:r w:rsidRPr="00E52DB3">
        <w:rPr>
          <w:rFonts w:ascii="Sakkal Majalla" w:hAnsi="Sakkal Majalla" w:cs="Sakkal Majalla" w:hint="cs"/>
          <w:szCs w:val="28"/>
          <w:rtl/>
        </w:rPr>
        <w:t>وتكييف</w:t>
      </w:r>
      <w:r w:rsidRPr="00E52DB3">
        <w:rPr>
          <w:rFonts w:ascii="Sakkal Majalla" w:hAnsi="Sakkal Majalla" w:cs="Sakkal Majalla"/>
          <w:szCs w:val="28"/>
          <w:rtl/>
        </w:rPr>
        <w:t xml:space="preserve"> </w:t>
      </w:r>
      <w:r w:rsidRPr="00E52DB3">
        <w:rPr>
          <w:rFonts w:ascii="Sakkal Majalla" w:hAnsi="Sakkal Majalla" w:cs="Sakkal Majalla" w:hint="cs"/>
          <w:szCs w:val="28"/>
          <w:rtl/>
        </w:rPr>
        <w:t>وتوظيف</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المعرفة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المكتسبة</w:t>
      </w:r>
      <w:r w:rsidRPr="00E52DB3">
        <w:rPr>
          <w:rFonts w:ascii="Sakkal Majalla" w:hAnsi="Sakkal Majalla" w:cs="Sakkal Majalla"/>
          <w:szCs w:val="28"/>
          <w:rtl/>
        </w:rPr>
        <w:t xml:space="preserve"> </w:t>
      </w:r>
      <w:r w:rsidRPr="00E52DB3">
        <w:rPr>
          <w:rFonts w:ascii="Sakkal Majalla" w:hAnsi="Sakkal Majalla" w:cs="Sakkal Majalla" w:hint="cs"/>
          <w:szCs w:val="28"/>
          <w:rtl/>
        </w:rPr>
        <w:t>وتحويلها</w:t>
      </w:r>
      <w:r w:rsidRPr="00E52DB3">
        <w:rPr>
          <w:rFonts w:ascii="Sakkal Majalla" w:hAnsi="Sakkal Majalla" w:cs="Sakkal Majalla"/>
          <w:szCs w:val="28"/>
          <w:rtl/>
        </w:rPr>
        <w:t xml:space="preserve"> </w:t>
      </w:r>
      <w:r w:rsidRPr="00E52DB3">
        <w:rPr>
          <w:rFonts w:ascii="Sakkal Majalla" w:hAnsi="Sakkal Majalla" w:cs="Sakkal Majalla" w:hint="cs"/>
          <w:szCs w:val="28"/>
          <w:rtl/>
        </w:rPr>
        <w:t>إلى</w:t>
      </w:r>
      <w:r w:rsidRPr="00E52DB3">
        <w:rPr>
          <w:rFonts w:ascii="Sakkal Majalla" w:hAnsi="Sakkal Majalla" w:cs="Sakkal Majalla"/>
          <w:szCs w:val="28"/>
          <w:rtl/>
        </w:rPr>
        <w:t xml:space="preserve"> </w:t>
      </w:r>
      <w:r w:rsidRPr="00E52DB3">
        <w:rPr>
          <w:rFonts w:ascii="Sakkal Majalla" w:hAnsi="Sakkal Majalla" w:cs="Sakkal Majalla" w:hint="cs"/>
          <w:szCs w:val="28"/>
          <w:rtl/>
        </w:rPr>
        <w:t>ممارسات</w:t>
      </w:r>
      <w:r w:rsidRPr="00E52DB3">
        <w:rPr>
          <w:rFonts w:ascii="Sakkal Majalla" w:hAnsi="Sakkal Majalla" w:cs="Sakkal Majalla"/>
          <w:szCs w:val="28"/>
          <w:rtl/>
        </w:rPr>
        <w:t xml:space="preserve"> </w:t>
      </w:r>
      <w:r w:rsidRPr="00E52DB3">
        <w:rPr>
          <w:rFonts w:ascii="Sakkal Majalla" w:hAnsi="Sakkal Majalla" w:cs="Sakkal Majalla" w:hint="cs"/>
          <w:szCs w:val="28"/>
          <w:rtl/>
        </w:rPr>
        <w:t>عملية</w:t>
      </w:r>
      <w:r w:rsidRPr="00E52DB3">
        <w:rPr>
          <w:rFonts w:ascii="Sakkal Majalla" w:hAnsi="Sakkal Majalla" w:cs="Sakkal Majalla"/>
          <w:szCs w:val="28"/>
        </w:rPr>
        <w:t>.</w:t>
      </w:r>
    </w:p>
    <w:p w14:paraId="59EEFAE5" w14:textId="5685D2C2" w:rsidR="00E52DB3" w:rsidRPr="00E52DB3" w:rsidRDefault="00E52DB3" w:rsidP="00634497">
      <w:pPr>
        <w:bidi/>
        <w:spacing w:line="360" w:lineRule="auto"/>
        <w:jc w:val="lowKashida"/>
        <w:rPr>
          <w:rFonts w:ascii="Sakkal Majalla" w:hAnsi="Sakkal Majalla" w:cs="Sakkal Majalla"/>
          <w:szCs w:val="28"/>
          <w:rtl/>
        </w:rPr>
      </w:pPr>
      <w:r w:rsidRPr="00E52DB3">
        <w:rPr>
          <w:rFonts w:ascii="Sakkal Majalla" w:hAnsi="Sakkal Majalla" w:cs="Sakkal Majalla" w:hint="cs"/>
          <w:szCs w:val="28"/>
          <w:rtl/>
        </w:rPr>
        <w:lastRenderedPageBreak/>
        <w:t>أما</w:t>
      </w:r>
      <w:r w:rsidRPr="00E52DB3">
        <w:rPr>
          <w:rFonts w:ascii="Sakkal Majalla" w:hAnsi="Sakkal Majalla" w:cs="Sakkal Majalla"/>
          <w:szCs w:val="28"/>
          <w:rtl/>
        </w:rPr>
        <w:t xml:space="preserve"> </w:t>
      </w:r>
      <w:r w:rsidRPr="00E52DB3">
        <w:rPr>
          <w:rFonts w:ascii="Sakkal Majalla" w:hAnsi="Sakkal Majalla" w:cs="Sakkal Majalla" w:hint="cs"/>
          <w:szCs w:val="28"/>
          <w:rtl/>
        </w:rPr>
        <w:t>العوامل</w:t>
      </w:r>
      <w:r w:rsidRPr="00E52DB3">
        <w:rPr>
          <w:rFonts w:ascii="Sakkal Majalla" w:hAnsi="Sakkal Majalla" w:cs="Sakkal Majalla"/>
          <w:szCs w:val="28"/>
          <w:rtl/>
        </w:rPr>
        <w:t xml:space="preserve"> </w:t>
      </w:r>
      <w:r w:rsidRPr="00E52DB3">
        <w:rPr>
          <w:rFonts w:ascii="Sakkal Majalla" w:hAnsi="Sakkal Majalla" w:cs="Sakkal Majalla" w:hint="cs"/>
          <w:szCs w:val="28"/>
          <w:rtl/>
        </w:rPr>
        <w:t>التمكينية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الداخلية</w:t>
      </w:r>
      <w:r w:rsidRPr="00E52DB3">
        <w:rPr>
          <w:rFonts w:ascii="Sakkal Majalla" w:hAnsi="Sakkal Majalla" w:cs="Sakkal Majalla"/>
          <w:szCs w:val="28"/>
          <w:rtl/>
        </w:rPr>
        <w:t xml:space="preserve"> </w:t>
      </w:r>
      <w:r w:rsidRPr="00E52DB3">
        <w:rPr>
          <w:rFonts w:ascii="Sakkal Majalla" w:hAnsi="Sakkal Majalla" w:cs="Sakkal Majalla" w:hint="cs"/>
          <w:szCs w:val="28"/>
          <w:rtl/>
        </w:rPr>
        <w:t>ومستوى</w:t>
      </w:r>
      <w:r w:rsidRPr="00E52DB3">
        <w:rPr>
          <w:rFonts w:ascii="Sakkal Majalla" w:hAnsi="Sakkal Majalla" w:cs="Sakkal Majalla"/>
          <w:szCs w:val="28"/>
          <w:rtl/>
        </w:rPr>
        <w:t xml:space="preserve"> </w:t>
      </w:r>
      <w:r w:rsidRPr="00E52DB3">
        <w:rPr>
          <w:rFonts w:ascii="Sakkal Majalla" w:hAnsi="Sakkal Majalla" w:cs="Sakkal Majalla" w:hint="cs"/>
          <w:szCs w:val="28"/>
          <w:rtl/>
        </w:rPr>
        <w:t>التكامل</w:t>
      </w:r>
      <w:r w:rsidRPr="00E52DB3">
        <w:rPr>
          <w:rFonts w:ascii="Sakkal Majalla" w:hAnsi="Sakkal Majalla" w:cs="Sakkal Majalla"/>
          <w:szCs w:val="28"/>
          <w:rtl/>
        </w:rPr>
        <w:t xml:space="preserve"> </w:t>
      </w:r>
      <w:r w:rsidRPr="00E52DB3">
        <w:rPr>
          <w:rFonts w:ascii="Sakkal Majalla" w:hAnsi="Sakkal Majalla" w:cs="Sakkal Majalla" w:hint="cs"/>
          <w:szCs w:val="28"/>
          <w:rtl/>
        </w:rPr>
        <w:t>مع</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الاستشاري،</w:t>
      </w:r>
      <w:r w:rsidRPr="00E52DB3">
        <w:rPr>
          <w:rFonts w:ascii="Sakkal Majalla" w:hAnsi="Sakkal Majalla" w:cs="Sakkal Majalla"/>
          <w:szCs w:val="28"/>
          <w:rtl/>
        </w:rPr>
        <w:t xml:space="preserve"> </w:t>
      </w:r>
      <w:r w:rsidRPr="00E52DB3">
        <w:rPr>
          <w:rFonts w:ascii="Sakkal Majalla" w:hAnsi="Sakkal Majalla" w:cs="Sakkal Majalla" w:hint="cs"/>
          <w:szCs w:val="28"/>
          <w:rtl/>
        </w:rPr>
        <w:t>فرغم</w:t>
      </w:r>
      <w:r w:rsidRPr="00E52DB3">
        <w:rPr>
          <w:rFonts w:ascii="Sakkal Majalla" w:hAnsi="Sakkal Majalla" w:cs="Sakkal Majalla"/>
          <w:szCs w:val="28"/>
          <w:rtl/>
        </w:rPr>
        <w:t xml:space="preserve"> </w:t>
      </w:r>
      <w:r w:rsidRPr="00E52DB3">
        <w:rPr>
          <w:rFonts w:ascii="Sakkal Majalla" w:hAnsi="Sakkal Majalla" w:cs="Sakkal Majalla" w:hint="cs"/>
          <w:szCs w:val="28"/>
          <w:rtl/>
        </w:rPr>
        <w:t>ارتباطهما</w:t>
      </w:r>
      <w:r w:rsidRPr="00E52DB3">
        <w:rPr>
          <w:rFonts w:ascii="Sakkal Majalla" w:hAnsi="Sakkal Majalla" w:cs="Sakkal Majalla"/>
          <w:szCs w:val="28"/>
          <w:rtl/>
        </w:rPr>
        <w:t xml:space="preserve"> </w:t>
      </w:r>
      <w:r w:rsidRPr="00E52DB3">
        <w:rPr>
          <w:rFonts w:ascii="Sakkal Majalla" w:hAnsi="Sakkal Majalla" w:cs="Sakkal Majalla" w:hint="cs"/>
          <w:szCs w:val="28"/>
          <w:rtl/>
        </w:rPr>
        <w:t>الإيجابي</w:t>
      </w:r>
      <w:r w:rsidRPr="00E52DB3">
        <w:rPr>
          <w:rFonts w:ascii="Sakkal Majalla" w:hAnsi="Sakkal Majalla" w:cs="Sakkal Majalla"/>
          <w:szCs w:val="28"/>
          <w:rtl/>
        </w:rPr>
        <w:t xml:space="preserve"> </w:t>
      </w:r>
      <w:r w:rsidRPr="00E52DB3">
        <w:rPr>
          <w:rFonts w:ascii="Sakkal Majalla" w:hAnsi="Sakkal Majalla" w:cs="Sakkal Majalla" w:hint="cs"/>
          <w:szCs w:val="28"/>
          <w:rtl/>
        </w:rPr>
        <w:t>مع</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الاستدامة،</w:t>
      </w:r>
      <w:r w:rsidRPr="00E52DB3">
        <w:rPr>
          <w:rFonts w:ascii="Sakkal Majalla" w:hAnsi="Sakkal Majalla" w:cs="Sakkal Majalla"/>
          <w:szCs w:val="28"/>
          <w:rtl/>
        </w:rPr>
        <w:t xml:space="preserve"> </w:t>
      </w:r>
      <w:r w:rsidRPr="00E52DB3">
        <w:rPr>
          <w:rFonts w:ascii="Sakkal Majalla" w:hAnsi="Sakkal Majalla" w:cs="Sakkal Majalla" w:hint="cs"/>
          <w:szCs w:val="28"/>
          <w:rtl/>
        </w:rPr>
        <w:t>إلا</w:t>
      </w:r>
      <w:r w:rsidRPr="00E52DB3">
        <w:rPr>
          <w:rFonts w:ascii="Sakkal Majalla" w:hAnsi="Sakkal Majalla" w:cs="Sakkal Majalla"/>
          <w:szCs w:val="28"/>
          <w:rtl/>
        </w:rPr>
        <w:t xml:space="preserve"> </w:t>
      </w:r>
      <w:r w:rsidRPr="00E52DB3">
        <w:rPr>
          <w:rFonts w:ascii="Sakkal Majalla" w:hAnsi="Sakkal Majalla" w:cs="Sakkal Majalla" w:hint="cs"/>
          <w:szCs w:val="28"/>
          <w:rtl/>
        </w:rPr>
        <w:t>أن</w:t>
      </w:r>
      <w:r w:rsidRPr="00E52DB3">
        <w:rPr>
          <w:rFonts w:ascii="Sakkal Majalla" w:hAnsi="Sakkal Majalla" w:cs="Sakkal Majalla"/>
          <w:szCs w:val="28"/>
          <w:rtl/>
        </w:rPr>
        <w:t xml:space="preserve"> </w:t>
      </w:r>
      <w:r w:rsidRPr="00E52DB3">
        <w:rPr>
          <w:rFonts w:ascii="Sakkal Majalla" w:hAnsi="Sakkal Majalla" w:cs="Sakkal Majalla" w:hint="cs"/>
          <w:szCs w:val="28"/>
          <w:rtl/>
        </w:rPr>
        <w:t>أثرهما</w:t>
      </w:r>
      <w:r w:rsidRPr="00E52DB3">
        <w:rPr>
          <w:rFonts w:ascii="Sakkal Majalla" w:hAnsi="Sakkal Majalla" w:cs="Sakkal Majalla"/>
          <w:szCs w:val="28"/>
          <w:rtl/>
        </w:rPr>
        <w:t xml:space="preserve"> </w:t>
      </w:r>
      <w:r w:rsidRPr="00E52DB3">
        <w:rPr>
          <w:rFonts w:ascii="Sakkal Majalla" w:hAnsi="Sakkal Majalla" w:cs="Sakkal Majalla" w:hint="cs"/>
          <w:szCs w:val="28"/>
          <w:rtl/>
        </w:rPr>
        <w:t>الفعلي</w:t>
      </w:r>
      <w:r w:rsidRPr="00E52DB3">
        <w:rPr>
          <w:rFonts w:ascii="Sakkal Majalla" w:hAnsi="Sakkal Majalla" w:cs="Sakkal Majalla"/>
          <w:szCs w:val="28"/>
          <w:rtl/>
        </w:rPr>
        <w:t xml:space="preserve"> </w:t>
      </w:r>
      <w:r w:rsidRPr="00E52DB3">
        <w:rPr>
          <w:rFonts w:ascii="Sakkal Majalla" w:hAnsi="Sakkal Majalla" w:cs="Sakkal Majalla" w:hint="cs"/>
          <w:szCs w:val="28"/>
          <w:rtl/>
        </w:rPr>
        <w:t>تراجع</w:t>
      </w:r>
      <w:r w:rsidRPr="00E52DB3">
        <w:rPr>
          <w:rFonts w:ascii="Sakkal Majalla" w:hAnsi="Sakkal Majalla" w:cs="Sakkal Majalla"/>
          <w:szCs w:val="28"/>
          <w:rtl/>
        </w:rPr>
        <w:t xml:space="preserve"> </w:t>
      </w:r>
      <w:r w:rsidRPr="00E52DB3">
        <w:rPr>
          <w:rFonts w:ascii="Sakkal Majalla" w:hAnsi="Sakkal Majalla" w:cs="Sakkal Majalla" w:hint="cs"/>
          <w:szCs w:val="28"/>
          <w:rtl/>
        </w:rPr>
        <w:t>عند</w:t>
      </w:r>
      <w:r w:rsidRPr="00E52DB3">
        <w:rPr>
          <w:rFonts w:ascii="Sakkal Majalla" w:hAnsi="Sakkal Majalla" w:cs="Sakkal Majalla"/>
          <w:szCs w:val="28"/>
          <w:rtl/>
        </w:rPr>
        <w:t xml:space="preserve"> </w:t>
      </w:r>
      <w:r w:rsidRPr="00E52DB3">
        <w:rPr>
          <w:rFonts w:ascii="Sakkal Majalla" w:hAnsi="Sakkal Majalla" w:cs="Sakkal Majalla" w:hint="cs"/>
          <w:szCs w:val="28"/>
          <w:rtl/>
        </w:rPr>
        <w:t>تحليل</w:t>
      </w:r>
      <w:r w:rsidRPr="00E52DB3">
        <w:rPr>
          <w:rFonts w:ascii="Sakkal Majalla" w:hAnsi="Sakkal Majalla" w:cs="Sakkal Majalla"/>
          <w:szCs w:val="28"/>
          <w:rtl/>
        </w:rPr>
        <w:t xml:space="preserve"> </w:t>
      </w:r>
      <w:r w:rsidRPr="00E52DB3">
        <w:rPr>
          <w:rFonts w:ascii="Sakkal Majalla" w:hAnsi="Sakkal Majalla" w:cs="Sakkal Majalla" w:hint="cs"/>
          <w:szCs w:val="28"/>
          <w:rtl/>
        </w:rPr>
        <w:t>جميع</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المتغيرات</w:t>
      </w:r>
      <w:r w:rsidRPr="00E52DB3">
        <w:rPr>
          <w:rFonts w:ascii="Sakkal Majalla" w:hAnsi="Sakkal Majalla" w:cs="Sakkal Majalla"/>
          <w:szCs w:val="28"/>
          <w:rtl/>
        </w:rPr>
        <w:t xml:space="preserve"> </w:t>
      </w:r>
      <w:r w:rsidRPr="00E52DB3">
        <w:rPr>
          <w:rFonts w:ascii="Sakkal Majalla" w:hAnsi="Sakkal Majalla" w:cs="Sakkal Majalla" w:hint="cs"/>
          <w:szCs w:val="28"/>
          <w:rtl/>
        </w:rPr>
        <w:t>معًا،</w:t>
      </w:r>
      <w:r w:rsidRPr="00E52DB3">
        <w:rPr>
          <w:rFonts w:ascii="Sakkal Majalla" w:hAnsi="Sakkal Majalla" w:cs="Sakkal Majalla"/>
          <w:szCs w:val="28"/>
          <w:rtl/>
        </w:rPr>
        <w:t xml:space="preserve"> </w:t>
      </w:r>
      <w:r w:rsidRPr="00E52DB3">
        <w:rPr>
          <w:rFonts w:ascii="Sakkal Majalla" w:hAnsi="Sakkal Majalla" w:cs="Sakkal Majalla" w:hint="cs"/>
          <w:szCs w:val="28"/>
          <w:rtl/>
        </w:rPr>
        <w:t>وهو</w:t>
      </w:r>
      <w:r w:rsidRPr="00E52DB3">
        <w:rPr>
          <w:rFonts w:ascii="Sakkal Majalla" w:hAnsi="Sakkal Majalla" w:cs="Sakkal Majalla"/>
          <w:szCs w:val="28"/>
          <w:rtl/>
        </w:rPr>
        <w:t xml:space="preserve"> </w:t>
      </w:r>
      <w:r w:rsidRPr="00E52DB3">
        <w:rPr>
          <w:rFonts w:ascii="Sakkal Majalla" w:hAnsi="Sakkal Majalla" w:cs="Sakkal Majalla" w:hint="cs"/>
          <w:szCs w:val="28"/>
          <w:rtl/>
        </w:rPr>
        <w:t>ما</w:t>
      </w:r>
      <w:r w:rsidRPr="00E52DB3">
        <w:rPr>
          <w:rFonts w:ascii="Sakkal Majalla" w:hAnsi="Sakkal Majalla" w:cs="Sakkal Majalla"/>
          <w:szCs w:val="28"/>
          <w:rtl/>
        </w:rPr>
        <w:t xml:space="preserve"> </w:t>
      </w:r>
      <w:r w:rsidRPr="00E52DB3">
        <w:rPr>
          <w:rFonts w:ascii="Sakkal Majalla" w:hAnsi="Sakkal Majalla" w:cs="Sakkal Majalla" w:hint="cs"/>
          <w:szCs w:val="28"/>
          <w:rtl/>
        </w:rPr>
        <w:t>يشير</w:t>
      </w:r>
      <w:r w:rsidRPr="00E52DB3">
        <w:rPr>
          <w:rFonts w:ascii="Sakkal Majalla" w:hAnsi="Sakkal Majalla" w:cs="Sakkal Majalla"/>
          <w:szCs w:val="28"/>
          <w:rtl/>
        </w:rPr>
        <w:t xml:space="preserve"> </w:t>
      </w:r>
      <w:r w:rsidRPr="00E52DB3">
        <w:rPr>
          <w:rFonts w:ascii="Sakkal Majalla" w:hAnsi="Sakkal Majalla" w:cs="Sakkal Majalla" w:hint="cs"/>
          <w:szCs w:val="28"/>
          <w:rtl/>
        </w:rPr>
        <w:t>إلى</w:t>
      </w:r>
      <w:r w:rsidRPr="00E52DB3">
        <w:rPr>
          <w:rFonts w:ascii="Sakkal Majalla" w:hAnsi="Sakkal Majalla" w:cs="Sakkal Majalla"/>
          <w:szCs w:val="28"/>
          <w:rtl/>
        </w:rPr>
        <w:t xml:space="preserve"> </w:t>
      </w:r>
      <w:r w:rsidRPr="00E52DB3">
        <w:rPr>
          <w:rFonts w:ascii="Sakkal Majalla" w:hAnsi="Sakkal Majalla" w:cs="Sakkal Majalla" w:hint="cs"/>
          <w:szCs w:val="28"/>
          <w:rtl/>
        </w:rPr>
        <w:t>أن</w:t>
      </w:r>
      <w:r w:rsidRPr="00E52DB3">
        <w:rPr>
          <w:rFonts w:ascii="Sakkal Majalla" w:hAnsi="Sakkal Majalla" w:cs="Sakkal Majalla"/>
          <w:szCs w:val="28"/>
          <w:rtl/>
        </w:rPr>
        <w:t xml:space="preserve"> </w:t>
      </w:r>
      <w:r w:rsidRPr="00E52DB3">
        <w:rPr>
          <w:rFonts w:ascii="Sakkal Majalla" w:hAnsi="Sakkal Majalla" w:cs="Sakkal Majalla" w:hint="cs"/>
          <w:szCs w:val="28"/>
          <w:rtl/>
        </w:rPr>
        <w:t>أثرهما</w:t>
      </w:r>
      <w:r w:rsidRPr="00E52DB3">
        <w:rPr>
          <w:rFonts w:ascii="Sakkal Majalla" w:hAnsi="Sakkal Majalla" w:cs="Sakkal Majalla"/>
          <w:szCs w:val="28"/>
          <w:rtl/>
        </w:rPr>
        <w:t xml:space="preserve"> </w:t>
      </w:r>
      <w:r w:rsidRPr="00E52DB3">
        <w:rPr>
          <w:rFonts w:ascii="Sakkal Majalla" w:hAnsi="Sakkal Majalla" w:cs="Sakkal Majalla" w:hint="cs"/>
          <w:szCs w:val="28"/>
          <w:rtl/>
        </w:rPr>
        <w:t>ينتقل</w:t>
      </w:r>
      <w:r w:rsidRPr="00E52DB3">
        <w:rPr>
          <w:rFonts w:ascii="Sakkal Majalla" w:hAnsi="Sakkal Majalla" w:cs="Sakkal Majalla"/>
          <w:szCs w:val="28"/>
          <w:rtl/>
        </w:rPr>
        <w:t xml:space="preserve"> </w:t>
      </w:r>
      <w:r w:rsidRPr="00E52DB3">
        <w:rPr>
          <w:rFonts w:ascii="Sakkal Majalla" w:hAnsi="Sakkal Majalla" w:cs="Sakkal Majalla" w:hint="cs"/>
          <w:szCs w:val="28"/>
          <w:rtl/>
        </w:rPr>
        <w:t>في</w:t>
      </w:r>
      <w:r w:rsidRPr="00E52DB3">
        <w:rPr>
          <w:rFonts w:ascii="Sakkal Majalla" w:hAnsi="Sakkal Majalla" w:cs="Sakkal Majalla"/>
          <w:szCs w:val="28"/>
          <w:rtl/>
        </w:rPr>
        <w:t xml:space="preserve"> </w:t>
      </w:r>
      <w:r w:rsidRPr="00E52DB3">
        <w:rPr>
          <w:rFonts w:ascii="Sakkal Majalla" w:hAnsi="Sakkal Majalla" w:cs="Sakkal Majalla" w:hint="cs"/>
          <w:szCs w:val="28"/>
          <w:rtl/>
        </w:rPr>
        <w:t>الغالب</w:t>
      </w:r>
      <w:r w:rsidRPr="00E52DB3">
        <w:rPr>
          <w:rFonts w:ascii="Sakkal Majalla" w:hAnsi="Sakkal Majalla" w:cs="Sakkal Majalla"/>
          <w:szCs w:val="28"/>
          <w:rtl/>
        </w:rPr>
        <w:t xml:space="preserve"> </w:t>
      </w:r>
      <w:r w:rsidRPr="00E52DB3">
        <w:rPr>
          <w:rFonts w:ascii="Sakkal Majalla" w:hAnsi="Sakkal Majalla" w:cs="Sakkal Majalla" w:hint="cs"/>
          <w:szCs w:val="28"/>
          <w:rtl/>
        </w:rPr>
        <w:t>عبر</w:t>
      </w:r>
      <w:r w:rsidRPr="00E52DB3">
        <w:rPr>
          <w:rFonts w:ascii="Sakkal Majalla" w:hAnsi="Sakkal Majalla" w:cs="Sakkal Majalla"/>
          <w:szCs w:val="28"/>
          <w:rtl/>
        </w:rPr>
        <w:t xml:space="preserve"> </w:t>
      </w:r>
      <w:r w:rsidRPr="00E52DB3">
        <w:rPr>
          <w:rFonts w:ascii="Sakkal Majalla" w:hAnsi="Sakkal Majalla" w:cs="Sakkal Majalla" w:hint="cs"/>
          <w:szCs w:val="28"/>
          <w:rtl/>
        </w:rPr>
        <w:t>القدرة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الامتصاصية</w:t>
      </w:r>
      <w:r w:rsidRPr="00E52DB3">
        <w:rPr>
          <w:rFonts w:ascii="Sakkal Majalla" w:hAnsi="Sakkal Majalla" w:cs="Sakkal Majalla"/>
          <w:szCs w:val="28"/>
          <w:rtl/>
        </w:rPr>
        <w:t xml:space="preserve">. </w:t>
      </w:r>
      <w:r w:rsidRPr="00E52DB3">
        <w:rPr>
          <w:rFonts w:ascii="Sakkal Majalla" w:hAnsi="Sakkal Majalla" w:cs="Sakkal Majalla" w:hint="cs"/>
          <w:szCs w:val="28"/>
          <w:rtl/>
        </w:rPr>
        <w:t>كما</w:t>
      </w:r>
      <w:r w:rsidRPr="00E52DB3">
        <w:rPr>
          <w:rFonts w:ascii="Sakkal Majalla" w:hAnsi="Sakkal Majalla" w:cs="Sakkal Majalla"/>
          <w:szCs w:val="28"/>
          <w:rtl/>
        </w:rPr>
        <w:t xml:space="preserve"> </w:t>
      </w:r>
      <w:r w:rsidRPr="00E52DB3">
        <w:rPr>
          <w:rFonts w:ascii="Sakkal Majalla" w:hAnsi="Sakkal Majalla" w:cs="Sakkal Majalla" w:hint="cs"/>
          <w:szCs w:val="28"/>
          <w:rtl/>
        </w:rPr>
        <w:t>أظهرت</w:t>
      </w:r>
      <w:r w:rsidRPr="00E52DB3">
        <w:rPr>
          <w:rFonts w:ascii="Sakkal Majalla" w:hAnsi="Sakkal Majalla" w:cs="Sakkal Majalla"/>
          <w:szCs w:val="28"/>
          <w:rtl/>
        </w:rPr>
        <w:t xml:space="preserve"> </w:t>
      </w:r>
      <w:r w:rsidRPr="00E52DB3">
        <w:rPr>
          <w:rFonts w:ascii="Sakkal Majalla" w:hAnsi="Sakkal Majalla" w:cs="Sakkal Majalla" w:hint="cs"/>
          <w:szCs w:val="28"/>
          <w:rtl/>
        </w:rPr>
        <w:t>البيانات</w:t>
      </w:r>
      <w:r w:rsidRPr="00E52DB3">
        <w:rPr>
          <w:rFonts w:ascii="Sakkal Majalla" w:hAnsi="Sakkal Majalla" w:cs="Sakkal Majalla"/>
          <w:szCs w:val="28"/>
          <w:rtl/>
        </w:rPr>
        <w:t xml:space="preserve"> </w:t>
      </w:r>
      <w:r w:rsidRPr="00E52DB3">
        <w:rPr>
          <w:rFonts w:ascii="Sakkal Majalla" w:hAnsi="Sakkal Majalla" w:cs="Sakkal Majalla" w:hint="cs"/>
          <w:szCs w:val="28"/>
          <w:rtl/>
        </w:rPr>
        <w:t>أن</w:t>
      </w:r>
      <w:r w:rsidRPr="00E52DB3">
        <w:rPr>
          <w:rFonts w:ascii="Sakkal Majalla" w:hAnsi="Sakkal Majalla" w:cs="Sakkal Majalla"/>
          <w:szCs w:val="28"/>
          <w:rtl/>
        </w:rPr>
        <w:t xml:space="preserve"> </w:t>
      </w:r>
      <w:r w:rsidRPr="00E52DB3">
        <w:rPr>
          <w:rFonts w:ascii="Sakkal Majalla" w:hAnsi="Sakkal Majalla" w:cs="Sakkal Majalla" w:hint="cs"/>
          <w:szCs w:val="28"/>
          <w:rtl/>
        </w:rPr>
        <w:t>طبيعة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العلاقة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التعاقدية</w:t>
      </w:r>
      <w:r w:rsidRPr="00E52DB3">
        <w:rPr>
          <w:rFonts w:ascii="Sakkal Majalla" w:hAnsi="Sakkal Majalla" w:cs="Sakkal Majalla"/>
          <w:szCs w:val="28"/>
          <w:rtl/>
        </w:rPr>
        <w:t xml:space="preserve"> </w:t>
      </w:r>
      <w:r w:rsidRPr="00E52DB3">
        <w:rPr>
          <w:rFonts w:ascii="Sakkal Majalla" w:hAnsi="Sakkal Majalla" w:cs="Sakkal Majalla" w:hint="cs"/>
          <w:szCs w:val="28"/>
          <w:rtl/>
        </w:rPr>
        <w:t>تؤثر</w:t>
      </w:r>
      <w:r w:rsidRPr="00E52DB3">
        <w:rPr>
          <w:rFonts w:ascii="Sakkal Majalla" w:hAnsi="Sakkal Majalla" w:cs="Sakkal Majalla"/>
          <w:szCs w:val="28"/>
          <w:rtl/>
        </w:rPr>
        <w:t xml:space="preserve"> </w:t>
      </w:r>
      <w:r w:rsidRPr="00E52DB3">
        <w:rPr>
          <w:rFonts w:ascii="Sakkal Majalla" w:hAnsi="Sakkal Majalla" w:cs="Sakkal Majalla" w:hint="cs"/>
          <w:szCs w:val="28"/>
          <w:rtl/>
        </w:rPr>
        <w:t>بشكل</w:t>
      </w:r>
      <w:r w:rsidRPr="00E52DB3">
        <w:rPr>
          <w:rFonts w:ascii="Sakkal Majalla" w:hAnsi="Sakkal Majalla" w:cs="Sakkal Majalla"/>
          <w:szCs w:val="28"/>
          <w:rtl/>
        </w:rPr>
        <w:t xml:space="preserve"> </w:t>
      </w:r>
      <w:r w:rsidRPr="00E52DB3">
        <w:rPr>
          <w:rFonts w:ascii="Sakkal Majalla" w:hAnsi="Sakkal Majalla" w:cs="Sakkal Majalla" w:hint="cs"/>
          <w:szCs w:val="28"/>
          <w:rtl/>
        </w:rPr>
        <w:t>جزئي</w:t>
      </w:r>
      <w:r w:rsidRPr="00E52DB3">
        <w:rPr>
          <w:rFonts w:ascii="Sakkal Majalla" w:hAnsi="Sakkal Majalla" w:cs="Sakkal Majalla"/>
          <w:szCs w:val="28"/>
          <w:rtl/>
        </w:rPr>
        <w:t xml:space="preserve"> </w:t>
      </w:r>
      <w:r w:rsidRPr="00E52DB3">
        <w:rPr>
          <w:rFonts w:ascii="Sakkal Majalla" w:hAnsi="Sakkal Majalla" w:cs="Sakkal Majalla" w:hint="cs"/>
          <w:szCs w:val="28"/>
          <w:rtl/>
        </w:rPr>
        <w:t>على</w:t>
      </w:r>
      <w:r w:rsidRPr="00E52DB3">
        <w:rPr>
          <w:rFonts w:ascii="Sakkal Majalla" w:hAnsi="Sakkal Majalla" w:cs="Sakkal Majalla"/>
          <w:szCs w:val="28"/>
          <w:rtl/>
        </w:rPr>
        <w:t xml:space="preserve"> </w:t>
      </w:r>
      <w:r w:rsidRPr="00E52DB3">
        <w:rPr>
          <w:rFonts w:ascii="Sakkal Majalla" w:hAnsi="Sakkal Majalla" w:cs="Sakkal Majalla" w:hint="cs"/>
          <w:szCs w:val="28"/>
          <w:rtl/>
        </w:rPr>
        <w:t>قدرة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الجهة</w:t>
      </w:r>
      <w:r w:rsidRPr="00E52DB3">
        <w:rPr>
          <w:rFonts w:ascii="Sakkal Majalla" w:hAnsi="Sakkal Majalla" w:cs="Sakkal Majalla"/>
          <w:szCs w:val="28"/>
          <w:rtl/>
        </w:rPr>
        <w:t xml:space="preserve"> </w:t>
      </w:r>
      <w:r w:rsidRPr="00E52DB3">
        <w:rPr>
          <w:rFonts w:ascii="Sakkal Majalla" w:hAnsi="Sakkal Majalla" w:cs="Sakkal Majalla" w:hint="cs"/>
          <w:szCs w:val="28"/>
          <w:rtl/>
        </w:rPr>
        <w:t>على</w:t>
      </w:r>
      <w:r w:rsidRPr="00E52DB3">
        <w:rPr>
          <w:rFonts w:ascii="Sakkal Majalla" w:hAnsi="Sakkal Majalla" w:cs="Sakkal Majalla"/>
          <w:szCs w:val="28"/>
          <w:rtl/>
        </w:rPr>
        <w:t xml:space="preserve"> </w:t>
      </w:r>
      <w:r w:rsidRPr="00E52DB3">
        <w:rPr>
          <w:rFonts w:ascii="Sakkal Majalla" w:hAnsi="Sakkal Majalla" w:cs="Sakkal Majalla" w:hint="cs"/>
          <w:szCs w:val="28"/>
          <w:rtl/>
        </w:rPr>
        <w:t>تملك</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الابتكار</w:t>
      </w:r>
      <w:r w:rsidRPr="00E52DB3">
        <w:rPr>
          <w:rFonts w:ascii="Sakkal Majalla" w:hAnsi="Sakkal Majalla" w:cs="Sakkal Majalla"/>
          <w:szCs w:val="28"/>
          <w:rtl/>
        </w:rPr>
        <w:t xml:space="preserve"> </w:t>
      </w:r>
      <w:r w:rsidRPr="00E52DB3">
        <w:rPr>
          <w:rFonts w:ascii="Sakkal Majalla" w:hAnsi="Sakkal Majalla" w:cs="Sakkal Majalla" w:hint="cs"/>
          <w:szCs w:val="28"/>
          <w:rtl/>
        </w:rPr>
        <w:t>وتشغيله</w:t>
      </w:r>
      <w:r w:rsidRPr="00E52DB3">
        <w:rPr>
          <w:rFonts w:ascii="Sakkal Majalla" w:hAnsi="Sakkal Majalla" w:cs="Sakkal Majalla"/>
          <w:szCs w:val="28"/>
          <w:rtl/>
        </w:rPr>
        <w:t xml:space="preserve"> </w:t>
      </w:r>
      <w:r w:rsidRPr="00E52DB3">
        <w:rPr>
          <w:rFonts w:ascii="Sakkal Majalla" w:hAnsi="Sakkal Majalla" w:cs="Sakkal Majalla" w:hint="cs"/>
          <w:szCs w:val="28"/>
          <w:rtl/>
        </w:rPr>
        <w:t>بشكل</w:t>
      </w:r>
      <w:r w:rsidRPr="00E52DB3">
        <w:rPr>
          <w:rFonts w:ascii="Sakkal Majalla" w:hAnsi="Sakkal Majalla" w:cs="Sakkal Majalla"/>
          <w:szCs w:val="28"/>
          <w:rtl/>
        </w:rPr>
        <w:t xml:space="preserve"> </w:t>
      </w:r>
      <w:r w:rsidRPr="00E52DB3">
        <w:rPr>
          <w:rFonts w:ascii="Sakkal Majalla" w:hAnsi="Sakkal Majalla" w:cs="Sakkal Majalla" w:hint="cs"/>
          <w:szCs w:val="28"/>
          <w:rtl/>
        </w:rPr>
        <w:t>مستقل</w:t>
      </w:r>
      <w:r w:rsidRPr="00E52DB3">
        <w:rPr>
          <w:rFonts w:ascii="Sakkal Majalla" w:hAnsi="Sakkal Majalla" w:cs="Sakkal Majalla"/>
          <w:szCs w:val="28"/>
        </w:rPr>
        <w:t>.</w:t>
      </w:r>
    </w:p>
    <w:p w14:paraId="401C196E" w14:textId="77777777" w:rsidR="00E52DB3" w:rsidRPr="00F37438" w:rsidRDefault="00E52DB3" w:rsidP="00634497">
      <w:pPr>
        <w:bidi/>
        <w:spacing w:line="360" w:lineRule="auto"/>
        <w:jc w:val="lowKashida"/>
        <w:rPr>
          <w:rFonts w:ascii="Sakkal Majalla" w:hAnsi="Sakkal Majalla" w:cs="Sakkal Majalla"/>
          <w:b/>
          <w:bCs/>
          <w:szCs w:val="28"/>
          <w:rtl/>
        </w:rPr>
      </w:pPr>
      <w:r w:rsidRPr="00F37438">
        <w:rPr>
          <w:rFonts w:ascii="Sakkal Majalla" w:hAnsi="Sakkal Majalla" w:cs="Sakkal Majalla" w:hint="cs"/>
          <w:b/>
          <w:bCs/>
          <w:szCs w:val="28"/>
          <w:rtl/>
        </w:rPr>
        <w:t>تفسير</w:t>
      </w:r>
      <w:r w:rsidRPr="00F37438">
        <w:rPr>
          <w:rFonts w:ascii="Sakkal Majalla" w:hAnsi="Sakkal Majalla" w:cs="Sakkal Majalla"/>
          <w:b/>
          <w:bCs/>
          <w:szCs w:val="28"/>
          <w:rtl/>
        </w:rPr>
        <w:t xml:space="preserve"> </w:t>
      </w:r>
      <w:r w:rsidRPr="00F37438">
        <w:rPr>
          <w:rFonts w:ascii="Sakkal Majalla" w:hAnsi="Sakkal Majalla" w:cs="Sakkal Majalla" w:hint="cs"/>
          <w:b/>
          <w:bCs/>
          <w:szCs w:val="28"/>
          <w:rtl/>
        </w:rPr>
        <w:t>العلاقة</w:t>
      </w:r>
      <w:r w:rsidRPr="00F37438">
        <w:rPr>
          <w:rFonts w:ascii="Sakkal Majalla" w:hAnsi="Sakkal Majalla" w:cs="Sakkal Majalla"/>
          <w:b/>
          <w:bCs/>
          <w:szCs w:val="28"/>
          <w:rtl/>
        </w:rPr>
        <w:t xml:space="preserve"> </w:t>
      </w:r>
      <w:r w:rsidRPr="00F37438">
        <w:rPr>
          <w:rFonts w:ascii="Sakkal Majalla" w:hAnsi="Sakkal Majalla" w:cs="Sakkal Majalla" w:hint="cs"/>
          <w:b/>
          <w:bCs/>
          <w:szCs w:val="28"/>
          <w:rtl/>
        </w:rPr>
        <w:t>بين</w:t>
      </w:r>
      <w:r w:rsidRPr="00F37438">
        <w:rPr>
          <w:rFonts w:ascii="Sakkal Majalla" w:hAnsi="Sakkal Majalla" w:cs="Sakkal Majalla"/>
          <w:b/>
          <w:bCs/>
          <w:szCs w:val="28"/>
          <w:rtl/>
        </w:rPr>
        <w:t xml:space="preserve"> </w:t>
      </w:r>
      <w:r w:rsidRPr="00F37438">
        <w:rPr>
          <w:rFonts w:ascii="Sakkal Majalla" w:hAnsi="Sakkal Majalla" w:cs="Sakkal Majalla" w:hint="cs"/>
          <w:b/>
          <w:bCs/>
          <w:szCs w:val="28"/>
          <w:rtl/>
        </w:rPr>
        <w:t>القدرة</w:t>
      </w:r>
      <w:r w:rsidRPr="00F37438">
        <w:rPr>
          <w:rFonts w:ascii="Sakkal Majalla" w:hAnsi="Sakkal Majalla" w:cs="Sakkal Majalla"/>
          <w:b/>
          <w:bCs/>
          <w:szCs w:val="28"/>
          <w:rtl/>
        </w:rPr>
        <w:t xml:space="preserve"> </w:t>
      </w:r>
      <w:r w:rsidRPr="00F37438">
        <w:rPr>
          <w:rFonts w:ascii="Sakkal Majalla" w:hAnsi="Sakkal Majalla" w:cs="Sakkal Majalla" w:hint="cs"/>
          <w:b/>
          <w:bCs/>
          <w:szCs w:val="28"/>
          <w:rtl/>
        </w:rPr>
        <w:t>الامتصاصية</w:t>
      </w:r>
      <w:r w:rsidRPr="00F37438">
        <w:rPr>
          <w:rFonts w:ascii="Sakkal Majalla" w:hAnsi="Sakkal Majalla" w:cs="Sakkal Majalla"/>
          <w:b/>
          <w:bCs/>
          <w:szCs w:val="28"/>
          <w:rtl/>
        </w:rPr>
        <w:t xml:space="preserve"> </w:t>
      </w:r>
      <w:r w:rsidRPr="00F37438">
        <w:rPr>
          <w:rFonts w:ascii="Sakkal Majalla" w:hAnsi="Sakkal Majalla" w:cs="Sakkal Majalla" w:hint="cs"/>
          <w:b/>
          <w:bCs/>
          <w:szCs w:val="28"/>
          <w:rtl/>
        </w:rPr>
        <w:t>والدور</w:t>
      </w:r>
      <w:r w:rsidRPr="00F37438">
        <w:rPr>
          <w:rFonts w:ascii="Sakkal Majalla" w:hAnsi="Sakkal Majalla" w:cs="Sakkal Majalla"/>
          <w:b/>
          <w:bCs/>
          <w:szCs w:val="28"/>
          <w:rtl/>
        </w:rPr>
        <w:t xml:space="preserve"> </w:t>
      </w:r>
      <w:r w:rsidRPr="00F37438">
        <w:rPr>
          <w:rFonts w:ascii="Sakkal Majalla" w:hAnsi="Sakkal Majalla" w:cs="Sakkal Majalla" w:hint="cs"/>
          <w:b/>
          <w:bCs/>
          <w:szCs w:val="28"/>
          <w:rtl/>
        </w:rPr>
        <w:t>الاستشاري</w:t>
      </w:r>
    </w:p>
    <w:p w14:paraId="08D3E4B8" w14:textId="2B8948DE" w:rsidR="00E52DB3" w:rsidRPr="00E52DB3" w:rsidRDefault="00E52DB3" w:rsidP="00634497">
      <w:pPr>
        <w:bidi/>
        <w:spacing w:line="360" w:lineRule="auto"/>
        <w:jc w:val="lowKashida"/>
        <w:rPr>
          <w:rFonts w:ascii="Sakkal Majalla" w:hAnsi="Sakkal Majalla" w:cs="Sakkal Majalla"/>
          <w:szCs w:val="28"/>
          <w:rtl/>
        </w:rPr>
      </w:pPr>
      <w:r w:rsidRPr="00E52DB3">
        <w:rPr>
          <w:rFonts w:ascii="Sakkal Majalla" w:hAnsi="Sakkal Majalla" w:cs="Sakkal Majalla" w:hint="cs"/>
          <w:szCs w:val="28"/>
          <w:rtl/>
        </w:rPr>
        <w:t>قد</w:t>
      </w:r>
      <w:r w:rsidRPr="00E52DB3">
        <w:rPr>
          <w:rFonts w:ascii="Sakkal Majalla" w:hAnsi="Sakkal Majalla" w:cs="Sakkal Majalla"/>
          <w:szCs w:val="28"/>
          <w:rtl/>
        </w:rPr>
        <w:t xml:space="preserve"> </w:t>
      </w:r>
      <w:r w:rsidRPr="00E52DB3">
        <w:rPr>
          <w:rFonts w:ascii="Sakkal Majalla" w:hAnsi="Sakkal Majalla" w:cs="Sakkal Majalla" w:hint="cs"/>
          <w:szCs w:val="28"/>
          <w:rtl/>
        </w:rPr>
        <w:t>يبدو</w:t>
      </w:r>
      <w:r w:rsidRPr="00E52DB3">
        <w:rPr>
          <w:rFonts w:ascii="Sakkal Majalla" w:hAnsi="Sakkal Majalla" w:cs="Sakkal Majalla"/>
          <w:szCs w:val="28"/>
          <w:rtl/>
        </w:rPr>
        <w:t xml:space="preserve"> </w:t>
      </w:r>
      <w:r w:rsidRPr="00E52DB3">
        <w:rPr>
          <w:rFonts w:ascii="Sakkal Majalla" w:hAnsi="Sakkal Majalla" w:cs="Sakkal Majalla" w:hint="cs"/>
          <w:szCs w:val="28"/>
          <w:rtl/>
        </w:rPr>
        <w:t>للوهلة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الأولى</w:t>
      </w:r>
      <w:r w:rsidRPr="00E52DB3">
        <w:rPr>
          <w:rFonts w:ascii="Sakkal Majalla" w:hAnsi="Sakkal Majalla" w:cs="Sakkal Majalla"/>
          <w:szCs w:val="28"/>
          <w:rtl/>
        </w:rPr>
        <w:t xml:space="preserve"> </w:t>
      </w:r>
      <w:r w:rsidRPr="00E52DB3">
        <w:rPr>
          <w:rFonts w:ascii="Sakkal Majalla" w:hAnsi="Sakkal Majalla" w:cs="Sakkal Majalla" w:hint="cs"/>
          <w:szCs w:val="28"/>
          <w:rtl/>
        </w:rPr>
        <w:t>أن</w:t>
      </w:r>
      <w:r w:rsidRPr="00E52DB3">
        <w:rPr>
          <w:rFonts w:ascii="Sakkal Majalla" w:hAnsi="Sakkal Majalla" w:cs="Sakkal Majalla"/>
          <w:szCs w:val="28"/>
          <w:rtl/>
        </w:rPr>
        <w:t xml:space="preserve"> </w:t>
      </w:r>
      <w:r w:rsidRPr="00E52DB3">
        <w:rPr>
          <w:rFonts w:ascii="Sakkal Majalla" w:hAnsi="Sakkal Majalla" w:cs="Sakkal Majalla" w:hint="cs"/>
          <w:szCs w:val="28"/>
          <w:rtl/>
        </w:rPr>
        <w:t>تفوق</w:t>
      </w:r>
      <w:r w:rsidRPr="00E52DB3">
        <w:rPr>
          <w:rFonts w:ascii="Sakkal Majalla" w:hAnsi="Sakkal Majalla" w:cs="Sakkal Majalla"/>
          <w:szCs w:val="28"/>
          <w:rtl/>
        </w:rPr>
        <w:t xml:space="preserve"> </w:t>
      </w:r>
      <w:r w:rsidRPr="00E52DB3">
        <w:rPr>
          <w:rFonts w:ascii="Sakkal Majalla" w:hAnsi="Sakkal Majalla" w:cs="Sakkal Majalla" w:hint="cs"/>
          <w:szCs w:val="28"/>
          <w:rtl/>
        </w:rPr>
        <w:t>القدرة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الامتصاصية</w:t>
      </w:r>
      <w:r w:rsidRPr="00E52DB3">
        <w:rPr>
          <w:rFonts w:ascii="Sakkal Majalla" w:hAnsi="Sakkal Majalla" w:cs="Sakkal Majalla"/>
          <w:szCs w:val="28"/>
          <w:rtl/>
        </w:rPr>
        <w:t xml:space="preserve"> </w:t>
      </w:r>
      <w:r w:rsidRPr="00E52DB3">
        <w:rPr>
          <w:rFonts w:ascii="Sakkal Majalla" w:hAnsi="Sakkal Majalla" w:cs="Sakkal Majalla" w:hint="cs"/>
          <w:szCs w:val="28"/>
          <w:rtl/>
        </w:rPr>
        <w:t>على</w:t>
      </w:r>
      <w:r w:rsidRPr="00E52DB3">
        <w:rPr>
          <w:rFonts w:ascii="Sakkal Majalla" w:hAnsi="Sakkal Majalla" w:cs="Sakkal Majalla"/>
          <w:szCs w:val="28"/>
          <w:rtl/>
        </w:rPr>
        <w:t xml:space="preserve"> </w:t>
      </w:r>
      <w:r w:rsidRPr="00E52DB3">
        <w:rPr>
          <w:rFonts w:ascii="Sakkal Majalla" w:hAnsi="Sakkal Majalla" w:cs="Sakkal Majalla" w:hint="cs"/>
          <w:szCs w:val="28"/>
          <w:rtl/>
        </w:rPr>
        <w:t>العوامل</w:t>
      </w:r>
      <w:r w:rsidRPr="00E52DB3">
        <w:rPr>
          <w:rFonts w:ascii="Sakkal Majalla" w:hAnsi="Sakkal Majalla" w:cs="Sakkal Majalla"/>
          <w:szCs w:val="28"/>
          <w:rtl/>
        </w:rPr>
        <w:t xml:space="preserve"> </w:t>
      </w:r>
      <w:r w:rsidRPr="00E52DB3">
        <w:rPr>
          <w:rFonts w:ascii="Sakkal Majalla" w:hAnsi="Sakkal Majalla" w:cs="Sakkal Majalla" w:hint="cs"/>
          <w:szCs w:val="28"/>
          <w:rtl/>
        </w:rPr>
        <w:t>الداخلية</w:t>
      </w:r>
      <w:r w:rsidRPr="00E52DB3">
        <w:rPr>
          <w:rFonts w:ascii="Sakkal Majalla" w:hAnsi="Sakkal Majalla" w:cs="Sakkal Majalla"/>
          <w:szCs w:val="28"/>
          <w:rtl/>
        </w:rPr>
        <w:t xml:space="preserve"> </w:t>
      </w:r>
      <w:r w:rsidRPr="00E52DB3">
        <w:rPr>
          <w:rFonts w:ascii="Sakkal Majalla" w:hAnsi="Sakkal Majalla" w:cs="Sakkal Majalla" w:hint="cs"/>
          <w:szCs w:val="28"/>
          <w:rtl/>
        </w:rPr>
        <w:t>أمر</w:t>
      </w:r>
      <w:r w:rsidRPr="00E52DB3">
        <w:rPr>
          <w:rFonts w:ascii="Sakkal Majalla" w:hAnsi="Sakkal Majalla" w:cs="Sakkal Majalla"/>
          <w:szCs w:val="28"/>
          <w:rtl/>
        </w:rPr>
        <w:t xml:space="preserve"> </w:t>
      </w:r>
      <w:r w:rsidRPr="00E52DB3">
        <w:rPr>
          <w:rFonts w:ascii="Sakkal Majalla" w:hAnsi="Sakkal Majalla" w:cs="Sakkal Majalla" w:hint="cs"/>
          <w:szCs w:val="28"/>
          <w:rtl/>
        </w:rPr>
        <w:t>غير</w:t>
      </w:r>
      <w:r w:rsidRPr="00E52DB3">
        <w:rPr>
          <w:rFonts w:ascii="Sakkal Majalla" w:hAnsi="Sakkal Majalla" w:cs="Sakkal Majalla"/>
          <w:szCs w:val="28"/>
          <w:rtl/>
        </w:rPr>
        <w:t xml:space="preserve"> </w:t>
      </w:r>
      <w:r w:rsidRPr="00E52DB3">
        <w:rPr>
          <w:rFonts w:ascii="Sakkal Majalla" w:hAnsi="Sakkal Majalla" w:cs="Sakkal Majalla" w:hint="cs"/>
          <w:szCs w:val="28"/>
          <w:rtl/>
        </w:rPr>
        <w:t>منطقي،</w:t>
      </w:r>
      <w:r w:rsidRPr="00E52DB3">
        <w:rPr>
          <w:rFonts w:ascii="Sakkal Majalla" w:hAnsi="Sakkal Majalla" w:cs="Sakkal Majalla"/>
          <w:szCs w:val="28"/>
          <w:rtl/>
        </w:rPr>
        <w:t xml:space="preserve"> </w:t>
      </w:r>
      <w:r w:rsidRPr="00E52DB3">
        <w:rPr>
          <w:rFonts w:ascii="Sakkal Majalla" w:hAnsi="Sakkal Majalla" w:cs="Sakkal Majalla" w:hint="cs"/>
          <w:szCs w:val="28"/>
          <w:rtl/>
        </w:rPr>
        <w:t>نظرًا</w:t>
      </w:r>
      <w:r w:rsidRPr="00E52DB3">
        <w:rPr>
          <w:rFonts w:ascii="Sakkal Majalla" w:hAnsi="Sakkal Majalla" w:cs="Sakkal Majalla"/>
          <w:szCs w:val="28"/>
          <w:rtl/>
        </w:rPr>
        <w:t xml:space="preserve"> </w:t>
      </w:r>
      <w:r w:rsidRPr="00E52DB3">
        <w:rPr>
          <w:rFonts w:ascii="Sakkal Majalla" w:hAnsi="Sakkal Majalla" w:cs="Sakkal Majalla" w:hint="cs"/>
          <w:szCs w:val="28"/>
          <w:rtl/>
        </w:rPr>
        <w:t>لاعتمادها</w:t>
      </w:r>
      <w:r w:rsidRPr="00E52DB3">
        <w:rPr>
          <w:rFonts w:ascii="Sakkal Majalla" w:hAnsi="Sakkal Majalla" w:cs="Sakkal Majalla"/>
          <w:szCs w:val="28"/>
          <w:rtl/>
        </w:rPr>
        <w:t xml:space="preserve"> </w:t>
      </w:r>
      <w:r w:rsidRPr="00E52DB3">
        <w:rPr>
          <w:rFonts w:ascii="Sakkal Majalla" w:hAnsi="Sakkal Majalla" w:cs="Sakkal Majalla" w:hint="cs"/>
          <w:szCs w:val="28"/>
          <w:rtl/>
        </w:rPr>
        <w:t>عليها</w:t>
      </w:r>
      <w:r w:rsidRPr="00E52DB3">
        <w:rPr>
          <w:rFonts w:ascii="Sakkal Majalla" w:hAnsi="Sakkal Majalla" w:cs="Sakkal Majalla"/>
          <w:szCs w:val="28"/>
          <w:rtl/>
        </w:rPr>
        <w:t xml:space="preserve">. </w:t>
      </w:r>
      <w:r w:rsidRPr="00E52DB3">
        <w:rPr>
          <w:rFonts w:ascii="Sakkal Majalla" w:hAnsi="Sakkal Majalla" w:cs="Sakkal Majalla" w:hint="cs"/>
          <w:szCs w:val="28"/>
          <w:rtl/>
        </w:rPr>
        <w:t>لكن</w:t>
      </w:r>
      <w:r w:rsidRPr="00E52DB3">
        <w:rPr>
          <w:rFonts w:ascii="Sakkal Majalla" w:hAnsi="Sakkal Majalla" w:cs="Sakkal Majalla"/>
          <w:szCs w:val="28"/>
          <w:rtl/>
        </w:rPr>
        <w:t xml:space="preserve"> </w:t>
      </w:r>
      <w:r w:rsidRPr="00E52DB3">
        <w:rPr>
          <w:rFonts w:ascii="Sakkal Majalla" w:hAnsi="Sakkal Majalla" w:cs="Sakkal Majalla" w:hint="cs"/>
          <w:szCs w:val="28"/>
          <w:rtl/>
        </w:rPr>
        <w:t>التفسير</w:t>
      </w:r>
      <w:r w:rsidRPr="00E52DB3">
        <w:rPr>
          <w:rFonts w:ascii="Sakkal Majalla" w:hAnsi="Sakkal Majalla" w:cs="Sakkal Majalla"/>
          <w:szCs w:val="28"/>
          <w:rtl/>
        </w:rPr>
        <w:t xml:space="preserve"> </w:t>
      </w:r>
      <w:r w:rsidRPr="00E52DB3">
        <w:rPr>
          <w:rFonts w:ascii="Sakkal Majalla" w:hAnsi="Sakkal Majalla" w:cs="Sakkal Majalla" w:hint="cs"/>
          <w:szCs w:val="28"/>
          <w:rtl/>
        </w:rPr>
        <w:t>يكمن</w:t>
      </w:r>
      <w:r w:rsidRPr="00E52DB3">
        <w:rPr>
          <w:rFonts w:ascii="Sakkal Majalla" w:hAnsi="Sakkal Majalla" w:cs="Sakkal Majalla"/>
          <w:szCs w:val="28"/>
          <w:rtl/>
        </w:rPr>
        <w:t xml:space="preserve"> </w:t>
      </w:r>
      <w:r w:rsidRPr="00E52DB3">
        <w:rPr>
          <w:rFonts w:ascii="Sakkal Majalla" w:hAnsi="Sakkal Majalla" w:cs="Sakkal Majalla" w:hint="cs"/>
          <w:szCs w:val="28"/>
          <w:rtl/>
        </w:rPr>
        <w:t>في</w:t>
      </w:r>
      <w:r w:rsidRPr="00E52DB3">
        <w:rPr>
          <w:rFonts w:ascii="Sakkal Majalla" w:hAnsi="Sakkal Majalla" w:cs="Sakkal Majalla"/>
          <w:szCs w:val="28"/>
          <w:rtl/>
        </w:rPr>
        <w:t xml:space="preserve"> </w:t>
      </w:r>
      <w:r w:rsidRPr="00E52DB3">
        <w:rPr>
          <w:rFonts w:ascii="Sakkal Majalla" w:hAnsi="Sakkal Majalla" w:cs="Sakkal Majalla" w:hint="cs"/>
          <w:szCs w:val="28"/>
          <w:rtl/>
        </w:rPr>
        <w:t>أن</w:t>
      </w:r>
      <w:r w:rsidRPr="00E52DB3">
        <w:rPr>
          <w:rFonts w:ascii="Sakkal Majalla" w:hAnsi="Sakkal Majalla" w:cs="Sakkal Majalla"/>
          <w:szCs w:val="28"/>
          <w:rtl/>
        </w:rPr>
        <w:t xml:space="preserve"> </w:t>
      </w:r>
      <w:r w:rsidRPr="00E52DB3">
        <w:rPr>
          <w:rFonts w:ascii="Sakkal Majalla" w:hAnsi="Sakkal Majalla" w:cs="Sakkal Majalla" w:hint="cs"/>
          <w:szCs w:val="28"/>
          <w:rtl/>
        </w:rPr>
        <w:t>القدرة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الامتصاصية</w:t>
      </w:r>
      <w:r w:rsidRPr="00E52DB3">
        <w:rPr>
          <w:rFonts w:ascii="Sakkal Majalla" w:hAnsi="Sakkal Majalla" w:cs="Sakkal Majalla"/>
          <w:szCs w:val="28"/>
          <w:rtl/>
        </w:rPr>
        <w:t xml:space="preserve"> </w:t>
      </w:r>
      <w:r w:rsidRPr="00E52DB3">
        <w:rPr>
          <w:rFonts w:ascii="Sakkal Majalla" w:hAnsi="Sakkal Majalla" w:cs="Sakkal Majalla" w:hint="cs"/>
          <w:szCs w:val="28"/>
          <w:rtl/>
        </w:rPr>
        <w:t>تعمل</w:t>
      </w:r>
      <w:r w:rsidRPr="00E52DB3">
        <w:rPr>
          <w:rFonts w:ascii="Sakkal Majalla" w:hAnsi="Sakkal Majalla" w:cs="Sakkal Majalla"/>
          <w:szCs w:val="28"/>
          <w:rtl/>
        </w:rPr>
        <w:t xml:space="preserve"> </w:t>
      </w:r>
      <w:r w:rsidRPr="00E52DB3">
        <w:rPr>
          <w:rFonts w:ascii="Sakkal Majalla" w:hAnsi="Sakkal Majalla" w:cs="Sakkal Majalla" w:hint="cs"/>
          <w:szCs w:val="28"/>
          <w:rtl/>
        </w:rPr>
        <w:t>كقناة</w:t>
      </w:r>
      <w:r w:rsidRPr="00E52DB3">
        <w:rPr>
          <w:rFonts w:ascii="Sakkal Majalla" w:hAnsi="Sakkal Majalla" w:cs="Sakkal Majalla"/>
          <w:szCs w:val="28"/>
          <w:rtl/>
        </w:rPr>
        <w:t xml:space="preserve"> </w:t>
      </w:r>
      <w:r w:rsidRPr="00E52DB3">
        <w:rPr>
          <w:rFonts w:ascii="Sakkal Majalla" w:hAnsi="Sakkal Majalla" w:cs="Sakkal Majalla" w:hint="cs"/>
          <w:szCs w:val="28"/>
          <w:rtl/>
        </w:rPr>
        <w:t>وسيطة</w:t>
      </w:r>
      <w:r w:rsidRPr="00E52DB3">
        <w:rPr>
          <w:rFonts w:ascii="Sakkal Majalla" w:hAnsi="Sakkal Majalla" w:cs="Sakkal Majalla"/>
          <w:szCs w:val="28"/>
          <w:rtl/>
        </w:rPr>
        <w:t xml:space="preserve"> </w:t>
      </w:r>
      <w:r w:rsidRPr="00E52DB3">
        <w:rPr>
          <w:rFonts w:ascii="Sakkal Majalla" w:hAnsi="Sakkal Majalla" w:cs="Sakkal Majalla" w:hint="cs"/>
          <w:szCs w:val="28"/>
          <w:rtl/>
        </w:rPr>
        <w:t>تنقل</w:t>
      </w:r>
      <w:r w:rsidRPr="00E52DB3">
        <w:rPr>
          <w:rFonts w:ascii="Sakkal Majalla" w:hAnsi="Sakkal Majalla" w:cs="Sakkal Majalla"/>
          <w:szCs w:val="28"/>
          <w:rtl/>
        </w:rPr>
        <w:t xml:space="preserve"> </w:t>
      </w:r>
      <w:r w:rsidRPr="00E52DB3">
        <w:rPr>
          <w:rFonts w:ascii="Sakkal Majalla" w:hAnsi="Sakkal Majalla" w:cs="Sakkal Majalla" w:hint="cs"/>
          <w:szCs w:val="28"/>
          <w:rtl/>
        </w:rPr>
        <w:t>أثر</w:t>
      </w:r>
      <w:r w:rsidRPr="00E52DB3">
        <w:rPr>
          <w:rFonts w:ascii="Sakkal Majalla" w:hAnsi="Sakkal Majalla" w:cs="Sakkal Majalla"/>
          <w:szCs w:val="28"/>
          <w:rtl/>
        </w:rPr>
        <w:t xml:space="preserve"> </w:t>
      </w:r>
      <w:r w:rsidRPr="00E52DB3">
        <w:rPr>
          <w:rFonts w:ascii="Sakkal Majalla" w:hAnsi="Sakkal Majalla" w:cs="Sakkal Majalla" w:hint="cs"/>
          <w:szCs w:val="28"/>
          <w:rtl/>
        </w:rPr>
        <w:t>العوامل</w:t>
      </w:r>
      <w:r w:rsidRPr="00E52DB3">
        <w:rPr>
          <w:rFonts w:ascii="Sakkal Majalla" w:hAnsi="Sakkal Majalla" w:cs="Sakkal Majalla"/>
          <w:szCs w:val="28"/>
          <w:rtl/>
        </w:rPr>
        <w:t xml:space="preserve"> </w:t>
      </w:r>
      <w:r w:rsidRPr="00E52DB3">
        <w:rPr>
          <w:rFonts w:ascii="Sakkal Majalla" w:hAnsi="Sakkal Majalla" w:cs="Sakkal Majalla" w:hint="cs"/>
          <w:szCs w:val="28"/>
          <w:rtl/>
        </w:rPr>
        <w:t>الداخلية</w:t>
      </w:r>
      <w:r w:rsidRPr="00E52DB3">
        <w:rPr>
          <w:rFonts w:ascii="Sakkal Majalla" w:hAnsi="Sakkal Majalla" w:cs="Sakkal Majalla"/>
          <w:szCs w:val="28"/>
          <w:rtl/>
        </w:rPr>
        <w:t xml:space="preserve"> </w:t>
      </w:r>
      <w:r w:rsidRPr="00E52DB3">
        <w:rPr>
          <w:rFonts w:ascii="Sakkal Majalla" w:hAnsi="Sakkal Majalla" w:cs="Sakkal Majalla" w:hint="cs"/>
          <w:szCs w:val="28"/>
          <w:rtl/>
        </w:rPr>
        <w:t>إلى</w:t>
      </w:r>
      <w:r w:rsidRPr="00E52DB3">
        <w:rPr>
          <w:rFonts w:ascii="Sakkal Majalla" w:hAnsi="Sakkal Majalla" w:cs="Sakkal Majalla"/>
          <w:szCs w:val="28"/>
          <w:rtl/>
        </w:rPr>
        <w:t xml:space="preserve"> </w:t>
      </w:r>
      <w:r w:rsidRPr="00E52DB3">
        <w:rPr>
          <w:rFonts w:ascii="Sakkal Majalla" w:hAnsi="Sakkal Majalla" w:cs="Sakkal Majalla" w:hint="cs"/>
          <w:szCs w:val="28"/>
          <w:rtl/>
        </w:rPr>
        <w:t>النتيجة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النهائية،</w:t>
      </w:r>
      <w:r w:rsidRPr="00E52DB3">
        <w:rPr>
          <w:rFonts w:ascii="Sakkal Majalla" w:hAnsi="Sakkal Majalla" w:cs="Sakkal Majalla"/>
          <w:szCs w:val="28"/>
          <w:rtl/>
        </w:rPr>
        <w:t xml:space="preserve"> </w:t>
      </w:r>
      <w:r w:rsidRPr="00E52DB3">
        <w:rPr>
          <w:rFonts w:ascii="Sakkal Majalla" w:hAnsi="Sakkal Majalla" w:cs="Sakkal Majalla" w:hint="cs"/>
          <w:szCs w:val="28"/>
          <w:rtl/>
        </w:rPr>
        <w:t>أي</w:t>
      </w:r>
      <w:r w:rsidRPr="00E52DB3">
        <w:rPr>
          <w:rFonts w:ascii="Sakkal Majalla" w:hAnsi="Sakkal Majalla" w:cs="Sakkal Majalla"/>
          <w:szCs w:val="28"/>
          <w:rtl/>
        </w:rPr>
        <w:t xml:space="preserve"> </w:t>
      </w:r>
      <w:r w:rsidRPr="00E52DB3">
        <w:rPr>
          <w:rFonts w:ascii="Sakkal Majalla" w:hAnsi="Sakkal Majalla" w:cs="Sakkal Majalla" w:hint="cs"/>
          <w:szCs w:val="28"/>
          <w:rtl/>
        </w:rPr>
        <w:t>استدامة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الابتكار</w:t>
      </w:r>
      <w:r w:rsidRPr="00E52DB3">
        <w:rPr>
          <w:rFonts w:ascii="Sakkal Majalla" w:hAnsi="Sakkal Majalla" w:cs="Sakkal Majalla"/>
          <w:szCs w:val="28"/>
          <w:rtl/>
        </w:rPr>
        <w:t xml:space="preserve">. </w:t>
      </w:r>
      <w:r w:rsidRPr="00E52DB3">
        <w:rPr>
          <w:rFonts w:ascii="Sakkal Majalla" w:hAnsi="Sakkal Majalla" w:cs="Sakkal Majalla" w:hint="cs"/>
          <w:szCs w:val="28"/>
          <w:rtl/>
        </w:rPr>
        <w:t>العوامل</w:t>
      </w:r>
      <w:r w:rsidRPr="00E52DB3">
        <w:rPr>
          <w:rFonts w:ascii="Sakkal Majalla" w:hAnsi="Sakkal Majalla" w:cs="Sakkal Majalla"/>
          <w:szCs w:val="28"/>
          <w:rtl/>
        </w:rPr>
        <w:t xml:space="preserve"> </w:t>
      </w:r>
      <w:r w:rsidRPr="00E52DB3">
        <w:rPr>
          <w:rFonts w:ascii="Sakkal Majalla" w:hAnsi="Sakkal Majalla" w:cs="Sakkal Majalla" w:hint="cs"/>
          <w:szCs w:val="28"/>
          <w:rtl/>
        </w:rPr>
        <w:t>الداخلية</w:t>
      </w:r>
      <w:r w:rsidRPr="00E52DB3">
        <w:rPr>
          <w:rFonts w:ascii="Sakkal Majalla" w:hAnsi="Sakkal Majalla" w:cs="Sakkal Majalla"/>
          <w:szCs w:val="28"/>
          <w:rtl/>
        </w:rPr>
        <w:t xml:space="preserve"> (</w:t>
      </w:r>
      <w:r w:rsidRPr="00E52DB3">
        <w:rPr>
          <w:rFonts w:ascii="Sakkal Majalla" w:hAnsi="Sakkal Majalla" w:cs="Sakkal Majalla" w:hint="cs"/>
          <w:szCs w:val="28"/>
          <w:rtl/>
        </w:rPr>
        <w:t>مثل</w:t>
      </w:r>
      <w:r w:rsidRPr="00E52DB3">
        <w:rPr>
          <w:rFonts w:ascii="Sakkal Majalla" w:hAnsi="Sakkal Majalla" w:cs="Sakkal Majalla"/>
          <w:szCs w:val="28"/>
          <w:rtl/>
        </w:rPr>
        <w:t xml:space="preserve"> </w:t>
      </w:r>
      <w:r w:rsidRPr="00E52DB3">
        <w:rPr>
          <w:rFonts w:ascii="Sakkal Majalla" w:hAnsi="Sakkal Majalla" w:cs="Sakkal Majalla" w:hint="cs"/>
          <w:szCs w:val="28"/>
          <w:rtl/>
        </w:rPr>
        <w:t>القيادة،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الثقافة،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الموارد</w:t>
      </w:r>
      <w:r w:rsidRPr="00E52DB3">
        <w:rPr>
          <w:rFonts w:ascii="Sakkal Majalla" w:hAnsi="Sakkal Majalla" w:cs="Sakkal Majalla"/>
          <w:szCs w:val="28"/>
          <w:rtl/>
        </w:rPr>
        <w:t xml:space="preserve">) </w:t>
      </w:r>
      <w:r w:rsidRPr="00E52DB3">
        <w:rPr>
          <w:rFonts w:ascii="Sakkal Majalla" w:hAnsi="Sakkal Majalla" w:cs="Sakkal Majalla" w:hint="cs"/>
          <w:szCs w:val="28"/>
          <w:rtl/>
        </w:rPr>
        <w:t>تهيئ</w:t>
      </w:r>
      <w:r w:rsidRPr="00E52DB3">
        <w:rPr>
          <w:rFonts w:ascii="Sakkal Majalla" w:hAnsi="Sakkal Majalla" w:cs="Sakkal Majalla"/>
          <w:szCs w:val="28"/>
          <w:rtl/>
        </w:rPr>
        <w:t xml:space="preserve"> </w:t>
      </w:r>
      <w:r w:rsidRPr="00E52DB3">
        <w:rPr>
          <w:rFonts w:ascii="Sakkal Majalla" w:hAnsi="Sakkal Majalla" w:cs="Sakkal Majalla" w:hint="cs"/>
          <w:szCs w:val="28"/>
          <w:rtl/>
        </w:rPr>
        <w:t>البيئة،</w:t>
      </w:r>
      <w:r w:rsidRPr="00E52DB3">
        <w:rPr>
          <w:rFonts w:ascii="Sakkal Majalla" w:hAnsi="Sakkal Majalla" w:cs="Sakkal Majalla"/>
          <w:szCs w:val="28"/>
          <w:rtl/>
        </w:rPr>
        <w:t xml:space="preserve"> </w:t>
      </w:r>
      <w:r w:rsidRPr="00E52DB3">
        <w:rPr>
          <w:rFonts w:ascii="Sakkal Majalla" w:hAnsi="Sakkal Majalla" w:cs="Sakkal Majalla" w:hint="cs"/>
          <w:szCs w:val="28"/>
          <w:rtl/>
        </w:rPr>
        <w:t>بينما</w:t>
      </w:r>
      <w:r w:rsidRPr="00E52DB3">
        <w:rPr>
          <w:rFonts w:ascii="Sakkal Majalla" w:hAnsi="Sakkal Majalla" w:cs="Sakkal Majalla"/>
          <w:szCs w:val="28"/>
          <w:rtl/>
        </w:rPr>
        <w:t xml:space="preserve"> </w:t>
      </w:r>
      <w:r w:rsidRPr="00E52DB3">
        <w:rPr>
          <w:rFonts w:ascii="Sakkal Majalla" w:hAnsi="Sakkal Majalla" w:cs="Sakkal Majalla" w:hint="cs"/>
          <w:szCs w:val="28"/>
          <w:rtl/>
        </w:rPr>
        <w:t>القدرة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الامتصاصية</w:t>
      </w:r>
      <w:r w:rsidRPr="00E52DB3">
        <w:rPr>
          <w:rFonts w:ascii="Sakkal Majalla" w:hAnsi="Sakkal Majalla" w:cs="Sakkal Majalla"/>
          <w:szCs w:val="28"/>
          <w:rtl/>
        </w:rPr>
        <w:t xml:space="preserve"> </w:t>
      </w:r>
      <w:r w:rsidRPr="00E52DB3">
        <w:rPr>
          <w:rFonts w:ascii="Sakkal Majalla" w:hAnsi="Sakkal Majalla" w:cs="Sakkal Majalla" w:hint="cs"/>
          <w:szCs w:val="28"/>
          <w:rtl/>
        </w:rPr>
        <w:t>هي</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المحرك</w:t>
      </w:r>
      <w:r w:rsidRPr="00E52DB3">
        <w:rPr>
          <w:rFonts w:ascii="Sakkal Majalla" w:hAnsi="Sakkal Majalla" w:cs="Sakkal Majalla"/>
          <w:szCs w:val="28"/>
          <w:rtl/>
        </w:rPr>
        <w:t xml:space="preserve">" </w:t>
      </w:r>
      <w:r w:rsidRPr="00E52DB3">
        <w:rPr>
          <w:rFonts w:ascii="Sakkal Majalla" w:hAnsi="Sakkal Majalla" w:cs="Sakkal Majalla" w:hint="cs"/>
          <w:szCs w:val="28"/>
          <w:rtl/>
        </w:rPr>
        <w:t>الذي</w:t>
      </w:r>
      <w:r w:rsidRPr="00E52DB3">
        <w:rPr>
          <w:rFonts w:ascii="Sakkal Majalla" w:hAnsi="Sakkal Majalla" w:cs="Sakkal Majalla"/>
          <w:szCs w:val="28"/>
          <w:rtl/>
        </w:rPr>
        <w:t xml:space="preserve"> </w:t>
      </w:r>
      <w:r w:rsidRPr="00E52DB3">
        <w:rPr>
          <w:rFonts w:ascii="Sakkal Majalla" w:hAnsi="Sakkal Majalla" w:cs="Sakkal Majalla" w:hint="cs"/>
          <w:szCs w:val="28"/>
          <w:rtl/>
        </w:rPr>
        <w:t>يلتقط</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المعرفة</w:t>
      </w:r>
      <w:r w:rsidRPr="00E52DB3">
        <w:rPr>
          <w:rFonts w:ascii="Sakkal Majalla" w:hAnsi="Sakkal Majalla" w:cs="Sakkal Majalla"/>
          <w:szCs w:val="28"/>
          <w:rtl/>
        </w:rPr>
        <w:t xml:space="preserve"> </w:t>
      </w:r>
      <w:r w:rsidRPr="00E52DB3">
        <w:rPr>
          <w:rFonts w:ascii="Sakkal Majalla" w:hAnsi="Sakkal Majalla" w:cs="Sakkal Majalla" w:hint="cs"/>
          <w:szCs w:val="28"/>
          <w:rtl/>
        </w:rPr>
        <w:t>من</w:t>
      </w:r>
      <w:r w:rsidRPr="00E52DB3">
        <w:rPr>
          <w:rFonts w:ascii="Sakkal Majalla" w:hAnsi="Sakkal Majalla" w:cs="Sakkal Majalla"/>
          <w:szCs w:val="28"/>
          <w:rtl/>
        </w:rPr>
        <w:t xml:space="preserve"> </w:t>
      </w:r>
      <w:r w:rsidRPr="00E52DB3">
        <w:rPr>
          <w:rFonts w:ascii="Sakkal Majalla" w:hAnsi="Sakkal Majalla" w:cs="Sakkal Majalla" w:hint="cs"/>
          <w:szCs w:val="28"/>
          <w:rtl/>
        </w:rPr>
        <w:t>الخارج</w:t>
      </w:r>
      <w:r w:rsidRPr="00E52DB3">
        <w:rPr>
          <w:rFonts w:ascii="Sakkal Majalla" w:hAnsi="Sakkal Majalla" w:cs="Sakkal Majalla"/>
          <w:szCs w:val="28"/>
          <w:rtl/>
        </w:rPr>
        <w:t xml:space="preserve"> </w:t>
      </w:r>
      <w:r w:rsidRPr="00E52DB3">
        <w:rPr>
          <w:rFonts w:ascii="Sakkal Majalla" w:hAnsi="Sakkal Majalla" w:cs="Sakkal Majalla" w:hint="cs"/>
          <w:szCs w:val="28"/>
          <w:rtl/>
        </w:rPr>
        <w:t>ويحوّلها</w:t>
      </w:r>
      <w:r w:rsidRPr="00E52DB3">
        <w:rPr>
          <w:rFonts w:ascii="Sakkal Majalla" w:hAnsi="Sakkal Majalla" w:cs="Sakkal Majalla"/>
          <w:szCs w:val="28"/>
          <w:rtl/>
        </w:rPr>
        <w:t xml:space="preserve"> </w:t>
      </w:r>
      <w:r w:rsidRPr="00E52DB3">
        <w:rPr>
          <w:rFonts w:ascii="Sakkal Majalla" w:hAnsi="Sakkal Majalla" w:cs="Sakkal Majalla" w:hint="cs"/>
          <w:szCs w:val="28"/>
          <w:rtl/>
        </w:rPr>
        <w:t>إلى</w:t>
      </w:r>
      <w:r w:rsidRPr="00E52DB3">
        <w:rPr>
          <w:rFonts w:ascii="Sakkal Majalla" w:hAnsi="Sakkal Majalla" w:cs="Sakkal Majalla"/>
          <w:szCs w:val="28"/>
          <w:rtl/>
        </w:rPr>
        <w:t xml:space="preserve"> </w:t>
      </w:r>
      <w:r w:rsidRPr="00E52DB3">
        <w:rPr>
          <w:rFonts w:ascii="Sakkal Majalla" w:hAnsi="Sakkal Majalla" w:cs="Sakkal Majalla" w:hint="cs"/>
          <w:szCs w:val="28"/>
          <w:rtl/>
        </w:rPr>
        <w:t>ممارسات</w:t>
      </w:r>
      <w:r w:rsidRPr="00E52DB3">
        <w:rPr>
          <w:rFonts w:ascii="Sakkal Majalla" w:hAnsi="Sakkal Majalla" w:cs="Sakkal Majalla"/>
          <w:szCs w:val="28"/>
          <w:rtl/>
        </w:rPr>
        <w:t xml:space="preserve"> </w:t>
      </w:r>
      <w:r w:rsidRPr="00E52DB3">
        <w:rPr>
          <w:rFonts w:ascii="Sakkal Majalla" w:hAnsi="Sakkal Majalla" w:cs="Sakkal Majalla" w:hint="cs"/>
          <w:szCs w:val="28"/>
          <w:rtl/>
        </w:rPr>
        <w:t>فعلية</w:t>
      </w:r>
      <w:r w:rsidRPr="00E52DB3">
        <w:rPr>
          <w:rFonts w:ascii="Sakkal Majalla" w:hAnsi="Sakkal Majalla" w:cs="Sakkal Majalla"/>
          <w:szCs w:val="28"/>
        </w:rPr>
        <w:t>.</w:t>
      </w:r>
    </w:p>
    <w:p w14:paraId="6F1AF313" w14:textId="3905B8A4" w:rsidR="00E52DB3" w:rsidRPr="00E52DB3" w:rsidRDefault="00E52DB3" w:rsidP="00634497">
      <w:pPr>
        <w:bidi/>
        <w:spacing w:line="360" w:lineRule="auto"/>
        <w:jc w:val="lowKashida"/>
        <w:rPr>
          <w:rFonts w:ascii="Sakkal Majalla" w:hAnsi="Sakkal Majalla" w:cs="Sakkal Majalla"/>
          <w:szCs w:val="28"/>
          <w:rtl/>
        </w:rPr>
      </w:pPr>
      <w:r w:rsidRPr="00E52DB3">
        <w:rPr>
          <w:rFonts w:ascii="Sakkal Majalla" w:hAnsi="Sakkal Majalla" w:cs="Sakkal Majalla" w:hint="cs"/>
          <w:szCs w:val="28"/>
          <w:rtl/>
        </w:rPr>
        <w:t>في</w:t>
      </w:r>
      <w:r w:rsidRPr="00E52DB3">
        <w:rPr>
          <w:rFonts w:ascii="Sakkal Majalla" w:hAnsi="Sakkal Majalla" w:cs="Sakkal Majalla"/>
          <w:szCs w:val="28"/>
          <w:rtl/>
        </w:rPr>
        <w:t xml:space="preserve"> </w:t>
      </w:r>
      <w:r w:rsidRPr="00E52DB3">
        <w:rPr>
          <w:rFonts w:ascii="Sakkal Majalla" w:hAnsi="Sakkal Majalla" w:cs="Sakkal Majalla" w:hint="cs"/>
          <w:szCs w:val="28"/>
          <w:rtl/>
        </w:rPr>
        <w:t>التحليل</w:t>
      </w:r>
      <w:r w:rsidRPr="00E52DB3">
        <w:rPr>
          <w:rFonts w:ascii="Sakkal Majalla" w:hAnsi="Sakkal Majalla" w:cs="Sakkal Majalla"/>
          <w:szCs w:val="28"/>
          <w:rtl/>
        </w:rPr>
        <w:t xml:space="preserve"> </w:t>
      </w:r>
      <w:r w:rsidRPr="00E52DB3">
        <w:rPr>
          <w:rFonts w:ascii="Sakkal Majalla" w:hAnsi="Sakkal Majalla" w:cs="Sakkal Majalla" w:hint="cs"/>
          <w:szCs w:val="28"/>
          <w:rtl/>
        </w:rPr>
        <w:t>الإحصائي،</w:t>
      </w:r>
      <w:r w:rsidRPr="00E52DB3">
        <w:rPr>
          <w:rFonts w:ascii="Sakkal Majalla" w:hAnsi="Sakkal Majalla" w:cs="Sakkal Majalla"/>
          <w:szCs w:val="28"/>
          <w:rtl/>
        </w:rPr>
        <w:t xml:space="preserve"> </w:t>
      </w:r>
      <w:r w:rsidRPr="00E52DB3">
        <w:rPr>
          <w:rFonts w:ascii="Sakkal Majalla" w:hAnsi="Sakkal Majalla" w:cs="Sakkal Majalla" w:hint="cs"/>
          <w:szCs w:val="28"/>
          <w:rtl/>
        </w:rPr>
        <w:t>عند</w:t>
      </w:r>
      <w:r w:rsidRPr="00E52DB3">
        <w:rPr>
          <w:rFonts w:ascii="Sakkal Majalla" w:hAnsi="Sakkal Majalla" w:cs="Sakkal Majalla"/>
          <w:szCs w:val="28"/>
          <w:rtl/>
        </w:rPr>
        <w:t xml:space="preserve"> </w:t>
      </w:r>
      <w:r w:rsidRPr="00E52DB3">
        <w:rPr>
          <w:rFonts w:ascii="Sakkal Majalla" w:hAnsi="Sakkal Majalla" w:cs="Sakkal Majalla" w:hint="cs"/>
          <w:szCs w:val="28"/>
          <w:rtl/>
        </w:rPr>
        <w:t>إدراج</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المتغيرين</w:t>
      </w:r>
      <w:r w:rsidRPr="00E52DB3">
        <w:rPr>
          <w:rFonts w:ascii="Sakkal Majalla" w:hAnsi="Sakkal Majalla" w:cs="Sakkal Majalla"/>
          <w:szCs w:val="28"/>
          <w:rtl/>
        </w:rPr>
        <w:t xml:space="preserve"> </w:t>
      </w:r>
      <w:r w:rsidRPr="00E52DB3">
        <w:rPr>
          <w:rFonts w:ascii="Sakkal Majalla" w:hAnsi="Sakkal Majalla" w:cs="Sakkal Majalla" w:hint="cs"/>
          <w:szCs w:val="28"/>
          <w:rtl/>
        </w:rPr>
        <w:t>معًا،</w:t>
      </w:r>
      <w:r w:rsidRPr="00E52DB3">
        <w:rPr>
          <w:rFonts w:ascii="Sakkal Majalla" w:hAnsi="Sakkal Majalla" w:cs="Sakkal Majalla"/>
          <w:szCs w:val="28"/>
          <w:rtl/>
        </w:rPr>
        <w:t xml:space="preserve"> </w:t>
      </w:r>
      <w:r w:rsidRPr="00E52DB3">
        <w:rPr>
          <w:rFonts w:ascii="Sakkal Majalla" w:hAnsi="Sakkal Majalla" w:cs="Sakkal Majalla" w:hint="cs"/>
          <w:szCs w:val="28"/>
          <w:rtl/>
        </w:rPr>
        <w:t>تنتقل</w:t>
      </w:r>
      <w:r w:rsidRPr="00E52DB3">
        <w:rPr>
          <w:rFonts w:ascii="Sakkal Majalla" w:hAnsi="Sakkal Majalla" w:cs="Sakkal Majalla"/>
          <w:szCs w:val="28"/>
          <w:rtl/>
        </w:rPr>
        <w:t xml:space="preserve"> </w:t>
      </w:r>
      <w:r w:rsidRPr="00E52DB3">
        <w:rPr>
          <w:rFonts w:ascii="Sakkal Majalla" w:hAnsi="Sakkal Majalla" w:cs="Sakkal Majalla" w:hint="cs"/>
          <w:szCs w:val="28"/>
          <w:rtl/>
        </w:rPr>
        <w:t>قوة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الأثر</w:t>
      </w:r>
      <w:r w:rsidRPr="00E52DB3">
        <w:rPr>
          <w:rFonts w:ascii="Sakkal Majalla" w:hAnsi="Sakkal Majalla" w:cs="Sakkal Majalla"/>
          <w:szCs w:val="28"/>
          <w:rtl/>
        </w:rPr>
        <w:t xml:space="preserve"> </w:t>
      </w:r>
      <w:r w:rsidRPr="00E52DB3">
        <w:rPr>
          <w:rFonts w:ascii="Sakkal Majalla" w:hAnsi="Sakkal Majalla" w:cs="Sakkal Majalla" w:hint="cs"/>
          <w:szCs w:val="28"/>
          <w:rtl/>
        </w:rPr>
        <w:t>إلى</w:t>
      </w:r>
      <w:r w:rsidRPr="00E52DB3">
        <w:rPr>
          <w:rFonts w:ascii="Sakkal Majalla" w:hAnsi="Sakkal Majalla" w:cs="Sakkal Majalla"/>
          <w:szCs w:val="28"/>
          <w:rtl/>
        </w:rPr>
        <w:t xml:space="preserve"> </w:t>
      </w:r>
      <w:r w:rsidRPr="00E52DB3">
        <w:rPr>
          <w:rFonts w:ascii="Sakkal Majalla" w:hAnsi="Sakkal Majalla" w:cs="Sakkal Majalla" w:hint="cs"/>
          <w:szCs w:val="28"/>
          <w:rtl/>
        </w:rPr>
        <w:t>القدرة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الامتصاصية</w:t>
      </w:r>
      <w:r w:rsidRPr="00E52DB3">
        <w:rPr>
          <w:rFonts w:ascii="Sakkal Majalla" w:hAnsi="Sakkal Majalla" w:cs="Sakkal Majalla"/>
          <w:szCs w:val="28"/>
          <w:rtl/>
        </w:rPr>
        <w:t xml:space="preserve"> </w:t>
      </w:r>
      <w:r w:rsidRPr="00E52DB3">
        <w:rPr>
          <w:rFonts w:ascii="Sakkal Majalla" w:hAnsi="Sakkal Majalla" w:cs="Sakkal Majalla" w:hint="cs"/>
          <w:szCs w:val="28"/>
          <w:rtl/>
        </w:rPr>
        <w:t>لأنها</w:t>
      </w:r>
      <w:r w:rsidRPr="00E52DB3">
        <w:rPr>
          <w:rFonts w:ascii="Sakkal Majalla" w:hAnsi="Sakkal Majalla" w:cs="Sakkal Majalla"/>
          <w:szCs w:val="28"/>
          <w:rtl/>
        </w:rPr>
        <w:t xml:space="preserve"> </w:t>
      </w:r>
      <w:r w:rsidRPr="00E52DB3">
        <w:rPr>
          <w:rFonts w:ascii="Sakkal Majalla" w:hAnsi="Sakkal Majalla" w:cs="Sakkal Majalla" w:hint="cs"/>
          <w:szCs w:val="28"/>
          <w:rtl/>
        </w:rPr>
        <w:t>تمثل</w:t>
      </w:r>
      <w:r w:rsidRPr="00E52DB3">
        <w:rPr>
          <w:rFonts w:ascii="Sakkal Majalla" w:hAnsi="Sakkal Majalla" w:cs="Sakkal Majalla"/>
          <w:szCs w:val="28"/>
          <w:rtl/>
        </w:rPr>
        <w:t xml:space="preserve"> </w:t>
      </w:r>
      <w:r w:rsidRPr="00E52DB3">
        <w:rPr>
          <w:rFonts w:ascii="Sakkal Majalla" w:hAnsi="Sakkal Majalla" w:cs="Sakkal Majalla" w:hint="cs"/>
          <w:szCs w:val="28"/>
          <w:rtl/>
        </w:rPr>
        <w:t>الحلقة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الأقرب</w:t>
      </w:r>
      <w:r w:rsidRPr="00E52DB3">
        <w:rPr>
          <w:rFonts w:ascii="Sakkal Majalla" w:hAnsi="Sakkal Majalla" w:cs="Sakkal Majalla"/>
          <w:szCs w:val="28"/>
          <w:rtl/>
        </w:rPr>
        <w:t xml:space="preserve"> </w:t>
      </w:r>
      <w:r w:rsidRPr="00E52DB3">
        <w:rPr>
          <w:rFonts w:ascii="Sakkal Majalla" w:hAnsi="Sakkal Majalla" w:cs="Sakkal Majalla" w:hint="cs"/>
          <w:szCs w:val="28"/>
          <w:rtl/>
        </w:rPr>
        <w:t>إلى</w:t>
      </w:r>
      <w:r w:rsidRPr="00E52DB3">
        <w:rPr>
          <w:rFonts w:ascii="Sakkal Majalla" w:hAnsi="Sakkal Majalla" w:cs="Sakkal Majalla"/>
          <w:szCs w:val="28"/>
          <w:rtl/>
        </w:rPr>
        <w:t xml:space="preserve"> </w:t>
      </w:r>
      <w:r w:rsidRPr="00E52DB3">
        <w:rPr>
          <w:rFonts w:ascii="Sakkal Majalla" w:hAnsi="Sakkal Majalla" w:cs="Sakkal Majalla" w:hint="cs"/>
          <w:szCs w:val="28"/>
          <w:rtl/>
        </w:rPr>
        <w:t>النتيجة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النهائية</w:t>
      </w:r>
      <w:r w:rsidRPr="00E52DB3">
        <w:rPr>
          <w:rFonts w:ascii="Sakkal Majalla" w:hAnsi="Sakkal Majalla" w:cs="Sakkal Majalla"/>
          <w:szCs w:val="28"/>
          <w:rtl/>
        </w:rPr>
        <w:t xml:space="preserve">. </w:t>
      </w:r>
      <w:r w:rsidRPr="00E52DB3">
        <w:rPr>
          <w:rFonts w:ascii="Sakkal Majalla" w:hAnsi="Sakkal Majalla" w:cs="Sakkal Majalla" w:hint="cs"/>
          <w:szCs w:val="28"/>
          <w:rtl/>
        </w:rPr>
        <w:t>وللتقريب</w:t>
      </w:r>
      <w:r w:rsidRPr="00E52DB3">
        <w:rPr>
          <w:rFonts w:ascii="Sakkal Majalla" w:hAnsi="Sakkal Majalla" w:cs="Sakkal Majalla"/>
          <w:szCs w:val="28"/>
          <w:rtl/>
        </w:rPr>
        <w:t xml:space="preserve"> </w:t>
      </w:r>
      <w:r w:rsidRPr="00E52DB3">
        <w:rPr>
          <w:rFonts w:ascii="Sakkal Majalla" w:hAnsi="Sakkal Majalla" w:cs="Sakkal Majalla" w:hint="cs"/>
          <w:szCs w:val="28"/>
          <w:rtl/>
        </w:rPr>
        <w:t>بمثال</w:t>
      </w:r>
      <w:r w:rsidRPr="00E52DB3">
        <w:rPr>
          <w:rFonts w:ascii="Sakkal Majalla" w:hAnsi="Sakkal Majalla" w:cs="Sakkal Majalla"/>
          <w:szCs w:val="28"/>
          <w:rtl/>
        </w:rPr>
        <w:t xml:space="preserve">: </w:t>
      </w:r>
      <w:r w:rsidRPr="00E52DB3">
        <w:rPr>
          <w:rFonts w:ascii="Sakkal Majalla" w:hAnsi="Sakkal Majalla" w:cs="Sakkal Majalla" w:hint="cs"/>
          <w:szCs w:val="28"/>
          <w:rtl/>
        </w:rPr>
        <w:t>إذا</w:t>
      </w:r>
      <w:r w:rsidRPr="00E52DB3">
        <w:rPr>
          <w:rFonts w:ascii="Sakkal Majalla" w:hAnsi="Sakkal Majalla" w:cs="Sakkal Majalla"/>
          <w:szCs w:val="28"/>
          <w:rtl/>
        </w:rPr>
        <w:t xml:space="preserve"> </w:t>
      </w:r>
      <w:r w:rsidRPr="00E52DB3">
        <w:rPr>
          <w:rFonts w:ascii="Sakkal Majalla" w:hAnsi="Sakkal Majalla" w:cs="Sakkal Majalla" w:hint="cs"/>
          <w:szCs w:val="28"/>
          <w:rtl/>
        </w:rPr>
        <w:t>كانت</w:t>
      </w:r>
      <w:r w:rsidRPr="00E52DB3">
        <w:rPr>
          <w:rFonts w:ascii="Sakkal Majalla" w:hAnsi="Sakkal Majalla" w:cs="Sakkal Majalla"/>
          <w:szCs w:val="28"/>
          <w:rtl/>
        </w:rPr>
        <w:t xml:space="preserve"> </w:t>
      </w:r>
      <w:r w:rsidRPr="00E52DB3">
        <w:rPr>
          <w:rFonts w:ascii="Sakkal Majalla" w:hAnsi="Sakkal Majalla" w:cs="Sakkal Majalla" w:hint="cs"/>
          <w:szCs w:val="28"/>
          <w:rtl/>
        </w:rPr>
        <w:t>العوامل</w:t>
      </w:r>
      <w:r w:rsidRPr="00E52DB3">
        <w:rPr>
          <w:rFonts w:ascii="Sakkal Majalla" w:hAnsi="Sakkal Majalla" w:cs="Sakkal Majalla"/>
          <w:szCs w:val="28"/>
          <w:rtl/>
        </w:rPr>
        <w:t xml:space="preserve"> </w:t>
      </w:r>
      <w:r w:rsidRPr="00E52DB3">
        <w:rPr>
          <w:rFonts w:ascii="Sakkal Majalla" w:hAnsi="Sakkal Majalla" w:cs="Sakkal Majalla" w:hint="cs"/>
          <w:szCs w:val="28"/>
          <w:rtl/>
        </w:rPr>
        <w:t>الداخلية</w:t>
      </w:r>
      <w:r w:rsidRPr="00E52DB3">
        <w:rPr>
          <w:rFonts w:ascii="Sakkal Majalla" w:hAnsi="Sakkal Majalla" w:cs="Sakkal Majalla"/>
          <w:szCs w:val="28"/>
          <w:rtl/>
        </w:rPr>
        <w:t xml:space="preserve"> </w:t>
      </w:r>
      <w:r w:rsidRPr="00E52DB3">
        <w:rPr>
          <w:rFonts w:ascii="Sakkal Majalla" w:hAnsi="Sakkal Majalla" w:cs="Sakkal Majalla" w:hint="cs"/>
          <w:szCs w:val="28"/>
          <w:rtl/>
        </w:rPr>
        <w:t>هي</w:t>
      </w:r>
      <w:r w:rsidRPr="00E52DB3">
        <w:rPr>
          <w:rFonts w:ascii="Sakkal Majalla" w:hAnsi="Sakkal Majalla" w:cs="Sakkal Majalla"/>
          <w:szCs w:val="28"/>
          <w:rtl/>
        </w:rPr>
        <w:t xml:space="preserve"> </w:t>
      </w:r>
      <w:r w:rsidRPr="00E52DB3">
        <w:rPr>
          <w:rFonts w:ascii="Sakkal Majalla" w:hAnsi="Sakkal Majalla" w:cs="Sakkal Majalla" w:hint="cs"/>
          <w:szCs w:val="28"/>
          <w:rtl/>
        </w:rPr>
        <w:t>الأرض</w:t>
      </w:r>
      <w:r w:rsidRPr="00E52DB3">
        <w:rPr>
          <w:rFonts w:ascii="Sakkal Majalla" w:hAnsi="Sakkal Majalla" w:cs="Sakkal Majalla"/>
          <w:szCs w:val="28"/>
          <w:rtl/>
        </w:rPr>
        <w:t xml:space="preserve"> </w:t>
      </w:r>
      <w:r w:rsidRPr="00E52DB3">
        <w:rPr>
          <w:rFonts w:ascii="Sakkal Majalla" w:hAnsi="Sakkal Majalla" w:cs="Sakkal Majalla" w:hint="cs"/>
          <w:szCs w:val="28"/>
          <w:rtl/>
        </w:rPr>
        <w:t>الخصبة،</w:t>
      </w:r>
      <w:r w:rsidRPr="00E52DB3">
        <w:rPr>
          <w:rFonts w:ascii="Sakkal Majalla" w:hAnsi="Sakkal Majalla" w:cs="Sakkal Majalla"/>
          <w:szCs w:val="28"/>
          <w:rtl/>
        </w:rPr>
        <w:t xml:space="preserve"> </w:t>
      </w:r>
      <w:r w:rsidRPr="00E52DB3">
        <w:rPr>
          <w:rFonts w:ascii="Sakkal Majalla" w:hAnsi="Sakkal Majalla" w:cs="Sakkal Majalla" w:hint="cs"/>
          <w:szCs w:val="28"/>
          <w:rtl/>
        </w:rPr>
        <w:t>فالقدرة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الامتصاصية</w:t>
      </w:r>
      <w:r w:rsidRPr="00E52DB3">
        <w:rPr>
          <w:rFonts w:ascii="Sakkal Majalla" w:hAnsi="Sakkal Majalla" w:cs="Sakkal Majalla"/>
          <w:szCs w:val="28"/>
          <w:rtl/>
        </w:rPr>
        <w:t xml:space="preserve"> </w:t>
      </w:r>
      <w:r w:rsidRPr="00E52DB3">
        <w:rPr>
          <w:rFonts w:ascii="Sakkal Majalla" w:hAnsi="Sakkal Majalla" w:cs="Sakkal Majalla" w:hint="cs"/>
          <w:szCs w:val="28"/>
          <w:rtl/>
        </w:rPr>
        <w:t>هي</w:t>
      </w:r>
      <w:r w:rsidRPr="00E52DB3">
        <w:rPr>
          <w:rFonts w:ascii="Sakkal Majalla" w:hAnsi="Sakkal Majalla" w:cs="Sakkal Majalla"/>
          <w:szCs w:val="28"/>
          <w:rtl/>
        </w:rPr>
        <w:t xml:space="preserve"> </w:t>
      </w:r>
      <w:r w:rsidRPr="00E52DB3">
        <w:rPr>
          <w:rFonts w:ascii="Sakkal Majalla" w:hAnsi="Sakkal Majalla" w:cs="Sakkal Majalla" w:hint="cs"/>
          <w:szCs w:val="28"/>
          <w:rtl/>
        </w:rPr>
        <w:t>البذور</w:t>
      </w:r>
      <w:r w:rsidRPr="00E52DB3">
        <w:rPr>
          <w:rFonts w:ascii="Sakkal Majalla" w:hAnsi="Sakkal Majalla" w:cs="Sakkal Majalla"/>
          <w:szCs w:val="28"/>
          <w:rtl/>
        </w:rPr>
        <w:t xml:space="preserve"> </w:t>
      </w:r>
      <w:r w:rsidRPr="00E52DB3">
        <w:rPr>
          <w:rFonts w:ascii="Sakkal Majalla" w:hAnsi="Sakkal Majalla" w:cs="Sakkal Majalla" w:hint="cs"/>
          <w:szCs w:val="28"/>
          <w:rtl/>
        </w:rPr>
        <w:t>التي</w:t>
      </w:r>
      <w:r w:rsidRPr="00E52DB3">
        <w:rPr>
          <w:rFonts w:ascii="Sakkal Majalla" w:hAnsi="Sakkal Majalla" w:cs="Sakkal Majalla"/>
          <w:szCs w:val="28"/>
          <w:rtl/>
        </w:rPr>
        <w:t xml:space="preserve"> </w:t>
      </w:r>
      <w:r w:rsidRPr="00E52DB3">
        <w:rPr>
          <w:rFonts w:ascii="Sakkal Majalla" w:hAnsi="Sakkal Majalla" w:cs="Sakkal Majalla" w:hint="cs"/>
          <w:szCs w:val="28"/>
          <w:rtl/>
        </w:rPr>
        <w:t>تنمو</w:t>
      </w:r>
      <w:r w:rsidRPr="00E52DB3">
        <w:rPr>
          <w:rFonts w:ascii="Sakkal Majalla" w:hAnsi="Sakkal Majalla" w:cs="Sakkal Majalla"/>
          <w:szCs w:val="28"/>
          <w:rtl/>
        </w:rPr>
        <w:t xml:space="preserve"> </w:t>
      </w:r>
      <w:r w:rsidRPr="00E52DB3">
        <w:rPr>
          <w:rFonts w:ascii="Sakkal Majalla" w:hAnsi="Sakkal Majalla" w:cs="Sakkal Majalla" w:hint="cs"/>
          <w:szCs w:val="28"/>
          <w:rtl/>
        </w:rPr>
        <w:t>فيها</w:t>
      </w:r>
      <w:r w:rsidRPr="00E52DB3">
        <w:rPr>
          <w:rFonts w:ascii="Sakkal Majalla" w:hAnsi="Sakkal Majalla" w:cs="Sakkal Majalla"/>
          <w:szCs w:val="28"/>
          <w:rtl/>
        </w:rPr>
        <w:t xml:space="preserve">. </w:t>
      </w:r>
      <w:r w:rsidRPr="00E52DB3">
        <w:rPr>
          <w:rFonts w:ascii="Sakkal Majalla" w:hAnsi="Sakkal Majalla" w:cs="Sakkal Majalla" w:hint="cs"/>
          <w:szCs w:val="28"/>
          <w:rtl/>
        </w:rPr>
        <w:t>الأرض</w:t>
      </w:r>
      <w:r w:rsidRPr="00E52DB3">
        <w:rPr>
          <w:rFonts w:ascii="Sakkal Majalla" w:hAnsi="Sakkal Majalla" w:cs="Sakkal Majalla"/>
          <w:szCs w:val="28"/>
          <w:rtl/>
        </w:rPr>
        <w:t xml:space="preserve"> </w:t>
      </w:r>
      <w:r w:rsidRPr="00E52DB3">
        <w:rPr>
          <w:rFonts w:ascii="Sakkal Majalla" w:hAnsi="Sakkal Majalla" w:cs="Sakkal Majalla" w:hint="cs"/>
          <w:szCs w:val="28"/>
          <w:rtl/>
        </w:rPr>
        <w:t>ضرورية،</w:t>
      </w:r>
      <w:r w:rsidRPr="00E52DB3">
        <w:rPr>
          <w:rFonts w:ascii="Sakkal Majalla" w:hAnsi="Sakkal Majalla" w:cs="Sakkal Majalla"/>
          <w:szCs w:val="28"/>
          <w:rtl/>
        </w:rPr>
        <w:t xml:space="preserve"> </w:t>
      </w:r>
      <w:r w:rsidRPr="00E52DB3">
        <w:rPr>
          <w:rFonts w:ascii="Sakkal Majalla" w:hAnsi="Sakkal Majalla" w:cs="Sakkal Majalla" w:hint="cs"/>
          <w:szCs w:val="28"/>
          <w:rtl/>
        </w:rPr>
        <w:t>لكن</w:t>
      </w:r>
      <w:r w:rsidRPr="00E52DB3">
        <w:rPr>
          <w:rFonts w:ascii="Sakkal Majalla" w:hAnsi="Sakkal Majalla" w:cs="Sakkal Majalla"/>
          <w:szCs w:val="28"/>
          <w:rtl/>
        </w:rPr>
        <w:t xml:space="preserve"> </w:t>
      </w:r>
      <w:r w:rsidRPr="00E52DB3">
        <w:rPr>
          <w:rFonts w:ascii="Sakkal Majalla" w:hAnsi="Sakkal Majalla" w:cs="Sakkal Majalla" w:hint="cs"/>
          <w:szCs w:val="28"/>
          <w:rtl/>
        </w:rPr>
        <w:t>في</w:t>
      </w:r>
      <w:r w:rsidRPr="00E52DB3">
        <w:rPr>
          <w:rFonts w:ascii="Sakkal Majalla" w:hAnsi="Sakkal Majalla" w:cs="Sakkal Majalla"/>
          <w:szCs w:val="28"/>
          <w:rtl/>
        </w:rPr>
        <w:t xml:space="preserve"> </w:t>
      </w:r>
      <w:r w:rsidRPr="00E52DB3">
        <w:rPr>
          <w:rFonts w:ascii="Sakkal Majalla" w:hAnsi="Sakkal Majalla" w:cs="Sakkal Majalla" w:hint="cs"/>
          <w:szCs w:val="28"/>
          <w:rtl/>
        </w:rPr>
        <w:t>التحليل</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المباشر،</w:t>
      </w:r>
      <w:r w:rsidRPr="00E52DB3">
        <w:rPr>
          <w:rFonts w:ascii="Sakkal Majalla" w:hAnsi="Sakkal Majalla" w:cs="Sakkal Majalla"/>
          <w:szCs w:val="28"/>
          <w:rtl/>
        </w:rPr>
        <w:t xml:space="preserve"> </w:t>
      </w:r>
      <w:r w:rsidRPr="00E52DB3">
        <w:rPr>
          <w:rFonts w:ascii="Sakkal Majalla" w:hAnsi="Sakkal Majalla" w:cs="Sakkal Majalla" w:hint="cs"/>
          <w:szCs w:val="28"/>
          <w:rtl/>
        </w:rPr>
        <w:t>البذور</w:t>
      </w:r>
      <w:r w:rsidRPr="00E52DB3">
        <w:rPr>
          <w:rFonts w:ascii="Sakkal Majalla" w:hAnsi="Sakkal Majalla" w:cs="Sakkal Majalla"/>
          <w:szCs w:val="28"/>
          <w:rtl/>
        </w:rPr>
        <w:t xml:space="preserve"> </w:t>
      </w:r>
      <w:r w:rsidRPr="00E52DB3">
        <w:rPr>
          <w:rFonts w:ascii="Sakkal Majalla" w:hAnsi="Sakkal Majalla" w:cs="Sakkal Majalla" w:hint="cs"/>
          <w:szCs w:val="28"/>
          <w:rtl/>
        </w:rPr>
        <w:t>هي</w:t>
      </w:r>
      <w:r w:rsidRPr="00E52DB3">
        <w:rPr>
          <w:rFonts w:ascii="Sakkal Majalla" w:hAnsi="Sakkal Majalla" w:cs="Sakkal Majalla"/>
          <w:szCs w:val="28"/>
          <w:rtl/>
        </w:rPr>
        <w:t xml:space="preserve"> </w:t>
      </w:r>
      <w:r w:rsidRPr="00E52DB3">
        <w:rPr>
          <w:rFonts w:ascii="Sakkal Majalla" w:hAnsi="Sakkal Majalla" w:cs="Sakkal Majalla" w:hint="cs"/>
          <w:szCs w:val="28"/>
          <w:rtl/>
        </w:rPr>
        <w:t>التي</w:t>
      </w:r>
      <w:r w:rsidRPr="00E52DB3">
        <w:rPr>
          <w:rFonts w:ascii="Sakkal Majalla" w:hAnsi="Sakkal Majalla" w:cs="Sakkal Majalla"/>
          <w:szCs w:val="28"/>
          <w:rtl/>
        </w:rPr>
        <w:t xml:space="preserve"> </w:t>
      </w:r>
      <w:r w:rsidRPr="00E52DB3">
        <w:rPr>
          <w:rFonts w:ascii="Sakkal Majalla" w:hAnsi="Sakkal Majalla" w:cs="Sakkal Majalla" w:hint="cs"/>
          <w:szCs w:val="28"/>
          <w:rtl/>
        </w:rPr>
        <w:t>تفسّر</w:t>
      </w:r>
      <w:r w:rsidRPr="00E52DB3">
        <w:rPr>
          <w:rFonts w:ascii="Sakkal Majalla" w:hAnsi="Sakkal Majalla" w:cs="Sakkal Majalla"/>
          <w:szCs w:val="28"/>
          <w:rtl/>
        </w:rPr>
        <w:t xml:space="preserve"> </w:t>
      </w:r>
      <w:r w:rsidRPr="00E52DB3">
        <w:rPr>
          <w:rFonts w:ascii="Sakkal Majalla" w:hAnsi="Sakkal Majalla" w:cs="Sakkal Majalla" w:hint="cs"/>
          <w:szCs w:val="28"/>
          <w:rtl/>
        </w:rPr>
        <w:t>لماذا</w:t>
      </w:r>
      <w:r w:rsidRPr="00E52DB3">
        <w:rPr>
          <w:rFonts w:ascii="Sakkal Majalla" w:hAnsi="Sakkal Majalla" w:cs="Sakkal Majalla"/>
          <w:szCs w:val="28"/>
          <w:rtl/>
        </w:rPr>
        <w:t xml:space="preserve"> </w:t>
      </w:r>
      <w:r w:rsidRPr="00E52DB3">
        <w:rPr>
          <w:rFonts w:ascii="Sakkal Majalla" w:hAnsi="Sakkal Majalla" w:cs="Sakkal Majalla" w:hint="cs"/>
          <w:szCs w:val="28"/>
          <w:rtl/>
        </w:rPr>
        <w:t>هناك</w:t>
      </w:r>
      <w:r w:rsidRPr="00E52DB3">
        <w:rPr>
          <w:rFonts w:ascii="Sakkal Majalla" w:hAnsi="Sakkal Majalla" w:cs="Sakkal Majalla"/>
          <w:szCs w:val="28"/>
          <w:rtl/>
        </w:rPr>
        <w:t xml:space="preserve"> </w:t>
      </w:r>
      <w:r w:rsidRPr="00E52DB3">
        <w:rPr>
          <w:rFonts w:ascii="Sakkal Majalla" w:hAnsi="Sakkal Majalla" w:cs="Sakkal Majalla" w:hint="cs"/>
          <w:szCs w:val="28"/>
          <w:rtl/>
        </w:rPr>
        <w:t>نمو</w:t>
      </w:r>
      <w:r w:rsidRPr="00E52DB3">
        <w:rPr>
          <w:rFonts w:ascii="Sakkal Majalla" w:hAnsi="Sakkal Majalla" w:cs="Sakkal Majalla"/>
          <w:szCs w:val="28"/>
          <w:rtl/>
        </w:rPr>
        <w:t xml:space="preserve"> </w:t>
      </w:r>
      <w:r w:rsidRPr="00E52DB3">
        <w:rPr>
          <w:rFonts w:ascii="Sakkal Majalla" w:hAnsi="Sakkal Majalla" w:cs="Sakkal Majalla" w:hint="cs"/>
          <w:szCs w:val="28"/>
          <w:rtl/>
        </w:rPr>
        <w:t>أو</w:t>
      </w:r>
      <w:r w:rsidRPr="00E52DB3">
        <w:rPr>
          <w:rFonts w:ascii="Sakkal Majalla" w:hAnsi="Sakkal Majalla" w:cs="Sakkal Majalla"/>
          <w:szCs w:val="28"/>
          <w:rtl/>
        </w:rPr>
        <w:t xml:space="preserve"> </w:t>
      </w:r>
      <w:r w:rsidRPr="00E52DB3">
        <w:rPr>
          <w:rFonts w:ascii="Sakkal Majalla" w:hAnsi="Sakkal Majalla" w:cs="Sakkal Majalla" w:hint="cs"/>
          <w:szCs w:val="28"/>
          <w:rtl/>
        </w:rPr>
        <w:t>لا</w:t>
      </w:r>
      <w:r w:rsidRPr="00E52DB3">
        <w:rPr>
          <w:rFonts w:ascii="Sakkal Majalla" w:hAnsi="Sakkal Majalla" w:cs="Sakkal Majalla"/>
          <w:szCs w:val="28"/>
        </w:rPr>
        <w:t>.</w:t>
      </w:r>
    </w:p>
    <w:p w14:paraId="021ABB08" w14:textId="77777777" w:rsidR="00E52DB3" w:rsidRDefault="00E52DB3" w:rsidP="00634497">
      <w:pPr>
        <w:bidi/>
        <w:spacing w:line="360" w:lineRule="auto"/>
        <w:jc w:val="lowKashida"/>
        <w:rPr>
          <w:rFonts w:ascii="Sakkal Majalla" w:hAnsi="Sakkal Majalla" w:cs="Sakkal Majalla"/>
          <w:szCs w:val="28"/>
          <w:rtl/>
        </w:rPr>
      </w:pPr>
      <w:r w:rsidRPr="00E52DB3">
        <w:rPr>
          <w:rFonts w:ascii="Sakkal Majalla" w:hAnsi="Sakkal Majalla" w:cs="Sakkal Majalla" w:hint="cs"/>
          <w:szCs w:val="28"/>
          <w:rtl/>
        </w:rPr>
        <w:t>عمليًا،</w:t>
      </w:r>
      <w:r w:rsidRPr="00E52DB3">
        <w:rPr>
          <w:rFonts w:ascii="Sakkal Majalla" w:hAnsi="Sakkal Majalla" w:cs="Sakkal Majalla"/>
          <w:szCs w:val="28"/>
          <w:rtl/>
        </w:rPr>
        <w:t xml:space="preserve"> </w:t>
      </w:r>
      <w:r w:rsidRPr="00E52DB3">
        <w:rPr>
          <w:rFonts w:ascii="Sakkal Majalla" w:hAnsi="Sakkal Majalla" w:cs="Sakkal Majalla" w:hint="cs"/>
          <w:szCs w:val="28"/>
          <w:rtl/>
        </w:rPr>
        <w:t>من</w:t>
      </w:r>
      <w:r w:rsidRPr="00E52DB3">
        <w:rPr>
          <w:rFonts w:ascii="Sakkal Majalla" w:hAnsi="Sakkal Majalla" w:cs="Sakkal Majalla"/>
          <w:szCs w:val="28"/>
          <w:rtl/>
        </w:rPr>
        <w:t xml:space="preserve"> </w:t>
      </w:r>
      <w:r w:rsidRPr="00E52DB3">
        <w:rPr>
          <w:rFonts w:ascii="Sakkal Majalla" w:hAnsi="Sakkal Majalla" w:cs="Sakkal Majalla" w:hint="cs"/>
          <w:szCs w:val="28"/>
          <w:rtl/>
        </w:rPr>
        <w:t>الصعب</w:t>
      </w:r>
      <w:r w:rsidRPr="00E52DB3">
        <w:rPr>
          <w:rFonts w:ascii="Sakkal Majalla" w:hAnsi="Sakkal Majalla" w:cs="Sakkal Majalla"/>
          <w:szCs w:val="28"/>
          <w:rtl/>
        </w:rPr>
        <w:t xml:space="preserve"> </w:t>
      </w:r>
      <w:r w:rsidRPr="00E52DB3">
        <w:rPr>
          <w:rFonts w:ascii="Sakkal Majalla" w:hAnsi="Sakkal Majalla" w:cs="Sakkal Majalla" w:hint="cs"/>
          <w:szCs w:val="28"/>
          <w:rtl/>
        </w:rPr>
        <w:t>وجود</w:t>
      </w:r>
      <w:r w:rsidRPr="00E52DB3">
        <w:rPr>
          <w:rFonts w:ascii="Sakkal Majalla" w:hAnsi="Sakkal Majalla" w:cs="Sakkal Majalla"/>
          <w:szCs w:val="28"/>
          <w:rtl/>
        </w:rPr>
        <w:t xml:space="preserve"> </w:t>
      </w:r>
      <w:r w:rsidRPr="00E52DB3">
        <w:rPr>
          <w:rFonts w:ascii="Sakkal Majalla" w:hAnsi="Sakkal Majalla" w:cs="Sakkal Majalla" w:hint="cs"/>
          <w:szCs w:val="28"/>
          <w:rtl/>
        </w:rPr>
        <w:t>قدرة</w:t>
      </w:r>
      <w:r w:rsidRPr="00E52DB3">
        <w:rPr>
          <w:rFonts w:ascii="Sakkal Majalla" w:hAnsi="Sakkal Majalla" w:cs="Sakkal Majalla"/>
          <w:szCs w:val="28"/>
          <w:rtl/>
        </w:rPr>
        <w:t xml:space="preserve"> </w:t>
      </w:r>
      <w:r w:rsidRPr="00E52DB3">
        <w:rPr>
          <w:rFonts w:ascii="Sakkal Majalla" w:hAnsi="Sakkal Majalla" w:cs="Sakkal Majalla" w:hint="cs"/>
          <w:szCs w:val="28"/>
          <w:rtl/>
        </w:rPr>
        <w:t>امتصاصية</w:t>
      </w:r>
      <w:r w:rsidRPr="00E52DB3">
        <w:rPr>
          <w:rFonts w:ascii="Sakkal Majalla" w:hAnsi="Sakkal Majalla" w:cs="Sakkal Majalla"/>
          <w:szCs w:val="28"/>
          <w:rtl/>
        </w:rPr>
        <w:t xml:space="preserve"> </w:t>
      </w:r>
      <w:r w:rsidRPr="00E52DB3">
        <w:rPr>
          <w:rFonts w:ascii="Sakkal Majalla" w:hAnsi="Sakkal Majalla" w:cs="Sakkal Majalla" w:hint="cs"/>
          <w:szCs w:val="28"/>
          <w:rtl/>
        </w:rPr>
        <w:t>حقيقية</w:t>
      </w:r>
      <w:r w:rsidRPr="00E52DB3">
        <w:rPr>
          <w:rFonts w:ascii="Sakkal Majalla" w:hAnsi="Sakkal Majalla" w:cs="Sakkal Majalla"/>
          <w:szCs w:val="28"/>
          <w:rtl/>
        </w:rPr>
        <w:t xml:space="preserve"> </w:t>
      </w:r>
      <w:r w:rsidRPr="00E52DB3">
        <w:rPr>
          <w:rFonts w:ascii="Sakkal Majalla" w:hAnsi="Sakkal Majalla" w:cs="Sakkal Majalla" w:hint="cs"/>
          <w:szCs w:val="28"/>
          <w:rtl/>
        </w:rPr>
        <w:t>في</w:t>
      </w:r>
      <w:r w:rsidRPr="00E52DB3">
        <w:rPr>
          <w:rFonts w:ascii="Sakkal Majalla" w:hAnsi="Sakkal Majalla" w:cs="Sakkal Majalla"/>
          <w:szCs w:val="28"/>
          <w:rtl/>
        </w:rPr>
        <w:t xml:space="preserve"> </w:t>
      </w:r>
      <w:r w:rsidRPr="00E52DB3">
        <w:rPr>
          <w:rFonts w:ascii="Sakkal Majalla" w:hAnsi="Sakkal Majalla" w:cs="Sakkal Majalla" w:hint="cs"/>
          <w:szCs w:val="28"/>
          <w:rtl/>
        </w:rPr>
        <w:t>غياب</w:t>
      </w:r>
      <w:r w:rsidRPr="00E52DB3">
        <w:rPr>
          <w:rFonts w:ascii="Sakkal Majalla" w:hAnsi="Sakkal Majalla" w:cs="Sakkal Majalla"/>
          <w:szCs w:val="28"/>
          <w:rtl/>
        </w:rPr>
        <w:t xml:space="preserve"> </w:t>
      </w:r>
      <w:r w:rsidRPr="00E52DB3">
        <w:rPr>
          <w:rFonts w:ascii="Sakkal Majalla" w:hAnsi="Sakkal Majalla" w:cs="Sakkal Majalla" w:hint="cs"/>
          <w:szCs w:val="28"/>
          <w:rtl/>
        </w:rPr>
        <w:t>العوامل</w:t>
      </w:r>
      <w:r w:rsidRPr="00E52DB3">
        <w:rPr>
          <w:rFonts w:ascii="Sakkal Majalla" w:hAnsi="Sakkal Majalla" w:cs="Sakkal Majalla"/>
          <w:szCs w:val="28"/>
          <w:rtl/>
        </w:rPr>
        <w:t xml:space="preserve"> </w:t>
      </w:r>
      <w:r w:rsidRPr="00E52DB3">
        <w:rPr>
          <w:rFonts w:ascii="Sakkal Majalla" w:hAnsi="Sakkal Majalla" w:cs="Sakkal Majalla" w:hint="cs"/>
          <w:szCs w:val="28"/>
          <w:rtl/>
        </w:rPr>
        <w:t>الداخلية،</w:t>
      </w:r>
      <w:r w:rsidRPr="00E52DB3">
        <w:rPr>
          <w:rFonts w:ascii="Sakkal Majalla" w:hAnsi="Sakkal Majalla" w:cs="Sakkal Majalla"/>
          <w:szCs w:val="28"/>
          <w:rtl/>
        </w:rPr>
        <w:t xml:space="preserve"> </w:t>
      </w:r>
      <w:r w:rsidRPr="00E52DB3">
        <w:rPr>
          <w:rFonts w:ascii="Sakkal Majalla" w:hAnsi="Sakkal Majalla" w:cs="Sakkal Majalla" w:hint="cs"/>
          <w:szCs w:val="28"/>
          <w:rtl/>
        </w:rPr>
        <w:t>لكن</w:t>
      </w:r>
      <w:r w:rsidRPr="00E52DB3">
        <w:rPr>
          <w:rFonts w:ascii="Sakkal Majalla" w:hAnsi="Sakkal Majalla" w:cs="Sakkal Majalla"/>
          <w:szCs w:val="28"/>
          <w:rtl/>
        </w:rPr>
        <w:t xml:space="preserve"> </w:t>
      </w:r>
      <w:r w:rsidRPr="00E52DB3">
        <w:rPr>
          <w:rFonts w:ascii="Sakkal Majalla" w:hAnsi="Sakkal Majalla" w:cs="Sakkal Majalla" w:hint="cs"/>
          <w:szCs w:val="28"/>
          <w:rtl/>
        </w:rPr>
        <w:t>يمكن</w:t>
      </w:r>
      <w:r w:rsidRPr="00E52DB3">
        <w:rPr>
          <w:rFonts w:ascii="Sakkal Majalla" w:hAnsi="Sakkal Majalla" w:cs="Sakkal Majalla"/>
          <w:szCs w:val="28"/>
          <w:rtl/>
        </w:rPr>
        <w:t xml:space="preserve"> </w:t>
      </w:r>
      <w:r w:rsidRPr="00E52DB3">
        <w:rPr>
          <w:rFonts w:ascii="Sakkal Majalla" w:hAnsi="Sakkal Majalla" w:cs="Sakkal Majalla" w:hint="cs"/>
          <w:szCs w:val="28"/>
          <w:rtl/>
        </w:rPr>
        <w:t>أن</w:t>
      </w:r>
      <w:r w:rsidRPr="00E52DB3">
        <w:rPr>
          <w:rFonts w:ascii="Sakkal Majalla" w:hAnsi="Sakkal Majalla" w:cs="Sakkal Majalla"/>
          <w:szCs w:val="28"/>
          <w:rtl/>
        </w:rPr>
        <w:t xml:space="preserve"> </w:t>
      </w:r>
      <w:r w:rsidRPr="00E52DB3">
        <w:rPr>
          <w:rFonts w:ascii="Sakkal Majalla" w:hAnsi="Sakkal Majalla" w:cs="Sakkal Majalla" w:hint="cs"/>
          <w:szCs w:val="28"/>
          <w:rtl/>
        </w:rPr>
        <w:t>تتكون</w:t>
      </w:r>
      <w:r w:rsidRPr="00E52DB3">
        <w:rPr>
          <w:rFonts w:ascii="Sakkal Majalla" w:hAnsi="Sakkal Majalla" w:cs="Sakkal Majalla"/>
          <w:szCs w:val="28"/>
          <w:rtl/>
        </w:rPr>
        <w:t xml:space="preserve"> </w:t>
      </w:r>
      <w:r w:rsidRPr="00E52DB3">
        <w:rPr>
          <w:rFonts w:ascii="Sakkal Majalla" w:hAnsi="Sakkal Majalla" w:cs="Sakkal Majalla" w:hint="cs"/>
          <w:szCs w:val="28"/>
          <w:rtl/>
        </w:rPr>
        <w:t>قدرة</w:t>
      </w:r>
      <w:r w:rsidRPr="00E52DB3">
        <w:rPr>
          <w:rFonts w:ascii="Sakkal Majalla" w:hAnsi="Sakkal Majalla" w:cs="Sakkal Majalla"/>
          <w:szCs w:val="28"/>
          <w:rtl/>
        </w:rPr>
        <w:t xml:space="preserve"> "</w:t>
      </w:r>
      <w:r w:rsidRPr="00E52DB3">
        <w:rPr>
          <w:rFonts w:ascii="Sakkal Majalla" w:hAnsi="Sakkal Majalla" w:cs="Sakkal Majalla" w:hint="cs"/>
          <w:szCs w:val="28"/>
          <w:rtl/>
        </w:rPr>
        <w:t>مؤقتة</w:t>
      </w:r>
      <w:r w:rsidRPr="00E52DB3">
        <w:rPr>
          <w:rFonts w:ascii="Sakkal Majalla" w:hAnsi="Sakkal Majalla" w:cs="Sakkal Majalla"/>
          <w:szCs w:val="28"/>
          <w:rtl/>
        </w:rPr>
        <w:t xml:space="preserve">" </w:t>
      </w:r>
      <w:r w:rsidRPr="00E52DB3">
        <w:rPr>
          <w:rFonts w:ascii="Sakkal Majalla" w:hAnsi="Sakkal Majalla" w:cs="Sakkal Majalla" w:hint="cs"/>
          <w:szCs w:val="28"/>
          <w:rtl/>
        </w:rPr>
        <w:t>إذا</w:t>
      </w:r>
      <w:r w:rsidRPr="00E52DB3">
        <w:rPr>
          <w:rFonts w:ascii="Sakkal Majalla" w:hAnsi="Sakkal Majalla" w:cs="Sakkal Majalla"/>
          <w:szCs w:val="28"/>
          <w:rtl/>
        </w:rPr>
        <w:t xml:space="preserve"> </w:t>
      </w:r>
      <w:r w:rsidRPr="00E52DB3">
        <w:rPr>
          <w:rFonts w:ascii="Sakkal Majalla" w:hAnsi="Sakkal Majalla" w:cs="Sakkal Majalla" w:hint="cs"/>
          <w:szCs w:val="28"/>
          <w:rtl/>
        </w:rPr>
        <w:t>وُجد</w:t>
      </w:r>
      <w:r w:rsidRPr="00E52DB3">
        <w:rPr>
          <w:rFonts w:ascii="Sakkal Majalla" w:hAnsi="Sakkal Majalla" w:cs="Sakkal Majalla"/>
          <w:szCs w:val="28"/>
          <w:rtl/>
        </w:rPr>
        <w:t xml:space="preserve"> </w:t>
      </w:r>
      <w:r w:rsidRPr="00E52DB3">
        <w:rPr>
          <w:rFonts w:ascii="Sakkal Majalla" w:hAnsi="Sakkal Majalla" w:cs="Sakkal Majalla" w:hint="cs"/>
          <w:szCs w:val="28"/>
          <w:rtl/>
        </w:rPr>
        <w:t>دعم</w:t>
      </w:r>
      <w:r w:rsidRPr="00E52DB3">
        <w:rPr>
          <w:rFonts w:ascii="Sakkal Majalla" w:hAnsi="Sakkal Majalla" w:cs="Sakkal Majalla"/>
          <w:szCs w:val="28"/>
          <w:rtl/>
        </w:rPr>
        <w:t xml:space="preserve"> </w:t>
      </w:r>
      <w:r w:rsidRPr="00E52DB3">
        <w:rPr>
          <w:rFonts w:ascii="Sakkal Majalla" w:hAnsi="Sakkal Majalla" w:cs="Sakkal Majalla" w:hint="cs"/>
          <w:szCs w:val="28"/>
          <w:rtl/>
        </w:rPr>
        <w:t>خارجي</w:t>
      </w:r>
      <w:r w:rsidRPr="00E52DB3">
        <w:rPr>
          <w:rFonts w:ascii="Sakkal Majalla" w:hAnsi="Sakkal Majalla" w:cs="Sakkal Majalla"/>
          <w:szCs w:val="28"/>
          <w:rtl/>
        </w:rPr>
        <w:t xml:space="preserve"> </w:t>
      </w:r>
      <w:r w:rsidRPr="00E52DB3">
        <w:rPr>
          <w:rFonts w:ascii="Sakkal Majalla" w:hAnsi="Sakkal Majalla" w:cs="Sakkal Majalla" w:hint="cs"/>
          <w:szCs w:val="28"/>
          <w:rtl/>
        </w:rPr>
        <w:t>قوي</w:t>
      </w:r>
      <w:r w:rsidRPr="00E52DB3">
        <w:rPr>
          <w:rFonts w:ascii="Sakkal Majalla" w:hAnsi="Sakkal Majalla" w:cs="Sakkal Majalla"/>
          <w:szCs w:val="28"/>
          <w:rtl/>
        </w:rPr>
        <w:t xml:space="preserve"> </w:t>
      </w:r>
      <w:r w:rsidRPr="00E52DB3">
        <w:rPr>
          <w:rFonts w:ascii="Sakkal Majalla" w:hAnsi="Sakkal Majalla" w:cs="Sakkal Majalla" w:hint="cs"/>
          <w:szCs w:val="28"/>
          <w:rtl/>
        </w:rPr>
        <w:t>ومنهجي</w:t>
      </w:r>
      <w:r w:rsidRPr="00E52DB3">
        <w:rPr>
          <w:rFonts w:ascii="Sakkal Majalla" w:hAnsi="Sakkal Majalla" w:cs="Sakkal Majalla"/>
          <w:szCs w:val="28"/>
          <w:rtl/>
        </w:rPr>
        <w:t xml:space="preserve">. </w:t>
      </w:r>
      <w:r w:rsidRPr="00E52DB3">
        <w:rPr>
          <w:rFonts w:ascii="Sakkal Majalla" w:hAnsi="Sakkal Majalla" w:cs="Sakkal Majalla" w:hint="cs"/>
          <w:szCs w:val="28"/>
          <w:rtl/>
        </w:rPr>
        <w:t>وتشير</w:t>
      </w:r>
      <w:r w:rsidRPr="00E52DB3">
        <w:rPr>
          <w:rFonts w:ascii="Sakkal Majalla" w:hAnsi="Sakkal Majalla" w:cs="Sakkal Majalla"/>
          <w:szCs w:val="28"/>
          <w:rtl/>
        </w:rPr>
        <w:t xml:space="preserve"> </w:t>
      </w:r>
      <w:r w:rsidRPr="00E52DB3">
        <w:rPr>
          <w:rFonts w:ascii="Sakkal Majalla" w:hAnsi="Sakkal Majalla" w:cs="Sakkal Majalla" w:hint="cs"/>
          <w:szCs w:val="28"/>
          <w:rtl/>
        </w:rPr>
        <w:t>هذه</w:t>
      </w:r>
      <w:r w:rsidRPr="00E52DB3">
        <w:rPr>
          <w:rFonts w:ascii="Sakkal Majalla" w:hAnsi="Sakkal Majalla" w:cs="Sakkal Majalla"/>
          <w:szCs w:val="28"/>
          <w:rtl/>
        </w:rPr>
        <w:t xml:space="preserve"> </w:t>
      </w:r>
      <w:r w:rsidRPr="00E52DB3">
        <w:rPr>
          <w:rFonts w:ascii="Sakkal Majalla" w:hAnsi="Sakkal Majalla" w:cs="Sakkal Majalla" w:hint="cs"/>
          <w:szCs w:val="28"/>
          <w:rtl/>
        </w:rPr>
        <w:t>النتيجة</w:t>
      </w:r>
      <w:r w:rsidRPr="00E52DB3">
        <w:rPr>
          <w:rFonts w:ascii="Sakkal Majalla" w:hAnsi="Sakkal Majalla" w:cs="Sakkal Majalla"/>
          <w:szCs w:val="28"/>
          <w:rtl/>
        </w:rPr>
        <w:t xml:space="preserve"> </w:t>
      </w:r>
      <w:r w:rsidRPr="00E52DB3">
        <w:rPr>
          <w:rFonts w:ascii="Sakkal Majalla" w:hAnsi="Sakkal Majalla" w:cs="Sakkal Majalla" w:hint="cs"/>
          <w:szCs w:val="28"/>
          <w:rtl/>
        </w:rPr>
        <w:t>إلى</w:t>
      </w:r>
      <w:r w:rsidRPr="00E52DB3">
        <w:rPr>
          <w:rFonts w:ascii="Sakkal Majalla" w:hAnsi="Sakkal Majalla" w:cs="Sakkal Majalla"/>
          <w:szCs w:val="28"/>
          <w:rtl/>
        </w:rPr>
        <w:t xml:space="preserve"> </w:t>
      </w:r>
      <w:r w:rsidRPr="00E52DB3">
        <w:rPr>
          <w:rFonts w:ascii="Sakkal Majalla" w:hAnsi="Sakkal Majalla" w:cs="Sakkal Majalla" w:hint="cs"/>
          <w:szCs w:val="28"/>
          <w:rtl/>
        </w:rPr>
        <w:t>أن</w:t>
      </w:r>
      <w:r w:rsidRPr="00E52DB3">
        <w:rPr>
          <w:rFonts w:ascii="Sakkal Majalla" w:hAnsi="Sakkal Majalla" w:cs="Sakkal Majalla"/>
          <w:szCs w:val="28"/>
          <w:rtl/>
        </w:rPr>
        <w:t xml:space="preserve"> </w:t>
      </w:r>
      <w:r w:rsidRPr="00E52DB3">
        <w:rPr>
          <w:rFonts w:ascii="Sakkal Majalla" w:hAnsi="Sakkal Majalla" w:cs="Sakkal Majalla" w:hint="cs"/>
          <w:szCs w:val="28"/>
          <w:rtl/>
        </w:rPr>
        <w:t>الشركات</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الاستشارية</w:t>
      </w:r>
      <w:r w:rsidRPr="00E52DB3">
        <w:rPr>
          <w:rFonts w:ascii="Sakkal Majalla" w:hAnsi="Sakkal Majalla" w:cs="Sakkal Majalla"/>
          <w:szCs w:val="28"/>
          <w:rtl/>
        </w:rPr>
        <w:t xml:space="preserve"> </w:t>
      </w:r>
      <w:r w:rsidRPr="00E52DB3">
        <w:rPr>
          <w:rFonts w:ascii="Sakkal Majalla" w:hAnsi="Sakkal Majalla" w:cs="Sakkal Majalla" w:hint="cs"/>
          <w:szCs w:val="28"/>
          <w:rtl/>
        </w:rPr>
        <w:t>ليست</w:t>
      </w:r>
      <w:r w:rsidRPr="00E52DB3">
        <w:rPr>
          <w:rFonts w:ascii="Sakkal Majalla" w:hAnsi="Sakkal Majalla" w:cs="Sakkal Majalla"/>
          <w:szCs w:val="28"/>
          <w:rtl/>
        </w:rPr>
        <w:t xml:space="preserve"> </w:t>
      </w:r>
      <w:r w:rsidRPr="00E52DB3">
        <w:rPr>
          <w:rFonts w:ascii="Sakkal Majalla" w:hAnsi="Sakkal Majalla" w:cs="Sakkal Majalla" w:hint="cs"/>
          <w:szCs w:val="28"/>
          <w:rtl/>
        </w:rPr>
        <w:t>فقط</w:t>
      </w:r>
      <w:r w:rsidRPr="00E52DB3">
        <w:rPr>
          <w:rFonts w:ascii="Sakkal Majalla" w:hAnsi="Sakkal Majalla" w:cs="Sakkal Majalla"/>
          <w:szCs w:val="28"/>
          <w:rtl/>
        </w:rPr>
        <w:t xml:space="preserve"> </w:t>
      </w:r>
      <w:r w:rsidRPr="00E52DB3">
        <w:rPr>
          <w:rFonts w:ascii="Sakkal Majalla" w:hAnsi="Sakkal Majalla" w:cs="Sakkal Majalla" w:hint="cs"/>
          <w:szCs w:val="28"/>
          <w:rtl/>
        </w:rPr>
        <w:t>جهة</w:t>
      </w:r>
      <w:r w:rsidRPr="00E52DB3">
        <w:rPr>
          <w:rFonts w:ascii="Sakkal Majalla" w:hAnsi="Sakkal Majalla" w:cs="Sakkal Majalla"/>
          <w:szCs w:val="28"/>
          <w:rtl/>
        </w:rPr>
        <w:t xml:space="preserve"> </w:t>
      </w:r>
      <w:r w:rsidRPr="00E52DB3">
        <w:rPr>
          <w:rFonts w:ascii="Sakkal Majalla" w:hAnsi="Sakkal Majalla" w:cs="Sakkal Majalla" w:hint="cs"/>
          <w:szCs w:val="28"/>
          <w:rtl/>
        </w:rPr>
        <w:t>داعمة،</w:t>
      </w:r>
      <w:r w:rsidRPr="00E52DB3">
        <w:rPr>
          <w:rFonts w:ascii="Sakkal Majalla" w:hAnsi="Sakkal Majalla" w:cs="Sakkal Majalla"/>
          <w:szCs w:val="28"/>
          <w:rtl/>
        </w:rPr>
        <w:t xml:space="preserve"> </w:t>
      </w:r>
      <w:r w:rsidRPr="00E52DB3">
        <w:rPr>
          <w:rFonts w:ascii="Sakkal Majalla" w:hAnsi="Sakkal Majalla" w:cs="Sakkal Majalla" w:hint="cs"/>
          <w:szCs w:val="28"/>
          <w:rtl/>
        </w:rPr>
        <w:t>بل</w:t>
      </w:r>
      <w:r w:rsidRPr="00E52DB3">
        <w:rPr>
          <w:rFonts w:ascii="Sakkal Majalla" w:hAnsi="Sakkal Majalla" w:cs="Sakkal Majalla"/>
          <w:szCs w:val="28"/>
          <w:rtl/>
        </w:rPr>
        <w:t xml:space="preserve"> </w:t>
      </w:r>
      <w:r w:rsidRPr="00E52DB3">
        <w:rPr>
          <w:rFonts w:ascii="Sakkal Majalla" w:hAnsi="Sakkal Majalla" w:cs="Sakkal Majalla" w:hint="cs"/>
          <w:szCs w:val="28"/>
          <w:rtl/>
        </w:rPr>
        <w:t>يمكن</w:t>
      </w:r>
      <w:r w:rsidRPr="00E52DB3">
        <w:rPr>
          <w:rFonts w:ascii="Sakkal Majalla" w:hAnsi="Sakkal Majalla" w:cs="Sakkal Majalla"/>
          <w:szCs w:val="28"/>
          <w:rtl/>
        </w:rPr>
        <w:t xml:space="preserve"> </w:t>
      </w:r>
      <w:r w:rsidRPr="00E52DB3">
        <w:rPr>
          <w:rFonts w:ascii="Sakkal Majalla" w:hAnsi="Sakkal Majalla" w:cs="Sakkal Majalla" w:hint="cs"/>
          <w:szCs w:val="28"/>
          <w:rtl/>
        </w:rPr>
        <w:t>أن</w:t>
      </w:r>
      <w:r w:rsidRPr="00E52DB3">
        <w:rPr>
          <w:rFonts w:ascii="Sakkal Majalla" w:hAnsi="Sakkal Majalla" w:cs="Sakkal Majalla"/>
          <w:szCs w:val="28"/>
          <w:rtl/>
        </w:rPr>
        <w:t xml:space="preserve"> </w:t>
      </w:r>
      <w:r w:rsidRPr="00E52DB3">
        <w:rPr>
          <w:rFonts w:ascii="Sakkal Majalla" w:hAnsi="Sakkal Majalla" w:cs="Sakkal Majalla" w:hint="cs"/>
          <w:szCs w:val="28"/>
          <w:rtl/>
        </w:rPr>
        <w:t>تكون</w:t>
      </w:r>
      <w:r w:rsidRPr="00E52DB3">
        <w:rPr>
          <w:rFonts w:ascii="Sakkal Majalla" w:hAnsi="Sakkal Majalla" w:cs="Sakkal Majalla"/>
          <w:szCs w:val="28"/>
          <w:rtl/>
        </w:rPr>
        <w:t xml:space="preserve"> </w:t>
      </w:r>
      <w:r w:rsidRPr="00E52DB3">
        <w:rPr>
          <w:rFonts w:ascii="Sakkal Majalla" w:hAnsi="Sakkal Majalla" w:cs="Sakkal Majalla" w:hint="cs"/>
          <w:szCs w:val="28"/>
          <w:rtl/>
        </w:rPr>
        <w:t>الجهة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الأنسب</w:t>
      </w:r>
      <w:r w:rsidRPr="00E52DB3">
        <w:rPr>
          <w:rFonts w:ascii="Sakkal Majalla" w:hAnsi="Sakkal Majalla" w:cs="Sakkal Majalla"/>
          <w:szCs w:val="28"/>
          <w:rtl/>
        </w:rPr>
        <w:t xml:space="preserve"> </w:t>
      </w:r>
      <w:r w:rsidRPr="00E52DB3">
        <w:rPr>
          <w:rFonts w:ascii="Sakkal Majalla" w:hAnsi="Sakkal Majalla" w:cs="Sakkal Majalla" w:hint="cs"/>
          <w:szCs w:val="28"/>
          <w:rtl/>
        </w:rPr>
        <w:t>لقيادة</w:t>
      </w:r>
      <w:r w:rsidRPr="00E52DB3">
        <w:rPr>
          <w:rFonts w:ascii="Sakkal Majalla" w:hAnsi="Sakkal Majalla" w:cs="Sakkal Majalla"/>
          <w:szCs w:val="28"/>
          <w:rtl/>
        </w:rPr>
        <w:t xml:space="preserve"> </w:t>
      </w:r>
      <w:r w:rsidRPr="00E52DB3">
        <w:rPr>
          <w:rFonts w:ascii="Sakkal Majalla" w:hAnsi="Sakkal Majalla" w:cs="Sakkal Majalla" w:hint="cs"/>
          <w:szCs w:val="28"/>
          <w:rtl/>
        </w:rPr>
        <w:t>نموذج</w:t>
      </w:r>
      <w:r w:rsidRPr="00E52DB3">
        <w:rPr>
          <w:rFonts w:ascii="Sakkal Majalla" w:hAnsi="Sakkal Majalla" w:cs="Sakkal Majalla"/>
          <w:szCs w:val="28"/>
          <w:rtl/>
        </w:rPr>
        <w:t xml:space="preserve"> </w:t>
      </w:r>
      <w:r w:rsidRPr="00E52DB3">
        <w:rPr>
          <w:rFonts w:ascii="Sakkal Majalla" w:hAnsi="Sakkal Majalla" w:cs="Sakkal Majalla" w:hint="cs"/>
          <w:szCs w:val="28"/>
          <w:rtl/>
        </w:rPr>
        <w:t>استدامة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الابتكار</w:t>
      </w:r>
      <w:r w:rsidRPr="00E52DB3">
        <w:rPr>
          <w:rFonts w:ascii="Sakkal Majalla" w:hAnsi="Sakkal Majalla" w:cs="Sakkal Majalla"/>
          <w:szCs w:val="28"/>
          <w:rtl/>
        </w:rPr>
        <w:t xml:space="preserve"> </w:t>
      </w:r>
      <w:r w:rsidRPr="00E52DB3">
        <w:rPr>
          <w:rFonts w:ascii="Sakkal Majalla" w:hAnsi="Sakkal Majalla" w:cs="Sakkal Majalla" w:hint="cs"/>
          <w:szCs w:val="28"/>
          <w:rtl/>
        </w:rPr>
        <w:t>من</w:t>
      </w:r>
      <w:r w:rsidRPr="00E52DB3">
        <w:rPr>
          <w:rFonts w:ascii="Sakkal Majalla" w:hAnsi="Sakkal Majalla" w:cs="Sakkal Majalla"/>
          <w:szCs w:val="28"/>
          <w:rtl/>
        </w:rPr>
        <w:t xml:space="preserve"> </w:t>
      </w:r>
      <w:r w:rsidRPr="00E52DB3">
        <w:rPr>
          <w:rFonts w:ascii="Sakkal Majalla" w:hAnsi="Sakkal Majalla" w:cs="Sakkal Majalla" w:hint="cs"/>
          <w:szCs w:val="28"/>
          <w:rtl/>
        </w:rPr>
        <w:t>خلال</w:t>
      </w:r>
      <w:r w:rsidRPr="00E52DB3">
        <w:rPr>
          <w:rFonts w:ascii="Sakkal Majalla" w:hAnsi="Sakkal Majalla" w:cs="Sakkal Majalla"/>
          <w:szCs w:val="28"/>
          <w:rtl/>
        </w:rPr>
        <w:t xml:space="preserve"> </w:t>
      </w:r>
      <w:r w:rsidRPr="00E52DB3">
        <w:rPr>
          <w:rFonts w:ascii="Sakkal Majalla" w:hAnsi="Sakkal Majalla" w:cs="Sakkal Majalla" w:hint="cs"/>
          <w:szCs w:val="28"/>
          <w:rtl/>
        </w:rPr>
        <w:t>بناء</w:t>
      </w:r>
      <w:r w:rsidRPr="00E52DB3">
        <w:rPr>
          <w:rFonts w:ascii="Sakkal Majalla" w:hAnsi="Sakkal Majalla" w:cs="Sakkal Majalla"/>
          <w:szCs w:val="28"/>
          <w:rtl/>
        </w:rPr>
        <w:t xml:space="preserve"> </w:t>
      </w:r>
      <w:r w:rsidRPr="00E52DB3">
        <w:rPr>
          <w:rFonts w:ascii="Sakkal Majalla" w:hAnsi="Sakkal Majalla" w:cs="Sakkal Majalla" w:hint="cs"/>
          <w:szCs w:val="28"/>
          <w:rtl/>
        </w:rPr>
        <w:t>القدرة</w:t>
      </w:r>
      <w:r w:rsidRPr="00E52DB3">
        <w:rPr>
          <w:rFonts w:ascii="Sakkal Majalla" w:hAnsi="Sakkal Majalla" w:cs="Sakkal Majalla"/>
          <w:szCs w:val="28"/>
          <w:rtl/>
        </w:rPr>
        <w:t xml:space="preserve"> </w:t>
      </w:r>
      <w:r w:rsidRPr="00E52DB3">
        <w:rPr>
          <w:rFonts w:ascii="Sakkal Majalla" w:hAnsi="Sakkal Majalla" w:cs="Sakkal Majalla" w:hint="cs"/>
          <w:szCs w:val="28"/>
          <w:rtl/>
        </w:rPr>
        <w:t>الامتصاصية</w:t>
      </w:r>
      <w:r w:rsidRPr="00E52DB3">
        <w:rPr>
          <w:rFonts w:ascii="Sakkal Majalla" w:hAnsi="Sakkal Majalla" w:cs="Sakkal Majalla"/>
          <w:szCs w:val="28"/>
          <w:rtl/>
        </w:rPr>
        <w:t xml:space="preserve"> </w:t>
      </w:r>
      <w:r w:rsidRPr="00E52DB3">
        <w:rPr>
          <w:rFonts w:ascii="Sakkal Majalla" w:hAnsi="Sakkal Majalla" w:cs="Sakkal Majalla" w:hint="cs"/>
          <w:szCs w:val="28"/>
          <w:rtl/>
        </w:rPr>
        <w:t>وترسيخها</w:t>
      </w:r>
      <w:r w:rsidRPr="00E52DB3">
        <w:rPr>
          <w:rFonts w:ascii="Sakkal Majalla" w:hAnsi="Sakkal Majalla" w:cs="Sakkal Majalla"/>
          <w:szCs w:val="28"/>
          <w:rtl/>
        </w:rPr>
        <w:t xml:space="preserve"> </w:t>
      </w:r>
      <w:r w:rsidRPr="00E52DB3">
        <w:rPr>
          <w:rFonts w:ascii="Sakkal Majalla" w:hAnsi="Sakkal Majalla" w:cs="Sakkal Majalla" w:hint="cs"/>
          <w:szCs w:val="28"/>
          <w:rtl/>
        </w:rPr>
        <w:t>عبر</w:t>
      </w:r>
      <w:r w:rsidRPr="00E52DB3">
        <w:rPr>
          <w:rFonts w:ascii="Sakkal Majalla" w:hAnsi="Sakkal Majalla" w:cs="Sakkal Majalla"/>
          <w:szCs w:val="28"/>
          <w:rtl/>
        </w:rPr>
        <w:t xml:space="preserve"> </w:t>
      </w:r>
      <w:r w:rsidRPr="00E52DB3">
        <w:rPr>
          <w:rFonts w:ascii="Sakkal Majalla" w:hAnsi="Sakkal Majalla" w:cs="Sakkal Majalla" w:hint="cs"/>
          <w:szCs w:val="28"/>
          <w:rtl/>
        </w:rPr>
        <w:t>آليات</w:t>
      </w:r>
      <w:r w:rsidRPr="00E52DB3">
        <w:rPr>
          <w:rFonts w:ascii="Sakkal Majalla" w:hAnsi="Sakkal Majalla" w:cs="Sakkal Majalla"/>
          <w:szCs w:val="28"/>
          <w:rtl/>
        </w:rPr>
        <w:t xml:space="preserve"> </w:t>
      </w:r>
      <w:r w:rsidRPr="00E52DB3">
        <w:rPr>
          <w:rFonts w:ascii="Sakkal Majalla" w:hAnsi="Sakkal Majalla" w:cs="Sakkal Majalla" w:hint="cs"/>
          <w:szCs w:val="28"/>
          <w:rtl/>
        </w:rPr>
        <w:t>مؤسسية</w:t>
      </w:r>
      <w:r w:rsidRPr="00E52DB3">
        <w:rPr>
          <w:rFonts w:ascii="Sakkal Majalla" w:hAnsi="Sakkal Majalla" w:cs="Sakkal Majalla"/>
          <w:szCs w:val="28"/>
          <w:rtl/>
        </w:rPr>
        <w:t xml:space="preserve"> </w:t>
      </w:r>
      <w:r w:rsidRPr="00E52DB3">
        <w:rPr>
          <w:rFonts w:ascii="Sakkal Majalla" w:hAnsi="Sakkal Majalla" w:cs="Sakkal Majalla" w:hint="cs"/>
          <w:szCs w:val="28"/>
          <w:rtl/>
        </w:rPr>
        <w:t>تظل</w:t>
      </w:r>
      <w:r w:rsidRPr="00E52DB3">
        <w:rPr>
          <w:rFonts w:ascii="Sakkal Majalla" w:hAnsi="Sakkal Majalla" w:cs="Sakkal Majalla"/>
          <w:szCs w:val="28"/>
          <w:rtl/>
        </w:rPr>
        <w:t xml:space="preserve"> </w:t>
      </w:r>
      <w:r w:rsidRPr="00E52DB3">
        <w:rPr>
          <w:rFonts w:ascii="Sakkal Majalla" w:hAnsi="Sakkal Majalla" w:cs="Sakkal Majalla" w:hint="cs"/>
          <w:szCs w:val="28"/>
          <w:rtl/>
        </w:rPr>
        <w:t>قائمة</w:t>
      </w:r>
      <w:r w:rsidRPr="00E52DB3">
        <w:rPr>
          <w:rFonts w:ascii="Sakkal Majalla" w:hAnsi="Sakkal Majalla" w:cs="Sakkal Majalla"/>
          <w:szCs w:val="28"/>
          <w:rtl/>
        </w:rPr>
        <w:t xml:space="preserve"> </w:t>
      </w:r>
      <w:r w:rsidRPr="00E52DB3">
        <w:rPr>
          <w:rFonts w:ascii="Sakkal Majalla" w:hAnsi="Sakkal Majalla" w:cs="Sakkal Majalla" w:hint="cs"/>
          <w:szCs w:val="28"/>
          <w:rtl/>
        </w:rPr>
        <w:t>بعد</w:t>
      </w:r>
      <w:r w:rsidRPr="00E52DB3">
        <w:rPr>
          <w:rFonts w:ascii="Sakkal Majalla" w:hAnsi="Sakkal Majalla" w:cs="Sakkal Majalla"/>
          <w:szCs w:val="28"/>
          <w:rtl/>
        </w:rPr>
        <w:t xml:space="preserve"> </w:t>
      </w:r>
      <w:r w:rsidRPr="00E52DB3">
        <w:rPr>
          <w:rFonts w:ascii="Sakkal Majalla" w:hAnsi="Sakkal Majalla" w:cs="Sakkal Majalla" w:hint="cs"/>
          <w:szCs w:val="28"/>
          <w:rtl/>
        </w:rPr>
        <w:t>انتهاء</w:t>
      </w:r>
      <w:r w:rsidRPr="00E52DB3">
        <w:rPr>
          <w:rFonts w:ascii="Sakkal Majalla" w:hAnsi="Sakkal Majalla" w:cs="Sakkal Majalla"/>
          <w:szCs w:val="28"/>
          <w:rtl/>
        </w:rPr>
        <w:t xml:space="preserve"> </w:t>
      </w:r>
      <w:r w:rsidRPr="00E52DB3">
        <w:rPr>
          <w:rFonts w:ascii="Sakkal Majalla" w:hAnsi="Sakkal Majalla" w:cs="Sakkal Majalla" w:hint="cs"/>
          <w:szCs w:val="28"/>
          <w:rtl/>
        </w:rPr>
        <w:t>المشروع</w:t>
      </w:r>
      <w:r>
        <w:rPr>
          <w:rFonts w:ascii="Sakkal Majalla" w:hAnsi="Sakkal Majalla" w:cs="Sakkal Majalla" w:hint="cs"/>
          <w:szCs w:val="28"/>
          <w:rtl/>
        </w:rPr>
        <w:t>.</w:t>
      </w:r>
    </w:p>
    <w:p w14:paraId="4A1D5E0B" w14:textId="40FE9804" w:rsidR="006D18F1" w:rsidRPr="006D18F1" w:rsidRDefault="006D18F1" w:rsidP="00634497">
      <w:pPr>
        <w:bidi/>
        <w:spacing w:line="360" w:lineRule="auto"/>
        <w:jc w:val="lowKashida"/>
        <w:rPr>
          <w:rFonts w:ascii="Sakkal Majalla" w:hAnsi="Sakkal Majalla" w:cs="Sakkal Majalla"/>
          <w:b/>
          <w:bCs/>
          <w:sz w:val="32"/>
          <w:szCs w:val="32"/>
        </w:rPr>
      </w:pPr>
      <w:r w:rsidRPr="006D18F1">
        <w:rPr>
          <w:b/>
          <w:bCs/>
          <w:sz w:val="30"/>
          <w:szCs w:val="24"/>
        </w:rPr>
        <w:t xml:space="preserve"> </w:t>
      </w:r>
      <w:r w:rsidRPr="006D18F1">
        <w:rPr>
          <w:rFonts w:ascii="Sakkal Majalla" w:hAnsi="Sakkal Majalla" w:cs="Sakkal Majalla"/>
          <w:b/>
          <w:bCs/>
          <w:sz w:val="32"/>
          <w:szCs w:val="32"/>
          <w:rtl/>
        </w:rPr>
        <w:t xml:space="preserve">4.4 </w:t>
      </w:r>
      <w:r w:rsidRPr="006D18F1">
        <w:rPr>
          <w:rFonts w:ascii="Sakkal Majalla" w:hAnsi="Sakkal Majalla" w:cs="Sakkal Majalla" w:hint="cs"/>
          <w:b/>
          <w:bCs/>
          <w:sz w:val="32"/>
          <w:szCs w:val="32"/>
          <w:rtl/>
        </w:rPr>
        <w:t>التحليل</w:t>
      </w:r>
      <w:r w:rsidRPr="006D18F1">
        <w:rPr>
          <w:rFonts w:ascii="Sakkal Majalla" w:hAnsi="Sakkal Majalla" w:cs="Sakkal Majalla"/>
          <w:b/>
          <w:bCs/>
          <w:sz w:val="32"/>
          <w:szCs w:val="32"/>
          <w:rtl/>
        </w:rPr>
        <w:t xml:space="preserve"> </w:t>
      </w:r>
      <w:r w:rsidRPr="006D18F1">
        <w:rPr>
          <w:rFonts w:ascii="Sakkal Majalla" w:hAnsi="Sakkal Majalla" w:cs="Sakkal Majalla" w:hint="cs"/>
          <w:b/>
          <w:bCs/>
          <w:sz w:val="32"/>
          <w:szCs w:val="32"/>
          <w:rtl/>
        </w:rPr>
        <w:t>النوعي</w:t>
      </w:r>
      <w:r w:rsidRPr="006D18F1">
        <w:rPr>
          <w:rFonts w:ascii="Sakkal Majalla" w:hAnsi="Sakkal Majalla" w:cs="Sakkal Majalla"/>
          <w:b/>
          <w:bCs/>
          <w:sz w:val="32"/>
          <w:szCs w:val="32"/>
          <w:rtl/>
        </w:rPr>
        <w:t xml:space="preserve"> </w:t>
      </w:r>
      <w:r w:rsidRPr="006D18F1">
        <w:rPr>
          <w:rFonts w:ascii="Sakkal Majalla" w:hAnsi="Sakkal Majalla" w:cs="Sakkal Majalla" w:hint="cs"/>
          <w:b/>
          <w:bCs/>
          <w:sz w:val="32"/>
          <w:szCs w:val="32"/>
          <w:rtl/>
        </w:rPr>
        <w:t>للبيانات</w:t>
      </w:r>
      <w:r w:rsidRPr="006D18F1">
        <w:rPr>
          <w:rFonts w:ascii="Sakkal Majalla" w:hAnsi="Sakkal Majalla" w:cs="Sakkal Majalla"/>
          <w:b/>
          <w:bCs/>
          <w:sz w:val="32"/>
          <w:szCs w:val="32"/>
          <w:rtl/>
        </w:rPr>
        <w:t xml:space="preserve"> </w:t>
      </w:r>
      <w:r w:rsidRPr="006D18F1">
        <w:rPr>
          <w:rFonts w:ascii="Sakkal Majalla" w:hAnsi="Sakkal Majalla" w:cs="Sakkal Majalla" w:hint="cs"/>
          <w:b/>
          <w:bCs/>
          <w:sz w:val="32"/>
          <w:szCs w:val="32"/>
          <w:rtl/>
        </w:rPr>
        <w:t>المفتوحة</w:t>
      </w:r>
      <w:r w:rsidRPr="006D18F1">
        <w:rPr>
          <w:rFonts w:ascii="Sakkal Majalla" w:hAnsi="Sakkal Majalla" w:cs="Sakkal Majalla"/>
          <w:b/>
          <w:bCs/>
          <w:sz w:val="32"/>
          <w:szCs w:val="32"/>
          <w:rtl/>
        </w:rPr>
        <w:t xml:space="preserve"> </w:t>
      </w:r>
      <w:r w:rsidRPr="006D18F1">
        <w:rPr>
          <w:rFonts w:ascii="Sakkal Majalla" w:hAnsi="Sakkal Majalla" w:cs="Sakkal Majalla" w:hint="cs"/>
          <w:b/>
          <w:bCs/>
          <w:sz w:val="32"/>
          <w:szCs w:val="32"/>
          <w:rtl/>
        </w:rPr>
        <w:t>والمقابلات</w:t>
      </w:r>
    </w:p>
    <w:p w14:paraId="19945F56" w14:textId="64B96913"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اعتمد</w:t>
      </w:r>
      <w:r w:rsidRPr="006D18F1">
        <w:rPr>
          <w:rFonts w:ascii="Sakkal Majalla" w:hAnsi="Sakkal Majalla" w:cs="Sakkal Majalla"/>
          <w:szCs w:val="28"/>
          <w:rtl/>
        </w:rPr>
        <w:t xml:space="preserve"> </w:t>
      </w:r>
      <w:r w:rsidRPr="006D18F1">
        <w:rPr>
          <w:rFonts w:ascii="Sakkal Majalla" w:hAnsi="Sakkal Majalla" w:cs="Sakkal Majalla" w:hint="cs"/>
          <w:szCs w:val="28"/>
          <w:rtl/>
        </w:rPr>
        <w:t>هذا</w:t>
      </w:r>
      <w:r w:rsidRPr="006D18F1">
        <w:rPr>
          <w:rFonts w:ascii="Sakkal Majalla" w:hAnsi="Sakkal Majalla" w:cs="Sakkal Majalla"/>
          <w:szCs w:val="28"/>
          <w:rtl/>
        </w:rPr>
        <w:t xml:space="preserve"> </w:t>
      </w:r>
      <w:r w:rsidRPr="006D18F1">
        <w:rPr>
          <w:rFonts w:ascii="Sakkal Majalla" w:hAnsi="Sakkal Majalla" w:cs="Sakkal Majalla" w:hint="cs"/>
          <w:szCs w:val="28"/>
          <w:rtl/>
        </w:rPr>
        <w:t>القسم</w:t>
      </w:r>
      <w:r w:rsidRPr="006D18F1">
        <w:rPr>
          <w:rFonts w:ascii="Sakkal Majalla" w:hAnsi="Sakkal Majalla" w:cs="Sakkal Majalla"/>
          <w:szCs w:val="28"/>
          <w:rtl/>
        </w:rPr>
        <w:t xml:space="preserve"> </w:t>
      </w:r>
      <w:r w:rsidRPr="006D18F1">
        <w:rPr>
          <w:rFonts w:ascii="Sakkal Majalla" w:hAnsi="Sakkal Majalla" w:cs="Sakkal Majalla" w:hint="cs"/>
          <w:szCs w:val="28"/>
          <w:rtl/>
        </w:rPr>
        <w:t>على</w:t>
      </w:r>
      <w:r w:rsidRPr="006D18F1">
        <w:rPr>
          <w:rFonts w:ascii="Sakkal Majalla" w:hAnsi="Sakkal Majalla" w:cs="Sakkal Majalla"/>
          <w:szCs w:val="28"/>
          <w:rtl/>
        </w:rPr>
        <w:t xml:space="preserve"> </w:t>
      </w:r>
      <w:r w:rsidRPr="006D18F1">
        <w:rPr>
          <w:rFonts w:ascii="Sakkal Majalla" w:hAnsi="Sakkal Majalla" w:cs="Sakkal Majalla" w:hint="cs"/>
          <w:szCs w:val="28"/>
          <w:rtl/>
        </w:rPr>
        <w:t>تحليل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البيانات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النوعية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المستخلصة</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w:t>
      </w:r>
    </w:p>
    <w:p w14:paraId="4319B9D5" w14:textId="3800EB13" w:rsidR="006D18F1" w:rsidRPr="006D18F1" w:rsidRDefault="006D18F1" w:rsidP="00634497">
      <w:pPr>
        <w:pStyle w:val="ListParagraph"/>
        <w:numPr>
          <w:ilvl w:val="0"/>
          <w:numId w:val="72"/>
        </w:num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مقابلة</w:t>
      </w:r>
      <w:r w:rsidRPr="006D18F1">
        <w:rPr>
          <w:rFonts w:ascii="Sakkal Majalla" w:hAnsi="Sakkal Majalla" w:cs="Sakkal Majalla"/>
          <w:szCs w:val="28"/>
          <w:rtl/>
        </w:rPr>
        <w:t xml:space="preserve"> </w:t>
      </w:r>
      <w:r w:rsidRPr="006D18F1">
        <w:rPr>
          <w:rFonts w:ascii="Sakkal Majalla" w:hAnsi="Sakkal Majalla" w:cs="Sakkal Majalla" w:hint="cs"/>
          <w:szCs w:val="28"/>
          <w:rtl/>
        </w:rPr>
        <w:t>شبه</w:t>
      </w:r>
      <w:r w:rsidRPr="006D18F1">
        <w:rPr>
          <w:rFonts w:ascii="Sakkal Majalla" w:hAnsi="Sakkal Majalla" w:cs="Sakkal Majalla"/>
          <w:szCs w:val="28"/>
          <w:rtl/>
        </w:rPr>
        <w:t xml:space="preserve"> </w:t>
      </w:r>
      <w:r w:rsidRPr="006D18F1">
        <w:rPr>
          <w:rFonts w:ascii="Sakkal Majalla" w:hAnsi="Sakkal Majalla" w:cs="Sakkal Majalla" w:hint="cs"/>
          <w:szCs w:val="28"/>
          <w:rtl/>
        </w:rPr>
        <w:t>منظمة</w:t>
      </w:r>
      <w:r w:rsidRPr="006D18F1">
        <w:rPr>
          <w:rFonts w:ascii="Sakkal Majalla" w:hAnsi="Sakkal Majalla" w:cs="Sakkal Majalla"/>
          <w:szCs w:val="28"/>
          <w:rtl/>
        </w:rPr>
        <w:t xml:space="preserve"> </w:t>
      </w:r>
      <w:r w:rsidRPr="006D18F1">
        <w:rPr>
          <w:rFonts w:ascii="Sakkal Majalla" w:hAnsi="Sakkal Majalla" w:cs="Sakkal Majalla" w:hint="cs"/>
          <w:szCs w:val="28"/>
          <w:rtl/>
        </w:rPr>
        <w:t>مع</w:t>
      </w:r>
      <w:r w:rsidRPr="006D18F1">
        <w:rPr>
          <w:rFonts w:ascii="Sakkal Majalla" w:hAnsi="Sakkal Majalla" w:cs="Sakkal Majalla"/>
          <w:szCs w:val="28"/>
          <w:rtl/>
        </w:rPr>
        <w:t xml:space="preserve"> </w:t>
      </w:r>
      <w:r w:rsidRPr="006D18F1">
        <w:rPr>
          <w:rFonts w:ascii="Sakkal Majalla" w:hAnsi="Sakkal Majalla" w:cs="Sakkal Majalla" w:hint="cs"/>
          <w:szCs w:val="28"/>
          <w:rtl/>
        </w:rPr>
        <w:t>مدير</w:t>
      </w:r>
      <w:r w:rsidRPr="006D18F1">
        <w:rPr>
          <w:rFonts w:ascii="Sakkal Majalla" w:hAnsi="Sakkal Majalla" w:cs="Sakkal Majalla"/>
          <w:szCs w:val="28"/>
          <w:rtl/>
        </w:rPr>
        <w:t xml:space="preserve"> </w:t>
      </w:r>
      <w:r w:rsidRPr="006D18F1">
        <w:rPr>
          <w:rFonts w:ascii="Sakkal Majalla" w:hAnsi="Sakkal Majalla" w:cs="Sakkal Majalla" w:hint="cs"/>
          <w:szCs w:val="28"/>
          <w:rtl/>
        </w:rPr>
        <w:t>عام</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الابتكار</w:t>
      </w:r>
      <w:r w:rsidRPr="006D18F1">
        <w:rPr>
          <w:rFonts w:ascii="Sakkal Majalla" w:hAnsi="Sakkal Majalla" w:cs="Sakkal Majalla"/>
          <w:szCs w:val="28"/>
          <w:rtl/>
        </w:rPr>
        <w:t xml:space="preserve"> </w:t>
      </w:r>
      <w:r w:rsidRPr="006D18F1">
        <w:rPr>
          <w:rFonts w:ascii="Sakkal Majalla" w:hAnsi="Sakkal Majalla" w:cs="Sakkal Majalla" w:hint="cs"/>
          <w:szCs w:val="28"/>
          <w:rtl/>
        </w:rPr>
        <w:t>في</w:t>
      </w:r>
      <w:r w:rsidRPr="006D18F1">
        <w:rPr>
          <w:rFonts w:ascii="Sakkal Majalla" w:hAnsi="Sakkal Majalla" w:cs="Sakkal Majalla"/>
          <w:szCs w:val="28"/>
          <w:rtl/>
        </w:rPr>
        <w:t xml:space="preserve"> </w:t>
      </w:r>
      <w:r w:rsidRPr="006D18F1">
        <w:rPr>
          <w:rFonts w:ascii="Sakkal Majalla" w:hAnsi="Sakkal Majalla" w:cs="Sakkal Majalla" w:hint="cs"/>
          <w:szCs w:val="28"/>
          <w:rtl/>
        </w:rPr>
        <w:t>إحدى</w:t>
      </w:r>
      <w:r w:rsidRPr="006D18F1">
        <w:rPr>
          <w:rFonts w:ascii="Sakkal Majalla" w:hAnsi="Sakkal Majalla" w:cs="Sakkal Majalla"/>
          <w:szCs w:val="28"/>
          <w:rtl/>
        </w:rPr>
        <w:t xml:space="preserve"> </w:t>
      </w:r>
      <w:r w:rsidRPr="006D18F1">
        <w:rPr>
          <w:rFonts w:ascii="Sakkal Majalla" w:hAnsi="Sakkal Majalla" w:cs="Sakkal Majalla" w:hint="cs"/>
          <w:szCs w:val="28"/>
          <w:rtl/>
        </w:rPr>
        <w:t>الشركات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الاستشارية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الكبرى</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التي</w:t>
      </w:r>
      <w:r w:rsidRPr="006D18F1">
        <w:rPr>
          <w:rFonts w:ascii="Sakkal Majalla" w:hAnsi="Sakkal Majalla" w:cs="Sakkal Majalla"/>
          <w:szCs w:val="28"/>
          <w:rtl/>
        </w:rPr>
        <w:t xml:space="preserve"> </w:t>
      </w:r>
      <w:r w:rsidRPr="006D18F1">
        <w:rPr>
          <w:rFonts w:ascii="Sakkal Majalla" w:hAnsi="Sakkal Majalla" w:cs="Sakkal Majalla" w:hint="cs"/>
          <w:szCs w:val="28"/>
          <w:rtl/>
        </w:rPr>
        <w:t>تعمل</w:t>
      </w:r>
      <w:r w:rsidRPr="006D18F1">
        <w:rPr>
          <w:rFonts w:ascii="Sakkal Majalla" w:hAnsi="Sakkal Majalla" w:cs="Sakkal Majalla"/>
          <w:szCs w:val="28"/>
          <w:rtl/>
        </w:rPr>
        <w:t xml:space="preserve"> </w:t>
      </w:r>
      <w:r w:rsidRPr="006D18F1">
        <w:rPr>
          <w:rFonts w:ascii="Sakkal Majalla" w:hAnsi="Sakkal Majalla" w:cs="Sakkal Majalla" w:hint="cs"/>
          <w:szCs w:val="28"/>
          <w:rtl/>
        </w:rPr>
        <w:t>مع</w:t>
      </w:r>
      <w:r w:rsidRPr="006D18F1">
        <w:rPr>
          <w:rFonts w:ascii="Sakkal Majalla" w:hAnsi="Sakkal Majalla" w:cs="Sakkal Majalla"/>
          <w:szCs w:val="28"/>
          <w:rtl/>
        </w:rPr>
        <w:t xml:space="preserve"> </w:t>
      </w:r>
      <w:r w:rsidRPr="006D18F1">
        <w:rPr>
          <w:rFonts w:ascii="Sakkal Majalla" w:hAnsi="Sakkal Majalla" w:cs="Sakkal Majalla" w:hint="cs"/>
          <w:szCs w:val="28"/>
          <w:rtl/>
        </w:rPr>
        <w:t>الجهات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الحكومية</w:t>
      </w:r>
      <w:r w:rsidRPr="006D18F1">
        <w:rPr>
          <w:rFonts w:ascii="Sakkal Majalla" w:hAnsi="Sakkal Majalla" w:cs="Sakkal Majalla"/>
          <w:szCs w:val="28"/>
          <w:rtl/>
        </w:rPr>
        <w:t>.</w:t>
      </w:r>
    </w:p>
    <w:p w14:paraId="517B1DBE" w14:textId="16470455" w:rsidR="006D18F1" w:rsidRPr="006D18F1" w:rsidRDefault="006D18F1" w:rsidP="00634497">
      <w:pPr>
        <w:pStyle w:val="ListParagraph"/>
        <w:numPr>
          <w:ilvl w:val="0"/>
          <w:numId w:val="72"/>
        </w:num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lastRenderedPageBreak/>
        <w:t>الإجابات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النصية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المفتوحة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الواردة</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المشاركين</w:t>
      </w:r>
      <w:r w:rsidRPr="006D18F1">
        <w:rPr>
          <w:rFonts w:ascii="Sakkal Majalla" w:hAnsi="Sakkal Majalla" w:cs="Sakkal Majalla"/>
          <w:szCs w:val="28"/>
          <w:rtl/>
        </w:rPr>
        <w:t xml:space="preserve"> </w:t>
      </w:r>
      <w:r w:rsidRPr="006D18F1">
        <w:rPr>
          <w:rFonts w:ascii="Sakkal Majalla" w:hAnsi="Sakkal Majalla" w:cs="Sakkal Majalla" w:hint="cs"/>
          <w:szCs w:val="28"/>
          <w:rtl/>
        </w:rPr>
        <w:t>في</w:t>
      </w:r>
      <w:r w:rsidRPr="006D18F1">
        <w:rPr>
          <w:rFonts w:ascii="Sakkal Majalla" w:hAnsi="Sakkal Majalla" w:cs="Sakkal Majalla"/>
          <w:szCs w:val="28"/>
          <w:rtl/>
        </w:rPr>
        <w:t xml:space="preserve"> </w:t>
      </w:r>
      <w:proofErr w:type="gramStart"/>
      <w:r w:rsidRPr="006D18F1">
        <w:rPr>
          <w:rFonts w:ascii="Sakkal Majalla" w:hAnsi="Sakkal Majalla" w:cs="Sakkal Majalla" w:hint="cs"/>
          <w:szCs w:val="28"/>
          <w:rtl/>
        </w:rPr>
        <w:t>الاستبيان</w:t>
      </w:r>
      <w:proofErr w:type="gramEnd"/>
      <w:r w:rsidRPr="006D18F1">
        <w:rPr>
          <w:rFonts w:ascii="Sakkal Majalla" w:hAnsi="Sakkal Majalla" w:cs="Sakkal Majalla" w:hint="cs"/>
          <w:szCs w:val="28"/>
          <w:rtl/>
        </w:rPr>
        <w:t>،</w:t>
      </w:r>
      <w:r w:rsidRPr="006D18F1">
        <w:rPr>
          <w:rFonts w:ascii="Sakkal Majalla" w:hAnsi="Sakkal Majalla" w:cs="Sakkal Majalla"/>
          <w:szCs w:val="28"/>
          <w:rtl/>
        </w:rPr>
        <w:t xml:space="preserve"> </w:t>
      </w:r>
      <w:r w:rsidRPr="006D18F1">
        <w:rPr>
          <w:rFonts w:ascii="Sakkal Majalla" w:hAnsi="Sakkal Majalla" w:cs="Sakkal Majalla" w:hint="cs"/>
          <w:szCs w:val="28"/>
          <w:rtl/>
        </w:rPr>
        <w:t>والتي</w:t>
      </w:r>
      <w:r w:rsidRPr="006D18F1">
        <w:rPr>
          <w:rFonts w:ascii="Sakkal Majalla" w:hAnsi="Sakkal Majalla" w:cs="Sakkal Majalla"/>
          <w:szCs w:val="28"/>
          <w:rtl/>
        </w:rPr>
        <w:t xml:space="preserve"> </w:t>
      </w:r>
      <w:r w:rsidRPr="006D18F1">
        <w:rPr>
          <w:rFonts w:ascii="Sakkal Majalla" w:hAnsi="Sakkal Majalla" w:cs="Sakkal Majalla" w:hint="cs"/>
          <w:szCs w:val="28"/>
          <w:rtl/>
        </w:rPr>
        <w:t>تم</w:t>
      </w:r>
      <w:r w:rsidRPr="006D18F1">
        <w:rPr>
          <w:rFonts w:ascii="Sakkal Majalla" w:hAnsi="Sakkal Majalla" w:cs="Sakkal Majalla"/>
          <w:szCs w:val="28"/>
          <w:rtl/>
        </w:rPr>
        <w:t xml:space="preserve"> </w:t>
      </w:r>
      <w:r w:rsidRPr="006D18F1">
        <w:rPr>
          <w:rFonts w:ascii="Sakkal Majalla" w:hAnsi="Sakkal Majalla" w:cs="Sakkal Majalla" w:hint="cs"/>
          <w:szCs w:val="28"/>
          <w:rtl/>
        </w:rPr>
        <w:t>فرزها</w:t>
      </w:r>
      <w:r w:rsidRPr="006D18F1">
        <w:rPr>
          <w:rFonts w:ascii="Sakkal Majalla" w:hAnsi="Sakkal Majalla" w:cs="Sakkal Majalla"/>
          <w:szCs w:val="28"/>
          <w:rtl/>
        </w:rPr>
        <w:t xml:space="preserve"> </w:t>
      </w:r>
      <w:r w:rsidRPr="006D18F1">
        <w:rPr>
          <w:rFonts w:ascii="Sakkal Majalla" w:hAnsi="Sakkal Majalla" w:cs="Sakkal Majalla" w:hint="cs"/>
          <w:szCs w:val="28"/>
          <w:rtl/>
        </w:rPr>
        <w:t>وتصنيفها</w:t>
      </w:r>
      <w:r w:rsidRPr="006D18F1">
        <w:rPr>
          <w:rFonts w:ascii="Sakkal Majalla" w:hAnsi="Sakkal Majalla" w:cs="Sakkal Majalla"/>
          <w:szCs w:val="28"/>
          <w:rtl/>
        </w:rPr>
        <w:t xml:space="preserve"> </w:t>
      </w:r>
      <w:r w:rsidRPr="006D18F1">
        <w:rPr>
          <w:rFonts w:ascii="Sakkal Majalla" w:hAnsi="Sakkal Majalla" w:cs="Sakkal Majalla" w:hint="cs"/>
          <w:szCs w:val="28"/>
          <w:rtl/>
        </w:rPr>
        <w:t>باستخدام</w:t>
      </w:r>
      <w:r w:rsidRPr="006D18F1">
        <w:rPr>
          <w:rFonts w:ascii="Sakkal Majalla" w:hAnsi="Sakkal Majalla" w:cs="Sakkal Majalla"/>
          <w:szCs w:val="28"/>
          <w:rtl/>
        </w:rPr>
        <w:t xml:space="preserve"> </w:t>
      </w:r>
      <w:r w:rsidRPr="006D18F1">
        <w:rPr>
          <w:rFonts w:ascii="Sakkal Majalla" w:hAnsi="Sakkal Majalla" w:cs="Sakkal Majalla" w:hint="cs"/>
          <w:szCs w:val="28"/>
          <w:rtl/>
        </w:rPr>
        <w:t>أسلوب</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التحليل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الموضوعي</w:t>
      </w:r>
      <w:r w:rsidRPr="006D18F1">
        <w:rPr>
          <w:rFonts w:ascii="Sakkal Majalla" w:hAnsi="Sakkal Majalla" w:cs="Sakkal Majalla"/>
          <w:szCs w:val="28"/>
          <w:rtl/>
        </w:rPr>
        <w:t xml:space="preserve"> (</w:t>
      </w:r>
      <w:r w:rsidRPr="006D18F1">
        <w:rPr>
          <w:rFonts w:ascii="Sakkal Majalla" w:hAnsi="Sakkal Majalla" w:cs="Sakkal Majalla"/>
          <w:szCs w:val="28"/>
        </w:rPr>
        <w:t>Thematic Analysis</w:t>
      </w:r>
      <w:r w:rsidRPr="006D18F1">
        <w:rPr>
          <w:rFonts w:ascii="Sakkal Majalla" w:hAnsi="Sakkal Majalla" w:cs="Sakkal Majalla"/>
          <w:szCs w:val="28"/>
          <w:rtl/>
        </w:rPr>
        <w:t>).</w:t>
      </w:r>
    </w:p>
    <w:p w14:paraId="1CA33CA2" w14:textId="476E56E7"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تم</w:t>
      </w:r>
      <w:r w:rsidRPr="006D18F1">
        <w:rPr>
          <w:rFonts w:ascii="Sakkal Majalla" w:hAnsi="Sakkal Majalla" w:cs="Sakkal Majalla"/>
          <w:szCs w:val="28"/>
          <w:rtl/>
        </w:rPr>
        <w:t xml:space="preserve"> </w:t>
      </w:r>
      <w:r w:rsidRPr="006D18F1">
        <w:rPr>
          <w:rFonts w:ascii="Sakkal Majalla" w:hAnsi="Sakkal Majalla" w:cs="Sakkal Majalla" w:hint="cs"/>
          <w:szCs w:val="28"/>
          <w:rtl/>
        </w:rPr>
        <w:t>تصنيف</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المضامين</w:t>
      </w:r>
      <w:r w:rsidRPr="006D18F1">
        <w:rPr>
          <w:rFonts w:ascii="Sakkal Majalla" w:hAnsi="Sakkal Majalla" w:cs="Sakkal Majalla"/>
          <w:szCs w:val="28"/>
          <w:rtl/>
        </w:rPr>
        <w:t xml:space="preserve"> </w:t>
      </w:r>
      <w:r w:rsidRPr="006D18F1">
        <w:rPr>
          <w:rFonts w:ascii="Sakkal Majalla" w:hAnsi="Sakkal Majalla" w:cs="Sakkal Majalla" w:hint="cs"/>
          <w:szCs w:val="28"/>
          <w:rtl/>
        </w:rPr>
        <w:t>إلى</w:t>
      </w:r>
      <w:r w:rsidRPr="006D18F1">
        <w:rPr>
          <w:rFonts w:ascii="Sakkal Majalla" w:hAnsi="Sakkal Majalla" w:cs="Sakkal Majalla"/>
          <w:szCs w:val="28"/>
          <w:rtl/>
        </w:rPr>
        <w:t xml:space="preserve"> </w:t>
      </w:r>
      <w:r w:rsidRPr="006D18F1">
        <w:rPr>
          <w:rFonts w:ascii="Sakkal Majalla" w:hAnsi="Sakkal Majalla" w:cs="Sakkal Majalla" w:hint="cs"/>
          <w:szCs w:val="28"/>
          <w:rtl/>
        </w:rPr>
        <w:t>أربعة</w:t>
      </w:r>
      <w:r w:rsidRPr="006D18F1">
        <w:rPr>
          <w:rFonts w:ascii="Sakkal Majalla" w:hAnsi="Sakkal Majalla" w:cs="Sakkal Majalla"/>
          <w:szCs w:val="28"/>
          <w:rtl/>
        </w:rPr>
        <w:t xml:space="preserve"> </w:t>
      </w:r>
      <w:r w:rsidRPr="006D18F1">
        <w:rPr>
          <w:rFonts w:ascii="Sakkal Majalla" w:hAnsi="Sakkal Majalla" w:cs="Sakkal Majalla" w:hint="cs"/>
          <w:szCs w:val="28"/>
          <w:rtl/>
        </w:rPr>
        <w:t>محاور</w:t>
      </w:r>
      <w:r w:rsidRPr="006D18F1">
        <w:rPr>
          <w:rFonts w:ascii="Sakkal Majalla" w:hAnsi="Sakkal Majalla" w:cs="Sakkal Majalla"/>
          <w:szCs w:val="28"/>
          <w:rtl/>
        </w:rPr>
        <w:t xml:space="preserve"> </w:t>
      </w:r>
      <w:r w:rsidRPr="006D18F1">
        <w:rPr>
          <w:rFonts w:ascii="Sakkal Majalla" w:hAnsi="Sakkal Majalla" w:cs="Sakkal Majalla" w:hint="cs"/>
          <w:szCs w:val="28"/>
          <w:rtl/>
        </w:rPr>
        <w:t>رئيسية</w:t>
      </w:r>
      <w:r w:rsidRPr="006D18F1">
        <w:rPr>
          <w:rFonts w:ascii="Sakkal Majalla" w:hAnsi="Sakkal Majalla" w:cs="Sakkal Majalla"/>
          <w:szCs w:val="28"/>
          <w:rtl/>
        </w:rPr>
        <w:t xml:space="preserve"> </w:t>
      </w:r>
      <w:r w:rsidRPr="006D18F1">
        <w:rPr>
          <w:rFonts w:ascii="Sakkal Majalla" w:hAnsi="Sakkal Majalla" w:cs="Sakkal Majalla" w:hint="cs"/>
          <w:szCs w:val="28"/>
          <w:rtl/>
        </w:rPr>
        <w:t>تعكس</w:t>
      </w:r>
      <w:r w:rsidRPr="006D18F1">
        <w:rPr>
          <w:rFonts w:ascii="Sakkal Majalla" w:hAnsi="Sakkal Majalla" w:cs="Sakkal Majalla"/>
          <w:szCs w:val="28"/>
          <w:rtl/>
        </w:rPr>
        <w:t xml:space="preserve"> </w:t>
      </w:r>
      <w:r w:rsidRPr="006D18F1">
        <w:rPr>
          <w:rFonts w:ascii="Sakkal Majalla" w:hAnsi="Sakkal Majalla" w:cs="Sakkal Majalla" w:hint="cs"/>
          <w:szCs w:val="28"/>
          <w:rtl/>
        </w:rPr>
        <w:t>الأنماط</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المتكررة</w:t>
      </w:r>
      <w:r w:rsidRPr="006D18F1">
        <w:rPr>
          <w:rFonts w:ascii="Sakkal Majalla" w:hAnsi="Sakkal Majalla" w:cs="Sakkal Majalla"/>
          <w:szCs w:val="28"/>
          <w:rtl/>
        </w:rPr>
        <w:t xml:space="preserve"> </w:t>
      </w:r>
      <w:r w:rsidRPr="006D18F1">
        <w:rPr>
          <w:rFonts w:ascii="Sakkal Majalla" w:hAnsi="Sakkal Majalla" w:cs="Sakkal Majalla" w:hint="cs"/>
          <w:szCs w:val="28"/>
          <w:rtl/>
        </w:rPr>
        <w:t>والأبعاد</w:t>
      </w:r>
      <w:r w:rsidRPr="006D18F1">
        <w:rPr>
          <w:rFonts w:ascii="Sakkal Majalla" w:hAnsi="Sakkal Majalla" w:cs="Sakkal Majalla"/>
          <w:szCs w:val="28"/>
          <w:rtl/>
        </w:rPr>
        <w:t xml:space="preserve"> </w:t>
      </w:r>
      <w:r w:rsidRPr="006D18F1">
        <w:rPr>
          <w:rFonts w:ascii="Sakkal Majalla" w:hAnsi="Sakkal Majalla" w:cs="Sakkal Majalla" w:hint="cs"/>
          <w:szCs w:val="28"/>
          <w:rtl/>
        </w:rPr>
        <w:t>الأكثر</w:t>
      </w:r>
      <w:r w:rsidRPr="006D18F1">
        <w:rPr>
          <w:rFonts w:ascii="Sakkal Majalla" w:hAnsi="Sakkal Majalla" w:cs="Sakkal Majalla"/>
          <w:szCs w:val="28"/>
          <w:rtl/>
        </w:rPr>
        <w:t xml:space="preserve"> </w:t>
      </w:r>
      <w:r w:rsidRPr="006D18F1">
        <w:rPr>
          <w:rFonts w:ascii="Sakkal Majalla" w:hAnsi="Sakkal Majalla" w:cs="Sakkal Majalla" w:hint="cs"/>
          <w:szCs w:val="28"/>
          <w:rtl/>
        </w:rPr>
        <w:t>ارتباطًا</w:t>
      </w:r>
      <w:r w:rsidRPr="006D18F1">
        <w:rPr>
          <w:rFonts w:ascii="Sakkal Majalla" w:hAnsi="Sakkal Majalla" w:cs="Sakkal Majalla"/>
          <w:szCs w:val="28"/>
          <w:rtl/>
        </w:rPr>
        <w:t xml:space="preserve"> </w:t>
      </w:r>
      <w:r w:rsidRPr="006D18F1">
        <w:rPr>
          <w:rFonts w:ascii="Sakkal Majalla" w:hAnsi="Sakkal Majalla" w:cs="Sakkal Majalla" w:hint="cs"/>
          <w:szCs w:val="28"/>
          <w:rtl/>
        </w:rPr>
        <w:t>بأهداف</w:t>
      </w:r>
      <w:r w:rsidRPr="006D18F1">
        <w:rPr>
          <w:rFonts w:ascii="Sakkal Majalla" w:hAnsi="Sakkal Majalla" w:cs="Sakkal Majalla"/>
          <w:szCs w:val="28"/>
          <w:rtl/>
        </w:rPr>
        <w:t xml:space="preserve"> </w:t>
      </w:r>
      <w:r w:rsidRPr="006D18F1">
        <w:rPr>
          <w:rFonts w:ascii="Sakkal Majalla" w:hAnsi="Sakkal Majalla" w:cs="Sakkal Majalla" w:hint="cs"/>
          <w:szCs w:val="28"/>
          <w:rtl/>
        </w:rPr>
        <w:t>الدراسة</w:t>
      </w:r>
      <w:r w:rsidRPr="006D18F1">
        <w:rPr>
          <w:rFonts w:ascii="Sakkal Majalla" w:hAnsi="Sakkal Majalla" w:cs="Sakkal Majalla"/>
          <w:szCs w:val="28"/>
          <w:rtl/>
        </w:rPr>
        <w:t xml:space="preserve"> </w:t>
      </w:r>
      <w:r w:rsidRPr="006D18F1">
        <w:rPr>
          <w:rFonts w:ascii="Sakkal Majalla" w:hAnsi="Sakkal Majalla" w:cs="Sakkal Majalla" w:hint="cs"/>
          <w:szCs w:val="28"/>
          <w:rtl/>
        </w:rPr>
        <w:t>وفرضياتها</w:t>
      </w:r>
      <w:r w:rsidRPr="006D18F1">
        <w:rPr>
          <w:rFonts w:ascii="Sakkal Majalla" w:hAnsi="Sakkal Majalla" w:cs="Sakkal Majalla"/>
          <w:szCs w:val="28"/>
          <w:rtl/>
        </w:rPr>
        <w:t>.</w:t>
      </w:r>
    </w:p>
    <w:p w14:paraId="3D59C86D" w14:textId="77777777"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szCs w:val="28"/>
          <w:rtl/>
        </w:rPr>
        <w:t xml:space="preserve">4.4.1 </w:t>
      </w:r>
      <w:r w:rsidRPr="006D18F1">
        <w:rPr>
          <w:rFonts w:ascii="Sakkal Majalla" w:hAnsi="Sakkal Majalla" w:cs="Sakkal Majalla" w:hint="cs"/>
          <w:szCs w:val="28"/>
          <w:rtl/>
        </w:rPr>
        <w:t>التحديات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المرتبطة</w:t>
      </w:r>
      <w:r w:rsidRPr="006D18F1">
        <w:rPr>
          <w:rFonts w:ascii="Sakkal Majalla" w:hAnsi="Sakkal Majalla" w:cs="Sakkal Majalla"/>
          <w:szCs w:val="28"/>
          <w:rtl/>
        </w:rPr>
        <w:t xml:space="preserve"> </w:t>
      </w:r>
      <w:r w:rsidRPr="006D18F1">
        <w:rPr>
          <w:rFonts w:ascii="Sakkal Majalla" w:hAnsi="Sakkal Majalla" w:cs="Sakkal Majalla" w:hint="cs"/>
          <w:szCs w:val="28"/>
          <w:rtl/>
        </w:rPr>
        <w:t>بالتمكين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الداخلي</w:t>
      </w:r>
      <w:r w:rsidRPr="006D18F1">
        <w:rPr>
          <w:rFonts w:ascii="Sakkal Majalla" w:hAnsi="Sakkal Majalla" w:cs="Sakkal Majalla"/>
          <w:szCs w:val="28"/>
          <w:rtl/>
        </w:rPr>
        <w:t xml:space="preserve"> </w:t>
      </w:r>
      <w:r w:rsidRPr="006D18F1">
        <w:rPr>
          <w:rFonts w:ascii="Sakkal Majalla" w:hAnsi="Sakkal Majalla" w:cs="Sakkal Majalla" w:hint="cs"/>
          <w:szCs w:val="28"/>
          <w:rtl/>
        </w:rPr>
        <w:t>للابتكار</w:t>
      </w:r>
    </w:p>
    <w:p w14:paraId="751CDDC3" w14:textId="6F08B00F"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كشفت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المقابلة</w:t>
      </w:r>
      <w:r w:rsidRPr="006D18F1">
        <w:rPr>
          <w:rFonts w:ascii="Sakkal Majalla" w:hAnsi="Sakkal Majalla" w:cs="Sakkal Majalla"/>
          <w:szCs w:val="28"/>
          <w:rtl/>
        </w:rPr>
        <w:t xml:space="preserve"> </w:t>
      </w:r>
      <w:r w:rsidRPr="006D18F1">
        <w:rPr>
          <w:rFonts w:ascii="Sakkal Majalla" w:hAnsi="Sakkal Majalla" w:cs="Sakkal Majalla" w:hint="cs"/>
          <w:szCs w:val="28"/>
          <w:rtl/>
        </w:rPr>
        <w:t>وعدد</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الردود</w:t>
      </w:r>
      <w:r w:rsidRPr="006D18F1">
        <w:rPr>
          <w:rFonts w:ascii="Sakkal Majalla" w:hAnsi="Sakkal Majalla" w:cs="Sakkal Majalla"/>
          <w:szCs w:val="28"/>
          <w:rtl/>
        </w:rPr>
        <w:t xml:space="preserve"> </w:t>
      </w:r>
      <w:r w:rsidRPr="006D18F1">
        <w:rPr>
          <w:rFonts w:ascii="Sakkal Majalla" w:hAnsi="Sakkal Majalla" w:cs="Sakkal Majalla" w:hint="cs"/>
          <w:szCs w:val="28"/>
          <w:rtl/>
        </w:rPr>
        <w:t>النصية</w:t>
      </w:r>
      <w:r w:rsidRPr="006D18F1">
        <w:rPr>
          <w:rFonts w:ascii="Sakkal Majalla" w:hAnsi="Sakkal Majalla" w:cs="Sakkal Majalla"/>
          <w:szCs w:val="28"/>
          <w:rtl/>
        </w:rPr>
        <w:t xml:space="preserve"> </w:t>
      </w:r>
      <w:r w:rsidRPr="006D18F1">
        <w:rPr>
          <w:rFonts w:ascii="Sakkal Majalla" w:hAnsi="Sakkal Majalla" w:cs="Sakkal Majalla" w:hint="cs"/>
          <w:szCs w:val="28"/>
          <w:rtl/>
        </w:rPr>
        <w:t>عن</w:t>
      </w:r>
      <w:r w:rsidRPr="006D18F1">
        <w:rPr>
          <w:rFonts w:ascii="Sakkal Majalla" w:hAnsi="Sakkal Majalla" w:cs="Sakkal Majalla"/>
          <w:szCs w:val="28"/>
          <w:rtl/>
        </w:rPr>
        <w:t xml:space="preserve"> </w:t>
      </w:r>
      <w:r w:rsidRPr="006D18F1">
        <w:rPr>
          <w:rFonts w:ascii="Sakkal Majalla" w:hAnsi="Sakkal Majalla" w:cs="Sakkal Majalla" w:hint="cs"/>
          <w:szCs w:val="28"/>
          <w:rtl/>
        </w:rPr>
        <w:t>وجود</w:t>
      </w:r>
      <w:r w:rsidRPr="006D18F1">
        <w:rPr>
          <w:rFonts w:ascii="Sakkal Majalla" w:hAnsi="Sakkal Majalla" w:cs="Sakkal Majalla"/>
          <w:szCs w:val="28"/>
          <w:rtl/>
        </w:rPr>
        <w:t xml:space="preserve"> </w:t>
      </w:r>
      <w:r w:rsidRPr="006D18F1">
        <w:rPr>
          <w:rFonts w:ascii="Sakkal Majalla" w:hAnsi="Sakkal Majalla" w:cs="Sakkal Majalla" w:hint="cs"/>
          <w:szCs w:val="28"/>
          <w:rtl/>
        </w:rPr>
        <w:t>تحديات</w:t>
      </w:r>
      <w:r w:rsidRPr="006D18F1">
        <w:rPr>
          <w:rFonts w:ascii="Sakkal Majalla" w:hAnsi="Sakkal Majalla" w:cs="Sakkal Majalla"/>
          <w:szCs w:val="28"/>
          <w:rtl/>
        </w:rPr>
        <w:t xml:space="preserve"> </w:t>
      </w:r>
      <w:r w:rsidRPr="006D18F1">
        <w:rPr>
          <w:rFonts w:ascii="Sakkal Majalla" w:hAnsi="Sakkal Majalla" w:cs="Sakkal Majalla" w:hint="cs"/>
          <w:szCs w:val="28"/>
          <w:rtl/>
        </w:rPr>
        <w:t>جوهرية</w:t>
      </w:r>
      <w:r w:rsidRPr="006D18F1">
        <w:rPr>
          <w:rFonts w:ascii="Sakkal Majalla" w:hAnsi="Sakkal Majalla" w:cs="Sakkal Majalla"/>
          <w:szCs w:val="28"/>
          <w:rtl/>
        </w:rPr>
        <w:t xml:space="preserve"> </w:t>
      </w:r>
      <w:r w:rsidRPr="006D18F1">
        <w:rPr>
          <w:rFonts w:ascii="Sakkal Majalla" w:hAnsi="Sakkal Majalla" w:cs="Sakkal Majalla" w:hint="cs"/>
          <w:szCs w:val="28"/>
          <w:rtl/>
        </w:rPr>
        <w:t>أمام</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التمكين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الداخلي</w:t>
      </w:r>
      <w:r w:rsidRPr="006D18F1">
        <w:rPr>
          <w:rFonts w:ascii="Sakkal Majalla" w:hAnsi="Sakkal Majalla" w:cs="Sakkal Majalla"/>
          <w:szCs w:val="28"/>
          <w:rtl/>
        </w:rPr>
        <w:t xml:space="preserve"> </w:t>
      </w:r>
      <w:r w:rsidRPr="006D18F1">
        <w:rPr>
          <w:rFonts w:ascii="Sakkal Majalla" w:hAnsi="Sakkal Majalla" w:cs="Sakkal Majalla" w:hint="cs"/>
          <w:szCs w:val="28"/>
          <w:rtl/>
        </w:rPr>
        <w:t>للابتكار،</w:t>
      </w:r>
      <w:r w:rsidRPr="006D18F1">
        <w:rPr>
          <w:rFonts w:ascii="Sakkal Majalla" w:hAnsi="Sakkal Majalla" w:cs="Sakkal Majalla"/>
          <w:szCs w:val="28"/>
          <w:rtl/>
        </w:rPr>
        <w:t xml:space="preserve"> </w:t>
      </w:r>
      <w:r w:rsidRPr="006D18F1">
        <w:rPr>
          <w:rFonts w:ascii="Sakkal Majalla" w:hAnsi="Sakkal Majalla" w:cs="Sakkal Majalla" w:hint="cs"/>
          <w:szCs w:val="28"/>
          <w:rtl/>
        </w:rPr>
        <w:t>أبرزها</w:t>
      </w:r>
      <w:r w:rsidRPr="006D18F1">
        <w:rPr>
          <w:rFonts w:ascii="Sakkal Majalla" w:hAnsi="Sakkal Majalla" w:cs="Sakkal Majalla"/>
          <w:szCs w:val="28"/>
          <w:rtl/>
        </w:rPr>
        <w:t>:</w:t>
      </w:r>
    </w:p>
    <w:p w14:paraId="6382939B" w14:textId="562483A7"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b/>
          <w:bCs/>
          <w:szCs w:val="28"/>
          <w:rtl/>
        </w:rPr>
        <w:t>ضعف</w:t>
      </w:r>
      <w:r w:rsidRPr="006D18F1">
        <w:rPr>
          <w:rFonts w:ascii="Sakkal Majalla" w:hAnsi="Sakkal Majalla" w:cs="Sakkal Majalla"/>
          <w:b/>
          <w:bCs/>
          <w:szCs w:val="28"/>
          <w:rtl/>
        </w:rPr>
        <w:t xml:space="preserve"> </w:t>
      </w:r>
      <w:r w:rsidR="00A36D93">
        <w:rPr>
          <w:rFonts w:ascii="Sakkal Majalla" w:hAnsi="Sakkal Majalla" w:cs="Sakkal Majalla" w:hint="cs"/>
          <w:b/>
          <w:bCs/>
          <w:szCs w:val="28"/>
          <w:rtl/>
        </w:rPr>
        <w:t>الربط</w:t>
      </w:r>
      <w:r w:rsidRPr="006D18F1">
        <w:rPr>
          <w:rFonts w:ascii="Sakkal Majalla" w:hAnsi="Sakkal Majalla" w:cs="Sakkal Majalla"/>
          <w:b/>
          <w:bCs/>
          <w:szCs w:val="28"/>
          <w:rtl/>
        </w:rPr>
        <w:t xml:space="preserve"> </w:t>
      </w:r>
      <w:r w:rsidRPr="006D18F1">
        <w:rPr>
          <w:rFonts w:ascii="Sakkal Majalla" w:hAnsi="Sakkal Majalla" w:cs="Sakkal Majalla" w:hint="cs"/>
          <w:b/>
          <w:bCs/>
          <w:szCs w:val="28"/>
          <w:rtl/>
        </w:rPr>
        <w:t>الاستراتيجي</w:t>
      </w:r>
      <w:r w:rsidRPr="006D18F1">
        <w:rPr>
          <w:rFonts w:ascii="Sakkal Majalla" w:hAnsi="Sakkal Majalla" w:cs="Sakkal Majalla"/>
          <w:b/>
          <w:bCs/>
          <w:szCs w:val="28"/>
          <w:rtl/>
        </w:rPr>
        <w:t xml:space="preserve"> </w:t>
      </w:r>
      <w:r w:rsidRPr="006D18F1">
        <w:rPr>
          <w:rFonts w:ascii="Sakkal Majalla" w:hAnsi="Sakkal Majalla" w:cs="Sakkal Majalla" w:hint="cs"/>
          <w:b/>
          <w:bCs/>
          <w:szCs w:val="28"/>
          <w:rtl/>
        </w:rPr>
        <w:t>للابتكار</w:t>
      </w:r>
      <w:r w:rsidRPr="006D18F1">
        <w:rPr>
          <w:rFonts w:ascii="Sakkal Majalla" w:hAnsi="Sakkal Majalla" w:cs="Sakkal Majalla"/>
          <w:szCs w:val="28"/>
          <w:rtl/>
        </w:rPr>
        <w:t xml:space="preserve">: </w:t>
      </w:r>
      <w:r w:rsidRPr="006D18F1">
        <w:rPr>
          <w:rFonts w:ascii="Sakkal Majalla" w:hAnsi="Sakkal Majalla" w:cs="Sakkal Majalla" w:hint="cs"/>
          <w:szCs w:val="28"/>
          <w:rtl/>
        </w:rPr>
        <w:t>أوضح</w:t>
      </w:r>
      <w:r w:rsidRPr="006D18F1">
        <w:rPr>
          <w:rFonts w:ascii="Sakkal Majalla" w:hAnsi="Sakkal Majalla" w:cs="Sakkal Majalla"/>
          <w:szCs w:val="28"/>
          <w:rtl/>
        </w:rPr>
        <w:t xml:space="preserve"> </w:t>
      </w:r>
      <w:r w:rsidRPr="006D18F1">
        <w:rPr>
          <w:rFonts w:ascii="Sakkal Majalla" w:hAnsi="Sakkal Majalla" w:cs="Sakkal Majalla" w:hint="cs"/>
          <w:szCs w:val="28"/>
          <w:rtl/>
        </w:rPr>
        <w:t>ضيف</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المقابلة</w:t>
      </w:r>
      <w:r w:rsidRPr="006D18F1">
        <w:rPr>
          <w:rFonts w:ascii="Sakkal Majalla" w:hAnsi="Sakkal Majalla" w:cs="Sakkal Majalla"/>
          <w:szCs w:val="28"/>
          <w:rtl/>
        </w:rPr>
        <w:t xml:space="preserve"> </w:t>
      </w:r>
      <w:r w:rsidRPr="006D18F1">
        <w:rPr>
          <w:rFonts w:ascii="Sakkal Majalla" w:hAnsi="Sakkal Majalla" w:cs="Sakkal Majalla" w:hint="cs"/>
          <w:szCs w:val="28"/>
          <w:rtl/>
        </w:rPr>
        <w:t>أن</w:t>
      </w:r>
      <w:r w:rsidRPr="006D18F1">
        <w:rPr>
          <w:rFonts w:ascii="Sakkal Majalla" w:hAnsi="Sakkal Majalla" w:cs="Sakkal Majalla"/>
          <w:szCs w:val="28"/>
          <w:rtl/>
        </w:rPr>
        <w:t xml:space="preserve"> </w:t>
      </w:r>
      <w:r w:rsidRPr="006D18F1">
        <w:rPr>
          <w:rFonts w:ascii="Sakkal Majalla" w:hAnsi="Sakkal Majalla" w:cs="Sakkal Majalla" w:hint="cs"/>
          <w:szCs w:val="28"/>
          <w:rtl/>
        </w:rPr>
        <w:t>كثيرًا</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الجهات</w:t>
      </w:r>
      <w:r w:rsidRPr="006D18F1">
        <w:rPr>
          <w:rFonts w:ascii="Sakkal Majalla" w:hAnsi="Sakkal Majalla" w:cs="Sakkal Majalla"/>
          <w:szCs w:val="28"/>
          <w:rtl/>
        </w:rPr>
        <w:t xml:space="preserve"> "</w:t>
      </w:r>
      <w:r w:rsidRPr="006D18F1">
        <w:rPr>
          <w:rFonts w:ascii="Sakkal Majalla" w:hAnsi="Sakkal Majalla" w:cs="Sakkal Majalla" w:hint="cs"/>
          <w:szCs w:val="28"/>
          <w:rtl/>
        </w:rPr>
        <w:t>تتحرك</w:t>
      </w:r>
      <w:r w:rsidRPr="006D18F1">
        <w:rPr>
          <w:rFonts w:ascii="Sakkal Majalla" w:hAnsi="Sakkal Majalla" w:cs="Sakkal Majalla"/>
          <w:szCs w:val="28"/>
          <w:rtl/>
        </w:rPr>
        <w:t xml:space="preserve"> </w:t>
      </w:r>
      <w:r w:rsidRPr="006D18F1">
        <w:rPr>
          <w:rFonts w:ascii="Sakkal Majalla" w:hAnsi="Sakkal Majalla" w:cs="Sakkal Majalla" w:hint="cs"/>
          <w:szCs w:val="28"/>
          <w:rtl/>
        </w:rPr>
        <w:t>نحو</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الابتكار</w:t>
      </w:r>
      <w:r w:rsidRPr="006D18F1">
        <w:rPr>
          <w:rFonts w:ascii="Sakkal Majalla" w:hAnsi="Sakkal Majalla" w:cs="Sakkal Majalla"/>
          <w:szCs w:val="28"/>
          <w:rtl/>
        </w:rPr>
        <w:t xml:space="preserve"> </w:t>
      </w:r>
      <w:r w:rsidRPr="006D18F1">
        <w:rPr>
          <w:rFonts w:ascii="Sakkal Majalla" w:hAnsi="Sakkal Majalla" w:cs="Sakkal Majalla" w:hint="cs"/>
          <w:szCs w:val="28"/>
          <w:rtl/>
        </w:rPr>
        <w:t>تحت</w:t>
      </w:r>
      <w:r w:rsidRPr="006D18F1">
        <w:rPr>
          <w:rFonts w:ascii="Sakkal Majalla" w:hAnsi="Sakkal Majalla" w:cs="Sakkal Majalla"/>
          <w:szCs w:val="28"/>
          <w:rtl/>
        </w:rPr>
        <w:t xml:space="preserve"> </w:t>
      </w:r>
      <w:r w:rsidRPr="006D18F1">
        <w:rPr>
          <w:rFonts w:ascii="Sakkal Majalla" w:hAnsi="Sakkal Majalla" w:cs="Sakkal Majalla" w:hint="cs"/>
          <w:szCs w:val="28"/>
          <w:rtl/>
        </w:rPr>
        <w:t>ضغط</w:t>
      </w:r>
      <w:r w:rsidRPr="006D18F1">
        <w:rPr>
          <w:rFonts w:ascii="Sakkal Majalla" w:hAnsi="Sakkal Majalla" w:cs="Sakkal Majalla"/>
          <w:szCs w:val="28"/>
          <w:rtl/>
        </w:rPr>
        <w:t xml:space="preserve"> </w:t>
      </w:r>
      <w:r w:rsidRPr="006D18F1">
        <w:rPr>
          <w:rFonts w:ascii="Sakkal Majalla" w:hAnsi="Sakkal Majalla" w:cs="Sakkal Majalla" w:hint="cs"/>
          <w:szCs w:val="28"/>
          <w:rtl/>
        </w:rPr>
        <w:t>خارجي،</w:t>
      </w:r>
      <w:r w:rsidRPr="006D18F1">
        <w:rPr>
          <w:rFonts w:ascii="Sakkal Majalla" w:hAnsi="Sakkal Majalla" w:cs="Sakkal Majalla"/>
          <w:szCs w:val="28"/>
          <w:rtl/>
        </w:rPr>
        <w:t xml:space="preserve"> </w:t>
      </w:r>
      <w:r w:rsidRPr="006D18F1">
        <w:rPr>
          <w:rFonts w:ascii="Sakkal Majalla" w:hAnsi="Sakkal Majalla" w:cs="Sakkal Majalla" w:hint="cs"/>
          <w:szCs w:val="28"/>
          <w:rtl/>
        </w:rPr>
        <w:t>لا</w:t>
      </w:r>
      <w:r w:rsidRPr="006D18F1">
        <w:rPr>
          <w:rFonts w:ascii="Sakkal Majalla" w:hAnsi="Sakkal Majalla" w:cs="Sakkal Majalla"/>
          <w:szCs w:val="28"/>
          <w:rtl/>
        </w:rPr>
        <w:t xml:space="preserve"> </w:t>
      </w:r>
      <w:r w:rsidRPr="006D18F1">
        <w:rPr>
          <w:rFonts w:ascii="Sakkal Majalla" w:hAnsi="Sakkal Majalla" w:cs="Sakkal Majalla" w:hint="cs"/>
          <w:szCs w:val="28"/>
          <w:rtl/>
        </w:rPr>
        <w:t>بدافع</w:t>
      </w:r>
      <w:r w:rsidRPr="006D18F1">
        <w:rPr>
          <w:rFonts w:ascii="Sakkal Majalla" w:hAnsi="Sakkal Majalla" w:cs="Sakkal Majalla"/>
          <w:szCs w:val="28"/>
          <w:rtl/>
        </w:rPr>
        <w:t xml:space="preserve"> </w:t>
      </w:r>
      <w:r w:rsidRPr="006D18F1">
        <w:rPr>
          <w:rFonts w:ascii="Sakkal Majalla" w:hAnsi="Sakkal Majalla" w:cs="Sakkal Majalla" w:hint="cs"/>
          <w:szCs w:val="28"/>
          <w:rtl/>
        </w:rPr>
        <w:t>داخلي</w:t>
      </w:r>
      <w:r w:rsidRPr="006D18F1">
        <w:rPr>
          <w:rFonts w:ascii="Sakkal Majalla" w:hAnsi="Sakkal Majalla" w:cs="Sakkal Majalla"/>
          <w:szCs w:val="28"/>
          <w:rtl/>
        </w:rPr>
        <w:t xml:space="preserve"> </w:t>
      </w:r>
      <w:r w:rsidRPr="006D18F1">
        <w:rPr>
          <w:rFonts w:ascii="Sakkal Majalla" w:hAnsi="Sakkal Majalla" w:cs="Sakkal Majalla" w:hint="cs"/>
          <w:szCs w:val="28"/>
          <w:rtl/>
        </w:rPr>
        <w:t>قائم</w:t>
      </w:r>
      <w:r w:rsidRPr="006D18F1">
        <w:rPr>
          <w:rFonts w:ascii="Sakkal Majalla" w:hAnsi="Sakkal Majalla" w:cs="Sakkal Majalla"/>
          <w:szCs w:val="28"/>
          <w:rtl/>
        </w:rPr>
        <w:t xml:space="preserve"> </w:t>
      </w:r>
      <w:r w:rsidRPr="006D18F1">
        <w:rPr>
          <w:rFonts w:ascii="Sakkal Majalla" w:hAnsi="Sakkal Majalla" w:cs="Sakkal Majalla" w:hint="cs"/>
          <w:szCs w:val="28"/>
          <w:rtl/>
        </w:rPr>
        <w:t>على</w:t>
      </w:r>
      <w:r w:rsidRPr="006D18F1">
        <w:rPr>
          <w:rFonts w:ascii="Sakkal Majalla" w:hAnsi="Sakkal Majalla" w:cs="Sakkal Majalla"/>
          <w:szCs w:val="28"/>
          <w:rtl/>
        </w:rPr>
        <w:t xml:space="preserve"> </w:t>
      </w:r>
      <w:r w:rsidRPr="006D18F1">
        <w:rPr>
          <w:rFonts w:ascii="Sakkal Majalla" w:hAnsi="Sakkal Majalla" w:cs="Sakkal Majalla" w:hint="cs"/>
          <w:szCs w:val="28"/>
          <w:rtl/>
        </w:rPr>
        <w:t>قناعة</w:t>
      </w:r>
      <w:r w:rsidRPr="006D18F1">
        <w:rPr>
          <w:rFonts w:ascii="Sakkal Majalla" w:hAnsi="Sakkal Majalla" w:cs="Sakkal Majalla"/>
          <w:szCs w:val="28"/>
          <w:rtl/>
        </w:rPr>
        <w:t>"</w:t>
      </w:r>
      <w:r w:rsidRPr="006D18F1">
        <w:rPr>
          <w:rFonts w:ascii="Sakkal Majalla" w:hAnsi="Sakkal Majalla" w:cs="Sakkal Majalla" w:hint="cs"/>
          <w:szCs w:val="28"/>
          <w:rtl/>
        </w:rPr>
        <w:t>،</w:t>
      </w:r>
      <w:r w:rsidRPr="006D18F1">
        <w:rPr>
          <w:rFonts w:ascii="Sakkal Majalla" w:hAnsi="Sakkal Majalla" w:cs="Sakkal Majalla"/>
          <w:szCs w:val="28"/>
          <w:rtl/>
        </w:rPr>
        <w:t xml:space="preserve"> </w:t>
      </w:r>
      <w:r w:rsidRPr="006D18F1">
        <w:rPr>
          <w:rFonts w:ascii="Sakkal Majalla" w:hAnsi="Sakkal Majalla" w:cs="Sakkal Majalla" w:hint="cs"/>
          <w:szCs w:val="28"/>
          <w:rtl/>
        </w:rPr>
        <w:t>ما</w:t>
      </w:r>
      <w:r w:rsidRPr="006D18F1">
        <w:rPr>
          <w:rFonts w:ascii="Sakkal Majalla" w:hAnsi="Sakkal Majalla" w:cs="Sakkal Majalla"/>
          <w:szCs w:val="28"/>
          <w:rtl/>
        </w:rPr>
        <w:t xml:space="preserve"> </w:t>
      </w:r>
      <w:r w:rsidRPr="006D18F1">
        <w:rPr>
          <w:rFonts w:ascii="Sakkal Majalla" w:hAnsi="Sakkal Majalla" w:cs="Sakkal Majalla" w:hint="cs"/>
          <w:szCs w:val="28"/>
          <w:rtl/>
        </w:rPr>
        <w:t>يعكس</w:t>
      </w:r>
      <w:r w:rsidRPr="006D18F1">
        <w:rPr>
          <w:rFonts w:ascii="Sakkal Majalla" w:hAnsi="Sakkal Majalla" w:cs="Sakkal Majalla"/>
          <w:szCs w:val="28"/>
          <w:rtl/>
        </w:rPr>
        <w:t xml:space="preserve"> </w:t>
      </w:r>
      <w:r w:rsidRPr="006D18F1">
        <w:rPr>
          <w:rFonts w:ascii="Sakkal Majalla" w:hAnsi="Sakkal Majalla" w:cs="Sakkal Majalla" w:hint="cs"/>
          <w:szCs w:val="28"/>
          <w:rtl/>
        </w:rPr>
        <w:t>نقص</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التبني</w:t>
      </w:r>
      <w:r w:rsidRPr="006D18F1">
        <w:rPr>
          <w:rFonts w:ascii="Sakkal Majalla" w:hAnsi="Sakkal Majalla" w:cs="Sakkal Majalla"/>
          <w:szCs w:val="28"/>
          <w:rtl/>
        </w:rPr>
        <w:t xml:space="preserve"> </w:t>
      </w:r>
      <w:r w:rsidRPr="006D18F1">
        <w:rPr>
          <w:rFonts w:ascii="Sakkal Majalla" w:hAnsi="Sakkal Majalla" w:cs="Sakkal Majalla" w:hint="cs"/>
          <w:szCs w:val="28"/>
          <w:rtl/>
        </w:rPr>
        <w:t>الحقيقي</w:t>
      </w:r>
      <w:r w:rsidRPr="006D18F1">
        <w:rPr>
          <w:rFonts w:ascii="Sakkal Majalla" w:hAnsi="Sakkal Majalla" w:cs="Sakkal Majalla"/>
          <w:szCs w:val="28"/>
          <w:rtl/>
        </w:rPr>
        <w:t xml:space="preserve"> </w:t>
      </w:r>
      <w:r w:rsidRPr="006D18F1">
        <w:rPr>
          <w:rFonts w:ascii="Sakkal Majalla" w:hAnsi="Sakkal Majalla" w:cs="Sakkal Majalla" w:hint="cs"/>
          <w:szCs w:val="28"/>
          <w:rtl/>
        </w:rPr>
        <w:t>على</w:t>
      </w:r>
      <w:r w:rsidRPr="006D18F1">
        <w:rPr>
          <w:rFonts w:ascii="Sakkal Majalla" w:hAnsi="Sakkal Majalla" w:cs="Sakkal Majalla"/>
          <w:szCs w:val="28"/>
          <w:rtl/>
        </w:rPr>
        <w:t xml:space="preserve"> </w:t>
      </w:r>
      <w:r w:rsidRPr="006D18F1">
        <w:rPr>
          <w:rFonts w:ascii="Sakkal Majalla" w:hAnsi="Sakkal Majalla" w:cs="Sakkal Majalla" w:hint="cs"/>
          <w:szCs w:val="28"/>
          <w:rtl/>
        </w:rPr>
        <w:t>مستوى</w:t>
      </w:r>
      <w:r w:rsidRPr="006D18F1">
        <w:rPr>
          <w:rFonts w:ascii="Sakkal Majalla" w:hAnsi="Sakkal Majalla" w:cs="Sakkal Majalla"/>
          <w:szCs w:val="28"/>
          <w:rtl/>
        </w:rPr>
        <w:t xml:space="preserve"> </w:t>
      </w:r>
      <w:r w:rsidRPr="006D18F1">
        <w:rPr>
          <w:rFonts w:ascii="Sakkal Majalla" w:hAnsi="Sakkal Majalla" w:cs="Sakkal Majalla" w:hint="cs"/>
          <w:szCs w:val="28"/>
          <w:rtl/>
        </w:rPr>
        <w:t>الخطط</w:t>
      </w:r>
      <w:r w:rsidRPr="006D18F1">
        <w:rPr>
          <w:rFonts w:ascii="Sakkal Majalla" w:hAnsi="Sakkal Majalla" w:cs="Sakkal Majalla"/>
          <w:szCs w:val="28"/>
          <w:rtl/>
        </w:rPr>
        <w:t xml:space="preserve"> </w:t>
      </w:r>
      <w:r w:rsidRPr="006D18F1">
        <w:rPr>
          <w:rFonts w:ascii="Sakkal Majalla" w:hAnsi="Sakkal Majalla" w:cs="Sakkal Majalla" w:hint="cs"/>
          <w:szCs w:val="28"/>
          <w:rtl/>
        </w:rPr>
        <w:t>والسياسات</w:t>
      </w:r>
      <w:r w:rsidRPr="006D18F1">
        <w:rPr>
          <w:rFonts w:ascii="Sakkal Majalla" w:hAnsi="Sakkal Majalla" w:cs="Sakkal Majalla"/>
          <w:szCs w:val="28"/>
          <w:rtl/>
        </w:rPr>
        <w:t>.</w:t>
      </w:r>
    </w:p>
    <w:p w14:paraId="0AA78AA6" w14:textId="1AB20CA8" w:rsidR="006D18F1" w:rsidRPr="006D18F1" w:rsidRDefault="006D18F1" w:rsidP="00634497">
      <w:pPr>
        <w:bidi/>
        <w:spacing w:line="360" w:lineRule="auto"/>
        <w:jc w:val="lowKashida"/>
        <w:rPr>
          <w:rFonts w:ascii="Sakkal Majalla" w:hAnsi="Sakkal Majalla" w:cs="Sakkal Majalla"/>
          <w:szCs w:val="28"/>
        </w:rPr>
      </w:pPr>
      <w:r w:rsidRPr="00A36D93">
        <w:rPr>
          <w:rFonts w:ascii="Sakkal Majalla" w:hAnsi="Sakkal Majalla" w:cs="Sakkal Majalla" w:hint="cs"/>
          <w:b/>
          <w:bCs/>
          <w:szCs w:val="28"/>
          <w:rtl/>
        </w:rPr>
        <w:t>شح</w:t>
      </w:r>
      <w:r w:rsidRPr="00A36D93">
        <w:rPr>
          <w:rFonts w:ascii="Sakkal Majalla" w:hAnsi="Sakkal Majalla" w:cs="Sakkal Majalla"/>
          <w:b/>
          <w:bCs/>
          <w:szCs w:val="28"/>
          <w:rtl/>
        </w:rPr>
        <w:t xml:space="preserve"> </w:t>
      </w:r>
      <w:r w:rsidRPr="00A36D93">
        <w:rPr>
          <w:rFonts w:ascii="Sakkal Majalla" w:hAnsi="Sakkal Majalla" w:cs="Sakkal Majalla" w:hint="cs"/>
          <w:b/>
          <w:bCs/>
          <w:szCs w:val="28"/>
          <w:rtl/>
        </w:rPr>
        <w:t>الكفاءات</w:t>
      </w:r>
      <w:r w:rsidRPr="00A36D93">
        <w:rPr>
          <w:rFonts w:ascii="Sakkal Majalla" w:hAnsi="Sakkal Majalla" w:cs="Sakkal Majalla"/>
          <w:b/>
          <w:bCs/>
          <w:szCs w:val="28"/>
          <w:rtl/>
        </w:rPr>
        <w:t xml:space="preserve"> </w:t>
      </w:r>
      <w:r w:rsidRPr="00A36D93">
        <w:rPr>
          <w:rFonts w:ascii="Sakkal Majalla" w:hAnsi="Sakkal Majalla" w:cs="Sakkal Majalla" w:hint="cs"/>
          <w:b/>
          <w:bCs/>
          <w:szCs w:val="28"/>
          <w:rtl/>
        </w:rPr>
        <w:t>المؤهلة</w:t>
      </w:r>
      <w:r w:rsidRPr="00A36D93">
        <w:rPr>
          <w:rFonts w:ascii="Sakkal Majalla" w:hAnsi="Sakkal Majalla" w:cs="Sakkal Majalla"/>
          <w:b/>
          <w:bCs/>
          <w:szCs w:val="28"/>
          <w:rtl/>
        </w:rPr>
        <w:t xml:space="preserve"> </w:t>
      </w:r>
      <w:r w:rsidRPr="00A36D93">
        <w:rPr>
          <w:rFonts w:ascii="Sakkal Majalla" w:hAnsi="Sakkal Majalla" w:cs="Sakkal Majalla" w:hint="cs"/>
          <w:b/>
          <w:bCs/>
          <w:szCs w:val="28"/>
          <w:rtl/>
        </w:rPr>
        <w:t>وتشتت</w:t>
      </w:r>
      <w:r w:rsidRPr="00A36D93">
        <w:rPr>
          <w:rFonts w:ascii="Sakkal Majalla" w:hAnsi="Sakkal Majalla" w:cs="Sakkal Majalla"/>
          <w:b/>
          <w:bCs/>
          <w:szCs w:val="28"/>
          <w:rtl/>
        </w:rPr>
        <w:t xml:space="preserve"> </w:t>
      </w:r>
      <w:r w:rsidRPr="00A36D93">
        <w:rPr>
          <w:rFonts w:ascii="Sakkal Majalla" w:hAnsi="Sakkal Majalla" w:cs="Sakkal Majalla" w:hint="cs"/>
          <w:b/>
          <w:bCs/>
          <w:szCs w:val="28"/>
          <w:rtl/>
        </w:rPr>
        <w:t>الفرق</w:t>
      </w:r>
      <w:r w:rsidRPr="00A36D93">
        <w:rPr>
          <w:rFonts w:ascii="Sakkal Majalla" w:hAnsi="Sakkal Majalla" w:cs="Sakkal Majalla"/>
          <w:b/>
          <w:bCs/>
          <w:szCs w:val="28"/>
          <w:rtl/>
        </w:rPr>
        <w:t>:</w:t>
      </w:r>
      <w:r w:rsidRPr="006D18F1">
        <w:rPr>
          <w:rFonts w:ascii="Sakkal Majalla" w:hAnsi="Sakkal Majalla" w:cs="Sakkal Majalla"/>
          <w:szCs w:val="28"/>
          <w:rtl/>
        </w:rPr>
        <w:t xml:space="preserve"> </w:t>
      </w:r>
      <w:r w:rsidRPr="006D18F1">
        <w:rPr>
          <w:rFonts w:ascii="Sakkal Majalla" w:hAnsi="Sakkal Majalla" w:cs="Sakkal Majalla" w:hint="cs"/>
          <w:szCs w:val="28"/>
          <w:rtl/>
        </w:rPr>
        <w:t>أفادت</w:t>
      </w:r>
      <w:r w:rsidRPr="006D18F1">
        <w:rPr>
          <w:rFonts w:ascii="Sakkal Majalla" w:hAnsi="Sakkal Majalla" w:cs="Sakkal Majalla"/>
          <w:szCs w:val="28"/>
          <w:rtl/>
        </w:rPr>
        <w:t xml:space="preserve"> </w:t>
      </w:r>
      <w:r w:rsidRPr="006D18F1">
        <w:rPr>
          <w:rFonts w:ascii="Sakkal Majalla" w:hAnsi="Sakkal Majalla" w:cs="Sakkal Majalla" w:hint="cs"/>
          <w:szCs w:val="28"/>
          <w:rtl/>
        </w:rPr>
        <w:t>بعض</w:t>
      </w:r>
      <w:r w:rsidRPr="006D18F1">
        <w:rPr>
          <w:rFonts w:ascii="Sakkal Majalla" w:hAnsi="Sakkal Majalla" w:cs="Sakkal Majalla"/>
          <w:szCs w:val="28"/>
          <w:rtl/>
        </w:rPr>
        <w:t xml:space="preserve"> </w:t>
      </w:r>
      <w:r w:rsidRPr="006D18F1">
        <w:rPr>
          <w:rFonts w:ascii="Sakkal Majalla" w:hAnsi="Sakkal Majalla" w:cs="Sakkal Majalla" w:hint="cs"/>
          <w:szCs w:val="28"/>
          <w:rtl/>
        </w:rPr>
        <w:t>الردود</w:t>
      </w:r>
      <w:r w:rsidRPr="006D18F1">
        <w:rPr>
          <w:rFonts w:ascii="Sakkal Majalla" w:hAnsi="Sakkal Majalla" w:cs="Sakkal Majalla"/>
          <w:szCs w:val="28"/>
          <w:rtl/>
        </w:rPr>
        <w:t xml:space="preserve"> </w:t>
      </w:r>
      <w:r w:rsidRPr="006D18F1">
        <w:rPr>
          <w:rFonts w:ascii="Sakkal Majalla" w:hAnsi="Sakkal Majalla" w:cs="Sakkal Majalla" w:hint="cs"/>
          <w:szCs w:val="28"/>
          <w:rtl/>
        </w:rPr>
        <w:t>بغياب</w:t>
      </w:r>
      <w:r w:rsidRPr="006D18F1">
        <w:rPr>
          <w:rFonts w:ascii="Sakkal Majalla" w:hAnsi="Sakkal Majalla" w:cs="Sakkal Majalla"/>
          <w:szCs w:val="28"/>
          <w:rtl/>
        </w:rPr>
        <w:t xml:space="preserve"> </w:t>
      </w:r>
      <w:r w:rsidRPr="006D18F1">
        <w:rPr>
          <w:rFonts w:ascii="Sakkal Majalla" w:hAnsi="Sakkal Majalla" w:cs="Sakkal Majalla" w:hint="cs"/>
          <w:szCs w:val="28"/>
          <w:rtl/>
        </w:rPr>
        <w:t>فرق</w:t>
      </w:r>
      <w:r w:rsidRPr="006D18F1">
        <w:rPr>
          <w:rFonts w:ascii="Sakkal Majalla" w:hAnsi="Sakkal Majalla" w:cs="Sakkal Majalla"/>
          <w:szCs w:val="28"/>
          <w:rtl/>
        </w:rPr>
        <w:t xml:space="preserve"> </w:t>
      </w:r>
      <w:r w:rsidRPr="006D18F1">
        <w:rPr>
          <w:rFonts w:ascii="Sakkal Majalla" w:hAnsi="Sakkal Majalla" w:cs="Sakkal Majalla" w:hint="cs"/>
          <w:szCs w:val="28"/>
          <w:rtl/>
        </w:rPr>
        <w:t>متفرغة</w:t>
      </w:r>
      <w:r w:rsidRPr="006D18F1">
        <w:rPr>
          <w:rFonts w:ascii="Sakkal Majalla" w:hAnsi="Sakkal Majalla" w:cs="Sakkal Majalla"/>
          <w:szCs w:val="28"/>
          <w:rtl/>
        </w:rPr>
        <w:t xml:space="preserve"> </w:t>
      </w:r>
      <w:r w:rsidRPr="006D18F1">
        <w:rPr>
          <w:rFonts w:ascii="Sakkal Majalla" w:hAnsi="Sakkal Majalla" w:cs="Sakkal Majalla" w:hint="cs"/>
          <w:szCs w:val="28"/>
          <w:rtl/>
        </w:rPr>
        <w:t>للابتكار</w:t>
      </w:r>
      <w:r w:rsidRPr="006D18F1">
        <w:rPr>
          <w:rFonts w:ascii="Sakkal Majalla" w:hAnsi="Sakkal Majalla" w:cs="Sakkal Majalla"/>
          <w:szCs w:val="28"/>
          <w:rtl/>
        </w:rPr>
        <w:t xml:space="preserve"> </w:t>
      </w:r>
      <w:r w:rsidRPr="006D18F1">
        <w:rPr>
          <w:rFonts w:ascii="Sakkal Majalla" w:hAnsi="Sakkal Majalla" w:cs="Sakkal Majalla" w:hint="cs"/>
          <w:szCs w:val="28"/>
          <w:rtl/>
        </w:rPr>
        <w:t>أو</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الاعتماد</w:t>
      </w:r>
      <w:r w:rsidRPr="006D18F1">
        <w:rPr>
          <w:rFonts w:ascii="Sakkal Majalla" w:hAnsi="Sakkal Majalla" w:cs="Sakkal Majalla"/>
          <w:szCs w:val="28"/>
          <w:rtl/>
        </w:rPr>
        <w:t xml:space="preserve"> </w:t>
      </w:r>
      <w:r w:rsidRPr="006D18F1">
        <w:rPr>
          <w:rFonts w:ascii="Sakkal Majalla" w:hAnsi="Sakkal Majalla" w:cs="Sakkal Majalla" w:hint="cs"/>
          <w:szCs w:val="28"/>
          <w:rtl/>
        </w:rPr>
        <w:t>على</w:t>
      </w:r>
      <w:r w:rsidRPr="006D18F1">
        <w:rPr>
          <w:rFonts w:ascii="Sakkal Majalla" w:hAnsi="Sakkal Majalla" w:cs="Sakkal Majalla"/>
          <w:szCs w:val="28"/>
          <w:rtl/>
        </w:rPr>
        <w:t xml:space="preserve"> </w:t>
      </w:r>
      <w:r w:rsidRPr="006D18F1">
        <w:rPr>
          <w:rFonts w:ascii="Sakkal Majalla" w:hAnsi="Sakkal Majalla" w:cs="Sakkal Majalla" w:hint="cs"/>
          <w:szCs w:val="28"/>
          <w:rtl/>
        </w:rPr>
        <w:t>موظفين</w:t>
      </w:r>
      <w:r w:rsidRPr="006D18F1">
        <w:rPr>
          <w:rFonts w:ascii="Sakkal Majalla" w:hAnsi="Sakkal Majalla" w:cs="Sakkal Majalla"/>
          <w:szCs w:val="28"/>
          <w:rtl/>
        </w:rPr>
        <w:t xml:space="preserve"> </w:t>
      </w:r>
      <w:r w:rsidRPr="006D18F1">
        <w:rPr>
          <w:rFonts w:ascii="Sakkal Majalla" w:hAnsi="Sakkal Majalla" w:cs="Sakkal Majalla" w:hint="cs"/>
          <w:szCs w:val="28"/>
          <w:rtl/>
        </w:rPr>
        <w:t>غير</w:t>
      </w:r>
      <w:r w:rsidRPr="006D18F1">
        <w:rPr>
          <w:rFonts w:ascii="Sakkal Majalla" w:hAnsi="Sakkal Majalla" w:cs="Sakkal Majalla"/>
          <w:szCs w:val="28"/>
          <w:rtl/>
        </w:rPr>
        <w:t xml:space="preserve"> </w:t>
      </w:r>
      <w:r w:rsidRPr="006D18F1">
        <w:rPr>
          <w:rFonts w:ascii="Sakkal Majalla" w:hAnsi="Sakkal Majalla" w:cs="Sakkal Majalla" w:hint="cs"/>
          <w:szCs w:val="28"/>
          <w:rtl/>
        </w:rPr>
        <w:t>مختصين</w:t>
      </w:r>
      <w:r w:rsidRPr="006D18F1">
        <w:rPr>
          <w:rFonts w:ascii="Sakkal Majalla" w:hAnsi="Sakkal Majalla" w:cs="Sakkal Majalla"/>
          <w:szCs w:val="28"/>
          <w:rtl/>
        </w:rPr>
        <w:t xml:space="preserve"> </w:t>
      </w:r>
      <w:r w:rsidRPr="006D18F1">
        <w:rPr>
          <w:rFonts w:ascii="Sakkal Majalla" w:hAnsi="Sakkal Majalla" w:cs="Sakkal Majalla" w:hint="cs"/>
          <w:szCs w:val="28"/>
          <w:rtl/>
        </w:rPr>
        <w:t>يعملون</w:t>
      </w:r>
      <w:r w:rsidRPr="006D18F1">
        <w:rPr>
          <w:rFonts w:ascii="Sakkal Majalla" w:hAnsi="Sakkal Majalla" w:cs="Sakkal Majalla"/>
          <w:szCs w:val="28"/>
          <w:rtl/>
        </w:rPr>
        <w:t xml:space="preserve"> </w:t>
      </w:r>
      <w:r w:rsidRPr="006D18F1">
        <w:rPr>
          <w:rFonts w:ascii="Sakkal Majalla" w:hAnsi="Sakkal Majalla" w:cs="Sakkal Majalla" w:hint="cs"/>
          <w:szCs w:val="28"/>
          <w:rtl/>
        </w:rPr>
        <w:t>بدوام</w:t>
      </w:r>
      <w:r w:rsidRPr="006D18F1">
        <w:rPr>
          <w:rFonts w:ascii="Sakkal Majalla" w:hAnsi="Sakkal Majalla" w:cs="Sakkal Majalla"/>
          <w:szCs w:val="28"/>
          <w:rtl/>
        </w:rPr>
        <w:t xml:space="preserve"> </w:t>
      </w:r>
      <w:r w:rsidRPr="006D18F1">
        <w:rPr>
          <w:rFonts w:ascii="Sakkal Majalla" w:hAnsi="Sakkal Majalla" w:cs="Sakkal Majalla" w:hint="cs"/>
          <w:szCs w:val="28"/>
          <w:rtl/>
        </w:rPr>
        <w:t>جزئي</w:t>
      </w:r>
      <w:r w:rsidRPr="006D18F1">
        <w:rPr>
          <w:rFonts w:ascii="Sakkal Majalla" w:hAnsi="Sakkal Majalla" w:cs="Sakkal Majalla"/>
          <w:szCs w:val="28"/>
          <w:rtl/>
        </w:rPr>
        <w:t>.</w:t>
      </w:r>
    </w:p>
    <w:p w14:paraId="0F80D1CC" w14:textId="3B9C48B9"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b/>
          <w:bCs/>
          <w:szCs w:val="28"/>
          <w:rtl/>
        </w:rPr>
        <w:t>ندرة</w:t>
      </w:r>
      <w:r w:rsidRPr="006D18F1">
        <w:rPr>
          <w:rFonts w:ascii="Sakkal Majalla" w:hAnsi="Sakkal Majalla" w:cs="Sakkal Majalla"/>
          <w:b/>
          <w:bCs/>
          <w:szCs w:val="28"/>
          <w:rtl/>
        </w:rPr>
        <w:t xml:space="preserve"> </w:t>
      </w:r>
      <w:r w:rsidRPr="006D18F1">
        <w:rPr>
          <w:rFonts w:ascii="Sakkal Majalla" w:hAnsi="Sakkal Majalla" w:cs="Sakkal Majalla" w:hint="cs"/>
          <w:b/>
          <w:bCs/>
          <w:szCs w:val="28"/>
          <w:rtl/>
        </w:rPr>
        <w:t>الموارد</w:t>
      </w:r>
      <w:r w:rsidRPr="006D18F1">
        <w:rPr>
          <w:rFonts w:ascii="Sakkal Majalla" w:hAnsi="Sakkal Majalla" w:cs="Sakkal Majalla"/>
          <w:b/>
          <w:bCs/>
          <w:szCs w:val="28"/>
          <w:rtl/>
        </w:rPr>
        <w:t xml:space="preserve"> </w:t>
      </w:r>
      <w:r w:rsidRPr="006D18F1">
        <w:rPr>
          <w:rFonts w:ascii="Sakkal Majalla" w:hAnsi="Sakkal Majalla" w:cs="Sakkal Majalla" w:hint="cs"/>
          <w:b/>
          <w:bCs/>
          <w:szCs w:val="28"/>
          <w:rtl/>
        </w:rPr>
        <w:t>التقنية</w:t>
      </w:r>
      <w:r w:rsidRPr="006D18F1">
        <w:rPr>
          <w:rFonts w:ascii="Sakkal Majalla" w:hAnsi="Sakkal Majalla" w:cs="Sakkal Majalla"/>
          <w:b/>
          <w:bCs/>
          <w:szCs w:val="28"/>
          <w:rtl/>
        </w:rPr>
        <w:t xml:space="preserve"> </w:t>
      </w:r>
      <w:r w:rsidRPr="006D18F1">
        <w:rPr>
          <w:rFonts w:ascii="Sakkal Majalla" w:hAnsi="Sakkal Majalla" w:cs="Sakkal Majalla" w:hint="cs"/>
          <w:b/>
          <w:bCs/>
          <w:szCs w:val="28"/>
          <w:rtl/>
        </w:rPr>
        <w:t>والتنظيمية</w:t>
      </w:r>
      <w:r w:rsidRPr="006D18F1">
        <w:rPr>
          <w:rFonts w:ascii="Sakkal Majalla" w:hAnsi="Sakkal Majalla" w:cs="Sakkal Majalla"/>
          <w:b/>
          <w:bCs/>
          <w:szCs w:val="28"/>
          <w:rtl/>
        </w:rPr>
        <w:t>:</w:t>
      </w:r>
      <w:r w:rsidRPr="006D18F1">
        <w:rPr>
          <w:rFonts w:ascii="Sakkal Majalla" w:hAnsi="Sakkal Majalla" w:cs="Sakkal Majalla"/>
          <w:szCs w:val="28"/>
          <w:rtl/>
        </w:rPr>
        <w:t xml:space="preserve"> </w:t>
      </w:r>
      <w:r w:rsidRPr="006D18F1">
        <w:rPr>
          <w:rFonts w:ascii="Sakkal Majalla" w:hAnsi="Sakkal Majalla" w:cs="Sakkal Majalla" w:hint="cs"/>
          <w:szCs w:val="28"/>
          <w:rtl/>
        </w:rPr>
        <w:t>بما</w:t>
      </w:r>
      <w:r w:rsidRPr="006D18F1">
        <w:rPr>
          <w:rFonts w:ascii="Sakkal Majalla" w:hAnsi="Sakkal Majalla" w:cs="Sakkal Majalla"/>
          <w:szCs w:val="28"/>
          <w:rtl/>
        </w:rPr>
        <w:t xml:space="preserve"> </w:t>
      </w:r>
      <w:r w:rsidRPr="006D18F1">
        <w:rPr>
          <w:rFonts w:ascii="Sakkal Majalla" w:hAnsi="Sakkal Majalla" w:cs="Sakkal Majalla" w:hint="cs"/>
          <w:szCs w:val="28"/>
          <w:rtl/>
        </w:rPr>
        <w:t>في</w:t>
      </w:r>
      <w:r w:rsidRPr="006D18F1">
        <w:rPr>
          <w:rFonts w:ascii="Sakkal Majalla" w:hAnsi="Sakkal Majalla" w:cs="Sakkal Majalla"/>
          <w:szCs w:val="28"/>
          <w:rtl/>
        </w:rPr>
        <w:t xml:space="preserve"> </w:t>
      </w:r>
      <w:r w:rsidRPr="006D18F1">
        <w:rPr>
          <w:rFonts w:ascii="Sakkal Majalla" w:hAnsi="Sakkal Majalla" w:cs="Sakkal Majalla" w:hint="cs"/>
          <w:szCs w:val="28"/>
          <w:rtl/>
        </w:rPr>
        <w:t>ذلك</w:t>
      </w:r>
      <w:r w:rsidRPr="006D18F1">
        <w:rPr>
          <w:rFonts w:ascii="Sakkal Majalla" w:hAnsi="Sakkal Majalla" w:cs="Sakkal Majalla"/>
          <w:szCs w:val="28"/>
          <w:rtl/>
        </w:rPr>
        <w:t xml:space="preserve"> </w:t>
      </w:r>
      <w:r w:rsidRPr="006D18F1">
        <w:rPr>
          <w:rFonts w:ascii="Sakkal Majalla" w:hAnsi="Sakkal Majalla" w:cs="Sakkal Majalla" w:hint="cs"/>
          <w:szCs w:val="28"/>
          <w:rtl/>
        </w:rPr>
        <w:t>غياب</w:t>
      </w:r>
      <w:r w:rsidRPr="006D18F1">
        <w:rPr>
          <w:rFonts w:ascii="Sakkal Majalla" w:hAnsi="Sakkal Majalla" w:cs="Sakkal Majalla"/>
          <w:szCs w:val="28"/>
          <w:rtl/>
        </w:rPr>
        <w:t xml:space="preserve"> </w:t>
      </w:r>
      <w:r w:rsidRPr="006D18F1">
        <w:rPr>
          <w:rFonts w:ascii="Sakkal Majalla" w:hAnsi="Sakkal Majalla" w:cs="Sakkal Majalla" w:hint="cs"/>
          <w:szCs w:val="28"/>
          <w:rtl/>
        </w:rPr>
        <w:t>الحوافز</w:t>
      </w:r>
      <w:r w:rsidRPr="006D18F1">
        <w:rPr>
          <w:rFonts w:ascii="Sakkal Majalla" w:hAnsi="Sakkal Majalla" w:cs="Sakkal Majalla"/>
          <w:szCs w:val="28"/>
          <w:rtl/>
        </w:rPr>
        <w:t xml:space="preserve"> </w:t>
      </w:r>
      <w:r w:rsidRPr="006D18F1">
        <w:rPr>
          <w:rFonts w:ascii="Sakkal Majalla" w:hAnsi="Sakkal Majalla" w:cs="Sakkal Majalla" w:hint="cs"/>
          <w:szCs w:val="28"/>
          <w:rtl/>
        </w:rPr>
        <w:t>وصعوبة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الحصول</w:t>
      </w:r>
      <w:r w:rsidRPr="006D18F1">
        <w:rPr>
          <w:rFonts w:ascii="Sakkal Majalla" w:hAnsi="Sakkal Majalla" w:cs="Sakkal Majalla"/>
          <w:szCs w:val="28"/>
          <w:rtl/>
        </w:rPr>
        <w:t xml:space="preserve"> </w:t>
      </w:r>
      <w:r w:rsidRPr="006D18F1">
        <w:rPr>
          <w:rFonts w:ascii="Sakkal Majalla" w:hAnsi="Sakkal Majalla" w:cs="Sakkal Majalla" w:hint="cs"/>
          <w:szCs w:val="28"/>
          <w:rtl/>
        </w:rPr>
        <w:t>على</w:t>
      </w:r>
      <w:r w:rsidRPr="006D18F1">
        <w:rPr>
          <w:rFonts w:ascii="Sakkal Majalla" w:hAnsi="Sakkal Majalla" w:cs="Sakkal Majalla"/>
          <w:szCs w:val="28"/>
          <w:rtl/>
        </w:rPr>
        <w:t xml:space="preserve"> </w:t>
      </w:r>
      <w:r w:rsidRPr="006D18F1">
        <w:rPr>
          <w:rFonts w:ascii="Sakkal Majalla" w:hAnsi="Sakkal Majalla" w:cs="Sakkal Majalla" w:hint="cs"/>
          <w:szCs w:val="28"/>
          <w:rtl/>
        </w:rPr>
        <w:t>ميزانيات</w:t>
      </w:r>
      <w:r w:rsidRPr="006D18F1">
        <w:rPr>
          <w:rFonts w:ascii="Sakkal Majalla" w:hAnsi="Sakkal Majalla" w:cs="Sakkal Majalla"/>
          <w:szCs w:val="28"/>
          <w:rtl/>
        </w:rPr>
        <w:t xml:space="preserve"> </w:t>
      </w:r>
      <w:r w:rsidRPr="006D18F1">
        <w:rPr>
          <w:rFonts w:ascii="Sakkal Majalla" w:hAnsi="Sakkal Majalla" w:cs="Sakkal Majalla" w:hint="cs"/>
          <w:szCs w:val="28"/>
          <w:rtl/>
        </w:rPr>
        <w:t>مخصصة</w:t>
      </w:r>
      <w:r w:rsidRPr="006D18F1">
        <w:rPr>
          <w:rFonts w:ascii="Sakkal Majalla" w:hAnsi="Sakkal Majalla" w:cs="Sakkal Majalla"/>
          <w:szCs w:val="28"/>
          <w:rtl/>
        </w:rPr>
        <w:t xml:space="preserve"> </w:t>
      </w:r>
      <w:r w:rsidRPr="006D18F1">
        <w:rPr>
          <w:rFonts w:ascii="Sakkal Majalla" w:hAnsi="Sakkal Majalla" w:cs="Sakkal Majalla" w:hint="cs"/>
          <w:szCs w:val="28"/>
          <w:rtl/>
        </w:rPr>
        <w:t>للابتكار</w:t>
      </w:r>
      <w:r w:rsidRPr="006D18F1">
        <w:rPr>
          <w:rFonts w:ascii="Sakkal Majalla" w:hAnsi="Sakkal Majalla" w:cs="Sakkal Majalla"/>
          <w:szCs w:val="28"/>
          <w:rtl/>
        </w:rPr>
        <w:t>.</w:t>
      </w:r>
    </w:p>
    <w:p w14:paraId="5BFD405F" w14:textId="77777777"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تتسق</w:t>
      </w:r>
      <w:r w:rsidRPr="006D18F1">
        <w:rPr>
          <w:rFonts w:ascii="Sakkal Majalla" w:hAnsi="Sakkal Majalla" w:cs="Sakkal Majalla"/>
          <w:szCs w:val="28"/>
          <w:rtl/>
        </w:rPr>
        <w:t xml:space="preserve"> </w:t>
      </w:r>
      <w:r w:rsidRPr="006D18F1">
        <w:rPr>
          <w:rFonts w:ascii="Sakkal Majalla" w:hAnsi="Sakkal Majalla" w:cs="Sakkal Majalla" w:hint="cs"/>
          <w:szCs w:val="28"/>
          <w:rtl/>
        </w:rPr>
        <w:t>هذه</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المؤشرات</w:t>
      </w:r>
      <w:r w:rsidRPr="006D18F1">
        <w:rPr>
          <w:rFonts w:ascii="Sakkal Majalla" w:hAnsi="Sakkal Majalla" w:cs="Sakkal Majalla"/>
          <w:szCs w:val="28"/>
          <w:rtl/>
        </w:rPr>
        <w:t xml:space="preserve"> </w:t>
      </w:r>
      <w:r w:rsidRPr="006D18F1">
        <w:rPr>
          <w:rFonts w:ascii="Sakkal Majalla" w:hAnsi="Sakkal Majalla" w:cs="Sakkal Majalla" w:hint="cs"/>
          <w:szCs w:val="28"/>
          <w:rtl/>
        </w:rPr>
        <w:t>مع</w:t>
      </w:r>
      <w:r w:rsidRPr="006D18F1">
        <w:rPr>
          <w:rFonts w:ascii="Sakkal Majalla" w:hAnsi="Sakkal Majalla" w:cs="Sakkal Majalla"/>
          <w:szCs w:val="28"/>
          <w:rtl/>
        </w:rPr>
        <w:t xml:space="preserve"> </w:t>
      </w:r>
      <w:r w:rsidRPr="006D18F1">
        <w:rPr>
          <w:rFonts w:ascii="Sakkal Majalla" w:hAnsi="Sakkal Majalla" w:cs="Sakkal Majalla" w:hint="cs"/>
          <w:szCs w:val="28"/>
          <w:rtl/>
        </w:rPr>
        <w:t>ما</w:t>
      </w:r>
      <w:r w:rsidRPr="006D18F1">
        <w:rPr>
          <w:rFonts w:ascii="Sakkal Majalla" w:hAnsi="Sakkal Majalla" w:cs="Sakkal Majalla"/>
          <w:szCs w:val="28"/>
          <w:rtl/>
        </w:rPr>
        <w:t xml:space="preserve"> </w:t>
      </w:r>
      <w:r w:rsidRPr="006D18F1">
        <w:rPr>
          <w:rFonts w:ascii="Sakkal Majalla" w:hAnsi="Sakkal Majalla" w:cs="Sakkal Majalla" w:hint="cs"/>
          <w:szCs w:val="28"/>
          <w:rtl/>
        </w:rPr>
        <w:t>ورد</w:t>
      </w:r>
      <w:r w:rsidRPr="006D18F1">
        <w:rPr>
          <w:rFonts w:ascii="Sakkal Majalla" w:hAnsi="Sakkal Majalla" w:cs="Sakkal Majalla"/>
          <w:szCs w:val="28"/>
          <w:rtl/>
        </w:rPr>
        <w:t xml:space="preserve"> </w:t>
      </w:r>
      <w:r w:rsidRPr="006D18F1">
        <w:rPr>
          <w:rFonts w:ascii="Sakkal Majalla" w:hAnsi="Sakkal Majalla" w:cs="Sakkal Majalla" w:hint="cs"/>
          <w:szCs w:val="28"/>
          <w:rtl/>
        </w:rPr>
        <w:t>في</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التحليل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الكمي</w:t>
      </w:r>
      <w:r w:rsidRPr="006D18F1">
        <w:rPr>
          <w:rFonts w:ascii="Sakkal Majalla" w:hAnsi="Sakkal Majalla" w:cs="Sakkal Majalla"/>
          <w:szCs w:val="28"/>
          <w:rtl/>
        </w:rPr>
        <w:t xml:space="preserve"> </w:t>
      </w:r>
      <w:r w:rsidRPr="006D18F1">
        <w:rPr>
          <w:rFonts w:ascii="Sakkal Majalla" w:hAnsi="Sakkal Majalla" w:cs="Sakkal Majalla" w:hint="cs"/>
          <w:szCs w:val="28"/>
          <w:rtl/>
        </w:rPr>
        <w:t>للمحور</w:t>
      </w:r>
      <w:r w:rsidRPr="006D18F1">
        <w:rPr>
          <w:rFonts w:ascii="Sakkal Majalla" w:hAnsi="Sakkal Majalla" w:cs="Sakkal Majalla"/>
          <w:szCs w:val="28"/>
          <w:rtl/>
        </w:rPr>
        <w:t xml:space="preserve"> </w:t>
      </w:r>
      <w:r w:rsidRPr="006D18F1">
        <w:rPr>
          <w:rFonts w:ascii="Sakkal Majalla" w:hAnsi="Sakkal Majalla" w:cs="Sakkal Majalla" w:hint="cs"/>
          <w:szCs w:val="28"/>
          <w:rtl/>
        </w:rPr>
        <w:t>الأول،</w:t>
      </w:r>
      <w:r w:rsidRPr="006D18F1">
        <w:rPr>
          <w:rFonts w:ascii="Sakkal Majalla" w:hAnsi="Sakkal Majalla" w:cs="Sakkal Majalla"/>
          <w:szCs w:val="28"/>
          <w:rtl/>
        </w:rPr>
        <w:t xml:space="preserve"> </w:t>
      </w:r>
      <w:r w:rsidRPr="006D18F1">
        <w:rPr>
          <w:rFonts w:ascii="Sakkal Majalla" w:hAnsi="Sakkal Majalla" w:cs="Sakkal Majalla" w:hint="cs"/>
          <w:szCs w:val="28"/>
          <w:rtl/>
        </w:rPr>
        <w:t>خصوصًا</w:t>
      </w:r>
      <w:r w:rsidRPr="006D18F1">
        <w:rPr>
          <w:rFonts w:ascii="Sakkal Majalla" w:hAnsi="Sakkal Majalla" w:cs="Sakkal Majalla"/>
          <w:szCs w:val="28"/>
          <w:rtl/>
        </w:rPr>
        <w:t xml:space="preserve"> </w:t>
      </w:r>
      <w:r w:rsidRPr="006D18F1">
        <w:rPr>
          <w:rFonts w:ascii="Sakkal Majalla" w:hAnsi="Sakkal Majalla" w:cs="Sakkal Majalla" w:hint="cs"/>
          <w:szCs w:val="28"/>
          <w:rtl/>
        </w:rPr>
        <w:t>انخفاض</w:t>
      </w:r>
      <w:r w:rsidRPr="006D18F1">
        <w:rPr>
          <w:rFonts w:ascii="Sakkal Majalla" w:hAnsi="Sakkal Majalla" w:cs="Sakkal Majalla"/>
          <w:szCs w:val="28"/>
          <w:rtl/>
        </w:rPr>
        <w:t xml:space="preserve"> </w:t>
      </w:r>
      <w:r w:rsidRPr="006D18F1">
        <w:rPr>
          <w:rFonts w:ascii="Sakkal Majalla" w:hAnsi="Sakkal Majalla" w:cs="Sakkal Majalla" w:hint="cs"/>
          <w:szCs w:val="28"/>
          <w:rtl/>
        </w:rPr>
        <w:t>متوسط</w:t>
      </w:r>
      <w:r w:rsidRPr="006D18F1">
        <w:rPr>
          <w:rFonts w:ascii="Sakkal Majalla" w:hAnsi="Sakkal Majalla" w:cs="Sakkal Majalla"/>
          <w:szCs w:val="28"/>
          <w:rtl/>
        </w:rPr>
        <w:t xml:space="preserve"> </w:t>
      </w:r>
      <w:r w:rsidRPr="006D18F1">
        <w:rPr>
          <w:rFonts w:ascii="Sakkal Majalla" w:hAnsi="Sakkal Majalla" w:cs="Sakkal Majalla" w:hint="cs"/>
          <w:szCs w:val="28"/>
          <w:rtl/>
        </w:rPr>
        <w:t>تقييم</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الموارد،</w:t>
      </w:r>
      <w:r w:rsidRPr="006D18F1">
        <w:rPr>
          <w:rFonts w:ascii="Sakkal Majalla" w:hAnsi="Sakkal Majalla" w:cs="Sakkal Majalla"/>
          <w:szCs w:val="28"/>
          <w:rtl/>
        </w:rPr>
        <w:t xml:space="preserve"> </w:t>
      </w:r>
      <w:r w:rsidRPr="006D18F1">
        <w:rPr>
          <w:rFonts w:ascii="Sakkal Majalla" w:hAnsi="Sakkal Majalla" w:cs="Sakkal Majalla" w:hint="cs"/>
          <w:szCs w:val="28"/>
          <w:rtl/>
        </w:rPr>
        <w:t>مما</w:t>
      </w:r>
      <w:r w:rsidRPr="006D18F1">
        <w:rPr>
          <w:rFonts w:ascii="Sakkal Majalla" w:hAnsi="Sakkal Majalla" w:cs="Sakkal Majalla"/>
          <w:szCs w:val="28"/>
          <w:rtl/>
        </w:rPr>
        <w:t xml:space="preserve"> </w:t>
      </w:r>
      <w:r w:rsidRPr="006D18F1">
        <w:rPr>
          <w:rFonts w:ascii="Sakkal Majalla" w:hAnsi="Sakkal Majalla" w:cs="Sakkal Majalla" w:hint="cs"/>
          <w:szCs w:val="28"/>
          <w:rtl/>
        </w:rPr>
        <w:t>يدعم</w:t>
      </w:r>
      <w:r w:rsidRPr="006D18F1">
        <w:rPr>
          <w:rFonts w:ascii="Sakkal Majalla" w:hAnsi="Sakkal Majalla" w:cs="Sakkal Majalla"/>
          <w:szCs w:val="28"/>
          <w:rtl/>
        </w:rPr>
        <w:t xml:space="preserve"> </w:t>
      </w:r>
      <w:r w:rsidRPr="006D18F1">
        <w:rPr>
          <w:rFonts w:ascii="Sakkal Majalla" w:hAnsi="Sakkal Majalla" w:cs="Sakkal Majalla" w:hint="cs"/>
          <w:szCs w:val="28"/>
          <w:rtl/>
        </w:rPr>
        <w:t>الفرضية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الأولى</w:t>
      </w:r>
      <w:r w:rsidRPr="006D18F1">
        <w:rPr>
          <w:rFonts w:ascii="Sakkal Majalla" w:hAnsi="Sakkal Majalla" w:cs="Sakkal Majalla"/>
          <w:szCs w:val="28"/>
          <w:rtl/>
        </w:rPr>
        <w:t xml:space="preserve"> </w:t>
      </w:r>
      <w:r w:rsidRPr="006D18F1">
        <w:rPr>
          <w:rFonts w:ascii="Sakkal Majalla" w:hAnsi="Sakkal Majalla" w:cs="Sakkal Majalla" w:hint="cs"/>
          <w:szCs w:val="28"/>
          <w:rtl/>
        </w:rPr>
        <w:t>حول</w:t>
      </w:r>
      <w:r w:rsidRPr="006D18F1">
        <w:rPr>
          <w:rFonts w:ascii="Sakkal Majalla" w:hAnsi="Sakkal Majalla" w:cs="Sakkal Majalla"/>
          <w:szCs w:val="28"/>
          <w:rtl/>
        </w:rPr>
        <w:t xml:space="preserve"> </w:t>
      </w:r>
      <w:r w:rsidRPr="006D18F1">
        <w:rPr>
          <w:rFonts w:ascii="Sakkal Majalla" w:hAnsi="Sakkal Majalla" w:cs="Sakkal Majalla" w:hint="cs"/>
          <w:szCs w:val="28"/>
          <w:rtl/>
        </w:rPr>
        <w:t>تأثير</w:t>
      </w:r>
      <w:r w:rsidRPr="006D18F1">
        <w:rPr>
          <w:rFonts w:ascii="Sakkal Majalla" w:hAnsi="Sakkal Majalla" w:cs="Sakkal Majalla"/>
          <w:szCs w:val="28"/>
          <w:rtl/>
        </w:rPr>
        <w:t xml:space="preserve"> </w:t>
      </w:r>
      <w:r w:rsidRPr="006D18F1">
        <w:rPr>
          <w:rFonts w:ascii="Sakkal Majalla" w:hAnsi="Sakkal Majalla" w:cs="Sakkal Majalla" w:hint="cs"/>
          <w:szCs w:val="28"/>
          <w:rtl/>
        </w:rPr>
        <w:t>القدرات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الداخلية</w:t>
      </w:r>
      <w:r w:rsidRPr="006D18F1">
        <w:rPr>
          <w:rFonts w:ascii="Sakkal Majalla" w:hAnsi="Sakkal Majalla" w:cs="Sakkal Majalla"/>
          <w:szCs w:val="28"/>
          <w:rtl/>
        </w:rPr>
        <w:t xml:space="preserve"> </w:t>
      </w:r>
      <w:r w:rsidRPr="006D18F1">
        <w:rPr>
          <w:rFonts w:ascii="Sakkal Majalla" w:hAnsi="Sakkal Majalla" w:cs="Sakkal Majalla" w:hint="cs"/>
          <w:szCs w:val="28"/>
          <w:rtl/>
        </w:rPr>
        <w:t>على</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الاستدامة</w:t>
      </w:r>
      <w:r w:rsidRPr="006D18F1">
        <w:rPr>
          <w:rFonts w:ascii="Sakkal Majalla" w:hAnsi="Sakkal Majalla" w:cs="Sakkal Majalla"/>
          <w:szCs w:val="28"/>
          <w:rtl/>
        </w:rPr>
        <w:t>.</w:t>
      </w:r>
    </w:p>
    <w:p w14:paraId="6C801E87" w14:textId="64D418DD"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كما</w:t>
      </w:r>
      <w:r w:rsidRPr="006D18F1">
        <w:rPr>
          <w:rFonts w:ascii="Sakkal Majalla" w:hAnsi="Sakkal Majalla" w:cs="Sakkal Majalla"/>
          <w:szCs w:val="28"/>
          <w:rtl/>
        </w:rPr>
        <w:t xml:space="preserve"> </w:t>
      </w:r>
      <w:r w:rsidRPr="006D18F1">
        <w:rPr>
          <w:rFonts w:ascii="Sakkal Majalla" w:hAnsi="Sakkal Majalla" w:cs="Sakkal Majalla" w:hint="cs"/>
          <w:szCs w:val="28"/>
          <w:rtl/>
        </w:rPr>
        <w:t>تبرز</w:t>
      </w:r>
      <w:r w:rsidRPr="006D18F1">
        <w:rPr>
          <w:rFonts w:ascii="Sakkal Majalla" w:hAnsi="Sakkal Majalla" w:cs="Sakkal Majalla"/>
          <w:szCs w:val="28"/>
          <w:rtl/>
        </w:rPr>
        <w:t xml:space="preserve"> </w:t>
      </w:r>
      <w:r w:rsidRPr="006D18F1">
        <w:rPr>
          <w:rFonts w:ascii="Sakkal Majalla" w:hAnsi="Sakkal Majalla" w:cs="Sakkal Majalla" w:hint="cs"/>
          <w:szCs w:val="28"/>
          <w:rtl/>
        </w:rPr>
        <w:t>هذه</w:t>
      </w:r>
      <w:r w:rsidRPr="006D18F1">
        <w:rPr>
          <w:rFonts w:ascii="Sakkal Majalla" w:hAnsi="Sakkal Majalla" w:cs="Sakkal Majalla"/>
          <w:szCs w:val="28"/>
          <w:rtl/>
        </w:rPr>
        <w:t xml:space="preserve"> </w:t>
      </w:r>
      <w:r w:rsidRPr="006D18F1">
        <w:rPr>
          <w:rFonts w:ascii="Sakkal Majalla" w:hAnsi="Sakkal Majalla" w:cs="Sakkal Majalla" w:hint="cs"/>
          <w:szCs w:val="28"/>
          <w:rtl/>
        </w:rPr>
        <w:t>النتائج</w:t>
      </w:r>
      <w:r w:rsidRPr="006D18F1">
        <w:rPr>
          <w:rFonts w:ascii="Sakkal Majalla" w:hAnsi="Sakkal Majalla" w:cs="Sakkal Majalla"/>
          <w:szCs w:val="28"/>
          <w:rtl/>
        </w:rPr>
        <w:t xml:space="preserve"> </w:t>
      </w:r>
      <w:r w:rsidRPr="006D18F1">
        <w:rPr>
          <w:rFonts w:ascii="Sakkal Majalla" w:hAnsi="Sakkal Majalla" w:cs="Sakkal Majalla" w:hint="cs"/>
          <w:szCs w:val="28"/>
          <w:rtl/>
        </w:rPr>
        <w:t>أن</w:t>
      </w:r>
      <w:r w:rsidRPr="006D18F1">
        <w:rPr>
          <w:rFonts w:ascii="Sakkal Majalla" w:hAnsi="Sakkal Majalla" w:cs="Sakkal Majalla"/>
          <w:szCs w:val="28"/>
          <w:rtl/>
        </w:rPr>
        <w:t xml:space="preserve"> </w:t>
      </w:r>
      <w:r w:rsidRPr="006D18F1">
        <w:rPr>
          <w:rFonts w:ascii="Sakkal Majalla" w:hAnsi="Sakkal Majalla" w:cs="Sakkal Majalla" w:hint="cs"/>
          <w:szCs w:val="28"/>
          <w:rtl/>
        </w:rPr>
        <w:t>ضعف</w:t>
      </w:r>
      <w:r w:rsidRPr="006D18F1">
        <w:rPr>
          <w:rFonts w:ascii="Sakkal Majalla" w:hAnsi="Sakkal Majalla" w:cs="Sakkal Majalla"/>
          <w:szCs w:val="28"/>
          <w:rtl/>
        </w:rPr>
        <w:t xml:space="preserve"> </w:t>
      </w:r>
      <w:r w:rsidRPr="006D18F1">
        <w:rPr>
          <w:rFonts w:ascii="Sakkal Majalla" w:hAnsi="Sakkal Majalla" w:cs="Sakkal Majalla" w:hint="cs"/>
          <w:szCs w:val="28"/>
          <w:rtl/>
        </w:rPr>
        <w:t>البنية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الداخلية</w:t>
      </w:r>
      <w:r w:rsidRPr="006D18F1">
        <w:rPr>
          <w:rFonts w:ascii="Sakkal Majalla" w:hAnsi="Sakkal Majalla" w:cs="Sakkal Majalla"/>
          <w:szCs w:val="28"/>
          <w:rtl/>
        </w:rPr>
        <w:t xml:space="preserve"> </w:t>
      </w:r>
      <w:r w:rsidRPr="006D18F1">
        <w:rPr>
          <w:rFonts w:ascii="Sakkal Majalla" w:hAnsi="Sakkal Majalla" w:cs="Sakkal Majalla" w:hint="cs"/>
          <w:szCs w:val="28"/>
          <w:rtl/>
        </w:rPr>
        <w:t>يقلل</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القدرة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الامتصاصية،</w:t>
      </w:r>
      <w:r w:rsidRPr="006D18F1">
        <w:rPr>
          <w:rFonts w:ascii="Sakkal Majalla" w:hAnsi="Sakkal Majalla" w:cs="Sakkal Majalla"/>
          <w:szCs w:val="28"/>
          <w:rtl/>
        </w:rPr>
        <w:t xml:space="preserve"> </w:t>
      </w:r>
      <w:r w:rsidRPr="006D18F1">
        <w:rPr>
          <w:rFonts w:ascii="Sakkal Majalla" w:hAnsi="Sakkal Majalla" w:cs="Sakkal Majalla" w:hint="cs"/>
          <w:szCs w:val="28"/>
          <w:rtl/>
        </w:rPr>
        <w:t>إذ</w:t>
      </w:r>
      <w:r w:rsidRPr="006D18F1">
        <w:rPr>
          <w:rFonts w:ascii="Sakkal Majalla" w:hAnsi="Sakkal Majalla" w:cs="Sakkal Majalla"/>
          <w:szCs w:val="28"/>
          <w:rtl/>
        </w:rPr>
        <w:t xml:space="preserve"> </w:t>
      </w:r>
      <w:r w:rsidRPr="006D18F1">
        <w:rPr>
          <w:rFonts w:ascii="Sakkal Majalla" w:hAnsi="Sakkal Majalla" w:cs="Sakkal Majalla" w:hint="cs"/>
          <w:szCs w:val="28"/>
          <w:rtl/>
        </w:rPr>
        <w:t>تعيق</w:t>
      </w:r>
      <w:r w:rsidRPr="006D18F1">
        <w:rPr>
          <w:rFonts w:ascii="Sakkal Majalla" w:hAnsi="Sakkal Majalla" w:cs="Sakkal Majalla"/>
          <w:szCs w:val="28"/>
          <w:rtl/>
        </w:rPr>
        <w:t xml:space="preserve"> </w:t>
      </w:r>
      <w:r w:rsidRPr="006D18F1">
        <w:rPr>
          <w:rFonts w:ascii="Sakkal Majalla" w:hAnsi="Sakkal Majalla" w:cs="Sakkal Majalla" w:hint="cs"/>
          <w:szCs w:val="28"/>
          <w:rtl/>
        </w:rPr>
        <w:t>هذه</w:t>
      </w:r>
      <w:r w:rsidRPr="006D18F1">
        <w:rPr>
          <w:rFonts w:ascii="Sakkal Majalla" w:hAnsi="Sakkal Majalla" w:cs="Sakkal Majalla"/>
          <w:szCs w:val="28"/>
          <w:rtl/>
        </w:rPr>
        <w:t xml:space="preserve"> </w:t>
      </w:r>
      <w:r w:rsidRPr="006D18F1">
        <w:rPr>
          <w:rFonts w:ascii="Sakkal Majalla" w:hAnsi="Sakkal Majalla" w:cs="Sakkal Majalla" w:hint="cs"/>
          <w:szCs w:val="28"/>
          <w:rtl/>
        </w:rPr>
        <w:t>الفجوات</w:t>
      </w:r>
      <w:r w:rsidRPr="006D18F1">
        <w:rPr>
          <w:rFonts w:ascii="Sakkal Majalla" w:hAnsi="Sakkal Majalla" w:cs="Sakkal Majalla"/>
          <w:szCs w:val="28"/>
          <w:rtl/>
        </w:rPr>
        <w:t xml:space="preserve"> </w:t>
      </w:r>
      <w:r w:rsidRPr="006D18F1">
        <w:rPr>
          <w:rFonts w:ascii="Sakkal Majalla" w:hAnsi="Sakkal Majalla" w:cs="Sakkal Majalla" w:hint="cs"/>
          <w:szCs w:val="28"/>
          <w:rtl/>
        </w:rPr>
        <w:t>قدرة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الجهة</w:t>
      </w:r>
      <w:r w:rsidRPr="006D18F1">
        <w:rPr>
          <w:rFonts w:ascii="Sakkal Majalla" w:hAnsi="Sakkal Majalla" w:cs="Sakkal Majalla"/>
          <w:szCs w:val="28"/>
          <w:rtl/>
        </w:rPr>
        <w:t xml:space="preserve"> </w:t>
      </w:r>
      <w:r w:rsidRPr="006D18F1">
        <w:rPr>
          <w:rFonts w:ascii="Sakkal Majalla" w:hAnsi="Sakkal Majalla" w:cs="Sakkal Majalla" w:hint="cs"/>
          <w:szCs w:val="28"/>
          <w:rtl/>
        </w:rPr>
        <w:t>على</w:t>
      </w:r>
      <w:r w:rsidRPr="006D18F1">
        <w:rPr>
          <w:rFonts w:ascii="Sakkal Majalla" w:hAnsi="Sakkal Majalla" w:cs="Sakkal Majalla"/>
          <w:szCs w:val="28"/>
          <w:rtl/>
        </w:rPr>
        <w:t xml:space="preserve"> </w:t>
      </w:r>
      <w:r w:rsidRPr="006D18F1">
        <w:rPr>
          <w:rFonts w:ascii="Sakkal Majalla" w:hAnsi="Sakkal Majalla" w:cs="Sakkal Majalla" w:hint="cs"/>
          <w:szCs w:val="28"/>
          <w:rtl/>
        </w:rPr>
        <w:t>استيعاب</w:t>
      </w:r>
      <w:r w:rsidRPr="006D18F1">
        <w:rPr>
          <w:rFonts w:ascii="Sakkal Majalla" w:hAnsi="Sakkal Majalla" w:cs="Sakkal Majalla"/>
          <w:szCs w:val="28"/>
          <w:rtl/>
        </w:rPr>
        <w:t xml:space="preserve"> </w:t>
      </w:r>
      <w:r w:rsidRPr="006D18F1">
        <w:rPr>
          <w:rFonts w:ascii="Sakkal Majalla" w:hAnsi="Sakkal Majalla" w:cs="Sakkal Majalla" w:hint="cs"/>
          <w:szCs w:val="28"/>
          <w:rtl/>
        </w:rPr>
        <w:t>وتكييف</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المعرفة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المولدة</w:t>
      </w:r>
      <w:r w:rsidRPr="006D18F1">
        <w:rPr>
          <w:rFonts w:ascii="Sakkal Majalla" w:hAnsi="Sakkal Majalla" w:cs="Sakkal Majalla"/>
          <w:szCs w:val="28"/>
          <w:rtl/>
        </w:rPr>
        <w:t xml:space="preserve"> </w:t>
      </w:r>
      <w:r w:rsidRPr="006D18F1">
        <w:rPr>
          <w:rFonts w:ascii="Sakkal Majalla" w:hAnsi="Sakkal Majalla" w:cs="Sakkal Majalla" w:hint="cs"/>
          <w:szCs w:val="28"/>
          <w:rtl/>
        </w:rPr>
        <w:t>داخليًا</w:t>
      </w:r>
      <w:r w:rsidRPr="006D18F1">
        <w:rPr>
          <w:rFonts w:ascii="Sakkal Majalla" w:hAnsi="Sakkal Majalla" w:cs="Sakkal Majalla"/>
          <w:szCs w:val="28"/>
          <w:rtl/>
        </w:rPr>
        <w:t xml:space="preserve"> </w:t>
      </w:r>
      <w:r w:rsidRPr="006D18F1">
        <w:rPr>
          <w:rFonts w:ascii="Sakkal Majalla" w:hAnsi="Sakkal Majalla" w:cs="Sakkal Majalla" w:hint="cs"/>
          <w:szCs w:val="28"/>
          <w:rtl/>
        </w:rPr>
        <w:t>أو</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المنقولة</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الاستشاريين</w:t>
      </w:r>
      <w:r w:rsidRPr="006D18F1">
        <w:rPr>
          <w:rFonts w:ascii="Sakkal Majalla" w:hAnsi="Sakkal Majalla" w:cs="Sakkal Majalla"/>
          <w:szCs w:val="28"/>
          <w:rtl/>
        </w:rPr>
        <w:t>.</w:t>
      </w:r>
    </w:p>
    <w:p w14:paraId="0A200DD8" w14:textId="77777777" w:rsidR="006D18F1" w:rsidRPr="00A36D93" w:rsidRDefault="006D18F1" w:rsidP="00634497">
      <w:pPr>
        <w:bidi/>
        <w:spacing w:line="360" w:lineRule="auto"/>
        <w:jc w:val="lowKashida"/>
        <w:rPr>
          <w:rFonts w:ascii="Sakkal Majalla" w:hAnsi="Sakkal Majalla" w:cs="Sakkal Majalla"/>
          <w:b/>
          <w:bCs/>
          <w:sz w:val="32"/>
          <w:szCs w:val="32"/>
        </w:rPr>
      </w:pPr>
      <w:r w:rsidRPr="00A36D93">
        <w:rPr>
          <w:rFonts w:ascii="Sakkal Majalla" w:hAnsi="Sakkal Majalla" w:cs="Sakkal Majalla"/>
          <w:b/>
          <w:bCs/>
          <w:sz w:val="32"/>
          <w:szCs w:val="32"/>
          <w:rtl/>
        </w:rPr>
        <w:t xml:space="preserve">4.4.2 </w:t>
      </w:r>
      <w:r w:rsidRPr="00A36D93">
        <w:rPr>
          <w:rFonts w:ascii="Sakkal Majalla" w:hAnsi="Sakkal Majalla" w:cs="Sakkal Majalla" w:hint="cs"/>
          <w:b/>
          <w:bCs/>
          <w:sz w:val="32"/>
          <w:szCs w:val="32"/>
          <w:rtl/>
        </w:rPr>
        <w:t>قصور</w:t>
      </w:r>
      <w:r w:rsidRPr="00A36D93">
        <w:rPr>
          <w:rFonts w:ascii="Sakkal Majalla" w:hAnsi="Sakkal Majalla" w:cs="Sakkal Majalla"/>
          <w:b/>
          <w:bCs/>
          <w:sz w:val="32"/>
          <w:szCs w:val="32"/>
          <w:rtl/>
        </w:rPr>
        <w:t xml:space="preserve"> </w:t>
      </w:r>
      <w:r w:rsidRPr="00A36D93">
        <w:rPr>
          <w:rFonts w:ascii="Sakkal Majalla" w:hAnsi="Sakkal Majalla" w:cs="Sakkal Majalla" w:hint="cs"/>
          <w:b/>
          <w:bCs/>
          <w:sz w:val="32"/>
          <w:szCs w:val="32"/>
          <w:rtl/>
        </w:rPr>
        <w:t>الدور</w:t>
      </w:r>
      <w:r w:rsidRPr="00A36D93">
        <w:rPr>
          <w:rFonts w:ascii="Sakkal Majalla" w:hAnsi="Sakkal Majalla" w:cs="Sakkal Majalla"/>
          <w:b/>
          <w:bCs/>
          <w:sz w:val="32"/>
          <w:szCs w:val="32"/>
          <w:rtl/>
        </w:rPr>
        <w:t xml:space="preserve"> </w:t>
      </w:r>
      <w:r w:rsidRPr="00A36D93">
        <w:rPr>
          <w:rFonts w:ascii="Sakkal Majalla" w:hAnsi="Sakkal Majalla" w:cs="Sakkal Majalla" w:hint="cs"/>
          <w:b/>
          <w:bCs/>
          <w:sz w:val="32"/>
          <w:szCs w:val="32"/>
          <w:rtl/>
        </w:rPr>
        <w:t>الاستشاري</w:t>
      </w:r>
      <w:r w:rsidRPr="00A36D93">
        <w:rPr>
          <w:rFonts w:ascii="Sakkal Majalla" w:hAnsi="Sakkal Majalla" w:cs="Sakkal Majalla"/>
          <w:b/>
          <w:bCs/>
          <w:sz w:val="32"/>
          <w:szCs w:val="32"/>
          <w:rtl/>
        </w:rPr>
        <w:t xml:space="preserve"> </w:t>
      </w:r>
      <w:r w:rsidRPr="00A36D93">
        <w:rPr>
          <w:rFonts w:ascii="Sakkal Majalla" w:hAnsi="Sakkal Majalla" w:cs="Sakkal Majalla" w:hint="cs"/>
          <w:b/>
          <w:bCs/>
          <w:sz w:val="32"/>
          <w:szCs w:val="32"/>
          <w:rtl/>
        </w:rPr>
        <w:t>في</w:t>
      </w:r>
      <w:r w:rsidRPr="00A36D93">
        <w:rPr>
          <w:rFonts w:ascii="Sakkal Majalla" w:hAnsi="Sakkal Majalla" w:cs="Sakkal Majalla"/>
          <w:b/>
          <w:bCs/>
          <w:sz w:val="32"/>
          <w:szCs w:val="32"/>
          <w:rtl/>
        </w:rPr>
        <w:t xml:space="preserve"> </w:t>
      </w:r>
      <w:r w:rsidRPr="00A36D93">
        <w:rPr>
          <w:rFonts w:ascii="Sakkal Majalla" w:hAnsi="Sakkal Majalla" w:cs="Sakkal Majalla" w:hint="cs"/>
          <w:b/>
          <w:bCs/>
          <w:sz w:val="32"/>
          <w:szCs w:val="32"/>
          <w:rtl/>
        </w:rPr>
        <w:t>بناء</w:t>
      </w:r>
      <w:r w:rsidRPr="00A36D93">
        <w:rPr>
          <w:rFonts w:ascii="Sakkal Majalla" w:hAnsi="Sakkal Majalla" w:cs="Sakkal Majalla"/>
          <w:b/>
          <w:bCs/>
          <w:sz w:val="32"/>
          <w:szCs w:val="32"/>
          <w:rtl/>
        </w:rPr>
        <w:t xml:space="preserve"> </w:t>
      </w:r>
      <w:r w:rsidRPr="00A36D93">
        <w:rPr>
          <w:rFonts w:ascii="Sakkal Majalla" w:hAnsi="Sakkal Majalla" w:cs="Sakkal Majalla" w:hint="cs"/>
          <w:b/>
          <w:bCs/>
          <w:sz w:val="32"/>
          <w:szCs w:val="32"/>
          <w:rtl/>
        </w:rPr>
        <w:t>القدرات</w:t>
      </w:r>
    </w:p>
    <w:p w14:paraId="795E08A7" w14:textId="51DB939B"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أظهرت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المقابلة</w:t>
      </w:r>
      <w:r w:rsidRPr="006D18F1">
        <w:rPr>
          <w:rFonts w:ascii="Sakkal Majalla" w:hAnsi="Sakkal Majalla" w:cs="Sakkal Majalla"/>
          <w:szCs w:val="28"/>
          <w:rtl/>
        </w:rPr>
        <w:t xml:space="preserve"> </w:t>
      </w:r>
      <w:r w:rsidRPr="006D18F1">
        <w:rPr>
          <w:rFonts w:ascii="Sakkal Majalla" w:hAnsi="Sakkal Majalla" w:cs="Sakkal Majalla" w:hint="cs"/>
          <w:szCs w:val="28"/>
          <w:rtl/>
        </w:rPr>
        <w:t>أن</w:t>
      </w:r>
      <w:r w:rsidRPr="006D18F1">
        <w:rPr>
          <w:rFonts w:ascii="Sakkal Majalla" w:hAnsi="Sakkal Majalla" w:cs="Sakkal Majalla"/>
          <w:szCs w:val="28"/>
          <w:rtl/>
        </w:rPr>
        <w:t xml:space="preserve"> </w:t>
      </w:r>
      <w:r w:rsidRPr="006D18F1">
        <w:rPr>
          <w:rFonts w:ascii="Sakkal Majalla" w:hAnsi="Sakkal Majalla" w:cs="Sakkal Majalla" w:hint="cs"/>
          <w:szCs w:val="28"/>
          <w:rtl/>
        </w:rPr>
        <w:t>بعض</w:t>
      </w:r>
      <w:r w:rsidRPr="006D18F1">
        <w:rPr>
          <w:rFonts w:ascii="Sakkal Majalla" w:hAnsi="Sakkal Majalla" w:cs="Sakkal Majalla"/>
          <w:szCs w:val="28"/>
          <w:rtl/>
        </w:rPr>
        <w:t xml:space="preserve"> </w:t>
      </w:r>
      <w:r w:rsidRPr="006D18F1">
        <w:rPr>
          <w:rFonts w:ascii="Sakkal Majalla" w:hAnsi="Sakkal Majalla" w:cs="Sakkal Majalla" w:hint="cs"/>
          <w:szCs w:val="28"/>
          <w:rtl/>
        </w:rPr>
        <w:t>الشركات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الاستشارية</w:t>
      </w:r>
      <w:r w:rsidRPr="006D18F1">
        <w:rPr>
          <w:rFonts w:ascii="Sakkal Majalla" w:hAnsi="Sakkal Majalla" w:cs="Sakkal Majalla"/>
          <w:szCs w:val="28"/>
          <w:rtl/>
        </w:rPr>
        <w:t xml:space="preserve"> </w:t>
      </w:r>
      <w:r w:rsidRPr="006D18F1">
        <w:rPr>
          <w:rFonts w:ascii="Sakkal Majalla" w:hAnsi="Sakkal Majalla" w:cs="Sakkal Majalla" w:hint="cs"/>
          <w:szCs w:val="28"/>
          <w:rtl/>
        </w:rPr>
        <w:t>لا</w:t>
      </w:r>
      <w:r w:rsidRPr="006D18F1">
        <w:rPr>
          <w:rFonts w:ascii="Sakkal Majalla" w:hAnsi="Sakkal Majalla" w:cs="Sakkal Majalla"/>
          <w:szCs w:val="28"/>
          <w:rtl/>
        </w:rPr>
        <w:t xml:space="preserve"> </w:t>
      </w:r>
      <w:r w:rsidRPr="006D18F1">
        <w:rPr>
          <w:rFonts w:ascii="Sakkal Majalla" w:hAnsi="Sakkal Majalla" w:cs="Sakkal Majalla" w:hint="cs"/>
          <w:szCs w:val="28"/>
          <w:rtl/>
        </w:rPr>
        <w:t>توفر</w:t>
      </w:r>
      <w:r w:rsidRPr="006D18F1">
        <w:rPr>
          <w:rFonts w:ascii="Sakkal Majalla" w:hAnsi="Sakkal Majalla" w:cs="Sakkal Majalla"/>
          <w:szCs w:val="28"/>
          <w:rtl/>
        </w:rPr>
        <w:t xml:space="preserve"> </w:t>
      </w:r>
      <w:r w:rsidRPr="006D18F1">
        <w:rPr>
          <w:rFonts w:ascii="Sakkal Majalla" w:hAnsi="Sakkal Majalla" w:cs="Sakkal Majalla" w:hint="cs"/>
          <w:szCs w:val="28"/>
          <w:rtl/>
        </w:rPr>
        <w:t>الخبراء</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المتخصصين</w:t>
      </w:r>
      <w:r w:rsidRPr="006D18F1">
        <w:rPr>
          <w:rFonts w:ascii="Sakkal Majalla" w:hAnsi="Sakkal Majalla" w:cs="Sakkal Majalla"/>
          <w:szCs w:val="28"/>
          <w:rtl/>
        </w:rPr>
        <w:t xml:space="preserve"> </w:t>
      </w:r>
      <w:r w:rsidRPr="006D18F1">
        <w:rPr>
          <w:rFonts w:ascii="Sakkal Majalla" w:hAnsi="Sakkal Majalla" w:cs="Sakkal Majalla" w:hint="cs"/>
          <w:szCs w:val="28"/>
          <w:rtl/>
        </w:rPr>
        <w:t>أو</w:t>
      </w:r>
      <w:r w:rsidRPr="006D18F1">
        <w:rPr>
          <w:rFonts w:ascii="Sakkal Majalla" w:hAnsi="Sakkal Majalla" w:cs="Sakkal Majalla"/>
          <w:szCs w:val="28"/>
          <w:rtl/>
        </w:rPr>
        <w:t xml:space="preserve"> </w:t>
      </w:r>
      <w:r w:rsidRPr="006D18F1">
        <w:rPr>
          <w:rFonts w:ascii="Sakkal Majalla" w:hAnsi="Sakkal Majalla" w:cs="Sakkal Majalla" w:hint="cs"/>
          <w:szCs w:val="28"/>
          <w:rtl/>
        </w:rPr>
        <w:t>ترسل</w:t>
      </w:r>
      <w:r w:rsidRPr="006D18F1">
        <w:rPr>
          <w:rFonts w:ascii="Sakkal Majalla" w:hAnsi="Sakkal Majalla" w:cs="Sakkal Majalla"/>
          <w:szCs w:val="28"/>
          <w:rtl/>
        </w:rPr>
        <w:t xml:space="preserve"> </w:t>
      </w:r>
      <w:r w:rsidRPr="006D18F1">
        <w:rPr>
          <w:rFonts w:ascii="Sakkal Majalla" w:hAnsi="Sakkal Majalla" w:cs="Sakkal Majalla" w:hint="cs"/>
          <w:szCs w:val="28"/>
          <w:rtl/>
        </w:rPr>
        <w:t>خبراء</w:t>
      </w:r>
      <w:r w:rsidRPr="006D18F1">
        <w:rPr>
          <w:rFonts w:ascii="Sakkal Majalla" w:hAnsi="Sakkal Majalla" w:cs="Sakkal Majalla"/>
          <w:szCs w:val="28"/>
          <w:rtl/>
        </w:rPr>
        <w:t xml:space="preserve"> </w:t>
      </w:r>
      <w:r w:rsidRPr="006D18F1">
        <w:rPr>
          <w:rFonts w:ascii="Sakkal Majalla" w:hAnsi="Sakkal Majalla" w:cs="Sakkal Majalla" w:hint="cs"/>
          <w:szCs w:val="28"/>
          <w:rtl/>
        </w:rPr>
        <w:t>غير</w:t>
      </w:r>
      <w:r w:rsidRPr="006D18F1">
        <w:rPr>
          <w:rFonts w:ascii="Sakkal Majalla" w:hAnsi="Sakkal Majalla" w:cs="Sakkal Majalla"/>
          <w:szCs w:val="28"/>
          <w:rtl/>
        </w:rPr>
        <w:t xml:space="preserve"> </w:t>
      </w:r>
      <w:r w:rsidRPr="006D18F1">
        <w:rPr>
          <w:rFonts w:ascii="Sakkal Majalla" w:hAnsi="Sakkal Majalla" w:cs="Sakkal Majalla" w:hint="cs"/>
          <w:szCs w:val="28"/>
          <w:rtl/>
        </w:rPr>
        <w:t>متفرغين،</w:t>
      </w:r>
      <w:r w:rsidRPr="006D18F1">
        <w:rPr>
          <w:rFonts w:ascii="Sakkal Majalla" w:hAnsi="Sakkal Majalla" w:cs="Sakkal Majalla"/>
          <w:szCs w:val="28"/>
          <w:rtl/>
        </w:rPr>
        <w:t xml:space="preserve"> </w:t>
      </w:r>
      <w:r w:rsidRPr="006D18F1">
        <w:rPr>
          <w:rFonts w:ascii="Sakkal Majalla" w:hAnsi="Sakkal Majalla" w:cs="Sakkal Majalla" w:hint="cs"/>
          <w:szCs w:val="28"/>
          <w:rtl/>
        </w:rPr>
        <w:t>مما</w:t>
      </w:r>
      <w:r w:rsidRPr="006D18F1">
        <w:rPr>
          <w:rFonts w:ascii="Sakkal Majalla" w:hAnsi="Sakkal Majalla" w:cs="Sakkal Majalla"/>
          <w:szCs w:val="28"/>
          <w:rtl/>
        </w:rPr>
        <w:t xml:space="preserve"> </w:t>
      </w:r>
      <w:r w:rsidRPr="006D18F1">
        <w:rPr>
          <w:rFonts w:ascii="Sakkal Majalla" w:hAnsi="Sakkal Majalla" w:cs="Sakkal Majalla" w:hint="cs"/>
          <w:szCs w:val="28"/>
          <w:rtl/>
        </w:rPr>
        <w:t>يضعف</w:t>
      </w:r>
      <w:r w:rsidRPr="006D18F1">
        <w:rPr>
          <w:rFonts w:ascii="Sakkal Majalla" w:hAnsi="Sakkal Majalla" w:cs="Sakkal Majalla"/>
          <w:szCs w:val="28"/>
          <w:rtl/>
        </w:rPr>
        <w:t xml:space="preserve"> </w:t>
      </w:r>
      <w:r w:rsidRPr="006D18F1">
        <w:rPr>
          <w:rFonts w:ascii="Sakkal Majalla" w:hAnsi="Sakkal Majalla" w:cs="Sakkal Majalla" w:hint="cs"/>
          <w:szCs w:val="28"/>
          <w:rtl/>
        </w:rPr>
        <w:t>عملية</w:t>
      </w:r>
      <w:r w:rsidRPr="006D18F1">
        <w:rPr>
          <w:rFonts w:ascii="Sakkal Majalla" w:hAnsi="Sakkal Majalla" w:cs="Sakkal Majalla"/>
          <w:szCs w:val="28"/>
          <w:rtl/>
        </w:rPr>
        <w:t xml:space="preserve"> </w:t>
      </w:r>
      <w:r w:rsidRPr="006D18F1">
        <w:rPr>
          <w:rFonts w:ascii="Sakkal Majalla" w:hAnsi="Sakkal Majalla" w:cs="Sakkal Majalla" w:hint="cs"/>
          <w:szCs w:val="28"/>
          <w:rtl/>
        </w:rPr>
        <w:t>نقل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المعرفة</w:t>
      </w:r>
      <w:r w:rsidRPr="006D18F1">
        <w:rPr>
          <w:rFonts w:ascii="Sakkal Majalla" w:hAnsi="Sakkal Majalla" w:cs="Sakkal Majalla"/>
          <w:szCs w:val="28"/>
          <w:rtl/>
        </w:rPr>
        <w:t xml:space="preserve"> </w:t>
      </w:r>
      <w:r w:rsidRPr="006D18F1">
        <w:rPr>
          <w:rFonts w:ascii="Sakkal Majalla" w:hAnsi="Sakkal Majalla" w:cs="Sakkal Majalla" w:hint="cs"/>
          <w:szCs w:val="28"/>
          <w:rtl/>
        </w:rPr>
        <w:t>وبناء</w:t>
      </w:r>
      <w:r w:rsidRPr="006D18F1">
        <w:rPr>
          <w:rFonts w:ascii="Sakkal Majalla" w:hAnsi="Sakkal Majalla" w:cs="Sakkal Majalla"/>
          <w:szCs w:val="28"/>
          <w:rtl/>
        </w:rPr>
        <w:t xml:space="preserve"> </w:t>
      </w:r>
      <w:r w:rsidRPr="006D18F1">
        <w:rPr>
          <w:rFonts w:ascii="Sakkal Majalla" w:hAnsi="Sakkal Majalla" w:cs="Sakkal Majalla" w:hint="cs"/>
          <w:szCs w:val="28"/>
          <w:rtl/>
        </w:rPr>
        <w:t>القدرات</w:t>
      </w:r>
      <w:r w:rsidRPr="006D18F1">
        <w:rPr>
          <w:rFonts w:ascii="Sakkal Majalla" w:hAnsi="Sakkal Majalla" w:cs="Sakkal Majalla"/>
          <w:szCs w:val="28"/>
          <w:rtl/>
        </w:rPr>
        <w:t xml:space="preserve">. </w:t>
      </w:r>
      <w:r w:rsidRPr="006D18F1">
        <w:rPr>
          <w:rFonts w:ascii="Sakkal Majalla" w:hAnsi="Sakkal Majalla" w:cs="Sakkal Majalla" w:hint="cs"/>
          <w:szCs w:val="28"/>
          <w:rtl/>
        </w:rPr>
        <w:t>وجاء</w:t>
      </w:r>
      <w:r w:rsidRPr="006D18F1">
        <w:rPr>
          <w:rFonts w:ascii="Sakkal Majalla" w:hAnsi="Sakkal Majalla" w:cs="Sakkal Majalla"/>
          <w:szCs w:val="28"/>
          <w:rtl/>
        </w:rPr>
        <w:t xml:space="preserve"> </w:t>
      </w:r>
      <w:r w:rsidRPr="006D18F1">
        <w:rPr>
          <w:rFonts w:ascii="Sakkal Majalla" w:hAnsi="Sakkal Majalla" w:cs="Sakkal Majalla" w:hint="cs"/>
          <w:szCs w:val="28"/>
          <w:rtl/>
        </w:rPr>
        <w:t>في</w:t>
      </w:r>
      <w:r w:rsidRPr="006D18F1">
        <w:rPr>
          <w:rFonts w:ascii="Sakkal Majalla" w:hAnsi="Sakkal Majalla" w:cs="Sakkal Majalla"/>
          <w:szCs w:val="28"/>
          <w:rtl/>
        </w:rPr>
        <w:t xml:space="preserve"> </w:t>
      </w:r>
      <w:r w:rsidRPr="006D18F1">
        <w:rPr>
          <w:rFonts w:ascii="Sakkal Majalla" w:hAnsi="Sakkal Majalla" w:cs="Sakkal Majalla" w:hint="cs"/>
          <w:szCs w:val="28"/>
          <w:rtl/>
        </w:rPr>
        <w:t>إحدى</w:t>
      </w:r>
      <w:r w:rsidRPr="006D18F1">
        <w:rPr>
          <w:rFonts w:ascii="Sakkal Majalla" w:hAnsi="Sakkal Majalla" w:cs="Sakkal Majalla"/>
          <w:szCs w:val="28"/>
          <w:rtl/>
        </w:rPr>
        <w:t xml:space="preserve"> </w:t>
      </w:r>
      <w:r w:rsidRPr="006D18F1">
        <w:rPr>
          <w:rFonts w:ascii="Sakkal Majalla" w:hAnsi="Sakkal Majalla" w:cs="Sakkal Majalla" w:hint="cs"/>
          <w:szCs w:val="28"/>
          <w:rtl/>
        </w:rPr>
        <w:t>الإجابات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المفتوحة</w:t>
      </w:r>
      <w:r w:rsidRPr="006D18F1">
        <w:rPr>
          <w:rFonts w:ascii="Sakkal Majalla" w:hAnsi="Sakkal Majalla" w:cs="Sakkal Majalla"/>
          <w:szCs w:val="28"/>
          <w:rtl/>
        </w:rPr>
        <w:t>:</w:t>
      </w:r>
    </w:p>
    <w:p w14:paraId="277EF551" w14:textId="77777777"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szCs w:val="28"/>
          <w:rtl/>
        </w:rPr>
        <w:lastRenderedPageBreak/>
        <w:t>"</w:t>
      </w:r>
      <w:r w:rsidRPr="006D18F1">
        <w:rPr>
          <w:rFonts w:ascii="Sakkal Majalla" w:hAnsi="Sakkal Majalla" w:cs="Sakkal Majalla" w:hint="cs"/>
          <w:szCs w:val="28"/>
          <w:rtl/>
        </w:rPr>
        <w:t>الاستشاري</w:t>
      </w:r>
      <w:r w:rsidRPr="006D18F1">
        <w:rPr>
          <w:rFonts w:ascii="Sakkal Majalla" w:hAnsi="Sakkal Majalla" w:cs="Sakkal Majalla"/>
          <w:szCs w:val="28"/>
          <w:rtl/>
        </w:rPr>
        <w:t xml:space="preserve"> </w:t>
      </w:r>
      <w:r w:rsidRPr="006D18F1">
        <w:rPr>
          <w:rFonts w:ascii="Sakkal Majalla" w:hAnsi="Sakkal Majalla" w:cs="Sakkal Majalla" w:hint="cs"/>
          <w:szCs w:val="28"/>
          <w:rtl/>
        </w:rPr>
        <w:t>ينفذ</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المطلوب</w:t>
      </w:r>
      <w:r w:rsidRPr="006D18F1">
        <w:rPr>
          <w:rFonts w:ascii="Sakkal Majalla" w:hAnsi="Sakkal Majalla" w:cs="Sakkal Majalla"/>
          <w:szCs w:val="28"/>
          <w:rtl/>
        </w:rPr>
        <w:t xml:space="preserve"> </w:t>
      </w:r>
      <w:r w:rsidRPr="006D18F1">
        <w:rPr>
          <w:rFonts w:ascii="Sakkal Majalla" w:hAnsi="Sakkal Majalla" w:cs="Sakkal Majalla" w:hint="cs"/>
          <w:szCs w:val="28"/>
          <w:rtl/>
        </w:rPr>
        <w:t>دون</w:t>
      </w:r>
      <w:r w:rsidRPr="006D18F1">
        <w:rPr>
          <w:rFonts w:ascii="Sakkal Majalla" w:hAnsi="Sakkal Majalla" w:cs="Sakkal Majalla"/>
          <w:szCs w:val="28"/>
          <w:rtl/>
        </w:rPr>
        <w:t xml:space="preserve"> </w:t>
      </w:r>
      <w:r w:rsidRPr="006D18F1">
        <w:rPr>
          <w:rFonts w:ascii="Sakkal Majalla" w:hAnsi="Sakkal Majalla" w:cs="Sakkal Majalla" w:hint="cs"/>
          <w:szCs w:val="28"/>
          <w:rtl/>
        </w:rPr>
        <w:t>ترك</w:t>
      </w:r>
      <w:r w:rsidRPr="006D18F1">
        <w:rPr>
          <w:rFonts w:ascii="Sakkal Majalla" w:hAnsi="Sakkal Majalla" w:cs="Sakkal Majalla"/>
          <w:szCs w:val="28"/>
          <w:rtl/>
        </w:rPr>
        <w:t xml:space="preserve"> </w:t>
      </w:r>
      <w:r w:rsidRPr="006D18F1">
        <w:rPr>
          <w:rFonts w:ascii="Sakkal Majalla" w:hAnsi="Sakkal Majalla" w:cs="Sakkal Majalla" w:hint="cs"/>
          <w:szCs w:val="28"/>
          <w:rtl/>
        </w:rPr>
        <w:t>بصمة</w:t>
      </w:r>
      <w:r w:rsidRPr="006D18F1">
        <w:rPr>
          <w:rFonts w:ascii="Sakkal Majalla" w:hAnsi="Sakkal Majalla" w:cs="Sakkal Majalla"/>
          <w:szCs w:val="28"/>
          <w:rtl/>
        </w:rPr>
        <w:t xml:space="preserve"> </w:t>
      </w:r>
      <w:r w:rsidRPr="006D18F1">
        <w:rPr>
          <w:rFonts w:ascii="Sakkal Majalla" w:hAnsi="Sakkal Majalla" w:cs="Sakkal Majalla" w:hint="cs"/>
          <w:szCs w:val="28"/>
          <w:rtl/>
        </w:rPr>
        <w:t>معرفية</w:t>
      </w:r>
      <w:r w:rsidRPr="006D18F1">
        <w:rPr>
          <w:rFonts w:ascii="Sakkal Majalla" w:hAnsi="Sakkal Majalla" w:cs="Sakkal Majalla"/>
          <w:szCs w:val="28"/>
          <w:rtl/>
        </w:rPr>
        <w:t xml:space="preserve"> </w:t>
      </w:r>
      <w:r w:rsidRPr="006D18F1">
        <w:rPr>
          <w:rFonts w:ascii="Sakkal Majalla" w:hAnsi="Sakkal Majalla" w:cs="Sakkal Majalla" w:hint="cs"/>
          <w:szCs w:val="28"/>
          <w:rtl/>
        </w:rPr>
        <w:t>دائمة</w:t>
      </w:r>
      <w:r w:rsidRPr="006D18F1">
        <w:rPr>
          <w:rFonts w:ascii="Sakkal Majalla" w:hAnsi="Sakkal Majalla" w:cs="Sakkal Majalla"/>
          <w:szCs w:val="28"/>
          <w:rtl/>
        </w:rPr>
        <w:t xml:space="preserve"> </w:t>
      </w:r>
      <w:r w:rsidRPr="006D18F1">
        <w:rPr>
          <w:rFonts w:ascii="Sakkal Majalla" w:hAnsi="Sakkal Majalla" w:cs="Sakkal Majalla" w:hint="cs"/>
          <w:szCs w:val="28"/>
          <w:rtl/>
        </w:rPr>
        <w:t>في</w:t>
      </w:r>
      <w:r w:rsidRPr="006D18F1">
        <w:rPr>
          <w:rFonts w:ascii="Sakkal Majalla" w:hAnsi="Sakkal Majalla" w:cs="Sakkal Majalla"/>
          <w:szCs w:val="28"/>
          <w:rtl/>
        </w:rPr>
        <w:t xml:space="preserve"> </w:t>
      </w:r>
      <w:r w:rsidRPr="006D18F1">
        <w:rPr>
          <w:rFonts w:ascii="Sakkal Majalla" w:hAnsi="Sakkal Majalla" w:cs="Sakkal Majalla" w:hint="cs"/>
          <w:szCs w:val="28"/>
          <w:rtl/>
        </w:rPr>
        <w:t>الفريق</w:t>
      </w:r>
      <w:r w:rsidRPr="006D18F1">
        <w:rPr>
          <w:rFonts w:ascii="Sakkal Majalla" w:hAnsi="Sakkal Majalla" w:cs="Sakkal Majalla"/>
          <w:szCs w:val="28"/>
          <w:rtl/>
        </w:rPr>
        <w:t xml:space="preserve"> </w:t>
      </w:r>
      <w:r w:rsidRPr="006D18F1">
        <w:rPr>
          <w:rFonts w:ascii="Sakkal Majalla" w:hAnsi="Sakkal Majalla" w:cs="Sakkal Majalla" w:hint="cs"/>
          <w:szCs w:val="28"/>
          <w:rtl/>
        </w:rPr>
        <w:t>الحكومي</w:t>
      </w:r>
      <w:r w:rsidRPr="006D18F1">
        <w:rPr>
          <w:rFonts w:ascii="Sakkal Majalla" w:hAnsi="Sakkal Majalla" w:cs="Sakkal Majalla"/>
          <w:szCs w:val="28"/>
          <w:rtl/>
        </w:rPr>
        <w:t>."</w:t>
      </w:r>
    </w:p>
    <w:p w14:paraId="4C95E7A3" w14:textId="77777777" w:rsidR="006D18F1" w:rsidRPr="006D18F1" w:rsidRDefault="006D18F1" w:rsidP="00634497">
      <w:pPr>
        <w:bidi/>
        <w:spacing w:line="360" w:lineRule="auto"/>
        <w:jc w:val="lowKashida"/>
        <w:rPr>
          <w:rFonts w:ascii="Sakkal Majalla" w:hAnsi="Sakkal Majalla" w:cs="Sakkal Majalla"/>
          <w:szCs w:val="28"/>
        </w:rPr>
      </w:pPr>
    </w:p>
    <w:p w14:paraId="2DE42F6F" w14:textId="77777777"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رغم</w:t>
      </w:r>
      <w:r w:rsidRPr="006D18F1">
        <w:rPr>
          <w:rFonts w:ascii="Sakkal Majalla" w:hAnsi="Sakkal Majalla" w:cs="Sakkal Majalla"/>
          <w:szCs w:val="28"/>
          <w:rtl/>
        </w:rPr>
        <w:t xml:space="preserve"> </w:t>
      </w:r>
      <w:r w:rsidRPr="006D18F1">
        <w:rPr>
          <w:rFonts w:ascii="Sakkal Majalla" w:hAnsi="Sakkal Majalla" w:cs="Sakkal Majalla" w:hint="cs"/>
          <w:szCs w:val="28"/>
          <w:rtl/>
        </w:rPr>
        <w:t>وجود</w:t>
      </w:r>
      <w:r w:rsidRPr="006D18F1">
        <w:rPr>
          <w:rFonts w:ascii="Sakkal Majalla" w:hAnsi="Sakkal Majalla" w:cs="Sakkal Majalla"/>
          <w:szCs w:val="28"/>
          <w:rtl/>
        </w:rPr>
        <w:t xml:space="preserve"> </w:t>
      </w:r>
      <w:r w:rsidRPr="006D18F1">
        <w:rPr>
          <w:rFonts w:ascii="Sakkal Majalla" w:hAnsi="Sakkal Majalla" w:cs="Sakkal Majalla" w:hint="cs"/>
          <w:szCs w:val="28"/>
          <w:rtl/>
        </w:rPr>
        <w:t>تجارب</w:t>
      </w:r>
      <w:r w:rsidRPr="006D18F1">
        <w:rPr>
          <w:rFonts w:ascii="Sakkal Majalla" w:hAnsi="Sakkal Majalla" w:cs="Sakkal Majalla"/>
          <w:szCs w:val="28"/>
          <w:rtl/>
        </w:rPr>
        <w:t xml:space="preserve"> </w:t>
      </w:r>
      <w:r w:rsidRPr="006D18F1">
        <w:rPr>
          <w:rFonts w:ascii="Sakkal Majalla" w:hAnsi="Sakkal Majalla" w:cs="Sakkal Majalla" w:hint="cs"/>
          <w:szCs w:val="28"/>
          <w:rtl/>
        </w:rPr>
        <w:t>إيجابية،</w:t>
      </w:r>
      <w:r w:rsidRPr="006D18F1">
        <w:rPr>
          <w:rFonts w:ascii="Sakkal Majalla" w:hAnsi="Sakkal Majalla" w:cs="Sakkal Majalla"/>
          <w:szCs w:val="28"/>
          <w:rtl/>
        </w:rPr>
        <w:t xml:space="preserve"> </w:t>
      </w:r>
      <w:r w:rsidRPr="006D18F1">
        <w:rPr>
          <w:rFonts w:ascii="Sakkal Majalla" w:hAnsi="Sakkal Majalla" w:cs="Sakkal Majalla" w:hint="cs"/>
          <w:szCs w:val="28"/>
          <w:rtl/>
        </w:rPr>
        <w:t>إلا</w:t>
      </w:r>
      <w:r w:rsidRPr="006D18F1">
        <w:rPr>
          <w:rFonts w:ascii="Sakkal Majalla" w:hAnsi="Sakkal Majalla" w:cs="Sakkal Majalla"/>
          <w:szCs w:val="28"/>
          <w:rtl/>
        </w:rPr>
        <w:t xml:space="preserve"> </w:t>
      </w:r>
      <w:r w:rsidRPr="006D18F1">
        <w:rPr>
          <w:rFonts w:ascii="Sakkal Majalla" w:hAnsi="Sakkal Majalla" w:cs="Sakkal Majalla" w:hint="cs"/>
          <w:szCs w:val="28"/>
          <w:rtl/>
        </w:rPr>
        <w:t>أن</w:t>
      </w:r>
      <w:r w:rsidRPr="006D18F1">
        <w:rPr>
          <w:rFonts w:ascii="Sakkal Majalla" w:hAnsi="Sakkal Majalla" w:cs="Sakkal Majalla"/>
          <w:szCs w:val="28"/>
          <w:rtl/>
        </w:rPr>
        <w:t xml:space="preserve"> </w:t>
      </w:r>
      <w:r w:rsidRPr="006D18F1">
        <w:rPr>
          <w:rFonts w:ascii="Sakkal Majalla" w:hAnsi="Sakkal Majalla" w:cs="Sakkal Majalla" w:hint="cs"/>
          <w:szCs w:val="28"/>
          <w:rtl/>
        </w:rPr>
        <w:t>معظم</w:t>
      </w:r>
      <w:r w:rsidRPr="006D18F1">
        <w:rPr>
          <w:rFonts w:ascii="Sakkal Majalla" w:hAnsi="Sakkal Majalla" w:cs="Sakkal Majalla"/>
          <w:szCs w:val="28"/>
          <w:rtl/>
        </w:rPr>
        <w:t xml:space="preserve"> </w:t>
      </w:r>
      <w:r w:rsidRPr="006D18F1">
        <w:rPr>
          <w:rFonts w:ascii="Sakkal Majalla" w:hAnsi="Sakkal Majalla" w:cs="Sakkal Majalla" w:hint="cs"/>
          <w:szCs w:val="28"/>
          <w:rtl/>
        </w:rPr>
        <w:t>الردود</w:t>
      </w:r>
      <w:r w:rsidRPr="006D18F1">
        <w:rPr>
          <w:rFonts w:ascii="Sakkal Majalla" w:hAnsi="Sakkal Majalla" w:cs="Sakkal Majalla"/>
          <w:szCs w:val="28"/>
          <w:rtl/>
        </w:rPr>
        <w:t xml:space="preserve"> </w:t>
      </w:r>
      <w:r w:rsidRPr="006D18F1">
        <w:rPr>
          <w:rFonts w:ascii="Sakkal Majalla" w:hAnsi="Sakkal Majalla" w:cs="Sakkal Majalla" w:hint="cs"/>
          <w:szCs w:val="28"/>
          <w:rtl/>
        </w:rPr>
        <w:t>تشير</w:t>
      </w:r>
      <w:r w:rsidRPr="006D18F1">
        <w:rPr>
          <w:rFonts w:ascii="Sakkal Majalla" w:hAnsi="Sakkal Majalla" w:cs="Sakkal Majalla"/>
          <w:szCs w:val="28"/>
          <w:rtl/>
        </w:rPr>
        <w:t xml:space="preserve"> </w:t>
      </w:r>
      <w:r w:rsidRPr="006D18F1">
        <w:rPr>
          <w:rFonts w:ascii="Sakkal Majalla" w:hAnsi="Sakkal Majalla" w:cs="Sakkal Majalla" w:hint="cs"/>
          <w:szCs w:val="28"/>
          <w:rtl/>
        </w:rPr>
        <w:t>إلى</w:t>
      </w:r>
      <w:r w:rsidRPr="006D18F1">
        <w:rPr>
          <w:rFonts w:ascii="Sakkal Majalla" w:hAnsi="Sakkal Majalla" w:cs="Sakkal Majalla"/>
          <w:szCs w:val="28"/>
          <w:rtl/>
        </w:rPr>
        <w:t xml:space="preserve"> </w:t>
      </w:r>
      <w:r w:rsidRPr="006D18F1">
        <w:rPr>
          <w:rFonts w:ascii="Sakkal Majalla" w:hAnsi="Sakkal Majalla" w:cs="Sakkal Majalla" w:hint="cs"/>
          <w:szCs w:val="28"/>
          <w:rtl/>
        </w:rPr>
        <w:t>أن</w:t>
      </w:r>
      <w:r w:rsidRPr="006D18F1">
        <w:rPr>
          <w:rFonts w:ascii="Sakkal Majalla" w:hAnsi="Sakkal Majalla" w:cs="Sakkal Majalla"/>
          <w:szCs w:val="28"/>
          <w:rtl/>
        </w:rPr>
        <w:t xml:space="preserve"> </w:t>
      </w:r>
      <w:r w:rsidRPr="006D18F1">
        <w:rPr>
          <w:rFonts w:ascii="Sakkal Majalla" w:hAnsi="Sakkal Majalla" w:cs="Sakkal Majalla" w:hint="cs"/>
          <w:szCs w:val="28"/>
          <w:rtl/>
        </w:rPr>
        <w:t>بناء</w:t>
      </w:r>
      <w:r w:rsidRPr="006D18F1">
        <w:rPr>
          <w:rFonts w:ascii="Sakkal Majalla" w:hAnsi="Sakkal Majalla" w:cs="Sakkal Majalla"/>
          <w:szCs w:val="28"/>
          <w:rtl/>
        </w:rPr>
        <w:t xml:space="preserve"> </w:t>
      </w:r>
      <w:r w:rsidRPr="006D18F1">
        <w:rPr>
          <w:rFonts w:ascii="Sakkal Majalla" w:hAnsi="Sakkal Majalla" w:cs="Sakkal Majalla" w:hint="cs"/>
          <w:szCs w:val="28"/>
          <w:rtl/>
        </w:rPr>
        <w:t>القدرات</w:t>
      </w:r>
      <w:r w:rsidRPr="006D18F1">
        <w:rPr>
          <w:rFonts w:ascii="Sakkal Majalla" w:hAnsi="Sakkal Majalla" w:cs="Sakkal Majalla"/>
          <w:szCs w:val="28"/>
          <w:rtl/>
        </w:rPr>
        <w:t xml:space="preserve"> </w:t>
      </w:r>
      <w:r w:rsidRPr="006D18F1">
        <w:rPr>
          <w:rFonts w:ascii="Sakkal Majalla" w:hAnsi="Sakkal Majalla" w:cs="Sakkal Majalla" w:hint="cs"/>
          <w:szCs w:val="28"/>
          <w:rtl/>
        </w:rPr>
        <w:t>لا</w:t>
      </w:r>
      <w:r w:rsidRPr="006D18F1">
        <w:rPr>
          <w:rFonts w:ascii="Sakkal Majalla" w:hAnsi="Sakkal Majalla" w:cs="Sakkal Majalla"/>
          <w:szCs w:val="28"/>
          <w:rtl/>
        </w:rPr>
        <w:t xml:space="preserve"> </w:t>
      </w:r>
      <w:r w:rsidRPr="006D18F1">
        <w:rPr>
          <w:rFonts w:ascii="Sakkal Majalla" w:hAnsi="Sakkal Majalla" w:cs="Sakkal Majalla" w:hint="cs"/>
          <w:szCs w:val="28"/>
          <w:rtl/>
        </w:rPr>
        <w:t>يُعطى</w:t>
      </w:r>
      <w:r w:rsidRPr="006D18F1">
        <w:rPr>
          <w:rFonts w:ascii="Sakkal Majalla" w:hAnsi="Sakkal Majalla" w:cs="Sakkal Majalla"/>
          <w:szCs w:val="28"/>
          <w:rtl/>
        </w:rPr>
        <w:t xml:space="preserve"> </w:t>
      </w:r>
      <w:r w:rsidRPr="006D18F1">
        <w:rPr>
          <w:rFonts w:ascii="Sakkal Majalla" w:hAnsi="Sakkal Majalla" w:cs="Sakkal Majalla" w:hint="cs"/>
          <w:szCs w:val="28"/>
          <w:rtl/>
        </w:rPr>
        <w:t>أولوية</w:t>
      </w:r>
      <w:r w:rsidRPr="006D18F1">
        <w:rPr>
          <w:rFonts w:ascii="Sakkal Majalla" w:hAnsi="Sakkal Majalla" w:cs="Sakkal Majalla"/>
          <w:szCs w:val="28"/>
          <w:rtl/>
        </w:rPr>
        <w:t xml:space="preserve"> </w:t>
      </w:r>
      <w:r w:rsidRPr="006D18F1">
        <w:rPr>
          <w:rFonts w:ascii="Sakkal Majalla" w:hAnsi="Sakkal Majalla" w:cs="Sakkal Majalla" w:hint="cs"/>
          <w:szCs w:val="28"/>
          <w:rtl/>
        </w:rPr>
        <w:t>فعلية،</w:t>
      </w:r>
      <w:r w:rsidRPr="006D18F1">
        <w:rPr>
          <w:rFonts w:ascii="Sakkal Majalla" w:hAnsi="Sakkal Majalla" w:cs="Sakkal Majalla"/>
          <w:szCs w:val="28"/>
          <w:rtl/>
        </w:rPr>
        <w:t xml:space="preserve"> </w:t>
      </w:r>
      <w:r w:rsidRPr="006D18F1">
        <w:rPr>
          <w:rFonts w:ascii="Sakkal Majalla" w:hAnsi="Sakkal Majalla" w:cs="Sakkal Majalla" w:hint="cs"/>
          <w:szCs w:val="28"/>
          <w:rtl/>
        </w:rPr>
        <w:t>وأن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القليل</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المشاريع</w:t>
      </w:r>
      <w:r w:rsidRPr="006D18F1">
        <w:rPr>
          <w:rFonts w:ascii="Sakkal Majalla" w:hAnsi="Sakkal Majalla" w:cs="Sakkal Majalla"/>
          <w:szCs w:val="28"/>
          <w:rtl/>
        </w:rPr>
        <w:t xml:space="preserve"> </w:t>
      </w:r>
      <w:r w:rsidRPr="006D18F1">
        <w:rPr>
          <w:rFonts w:ascii="Sakkal Majalla" w:hAnsi="Sakkal Majalla" w:cs="Sakkal Majalla" w:hint="cs"/>
          <w:szCs w:val="28"/>
          <w:rtl/>
        </w:rPr>
        <w:t>يزرع</w:t>
      </w:r>
      <w:r w:rsidRPr="006D18F1">
        <w:rPr>
          <w:rFonts w:ascii="Sakkal Majalla" w:hAnsi="Sakkal Majalla" w:cs="Sakkal Majalla"/>
          <w:szCs w:val="28"/>
          <w:rtl/>
        </w:rPr>
        <w:t xml:space="preserve"> </w:t>
      </w:r>
      <w:r w:rsidRPr="006D18F1">
        <w:rPr>
          <w:rFonts w:ascii="Sakkal Majalla" w:hAnsi="Sakkal Majalla" w:cs="Sakkal Majalla" w:hint="cs"/>
          <w:szCs w:val="28"/>
          <w:rtl/>
        </w:rPr>
        <w:t>ثقافة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الابتكار</w:t>
      </w:r>
      <w:r w:rsidRPr="006D18F1">
        <w:rPr>
          <w:rFonts w:ascii="Sakkal Majalla" w:hAnsi="Sakkal Majalla" w:cs="Sakkal Majalla"/>
          <w:szCs w:val="28"/>
          <w:rtl/>
        </w:rPr>
        <w:t xml:space="preserve"> </w:t>
      </w:r>
      <w:r w:rsidRPr="006D18F1">
        <w:rPr>
          <w:rFonts w:ascii="Sakkal Majalla" w:hAnsi="Sakkal Majalla" w:cs="Sakkal Majalla" w:hint="cs"/>
          <w:szCs w:val="28"/>
          <w:rtl/>
        </w:rPr>
        <w:t>بشكل</w:t>
      </w:r>
      <w:r w:rsidRPr="006D18F1">
        <w:rPr>
          <w:rFonts w:ascii="Sakkal Majalla" w:hAnsi="Sakkal Majalla" w:cs="Sakkal Majalla"/>
          <w:szCs w:val="28"/>
          <w:rtl/>
        </w:rPr>
        <w:t xml:space="preserve"> </w:t>
      </w:r>
      <w:r w:rsidRPr="006D18F1">
        <w:rPr>
          <w:rFonts w:ascii="Sakkal Majalla" w:hAnsi="Sakkal Majalla" w:cs="Sakkal Majalla" w:hint="cs"/>
          <w:szCs w:val="28"/>
          <w:rtl/>
        </w:rPr>
        <w:t>منهجي</w:t>
      </w:r>
      <w:r w:rsidRPr="006D18F1">
        <w:rPr>
          <w:rFonts w:ascii="Sakkal Majalla" w:hAnsi="Sakkal Majalla" w:cs="Sakkal Majalla"/>
          <w:szCs w:val="28"/>
          <w:rtl/>
        </w:rPr>
        <w:t>.</w:t>
      </w:r>
    </w:p>
    <w:p w14:paraId="25FC7949" w14:textId="77777777"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هذا</w:t>
      </w:r>
      <w:r w:rsidRPr="006D18F1">
        <w:rPr>
          <w:rFonts w:ascii="Sakkal Majalla" w:hAnsi="Sakkal Majalla" w:cs="Sakkal Majalla"/>
          <w:szCs w:val="28"/>
          <w:rtl/>
        </w:rPr>
        <w:t xml:space="preserve"> </w:t>
      </w:r>
      <w:r w:rsidRPr="006D18F1">
        <w:rPr>
          <w:rFonts w:ascii="Sakkal Majalla" w:hAnsi="Sakkal Majalla" w:cs="Sakkal Majalla" w:hint="cs"/>
          <w:szCs w:val="28"/>
          <w:rtl/>
        </w:rPr>
        <w:t>يعزز</w:t>
      </w:r>
      <w:r w:rsidRPr="006D18F1">
        <w:rPr>
          <w:rFonts w:ascii="Sakkal Majalla" w:hAnsi="Sakkal Majalla" w:cs="Sakkal Majalla"/>
          <w:szCs w:val="28"/>
          <w:rtl/>
        </w:rPr>
        <w:t xml:space="preserve"> </w:t>
      </w:r>
      <w:r w:rsidRPr="006D18F1">
        <w:rPr>
          <w:rFonts w:ascii="Sakkal Majalla" w:hAnsi="Sakkal Majalla" w:cs="Sakkal Majalla" w:hint="cs"/>
          <w:szCs w:val="28"/>
          <w:rtl/>
        </w:rPr>
        <w:t>نتائج</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التحليل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الكمي</w:t>
      </w:r>
      <w:r w:rsidRPr="006D18F1">
        <w:rPr>
          <w:rFonts w:ascii="Sakkal Majalla" w:hAnsi="Sakkal Majalla" w:cs="Sakkal Majalla"/>
          <w:szCs w:val="28"/>
          <w:rtl/>
        </w:rPr>
        <w:t xml:space="preserve"> </w:t>
      </w:r>
      <w:r w:rsidRPr="006D18F1">
        <w:rPr>
          <w:rFonts w:ascii="Sakkal Majalla" w:hAnsi="Sakkal Majalla" w:cs="Sakkal Majalla" w:hint="cs"/>
          <w:szCs w:val="28"/>
          <w:rtl/>
        </w:rPr>
        <w:t>لمحور</w:t>
      </w:r>
      <w:r w:rsidRPr="006D18F1">
        <w:rPr>
          <w:rFonts w:ascii="Sakkal Majalla" w:hAnsi="Sakkal Majalla" w:cs="Sakkal Majalla"/>
          <w:szCs w:val="28"/>
          <w:rtl/>
        </w:rPr>
        <w:t xml:space="preserve"> </w:t>
      </w:r>
      <w:r w:rsidRPr="006D18F1">
        <w:rPr>
          <w:rFonts w:ascii="Sakkal Majalla" w:hAnsi="Sakkal Majalla" w:cs="Sakkal Majalla" w:hint="cs"/>
          <w:szCs w:val="28"/>
          <w:rtl/>
        </w:rPr>
        <w:t>الدور</w:t>
      </w:r>
      <w:r w:rsidRPr="006D18F1">
        <w:rPr>
          <w:rFonts w:ascii="Sakkal Majalla" w:hAnsi="Sakkal Majalla" w:cs="Sakkal Majalla"/>
          <w:szCs w:val="28"/>
          <w:rtl/>
        </w:rPr>
        <w:t xml:space="preserve"> </w:t>
      </w:r>
      <w:proofErr w:type="spellStart"/>
      <w:r w:rsidRPr="006D18F1">
        <w:rPr>
          <w:rFonts w:ascii="Sakkal Majalla" w:hAnsi="Sakkal Majalla" w:cs="Sakkal Majalla" w:hint="cs"/>
          <w:szCs w:val="28"/>
          <w:rtl/>
        </w:rPr>
        <w:t>التمكيني</w:t>
      </w:r>
      <w:proofErr w:type="spellEnd"/>
      <w:r w:rsidRPr="006D18F1">
        <w:rPr>
          <w:rFonts w:ascii="Sakkal Majalla" w:hAnsi="Sakkal Majalla" w:cs="Sakkal Majalla"/>
          <w:szCs w:val="28"/>
          <w:rtl/>
        </w:rPr>
        <w:t xml:space="preserve"> </w:t>
      </w:r>
      <w:r w:rsidRPr="006D18F1">
        <w:rPr>
          <w:rFonts w:ascii="Sakkal Majalla" w:hAnsi="Sakkal Majalla" w:cs="Sakkal Majalla" w:hint="cs"/>
          <w:szCs w:val="28"/>
          <w:rtl/>
        </w:rPr>
        <w:t>للشركات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الاستشارية،</w:t>
      </w:r>
      <w:r w:rsidRPr="006D18F1">
        <w:rPr>
          <w:rFonts w:ascii="Sakkal Majalla" w:hAnsi="Sakkal Majalla" w:cs="Sakkal Majalla"/>
          <w:szCs w:val="28"/>
          <w:rtl/>
        </w:rPr>
        <w:t xml:space="preserve"> </w:t>
      </w:r>
      <w:r w:rsidRPr="006D18F1">
        <w:rPr>
          <w:rFonts w:ascii="Sakkal Majalla" w:hAnsi="Sakkal Majalla" w:cs="Sakkal Majalla" w:hint="cs"/>
          <w:szCs w:val="28"/>
          <w:rtl/>
        </w:rPr>
        <w:t>خاصة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العبارة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المتعلقة</w:t>
      </w:r>
      <w:r w:rsidRPr="006D18F1">
        <w:rPr>
          <w:rFonts w:ascii="Sakkal Majalla" w:hAnsi="Sakkal Majalla" w:cs="Sakkal Majalla"/>
          <w:szCs w:val="28"/>
          <w:rtl/>
        </w:rPr>
        <w:t xml:space="preserve"> </w:t>
      </w:r>
      <w:r w:rsidRPr="006D18F1">
        <w:rPr>
          <w:rFonts w:ascii="Sakkal Majalla" w:hAnsi="Sakkal Majalla" w:cs="Sakkal Majalla" w:hint="cs"/>
          <w:szCs w:val="28"/>
          <w:rtl/>
        </w:rPr>
        <w:t>بـ</w:t>
      </w:r>
      <w:r w:rsidRPr="006D18F1">
        <w:rPr>
          <w:rFonts w:ascii="Sakkal Majalla" w:hAnsi="Sakkal Majalla" w:cs="Sakkal Majalla"/>
          <w:szCs w:val="28"/>
          <w:rtl/>
        </w:rPr>
        <w:t xml:space="preserve"> "</w:t>
      </w:r>
      <w:r w:rsidRPr="006D18F1">
        <w:rPr>
          <w:rFonts w:ascii="Sakkal Majalla" w:hAnsi="Sakkal Majalla" w:cs="Sakkal Majalla" w:hint="cs"/>
          <w:szCs w:val="28"/>
          <w:rtl/>
        </w:rPr>
        <w:t>وجود</w:t>
      </w:r>
      <w:r w:rsidRPr="006D18F1">
        <w:rPr>
          <w:rFonts w:ascii="Sakkal Majalla" w:hAnsi="Sakkal Majalla" w:cs="Sakkal Majalla"/>
          <w:szCs w:val="28"/>
          <w:rtl/>
        </w:rPr>
        <w:t xml:space="preserve"> </w:t>
      </w:r>
      <w:r w:rsidRPr="006D18F1">
        <w:rPr>
          <w:rFonts w:ascii="Sakkal Majalla" w:hAnsi="Sakkal Majalla" w:cs="Sakkal Majalla" w:hint="cs"/>
          <w:szCs w:val="28"/>
          <w:rtl/>
        </w:rPr>
        <w:t>بنود</w:t>
      </w:r>
      <w:r w:rsidRPr="006D18F1">
        <w:rPr>
          <w:rFonts w:ascii="Sakkal Majalla" w:hAnsi="Sakkal Majalla" w:cs="Sakkal Majalla"/>
          <w:szCs w:val="28"/>
          <w:rtl/>
        </w:rPr>
        <w:t xml:space="preserve"> </w:t>
      </w:r>
      <w:r w:rsidRPr="006D18F1">
        <w:rPr>
          <w:rFonts w:ascii="Sakkal Majalla" w:hAnsi="Sakkal Majalla" w:cs="Sakkal Majalla" w:hint="cs"/>
          <w:szCs w:val="28"/>
          <w:rtl/>
        </w:rPr>
        <w:t>واضحة</w:t>
      </w:r>
      <w:r w:rsidRPr="006D18F1">
        <w:rPr>
          <w:rFonts w:ascii="Sakkal Majalla" w:hAnsi="Sakkal Majalla" w:cs="Sakkal Majalla"/>
          <w:szCs w:val="28"/>
          <w:rtl/>
        </w:rPr>
        <w:t xml:space="preserve"> </w:t>
      </w:r>
      <w:r w:rsidRPr="006D18F1">
        <w:rPr>
          <w:rFonts w:ascii="Sakkal Majalla" w:hAnsi="Sakkal Majalla" w:cs="Sakkal Majalla" w:hint="cs"/>
          <w:szCs w:val="28"/>
          <w:rtl/>
        </w:rPr>
        <w:t>لنقل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المعرفة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التي</w:t>
      </w:r>
      <w:r w:rsidRPr="006D18F1">
        <w:rPr>
          <w:rFonts w:ascii="Sakkal Majalla" w:hAnsi="Sakkal Majalla" w:cs="Sakkal Majalla"/>
          <w:szCs w:val="28"/>
          <w:rtl/>
        </w:rPr>
        <w:t xml:space="preserve"> </w:t>
      </w:r>
      <w:r w:rsidRPr="006D18F1">
        <w:rPr>
          <w:rFonts w:ascii="Sakkal Majalla" w:hAnsi="Sakkal Majalla" w:cs="Sakkal Majalla" w:hint="cs"/>
          <w:szCs w:val="28"/>
          <w:rtl/>
        </w:rPr>
        <w:t>حصلت</w:t>
      </w:r>
      <w:r w:rsidRPr="006D18F1">
        <w:rPr>
          <w:rFonts w:ascii="Sakkal Majalla" w:hAnsi="Sakkal Majalla" w:cs="Sakkal Majalla"/>
          <w:szCs w:val="28"/>
          <w:rtl/>
        </w:rPr>
        <w:t xml:space="preserve"> </w:t>
      </w:r>
      <w:r w:rsidRPr="006D18F1">
        <w:rPr>
          <w:rFonts w:ascii="Sakkal Majalla" w:hAnsi="Sakkal Majalla" w:cs="Sakkal Majalla" w:hint="cs"/>
          <w:szCs w:val="28"/>
          <w:rtl/>
        </w:rPr>
        <w:t>على</w:t>
      </w:r>
      <w:r w:rsidRPr="006D18F1">
        <w:rPr>
          <w:rFonts w:ascii="Sakkal Majalla" w:hAnsi="Sakkal Majalla" w:cs="Sakkal Majalla"/>
          <w:szCs w:val="28"/>
          <w:rtl/>
        </w:rPr>
        <w:t xml:space="preserve"> </w:t>
      </w:r>
      <w:r w:rsidRPr="006D18F1">
        <w:rPr>
          <w:rFonts w:ascii="Sakkal Majalla" w:hAnsi="Sakkal Majalla" w:cs="Sakkal Majalla" w:hint="cs"/>
          <w:szCs w:val="28"/>
          <w:rtl/>
        </w:rPr>
        <w:t>متوسط</w:t>
      </w:r>
      <w:r w:rsidRPr="006D18F1">
        <w:rPr>
          <w:rFonts w:ascii="Sakkal Majalla" w:hAnsi="Sakkal Majalla" w:cs="Sakkal Majalla"/>
          <w:szCs w:val="28"/>
          <w:rtl/>
        </w:rPr>
        <w:t xml:space="preserve"> </w:t>
      </w:r>
      <w:r w:rsidRPr="006D18F1">
        <w:rPr>
          <w:rFonts w:ascii="Sakkal Majalla" w:hAnsi="Sakkal Majalla" w:cs="Sakkal Majalla" w:hint="cs"/>
          <w:szCs w:val="28"/>
          <w:rtl/>
        </w:rPr>
        <w:t>منخفض</w:t>
      </w:r>
      <w:r w:rsidRPr="006D18F1">
        <w:rPr>
          <w:rFonts w:ascii="Sakkal Majalla" w:hAnsi="Sakkal Majalla" w:cs="Sakkal Majalla"/>
          <w:szCs w:val="28"/>
          <w:rtl/>
        </w:rPr>
        <w:t xml:space="preserve"> </w:t>
      </w:r>
      <w:r w:rsidRPr="006D18F1">
        <w:rPr>
          <w:rFonts w:ascii="Sakkal Majalla" w:hAnsi="Sakkal Majalla" w:cs="Sakkal Majalla" w:hint="cs"/>
          <w:szCs w:val="28"/>
          <w:rtl/>
        </w:rPr>
        <w:t>نسبيًا،</w:t>
      </w:r>
      <w:r w:rsidRPr="006D18F1">
        <w:rPr>
          <w:rFonts w:ascii="Sakkal Majalla" w:hAnsi="Sakkal Majalla" w:cs="Sakkal Majalla"/>
          <w:szCs w:val="28"/>
          <w:rtl/>
        </w:rPr>
        <w:t xml:space="preserve"> </w:t>
      </w:r>
      <w:r w:rsidRPr="006D18F1">
        <w:rPr>
          <w:rFonts w:ascii="Sakkal Majalla" w:hAnsi="Sakkal Majalla" w:cs="Sakkal Majalla" w:hint="cs"/>
          <w:szCs w:val="28"/>
          <w:rtl/>
        </w:rPr>
        <w:t>مما</w:t>
      </w:r>
      <w:r w:rsidRPr="006D18F1">
        <w:rPr>
          <w:rFonts w:ascii="Sakkal Majalla" w:hAnsi="Sakkal Majalla" w:cs="Sakkal Majalla"/>
          <w:szCs w:val="28"/>
          <w:rtl/>
        </w:rPr>
        <w:t xml:space="preserve"> </w:t>
      </w:r>
      <w:r w:rsidRPr="006D18F1">
        <w:rPr>
          <w:rFonts w:ascii="Sakkal Majalla" w:hAnsi="Sakkal Majalla" w:cs="Sakkal Majalla" w:hint="cs"/>
          <w:szCs w:val="28"/>
          <w:rtl/>
        </w:rPr>
        <w:t>يدعم</w:t>
      </w:r>
      <w:r w:rsidRPr="006D18F1">
        <w:rPr>
          <w:rFonts w:ascii="Sakkal Majalla" w:hAnsi="Sakkal Majalla" w:cs="Sakkal Majalla"/>
          <w:szCs w:val="28"/>
          <w:rtl/>
        </w:rPr>
        <w:t xml:space="preserve"> </w:t>
      </w:r>
      <w:r w:rsidRPr="006D18F1">
        <w:rPr>
          <w:rFonts w:ascii="Sakkal Majalla" w:hAnsi="Sakkal Majalla" w:cs="Sakkal Majalla" w:hint="cs"/>
          <w:szCs w:val="28"/>
          <w:rtl/>
        </w:rPr>
        <w:t>الفرضية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الثانية</w:t>
      </w:r>
      <w:r w:rsidRPr="006D18F1">
        <w:rPr>
          <w:rFonts w:ascii="Sakkal Majalla" w:hAnsi="Sakkal Majalla" w:cs="Sakkal Majalla"/>
          <w:szCs w:val="28"/>
          <w:rtl/>
        </w:rPr>
        <w:t xml:space="preserve"> </w:t>
      </w:r>
      <w:r w:rsidRPr="006D18F1">
        <w:rPr>
          <w:rFonts w:ascii="Sakkal Majalla" w:hAnsi="Sakkal Majalla" w:cs="Sakkal Majalla" w:hint="cs"/>
          <w:szCs w:val="28"/>
          <w:rtl/>
        </w:rPr>
        <w:t>جزئيًا</w:t>
      </w:r>
      <w:r w:rsidRPr="006D18F1">
        <w:rPr>
          <w:rFonts w:ascii="Sakkal Majalla" w:hAnsi="Sakkal Majalla" w:cs="Sakkal Majalla"/>
          <w:szCs w:val="28"/>
          <w:rtl/>
        </w:rPr>
        <w:t>.</w:t>
      </w:r>
    </w:p>
    <w:p w14:paraId="78D82EC6" w14:textId="6FBA7766"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كما</w:t>
      </w:r>
      <w:r w:rsidRPr="006D18F1">
        <w:rPr>
          <w:rFonts w:ascii="Sakkal Majalla" w:hAnsi="Sakkal Majalla" w:cs="Sakkal Majalla"/>
          <w:szCs w:val="28"/>
          <w:rtl/>
        </w:rPr>
        <w:t xml:space="preserve"> </w:t>
      </w:r>
      <w:r w:rsidRPr="006D18F1">
        <w:rPr>
          <w:rFonts w:ascii="Sakkal Majalla" w:hAnsi="Sakkal Majalla" w:cs="Sakkal Majalla" w:hint="cs"/>
          <w:szCs w:val="28"/>
          <w:rtl/>
        </w:rPr>
        <w:t>توضح</w:t>
      </w:r>
      <w:r w:rsidRPr="006D18F1">
        <w:rPr>
          <w:rFonts w:ascii="Sakkal Majalla" w:hAnsi="Sakkal Majalla" w:cs="Sakkal Majalla"/>
          <w:szCs w:val="28"/>
          <w:rtl/>
        </w:rPr>
        <w:t xml:space="preserve"> </w:t>
      </w:r>
      <w:r w:rsidRPr="006D18F1">
        <w:rPr>
          <w:rFonts w:ascii="Sakkal Majalla" w:hAnsi="Sakkal Majalla" w:cs="Sakkal Majalla" w:hint="cs"/>
          <w:szCs w:val="28"/>
          <w:rtl/>
        </w:rPr>
        <w:t>هذه</w:t>
      </w:r>
      <w:r w:rsidRPr="006D18F1">
        <w:rPr>
          <w:rFonts w:ascii="Sakkal Majalla" w:hAnsi="Sakkal Majalla" w:cs="Sakkal Majalla"/>
          <w:szCs w:val="28"/>
          <w:rtl/>
        </w:rPr>
        <w:t xml:space="preserve"> </w:t>
      </w:r>
      <w:r w:rsidRPr="006D18F1">
        <w:rPr>
          <w:rFonts w:ascii="Sakkal Majalla" w:hAnsi="Sakkal Majalla" w:cs="Sakkal Majalla" w:hint="cs"/>
          <w:szCs w:val="28"/>
          <w:rtl/>
        </w:rPr>
        <w:t>النتائج</w:t>
      </w:r>
      <w:r w:rsidRPr="006D18F1">
        <w:rPr>
          <w:rFonts w:ascii="Sakkal Majalla" w:hAnsi="Sakkal Majalla" w:cs="Sakkal Majalla"/>
          <w:szCs w:val="28"/>
          <w:rtl/>
        </w:rPr>
        <w:t xml:space="preserve"> </w:t>
      </w:r>
      <w:r w:rsidRPr="006D18F1">
        <w:rPr>
          <w:rFonts w:ascii="Sakkal Majalla" w:hAnsi="Sakkal Majalla" w:cs="Sakkal Majalla" w:hint="cs"/>
          <w:szCs w:val="28"/>
          <w:rtl/>
        </w:rPr>
        <w:t>أن</w:t>
      </w:r>
      <w:r w:rsidRPr="006D18F1">
        <w:rPr>
          <w:rFonts w:ascii="Sakkal Majalla" w:hAnsi="Sakkal Majalla" w:cs="Sakkal Majalla"/>
          <w:szCs w:val="28"/>
          <w:rtl/>
        </w:rPr>
        <w:t xml:space="preserve"> </w:t>
      </w:r>
      <w:r w:rsidRPr="006D18F1">
        <w:rPr>
          <w:rFonts w:ascii="Sakkal Majalla" w:hAnsi="Sakkal Majalla" w:cs="Sakkal Majalla" w:hint="cs"/>
          <w:szCs w:val="28"/>
          <w:rtl/>
        </w:rPr>
        <w:t>قصور</w:t>
      </w:r>
      <w:r w:rsidRPr="006D18F1">
        <w:rPr>
          <w:rFonts w:ascii="Sakkal Majalla" w:hAnsi="Sakkal Majalla" w:cs="Sakkal Majalla"/>
          <w:szCs w:val="28"/>
          <w:rtl/>
        </w:rPr>
        <w:t xml:space="preserve"> </w:t>
      </w:r>
      <w:r w:rsidRPr="006D18F1">
        <w:rPr>
          <w:rFonts w:ascii="Sakkal Majalla" w:hAnsi="Sakkal Majalla" w:cs="Sakkal Majalla" w:hint="cs"/>
          <w:szCs w:val="28"/>
          <w:rtl/>
        </w:rPr>
        <w:t>نقل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المعرفة</w:t>
      </w:r>
      <w:r w:rsidRPr="006D18F1">
        <w:rPr>
          <w:rFonts w:ascii="Sakkal Majalla" w:hAnsi="Sakkal Majalla" w:cs="Sakkal Majalla"/>
          <w:szCs w:val="28"/>
          <w:rtl/>
        </w:rPr>
        <w:t xml:space="preserve"> </w:t>
      </w:r>
      <w:r w:rsidRPr="006D18F1">
        <w:rPr>
          <w:rFonts w:ascii="Sakkal Majalla" w:hAnsi="Sakkal Majalla" w:cs="Sakkal Majalla" w:hint="cs"/>
          <w:szCs w:val="28"/>
          <w:rtl/>
        </w:rPr>
        <w:t>يقلل</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فاعلية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القدرة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الامتصاصية،</w:t>
      </w:r>
      <w:r w:rsidRPr="006D18F1">
        <w:rPr>
          <w:rFonts w:ascii="Sakkal Majalla" w:hAnsi="Sakkal Majalla" w:cs="Sakkal Majalla"/>
          <w:szCs w:val="28"/>
          <w:rtl/>
        </w:rPr>
        <w:t xml:space="preserve"> </w:t>
      </w:r>
      <w:r w:rsidRPr="006D18F1">
        <w:rPr>
          <w:rFonts w:ascii="Sakkal Majalla" w:hAnsi="Sakkal Majalla" w:cs="Sakkal Majalla" w:hint="cs"/>
          <w:szCs w:val="28"/>
          <w:rtl/>
        </w:rPr>
        <w:t>حيث</w:t>
      </w:r>
      <w:r w:rsidRPr="006D18F1">
        <w:rPr>
          <w:rFonts w:ascii="Sakkal Majalla" w:hAnsi="Sakkal Majalla" w:cs="Sakkal Majalla"/>
          <w:szCs w:val="28"/>
          <w:rtl/>
        </w:rPr>
        <w:t xml:space="preserve"> </w:t>
      </w:r>
      <w:r w:rsidRPr="006D18F1">
        <w:rPr>
          <w:rFonts w:ascii="Sakkal Majalla" w:hAnsi="Sakkal Majalla" w:cs="Sakkal Majalla" w:hint="cs"/>
          <w:szCs w:val="28"/>
          <w:rtl/>
        </w:rPr>
        <w:t>يصبح</w:t>
      </w:r>
      <w:r w:rsidRPr="006D18F1">
        <w:rPr>
          <w:rFonts w:ascii="Sakkal Majalla" w:hAnsi="Sakkal Majalla" w:cs="Sakkal Majalla"/>
          <w:szCs w:val="28"/>
          <w:rtl/>
        </w:rPr>
        <w:t xml:space="preserve"> </w:t>
      </w:r>
      <w:r w:rsidRPr="006D18F1">
        <w:rPr>
          <w:rFonts w:ascii="Sakkal Majalla" w:hAnsi="Sakkal Majalla" w:cs="Sakkal Majalla" w:hint="cs"/>
          <w:szCs w:val="28"/>
          <w:rtl/>
        </w:rPr>
        <w:t>ما</w:t>
      </w:r>
      <w:r w:rsidRPr="006D18F1">
        <w:rPr>
          <w:rFonts w:ascii="Sakkal Majalla" w:hAnsi="Sakkal Majalla" w:cs="Sakkal Majalla"/>
          <w:szCs w:val="28"/>
          <w:rtl/>
        </w:rPr>
        <w:t xml:space="preserve"> </w:t>
      </w:r>
      <w:r w:rsidRPr="006D18F1">
        <w:rPr>
          <w:rFonts w:ascii="Sakkal Majalla" w:hAnsi="Sakkal Majalla" w:cs="Sakkal Majalla" w:hint="cs"/>
          <w:szCs w:val="28"/>
          <w:rtl/>
        </w:rPr>
        <w:t>يصل</w:t>
      </w:r>
      <w:r w:rsidRPr="006D18F1">
        <w:rPr>
          <w:rFonts w:ascii="Sakkal Majalla" w:hAnsi="Sakkal Majalla" w:cs="Sakkal Majalla"/>
          <w:szCs w:val="28"/>
          <w:rtl/>
        </w:rPr>
        <w:t xml:space="preserve"> </w:t>
      </w:r>
      <w:r w:rsidRPr="006D18F1">
        <w:rPr>
          <w:rFonts w:ascii="Sakkal Majalla" w:hAnsi="Sakkal Majalla" w:cs="Sakkal Majalla" w:hint="cs"/>
          <w:szCs w:val="28"/>
          <w:rtl/>
        </w:rPr>
        <w:t>للجهة</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خبرات</w:t>
      </w:r>
      <w:r w:rsidRPr="006D18F1">
        <w:rPr>
          <w:rFonts w:ascii="Sakkal Majalla" w:hAnsi="Sakkal Majalla" w:cs="Sakkal Majalla"/>
          <w:szCs w:val="28"/>
          <w:rtl/>
        </w:rPr>
        <w:t xml:space="preserve"> </w:t>
      </w:r>
      <w:r w:rsidRPr="006D18F1">
        <w:rPr>
          <w:rFonts w:ascii="Sakkal Majalla" w:hAnsi="Sakkal Majalla" w:cs="Sakkal Majalla" w:hint="cs"/>
          <w:szCs w:val="28"/>
          <w:rtl/>
        </w:rPr>
        <w:t>متقطعًا</w:t>
      </w:r>
      <w:r w:rsidRPr="006D18F1">
        <w:rPr>
          <w:rFonts w:ascii="Sakkal Majalla" w:hAnsi="Sakkal Majalla" w:cs="Sakkal Majalla"/>
          <w:szCs w:val="28"/>
          <w:rtl/>
        </w:rPr>
        <w:t xml:space="preserve"> </w:t>
      </w:r>
      <w:r w:rsidRPr="006D18F1">
        <w:rPr>
          <w:rFonts w:ascii="Sakkal Majalla" w:hAnsi="Sakkal Majalla" w:cs="Sakkal Majalla" w:hint="cs"/>
          <w:szCs w:val="28"/>
          <w:rtl/>
        </w:rPr>
        <w:t>أو</w:t>
      </w:r>
      <w:r w:rsidRPr="006D18F1">
        <w:rPr>
          <w:rFonts w:ascii="Sakkal Majalla" w:hAnsi="Sakkal Majalla" w:cs="Sakkal Majalla"/>
          <w:szCs w:val="28"/>
          <w:rtl/>
        </w:rPr>
        <w:t xml:space="preserve"> </w:t>
      </w:r>
      <w:r w:rsidRPr="006D18F1">
        <w:rPr>
          <w:rFonts w:ascii="Sakkal Majalla" w:hAnsi="Sakkal Majalla" w:cs="Sakkal Majalla" w:hint="cs"/>
          <w:szCs w:val="28"/>
          <w:rtl/>
        </w:rPr>
        <w:t>غير</w:t>
      </w:r>
      <w:r w:rsidRPr="006D18F1">
        <w:rPr>
          <w:rFonts w:ascii="Sakkal Majalla" w:hAnsi="Sakkal Majalla" w:cs="Sakkal Majalla"/>
          <w:szCs w:val="28"/>
          <w:rtl/>
        </w:rPr>
        <w:t xml:space="preserve"> </w:t>
      </w:r>
      <w:r w:rsidRPr="006D18F1">
        <w:rPr>
          <w:rFonts w:ascii="Sakkal Majalla" w:hAnsi="Sakkal Majalla" w:cs="Sakkal Majalla" w:hint="cs"/>
          <w:szCs w:val="28"/>
          <w:rtl/>
        </w:rPr>
        <w:t>مؤسس</w:t>
      </w:r>
      <w:r w:rsidRPr="006D18F1">
        <w:rPr>
          <w:rFonts w:ascii="Sakkal Majalla" w:hAnsi="Sakkal Majalla" w:cs="Sakkal Majalla"/>
          <w:szCs w:val="28"/>
          <w:rtl/>
        </w:rPr>
        <w:t xml:space="preserve"> </w:t>
      </w:r>
      <w:r w:rsidRPr="006D18F1">
        <w:rPr>
          <w:rFonts w:ascii="Sakkal Majalla" w:hAnsi="Sakkal Majalla" w:cs="Sakkal Majalla" w:hint="cs"/>
          <w:szCs w:val="28"/>
          <w:rtl/>
        </w:rPr>
        <w:t>على</w:t>
      </w:r>
      <w:r w:rsidRPr="006D18F1">
        <w:rPr>
          <w:rFonts w:ascii="Sakkal Majalla" w:hAnsi="Sakkal Majalla" w:cs="Sakkal Majalla"/>
          <w:szCs w:val="28"/>
          <w:rtl/>
        </w:rPr>
        <w:t xml:space="preserve"> </w:t>
      </w:r>
      <w:r w:rsidRPr="006D18F1">
        <w:rPr>
          <w:rFonts w:ascii="Sakkal Majalla" w:hAnsi="Sakkal Majalla" w:cs="Sakkal Majalla" w:hint="cs"/>
          <w:szCs w:val="28"/>
          <w:rtl/>
        </w:rPr>
        <w:t>خطط</w:t>
      </w:r>
      <w:r w:rsidRPr="006D18F1">
        <w:rPr>
          <w:rFonts w:ascii="Sakkal Majalla" w:hAnsi="Sakkal Majalla" w:cs="Sakkal Majalla"/>
          <w:szCs w:val="28"/>
          <w:rtl/>
        </w:rPr>
        <w:t xml:space="preserve"> </w:t>
      </w:r>
      <w:r w:rsidRPr="006D18F1">
        <w:rPr>
          <w:rFonts w:ascii="Sakkal Majalla" w:hAnsi="Sakkal Majalla" w:cs="Sakkal Majalla" w:hint="cs"/>
          <w:szCs w:val="28"/>
          <w:rtl/>
        </w:rPr>
        <w:t>واضحة</w:t>
      </w:r>
      <w:r w:rsidRPr="006D18F1">
        <w:rPr>
          <w:rFonts w:ascii="Sakkal Majalla" w:hAnsi="Sakkal Majalla" w:cs="Sakkal Majalla"/>
          <w:szCs w:val="28"/>
          <w:rtl/>
        </w:rPr>
        <w:t>.</w:t>
      </w:r>
    </w:p>
    <w:p w14:paraId="18875C37" w14:textId="77777777" w:rsidR="006D18F1" w:rsidRPr="00A36D93" w:rsidRDefault="006D18F1" w:rsidP="00634497">
      <w:pPr>
        <w:bidi/>
        <w:spacing w:line="360" w:lineRule="auto"/>
        <w:jc w:val="lowKashida"/>
        <w:rPr>
          <w:rFonts w:ascii="Sakkal Majalla" w:hAnsi="Sakkal Majalla" w:cs="Sakkal Majalla"/>
          <w:b/>
          <w:bCs/>
          <w:sz w:val="32"/>
          <w:szCs w:val="32"/>
        </w:rPr>
      </w:pPr>
      <w:r w:rsidRPr="00A36D93">
        <w:rPr>
          <w:rFonts w:ascii="Sakkal Majalla" w:hAnsi="Sakkal Majalla" w:cs="Sakkal Majalla"/>
          <w:b/>
          <w:bCs/>
          <w:sz w:val="32"/>
          <w:szCs w:val="32"/>
          <w:rtl/>
        </w:rPr>
        <w:t xml:space="preserve">4.4.3 </w:t>
      </w:r>
      <w:r w:rsidRPr="00A36D93">
        <w:rPr>
          <w:rFonts w:ascii="Sakkal Majalla" w:hAnsi="Sakkal Majalla" w:cs="Sakkal Majalla" w:hint="cs"/>
          <w:b/>
          <w:bCs/>
          <w:sz w:val="32"/>
          <w:szCs w:val="32"/>
          <w:rtl/>
        </w:rPr>
        <w:t>أهمية</w:t>
      </w:r>
      <w:r w:rsidRPr="00A36D93">
        <w:rPr>
          <w:rFonts w:ascii="Sakkal Majalla" w:hAnsi="Sakkal Majalla" w:cs="Sakkal Majalla"/>
          <w:b/>
          <w:bCs/>
          <w:sz w:val="32"/>
          <w:szCs w:val="32"/>
          <w:rtl/>
        </w:rPr>
        <w:t xml:space="preserve"> </w:t>
      </w:r>
      <w:r w:rsidRPr="00A36D93">
        <w:rPr>
          <w:rFonts w:ascii="Sakkal Majalla" w:hAnsi="Sakkal Majalla" w:cs="Sakkal Majalla" w:hint="cs"/>
          <w:b/>
          <w:bCs/>
          <w:sz w:val="32"/>
          <w:szCs w:val="32"/>
          <w:rtl/>
        </w:rPr>
        <w:t>التكامل</w:t>
      </w:r>
      <w:r w:rsidRPr="00A36D93">
        <w:rPr>
          <w:rFonts w:ascii="Sakkal Majalla" w:hAnsi="Sakkal Majalla" w:cs="Sakkal Majalla"/>
          <w:b/>
          <w:bCs/>
          <w:sz w:val="32"/>
          <w:szCs w:val="32"/>
          <w:rtl/>
        </w:rPr>
        <w:t xml:space="preserve"> </w:t>
      </w:r>
      <w:r w:rsidRPr="00A36D93">
        <w:rPr>
          <w:rFonts w:ascii="Sakkal Majalla" w:hAnsi="Sakkal Majalla" w:cs="Sakkal Majalla" w:hint="cs"/>
          <w:b/>
          <w:bCs/>
          <w:sz w:val="32"/>
          <w:szCs w:val="32"/>
          <w:rtl/>
        </w:rPr>
        <w:t>والتعاقد</w:t>
      </w:r>
      <w:r w:rsidRPr="00A36D93">
        <w:rPr>
          <w:rFonts w:ascii="Sakkal Majalla" w:hAnsi="Sakkal Majalla" w:cs="Sakkal Majalla"/>
          <w:b/>
          <w:bCs/>
          <w:sz w:val="32"/>
          <w:szCs w:val="32"/>
          <w:rtl/>
        </w:rPr>
        <w:t xml:space="preserve"> </w:t>
      </w:r>
      <w:r w:rsidRPr="00A36D93">
        <w:rPr>
          <w:rFonts w:ascii="Sakkal Majalla" w:hAnsi="Sakkal Majalla" w:cs="Sakkal Majalla" w:hint="cs"/>
          <w:b/>
          <w:bCs/>
          <w:sz w:val="32"/>
          <w:szCs w:val="32"/>
          <w:rtl/>
        </w:rPr>
        <w:t>الذكي</w:t>
      </w:r>
    </w:p>
    <w:p w14:paraId="65370634" w14:textId="5F8378F1"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أكدت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المقابلة</w:t>
      </w:r>
      <w:r w:rsidRPr="006D18F1">
        <w:rPr>
          <w:rFonts w:ascii="Sakkal Majalla" w:hAnsi="Sakkal Majalla" w:cs="Sakkal Majalla"/>
          <w:szCs w:val="28"/>
          <w:rtl/>
        </w:rPr>
        <w:t xml:space="preserve"> </w:t>
      </w:r>
      <w:r w:rsidRPr="006D18F1">
        <w:rPr>
          <w:rFonts w:ascii="Sakkal Majalla" w:hAnsi="Sakkal Majalla" w:cs="Sakkal Majalla" w:hint="cs"/>
          <w:szCs w:val="28"/>
          <w:rtl/>
        </w:rPr>
        <w:t>وعدد</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الردود</w:t>
      </w:r>
      <w:r w:rsidRPr="006D18F1">
        <w:rPr>
          <w:rFonts w:ascii="Sakkal Majalla" w:hAnsi="Sakkal Majalla" w:cs="Sakkal Majalla"/>
          <w:szCs w:val="28"/>
          <w:rtl/>
        </w:rPr>
        <w:t xml:space="preserve"> </w:t>
      </w:r>
      <w:r w:rsidRPr="006D18F1">
        <w:rPr>
          <w:rFonts w:ascii="Sakkal Majalla" w:hAnsi="Sakkal Majalla" w:cs="Sakkal Majalla" w:hint="cs"/>
          <w:szCs w:val="28"/>
          <w:rtl/>
        </w:rPr>
        <w:t>النصية</w:t>
      </w:r>
      <w:r w:rsidRPr="006D18F1">
        <w:rPr>
          <w:rFonts w:ascii="Sakkal Majalla" w:hAnsi="Sakkal Majalla" w:cs="Sakkal Majalla"/>
          <w:szCs w:val="28"/>
          <w:rtl/>
        </w:rPr>
        <w:t xml:space="preserve"> </w:t>
      </w:r>
      <w:r w:rsidRPr="006D18F1">
        <w:rPr>
          <w:rFonts w:ascii="Sakkal Majalla" w:hAnsi="Sakkal Majalla" w:cs="Sakkal Majalla" w:hint="cs"/>
          <w:szCs w:val="28"/>
          <w:rtl/>
        </w:rPr>
        <w:t>أهمية</w:t>
      </w:r>
      <w:r w:rsidRPr="006D18F1">
        <w:rPr>
          <w:rFonts w:ascii="Sakkal Majalla" w:hAnsi="Sakkal Majalla" w:cs="Sakkal Majalla"/>
          <w:szCs w:val="28"/>
          <w:rtl/>
        </w:rPr>
        <w:t xml:space="preserve"> </w:t>
      </w:r>
      <w:r w:rsidRPr="006D18F1">
        <w:rPr>
          <w:rFonts w:ascii="Sakkal Majalla" w:hAnsi="Sakkal Majalla" w:cs="Sakkal Majalla" w:hint="cs"/>
          <w:szCs w:val="28"/>
          <w:rtl/>
        </w:rPr>
        <w:t>تصميم</w:t>
      </w:r>
      <w:r w:rsidRPr="006D18F1">
        <w:rPr>
          <w:rFonts w:ascii="Sakkal Majalla" w:hAnsi="Sakkal Majalla" w:cs="Sakkal Majalla"/>
          <w:szCs w:val="28"/>
          <w:rtl/>
        </w:rPr>
        <w:t xml:space="preserve"> </w:t>
      </w:r>
      <w:r w:rsidRPr="006D18F1">
        <w:rPr>
          <w:rFonts w:ascii="Sakkal Majalla" w:hAnsi="Sakkal Majalla" w:cs="Sakkal Majalla" w:hint="cs"/>
          <w:szCs w:val="28"/>
          <w:rtl/>
        </w:rPr>
        <w:t>علاقات</w:t>
      </w:r>
      <w:r w:rsidRPr="006D18F1">
        <w:rPr>
          <w:rFonts w:ascii="Sakkal Majalla" w:hAnsi="Sakkal Majalla" w:cs="Sakkal Majalla"/>
          <w:szCs w:val="28"/>
          <w:rtl/>
        </w:rPr>
        <w:t xml:space="preserve"> </w:t>
      </w:r>
      <w:r w:rsidRPr="006D18F1">
        <w:rPr>
          <w:rFonts w:ascii="Sakkal Majalla" w:hAnsi="Sakkal Majalla" w:cs="Sakkal Majalla" w:hint="cs"/>
          <w:szCs w:val="28"/>
          <w:rtl/>
        </w:rPr>
        <w:t>تعاقدية</w:t>
      </w:r>
      <w:r w:rsidRPr="006D18F1">
        <w:rPr>
          <w:rFonts w:ascii="Sakkal Majalla" w:hAnsi="Sakkal Majalla" w:cs="Sakkal Majalla"/>
          <w:szCs w:val="28"/>
          <w:rtl/>
        </w:rPr>
        <w:t xml:space="preserve"> </w:t>
      </w:r>
      <w:r w:rsidRPr="006D18F1">
        <w:rPr>
          <w:rFonts w:ascii="Sakkal Majalla" w:hAnsi="Sakkal Majalla" w:cs="Sakkal Majalla" w:hint="cs"/>
          <w:szCs w:val="28"/>
          <w:rtl/>
        </w:rPr>
        <w:t>ذكية</w:t>
      </w:r>
      <w:r w:rsidRPr="006D18F1">
        <w:rPr>
          <w:rFonts w:ascii="Sakkal Majalla" w:hAnsi="Sakkal Majalla" w:cs="Sakkal Majalla"/>
          <w:szCs w:val="28"/>
          <w:rtl/>
        </w:rPr>
        <w:t xml:space="preserve"> </w:t>
      </w:r>
      <w:r w:rsidRPr="006D18F1">
        <w:rPr>
          <w:rFonts w:ascii="Sakkal Majalla" w:hAnsi="Sakkal Majalla" w:cs="Sakkal Majalla" w:hint="cs"/>
          <w:szCs w:val="28"/>
          <w:rtl/>
        </w:rPr>
        <w:t>بين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الجهات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الحكومية</w:t>
      </w:r>
      <w:r w:rsidRPr="006D18F1">
        <w:rPr>
          <w:rFonts w:ascii="Sakkal Majalla" w:hAnsi="Sakkal Majalla" w:cs="Sakkal Majalla"/>
          <w:szCs w:val="28"/>
          <w:rtl/>
        </w:rPr>
        <w:t xml:space="preserve"> </w:t>
      </w:r>
      <w:r w:rsidRPr="006D18F1">
        <w:rPr>
          <w:rFonts w:ascii="Sakkal Majalla" w:hAnsi="Sakkal Majalla" w:cs="Sakkal Majalla" w:hint="cs"/>
          <w:szCs w:val="28"/>
          <w:rtl/>
        </w:rPr>
        <w:t>والشركات</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الاستشارية،</w:t>
      </w:r>
      <w:r w:rsidRPr="006D18F1">
        <w:rPr>
          <w:rFonts w:ascii="Sakkal Majalla" w:hAnsi="Sakkal Majalla" w:cs="Sakkal Majalla"/>
          <w:szCs w:val="28"/>
          <w:rtl/>
        </w:rPr>
        <w:t xml:space="preserve"> </w:t>
      </w:r>
      <w:r w:rsidRPr="006D18F1">
        <w:rPr>
          <w:rFonts w:ascii="Sakkal Majalla" w:hAnsi="Sakkal Majalla" w:cs="Sakkal Majalla" w:hint="cs"/>
          <w:szCs w:val="28"/>
          <w:rtl/>
        </w:rPr>
        <w:t>بحيث</w:t>
      </w:r>
      <w:r w:rsidRPr="006D18F1">
        <w:rPr>
          <w:rFonts w:ascii="Sakkal Majalla" w:hAnsi="Sakkal Majalla" w:cs="Sakkal Majalla"/>
          <w:szCs w:val="28"/>
          <w:rtl/>
        </w:rPr>
        <w:t xml:space="preserve"> </w:t>
      </w:r>
      <w:r w:rsidRPr="006D18F1">
        <w:rPr>
          <w:rFonts w:ascii="Sakkal Majalla" w:hAnsi="Sakkal Majalla" w:cs="Sakkal Majalla" w:hint="cs"/>
          <w:szCs w:val="28"/>
          <w:rtl/>
        </w:rPr>
        <w:t>تشمل</w:t>
      </w:r>
      <w:r w:rsidRPr="006D18F1">
        <w:rPr>
          <w:rFonts w:ascii="Sakkal Majalla" w:hAnsi="Sakkal Majalla" w:cs="Sakkal Majalla"/>
          <w:szCs w:val="28"/>
          <w:rtl/>
        </w:rPr>
        <w:t>:</w:t>
      </w:r>
    </w:p>
    <w:p w14:paraId="18F4A44F" w14:textId="51C39D2D" w:rsidR="006D18F1" w:rsidRPr="00A36D93"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إلزام</w:t>
      </w:r>
      <w:r w:rsidRPr="006D18F1">
        <w:rPr>
          <w:rFonts w:ascii="Sakkal Majalla" w:hAnsi="Sakkal Majalla" w:cs="Sakkal Majalla"/>
          <w:szCs w:val="28"/>
          <w:rtl/>
        </w:rPr>
        <w:t xml:space="preserve"> </w:t>
      </w:r>
      <w:r w:rsidRPr="006D18F1">
        <w:rPr>
          <w:rFonts w:ascii="Sakkal Majalla" w:hAnsi="Sakkal Majalla" w:cs="Sakkal Majalla" w:hint="cs"/>
          <w:szCs w:val="28"/>
          <w:rtl/>
        </w:rPr>
        <w:t>الشركات</w:t>
      </w:r>
      <w:r w:rsidRPr="006D18F1">
        <w:rPr>
          <w:rFonts w:ascii="Sakkal Majalla" w:hAnsi="Sakkal Majalla" w:cs="Sakkal Majalla"/>
          <w:szCs w:val="28"/>
          <w:rtl/>
        </w:rPr>
        <w:t xml:space="preserve"> </w:t>
      </w:r>
      <w:r w:rsidRPr="006D18F1">
        <w:rPr>
          <w:rFonts w:ascii="Sakkal Majalla" w:hAnsi="Sakkal Majalla" w:cs="Sakkal Majalla" w:hint="cs"/>
          <w:szCs w:val="28"/>
          <w:rtl/>
        </w:rPr>
        <w:t>بتدريب</w:t>
      </w:r>
      <w:r w:rsidRPr="006D18F1">
        <w:rPr>
          <w:rFonts w:ascii="Sakkal Majalla" w:hAnsi="Sakkal Majalla" w:cs="Sakkal Majalla"/>
          <w:szCs w:val="28"/>
          <w:rtl/>
        </w:rPr>
        <w:t xml:space="preserve"> </w:t>
      </w:r>
      <w:r w:rsidRPr="006D18F1">
        <w:rPr>
          <w:rFonts w:ascii="Sakkal Majalla" w:hAnsi="Sakkal Majalla" w:cs="Sakkal Majalla" w:hint="cs"/>
          <w:szCs w:val="28"/>
          <w:rtl/>
        </w:rPr>
        <w:t>الفرق</w:t>
      </w:r>
      <w:r w:rsidRPr="006D18F1">
        <w:rPr>
          <w:rFonts w:ascii="Sakkal Majalla" w:hAnsi="Sakkal Majalla" w:cs="Sakkal Majalla"/>
          <w:szCs w:val="28"/>
          <w:rtl/>
        </w:rPr>
        <w:t xml:space="preserve"> </w:t>
      </w:r>
      <w:r w:rsidRPr="006D18F1">
        <w:rPr>
          <w:rFonts w:ascii="Sakkal Majalla" w:hAnsi="Sakkal Majalla" w:cs="Sakkal Majalla" w:hint="cs"/>
          <w:szCs w:val="28"/>
          <w:rtl/>
        </w:rPr>
        <w:t>الداخلية</w:t>
      </w:r>
      <w:r w:rsidRPr="006D18F1">
        <w:rPr>
          <w:rFonts w:ascii="Sakkal Majalla" w:hAnsi="Sakkal Majalla" w:cs="Sakkal Majalla"/>
          <w:szCs w:val="28"/>
          <w:rtl/>
        </w:rPr>
        <w:t xml:space="preserve"> </w:t>
      </w:r>
      <w:r w:rsidRPr="006D18F1">
        <w:rPr>
          <w:rFonts w:ascii="Sakkal Majalla" w:hAnsi="Sakkal Majalla" w:cs="Sakkal Majalla" w:hint="cs"/>
          <w:szCs w:val="28"/>
          <w:rtl/>
        </w:rPr>
        <w:t>بشكل</w:t>
      </w:r>
      <w:r w:rsidRPr="006D18F1">
        <w:rPr>
          <w:rFonts w:ascii="Sakkal Majalla" w:hAnsi="Sakkal Majalla" w:cs="Sakkal Majalla"/>
          <w:szCs w:val="28"/>
          <w:rtl/>
        </w:rPr>
        <w:t xml:space="preserve"> </w:t>
      </w:r>
      <w:r w:rsidRPr="006D18F1">
        <w:rPr>
          <w:rFonts w:ascii="Sakkal Majalla" w:hAnsi="Sakkal Majalla" w:cs="Sakkal Majalla" w:hint="cs"/>
          <w:szCs w:val="28"/>
          <w:rtl/>
        </w:rPr>
        <w:t>عملي</w:t>
      </w:r>
      <w:r w:rsidRPr="006D18F1">
        <w:rPr>
          <w:rFonts w:ascii="Sakkal Majalla" w:hAnsi="Sakkal Majalla" w:cs="Sakkal Majalla"/>
          <w:szCs w:val="28"/>
          <w:rtl/>
        </w:rPr>
        <w:t>.</w:t>
      </w:r>
    </w:p>
    <w:p w14:paraId="2909F15E" w14:textId="5871A934" w:rsidR="006D18F1" w:rsidRPr="00A36D93"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اعتماد</w:t>
      </w:r>
      <w:r w:rsidRPr="006D18F1">
        <w:rPr>
          <w:rFonts w:ascii="Sakkal Majalla" w:hAnsi="Sakkal Majalla" w:cs="Sakkal Majalla"/>
          <w:szCs w:val="28"/>
          <w:rtl/>
        </w:rPr>
        <w:t xml:space="preserve"> </w:t>
      </w:r>
      <w:r w:rsidRPr="006D18F1">
        <w:rPr>
          <w:rFonts w:ascii="Sakkal Majalla" w:hAnsi="Sakkal Majalla" w:cs="Sakkal Majalla" w:hint="cs"/>
          <w:szCs w:val="28"/>
          <w:rtl/>
        </w:rPr>
        <w:t>نهج</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المشاركة</w:t>
      </w:r>
      <w:r w:rsidRPr="006D18F1">
        <w:rPr>
          <w:rFonts w:ascii="Sakkal Majalla" w:hAnsi="Sakkal Majalla" w:cs="Sakkal Majalla"/>
          <w:szCs w:val="28"/>
          <w:rtl/>
        </w:rPr>
        <w:t xml:space="preserve"> </w:t>
      </w:r>
      <w:r w:rsidRPr="006D18F1">
        <w:rPr>
          <w:rFonts w:ascii="Sakkal Majalla" w:hAnsi="Sakkal Majalla" w:cs="Sakkal Majalla" w:hint="cs"/>
          <w:szCs w:val="28"/>
          <w:rtl/>
        </w:rPr>
        <w:t>بالمخرجات</w:t>
      </w:r>
      <w:r w:rsidRPr="006D18F1">
        <w:rPr>
          <w:rFonts w:ascii="Sakkal Majalla" w:hAnsi="Sakkal Majalla" w:cs="Sakkal Majalla"/>
          <w:szCs w:val="28"/>
          <w:rtl/>
        </w:rPr>
        <w:t xml:space="preserve">" </w:t>
      </w:r>
      <w:r w:rsidRPr="006D18F1">
        <w:rPr>
          <w:rFonts w:ascii="Sakkal Majalla" w:hAnsi="Sakkal Majalla" w:cs="Sakkal Majalla" w:hint="cs"/>
          <w:szCs w:val="28"/>
          <w:rtl/>
        </w:rPr>
        <w:t>لضمان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التعلم</w:t>
      </w:r>
      <w:r w:rsidRPr="006D18F1">
        <w:rPr>
          <w:rFonts w:ascii="Sakkal Majalla" w:hAnsi="Sakkal Majalla" w:cs="Sakkal Majalla"/>
          <w:szCs w:val="28"/>
          <w:rtl/>
        </w:rPr>
        <w:t xml:space="preserve"> </w:t>
      </w:r>
      <w:r w:rsidRPr="006D18F1">
        <w:rPr>
          <w:rFonts w:ascii="Sakkal Majalla" w:hAnsi="Sakkal Majalla" w:cs="Sakkal Majalla" w:hint="cs"/>
          <w:szCs w:val="28"/>
          <w:rtl/>
        </w:rPr>
        <w:t>والتطبيق</w:t>
      </w:r>
      <w:r w:rsidRPr="006D18F1">
        <w:rPr>
          <w:rFonts w:ascii="Sakkal Majalla" w:hAnsi="Sakkal Majalla" w:cs="Sakkal Majalla"/>
          <w:szCs w:val="28"/>
          <w:rtl/>
        </w:rPr>
        <w:t>.</w:t>
      </w:r>
    </w:p>
    <w:p w14:paraId="4D290185" w14:textId="1B751246" w:rsidR="006D18F1" w:rsidRPr="00A36D93"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توفير</w:t>
      </w:r>
      <w:r w:rsidRPr="006D18F1">
        <w:rPr>
          <w:rFonts w:ascii="Sakkal Majalla" w:hAnsi="Sakkal Majalla" w:cs="Sakkal Majalla"/>
          <w:szCs w:val="28"/>
          <w:rtl/>
        </w:rPr>
        <w:t xml:space="preserve"> </w:t>
      </w:r>
      <w:r w:rsidRPr="006D18F1">
        <w:rPr>
          <w:rFonts w:ascii="Sakkal Majalla" w:hAnsi="Sakkal Majalla" w:cs="Sakkal Majalla" w:hint="cs"/>
          <w:szCs w:val="28"/>
          <w:rtl/>
        </w:rPr>
        <w:t>وقت</w:t>
      </w:r>
      <w:r w:rsidRPr="006D18F1">
        <w:rPr>
          <w:rFonts w:ascii="Sakkal Majalla" w:hAnsi="Sakkal Majalla" w:cs="Sakkal Majalla"/>
          <w:szCs w:val="28"/>
          <w:rtl/>
        </w:rPr>
        <w:t xml:space="preserve"> </w:t>
      </w:r>
      <w:r w:rsidRPr="006D18F1">
        <w:rPr>
          <w:rFonts w:ascii="Sakkal Majalla" w:hAnsi="Sakkal Majalla" w:cs="Sakkal Majalla" w:hint="cs"/>
          <w:szCs w:val="28"/>
          <w:rtl/>
        </w:rPr>
        <w:t>كافٍ</w:t>
      </w:r>
      <w:r w:rsidRPr="006D18F1">
        <w:rPr>
          <w:rFonts w:ascii="Sakkal Majalla" w:hAnsi="Sakkal Majalla" w:cs="Sakkal Majalla"/>
          <w:szCs w:val="28"/>
          <w:rtl/>
        </w:rPr>
        <w:t xml:space="preserve"> </w:t>
      </w:r>
      <w:r w:rsidRPr="006D18F1">
        <w:rPr>
          <w:rFonts w:ascii="Sakkal Majalla" w:hAnsi="Sakkal Majalla" w:cs="Sakkal Majalla" w:hint="cs"/>
          <w:szCs w:val="28"/>
          <w:rtl/>
        </w:rPr>
        <w:t>لتنفيذ</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الابتكار</w:t>
      </w:r>
      <w:r w:rsidRPr="006D18F1">
        <w:rPr>
          <w:rFonts w:ascii="Sakkal Majalla" w:hAnsi="Sakkal Majalla" w:cs="Sakkal Majalla"/>
          <w:szCs w:val="28"/>
          <w:rtl/>
        </w:rPr>
        <w:t xml:space="preserve"> </w:t>
      </w:r>
      <w:r w:rsidRPr="006D18F1">
        <w:rPr>
          <w:rFonts w:ascii="Sakkal Majalla" w:hAnsi="Sakkal Majalla" w:cs="Sakkal Majalla" w:hint="cs"/>
          <w:szCs w:val="28"/>
          <w:rtl/>
        </w:rPr>
        <w:t>بعيدًا</w:t>
      </w:r>
      <w:r w:rsidRPr="006D18F1">
        <w:rPr>
          <w:rFonts w:ascii="Sakkal Majalla" w:hAnsi="Sakkal Majalla" w:cs="Sakkal Majalla"/>
          <w:szCs w:val="28"/>
          <w:rtl/>
        </w:rPr>
        <w:t xml:space="preserve"> </w:t>
      </w:r>
      <w:r w:rsidRPr="006D18F1">
        <w:rPr>
          <w:rFonts w:ascii="Sakkal Majalla" w:hAnsi="Sakkal Majalla" w:cs="Sakkal Majalla" w:hint="cs"/>
          <w:szCs w:val="28"/>
          <w:rtl/>
        </w:rPr>
        <w:t>عن</w:t>
      </w:r>
      <w:r w:rsidRPr="006D18F1">
        <w:rPr>
          <w:rFonts w:ascii="Sakkal Majalla" w:hAnsi="Sakkal Majalla" w:cs="Sakkal Majalla"/>
          <w:szCs w:val="28"/>
          <w:rtl/>
        </w:rPr>
        <w:t xml:space="preserve"> </w:t>
      </w:r>
      <w:r w:rsidRPr="006D18F1">
        <w:rPr>
          <w:rFonts w:ascii="Sakkal Majalla" w:hAnsi="Sakkal Majalla" w:cs="Sakkal Majalla" w:hint="cs"/>
          <w:szCs w:val="28"/>
          <w:rtl/>
        </w:rPr>
        <w:t>ضغوط</w:t>
      </w:r>
      <w:r w:rsidRPr="006D18F1">
        <w:rPr>
          <w:rFonts w:ascii="Sakkal Majalla" w:hAnsi="Sakkal Majalla" w:cs="Sakkal Majalla"/>
          <w:szCs w:val="28"/>
          <w:rtl/>
        </w:rPr>
        <w:t xml:space="preserve"> </w:t>
      </w:r>
      <w:r w:rsidRPr="006D18F1">
        <w:rPr>
          <w:rFonts w:ascii="Sakkal Majalla" w:hAnsi="Sakkal Majalla" w:cs="Sakkal Majalla" w:hint="cs"/>
          <w:szCs w:val="28"/>
          <w:rtl/>
        </w:rPr>
        <w:t>الإنجاز</w:t>
      </w:r>
      <w:r w:rsidRPr="006D18F1">
        <w:rPr>
          <w:rFonts w:ascii="Sakkal Majalla" w:hAnsi="Sakkal Majalla" w:cs="Sakkal Majalla"/>
          <w:szCs w:val="28"/>
          <w:rtl/>
        </w:rPr>
        <w:t xml:space="preserve"> </w:t>
      </w:r>
      <w:r w:rsidRPr="006D18F1">
        <w:rPr>
          <w:rFonts w:ascii="Sakkal Majalla" w:hAnsi="Sakkal Majalla" w:cs="Sakkal Majalla" w:hint="cs"/>
          <w:szCs w:val="28"/>
          <w:rtl/>
        </w:rPr>
        <w:t>السريع</w:t>
      </w:r>
      <w:r w:rsidRPr="006D18F1">
        <w:rPr>
          <w:rFonts w:ascii="Sakkal Majalla" w:hAnsi="Sakkal Majalla" w:cs="Sakkal Majalla"/>
          <w:szCs w:val="28"/>
          <w:rtl/>
        </w:rPr>
        <w:t>.</w:t>
      </w:r>
    </w:p>
    <w:p w14:paraId="6E46B971" w14:textId="754ACDDC" w:rsidR="006D18F1" w:rsidRPr="00A36D93"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كما</w:t>
      </w:r>
      <w:r w:rsidRPr="006D18F1">
        <w:rPr>
          <w:rFonts w:ascii="Sakkal Majalla" w:hAnsi="Sakkal Majalla" w:cs="Sakkal Majalla"/>
          <w:szCs w:val="28"/>
          <w:rtl/>
        </w:rPr>
        <w:t xml:space="preserve"> </w:t>
      </w:r>
      <w:r w:rsidRPr="006D18F1">
        <w:rPr>
          <w:rFonts w:ascii="Sakkal Majalla" w:hAnsi="Sakkal Majalla" w:cs="Sakkal Majalla" w:hint="cs"/>
          <w:szCs w:val="28"/>
          <w:rtl/>
        </w:rPr>
        <w:t>أشار</w:t>
      </w:r>
      <w:r w:rsidRPr="006D18F1">
        <w:rPr>
          <w:rFonts w:ascii="Sakkal Majalla" w:hAnsi="Sakkal Majalla" w:cs="Sakkal Majalla"/>
          <w:szCs w:val="28"/>
          <w:rtl/>
        </w:rPr>
        <w:t xml:space="preserve"> </w:t>
      </w:r>
      <w:r w:rsidRPr="006D18F1">
        <w:rPr>
          <w:rFonts w:ascii="Sakkal Majalla" w:hAnsi="Sakkal Majalla" w:cs="Sakkal Majalla" w:hint="cs"/>
          <w:szCs w:val="28"/>
          <w:rtl/>
        </w:rPr>
        <w:t>ضيف</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المقابلة</w:t>
      </w:r>
      <w:r w:rsidRPr="006D18F1">
        <w:rPr>
          <w:rFonts w:ascii="Sakkal Majalla" w:hAnsi="Sakkal Majalla" w:cs="Sakkal Majalla"/>
          <w:szCs w:val="28"/>
          <w:rtl/>
        </w:rPr>
        <w:t xml:space="preserve"> </w:t>
      </w:r>
      <w:r w:rsidRPr="006D18F1">
        <w:rPr>
          <w:rFonts w:ascii="Sakkal Majalla" w:hAnsi="Sakkal Majalla" w:cs="Sakkal Majalla" w:hint="cs"/>
          <w:szCs w:val="28"/>
          <w:rtl/>
        </w:rPr>
        <w:t>إلى</w:t>
      </w:r>
      <w:r w:rsidRPr="006D18F1">
        <w:rPr>
          <w:rFonts w:ascii="Sakkal Majalla" w:hAnsi="Sakkal Majalla" w:cs="Sakkal Majalla"/>
          <w:szCs w:val="28"/>
          <w:rtl/>
        </w:rPr>
        <w:t xml:space="preserve"> </w:t>
      </w:r>
      <w:r w:rsidRPr="006D18F1">
        <w:rPr>
          <w:rFonts w:ascii="Sakkal Majalla" w:hAnsi="Sakkal Majalla" w:cs="Sakkal Majalla" w:hint="cs"/>
          <w:szCs w:val="28"/>
          <w:rtl/>
        </w:rPr>
        <w:t>أن</w:t>
      </w:r>
      <w:r w:rsidRPr="006D18F1">
        <w:rPr>
          <w:rFonts w:ascii="Sakkal Majalla" w:hAnsi="Sakkal Majalla" w:cs="Sakkal Majalla"/>
          <w:szCs w:val="28"/>
          <w:rtl/>
        </w:rPr>
        <w:t>:</w:t>
      </w:r>
    </w:p>
    <w:p w14:paraId="36EC01A0" w14:textId="51C8673C" w:rsidR="006D18F1" w:rsidRPr="00A36D93"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szCs w:val="28"/>
          <w:rtl/>
        </w:rPr>
        <w:t>"</w:t>
      </w:r>
      <w:r w:rsidRPr="006D18F1">
        <w:rPr>
          <w:rFonts w:ascii="Sakkal Majalla" w:hAnsi="Sakkal Majalla" w:cs="Sakkal Majalla" w:hint="cs"/>
          <w:szCs w:val="28"/>
          <w:rtl/>
        </w:rPr>
        <w:t>أفضل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الجهات</w:t>
      </w:r>
      <w:r w:rsidRPr="006D18F1">
        <w:rPr>
          <w:rFonts w:ascii="Sakkal Majalla" w:hAnsi="Sakkal Majalla" w:cs="Sakkal Majalla"/>
          <w:szCs w:val="28"/>
          <w:rtl/>
        </w:rPr>
        <w:t xml:space="preserve"> </w:t>
      </w:r>
      <w:r w:rsidRPr="006D18F1">
        <w:rPr>
          <w:rFonts w:ascii="Sakkal Majalla" w:hAnsi="Sakkal Majalla" w:cs="Sakkal Majalla" w:hint="cs"/>
          <w:szCs w:val="28"/>
          <w:rtl/>
        </w:rPr>
        <w:t>هي</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التي</w:t>
      </w:r>
      <w:r w:rsidRPr="006D18F1">
        <w:rPr>
          <w:rFonts w:ascii="Sakkal Majalla" w:hAnsi="Sakkal Majalla" w:cs="Sakkal Majalla"/>
          <w:szCs w:val="28"/>
          <w:rtl/>
        </w:rPr>
        <w:t xml:space="preserve"> </w:t>
      </w:r>
      <w:r w:rsidRPr="006D18F1">
        <w:rPr>
          <w:rFonts w:ascii="Sakkal Majalla" w:hAnsi="Sakkal Majalla" w:cs="Sakkal Majalla" w:hint="cs"/>
          <w:szCs w:val="28"/>
          <w:rtl/>
        </w:rPr>
        <w:t>تعطي</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الابتكار</w:t>
      </w:r>
      <w:r w:rsidRPr="006D18F1">
        <w:rPr>
          <w:rFonts w:ascii="Sakkal Majalla" w:hAnsi="Sakkal Majalla" w:cs="Sakkal Majalla"/>
          <w:szCs w:val="28"/>
          <w:rtl/>
        </w:rPr>
        <w:t xml:space="preserve"> </w:t>
      </w:r>
      <w:r w:rsidRPr="006D18F1">
        <w:rPr>
          <w:rFonts w:ascii="Sakkal Majalla" w:hAnsi="Sakkal Majalla" w:cs="Sakkal Majalla" w:hint="cs"/>
          <w:szCs w:val="28"/>
          <w:rtl/>
        </w:rPr>
        <w:t>وقتًا</w:t>
      </w:r>
      <w:r w:rsidRPr="006D18F1">
        <w:rPr>
          <w:rFonts w:ascii="Sakkal Majalla" w:hAnsi="Sakkal Majalla" w:cs="Sakkal Majalla"/>
          <w:szCs w:val="28"/>
          <w:rtl/>
        </w:rPr>
        <w:t xml:space="preserve"> </w:t>
      </w:r>
      <w:r w:rsidRPr="006D18F1">
        <w:rPr>
          <w:rFonts w:ascii="Sakkal Majalla" w:hAnsi="Sakkal Majalla" w:cs="Sakkal Majalla" w:hint="cs"/>
          <w:szCs w:val="28"/>
          <w:rtl/>
        </w:rPr>
        <w:t>لينمو،</w:t>
      </w:r>
      <w:r w:rsidRPr="006D18F1">
        <w:rPr>
          <w:rFonts w:ascii="Sakkal Majalla" w:hAnsi="Sakkal Majalla" w:cs="Sakkal Majalla"/>
          <w:szCs w:val="28"/>
          <w:rtl/>
        </w:rPr>
        <w:t xml:space="preserve"> </w:t>
      </w:r>
      <w:r w:rsidRPr="006D18F1">
        <w:rPr>
          <w:rFonts w:ascii="Sakkal Majalla" w:hAnsi="Sakkal Majalla" w:cs="Sakkal Majalla" w:hint="cs"/>
          <w:szCs w:val="28"/>
          <w:rtl/>
        </w:rPr>
        <w:t>وتحميه</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تسارع</w:t>
      </w:r>
      <w:r w:rsidRPr="006D18F1">
        <w:rPr>
          <w:rFonts w:ascii="Sakkal Majalla" w:hAnsi="Sakkal Majalla" w:cs="Sakkal Majalla"/>
          <w:szCs w:val="28"/>
          <w:rtl/>
        </w:rPr>
        <w:t xml:space="preserve"> </w:t>
      </w:r>
      <w:r w:rsidRPr="006D18F1">
        <w:rPr>
          <w:rFonts w:ascii="Sakkal Majalla" w:hAnsi="Sakkal Majalla" w:cs="Sakkal Majalla" w:hint="cs"/>
          <w:szCs w:val="28"/>
          <w:rtl/>
        </w:rPr>
        <w:t>الإنجاز</w:t>
      </w:r>
      <w:r w:rsidRPr="006D18F1">
        <w:rPr>
          <w:rFonts w:ascii="Sakkal Majalla" w:hAnsi="Sakkal Majalla" w:cs="Sakkal Majalla"/>
          <w:szCs w:val="28"/>
          <w:rtl/>
        </w:rPr>
        <w:t xml:space="preserve"> </w:t>
      </w:r>
      <w:r w:rsidRPr="006D18F1">
        <w:rPr>
          <w:rFonts w:ascii="Sakkal Majalla" w:hAnsi="Sakkal Majalla" w:cs="Sakkal Majalla" w:hint="cs"/>
          <w:szCs w:val="28"/>
          <w:rtl/>
        </w:rPr>
        <w:t>الإداري</w:t>
      </w:r>
      <w:r w:rsidRPr="006D18F1">
        <w:rPr>
          <w:rFonts w:ascii="Sakkal Majalla" w:hAnsi="Sakkal Majalla" w:cs="Sakkal Majalla"/>
          <w:szCs w:val="28"/>
          <w:rtl/>
        </w:rPr>
        <w:t>."</w:t>
      </w:r>
    </w:p>
    <w:p w14:paraId="1707165E" w14:textId="77777777"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lastRenderedPageBreak/>
        <w:t>هذه</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المضامين</w:t>
      </w:r>
      <w:r w:rsidRPr="006D18F1">
        <w:rPr>
          <w:rFonts w:ascii="Sakkal Majalla" w:hAnsi="Sakkal Majalla" w:cs="Sakkal Majalla"/>
          <w:szCs w:val="28"/>
          <w:rtl/>
        </w:rPr>
        <w:t xml:space="preserve"> </w:t>
      </w:r>
      <w:r w:rsidRPr="006D18F1">
        <w:rPr>
          <w:rFonts w:ascii="Sakkal Majalla" w:hAnsi="Sakkal Majalla" w:cs="Sakkal Majalla" w:hint="cs"/>
          <w:szCs w:val="28"/>
          <w:rtl/>
        </w:rPr>
        <w:t>تدعم</w:t>
      </w:r>
      <w:r w:rsidRPr="006D18F1">
        <w:rPr>
          <w:rFonts w:ascii="Sakkal Majalla" w:hAnsi="Sakkal Majalla" w:cs="Sakkal Majalla"/>
          <w:szCs w:val="28"/>
          <w:rtl/>
        </w:rPr>
        <w:t xml:space="preserve"> </w:t>
      </w:r>
      <w:r w:rsidRPr="006D18F1">
        <w:rPr>
          <w:rFonts w:ascii="Sakkal Majalla" w:hAnsi="Sakkal Majalla" w:cs="Sakkal Majalla" w:hint="cs"/>
          <w:szCs w:val="28"/>
          <w:rtl/>
        </w:rPr>
        <w:t>الفرضيتين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الثالثة</w:t>
      </w:r>
      <w:r w:rsidRPr="006D18F1">
        <w:rPr>
          <w:rFonts w:ascii="Sakkal Majalla" w:hAnsi="Sakkal Majalla" w:cs="Sakkal Majalla"/>
          <w:szCs w:val="28"/>
          <w:rtl/>
        </w:rPr>
        <w:t xml:space="preserve"> </w:t>
      </w:r>
      <w:r w:rsidRPr="006D18F1">
        <w:rPr>
          <w:rFonts w:ascii="Sakkal Majalla" w:hAnsi="Sakkal Majalla" w:cs="Sakkal Majalla" w:hint="cs"/>
          <w:szCs w:val="28"/>
          <w:rtl/>
        </w:rPr>
        <w:t>والخامسة،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اللتين</w:t>
      </w:r>
      <w:r w:rsidRPr="006D18F1">
        <w:rPr>
          <w:rFonts w:ascii="Sakkal Majalla" w:hAnsi="Sakkal Majalla" w:cs="Sakkal Majalla"/>
          <w:szCs w:val="28"/>
          <w:rtl/>
        </w:rPr>
        <w:t xml:space="preserve"> </w:t>
      </w:r>
      <w:r w:rsidRPr="006D18F1">
        <w:rPr>
          <w:rFonts w:ascii="Sakkal Majalla" w:hAnsi="Sakkal Majalla" w:cs="Sakkal Majalla" w:hint="cs"/>
          <w:szCs w:val="28"/>
          <w:rtl/>
        </w:rPr>
        <w:t>تربطان</w:t>
      </w:r>
      <w:r w:rsidRPr="006D18F1">
        <w:rPr>
          <w:rFonts w:ascii="Sakkal Majalla" w:hAnsi="Sakkal Majalla" w:cs="Sakkal Majalla"/>
          <w:szCs w:val="28"/>
          <w:rtl/>
        </w:rPr>
        <w:t xml:space="preserve"> </w:t>
      </w:r>
      <w:r w:rsidRPr="006D18F1">
        <w:rPr>
          <w:rFonts w:ascii="Sakkal Majalla" w:hAnsi="Sakkal Majalla" w:cs="Sakkal Majalla" w:hint="cs"/>
          <w:szCs w:val="28"/>
          <w:rtl/>
        </w:rPr>
        <w:t>بين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التكامل،</w:t>
      </w:r>
      <w:r w:rsidRPr="006D18F1">
        <w:rPr>
          <w:rFonts w:ascii="Sakkal Majalla" w:hAnsi="Sakkal Majalla" w:cs="Sakkal Majalla"/>
          <w:szCs w:val="28"/>
          <w:rtl/>
        </w:rPr>
        <w:t xml:space="preserve"> </w:t>
      </w:r>
      <w:r w:rsidRPr="006D18F1">
        <w:rPr>
          <w:rFonts w:ascii="Sakkal Majalla" w:hAnsi="Sakkal Majalla" w:cs="Sakkal Majalla" w:hint="cs"/>
          <w:szCs w:val="28"/>
          <w:rtl/>
        </w:rPr>
        <w:t>وجودة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العلاقة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التعاقدية،</w:t>
      </w:r>
      <w:r w:rsidRPr="006D18F1">
        <w:rPr>
          <w:rFonts w:ascii="Sakkal Majalla" w:hAnsi="Sakkal Majalla" w:cs="Sakkal Majalla"/>
          <w:szCs w:val="28"/>
          <w:rtl/>
        </w:rPr>
        <w:t xml:space="preserve"> </w:t>
      </w:r>
      <w:r w:rsidRPr="006D18F1">
        <w:rPr>
          <w:rFonts w:ascii="Sakkal Majalla" w:hAnsi="Sakkal Majalla" w:cs="Sakkal Majalla" w:hint="cs"/>
          <w:szCs w:val="28"/>
          <w:rtl/>
        </w:rPr>
        <w:t>ونضج</w:t>
      </w:r>
      <w:r w:rsidRPr="006D18F1">
        <w:rPr>
          <w:rFonts w:ascii="Sakkal Majalla" w:hAnsi="Sakkal Majalla" w:cs="Sakkal Majalla"/>
          <w:szCs w:val="28"/>
          <w:rtl/>
        </w:rPr>
        <w:t xml:space="preserve"> </w:t>
      </w:r>
      <w:r w:rsidRPr="006D18F1">
        <w:rPr>
          <w:rFonts w:ascii="Sakkal Majalla" w:hAnsi="Sakkal Majalla" w:cs="Sakkal Majalla" w:hint="cs"/>
          <w:szCs w:val="28"/>
          <w:rtl/>
        </w:rPr>
        <w:t>الجهة</w:t>
      </w:r>
      <w:r w:rsidRPr="006D18F1">
        <w:rPr>
          <w:rFonts w:ascii="Sakkal Majalla" w:hAnsi="Sakkal Majalla" w:cs="Sakkal Majalla"/>
          <w:szCs w:val="28"/>
          <w:rtl/>
        </w:rPr>
        <w:t xml:space="preserve">. </w:t>
      </w:r>
      <w:r w:rsidRPr="006D18F1">
        <w:rPr>
          <w:rFonts w:ascii="Sakkal Majalla" w:hAnsi="Sakkal Majalla" w:cs="Sakkal Majalla" w:hint="cs"/>
          <w:szCs w:val="28"/>
          <w:rtl/>
        </w:rPr>
        <w:t>وتوضح</w:t>
      </w:r>
      <w:r w:rsidRPr="006D18F1">
        <w:rPr>
          <w:rFonts w:ascii="Sakkal Majalla" w:hAnsi="Sakkal Majalla" w:cs="Sakkal Majalla"/>
          <w:szCs w:val="28"/>
          <w:rtl/>
        </w:rPr>
        <w:t xml:space="preserve"> </w:t>
      </w:r>
      <w:r w:rsidRPr="006D18F1">
        <w:rPr>
          <w:rFonts w:ascii="Sakkal Majalla" w:hAnsi="Sakkal Majalla" w:cs="Sakkal Majalla" w:hint="cs"/>
          <w:szCs w:val="28"/>
          <w:rtl/>
        </w:rPr>
        <w:t>كذلك</w:t>
      </w:r>
      <w:r w:rsidRPr="006D18F1">
        <w:rPr>
          <w:rFonts w:ascii="Sakkal Majalla" w:hAnsi="Sakkal Majalla" w:cs="Sakkal Majalla"/>
          <w:szCs w:val="28"/>
          <w:rtl/>
        </w:rPr>
        <w:t xml:space="preserve"> </w:t>
      </w:r>
      <w:r w:rsidRPr="006D18F1">
        <w:rPr>
          <w:rFonts w:ascii="Sakkal Majalla" w:hAnsi="Sakkal Majalla" w:cs="Sakkal Majalla" w:hint="cs"/>
          <w:szCs w:val="28"/>
          <w:rtl/>
        </w:rPr>
        <w:t>أن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العلاقة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التعاقدية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المصممة</w:t>
      </w:r>
      <w:r w:rsidRPr="006D18F1">
        <w:rPr>
          <w:rFonts w:ascii="Sakkal Majalla" w:hAnsi="Sakkal Majalla" w:cs="Sakkal Majalla"/>
          <w:szCs w:val="28"/>
          <w:rtl/>
        </w:rPr>
        <w:t xml:space="preserve"> </w:t>
      </w:r>
      <w:r w:rsidRPr="006D18F1">
        <w:rPr>
          <w:rFonts w:ascii="Sakkal Majalla" w:hAnsi="Sakkal Majalla" w:cs="Sakkal Majalla" w:hint="cs"/>
          <w:szCs w:val="28"/>
          <w:rtl/>
        </w:rPr>
        <w:t>بذكاء</w:t>
      </w:r>
      <w:r w:rsidRPr="006D18F1">
        <w:rPr>
          <w:rFonts w:ascii="Sakkal Majalla" w:hAnsi="Sakkal Majalla" w:cs="Sakkal Majalla"/>
          <w:szCs w:val="28"/>
          <w:rtl/>
        </w:rPr>
        <w:t xml:space="preserve"> </w:t>
      </w:r>
      <w:r w:rsidRPr="006D18F1">
        <w:rPr>
          <w:rFonts w:ascii="Sakkal Majalla" w:hAnsi="Sakkal Majalla" w:cs="Sakkal Majalla" w:hint="cs"/>
          <w:szCs w:val="28"/>
          <w:rtl/>
        </w:rPr>
        <w:t>تسهم</w:t>
      </w:r>
      <w:r w:rsidRPr="006D18F1">
        <w:rPr>
          <w:rFonts w:ascii="Sakkal Majalla" w:hAnsi="Sakkal Majalla" w:cs="Sakkal Majalla"/>
          <w:szCs w:val="28"/>
          <w:rtl/>
        </w:rPr>
        <w:t xml:space="preserve"> </w:t>
      </w:r>
      <w:r w:rsidRPr="006D18F1">
        <w:rPr>
          <w:rFonts w:ascii="Sakkal Majalla" w:hAnsi="Sakkal Majalla" w:cs="Sakkal Majalla" w:hint="cs"/>
          <w:szCs w:val="28"/>
          <w:rtl/>
        </w:rPr>
        <w:t>في</w:t>
      </w:r>
      <w:r w:rsidRPr="006D18F1">
        <w:rPr>
          <w:rFonts w:ascii="Sakkal Majalla" w:hAnsi="Sakkal Majalla" w:cs="Sakkal Majalla"/>
          <w:szCs w:val="28"/>
          <w:rtl/>
        </w:rPr>
        <w:t xml:space="preserve"> </w:t>
      </w:r>
      <w:r w:rsidRPr="006D18F1">
        <w:rPr>
          <w:rFonts w:ascii="Sakkal Majalla" w:hAnsi="Sakkal Majalla" w:cs="Sakkal Majalla" w:hint="cs"/>
          <w:szCs w:val="28"/>
          <w:rtl/>
        </w:rPr>
        <w:t>رفع</w:t>
      </w:r>
      <w:r w:rsidRPr="006D18F1">
        <w:rPr>
          <w:rFonts w:ascii="Sakkal Majalla" w:hAnsi="Sakkal Majalla" w:cs="Sakkal Majalla"/>
          <w:szCs w:val="28"/>
          <w:rtl/>
        </w:rPr>
        <w:t xml:space="preserve"> </w:t>
      </w:r>
      <w:r w:rsidRPr="006D18F1">
        <w:rPr>
          <w:rFonts w:ascii="Sakkal Majalla" w:hAnsi="Sakkal Majalla" w:cs="Sakkal Majalla" w:hint="cs"/>
          <w:szCs w:val="28"/>
          <w:rtl/>
        </w:rPr>
        <w:t>القدرة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الامتصاصية،</w:t>
      </w:r>
      <w:r w:rsidRPr="006D18F1">
        <w:rPr>
          <w:rFonts w:ascii="Sakkal Majalla" w:hAnsi="Sakkal Majalla" w:cs="Sakkal Majalla"/>
          <w:szCs w:val="28"/>
          <w:rtl/>
        </w:rPr>
        <w:t xml:space="preserve"> </w:t>
      </w:r>
      <w:r w:rsidRPr="006D18F1">
        <w:rPr>
          <w:rFonts w:ascii="Sakkal Majalla" w:hAnsi="Sakkal Majalla" w:cs="Sakkal Majalla" w:hint="cs"/>
          <w:szCs w:val="28"/>
          <w:rtl/>
        </w:rPr>
        <w:t>عبر</w:t>
      </w:r>
      <w:r w:rsidRPr="006D18F1">
        <w:rPr>
          <w:rFonts w:ascii="Sakkal Majalla" w:hAnsi="Sakkal Majalla" w:cs="Sakkal Majalla"/>
          <w:szCs w:val="28"/>
          <w:rtl/>
        </w:rPr>
        <w:t xml:space="preserve"> </w:t>
      </w:r>
      <w:r w:rsidRPr="006D18F1">
        <w:rPr>
          <w:rFonts w:ascii="Sakkal Majalla" w:hAnsi="Sakkal Majalla" w:cs="Sakkal Majalla" w:hint="cs"/>
          <w:szCs w:val="28"/>
          <w:rtl/>
        </w:rPr>
        <w:t>تمكين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الفرق</w:t>
      </w:r>
      <w:r w:rsidRPr="006D18F1">
        <w:rPr>
          <w:rFonts w:ascii="Sakkal Majalla" w:hAnsi="Sakkal Majalla" w:cs="Sakkal Majalla"/>
          <w:szCs w:val="28"/>
          <w:rtl/>
        </w:rPr>
        <w:t xml:space="preserve"> </w:t>
      </w:r>
      <w:r w:rsidRPr="006D18F1">
        <w:rPr>
          <w:rFonts w:ascii="Sakkal Majalla" w:hAnsi="Sakkal Majalla" w:cs="Sakkal Majalla" w:hint="cs"/>
          <w:szCs w:val="28"/>
          <w:rtl/>
        </w:rPr>
        <w:t>الحكومية</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المشاركة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الفعلية</w:t>
      </w:r>
      <w:r w:rsidRPr="006D18F1">
        <w:rPr>
          <w:rFonts w:ascii="Sakkal Majalla" w:hAnsi="Sakkal Majalla" w:cs="Sakkal Majalla"/>
          <w:szCs w:val="28"/>
          <w:rtl/>
        </w:rPr>
        <w:t xml:space="preserve"> </w:t>
      </w:r>
      <w:r w:rsidRPr="006D18F1">
        <w:rPr>
          <w:rFonts w:ascii="Sakkal Majalla" w:hAnsi="Sakkal Majalla" w:cs="Sakkal Majalla" w:hint="cs"/>
          <w:szCs w:val="28"/>
          <w:rtl/>
        </w:rPr>
        <w:t>واستيعاب</w:t>
      </w:r>
      <w:r w:rsidRPr="006D18F1">
        <w:rPr>
          <w:rFonts w:ascii="Sakkal Majalla" w:hAnsi="Sakkal Majalla" w:cs="Sakkal Majalla"/>
          <w:szCs w:val="28"/>
          <w:rtl/>
        </w:rPr>
        <w:t xml:space="preserve"> </w:t>
      </w:r>
      <w:r w:rsidRPr="006D18F1">
        <w:rPr>
          <w:rFonts w:ascii="Sakkal Majalla" w:hAnsi="Sakkal Majalla" w:cs="Sakkal Majalla" w:hint="cs"/>
          <w:szCs w:val="28"/>
          <w:rtl/>
        </w:rPr>
        <w:t>الخبرات</w:t>
      </w:r>
      <w:r w:rsidRPr="006D18F1">
        <w:rPr>
          <w:rFonts w:ascii="Sakkal Majalla" w:hAnsi="Sakkal Majalla" w:cs="Sakkal Majalla"/>
          <w:szCs w:val="28"/>
          <w:rtl/>
        </w:rPr>
        <w:t xml:space="preserve"> </w:t>
      </w:r>
      <w:r w:rsidRPr="006D18F1">
        <w:rPr>
          <w:rFonts w:ascii="Sakkal Majalla" w:hAnsi="Sakkal Majalla" w:cs="Sakkal Majalla" w:hint="cs"/>
          <w:szCs w:val="28"/>
          <w:rtl/>
        </w:rPr>
        <w:t>خلال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المشروع</w:t>
      </w:r>
      <w:r w:rsidRPr="006D18F1">
        <w:rPr>
          <w:rFonts w:ascii="Sakkal Majalla" w:hAnsi="Sakkal Majalla" w:cs="Sakkal Majalla"/>
          <w:szCs w:val="28"/>
          <w:rtl/>
        </w:rPr>
        <w:t>.</w:t>
      </w:r>
    </w:p>
    <w:p w14:paraId="05F1D351" w14:textId="77777777" w:rsidR="006D18F1" w:rsidRPr="006D18F1" w:rsidRDefault="006D18F1" w:rsidP="00634497">
      <w:pPr>
        <w:bidi/>
        <w:spacing w:line="360" w:lineRule="auto"/>
        <w:jc w:val="lowKashida"/>
        <w:rPr>
          <w:rFonts w:ascii="Sakkal Majalla" w:hAnsi="Sakkal Majalla" w:cs="Sakkal Majalla"/>
          <w:szCs w:val="28"/>
        </w:rPr>
      </w:pPr>
    </w:p>
    <w:p w14:paraId="294482A0" w14:textId="77777777" w:rsidR="006D18F1" w:rsidRPr="00A36D93" w:rsidRDefault="006D18F1" w:rsidP="00634497">
      <w:pPr>
        <w:bidi/>
        <w:spacing w:line="360" w:lineRule="auto"/>
        <w:jc w:val="lowKashida"/>
        <w:rPr>
          <w:rFonts w:ascii="Sakkal Majalla" w:hAnsi="Sakkal Majalla" w:cs="Sakkal Majalla"/>
          <w:b/>
          <w:bCs/>
          <w:sz w:val="32"/>
          <w:szCs w:val="32"/>
        </w:rPr>
      </w:pPr>
      <w:r w:rsidRPr="00A36D93">
        <w:rPr>
          <w:rFonts w:ascii="Sakkal Majalla" w:hAnsi="Sakkal Majalla" w:cs="Sakkal Majalla"/>
          <w:b/>
          <w:bCs/>
          <w:sz w:val="32"/>
          <w:szCs w:val="32"/>
          <w:rtl/>
        </w:rPr>
        <w:t xml:space="preserve">4.4.4 </w:t>
      </w:r>
      <w:r w:rsidRPr="00A36D93">
        <w:rPr>
          <w:rFonts w:ascii="Sakkal Majalla" w:hAnsi="Sakkal Majalla" w:cs="Sakkal Majalla" w:hint="cs"/>
          <w:b/>
          <w:bCs/>
          <w:sz w:val="32"/>
          <w:szCs w:val="32"/>
          <w:rtl/>
        </w:rPr>
        <w:t>ثقافة</w:t>
      </w:r>
      <w:r w:rsidRPr="00A36D93">
        <w:rPr>
          <w:rFonts w:ascii="Sakkal Majalla" w:hAnsi="Sakkal Majalla" w:cs="Sakkal Majalla"/>
          <w:b/>
          <w:bCs/>
          <w:sz w:val="32"/>
          <w:szCs w:val="32"/>
          <w:rtl/>
        </w:rPr>
        <w:t xml:space="preserve"> </w:t>
      </w:r>
      <w:r w:rsidRPr="00A36D93">
        <w:rPr>
          <w:rFonts w:ascii="Sakkal Majalla" w:hAnsi="Sakkal Majalla" w:cs="Sakkal Majalla" w:hint="cs"/>
          <w:b/>
          <w:bCs/>
          <w:sz w:val="32"/>
          <w:szCs w:val="32"/>
          <w:rtl/>
        </w:rPr>
        <w:t>الابتكار</w:t>
      </w:r>
      <w:r w:rsidRPr="00A36D93">
        <w:rPr>
          <w:rFonts w:ascii="Sakkal Majalla" w:hAnsi="Sakkal Majalla" w:cs="Sakkal Majalla"/>
          <w:b/>
          <w:bCs/>
          <w:sz w:val="32"/>
          <w:szCs w:val="32"/>
          <w:rtl/>
        </w:rPr>
        <w:t xml:space="preserve"> </w:t>
      </w:r>
      <w:r w:rsidRPr="00A36D93">
        <w:rPr>
          <w:rFonts w:ascii="Sakkal Majalla" w:hAnsi="Sakkal Majalla" w:cs="Sakkal Majalla" w:hint="cs"/>
          <w:b/>
          <w:bCs/>
          <w:sz w:val="32"/>
          <w:szCs w:val="32"/>
          <w:rtl/>
        </w:rPr>
        <w:t>والوعي</w:t>
      </w:r>
      <w:r w:rsidRPr="00A36D93">
        <w:rPr>
          <w:rFonts w:ascii="Sakkal Majalla" w:hAnsi="Sakkal Majalla" w:cs="Sakkal Majalla"/>
          <w:b/>
          <w:bCs/>
          <w:sz w:val="32"/>
          <w:szCs w:val="32"/>
          <w:rtl/>
        </w:rPr>
        <w:t xml:space="preserve"> </w:t>
      </w:r>
      <w:r w:rsidRPr="00A36D93">
        <w:rPr>
          <w:rFonts w:ascii="Sakkal Majalla" w:hAnsi="Sakkal Majalla" w:cs="Sakkal Majalla" w:hint="cs"/>
          <w:b/>
          <w:bCs/>
          <w:sz w:val="32"/>
          <w:szCs w:val="32"/>
          <w:rtl/>
        </w:rPr>
        <w:t>المؤسسي</w:t>
      </w:r>
    </w:p>
    <w:p w14:paraId="633C015B" w14:textId="102D3B72"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تكرر</w:t>
      </w:r>
      <w:r w:rsidRPr="006D18F1">
        <w:rPr>
          <w:rFonts w:ascii="Sakkal Majalla" w:hAnsi="Sakkal Majalla" w:cs="Sakkal Majalla"/>
          <w:szCs w:val="28"/>
          <w:rtl/>
        </w:rPr>
        <w:t xml:space="preserve"> </w:t>
      </w:r>
      <w:r w:rsidRPr="006D18F1">
        <w:rPr>
          <w:rFonts w:ascii="Sakkal Majalla" w:hAnsi="Sakkal Majalla" w:cs="Sakkal Majalla" w:hint="cs"/>
          <w:szCs w:val="28"/>
          <w:rtl/>
        </w:rPr>
        <w:t>في</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المقابلة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التأكيد</w:t>
      </w:r>
      <w:r w:rsidRPr="006D18F1">
        <w:rPr>
          <w:rFonts w:ascii="Sakkal Majalla" w:hAnsi="Sakkal Majalla" w:cs="Sakkal Majalla"/>
          <w:szCs w:val="28"/>
          <w:rtl/>
        </w:rPr>
        <w:t xml:space="preserve"> </w:t>
      </w:r>
      <w:r w:rsidRPr="006D18F1">
        <w:rPr>
          <w:rFonts w:ascii="Sakkal Majalla" w:hAnsi="Sakkal Majalla" w:cs="Sakkal Majalla" w:hint="cs"/>
          <w:szCs w:val="28"/>
          <w:rtl/>
        </w:rPr>
        <w:t>على</w:t>
      </w:r>
      <w:r w:rsidRPr="006D18F1">
        <w:rPr>
          <w:rFonts w:ascii="Sakkal Majalla" w:hAnsi="Sakkal Majalla" w:cs="Sakkal Majalla"/>
          <w:szCs w:val="28"/>
          <w:rtl/>
        </w:rPr>
        <w:t xml:space="preserve"> </w:t>
      </w:r>
      <w:r w:rsidRPr="006D18F1">
        <w:rPr>
          <w:rFonts w:ascii="Sakkal Majalla" w:hAnsi="Sakkal Majalla" w:cs="Sakkal Majalla" w:hint="cs"/>
          <w:szCs w:val="28"/>
          <w:rtl/>
        </w:rPr>
        <w:t>أن</w:t>
      </w:r>
      <w:r w:rsidRPr="006D18F1">
        <w:rPr>
          <w:rFonts w:ascii="Sakkal Majalla" w:hAnsi="Sakkal Majalla" w:cs="Sakkal Majalla"/>
          <w:szCs w:val="28"/>
          <w:rtl/>
        </w:rPr>
        <w:t xml:space="preserve"> </w:t>
      </w:r>
      <w:r w:rsidRPr="006D18F1">
        <w:rPr>
          <w:rFonts w:ascii="Sakkal Majalla" w:hAnsi="Sakkal Majalla" w:cs="Sakkal Majalla" w:hint="cs"/>
          <w:szCs w:val="28"/>
          <w:rtl/>
        </w:rPr>
        <w:t>ثقافة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الابتكار</w:t>
      </w:r>
      <w:r w:rsidRPr="006D18F1">
        <w:rPr>
          <w:rFonts w:ascii="Sakkal Majalla" w:hAnsi="Sakkal Majalla" w:cs="Sakkal Majalla"/>
          <w:szCs w:val="28"/>
          <w:rtl/>
        </w:rPr>
        <w:t xml:space="preserve"> </w:t>
      </w:r>
      <w:r w:rsidRPr="006D18F1">
        <w:rPr>
          <w:rFonts w:ascii="Sakkal Majalla" w:hAnsi="Sakkal Majalla" w:cs="Sakkal Majalla" w:hint="cs"/>
          <w:szCs w:val="28"/>
          <w:rtl/>
        </w:rPr>
        <w:t>تبدأ</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القيادة،</w:t>
      </w:r>
      <w:r w:rsidRPr="006D18F1">
        <w:rPr>
          <w:rFonts w:ascii="Sakkal Majalla" w:hAnsi="Sakkal Majalla" w:cs="Sakkal Majalla"/>
          <w:szCs w:val="28"/>
          <w:rtl/>
        </w:rPr>
        <w:t xml:space="preserve"> </w:t>
      </w:r>
      <w:r w:rsidRPr="006D18F1">
        <w:rPr>
          <w:rFonts w:ascii="Sakkal Majalla" w:hAnsi="Sakkal Majalla" w:cs="Sakkal Majalla" w:hint="cs"/>
          <w:szCs w:val="28"/>
          <w:rtl/>
        </w:rPr>
        <w:t>حيث</w:t>
      </w:r>
      <w:r w:rsidRPr="006D18F1">
        <w:rPr>
          <w:rFonts w:ascii="Sakkal Majalla" w:hAnsi="Sakkal Majalla" w:cs="Sakkal Majalla"/>
          <w:szCs w:val="28"/>
          <w:rtl/>
        </w:rPr>
        <w:t xml:space="preserve"> </w:t>
      </w:r>
      <w:r w:rsidRPr="006D18F1">
        <w:rPr>
          <w:rFonts w:ascii="Sakkal Majalla" w:hAnsi="Sakkal Majalla" w:cs="Sakkal Majalla" w:hint="cs"/>
          <w:szCs w:val="28"/>
          <w:rtl/>
        </w:rPr>
        <w:t>قال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المتحدث</w:t>
      </w:r>
      <w:r w:rsidRPr="006D18F1">
        <w:rPr>
          <w:rFonts w:ascii="Sakkal Majalla" w:hAnsi="Sakkal Majalla" w:cs="Sakkal Majalla"/>
          <w:szCs w:val="28"/>
          <w:rtl/>
        </w:rPr>
        <w:t>:</w:t>
      </w:r>
    </w:p>
    <w:p w14:paraId="59DC0988" w14:textId="324E454E" w:rsidR="006D18F1" w:rsidRPr="00A36D93"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szCs w:val="28"/>
          <w:rtl/>
        </w:rPr>
        <w:t>"</w:t>
      </w:r>
      <w:r w:rsidRPr="006D18F1">
        <w:rPr>
          <w:rFonts w:ascii="Sakkal Majalla" w:hAnsi="Sakkal Majalla" w:cs="Sakkal Majalla" w:hint="cs"/>
          <w:szCs w:val="28"/>
          <w:rtl/>
        </w:rPr>
        <w:t>الابتكار</w:t>
      </w:r>
      <w:r w:rsidRPr="006D18F1">
        <w:rPr>
          <w:rFonts w:ascii="Sakkal Majalla" w:hAnsi="Sakkal Majalla" w:cs="Sakkal Majalla"/>
          <w:szCs w:val="28"/>
          <w:rtl/>
        </w:rPr>
        <w:t xml:space="preserve"> </w:t>
      </w:r>
      <w:r w:rsidRPr="006D18F1">
        <w:rPr>
          <w:rFonts w:ascii="Sakkal Majalla" w:hAnsi="Sakkal Majalla" w:cs="Sakkal Majalla" w:hint="cs"/>
          <w:szCs w:val="28"/>
          <w:rtl/>
        </w:rPr>
        <w:t>ليس</w:t>
      </w:r>
      <w:r w:rsidRPr="006D18F1">
        <w:rPr>
          <w:rFonts w:ascii="Sakkal Majalla" w:hAnsi="Sakkal Majalla" w:cs="Sakkal Majalla"/>
          <w:szCs w:val="28"/>
          <w:rtl/>
        </w:rPr>
        <w:t xml:space="preserve"> </w:t>
      </w:r>
      <w:r w:rsidRPr="006D18F1">
        <w:rPr>
          <w:rFonts w:ascii="Sakkal Majalla" w:hAnsi="Sakkal Majalla" w:cs="Sakkal Majalla" w:hint="cs"/>
          <w:szCs w:val="28"/>
          <w:rtl/>
        </w:rPr>
        <w:t>تحسين</w:t>
      </w:r>
      <w:r w:rsidRPr="006D18F1">
        <w:rPr>
          <w:rFonts w:ascii="Sakkal Majalla" w:hAnsi="Sakkal Majalla" w:cs="Sakkal Majalla"/>
          <w:szCs w:val="28"/>
          <w:rtl/>
        </w:rPr>
        <w:t xml:space="preserve"> </w:t>
      </w:r>
      <w:r w:rsidRPr="006D18F1">
        <w:rPr>
          <w:rFonts w:ascii="Sakkal Majalla" w:hAnsi="Sakkal Majalla" w:cs="Sakkal Majalla" w:hint="cs"/>
          <w:szCs w:val="28"/>
          <w:rtl/>
        </w:rPr>
        <w:t>خدمات،</w:t>
      </w:r>
      <w:r w:rsidRPr="006D18F1">
        <w:rPr>
          <w:rFonts w:ascii="Sakkal Majalla" w:hAnsi="Sakkal Majalla" w:cs="Sakkal Majalla"/>
          <w:szCs w:val="28"/>
          <w:rtl/>
        </w:rPr>
        <w:t xml:space="preserve"> </w:t>
      </w:r>
      <w:r w:rsidRPr="006D18F1">
        <w:rPr>
          <w:rFonts w:ascii="Sakkal Majalla" w:hAnsi="Sakkal Majalla" w:cs="Sakkal Majalla" w:hint="cs"/>
          <w:szCs w:val="28"/>
          <w:rtl/>
        </w:rPr>
        <w:t>هو</w:t>
      </w:r>
      <w:r w:rsidRPr="006D18F1">
        <w:rPr>
          <w:rFonts w:ascii="Sakkal Majalla" w:hAnsi="Sakkal Majalla" w:cs="Sakkal Majalla"/>
          <w:szCs w:val="28"/>
          <w:rtl/>
        </w:rPr>
        <w:t xml:space="preserve"> </w:t>
      </w:r>
      <w:r w:rsidRPr="006D18F1">
        <w:rPr>
          <w:rFonts w:ascii="Sakkal Majalla" w:hAnsi="Sakkal Majalla" w:cs="Sakkal Majalla" w:hint="cs"/>
          <w:szCs w:val="28"/>
          <w:rtl/>
        </w:rPr>
        <w:t>وسيلة</w:t>
      </w:r>
      <w:r w:rsidRPr="006D18F1">
        <w:rPr>
          <w:rFonts w:ascii="Sakkal Majalla" w:hAnsi="Sakkal Majalla" w:cs="Sakkal Majalla"/>
          <w:szCs w:val="28"/>
          <w:rtl/>
        </w:rPr>
        <w:t xml:space="preserve"> </w:t>
      </w:r>
      <w:r w:rsidRPr="006D18F1">
        <w:rPr>
          <w:rFonts w:ascii="Sakkal Majalla" w:hAnsi="Sakkal Majalla" w:cs="Sakkal Majalla" w:hint="cs"/>
          <w:szCs w:val="28"/>
          <w:rtl/>
        </w:rPr>
        <w:t>لجعل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الحياة</w:t>
      </w:r>
      <w:r w:rsidRPr="006D18F1">
        <w:rPr>
          <w:rFonts w:ascii="Sakkal Majalla" w:hAnsi="Sakkal Majalla" w:cs="Sakkal Majalla"/>
          <w:szCs w:val="28"/>
          <w:rtl/>
        </w:rPr>
        <w:t xml:space="preserve"> </w:t>
      </w:r>
      <w:r w:rsidRPr="006D18F1">
        <w:rPr>
          <w:rFonts w:ascii="Sakkal Majalla" w:hAnsi="Sakkal Majalla" w:cs="Sakkal Majalla" w:hint="cs"/>
          <w:szCs w:val="28"/>
          <w:rtl/>
        </w:rPr>
        <w:t>أفضل،</w:t>
      </w:r>
      <w:r w:rsidRPr="006D18F1">
        <w:rPr>
          <w:rFonts w:ascii="Sakkal Majalla" w:hAnsi="Sakkal Majalla" w:cs="Sakkal Majalla"/>
          <w:szCs w:val="28"/>
          <w:rtl/>
        </w:rPr>
        <w:t xml:space="preserve"> </w:t>
      </w:r>
      <w:r w:rsidRPr="006D18F1">
        <w:rPr>
          <w:rFonts w:ascii="Sakkal Majalla" w:hAnsi="Sakkal Majalla" w:cs="Sakkal Majalla" w:hint="cs"/>
          <w:szCs w:val="28"/>
          <w:rtl/>
        </w:rPr>
        <w:t>وهذه</w:t>
      </w:r>
      <w:r w:rsidRPr="006D18F1">
        <w:rPr>
          <w:rFonts w:ascii="Sakkal Majalla" w:hAnsi="Sakkal Majalla" w:cs="Sakkal Majalla"/>
          <w:szCs w:val="28"/>
          <w:rtl/>
        </w:rPr>
        <w:t xml:space="preserve"> </w:t>
      </w:r>
      <w:r w:rsidRPr="006D18F1">
        <w:rPr>
          <w:rFonts w:ascii="Sakkal Majalla" w:hAnsi="Sakkal Majalla" w:cs="Sakkal Majalla" w:hint="cs"/>
          <w:szCs w:val="28"/>
          <w:rtl/>
        </w:rPr>
        <w:t>فلسفة</w:t>
      </w:r>
      <w:r w:rsidRPr="006D18F1">
        <w:rPr>
          <w:rFonts w:ascii="Sakkal Majalla" w:hAnsi="Sakkal Majalla" w:cs="Sakkal Majalla"/>
          <w:szCs w:val="28"/>
          <w:rtl/>
        </w:rPr>
        <w:t xml:space="preserve"> </w:t>
      </w:r>
      <w:r w:rsidRPr="006D18F1">
        <w:rPr>
          <w:rFonts w:ascii="Sakkal Majalla" w:hAnsi="Sakkal Majalla" w:cs="Sakkal Majalla" w:hint="cs"/>
          <w:szCs w:val="28"/>
          <w:rtl/>
        </w:rPr>
        <w:t>يجب</w:t>
      </w:r>
      <w:r w:rsidRPr="006D18F1">
        <w:rPr>
          <w:rFonts w:ascii="Sakkal Majalla" w:hAnsi="Sakkal Majalla" w:cs="Sakkal Majalla"/>
          <w:szCs w:val="28"/>
          <w:rtl/>
        </w:rPr>
        <w:t xml:space="preserve"> </w:t>
      </w:r>
      <w:r w:rsidRPr="006D18F1">
        <w:rPr>
          <w:rFonts w:ascii="Sakkal Majalla" w:hAnsi="Sakkal Majalla" w:cs="Sakkal Majalla" w:hint="cs"/>
          <w:szCs w:val="28"/>
          <w:rtl/>
        </w:rPr>
        <w:t>أن</w:t>
      </w:r>
      <w:r w:rsidRPr="006D18F1">
        <w:rPr>
          <w:rFonts w:ascii="Sakkal Majalla" w:hAnsi="Sakkal Majalla" w:cs="Sakkal Majalla"/>
          <w:szCs w:val="28"/>
          <w:rtl/>
        </w:rPr>
        <w:t xml:space="preserve"> </w:t>
      </w:r>
      <w:r w:rsidRPr="006D18F1">
        <w:rPr>
          <w:rFonts w:ascii="Sakkal Majalla" w:hAnsi="Sakkal Majalla" w:cs="Sakkal Majalla" w:hint="cs"/>
          <w:szCs w:val="28"/>
          <w:rtl/>
        </w:rPr>
        <w:t>تصل</w:t>
      </w:r>
      <w:r w:rsidRPr="006D18F1">
        <w:rPr>
          <w:rFonts w:ascii="Sakkal Majalla" w:hAnsi="Sakkal Majalla" w:cs="Sakkal Majalla"/>
          <w:szCs w:val="28"/>
          <w:rtl/>
        </w:rPr>
        <w:t xml:space="preserve"> </w:t>
      </w:r>
      <w:r w:rsidRPr="006D18F1">
        <w:rPr>
          <w:rFonts w:ascii="Sakkal Majalla" w:hAnsi="Sakkal Majalla" w:cs="Sakkal Majalla" w:hint="cs"/>
          <w:szCs w:val="28"/>
          <w:rtl/>
        </w:rPr>
        <w:t>إلى</w:t>
      </w:r>
      <w:r w:rsidRPr="006D18F1">
        <w:rPr>
          <w:rFonts w:ascii="Sakkal Majalla" w:hAnsi="Sakkal Majalla" w:cs="Sakkal Majalla"/>
          <w:szCs w:val="28"/>
          <w:rtl/>
        </w:rPr>
        <w:t xml:space="preserve"> </w:t>
      </w:r>
      <w:r w:rsidRPr="006D18F1">
        <w:rPr>
          <w:rFonts w:ascii="Sakkal Majalla" w:hAnsi="Sakkal Majalla" w:cs="Sakkal Majalla" w:hint="cs"/>
          <w:szCs w:val="28"/>
          <w:rtl/>
        </w:rPr>
        <w:t>القيادات</w:t>
      </w:r>
      <w:r w:rsidRPr="006D18F1">
        <w:rPr>
          <w:rFonts w:ascii="Sakkal Majalla" w:hAnsi="Sakkal Majalla" w:cs="Sakkal Majalla"/>
          <w:szCs w:val="28"/>
          <w:rtl/>
        </w:rPr>
        <w:t xml:space="preserve"> </w:t>
      </w:r>
      <w:r w:rsidRPr="006D18F1">
        <w:rPr>
          <w:rFonts w:ascii="Sakkal Majalla" w:hAnsi="Sakkal Majalla" w:cs="Sakkal Majalla" w:hint="cs"/>
          <w:szCs w:val="28"/>
          <w:rtl/>
        </w:rPr>
        <w:t>قبل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الموظفين</w:t>
      </w:r>
      <w:r w:rsidRPr="006D18F1">
        <w:rPr>
          <w:rFonts w:ascii="Sakkal Majalla" w:hAnsi="Sakkal Majalla" w:cs="Sakkal Majalla"/>
          <w:szCs w:val="28"/>
          <w:rtl/>
        </w:rPr>
        <w:t>."</w:t>
      </w:r>
    </w:p>
    <w:p w14:paraId="69669EF7" w14:textId="77777777"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كما</w:t>
      </w:r>
      <w:r w:rsidRPr="006D18F1">
        <w:rPr>
          <w:rFonts w:ascii="Sakkal Majalla" w:hAnsi="Sakkal Majalla" w:cs="Sakkal Majalla"/>
          <w:szCs w:val="28"/>
          <w:rtl/>
        </w:rPr>
        <w:t xml:space="preserve"> </w:t>
      </w:r>
      <w:r w:rsidRPr="006D18F1">
        <w:rPr>
          <w:rFonts w:ascii="Sakkal Majalla" w:hAnsi="Sakkal Majalla" w:cs="Sakkal Majalla" w:hint="cs"/>
          <w:szCs w:val="28"/>
          <w:rtl/>
        </w:rPr>
        <w:t>شدد</w:t>
      </w:r>
      <w:r w:rsidRPr="006D18F1">
        <w:rPr>
          <w:rFonts w:ascii="Sakkal Majalla" w:hAnsi="Sakkal Majalla" w:cs="Sakkal Majalla"/>
          <w:szCs w:val="28"/>
          <w:rtl/>
        </w:rPr>
        <w:t xml:space="preserve"> </w:t>
      </w:r>
      <w:r w:rsidRPr="006D18F1">
        <w:rPr>
          <w:rFonts w:ascii="Sakkal Majalla" w:hAnsi="Sakkal Majalla" w:cs="Sakkal Majalla" w:hint="cs"/>
          <w:szCs w:val="28"/>
          <w:rtl/>
        </w:rPr>
        <w:t>على</w:t>
      </w:r>
      <w:r w:rsidRPr="006D18F1">
        <w:rPr>
          <w:rFonts w:ascii="Sakkal Majalla" w:hAnsi="Sakkal Majalla" w:cs="Sakkal Majalla"/>
          <w:szCs w:val="28"/>
          <w:rtl/>
        </w:rPr>
        <w:t xml:space="preserve"> </w:t>
      </w:r>
      <w:r w:rsidRPr="006D18F1">
        <w:rPr>
          <w:rFonts w:ascii="Sakkal Majalla" w:hAnsi="Sakkal Majalla" w:cs="Sakkal Majalla" w:hint="cs"/>
          <w:szCs w:val="28"/>
          <w:rtl/>
        </w:rPr>
        <w:t>أن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الثقافة</w:t>
      </w:r>
      <w:r w:rsidRPr="006D18F1">
        <w:rPr>
          <w:rFonts w:ascii="Sakkal Majalla" w:hAnsi="Sakkal Majalla" w:cs="Sakkal Majalla"/>
          <w:szCs w:val="28"/>
          <w:rtl/>
        </w:rPr>
        <w:t xml:space="preserve"> </w:t>
      </w:r>
      <w:r w:rsidRPr="006D18F1">
        <w:rPr>
          <w:rFonts w:ascii="Sakkal Majalla" w:hAnsi="Sakkal Majalla" w:cs="Sakkal Majalla" w:hint="cs"/>
          <w:szCs w:val="28"/>
          <w:rtl/>
        </w:rPr>
        <w:t>لا</w:t>
      </w:r>
      <w:r w:rsidRPr="006D18F1">
        <w:rPr>
          <w:rFonts w:ascii="Sakkal Majalla" w:hAnsi="Sakkal Majalla" w:cs="Sakkal Majalla"/>
          <w:szCs w:val="28"/>
          <w:rtl/>
        </w:rPr>
        <w:t xml:space="preserve"> </w:t>
      </w:r>
      <w:r w:rsidRPr="006D18F1">
        <w:rPr>
          <w:rFonts w:ascii="Sakkal Majalla" w:hAnsi="Sakkal Majalla" w:cs="Sakkal Majalla" w:hint="cs"/>
          <w:szCs w:val="28"/>
          <w:rtl/>
        </w:rPr>
        <w:t>تُزرع</w:t>
      </w:r>
      <w:r w:rsidRPr="006D18F1">
        <w:rPr>
          <w:rFonts w:ascii="Sakkal Majalla" w:hAnsi="Sakkal Majalla" w:cs="Sakkal Majalla"/>
          <w:szCs w:val="28"/>
          <w:rtl/>
        </w:rPr>
        <w:t xml:space="preserve"> </w:t>
      </w:r>
      <w:r w:rsidRPr="006D18F1">
        <w:rPr>
          <w:rFonts w:ascii="Sakkal Majalla" w:hAnsi="Sakkal Majalla" w:cs="Sakkal Majalla" w:hint="cs"/>
          <w:szCs w:val="28"/>
          <w:rtl/>
        </w:rPr>
        <w:t>عبر</w:t>
      </w:r>
      <w:r w:rsidRPr="006D18F1">
        <w:rPr>
          <w:rFonts w:ascii="Sakkal Majalla" w:hAnsi="Sakkal Majalla" w:cs="Sakkal Majalla"/>
          <w:szCs w:val="28"/>
          <w:rtl/>
        </w:rPr>
        <w:t xml:space="preserve"> </w:t>
      </w:r>
      <w:r w:rsidRPr="006D18F1">
        <w:rPr>
          <w:rFonts w:ascii="Sakkal Majalla" w:hAnsi="Sakkal Majalla" w:cs="Sakkal Majalla" w:hint="cs"/>
          <w:szCs w:val="28"/>
          <w:rtl/>
        </w:rPr>
        <w:t>الدورات</w:t>
      </w:r>
      <w:r w:rsidRPr="006D18F1">
        <w:rPr>
          <w:rFonts w:ascii="Sakkal Majalla" w:hAnsi="Sakkal Majalla" w:cs="Sakkal Majalla"/>
          <w:szCs w:val="28"/>
          <w:rtl/>
        </w:rPr>
        <w:t xml:space="preserve"> </w:t>
      </w:r>
      <w:r w:rsidRPr="006D18F1">
        <w:rPr>
          <w:rFonts w:ascii="Sakkal Majalla" w:hAnsi="Sakkal Majalla" w:cs="Sakkal Majalla" w:hint="cs"/>
          <w:szCs w:val="28"/>
          <w:rtl/>
        </w:rPr>
        <w:t>فقط،</w:t>
      </w:r>
      <w:r w:rsidRPr="006D18F1">
        <w:rPr>
          <w:rFonts w:ascii="Sakkal Majalla" w:hAnsi="Sakkal Majalla" w:cs="Sakkal Majalla"/>
          <w:szCs w:val="28"/>
          <w:rtl/>
        </w:rPr>
        <w:t xml:space="preserve"> </w:t>
      </w:r>
      <w:r w:rsidRPr="006D18F1">
        <w:rPr>
          <w:rFonts w:ascii="Sakkal Majalla" w:hAnsi="Sakkal Majalla" w:cs="Sakkal Majalla" w:hint="cs"/>
          <w:szCs w:val="28"/>
          <w:rtl/>
        </w:rPr>
        <w:t>بل</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خلال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التجريب،</w:t>
      </w:r>
      <w:r w:rsidRPr="006D18F1">
        <w:rPr>
          <w:rFonts w:ascii="Sakkal Majalla" w:hAnsi="Sakkal Majalla" w:cs="Sakkal Majalla"/>
          <w:szCs w:val="28"/>
          <w:rtl/>
        </w:rPr>
        <w:t xml:space="preserve"> </w:t>
      </w:r>
      <w:r w:rsidRPr="006D18F1">
        <w:rPr>
          <w:rFonts w:ascii="Sakkal Majalla" w:hAnsi="Sakkal Majalla" w:cs="Sakkal Majalla" w:hint="cs"/>
          <w:szCs w:val="28"/>
          <w:rtl/>
        </w:rPr>
        <w:t>والمشاركة،</w:t>
      </w:r>
      <w:r w:rsidRPr="006D18F1">
        <w:rPr>
          <w:rFonts w:ascii="Sakkal Majalla" w:hAnsi="Sakkal Majalla" w:cs="Sakkal Majalla"/>
          <w:szCs w:val="28"/>
          <w:rtl/>
        </w:rPr>
        <w:t xml:space="preserve"> </w:t>
      </w:r>
      <w:r w:rsidRPr="006D18F1">
        <w:rPr>
          <w:rFonts w:ascii="Sakkal Majalla" w:hAnsi="Sakkal Majalla" w:cs="Sakkal Majalla" w:hint="cs"/>
          <w:szCs w:val="28"/>
          <w:rtl/>
        </w:rPr>
        <w:t>وربط</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الابتكار</w:t>
      </w:r>
      <w:r w:rsidRPr="006D18F1">
        <w:rPr>
          <w:rFonts w:ascii="Sakkal Majalla" w:hAnsi="Sakkal Majalla" w:cs="Sakkal Majalla"/>
          <w:szCs w:val="28"/>
          <w:rtl/>
        </w:rPr>
        <w:t xml:space="preserve"> </w:t>
      </w:r>
      <w:r w:rsidRPr="006D18F1">
        <w:rPr>
          <w:rFonts w:ascii="Sakkal Majalla" w:hAnsi="Sakkal Majalla" w:cs="Sakkal Majalla" w:hint="cs"/>
          <w:szCs w:val="28"/>
          <w:rtl/>
        </w:rPr>
        <w:t>بالحوافز</w:t>
      </w:r>
      <w:r w:rsidRPr="006D18F1">
        <w:rPr>
          <w:rFonts w:ascii="Sakkal Majalla" w:hAnsi="Sakkal Majalla" w:cs="Sakkal Majalla"/>
          <w:szCs w:val="28"/>
          <w:rtl/>
        </w:rPr>
        <w:t>.</w:t>
      </w:r>
    </w:p>
    <w:p w14:paraId="4AC45883" w14:textId="7FC58059" w:rsidR="006D18F1" w:rsidRPr="006D18F1"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أظهرت</w:t>
      </w:r>
      <w:r w:rsidRPr="006D18F1">
        <w:rPr>
          <w:rFonts w:ascii="Sakkal Majalla" w:hAnsi="Sakkal Majalla" w:cs="Sakkal Majalla"/>
          <w:szCs w:val="28"/>
          <w:rtl/>
        </w:rPr>
        <w:t xml:space="preserve"> </w:t>
      </w:r>
      <w:r w:rsidRPr="006D18F1">
        <w:rPr>
          <w:rFonts w:ascii="Sakkal Majalla" w:hAnsi="Sakkal Majalla" w:cs="Sakkal Majalla" w:hint="cs"/>
          <w:szCs w:val="28"/>
          <w:rtl/>
        </w:rPr>
        <w:t>بعض</w:t>
      </w:r>
      <w:r w:rsidRPr="006D18F1">
        <w:rPr>
          <w:rFonts w:ascii="Sakkal Majalla" w:hAnsi="Sakkal Majalla" w:cs="Sakkal Majalla"/>
          <w:szCs w:val="28"/>
          <w:rtl/>
        </w:rPr>
        <w:t xml:space="preserve"> </w:t>
      </w:r>
      <w:r w:rsidRPr="006D18F1">
        <w:rPr>
          <w:rFonts w:ascii="Sakkal Majalla" w:hAnsi="Sakkal Majalla" w:cs="Sakkal Majalla" w:hint="cs"/>
          <w:szCs w:val="28"/>
          <w:rtl/>
        </w:rPr>
        <w:t>الردود</w:t>
      </w:r>
      <w:r w:rsidRPr="006D18F1">
        <w:rPr>
          <w:rFonts w:ascii="Sakkal Majalla" w:hAnsi="Sakkal Majalla" w:cs="Sakkal Majalla"/>
          <w:szCs w:val="28"/>
          <w:rtl/>
        </w:rPr>
        <w:t xml:space="preserve"> </w:t>
      </w:r>
      <w:r w:rsidRPr="006D18F1">
        <w:rPr>
          <w:rFonts w:ascii="Sakkal Majalla" w:hAnsi="Sakkal Majalla" w:cs="Sakkal Majalla" w:hint="cs"/>
          <w:szCs w:val="28"/>
          <w:rtl/>
        </w:rPr>
        <w:t>النصية</w:t>
      </w:r>
      <w:r w:rsidRPr="006D18F1">
        <w:rPr>
          <w:rFonts w:ascii="Sakkal Majalla" w:hAnsi="Sakkal Majalla" w:cs="Sakkal Majalla"/>
          <w:szCs w:val="28"/>
          <w:rtl/>
        </w:rPr>
        <w:t xml:space="preserve"> </w:t>
      </w:r>
      <w:r w:rsidRPr="006D18F1">
        <w:rPr>
          <w:rFonts w:ascii="Sakkal Majalla" w:hAnsi="Sakkal Majalla" w:cs="Sakkal Majalla" w:hint="cs"/>
          <w:szCs w:val="28"/>
          <w:rtl/>
        </w:rPr>
        <w:t>فجوة</w:t>
      </w:r>
      <w:r w:rsidRPr="006D18F1">
        <w:rPr>
          <w:rFonts w:ascii="Sakkal Majalla" w:hAnsi="Sakkal Majalla" w:cs="Sakkal Majalla"/>
          <w:szCs w:val="28"/>
          <w:rtl/>
        </w:rPr>
        <w:t xml:space="preserve"> </w:t>
      </w:r>
      <w:r w:rsidRPr="006D18F1">
        <w:rPr>
          <w:rFonts w:ascii="Sakkal Majalla" w:hAnsi="Sakkal Majalla" w:cs="Sakkal Majalla" w:hint="cs"/>
          <w:szCs w:val="28"/>
          <w:rtl/>
        </w:rPr>
        <w:t>في</w:t>
      </w:r>
      <w:r w:rsidRPr="006D18F1">
        <w:rPr>
          <w:rFonts w:ascii="Sakkal Majalla" w:hAnsi="Sakkal Majalla" w:cs="Sakkal Majalla"/>
          <w:szCs w:val="28"/>
          <w:rtl/>
        </w:rPr>
        <w:t xml:space="preserve"> </w:t>
      </w:r>
      <w:r w:rsidRPr="006D18F1">
        <w:rPr>
          <w:rFonts w:ascii="Sakkal Majalla" w:hAnsi="Sakkal Majalla" w:cs="Sakkal Majalla" w:hint="cs"/>
          <w:szCs w:val="28"/>
          <w:rtl/>
        </w:rPr>
        <w:t>فهم</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الابتكار،</w:t>
      </w:r>
      <w:r w:rsidRPr="006D18F1">
        <w:rPr>
          <w:rFonts w:ascii="Sakkal Majalla" w:hAnsi="Sakkal Majalla" w:cs="Sakkal Majalla"/>
          <w:szCs w:val="28"/>
          <w:rtl/>
        </w:rPr>
        <w:t xml:space="preserve"> </w:t>
      </w:r>
      <w:r w:rsidRPr="006D18F1">
        <w:rPr>
          <w:rFonts w:ascii="Sakkal Majalla" w:hAnsi="Sakkal Majalla" w:cs="Sakkal Majalla" w:hint="cs"/>
          <w:szCs w:val="28"/>
          <w:rtl/>
        </w:rPr>
        <w:t>حيث</w:t>
      </w:r>
      <w:r w:rsidRPr="006D18F1">
        <w:rPr>
          <w:rFonts w:ascii="Sakkal Majalla" w:hAnsi="Sakkal Majalla" w:cs="Sakkal Majalla"/>
          <w:szCs w:val="28"/>
          <w:rtl/>
        </w:rPr>
        <w:t xml:space="preserve"> </w:t>
      </w:r>
      <w:r w:rsidRPr="006D18F1">
        <w:rPr>
          <w:rFonts w:ascii="Sakkal Majalla" w:hAnsi="Sakkal Majalla" w:cs="Sakkal Majalla" w:hint="cs"/>
          <w:szCs w:val="28"/>
          <w:rtl/>
        </w:rPr>
        <w:t>يراه</w:t>
      </w:r>
      <w:r w:rsidRPr="006D18F1">
        <w:rPr>
          <w:rFonts w:ascii="Sakkal Majalla" w:hAnsi="Sakkal Majalla" w:cs="Sakkal Majalla"/>
          <w:szCs w:val="28"/>
          <w:rtl/>
        </w:rPr>
        <w:t xml:space="preserve"> </w:t>
      </w:r>
      <w:r w:rsidRPr="006D18F1">
        <w:rPr>
          <w:rFonts w:ascii="Sakkal Majalla" w:hAnsi="Sakkal Majalla" w:cs="Sakkal Majalla" w:hint="cs"/>
          <w:szCs w:val="28"/>
          <w:rtl/>
        </w:rPr>
        <w:t>البعض</w:t>
      </w:r>
      <w:r w:rsidRPr="006D18F1">
        <w:rPr>
          <w:rFonts w:ascii="Sakkal Majalla" w:hAnsi="Sakkal Majalla" w:cs="Sakkal Majalla"/>
          <w:szCs w:val="28"/>
          <w:rtl/>
        </w:rPr>
        <w:t xml:space="preserve"> </w:t>
      </w:r>
      <w:r w:rsidRPr="006D18F1">
        <w:rPr>
          <w:rFonts w:ascii="Sakkal Majalla" w:hAnsi="Sakkal Majalla" w:cs="Sakkal Majalla" w:hint="cs"/>
          <w:szCs w:val="28"/>
          <w:rtl/>
        </w:rPr>
        <w:t>كـ</w:t>
      </w:r>
      <w:r w:rsidRPr="006D18F1">
        <w:rPr>
          <w:rFonts w:ascii="Sakkal Majalla" w:hAnsi="Sakkal Majalla" w:cs="Sakkal Majalla"/>
          <w:szCs w:val="28"/>
          <w:rtl/>
        </w:rPr>
        <w:t xml:space="preserve"> "</w:t>
      </w:r>
      <w:r w:rsidRPr="006D18F1">
        <w:rPr>
          <w:rFonts w:ascii="Sakkal Majalla" w:hAnsi="Sakkal Majalla" w:cs="Sakkal Majalla" w:hint="cs"/>
          <w:szCs w:val="28"/>
          <w:rtl/>
        </w:rPr>
        <w:t>تقنية</w:t>
      </w:r>
      <w:r w:rsidRPr="006D18F1">
        <w:rPr>
          <w:rFonts w:ascii="Sakkal Majalla" w:hAnsi="Sakkal Majalla" w:cs="Sakkal Majalla"/>
          <w:szCs w:val="28"/>
          <w:rtl/>
        </w:rPr>
        <w:t xml:space="preserve"> </w:t>
      </w:r>
      <w:r w:rsidRPr="006D18F1">
        <w:rPr>
          <w:rFonts w:ascii="Sakkal Majalla" w:hAnsi="Sakkal Majalla" w:cs="Sakkal Majalla" w:hint="cs"/>
          <w:szCs w:val="28"/>
          <w:rtl/>
        </w:rPr>
        <w:t>رقمية</w:t>
      </w:r>
      <w:r w:rsidRPr="006D18F1">
        <w:rPr>
          <w:rFonts w:ascii="Sakkal Majalla" w:hAnsi="Sakkal Majalla" w:cs="Sakkal Majalla"/>
          <w:szCs w:val="28"/>
          <w:rtl/>
        </w:rPr>
        <w:t xml:space="preserve">" </w:t>
      </w:r>
      <w:r w:rsidRPr="006D18F1">
        <w:rPr>
          <w:rFonts w:ascii="Sakkal Majalla" w:hAnsi="Sakkal Majalla" w:cs="Sakkal Majalla" w:hint="cs"/>
          <w:szCs w:val="28"/>
          <w:rtl/>
        </w:rPr>
        <w:t>أو</w:t>
      </w:r>
      <w:r w:rsidRPr="006D18F1">
        <w:rPr>
          <w:rFonts w:ascii="Sakkal Majalla" w:hAnsi="Sakkal Majalla" w:cs="Sakkal Majalla"/>
          <w:szCs w:val="28"/>
          <w:rtl/>
        </w:rPr>
        <w:t xml:space="preserve"> "</w:t>
      </w:r>
      <w:r w:rsidRPr="006D18F1">
        <w:rPr>
          <w:rFonts w:ascii="Sakkal Majalla" w:hAnsi="Sakkal Majalla" w:cs="Sakkal Majalla" w:hint="cs"/>
          <w:szCs w:val="28"/>
          <w:rtl/>
        </w:rPr>
        <w:t>برنامج</w:t>
      </w:r>
      <w:r w:rsidRPr="006D18F1">
        <w:rPr>
          <w:rFonts w:ascii="Sakkal Majalla" w:hAnsi="Sakkal Majalla" w:cs="Sakkal Majalla"/>
          <w:szCs w:val="28"/>
          <w:rtl/>
        </w:rPr>
        <w:t xml:space="preserve"> </w:t>
      </w:r>
      <w:r w:rsidRPr="006D18F1">
        <w:rPr>
          <w:rFonts w:ascii="Sakkal Majalla" w:hAnsi="Sakkal Majalla" w:cs="Sakkal Majalla" w:hint="cs"/>
          <w:szCs w:val="28"/>
          <w:rtl/>
        </w:rPr>
        <w:t>تحسين</w:t>
      </w:r>
      <w:r w:rsidRPr="006D18F1">
        <w:rPr>
          <w:rFonts w:ascii="Sakkal Majalla" w:hAnsi="Sakkal Majalla" w:cs="Sakkal Majalla"/>
          <w:szCs w:val="28"/>
          <w:rtl/>
        </w:rPr>
        <w:t>"</w:t>
      </w:r>
      <w:r w:rsidRPr="006D18F1">
        <w:rPr>
          <w:rFonts w:ascii="Sakkal Majalla" w:hAnsi="Sakkal Majalla" w:cs="Sakkal Majalla" w:hint="cs"/>
          <w:szCs w:val="28"/>
          <w:rtl/>
        </w:rPr>
        <w:t>،</w:t>
      </w:r>
      <w:r w:rsidRPr="006D18F1">
        <w:rPr>
          <w:rFonts w:ascii="Sakkal Majalla" w:hAnsi="Sakkal Majalla" w:cs="Sakkal Majalla"/>
          <w:szCs w:val="28"/>
          <w:rtl/>
        </w:rPr>
        <w:t xml:space="preserve"> </w:t>
      </w:r>
      <w:r w:rsidRPr="006D18F1">
        <w:rPr>
          <w:rFonts w:ascii="Sakkal Majalla" w:hAnsi="Sakkal Majalla" w:cs="Sakkal Majalla" w:hint="cs"/>
          <w:szCs w:val="28"/>
          <w:rtl/>
        </w:rPr>
        <w:t>وليس</w:t>
      </w:r>
      <w:r w:rsidRPr="006D18F1">
        <w:rPr>
          <w:rFonts w:ascii="Sakkal Majalla" w:hAnsi="Sakkal Majalla" w:cs="Sakkal Majalla"/>
          <w:szCs w:val="28"/>
          <w:rtl/>
        </w:rPr>
        <w:t xml:space="preserve"> </w:t>
      </w:r>
      <w:r w:rsidRPr="006D18F1">
        <w:rPr>
          <w:rFonts w:ascii="Sakkal Majalla" w:hAnsi="Sakkal Majalla" w:cs="Sakkal Majalla" w:hint="cs"/>
          <w:szCs w:val="28"/>
          <w:rtl/>
        </w:rPr>
        <w:t>كممارسة</w:t>
      </w:r>
      <w:r w:rsidRPr="006D18F1">
        <w:rPr>
          <w:rFonts w:ascii="Sakkal Majalla" w:hAnsi="Sakkal Majalla" w:cs="Sakkal Majalla"/>
          <w:szCs w:val="28"/>
          <w:rtl/>
        </w:rPr>
        <w:t xml:space="preserve"> </w:t>
      </w:r>
      <w:r w:rsidRPr="006D18F1">
        <w:rPr>
          <w:rFonts w:ascii="Sakkal Majalla" w:hAnsi="Sakkal Majalla" w:cs="Sakkal Majalla" w:hint="cs"/>
          <w:szCs w:val="28"/>
          <w:rtl/>
        </w:rPr>
        <w:t>إدارية</w:t>
      </w:r>
      <w:r w:rsidRPr="006D18F1">
        <w:rPr>
          <w:rFonts w:ascii="Sakkal Majalla" w:hAnsi="Sakkal Majalla" w:cs="Sakkal Majalla"/>
          <w:szCs w:val="28"/>
          <w:rtl/>
        </w:rPr>
        <w:t xml:space="preserve"> </w:t>
      </w:r>
      <w:r w:rsidRPr="006D18F1">
        <w:rPr>
          <w:rFonts w:ascii="Sakkal Majalla" w:hAnsi="Sakkal Majalla" w:cs="Sakkal Majalla" w:hint="cs"/>
          <w:szCs w:val="28"/>
          <w:rtl/>
        </w:rPr>
        <w:t>ونهج</w:t>
      </w:r>
      <w:r w:rsidRPr="006D18F1">
        <w:rPr>
          <w:rFonts w:ascii="Sakkal Majalla" w:hAnsi="Sakkal Majalla" w:cs="Sakkal Majalla"/>
          <w:szCs w:val="28"/>
          <w:rtl/>
        </w:rPr>
        <w:t xml:space="preserve"> </w:t>
      </w:r>
      <w:r w:rsidRPr="006D18F1">
        <w:rPr>
          <w:rFonts w:ascii="Sakkal Majalla" w:hAnsi="Sakkal Majalla" w:cs="Sakkal Majalla" w:hint="cs"/>
          <w:szCs w:val="28"/>
          <w:rtl/>
        </w:rPr>
        <w:t>استراتيجي</w:t>
      </w:r>
      <w:r w:rsidRPr="006D18F1">
        <w:rPr>
          <w:rFonts w:ascii="Sakkal Majalla" w:hAnsi="Sakkal Majalla" w:cs="Sakkal Majalla"/>
          <w:szCs w:val="28"/>
          <w:rtl/>
        </w:rPr>
        <w:t>.</w:t>
      </w:r>
    </w:p>
    <w:p w14:paraId="1795486C" w14:textId="56D9CD51" w:rsidR="006D18F1" w:rsidRPr="00A36D93" w:rsidRDefault="006D18F1" w:rsidP="00634497">
      <w:pPr>
        <w:bidi/>
        <w:spacing w:line="360" w:lineRule="auto"/>
        <w:jc w:val="lowKashida"/>
        <w:rPr>
          <w:rFonts w:ascii="Sakkal Majalla" w:hAnsi="Sakkal Majalla" w:cs="Sakkal Majalla"/>
          <w:szCs w:val="28"/>
        </w:rPr>
      </w:pPr>
      <w:r w:rsidRPr="006D18F1">
        <w:rPr>
          <w:rFonts w:ascii="Sakkal Majalla" w:hAnsi="Sakkal Majalla" w:cs="Sakkal Majalla" w:hint="cs"/>
          <w:szCs w:val="28"/>
          <w:rtl/>
        </w:rPr>
        <w:t>هذا</w:t>
      </w:r>
      <w:r w:rsidRPr="006D18F1">
        <w:rPr>
          <w:rFonts w:ascii="Sakkal Majalla" w:hAnsi="Sakkal Majalla" w:cs="Sakkal Majalla"/>
          <w:szCs w:val="28"/>
          <w:rtl/>
        </w:rPr>
        <w:t xml:space="preserve"> </w:t>
      </w:r>
      <w:r w:rsidRPr="006D18F1">
        <w:rPr>
          <w:rFonts w:ascii="Sakkal Majalla" w:hAnsi="Sakkal Majalla" w:cs="Sakkal Majalla" w:hint="cs"/>
          <w:szCs w:val="28"/>
          <w:rtl/>
        </w:rPr>
        <w:t>البعد</w:t>
      </w:r>
      <w:r w:rsidRPr="006D18F1">
        <w:rPr>
          <w:rFonts w:ascii="Sakkal Majalla" w:hAnsi="Sakkal Majalla" w:cs="Sakkal Majalla"/>
          <w:szCs w:val="28"/>
          <w:rtl/>
        </w:rPr>
        <w:t xml:space="preserve"> </w:t>
      </w:r>
      <w:r w:rsidRPr="006D18F1">
        <w:rPr>
          <w:rFonts w:ascii="Sakkal Majalla" w:hAnsi="Sakkal Majalla" w:cs="Sakkal Majalla" w:hint="cs"/>
          <w:szCs w:val="28"/>
          <w:rtl/>
        </w:rPr>
        <w:t>الثقافي</w:t>
      </w:r>
      <w:r w:rsidRPr="006D18F1">
        <w:rPr>
          <w:rFonts w:ascii="Sakkal Majalla" w:hAnsi="Sakkal Majalla" w:cs="Sakkal Majalla"/>
          <w:szCs w:val="28"/>
          <w:rtl/>
        </w:rPr>
        <w:t xml:space="preserve"> </w:t>
      </w:r>
      <w:r w:rsidRPr="006D18F1">
        <w:rPr>
          <w:rFonts w:ascii="Sakkal Majalla" w:hAnsi="Sakkal Majalla" w:cs="Sakkal Majalla" w:hint="cs"/>
          <w:szCs w:val="28"/>
          <w:rtl/>
        </w:rPr>
        <w:t>يفسر</w:t>
      </w:r>
      <w:r w:rsidRPr="006D18F1">
        <w:rPr>
          <w:rFonts w:ascii="Sakkal Majalla" w:hAnsi="Sakkal Majalla" w:cs="Sakkal Majalla"/>
          <w:szCs w:val="28"/>
          <w:rtl/>
        </w:rPr>
        <w:t xml:space="preserve"> </w:t>
      </w:r>
      <w:r w:rsidRPr="006D18F1">
        <w:rPr>
          <w:rFonts w:ascii="Sakkal Majalla" w:hAnsi="Sakkal Majalla" w:cs="Sakkal Majalla" w:hint="cs"/>
          <w:szCs w:val="28"/>
          <w:rtl/>
        </w:rPr>
        <w:t>نتائج</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المحور</w:t>
      </w:r>
      <w:r w:rsidRPr="006D18F1">
        <w:rPr>
          <w:rFonts w:ascii="Sakkal Majalla" w:hAnsi="Sakkal Majalla" w:cs="Sakkal Majalla"/>
          <w:szCs w:val="28"/>
          <w:rtl/>
        </w:rPr>
        <w:t xml:space="preserve"> </w:t>
      </w:r>
      <w:r w:rsidRPr="006D18F1">
        <w:rPr>
          <w:rFonts w:ascii="Sakkal Majalla" w:hAnsi="Sakkal Majalla" w:cs="Sakkal Majalla" w:hint="cs"/>
          <w:szCs w:val="28"/>
          <w:rtl/>
        </w:rPr>
        <w:t>الأول</w:t>
      </w:r>
      <w:r w:rsidRPr="006D18F1">
        <w:rPr>
          <w:rFonts w:ascii="Sakkal Majalla" w:hAnsi="Sakkal Majalla" w:cs="Sakkal Majalla"/>
          <w:szCs w:val="28"/>
          <w:rtl/>
        </w:rPr>
        <w:t xml:space="preserve"> </w:t>
      </w:r>
      <w:r w:rsidRPr="006D18F1">
        <w:rPr>
          <w:rFonts w:ascii="Sakkal Majalla" w:hAnsi="Sakkal Majalla" w:cs="Sakkal Majalla" w:hint="cs"/>
          <w:szCs w:val="28"/>
          <w:rtl/>
        </w:rPr>
        <w:t>في</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التحليل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الكمي،</w:t>
      </w:r>
      <w:r w:rsidRPr="006D18F1">
        <w:rPr>
          <w:rFonts w:ascii="Sakkal Majalla" w:hAnsi="Sakkal Majalla" w:cs="Sakkal Majalla"/>
          <w:szCs w:val="28"/>
          <w:rtl/>
        </w:rPr>
        <w:t xml:space="preserve"> </w:t>
      </w:r>
      <w:r w:rsidRPr="006D18F1">
        <w:rPr>
          <w:rFonts w:ascii="Sakkal Majalla" w:hAnsi="Sakkal Majalla" w:cs="Sakkal Majalla" w:hint="cs"/>
          <w:szCs w:val="28"/>
          <w:rtl/>
        </w:rPr>
        <w:t>ويؤكد</w:t>
      </w:r>
      <w:r w:rsidRPr="006D18F1">
        <w:rPr>
          <w:rFonts w:ascii="Sakkal Majalla" w:hAnsi="Sakkal Majalla" w:cs="Sakkal Majalla"/>
          <w:szCs w:val="28"/>
          <w:rtl/>
        </w:rPr>
        <w:t xml:space="preserve"> </w:t>
      </w:r>
      <w:r w:rsidRPr="006D18F1">
        <w:rPr>
          <w:rFonts w:ascii="Sakkal Majalla" w:hAnsi="Sakkal Majalla" w:cs="Sakkal Majalla" w:hint="cs"/>
          <w:szCs w:val="28"/>
          <w:rtl/>
        </w:rPr>
        <w:t>أن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القدرة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الامتصاصية</w:t>
      </w:r>
      <w:r w:rsidRPr="006D18F1">
        <w:rPr>
          <w:rFonts w:ascii="Sakkal Majalla" w:hAnsi="Sakkal Majalla" w:cs="Sakkal Majalla"/>
          <w:szCs w:val="28"/>
          <w:rtl/>
        </w:rPr>
        <w:t xml:space="preserve"> </w:t>
      </w:r>
      <w:r w:rsidRPr="006D18F1">
        <w:rPr>
          <w:rFonts w:ascii="Sakkal Majalla" w:hAnsi="Sakkal Majalla" w:cs="Sakkal Majalla" w:hint="cs"/>
          <w:szCs w:val="28"/>
          <w:rtl/>
        </w:rPr>
        <w:t>تتغذى</w:t>
      </w:r>
      <w:r w:rsidRPr="006D18F1">
        <w:rPr>
          <w:rFonts w:ascii="Sakkal Majalla" w:hAnsi="Sakkal Majalla" w:cs="Sakkal Majalla"/>
          <w:szCs w:val="28"/>
          <w:rtl/>
        </w:rPr>
        <w:t xml:space="preserve"> </w:t>
      </w:r>
      <w:r w:rsidRPr="006D18F1">
        <w:rPr>
          <w:rFonts w:ascii="Sakkal Majalla" w:hAnsi="Sakkal Majalla" w:cs="Sakkal Majalla" w:hint="cs"/>
          <w:szCs w:val="28"/>
          <w:rtl/>
        </w:rPr>
        <w:t>من</w:t>
      </w:r>
      <w:r w:rsidRPr="006D18F1">
        <w:rPr>
          <w:rFonts w:ascii="Sakkal Majalla" w:hAnsi="Sakkal Majalla" w:cs="Sakkal Majalla"/>
          <w:szCs w:val="28"/>
          <w:rtl/>
        </w:rPr>
        <w:t xml:space="preserve"> </w:t>
      </w:r>
      <w:r w:rsidRPr="006D18F1">
        <w:rPr>
          <w:rFonts w:ascii="Sakkal Majalla" w:hAnsi="Sakkal Majalla" w:cs="Sakkal Majalla" w:hint="cs"/>
          <w:szCs w:val="28"/>
          <w:rtl/>
        </w:rPr>
        <w:t>الثقافة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المؤسسية،</w:t>
      </w:r>
      <w:r w:rsidRPr="006D18F1">
        <w:rPr>
          <w:rFonts w:ascii="Sakkal Majalla" w:hAnsi="Sakkal Majalla" w:cs="Sakkal Majalla"/>
          <w:szCs w:val="28"/>
          <w:rtl/>
        </w:rPr>
        <w:t xml:space="preserve"> </w:t>
      </w:r>
      <w:r w:rsidRPr="006D18F1">
        <w:rPr>
          <w:rFonts w:ascii="Sakkal Majalla" w:hAnsi="Sakkal Majalla" w:cs="Sakkal Majalla" w:hint="cs"/>
          <w:szCs w:val="28"/>
          <w:rtl/>
        </w:rPr>
        <w:t>إذ</w:t>
      </w:r>
      <w:r w:rsidRPr="006D18F1">
        <w:rPr>
          <w:rFonts w:ascii="Sakkal Majalla" w:hAnsi="Sakkal Majalla" w:cs="Sakkal Majalla"/>
          <w:szCs w:val="28"/>
          <w:rtl/>
        </w:rPr>
        <w:t xml:space="preserve"> </w:t>
      </w:r>
      <w:r w:rsidRPr="006D18F1">
        <w:rPr>
          <w:rFonts w:ascii="Sakkal Majalla" w:hAnsi="Sakkal Majalla" w:cs="Sakkal Majalla" w:hint="cs"/>
          <w:szCs w:val="28"/>
          <w:rtl/>
        </w:rPr>
        <w:t>أن</w:t>
      </w:r>
      <w:r w:rsidRPr="006D18F1">
        <w:rPr>
          <w:rFonts w:ascii="Sakkal Majalla" w:hAnsi="Sakkal Majalla" w:cs="Sakkal Majalla"/>
          <w:szCs w:val="28"/>
          <w:rtl/>
        </w:rPr>
        <w:t xml:space="preserve"> </w:t>
      </w:r>
      <w:r w:rsidRPr="006D18F1">
        <w:rPr>
          <w:rFonts w:ascii="Sakkal Majalla" w:hAnsi="Sakkal Majalla" w:cs="Sakkal Majalla" w:hint="cs"/>
          <w:szCs w:val="28"/>
          <w:rtl/>
        </w:rPr>
        <w:t>بيئة</w:t>
      </w:r>
      <w:r w:rsidRPr="006D18F1">
        <w:rPr>
          <w:rFonts w:ascii="Sakkal Majalla" w:hAnsi="Sakkal Majalla" w:cs="Sakkal Majalla"/>
          <w:szCs w:val="28"/>
          <w:rtl/>
        </w:rPr>
        <w:t xml:space="preserve"> </w:t>
      </w:r>
      <w:r w:rsidRPr="006D18F1">
        <w:rPr>
          <w:rFonts w:ascii="Sakkal Majalla" w:hAnsi="Sakkal Majalla" w:cs="Sakkal Majalla" w:hint="cs"/>
          <w:szCs w:val="28"/>
          <w:rtl/>
        </w:rPr>
        <w:t>العمل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المنفتحة</w:t>
      </w:r>
      <w:r w:rsidRPr="006D18F1">
        <w:rPr>
          <w:rFonts w:ascii="Sakkal Majalla" w:hAnsi="Sakkal Majalla" w:cs="Sakkal Majalla"/>
          <w:szCs w:val="28"/>
          <w:rtl/>
        </w:rPr>
        <w:t xml:space="preserve"> </w:t>
      </w:r>
      <w:r w:rsidRPr="006D18F1">
        <w:rPr>
          <w:rFonts w:ascii="Sakkal Majalla" w:hAnsi="Sakkal Majalla" w:cs="Sakkal Majalla" w:hint="cs"/>
          <w:szCs w:val="28"/>
          <w:rtl/>
        </w:rPr>
        <w:t>والداعمة</w:t>
      </w:r>
      <w:r w:rsidRPr="006D18F1">
        <w:rPr>
          <w:rFonts w:ascii="Sakkal Majalla" w:hAnsi="Sakkal Majalla" w:cs="Sakkal Majalla"/>
          <w:szCs w:val="28"/>
          <w:rtl/>
        </w:rPr>
        <w:t xml:space="preserve"> </w:t>
      </w:r>
      <w:r w:rsidRPr="006D18F1">
        <w:rPr>
          <w:rFonts w:ascii="Sakkal Majalla" w:hAnsi="Sakkal Majalla" w:cs="Sakkal Majalla" w:hint="cs"/>
          <w:szCs w:val="28"/>
          <w:rtl/>
        </w:rPr>
        <w:t>هي</w:t>
      </w:r>
      <w:r w:rsidRPr="006D18F1">
        <w:rPr>
          <w:rFonts w:ascii="Sakkal Majalla" w:hAnsi="Sakkal Majalla" w:cs="Sakkal Majalla"/>
          <w:szCs w:val="28"/>
          <w:rtl/>
        </w:rPr>
        <w:t xml:space="preserve"> </w:t>
      </w:r>
      <w:r w:rsidRPr="006D18F1">
        <w:rPr>
          <w:rFonts w:ascii="Sakkal Majalla" w:hAnsi="Sakkal Majalla" w:cs="Sakkal Majalla" w:hint="cs"/>
          <w:szCs w:val="28"/>
          <w:rtl/>
        </w:rPr>
        <w:t>التي</w:t>
      </w:r>
      <w:r w:rsidRPr="006D18F1">
        <w:rPr>
          <w:rFonts w:ascii="Sakkal Majalla" w:hAnsi="Sakkal Majalla" w:cs="Sakkal Majalla"/>
          <w:szCs w:val="28"/>
          <w:rtl/>
        </w:rPr>
        <w:t xml:space="preserve"> </w:t>
      </w:r>
      <w:r w:rsidRPr="006D18F1">
        <w:rPr>
          <w:rFonts w:ascii="Sakkal Majalla" w:hAnsi="Sakkal Majalla" w:cs="Sakkal Majalla" w:hint="cs"/>
          <w:szCs w:val="28"/>
          <w:rtl/>
        </w:rPr>
        <w:t>تضمن</w:t>
      </w:r>
      <w:r w:rsidRPr="006D18F1">
        <w:rPr>
          <w:rFonts w:ascii="Sakkal Majalla" w:hAnsi="Sakkal Majalla" w:cs="Sakkal Majalla"/>
          <w:szCs w:val="28"/>
          <w:rtl/>
        </w:rPr>
        <w:t xml:space="preserve"> </w:t>
      </w:r>
      <w:r w:rsidRPr="006D18F1">
        <w:rPr>
          <w:rFonts w:ascii="Sakkal Majalla" w:hAnsi="Sakkal Majalla" w:cs="Sakkal Majalla" w:hint="cs"/>
          <w:szCs w:val="28"/>
          <w:rtl/>
        </w:rPr>
        <w:t>تحويل</w:t>
      </w:r>
      <w:r w:rsidRPr="006D18F1">
        <w:rPr>
          <w:rFonts w:ascii="Sakkal Majalla" w:hAnsi="Sakkal Majalla" w:cs="Sakkal Majalla"/>
          <w:szCs w:val="28"/>
          <w:rtl/>
        </w:rPr>
        <w:t xml:space="preserve"> </w:t>
      </w:r>
      <w:r w:rsidRPr="006D18F1">
        <w:rPr>
          <w:rFonts w:ascii="Sakkal Majalla" w:hAnsi="Sakkal Majalla" w:cs="Sakkal Majalla" w:hint="cs"/>
          <w:szCs w:val="28"/>
          <w:rtl/>
        </w:rPr>
        <w:t>المعرفة</w:t>
      </w:r>
      <w:r w:rsidRPr="006D18F1">
        <w:rPr>
          <w:rFonts w:ascii="Sakkal Majalla" w:hAnsi="Sakkal Majalla" w:cs="Sakkal Majalla"/>
          <w:szCs w:val="28"/>
          <w:rtl/>
        </w:rPr>
        <w:t xml:space="preserve"> </w:t>
      </w:r>
      <w:r w:rsidRPr="006D18F1">
        <w:rPr>
          <w:rFonts w:ascii="Sakkal Majalla" w:hAnsi="Sakkal Majalla" w:cs="Sakkal Majalla" w:hint="cs"/>
          <w:szCs w:val="28"/>
          <w:rtl/>
        </w:rPr>
        <w:t>إلى</w:t>
      </w:r>
      <w:r w:rsidRPr="006D18F1">
        <w:rPr>
          <w:rFonts w:ascii="Sakkal Majalla" w:hAnsi="Sakkal Majalla" w:cs="Sakkal Majalla"/>
          <w:szCs w:val="28"/>
          <w:rtl/>
        </w:rPr>
        <w:t xml:space="preserve"> </w:t>
      </w:r>
      <w:r w:rsidRPr="006D18F1">
        <w:rPr>
          <w:rFonts w:ascii="Sakkal Majalla" w:hAnsi="Sakkal Majalla" w:cs="Sakkal Majalla" w:hint="cs"/>
          <w:szCs w:val="28"/>
          <w:rtl/>
        </w:rPr>
        <w:t>ممارسة</w:t>
      </w:r>
      <w:r w:rsidRPr="006D18F1">
        <w:rPr>
          <w:rFonts w:ascii="Sakkal Majalla" w:hAnsi="Sakkal Majalla" w:cs="Sakkal Majalla"/>
          <w:szCs w:val="28"/>
          <w:rtl/>
        </w:rPr>
        <w:t xml:space="preserve"> </w:t>
      </w:r>
      <w:r w:rsidRPr="006D18F1">
        <w:rPr>
          <w:rFonts w:ascii="Sakkal Majalla" w:hAnsi="Sakkal Majalla" w:cs="Sakkal Majalla" w:hint="cs"/>
          <w:szCs w:val="28"/>
          <w:rtl/>
        </w:rPr>
        <w:t>عملية</w:t>
      </w:r>
      <w:r w:rsidRPr="006D18F1">
        <w:rPr>
          <w:rFonts w:ascii="Sakkal Majalla" w:hAnsi="Sakkal Majalla" w:cs="Sakkal Majalla"/>
          <w:szCs w:val="28"/>
          <w:rtl/>
        </w:rPr>
        <w:t>.</w:t>
      </w:r>
    </w:p>
    <w:p w14:paraId="495F2309" w14:textId="7717588F" w:rsidR="00B15C00" w:rsidRPr="00B15C00" w:rsidRDefault="00B15C00" w:rsidP="00634497">
      <w:pPr>
        <w:bidi/>
        <w:spacing w:line="360" w:lineRule="auto"/>
        <w:jc w:val="lowKashida"/>
        <w:rPr>
          <w:rFonts w:ascii="Sakkal Majalla" w:hAnsi="Sakkal Majalla" w:cs="Sakkal Majalla"/>
          <w:b/>
          <w:bCs/>
          <w:szCs w:val="28"/>
        </w:rPr>
      </w:pPr>
      <w:r w:rsidRPr="00B15C00">
        <w:rPr>
          <w:rFonts w:ascii="Sakkal Majalla" w:hAnsi="Sakkal Majalla" w:cs="Sakkal Majalla" w:hint="cs"/>
          <w:b/>
          <w:bCs/>
          <w:szCs w:val="28"/>
          <w:rtl/>
        </w:rPr>
        <w:t>خلاصة</w:t>
      </w:r>
      <w:r w:rsidRPr="00B15C00">
        <w:rPr>
          <w:rFonts w:ascii="Sakkal Majalla" w:hAnsi="Sakkal Majalla" w:cs="Sakkal Majalla"/>
          <w:b/>
          <w:bCs/>
          <w:szCs w:val="28"/>
          <w:rtl/>
        </w:rPr>
        <w:t xml:space="preserve"> </w:t>
      </w:r>
      <w:r w:rsidRPr="00B15C00">
        <w:rPr>
          <w:rFonts w:ascii="Sakkal Majalla" w:hAnsi="Sakkal Majalla" w:cs="Sakkal Majalla" w:hint="cs"/>
          <w:b/>
          <w:bCs/>
          <w:szCs w:val="28"/>
          <w:rtl/>
        </w:rPr>
        <w:t>التحليل</w:t>
      </w:r>
      <w:r w:rsidRPr="00B15C00">
        <w:rPr>
          <w:rFonts w:ascii="Sakkal Majalla" w:hAnsi="Sakkal Majalla" w:cs="Sakkal Majalla"/>
          <w:b/>
          <w:bCs/>
          <w:szCs w:val="28"/>
          <w:rtl/>
        </w:rPr>
        <w:t xml:space="preserve"> </w:t>
      </w:r>
      <w:r w:rsidRPr="00B15C00">
        <w:rPr>
          <w:rFonts w:ascii="Sakkal Majalla" w:hAnsi="Sakkal Majalla" w:cs="Sakkal Majalla" w:hint="cs"/>
          <w:b/>
          <w:bCs/>
          <w:szCs w:val="28"/>
          <w:rtl/>
        </w:rPr>
        <w:t>النوعي</w:t>
      </w:r>
      <w:r w:rsidRPr="00B15C00">
        <w:rPr>
          <w:rFonts w:ascii="Sakkal Majalla" w:hAnsi="Sakkal Majalla" w:cs="Sakkal Majalla"/>
          <w:b/>
          <w:bCs/>
          <w:szCs w:val="28"/>
          <w:rtl/>
        </w:rPr>
        <w:t xml:space="preserve"> </w:t>
      </w:r>
    </w:p>
    <w:p w14:paraId="7ED6B70A" w14:textId="45C84032" w:rsidR="00B15C00" w:rsidRPr="00B15C00" w:rsidRDefault="00B15C00" w:rsidP="00634497">
      <w:pPr>
        <w:bidi/>
        <w:spacing w:line="360" w:lineRule="auto"/>
        <w:jc w:val="lowKashida"/>
        <w:rPr>
          <w:rFonts w:ascii="Sakkal Majalla" w:hAnsi="Sakkal Majalla" w:cs="Sakkal Majalla"/>
          <w:szCs w:val="28"/>
        </w:rPr>
      </w:pPr>
      <w:r w:rsidRPr="00B15C00">
        <w:rPr>
          <w:rFonts w:ascii="Sakkal Majalla" w:hAnsi="Sakkal Majalla" w:cs="Sakkal Majalla" w:hint="cs"/>
          <w:szCs w:val="28"/>
          <w:rtl/>
        </w:rPr>
        <w:t>يدعم</w:t>
      </w:r>
      <w:r w:rsidRPr="00B15C00">
        <w:rPr>
          <w:rFonts w:ascii="Sakkal Majalla" w:hAnsi="Sakkal Majalla" w:cs="Sakkal Majalla"/>
          <w:szCs w:val="28"/>
          <w:rtl/>
        </w:rPr>
        <w:t xml:space="preserve"> </w:t>
      </w:r>
      <w:r w:rsidRPr="00B15C00">
        <w:rPr>
          <w:rFonts w:ascii="Sakkal Majalla" w:hAnsi="Sakkal Majalla" w:cs="Sakkal Majalla" w:hint="cs"/>
          <w:szCs w:val="28"/>
          <w:rtl/>
        </w:rPr>
        <w:t>التحليل</w:t>
      </w:r>
      <w:r w:rsidRPr="00B15C00">
        <w:rPr>
          <w:rFonts w:ascii="Sakkal Majalla" w:hAnsi="Sakkal Majalla" w:cs="Sakkal Majalla"/>
          <w:szCs w:val="28"/>
          <w:rtl/>
        </w:rPr>
        <w:t xml:space="preserve"> </w:t>
      </w:r>
      <w:r w:rsidRPr="00B15C00">
        <w:rPr>
          <w:rFonts w:ascii="Sakkal Majalla" w:hAnsi="Sakkal Majalla" w:cs="Sakkal Majalla" w:hint="cs"/>
          <w:szCs w:val="28"/>
          <w:rtl/>
        </w:rPr>
        <w:t>النوعي</w:t>
      </w:r>
      <w:r w:rsidRPr="00B15C00">
        <w:rPr>
          <w:rFonts w:ascii="Sakkal Majalla" w:hAnsi="Sakkal Majalla" w:cs="Sakkal Majalla"/>
          <w:szCs w:val="28"/>
          <w:rtl/>
        </w:rPr>
        <w:t xml:space="preserve"> </w:t>
      </w:r>
      <w:r w:rsidRPr="00B15C00">
        <w:rPr>
          <w:rFonts w:ascii="Sakkal Majalla" w:hAnsi="Sakkal Majalla" w:cs="Sakkal Majalla" w:hint="cs"/>
          <w:szCs w:val="28"/>
          <w:rtl/>
        </w:rPr>
        <w:t>ما</w:t>
      </w:r>
      <w:r w:rsidRPr="00B15C00">
        <w:rPr>
          <w:rFonts w:ascii="Sakkal Majalla" w:hAnsi="Sakkal Majalla" w:cs="Sakkal Majalla"/>
          <w:szCs w:val="28"/>
          <w:rtl/>
        </w:rPr>
        <w:t xml:space="preserve"> </w:t>
      </w:r>
      <w:r w:rsidRPr="00B15C00">
        <w:rPr>
          <w:rFonts w:ascii="Sakkal Majalla" w:hAnsi="Sakkal Majalla" w:cs="Sakkal Majalla" w:hint="cs"/>
          <w:szCs w:val="28"/>
          <w:rtl/>
        </w:rPr>
        <w:t>توصل</w:t>
      </w:r>
      <w:r w:rsidRPr="00B15C00">
        <w:rPr>
          <w:rFonts w:ascii="Sakkal Majalla" w:hAnsi="Sakkal Majalla" w:cs="Sakkal Majalla"/>
          <w:szCs w:val="28"/>
          <w:rtl/>
        </w:rPr>
        <w:t xml:space="preserve"> </w:t>
      </w:r>
      <w:r w:rsidRPr="00B15C00">
        <w:rPr>
          <w:rFonts w:ascii="Sakkal Majalla" w:hAnsi="Sakkal Majalla" w:cs="Sakkal Majalla" w:hint="cs"/>
          <w:szCs w:val="28"/>
          <w:rtl/>
        </w:rPr>
        <w:t>إليه</w:t>
      </w:r>
      <w:r w:rsidRPr="00B15C00">
        <w:rPr>
          <w:rFonts w:ascii="Sakkal Majalla" w:hAnsi="Sakkal Majalla" w:cs="Sakkal Majalla"/>
          <w:szCs w:val="28"/>
          <w:rtl/>
        </w:rPr>
        <w:t xml:space="preserve"> </w:t>
      </w:r>
      <w:r w:rsidRPr="00B15C00">
        <w:rPr>
          <w:rFonts w:ascii="Sakkal Majalla" w:hAnsi="Sakkal Majalla" w:cs="Sakkal Majalla" w:hint="cs"/>
          <w:szCs w:val="28"/>
          <w:rtl/>
        </w:rPr>
        <w:t>التحليل</w:t>
      </w:r>
      <w:r w:rsidRPr="00B15C00">
        <w:rPr>
          <w:rFonts w:ascii="Sakkal Majalla" w:hAnsi="Sakkal Majalla" w:cs="Sakkal Majalla"/>
          <w:szCs w:val="28"/>
          <w:rtl/>
        </w:rPr>
        <w:t xml:space="preserve"> </w:t>
      </w:r>
      <w:r w:rsidRPr="00B15C00">
        <w:rPr>
          <w:rFonts w:ascii="Sakkal Majalla" w:hAnsi="Sakkal Majalla" w:cs="Sakkal Majalla" w:hint="cs"/>
          <w:szCs w:val="28"/>
          <w:rtl/>
        </w:rPr>
        <w:t>الكمي،</w:t>
      </w:r>
      <w:r w:rsidRPr="00B15C00">
        <w:rPr>
          <w:rFonts w:ascii="Sakkal Majalla" w:hAnsi="Sakkal Majalla" w:cs="Sakkal Majalla"/>
          <w:szCs w:val="28"/>
          <w:rtl/>
        </w:rPr>
        <w:t xml:space="preserve"> </w:t>
      </w:r>
      <w:r w:rsidRPr="00B15C00">
        <w:rPr>
          <w:rFonts w:ascii="Sakkal Majalla" w:hAnsi="Sakkal Majalla" w:cs="Sakkal Majalla" w:hint="cs"/>
          <w:szCs w:val="28"/>
          <w:rtl/>
        </w:rPr>
        <w:t>ويضيف</w:t>
      </w:r>
      <w:r w:rsidRPr="00B15C00">
        <w:rPr>
          <w:rFonts w:ascii="Sakkal Majalla" w:hAnsi="Sakkal Majalla" w:cs="Sakkal Majalla"/>
          <w:szCs w:val="28"/>
          <w:rtl/>
        </w:rPr>
        <w:t xml:space="preserve"> </w:t>
      </w:r>
      <w:r w:rsidRPr="00B15C00">
        <w:rPr>
          <w:rFonts w:ascii="Sakkal Majalla" w:hAnsi="Sakkal Majalla" w:cs="Sakkal Majalla" w:hint="cs"/>
          <w:szCs w:val="28"/>
          <w:rtl/>
        </w:rPr>
        <w:t>أبعادًا</w:t>
      </w:r>
      <w:r w:rsidRPr="00B15C00">
        <w:rPr>
          <w:rFonts w:ascii="Sakkal Majalla" w:hAnsi="Sakkal Majalla" w:cs="Sakkal Majalla"/>
          <w:szCs w:val="28"/>
          <w:rtl/>
        </w:rPr>
        <w:t xml:space="preserve"> </w:t>
      </w:r>
      <w:r w:rsidRPr="00B15C00">
        <w:rPr>
          <w:rFonts w:ascii="Sakkal Majalla" w:hAnsi="Sakkal Majalla" w:cs="Sakkal Majalla" w:hint="cs"/>
          <w:szCs w:val="28"/>
          <w:rtl/>
        </w:rPr>
        <w:t>تفسيرية</w:t>
      </w:r>
      <w:r w:rsidRPr="00B15C00">
        <w:rPr>
          <w:rFonts w:ascii="Sakkal Majalla" w:hAnsi="Sakkal Majalla" w:cs="Sakkal Majalla"/>
          <w:szCs w:val="28"/>
          <w:rtl/>
        </w:rPr>
        <w:t xml:space="preserve"> </w:t>
      </w:r>
      <w:r w:rsidRPr="00B15C00">
        <w:rPr>
          <w:rFonts w:ascii="Sakkal Majalla" w:hAnsi="Sakkal Majalla" w:cs="Sakkal Majalla" w:hint="cs"/>
          <w:szCs w:val="28"/>
          <w:rtl/>
        </w:rPr>
        <w:t>أعمق،</w:t>
      </w:r>
      <w:r w:rsidRPr="00B15C00">
        <w:rPr>
          <w:rFonts w:ascii="Sakkal Majalla" w:hAnsi="Sakkal Majalla" w:cs="Sakkal Majalla"/>
          <w:szCs w:val="28"/>
          <w:rtl/>
        </w:rPr>
        <w:t xml:space="preserve"> </w:t>
      </w:r>
      <w:r w:rsidRPr="00B15C00">
        <w:rPr>
          <w:rFonts w:ascii="Sakkal Majalla" w:hAnsi="Sakkal Majalla" w:cs="Sakkal Majalla" w:hint="cs"/>
          <w:szCs w:val="28"/>
          <w:rtl/>
        </w:rPr>
        <w:t>حيث</w:t>
      </w:r>
      <w:r w:rsidRPr="00B15C00">
        <w:rPr>
          <w:rFonts w:ascii="Sakkal Majalla" w:hAnsi="Sakkal Majalla" w:cs="Sakkal Majalla"/>
          <w:szCs w:val="28"/>
          <w:rtl/>
        </w:rPr>
        <w:t xml:space="preserve"> </w:t>
      </w:r>
      <w:r w:rsidRPr="00B15C00">
        <w:rPr>
          <w:rFonts w:ascii="Sakkal Majalla" w:hAnsi="Sakkal Majalla" w:cs="Sakkal Majalla" w:hint="cs"/>
          <w:szCs w:val="28"/>
          <w:rtl/>
        </w:rPr>
        <w:t>أظهرت</w:t>
      </w:r>
      <w:r w:rsidRPr="00B15C00">
        <w:rPr>
          <w:rFonts w:ascii="Sakkal Majalla" w:hAnsi="Sakkal Majalla" w:cs="Sakkal Majalla"/>
          <w:szCs w:val="28"/>
          <w:rtl/>
        </w:rPr>
        <w:t xml:space="preserve"> </w:t>
      </w:r>
      <w:r w:rsidRPr="00B15C00">
        <w:rPr>
          <w:rFonts w:ascii="Sakkal Majalla" w:hAnsi="Sakkal Majalla" w:cs="Sakkal Majalla" w:hint="cs"/>
          <w:szCs w:val="28"/>
          <w:rtl/>
        </w:rPr>
        <w:t>البيانات</w:t>
      </w:r>
      <w:r w:rsidRPr="00B15C00">
        <w:rPr>
          <w:rFonts w:ascii="Sakkal Majalla" w:hAnsi="Sakkal Majalla" w:cs="Sakkal Majalla"/>
          <w:szCs w:val="28"/>
          <w:rtl/>
        </w:rPr>
        <w:t xml:space="preserve"> </w:t>
      </w:r>
      <w:r w:rsidRPr="00B15C00">
        <w:rPr>
          <w:rFonts w:ascii="Sakkal Majalla" w:hAnsi="Sakkal Majalla" w:cs="Sakkal Majalla" w:hint="cs"/>
          <w:szCs w:val="28"/>
          <w:rtl/>
        </w:rPr>
        <w:t>أن</w:t>
      </w:r>
      <w:r w:rsidRPr="00B15C00">
        <w:rPr>
          <w:rFonts w:ascii="Sakkal Majalla" w:hAnsi="Sakkal Majalla" w:cs="Sakkal Majalla"/>
          <w:szCs w:val="28"/>
          <w:rtl/>
        </w:rPr>
        <w:t>:</w:t>
      </w:r>
    </w:p>
    <w:p w14:paraId="3C91032E" w14:textId="062147B3" w:rsidR="00B15C00" w:rsidRPr="00B15C00" w:rsidRDefault="00B15C00" w:rsidP="00634497">
      <w:pPr>
        <w:bidi/>
        <w:spacing w:line="360" w:lineRule="auto"/>
        <w:jc w:val="lowKashida"/>
        <w:rPr>
          <w:rFonts w:ascii="Sakkal Majalla" w:hAnsi="Sakkal Majalla" w:cs="Sakkal Majalla"/>
          <w:szCs w:val="28"/>
        </w:rPr>
      </w:pPr>
      <w:r w:rsidRPr="00B15C00">
        <w:rPr>
          <w:rFonts w:ascii="Sakkal Majalla" w:hAnsi="Sakkal Majalla" w:cs="Sakkal Majalla" w:hint="cs"/>
          <w:szCs w:val="28"/>
          <w:rtl/>
        </w:rPr>
        <w:t>هناك</w:t>
      </w:r>
      <w:r w:rsidRPr="00B15C00">
        <w:rPr>
          <w:rFonts w:ascii="Sakkal Majalla" w:hAnsi="Sakkal Majalla" w:cs="Sakkal Majalla"/>
          <w:szCs w:val="28"/>
          <w:rtl/>
        </w:rPr>
        <w:t xml:space="preserve"> </w:t>
      </w:r>
      <w:r w:rsidRPr="00B15C00">
        <w:rPr>
          <w:rFonts w:ascii="Sakkal Majalla" w:hAnsi="Sakkal Majalla" w:cs="Sakkal Majalla" w:hint="cs"/>
          <w:szCs w:val="28"/>
          <w:rtl/>
        </w:rPr>
        <w:t>إدراك</w:t>
      </w:r>
      <w:r w:rsidRPr="00B15C00">
        <w:rPr>
          <w:rFonts w:ascii="Sakkal Majalla" w:hAnsi="Sakkal Majalla" w:cs="Sakkal Majalla"/>
          <w:szCs w:val="28"/>
          <w:rtl/>
        </w:rPr>
        <w:t xml:space="preserve"> </w:t>
      </w:r>
      <w:r w:rsidRPr="00B15C00">
        <w:rPr>
          <w:rFonts w:ascii="Sakkal Majalla" w:hAnsi="Sakkal Majalla" w:cs="Sakkal Majalla" w:hint="cs"/>
          <w:szCs w:val="28"/>
          <w:rtl/>
        </w:rPr>
        <w:t>متزايد</w:t>
      </w:r>
      <w:r w:rsidRPr="00B15C00">
        <w:rPr>
          <w:rFonts w:ascii="Sakkal Majalla" w:hAnsi="Sakkal Majalla" w:cs="Sakkal Majalla"/>
          <w:szCs w:val="28"/>
          <w:rtl/>
        </w:rPr>
        <w:t xml:space="preserve"> </w:t>
      </w:r>
      <w:r w:rsidRPr="00B15C00">
        <w:rPr>
          <w:rFonts w:ascii="Sakkal Majalla" w:hAnsi="Sakkal Majalla" w:cs="Sakkal Majalla" w:hint="cs"/>
          <w:szCs w:val="28"/>
          <w:rtl/>
        </w:rPr>
        <w:t>لأهمية</w:t>
      </w:r>
      <w:r w:rsidRPr="00B15C00">
        <w:rPr>
          <w:rFonts w:ascii="Sakkal Majalla" w:hAnsi="Sakkal Majalla" w:cs="Sakkal Majalla"/>
          <w:szCs w:val="28"/>
          <w:rtl/>
        </w:rPr>
        <w:t xml:space="preserve"> </w:t>
      </w:r>
      <w:r w:rsidRPr="00B15C00">
        <w:rPr>
          <w:rFonts w:ascii="Sakkal Majalla" w:hAnsi="Sakkal Majalla" w:cs="Sakkal Majalla" w:hint="cs"/>
          <w:szCs w:val="28"/>
          <w:rtl/>
        </w:rPr>
        <w:t>الابتكار،</w:t>
      </w:r>
      <w:r w:rsidRPr="00B15C00">
        <w:rPr>
          <w:rFonts w:ascii="Sakkal Majalla" w:hAnsi="Sakkal Majalla" w:cs="Sakkal Majalla"/>
          <w:szCs w:val="28"/>
          <w:rtl/>
        </w:rPr>
        <w:t xml:space="preserve"> </w:t>
      </w:r>
      <w:r w:rsidRPr="00B15C00">
        <w:rPr>
          <w:rFonts w:ascii="Sakkal Majalla" w:hAnsi="Sakkal Majalla" w:cs="Sakkal Majalla" w:hint="cs"/>
          <w:szCs w:val="28"/>
          <w:rtl/>
        </w:rPr>
        <w:t>لكنه</w:t>
      </w:r>
      <w:r w:rsidRPr="00B15C00">
        <w:rPr>
          <w:rFonts w:ascii="Sakkal Majalla" w:hAnsi="Sakkal Majalla" w:cs="Sakkal Majalla"/>
          <w:szCs w:val="28"/>
          <w:rtl/>
        </w:rPr>
        <w:t xml:space="preserve"> </w:t>
      </w:r>
      <w:r w:rsidRPr="00B15C00">
        <w:rPr>
          <w:rFonts w:ascii="Sakkal Majalla" w:hAnsi="Sakkal Majalla" w:cs="Sakkal Majalla" w:hint="cs"/>
          <w:szCs w:val="28"/>
          <w:rtl/>
        </w:rPr>
        <w:t>لا</w:t>
      </w:r>
      <w:r w:rsidRPr="00B15C00">
        <w:rPr>
          <w:rFonts w:ascii="Sakkal Majalla" w:hAnsi="Sakkal Majalla" w:cs="Sakkal Majalla"/>
          <w:szCs w:val="28"/>
          <w:rtl/>
        </w:rPr>
        <w:t xml:space="preserve"> </w:t>
      </w:r>
      <w:r w:rsidRPr="00B15C00">
        <w:rPr>
          <w:rFonts w:ascii="Sakkal Majalla" w:hAnsi="Sakkal Majalla" w:cs="Sakkal Majalla" w:hint="cs"/>
          <w:szCs w:val="28"/>
          <w:rtl/>
        </w:rPr>
        <w:t>يُترجم</w:t>
      </w:r>
      <w:r w:rsidRPr="00B15C00">
        <w:rPr>
          <w:rFonts w:ascii="Sakkal Majalla" w:hAnsi="Sakkal Majalla" w:cs="Sakkal Majalla"/>
          <w:szCs w:val="28"/>
          <w:rtl/>
        </w:rPr>
        <w:t xml:space="preserve"> </w:t>
      </w:r>
      <w:r w:rsidRPr="00B15C00">
        <w:rPr>
          <w:rFonts w:ascii="Sakkal Majalla" w:hAnsi="Sakkal Majalla" w:cs="Sakkal Majalla" w:hint="cs"/>
          <w:szCs w:val="28"/>
          <w:rtl/>
        </w:rPr>
        <w:t>دائمًا</w:t>
      </w:r>
      <w:r w:rsidRPr="00B15C00">
        <w:rPr>
          <w:rFonts w:ascii="Sakkal Majalla" w:hAnsi="Sakkal Majalla" w:cs="Sakkal Majalla"/>
          <w:szCs w:val="28"/>
          <w:rtl/>
        </w:rPr>
        <w:t xml:space="preserve"> </w:t>
      </w:r>
      <w:r w:rsidRPr="00B15C00">
        <w:rPr>
          <w:rFonts w:ascii="Sakkal Majalla" w:hAnsi="Sakkal Majalla" w:cs="Sakkal Majalla" w:hint="cs"/>
          <w:szCs w:val="28"/>
          <w:rtl/>
        </w:rPr>
        <w:t>إلى</w:t>
      </w:r>
      <w:r w:rsidRPr="00B15C00">
        <w:rPr>
          <w:rFonts w:ascii="Sakkal Majalla" w:hAnsi="Sakkal Majalla" w:cs="Sakkal Majalla"/>
          <w:szCs w:val="28"/>
          <w:rtl/>
        </w:rPr>
        <w:t xml:space="preserve"> </w:t>
      </w:r>
      <w:r w:rsidRPr="00B15C00">
        <w:rPr>
          <w:rFonts w:ascii="Sakkal Majalla" w:hAnsi="Sakkal Majalla" w:cs="Sakkal Majalla" w:hint="cs"/>
          <w:szCs w:val="28"/>
          <w:rtl/>
        </w:rPr>
        <w:t>موارد</w:t>
      </w:r>
      <w:r w:rsidRPr="00B15C00">
        <w:rPr>
          <w:rFonts w:ascii="Sakkal Majalla" w:hAnsi="Sakkal Majalla" w:cs="Sakkal Majalla"/>
          <w:szCs w:val="28"/>
          <w:rtl/>
        </w:rPr>
        <w:t xml:space="preserve"> </w:t>
      </w:r>
      <w:r w:rsidRPr="00B15C00">
        <w:rPr>
          <w:rFonts w:ascii="Sakkal Majalla" w:hAnsi="Sakkal Majalla" w:cs="Sakkal Majalla" w:hint="cs"/>
          <w:szCs w:val="28"/>
          <w:rtl/>
        </w:rPr>
        <w:t>أو</w:t>
      </w:r>
      <w:r w:rsidRPr="00B15C00">
        <w:rPr>
          <w:rFonts w:ascii="Sakkal Majalla" w:hAnsi="Sakkal Majalla" w:cs="Sakkal Majalla"/>
          <w:szCs w:val="28"/>
          <w:rtl/>
        </w:rPr>
        <w:t xml:space="preserve"> </w:t>
      </w:r>
      <w:r w:rsidRPr="00B15C00">
        <w:rPr>
          <w:rFonts w:ascii="Sakkal Majalla" w:hAnsi="Sakkal Majalla" w:cs="Sakkal Majalla" w:hint="cs"/>
          <w:szCs w:val="28"/>
          <w:rtl/>
        </w:rPr>
        <w:t>تنظيم</w:t>
      </w:r>
      <w:r w:rsidRPr="00B15C00">
        <w:rPr>
          <w:rFonts w:ascii="Sakkal Majalla" w:hAnsi="Sakkal Majalla" w:cs="Sakkal Majalla"/>
          <w:szCs w:val="28"/>
          <w:rtl/>
        </w:rPr>
        <w:t xml:space="preserve"> </w:t>
      </w:r>
      <w:r w:rsidRPr="00B15C00">
        <w:rPr>
          <w:rFonts w:ascii="Sakkal Majalla" w:hAnsi="Sakkal Majalla" w:cs="Sakkal Majalla" w:hint="cs"/>
          <w:szCs w:val="28"/>
          <w:rtl/>
        </w:rPr>
        <w:t>فعّال</w:t>
      </w:r>
      <w:r w:rsidRPr="00B15C00">
        <w:rPr>
          <w:rFonts w:ascii="Sakkal Majalla" w:hAnsi="Sakkal Majalla" w:cs="Sakkal Majalla"/>
          <w:szCs w:val="28"/>
          <w:rtl/>
        </w:rPr>
        <w:t xml:space="preserve"> </w:t>
      </w:r>
      <w:r w:rsidRPr="00B15C00">
        <w:rPr>
          <w:rFonts w:ascii="Sakkal Majalla" w:hAnsi="Sakkal Majalla" w:cs="Sakkal Majalla" w:hint="cs"/>
          <w:szCs w:val="28"/>
          <w:rtl/>
        </w:rPr>
        <w:t>داخل</w:t>
      </w:r>
      <w:r w:rsidRPr="00B15C00">
        <w:rPr>
          <w:rFonts w:ascii="Sakkal Majalla" w:hAnsi="Sakkal Majalla" w:cs="Sakkal Majalla"/>
          <w:szCs w:val="28"/>
          <w:rtl/>
        </w:rPr>
        <w:t xml:space="preserve"> </w:t>
      </w:r>
      <w:r w:rsidRPr="00B15C00">
        <w:rPr>
          <w:rFonts w:ascii="Sakkal Majalla" w:hAnsi="Sakkal Majalla" w:cs="Sakkal Majalla" w:hint="cs"/>
          <w:szCs w:val="28"/>
          <w:rtl/>
        </w:rPr>
        <w:t>الجهات</w:t>
      </w:r>
      <w:r w:rsidRPr="00B15C00">
        <w:rPr>
          <w:rFonts w:ascii="Sakkal Majalla" w:hAnsi="Sakkal Majalla" w:cs="Sakkal Majalla"/>
          <w:szCs w:val="28"/>
          <w:rtl/>
        </w:rPr>
        <w:t xml:space="preserve"> </w:t>
      </w:r>
      <w:r w:rsidRPr="00B15C00">
        <w:rPr>
          <w:rFonts w:ascii="Sakkal Majalla" w:hAnsi="Sakkal Majalla" w:cs="Sakkal Majalla" w:hint="cs"/>
          <w:szCs w:val="28"/>
          <w:rtl/>
        </w:rPr>
        <w:t>الحكومية</w:t>
      </w:r>
      <w:r w:rsidRPr="00B15C00">
        <w:rPr>
          <w:rFonts w:ascii="Sakkal Majalla" w:hAnsi="Sakkal Majalla" w:cs="Sakkal Majalla"/>
          <w:szCs w:val="28"/>
          <w:rtl/>
        </w:rPr>
        <w:t>.</w:t>
      </w:r>
    </w:p>
    <w:p w14:paraId="38AB7E5F" w14:textId="397EC4D1" w:rsidR="00B15C00" w:rsidRPr="00B15C00" w:rsidRDefault="00B15C00" w:rsidP="00634497">
      <w:pPr>
        <w:bidi/>
        <w:spacing w:line="360" w:lineRule="auto"/>
        <w:jc w:val="lowKashida"/>
        <w:rPr>
          <w:rFonts w:ascii="Sakkal Majalla" w:hAnsi="Sakkal Majalla" w:cs="Sakkal Majalla"/>
          <w:szCs w:val="28"/>
        </w:rPr>
      </w:pPr>
      <w:r w:rsidRPr="00B15C00">
        <w:rPr>
          <w:rFonts w:ascii="Sakkal Majalla" w:hAnsi="Sakkal Majalla" w:cs="Sakkal Majalla" w:hint="cs"/>
          <w:szCs w:val="28"/>
          <w:rtl/>
        </w:rPr>
        <w:t>التكامل</w:t>
      </w:r>
      <w:r w:rsidRPr="00B15C00">
        <w:rPr>
          <w:rFonts w:ascii="Sakkal Majalla" w:hAnsi="Sakkal Majalla" w:cs="Sakkal Majalla"/>
          <w:szCs w:val="28"/>
          <w:rtl/>
        </w:rPr>
        <w:t xml:space="preserve"> </w:t>
      </w:r>
      <w:r w:rsidRPr="00B15C00">
        <w:rPr>
          <w:rFonts w:ascii="Sakkal Majalla" w:hAnsi="Sakkal Majalla" w:cs="Sakkal Majalla" w:hint="cs"/>
          <w:szCs w:val="28"/>
          <w:rtl/>
        </w:rPr>
        <w:t>بين</w:t>
      </w:r>
      <w:r w:rsidRPr="00B15C00">
        <w:rPr>
          <w:rFonts w:ascii="Sakkal Majalla" w:hAnsi="Sakkal Majalla" w:cs="Sakkal Majalla"/>
          <w:szCs w:val="28"/>
          <w:rtl/>
        </w:rPr>
        <w:t xml:space="preserve"> </w:t>
      </w:r>
      <w:r w:rsidRPr="00B15C00">
        <w:rPr>
          <w:rFonts w:ascii="Sakkal Majalla" w:hAnsi="Sakkal Majalla" w:cs="Sakkal Majalla" w:hint="cs"/>
          <w:szCs w:val="28"/>
          <w:rtl/>
        </w:rPr>
        <w:t>الجهة</w:t>
      </w:r>
      <w:r w:rsidRPr="00B15C00">
        <w:rPr>
          <w:rFonts w:ascii="Sakkal Majalla" w:hAnsi="Sakkal Majalla" w:cs="Sakkal Majalla"/>
          <w:szCs w:val="28"/>
          <w:rtl/>
        </w:rPr>
        <w:t xml:space="preserve"> </w:t>
      </w:r>
      <w:r w:rsidRPr="00B15C00">
        <w:rPr>
          <w:rFonts w:ascii="Sakkal Majalla" w:hAnsi="Sakkal Majalla" w:cs="Sakkal Majalla" w:hint="cs"/>
          <w:szCs w:val="28"/>
          <w:rtl/>
        </w:rPr>
        <w:t>والاستشاري</w:t>
      </w:r>
      <w:r w:rsidRPr="00B15C00">
        <w:rPr>
          <w:rFonts w:ascii="Sakkal Majalla" w:hAnsi="Sakkal Majalla" w:cs="Sakkal Majalla"/>
          <w:szCs w:val="28"/>
          <w:rtl/>
        </w:rPr>
        <w:t xml:space="preserve"> </w:t>
      </w:r>
      <w:r w:rsidRPr="00B15C00">
        <w:rPr>
          <w:rFonts w:ascii="Sakkal Majalla" w:hAnsi="Sakkal Majalla" w:cs="Sakkal Majalla" w:hint="cs"/>
          <w:szCs w:val="28"/>
          <w:rtl/>
        </w:rPr>
        <w:t>ما</w:t>
      </w:r>
      <w:r w:rsidRPr="00B15C00">
        <w:rPr>
          <w:rFonts w:ascii="Sakkal Majalla" w:hAnsi="Sakkal Majalla" w:cs="Sakkal Majalla"/>
          <w:szCs w:val="28"/>
          <w:rtl/>
        </w:rPr>
        <w:t xml:space="preserve"> </w:t>
      </w:r>
      <w:r w:rsidRPr="00B15C00">
        <w:rPr>
          <w:rFonts w:ascii="Sakkal Majalla" w:hAnsi="Sakkal Majalla" w:cs="Sakkal Majalla" w:hint="cs"/>
          <w:szCs w:val="28"/>
          <w:rtl/>
        </w:rPr>
        <w:t>زال</w:t>
      </w:r>
      <w:r w:rsidRPr="00B15C00">
        <w:rPr>
          <w:rFonts w:ascii="Sakkal Majalla" w:hAnsi="Sakkal Majalla" w:cs="Sakkal Majalla"/>
          <w:szCs w:val="28"/>
          <w:rtl/>
        </w:rPr>
        <w:t xml:space="preserve"> </w:t>
      </w:r>
      <w:r w:rsidRPr="00B15C00">
        <w:rPr>
          <w:rFonts w:ascii="Sakkal Majalla" w:hAnsi="Sakkal Majalla" w:cs="Sakkal Majalla" w:hint="cs"/>
          <w:szCs w:val="28"/>
          <w:rtl/>
        </w:rPr>
        <w:t>محدودًا</w:t>
      </w:r>
      <w:r w:rsidRPr="00B15C00">
        <w:rPr>
          <w:rFonts w:ascii="Sakkal Majalla" w:hAnsi="Sakkal Majalla" w:cs="Sakkal Majalla"/>
          <w:szCs w:val="28"/>
          <w:rtl/>
        </w:rPr>
        <w:t xml:space="preserve"> </w:t>
      </w:r>
      <w:r w:rsidRPr="00B15C00">
        <w:rPr>
          <w:rFonts w:ascii="Sakkal Majalla" w:hAnsi="Sakkal Majalla" w:cs="Sakkal Majalla" w:hint="cs"/>
          <w:szCs w:val="28"/>
          <w:rtl/>
        </w:rPr>
        <w:t>رغم</w:t>
      </w:r>
      <w:r w:rsidRPr="00B15C00">
        <w:rPr>
          <w:rFonts w:ascii="Sakkal Majalla" w:hAnsi="Sakkal Majalla" w:cs="Sakkal Majalla"/>
          <w:szCs w:val="28"/>
          <w:rtl/>
        </w:rPr>
        <w:t xml:space="preserve"> </w:t>
      </w:r>
      <w:r w:rsidRPr="00B15C00">
        <w:rPr>
          <w:rFonts w:ascii="Sakkal Majalla" w:hAnsi="Sakkal Majalla" w:cs="Sakkal Majalla" w:hint="cs"/>
          <w:szCs w:val="28"/>
          <w:rtl/>
        </w:rPr>
        <w:t>القناعة</w:t>
      </w:r>
      <w:r w:rsidRPr="00B15C00">
        <w:rPr>
          <w:rFonts w:ascii="Sakkal Majalla" w:hAnsi="Sakkal Majalla" w:cs="Sakkal Majalla"/>
          <w:szCs w:val="28"/>
          <w:rtl/>
        </w:rPr>
        <w:t xml:space="preserve"> </w:t>
      </w:r>
      <w:r w:rsidRPr="00B15C00">
        <w:rPr>
          <w:rFonts w:ascii="Sakkal Majalla" w:hAnsi="Sakkal Majalla" w:cs="Sakkal Majalla" w:hint="cs"/>
          <w:szCs w:val="28"/>
          <w:rtl/>
        </w:rPr>
        <w:t>النظرية</w:t>
      </w:r>
      <w:r w:rsidRPr="00B15C00">
        <w:rPr>
          <w:rFonts w:ascii="Sakkal Majalla" w:hAnsi="Sakkal Majalla" w:cs="Sakkal Majalla"/>
          <w:szCs w:val="28"/>
          <w:rtl/>
        </w:rPr>
        <w:t xml:space="preserve"> </w:t>
      </w:r>
      <w:r w:rsidRPr="00B15C00">
        <w:rPr>
          <w:rFonts w:ascii="Sakkal Majalla" w:hAnsi="Sakkal Majalla" w:cs="Sakkal Majalla" w:hint="cs"/>
          <w:szCs w:val="28"/>
          <w:rtl/>
        </w:rPr>
        <w:t>بأهميته</w:t>
      </w:r>
      <w:r w:rsidRPr="00B15C00">
        <w:rPr>
          <w:rFonts w:ascii="Sakkal Majalla" w:hAnsi="Sakkal Majalla" w:cs="Sakkal Majalla"/>
          <w:szCs w:val="28"/>
          <w:rtl/>
        </w:rPr>
        <w:t>.</w:t>
      </w:r>
    </w:p>
    <w:p w14:paraId="14182EEF" w14:textId="4F5161B6" w:rsidR="00B15C00" w:rsidRPr="00B15C00" w:rsidRDefault="00B15C00" w:rsidP="00634497">
      <w:pPr>
        <w:bidi/>
        <w:spacing w:line="360" w:lineRule="auto"/>
        <w:jc w:val="lowKashida"/>
        <w:rPr>
          <w:rFonts w:ascii="Sakkal Majalla" w:hAnsi="Sakkal Majalla" w:cs="Sakkal Majalla"/>
          <w:szCs w:val="28"/>
        </w:rPr>
      </w:pPr>
      <w:r w:rsidRPr="00B15C00">
        <w:rPr>
          <w:rFonts w:ascii="Sakkal Majalla" w:hAnsi="Sakkal Majalla" w:cs="Sakkal Majalla" w:hint="cs"/>
          <w:szCs w:val="28"/>
          <w:rtl/>
        </w:rPr>
        <w:t>بناء</w:t>
      </w:r>
      <w:r w:rsidRPr="00B15C00">
        <w:rPr>
          <w:rFonts w:ascii="Sakkal Majalla" w:hAnsi="Sakkal Majalla" w:cs="Sakkal Majalla"/>
          <w:szCs w:val="28"/>
          <w:rtl/>
        </w:rPr>
        <w:t xml:space="preserve"> </w:t>
      </w:r>
      <w:r w:rsidRPr="00B15C00">
        <w:rPr>
          <w:rFonts w:ascii="Sakkal Majalla" w:hAnsi="Sakkal Majalla" w:cs="Sakkal Majalla" w:hint="cs"/>
          <w:szCs w:val="28"/>
          <w:rtl/>
        </w:rPr>
        <w:t>القدرات</w:t>
      </w:r>
      <w:r w:rsidRPr="00B15C00">
        <w:rPr>
          <w:rFonts w:ascii="Sakkal Majalla" w:hAnsi="Sakkal Majalla" w:cs="Sakkal Majalla"/>
          <w:szCs w:val="28"/>
          <w:rtl/>
        </w:rPr>
        <w:t xml:space="preserve"> </w:t>
      </w:r>
      <w:r w:rsidRPr="00B15C00">
        <w:rPr>
          <w:rFonts w:ascii="Sakkal Majalla" w:hAnsi="Sakkal Majalla" w:cs="Sakkal Majalla" w:hint="cs"/>
          <w:szCs w:val="28"/>
          <w:rtl/>
        </w:rPr>
        <w:t>وزرع</w:t>
      </w:r>
      <w:r w:rsidRPr="00B15C00">
        <w:rPr>
          <w:rFonts w:ascii="Sakkal Majalla" w:hAnsi="Sakkal Majalla" w:cs="Sakkal Majalla"/>
          <w:szCs w:val="28"/>
          <w:rtl/>
        </w:rPr>
        <w:t xml:space="preserve"> </w:t>
      </w:r>
      <w:r w:rsidRPr="00B15C00">
        <w:rPr>
          <w:rFonts w:ascii="Sakkal Majalla" w:hAnsi="Sakkal Majalla" w:cs="Sakkal Majalla" w:hint="cs"/>
          <w:szCs w:val="28"/>
          <w:rtl/>
        </w:rPr>
        <w:t>الثقافة</w:t>
      </w:r>
      <w:r w:rsidRPr="00B15C00">
        <w:rPr>
          <w:rFonts w:ascii="Sakkal Majalla" w:hAnsi="Sakkal Majalla" w:cs="Sakkal Majalla"/>
          <w:szCs w:val="28"/>
          <w:rtl/>
        </w:rPr>
        <w:t xml:space="preserve"> </w:t>
      </w:r>
      <w:r w:rsidRPr="00B15C00">
        <w:rPr>
          <w:rFonts w:ascii="Sakkal Majalla" w:hAnsi="Sakkal Majalla" w:cs="Sakkal Majalla" w:hint="cs"/>
          <w:szCs w:val="28"/>
          <w:rtl/>
        </w:rPr>
        <w:t>الابتكارية</w:t>
      </w:r>
      <w:r w:rsidRPr="00B15C00">
        <w:rPr>
          <w:rFonts w:ascii="Sakkal Majalla" w:hAnsi="Sakkal Majalla" w:cs="Sakkal Majalla"/>
          <w:szCs w:val="28"/>
          <w:rtl/>
        </w:rPr>
        <w:t xml:space="preserve"> </w:t>
      </w:r>
      <w:r w:rsidRPr="00B15C00">
        <w:rPr>
          <w:rFonts w:ascii="Sakkal Majalla" w:hAnsi="Sakkal Majalla" w:cs="Sakkal Majalla" w:hint="cs"/>
          <w:szCs w:val="28"/>
          <w:rtl/>
        </w:rPr>
        <w:t>لا</w:t>
      </w:r>
      <w:r w:rsidRPr="00B15C00">
        <w:rPr>
          <w:rFonts w:ascii="Sakkal Majalla" w:hAnsi="Sakkal Majalla" w:cs="Sakkal Majalla"/>
          <w:szCs w:val="28"/>
          <w:rtl/>
        </w:rPr>
        <w:t xml:space="preserve"> </w:t>
      </w:r>
      <w:r w:rsidRPr="00B15C00">
        <w:rPr>
          <w:rFonts w:ascii="Sakkal Majalla" w:hAnsi="Sakkal Majalla" w:cs="Sakkal Majalla" w:hint="cs"/>
          <w:szCs w:val="28"/>
          <w:rtl/>
        </w:rPr>
        <w:t>يُدمج</w:t>
      </w:r>
      <w:r w:rsidRPr="00B15C00">
        <w:rPr>
          <w:rFonts w:ascii="Sakkal Majalla" w:hAnsi="Sakkal Majalla" w:cs="Sakkal Majalla"/>
          <w:szCs w:val="28"/>
          <w:rtl/>
        </w:rPr>
        <w:t xml:space="preserve"> </w:t>
      </w:r>
      <w:r w:rsidRPr="00B15C00">
        <w:rPr>
          <w:rFonts w:ascii="Sakkal Majalla" w:hAnsi="Sakkal Majalla" w:cs="Sakkal Majalla" w:hint="cs"/>
          <w:szCs w:val="28"/>
          <w:rtl/>
        </w:rPr>
        <w:t>غالبًا</w:t>
      </w:r>
      <w:r w:rsidRPr="00B15C00">
        <w:rPr>
          <w:rFonts w:ascii="Sakkal Majalla" w:hAnsi="Sakkal Majalla" w:cs="Sakkal Majalla"/>
          <w:szCs w:val="28"/>
          <w:rtl/>
        </w:rPr>
        <w:t xml:space="preserve"> </w:t>
      </w:r>
      <w:r w:rsidRPr="00B15C00">
        <w:rPr>
          <w:rFonts w:ascii="Sakkal Majalla" w:hAnsi="Sakkal Majalla" w:cs="Sakkal Majalla" w:hint="cs"/>
          <w:szCs w:val="28"/>
          <w:rtl/>
        </w:rPr>
        <w:t>في</w:t>
      </w:r>
      <w:r w:rsidRPr="00B15C00">
        <w:rPr>
          <w:rFonts w:ascii="Sakkal Majalla" w:hAnsi="Sakkal Majalla" w:cs="Sakkal Majalla"/>
          <w:szCs w:val="28"/>
          <w:rtl/>
        </w:rPr>
        <w:t xml:space="preserve"> </w:t>
      </w:r>
      <w:r w:rsidRPr="00B15C00">
        <w:rPr>
          <w:rFonts w:ascii="Sakkal Majalla" w:hAnsi="Sakkal Majalla" w:cs="Sakkal Majalla" w:hint="cs"/>
          <w:szCs w:val="28"/>
          <w:rtl/>
        </w:rPr>
        <w:t>استراتيجيات</w:t>
      </w:r>
      <w:r w:rsidRPr="00B15C00">
        <w:rPr>
          <w:rFonts w:ascii="Sakkal Majalla" w:hAnsi="Sakkal Majalla" w:cs="Sakkal Majalla"/>
          <w:szCs w:val="28"/>
          <w:rtl/>
        </w:rPr>
        <w:t xml:space="preserve"> </w:t>
      </w:r>
      <w:r w:rsidRPr="00B15C00">
        <w:rPr>
          <w:rFonts w:ascii="Sakkal Majalla" w:hAnsi="Sakkal Majalla" w:cs="Sakkal Majalla" w:hint="cs"/>
          <w:szCs w:val="28"/>
          <w:rtl/>
        </w:rPr>
        <w:t>المشاريع</w:t>
      </w:r>
      <w:r w:rsidRPr="00B15C00">
        <w:rPr>
          <w:rFonts w:ascii="Sakkal Majalla" w:hAnsi="Sakkal Majalla" w:cs="Sakkal Majalla"/>
          <w:szCs w:val="28"/>
          <w:rtl/>
        </w:rPr>
        <w:t xml:space="preserve"> </w:t>
      </w:r>
      <w:r w:rsidRPr="00B15C00">
        <w:rPr>
          <w:rFonts w:ascii="Sakkal Majalla" w:hAnsi="Sakkal Majalla" w:cs="Sakkal Majalla" w:hint="cs"/>
          <w:szCs w:val="28"/>
          <w:rtl/>
        </w:rPr>
        <w:t>الاستشارية</w:t>
      </w:r>
      <w:r w:rsidRPr="00B15C00">
        <w:rPr>
          <w:rFonts w:ascii="Sakkal Majalla" w:hAnsi="Sakkal Majalla" w:cs="Sakkal Majalla"/>
          <w:szCs w:val="28"/>
          <w:rtl/>
        </w:rPr>
        <w:t xml:space="preserve"> </w:t>
      </w:r>
      <w:r w:rsidRPr="00B15C00">
        <w:rPr>
          <w:rFonts w:ascii="Sakkal Majalla" w:hAnsi="Sakkal Majalla" w:cs="Sakkal Majalla" w:hint="cs"/>
          <w:szCs w:val="28"/>
          <w:rtl/>
        </w:rPr>
        <w:t>الحالية</w:t>
      </w:r>
      <w:r w:rsidRPr="00B15C00">
        <w:rPr>
          <w:rFonts w:ascii="Sakkal Majalla" w:hAnsi="Sakkal Majalla" w:cs="Sakkal Majalla"/>
          <w:szCs w:val="28"/>
          <w:rtl/>
        </w:rPr>
        <w:t>.</w:t>
      </w:r>
    </w:p>
    <w:p w14:paraId="69E15FB3" w14:textId="77777777" w:rsidR="00B15C00" w:rsidRPr="00B15C00" w:rsidRDefault="00B15C00" w:rsidP="00634497">
      <w:pPr>
        <w:bidi/>
        <w:spacing w:line="360" w:lineRule="auto"/>
        <w:jc w:val="lowKashida"/>
        <w:rPr>
          <w:rFonts w:ascii="Sakkal Majalla" w:hAnsi="Sakkal Majalla" w:cs="Sakkal Majalla"/>
          <w:szCs w:val="28"/>
          <w:rtl/>
        </w:rPr>
      </w:pPr>
      <w:r w:rsidRPr="00B15C00">
        <w:rPr>
          <w:rFonts w:ascii="Sakkal Majalla" w:hAnsi="Sakkal Majalla" w:cs="Sakkal Majalla" w:hint="cs"/>
          <w:szCs w:val="28"/>
          <w:rtl/>
        </w:rPr>
        <w:lastRenderedPageBreak/>
        <w:t>النضج</w:t>
      </w:r>
      <w:r w:rsidRPr="00B15C00">
        <w:rPr>
          <w:rFonts w:ascii="Sakkal Majalla" w:hAnsi="Sakkal Majalla" w:cs="Sakkal Majalla"/>
          <w:szCs w:val="28"/>
          <w:rtl/>
        </w:rPr>
        <w:t xml:space="preserve"> </w:t>
      </w:r>
      <w:r w:rsidRPr="00B15C00">
        <w:rPr>
          <w:rFonts w:ascii="Sakkal Majalla" w:hAnsi="Sakkal Majalla" w:cs="Sakkal Majalla" w:hint="cs"/>
          <w:szCs w:val="28"/>
          <w:rtl/>
        </w:rPr>
        <w:t>المؤسسي</w:t>
      </w:r>
      <w:r w:rsidRPr="00B15C00">
        <w:rPr>
          <w:rFonts w:ascii="Sakkal Majalla" w:hAnsi="Sakkal Majalla" w:cs="Sakkal Majalla"/>
          <w:szCs w:val="28"/>
          <w:rtl/>
        </w:rPr>
        <w:t xml:space="preserve"> </w:t>
      </w:r>
      <w:r w:rsidRPr="00B15C00">
        <w:rPr>
          <w:rFonts w:ascii="Sakkal Majalla" w:hAnsi="Sakkal Majalla" w:cs="Sakkal Majalla" w:hint="cs"/>
          <w:szCs w:val="28"/>
          <w:rtl/>
        </w:rPr>
        <w:t>والقيادة</w:t>
      </w:r>
      <w:r w:rsidRPr="00B15C00">
        <w:rPr>
          <w:rFonts w:ascii="Sakkal Majalla" w:hAnsi="Sakkal Majalla" w:cs="Sakkal Majalla"/>
          <w:szCs w:val="28"/>
          <w:rtl/>
        </w:rPr>
        <w:t xml:space="preserve"> </w:t>
      </w:r>
      <w:r w:rsidRPr="00B15C00">
        <w:rPr>
          <w:rFonts w:ascii="Sakkal Majalla" w:hAnsi="Sakkal Majalla" w:cs="Sakkal Majalla" w:hint="cs"/>
          <w:szCs w:val="28"/>
          <w:rtl/>
        </w:rPr>
        <w:t>التمكينية</w:t>
      </w:r>
      <w:r w:rsidRPr="00B15C00">
        <w:rPr>
          <w:rFonts w:ascii="Sakkal Majalla" w:hAnsi="Sakkal Majalla" w:cs="Sakkal Majalla"/>
          <w:szCs w:val="28"/>
          <w:rtl/>
        </w:rPr>
        <w:t xml:space="preserve"> </w:t>
      </w:r>
      <w:r w:rsidRPr="00B15C00">
        <w:rPr>
          <w:rFonts w:ascii="Sakkal Majalla" w:hAnsi="Sakkal Majalla" w:cs="Sakkal Majalla" w:hint="cs"/>
          <w:szCs w:val="28"/>
          <w:rtl/>
        </w:rPr>
        <w:t>عاملان</w:t>
      </w:r>
      <w:r w:rsidRPr="00B15C00">
        <w:rPr>
          <w:rFonts w:ascii="Sakkal Majalla" w:hAnsi="Sakkal Majalla" w:cs="Sakkal Majalla"/>
          <w:szCs w:val="28"/>
          <w:rtl/>
        </w:rPr>
        <w:t xml:space="preserve"> </w:t>
      </w:r>
      <w:r w:rsidRPr="00B15C00">
        <w:rPr>
          <w:rFonts w:ascii="Sakkal Majalla" w:hAnsi="Sakkal Majalla" w:cs="Sakkal Majalla" w:hint="cs"/>
          <w:szCs w:val="28"/>
          <w:rtl/>
        </w:rPr>
        <w:t>حاسمان</w:t>
      </w:r>
      <w:r w:rsidRPr="00B15C00">
        <w:rPr>
          <w:rFonts w:ascii="Sakkal Majalla" w:hAnsi="Sakkal Majalla" w:cs="Sakkal Majalla"/>
          <w:szCs w:val="28"/>
          <w:rtl/>
        </w:rPr>
        <w:t xml:space="preserve"> </w:t>
      </w:r>
      <w:r w:rsidRPr="00B15C00">
        <w:rPr>
          <w:rFonts w:ascii="Sakkal Majalla" w:hAnsi="Sakkal Majalla" w:cs="Sakkal Majalla" w:hint="cs"/>
          <w:szCs w:val="28"/>
          <w:rtl/>
        </w:rPr>
        <w:t>لتحويل</w:t>
      </w:r>
      <w:r w:rsidRPr="00B15C00">
        <w:rPr>
          <w:rFonts w:ascii="Sakkal Majalla" w:hAnsi="Sakkal Majalla" w:cs="Sakkal Majalla"/>
          <w:szCs w:val="28"/>
          <w:rtl/>
        </w:rPr>
        <w:t xml:space="preserve"> </w:t>
      </w:r>
      <w:r w:rsidRPr="00B15C00">
        <w:rPr>
          <w:rFonts w:ascii="Sakkal Majalla" w:hAnsi="Sakkal Majalla" w:cs="Sakkal Majalla" w:hint="cs"/>
          <w:szCs w:val="28"/>
          <w:rtl/>
        </w:rPr>
        <w:t>الابتكار</w:t>
      </w:r>
      <w:r w:rsidRPr="00B15C00">
        <w:rPr>
          <w:rFonts w:ascii="Sakkal Majalla" w:hAnsi="Sakkal Majalla" w:cs="Sakkal Majalla"/>
          <w:szCs w:val="28"/>
          <w:rtl/>
        </w:rPr>
        <w:t xml:space="preserve"> </w:t>
      </w:r>
      <w:r w:rsidRPr="00B15C00">
        <w:rPr>
          <w:rFonts w:ascii="Sakkal Majalla" w:hAnsi="Sakkal Majalla" w:cs="Sakkal Majalla" w:hint="cs"/>
          <w:szCs w:val="28"/>
          <w:rtl/>
        </w:rPr>
        <w:t>إلى</w:t>
      </w:r>
      <w:r w:rsidRPr="00B15C00">
        <w:rPr>
          <w:rFonts w:ascii="Sakkal Majalla" w:hAnsi="Sakkal Majalla" w:cs="Sakkal Majalla"/>
          <w:szCs w:val="28"/>
          <w:rtl/>
        </w:rPr>
        <w:t xml:space="preserve"> </w:t>
      </w:r>
      <w:r w:rsidRPr="00B15C00">
        <w:rPr>
          <w:rFonts w:ascii="Sakkal Majalla" w:hAnsi="Sakkal Majalla" w:cs="Sakkal Majalla" w:hint="cs"/>
          <w:szCs w:val="28"/>
          <w:rtl/>
        </w:rPr>
        <w:t>ممارسة</w:t>
      </w:r>
      <w:r w:rsidRPr="00B15C00">
        <w:rPr>
          <w:rFonts w:ascii="Sakkal Majalla" w:hAnsi="Sakkal Majalla" w:cs="Sakkal Majalla"/>
          <w:szCs w:val="28"/>
          <w:rtl/>
        </w:rPr>
        <w:t xml:space="preserve"> </w:t>
      </w:r>
      <w:r w:rsidRPr="00B15C00">
        <w:rPr>
          <w:rFonts w:ascii="Sakkal Majalla" w:hAnsi="Sakkal Majalla" w:cs="Sakkal Majalla" w:hint="cs"/>
          <w:szCs w:val="28"/>
          <w:rtl/>
        </w:rPr>
        <w:t>مستدامة</w:t>
      </w:r>
      <w:r w:rsidRPr="00B15C00">
        <w:rPr>
          <w:rFonts w:ascii="Sakkal Majalla" w:hAnsi="Sakkal Majalla" w:cs="Sakkal Majalla"/>
          <w:szCs w:val="28"/>
          <w:rtl/>
        </w:rPr>
        <w:t>.</w:t>
      </w:r>
    </w:p>
    <w:p w14:paraId="7D15A693" w14:textId="2ACF32EC" w:rsidR="00B15C00" w:rsidRPr="00B15C00" w:rsidRDefault="00B15C00" w:rsidP="00634497">
      <w:pPr>
        <w:bidi/>
        <w:spacing w:line="360" w:lineRule="auto"/>
        <w:jc w:val="lowKashida"/>
        <w:rPr>
          <w:rFonts w:ascii="Sakkal Majalla" w:hAnsi="Sakkal Majalla" w:cs="Sakkal Majalla"/>
          <w:szCs w:val="28"/>
        </w:rPr>
      </w:pPr>
      <w:r w:rsidRPr="00B15C00">
        <w:rPr>
          <w:rFonts w:ascii="Sakkal Majalla" w:hAnsi="Sakkal Majalla" w:cs="Sakkal Majalla" w:hint="cs"/>
          <w:szCs w:val="28"/>
          <w:rtl/>
        </w:rPr>
        <w:t>القدرة</w:t>
      </w:r>
      <w:r w:rsidRPr="00B15C00">
        <w:rPr>
          <w:rFonts w:ascii="Sakkal Majalla" w:hAnsi="Sakkal Majalla" w:cs="Sakkal Majalla"/>
          <w:szCs w:val="28"/>
          <w:rtl/>
        </w:rPr>
        <w:t xml:space="preserve"> </w:t>
      </w:r>
      <w:r w:rsidRPr="00B15C00">
        <w:rPr>
          <w:rFonts w:ascii="Sakkal Majalla" w:hAnsi="Sakkal Majalla" w:cs="Sakkal Majalla" w:hint="cs"/>
          <w:szCs w:val="28"/>
          <w:rtl/>
        </w:rPr>
        <w:t>الامتصاصية</w:t>
      </w:r>
      <w:r w:rsidRPr="00B15C00">
        <w:rPr>
          <w:rFonts w:ascii="Sakkal Majalla" w:hAnsi="Sakkal Majalla" w:cs="Sakkal Majalla"/>
          <w:szCs w:val="28"/>
          <w:rtl/>
        </w:rPr>
        <w:t xml:space="preserve"> </w:t>
      </w:r>
      <w:r w:rsidRPr="00B15C00">
        <w:rPr>
          <w:rFonts w:ascii="Sakkal Majalla" w:hAnsi="Sakkal Majalla" w:cs="Sakkal Majalla" w:hint="cs"/>
          <w:szCs w:val="28"/>
          <w:rtl/>
        </w:rPr>
        <w:t>هي</w:t>
      </w:r>
      <w:r w:rsidRPr="00B15C00">
        <w:rPr>
          <w:rFonts w:ascii="Sakkal Majalla" w:hAnsi="Sakkal Majalla" w:cs="Sakkal Majalla"/>
          <w:szCs w:val="28"/>
          <w:rtl/>
        </w:rPr>
        <w:t xml:space="preserve"> </w:t>
      </w:r>
      <w:r w:rsidRPr="00B15C00">
        <w:rPr>
          <w:rFonts w:ascii="Sakkal Majalla" w:hAnsi="Sakkal Majalla" w:cs="Sakkal Majalla" w:hint="cs"/>
          <w:szCs w:val="28"/>
          <w:rtl/>
        </w:rPr>
        <w:t>المحرك</w:t>
      </w:r>
      <w:r w:rsidRPr="00B15C00">
        <w:rPr>
          <w:rFonts w:ascii="Sakkal Majalla" w:hAnsi="Sakkal Majalla" w:cs="Sakkal Majalla"/>
          <w:szCs w:val="28"/>
          <w:rtl/>
        </w:rPr>
        <w:t xml:space="preserve"> </w:t>
      </w:r>
      <w:r w:rsidRPr="00B15C00">
        <w:rPr>
          <w:rFonts w:ascii="Sakkal Majalla" w:hAnsi="Sakkal Majalla" w:cs="Sakkal Majalla" w:hint="cs"/>
          <w:szCs w:val="28"/>
          <w:rtl/>
        </w:rPr>
        <w:t>الذي</w:t>
      </w:r>
      <w:r w:rsidRPr="00B15C00">
        <w:rPr>
          <w:rFonts w:ascii="Sakkal Majalla" w:hAnsi="Sakkal Majalla" w:cs="Sakkal Majalla"/>
          <w:szCs w:val="28"/>
          <w:rtl/>
        </w:rPr>
        <w:t xml:space="preserve"> </w:t>
      </w:r>
      <w:r w:rsidRPr="00B15C00">
        <w:rPr>
          <w:rFonts w:ascii="Sakkal Majalla" w:hAnsi="Sakkal Majalla" w:cs="Sakkal Majalla" w:hint="cs"/>
          <w:szCs w:val="28"/>
          <w:rtl/>
        </w:rPr>
        <w:t>يربط</w:t>
      </w:r>
      <w:r w:rsidRPr="00B15C00">
        <w:rPr>
          <w:rFonts w:ascii="Sakkal Majalla" w:hAnsi="Sakkal Majalla" w:cs="Sakkal Majalla"/>
          <w:szCs w:val="28"/>
          <w:rtl/>
        </w:rPr>
        <w:t xml:space="preserve"> </w:t>
      </w:r>
      <w:r w:rsidRPr="00B15C00">
        <w:rPr>
          <w:rFonts w:ascii="Sakkal Majalla" w:hAnsi="Sakkal Majalla" w:cs="Sakkal Majalla" w:hint="cs"/>
          <w:szCs w:val="28"/>
          <w:rtl/>
        </w:rPr>
        <w:t>بين</w:t>
      </w:r>
      <w:r w:rsidRPr="00B15C00">
        <w:rPr>
          <w:rFonts w:ascii="Sakkal Majalla" w:hAnsi="Sakkal Majalla" w:cs="Sakkal Majalla"/>
          <w:szCs w:val="28"/>
          <w:rtl/>
        </w:rPr>
        <w:t xml:space="preserve"> </w:t>
      </w:r>
      <w:r w:rsidRPr="00B15C00">
        <w:rPr>
          <w:rFonts w:ascii="Sakkal Majalla" w:hAnsi="Sakkal Majalla" w:cs="Sakkal Majalla" w:hint="cs"/>
          <w:szCs w:val="28"/>
          <w:rtl/>
        </w:rPr>
        <w:t>التمكين</w:t>
      </w:r>
      <w:r w:rsidRPr="00B15C00">
        <w:rPr>
          <w:rFonts w:ascii="Sakkal Majalla" w:hAnsi="Sakkal Majalla" w:cs="Sakkal Majalla"/>
          <w:szCs w:val="28"/>
          <w:rtl/>
        </w:rPr>
        <w:t xml:space="preserve"> </w:t>
      </w:r>
      <w:r w:rsidRPr="00B15C00">
        <w:rPr>
          <w:rFonts w:ascii="Sakkal Majalla" w:hAnsi="Sakkal Majalla" w:cs="Sakkal Majalla" w:hint="cs"/>
          <w:szCs w:val="28"/>
          <w:rtl/>
        </w:rPr>
        <w:t>الداخلي</w:t>
      </w:r>
      <w:r w:rsidRPr="00B15C00">
        <w:rPr>
          <w:rFonts w:ascii="Sakkal Majalla" w:hAnsi="Sakkal Majalla" w:cs="Sakkal Majalla"/>
          <w:szCs w:val="28"/>
          <w:rtl/>
        </w:rPr>
        <w:t xml:space="preserve"> </w:t>
      </w:r>
      <w:r w:rsidRPr="00B15C00">
        <w:rPr>
          <w:rFonts w:ascii="Sakkal Majalla" w:hAnsi="Sakkal Majalla" w:cs="Sakkal Majalla" w:hint="cs"/>
          <w:szCs w:val="28"/>
          <w:rtl/>
        </w:rPr>
        <w:t>والدعم</w:t>
      </w:r>
      <w:r w:rsidRPr="00B15C00">
        <w:rPr>
          <w:rFonts w:ascii="Sakkal Majalla" w:hAnsi="Sakkal Majalla" w:cs="Sakkal Majalla"/>
          <w:szCs w:val="28"/>
          <w:rtl/>
        </w:rPr>
        <w:t xml:space="preserve"> </w:t>
      </w:r>
      <w:r w:rsidRPr="00B15C00">
        <w:rPr>
          <w:rFonts w:ascii="Sakkal Majalla" w:hAnsi="Sakkal Majalla" w:cs="Sakkal Majalla" w:hint="cs"/>
          <w:szCs w:val="28"/>
          <w:rtl/>
        </w:rPr>
        <w:t>الاستشاري،</w:t>
      </w:r>
      <w:r w:rsidRPr="00B15C00">
        <w:rPr>
          <w:rFonts w:ascii="Sakkal Majalla" w:hAnsi="Sakkal Majalla" w:cs="Sakkal Majalla"/>
          <w:szCs w:val="28"/>
          <w:rtl/>
        </w:rPr>
        <w:t xml:space="preserve"> </w:t>
      </w:r>
      <w:r w:rsidRPr="00B15C00">
        <w:rPr>
          <w:rFonts w:ascii="Sakkal Majalla" w:hAnsi="Sakkal Majalla" w:cs="Sakkal Majalla" w:hint="cs"/>
          <w:szCs w:val="28"/>
          <w:rtl/>
        </w:rPr>
        <w:t>ويحدد</w:t>
      </w:r>
      <w:r w:rsidRPr="00B15C00">
        <w:rPr>
          <w:rFonts w:ascii="Sakkal Majalla" w:hAnsi="Sakkal Majalla" w:cs="Sakkal Majalla"/>
          <w:szCs w:val="28"/>
          <w:rtl/>
        </w:rPr>
        <w:t xml:space="preserve"> </w:t>
      </w:r>
      <w:r w:rsidRPr="00B15C00">
        <w:rPr>
          <w:rFonts w:ascii="Sakkal Majalla" w:hAnsi="Sakkal Majalla" w:cs="Sakkal Majalla" w:hint="cs"/>
          <w:szCs w:val="28"/>
          <w:rtl/>
        </w:rPr>
        <w:t>مدى</w:t>
      </w:r>
      <w:r w:rsidRPr="00B15C00">
        <w:rPr>
          <w:rFonts w:ascii="Sakkal Majalla" w:hAnsi="Sakkal Majalla" w:cs="Sakkal Majalla"/>
          <w:szCs w:val="28"/>
          <w:rtl/>
        </w:rPr>
        <w:t xml:space="preserve"> </w:t>
      </w:r>
      <w:r w:rsidRPr="00B15C00">
        <w:rPr>
          <w:rFonts w:ascii="Sakkal Majalla" w:hAnsi="Sakkal Majalla" w:cs="Sakkal Majalla" w:hint="cs"/>
          <w:szCs w:val="28"/>
          <w:rtl/>
        </w:rPr>
        <w:t>نجاح</w:t>
      </w:r>
      <w:r w:rsidRPr="00B15C00">
        <w:rPr>
          <w:rFonts w:ascii="Sakkal Majalla" w:hAnsi="Sakkal Majalla" w:cs="Sakkal Majalla"/>
          <w:szCs w:val="28"/>
          <w:rtl/>
        </w:rPr>
        <w:t xml:space="preserve"> </w:t>
      </w:r>
      <w:r w:rsidRPr="00B15C00">
        <w:rPr>
          <w:rFonts w:ascii="Sakkal Majalla" w:hAnsi="Sakkal Majalla" w:cs="Sakkal Majalla" w:hint="cs"/>
          <w:szCs w:val="28"/>
          <w:rtl/>
        </w:rPr>
        <w:t>الجهة</w:t>
      </w:r>
      <w:r w:rsidRPr="00B15C00">
        <w:rPr>
          <w:rFonts w:ascii="Sakkal Majalla" w:hAnsi="Sakkal Majalla" w:cs="Sakkal Majalla"/>
          <w:szCs w:val="28"/>
          <w:rtl/>
        </w:rPr>
        <w:t xml:space="preserve"> </w:t>
      </w:r>
      <w:r w:rsidRPr="00B15C00">
        <w:rPr>
          <w:rFonts w:ascii="Sakkal Majalla" w:hAnsi="Sakkal Majalla" w:cs="Sakkal Majalla" w:hint="cs"/>
          <w:szCs w:val="28"/>
          <w:rtl/>
        </w:rPr>
        <w:t>في</w:t>
      </w:r>
      <w:r w:rsidRPr="00B15C00">
        <w:rPr>
          <w:rFonts w:ascii="Sakkal Majalla" w:hAnsi="Sakkal Majalla" w:cs="Sakkal Majalla"/>
          <w:szCs w:val="28"/>
          <w:rtl/>
        </w:rPr>
        <w:t xml:space="preserve"> </w:t>
      </w:r>
      <w:r w:rsidRPr="00B15C00">
        <w:rPr>
          <w:rFonts w:ascii="Sakkal Majalla" w:hAnsi="Sakkal Majalla" w:cs="Sakkal Majalla" w:hint="cs"/>
          <w:szCs w:val="28"/>
          <w:rtl/>
        </w:rPr>
        <w:t>تحويل</w:t>
      </w:r>
      <w:r w:rsidRPr="00B15C00">
        <w:rPr>
          <w:rFonts w:ascii="Sakkal Majalla" w:hAnsi="Sakkal Majalla" w:cs="Sakkal Majalla"/>
          <w:szCs w:val="28"/>
          <w:rtl/>
        </w:rPr>
        <w:t xml:space="preserve"> </w:t>
      </w:r>
      <w:r w:rsidRPr="00B15C00">
        <w:rPr>
          <w:rFonts w:ascii="Sakkal Majalla" w:hAnsi="Sakkal Majalla" w:cs="Sakkal Majalla" w:hint="cs"/>
          <w:szCs w:val="28"/>
          <w:rtl/>
        </w:rPr>
        <w:t>ما</w:t>
      </w:r>
      <w:r w:rsidRPr="00B15C00">
        <w:rPr>
          <w:rFonts w:ascii="Sakkal Majalla" w:hAnsi="Sakkal Majalla" w:cs="Sakkal Majalla"/>
          <w:szCs w:val="28"/>
          <w:rtl/>
        </w:rPr>
        <w:t xml:space="preserve"> </w:t>
      </w:r>
      <w:r w:rsidRPr="00B15C00">
        <w:rPr>
          <w:rFonts w:ascii="Sakkal Majalla" w:hAnsi="Sakkal Majalla" w:cs="Sakkal Majalla" w:hint="cs"/>
          <w:szCs w:val="28"/>
          <w:rtl/>
        </w:rPr>
        <w:t>تتلقاه</w:t>
      </w:r>
      <w:r w:rsidRPr="00B15C00">
        <w:rPr>
          <w:rFonts w:ascii="Sakkal Majalla" w:hAnsi="Sakkal Majalla" w:cs="Sakkal Majalla"/>
          <w:szCs w:val="28"/>
          <w:rtl/>
        </w:rPr>
        <w:t xml:space="preserve"> </w:t>
      </w:r>
      <w:r w:rsidRPr="00B15C00">
        <w:rPr>
          <w:rFonts w:ascii="Sakkal Majalla" w:hAnsi="Sakkal Majalla" w:cs="Sakkal Majalla" w:hint="cs"/>
          <w:szCs w:val="28"/>
          <w:rtl/>
        </w:rPr>
        <w:t>من</w:t>
      </w:r>
      <w:r w:rsidRPr="00B15C00">
        <w:rPr>
          <w:rFonts w:ascii="Sakkal Majalla" w:hAnsi="Sakkal Majalla" w:cs="Sakkal Majalla"/>
          <w:szCs w:val="28"/>
          <w:rtl/>
        </w:rPr>
        <w:t xml:space="preserve"> </w:t>
      </w:r>
      <w:r w:rsidRPr="00B15C00">
        <w:rPr>
          <w:rFonts w:ascii="Sakkal Majalla" w:hAnsi="Sakkal Majalla" w:cs="Sakkal Majalla" w:hint="cs"/>
          <w:szCs w:val="28"/>
          <w:rtl/>
        </w:rPr>
        <w:t>معرفة</w:t>
      </w:r>
      <w:r w:rsidRPr="00B15C00">
        <w:rPr>
          <w:rFonts w:ascii="Sakkal Majalla" w:hAnsi="Sakkal Majalla" w:cs="Sakkal Majalla"/>
          <w:szCs w:val="28"/>
          <w:rtl/>
        </w:rPr>
        <w:t xml:space="preserve"> </w:t>
      </w:r>
      <w:r w:rsidRPr="00B15C00">
        <w:rPr>
          <w:rFonts w:ascii="Sakkal Majalla" w:hAnsi="Sakkal Majalla" w:cs="Sakkal Majalla" w:hint="cs"/>
          <w:szCs w:val="28"/>
          <w:rtl/>
        </w:rPr>
        <w:t>إلى</w:t>
      </w:r>
      <w:r w:rsidRPr="00B15C00">
        <w:rPr>
          <w:rFonts w:ascii="Sakkal Majalla" w:hAnsi="Sakkal Majalla" w:cs="Sakkal Majalla"/>
          <w:szCs w:val="28"/>
          <w:rtl/>
        </w:rPr>
        <w:t xml:space="preserve"> </w:t>
      </w:r>
      <w:r w:rsidRPr="00B15C00">
        <w:rPr>
          <w:rFonts w:ascii="Sakkal Majalla" w:hAnsi="Sakkal Majalla" w:cs="Sakkal Majalla" w:hint="cs"/>
          <w:szCs w:val="28"/>
          <w:rtl/>
        </w:rPr>
        <w:t>نتائج</w:t>
      </w:r>
      <w:r w:rsidRPr="00B15C00">
        <w:rPr>
          <w:rFonts w:ascii="Sakkal Majalla" w:hAnsi="Sakkal Majalla" w:cs="Sakkal Majalla"/>
          <w:szCs w:val="28"/>
          <w:rtl/>
        </w:rPr>
        <w:t xml:space="preserve"> </w:t>
      </w:r>
      <w:r w:rsidRPr="00B15C00">
        <w:rPr>
          <w:rFonts w:ascii="Sakkal Majalla" w:hAnsi="Sakkal Majalla" w:cs="Sakkal Majalla" w:hint="cs"/>
          <w:szCs w:val="28"/>
          <w:rtl/>
        </w:rPr>
        <w:t>قابلة</w:t>
      </w:r>
      <w:r w:rsidRPr="00B15C00">
        <w:rPr>
          <w:rFonts w:ascii="Sakkal Majalla" w:hAnsi="Sakkal Majalla" w:cs="Sakkal Majalla"/>
          <w:szCs w:val="28"/>
          <w:rtl/>
        </w:rPr>
        <w:t xml:space="preserve"> </w:t>
      </w:r>
      <w:r w:rsidRPr="00B15C00">
        <w:rPr>
          <w:rFonts w:ascii="Sakkal Majalla" w:hAnsi="Sakkal Majalla" w:cs="Sakkal Majalla" w:hint="cs"/>
          <w:szCs w:val="28"/>
          <w:rtl/>
        </w:rPr>
        <w:t>للاستمرار</w:t>
      </w:r>
      <w:r w:rsidRPr="00B15C00">
        <w:rPr>
          <w:rFonts w:ascii="Sakkal Majalla" w:hAnsi="Sakkal Majalla" w:cs="Sakkal Majalla"/>
          <w:szCs w:val="28"/>
          <w:rtl/>
        </w:rPr>
        <w:t>.</w:t>
      </w:r>
    </w:p>
    <w:p w14:paraId="0EC8F039" w14:textId="3280140C" w:rsidR="00B15C00" w:rsidRPr="00B15C00" w:rsidRDefault="00B15C00" w:rsidP="00634497">
      <w:pPr>
        <w:bidi/>
        <w:spacing w:line="360" w:lineRule="auto"/>
        <w:jc w:val="lowKashida"/>
        <w:rPr>
          <w:rFonts w:ascii="Sakkal Majalla" w:hAnsi="Sakkal Majalla" w:cs="Sakkal Majalla"/>
          <w:szCs w:val="28"/>
        </w:rPr>
      </w:pPr>
      <w:r w:rsidRPr="00B15C00">
        <w:rPr>
          <w:rFonts w:ascii="Sakkal Majalla" w:hAnsi="Sakkal Majalla" w:cs="Sakkal Majalla" w:hint="cs"/>
          <w:szCs w:val="28"/>
          <w:rtl/>
        </w:rPr>
        <w:t>وتشير</w:t>
      </w:r>
      <w:r w:rsidRPr="00B15C00">
        <w:rPr>
          <w:rFonts w:ascii="Sakkal Majalla" w:hAnsi="Sakkal Majalla" w:cs="Sakkal Majalla"/>
          <w:szCs w:val="28"/>
          <w:rtl/>
        </w:rPr>
        <w:t xml:space="preserve"> </w:t>
      </w:r>
      <w:r w:rsidRPr="00B15C00">
        <w:rPr>
          <w:rFonts w:ascii="Sakkal Majalla" w:hAnsi="Sakkal Majalla" w:cs="Sakkal Majalla" w:hint="cs"/>
          <w:szCs w:val="28"/>
          <w:rtl/>
        </w:rPr>
        <w:t>هذه</w:t>
      </w:r>
      <w:r w:rsidRPr="00B15C00">
        <w:rPr>
          <w:rFonts w:ascii="Sakkal Majalla" w:hAnsi="Sakkal Majalla" w:cs="Sakkal Majalla"/>
          <w:szCs w:val="28"/>
          <w:rtl/>
        </w:rPr>
        <w:t xml:space="preserve"> </w:t>
      </w:r>
      <w:r w:rsidRPr="00B15C00">
        <w:rPr>
          <w:rFonts w:ascii="Sakkal Majalla" w:hAnsi="Sakkal Majalla" w:cs="Sakkal Majalla" w:hint="cs"/>
          <w:szCs w:val="28"/>
          <w:rtl/>
        </w:rPr>
        <w:t>المؤشرات</w:t>
      </w:r>
      <w:r w:rsidRPr="00B15C00">
        <w:rPr>
          <w:rFonts w:ascii="Sakkal Majalla" w:hAnsi="Sakkal Majalla" w:cs="Sakkal Majalla"/>
          <w:szCs w:val="28"/>
          <w:rtl/>
        </w:rPr>
        <w:t xml:space="preserve"> </w:t>
      </w:r>
      <w:r w:rsidRPr="00B15C00">
        <w:rPr>
          <w:rFonts w:ascii="Sakkal Majalla" w:hAnsi="Sakkal Majalla" w:cs="Sakkal Majalla" w:hint="cs"/>
          <w:szCs w:val="28"/>
          <w:rtl/>
        </w:rPr>
        <w:t>مجتمعة</w:t>
      </w:r>
      <w:r w:rsidRPr="00B15C00">
        <w:rPr>
          <w:rFonts w:ascii="Sakkal Majalla" w:hAnsi="Sakkal Majalla" w:cs="Sakkal Majalla"/>
          <w:szCs w:val="28"/>
          <w:rtl/>
        </w:rPr>
        <w:t xml:space="preserve"> </w:t>
      </w:r>
      <w:r w:rsidRPr="00B15C00">
        <w:rPr>
          <w:rFonts w:ascii="Sakkal Majalla" w:hAnsi="Sakkal Majalla" w:cs="Sakkal Majalla" w:hint="cs"/>
          <w:szCs w:val="28"/>
          <w:rtl/>
        </w:rPr>
        <w:t>إلى</w:t>
      </w:r>
      <w:r w:rsidRPr="00B15C00">
        <w:rPr>
          <w:rFonts w:ascii="Sakkal Majalla" w:hAnsi="Sakkal Majalla" w:cs="Sakkal Majalla"/>
          <w:szCs w:val="28"/>
          <w:rtl/>
        </w:rPr>
        <w:t xml:space="preserve"> </w:t>
      </w:r>
      <w:r w:rsidRPr="00B15C00">
        <w:rPr>
          <w:rFonts w:ascii="Sakkal Majalla" w:hAnsi="Sakkal Majalla" w:cs="Sakkal Majalla" w:hint="cs"/>
          <w:szCs w:val="28"/>
          <w:rtl/>
        </w:rPr>
        <w:t>أن</w:t>
      </w:r>
      <w:r w:rsidRPr="00B15C00">
        <w:rPr>
          <w:rFonts w:ascii="Sakkal Majalla" w:hAnsi="Sakkal Majalla" w:cs="Sakkal Majalla"/>
          <w:szCs w:val="28"/>
          <w:rtl/>
        </w:rPr>
        <w:t xml:space="preserve"> </w:t>
      </w:r>
      <w:r w:rsidRPr="00B15C00">
        <w:rPr>
          <w:rFonts w:ascii="Sakkal Majalla" w:hAnsi="Sakkal Majalla" w:cs="Sakkal Majalla" w:hint="cs"/>
          <w:szCs w:val="28"/>
          <w:rtl/>
        </w:rPr>
        <w:t>معالجة</w:t>
      </w:r>
      <w:r w:rsidRPr="00B15C00">
        <w:rPr>
          <w:rFonts w:ascii="Sakkal Majalla" w:hAnsi="Sakkal Majalla" w:cs="Sakkal Majalla"/>
          <w:szCs w:val="28"/>
          <w:rtl/>
        </w:rPr>
        <w:t xml:space="preserve"> </w:t>
      </w:r>
      <w:r w:rsidRPr="00B15C00">
        <w:rPr>
          <w:rFonts w:ascii="Sakkal Majalla" w:hAnsi="Sakkal Majalla" w:cs="Sakkal Majalla" w:hint="cs"/>
          <w:szCs w:val="28"/>
          <w:rtl/>
        </w:rPr>
        <w:t>فجوات</w:t>
      </w:r>
      <w:r w:rsidRPr="00B15C00">
        <w:rPr>
          <w:rFonts w:ascii="Sakkal Majalla" w:hAnsi="Sakkal Majalla" w:cs="Sakkal Majalla"/>
          <w:szCs w:val="28"/>
          <w:rtl/>
        </w:rPr>
        <w:t xml:space="preserve"> </w:t>
      </w:r>
      <w:r w:rsidRPr="00B15C00">
        <w:rPr>
          <w:rFonts w:ascii="Sakkal Majalla" w:hAnsi="Sakkal Majalla" w:cs="Sakkal Majalla" w:hint="cs"/>
          <w:szCs w:val="28"/>
          <w:rtl/>
        </w:rPr>
        <w:t>الاستدامة</w:t>
      </w:r>
      <w:r w:rsidRPr="00B15C00">
        <w:rPr>
          <w:rFonts w:ascii="Sakkal Majalla" w:hAnsi="Sakkal Majalla" w:cs="Sakkal Majalla"/>
          <w:szCs w:val="28"/>
          <w:rtl/>
        </w:rPr>
        <w:t xml:space="preserve"> </w:t>
      </w:r>
      <w:r w:rsidRPr="00B15C00">
        <w:rPr>
          <w:rFonts w:ascii="Sakkal Majalla" w:hAnsi="Sakkal Majalla" w:cs="Sakkal Majalla" w:hint="cs"/>
          <w:szCs w:val="28"/>
          <w:rtl/>
        </w:rPr>
        <w:t>تتطلب</w:t>
      </w:r>
      <w:r w:rsidRPr="00B15C00">
        <w:rPr>
          <w:rFonts w:ascii="Sakkal Majalla" w:hAnsi="Sakkal Majalla" w:cs="Sakkal Majalla"/>
          <w:szCs w:val="28"/>
          <w:rtl/>
        </w:rPr>
        <w:t xml:space="preserve"> </w:t>
      </w:r>
      <w:r w:rsidRPr="00B15C00">
        <w:rPr>
          <w:rFonts w:ascii="Sakkal Majalla" w:hAnsi="Sakkal Majalla" w:cs="Sakkal Majalla" w:hint="cs"/>
          <w:szCs w:val="28"/>
          <w:rtl/>
        </w:rPr>
        <w:t>إطارًا</w:t>
      </w:r>
      <w:r w:rsidRPr="00B15C00">
        <w:rPr>
          <w:rFonts w:ascii="Sakkal Majalla" w:hAnsi="Sakkal Majalla" w:cs="Sakkal Majalla"/>
          <w:szCs w:val="28"/>
          <w:rtl/>
        </w:rPr>
        <w:t xml:space="preserve"> </w:t>
      </w:r>
      <w:r w:rsidRPr="00B15C00">
        <w:rPr>
          <w:rFonts w:ascii="Sakkal Majalla" w:hAnsi="Sakkal Majalla" w:cs="Sakkal Majalla" w:hint="cs"/>
          <w:szCs w:val="28"/>
          <w:rtl/>
        </w:rPr>
        <w:t>متكاملًا</w:t>
      </w:r>
      <w:r w:rsidRPr="00B15C00">
        <w:rPr>
          <w:rFonts w:ascii="Sakkal Majalla" w:hAnsi="Sakkal Majalla" w:cs="Sakkal Majalla"/>
          <w:szCs w:val="28"/>
          <w:rtl/>
        </w:rPr>
        <w:t xml:space="preserve"> </w:t>
      </w:r>
      <w:r w:rsidRPr="00B15C00">
        <w:rPr>
          <w:rFonts w:ascii="Sakkal Majalla" w:hAnsi="Sakkal Majalla" w:cs="Sakkal Majalla" w:hint="cs"/>
          <w:szCs w:val="28"/>
          <w:rtl/>
        </w:rPr>
        <w:t>يقوده</w:t>
      </w:r>
      <w:r w:rsidRPr="00B15C00">
        <w:rPr>
          <w:rFonts w:ascii="Sakkal Majalla" w:hAnsi="Sakkal Majalla" w:cs="Sakkal Majalla"/>
          <w:szCs w:val="28"/>
          <w:rtl/>
        </w:rPr>
        <w:t xml:space="preserve"> </w:t>
      </w:r>
      <w:r w:rsidRPr="00B15C00">
        <w:rPr>
          <w:rFonts w:ascii="Sakkal Majalla" w:hAnsi="Sakkal Majalla" w:cs="Sakkal Majalla" w:hint="cs"/>
          <w:szCs w:val="28"/>
          <w:rtl/>
        </w:rPr>
        <w:t>طرف</w:t>
      </w:r>
      <w:r w:rsidRPr="00B15C00">
        <w:rPr>
          <w:rFonts w:ascii="Sakkal Majalla" w:hAnsi="Sakkal Majalla" w:cs="Sakkal Majalla"/>
          <w:szCs w:val="28"/>
          <w:rtl/>
        </w:rPr>
        <w:t xml:space="preserve"> </w:t>
      </w:r>
      <w:r w:rsidRPr="00B15C00">
        <w:rPr>
          <w:rFonts w:ascii="Sakkal Majalla" w:hAnsi="Sakkal Majalla" w:cs="Sakkal Majalla" w:hint="cs"/>
          <w:szCs w:val="28"/>
          <w:rtl/>
        </w:rPr>
        <w:t>يمتلك</w:t>
      </w:r>
      <w:r w:rsidRPr="00B15C00">
        <w:rPr>
          <w:rFonts w:ascii="Sakkal Majalla" w:hAnsi="Sakkal Majalla" w:cs="Sakkal Majalla"/>
          <w:szCs w:val="28"/>
          <w:rtl/>
        </w:rPr>
        <w:t xml:space="preserve"> </w:t>
      </w:r>
      <w:r w:rsidRPr="00B15C00">
        <w:rPr>
          <w:rFonts w:ascii="Sakkal Majalla" w:hAnsi="Sakkal Majalla" w:cs="Sakkal Majalla" w:hint="cs"/>
          <w:szCs w:val="28"/>
          <w:rtl/>
        </w:rPr>
        <w:t>القدرة</w:t>
      </w:r>
      <w:r w:rsidRPr="00B15C00">
        <w:rPr>
          <w:rFonts w:ascii="Sakkal Majalla" w:hAnsi="Sakkal Majalla" w:cs="Sakkal Majalla"/>
          <w:szCs w:val="28"/>
          <w:rtl/>
        </w:rPr>
        <w:t xml:space="preserve"> </w:t>
      </w:r>
      <w:r w:rsidRPr="00B15C00">
        <w:rPr>
          <w:rFonts w:ascii="Sakkal Majalla" w:hAnsi="Sakkal Majalla" w:cs="Sakkal Majalla" w:hint="cs"/>
          <w:szCs w:val="28"/>
          <w:rtl/>
        </w:rPr>
        <w:t>على</w:t>
      </w:r>
      <w:r w:rsidRPr="00B15C00">
        <w:rPr>
          <w:rFonts w:ascii="Sakkal Majalla" w:hAnsi="Sakkal Majalla" w:cs="Sakkal Majalla"/>
          <w:szCs w:val="28"/>
          <w:rtl/>
        </w:rPr>
        <w:t xml:space="preserve"> </w:t>
      </w:r>
      <w:r w:rsidRPr="00B15C00">
        <w:rPr>
          <w:rFonts w:ascii="Sakkal Majalla" w:hAnsi="Sakkal Majalla" w:cs="Sakkal Majalla" w:hint="cs"/>
          <w:szCs w:val="28"/>
          <w:rtl/>
        </w:rPr>
        <w:t>الجمع</w:t>
      </w:r>
      <w:r w:rsidRPr="00B15C00">
        <w:rPr>
          <w:rFonts w:ascii="Sakkal Majalla" w:hAnsi="Sakkal Majalla" w:cs="Sakkal Majalla"/>
          <w:szCs w:val="28"/>
          <w:rtl/>
        </w:rPr>
        <w:t xml:space="preserve"> </w:t>
      </w:r>
      <w:r w:rsidRPr="00B15C00">
        <w:rPr>
          <w:rFonts w:ascii="Sakkal Majalla" w:hAnsi="Sakkal Majalla" w:cs="Sakkal Majalla" w:hint="cs"/>
          <w:szCs w:val="28"/>
          <w:rtl/>
        </w:rPr>
        <w:t>بين</w:t>
      </w:r>
      <w:r w:rsidRPr="00B15C00">
        <w:rPr>
          <w:rFonts w:ascii="Sakkal Majalla" w:hAnsi="Sakkal Majalla" w:cs="Sakkal Majalla"/>
          <w:szCs w:val="28"/>
          <w:rtl/>
        </w:rPr>
        <w:t xml:space="preserve"> </w:t>
      </w:r>
      <w:r w:rsidRPr="00B15C00">
        <w:rPr>
          <w:rFonts w:ascii="Sakkal Majalla" w:hAnsi="Sakkal Majalla" w:cs="Sakkal Majalla" w:hint="cs"/>
          <w:szCs w:val="28"/>
          <w:rtl/>
        </w:rPr>
        <w:t>نقل</w:t>
      </w:r>
      <w:r w:rsidRPr="00B15C00">
        <w:rPr>
          <w:rFonts w:ascii="Sakkal Majalla" w:hAnsi="Sakkal Majalla" w:cs="Sakkal Majalla"/>
          <w:szCs w:val="28"/>
          <w:rtl/>
        </w:rPr>
        <w:t xml:space="preserve"> </w:t>
      </w:r>
      <w:r w:rsidRPr="00B15C00">
        <w:rPr>
          <w:rFonts w:ascii="Sakkal Majalla" w:hAnsi="Sakkal Majalla" w:cs="Sakkal Majalla" w:hint="cs"/>
          <w:szCs w:val="28"/>
          <w:rtl/>
        </w:rPr>
        <w:t>المعرفة،</w:t>
      </w:r>
      <w:r w:rsidRPr="00B15C00">
        <w:rPr>
          <w:rFonts w:ascii="Sakkal Majalla" w:hAnsi="Sakkal Majalla" w:cs="Sakkal Majalla"/>
          <w:szCs w:val="28"/>
          <w:rtl/>
        </w:rPr>
        <w:t xml:space="preserve"> </w:t>
      </w:r>
      <w:r w:rsidRPr="00B15C00">
        <w:rPr>
          <w:rFonts w:ascii="Sakkal Majalla" w:hAnsi="Sakkal Majalla" w:cs="Sakkal Majalla" w:hint="cs"/>
          <w:szCs w:val="28"/>
          <w:rtl/>
        </w:rPr>
        <w:t>وبناء</w:t>
      </w:r>
      <w:r w:rsidRPr="00B15C00">
        <w:rPr>
          <w:rFonts w:ascii="Sakkal Majalla" w:hAnsi="Sakkal Majalla" w:cs="Sakkal Majalla"/>
          <w:szCs w:val="28"/>
          <w:rtl/>
        </w:rPr>
        <w:t xml:space="preserve"> </w:t>
      </w:r>
      <w:r w:rsidRPr="00B15C00">
        <w:rPr>
          <w:rFonts w:ascii="Sakkal Majalla" w:hAnsi="Sakkal Majalla" w:cs="Sakkal Majalla" w:hint="cs"/>
          <w:szCs w:val="28"/>
          <w:rtl/>
        </w:rPr>
        <w:t>القدرات،</w:t>
      </w:r>
      <w:r w:rsidRPr="00B15C00">
        <w:rPr>
          <w:rFonts w:ascii="Sakkal Majalla" w:hAnsi="Sakkal Majalla" w:cs="Sakkal Majalla"/>
          <w:szCs w:val="28"/>
          <w:rtl/>
        </w:rPr>
        <w:t xml:space="preserve"> </w:t>
      </w:r>
      <w:r w:rsidRPr="00B15C00">
        <w:rPr>
          <w:rFonts w:ascii="Sakkal Majalla" w:hAnsi="Sakkal Majalla" w:cs="Sakkal Majalla" w:hint="cs"/>
          <w:szCs w:val="28"/>
          <w:rtl/>
        </w:rPr>
        <w:t>وتأسيس</w:t>
      </w:r>
      <w:r w:rsidRPr="00B15C00">
        <w:rPr>
          <w:rFonts w:ascii="Sakkal Majalla" w:hAnsi="Sakkal Majalla" w:cs="Sakkal Majalla"/>
          <w:szCs w:val="28"/>
          <w:rtl/>
        </w:rPr>
        <w:t xml:space="preserve"> </w:t>
      </w:r>
      <w:r w:rsidRPr="00B15C00">
        <w:rPr>
          <w:rFonts w:ascii="Sakkal Majalla" w:hAnsi="Sakkal Majalla" w:cs="Sakkal Majalla" w:hint="cs"/>
          <w:szCs w:val="28"/>
          <w:rtl/>
        </w:rPr>
        <w:t>آليات</w:t>
      </w:r>
      <w:r w:rsidRPr="00B15C00">
        <w:rPr>
          <w:rFonts w:ascii="Sakkal Majalla" w:hAnsi="Sakkal Majalla" w:cs="Sakkal Majalla"/>
          <w:szCs w:val="28"/>
          <w:rtl/>
        </w:rPr>
        <w:t xml:space="preserve"> </w:t>
      </w:r>
      <w:r w:rsidRPr="00B15C00">
        <w:rPr>
          <w:rFonts w:ascii="Sakkal Majalla" w:hAnsi="Sakkal Majalla" w:cs="Sakkal Majalla" w:hint="cs"/>
          <w:szCs w:val="28"/>
          <w:rtl/>
        </w:rPr>
        <w:t>مؤسسية</w:t>
      </w:r>
      <w:r w:rsidRPr="00B15C00">
        <w:rPr>
          <w:rFonts w:ascii="Sakkal Majalla" w:hAnsi="Sakkal Majalla" w:cs="Sakkal Majalla"/>
          <w:szCs w:val="28"/>
          <w:rtl/>
        </w:rPr>
        <w:t xml:space="preserve"> </w:t>
      </w:r>
      <w:r w:rsidRPr="00B15C00">
        <w:rPr>
          <w:rFonts w:ascii="Sakkal Majalla" w:hAnsi="Sakkal Majalla" w:cs="Sakkal Majalla" w:hint="cs"/>
          <w:szCs w:val="28"/>
          <w:rtl/>
        </w:rPr>
        <w:t>طويلة</w:t>
      </w:r>
      <w:r w:rsidRPr="00B15C00">
        <w:rPr>
          <w:rFonts w:ascii="Sakkal Majalla" w:hAnsi="Sakkal Majalla" w:cs="Sakkal Majalla"/>
          <w:szCs w:val="28"/>
          <w:rtl/>
        </w:rPr>
        <w:t xml:space="preserve"> </w:t>
      </w:r>
      <w:r w:rsidRPr="00B15C00">
        <w:rPr>
          <w:rFonts w:ascii="Sakkal Majalla" w:hAnsi="Sakkal Majalla" w:cs="Sakkal Majalla" w:hint="cs"/>
          <w:szCs w:val="28"/>
          <w:rtl/>
        </w:rPr>
        <w:t>الأمد</w:t>
      </w:r>
      <w:r w:rsidRPr="00B15C00">
        <w:rPr>
          <w:rFonts w:ascii="Sakkal Majalla" w:hAnsi="Sakkal Majalla" w:cs="Sakkal Majalla"/>
          <w:szCs w:val="28"/>
          <w:rtl/>
        </w:rPr>
        <w:t xml:space="preserve">. </w:t>
      </w:r>
      <w:r w:rsidRPr="00B15C00">
        <w:rPr>
          <w:rFonts w:ascii="Sakkal Majalla" w:hAnsi="Sakkal Majalla" w:cs="Sakkal Majalla" w:hint="cs"/>
          <w:szCs w:val="28"/>
          <w:rtl/>
        </w:rPr>
        <w:t>وبالنظر</w:t>
      </w:r>
      <w:r w:rsidRPr="00B15C00">
        <w:rPr>
          <w:rFonts w:ascii="Sakkal Majalla" w:hAnsi="Sakkal Majalla" w:cs="Sakkal Majalla"/>
          <w:szCs w:val="28"/>
          <w:rtl/>
        </w:rPr>
        <w:t xml:space="preserve"> </w:t>
      </w:r>
      <w:r w:rsidRPr="00B15C00">
        <w:rPr>
          <w:rFonts w:ascii="Sakkal Majalla" w:hAnsi="Sakkal Majalla" w:cs="Sakkal Majalla" w:hint="cs"/>
          <w:szCs w:val="28"/>
          <w:rtl/>
        </w:rPr>
        <w:t>إلى</w:t>
      </w:r>
      <w:r w:rsidRPr="00B15C00">
        <w:rPr>
          <w:rFonts w:ascii="Sakkal Majalla" w:hAnsi="Sakkal Majalla" w:cs="Sakkal Majalla"/>
          <w:szCs w:val="28"/>
          <w:rtl/>
        </w:rPr>
        <w:t xml:space="preserve"> </w:t>
      </w:r>
      <w:r w:rsidRPr="00B15C00">
        <w:rPr>
          <w:rFonts w:ascii="Sakkal Majalla" w:hAnsi="Sakkal Majalla" w:cs="Sakkal Majalla" w:hint="cs"/>
          <w:szCs w:val="28"/>
          <w:rtl/>
        </w:rPr>
        <w:t>النتائج،</w:t>
      </w:r>
      <w:r w:rsidRPr="00B15C00">
        <w:rPr>
          <w:rFonts w:ascii="Sakkal Majalla" w:hAnsi="Sakkal Majalla" w:cs="Sakkal Majalla"/>
          <w:szCs w:val="28"/>
          <w:rtl/>
        </w:rPr>
        <w:t xml:space="preserve"> </w:t>
      </w:r>
      <w:r w:rsidRPr="00B15C00">
        <w:rPr>
          <w:rFonts w:ascii="Sakkal Majalla" w:hAnsi="Sakkal Majalla" w:cs="Sakkal Majalla" w:hint="cs"/>
          <w:szCs w:val="28"/>
          <w:rtl/>
        </w:rPr>
        <w:t>يظهر</w:t>
      </w:r>
      <w:r w:rsidRPr="00B15C00">
        <w:rPr>
          <w:rFonts w:ascii="Sakkal Majalla" w:hAnsi="Sakkal Majalla" w:cs="Sakkal Majalla"/>
          <w:szCs w:val="28"/>
          <w:rtl/>
        </w:rPr>
        <w:t xml:space="preserve"> </w:t>
      </w:r>
      <w:r w:rsidRPr="00B15C00">
        <w:rPr>
          <w:rFonts w:ascii="Sakkal Majalla" w:hAnsi="Sakkal Majalla" w:cs="Sakkal Majalla" w:hint="cs"/>
          <w:szCs w:val="28"/>
          <w:rtl/>
        </w:rPr>
        <w:t>أن</w:t>
      </w:r>
      <w:r w:rsidRPr="00B15C00">
        <w:rPr>
          <w:rFonts w:ascii="Sakkal Majalla" w:hAnsi="Sakkal Majalla" w:cs="Sakkal Majalla"/>
          <w:szCs w:val="28"/>
          <w:rtl/>
        </w:rPr>
        <w:t xml:space="preserve"> </w:t>
      </w:r>
      <w:r w:rsidRPr="00B15C00">
        <w:rPr>
          <w:rFonts w:ascii="Sakkal Majalla" w:hAnsi="Sakkal Majalla" w:cs="Sakkal Majalla" w:hint="cs"/>
          <w:szCs w:val="28"/>
          <w:rtl/>
        </w:rPr>
        <w:t>الشركات</w:t>
      </w:r>
      <w:r w:rsidRPr="00B15C00">
        <w:rPr>
          <w:rFonts w:ascii="Sakkal Majalla" w:hAnsi="Sakkal Majalla" w:cs="Sakkal Majalla"/>
          <w:szCs w:val="28"/>
          <w:rtl/>
        </w:rPr>
        <w:t xml:space="preserve"> </w:t>
      </w:r>
      <w:r w:rsidRPr="00B15C00">
        <w:rPr>
          <w:rFonts w:ascii="Sakkal Majalla" w:hAnsi="Sakkal Majalla" w:cs="Sakkal Majalla" w:hint="cs"/>
          <w:szCs w:val="28"/>
          <w:rtl/>
        </w:rPr>
        <w:t>الاستشارية</w:t>
      </w:r>
      <w:r w:rsidRPr="00B15C00">
        <w:rPr>
          <w:rFonts w:ascii="Sakkal Majalla" w:hAnsi="Sakkal Majalla" w:cs="Sakkal Majalla"/>
          <w:szCs w:val="28"/>
          <w:rtl/>
        </w:rPr>
        <w:t xml:space="preserve"> </w:t>
      </w:r>
      <w:r w:rsidRPr="00B15C00">
        <w:rPr>
          <w:rFonts w:ascii="Sakkal Majalla" w:hAnsi="Sakkal Majalla" w:cs="Sakkal Majalla" w:hint="cs"/>
          <w:szCs w:val="28"/>
          <w:rtl/>
        </w:rPr>
        <w:t>هي</w:t>
      </w:r>
      <w:r w:rsidRPr="00B15C00">
        <w:rPr>
          <w:rFonts w:ascii="Sakkal Majalla" w:hAnsi="Sakkal Majalla" w:cs="Sakkal Majalla"/>
          <w:szCs w:val="28"/>
          <w:rtl/>
        </w:rPr>
        <w:t xml:space="preserve"> </w:t>
      </w:r>
      <w:r w:rsidRPr="00B15C00">
        <w:rPr>
          <w:rFonts w:ascii="Sakkal Majalla" w:hAnsi="Sakkal Majalla" w:cs="Sakkal Majalla" w:hint="cs"/>
          <w:szCs w:val="28"/>
          <w:rtl/>
        </w:rPr>
        <w:t>المرشح</w:t>
      </w:r>
      <w:r w:rsidRPr="00B15C00">
        <w:rPr>
          <w:rFonts w:ascii="Sakkal Majalla" w:hAnsi="Sakkal Majalla" w:cs="Sakkal Majalla"/>
          <w:szCs w:val="28"/>
          <w:rtl/>
        </w:rPr>
        <w:t xml:space="preserve"> </w:t>
      </w:r>
      <w:r w:rsidRPr="00B15C00">
        <w:rPr>
          <w:rFonts w:ascii="Sakkal Majalla" w:hAnsi="Sakkal Majalla" w:cs="Sakkal Majalla" w:hint="cs"/>
          <w:szCs w:val="28"/>
          <w:rtl/>
        </w:rPr>
        <w:t>الأمثل</w:t>
      </w:r>
      <w:r w:rsidRPr="00B15C00">
        <w:rPr>
          <w:rFonts w:ascii="Sakkal Majalla" w:hAnsi="Sakkal Majalla" w:cs="Sakkal Majalla"/>
          <w:szCs w:val="28"/>
          <w:rtl/>
        </w:rPr>
        <w:t xml:space="preserve"> </w:t>
      </w:r>
      <w:r w:rsidRPr="00B15C00">
        <w:rPr>
          <w:rFonts w:ascii="Sakkal Majalla" w:hAnsi="Sakkal Majalla" w:cs="Sakkal Majalla" w:hint="cs"/>
          <w:szCs w:val="28"/>
          <w:rtl/>
        </w:rPr>
        <w:t>لامتلاك</w:t>
      </w:r>
      <w:r w:rsidRPr="00B15C00">
        <w:rPr>
          <w:rFonts w:ascii="Sakkal Majalla" w:hAnsi="Sakkal Majalla" w:cs="Sakkal Majalla"/>
          <w:szCs w:val="28"/>
          <w:rtl/>
        </w:rPr>
        <w:t xml:space="preserve"> </w:t>
      </w:r>
      <w:r w:rsidRPr="00B15C00">
        <w:rPr>
          <w:rFonts w:ascii="Sakkal Majalla" w:hAnsi="Sakkal Majalla" w:cs="Sakkal Majalla" w:hint="cs"/>
          <w:szCs w:val="28"/>
          <w:rtl/>
        </w:rPr>
        <w:t>وتشغيل</w:t>
      </w:r>
      <w:r w:rsidRPr="00B15C00">
        <w:rPr>
          <w:rFonts w:ascii="Sakkal Majalla" w:hAnsi="Sakkal Majalla" w:cs="Sakkal Majalla"/>
          <w:szCs w:val="28"/>
          <w:rtl/>
        </w:rPr>
        <w:t xml:space="preserve"> </w:t>
      </w:r>
      <w:r w:rsidRPr="00B15C00">
        <w:rPr>
          <w:rFonts w:ascii="Sakkal Majalla" w:hAnsi="Sakkal Majalla" w:cs="Sakkal Majalla" w:hint="cs"/>
          <w:szCs w:val="28"/>
          <w:rtl/>
        </w:rPr>
        <w:t>هذا</w:t>
      </w:r>
      <w:r w:rsidRPr="00B15C00">
        <w:rPr>
          <w:rFonts w:ascii="Sakkal Majalla" w:hAnsi="Sakkal Majalla" w:cs="Sakkal Majalla"/>
          <w:szCs w:val="28"/>
          <w:rtl/>
        </w:rPr>
        <w:t xml:space="preserve"> </w:t>
      </w:r>
      <w:r w:rsidRPr="00B15C00">
        <w:rPr>
          <w:rFonts w:ascii="Sakkal Majalla" w:hAnsi="Sakkal Majalla" w:cs="Sakkal Majalla" w:hint="cs"/>
          <w:szCs w:val="28"/>
          <w:rtl/>
        </w:rPr>
        <w:t>الإطار،</w:t>
      </w:r>
      <w:r w:rsidRPr="00B15C00">
        <w:rPr>
          <w:rFonts w:ascii="Sakkal Majalla" w:hAnsi="Sakkal Majalla" w:cs="Sakkal Majalla"/>
          <w:szCs w:val="28"/>
          <w:rtl/>
        </w:rPr>
        <w:t xml:space="preserve"> </w:t>
      </w:r>
      <w:r w:rsidRPr="00B15C00">
        <w:rPr>
          <w:rFonts w:ascii="Sakkal Majalla" w:hAnsi="Sakkal Majalla" w:cs="Sakkal Majalla" w:hint="cs"/>
          <w:szCs w:val="28"/>
          <w:rtl/>
        </w:rPr>
        <w:t>مع</w:t>
      </w:r>
      <w:r w:rsidRPr="00B15C00">
        <w:rPr>
          <w:rFonts w:ascii="Sakkal Majalla" w:hAnsi="Sakkal Majalla" w:cs="Sakkal Majalla"/>
          <w:szCs w:val="28"/>
          <w:rtl/>
        </w:rPr>
        <w:t xml:space="preserve"> </w:t>
      </w:r>
      <w:r w:rsidRPr="00B15C00">
        <w:rPr>
          <w:rFonts w:ascii="Sakkal Majalla" w:hAnsi="Sakkal Majalla" w:cs="Sakkal Majalla" w:hint="cs"/>
          <w:szCs w:val="28"/>
          <w:rtl/>
        </w:rPr>
        <w:t>تقديمه</w:t>
      </w:r>
      <w:r w:rsidRPr="00B15C00">
        <w:rPr>
          <w:rFonts w:ascii="Sakkal Majalla" w:hAnsi="Sakkal Majalla" w:cs="Sakkal Majalla"/>
          <w:szCs w:val="28"/>
          <w:rtl/>
        </w:rPr>
        <w:t xml:space="preserve"> </w:t>
      </w:r>
      <w:r w:rsidRPr="00B15C00">
        <w:rPr>
          <w:rFonts w:ascii="Sakkal Majalla" w:hAnsi="Sakkal Majalla" w:cs="Sakkal Majalla" w:hint="cs"/>
          <w:szCs w:val="28"/>
          <w:rtl/>
        </w:rPr>
        <w:t>للجهات</w:t>
      </w:r>
      <w:r w:rsidRPr="00B15C00">
        <w:rPr>
          <w:rFonts w:ascii="Sakkal Majalla" w:hAnsi="Sakkal Majalla" w:cs="Sakkal Majalla"/>
          <w:szCs w:val="28"/>
          <w:rtl/>
        </w:rPr>
        <w:t xml:space="preserve"> </w:t>
      </w:r>
      <w:r w:rsidRPr="00B15C00">
        <w:rPr>
          <w:rFonts w:ascii="Sakkal Majalla" w:hAnsi="Sakkal Majalla" w:cs="Sakkal Majalla" w:hint="cs"/>
          <w:szCs w:val="28"/>
          <w:rtl/>
        </w:rPr>
        <w:t>الحكومية</w:t>
      </w:r>
      <w:r w:rsidRPr="00B15C00">
        <w:rPr>
          <w:rFonts w:ascii="Sakkal Majalla" w:hAnsi="Sakkal Majalla" w:cs="Sakkal Majalla"/>
          <w:szCs w:val="28"/>
          <w:rtl/>
        </w:rPr>
        <w:t xml:space="preserve"> </w:t>
      </w:r>
      <w:r w:rsidRPr="00B15C00">
        <w:rPr>
          <w:rFonts w:ascii="Sakkal Majalla" w:hAnsi="Sakkal Majalla" w:cs="Sakkal Majalla" w:hint="cs"/>
          <w:szCs w:val="28"/>
          <w:rtl/>
        </w:rPr>
        <w:t>كخدمة</w:t>
      </w:r>
      <w:r w:rsidRPr="00B15C00">
        <w:rPr>
          <w:rFonts w:ascii="Sakkal Majalla" w:hAnsi="Sakkal Majalla" w:cs="Sakkal Majalla"/>
          <w:szCs w:val="28"/>
          <w:rtl/>
        </w:rPr>
        <w:t xml:space="preserve"> </w:t>
      </w:r>
      <w:r w:rsidRPr="00B15C00">
        <w:rPr>
          <w:rFonts w:ascii="Sakkal Majalla" w:hAnsi="Sakkal Majalla" w:cs="Sakkal Majalla" w:hint="cs"/>
          <w:szCs w:val="28"/>
          <w:rtl/>
        </w:rPr>
        <w:t>تمكينية</w:t>
      </w:r>
      <w:r w:rsidRPr="00B15C00">
        <w:rPr>
          <w:rFonts w:ascii="Sakkal Majalla" w:hAnsi="Sakkal Majalla" w:cs="Sakkal Majalla"/>
          <w:szCs w:val="28"/>
          <w:rtl/>
        </w:rPr>
        <w:t xml:space="preserve"> </w:t>
      </w:r>
      <w:r w:rsidRPr="00B15C00">
        <w:rPr>
          <w:rFonts w:ascii="Sakkal Majalla" w:hAnsi="Sakkal Majalla" w:cs="Sakkal Majalla" w:hint="cs"/>
          <w:szCs w:val="28"/>
          <w:rtl/>
        </w:rPr>
        <w:t>متكاملة</w:t>
      </w:r>
      <w:r w:rsidRPr="00B15C00">
        <w:rPr>
          <w:rFonts w:ascii="Sakkal Majalla" w:hAnsi="Sakkal Majalla" w:cs="Sakkal Majalla"/>
          <w:szCs w:val="28"/>
          <w:rtl/>
        </w:rPr>
        <w:t xml:space="preserve"> </w:t>
      </w:r>
      <w:r w:rsidRPr="00B15C00">
        <w:rPr>
          <w:rFonts w:ascii="Sakkal Majalla" w:hAnsi="Sakkal Majalla" w:cs="Sakkal Majalla" w:hint="cs"/>
          <w:szCs w:val="28"/>
          <w:rtl/>
        </w:rPr>
        <w:t>تضمن</w:t>
      </w:r>
      <w:r w:rsidRPr="00B15C00">
        <w:rPr>
          <w:rFonts w:ascii="Sakkal Majalla" w:hAnsi="Sakkal Majalla" w:cs="Sakkal Majalla"/>
          <w:szCs w:val="28"/>
          <w:rtl/>
        </w:rPr>
        <w:t xml:space="preserve"> </w:t>
      </w:r>
      <w:r w:rsidRPr="00B15C00">
        <w:rPr>
          <w:rFonts w:ascii="Sakkal Majalla" w:hAnsi="Sakkal Majalla" w:cs="Sakkal Majalla" w:hint="cs"/>
          <w:szCs w:val="28"/>
          <w:rtl/>
        </w:rPr>
        <w:t>بناء</w:t>
      </w:r>
      <w:r w:rsidRPr="00B15C00">
        <w:rPr>
          <w:rFonts w:ascii="Sakkal Majalla" w:hAnsi="Sakkal Majalla" w:cs="Sakkal Majalla"/>
          <w:szCs w:val="28"/>
          <w:rtl/>
        </w:rPr>
        <w:t xml:space="preserve"> </w:t>
      </w:r>
      <w:r w:rsidRPr="00B15C00">
        <w:rPr>
          <w:rFonts w:ascii="Sakkal Majalla" w:hAnsi="Sakkal Majalla" w:cs="Sakkal Majalla" w:hint="cs"/>
          <w:szCs w:val="28"/>
          <w:rtl/>
        </w:rPr>
        <w:t>القدرة</w:t>
      </w:r>
      <w:r w:rsidRPr="00B15C00">
        <w:rPr>
          <w:rFonts w:ascii="Sakkal Majalla" w:hAnsi="Sakkal Majalla" w:cs="Sakkal Majalla"/>
          <w:szCs w:val="28"/>
          <w:rtl/>
        </w:rPr>
        <w:t xml:space="preserve"> </w:t>
      </w:r>
      <w:r w:rsidRPr="00B15C00">
        <w:rPr>
          <w:rFonts w:ascii="Sakkal Majalla" w:hAnsi="Sakkal Majalla" w:cs="Sakkal Majalla" w:hint="cs"/>
          <w:szCs w:val="28"/>
          <w:rtl/>
        </w:rPr>
        <w:t>الامتصاصية</w:t>
      </w:r>
      <w:r w:rsidRPr="00B15C00">
        <w:rPr>
          <w:rFonts w:ascii="Sakkal Majalla" w:hAnsi="Sakkal Majalla" w:cs="Sakkal Majalla"/>
          <w:szCs w:val="28"/>
          <w:rtl/>
        </w:rPr>
        <w:t xml:space="preserve"> </w:t>
      </w:r>
      <w:r w:rsidRPr="00B15C00">
        <w:rPr>
          <w:rFonts w:ascii="Sakkal Majalla" w:hAnsi="Sakkal Majalla" w:cs="Sakkal Majalla" w:hint="cs"/>
          <w:szCs w:val="28"/>
          <w:rtl/>
        </w:rPr>
        <w:t>وترسيخ</w:t>
      </w:r>
      <w:r w:rsidRPr="00B15C00">
        <w:rPr>
          <w:rFonts w:ascii="Sakkal Majalla" w:hAnsi="Sakkal Majalla" w:cs="Sakkal Majalla"/>
          <w:szCs w:val="28"/>
          <w:rtl/>
        </w:rPr>
        <w:t xml:space="preserve"> </w:t>
      </w:r>
      <w:r w:rsidRPr="00B15C00">
        <w:rPr>
          <w:rFonts w:ascii="Sakkal Majalla" w:hAnsi="Sakkal Majalla" w:cs="Sakkal Majalla" w:hint="cs"/>
          <w:szCs w:val="28"/>
          <w:rtl/>
        </w:rPr>
        <w:t>الابتكار</w:t>
      </w:r>
      <w:r w:rsidRPr="00B15C00">
        <w:rPr>
          <w:rFonts w:ascii="Sakkal Majalla" w:hAnsi="Sakkal Majalla" w:cs="Sakkal Majalla"/>
          <w:szCs w:val="28"/>
          <w:rtl/>
        </w:rPr>
        <w:t xml:space="preserve"> </w:t>
      </w:r>
      <w:r w:rsidRPr="00B15C00">
        <w:rPr>
          <w:rFonts w:ascii="Sakkal Majalla" w:hAnsi="Sakkal Majalla" w:cs="Sakkal Majalla" w:hint="cs"/>
          <w:szCs w:val="28"/>
          <w:rtl/>
        </w:rPr>
        <w:t>في</w:t>
      </w:r>
      <w:r w:rsidRPr="00B15C00">
        <w:rPr>
          <w:rFonts w:ascii="Sakkal Majalla" w:hAnsi="Sakkal Majalla" w:cs="Sakkal Majalla"/>
          <w:szCs w:val="28"/>
          <w:rtl/>
        </w:rPr>
        <w:t xml:space="preserve"> </w:t>
      </w:r>
      <w:r w:rsidRPr="00B15C00">
        <w:rPr>
          <w:rFonts w:ascii="Sakkal Majalla" w:hAnsi="Sakkal Majalla" w:cs="Sakkal Majalla" w:hint="cs"/>
          <w:szCs w:val="28"/>
          <w:rtl/>
        </w:rPr>
        <w:t>السياسات</w:t>
      </w:r>
      <w:r w:rsidRPr="00B15C00">
        <w:rPr>
          <w:rFonts w:ascii="Sakkal Majalla" w:hAnsi="Sakkal Majalla" w:cs="Sakkal Majalla"/>
          <w:szCs w:val="28"/>
          <w:rtl/>
        </w:rPr>
        <w:t xml:space="preserve"> </w:t>
      </w:r>
      <w:r w:rsidRPr="00B15C00">
        <w:rPr>
          <w:rFonts w:ascii="Sakkal Majalla" w:hAnsi="Sakkal Majalla" w:cs="Sakkal Majalla" w:hint="cs"/>
          <w:szCs w:val="28"/>
          <w:rtl/>
        </w:rPr>
        <w:t>والإجراءات</w:t>
      </w:r>
      <w:r w:rsidRPr="00B15C00">
        <w:rPr>
          <w:rFonts w:ascii="Sakkal Majalla" w:hAnsi="Sakkal Majalla" w:cs="Sakkal Majalla"/>
          <w:szCs w:val="28"/>
          <w:rtl/>
        </w:rPr>
        <w:t xml:space="preserve"> </w:t>
      </w:r>
      <w:r w:rsidRPr="00B15C00">
        <w:rPr>
          <w:rFonts w:ascii="Sakkal Majalla" w:hAnsi="Sakkal Majalla" w:cs="Sakkal Majalla" w:hint="cs"/>
          <w:szCs w:val="28"/>
          <w:rtl/>
        </w:rPr>
        <w:t>بما</w:t>
      </w:r>
      <w:r w:rsidRPr="00B15C00">
        <w:rPr>
          <w:rFonts w:ascii="Sakkal Majalla" w:hAnsi="Sakkal Majalla" w:cs="Sakkal Majalla"/>
          <w:szCs w:val="28"/>
          <w:rtl/>
        </w:rPr>
        <w:t xml:space="preserve"> </w:t>
      </w:r>
      <w:r w:rsidRPr="00B15C00">
        <w:rPr>
          <w:rFonts w:ascii="Sakkal Majalla" w:hAnsi="Sakkal Majalla" w:cs="Sakkal Majalla" w:hint="cs"/>
          <w:szCs w:val="28"/>
          <w:rtl/>
        </w:rPr>
        <w:t>يضمن</w:t>
      </w:r>
      <w:r w:rsidRPr="00B15C00">
        <w:rPr>
          <w:rFonts w:ascii="Sakkal Majalla" w:hAnsi="Sakkal Majalla" w:cs="Sakkal Majalla"/>
          <w:szCs w:val="28"/>
          <w:rtl/>
        </w:rPr>
        <w:t xml:space="preserve"> </w:t>
      </w:r>
      <w:r w:rsidRPr="00B15C00">
        <w:rPr>
          <w:rFonts w:ascii="Sakkal Majalla" w:hAnsi="Sakkal Majalla" w:cs="Sakkal Majalla" w:hint="cs"/>
          <w:szCs w:val="28"/>
          <w:rtl/>
        </w:rPr>
        <w:t>استمراريته</w:t>
      </w:r>
      <w:r w:rsidRPr="00B15C00">
        <w:rPr>
          <w:rFonts w:ascii="Sakkal Majalla" w:hAnsi="Sakkal Majalla" w:cs="Sakkal Majalla"/>
          <w:szCs w:val="28"/>
          <w:rtl/>
        </w:rPr>
        <w:t xml:space="preserve"> </w:t>
      </w:r>
      <w:r w:rsidRPr="00B15C00">
        <w:rPr>
          <w:rFonts w:ascii="Sakkal Majalla" w:hAnsi="Sakkal Majalla" w:cs="Sakkal Majalla" w:hint="cs"/>
          <w:szCs w:val="28"/>
          <w:rtl/>
        </w:rPr>
        <w:t>بعد</w:t>
      </w:r>
      <w:r w:rsidRPr="00B15C00">
        <w:rPr>
          <w:rFonts w:ascii="Sakkal Majalla" w:hAnsi="Sakkal Majalla" w:cs="Sakkal Majalla"/>
          <w:szCs w:val="28"/>
          <w:rtl/>
        </w:rPr>
        <w:t xml:space="preserve"> </w:t>
      </w:r>
      <w:r w:rsidRPr="00B15C00">
        <w:rPr>
          <w:rFonts w:ascii="Sakkal Majalla" w:hAnsi="Sakkal Majalla" w:cs="Sakkal Majalla" w:hint="cs"/>
          <w:szCs w:val="28"/>
          <w:rtl/>
        </w:rPr>
        <w:t>انتهاء</w:t>
      </w:r>
      <w:r w:rsidRPr="00B15C00">
        <w:rPr>
          <w:rFonts w:ascii="Sakkal Majalla" w:hAnsi="Sakkal Majalla" w:cs="Sakkal Majalla"/>
          <w:szCs w:val="28"/>
          <w:rtl/>
        </w:rPr>
        <w:t xml:space="preserve"> </w:t>
      </w:r>
      <w:r w:rsidRPr="00B15C00">
        <w:rPr>
          <w:rFonts w:ascii="Sakkal Majalla" w:hAnsi="Sakkal Majalla" w:cs="Sakkal Majalla" w:hint="cs"/>
          <w:szCs w:val="28"/>
          <w:rtl/>
        </w:rPr>
        <w:t>المشروع</w:t>
      </w:r>
      <w:r w:rsidRPr="00B15C00">
        <w:rPr>
          <w:rFonts w:ascii="Sakkal Majalla" w:hAnsi="Sakkal Majalla" w:cs="Sakkal Majalla"/>
          <w:szCs w:val="28"/>
          <w:rtl/>
        </w:rPr>
        <w:t>.</w:t>
      </w:r>
    </w:p>
    <w:p w14:paraId="1CCE9FF1" w14:textId="55AD651A" w:rsidR="00B15C00" w:rsidRPr="00B15C00" w:rsidRDefault="00B15C00" w:rsidP="00634497">
      <w:pPr>
        <w:bidi/>
        <w:spacing w:line="360" w:lineRule="auto"/>
        <w:jc w:val="lowKashida"/>
        <w:rPr>
          <w:rFonts w:ascii="Sakkal Majalla" w:hAnsi="Sakkal Majalla" w:cs="Sakkal Majalla"/>
          <w:b/>
          <w:bCs/>
          <w:szCs w:val="28"/>
        </w:rPr>
      </w:pPr>
      <w:r w:rsidRPr="00B15C00">
        <w:rPr>
          <w:rFonts w:ascii="Sakkal Majalla" w:hAnsi="Sakkal Majalla" w:cs="Sakkal Majalla" w:hint="cs"/>
          <w:b/>
          <w:bCs/>
          <w:szCs w:val="28"/>
          <w:rtl/>
        </w:rPr>
        <w:t>خاتمة</w:t>
      </w:r>
      <w:r w:rsidRPr="00B15C00">
        <w:rPr>
          <w:rFonts w:ascii="Sakkal Majalla" w:hAnsi="Sakkal Majalla" w:cs="Sakkal Majalla"/>
          <w:b/>
          <w:bCs/>
          <w:szCs w:val="28"/>
          <w:rtl/>
        </w:rPr>
        <w:t xml:space="preserve"> </w:t>
      </w:r>
      <w:r w:rsidRPr="00B15C00">
        <w:rPr>
          <w:rFonts w:ascii="Sakkal Majalla" w:hAnsi="Sakkal Majalla" w:cs="Sakkal Majalla" w:hint="cs"/>
          <w:b/>
          <w:bCs/>
          <w:szCs w:val="28"/>
          <w:rtl/>
        </w:rPr>
        <w:t>الفصل</w:t>
      </w:r>
      <w:r w:rsidRPr="00B15C00">
        <w:rPr>
          <w:rFonts w:ascii="Sakkal Majalla" w:hAnsi="Sakkal Majalla" w:cs="Sakkal Majalla"/>
          <w:b/>
          <w:bCs/>
          <w:szCs w:val="28"/>
          <w:rtl/>
        </w:rPr>
        <w:t xml:space="preserve"> </w:t>
      </w:r>
    </w:p>
    <w:p w14:paraId="555D0CCC" w14:textId="29DB4BCC" w:rsidR="007D0053" w:rsidRPr="007D0053" w:rsidRDefault="007D0053" w:rsidP="00634497">
      <w:pPr>
        <w:bidi/>
        <w:spacing w:line="360" w:lineRule="auto"/>
        <w:jc w:val="lowKashida"/>
        <w:rPr>
          <w:rFonts w:ascii="Sakkal Majalla" w:hAnsi="Sakkal Majalla" w:cs="Sakkal Majalla"/>
          <w:b/>
          <w:bCs/>
          <w:sz w:val="32"/>
          <w:szCs w:val="32"/>
        </w:rPr>
      </w:pPr>
      <w:r w:rsidRPr="007D0053">
        <w:rPr>
          <w:rFonts w:ascii="Sakkal Majalla" w:hAnsi="Sakkal Majalla" w:cs="Sakkal Majalla"/>
          <w:b/>
          <w:bCs/>
          <w:sz w:val="32"/>
          <w:szCs w:val="32"/>
        </w:rPr>
        <w:t xml:space="preserve">4.5 </w:t>
      </w:r>
      <w:r w:rsidRPr="007D0053">
        <w:rPr>
          <w:rFonts w:ascii="Sakkal Majalla" w:hAnsi="Sakkal Majalla" w:cs="Sakkal Majalla"/>
          <w:b/>
          <w:bCs/>
          <w:sz w:val="32"/>
          <w:szCs w:val="32"/>
          <w:rtl/>
        </w:rPr>
        <w:t>خاتمة الفصل</w:t>
      </w:r>
    </w:p>
    <w:p w14:paraId="0851A346" w14:textId="0CB9085C" w:rsidR="00D86F37" w:rsidRPr="00D86F37" w:rsidRDefault="00D86F37" w:rsidP="00634497">
      <w:pPr>
        <w:bidi/>
        <w:spacing w:line="360" w:lineRule="auto"/>
        <w:jc w:val="lowKashida"/>
        <w:rPr>
          <w:rFonts w:ascii="Sakkal Majalla" w:hAnsi="Sakkal Majalla" w:cs="Sakkal Majalla"/>
          <w:szCs w:val="28"/>
          <w:rtl/>
        </w:rPr>
      </w:pPr>
      <w:r w:rsidRPr="00D86F37">
        <w:rPr>
          <w:rFonts w:ascii="Sakkal Majalla" w:hAnsi="Sakkal Majalla" w:cs="Sakkal Majalla" w:hint="cs"/>
          <w:szCs w:val="28"/>
          <w:rtl/>
        </w:rPr>
        <w:t>استعرض</w:t>
      </w:r>
      <w:r w:rsidRPr="00D86F37">
        <w:rPr>
          <w:rFonts w:ascii="Sakkal Majalla" w:hAnsi="Sakkal Majalla" w:cs="Sakkal Majalla"/>
          <w:szCs w:val="28"/>
          <w:rtl/>
        </w:rPr>
        <w:t xml:space="preserve"> </w:t>
      </w:r>
      <w:r w:rsidRPr="00D86F37">
        <w:rPr>
          <w:rFonts w:ascii="Sakkal Majalla" w:hAnsi="Sakkal Majalla" w:cs="Sakkal Majalla" w:hint="cs"/>
          <w:szCs w:val="28"/>
          <w:rtl/>
        </w:rPr>
        <w:t>هذا</w:t>
      </w:r>
      <w:r w:rsidRPr="00D86F37">
        <w:rPr>
          <w:rFonts w:ascii="Sakkal Majalla" w:hAnsi="Sakkal Majalla" w:cs="Sakkal Majalla"/>
          <w:szCs w:val="28"/>
          <w:rtl/>
        </w:rPr>
        <w:t xml:space="preserve"> </w:t>
      </w:r>
      <w:r w:rsidRPr="00D86F37">
        <w:rPr>
          <w:rFonts w:ascii="Sakkal Majalla" w:hAnsi="Sakkal Majalla" w:cs="Sakkal Majalla" w:hint="cs"/>
          <w:szCs w:val="28"/>
          <w:rtl/>
        </w:rPr>
        <w:t>الفصل</w:t>
      </w:r>
      <w:r w:rsidRPr="00D86F37">
        <w:rPr>
          <w:rFonts w:ascii="Sakkal Majalla" w:hAnsi="Sakkal Majalla" w:cs="Sakkal Majalla"/>
          <w:szCs w:val="28"/>
          <w:rtl/>
        </w:rPr>
        <w:t xml:space="preserve"> </w:t>
      </w:r>
      <w:r w:rsidRPr="00D86F37">
        <w:rPr>
          <w:rFonts w:ascii="Sakkal Majalla" w:hAnsi="Sakkal Majalla" w:cs="Sakkal Majalla" w:hint="cs"/>
          <w:szCs w:val="28"/>
          <w:rtl/>
        </w:rPr>
        <w:t>نتائج</w:t>
      </w:r>
      <w:r w:rsidRPr="00D86F37">
        <w:rPr>
          <w:rFonts w:ascii="Sakkal Majalla" w:hAnsi="Sakkal Majalla" w:cs="Sakkal Majalla"/>
          <w:szCs w:val="28"/>
          <w:rtl/>
        </w:rPr>
        <w:t xml:space="preserve"> </w:t>
      </w:r>
      <w:r w:rsidRPr="00D86F37">
        <w:rPr>
          <w:rFonts w:ascii="Sakkal Majalla" w:hAnsi="Sakkal Majalla" w:cs="Sakkal Majalla" w:hint="cs"/>
          <w:szCs w:val="28"/>
          <w:rtl/>
        </w:rPr>
        <w:t>الدراسة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الميدانية</w:t>
      </w:r>
      <w:r w:rsidRPr="00D86F37">
        <w:rPr>
          <w:rFonts w:ascii="Sakkal Majalla" w:hAnsi="Sakkal Majalla" w:cs="Sakkal Majalla"/>
          <w:szCs w:val="28"/>
          <w:rtl/>
        </w:rPr>
        <w:t xml:space="preserve"> </w:t>
      </w:r>
      <w:r w:rsidRPr="00D86F37">
        <w:rPr>
          <w:rFonts w:ascii="Sakkal Majalla" w:hAnsi="Sakkal Majalla" w:cs="Sakkal Majalla" w:hint="cs"/>
          <w:szCs w:val="28"/>
          <w:rtl/>
        </w:rPr>
        <w:t>بنوعيها</w:t>
      </w:r>
      <w:r w:rsidRPr="00D86F37">
        <w:rPr>
          <w:rFonts w:ascii="Sakkal Majalla" w:hAnsi="Sakkal Majalla" w:cs="Sakkal Majalla"/>
          <w:szCs w:val="28"/>
          <w:rtl/>
        </w:rPr>
        <w:t xml:space="preserve"> </w:t>
      </w:r>
      <w:r w:rsidRPr="00D86F37">
        <w:rPr>
          <w:rFonts w:ascii="Sakkal Majalla" w:hAnsi="Sakkal Majalla" w:cs="Sakkal Majalla" w:hint="cs"/>
          <w:szCs w:val="28"/>
          <w:rtl/>
        </w:rPr>
        <w:t>الكمي</w:t>
      </w:r>
      <w:r w:rsidRPr="00D86F37">
        <w:rPr>
          <w:rFonts w:ascii="Sakkal Majalla" w:hAnsi="Sakkal Majalla" w:cs="Sakkal Majalla"/>
          <w:szCs w:val="28"/>
          <w:rtl/>
        </w:rPr>
        <w:t xml:space="preserve"> </w:t>
      </w:r>
      <w:r w:rsidRPr="00D86F37">
        <w:rPr>
          <w:rFonts w:ascii="Sakkal Majalla" w:hAnsi="Sakkal Majalla" w:cs="Sakkal Majalla" w:hint="cs"/>
          <w:szCs w:val="28"/>
          <w:rtl/>
        </w:rPr>
        <w:t>والنوعي،</w:t>
      </w:r>
      <w:r w:rsidRPr="00D86F37">
        <w:rPr>
          <w:rFonts w:ascii="Sakkal Majalla" w:hAnsi="Sakkal Majalla" w:cs="Sakkal Majalla"/>
          <w:szCs w:val="28"/>
          <w:rtl/>
        </w:rPr>
        <w:t xml:space="preserve"> </w:t>
      </w:r>
      <w:r w:rsidRPr="00D86F37">
        <w:rPr>
          <w:rFonts w:ascii="Sakkal Majalla" w:hAnsi="Sakkal Majalla" w:cs="Sakkal Majalla" w:hint="cs"/>
          <w:szCs w:val="28"/>
          <w:rtl/>
        </w:rPr>
        <w:t>وقدم</w:t>
      </w:r>
      <w:r w:rsidRPr="00D86F37">
        <w:rPr>
          <w:rFonts w:ascii="Sakkal Majalla" w:hAnsi="Sakkal Majalla" w:cs="Sakkal Majalla"/>
          <w:szCs w:val="28"/>
          <w:rtl/>
        </w:rPr>
        <w:t xml:space="preserve"> </w:t>
      </w:r>
      <w:r w:rsidRPr="00D86F37">
        <w:rPr>
          <w:rFonts w:ascii="Sakkal Majalla" w:hAnsi="Sakkal Majalla" w:cs="Sakkal Majalla" w:hint="cs"/>
          <w:szCs w:val="28"/>
          <w:rtl/>
        </w:rPr>
        <w:t>تحليلًا</w:t>
      </w:r>
      <w:r w:rsidRPr="00D86F37">
        <w:rPr>
          <w:rFonts w:ascii="Sakkal Majalla" w:hAnsi="Sakkal Majalla" w:cs="Sakkal Majalla"/>
          <w:szCs w:val="28"/>
          <w:rtl/>
        </w:rPr>
        <w:t xml:space="preserve"> </w:t>
      </w:r>
      <w:r w:rsidRPr="00D86F37">
        <w:rPr>
          <w:rFonts w:ascii="Sakkal Majalla" w:hAnsi="Sakkal Majalla" w:cs="Sakkal Majalla" w:hint="cs"/>
          <w:szCs w:val="28"/>
          <w:rtl/>
        </w:rPr>
        <w:t>متكاملًا</w:t>
      </w:r>
      <w:r w:rsidRPr="00D86F37">
        <w:rPr>
          <w:rFonts w:ascii="Sakkal Majalla" w:hAnsi="Sakkal Majalla" w:cs="Sakkal Majalla"/>
          <w:szCs w:val="28"/>
          <w:rtl/>
        </w:rPr>
        <w:t xml:space="preserve"> </w:t>
      </w:r>
      <w:r w:rsidRPr="00D86F37">
        <w:rPr>
          <w:rFonts w:ascii="Sakkal Majalla" w:hAnsi="Sakkal Majalla" w:cs="Sakkal Majalla" w:hint="cs"/>
          <w:szCs w:val="28"/>
          <w:rtl/>
        </w:rPr>
        <w:t>للمتغيرات</w:t>
      </w:r>
      <w:r w:rsidRPr="00D86F37">
        <w:rPr>
          <w:rFonts w:ascii="Sakkal Majalla" w:hAnsi="Sakkal Majalla" w:cs="Sakkal Majalla"/>
          <w:szCs w:val="28"/>
          <w:rtl/>
        </w:rPr>
        <w:t xml:space="preserve"> </w:t>
      </w:r>
      <w:r w:rsidRPr="00D86F37">
        <w:rPr>
          <w:rFonts w:ascii="Sakkal Majalla" w:hAnsi="Sakkal Majalla" w:cs="Sakkal Majalla" w:hint="cs"/>
          <w:szCs w:val="28"/>
          <w:rtl/>
        </w:rPr>
        <w:t>الأساسية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المكونة</w:t>
      </w:r>
      <w:r w:rsidRPr="00D86F37">
        <w:rPr>
          <w:rFonts w:ascii="Sakkal Majalla" w:hAnsi="Sakkal Majalla" w:cs="Sakkal Majalla"/>
          <w:szCs w:val="28"/>
          <w:rtl/>
        </w:rPr>
        <w:t xml:space="preserve"> </w:t>
      </w:r>
      <w:r w:rsidRPr="00D86F37">
        <w:rPr>
          <w:rFonts w:ascii="Sakkal Majalla" w:hAnsi="Sakkal Majalla" w:cs="Sakkal Majalla" w:hint="cs"/>
          <w:szCs w:val="28"/>
          <w:rtl/>
        </w:rPr>
        <w:t>للنموذج</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المفاهيمي</w:t>
      </w:r>
      <w:r w:rsidRPr="00D86F37">
        <w:rPr>
          <w:rFonts w:ascii="Sakkal Majalla" w:hAnsi="Sakkal Majalla" w:cs="Sakkal Majalla"/>
          <w:szCs w:val="28"/>
          <w:rtl/>
        </w:rPr>
        <w:t xml:space="preserve">: </w:t>
      </w:r>
      <w:r w:rsidRPr="00D86F37">
        <w:rPr>
          <w:rFonts w:ascii="Sakkal Majalla" w:hAnsi="Sakkal Majalla" w:cs="Sakkal Majalla" w:hint="cs"/>
          <w:szCs w:val="28"/>
          <w:rtl/>
        </w:rPr>
        <w:t>العوامل</w:t>
      </w:r>
      <w:r w:rsidRPr="00D86F37">
        <w:rPr>
          <w:rFonts w:ascii="Sakkal Majalla" w:hAnsi="Sakkal Majalla" w:cs="Sakkal Majalla"/>
          <w:szCs w:val="28"/>
          <w:rtl/>
        </w:rPr>
        <w:t xml:space="preserve"> </w:t>
      </w:r>
      <w:r w:rsidRPr="00D86F37">
        <w:rPr>
          <w:rFonts w:ascii="Sakkal Majalla" w:hAnsi="Sakkal Majalla" w:cs="Sakkal Majalla" w:hint="cs"/>
          <w:szCs w:val="28"/>
          <w:rtl/>
        </w:rPr>
        <w:t>التمكينية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الداخلية،</w:t>
      </w:r>
      <w:r w:rsidRPr="00D86F37">
        <w:rPr>
          <w:rFonts w:ascii="Sakkal Majalla" w:hAnsi="Sakkal Majalla" w:cs="Sakkal Majalla"/>
          <w:szCs w:val="28"/>
          <w:rtl/>
        </w:rPr>
        <w:t xml:space="preserve"> </w:t>
      </w:r>
      <w:r w:rsidRPr="00D86F37">
        <w:rPr>
          <w:rFonts w:ascii="Sakkal Majalla" w:hAnsi="Sakkal Majalla" w:cs="Sakkal Majalla" w:hint="cs"/>
          <w:szCs w:val="28"/>
          <w:rtl/>
        </w:rPr>
        <w:t>والدور</w:t>
      </w:r>
      <w:r w:rsidRPr="00D86F37">
        <w:rPr>
          <w:rFonts w:ascii="Sakkal Majalla" w:hAnsi="Sakkal Majalla" w:cs="Sakkal Majalla"/>
          <w:szCs w:val="28"/>
          <w:rtl/>
        </w:rPr>
        <w:t xml:space="preserve"> </w:t>
      </w:r>
      <w:proofErr w:type="spellStart"/>
      <w:r w:rsidRPr="00D86F37">
        <w:rPr>
          <w:rFonts w:ascii="Sakkal Majalla" w:hAnsi="Sakkal Majalla" w:cs="Sakkal Majalla" w:hint="cs"/>
          <w:szCs w:val="28"/>
          <w:rtl/>
        </w:rPr>
        <w:t>التمكيني</w:t>
      </w:r>
      <w:proofErr w:type="spellEnd"/>
      <w:r w:rsidRPr="00D86F37">
        <w:rPr>
          <w:rFonts w:ascii="Sakkal Majalla" w:hAnsi="Sakkal Majalla" w:cs="Sakkal Majalla"/>
          <w:szCs w:val="28"/>
          <w:rtl/>
        </w:rPr>
        <w:t xml:space="preserve"> </w:t>
      </w:r>
      <w:r w:rsidRPr="00D86F37">
        <w:rPr>
          <w:rFonts w:ascii="Sakkal Majalla" w:hAnsi="Sakkal Majalla" w:cs="Sakkal Majalla" w:hint="cs"/>
          <w:szCs w:val="28"/>
          <w:rtl/>
        </w:rPr>
        <w:t>للشركات</w:t>
      </w:r>
      <w:r w:rsidRPr="00D86F37">
        <w:rPr>
          <w:rFonts w:ascii="Sakkal Majalla" w:hAnsi="Sakkal Majalla" w:cs="Sakkal Majalla"/>
          <w:szCs w:val="28"/>
          <w:rtl/>
        </w:rPr>
        <w:t xml:space="preserve"> </w:t>
      </w:r>
      <w:r w:rsidRPr="00D86F37">
        <w:rPr>
          <w:rFonts w:ascii="Sakkal Majalla" w:hAnsi="Sakkal Majalla" w:cs="Sakkal Majalla" w:hint="cs"/>
          <w:szCs w:val="28"/>
          <w:rtl/>
        </w:rPr>
        <w:t>الاستشارية،</w:t>
      </w:r>
      <w:r w:rsidRPr="00D86F37">
        <w:rPr>
          <w:rFonts w:ascii="Sakkal Majalla" w:hAnsi="Sakkal Majalla" w:cs="Sakkal Majalla"/>
          <w:szCs w:val="28"/>
          <w:rtl/>
        </w:rPr>
        <w:t xml:space="preserve"> </w:t>
      </w:r>
      <w:r w:rsidRPr="00D86F37">
        <w:rPr>
          <w:rFonts w:ascii="Sakkal Majalla" w:hAnsi="Sakkal Majalla" w:cs="Sakkal Majalla" w:hint="cs"/>
          <w:szCs w:val="28"/>
          <w:rtl/>
        </w:rPr>
        <w:t>واستدامة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الابتكار،</w:t>
      </w:r>
      <w:r w:rsidRPr="00D86F37">
        <w:rPr>
          <w:rFonts w:ascii="Sakkal Majalla" w:hAnsi="Sakkal Majalla" w:cs="Sakkal Majalla"/>
          <w:szCs w:val="28"/>
          <w:rtl/>
        </w:rPr>
        <w:t xml:space="preserve"> </w:t>
      </w:r>
      <w:r w:rsidRPr="00D86F37">
        <w:rPr>
          <w:rFonts w:ascii="Sakkal Majalla" w:hAnsi="Sakkal Majalla" w:cs="Sakkal Majalla" w:hint="cs"/>
          <w:szCs w:val="28"/>
          <w:rtl/>
        </w:rPr>
        <w:t>مع</w:t>
      </w:r>
      <w:r w:rsidRPr="00D86F37">
        <w:rPr>
          <w:rFonts w:ascii="Sakkal Majalla" w:hAnsi="Sakkal Majalla" w:cs="Sakkal Majalla"/>
          <w:szCs w:val="28"/>
          <w:rtl/>
        </w:rPr>
        <w:t xml:space="preserve"> </w:t>
      </w:r>
      <w:r w:rsidRPr="00D86F37">
        <w:rPr>
          <w:rFonts w:ascii="Sakkal Majalla" w:hAnsi="Sakkal Majalla" w:cs="Sakkal Majalla" w:hint="cs"/>
          <w:szCs w:val="28"/>
          <w:rtl/>
        </w:rPr>
        <w:t>تضمين</w:t>
      </w:r>
      <w:r w:rsidRPr="00D86F37">
        <w:rPr>
          <w:rFonts w:ascii="Sakkal Majalla" w:hAnsi="Sakkal Majalla" w:cs="Sakkal Majalla"/>
          <w:szCs w:val="28"/>
          <w:rtl/>
        </w:rPr>
        <w:t xml:space="preserve"> </w:t>
      </w:r>
      <w:r w:rsidRPr="00D86F37">
        <w:rPr>
          <w:rFonts w:ascii="Sakkal Majalla" w:hAnsi="Sakkal Majalla" w:cs="Sakkal Majalla" w:hint="cs"/>
          <w:szCs w:val="28"/>
          <w:rtl/>
        </w:rPr>
        <w:t>القدرة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الامتصاصية</w:t>
      </w:r>
      <w:r w:rsidRPr="00D86F37">
        <w:rPr>
          <w:rFonts w:ascii="Sakkal Majalla" w:hAnsi="Sakkal Majalla" w:cs="Sakkal Majalla"/>
          <w:szCs w:val="28"/>
          <w:rtl/>
        </w:rPr>
        <w:t xml:space="preserve"> </w:t>
      </w:r>
      <w:r w:rsidRPr="00D86F37">
        <w:rPr>
          <w:rFonts w:ascii="Sakkal Majalla" w:hAnsi="Sakkal Majalla" w:cs="Sakkal Majalla" w:hint="cs"/>
          <w:szCs w:val="28"/>
          <w:rtl/>
        </w:rPr>
        <w:t>كآلية</w:t>
      </w:r>
      <w:r w:rsidRPr="00D86F37">
        <w:rPr>
          <w:rFonts w:ascii="Sakkal Majalla" w:hAnsi="Sakkal Majalla" w:cs="Sakkal Majalla"/>
          <w:szCs w:val="28"/>
          <w:rtl/>
        </w:rPr>
        <w:t xml:space="preserve"> </w:t>
      </w:r>
      <w:r w:rsidRPr="00D86F37">
        <w:rPr>
          <w:rFonts w:ascii="Sakkal Majalla" w:hAnsi="Sakkal Majalla" w:cs="Sakkal Majalla" w:hint="cs"/>
          <w:szCs w:val="28"/>
          <w:rtl/>
        </w:rPr>
        <w:t>وسيطة</w:t>
      </w:r>
      <w:r w:rsidRPr="00D86F37">
        <w:rPr>
          <w:rFonts w:ascii="Sakkal Majalla" w:hAnsi="Sakkal Majalla" w:cs="Sakkal Majalla"/>
          <w:szCs w:val="28"/>
          <w:rtl/>
        </w:rPr>
        <w:t xml:space="preserve"> </w:t>
      </w:r>
      <w:r w:rsidRPr="00D86F37">
        <w:rPr>
          <w:rFonts w:ascii="Sakkal Majalla" w:hAnsi="Sakkal Majalla" w:cs="Sakkal Majalla" w:hint="cs"/>
          <w:szCs w:val="28"/>
          <w:rtl/>
        </w:rPr>
        <w:t>بين</w:t>
      </w:r>
      <w:r w:rsidRPr="00D86F37">
        <w:rPr>
          <w:rFonts w:ascii="Sakkal Majalla" w:hAnsi="Sakkal Majalla" w:cs="Sakkal Majalla"/>
          <w:szCs w:val="28"/>
          <w:rtl/>
        </w:rPr>
        <w:t xml:space="preserve"> </w:t>
      </w:r>
      <w:r w:rsidRPr="00D86F37">
        <w:rPr>
          <w:rFonts w:ascii="Sakkal Majalla" w:hAnsi="Sakkal Majalla" w:cs="Sakkal Majalla" w:hint="cs"/>
          <w:szCs w:val="28"/>
          <w:rtl/>
        </w:rPr>
        <w:t>العوامل</w:t>
      </w:r>
      <w:r w:rsidRPr="00D86F37">
        <w:rPr>
          <w:rFonts w:ascii="Sakkal Majalla" w:hAnsi="Sakkal Majalla" w:cs="Sakkal Majalla"/>
          <w:szCs w:val="28"/>
          <w:rtl/>
        </w:rPr>
        <w:t xml:space="preserve"> </w:t>
      </w:r>
      <w:r w:rsidRPr="00D86F37">
        <w:rPr>
          <w:rFonts w:ascii="Sakkal Majalla" w:hAnsi="Sakkal Majalla" w:cs="Sakkal Majalla" w:hint="cs"/>
          <w:szCs w:val="28"/>
          <w:rtl/>
        </w:rPr>
        <w:t>الداخلية</w:t>
      </w:r>
      <w:r w:rsidRPr="00D86F37">
        <w:rPr>
          <w:rFonts w:ascii="Sakkal Majalla" w:hAnsi="Sakkal Majalla" w:cs="Sakkal Majalla"/>
          <w:szCs w:val="28"/>
          <w:rtl/>
        </w:rPr>
        <w:t xml:space="preserve"> </w:t>
      </w:r>
      <w:r w:rsidRPr="00D86F37">
        <w:rPr>
          <w:rFonts w:ascii="Sakkal Majalla" w:hAnsi="Sakkal Majalla" w:cs="Sakkal Majalla" w:hint="cs"/>
          <w:szCs w:val="28"/>
          <w:rtl/>
        </w:rPr>
        <w:t>والدعم</w:t>
      </w:r>
      <w:r w:rsidRPr="00D86F37">
        <w:rPr>
          <w:rFonts w:ascii="Sakkal Majalla" w:hAnsi="Sakkal Majalla" w:cs="Sakkal Majalla"/>
          <w:szCs w:val="28"/>
          <w:rtl/>
        </w:rPr>
        <w:t xml:space="preserve"> </w:t>
      </w:r>
      <w:r w:rsidRPr="00D86F37">
        <w:rPr>
          <w:rFonts w:ascii="Sakkal Majalla" w:hAnsi="Sakkal Majalla" w:cs="Sakkal Majalla" w:hint="cs"/>
          <w:szCs w:val="28"/>
          <w:rtl/>
        </w:rPr>
        <w:t>الخارجي</w:t>
      </w:r>
      <w:r w:rsidRPr="00D86F37">
        <w:rPr>
          <w:rFonts w:ascii="Sakkal Majalla" w:hAnsi="Sakkal Majalla" w:cs="Sakkal Majalla"/>
          <w:szCs w:val="28"/>
        </w:rPr>
        <w:t>.</w:t>
      </w:r>
    </w:p>
    <w:p w14:paraId="4C23B85C" w14:textId="318263ED" w:rsidR="00D86F37" w:rsidRPr="00D86F37" w:rsidRDefault="00D86F37" w:rsidP="00634497">
      <w:pPr>
        <w:bidi/>
        <w:spacing w:line="360" w:lineRule="auto"/>
        <w:jc w:val="lowKashida"/>
        <w:rPr>
          <w:rFonts w:ascii="Sakkal Majalla" w:hAnsi="Sakkal Majalla" w:cs="Sakkal Majalla"/>
          <w:szCs w:val="28"/>
          <w:rtl/>
        </w:rPr>
      </w:pPr>
      <w:r w:rsidRPr="00D86F37">
        <w:rPr>
          <w:rFonts w:ascii="Sakkal Majalla" w:hAnsi="Sakkal Majalla" w:cs="Sakkal Majalla" w:hint="cs"/>
          <w:szCs w:val="28"/>
          <w:rtl/>
        </w:rPr>
        <w:t>أظهرت</w:t>
      </w:r>
      <w:r w:rsidRPr="00D86F37">
        <w:rPr>
          <w:rFonts w:ascii="Sakkal Majalla" w:hAnsi="Sakkal Majalla" w:cs="Sakkal Majalla"/>
          <w:szCs w:val="28"/>
          <w:rtl/>
        </w:rPr>
        <w:t xml:space="preserve"> </w:t>
      </w:r>
      <w:r w:rsidRPr="00D86F37">
        <w:rPr>
          <w:rFonts w:ascii="Sakkal Majalla" w:hAnsi="Sakkal Majalla" w:cs="Sakkal Majalla" w:hint="cs"/>
          <w:szCs w:val="28"/>
          <w:rtl/>
        </w:rPr>
        <w:t>النتائج</w:t>
      </w:r>
      <w:r w:rsidRPr="00D86F37">
        <w:rPr>
          <w:rFonts w:ascii="Sakkal Majalla" w:hAnsi="Sakkal Majalla" w:cs="Sakkal Majalla"/>
          <w:szCs w:val="28"/>
          <w:rtl/>
        </w:rPr>
        <w:t xml:space="preserve"> </w:t>
      </w:r>
      <w:r w:rsidRPr="00D86F37">
        <w:rPr>
          <w:rFonts w:ascii="Sakkal Majalla" w:hAnsi="Sakkal Majalla" w:cs="Sakkal Majalla" w:hint="cs"/>
          <w:szCs w:val="28"/>
          <w:rtl/>
        </w:rPr>
        <w:t>الكمية</w:t>
      </w:r>
      <w:r w:rsidRPr="00D86F37">
        <w:rPr>
          <w:rFonts w:ascii="Sakkal Majalla" w:hAnsi="Sakkal Majalla" w:cs="Sakkal Majalla"/>
          <w:szCs w:val="28"/>
          <w:rtl/>
        </w:rPr>
        <w:t xml:space="preserve"> </w:t>
      </w:r>
      <w:r w:rsidRPr="00D86F37">
        <w:rPr>
          <w:rFonts w:ascii="Sakkal Majalla" w:hAnsi="Sakkal Majalla" w:cs="Sakkal Majalla" w:hint="cs"/>
          <w:szCs w:val="28"/>
          <w:rtl/>
        </w:rPr>
        <w:t>أن</w:t>
      </w:r>
      <w:r w:rsidRPr="00D86F37">
        <w:rPr>
          <w:rFonts w:ascii="Sakkal Majalla" w:hAnsi="Sakkal Majalla" w:cs="Sakkal Majalla"/>
          <w:szCs w:val="28"/>
          <w:rtl/>
        </w:rPr>
        <w:t xml:space="preserve"> </w:t>
      </w:r>
      <w:r w:rsidRPr="00D86F37">
        <w:rPr>
          <w:rFonts w:ascii="Sakkal Majalla" w:hAnsi="Sakkal Majalla" w:cs="Sakkal Majalla" w:hint="cs"/>
          <w:szCs w:val="28"/>
          <w:rtl/>
        </w:rPr>
        <w:t>الدور</w:t>
      </w:r>
      <w:r w:rsidRPr="00D86F37">
        <w:rPr>
          <w:rFonts w:ascii="Sakkal Majalla" w:hAnsi="Sakkal Majalla" w:cs="Sakkal Majalla"/>
          <w:szCs w:val="28"/>
          <w:rtl/>
        </w:rPr>
        <w:t xml:space="preserve"> </w:t>
      </w:r>
      <w:proofErr w:type="spellStart"/>
      <w:r w:rsidRPr="00D86F37">
        <w:rPr>
          <w:rFonts w:ascii="Sakkal Majalla" w:hAnsi="Sakkal Majalla" w:cs="Sakkal Majalla" w:hint="cs"/>
          <w:szCs w:val="28"/>
          <w:rtl/>
        </w:rPr>
        <w:t>التمكيني</w:t>
      </w:r>
      <w:proofErr w:type="spellEnd"/>
      <w:r w:rsidRPr="00D86F37">
        <w:rPr>
          <w:rFonts w:ascii="Sakkal Majalla" w:hAnsi="Sakkal Majalla" w:cs="Sakkal Majalla"/>
          <w:szCs w:val="28"/>
          <w:rtl/>
        </w:rPr>
        <w:t xml:space="preserve"> </w:t>
      </w:r>
      <w:r w:rsidRPr="00D86F37">
        <w:rPr>
          <w:rFonts w:ascii="Sakkal Majalla" w:hAnsi="Sakkal Majalla" w:cs="Sakkal Majalla" w:hint="cs"/>
          <w:szCs w:val="28"/>
          <w:rtl/>
        </w:rPr>
        <w:t>للشركات</w:t>
      </w:r>
      <w:r w:rsidRPr="00D86F37">
        <w:rPr>
          <w:rFonts w:ascii="Sakkal Majalla" w:hAnsi="Sakkal Majalla" w:cs="Sakkal Majalla"/>
          <w:szCs w:val="28"/>
          <w:rtl/>
        </w:rPr>
        <w:t xml:space="preserve"> </w:t>
      </w:r>
      <w:r w:rsidRPr="00D86F37">
        <w:rPr>
          <w:rFonts w:ascii="Sakkal Majalla" w:hAnsi="Sakkal Majalla" w:cs="Sakkal Majalla" w:hint="cs"/>
          <w:szCs w:val="28"/>
          <w:rtl/>
        </w:rPr>
        <w:t>الاستشارية،</w:t>
      </w:r>
      <w:r w:rsidRPr="00D86F37">
        <w:rPr>
          <w:rFonts w:ascii="Sakkal Majalla" w:hAnsi="Sakkal Majalla" w:cs="Sakkal Majalla"/>
          <w:szCs w:val="28"/>
          <w:rtl/>
        </w:rPr>
        <w:t xml:space="preserve"> </w:t>
      </w:r>
      <w:r w:rsidRPr="00D86F37">
        <w:rPr>
          <w:rFonts w:ascii="Sakkal Majalla" w:hAnsi="Sakkal Majalla" w:cs="Sakkal Majalla" w:hint="cs"/>
          <w:szCs w:val="28"/>
          <w:rtl/>
        </w:rPr>
        <w:t>ولا</w:t>
      </w:r>
      <w:r w:rsidRPr="00D86F37">
        <w:rPr>
          <w:rFonts w:ascii="Sakkal Majalla" w:hAnsi="Sakkal Majalla" w:cs="Sakkal Majalla"/>
          <w:szCs w:val="28"/>
          <w:rtl/>
        </w:rPr>
        <w:t xml:space="preserve"> </w:t>
      </w:r>
      <w:r w:rsidRPr="00D86F37">
        <w:rPr>
          <w:rFonts w:ascii="Sakkal Majalla" w:hAnsi="Sakkal Majalla" w:cs="Sakkal Majalla" w:hint="cs"/>
          <w:szCs w:val="28"/>
          <w:rtl/>
        </w:rPr>
        <w:t>سيما</w:t>
      </w:r>
      <w:r w:rsidRPr="00D86F37">
        <w:rPr>
          <w:rFonts w:ascii="Sakkal Majalla" w:hAnsi="Sakkal Majalla" w:cs="Sakkal Majalla"/>
          <w:szCs w:val="28"/>
          <w:rtl/>
        </w:rPr>
        <w:t xml:space="preserve"> </w:t>
      </w:r>
      <w:r w:rsidRPr="00D86F37">
        <w:rPr>
          <w:rFonts w:ascii="Sakkal Majalla" w:hAnsi="Sakkal Majalla" w:cs="Sakkal Majalla" w:hint="cs"/>
          <w:szCs w:val="28"/>
          <w:rtl/>
        </w:rPr>
        <w:t>في</w:t>
      </w:r>
      <w:r w:rsidRPr="00D86F37">
        <w:rPr>
          <w:rFonts w:ascii="Sakkal Majalla" w:hAnsi="Sakkal Majalla" w:cs="Sakkal Majalla"/>
          <w:szCs w:val="28"/>
          <w:rtl/>
        </w:rPr>
        <w:t xml:space="preserve"> </w:t>
      </w:r>
      <w:r w:rsidRPr="00D86F37">
        <w:rPr>
          <w:rFonts w:ascii="Sakkal Majalla" w:hAnsi="Sakkal Majalla" w:cs="Sakkal Majalla" w:hint="cs"/>
          <w:szCs w:val="28"/>
          <w:rtl/>
        </w:rPr>
        <w:t>جوانب</w:t>
      </w:r>
      <w:r w:rsidRPr="00D86F37">
        <w:rPr>
          <w:rFonts w:ascii="Sakkal Majalla" w:hAnsi="Sakkal Majalla" w:cs="Sakkal Majalla"/>
          <w:szCs w:val="28"/>
          <w:rtl/>
        </w:rPr>
        <w:t xml:space="preserve"> </w:t>
      </w:r>
      <w:r w:rsidRPr="00D86F37">
        <w:rPr>
          <w:rFonts w:ascii="Sakkal Majalla" w:hAnsi="Sakkal Majalla" w:cs="Sakkal Majalla" w:hint="cs"/>
          <w:szCs w:val="28"/>
          <w:rtl/>
        </w:rPr>
        <w:t>نقل</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المعرفة</w:t>
      </w:r>
      <w:r w:rsidRPr="00D86F37">
        <w:rPr>
          <w:rFonts w:ascii="Sakkal Majalla" w:hAnsi="Sakkal Majalla" w:cs="Sakkal Majalla"/>
          <w:szCs w:val="28"/>
          <w:rtl/>
        </w:rPr>
        <w:t xml:space="preserve"> </w:t>
      </w:r>
      <w:r w:rsidRPr="00D86F37">
        <w:rPr>
          <w:rFonts w:ascii="Sakkal Majalla" w:hAnsi="Sakkal Majalla" w:cs="Sakkal Majalla" w:hint="cs"/>
          <w:szCs w:val="28"/>
          <w:rtl/>
        </w:rPr>
        <w:t>وبناء</w:t>
      </w:r>
      <w:r w:rsidRPr="00D86F37">
        <w:rPr>
          <w:rFonts w:ascii="Sakkal Majalla" w:hAnsi="Sakkal Majalla" w:cs="Sakkal Majalla"/>
          <w:szCs w:val="28"/>
          <w:rtl/>
        </w:rPr>
        <w:t xml:space="preserve"> </w:t>
      </w:r>
      <w:r w:rsidRPr="00D86F37">
        <w:rPr>
          <w:rFonts w:ascii="Sakkal Majalla" w:hAnsi="Sakkal Majalla" w:cs="Sakkal Majalla" w:hint="cs"/>
          <w:szCs w:val="28"/>
          <w:rtl/>
        </w:rPr>
        <w:t>القدرات،</w:t>
      </w:r>
      <w:r w:rsidRPr="00D86F37">
        <w:rPr>
          <w:rFonts w:ascii="Sakkal Majalla" w:hAnsi="Sakkal Majalla" w:cs="Sakkal Majalla"/>
          <w:szCs w:val="28"/>
          <w:rtl/>
        </w:rPr>
        <w:t xml:space="preserve"> </w:t>
      </w:r>
      <w:r w:rsidRPr="00D86F37">
        <w:rPr>
          <w:rFonts w:ascii="Sakkal Majalla" w:hAnsi="Sakkal Majalla" w:cs="Sakkal Majalla" w:hint="cs"/>
          <w:szCs w:val="28"/>
          <w:rtl/>
        </w:rPr>
        <w:t>كان</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المتغير</w:t>
      </w:r>
      <w:r w:rsidRPr="00D86F37">
        <w:rPr>
          <w:rFonts w:ascii="Sakkal Majalla" w:hAnsi="Sakkal Majalla" w:cs="Sakkal Majalla"/>
          <w:szCs w:val="28"/>
          <w:rtl/>
        </w:rPr>
        <w:t xml:space="preserve"> </w:t>
      </w:r>
      <w:r w:rsidRPr="00D86F37">
        <w:rPr>
          <w:rFonts w:ascii="Sakkal Majalla" w:hAnsi="Sakkal Majalla" w:cs="Sakkal Majalla" w:hint="cs"/>
          <w:szCs w:val="28"/>
          <w:rtl/>
        </w:rPr>
        <w:t>الأكثر</w:t>
      </w:r>
      <w:r w:rsidRPr="00D86F37">
        <w:rPr>
          <w:rFonts w:ascii="Sakkal Majalla" w:hAnsi="Sakkal Majalla" w:cs="Sakkal Majalla"/>
          <w:szCs w:val="28"/>
          <w:rtl/>
        </w:rPr>
        <w:t xml:space="preserve"> </w:t>
      </w:r>
      <w:r w:rsidRPr="00D86F37">
        <w:rPr>
          <w:rFonts w:ascii="Sakkal Majalla" w:hAnsi="Sakkal Majalla" w:cs="Sakkal Majalla" w:hint="cs"/>
          <w:szCs w:val="28"/>
          <w:rtl/>
        </w:rPr>
        <w:t>تأثيرًا</w:t>
      </w:r>
      <w:r w:rsidRPr="00D86F37">
        <w:rPr>
          <w:rFonts w:ascii="Sakkal Majalla" w:hAnsi="Sakkal Majalla" w:cs="Sakkal Majalla"/>
          <w:szCs w:val="28"/>
          <w:rtl/>
        </w:rPr>
        <w:t xml:space="preserve"> </w:t>
      </w:r>
      <w:r w:rsidRPr="00D86F37">
        <w:rPr>
          <w:rFonts w:ascii="Sakkal Majalla" w:hAnsi="Sakkal Majalla" w:cs="Sakkal Majalla" w:hint="cs"/>
          <w:szCs w:val="28"/>
          <w:rtl/>
        </w:rPr>
        <w:t>على</w:t>
      </w:r>
      <w:r w:rsidRPr="00D86F37">
        <w:rPr>
          <w:rFonts w:ascii="Sakkal Majalla" w:hAnsi="Sakkal Majalla" w:cs="Sakkal Majalla"/>
          <w:szCs w:val="28"/>
          <w:rtl/>
        </w:rPr>
        <w:t xml:space="preserve"> </w:t>
      </w:r>
      <w:r w:rsidRPr="00D86F37">
        <w:rPr>
          <w:rFonts w:ascii="Sakkal Majalla" w:hAnsi="Sakkal Majalla" w:cs="Sakkal Majalla" w:hint="cs"/>
          <w:szCs w:val="28"/>
          <w:rtl/>
        </w:rPr>
        <w:t>استدامة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الابتكار،</w:t>
      </w:r>
      <w:r w:rsidRPr="00D86F37">
        <w:rPr>
          <w:rFonts w:ascii="Sakkal Majalla" w:hAnsi="Sakkal Majalla" w:cs="Sakkal Majalla"/>
          <w:szCs w:val="28"/>
          <w:rtl/>
        </w:rPr>
        <w:t xml:space="preserve"> </w:t>
      </w:r>
      <w:r w:rsidRPr="00D86F37">
        <w:rPr>
          <w:rFonts w:ascii="Sakkal Majalla" w:hAnsi="Sakkal Majalla" w:cs="Sakkal Majalla" w:hint="cs"/>
          <w:szCs w:val="28"/>
          <w:rtl/>
        </w:rPr>
        <w:t>يليه</w:t>
      </w:r>
      <w:r w:rsidRPr="00D86F37">
        <w:rPr>
          <w:rFonts w:ascii="Sakkal Majalla" w:hAnsi="Sakkal Majalla" w:cs="Sakkal Majalla"/>
          <w:szCs w:val="28"/>
          <w:rtl/>
        </w:rPr>
        <w:t xml:space="preserve"> </w:t>
      </w:r>
      <w:r w:rsidRPr="00D86F37">
        <w:rPr>
          <w:rFonts w:ascii="Sakkal Majalla" w:hAnsi="Sakkal Majalla" w:cs="Sakkal Majalla" w:hint="cs"/>
          <w:szCs w:val="28"/>
          <w:rtl/>
        </w:rPr>
        <w:t>تفعيل</w:t>
      </w:r>
      <w:r w:rsidRPr="00D86F37">
        <w:rPr>
          <w:rFonts w:ascii="Sakkal Majalla" w:hAnsi="Sakkal Majalla" w:cs="Sakkal Majalla"/>
          <w:szCs w:val="28"/>
          <w:rtl/>
        </w:rPr>
        <w:t xml:space="preserve"> </w:t>
      </w:r>
      <w:r w:rsidRPr="00D86F37">
        <w:rPr>
          <w:rFonts w:ascii="Sakkal Majalla" w:hAnsi="Sakkal Majalla" w:cs="Sakkal Majalla" w:hint="cs"/>
          <w:szCs w:val="28"/>
          <w:rtl/>
        </w:rPr>
        <w:t>الآليات</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المؤسسية</w:t>
      </w:r>
      <w:r w:rsidRPr="00D86F37">
        <w:rPr>
          <w:rFonts w:ascii="Sakkal Majalla" w:hAnsi="Sakkal Majalla" w:cs="Sakkal Majalla"/>
          <w:szCs w:val="28"/>
          <w:rtl/>
        </w:rPr>
        <w:t xml:space="preserve"> </w:t>
      </w:r>
      <w:r w:rsidRPr="00D86F37">
        <w:rPr>
          <w:rFonts w:ascii="Sakkal Majalla" w:hAnsi="Sakkal Majalla" w:cs="Sakkal Majalla" w:hint="cs"/>
          <w:szCs w:val="28"/>
          <w:rtl/>
        </w:rPr>
        <w:t>للاستدامة،</w:t>
      </w:r>
      <w:r w:rsidRPr="00D86F37">
        <w:rPr>
          <w:rFonts w:ascii="Sakkal Majalla" w:hAnsi="Sakkal Majalla" w:cs="Sakkal Majalla"/>
          <w:szCs w:val="28"/>
          <w:rtl/>
        </w:rPr>
        <w:t xml:space="preserve"> </w:t>
      </w:r>
      <w:r w:rsidRPr="00D86F37">
        <w:rPr>
          <w:rFonts w:ascii="Sakkal Majalla" w:hAnsi="Sakkal Majalla" w:cs="Sakkal Majalla" w:hint="cs"/>
          <w:szCs w:val="28"/>
          <w:rtl/>
        </w:rPr>
        <w:t>ثم</w:t>
      </w:r>
      <w:r w:rsidRPr="00D86F37">
        <w:rPr>
          <w:rFonts w:ascii="Sakkal Majalla" w:hAnsi="Sakkal Majalla" w:cs="Sakkal Majalla"/>
          <w:szCs w:val="28"/>
          <w:rtl/>
        </w:rPr>
        <w:t xml:space="preserve"> </w:t>
      </w:r>
      <w:r w:rsidRPr="00D86F37">
        <w:rPr>
          <w:rFonts w:ascii="Sakkal Majalla" w:hAnsi="Sakkal Majalla" w:cs="Sakkal Majalla" w:hint="cs"/>
          <w:szCs w:val="28"/>
          <w:rtl/>
        </w:rPr>
        <w:t>القدرة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الامتصاصية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المعرفية</w:t>
      </w:r>
      <w:r w:rsidRPr="00D86F37">
        <w:rPr>
          <w:rFonts w:ascii="Sakkal Majalla" w:hAnsi="Sakkal Majalla" w:cs="Sakkal Majalla"/>
          <w:szCs w:val="28"/>
          <w:rtl/>
        </w:rPr>
        <w:t xml:space="preserve">. </w:t>
      </w:r>
      <w:r w:rsidRPr="00D86F37">
        <w:rPr>
          <w:rFonts w:ascii="Sakkal Majalla" w:hAnsi="Sakkal Majalla" w:cs="Sakkal Majalla" w:hint="cs"/>
          <w:szCs w:val="28"/>
          <w:rtl/>
        </w:rPr>
        <w:t>أما</w:t>
      </w:r>
      <w:r w:rsidRPr="00D86F37">
        <w:rPr>
          <w:rFonts w:ascii="Sakkal Majalla" w:hAnsi="Sakkal Majalla" w:cs="Sakkal Majalla"/>
          <w:szCs w:val="28"/>
          <w:rtl/>
        </w:rPr>
        <w:t xml:space="preserve"> </w:t>
      </w:r>
      <w:r w:rsidRPr="00D86F37">
        <w:rPr>
          <w:rFonts w:ascii="Sakkal Majalla" w:hAnsi="Sakkal Majalla" w:cs="Sakkal Majalla" w:hint="cs"/>
          <w:szCs w:val="28"/>
          <w:rtl/>
        </w:rPr>
        <w:t>العوامل</w:t>
      </w:r>
      <w:r w:rsidRPr="00D86F37">
        <w:rPr>
          <w:rFonts w:ascii="Sakkal Majalla" w:hAnsi="Sakkal Majalla" w:cs="Sakkal Majalla"/>
          <w:szCs w:val="28"/>
          <w:rtl/>
        </w:rPr>
        <w:t xml:space="preserve"> </w:t>
      </w:r>
      <w:r w:rsidRPr="00D86F37">
        <w:rPr>
          <w:rFonts w:ascii="Sakkal Majalla" w:hAnsi="Sakkal Majalla" w:cs="Sakkal Majalla" w:hint="cs"/>
          <w:szCs w:val="28"/>
          <w:rtl/>
        </w:rPr>
        <w:t>التمكينية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الداخلية</w:t>
      </w:r>
      <w:r w:rsidRPr="00D86F37">
        <w:rPr>
          <w:rFonts w:ascii="Sakkal Majalla" w:hAnsi="Sakkal Majalla" w:cs="Sakkal Majalla"/>
          <w:szCs w:val="28"/>
          <w:rtl/>
        </w:rPr>
        <w:t xml:space="preserve"> </w:t>
      </w:r>
      <w:r w:rsidRPr="00D86F37">
        <w:rPr>
          <w:rFonts w:ascii="Sakkal Majalla" w:hAnsi="Sakkal Majalla" w:cs="Sakkal Majalla" w:hint="cs"/>
          <w:szCs w:val="28"/>
          <w:rtl/>
        </w:rPr>
        <w:t>ومستوى</w:t>
      </w:r>
      <w:r w:rsidRPr="00D86F37">
        <w:rPr>
          <w:rFonts w:ascii="Sakkal Majalla" w:hAnsi="Sakkal Majalla" w:cs="Sakkal Majalla"/>
          <w:szCs w:val="28"/>
          <w:rtl/>
        </w:rPr>
        <w:t xml:space="preserve"> </w:t>
      </w:r>
      <w:r w:rsidRPr="00D86F37">
        <w:rPr>
          <w:rFonts w:ascii="Sakkal Majalla" w:hAnsi="Sakkal Majalla" w:cs="Sakkal Majalla" w:hint="cs"/>
          <w:szCs w:val="28"/>
          <w:rtl/>
        </w:rPr>
        <w:t>التكامل</w:t>
      </w:r>
      <w:r w:rsidRPr="00D86F37">
        <w:rPr>
          <w:rFonts w:ascii="Sakkal Majalla" w:hAnsi="Sakkal Majalla" w:cs="Sakkal Majalla"/>
          <w:szCs w:val="28"/>
          <w:rtl/>
        </w:rPr>
        <w:t xml:space="preserve"> </w:t>
      </w:r>
      <w:r w:rsidRPr="00D86F37">
        <w:rPr>
          <w:rFonts w:ascii="Sakkal Majalla" w:hAnsi="Sakkal Majalla" w:cs="Sakkal Majalla" w:hint="cs"/>
          <w:szCs w:val="28"/>
          <w:rtl/>
        </w:rPr>
        <w:t>بين</w:t>
      </w:r>
      <w:r w:rsidRPr="00D86F37">
        <w:rPr>
          <w:rFonts w:ascii="Sakkal Majalla" w:hAnsi="Sakkal Majalla" w:cs="Sakkal Majalla"/>
          <w:szCs w:val="28"/>
          <w:rtl/>
        </w:rPr>
        <w:t xml:space="preserve"> </w:t>
      </w:r>
      <w:r w:rsidRPr="00D86F37">
        <w:rPr>
          <w:rFonts w:ascii="Sakkal Majalla" w:hAnsi="Sakkal Majalla" w:cs="Sakkal Majalla" w:hint="cs"/>
          <w:szCs w:val="28"/>
          <w:rtl/>
        </w:rPr>
        <w:t>الجهة</w:t>
      </w:r>
      <w:r w:rsidRPr="00D86F37">
        <w:rPr>
          <w:rFonts w:ascii="Sakkal Majalla" w:hAnsi="Sakkal Majalla" w:cs="Sakkal Majalla"/>
          <w:szCs w:val="28"/>
          <w:rtl/>
        </w:rPr>
        <w:t xml:space="preserve"> </w:t>
      </w:r>
      <w:r w:rsidRPr="00D86F37">
        <w:rPr>
          <w:rFonts w:ascii="Sakkal Majalla" w:hAnsi="Sakkal Majalla" w:cs="Sakkal Majalla" w:hint="cs"/>
          <w:szCs w:val="28"/>
          <w:rtl/>
        </w:rPr>
        <w:t>والاستشاري،</w:t>
      </w:r>
      <w:r w:rsidRPr="00D86F37">
        <w:rPr>
          <w:rFonts w:ascii="Sakkal Majalla" w:hAnsi="Sakkal Majalla" w:cs="Sakkal Majalla"/>
          <w:szCs w:val="28"/>
          <w:rtl/>
        </w:rPr>
        <w:t xml:space="preserve"> </w:t>
      </w:r>
      <w:r w:rsidRPr="00D86F37">
        <w:rPr>
          <w:rFonts w:ascii="Sakkal Majalla" w:hAnsi="Sakkal Majalla" w:cs="Sakkal Majalla" w:hint="cs"/>
          <w:szCs w:val="28"/>
          <w:rtl/>
        </w:rPr>
        <w:t>فرغم</w:t>
      </w:r>
      <w:r w:rsidRPr="00D86F37">
        <w:rPr>
          <w:rFonts w:ascii="Sakkal Majalla" w:hAnsi="Sakkal Majalla" w:cs="Sakkal Majalla"/>
          <w:szCs w:val="28"/>
          <w:rtl/>
        </w:rPr>
        <w:t xml:space="preserve"> </w:t>
      </w:r>
      <w:r w:rsidRPr="00D86F37">
        <w:rPr>
          <w:rFonts w:ascii="Sakkal Majalla" w:hAnsi="Sakkal Majalla" w:cs="Sakkal Majalla" w:hint="cs"/>
          <w:szCs w:val="28"/>
          <w:rtl/>
        </w:rPr>
        <w:t>ارتباطهما</w:t>
      </w:r>
      <w:r w:rsidRPr="00D86F37">
        <w:rPr>
          <w:rFonts w:ascii="Sakkal Majalla" w:hAnsi="Sakkal Majalla" w:cs="Sakkal Majalla"/>
          <w:szCs w:val="28"/>
          <w:rtl/>
        </w:rPr>
        <w:t xml:space="preserve"> </w:t>
      </w:r>
      <w:r w:rsidRPr="00D86F37">
        <w:rPr>
          <w:rFonts w:ascii="Sakkal Majalla" w:hAnsi="Sakkal Majalla" w:cs="Sakkal Majalla" w:hint="cs"/>
          <w:szCs w:val="28"/>
          <w:rtl/>
        </w:rPr>
        <w:t>الإيجابي</w:t>
      </w:r>
      <w:r w:rsidRPr="00D86F37">
        <w:rPr>
          <w:rFonts w:ascii="Sakkal Majalla" w:hAnsi="Sakkal Majalla" w:cs="Sakkal Majalla"/>
          <w:szCs w:val="28"/>
          <w:rtl/>
        </w:rPr>
        <w:t xml:space="preserve"> </w:t>
      </w:r>
      <w:r w:rsidRPr="00D86F37">
        <w:rPr>
          <w:rFonts w:ascii="Sakkal Majalla" w:hAnsi="Sakkal Majalla" w:cs="Sakkal Majalla" w:hint="cs"/>
          <w:szCs w:val="28"/>
          <w:rtl/>
        </w:rPr>
        <w:t>بالاستدامة،</w:t>
      </w:r>
      <w:r w:rsidRPr="00D86F37">
        <w:rPr>
          <w:rFonts w:ascii="Sakkal Majalla" w:hAnsi="Sakkal Majalla" w:cs="Sakkal Majalla"/>
          <w:szCs w:val="28"/>
          <w:rtl/>
        </w:rPr>
        <w:t xml:space="preserve"> </w:t>
      </w:r>
      <w:r w:rsidRPr="00D86F37">
        <w:rPr>
          <w:rFonts w:ascii="Sakkal Majalla" w:hAnsi="Sakkal Majalla" w:cs="Sakkal Majalla" w:hint="cs"/>
          <w:szCs w:val="28"/>
          <w:rtl/>
        </w:rPr>
        <w:t>إلا</w:t>
      </w:r>
      <w:r w:rsidRPr="00D86F37">
        <w:rPr>
          <w:rFonts w:ascii="Sakkal Majalla" w:hAnsi="Sakkal Majalla" w:cs="Sakkal Majalla"/>
          <w:szCs w:val="28"/>
          <w:rtl/>
        </w:rPr>
        <w:t xml:space="preserve"> </w:t>
      </w:r>
      <w:r w:rsidRPr="00D86F37">
        <w:rPr>
          <w:rFonts w:ascii="Sakkal Majalla" w:hAnsi="Sakkal Majalla" w:cs="Sakkal Majalla" w:hint="cs"/>
          <w:szCs w:val="28"/>
          <w:rtl/>
        </w:rPr>
        <w:t>أن</w:t>
      </w:r>
      <w:r w:rsidRPr="00D86F37">
        <w:rPr>
          <w:rFonts w:ascii="Sakkal Majalla" w:hAnsi="Sakkal Majalla" w:cs="Sakkal Majalla"/>
          <w:szCs w:val="28"/>
          <w:rtl/>
        </w:rPr>
        <w:t xml:space="preserve"> </w:t>
      </w:r>
      <w:r w:rsidRPr="00D86F37">
        <w:rPr>
          <w:rFonts w:ascii="Sakkal Majalla" w:hAnsi="Sakkal Majalla" w:cs="Sakkal Majalla" w:hint="cs"/>
          <w:szCs w:val="28"/>
          <w:rtl/>
        </w:rPr>
        <w:t>أثرهما</w:t>
      </w:r>
      <w:r w:rsidRPr="00D86F37">
        <w:rPr>
          <w:rFonts w:ascii="Sakkal Majalla" w:hAnsi="Sakkal Majalla" w:cs="Sakkal Majalla"/>
          <w:szCs w:val="28"/>
          <w:rtl/>
        </w:rPr>
        <w:t xml:space="preserve"> </w:t>
      </w:r>
      <w:r w:rsidRPr="00D86F37">
        <w:rPr>
          <w:rFonts w:ascii="Sakkal Majalla" w:hAnsi="Sakkal Majalla" w:cs="Sakkal Majalla" w:hint="cs"/>
          <w:szCs w:val="28"/>
          <w:rtl/>
        </w:rPr>
        <w:t>تراجع</w:t>
      </w:r>
      <w:r w:rsidRPr="00D86F37">
        <w:rPr>
          <w:rFonts w:ascii="Sakkal Majalla" w:hAnsi="Sakkal Majalla" w:cs="Sakkal Majalla"/>
          <w:szCs w:val="28"/>
          <w:rtl/>
        </w:rPr>
        <w:t xml:space="preserve"> </w:t>
      </w:r>
      <w:r w:rsidRPr="00D86F37">
        <w:rPr>
          <w:rFonts w:ascii="Sakkal Majalla" w:hAnsi="Sakkal Majalla" w:cs="Sakkal Majalla" w:hint="cs"/>
          <w:szCs w:val="28"/>
          <w:rtl/>
        </w:rPr>
        <w:t>عند</w:t>
      </w:r>
      <w:r w:rsidRPr="00D86F37">
        <w:rPr>
          <w:rFonts w:ascii="Sakkal Majalla" w:hAnsi="Sakkal Majalla" w:cs="Sakkal Majalla"/>
          <w:szCs w:val="28"/>
          <w:rtl/>
        </w:rPr>
        <w:t xml:space="preserve"> </w:t>
      </w:r>
      <w:r w:rsidRPr="00D86F37">
        <w:rPr>
          <w:rFonts w:ascii="Sakkal Majalla" w:hAnsi="Sakkal Majalla" w:cs="Sakkal Majalla" w:hint="cs"/>
          <w:szCs w:val="28"/>
          <w:rtl/>
        </w:rPr>
        <w:t>تحليل</w:t>
      </w:r>
      <w:r w:rsidRPr="00D86F37">
        <w:rPr>
          <w:rFonts w:ascii="Sakkal Majalla" w:hAnsi="Sakkal Majalla" w:cs="Sakkal Majalla"/>
          <w:szCs w:val="28"/>
          <w:rtl/>
        </w:rPr>
        <w:t xml:space="preserve"> </w:t>
      </w:r>
      <w:r w:rsidRPr="00D86F37">
        <w:rPr>
          <w:rFonts w:ascii="Sakkal Majalla" w:hAnsi="Sakkal Majalla" w:cs="Sakkal Majalla" w:hint="cs"/>
          <w:szCs w:val="28"/>
          <w:rtl/>
        </w:rPr>
        <w:t>جميع</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المتغيرات</w:t>
      </w:r>
      <w:r w:rsidRPr="00D86F37">
        <w:rPr>
          <w:rFonts w:ascii="Sakkal Majalla" w:hAnsi="Sakkal Majalla" w:cs="Sakkal Majalla"/>
          <w:szCs w:val="28"/>
          <w:rtl/>
        </w:rPr>
        <w:t xml:space="preserve"> </w:t>
      </w:r>
      <w:r w:rsidRPr="00D86F37">
        <w:rPr>
          <w:rFonts w:ascii="Sakkal Majalla" w:hAnsi="Sakkal Majalla" w:cs="Sakkal Majalla" w:hint="cs"/>
          <w:szCs w:val="28"/>
          <w:rtl/>
        </w:rPr>
        <w:t>معًا،</w:t>
      </w:r>
      <w:r w:rsidRPr="00D86F37">
        <w:rPr>
          <w:rFonts w:ascii="Sakkal Majalla" w:hAnsi="Sakkal Majalla" w:cs="Sakkal Majalla"/>
          <w:szCs w:val="28"/>
          <w:rtl/>
        </w:rPr>
        <w:t xml:space="preserve"> </w:t>
      </w:r>
      <w:r w:rsidRPr="00D86F37">
        <w:rPr>
          <w:rFonts w:ascii="Sakkal Majalla" w:hAnsi="Sakkal Majalla" w:cs="Sakkal Majalla" w:hint="cs"/>
          <w:szCs w:val="28"/>
          <w:rtl/>
        </w:rPr>
        <w:t>ما</w:t>
      </w:r>
      <w:r w:rsidRPr="00D86F37">
        <w:rPr>
          <w:rFonts w:ascii="Sakkal Majalla" w:hAnsi="Sakkal Majalla" w:cs="Sakkal Majalla"/>
          <w:szCs w:val="28"/>
          <w:rtl/>
        </w:rPr>
        <w:t xml:space="preserve"> </w:t>
      </w:r>
      <w:r w:rsidRPr="00D86F37">
        <w:rPr>
          <w:rFonts w:ascii="Sakkal Majalla" w:hAnsi="Sakkal Majalla" w:cs="Sakkal Majalla" w:hint="cs"/>
          <w:szCs w:val="28"/>
          <w:rtl/>
        </w:rPr>
        <w:t>يرجح</w:t>
      </w:r>
      <w:r w:rsidRPr="00D86F37">
        <w:rPr>
          <w:rFonts w:ascii="Sakkal Majalla" w:hAnsi="Sakkal Majalla" w:cs="Sakkal Majalla"/>
          <w:szCs w:val="28"/>
          <w:rtl/>
        </w:rPr>
        <w:t xml:space="preserve"> </w:t>
      </w:r>
      <w:r w:rsidRPr="00D86F37">
        <w:rPr>
          <w:rFonts w:ascii="Sakkal Majalla" w:hAnsi="Sakkal Majalla" w:cs="Sakkal Majalla" w:hint="cs"/>
          <w:szCs w:val="28"/>
          <w:rtl/>
        </w:rPr>
        <w:t>وجود</w:t>
      </w:r>
      <w:r w:rsidRPr="00D86F37">
        <w:rPr>
          <w:rFonts w:ascii="Sakkal Majalla" w:hAnsi="Sakkal Majalla" w:cs="Sakkal Majalla"/>
          <w:szCs w:val="28"/>
          <w:rtl/>
        </w:rPr>
        <w:t xml:space="preserve"> </w:t>
      </w:r>
      <w:r w:rsidRPr="00D86F37">
        <w:rPr>
          <w:rFonts w:ascii="Sakkal Majalla" w:hAnsi="Sakkal Majalla" w:cs="Sakkal Majalla" w:hint="cs"/>
          <w:szCs w:val="28"/>
          <w:rtl/>
        </w:rPr>
        <w:t>أثر</w:t>
      </w:r>
      <w:r w:rsidRPr="00D86F37">
        <w:rPr>
          <w:rFonts w:ascii="Sakkal Majalla" w:hAnsi="Sakkal Majalla" w:cs="Sakkal Majalla"/>
          <w:szCs w:val="28"/>
          <w:rtl/>
        </w:rPr>
        <w:t xml:space="preserve"> </w:t>
      </w:r>
      <w:r w:rsidRPr="00D86F37">
        <w:rPr>
          <w:rFonts w:ascii="Sakkal Majalla" w:hAnsi="Sakkal Majalla" w:cs="Sakkal Majalla" w:hint="cs"/>
          <w:szCs w:val="28"/>
          <w:rtl/>
        </w:rPr>
        <w:t>غير</w:t>
      </w:r>
      <w:r w:rsidRPr="00D86F37">
        <w:rPr>
          <w:rFonts w:ascii="Sakkal Majalla" w:hAnsi="Sakkal Majalla" w:cs="Sakkal Majalla"/>
          <w:szCs w:val="28"/>
          <w:rtl/>
        </w:rPr>
        <w:t xml:space="preserve"> </w:t>
      </w:r>
      <w:r w:rsidRPr="00D86F37">
        <w:rPr>
          <w:rFonts w:ascii="Sakkal Majalla" w:hAnsi="Sakkal Majalla" w:cs="Sakkal Majalla" w:hint="cs"/>
          <w:szCs w:val="28"/>
          <w:rtl/>
        </w:rPr>
        <w:t>مباشر</w:t>
      </w:r>
      <w:r w:rsidRPr="00D86F37">
        <w:rPr>
          <w:rFonts w:ascii="Sakkal Majalla" w:hAnsi="Sakkal Majalla" w:cs="Sakkal Majalla"/>
          <w:szCs w:val="28"/>
          <w:rtl/>
        </w:rPr>
        <w:t xml:space="preserve"> </w:t>
      </w:r>
      <w:r w:rsidRPr="00D86F37">
        <w:rPr>
          <w:rFonts w:ascii="Sakkal Majalla" w:hAnsi="Sakkal Majalla" w:cs="Sakkal Majalla" w:hint="cs"/>
          <w:szCs w:val="28"/>
          <w:rtl/>
        </w:rPr>
        <w:t>يمر</w:t>
      </w:r>
      <w:r w:rsidRPr="00D86F37">
        <w:rPr>
          <w:rFonts w:ascii="Sakkal Majalla" w:hAnsi="Sakkal Majalla" w:cs="Sakkal Majalla"/>
          <w:szCs w:val="28"/>
          <w:rtl/>
        </w:rPr>
        <w:t xml:space="preserve"> </w:t>
      </w:r>
      <w:r w:rsidRPr="00D86F37">
        <w:rPr>
          <w:rFonts w:ascii="Sakkal Majalla" w:hAnsi="Sakkal Majalla" w:cs="Sakkal Majalla" w:hint="cs"/>
          <w:szCs w:val="28"/>
          <w:rtl/>
        </w:rPr>
        <w:t>عبر</w:t>
      </w:r>
      <w:r w:rsidRPr="00D86F37">
        <w:rPr>
          <w:rFonts w:ascii="Sakkal Majalla" w:hAnsi="Sakkal Majalla" w:cs="Sakkal Majalla"/>
          <w:szCs w:val="28"/>
          <w:rtl/>
        </w:rPr>
        <w:t xml:space="preserve"> </w:t>
      </w:r>
      <w:r w:rsidRPr="00D86F37">
        <w:rPr>
          <w:rFonts w:ascii="Sakkal Majalla" w:hAnsi="Sakkal Majalla" w:cs="Sakkal Majalla" w:hint="cs"/>
          <w:szCs w:val="28"/>
          <w:rtl/>
        </w:rPr>
        <w:t>القدرة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الامتصاصية</w:t>
      </w:r>
      <w:r w:rsidRPr="00D86F37">
        <w:rPr>
          <w:rFonts w:ascii="Sakkal Majalla" w:hAnsi="Sakkal Majalla" w:cs="Sakkal Majalla"/>
          <w:szCs w:val="28"/>
        </w:rPr>
        <w:t>.</w:t>
      </w:r>
    </w:p>
    <w:p w14:paraId="5954CE6E" w14:textId="72403EE8" w:rsidR="00D86F37" w:rsidRPr="00D86F37" w:rsidRDefault="00D86F37" w:rsidP="00634497">
      <w:pPr>
        <w:bidi/>
        <w:spacing w:line="360" w:lineRule="auto"/>
        <w:jc w:val="lowKashida"/>
        <w:rPr>
          <w:rFonts w:ascii="Sakkal Majalla" w:hAnsi="Sakkal Majalla" w:cs="Sakkal Majalla"/>
          <w:szCs w:val="28"/>
          <w:rtl/>
        </w:rPr>
      </w:pPr>
      <w:r w:rsidRPr="00D86F37">
        <w:rPr>
          <w:rFonts w:ascii="Sakkal Majalla" w:hAnsi="Sakkal Majalla" w:cs="Sakkal Majalla" w:hint="cs"/>
          <w:szCs w:val="28"/>
          <w:rtl/>
        </w:rPr>
        <w:t>ودعمت</w:t>
      </w:r>
      <w:r w:rsidRPr="00D86F37">
        <w:rPr>
          <w:rFonts w:ascii="Sakkal Majalla" w:hAnsi="Sakkal Majalla" w:cs="Sakkal Majalla"/>
          <w:szCs w:val="28"/>
          <w:rtl/>
        </w:rPr>
        <w:t xml:space="preserve"> </w:t>
      </w:r>
      <w:r w:rsidRPr="00D86F37">
        <w:rPr>
          <w:rFonts w:ascii="Sakkal Majalla" w:hAnsi="Sakkal Majalla" w:cs="Sakkal Majalla" w:hint="cs"/>
          <w:szCs w:val="28"/>
          <w:rtl/>
        </w:rPr>
        <w:t>النتائج</w:t>
      </w:r>
      <w:r w:rsidRPr="00D86F37">
        <w:rPr>
          <w:rFonts w:ascii="Sakkal Majalla" w:hAnsi="Sakkal Majalla" w:cs="Sakkal Majalla"/>
          <w:szCs w:val="28"/>
          <w:rtl/>
        </w:rPr>
        <w:t xml:space="preserve"> </w:t>
      </w:r>
      <w:r w:rsidRPr="00D86F37">
        <w:rPr>
          <w:rFonts w:ascii="Sakkal Majalla" w:hAnsi="Sakkal Majalla" w:cs="Sakkal Majalla" w:hint="cs"/>
          <w:szCs w:val="28"/>
          <w:rtl/>
        </w:rPr>
        <w:t>النوعية</w:t>
      </w:r>
      <w:r w:rsidRPr="00D86F37">
        <w:rPr>
          <w:rFonts w:ascii="Sakkal Majalla" w:hAnsi="Sakkal Majalla" w:cs="Sakkal Majalla"/>
          <w:szCs w:val="28"/>
          <w:rtl/>
        </w:rPr>
        <w:t xml:space="preserve"> </w:t>
      </w:r>
      <w:r w:rsidRPr="00D86F37">
        <w:rPr>
          <w:rFonts w:ascii="Sakkal Majalla" w:hAnsi="Sakkal Majalla" w:cs="Sakkal Majalla" w:hint="cs"/>
          <w:szCs w:val="28"/>
          <w:rtl/>
        </w:rPr>
        <w:t>هذه</w:t>
      </w:r>
      <w:r w:rsidRPr="00D86F37">
        <w:rPr>
          <w:rFonts w:ascii="Sakkal Majalla" w:hAnsi="Sakkal Majalla" w:cs="Sakkal Majalla"/>
          <w:szCs w:val="28"/>
          <w:rtl/>
        </w:rPr>
        <w:t xml:space="preserve"> </w:t>
      </w:r>
      <w:r w:rsidRPr="00D86F37">
        <w:rPr>
          <w:rFonts w:ascii="Sakkal Majalla" w:hAnsi="Sakkal Majalla" w:cs="Sakkal Majalla" w:hint="cs"/>
          <w:szCs w:val="28"/>
          <w:rtl/>
        </w:rPr>
        <w:t>الاستنتاجات،</w:t>
      </w:r>
      <w:r w:rsidRPr="00D86F37">
        <w:rPr>
          <w:rFonts w:ascii="Sakkal Majalla" w:hAnsi="Sakkal Majalla" w:cs="Sakkal Majalla"/>
          <w:szCs w:val="28"/>
          <w:rtl/>
        </w:rPr>
        <w:t xml:space="preserve"> </w:t>
      </w:r>
      <w:r w:rsidRPr="00D86F37">
        <w:rPr>
          <w:rFonts w:ascii="Sakkal Majalla" w:hAnsi="Sakkal Majalla" w:cs="Sakkal Majalla" w:hint="cs"/>
          <w:szCs w:val="28"/>
          <w:rtl/>
        </w:rPr>
        <w:t>مضيفة</w:t>
      </w:r>
      <w:r w:rsidRPr="00D86F37">
        <w:rPr>
          <w:rFonts w:ascii="Sakkal Majalla" w:hAnsi="Sakkal Majalla" w:cs="Sakkal Majalla"/>
          <w:szCs w:val="28"/>
          <w:rtl/>
        </w:rPr>
        <w:t xml:space="preserve"> </w:t>
      </w:r>
      <w:r w:rsidRPr="00D86F37">
        <w:rPr>
          <w:rFonts w:ascii="Sakkal Majalla" w:hAnsi="Sakkal Majalla" w:cs="Sakkal Majalla" w:hint="cs"/>
          <w:szCs w:val="28"/>
          <w:rtl/>
        </w:rPr>
        <w:t>أبعادًا</w:t>
      </w:r>
      <w:r w:rsidRPr="00D86F37">
        <w:rPr>
          <w:rFonts w:ascii="Sakkal Majalla" w:hAnsi="Sakkal Majalla" w:cs="Sakkal Majalla"/>
          <w:szCs w:val="28"/>
          <w:rtl/>
        </w:rPr>
        <w:t xml:space="preserve"> </w:t>
      </w:r>
      <w:r w:rsidRPr="00D86F37">
        <w:rPr>
          <w:rFonts w:ascii="Sakkal Majalla" w:hAnsi="Sakkal Majalla" w:cs="Sakkal Majalla" w:hint="cs"/>
          <w:szCs w:val="28"/>
          <w:rtl/>
        </w:rPr>
        <w:t>تفسيرية</w:t>
      </w:r>
      <w:r w:rsidRPr="00D86F37">
        <w:rPr>
          <w:rFonts w:ascii="Sakkal Majalla" w:hAnsi="Sakkal Majalla" w:cs="Sakkal Majalla"/>
          <w:szCs w:val="28"/>
          <w:rtl/>
        </w:rPr>
        <w:t xml:space="preserve"> </w:t>
      </w:r>
      <w:r w:rsidRPr="00D86F37">
        <w:rPr>
          <w:rFonts w:ascii="Sakkal Majalla" w:hAnsi="Sakkal Majalla" w:cs="Sakkal Majalla" w:hint="cs"/>
          <w:szCs w:val="28"/>
          <w:rtl/>
        </w:rPr>
        <w:t>أعمق،</w:t>
      </w:r>
      <w:r w:rsidRPr="00D86F37">
        <w:rPr>
          <w:rFonts w:ascii="Sakkal Majalla" w:hAnsi="Sakkal Majalla" w:cs="Sakkal Majalla"/>
          <w:szCs w:val="28"/>
          <w:rtl/>
        </w:rPr>
        <w:t xml:space="preserve"> </w:t>
      </w:r>
      <w:r w:rsidRPr="00D86F37">
        <w:rPr>
          <w:rFonts w:ascii="Sakkal Majalla" w:hAnsi="Sakkal Majalla" w:cs="Sakkal Majalla" w:hint="cs"/>
          <w:szCs w:val="28"/>
          <w:rtl/>
        </w:rPr>
        <w:t>حيث</w:t>
      </w:r>
      <w:r w:rsidRPr="00D86F37">
        <w:rPr>
          <w:rFonts w:ascii="Sakkal Majalla" w:hAnsi="Sakkal Majalla" w:cs="Sakkal Majalla"/>
          <w:szCs w:val="28"/>
          <w:rtl/>
        </w:rPr>
        <w:t xml:space="preserve"> </w:t>
      </w:r>
      <w:r w:rsidRPr="00D86F37">
        <w:rPr>
          <w:rFonts w:ascii="Sakkal Majalla" w:hAnsi="Sakkal Majalla" w:cs="Sakkal Majalla" w:hint="cs"/>
          <w:szCs w:val="28"/>
          <w:rtl/>
        </w:rPr>
        <w:t>كشفت</w:t>
      </w:r>
      <w:r w:rsidRPr="00D86F37">
        <w:rPr>
          <w:rFonts w:ascii="Sakkal Majalla" w:hAnsi="Sakkal Majalla" w:cs="Sakkal Majalla"/>
          <w:szCs w:val="28"/>
          <w:rtl/>
        </w:rPr>
        <w:t xml:space="preserve"> </w:t>
      </w:r>
      <w:r w:rsidRPr="00D86F37">
        <w:rPr>
          <w:rFonts w:ascii="Sakkal Majalla" w:hAnsi="Sakkal Majalla" w:cs="Sakkal Majalla" w:hint="cs"/>
          <w:szCs w:val="28"/>
          <w:rtl/>
        </w:rPr>
        <w:t>عن</w:t>
      </w:r>
      <w:r w:rsidRPr="00D86F37">
        <w:rPr>
          <w:rFonts w:ascii="Sakkal Majalla" w:hAnsi="Sakkal Majalla" w:cs="Sakkal Majalla"/>
          <w:szCs w:val="28"/>
          <w:rtl/>
        </w:rPr>
        <w:t xml:space="preserve"> </w:t>
      </w:r>
      <w:r w:rsidRPr="00D86F37">
        <w:rPr>
          <w:rFonts w:ascii="Sakkal Majalla" w:hAnsi="Sakkal Majalla" w:cs="Sakkal Majalla" w:hint="cs"/>
          <w:szCs w:val="28"/>
          <w:rtl/>
        </w:rPr>
        <w:t>فجوات</w:t>
      </w:r>
      <w:r w:rsidRPr="00D86F37">
        <w:rPr>
          <w:rFonts w:ascii="Sakkal Majalla" w:hAnsi="Sakkal Majalla" w:cs="Sakkal Majalla"/>
          <w:szCs w:val="28"/>
          <w:rtl/>
        </w:rPr>
        <w:t xml:space="preserve"> </w:t>
      </w:r>
      <w:r w:rsidRPr="00D86F37">
        <w:rPr>
          <w:rFonts w:ascii="Sakkal Majalla" w:hAnsi="Sakkal Majalla" w:cs="Sakkal Majalla" w:hint="cs"/>
          <w:szCs w:val="28"/>
          <w:rtl/>
        </w:rPr>
        <w:t>في</w:t>
      </w:r>
      <w:r w:rsidRPr="00D86F37">
        <w:rPr>
          <w:rFonts w:ascii="Sakkal Majalla" w:hAnsi="Sakkal Majalla" w:cs="Sakkal Majalla"/>
          <w:szCs w:val="28"/>
          <w:rtl/>
        </w:rPr>
        <w:t xml:space="preserve"> </w:t>
      </w:r>
      <w:r w:rsidRPr="00D86F37">
        <w:rPr>
          <w:rFonts w:ascii="Sakkal Majalla" w:hAnsi="Sakkal Majalla" w:cs="Sakkal Majalla" w:hint="cs"/>
          <w:szCs w:val="28"/>
          <w:rtl/>
        </w:rPr>
        <w:t>إدماج</w:t>
      </w:r>
      <w:r w:rsidRPr="00D86F37">
        <w:rPr>
          <w:rFonts w:ascii="Sakkal Majalla" w:hAnsi="Sakkal Majalla" w:cs="Sakkal Majalla"/>
          <w:szCs w:val="28"/>
          <w:rtl/>
        </w:rPr>
        <w:t xml:space="preserve"> </w:t>
      </w:r>
      <w:r w:rsidRPr="00D86F37">
        <w:rPr>
          <w:rFonts w:ascii="Sakkal Majalla" w:hAnsi="Sakkal Majalla" w:cs="Sakkal Majalla" w:hint="cs"/>
          <w:szCs w:val="28"/>
          <w:rtl/>
        </w:rPr>
        <w:t>الابتكار</w:t>
      </w:r>
      <w:r w:rsidRPr="00D86F37">
        <w:rPr>
          <w:rFonts w:ascii="Sakkal Majalla" w:hAnsi="Sakkal Majalla" w:cs="Sakkal Majalla"/>
          <w:szCs w:val="28"/>
          <w:rtl/>
        </w:rPr>
        <w:t xml:space="preserve"> </w:t>
      </w:r>
      <w:r w:rsidRPr="00D86F37">
        <w:rPr>
          <w:rFonts w:ascii="Sakkal Majalla" w:hAnsi="Sakkal Majalla" w:cs="Sakkal Majalla" w:hint="cs"/>
          <w:szCs w:val="28"/>
          <w:rtl/>
        </w:rPr>
        <w:t>بالاستراتيجيات</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المؤسسية،</w:t>
      </w:r>
      <w:r w:rsidRPr="00D86F37">
        <w:rPr>
          <w:rFonts w:ascii="Sakkal Majalla" w:hAnsi="Sakkal Majalla" w:cs="Sakkal Majalla"/>
          <w:szCs w:val="28"/>
          <w:rtl/>
        </w:rPr>
        <w:t xml:space="preserve"> </w:t>
      </w:r>
      <w:r w:rsidRPr="00D86F37">
        <w:rPr>
          <w:rFonts w:ascii="Sakkal Majalla" w:hAnsi="Sakkal Majalla" w:cs="Sakkal Majalla" w:hint="cs"/>
          <w:szCs w:val="28"/>
          <w:rtl/>
        </w:rPr>
        <w:t>ونقص</w:t>
      </w:r>
      <w:r w:rsidRPr="00D86F37">
        <w:rPr>
          <w:rFonts w:ascii="Sakkal Majalla" w:hAnsi="Sakkal Majalla" w:cs="Sakkal Majalla"/>
          <w:szCs w:val="28"/>
          <w:rtl/>
        </w:rPr>
        <w:t xml:space="preserve"> </w:t>
      </w:r>
      <w:r w:rsidRPr="00D86F37">
        <w:rPr>
          <w:rFonts w:ascii="Sakkal Majalla" w:hAnsi="Sakkal Majalla" w:cs="Sakkal Majalla" w:hint="cs"/>
          <w:szCs w:val="28"/>
          <w:rtl/>
        </w:rPr>
        <w:t>في</w:t>
      </w:r>
      <w:r w:rsidRPr="00D86F37">
        <w:rPr>
          <w:rFonts w:ascii="Sakkal Majalla" w:hAnsi="Sakkal Majalla" w:cs="Sakkal Majalla"/>
          <w:szCs w:val="28"/>
          <w:rtl/>
        </w:rPr>
        <w:t xml:space="preserve"> </w:t>
      </w:r>
      <w:r w:rsidRPr="00D86F37">
        <w:rPr>
          <w:rFonts w:ascii="Sakkal Majalla" w:hAnsi="Sakkal Majalla" w:cs="Sakkal Majalla" w:hint="cs"/>
          <w:szCs w:val="28"/>
          <w:rtl/>
        </w:rPr>
        <w:t>الكفاءات</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المتخصصة،</w:t>
      </w:r>
      <w:r w:rsidRPr="00D86F37">
        <w:rPr>
          <w:rFonts w:ascii="Sakkal Majalla" w:hAnsi="Sakkal Majalla" w:cs="Sakkal Majalla"/>
          <w:szCs w:val="28"/>
          <w:rtl/>
        </w:rPr>
        <w:t xml:space="preserve"> </w:t>
      </w:r>
      <w:r w:rsidRPr="00D86F37">
        <w:rPr>
          <w:rFonts w:ascii="Sakkal Majalla" w:hAnsi="Sakkal Majalla" w:cs="Sakkal Majalla" w:hint="cs"/>
          <w:szCs w:val="28"/>
          <w:rtl/>
        </w:rPr>
        <w:t>وضعف</w:t>
      </w:r>
      <w:r w:rsidRPr="00D86F37">
        <w:rPr>
          <w:rFonts w:ascii="Sakkal Majalla" w:hAnsi="Sakkal Majalla" w:cs="Sakkal Majalla"/>
          <w:szCs w:val="28"/>
          <w:rtl/>
        </w:rPr>
        <w:t xml:space="preserve"> </w:t>
      </w:r>
      <w:r w:rsidRPr="00D86F37">
        <w:rPr>
          <w:rFonts w:ascii="Sakkal Majalla" w:hAnsi="Sakkal Majalla" w:cs="Sakkal Majalla" w:hint="cs"/>
          <w:szCs w:val="28"/>
          <w:rtl/>
        </w:rPr>
        <w:t>في</w:t>
      </w:r>
      <w:r w:rsidRPr="00D86F37">
        <w:rPr>
          <w:rFonts w:ascii="Sakkal Majalla" w:hAnsi="Sakkal Majalla" w:cs="Sakkal Majalla"/>
          <w:szCs w:val="28"/>
          <w:rtl/>
        </w:rPr>
        <w:t xml:space="preserve"> </w:t>
      </w:r>
      <w:r w:rsidRPr="00D86F37">
        <w:rPr>
          <w:rFonts w:ascii="Sakkal Majalla" w:hAnsi="Sakkal Majalla" w:cs="Sakkal Majalla" w:hint="cs"/>
          <w:szCs w:val="28"/>
          <w:rtl/>
        </w:rPr>
        <w:t>بعض</w:t>
      </w:r>
      <w:r w:rsidRPr="00D86F37">
        <w:rPr>
          <w:rFonts w:ascii="Sakkal Majalla" w:hAnsi="Sakkal Majalla" w:cs="Sakkal Majalla"/>
          <w:szCs w:val="28"/>
          <w:rtl/>
        </w:rPr>
        <w:t xml:space="preserve"> </w:t>
      </w:r>
      <w:r w:rsidRPr="00D86F37">
        <w:rPr>
          <w:rFonts w:ascii="Sakkal Majalla" w:hAnsi="Sakkal Majalla" w:cs="Sakkal Majalla" w:hint="cs"/>
          <w:szCs w:val="28"/>
          <w:rtl/>
        </w:rPr>
        <w:t>ممارسات</w:t>
      </w:r>
      <w:r w:rsidRPr="00D86F37">
        <w:rPr>
          <w:rFonts w:ascii="Sakkal Majalla" w:hAnsi="Sakkal Majalla" w:cs="Sakkal Majalla"/>
          <w:szCs w:val="28"/>
          <w:rtl/>
        </w:rPr>
        <w:t xml:space="preserve"> </w:t>
      </w:r>
      <w:r w:rsidRPr="00D86F37">
        <w:rPr>
          <w:rFonts w:ascii="Sakkal Majalla" w:hAnsi="Sakkal Majalla" w:cs="Sakkal Majalla" w:hint="cs"/>
          <w:szCs w:val="28"/>
          <w:rtl/>
        </w:rPr>
        <w:t>نقل</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المعرفة</w:t>
      </w:r>
      <w:r w:rsidRPr="00D86F37">
        <w:rPr>
          <w:rFonts w:ascii="Sakkal Majalla" w:hAnsi="Sakkal Majalla" w:cs="Sakkal Majalla"/>
          <w:szCs w:val="28"/>
          <w:rtl/>
        </w:rPr>
        <w:t xml:space="preserve"> </w:t>
      </w:r>
      <w:r w:rsidRPr="00D86F37">
        <w:rPr>
          <w:rFonts w:ascii="Sakkal Majalla" w:hAnsi="Sakkal Majalla" w:cs="Sakkal Majalla" w:hint="cs"/>
          <w:szCs w:val="28"/>
          <w:rtl/>
        </w:rPr>
        <w:t>وبناء</w:t>
      </w:r>
      <w:r w:rsidRPr="00D86F37">
        <w:rPr>
          <w:rFonts w:ascii="Sakkal Majalla" w:hAnsi="Sakkal Majalla" w:cs="Sakkal Majalla"/>
          <w:szCs w:val="28"/>
          <w:rtl/>
        </w:rPr>
        <w:t xml:space="preserve"> </w:t>
      </w:r>
      <w:r w:rsidRPr="00D86F37">
        <w:rPr>
          <w:rFonts w:ascii="Sakkal Majalla" w:hAnsi="Sakkal Majalla" w:cs="Sakkal Majalla" w:hint="cs"/>
          <w:szCs w:val="28"/>
          <w:rtl/>
        </w:rPr>
        <w:lastRenderedPageBreak/>
        <w:t>القدرات</w:t>
      </w:r>
      <w:r w:rsidRPr="00D86F37">
        <w:rPr>
          <w:rFonts w:ascii="Sakkal Majalla" w:hAnsi="Sakkal Majalla" w:cs="Sakkal Majalla"/>
          <w:szCs w:val="28"/>
          <w:rtl/>
        </w:rPr>
        <w:t xml:space="preserve">. </w:t>
      </w:r>
      <w:r w:rsidRPr="00D86F37">
        <w:rPr>
          <w:rFonts w:ascii="Sakkal Majalla" w:hAnsi="Sakkal Majalla" w:cs="Sakkal Majalla" w:hint="cs"/>
          <w:szCs w:val="28"/>
          <w:rtl/>
        </w:rPr>
        <w:t>كما</w:t>
      </w:r>
      <w:r w:rsidRPr="00D86F37">
        <w:rPr>
          <w:rFonts w:ascii="Sakkal Majalla" w:hAnsi="Sakkal Majalla" w:cs="Sakkal Majalla"/>
          <w:szCs w:val="28"/>
          <w:rtl/>
        </w:rPr>
        <w:t xml:space="preserve"> </w:t>
      </w:r>
      <w:r w:rsidRPr="00D86F37">
        <w:rPr>
          <w:rFonts w:ascii="Sakkal Majalla" w:hAnsi="Sakkal Majalla" w:cs="Sakkal Majalla" w:hint="cs"/>
          <w:szCs w:val="28"/>
          <w:rtl/>
        </w:rPr>
        <w:t>أبرزت</w:t>
      </w:r>
      <w:r w:rsidRPr="00D86F37">
        <w:rPr>
          <w:rFonts w:ascii="Sakkal Majalla" w:hAnsi="Sakkal Majalla" w:cs="Sakkal Majalla"/>
          <w:szCs w:val="28"/>
          <w:rtl/>
        </w:rPr>
        <w:t xml:space="preserve"> </w:t>
      </w:r>
      <w:r w:rsidRPr="00D86F37">
        <w:rPr>
          <w:rFonts w:ascii="Sakkal Majalla" w:hAnsi="Sakkal Majalla" w:cs="Sakkal Majalla" w:hint="cs"/>
          <w:szCs w:val="28"/>
          <w:rtl/>
        </w:rPr>
        <w:t>أهمية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الثقافة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المؤسسية</w:t>
      </w:r>
      <w:r w:rsidRPr="00D86F37">
        <w:rPr>
          <w:rFonts w:ascii="Sakkal Majalla" w:hAnsi="Sakkal Majalla" w:cs="Sakkal Majalla"/>
          <w:szCs w:val="28"/>
          <w:rtl/>
        </w:rPr>
        <w:t xml:space="preserve"> </w:t>
      </w:r>
      <w:r w:rsidRPr="00D86F37">
        <w:rPr>
          <w:rFonts w:ascii="Sakkal Majalla" w:hAnsi="Sakkal Majalla" w:cs="Sakkal Majalla" w:hint="cs"/>
          <w:szCs w:val="28"/>
          <w:rtl/>
        </w:rPr>
        <w:t>والقيادة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التمكينية</w:t>
      </w:r>
      <w:r w:rsidRPr="00D86F37">
        <w:rPr>
          <w:rFonts w:ascii="Sakkal Majalla" w:hAnsi="Sakkal Majalla" w:cs="Sakkal Majalla"/>
          <w:szCs w:val="28"/>
          <w:rtl/>
        </w:rPr>
        <w:t xml:space="preserve"> </w:t>
      </w:r>
      <w:r w:rsidRPr="00D86F37">
        <w:rPr>
          <w:rFonts w:ascii="Sakkal Majalla" w:hAnsi="Sakkal Majalla" w:cs="Sakkal Majalla" w:hint="cs"/>
          <w:szCs w:val="28"/>
          <w:rtl/>
        </w:rPr>
        <w:t>والنضج</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المؤسسي</w:t>
      </w:r>
      <w:r w:rsidRPr="00D86F37">
        <w:rPr>
          <w:rFonts w:ascii="Sakkal Majalla" w:hAnsi="Sakkal Majalla" w:cs="Sakkal Majalla"/>
          <w:szCs w:val="28"/>
          <w:rtl/>
        </w:rPr>
        <w:t xml:space="preserve"> </w:t>
      </w:r>
      <w:r w:rsidRPr="00D86F37">
        <w:rPr>
          <w:rFonts w:ascii="Sakkal Majalla" w:hAnsi="Sakkal Majalla" w:cs="Sakkal Majalla" w:hint="cs"/>
          <w:szCs w:val="28"/>
          <w:rtl/>
        </w:rPr>
        <w:t>في</w:t>
      </w:r>
      <w:r w:rsidRPr="00D86F37">
        <w:rPr>
          <w:rFonts w:ascii="Sakkal Majalla" w:hAnsi="Sakkal Majalla" w:cs="Sakkal Majalla"/>
          <w:szCs w:val="28"/>
          <w:rtl/>
        </w:rPr>
        <w:t xml:space="preserve"> </w:t>
      </w:r>
      <w:r w:rsidRPr="00D86F37">
        <w:rPr>
          <w:rFonts w:ascii="Sakkal Majalla" w:hAnsi="Sakkal Majalla" w:cs="Sakkal Majalla" w:hint="cs"/>
          <w:szCs w:val="28"/>
          <w:rtl/>
        </w:rPr>
        <w:t>ترسيخ</w:t>
      </w:r>
      <w:r w:rsidRPr="00D86F37">
        <w:rPr>
          <w:rFonts w:ascii="Sakkal Majalla" w:hAnsi="Sakkal Majalla" w:cs="Sakkal Majalla"/>
          <w:szCs w:val="28"/>
          <w:rtl/>
        </w:rPr>
        <w:t xml:space="preserve"> </w:t>
      </w:r>
      <w:r w:rsidRPr="00D86F37">
        <w:rPr>
          <w:rFonts w:ascii="Sakkal Majalla" w:hAnsi="Sakkal Majalla" w:cs="Sakkal Majalla" w:hint="cs"/>
          <w:szCs w:val="28"/>
          <w:rtl/>
        </w:rPr>
        <w:t>الابتكار</w:t>
      </w:r>
      <w:r w:rsidRPr="00D86F37">
        <w:rPr>
          <w:rFonts w:ascii="Sakkal Majalla" w:hAnsi="Sakkal Majalla" w:cs="Sakkal Majalla"/>
          <w:szCs w:val="28"/>
          <w:rtl/>
        </w:rPr>
        <w:t xml:space="preserve"> </w:t>
      </w:r>
      <w:r w:rsidRPr="00D86F37">
        <w:rPr>
          <w:rFonts w:ascii="Sakkal Majalla" w:hAnsi="Sakkal Majalla" w:cs="Sakkal Majalla" w:hint="cs"/>
          <w:szCs w:val="28"/>
          <w:rtl/>
        </w:rPr>
        <w:t>كممارسة</w:t>
      </w:r>
      <w:r w:rsidRPr="00D86F37">
        <w:rPr>
          <w:rFonts w:ascii="Sakkal Majalla" w:hAnsi="Sakkal Majalla" w:cs="Sakkal Majalla"/>
          <w:szCs w:val="28"/>
          <w:rtl/>
        </w:rPr>
        <w:t xml:space="preserve"> </w:t>
      </w:r>
      <w:r w:rsidRPr="00D86F37">
        <w:rPr>
          <w:rFonts w:ascii="Sakkal Majalla" w:hAnsi="Sakkal Majalla" w:cs="Sakkal Majalla" w:hint="cs"/>
          <w:szCs w:val="28"/>
          <w:rtl/>
        </w:rPr>
        <w:t>مستدامة</w:t>
      </w:r>
      <w:r w:rsidRPr="00D86F37">
        <w:rPr>
          <w:rFonts w:ascii="Sakkal Majalla" w:hAnsi="Sakkal Majalla" w:cs="Sakkal Majalla"/>
          <w:szCs w:val="28"/>
        </w:rPr>
        <w:t>.</w:t>
      </w:r>
    </w:p>
    <w:p w14:paraId="428A38B8" w14:textId="25BA32E2" w:rsidR="00D86F37" w:rsidRPr="00D86F37" w:rsidRDefault="00D86F37" w:rsidP="00634497">
      <w:pPr>
        <w:bidi/>
        <w:spacing w:line="360" w:lineRule="auto"/>
        <w:jc w:val="lowKashida"/>
        <w:rPr>
          <w:rFonts w:ascii="Sakkal Majalla" w:hAnsi="Sakkal Majalla" w:cs="Sakkal Majalla"/>
          <w:szCs w:val="28"/>
          <w:rtl/>
        </w:rPr>
      </w:pPr>
      <w:r w:rsidRPr="00D86F37">
        <w:rPr>
          <w:rFonts w:ascii="Sakkal Majalla" w:hAnsi="Sakkal Majalla" w:cs="Sakkal Majalla" w:hint="cs"/>
          <w:szCs w:val="28"/>
          <w:rtl/>
        </w:rPr>
        <w:t>تؤكد</w:t>
      </w:r>
      <w:r w:rsidRPr="00D86F37">
        <w:rPr>
          <w:rFonts w:ascii="Sakkal Majalla" w:hAnsi="Sakkal Majalla" w:cs="Sakkal Majalla"/>
          <w:szCs w:val="28"/>
          <w:rtl/>
        </w:rPr>
        <w:t xml:space="preserve"> </w:t>
      </w:r>
      <w:r w:rsidRPr="00D86F37">
        <w:rPr>
          <w:rFonts w:ascii="Sakkal Majalla" w:hAnsi="Sakkal Majalla" w:cs="Sakkal Majalla" w:hint="cs"/>
          <w:szCs w:val="28"/>
          <w:rtl/>
        </w:rPr>
        <w:t>هذه</w:t>
      </w:r>
      <w:r w:rsidRPr="00D86F37">
        <w:rPr>
          <w:rFonts w:ascii="Sakkal Majalla" w:hAnsi="Sakkal Majalla" w:cs="Sakkal Majalla"/>
          <w:szCs w:val="28"/>
          <w:rtl/>
        </w:rPr>
        <w:t xml:space="preserve"> </w:t>
      </w:r>
      <w:r w:rsidRPr="00D86F37">
        <w:rPr>
          <w:rFonts w:ascii="Sakkal Majalla" w:hAnsi="Sakkal Majalla" w:cs="Sakkal Majalla" w:hint="cs"/>
          <w:szCs w:val="28"/>
          <w:rtl/>
        </w:rPr>
        <w:t>النتائج</w:t>
      </w:r>
      <w:r w:rsidRPr="00D86F37">
        <w:rPr>
          <w:rFonts w:ascii="Sakkal Majalla" w:hAnsi="Sakkal Majalla" w:cs="Sakkal Majalla"/>
          <w:szCs w:val="28"/>
          <w:rtl/>
        </w:rPr>
        <w:t xml:space="preserve"> </w:t>
      </w:r>
      <w:r w:rsidRPr="00D86F37">
        <w:rPr>
          <w:rFonts w:ascii="Sakkal Majalla" w:hAnsi="Sakkal Majalla" w:cs="Sakkal Majalla" w:hint="cs"/>
          <w:szCs w:val="28"/>
          <w:rtl/>
        </w:rPr>
        <w:t>أن</w:t>
      </w:r>
      <w:r w:rsidRPr="00D86F37">
        <w:rPr>
          <w:rFonts w:ascii="Sakkal Majalla" w:hAnsi="Sakkal Majalla" w:cs="Sakkal Majalla"/>
          <w:szCs w:val="28"/>
          <w:rtl/>
        </w:rPr>
        <w:t xml:space="preserve"> </w:t>
      </w:r>
      <w:r w:rsidRPr="00D86F37">
        <w:rPr>
          <w:rFonts w:ascii="Sakkal Majalla" w:hAnsi="Sakkal Majalla" w:cs="Sakkal Majalla" w:hint="cs"/>
          <w:szCs w:val="28"/>
          <w:rtl/>
        </w:rPr>
        <w:t>استدامة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الابتكار</w:t>
      </w:r>
      <w:r w:rsidRPr="00D86F37">
        <w:rPr>
          <w:rFonts w:ascii="Sakkal Majalla" w:hAnsi="Sakkal Majalla" w:cs="Sakkal Majalla"/>
          <w:szCs w:val="28"/>
          <w:rtl/>
        </w:rPr>
        <w:t xml:space="preserve"> </w:t>
      </w:r>
      <w:r w:rsidRPr="00D86F37">
        <w:rPr>
          <w:rFonts w:ascii="Sakkal Majalla" w:hAnsi="Sakkal Majalla" w:cs="Sakkal Majalla" w:hint="cs"/>
          <w:szCs w:val="28"/>
          <w:rtl/>
        </w:rPr>
        <w:t>في</w:t>
      </w:r>
      <w:r w:rsidRPr="00D86F37">
        <w:rPr>
          <w:rFonts w:ascii="Sakkal Majalla" w:hAnsi="Sakkal Majalla" w:cs="Sakkal Majalla"/>
          <w:szCs w:val="28"/>
          <w:rtl/>
        </w:rPr>
        <w:t xml:space="preserve"> </w:t>
      </w:r>
      <w:r w:rsidRPr="00D86F37">
        <w:rPr>
          <w:rFonts w:ascii="Sakkal Majalla" w:hAnsi="Sakkal Majalla" w:cs="Sakkal Majalla" w:hint="cs"/>
          <w:szCs w:val="28"/>
          <w:rtl/>
        </w:rPr>
        <w:t>الجهات</w:t>
      </w:r>
      <w:r w:rsidRPr="00D86F37">
        <w:rPr>
          <w:rFonts w:ascii="Sakkal Majalla" w:hAnsi="Sakkal Majalla" w:cs="Sakkal Majalla"/>
          <w:szCs w:val="28"/>
          <w:rtl/>
        </w:rPr>
        <w:t xml:space="preserve"> </w:t>
      </w:r>
      <w:r w:rsidRPr="00D86F37">
        <w:rPr>
          <w:rFonts w:ascii="Sakkal Majalla" w:hAnsi="Sakkal Majalla" w:cs="Sakkal Majalla" w:hint="cs"/>
          <w:szCs w:val="28"/>
          <w:rtl/>
        </w:rPr>
        <w:t>الحكومية</w:t>
      </w:r>
      <w:r w:rsidRPr="00D86F37">
        <w:rPr>
          <w:rFonts w:ascii="Sakkal Majalla" w:hAnsi="Sakkal Majalla" w:cs="Sakkal Majalla"/>
          <w:szCs w:val="28"/>
          <w:rtl/>
        </w:rPr>
        <w:t xml:space="preserve"> </w:t>
      </w:r>
      <w:r w:rsidRPr="00D86F37">
        <w:rPr>
          <w:rFonts w:ascii="Sakkal Majalla" w:hAnsi="Sakkal Majalla" w:cs="Sakkal Majalla" w:hint="cs"/>
          <w:szCs w:val="28"/>
          <w:rtl/>
        </w:rPr>
        <w:t>عملية</w:t>
      </w:r>
      <w:r w:rsidRPr="00D86F37">
        <w:rPr>
          <w:rFonts w:ascii="Sakkal Majalla" w:hAnsi="Sakkal Majalla" w:cs="Sakkal Majalla"/>
          <w:szCs w:val="28"/>
          <w:rtl/>
        </w:rPr>
        <w:t xml:space="preserve"> </w:t>
      </w:r>
      <w:r w:rsidRPr="00D86F37">
        <w:rPr>
          <w:rFonts w:ascii="Sakkal Majalla" w:hAnsi="Sakkal Majalla" w:cs="Sakkal Majalla" w:hint="cs"/>
          <w:szCs w:val="28"/>
          <w:rtl/>
        </w:rPr>
        <w:t>تفاعلية</w:t>
      </w:r>
      <w:r w:rsidRPr="00D86F37">
        <w:rPr>
          <w:rFonts w:ascii="Sakkal Majalla" w:hAnsi="Sakkal Majalla" w:cs="Sakkal Majalla"/>
          <w:szCs w:val="28"/>
          <w:rtl/>
        </w:rPr>
        <w:t xml:space="preserve"> </w:t>
      </w:r>
      <w:r w:rsidRPr="00D86F37">
        <w:rPr>
          <w:rFonts w:ascii="Sakkal Majalla" w:hAnsi="Sakkal Majalla" w:cs="Sakkal Majalla" w:hint="cs"/>
          <w:szCs w:val="28"/>
          <w:rtl/>
        </w:rPr>
        <w:t>متعددة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الأبعاد،</w:t>
      </w:r>
      <w:r w:rsidRPr="00D86F37">
        <w:rPr>
          <w:rFonts w:ascii="Sakkal Majalla" w:hAnsi="Sakkal Majalla" w:cs="Sakkal Majalla"/>
          <w:szCs w:val="28"/>
          <w:rtl/>
        </w:rPr>
        <w:t xml:space="preserve"> </w:t>
      </w:r>
      <w:r w:rsidRPr="00D86F37">
        <w:rPr>
          <w:rFonts w:ascii="Sakkal Majalla" w:hAnsi="Sakkal Majalla" w:cs="Sakkal Majalla" w:hint="cs"/>
          <w:szCs w:val="28"/>
          <w:rtl/>
        </w:rPr>
        <w:t>تبدأ</w:t>
      </w:r>
      <w:r w:rsidRPr="00D86F37">
        <w:rPr>
          <w:rFonts w:ascii="Sakkal Majalla" w:hAnsi="Sakkal Majalla" w:cs="Sakkal Majalla"/>
          <w:szCs w:val="28"/>
          <w:rtl/>
        </w:rPr>
        <w:t xml:space="preserve"> </w:t>
      </w:r>
      <w:r w:rsidRPr="00D86F37">
        <w:rPr>
          <w:rFonts w:ascii="Sakkal Majalla" w:hAnsi="Sakkal Majalla" w:cs="Sakkal Majalla" w:hint="cs"/>
          <w:szCs w:val="28"/>
          <w:rtl/>
        </w:rPr>
        <w:t>من</w:t>
      </w:r>
      <w:r w:rsidRPr="00D86F37">
        <w:rPr>
          <w:rFonts w:ascii="Sakkal Majalla" w:hAnsi="Sakkal Majalla" w:cs="Sakkal Majalla"/>
          <w:szCs w:val="28"/>
          <w:rtl/>
        </w:rPr>
        <w:t xml:space="preserve"> </w:t>
      </w:r>
      <w:r w:rsidRPr="00D86F37">
        <w:rPr>
          <w:rFonts w:ascii="Sakkal Majalla" w:hAnsi="Sakkal Majalla" w:cs="Sakkal Majalla" w:hint="cs"/>
          <w:szCs w:val="28"/>
          <w:rtl/>
        </w:rPr>
        <w:t>تهيئة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البيئة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الداخلية،</w:t>
      </w:r>
      <w:r w:rsidRPr="00D86F37">
        <w:rPr>
          <w:rFonts w:ascii="Sakkal Majalla" w:hAnsi="Sakkal Majalla" w:cs="Sakkal Majalla"/>
          <w:szCs w:val="28"/>
          <w:rtl/>
        </w:rPr>
        <w:t xml:space="preserve"> </w:t>
      </w:r>
      <w:r w:rsidRPr="00D86F37">
        <w:rPr>
          <w:rFonts w:ascii="Sakkal Majalla" w:hAnsi="Sakkal Majalla" w:cs="Sakkal Majalla" w:hint="cs"/>
          <w:szCs w:val="28"/>
          <w:rtl/>
        </w:rPr>
        <w:t>وتتغذى</w:t>
      </w:r>
      <w:r w:rsidRPr="00D86F37">
        <w:rPr>
          <w:rFonts w:ascii="Sakkal Majalla" w:hAnsi="Sakkal Majalla" w:cs="Sakkal Majalla"/>
          <w:szCs w:val="28"/>
          <w:rtl/>
        </w:rPr>
        <w:t xml:space="preserve"> </w:t>
      </w:r>
      <w:r w:rsidRPr="00D86F37">
        <w:rPr>
          <w:rFonts w:ascii="Sakkal Majalla" w:hAnsi="Sakkal Majalla" w:cs="Sakkal Majalla" w:hint="cs"/>
          <w:szCs w:val="28"/>
          <w:rtl/>
        </w:rPr>
        <w:t>من</w:t>
      </w:r>
      <w:r w:rsidRPr="00D86F37">
        <w:rPr>
          <w:rFonts w:ascii="Sakkal Majalla" w:hAnsi="Sakkal Majalla" w:cs="Sakkal Majalla"/>
          <w:szCs w:val="28"/>
          <w:rtl/>
        </w:rPr>
        <w:t xml:space="preserve"> </w:t>
      </w:r>
      <w:r w:rsidRPr="00D86F37">
        <w:rPr>
          <w:rFonts w:ascii="Sakkal Majalla" w:hAnsi="Sakkal Majalla" w:cs="Sakkal Majalla" w:hint="cs"/>
          <w:szCs w:val="28"/>
          <w:rtl/>
        </w:rPr>
        <w:t>الدعم</w:t>
      </w:r>
      <w:r w:rsidRPr="00D86F37">
        <w:rPr>
          <w:rFonts w:ascii="Sakkal Majalla" w:hAnsi="Sakkal Majalla" w:cs="Sakkal Majalla"/>
          <w:szCs w:val="28"/>
          <w:rtl/>
        </w:rPr>
        <w:t xml:space="preserve"> </w:t>
      </w:r>
      <w:r w:rsidRPr="00D86F37">
        <w:rPr>
          <w:rFonts w:ascii="Sakkal Majalla" w:hAnsi="Sakkal Majalla" w:cs="Sakkal Majalla" w:hint="cs"/>
          <w:szCs w:val="28"/>
          <w:rtl/>
        </w:rPr>
        <w:t>والخبرة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الخارجية،</w:t>
      </w:r>
      <w:r w:rsidRPr="00D86F37">
        <w:rPr>
          <w:rFonts w:ascii="Sakkal Majalla" w:hAnsi="Sakkal Majalla" w:cs="Sakkal Majalla"/>
          <w:szCs w:val="28"/>
          <w:rtl/>
        </w:rPr>
        <w:t xml:space="preserve"> </w:t>
      </w:r>
      <w:r w:rsidRPr="00D86F37">
        <w:rPr>
          <w:rFonts w:ascii="Sakkal Majalla" w:hAnsi="Sakkal Majalla" w:cs="Sakkal Majalla" w:hint="cs"/>
          <w:szCs w:val="28"/>
          <w:rtl/>
        </w:rPr>
        <w:t>وتصل</w:t>
      </w:r>
      <w:r w:rsidRPr="00D86F37">
        <w:rPr>
          <w:rFonts w:ascii="Sakkal Majalla" w:hAnsi="Sakkal Majalla" w:cs="Sakkal Majalla"/>
          <w:szCs w:val="28"/>
          <w:rtl/>
        </w:rPr>
        <w:t xml:space="preserve"> </w:t>
      </w:r>
      <w:r w:rsidRPr="00D86F37">
        <w:rPr>
          <w:rFonts w:ascii="Sakkal Majalla" w:hAnsi="Sakkal Majalla" w:cs="Sakkal Majalla" w:hint="cs"/>
          <w:szCs w:val="28"/>
          <w:rtl/>
        </w:rPr>
        <w:t>إلى</w:t>
      </w:r>
      <w:r w:rsidRPr="00D86F37">
        <w:rPr>
          <w:rFonts w:ascii="Sakkal Majalla" w:hAnsi="Sakkal Majalla" w:cs="Sakkal Majalla"/>
          <w:szCs w:val="28"/>
          <w:rtl/>
        </w:rPr>
        <w:t xml:space="preserve"> </w:t>
      </w:r>
      <w:r w:rsidRPr="00D86F37">
        <w:rPr>
          <w:rFonts w:ascii="Sakkal Majalla" w:hAnsi="Sakkal Majalla" w:cs="Sakkal Majalla" w:hint="cs"/>
          <w:szCs w:val="28"/>
          <w:rtl/>
        </w:rPr>
        <w:t>ذروتها</w:t>
      </w:r>
      <w:r w:rsidRPr="00D86F37">
        <w:rPr>
          <w:rFonts w:ascii="Sakkal Majalla" w:hAnsi="Sakkal Majalla" w:cs="Sakkal Majalla"/>
          <w:szCs w:val="28"/>
          <w:rtl/>
        </w:rPr>
        <w:t xml:space="preserve"> </w:t>
      </w:r>
      <w:r w:rsidRPr="00D86F37">
        <w:rPr>
          <w:rFonts w:ascii="Sakkal Majalla" w:hAnsi="Sakkal Majalla" w:cs="Sakkal Majalla" w:hint="cs"/>
          <w:szCs w:val="28"/>
          <w:rtl/>
        </w:rPr>
        <w:t>عندما</w:t>
      </w:r>
      <w:r w:rsidRPr="00D86F37">
        <w:rPr>
          <w:rFonts w:ascii="Sakkal Majalla" w:hAnsi="Sakkal Majalla" w:cs="Sakkal Majalla"/>
          <w:szCs w:val="28"/>
          <w:rtl/>
        </w:rPr>
        <w:t xml:space="preserve"> </w:t>
      </w:r>
      <w:r w:rsidRPr="00D86F37">
        <w:rPr>
          <w:rFonts w:ascii="Sakkal Majalla" w:hAnsi="Sakkal Majalla" w:cs="Sakkal Majalla" w:hint="cs"/>
          <w:szCs w:val="28"/>
          <w:rtl/>
        </w:rPr>
        <w:t>تمتلك</w:t>
      </w:r>
      <w:r w:rsidRPr="00D86F37">
        <w:rPr>
          <w:rFonts w:ascii="Sakkal Majalla" w:hAnsi="Sakkal Majalla" w:cs="Sakkal Majalla"/>
          <w:szCs w:val="28"/>
          <w:rtl/>
        </w:rPr>
        <w:t xml:space="preserve"> </w:t>
      </w:r>
      <w:r w:rsidRPr="00D86F37">
        <w:rPr>
          <w:rFonts w:ascii="Sakkal Majalla" w:hAnsi="Sakkal Majalla" w:cs="Sakkal Majalla" w:hint="cs"/>
          <w:szCs w:val="28"/>
          <w:rtl/>
        </w:rPr>
        <w:t>الجهة</w:t>
      </w:r>
      <w:r w:rsidRPr="00D86F37">
        <w:rPr>
          <w:rFonts w:ascii="Sakkal Majalla" w:hAnsi="Sakkal Majalla" w:cs="Sakkal Majalla"/>
          <w:szCs w:val="28"/>
          <w:rtl/>
        </w:rPr>
        <w:t xml:space="preserve"> </w:t>
      </w:r>
      <w:r w:rsidRPr="00D86F37">
        <w:rPr>
          <w:rFonts w:ascii="Sakkal Majalla" w:hAnsi="Sakkal Majalla" w:cs="Sakkal Majalla" w:hint="cs"/>
          <w:szCs w:val="28"/>
          <w:rtl/>
        </w:rPr>
        <w:t>قدرة</w:t>
      </w:r>
      <w:r w:rsidRPr="00D86F37">
        <w:rPr>
          <w:rFonts w:ascii="Sakkal Majalla" w:hAnsi="Sakkal Majalla" w:cs="Sakkal Majalla"/>
          <w:szCs w:val="28"/>
          <w:rtl/>
        </w:rPr>
        <w:t xml:space="preserve"> </w:t>
      </w:r>
      <w:r w:rsidRPr="00D86F37">
        <w:rPr>
          <w:rFonts w:ascii="Sakkal Majalla" w:hAnsi="Sakkal Majalla" w:cs="Sakkal Majalla" w:hint="cs"/>
          <w:szCs w:val="28"/>
          <w:rtl/>
        </w:rPr>
        <w:t>امتصاصية</w:t>
      </w:r>
      <w:r w:rsidRPr="00D86F37">
        <w:rPr>
          <w:rFonts w:ascii="Sakkal Majalla" w:hAnsi="Sakkal Majalla" w:cs="Sakkal Majalla"/>
          <w:szCs w:val="28"/>
          <w:rtl/>
        </w:rPr>
        <w:t xml:space="preserve"> </w:t>
      </w:r>
      <w:r w:rsidRPr="00D86F37">
        <w:rPr>
          <w:rFonts w:ascii="Sakkal Majalla" w:hAnsi="Sakkal Majalla" w:cs="Sakkal Majalla" w:hint="cs"/>
          <w:szCs w:val="28"/>
          <w:rtl/>
        </w:rPr>
        <w:t>تمكّنها</w:t>
      </w:r>
      <w:r w:rsidRPr="00D86F37">
        <w:rPr>
          <w:rFonts w:ascii="Sakkal Majalla" w:hAnsi="Sakkal Majalla" w:cs="Sakkal Majalla"/>
          <w:szCs w:val="28"/>
          <w:rtl/>
        </w:rPr>
        <w:t xml:space="preserve"> </w:t>
      </w:r>
      <w:r w:rsidRPr="00D86F37">
        <w:rPr>
          <w:rFonts w:ascii="Sakkal Majalla" w:hAnsi="Sakkal Majalla" w:cs="Sakkal Majalla" w:hint="cs"/>
          <w:szCs w:val="28"/>
          <w:rtl/>
        </w:rPr>
        <w:t>من</w:t>
      </w:r>
      <w:r w:rsidRPr="00D86F37">
        <w:rPr>
          <w:rFonts w:ascii="Sakkal Majalla" w:hAnsi="Sakkal Majalla" w:cs="Sakkal Majalla"/>
          <w:szCs w:val="28"/>
          <w:rtl/>
        </w:rPr>
        <w:t xml:space="preserve"> </w:t>
      </w:r>
      <w:r w:rsidRPr="00D86F37">
        <w:rPr>
          <w:rFonts w:ascii="Sakkal Majalla" w:hAnsi="Sakkal Majalla" w:cs="Sakkal Majalla" w:hint="cs"/>
          <w:szCs w:val="28"/>
          <w:rtl/>
        </w:rPr>
        <w:t>استيعاب</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المعرفة</w:t>
      </w:r>
      <w:r w:rsidRPr="00D86F37">
        <w:rPr>
          <w:rFonts w:ascii="Sakkal Majalla" w:hAnsi="Sakkal Majalla" w:cs="Sakkal Majalla"/>
          <w:szCs w:val="28"/>
          <w:rtl/>
        </w:rPr>
        <w:t xml:space="preserve"> </w:t>
      </w:r>
      <w:r w:rsidRPr="00D86F37">
        <w:rPr>
          <w:rFonts w:ascii="Sakkal Majalla" w:hAnsi="Sakkal Majalla" w:cs="Sakkal Majalla" w:hint="cs"/>
          <w:szCs w:val="28"/>
          <w:rtl/>
        </w:rPr>
        <w:t>وتكييفها</w:t>
      </w:r>
      <w:r w:rsidRPr="00D86F37">
        <w:rPr>
          <w:rFonts w:ascii="Sakkal Majalla" w:hAnsi="Sakkal Majalla" w:cs="Sakkal Majalla"/>
          <w:szCs w:val="28"/>
          <w:rtl/>
        </w:rPr>
        <w:t xml:space="preserve"> </w:t>
      </w:r>
      <w:r w:rsidRPr="00D86F37">
        <w:rPr>
          <w:rFonts w:ascii="Sakkal Majalla" w:hAnsi="Sakkal Majalla" w:cs="Sakkal Majalla" w:hint="cs"/>
          <w:szCs w:val="28"/>
          <w:rtl/>
        </w:rPr>
        <w:t>وتطبيقها</w:t>
      </w:r>
      <w:r w:rsidRPr="00D86F37">
        <w:rPr>
          <w:rFonts w:ascii="Sakkal Majalla" w:hAnsi="Sakkal Majalla" w:cs="Sakkal Majalla"/>
          <w:szCs w:val="28"/>
          <w:rtl/>
        </w:rPr>
        <w:t xml:space="preserve"> </w:t>
      </w:r>
      <w:r w:rsidRPr="00D86F37">
        <w:rPr>
          <w:rFonts w:ascii="Sakkal Majalla" w:hAnsi="Sakkal Majalla" w:cs="Sakkal Majalla" w:hint="cs"/>
          <w:szCs w:val="28"/>
          <w:rtl/>
        </w:rPr>
        <w:t>بما</w:t>
      </w:r>
      <w:r w:rsidRPr="00D86F37">
        <w:rPr>
          <w:rFonts w:ascii="Sakkal Majalla" w:hAnsi="Sakkal Majalla" w:cs="Sakkal Majalla"/>
          <w:szCs w:val="28"/>
          <w:rtl/>
        </w:rPr>
        <w:t xml:space="preserve"> </w:t>
      </w:r>
      <w:r w:rsidRPr="00D86F37">
        <w:rPr>
          <w:rFonts w:ascii="Sakkal Majalla" w:hAnsi="Sakkal Majalla" w:cs="Sakkal Majalla" w:hint="cs"/>
          <w:szCs w:val="28"/>
          <w:rtl/>
        </w:rPr>
        <w:t>يتناسب</w:t>
      </w:r>
      <w:r w:rsidRPr="00D86F37">
        <w:rPr>
          <w:rFonts w:ascii="Sakkal Majalla" w:hAnsi="Sakkal Majalla" w:cs="Sakkal Majalla"/>
          <w:szCs w:val="28"/>
          <w:rtl/>
        </w:rPr>
        <w:t xml:space="preserve"> </w:t>
      </w:r>
      <w:r w:rsidRPr="00D86F37">
        <w:rPr>
          <w:rFonts w:ascii="Sakkal Majalla" w:hAnsi="Sakkal Majalla" w:cs="Sakkal Majalla" w:hint="cs"/>
          <w:szCs w:val="28"/>
          <w:rtl/>
        </w:rPr>
        <w:t>مع</w:t>
      </w:r>
      <w:r w:rsidRPr="00D86F37">
        <w:rPr>
          <w:rFonts w:ascii="Sakkal Majalla" w:hAnsi="Sakkal Majalla" w:cs="Sakkal Majalla"/>
          <w:szCs w:val="28"/>
          <w:rtl/>
        </w:rPr>
        <w:t xml:space="preserve"> </w:t>
      </w:r>
      <w:r w:rsidRPr="00D86F37">
        <w:rPr>
          <w:rFonts w:ascii="Sakkal Majalla" w:hAnsi="Sakkal Majalla" w:cs="Sakkal Majalla" w:hint="cs"/>
          <w:szCs w:val="28"/>
          <w:rtl/>
        </w:rPr>
        <w:t>سياقها</w:t>
      </w:r>
      <w:r w:rsidRPr="00D86F37">
        <w:rPr>
          <w:rFonts w:ascii="Sakkal Majalla" w:hAnsi="Sakkal Majalla" w:cs="Sakkal Majalla"/>
          <w:szCs w:val="28"/>
        </w:rPr>
        <w:t>.</w:t>
      </w:r>
    </w:p>
    <w:p w14:paraId="7B7E91B4" w14:textId="015A23B4" w:rsidR="00F16D06" w:rsidRPr="00F91B02" w:rsidRDefault="00D86F37" w:rsidP="00634497">
      <w:pPr>
        <w:bidi/>
        <w:spacing w:line="360" w:lineRule="auto"/>
        <w:jc w:val="lowKashida"/>
        <w:rPr>
          <w:rFonts w:ascii="Sakkal Majalla" w:hAnsi="Sakkal Majalla" w:cs="Sakkal Majalla"/>
          <w:szCs w:val="28"/>
          <w:rtl/>
        </w:rPr>
      </w:pPr>
      <w:r w:rsidRPr="00D86F37">
        <w:rPr>
          <w:rFonts w:ascii="Sakkal Majalla" w:hAnsi="Sakkal Majalla" w:cs="Sakkal Majalla" w:hint="cs"/>
          <w:szCs w:val="28"/>
          <w:rtl/>
        </w:rPr>
        <w:t>يمهد</w:t>
      </w:r>
      <w:r w:rsidRPr="00D86F37">
        <w:rPr>
          <w:rFonts w:ascii="Sakkal Majalla" w:hAnsi="Sakkal Majalla" w:cs="Sakkal Majalla"/>
          <w:szCs w:val="28"/>
          <w:rtl/>
        </w:rPr>
        <w:t xml:space="preserve"> </w:t>
      </w:r>
      <w:r w:rsidRPr="00D86F37">
        <w:rPr>
          <w:rFonts w:ascii="Sakkal Majalla" w:hAnsi="Sakkal Majalla" w:cs="Sakkal Majalla" w:hint="cs"/>
          <w:szCs w:val="28"/>
          <w:rtl/>
        </w:rPr>
        <w:t>هذا</w:t>
      </w:r>
      <w:r w:rsidRPr="00D86F37">
        <w:rPr>
          <w:rFonts w:ascii="Sakkal Majalla" w:hAnsi="Sakkal Majalla" w:cs="Sakkal Majalla"/>
          <w:szCs w:val="28"/>
          <w:rtl/>
        </w:rPr>
        <w:t xml:space="preserve"> </w:t>
      </w:r>
      <w:r w:rsidRPr="00D86F37">
        <w:rPr>
          <w:rFonts w:ascii="Sakkal Majalla" w:hAnsi="Sakkal Majalla" w:cs="Sakkal Majalla" w:hint="cs"/>
          <w:szCs w:val="28"/>
          <w:rtl/>
        </w:rPr>
        <w:t>الفصل</w:t>
      </w:r>
      <w:r w:rsidRPr="00D86F37">
        <w:rPr>
          <w:rFonts w:ascii="Sakkal Majalla" w:hAnsi="Sakkal Majalla" w:cs="Sakkal Majalla"/>
          <w:szCs w:val="28"/>
          <w:rtl/>
        </w:rPr>
        <w:t xml:space="preserve"> </w:t>
      </w:r>
      <w:r w:rsidRPr="00D86F37">
        <w:rPr>
          <w:rFonts w:ascii="Sakkal Majalla" w:hAnsi="Sakkal Majalla" w:cs="Sakkal Majalla" w:hint="cs"/>
          <w:szCs w:val="28"/>
          <w:rtl/>
        </w:rPr>
        <w:t>للانتقال</w:t>
      </w:r>
      <w:r w:rsidRPr="00D86F37">
        <w:rPr>
          <w:rFonts w:ascii="Sakkal Majalla" w:hAnsi="Sakkal Majalla" w:cs="Sakkal Majalla"/>
          <w:szCs w:val="28"/>
          <w:rtl/>
        </w:rPr>
        <w:t xml:space="preserve"> </w:t>
      </w:r>
      <w:r w:rsidRPr="00D86F37">
        <w:rPr>
          <w:rFonts w:ascii="Sakkal Majalla" w:hAnsi="Sakkal Majalla" w:cs="Sakkal Majalla" w:hint="cs"/>
          <w:szCs w:val="28"/>
          <w:rtl/>
        </w:rPr>
        <w:t>إلى</w:t>
      </w:r>
      <w:r w:rsidRPr="00D86F37">
        <w:rPr>
          <w:rFonts w:ascii="Sakkal Majalla" w:hAnsi="Sakkal Majalla" w:cs="Sakkal Majalla"/>
          <w:szCs w:val="28"/>
          <w:rtl/>
        </w:rPr>
        <w:t xml:space="preserve"> </w:t>
      </w:r>
      <w:r w:rsidRPr="00D86F37">
        <w:rPr>
          <w:rFonts w:ascii="Sakkal Majalla" w:hAnsi="Sakkal Majalla" w:cs="Sakkal Majalla" w:hint="cs"/>
          <w:szCs w:val="28"/>
          <w:rtl/>
        </w:rPr>
        <w:t>الفصل</w:t>
      </w:r>
      <w:r w:rsidRPr="00D86F37">
        <w:rPr>
          <w:rFonts w:ascii="Sakkal Majalla" w:hAnsi="Sakkal Majalla" w:cs="Sakkal Majalla"/>
          <w:szCs w:val="28"/>
          <w:rtl/>
        </w:rPr>
        <w:t xml:space="preserve"> </w:t>
      </w:r>
      <w:r w:rsidRPr="00D86F37">
        <w:rPr>
          <w:rFonts w:ascii="Sakkal Majalla" w:hAnsi="Sakkal Majalla" w:cs="Sakkal Majalla" w:hint="cs"/>
          <w:szCs w:val="28"/>
          <w:rtl/>
        </w:rPr>
        <w:t>الخامس،</w:t>
      </w:r>
      <w:r w:rsidRPr="00D86F37">
        <w:rPr>
          <w:rFonts w:ascii="Sakkal Majalla" w:hAnsi="Sakkal Majalla" w:cs="Sakkal Majalla"/>
          <w:szCs w:val="28"/>
          <w:rtl/>
        </w:rPr>
        <w:t xml:space="preserve"> </w:t>
      </w:r>
      <w:r w:rsidRPr="00D86F37">
        <w:rPr>
          <w:rFonts w:ascii="Sakkal Majalla" w:hAnsi="Sakkal Majalla" w:cs="Sakkal Majalla" w:hint="cs"/>
          <w:szCs w:val="28"/>
          <w:rtl/>
        </w:rPr>
        <w:t>حيث</w:t>
      </w:r>
      <w:r w:rsidRPr="00D86F37">
        <w:rPr>
          <w:rFonts w:ascii="Sakkal Majalla" w:hAnsi="Sakkal Majalla" w:cs="Sakkal Majalla"/>
          <w:szCs w:val="28"/>
          <w:rtl/>
        </w:rPr>
        <w:t xml:space="preserve"> </w:t>
      </w:r>
      <w:r w:rsidRPr="00D86F37">
        <w:rPr>
          <w:rFonts w:ascii="Sakkal Majalla" w:hAnsi="Sakkal Majalla" w:cs="Sakkal Majalla" w:hint="cs"/>
          <w:szCs w:val="28"/>
          <w:rtl/>
        </w:rPr>
        <w:t>سيتم</w:t>
      </w:r>
      <w:r w:rsidRPr="00D86F37">
        <w:rPr>
          <w:rFonts w:ascii="Sakkal Majalla" w:hAnsi="Sakkal Majalla" w:cs="Sakkal Majalla"/>
          <w:szCs w:val="28"/>
          <w:rtl/>
        </w:rPr>
        <w:t xml:space="preserve"> </w:t>
      </w:r>
      <w:r w:rsidRPr="00D86F37">
        <w:rPr>
          <w:rFonts w:ascii="Sakkal Majalla" w:hAnsi="Sakkal Majalla" w:cs="Sakkal Majalla" w:hint="cs"/>
          <w:szCs w:val="28"/>
          <w:rtl/>
        </w:rPr>
        <w:t>مناقشة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النتائج</w:t>
      </w:r>
      <w:r w:rsidRPr="00D86F37">
        <w:rPr>
          <w:rFonts w:ascii="Sakkal Majalla" w:hAnsi="Sakkal Majalla" w:cs="Sakkal Majalla"/>
          <w:szCs w:val="28"/>
          <w:rtl/>
        </w:rPr>
        <w:t xml:space="preserve"> </w:t>
      </w:r>
      <w:r w:rsidRPr="00D86F37">
        <w:rPr>
          <w:rFonts w:ascii="Sakkal Majalla" w:hAnsi="Sakkal Majalla" w:cs="Sakkal Majalla" w:hint="cs"/>
          <w:szCs w:val="28"/>
          <w:rtl/>
        </w:rPr>
        <w:t>وربطها</w:t>
      </w:r>
      <w:r w:rsidRPr="00D86F37">
        <w:rPr>
          <w:rFonts w:ascii="Sakkal Majalla" w:hAnsi="Sakkal Majalla" w:cs="Sakkal Majalla"/>
          <w:szCs w:val="28"/>
          <w:rtl/>
        </w:rPr>
        <w:t xml:space="preserve"> </w:t>
      </w:r>
      <w:r w:rsidRPr="00D86F37">
        <w:rPr>
          <w:rFonts w:ascii="Sakkal Majalla" w:hAnsi="Sakkal Majalla" w:cs="Sakkal Majalla" w:hint="cs"/>
          <w:szCs w:val="28"/>
          <w:rtl/>
        </w:rPr>
        <w:t>بالدراسات</w:t>
      </w:r>
      <w:r w:rsidRPr="00D86F37">
        <w:rPr>
          <w:rFonts w:ascii="Sakkal Majalla" w:hAnsi="Sakkal Majalla" w:cs="Sakkal Majalla"/>
          <w:szCs w:val="28"/>
          <w:rtl/>
        </w:rPr>
        <w:t xml:space="preserve"> </w:t>
      </w:r>
      <w:r w:rsidRPr="00D86F37">
        <w:rPr>
          <w:rFonts w:ascii="Sakkal Majalla" w:hAnsi="Sakkal Majalla" w:cs="Sakkal Majalla" w:hint="cs"/>
          <w:szCs w:val="28"/>
          <w:rtl/>
        </w:rPr>
        <w:t>السابقة</w:t>
      </w:r>
      <w:r w:rsidRPr="00D86F37">
        <w:rPr>
          <w:rFonts w:ascii="Sakkal Majalla" w:hAnsi="Sakkal Majalla" w:cs="Sakkal Majalla"/>
          <w:szCs w:val="28"/>
          <w:rtl/>
        </w:rPr>
        <w:t xml:space="preserve"> </w:t>
      </w:r>
      <w:r w:rsidRPr="00D86F37">
        <w:rPr>
          <w:rFonts w:ascii="Sakkal Majalla" w:hAnsi="Sakkal Majalla" w:cs="Sakkal Majalla" w:hint="cs"/>
          <w:szCs w:val="28"/>
          <w:rtl/>
        </w:rPr>
        <w:t>والإطار</w:t>
      </w:r>
      <w:r w:rsidRPr="00D86F37">
        <w:rPr>
          <w:rFonts w:ascii="Sakkal Majalla" w:hAnsi="Sakkal Majalla" w:cs="Sakkal Majalla"/>
          <w:szCs w:val="28"/>
          <w:rtl/>
        </w:rPr>
        <w:t xml:space="preserve"> </w:t>
      </w:r>
      <w:r w:rsidRPr="00D86F37">
        <w:rPr>
          <w:rFonts w:ascii="Sakkal Majalla" w:hAnsi="Sakkal Majalla" w:cs="Sakkal Majalla" w:hint="cs"/>
          <w:szCs w:val="28"/>
          <w:rtl/>
        </w:rPr>
        <w:t>النظري،</w:t>
      </w:r>
      <w:r w:rsidRPr="00D86F37">
        <w:rPr>
          <w:rFonts w:ascii="Sakkal Majalla" w:hAnsi="Sakkal Majalla" w:cs="Sakkal Majalla"/>
          <w:szCs w:val="28"/>
          <w:rtl/>
        </w:rPr>
        <w:t xml:space="preserve"> </w:t>
      </w:r>
      <w:r w:rsidRPr="00D86F37">
        <w:rPr>
          <w:rFonts w:ascii="Sakkal Majalla" w:hAnsi="Sakkal Majalla" w:cs="Sakkal Majalla" w:hint="cs"/>
          <w:szCs w:val="28"/>
          <w:rtl/>
        </w:rPr>
        <w:t>مع</w:t>
      </w:r>
      <w:r w:rsidRPr="00D86F37">
        <w:rPr>
          <w:rFonts w:ascii="Sakkal Majalla" w:hAnsi="Sakkal Majalla" w:cs="Sakkal Majalla"/>
          <w:szCs w:val="28"/>
          <w:rtl/>
        </w:rPr>
        <w:t xml:space="preserve"> </w:t>
      </w:r>
      <w:r w:rsidRPr="00D86F37">
        <w:rPr>
          <w:rFonts w:ascii="Sakkal Majalla" w:hAnsi="Sakkal Majalla" w:cs="Sakkal Majalla" w:hint="cs"/>
          <w:szCs w:val="28"/>
          <w:rtl/>
        </w:rPr>
        <w:t>عرض</w:t>
      </w:r>
      <w:r w:rsidRPr="00D86F37">
        <w:rPr>
          <w:rFonts w:ascii="Sakkal Majalla" w:hAnsi="Sakkal Majalla" w:cs="Sakkal Majalla"/>
          <w:szCs w:val="28"/>
          <w:rtl/>
        </w:rPr>
        <w:t xml:space="preserve"> </w:t>
      </w:r>
      <w:r w:rsidRPr="00D86F37">
        <w:rPr>
          <w:rFonts w:ascii="Sakkal Majalla" w:hAnsi="Sakkal Majalla" w:cs="Sakkal Majalla" w:hint="cs"/>
          <w:szCs w:val="28"/>
          <w:rtl/>
        </w:rPr>
        <w:t>النموذج</w:t>
      </w:r>
      <w:r w:rsidRPr="00D86F37">
        <w:rPr>
          <w:rFonts w:ascii="Sakkal Majalla" w:hAnsi="Sakkal Majalla" w:cs="Sakkal Majalla"/>
          <w:szCs w:val="28"/>
          <w:rtl/>
        </w:rPr>
        <w:t xml:space="preserve"> </w:t>
      </w:r>
      <w:r w:rsidRPr="00D86F37">
        <w:rPr>
          <w:rFonts w:ascii="Sakkal Majalla" w:hAnsi="Sakkal Majalla" w:cs="Sakkal Majalla" w:hint="cs"/>
          <w:szCs w:val="28"/>
          <w:rtl/>
        </w:rPr>
        <w:t>العملي</w:t>
      </w:r>
      <w:r w:rsidRPr="00D86F37">
        <w:rPr>
          <w:rFonts w:ascii="Sakkal Majalla" w:hAnsi="Sakkal Majalla" w:cs="Sakkal Majalla"/>
          <w:szCs w:val="28"/>
          <w:rtl/>
        </w:rPr>
        <w:t xml:space="preserve"> </w:t>
      </w:r>
      <w:r w:rsidRPr="00D86F37">
        <w:rPr>
          <w:rFonts w:ascii="Sakkal Majalla" w:hAnsi="Sakkal Majalla" w:cs="Sakkal Majalla" w:hint="cs"/>
          <w:szCs w:val="28"/>
          <w:rtl/>
        </w:rPr>
        <w:t>التكاملي</w:t>
      </w:r>
      <w:r w:rsidRPr="00D86F37">
        <w:rPr>
          <w:rFonts w:ascii="Sakkal Majalla" w:hAnsi="Sakkal Majalla" w:cs="Sakkal Majalla"/>
          <w:szCs w:val="28"/>
          <w:rtl/>
        </w:rPr>
        <w:t xml:space="preserve"> </w:t>
      </w:r>
      <w:r w:rsidRPr="00D86F37">
        <w:rPr>
          <w:rFonts w:ascii="Sakkal Majalla" w:hAnsi="Sakkal Majalla" w:cs="Sakkal Majalla" w:hint="cs"/>
          <w:szCs w:val="28"/>
          <w:rtl/>
        </w:rPr>
        <w:t>المقترح</w:t>
      </w:r>
      <w:r w:rsidRPr="00D86F37">
        <w:rPr>
          <w:rFonts w:ascii="Sakkal Majalla" w:hAnsi="Sakkal Majalla" w:cs="Sakkal Majalla"/>
          <w:szCs w:val="28"/>
          <w:rtl/>
        </w:rPr>
        <w:t xml:space="preserve"> </w:t>
      </w:r>
      <w:r w:rsidRPr="00D86F37">
        <w:rPr>
          <w:rFonts w:ascii="Sakkal Majalla" w:hAnsi="Sakkal Majalla" w:cs="Sakkal Majalla" w:hint="cs"/>
          <w:szCs w:val="28"/>
          <w:rtl/>
        </w:rPr>
        <w:t>والدليل</w:t>
      </w:r>
      <w:r w:rsidRPr="00D86F37">
        <w:rPr>
          <w:rFonts w:ascii="Sakkal Majalla" w:hAnsi="Sakkal Majalla" w:cs="Sakkal Majalla"/>
          <w:szCs w:val="28"/>
          <w:rtl/>
        </w:rPr>
        <w:t xml:space="preserve"> </w:t>
      </w:r>
      <w:r w:rsidRPr="00D86F37">
        <w:rPr>
          <w:rFonts w:ascii="Sakkal Majalla" w:hAnsi="Sakkal Majalla" w:cs="Sakkal Majalla" w:hint="cs"/>
          <w:szCs w:val="28"/>
          <w:rtl/>
        </w:rPr>
        <w:t>الإجرائي</w:t>
      </w:r>
      <w:r w:rsidRPr="00D86F37">
        <w:rPr>
          <w:rFonts w:ascii="Sakkal Majalla" w:hAnsi="Sakkal Majalla" w:cs="Sakkal Majalla"/>
          <w:szCs w:val="28"/>
          <w:rtl/>
        </w:rPr>
        <w:t xml:space="preserve"> </w:t>
      </w:r>
      <w:r w:rsidRPr="00D86F37">
        <w:rPr>
          <w:rFonts w:ascii="Sakkal Majalla" w:hAnsi="Sakkal Majalla" w:cs="Sakkal Majalla" w:hint="cs"/>
          <w:szCs w:val="28"/>
          <w:rtl/>
        </w:rPr>
        <w:t>لتطبيق</w:t>
      </w:r>
      <w:r w:rsidRPr="00D86F37">
        <w:rPr>
          <w:rFonts w:ascii="Sakkal Majalla" w:hAnsi="Sakkal Majalla" w:cs="Sakkal Majalla"/>
          <w:szCs w:val="28"/>
          <w:rtl/>
        </w:rPr>
        <w:t xml:space="preserve"> </w:t>
      </w:r>
      <w:r w:rsidRPr="00D86F37">
        <w:rPr>
          <w:rFonts w:ascii="Sakkal Majalla" w:hAnsi="Sakkal Majalla" w:cs="Sakkal Majalla" w:hint="cs"/>
          <w:szCs w:val="28"/>
          <w:rtl/>
        </w:rPr>
        <w:t>استدامة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الابتكار</w:t>
      </w:r>
      <w:r w:rsidRPr="00D86F37">
        <w:rPr>
          <w:rFonts w:ascii="Sakkal Majalla" w:hAnsi="Sakkal Majalla" w:cs="Sakkal Majalla"/>
          <w:szCs w:val="28"/>
          <w:rtl/>
        </w:rPr>
        <w:t xml:space="preserve"> </w:t>
      </w:r>
      <w:r w:rsidRPr="00D86F37">
        <w:rPr>
          <w:rFonts w:ascii="Sakkal Majalla" w:hAnsi="Sakkal Majalla" w:cs="Sakkal Majalla" w:hint="cs"/>
          <w:szCs w:val="28"/>
          <w:rtl/>
        </w:rPr>
        <w:t>في</w:t>
      </w:r>
      <w:r w:rsidRPr="00D86F37">
        <w:rPr>
          <w:rFonts w:ascii="Sakkal Majalla" w:hAnsi="Sakkal Majalla" w:cs="Sakkal Majalla"/>
          <w:szCs w:val="28"/>
          <w:rtl/>
        </w:rPr>
        <w:t xml:space="preserve"> </w:t>
      </w:r>
      <w:r w:rsidRPr="00D86F37">
        <w:rPr>
          <w:rFonts w:ascii="Sakkal Majalla" w:hAnsi="Sakkal Majalla" w:cs="Sakkal Majalla" w:hint="cs"/>
          <w:szCs w:val="28"/>
          <w:rtl/>
        </w:rPr>
        <w:t>الجهات</w:t>
      </w:r>
      <w:r w:rsidRPr="00D86F37">
        <w:rPr>
          <w:rFonts w:ascii="Sakkal Majalla" w:hAnsi="Sakkal Majalla" w:cs="Sakkal Majalla"/>
          <w:szCs w:val="28"/>
          <w:rtl/>
        </w:rPr>
        <w:t xml:space="preserve"> </w:t>
      </w:r>
      <w:r w:rsidRPr="00D86F37">
        <w:rPr>
          <w:rFonts w:ascii="Sakkal Majalla" w:hAnsi="Sakkal Majalla" w:cs="Sakkal Majalla" w:hint="cs"/>
          <w:szCs w:val="28"/>
          <w:rtl/>
        </w:rPr>
        <w:t>الحكومية</w:t>
      </w:r>
      <w:r w:rsidRPr="00D86F37">
        <w:rPr>
          <w:rFonts w:ascii="Sakkal Majalla" w:hAnsi="Sakkal Majalla" w:cs="Sakkal Majalla"/>
          <w:szCs w:val="28"/>
          <w:rtl/>
        </w:rPr>
        <w:t xml:space="preserve"> </w:t>
      </w:r>
      <w:r w:rsidRPr="00D86F37">
        <w:rPr>
          <w:rFonts w:ascii="Sakkal Majalla" w:hAnsi="Sakkal Majalla" w:cs="Sakkal Majalla" w:hint="cs"/>
          <w:szCs w:val="28"/>
          <w:rtl/>
        </w:rPr>
        <w:t>السعودية</w:t>
      </w:r>
      <w:r w:rsidRPr="00D86F37">
        <w:rPr>
          <w:rFonts w:ascii="Sakkal Majalla" w:hAnsi="Sakkal Majalla" w:cs="Sakkal Majalla"/>
          <w:szCs w:val="28"/>
          <w:rtl/>
        </w:rPr>
        <w:t>.</w:t>
      </w:r>
    </w:p>
    <w:p w14:paraId="7E370519" w14:textId="77777777" w:rsidR="00F16D06" w:rsidRDefault="00F16D06" w:rsidP="00083D43">
      <w:pPr>
        <w:bidi/>
        <w:spacing w:line="360" w:lineRule="auto"/>
        <w:rPr>
          <w:rFonts w:ascii="Sakkal Majalla" w:hAnsi="Sakkal Majalla" w:cs="Sakkal Majalla"/>
          <w:b/>
          <w:bCs/>
          <w:sz w:val="40"/>
          <w:szCs w:val="32"/>
          <w:rtl/>
        </w:rPr>
      </w:pPr>
    </w:p>
    <w:p w14:paraId="5DECC38A" w14:textId="77777777" w:rsidR="00F16D06" w:rsidRDefault="00F16D06" w:rsidP="00083D43">
      <w:pPr>
        <w:bidi/>
        <w:spacing w:line="360" w:lineRule="auto"/>
        <w:rPr>
          <w:rFonts w:ascii="Sakkal Majalla" w:hAnsi="Sakkal Majalla" w:cs="Sakkal Majalla"/>
          <w:b/>
          <w:bCs/>
          <w:sz w:val="40"/>
          <w:szCs w:val="32"/>
          <w:rtl/>
        </w:rPr>
      </w:pPr>
    </w:p>
    <w:p w14:paraId="7BF23DD6" w14:textId="77777777" w:rsidR="00F16D06" w:rsidRDefault="00F16D06" w:rsidP="00083D43">
      <w:pPr>
        <w:bidi/>
        <w:spacing w:line="360" w:lineRule="auto"/>
        <w:rPr>
          <w:rFonts w:ascii="Sakkal Majalla" w:hAnsi="Sakkal Majalla" w:cs="Sakkal Majalla"/>
          <w:b/>
          <w:bCs/>
          <w:sz w:val="40"/>
          <w:szCs w:val="32"/>
          <w:rtl/>
        </w:rPr>
      </w:pPr>
    </w:p>
    <w:p w14:paraId="4C9D908E" w14:textId="77777777" w:rsidR="00F16D06" w:rsidRDefault="00F16D06" w:rsidP="00083D43">
      <w:pPr>
        <w:bidi/>
        <w:spacing w:line="360" w:lineRule="auto"/>
        <w:rPr>
          <w:rFonts w:ascii="Sakkal Majalla" w:hAnsi="Sakkal Majalla" w:cs="Sakkal Majalla"/>
          <w:b/>
          <w:bCs/>
          <w:sz w:val="40"/>
          <w:szCs w:val="32"/>
          <w:rtl/>
        </w:rPr>
      </w:pPr>
    </w:p>
    <w:p w14:paraId="639C71BF" w14:textId="77777777" w:rsidR="00B15C00" w:rsidRDefault="00B15C00" w:rsidP="00083D43">
      <w:pPr>
        <w:bidi/>
        <w:spacing w:line="360" w:lineRule="auto"/>
        <w:rPr>
          <w:rFonts w:ascii="Sakkal Majalla" w:hAnsi="Sakkal Majalla" w:cs="Sakkal Majalla"/>
          <w:b/>
          <w:bCs/>
          <w:sz w:val="160"/>
          <w:szCs w:val="96"/>
          <w:rtl/>
        </w:rPr>
      </w:pPr>
    </w:p>
    <w:p w14:paraId="03B8546B" w14:textId="77777777" w:rsidR="00634497" w:rsidRDefault="00634497" w:rsidP="00634497">
      <w:pPr>
        <w:bidi/>
        <w:spacing w:line="360" w:lineRule="auto"/>
        <w:rPr>
          <w:rFonts w:ascii="Sakkal Majalla" w:hAnsi="Sakkal Majalla" w:cs="Sakkal Majalla"/>
          <w:b/>
          <w:bCs/>
          <w:sz w:val="160"/>
          <w:szCs w:val="96"/>
          <w:rtl/>
        </w:rPr>
      </w:pPr>
    </w:p>
    <w:p w14:paraId="6458FD36" w14:textId="77777777" w:rsidR="00634497" w:rsidRDefault="00634497" w:rsidP="00634497">
      <w:pPr>
        <w:bidi/>
        <w:spacing w:line="360" w:lineRule="auto"/>
        <w:rPr>
          <w:rFonts w:ascii="Sakkal Majalla" w:hAnsi="Sakkal Majalla" w:cs="Sakkal Majalla"/>
          <w:b/>
          <w:bCs/>
          <w:sz w:val="160"/>
          <w:szCs w:val="96"/>
          <w:rtl/>
        </w:rPr>
      </w:pPr>
    </w:p>
    <w:p w14:paraId="128306BF" w14:textId="77777777" w:rsidR="00634497" w:rsidRDefault="00634497" w:rsidP="00634497">
      <w:pPr>
        <w:bidi/>
        <w:spacing w:line="360" w:lineRule="auto"/>
        <w:rPr>
          <w:rFonts w:ascii="Sakkal Majalla" w:hAnsi="Sakkal Majalla" w:cs="Sakkal Majalla"/>
          <w:b/>
          <w:bCs/>
          <w:sz w:val="160"/>
          <w:szCs w:val="96"/>
          <w:rtl/>
        </w:rPr>
      </w:pPr>
    </w:p>
    <w:p w14:paraId="27605A12" w14:textId="410478D6" w:rsidR="00F16D06" w:rsidRPr="00B15C00" w:rsidRDefault="00D86F37" w:rsidP="00686E99">
      <w:pPr>
        <w:bidi/>
        <w:spacing w:line="360" w:lineRule="auto"/>
        <w:jc w:val="center"/>
        <w:rPr>
          <w:rFonts w:ascii="Sakkal Majalla" w:hAnsi="Sakkal Majalla" w:cs="Sakkal Majalla"/>
          <w:sz w:val="144"/>
          <w:szCs w:val="72"/>
          <w:rtl/>
        </w:rPr>
      </w:pPr>
      <w:r w:rsidRPr="00B15C00">
        <w:rPr>
          <w:rFonts w:ascii="Sakkal Majalla" w:hAnsi="Sakkal Majalla" w:cs="Sakkal Majalla" w:hint="cs"/>
          <w:sz w:val="144"/>
          <w:szCs w:val="72"/>
          <w:rtl/>
        </w:rPr>
        <w:t>الفصل الخامس</w:t>
      </w:r>
    </w:p>
    <w:p w14:paraId="316038F0" w14:textId="4CB98F51" w:rsidR="00D86F37" w:rsidRPr="00B15C00" w:rsidRDefault="00D86F37" w:rsidP="00686E99">
      <w:pPr>
        <w:bidi/>
        <w:spacing w:line="360" w:lineRule="auto"/>
        <w:jc w:val="center"/>
        <w:rPr>
          <w:rFonts w:ascii="Sakkal Majalla" w:hAnsi="Sakkal Majalla" w:cs="Sakkal Majalla"/>
          <w:sz w:val="144"/>
          <w:szCs w:val="72"/>
          <w:rtl/>
        </w:rPr>
      </w:pPr>
      <w:r w:rsidRPr="00B15C00">
        <w:rPr>
          <w:rFonts w:ascii="Sakkal Majalla" w:hAnsi="Sakkal Majalla" w:cs="Sakkal Majalla" w:hint="cs"/>
          <w:sz w:val="144"/>
          <w:szCs w:val="72"/>
          <w:rtl/>
        </w:rPr>
        <w:t>المناقشة والتوصيات</w:t>
      </w:r>
    </w:p>
    <w:p w14:paraId="6CE1F79D" w14:textId="77777777" w:rsidR="00F16D06" w:rsidRDefault="00F16D06" w:rsidP="00083D43">
      <w:pPr>
        <w:bidi/>
        <w:spacing w:line="360" w:lineRule="auto"/>
        <w:rPr>
          <w:rFonts w:ascii="Sakkal Majalla" w:hAnsi="Sakkal Majalla" w:cs="Sakkal Majalla"/>
          <w:b/>
          <w:bCs/>
          <w:sz w:val="40"/>
          <w:szCs w:val="32"/>
          <w:rtl/>
        </w:rPr>
      </w:pPr>
    </w:p>
    <w:p w14:paraId="79E0B5DF" w14:textId="77777777" w:rsidR="00F16D06" w:rsidRDefault="00F16D06" w:rsidP="00083D43">
      <w:pPr>
        <w:bidi/>
        <w:spacing w:line="360" w:lineRule="auto"/>
        <w:rPr>
          <w:rFonts w:ascii="Sakkal Majalla" w:hAnsi="Sakkal Majalla" w:cs="Sakkal Majalla"/>
          <w:b/>
          <w:bCs/>
          <w:sz w:val="40"/>
          <w:szCs w:val="32"/>
          <w:rtl/>
        </w:rPr>
      </w:pPr>
    </w:p>
    <w:p w14:paraId="0DC24592" w14:textId="77777777" w:rsidR="00F16D06" w:rsidRDefault="00F16D06" w:rsidP="00083D43">
      <w:pPr>
        <w:bidi/>
        <w:spacing w:line="360" w:lineRule="auto"/>
        <w:rPr>
          <w:rFonts w:ascii="Sakkal Majalla" w:hAnsi="Sakkal Majalla" w:cs="Sakkal Majalla"/>
          <w:b/>
          <w:bCs/>
          <w:sz w:val="40"/>
          <w:szCs w:val="32"/>
          <w:rtl/>
        </w:rPr>
      </w:pPr>
    </w:p>
    <w:p w14:paraId="6E3B115F" w14:textId="77777777" w:rsidR="00686E99" w:rsidRDefault="00686E99" w:rsidP="00686E99">
      <w:pPr>
        <w:bidi/>
        <w:spacing w:line="360" w:lineRule="auto"/>
        <w:rPr>
          <w:rFonts w:ascii="Sakkal Majalla" w:hAnsi="Sakkal Majalla" w:cs="Sakkal Majalla"/>
          <w:b/>
          <w:bCs/>
          <w:sz w:val="40"/>
          <w:szCs w:val="32"/>
          <w:rtl/>
        </w:rPr>
      </w:pPr>
    </w:p>
    <w:p w14:paraId="55F68265" w14:textId="77777777" w:rsidR="00686E99" w:rsidRDefault="00686E99" w:rsidP="00686E99">
      <w:pPr>
        <w:bidi/>
        <w:spacing w:line="360" w:lineRule="auto"/>
        <w:rPr>
          <w:rFonts w:ascii="Sakkal Majalla" w:hAnsi="Sakkal Majalla" w:cs="Sakkal Majalla"/>
          <w:b/>
          <w:bCs/>
          <w:sz w:val="40"/>
          <w:szCs w:val="32"/>
          <w:rtl/>
        </w:rPr>
      </w:pPr>
    </w:p>
    <w:p w14:paraId="19AF2940" w14:textId="77777777" w:rsidR="00686E99" w:rsidRDefault="00686E99" w:rsidP="00686E99">
      <w:pPr>
        <w:bidi/>
        <w:spacing w:line="360" w:lineRule="auto"/>
        <w:rPr>
          <w:rFonts w:ascii="Sakkal Majalla" w:hAnsi="Sakkal Majalla" w:cs="Sakkal Majalla"/>
          <w:b/>
          <w:bCs/>
          <w:sz w:val="40"/>
          <w:szCs w:val="32"/>
          <w:rtl/>
        </w:rPr>
      </w:pPr>
    </w:p>
    <w:p w14:paraId="6E24B3D9" w14:textId="35B6F527" w:rsidR="000433A8" w:rsidRPr="000433A8" w:rsidRDefault="000433A8" w:rsidP="00083D43">
      <w:pPr>
        <w:bidi/>
        <w:spacing w:line="360" w:lineRule="auto"/>
        <w:rPr>
          <w:rFonts w:ascii="Sakkal Majalla" w:hAnsi="Sakkal Majalla" w:cs="Sakkal Majalla"/>
          <w:b/>
          <w:bCs/>
          <w:sz w:val="40"/>
          <w:szCs w:val="32"/>
        </w:rPr>
      </w:pPr>
      <w:r w:rsidRPr="000433A8">
        <w:rPr>
          <w:rFonts w:ascii="Sakkal Majalla" w:hAnsi="Sakkal Majalla" w:cs="Sakkal Majalla"/>
          <w:b/>
          <w:bCs/>
          <w:szCs w:val="28"/>
        </w:rPr>
        <w:lastRenderedPageBreak/>
        <w:t xml:space="preserve">5.1 </w:t>
      </w:r>
      <w:r w:rsidRPr="000433A8">
        <w:rPr>
          <w:rFonts w:ascii="Sakkal Majalla" w:hAnsi="Sakkal Majalla" w:cs="Sakkal Majalla"/>
          <w:b/>
          <w:bCs/>
          <w:szCs w:val="28"/>
          <w:rtl/>
        </w:rPr>
        <w:t>مقدمة الفصل</w:t>
      </w:r>
    </w:p>
    <w:p w14:paraId="11148272" w14:textId="31B1BAEB" w:rsidR="000433A8" w:rsidRPr="000433A8" w:rsidRDefault="000433A8" w:rsidP="00634497">
      <w:pPr>
        <w:bidi/>
        <w:spacing w:line="360" w:lineRule="auto"/>
        <w:jc w:val="lowKashida"/>
        <w:rPr>
          <w:rFonts w:ascii="Sakkal Majalla" w:hAnsi="Sakkal Majalla" w:cs="Sakkal Majalla"/>
          <w:szCs w:val="28"/>
        </w:rPr>
      </w:pPr>
      <w:r w:rsidRPr="000433A8">
        <w:rPr>
          <w:rFonts w:ascii="Sakkal Majalla" w:hAnsi="Sakkal Majalla" w:cs="Sakkal Majalla"/>
          <w:szCs w:val="28"/>
          <w:rtl/>
        </w:rPr>
        <w:t xml:space="preserve">يأتي هذا الفصل كحلقة وصل بين التحليل الإحصائي والنوعي لنتائج الدراسة الميدانية المعروض في الفصل الرابع، وبين المخرجات التطبيقية المتمثلة في النموذج العملي التكاملي والدليل الإجرائي الذي سيتم عرضه في </w:t>
      </w:r>
      <w:r>
        <w:rPr>
          <w:rFonts w:ascii="Sakkal Majalla" w:hAnsi="Sakkal Majalla" w:cs="Sakkal Majalla" w:hint="cs"/>
          <w:szCs w:val="28"/>
          <w:rtl/>
        </w:rPr>
        <w:t xml:space="preserve">هذا </w:t>
      </w:r>
      <w:r w:rsidRPr="000433A8">
        <w:rPr>
          <w:rFonts w:ascii="Sakkal Majalla" w:hAnsi="Sakkal Majalla" w:cs="Sakkal Majalla"/>
          <w:szCs w:val="28"/>
          <w:rtl/>
        </w:rPr>
        <w:t>الفصل</w:t>
      </w:r>
      <w:r w:rsidRPr="000433A8">
        <w:rPr>
          <w:rFonts w:ascii="Sakkal Majalla" w:hAnsi="Sakkal Majalla" w:cs="Sakkal Majalla"/>
          <w:szCs w:val="28"/>
        </w:rPr>
        <w:t>.</w:t>
      </w:r>
    </w:p>
    <w:p w14:paraId="5ADD1792" w14:textId="77777777" w:rsidR="000433A8" w:rsidRPr="000433A8" w:rsidRDefault="000433A8" w:rsidP="00634497">
      <w:pPr>
        <w:bidi/>
        <w:spacing w:line="360" w:lineRule="auto"/>
        <w:jc w:val="lowKashida"/>
        <w:rPr>
          <w:rFonts w:ascii="Sakkal Majalla" w:hAnsi="Sakkal Majalla" w:cs="Sakkal Majalla"/>
          <w:szCs w:val="28"/>
        </w:rPr>
      </w:pPr>
      <w:r w:rsidRPr="000433A8">
        <w:rPr>
          <w:rFonts w:ascii="Sakkal Majalla" w:hAnsi="Sakkal Majalla" w:cs="Sakkal Majalla"/>
          <w:szCs w:val="28"/>
          <w:rtl/>
        </w:rPr>
        <w:t>ويهدف هذا الفصل إلى مناقشة النتائج في ضوء الإطار النظري والدراسات السابقة، بهدف تفسير ما توصلت إليه الدراسة، وتحديد أوجه الاتفاق والاختلاف مع الأدبيات العالمية، وإبراز الإسهامات العلمية والعملية التي يضيفها البحث إلى مجال استدامة الابتكار في القطاع الحكومي</w:t>
      </w:r>
      <w:r w:rsidRPr="000433A8">
        <w:rPr>
          <w:rFonts w:ascii="Sakkal Majalla" w:hAnsi="Sakkal Majalla" w:cs="Sakkal Majalla"/>
          <w:szCs w:val="28"/>
        </w:rPr>
        <w:t>.</w:t>
      </w:r>
    </w:p>
    <w:p w14:paraId="6EDE12CE" w14:textId="77777777" w:rsidR="000433A8" w:rsidRPr="000433A8" w:rsidRDefault="000433A8" w:rsidP="00634497">
      <w:pPr>
        <w:bidi/>
        <w:spacing w:line="360" w:lineRule="auto"/>
        <w:jc w:val="lowKashida"/>
        <w:rPr>
          <w:rFonts w:ascii="Sakkal Majalla" w:hAnsi="Sakkal Majalla" w:cs="Sakkal Majalla"/>
          <w:szCs w:val="28"/>
        </w:rPr>
      </w:pPr>
      <w:r w:rsidRPr="000433A8">
        <w:rPr>
          <w:rFonts w:ascii="Sakkal Majalla" w:hAnsi="Sakkal Majalla" w:cs="Sakkal Majalla"/>
          <w:szCs w:val="28"/>
          <w:rtl/>
        </w:rPr>
        <w:t xml:space="preserve">يرتكز النموذج المفاهيمي للدراسة على </w:t>
      </w:r>
      <w:proofErr w:type="gramStart"/>
      <w:r w:rsidRPr="000433A8">
        <w:rPr>
          <w:rFonts w:ascii="Sakkal Majalla" w:hAnsi="Sakkal Majalla" w:cs="Sakkal Majalla"/>
          <w:szCs w:val="28"/>
          <w:rtl/>
        </w:rPr>
        <w:t>ثلاثة</w:t>
      </w:r>
      <w:proofErr w:type="gramEnd"/>
      <w:r w:rsidRPr="000433A8">
        <w:rPr>
          <w:rFonts w:ascii="Sakkal Majalla" w:hAnsi="Sakkal Majalla" w:cs="Sakkal Majalla"/>
          <w:szCs w:val="28"/>
          <w:rtl/>
        </w:rPr>
        <w:t xml:space="preserve"> متغيرات رئيسية مترابطة، مع إبراز دور </w:t>
      </w:r>
      <w:r w:rsidRPr="000433A8">
        <w:rPr>
          <w:rFonts w:ascii="Sakkal Majalla" w:hAnsi="Sakkal Majalla" w:cs="Sakkal Majalla"/>
          <w:b/>
          <w:bCs/>
          <w:szCs w:val="28"/>
          <w:rtl/>
        </w:rPr>
        <w:t>القدرة الامتصاصية المعرفية</w:t>
      </w:r>
      <w:r w:rsidRPr="000433A8">
        <w:rPr>
          <w:rFonts w:ascii="Sakkal Majalla" w:hAnsi="Sakkal Majalla" w:cs="Sakkal Majalla"/>
          <w:szCs w:val="28"/>
          <w:rtl/>
        </w:rPr>
        <w:t xml:space="preserve"> كآلية تفاعلية محورية تربط بين العوامل الداخلية والدعم الخارجي، وذلك على النحو التالي</w:t>
      </w:r>
      <w:r w:rsidRPr="000433A8">
        <w:rPr>
          <w:rFonts w:ascii="Sakkal Majalla" w:hAnsi="Sakkal Majalla" w:cs="Sakkal Majalla"/>
          <w:szCs w:val="28"/>
        </w:rPr>
        <w:t>:</w:t>
      </w:r>
    </w:p>
    <w:p w14:paraId="58844FB6" w14:textId="77777777" w:rsidR="000433A8" w:rsidRPr="000433A8" w:rsidRDefault="000433A8" w:rsidP="00634497">
      <w:pPr>
        <w:numPr>
          <w:ilvl w:val="0"/>
          <w:numId w:val="74"/>
        </w:numPr>
        <w:bidi/>
        <w:spacing w:line="360" w:lineRule="auto"/>
        <w:jc w:val="lowKashida"/>
        <w:rPr>
          <w:rFonts w:ascii="Sakkal Majalla" w:hAnsi="Sakkal Majalla" w:cs="Sakkal Majalla"/>
          <w:szCs w:val="28"/>
        </w:rPr>
      </w:pPr>
      <w:r w:rsidRPr="000433A8">
        <w:rPr>
          <w:rFonts w:ascii="Sakkal Majalla" w:hAnsi="Sakkal Majalla" w:cs="Sakkal Majalla"/>
          <w:b/>
          <w:bCs/>
          <w:szCs w:val="28"/>
          <w:rtl/>
        </w:rPr>
        <w:t>العوامل التمكينية الداخلية للابتكار</w:t>
      </w:r>
      <w:r w:rsidRPr="000433A8">
        <w:rPr>
          <w:rFonts w:ascii="Sakkal Majalla" w:hAnsi="Sakkal Majalla" w:cs="Sakkal Majalla"/>
          <w:b/>
          <w:bCs/>
          <w:szCs w:val="28"/>
        </w:rPr>
        <w:t>:</w:t>
      </w:r>
      <w:r w:rsidRPr="000433A8">
        <w:rPr>
          <w:rFonts w:ascii="Sakkal Majalla" w:hAnsi="Sakkal Majalla" w:cs="Sakkal Majalla"/>
          <w:szCs w:val="28"/>
        </w:rPr>
        <w:t xml:space="preserve"> </w:t>
      </w:r>
      <w:r w:rsidRPr="000433A8">
        <w:rPr>
          <w:rFonts w:ascii="Sakkal Majalla" w:hAnsi="Sakkal Majalla" w:cs="Sakkal Majalla"/>
          <w:szCs w:val="28"/>
          <w:rtl/>
        </w:rPr>
        <w:t>وتشمل القيادة الداعمة، والهياكل التنظيمية المرنة، وثقافة الابتكار، وتوفر الموارد البشرية والمالية المؤهلة، وهي تمثل القاعدة الأساسية لتبني الابتكار وتعزيز القدرة على استيعاب المعرفة والخبرات الجديدة وتكييفها مع السياق المحلي</w:t>
      </w:r>
      <w:r w:rsidRPr="000433A8">
        <w:rPr>
          <w:rFonts w:ascii="Sakkal Majalla" w:hAnsi="Sakkal Majalla" w:cs="Sakkal Majalla"/>
          <w:szCs w:val="28"/>
        </w:rPr>
        <w:t>.</w:t>
      </w:r>
    </w:p>
    <w:p w14:paraId="66F2E217" w14:textId="77777777" w:rsidR="000433A8" w:rsidRPr="000433A8" w:rsidRDefault="000433A8" w:rsidP="00634497">
      <w:pPr>
        <w:numPr>
          <w:ilvl w:val="0"/>
          <w:numId w:val="74"/>
        </w:numPr>
        <w:bidi/>
        <w:spacing w:line="360" w:lineRule="auto"/>
        <w:jc w:val="lowKashida"/>
        <w:rPr>
          <w:rFonts w:ascii="Sakkal Majalla" w:hAnsi="Sakkal Majalla" w:cs="Sakkal Majalla"/>
          <w:szCs w:val="28"/>
        </w:rPr>
      </w:pPr>
      <w:r w:rsidRPr="000433A8">
        <w:rPr>
          <w:rFonts w:ascii="Sakkal Majalla" w:hAnsi="Sakkal Majalla" w:cs="Sakkal Majalla"/>
          <w:b/>
          <w:bCs/>
          <w:szCs w:val="28"/>
          <w:rtl/>
        </w:rPr>
        <w:t xml:space="preserve">الدور </w:t>
      </w:r>
      <w:proofErr w:type="spellStart"/>
      <w:r w:rsidRPr="000433A8">
        <w:rPr>
          <w:rFonts w:ascii="Sakkal Majalla" w:hAnsi="Sakkal Majalla" w:cs="Sakkal Majalla"/>
          <w:b/>
          <w:bCs/>
          <w:szCs w:val="28"/>
          <w:rtl/>
        </w:rPr>
        <w:t>التمكيني</w:t>
      </w:r>
      <w:proofErr w:type="spellEnd"/>
      <w:r w:rsidRPr="000433A8">
        <w:rPr>
          <w:rFonts w:ascii="Sakkal Majalla" w:hAnsi="Sakkal Majalla" w:cs="Sakkal Majalla"/>
          <w:b/>
          <w:bCs/>
          <w:szCs w:val="28"/>
          <w:rtl/>
        </w:rPr>
        <w:t xml:space="preserve"> للشركات الاستشارية</w:t>
      </w:r>
      <w:r w:rsidRPr="000433A8">
        <w:rPr>
          <w:rFonts w:ascii="Sakkal Majalla" w:hAnsi="Sakkal Majalla" w:cs="Sakkal Majalla"/>
          <w:b/>
          <w:bCs/>
          <w:szCs w:val="28"/>
        </w:rPr>
        <w:t>:</w:t>
      </w:r>
      <w:r w:rsidRPr="000433A8">
        <w:rPr>
          <w:rFonts w:ascii="Sakkal Majalla" w:hAnsi="Sakkal Majalla" w:cs="Sakkal Majalla"/>
          <w:szCs w:val="28"/>
        </w:rPr>
        <w:t xml:space="preserve"> </w:t>
      </w:r>
      <w:r w:rsidRPr="000433A8">
        <w:rPr>
          <w:rFonts w:ascii="Sakkal Majalla" w:hAnsi="Sakkal Majalla" w:cs="Sakkal Majalla"/>
          <w:szCs w:val="28"/>
          <w:rtl/>
        </w:rPr>
        <w:t>ويشمل بناء القدرات المؤسسية، ونقل المعرفة، وتطبيق المنهجيات التشاركية في تصميم وتنفيذ الابتكارات، بما يزوّد الجهة بالمهارات والخبرات اللازمة للتعلم والتطوير المستمر</w:t>
      </w:r>
      <w:r w:rsidRPr="000433A8">
        <w:rPr>
          <w:rFonts w:ascii="Sakkal Majalla" w:hAnsi="Sakkal Majalla" w:cs="Sakkal Majalla"/>
          <w:szCs w:val="28"/>
        </w:rPr>
        <w:t>.</w:t>
      </w:r>
    </w:p>
    <w:p w14:paraId="0ED8788E" w14:textId="77777777" w:rsidR="000433A8" w:rsidRPr="000433A8" w:rsidRDefault="000433A8" w:rsidP="00634497">
      <w:pPr>
        <w:numPr>
          <w:ilvl w:val="0"/>
          <w:numId w:val="74"/>
        </w:numPr>
        <w:bidi/>
        <w:spacing w:line="360" w:lineRule="auto"/>
        <w:jc w:val="lowKashida"/>
        <w:rPr>
          <w:rFonts w:ascii="Sakkal Majalla" w:hAnsi="Sakkal Majalla" w:cs="Sakkal Majalla"/>
          <w:szCs w:val="28"/>
        </w:rPr>
      </w:pPr>
      <w:r w:rsidRPr="000433A8">
        <w:rPr>
          <w:rFonts w:ascii="Sakkal Majalla" w:hAnsi="Sakkal Majalla" w:cs="Sakkal Majalla"/>
          <w:b/>
          <w:bCs/>
          <w:szCs w:val="28"/>
          <w:rtl/>
        </w:rPr>
        <w:t>استدامة الابتكار</w:t>
      </w:r>
      <w:r w:rsidRPr="000433A8">
        <w:rPr>
          <w:rFonts w:ascii="Sakkal Majalla" w:hAnsi="Sakkal Majalla" w:cs="Sakkal Majalla"/>
          <w:b/>
          <w:bCs/>
          <w:szCs w:val="28"/>
        </w:rPr>
        <w:t>:</w:t>
      </w:r>
      <w:r w:rsidRPr="000433A8">
        <w:rPr>
          <w:rFonts w:ascii="Sakkal Majalla" w:hAnsi="Sakkal Majalla" w:cs="Sakkal Majalla"/>
          <w:szCs w:val="28"/>
        </w:rPr>
        <w:t xml:space="preserve"> </w:t>
      </w:r>
      <w:r w:rsidRPr="000433A8">
        <w:rPr>
          <w:rFonts w:ascii="Sakkal Majalla" w:hAnsi="Sakkal Majalla" w:cs="Sakkal Majalla"/>
          <w:szCs w:val="28"/>
          <w:rtl/>
        </w:rPr>
        <w:t>النتيجة المستهدفة للنموذج، وتعبر عن قدرة الجهة الحكومية على المحافظة على الابتكارات وتطويرها بعد انتهاء الدعم الخارجي، من خلال دمجها في السياسات والهياكل والعمليات المؤسسية</w:t>
      </w:r>
      <w:r w:rsidRPr="000433A8">
        <w:rPr>
          <w:rFonts w:ascii="Sakkal Majalla" w:hAnsi="Sakkal Majalla" w:cs="Sakkal Majalla"/>
          <w:szCs w:val="28"/>
        </w:rPr>
        <w:t>.</w:t>
      </w:r>
    </w:p>
    <w:p w14:paraId="21959E27" w14:textId="77777777" w:rsidR="000433A8" w:rsidRPr="000433A8" w:rsidRDefault="000433A8" w:rsidP="00634497">
      <w:pPr>
        <w:bidi/>
        <w:spacing w:line="360" w:lineRule="auto"/>
        <w:jc w:val="lowKashida"/>
        <w:rPr>
          <w:rFonts w:ascii="Sakkal Majalla" w:hAnsi="Sakkal Majalla" w:cs="Sakkal Majalla"/>
          <w:szCs w:val="28"/>
        </w:rPr>
      </w:pPr>
      <w:r w:rsidRPr="000433A8">
        <w:rPr>
          <w:rFonts w:ascii="Sakkal Majalla" w:hAnsi="Sakkal Majalla" w:cs="Sakkal Majalla"/>
          <w:szCs w:val="28"/>
          <w:rtl/>
        </w:rPr>
        <w:t xml:space="preserve">كما ستتناول المناقشة </w:t>
      </w:r>
      <w:r w:rsidRPr="000433A8">
        <w:rPr>
          <w:rFonts w:ascii="Sakkal Majalla" w:hAnsi="Sakkal Majalla" w:cs="Sakkal Majalla"/>
          <w:b/>
          <w:bCs/>
          <w:szCs w:val="28"/>
          <w:rtl/>
        </w:rPr>
        <w:t>مستوى التكامل وجودة العلاقة التعاقدية</w:t>
      </w:r>
      <w:r w:rsidRPr="000433A8">
        <w:rPr>
          <w:rFonts w:ascii="Sakkal Majalla" w:hAnsi="Sakkal Majalla" w:cs="Sakkal Majalla"/>
          <w:szCs w:val="28"/>
          <w:rtl/>
        </w:rPr>
        <w:t xml:space="preserve"> بين الجهات الحكومية والشركات الاستشارية، و</w:t>
      </w:r>
      <w:r w:rsidRPr="000433A8">
        <w:rPr>
          <w:rFonts w:ascii="Sakkal Majalla" w:hAnsi="Sakkal Majalla" w:cs="Sakkal Majalla"/>
          <w:b/>
          <w:bCs/>
          <w:szCs w:val="28"/>
          <w:rtl/>
        </w:rPr>
        <w:t>آليات الاستدامة المؤسسية</w:t>
      </w:r>
      <w:r w:rsidRPr="000433A8">
        <w:rPr>
          <w:rFonts w:ascii="Sakkal Majalla" w:hAnsi="Sakkal Majalla" w:cs="Sakkal Majalla"/>
          <w:szCs w:val="28"/>
          <w:rtl/>
        </w:rPr>
        <w:t xml:space="preserve"> كعوامل داعمة ومساندة، لتوضيح كيفية تفاعل جميع هذه العناصر معاً في السياق السعودي، وما يجعل النتائج ذات أهمية خاصة لتطوير السياسات والممارسات الإدارية</w:t>
      </w:r>
      <w:r w:rsidRPr="000433A8">
        <w:rPr>
          <w:rFonts w:ascii="Sakkal Majalla" w:hAnsi="Sakkal Majalla" w:cs="Sakkal Majalla"/>
          <w:szCs w:val="28"/>
        </w:rPr>
        <w:t>.</w:t>
      </w:r>
    </w:p>
    <w:p w14:paraId="374BF8EC" w14:textId="0363EFBD" w:rsidR="000433A8" w:rsidRPr="000433A8" w:rsidRDefault="000433A8" w:rsidP="00634497">
      <w:pPr>
        <w:bidi/>
        <w:spacing w:line="360" w:lineRule="auto"/>
        <w:jc w:val="lowKashida"/>
        <w:rPr>
          <w:rFonts w:ascii="Sakkal Majalla" w:hAnsi="Sakkal Majalla" w:cs="Sakkal Majalla"/>
          <w:szCs w:val="28"/>
        </w:rPr>
      </w:pPr>
      <w:r w:rsidRPr="000433A8">
        <w:rPr>
          <w:rFonts w:ascii="Sakkal Majalla" w:hAnsi="Sakkal Majalla" w:cs="Sakkal Majalla"/>
          <w:szCs w:val="28"/>
          <w:rtl/>
        </w:rPr>
        <w:lastRenderedPageBreak/>
        <w:t xml:space="preserve">وينتهي الفصل بعرض </w:t>
      </w:r>
      <w:r w:rsidRPr="000433A8">
        <w:rPr>
          <w:rFonts w:ascii="Sakkal Majalla" w:hAnsi="Sakkal Majalla" w:cs="Sakkal Majalla"/>
          <w:b/>
          <w:bCs/>
          <w:szCs w:val="28"/>
          <w:rtl/>
        </w:rPr>
        <w:t>النموذج العملي التكاملي المقترح</w:t>
      </w:r>
      <w:r w:rsidRPr="000433A8">
        <w:rPr>
          <w:rFonts w:ascii="Sakkal Majalla" w:hAnsi="Sakkal Majalla" w:cs="Sakkal Majalla"/>
          <w:szCs w:val="28"/>
          <w:rtl/>
        </w:rPr>
        <w:t xml:space="preserve"> و</w:t>
      </w:r>
      <w:r w:rsidRPr="000433A8">
        <w:rPr>
          <w:rFonts w:ascii="Sakkal Majalla" w:hAnsi="Sakkal Majalla" w:cs="Sakkal Majalla"/>
          <w:b/>
          <w:bCs/>
          <w:szCs w:val="28"/>
          <w:rtl/>
        </w:rPr>
        <w:t>الدليل الإجرائي</w:t>
      </w:r>
      <w:r w:rsidRPr="000433A8">
        <w:rPr>
          <w:rFonts w:ascii="Sakkal Majalla" w:hAnsi="Sakkal Majalla" w:cs="Sakkal Majalla"/>
          <w:szCs w:val="28"/>
          <w:rtl/>
        </w:rPr>
        <w:t>، متبوعاً بمجموعة من التوصيات العملية الموجهة للجهات الحكومية، والشركات الاستشارية، وصانعي السياسات، بالإضافة إلى تحديد حدود الدراسة واقتراح مسارات بحثية مستقبلية</w:t>
      </w:r>
      <w:r w:rsidRPr="000433A8">
        <w:rPr>
          <w:rFonts w:ascii="Sakkal Majalla" w:hAnsi="Sakkal Majalla" w:cs="Sakkal Majalla"/>
          <w:szCs w:val="28"/>
        </w:rPr>
        <w:t>.</w:t>
      </w:r>
    </w:p>
    <w:p w14:paraId="4025C111" w14:textId="3D1FA46B" w:rsidR="00AD6905" w:rsidRPr="00AD6905" w:rsidRDefault="00AD6905" w:rsidP="00634497">
      <w:pPr>
        <w:bidi/>
        <w:spacing w:line="360" w:lineRule="auto"/>
        <w:jc w:val="lowKashida"/>
        <w:rPr>
          <w:rFonts w:ascii="Sakkal Majalla" w:hAnsi="Sakkal Majalla" w:cs="Sakkal Majalla"/>
          <w:b/>
          <w:bCs/>
          <w:sz w:val="40"/>
          <w:szCs w:val="32"/>
          <w:rtl/>
        </w:rPr>
      </w:pPr>
      <w:r w:rsidRPr="00AD6905">
        <w:rPr>
          <w:rFonts w:ascii="Sakkal Majalla" w:hAnsi="Sakkal Majalla" w:cs="Sakkal Majalla" w:hint="cs"/>
          <w:b/>
          <w:bCs/>
          <w:sz w:val="40"/>
          <w:szCs w:val="32"/>
          <w:rtl/>
        </w:rPr>
        <w:t>5.2 الربط مع الدراسات السابقة</w:t>
      </w:r>
    </w:p>
    <w:p w14:paraId="4BA085AE" w14:textId="68217145" w:rsidR="00AD6905" w:rsidRPr="00AD6905" w:rsidRDefault="00AD6905" w:rsidP="00634497">
      <w:pPr>
        <w:bidi/>
        <w:spacing w:line="360" w:lineRule="auto"/>
        <w:jc w:val="lowKashida"/>
        <w:rPr>
          <w:rFonts w:ascii="Sakkal Majalla" w:hAnsi="Sakkal Majalla" w:cs="Sakkal Majalla"/>
          <w:sz w:val="36"/>
          <w:szCs w:val="28"/>
          <w:rtl/>
        </w:rPr>
      </w:pPr>
      <w:r w:rsidRPr="00AD6905">
        <w:rPr>
          <w:rFonts w:ascii="Sakkal Majalla" w:hAnsi="Sakkal Majalla" w:cs="Sakkal Majalla" w:hint="cs"/>
          <w:sz w:val="36"/>
          <w:szCs w:val="28"/>
          <w:rtl/>
        </w:rPr>
        <w:t>تُعد</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مقارنة</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نتائج</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هذه</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الدراسة</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مع</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ما</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ورد</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في</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الأدبيات</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السابقة</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خطوة</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أساسية</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لفهم</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موقعها</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ضمن</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المسار</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البحثي</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القائم،</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وتحديد</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ما</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إذا</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كانت</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تعزز</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ما</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تم</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التوصل</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إليه</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سابقاً</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أو</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تقدم</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إسهامات</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جديدة</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وفي</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سياق</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الابتكار</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في</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القطاع</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الحكومي،</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برزت</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مجموعة</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من</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الأطر</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النظرية</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والنماذج</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التطبيقية</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التي</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تناولت</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دور</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العوامل</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الداخلية،</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والشركات</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الاستشارية،</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وآليات</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التكامل</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في</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تحقيق</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استدامة</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الابتكار</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بالاستناد</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إلى</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المراجع</w:t>
      </w:r>
      <w:r w:rsidRPr="00AD6905">
        <w:rPr>
          <w:rFonts w:ascii="Sakkal Majalla" w:hAnsi="Sakkal Majalla" w:cs="Sakkal Majalla"/>
          <w:sz w:val="36"/>
          <w:szCs w:val="28"/>
          <w:rtl/>
        </w:rPr>
        <w:t xml:space="preserve"> </w:t>
      </w:r>
      <w:r>
        <w:rPr>
          <w:rFonts w:ascii="Sakkal Majalla" w:hAnsi="Sakkal Majalla" w:cs="Sakkal Majalla" w:hint="cs"/>
          <w:sz w:val="36"/>
          <w:szCs w:val="28"/>
          <w:rtl/>
        </w:rPr>
        <w:t>المذكورة في هذا البحث و</w:t>
      </w:r>
      <w:r w:rsidRPr="00AD6905">
        <w:rPr>
          <w:rFonts w:ascii="Sakkal Majalla" w:hAnsi="Sakkal Majalla" w:cs="Sakkal Majalla" w:hint="cs"/>
          <w:sz w:val="36"/>
          <w:szCs w:val="28"/>
          <w:rtl/>
        </w:rPr>
        <w:t>التي</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تناولت</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هذه</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المحاو</w:t>
      </w:r>
      <w:r>
        <w:rPr>
          <w:rFonts w:ascii="Sakkal Majalla" w:hAnsi="Sakkal Majalla" w:cs="Sakkal Majalla" w:hint="cs"/>
          <w:sz w:val="36"/>
          <w:szCs w:val="28"/>
          <w:rtl/>
        </w:rPr>
        <w:t>ر</w:t>
      </w:r>
      <w:r w:rsidRPr="00AD6905">
        <w:rPr>
          <w:rFonts w:ascii="Sakkal Majalla" w:hAnsi="Sakkal Majalla" w:cs="Sakkal Majalla"/>
          <w:sz w:val="36"/>
          <w:szCs w:val="28"/>
          <w:rtl/>
        </w:rPr>
        <w:t xml:space="preserve"> </w:t>
      </w:r>
      <w:r w:rsidRPr="00AD6905">
        <w:rPr>
          <w:rFonts w:ascii="Sakkal Majalla" w:hAnsi="Sakkal Majalla" w:cs="Sakkal Majalla" w:hint="cs"/>
          <w:sz w:val="36"/>
          <w:szCs w:val="28"/>
          <w:rtl/>
        </w:rPr>
        <w:t>يمكن</w:t>
      </w:r>
      <w:r w:rsidRPr="00AD6905">
        <w:rPr>
          <w:rFonts w:ascii="Sakkal Majalla" w:hAnsi="Sakkal Majalla" w:cs="Sakkal Majalla"/>
          <w:sz w:val="36"/>
          <w:szCs w:val="28"/>
          <w:rtl/>
        </w:rPr>
        <w:t xml:space="preserve"> </w:t>
      </w:r>
      <w:r w:rsidR="00DB0CB8">
        <w:rPr>
          <w:rFonts w:ascii="Sakkal Majalla" w:hAnsi="Sakkal Majalla" w:cs="Sakkal Majalla" w:hint="cs"/>
          <w:sz w:val="36"/>
          <w:szCs w:val="28"/>
          <w:rtl/>
        </w:rPr>
        <w:t xml:space="preserve">ما </w:t>
      </w:r>
      <w:r w:rsidRPr="00AD6905">
        <w:rPr>
          <w:rFonts w:ascii="Sakkal Majalla" w:hAnsi="Sakkal Majalla" w:cs="Sakkal Majalla" w:hint="cs"/>
          <w:sz w:val="36"/>
          <w:szCs w:val="28"/>
          <w:rtl/>
        </w:rPr>
        <w:t>يلي</w:t>
      </w:r>
      <w:r w:rsidRPr="00AD6905">
        <w:rPr>
          <w:rFonts w:ascii="Sakkal Majalla" w:hAnsi="Sakkal Majalla" w:cs="Sakkal Majalla"/>
          <w:sz w:val="36"/>
          <w:szCs w:val="28"/>
        </w:rPr>
        <w:t>:</w:t>
      </w:r>
    </w:p>
    <w:p w14:paraId="38A18FE1" w14:textId="77777777" w:rsidR="000433A8" w:rsidRPr="000433A8" w:rsidRDefault="000433A8" w:rsidP="00634497">
      <w:pPr>
        <w:bidi/>
        <w:spacing w:line="360" w:lineRule="auto"/>
        <w:jc w:val="lowKashida"/>
        <w:rPr>
          <w:rFonts w:ascii="Sakkal Majalla" w:hAnsi="Sakkal Majalla" w:cs="Sakkal Majalla"/>
          <w:b/>
          <w:bCs/>
          <w:sz w:val="36"/>
          <w:szCs w:val="28"/>
        </w:rPr>
      </w:pPr>
      <w:r w:rsidRPr="000433A8">
        <w:rPr>
          <w:rFonts w:ascii="Sakkal Majalla" w:hAnsi="Sakkal Majalla" w:cs="Sakkal Majalla"/>
          <w:b/>
          <w:bCs/>
          <w:sz w:val="36"/>
          <w:szCs w:val="28"/>
          <w:rtl/>
        </w:rPr>
        <w:t>أولاً: أوجه الاتفاق مع الدراسات السابقة</w:t>
      </w:r>
    </w:p>
    <w:p w14:paraId="5122C8E8" w14:textId="0854A961" w:rsidR="000433A8" w:rsidRPr="000433A8" w:rsidRDefault="00782A7E" w:rsidP="00634497">
      <w:pPr>
        <w:bidi/>
        <w:spacing w:line="360" w:lineRule="auto"/>
        <w:jc w:val="lowKashida"/>
        <w:rPr>
          <w:rFonts w:ascii="Sakkal Majalla" w:hAnsi="Sakkal Majalla" w:cs="Sakkal Majalla"/>
          <w:szCs w:val="28"/>
        </w:rPr>
      </w:pPr>
      <w:r w:rsidRPr="00782A7E">
        <w:rPr>
          <w:rFonts w:ascii="Sakkal Majalla" w:hAnsi="Sakkal Majalla" w:cs="Sakkal Majalla"/>
          <w:szCs w:val="28"/>
          <w:rtl/>
        </w:rPr>
        <w:t>تتفق نتائج هذه الدراسة مع ما أشارَت إليه العديد من الدراسات السابقة في أن القيادة الداعمة والثقافة التنظيمية المنفتحة وتوافر الموارد تمثل ركائز أساسية لتعزيز الابتكار في الجهات الحكومية. كما تتوافق النتائج مع ما أوضحته الأدبيات حول الدور المحوري للشركات الاستشارية في نقل المعرفة وبناء القدرات والتيسير التشاركي، وأهمية إدماج آليات مؤسسية واضحة لضمان استمرار الممارسات الابتكارية بعد انتهاء المشاريع أو العقود الاستشارية</w:t>
      </w:r>
      <w:r w:rsidRPr="00782A7E">
        <w:rPr>
          <w:rFonts w:ascii="Sakkal Majalla" w:hAnsi="Sakkal Majalla" w:cs="Sakkal Majalla"/>
          <w:szCs w:val="28"/>
        </w:rPr>
        <w:t>.</w:t>
      </w:r>
      <w:r>
        <w:rPr>
          <w:rFonts w:ascii="Sakkal Majalla" w:hAnsi="Sakkal Majalla" w:cs="Sakkal Majalla" w:hint="cs"/>
          <w:szCs w:val="28"/>
          <w:rtl/>
        </w:rPr>
        <w:t xml:space="preserve"> حيث </w:t>
      </w:r>
      <w:r w:rsidR="000433A8" w:rsidRPr="000433A8">
        <w:rPr>
          <w:rFonts w:ascii="Sakkal Majalla" w:hAnsi="Sakkal Majalla" w:cs="Sakkal Majalla"/>
          <w:szCs w:val="28"/>
          <w:rtl/>
        </w:rPr>
        <w:t xml:space="preserve">أكدت النتائج، بما يتوافق مع </w:t>
      </w:r>
      <w:proofErr w:type="spellStart"/>
      <w:r w:rsidR="000433A8" w:rsidRPr="000433A8">
        <w:rPr>
          <w:rFonts w:ascii="Sakkal Majalla" w:hAnsi="Sakkal Majalla" w:cs="Sakkal Majalla"/>
          <w:szCs w:val="28"/>
        </w:rPr>
        <w:t>Mintrom</w:t>
      </w:r>
      <w:proofErr w:type="spellEnd"/>
      <w:r w:rsidR="000433A8" w:rsidRPr="000433A8">
        <w:rPr>
          <w:rFonts w:ascii="Sakkal Majalla" w:hAnsi="Sakkal Majalla" w:cs="Sakkal Majalla"/>
          <w:szCs w:val="28"/>
        </w:rPr>
        <w:t xml:space="preserve"> &amp; </w:t>
      </w:r>
      <w:proofErr w:type="spellStart"/>
      <w:r w:rsidR="000433A8" w:rsidRPr="000433A8">
        <w:rPr>
          <w:rFonts w:ascii="Sakkal Majalla" w:hAnsi="Sakkal Majalla" w:cs="Sakkal Majalla"/>
          <w:szCs w:val="28"/>
        </w:rPr>
        <w:t>Luetjens</w:t>
      </w:r>
      <w:proofErr w:type="spellEnd"/>
      <w:r w:rsidR="000433A8" w:rsidRPr="000433A8">
        <w:rPr>
          <w:rFonts w:ascii="Sakkal Majalla" w:hAnsi="Sakkal Majalla" w:cs="Sakkal Majalla"/>
          <w:szCs w:val="28"/>
        </w:rPr>
        <w:t xml:space="preserve"> (2018) </w:t>
      </w:r>
      <w:r w:rsidR="000433A8" w:rsidRPr="000433A8">
        <w:rPr>
          <w:rFonts w:ascii="Sakkal Majalla" w:hAnsi="Sakkal Majalla" w:cs="Sakkal Majalla"/>
          <w:szCs w:val="28"/>
          <w:rtl/>
        </w:rPr>
        <w:t>و</w:t>
      </w:r>
      <w:r w:rsidR="000433A8" w:rsidRPr="000433A8">
        <w:rPr>
          <w:rFonts w:ascii="Sakkal Majalla" w:hAnsi="Sakkal Majalla" w:cs="Sakkal Majalla"/>
          <w:szCs w:val="28"/>
        </w:rPr>
        <w:t>Walker (2014)</w:t>
      </w:r>
      <w:r w:rsidR="000433A8" w:rsidRPr="000433A8">
        <w:rPr>
          <w:rFonts w:ascii="Sakkal Majalla" w:hAnsi="Sakkal Majalla" w:cs="Sakkal Majalla"/>
          <w:szCs w:val="28"/>
          <w:rtl/>
        </w:rPr>
        <w:t>، أن القيادة الداعمة، والهياكل التنظيمية المرنة، وتوفر الموارد البشرية والمالية المؤهلة، وثقافة الابتكار، تمثل ركائز أساسية لنجاح الابتكار المؤسسي</w:t>
      </w:r>
      <w:r w:rsidR="000433A8" w:rsidRPr="000433A8">
        <w:rPr>
          <w:rFonts w:ascii="Sakkal Majalla" w:hAnsi="Sakkal Majalla" w:cs="Sakkal Majalla"/>
          <w:szCs w:val="28"/>
        </w:rPr>
        <w:t>.</w:t>
      </w:r>
    </w:p>
    <w:p w14:paraId="3E823F3A" w14:textId="564F3E12" w:rsidR="000433A8" w:rsidRPr="000433A8" w:rsidRDefault="00782A7E" w:rsidP="00634497">
      <w:pPr>
        <w:bidi/>
        <w:spacing w:line="360" w:lineRule="auto"/>
        <w:jc w:val="lowKashida"/>
        <w:rPr>
          <w:rFonts w:ascii="Sakkal Majalla" w:hAnsi="Sakkal Majalla" w:cs="Sakkal Majalla"/>
          <w:szCs w:val="28"/>
        </w:rPr>
      </w:pPr>
      <w:r>
        <w:rPr>
          <w:rFonts w:ascii="Sakkal Majalla" w:hAnsi="Sakkal Majalla" w:cs="Sakkal Majalla" w:hint="cs"/>
          <w:szCs w:val="28"/>
          <w:rtl/>
        </w:rPr>
        <w:t>و</w:t>
      </w:r>
      <w:r w:rsidR="000433A8" w:rsidRPr="000433A8">
        <w:rPr>
          <w:rFonts w:ascii="Sakkal Majalla" w:hAnsi="Sakkal Majalla" w:cs="Sakkal Majalla"/>
          <w:szCs w:val="28"/>
          <w:rtl/>
        </w:rPr>
        <w:t xml:space="preserve">انسجمت مع ما توصل إليه </w:t>
      </w:r>
      <w:r w:rsidR="000433A8" w:rsidRPr="000433A8">
        <w:rPr>
          <w:rFonts w:ascii="Sakkal Majalla" w:hAnsi="Sakkal Majalla" w:cs="Sakkal Majalla"/>
          <w:szCs w:val="28"/>
        </w:rPr>
        <w:t xml:space="preserve">De Vries et al. (2016) </w:t>
      </w:r>
      <w:r w:rsidR="000433A8" w:rsidRPr="000433A8">
        <w:rPr>
          <w:rFonts w:ascii="Sakkal Majalla" w:hAnsi="Sakkal Majalla" w:cs="Sakkal Majalla"/>
          <w:szCs w:val="28"/>
          <w:rtl/>
        </w:rPr>
        <w:t>و</w:t>
      </w:r>
      <w:r w:rsidR="000433A8" w:rsidRPr="000433A8">
        <w:rPr>
          <w:rFonts w:ascii="Sakkal Majalla" w:hAnsi="Sakkal Majalla" w:cs="Sakkal Majalla"/>
          <w:szCs w:val="28"/>
        </w:rPr>
        <w:t xml:space="preserve">Cinar et al. (2018) </w:t>
      </w:r>
      <w:r w:rsidR="000433A8" w:rsidRPr="000433A8">
        <w:rPr>
          <w:rFonts w:ascii="Sakkal Majalla" w:hAnsi="Sakkal Majalla" w:cs="Sakkal Majalla"/>
          <w:szCs w:val="28"/>
          <w:rtl/>
        </w:rPr>
        <w:t>بأن العوامل الداخلية تشكل بيئة حاضنة لتبني الأفكار الجديدة وتجريبها، وتسهم في تعزيز الاستعداد المؤسسي للتغيير</w:t>
      </w:r>
      <w:r w:rsidR="000433A8" w:rsidRPr="000433A8">
        <w:rPr>
          <w:rFonts w:ascii="Sakkal Majalla" w:hAnsi="Sakkal Majalla" w:cs="Sakkal Majalla"/>
          <w:szCs w:val="28"/>
        </w:rPr>
        <w:t>.</w:t>
      </w:r>
    </w:p>
    <w:p w14:paraId="65A0FF8D" w14:textId="13F2084D" w:rsidR="000433A8" w:rsidRPr="000433A8" w:rsidRDefault="00782A7E" w:rsidP="00634497">
      <w:pPr>
        <w:bidi/>
        <w:spacing w:line="360" w:lineRule="auto"/>
        <w:jc w:val="lowKashida"/>
        <w:rPr>
          <w:rFonts w:ascii="Sakkal Majalla" w:hAnsi="Sakkal Majalla" w:cs="Sakkal Majalla"/>
          <w:szCs w:val="28"/>
        </w:rPr>
      </w:pPr>
      <w:r>
        <w:rPr>
          <w:rFonts w:ascii="Sakkal Majalla" w:hAnsi="Sakkal Majalla" w:cs="Sakkal Majalla" w:hint="cs"/>
          <w:szCs w:val="28"/>
          <w:rtl/>
        </w:rPr>
        <w:lastRenderedPageBreak/>
        <w:t>كما نرى أن</w:t>
      </w:r>
      <w:r w:rsidR="000433A8" w:rsidRPr="000433A8">
        <w:rPr>
          <w:rFonts w:ascii="Sakkal Majalla" w:hAnsi="Sakkal Majalla" w:cs="Sakkal Majalla"/>
          <w:szCs w:val="28"/>
          <w:rtl/>
        </w:rPr>
        <w:t xml:space="preserve"> النتائج</w:t>
      </w:r>
      <w:r>
        <w:rPr>
          <w:rFonts w:ascii="Sakkal Majalla" w:hAnsi="Sakkal Majalla" w:cs="Sakkal Majalla" w:hint="cs"/>
          <w:szCs w:val="28"/>
          <w:rtl/>
        </w:rPr>
        <w:t xml:space="preserve"> دعمت</w:t>
      </w:r>
      <w:r w:rsidR="000433A8" w:rsidRPr="000433A8">
        <w:rPr>
          <w:rFonts w:ascii="Sakkal Majalla" w:hAnsi="Sakkal Majalla" w:cs="Sakkal Majalla"/>
          <w:szCs w:val="28"/>
          <w:rtl/>
        </w:rPr>
        <w:t xml:space="preserve"> ما طرحه </w:t>
      </w:r>
      <w:r w:rsidR="000433A8" w:rsidRPr="000433A8">
        <w:rPr>
          <w:rFonts w:ascii="Sakkal Majalla" w:hAnsi="Sakkal Majalla" w:cs="Sakkal Majalla"/>
          <w:szCs w:val="28"/>
        </w:rPr>
        <w:t xml:space="preserve">Sørensen &amp; Torfing (2018) </w:t>
      </w:r>
      <w:r w:rsidR="000433A8" w:rsidRPr="000433A8">
        <w:rPr>
          <w:rFonts w:ascii="Sakkal Majalla" w:hAnsi="Sakkal Majalla" w:cs="Sakkal Majalla"/>
          <w:szCs w:val="28"/>
          <w:rtl/>
        </w:rPr>
        <w:t>و</w:t>
      </w:r>
      <w:r w:rsidR="000433A8" w:rsidRPr="000433A8">
        <w:rPr>
          <w:rFonts w:ascii="Sakkal Majalla" w:hAnsi="Sakkal Majalla" w:cs="Sakkal Majalla"/>
          <w:szCs w:val="28"/>
        </w:rPr>
        <w:t xml:space="preserve">Smith &amp; Jones (2024) </w:t>
      </w:r>
      <w:r w:rsidR="000433A8" w:rsidRPr="000433A8">
        <w:rPr>
          <w:rFonts w:ascii="Sakkal Majalla" w:hAnsi="Sakkal Majalla" w:cs="Sakkal Majalla"/>
          <w:szCs w:val="28"/>
          <w:rtl/>
        </w:rPr>
        <w:t>حول دور الشركات الاستشارية كوسطاء لنقل المعرفة وبناء القدرات، وأهمية المنهجيات التشاركية في تمكين الجهات الحكومي</w:t>
      </w:r>
      <w:r>
        <w:rPr>
          <w:rFonts w:ascii="Sakkal Majalla" w:hAnsi="Sakkal Majalla" w:cs="Sakkal Majalla" w:hint="cs"/>
          <w:szCs w:val="28"/>
          <w:rtl/>
        </w:rPr>
        <w:t>ة و</w:t>
      </w:r>
      <w:r w:rsidR="000433A8" w:rsidRPr="000433A8">
        <w:rPr>
          <w:rFonts w:ascii="Sakkal Majalla" w:hAnsi="Sakkal Majalla" w:cs="Sakkal Majalla"/>
          <w:szCs w:val="28"/>
          <w:rtl/>
        </w:rPr>
        <w:t xml:space="preserve">أكدت ما أورده </w:t>
      </w:r>
      <w:r w:rsidR="000433A8" w:rsidRPr="000433A8">
        <w:rPr>
          <w:rFonts w:ascii="Sakkal Majalla" w:hAnsi="Sakkal Majalla" w:cs="Sakkal Majalla"/>
          <w:szCs w:val="28"/>
        </w:rPr>
        <w:t xml:space="preserve">Molin &amp; Kristiansen (2022) </w:t>
      </w:r>
      <w:r w:rsidR="000433A8" w:rsidRPr="000433A8">
        <w:rPr>
          <w:rFonts w:ascii="Sakkal Majalla" w:hAnsi="Sakkal Majalla" w:cs="Sakkal Majalla"/>
          <w:szCs w:val="28"/>
          <w:rtl/>
        </w:rPr>
        <w:t>أن بناء القدرات المؤسسية يعد من أهم مخرجات التدخل الاستشاري الناجح، ويشكل عاملاً مؤثراً في استدامة الابتكار</w:t>
      </w:r>
      <w:r w:rsidR="000433A8" w:rsidRPr="000433A8">
        <w:rPr>
          <w:rFonts w:ascii="Sakkal Majalla" w:hAnsi="Sakkal Majalla" w:cs="Sakkal Majalla"/>
          <w:szCs w:val="28"/>
        </w:rPr>
        <w:t>.</w:t>
      </w:r>
    </w:p>
    <w:p w14:paraId="062B0337" w14:textId="0058DAFF" w:rsidR="000433A8" w:rsidRPr="000433A8" w:rsidRDefault="00782A7E" w:rsidP="00634497">
      <w:pPr>
        <w:bidi/>
        <w:spacing w:line="360" w:lineRule="auto"/>
        <w:jc w:val="lowKashida"/>
        <w:rPr>
          <w:rFonts w:ascii="Sakkal Majalla" w:hAnsi="Sakkal Majalla" w:cs="Sakkal Majalla"/>
          <w:b/>
          <w:bCs/>
          <w:szCs w:val="28"/>
        </w:rPr>
      </w:pPr>
      <w:r>
        <w:rPr>
          <w:rFonts w:ascii="Sakkal Majalla" w:hAnsi="Sakkal Majalla" w:cs="Sakkal Majalla" w:hint="cs"/>
          <w:b/>
          <w:bCs/>
          <w:szCs w:val="28"/>
          <w:rtl/>
        </w:rPr>
        <w:t>و</w:t>
      </w:r>
      <w:r w:rsidR="000433A8" w:rsidRPr="000433A8">
        <w:rPr>
          <w:rFonts w:ascii="Sakkal Majalla" w:hAnsi="Sakkal Majalla" w:cs="Sakkal Majalla"/>
          <w:szCs w:val="28"/>
          <w:rtl/>
        </w:rPr>
        <w:t xml:space="preserve">انسجمت النتائج مع ما ورد في </w:t>
      </w:r>
      <w:r w:rsidR="000433A8" w:rsidRPr="000433A8">
        <w:rPr>
          <w:rFonts w:ascii="Sakkal Majalla" w:hAnsi="Sakkal Majalla" w:cs="Sakkal Majalla"/>
          <w:szCs w:val="28"/>
        </w:rPr>
        <w:t xml:space="preserve">Peterka et al. (2020) </w:t>
      </w:r>
      <w:r w:rsidR="000433A8" w:rsidRPr="000433A8">
        <w:rPr>
          <w:rFonts w:ascii="Sakkal Majalla" w:hAnsi="Sakkal Majalla" w:cs="Sakkal Majalla"/>
          <w:szCs w:val="28"/>
          <w:rtl/>
        </w:rPr>
        <w:t>و</w:t>
      </w:r>
      <w:proofErr w:type="spellStart"/>
      <w:r w:rsidR="000433A8" w:rsidRPr="000433A8">
        <w:rPr>
          <w:rFonts w:ascii="Sakkal Majalla" w:hAnsi="Sakkal Majalla" w:cs="Sakkal Majalla"/>
          <w:szCs w:val="28"/>
        </w:rPr>
        <w:t>Rolfstam</w:t>
      </w:r>
      <w:proofErr w:type="spellEnd"/>
      <w:r w:rsidR="000433A8" w:rsidRPr="000433A8">
        <w:rPr>
          <w:rFonts w:ascii="Sakkal Majalla" w:hAnsi="Sakkal Majalla" w:cs="Sakkal Majalla"/>
          <w:szCs w:val="28"/>
        </w:rPr>
        <w:t xml:space="preserve"> (2021) </w:t>
      </w:r>
      <w:r w:rsidR="000433A8" w:rsidRPr="000433A8">
        <w:rPr>
          <w:rFonts w:ascii="Sakkal Majalla" w:hAnsi="Sakkal Majalla" w:cs="Sakkal Majalla"/>
          <w:szCs w:val="28"/>
          <w:rtl/>
        </w:rPr>
        <w:t xml:space="preserve">بأن القدرة الامتصاصية – المتمثلة في استيعاب المعرفة الجديدة وتكييفها وتطبيقها – عنصر حاسم في تحويل الدعم الخارجي إلى ممارسات ابتكارية </w:t>
      </w:r>
      <w:proofErr w:type="gramStart"/>
      <w:r w:rsidR="000433A8" w:rsidRPr="000433A8">
        <w:rPr>
          <w:rFonts w:ascii="Sakkal Majalla" w:hAnsi="Sakkal Majalla" w:cs="Sakkal Majalla"/>
          <w:szCs w:val="28"/>
          <w:rtl/>
        </w:rPr>
        <w:t>مستدامة</w:t>
      </w:r>
      <w:r w:rsidR="000433A8" w:rsidRPr="000433A8">
        <w:rPr>
          <w:rFonts w:ascii="Sakkal Majalla" w:hAnsi="Sakkal Majalla" w:cs="Sakkal Majalla"/>
          <w:szCs w:val="28"/>
        </w:rPr>
        <w:t>.</w:t>
      </w:r>
      <w:r>
        <w:rPr>
          <w:rFonts w:ascii="Sakkal Majalla" w:hAnsi="Sakkal Majalla" w:cs="Sakkal Majalla" w:hint="cs"/>
          <w:b/>
          <w:bCs/>
          <w:szCs w:val="28"/>
          <w:rtl/>
        </w:rPr>
        <w:t>و</w:t>
      </w:r>
      <w:r w:rsidR="000433A8" w:rsidRPr="000433A8">
        <w:rPr>
          <w:rFonts w:ascii="Sakkal Majalla" w:hAnsi="Sakkal Majalla" w:cs="Sakkal Majalla"/>
          <w:szCs w:val="28"/>
          <w:rtl/>
        </w:rPr>
        <w:t>أكدت</w:t>
      </w:r>
      <w:proofErr w:type="gramEnd"/>
      <w:r>
        <w:rPr>
          <w:rFonts w:ascii="Sakkal Majalla" w:hAnsi="Sakkal Majalla" w:cs="Sakkal Majalla" w:hint="cs"/>
          <w:szCs w:val="28"/>
          <w:rtl/>
        </w:rPr>
        <w:t xml:space="preserve"> الدراسة</w:t>
      </w:r>
      <w:r w:rsidR="000433A8" w:rsidRPr="000433A8">
        <w:rPr>
          <w:rFonts w:ascii="Sakkal Majalla" w:hAnsi="Sakkal Majalla" w:cs="Sakkal Majalla"/>
          <w:szCs w:val="28"/>
          <w:rtl/>
        </w:rPr>
        <w:t xml:space="preserve"> أن تطوير هذه القدرة يتطلب تفاعلًا متوازنًا بين العوامل الداخلية والدعم الخارجي، كما أشار </w:t>
      </w:r>
      <w:r w:rsidR="000433A8" w:rsidRPr="000433A8">
        <w:rPr>
          <w:rFonts w:ascii="Sakkal Majalla" w:hAnsi="Sakkal Majalla" w:cs="Sakkal Majalla"/>
          <w:szCs w:val="28"/>
        </w:rPr>
        <w:t>Bessant &amp; Tidd (2018).</w:t>
      </w:r>
    </w:p>
    <w:p w14:paraId="173B33A9" w14:textId="77777777" w:rsidR="00175A04" w:rsidRDefault="00175A04" w:rsidP="00634497">
      <w:pPr>
        <w:bidi/>
        <w:spacing w:line="360" w:lineRule="auto"/>
        <w:jc w:val="lowKashida"/>
        <w:rPr>
          <w:rFonts w:ascii="Sakkal Majalla" w:hAnsi="Sakkal Majalla" w:cs="Sakkal Majalla"/>
          <w:b/>
          <w:bCs/>
          <w:sz w:val="36"/>
          <w:szCs w:val="28"/>
          <w:rtl/>
        </w:rPr>
      </w:pPr>
      <w:r w:rsidRPr="00175A04">
        <w:rPr>
          <w:rFonts w:ascii="Sakkal Majalla" w:hAnsi="Sakkal Majalla" w:cs="Sakkal Majalla" w:hint="cs"/>
          <w:b/>
          <w:bCs/>
          <w:sz w:val="36"/>
          <w:szCs w:val="28"/>
          <w:rtl/>
        </w:rPr>
        <w:t>ثانياً</w:t>
      </w:r>
      <w:r w:rsidRPr="00175A04">
        <w:rPr>
          <w:rFonts w:ascii="Sakkal Majalla" w:hAnsi="Sakkal Majalla" w:cs="Sakkal Majalla"/>
          <w:b/>
          <w:bCs/>
          <w:sz w:val="36"/>
          <w:szCs w:val="28"/>
          <w:rtl/>
        </w:rPr>
        <w:t xml:space="preserve">: </w:t>
      </w:r>
      <w:r w:rsidRPr="00175A04">
        <w:rPr>
          <w:rFonts w:ascii="Sakkal Majalla" w:hAnsi="Sakkal Majalla" w:cs="Sakkal Majalla" w:hint="cs"/>
          <w:b/>
          <w:bCs/>
          <w:sz w:val="36"/>
          <w:szCs w:val="28"/>
          <w:rtl/>
        </w:rPr>
        <w:t>أوجه</w:t>
      </w:r>
      <w:r w:rsidRPr="00175A04">
        <w:rPr>
          <w:rFonts w:ascii="Sakkal Majalla" w:hAnsi="Sakkal Majalla" w:cs="Sakkal Majalla"/>
          <w:b/>
          <w:bCs/>
          <w:sz w:val="36"/>
          <w:szCs w:val="28"/>
          <w:rtl/>
        </w:rPr>
        <w:t xml:space="preserve"> </w:t>
      </w:r>
      <w:r w:rsidRPr="00175A04">
        <w:rPr>
          <w:rFonts w:ascii="Sakkal Majalla" w:hAnsi="Sakkal Majalla" w:cs="Sakkal Majalla" w:hint="cs"/>
          <w:b/>
          <w:bCs/>
          <w:sz w:val="36"/>
          <w:szCs w:val="28"/>
          <w:rtl/>
        </w:rPr>
        <w:t>الاختلاف</w:t>
      </w:r>
      <w:r w:rsidRPr="00175A04">
        <w:rPr>
          <w:rFonts w:ascii="Sakkal Majalla" w:hAnsi="Sakkal Majalla" w:cs="Sakkal Majalla"/>
          <w:b/>
          <w:bCs/>
          <w:sz w:val="36"/>
          <w:szCs w:val="28"/>
          <w:rtl/>
        </w:rPr>
        <w:t xml:space="preserve"> </w:t>
      </w:r>
      <w:r w:rsidRPr="00175A04">
        <w:rPr>
          <w:rFonts w:ascii="Sakkal Majalla" w:hAnsi="Sakkal Majalla" w:cs="Sakkal Majalla" w:hint="cs"/>
          <w:b/>
          <w:bCs/>
          <w:sz w:val="36"/>
          <w:szCs w:val="28"/>
          <w:rtl/>
        </w:rPr>
        <w:t>مع</w:t>
      </w:r>
      <w:r w:rsidRPr="00175A04">
        <w:rPr>
          <w:rFonts w:ascii="Sakkal Majalla" w:hAnsi="Sakkal Majalla" w:cs="Sakkal Majalla"/>
          <w:b/>
          <w:bCs/>
          <w:sz w:val="36"/>
          <w:szCs w:val="28"/>
          <w:rtl/>
        </w:rPr>
        <w:t xml:space="preserve"> </w:t>
      </w:r>
      <w:r w:rsidRPr="00175A04">
        <w:rPr>
          <w:rFonts w:ascii="Sakkal Majalla" w:hAnsi="Sakkal Majalla" w:cs="Sakkal Majalla" w:hint="cs"/>
          <w:b/>
          <w:bCs/>
          <w:sz w:val="36"/>
          <w:szCs w:val="28"/>
          <w:rtl/>
        </w:rPr>
        <w:t>الدراسات</w:t>
      </w:r>
      <w:r w:rsidRPr="00175A04">
        <w:rPr>
          <w:rFonts w:ascii="Sakkal Majalla" w:hAnsi="Sakkal Majalla" w:cs="Sakkal Majalla"/>
          <w:b/>
          <w:bCs/>
          <w:sz w:val="36"/>
          <w:szCs w:val="28"/>
          <w:rtl/>
        </w:rPr>
        <w:t xml:space="preserve"> </w:t>
      </w:r>
      <w:r w:rsidRPr="00175A04">
        <w:rPr>
          <w:rFonts w:ascii="Sakkal Majalla" w:hAnsi="Sakkal Majalla" w:cs="Sakkal Majalla" w:hint="cs"/>
          <w:b/>
          <w:bCs/>
          <w:sz w:val="36"/>
          <w:szCs w:val="28"/>
          <w:rtl/>
        </w:rPr>
        <w:t>السابقة</w:t>
      </w:r>
    </w:p>
    <w:p w14:paraId="4A92D8B3" w14:textId="77777777" w:rsidR="00782A7E" w:rsidRDefault="00782A7E" w:rsidP="00634497">
      <w:pPr>
        <w:bidi/>
        <w:spacing w:line="360" w:lineRule="auto"/>
        <w:jc w:val="lowKashida"/>
        <w:rPr>
          <w:rFonts w:ascii="Sakkal Majalla" w:hAnsi="Sakkal Majalla" w:cs="Sakkal Majalla"/>
          <w:sz w:val="36"/>
          <w:szCs w:val="28"/>
          <w:rtl/>
        </w:rPr>
      </w:pPr>
      <w:r w:rsidRPr="00782A7E">
        <w:rPr>
          <w:rFonts w:ascii="Sakkal Majalla" w:hAnsi="Sakkal Majalla" w:cs="Sakkal Majalla" w:hint="cs"/>
          <w:sz w:val="36"/>
          <w:szCs w:val="28"/>
          <w:rtl/>
        </w:rPr>
        <w:t>على</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الرغم</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من</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أوجه</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الاتفاق،</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إلا</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أن</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هذه</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الدراسة</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اختلفت</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عن</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بعض</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الدراسات</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السابقة</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في</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بروز</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القدرة</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الامتصاصية</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المعرفية</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كأحد</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أقوى</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المتغيرات</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المؤثرة</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على</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استدامة</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الابتكار،</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متقدمة</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على</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بعض</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العوامل</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التمكينية</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الداخلية</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عند</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إدراجها</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جميعًا</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في</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نموذج</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انحدار</w:t>
      </w:r>
      <w:r w:rsidRPr="00782A7E">
        <w:rPr>
          <w:rFonts w:ascii="Sakkal Majalla" w:hAnsi="Sakkal Majalla" w:cs="Sakkal Majalla"/>
          <w:sz w:val="36"/>
          <w:szCs w:val="28"/>
          <w:rtl/>
        </w:rPr>
        <w:t xml:space="preserve"> </w:t>
      </w:r>
      <w:r w:rsidRPr="00782A7E">
        <w:rPr>
          <w:rFonts w:ascii="Sakkal Majalla" w:hAnsi="Sakkal Majalla" w:cs="Sakkal Majalla" w:hint="cs"/>
          <w:sz w:val="36"/>
          <w:szCs w:val="28"/>
          <w:rtl/>
        </w:rPr>
        <w:t>واحد</w:t>
      </w:r>
      <w:r w:rsidRPr="00782A7E">
        <w:rPr>
          <w:rFonts w:ascii="Sakkal Majalla" w:hAnsi="Sakkal Majalla" w:cs="Sakkal Majalla"/>
          <w:sz w:val="36"/>
          <w:szCs w:val="28"/>
          <w:rtl/>
        </w:rPr>
        <w:t>.</w:t>
      </w:r>
      <w:r w:rsidRPr="00782A7E">
        <w:rPr>
          <w:rFonts w:ascii="Sakkal Majalla" w:hAnsi="Sakkal Majalla" w:cs="Sakkal Majalla" w:hint="cs"/>
          <w:sz w:val="36"/>
          <w:szCs w:val="28"/>
          <w:rtl/>
        </w:rPr>
        <w:t xml:space="preserve"> </w:t>
      </w:r>
      <w:r>
        <w:rPr>
          <w:rFonts w:ascii="Sakkal Majalla" w:hAnsi="Sakkal Majalla" w:cs="Sakkal Majalla" w:hint="cs"/>
          <w:sz w:val="36"/>
          <w:szCs w:val="28"/>
          <w:rtl/>
        </w:rPr>
        <w:t xml:space="preserve">وهذا عكس ما ذكره </w:t>
      </w:r>
      <w:proofErr w:type="spellStart"/>
      <w:r w:rsidRPr="00175A04">
        <w:rPr>
          <w:rFonts w:ascii="Sakkal Majalla" w:hAnsi="Sakkal Majalla" w:cs="Sakkal Majalla"/>
          <w:sz w:val="36"/>
          <w:szCs w:val="28"/>
        </w:rPr>
        <w:t>Mintrom</w:t>
      </w:r>
      <w:proofErr w:type="spellEnd"/>
      <w:r w:rsidRPr="00175A04">
        <w:rPr>
          <w:rFonts w:ascii="Sakkal Majalla" w:hAnsi="Sakkal Majalla" w:cs="Sakkal Majalla"/>
          <w:sz w:val="36"/>
          <w:szCs w:val="28"/>
        </w:rPr>
        <w:t xml:space="preserve"> &amp; </w:t>
      </w:r>
      <w:proofErr w:type="spellStart"/>
      <w:r w:rsidRPr="00175A04">
        <w:rPr>
          <w:rFonts w:ascii="Sakkal Majalla" w:hAnsi="Sakkal Majalla" w:cs="Sakkal Majalla"/>
          <w:sz w:val="36"/>
          <w:szCs w:val="28"/>
        </w:rPr>
        <w:t>Luetjens</w:t>
      </w:r>
      <w:proofErr w:type="spellEnd"/>
      <w:r w:rsidRPr="00175A04">
        <w:rPr>
          <w:rFonts w:ascii="Sakkal Majalla" w:hAnsi="Sakkal Majalla" w:cs="Sakkal Majalla"/>
          <w:sz w:val="36"/>
          <w:szCs w:val="28"/>
        </w:rPr>
        <w:t xml:space="preserve"> (2018) </w:t>
      </w:r>
      <w:r>
        <w:rPr>
          <w:rFonts w:ascii="Sakkal Majalla" w:hAnsi="Sakkal Majalla" w:cs="Sakkal Majalla" w:hint="cs"/>
          <w:sz w:val="36"/>
          <w:szCs w:val="28"/>
          <w:rtl/>
        </w:rPr>
        <w:t>حيث اعتبر</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القيادة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والموارد</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والثقافة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هي</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المحركات</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الأساسية،</w:t>
      </w:r>
      <w:r w:rsidRPr="00175A04">
        <w:rPr>
          <w:rFonts w:ascii="Sakkal Majalla" w:hAnsi="Sakkal Majalla" w:cs="Sakkal Majalla"/>
          <w:sz w:val="36"/>
          <w:szCs w:val="28"/>
          <w:rtl/>
        </w:rPr>
        <w:t xml:space="preserve"> </w:t>
      </w:r>
      <w:r>
        <w:rPr>
          <w:rFonts w:ascii="Sakkal Majalla" w:hAnsi="Sakkal Majalla" w:cs="Sakkal Majalla" w:hint="cs"/>
          <w:sz w:val="36"/>
          <w:szCs w:val="28"/>
          <w:rtl/>
        </w:rPr>
        <w:t>ولم تظهر في أي دراسة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أن</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أثر</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بعض</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هذه</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العوامل</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قد</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يتراجع</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عند</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وجود</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قدرة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امتصاصية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عالية،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م</w:t>
      </w:r>
      <w:r>
        <w:rPr>
          <w:rFonts w:ascii="Sakkal Majalla" w:hAnsi="Sakkal Majalla" w:cs="Sakkal Majalla" w:hint="cs"/>
          <w:sz w:val="36"/>
          <w:szCs w:val="28"/>
          <w:rtl/>
        </w:rPr>
        <w:t>م</w:t>
      </w:r>
      <w:r w:rsidRPr="00175A04">
        <w:rPr>
          <w:rFonts w:ascii="Sakkal Majalla" w:hAnsi="Sakkal Majalla" w:cs="Sakkal Majalla" w:hint="cs"/>
          <w:sz w:val="36"/>
          <w:szCs w:val="28"/>
          <w:rtl/>
        </w:rPr>
        <w:t>ا</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يشير</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إلى</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إعادة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ترتيب</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أولويات</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التمكين</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في</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بعض</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السياقات</w:t>
      </w:r>
      <w:r>
        <w:rPr>
          <w:rFonts w:ascii="Sakkal Majalla" w:hAnsi="Sakkal Majalla" w:cs="Sakkal Majalla" w:hint="cs"/>
          <w:sz w:val="36"/>
          <w:szCs w:val="28"/>
          <w:rtl/>
        </w:rPr>
        <w:t xml:space="preserve">. </w:t>
      </w:r>
    </w:p>
    <w:p w14:paraId="7619EF0A" w14:textId="2F50D1F1" w:rsidR="00782A7E" w:rsidRPr="00175A04" w:rsidRDefault="00782A7E" w:rsidP="00634497">
      <w:pPr>
        <w:bidi/>
        <w:spacing w:line="360" w:lineRule="auto"/>
        <w:jc w:val="lowKashida"/>
        <w:rPr>
          <w:rFonts w:ascii="Sakkal Majalla" w:hAnsi="Sakkal Majalla" w:cs="Sakkal Majalla"/>
          <w:sz w:val="36"/>
          <w:szCs w:val="28"/>
          <w:rtl/>
        </w:rPr>
      </w:pPr>
      <w:proofErr w:type="gramStart"/>
      <w:r>
        <w:rPr>
          <w:rFonts w:ascii="Sakkal Majalla" w:hAnsi="Sakkal Majalla" w:cs="Sakkal Majalla" w:hint="cs"/>
          <w:sz w:val="36"/>
          <w:szCs w:val="28"/>
          <w:rtl/>
        </w:rPr>
        <w:t>و</w:t>
      </w:r>
      <w:r w:rsidRPr="00782A7E">
        <w:rPr>
          <w:rFonts w:ascii="Sakkal Majalla" w:hAnsi="Sakkal Majalla" w:cs="Sakkal Majalla" w:hint="cs"/>
          <w:sz w:val="36"/>
          <w:szCs w:val="28"/>
          <w:rtl/>
        </w:rPr>
        <w:t xml:space="preserve"> </w:t>
      </w:r>
      <w:r w:rsidRPr="00175A04">
        <w:rPr>
          <w:rFonts w:ascii="Sakkal Majalla" w:hAnsi="Sakkal Majalla" w:cs="Sakkal Majalla" w:hint="cs"/>
          <w:sz w:val="36"/>
          <w:szCs w:val="28"/>
          <w:rtl/>
        </w:rPr>
        <w:t>في</w:t>
      </w:r>
      <w:proofErr w:type="gramEnd"/>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حين</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ركزت</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دراسات</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مثل</w:t>
      </w:r>
      <w:r w:rsidRPr="00175A04">
        <w:rPr>
          <w:rFonts w:ascii="Sakkal Majalla" w:hAnsi="Sakkal Majalla" w:cs="Sakkal Majalla"/>
          <w:sz w:val="36"/>
          <w:szCs w:val="28"/>
        </w:rPr>
        <w:t xml:space="preserve"> S</w:t>
      </w:r>
      <w:r w:rsidRPr="00175A04">
        <w:rPr>
          <w:rFonts w:ascii="Sakkal Majalla" w:hAnsi="Sakkal Majalla" w:cs="Sakkal Majalla" w:hint="cs"/>
          <w:sz w:val="36"/>
          <w:szCs w:val="28"/>
        </w:rPr>
        <w:t>ø</w:t>
      </w:r>
      <w:r w:rsidRPr="00175A04">
        <w:rPr>
          <w:rFonts w:ascii="Sakkal Majalla" w:hAnsi="Sakkal Majalla" w:cs="Sakkal Majalla"/>
          <w:sz w:val="36"/>
          <w:szCs w:val="28"/>
        </w:rPr>
        <w:t xml:space="preserve">rensen &amp; Torfing (2018) </w:t>
      </w:r>
      <w:r w:rsidRPr="00175A04">
        <w:rPr>
          <w:rFonts w:ascii="Sakkal Majalla" w:hAnsi="Sakkal Majalla" w:cs="Sakkal Majalla" w:hint="cs"/>
          <w:sz w:val="36"/>
          <w:szCs w:val="28"/>
          <w:rtl/>
        </w:rPr>
        <w:t>على</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أن</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الدعم</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الاستشاري</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يؤدي</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بالضرورة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إلى</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نتائج</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إيجابية،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أوضحت</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هذه</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الدراسة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أن</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أثر</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الدعم</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يتوقف</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بدرجة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كبيرة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على</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مدى</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استعداد</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الجهة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لاستيعاب</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المعرفة</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وتكييفها،</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ما</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يحد</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من</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الأثر</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في</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بعض</w:t>
      </w:r>
      <w:r w:rsidRPr="00175A04">
        <w:rPr>
          <w:rFonts w:ascii="Sakkal Majalla" w:hAnsi="Sakkal Majalla" w:cs="Sakkal Majalla"/>
          <w:sz w:val="36"/>
          <w:szCs w:val="28"/>
          <w:rtl/>
        </w:rPr>
        <w:t xml:space="preserve"> </w:t>
      </w:r>
      <w:r w:rsidRPr="00175A04">
        <w:rPr>
          <w:rFonts w:ascii="Sakkal Majalla" w:hAnsi="Sakkal Majalla" w:cs="Sakkal Majalla" w:hint="cs"/>
          <w:sz w:val="36"/>
          <w:szCs w:val="28"/>
          <w:rtl/>
        </w:rPr>
        <w:t>الحالات</w:t>
      </w:r>
      <w:r w:rsidRPr="00175A04">
        <w:rPr>
          <w:rFonts w:ascii="Sakkal Majalla" w:hAnsi="Sakkal Majalla" w:cs="Sakkal Majalla"/>
          <w:sz w:val="36"/>
          <w:szCs w:val="28"/>
        </w:rPr>
        <w:t>.</w:t>
      </w:r>
    </w:p>
    <w:p w14:paraId="4DDFD708" w14:textId="16750754" w:rsidR="00D86F37" w:rsidRDefault="00AF7F72" w:rsidP="00634497">
      <w:pPr>
        <w:bidi/>
        <w:spacing w:line="360" w:lineRule="auto"/>
        <w:jc w:val="lowKashida"/>
        <w:rPr>
          <w:rFonts w:ascii="Sakkal Majalla" w:hAnsi="Sakkal Majalla" w:cs="Sakkal Majalla"/>
          <w:sz w:val="36"/>
          <w:szCs w:val="28"/>
          <w:rtl/>
        </w:rPr>
      </w:pPr>
      <w:r>
        <w:rPr>
          <w:rFonts w:ascii="Sakkal Majalla" w:hAnsi="Sakkal Majalla" w:cs="Sakkal Majalla" w:hint="cs"/>
          <w:b/>
          <w:bCs/>
          <w:sz w:val="36"/>
          <w:szCs w:val="28"/>
          <w:rtl/>
        </w:rPr>
        <w:t>و</w:t>
      </w:r>
      <w:r w:rsidR="00175A04" w:rsidRPr="00175A04">
        <w:rPr>
          <w:rFonts w:ascii="Sakkal Majalla" w:hAnsi="Sakkal Majalla" w:cs="Sakkal Majalla" w:hint="cs"/>
          <w:sz w:val="36"/>
          <w:szCs w:val="28"/>
          <w:rtl/>
        </w:rPr>
        <w:t>في</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حين</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اعتبرت</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الأدبيات</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مثل</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sz w:val="36"/>
          <w:szCs w:val="28"/>
        </w:rPr>
        <w:t>Doe &amp; Roe</w:t>
      </w:r>
      <w:r w:rsidR="00175A04" w:rsidRPr="00175A04">
        <w:rPr>
          <w:rFonts w:ascii="Sakkal Majalla" w:hAnsi="Sakkal Majalla" w:cs="Sakkal Majalla"/>
          <w:sz w:val="36"/>
          <w:szCs w:val="28"/>
          <w:rtl/>
        </w:rPr>
        <w:t xml:space="preserve"> (2025) </w:t>
      </w:r>
      <w:r w:rsidR="00175A04" w:rsidRPr="00175A04">
        <w:rPr>
          <w:rFonts w:ascii="Sakkal Majalla" w:hAnsi="Sakkal Majalla" w:cs="Sakkal Majalla" w:hint="cs"/>
          <w:sz w:val="36"/>
          <w:szCs w:val="28"/>
          <w:rtl/>
        </w:rPr>
        <w:t>التكامل</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عاملًا</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مؤثرًا</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بشكل</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مستقل،</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أظهرت</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هذه</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الدراسة</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أن</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أثر</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التكامل</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يصبح</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محدودًا</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في</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غياب</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آليات</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مؤسسية</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واضحة</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لحفظ</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المعرفة</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وتطبيقها</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بعد</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انتهاء</w:t>
      </w:r>
      <w:r w:rsidR="00175A04" w:rsidRPr="00175A04">
        <w:rPr>
          <w:rFonts w:ascii="Sakkal Majalla" w:hAnsi="Sakkal Majalla" w:cs="Sakkal Majalla"/>
          <w:sz w:val="36"/>
          <w:szCs w:val="28"/>
          <w:rtl/>
        </w:rPr>
        <w:t xml:space="preserve"> </w:t>
      </w:r>
      <w:r w:rsidR="00175A04" w:rsidRPr="00175A04">
        <w:rPr>
          <w:rFonts w:ascii="Sakkal Majalla" w:hAnsi="Sakkal Majalla" w:cs="Sakkal Majalla" w:hint="cs"/>
          <w:sz w:val="36"/>
          <w:szCs w:val="28"/>
          <w:rtl/>
        </w:rPr>
        <w:t>المشروع</w:t>
      </w:r>
      <w:r w:rsidR="00175A04">
        <w:rPr>
          <w:rFonts w:ascii="Sakkal Majalla" w:hAnsi="Sakkal Majalla" w:cs="Sakkal Majalla" w:hint="cs"/>
          <w:sz w:val="36"/>
          <w:szCs w:val="28"/>
          <w:rtl/>
        </w:rPr>
        <w:t>.</w:t>
      </w:r>
    </w:p>
    <w:p w14:paraId="69299AC7" w14:textId="43750E37" w:rsidR="00AF7F72" w:rsidRPr="00AF7F72" w:rsidRDefault="00AF7F72" w:rsidP="00634497">
      <w:pPr>
        <w:bidi/>
        <w:spacing w:line="360" w:lineRule="auto"/>
        <w:jc w:val="lowKashida"/>
        <w:rPr>
          <w:rFonts w:ascii="Sakkal Majalla" w:hAnsi="Sakkal Majalla" w:cs="Sakkal Majalla"/>
          <w:b/>
          <w:bCs/>
          <w:sz w:val="36"/>
          <w:szCs w:val="28"/>
          <w:rtl/>
        </w:rPr>
      </w:pPr>
      <w:r w:rsidRPr="00AF7F72">
        <w:rPr>
          <w:rFonts w:ascii="Sakkal Majalla" w:hAnsi="Sakkal Majalla" w:cs="Sakkal Majalla" w:hint="cs"/>
          <w:b/>
          <w:bCs/>
          <w:sz w:val="36"/>
          <w:szCs w:val="28"/>
          <w:rtl/>
        </w:rPr>
        <w:lastRenderedPageBreak/>
        <w:t>الإسهامات</w:t>
      </w:r>
      <w:r w:rsidRPr="00AF7F72">
        <w:rPr>
          <w:rFonts w:ascii="Sakkal Majalla" w:hAnsi="Sakkal Majalla" w:cs="Sakkal Majalla"/>
          <w:b/>
          <w:bCs/>
          <w:sz w:val="36"/>
          <w:szCs w:val="28"/>
          <w:rtl/>
        </w:rPr>
        <w:t xml:space="preserve"> </w:t>
      </w:r>
      <w:r w:rsidRPr="00AF7F72">
        <w:rPr>
          <w:rFonts w:ascii="Sakkal Majalla" w:hAnsi="Sakkal Majalla" w:cs="Sakkal Majalla" w:hint="cs"/>
          <w:b/>
          <w:bCs/>
          <w:sz w:val="36"/>
          <w:szCs w:val="28"/>
          <w:rtl/>
        </w:rPr>
        <w:t>الجديدة</w:t>
      </w:r>
      <w:r w:rsidRPr="00AF7F72">
        <w:rPr>
          <w:rFonts w:ascii="Sakkal Majalla" w:hAnsi="Sakkal Majalla" w:cs="Sakkal Majalla"/>
          <w:b/>
          <w:bCs/>
          <w:sz w:val="36"/>
          <w:szCs w:val="28"/>
          <w:rtl/>
        </w:rPr>
        <w:t xml:space="preserve"> </w:t>
      </w:r>
      <w:r w:rsidRPr="00AF7F72">
        <w:rPr>
          <w:rFonts w:ascii="Sakkal Majalla" w:hAnsi="Sakkal Majalla" w:cs="Sakkal Majalla" w:hint="cs"/>
          <w:b/>
          <w:bCs/>
          <w:sz w:val="36"/>
          <w:szCs w:val="28"/>
          <w:rtl/>
        </w:rPr>
        <w:t>للدراسة</w:t>
      </w:r>
    </w:p>
    <w:p w14:paraId="03360DD0" w14:textId="002FC3BE" w:rsidR="00AF7F72" w:rsidRPr="00AF7F72" w:rsidRDefault="00AF7F72" w:rsidP="00634497">
      <w:pPr>
        <w:pStyle w:val="ListParagraph"/>
        <w:numPr>
          <w:ilvl w:val="0"/>
          <w:numId w:val="80"/>
        </w:numPr>
        <w:bidi/>
        <w:spacing w:line="360" w:lineRule="auto"/>
        <w:jc w:val="lowKashida"/>
        <w:rPr>
          <w:rFonts w:ascii="Sakkal Majalla" w:hAnsi="Sakkal Majalla" w:cs="Sakkal Majalla"/>
          <w:szCs w:val="28"/>
          <w:rtl/>
        </w:rPr>
      </w:pPr>
      <w:r w:rsidRPr="00AF7F72">
        <w:rPr>
          <w:rFonts w:ascii="Sakkal Majalla" w:hAnsi="Sakkal Majalla" w:cs="Sakkal Majalla" w:hint="cs"/>
          <w:szCs w:val="28"/>
          <w:rtl/>
        </w:rPr>
        <w:t>دمج</w:t>
      </w:r>
      <w:r w:rsidRPr="00AF7F72">
        <w:rPr>
          <w:rFonts w:ascii="Sakkal Majalla" w:hAnsi="Sakkal Majalla" w:cs="Sakkal Majalla"/>
          <w:szCs w:val="28"/>
          <w:rtl/>
        </w:rPr>
        <w:t xml:space="preserve"> </w:t>
      </w:r>
      <w:r w:rsidRPr="00AF7F72">
        <w:rPr>
          <w:rFonts w:ascii="Sakkal Majalla" w:hAnsi="Sakkal Majalla" w:cs="Sakkal Majalla" w:hint="cs"/>
          <w:szCs w:val="28"/>
          <w:rtl/>
        </w:rPr>
        <w:t>مفهوم</w:t>
      </w:r>
      <w:r w:rsidRPr="00AF7F72">
        <w:rPr>
          <w:rFonts w:ascii="Sakkal Majalla" w:hAnsi="Sakkal Majalla" w:cs="Sakkal Majalla"/>
          <w:szCs w:val="28"/>
          <w:rtl/>
        </w:rPr>
        <w:t xml:space="preserve"> </w:t>
      </w:r>
      <w:r w:rsidRPr="00AF7F72">
        <w:rPr>
          <w:rFonts w:ascii="Sakkal Majalla" w:hAnsi="Sakkal Majalla" w:cs="Sakkal Majalla" w:hint="cs"/>
          <w:szCs w:val="28"/>
          <w:rtl/>
        </w:rPr>
        <w:t>القدرة</w:t>
      </w:r>
      <w:r w:rsidRPr="00AF7F72">
        <w:rPr>
          <w:rFonts w:ascii="Sakkal Majalla" w:hAnsi="Sakkal Majalla" w:cs="Sakkal Majalla"/>
          <w:szCs w:val="28"/>
          <w:rtl/>
        </w:rPr>
        <w:t xml:space="preserve"> </w:t>
      </w:r>
      <w:r w:rsidRPr="00AF7F72">
        <w:rPr>
          <w:rFonts w:ascii="Sakkal Majalla" w:hAnsi="Sakkal Majalla" w:cs="Sakkal Majalla" w:hint="cs"/>
          <w:szCs w:val="28"/>
          <w:rtl/>
        </w:rPr>
        <w:t>الامتصاصية</w:t>
      </w:r>
      <w:r w:rsidRPr="00AF7F72">
        <w:rPr>
          <w:rFonts w:ascii="Sakkal Majalla" w:hAnsi="Sakkal Majalla" w:cs="Sakkal Majalla"/>
          <w:szCs w:val="28"/>
          <w:rtl/>
        </w:rPr>
        <w:t xml:space="preserve"> </w:t>
      </w:r>
      <w:r w:rsidRPr="00AF7F72">
        <w:rPr>
          <w:rFonts w:ascii="Sakkal Majalla" w:hAnsi="Sakkal Majalla" w:cs="Sakkal Majalla" w:hint="cs"/>
          <w:szCs w:val="28"/>
          <w:rtl/>
        </w:rPr>
        <w:t>المعرفية</w:t>
      </w:r>
      <w:r w:rsidRPr="00AF7F72">
        <w:rPr>
          <w:rFonts w:ascii="Sakkal Majalla" w:hAnsi="Sakkal Majalla" w:cs="Sakkal Majalla"/>
          <w:szCs w:val="28"/>
          <w:rtl/>
        </w:rPr>
        <w:t xml:space="preserve"> </w:t>
      </w:r>
      <w:r w:rsidRPr="00AF7F72">
        <w:rPr>
          <w:rFonts w:ascii="Sakkal Majalla" w:hAnsi="Sakkal Majalla" w:cs="Sakkal Majalla" w:hint="cs"/>
          <w:szCs w:val="28"/>
          <w:rtl/>
        </w:rPr>
        <w:t>ضمن</w:t>
      </w:r>
      <w:r w:rsidRPr="00AF7F72">
        <w:rPr>
          <w:rFonts w:ascii="Sakkal Majalla" w:hAnsi="Sakkal Majalla" w:cs="Sakkal Majalla"/>
          <w:szCs w:val="28"/>
          <w:rtl/>
        </w:rPr>
        <w:t xml:space="preserve"> </w:t>
      </w:r>
      <w:r w:rsidRPr="00AF7F72">
        <w:rPr>
          <w:rFonts w:ascii="Sakkal Majalla" w:hAnsi="Sakkal Majalla" w:cs="Sakkal Majalla" w:hint="cs"/>
          <w:szCs w:val="28"/>
          <w:rtl/>
        </w:rPr>
        <w:t>الإطار</w:t>
      </w:r>
      <w:r w:rsidRPr="00AF7F72">
        <w:rPr>
          <w:rFonts w:ascii="Sakkal Majalla" w:hAnsi="Sakkal Majalla" w:cs="Sakkal Majalla"/>
          <w:szCs w:val="28"/>
          <w:rtl/>
        </w:rPr>
        <w:t xml:space="preserve"> </w:t>
      </w:r>
      <w:r w:rsidRPr="00AF7F72">
        <w:rPr>
          <w:rFonts w:ascii="Sakkal Majalla" w:hAnsi="Sakkal Majalla" w:cs="Sakkal Majalla" w:hint="cs"/>
          <w:szCs w:val="28"/>
          <w:rtl/>
        </w:rPr>
        <w:t>المفاهيمي</w:t>
      </w:r>
      <w:r w:rsidRPr="00AF7F72">
        <w:rPr>
          <w:rFonts w:ascii="Sakkal Majalla" w:hAnsi="Sakkal Majalla" w:cs="Sakkal Majalla"/>
          <w:szCs w:val="28"/>
          <w:rtl/>
        </w:rPr>
        <w:t xml:space="preserve"> </w:t>
      </w:r>
      <w:r w:rsidRPr="00AF7F72">
        <w:rPr>
          <w:rFonts w:ascii="Sakkal Majalla" w:hAnsi="Sakkal Majalla" w:cs="Sakkal Majalla" w:hint="cs"/>
          <w:szCs w:val="28"/>
          <w:rtl/>
        </w:rPr>
        <w:t>لاستدامة</w:t>
      </w:r>
      <w:r w:rsidRPr="00AF7F72">
        <w:rPr>
          <w:rFonts w:ascii="Sakkal Majalla" w:hAnsi="Sakkal Majalla" w:cs="Sakkal Majalla"/>
          <w:szCs w:val="28"/>
          <w:rtl/>
        </w:rPr>
        <w:t xml:space="preserve"> </w:t>
      </w:r>
      <w:r w:rsidRPr="00AF7F72">
        <w:rPr>
          <w:rFonts w:ascii="Sakkal Majalla" w:hAnsi="Sakkal Majalla" w:cs="Sakkal Majalla" w:hint="cs"/>
          <w:szCs w:val="28"/>
          <w:rtl/>
        </w:rPr>
        <w:t>الابتكار</w:t>
      </w:r>
      <w:r w:rsidRPr="00AF7F72">
        <w:rPr>
          <w:rFonts w:ascii="Sakkal Majalla" w:hAnsi="Sakkal Majalla" w:cs="Sakkal Majalla"/>
          <w:szCs w:val="28"/>
          <w:rtl/>
        </w:rPr>
        <w:t xml:space="preserve"> </w:t>
      </w:r>
      <w:r w:rsidRPr="00AF7F72">
        <w:rPr>
          <w:rFonts w:ascii="Sakkal Majalla" w:hAnsi="Sakkal Majalla" w:cs="Sakkal Majalla" w:hint="cs"/>
          <w:szCs w:val="28"/>
          <w:rtl/>
        </w:rPr>
        <w:t>في</w:t>
      </w:r>
      <w:r w:rsidRPr="00AF7F72">
        <w:rPr>
          <w:rFonts w:ascii="Sakkal Majalla" w:hAnsi="Sakkal Majalla" w:cs="Sakkal Majalla"/>
          <w:szCs w:val="28"/>
          <w:rtl/>
        </w:rPr>
        <w:t xml:space="preserve"> </w:t>
      </w:r>
      <w:r w:rsidRPr="00AF7F72">
        <w:rPr>
          <w:rFonts w:ascii="Sakkal Majalla" w:hAnsi="Sakkal Majalla" w:cs="Sakkal Majalla" w:hint="cs"/>
          <w:szCs w:val="28"/>
          <w:rtl/>
        </w:rPr>
        <w:t>القطاع</w:t>
      </w:r>
      <w:r w:rsidRPr="00AF7F72">
        <w:rPr>
          <w:rFonts w:ascii="Sakkal Majalla" w:hAnsi="Sakkal Majalla" w:cs="Sakkal Majalla"/>
          <w:szCs w:val="28"/>
          <w:rtl/>
        </w:rPr>
        <w:t xml:space="preserve"> </w:t>
      </w:r>
      <w:r w:rsidRPr="00AF7F72">
        <w:rPr>
          <w:rFonts w:ascii="Sakkal Majalla" w:hAnsi="Sakkal Majalla" w:cs="Sakkal Majalla" w:hint="cs"/>
          <w:szCs w:val="28"/>
          <w:rtl/>
        </w:rPr>
        <w:t>الحكومي</w:t>
      </w:r>
      <w:r w:rsidRPr="00AF7F72">
        <w:rPr>
          <w:rFonts w:ascii="Sakkal Majalla" w:hAnsi="Sakkal Majalla" w:cs="Sakkal Majalla"/>
          <w:szCs w:val="28"/>
        </w:rPr>
        <w:t>.</w:t>
      </w:r>
    </w:p>
    <w:p w14:paraId="1D1609D4" w14:textId="30C4925D" w:rsidR="00AF7F72" w:rsidRPr="00AF7F72" w:rsidRDefault="00AF7F72" w:rsidP="00634497">
      <w:pPr>
        <w:pStyle w:val="ListParagraph"/>
        <w:numPr>
          <w:ilvl w:val="0"/>
          <w:numId w:val="80"/>
        </w:numPr>
        <w:bidi/>
        <w:spacing w:line="360" w:lineRule="auto"/>
        <w:jc w:val="lowKashida"/>
        <w:rPr>
          <w:rFonts w:ascii="Sakkal Majalla" w:hAnsi="Sakkal Majalla" w:cs="Sakkal Majalla"/>
          <w:szCs w:val="28"/>
          <w:rtl/>
        </w:rPr>
      </w:pPr>
      <w:r w:rsidRPr="00AF7F72">
        <w:rPr>
          <w:rFonts w:ascii="Sakkal Majalla" w:hAnsi="Sakkal Majalla" w:cs="Sakkal Majalla" w:hint="cs"/>
          <w:szCs w:val="28"/>
          <w:rtl/>
        </w:rPr>
        <w:t>تطوير</w:t>
      </w:r>
      <w:r w:rsidRPr="00AF7F72">
        <w:rPr>
          <w:rFonts w:ascii="Sakkal Majalla" w:hAnsi="Sakkal Majalla" w:cs="Sakkal Majalla"/>
          <w:szCs w:val="28"/>
          <w:rtl/>
        </w:rPr>
        <w:t xml:space="preserve"> </w:t>
      </w:r>
      <w:r w:rsidRPr="00AF7F72">
        <w:rPr>
          <w:rFonts w:ascii="Sakkal Majalla" w:hAnsi="Sakkal Majalla" w:cs="Sakkal Majalla" w:hint="cs"/>
          <w:szCs w:val="28"/>
          <w:rtl/>
        </w:rPr>
        <w:t>نموذج</w:t>
      </w:r>
      <w:r w:rsidRPr="00AF7F72">
        <w:rPr>
          <w:rFonts w:ascii="Sakkal Majalla" w:hAnsi="Sakkal Majalla" w:cs="Sakkal Majalla"/>
          <w:szCs w:val="28"/>
          <w:rtl/>
        </w:rPr>
        <w:t xml:space="preserve"> </w:t>
      </w:r>
      <w:r w:rsidRPr="00AF7F72">
        <w:rPr>
          <w:rFonts w:ascii="Sakkal Majalla" w:hAnsi="Sakkal Majalla" w:cs="Sakkal Majalla" w:hint="cs"/>
          <w:szCs w:val="28"/>
          <w:rtl/>
        </w:rPr>
        <w:t>عملي</w:t>
      </w:r>
      <w:r w:rsidRPr="00AF7F72">
        <w:rPr>
          <w:rFonts w:ascii="Sakkal Majalla" w:hAnsi="Sakkal Majalla" w:cs="Sakkal Majalla"/>
          <w:szCs w:val="28"/>
          <w:rtl/>
        </w:rPr>
        <w:t xml:space="preserve"> </w:t>
      </w:r>
      <w:r w:rsidRPr="00AF7F72">
        <w:rPr>
          <w:rFonts w:ascii="Sakkal Majalla" w:hAnsi="Sakkal Majalla" w:cs="Sakkal Majalla" w:hint="cs"/>
          <w:szCs w:val="28"/>
          <w:rtl/>
        </w:rPr>
        <w:t>تكاملي</w:t>
      </w:r>
      <w:r w:rsidRPr="00AF7F72">
        <w:rPr>
          <w:rFonts w:ascii="Sakkal Majalla" w:hAnsi="Sakkal Majalla" w:cs="Sakkal Majalla"/>
          <w:szCs w:val="28"/>
          <w:rtl/>
        </w:rPr>
        <w:t xml:space="preserve"> </w:t>
      </w:r>
      <w:r w:rsidRPr="00AF7F72">
        <w:rPr>
          <w:rFonts w:ascii="Sakkal Majalla" w:hAnsi="Sakkal Majalla" w:cs="Sakkal Majalla" w:hint="cs"/>
          <w:szCs w:val="28"/>
          <w:rtl/>
        </w:rPr>
        <w:t>يربط</w:t>
      </w:r>
      <w:r w:rsidRPr="00AF7F72">
        <w:rPr>
          <w:rFonts w:ascii="Sakkal Majalla" w:hAnsi="Sakkal Majalla" w:cs="Sakkal Majalla"/>
          <w:szCs w:val="28"/>
          <w:rtl/>
        </w:rPr>
        <w:t xml:space="preserve"> </w:t>
      </w:r>
      <w:r w:rsidRPr="00AF7F72">
        <w:rPr>
          <w:rFonts w:ascii="Sakkal Majalla" w:hAnsi="Sakkal Majalla" w:cs="Sakkal Majalla" w:hint="cs"/>
          <w:szCs w:val="28"/>
          <w:rtl/>
        </w:rPr>
        <w:t>بين</w:t>
      </w:r>
      <w:r w:rsidRPr="00AF7F72">
        <w:rPr>
          <w:rFonts w:ascii="Sakkal Majalla" w:hAnsi="Sakkal Majalla" w:cs="Sakkal Majalla"/>
          <w:szCs w:val="28"/>
          <w:rtl/>
        </w:rPr>
        <w:t xml:space="preserve"> </w:t>
      </w:r>
      <w:r w:rsidRPr="00AF7F72">
        <w:rPr>
          <w:rFonts w:ascii="Sakkal Majalla" w:hAnsi="Sakkal Majalla" w:cs="Sakkal Majalla" w:hint="cs"/>
          <w:szCs w:val="28"/>
          <w:rtl/>
        </w:rPr>
        <w:t>العوامل</w:t>
      </w:r>
      <w:r w:rsidRPr="00AF7F72">
        <w:rPr>
          <w:rFonts w:ascii="Sakkal Majalla" w:hAnsi="Sakkal Majalla" w:cs="Sakkal Majalla"/>
          <w:szCs w:val="28"/>
          <w:rtl/>
        </w:rPr>
        <w:t xml:space="preserve"> </w:t>
      </w:r>
      <w:r w:rsidRPr="00AF7F72">
        <w:rPr>
          <w:rFonts w:ascii="Sakkal Majalla" w:hAnsi="Sakkal Majalla" w:cs="Sakkal Majalla" w:hint="cs"/>
          <w:szCs w:val="28"/>
          <w:rtl/>
        </w:rPr>
        <w:t>التمكينية</w:t>
      </w:r>
      <w:r w:rsidRPr="00AF7F72">
        <w:rPr>
          <w:rFonts w:ascii="Sakkal Majalla" w:hAnsi="Sakkal Majalla" w:cs="Sakkal Majalla"/>
          <w:szCs w:val="28"/>
          <w:rtl/>
        </w:rPr>
        <w:t xml:space="preserve"> </w:t>
      </w:r>
      <w:r w:rsidRPr="00AF7F72">
        <w:rPr>
          <w:rFonts w:ascii="Sakkal Majalla" w:hAnsi="Sakkal Majalla" w:cs="Sakkal Majalla" w:hint="cs"/>
          <w:szCs w:val="28"/>
          <w:rtl/>
        </w:rPr>
        <w:t>الداخلية</w:t>
      </w:r>
      <w:r w:rsidRPr="00AF7F72">
        <w:rPr>
          <w:rFonts w:ascii="Sakkal Majalla" w:hAnsi="Sakkal Majalla" w:cs="Sakkal Majalla"/>
          <w:szCs w:val="28"/>
          <w:rtl/>
        </w:rPr>
        <w:t xml:space="preserve"> </w:t>
      </w:r>
      <w:r w:rsidRPr="00AF7F72">
        <w:rPr>
          <w:rFonts w:ascii="Sakkal Majalla" w:hAnsi="Sakkal Majalla" w:cs="Sakkal Majalla" w:hint="cs"/>
          <w:szCs w:val="28"/>
          <w:rtl/>
        </w:rPr>
        <w:t>والدور</w:t>
      </w:r>
      <w:r w:rsidRPr="00AF7F72">
        <w:rPr>
          <w:rFonts w:ascii="Sakkal Majalla" w:hAnsi="Sakkal Majalla" w:cs="Sakkal Majalla"/>
          <w:szCs w:val="28"/>
          <w:rtl/>
        </w:rPr>
        <w:t xml:space="preserve"> </w:t>
      </w:r>
      <w:proofErr w:type="spellStart"/>
      <w:r w:rsidRPr="00AF7F72">
        <w:rPr>
          <w:rFonts w:ascii="Sakkal Majalla" w:hAnsi="Sakkal Majalla" w:cs="Sakkal Majalla" w:hint="cs"/>
          <w:szCs w:val="28"/>
          <w:rtl/>
        </w:rPr>
        <w:t>التمكيني</w:t>
      </w:r>
      <w:proofErr w:type="spellEnd"/>
      <w:r w:rsidRPr="00AF7F72">
        <w:rPr>
          <w:rFonts w:ascii="Sakkal Majalla" w:hAnsi="Sakkal Majalla" w:cs="Sakkal Majalla"/>
          <w:szCs w:val="28"/>
          <w:rtl/>
        </w:rPr>
        <w:t xml:space="preserve"> </w:t>
      </w:r>
      <w:r w:rsidRPr="00AF7F72">
        <w:rPr>
          <w:rFonts w:ascii="Sakkal Majalla" w:hAnsi="Sakkal Majalla" w:cs="Sakkal Majalla" w:hint="cs"/>
          <w:szCs w:val="28"/>
          <w:rtl/>
        </w:rPr>
        <w:t>للشركات</w:t>
      </w:r>
      <w:r w:rsidRPr="00AF7F72">
        <w:rPr>
          <w:rFonts w:ascii="Sakkal Majalla" w:hAnsi="Sakkal Majalla" w:cs="Sakkal Majalla"/>
          <w:szCs w:val="28"/>
          <w:rtl/>
        </w:rPr>
        <w:t xml:space="preserve"> </w:t>
      </w:r>
      <w:r w:rsidRPr="00AF7F72">
        <w:rPr>
          <w:rFonts w:ascii="Sakkal Majalla" w:hAnsi="Sakkal Majalla" w:cs="Sakkal Majalla" w:hint="cs"/>
          <w:szCs w:val="28"/>
          <w:rtl/>
        </w:rPr>
        <w:t>الاستشارية</w:t>
      </w:r>
      <w:r w:rsidRPr="00AF7F72">
        <w:rPr>
          <w:rFonts w:ascii="Sakkal Majalla" w:hAnsi="Sakkal Majalla" w:cs="Sakkal Majalla"/>
          <w:szCs w:val="28"/>
          <w:rtl/>
        </w:rPr>
        <w:t xml:space="preserve"> </w:t>
      </w:r>
      <w:r w:rsidRPr="00AF7F72">
        <w:rPr>
          <w:rFonts w:ascii="Sakkal Majalla" w:hAnsi="Sakkal Majalla" w:cs="Sakkal Majalla" w:hint="cs"/>
          <w:szCs w:val="28"/>
          <w:rtl/>
        </w:rPr>
        <w:t>في</w:t>
      </w:r>
      <w:r w:rsidRPr="00AF7F72">
        <w:rPr>
          <w:rFonts w:ascii="Sakkal Majalla" w:hAnsi="Sakkal Majalla" w:cs="Sakkal Majalla"/>
          <w:szCs w:val="28"/>
          <w:rtl/>
        </w:rPr>
        <w:t xml:space="preserve"> </w:t>
      </w:r>
      <w:r w:rsidRPr="00AF7F72">
        <w:rPr>
          <w:rFonts w:ascii="Sakkal Majalla" w:hAnsi="Sakkal Majalla" w:cs="Sakkal Majalla" w:hint="cs"/>
          <w:szCs w:val="28"/>
          <w:rtl/>
        </w:rPr>
        <w:t>السياق</w:t>
      </w:r>
      <w:r w:rsidRPr="00AF7F72">
        <w:rPr>
          <w:rFonts w:ascii="Sakkal Majalla" w:hAnsi="Sakkal Majalla" w:cs="Sakkal Majalla"/>
          <w:szCs w:val="28"/>
          <w:rtl/>
        </w:rPr>
        <w:t xml:space="preserve"> </w:t>
      </w:r>
      <w:r w:rsidRPr="00AF7F72">
        <w:rPr>
          <w:rFonts w:ascii="Sakkal Majalla" w:hAnsi="Sakkal Majalla" w:cs="Sakkal Majalla" w:hint="cs"/>
          <w:szCs w:val="28"/>
          <w:rtl/>
        </w:rPr>
        <w:t>السعودي</w:t>
      </w:r>
      <w:r w:rsidRPr="00AF7F72">
        <w:rPr>
          <w:rFonts w:ascii="Sakkal Majalla" w:hAnsi="Sakkal Majalla" w:cs="Sakkal Majalla"/>
          <w:szCs w:val="28"/>
        </w:rPr>
        <w:t>.</w:t>
      </w:r>
    </w:p>
    <w:p w14:paraId="66233B48" w14:textId="5D055617" w:rsidR="00AF7F72" w:rsidRPr="00AF7F72" w:rsidRDefault="00AF7F72" w:rsidP="00634497">
      <w:pPr>
        <w:pStyle w:val="ListParagraph"/>
        <w:numPr>
          <w:ilvl w:val="0"/>
          <w:numId w:val="80"/>
        </w:numPr>
        <w:bidi/>
        <w:spacing w:line="360" w:lineRule="auto"/>
        <w:jc w:val="lowKashida"/>
        <w:rPr>
          <w:rFonts w:ascii="Sakkal Majalla" w:hAnsi="Sakkal Majalla" w:cs="Sakkal Majalla"/>
          <w:szCs w:val="28"/>
          <w:rtl/>
        </w:rPr>
      </w:pPr>
      <w:r w:rsidRPr="00AF7F72">
        <w:rPr>
          <w:rFonts w:ascii="Sakkal Majalla" w:hAnsi="Sakkal Majalla" w:cs="Sakkal Majalla" w:hint="cs"/>
          <w:szCs w:val="28"/>
          <w:rtl/>
        </w:rPr>
        <w:t>تقديم</w:t>
      </w:r>
      <w:r w:rsidRPr="00AF7F72">
        <w:rPr>
          <w:rFonts w:ascii="Sakkal Majalla" w:hAnsi="Sakkal Majalla" w:cs="Sakkal Majalla"/>
          <w:szCs w:val="28"/>
          <w:rtl/>
        </w:rPr>
        <w:t xml:space="preserve"> </w:t>
      </w:r>
      <w:r w:rsidRPr="00AF7F72">
        <w:rPr>
          <w:rFonts w:ascii="Sakkal Majalla" w:hAnsi="Sakkal Majalla" w:cs="Sakkal Majalla" w:hint="cs"/>
          <w:szCs w:val="28"/>
          <w:rtl/>
        </w:rPr>
        <w:t>أدلة</w:t>
      </w:r>
      <w:r w:rsidRPr="00AF7F72">
        <w:rPr>
          <w:rFonts w:ascii="Sakkal Majalla" w:hAnsi="Sakkal Majalla" w:cs="Sakkal Majalla"/>
          <w:szCs w:val="28"/>
          <w:rtl/>
        </w:rPr>
        <w:t xml:space="preserve"> </w:t>
      </w:r>
      <w:r w:rsidRPr="00AF7F72">
        <w:rPr>
          <w:rFonts w:ascii="Sakkal Majalla" w:hAnsi="Sakkal Majalla" w:cs="Sakkal Majalla" w:hint="cs"/>
          <w:szCs w:val="28"/>
          <w:rtl/>
        </w:rPr>
        <w:t>كمية</w:t>
      </w:r>
      <w:r w:rsidRPr="00AF7F72">
        <w:rPr>
          <w:rFonts w:ascii="Sakkal Majalla" w:hAnsi="Sakkal Majalla" w:cs="Sakkal Majalla"/>
          <w:szCs w:val="28"/>
          <w:rtl/>
        </w:rPr>
        <w:t xml:space="preserve"> </w:t>
      </w:r>
      <w:r w:rsidRPr="00AF7F72">
        <w:rPr>
          <w:rFonts w:ascii="Sakkal Majalla" w:hAnsi="Sakkal Majalla" w:cs="Sakkal Majalla" w:hint="cs"/>
          <w:szCs w:val="28"/>
          <w:rtl/>
        </w:rPr>
        <w:t>على</w:t>
      </w:r>
      <w:r w:rsidRPr="00AF7F72">
        <w:rPr>
          <w:rFonts w:ascii="Sakkal Majalla" w:hAnsi="Sakkal Majalla" w:cs="Sakkal Majalla"/>
          <w:szCs w:val="28"/>
          <w:rtl/>
        </w:rPr>
        <w:t xml:space="preserve"> </w:t>
      </w:r>
      <w:r w:rsidRPr="00AF7F72">
        <w:rPr>
          <w:rFonts w:ascii="Sakkal Majalla" w:hAnsi="Sakkal Majalla" w:cs="Sakkal Majalla" w:hint="cs"/>
          <w:szCs w:val="28"/>
          <w:rtl/>
        </w:rPr>
        <w:t>أن</w:t>
      </w:r>
      <w:r w:rsidRPr="00AF7F72">
        <w:rPr>
          <w:rFonts w:ascii="Sakkal Majalla" w:hAnsi="Sakkal Majalla" w:cs="Sakkal Majalla"/>
          <w:szCs w:val="28"/>
          <w:rtl/>
        </w:rPr>
        <w:t xml:space="preserve"> </w:t>
      </w:r>
      <w:r w:rsidRPr="00AF7F72">
        <w:rPr>
          <w:rFonts w:ascii="Sakkal Majalla" w:hAnsi="Sakkal Majalla" w:cs="Sakkal Majalla" w:hint="cs"/>
          <w:szCs w:val="28"/>
          <w:rtl/>
        </w:rPr>
        <w:t>نقل</w:t>
      </w:r>
      <w:r w:rsidRPr="00AF7F72">
        <w:rPr>
          <w:rFonts w:ascii="Sakkal Majalla" w:hAnsi="Sakkal Majalla" w:cs="Sakkal Majalla"/>
          <w:szCs w:val="28"/>
          <w:rtl/>
        </w:rPr>
        <w:t xml:space="preserve"> </w:t>
      </w:r>
      <w:r w:rsidRPr="00AF7F72">
        <w:rPr>
          <w:rFonts w:ascii="Sakkal Majalla" w:hAnsi="Sakkal Majalla" w:cs="Sakkal Majalla" w:hint="cs"/>
          <w:szCs w:val="28"/>
          <w:rtl/>
        </w:rPr>
        <w:t>المعرفة</w:t>
      </w:r>
      <w:r w:rsidRPr="00AF7F72">
        <w:rPr>
          <w:rFonts w:ascii="Sakkal Majalla" w:hAnsi="Sakkal Majalla" w:cs="Sakkal Majalla"/>
          <w:szCs w:val="28"/>
          <w:rtl/>
        </w:rPr>
        <w:t xml:space="preserve"> </w:t>
      </w:r>
      <w:r w:rsidRPr="00AF7F72">
        <w:rPr>
          <w:rFonts w:ascii="Sakkal Majalla" w:hAnsi="Sakkal Majalla" w:cs="Sakkal Majalla" w:hint="cs"/>
          <w:szCs w:val="28"/>
          <w:rtl/>
        </w:rPr>
        <w:t>وبناء</w:t>
      </w:r>
      <w:r w:rsidRPr="00AF7F72">
        <w:rPr>
          <w:rFonts w:ascii="Sakkal Majalla" w:hAnsi="Sakkal Majalla" w:cs="Sakkal Majalla"/>
          <w:szCs w:val="28"/>
          <w:rtl/>
        </w:rPr>
        <w:t xml:space="preserve"> </w:t>
      </w:r>
      <w:r w:rsidRPr="00AF7F72">
        <w:rPr>
          <w:rFonts w:ascii="Sakkal Majalla" w:hAnsi="Sakkal Majalla" w:cs="Sakkal Majalla" w:hint="cs"/>
          <w:szCs w:val="28"/>
          <w:rtl/>
        </w:rPr>
        <w:t>القدرات</w:t>
      </w:r>
      <w:r w:rsidRPr="00AF7F72">
        <w:rPr>
          <w:rFonts w:ascii="Sakkal Majalla" w:hAnsi="Sakkal Majalla" w:cs="Sakkal Majalla"/>
          <w:szCs w:val="28"/>
          <w:rtl/>
        </w:rPr>
        <w:t xml:space="preserve"> </w:t>
      </w:r>
      <w:r w:rsidRPr="00AF7F72">
        <w:rPr>
          <w:rFonts w:ascii="Sakkal Majalla" w:hAnsi="Sakkal Majalla" w:cs="Sakkal Majalla" w:hint="cs"/>
          <w:szCs w:val="28"/>
          <w:rtl/>
        </w:rPr>
        <w:t>هما</w:t>
      </w:r>
      <w:r w:rsidRPr="00AF7F72">
        <w:rPr>
          <w:rFonts w:ascii="Sakkal Majalla" w:hAnsi="Sakkal Majalla" w:cs="Sakkal Majalla"/>
          <w:szCs w:val="28"/>
          <w:rtl/>
        </w:rPr>
        <w:t xml:space="preserve"> </w:t>
      </w:r>
      <w:r w:rsidRPr="00AF7F72">
        <w:rPr>
          <w:rFonts w:ascii="Sakkal Majalla" w:hAnsi="Sakkal Majalla" w:cs="Sakkal Majalla" w:hint="cs"/>
          <w:szCs w:val="28"/>
          <w:rtl/>
        </w:rPr>
        <w:t>من</w:t>
      </w:r>
      <w:r w:rsidRPr="00AF7F72">
        <w:rPr>
          <w:rFonts w:ascii="Sakkal Majalla" w:hAnsi="Sakkal Majalla" w:cs="Sakkal Majalla"/>
          <w:szCs w:val="28"/>
          <w:rtl/>
        </w:rPr>
        <w:t xml:space="preserve"> </w:t>
      </w:r>
      <w:r w:rsidRPr="00AF7F72">
        <w:rPr>
          <w:rFonts w:ascii="Sakkal Majalla" w:hAnsi="Sakkal Majalla" w:cs="Sakkal Majalla" w:hint="cs"/>
          <w:szCs w:val="28"/>
          <w:rtl/>
        </w:rPr>
        <w:t>أبرز</w:t>
      </w:r>
      <w:r w:rsidRPr="00AF7F72">
        <w:rPr>
          <w:rFonts w:ascii="Sakkal Majalla" w:hAnsi="Sakkal Majalla" w:cs="Sakkal Majalla"/>
          <w:szCs w:val="28"/>
          <w:rtl/>
        </w:rPr>
        <w:t xml:space="preserve"> </w:t>
      </w:r>
      <w:r w:rsidRPr="00AF7F72">
        <w:rPr>
          <w:rFonts w:ascii="Sakkal Majalla" w:hAnsi="Sakkal Majalla" w:cs="Sakkal Majalla" w:hint="cs"/>
          <w:szCs w:val="28"/>
          <w:rtl/>
        </w:rPr>
        <w:t>محركات</w:t>
      </w:r>
      <w:r w:rsidRPr="00AF7F72">
        <w:rPr>
          <w:rFonts w:ascii="Sakkal Majalla" w:hAnsi="Sakkal Majalla" w:cs="Sakkal Majalla"/>
          <w:szCs w:val="28"/>
          <w:rtl/>
        </w:rPr>
        <w:t xml:space="preserve"> </w:t>
      </w:r>
      <w:r w:rsidRPr="00AF7F72">
        <w:rPr>
          <w:rFonts w:ascii="Sakkal Majalla" w:hAnsi="Sakkal Majalla" w:cs="Sakkal Majalla" w:hint="cs"/>
          <w:szCs w:val="28"/>
          <w:rtl/>
        </w:rPr>
        <w:t>استدامة</w:t>
      </w:r>
      <w:r w:rsidRPr="00AF7F72">
        <w:rPr>
          <w:rFonts w:ascii="Sakkal Majalla" w:hAnsi="Sakkal Majalla" w:cs="Sakkal Majalla"/>
          <w:szCs w:val="28"/>
          <w:rtl/>
        </w:rPr>
        <w:t xml:space="preserve"> </w:t>
      </w:r>
      <w:r w:rsidRPr="00AF7F72">
        <w:rPr>
          <w:rFonts w:ascii="Sakkal Majalla" w:hAnsi="Sakkal Majalla" w:cs="Sakkal Majalla" w:hint="cs"/>
          <w:szCs w:val="28"/>
          <w:rtl/>
        </w:rPr>
        <w:t>الابتكار</w:t>
      </w:r>
      <w:r w:rsidRPr="00AF7F72">
        <w:rPr>
          <w:rFonts w:ascii="Sakkal Majalla" w:hAnsi="Sakkal Majalla" w:cs="Sakkal Majalla"/>
          <w:szCs w:val="28"/>
        </w:rPr>
        <w:t>.</w:t>
      </w:r>
    </w:p>
    <w:p w14:paraId="2E5610C2" w14:textId="0C0954C2" w:rsidR="00AF7F72" w:rsidRPr="00AF7F72" w:rsidRDefault="00AF7F72" w:rsidP="00634497">
      <w:pPr>
        <w:pStyle w:val="ListParagraph"/>
        <w:numPr>
          <w:ilvl w:val="0"/>
          <w:numId w:val="80"/>
        </w:numPr>
        <w:bidi/>
        <w:spacing w:line="360" w:lineRule="auto"/>
        <w:jc w:val="lowKashida"/>
        <w:rPr>
          <w:rFonts w:ascii="Sakkal Majalla" w:hAnsi="Sakkal Majalla" w:cs="Sakkal Majalla"/>
          <w:szCs w:val="28"/>
          <w:rtl/>
        </w:rPr>
      </w:pPr>
      <w:r w:rsidRPr="00AF7F72">
        <w:rPr>
          <w:rFonts w:ascii="Sakkal Majalla" w:hAnsi="Sakkal Majalla" w:cs="Sakkal Majalla" w:hint="cs"/>
          <w:szCs w:val="28"/>
          <w:rtl/>
        </w:rPr>
        <w:t>تسليط</w:t>
      </w:r>
      <w:r w:rsidRPr="00AF7F72">
        <w:rPr>
          <w:rFonts w:ascii="Sakkal Majalla" w:hAnsi="Sakkal Majalla" w:cs="Sakkal Majalla"/>
          <w:szCs w:val="28"/>
          <w:rtl/>
        </w:rPr>
        <w:t xml:space="preserve"> </w:t>
      </w:r>
      <w:r w:rsidRPr="00AF7F72">
        <w:rPr>
          <w:rFonts w:ascii="Sakkal Majalla" w:hAnsi="Sakkal Majalla" w:cs="Sakkal Majalla" w:hint="cs"/>
          <w:szCs w:val="28"/>
          <w:rtl/>
        </w:rPr>
        <w:t>الضوء</w:t>
      </w:r>
      <w:r w:rsidRPr="00AF7F72">
        <w:rPr>
          <w:rFonts w:ascii="Sakkal Majalla" w:hAnsi="Sakkal Majalla" w:cs="Sakkal Majalla"/>
          <w:szCs w:val="28"/>
          <w:rtl/>
        </w:rPr>
        <w:t xml:space="preserve"> </w:t>
      </w:r>
      <w:r w:rsidRPr="00AF7F72">
        <w:rPr>
          <w:rFonts w:ascii="Sakkal Majalla" w:hAnsi="Sakkal Majalla" w:cs="Sakkal Majalla" w:hint="cs"/>
          <w:szCs w:val="28"/>
          <w:rtl/>
        </w:rPr>
        <w:t>على</w:t>
      </w:r>
      <w:r w:rsidRPr="00AF7F72">
        <w:rPr>
          <w:rFonts w:ascii="Sakkal Majalla" w:hAnsi="Sakkal Majalla" w:cs="Sakkal Majalla"/>
          <w:szCs w:val="28"/>
          <w:rtl/>
        </w:rPr>
        <w:t xml:space="preserve"> </w:t>
      </w:r>
      <w:r w:rsidRPr="00AF7F72">
        <w:rPr>
          <w:rFonts w:ascii="Sakkal Majalla" w:hAnsi="Sakkal Majalla" w:cs="Sakkal Majalla" w:hint="cs"/>
          <w:szCs w:val="28"/>
          <w:rtl/>
        </w:rPr>
        <w:t>أن</w:t>
      </w:r>
      <w:r w:rsidRPr="00AF7F72">
        <w:rPr>
          <w:rFonts w:ascii="Sakkal Majalla" w:hAnsi="Sakkal Majalla" w:cs="Sakkal Majalla"/>
          <w:szCs w:val="28"/>
          <w:rtl/>
        </w:rPr>
        <w:t xml:space="preserve"> </w:t>
      </w:r>
      <w:r w:rsidRPr="00AF7F72">
        <w:rPr>
          <w:rFonts w:ascii="Sakkal Majalla" w:hAnsi="Sakkal Majalla" w:cs="Sakkal Majalla" w:hint="cs"/>
          <w:szCs w:val="28"/>
          <w:rtl/>
        </w:rPr>
        <w:t>أثر</w:t>
      </w:r>
      <w:r w:rsidRPr="00AF7F72">
        <w:rPr>
          <w:rFonts w:ascii="Sakkal Majalla" w:hAnsi="Sakkal Majalla" w:cs="Sakkal Majalla"/>
          <w:szCs w:val="28"/>
          <w:rtl/>
        </w:rPr>
        <w:t xml:space="preserve"> </w:t>
      </w:r>
      <w:r w:rsidRPr="00AF7F72">
        <w:rPr>
          <w:rFonts w:ascii="Sakkal Majalla" w:hAnsi="Sakkal Majalla" w:cs="Sakkal Majalla" w:hint="cs"/>
          <w:szCs w:val="28"/>
          <w:rtl/>
        </w:rPr>
        <w:t>التكامل</w:t>
      </w:r>
      <w:r w:rsidRPr="00AF7F72">
        <w:rPr>
          <w:rFonts w:ascii="Sakkal Majalla" w:hAnsi="Sakkal Majalla" w:cs="Sakkal Majalla"/>
          <w:szCs w:val="28"/>
          <w:rtl/>
        </w:rPr>
        <w:t xml:space="preserve"> </w:t>
      </w:r>
      <w:r w:rsidRPr="00AF7F72">
        <w:rPr>
          <w:rFonts w:ascii="Sakkal Majalla" w:hAnsi="Sakkal Majalla" w:cs="Sakkal Majalla" w:hint="cs"/>
          <w:szCs w:val="28"/>
          <w:rtl/>
        </w:rPr>
        <w:t>مع</w:t>
      </w:r>
      <w:r w:rsidRPr="00AF7F72">
        <w:rPr>
          <w:rFonts w:ascii="Sakkal Majalla" w:hAnsi="Sakkal Majalla" w:cs="Sakkal Majalla"/>
          <w:szCs w:val="28"/>
          <w:rtl/>
        </w:rPr>
        <w:t xml:space="preserve"> </w:t>
      </w:r>
      <w:r w:rsidRPr="00AF7F72">
        <w:rPr>
          <w:rFonts w:ascii="Sakkal Majalla" w:hAnsi="Sakkal Majalla" w:cs="Sakkal Majalla" w:hint="cs"/>
          <w:szCs w:val="28"/>
          <w:rtl/>
        </w:rPr>
        <w:t>الاستشاريين</w:t>
      </w:r>
      <w:r w:rsidRPr="00AF7F72">
        <w:rPr>
          <w:rFonts w:ascii="Sakkal Majalla" w:hAnsi="Sakkal Majalla" w:cs="Sakkal Majalla"/>
          <w:szCs w:val="28"/>
          <w:rtl/>
        </w:rPr>
        <w:t xml:space="preserve"> </w:t>
      </w:r>
      <w:r w:rsidRPr="00AF7F72">
        <w:rPr>
          <w:rFonts w:ascii="Sakkal Majalla" w:hAnsi="Sakkal Majalla" w:cs="Sakkal Majalla" w:hint="cs"/>
          <w:szCs w:val="28"/>
          <w:rtl/>
        </w:rPr>
        <w:t>يتضاءل</w:t>
      </w:r>
      <w:r w:rsidRPr="00AF7F72">
        <w:rPr>
          <w:rFonts w:ascii="Sakkal Majalla" w:hAnsi="Sakkal Majalla" w:cs="Sakkal Majalla"/>
          <w:szCs w:val="28"/>
          <w:rtl/>
        </w:rPr>
        <w:t xml:space="preserve"> </w:t>
      </w:r>
      <w:r w:rsidRPr="00AF7F72">
        <w:rPr>
          <w:rFonts w:ascii="Sakkal Majalla" w:hAnsi="Sakkal Majalla" w:cs="Sakkal Majalla" w:hint="cs"/>
          <w:szCs w:val="28"/>
          <w:rtl/>
        </w:rPr>
        <w:t>في</w:t>
      </w:r>
      <w:r w:rsidRPr="00AF7F72">
        <w:rPr>
          <w:rFonts w:ascii="Sakkal Majalla" w:hAnsi="Sakkal Majalla" w:cs="Sakkal Majalla"/>
          <w:szCs w:val="28"/>
          <w:rtl/>
        </w:rPr>
        <w:t xml:space="preserve"> </w:t>
      </w:r>
      <w:r w:rsidRPr="00AF7F72">
        <w:rPr>
          <w:rFonts w:ascii="Sakkal Majalla" w:hAnsi="Sakkal Majalla" w:cs="Sakkal Majalla" w:hint="cs"/>
          <w:szCs w:val="28"/>
          <w:rtl/>
        </w:rPr>
        <w:t>غياب</w:t>
      </w:r>
      <w:r w:rsidRPr="00AF7F72">
        <w:rPr>
          <w:rFonts w:ascii="Sakkal Majalla" w:hAnsi="Sakkal Majalla" w:cs="Sakkal Majalla"/>
          <w:szCs w:val="28"/>
          <w:rtl/>
        </w:rPr>
        <w:t xml:space="preserve"> </w:t>
      </w:r>
      <w:r w:rsidRPr="00AF7F72">
        <w:rPr>
          <w:rFonts w:ascii="Sakkal Majalla" w:hAnsi="Sakkal Majalla" w:cs="Sakkal Majalla" w:hint="cs"/>
          <w:szCs w:val="28"/>
          <w:rtl/>
        </w:rPr>
        <w:t>آليات</w:t>
      </w:r>
      <w:r w:rsidRPr="00AF7F72">
        <w:rPr>
          <w:rFonts w:ascii="Sakkal Majalla" w:hAnsi="Sakkal Majalla" w:cs="Sakkal Majalla"/>
          <w:szCs w:val="28"/>
          <w:rtl/>
        </w:rPr>
        <w:t xml:space="preserve"> </w:t>
      </w:r>
      <w:r w:rsidRPr="00AF7F72">
        <w:rPr>
          <w:rFonts w:ascii="Sakkal Majalla" w:hAnsi="Sakkal Majalla" w:cs="Sakkal Majalla" w:hint="cs"/>
          <w:szCs w:val="28"/>
          <w:rtl/>
        </w:rPr>
        <w:t>مؤسسية</w:t>
      </w:r>
      <w:r w:rsidRPr="00AF7F72">
        <w:rPr>
          <w:rFonts w:ascii="Sakkal Majalla" w:hAnsi="Sakkal Majalla" w:cs="Sakkal Majalla"/>
          <w:szCs w:val="28"/>
          <w:rtl/>
        </w:rPr>
        <w:t xml:space="preserve"> </w:t>
      </w:r>
      <w:r w:rsidRPr="00AF7F72">
        <w:rPr>
          <w:rFonts w:ascii="Sakkal Majalla" w:hAnsi="Sakkal Majalla" w:cs="Sakkal Majalla" w:hint="cs"/>
          <w:szCs w:val="28"/>
          <w:rtl/>
        </w:rPr>
        <w:t>لحفظ</w:t>
      </w:r>
      <w:r w:rsidRPr="00AF7F72">
        <w:rPr>
          <w:rFonts w:ascii="Sakkal Majalla" w:hAnsi="Sakkal Majalla" w:cs="Sakkal Majalla"/>
          <w:szCs w:val="28"/>
          <w:rtl/>
        </w:rPr>
        <w:t xml:space="preserve"> </w:t>
      </w:r>
      <w:r w:rsidRPr="00AF7F72">
        <w:rPr>
          <w:rFonts w:ascii="Sakkal Majalla" w:hAnsi="Sakkal Majalla" w:cs="Sakkal Majalla" w:hint="cs"/>
          <w:szCs w:val="28"/>
          <w:rtl/>
        </w:rPr>
        <w:t>المعرفة</w:t>
      </w:r>
      <w:r w:rsidRPr="00AF7F72">
        <w:rPr>
          <w:rFonts w:ascii="Sakkal Majalla" w:hAnsi="Sakkal Majalla" w:cs="Sakkal Majalla"/>
          <w:szCs w:val="28"/>
          <w:rtl/>
        </w:rPr>
        <w:t xml:space="preserve"> </w:t>
      </w:r>
      <w:r w:rsidRPr="00AF7F72">
        <w:rPr>
          <w:rFonts w:ascii="Sakkal Majalla" w:hAnsi="Sakkal Majalla" w:cs="Sakkal Majalla" w:hint="cs"/>
          <w:szCs w:val="28"/>
          <w:rtl/>
        </w:rPr>
        <w:t>وتطبيقها</w:t>
      </w:r>
      <w:r w:rsidRPr="00AF7F72">
        <w:rPr>
          <w:rFonts w:ascii="Sakkal Majalla" w:hAnsi="Sakkal Majalla" w:cs="Sakkal Majalla"/>
          <w:szCs w:val="28"/>
        </w:rPr>
        <w:t>.</w:t>
      </w:r>
    </w:p>
    <w:p w14:paraId="2687F5AA" w14:textId="23A0F7A9" w:rsidR="00F91B02" w:rsidRPr="00F91B02" w:rsidRDefault="00AF7F72" w:rsidP="00634497">
      <w:pPr>
        <w:pStyle w:val="ListParagraph"/>
        <w:numPr>
          <w:ilvl w:val="0"/>
          <w:numId w:val="80"/>
        </w:numPr>
        <w:bidi/>
        <w:spacing w:line="360" w:lineRule="auto"/>
        <w:jc w:val="lowKashida"/>
        <w:rPr>
          <w:rFonts w:ascii="Sakkal Majalla" w:hAnsi="Sakkal Majalla" w:cs="Sakkal Majalla"/>
          <w:szCs w:val="28"/>
          <w:rtl/>
        </w:rPr>
      </w:pPr>
      <w:r w:rsidRPr="00AF7F72">
        <w:rPr>
          <w:rFonts w:ascii="Sakkal Majalla" w:hAnsi="Sakkal Majalla" w:cs="Sakkal Majalla" w:hint="cs"/>
          <w:szCs w:val="28"/>
          <w:rtl/>
        </w:rPr>
        <w:t>إعادة</w:t>
      </w:r>
      <w:r w:rsidRPr="00AF7F72">
        <w:rPr>
          <w:rFonts w:ascii="Sakkal Majalla" w:hAnsi="Sakkal Majalla" w:cs="Sakkal Majalla"/>
          <w:szCs w:val="28"/>
          <w:rtl/>
        </w:rPr>
        <w:t xml:space="preserve"> </w:t>
      </w:r>
      <w:r w:rsidRPr="00AF7F72">
        <w:rPr>
          <w:rFonts w:ascii="Sakkal Majalla" w:hAnsi="Sakkal Majalla" w:cs="Sakkal Majalla" w:hint="cs"/>
          <w:szCs w:val="28"/>
          <w:rtl/>
        </w:rPr>
        <w:t>ترتيب</w:t>
      </w:r>
      <w:r w:rsidRPr="00AF7F72">
        <w:rPr>
          <w:rFonts w:ascii="Sakkal Majalla" w:hAnsi="Sakkal Majalla" w:cs="Sakkal Majalla"/>
          <w:szCs w:val="28"/>
          <w:rtl/>
        </w:rPr>
        <w:t xml:space="preserve"> </w:t>
      </w:r>
      <w:r w:rsidRPr="00AF7F72">
        <w:rPr>
          <w:rFonts w:ascii="Sakkal Majalla" w:hAnsi="Sakkal Majalla" w:cs="Sakkal Majalla" w:hint="cs"/>
          <w:szCs w:val="28"/>
          <w:rtl/>
        </w:rPr>
        <w:t>أولويات</w:t>
      </w:r>
      <w:r w:rsidRPr="00AF7F72">
        <w:rPr>
          <w:rFonts w:ascii="Sakkal Majalla" w:hAnsi="Sakkal Majalla" w:cs="Sakkal Majalla"/>
          <w:szCs w:val="28"/>
          <w:rtl/>
        </w:rPr>
        <w:t xml:space="preserve"> </w:t>
      </w:r>
      <w:r w:rsidRPr="00AF7F72">
        <w:rPr>
          <w:rFonts w:ascii="Sakkal Majalla" w:hAnsi="Sakkal Majalla" w:cs="Sakkal Majalla" w:hint="cs"/>
          <w:szCs w:val="28"/>
          <w:rtl/>
        </w:rPr>
        <w:t>التمكين</w:t>
      </w:r>
      <w:r w:rsidRPr="00AF7F72">
        <w:rPr>
          <w:rFonts w:ascii="Sakkal Majalla" w:hAnsi="Sakkal Majalla" w:cs="Sakkal Majalla"/>
          <w:szCs w:val="28"/>
          <w:rtl/>
        </w:rPr>
        <w:t xml:space="preserve"> </w:t>
      </w:r>
      <w:r w:rsidRPr="00AF7F72">
        <w:rPr>
          <w:rFonts w:ascii="Sakkal Majalla" w:hAnsi="Sakkal Majalla" w:cs="Sakkal Majalla" w:hint="cs"/>
          <w:szCs w:val="28"/>
          <w:rtl/>
        </w:rPr>
        <w:t>في</w:t>
      </w:r>
      <w:r w:rsidRPr="00AF7F72">
        <w:rPr>
          <w:rFonts w:ascii="Sakkal Majalla" w:hAnsi="Sakkal Majalla" w:cs="Sakkal Majalla"/>
          <w:szCs w:val="28"/>
          <w:rtl/>
        </w:rPr>
        <w:t xml:space="preserve"> </w:t>
      </w:r>
      <w:r w:rsidRPr="00AF7F72">
        <w:rPr>
          <w:rFonts w:ascii="Sakkal Majalla" w:hAnsi="Sakkal Majalla" w:cs="Sakkal Majalla" w:hint="cs"/>
          <w:szCs w:val="28"/>
          <w:rtl/>
        </w:rPr>
        <w:t>بعض</w:t>
      </w:r>
      <w:r w:rsidRPr="00AF7F72">
        <w:rPr>
          <w:rFonts w:ascii="Sakkal Majalla" w:hAnsi="Sakkal Majalla" w:cs="Sakkal Majalla"/>
          <w:szCs w:val="28"/>
          <w:rtl/>
        </w:rPr>
        <w:t xml:space="preserve"> </w:t>
      </w:r>
      <w:r w:rsidRPr="00AF7F72">
        <w:rPr>
          <w:rFonts w:ascii="Sakkal Majalla" w:hAnsi="Sakkal Majalla" w:cs="Sakkal Majalla" w:hint="cs"/>
          <w:szCs w:val="28"/>
          <w:rtl/>
        </w:rPr>
        <w:t>السياقات،</w:t>
      </w:r>
      <w:r w:rsidRPr="00AF7F72">
        <w:rPr>
          <w:rFonts w:ascii="Sakkal Majalla" w:hAnsi="Sakkal Majalla" w:cs="Sakkal Majalla"/>
          <w:szCs w:val="28"/>
          <w:rtl/>
        </w:rPr>
        <w:t xml:space="preserve"> </w:t>
      </w:r>
      <w:r w:rsidRPr="00AF7F72">
        <w:rPr>
          <w:rFonts w:ascii="Sakkal Majalla" w:hAnsi="Sakkal Majalla" w:cs="Sakkal Majalla" w:hint="cs"/>
          <w:szCs w:val="28"/>
          <w:rtl/>
        </w:rPr>
        <w:t>حيث</w:t>
      </w:r>
      <w:r w:rsidRPr="00AF7F72">
        <w:rPr>
          <w:rFonts w:ascii="Sakkal Majalla" w:hAnsi="Sakkal Majalla" w:cs="Sakkal Majalla"/>
          <w:szCs w:val="28"/>
          <w:rtl/>
        </w:rPr>
        <w:t xml:space="preserve"> </w:t>
      </w:r>
      <w:r w:rsidRPr="00AF7F72">
        <w:rPr>
          <w:rFonts w:ascii="Sakkal Majalla" w:hAnsi="Sakkal Majalla" w:cs="Sakkal Majalla" w:hint="cs"/>
          <w:szCs w:val="28"/>
          <w:rtl/>
        </w:rPr>
        <w:t>يمكن</w:t>
      </w:r>
      <w:r w:rsidRPr="00AF7F72">
        <w:rPr>
          <w:rFonts w:ascii="Sakkal Majalla" w:hAnsi="Sakkal Majalla" w:cs="Sakkal Majalla"/>
          <w:szCs w:val="28"/>
          <w:rtl/>
        </w:rPr>
        <w:t xml:space="preserve"> </w:t>
      </w:r>
      <w:r w:rsidRPr="00AF7F72">
        <w:rPr>
          <w:rFonts w:ascii="Sakkal Majalla" w:hAnsi="Sakkal Majalla" w:cs="Sakkal Majalla" w:hint="cs"/>
          <w:szCs w:val="28"/>
          <w:rtl/>
        </w:rPr>
        <w:t>أن</w:t>
      </w:r>
      <w:r w:rsidRPr="00AF7F72">
        <w:rPr>
          <w:rFonts w:ascii="Sakkal Majalla" w:hAnsi="Sakkal Majalla" w:cs="Sakkal Majalla"/>
          <w:szCs w:val="28"/>
          <w:rtl/>
        </w:rPr>
        <w:t xml:space="preserve"> </w:t>
      </w:r>
      <w:r w:rsidRPr="00AF7F72">
        <w:rPr>
          <w:rFonts w:ascii="Sakkal Majalla" w:hAnsi="Sakkal Majalla" w:cs="Sakkal Majalla" w:hint="cs"/>
          <w:szCs w:val="28"/>
          <w:rtl/>
        </w:rPr>
        <w:t>تتقدم</w:t>
      </w:r>
      <w:r w:rsidRPr="00AF7F72">
        <w:rPr>
          <w:rFonts w:ascii="Sakkal Majalla" w:hAnsi="Sakkal Majalla" w:cs="Sakkal Majalla"/>
          <w:szCs w:val="28"/>
          <w:rtl/>
        </w:rPr>
        <w:t xml:space="preserve"> </w:t>
      </w:r>
      <w:r w:rsidRPr="00AF7F72">
        <w:rPr>
          <w:rFonts w:ascii="Sakkal Majalla" w:hAnsi="Sakkal Majalla" w:cs="Sakkal Majalla" w:hint="cs"/>
          <w:szCs w:val="28"/>
          <w:rtl/>
        </w:rPr>
        <w:t>القدرة</w:t>
      </w:r>
      <w:r w:rsidRPr="00AF7F72">
        <w:rPr>
          <w:rFonts w:ascii="Sakkal Majalla" w:hAnsi="Sakkal Majalla" w:cs="Sakkal Majalla"/>
          <w:szCs w:val="28"/>
          <w:rtl/>
        </w:rPr>
        <w:t xml:space="preserve"> </w:t>
      </w:r>
      <w:r w:rsidRPr="00AF7F72">
        <w:rPr>
          <w:rFonts w:ascii="Sakkal Majalla" w:hAnsi="Sakkal Majalla" w:cs="Sakkal Majalla" w:hint="cs"/>
          <w:szCs w:val="28"/>
          <w:rtl/>
        </w:rPr>
        <w:t>الامتصاصية</w:t>
      </w:r>
      <w:r w:rsidRPr="00AF7F72">
        <w:rPr>
          <w:rFonts w:ascii="Sakkal Majalla" w:hAnsi="Sakkal Majalla" w:cs="Sakkal Majalla"/>
          <w:szCs w:val="28"/>
          <w:rtl/>
        </w:rPr>
        <w:t xml:space="preserve"> </w:t>
      </w:r>
      <w:r w:rsidRPr="00AF7F72">
        <w:rPr>
          <w:rFonts w:ascii="Sakkal Majalla" w:hAnsi="Sakkal Majalla" w:cs="Sakkal Majalla" w:hint="cs"/>
          <w:szCs w:val="28"/>
          <w:rtl/>
        </w:rPr>
        <w:t>على</w:t>
      </w:r>
      <w:r w:rsidRPr="00AF7F72">
        <w:rPr>
          <w:rFonts w:ascii="Sakkal Majalla" w:hAnsi="Sakkal Majalla" w:cs="Sakkal Majalla"/>
          <w:szCs w:val="28"/>
          <w:rtl/>
        </w:rPr>
        <w:t xml:space="preserve"> </w:t>
      </w:r>
      <w:r w:rsidRPr="00AF7F72">
        <w:rPr>
          <w:rFonts w:ascii="Sakkal Majalla" w:hAnsi="Sakkal Majalla" w:cs="Sakkal Majalla" w:hint="cs"/>
          <w:szCs w:val="28"/>
          <w:rtl/>
        </w:rPr>
        <w:t>بعض</w:t>
      </w:r>
      <w:r w:rsidRPr="00AF7F72">
        <w:rPr>
          <w:rFonts w:ascii="Sakkal Majalla" w:hAnsi="Sakkal Majalla" w:cs="Sakkal Majalla"/>
          <w:szCs w:val="28"/>
          <w:rtl/>
        </w:rPr>
        <w:t xml:space="preserve"> </w:t>
      </w:r>
      <w:r w:rsidRPr="00AF7F72">
        <w:rPr>
          <w:rFonts w:ascii="Sakkal Majalla" w:hAnsi="Sakkal Majalla" w:cs="Sakkal Majalla" w:hint="cs"/>
          <w:szCs w:val="28"/>
          <w:rtl/>
        </w:rPr>
        <w:t>العوامل</w:t>
      </w:r>
      <w:r w:rsidRPr="00AF7F72">
        <w:rPr>
          <w:rFonts w:ascii="Sakkal Majalla" w:hAnsi="Sakkal Majalla" w:cs="Sakkal Majalla"/>
          <w:szCs w:val="28"/>
          <w:rtl/>
        </w:rPr>
        <w:t xml:space="preserve"> </w:t>
      </w:r>
      <w:r w:rsidRPr="00AF7F72">
        <w:rPr>
          <w:rFonts w:ascii="Sakkal Majalla" w:hAnsi="Sakkal Majalla" w:cs="Sakkal Majalla" w:hint="cs"/>
          <w:szCs w:val="28"/>
          <w:rtl/>
        </w:rPr>
        <w:t>الداخلية</w:t>
      </w:r>
      <w:r w:rsidRPr="00AF7F72">
        <w:rPr>
          <w:rFonts w:ascii="Sakkal Majalla" w:hAnsi="Sakkal Majalla" w:cs="Sakkal Majalla"/>
          <w:szCs w:val="28"/>
          <w:rtl/>
        </w:rPr>
        <w:t xml:space="preserve"> </w:t>
      </w:r>
      <w:r w:rsidRPr="00AF7F72">
        <w:rPr>
          <w:rFonts w:ascii="Sakkal Majalla" w:hAnsi="Sakkal Majalla" w:cs="Sakkal Majalla" w:hint="cs"/>
          <w:szCs w:val="28"/>
          <w:rtl/>
        </w:rPr>
        <w:t>التقليدية</w:t>
      </w:r>
      <w:r w:rsidRPr="00AF7F72">
        <w:rPr>
          <w:rFonts w:ascii="Sakkal Majalla" w:hAnsi="Sakkal Majalla" w:cs="Sakkal Majalla"/>
          <w:szCs w:val="28"/>
          <w:rtl/>
        </w:rPr>
        <w:t xml:space="preserve"> </w:t>
      </w:r>
      <w:r w:rsidRPr="00AF7F72">
        <w:rPr>
          <w:rFonts w:ascii="Sakkal Majalla" w:hAnsi="Sakkal Majalla" w:cs="Sakkal Majalla" w:hint="cs"/>
          <w:szCs w:val="28"/>
          <w:rtl/>
        </w:rPr>
        <w:t>في</w:t>
      </w:r>
      <w:r w:rsidRPr="00AF7F72">
        <w:rPr>
          <w:rFonts w:ascii="Sakkal Majalla" w:hAnsi="Sakkal Majalla" w:cs="Sakkal Majalla"/>
          <w:szCs w:val="28"/>
          <w:rtl/>
        </w:rPr>
        <w:t xml:space="preserve"> </w:t>
      </w:r>
      <w:r w:rsidRPr="00AF7F72">
        <w:rPr>
          <w:rFonts w:ascii="Sakkal Majalla" w:hAnsi="Sakkal Majalla" w:cs="Sakkal Majalla" w:hint="cs"/>
          <w:szCs w:val="28"/>
          <w:rtl/>
        </w:rPr>
        <w:t>الأهمية</w:t>
      </w:r>
      <w:r w:rsidRPr="00AF7F72">
        <w:rPr>
          <w:rFonts w:ascii="Sakkal Majalla" w:hAnsi="Sakkal Majalla" w:cs="Sakkal Majalla"/>
          <w:szCs w:val="28"/>
          <w:rtl/>
        </w:rPr>
        <w:t xml:space="preserve"> </w:t>
      </w:r>
      <w:r w:rsidRPr="00AF7F72">
        <w:rPr>
          <w:rFonts w:ascii="Sakkal Majalla" w:hAnsi="Sakkal Majalla" w:cs="Sakkal Majalla" w:hint="cs"/>
          <w:szCs w:val="28"/>
          <w:rtl/>
        </w:rPr>
        <w:t>النسبية</w:t>
      </w:r>
      <w:r w:rsidRPr="00AF7F72">
        <w:rPr>
          <w:rFonts w:ascii="Sakkal Majalla" w:hAnsi="Sakkal Majalla" w:cs="Sakkal Majalla"/>
          <w:szCs w:val="28"/>
          <w:rtl/>
        </w:rPr>
        <w:t>.</w:t>
      </w:r>
    </w:p>
    <w:p w14:paraId="4E0ECC59" w14:textId="34746C3D" w:rsidR="00652FCF" w:rsidRPr="00652FCF" w:rsidRDefault="00652FCF" w:rsidP="00634497">
      <w:pPr>
        <w:bidi/>
        <w:spacing w:line="360" w:lineRule="auto"/>
        <w:jc w:val="lowKashida"/>
        <w:rPr>
          <w:rFonts w:ascii="Sakkal Majalla" w:hAnsi="Sakkal Majalla" w:cs="Sakkal Majalla"/>
          <w:b/>
          <w:bCs/>
          <w:sz w:val="40"/>
          <w:szCs w:val="32"/>
          <w:rtl/>
        </w:rPr>
      </w:pPr>
      <w:r w:rsidRPr="00652FCF">
        <w:rPr>
          <w:rFonts w:ascii="Sakkal Majalla" w:hAnsi="Sakkal Majalla" w:cs="Sakkal Majalla"/>
          <w:b/>
          <w:bCs/>
          <w:sz w:val="40"/>
          <w:szCs w:val="32"/>
          <w:rtl/>
        </w:rPr>
        <w:t xml:space="preserve">5.3 </w:t>
      </w:r>
      <w:r w:rsidRPr="00652FCF">
        <w:rPr>
          <w:rFonts w:ascii="Sakkal Majalla" w:hAnsi="Sakkal Majalla" w:cs="Sakkal Majalla" w:hint="cs"/>
          <w:b/>
          <w:bCs/>
          <w:sz w:val="40"/>
          <w:szCs w:val="32"/>
          <w:rtl/>
        </w:rPr>
        <w:t>تفسير</w:t>
      </w:r>
      <w:r w:rsidRPr="00652FCF">
        <w:rPr>
          <w:rFonts w:ascii="Sakkal Majalla" w:hAnsi="Sakkal Majalla" w:cs="Sakkal Majalla"/>
          <w:b/>
          <w:bCs/>
          <w:sz w:val="40"/>
          <w:szCs w:val="32"/>
          <w:rtl/>
        </w:rPr>
        <w:t xml:space="preserve"> </w:t>
      </w:r>
      <w:r w:rsidRPr="00652FCF">
        <w:rPr>
          <w:rFonts w:ascii="Sakkal Majalla" w:hAnsi="Sakkal Majalla" w:cs="Sakkal Majalla" w:hint="cs"/>
          <w:b/>
          <w:bCs/>
          <w:sz w:val="40"/>
          <w:szCs w:val="32"/>
          <w:rtl/>
        </w:rPr>
        <w:t>النتائج</w:t>
      </w:r>
      <w:r w:rsidRPr="00652FCF">
        <w:rPr>
          <w:rFonts w:ascii="Sakkal Majalla" w:hAnsi="Sakkal Majalla" w:cs="Sakkal Majalla"/>
          <w:b/>
          <w:bCs/>
          <w:sz w:val="40"/>
          <w:szCs w:val="32"/>
          <w:rtl/>
        </w:rPr>
        <w:t xml:space="preserve"> </w:t>
      </w:r>
      <w:r w:rsidRPr="00652FCF">
        <w:rPr>
          <w:rFonts w:ascii="Sakkal Majalla" w:hAnsi="Sakkal Majalla" w:cs="Sakkal Majalla" w:hint="cs"/>
          <w:b/>
          <w:bCs/>
          <w:sz w:val="40"/>
          <w:szCs w:val="32"/>
          <w:rtl/>
        </w:rPr>
        <w:t>في</w:t>
      </w:r>
      <w:r w:rsidRPr="00652FCF">
        <w:rPr>
          <w:rFonts w:ascii="Sakkal Majalla" w:hAnsi="Sakkal Majalla" w:cs="Sakkal Majalla"/>
          <w:b/>
          <w:bCs/>
          <w:sz w:val="40"/>
          <w:szCs w:val="32"/>
          <w:rtl/>
        </w:rPr>
        <w:t xml:space="preserve"> </w:t>
      </w:r>
      <w:r w:rsidRPr="00652FCF">
        <w:rPr>
          <w:rFonts w:ascii="Sakkal Majalla" w:hAnsi="Sakkal Majalla" w:cs="Sakkal Majalla" w:hint="cs"/>
          <w:b/>
          <w:bCs/>
          <w:sz w:val="40"/>
          <w:szCs w:val="32"/>
          <w:rtl/>
        </w:rPr>
        <w:t>ضوء</w:t>
      </w:r>
      <w:r w:rsidRPr="00652FCF">
        <w:rPr>
          <w:rFonts w:ascii="Sakkal Majalla" w:hAnsi="Sakkal Majalla" w:cs="Sakkal Majalla"/>
          <w:b/>
          <w:bCs/>
          <w:sz w:val="40"/>
          <w:szCs w:val="32"/>
          <w:rtl/>
        </w:rPr>
        <w:t xml:space="preserve"> </w:t>
      </w:r>
      <w:r w:rsidRPr="00652FCF">
        <w:rPr>
          <w:rFonts w:ascii="Sakkal Majalla" w:hAnsi="Sakkal Majalla" w:cs="Sakkal Majalla" w:hint="cs"/>
          <w:b/>
          <w:bCs/>
          <w:sz w:val="40"/>
          <w:szCs w:val="32"/>
          <w:rtl/>
        </w:rPr>
        <w:t>الإطار</w:t>
      </w:r>
      <w:r w:rsidRPr="00652FCF">
        <w:rPr>
          <w:rFonts w:ascii="Sakkal Majalla" w:hAnsi="Sakkal Majalla" w:cs="Sakkal Majalla"/>
          <w:b/>
          <w:bCs/>
          <w:sz w:val="40"/>
          <w:szCs w:val="32"/>
          <w:rtl/>
        </w:rPr>
        <w:t xml:space="preserve"> </w:t>
      </w:r>
      <w:r w:rsidRPr="00652FCF">
        <w:rPr>
          <w:rFonts w:ascii="Sakkal Majalla" w:hAnsi="Sakkal Majalla" w:cs="Sakkal Majalla" w:hint="cs"/>
          <w:b/>
          <w:bCs/>
          <w:sz w:val="40"/>
          <w:szCs w:val="32"/>
          <w:rtl/>
        </w:rPr>
        <w:t>النظري</w:t>
      </w:r>
      <w:r w:rsidRPr="00652FCF">
        <w:rPr>
          <w:rFonts w:ascii="Sakkal Majalla" w:hAnsi="Sakkal Majalla" w:cs="Sakkal Majalla"/>
          <w:b/>
          <w:bCs/>
          <w:sz w:val="40"/>
          <w:szCs w:val="32"/>
          <w:rtl/>
        </w:rPr>
        <w:t xml:space="preserve"> </w:t>
      </w:r>
      <w:r w:rsidRPr="00652FCF">
        <w:rPr>
          <w:rFonts w:ascii="Sakkal Majalla" w:hAnsi="Sakkal Majalla" w:cs="Sakkal Majalla" w:hint="cs"/>
          <w:b/>
          <w:bCs/>
          <w:sz w:val="40"/>
          <w:szCs w:val="32"/>
          <w:rtl/>
        </w:rPr>
        <w:t>والنموذج</w:t>
      </w:r>
      <w:r w:rsidRPr="00652FCF">
        <w:rPr>
          <w:rFonts w:ascii="Sakkal Majalla" w:hAnsi="Sakkal Majalla" w:cs="Sakkal Majalla"/>
          <w:b/>
          <w:bCs/>
          <w:sz w:val="40"/>
          <w:szCs w:val="32"/>
          <w:rtl/>
        </w:rPr>
        <w:t xml:space="preserve"> </w:t>
      </w:r>
      <w:r w:rsidRPr="00652FCF">
        <w:rPr>
          <w:rFonts w:ascii="Sakkal Majalla" w:hAnsi="Sakkal Majalla" w:cs="Sakkal Majalla" w:hint="cs"/>
          <w:b/>
          <w:bCs/>
          <w:sz w:val="40"/>
          <w:szCs w:val="32"/>
          <w:rtl/>
        </w:rPr>
        <w:t>المفاهيمي</w:t>
      </w:r>
    </w:p>
    <w:p w14:paraId="4363A977" w14:textId="3C40FB7D"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اعتمد</w:t>
      </w:r>
      <w:r w:rsidRPr="00652FCF">
        <w:rPr>
          <w:rFonts w:ascii="Sakkal Majalla" w:hAnsi="Sakkal Majalla" w:cs="Sakkal Majalla"/>
          <w:szCs w:val="28"/>
          <w:rtl/>
        </w:rPr>
        <w:t xml:space="preserve"> </w:t>
      </w:r>
      <w:r w:rsidRPr="00652FCF">
        <w:rPr>
          <w:rFonts w:ascii="Sakkal Majalla" w:hAnsi="Sakkal Majalla" w:cs="Sakkal Majalla" w:hint="cs"/>
          <w:szCs w:val="28"/>
          <w:rtl/>
        </w:rPr>
        <w:t>الإطار</w:t>
      </w:r>
      <w:r w:rsidRPr="00652FCF">
        <w:rPr>
          <w:rFonts w:ascii="Sakkal Majalla" w:hAnsi="Sakkal Majalla" w:cs="Sakkal Majalla"/>
          <w:szCs w:val="28"/>
          <w:rtl/>
        </w:rPr>
        <w:t xml:space="preserve"> </w:t>
      </w:r>
      <w:r w:rsidRPr="00652FCF">
        <w:rPr>
          <w:rFonts w:ascii="Sakkal Majalla" w:hAnsi="Sakkal Majalla" w:cs="Sakkal Majalla" w:hint="cs"/>
          <w:szCs w:val="28"/>
          <w:rtl/>
        </w:rPr>
        <w:t>النظري</w:t>
      </w:r>
      <w:r w:rsidRPr="00652FCF">
        <w:rPr>
          <w:rFonts w:ascii="Sakkal Majalla" w:hAnsi="Sakkal Majalla" w:cs="Sakkal Majalla"/>
          <w:szCs w:val="28"/>
          <w:rtl/>
        </w:rPr>
        <w:t xml:space="preserve"> </w:t>
      </w:r>
      <w:r w:rsidRPr="00652FCF">
        <w:rPr>
          <w:rFonts w:ascii="Sakkal Majalla" w:hAnsi="Sakkal Majalla" w:cs="Sakkal Majalla" w:hint="cs"/>
          <w:szCs w:val="28"/>
          <w:rtl/>
        </w:rPr>
        <w:t>الأولي</w:t>
      </w:r>
      <w:r w:rsidRPr="00652FCF">
        <w:rPr>
          <w:rFonts w:ascii="Sakkal Majalla" w:hAnsi="Sakkal Majalla" w:cs="Sakkal Majalla"/>
          <w:szCs w:val="28"/>
          <w:rtl/>
        </w:rPr>
        <w:t xml:space="preserve"> </w:t>
      </w:r>
      <w:r w:rsidRPr="00652FCF">
        <w:rPr>
          <w:rFonts w:ascii="Sakkal Majalla" w:hAnsi="Sakkal Majalla" w:cs="Sakkal Majalla" w:hint="cs"/>
          <w:szCs w:val="28"/>
          <w:rtl/>
        </w:rPr>
        <w:t>لهذه</w:t>
      </w:r>
      <w:r w:rsidRPr="00652FCF">
        <w:rPr>
          <w:rFonts w:ascii="Sakkal Majalla" w:hAnsi="Sakkal Majalla" w:cs="Sakkal Majalla"/>
          <w:szCs w:val="28"/>
          <w:rtl/>
        </w:rPr>
        <w:t xml:space="preserve"> </w:t>
      </w:r>
      <w:r w:rsidRPr="00652FCF">
        <w:rPr>
          <w:rFonts w:ascii="Sakkal Majalla" w:hAnsi="Sakkal Majalla" w:cs="Sakkal Majalla" w:hint="cs"/>
          <w:szCs w:val="28"/>
          <w:rtl/>
        </w:rPr>
        <w:t>الدراسة</w:t>
      </w:r>
      <w:r w:rsidRPr="00652FCF">
        <w:rPr>
          <w:rFonts w:ascii="Sakkal Majalla" w:hAnsi="Sakkal Majalla" w:cs="Sakkal Majalla"/>
          <w:szCs w:val="28"/>
          <w:rtl/>
        </w:rPr>
        <w:t xml:space="preserve"> </w:t>
      </w:r>
      <w:r w:rsidRPr="00652FCF">
        <w:rPr>
          <w:rFonts w:ascii="Sakkal Majalla" w:hAnsi="Sakkal Majalla" w:cs="Sakkal Majalla" w:hint="cs"/>
          <w:szCs w:val="28"/>
          <w:rtl/>
        </w:rPr>
        <w:t>على</w:t>
      </w:r>
      <w:r w:rsidRPr="00652FCF">
        <w:rPr>
          <w:rFonts w:ascii="Sakkal Majalla" w:hAnsi="Sakkal Majalla" w:cs="Sakkal Majalla"/>
          <w:szCs w:val="28"/>
          <w:rtl/>
        </w:rPr>
        <w:t xml:space="preserve"> </w:t>
      </w:r>
      <w:r w:rsidRPr="00652FCF">
        <w:rPr>
          <w:rFonts w:ascii="Sakkal Majalla" w:hAnsi="Sakkal Majalla" w:cs="Sakkal Majalla" w:hint="cs"/>
          <w:szCs w:val="28"/>
          <w:rtl/>
        </w:rPr>
        <w:t>فرضية</w:t>
      </w:r>
      <w:r w:rsidRPr="00652FCF">
        <w:rPr>
          <w:rFonts w:ascii="Sakkal Majalla" w:hAnsi="Sakkal Majalla" w:cs="Sakkal Majalla"/>
          <w:szCs w:val="28"/>
          <w:rtl/>
        </w:rPr>
        <w:t xml:space="preserve"> </w:t>
      </w:r>
      <w:r w:rsidRPr="00652FCF">
        <w:rPr>
          <w:rFonts w:ascii="Sakkal Majalla" w:hAnsi="Sakkal Majalla" w:cs="Sakkal Majalla" w:hint="cs"/>
          <w:szCs w:val="28"/>
          <w:rtl/>
        </w:rPr>
        <w:t>أساسية</w:t>
      </w:r>
      <w:r w:rsidRPr="00652FCF">
        <w:rPr>
          <w:rFonts w:ascii="Sakkal Majalla" w:hAnsi="Sakkal Majalla" w:cs="Sakkal Majalla"/>
          <w:szCs w:val="28"/>
          <w:rtl/>
        </w:rPr>
        <w:t xml:space="preserve"> </w:t>
      </w:r>
      <w:r w:rsidRPr="00652FCF">
        <w:rPr>
          <w:rFonts w:ascii="Sakkal Majalla" w:hAnsi="Sakkal Majalla" w:cs="Sakkal Majalla" w:hint="cs"/>
          <w:szCs w:val="28"/>
          <w:rtl/>
        </w:rPr>
        <w:t>مفادها</w:t>
      </w:r>
      <w:r w:rsidRPr="00652FCF">
        <w:rPr>
          <w:rFonts w:ascii="Sakkal Majalla" w:hAnsi="Sakkal Majalla" w:cs="Sakkal Majalla"/>
          <w:szCs w:val="28"/>
          <w:rtl/>
        </w:rPr>
        <w:t xml:space="preserve"> </w:t>
      </w:r>
      <w:r w:rsidRPr="00652FCF">
        <w:rPr>
          <w:rFonts w:ascii="Sakkal Majalla" w:hAnsi="Sakkal Majalla" w:cs="Sakkal Majalla" w:hint="cs"/>
          <w:szCs w:val="28"/>
          <w:rtl/>
        </w:rPr>
        <w:t>أن</w:t>
      </w:r>
      <w:r w:rsidRPr="00652FCF">
        <w:rPr>
          <w:rFonts w:ascii="Sakkal Majalla" w:hAnsi="Sakkal Majalla" w:cs="Sakkal Majalla"/>
          <w:szCs w:val="28"/>
          <w:rtl/>
        </w:rPr>
        <w:t xml:space="preserve"> </w:t>
      </w:r>
      <w:r w:rsidRPr="00652FCF">
        <w:rPr>
          <w:rFonts w:ascii="Sakkal Majalla" w:hAnsi="Sakkal Majalla" w:cs="Sakkal Majalla" w:hint="cs"/>
          <w:szCs w:val="28"/>
          <w:rtl/>
        </w:rPr>
        <w:t>استدامة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الابتكار</w:t>
      </w:r>
      <w:r w:rsidRPr="00652FCF">
        <w:rPr>
          <w:rFonts w:ascii="Sakkal Majalla" w:hAnsi="Sakkal Majalla" w:cs="Sakkal Majalla"/>
          <w:szCs w:val="28"/>
          <w:rtl/>
        </w:rPr>
        <w:t xml:space="preserve"> </w:t>
      </w:r>
      <w:r w:rsidRPr="00652FCF">
        <w:rPr>
          <w:rFonts w:ascii="Sakkal Majalla" w:hAnsi="Sakkal Majalla" w:cs="Sakkal Majalla" w:hint="cs"/>
          <w:szCs w:val="28"/>
          <w:rtl/>
        </w:rPr>
        <w:t>في</w:t>
      </w:r>
      <w:r w:rsidRPr="00652FCF">
        <w:rPr>
          <w:rFonts w:ascii="Sakkal Majalla" w:hAnsi="Sakkal Majalla" w:cs="Sakkal Majalla"/>
          <w:szCs w:val="28"/>
          <w:rtl/>
        </w:rPr>
        <w:t xml:space="preserve"> </w:t>
      </w:r>
      <w:r w:rsidRPr="00652FCF">
        <w:rPr>
          <w:rFonts w:ascii="Sakkal Majalla" w:hAnsi="Sakkal Majalla" w:cs="Sakkal Majalla" w:hint="cs"/>
          <w:szCs w:val="28"/>
          <w:rtl/>
        </w:rPr>
        <w:t>الجهات</w:t>
      </w:r>
      <w:r w:rsidRPr="00652FCF">
        <w:rPr>
          <w:rFonts w:ascii="Sakkal Majalla" w:hAnsi="Sakkal Majalla" w:cs="Sakkal Majalla"/>
          <w:szCs w:val="28"/>
          <w:rtl/>
        </w:rPr>
        <w:t xml:space="preserve"> </w:t>
      </w:r>
      <w:r w:rsidRPr="00652FCF">
        <w:rPr>
          <w:rFonts w:ascii="Sakkal Majalla" w:hAnsi="Sakkal Majalla" w:cs="Sakkal Majalla" w:hint="cs"/>
          <w:szCs w:val="28"/>
          <w:rtl/>
        </w:rPr>
        <w:t>الحكومية</w:t>
      </w:r>
      <w:r w:rsidRPr="00652FCF">
        <w:rPr>
          <w:rFonts w:ascii="Sakkal Majalla" w:hAnsi="Sakkal Majalla" w:cs="Sakkal Majalla"/>
          <w:szCs w:val="28"/>
          <w:rtl/>
        </w:rPr>
        <w:t xml:space="preserve"> </w:t>
      </w:r>
      <w:r w:rsidRPr="00652FCF">
        <w:rPr>
          <w:rFonts w:ascii="Sakkal Majalla" w:hAnsi="Sakkal Majalla" w:cs="Sakkal Majalla" w:hint="cs"/>
          <w:szCs w:val="28"/>
          <w:rtl/>
        </w:rPr>
        <w:t>تتحقق</w:t>
      </w:r>
      <w:r w:rsidRPr="00652FCF">
        <w:rPr>
          <w:rFonts w:ascii="Sakkal Majalla" w:hAnsi="Sakkal Majalla" w:cs="Sakkal Majalla"/>
          <w:szCs w:val="28"/>
          <w:rtl/>
        </w:rPr>
        <w:t xml:space="preserve"> </w:t>
      </w:r>
      <w:r w:rsidRPr="00652FCF">
        <w:rPr>
          <w:rFonts w:ascii="Sakkal Majalla" w:hAnsi="Sakkal Majalla" w:cs="Sakkal Majalla" w:hint="cs"/>
          <w:szCs w:val="28"/>
          <w:rtl/>
        </w:rPr>
        <w:t>من</w:t>
      </w:r>
      <w:r w:rsidRPr="00652FCF">
        <w:rPr>
          <w:rFonts w:ascii="Sakkal Majalla" w:hAnsi="Sakkal Majalla" w:cs="Sakkal Majalla"/>
          <w:szCs w:val="28"/>
          <w:rtl/>
        </w:rPr>
        <w:t xml:space="preserve"> </w:t>
      </w:r>
      <w:r w:rsidRPr="00652FCF">
        <w:rPr>
          <w:rFonts w:ascii="Sakkal Majalla" w:hAnsi="Sakkal Majalla" w:cs="Sakkal Majalla" w:hint="cs"/>
          <w:szCs w:val="28"/>
          <w:rtl/>
        </w:rPr>
        <w:t>خلال</w:t>
      </w:r>
      <w:r w:rsidRPr="00652FCF">
        <w:rPr>
          <w:rFonts w:ascii="Sakkal Majalla" w:hAnsi="Sakkal Majalla" w:cs="Sakkal Majalla"/>
          <w:szCs w:val="28"/>
          <w:rtl/>
        </w:rPr>
        <w:t xml:space="preserve"> </w:t>
      </w:r>
      <w:r w:rsidRPr="00652FCF">
        <w:rPr>
          <w:rFonts w:ascii="Sakkal Majalla" w:hAnsi="Sakkal Majalla" w:cs="Sakkal Majalla" w:hint="cs"/>
          <w:szCs w:val="28"/>
          <w:rtl/>
        </w:rPr>
        <w:t>تكامل</w:t>
      </w:r>
      <w:r w:rsidRPr="00652FCF">
        <w:rPr>
          <w:rFonts w:ascii="Sakkal Majalla" w:hAnsi="Sakkal Majalla" w:cs="Sakkal Majalla"/>
          <w:szCs w:val="28"/>
          <w:rtl/>
        </w:rPr>
        <w:t xml:space="preserve"> </w:t>
      </w:r>
      <w:proofErr w:type="gramStart"/>
      <w:r w:rsidRPr="00652FCF">
        <w:rPr>
          <w:rFonts w:ascii="Sakkal Majalla" w:hAnsi="Sakkal Majalla" w:cs="Sakkal Majalla" w:hint="cs"/>
          <w:szCs w:val="28"/>
          <w:rtl/>
        </w:rPr>
        <w:t>ثلاثة</w:t>
      </w:r>
      <w:proofErr w:type="gramEnd"/>
      <w:r w:rsidRPr="00652FCF">
        <w:rPr>
          <w:rFonts w:ascii="Sakkal Majalla" w:hAnsi="Sakkal Majalla" w:cs="Sakkal Majalla"/>
          <w:szCs w:val="28"/>
          <w:rtl/>
        </w:rPr>
        <w:t xml:space="preserve"> </w:t>
      </w:r>
      <w:r w:rsidRPr="00652FCF">
        <w:rPr>
          <w:rFonts w:ascii="Sakkal Majalla" w:hAnsi="Sakkal Majalla" w:cs="Sakkal Majalla" w:hint="cs"/>
          <w:szCs w:val="28"/>
          <w:rtl/>
        </w:rPr>
        <w:t>مكونات</w:t>
      </w:r>
      <w:r w:rsidRPr="00652FCF">
        <w:rPr>
          <w:rFonts w:ascii="Sakkal Majalla" w:hAnsi="Sakkal Majalla" w:cs="Sakkal Majalla"/>
          <w:szCs w:val="28"/>
          <w:rtl/>
        </w:rPr>
        <w:t xml:space="preserve"> </w:t>
      </w:r>
      <w:r w:rsidRPr="00652FCF">
        <w:rPr>
          <w:rFonts w:ascii="Sakkal Majalla" w:hAnsi="Sakkal Majalla" w:cs="Sakkal Majalla" w:hint="cs"/>
          <w:szCs w:val="28"/>
          <w:rtl/>
        </w:rPr>
        <w:t>رئيسية</w:t>
      </w:r>
      <w:r w:rsidRPr="00652FCF">
        <w:rPr>
          <w:rFonts w:ascii="Sakkal Majalla" w:hAnsi="Sakkal Majalla" w:cs="Sakkal Majalla"/>
          <w:szCs w:val="28"/>
        </w:rPr>
        <w:t>:</w:t>
      </w:r>
    </w:p>
    <w:p w14:paraId="14BB64AA" w14:textId="5DD4800B"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b/>
          <w:bCs/>
          <w:szCs w:val="28"/>
          <w:rtl/>
        </w:rPr>
        <w:t>العوامل</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التمكينية</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الداخلية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القيادة،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الثقافة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التنظيمية،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الموارد،</w:t>
      </w:r>
      <w:r w:rsidRPr="00652FCF">
        <w:rPr>
          <w:rFonts w:ascii="Sakkal Majalla" w:hAnsi="Sakkal Majalla" w:cs="Sakkal Majalla"/>
          <w:szCs w:val="28"/>
          <w:rtl/>
        </w:rPr>
        <w:t xml:space="preserve"> </w:t>
      </w:r>
      <w:r w:rsidRPr="00652FCF">
        <w:rPr>
          <w:rFonts w:ascii="Sakkal Majalla" w:hAnsi="Sakkal Majalla" w:cs="Sakkal Majalla" w:hint="cs"/>
          <w:szCs w:val="28"/>
          <w:rtl/>
        </w:rPr>
        <w:t>التعلم</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المؤسسي</w:t>
      </w:r>
      <w:r w:rsidRPr="00652FCF">
        <w:rPr>
          <w:rFonts w:ascii="Sakkal Majalla" w:hAnsi="Sakkal Majalla" w:cs="Sakkal Majalla"/>
          <w:szCs w:val="28"/>
          <w:rtl/>
        </w:rPr>
        <w:t xml:space="preserve">) </w:t>
      </w:r>
      <w:r w:rsidRPr="00652FCF">
        <w:rPr>
          <w:rFonts w:ascii="Sakkal Majalla" w:hAnsi="Sakkal Majalla" w:cs="Sakkal Majalla" w:hint="cs"/>
          <w:szCs w:val="28"/>
          <w:rtl/>
        </w:rPr>
        <w:t>كبيئة</w:t>
      </w:r>
      <w:r w:rsidRPr="00652FCF">
        <w:rPr>
          <w:rFonts w:ascii="Sakkal Majalla" w:hAnsi="Sakkal Majalla" w:cs="Sakkal Majalla"/>
          <w:szCs w:val="28"/>
          <w:rtl/>
        </w:rPr>
        <w:t xml:space="preserve"> </w:t>
      </w:r>
      <w:r w:rsidRPr="00652FCF">
        <w:rPr>
          <w:rFonts w:ascii="Sakkal Majalla" w:hAnsi="Sakkal Majalla" w:cs="Sakkal Majalla" w:hint="cs"/>
          <w:szCs w:val="28"/>
          <w:rtl/>
        </w:rPr>
        <w:t>داعمة</w:t>
      </w:r>
      <w:r w:rsidRPr="00652FCF">
        <w:rPr>
          <w:rFonts w:ascii="Sakkal Majalla" w:hAnsi="Sakkal Majalla" w:cs="Sakkal Majalla"/>
          <w:szCs w:val="28"/>
        </w:rPr>
        <w:t>.</w:t>
      </w:r>
    </w:p>
    <w:p w14:paraId="6229C357" w14:textId="349BF360"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b/>
          <w:bCs/>
          <w:szCs w:val="28"/>
          <w:rtl/>
        </w:rPr>
        <w:t>الدور</w:t>
      </w:r>
      <w:r w:rsidRPr="00652FCF">
        <w:rPr>
          <w:rFonts w:ascii="Sakkal Majalla" w:hAnsi="Sakkal Majalla" w:cs="Sakkal Majalla"/>
          <w:b/>
          <w:bCs/>
          <w:szCs w:val="28"/>
          <w:rtl/>
        </w:rPr>
        <w:t xml:space="preserve"> </w:t>
      </w:r>
      <w:proofErr w:type="spellStart"/>
      <w:r w:rsidRPr="00652FCF">
        <w:rPr>
          <w:rFonts w:ascii="Sakkal Majalla" w:hAnsi="Sakkal Majalla" w:cs="Sakkal Majalla" w:hint="cs"/>
          <w:b/>
          <w:bCs/>
          <w:szCs w:val="28"/>
          <w:rtl/>
        </w:rPr>
        <w:t>التمكيني</w:t>
      </w:r>
      <w:proofErr w:type="spellEnd"/>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للشركات</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الاستشارية</w:t>
      </w:r>
      <w:r w:rsidRPr="00652FCF">
        <w:rPr>
          <w:rFonts w:ascii="Sakkal Majalla" w:hAnsi="Sakkal Majalla" w:cs="Sakkal Majalla"/>
          <w:szCs w:val="28"/>
          <w:rtl/>
        </w:rPr>
        <w:t xml:space="preserve"> (</w:t>
      </w:r>
      <w:r w:rsidRPr="00652FCF">
        <w:rPr>
          <w:rFonts w:ascii="Sakkal Majalla" w:hAnsi="Sakkal Majalla" w:cs="Sakkal Majalla" w:hint="cs"/>
          <w:szCs w:val="28"/>
          <w:rtl/>
        </w:rPr>
        <w:t>نقل</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المعرفة،</w:t>
      </w:r>
      <w:r w:rsidRPr="00652FCF">
        <w:rPr>
          <w:rFonts w:ascii="Sakkal Majalla" w:hAnsi="Sakkal Majalla" w:cs="Sakkal Majalla"/>
          <w:szCs w:val="28"/>
          <w:rtl/>
        </w:rPr>
        <w:t xml:space="preserve"> </w:t>
      </w:r>
      <w:r w:rsidRPr="00652FCF">
        <w:rPr>
          <w:rFonts w:ascii="Sakkal Majalla" w:hAnsi="Sakkal Majalla" w:cs="Sakkal Majalla" w:hint="cs"/>
          <w:szCs w:val="28"/>
          <w:rtl/>
        </w:rPr>
        <w:t>بناء</w:t>
      </w:r>
      <w:r w:rsidRPr="00652FCF">
        <w:rPr>
          <w:rFonts w:ascii="Sakkal Majalla" w:hAnsi="Sakkal Majalla" w:cs="Sakkal Majalla"/>
          <w:szCs w:val="28"/>
          <w:rtl/>
        </w:rPr>
        <w:t xml:space="preserve"> </w:t>
      </w:r>
      <w:r w:rsidRPr="00652FCF">
        <w:rPr>
          <w:rFonts w:ascii="Sakkal Majalla" w:hAnsi="Sakkal Majalla" w:cs="Sakkal Majalla" w:hint="cs"/>
          <w:szCs w:val="28"/>
          <w:rtl/>
        </w:rPr>
        <w:t>القدرات،</w:t>
      </w:r>
      <w:r w:rsidRPr="00652FCF">
        <w:rPr>
          <w:rFonts w:ascii="Sakkal Majalla" w:hAnsi="Sakkal Majalla" w:cs="Sakkal Majalla"/>
          <w:szCs w:val="28"/>
          <w:rtl/>
        </w:rPr>
        <w:t xml:space="preserve"> </w:t>
      </w:r>
      <w:r w:rsidRPr="00652FCF">
        <w:rPr>
          <w:rFonts w:ascii="Sakkal Majalla" w:hAnsi="Sakkal Majalla" w:cs="Sakkal Majalla" w:hint="cs"/>
          <w:szCs w:val="28"/>
          <w:rtl/>
        </w:rPr>
        <w:t>التيسير</w:t>
      </w:r>
      <w:r w:rsidRPr="00652FCF">
        <w:rPr>
          <w:rFonts w:ascii="Sakkal Majalla" w:hAnsi="Sakkal Majalla" w:cs="Sakkal Majalla"/>
          <w:szCs w:val="28"/>
          <w:rtl/>
        </w:rPr>
        <w:t xml:space="preserve"> </w:t>
      </w:r>
      <w:r w:rsidRPr="00652FCF">
        <w:rPr>
          <w:rFonts w:ascii="Sakkal Majalla" w:hAnsi="Sakkal Majalla" w:cs="Sakkal Majalla" w:hint="cs"/>
          <w:szCs w:val="28"/>
          <w:rtl/>
        </w:rPr>
        <w:t>التشاركي</w:t>
      </w:r>
      <w:r w:rsidRPr="00652FCF">
        <w:rPr>
          <w:rFonts w:ascii="Sakkal Majalla" w:hAnsi="Sakkal Majalla" w:cs="Sakkal Majalla"/>
          <w:szCs w:val="28"/>
          <w:rtl/>
        </w:rPr>
        <w:t xml:space="preserve">) </w:t>
      </w:r>
      <w:r w:rsidRPr="00652FCF">
        <w:rPr>
          <w:rFonts w:ascii="Sakkal Majalla" w:hAnsi="Sakkal Majalla" w:cs="Sakkal Majalla" w:hint="cs"/>
          <w:szCs w:val="28"/>
          <w:rtl/>
        </w:rPr>
        <w:t>كجهة</w:t>
      </w:r>
      <w:r w:rsidRPr="00652FCF">
        <w:rPr>
          <w:rFonts w:ascii="Sakkal Majalla" w:hAnsi="Sakkal Majalla" w:cs="Sakkal Majalla"/>
          <w:szCs w:val="28"/>
          <w:rtl/>
        </w:rPr>
        <w:t xml:space="preserve"> </w:t>
      </w:r>
      <w:r w:rsidRPr="00652FCF">
        <w:rPr>
          <w:rFonts w:ascii="Sakkal Majalla" w:hAnsi="Sakkal Majalla" w:cs="Sakkal Majalla" w:hint="cs"/>
          <w:szCs w:val="28"/>
          <w:rtl/>
        </w:rPr>
        <w:t>خارجية</w:t>
      </w:r>
      <w:r w:rsidRPr="00652FCF">
        <w:rPr>
          <w:rFonts w:ascii="Sakkal Majalla" w:hAnsi="Sakkal Majalla" w:cs="Sakkal Majalla"/>
          <w:szCs w:val="28"/>
          <w:rtl/>
        </w:rPr>
        <w:t xml:space="preserve"> </w:t>
      </w:r>
      <w:r w:rsidRPr="00652FCF">
        <w:rPr>
          <w:rFonts w:ascii="Sakkal Majalla" w:hAnsi="Sakkal Majalla" w:cs="Sakkal Majalla" w:hint="cs"/>
          <w:szCs w:val="28"/>
          <w:rtl/>
        </w:rPr>
        <w:t>مُمكِّنة</w:t>
      </w:r>
      <w:r w:rsidRPr="00652FCF">
        <w:rPr>
          <w:rFonts w:ascii="Sakkal Majalla" w:hAnsi="Sakkal Majalla" w:cs="Sakkal Majalla"/>
          <w:szCs w:val="28"/>
        </w:rPr>
        <w:t>.</w:t>
      </w:r>
    </w:p>
    <w:p w14:paraId="34BB4241" w14:textId="193C2D20"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b/>
          <w:bCs/>
          <w:szCs w:val="28"/>
          <w:rtl/>
        </w:rPr>
        <w:t>القدرة</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الامتصاصية</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المعرفية</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كآلية</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وسيطة</w:t>
      </w:r>
      <w:r w:rsidRPr="00652FCF">
        <w:rPr>
          <w:rFonts w:ascii="Sakkal Majalla" w:hAnsi="Sakkal Majalla" w:cs="Sakkal Majalla"/>
          <w:szCs w:val="28"/>
          <w:rtl/>
        </w:rPr>
        <w:t xml:space="preserve"> </w:t>
      </w:r>
      <w:r w:rsidRPr="00652FCF">
        <w:rPr>
          <w:rFonts w:ascii="Sakkal Majalla" w:hAnsi="Sakkal Majalla" w:cs="Sakkal Majalla" w:hint="cs"/>
          <w:szCs w:val="28"/>
          <w:rtl/>
        </w:rPr>
        <w:t>تُمكِّن</w:t>
      </w:r>
      <w:r w:rsidRPr="00652FCF">
        <w:rPr>
          <w:rFonts w:ascii="Sakkal Majalla" w:hAnsi="Sakkal Majalla" w:cs="Sakkal Majalla"/>
          <w:szCs w:val="28"/>
          <w:rtl/>
        </w:rPr>
        <w:t xml:space="preserve"> </w:t>
      </w:r>
      <w:r w:rsidRPr="00652FCF">
        <w:rPr>
          <w:rFonts w:ascii="Sakkal Majalla" w:hAnsi="Sakkal Majalla" w:cs="Sakkal Majalla" w:hint="cs"/>
          <w:szCs w:val="28"/>
          <w:rtl/>
        </w:rPr>
        <w:t>من</w:t>
      </w:r>
      <w:r w:rsidRPr="00652FCF">
        <w:rPr>
          <w:rFonts w:ascii="Sakkal Majalla" w:hAnsi="Sakkal Majalla" w:cs="Sakkal Majalla"/>
          <w:szCs w:val="28"/>
          <w:rtl/>
        </w:rPr>
        <w:t xml:space="preserve"> </w:t>
      </w:r>
      <w:r w:rsidRPr="00652FCF">
        <w:rPr>
          <w:rFonts w:ascii="Sakkal Majalla" w:hAnsi="Sakkal Majalla" w:cs="Sakkal Majalla" w:hint="cs"/>
          <w:szCs w:val="28"/>
          <w:rtl/>
        </w:rPr>
        <w:t>استيعاب</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المعرفة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الجديدة</w:t>
      </w:r>
      <w:r w:rsidRPr="00652FCF">
        <w:rPr>
          <w:rFonts w:ascii="Sakkal Majalla" w:hAnsi="Sakkal Majalla" w:cs="Sakkal Majalla"/>
          <w:szCs w:val="28"/>
          <w:rtl/>
        </w:rPr>
        <w:t xml:space="preserve"> </w:t>
      </w:r>
      <w:r w:rsidRPr="00652FCF">
        <w:rPr>
          <w:rFonts w:ascii="Sakkal Majalla" w:hAnsi="Sakkal Majalla" w:cs="Sakkal Majalla" w:hint="cs"/>
          <w:szCs w:val="28"/>
          <w:rtl/>
        </w:rPr>
        <w:t>وتكييفها</w:t>
      </w:r>
      <w:r w:rsidRPr="00652FCF">
        <w:rPr>
          <w:rFonts w:ascii="Sakkal Majalla" w:hAnsi="Sakkal Majalla" w:cs="Sakkal Majalla"/>
          <w:szCs w:val="28"/>
          <w:rtl/>
        </w:rPr>
        <w:t xml:space="preserve"> </w:t>
      </w:r>
      <w:r w:rsidRPr="00652FCF">
        <w:rPr>
          <w:rFonts w:ascii="Sakkal Majalla" w:hAnsi="Sakkal Majalla" w:cs="Sakkal Majalla" w:hint="cs"/>
          <w:szCs w:val="28"/>
          <w:rtl/>
        </w:rPr>
        <w:t>وتطبيقها</w:t>
      </w:r>
      <w:r w:rsidRPr="00652FCF">
        <w:rPr>
          <w:rFonts w:ascii="Sakkal Majalla" w:hAnsi="Sakkal Majalla" w:cs="Sakkal Majalla"/>
          <w:szCs w:val="28"/>
        </w:rPr>
        <w:t>.</w:t>
      </w:r>
    </w:p>
    <w:p w14:paraId="2E4D858B" w14:textId="7DCC1485"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وكان</w:t>
      </w:r>
      <w:r w:rsidRPr="00652FCF">
        <w:rPr>
          <w:rFonts w:ascii="Sakkal Majalla" w:hAnsi="Sakkal Majalla" w:cs="Sakkal Majalla"/>
          <w:szCs w:val="28"/>
          <w:rtl/>
        </w:rPr>
        <w:t xml:space="preserve"> </w:t>
      </w:r>
      <w:r w:rsidRPr="00652FCF">
        <w:rPr>
          <w:rFonts w:ascii="Sakkal Majalla" w:hAnsi="Sakkal Majalla" w:cs="Sakkal Majalla" w:hint="cs"/>
          <w:szCs w:val="28"/>
          <w:rtl/>
        </w:rPr>
        <w:t>النموذج</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المفاهيمي</w:t>
      </w:r>
      <w:r w:rsidRPr="00652FCF">
        <w:rPr>
          <w:rFonts w:ascii="Sakkal Majalla" w:hAnsi="Sakkal Majalla" w:cs="Sakkal Majalla"/>
          <w:szCs w:val="28"/>
          <w:rtl/>
        </w:rPr>
        <w:t xml:space="preserve"> </w:t>
      </w:r>
      <w:r w:rsidRPr="00652FCF">
        <w:rPr>
          <w:rFonts w:ascii="Sakkal Majalla" w:hAnsi="Sakkal Majalla" w:cs="Sakkal Majalla" w:hint="cs"/>
          <w:szCs w:val="28"/>
          <w:rtl/>
        </w:rPr>
        <w:t>الأولي</w:t>
      </w:r>
      <w:r w:rsidRPr="00652FCF">
        <w:rPr>
          <w:rFonts w:ascii="Sakkal Majalla" w:hAnsi="Sakkal Majalla" w:cs="Sakkal Majalla"/>
          <w:szCs w:val="28"/>
          <w:rtl/>
        </w:rPr>
        <w:t xml:space="preserve"> </w:t>
      </w:r>
      <w:r w:rsidRPr="00652FCF">
        <w:rPr>
          <w:rFonts w:ascii="Sakkal Majalla" w:hAnsi="Sakkal Majalla" w:cs="Sakkal Majalla" w:hint="cs"/>
          <w:szCs w:val="28"/>
          <w:rtl/>
        </w:rPr>
        <w:t>يفترض</w:t>
      </w:r>
      <w:r w:rsidRPr="00652FCF">
        <w:rPr>
          <w:rFonts w:ascii="Sakkal Majalla" w:hAnsi="Sakkal Majalla" w:cs="Sakkal Majalla"/>
          <w:szCs w:val="28"/>
          <w:rtl/>
        </w:rPr>
        <w:t xml:space="preserve"> </w:t>
      </w:r>
      <w:r w:rsidRPr="00652FCF">
        <w:rPr>
          <w:rFonts w:ascii="Sakkal Majalla" w:hAnsi="Sakkal Majalla" w:cs="Sakkal Majalla" w:hint="cs"/>
          <w:szCs w:val="28"/>
          <w:rtl/>
        </w:rPr>
        <w:t>أن</w:t>
      </w:r>
      <w:r w:rsidRPr="00652FCF">
        <w:rPr>
          <w:rFonts w:ascii="Sakkal Majalla" w:hAnsi="Sakkal Majalla" w:cs="Sakkal Majalla"/>
          <w:szCs w:val="28"/>
          <w:rtl/>
        </w:rPr>
        <w:t xml:space="preserve"> </w:t>
      </w:r>
      <w:r w:rsidRPr="00652FCF">
        <w:rPr>
          <w:rFonts w:ascii="Sakkal Majalla" w:hAnsi="Sakkal Majalla" w:cs="Sakkal Majalla" w:hint="cs"/>
          <w:szCs w:val="28"/>
          <w:rtl/>
        </w:rPr>
        <w:t>العوامل</w:t>
      </w:r>
      <w:r w:rsidRPr="00652FCF">
        <w:rPr>
          <w:rFonts w:ascii="Sakkal Majalla" w:hAnsi="Sakkal Majalla" w:cs="Sakkal Majalla"/>
          <w:szCs w:val="28"/>
          <w:rtl/>
        </w:rPr>
        <w:t xml:space="preserve"> </w:t>
      </w:r>
      <w:r w:rsidRPr="00652FCF">
        <w:rPr>
          <w:rFonts w:ascii="Sakkal Majalla" w:hAnsi="Sakkal Majalla" w:cs="Sakkal Majalla" w:hint="cs"/>
          <w:szCs w:val="28"/>
          <w:rtl/>
        </w:rPr>
        <w:t>الداخلية</w:t>
      </w:r>
      <w:r w:rsidRPr="00652FCF">
        <w:rPr>
          <w:rFonts w:ascii="Sakkal Majalla" w:hAnsi="Sakkal Majalla" w:cs="Sakkal Majalla"/>
          <w:szCs w:val="28"/>
          <w:rtl/>
        </w:rPr>
        <w:t xml:space="preserve"> </w:t>
      </w:r>
      <w:r w:rsidRPr="00652FCF">
        <w:rPr>
          <w:rFonts w:ascii="Sakkal Majalla" w:hAnsi="Sakkal Majalla" w:cs="Sakkal Majalla" w:hint="cs"/>
          <w:szCs w:val="28"/>
          <w:rtl/>
        </w:rPr>
        <w:t>تمثل</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المحرك</w:t>
      </w:r>
      <w:r w:rsidRPr="00652FCF">
        <w:rPr>
          <w:rFonts w:ascii="Sakkal Majalla" w:hAnsi="Sakkal Majalla" w:cs="Sakkal Majalla"/>
          <w:szCs w:val="28"/>
          <w:rtl/>
        </w:rPr>
        <w:t xml:space="preserve"> </w:t>
      </w:r>
      <w:r w:rsidRPr="00652FCF">
        <w:rPr>
          <w:rFonts w:ascii="Sakkal Majalla" w:hAnsi="Sakkal Majalla" w:cs="Sakkal Majalla" w:hint="cs"/>
          <w:szCs w:val="28"/>
          <w:rtl/>
        </w:rPr>
        <w:t>الأساسي</w:t>
      </w:r>
      <w:r w:rsidRPr="00652FCF">
        <w:rPr>
          <w:rFonts w:ascii="Sakkal Majalla" w:hAnsi="Sakkal Majalla" w:cs="Sakkal Majalla"/>
          <w:szCs w:val="28"/>
          <w:rtl/>
        </w:rPr>
        <w:t xml:space="preserve"> </w:t>
      </w:r>
      <w:r w:rsidRPr="00652FCF">
        <w:rPr>
          <w:rFonts w:ascii="Sakkal Majalla" w:hAnsi="Sakkal Majalla" w:cs="Sakkal Majalla" w:hint="cs"/>
          <w:szCs w:val="28"/>
          <w:rtl/>
        </w:rPr>
        <w:t>الذي</w:t>
      </w:r>
      <w:r w:rsidRPr="00652FCF">
        <w:rPr>
          <w:rFonts w:ascii="Sakkal Majalla" w:hAnsi="Sakkal Majalla" w:cs="Sakkal Majalla"/>
          <w:szCs w:val="28"/>
          <w:rtl/>
        </w:rPr>
        <w:t xml:space="preserve"> </w:t>
      </w:r>
      <w:r w:rsidRPr="00652FCF">
        <w:rPr>
          <w:rFonts w:ascii="Sakkal Majalla" w:hAnsi="Sakkal Majalla" w:cs="Sakkal Majalla" w:hint="cs"/>
          <w:szCs w:val="28"/>
          <w:rtl/>
        </w:rPr>
        <w:t>يهيئ</w:t>
      </w:r>
      <w:r w:rsidRPr="00652FCF">
        <w:rPr>
          <w:rFonts w:ascii="Sakkal Majalla" w:hAnsi="Sakkal Majalla" w:cs="Sakkal Majalla"/>
          <w:szCs w:val="28"/>
          <w:rtl/>
        </w:rPr>
        <w:t xml:space="preserve"> </w:t>
      </w:r>
      <w:r w:rsidRPr="00652FCF">
        <w:rPr>
          <w:rFonts w:ascii="Sakkal Majalla" w:hAnsi="Sakkal Majalla" w:cs="Sakkal Majalla" w:hint="cs"/>
          <w:szCs w:val="28"/>
          <w:rtl/>
        </w:rPr>
        <w:t>البيئة،</w:t>
      </w:r>
      <w:r w:rsidRPr="00652FCF">
        <w:rPr>
          <w:rFonts w:ascii="Sakkal Majalla" w:hAnsi="Sakkal Majalla" w:cs="Sakkal Majalla"/>
          <w:szCs w:val="28"/>
          <w:rtl/>
        </w:rPr>
        <w:t xml:space="preserve"> </w:t>
      </w:r>
      <w:r w:rsidRPr="00652FCF">
        <w:rPr>
          <w:rFonts w:ascii="Sakkal Majalla" w:hAnsi="Sakkal Majalla" w:cs="Sakkal Majalla" w:hint="cs"/>
          <w:szCs w:val="28"/>
          <w:rtl/>
        </w:rPr>
        <w:t>يليه</w:t>
      </w:r>
      <w:r w:rsidRPr="00652FCF">
        <w:rPr>
          <w:rFonts w:ascii="Sakkal Majalla" w:hAnsi="Sakkal Majalla" w:cs="Sakkal Majalla"/>
          <w:szCs w:val="28"/>
          <w:rtl/>
        </w:rPr>
        <w:t xml:space="preserve"> </w:t>
      </w:r>
      <w:r w:rsidRPr="00652FCF">
        <w:rPr>
          <w:rFonts w:ascii="Sakkal Majalla" w:hAnsi="Sakkal Majalla" w:cs="Sakkal Majalla" w:hint="cs"/>
          <w:szCs w:val="28"/>
          <w:rtl/>
        </w:rPr>
        <w:t>الدور</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الاستشاري</w:t>
      </w:r>
      <w:r w:rsidRPr="00652FCF">
        <w:rPr>
          <w:rFonts w:ascii="Sakkal Majalla" w:hAnsi="Sakkal Majalla" w:cs="Sakkal Majalla"/>
          <w:szCs w:val="28"/>
          <w:rtl/>
        </w:rPr>
        <w:t xml:space="preserve"> </w:t>
      </w:r>
      <w:r w:rsidRPr="00652FCF">
        <w:rPr>
          <w:rFonts w:ascii="Sakkal Majalla" w:hAnsi="Sakkal Majalla" w:cs="Sakkal Majalla" w:hint="cs"/>
          <w:szCs w:val="28"/>
          <w:rtl/>
        </w:rPr>
        <w:t>كعامل</w:t>
      </w:r>
      <w:r w:rsidRPr="00652FCF">
        <w:rPr>
          <w:rFonts w:ascii="Sakkal Majalla" w:hAnsi="Sakkal Majalla" w:cs="Sakkal Majalla"/>
          <w:szCs w:val="28"/>
          <w:rtl/>
        </w:rPr>
        <w:t xml:space="preserve"> </w:t>
      </w:r>
      <w:r w:rsidRPr="00652FCF">
        <w:rPr>
          <w:rFonts w:ascii="Sakkal Majalla" w:hAnsi="Sakkal Majalla" w:cs="Sakkal Majalla" w:hint="cs"/>
          <w:szCs w:val="28"/>
          <w:rtl/>
        </w:rPr>
        <w:t>داعم،</w:t>
      </w:r>
      <w:r w:rsidRPr="00652FCF">
        <w:rPr>
          <w:rFonts w:ascii="Sakkal Majalla" w:hAnsi="Sakkal Majalla" w:cs="Sakkal Majalla"/>
          <w:szCs w:val="28"/>
          <w:rtl/>
        </w:rPr>
        <w:t xml:space="preserve"> </w:t>
      </w:r>
      <w:r w:rsidRPr="00652FCF">
        <w:rPr>
          <w:rFonts w:ascii="Sakkal Majalla" w:hAnsi="Sakkal Majalla" w:cs="Sakkal Majalla" w:hint="cs"/>
          <w:szCs w:val="28"/>
          <w:rtl/>
        </w:rPr>
        <w:t>وأن</w:t>
      </w:r>
      <w:r w:rsidRPr="00652FCF">
        <w:rPr>
          <w:rFonts w:ascii="Sakkal Majalla" w:hAnsi="Sakkal Majalla" w:cs="Sakkal Majalla"/>
          <w:szCs w:val="28"/>
          <w:rtl/>
        </w:rPr>
        <w:t xml:space="preserve"> </w:t>
      </w:r>
      <w:r w:rsidRPr="00652FCF">
        <w:rPr>
          <w:rFonts w:ascii="Sakkal Majalla" w:hAnsi="Sakkal Majalla" w:cs="Sakkal Majalla" w:hint="cs"/>
          <w:szCs w:val="28"/>
          <w:rtl/>
        </w:rPr>
        <w:t>القدرة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الامتصاصية</w:t>
      </w:r>
      <w:r w:rsidRPr="00652FCF">
        <w:rPr>
          <w:rFonts w:ascii="Sakkal Majalla" w:hAnsi="Sakkal Majalla" w:cs="Sakkal Majalla"/>
          <w:szCs w:val="28"/>
          <w:rtl/>
        </w:rPr>
        <w:t xml:space="preserve"> </w:t>
      </w:r>
      <w:r w:rsidRPr="00652FCF">
        <w:rPr>
          <w:rFonts w:ascii="Sakkal Majalla" w:hAnsi="Sakkal Majalla" w:cs="Sakkal Majalla" w:hint="cs"/>
          <w:szCs w:val="28"/>
          <w:rtl/>
        </w:rPr>
        <w:t>تعمل</w:t>
      </w:r>
      <w:r w:rsidRPr="00652FCF">
        <w:rPr>
          <w:rFonts w:ascii="Sakkal Majalla" w:hAnsi="Sakkal Majalla" w:cs="Sakkal Majalla"/>
          <w:szCs w:val="28"/>
          <w:rtl/>
        </w:rPr>
        <w:t xml:space="preserve"> </w:t>
      </w:r>
      <w:r w:rsidRPr="00652FCF">
        <w:rPr>
          <w:rFonts w:ascii="Sakkal Majalla" w:hAnsi="Sakkal Majalla" w:cs="Sakkal Majalla" w:hint="cs"/>
          <w:szCs w:val="28"/>
          <w:rtl/>
        </w:rPr>
        <w:t>بشكل</w:t>
      </w:r>
      <w:r w:rsidRPr="00652FCF">
        <w:rPr>
          <w:rFonts w:ascii="Sakkal Majalla" w:hAnsi="Sakkal Majalla" w:cs="Sakkal Majalla"/>
          <w:szCs w:val="28"/>
          <w:rtl/>
        </w:rPr>
        <w:t xml:space="preserve"> </w:t>
      </w:r>
      <w:r w:rsidRPr="00652FCF">
        <w:rPr>
          <w:rFonts w:ascii="Sakkal Majalla" w:hAnsi="Sakkal Majalla" w:cs="Sakkal Majalla" w:hint="cs"/>
          <w:szCs w:val="28"/>
          <w:rtl/>
        </w:rPr>
        <w:t>رئيسي</w:t>
      </w:r>
      <w:r w:rsidRPr="00652FCF">
        <w:rPr>
          <w:rFonts w:ascii="Sakkal Majalla" w:hAnsi="Sakkal Majalla" w:cs="Sakkal Majalla"/>
          <w:szCs w:val="28"/>
          <w:rtl/>
        </w:rPr>
        <w:t xml:space="preserve"> </w:t>
      </w:r>
      <w:r w:rsidRPr="00652FCF">
        <w:rPr>
          <w:rFonts w:ascii="Sakkal Majalla" w:hAnsi="Sakkal Majalla" w:cs="Sakkal Majalla" w:hint="cs"/>
          <w:szCs w:val="28"/>
          <w:rtl/>
        </w:rPr>
        <w:t>كوسيط</w:t>
      </w:r>
      <w:r w:rsidRPr="00652FCF">
        <w:rPr>
          <w:rFonts w:ascii="Sakkal Majalla" w:hAnsi="Sakkal Majalla" w:cs="Sakkal Majalla"/>
          <w:szCs w:val="28"/>
          <w:rtl/>
        </w:rPr>
        <w:t xml:space="preserve"> </w:t>
      </w:r>
      <w:r w:rsidRPr="00652FCF">
        <w:rPr>
          <w:rFonts w:ascii="Sakkal Majalla" w:hAnsi="Sakkal Majalla" w:cs="Sakkal Majalla" w:hint="cs"/>
          <w:szCs w:val="28"/>
          <w:rtl/>
        </w:rPr>
        <w:t>بين</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المكونين</w:t>
      </w:r>
      <w:r w:rsidRPr="00652FCF">
        <w:rPr>
          <w:rFonts w:ascii="Sakkal Majalla" w:hAnsi="Sakkal Majalla" w:cs="Sakkal Majalla"/>
          <w:szCs w:val="28"/>
        </w:rPr>
        <w:t>.</w:t>
      </w:r>
    </w:p>
    <w:p w14:paraId="6F08EC00" w14:textId="77777777" w:rsidR="00652FCF" w:rsidRPr="00652FCF" w:rsidRDefault="00652FCF" w:rsidP="00634497">
      <w:pPr>
        <w:bidi/>
        <w:spacing w:line="360" w:lineRule="auto"/>
        <w:jc w:val="lowKashida"/>
        <w:rPr>
          <w:rFonts w:ascii="Sakkal Majalla" w:hAnsi="Sakkal Majalla" w:cs="Sakkal Majalla"/>
          <w:b/>
          <w:bCs/>
          <w:szCs w:val="28"/>
          <w:rtl/>
        </w:rPr>
      </w:pPr>
      <w:r w:rsidRPr="00652FCF">
        <w:rPr>
          <w:rFonts w:ascii="Sakkal Majalla" w:hAnsi="Sakkal Majalla" w:cs="Sakkal Majalla" w:hint="cs"/>
          <w:b/>
          <w:bCs/>
          <w:szCs w:val="28"/>
          <w:rtl/>
        </w:rPr>
        <w:t>أولاً</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مدى</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دعم</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النتائج</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للعلاقات</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النظرية</w:t>
      </w:r>
    </w:p>
    <w:p w14:paraId="349ACD9B" w14:textId="7C8B0F04"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lastRenderedPageBreak/>
        <w:t>أظهرت</w:t>
      </w:r>
      <w:r w:rsidRPr="00652FCF">
        <w:rPr>
          <w:rFonts w:ascii="Sakkal Majalla" w:hAnsi="Sakkal Majalla" w:cs="Sakkal Majalla"/>
          <w:szCs w:val="28"/>
          <w:rtl/>
        </w:rPr>
        <w:t xml:space="preserve"> </w:t>
      </w:r>
      <w:r w:rsidRPr="00652FCF">
        <w:rPr>
          <w:rFonts w:ascii="Sakkal Majalla" w:hAnsi="Sakkal Majalla" w:cs="Sakkal Majalla" w:hint="cs"/>
          <w:szCs w:val="28"/>
          <w:rtl/>
        </w:rPr>
        <w:t>نتائج</w:t>
      </w:r>
      <w:r w:rsidRPr="00652FCF">
        <w:rPr>
          <w:rFonts w:ascii="Sakkal Majalla" w:hAnsi="Sakkal Majalla" w:cs="Sakkal Majalla"/>
          <w:szCs w:val="28"/>
          <w:rtl/>
        </w:rPr>
        <w:t xml:space="preserve"> </w:t>
      </w:r>
      <w:r w:rsidRPr="00652FCF">
        <w:rPr>
          <w:rFonts w:ascii="Sakkal Majalla" w:hAnsi="Sakkal Majalla" w:cs="Sakkal Majalla" w:hint="cs"/>
          <w:szCs w:val="28"/>
          <w:rtl/>
        </w:rPr>
        <w:t>التحليل</w:t>
      </w:r>
      <w:r w:rsidRPr="00652FCF">
        <w:rPr>
          <w:rFonts w:ascii="Sakkal Majalla" w:hAnsi="Sakkal Majalla" w:cs="Sakkal Majalla"/>
          <w:szCs w:val="28"/>
          <w:rtl/>
        </w:rPr>
        <w:t xml:space="preserve"> </w:t>
      </w:r>
      <w:r w:rsidRPr="00652FCF">
        <w:rPr>
          <w:rFonts w:ascii="Sakkal Majalla" w:hAnsi="Sakkal Majalla" w:cs="Sakkal Majalla" w:hint="cs"/>
          <w:szCs w:val="28"/>
          <w:rtl/>
        </w:rPr>
        <w:t>الكمي</w:t>
      </w:r>
      <w:r w:rsidRPr="00652FCF">
        <w:rPr>
          <w:rFonts w:ascii="Sakkal Majalla" w:hAnsi="Sakkal Majalla" w:cs="Sakkal Majalla"/>
          <w:szCs w:val="28"/>
          <w:rtl/>
        </w:rPr>
        <w:t xml:space="preserve"> </w:t>
      </w:r>
      <w:r w:rsidRPr="00652FCF">
        <w:rPr>
          <w:rFonts w:ascii="Sakkal Majalla" w:hAnsi="Sakkal Majalla" w:cs="Sakkal Majalla" w:hint="cs"/>
          <w:szCs w:val="28"/>
          <w:rtl/>
        </w:rPr>
        <w:t>والنوعي</w:t>
      </w:r>
      <w:r w:rsidRPr="00652FCF">
        <w:rPr>
          <w:rFonts w:ascii="Sakkal Majalla" w:hAnsi="Sakkal Majalla" w:cs="Sakkal Majalla"/>
          <w:szCs w:val="28"/>
          <w:rtl/>
        </w:rPr>
        <w:t xml:space="preserve"> </w:t>
      </w:r>
      <w:r w:rsidRPr="00652FCF">
        <w:rPr>
          <w:rFonts w:ascii="Sakkal Majalla" w:hAnsi="Sakkal Majalla" w:cs="Sakkal Majalla" w:hint="cs"/>
          <w:szCs w:val="28"/>
          <w:rtl/>
        </w:rPr>
        <w:t>أن</w:t>
      </w:r>
      <w:r w:rsidRPr="00652FCF">
        <w:rPr>
          <w:rFonts w:ascii="Sakkal Majalla" w:hAnsi="Sakkal Majalla" w:cs="Sakkal Majalla"/>
          <w:szCs w:val="28"/>
          <w:rtl/>
        </w:rPr>
        <w:t xml:space="preserve"> </w:t>
      </w:r>
      <w:r w:rsidRPr="00652FCF">
        <w:rPr>
          <w:rFonts w:ascii="Sakkal Majalla" w:hAnsi="Sakkal Majalla" w:cs="Sakkal Majalla" w:hint="cs"/>
          <w:szCs w:val="28"/>
          <w:rtl/>
        </w:rPr>
        <w:t>الفرضيات</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المرتبطة</w:t>
      </w:r>
      <w:r w:rsidRPr="00652FCF">
        <w:rPr>
          <w:rFonts w:ascii="Sakkal Majalla" w:hAnsi="Sakkal Majalla" w:cs="Sakkal Majalla"/>
          <w:szCs w:val="28"/>
          <w:rtl/>
        </w:rPr>
        <w:t xml:space="preserve"> </w:t>
      </w:r>
      <w:r w:rsidRPr="00652FCF">
        <w:rPr>
          <w:rFonts w:ascii="Sakkal Majalla" w:hAnsi="Sakkal Majalla" w:cs="Sakkal Majalla" w:hint="cs"/>
          <w:szCs w:val="28"/>
          <w:rtl/>
        </w:rPr>
        <w:t>بالعوامل</w:t>
      </w:r>
      <w:r w:rsidRPr="00652FCF">
        <w:rPr>
          <w:rFonts w:ascii="Sakkal Majalla" w:hAnsi="Sakkal Majalla" w:cs="Sakkal Majalla"/>
          <w:szCs w:val="28"/>
          <w:rtl/>
        </w:rPr>
        <w:t xml:space="preserve"> </w:t>
      </w:r>
      <w:r w:rsidRPr="00652FCF">
        <w:rPr>
          <w:rFonts w:ascii="Sakkal Majalla" w:hAnsi="Sakkal Majalla" w:cs="Sakkal Majalla" w:hint="cs"/>
          <w:szCs w:val="28"/>
          <w:rtl/>
        </w:rPr>
        <w:t>الداخلية</w:t>
      </w:r>
      <w:r w:rsidRPr="00652FCF">
        <w:rPr>
          <w:rFonts w:ascii="Sakkal Majalla" w:hAnsi="Sakkal Majalla" w:cs="Sakkal Majalla"/>
          <w:szCs w:val="28"/>
          <w:rtl/>
        </w:rPr>
        <w:t xml:space="preserve"> </w:t>
      </w:r>
      <w:r w:rsidRPr="00652FCF">
        <w:rPr>
          <w:rFonts w:ascii="Sakkal Majalla" w:hAnsi="Sakkal Majalla" w:cs="Sakkal Majalla" w:hint="cs"/>
          <w:szCs w:val="28"/>
          <w:rtl/>
        </w:rPr>
        <w:t>والدور</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الاستشاري</w:t>
      </w:r>
      <w:r w:rsidRPr="00652FCF">
        <w:rPr>
          <w:rFonts w:ascii="Sakkal Majalla" w:hAnsi="Sakkal Majalla" w:cs="Sakkal Majalla"/>
          <w:szCs w:val="28"/>
          <w:rtl/>
        </w:rPr>
        <w:t xml:space="preserve"> </w:t>
      </w:r>
      <w:r w:rsidRPr="00652FCF">
        <w:rPr>
          <w:rFonts w:ascii="Sakkal Majalla" w:hAnsi="Sakkal Majalla" w:cs="Sakkal Majalla" w:hint="cs"/>
          <w:szCs w:val="28"/>
          <w:rtl/>
        </w:rPr>
        <w:t>والقدرة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الامتصاصية</w:t>
      </w:r>
      <w:r w:rsidRPr="00652FCF">
        <w:rPr>
          <w:rFonts w:ascii="Sakkal Majalla" w:hAnsi="Sakkal Majalla" w:cs="Sakkal Majalla"/>
          <w:szCs w:val="28"/>
          <w:rtl/>
        </w:rPr>
        <w:t xml:space="preserve"> </w:t>
      </w:r>
      <w:r w:rsidRPr="00652FCF">
        <w:rPr>
          <w:rFonts w:ascii="Sakkal Majalla" w:hAnsi="Sakkal Majalla" w:cs="Sakkal Majalla" w:hint="cs"/>
          <w:szCs w:val="28"/>
          <w:rtl/>
        </w:rPr>
        <w:t>مدعومة</w:t>
      </w:r>
      <w:r w:rsidRPr="00652FCF">
        <w:rPr>
          <w:rFonts w:ascii="Sakkal Majalla" w:hAnsi="Sakkal Majalla" w:cs="Sakkal Majalla"/>
          <w:szCs w:val="28"/>
          <w:rtl/>
        </w:rPr>
        <w:t xml:space="preserve"> </w:t>
      </w:r>
      <w:r w:rsidRPr="00652FCF">
        <w:rPr>
          <w:rFonts w:ascii="Sakkal Majalla" w:hAnsi="Sakkal Majalla" w:cs="Sakkal Majalla" w:hint="cs"/>
          <w:szCs w:val="28"/>
          <w:rtl/>
        </w:rPr>
        <w:t>بوجه</w:t>
      </w:r>
      <w:r w:rsidRPr="00652FCF">
        <w:rPr>
          <w:rFonts w:ascii="Sakkal Majalla" w:hAnsi="Sakkal Majalla" w:cs="Sakkal Majalla"/>
          <w:szCs w:val="28"/>
          <w:rtl/>
        </w:rPr>
        <w:t xml:space="preserve"> </w:t>
      </w:r>
      <w:r w:rsidRPr="00652FCF">
        <w:rPr>
          <w:rFonts w:ascii="Sakkal Majalla" w:hAnsi="Sakkal Majalla" w:cs="Sakkal Majalla" w:hint="cs"/>
          <w:szCs w:val="28"/>
          <w:rtl/>
        </w:rPr>
        <w:t>عام،</w:t>
      </w:r>
      <w:r w:rsidRPr="00652FCF">
        <w:rPr>
          <w:rFonts w:ascii="Sakkal Majalla" w:hAnsi="Sakkal Majalla" w:cs="Sakkal Majalla"/>
          <w:szCs w:val="28"/>
          <w:rtl/>
        </w:rPr>
        <w:t xml:space="preserve"> </w:t>
      </w:r>
      <w:r w:rsidRPr="00652FCF">
        <w:rPr>
          <w:rFonts w:ascii="Sakkal Majalla" w:hAnsi="Sakkal Majalla" w:cs="Sakkal Majalla" w:hint="cs"/>
          <w:szCs w:val="28"/>
          <w:rtl/>
        </w:rPr>
        <w:t>إلا</w:t>
      </w:r>
      <w:r w:rsidRPr="00652FCF">
        <w:rPr>
          <w:rFonts w:ascii="Sakkal Majalla" w:hAnsi="Sakkal Majalla" w:cs="Sakkal Majalla"/>
          <w:szCs w:val="28"/>
          <w:rtl/>
        </w:rPr>
        <w:t xml:space="preserve"> </w:t>
      </w:r>
      <w:r w:rsidRPr="00652FCF">
        <w:rPr>
          <w:rFonts w:ascii="Sakkal Majalla" w:hAnsi="Sakkal Majalla" w:cs="Sakkal Majalla" w:hint="cs"/>
          <w:szCs w:val="28"/>
          <w:rtl/>
        </w:rPr>
        <w:t>أن</w:t>
      </w:r>
      <w:r w:rsidRPr="00652FCF">
        <w:rPr>
          <w:rFonts w:ascii="Sakkal Majalla" w:hAnsi="Sakkal Majalla" w:cs="Sakkal Majalla"/>
          <w:szCs w:val="28"/>
          <w:rtl/>
        </w:rPr>
        <w:t xml:space="preserve"> </w:t>
      </w:r>
      <w:r w:rsidRPr="00652FCF">
        <w:rPr>
          <w:rFonts w:ascii="Sakkal Majalla" w:hAnsi="Sakkal Majalla" w:cs="Sakkal Majalla" w:hint="cs"/>
          <w:szCs w:val="28"/>
          <w:rtl/>
        </w:rPr>
        <w:t>قوة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التأثير</w:t>
      </w:r>
      <w:r w:rsidRPr="00652FCF">
        <w:rPr>
          <w:rFonts w:ascii="Sakkal Majalla" w:hAnsi="Sakkal Majalla" w:cs="Sakkal Majalla"/>
          <w:szCs w:val="28"/>
          <w:rtl/>
        </w:rPr>
        <w:t xml:space="preserve"> </w:t>
      </w:r>
      <w:r w:rsidRPr="00652FCF">
        <w:rPr>
          <w:rFonts w:ascii="Sakkal Majalla" w:hAnsi="Sakkal Majalla" w:cs="Sakkal Majalla" w:hint="cs"/>
          <w:szCs w:val="28"/>
          <w:rtl/>
        </w:rPr>
        <w:t>الفعلية</w:t>
      </w:r>
      <w:r w:rsidRPr="00652FCF">
        <w:rPr>
          <w:rFonts w:ascii="Sakkal Majalla" w:hAnsi="Sakkal Majalla" w:cs="Sakkal Majalla"/>
          <w:szCs w:val="28"/>
          <w:rtl/>
        </w:rPr>
        <w:t xml:space="preserve"> </w:t>
      </w:r>
      <w:r w:rsidRPr="00652FCF">
        <w:rPr>
          <w:rFonts w:ascii="Sakkal Majalla" w:hAnsi="Sakkal Majalla" w:cs="Sakkal Majalla" w:hint="cs"/>
          <w:szCs w:val="28"/>
          <w:rtl/>
        </w:rPr>
        <w:t>اختلفت</w:t>
      </w:r>
      <w:r w:rsidRPr="00652FCF">
        <w:rPr>
          <w:rFonts w:ascii="Sakkal Majalla" w:hAnsi="Sakkal Majalla" w:cs="Sakkal Majalla"/>
          <w:szCs w:val="28"/>
          <w:rtl/>
        </w:rPr>
        <w:t xml:space="preserve"> </w:t>
      </w:r>
      <w:r w:rsidRPr="00652FCF">
        <w:rPr>
          <w:rFonts w:ascii="Sakkal Majalla" w:hAnsi="Sakkal Majalla" w:cs="Sakkal Majalla" w:hint="cs"/>
          <w:szCs w:val="28"/>
          <w:rtl/>
        </w:rPr>
        <w:t>عن</w:t>
      </w:r>
      <w:r w:rsidRPr="00652FCF">
        <w:rPr>
          <w:rFonts w:ascii="Sakkal Majalla" w:hAnsi="Sakkal Majalla" w:cs="Sakkal Majalla"/>
          <w:szCs w:val="28"/>
          <w:rtl/>
        </w:rPr>
        <w:t xml:space="preserve"> </w:t>
      </w:r>
      <w:r w:rsidRPr="00652FCF">
        <w:rPr>
          <w:rFonts w:ascii="Sakkal Majalla" w:hAnsi="Sakkal Majalla" w:cs="Sakkal Majalla" w:hint="cs"/>
          <w:szCs w:val="28"/>
          <w:rtl/>
        </w:rPr>
        <w:t>النموذج</w:t>
      </w:r>
      <w:r w:rsidRPr="00652FCF">
        <w:rPr>
          <w:rFonts w:ascii="Sakkal Majalla" w:hAnsi="Sakkal Majalla" w:cs="Sakkal Majalla"/>
          <w:szCs w:val="28"/>
          <w:rtl/>
        </w:rPr>
        <w:t xml:space="preserve"> </w:t>
      </w:r>
      <w:r w:rsidRPr="00652FCF">
        <w:rPr>
          <w:rFonts w:ascii="Sakkal Majalla" w:hAnsi="Sakkal Majalla" w:cs="Sakkal Majalla" w:hint="cs"/>
          <w:szCs w:val="28"/>
          <w:rtl/>
        </w:rPr>
        <w:t>الأولي</w:t>
      </w:r>
      <w:r w:rsidRPr="00652FCF">
        <w:rPr>
          <w:rFonts w:ascii="Sakkal Majalla" w:hAnsi="Sakkal Majalla" w:cs="Sakkal Majalla"/>
          <w:szCs w:val="28"/>
        </w:rPr>
        <w:t>:</w:t>
      </w:r>
    </w:p>
    <w:p w14:paraId="5D0F50B5" w14:textId="4E2F02CB"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الدور</w:t>
      </w:r>
      <w:r w:rsidRPr="00652FCF">
        <w:rPr>
          <w:rFonts w:ascii="Sakkal Majalla" w:hAnsi="Sakkal Majalla" w:cs="Sakkal Majalla"/>
          <w:szCs w:val="28"/>
          <w:rtl/>
        </w:rPr>
        <w:t xml:space="preserve"> </w:t>
      </w:r>
      <w:proofErr w:type="spellStart"/>
      <w:r w:rsidRPr="00652FCF">
        <w:rPr>
          <w:rFonts w:ascii="Sakkal Majalla" w:hAnsi="Sakkal Majalla" w:cs="Sakkal Majalla" w:hint="cs"/>
          <w:szCs w:val="28"/>
          <w:rtl/>
        </w:rPr>
        <w:t>التمكيني</w:t>
      </w:r>
      <w:proofErr w:type="spellEnd"/>
      <w:r w:rsidRPr="00652FCF">
        <w:rPr>
          <w:rFonts w:ascii="Sakkal Majalla" w:hAnsi="Sakkal Majalla" w:cs="Sakkal Majalla"/>
          <w:szCs w:val="28"/>
          <w:rtl/>
        </w:rPr>
        <w:t xml:space="preserve"> </w:t>
      </w:r>
      <w:r w:rsidRPr="00652FCF">
        <w:rPr>
          <w:rFonts w:ascii="Sakkal Majalla" w:hAnsi="Sakkal Majalla" w:cs="Sakkal Majalla" w:hint="cs"/>
          <w:szCs w:val="28"/>
          <w:rtl/>
        </w:rPr>
        <w:t>للشركات</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الاستشارية</w:t>
      </w:r>
      <w:r w:rsidRPr="00652FCF">
        <w:rPr>
          <w:rFonts w:ascii="Sakkal Majalla" w:hAnsi="Sakkal Majalla" w:cs="Sakkal Majalla"/>
          <w:szCs w:val="28"/>
          <w:rtl/>
        </w:rPr>
        <w:t xml:space="preserve"> </w:t>
      </w:r>
      <w:r w:rsidRPr="00652FCF">
        <w:rPr>
          <w:rFonts w:ascii="Sakkal Majalla" w:hAnsi="Sakkal Majalla" w:cs="Sakkal Majalla" w:hint="cs"/>
          <w:szCs w:val="28"/>
          <w:rtl/>
        </w:rPr>
        <w:t>برز</w:t>
      </w:r>
      <w:r w:rsidRPr="00652FCF">
        <w:rPr>
          <w:rFonts w:ascii="Sakkal Majalla" w:hAnsi="Sakkal Majalla" w:cs="Sakkal Majalla"/>
          <w:szCs w:val="28"/>
          <w:rtl/>
        </w:rPr>
        <w:t xml:space="preserve"> </w:t>
      </w:r>
      <w:r w:rsidRPr="00652FCF">
        <w:rPr>
          <w:rFonts w:ascii="Sakkal Majalla" w:hAnsi="Sakkal Majalla" w:cs="Sakkal Majalla" w:hint="cs"/>
          <w:b/>
          <w:bCs/>
          <w:szCs w:val="28"/>
          <w:rtl/>
        </w:rPr>
        <w:t>كأقوى</w:t>
      </w:r>
      <w:r w:rsidRPr="00652FCF">
        <w:rPr>
          <w:rFonts w:ascii="Sakkal Majalla" w:hAnsi="Sakkal Majalla" w:cs="Sakkal Majalla"/>
          <w:szCs w:val="28"/>
          <w:rtl/>
        </w:rPr>
        <w:t xml:space="preserve"> </w:t>
      </w:r>
      <w:r w:rsidRPr="00652FCF">
        <w:rPr>
          <w:rFonts w:ascii="Sakkal Majalla" w:hAnsi="Sakkal Majalla" w:cs="Sakkal Majalla" w:hint="cs"/>
          <w:szCs w:val="28"/>
          <w:rtl/>
        </w:rPr>
        <w:t>متغير</w:t>
      </w:r>
      <w:r w:rsidRPr="00652FCF">
        <w:rPr>
          <w:rFonts w:ascii="Sakkal Majalla" w:hAnsi="Sakkal Majalla" w:cs="Sakkal Majalla"/>
          <w:szCs w:val="28"/>
          <w:rtl/>
        </w:rPr>
        <w:t xml:space="preserve"> </w:t>
      </w:r>
      <w:r w:rsidRPr="00652FCF">
        <w:rPr>
          <w:rFonts w:ascii="Sakkal Majalla" w:hAnsi="Sakkal Majalla" w:cs="Sakkal Majalla" w:hint="cs"/>
          <w:szCs w:val="28"/>
          <w:rtl/>
        </w:rPr>
        <w:t>مؤثر</w:t>
      </w:r>
      <w:r w:rsidRPr="00652FCF">
        <w:rPr>
          <w:rFonts w:ascii="Sakkal Majalla" w:hAnsi="Sakkal Majalla" w:cs="Sakkal Majalla"/>
          <w:szCs w:val="28"/>
          <w:rtl/>
        </w:rPr>
        <w:t xml:space="preserve"> </w:t>
      </w:r>
      <w:r w:rsidRPr="00652FCF">
        <w:rPr>
          <w:rFonts w:ascii="Sakkal Majalla" w:hAnsi="Sakkal Majalla" w:cs="Sakkal Majalla" w:hint="cs"/>
          <w:szCs w:val="28"/>
          <w:rtl/>
        </w:rPr>
        <w:t>مباشر</w:t>
      </w:r>
      <w:r w:rsidRPr="00652FCF">
        <w:rPr>
          <w:rFonts w:ascii="Sakkal Majalla" w:hAnsi="Sakkal Majalla" w:cs="Sakkal Majalla"/>
          <w:szCs w:val="28"/>
          <w:rtl/>
        </w:rPr>
        <w:t xml:space="preserve"> </w:t>
      </w:r>
      <w:r w:rsidRPr="00652FCF">
        <w:rPr>
          <w:rFonts w:ascii="Sakkal Majalla" w:hAnsi="Sakkal Majalla" w:cs="Sakkal Majalla" w:hint="cs"/>
          <w:szCs w:val="28"/>
          <w:rtl/>
        </w:rPr>
        <w:t>على</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الاستدامة،</w:t>
      </w:r>
      <w:r w:rsidRPr="00652FCF">
        <w:rPr>
          <w:rFonts w:ascii="Sakkal Majalla" w:hAnsi="Sakkal Majalla" w:cs="Sakkal Majalla"/>
          <w:szCs w:val="28"/>
          <w:rtl/>
        </w:rPr>
        <w:t xml:space="preserve"> </w:t>
      </w:r>
      <w:r w:rsidRPr="00652FCF">
        <w:rPr>
          <w:rFonts w:ascii="Sakkal Majalla" w:hAnsi="Sakkal Majalla" w:cs="Sakkal Majalla" w:hint="cs"/>
          <w:szCs w:val="28"/>
          <w:rtl/>
        </w:rPr>
        <w:t>خاصة</w:t>
      </w:r>
      <w:r w:rsidRPr="00652FCF">
        <w:rPr>
          <w:rFonts w:ascii="Sakkal Majalla" w:hAnsi="Sakkal Majalla" w:cs="Sakkal Majalla"/>
          <w:szCs w:val="28"/>
          <w:rtl/>
        </w:rPr>
        <w:t xml:space="preserve"> </w:t>
      </w:r>
      <w:r w:rsidRPr="00652FCF">
        <w:rPr>
          <w:rFonts w:ascii="Sakkal Majalla" w:hAnsi="Sakkal Majalla" w:cs="Sakkal Majalla" w:hint="cs"/>
          <w:szCs w:val="28"/>
          <w:rtl/>
        </w:rPr>
        <w:t>في</w:t>
      </w:r>
      <w:r w:rsidRPr="00652FCF">
        <w:rPr>
          <w:rFonts w:ascii="Sakkal Majalla" w:hAnsi="Sakkal Majalla" w:cs="Sakkal Majalla"/>
          <w:szCs w:val="28"/>
          <w:rtl/>
        </w:rPr>
        <w:t xml:space="preserve"> </w:t>
      </w:r>
      <w:r w:rsidRPr="00652FCF">
        <w:rPr>
          <w:rFonts w:ascii="Sakkal Majalla" w:hAnsi="Sakkal Majalla" w:cs="Sakkal Majalla" w:hint="cs"/>
          <w:szCs w:val="28"/>
          <w:rtl/>
        </w:rPr>
        <w:t>جوانب</w:t>
      </w:r>
      <w:r w:rsidRPr="00652FCF">
        <w:rPr>
          <w:rFonts w:ascii="Sakkal Majalla" w:hAnsi="Sakkal Majalla" w:cs="Sakkal Majalla"/>
          <w:szCs w:val="28"/>
          <w:rtl/>
        </w:rPr>
        <w:t xml:space="preserve"> </w:t>
      </w:r>
      <w:r w:rsidRPr="00652FCF">
        <w:rPr>
          <w:rFonts w:ascii="Sakkal Majalla" w:hAnsi="Sakkal Majalla" w:cs="Sakkal Majalla" w:hint="cs"/>
          <w:szCs w:val="28"/>
          <w:rtl/>
        </w:rPr>
        <w:t>نقل</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المعرفة</w:t>
      </w:r>
      <w:r w:rsidRPr="00652FCF">
        <w:rPr>
          <w:rFonts w:ascii="Sakkal Majalla" w:hAnsi="Sakkal Majalla" w:cs="Sakkal Majalla"/>
          <w:szCs w:val="28"/>
          <w:rtl/>
        </w:rPr>
        <w:t xml:space="preserve"> </w:t>
      </w:r>
      <w:r w:rsidRPr="00652FCF">
        <w:rPr>
          <w:rFonts w:ascii="Sakkal Majalla" w:hAnsi="Sakkal Majalla" w:cs="Sakkal Majalla" w:hint="cs"/>
          <w:szCs w:val="28"/>
          <w:rtl/>
        </w:rPr>
        <w:t>وبناء</w:t>
      </w:r>
      <w:r w:rsidRPr="00652FCF">
        <w:rPr>
          <w:rFonts w:ascii="Sakkal Majalla" w:hAnsi="Sakkal Majalla" w:cs="Sakkal Majalla"/>
          <w:szCs w:val="28"/>
          <w:rtl/>
        </w:rPr>
        <w:t xml:space="preserve"> </w:t>
      </w:r>
      <w:r w:rsidRPr="00652FCF">
        <w:rPr>
          <w:rFonts w:ascii="Sakkal Majalla" w:hAnsi="Sakkal Majalla" w:cs="Sakkal Majalla" w:hint="cs"/>
          <w:szCs w:val="28"/>
          <w:rtl/>
        </w:rPr>
        <w:t>القدرات،</w:t>
      </w:r>
      <w:r w:rsidRPr="00652FCF">
        <w:rPr>
          <w:rFonts w:ascii="Sakkal Majalla" w:hAnsi="Sakkal Majalla" w:cs="Sakkal Majalla"/>
          <w:szCs w:val="28"/>
          <w:rtl/>
        </w:rPr>
        <w:t xml:space="preserve"> </w:t>
      </w:r>
      <w:r w:rsidRPr="00652FCF">
        <w:rPr>
          <w:rFonts w:ascii="Sakkal Majalla" w:hAnsi="Sakkal Majalla" w:cs="Sakkal Majalla" w:hint="cs"/>
          <w:szCs w:val="28"/>
          <w:rtl/>
        </w:rPr>
        <w:t>وهو</w:t>
      </w:r>
      <w:r w:rsidRPr="00652FCF">
        <w:rPr>
          <w:rFonts w:ascii="Sakkal Majalla" w:hAnsi="Sakkal Majalla" w:cs="Sakkal Majalla"/>
          <w:szCs w:val="28"/>
          <w:rtl/>
        </w:rPr>
        <w:t xml:space="preserve"> </w:t>
      </w:r>
      <w:r w:rsidRPr="00652FCF">
        <w:rPr>
          <w:rFonts w:ascii="Sakkal Majalla" w:hAnsi="Sakkal Majalla" w:cs="Sakkal Majalla" w:hint="cs"/>
          <w:szCs w:val="28"/>
          <w:rtl/>
        </w:rPr>
        <w:t>ما</w:t>
      </w:r>
      <w:r w:rsidRPr="00652FCF">
        <w:rPr>
          <w:rFonts w:ascii="Sakkal Majalla" w:hAnsi="Sakkal Majalla" w:cs="Sakkal Majalla"/>
          <w:szCs w:val="28"/>
          <w:rtl/>
        </w:rPr>
        <w:t xml:space="preserve"> </w:t>
      </w:r>
      <w:r w:rsidRPr="00652FCF">
        <w:rPr>
          <w:rFonts w:ascii="Sakkal Majalla" w:hAnsi="Sakkal Majalla" w:cs="Sakkal Majalla" w:hint="cs"/>
          <w:szCs w:val="28"/>
          <w:rtl/>
        </w:rPr>
        <w:t>يتجاوز</w:t>
      </w:r>
      <w:r w:rsidRPr="00652FCF">
        <w:rPr>
          <w:rFonts w:ascii="Sakkal Majalla" w:hAnsi="Sakkal Majalla" w:cs="Sakkal Majalla"/>
          <w:szCs w:val="28"/>
          <w:rtl/>
        </w:rPr>
        <w:t xml:space="preserve"> </w:t>
      </w:r>
      <w:r w:rsidRPr="00652FCF">
        <w:rPr>
          <w:rFonts w:ascii="Sakkal Majalla" w:hAnsi="Sakkal Majalla" w:cs="Sakkal Majalla" w:hint="cs"/>
          <w:szCs w:val="28"/>
          <w:rtl/>
        </w:rPr>
        <w:t>التوقعات</w:t>
      </w:r>
      <w:r w:rsidRPr="00652FCF">
        <w:rPr>
          <w:rFonts w:ascii="Sakkal Majalla" w:hAnsi="Sakkal Majalla" w:cs="Sakkal Majalla"/>
          <w:szCs w:val="28"/>
          <w:rtl/>
        </w:rPr>
        <w:t xml:space="preserve"> </w:t>
      </w:r>
      <w:r w:rsidRPr="00652FCF">
        <w:rPr>
          <w:rFonts w:ascii="Sakkal Majalla" w:hAnsi="Sakkal Majalla" w:cs="Sakkal Majalla" w:hint="cs"/>
          <w:szCs w:val="28"/>
          <w:rtl/>
        </w:rPr>
        <w:t>النظرية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التي</w:t>
      </w:r>
      <w:r w:rsidRPr="00652FCF">
        <w:rPr>
          <w:rFonts w:ascii="Sakkal Majalla" w:hAnsi="Sakkal Majalla" w:cs="Sakkal Majalla"/>
          <w:szCs w:val="28"/>
          <w:rtl/>
        </w:rPr>
        <w:t xml:space="preserve"> </w:t>
      </w:r>
      <w:r w:rsidRPr="00652FCF">
        <w:rPr>
          <w:rFonts w:ascii="Sakkal Majalla" w:hAnsi="Sakkal Majalla" w:cs="Sakkal Majalla" w:hint="cs"/>
          <w:szCs w:val="28"/>
          <w:rtl/>
        </w:rPr>
        <w:t>وضعت</w:t>
      </w:r>
      <w:r w:rsidRPr="00652FCF">
        <w:rPr>
          <w:rFonts w:ascii="Sakkal Majalla" w:hAnsi="Sakkal Majalla" w:cs="Sakkal Majalla"/>
          <w:szCs w:val="28"/>
          <w:rtl/>
        </w:rPr>
        <w:t xml:space="preserve"> </w:t>
      </w:r>
      <w:r w:rsidRPr="00652FCF">
        <w:rPr>
          <w:rFonts w:ascii="Sakkal Majalla" w:hAnsi="Sakkal Majalla" w:cs="Sakkal Majalla" w:hint="cs"/>
          <w:szCs w:val="28"/>
          <w:rtl/>
        </w:rPr>
        <w:t>العوامل</w:t>
      </w:r>
      <w:r w:rsidRPr="00652FCF">
        <w:rPr>
          <w:rFonts w:ascii="Sakkal Majalla" w:hAnsi="Sakkal Majalla" w:cs="Sakkal Majalla"/>
          <w:szCs w:val="28"/>
          <w:rtl/>
        </w:rPr>
        <w:t xml:space="preserve"> </w:t>
      </w:r>
      <w:r w:rsidRPr="00652FCF">
        <w:rPr>
          <w:rFonts w:ascii="Sakkal Majalla" w:hAnsi="Sakkal Majalla" w:cs="Sakkal Majalla" w:hint="cs"/>
          <w:szCs w:val="28"/>
          <w:rtl/>
        </w:rPr>
        <w:t>الداخلية</w:t>
      </w:r>
      <w:r w:rsidRPr="00652FCF">
        <w:rPr>
          <w:rFonts w:ascii="Sakkal Majalla" w:hAnsi="Sakkal Majalla" w:cs="Sakkal Majalla"/>
          <w:szCs w:val="28"/>
          <w:rtl/>
        </w:rPr>
        <w:t xml:space="preserve"> </w:t>
      </w:r>
      <w:r w:rsidRPr="00652FCF">
        <w:rPr>
          <w:rFonts w:ascii="Sakkal Majalla" w:hAnsi="Sakkal Majalla" w:cs="Sakkal Majalla" w:hint="cs"/>
          <w:szCs w:val="28"/>
          <w:rtl/>
        </w:rPr>
        <w:t>في</w:t>
      </w:r>
      <w:r w:rsidRPr="00652FCF">
        <w:rPr>
          <w:rFonts w:ascii="Sakkal Majalla" w:hAnsi="Sakkal Majalla" w:cs="Sakkal Majalla"/>
          <w:szCs w:val="28"/>
          <w:rtl/>
        </w:rPr>
        <w:t xml:space="preserve"> </w:t>
      </w:r>
      <w:r w:rsidRPr="00652FCF">
        <w:rPr>
          <w:rFonts w:ascii="Sakkal Majalla" w:hAnsi="Sakkal Majalla" w:cs="Sakkal Majalla" w:hint="cs"/>
          <w:szCs w:val="28"/>
          <w:rtl/>
        </w:rPr>
        <w:t>موقع</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المحرك</w:t>
      </w:r>
      <w:r w:rsidRPr="00652FCF">
        <w:rPr>
          <w:rFonts w:ascii="Sakkal Majalla" w:hAnsi="Sakkal Majalla" w:cs="Sakkal Majalla"/>
          <w:szCs w:val="28"/>
          <w:rtl/>
        </w:rPr>
        <w:t xml:space="preserve"> </w:t>
      </w:r>
      <w:r w:rsidRPr="00652FCF">
        <w:rPr>
          <w:rFonts w:ascii="Sakkal Majalla" w:hAnsi="Sakkal Majalla" w:cs="Sakkal Majalla" w:hint="cs"/>
          <w:szCs w:val="28"/>
          <w:rtl/>
        </w:rPr>
        <w:t>الأول</w:t>
      </w:r>
      <w:r w:rsidRPr="00652FCF">
        <w:rPr>
          <w:rFonts w:ascii="Sakkal Majalla" w:hAnsi="Sakkal Majalla" w:cs="Sakkal Majalla"/>
          <w:szCs w:val="28"/>
        </w:rPr>
        <w:t>.</w:t>
      </w:r>
    </w:p>
    <w:p w14:paraId="77EE2FCA" w14:textId="4C1B4B92"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الآليات</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المؤسسية</w:t>
      </w:r>
      <w:r w:rsidRPr="00652FCF">
        <w:rPr>
          <w:rFonts w:ascii="Sakkal Majalla" w:hAnsi="Sakkal Majalla" w:cs="Sakkal Majalla"/>
          <w:szCs w:val="28"/>
          <w:rtl/>
        </w:rPr>
        <w:t xml:space="preserve"> </w:t>
      </w:r>
      <w:r w:rsidRPr="00652FCF">
        <w:rPr>
          <w:rFonts w:ascii="Sakkal Majalla" w:hAnsi="Sakkal Majalla" w:cs="Sakkal Majalla" w:hint="cs"/>
          <w:szCs w:val="28"/>
          <w:rtl/>
        </w:rPr>
        <w:t>لاستدامة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المعرفة،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التي</w:t>
      </w:r>
      <w:r w:rsidRPr="00652FCF">
        <w:rPr>
          <w:rFonts w:ascii="Sakkal Majalla" w:hAnsi="Sakkal Majalla" w:cs="Sakkal Majalla"/>
          <w:szCs w:val="28"/>
          <w:rtl/>
        </w:rPr>
        <w:t xml:space="preserve"> </w:t>
      </w:r>
      <w:r w:rsidRPr="00652FCF">
        <w:rPr>
          <w:rFonts w:ascii="Sakkal Majalla" w:hAnsi="Sakkal Majalla" w:cs="Sakkal Majalla" w:hint="cs"/>
          <w:szCs w:val="28"/>
          <w:rtl/>
        </w:rPr>
        <w:t>لم</w:t>
      </w:r>
      <w:r w:rsidRPr="00652FCF">
        <w:rPr>
          <w:rFonts w:ascii="Sakkal Majalla" w:hAnsi="Sakkal Majalla" w:cs="Sakkal Majalla"/>
          <w:szCs w:val="28"/>
          <w:rtl/>
        </w:rPr>
        <w:t xml:space="preserve"> </w:t>
      </w:r>
      <w:r w:rsidRPr="00652FCF">
        <w:rPr>
          <w:rFonts w:ascii="Sakkal Majalla" w:hAnsi="Sakkal Majalla" w:cs="Sakkal Majalla" w:hint="cs"/>
          <w:szCs w:val="28"/>
          <w:rtl/>
        </w:rPr>
        <w:t>تكن</w:t>
      </w:r>
      <w:r w:rsidRPr="00652FCF">
        <w:rPr>
          <w:rFonts w:ascii="Sakkal Majalla" w:hAnsi="Sakkal Majalla" w:cs="Sakkal Majalla"/>
          <w:szCs w:val="28"/>
          <w:rtl/>
        </w:rPr>
        <w:t xml:space="preserve"> </w:t>
      </w:r>
      <w:r w:rsidRPr="00652FCF">
        <w:rPr>
          <w:rFonts w:ascii="Sakkal Majalla" w:hAnsi="Sakkal Majalla" w:cs="Sakkal Majalla" w:hint="cs"/>
          <w:szCs w:val="28"/>
          <w:rtl/>
        </w:rPr>
        <w:t>مكونًا</w:t>
      </w:r>
      <w:r w:rsidRPr="00652FCF">
        <w:rPr>
          <w:rFonts w:ascii="Sakkal Majalla" w:hAnsi="Sakkal Majalla" w:cs="Sakkal Majalla"/>
          <w:szCs w:val="28"/>
          <w:rtl/>
        </w:rPr>
        <w:t xml:space="preserve"> </w:t>
      </w:r>
      <w:r w:rsidRPr="00652FCF">
        <w:rPr>
          <w:rFonts w:ascii="Sakkal Majalla" w:hAnsi="Sakkal Majalla" w:cs="Sakkal Majalla" w:hint="cs"/>
          <w:szCs w:val="28"/>
          <w:rtl/>
        </w:rPr>
        <w:t>مستقلًا</w:t>
      </w:r>
      <w:r w:rsidRPr="00652FCF">
        <w:rPr>
          <w:rFonts w:ascii="Sakkal Majalla" w:hAnsi="Sakkal Majalla" w:cs="Sakkal Majalla"/>
          <w:szCs w:val="28"/>
          <w:rtl/>
        </w:rPr>
        <w:t xml:space="preserve"> </w:t>
      </w:r>
      <w:r w:rsidRPr="00652FCF">
        <w:rPr>
          <w:rFonts w:ascii="Sakkal Majalla" w:hAnsi="Sakkal Majalla" w:cs="Sakkal Majalla" w:hint="cs"/>
          <w:szCs w:val="28"/>
          <w:rtl/>
        </w:rPr>
        <w:t>في</w:t>
      </w:r>
      <w:r w:rsidRPr="00652FCF">
        <w:rPr>
          <w:rFonts w:ascii="Sakkal Majalla" w:hAnsi="Sakkal Majalla" w:cs="Sakkal Majalla"/>
          <w:szCs w:val="28"/>
          <w:rtl/>
        </w:rPr>
        <w:t xml:space="preserve"> </w:t>
      </w:r>
      <w:r w:rsidRPr="00652FCF">
        <w:rPr>
          <w:rFonts w:ascii="Sakkal Majalla" w:hAnsi="Sakkal Majalla" w:cs="Sakkal Majalla" w:hint="cs"/>
          <w:szCs w:val="28"/>
          <w:rtl/>
        </w:rPr>
        <w:t>النموذج</w:t>
      </w:r>
      <w:r w:rsidRPr="00652FCF">
        <w:rPr>
          <w:rFonts w:ascii="Sakkal Majalla" w:hAnsi="Sakkal Majalla" w:cs="Sakkal Majalla"/>
          <w:szCs w:val="28"/>
          <w:rtl/>
        </w:rPr>
        <w:t xml:space="preserve"> </w:t>
      </w:r>
      <w:r w:rsidRPr="00652FCF">
        <w:rPr>
          <w:rFonts w:ascii="Sakkal Majalla" w:hAnsi="Sakkal Majalla" w:cs="Sakkal Majalla" w:hint="cs"/>
          <w:szCs w:val="28"/>
          <w:rtl/>
        </w:rPr>
        <w:t>الأولي،</w:t>
      </w:r>
      <w:r w:rsidRPr="00652FCF">
        <w:rPr>
          <w:rFonts w:ascii="Sakkal Majalla" w:hAnsi="Sakkal Majalla" w:cs="Sakkal Majalla"/>
          <w:szCs w:val="28"/>
          <w:rtl/>
        </w:rPr>
        <w:t xml:space="preserve"> </w:t>
      </w:r>
      <w:r w:rsidRPr="00652FCF">
        <w:rPr>
          <w:rFonts w:ascii="Sakkal Majalla" w:hAnsi="Sakkal Majalla" w:cs="Sakkal Majalla" w:hint="cs"/>
          <w:szCs w:val="28"/>
          <w:rtl/>
        </w:rPr>
        <w:t>ظهرت</w:t>
      </w:r>
      <w:r w:rsidRPr="00652FCF">
        <w:rPr>
          <w:rFonts w:ascii="Sakkal Majalla" w:hAnsi="Sakkal Majalla" w:cs="Sakkal Majalla"/>
          <w:szCs w:val="28"/>
          <w:rtl/>
        </w:rPr>
        <w:t xml:space="preserve"> </w:t>
      </w:r>
      <w:r w:rsidRPr="00652FCF">
        <w:rPr>
          <w:rFonts w:ascii="Sakkal Majalla" w:hAnsi="Sakkal Majalla" w:cs="Sakkal Majalla" w:hint="cs"/>
          <w:szCs w:val="28"/>
          <w:rtl/>
        </w:rPr>
        <w:t>في</w:t>
      </w:r>
      <w:r w:rsidRPr="00652FCF">
        <w:rPr>
          <w:rFonts w:ascii="Sakkal Majalla" w:hAnsi="Sakkal Majalla" w:cs="Sakkal Majalla"/>
          <w:szCs w:val="28"/>
          <w:rtl/>
        </w:rPr>
        <w:t xml:space="preserve"> </w:t>
      </w:r>
      <w:r w:rsidRPr="00652FCF">
        <w:rPr>
          <w:rFonts w:ascii="Sakkal Majalla" w:hAnsi="Sakkal Majalla" w:cs="Sakkal Majalla" w:hint="cs"/>
          <w:szCs w:val="28"/>
          <w:rtl/>
        </w:rPr>
        <w:t>البيانات</w:t>
      </w:r>
      <w:r w:rsidRPr="00652FCF">
        <w:rPr>
          <w:rFonts w:ascii="Sakkal Majalla" w:hAnsi="Sakkal Majalla" w:cs="Sakkal Majalla"/>
          <w:szCs w:val="28"/>
          <w:rtl/>
        </w:rPr>
        <w:t xml:space="preserve"> </w:t>
      </w:r>
      <w:r w:rsidRPr="00652FCF">
        <w:rPr>
          <w:rFonts w:ascii="Sakkal Majalla" w:hAnsi="Sakkal Majalla" w:cs="Sakkal Majalla" w:hint="cs"/>
          <w:szCs w:val="28"/>
          <w:rtl/>
        </w:rPr>
        <w:t>كعامل</w:t>
      </w:r>
      <w:r w:rsidRPr="00652FCF">
        <w:rPr>
          <w:rFonts w:ascii="Sakkal Majalla" w:hAnsi="Sakkal Majalla" w:cs="Sakkal Majalla"/>
          <w:szCs w:val="28"/>
          <w:rtl/>
        </w:rPr>
        <w:t xml:space="preserve"> </w:t>
      </w:r>
      <w:r w:rsidRPr="00652FCF">
        <w:rPr>
          <w:rFonts w:ascii="Sakkal Majalla" w:hAnsi="Sakkal Majalla" w:cs="Sakkal Majalla" w:hint="cs"/>
          <w:szCs w:val="28"/>
          <w:rtl/>
        </w:rPr>
        <w:t>مؤثر</w:t>
      </w:r>
      <w:r w:rsidRPr="00652FCF">
        <w:rPr>
          <w:rFonts w:ascii="Sakkal Majalla" w:hAnsi="Sakkal Majalla" w:cs="Sakkal Majalla"/>
          <w:szCs w:val="28"/>
          <w:rtl/>
        </w:rPr>
        <w:t xml:space="preserve"> </w:t>
      </w:r>
      <w:r w:rsidRPr="00652FCF">
        <w:rPr>
          <w:rFonts w:ascii="Sakkal Majalla" w:hAnsi="Sakkal Majalla" w:cs="Sakkal Majalla" w:hint="cs"/>
          <w:szCs w:val="28"/>
          <w:rtl/>
        </w:rPr>
        <w:t>قائم</w:t>
      </w:r>
      <w:r w:rsidRPr="00652FCF">
        <w:rPr>
          <w:rFonts w:ascii="Sakkal Majalla" w:hAnsi="Sakkal Majalla" w:cs="Sakkal Majalla"/>
          <w:szCs w:val="28"/>
          <w:rtl/>
        </w:rPr>
        <w:t xml:space="preserve"> </w:t>
      </w:r>
      <w:r w:rsidRPr="00652FCF">
        <w:rPr>
          <w:rFonts w:ascii="Sakkal Majalla" w:hAnsi="Sakkal Majalla" w:cs="Sakkal Majalla" w:hint="cs"/>
          <w:szCs w:val="28"/>
          <w:rtl/>
        </w:rPr>
        <w:t>بذاته،</w:t>
      </w:r>
      <w:r w:rsidRPr="00652FCF">
        <w:rPr>
          <w:rFonts w:ascii="Sakkal Majalla" w:hAnsi="Sakkal Majalla" w:cs="Sakkal Majalla"/>
          <w:szCs w:val="28"/>
          <w:rtl/>
        </w:rPr>
        <w:t xml:space="preserve"> </w:t>
      </w:r>
      <w:r w:rsidRPr="00652FCF">
        <w:rPr>
          <w:rFonts w:ascii="Sakkal Majalla" w:hAnsi="Sakkal Majalla" w:cs="Sakkal Majalla" w:hint="cs"/>
          <w:szCs w:val="28"/>
          <w:rtl/>
        </w:rPr>
        <w:t>قادر</w:t>
      </w:r>
      <w:r w:rsidRPr="00652FCF">
        <w:rPr>
          <w:rFonts w:ascii="Sakkal Majalla" w:hAnsi="Sakkal Majalla" w:cs="Sakkal Majalla"/>
          <w:szCs w:val="28"/>
          <w:rtl/>
        </w:rPr>
        <w:t xml:space="preserve"> </w:t>
      </w:r>
      <w:r w:rsidRPr="00652FCF">
        <w:rPr>
          <w:rFonts w:ascii="Sakkal Majalla" w:hAnsi="Sakkal Majalla" w:cs="Sakkal Majalla" w:hint="cs"/>
          <w:szCs w:val="28"/>
          <w:rtl/>
        </w:rPr>
        <w:t>على</w:t>
      </w:r>
      <w:r w:rsidRPr="00652FCF">
        <w:rPr>
          <w:rFonts w:ascii="Sakkal Majalla" w:hAnsi="Sakkal Majalla" w:cs="Sakkal Majalla"/>
          <w:szCs w:val="28"/>
          <w:rtl/>
        </w:rPr>
        <w:t xml:space="preserve"> </w:t>
      </w:r>
      <w:r w:rsidRPr="00652FCF">
        <w:rPr>
          <w:rFonts w:ascii="Sakkal Majalla" w:hAnsi="Sakkal Majalla" w:cs="Sakkal Majalla" w:hint="cs"/>
          <w:szCs w:val="28"/>
          <w:rtl/>
        </w:rPr>
        <w:t>دعم</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الاستدامة</w:t>
      </w:r>
      <w:r w:rsidRPr="00652FCF">
        <w:rPr>
          <w:rFonts w:ascii="Sakkal Majalla" w:hAnsi="Sakkal Majalla" w:cs="Sakkal Majalla"/>
          <w:szCs w:val="28"/>
          <w:rtl/>
        </w:rPr>
        <w:t xml:space="preserve"> </w:t>
      </w:r>
      <w:r w:rsidRPr="00652FCF">
        <w:rPr>
          <w:rFonts w:ascii="Sakkal Majalla" w:hAnsi="Sakkal Majalla" w:cs="Sakkal Majalla" w:hint="cs"/>
          <w:szCs w:val="28"/>
          <w:rtl/>
        </w:rPr>
        <w:t>حتى</w:t>
      </w:r>
      <w:r w:rsidRPr="00652FCF">
        <w:rPr>
          <w:rFonts w:ascii="Sakkal Majalla" w:hAnsi="Sakkal Majalla" w:cs="Sakkal Majalla"/>
          <w:szCs w:val="28"/>
          <w:rtl/>
        </w:rPr>
        <w:t xml:space="preserve"> </w:t>
      </w:r>
      <w:r w:rsidRPr="00652FCF">
        <w:rPr>
          <w:rFonts w:ascii="Sakkal Majalla" w:hAnsi="Sakkal Majalla" w:cs="Sakkal Majalla" w:hint="cs"/>
          <w:szCs w:val="28"/>
          <w:rtl/>
        </w:rPr>
        <w:t>في</w:t>
      </w:r>
      <w:r w:rsidRPr="00652FCF">
        <w:rPr>
          <w:rFonts w:ascii="Sakkal Majalla" w:hAnsi="Sakkal Majalla" w:cs="Sakkal Majalla"/>
          <w:szCs w:val="28"/>
          <w:rtl/>
        </w:rPr>
        <w:t xml:space="preserve"> </w:t>
      </w:r>
      <w:r w:rsidRPr="00652FCF">
        <w:rPr>
          <w:rFonts w:ascii="Sakkal Majalla" w:hAnsi="Sakkal Majalla" w:cs="Sakkal Majalla" w:hint="cs"/>
          <w:szCs w:val="28"/>
          <w:rtl/>
        </w:rPr>
        <w:t>غياب</w:t>
      </w:r>
      <w:r w:rsidRPr="00652FCF">
        <w:rPr>
          <w:rFonts w:ascii="Sakkal Majalla" w:hAnsi="Sakkal Majalla" w:cs="Sakkal Majalla"/>
          <w:szCs w:val="28"/>
          <w:rtl/>
        </w:rPr>
        <w:t xml:space="preserve"> </w:t>
      </w:r>
      <w:r w:rsidRPr="00652FCF">
        <w:rPr>
          <w:rFonts w:ascii="Sakkal Majalla" w:hAnsi="Sakkal Majalla" w:cs="Sakkal Majalla" w:hint="cs"/>
          <w:szCs w:val="28"/>
          <w:rtl/>
        </w:rPr>
        <w:t>تدخل</w:t>
      </w:r>
      <w:r w:rsidRPr="00652FCF">
        <w:rPr>
          <w:rFonts w:ascii="Sakkal Majalla" w:hAnsi="Sakkal Majalla" w:cs="Sakkal Majalla"/>
          <w:szCs w:val="28"/>
          <w:rtl/>
        </w:rPr>
        <w:t xml:space="preserve"> </w:t>
      </w:r>
      <w:r w:rsidRPr="00652FCF">
        <w:rPr>
          <w:rFonts w:ascii="Sakkal Majalla" w:hAnsi="Sakkal Majalla" w:cs="Sakkal Majalla" w:hint="cs"/>
          <w:szCs w:val="28"/>
          <w:rtl/>
        </w:rPr>
        <w:t>استشاري</w:t>
      </w:r>
      <w:r w:rsidRPr="00652FCF">
        <w:rPr>
          <w:rFonts w:ascii="Sakkal Majalla" w:hAnsi="Sakkal Majalla" w:cs="Sakkal Majalla"/>
          <w:szCs w:val="28"/>
          <w:rtl/>
        </w:rPr>
        <w:t xml:space="preserve"> </w:t>
      </w:r>
      <w:r w:rsidRPr="00652FCF">
        <w:rPr>
          <w:rFonts w:ascii="Sakkal Majalla" w:hAnsi="Sakkal Majalla" w:cs="Sakkal Majalla" w:hint="cs"/>
          <w:szCs w:val="28"/>
          <w:rtl/>
        </w:rPr>
        <w:t>مباشر</w:t>
      </w:r>
      <w:r w:rsidRPr="00652FCF">
        <w:rPr>
          <w:rFonts w:ascii="Sakkal Majalla" w:hAnsi="Sakkal Majalla" w:cs="Sakkal Majalla"/>
          <w:szCs w:val="28"/>
        </w:rPr>
        <w:t>.</w:t>
      </w:r>
    </w:p>
    <w:p w14:paraId="7B6A51D1" w14:textId="52B6DBCE"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القدرة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الامتصاصية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المعرفية</w:t>
      </w:r>
      <w:r w:rsidRPr="00652FCF">
        <w:rPr>
          <w:rFonts w:ascii="Sakkal Majalla" w:hAnsi="Sakkal Majalla" w:cs="Sakkal Majalla"/>
          <w:szCs w:val="28"/>
          <w:rtl/>
        </w:rPr>
        <w:t xml:space="preserve"> </w:t>
      </w:r>
      <w:r w:rsidRPr="00652FCF">
        <w:rPr>
          <w:rFonts w:ascii="Sakkal Majalla" w:hAnsi="Sakkal Majalla" w:cs="Sakkal Majalla" w:hint="cs"/>
          <w:szCs w:val="28"/>
          <w:rtl/>
        </w:rPr>
        <w:t>أثبتت</w:t>
      </w:r>
      <w:r w:rsidRPr="00652FCF">
        <w:rPr>
          <w:rFonts w:ascii="Sakkal Majalla" w:hAnsi="Sakkal Majalla" w:cs="Sakkal Majalla"/>
          <w:szCs w:val="28"/>
          <w:rtl/>
        </w:rPr>
        <w:t xml:space="preserve"> </w:t>
      </w:r>
      <w:r w:rsidRPr="00652FCF">
        <w:rPr>
          <w:rFonts w:ascii="Sakkal Majalla" w:hAnsi="Sakkal Majalla" w:cs="Sakkal Majalla" w:hint="cs"/>
          <w:szCs w:val="28"/>
          <w:rtl/>
        </w:rPr>
        <w:t>دورها</w:t>
      </w:r>
      <w:r w:rsidRPr="00652FCF">
        <w:rPr>
          <w:rFonts w:ascii="Sakkal Majalla" w:hAnsi="Sakkal Majalla" w:cs="Sakkal Majalla"/>
          <w:szCs w:val="28"/>
          <w:rtl/>
        </w:rPr>
        <w:t xml:space="preserve"> </w:t>
      </w:r>
      <w:r w:rsidRPr="00652FCF">
        <w:rPr>
          <w:rFonts w:ascii="Sakkal Majalla" w:hAnsi="Sakkal Majalla" w:cs="Sakkal Majalla" w:hint="cs"/>
          <w:b/>
          <w:bCs/>
          <w:szCs w:val="28"/>
          <w:rtl/>
        </w:rPr>
        <w:t>الوسيط</w:t>
      </w:r>
      <w:r w:rsidRPr="00652FCF">
        <w:rPr>
          <w:rFonts w:ascii="Sakkal Majalla" w:hAnsi="Sakkal Majalla" w:cs="Sakkal Majalla"/>
          <w:szCs w:val="28"/>
          <w:rtl/>
        </w:rPr>
        <w:t xml:space="preserve"> </w:t>
      </w:r>
      <w:r w:rsidRPr="00652FCF">
        <w:rPr>
          <w:rFonts w:ascii="Sakkal Majalla" w:hAnsi="Sakkal Majalla" w:cs="Sakkal Majalla" w:hint="cs"/>
          <w:szCs w:val="28"/>
          <w:rtl/>
        </w:rPr>
        <w:t>كما</w:t>
      </w:r>
      <w:r w:rsidRPr="00652FCF">
        <w:rPr>
          <w:rFonts w:ascii="Sakkal Majalla" w:hAnsi="Sakkal Majalla" w:cs="Sakkal Majalla"/>
          <w:szCs w:val="28"/>
          <w:rtl/>
        </w:rPr>
        <w:t xml:space="preserve"> </w:t>
      </w:r>
      <w:r w:rsidRPr="00652FCF">
        <w:rPr>
          <w:rFonts w:ascii="Sakkal Majalla" w:hAnsi="Sakkal Majalla" w:cs="Sakkal Majalla" w:hint="cs"/>
          <w:szCs w:val="28"/>
          <w:rtl/>
        </w:rPr>
        <w:t>هو</w:t>
      </w:r>
      <w:r w:rsidRPr="00652FCF">
        <w:rPr>
          <w:rFonts w:ascii="Sakkal Majalla" w:hAnsi="Sakkal Majalla" w:cs="Sakkal Majalla"/>
          <w:szCs w:val="28"/>
          <w:rtl/>
        </w:rPr>
        <w:t xml:space="preserve"> </w:t>
      </w:r>
      <w:r w:rsidRPr="00652FCF">
        <w:rPr>
          <w:rFonts w:ascii="Sakkal Majalla" w:hAnsi="Sakkal Majalla" w:cs="Sakkal Majalla" w:hint="cs"/>
          <w:szCs w:val="28"/>
          <w:rtl/>
        </w:rPr>
        <w:t>متوقع،</w:t>
      </w:r>
      <w:r w:rsidRPr="00652FCF">
        <w:rPr>
          <w:rFonts w:ascii="Sakkal Majalla" w:hAnsi="Sakkal Majalla" w:cs="Sakkal Majalla"/>
          <w:szCs w:val="28"/>
          <w:rtl/>
        </w:rPr>
        <w:t xml:space="preserve"> </w:t>
      </w:r>
      <w:r w:rsidRPr="00652FCF">
        <w:rPr>
          <w:rFonts w:ascii="Sakkal Majalla" w:hAnsi="Sakkal Majalla" w:cs="Sakkal Majalla" w:hint="cs"/>
          <w:szCs w:val="28"/>
          <w:rtl/>
        </w:rPr>
        <w:t>لكنها</w:t>
      </w:r>
      <w:r w:rsidRPr="00652FCF">
        <w:rPr>
          <w:rFonts w:ascii="Sakkal Majalla" w:hAnsi="Sakkal Majalla" w:cs="Sakkal Majalla"/>
          <w:szCs w:val="28"/>
          <w:rtl/>
        </w:rPr>
        <w:t xml:space="preserve"> </w:t>
      </w:r>
      <w:r w:rsidRPr="00652FCF">
        <w:rPr>
          <w:rFonts w:ascii="Sakkal Majalla" w:hAnsi="Sakkal Majalla" w:cs="Sakkal Majalla" w:hint="cs"/>
          <w:szCs w:val="28"/>
          <w:rtl/>
        </w:rPr>
        <w:t>أظهرت</w:t>
      </w:r>
      <w:r w:rsidRPr="00652FCF">
        <w:rPr>
          <w:rFonts w:ascii="Sakkal Majalla" w:hAnsi="Sakkal Majalla" w:cs="Sakkal Majalla"/>
          <w:szCs w:val="28"/>
          <w:rtl/>
        </w:rPr>
        <w:t xml:space="preserve"> </w:t>
      </w:r>
      <w:r w:rsidRPr="00652FCF">
        <w:rPr>
          <w:rFonts w:ascii="Sakkal Majalla" w:hAnsi="Sakkal Majalla" w:cs="Sakkal Majalla" w:hint="cs"/>
          <w:szCs w:val="28"/>
          <w:rtl/>
        </w:rPr>
        <w:t>أيضًا</w:t>
      </w:r>
      <w:r w:rsidRPr="00652FCF">
        <w:rPr>
          <w:rFonts w:ascii="Sakkal Majalla" w:hAnsi="Sakkal Majalla" w:cs="Sakkal Majalla"/>
          <w:szCs w:val="28"/>
          <w:rtl/>
        </w:rPr>
        <w:t xml:space="preserve"> </w:t>
      </w:r>
      <w:r w:rsidRPr="00652FCF">
        <w:rPr>
          <w:rFonts w:ascii="Sakkal Majalla" w:hAnsi="Sakkal Majalla" w:cs="Sakkal Majalla" w:hint="cs"/>
          <w:szCs w:val="28"/>
          <w:rtl/>
        </w:rPr>
        <w:t>أثرًا</w:t>
      </w:r>
      <w:r w:rsidRPr="00652FCF">
        <w:rPr>
          <w:rFonts w:ascii="Sakkal Majalla" w:hAnsi="Sakkal Majalla" w:cs="Sakkal Majalla"/>
          <w:szCs w:val="28"/>
          <w:rtl/>
        </w:rPr>
        <w:t xml:space="preserve"> </w:t>
      </w:r>
      <w:r w:rsidRPr="00652FCF">
        <w:rPr>
          <w:rFonts w:ascii="Sakkal Majalla" w:hAnsi="Sakkal Majalla" w:cs="Sakkal Majalla" w:hint="cs"/>
          <w:szCs w:val="28"/>
          <w:rtl/>
        </w:rPr>
        <w:t>مباشرًا</w:t>
      </w:r>
      <w:r w:rsidRPr="00652FCF">
        <w:rPr>
          <w:rFonts w:ascii="Sakkal Majalla" w:hAnsi="Sakkal Majalla" w:cs="Sakkal Majalla"/>
          <w:szCs w:val="28"/>
          <w:rtl/>
        </w:rPr>
        <w:t xml:space="preserve"> </w:t>
      </w:r>
      <w:r w:rsidRPr="00652FCF">
        <w:rPr>
          <w:rFonts w:ascii="Sakkal Majalla" w:hAnsi="Sakkal Majalla" w:cs="Sakkal Majalla" w:hint="cs"/>
          <w:szCs w:val="28"/>
          <w:rtl/>
        </w:rPr>
        <w:t>في</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الاستدامة،</w:t>
      </w:r>
      <w:r w:rsidRPr="00652FCF">
        <w:rPr>
          <w:rFonts w:ascii="Sakkal Majalla" w:hAnsi="Sakkal Majalla" w:cs="Sakkal Majalla"/>
          <w:szCs w:val="28"/>
          <w:rtl/>
        </w:rPr>
        <w:t xml:space="preserve"> </w:t>
      </w:r>
      <w:r w:rsidRPr="00652FCF">
        <w:rPr>
          <w:rFonts w:ascii="Sakkal Majalla" w:hAnsi="Sakkal Majalla" w:cs="Sakkal Majalla" w:hint="cs"/>
          <w:szCs w:val="28"/>
          <w:rtl/>
        </w:rPr>
        <w:t>ما</w:t>
      </w:r>
      <w:r w:rsidRPr="00652FCF">
        <w:rPr>
          <w:rFonts w:ascii="Sakkal Majalla" w:hAnsi="Sakkal Majalla" w:cs="Sakkal Majalla"/>
          <w:szCs w:val="28"/>
          <w:rtl/>
        </w:rPr>
        <w:t xml:space="preserve"> </w:t>
      </w:r>
      <w:r w:rsidRPr="00652FCF">
        <w:rPr>
          <w:rFonts w:ascii="Sakkal Majalla" w:hAnsi="Sakkal Majalla" w:cs="Sakkal Majalla" w:hint="cs"/>
          <w:szCs w:val="28"/>
          <w:rtl/>
        </w:rPr>
        <w:t>يشير</w:t>
      </w:r>
      <w:r w:rsidRPr="00652FCF">
        <w:rPr>
          <w:rFonts w:ascii="Sakkal Majalla" w:hAnsi="Sakkal Majalla" w:cs="Sakkal Majalla"/>
          <w:szCs w:val="28"/>
          <w:rtl/>
        </w:rPr>
        <w:t xml:space="preserve"> </w:t>
      </w:r>
      <w:r w:rsidRPr="00652FCF">
        <w:rPr>
          <w:rFonts w:ascii="Sakkal Majalla" w:hAnsi="Sakkal Majalla" w:cs="Sakkal Majalla" w:hint="cs"/>
          <w:szCs w:val="28"/>
          <w:rtl/>
        </w:rPr>
        <w:t>إلى</w:t>
      </w:r>
      <w:r w:rsidRPr="00652FCF">
        <w:rPr>
          <w:rFonts w:ascii="Sakkal Majalla" w:hAnsi="Sakkal Majalla" w:cs="Sakkal Majalla"/>
          <w:szCs w:val="28"/>
          <w:rtl/>
        </w:rPr>
        <w:t xml:space="preserve"> </w:t>
      </w:r>
      <w:r w:rsidRPr="00652FCF">
        <w:rPr>
          <w:rFonts w:ascii="Sakkal Majalla" w:hAnsi="Sakkal Majalla" w:cs="Sakkal Majalla" w:hint="cs"/>
          <w:szCs w:val="28"/>
          <w:rtl/>
        </w:rPr>
        <w:t>أنها</w:t>
      </w:r>
      <w:r w:rsidRPr="00652FCF">
        <w:rPr>
          <w:rFonts w:ascii="Sakkal Majalla" w:hAnsi="Sakkal Majalla" w:cs="Sakkal Majalla"/>
          <w:szCs w:val="28"/>
          <w:rtl/>
        </w:rPr>
        <w:t xml:space="preserve"> </w:t>
      </w:r>
      <w:r w:rsidRPr="00652FCF">
        <w:rPr>
          <w:rFonts w:ascii="Sakkal Majalla" w:hAnsi="Sakkal Majalla" w:cs="Sakkal Majalla" w:hint="cs"/>
          <w:szCs w:val="28"/>
          <w:rtl/>
        </w:rPr>
        <w:t>ليست</w:t>
      </w:r>
      <w:r w:rsidRPr="00652FCF">
        <w:rPr>
          <w:rFonts w:ascii="Sakkal Majalla" w:hAnsi="Sakkal Majalla" w:cs="Sakkal Majalla"/>
          <w:szCs w:val="28"/>
          <w:rtl/>
        </w:rPr>
        <w:t xml:space="preserve"> </w:t>
      </w:r>
      <w:r w:rsidRPr="00652FCF">
        <w:rPr>
          <w:rFonts w:ascii="Sakkal Majalla" w:hAnsi="Sakkal Majalla" w:cs="Sakkal Majalla" w:hint="cs"/>
          <w:szCs w:val="28"/>
          <w:rtl/>
        </w:rPr>
        <w:t>مجرد</w:t>
      </w:r>
      <w:r w:rsidRPr="00652FCF">
        <w:rPr>
          <w:rFonts w:ascii="Sakkal Majalla" w:hAnsi="Sakkal Majalla" w:cs="Sakkal Majalla"/>
          <w:szCs w:val="28"/>
          <w:rtl/>
        </w:rPr>
        <w:t xml:space="preserve"> </w:t>
      </w:r>
      <w:r w:rsidRPr="00652FCF">
        <w:rPr>
          <w:rFonts w:ascii="Sakkal Majalla" w:hAnsi="Sakkal Majalla" w:cs="Sakkal Majalla" w:hint="cs"/>
          <w:szCs w:val="28"/>
          <w:rtl/>
        </w:rPr>
        <w:t>قناة</w:t>
      </w:r>
      <w:r w:rsidRPr="00652FCF">
        <w:rPr>
          <w:rFonts w:ascii="Sakkal Majalla" w:hAnsi="Sakkal Majalla" w:cs="Sakkal Majalla"/>
          <w:szCs w:val="28"/>
          <w:rtl/>
        </w:rPr>
        <w:t xml:space="preserve"> </w:t>
      </w:r>
      <w:r w:rsidRPr="00652FCF">
        <w:rPr>
          <w:rFonts w:ascii="Sakkal Majalla" w:hAnsi="Sakkal Majalla" w:cs="Sakkal Majalla" w:hint="cs"/>
          <w:szCs w:val="28"/>
          <w:rtl/>
        </w:rPr>
        <w:t>لنقل</w:t>
      </w:r>
      <w:r w:rsidRPr="00652FCF">
        <w:rPr>
          <w:rFonts w:ascii="Sakkal Majalla" w:hAnsi="Sakkal Majalla" w:cs="Sakkal Majalla"/>
          <w:szCs w:val="28"/>
          <w:rtl/>
        </w:rPr>
        <w:t xml:space="preserve"> </w:t>
      </w:r>
      <w:r w:rsidRPr="00652FCF">
        <w:rPr>
          <w:rFonts w:ascii="Sakkal Majalla" w:hAnsi="Sakkal Majalla" w:cs="Sakkal Majalla" w:hint="cs"/>
          <w:szCs w:val="28"/>
          <w:rtl/>
        </w:rPr>
        <w:t>الأثر،</w:t>
      </w:r>
      <w:r w:rsidRPr="00652FCF">
        <w:rPr>
          <w:rFonts w:ascii="Sakkal Majalla" w:hAnsi="Sakkal Majalla" w:cs="Sakkal Majalla"/>
          <w:szCs w:val="28"/>
          <w:rtl/>
        </w:rPr>
        <w:t xml:space="preserve"> </w:t>
      </w:r>
      <w:r w:rsidRPr="00652FCF">
        <w:rPr>
          <w:rFonts w:ascii="Sakkal Majalla" w:hAnsi="Sakkal Majalla" w:cs="Sakkal Majalla" w:hint="cs"/>
          <w:szCs w:val="28"/>
          <w:rtl/>
        </w:rPr>
        <w:t>بل</w:t>
      </w:r>
      <w:r w:rsidRPr="00652FCF">
        <w:rPr>
          <w:rFonts w:ascii="Sakkal Majalla" w:hAnsi="Sakkal Majalla" w:cs="Sakkal Majalla"/>
          <w:szCs w:val="28"/>
          <w:rtl/>
        </w:rPr>
        <w:t xml:space="preserve"> </w:t>
      </w:r>
      <w:r w:rsidRPr="00652FCF">
        <w:rPr>
          <w:rFonts w:ascii="Sakkal Majalla" w:hAnsi="Sakkal Majalla" w:cs="Sakkal Majalla" w:hint="cs"/>
          <w:szCs w:val="28"/>
          <w:rtl/>
        </w:rPr>
        <w:t>عنصر</w:t>
      </w:r>
      <w:r w:rsidRPr="00652FCF">
        <w:rPr>
          <w:rFonts w:ascii="Sakkal Majalla" w:hAnsi="Sakkal Majalla" w:cs="Sakkal Majalla"/>
          <w:szCs w:val="28"/>
          <w:rtl/>
        </w:rPr>
        <w:t xml:space="preserve"> </w:t>
      </w:r>
      <w:r w:rsidRPr="00652FCF">
        <w:rPr>
          <w:rFonts w:ascii="Sakkal Majalla" w:hAnsi="Sakkal Majalla" w:cs="Sakkal Majalla" w:hint="cs"/>
          <w:szCs w:val="28"/>
          <w:rtl/>
        </w:rPr>
        <w:t>فاعل</w:t>
      </w:r>
      <w:r w:rsidRPr="00652FCF">
        <w:rPr>
          <w:rFonts w:ascii="Sakkal Majalla" w:hAnsi="Sakkal Majalla" w:cs="Sakkal Majalla"/>
          <w:szCs w:val="28"/>
          <w:rtl/>
        </w:rPr>
        <w:t xml:space="preserve"> </w:t>
      </w:r>
      <w:r w:rsidRPr="00652FCF">
        <w:rPr>
          <w:rFonts w:ascii="Sakkal Majalla" w:hAnsi="Sakkal Majalla" w:cs="Sakkal Majalla" w:hint="cs"/>
          <w:szCs w:val="28"/>
          <w:rtl/>
        </w:rPr>
        <w:t>بحد</w:t>
      </w:r>
      <w:r w:rsidRPr="00652FCF">
        <w:rPr>
          <w:rFonts w:ascii="Sakkal Majalla" w:hAnsi="Sakkal Majalla" w:cs="Sakkal Majalla"/>
          <w:szCs w:val="28"/>
          <w:rtl/>
        </w:rPr>
        <w:t xml:space="preserve"> </w:t>
      </w:r>
      <w:r w:rsidRPr="00652FCF">
        <w:rPr>
          <w:rFonts w:ascii="Sakkal Majalla" w:hAnsi="Sakkal Majalla" w:cs="Sakkal Majalla" w:hint="cs"/>
          <w:szCs w:val="28"/>
          <w:rtl/>
        </w:rPr>
        <w:t>ذاته</w:t>
      </w:r>
      <w:r w:rsidRPr="00652FCF">
        <w:rPr>
          <w:rFonts w:ascii="Sakkal Majalla" w:hAnsi="Sakkal Majalla" w:cs="Sakkal Majalla"/>
          <w:szCs w:val="28"/>
        </w:rPr>
        <w:t>.</w:t>
      </w:r>
    </w:p>
    <w:p w14:paraId="38D1BEC1" w14:textId="77777777" w:rsidR="00652FCF" w:rsidRPr="00652FCF" w:rsidRDefault="00652FCF" w:rsidP="00634497">
      <w:pPr>
        <w:bidi/>
        <w:spacing w:line="360" w:lineRule="auto"/>
        <w:jc w:val="lowKashida"/>
        <w:rPr>
          <w:rFonts w:ascii="Sakkal Majalla" w:hAnsi="Sakkal Majalla" w:cs="Sakkal Majalla"/>
          <w:b/>
          <w:bCs/>
          <w:szCs w:val="28"/>
          <w:rtl/>
        </w:rPr>
      </w:pPr>
      <w:r w:rsidRPr="00652FCF">
        <w:rPr>
          <w:rFonts w:ascii="Sakkal Majalla" w:hAnsi="Sakkal Majalla" w:cs="Sakkal Majalla" w:hint="cs"/>
          <w:b/>
          <w:bCs/>
          <w:szCs w:val="28"/>
          <w:rtl/>
        </w:rPr>
        <w:t>ثانياً</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التفسير</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السببي</w:t>
      </w:r>
    </w:p>
    <w:p w14:paraId="618FC774" w14:textId="77777777"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يشير</w:t>
      </w:r>
      <w:r w:rsidRPr="00652FCF">
        <w:rPr>
          <w:rFonts w:ascii="Sakkal Majalla" w:hAnsi="Sakkal Majalla" w:cs="Sakkal Majalla"/>
          <w:szCs w:val="28"/>
          <w:rtl/>
        </w:rPr>
        <w:t xml:space="preserve"> </w:t>
      </w:r>
      <w:r w:rsidRPr="00652FCF">
        <w:rPr>
          <w:rFonts w:ascii="Sakkal Majalla" w:hAnsi="Sakkal Majalla" w:cs="Sakkal Majalla" w:hint="cs"/>
          <w:szCs w:val="28"/>
          <w:rtl/>
        </w:rPr>
        <w:t>تراجع</w:t>
      </w:r>
      <w:r w:rsidRPr="00652FCF">
        <w:rPr>
          <w:rFonts w:ascii="Sakkal Majalla" w:hAnsi="Sakkal Majalla" w:cs="Sakkal Majalla"/>
          <w:szCs w:val="28"/>
          <w:rtl/>
        </w:rPr>
        <w:t xml:space="preserve"> </w:t>
      </w:r>
      <w:r w:rsidRPr="00652FCF">
        <w:rPr>
          <w:rFonts w:ascii="Sakkal Majalla" w:hAnsi="Sakkal Majalla" w:cs="Sakkal Majalla" w:hint="cs"/>
          <w:szCs w:val="28"/>
          <w:rtl/>
        </w:rPr>
        <w:t>الأثر</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المباشر</w:t>
      </w:r>
      <w:r w:rsidRPr="00652FCF">
        <w:rPr>
          <w:rFonts w:ascii="Sakkal Majalla" w:hAnsi="Sakkal Majalla" w:cs="Sakkal Majalla"/>
          <w:szCs w:val="28"/>
          <w:rtl/>
        </w:rPr>
        <w:t xml:space="preserve"> </w:t>
      </w:r>
      <w:r w:rsidRPr="00652FCF">
        <w:rPr>
          <w:rFonts w:ascii="Sakkal Majalla" w:hAnsi="Sakkal Majalla" w:cs="Sakkal Majalla" w:hint="cs"/>
          <w:szCs w:val="28"/>
          <w:rtl/>
        </w:rPr>
        <w:t>للعوامل</w:t>
      </w:r>
      <w:r w:rsidRPr="00652FCF">
        <w:rPr>
          <w:rFonts w:ascii="Sakkal Majalla" w:hAnsi="Sakkal Majalla" w:cs="Sakkal Majalla"/>
          <w:szCs w:val="28"/>
          <w:rtl/>
        </w:rPr>
        <w:t xml:space="preserve"> </w:t>
      </w:r>
      <w:r w:rsidRPr="00652FCF">
        <w:rPr>
          <w:rFonts w:ascii="Sakkal Majalla" w:hAnsi="Sakkal Majalla" w:cs="Sakkal Majalla" w:hint="cs"/>
          <w:szCs w:val="28"/>
          <w:rtl/>
        </w:rPr>
        <w:t>الداخلية</w:t>
      </w:r>
      <w:r w:rsidRPr="00652FCF">
        <w:rPr>
          <w:rFonts w:ascii="Sakkal Majalla" w:hAnsi="Sakkal Majalla" w:cs="Sakkal Majalla"/>
          <w:szCs w:val="28"/>
          <w:rtl/>
        </w:rPr>
        <w:t xml:space="preserve"> </w:t>
      </w:r>
      <w:r w:rsidRPr="00652FCF">
        <w:rPr>
          <w:rFonts w:ascii="Sakkal Majalla" w:hAnsi="Sakkal Majalla" w:cs="Sakkal Majalla" w:hint="cs"/>
          <w:szCs w:val="28"/>
          <w:rtl/>
        </w:rPr>
        <w:t>إلى</w:t>
      </w:r>
      <w:r w:rsidRPr="00652FCF">
        <w:rPr>
          <w:rFonts w:ascii="Sakkal Majalla" w:hAnsi="Sakkal Majalla" w:cs="Sakkal Majalla"/>
          <w:szCs w:val="28"/>
          <w:rtl/>
        </w:rPr>
        <w:t xml:space="preserve"> </w:t>
      </w:r>
      <w:r w:rsidRPr="00652FCF">
        <w:rPr>
          <w:rFonts w:ascii="Sakkal Majalla" w:hAnsi="Sakkal Majalla" w:cs="Sakkal Majalla" w:hint="cs"/>
          <w:szCs w:val="28"/>
          <w:rtl/>
        </w:rPr>
        <w:t>أن</w:t>
      </w:r>
      <w:r w:rsidRPr="00652FCF">
        <w:rPr>
          <w:rFonts w:ascii="Sakkal Majalla" w:hAnsi="Sakkal Majalla" w:cs="Sakkal Majalla"/>
          <w:szCs w:val="28"/>
          <w:rtl/>
        </w:rPr>
        <w:t xml:space="preserve"> </w:t>
      </w:r>
      <w:r w:rsidRPr="00652FCF">
        <w:rPr>
          <w:rFonts w:ascii="Sakkal Majalla" w:hAnsi="Sakkal Majalla" w:cs="Sakkal Majalla" w:hint="cs"/>
          <w:szCs w:val="28"/>
          <w:rtl/>
        </w:rPr>
        <w:t>توفر</w:t>
      </w:r>
      <w:r w:rsidRPr="00652FCF">
        <w:rPr>
          <w:rFonts w:ascii="Sakkal Majalla" w:hAnsi="Sakkal Majalla" w:cs="Sakkal Majalla"/>
          <w:szCs w:val="28"/>
          <w:rtl/>
        </w:rPr>
        <w:t xml:space="preserve"> </w:t>
      </w:r>
      <w:r w:rsidRPr="00652FCF">
        <w:rPr>
          <w:rFonts w:ascii="Sakkal Majalla" w:hAnsi="Sakkal Majalla" w:cs="Sakkal Majalla" w:hint="cs"/>
          <w:szCs w:val="28"/>
          <w:rtl/>
        </w:rPr>
        <w:t>القيادة</w:t>
      </w:r>
      <w:r w:rsidRPr="00652FCF">
        <w:rPr>
          <w:rFonts w:ascii="Sakkal Majalla" w:hAnsi="Sakkal Majalla" w:cs="Sakkal Majalla"/>
          <w:szCs w:val="28"/>
          <w:rtl/>
        </w:rPr>
        <w:t xml:space="preserve"> </w:t>
      </w:r>
      <w:r w:rsidRPr="00652FCF">
        <w:rPr>
          <w:rFonts w:ascii="Sakkal Majalla" w:hAnsi="Sakkal Majalla" w:cs="Sakkal Majalla" w:hint="cs"/>
          <w:szCs w:val="28"/>
          <w:rtl/>
        </w:rPr>
        <w:t>والثقافة</w:t>
      </w:r>
      <w:r w:rsidRPr="00652FCF">
        <w:rPr>
          <w:rFonts w:ascii="Sakkal Majalla" w:hAnsi="Sakkal Majalla" w:cs="Sakkal Majalla"/>
          <w:szCs w:val="28"/>
          <w:rtl/>
        </w:rPr>
        <w:t xml:space="preserve"> </w:t>
      </w:r>
      <w:r w:rsidRPr="00652FCF">
        <w:rPr>
          <w:rFonts w:ascii="Sakkal Majalla" w:hAnsi="Sakkal Majalla" w:cs="Sakkal Majalla" w:hint="cs"/>
          <w:szCs w:val="28"/>
          <w:rtl/>
        </w:rPr>
        <w:t>والموارد</w:t>
      </w:r>
      <w:r w:rsidRPr="00652FCF">
        <w:rPr>
          <w:rFonts w:ascii="Sakkal Majalla" w:hAnsi="Sakkal Majalla" w:cs="Sakkal Majalla"/>
          <w:szCs w:val="28"/>
          <w:rtl/>
        </w:rPr>
        <w:t xml:space="preserve"> </w:t>
      </w:r>
      <w:r w:rsidRPr="00652FCF">
        <w:rPr>
          <w:rFonts w:ascii="Sakkal Majalla" w:hAnsi="Sakkal Majalla" w:cs="Sakkal Majalla" w:hint="cs"/>
          <w:szCs w:val="28"/>
          <w:rtl/>
        </w:rPr>
        <w:t>لا</w:t>
      </w:r>
      <w:r w:rsidRPr="00652FCF">
        <w:rPr>
          <w:rFonts w:ascii="Sakkal Majalla" w:hAnsi="Sakkal Majalla" w:cs="Sakkal Majalla"/>
          <w:szCs w:val="28"/>
          <w:rtl/>
        </w:rPr>
        <w:t xml:space="preserve"> </w:t>
      </w:r>
      <w:r w:rsidRPr="00652FCF">
        <w:rPr>
          <w:rFonts w:ascii="Sakkal Majalla" w:hAnsi="Sakkal Majalla" w:cs="Sakkal Majalla" w:hint="cs"/>
          <w:szCs w:val="28"/>
          <w:rtl/>
        </w:rPr>
        <w:t>يكفي</w:t>
      </w:r>
      <w:r w:rsidRPr="00652FCF">
        <w:rPr>
          <w:rFonts w:ascii="Sakkal Majalla" w:hAnsi="Sakkal Majalla" w:cs="Sakkal Majalla"/>
          <w:szCs w:val="28"/>
          <w:rtl/>
        </w:rPr>
        <w:t xml:space="preserve"> </w:t>
      </w:r>
      <w:r w:rsidRPr="00652FCF">
        <w:rPr>
          <w:rFonts w:ascii="Sakkal Majalla" w:hAnsi="Sakkal Majalla" w:cs="Sakkal Majalla" w:hint="cs"/>
          <w:szCs w:val="28"/>
          <w:rtl/>
        </w:rPr>
        <w:t>لضمان</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الاستدامة،</w:t>
      </w:r>
      <w:r w:rsidRPr="00652FCF">
        <w:rPr>
          <w:rFonts w:ascii="Sakkal Majalla" w:hAnsi="Sakkal Majalla" w:cs="Sakkal Majalla"/>
          <w:szCs w:val="28"/>
          <w:rtl/>
        </w:rPr>
        <w:t xml:space="preserve"> </w:t>
      </w:r>
      <w:r w:rsidRPr="00652FCF">
        <w:rPr>
          <w:rFonts w:ascii="Sakkal Majalla" w:hAnsi="Sakkal Majalla" w:cs="Sakkal Majalla" w:hint="cs"/>
          <w:szCs w:val="28"/>
          <w:rtl/>
        </w:rPr>
        <w:t>ما</w:t>
      </w:r>
      <w:r w:rsidRPr="00652FCF">
        <w:rPr>
          <w:rFonts w:ascii="Sakkal Majalla" w:hAnsi="Sakkal Majalla" w:cs="Sakkal Majalla"/>
          <w:szCs w:val="28"/>
          <w:rtl/>
        </w:rPr>
        <w:t xml:space="preserve"> </w:t>
      </w:r>
      <w:r w:rsidRPr="00652FCF">
        <w:rPr>
          <w:rFonts w:ascii="Sakkal Majalla" w:hAnsi="Sakkal Majalla" w:cs="Sakkal Majalla" w:hint="cs"/>
          <w:szCs w:val="28"/>
          <w:rtl/>
        </w:rPr>
        <w:t>لم</w:t>
      </w:r>
      <w:r w:rsidRPr="00652FCF">
        <w:rPr>
          <w:rFonts w:ascii="Sakkal Majalla" w:hAnsi="Sakkal Majalla" w:cs="Sakkal Majalla"/>
          <w:szCs w:val="28"/>
          <w:rtl/>
        </w:rPr>
        <w:t xml:space="preserve"> </w:t>
      </w:r>
      <w:r w:rsidRPr="00652FCF">
        <w:rPr>
          <w:rFonts w:ascii="Sakkal Majalla" w:hAnsi="Sakkal Majalla" w:cs="Sakkal Majalla" w:hint="cs"/>
          <w:szCs w:val="28"/>
          <w:rtl/>
        </w:rPr>
        <w:t>تُترجم</w:t>
      </w:r>
      <w:r w:rsidRPr="00652FCF">
        <w:rPr>
          <w:rFonts w:ascii="Sakkal Majalla" w:hAnsi="Sakkal Majalla" w:cs="Sakkal Majalla"/>
          <w:szCs w:val="28"/>
          <w:rtl/>
        </w:rPr>
        <w:t xml:space="preserve"> </w:t>
      </w:r>
      <w:r w:rsidRPr="00652FCF">
        <w:rPr>
          <w:rFonts w:ascii="Sakkal Majalla" w:hAnsi="Sakkal Majalla" w:cs="Sakkal Majalla" w:hint="cs"/>
          <w:szCs w:val="28"/>
          <w:rtl/>
        </w:rPr>
        <w:t>هذه</w:t>
      </w:r>
      <w:r w:rsidRPr="00652FCF">
        <w:rPr>
          <w:rFonts w:ascii="Sakkal Majalla" w:hAnsi="Sakkal Majalla" w:cs="Sakkal Majalla"/>
          <w:szCs w:val="28"/>
          <w:rtl/>
        </w:rPr>
        <w:t xml:space="preserve"> </w:t>
      </w:r>
      <w:r w:rsidRPr="00652FCF">
        <w:rPr>
          <w:rFonts w:ascii="Sakkal Majalla" w:hAnsi="Sakkal Majalla" w:cs="Sakkal Majalla" w:hint="cs"/>
          <w:szCs w:val="28"/>
          <w:rtl/>
        </w:rPr>
        <w:t>البيئة</w:t>
      </w:r>
      <w:r w:rsidRPr="00652FCF">
        <w:rPr>
          <w:rFonts w:ascii="Sakkal Majalla" w:hAnsi="Sakkal Majalla" w:cs="Sakkal Majalla"/>
          <w:szCs w:val="28"/>
          <w:rtl/>
        </w:rPr>
        <w:t xml:space="preserve"> </w:t>
      </w:r>
      <w:r w:rsidRPr="00652FCF">
        <w:rPr>
          <w:rFonts w:ascii="Sakkal Majalla" w:hAnsi="Sakkal Majalla" w:cs="Sakkal Majalla" w:hint="cs"/>
          <w:szCs w:val="28"/>
          <w:rtl/>
        </w:rPr>
        <w:t>إلى</w:t>
      </w:r>
      <w:r w:rsidRPr="00652FCF">
        <w:rPr>
          <w:rFonts w:ascii="Sakkal Majalla" w:hAnsi="Sakkal Majalla" w:cs="Sakkal Majalla"/>
          <w:szCs w:val="28"/>
          <w:rtl/>
        </w:rPr>
        <w:t xml:space="preserve"> </w:t>
      </w:r>
      <w:r w:rsidRPr="00652FCF">
        <w:rPr>
          <w:rFonts w:ascii="Sakkal Majalla" w:hAnsi="Sakkal Majalla" w:cs="Sakkal Majalla" w:hint="cs"/>
          <w:szCs w:val="28"/>
          <w:rtl/>
        </w:rPr>
        <w:t>قدرة</w:t>
      </w:r>
      <w:r w:rsidRPr="00652FCF">
        <w:rPr>
          <w:rFonts w:ascii="Sakkal Majalla" w:hAnsi="Sakkal Majalla" w:cs="Sakkal Majalla"/>
          <w:szCs w:val="28"/>
          <w:rtl/>
        </w:rPr>
        <w:t xml:space="preserve"> </w:t>
      </w:r>
      <w:r w:rsidRPr="00652FCF">
        <w:rPr>
          <w:rFonts w:ascii="Sakkal Majalla" w:hAnsi="Sakkal Majalla" w:cs="Sakkal Majalla" w:hint="cs"/>
          <w:szCs w:val="28"/>
          <w:rtl/>
        </w:rPr>
        <w:t>مؤسسية</w:t>
      </w:r>
      <w:r w:rsidRPr="00652FCF">
        <w:rPr>
          <w:rFonts w:ascii="Sakkal Majalla" w:hAnsi="Sakkal Majalla" w:cs="Sakkal Majalla"/>
          <w:szCs w:val="28"/>
          <w:rtl/>
        </w:rPr>
        <w:t xml:space="preserve"> </w:t>
      </w:r>
      <w:r w:rsidRPr="00652FCF">
        <w:rPr>
          <w:rFonts w:ascii="Sakkal Majalla" w:hAnsi="Sakkal Majalla" w:cs="Sakkal Majalla" w:hint="cs"/>
          <w:szCs w:val="28"/>
          <w:rtl/>
        </w:rPr>
        <w:t>فعالة</w:t>
      </w:r>
      <w:r w:rsidRPr="00652FCF">
        <w:rPr>
          <w:rFonts w:ascii="Sakkal Majalla" w:hAnsi="Sakkal Majalla" w:cs="Sakkal Majalla"/>
          <w:szCs w:val="28"/>
          <w:rtl/>
        </w:rPr>
        <w:t xml:space="preserve"> </w:t>
      </w:r>
      <w:r w:rsidRPr="00652FCF">
        <w:rPr>
          <w:rFonts w:ascii="Sakkal Majalla" w:hAnsi="Sakkal Majalla" w:cs="Sakkal Majalla" w:hint="cs"/>
          <w:szCs w:val="28"/>
          <w:rtl/>
        </w:rPr>
        <w:t>على</w:t>
      </w:r>
      <w:r w:rsidRPr="00652FCF">
        <w:rPr>
          <w:rFonts w:ascii="Sakkal Majalla" w:hAnsi="Sakkal Majalla" w:cs="Sakkal Majalla"/>
          <w:szCs w:val="28"/>
          <w:rtl/>
        </w:rPr>
        <w:t xml:space="preserve"> </w:t>
      </w:r>
      <w:r w:rsidRPr="00652FCF">
        <w:rPr>
          <w:rFonts w:ascii="Sakkal Majalla" w:hAnsi="Sakkal Majalla" w:cs="Sakkal Majalla" w:hint="cs"/>
          <w:szCs w:val="28"/>
          <w:rtl/>
        </w:rPr>
        <w:t>استيعاب</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المعرفة</w:t>
      </w:r>
      <w:r w:rsidRPr="00652FCF">
        <w:rPr>
          <w:rFonts w:ascii="Sakkal Majalla" w:hAnsi="Sakkal Majalla" w:cs="Sakkal Majalla"/>
          <w:szCs w:val="28"/>
          <w:rtl/>
        </w:rPr>
        <w:t xml:space="preserve"> </w:t>
      </w:r>
      <w:r w:rsidRPr="00652FCF">
        <w:rPr>
          <w:rFonts w:ascii="Sakkal Majalla" w:hAnsi="Sakkal Majalla" w:cs="Sakkal Majalla" w:hint="cs"/>
          <w:szCs w:val="28"/>
          <w:rtl/>
        </w:rPr>
        <w:t>وحفظها</w:t>
      </w:r>
      <w:r w:rsidRPr="00652FCF">
        <w:rPr>
          <w:rFonts w:ascii="Sakkal Majalla" w:hAnsi="Sakkal Majalla" w:cs="Sakkal Majalla"/>
          <w:szCs w:val="28"/>
          <w:rtl/>
        </w:rPr>
        <w:t xml:space="preserve"> </w:t>
      </w:r>
      <w:r w:rsidRPr="00652FCF">
        <w:rPr>
          <w:rFonts w:ascii="Sakkal Majalla" w:hAnsi="Sakkal Majalla" w:cs="Sakkal Majalla" w:hint="cs"/>
          <w:szCs w:val="28"/>
          <w:rtl/>
        </w:rPr>
        <w:t>وإعادة</w:t>
      </w:r>
      <w:r w:rsidRPr="00652FCF">
        <w:rPr>
          <w:rFonts w:ascii="Sakkal Majalla" w:hAnsi="Sakkal Majalla" w:cs="Sakkal Majalla"/>
          <w:szCs w:val="28"/>
          <w:rtl/>
        </w:rPr>
        <w:t xml:space="preserve"> </w:t>
      </w:r>
      <w:r w:rsidRPr="00652FCF">
        <w:rPr>
          <w:rFonts w:ascii="Sakkal Majalla" w:hAnsi="Sakkal Majalla" w:cs="Sakkal Majalla" w:hint="cs"/>
          <w:szCs w:val="28"/>
          <w:rtl/>
        </w:rPr>
        <w:t>استخدامها</w:t>
      </w:r>
      <w:r w:rsidRPr="00652FCF">
        <w:rPr>
          <w:rFonts w:ascii="Sakkal Majalla" w:hAnsi="Sakkal Majalla" w:cs="Sakkal Majalla"/>
          <w:szCs w:val="28"/>
        </w:rPr>
        <w:t>.</w:t>
      </w:r>
    </w:p>
    <w:p w14:paraId="63E3A912" w14:textId="77777777"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كما</w:t>
      </w:r>
      <w:r w:rsidRPr="00652FCF">
        <w:rPr>
          <w:rFonts w:ascii="Sakkal Majalla" w:hAnsi="Sakkal Majalla" w:cs="Sakkal Majalla"/>
          <w:szCs w:val="28"/>
          <w:rtl/>
        </w:rPr>
        <w:t xml:space="preserve"> </w:t>
      </w:r>
      <w:r w:rsidRPr="00652FCF">
        <w:rPr>
          <w:rFonts w:ascii="Sakkal Majalla" w:hAnsi="Sakkal Majalla" w:cs="Sakkal Majalla" w:hint="cs"/>
          <w:szCs w:val="28"/>
          <w:rtl/>
        </w:rPr>
        <w:t>يفسر</w:t>
      </w:r>
      <w:r w:rsidRPr="00652FCF">
        <w:rPr>
          <w:rFonts w:ascii="Sakkal Majalla" w:hAnsi="Sakkal Majalla" w:cs="Sakkal Majalla"/>
          <w:szCs w:val="28"/>
          <w:rtl/>
        </w:rPr>
        <w:t xml:space="preserve"> </w:t>
      </w:r>
      <w:r w:rsidRPr="00652FCF">
        <w:rPr>
          <w:rFonts w:ascii="Sakkal Majalla" w:hAnsi="Sakkal Majalla" w:cs="Sakkal Majalla" w:hint="cs"/>
          <w:szCs w:val="28"/>
          <w:rtl/>
        </w:rPr>
        <w:t>تفوق</w:t>
      </w:r>
      <w:r w:rsidRPr="00652FCF">
        <w:rPr>
          <w:rFonts w:ascii="Sakkal Majalla" w:hAnsi="Sakkal Majalla" w:cs="Sakkal Majalla"/>
          <w:szCs w:val="28"/>
          <w:rtl/>
        </w:rPr>
        <w:t xml:space="preserve"> </w:t>
      </w:r>
      <w:r w:rsidRPr="00652FCF">
        <w:rPr>
          <w:rFonts w:ascii="Sakkal Majalla" w:hAnsi="Sakkal Majalla" w:cs="Sakkal Majalla" w:hint="cs"/>
          <w:szCs w:val="28"/>
          <w:rtl/>
        </w:rPr>
        <w:t>الدور</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الاستشاري</w:t>
      </w:r>
      <w:r w:rsidRPr="00652FCF">
        <w:rPr>
          <w:rFonts w:ascii="Sakkal Majalla" w:hAnsi="Sakkal Majalla" w:cs="Sakkal Majalla"/>
          <w:szCs w:val="28"/>
          <w:rtl/>
        </w:rPr>
        <w:t xml:space="preserve"> </w:t>
      </w:r>
      <w:r w:rsidRPr="00652FCF">
        <w:rPr>
          <w:rFonts w:ascii="Sakkal Majalla" w:hAnsi="Sakkal Majalla" w:cs="Sakkal Majalla" w:hint="cs"/>
          <w:szCs w:val="28"/>
          <w:rtl/>
        </w:rPr>
        <w:t>في</w:t>
      </w:r>
      <w:r w:rsidRPr="00652FCF">
        <w:rPr>
          <w:rFonts w:ascii="Sakkal Majalla" w:hAnsi="Sakkal Majalla" w:cs="Sakkal Majalla"/>
          <w:szCs w:val="28"/>
          <w:rtl/>
        </w:rPr>
        <w:t xml:space="preserve"> </w:t>
      </w:r>
      <w:r w:rsidRPr="00652FCF">
        <w:rPr>
          <w:rFonts w:ascii="Sakkal Majalla" w:hAnsi="Sakkal Majalla" w:cs="Sakkal Majalla" w:hint="cs"/>
          <w:szCs w:val="28"/>
          <w:rtl/>
        </w:rPr>
        <w:t>السياق</w:t>
      </w:r>
      <w:r w:rsidRPr="00652FCF">
        <w:rPr>
          <w:rFonts w:ascii="Sakkal Majalla" w:hAnsi="Sakkal Majalla" w:cs="Sakkal Majalla"/>
          <w:szCs w:val="28"/>
          <w:rtl/>
        </w:rPr>
        <w:t xml:space="preserve"> </w:t>
      </w:r>
      <w:r w:rsidRPr="00652FCF">
        <w:rPr>
          <w:rFonts w:ascii="Sakkal Majalla" w:hAnsi="Sakkal Majalla" w:cs="Sakkal Majalla" w:hint="cs"/>
          <w:szCs w:val="28"/>
          <w:rtl/>
        </w:rPr>
        <w:t>السعودي</w:t>
      </w:r>
      <w:r w:rsidRPr="00652FCF">
        <w:rPr>
          <w:rFonts w:ascii="Sakkal Majalla" w:hAnsi="Sakkal Majalla" w:cs="Sakkal Majalla"/>
          <w:szCs w:val="28"/>
          <w:rtl/>
        </w:rPr>
        <w:t xml:space="preserve"> </w:t>
      </w:r>
      <w:r w:rsidRPr="00652FCF">
        <w:rPr>
          <w:rFonts w:ascii="Sakkal Majalla" w:hAnsi="Sakkal Majalla" w:cs="Sakkal Majalla" w:hint="cs"/>
          <w:szCs w:val="28"/>
          <w:rtl/>
        </w:rPr>
        <w:t>اعتماد</w:t>
      </w:r>
      <w:r w:rsidRPr="00652FCF">
        <w:rPr>
          <w:rFonts w:ascii="Sakkal Majalla" w:hAnsi="Sakkal Majalla" w:cs="Sakkal Majalla"/>
          <w:szCs w:val="28"/>
          <w:rtl/>
        </w:rPr>
        <w:t xml:space="preserve"> </w:t>
      </w:r>
      <w:r w:rsidRPr="00652FCF">
        <w:rPr>
          <w:rFonts w:ascii="Sakkal Majalla" w:hAnsi="Sakkal Majalla" w:cs="Sakkal Majalla" w:hint="cs"/>
          <w:szCs w:val="28"/>
          <w:rtl/>
        </w:rPr>
        <w:t>العديد</w:t>
      </w:r>
      <w:r w:rsidRPr="00652FCF">
        <w:rPr>
          <w:rFonts w:ascii="Sakkal Majalla" w:hAnsi="Sakkal Majalla" w:cs="Sakkal Majalla"/>
          <w:szCs w:val="28"/>
          <w:rtl/>
        </w:rPr>
        <w:t xml:space="preserve"> </w:t>
      </w:r>
      <w:r w:rsidRPr="00652FCF">
        <w:rPr>
          <w:rFonts w:ascii="Sakkal Majalla" w:hAnsi="Sakkal Majalla" w:cs="Sakkal Majalla" w:hint="cs"/>
          <w:szCs w:val="28"/>
          <w:rtl/>
        </w:rPr>
        <w:t>من</w:t>
      </w:r>
      <w:r w:rsidRPr="00652FCF">
        <w:rPr>
          <w:rFonts w:ascii="Sakkal Majalla" w:hAnsi="Sakkal Majalla" w:cs="Sakkal Majalla"/>
          <w:szCs w:val="28"/>
          <w:rtl/>
        </w:rPr>
        <w:t xml:space="preserve"> </w:t>
      </w:r>
      <w:r w:rsidRPr="00652FCF">
        <w:rPr>
          <w:rFonts w:ascii="Sakkal Majalla" w:hAnsi="Sakkal Majalla" w:cs="Sakkal Majalla" w:hint="cs"/>
          <w:szCs w:val="28"/>
          <w:rtl/>
        </w:rPr>
        <w:t>الجهات</w:t>
      </w:r>
      <w:r w:rsidRPr="00652FCF">
        <w:rPr>
          <w:rFonts w:ascii="Sakkal Majalla" w:hAnsi="Sakkal Majalla" w:cs="Sakkal Majalla"/>
          <w:szCs w:val="28"/>
          <w:rtl/>
        </w:rPr>
        <w:t xml:space="preserve"> </w:t>
      </w:r>
      <w:r w:rsidRPr="00652FCF">
        <w:rPr>
          <w:rFonts w:ascii="Sakkal Majalla" w:hAnsi="Sakkal Majalla" w:cs="Sakkal Majalla" w:hint="cs"/>
          <w:szCs w:val="28"/>
          <w:rtl/>
        </w:rPr>
        <w:t>الحكومية</w:t>
      </w:r>
      <w:r w:rsidRPr="00652FCF">
        <w:rPr>
          <w:rFonts w:ascii="Sakkal Majalla" w:hAnsi="Sakkal Majalla" w:cs="Sakkal Majalla"/>
          <w:szCs w:val="28"/>
          <w:rtl/>
        </w:rPr>
        <w:t xml:space="preserve"> </w:t>
      </w:r>
      <w:r w:rsidRPr="00652FCF">
        <w:rPr>
          <w:rFonts w:ascii="Sakkal Majalla" w:hAnsi="Sakkal Majalla" w:cs="Sakkal Majalla" w:hint="cs"/>
          <w:szCs w:val="28"/>
          <w:rtl/>
        </w:rPr>
        <w:t>على</w:t>
      </w:r>
      <w:r w:rsidRPr="00652FCF">
        <w:rPr>
          <w:rFonts w:ascii="Sakkal Majalla" w:hAnsi="Sakkal Majalla" w:cs="Sakkal Majalla"/>
          <w:szCs w:val="28"/>
          <w:rtl/>
        </w:rPr>
        <w:t xml:space="preserve"> </w:t>
      </w:r>
      <w:r w:rsidRPr="00652FCF">
        <w:rPr>
          <w:rFonts w:ascii="Sakkal Majalla" w:hAnsi="Sakkal Majalla" w:cs="Sakkal Majalla" w:hint="cs"/>
          <w:szCs w:val="28"/>
          <w:rtl/>
        </w:rPr>
        <w:t>الخبرة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الخارجية</w:t>
      </w:r>
      <w:r w:rsidRPr="00652FCF">
        <w:rPr>
          <w:rFonts w:ascii="Sakkal Majalla" w:hAnsi="Sakkal Majalla" w:cs="Sakkal Majalla"/>
          <w:szCs w:val="28"/>
          <w:rtl/>
        </w:rPr>
        <w:t xml:space="preserve"> </w:t>
      </w:r>
      <w:r w:rsidRPr="00652FCF">
        <w:rPr>
          <w:rFonts w:ascii="Sakkal Majalla" w:hAnsi="Sakkal Majalla" w:cs="Sakkal Majalla" w:hint="cs"/>
          <w:szCs w:val="28"/>
          <w:rtl/>
        </w:rPr>
        <w:t>لتعويض</w:t>
      </w:r>
      <w:r w:rsidRPr="00652FCF">
        <w:rPr>
          <w:rFonts w:ascii="Sakkal Majalla" w:hAnsi="Sakkal Majalla" w:cs="Sakkal Majalla"/>
          <w:szCs w:val="28"/>
          <w:rtl/>
        </w:rPr>
        <w:t xml:space="preserve"> </w:t>
      </w:r>
      <w:r w:rsidRPr="00652FCF">
        <w:rPr>
          <w:rFonts w:ascii="Sakkal Majalla" w:hAnsi="Sakkal Majalla" w:cs="Sakkal Majalla" w:hint="cs"/>
          <w:szCs w:val="28"/>
          <w:rtl/>
        </w:rPr>
        <w:t>فجوات</w:t>
      </w:r>
      <w:r w:rsidRPr="00652FCF">
        <w:rPr>
          <w:rFonts w:ascii="Sakkal Majalla" w:hAnsi="Sakkal Majalla" w:cs="Sakkal Majalla"/>
          <w:szCs w:val="28"/>
          <w:rtl/>
        </w:rPr>
        <w:t xml:space="preserve"> </w:t>
      </w:r>
      <w:r w:rsidRPr="00652FCF">
        <w:rPr>
          <w:rFonts w:ascii="Sakkal Majalla" w:hAnsi="Sakkal Majalla" w:cs="Sakkal Majalla" w:hint="cs"/>
          <w:szCs w:val="28"/>
          <w:rtl/>
        </w:rPr>
        <w:t>الكفاءات</w:t>
      </w:r>
      <w:r w:rsidRPr="00652FCF">
        <w:rPr>
          <w:rFonts w:ascii="Sakkal Majalla" w:hAnsi="Sakkal Majalla" w:cs="Sakkal Majalla"/>
          <w:szCs w:val="28"/>
          <w:rtl/>
        </w:rPr>
        <w:t xml:space="preserve"> </w:t>
      </w:r>
      <w:r w:rsidRPr="00652FCF">
        <w:rPr>
          <w:rFonts w:ascii="Sakkal Majalla" w:hAnsi="Sakkal Majalla" w:cs="Sakkal Majalla" w:hint="cs"/>
          <w:szCs w:val="28"/>
          <w:rtl/>
        </w:rPr>
        <w:t>أو</w:t>
      </w:r>
      <w:r w:rsidRPr="00652FCF">
        <w:rPr>
          <w:rFonts w:ascii="Sakkal Majalla" w:hAnsi="Sakkal Majalla" w:cs="Sakkal Majalla"/>
          <w:szCs w:val="28"/>
          <w:rtl/>
        </w:rPr>
        <w:t xml:space="preserve"> </w:t>
      </w:r>
      <w:r w:rsidRPr="00652FCF">
        <w:rPr>
          <w:rFonts w:ascii="Sakkal Majalla" w:hAnsi="Sakkal Majalla" w:cs="Sakkal Majalla" w:hint="cs"/>
          <w:szCs w:val="28"/>
          <w:rtl/>
        </w:rPr>
        <w:t>لتسريع</w:t>
      </w:r>
      <w:r w:rsidRPr="00652FCF">
        <w:rPr>
          <w:rFonts w:ascii="Sakkal Majalla" w:hAnsi="Sakkal Majalla" w:cs="Sakkal Majalla"/>
          <w:szCs w:val="28"/>
          <w:rtl/>
        </w:rPr>
        <w:t xml:space="preserve"> </w:t>
      </w:r>
      <w:r w:rsidRPr="00652FCF">
        <w:rPr>
          <w:rFonts w:ascii="Sakkal Majalla" w:hAnsi="Sakkal Majalla" w:cs="Sakkal Majalla" w:hint="cs"/>
          <w:szCs w:val="28"/>
          <w:rtl/>
        </w:rPr>
        <w:t>الإنجاز،</w:t>
      </w:r>
      <w:r w:rsidRPr="00652FCF">
        <w:rPr>
          <w:rFonts w:ascii="Sakkal Majalla" w:hAnsi="Sakkal Majalla" w:cs="Sakkal Majalla"/>
          <w:szCs w:val="28"/>
          <w:rtl/>
        </w:rPr>
        <w:t xml:space="preserve"> </w:t>
      </w:r>
      <w:r w:rsidRPr="00652FCF">
        <w:rPr>
          <w:rFonts w:ascii="Sakkal Majalla" w:hAnsi="Sakkal Majalla" w:cs="Sakkal Majalla" w:hint="cs"/>
          <w:szCs w:val="28"/>
          <w:rtl/>
        </w:rPr>
        <w:t>مع</w:t>
      </w:r>
      <w:r w:rsidRPr="00652FCF">
        <w:rPr>
          <w:rFonts w:ascii="Sakkal Majalla" w:hAnsi="Sakkal Majalla" w:cs="Sakkal Majalla"/>
          <w:szCs w:val="28"/>
          <w:rtl/>
        </w:rPr>
        <w:t xml:space="preserve"> </w:t>
      </w:r>
      <w:r w:rsidRPr="00652FCF">
        <w:rPr>
          <w:rFonts w:ascii="Sakkal Majalla" w:hAnsi="Sakkal Majalla" w:cs="Sakkal Majalla" w:hint="cs"/>
          <w:szCs w:val="28"/>
          <w:rtl/>
        </w:rPr>
        <w:t>تفاوت</w:t>
      </w:r>
      <w:r w:rsidRPr="00652FCF">
        <w:rPr>
          <w:rFonts w:ascii="Sakkal Majalla" w:hAnsi="Sakkal Majalla" w:cs="Sakkal Majalla"/>
          <w:szCs w:val="28"/>
          <w:rtl/>
        </w:rPr>
        <w:t xml:space="preserve"> </w:t>
      </w:r>
      <w:r w:rsidRPr="00652FCF">
        <w:rPr>
          <w:rFonts w:ascii="Sakkal Majalla" w:hAnsi="Sakkal Majalla" w:cs="Sakkal Majalla" w:hint="cs"/>
          <w:szCs w:val="28"/>
          <w:rtl/>
        </w:rPr>
        <w:t>أثر</w:t>
      </w:r>
      <w:r w:rsidRPr="00652FCF">
        <w:rPr>
          <w:rFonts w:ascii="Sakkal Majalla" w:hAnsi="Sakkal Majalla" w:cs="Sakkal Majalla"/>
          <w:szCs w:val="28"/>
          <w:rtl/>
        </w:rPr>
        <w:t xml:space="preserve"> </w:t>
      </w:r>
      <w:r w:rsidRPr="00652FCF">
        <w:rPr>
          <w:rFonts w:ascii="Sakkal Majalla" w:hAnsi="Sakkal Majalla" w:cs="Sakkal Majalla" w:hint="cs"/>
          <w:szCs w:val="28"/>
          <w:rtl/>
        </w:rPr>
        <w:t>هذا</w:t>
      </w:r>
      <w:r w:rsidRPr="00652FCF">
        <w:rPr>
          <w:rFonts w:ascii="Sakkal Majalla" w:hAnsi="Sakkal Majalla" w:cs="Sakkal Majalla"/>
          <w:szCs w:val="28"/>
          <w:rtl/>
        </w:rPr>
        <w:t xml:space="preserve"> </w:t>
      </w:r>
      <w:r w:rsidRPr="00652FCF">
        <w:rPr>
          <w:rFonts w:ascii="Sakkal Majalla" w:hAnsi="Sakkal Majalla" w:cs="Sakkal Majalla" w:hint="cs"/>
          <w:szCs w:val="28"/>
          <w:rtl/>
        </w:rPr>
        <w:t>الدور</w:t>
      </w:r>
      <w:r w:rsidRPr="00652FCF">
        <w:rPr>
          <w:rFonts w:ascii="Sakkal Majalla" w:hAnsi="Sakkal Majalla" w:cs="Sakkal Majalla"/>
          <w:szCs w:val="28"/>
          <w:rtl/>
        </w:rPr>
        <w:t xml:space="preserve"> </w:t>
      </w:r>
      <w:r w:rsidRPr="00652FCF">
        <w:rPr>
          <w:rFonts w:ascii="Sakkal Majalla" w:hAnsi="Sakkal Majalla" w:cs="Sakkal Majalla" w:hint="cs"/>
          <w:szCs w:val="28"/>
          <w:rtl/>
        </w:rPr>
        <w:t>بحسب</w:t>
      </w:r>
      <w:r w:rsidRPr="00652FCF">
        <w:rPr>
          <w:rFonts w:ascii="Sakkal Majalla" w:hAnsi="Sakkal Majalla" w:cs="Sakkal Majalla"/>
          <w:szCs w:val="28"/>
          <w:rtl/>
        </w:rPr>
        <w:t xml:space="preserve"> </w:t>
      </w:r>
      <w:r w:rsidRPr="00652FCF">
        <w:rPr>
          <w:rFonts w:ascii="Sakkal Majalla" w:hAnsi="Sakkal Majalla" w:cs="Sakkal Majalla" w:hint="cs"/>
          <w:szCs w:val="28"/>
          <w:rtl/>
        </w:rPr>
        <w:t>مستوى</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الاستعداد</w:t>
      </w:r>
      <w:r w:rsidRPr="00652FCF">
        <w:rPr>
          <w:rFonts w:ascii="Sakkal Majalla" w:hAnsi="Sakkal Majalla" w:cs="Sakkal Majalla"/>
          <w:szCs w:val="28"/>
          <w:rtl/>
        </w:rPr>
        <w:t xml:space="preserve"> </w:t>
      </w:r>
      <w:r w:rsidRPr="00652FCF">
        <w:rPr>
          <w:rFonts w:ascii="Sakkal Majalla" w:hAnsi="Sakkal Majalla" w:cs="Sakkal Majalla" w:hint="cs"/>
          <w:szCs w:val="28"/>
          <w:rtl/>
        </w:rPr>
        <w:t>الداخلي</w:t>
      </w:r>
      <w:r w:rsidRPr="00652FCF">
        <w:rPr>
          <w:rFonts w:ascii="Sakkal Majalla" w:hAnsi="Sakkal Majalla" w:cs="Sakkal Majalla"/>
          <w:szCs w:val="28"/>
        </w:rPr>
        <w:t>.</w:t>
      </w:r>
    </w:p>
    <w:p w14:paraId="598C0B33" w14:textId="75DDA2AE"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أما</w:t>
      </w:r>
      <w:r w:rsidRPr="00652FCF">
        <w:rPr>
          <w:rFonts w:ascii="Sakkal Majalla" w:hAnsi="Sakkal Majalla" w:cs="Sakkal Majalla"/>
          <w:szCs w:val="28"/>
          <w:rtl/>
        </w:rPr>
        <w:t xml:space="preserve"> </w:t>
      </w:r>
      <w:r w:rsidRPr="00652FCF">
        <w:rPr>
          <w:rFonts w:ascii="Sakkal Majalla" w:hAnsi="Sakkal Majalla" w:cs="Sakkal Majalla" w:hint="cs"/>
          <w:szCs w:val="28"/>
          <w:rtl/>
        </w:rPr>
        <w:t>بروز</w:t>
      </w:r>
      <w:r w:rsidRPr="00652FCF">
        <w:rPr>
          <w:rFonts w:ascii="Sakkal Majalla" w:hAnsi="Sakkal Majalla" w:cs="Sakkal Majalla"/>
          <w:szCs w:val="28"/>
          <w:rtl/>
        </w:rPr>
        <w:t xml:space="preserve"> </w:t>
      </w:r>
      <w:r w:rsidRPr="00652FCF">
        <w:rPr>
          <w:rFonts w:ascii="Sakkal Majalla" w:hAnsi="Sakkal Majalla" w:cs="Sakkal Majalla" w:hint="cs"/>
          <w:szCs w:val="28"/>
          <w:rtl/>
        </w:rPr>
        <w:t>الآليات</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المؤسسية</w:t>
      </w:r>
      <w:r w:rsidRPr="00652FCF">
        <w:rPr>
          <w:rFonts w:ascii="Sakkal Majalla" w:hAnsi="Sakkal Majalla" w:cs="Sakkal Majalla"/>
          <w:szCs w:val="28"/>
          <w:rtl/>
        </w:rPr>
        <w:t xml:space="preserve"> </w:t>
      </w:r>
      <w:r w:rsidRPr="00652FCF">
        <w:rPr>
          <w:rFonts w:ascii="Sakkal Majalla" w:hAnsi="Sakkal Majalla" w:cs="Sakkal Majalla" w:hint="cs"/>
          <w:szCs w:val="28"/>
          <w:rtl/>
        </w:rPr>
        <w:t>كمكوّن</w:t>
      </w:r>
      <w:r w:rsidRPr="00652FCF">
        <w:rPr>
          <w:rFonts w:ascii="Sakkal Majalla" w:hAnsi="Sakkal Majalla" w:cs="Sakkal Majalla"/>
          <w:szCs w:val="28"/>
          <w:rtl/>
        </w:rPr>
        <w:t xml:space="preserve"> </w:t>
      </w:r>
      <w:r w:rsidRPr="00652FCF">
        <w:rPr>
          <w:rFonts w:ascii="Sakkal Majalla" w:hAnsi="Sakkal Majalla" w:cs="Sakkal Majalla" w:hint="cs"/>
          <w:szCs w:val="28"/>
          <w:rtl/>
        </w:rPr>
        <w:t>مستقل</w:t>
      </w:r>
      <w:r w:rsidRPr="00652FCF">
        <w:rPr>
          <w:rFonts w:ascii="Sakkal Majalla" w:hAnsi="Sakkal Majalla" w:cs="Sakkal Majalla"/>
          <w:szCs w:val="28"/>
          <w:rtl/>
        </w:rPr>
        <w:t xml:space="preserve"> </w:t>
      </w:r>
      <w:r w:rsidRPr="00652FCF">
        <w:rPr>
          <w:rFonts w:ascii="Sakkal Majalla" w:hAnsi="Sakkal Majalla" w:cs="Sakkal Majalla" w:hint="cs"/>
          <w:szCs w:val="28"/>
          <w:rtl/>
        </w:rPr>
        <w:t>فيعكس</w:t>
      </w:r>
      <w:r w:rsidRPr="00652FCF">
        <w:rPr>
          <w:rFonts w:ascii="Sakkal Majalla" w:hAnsi="Sakkal Majalla" w:cs="Sakkal Majalla"/>
          <w:szCs w:val="28"/>
          <w:rtl/>
        </w:rPr>
        <w:t xml:space="preserve"> </w:t>
      </w:r>
      <w:r w:rsidRPr="00652FCF">
        <w:rPr>
          <w:rFonts w:ascii="Sakkal Majalla" w:hAnsi="Sakkal Majalla" w:cs="Sakkal Majalla" w:hint="cs"/>
          <w:szCs w:val="28"/>
          <w:rtl/>
        </w:rPr>
        <w:t>أهمية</w:t>
      </w:r>
      <w:r w:rsidRPr="00652FCF">
        <w:rPr>
          <w:rFonts w:ascii="Sakkal Majalla" w:hAnsi="Sakkal Majalla" w:cs="Sakkal Majalla"/>
          <w:szCs w:val="28"/>
          <w:rtl/>
        </w:rPr>
        <w:t xml:space="preserve"> </w:t>
      </w:r>
      <w:r w:rsidRPr="00652FCF">
        <w:rPr>
          <w:rFonts w:ascii="Sakkal Majalla" w:hAnsi="Sakkal Majalla" w:cs="Sakkal Majalla" w:hint="cs"/>
          <w:szCs w:val="28"/>
          <w:rtl/>
        </w:rPr>
        <w:t>نظم</w:t>
      </w:r>
      <w:r w:rsidRPr="00652FCF">
        <w:rPr>
          <w:rFonts w:ascii="Sakkal Majalla" w:hAnsi="Sakkal Majalla" w:cs="Sakkal Majalla"/>
          <w:szCs w:val="28"/>
          <w:rtl/>
        </w:rPr>
        <w:t xml:space="preserve"> </w:t>
      </w:r>
      <w:r w:rsidRPr="00652FCF">
        <w:rPr>
          <w:rFonts w:ascii="Sakkal Majalla" w:hAnsi="Sakkal Majalla" w:cs="Sakkal Majalla" w:hint="cs"/>
          <w:szCs w:val="28"/>
          <w:rtl/>
        </w:rPr>
        <w:t>إدارة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المعرفة</w:t>
      </w:r>
      <w:r w:rsidRPr="00652FCF">
        <w:rPr>
          <w:rFonts w:ascii="Sakkal Majalla" w:hAnsi="Sakkal Majalla" w:cs="Sakkal Majalla"/>
          <w:szCs w:val="28"/>
          <w:rtl/>
        </w:rPr>
        <w:t xml:space="preserve"> </w:t>
      </w:r>
      <w:r w:rsidRPr="00652FCF">
        <w:rPr>
          <w:rFonts w:ascii="Sakkal Majalla" w:hAnsi="Sakkal Majalla" w:cs="Sakkal Majalla" w:hint="cs"/>
          <w:szCs w:val="28"/>
          <w:rtl/>
        </w:rPr>
        <w:t>والإجراءات</w:t>
      </w:r>
      <w:r w:rsidRPr="00652FCF">
        <w:rPr>
          <w:rFonts w:ascii="Sakkal Majalla" w:hAnsi="Sakkal Majalla" w:cs="Sakkal Majalla"/>
          <w:szCs w:val="28"/>
          <w:rtl/>
        </w:rPr>
        <w:t xml:space="preserve"> </w:t>
      </w:r>
      <w:r w:rsidRPr="00652FCF">
        <w:rPr>
          <w:rFonts w:ascii="Sakkal Majalla" w:hAnsi="Sakkal Majalla" w:cs="Sakkal Majalla" w:hint="cs"/>
          <w:szCs w:val="28"/>
          <w:rtl/>
        </w:rPr>
        <w:t>الرسمية</w:t>
      </w:r>
      <w:r w:rsidRPr="00652FCF">
        <w:rPr>
          <w:rFonts w:ascii="Sakkal Majalla" w:hAnsi="Sakkal Majalla" w:cs="Sakkal Majalla"/>
          <w:szCs w:val="28"/>
          <w:rtl/>
        </w:rPr>
        <w:t xml:space="preserve"> </w:t>
      </w:r>
      <w:r w:rsidRPr="00652FCF">
        <w:rPr>
          <w:rFonts w:ascii="Sakkal Majalla" w:hAnsi="Sakkal Majalla" w:cs="Sakkal Majalla" w:hint="cs"/>
          <w:szCs w:val="28"/>
          <w:rtl/>
        </w:rPr>
        <w:t>في</w:t>
      </w:r>
      <w:r w:rsidRPr="00652FCF">
        <w:rPr>
          <w:rFonts w:ascii="Sakkal Majalla" w:hAnsi="Sakkal Majalla" w:cs="Sakkal Majalla"/>
          <w:szCs w:val="28"/>
          <w:rtl/>
        </w:rPr>
        <w:t xml:space="preserve"> </w:t>
      </w:r>
      <w:r w:rsidRPr="00652FCF">
        <w:rPr>
          <w:rFonts w:ascii="Sakkal Majalla" w:hAnsi="Sakkal Majalla" w:cs="Sakkal Majalla" w:hint="cs"/>
          <w:szCs w:val="28"/>
          <w:rtl/>
        </w:rPr>
        <w:t>ضمان</w:t>
      </w:r>
      <w:r w:rsidRPr="00652FCF">
        <w:rPr>
          <w:rFonts w:ascii="Sakkal Majalla" w:hAnsi="Sakkal Majalla" w:cs="Sakkal Majalla"/>
          <w:szCs w:val="28"/>
          <w:rtl/>
        </w:rPr>
        <w:t xml:space="preserve"> </w:t>
      </w:r>
      <w:r w:rsidRPr="00652FCF">
        <w:rPr>
          <w:rFonts w:ascii="Sakkal Majalla" w:hAnsi="Sakkal Majalla" w:cs="Sakkal Majalla" w:hint="cs"/>
          <w:szCs w:val="28"/>
          <w:rtl/>
        </w:rPr>
        <w:t>استمرار</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الابتكار</w:t>
      </w:r>
      <w:r w:rsidRPr="00652FCF">
        <w:rPr>
          <w:rFonts w:ascii="Sakkal Majalla" w:hAnsi="Sakkal Majalla" w:cs="Sakkal Majalla"/>
          <w:szCs w:val="28"/>
          <w:rtl/>
        </w:rPr>
        <w:t xml:space="preserve"> </w:t>
      </w:r>
      <w:r w:rsidRPr="00652FCF">
        <w:rPr>
          <w:rFonts w:ascii="Sakkal Majalla" w:hAnsi="Sakkal Majalla" w:cs="Sakkal Majalla" w:hint="cs"/>
          <w:szCs w:val="28"/>
          <w:rtl/>
        </w:rPr>
        <w:t>بعد</w:t>
      </w:r>
      <w:r w:rsidRPr="00652FCF">
        <w:rPr>
          <w:rFonts w:ascii="Sakkal Majalla" w:hAnsi="Sakkal Majalla" w:cs="Sakkal Majalla"/>
          <w:szCs w:val="28"/>
          <w:rtl/>
        </w:rPr>
        <w:t xml:space="preserve"> </w:t>
      </w:r>
      <w:r w:rsidRPr="00652FCF">
        <w:rPr>
          <w:rFonts w:ascii="Sakkal Majalla" w:hAnsi="Sakkal Majalla" w:cs="Sakkal Majalla" w:hint="cs"/>
          <w:szCs w:val="28"/>
          <w:rtl/>
        </w:rPr>
        <w:t>انتهاء</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المشروع</w:t>
      </w:r>
      <w:r w:rsidRPr="00652FCF">
        <w:rPr>
          <w:rFonts w:ascii="Sakkal Majalla" w:hAnsi="Sakkal Majalla" w:cs="Sakkal Majalla"/>
          <w:szCs w:val="28"/>
        </w:rPr>
        <w:t>.</w:t>
      </w:r>
    </w:p>
    <w:p w14:paraId="6C9682C2" w14:textId="77777777" w:rsidR="00652FCF" w:rsidRPr="00652FCF" w:rsidRDefault="00652FCF" w:rsidP="00634497">
      <w:pPr>
        <w:bidi/>
        <w:spacing w:line="360" w:lineRule="auto"/>
        <w:jc w:val="lowKashida"/>
        <w:rPr>
          <w:rFonts w:ascii="Sakkal Majalla" w:hAnsi="Sakkal Majalla" w:cs="Sakkal Majalla"/>
          <w:b/>
          <w:bCs/>
          <w:szCs w:val="28"/>
          <w:rtl/>
        </w:rPr>
      </w:pPr>
      <w:r w:rsidRPr="00652FCF">
        <w:rPr>
          <w:rFonts w:ascii="Sakkal Majalla" w:hAnsi="Sakkal Majalla" w:cs="Sakkal Majalla" w:hint="cs"/>
          <w:b/>
          <w:bCs/>
          <w:szCs w:val="28"/>
          <w:rtl/>
        </w:rPr>
        <w:t>ثالثاً</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التعديلات</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المقترحة</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على</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النموذج</w:t>
      </w:r>
      <w:r w:rsidRPr="00652FCF">
        <w:rPr>
          <w:rFonts w:ascii="Sakkal Majalla" w:hAnsi="Sakkal Majalla" w:cs="Sakkal Majalla"/>
          <w:b/>
          <w:bCs/>
          <w:szCs w:val="28"/>
          <w:rtl/>
        </w:rPr>
        <w:t xml:space="preserve"> </w:t>
      </w:r>
      <w:r w:rsidRPr="00652FCF">
        <w:rPr>
          <w:rFonts w:ascii="Sakkal Majalla" w:hAnsi="Sakkal Majalla" w:cs="Sakkal Majalla" w:hint="cs"/>
          <w:b/>
          <w:bCs/>
          <w:szCs w:val="28"/>
          <w:rtl/>
        </w:rPr>
        <w:t>المفاهيمي</w:t>
      </w:r>
    </w:p>
    <w:p w14:paraId="157B29F6" w14:textId="66661918"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استنادًا</w:t>
      </w:r>
      <w:r w:rsidRPr="00652FCF">
        <w:rPr>
          <w:rFonts w:ascii="Sakkal Majalla" w:hAnsi="Sakkal Majalla" w:cs="Sakkal Majalla"/>
          <w:szCs w:val="28"/>
          <w:rtl/>
        </w:rPr>
        <w:t xml:space="preserve"> </w:t>
      </w:r>
      <w:r w:rsidRPr="00652FCF">
        <w:rPr>
          <w:rFonts w:ascii="Sakkal Majalla" w:hAnsi="Sakkal Majalla" w:cs="Sakkal Majalla" w:hint="cs"/>
          <w:szCs w:val="28"/>
          <w:rtl/>
        </w:rPr>
        <w:t>إلى</w:t>
      </w:r>
      <w:r w:rsidRPr="00652FCF">
        <w:rPr>
          <w:rFonts w:ascii="Sakkal Majalla" w:hAnsi="Sakkal Majalla" w:cs="Sakkal Majalla"/>
          <w:szCs w:val="28"/>
          <w:rtl/>
        </w:rPr>
        <w:t xml:space="preserve"> </w:t>
      </w:r>
      <w:r w:rsidRPr="00652FCF">
        <w:rPr>
          <w:rFonts w:ascii="Sakkal Majalla" w:hAnsi="Sakkal Majalla" w:cs="Sakkal Majalla" w:hint="cs"/>
          <w:szCs w:val="28"/>
          <w:rtl/>
        </w:rPr>
        <w:t>هذه</w:t>
      </w:r>
      <w:r w:rsidRPr="00652FCF">
        <w:rPr>
          <w:rFonts w:ascii="Sakkal Majalla" w:hAnsi="Sakkal Majalla" w:cs="Sakkal Majalla"/>
          <w:szCs w:val="28"/>
          <w:rtl/>
        </w:rPr>
        <w:t xml:space="preserve"> </w:t>
      </w:r>
      <w:r w:rsidRPr="00652FCF">
        <w:rPr>
          <w:rFonts w:ascii="Sakkal Majalla" w:hAnsi="Sakkal Majalla" w:cs="Sakkal Majalla" w:hint="cs"/>
          <w:szCs w:val="28"/>
          <w:rtl/>
        </w:rPr>
        <w:t>النتائج،</w:t>
      </w:r>
      <w:r w:rsidRPr="00652FCF">
        <w:rPr>
          <w:rFonts w:ascii="Sakkal Majalla" w:hAnsi="Sakkal Majalla" w:cs="Sakkal Majalla"/>
          <w:szCs w:val="28"/>
          <w:rtl/>
        </w:rPr>
        <w:t xml:space="preserve"> </w:t>
      </w:r>
      <w:r w:rsidRPr="00652FCF">
        <w:rPr>
          <w:rFonts w:ascii="Sakkal Majalla" w:hAnsi="Sakkal Majalla" w:cs="Sakkal Majalla" w:hint="cs"/>
          <w:szCs w:val="28"/>
          <w:rtl/>
        </w:rPr>
        <w:t>يقترح</w:t>
      </w:r>
      <w:r w:rsidRPr="00652FCF">
        <w:rPr>
          <w:rFonts w:ascii="Sakkal Majalla" w:hAnsi="Sakkal Majalla" w:cs="Sakkal Majalla"/>
          <w:szCs w:val="28"/>
          <w:rtl/>
        </w:rPr>
        <w:t xml:space="preserve"> </w:t>
      </w:r>
      <w:r w:rsidRPr="00652FCF">
        <w:rPr>
          <w:rFonts w:ascii="Sakkal Majalla" w:hAnsi="Sakkal Majalla" w:cs="Sakkal Majalla" w:hint="cs"/>
          <w:szCs w:val="28"/>
          <w:rtl/>
        </w:rPr>
        <w:t>تعديل</w:t>
      </w:r>
      <w:r w:rsidRPr="00652FCF">
        <w:rPr>
          <w:rFonts w:ascii="Sakkal Majalla" w:hAnsi="Sakkal Majalla" w:cs="Sakkal Majalla"/>
          <w:szCs w:val="28"/>
          <w:rtl/>
        </w:rPr>
        <w:t xml:space="preserve"> </w:t>
      </w:r>
      <w:r w:rsidRPr="00652FCF">
        <w:rPr>
          <w:rFonts w:ascii="Sakkal Majalla" w:hAnsi="Sakkal Majalla" w:cs="Sakkal Majalla" w:hint="cs"/>
          <w:szCs w:val="28"/>
          <w:rtl/>
        </w:rPr>
        <w:t>النموذج</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المفاهيمي</w:t>
      </w:r>
      <w:r w:rsidRPr="00652FCF">
        <w:rPr>
          <w:rFonts w:ascii="Sakkal Majalla" w:hAnsi="Sakkal Majalla" w:cs="Sakkal Majalla"/>
          <w:szCs w:val="28"/>
          <w:rtl/>
        </w:rPr>
        <w:t xml:space="preserve"> </w:t>
      </w:r>
      <w:r w:rsidRPr="00652FCF">
        <w:rPr>
          <w:rFonts w:ascii="Sakkal Majalla" w:hAnsi="Sakkal Majalla" w:cs="Sakkal Majalla" w:hint="cs"/>
          <w:szCs w:val="28"/>
          <w:rtl/>
        </w:rPr>
        <w:t>ليشمل</w:t>
      </w:r>
      <w:r w:rsidRPr="00652FCF">
        <w:rPr>
          <w:rFonts w:ascii="Sakkal Majalla" w:hAnsi="Sakkal Majalla" w:cs="Sakkal Majalla"/>
          <w:szCs w:val="28"/>
        </w:rPr>
        <w:t>:</w:t>
      </w:r>
    </w:p>
    <w:p w14:paraId="382AE0CA" w14:textId="054FEDE5"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تعزيز</w:t>
      </w:r>
      <w:r w:rsidRPr="00652FCF">
        <w:rPr>
          <w:rFonts w:ascii="Sakkal Majalla" w:hAnsi="Sakkal Majalla" w:cs="Sakkal Majalla"/>
          <w:szCs w:val="28"/>
          <w:rtl/>
        </w:rPr>
        <w:t xml:space="preserve"> </w:t>
      </w:r>
      <w:r w:rsidRPr="00652FCF">
        <w:rPr>
          <w:rFonts w:ascii="Sakkal Majalla" w:hAnsi="Sakkal Majalla" w:cs="Sakkal Majalla" w:hint="cs"/>
          <w:szCs w:val="28"/>
          <w:rtl/>
        </w:rPr>
        <w:t>موقع</w:t>
      </w:r>
      <w:r w:rsidRPr="00652FCF">
        <w:rPr>
          <w:rFonts w:ascii="Sakkal Majalla" w:hAnsi="Sakkal Majalla" w:cs="Sakkal Majalla"/>
          <w:szCs w:val="28"/>
          <w:rtl/>
        </w:rPr>
        <w:t xml:space="preserve"> </w:t>
      </w:r>
      <w:r w:rsidRPr="00652FCF">
        <w:rPr>
          <w:rFonts w:ascii="Sakkal Majalla" w:hAnsi="Sakkal Majalla" w:cs="Sakkal Majalla" w:hint="cs"/>
          <w:szCs w:val="28"/>
          <w:rtl/>
        </w:rPr>
        <w:t>القدرة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الامتصاصية</w:t>
      </w:r>
      <w:r w:rsidRPr="00652FCF">
        <w:rPr>
          <w:rFonts w:ascii="Sakkal Majalla" w:hAnsi="Sakkal Majalla" w:cs="Sakkal Majalla"/>
          <w:szCs w:val="28"/>
          <w:rtl/>
        </w:rPr>
        <w:t xml:space="preserve"> </w:t>
      </w:r>
      <w:r w:rsidRPr="00652FCF">
        <w:rPr>
          <w:rFonts w:ascii="Sakkal Majalla" w:hAnsi="Sakkal Majalla" w:cs="Sakkal Majalla" w:hint="cs"/>
          <w:szCs w:val="28"/>
          <w:rtl/>
        </w:rPr>
        <w:t>كمكون</w:t>
      </w:r>
      <w:r w:rsidRPr="00652FCF">
        <w:rPr>
          <w:rFonts w:ascii="Sakkal Majalla" w:hAnsi="Sakkal Majalla" w:cs="Sakkal Majalla"/>
          <w:szCs w:val="28"/>
          <w:rtl/>
        </w:rPr>
        <w:t xml:space="preserve"> </w:t>
      </w:r>
      <w:r w:rsidRPr="00652FCF">
        <w:rPr>
          <w:rFonts w:ascii="Sakkal Majalla" w:hAnsi="Sakkal Majalla" w:cs="Sakkal Majalla" w:hint="cs"/>
          <w:szCs w:val="28"/>
          <w:rtl/>
        </w:rPr>
        <w:t>محوري</w:t>
      </w:r>
      <w:r w:rsidRPr="00652FCF">
        <w:rPr>
          <w:rFonts w:ascii="Sakkal Majalla" w:hAnsi="Sakkal Majalla" w:cs="Sakkal Majalla"/>
          <w:szCs w:val="28"/>
          <w:rtl/>
        </w:rPr>
        <w:t xml:space="preserve"> </w:t>
      </w:r>
      <w:r w:rsidRPr="00652FCF">
        <w:rPr>
          <w:rFonts w:ascii="Sakkal Majalla" w:hAnsi="Sakkal Majalla" w:cs="Sakkal Majalla" w:hint="cs"/>
          <w:szCs w:val="28"/>
          <w:rtl/>
        </w:rPr>
        <w:t>ذو</w:t>
      </w:r>
      <w:r w:rsidRPr="00652FCF">
        <w:rPr>
          <w:rFonts w:ascii="Sakkal Majalla" w:hAnsi="Sakkal Majalla" w:cs="Sakkal Majalla"/>
          <w:szCs w:val="28"/>
          <w:rtl/>
        </w:rPr>
        <w:t xml:space="preserve"> </w:t>
      </w:r>
      <w:r w:rsidRPr="00652FCF">
        <w:rPr>
          <w:rFonts w:ascii="Sakkal Majalla" w:hAnsi="Sakkal Majalla" w:cs="Sakkal Majalla" w:hint="cs"/>
          <w:szCs w:val="28"/>
          <w:rtl/>
        </w:rPr>
        <w:t>أثر</w:t>
      </w:r>
      <w:r w:rsidRPr="00652FCF">
        <w:rPr>
          <w:rFonts w:ascii="Sakkal Majalla" w:hAnsi="Sakkal Majalla" w:cs="Sakkal Majalla"/>
          <w:szCs w:val="28"/>
          <w:rtl/>
        </w:rPr>
        <w:t xml:space="preserve"> </w:t>
      </w:r>
      <w:r w:rsidRPr="00652FCF">
        <w:rPr>
          <w:rFonts w:ascii="Sakkal Majalla" w:hAnsi="Sakkal Majalla" w:cs="Sakkal Majalla" w:hint="cs"/>
          <w:szCs w:val="28"/>
          <w:rtl/>
        </w:rPr>
        <w:t>مباشر</w:t>
      </w:r>
      <w:r w:rsidRPr="00652FCF">
        <w:rPr>
          <w:rFonts w:ascii="Sakkal Majalla" w:hAnsi="Sakkal Majalla" w:cs="Sakkal Majalla"/>
          <w:szCs w:val="28"/>
          <w:rtl/>
        </w:rPr>
        <w:t xml:space="preserve"> </w:t>
      </w:r>
      <w:r w:rsidRPr="00652FCF">
        <w:rPr>
          <w:rFonts w:ascii="Sakkal Majalla" w:hAnsi="Sakkal Majalla" w:cs="Sakkal Majalla" w:hint="cs"/>
          <w:szCs w:val="28"/>
          <w:rtl/>
        </w:rPr>
        <w:t>وغير</w:t>
      </w:r>
      <w:r w:rsidRPr="00652FCF">
        <w:rPr>
          <w:rFonts w:ascii="Sakkal Majalla" w:hAnsi="Sakkal Majalla" w:cs="Sakkal Majalla"/>
          <w:szCs w:val="28"/>
          <w:rtl/>
        </w:rPr>
        <w:t xml:space="preserve"> </w:t>
      </w:r>
      <w:r w:rsidRPr="00652FCF">
        <w:rPr>
          <w:rFonts w:ascii="Sakkal Majalla" w:hAnsi="Sakkal Majalla" w:cs="Sakkal Majalla" w:hint="cs"/>
          <w:szCs w:val="28"/>
          <w:rtl/>
        </w:rPr>
        <w:t>مباشر</w:t>
      </w:r>
      <w:r w:rsidRPr="00652FCF">
        <w:rPr>
          <w:rFonts w:ascii="Sakkal Majalla" w:hAnsi="Sakkal Majalla" w:cs="Sakkal Majalla"/>
          <w:szCs w:val="28"/>
        </w:rPr>
        <w:t>.</w:t>
      </w:r>
    </w:p>
    <w:p w14:paraId="414F6049" w14:textId="08CB9641"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lastRenderedPageBreak/>
        <w:t>إدراج</w:t>
      </w:r>
      <w:r w:rsidRPr="00652FCF">
        <w:rPr>
          <w:rFonts w:ascii="Sakkal Majalla" w:hAnsi="Sakkal Majalla" w:cs="Sakkal Majalla"/>
          <w:szCs w:val="28"/>
          <w:rtl/>
        </w:rPr>
        <w:t xml:space="preserve"> </w:t>
      </w:r>
      <w:r w:rsidRPr="00652FCF">
        <w:rPr>
          <w:rFonts w:ascii="Sakkal Majalla" w:hAnsi="Sakkal Majalla" w:cs="Sakkal Majalla" w:hint="cs"/>
          <w:szCs w:val="28"/>
          <w:rtl/>
        </w:rPr>
        <w:t>الآليات</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المؤسسية</w:t>
      </w:r>
      <w:r w:rsidRPr="00652FCF">
        <w:rPr>
          <w:rFonts w:ascii="Sakkal Majalla" w:hAnsi="Sakkal Majalla" w:cs="Sakkal Majalla"/>
          <w:szCs w:val="28"/>
          <w:rtl/>
        </w:rPr>
        <w:t xml:space="preserve"> </w:t>
      </w:r>
      <w:r w:rsidRPr="00652FCF">
        <w:rPr>
          <w:rFonts w:ascii="Sakkal Majalla" w:hAnsi="Sakkal Majalla" w:cs="Sakkal Majalla" w:hint="cs"/>
          <w:szCs w:val="28"/>
          <w:rtl/>
        </w:rPr>
        <w:t>كعنصر</w:t>
      </w:r>
      <w:r w:rsidRPr="00652FCF">
        <w:rPr>
          <w:rFonts w:ascii="Sakkal Majalla" w:hAnsi="Sakkal Majalla" w:cs="Sakkal Majalla"/>
          <w:szCs w:val="28"/>
          <w:rtl/>
        </w:rPr>
        <w:t xml:space="preserve"> </w:t>
      </w:r>
      <w:r w:rsidRPr="00652FCF">
        <w:rPr>
          <w:rFonts w:ascii="Sakkal Majalla" w:hAnsi="Sakkal Majalla" w:cs="Sakkal Majalla" w:hint="cs"/>
          <w:szCs w:val="28"/>
          <w:rtl/>
        </w:rPr>
        <w:t>مستقل</w:t>
      </w:r>
      <w:r w:rsidRPr="00652FCF">
        <w:rPr>
          <w:rFonts w:ascii="Sakkal Majalla" w:hAnsi="Sakkal Majalla" w:cs="Sakkal Majalla"/>
          <w:szCs w:val="28"/>
          <w:rtl/>
        </w:rPr>
        <w:t xml:space="preserve"> </w:t>
      </w:r>
      <w:r w:rsidRPr="00652FCF">
        <w:rPr>
          <w:rFonts w:ascii="Sakkal Majalla" w:hAnsi="Sakkal Majalla" w:cs="Sakkal Majalla" w:hint="cs"/>
          <w:szCs w:val="28"/>
          <w:rtl/>
        </w:rPr>
        <w:t>يتفاعل</w:t>
      </w:r>
      <w:r w:rsidRPr="00652FCF">
        <w:rPr>
          <w:rFonts w:ascii="Sakkal Majalla" w:hAnsi="Sakkal Majalla" w:cs="Sakkal Majalla"/>
          <w:szCs w:val="28"/>
          <w:rtl/>
        </w:rPr>
        <w:t xml:space="preserve"> </w:t>
      </w:r>
      <w:r w:rsidRPr="00652FCF">
        <w:rPr>
          <w:rFonts w:ascii="Sakkal Majalla" w:hAnsi="Sakkal Majalla" w:cs="Sakkal Majalla" w:hint="cs"/>
          <w:szCs w:val="28"/>
          <w:rtl/>
        </w:rPr>
        <w:t>مع</w:t>
      </w:r>
      <w:r w:rsidRPr="00652FCF">
        <w:rPr>
          <w:rFonts w:ascii="Sakkal Majalla" w:hAnsi="Sakkal Majalla" w:cs="Sakkal Majalla"/>
          <w:szCs w:val="28"/>
          <w:rtl/>
        </w:rPr>
        <w:t xml:space="preserve"> </w:t>
      </w:r>
      <w:r w:rsidRPr="00652FCF">
        <w:rPr>
          <w:rFonts w:ascii="Sakkal Majalla" w:hAnsi="Sakkal Majalla" w:cs="Sakkal Majalla" w:hint="cs"/>
          <w:szCs w:val="28"/>
          <w:rtl/>
        </w:rPr>
        <w:t>القدرة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الامتصاصية</w:t>
      </w:r>
      <w:r w:rsidRPr="00652FCF">
        <w:rPr>
          <w:rFonts w:ascii="Sakkal Majalla" w:hAnsi="Sakkal Majalla" w:cs="Sakkal Majalla"/>
          <w:szCs w:val="28"/>
          <w:rtl/>
        </w:rPr>
        <w:t xml:space="preserve"> </w:t>
      </w:r>
      <w:r w:rsidRPr="00652FCF">
        <w:rPr>
          <w:rFonts w:ascii="Sakkal Majalla" w:hAnsi="Sakkal Majalla" w:cs="Sakkal Majalla" w:hint="cs"/>
          <w:szCs w:val="28"/>
          <w:rtl/>
        </w:rPr>
        <w:t>ويؤثر</w:t>
      </w:r>
      <w:r w:rsidRPr="00652FCF">
        <w:rPr>
          <w:rFonts w:ascii="Sakkal Majalla" w:hAnsi="Sakkal Majalla" w:cs="Sakkal Majalla"/>
          <w:szCs w:val="28"/>
          <w:rtl/>
        </w:rPr>
        <w:t xml:space="preserve"> </w:t>
      </w:r>
      <w:r w:rsidRPr="00652FCF">
        <w:rPr>
          <w:rFonts w:ascii="Sakkal Majalla" w:hAnsi="Sakkal Majalla" w:cs="Sakkal Majalla" w:hint="cs"/>
          <w:szCs w:val="28"/>
          <w:rtl/>
        </w:rPr>
        <w:t>مباشرة</w:t>
      </w:r>
      <w:r w:rsidRPr="00652FCF">
        <w:rPr>
          <w:rFonts w:ascii="Sakkal Majalla" w:hAnsi="Sakkal Majalla" w:cs="Sakkal Majalla"/>
          <w:szCs w:val="28"/>
          <w:rtl/>
        </w:rPr>
        <w:t xml:space="preserve"> </w:t>
      </w:r>
      <w:r w:rsidRPr="00652FCF">
        <w:rPr>
          <w:rFonts w:ascii="Sakkal Majalla" w:hAnsi="Sakkal Majalla" w:cs="Sakkal Majalla" w:hint="cs"/>
          <w:szCs w:val="28"/>
          <w:rtl/>
        </w:rPr>
        <w:t>على</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الاستدامة</w:t>
      </w:r>
      <w:r w:rsidRPr="00652FCF">
        <w:rPr>
          <w:rFonts w:ascii="Sakkal Majalla" w:hAnsi="Sakkal Majalla" w:cs="Sakkal Majalla"/>
          <w:szCs w:val="28"/>
        </w:rPr>
        <w:t>.</w:t>
      </w:r>
    </w:p>
    <w:p w14:paraId="7A6F0E4A" w14:textId="19B67C4F"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إبقاء</w:t>
      </w:r>
      <w:r w:rsidRPr="00652FCF">
        <w:rPr>
          <w:rFonts w:ascii="Sakkal Majalla" w:hAnsi="Sakkal Majalla" w:cs="Sakkal Majalla"/>
          <w:szCs w:val="28"/>
          <w:rtl/>
        </w:rPr>
        <w:t xml:space="preserve"> </w:t>
      </w:r>
      <w:r w:rsidRPr="00652FCF">
        <w:rPr>
          <w:rFonts w:ascii="Sakkal Majalla" w:hAnsi="Sakkal Majalla" w:cs="Sakkal Majalla" w:hint="cs"/>
          <w:szCs w:val="28"/>
          <w:rtl/>
        </w:rPr>
        <w:t>العوامل</w:t>
      </w:r>
      <w:r w:rsidRPr="00652FCF">
        <w:rPr>
          <w:rFonts w:ascii="Sakkal Majalla" w:hAnsi="Sakkal Majalla" w:cs="Sakkal Majalla"/>
          <w:szCs w:val="28"/>
          <w:rtl/>
        </w:rPr>
        <w:t xml:space="preserve"> </w:t>
      </w:r>
      <w:r w:rsidRPr="00652FCF">
        <w:rPr>
          <w:rFonts w:ascii="Sakkal Majalla" w:hAnsi="Sakkal Majalla" w:cs="Sakkal Majalla" w:hint="cs"/>
          <w:szCs w:val="28"/>
          <w:rtl/>
        </w:rPr>
        <w:t>الداخلية</w:t>
      </w:r>
      <w:r w:rsidRPr="00652FCF">
        <w:rPr>
          <w:rFonts w:ascii="Sakkal Majalla" w:hAnsi="Sakkal Majalla" w:cs="Sakkal Majalla"/>
          <w:szCs w:val="28"/>
          <w:rtl/>
        </w:rPr>
        <w:t xml:space="preserve"> </w:t>
      </w:r>
      <w:r w:rsidRPr="00652FCF">
        <w:rPr>
          <w:rFonts w:ascii="Sakkal Majalla" w:hAnsi="Sakkal Majalla" w:cs="Sakkal Majalla" w:hint="cs"/>
          <w:szCs w:val="28"/>
          <w:rtl/>
        </w:rPr>
        <w:t>والدور</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الاستشاري</w:t>
      </w:r>
      <w:r w:rsidRPr="00652FCF">
        <w:rPr>
          <w:rFonts w:ascii="Sakkal Majalla" w:hAnsi="Sakkal Majalla" w:cs="Sakkal Majalla"/>
          <w:szCs w:val="28"/>
          <w:rtl/>
        </w:rPr>
        <w:t xml:space="preserve"> </w:t>
      </w:r>
      <w:r w:rsidRPr="00652FCF">
        <w:rPr>
          <w:rFonts w:ascii="Sakkal Majalla" w:hAnsi="Sakkal Majalla" w:cs="Sakkal Majalla" w:hint="cs"/>
          <w:szCs w:val="28"/>
          <w:rtl/>
        </w:rPr>
        <w:t>كمدخلات</w:t>
      </w:r>
      <w:r w:rsidRPr="00652FCF">
        <w:rPr>
          <w:rFonts w:ascii="Sakkal Majalla" w:hAnsi="Sakkal Majalla" w:cs="Sakkal Majalla"/>
          <w:szCs w:val="28"/>
          <w:rtl/>
        </w:rPr>
        <w:t xml:space="preserve"> </w:t>
      </w:r>
      <w:r w:rsidRPr="00652FCF">
        <w:rPr>
          <w:rFonts w:ascii="Sakkal Majalla" w:hAnsi="Sakkal Majalla" w:cs="Sakkal Majalla" w:hint="cs"/>
          <w:szCs w:val="28"/>
          <w:rtl/>
        </w:rPr>
        <w:t>رئيسية،</w:t>
      </w:r>
      <w:r w:rsidRPr="00652FCF">
        <w:rPr>
          <w:rFonts w:ascii="Sakkal Majalla" w:hAnsi="Sakkal Majalla" w:cs="Sakkal Majalla"/>
          <w:szCs w:val="28"/>
          <w:rtl/>
        </w:rPr>
        <w:t xml:space="preserve"> </w:t>
      </w:r>
      <w:r w:rsidRPr="00652FCF">
        <w:rPr>
          <w:rFonts w:ascii="Sakkal Majalla" w:hAnsi="Sakkal Majalla" w:cs="Sakkal Majalla" w:hint="cs"/>
          <w:szCs w:val="28"/>
          <w:rtl/>
        </w:rPr>
        <w:t>مع</w:t>
      </w:r>
      <w:r w:rsidRPr="00652FCF">
        <w:rPr>
          <w:rFonts w:ascii="Sakkal Majalla" w:hAnsi="Sakkal Majalla" w:cs="Sakkal Majalla"/>
          <w:szCs w:val="28"/>
          <w:rtl/>
        </w:rPr>
        <w:t xml:space="preserve"> </w:t>
      </w:r>
      <w:r w:rsidRPr="00652FCF">
        <w:rPr>
          <w:rFonts w:ascii="Sakkal Majalla" w:hAnsi="Sakkal Majalla" w:cs="Sakkal Majalla" w:hint="cs"/>
          <w:szCs w:val="28"/>
          <w:rtl/>
        </w:rPr>
        <w:t>الإقرار</w:t>
      </w:r>
      <w:r w:rsidRPr="00652FCF">
        <w:rPr>
          <w:rFonts w:ascii="Sakkal Majalla" w:hAnsi="Sakkal Majalla" w:cs="Sakkal Majalla"/>
          <w:szCs w:val="28"/>
          <w:rtl/>
        </w:rPr>
        <w:t xml:space="preserve"> </w:t>
      </w:r>
      <w:r w:rsidRPr="00652FCF">
        <w:rPr>
          <w:rFonts w:ascii="Sakkal Majalla" w:hAnsi="Sakkal Majalla" w:cs="Sakkal Majalla" w:hint="cs"/>
          <w:szCs w:val="28"/>
          <w:rtl/>
        </w:rPr>
        <w:t>بأن</w:t>
      </w:r>
      <w:r w:rsidRPr="00652FCF">
        <w:rPr>
          <w:rFonts w:ascii="Sakkal Majalla" w:hAnsi="Sakkal Majalla" w:cs="Sakkal Majalla"/>
          <w:szCs w:val="28"/>
          <w:rtl/>
        </w:rPr>
        <w:t xml:space="preserve"> </w:t>
      </w:r>
      <w:r w:rsidRPr="00652FCF">
        <w:rPr>
          <w:rFonts w:ascii="Sakkal Majalla" w:hAnsi="Sakkal Majalla" w:cs="Sakkal Majalla" w:hint="cs"/>
          <w:szCs w:val="28"/>
          <w:rtl/>
        </w:rPr>
        <w:t>أثر</w:t>
      </w:r>
      <w:r w:rsidRPr="00652FCF">
        <w:rPr>
          <w:rFonts w:ascii="Sakkal Majalla" w:hAnsi="Sakkal Majalla" w:cs="Sakkal Majalla"/>
          <w:szCs w:val="28"/>
          <w:rtl/>
        </w:rPr>
        <w:t xml:space="preserve"> </w:t>
      </w:r>
      <w:r w:rsidRPr="00652FCF">
        <w:rPr>
          <w:rFonts w:ascii="Sakkal Majalla" w:hAnsi="Sakkal Majalla" w:cs="Sakkal Majalla" w:hint="cs"/>
          <w:szCs w:val="28"/>
          <w:rtl/>
        </w:rPr>
        <w:t>الأولى</w:t>
      </w:r>
      <w:r w:rsidRPr="00652FCF">
        <w:rPr>
          <w:rFonts w:ascii="Sakkal Majalla" w:hAnsi="Sakkal Majalla" w:cs="Sakkal Majalla"/>
          <w:szCs w:val="28"/>
          <w:rtl/>
        </w:rPr>
        <w:t xml:space="preserve"> </w:t>
      </w:r>
      <w:r w:rsidRPr="00652FCF">
        <w:rPr>
          <w:rFonts w:ascii="Sakkal Majalla" w:hAnsi="Sakkal Majalla" w:cs="Sakkal Majalla" w:hint="cs"/>
          <w:szCs w:val="28"/>
          <w:rtl/>
        </w:rPr>
        <w:t>غالبًا</w:t>
      </w:r>
      <w:r w:rsidRPr="00652FCF">
        <w:rPr>
          <w:rFonts w:ascii="Sakkal Majalla" w:hAnsi="Sakkal Majalla" w:cs="Sakkal Majalla"/>
          <w:szCs w:val="28"/>
          <w:rtl/>
        </w:rPr>
        <w:t xml:space="preserve"> </w:t>
      </w:r>
      <w:r w:rsidRPr="00652FCF">
        <w:rPr>
          <w:rFonts w:ascii="Sakkal Majalla" w:hAnsi="Sakkal Majalla" w:cs="Sakkal Majalla" w:hint="cs"/>
          <w:szCs w:val="28"/>
          <w:rtl/>
        </w:rPr>
        <w:t>ما</w:t>
      </w:r>
      <w:r w:rsidRPr="00652FCF">
        <w:rPr>
          <w:rFonts w:ascii="Sakkal Majalla" w:hAnsi="Sakkal Majalla" w:cs="Sakkal Majalla"/>
          <w:szCs w:val="28"/>
          <w:rtl/>
        </w:rPr>
        <w:t xml:space="preserve"> </w:t>
      </w:r>
      <w:r w:rsidRPr="00652FCF">
        <w:rPr>
          <w:rFonts w:ascii="Sakkal Majalla" w:hAnsi="Sakkal Majalla" w:cs="Sakkal Majalla" w:hint="cs"/>
          <w:szCs w:val="28"/>
          <w:rtl/>
        </w:rPr>
        <w:t>يُفعل</w:t>
      </w:r>
      <w:r w:rsidRPr="00652FCF">
        <w:rPr>
          <w:rFonts w:ascii="Sakkal Majalla" w:hAnsi="Sakkal Majalla" w:cs="Sakkal Majalla"/>
          <w:szCs w:val="28"/>
          <w:rtl/>
        </w:rPr>
        <w:t xml:space="preserve"> </w:t>
      </w:r>
      <w:r w:rsidRPr="00652FCF">
        <w:rPr>
          <w:rFonts w:ascii="Sakkal Majalla" w:hAnsi="Sakkal Majalla" w:cs="Sakkal Majalla" w:hint="cs"/>
          <w:szCs w:val="28"/>
          <w:rtl/>
        </w:rPr>
        <w:t>عبر</w:t>
      </w:r>
      <w:r w:rsidRPr="00652FCF">
        <w:rPr>
          <w:rFonts w:ascii="Sakkal Majalla" w:hAnsi="Sakkal Majalla" w:cs="Sakkal Majalla"/>
          <w:szCs w:val="28"/>
          <w:rtl/>
        </w:rPr>
        <w:t xml:space="preserve"> </w:t>
      </w:r>
      <w:r w:rsidRPr="00652FCF">
        <w:rPr>
          <w:rFonts w:ascii="Sakkal Majalla" w:hAnsi="Sakkal Majalla" w:cs="Sakkal Majalla" w:hint="cs"/>
          <w:szCs w:val="28"/>
          <w:rtl/>
        </w:rPr>
        <w:t>القدرة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الامتصاصية</w:t>
      </w:r>
      <w:r w:rsidRPr="00652FCF">
        <w:rPr>
          <w:rFonts w:ascii="Sakkal Majalla" w:hAnsi="Sakkal Majalla" w:cs="Sakkal Majalla"/>
          <w:szCs w:val="28"/>
          <w:rtl/>
        </w:rPr>
        <w:t xml:space="preserve"> </w:t>
      </w:r>
      <w:r w:rsidRPr="00652FCF">
        <w:rPr>
          <w:rFonts w:ascii="Sakkal Majalla" w:hAnsi="Sakkal Majalla" w:cs="Sakkal Majalla" w:hint="cs"/>
          <w:szCs w:val="28"/>
          <w:rtl/>
        </w:rPr>
        <w:t>والآليات</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المؤسسية</w:t>
      </w:r>
      <w:r w:rsidRPr="00652FCF">
        <w:rPr>
          <w:rFonts w:ascii="Sakkal Majalla" w:hAnsi="Sakkal Majalla" w:cs="Sakkal Majalla"/>
          <w:szCs w:val="28"/>
        </w:rPr>
        <w:t>.</w:t>
      </w:r>
    </w:p>
    <w:p w14:paraId="1857C46F" w14:textId="2535BD93"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إدراج</w:t>
      </w:r>
      <w:r w:rsidRPr="00652FCF">
        <w:rPr>
          <w:rFonts w:ascii="Sakkal Majalla" w:hAnsi="Sakkal Majalla" w:cs="Sakkal Majalla"/>
          <w:szCs w:val="28"/>
          <w:rtl/>
        </w:rPr>
        <w:t xml:space="preserve"> </w:t>
      </w:r>
      <w:r w:rsidRPr="00652FCF">
        <w:rPr>
          <w:rFonts w:ascii="Sakkal Majalla" w:hAnsi="Sakkal Majalla" w:cs="Sakkal Majalla" w:hint="cs"/>
          <w:szCs w:val="28"/>
          <w:rtl/>
        </w:rPr>
        <w:t>طبيعة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العلاقة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التعاقدية</w:t>
      </w:r>
      <w:r w:rsidRPr="00652FCF">
        <w:rPr>
          <w:rFonts w:ascii="Sakkal Majalla" w:hAnsi="Sakkal Majalla" w:cs="Sakkal Majalla"/>
          <w:szCs w:val="28"/>
          <w:rtl/>
        </w:rPr>
        <w:t xml:space="preserve"> </w:t>
      </w:r>
      <w:r w:rsidRPr="00652FCF">
        <w:rPr>
          <w:rFonts w:ascii="Sakkal Majalla" w:hAnsi="Sakkal Majalla" w:cs="Sakkal Majalla" w:hint="cs"/>
          <w:szCs w:val="28"/>
          <w:rtl/>
        </w:rPr>
        <w:t>كعامل</w:t>
      </w:r>
      <w:r w:rsidRPr="00652FCF">
        <w:rPr>
          <w:rFonts w:ascii="Sakkal Majalla" w:hAnsi="Sakkal Majalla" w:cs="Sakkal Majalla"/>
          <w:szCs w:val="28"/>
          <w:rtl/>
        </w:rPr>
        <w:t xml:space="preserve"> </w:t>
      </w:r>
      <w:r w:rsidRPr="00652FCF">
        <w:rPr>
          <w:rFonts w:ascii="Sakkal Majalla" w:hAnsi="Sakkal Majalla" w:cs="Sakkal Majalla" w:hint="cs"/>
          <w:szCs w:val="28"/>
          <w:rtl/>
        </w:rPr>
        <w:t>مؤثر</w:t>
      </w:r>
      <w:r w:rsidRPr="00652FCF">
        <w:rPr>
          <w:rFonts w:ascii="Sakkal Majalla" w:hAnsi="Sakkal Majalla" w:cs="Sakkal Majalla"/>
          <w:szCs w:val="28"/>
          <w:rtl/>
        </w:rPr>
        <w:t xml:space="preserve"> </w:t>
      </w:r>
      <w:r w:rsidRPr="00652FCF">
        <w:rPr>
          <w:rFonts w:ascii="Sakkal Majalla" w:hAnsi="Sakkal Majalla" w:cs="Sakkal Majalla" w:hint="cs"/>
          <w:szCs w:val="28"/>
          <w:rtl/>
        </w:rPr>
        <w:t>في</w:t>
      </w:r>
      <w:r w:rsidRPr="00652FCF">
        <w:rPr>
          <w:rFonts w:ascii="Sakkal Majalla" w:hAnsi="Sakkal Majalla" w:cs="Sakkal Majalla"/>
          <w:szCs w:val="28"/>
          <w:rtl/>
        </w:rPr>
        <w:t xml:space="preserve"> </w:t>
      </w:r>
      <w:r w:rsidRPr="00652FCF">
        <w:rPr>
          <w:rFonts w:ascii="Sakkal Majalla" w:hAnsi="Sakkal Majalla" w:cs="Sakkal Majalla" w:hint="cs"/>
          <w:szCs w:val="28"/>
          <w:rtl/>
        </w:rPr>
        <w:t>فاعلية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التكامل</w:t>
      </w:r>
      <w:r w:rsidRPr="00652FCF">
        <w:rPr>
          <w:rFonts w:ascii="Sakkal Majalla" w:hAnsi="Sakkal Majalla" w:cs="Sakkal Majalla"/>
          <w:szCs w:val="28"/>
          <w:rtl/>
        </w:rPr>
        <w:t xml:space="preserve"> </w:t>
      </w:r>
      <w:r w:rsidRPr="00652FCF">
        <w:rPr>
          <w:rFonts w:ascii="Sakkal Majalla" w:hAnsi="Sakkal Majalla" w:cs="Sakkal Majalla" w:hint="cs"/>
          <w:szCs w:val="28"/>
          <w:rtl/>
        </w:rPr>
        <w:t>بين</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المكونات</w:t>
      </w:r>
      <w:r w:rsidRPr="00652FCF">
        <w:rPr>
          <w:rFonts w:ascii="Sakkal Majalla" w:hAnsi="Sakkal Majalla" w:cs="Sakkal Majalla"/>
          <w:szCs w:val="28"/>
        </w:rPr>
        <w:t>.</w:t>
      </w:r>
    </w:p>
    <w:p w14:paraId="7A1783BA" w14:textId="77777777" w:rsidR="00652FCF" w:rsidRPr="00652FCF" w:rsidRDefault="00652FCF" w:rsidP="00634497">
      <w:pPr>
        <w:bidi/>
        <w:spacing w:line="360" w:lineRule="auto"/>
        <w:jc w:val="lowKashida"/>
        <w:rPr>
          <w:rFonts w:ascii="Sakkal Majalla" w:hAnsi="Sakkal Majalla" w:cs="Sakkal Majalla"/>
          <w:b/>
          <w:bCs/>
          <w:sz w:val="32"/>
          <w:szCs w:val="32"/>
          <w:rtl/>
        </w:rPr>
      </w:pPr>
      <w:r w:rsidRPr="00652FCF">
        <w:rPr>
          <w:rFonts w:ascii="Sakkal Majalla" w:hAnsi="Sakkal Majalla" w:cs="Sakkal Majalla"/>
          <w:b/>
          <w:bCs/>
          <w:sz w:val="32"/>
          <w:szCs w:val="32"/>
          <w:rtl/>
        </w:rPr>
        <w:t>5.4</w:t>
      </w:r>
      <w:r w:rsidRPr="00652FCF">
        <w:rPr>
          <w:rFonts w:ascii="Sakkal Majalla" w:hAnsi="Sakkal Majalla" w:cs="Sakkal Majalla"/>
          <w:b/>
          <w:bCs/>
          <w:sz w:val="32"/>
          <w:szCs w:val="32"/>
        </w:rPr>
        <w:t xml:space="preserve"> </w:t>
      </w:r>
      <w:r w:rsidRPr="00652FCF">
        <w:rPr>
          <w:rFonts w:ascii="Sakkal Majalla" w:hAnsi="Sakkal Majalla" w:cs="Sakkal Majalla" w:hint="cs"/>
          <w:b/>
          <w:bCs/>
          <w:sz w:val="32"/>
          <w:szCs w:val="32"/>
          <w:rtl/>
        </w:rPr>
        <w:t>النموذج</w:t>
      </w:r>
      <w:r w:rsidRPr="00652FCF">
        <w:rPr>
          <w:rFonts w:ascii="Sakkal Majalla" w:hAnsi="Sakkal Majalla" w:cs="Sakkal Majalla"/>
          <w:b/>
          <w:bCs/>
          <w:sz w:val="32"/>
          <w:szCs w:val="32"/>
          <w:rtl/>
        </w:rPr>
        <w:t xml:space="preserve"> </w:t>
      </w:r>
      <w:r w:rsidRPr="00652FCF">
        <w:rPr>
          <w:rFonts w:ascii="Sakkal Majalla" w:hAnsi="Sakkal Majalla" w:cs="Sakkal Majalla" w:hint="cs"/>
          <w:b/>
          <w:bCs/>
          <w:sz w:val="32"/>
          <w:szCs w:val="32"/>
          <w:rtl/>
        </w:rPr>
        <w:t>العملي</w:t>
      </w:r>
      <w:r w:rsidRPr="00652FCF">
        <w:rPr>
          <w:rFonts w:ascii="Sakkal Majalla" w:hAnsi="Sakkal Majalla" w:cs="Sakkal Majalla"/>
          <w:b/>
          <w:bCs/>
          <w:sz w:val="32"/>
          <w:szCs w:val="32"/>
          <w:rtl/>
        </w:rPr>
        <w:t xml:space="preserve"> </w:t>
      </w:r>
      <w:r w:rsidRPr="00652FCF">
        <w:rPr>
          <w:rFonts w:ascii="Sakkal Majalla" w:hAnsi="Sakkal Majalla" w:cs="Sakkal Majalla" w:hint="cs"/>
          <w:b/>
          <w:bCs/>
          <w:sz w:val="32"/>
          <w:szCs w:val="32"/>
          <w:rtl/>
        </w:rPr>
        <w:t>التكاملي</w:t>
      </w:r>
      <w:r w:rsidRPr="00652FCF">
        <w:rPr>
          <w:rFonts w:ascii="Sakkal Majalla" w:hAnsi="Sakkal Majalla" w:cs="Sakkal Majalla"/>
          <w:b/>
          <w:bCs/>
          <w:sz w:val="32"/>
          <w:szCs w:val="32"/>
          <w:rtl/>
        </w:rPr>
        <w:t xml:space="preserve"> </w:t>
      </w:r>
      <w:r w:rsidRPr="00652FCF">
        <w:rPr>
          <w:rFonts w:ascii="Sakkal Majalla" w:hAnsi="Sakkal Majalla" w:cs="Sakkal Majalla" w:hint="cs"/>
          <w:b/>
          <w:bCs/>
          <w:sz w:val="32"/>
          <w:szCs w:val="32"/>
          <w:rtl/>
        </w:rPr>
        <w:t>لاستدامة</w:t>
      </w:r>
      <w:r w:rsidRPr="00652FCF">
        <w:rPr>
          <w:rFonts w:ascii="Sakkal Majalla" w:hAnsi="Sakkal Majalla" w:cs="Sakkal Majalla"/>
          <w:b/>
          <w:bCs/>
          <w:sz w:val="32"/>
          <w:szCs w:val="32"/>
          <w:rtl/>
        </w:rPr>
        <w:t xml:space="preserve"> </w:t>
      </w:r>
      <w:r w:rsidRPr="00652FCF">
        <w:rPr>
          <w:rFonts w:ascii="Sakkal Majalla" w:hAnsi="Sakkal Majalla" w:cs="Sakkal Majalla" w:hint="cs"/>
          <w:b/>
          <w:bCs/>
          <w:sz w:val="32"/>
          <w:szCs w:val="32"/>
          <w:rtl/>
        </w:rPr>
        <w:t>الابتكار</w:t>
      </w:r>
      <w:r w:rsidRPr="00652FCF">
        <w:rPr>
          <w:rFonts w:ascii="Sakkal Majalla" w:hAnsi="Sakkal Majalla" w:cs="Sakkal Majalla"/>
          <w:b/>
          <w:bCs/>
          <w:sz w:val="32"/>
          <w:szCs w:val="32"/>
          <w:rtl/>
        </w:rPr>
        <w:t xml:space="preserve"> </w:t>
      </w:r>
      <w:r w:rsidRPr="00652FCF">
        <w:rPr>
          <w:rFonts w:ascii="Sakkal Majalla" w:hAnsi="Sakkal Majalla" w:cs="Sakkal Majalla" w:hint="cs"/>
          <w:b/>
          <w:bCs/>
          <w:sz w:val="32"/>
          <w:szCs w:val="32"/>
          <w:rtl/>
        </w:rPr>
        <w:t>عبر</w:t>
      </w:r>
      <w:r w:rsidRPr="00652FCF">
        <w:rPr>
          <w:rFonts w:ascii="Sakkal Majalla" w:hAnsi="Sakkal Majalla" w:cs="Sakkal Majalla"/>
          <w:b/>
          <w:bCs/>
          <w:sz w:val="32"/>
          <w:szCs w:val="32"/>
          <w:rtl/>
        </w:rPr>
        <w:t xml:space="preserve"> </w:t>
      </w:r>
      <w:r w:rsidRPr="00652FCF">
        <w:rPr>
          <w:rFonts w:ascii="Sakkal Majalla" w:hAnsi="Sakkal Majalla" w:cs="Sakkal Majalla" w:hint="cs"/>
          <w:b/>
          <w:bCs/>
          <w:sz w:val="32"/>
          <w:szCs w:val="32"/>
          <w:rtl/>
        </w:rPr>
        <w:t>الشراكة</w:t>
      </w:r>
      <w:r w:rsidRPr="00652FCF">
        <w:rPr>
          <w:rFonts w:ascii="Sakkal Majalla" w:hAnsi="Sakkal Majalla" w:cs="Sakkal Majalla"/>
          <w:b/>
          <w:bCs/>
          <w:sz w:val="32"/>
          <w:szCs w:val="32"/>
          <w:rtl/>
        </w:rPr>
        <w:t xml:space="preserve"> </w:t>
      </w:r>
      <w:r w:rsidRPr="00652FCF">
        <w:rPr>
          <w:rFonts w:ascii="Sakkal Majalla" w:hAnsi="Sakkal Majalla" w:cs="Sakkal Majalla" w:hint="cs"/>
          <w:b/>
          <w:bCs/>
          <w:sz w:val="32"/>
          <w:szCs w:val="32"/>
          <w:rtl/>
        </w:rPr>
        <w:t>الاستشارية</w:t>
      </w:r>
    </w:p>
    <w:p w14:paraId="48EB80DB" w14:textId="77777777" w:rsidR="00643E80" w:rsidRPr="00643E80" w:rsidRDefault="00643E80" w:rsidP="00634497">
      <w:pPr>
        <w:bidi/>
        <w:spacing w:line="360" w:lineRule="auto"/>
        <w:jc w:val="lowKashida"/>
        <w:rPr>
          <w:rFonts w:ascii="Sakkal Majalla" w:hAnsi="Sakkal Majalla" w:cs="Sakkal Majalla"/>
          <w:szCs w:val="28"/>
          <w:rtl/>
        </w:rPr>
      </w:pPr>
      <w:r w:rsidRPr="00643E80">
        <w:rPr>
          <w:rFonts w:ascii="Sakkal Majalla" w:hAnsi="Sakkal Majalla" w:cs="Sakkal Majalla" w:hint="cs"/>
          <w:szCs w:val="28"/>
          <w:rtl/>
        </w:rPr>
        <w:t>استنادًا</w:t>
      </w:r>
      <w:r w:rsidRPr="00643E80">
        <w:rPr>
          <w:rFonts w:ascii="Sakkal Majalla" w:hAnsi="Sakkal Majalla" w:cs="Sakkal Majalla"/>
          <w:szCs w:val="28"/>
          <w:rtl/>
        </w:rPr>
        <w:t xml:space="preserve"> </w:t>
      </w:r>
      <w:r w:rsidRPr="00643E80">
        <w:rPr>
          <w:rFonts w:ascii="Sakkal Majalla" w:hAnsi="Sakkal Majalla" w:cs="Sakkal Majalla" w:hint="cs"/>
          <w:szCs w:val="28"/>
          <w:rtl/>
        </w:rPr>
        <w:t>إلى</w:t>
      </w:r>
      <w:r w:rsidRPr="00643E80">
        <w:rPr>
          <w:rFonts w:ascii="Sakkal Majalla" w:hAnsi="Sakkal Majalla" w:cs="Sakkal Majalla"/>
          <w:szCs w:val="28"/>
          <w:rtl/>
        </w:rPr>
        <w:t xml:space="preserve"> </w:t>
      </w:r>
      <w:r w:rsidRPr="00643E80">
        <w:rPr>
          <w:rFonts w:ascii="Sakkal Majalla" w:hAnsi="Sakkal Majalla" w:cs="Sakkal Majalla" w:hint="cs"/>
          <w:szCs w:val="28"/>
          <w:rtl/>
        </w:rPr>
        <w:t>ما</w:t>
      </w:r>
      <w:r w:rsidRPr="00643E80">
        <w:rPr>
          <w:rFonts w:ascii="Sakkal Majalla" w:hAnsi="Sakkal Majalla" w:cs="Sakkal Majalla"/>
          <w:szCs w:val="28"/>
          <w:rtl/>
        </w:rPr>
        <w:t xml:space="preserve"> </w:t>
      </w:r>
      <w:r w:rsidRPr="00643E80">
        <w:rPr>
          <w:rFonts w:ascii="Sakkal Majalla" w:hAnsi="Sakkal Majalla" w:cs="Sakkal Majalla" w:hint="cs"/>
          <w:szCs w:val="28"/>
          <w:rtl/>
        </w:rPr>
        <w:t>سبق،</w:t>
      </w:r>
      <w:r w:rsidRPr="00643E80">
        <w:rPr>
          <w:rFonts w:ascii="Sakkal Majalla" w:hAnsi="Sakkal Majalla" w:cs="Sakkal Majalla"/>
          <w:szCs w:val="28"/>
          <w:rtl/>
        </w:rPr>
        <w:t xml:space="preserve"> </w:t>
      </w:r>
      <w:r w:rsidRPr="00643E80">
        <w:rPr>
          <w:rFonts w:ascii="Sakkal Majalla" w:hAnsi="Sakkal Majalla" w:cs="Sakkal Majalla" w:hint="cs"/>
          <w:szCs w:val="28"/>
          <w:rtl/>
        </w:rPr>
        <w:t>يتضح</w:t>
      </w:r>
      <w:r w:rsidRPr="00643E80">
        <w:rPr>
          <w:rFonts w:ascii="Sakkal Majalla" w:hAnsi="Sakkal Majalla" w:cs="Sakkal Majalla"/>
          <w:szCs w:val="28"/>
          <w:rtl/>
        </w:rPr>
        <w:t xml:space="preserve"> </w:t>
      </w:r>
      <w:r w:rsidRPr="00643E80">
        <w:rPr>
          <w:rFonts w:ascii="Sakkal Majalla" w:hAnsi="Sakkal Majalla" w:cs="Sakkal Majalla" w:hint="cs"/>
          <w:szCs w:val="28"/>
          <w:rtl/>
        </w:rPr>
        <w:t>أن</w:t>
      </w:r>
      <w:r w:rsidRPr="00643E80">
        <w:rPr>
          <w:rFonts w:ascii="Sakkal Majalla" w:hAnsi="Sakkal Majalla" w:cs="Sakkal Majalla"/>
          <w:szCs w:val="28"/>
          <w:rtl/>
        </w:rPr>
        <w:t xml:space="preserve"> </w:t>
      </w:r>
      <w:r w:rsidRPr="00643E80">
        <w:rPr>
          <w:rFonts w:ascii="Sakkal Majalla" w:hAnsi="Sakkal Majalla" w:cs="Sakkal Majalla" w:hint="cs"/>
          <w:szCs w:val="28"/>
          <w:rtl/>
        </w:rPr>
        <w:t>استدامة</w:t>
      </w:r>
      <w:r w:rsidRPr="00643E80">
        <w:rPr>
          <w:rFonts w:ascii="Sakkal Majalla" w:hAnsi="Sakkal Majalla" w:cs="Sakkal Majalla"/>
          <w:szCs w:val="28"/>
          <w:rtl/>
        </w:rPr>
        <w:t xml:space="preserve"> </w:t>
      </w:r>
      <w:r w:rsidRPr="00643E80">
        <w:rPr>
          <w:rFonts w:ascii="Sakkal Majalla" w:hAnsi="Sakkal Majalla" w:cs="Sakkal Majalla" w:hint="cs"/>
          <w:szCs w:val="28"/>
          <w:rtl/>
        </w:rPr>
        <w:t>الابتكار</w:t>
      </w:r>
      <w:r w:rsidRPr="00643E80">
        <w:rPr>
          <w:rFonts w:ascii="Sakkal Majalla" w:hAnsi="Sakkal Majalla" w:cs="Sakkal Majalla"/>
          <w:szCs w:val="28"/>
          <w:rtl/>
        </w:rPr>
        <w:t xml:space="preserve"> </w:t>
      </w:r>
      <w:r w:rsidRPr="00643E80">
        <w:rPr>
          <w:rFonts w:ascii="Sakkal Majalla" w:hAnsi="Sakkal Majalla" w:cs="Sakkal Majalla" w:hint="cs"/>
          <w:szCs w:val="28"/>
          <w:rtl/>
        </w:rPr>
        <w:t>في</w:t>
      </w:r>
      <w:r w:rsidRPr="00643E80">
        <w:rPr>
          <w:rFonts w:ascii="Sakkal Majalla" w:hAnsi="Sakkal Majalla" w:cs="Sakkal Majalla"/>
          <w:szCs w:val="28"/>
          <w:rtl/>
        </w:rPr>
        <w:t xml:space="preserve"> </w:t>
      </w:r>
      <w:r w:rsidRPr="00643E80">
        <w:rPr>
          <w:rFonts w:ascii="Sakkal Majalla" w:hAnsi="Sakkal Majalla" w:cs="Sakkal Majalla" w:hint="cs"/>
          <w:szCs w:val="28"/>
          <w:rtl/>
        </w:rPr>
        <w:t>الجهات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الحكومية</w:t>
      </w:r>
      <w:r w:rsidRPr="00643E80">
        <w:rPr>
          <w:rFonts w:ascii="Sakkal Majalla" w:hAnsi="Sakkal Majalla" w:cs="Sakkal Majalla"/>
          <w:szCs w:val="28"/>
          <w:rtl/>
        </w:rPr>
        <w:t xml:space="preserve"> </w:t>
      </w:r>
      <w:r w:rsidRPr="00643E80">
        <w:rPr>
          <w:rFonts w:ascii="Sakkal Majalla" w:hAnsi="Sakkal Majalla" w:cs="Sakkal Majalla" w:hint="cs"/>
          <w:szCs w:val="28"/>
          <w:rtl/>
        </w:rPr>
        <w:t>لا</w:t>
      </w:r>
      <w:r w:rsidRPr="00643E80">
        <w:rPr>
          <w:rFonts w:ascii="Sakkal Majalla" w:hAnsi="Sakkal Majalla" w:cs="Sakkal Majalla"/>
          <w:szCs w:val="28"/>
          <w:rtl/>
        </w:rPr>
        <w:t xml:space="preserve"> </w:t>
      </w:r>
      <w:r w:rsidRPr="00643E80">
        <w:rPr>
          <w:rFonts w:ascii="Sakkal Majalla" w:hAnsi="Sakkal Majalla" w:cs="Sakkal Majalla" w:hint="cs"/>
          <w:szCs w:val="28"/>
          <w:rtl/>
        </w:rPr>
        <w:t>تتحقق</w:t>
      </w:r>
      <w:r w:rsidRPr="00643E80">
        <w:rPr>
          <w:rFonts w:ascii="Sakkal Majalla" w:hAnsi="Sakkal Majalla" w:cs="Sakkal Majalla"/>
          <w:szCs w:val="28"/>
          <w:rtl/>
        </w:rPr>
        <w:t xml:space="preserve"> </w:t>
      </w:r>
      <w:r w:rsidRPr="00643E80">
        <w:rPr>
          <w:rFonts w:ascii="Sakkal Majalla" w:hAnsi="Sakkal Majalla" w:cs="Sakkal Majalla" w:hint="cs"/>
          <w:szCs w:val="28"/>
          <w:rtl/>
        </w:rPr>
        <w:t>فقط</w:t>
      </w:r>
      <w:r w:rsidRPr="00643E80">
        <w:rPr>
          <w:rFonts w:ascii="Sakkal Majalla" w:hAnsi="Sakkal Majalla" w:cs="Sakkal Majalla"/>
          <w:szCs w:val="28"/>
          <w:rtl/>
        </w:rPr>
        <w:t xml:space="preserve"> </w:t>
      </w:r>
      <w:r w:rsidRPr="00643E80">
        <w:rPr>
          <w:rFonts w:ascii="Sakkal Majalla" w:hAnsi="Sakkal Majalla" w:cs="Sakkal Majalla" w:hint="cs"/>
          <w:szCs w:val="28"/>
          <w:rtl/>
        </w:rPr>
        <w:t>عبر</w:t>
      </w:r>
      <w:r w:rsidRPr="00643E80">
        <w:rPr>
          <w:rFonts w:ascii="Sakkal Majalla" w:hAnsi="Sakkal Majalla" w:cs="Sakkal Majalla"/>
          <w:szCs w:val="28"/>
          <w:rtl/>
        </w:rPr>
        <w:t xml:space="preserve"> </w:t>
      </w:r>
      <w:r w:rsidRPr="00643E80">
        <w:rPr>
          <w:rFonts w:ascii="Sakkal Majalla" w:hAnsi="Sakkal Majalla" w:cs="Sakkal Majalla" w:hint="cs"/>
          <w:szCs w:val="28"/>
          <w:rtl/>
        </w:rPr>
        <w:t>التمكين</w:t>
      </w:r>
      <w:r w:rsidRPr="00643E80">
        <w:rPr>
          <w:rFonts w:ascii="Sakkal Majalla" w:hAnsi="Sakkal Majalla" w:cs="Sakkal Majalla"/>
          <w:szCs w:val="28"/>
          <w:rtl/>
        </w:rPr>
        <w:t xml:space="preserve"> </w:t>
      </w:r>
      <w:r w:rsidRPr="00643E80">
        <w:rPr>
          <w:rFonts w:ascii="Sakkal Majalla" w:hAnsi="Sakkal Majalla" w:cs="Sakkal Majalla" w:hint="cs"/>
          <w:szCs w:val="28"/>
          <w:rtl/>
        </w:rPr>
        <w:t>الداخلي</w:t>
      </w:r>
      <w:r w:rsidRPr="00643E80">
        <w:rPr>
          <w:rFonts w:ascii="Sakkal Majalla" w:hAnsi="Sakkal Majalla" w:cs="Sakkal Majalla"/>
          <w:szCs w:val="28"/>
          <w:rtl/>
        </w:rPr>
        <w:t xml:space="preserve"> </w:t>
      </w:r>
      <w:r w:rsidRPr="00643E80">
        <w:rPr>
          <w:rFonts w:ascii="Sakkal Majalla" w:hAnsi="Sakkal Majalla" w:cs="Sakkal Majalla" w:hint="cs"/>
          <w:szCs w:val="28"/>
          <w:rtl/>
        </w:rPr>
        <w:t>أو</w:t>
      </w:r>
      <w:r w:rsidRPr="00643E80">
        <w:rPr>
          <w:rFonts w:ascii="Sakkal Majalla" w:hAnsi="Sakkal Majalla" w:cs="Sakkal Majalla"/>
          <w:szCs w:val="28"/>
          <w:rtl/>
        </w:rPr>
        <w:t xml:space="preserve"> </w:t>
      </w:r>
      <w:r w:rsidRPr="00643E80">
        <w:rPr>
          <w:rFonts w:ascii="Sakkal Majalla" w:hAnsi="Sakkal Majalla" w:cs="Sakkal Majalla" w:hint="cs"/>
          <w:szCs w:val="28"/>
          <w:rtl/>
        </w:rPr>
        <w:t>الدعم</w:t>
      </w:r>
      <w:r w:rsidRPr="00643E80">
        <w:rPr>
          <w:rFonts w:ascii="Sakkal Majalla" w:hAnsi="Sakkal Majalla" w:cs="Sakkal Majalla"/>
          <w:szCs w:val="28"/>
          <w:rtl/>
        </w:rPr>
        <w:t xml:space="preserve"> </w:t>
      </w:r>
      <w:r w:rsidRPr="00643E80">
        <w:rPr>
          <w:rFonts w:ascii="Sakkal Majalla" w:hAnsi="Sakkal Majalla" w:cs="Sakkal Majalla" w:hint="cs"/>
          <w:szCs w:val="28"/>
          <w:rtl/>
        </w:rPr>
        <w:t>الاستشاري</w:t>
      </w:r>
      <w:r w:rsidRPr="00643E80">
        <w:rPr>
          <w:rFonts w:ascii="Sakkal Majalla" w:hAnsi="Sakkal Majalla" w:cs="Sakkal Majalla"/>
          <w:szCs w:val="28"/>
          <w:rtl/>
        </w:rPr>
        <w:t xml:space="preserve"> </w:t>
      </w:r>
      <w:r w:rsidRPr="00643E80">
        <w:rPr>
          <w:rFonts w:ascii="Sakkal Majalla" w:hAnsi="Sakkal Majalla" w:cs="Sakkal Majalla" w:hint="cs"/>
          <w:szCs w:val="28"/>
          <w:rtl/>
        </w:rPr>
        <w:t>منفردًا،</w:t>
      </w:r>
      <w:r w:rsidRPr="00643E80">
        <w:rPr>
          <w:rFonts w:ascii="Sakkal Majalla" w:hAnsi="Sakkal Majalla" w:cs="Sakkal Majalla"/>
          <w:szCs w:val="28"/>
          <w:rtl/>
        </w:rPr>
        <w:t xml:space="preserve"> </w:t>
      </w:r>
      <w:r w:rsidRPr="00643E80">
        <w:rPr>
          <w:rFonts w:ascii="Sakkal Majalla" w:hAnsi="Sakkal Majalla" w:cs="Sakkal Majalla" w:hint="cs"/>
          <w:szCs w:val="28"/>
          <w:rtl/>
        </w:rPr>
        <w:t>بل</w:t>
      </w:r>
      <w:r w:rsidRPr="00643E80">
        <w:rPr>
          <w:rFonts w:ascii="Sakkal Majalla" w:hAnsi="Sakkal Majalla" w:cs="Sakkal Majalla"/>
          <w:szCs w:val="28"/>
          <w:rtl/>
        </w:rPr>
        <w:t xml:space="preserve"> </w:t>
      </w:r>
      <w:r w:rsidRPr="00643E80">
        <w:rPr>
          <w:rFonts w:ascii="Sakkal Majalla" w:hAnsi="Sakkal Majalla" w:cs="Sakkal Majalla" w:hint="cs"/>
          <w:szCs w:val="28"/>
          <w:rtl/>
        </w:rPr>
        <w:t>من</w:t>
      </w:r>
      <w:r w:rsidRPr="00643E80">
        <w:rPr>
          <w:rFonts w:ascii="Sakkal Majalla" w:hAnsi="Sakkal Majalla" w:cs="Sakkal Majalla"/>
          <w:szCs w:val="28"/>
          <w:rtl/>
        </w:rPr>
        <w:t xml:space="preserve"> </w:t>
      </w:r>
      <w:r w:rsidRPr="00643E80">
        <w:rPr>
          <w:rFonts w:ascii="Sakkal Majalla" w:hAnsi="Sakkal Majalla" w:cs="Sakkal Majalla" w:hint="cs"/>
          <w:szCs w:val="28"/>
          <w:rtl/>
        </w:rPr>
        <w:t>خلال</w:t>
      </w:r>
      <w:r w:rsidRPr="00643E80">
        <w:rPr>
          <w:rFonts w:ascii="Sakkal Majalla" w:hAnsi="Sakkal Majalla" w:cs="Sakkal Majalla"/>
          <w:szCs w:val="28"/>
          <w:rtl/>
        </w:rPr>
        <w:t xml:space="preserve"> </w:t>
      </w:r>
      <w:r w:rsidRPr="00643E80">
        <w:rPr>
          <w:rFonts w:ascii="Sakkal Majalla" w:hAnsi="Sakkal Majalla" w:cs="Sakkal Majalla" w:hint="cs"/>
          <w:szCs w:val="28"/>
          <w:rtl/>
        </w:rPr>
        <w:t>نموذج</w:t>
      </w:r>
      <w:r w:rsidRPr="00643E80">
        <w:rPr>
          <w:rFonts w:ascii="Sakkal Majalla" w:hAnsi="Sakkal Majalla" w:cs="Sakkal Majalla"/>
          <w:szCs w:val="28"/>
          <w:rtl/>
        </w:rPr>
        <w:t xml:space="preserve"> </w:t>
      </w:r>
      <w:r w:rsidRPr="00643E80">
        <w:rPr>
          <w:rFonts w:ascii="Sakkal Majalla" w:hAnsi="Sakkal Majalla" w:cs="Sakkal Majalla" w:hint="cs"/>
          <w:szCs w:val="28"/>
          <w:rtl/>
        </w:rPr>
        <w:t>تكاملي</w:t>
      </w:r>
      <w:r w:rsidRPr="00643E80">
        <w:rPr>
          <w:rFonts w:ascii="Sakkal Majalla" w:hAnsi="Sakkal Majalla" w:cs="Sakkal Majalla"/>
          <w:szCs w:val="28"/>
          <w:rtl/>
        </w:rPr>
        <w:t xml:space="preserve"> </w:t>
      </w:r>
      <w:r w:rsidRPr="00643E80">
        <w:rPr>
          <w:rFonts w:ascii="Sakkal Majalla" w:hAnsi="Sakkal Majalla" w:cs="Sakkal Majalla" w:hint="cs"/>
          <w:szCs w:val="28"/>
          <w:rtl/>
        </w:rPr>
        <w:t>يدمج</w:t>
      </w:r>
      <w:r w:rsidRPr="00643E80">
        <w:rPr>
          <w:rFonts w:ascii="Sakkal Majalla" w:hAnsi="Sakkal Majalla" w:cs="Sakkal Majalla"/>
          <w:szCs w:val="28"/>
          <w:rtl/>
        </w:rPr>
        <w:t xml:space="preserve"> </w:t>
      </w:r>
      <w:r w:rsidRPr="00643E80">
        <w:rPr>
          <w:rFonts w:ascii="Sakkal Majalla" w:hAnsi="Sakkal Majalla" w:cs="Sakkal Majalla" w:hint="cs"/>
          <w:szCs w:val="28"/>
          <w:rtl/>
        </w:rPr>
        <w:t>المكونات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الرئيسة</w:t>
      </w:r>
      <w:r w:rsidRPr="00643E80">
        <w:rPr>
          <w:rFonts w:ascii="Sakkal Majalla" w:hAnsi="Sakkal Majalla" w:cs="Sakkal Majalla"/>
          <w:szCs w:val="28"/>
          <w:rtl/>
        </w:rPr>
        <w:t xml:space="preserve"> </w:t>
      </w:r>
      <w:r w:rsidRPr="00643E80">
        <w:rPr>
          <w:rFonts w:ascii="Sakkal Majalla" w:hAnsi="Sakkal Majalla" w:cs="Sakkal Majalla" w:hint="cs"/>
          <w:szCs w:val="28"/>
          <w:rtl/>
        </w:rPr>
        <w:t>في</w:t>
      </w:r>
      <w:r w:rsidRPr="00643E80">
        <w:rPr>
          <w:rFonts w:ascii="Sakkal Majalla" w:hAnsi="Sakkal Majalla" w:cs="Sakkal Majalla"/>
          <w:szCs w:val="28"/>
          <w:rtl/>
        </w:rPr>
        <w:t xml:space="preserve"> </w:t>
      </w:r>
      <w:r w:rsidRPr="00643E80">
        <w:rPr>
          <w:rFonts w:ascii="Sakkal Majalla" w:hAnsi="Sakkal Majalla" w:cs="Sakkal Majalla" w:hint="cs"/>
          <w:szCs w:val="28"/>
          <w:rtl/>
        </w:rPr>
        <w:t>منظومة</w:t>
      </w:r>
      <w:r w:rsidRPr="00643E80">
        <w:rPr>
          <w:rFonts w:ascii="Sakkal Majalla" w:hAnsi="Sakkal Majalla" w:cs="Sakkal Majalla"/>
          <w:szCs w:val="28"/>
          <w:rtl/>
        </w:rPr>
        <w:t xml:space="preserve"> </w:t>
      </w:r>
      <w:r w:rsidRPr="00643E80">
        <w:rPr>
          <w:rFonts w:ascii="Sakkal Majalla" w:hAnsi="Sakkal Majalla" w:cs="Sakkal Majalla" w:hint="cs"/>
          <w:szCs w:val="28"/>
          <w:rtl/>
        </w:rPr>
        <w:t>واحدة</w:t>
      </w:r>
      <w:r w:rsidRPr="00643E80">
        <w:rPr>
          <w:rFonts w:ascii="Sakkal Majalla" w:hAnsi="Sakkal Majalla" w:cs="Sakkal Majalla"/>
          <w:szCs w:val="28"/>
          <w:rtl/>
        </w:rPr>
        <w:t xml:space="preserve"> </w:t>
      </w:r>
      <w:r w:rsidRPr="00643E80">
        <w:rPr>
          <w:rFonts w:ascii="Sakkal Majalla" w:hAnsi="Sakkal Majalla" w:cs="Sakkal Majalla" w:hint="cs"/>
          <w:szCs w:val="28"/>
          <w:rtl/>
        </w:rPr>
        <w:t>مترابطة</w:t>
      </w:r>
      <w:r w:rsidRPr="00643E80">
        <w:rPr>
          <w:rFonts w:ascii="Sakkal Majalla" w:hAnsi="Sakkal Majalla" w:cs="Sakkal Majalla"/>
          <w:szCs w:val="28"/>
        </w:rPr>
        <w:t>.</w:t>
      </w:r>
    </w:p>
    <w:p w14:paraId="619F0CAA" w14:textId="2FAE15E9" w:rsidR="00643E80" w:rsidRPr="00643E80" w:rsidRDefault="00643E80" w:rsidP="00634497">
      <w:pPr>
        <w:bidi/>
        <w:spacing w:line="360" w:lineRule="auto"/>
        <w:jc w:val="lowKashida"/>
        <w:rPr>
          <w:rFonts w:ascii="Sakkal Majalla" w:hAnsi="Sakkal Majalla" w:cs="Sakkal Majalla"/>
          <w:szCs w:val="28"/>
          <w:rtl/>
        </w:rPr>
      </w:pPr>
      <w:r w:rsidRPr="00643E80">
        <w:rPr>
          <w:rFonts w:ascii="Sakkal Majalla" w:hAnsi="Sakkal Majalla" w:cs="Sakkal Majalla" w:hint="cs"/>
          <w:szCs w:val="28"/>
          <w:rtl/>
        </w:rPr>
        <w:t>ورغم</w:t>
      </w:r>
      <w:r w:rsidRPr="00643E80">
        <w:rPr>
          <w:rFonts w:ascii="Sakkal Majalla" w:hAnsi="Sakkal Majalla" w:cs="Sakkal Majalla"/>
          <w:szCs w:val="28"/>
          <w:rtl/>
        </w:rPr>
        <w:t xml:space="preserve"> </w:t>
      </w:r>
      <w:r w:rsidRPr="00643E80">
        <w:rPr>
          <w:rFonts w:ascii="Sakkal Majalla" w:hAnsi="Sakkal Majalla" w:cs="Sakkal Majalla" w:hint="cs"/>
          <w:szCs w:val="28"/>
          <w:rtl/>
        </w:rPr>
        <w:t>أنه</w:t>
      </w:r>
      <w:r w:rsidRPr="00643E80">
        <w:rPr>
          <w:rFonts w:ascii="Sakkal Majalla" w:hAnsi="Sakkal Majalla" w:cs="Sakkal Majalla"/>
          <w:szCs w:val="28"/>
          <w:rtl/>
        </w:rPr>
        <w:t xml:space="preserve"> </w:t>
      </w:r>
      <w:r w:rsidRPr="00643E80">
        <w:rPr>
          <w:rFonts w:ascii="Sakkal Majalla" w:hAnsi="Sakkal Majalla" w:cs="Sakkal Majalla" w:hint="cs"/>
          <w:szCs w:val="28"/>
          <w:rtl/>
        </w:rPr>
        <w:t>كان</w:t>
      </w:r>
      <w:r w:rsidRPr="00643E80">
        <w:rPr>
          <w:rFonts w:ascii="Sakkal Majalla" w:hAnsi="Sakkal Majalla" w:cs="Sakkal Majalla"/>
          <w:szCs w:val="28"/>
          <w:rtl/>
        </w:rPr>
        <w:t xml:space="preserve"> </w:t>
      </w:r>
      <w:r w:rsidRPr="00643E80">
        <w:rPr>
          <w:rFonts w:ascii="Sakkal Majalla" w:hAnsi="Sakkal Majalla" w:cs="Sakkal Majalla" w:hint="cs"/>
          <w:szCs w:val="28"/>
          <w:rtl/>
        </w:rPr>
        <w:t>من</w:t>
      </w:r>
      <w:r w:rsidRPr="00643E80">
        <w:rPr>
          <w:rFonts w:ascii="Sakkal Majalla" w:hAnsi="Sakkal Majalla" w:cs="Sakkal Majalla"/>
          <w:szCs w:val="28"/>
          <w:rtl/>
        </w:rPr>
        <w:t xml:space="preserve"> </w:t>
      </w:r>
      <w:r w:rsidRPr="00643E80">
        <w:rPr>
          <w:rFonts w:ascii="Sakkal Majalla" w:hAnsi="Sakkal Majalla" w:cs="Sakkal Majalla" w:hint="cs"/>
          <w:szCs w:val="28"/>
          <w:rtl/>
        </w:rPr>
        <w:t>الممكن</w:t>
      </w:r>
      <w:r w:rsidRPr="00643E80">
        <w:rPr>
          <w:rFonts w:ascii="Sakkal Majalla" w:hAnsi="Sakkal Majalla" w:cs="Sakkal Majalla"/>
          <w:szCs w:val="28"/>
          <w:rtl/>
        </w:rPr>
        <w:t xml:space="preserve"> </w:t>
      </w:r>
      <w:r w:rsidRPr="00643E80">
        <w:rPr>
          <w:rFonts w:ascii="Sakkal Majalla" w:hAnsi="Sakkal Majalla" w:cs="Sakkal Majalla" w:hint="cs"/>
          <w:szCs w:val="28"/>
          <w:rtl/>
        </w:rPr>
        <w:t>تصميم</w:t>
      </w:r>
      <w:r w:rsidRPr="00643E80">
        <w:rPr>
          <w:rFonts w:ascii="Sakkal Majalla" w:hAnsi="Sakkal Majalla" w:cs="Sakkal Majalla"/>
          <w:szCs w:val="28"/>
          <w:rtl/>
        </w:rPr>
        <w:t xml:space="preserve"> </w:t>
      </w:r>
      <w:r w:rsidRPr="00643E80">
        <w:rPr>
          <w:rFonts w:ascii="Sakkal Majalla" w:hAnsi="Sakkal Majalla" w:cs="Sakkal Majalla" w:hint="cs"/>
          <w:szCs w:val="28"/>
          <w:rtl/>
        </w:rPr>
        <w:t>هذا</w:t>
      </w:r>
      <w:r w:rsidRPr="00643E80">
        <w:rPr>
          <w:rFonts w:ascii="Sakkal Majalla" w:hAnsi="Sakkal Majalla" w:cs="Sakkal Majalla"/>
          <w:szCs w:val="28"/>
          <w:rtl/>
        </w:rPr>
        <w:t xml:space="preserve"> </w:t>
      </w:r>
      <w:r w:rsidRPr="00643E80">
        <w:rPr>
          <w:rFonts w:ascii="Sakkal Majalla" w:hAnsi="Sakkal Majalla" w:cs="Sakkal Majalla" w:hint="cs"/>
          <w:szCs w:val="28"/>
          <w:rtl/>
        </w:rPr>
        <w:t>النموذج</w:t>
      </w:r>
      <w:r w:rsidRPr="00643E80">
        <w:rPr>
          <w:rFonts w:ascii="Sakkal Majalla" w:hAnsi="Sakkal Majalla" w:cs="Sakkal Majalla"/>
          <w:szCs w:val="28"/>
          <w:rtl/>
        </w:rPr>
        <w:t xml:space="preserve"> </w:t>
      </w:r>
      <w:proofErr w:type="spellStart"/>
      <w:r w:rsidRPr="00643E80">
        <w:rPr>
          <w:rFonts w:ascii="Sakkal Majalla" w:hAnsi="Sakkal Majalla" w:cs="Sakkal Majalla" w:hint="cs"/>
          <w:szCs w:val="28"/>
          <w:rtl/>
        </w:rPr>
        <w:t>ليُدار</w:t>
      </w:r>
      <w:proofErr w:type="spellEnd"/>
      <w:r w:rsidRPr="00643E80">
        <w:rPr>
          <w:rFonts w:ascii="Sakkal Majalla" w:hAnsi="Sakkal Majalla" w:cs="Sakkal Majalla"/>
          <w:szCs w:val="28"/>
          <w:rtl/>
        </w:rPr>
        <w:t xml:space="preserve"> </w:t>
      </w:r>
      <w:r w:rsidRPr="00643E80">
        <w:rPr>
          <w:rFonts w:ascii="Sakkal Majalla" w:hAnsi="Sakkal Majalla" w:cs="Sakkal Majalla" w:hint="cs"/>
          <w:szCs w:val="28"/>
          <w:rtl/>
        </w:rPr>
        <w:t>داخليًا</w:t>
      </w:r>
      <w:r w:rsidRPr="00643E80">
        <w:rPr>
          <w:rFonts w:ascii="Sakkal Majalla" w:hAnsi="Sakkal Majalla" w:cs="Sakkal Majalla"/>
          <w:szCs w:val="28"/>
          <w:rtl/>
        </w:rPr>
        <w:t xml:space="preserve"> </w:t>
      </w:r>
      <w:r w:rsidRPr="00643E80">
        <w:rPr>
          <w:rFonts w:ascii="Sakkal Majalla" w:hAnsi="Sakkal Majalla" w:cs="Sakkal Majalla" w:hint="cs"/>
          <w:szCs w:val="28"/>
          <w:rtl/>
        </w:rPr>
        <w:t>بالكامل</w:t>
      </w:r>
      <w:r w:rsidRPr="00643E80">
        <w:rPr>
          <w:rFonts w:ascii="Sakkal Majalla" w:hAnsi="Sakkal Majalla" w:cs="Sakkal Majalla"/>
          <w:szCs w:val="28"/>
          <w:rtl/>
        </w:rPr>
        <w:t xml:space="preserve"> </w:t>
      </w:r>
      <w:r w:rsidRPr="00643E80">
        <w:rPr>
          <w:rFonts w:ascii="Sakkal Majalla" w:hAnsi="Sakkal Majalla" w:cs="Sakkal Majalla" w:hint="cs"/>
          <w:szCs w:val="28"/>
          <w:rtl/>
        </w:rPr>
        <w:t>من</w:t>
      </w:r>
      <w:r w:rsidRPr="00643E80">
        <w:rPr>
          <w:rFonts w:ascii="Sakkal Majalla" w:hAnsi="Sakkal Majalla" w:cs="Sakkal Majalla"/>
          <w:szCs w:val="28"/>
          <w:rtl/>
        </w:rPr>
        <w:t xml:space="preserve"> </w:t>
      </w:r>
      <w:r w:rsidRPr="00643E80">
        <w:rPr>
          <w:rFonts w:ascii="Sakkal Majalla" w:hAnsi="Sakkal Majalla" w:cs="Sakkal Majalla" w:hint="cs"/>
          <w:szCs w:val="28"/>
          <w:rtl/>
        </w:rPr>
        <w:t>قبل</w:t>
      </w:r>
      <w:r w:rsidRPr="00643E80">
        <w:rPr>
          <w:rFonts w:ascii="Sakkal Majalla" w:hAnsi="Sakkal Majalla" w:cs="Sakkal Majalla"/>
          <w:szCs w:val="28"/>
          <w:rtl/>
        </w:rPr>
        <w:t xml:space="preserve"> </w:t>
      </w:r>
      <w:r w:rsidRPr="00643E80">
        <w:rPr>
          <w:rFonts w:ascii="Sakkal Majalla" w:hAnsi="Sakkal Majalla" w:cs="Sakkal Majalla" w:hint="cs"/>
          <w:szCs w:val="28"/>
          <w:rtl/>
        </w:rPr>
        <w:t>الجهات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الحكومية،</w:t>
      </w:r>
      <w:r w:rsidRPr="00643E80">
        <w:rPr>
          <w:rFonts w:ascii="Sakkal Majalla" w:hAnsi="Sakkal Majalla" w:cs="Sakkal Majalla"/>
          <w:szCs w:val="28"/>
          <w:rtl/>
        </w:rPr>
        <w:t xml:space="preserve"> </w:t>
      </w:r>
      <w:r w:rsidRPr="00643E80">
        <w:rPr>
          <w:rFonts w:ascii="Sakkal Majalla" w:hAnsi="Sakkal Majalla" w:cs="Sakkal Majalla" w:hint="cs"/>
          <w:szCs w:val="28"/>
          <w:rtl/>
        </w:rPr>
        <w:t>فإن</w:t>
      </w:r>
      <w:r w:rsidRPr="00643E80">
        <w:rPr>
          <w:rFonts w:ascii="Sakkal Majalla" w:hAnsi="Sakkal Majalla" w:cs="Sakkal Majalla"/>
          <w:szCs w:val="28"/>
          <w:rtl/>
        </w:rPr>
        <w:t xml:space="preserve"> </w:t>
      </w:r>
      <w:r w:rsidRPr="00643E80">
        <w:rPr>
          <w:rFonts w:ascii="Sakkal Majalla" w:hAnsi="Sakkal Majalla" w:cs="Sakkal Majalla" w:hint="cs"/>
          <w:szCs w:val="28"/>
          <w:rtl/>
        </w:rPr>
        <w:t>نتائج</w:t>
      </w:r>
      <w:r w:rsidRPr="00643E80">
        <w:rPr>
          <w:rFonts w:ascii="Sakkal Majalla" w:hAnsi="Sakkal Majalla" w:cs="Sakkal Majalla"/>
          <w:szCs w:val="28"/>
          <w:rtl/>
        </w:rPr>
        <w:t xml:space="preserve"> </w:t>
      </w:r>
      <w:r w:rsidRPr="00643E80">
        <w:rPr>
          <w:rFonts w:ascii="Sakkal Majalla" w:hAnsi="Sakkal Majalla" w:cs="Sakkal Majalla" w:hint="cs"/>
          <w:szCs w:val="28"/>
          <w:rtl/>
        </w:rPr>
        <w:t>الدراسة</w:t>
      </w:r>
      <w:r w:rsidRPr="00643E80">
        <w:rPr>
          <w:rFonts w:ascii="Sakkal Majalla" w:hAnsi="Sakkal Majalla" w:cs="Sakkal Majalla"/>
          <w:szCs w:val="28"/>
          <w:rtl/>
        </w:rPr>
        <w:t xml:space="preserve"> </w:t>
      </w:r>
      <w:r w:rsidRPr="00643E80">
        <w:rPr>
          <w:rFonts w:ascii="Sakkal Majalla" w:hAnsi="Sakkal Majalla" w:cs="Sakkal Majalla" w:hint="cs"/>
          <w:szCs w:val="28"/>
          <w:rtl/>
        </w:rPr>
        <w:t>والاعتبارات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العملية</w:t>
      </w:r>
      <w:r w:rsidRPr="00643E80">
        <w:rPr>
          <w:rFonts w:ascii="Sakkal Majalla" w:hAnsi="Sakkal Majalla" w:cs="Sakkal Majalla"/>
          <w:szCs w:val="28"/>
          <w:rtl/>
        </w:rPr>
        <w:t xml:space="preserve"> </w:t>
      </w:r>
      <w:r w:rsidRPr="00643E80">
        <w:rPr>
          <w:rFonts w:ascii="Sakkal Majalla" w:hAnsi="Sakkal Majalla" w:cs="Sakkal Majalla" w:hint="cs"/>
          <w:szCs w:val="28"/>
          <w:rtl/>
        </w:rPr>
        <w:t>تكشف</w:t>
      </w:r>
      <w:r w:rsidRPr="00643E80">
        <w:rPr>
          <w:rFonts w:ascii="Sakkal Majalla" w:hAnsi="Sakkal Majalla" w:cs="Sakkal Majalla"/>
          <w:szCs w:val="28"/>
          <w:rtl/>
        </w:rPr>
        <w:t xml:space="preserve"> </w:t>
      </w:r>
      <w:r w:rsidRPr="00643E80">
        <w:rPr>
          <w:rFonts w:ascii="Sakkal Majalla" w:hAnsi="Sakkal Majalla" w:cs="Sakkal Majalla" w:hint="cs"/>
          <w:szCs w:val="28"/>
          <w:rtl/>
        </w:rPr>
        <w:t>أن</w:t>
      </w:r>
      <w:r w:rsidRPr="00643E80">
        <w:rPr>
          <w:rFonts w:ascii="Sakkal Majalla" w:hAnsi="Sakkal Majalla" w:cs="Sakkal Majalla"/>
          <w:szCs w:val="28"/>
          <w:rtl/>
        </w:rPr>
        <w:t xml:space="preserve"> </w:t>
      </w:r>
      <w:r w:rsidRPr="00643E80">
        <w:rPr>
          <w:rFonts w:ascii="Sakkal Majalla" w:hAnsi="Sakkal Majalla" w:cs="Sakkal Majalla" w:hint="cs"/>
          <w:szCs w:val="28"/>
          <w:rtl/>
        </w:rPr>
        <w:t>هذا</w:t>
      </w:r>
      <w:r w:rsidRPr="00643E80">
        <w:rPr>
          <w:rFonts w:ascii="Sakkal Majalla" w:hAnsi="Sakkal Majalla" w:cs="Sakkal Majalla"/>
          <w:szCs w:val="28"/>
          <w:rtl/>
        </w:rPr>
        <w:t xml:space="preserve"> </w:t>
      </w:r>
      <w:r w:rsidRPr="00643E80">
        <w:rPr>
          <w:rFonts w:ascii="Sakkal Majalla" w:hAnsi="Sakkal Majalla" w:cs="Sakkal Majalla" w:hint="cs"/>
          <w:szCs w:val="28"/>
          <w:rtl/>
        </w:rPr>
        <w:t>السيناريو</w:t>
      </w:r>
      <w:r w:rsidRPr="00643E80">
        <w:rPr>
          <w:rFonts w:ascii="Sakkal Majalla" w:hAnsi="Sakkal Majalla" w:cs="Sakkal Majalla"/>
          <w:szCs w:val="28"/>
          <w:rtl/>
        </w:rPr>
        <w:t xml:space="preserve"> </w:t>
      </w:r>
      <w:r w:rsidRPr="00643E80">
        <w:rPr>
          <w:rFonts w:ascii="Sakkal Majalla" w:hAnsi="Sakkal Majalla" w:cs="Sakkal Majalla" w:hint="cs"/>
          <w:szCs w:val="28"/>
          <w:rtl/>
        </w:rPr>
        <w:t>يصطدم</w:t>
      </w:r>
      <w:r w:rsidRPr="00643E80">
        <w:rPr>
          <w:rFonts w:ascii="Sakkal Majalla" w:hAnsi="Sakkal Majalla" w:cs="Sakkal Majalla"/>
          <w:szCs w:val="28"/>
          <w:rtl/>
        </w:rPr>
        <w:t xml:space="preserve"> </w:t>
      </w:r>
      <w:r w:rsidRPr="00643E80">
        <w:rPr>
          <w:rFonts w:ascii="Sakkal Majalla" w:hAnsi="Sakkal Majalla" w:cs="Sakkal Majalla" w:hint="cs"/>
          <w:szCs w:val="28"/>
          <w:rtl/>
        </w:rPr>
        <w:t>بعدد</w:t>
      </w:r>
      <w:r w:rsidRPr="00643E80">
        <w:rPr>
          <w:rFonts w:ascii="Sakkal Majalla" w:hAnsi="Sakkal Majalla" w:cs="Sakkal Majalla"/>
          <w:szCs w:val="28"/>
          <w:rtl/>
        </w:rPr>
        <w:t xml:space="preserve"> </w:t>
      </w:r>
      <w:r w:rsidRPr="00643E80">
        <w:rPr>
          <w:rFonts w:ascii="Sakkal Majalla" w:hAnsi="Sakkal Majalla" w:cs="Sakkal Majalla" w:hint="cs"/>
          <w:szCs w:val="28"/>
          <w:rtl/>
        </w:rPr>
        <w:t>من</w:t>
      </w:r>
      <w:r w:rsidRPr="00643E80">
        <w:rPr>
          <w:rFonts w:ascii="Sakkal Majalla" w:hAnsi="Sakkal Majalla" w:cs="Sakkal Majalla"/>
          <w:szCs w:val="28"/>
          <w:rtl/>
        </w:rPr>
        <w:t xml:space="preserve"> </w:t>
      </w:r>
      <w:r w:rsidRPr="00643E80">
        <w:rPr>
          <w:rFonts w:ascii="Sakkal Majalla" w:hAnsi="Sakkal Majalla" w:cs="Sakkal Majalla" w:hint="cs"/>
          <w:szCs w:val="28"/>
          <w:rtl/>
        </w:rPr>
        <w:t>القيود</w:t>
      </w:r>
      <w:r w:rsidRPr="00643E80">
        <w:rPr>
          <w:rFonts w:ascii="Sakkal Majalla" w:hAnsi="Sakkal Majalla" w:cs="Sakkal Majalla"/>
          <w:szCs w:val="28"/>
          <w:rtl/>
        </w:rPr>
        <w:t xml:space="preserve"> </w:t>
      </w:r>
      <w:r w:rsidRPr="00643E80">
        <w:rPr>
          <w:rFonts w:ascii="Sakkal Majalla" w:hAnsi="Sakkal Majalla" w:cs="Sakkal Majalla" w:hint="cs"/>
          <w:szCs w:val="28"/>
          <w:rtl/>
        </w:rPr>
        <w:t>التنظيمية</w:t>
      </w:r>
      <w:r w:rsidRPr="00643E80">
        <w:rPr>
          <w:rFonts w:ascii="Sakkal Majalla" w:hAnsi="Sakkal Majalla" w:cs="Sakkal Majalla"/>
          <w:szCs w:val="28"/>
          <w:rtl/>
        </w:rPr>
        <w:t xml:space="preserve"> </w:t>
      </w:r>
      <w:r w:rsidRPr="00643E80">
        <w:rPr>
          <w:rFonts w:ascii="Sakkal Majalla" w:hAnsi="Sakkal Majalla" w:cs="Sakkal Majalla" w:hint="cs"/>
          <w:szCs w:val="28"/>
          <w:rtl/>
        </w:rPr>
        <w:t>والتشغيلية</w:t>
      </w:r>
      <w:r w:rsidRPr="00643E80">
        <w:rPr>
          <w:rFonts w:ascii="Sakkal Majalla" w:hAnsi="Sakkal Majalla" w:cs="Sakkal Majalla"/>
          <w:szCs w:val="28"/>
          <w:rtl/>
        </w:rPr>
        <w:t xml:space="preserve"> </w:t>
      </w:r>
      <w:r w:rsidRPr="00643E80">
        <w:rPr>
          <w:rFonts w:ascii="Sakkal Majalla" w:hAnsi="Sakkal Majalla" w:cs="Sakkal Majalla" w:hint="cs"/>
          <w:szCs w:val="28"/>
          <w:rtl/>
        </w:rPr>
        <w:t>التي</w:t>
      </w:r>
      <w:r w:rsidRPr="00643E80">
        <w:rPr>
          <w:rFonts w:ascii="Sakkal Majalla" w:hAnsi="Sakkal Majalla" w:cs="Sakkal Majalla"/>
          <w:szCs w:val="28"/>
          <w:rtl/>
        </w:rPr>
        <w:t xml:space="preserve"> </w:t>
      </w:r>
      <w:r w:rsidRPr="00643E80">
        <w:rPr>
          <w:rFonts w:ascii="Sakkal Majalla" w:hAnsi="Sakkal Majalla" w:cs="Sakkal Majalla" w:hint="cs"/>
          <w:szCs w:val="28"/>
          <w:rtl/>
        </w:rPr>
        <w:t>تحد</w:t>
      </w:r>
      <w:r w:rsidRPr="00643E80">
        <w:rPr>
          <w:rFonts w:ascii="Sakkal Majalla" w:hAnsi="Sakkal Majalla" w:cs="Sakkal Majalla"/>
          <w:szCs w:val="28"/>
          <w:rtl/>
        </w:rPr>
        <w:t xml:space="preserve"> </w:t>
      </w:r>
      <w:r w:rsidRPr="00643E80">
        <w:rPr>
          <w:rFonts w:ascii="Sakkal Majalla" w:hAnsi="Sakkal Majalla" w:cs="Sakkal Majalla" w:hint="cs"/>
          <w:szCs w:val="28"/>
          <w:rtl/>
        </w:rPr>
        <w:t>من</w:t>
      </w:r>
      <w:r w:rsidRPr="00643E80">
        <w:rPr>
          <w:rFonts w:ascii="Sakkal Majalla" w:hAnsi="Sakkal Majalla" w:cs="Sakkal Majalla"/>
          <w:szCs w:val="28"/>
          <w:rtl/>
        </w:rPr>
        <w:t xml:space="preserve"> </w:t>
      </w:r>
      <w:r w:rsidRPr="00643E80">
        <w:rPr>
          <w:rFonts w:ascii="Sakkal Majalla" w:hAnsi="Sakkal Majalla" w:cs="Sakkal Majalla" w:hint="cs"/>
          <w:szCs w:val="28"/>
          <w:rtl/>
        </w:rPr>
        <w:t>فاعليته</w:t>
      </w:r>
      <w:r w:rsidRPr="00643E80">
        <w:rPr>
          <w:rFonts w:ascii="Sakkal Majalla" w:hAnsi="Sakkal Majalla" w:cs="Sakkal Majalla"/>
          <w:szCs w:val="28"/>
          <w:rtl/>
        </w:rPr>
        <w:t xml:space="preserve"> </w:t>
      </w:r>
      <w:r w:rsidRPr="00643E80">
        <w:rPr>
          <w:rFonts w:ascii="Sakkal Majalla" w:hAnsi="Sakkal Majalla" w:cs="Sakkal Majalla" w:hint="cs"/>
          <w:szCs w:val="28"/>
          <w:rtl/>
        </w:rPr>
        <w:t>على</w:t>
      </w:r>
      <w:r w:rsidRPr="00643E80">
        <w:rPr>
          <w:rFonts w:ascii="Sakkal Majalla" w:hAnsi="Sakkal Majalla" w:cs="Sakkal Majalla"/>
          <w:szCs w:val="28"/>
          <w:rtl/>
        </w:rPr>
        <w:t xml:space="preserve"> </w:t>
      </w:r>
      <w:r w:rsidRPr="00643E80">
        <w:rPr>
          <w:rFonts w:ascii="Sakkal Majalla" w:hAnsi="Sakkal Majalla" w:cs="Sakkal Majalla" w:hint="cs"/>
          <w:szCs w:val="28"/>
          <w:rtl/>
        </w:rPr>
        <w:t>المدى</w:t>
      </w:r>
      <w:r w:rsidRPr="00643E80">
        <w:rPr>
          <w:rFonts w:ascii="Sakkal Majalla" w:hAnsi="Sakkal Majalla" w:cs="Sakkal Majalla"/>
          <w:szCs w:val="28"/>
          <w:rtl/>
        </w:rPr>
        <w:t xml:space="preserve"> </w:t>
      </w:r>
      <w:r w:rsidRPr="00643E80">
        <w:rPr>
          <w:rFonts w:ascii="Sakkal Majalla" w:hAnsi="Sakkal Majalla" w:cs="Sakkal Majalla" w:hint="cs"/>
          <w:szCs w:val="28"/>
          <w:rtl/>
        </w:rPr>
        <w:t>القريب،</w:t>
      </w:r>
      <w:r w:rsidRPr="00643E80">
        <w:rPr>
          <w:rFonts w:ascii="Sakkal Majalla" w:hAnsi="Sakkal Majalla" w:cs="Sakkal Majalla"/>
          <w:szCs w:val="28"/>
          <w:rtl/>
        </w:rPr>
        <w:t xml:space="preserve"> </w:t>
      </w:r>
      <w:r w:rsidRPr="00643E80">
        <w:rPr>
          <w:rFonts w:ascii="Sakkal Majalla" w:hAnsi="Sakkal Majalla" w:cs="Sakkal Majalla" w:hint="cs"/>
          <w:szCs w:val="28"/>
          <w:rtl/>
        </w:rPr>
        <w:t>ومن</w:t>
      </w:r>
      <w:r w:rsidRPr="00643E80">
        <w:rPr>
          <w:rFonts w:ascii="Sakkal Majalla" w:hAnsi="Sakkal Majalla" w:cs="Sakkal Majalla"/>
          <w:szCs w:val="28"/>
          <w:rtl/>
        </w:rPr>
        <w:t xml:space="preserve"> </w:t>
      </w:r>
      <w:r w:rsidRPr="00643E80">
        <w:rPr>
          <w:rFonts w:ascii="Sakkal Majalla" w:hAnsi="Sakkal Majalla" w:cs="Sakkal Majalla" w:hint="cs"/>
          <w:szCs w:val="28"/>
          <w:rtl/>
        </w:rPr>
        <w:t>أبرزها</w:t>
      </w:r>
      <w:r w:rsidRPr="00643E80">
        <w:rPr>
          <w:rFonts w:ascii="Sakkal Majalla" w:hAnsi="Sakkal Majalla" w:cs="Sakkal Majalla"/>
          <w:szCs w:val="28"/>
        </w:rPr>
        <w:t>:</w:t>
      </w:r>
    </w:p>
    <w:p w14:paraId="2DB5B4EB" w14:textId="77777777" w:rsidR="00643E80" w:rsidRPr="00643E80" w:rsidRDefault="00643E80" w:rsidP="00634497">
      <w:pPr>
        <w:bidi/>
        <w:spacing w:line="360" w:lineRule="auto"/>
        <w:jc w:val="lowKashida"/>
        <w:rPr>
          <w:rFonts w:ascii="Sakkal Majalla" w:hAnsi="Sakkal Majalla" w:cs="Sakkal Majalla"/>
          <w:b/>
          <w:bCs/>
          <w:szCs w:val="28"/>
          <w:rtl/>
        </w:rPr>
      </w:pPr>
      <w:r w:rsidRPr="00643E80">
        <w:rPr>
          <w:rFonts w:ascii="Sakkal Majalla" w:hAnsi="Sakkal Majalla" w:cs="Sakkal Majalla" w:hint="cs"/>
          <w:b/>
          <w:bCs/>
          <w:szCs w:val="28"/>
          <w:rtl/>
        </w:rPr>
        <w:t>القيود</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الإدارية</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والبيروقراطية</w:t>
      </w:r>
    </w:p>
    <w:p w14:paraId="71CDBF3D" w14:textId="448B68EE" w:rsidR="00643E80" w:rsidRPr="00643E80" w:rsidRDefault="00643E80" w:rsidP="00634497">
      <w:pPr>
        <w:bidi/>
        <w:spacing w:line="360" w:lineRule="auto"/>
        <w:jc w:val="lowKashida"/>
        <w:rPr>
          <w:rFonts w:ascii="Sakkal Majalla" w:hAnsi="Sakkal Majalla" w:cs="Sakkal Majalla"/>
          <w:szCs w:val="28"/>
          <w:rtl/>
        </w:rPr>
      </w:pPr>
      <w:r w:rsidRPr="00643E80">
        <w:rPr>
          <w:rFonts w:ascii="Sakkal Majalla" w:hAnsi="Sakkal Majalla" w:cs="Sakkal Majalla" w:hint="cs"/>
          <w:szCs w:val="28"/>
          <w:rtl/>
        </w:rPr>
        <w:t>ترتبط</w:t>
      </w:r>
      <w:r w:rsidRPr="00643E80">
        <w:rPr>
          <w:rFonts w:ascii="Sakkal Majalla" w:hAnsi="Sakkal Majalla" w:cs="Sakkal Majalla"/>
          <w:szCs w:val="28"/>
          <w:rtl/>
        </w:rPr>
        <w:t xml:space="preserve"> </w:t>
      </w:r>
      <w:r w:rsidRPr="00643E80">
        <w:rPr>
          <w:rFonts w:ascii="Sakkal Majalla" w:hAnsi="Sakkal Majalla" w:cs="Sakkal Majalla" w:hint="cs"/>
          <w:szCs w:val="28"/>
          <w:rtl/>
        </w:rPr>
        <w:t>معظم</w:t>
      </w:r>
      <w:r w:rsidRPr="00643E80">
        <w:rPr>
          <w:rFonts w:ascii="Sakkal Majalla" w:hAnsi="Sakkal Majalla" w:cs="Sakkal Majalla"/>
          <w:szCs w:val="28"/>
          <w:rtl/>
        </w:rPr>
        <w:t xml:space="preserve"> </w:t>
      </w:r>
      <w:r w:rsidRPr="00643E80">
        <w:rPr>
          <w:rFonts w:ascii="Sakkal Majalla" w:hAnsi="Sakkal Majalla" w:cs="Sakkal Majalla" w:hint="cs"/>
          <w:szCs w:val="28"/>
          <w:rtl/>
        </w:rPr>
        <w:t>الجهات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الحكومية</w:t>
      </w:r>
      <w:r w:rsidRPr="00643E80">
        <w:rPr>
          <w:rFonts w:ascii="Sakkal Majalla" w:hAnsi="Sakkal Majalla" w:cs="Sakkal Majalla"/>
          <w:szCs w:val="28"/>
          <w:rtl/>
        </w:rPr>
        <w:t xml:space="preserve"> </w:t>
      </w:r>
      <w:r w:rsidRPr="00643E80">
        <w:rPr>
          <w:rFonts w:ascii="Sakkal Majalla" w:hAnsi="Sakkal Majalla" w:cs="Sakkal Majalla" w:hint="cs"/>
          <w:szCs w:val="28"/>
          <w:rtl/>
        </w:rPr>
        <w:t>بدورات</w:t>
      </w:r>
      <w:r w:rsidRPr="00643E80">
        <w:rPr>
          <w:rFonts w:ascii="Sakkal Majalla" w:hAnsi="Sakkal Majalla" w:cs="Sakkal Majalla"/>
          <w:szCs w:val="28"/>
          <w:rtl/>
        </w:rPr>
        <w:t xml:space="preserve"> </w:t>
      </w:r>
      <w:r w:rsidRPr="00643E80">
        <w:rPr>
          <w:rFonts w:ascii="Sakkal Majalla" w:hAnsi="Sakkal Majalla" w:cs="Sakkal Majalla" w:hint="cs"/>
          <w:szCs w:val="28"/>
          <w:rtl/>
        </w:rPr>
        <w:t>موافقة</w:t>
      </w:r>
      <w:r w:rsidRPr="00643E80">
        <w:rPr>
          <w:rFonts w:ascii="Sakkal Majalla" w:hAnsi="Sakkal Majalla" w:cs="Sakkal Majalla"/>
          <w:szCs w:val="28"/>
          <w:rtl/>
        </w:rPr>
        <w:t xml:space="preserve"> </w:t>
      </w:r>
      <w:r w:rsidRPr="00643E80">
        <w:rPr>
          <w:rFonts w:ascii="Sakkal Majalla" w:hAnsi="Sakkal Majalla" w:cs="Sakkal Majalla" w:hint="cs"/>
          <w:szCs w:val="28"/>
          <w:rtl/>
        </w:rPr>
        <w:t>معقدة</w:t>
      </w:r>
      <w:r w:rsidRPr="00643E80">
        <w:rPr>
          <w:rFonts w:ascii="Sakkal Majalla" w:hAnsi="Sakkal Majalla" w:cs="Sakkal Majalla"/>
          <w:szCs w:val="28"/>
          <w:rtl/>
        </w:rPr>
        <w:t xml:space="preserve"> </w:t>
      </w:r>
      <w:r w:rsidRPr="00643E80">
        <w:rPr>
          <w:rFonts w:ascii="Sakkal Majalla" w:hAnsi="Sakkal Majalla" w:cs="Sakkal Majalla" w:hint="cs"/>
          <w:szCs w:val="28"/>
          <w:rtl/>
        </w:rPr>
        <w:t>وسلاسل</w:t>
      </w:r>
      <w:r w:rsidRPr="00643E80">
        <w:rPr>
          <w:rFonts w:ascii="Sakkal Majalla" w:hAnsi="Sakkal Majalla" w:cs="Sakkal Majalla"/>
          <w:szCs w:val="28"/>
          <w:rtl/>
        </w:rPr>
        <w:t xml:space="preserve"> </w:t>
      </w:r>
      <w:r w:rsidRPr="00643E80">
        <w:rPr>
          <w:rFonts w:ascii="Sakkal Majalla" w:hAnsi="Sakkal Majalla" w:cs="Sakkal Majalla" w:hint="cs"/>
          <w:szCs w:val="28"/>
          <w:rtl/>
        </w:rPr>
        <w:t>قرار</w:t>
      </w:r>
      <w:r w:rsidRPr="00643E80">
        <w:rPr>
          <w:rFonts w:ascii="Sakkal Majalla" w:hAnsi="Sakkal Majalla" w:cs="Sakkal Majalla"/>
          <w:szCs w:val="28"/>
          <w:rtl/>
        </w:rPr>
        <w:t xml:space="preserve"> </w:t>
      </w:r>
      <w:r w:rsidRPr="00643E80">
        <w:rPr>
          <w:rFonts w:ascii="Sakkal Majalla" w:hAnsi="Sakkal Majalla" w:cs="Sakkal Majalla" w:hint="cs"/>
          <w:szCs w:val="28"/>
          <w:rtl/>
        </w:rPr>
        <w:t>طويلة،</w:t>
      </w:r>
      <w:r w:rsidRPr="00643E80">
        <w:rPr>
          <w:rFonts w:ascii="Sakkal Majalla" w:hAnsi="Sakkal Majalla" w:cs="Sakkal Majalla"/>
          <w:szCs w:val="28"/>
          <w:rtl/>
        </w:rPr>
        <w:t xml:space="preserve"> </w:t>
      </w:r>
      <w:r w:rsidRPr="00643E80">
        <w:rPr>
          <w:rFonts w:ascii="Sakkal Majalla" w:hAnsi="Sakkal Majalla" w:cs="Sakkal Majalla" w:hint="cs"/>
          <w:szCs w:val="28"/>
          <w:rtl/>
        </w:rPr>
        <w:t>مما</w:t>
      </w:r>
      <w:r w:rsidRPr="00643E80">
        <w:rPr>
          <w:rFonts w:ascii="Sakkal Majalla" w:hAnsi="Sakkal Majalla" w:cs="Sakkal Majalla"/>
          <w:szCs w:val="28"/>
          <w:rtl/>
        </w:rPr>
        <w:t xml:space="preserve"> </w:t>
      </w:r>
      <w:r w:rsidRPr="00643E80">
        <w:rPr>
          <w:rFonts w:ascii="Sakkal Majalla" w:hAnsi="Sakkal Majalla" w:cs="Sakkal Majalla" w:hint="cs"/>
          <w:szCs w:val="28"/>
          <w:rtl/>
        </w:rPr>
        <w:t>يجعل</w:t>
      </w:r>
      <w:r w:rsidRPr="00643E80">
        <w:rPr>
          <w:rFonts w:ascii="Sakkal Majalla" w:hAnsi="Sakkal Majalla" w:cs="Sakkal Majalla"/>
          <w:szCs w:val="28"/>
          <w:rtl/>
        </w:rPr>
        <w:t xml:space="preserve"> </w:t>
      </w:r>
      <w:r w:rsidRPr="00643E80">
        <w:rPr>
          <w:rFonts w:ascii="Sakkal Majalla" w:hAnsi="Sakkal Majalla" w:cs="Sakkal Majalla" w:hint="cs"/>
          <w:szCs w:val="28"/>
          <w:rtl/>
        </w:rPr>
        <w:t>إدخال</w:t>
      </w:r>
      <w:r w:rsidRPr="00643E80">
        <w:rPr>
          <w:rFonts w:ascii="Sakkal Majalla" w:hAnsi="Sakkal Majalla" w:cs="Sakkal Majalla"/>
          <w:szCs w:val="28"/>
          <w:rtl/>
        </w:rPr>
        <w:t xml:space="preserve"> </w:t>
      </w:r>
      <w:r w:rsidRPr="00643E80">
        <w:rPr>
          <w:rFonts w:ascii="Sakkal Majalla" w:hAnsi="Sakkal Majalla" w:cs="Sakkal Majalla" w:hint="cs"/>
          <w:szCs w:val="28"/>
          <w:rtl/>
        </w:rPr>
        <w:t>أو</w:t>
      </w:r>
      <w:r w:rsidRPr="00643E80">
        <w:rPr>
          <w:rFonts w:ascii="Sakkal Majalla" w:hAnsi="Sakkal Majalla" w:cs="Sakkal Majalla"/>
          <w:szCs w:val="28"/>
          <w:rtl/>
        </w:rPr>
        <w:t xml:space="preserve"> </w:t>
      </w:r>
      <w:r w:rsidRPr="00643E80">
        <w:rPr>
          <w:rFonts w:ascii="Sakkal Majalla" w:hAnsi="Sakkal Majalla" w:cs="Sakkal Majalla" w:hint="cs"/>
          <w:szCs w:val="28"/>
          <w:rtl/>
        </w:rPr>
        <w:t>تعديل</w:t>
      </w:r>
      <w:r w:rsidRPr="00643E80">
        <w:rPr>
          <w:rFonts w:ascii="Sakkal Majalla" w:hAnsi="Sakkal Majalla" w:cs="Sakkal Majalla"/>
          <w:szCs w:val="28"/>
          <w:rtl/>
        </w:rPr>
        <w:t xml:space="preserve"> </w:t>
      </w:r>
      <w:r w:rsidRPr="00643E80">
        <w:rPr>
          <w:rFonts w:ascii="Sakkal Majalla" w:hAnsi="Sakkal Majalla" w:cs="Sakkal Majalla" w:hint="cs"/>
          <w:szCs w:val="28"/>
          <w:rtl/>
        </w:rPr>
        <w:t>آليات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الابتكار</w:t>
      </w:r>
      <w:r w:rsidRPr="00643E80">
        <w:rPr>
          <w:rFonts w:ascii="Sakkal Majalla" w:hAnsi="Sakkal Majalla" w:cs="Sakkal Majalla"/>
          <w:szCs w:val="28"/>
          <w:rtl/>
        </w:rPr>
        <w:t xml:space="preserve"> </w:t>
      </w:r>
      <w:r w:rsidRPr="00643E80">
        <w:rPr>
          <w:rFonts w:ascii="Sakkal Majalla" w:hAnsi="Sakkal Majalla" w:cs="Sakkal Majalla" w:hint="cs"/>
          <w:szCs w:val="28"/>
          <w:rtl/>
        </w:rPr>
        <w:t>عملية</w:t>
      </w:r>
      <w:r w:rsidRPr="00643E80">
        <w:rPr>
          <w:rFonts w:ascii="Sakkal Majalla" w:hAnsi="Sakkal Majalla" w:cs="Sakkal Majalla"/>
          <w:szCs w:val="28"/>
          <w:rtl/>
        </w:rPr>
        <w:t xml:space="preserve"> </w:t>
      </w:r>
      <w:r w:rsidRPr="00643E80">
        <w:rPr>
          <w:rFonts w:ascii="Sakkal Majalla" w:hAnsi="Sakkal Majalla" w:cs="Sakkal Majalla" w:hint="cs"/>
          <w:szCs w:val="28"/>
          <w:rtl/>
        </w:rPr>
        <w:t>بطيئة،</w:t>
      </w:r>
      <w:r w:rsidRPr="00643E80">
        <w:rPr>
          <w:rFonts w:ascii="Sakkal Majalla" w:hAnsi="Sakkal Majalla" w:cs="Sakkal Majalla"/>
          <w:szCs w:val="28"/>
          <w:rtl/>
        </w:rPr>
        <w:t xml:space="preserve"> </w:t>
      </w:r>
      <w:r w:rsidRPr="00643E80">
        <w:rPr>
          <w:rFonts w:ascii="Sakkal Majalla" w:hAnsi="Sakkal Majalla" w:cs="Sakkal Majalla" w:hint="cs"/>
          <w:szCs w:val="28"/>
          <w:rtl/>
        </w:rPr>
        <w:t>ويؤخر</w:t>
      </w:r>
      <w:r w:rsidRPr="00643E80">
        <w:rPr>
          <w:rFonts w:ascii="Sakkal Majalla" w:hAnsi="Sakkal Majalla" w:cs="Sakkal Majalla"/>
          <w:szCs w:val="28"/>
          <w:rtl/>
        </w:rPr>
        <w:t xml:space="preserve"> </w:t>
      </w:r>
      <w:r w:rsidRPr="00643E80">
        <w:rPr>
          <w:rFonts w:ascii="Sakkal Majalla" w:hAnsi="Sakkal Majalla" w:cs="Sakkal Majalla" w:hint="cs"/>
          <w:szCs w:val="28"/>
          <w:rtl/>
        </w:rPr>
        <w:t>تبني</w:t>
      </w:r>
      <w:r w:rsidRPr="00643E80">
        <w:rPr>
          <w:rFonts w:ascii="Sakkal Majalla" w:hAnsi="Sakkal Majalla" w:cs="Sakkal Majalla"/>
          <w:szCs w:val="28"/>
          <w:rtl/>
        </w:rPr>
        <w:t xml:space="preserve"> </w:t>
      </w:r>
      <w:r w:rsidRPr="00643E80">
        <w:rPr>
          <w:rFonts w:ascii="Sakkal Majalla" w:hAnsi="Sakkal Majalla" w:cs="Sakkal Majalla" w:hint="cs"/>
          <w:szCs w:val="28"/>
          <w:rtl/>
        </w:rPr>
        <w:t>النموذج</w:t>
      </w:r>
      <w:r w:rsidRPr="00643E80">
        <w:rPr>
          <w:rFonts w:ascii="Sakkal Majalla" w:hAnsi="Sakkal Majalla" w:cs="Sakkal Majalla"/>
          <w:szCs w:val="28"/>
          <w:rtl/>
        </w:rPr>
        <w:t xml:space="preserve"> </w:t>
      </w:r>
      <w:r w:rsidRPr="00643E80">
        <w:rPr>
          <w:rFonts w:ascii="Sakkal Majalla" w:hAnsi="Sakkal Majalla" w:cs="Sakkal Majalla" w:hint="cs"/>
          <w:szCs w:val="28"/>
          <w:rtl/>
        </w:rPr>
        <w:t>وتشغيله</w:t>
      </w:r>
      <w:r w:rsidRPr="00643E80">
        <w:rPr>
          <w:rFonts w:ascii="Sakkal Majalla" w:hAnsi="Sakkal Majalla" w:cs="Sakkal Majalla"/>
          <w:szCs w:val="28"/>
          <w:rtl/>
        </w:rPr>
        <w:t xml:space="preserve"> </w:t>
      </w:r>
      <w:r w:rsidRPr="00643E80">
        <w:rPr>
          <w:rFonts w:ascii="Sakkal Majalla" w:hAnsi="Sakkal Majalla" w:cs="Sakkal Majalla" w:hint="cs"/>
          <w:szCs w:val="28"/>
          <w:rtl/>
        </w:rPr>
        <w:t>بكامل</w:t>
      </w:r>
      <w:r w:rsidRPr="00643E80">
        <w:rPr>
          <w:rFonts w:ascii="Sakkal Majalla" w:hAnsi="Sakkal Majalla" w:cs="Sakkal Majalla"/>
          <w:szCs w:val="28"/>
          <w:rtl/>
        </w:rPr>
        <w:t xml:space="preserve"> </w:t>
      </w:r>
      <w:r w:rsidRPr="00643E80">
        <w:rPr>
          <w:rFonts w:ascii="Sakkal Majalla" w:hAnsi="Sakkal Majalla" w:cs="Sakkal Majalla" w:hint="cs"/>
          <w:szCs w:val="28"/>
          <w:rtl/>
        </w:rPr>
        <w:t>إمكاناته</w:t>
      </w:r>
      <w:r w:rsidRPr="00643E80">
        <w:rPr>
          <w:rFonts w:ascii="Sakkal Majalla" w:hAnsi="Sakkal Majalla" w:cs="Sakkal Majalla"/>
          <w:szCs w:val="28"/>
        </w:rPr>
        <w:t>.</w:t>
      </w:r>
    </w:p>
    <w:p w14:paraId="7D2E6FFB" w14:textId="77777777" w:rsidR="00643E80" w:rsidRPr="00643E80" w:rsidRDefault="00643E80" w:rsidP="00634497">
      <w:pPr>
        <w:bidi/>
        <w:spacing w:line="360" w:lineRule="auto"/>
        <w:jc w:val="lowKashida"/>
        <w:rPr>
          <w:rFonts w:ascii="Sakkal Majalla" w:hAnsi="Sakkal Majalla" w:cs="Sakkal Majalla"/>
          <w:b/>
          <w:bCs/>
          <w:szCs w:val="28"/>
          <w:rtl/>
        </w:rPr>
      </w:pPr>
      <w:r w:rsidRPr="00643E80">
        <w:rPr>
          <w:rFonts w:ascii="Sakkal Majalla" w:hAnsi="Sakkal Majalla" w:cs="Sakkal Majalla" w:hint="cs"/>
          <w:b/>
          <w:bCs/>
          <w:szCs w:val="28"/>
          <w:rtl/>
        </w:rPr>
        <w:t>تباين</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مستويات</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النضج</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المؤسسي</w:t>
      </w:r>
    </w:p>
    <w:p w14:paraId="62E14FF3" w14:textId="334551C5" w:rsidR="00643E80" w:rsidRPr="00643E80" w:rsidRDefault="00643E80" w:rsidP="00634497">
      <w:pPr>
        <w:bidi/>
        <w:spacing w:line="360" w:lineRule="auto"/>
        <w:jc w:val="lowKashida"/>
        <w:rPr>
          <w:rFonts w:ascii="Sakkal Majalla" w:hAnsi="Sakkal Majalla" w:cs="Sakkal Majalla"/>
          <w:szCs w:val="28"/>
          <w:rtl/>
        </w:rPr>
      </w:pPr>
      <w:r w:rsidRPr="00643E80">
        <w:rPr>
          <w:rFonts w:ascii="Sakkal Majalla" w:hAnsi="Sakkal Majalla" w:cs="Sakkal Majalla" w:hint="cs"/>
          <w:szCs w:val="28"/>
          <w:rtl/>
        </w:rPr>
        <w:t>أظهرت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البيانات</w:t>
      </w:r>
      <w:r w:rsidRPr="00643E80">
        <w:rPr>
          <w:rFonts w:ascii="Sakkal Majalla" w:hAnsi="Sakkal Majalla" w:cs="Sakkal Majalla"/>
          <w:szCs w:val="28"/>
          <w:rtl/>
        </w:rPr>
        <w:t xml:space="preserve"> </w:t>
      </w:r>
      <w:r w:rsidRPr="00643E80">
        <w:rPr>
          <w:rFonts w:ascii="Sakkal Majalla" w:hAnsi="Sakkal Majalla" w:cs="Sakkal Majalla" w:hint="cs"/>
          <w:szCs w:val="28"/>
          <w:rtl/>
        </w:rPr>
        <w:t>أن</w:t>
      </w:r>
      <w:r w:rsidRPr="00643E80">
        <w:rPr>
          <w:rFonts w:ascii="Sakkal Majalla" w:hAnsi="Sakkal Majalla" w:cs="Sakkal Majalla"/>
          <w:szCs w:val="28"/>
          <w:rtl/>
        </w:rPr>
        <w:t xml:space="preserve"> </w:t>
      </w:r>
      <w:r w:rsidRPr="00643E80">
        <w:rPr>
          <w:rFonts w:ascii="Sakkal Majalla" w:hAnsi="Sakkal Majalla" w:cs="Sakkal Majalla" w:hint="cs"/>
          <w:szCs w:val="28"/>
          <w:rtl/>
        </w:rPr>
        <w:t>تفاوت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القدرات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الداخلية</w:t>
      </w:r>
      <w:r w:rsidRPr="00643E80">
        <w:rPr>
          <w:rFonts w:ascii="Sakkal Majalla" w:hAnsi="Sakkal Majalla" w:cs="Sakkal Majalla"/>
          <w:szCs w:val="28"/>
          <w:rtl/>
        </w:rPr>
        <w:t xml:space="preserve"> </w:t>
      </w:r>
      <w:r w:rsidRPr="00643E80">
        <w:rPr>
          <w:rFonts w:ascii="Sakkal Majalla" w:hAnsi="Sakkal Majalla" w:cs="Sakkal Majalla" w:hint="cs"/>
          <w:szCs w:val="28"/>
          <w:rtl/>
        </w:rPr>
        <w:t>بين</w:t>
      </w:r>
      <w:r w:rsidRPr="00643E80">
        <w:rPr>
          <w:rFonts w:ascii="Sakkal Majalla" w:hAnsi="Sakkal Majalla" w:cs="Sakkal Majalla"/>
          <w:szCs w:val="28"/>
          <w:rtl/>
        </w:rPr>
        <w:t xml:space="preserve"> </w:t>
      </w:r>
      <w:r w:rsidRPr="00643E80">
        <w:rPr>
          <w:rFonts w:ascii="Sakkal Majalla" w:hAnsi="Sakkal Majalla" w:cs="Sakkal Majalla" w:hint="cs"/>
          <w:szCs w:val="28"/>
          <w:rtl/>
        </w:rPr>
        <w:t>الجهات</w:t>
      </w:r>
      <w:r w:rsidRPr="00643E80">
        <w:rPr>
          <w:rFonts w:ascii="Sakkal Majalla" w:hAnsi="Sakkal Majalla" w:cs="Sakkal Majalla"/>
          <w:szCs w:val="28"/>
          <w:rtl/>
        </w:rPr>
        <w:t xml:space="preserve"> </w:t>
      </w:r>
      <w:r w:rsidRPr="00643E80">
        <w:rPr>
          <w:rFonts w:ascii="Sakkal Majalla" w:hAnsi="Sakkal Majalla" w:cs="Sakkal Majalla" w:hint="cs"/>
          <w:szCs w:val="28"/>
          <w:rtl/>
        </w:rPr>
        <w:t>كبير،</w:t>
      </w:r>
      <w:r w:rsidRPr="00643E80">
        <w:rPr>
          <w:rFonts w:ascii="Sakkal Majalla" w:hAnsi="Sakkal Majalla" w:cs="Sakkal Majalla"/>
          <w:szCs w:val="28"/>
          <w:rtl/>
        </w:rPr>
        <w:t xml:space="preserve"> </w:t>
      </w:r>
      <w:r w:rsidRPr="00643E80">
        <w:rPr>
          <w:rFonts w:ascii="Sakkal Majalla" w:hAnsi="Sakkal Majalla" w:cs="Sakkal Majalla" w:hint="cs"/>
          <w:szCs w:val="28"/>
          <w:rtl/>
        </w:rPr>
        <w:t>سواء</w:t>
      </w:r>
      <w:r w:rsidRPr="00643E80">
        <w:rPr>
          <w:rFonts w:ascii="Sakkal Majalla" w:hAnsi="Sakkal Majalla" w:cs="Sakkal Majalla"/>
          <w:szCs w:val="28"/>
          <w:rtl/>
        </w:rPr>
        <w:t xml:space="preserve"> </w:t>
      </w:r>
      <w:r w:rsidRPr="00643E80">
        <w:rPr>
          <w:rFonts w:ascii="Sakkal Majalla" w:hAnsi="Sakkal Majalla" w:cs="Sakkal Majalla" w:hint="cs"/>
          <w:szCs w:val="28"/>
          <w:rtl/>
        </w:rPr>
        <w:t>من</w:t>
      </w:r>
      <w:r w:rsidRPr="00643E80">
        <w:rPr>
          <w:rFonts w:ascii="Sakkal Majalla" w:hAnsi="Sakkal Majalla" w:cs="Sakkal Majalla"/>
          <w:szCs w:val="28"/>
          <w:rtl/>
        </w:rPr>
        <w:t xml:space="preserve"> </w:t>
      </w:r>
      <w:r w:rsidRPr="00643E80">
        <w:rPr>
          <w:rFonts w:ascii="Sakkal Majalla" w:hAnsi="Sakkal Majalla" w:cs="Sakkal Majalla" w:hint="cs"/>
          <w:szCs w:val="28"/>
          <w:rtl/>
        </w:rPr>
        <w:t>حيث</w:t>
      </w:r>
      <w:r w:rsidRPr="00643E80">
        <w:rPr>
          <w:rFonts w:ascii="Sakkal Majalla" w:hAnsi="Sakkal Majalla" w:cs="Sakkal Majalla"/>
          <w:szCs w:val="28"/>
          <w:rtl/>
        </w:rPr>
        <w:t xml:space="preserve"> </w:t>
      </w:r>
      <w:r w:rsidRPr="00643E80">
        <w:rPr>
          <w:rFonts w:ascii="Sakkal Majalla" w:hAnsi="Sakkal Majalla" w:cs="Sakkal Majalla" w:hint="cs"/>
          <w:szCs w:val="28"/>
          <w:rtl/>
        </w:rPr>
        <w:t>الثقافة</w:t>
      </w:r>
      <w:r w:rsidRPr="00643E80">
        <w:rPr>
          <w:rFonts w:ascii="Sakkal Majalla" w:hAnsi="Sakkal Majalla" w:cs="Sakkal Majalla"/>
          <w:szCs w:val="28"/>
          <w:rtl/>
        </w:rPr>
        <w:t xml:space="preserve"> </w:t>
      </w:r>
      <w:r w:rsidRPr="00643E80">
        <w:rPr>
          <w:rFonts w:ascii="Sakkal Majalla" w:hAnsi="Sakkal Majalla" w:cs="Sakkal Majalla" w:hint="cs"/>
          <w:szCs w:val="28"/>
          <w:rtl/>
        </w:rPr>
        <w:t>أو</w:t>
      </w:r>
      <w:r w:rsidRPr="00643E80">
        <w:rPr>
          <w:rFonts w:ascii="Sakkal Majalla" w:hAnsi="Sakkal Majalla" w:cs="Sakkal Majalla"/>
          <w:szCs w:val="28"/>
          <w:rtl/>
        </w:rPr>
        <w:t xml:space="preserve"> </w:t>
      </w:r>
      <w:r w:rsidRPr="00643E80">
        <w:rPr>
          <w:rFonts w:ascii="Sakkal Majalla" w:hAnsi="Sakkal Majalla" w:cs="Sakkal Majalla" w:hint="cs"/>
          <w:szCs w:val="28"/>
          <w:rtl/>
        </w:rPr>
        <w:t>الموارد</w:t>
      </w:r>
      <w:r w:rsidRPr="00643E80">
        <w:rPr>
          <w:rFonts w:ascii="Sakkal Majalla" w:hAnsi="Sakkal Majalla" w:cs="Sakkal Majalla"/>
          <w:szCs w:val="28"/>
          <w:rtl/>
        </w:rPr>
        <w:t xml:space="preserve"> </w:t>
      </w:r>
      <w:r w:rsidRPr="00643E80">
        <w:rPr>
          <w:rFonts w:ascii="Sakkal Majalla" w:hAnsi="Sakkal Majalla" w:cs="Sakkal Majalla" w:hint="cs"/>
          <w:szCs w:val="28"/>
          <w:rtl/>
        </w:rPr>
        <w:t>أو</w:t>
      </w:r>
      <w:r w:rsidRPr="00643E80">
        <w:rPr>
          <w:rFonts w:ascii="Sakkal Majalla" w:hAnsi="Sakkal Majalla" w:cs="Sakkal Majalla"/>
          <w:szCs w:val="28"/>
          <w:rtl/>
        </w:rPr>
        <w:t xml:space="preserve"> </w:t>
      </w:r>
      <w:r w:rsidRPr="00643E80">
        <w:rPr>
          <w:rFonts w:ascii="Sakkal Majalla" w:hAnsi="Sakkal Majalla" w:cs="Sakkal Majalla" w:hint="cs"/>
          <w:szCs w:val="28"/>
          <w:rtl/>
        </w:rPr>
        <w:t>التعلم</w:t>
      </w:r>
      <w:r w:rsidRPr="00643E80">
        <w:rPr>
          <w:rFonts w:ascii="Sakkal Majalla" w:hAnsi="Sakkal Majalla" w:cs="Sakkal Majalla"/>
          <w:szCs w:val="28"/>
          <w:rtl/>
        </w:rPr>
        <w:t xml:space="preserve"> </w:t>
      </w:r>
      <w:r w:rsidRPr="00643E80">
        <w:rPr>
          <w:rFonts w:ascii="Sakkal Majalla" w:hAnsi="Sakkal Majalla" w:cs="Sakkal Majalla" w:hint="cs"/>
          <w:szCs w:val="28"/>
          <w:rtl/>
        </w:rPr>
        <w:t>المؤسسي،</w:t>
      </w:r>
      <w:r w:rsidRPr="00643E80">
        <w:rPr>
          <w:rFonts w:ascii="Sakkal Majalla" w:hAnsi="Sakkal Majalla" w:cs="Sakkal Majalla"/>
          <w:szCs w:val="28"/>
          <w:rtl/>
        </w:rPr>
        <w:t xml:space="preserve"> </w:t>
      </w:r>
      <w:r w:rsidRPr="00643E80">
        <w:rPr>
          <w:rFonts w:ascii="Sakkal Majalla" w:hAnsi="Sakkal Majalla" w:cs="Sakkal Majalla" w:hint="cs"/>
          <w:szCs w:val="28"/>
          <w:rtl/>
        </w:rPr>
        <w:t>ما</w:t>
      </w:r>
      <w:r w:rsidRPr="00643E80">
        <w:rPr>
          <w:rFonts w:ascii="Sakkal Majalla" w:hAnsi="Sakkal Majalla" w:cs="Sakkal Majalla"/>
          <w:szCs w:val="28"/>
          <w:rtl/>
        </w:rPr>
        <w:t xml:space="preserve"> </w:t>
      </w:r>
      <w:r w:rsidRPr="00643E80">
        <w:rPr>
          <w:rFonts w:ascii="Sakkal Majalla" w:hAnsi="Sakkal Majalla" w:cs="Sakkal Majalla" w:hint="cs"/>
          <w:szCs w:val="28"/>
          <w:rtl/>
        </w:rPr>
        <w:t>يعني</w:t>
      </w:r>
      <w:r w:rsidRPr="00643E80">
        <w:rPr>
          <w:rFonts w:ascii="Sakkal Majalla" w:hAnsi="Sakkal Majalla" w:cs="Sakkal Majalla"/>
          <w:szCs w:val="28"/>
          <w:rtl/>
        </w:rPr>
        <w:t xml:space="preserve"> </w:t>
      </w:r>
      <w:r w:rsidRPr="00643E80">
        <w:rPr>
          <w:rFonts w:ascii="Sakkal Majalla" w:hAnsi="Sakkal Majalla" w:cs="Sakkal Majalla" w:hint="cs"/>
          <w:szCs w:val="28"/>
          <w:rtl/>
        </w:rPr>
        <w:t>أن</w:t>
      </w:r>
      <w:r w:rsidRPr="00643E80">
        <w:rPr>
          <w:rFonts w:ascii="Sakkal Majalla" w:hAnsi="Sakkal Majalla" w:cs="Sakkal Majalla"/>
          <w:szCs w:val="28"/>
          <w:rtl/>
        </w:rPr>
        <w:t xml:space="preserve"> </w:t>
      </w:r>
      <w:r w:rsidRPr="00643E80">
        <w:rPr>
          <w:rFonts w:ascii="Sakkal Majalla" w:hAnsi="Sakkal Majalla" w:cs="Sakkal Majalla" w:hint="cs"/>
          <w:szCs w:val="28"/>
          <w:rtl/>
        </w:rPr>
        <w:t>بعض</w:t>
      </w:r>
      <w:r w:rsidRPr="00643E80">
        <w:rPr>
          <w:rFonts w:ascii="Sakkal Majalla" w:hAnsi="Sakkal Majalla" w:cs="Sakkal Majalla"/>
          <w:szCs w:val="28"/>
          <w:rtl/>
        </w:rPr>
        <w:t xml:space="preserve"> </w:t>
      </w:r>
      <w:r w:rsidRPr="00643E80">
        <w:rPr>
          <w:rFonts w:ascii="Sakkal Majalla" w:hAnsi="Sakkal Majalla" w:cs="Sakkal Majalla" w:hint="cs"/>
          <w:szCs w:val="28"/>
          <w:rtl/>
        </w:rPr>
        <w:t>الجهات</w:t>
      </w:r>
      <w:r w:rsidRPr="00643E80">
        <w:rPr>
          <w:rFonts w:ascii="Sakkal Majalla" w:hAnsi="Sakkal Majalla" w:cs="Sakkal Majalla"/>
          <w:szCs w:val="28"/>
          <w:rtl/>
        </w:rPr>
        <w:t xml:space="preserve"> </w:t>
      </w:r>
      <w:r w:rsidRPr="00643E80">
        <w:rPr>
          <w:rFonts w:ascii="Sakkal Majalla" w:hAnsi="Sakkal Majalla" w:cs="Sakkal Majalla" w:hint="cs"/>
          <w:szCs w:val="28"/>
          <w:rtl/>
        </w:rPr>
        <w:t>ليست</w:t>
      </w:r>
      <w:r w:rsidRPr="00643E80">
        <w:rPr>
          <w:rFonts w:ascii="Sakkal Majalla" w:hAnsi="Sakkal Majalla" w:cs="Sakkal Majalla"/>
          <w:szCs w:val="28"/>
          <w:rtl/>
        </w:rPr>
        <w:t xml:space="preserve"> </w:t>
      </w:r>
      <w:r w:rsidRPr="00643E80">
        <w:rPr>
          <w:rFonts w:ascii="Sakkal Majalla" w:hAnsi="Sakkal Majalla" w:cs="Sakkal Majalla" w:hint="cs"/>
          <w:szCs w:val="28"/>
          <w:rtl/>
        </w:rPr>
        <w:t>مستعدة</w:t>
      </w:r>
      <w:r w:rsidRPr="00643E80">
        <w:rPr>
          <w:rFonts w:ascii="Sakkal Majalla" w:hAnsi="Sakkal Majalla" w:cs="Sakkal Majalla"/>
          <w:szCs w:val="28"/>
          <w:rtl/>
        </w:rPr>
        <w:t xml:space="preserve"> </w:t>
      </w:r>
      <w:r w:rsidRPr="00643E80">
        <w:rPr>
          <w:rFonts w:ascii="Sakkal Majalla" w:hAnsi="Sakkal Majalla" w:cs="Sakkal Majalla" w:hint="cs"/>
          <w:szCs w:val="28"/>
          <w:rtl/>
        </w:rPr>
        <w:t>بعد</w:t>
      </w:r>
      <w:r w:rsidRPr="00643E80">
        <w:rPr>
          <w:rFonts w:ascii="Sakkal Majalla" w:hAnsi="Sakkal Majalla" w:cs="Sakkal Majalla"/>
          <w:szCs w:val="28"/>
          <w:rtl/>
        </w:rPr>
        <w:t xml:space="preserve"> </w:t>
      </w:r>
      <w:r w:rsidRPr="00643E80">
        <w:rPr>
          <w:rFonts w:ascii="Sakkal Majalla" w:hAnsi="Sakkal Majalla" w:cs="Sakkal Majalla" w:hint="cs"/>
          <w:szCs w:val="28"/>
          <w:rtl/>
        </w:rPr>
        <w:t>لإدارة</w:t>
      </w:r>
      <w:r w:rsidRPr="00643E80">
        <w:rPr>
          <w:rFonts w:ascii="Sakkal Majalla" w:hAnsi="Sakkal Majalla" w:cs="Sakkal Majalla"/>
          <w:szCs w:val="28"/>
          <w:rtl/>
        </w:rPr>
        <w:t xml:space="preserve"> </w:t>
      </w:r>
      <w:r w:rsidRPr="00643E80">
        <w:rPr>
          <w:rFonts w:ascii="Sakkal Majalla" w:hAnsi="Sakkal Majalla" w:cs="Sakkal Majalla" w:hint="cs"/>
          <w:szCs w:val="28"/>
          <w:rtl/>
        </w:rPr>
        <w:t>نموذج</w:t>
      </w:r>
      <w:r w:rsidRPr="00643E80">
        <w:rPr>
          <w:rFonts w:ascii="Sakkal Majalla" w:hAnsi="Sakkal Majalla" w:cs="Sakkal Majalla"/>
          <w:szCs w:val="28"/>
          <w:rtl/>
        </w:rPr>
        <w:t xml:space="preserve"> </w:t>
      </w:r>
      <w:r w:rsidRPr="00643E80">
        <w:rPr>
          <w:rFonts w:ascii="Sakkal Majalla" w:hAnsi="Sakkal Majalla" w:cs="Sakkal Majalla" w:hint="cs"/>
          <w:szCs w:val="28"/>
          <w:rtl/>
        </w:rPr>
        <w:t>ابتكار</w:t>
      </w:r>
      <w:r w:rsidRPr="00643E80">
        <w:rPr>
          <w:rFonts w:ascii="Sakkal Majalla" w:hAnsi="Sakkal Majalla" w:cs="Sakkal Majalla"/>
          <w:szCs w:val="28"/>
          <w:rtl/>
        </w:rPr>
        <w:t xml:space="preserve"> </w:t>
      </w:r>
      <w:r w:rsidRPr="00643E80">
        <w:rPr>
          <w:rFonts w:ascii="Sakkal Majalla" w:hAnsi="Sakkal Majalla" w:cs="Sakkal Majalla" w:hint="cs"/>
          <w:szCs w:val="28"/>
          <w:rtl/>
        </w:rPr>
        <w:t>متكامل</w:t>
      </w:r>
      <w:r w:rsidRPr="00643E80">
        <w:rPr>
          <w:rFonts w:ascii="Sakkal Majalla" w:hAnsi="Sakkal Majalla" w:cs="Sakkal Majalla"/>
          <w:szCs w:val="28"/>
          <w:rtl/>
        </w:rPr>
        <w:t xml:space="preserve"> </w:t>
      </w:r>
      <w:r w:rsidRPr="00643E80">
        <w:rPr>
          <w:rFonts w:ascii="Sakkal Majalla" w:hAnsi="Sakkal Majalla" w:cs="Sakkal Majalla" w:hint="cs"/>
          <w:szCs w:val="28"/>
          <w:rtl/>
        </w:rPr>
        <w:t>بمفردها</w:t>
      </w:r>
      <w:r w:rsidRPr="00643E80">
        <w:rPr>
          <w:rFonts w:ascii="Sakkal Majalla" w:hAnsi="Sakkal Majalla" w:cs="Sakkal Majalla"/>
          <w:szCs w:val="28"/>
        </w:rPr>
        <w:t>.</w:t>
      </w:r>
    </w:p>
    <w:p w14:paraId="78C512FD" w14:textId="77777777" w:rsidR="00643E80" w:rsidRPr="00643E80" w:rsidRDefault="00643E80" w:rsidP="00634497">
      <w:pPr>
        <w:bidi/>
        <w:spacing w:line="360" w:lineRule="auto"/>
        <w:jc w:val="lowKashida"/>
        <w:rPr>
          <w:rFonts w:ascii="Sakkal Majalla" w:hAnsi="Sakkal Majalla" w:cs="Sakkal Majalla"/>
          <w:b/>
          <w:bCs/>
          <w:szCs w:val="28"/>
          <w:rtl/>
        </w:rPr>
      </w:pPr>
      <w:r w:rsidRPr="00643E80">
        <w:rPr>
          <w:rFonts w:ascii="Sakkal Majalla" w:hAnsi="Sakkal Majalla" w:cs="Sakkal Majalla" w:hint="cs"/>
          <w:b/>
          <w:bCs/>
          <w:szCs w:val="28"/>
          <w:rtl/>
        </w:rPr>
        <w:t>ندرة</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الكفاءات</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المتخصصة</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في</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الابتكار</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وإدارة</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المعرفة</w:t>
      </w:r>
    </w:p>
    <w:p w14:paraId="469F98E8" w14:textId="055ECE35" w:rsidR="00643E80" w:rsidRPr="00643E80" w:rsidRDefault="00643E80" w:rsidP="00634497">
      <w:pPr>
        <w:bidi/>
        <w:spacing w:line="360" w:lineRule="auto"/>
        <w:jc w:val="lowKashida"/>
        <w:rPr>
          <w:rFonts w:ascii="Sakkal Majalla" w:hAnsi="Sakkal Majalla" w:cs="Sakkal Majalla"/>
          <w:szCs w:val="28"/>
          <w:rtl/>
        </w:rPr>
      </w:pPr>
      <w:r w:rsidRPr="00643E80">
        <w:rPr>
          <w:rFonts w:ascii="Sakkal Majalla" w:hAnsi="Sakkal Majalla" w:cs="Sakkal Majalla" w:hint="cs"/>
          <w:szCs w:val="28"/>
          <w:rtl/>
        </w:rPr>
        <w:lastRenderedPageBreak/>
        <w:t>أغلب</w:t>
      </w:r>
      <w:r w:rsidRPr="00643E80">
        <w:rPr>
          <w:rFonts w:ascii="Sakkal Majalla" w:hAnsi="Sakkal Majalla" w:cs="Sakkal Majalla"/>
          <w:szCs w:val="28"/>
          <w:rtl/>
        </w:rPr>
        <w:t xml:space="preserve"> </w:t>
      </w:r>
      <w:r w:rsidRPr="00643E80">
        <w:rPr>
          <w:rFonts w:ascii="Sakkal Majalla" w:hAnsi="Sakkal Majalla" w:cs="Sakkal Majalla" w:hint="cs"/>
          <w:szCs w:val="28"/>
          <w:rtl/>
        </w:rPr>
        <w:t>الجهات</w:t>
      </w:r>
      <w:r w:rsidRPr="00643E80">
        <w:rPr>
          <w:rFonts w:ascii="Sakkal Majalla" w:hAnsi="Sakkal Majalla" w:cs="Sakkal Majalla"/>
          <w:szCs w:val="28"/>
          <w:rtl/>
        </w:rPr>
        <w:t xml:space="preserve"> </w:t>
      </w:r>
      <w:r w:rsidRPr="00643E80">
        <w:rPr>
          <w:rFonts w:ascii="Sakkal Majalla" w:hAnsi="Sakkal Majalla" w:cs="Sakkal Majalla" w:hint="cs"/>
          <w:szCs w:val="28"/>
          <w:rtl/>
        </w:rPr>
        <w:t>تفتقر</w:t>
      </w:r>
      <w:r w:rsidRPr="00643E80">
        <w:rPr>
          <w:rFonts w:ascii="Sakkal Majalla" w:hAnsi="Sakkal Majalla" w:cs="Sakkal Majalla"/>
          <w:szCs w:val="28"/>
          <w:rtl/>
        </w:rPr>
        <w:t xml:space="preserve"> </w:t>
      </w:r>
      <w:r w:rsidRPr="00643E80">
        <w:rPr>
          <w:rFonts w:ascii="Sakkal Majalla" w:hAnsi="Sakkal Majalla" w:cs="Sakkal Majalla" w:hint="cs"/>
          <w:szCs w:val="28"/>
          <w:rtl/>
        </w:rPr>
        <w:t>إلى</w:t>
      </w:r>
      <w:r w:rsidRPr="00643E80">
        <w:rPr>
          <w:rFonts w:ascii="Sakkal Majalla" w:hAnsi="Sakkal Majalla" w:cs="Sakkal Majalla"/>
          <w:szCs w:val="28"/>
          <w:rtl/>
        </w:rPr>
        <w:t xml:space="preserve"> </w:t>
      </w:r>
      <w:r w:rsidRPr="00643E80">
        <w:rPr>
          <w:rFonts w:ascii="Sakkal Majalla" w:hAnsi="Sakkal Majalla" w:cs="Sakkal Majalla" w:hint="cs"/>
          <w:szCs w:val="28"/>
          <w:rtl/>
        </w:rPr>
        <w:t>فرق</w:t>
      </w:r>
      <w:r w:rsidRPr="00643E80">
        <w:rPr>
          <w:rFonts w:ascii="Sakkal Majalla" w:hAnsi="Sakkal Majalla" w:cs="Sakkal Majalla"/>
          <w:szCs w:val="28"/>
          <w:rtl/>
        </w:rPr>
        <w:t xml:space="preserve"> </w:t>
      </w:r>
      <w:r w:rsidRPr="00643E80">
        <w:rPr>
          <w:rFonts w:ascii="Sakkal Majalla" w:hAnsi="Sakkal Majalla" w:cs="Sakkal Majalla" w:hint="cs"/>
          <w:szCs w:val="28"/>
          <w:rtl/>
        </w:rPr>
        <w:t>دائمة</w:t>
      </w:r>
      <w:r w:rsidRPr="00643E80">
        <w:rPr>
          <w:rFonts w:ascii="Sakkal Majalla" w:hAnsi="Sakkal Majalla" w:cs="Sakkal Majalla"/>
          <w:szCs w:val="28"/>
          <w:rtl/>
        </w:rPr>
        <w:t xml:space="preserve"> </w:t>
      </w:r>
      <w:r w:rsidRPr="00643E80">
        <w:rPr>
          <w:rFonts w:ascii="Sakkal Majalla" w:hAnsi="Sakkal Majalla" w:cs="Sakkal Majalla" w:hint="cs"/>
          <w:szCs w:val="28"/>
          <w:rtl/>
        </w:rPr>
        <w:t>متمرسة</w:t>
      </w:r>
      <w:r w:rsidRPr="00643E80">
        <w:rPr>
          <w:rFonts w:ascii="Sakkal Majalla" w:hAnsi="Sakkal Majalla" w:cs="Sakkal Majalla"/>
          <w:szCs w:val="28"/>
          <w:rtl/>
        </w:rPr>
        <w:t xml:space="preserve"> </w:t>
      </w:r>
      <w:r w:rsidRPr="00643E80">
        <w:rPr>
          <w:rFonts w:ascii="Sakkal Majalla" w:hAnsi="Sakkal Majalla" w:cs="Sakkal Majalla" w:hint="cs"/>
          <w:szCs w:val="28"/>
          <w:rtl/>
        </w:rPr>
        <w:t>في</w:t>
      </w:r>
      <w:r w:rsidRPr="00643E80">
        <w:rPr>
          <w:rFonts w:ascii="Sakkal Majalla" w:hAnsi="Sakkal Majalla" w:cs="Sakkal Majalla"/>
          <w:szCs w:val="28"/>
          <w:rtl/>
        </w:rPr>
        <w:t xml:space="preserve"> </w:t>
      </w:r>
      <w:r w:rsidRPr="00643E80">
        <w:rPr>
          <w:rFonts w:ascii="Sakkal Majalla" w:hAnsi="Sakkal Majalla" w:cs="Sakkal Majalla" w:hint="cs"/>
          <w:szCs w:val="28"/>
          <w:rtl/>
        </w:rPr>
        <w:t>الابتكار،</w:t>
      </w:r>
      <w:r w:rsidRPr="00643E80">
        <w:rPr>
          <w:rFonts w:ascii="Sakkal Majalla" w:hAnsi="Sakkal Majalla" w:cs="Sakkal Majalla"/>
          <w:szCs w:val="28"/>
          <w:rtl/>
        </w:rPr>
        <w:t xml:space="preserve"> </w:t>
      </w:r>
      <w:r w:rsidRPr="00643E80">
        <w:rPr>
          <w:rFonts w:ascii="Sakkal Majalla" w:hAnsi="Sakkal Majalla" w:cs="Sakkal Majalla" w:hint="cs"/>
          <w:szCs w:val="28"/>
          <w:rtl/>
        </w:rPr>
        <w:t>وتعتمد</w:t>
      </w:r>
      <w:r w:rsidRPr="00643E80">
        <w:rPr>
          <w:rFonts w:ascii="Sakkal Majalla" w:hAnsi="Sakkal Majalla" w:cs="Sakkal Majalla"/>
          <w:szCs w:val="28"/>
          <w:rtl/>
        </w:rPr>
        <w:t xml:space="preserve"> </w:t>
      </w:r>
      <w:r w:rsidRPr="00643E80">
        <w:rPr>
          <w:rFonts w:ascii="Sakkal Majalla" w:hAnsi="Sakkal Majalla" w:cs="Sakkal Majalla" w:hint="cs"/>
          <w:szCs w:val="28"/>
          <w:rtl/>
        </w:rPr>
        <w:t>على</w:t>
      </w:r>
      <w:r w:rsidRPr="00643E80">
        <w:rPr>
          <w:rFonts w:ascii="Sakkal Majalla" w:hAnsi="Sakkal Majalla" w:cs="Sakkal Majalla"/>
          <w:szCs w:val="28"/>
          <w:rtl/>
        </w:rPr>
        <w:t xml:space="preserve"> </w:t>
      </w:r>
      <w:r w:rsidRPr="00643E80">
        <w:rPr>
          <w:rFonts w:ascii="Sakkal Majalla" w:hAnsi="Sakkal Majalla" w:cs="Sakkal Majalla" w:hint="cs"/>
          <w:szCs w:val="28"/>
          <w:rtl/>
        </w:rPr>
        <w:t>موظفين</w:t>
      </w:r>
      <w:r w:rsidRPr="00643E80">
        <w:rPr>
          <w:rFonts w:ascii="Sakkal Majalla" w:hAnsi="Sakkal Majalla" w:cs="Sakkal Majalla"/>
          <w:szCs w:val="28"/>
          <w:rtl/>
        </w:rPr>
        <w:t xml:space="preserve"> </w:t>
      </w:r>
      <w:r w:rsidRPr="00643E80">
        <w:rPr>
          <w:rFonts w:ascii="Sakkal Majalla" w:hAnsi="Sakkal Majalla" w:cs="Sakkal Majalla" w:hint="cs"/>
          <w:szCs w:val="28"/>
          <w:rtl/>
        </w:rPr>
        <w:t>يجمعون</w:t>
      </w:r>
      <w:r w:rsidRPr="00643E80">
        <w:rPr>
          <w:rFonts w:ascii="Sakkal Majalla" w:hAnsi="Sakkal Majalla" w:cs="Sakkal Majalla"/>
          <w:szCs w:val="28"/>
          <w:rtl/>
        </w:rPr>
        <w:t xml:space="preserve"> </w:t>
      </w:r>
      <w:r w:rsidRPr="00643E80">
        <w:rPr>
          <w:rFonts w:ascii="Sakkal Majalla" w:hAnsi="Sakkal Majalla" w:cs="Sakkal Majalla" w:hint="cs"/>
          <w:szCs w:val="28"/>
          <w:rtl/>
        </w:rPr>
        <w:t>بين</w:t>
      </w:r>
      <w:r w:rsidRPr="00643E80">
        <w:rPr>
          <w:rFonts w:ascii="Sakkal Majalla" w:hAnsi="Sakkal Majalla" w:cs="Sakkal Majalla"/>
          <w:szCs w:val="28"/>
          <w:rtl/>
        </w:rPr>
        <w:t xml:space="preserve"> </w:t>
      </w:r>
      <w:r w:rsidRPr="00643E80">
        <w:rPr>
          <w:rFonts w:ascii="Sakkal Majalla" w:hAnsi="Sakkal Majalla" w:cs="Sakkal Majalla" w:hint="cs"/>
          <w:szCs w:val="28"/>
          <w:rtl/>
        </w:rPr>
        <w:t>مهام</w:t>
      </w:r>
      <w:r w:rsidRPr="00643E80">
        <w:rPr>
          <w:rFonts w:ascii="Sakkal Majalla" w:hAnsi="Sakkal Majalla" w:cs="Sakkal Majalla"/>
          <w:szCs w:val="28"/>
          <w:rtl/>
        </w:rPr>
        <w:t xml:space="preserve"> </w:t>
      </w:r>
      <w:r w:rsidRPr="00643E80">
        <w:rPr>
          <w:rFonts w:ascii="Sakkal Majalla" w:hAnsi="Sakkal Majalla" w:cs="Sakkal Majalla" w:hint="cs"/>
          <w:szCs w:val="28"/>
          <w:rtl/>
        </w:rPr>
        <w:t>متعددة،</w:t>
      </w:r>
      <w:r w:rsidRPr="00643E80">
        <w:rPr>
          <w:rFonts w:ascii="Sakkal Majalla" w:hAnsi="Sakkal Majalla" w:cs="Sakkal Majalla"/>
          <w:szCs w:val="28"/>
          <w:rtl/>
        </w:rPr>
        <w:t xml:space="preserve"> </w:t>
      </w:r>
      <w:r w:rsidRPr="00643E80">
        <w:rPr>
          <w:rFonts w:ascii="Sakkal Majalla" w:hAnsi="Sakkal Majalla" w:cs="Sakkal Majalla" w:hint="cs"/>
          <w:szCs w:val="28"/>
          <w:rtl/>
        </w:rPr>
        <w:t>مما</w:t>
      </w:r>
      <w:r w:rsidRPr="00643E80">
        <w:rPr>
          <w:rFonts w:ascii="Sakkal Majalla" w:hAnsi="Sakkal Majalla" w:cs="Sakkal Majalla"/>
          <w:szCs w:val="28"/>
          <w:rtl/>
        </w:rPr>
        <w:t xml:space="preserve"> </w:t>
      </w:r>
      <w:r w:rsidRPr="00643E80">
        <w:rPr>
          <w:rFonts w:ascii="Sakkal Majalla" w:hAnsi="Sakkal Majalla" w:cs="Sakkal Majalla" w:hint="cs"/>
          <w:szCs w:val="28"/>
          <w:rtl/>
        </w:rPr>
        <w:t>يصعّب</w:t>
      </w:r>
      <w:r w:rsidRPr="00643E80">
        <w:rPr>
          <w:rFonts w:ascii="Sakkal Majalla" w:hAnsi="Sakkal Majalla" w:cs="Sakkal Majalla"/>
          <w:szCs w:val="28"/>
          <w:rtl/>
        </w:rPr>
        <w:t xml:space="preserve"> </w:t>
      </w:r>
      <w:r w:rsidRPr="00643E80">
        <w:rPr>
          <w:rFonts w:ascii="Sakkal Majalla" w:hAnsi="Sakkal Majalla" w:cs="Sakkal Majalla" w:hint="cs"/>
          <w:szCs w:val="28"/>
          <w:rtl/>
        </w:rPr>
        <w:t>بناء</w:t>
      </w:r>
      <w:r w:rsidRPr="00643E80">
        <w:rPr>
          <w:rFonts w:ascii="Sakkal Majalla" w:hAnsi="Sakkal Majalla" w:cs="Sakkal Majalla"/>
          <w:szCs w:val="28"/>
          <w:rtl/>
        </w:rPr>
        <w:t xml:space="preserve"> </w:t>
      </w:r>
      <w:r w:rsidRPr="00643E80">
        <w:rPr>
          <w:rFonts w:ascii="Sakkal Majalla" w:hAnsi="Sakkal Majalla" w:cs="Sakkal Majalla" w:hint="cs"/>
          <w:szCs w:val="28"/>
          <w:rtl/>
        </w:rPr>
        <w:t>القدرة</w:t>
      </w:r>
      <w:r w:rsidRPr="00643E80">
        <w:rPr>
          <w:rFonts w:ascii="Sakkal Majalla" w:hAnsi="Sakkal Majalla" w:cs="Sakkal Majalla"/>
          <w:szCs w:val="28"/>
          <w:rtl/>
        </w:rPr>
        <w:t xml:space="preserve"> </w:t>
      </w:r>
      <w:r w:rsidRPr="00643E80">
        <w:rPr>
          <w:rFonts w:ascii="Sakkal Majalla" w:hAnsi="Sakkal Majalla" w:cs="Sakkal Majalla" w:hint="cs"/>
          <w:szCs w:val="28"/>
          <w:rtl/>
        </w:rPr>
        <w:t>الامتصاصية</w:t>
      </w:r>
      <w:r w:rsidRPr="00643E80">
        <w:rPr>
          <w:rFonts w:ascii="Sakkal Majalla" w:hAnsi="Sakkal Majalla" w:cs="Sakkal Majalla"/>
          <w:szCs w:val="28"/>
          <w:rtl/>
        </w:rPr>
        <w:t xml:space="preserve"> </w:t>
      </w:r>
      <w:r w:rsidRPr="00643E80">
        <w:rPr>
          <w:rFonts w:ascii="Sakkal Majalla" w:hAnsi="Sakkal Majalla" w:cs="Sakkal Majalla" w:hint="cs"/>
          <w:szCs w:val="28"/>
          <w:rtl/>
        </w:rPr>
        <w:t>المطلوبة</w:t>
      </w:r>
      <w:r w:rsidRPr="00643E80">
        <w:rPr>
          <w:rFonts w:ascii="Sakkal Majalla" w:hAnsi="Sakkal Majalla" w:cs="Sakkal Majalla"/>
          <w:szCs w:val="28"/>
          <w:rtl/>
        </w:rPr>
        <w:t xml:space="preserve"> </w:t>
      </w:r>
      <w:r w:rsidRPr="00643E80">
        <w:rPr>
          <w:rFonts w:ascii="Sakkal Majalla" w:hAnsi="Sakkal Majalla" w:cs="Sakkal Majalla" w:hint="cs"/>
          <w:szCs w:val="28"/>
          <w:rtl/>
        </w:rPr>
        <w:t>وتشغيل</w:t>
      </w:r>
      <w:r w:rsidRPr="00643E80">
        <w:rPr>
          <w:rFonts w:ascii="Sakkal Majalla" w:hAnsi="Sakkal Majalla" w:cs="Sakkal Majalla"/>
          <w:szCs w:val="28"/>
          <w:rtl/>
        </w:rPr>
        <w:t xml:space="preserve"> </w:t>
      </w:r>
      <w:r w:rsidRPr="00643E80">
        <w:rPr>
          <w:rFonts w:ascii="Sakkal Majalla" w:hAnsi="Sakkal Majalla" w:cs="Sakkal Majalla" w:hint="cs"/>
          <w:szCs w:val="28"/>
          <w:rtl/>
        </w:rPr>
        <w:t>النموذج</w:t>
      </w:r>
      <w:r w:rsidRPr="00643E80">
        <w:rPr>
          <w:rFonts w:ascii="Sakkal Majalla" w:hAnsi="Sakkal Majalla" w:cs="Sakkal Majalla"/>
          <w:szCs w:val="28"/>
          <w:rtl/>
        </w:rPr>
        <w:t xml:space="preserve"> </w:t>
      </w:r>
      <w:r w:rsidRPr="00643E80">
        <w:rPr>
          <w:rFonts w:ascii="Sakkal Majalla" w:hAnsi="Sakkal Majalla" w:cs="Sakkal Majalla" w:hint="cs"/>
          <w:szCs w:val="28"/>
          <w:rtl/>
        </w:rPr>
        <w:t>بكفاءة</w:t>
      </w:r>
      <w:r w:rsidRPr="00643E80">
        <w:rPr>
          <w:rFonts w:ascii="Sakkal Majalla" w:hAnsi="Sakkal Majalla" w:cs="Sakkal Majalla"/>
          <w:szCs w:val="28"/>
          <w:rtl/>
        </w:rPr>
        <w:t xml:space="preserve"> </w:t>
      </w:r>
      <w:r w:rsidRPr="00643E80">
        <w:rPr>
          <w:rFonts w:ascii="Sakkal Majalla" w:hAnsi="Sakkal Majalla" w:cs="Sakkal Majalla" w:hint="cs"/>
          <w:szCs w:val="28"/>
          <w:rtl/>
        </w:rPr>
        <w:t>دون</w:t>
      </w:r>
      <w:r w:rsidRPr="00643E80">
        <w:rPr>
          <w:rFonts w:ascii="Sakkal Majalla" w:hAnsi="Sakkal Majalla" w:cs="Sakkal Majalla"/>
          <w:szCs w:val="28"/>
          <w:rtl/>
        </w:rPr>
        <w:t xml:space="preserve"> </w:t>
      </w:r>
      <w:r w:rsidRPr="00643E80">
        <w:rPr>
          <w:rFonts w:ascii="Sakkal Majalla" w:hAnsi="Sakkal Majalla" w:cs="Sakkal Majalla" w:hint="cs"/>
          <w:szCs w:val="28"/>
          <w:rtl/>
        </w:rPr>
        <w:t>دعم</w:t>
      </w:r>
      <w:r w:rsidRPr="00643E80">
        <w:rPr>
          <w:rFonts w:ascii="Sakkal Majalla" w:hAnsi="Sakkal Majalla" w:cs="Sakkal Majalla"/>
          <w:szCs w:val="28"/>
          <w:rtl/>
        </w:rPr>
        <w:t xml:space="preserve"> </w:t>
      </w:r>
      <w:r w:rsidRPr="00643E80">
        <w:rPr>
          <w:rFonts w:ascii="Sakkal Majalla" w:hAnsi="Sakkal Majalla" w:cs="Sakkal Majalla" w:hint="cs"/>
          <w:szCs w:val="28"/>
          <w:rtl/>
        </w:rPr>
        <w:t>خارجي</w:t>
      </w:r>
      <w:r w:rsidRPr="00643E80">
        <w:rPr>
          <w:rFonts w:ascii="Sakkal Majalla" w:hAnsi="Sakkal Majalla" w:cs="Sakkal Majalla"/>
          <w:szCs w:val="28"/>
        </w:rPr>
        <w:t>.</w:t>
      </w:r>
    </w:p>
    <w:p w14:paraId="73B9CA5B" w14:textId="5423821C" w:rsidR="00643E80" w:rsidRPr="00643E80" w:rsidRDefault="00643E80" w:rsidP="00634497">
      <w:pPr>
        <w:bidi/>
        <w:spacing w:line="360" w:lineRule="auto"/>
        <w:jc w:val="lowKashida"/>
        <w:rPr>
          <w:rFonts w:ascii="Sakkal Majalla" w:hAnsi="Sakkal Majalla" w:cs="Sakkal Majalla"/>
          <w:b/>
          <w:bCs/>
          <w:szCs w:val="28"/>
          <w:rtl/>
        </w:rPr>
      </w:pPr>
      <w:r w:rsidRPr="00643E80">
        <w:rPr>
          <w:rFonts w:ascii="Sakkal Majalla" w:hAnsi="Sakkal Majalla" w:cs="Sakkal Majalla" w:hint="cs"/>
          <w:b/>
          <w:bCs/>
          <w:szCs w:val="28"/>
          <w:rtl/>
        </w:rPr>
        <w:t>قيود</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المي</w:t>
      </w:r>
      <w:r>
        <w:rPr>
          <w:rFonts w:ascii="Sakkal Majalla" w:hAnsi="Sakkal Majalla" w:cs="Sakkal Majalla" w:hint="cs"/>
          <w:b/>
          <w:bCs/>
          <w:szCs w:val="28"/>
          <w:rtl/>
        </w:rPr>
        <w:t>ز</w:t>
      </w:r>
      <w:r w:rsidRPr="00643E80">
        <w:rPr>
          <w:rFonts w:ascii="Sakkal Majalla" w:hAnsi="Sakkal Majalla" w:cs="Sakkal Majalla" w:hint="cs"/>
          <w:b/>
          <w:bCs/>
          <w:szCs w:val="28"/>
          <w:rtl/>
        </w:rPr>
        <w:t>انيات</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والتخصيص</w:t>
      </w:r>
      <w:r w:rsidRPr="00643E80">
        <w:rPr>
          <w:rFonts w:ascii="Sakkal Majalla" w:hAnsi="Sakkal Majalla" w:cs="Sakkal Majalla"/>
          <w:b/>
          <w:bCs/>
          <w:szCs w:val="28"/>
          <w:rtl/>
        </w:rPr>
        <w:t xml:space="preserve"> </w:t>
      </w:r>
      <w:r w:rsidRPr="00643E80">
        <w:rPr>
          <w:rFonts w:ascii="Sakkal Majalla" w:hAnsi="Sakkal Majalla" w:cs="Sakkal Majalla" w:hint="cs"/>
          <w:b/>
          <w:bCs/>
          <w:szCs w:val="28"/>
          <w:rtl/>
        </w:rPr>
        <w:t>المالي</w:t>
      </w:r>
    </w:p>
    <w:p w14:paraId="20C49D75" w14:textId="7AB87A56" w:rsidR="00643E80" w:rsidRPr="00643E80" w:rsidRDefault="00643E80" w:rsidP="00634497">
      <w:pPr>
        <w:bidi/>
        <w:spacing w:line="360" w:lineRule="auto"/>
        <w:jc w:val="lowKashida"/>
        <w:rPr>
          <w:rFonts w:ascii="Sakkal Majalla" w:hAnsi="Sakkal Majalla" w:cs="Sakkal Majalla"/>
          <w:szCs w:val="28"/>
          <w:rtl/>
        </w:rPr>
      </w:pPr>
      <w:r w:rsidRPr="00643E80">
        <w:rPr>
          <w:rFonts w:ascii="Sakkal Majalla" w:hAnsi="Sakkal Majalla" w:cs="Sakkal Majalla" w:hint="cs"/>
          <w:szCs w:val="28"/>
          <w:rtl/>
        </w:rPr>
        <w:t>تخصيص</w:t>
      </w:r>
      <w:r w:rsidRPr="00643E80">
        <w:rPr>
          <w:rFonts w:ascii="Sakkal Majalla" w:hAnsi="Sakkal Majalla" w:cs="Sakkal Majalla"/>
          <w:szCs w:val="28"/>
          <w:rtl/>
        </w:rPr>
        <w:t xml:space="preserve"> </w:t>
      </w:r>
      <w:r w:rsidRPr="00643E80">
        <w:rPr>
          <w:rFonts w:ascii="Sakkal Majalla" w:hAnsi="Sakkal Majalla" w:cs="Sakkal Majalla" w:hint="cs"/>
          <w:szCs w:val="28"/>
          <w:rtl/>
        </w:rPr>
        <w:t>موارد</w:t>
      </w:r>
      <w:r w:rsidRPr="00643E80">
        <w:rPr>
          <w:rFonts w:ascii="Sakkal Majalla" w:hAnsi="Sakkal Majalla" w:cs="Sakkal Majalla"/>
          <w:szCs w:val="28"/>
          <w:rtl/>
        </w:rPr>
        <w:t xml:space="preserve"> </w:t>
      </w:r>
      <w:r w:rsidRPr="00643E80">
        <w:rPr>
          <w:rFonts w:ascii="Sakkal Majalla" w:hAnsi="Sakkal Majalla" w:cs="Sakkal Majalla" w:hint="cs"/>
          <w:szCs w:val="28"/>
          <w:rtl/>
        </w:rPr>
        <w:t>مالية</w:t>
      </w:r>
      <w:r w:rsidRPr="00643E80">
        <w:rPr>
          <w:rFonts w:ascii="Sakkal Majalla" w:hAnsi="Sakkal Majalla" w:cs="Sakkal Majalla"/>
          <w:szCs w:val="28"/>
          <w:rtl/>
        </w:rPr>
        <w:t xml:space="preserve"> </w:t>
      </w:r>
      <w:r w:rsidRPr="00643E80">
        <w:rPr>
          <w:rFonts w:ascii="Sakkal Majalla" w:hAnsi="Sakkal Majalla" w:cs="Sakkal Majalla" w:hint="cs"/>
          <w:szCs w:val="28"/>
          <w:rtl/>
        </w:rPr>
        <w:t>سنوية</w:t>
      </w:r>
      <w:r w:rsidRPr="00643E80">
        <w:rPr>
          <w:rFonts w:ascii="Sakkal Majalla" w:hAnsi="Sakkal Majalla" w:cs="Sakkal Majalla"/>
          <w:szCs w:val="28"/>
          <w:rtl/>
        </w:rPr>
        <w:t xml:space="preserve"> </w:t>
      </w:r>
      <w:r w:rsidRPr="00643E80">
        <w:rPr>
          <w:rFonts w:ascii="Sakkal Majalla" w:hAnsi="Sakkal Majalla" w:cs="Sakkal Majalla" w:hint="cs"/>
          <w:szCs w:val="28"/>
          <w:rtl/>
        </w:rPr>
        <w:t>لابتكار</w:t>
      </w:r>
      <w:r w:rsidRPr="00643E80">
        <w:rPr>
          <w:rFonts w:ascii="Sakkal Majalla" w:hAnsi="Sakkal Majalla" w:cs="Sakkal Majalla"/>
          <w:szCs w:val="28"/>
          <w:rtl/>
        </w:rPr>
        <w:t xml:space="preserve"> </w:t>
      </w:r>
      <w:r w:rsidRPr="00643E80">
        <w:rPr>
          <w:rFonts w:ascii="Sakkal Majalla" w:hAnsi="Sakkal Majalla" w:cs="Sakkal Majalla" w:hint="cs"/>
          <w:szCs w:val="28"/>
          <w:rtl/>
        </w:rPr>
        <w:t>طويل</w:t>
      </w:r>
      <w:r w:rsidRPr="00643E80">
        <w:rPr>
          <w:rFonts w:ascii="Sakkal Majalla" w:hAnsi="Sakkal Majalla" w:cs="Sakkal Majalla"/>
          <w:szCs w:val="28"/>
          <w:rtl/>
        </w:rPr>
        <w:t xml:space="preserve"> </w:t>
      </w:r>
      <w:r w:rsidRPr="00643E80">
        <w:rPr>
          <w:rFonts w:ascii="Sakkal Majalla" w:hAnsi="Sakkal Majalla" w:cs="Sakkal Majalla" w:hint="cs"/>
          <w:szCs w:val="28"/>
          <w:rtl/>
        </w:rPr>
        <w:t>الأمد</w:t>
      </w:r>
      <w:r w:rsidRPr="00643E80">
        <w:rPr>
          <w:rFonts w:ascii="Sakkal Majalla" w:hAnsi="Sakkal Majalla" w:cs="Sakkal Majalla"/>
          <w:szCs w:val="28"/>
          <w:rtl/>
        </w:rPr>
        <w:t xml:space="preserve"> </w:t>
      </w:r>
      <w:r w:rsidRPr="00643E80">
        <w:rPr>
          <w:rFonts w:ascii="Sakkal Majalla" w:hAnsi="Sakkal Majalla" w:cs="Sakkal Majalla" w:hint="cs"/>
          <w:szCs w:val="28"/>
          <w:rtl/>
        </w:rPr>
        <w:t>قد</w:t>
      </w:r>
      <w:r w:rsidRPr="00643E80">
        <w:rPr>
          <w:rFonts w:ascii="Sakkal Majalla" w:hAnsi="Sakkal Majalla" w:cs="Sakkal Majalla"/>
          <w:szCs w:val="28"/>
          <w:rtl/>
        </w:rPr>
        <w:t xml:space="preserve"> </w:t>
      </w:r>
      <w:r w:rsidRPr="00643E80">
        <w:rPr>
          <w:rFonts w:ascii="Sakkal Majalla" w:hAnsi="Sakkal Majalla" w:cs="Sakkal Majalla" w:hint="cs"/>
          <w:szCs w:val="28"/>
          <w:rtl/>
        </w:rPr>
        <w:t>يتأثر</w:t>
      </w:r>
      <w:r w:rsidRPr="00643E80">
        <w:rPr>
          <w:rFonts w:ascii="Sakkal Majalla" w:hAnsi="Sakkal Majalla" w:cs="Sakkal Majalla"/>
          <w:szCs w:val="28"/>
          <w:rtl/>
        </w:rPr>
        <w:t xml:space="preserve"> </w:t>
      </w:r>
      <w:r w:rsidRPr="00643E80">
        <w:rPr>
          <w:rFonts w:ascii="Sakkal Majalla" w:hAnsi="Sakkal Majalla" w:cs="Sakkal Majalla" w:hint="cs"/>
          <w:szCs w:val="28"/>
          <w:rtl/>
        </w:rPr>
        <w:t>بالأولويات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الحكومية</w:t>
      </w:r>
      <w:r w:rsidRPr="00643E80">
        <w:rPr>
          <w:rFonts w:ascii="Sakkal Majalla" w:hAnsi="Sakkal Majalla" w:cs="Sakkal Majalla"/>
          <w:szCs w:val="28"/>
          <w:rtl/>
        </w:rPr>
        <w:t xml:space="preserve"> </w:t>
      </w:r>
      <w:r w:rsidRPr="00643E80">
        <w:rPr>
          <w:rFonts w:ascii="Sakkal Majalla" w:hAnsi="Sakkal Majalla" w:cs="Sakkal Majalla" w:hint="cs"/>
          <w:szCs w:val="28"/>
          <w:rtl/>
        </w:rPr>
        <w:t>أو</w:t>
      </w:r>
      <w:r w:rsidRPr="00643E80">
        <w:rPr>
          <w:rFonts w:ascii="Sakkal Majalla" w:hAnsi="Sakkal Majalla" w:cs="Sakkal Majalla"/>
          <w:szCs w:val="28"/>
          <w:rtl/>
        </w:rPr>
        <w:t xml:space="preserve"> </w:t>
      </w:r>
      <w:r w:rsidRPr="00643E80">
        <w:rPr>
          <w:rFonts w:ascii="Sakkal Majalla" w:hAnsi="Sakkal Majalla" w:cs="Sakkal Majalla" w:hint="cs"/>
          <w:szCs w:val="28"/>
          <w:rtl/>
        </w:rPr>
        <w:t>تغيّر</w:t>
      </w:r>
      <w:r w:rsidRPr="00643E80">
        <w:rPr>
          <w:rFonts w:ascii="Sakkal Majalla" w:hAnsi="Sakkal Majalla" w:cs="Sakkal Majalla"/>
          <w:szCs w:val="28"/>
          <w:rtl/>
        </w:rPr>
        <w:t xml:space="preserve"> </w:t>
      </w:r>
      <w:r w:rsidRPr="00643E80">
        <w:rPr>
          <w:rFonts w:ascii="Sakkal Majalla" w:hAnsi="Sakkal Majalla" w:cs="Sakkal Majalla" w:hint="cs"/>
          <w:szCs w:val="28"/>
          <w:rtl/>
        </w:rPr>
        <w:t>الاستراتيجيات،</w:t>
      </w:r>
      <w:r w:rsidRPr="00643E80">
        <w:rPr>
          <w:rFonts w:ascii="Sakkal Majalla" w:hAnsi="Sakkal Majalla" w:cs="Sakkal Majalla"/>
          <w:szCs w:val="28"/>
          <w:rtl/>
        </w:rPr>
        <w:t xml:space="preserve"> </w:t>
      </w:r>
      <w:r w:rsidRPr="00643E80">
        <w:rPr>
          <w:rFonts w:ascii="Sakkal Majalla" w:hAnsi="Sakkal Majalla" w:cs="Sakkal Majalla" w:hint="cs"/>
          <w:szCs w:val="28"/>
          <w:rtl/>
        </w:rPr>
        <w:t>في</w:t>
      </w:r>
      <w:r w:rsidRPr="00643E80">
        <w:rPr>
          <w:rFonts w:ascii="Sakkal Majalla" w:hAnsi="Sakkal Majalla" w:cs="Sakkal Majalla"/>
          <w:szCs w:val="28"/>
          <w:rtl/>
        </w:rPr>
        <w:t xml:space="preserve"> </w:t>
      </w:r>
      <w:r w:rsidRPr="00643E80">
        <w:rPr>
          <w:rFonts w:ascii="Sakkal Majalla" w:hAnsi="Sakkal Majalla" w:cs="Sakkal Majalla" w:hint="cs"/>
          <w:szCs w:val="28"/>
          <w:rtl/>
        </w:rPr>
        <w:t>حين</w:t>
      </w:r>
      <w:r w:rsidRPr="00643E80">
        <w:rPr>
          <w:rFonts w:ascii="Sakkal Majalla" w:hAnsi="Sakkal Majalla" w:cs="Sakkal Majalla"/>
          <w:szCs w:val="28"/>
          <w:rtl/>
        </w:rPr>
        <w:t xml:space="preserve"> </w:t>
      </w:r>
      <w:r w:rsidRPr="00643E80">
        <w:rPr>
          <w:rFonts w:ascii="Sakkal Majalla" w:hAnsi="Sakkal Majalla" w:cs="Sakkal Majalla" w:hint="cs"/>
          <w:szCs w:val="28"/>
          <w:rtl/>
        </w:rPr>
        <w:t>أن</w:t>
      </w:r>
      <w:r w:rsidRPr="00643E80">
        <w:rPr>
          <w:rFonts w:ascii="Sakkal Majalla" w:hAnsi="Sakkal Majalla" w:cs="Sakkal Majalla"/>
          <w:szCs w:val="28"/>
          <w:rtl/>
        </w:rPr>
        <w:t xml:space="preserve"> </w:t>
      </w:r>
      <w:r w:rsidRPr="00643E80">
        <w:rPr>
          <w:rFonts w:ascii="Sakkal Majalla" w:hAnsi="Sakkal Majalla" w:cs="Sakkal Majalla" w:hint="cs"/>
          <w:szCs w:val="28"/>
          <w:rtl/>
        </w:rPr>
        <w:t>العقود</w:t>
      </w:r>
      <w:r w:rsidRPr="00643E80">
        <w:rPr>
          <w:rFonts w:ascii="Sakkal Majalla" w:hAnsi="Sakkal Majalla" w:cs="Sakkal Majalla"/>
          <w:szCs w:val="28"/>
          <w:rtl/>
        </w:rPr>
        <w:t xml:space="preserve"> </w:t>
      </w:r>
      <w:r w:rsidRPr="00643E80">
        <w:rPr>
          <w:rFonts w:ascii="Sakkal Majalla" w:hAnsi="Sakkal Majalla" w:cs="Sakkal Majalla" w:hint="cs"/>
          <w:szCs w:val="28"/>
          <w:rtl/>
        </w:rPr>
        <w:t>الاستشارية</w:t>
      </w:r>
      <w:r w:rsidRPr="00643E80">
        <w:rPr>
          <w:rFonts w:ascii="Sakkal Majalla" w:hAnsi="Sakkal Majalla" w:cs="Sakkal Majalla"/>
          <w:szCs w:val="28"/>
          <w:rtl/>
        </w:rPr>
        <w:t xml:space="preserve"> </w:t>
      </w:r>
      <w:r w:rsidRPr="00643E80">
        <w:rPr>
          <w:rFonts w:ascii="Sakkal Majalla" w:hAnsi="Sakkal Majalla" w:cs="Sakkal Majalla" w:hint="cs"/>
          <w:szCs w:val="28"/>
          <w:rtl/>
        </w:rPr>
        <w:t>تتيح</w:t>
      </w:r>
      <w:r w:rsidRPr="00643E80">
        <w:rPr>
          <w:rFonts w:ascii="Sakkal Majalla" w:hAnsi="Sakkal Majalla" w:cs="Sakkal Majalla"/>
          <w:szCs w:val="28"/>
          <w:rtl/>
        </w:rPr>
        <w:t xml:space="preserve"> </w:t>
      </w:r>
      <w:r w:rsidRPr="00643E80">
        <w:rPr>
          <w:rFonts w:ascii="Sakkal Majalla" w:hAnsi="Sakkal Majalla" w:cs="Sakkal Majalla" w:hint="cs"/>
          <w:szCs w:val="28"/>
          <w:rtl/>
        </w:rPr>
        <w:t>استدامة</w:t>
      </w:r>
      <w:r w:rsidRPr="00643E80">
        <w:rPr>
          <w:rFonts w:ascii="Sakkal Majalla" w:hAnsi="Sakkal Majalla" w:cs="Sakkal Majalla"/>
          <w:szCs w:val="28"/>
          <w:rtl/>
        </w:rPr>
        <w:t xml:space="preserve"> </w:t>
      </w:r>
      <w:r w:rsidRPr="00643E80">
        <w:rPr>
          <w:rFonts w:ascii="Sakkal Majalla" w:hAnsi="Sakkal Majalla" w:cs="Sakkal Majalla" w:hint="cs"/>
          <w:szCs w:val="28"/>
          <w:rtl/>
        </w:rPr>
        <w:t>التمويل</w:t>
      </w:r>
      <w:r w:rsidRPr="00643E80">
        <w:rPr>
          <w:rFonts w:ascii="Sakkal Majalla" w:hAnsi="Sakkal Majalla" w:cs="Sakkal Majalla"/>
          <w:szCs w:val="28"/>
          <w:rtl/>
        </w:rPr>
        <w:t xml:space="preserve"> </w:t>
      </w:r>
      <w:r w:rsidRPr="00643E80">
        <w:rPr>
          <w:rFonts w:ascii="Sakkal Majalla" w:hAnsi="Sakkal Majalla" w:cs="Sakkal Majalla" w:hint="cs"/>
          <w:szCs w:val="28"/>
          <w:rtl/>
        </w:rPr>
        <w:t>عبر</w:t>
      </w:r>
      <w:r w:rsidRPr="00643E80">
        <w:rPr>
          <w:rFonts w:ascii="Sakkal Majalla" w:hAnsi="Sakkal Majalla" w:cs="Sakkal Majalla"/>
          <w:szCs w:val="28"/>
          <w:rtl/>
        </w:rPr>
        <w:t xml:space="preserve"> </w:t>
      </w:r>
      <w:r w:rsidRPr="00643E80">
        <w:rPr>
          <w:rFonts w:ascii="Sakkal Majalla" w:hAnsi="Sakkal Majalla" w:cs="Sakkal Majalla" w:hint="cs"/>
          <w:szCs w:val="28"/>
          <w:rtl/>
        </w:rPr>
        <w:t>مشاريع</w:t>
      </w:r>
      <w:r w:rsidRPr="00643E80">
        <w:rPr>
          <w:rFonts w:ascii="Sakkal Majalla" w:hAnsi="Sakkal Majalla" w:cs="Sakkal Majalla"/>
          <w:szCs w:val="28"/>
          <w:rtl/>
        </w:rPr>
        <w:t xml:space="preserve"> </w:t>
      </w:r>
      <w:r w:rsidRPr="00643E80">
        <w:rPr>
          <w:rFonts w:ascii="Sakkal Majalla" w:hAnsi="Sakkal Majalla" w:cs="Sakkal Majalla" w:hint="cs"/>
          <w:szCs w:val="28"/>
          <w:rtl/>
        </w:rPr>
        <w:t>محددة</w:t>
      </w:r>
      <w:r w:rsidRPr="00643E80">
        <w:rPr>
          <w:rFonts w:ascii="Sakkal Majalla" w:hAnsi="Sakkal Majalla" w:cs="Sakkal Majalla"/>
          <w:szCs w:val="28"/>
          <w:rtl/>
        </w:rPr>
        <w:t xml:space="preserve"> </w:t>
      </w:r>
      <w:r w:rsidRPr="00643E80">
        <w:rPr>
          <w:rFonts w:ascii="Sakkal Majalla" w:hAnsi="Sakkal Majalla" w:cs="Sakkal Majalla" w:hint="cs"/>
          <w:szCs w:val="28"/>
          <w:rtl/>
        </w:rPr>
        <w:t>الأطر</w:t>
      </w:r>
      <w:r w:rsidRPr="00643E80">
        <w:rPr>
          <w:rFonts w:ascii="Sakkal Majalla" w:hAnsi="Sakkal Majalla" w:cs="Sakkal Majalla"/>
          <w:szCs w:val="28"/>
          <w:rtl/>
        </w:rPr>
        <w:t xml:space="preserve"> </w:t>
      </w:r>
      <w:r w:rsidRPr="00643E80">
        <w:rPr>
          <w:rFonts w:ascii="Sakkal Majalla" w:hAnsi="Sakkal Majalla" w:cs="Sakkal Majalla" w:hint="cs"/>
          <w:szCs w:val="28"/>
          <w:rtl/>
        </w:rPr>
        <w:t>الزمنية</w:t>
      </w:r>
      <w:r w:rsidRPr="00643E80">
        <w:rPr>
          <w:rFonts w:ascii="Sakkal Majalla" w:hAnsi="Sakkal Majalla" w:cs="Sakkal Majalla"/>
          <w:szCs w:val="28"/>
        </w:rPr>
        <w:t>.</w:t>
      </w:r>
    </w:p>
    <w:p w14:paraId="5B60E7EB" w14:textId="470B3876" w:rsidR="00643E80" w:rsidRDefault="00643E80" w:rsidP="00634497">
      <w:pPr>
        <w:bidi/>
        <w:spacing w:line="360" w:lineRule="auto"/>
        <w:jc w:val="lowKashida"/>
        <w:rPr>
          <w:rFonts w:ascii="Sakkal Majalla" w:hAnsi="Sakkal Majalla" w:cs="Sakkal Majalla"/>
          <w:szCs w:val="28"/>
          <w:rtl/>
        </w:rPr>
      </w:pPr>
      <w:r w:rsidRPr="00643E80">
        <w:rPr>
          <w:rFonts w:ascii="Sakkal Majalla" w:hAnsi="Sakkal Majalla" w:cs="Sakkal Majalla" w:hint="cs"/>
          <w:szCs w:val="28"/>
          <w:rtl/>
        </w:rPr>
        <w:t>بناءً</w:t>
      </w:r>
      <w:r w:rsidRPr="00643E80">
        <w:rPr>
          <w:rFonts w:ascii="Sakkal Majalla" w:hAnsi="Sakkal Majalla" w:cs="Sakkal Majalla"/>
          <w:szCs w:val="28"/>
          <w:rtl/>
        </w:rPr>
        <w:t xml:space="preserve"> </w:t>
      </w:r>
      <w:r w:rsidRPr="00643E80">
        <w:rPr>
          <w:rFonts w:ascii="Sakkal Majalla" w:hAnsi="Sakkal Majalla" w:cs="Sakkal Majalla" w:hint="cs"/>
          <w:szCs w:val="28"/>
          <w:rtl/>
        </w:rPr>
        <w:t>على</w:t>
      </w:r>
      <w:r w:rsidRPr="00643E80">
        <w:rPr>
          <w:rFonts w:ascii="Sakkal Majalla" w:hAnsi="Sakkal Majalla" w:cs="Sakkal Majalla"/>
          <w:szCs w:val="28"/>
          <w:rtl/>
        </w:rPr>
        <w:t xml:space="preserve"> </w:t>
      </w:r>
      <w:r w:rsidRPr="00643E80">
        <w:rPr>
          <w:rFonts w:ascii="Sakkal Majalla" w:hAnsi="Sakkal Majalla" w:cs="Sakkal Majalla" w:hint="cs"/>
          <w:szCs w:val="28"/>
          <w:rtl/>
        </w:rPr>
        <w:t>ذلك،</w:t>
      </w:r>
      <w:r w:rsidRPr="00643E80">
        <w:rPr>
          <w:rFonts w:ascii="Sakkal Majalla" w:hAnsi="Sakkal Majalla" w:cs="Sakkal Majalla"/>
          <w:szCs w:val="28"/>
          <w:rtl/>
        </w:rPr>
        <w:t xml:space="preserve"> </w:t>
      </w:r>
      <w:r w:rsidRPr="00643E80">
        <w:rPr>
          <w:rFonts w:ascii="Sakkal Majalla" w:hAnsi="Sakkal Majalla" w:cs="Sakkal Majalla" w:hint="cs"/>
          <w:szCs w:val="28"/>
          <w:rtl/>
        </w:rPr>
        <w:t>يصبح</w:t>
      </w:r>
      <w:r w:rsidRPr="00643E80">
        <w:rPr>
          <w:rFonts w:ascii="Sakkal Majalla" w:hAnsi="Sakkal Majalla" w:cs="Sakkal Majalla"/>
          <w:szCs w:val="28"/>
          <w:rtl/>
        </w:rPr>
        <w:t xml:space="preserve"> </w:t>
      </w:r>
      <w:r w:rsidRPr="00643E80">
        <w:rPr>
          <w:rFonts w:ascii="Sakkal Majalla" w:hAnsi="Sakkal Majalla" w:cs="Sakkal Majalla" w:hint="cs"/>
          <w:szCs w:val="28"/>
          <w:rtl/>
        </w:rPr>
        <w:t>تبني</w:t>
      </w:r>
      <w:r w:rsidRPr="00643E80">
        <w:rPr>
          <w:rFonts w:ascii="Sakkal Majalla" w:hAnsi="Sakkal Majalla" w:cs="Sakkal Majalla"/>
          <w:szCs w:val="28"/>
          <w:rtl/>
        </w:rPr>
        <w:t xml:space="preserve"> </w:t>
      </w:r>
      <w:r w:rsidRPr="00643E80">
        <w:rPr>
          <w:rFonts w:ascii="Sakkal Majalla" w:hAnsi="Sakkal Majalla" w:cs="Sakkal Majalla" w:hint="cs"/>
          <w:szCs w:val="28"/>
          <w:rtl/>
        </w:rPr>
        <w:t>وإدارة</w:t>
      </w:r>
      <w:r w:rsidRPr="00643E80">
        <w:rPr>
          <w:rFonts w:ascii="Sakkal Majalla" w:hAnsi="Sakkal Majalla" w:cs="Sakkal Majalla"/>
          <w:szCs w:val="28"/>
          <w:rtl/>
        </w:rPr>
        <w:t xml:space="preserve"> </w:t>
      </w:r>
      <w:r w:rsidRPr="00643E80">
        <w:rPr>
          <w:rFonts w:ascii="Sakkal Majalla" w:hAnsi="Sakkal Majalla" w:cs="Sakkal Majalla" w:hint="cs"/>
          <w:szCs w:val="28"/>
          <w:rtl/>
        </w:rPr>
        <w:t>هذا</w:t>
      </w:r>
      <w:r w:rsidRPr="00643E80">
        <w:rPr>
          <w:rFonts w:ascii="Sakkal Majalla" w:hAnsi="Sakkal Majalla" w:cs="Sakkal Majalla"/>
          <w:szCs w:val="28"/>
          <w:rtl/>
        </w:rPr>
        <w:t xml:space="preserve"> </w:t>
      </w:r>
      <w:r w:rsidRPr="00643E80">
        <w:rPr>
          <w:rFonts w:ascii="Sakkal Majalla" w:hAnsi="Sakkal Majalla" w:cs="Sakkal Majalla" w:hint="cs"/>
          <w:szCs w:val="28"/>
          <w:rtl/>
        </w:rPr>
        <w:t>النموذج</w:t>
      </w:r>
      <w:r w:rsidRPr="00643E80">
        <w:rPr>
          <w:rFonts w:ascii="Sakkal Majalla" w:hAnsi="Sakkal Majalla" w:cs="Sakkal Majalla"/>
          <w:szCs w:val="28"/>
          <w:rtl/>
        </w:rPr>
        <w:t xml:space="preserve"> </w:t>
      </w:r>
      <w:r w:rsidRPr="00643E80">
        <w:rPr>
          <w:rFonts w:ascii="Sakkal Majalla" w:hAnsi="Sakkal Majalla" w:cs="Sakkal Majalla" w:hint="cs"/>
          <w:szCs w:val="28"/>
          <w:rtl/>
        </w:rPr>
        <w:t>من</w:t>
      </w:r>
      <w:r w:rsidRPr="00643E80">
        <w:rPr>
          <w:rFonts w:ascii="Sakkal Majalla" w:hAnsi="Sakkal Majalla" w:cs="Sakkal Majalla"/>
          <w:szCs w:val="28"/>
          <w:rtl/>
        </w:rPr>
        <w:t xml:space="preserve"> </w:t>
      </w:r>
      <w:r w:rsidRPr="00643E80">
        <w:rPr>
          <w:rFonts w:ascii="Sakkal Majalla" w:hAnsi="Sakkal Majalla" w:cs="Sakkal Majalla" w:hint="cs"/>
          <w:szCs w:val="28"/>
          <w:rtl/>
        </w:rPr>
        <w:t>قبل</w:t>
      </w:r>
      <w:r w:rsidRPr="00643E80">
        <w:rPr>
          <w:rFonts w:ascii="Sakkal Majalla" w:hAnsi="Sakkal Majalla" w:cs="Sakkal Majalla"/>
          <w:szCs w:val="28"/>
          <w:rtl/>
        </w:rPr>
        <w:t xml:space="preserve"> </w:t>
      </w:r>
      <w:r w:rsidRPr="00643E80">
        <w:rPr>
          <w:rFonts w:ascii="Sakkal Majalla" w:hAnsi="Sakkal Majalla" w:cs="Sakkal Majalla" w:hint="cs"/>
          <w:szCs w:val="28"/>
          <w:rtl/>
        </w:rPr>
        <w:t>الشركات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الاستشارية</w:t>
      </w:r>
      <w:r w:rsidRPr="00643E80">
        <w:rPr>
          <w:rFonts w:ascii="Sakkal Majalla" w:hAnsi="Sakkal Majalla" w:cs="Sakkal Majalla"/>
          <w:szCs w:val="28"/>
          <w:rtl/>
        </w:rPr>
        <w:t xml:space="preserve"> </w:t>
      </w:r>
      <w:r w:rsidRPr="00643E80">
        <w:rPr>
          <w:rFonts w:ascii="Sakkal Majalla" w:hAnsi="Sakkal Majalla" w:cs="Sakkal Majalla" w:hint="cs"/>
          <w:szCs w:val="28"/>
          <w:rtl/>
        </w:rPr>
        <w:t>خيارًا</w:t>
      </w:r>
      <w:r w:rsidRPr="00643E80">
        <w:rPr>
          <w:rFonts w:ascii="Sakkal Majalla" w:hAnsi="Sakkal Majalla" w:cs="Sakkal Majalla"/>
          <w:szCs w:val="28"/>
          <w:rtl/>
        </w:rPr>
        <w:t xml:space="preserve"> </w:t>
      </w:r>
      <w:r w:rsidRPr="00643E80">
        <w:rPr>
          <w:rFonts w:ascii="Sakkal Majalla" w:hAnsi="Sakkal Majalla" w:cs="Sakkal Majalla" w:hint="cs"/>
          <w:szCs w:val="28"/>
          <w:rtl/>
        </w:rPr>
        <w:t>أكثر</w:t>
      </w:r>
      <w:r w:rsidRPr="00643E80">
        <w:rPr>
          <w:rFonts w:ascii="Sakkal Majalla" w:hAnsi="Sakkal Majalla" w:cs="Sakkal Majalla"/>
          <w:szCs w:val="28"/>
          <w:rtl/>
        </w:rPr>
        <w:t xml:space="preserve"> </w:t>
      </w:r>
      <w:r w:rsidRPr="00643E80">
        <w:rPr>
          <w:rFonts w:ascii="Sakkal Majalla" w:hAnsi="Sakkal Majalla" w:cs="Sakkal Majalla" w:hint="cs"/>
          <w:szCs w:val="28"/>
          <w:rtl/>
        </w:rPr>
        <w:t>واقعية</w:t>
      </w:r>
      <w:r w:rsidRPr="00643E80">
        <w:rPr>
          <w:rFonts w:ascii="Sakkal Majalla" w:hAnsi="Sakkal Majalla" w:cs="Sakkal Majalla"/>
          <w:szCs w:val="28"/>
          <w:rtl/>
        </w:rPr>
        <w:t xml:space="preserve"> </w:t>
      </w:r>
      <w:r w:rsidRPr="00643E80">
        <w:rPr>
          <w:rFonts w:ascii="Sakkal Majalla" w:hAnsi="Sakkal Majalla" w:cs="Sakkal Majalla" w:hint="cs"/>
          <w:szCs w:val="28"/>
          <w:rtl/>
        </w:rPr>
        <w:t>وسهولة</w:t>
      </w:r>
      <w:r w:rsidRPr="00643E80">
        <w:rPr>
          <w:rFonts w:ascii="Sakkal Majalla" w:hAnsi="Sakkal Majalla" w:cs="Sakkal Majalla"/>
          <w:szCs w:val="28"/>
          <w:rtl/>
        </w:rPr>
        <w:t xml:space="preserve"> </w:t>
      </w:r>
      <w:r w:rsidRPr="00643E80">
        <w:rPr>
          <w:rFonts w:ascii="Sakkal Majalla" w:hAnsi="Sakkal Majalla" w:cs="Sakkal Majalla" w:hint="cs"/>
          <w:szCs w:val="28"/>
          <w:rtl/>
        </w:rPr>
        <w:t>في</w:t>
      </w:r>
      <w:r w:rsidRPr="00643E80">
        <w:rPr>
          <w:rFonts w:ascii="Sakkal Majalla" w:hAnsi="Sakkal Majalla" w:cs="Sakkal Majalla"/>
          <w:szCs w:val="28"/>
          <w:rtl/>
        </w:rPr>
        <w:t xml:space="preserve"> </w:t>
      </w:r>
      <w:r w:rsidRPr="00643E80">
        <w:rPr>
          <w:rFonts w:ascii="Sakkal Majalla" w:hAnsi="Sakkal Majalla" w:cs="Sakkal Majalla" w:hint="cs"/>
          <w:szCs w:val="28"/>
          <w:rtl/>
        </w:rPr>
        <w:t>التنفيذ،</w:t>
      </w:r>
      <w:r w:rsidRPr="00643E80">
        <w:rPr>
          <w:rFonts w:ascii="Sakkal Majalla" w:hAnsi="Sakkal Majalla" w:cs="Sakkal Majalla"/>
          <w:szCs w:val="28"/>
          <w:rtl/>
        </w:rPr>
        <w:t xml:space="preserve"> </w:t>
      </w:r>
      <w:r w:rsidRPr="00643E80">
        <w:rPr>
          <w:rFonts w:ascii="Sakkal Majalla" w:hAnsi="Sakkal Majalla" w:cs="Sakkal Majalla" w:hint="cs"/>
          <w:szCs w:val="28"/>
          <w:rtl/>
        </w:rPr>
        <w:t>مع</w:t>
      </w:r>
      <w:r w:rsidRPr="00643E80">
        <w:rPr>
          <w:rFonts w:ascii="Sakkal Majalla" w:hAnsi="Sakkal Majalla" w:cs="Sakkal Majalla"/>
          <w:szCs w:val="28"/>
          <w:rtl/>
        </w:rPr>
        <w:t xml:space="preserve"> </w:t>
      </w:r>
      <w:r w:rsidRPr="00643E80">
        <w:rPr>
          <w:rFonts w:ascii="Sakkal Majalla" w:hAnsi="Sakkal Majalla" w:cs="Sakkal Majalla" w:hint="cs"/>
          <w:szCs w:val="28"/>
          <w:rtl/>
        </w:rPr>
        <w:t>تقديمه</w:t>
      </w:r>
      <w:r w:rsidRPr="00643E80">
        <w:rPr>
          <w:rFonts w:ascii="Sakkal Majalla" w:hAnsi="Sakkal Majalla" w:cs="Sakkal Majalla"/>
          <w:szCs w:val="28"/>
          <w:rtl/>
        </w:rPr>
        <w:t xml:space="preserve"> </w:t>
      </w:r>
      <w:r w:rsidRPr="00643E80">
        <w:rPr>
          <w:rFonts w:ascii="Sakkal Majalla" w:hAnsi="Sakkal Majalla" w:cs="Sakkal Majalla" w:hint="cs"/>
          <w:szCs w:val="28"/>
          <w:rtl/>
        </w:rPr>
        <w:t>كخدمة</w:t>
      </w:r>
      <w:r w:rsidRPr="00643E80">
        <w:rPr>
          <w:rFonts w:ascii="Sakkal Majalla" w:hAnsi="Sakkal Majalla" w:cs="Sakkal Majalla"/>
          <w:szCs w:val="28"/>
          <w:rtl/>
        </w:rPr>
        <w:t xml:space="preserve"> </w:t>
      </w:r>
      <w:r w:rsidRPr="00643E80">
        <w:rPr>
          <w:rFonts w:ascii="Sakkal Majalla" w:hAnsi="Sakkal Majalla" w:cs="Sakkal Majalla" w:hint="cs"/>
          <w:szCs w:val="28"/>
          <w:rtl/>
        </w:rPr>
        <w:t>متكاملة</w:t>
      </w:r>
      <w:r w:rsidRPr="00643E80">
        <w:rPr>
          <w:rFonts w:ascii="Sakkal Majalla" w:hAnsi="Sakkal Majalla" w:cs="Sakkal Majalla"/>
          <w:szCs w:val="28"/>
          <w:rtl/>
        </w:rPr>
        <w:t xml:space="preserve"> </w:t>
      </w:r>
      <w:r w:rsidRPr="00643E80">
        <w:rPr>
          <w:rFonts w:ascii="Sakkal Majalla" w:hAnsi="Sakkal Majalla" w:cs="Sakkal Majalla" w:hint="cs"/>
          <w:szCs w:val="28"/>
          <w:rtl/>
        </w:rPr>
        <w:t>للجهات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الحكومية</w:t>
      </w:r>
      <w:r>
        <w:rPr>
          <w:rFonts w:ascii="Sakkal Majalla" w:hAnsi="Sakkal Majalla" w:cs="Sakkal Majalla" w:hint="cs"/>
          <w:szCs w:val="28"/>
          <w:rtl/>
        </w:rPr>
        <w:t xml:space="preserve">، </w:t>
      </w:r>
      <w:r w:rsidRPr="00643E80">
        <w:rPr>
          <w:rFonts w:ascii="Sakkal Majalla" w:hAnsi="Sakkal Majalla" w:cs="Sakkal Majalla" w:hint="cs"/>
          <w:szCs w:val="28"/>
          <w:rtl/>
        </w:rPr>
        <w:t>ويتيح</w:t>
      </w:r>
      <w:r w:rsidRPr="00643E80">
        <w:rPr>
          <w:rFonts w:ascii="Sakkal Majalla" w:hAnsi="Sakkal Majalla" w:cs="Sakkal Majalla"/>
          <w:szCs w:val="28"/>
          <w:rtl/>
        </w:rPr>
        <w:t xml:space="preserve"> </w:t>
      </w:r>
      <w:r w:rsidRPr="00643E80">
        <w:rPr>
          <w:rFonts w:ascii="Sakkal Majalla" w:hAnsi="Sakkal Majalla" w:cs="Sakkal Majalla" w:hint="cs"/>
          <w:szCs w:val="28"/>
          <w:rtl/>
        </w:rPr>
        <w:t>هذا</w:t>
      </w:r>
      <w:r w:rsidRPr="00643E80">
        <w:rPr>
          <w:rFonts w:ascii="Sakkal Majalla" w:hAnsi="Sakkal Majalla" w:cs="Sakkal Majalla"/>
          <w:szCs w:val="28"/>
          <w:rtl/>
        </w:rPr>
        <w:t xml:space="preserve"> </w:t>
      </w:r>
      <w:r w:rsidRPr="00643E80">
        <w:rPr>
          <w:rFonts w:ascii="Sakkal Majalla" w:hAnsi="Sakkal Majalla" w:cs="Sakkal Majalla" w:hint="cs"/>
          <w:szCs w:val="28"/>
          <w:rtl/>
        </w:rPr>
        <w:t>التوجه</w:t>
      </w:r>
      <w:r w:rsidRPr="00643E80">
        <w:rPr>
          <w:rFonts w:ascii="Sakkal Majalla" w:hAnsi="Sakkal Majalla" w:cs="Sakkal Majalla"/>
          <w:szCs w:val="28"/>
          <w:rtl/>
        </w:rPr>
        <w:t xml:space="preserve"> </w:t>
      </w:r>
      <w:r w:rsidRPr="00643E80">
        <w:rPr>
          <w:rFonts w:ascii="Sakkal Majalla" w:hAnsi="Sakkal Majalla" w:cs="Sakkal Majalla" w:hint="cs"/>
          <w:szCs w:val="28"/>
          <w:rtl/>
        </w:rPr>
        <w:t>ضمان</w:t>
      </w:r>
      <w:r w:rsidRPr="00643E80">
        <w:rPr>
          <w:rFonts w:ascii="Sakkal Majalla" w:hAnsi="Sakkal Majalla" w:cs="Sakkal Majalla"/>
          <w:szCs w:val="28"/>
          <w:rtl/>
        </w:rPr>
        <w:t xml:space="preserve"> </w:t>
      </w:r>
      <w:r w:rsidRPr="00643E80">
        <w:rPr>
          <w:rFonts w:ascii="Sakkal Majalla" w:hAnsi="Sakkal Majalla" w:cs="Sakkal Majalla" w:hint="cs"/>
          <w:szCs w:val="28"/>
          <w:rtl/>
        </w:rPr>
        <w:t>الحيادية</w:t>
      </w:r>
      <w:r w:rsidRPr="00643E80">
        <w:rPr>
          <w:rFonts w:ascii="Sakkal Majalla" w:hAnsi="Sakkal Majalla" w:cs="Sakkal Majalla"/>
          <w:szCs w:val="28"/>
          <w:rtl/>
        </w:rPr>
        <w:t xml:space="preserve"> </w:t>
      </w:r>
      <w:r w:rsidRPr="00643E80">
        <w:rPr>
          <w:rFonts w:ascii="Sakkal Majalla" w:hAnsi="Sakkal Majalla" w:cs="Sakkal Majalla" w:hint="cs"/>
          <w:szCs w:val="28"/>
          <w:rtl/>
        </w:rPr>
        <w:t>واستمرارية</w:t>
      </w:r>
      <w:r w:rsidRPr="00643E80">
        <w:rPr>
          <w:rFonts w:ascii="Sakkal Majalla" w:hAnsi="Sakkal Majalla" w:cs="Sakkal Majalla"/>
          <w:szCs w:val="28"/>
          <w:rtl/>
        </w:rPr>
        <w:t xml:space="preserve"> </w:t>
      </w:r>
      <w:r w:rsidRPr="00643E80">
        <w:rPr>
          <w:rFonts w:ascii="Sakkal Majalla" w:hAnsi="Sakkal Majalla" w:cs="Sakkal Majalla" w:hint="cs"/>
          <w:szCs w:val="28"/>
          <w:rtl/>
        </w:rPr>
        <w:t>النموذج،</w:t>
      </w:r>
      <w:r w:rsidRPr="00643E80">
        <w:rPr>
          <w:rFonts w:ascii="Sakkal Majalla" w:hAnsi="Sakkal Majalla" w:cs="Sakkal Majalla"/>
          <w:szCs w:val="28"/>
          <w:rtl/>
        </w:rPr>
        <w:t xml:space="preserve"> </w:t>
      </w:r>
      <w:r w:rsidRPr="00643E80">
        <w:rPr>
          <w:rFonts w:ascii="Sakkal Majalla" w:hAnsi="Sakkal Majalla" w:cs="Sakkal Majalla" w:hint="cs"/>
          <w:szCs w:val="28"/>
          <w:rtl/>
        </w:rPr>
        <w:t>وإمكانية</w:t>
      </w:r>
      <w:r w:rsidRPr="00643E80">
        <w:rPr>
          <w:rFonts w:ascii="Sakkal Majalla" w:hAnsi="Sakkal Majalla" w:cs="Sakkal Majalla"/>
          <w:szCs w:val="28"/>
          <w:rtl/>
        </w:rPr>
        <w:t xml:space="preserve"> </w:t>
      </w:r>
      <w:r w:rsidRPr="00643E80">
        <w:rPr>
          <w:rFonts w:ascii="Sakkal Majalla" w:hAnsi="Sakkal Majalla" w:cs="Sakkal Majalla" w:hint="cs"/>
          <w:szCs w:val="28"/>
          <w:rtl/>
        </w:rPr>
        <w:t>تكييفه</w:t>
      </w:r>
      <w:r w:rsidRPr="00643E80">
        <w:rPr>
          <w:rFonts w:ascii="Sakkal Majalla" w:hAnsi="Sakkal Majalla" w:cs="Sakkal Majalla"/>
          <w:szCs w:val="28"/>
          <w:rtl/>
        </w:rPr>
        <w:t xml:space="preserve"> </w:t>
      </w:r>
      <w:r w:rsidRPr="00643E80">
        <w:rPr>
          <w:rFonts w:ascii="Sakkal Majalla" w:hAnsi="Sakkal Majalla" w:cs="Sakkal Majalla" w:hint="cs"/>
          <w:szCs w:val="28"/>
          <w:rtl/>
        </w:rPr>
        <w:t>وفق</w:t>
      </w:r>
      <w:r w:rsidRPr="00643E80">
        <w:rPr>
          <w:rFonts w:ascii="Sakkal Majalla" w:hAnsi="Sakkal Majalla" w:cs="Sakkal Majalla"/>
          <w:szCs w:val="28"/>
          <w:rtl/>
        </w:rPr>
        <w:t xml:space="preserve"> </w:t>
      </w:r>
      <w:r w:rsidRPr="00643E80">
        <w:rPr>
          <w:rFonts w:ascii="Sakkal Majalla" w:hAnsi="Sakkal Majalla" w:cs="Sakkal Majalla" w:hint="cs"/>
          <w:szCs w:val="28"/>
          <w:rtl/>
        </w:rPr>
        <w:t>اختلاف</w:t>
      </w:r>
      <w:r w:rsidRPr="00643E80">
        <w:rPr>
          <w:rFonts w:ascii="Sakkal Majalla" w:hAnsi="Sakkal Majalla" w:cs="Sakkal Majalla"/>
          <w:szCs w:val="28"/>
          <w:rtl/>
        </w:rPr>
        <w:t xml:space="preserve"> </w:t>
      </w:r>
      <w:r w:rsidRPr="00643E80">
        <w:rPr>
          <w:rFonts w:ascii="Sakkal Majalla" w:hAnsi="Sakkal Majalla" w:cs="Sakkal Majalla" w:hint="cs"/>
          <w:szCs w:val="28"/>
          <w:rtl/>
        </w:rPr>
        <w:t>مستويات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النضج</w:t>
      </w:r>
      <w:r w:rsidRPr="00643E80">
        <w:rPr>
          <w:rFonts w:ascii="Sakkal Majalla" w:hAnsi="Sakkal Majalla" w:cs="Sakkal Majalla"/>
          <w:szCs w:val="28"/>
          <w:rtl/>
        </w:rPr>
        <w:t xml:space="preserve"> </w:t>
      </w:r>
      <w:r w:rsidRPr="00643E80">
        <w:rPr>
          <w:rFonts w:ascii="Sakkal Majalla" w:hAnsi="Sakkal Majalla" w:cs="Sakkal Majalla" w:hint="cs"/>
          <w:szCs w:val="28"/>
          <w:rtl/>
        </w:rPr>
        <w:t>المؤسسي</w:t>
      </w:r>
      <w:r w:rsidRPr="00643E80">
        <w:rPr>
          <w:rFonts w:ascii="Sakkal Majalla" w:hAnsi="Sakkal Majalla" w:cs="Sakkal Majalla"/>
          <w:szCs w:val="28"/>
          <w:rtl/>
        </w:rPr>
        <w:t xml:space="preserve"> </w:t>
      </w:r>
      <w:r w:rsidRPr="00643E80">
        <w:rPr>
          <w:rFonts w:ascii="Sakkal Majalla" w:hAnsi="Sakkal Majalla" w:cs="Sakkal Majalla" w:hint="cs"/>
          <w:szCs w:val="28"/>
          <w:rtl/>
        </w:rPr>
        <w:t>بين</w:t>
      </w:r>
      <w:r w:rsidRPr="00643E80">
        <w:rPr>
          <w:rFonts w:ascii="Sakkal Majalla" w:hAnsi="Sakkal Majalla" w:cs="Sakkal Majalla"/>
          <w:szCs w:val="28"/>
          <w:rtl/>
        </w:rPr>
        <w:t xml:space="preserve"> </w:t>
      </w:r>
      <w:r w:rsidRPr="00643E80">
        <w:rPr>
          <w:rFonts w:ascii="Sakkal Majalla" w:hAnsi="Sakkal Majalla" w:cs="Sakkal Majalla" w:hint="cs"/>
          <w:szCs w:val="28"/>
          <w:rtl/>
        </w:rPr>
        <w:t>الجهات،</w:t>
      </w:r>
      <w:r w:rsidRPr="00643E80">
        <w:rPr>
          <w:rFonts w:ascii="Sakkal Majalla" w:hAnsi="Sakkal Majalla" w:cs="Sakkal Majalla"/>
          <w:szCs w:val="28"/>
          <w:rtl/>
        </w:rPr>
        <w:t xml:space="preserve"> </w:t>
      </w:r>
      <w:r w:rsidRPr="00643E80">
        <w:rPr>
          <w:rFonts w:ascii="Sakkal Majalla" w:hAnsi="Sakkal Majalla" w:cs="Sakkal Majalla" w:hint="cs"/>
          <w:szCs w:val="28"/>
          <w:rtl/>
        </w:rPr>
        <w:t>مع</w:t>
      </w:r>
      <w:r w:rsidRPr="00643E80">
        <w:rPr>
          <w:rFonts w:ascii="Sakkal Majalla" w:hAnsi="Sakkal Majalla" w:cs="Sakkal Majalla"/>
          <w:szCs w:val="28"/>
          <w:rtl/>
        </w:rPr>
        <w:t xml:space="preserve"> </w:t>
      </w:r>
      <w:r w:rsidRPr="00643E80">
        <w:rPr>
          <w:rFonts w:ascii="Sakkal Majalla" w:hAnsi="Sakkal Majalla" w:cs="Sakkal Majalla" w:hint="cs"/>
          <w:szCs w:val="28"/>
          <w:rtl/>
        </w:rPr>
        <w:t>توفير</w:t>
      </w:r>
      <w:r w:rsidRPr="00643E80">
        <w:rPr>
          <w:rFonts w:ascii="Sakkal Majalla" w:hAnsi="Sakkal Majalla" w:cs="Sakkal Majalla"/>
          <w:szCs w:val="28"/>
          <w:rtl/>
        </w:rPr>
        <w:t xml:space="preserve"> </w:t>
      </w:r>
      <w:r w:rsidRPr="00643E80">
        <w:rPr>
          <w:rFonts w:ascii="Sakkal Majalla" w:hAnsi="Sakkal Majalla" w:cs="Sakkal Majalla" w:hint="cs"/>
          <w:szCs w:val="28"/>
          <w:rtl/>
        </w:rPr>
        <w:t>متابعة</w:t>
      </w:r>
      <w:r w:rsidRPr="00643E80">
        <w:rPr>
          <w:rFonts w:ascii="Sakkal Majalla" w:hAnsi="Sakkal Majalla" w:cs="Sakkal Majalla"/>
          <w:szCs w:val="28"/>
          <w:rtl/>
        </w:rPr>
        <w:t xml:space="preserve"> </w:t>
      </w:r>
      <w:r w:rsidRPr="00643E80">
        <w:rPr>
          <w:rFonts w:ascii="Sakkal Majalla" w:hAnsi="Sakkal Majalla" w:cs="Sakkal Majalla" w:hint="cs"/>
          <w:szCs w:val="28"/>
          <w:rtl/>
        </w:rPr>
        <w:t>مهنية</w:t>
      </w:r>
      <w:r w:rsidRPr="00643E80">
        <w:rPr>
          <w:rFonts w:ascii="Sakkal Majalla" w:hAnsi="Sakkal Majalla" w:cs="Sakkal Majalla"/>
          <w:szCs w:val="28"/>
          <w:rtl/>
        </w:rPr>
        <w:t xml:space="preserve"> </w:t>
      </w:r>
      <w:r w:rsidRPr="00643E80">
        <w:rPr>
          <w:rFonts w:ascii="Sakkal Majalla" w:hAnsi="Sakkal Majalla" w:cs="Sakkal Majalla" w:hint="cs"/>
          <w:szCs w:val="28"/>
          <w:rtl/>
        </w:rPr>
        <w:t>طويلة</w:t>
      </w:r>
      <w:r w:rsidRPr="00643E80">
        <w:rPr>
          <w:rFonts w:ascii="Sakkal Majalla" w:hAnsi="Sakkal Majalla" w:cs="Sakkal Majalla"/>
          <w:szCs w:val="28"/>
          <w:rtl/>
        </w:rPr>
        <w:t xml:space="preserve"> </w:t>
      </w:r>
      <w:r w:rsidRPr="00643E80">
        <w:rPr>
          <w:rFonts w:ascii="Sakkal Majalla" w:hAnsi="Sakkal Majalla" w:cs="Sakkal Majalla" w:hint="cs"/>
          <w:szCs w:val="28"/>
          <w:rtl/>
        </w:rPr>
        <w:t>الأمد</w:t>
      </w:r>
      <w:r w:rsidRPr="00643E80">
        <w:rPr>
          <w:rFonts w:ascii="Sakkal Majalla" w:hAnsi="Sakkal Majalla" w:cs="Sakkal Majalla"/>
          <w:szCs w:val="28"/>
          <w:rtl/>
        </w:rPr>
        <w:t xml:space="preserve"> </w:t>
      </w:r>
      <w:r w:rsidRPr="00643E80">
        <w:rPr>
          <w:rFonts w:ascii="Sakkal Majalla" w:hAnsi="Sakkal Majalla" w:cs="Sakkal Majalla" w:hint="cs"/>
          <w:szCs w:val="28"/>
          <w:rtl/>
        </w:rPr>
        <w:t>تراعي</w:t>
      </w:r>
      <w:r w:rsidRPr="00643E80">
        <w:rPr>
          <w:rFonts w:ascii="Sakkal Majalla" w:hAnsi="Sakkal Majalla" w:cs="Sakkal Majalla"/>
          <w:szCs w:val="28"/>
          <w:rtl/>
        </w:rPr>
        <w:t xml:space="preserve"> </w:t>
      </w:r>
      <w:r w:rsidRPr="00643E80">
        <w:rPr>
          <w:rFonts w:ascii="Sakkal Majalla" w:hAnsi="Sakkal Majalla" w:cs="Sakkal Majalla" w:hint="cs"/>
          <w:szCs w:val="28"/>
          <w:rtl/>
        </w:rPr>
        <w:t>المعايير</w:t>
      </w:r>
      <w:r w:rsidRPr="00643E80">
        <w:rPr>
          <w:rFonts w:ascii="Sakkal Majalla" w:hAnsi="Sakkal Majalla" w:cs="Sakkal Majalla"/>
          <w:szCs w:val="28"/>
          <w:rtl/>
        </w:rPr>
        <w:t xml:space="preserve"> </w:t>
      </w:r>
      <w:r w:rsidRPr="00643E80">
        <w:rPr>
          <w:rFonts w:ascii="Sakkal Majalla" w:hAnsi="Sakkal Majalla" w:cs="Sakkal Majalla" w:hint="cs"/>
          <w:szCs w:val="28"/>
          <w:rtl/>
        </w:rPr>
        <w:t>وأفضل</w:t>
      </w:r>
      <w:r w:rsidRPr="00643E80">
        <w:rPr>
          <w:rFonts w:ascii="Sakkal Majalla" w:hAnsi="Sakkal Majalla" w:cs="Sakkal Majalla"/>
          <w:szCs w:val="28"/>
          <w:rtl/>
        </w:rPr>
        <w:t xml:space="preserve"> </w:t>
      </w:r>
      <w:r w:rsidRPr="00643E80">
        <w:rPr>
          <w:rFonts w:ascii="Sakkal Majalla" w:hAnsi="Sakkal Majalla" w:cs="Sakkal Majalla" w:hint="cs"/>
          <w:szCs w:val="28"/>
          <w:rtl/>
        </w:rPr>
        <w:t>الممارسات</w:t>
      </w:r>
      <w:r w:rsidRPr="00643E80">
        <w:rPr>
          <w:rFonts w:ascii="Sakkal Majalla" w:hAnsi="Sakkal Majalla" w:cs="Sakkal Majalla"/>
          <w:szCs w:val="28"/>
          <w:rtl/>
        </w:rPr>
        <w:t xml:space="preserve"> </w:t>
      </w:r>
      <w:r w:rsidRPr="00643E80">
        <w:rPr>
          <w:rFonts w:ascii="Sakkal Majalla" w:hAnsi="Sakkal Majalla" w:cs="Sakkal Majalla" w:hint="cs"/>
          <w:szCs w:val="28"/>
          <w:rtl/>
        </w:rPr>
        <w:t>العالمية</w:t>
      </w:r>
      <w:r w:rsidRPr="00643E80">
        <w:rPr>
          <w:rFonts w:ascii="Sakkal Majalla" w:hAnsi="Sakkal Majalla" w:cs="Sakkal Majalla"/>
          <w:szCs w:val="28"/>
          <w:rtl/>
        </w:rPr>
        <w:t>.</w:t>
      </w:r>
    </w:p>
    <w:p w14:paraId="51F6FD50" w14:textId="123A2317" w:rsidR="004313FE" w:rsidRPr="004313FE" w:rsidRDefault="004313FE" w:rsidP="00634497">
      <w:pPr>
        <w:bidi/>
        <w:spacing w:line="360" w:lineRule="auto"/>
        <w:jc w:val="lowKashida"/>
        <w:rPr>
          <w:rFonts w:ascii="Sakkal Majalla" w:hAnsi="Sakkal Majalla" w:cs="Sakkal Majalla"/>
          <w:b/>
          <w:bCs/>
          <w:szCs w:val="28"/>
          <w:rtl/>
        </w:rPr>
      </w:pPr>
      <w:r>
        <w:rPr>
          <w:rFonts w:ascii="Sakkal Majalla" w:hAnsi="Sakkal Majalla" w:cs="Sakkal Majalla" w:hint="cs"/>
          <w:b/>
          <w:bCs/>
          <w:szCs w:val="28"/>
          <w:rtl/>
        </w:rPr>
        <w:t>5.4.1</w:t>
      </w:r>
      <w:r w:rsidR="00652FCF" w:rsidRPr="004313FE">
        <w:rPr>
          <w:rFonts w:ascii="Sakkal Majalla" w:hAnsi="Sakkal Majalla" w:cs="Sakkal Majalla" w:hint="cs"/>
          <w:b/>
          <w:bCs/>
          <w:szCs w:val="28"/>
          <w:rtl/>
        </w:rPr>
        <w:t>المكونات</w:t>
      </w:r>
      <w:r w:rsidR="00652FCF" w:rsidRPr="004313FE">
        <w:rPr>
          <w:rFonts w:ascii="Sakkal Majalla" w:hAnsi="Sakkal Majalla" w:cs="Sakkal Majalla"/>
          <w:b/>
          <w:bCs/>
          <w:szCs w:val="28"/>
          <w:rtl/>
        </w:rPr>
        <w:t xml:space="preserve"> </w:t>
      </w:r>
      <w:r w:rsidR="00652FCF" w:rsidRPr="004313FE">
        <w:rPr>
          <w:rFonts w:ascii="Sakkal Majalla" w:hAnsi="Sakkal Majalla" w:cs="Sakkal Majalla" w:hint="cs"/>
          <w:b/>
          <w:bCs/>
          <w:szCs w:val="28"/>
          <w:rtl/>
        </w:rPr>
        <w:t>الرئيسية</w:t>
      </w:r>
      <w:r w:rsidR="00652FCF" w:rsidRPr="004313FE">
        <w:rPr>
          <w:rFonts w:ascii="Sakkal Majalla" w:hAnsi="Sakkal Majalla" w:cs="Sakkal Majalla"/>
          <w:b/>
          <w:bCs/>
          <w:szCs w:val="28"/>
          <w:rtl/>
        </w:rPr>
        <w:t xml:space="preserve"> </w:t>
      </w:r>
      <w:r w:rsidR="00652FCF" w:rsidRPr="004313FE">
        <w:rPr>
          <w:rFonts w:ascii="Sakkal Majalla" w:hAnsi="Sakkal Majalla" w:cs="Sakkal Majalla" w:hint="cs"/>
          <w:b/>
          <w:bCs/>
          <w:szCs w:val="28"/>
          <w:rtl/>
        </w:rPr>
        <w:t>للنموذج</w:t>
      </w:r>
    </w:p>
    <w:p w14:paraId="6F427200" w14:textId="289159D4" w:rsidR="00652FCF" w:rsidRPr="00634497" w:rsidRDefault="00652FCF" w:rsidP="00634497">
      <w:pPr>
        <w:pStyle w:val="ListParagraph"/>
        <w:numPr>
          <w:ilvl w:val="0"/>
          <w:numId w:val="150"/>
        </w:numPr>
        <w:bidi/>
        <w:spacing w:line="360" w:lineRule="auto"/>
        <w:jc w:val="lowKashida"/>
        <w:rPr>
          <w:rFonts w:ascii="Sakkal Majalla" w:hAnsi="Sakkal Majalla" w:cs="Sakkal Majalla"/>
          <w:b/>
          <w:bCs/>
          <w:szCs w:val="28"/>
          <w:rtl/>
        </w:rPr>
      </w:pPr>
      <w:r w:rsidRPr="00634497">
        <w:rPr>
          <w:rFonts w:ascii="Sakkal Majalla" w:hAnsi="Sakkal Majalla" w:cs="Sakkal Majalla" w:hint="cs"/>
          <w:b/>
          <w:bCs/>
          <w:szCs w:val="28"/>
          <w:rtl/>
        </w:rPr>
        <w:t>العوامل</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التمكينية</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الداخلية</w:t>
      </w:r>
    </w:p>
    <w:p w14:paraId="726434A0" w14:textId="15EF9FE4"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تقييم</w:t>
      </w:r>
      <w:r w:rsidRPr="00652FCF">
        <w:rPr>
          <w:rFonts w:ascii="Sakkal Majalla" w:hAnsi="Sakkal Majalla" w:cs="Sakkal Majalla"/>
          <w:szCs w:val="28"/>
          <w:rtl/>
        </w:rPr>
        <w:t xml:space="preserve"> </w:t>
      </w:r>
      <w:r w:rsidRPr="00652FCF">
        <w:rPr>
          <w:rFonts w:ascii="Sakkal Majalla" w:hAnsi="Sakkal Majalla" w:cs="Sakkal Majalla" w:hint="cs"/>
          <w:szCs w:val="28"/>
          <w:rtl/>
        </w:rPr>
        <w:t>جاهزية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القيادة،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الثقافة،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الموارد،</w:t>
      </w:r>
      <w:r w:rsidRPr="00652FCF">
        <w:rPr>
          <w:rFonts w:ascii="Sakkal Majalla" w:hAnsi="Sakkal Majalla" w:cs="Sakkal Majalla"/>
          <w:szCs w:val="28"/>
          <w:rtl/>
        </w:rPr>
        <w:t xml:space="preserve"> </w:t>
      </w:r>
      <w:r w:rsidRPr="00652FCF">
        <w:rPr>
          <w:rFonts w:ascii="Sakkal Majalla" w:hAnsi="Sakkal Majalla" w:cs="Sakkal Majalla" w:hint="cs"/>
          <w:szCs w:val="28"/>
          <w:rtl/>
        </w:rPr>
        <w:t>والتعلم</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المؤسسي</w:t>
      </w:r>
      <w:r w:rsidR="00643E80">
        <w:rPr>
          <w:rFonts w:ascii="Sakkal Majalla" w:hAnsi="Sakkal Majalla" w:cs="Sakkal Majalla" w:hint="cs"/>
          <w:szCs w:val="28"/>
          <w:rtl/>
        </w:rPr>
        <w:t>، و</w:t>
      </w:r>
      <w:r w:rsidRPr="00652FCF">
        <w:rPr>
          <w:rFonts w:ascii="Sakkal Majalla" w:hAnsi="Sakkal Majalla" w:cs="Sakkal Majalla" w:hint="cs"/>
          <w:szCs w:val="28"/>
          <w:rtl/>
        </w:rPr>
        <w:t>تستخدم</w:t>
      </w:r>
      <w:r w:rsidRPr="00652FCF">
        <w:rPr>
          <w:rFonts w:ascii="Sakkal Majalla" w:hAnsi="Sakkal Majalla" w:cs="Sakkal Majalla"/>
          <w:szCs w:val="28"/>
          <w:rtl/>
        </w:rPr>
        <w:t xml:space="preserve"> </w:t>
      </w:r>
      <w:r w:rsidRPr="00652FCF">
        <w:rPr>
          <w:rFonts w:ascii="Sakkal Majalla" w:hAnsi="Sakkal Majalla" w:cs="Sakkal Majalla" w:hint="cs"/>
          <w:szCs w:val="28"/>
          <w:rtl/>
        </w:rPr>
        <w:t>كمدخلات</w:t>
      </w:r>
      <w:r w:rsidRPr="00652FCF">
        <w:rPr>
          <w:rFonts w:ascii="Sakkal Majalla" w:hAnsi="Sakkal Majalla" w:cs="Sakkal Majalla"/>
          <w:szCs w:val="28"/>
          <w:rtl/>
        </w:rPr>
        <w:t xml:space="preserve"> </w:t>
      </w:r>
      <w:r w:rsidRPr="00652FCF">
        <w:rPr>
          <w:rFonts w:ascii="Sakkal Majalla" w:hAnsi="Sakkal Majalla" w:cs="Sakkal Majalla" w:hint="cs"/>
          <w:szCs w:val="28"/>
          <w:rtl/>
        </w:rPr>
        <w:t>رئيسية</w:t>
      </w:r>
      <w:r w:rsidRPr="00652FCF">
        <w:rPr>
          <w:rFonts w:ascii="Sakkal Majalla" w:hAnsi="Sakkal Majalla" w:cs="Sakkal Majalla"/>
          <w:szCs w:val="28"/>
          <w:rtl/>
        </w:rPr>
        <w:t xml:space="preserve"> </w:t>
      </w:r>
      <w:r w:rsidRPr="00652FCF">
        <w:rPr>
          <w:rFonts w:ascii="Sakkal Majalla" w:hAnsi="Sakkal Majalla" w:cs="Sakkal Majalla" w:hint="cs"/>
          <w:szCs w:val="28"/>
          <w:rtl/>
        </w:rPr>
        <w:t>لتعزيز</w:t>
      </w:r>
      <w:r w:rsidRPr="00652FCF">
        <w:rPr>
          <w:rFonts w:ascii="Sakkal Majalla" w:hAnsi="Sakkal Majalla" w:cs="Sakkal Majalla"/>
          <w:szCs w:val="28"/>
          <w:rtl/>
        </w:rPr>
        <w:t xml:space="preserve"> </w:t>
      </w:r>
      <w:r w:rsidRPr="00652FCF">
        <w:rPr>
          <w:rFonts w:ascii="Sakkal Majalla" w:hAnsi="Sakkal Majalla" w:cs="Sakkal Majalla" w:hint="cs"/>
          <w:szCs w:val="28"/>
          <w:rtl/>
        </w:rPr>
        <w:t>القدرة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الامتصاصية</w:t>
      </w:r>
      <w:r w:rsidRPr="00652FCF">
        <w:rPr>
          <w:rFonts w:ascii="Sakkal Majalla" w:hAnsi="Sakkal Majalla" w:cs="Sakkal Majalla"/>
          <w:szCs w:val="28"/>
        </w:rPr>
        <w:t>.</w:t>
      </w:r>
    </w:p>
    <w:p w14:paraId="09A705DC" w14:textId="77EA5447" w:rsidR="00652FCF" w:rsidRPr="00634497" w:rsidRDefault="00652FCF" w:rsidP="00634497">
      <w:pPr>
        <w:pStyle w:val="ListParagraph"/>
        <w:numPr>
          <w:ilvl w:val="0"/>
          <w:numId w:val="150"/>
        </w:numPr>
        <w:bidi/>
        <w:spacing w:line="360" w:lineRule="auto"/>
        <w:jc w:val="lowKashida"/>
        <w:rPr>
          <w:rFonts w:ascii="Sakkal Majalla" w:hAnsi="Sakkal Majalla" w:cs="Sakkal Majalla"/>
          <w:b/>
          <w:bCs/>
          <w:szCs w:val="28"/>
          <w:rtl/>
        </w:rPr>
      </w:pPr>
      <w:r w:rsidRPr="00634497">
        <w:rPr>
          <w:rFonts w:ascii="Sakkal Majalla" w:hAnsi="Sakkal Majalla" w:cs="Sakkal Majalla" w:hint="cs"/>
          <w:b/>
          <w:bCs/>
          <w:szCs w:val="28"/>
          <w:rtl/>
        </w:rPr>
        <w:t>الدور</w:t>
      </w:r>
      <w:r w:rsidRPr="00634497">
        <w:rPr>
          <w:rFonts w:ascii="Sakkal Majalla" w:hAnsi="Sakkal Majalla" w:cs="Sakkal Majalla"/>
          <w:b/>
          <w:bCs/>
          <w:szCs w:val="28"/>
          <w:rtl/>
        </w:rPr>
        <w:t xml:space="preserve"> </w:t>
      </w:r>
      <w:proofErr w:type="spellStart"/>
      <w:r w:rsidRPr="00634497">
        <w:rPr>
          <w:rFonts w:ascii="Sakkal Majalla" w:hAnsi="Sakkal Majalla" w:cs="Sakkal Majalla" w:hint="cs"/>
          <w:b/>
          <w:bCs/>
          <w:szCs w:val="28"/>
          <w:rtl/>
        </w:rPr>
        <w:t>التمكيني</w:t>
      </w:r>
      <w:proofErr w:type="spellEnd"/>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للشركات</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الاستشارية</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المحرك</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الرئيسي</w:t>
      </w:r>
      <w:r w:rsidRPr="00634497">
        <w:rPr>
          <w:rFonts w:ascii="Sakkal Majalla" w:hAnsi="Sakkal Majalla" w:cs="Sakkal Majalla"/>
          <w:b/>
          <w:bCs/>
          <w:szCs w:val="28"/>
          <w:rtl/>
        </w:rPr>
        <w:t>)</w:t>
      </w:r>
    </w:p>
    <w:p w14:paraId="7874A4E3" w14:textId="6B1C68B9" w:rsidR="00652FCF" w:rsidRPr="00652FCF" w:rsidRDefault="00652FCF" w:rsidP="00634497">
      <w:pPr>
        <w:bidi/>
        <w:spacing w:line="360" w:lineRule="auto"/>
        <w:jc w:val="lowKashida"/>
        <w:rPr>
          <w:rFonts w:ascii="Sakkal Majalla" w:hAnsi="Sakkal Majalla" w:cs="Sakkal Majalla"/>
          <w:szCs w:val="28"/>
          <w:rtl/>
        </w:rPr>
      </w:pPr>
      <w:r w:rsidRPr="00643E80">
        <w:rPr>
          <w:rFonts w:ascii="Sakkal Majalla" w:hAnsi="Sakkal Majalla" w:cs="Sakkal Majalla" w:hint="cs"/>
          <w:szCs w:val="28"/>
          <w:rtl/>
        </w:rPr>
        <w:t>نقل</w:t>
      </w:r>
      <w:r w:rsidRPr="00643E80">
        <w:rPr>
          <w:rFonts w:ascii="Sakkal Majalla" w:hAnsi="Sakkal Majalla" w:cs="Sakkal Majalla"/>
          <w:szCs w:val="28"/>
          <w:rtl/>
        </w:rPr>
        <w:t xml:space="preserve"> </w:t>
      </w:r>
      <w:r w:rsidRPr="00643E80">
        <w:rPr>
          <w:rFonts w:ascii="Sakkal Majalla" w:hAnsi="Sakkal Majalla" w:cs="Sakkal Majalla" w:hint="cs"/>
          <w:szCs w:val="28"/>
          <w:rtl/>
        </w:rPr>
        <w:t>المعرفة،</w:t>
      </w:r>
      <w:r w:rsidRPr="00643E80">
        <w:rPr>
          <w:rFonts w:ascii="Sakkal Majalla" w:hAnsi="Sakkal Majalla" w:cs="Sakkal Majalla"/>
          <w:szCs w:val="28"/>
          <w:rtl/>
        </w:rPr>
        <w:t xml:space="preserve"> </w:t>
      </w:r>
      <w:r w:rsidRPr="00643E80">
        <w:rPr>
          <w:rFonts w:ascii="Sakkal Majalla" w:hAnsi="Sakkal Majalla" w:cs="Sakkal Majalla" w:hint="cs"/>
          <w:szCs w:val="28"/>
          <w:rtl/>
        </w:rPr>
        <w:t>بناء</w:t>
      </w:r>
      <w:r w:rsidRPr="00643E80">
        <w:rPr>
          <w:rFonts w:ascii="Sakkal Majalla" w:hAnsi="Sakkal Majalla" w:cs="Sakkal Majalla"/>
          <w:szCs w:val="28"/>
          <w:rtl/>
        </w:rPr>
        <w:t xml:space="preserve"> </w:t>
      </w:r>
      <w:r w:rsidRPr="00643E80">
        <w:rPr>
          <w:rFonts w:ascii="Sakkal Majalla" w:hAnsi="Sakkal Majalla" w:cs="Sakkal Majalla" w:hint="cs"/>
          <w:szCs w:val="28"/>
          <w:rtl/>
        </w:rPr>
        <w:t>القدرات،</w:t>
      </w:r>
      <w:r w:rsidRPr="00643E80">
        <w:rPr>
          <w:rFonts w:ascii="Sakkal Majalla" w:hAnsi="Sakkal Majalla" w:cs="Sakkal Majalla"/>
          <w:szCs w:val="28"/>
          <w:rtl/>
        </w:rPr>
        <w:t xml:space="preserve"> </w:t>
      </w:r>
      <w:r w:rsidRPr="00643E80">
        <w:rPr>
          <w:rFonts w:ascii="Sakkal Majalla" w:hAnsi="Sakkal Majalla" w:cs="Sakkal Majalla" w:hint="cs"/>
          <w:szCs w:val="28"/>
          <w:rtl/>
        </w:rPr>
        <w:t>والتيسير</w:t>
      </w:r>
      <w:r w:rsidRPr="00643E80">
        <w:rPr>
          <w:rFonts w:ascii="Sakkal Majalla" w:hAnsi="Sakkal Majalla" w:cs="Sakkal Majalla"/>
          <w:szCs w:val="28"/>
          <w:rtl/>
        </w:rPr>
        <w:t xml:space="preserve"> </w:t>
      </w:r>
      <w:r w:rsidRPr="00643E80">
        <w:rPr>
          <w:rFonts w:ascii="Sakkal Majalla" w:hAnsi="Sakkal Majalla" w:cs="Sakkal Majalla" w:hint="cs"/>
          <w:szCs w:val="28"/>
          <w:rtl/>
        </w:rPr>
        <w:t>التشاركي</w:t>
      </w:r>
      <w:r w:rsidR="00643E80" w:rsidRPr="00643E80">
        <w:rPr>
          <w:rFonts w:ascii="Sakkal Majalla" w:hAnsi="Sakkal Majalla" w:cs="Sakkal Majalla" w:hint="cs"/>
          <w:szCs w:val="28"/>
          <w:rtl/>
        </w:rPr>
        <w:t xml:space="preserve">، وهو </w:t>
      </w:r>
      <w:r w:rsidRPr="00643E80">
        <w:rPr>
          <w:rFonts w:ascii="Sakkal Majalla" w:hAnsi="Sakkal Majalla" w:cs="Sakkal Majalla" w:hint="cs"/>
          <w:szCs w:val="28"/>
          <w:rtl/>
        </w:rPr>
        <w:t>المكوّن</w:t>
      </w:r>
      <w:r w:rsidRPr="00643E80">
        <w:rPr>
          <w:rFonts w:ascii="Sakkal Majalla" w:hAnsi="Sakkal Majalla" w:cs="Sakkal Majalla"/>
          <w:szCs w:val="28"/>
          <w:rtl/>
        </w:rPr>
        <w:t xml:space="preserve"> </w:t>
      </w:r>
      <w:r w:rsidRPr="00643E80">
        <w:rPr>
          <w:rFonts w:ascii="Sakkal Majalla" w:hAnsi="Sakkal Majalla" w:cs="Sakkal Majalla" w:hint="cs"/>
          <w:szCs w:val="28"/>
          <w:rtl/>
        </w:rPr>
        <w:t>الأكثر</w:t>
      </w:r>
      <w:r w:rsidRPr="00643E80">
        <w:rPr>
          <w:rFonts w:ascii="Sakkal Majalla" w:hAnsi="Sakkal Majalla" w:cs="Sakkal Majalla"/>
          <w:szCs w:val="28"/>
          <w:rtl/>
        </w:rPr>
        <w:t xml:space="preserve"> </w:t>
      </w:r>
      <w:r w:rsidRPr="00643E80">
        <w:rPr>
          <w:rFonts w:ascii="Sakkal Majalla" w:hAnsi="Sakkal Majalla" w:cs="Sakkal Majalla" w:hint="cs"/>
          <w:szCs w:val="28"/>
          <w:rtl/>
        </w:rPr>
        <w:t>تأثيرًا</w:t>
      </w:r>
      <w:r w:rsidRPr="00643E80">
        <w:rPr>
          <w:rFonts w:ascii="Sakkal Majalla" w:hAnsi="Sakkal Majalla" w:cs="Sakkal Majalla"/>
          <w:szCs w:val="28"/>
          <w:rtl/>
        </w:rPr>
        <w:t xml:space="preserve"> </w:t>
      </w:r>
      <w:r w:rsidRPr="00643E80">
        <w:rPr>
          <w:rFonts w:ascii="Sakkal Majalla" w:hAnsi="Sakkal Majalla" w:cs="Sakkal Majalla" w:hint="cs"/>
          <w:szCs w:val="28"/>
          <w:rtl/>
        </w:rPr>
        <w:t>على</w:t>
      </w:r>
      <w:r w:rsidRPr="00643E80">
        <w:rPr>
          <w:rFonts w:ascii="Sakkal Majalla" w:hAnsi="Sakkal Majalla" w:cs="Sakkal Majalla"/>
          <w:szCs w:val="28"/>
          <w:rtl/>
        </w:rPr>
        <w:t xml:space="preserve"> </w:t>
      </w:r>
      <w:r w:rsidRPr="00643E80">
        <w:rPr>
          <w:rFonts w:ascii="Sakkal Majalla" w:hAnsi="Sakkal Majalla" w:cs="Sakkal Majalla" w:hint="cs"/>
          <w:szCs w:val="28"/>
          <w:rtl/>
        </w:rPr>
        <w:t>الاستدامة</w:t>
      </w:r>
      <w:r w:rsidRPr="00643E80">
        <w:rPr>
          <w:rFonts w:ascii="Sakkal Majalla" w:hAnsi="Sakkal Majalla" w:cs="Sakkal Majalla"/>
          <w:szCs w:val="28"/>
          <w:rtl/>
        </w:rPr>
        <w:t xml:space="preserve"> </w:t>
      </w:r>
      <w:r w:rsidRPr="00643E80">
        <w:rPr>
          <w:rFonts w:ascii="Sakkal Majalla" w:hAnsi="Sakkal Majalla" w:cs="Sakkal Majalla" w:hint="cs"/>
          <w:szCs w:val="28"/>
          <w:rtl/>
        </w:rPr>
        <w:t>في</w:t>
      </w:r>
      <w:r w:rsidRPr="00643E80">
        <w:rPr>
          <w:rFonts w:ascii="Sakkal Majalla" w:hAnsi="Sakkal Majalla" w:cs="Sakkal Majalla"/>
          <w:szCs w:val="28"/>
          <w:rtl/>
        </w:rPr>
        <w:t xml:space="preserve"> </w:t>
      </w:r>
      <w:r w:rsidRPr="00643E80">
        <w:rPr>
          <w:rFonts w:ascii="Sakkal Majalla" w:hAnsi="Sakkal Majalla" w:cs="Sakkal Majalla" w:hint="cs"/>
          <w:szCs w:val="28"/>
          <w:rtl/>
        </w:rPr>
        <w:t>نتائج</w:t>
      </w:r>
      <w:r w:rsidRPr="00643E80">
        <w:rPr>
          <w:rFonts w:ascii="Sakkal Majalla" w:hAnsi="Sakkal Majalla" w:cs="Sakkal Majalla"/>
          <w:szCs w:val="28"/>
          <w:rtl/>
        </w:rPr>
        <w:t xml:space="preserve"> </w:t>
      </w:r>
      <w:r w:rsidRPr="00643E80">
        <w:rPr>
          <w:rFonts w:ascii="Sakkal Majalla" w:hAnsi="Sakkal Majalla" w:cs="Sakkal Majalla" w:hint="cs"/>
          <w:szCs w:val="28"/>
          <w:rtl/>
        </w:rPr>
        <w:t>الدراسة</w:t>
      </w:r>
      <w:r w:rsidRPr="00643E80">
        <w:rPr>
          <w:rFonts w:ascii="Sakkal Majalla" w:hAnsi="Sakkal Majalla" w:cs="Sakkal Majalla"/>
          <w:szCs w:val="28"/>
        </w:rPr>
        <w:t>.</w:t>
      </w:r>
    </w:p>
    <w:p w14:paraId="03E8B986" w14:textId="3EBD3EE1" w:rsidR="00652FCF" w:rsidRPr="00634497" w:rsidRDefault="00652FCF" w:rsidP="00634497">
      <w:pPr>
        <w:pStyle w:val="ListParagraph"/>
        <w:numPr>
          <w:ilvl w:val="0"/>
          <w:numId w:val="150"/>
        </w:numPr>
        <w:bidi/>
        <w:spacing w:line="360" w:lineRule="auto"/>
        <w:jc w:val="lowKashida"/>
        <w:rPr>
          <w:rFonts w:ascii="Sakkal Majalla" w:hAnsi="Sakkal Majalla" w:cs="Sakkal Majalla"/>
          <w:b/>
          <w:bCs/>
          <w:szCs w:val="28"/>
          <w:rtl/>
        </w:rPr>
      </w:pPr>
      <w:r w:rsidRPr="00634497">
        <w:rPr>
          <w:rFonts w:ascii="Sakkal Majalla" w:hAnsi="Sakkal Majalla" w:cs="Sakkal Majalla" w:hint="cs"/>
          <w:b/>
          <w:bCs/>
          <w:szCs w:val="28"/>
          <w:rtl/>
        </w:rPr>
        <w:t>القدرة</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الامتصاصية</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المعرفية</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قلب</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النموذج</w:t>
      </w:r>
      <w:r w:rsidRPr="00634497">
        <w:rPr>
          <w:rFonts w:ascii="Sakkal Majalla" w:hAnsi="Sakkal Majalla" w:cs="Sakkal Majalla"/>
          <w:b/>
          <w:bCs/>
          <w:szCs w:val="28"/>
          <w:rtl/>
        </w:rPr>
        <w:t>)</w:t>
      </w:r>
    </w:p>
    <w:p w14:paraId="5B2BBF2B" w14:textId="6D197F14"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تطوير</w:t>
      </w:r>
      <w:r w:rsidRPr="00652FCF">
        <w:rPr>
          <w:rFonts w:ascii="Sakkal Majalla" w:hAnsi="Sakkal Majalla" w:cs="Sakkal Majalla"/>
          <w:szCs w:val="28"/>
          <w:rtl/>
        </w:rPr>
        <w:t xml:space="preserve"> </w:t>
      </w:r>
      <w:r w:rsidRPr="00652FCF">
        <w:rPr>
          <w:rFonts w:ascii="Sakkal Majalla" w:hAnsi="Sakkal Majalla" w:cs="Sakkal Majalla" w:hint="cs"/>
          <w:szCs w:val="28"/>
          <w:rtl/>
        </w:rPr>
        <w:t>قدرة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الجهة</w:t>
      </w:r>
      <w:r w:rsidRPr="00652FCF">
        <w:rPr>
          <w:rFonts w:ascii="Sakkal Majalla" w:hAnsi="Sakkal Majalla" w:cs="Sakkal Majalla"/>
          <w:szCs w:val="28"/>
          <w:rtl/>
        </w:rPr>
        <w:t xml:space="preserve"> </w:t>
      </w:r>
      <w:r w:rsidRPr="00652FCF">
        <w:rPr>
          <w:rFonts w:ascii="Sakkal Majalla" w:hAnsi="Sakkal Majalla" w:cs="Sakkal Majalla" w:hint="cs"/>
          <w:szCs w:val="28"/>
          <w:rtl/>
        </w:rPr>
        <w:t>على</w:t>
      </w:r>
      <w:r w:rsidRPr="00652FCF">
        <w:rPr>
          <w:rFonts w:ascii="Sakkal Majalla" w:hAnsi="Sakkal Majalla" w:cs="Sakkal Majalla"/>
          <w:szCs w:val="28"/>
          <w:rtl/>
        </w:rPr>
        <w:t xml:space="preserve"> </w:t>
      </w:r>
      <w:r w:rsidRPr="00652FCF">
        <w:rPr>
          <w:rFonts w:ascii="Sakkal Majalla" w:hAnsi="Sakkal Majalla" w:cs="Sakkal Majalla" w:hint="cs"/>
          <w:szCs w:val="28"/>
          <w:rtl/>
        </w:rPr>
        <w:t>استيعاب،</w:t>
      </w:r>
      <w:r w:rsidRPr="00652FCF">
        <w:rPr>
          <w:rFonts w:ascii="Sakkal Majalla" w:hAnsi="Sakkal Majalla" w:cs="Sakkal Majalla"/>
          <w:szCs w:val="28"/>
          <w:rtl/>
        </w:rPr>
        <w:t xml:space="preserve"> </w:t>
      </w:r>
      <w:r w:rsidRPr="00652FCF">
        <w:rPr>
          <w:rFonts w:ascii="Sakkal Majalla" w:hAnsi="Sakkal Majalla" w:cs="Sakkal Majalla" w:hint="cs"/>
          <w:szCs w:val="28"/>
          <w:rtl/>
        </w:rPr>
        <w:t>تكييف،</w:t>
      </w:r>
      <w:r w:rsidRPr="00652FCF">
        <w:rPr>
          <w:rFonts w:ascii="Sakkal Majalla" w:hAnsi="Sakkal Majalla" w:cs="Sakkal Majalla"/>
          <w:szCs w:val="28"/>
          <w:rtl/>
        </w:rPr>
        <w:t xml:space="preserve"> </w:t>
      </w:r>
      <w:r w:rsidRPr="00652FCF">
        <w:rPr>
          <w:rFonts w:ascii="Sakkal Majalla" w:hAnsi="Sakkal Majalla" w:cs="Sakkal Majalla" w:hint="cs"/>
          <w:szCs w:val="28"/>
          <w:rtl/>
        </w:rPr>
        <w:t>وتطبيق</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المعرفة</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المكتسبة</w:t>
      </w:r>
      <w:r w:rsidR="00643E80">
        <w:rPr>
          <w:rFonts w:ascii="Sakkal Majalla" w:hAnsi="Sakkal Majalla" w:cs="Sakkal Majalla" w:hint="cs"/>
          <w:szCs w:val="28"/>
          <w:rtl/>
        </w:rPr>
        <w:t xml:space="preserve"> و</w:t>
      </w:r>
      <w:r w:rsidRPr="00652FCF">
        <w:rPr>
          <w:rFonts w:ascii="Sakkal Majalla" w:hAnsi="Sakkal Majalla" w:cs="Sakkal Majalla" w:hint="cs"/>
          <w:szCs w:val="28"/>
          <w:rtl/>
        </w:rPr>
        <w:t>قياسها</w:t>
      </w:r>
      <w:r w:rsidRPr="00652FCF">
        <w:rPr>
          <w:rFonts w:ascii="Sakkal Majalla" w:hAnsi="Sakkal Majalla" w:cs="Sakkal Majalla"/>
          <w:szCs w:val="28"/>
          <w:rtl/>
        </w:rPr>
        <w:t xml:space="preserve"> </w:t>
      </w:r>
      <w:r w:rsidRPr="00652FCF">
        <w:rPr>
          <w:rFonts w:ascii="Sakkal Majalla" w:hAnsi="Sakkal Majalla" w:cs="Sakkal Majalla" w:hint="cs"/>
          <w:szCs w:val="28"/>
          <w:rtl/>
        </w:rPr>
        <w:t>قبل</w:t>
      </w:r>
      <w:r w:rsidRPr="00652FCF">
        <w:rPr>
          <w:rFonts w:ascii="Sakkal Majalla" w:hAnsi="Sakkal Majalla" w:cs="Sakkal Majalla"/>
          <w:szCs w:val="28"/>
          <w:rtl/>
        </w:rPr>
        <w:t xml:space="preserve"> </w:t>
      </w:r>
      <w:r w:rsidRPr="00652FCF">
        <w:rPr>
          <w:rFonts w:ascii="Sakkal Majalla" w:hAnsi="Sakkal Majalla" w:cs="Sakkal Majalla" w:hint="cs"/>
          <w:szCs w:val="28"/>
          <w:rtl/>
        </w:rPr>
        <w:t>وأثناء</w:t>
      </w:r>
      <w:r w:rsidRPr="00652FCF">
        <w:rPr>
          <w:rFonts w:ascii="Sakkal Majalla" w:hAnsi="Sakkal Majalla" w:cs="Sakkal Majalla"/>
          <w:szCs w:val="28"/>
          <w:rtl/>
        </w:rPr>
        <w:t xml:space="preserve"> </w:t>
      </w:r>
      <w:r w:rsidRPr="00652FCF">
        <w:rPr>
          <w:rFonts w:ascii="Sakkal Majalla" w:hAnsi="Sakkal Majalla" w:cs="Sakkal Majalla" w:hint="cs"/>
          <w:szCs w:val="28"/>
          <w:rtl/>
        </w:rPr>
        <w:t>وبعد</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المشروع</w:t>
      </w:r>
      <w:r w:rsidRPr="00652FCF">
        <w:rPr>
          <w:rFonts w:ascii="Sakkal Majalla" w:hAnsi="Sakkal Majalla" w:cs="Sakkal Majalla"/>
          <w:szCs w:val="28"/>
          <w:rtl/>
        </w:rPr>
        <w:t xml:space="preserve"> </w:t>
      </w:r>
      <w:r w:rsidRPr="00652FCF">
        <w:rPr>
          <w:rFonts w:ascii="Sakkal Majalla" w:hAnsi="Sakkal Majalla" w:cs="Sakkal Majalla" w:hint="cs"/>
          <w:szCs w:val="28"/>
          <w:rtl/>
        </w:rPr>
        <w:t>لضمان</w:t>
      </w:r>
      <w:r w:rsidRPr="00652FCF">
        <w:rPr>
          <w:rFonts w:ascii="Sakkal Majalla" w:hAnsi="Sakkal Majalla" w:cs="Sakkal Majalla"/>
          <w:szCs w:val="28"/>
          <w:rtl/>
        </w:rPr>
        <w:t xml:space="preserve"> </w:t>
      </w:r>
      <w:r w:rsidRPr="00652FCF">
        <w:rPr>
          <w:rFonts w:ascii="Sakkal Majalla" w:hAnsi="Sakkal Majalla" w:cs="Sakkal Majalla" w:hint="cs"/>
          <w:szCs w:val="28"/>
          <w:rtl/>
        </w:rPr>
        <w:t>بنائها</w:t>
      </w:r>
      <w:r w:rsidRPr="00652FCF">
        <w:rPr>
          <w:rFonts w:ascii="Sakkal Majalla" w:hAnsi="Sakkal Majalla" w:cs="Sakkal Majalla"/>
          <w:szCs w:val="28"/>
        </w:rPr>
        <w:t>.</w:t>
      </w:r>
    </w:p>
    <w:p w14:paraId="3267C1FA" w14:textId="6FCE2C20" w:rsidR="00652FCF" w:rsidRPr="00634497" w:rsidRDefault="00652FCF" w:rsidP="00634497">
      <w:pPr>
        <w:pStyle w:val="ListParagraph"/>
        <w:numPr>
          <w:ilvl w:val="0"/>
          <w:numId w:val="150"/>
        </w:numPr>
        <w:bidi/>
        <w:spacing w:line="360" w:lineRule="auto"/>
        <w:jc w:val="lowKashida"/>
        <w:rPr>
          <w:rFonts w:ascii="Sakkal Majalla" w:hAnsi="Sakkal Majalla" w:cs="Sakkal Majalla"/>
          <w:b/>
          <w:bCs/>
          <w:szCs w:val="28"/>
          <w:rtl/>
        </w:rPr>
      </w:pPr>
      <w:r w:rsidRPr="00634497">
        <w:rPr>
          <w:rFonts w:ascii="Sakkal Majalla" w:hAnsi="Sakkal Majalla" w:cs="Sakkal Majalla" w:hint="cs"/>
          <w:b/>
          <w:bCs/>
          <w:szCs w:val="28"/>
          <w:rtl/>
        </w:rPr>
        <w:t>الآليات</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المؤسسية</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لاستدامة</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المعرفة</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ضمان</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البقاء</w:t>
      </w:r>
      <w:r w:rsidRPr="00634497">
        <w:rPr>
          <w:rFonts w:ascii="Sakkal Majalla" w:hAnsi="Sakkal Majalla" w:cs="Sakkal Majalla"/>
          <w:b/>
          <w:bCs/>
          <w:szCs w:val="28"/>
          <w:rtl/>
        </w:rPr>
        <w:t>)</w:t>
      </w:r>
    </w:p>
    <w:p w14:paraId="1FB9A426" w14:textId="77545A1B" w:rsidR="00652FCF" w:rsidRPr="00652FCF" w:rsidRDefault="00652FCF" w:rsidP="00634497">
      <w:pPr>
        <w:bidi/>
        <w:spacing w:line="360" w:lineRule="auto"/>
        <w:jc w:val="lowKashida"/>
        <w:rPr>
          <w:rFonts w:ascii="Sakkal Majalla" w:hAnsi="Sakkal Majalla" w:cs="Sakkal Majalla"/>
          <w:szCs w:val="28"/>
          <w:rtl/>
        </w:rPr>
      </w:pPr>
      <w:r w:rsidRPr="00652FCF">
        <w:rPr>
          <w:rFonts w:ascii="Sakkal Majalla" w:hAnsi="Sakkal Majalla" w:cs="Sakkal Majalla" w:hint="cs"/>
          <w:szCs w:val="28"/>
          <w:rtl/>
        </w:rPr>
        <w:t>إنشاء</w:t>
      </w:r>
      <w:r w:rsidRPr="00652FCF">
        <w:rPr>
          <w:rFonts w:ascii="Sakkal Majalla" w:hAnsi="Sakkal Majalla" w:cs="Sakkal Majalla"/>
          <w:szCs w:val="28"/>
          <w:rtl/>
        </w:rPr>
        <w:t xml:space="preserve"> </w:t>
      </w:r>
      <w:r w:rsidRPr="00652FCF">
        <w:rPr>
          <w:rFonts w:ascii="Sakkal Majalla" w:hAnsi="Sakkal Majalla" w:cs="Sakkal Majalla" w:hint="cs"/>
          <w:szCs w:val="28"/>
          <w:rtl/>
        </w:rPr>
        <w:t>أنظمة</w:t>
      </w:r>
      <w:r w:rsidRPr="00652FCF">
        <w:rPr>
          <w:rFonts w:ascii="Sakkal Majalla" w:hAnsi="Sakkal Majalla" w:cs="Sakkal Majalla"/>
          <w:szCs w:val="28"/>
          <w:rtl/>
        </w:rPr>
        <w:t xml:space="preserve"> </w:t>
      </w:r>
      <w:r w:rsidRPr="00652FCF">
        <w:rPr>
          <w:rFonts w:ascii="Sakkal Majalla" w:hAnsi="Sakkal Majalla" w:cs="Sakkal Majalla" w:hint="cs"/>
          <w:szCs w:val="28"/>
          <w:rtl/>
        </w:rPr>
        <w:t>وأدوات</w:t>
      </w:r>
      <w:r w:rsidRPr="00652FCF">
        <w:rPr>
          <w:rFonts w:ascii="Sakkal Majalla" w:hAnsi="Sakkal Majalla" w:cs="Sakkal Majalla"/>
          <w:szCs w:val="28"/>
          <w:rtl/>
        </w:rPr>
        <w:t xml:space="preserve"> </w:t>
      </w:r>
      <w:r w:rsidRPr="00652FCF">
        <w:rPr>
          <w:rFonts w:ascii="Sakkal Majalla" w:hAnsi="Sakkal Majalla" w:cs="Sakkal Majalla" w:hint="cs"/>
          <w:szCs w:val="28"/>
          <w:rtl/>
        </w:rPr>
        <w:t>لحفظ</w:t>
      </w:r>
      <w:r w:rsidRPr="00652FCF">
        <w:rPr>
          <w:rFonts w:ascii="Sakkal Majalla" w:hAnsi="Sakkal Majalla" w:cs="Sakkal Majalla"/>
          <w:szCs w:val="28"/>
          <w:rtl/>
        </w:rPr>
        <w:t xml:space="preserve"> </w:t>
      </w:r>
      <w:r w:rsidRPr="00652FCF">
        <w:rPr>
          <w:rFonts w:ascii="Sakkal Majalla" w:hAnsi="Sakkal Majalla" w:cs="Sakkal Majalla" w:hint="cs"/>
          <w:szCs w:val="28"/>
          <w:rtl/>
        </w:rPr>
        <w:t>وتدوير</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المعرفة،</w:t>
      </w:r>
      <w:r w:rsidRPr="00652FCF">
        <w:rPr>
          <w:rFonts w:ascii="Sakkal Majalla" w:hAnsi="Sakkal Majalla" w:cs="Sakkal Majalla"/>
          <w:szCs w:val="28"/>
          <w:rtl/>
        </w:rPr>
        <w:t xml:space="preserve"> </w:t>
      </w:r>
      <w:r w:rsidRPr="00652FCF">
        <w:rPr>
          <w:rFonts w:ascii="Sakkal Majalla" w:hAnsi="Sakkal Majalla" w:cs="Sakkal Majalla" w:hint="cs"/>
          <w:szCs w:val="28"/>
          <w:rtl/>
        </w:rPr>
        <w:t>ودمجها</w:t>
      </w:r>
      <w:r w:rsidRPr="00652FCF">
        <w:rPr>
          <w:rFonts w:ascii="Sakkal Majalla" w:hAnsi="Sakkal Majalla" w:cs="Sakkal Majalla"/>
          <w:szCs w:val="28"/>
          <w:rtl/>
        </w:rPr>
        <w:t xml:space="preserve"> </w:t>
      </w:r>
      <w:r w:rsidRPr="00652FCF">
        <w:rPr>
          <w:rFonts w:ascii="Sakkal Majalla" w:hAnsi="Sakkal Majalla" w:cs="Sakkal Majalla" w:hint="cs"/>
          <w:szCs w:val="28"/>
          <w:rtl/>
        </w:rPr>
        <w:t>في</w:t>
      </w:r>
      <w:r w:rsidRPr="00652FCF">
        <w:rPr>
          <w:rFonts w:ascii="Sakkal Majalla" w:hAnsi="Sakkal Majalla" w:cs="Sakkal Majalla"/>
          <w:szCs w:val="28"/>
          <w:rtl/>
        </w:rPr>
        <w:t xml:space="preserve"> </w:t>
      </w:r>
      <w:r w:rsidRPr="00652FCF">
        <w:rPr>
          <w:rFonts w:ascii="Sakkal Majalla" w:hAnsi="Sakkal Majalla" w:cs="Sakkal Majalla" w:hint="cs"/>
          <w:szCs w:val="28"/>
          <w:rtl/>
        </w:rPr>
        <w:t>الإجراءات</w:t>
      </w:r>
      <w:r w:rsidRPr="00652FCF">
        <w:rPr>
          <w:rFonts w:ascii="Sakkal Majalla" w:hAnsi="Sakkal Majalla" w:cs="Sakkal Majalla"/>
          <w:szCs w:val="28"/>
          <w:rtl/>
        </w:rPr>
        <w:t xml:space="preserve"> </w:t>
      </w:r>
      <w:r w:rsidRPr="00652FCF">
        <w:rPr>
          <w:rFonts w:ascii="Sakkal Majalla" w:hAnsi="Sakkal Majalla" w:cs="Sakkal Majalla" w:hint="cs"/>
          <w:szCs w:val="28"/>
          <w:rtl/>
        </w:rPr>
        <w:t>والسياسات</w:t>
      </w:r>
      <w:r w:rsidRPr="00652FCF">
        <w:rPr>
          <w:rFonts w:ascii="Sakkal Majalla" w:hAnsi="Sakkal Majalla" w:cs="Sakkal Majalla"/>
          <w:szCs w:val="28"/>
        </w:rPr>
        <w:t>.</w:t>
      </w:r>
    </w:p>
    <w:p w14:paraId="7ED0AE5E" w14:textId="2A256304" w:rsidR="00652FCF" w:rsidRPr="00634497" w:rsidRDefault="00652FCF" w:rsidP="00634497">
      <w:pPr>
        <w:pStyle w:val="ListParagraph"/>
        <w:numPr>
          <w:ilvl w:val="0"/>
          <w:numId w:val="150"/>
        </w:numPr>
        <w:bidi/>
        <w:spacing w:line="360" w:lineRule="auto"/>
        <w:rPr>
          <w:rFonts w:ascii="Sakkal Majalla" w:hAnsi="Sakkal Majalla" w:cs="Sakkal Majalla"/>
          <w:b/>
          <w:bCs/>
          <w:szCs w:val="28"/>
          <w:rtl/>
        </w:rPr>
      </w:pPr>
      <w:r w:rsidRPr="00634497">
        <w:rPr>
          <w:rFonts w:ascii="Sakkal Majalla" w:hAnsi="Sakkal Majalla" w:cs="Sakkal Majalla" w:hint="cs"/>
          <w:b/>
          <w:bCs/>
          <w:szCs w:val="28"/>
          <w:rtl/>
        </w:rPr>
        <w:lastRenderedPageBreak/>
        <w:t>العلاقة</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التعاقدية</w:t>
      </w:r>
      <w:r w:rsidRPr="00634497">
        <w:rPr>
          <w:rFonts w:ascii="Sakkal Majalla" w:hAnsi="Sakkal Majalla" w:cs="Sakkal Majalla"/>
          <w:b/>
          <w:bCs/>
          <w:szCs w:val="28"/>
          <w:rtl/>
        </w:rPr>
        <w:t xml:space="preserve"> </w:t>
      </w:r>
      <w:r w:rsidRPr="00634497">
        <w:rPr>
          <w:rFonts w:ascii="Sakkal Majalla" w:hAnsi="Sakkal Majalla" w:cs="Sakkal Majalla" w:hint="cs"/>
          <w:b/>
          <w:bCs/>
          <w:szCs w:val="28"/>
          <w:rtl/>
        </w:rPr>
        <w:t>الذكية</w:t>
      </w:r>
    </w:p>
    <w:p w14:paraId="6D364DDB" w14:textId="15EC6D2F" w:rsidR="00652FCF" w:rsidRPr="00652FCF" w:rsidRDefault="00652FCF" w:rsidP="00083D43">
      <w:pPr>
        <w:bidi/>
        <w:spacing w:line="360" w:lineRule="auto"/>
        <w:rPr>
          <w:rFonts w:ascii="Sakkal Majalla" w:hAnsi="Sakkal Majalla" w:cs="Sakkal Majalla"/>
          <w:szCs w:val="28"/>
          <w:rtl/>
        </w:rPr>
      </w:pPr>
      <w:r w:rsidRPr="00652FCF">
        <w:rPr>
          <w:rFonts w:ascii="Sakkal Majalla" w:hAnsi="Sakkal Majalla" w:cs="Sakkal Majalla" w:hint="cs"/>
          <w:szCs w:val="28"/>
          <w:rtl/>
        </w:rPr>
        <w:t>بنود</w:t>
      </w:r>
      <w:r w:rsidRPr="00652FCF">
        <w:rPr>
          <w:rFonts w:ascii="Sakkal Majalla" w:hAnsi="Sakkal Majalla" w:cs="Sakkal Majalla"/>
          <w:szCs w:val="28"/>
          <w:rtl/>
        </w:rPr>
        <w:t xml:space="preserve"> </w:t>
      </w:r>
      <w:r w:rsidRPr="00652FCF">
        <w:rPr>
          <w:rFonts w:ascii="Sakkal Majalla" w:hAnsi="Sakkal Majalla" w:cs="Sakkal Majalla" w:hint="cs"/>
          <w:szCs w:val="28"/>
          <w:rtl/>
        </w:rPr>
        <w:t>واضحة</w:t>
      </w:r>
      <w:r w:rsidRPr="00652FCF">
        <w:rPr>
          <w:rFonts w:ascii="Sakkal Majalla" w:hAnsi="Sakkal Majalla" w:cs="Sakkal Majalla"/>
          <w:szCs w:val="28"/>
          <w:rtl/>
        </w:rPr>
        <w:t xml:space="preserve"> </w:t>
      </w:r>
      <w:r w:rsidRPr="00652FCF">
        <w:rPr>
          <w:rFonts w:ascii="Sakkal Majalla" w:hAnsi="Sakkal Majalla" w:cs="Sakkal Majalla" w:hint="cs"/>
          <w:szCs w:val="28"/>
          <w:rtl/>
        </w:rPr>
        <w:t>لنقل</w:t>
      </w:r>
      <w:r w:rsidRPr="00652FCF">
        <w:rPr>
          <w:rFonts w:ascii="Sakkal Majalla" w:hAnsi="Sakkal Majalla" w:cs="Sakkal Majalla"/>
          <w:szCs w:val="28"/>
          <w:rtl/>
        </w:rPr>
        <w:t xml:space="preserve"> </w:t>
      </w:r>
      <w:r w:rsidRPr="00652FCF">
        <w:rPr>
          <w:rFonts w:ascii="Sakkal Majalla" w:hAnsi="Sakkal Majalla" w:cs="Sakkal Majalla" w:hint="cs"/>
          <w:szCs w:val="28"/>
          <w:rtl/>
        </w:rPr>
        <w:t>المعرفة</w:t>
      </w:r>
      <w:r w:rsidRPr="00652FCF">
        <w:rPr>
          <w:rFonts w:ascii="Sakkal Majalla" w:hAnsi="Sakkal Majalla" w:cs="Sakkal Majalla"/>
          <w:szCs w:val="28"/>
          <w:rtl/>
        </w:rPr>
        <w:t xml:space="preserve"> </w:t>
      </w:r>
      <w:r w:rsidRPr="00652FCF">
        <w:rPr>
          <w:rFonts w:ascii="Sakkal Majalla" w:hAnsi="Sakkal Majalla" w:cs="Sakkal Majalla" w:hint="cs"/>
          <w:szCs w:val="28"/>
          <w:rtl/>
        </w:rPr>
        <w:t>ومؤشرات</w:t>
      </w:r>
      <w:r w:rsidRPr="00652FCF">
        <w:rPr>
          <w:rFonts w:ascii="Sakkal Majalla" w:hAnsi="Sakkal Majalla" w:cs="Sakkal Majalla"/>
          <w:szCs w:val="28"/>
          <w:rtl/>
        </w:rPr>
        <w:t xml:space="preserve"> </w:t>
      </w:r>
      <w:r w:rsidRPr="00652FCF">
        <w:rPr>
          <w:rFonts w:ascii="Sakkal Majalla" w:hAnsi="Sakkal Majalla" w:cs="Sakkal Majalla" w:hint="cs"/>
          <w:szCs w:val="28"/>
          <w:rtl/>
        </w:rPr>
        <w:t>أداء</w:t>
      </w:r>
      <w:r w:rsidRPr="00652FCF">
        <w:rPr>
          <w:rFonts w:ascii="Sakkal Majalla" w:hAnsi="Sakkal Majalla" w:cs="Sakkal Majalla"/>
          <w:szCs w:val="28"/>
          <w:rtl/>
        </w:rPr>
        <w:t xml:space="preserve"> </w:t>
      </w:r>
      <w:r w:rsidRPr="00652FCF">
        <w:rPr>
          <w:rFonts w:ascii="Sakkal Majalla" w:hAnsi="Sakkal Majalla" w:cs="Sakkal Majalla" w:hint="cs"/>
          <w:szCs w:val="28"/>
          <w:rtl/>
        </w:rPr>
        <w:t>مرتبطة</w:t>
      </w:r>
      <w:r w:rsidRPr="00652FCF">
        <w:rPr>
          <w:rFonts w:ascii="Sakkal Majalla" w:hAnsi="Sakkal Majalla" w:cs="Sakkal Majalla"/>
          <w:szCs w:val="28"/>
          <w:rtl/>
        </w:rPr>
        <w:t xml:space="preserve"> </w:t>
      </w:r>
      <w:r w:rsidRPr="00652FCF">
        <w:rPr>
          <w:rFonts w:ascii="Sakkal Majalla" w:hAnsi="Sakkal Majalla" w:cs="Sakkal Majalla" w:hint="cs"/>
          <w:szCs w:val="28"/>
          <w:rtl/>
        </w:rPr>
        <w:t>بالاستدامة،</w:t>
      </w:r>
      <w:r w:rsidRPr="00652FCF">
        <w:rPr>
          <w:rFonts w:ascii="Sakkal Majalla" w:hAnsi="Sakkal Majalla" w:cs="Sakkal Majalla"/>
          <w:szCs w:val="28"/>
          <w:rtl/>
        </w:rPr>
        <w:t xml:space="preserve"> </w:t>
      </w:r>
      <w:r w:rsidRPr="00652FCF">
        <w:rPr>
          <w:rFonts w:ascii="Sakkal Majalla" w:hAnsi="Sakkal Majalla" w:cs="Sakkal Majalla" w:hint="cs"/>
          <w:szCs w:val="28"/>
          <w:rtl/>
        </w:rPr>
        <w:t>مع</w:t>
      </w:r>
      <w:r w:rsidRPr="00652FCF">
        <w:rPr>
          <w:rFonts w:ascii="Sakkal Majalla" w:hAnsi="Sakkal Majalla" w:cs="Sakkal Majalla"/>
          <w:szCs w:val="28"/>
          <w:rtl/>
        </w:rPr>
        <w:t xml:space="preserve"> </w:t>
      </w:r>
      <w:r w:rsidRPr="00652FCF">
        <w:rPr>
          <w:rFonts w:ascii="Sakkal Majalla" w:hAnsi="Sakkal Majalla" w:cs="Sakkal Majalla" w:hint="cs"/>
          <w:szCs w:val="28"/>
          <w:rtl/>
        </w:rPr>
        <w:t>التزامات</w:t>
      </w:r>
      <w:r w:rsidRPr="00652FCF">
        <w:rPr>
          <w:rFonts w:ascii="Sakkal Majalla" w:hAnsi="Sakkal Majalla" w:cs="Sakkal Majalla"/>
          <w:szCs w:val="28"/>
          <w:rtl/>
        </w:rPr>
        <w:t xml:space="preserve"> </w:t>
      </w:r>
      <w:r w:rsidRPr="00652FCF">
        <w:rPr>
          <w:rFonts w:ascii="Sakkal Majalla" w:hAnsi="Sakkal Majalla" w:cs="Sakkal Majalla" w:hint="cs"/>
          <w:szCs w:val="28"/>
          <w:rtl/>
        </w:rPr>
        <w:t>ما</w:t>
      </w:r>
      <w:r w:rsidRPr="00652FCF">
        <w:rPr>
          <w:rFonts w:ascii="Sakkal Majalla" w:hAnsi="Sakkal Majalla" w:cs="Sakkal Majalla"/>
          <w:szCs w:val="28"/>
          <w:rtl/>
        </w:rPr>
        <w:t xml:space="preserve"> </w:t>
      </w:r>
      <w:r w:rsidRPr="00652FCF">
        <w:rPr>
          <w:rFonts w:ascii="Sakkal Majalla" w:hAnsi="Sakkal Majalla" w:cs="Sakkal Majalla" w:hint="cs"/>
          <w:szCs w:val="28"/>
          <w:rtl/>
        </w:rPr>
        <w:t>بعد</w:t>
      </w:r>
      <w:r w:rsidRPr="00652FCF">
        <w:rPr>
          <w:rFonts w:ascii="Sakkal Majalla" w:hAnsi="Sakkal Majalla" w:cs="Sakkal Majalla"/>
          <w:szCs w:val="28"/>
          <w:rtl/>
        </w:rPr>
        <w:t xml:space="preserve"> </w:t>
      </w:r>
      <w:r w:rsidRPr="00652FCF">
        <w:rPr>
          <w:rFonts w:ascii="Sakkal Majalla" w:hAnsi="Sakkal Majalla" w:cs="Sakkal Majalla" w:hint="cs"/>
          <w:szCs w:val="28"/>
          <w:rtl/>
        </w:rPr>
        <w:t>الإغلاق</w:t>
      </w:r>
      <w:r w:rsidRPr="00652FCF">
        <w:rPr>
          <w:rFonts w:ascii="Sakkal Majalla" w:hAnsi="Sakkal Majalla" w:cs="Sakkal Majalla"/>
          <w:szCs w:val="28"/>
        </w:rPr>
        <w:t>.</w:t>
      </w:r>
    </w:p>
    <w:p w14:paraId="5755C67D" w14:textId="77777777" w:rsidR="00652FCF" w:rsidRPr="00634497" w:rsidRDefault="00652FCF" w:rsidP="00083D43">
      <w:pPr>
        <w:bidi/>
        <w:spacing w:line="360" w:lineRule="auto"/>
        <w:rPr>
          <w:rFonts w:ascii="Sakkal Majalla" w:hAnsi="Sakkal Majalla" w:cs="Sakkal Majalla"/>
          <w:b/>
          <w:bCs/>
          <w:sz w:val="32"/>
          <w:szCs w:val="32"/>
          <w:rtl/>
        </w:rPr>
      </w:pPr>
      <w:r w:rsidRPr="00634497">
        <w:rPr>
          <w:rFonts w:ascii="Sakkal Majalla" w:hAnsi="Sakkal Majalla" w:cs="Sakkal Majalla"/>
          <w:b/>
          <w:bCs/>
          <w:sz w:val="32"/>
          <w:szCs w:val="32"/>
          <w:rtl/>
        </w:rPr>
        <w:t>5.4.2</w:t>
      </w:r>
      <w:r w:rsidRPr="00634497">
        <w:rPr>
          <w:rFonts w:ascii="Sakkal Majalla" w:hAnsi="Sakkal Majalla" w:cs="Sakkal Majalla"/>
          <w:b/>
          <w:bCs/>
          <w:sz w:val="32"/>
          <w:szCs w:val="32"/>
        </w:rPr>
        <w:t xml:space="preserve"> </w:t>
      </w:r>
      <w:r w:rsidRPr="00634497">
        <w:rPr>
          <w:rFonts w:ascii="Sakkal Majalla" w:hAnsi="Sakkal Majalla" w:cs="Sakkal Majalla" w:hint="cs"/>
          <w:b/>
          <w:bCs/>
          <w:sz w:val="32"/>
          <w:szCs w:val="32"/>
          <w:rtl/>
        </w:rPr>
        <w:t>مراحل</w:t>
      </w:r>
      <w:r w:rsidRPr="00634497">
        <w:rPr>
          <w:rFonts w:ascii="Sakkal Majalla" w:hAnsi="Sakkal Majalla" w:cs="Sakkal Majalla"/>
          <w:b/>
          <w:bCs/>
          <w:sz w:val="32"/>
          <w:szCs w:val="32"/>
          <w:rtl/>
        </w:rPr>
        <w:t xml:space="preserve"> </w:t>
      </w:r>
      <w:r w:rsidRPr="00634497">
        <w:rPr>
          <w:rFonts w:ascii="Sakkal Majalla" w:hAnsi="Sakkal Majalla" w:cs="Sakkal Majalla" w:hint="cs"/>
          <w:b/>
          <w:bCs/>
          <w:sz w:val="32"/>
          <w:szCs w:val="32"/>
          <w:rtl/>
        </w:rPr>
        <w:t>التنفيذ</w:t>
      </w:r>
    </w:p>
    <w:p w14:paraId="47B7E2F4" w14:textId="71296B01" w:rsidR="00652FCF" w:rsidRPr="00652FCF" w:rsidRDefault="004313FE" w:rsidP="00083D43">
      <w:pPr>
        <w:bidi/>
        <w:spacing w:line="360" w:lineRule="auto"/>
        <w:rPr>
          <w:rFonts w:ascii="Sakkal Majalla" w:hAnsi="Sakkal Majalla" w:cs="Sakkal Majalla"/>
          <w:szCs w:val="28"/>
          <w:rtl/>
        </w:rPr>
      </w:pPr>
      <w:r w:rsidRPr="004313FE">
        <w:rPr>
          <w:rFonts w:ascii="Sakkal Majalla" w:hAnsi="Sakkal Majalla" w:cs="Sakkal Majalla" w:hint="cs"/>
          <w:b/>
          <w:bCs/>
          <w:szCs w:val="28"/>
          <w:rtl/>
        </w:rPr>
        <w:t>المرحلة الأولى:</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التشخيص</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المزدوج</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داخلي</w:t>
      </w:r>
      <w:r w:rsidR="00652FCF" w:rsidRPr="00652FCF">
        <w:rPr>
          <w:rFonts w:ascii="Sakkal Majalla" w:hAnsi="Sakkal Majalla" w:cs="Sakkal Majalla"/>
          <w:szCs w:val="28"/>
          <w:rtl/>
        </w:rPr>
        <w:t xml:space="preserve"> + </w:t>
      </w:r>
      <w:r w:rsidR="00652FCF" w:rsidRPr="00652FCF">
        <w:rPr>
          <w:rFonts w:ascii="Sakkal Majalla" w:hAnsi="Sakkal Majalla" w:cs="Sakkal Majalla" w:hint="cs"/>
          <w:szCs w:val="28"/>
          <w:rtl/>
        </w:rPr>
        <w:t>خارجي</w:t>
      </w:r>
      <w:r w:rsidR="00652FCF" w:rsidRPr="00652FCF">
        <w:rPr>
          <w:rFonts w:ascii="Sakkal Majalla" w:hAnsi="Sakkal Majalla" w:cs="Sakkal Majalla"/>
          <w:szCs w:val="28"/>
          <w:rtl/>
        </w:rPr>
        <w:t>)</w:t>
      </w:r>
    </w:p>
    <w:p w14:paraId="009BF946" w14:textId="6C992E2F" w:rsidR="00652FCF" w:rsidRPr="004313FE" w:rsidRDefault="00652FCF" w:rsidP="00083D43">
      <w:pPr>
        <w:pStyle w:val="ListParagraph"/>
        <w:numPr>
          <w:ilvl w:val="0"/>
          <w:numId w:val="82"/>
        </w:numPr>
        <w:bidi/>
        <w:spacing w:line="360" w:lineRule="auto"/>
        <w:rPr>
          <w:rFonts w:ascii="Sakkal Majalla" w:hAnsi="Sakkal Majalla" w:cs="Sakkal Majalla"/>
          <w:szCs w:val="28"/>
          <w:rtl/>
        </w:rPr>
      </w:pPr>
      <w:r w:rsidRPr="004313FE">
        <w:rPr>
          <w:rFonts w:ascii="Sakkal Majalla" w:hAnsi="Sakkal Majalla" w:cs="Sakkal Majalla" w:hint="cs"/>
          <w:szCs w:val="28"/>
          <w:rtl/>
        </w:rPr>
        <w:t>قياس</w:t>
      </w:r>
      <w:r w:rsidRPr="004313FE">
        <w:rPr>
          <w:rFonts w:ascii="Sakkal Majalla" w:hAnsi="Sakkal Majalla" w:cs="Sakkal Majalla"/>
          <w:szCs w:val="28"/>
          <w:rtl/>
        </w:rPr>
        <w:t xml:space="preserve"> </w:t>
      </w:r>
      <w:r w:rsidRPr="004313FE">
        <w:rPr>
          <w:rFonts w:ascii="Sakkal Majalla" w:hAnsi="Sakkal Majalla" w:cs="Sakkal Majalla" w:hint="cs"/>
          <w:szCs w:val="28"/>
          <w:rtl/>
        </w:rPr>
        <w:t>مستوى</w:t>
      </w:r>
      <w:r w:rsidRPr="004313FE">
        <w:rPr>
          <w:rFonts w:ascii="Sakkal Majalla" w:hAnsi="Sakkal Majalla" w:cs="Sakkal Majalla"/>
          <w:szCs w:val="28"/>
          <w:rtl/>
        </w:rPr>
        <w:t xml:space="preserve"> </w:t>
      </w:r>
      <w:r w:rsidRPr="004313FE">
        <w:rPr>
          <w:rFonts w:ascii="Sakkal Majalla" w:hAnsi="Sakkal Majalla" w:cs="Sakkal Majalla" w:hint="cs"/>
          <w:szCs w:val="28"/>
          <w:rtl/>
        </w:rPr>
        <w:t>النضج</w:t>
      </w:r>
      <w:r w:rsidRPr="004313FE">
        <w:rPr>
          <w:rFonts w:ascii="Sakkal Majalla" w:hAnsi="Sakkal Majalla" w:cs="Sakkal Majalla"/>
          <w:szCs w:val="28"/>
          <w:rtl/>
        </w:rPr>
        <w:t xml:space="preserve"> </w:t>
      </w:r>
      <w:r w:rsidRPr="004313FE">
        <w:rPr>
          <w:rFonts w:ascii="Sakkal Majalla" w:hAnsi="Sakkal Majalla" w:cs="Sakkal Majalla" w:hint="cs"/>
          <w:szCs w:val="28"/>
          <w:rtl/>
        </w:rPr>
        <w:t>المؤسسي</w:t>
      </w:r>
      <w:r w:rsidRPr="004313FE">
        <w:rPr>
          <w:rFonts w:ascii="Sakkal Majalla" w:hAnsi="Sakkal Majalla" w:cs="Sakkal Majalla"/>
          <w:szCs w:val="28"/>
          <w:rtl/>
        </w:rPr>
        <w:t xml:space="preserve"> </w:t>
      </w:r>
      <w:r w:rsidRPr="004313FE">
        <w:rPr>
          <w:rFonts w:ascii="Sakkal Majalla" w:hAnsi="Sakkal Majalla" w:cs="Sakkal Majalla" w:hint="cs"/>
          <w:szCs w:val="28"/>
          <w:rtl/>
        </w:rPr>
        <w:t>والقدرة</w:t>
      </w:r>
      <w:r w:rsidRPr="004313FE">
        <w:rPr>
          <w:rFonts w:ascii="Sakkal Majalla" w:hAnsi="Sakkal Majalla" w:cs="Sakkal Majalla"/>
          <w:szCs w:val="28"/>
          <w:rtl/>
        </w:rPr>
        <w:t xml:space="preserve"> </w:t>
      </w:r>
      <w:r w:rsidRPr="004313FE">
        <w:rPr>
          <w:rFonts w:ascii="Sakkal Majalla" w:hAnsi="Sakkal Majalla" w:cs="Sakkal Majalla" w:hint="cs"/>
          <w:szCs w:val="28"/>
          <w:rtl/>
        </w:rPr>
        <w:t>الامتصاصية</w:t>
      </w:r>
      <w:r w:rsidRPr="004313FE">
        <w:rPr>
          <w:rFonts w:ascii="Sakkal Majalla" w:hAnsi="Sakkal Majalla" w:cs="Sakkal Majalla"/>
          <w:szCs w:val="28"/>
        </w:rPr>
        <w:t>.</w:t>
      </w:r>
    </w:p>
    <w:p w14:paraId="4C6F024C" w14:textId="5A7243A0" w:rsidR="00652FCF" w:rsidRPr="004313FE" w:rsidRDefault="00652FCF" w:rsidP="00083D43">
      <w:pPr>
        <w:pStyle w:val="ListParagraph"/>
        <w:numPr>
          <w:ilvl w:val="0"/>
          <w:numId w:val="82"/>
        </w:numPr>
        <w:bidi/>
        <w:spacing w:line="360" w:lineRule="auto"/>
        <w:rPr>
          <w:rFonts w:ascii="Sakkal Majalla" w:hAnsi="Sakkal Majalla" w:cs="Sakkal Majalla"/>
          <w:szCs w:val="28"/>
          <w:rtl/>
        </w:rPr>
      </w:pPr>
      <w:r w:rsidRPr="004313FE">
        <w:rPr>
          <w:rFonts w:ascii="Sakkal Majalla" w:hAnsi="Sakkal Majalla" w:cs="Sakkal Majalla" w:hint="cs"/>
          <w:szCs w:val="28"/>
          <w:rtl/>
        </w:rPr>
        <w:t>تحليل</w:t>
      </w:r>
      <w:r w:rsidRPr="004313FE">
        <w:rPr>
          <w:rFonts w:ascii="Sakkal Majalla" w:hAnsi="Sakkal Majalla" w:cs="Sakkal Majalla"/>
          <w:szCs w:val="28"/>
          <w:rtl/>
        </w:rPr>
        <w:t xml:space="preserve"> </w:t>
      </w:r>
      <w:r w:rsidRPr="004313FE">
        <w:rPr>
          <w:rFonts w:ascii="Sakkal Majalla" w:hAnsi="Sakkal Majalla" w:cs="Sakkal Majalla" w:hint="cs"/>
          <w:szCs w:val="28"/>
          <w:rtl/>
        </w:rPr>
        <w:t>الفجوات</w:t>
      </w:r>
      <w:r w:rsidRPr="004313FE">
        <w:rPr>
          <w:rFonts w:ascii="Sakkal Majalla" w:hAnsi="Sakkal Majalla" w:cs="Sakkal Majalla"/>
          <w:szCs w:val="28"/>
          <w:rtl/>
        </w:rPr>
        <w:t xml:space="preserve"> </w:t>
      </w:r>
      <w:r w:rsidRPr="004313FE">
        <w:rPr>
          <w:rFonts w:ascii="Sakkal Majalla" w:hAnsi="Sakkal Majalla" w:cs="Sakkal Majalla" w:hint="cs"/>
          <w:szCs w:val="28"/>
          <w:rtl/>
        </w:rPr>
        <w:t>في</w:t>
      </w:r>
      <w:r w:rsidRPr="004313FE">
        <w:rPr>
          <w:rFonts w:ascii="Sakkal Majalla" w:hAnsi="Sakkal Majalla" w:cs="Sakkal Majalla"/>
          <w:szCs w:val="28"/>
          <w:rtl/>
        </w:rPr>
        <w:t xml:space="preserve"> </w:t>
      </w:r>
      <w:r w:rsidRPr="004313FE">
        <w:rPr>
          <w:rFonts w:ascii="Sakkal Majalla" w:hAnsi="Sakkal Majalla" w:cs="Sakkal Majalla" w:hint="cs"/>
          <w:szCs w:val="28"/>
          <w:rtl/>
        </w:rPr>
        <w:t>التمكين</w:t>
      </w:r>
      <w:r w:rsidRPr="004313FE">
        <w:rPr>
          <w:rFonts w:ascii="Sakkal Majalla" w:hAnsi="Sakkal Majalla" w:cs="Sakkal Majalla"/>
          <w:szCs w:val="28"/>
          <w:rtl/>
        </w:rPr>
        <w:t xml:space="preserve"> </w:t>
      </w:r>
      <w:r w:rsidRPr="004313FE">
        <w:rPr>
          <w:rFonts w:ascii="Sakkal Majalla" w:hAnsi="Sakkal Majalla" w:cs="Sakkal Majalla" w:hint="cs"/>
          <w:szCs w:val="28"/>
          <w:rtl/>
        </w:rPr>
        <w:t>الداخلي</w:t>
      </w:r>
      <w:r w:rsidRPr="004313FE">
        <w:rPr>
          <w:rFonts w:ascii="Sakkal Majalla" w:hAnsi="Sakkal Majalla" w:cs="Sakkal Majalla"/>
          <w:szCs w:val="28"/>
          <w:rtl/>
        </w:rPr>
        <w:t xml:space="preserve"> </w:t>
      </w:r>
      <w:r w:rsidRPr="004313FE">
        <w:rPr>
          <w:rFonts w:ascii="Sakkal Majalla" w:hAnsi="Sakkal Majalla" w:cs="Sakkal Majalla" w:hint="cs"/>
          <w:szCs w:val="28"/>
          <w:rtl/>
        </w:rPr>
        <w:t>والدعم</w:t>
      </w:r>
      <w:r w:rsidRPr="004313FE">
        <w:rPr>
          <w:rFonts w:ascii="Sakkal Majalla" w:hAnsi="Sakkal Majalla" w:cs="Sakkal Majalla"/>
          <w:szCs w:val="28"/>
          <w:rtl/>
        </w:rPr>
        <w:t xml:space="preserve"> </w:t>
      </w:r>
      <w:r w:rsidRPr="004313FE">
        <w:rPr>
          <w:rFonts w:ascii="Sakkal Majalla" w:hAnsi="Sakkal Majalla" w:cs="Sakkal Majalla" w:hint="cs"/>
          <w:szCs w:val="28"/>
          <w:rtl/>
        </w:rPr>
        <w:t>الخارجي</w:t>
      </w:r>
      <w:r w:rsidRPr="004313FE">
        <w:rPr>
          <w:rFonts w:ascii="Sakkal Majalla" w:hAnsi="Sakkal Majalla" w:cs="Sakkal Majalla"/>
          <w:szCs w:val="28"/>
        </w:rPr>
        <w:t>.</w:t>
      </w:r>
    </w:p>
    <w:p w14:paraId="0409AC85" w14:textId="29770D72" w:rsidR="00652FCF" w:rsidRPr="00652FCF" w:rsidRDefault="004313FE" w:rsidP="00083D43">
      <w:pPr>
        <w:bidi/>
        <w:spacing w:line="360" w:lineRule="auto"/>
        <w:rPr>
          <w:rFonts w:ascii="Sakkal Majalla" w:hAnsi="Sakkal Majalla" w:cs="Sakkal Majalla"/>
          <w:szCs w:val="28"/>
          <w:rtl/>
        </w:rPr>
      </w:pPr>
      <w:r w:rsidRPr="004313FE">
        <w:rPr>
          <w:rFonts w:ascii="Sakkal Majalla" w:hAnsi="Sakkal Majalla" w:cs="Sakkal Majalla" w:hint="cs"/>
          <w:b/>
          <w:bCs/>
          <w:szCs w:val="28"/>
          <w:rtl/>
        </w:rPr>
        <w:t>المرحلة الثانية</w:t>
      </w:r>
      <w:r>
        <w:rPr>
          <w:rFonts w:ascii="Sakkal Majalla" w:hAnsi="Sakkal Majalla" w:cs="Sakkal Majalla" w:hint="cs"/>
          <w:szCs w:val="28"/>
          <w:rtl/>
        </w:rPr>
        <w:t>:</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التكييف</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حسب</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النضج</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المؤسسي</w:t>
      </w:r>
    </w:p>
    <w:p w14:paraId="704394A4" w14:textId="792FE854" w:rsidR="00652FCF" w:rsidRPr="004313FE" w:rsidRDefault="00652FCF" w:rsidP="00083D43">
      <w:pPr>
        <w:pStyle w:val="ListParagraph"/>
        <w:numPr>
          <w:ilvl w:val="0"/>
          <w:numId w:val="83"/>
        </w:numPr>
        <w:bidi/>
        <w:spacing w:line="360" w:lineRule="auto"/>
        <w:rPr>
          <w:rFonts w:ascii="Sakkal Majalla" w:hAnsi="Sakkal Majalla" w:cs="Sakkal Majalla"/>
          <w:szCs w:val="28"/>
          <w:rtl/>
        </w:rPr>
      </w:pPr>
      <w:r w:rsidRPr="004313FE">
        <w:rPr>
          <w:rFonts w:ascii="Sakkal Majalla" w:hAnsi="Sakkal Majalla" w:cs="Sakkal Majalla" w:hint="cs"/>
          <w:szCs w:val="28"/>
          <w:rtl/>
        </w:rPr>
        <w:t>تصميم</w:t>
      </w:r>
      <w:r w:rsidRPr="004313FE">
        <w:rPr>
          <w:rFonts w:ascii="Sakkal Majalla" w:hAnsi="Sakkal Majalla" w:cs="Sakkal Majalla"/>
          <w:szCs w:val="28"/>
          <w:rtl/>
        </w:rPr>
        <w:t xml:space="preserve"> </w:t>
      </w:r>
      <w:r w:rsidRPr="004313FE">
        <w:rPr>
          <w:rFonts w:ascii="Sakkal Majalla" w:hAnsi="Sakkal Majalla" w:cs="Sakkal Majalla" w:hint="cs"/>
          <w:szCs w:val="28"/>
          <w:rtl/>
        </w:rPr>
        <w:t>خطة</w:t>
      </w:r>
      <w:r w:rsidRPr="004313FE">
        <w:rPr>
          <w:rFonts w:ascii="Sakkal Majalla" w:hAnsi="Sakkal Majalla" w:cs="Sakkal Majalla"/>
          <w:szCs w:val="28"/>
          <w:rtl/>
        </w:rPr>
        <w:t xml:space="preserve"> </w:t>
      </w:r>
      <w:r w:rsidRPr="004313FE">
        <w:rPr>
          <w:rFonts w:ascii="Sakkal Majalla" w:hAnsi="Sakkal Majalla" w:cs="Sakkal Majalla" w:hint="cs"/>
          <w:szCs w:val="28"/>
          <w:rtl/>
        </w:rPr>
        <w:t>تدخل</w:t>
      </w:r>
      <w:r w:rsidRPr="004313FE">
        <w:rPr>
          <w:rFonts w:ascii="Sakkal Majalla" w:hAnsi="Sakkal Majalla" w:cs="Sakkal Majalla"/>
          <w:szCs w:val="28"/>
          <w:rtl/>
        </w:rPr>
        <w:t xml:space="preserve"> </w:t>
      </w:r>
      <w:r w:rsidRPr="004313FE">
        <w:rPr>
          <w:rFonts w:ascii="Sakkal Majalla" w:hAnsi="Sakkal Majalla" w:cs="Sakkal Majalla" w:hint="cs"/>
          <w:szCs w:val="28"/>
          <w:rtl/>
        </w:rPr>
        <w:t>مخصصة</w:t>
      </w:r>
      <w:r w:rsidRPr="004313FE">
        <w:rPr>
          <w:rFonts w:ascii="Sakkal Majalla" w:hAnsi="Sakkal Majalla" w:cs="Sakkal Majalla"/>
          <w:szCs w:val="28"/>
          <w:rtl/>
        </w:rPr>
        <w:t xml:space="preserve"> </w:t>
      </w:r>
      <w:r w:rsidRPr="004313FE">
        <w:rPr>
          <w:rFonts w:ascii="Sakkal Majalla" w:hAnsi="Sakkal Majalla" w:cs="Sakkal Majalla" w:hint="cs"/>
          <w:szCs w:val="28"/>
          <w:rtl/>
        </w:rPr>
        <w:t>تشمل</w:t>
      </w:r>
      <w:r w:rsidRPr="004313FE">
        <w:rPr>
          <w:rFonts w:ascii="Sakkal Majalla" w:hAnsi="Sakkal Majalla" w:cs="Sakkal Majalla"/>
          <w:szCs w:val="28"/>
          <w:rtl/>
        </w:rPr>
        <w:t xml:space="preserve"> </w:t>
      </w:r>
      <w:r w:rsidRPr="004313FE">
        <w:rPr>
          <w:rFonts w:ascii="Sakkal Majalla" w:hAnsi="Sakkal Majalla" w:cs="Sakkal Majalla" w:hint="cs"/>
          <w:szCs w:val="28"/>
          <w:rtl/>
        </w:rPr>
        <w:t>بناء</w:t>
      </w:r>
      <w:r w:rsidRPr="004313FE">
        <w:rPr>
          <w:rFonts w:ascii="Sakkal Majalla" w:hAnsi="Sakkal Majalla" w:cs="Sakkal Majalla"/>
          <w:szCs w:val="28"/>
          <w:rtl/>
        </w:rPr>
        <w:t xml:space="preserve"> </w:t>
      </w:r>
      <w:r w:rsidRPr="004313FE">
        <w:rPr>
          <w:rFonts w:ascii="Sakkal Majalla" w:hAnsi="Sakkal Majalla" w:cs="Sakkal Majalla" w:hint="cs"/>
          <w:szCs w:val="28"/>
          <w:rtl/>
        </w:rPr>
        <w:t>القدرات</w:t>
      </w:r>
      <w:r w:rsidRPr="004313FE">
        <w:rPr>
          <w:rFonts w:ascii="Sakkal Majalla" w:hAnsi="Sakkal Majalla" w:cs="Sakkal Majalla"/>
          <w:szCs w:val="28"/>
          <w:rtl/>
        </w:rPr>
        <w:t xml:space="preserve"> </w:t>
      </w:r>
      <w:r w:rsidRPr="004313FE">
        <w:rPr>
          <w:rFonts w:ascii="Sakkal Majalla" w:hAnsi="Sakkal Majalla" w:cs="Sakkal Majalla" w:hint="cs"/>
          <w:szCs w:val="28"/>
          <w:rtl/>
        </w:rPr>
        <w:t>وتأسيس</w:t>
      </w:r>
      <w:r w:rsidRPr="004313FE">
        <w:rPr>
          <w:rFonts w:ascii="Sakkal Majalla" w:hAnsi="Sakkal Majalla" w:cs="Sakkal Majalla"/>
          <w:szCs w:val="28"/>
          <w:rtl/>
        </w:rPr>
        <w:t xml:space="preserve"> </w:t>
      </w:r>
      <w:r w:rsidRPr="004313FE">
        <w:rPr>
          <w:rFonts w:ascii="Sakkal Majalla" w:hAnsi="Sakkal Majalla" w:cs="Sakkal Majalla" w:hint="cs"/>
          <w:szCs w:val="28"/>
          <w:rtl/>
        </w:rPr>
        <w:t>الآليات</w:t>
      </w:r>
      <w:r w:rsidRPr="004313FE">
        <w:rPr>
          <w:rFonts w:ascii="Sakkal Majalla" w:hAnsi="Sakkal Majalla" w:cs="Sakkal Majalla"/>
          <w:szCs w:val="28"/>
          <w:rtl/>
        </w:rPr>
        <w:t xml:space="preserve"> </w:t>
      </w:r>
      <w:r w:rsidRPr="004313FE">
        <w:rPr>
          <w:rFonts w:ascii="Sakkal Majalla" w:hAnsi="Sakkal Majalla" w:cs="Sakkal Majalla" w:hint="cs"/>
          <w:szCs w:val="28"/>
          <w:rtl/>
        </w:rPr>
        <w:t>المؤسسية</w:t>
      </w:r>
      <w:r w:rsidRPr="004313FE">
        <w:rPr>
          <w:rFonts w:ascii="Sakkal Majalla" w:hAnsi="Sakkal Majalla" w:cs="Sakkal Majalla"/>
          <w:szCs w:val="28"/>
        </w:rPr>
        <w:t>.</w:t>
      </w:r>
    </w:p>
    <w:p w14:paraId="7FD70943" w14:textId="5A0191A8" w:rsidR="00652FCF" w:rsidRPr="00652FCF" w:rsidRDefault="004313FE" w:rsidP="00083D43">
      <w:pPr>
        <w:bidi/>
        <w:spacing w:line="360" w:lineRule="auto"/>
        <w:rPr>
          <w:rFonts w:ascii="Sakkal Majalla" w:hAnsi="Sakkal Majalla" w:cs="Sakkal Majalla"/>
          <w:szCs w:val="28"/>
          <w:rtl/>
        </w:rPr>
      </w:pPr>
      <w:r w:rsidRPr="004313FE">
        <w:rPr>
          <w:rFonts w:ascii="Sakkal Majalla" w:hAnsi="Sakkal Majalla" w:cs="Sakkal Majalla" w:hint="cs"/>
          <w:b/>
          <w:bCs/>
          <w:szCs w:val="28"/>
          <w:rtl/>
        </w:rPr>
        <w:t>المرحلة الثالثة:</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التنفيذ</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المترابط</w:t>
      </w:r>
    </w:p>
    <w:p w14:paraId="3391BA9C" w14:textId="0C9916C1" w:rsidR="00652FCF" w:rsidRPr="004313FE" w:rsidRDefault="00652FCF" w:rsidP="00083D43">
      <w:pPr>
        <w:pStyle w:val="ListParagraph"/>
        <w:numPr>
          <w:ilvl w:val="0"/>
          <w:numId w:val="83"/>
        </w:numPr>
        <w:bidi/>
        <w:spacing w:line="360" w:lineRule="auto"/>
        <w:rPr>
          <w:rFonts w:ascii="Sakkal Majalla" w:hAnsi="Sakkal Majalla" w:cs="Sakkal Majalla"/>
          <w:szCs w:val="28"/>
          <w:rtl/>
        </w:rPr>
      </w:pPr>
      <w:r w:rsidRPr="004313FE">
        <w:rPr>
          <w:rFonts w:ascii="Sakkal Majalla" w:hAnsi="Sakkal Majalla" w:cs="Sakkal Majalla" w:hint="cs"/>
          <w:szCs w:val="28"/>
          <w:rtl/>
        </w:rPr>
        <w:t>برامج</w:t>
      </w:r>
      <w:r w:rsidRPr="004313FE">
        <w:rPr>
          <w:rFonts w:ascii="Sakkal Majalla" w:hAnsi="Sakkal Majalla" w:cs="Sakkal Majalla"/>
          <w:szCs w:val="28"/>
          <w:rtl/>
        </w:rPr>
        <w:t xml:space="preserve"> </w:t>
      </w:r>
      <w:r w:rsidRPr="004313FE">
        <w:rPr>
          <w:rFonts w:ascii="Sakkal Majalla" w:hAnsi="Sakkal Majalla" w:cs="Sakkal Majalla" w:hint="cs"/>
          <w:szCs w:val="28"/>
          <w:rtl/>
        </w:rPr>
        <w:t>تدريبية</w:t>
      </w:r>
      <w:r w:rsidRPr="004313FE">
        <w:rPr>
          <w:rFonts w:ascii="Sakkal Majalla" w:hAnsi="Sakkal Majalla" w:cs="Sakkal Majalla"/>
          <w:szCs w:val="28"/>
          <w:rtl/>
        </w:rPr>
        <w:t xml:space="preserve"> </w:t>
      </w:r>
      <w:r w:rsidRPr="004313FE">
        <w:rPr>
          <w:rFonts w:ascii="Sakkal Majalla" w:hAnsi="Sakkal Majalla" w:cs="Sakkal Majalla" w:hint="cs"/>
          <w:szCs w:val="28"/>
          <w:rtl/>
        </w:rPr>
        <w:t>عملية</w:t>
      </w:r>
      <w:r w:rsidRPr="004313FE">
        <w:rPr>
          <w:rFonts w:ascii="Sakkal Majalla" w:hAnsi="Sakkal Majalla" w:cs="Sakkal Majalla"/>
          <w:szCs w:val="28"/>
          <w:rtl/>
        </w:rPr>
        <w:t xml:space="preserve"> </w:t>
      </w:r>
      <w:r w:rsidRPr="004313FE">
        <w:rPr>
          <w:rFonts w:ascii="Sakkal Majalla" w:hAnsi="Sakkal Majalla" w:cs="Sakkal Majalla" w:hint="cs"/>
          <w:szCs w:val="28"/>
          <w:rtl/>
        </w:rPr>
        <w:t>لفرق</w:t>
      </w:r>
      <w:r w:rsidRPr="004313FE">
        <w:rPr>
          <w:rFonts w:ascii="Sakkal Majalla" w:hAnsi="Sakkal Majalla" w:cs="Sakkal Majalla"/>
          <w:szCs w:val="28"/>
          <w:rtl/>
        </w:rPr>
        <w:t xml:space="preserve"> </w:t>
      </w:r>
      <w:r w:rsidRPr="004313FE">
        <w:rPr>
          <w:rFonts w:ascii="Sakkal Majalla" w:hAnsi="Sakkal Majalla" w:cs="Sakkal Majalla" w:hint="cs"/>
          <w:szCs w:val="28"/>
          <w:rtl/>
        </w:rPr>
        <w:t>مختارة</w:t>
      </w:r>
      <w:r w:rsidRPr="004313FE">
        <w:rPr>
          <w:rFonts w:ascii="Sakkal Majalla" w:hAnsi="Sakkal Majalla" w:cs="Sakkal Majalla"/>
          <w:szCs w:val="28"/>
          <w:rtl/>
        </w:rPr>
        <w:t xml:space="preserve"> </w:t>
      </w:r>
      <w:r w:rsidRPr="004313FE">
        <w:rPr>
          <w:rFonts w:ascii="Sakkal Majalla" w:hAnsi="Sakkal Majalla" w:cs="Sakkal Majalla" w:hint="cs"/>
          <w:szCs w:val="28"/>
          <w:rtl/>
        </w:rPr>
        <w:t>بصيغة</w:t>
      </w:r>
      <w:r w:rsidRPr="004313FE">
        <w:rPr>
          <w:rFonts w:ascii="Sakkal Majalla" w:hAnsi="Sakkal Majalla" w:cs="Sakkal Majalla"/>
          <w:szCs w:val="28"/>
        </w:rPr>
        <w:t xml:space="preserve"> Train-the-Trainer.</w:t>
      </w:r>
    </w:p>
    <w:p w14:paraId="30FBD6C4" w14:textId="2F37D953" w:rsidR="00652FCF" w:rsidRPr="004313FE" w:rsidRDefault="00652FCF" w:rsidP="00083D43">
      <w:pPr>
        <w:pStyle w:val="ListParagraph"/>
        <w:numPr>
          <w:ilvl w:val="0"/>
          <w:numId w:val="83"/>
        </w:numPr>
        <w:bidi/>
        <w:spacing w:line="360" w:lineRule="auto"/>
        <w:rPr>
          <w:rFonts w:ascii="Sakkal Majalla" w:hAnsi="Sakkal Majalla" w:cs="Sakkal Majalla"/>
          <w:szCs w:val="28"/>
          <w:rtl/>
        </w:rPr>
      </w:pPr>
      <w:r w:rsidRPr="004313FE">
        <w:rPr>
          <w:rFonts w:ascii="Sakkal Majalla" w:hAnsi="Sakkal Majalla" w:cs="Sakkal Majalla" w:hint="cs"/>
          <w:szCs w:val="28"/>
          <w:rtl/>
        </w:rPr>
        <w:t>دمج</w:t>
      </w:r>
      <w:r w:rsidRPr="004313FE">
        <w:rPr>
          <w:rFonts w:ascii="Sakkal Majalla" w:hAnsi="Sakkal Majalla" w:cs="Sakkal Majalla"/>
          <w:szCs w:val="28"/>
          <w:rtl/>
        </w:rPr>
        <w:t xml:space="preserve"> </w:t>
      </w:r>
      <w:r w:rsidRPr="004313FE">
        <w:rPr>
          <w:rFonts w:ascii="Sakkal Majalla" w:hAnsi="Sakkal Majalla" w:cs="Sakkal Majalla" w:hint="cs"/>
          <w:szCs w:val="28"/>
          <w:rtl/>
        </w:rPr>
        <w:t>الابتكار</w:t>
      </w:r>
      <w:r w:rsidRPr="004313FE">
        <w:rPr>
          <w:rFonts w:ascii="Sakkal Majalla" w:hAnsi="Sakkal Majalla" w:cs="Sakkal Majalla"/>
          <w:szCs w:val="28"/>
          <w:rtl/>
        </w:rPr>
        <w:t xml:space="preserve"> </w:t>
      </w:r>
      <w:r w:rsidRPr="004313FE">
        <w:rPr>
          <w:rFonts w:ascii="Sakkal Majalla" w:hAnsi="Sakkal Majalla" w:cs="Sakkal Majalla" w:hint="cs"/>
          <w:szCs w:val="28"/>
          <w:rtl/>
        </w:rPr>
        <w:t>في</w:t>
      </w:r>
      <w:r w:rsidRPr="004313FE">
        <w:rPr>
          <w:rFonts w:ascii="Sakkal Majalla" w:hAnsi="Sakkal Majalla" w:cs="Sakkal Majalla"/>
          <w:szCs w:val="28"/>
          <w:rtl/>
        </w:rPr>
        <w:t xml:space="preserve"> </w:t>
      </w:r>
      <w:r w:rsidRPr="004313FE">
        <w:rPr>
          <w:rFonts w:ascii="Sakkal Majalla" w:hAnsi="Sakkal Majalla" w:cs="Sakkal Majalla" w:hint="cs"/>
          <w:szCs w:val="28"/>
          <w:rtl/>
        </w:rPr>
        <w:t>العمليات</w:t>
      </w:r>
      <w:r w:rsidRPr="004313FE">
        <w:rPr>
          <w:rFonts w:ascii="Sakkal Majalla" w:hAnsi="Sakkal Majalla" w:cs="Sakkal Majalla"/>
          <w:szCs w:val="28"/>
          <w:rtl/>
        </w:rPr>
        <w:t xml:space="preserve"> </w:t>
      </w:r>
      <w:r w:rsidRPr="004313FE">
        <w:rPr>
          <w:rFonts w:ascii="Sakkal Majalla" w:hAnsi="Sakkal Majalla" w:cs="Sakkal Majalla" w:hint="cs"/>
          <w:szCs w:val="28"/>
          <w:rtl/>
        </w:rPr>
        <w:t>اليومية</w:t>
      </w:r>
      <w:r w:rsidRPr="004313FE">
        <w:rPr>
          <w:rFonts w:ascii="Sakkal Majalla" w:hAnsi="Sakkal Majalla" w:cs="Sakkal Majalla"/>
          <w:szCs w:val="28"/>
        </w:rPr>
        <w:t>.</w:t>
      </w:r>
    </w:p>
    <w:p w14:paraId="46166666" w14:textId="09FA49A9" w:rsidR="00652FCF" w:rsidRPr="00652FCF" w:rsidRDefault="004313FE" w:rsidP="00083D43">
      <w:pPr>
        <w:bidi/>
        <w:spacing w:line="360" w:lineRule="auto"/>
        <w:rPr>
          <w:rFonts w:ascii="Sakkal Majalla" w:hAnsi="Sakkal Majalla" w:cs="Sakkal Majalla"/>
          <w:szCs w:val="28"/>
          <w:rtl/>
        </w:rPr>
      </w:pPr>
      <w:r w:rsidRPr="004313FE">
        <w:rPr>
          <w:rFonts w:ascii="Sakkal Majalla" w:hAnsi="Sakkal Majalla" w:cs="Sakkal Majalla" w:hint="cs"/>
          <w:b/>
          <w:bCs/>
          <w:szCs w:val="28"/>
          <w:rtl/>
        </w:rPr>
        <w:t>المرحلة الرابعة:</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التقييم</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الديناميكي</w:t>
      </w:r>
    </w:p>
    <w:p w14:paraId="4C1855B5" w14:textId="4E2BFC9B" w:rsidR="00652FCF" w:rsidRPr="004313FE" w:rsidRDefault="00652FCF" w:rsidP="00083D43">
      <w:pPr>
        <w:pStyle w:val="ListParagraph"/>
        <w:numPr>
          <w:ilvl w:val="0"/>
          <w:numId w:val="84"/>
        </w:numPr>
        <w:bidi/>
        <w:spacing w:line="360" w:lineRule="auto"/>
        <w:rPr>
          <w:rFonts w:ascii="Sakkal Majalla" w:hAnsi="Sakkal Majalla" w:cs="Sakkal Majalla"/>
          <w:szCs w:val="28"/>
          <w:rtl/>
        </w:rPr>
      </w:pPr>
      <w:r w:rsidRPr="004313FE">
        <w:rPr>
          <w:rFonts w:ascii="Sakkal Majalla" w:hAnsi="Sakkal Majalla" w:cs="Sakkal Majalla" w:hint="cs"/>
          <w:szCs w:val="28"/>
          <w:rtl/>
        </w:rPr>
        <w:t>مراجعات</w:t>
      </w:r>
      <w:r w:rsidRPr="004313FE">
        <w:rPr>
          <w:rFonts w:ascii="Sakkal Majalla" w:hAnsi="Sakkal Majalla" w:cs="Sakkal Majalla"/>
          <w:szCs w:val="28"/>
          <w:rtl/>
        </w:rPr>
        <w:t xml:space="preserve"> </w:t>
      </w:r>
      <w:r w:rsidRPr="004313FE">
        <w:rPr>
          <w:rFonts w:ascii="Sakkal Majalla" w:hAnsi="Sakkal Majalla" w:cs="Sakkal Majalla" w:hint="cs"/>
          <w:szCs w:val="28"/>
          <w:rtl/>
        </w:rPr>
        <w:t>مرحلية</w:t>
      </w:r>
      <w:r w:rsidRPr="004313FE">
        <w:rPr>
          <w:rFonts w:ascii="Sakkal Majalla" w:hAnsi="Sakkal Majalla" w:cs="Sakkal Majalla"/>
          <w:szCs w:val="28"/>
          <w:rtl/>
        </w:rPr>
        <w:t xml:space="preserve"> (</w:t>
      </w:r>
      <w:r w:rsidRPr="004313FE">
        <w:rPr>
          <w:rFonts w:ascii="Sakkal Majalla" w:hAnsi="Sakkal Majalla" w:cs="Sakkal Majalla" w:hint="cs"/>
          <w:szCs w:val="28"/>
          <w:rtl/>
        </w:rPr>
        <w:t>كل</w:t>
      </w:r>
      <w:r w:rsidRPr="004313FE">
        <w:rPr>
          <w:rFonts w:ascii="Sakkal Majalla" w:hAnsi="Sakkal Majalla" w:cs="Sakkal Majalla"/>
          <w:szCs w:val="28"/>
          <w:rtl/>
        </w:rPr>
        <w:t xml:space="preserve"> 3 </w:t>
      </w:r>
      <w:r w:rsidRPr="004313FE">
        <w:rPr>
          <w:rFonts w:ascii="Sakkal Majalla" w:hAnsi="Sakkal Majalla" w:cs="Sakkal Majalla" w:hint="cs"/>
          <w:szCs w:val="28"/>
          <w:rtl/>
        </w:rPr>
        <w:t>أشهر</w:t>
      </w:r>
      <w:r w:rsidRPr="004313FE">
        <w:rPr>
          <w:rFonts w:ascii="Sakkal Majalla" w:hAnsi="Sakkal Majalla" w:cs="Sakkal Majalla"/>
          <w:szCs w:val="28"/>
          <w:rtl/>
        </w:rPr>
        <w:t xml:space="preserve">) </w:t>
      </w:r>
      <w:r w:rsidRPr="004313FE">
        <w:rPr>
          <w:rFonts w:ascii="Sakkal Majalla" w:hAnsi="Sakkal Majalla" w:cs="Sakkal Majalla" w:hint="cs"/>
          <w:szCs w:val="28"/>
          <w:rtl/>
        </w:rPr>
        <w:t>لقياس</w:t>
      </w:r>
      <w:r w:rsidRPr="004313FE">
        <w:rPr>
          <w:rFonts w:ascii="Sakkal Majalla" w:hAnsi="Sakkal Majalla" w:cs="Sakkal Majalla"/>
          <w:szCs w:val="28"/>
          <w:rtl/>
        </w:rPr>
        <w:t xml:space="preserve"> </w:t>
      </w:r>
      <w:r w:rsidRPr="004313FE">
        <w:rPr>
          <w:rFonts w:ascii="Sakkal Majalla" w:hAnsi="Sakkal Majalla" w:cs="Sakkal Majalla" w:hint="cs"/>
          <w:szCs w:val="28"/>
          <w:rtl/>
        </w:rPr>
        <w:t>مؤشرات</w:t>
      </w:r>
      <w:r w:rsidRPr="004313FE">
        <w:rPr>
          <w:rFonts w:ascii="Sakkal Majalla" w:hAnsi="Sakkal Majalla" w:cs="Sakkal Majalla"/>
          <w:szCs w:val="28"/>
          <w:rtl/>
        </w:rPr>
        <w:t xml:space="preserve"> </w:t>
      </w:r>
      <w:r w:rsidRPr="004313FE">
        <w:rPr>
          <w:rFonts w:ascii="Sakkal Majalla" w:hAnsi="Sakkal Majalla" w:cs="Sakkal Majalla" w:hint="cs"/>
          <w:szCs w:val="28"/>
          <w:rtl/>
        </w:rPr>
        <w:t>الأداء</w:t>
      </w:r>
      <w:r w:rsidRPr="004313FE">
        <w:rPr>
          <w:rFonts w:ascii="Sakkal Majalla" w:hAnsi="Sakkal Majalla" w:cs="Sakkal Majalla"/>
          <w:szCs w:val="28"/>
          <w:rtl/>
        </w:rPr>
        <w:t xml:space="preserve"> </w:t>
      </w:r>
      <w:r w:rsidRPr="004313FE">
        <w:rPr>
          <w:rFonts w:ascii="Sakkal Majalla" w:hAnsi="Sakkal Majalla" w:cs="Sakkal Majalla" w:hint="cs"/>
          <w:szCs w:val="28"/>
          <w:rtl/>
        </w:rPr>
        <w:t>وتعديل</w:t>
      </w:r>
      <w:r w:rsidRPr="004313FE">
        <w:rPr>
          <w:rFonts w:ascii="Sakkal Majalla" w:hAnsi="Sakkal Majalla" w:cs="Sakkal Majalla"/>
          <w:szCs w:val="28"/>
          <w:rtl/>
        </w:rPr>
        <w:t xml:space="preserve"> </w:t>
      </w:r>
      <w:r w:rsidRPr="004313FE">
        <w:rPr>
          <w:rFonts w:ascii="Sakkal Majalla" w:hAnsi="Sakkal Majalla" w:cs="Sakkal Majalla" w:hint="cs"/>
          <w:szCs w:val="28"/>
          <w:rtl/>
        </w:rPr>
        <w:t>الأنشطة</w:t>
      </w:r>
      <w:r w:rsidRPr="004313FE">
        <w:rPr>
          <w:rFonts w:ascii="Sakkal Majalla" w:hAnsi="Sakkal Majalla" w:cs="Sakkal Majalla"/>
          <w:szCs w:val="28"/>
        </w:rPr>
        <w:t>.</w:t>
      </w:r>
    </w:p>
    <w:p w14:paraId="0A80339E" w14:textId="0390B4A6" w:rsidR="00652FCF" w:rsidRPr="00652FCF" w:rsidRDefault="004313FE" w:rsidP="00083D43">
      <w:pPr>
        <w:bidi/>
        <w:spacing w:line="360" w:lineRule="auto"/>
        <w:rPr>
          <w:rFonts w:ascii="Sakkal Majalla" w:hAnsi="Sakkal Majalla" w:cs="Sakkal Majalla"/>
          <w:szCs w:val="28"/>
          <w:rtl/>
        </w:rPr>
      </w:pPr>
      <w:r w:rsidRPr="004313FE">
        <w:rPr>
          <w:rFonts w:ascii="Sakkal Majalla" w:hAnsi="Sakkal Majalla" w:cs="Sakkal Majalla" w:hint="cs"/>
          <w:b/>
          <w:bCs/>
          <w:szCs w:val="28"/>
          <w:rtl/>
        </w:rPr>
        <w:t>المرحلة الخامسة:</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الاستقلالية</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التشغيلية</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آلية</w:t>
      </w:r>
      <w:r w:rsidR="00652FCF" w:rsidRPr="00652FCF">
        <w:rPr>
          <w:rFonts w:ascii="Sakkal Majalla" w:hAnsi="Sakkal Majalla" w:cs="Sakkal Majalla"/>
          <w:szCs w:val="28"/>
          <w:rtl/>
        </w:rPr>
        <w:t xml:space="preserve"> </w:t>
      </w:r>
      <w:r w:rsidR="00652FCF" w:rsidRPr="00652FCF">
        <w:rPr>
          <w:rFonts w:ascii="Sakkal Majalla" w:hAnsi="Sakkal Majalla" w:cs="Sakkal Majalla" w:hint="cs"/>
          <w:szCs w:val="28"/>
          <w:rtl/>
        </w:rPr>
        <w:t>الضمان</w:t>
      </w:r>
      <w:r w:rsidR="00652FCF" w:rsidRPr="00652FCF">
        <w:rPr>
          <w:rFonts w:ascii="Sakkal Majalla" w:hAnsi="Sakkal Majalla" w:cs="Sakkal Majalla"/>
          <w:szCs w:val="28"/>
          <w:rtl/>
        </w:rPr>
        <w:t>)</w:t>
      </w:r>
    </w:p>
    <w:p w14:paraId="4CF4A511" w14:textId="0135E311" w:rsidR="00652FCF" w:rsidRPr="004313FE" w:rsidRDefault="00652FCF" w:rsidP="00083D43">
      <w:pPr>
        <w:pStyle w:val="ListParagraph"/>
        <w:numPr>
          <w:ilvl w:val="0"/>
          <w:numId w:val="84"/>
        </w:numPr>
        <w:bidi/>
        <w:spacing w:line="360" w:lineRule="auto"/>
        <w:rPr>
          <w:rFonts w:ascii="Sakkal Majalla" w:hAnsi="Sakkal Majalla" w:cs="Sakkal Majalla"/>
          <w:szCs w:val="28"/>
          <w:rtl/>
        </w:rPr>
      </w:pPr>
      <w:r w:rsidRPr="004313FE">
        <w:rPr>
          <w:rFonts w:ascii="Sakkal Majalla" w:hAnsi="Sakkal Majalla" w:cs="Sakkal Majalla" w:hint="cs"/>
          <w:szCs w:val="28"/>
          <w:rtl/>
        </w:rPr>
        <w:t>تسليم</w:t>
      </w:r>
      <w:r w:rsidRPr="004313FE">
        <w:rPr>
          <w:rFonts w:ascii="Sakkal Majalla" w:hAnsi="Sakkal Majalla" w:cs="Sakkal Majalla"/>
          <w:szCs w:val="28"/>
          <w:rtl/>
        </w:rPr>
        <w:t xml:space="preserve"> </w:t>
      </w:r>
      <w:r w:rsidRPr="004313FE">
        <w:rPr>
          <w:rFonts w:ascii="Sakkal Majalla" w:hAnsi="Sakkal Majalla" w:cs="Sakkal Majalla" w:hint="cs"/>
          <w:szCs w:val="28"/>
          <w:rtl/>
        </w:rPr>
        <w:t>أدوات</w:t>
      </w:r>
      <w:r w:rsidRPr="004313FE">
        <w:rPr>
          <w:rFonts w:ascii="Sakkal Majalla" w:hAnsi="Sakkal Majalla" w:cs="Sakkal Majalla"/>
          <w:szCs w:val="28"/>
          <w:rtl/>
        </w:rPr>
        <w:t xml:space="preserve"> </w:t>
      </w:r>
      <w:r w:rsidRPr="004313FE">
        <w:rPr>
          <w:rFonts w:ascii="Sakkal Majalla" w:hAnsi="Sakkal Majalla" w:cs="Sakkal Majalla" w:hint="cs"/>
          <w:szCs w:val="28"/>
          <w:rtl/>
        </w:rPr>
        <w:t>إدارة</w:t>
      </w:r>
      <w:r w:rsidRPr="004313FE">
        <w:rPr>
          <w:rFonts w:ascii="Sakkal Majalla" w:hAnsi="Sakkal Majalla" w:cs="Sakkal Majalla"/>
          <w:szCs w:val="28"/>
          <w:rtl/>
        </w:rPr>
        <w:t xml:space="preserve"> </w:t>
      </w:r>
      <w:r w:rsidRPr="004313FE">
        <w:rPr>
          <w:rFonts w:ascii="Sakkal Majalla" w:hAnsi="Sakkal Majalla" w:cs="Sakkal Majalla" w:hint="cs"/>
          <w:szCs w:val="28"/>
          <w:rtl/>
        </w:rPr>
        <w:t>المعرفة</w:t>
      </w:r>
      <w:r w:rsidRPr="004313FE">
        <w:rPr>
          <w:rFonts w:ascii="Sakkal Majalla" w:hAnsi="Sakkal Majalla" w:cs="Sakkal Majalla"/>
          <w:szCs w:val="28"/>
          <w:rtl/>
        </w:rPr>
        <w:t xml:space="preserve"> </w:t>
      </w:r>
      <w:r w:rsidRPr="004313FE">
        <w:rPr>
          <w:rFonts w:ascii="Sakkal Majalla" w:hAnsi="Sakkal Majalla" w:cs="Sakkal Majalla" w:hint="cs"/>
          <w:szCs w:val="28"/>
          <w:rtl/>
        </w:rPr>
        <w:t>مع</w:t>
      </w:r>
      <w:r w:rsidRPr="004313FE">
        <w:rPr>
          <w:rFonts w:ascii="Sakkal Majalla" w:hAnsi="Sakkal Majalla" w:cs="Sakkal Majalla"/>
          <w:szCs w:val="28"/>
          <w:rtl/>
        </w:rPr>
        <w:t xml:space="preserve"> </w:t>
      </w:r>
      <w:r w:rsidRPr="004313FE">
        <w:rPr>
          <w:rFonts w:ascii="Sakkal Majalla" w:hAnsi="Sakkal Majalla" w:cs="Sakkal Majalla" w:hint="cs"/>
          <w:szCs w:val="28"/>
          <w:rtl/>
        </w:rPr>
        <w:t>تدريب</w:t>
      </w:r>
      <w:r w:rsidRPr="004313FE">
        <w:rPr>
          <w:rFonts w:ascii="Sakkal Majalla" w:hAnsi="Sakkal Majalla" w:cs="Sakkal Majalla"/>
          <w:szCs w:val="28"/>
          <w:rtl/>
        </w:rPr>
        <w:t xml:space="preserve"> </w:t>
      </w:r>
      <w:r w:rsidRPr="004313FE">
        <w:rPr>
          <w:rFonts w:ascii="Sakkal Majalla" w:hAnsi="Sakkal Majalla" w:cs="Sakkal Majalla" w:hint="cs"/>
          <w:szCs w:val="28"/>
          <w:rtl/>
        </w:rPr>
        <w:t>مشغليها</w:t>
      </w:r>
      <w:r w:rsidRPr="004313FE">
        <w:rPr>
          <w:rFonts w:ascii="Sakkal Majalla" w:hAnsi="Sakkal Majalla" w:cs="Sakkal Majalla"/>
          <w:szCs w:val="28"/>
        </w:rPr>
        <w:t>.</w:t>
      </w:r>
    </w:p>
    <w:p w14:paraId="5E50FEE2" w14:textId="16CAE813" w:rsidR="00652FCF" w:rsidRPr="004313FE" w:rsidRDefault="00652FCF" w:rsidP="00083D43">
      <w:pPr>
        <w:pStyle w:val="ListParagraph"/>
        <w:numPr>
          <w:ilvl w:val="0"/>
          <w:numId w:val="84"/>
        </w:numPr>
        <w:bidi/>
        <w:spacing w:line="360" w:lineRule="auto"/>
        <w:rPr>
          <w:rFonts w:ascii="Sakkal Majalla" w:hAnsi="Sakkal Majalla" w:cs="Sakkal Majalla"/>
          <w:szCs w:val="28"/>
          <w:rtl/>
        </w:rPr>
      </w:pPr>
      <w:r w:rsidRPr="004313FE">
        <w:rPr>
          <w:rFonts w:ascii="Sakkal Majalla" w:hAnsi="Sakkal Majalla" w:cs="Sakkal Majalla" w:hint="cs"/>
          <w:szCs w:val="28"/>
          <w:rtl/>
        </w:rPr>
        <w:t>متابعة</w:t>
      </w:r>
      <w:r w:rsidRPr="004313FE">
        <w:rPr>
          <w:rFonts w:ascii="Sakkal Majalla" w:hAnsi="Sakkal Majalla" w:cs="Sakkal Majalla"/>
          <w:szCs w:val="28"/>
          <w:rtl/>
        </w:rPr>
        <w:t xml:space="preserve"> </w:t>
      </w:r>
      <w:r w:rsidRPr="004313FE">
        <w:rPr>
          <w:rFonts w:ascii="Sakkal Majalla" w:hAnsi="Sakkal Majalla" w:cs="Sakkal Majalla" w:hint="cs"/>
          <w:szCs w:val="28"/>
          <w:rtl/>
        </w:rPr>
        <w:t>ما</w:t>
      </w:r>
      <w:r w:rsidRPr="004313FE">
        <w:rPr>
          <w:rFonts w:ascii="Sakkal Majalla" w:hAnsi="Sakkal Majalla" w:cs="Sakkal Majalla"/>
          <w:szCs w:val="28"/>
          <w:rtl/>
        </w:rPr>
        <w:t xml:space="preserve"> </w:t>
      </w:r>
      <w:r w:rsidRPr="004313FE">
        <w:rPr>
          <w:rFonts w:ascii="Sakkal Majalla" w:hAnsi="Sakkal Majalla" w:cs="Sakkal Majalla" w:hint="cs"/>
          <w:szCs w:val="28"/>
          <w:rtl/>
        </w:rPr>
        <w:t>بعد</w:t>
      </w:r>
      <w:r w:rsidRPr="004313FE">
        <w:rPr>
          <w:rFonts w:ascii="Sakkal Majalla" w:hAnsi="Sakkal Majalla" w:cs="Sakkal Majalla"/>
          <w:szCs w:val="28"/>
          <w:rtl/>
        </w:rPr>
        <w:t xml:space="preserve"> </w:t>
      </w:r>
      <w:r w:rsidRPr="004313FE">
        <w:rPr>
          <w:rFonts w:ascii="Sakkal Majalla" w:hAnsi="Sakkal Majalla" w:cs="Sakkal Majalla" w:hint="cs"/>
          <w:szCs w:val="28"/>
          <w:rtl/>
        </w:rPr>
        <w:t>المشروع</w:t>
      </w:r>
      <w:r w:rsidRPr="004313FE">
        <w:rPr>
          <w:rFonts w:ascii="Sakkal Majalla" w:hAnsi="Sakkal Majalla" w:cs="Sakkal Majalla"/>
          <w:szCs w:val="28"/>
          <w:rtl/>
        </w:rPr>
        <w:t xml:space="preserve"> (6</w:t>
      </w:r>
      <w:r w:rsidRPr="004313FE">
        <w:rPr>
          <w:rFonts w:ascii="Sakkal Majalla" w:hAnsi="Sakkal Majalla" w:cs="Sakkal Majalla" w:hint="cs"/>
          <w:szCs w:val="28"/>
          <w:rtl/>
        </w:rPr>
        <w:t>–</w:t>
      </w:r>
      <w:r w:rsidRPr="004313FE">
        <w:rPr>
          <w:rFonts w:ascii="Sakkal Majalla" w:hAnsi="Sakkal Majalla" w:cs="Sakkal Majalla"/>
          <w:szCs w:val="28"/>
          <w:rtl/>
        </w:rPr>
        <w:t xml:space="preserve">12 </w:t>
      </w:r>
      <w:r w:rsidRPr="004313FE">
        <w:rPr>
          <w:rFonts w:ascii="Sakkal Majalla" w:hAnsi="Sakkal Majalla" w:cs="Sakkal Majalla" w:hint="cs"/>
          <w:szCs w:val="28"/>
          <w:rtl/>
        </w:rPr>
        <w:t>شهرًا</w:t>
      </w:r>
      <w:r w:rsidRPr="004313FE">
        <w:rPr>
          <w:rFonts w:ascii="Sakkal Majalla" w:hAnsi="Sakkal Majalla" w:cs="Sakkal Majalla"/>
          <w:szCs w:val="28"/>
          <w:rtl/>
        </w:rPr>
        <w:t xml:space="preserve">) </w:t>
      </w:r>
      <w:r w:rsidRPr="004313FE">
        <w:rPr>
          <w:rFonts w:ascii="Sakkal Majalla" w:hAnsi="Sakkal Majalla" w:cs="Sakkal Majalla" w:hint="cs"/>
          <w:szCs w:val="28"/>
          <w:rtl/>
        </w:rPr>
        <w:t>لضمان</w:t>
      </w:r>
      <w:r w:rsidRPr="004313FE">
        <w:rPr>
          <w:rFonts w:ascii="Sakkal Majalla" w:hAnsi="Sakkal Majalla" w:cs="Sakkal Majalla"/>
          <w:szCs w:val="28"/>
          <w:rtl/>
        </w:rPr>
        <w:t xml:space="preserve"> </w:t>
      </w:r>
      <w:r w:rsidRPr="004313FE">
        <w:rPr>
          <w:rFonts w:ascii="Sakkal Majalla" w:hAnsi="Sakkal Majalla" w:cs="Sakkal Majalla" w:hint="cs"/>
          <w:szCs w:val="28"/>
          <w:rtl/>
        </w:rPr>
        <w:t>الانتقال</w:t>
      </w:r>
      <w:r w:rsidRPr="004313FE">
        <w:rPr>
          <w:rFonts w:ascii="Sakkal Majalla" w:hAnsi="Sakkal Majalla" w:cs="Sakkal Majalla"/>
          <w:szCs w:val="28"/>
          <w:rtl/>
        </w:rPr>
        <w:t xml:space="preserve"> </w:t>
      </w:r>
      <w:r w:rsidRPr="004313FE">
        <w:rPr>
          <w:rFonts w:ascii="Sakkal Majalla" w:hAnsi="Sakkal Majalla" w:cs="Sakkal Majalla" w:hint="cs"/>
          <w:szCs w:val="28"/>
          <w:rtl/>
        </w:rPr>
        <w:t>الكامل</w:t>
      </w:r>
      <w:r w:rsidRPr="004313FE">
        <w:rPr>
          <w:rFonts w:ascii="Sakkal Majalla" w:hAnsi="Sakkal Majalla" w:cs="Sakkal Majalla"/>
          <w:szCs w:val="28"/>
        </w:rPr>
        <w:t>.</w:t>
      </w:r>
    </w:p>
    <w:p w14:paraId="644EFCE4" w14:textId="77777777" w:rsidR="00652FCF" w:rsidRPr="00634497" w:rsidRDefault="00652FCF" w:rsidP="00083D43">
      <w:pPr>
        <w:bidi/>
        <w:spacing w:line="360" w:lineRule="auto"/>
        <w:rPr>
          <w:rFonts w:ascii="Sakkal Majalla" w:hAnsi="Sakkal Majalla" w:cs="Sakkal Majalla"/>
          <w:b/>
          <w:bCs/>
          <w:sz w:val="32"/>
          <w:szCs w:val="32"/>
          <w:rtl/>
        </w:rPr>
      </w:pPr>
      <w:r w:rsidRPr="00634497">
        <w:rPr>
          <w:rFonts w:ascii="Sakkal Majalla" w:hAnsi="Sakkal Majalla" w:cs="Sakkal Majalla"/>
          <w:b/>
          <w:bCs/>
          <w:sz w:val="32"/>
          <w:szCs w:val="32"/>
          <w:rtl/>
        </w:rPr>
        <w:t>5.4.3</w:t>
      </w:r>
      <w:r w:rsidRPr="00634497">
        <w:rPr>
          <w:rFonts w:ascii="Sakkal Majalla" w:hAnsi="Sakkal Majalla" w:cs="Sakkal Majalla"/>
          <w:b/>
          <w:bCs/>
          <w:sz w:val="32"/>
          <w:szCs w:val="32"/>
        </w:rPr>
        <w:t xml:space="preserve"> </w:t>
      </w:r>
      <w:r w:rsidRPr="00634497">
        <w:rPr>
          <w:rFonts w:ascii="Sakkal Majalla" w:hAnsi="Sakkal Majalla" w:cs="Sakkal Majalla" w:hint="cs"/>
          <w:b/>
          <w:bCs/>
          <w:sz w:val="32"/>
          <w:szCs w:val="32"/>
          <w:rtl/>
        </w:rPr>
        <w:t>آليات</w:t>
      </w:r>
      <w:r w:rsidRPr="00634497">
        <w:rPr>
          <w:rFonts w:ascii="Sakkal Majalla" w:hAnsi="Sakkal Majalla" w:cs="Sakkal Majalla"/>
          <w:b/>
          <w:bCs/>
          <w:sz w:val="32"/>
          <w:szCs w:val="32"/>
          <w:rtl/>
        </w:rPr>
        <w:t xml:space="preserve"> </w:t>
      </w:r>
      <w:r w:rsidRPr="00634497">
        <w:rPr>
          <w:rFonts w:ascii="Sakkal Majalla" w:hAnsi="Sakkal Majalla" w:cs="Sakkal Majalla" w:hint="cs"/>
          <w:b/>
          <w:bCs/>
          <w:sz w:val="32"/>
          <w:szCs w:val="32"/>
          <w:rtl/>
        </w:rPr>
        <w:t>ضمان</w:t>
      </w:r>
      <w:r w:rsidRPr="00634497">
        <w:rPr>
          <w:rFonts w:ascii="Sakkal Majalla" w:hAnsi="Sakkal Majalla" w:cs="Sakkal Majalla"/>
          <w:b/>
          <w:bCs/>
          <w:sz w:val="32"/>
          <w:szCs w:val="32"/>
          <w:rtl/>
        </w:rPr>
        <w:t xml:space="preserve"> </w:t>
      </w:r>
      <w:r w:rsidRPr="00634497">
        <w:rPr>
          <w:rFonts w:ascii="Sakkal Majalla" w:hAnsi="Sakkal Majalla" w:cs="Sakkal Majalla" w:hint="cs"/>
          <w:b/>
          <w:bCs/>
          <w:sz w:val="32"/>
          <w:szCs w:val="32"/>
          <w:rtl/>
        </w:rPr>
        <w:t>تكوين</w:t>
      </w:r>
      <w:r w:rsidRPr="00634497">
        <w:rPr>
          <w:rFonts w:ascii="Sakkal Majalla" w:hAnsi="Sakkal Majalla" w:cs="Sakkal Majalla"/>
          <w:b/>
          <w:bCs/>
          <w:sz w:val="32"/>
          <w:szCs w:val="32"/>
          <w:rtl/>
        </w:rPr>
        <w:t xml:space="preserve"> </w:t>
      </w:r>
      <w:r w:rsidRPr="00634497">
        <w:rPr>
          <w:rFonts w:ascii="Sakkal Majalla" w:hAnsi="Sakkal Majalla" w:cs="Sakkal Majalla" w:hint="cs"/>
          <w:b/>
          <w:bCs/>
          <w:sz w:val="32"/>
          <w:szCs w:val="32"/>
          <w:rtl/>
        </w:rPr>
        <w:t>القدرة</w:t>
      </w:r>
      <w:r w:rsidRPr="00634497">
        <w:rPr>
          <w:rFonts w:ascii="Sakkal Majalla" w:hAnsi="Sakkal Majalla" w:cs="Sakkal Majalla"/>
          <w:b/>
          <w:bCs/>
          <w:sz w:val="32"/>
          <w:szCs w:val="32"/>
          <w:rtl/>
        </w:rPr>
        <w:t xml:space="preserve"> </w:t>
      </w:r>
      <w:r w:rsidRPr="00634497">
        <w:rPr>
          <w:rFonts w:ascii="Sakkal Majalla" w:hAnsi="Sakkal Majalla" w:cs="Sakkal Majalla" w:hint="cs"/>
          <w:b/>
          <w:bCs/>
          <w:sz w:val="32"/>
          <w:szCs w:val="32"/>
          <w:rtl/>
        </w:rPr>
        <w:t>الامتصاصية</w:t>
      </w:r>
    </w:p>
    <w:p w14:paraId="0D4A11A1" w14:textId="06FF9A30" w:rsidR="00652FCF" w:rsidRPr="004313FE" w:rsidRDefault="00652FCF" w:rsidP="00083D43">
      <w:pPr>
        <w:pStyle w:val="ListParagraph"/>
        <w:numPr>
          <w:ilvl w:val="0"/>
          <w:numId w:val="85"/>
        </w:numPr>
        <w:bidi/>
        <w:spacing w:line="360" w:lineRule="auto"/>
        <w:rPr>
          <w:rFonts w:ascii="Sakkal Majalla" w:hAnsi="Sakkal Majalla" w:cs="Sakkal Majalla"/>
          <w:szCs w:val="28"/>
          <w:rtl/>
        </w:rPr>
      </w:pPr>
      <w:r w:rsidRPr="004313FE">
        <w:rPr>
          <w:rFonts w:ascii="Sakkal Majalla" w:hAnsi="Sakkal Majalla" w:cs="Sakkal Majalla" w:hint="cs"/>
          <w:szCs w:val="28"/>
          <w:rtl/>
        </w:rPr>
        <w:lastRenderedPageBreak/>
        <w:t>مستوى</w:t>
      </w:r>
      <w:r w:rsidRPr="004313FE">
        <w:rPr>
          <w:rFonts w:ascii="Sakkal Majalla" w:hAnsi="Sakkal Majalla" w:cs="Sakkal Majalla"/>
          <w:szCs w:val="28"/>
          <w:rtl/>
        </w:rPr>
        <w:t xml:space="preserve"> </w:t>
      </w:r>
      <w:r w:rsidRPr="004313FE">
        <w:rPr>
          <w:rFonts w:ascii="Sakkal Majalla" w:hAnsi="Sakkal Majalla" w:cs="Sakkal Majalla" w:hint="cs"/>
          <w:szCs w:val="28"/>
          <w:rtl/>
        </w:rPr>
        <w:t>الأفراد</w:t>
      </w:r>
      <w:r w:rsidRPr="004313FE">
        <w:rPr>
          <w:rFonts w:ascii="Sakkal Majalla" w:hAnsi="Sakkal Majalla" w:cs="Sakkal Majalla"/>
          <w:szCs w:val="28"/>
          <w:rtl/>
        </w:rPr>
        <w:t xml:space="preserve">: </w:t>
      </w:r>
      <w:r w:rsidRPr="004313FE">
        <w:rPr>
          <w:rFonts w:ascii="Sakkal Majalla" w:hAnsi="Sakkal Majalla" w:cs="Sakkal Majalla" w:hint="cs"/>
          <w:szCs w:val="28"/>
          <w:rtl/>
        </w:rPr>
        <w:t>تدريب</w:t>
      </w:r>
      <w:r w:rsidRPr="004313FE">
        <w:rPr>
          <w:rFonts w:ascii="Sakkal Majalla" w:hAnsi="Sakkal Majalla" w:cs="Sakkal Majalla"/>
          <w:szCs w:val="28"/>
          <w:rtl/>
        </w:rPr>
        <w:t xml:space="preserve"> </w:t>
      </w:r>
      <w:r w:rsidRPr="004313FE">
        <w:rPr>
          <w:rFonts w:ascii="Sakkal Majalla" w:hAnsi="Sakkal Majalla" w:cs="Sakkal Majalla" w:hint="cs"/>
          <w:szCs w:val="28"/>
          <w:rtl/>
        </w:rPr>
        <w:t>مدربين</w:t>
      </w:r>
      <w:r w:rsidRPr="004313FE">
        <w:rPr>
          <w:rFonts w:ascii="Sakkal Majalla" w:hAnsi="Sakkal Majalla" w:cs="Sakkal Majalla"/>
          <w:szCs w:val="28"/>
          <w:rtl/>
        </w:rPr>
        <w:t xml:space="preserve"> </w:t>
      </w:r>
      <w:r w:rsidRPr="004313FE">
        <w:rPr>
          <w:rFonts w:ascii="Sakkal Majalla" w:hAnsi="Sakkal Majalla" w:cs="Sakkal Majalla" w:hint="cs"/>
          <w:szCs w:val="28"/>
          <w:rtl/>
        </w:rPr>
        <w:t>داخليين،</w:t>
      </w:r>
      <w:r w:rsidRPr="004313FE">
        <w:rPr>
          <w:rFonts w:ascii="Sakkal Majalla" w:hAnsi="Sakkal Majalla" w:cs="Sakkal Majalla"/>
          <w:szCs w:val="28"/>
          <w:rtl/>
        </w:rPr>
        <w:t xml:space="preserve"> </w:t>
      </w:r>
      <w:r w:rsidRPr="004313FE">
        <w:rPr>
          <w:rFonts w:ascii="Sakkal Majalla" w:hAnsi="Sakkal Majalla" w:cs="Sakkal Majalla" w:hint="cs"/>
          <w:szCs w:val="28"/>
          <w:rtl/>
        </w:rPr>
        <w:t>اختبارات</w:t>
      </w:r>
      <w:r w:rsidRPr="004313FE">
        <w:rPr>
          <w:rFonts w:ascii="Sakkal Majalla" w:hAnsi="Sakkal Majalla" w:cs="Sakkal Majalla"/>
          <w:szCs w:val="28"/>
          <w:rtl/>
        </w:rPr>
        <w:t xml:space="preserve"> </w:t>
      </w:r>
      <w:r w:rsidRPr="004313FE">
        <w:rPr>
          <w:rFonts w:ascii="Sakkal Majalla" w:hAnsi="Sakkal Majalla" w:cs="Sakkal Majalla" w:hint="cs"/>
          <w:szCs w:val="28"/>
          <w:rtl/>
        </w:rPr>
        <w:t>جاهزية</w:t>
      </w:r>
      <w:r w:rsidRPr="004313FE">
        <w:rPr>
          <w:rFonts w:ascii="Sakkal Majalla" w:hAnsi="Sakkal Majalla" w:cs="Sakkal Majalla"/>
          <w:szCs w:val="28"/>
          <w:rtl/>
        </w:rPr>
        <w:t xml:space="preserve"> </w:t>
      </w:r>
      <w:r w:rsidRPr="004313FE">
        <w:rPr>
          <w:rFonts w:ascii="Sakkal Majalla" w:hAnsi="Sakkal Majalla" w:cs="Sakkal Majalla" w:hint="cs"/>
          <w:szCs w:val="28"/>
          <w:rtl/>
        </w:rPr>
        <w:t>الامتصاص</w:t>
      </w:r>
      <w:r w:rsidRPr="004313FE">
        <w:rPr>
          <w:rFonts w:ascii="Sakkal Majalla" w:hAnsi="Sakkal Majalla" w:cs="Sakkal Majalla"/>
          <w:szCs w:val="28"/>
        </w:rPr>
        <w:t>.</w:t>
      </w:r>
    </w:p>
    <w:p w14:paraId="3ED1D049" w14:textId="621627BE" w:rsidR="00652FCF" w:rsidRPr="004313FE" w:rsidRDefault="00652FCF" w:rsidP="00083D43">
      <w:pPr>
        <w:pStyle w:val="ListParagraph"/>
        <w:numPr>
          <w:ilvl w:val="0"/>
          <w:numId w:val="85"/>
        </w:numPr>
        <w:bidi/>
        <w:spacing w:line="360" w:lineRule="auto"/>
        <w:rPr>
          <w:rFonts w:ascii="Sakkal Majalla" w:hAnsi="Sakkal Majalla" w:cs="Sakkal Majalla"/>
          <w:szCs w:val="28"/>
          <w:rtl/>
        </w:rPr>
      </w:pPr>
      <w:r w:rsidRPr="004313FE">
        <w:rPr>
          <w:rFonts w:ascii="Sakkal Majalla" w:hAnsi="Sakkal Majalla" w:cs="Sakkal Majalla" w:hint="cs"/>
          <w:szCs w:val="28"/>
          <w:rtl/>
        </w:rPr>
        <w:t>مستوى</w:t>
      </w:r>
      <w:r w:rsidRPr="004313FE">
        <w:rPr>
          <w:rFonts w:ascii="Sakkal Majalla" w:hAnsi="Sakkal Majalla" w:cs="Sakkal Majalla"/>
          <w:szCs w:val="28"/>
          <w:rtl/>
        </w:rPr>
        <w:t xml:space="preserve"> </w:t>
      </w:r>
      <w:r w:rsidRPr="004313FE">
        <w:rPr>
          <w:rFonts w:ascii="Sakkal Majalla" w:hAnsi="Sakkal Majalla" w:cs="Sakkal Majalla" w:hint="cs"/>
          <w:szCs w:val="28"/>
          <w:rtl/>
        </w:rPr>
        <w:t>العمليات</w:t>
      </w:r>
      <w:r w:rsidRPr="004313FE">
        <w:rPr>
          <w:rFonts w:ascii="Sakkal Majalla" w:hAnsi="Sakkal Majalla" w:cs="Sakkal Majalla"/>
          <w:szCs w:val="28"/>
          <w:rtl/>
        </w:rPr>
        <w:t xml:space="preserve">: </w:t>
      </w:r>
      <w:r w:rsidRPr="004313FE">
        <w:rPr>
          <w:rFonts w:ascii="Sakkal Majalla" w:hAnsi="Sakkal Majalla" w:cs="Sakkal Majalla" w:hint="cs"/>
          <w:szCs w:val="28"/>
          <w:rtl/>
        </w:rPr>
        <w:t>إدماج</w:t>
      </w:r>
      <w:r w:rsidRPr="004313FE">
        <w:rPr>
          <w:rFonts w:ascii="Sakkal Majalla" w:hAnsi="Sakkal Majalla" w:cs="Sakkal Majalla"/>
          <w:szCs w:val="28"/>
          <w:rtl/>
        </w:rPr>
        <w:t xml:space="preserve"> </w:t>
      </w:r>
      <w:r w:rsidRPr="004313FE">
        <w:rPr>
          <w:rFonts w:ascii="Sakkal Majalla" w:hAnsi="Sakkal Majalla" w:cs="Sakkal Majalla" w:hint="cs"/>
          <w:szCs w:val="28"/>
          <w:rtl/>
        </w:rPr>
        <w:t>خطوات</w:t>
      </w:r>
      <w:r w:rsidRPr="004313FE">
        <w:rPr>
          <w:rFonts w:ascii="Sakkal Majalla" w:hAnsi="Sakkal Majalla" w:cs="Sakkal Majalla"/>
          <w:szCs w:val="28"/>
          <w:rtl/>
        </w:rPr>
        <w:t xml:space="preserve"> </w:t>
      </w:r>
      <w:r w:rsidRPr="004313FE">
        <w:rPr>
          <w:rFonts w:ascii="Sakkal Majalla" w:hAnsi="Sakkal Majalla" w:cs="Sakkal Majalla" w:hint="cs"/>
          <w:szCs w:val="28"/>
          <w:rtl/>
        </w:rPr>
        <w:t>استيعاب</w:t>
      </w:r>
      <w:r w:rsidRPr="004313FE">
        <w:rPr>
          <w:rFonts w:ascii="Sakkal Majalla" w:hAnsi="Sakkal Majalla" w:cs="Sakkal Majalla"/>
          <w:szCs w:val="28"/>
          <w:rtl/>
        </w:rPr>
        <w:t xml:space="preserve"> </w:t>
      </w:r>
      <w:r w:rsidRPr="004313FE">
        <w:rPr>
          <w:rFonts w:ascii="Sakkal Majalla" w:hAnsi="Sakkal Majalla" w:cs="Sakkal Majalla" w:hint="cs"/>
          <w:szCs w:val="28"/>
          <w:rtl/>
        </w:rPr>
        <w:t>المعرفة</w:t>
      </w:r>
      <w:r w:rsidRPr="004313FE">
        <w:rPr>
          <w:rFonts w:ascii="Sakkal Majalla" w:hAnsi="Sakkal Majalla" w:cs="Sakkal Majalla"/>
          <w:szCs w:val="28"/>
          <w:rtl/>
        </w:rPr>
        <w:t xml:space="preserve"> </w:t>
      </w:r>
      <w:r w:rsidRPr="004313FE">
        <w:rPr>
          <w:rFonts w:ascii="Sakkal Majalla" w:hAnsi="Sakkal Majalla" w:cs="Sakkal Majalla" w:hint="cs"/>
          <w:szCs w:val="28"/>
          <w:rtl/>
        </w:rPr>
        <w:t>في</w:t>
      </w:r>
      <w:r w:rsidRPr="004313FE">
        <w:rPr>
          <w:rFonts w:ascii="Sakkal Majalla" w:hAnsi="Sakkal Majalla" w:cs="Sakkal Majalla"/>
          <w:szCs w:val="28"/>
          <w:rtl/>
        </w:rPr>
        <w:t xml:space="preserve"> </w:t>
      </w:r>
      <w:r w:rsidRPr="004313FE">
        <w:rPr>
          <w:rFonts w:ascii="Sakkal Majalla" w:hAnsi="Sakkal Majalla" w:cs="Sakkal Majalla" w:hint="cs"/>
          <w:szCs w:val="28"/>
          <w:rtl/>
        </w:rPr>
        <w:t>الإجراءات</w:t>
      </w:r>
      <w:r w:rsidRPr="004313FE">
        <w:rPr>
          <w:rFonts w:ascii="Sakkal Majalla" w:hAnsi="Sakkal Majalla" w:cs="Sakkal Majalla"/>
          <w:szCs w:val="28"/>
          <w:rtl/>
        </w:rPr>
        <w:t xml:space="preserve"> </w:t>
      </w:r>
      <w:r w:rsidRPr="004313FE">
        <w:rPr>
          <w:rFonts w:ascii="Sakkal Majalla" w:hAnsi="Sakkal Majalla" w:cs="Sakkal Majalla" w:hint="cs"/>
          <w:szCs w:val="28"/>
          <w:rtl/>
        </w:rPr>
        <w:t>الرسمية</w:t>
      </w:r>
      <w:r w:rsidRPr="004313FE">
        <w:rPr>
          <w:rFonts w:ascii="Sakkal Majalla" w:hAnsi="Sakkal Majalla" w:cs="Sakkal Majalla"/>
          <w:szCs w:val="28"/>
        </w:rPr>
        <w:t>.</w:t>
      </w:r>
    </w:p>
    <w:p w14:paraId="64F3027D" w14:textId="7782702B" w:rsidR="00652FCF" w:rsidRPr="004313FE" w:rsidRDefault="00652FCF" w:rsidP="00083D43">
      <w:pPr>
        <w:pStyle w:val="ListParagraph"/>
        <w:numPr>
          <w:ilvl w:val="0"/>
          <w:numId w:val="85"/>
        </w:numPr>
        <w:bidi/>
        <w:spacing w:line="360" w:lineRule="auto"/>
        <w:rPr>
          <w:rFonts w:ascii="Sakkal Majalla" w:hAnsi="Sakkal Majalla" w:cs="Sakkal Majalla"/>
          <w:szCs w:val="28"/>
          <w:rtl/>
        </w:rPr>
      </w:pPr>
      <w:r w:rsidRPr="004313FE">
        <w:rPr>
          <w:rFonts w:ascii="Sakkal Majalla" w:hAnsi="Sakkal Majalla" w:cs="Sakkal Majalla" w:hint="cs"/>
          <w:szCs w:val="28"/>
          <w:rtl/>
        </w:rPr>
        <w:t>مستوى</w:t>
      </w:r>
      <w:r w:rsidRPr="004313FE">
        <w:rPr>
          <w:rFonts w:ascii="Sakkal Majalla" w:hAnsi="Sakkal Majalla" w:cs="Sakkal Majalla"/>
          <w:szCs w:val="28"/>
          <w:rtl/>
        </w:rPr>
        <w:t xml:space="preserve"> </w:t>
      </w:r>
      <w:r w:rsidRPr="004313FE">
        <w:rPr>
          <w:rFonts w:ascii="Sakkal Majalla" w:hAnsi="Sakkal Majalla" w:cs="Sakkal Majalla" w:hint="cs"/>
          <w:szCs w:val="28"/>
          <w:rtl/>
        </w:rPr>
        <w:t>الأنظمة</w:t>
      </w:r>
      <w:r w:rsidRPr="004313FE">
        <w:rPr>
          <w:rFonts w:ascii="Sakkal Majalla" w:hAnsi="Sakkal Majalla" w:cs="Sakkal Majalla"/>
          <w:szCs w:val="28"/>
          <w:rtl/>
        </w:rPr>
        <w:t xml:space="preserve">: </w:t>
      </w:r>
      <w:r w:rsidRPr="004313FE">
        <w:rPr>
          <w:rFonts w:ascii="Sakkal Majalla" w:hAnsi="Sakkal Majalla" w:cs="Sakkal Majalla" w:hint="cs"/>
          <w:szCs w:val="28"/>
          <w:rtl/>
        </w:rPr>
        <w:t>إنشاء</w:t>
      </w:r>
      <w:r w:rsidRPr="004313FE">
        <w:rPr>
          <w:rFonts w:ascii="Sakkal Majalla" w:hAnsi="Sakkal Majalla" w:cs="Sakkal Majalla"/>
          <w:szCs w:val="28"/>
          <w:rtl/>
        </w:rPr>
        <w:t xml:space="preserve"> </w:t>
      </w:r>
      <w:r w:rsidRPr="004313FE">
        <w:rPr>
          <w:rFonts w:ascii="Sakkal Majalla" w:hAnsi="Sakkal Majalla" w:cs="Sakkal Majalla" w:hint="cs"/>
          <w:szCs w:val="28"/>
          <w:rtl/>
        </w:rPr>
        <w:t>قاعدة</w:t>
      </w:r>
      <w:r w:rsidRPr="004313FE">
        <w:rPr>
          <w:rFonts w:ascii="Sakkal Majalla" w:hAnsi="Sakkal Majalla" w:cs="Sakkal Majalla"/>
          <w:szCs w:val="28"/>
          <w:rtl/>
        </w:rPr>
        <w:t xml:space="preserve"> </w:t>
      </w:r>
      <w:r w:rsidRPr="004313FE">
        <w:rPr>
          <w:rFonts w:ascii="Sakkal Majalla" w:hAnsi="Sakkal Majalla" w:cs="Sakkal Majalla" w:hint="cs"/>
          <w:szCs w:val="28"/>
          <w:rtl/>
        </w:rPr>
        <w:t>بيانات</w:t>
      </w:r>
      <w:r w:rsidRPr="004313FE">
        <w:rPr>
          <w:rFonts w:ascii="Sakkal Majalla" w:hAnsi="Sakkal Majalla" w:cs="Sakkal Majalla"/>
          <w:szCs w:val="28"/>
          <w:rtl/>
        </w:rPr>
        <w:t xml:space="preserve"> </w:t>
      </w:r>
      <w:r w:rsidRPr="004313FE">
        <w:rPr>
          <w:rFonts w:ascii="Sakkal Majalla" w:hAnsi="Sakkal Majalla" w:cs="Sakkal Majalla" w:hint="cs"/>
          <w:szCs w:val="28"/>
          <w:rtl/>
        </w:rPr>
        <w:t>مركزية</w:t>
      </w:r>
      <w:r w:rsidRPr="004313FE">
        <w:rPr>
          <w:rFonts w:ascii="Sakkal Majalla" w:hAnsi="Sakkal Majalla" w:cs="Sakkal Majalla"/>
          <w:szCs w:val="28"/>
          <w:rtl/>
        </w:rPr>
        <w:t xml:space="preserve"> </w:t>
      </w:r>
      <w:r w:rsidRPr="004313FE">
        <w:rPr>
          <w:rFonts w:ascii="Sakkal Majalla" w:hAnsi="Sakkal Majalla" w:cs="Sakkal Majalla" w:hint="cs"/>
          <w:szCs w:val="28"/>
          <w:rtl/>
        </w:rPr>
        <w:t>للمعرفة</w:t>
      </w:r>
      <w:r w:rsidRPr="004313FE">
        <w:rPr>
          <w:rFonts w:ascii="Sakkal Majalla" w:hAnsi="Sakkal Majalla" w:cs="Sakkal Majalla"/>
          <w:szCs w:val="28"/>
        </w:rPr>
        <w:t>.</w:t>
      </w:r>
    </w:p>
    <w:p w14:paraId="59B35624" w14:textId="77777777" w:rsidR="00652FCF" w:rsidRPr="00634497" w:rsidRDefault="00652FCF" w:rsidP="00083D43">
      <w:pPr>
        <w:bidi/>
        <w:spacing w:line="360" w:lineRule="auto"/>
        <w:rPr>
          <w:rFonts w:ascii="Sakkal Majalla" w:hAnsi="Sakkal Majalla" w:cs="Sakkal Majalla"/>
          <w:b/>
          <w:bCs/>
          <w:sz w:val="32"/>
          <w:szCs w:val="32"/>
          <w:rtl/>
        </w:rPr>
      </w:pPr>
      <w:r w:rsidRPr="00634497">
        <w:rPr>
          <w:rFonts w:ascii="Sakkal Majalla" w:hAnsi="Sakkal Majalla" w:cs="Sakkal Majalla"/>
          <w:b/>
          <w:bCs/>
          <w:sz w:val="32"/>
          <w:szCs w:val="32"/>
          <w:rtl/>
        </w:rPr>
        <w:t>5.4.4</w:t>
      </w:r>
      <w:r w:rsidRPr="00634497">
        <w:rPr>
          <w:rFonts w:ascii="Sakkal Majalla" w:hAnsi="Sakkal Majalla" w:cs="Sakkal Majalla"/>
          <w:b/>
          <w:bCs/>
          <w:sz w:val="32"/>
          <w:szCs w:val="32"/>
        </w:rPr>
        <w:t xml:space="preserve"> </w:t>
      </w:r>
      <w:r w:rsidRPr="00634497">
        <w:rPr>
          <w:rFonts w:ascii="Sakkal Majalla" w:hAnsi="Sakkal Majalla" w:cs="Sakkal Majalla" w:hint="cs"/>
          <w:b/>
          <w:bCs/>
          <w:sz w:val="32"/>
          <w:szCs w:val="32"/>
          <w:rtl/>
        </w:rPr>
        <w:t>آليات</w:t>
      </w:r>
      <w:r w:rsidRPr="00634497">
        <w:rPr>
          <w:rFonts w:ascii="Sakkal Majalla" w:hAnsi="Sakkal Majalla" w:cs="Sakkal Majalla"/>
          <w:b/>
          <w:bCs/>
          <w:sz w:val="32"/>
          <w:szCs w:val="32"/>
          <w:rtl/>
        </w:rPr>
        <w:t xml:space="preserve"> </w:t>
      </w:r>
      <w:r w:rsidRPr="00634497">
        <w:rPr>
          <w:rFonts w:ascii="Sakkal Majalla" w:hAnsi="Sakkal Majalla" w:cs="Sakkal Majalla" w:hint="cs"/>
          <w:b/>
          <w:bCs/>
          <w:sz w:val="32"/>
          <w:szCs w:val="32"/>
          <w:rtl/>
        </w:rPr>
        <w:t>ضمان</w:t>
      </w:r>
      <w:r w:rsidRPr="00634497">
        <w:rPr>
          <w:rFonts w:ascii="Sakkal Majalla" w:hAnsi="Sakkal Majalla" w:cs="Sakkal Majalla"/>
          <w:b/>
          <w:bCs/>
          <w:sz w:val="32"/>
          <w:szCs w:val="32"/>
          <w:rtl/>
        </w:rPr>
        <w:t xml:space="preserve"> </w:t>
      </w:r>
      <w:r w:rsidRPr="00634497">
        <w:rPr>
          <w:rFonts w:ascii="Sakkal Majalla" w:hAnsi="Sakkal Majalla" w:cs="Sakkal Majalla" w:hint="cs"/>
          <w:b/>
          <w:bCs/>
          <w:sz w:val="32"/>
          <w:szCs w:val="32"/>
          <w:rtl/>
        </w:rPr>
        <w:t>استدامة</w:t>
      </w:r>
      <w:r w:rsidRPr="00634497">
        <w:rPr>
          <w:rFonts w:ascii="Sakkal Majalla" w:hAnsi="Sakkal Majalla" w:cs="Sakkal Majalla"/>
          <w:b/>
          <w:bCs/>
          <w:sz w:val="32"/>
          <w:szCs w:val="32"/>
          <w:rtl/>
        </w:rPr>
        <w:t xml:space="preserve"> </w:t>
      </w:r>
      <w:r w:rsidRPr="00634497">
        <w:rPr>
          <w:rFonts w:ascii="Sakkal Majalla" w:hAnsi="Sakkal Majalla" w:cs="Sakkal Majalla" w:hint="cs"/>
          <w:b/>
          <w:bCs/>
          <w:sz w:val="32"/>
          <w:szCs w:val="32"/>
          <w:rtl/>
        </w:rPr>
        <w:t>الابتكار</w:t>
      </w:r>
    </w:p>
    <w:p w14:paraId="272E1411" w14:textId="01D22FDA" w:rsidR="00652FCF" w:rsidRPr="004313FE" w:rsidRDefault="00652FCF" w:rsidP="00083D43">
      <w:pPr>
        <w:pStyle w:val="ListParagraph"/>
        <w:numPr>
          <w:ilvl w:val="0"/>
          <w:numId w:val="86"/>
        </w:numPr>
        <w:bidi/>
        <w:spacing w:line="360" w:lineRule="auto"/>
        <w:rPr>
          <w:rFonts w:ascii="Sakkal Majalla" w:hAnsi="Sakkal Majalla" w:cs="Sakkal Majalla"/>
          <w:szCs w:val="28"/>
          <w:rtl/>
        </w:rPr>
      </w:pPr>
      <w:r w:rsidRPr="004313FE">
        <w:rPr>
          <w:rFonts w:ascii="Sakkal Majalla" w:hAnsi="Sakkal Majalla" w:cs="Sakkal Majalla" w:hint="cs"/>
          <w:szCs w:val="28"/>
          <w:rtl/>
        </w:rPr>
        <w:t>إدراج</w:t>
      </w:r>
      <w:r w:rsidRPr="004313FE">
        <w:rPr>
          <w:rFonts w:ascii="Sakkal Majalla" w:hAnsi="Sakkal Majalla" w:cs="Sakkal Majalla"/>
          <w:szCs w:val="28"/>
          <w:rtl/>
        </w:rPr>
        <w:t xml:space="preserve"> </w:t>
      </w:r>
      <w:r w:rsidRPr="004313FE">
        <w:rPr>
          <w:rFonts w:ascii="Sakkal Majalla" w:hAnsi="Sakkal Majalla" w:cs="Sakkal Majalla" w:hint="cs"/>
          <w:szCs w:val="28"/>
          <w:rtl/>
        </w:rPr>
        <w:t>الابتكار</w:t>
      </w:r>
      <w:r w:rsidRPr="004313FE">
        <w:rPr>
          <w:rFonts w:ascii="Sakkal Majalla" w:hAnsi="Sakkal Majalla" w:cs="Sakkal Majalla"/>
          <w:szCs w:val="28"/>
          <w:rtl/>
        </w:rPr>
        <w:t xml:space="preserve"> </w:t>
      </w:r>
      <w:r w:rsidRPr="004313FE">
        <w:rPr>
          <w:rFonts w:ascii="Sakkal Majalla" w:hAnsi="Sakkal Majalla" w:cs="Sakkal Majalla" w:hint="cs"/>
          <w:szCs w:val="28"/>
          <w:rtl/>
        </w:rPr>
        <w:t>ضمن</w:t>
      </w:r>
      <w:r w:rsidRPr="004313FE">
        <w:rPr>
          <w:rFonts w:ascii="Sakkal Majalla" w:hAnsi="Sakkal Majalla" w:cs="Sakkal Majalla"/>
          <w:szCs w:val="28"/>
          <w:rtl/>
        </w:rPr>
        <w:t xml:space="preserve"> </w:t>
      </w:r>
      <w:r w:rsidRPr="004313FE">
        <w:rPr>
          <w:rFonts w:ascii="Sakkal Majalla" w:hAnsi="Sakkal Majalla" w:cs="Sakkal Majalla" w:hint="cs"/>
          <w:szCs w:val="28"/>
          <w:rtl/>
        </w:rPr>
        <w:t>الهياكل</w:t>
      </w:r>
      <w:r w:rsidRPr="004313FE">
        <w:rPr>
          <w:rFonts w:ascii="Sakkal Majalla" w:hAnsi="Sakkal Majalla" w:cs="Sakkal Majalla"/>
          <w:szCs w:val="28"/>
          <w:rtl/>
        </w:rPr>
        <w:t xml:space="preserve"> </w:t>
      </w:r>
      <w:r w:rsidRPr="004313FE">
        <w:rPr>
          <w:rFonts w:ascii="Sakkal Majalla" w:hAnsi="Sakkal Majalla" w:cs="Sakkal Majalla" w:hint="cs"/>
          <w:szCs w:val="28"/>
          <w:rtl/>
        </w:rPr>
        <w:t>الرسمية</w:t>
      </w:r>
      <w:r w:rsidRPr="004313FE">
        <w:rPr>
          <w:rFonts w:ascii="Sakkal Majalla" w:hAnsi="Sakkal Majalla" w:cs="Sakkal Majalla"/>
          <w:szCs w:val="28"/>
          <w:rtl/>
        </w:rPr>
        <w:t xml:space="preserve"> </w:t>
      </w:r>
      <w:r w:rsidRPr="004313FE">
        <w:rPr>
          <w:rFonts w:ascii="Sakkal Majalla" w:hAnsi="Sakkal Majalla" w:cs="Sakkal Majalla" w:hint="cs"/>
          <w:szCs w:val="28"/>
          <w:rtl/>
        </w:rPr>
        <w:t>والميزانية</w:t>
      </w:r>
      <w:r w:rsidRPr="004313FE">
        <w:rPr>
          <w:rFonts w:ascii="Sakkal Majalla" w:hAnsi="Sakkal Majalla" w:cs="Sakkal Majalla"/>
          <w:szCs w:val="28"/>
          <w:rtl/>
        </w:rPr>
        <w:t xml:space="preserve"> </w:t>
      </w:r>
      <w:r w:rsidRPr="004313FE">
        <w:rPr>
          <w:rFonts w:ascii="Sakkal Majalla" w:hAnsi="Sakkal Majalla" w:cs="Sakkal Majalla" w:hint="cs"/>
          <w:szCs w:val="28"/>
          <w:rtl/>
        </w:rPr>
        <w:t>السنوية</w:t>
      </w:r>
      <w:r w:rsidRPr="004313FE">
        <w:rPr>
          <w:rFonts w:ascii="Sakkal Majalla" w:hAnsi="Sakkal Majalla" w:cs="Sakkal Majalla"/>
          <w:szCs w:val="28"/>
        </w:rPr>
        <w:t>.</w:t>
      </w:r>
    </w:p>
    <w:p w14:paraId="6A6827E5" w14:textId="2D71CCFF" w:rsidR="00652FCF" w:rsidRPr="004313FE" w:rsidRDefault="00652FCF" w:rsidP="00083D43">
      <w:pPr>
        <w:pStyle w:val="ListParagraph"/>
        <w:numPr>
          <w:ilvl w:val="0"/>
          <w:numId w:val="86"/>
        </w:numPr>
        <w:bidi/>
        <w:spacing w:line="360" w:lineRule="auto"/>
        <w:rPr>
          <w:rFonts w:ascii="Sakkal Majalla" w:hAnsi="Sakkal Majalla" w:cs="Sakkal Majalla"/>
          <w:szCs w:val="28"/>
          <w:rtl/>
        </w:rPr>
      </w:pPr>
      <w:r w:rsidRPr="004313FE">
        <w:rPr>
          <w:rFonts w:ascii="Sakkal Majalla" w:hAnsi="Sakkal Majalla" w:cs="Sakkal Majalla" w:hint="cs"/>
          <w:szCs w:val="28"/>
          <w:rtl/>
        </w:rPr>
        <w:t>مؤشرات</w:t>
      </w:r>
      <w:r w:rsidRPr="004313FE">
        <w:rPr>
          <w:rFonts w:ascii="Sakkal Majalla" w:hAnsi="Sakkal Majalla" w:cs="Sakkal Majalla"/>
          <w:szCs w:val="28"/>
          <w:rtl/>
        </w:rPr>
        <w:t xml:space="preserve"> </w:t>
      </w:r>
      <w:r w:rsidRPr="004313FE">
        <w:rPr>
          <w:rFonts w:ascii="Sakkal Majalla" w:hAnsi="Sakkal Majalla" w:cs="Sakkal Majalla" w:hint="cs"/>
          <w:szCs w:val="28"/>
          <w:rtl/>
        </w:rPr>
        <w:t>أداء</w:t>
      </w:r>
      <w:r w:rsidRPr="004313FE">
        <w:rPr>
          <w:rFonts w:ascii="Sakkal Majalla" w:hAnsi="Sakkal Majalla" w:cs="Sakkal Majalla"/>
          <w:szCs w:val="28"/>
          <w:rtl/>
        </w:rPr>
        <w:t xml:space="preserve"> </w:t>
      </w:r>
      <w:r w:rsidRPr="004313FE">
        <w:rPr>
          <w:rFonts w:ascii="Sakkal Majalla" w:hAnsi="Sakkal Majalla" w:cs="Sakkal Majalla" w:hint="cs"/>
          <w:szCs w:val="28"/>
          <w:rtl/>
        </w:rPr>
        <w:t>طويلة</w:t>
      </w:r>
      <w:r w:rsidRPr="004313FE">
        <w:rPr>
          <w:rFonts w:ascii="Sakkal Majalla" w:hAnsi="Sakkal Majalla" w:cs="Sakkal Majalla"/>
          <w:szCs w:val="28"/>
          <w:rtl/>
        </w:rPr>
        <w:t xml:space="preserve"> </w:t>
      </w:r>
      <w:r w:rsidRPr="004313FE">
        <w:rPr>
          <w:rFonts w:ascii="Sakkal Majalla" w:hAnsi="Sakkal Majalla" w:cs="Sakkal Majalla" w:hint="cs"/>
          <w:szCs w:val="28"/>
          <w:rtl/>
        </w:rPr>
        <w:t>الأمد</w:t>
      </w:r>
      <w:r w:rsidRPr="004313FE">
        <w:rPr>
          <w:rFonts w:ascii="Sakkal Majalla" w:hAnsi="Sakkal Majalla" w:cs="Sakkal Majalla"/>
          <w:szCs w:val="28"/>
          <w:rtl/>
        </w:rPr>
        <w:t xml:space="preserve"> (12 </w:t>
      </w:r>
      <w:r w:rsidRPr="004313FE">
        <w:rPr>
          <w:rFonts w:ascii="Sakkal Majalla" w:hAnsi="Sakkal Majalla" w:cs="Sakkal Majalla" w:hint="cs"/>
          <w:szCs w:val="28"/>
          <w:rtl/>
        </w:rPr>
        <w:t>و</w:t>
      </w:r>
      <w:r w:rsidRPr="004313FE">
        <w:rPr>
          <w:rFonts w:ascii="Sakkal Majalla" w:hAnsi="Sakkal Majalla" w:cs="Sakkal Majalla"/>
          <w:szCs w:val="28"/>
          <w:rtl/>
        </w:rPr>
        <w:t xml:space="preserve">24 </w:t>
      </w:r>
      <w:r w:rsidRPr="004313FE">
        <w:rPr>
          <w:rFonts w:ascii="Sakkal Majalla" w:hAnsi="Sakkal Majalla" w:cs="Sakkal Majalla" w:hint="cs"/>
          <w:szCs w:val="28"/>
          <w:rtl/>
        </w:rPr>
        <w:t>شهرًا</w:t>
      </w:r>
      <w:r w:rsidRPr="004313FE">
        <w:rPr>
          <w:rFonts w:ascii="Sakkal Majalla" w:hAnsi="Sakkal Majalla" w:cs="Sakkal Majalla"/>
          <w:szCs w:val="28"/>
          <w:rtl/>
        </w:rPr>
        <w:t>)</w:t>
      </w:r>
      <w:r w:rsidRPr="004313FE">
        <w:rPr>
          <w:rFonts w:ascii="Sakkal Majalla" w:hAnsi="Sakkal Majalla" w:cs="Sakkal Majalla"/>
          <w:szCs w:val="28"/>
        </w:rPr>
        <w:t>.</w:t>
      </w:r>
    </w:p>
    <w:p w14:paraId="066ED3B6" w14:textId="15E92D0B" w:rsidR="00652FCF" w:rsidRPr="004313FE" w:rsidRDefault="00652FCF" w:rsidP="00083D43">
      <w:pPr>
        <w:pStyle w:val="ListParagraph"/>
        <w:numPr>
          <w:ilvl w:val="0"/>
          <w:numId w:val="86"/>
        </w:numPr>
        <w:bidi/>
        <w:spacing w:line="360" w:lineRule="auto"/>
        <w:rPr>
          <w:rFonts w:ascii="Sakkal Majalla" w:hAnsi="Sakkal Majalla" w:cs="Sakkal Majalla"/>
          <w:szCs w:val="28"/>
          <w:rtl/>
        </w:rPr>
      </w:pPr>
      <w:r w:rsidRPr="004313FE">
        <w:rPr>
          <w:rFonts w:ascii="Sakkal Majalla" w:hAnsi="Sakkal Majalla" w:cs="Sakkal Majalla" w:hint="cs"/>
          <w:szCs w:val="28"/>
          <w:rtl/>
        </w:rPr>
        <w:t>اجتماعات</w:t>
      </w:r>
      <w:r w:rsidRPr="004313FE">
        <w:rPr>
          <w:rFonts w:ascii="Sakkal Majalla" w:hAnsi="Sakkal Majalla" w:cs="Sakkal Majalla"/>
          <w:szCs w:val="28"/>
          <w:rtl/>
        </w:rPr>
        <w:t xml:space="preserve"> </w:t>
      </w:r>
      <w:r w:rsidRPr="004313FE">
        <w:rPr>
          <w:rFonts w:ascii="Sakkal Majalla" w:hAnsi="Sakkal Majalla" w:cs="Sakkal Majalla" w:hint="cs"/>
          <w:szCs w:val="28"/>
          <w:rtl/>
        </w:rPr>
        <w:t>ربع</w:t>
      </w:r>
      <w:r w:rsidRPr="004313FE">
        <w:rPr>
          <w:rFonts w:ascii="Sakkal Majalla" w:hAnsi="Sakkal Majalla" w:cs="Sakkal Majalla"/>
          <w:szCs w:val="28"/>
          <w:rtl/>
        </w:rPr>
        <w:t xml:space="preserve"> </w:t>
      </w:r>
      <w:r w:rsidRPr="004313FE">
        <w:rPr>
          <w:rFonts w:ascii="Sakkal Majalla" w:hAnsi="Sakkal Majalla" w:cs="Sakkal Majalla" w:hint="cs"/>
          <w:szCs w:val="28"/>
          <w:rtl/>
        </w:rPr>
        <w:t>سنوية</w:t>
      </w:r>
      <w:r w:rsidRPr="004313FE">
        <w:rPr>
          <w:rFonts w:ascii="Sakkal Majalla" w:hAnsi="Sakkal Majalla" w:cs="Sakkal Majalla"/>
          <w:szCs w:val="28"/>
          <w:rtl/>
        </w:rPr>
        <w:t xml:space="preserve"> </w:t>
      </w:r>
      <w:r w:rsidRPr="004313FE">
        <w:rPr>
          <w:rFonts w:ascii="Sakkal Majalla" w:hAnsi="Sakkal Majalla" w:cs="Sakkal Majalla" w:hint="cs"/>
          <w:szCs w:val="28"/>
          <w:rtl/>
        </w:rPr>
        <w:t>لمراجعة</w:t>
      </w:r>
      <w:r w:rsidRPr="004313FE">
        <w:rPr>
          <w:rFonts w:ascii="Sakkal Majalla" w:hAnsi="Sakkal Majalla" w:cs="Sakkal Majalla"/>
          <w:szCs w:val="28"/>
          <w:rtl/>
        </w:rPr>
        <w:t xml:space="preserve"> </w:t>
      </w:r>
      <w:r w:rsidRPr="004313FE">
        <w:rPr>
          <w:rFonts w:ascii="Sakkal Majalla" w:hAnsi="Sakkal Majalla" w:cs="Sakkal Majalla" w:hint="cs"/>
          <w:szCs w:val="28"/>
          <w:rtl/>
        </w:rPr>
        <w:t>الابتكار</w:t>
      </w:r>
      <w:r w:rsidRPr="004313FE">
        <w:rPr>
          <w:rFonts w:ascii="Sakkal Majalla" w:hAnsi="Sakkal Majalla" w:cs="Sakkal Majalla"/>
          <w:szCs w:val="28"/>
        </w:rPr>
        <w:t>.</w:t>
      </w:r>
    </w:p>
    <w:p w14:paraId="31503113" w14:textId="0A5C6707" w:rsidR="00652FCF" w:rsidRPr="004313FE" w:rsidRDefault="00652FCF" w:rsidP="00083D43">
      <w:pPr>
        <w:pStyle w:val="ListParagraph"/>
        <w:numPr>
          <w:ilvl w:val="0"/>
          <w:numId w:val="86"/>
        </w:numPr>
        <w:bidi/>
        <w:spacing w:line="360" w:lineRule="auto"/>
        <w:rPr>
          <w:rFonts w:ascii="Sakkal Majalla" w:hAnsi="Sakkal Majalla" w:cs="Sakkal Majalla"/>
          <w:szCs w:val="28"/>
          <w:rtl/>
        </w:rPr>
      </w:pPr>
      <w:r w:rsidRPr="004313FE">
        <w:rPr>
          <w:rFonts w:ascii="Sakkal Majalla" w:hAnsi="Sakkal Majalla" w:cs="Sakkal Majalla" w:hint="cs"/>
          <w:szCs w:val="28"/>
          <w:rtl/>
        </w:rPr>
        <w:t>دعم</w:t>
      </w:r>
      <w:r w:rsidRPr="004313FE">
        <w:rPr>
          <w:rFonts w:ascii="Sakkal Majalla" w:hAnsi="Sakkal Majalla" w:cs="Sakkal Majalla"/>
          <w:szCs w:val="28"/>
          <w:rtl/>
        </w:rPr>
        <w:t xml:space="preserve"> </w:t>
      </w:r>
      <w:r w:rsidRPr="004313FE">
        <w:rPr>
          <w:rFonts w:ascii="Sakkal Majalla" w:hAnsi="Sakkal Majalla" w:cs="Sakkal Majalla" w:hint="cs"/>
          <w:szCs w:val="28"/>
          <w:rtl/>
        </w:rPr>
        <w:t>استشاري</w:t>
      </w:r>
      <w:r w:rsidRPr="004313FE">
        <w:rPr>
          <w:rFonts w:ascii="Sakkal Majalla" w:hAnsi="Sakkal Majalla" w:cs="Sakkal Majalla"/>
          <w:szCs w:val="28"/>
          <w:rtl/>
        </w:rPr>
        <w:t xml:space="preserve"> </w:t>
      </w:r>
      <w:r w:rsidRPr="004313FE">
        <w:rPr>
          <w:rFonts w:ascii="Sakkal Majalla" w:hAnsi="Sakkal Majalla" w:cs="Sakkal Majalla" w:hint="cs"/>
          <w:szCs w:val="28"/>
          <w:rtl/>
        </w:rPr>
        <w:t>منخفض</w:t>
      </w:r>
      <w:r w:rsidRPr="004313FE">
        <w:rPr>
          <w:rFonts w:ascii="Sakkal Majalla" w:hAnsi="Sakkal Majalla" w:cs="Sakkal Majalla"/>
          <w:szCs w:val="28"/>
          <w:rtl/>
        </w:rPr>
        <w:t xml:space="preserve"> </w:t>
      </w:r>
      <w:r w:rsidRPr="004313FE">
        <w:rPr>
          <w:rFonts w:ascii="Sakkal Majalla" w:hAnsi="Sakkal Majalla" w:cs="Sakkal Majalla" w:hint="cs"/>
          <w:szCs w:val="28"/>
          <w:rtl/>
        </w:rPr>
        <w:t>الكلفة</w:t>
      </w:r>
      <w:r w:rsidRPr="004313FE">
        <w:rPr>
          <w:rFonts w:ascii="Sakkal Majalla" w:hAnsi="Sakkal Majalla" w:cs="Sakkal Majalla"/>
          <w:szCs w:val="28"/>
          <w:rtl/>
        </w:rPr>
        <w:t xml:space="preserve"> </w:t>
      </w:r>
      <w:r w:rsidRPr="004313FE">
        <w:rPr>
          <w:rFonts w:ascii="Sakkal Majalla" w:hAnsi="Sakkal Majalla" w:cs="Sakkal Majalla" w:hint="cs"/>
          <w:szCs w:val="28"/>
          <w:rtl/>
        </w:rPr>
        <w:t>بعد</w:t>
      </w:r>
      <w:r w:rsidRPr="004313FE">
        <w:rPr>
          <w:rFonts w:ascii="Sakkal Majalla" w:hAnsi="Sakkal Majalla" w:cs="Sakkal Majalla"/>
          <w:szCs w:val="28"/>
          <w:rtl/>
        </w:rPr>
        <w:t xml:space="preserve"> </w:t>
      </w:r>
      <w:r w:rsidRPr="004313FE">
        <w:rPr>
          <w:rFonts w:ascii="Sakkal Majalla" w:hAnsi="Sakkal Majalla" w:cs="Sakkal Majalla" w:hint="cs"/>
          <w:szCs w:val="28"/>
          <w:rtl/>
        </w:rPr>
        <w:t>الإغلاق</w:t>
      </w:r>
      <w:r w:rsidRPr="004313FE">
        <w:rPr>
          <w:rFonts w:ascii="Sakkal Majalla" w:hAnsi="Sakkal Majalla" w:cs="Sakkal Majalla"/>
          <w:szCs w:val="28"/>
        </w:rPr>
        <w:t>.</w:t>
      </w:r>
    </w:p>
    <w:p w14:paraId="6C7782A9" w14:textId="77777777" w:rsidR="00652FCF" w:rsidRPr="00634497" w:rsidRDefault="00652FCF" w:rsidP="00083D43">
      <w:pPr>
        <w:bidi/>
        <w:spacing w:line="360" w:lineRule="auto"/>
        <w:rPr>
          <w:rFonts w:ascii="Sakkal Majalla" w:hAnsi="Sakkal Majalla" w:cs="Sakkal Majalla"/>
          <w:b/>
          <w:bCs/>
          <w:sz w:val="32"/>
          <w:szCs w:val="32"/>
          <w:rtl/>
        </w:rPr>
      </w:pPr>
      <w:r w:rsidRPr="00634497">
        <w:rPr>
          <w:rFonts w:ascii="Sakkal Majalla" w:hAnsi="Sakkal Majalla" w:cs="Sakkal Majalla"/>
          <w:b/>
          <w:bCs/>
          <w:sz w:val="32"/>
          <w:szCs w:val="32"/>
          <w:rtl/>
        </w:rPr>
        <w:t>5.4.5</w:t>
      </w:r>
      <w:r w:rsidRPr="00634497">
        <w:rPr>
          <w:rFonts w:ascii="Sakkal Majalla" w:hAnsi="Sakkal Majalla" w:cs="Sakkal Majalla"/>
          <w:b/>
          <w:bCs/>
          <w:sz w:val="32"/>
          <w:szCs w:val="32"/>
        </w:rPr>
        <w:t xml:space="preserve"> </w:t>
      </w:r>
      <w:r w:rsidRPr="00634497">
        <w:rPr>
          <w:rFonts w:ascii="Sakkal Majalla" w:hAnsi="Sakkal Majalla" w:cs="Sakkal Majalla" w:hint="cs"/>
          <w:b/>
          <w:bCs/>
          <w:sz w:val="32"/>
          <w:szCs w:val="32"/>
          <w:rtl/>
        </w:rPr>
        <w:t>المخرجات</w:t>
      </w:r>
      <w:r w:rsidRPr="00634497">
        <w:rPr>
          <w:rFonts w:ascii="Sakkal Majalla" w:hAnsi="Sakkal Majalla" w:cs="Sakkal Majalla"/>
          <w:b/>
          <w:bCs/>
          <w:sz w:val="32"/>
          <w:szCs w:val="32"/>
          <w:rtl/>
        </w:rPr>
        <w:t xml:space="preserve"> </w:t>
      </w:r>
      <w:r w:rsidRPr="00634497">
        <w:rPr>
          <w:rFonts w:ascii="Sakkal Majalla" w:hAnsi="Sakkal Majalla" w:cs="Sakkal Majalla" w:hint="cs"/>
          <w:b/>
          <w:bCs/>
          <w:sz w:val="32"/>
          <w:szCs w:val="32"/>
          <w:rtl/>
        </w:rPr>
        <w:t>المتوقعة</w:t>
      </w:r>
    </w:p>
    <w:p w14:paraId="0A7340DE" w14:textId="359AAFF0" w:rsidR="00652FCF" w:rsidRPr="004313FE" w:rsidRDefault="00652FCF" w:rsidP="00083D43">
      <w:pPr>
        <w:pStyle w:val="ListParagraph"/>
        <w:numPr>
          <w:ilvl w:val="0"/>
          <w:numId w:val="87"/>
        </w:numPr>
        <w:bidi/>
        <w:spacing w:line="360" w:lineRule="auto"/>
        <w:rPr>
          <w:rFonts w:ascii="Sakkal Majalla" w:hAnsi="Sakkal Majalla" w:cs="Sakkal Majalla"/>
          <w:szCs w:val="28"/>
          <w:rtl/>
        </w:rPr>
      </w:pPr>
      <w:r w:rsidRPr="004313FE">
        <w:rPr>
          <w:rFonts w:ascii="Sakkal Majalla" w:hAnsi="Sakkal Majalla" w:cs="Sakkal Majalla" w:hint="cs"/>
          <w:szCs w:val="28"/>
          <w:rtl/>
        </w:rPr>
        <w:t>قدرة</w:t>
      </w:r>
      <w:r w:rsidRPr="004313FE">
        <w:rPr>
          <w:rFonts w:ascii="Sakkal Majalla" w:hAnsi="Sakkal Majalla" w:cs="Sakkal Majalla"/>
          <w:szCs w:val="28"/>
          <w:rtl/>
        </w:rPr>
        <w:t xml:space="preserve"> </w:t>
      </w:r>
      <w:r w:rsidRPr="004313FE">
        <w:rPr>
          <w:rFonts w:ascii="Sakkal Majalla" w:hAnsi="Sakkal Majalla" w:cs="Sakkal Majalla" w:hint="cs"/>
          <w:szCs w:val="28"/>
          <w:rtl/>
        </w:rPr>
        <w:t>امتصاصية</w:t>
      </w:r>
      <w:r w:rsidRPr="004313FE">
        <w:rPr>
          <w:rFonts w:ascii="Sakkal Majalla" w:hAnsi="Sakkal Majalla" w:cs="Sakkal Majalla"/>
          <w:szCs w:val="28"/>
          <w:rtl/>
        </w:rPr>
        <w:t xml:space="preserve"> </w:t>
      </w:r>
      <w:r w:rsidRPr="004313FE">
        <w:rPr>
          <w:rFonts w:ascii="Sakkal Majalla" w:hAnsi="Sakkal Majalla" w:cs="Sakkal Majalla" w:hint="cs"/>
          <w:szCs w:val="28"/>
          <w:rtl/>
        </w:rPr>
        <w:t>مؤسسية</w:t>
      </w:r>
      <w:r w:rsidRPr="004313FE">
        <w:rPr>
          <w:rFonts w:ascii="Sakkal Majalla" w:hAnsi="Sakkal Majalla" w:cs="Sakkal Majalla"/>
          <w:szCs w:val="28"/>
          <w:rtl/>
        </w:rPr>
        <w:t xml:space="preserve"> </w:t>
      </w:r>
      <w:r w:rsidRPr="004313FE">
        <w:rPr>
          <w:rFonts w:ascii="Sakkal Majalla" w:hAnsi="Sakkal Majalla" w:cs="Sakkal Majalla" w:hint="cs"/>
          <w:szCs w:val="28"/>
          <w:rtl/>
        </w:rPr>
        <w:t>قابلة</w:t>
      </w:r>
      <w:r w:rsidRPr="004313FE">
        <w:rPr>
          <w:rFonts w:ascii="Sakkal Majalla" w:hAnsi="Sakkal Majalla" w:cs="Sakkal Majalla"/>
          <w:szCs w:val="28"/>
          <w:rtl/>
        </w:rPr>
        <w:t xml:space="preserve"> </w:t>
      </w:r>
      <w:r w:rsidRPr="004313FE">
        <w:rPr>
          <w:rFonts w:ascii="Sakkal Majalla" w:hAnsi="Sakkal Majalla" w:cs="Sakkal Majalla" w:hint="cs"/>
          <w:szCs w:val="28"/>
          <w:rtl/>
        </w:rPr>
        <w:t>للقياس</w:t>
      </w:r>
      <w:r w:rsidRPr="004313FE">
        <w:rPr>
          <w:rFonts w:ascii="Sakkal Majalla" w:hAnsi="Sakkal Majalla" w:cs="Sakkal Majalla"/>
          <w:szCs w:val="28"/>
        </w:rPr>
        <w:t>.</w:t>
      </w:r>
    </w:p>
    <w:p w14:paraId="59D04418" w14:textId="76C9C515" w:rsidR="00652FCF" w:rsidRPr="004313FE" w:rsidRDefault="00652FCF" w:rsidP="00083D43">
      <w:pPr>
        <w:pStyle w:val="ListParagraph"/>
        <w:numPr>
          <w:ilvl w:val="0"/>
          <w:numId w:val="87"/>
        </w:numPr>
        <w:bidi/>
        <w:spacing w:line="360" w:lineRule="auto"/>
        <w:rPr>
          <w:rFonts w:ascii="Sakkal Majalla" w:hAnsi="Sakkal Majalla" w:cs="Sakkal Majalla"/>
          <w:szCs w:val="28"/>
          <w:rtl/>
        </w:rPr>
      </w:pPr>
      <w:r w:rsidRPr="004313FE">
        <w:rPr>
          <w:rFonts w:ascii="Sakkal Majalla" w:hAnsi="Sakkal Majalla" w:cs="Sakkal Majalla" w:hint="cs"/>
          <w:szCs w:val="28"/>
          <w:rtl/>
        </w:rPr>
        <w:t>آليات</w:t>
      </w:r>
      <w:r w:rsidRPr="004313FE">
        <w:rPr>
          <w:rFonts w:ascii="Sakkal Majalla" w:hAnsi="Sakkal Majalla" w:cs="Sakkal Majalla"/>
          <w:szCs w:val="28"/>
          <w:rtl/>
        </w:rPr>
        <w:t xml:space="preserve"> </w:t>
      </w:r>
      <w:r w:rsidRPr="004313FE">
        <w:rPr>
          <w:rFonts w:ascii="Sakkal Majalla" w:hAnsi="Sakkal Majalla" w:cs="Sakkal Majalla" w:hint="cs"/>
          <w:szCs w:val="28"/>
          <w:rtl/>
        </w:rPr>
        <w:t>مؤسسية</w:t>
      </w:r>
      <w:r w:rsidRPr="004313FE">
        <w:rPr>
          <w:rFonts w:ascii="Sakkal Majalla" w:hAnsi="Sakkal Majalla" w:cs="Sakkal Majalla"/>
          <w:szCs w:val="28"/>
          <w:rtl/>
        </w:rPr>
        <w:t xml:space="preserve"> </w:t>
      </w:r>
      <w:r w:rsidRPr="004313FE">
        <w:rPr>
          <w:rFonts w:ascii="Sakkal Majalla" w:hAnsi="Sakkal Majalla" w:cs="Sakkal Majalla" w:hint="cs"/>
          <w:szCs w:val="28"/>
          <w:rtl/>
        </w:rPr>
        <w:t>لحفظ</w:t>
      </w:r>
      <w:r w:rsidRPr="004313FE">
        <w:rPr>
          <w:rFonts w:ascii="Sakkal Majalla" w:hAnsi="Sakkal Majalla" w:cs="Sakkal Majalla"/>
          <w:szCs w:val="28"/>
          <w:rtl/>
        </w:rPr>
        <w:t xml:space="preserve"> </w:t>
      </w:r>
      <w:r w:rsidRPr="004313FE">
        <w:rPr>
          <w:rFonts w:ascii="Sakkal Majalla" w:hAnsi="Sakkal Majalla" w:cs="Sakkal Majalla" w:hint="cs"/>
          <w:szCs w:val="28"/>
          <w:rtl/>
        </w:rPr>
        <w:t>وتدوير</w:t>
      </w:r>
      <w:r w:rsidRPr="004313FE">
        <w:rPr>
          <w:rFonts w:ascii="Sakkal Majalla" w:hAnsi="Sakkal Majalla" w:cs="Sakkal Majalla"/>
          <w:szCs w:val="28"/>
          <w:rtl/>
        </w:rPr>
        <w:t xml:space="preserve"> </w:t>
      </w:r>
      <w:r w:rsidRPr="004313FE">
        <w:rPr>
          <w:rFonts w:ascii="Sakkal Majalla" w:hAnsi="Sakkal Majalla" w:cs="Sakkal Majalla" w:hint="cs"/>
          <w:szCs w:val="28"/>
          <w:rtl/>
        </w:rPr>
        <w:t>المعرفة</w:t>
      </w:r>
      <w:r w:rsidRPr="004313FE">
        <w:rPr>
          <w:rFonts w:ascii="Sakkal Majalla" w:hAnsi="Sakkal Majalla" w:cs="Sakkal Majalla"/>
          <w:szCs w:val="28"/>
        </w:rPr>
        <w:t>.</w:t>
      </w:r>
    </w:p>
    <w:p w14:paraId="67C91632" w14:textId="680A8629" w:rsidR="00652FCF" w:rsidRPr="004313FE" w:rsidRDefault="00652FCF" w:rsidP="00083D43">
      <w:pPr>
        <w:pStyle w:val="ListParagraph"/>
        <w:numPr>
          <w:ilvl w:val="0"/>
          <w:numId w:val="87"/>
        </w:numPr>
        <w:bidi/>
        <w:spacing w:line="360" w:lineRule="auto"/>
        <w:rPr>
          <w:rFonts w:ascii="Sakkal Majalla" w:hAnsi="Sakkal Majalla" w:cs="Sakkal Majalla"/>
          <w:szCs w:val="28"/>
          <w:rtl/>
        </w:rPr>
      </w:pPr>
      <w:r w:rsidRPr="004313FE">
        <w:rPr>
          <w:rFonts w:ascii="Sakkal Majalla" w:hAnsi="Sakkal Majalla" w:cs="Sakkal Majalla" w:hint="cs"/>
          <w:szCs w:val="28"/>
          <w:rtl/>
        </w:rPr>
        <w:t>دمج</w:t>
      </w:r>
      <w:r w:rsidRPr="004313FE">
        <w:rPr>
          <w:rFonts w:ascii="Sakkal Majalla" w:hAnsi="Sakkal Majalla" w:cs="Sakkal Majalla"/>
          <w:szCs w:val="28"/>
          <w:rtl/>
        </w:rPr>
        <w:t xml:space="preserve"> </w:t>
      </w:r>
      <w:r w:rsidRPr="004313FE">
        <w:rPr>
          <w:rFonts w:ascii="Sakkal Majalla" w:hAnsi="Sakkal Majalla" w:cs="Sakkal Majalla" w:hint="cs"/>
          <w:szCs w:val="28"/>
          <w:rtl/>
        </w:rPr>
        <w:t>الابتكار</w:t>
      </w:r>
      <w:r w:rsidRPr="004313FE">
        <w:rPr>
          <w:rFonts w:ascii="Sakkal Majalla" w:hAnsi="Sakkal Majalla" w:cs="Sakkal Majalla"/>
          <w:szCs w:val="28"/>
          <w:rtl/>
        </w:rPr>
        <w:t xml:space="preserve"> </w:t>
      </w:r>
      <w:r w:rsidRPr="004313FE">
        <w:rPr>
          <w:rFonts w:ascii="Sakkal Majalla" w:hAnsi="Sakkal Majalla" w:cs="Sakkal Majalla" w:hint="cs"/>
          <w:szCs w:val="28"/>
          <w:rtl/>
        </w:rPr>
        <w:t>في</w:t>
      </w:r>
      <w:r w:rsidRPr="004313FE">
        <w:rPr>
          <w:rFonts w:ascii="Sakkal Majalla" w:hAnsi="Sakkal Majalla" w:cs="Sakkal Majalla"/>
          <w:szCs w:val="28"/>
          <w:rtl/>
        </w:rPr>
        <w:t xml:space="preserve"> </w:t>
      </w:r>
      <w:r w:rsidRPr="004313FE">
        <w:rPr>
          <w:rFonts w:ascii="Sakkal Majalla" w:hAnsi="Sakkal Majalla" w:cs="Sakkal Majalla" w:hint="cs"/>
          <w:szCs w:val="28"/>
          <w:rtl/>
        </w:rPr>
        <w:t>السياسات</w:t>
      </w:r>
      <w:r w:rsidRPr="004313FE">
        <w:rPr>
          <w:rFonts w:ascii="Sakkal Majalla" w:hAnsi="Sakkal Majalla" w:cs="Sakkal Majalla"/>
          <w:szCs w:val="28"/>
          <w:rtl/>
        </w:rPr>
        <w:t xml:space="preserve"> </w:t>
      </w:r>
      <w:r w:rsidRPr="004313FE">
        <w:rPr>
          <w:rFonts w:ascii="Sakkal Majalla" w:hAnsi="Sakkal Majalla" w:cs="Sakkal Majalla" w:hint="cs"/>
          <w:szCs w:val="28"/>
          <w:rtl/>
        </w:rPr>
        <w:t>والإجراءات</w:t>
      </w:r>
      <w:r w:rsidRPr="004313FE">
        <w:rPr>
          <w:rFonts w:ascii="Sakkal Majalla" w:hAnsi="Sakkal Majalla" w:cs="Sakkal Majalla"/>
          <w:szCs w:val="28"/>
          <w:rtl/>
        </w:rPr>
        <w:t xml:space="preserve"> </w:t>
      </w:r>
      <w:r w:rsidRPr="004313FE">
        <w:rPr>
          <w:rFonts w:ascii="Sakkal Majalla" w:hAnsi="Sakkal Majalla" w:cs="Sakkal Majalla" w:hint="cs"/>
          <w:szCs w:val="28"/>
          <w:rtl/>
        </w:rPr>
        <w:t>التشغيلية</w:t>
      </w:r>
      <w:r w:rsidRPr="004313FE">
        <w:rPr>
          <w:rFonts w:ascii="Sakkal Majalla" w:hAnsi="Sakkal Majalla" w:cs="Sakkal Majalla"/>
          <w:szCs w:val="28"/>
        </w:rPr>
        <w:t>.</w:t>
      </w:r>
    </w:p>
    <w:p w14:paraId="11F7D7C0" w14:textId="77777777" w:rsidR="00E40491" w:rsidRPr="00E40491" w:rsidRDefault="00652FCF" w:rsidP="00083D43">
      <w:pPr>
        <w:pStyle w:val="ListParagraph"/>
        <w:numPr>
          <w:ilvl w:val="0"/>
          <w:numId w:val="87"/>
        </w:numPr>
        <w:bidi/>
        <w:spacing w:line="360" w:lineRule="auto"/>
        <w:rPr>
          <w:rFonts w:ascii="Sakkal Majalla" w:hAnsi="Sakkal Majalla" w:cs="Sakkal Majalla"/>
          <w:b/>
          <w:bCs/>
          <w:sz w:val="40"/>
          <w:szCs w:val="32"/>
        </w:rPr>
      </w:pPr>
      <w:r w:rsidRPr="004313FE">
        <w:rPr>
          <w:rFonts w:ascii="Sakkal Majalla" w:hAnsi="Sakkal Majalla" w:cs="Sakkal Majalla" w:hint="cs"/>
          <w:sz w:val="36"/>
          <w:szCs w:val="28"/>
          <w:rtl/>
        </w:rPr>
        <w:t>تقليل</w:t>
      </w:r>
      <w:r w:rsidRPr="004313FE">
        <w:rPr>
          <w:rFonts w:ascii="Sakkal Majalla" w:hAnsi="Sakkal Majalla" w:cs="Sakkal Majalla"/>
          <w:sz w:val="36"/>
          <w:szCs w:val="28"/>
          <w:rtl/>
        </w:rPr>
        <w:t xml:space="preserve"> </w:t>
      </w:r>
      <w:r w:rsidRPr="004313FE">
        <w:rPr>
          <w:rFonts w:ascii="Sakkal Majalla" w:hAnsi="Sakkal Majalla" w:cs="Sakkal Majalla" w:hint="cs"/>
          <w:sz w:val="36"/>
          <w:szCs w:val="28"/>
          <w:rtl/>
        </w:rPr>
        <w:t>الاعتماد</w:t>
      </w:r>
      <w:r w:rsidRPr="004313FE">
        <w:rPr>
          <w:rFonts w:ascii="Sakkal Majalla" w:hAnsi="Sakkal Majalla" w:cs="Sakkal Majalla"/>
          <w:sz w:val="36"/>
          <w:szCs w:val="28"/>
          <w:rtl/>
        </w:rPr>
        <w:t xml:space="preserve"> </w:t>
      </w:r>
      <w:r w:rsidRPr="004313FE">
        <w:rPr>
          <w:rFonts w:ascii="Sakkal Majalla" w:hAnsi="Sakkal Majalla" w:cs="Sakkal Majalla" w:hint="cs"/>
          <w:sz w:val="36"/>
          <w:szCs w:val="28"/>
          <w:rtl/>
        </w:rPr>
        <w:t>على</w:t>
      </w:r>
      <w:r w:rsidRPr="004313FE">
        <w:rPr>
          <w:rFonts w:ascii="Sakkal Majalla" w:hAnsi="Sakkal Majalla" w:cs="Sakkal Majalla"/>
          <w:sz w:val="36"/>
          <w:szCs w:val="28"/>
          <w:rtl/>
        </w:rPr>
        <w:t xml:space="preserve"> </w:t>
      </w:r>
      <w:r w:rsidRPr="004313FE">
        <w:rPr>
          <w:rFonts w:ascii="Sakkal Majalla" w:hAnsi="Sakkal Majalla" w:cs="Sakkal Majalla" w:hint="cs"/>
          <w:sz w:val="36"/>
          <w:szCs w:val="28"/>
          <w:rtl/>
        </w:rPr>
        <w:t>الدعم</w:t>
      </w:r>
      <w:r w:rsidRPr="004313FE">
        <w:rPr>
          <w:rFonts w:ascii="Sakkal Majalla" w:hAnsi="Sakkal Majalla" w:cs="Sakkal Majalla"/>
          <w:sz w:val="36"/>
          <w:szCs w:val="28"/>
          <w:rtl/>
        </w:rPr>
        <w:t xml:space="preserve"> </w:t>
      </w:r>
      <w:r w:rsidRPr="004313FE">
        <w:rPr>
          <w:rFonts w:ascii="Sakkal Majalla" w:hAnsi="Sakkal Majalla" w:cs="Sakkal Majalla" w:hint="cs"/>
          <w:sz w:val="36"/>
          <w:szCs w:val="28"/>
          <w:rtl/>
        </w:rPr>
        <w:t>الخارجي</w:t>
      </w:r>
      <w:r w:rsidRPr="004313FE">
        <w:rPr>
          <w:rFonts w:ascii="Sakkal Majalla" w:hAnsi="Sakkal Majalla" w:cs="Sakkal Majalla"/>
          <w:sz w:val="36"/>
          <w:szCs w:val="28"/>
          <w:rtl/>
        </w:rPr>
        <w:t xml:space="preserve"> </w:t>
      </w:r>
      <w:r w:rsidRPr="004313FE">
        <w:rPr>
          <w:rFonts w:ascii="Sakkal Majalla" w:hAnsi="Sakkal Majalla" w:cs="Sakkal Majalla" w:hint="cs"/>
          <w:sz w:val="36"/>
          <w:szCs w:val="28"/>
          <w:rtl/>
        </w:rPr>
        <w:t>بمرور</w:t>
      </w:r>
      <w:r w:rsidRPr="004313FE">
        <w:rPr>
          <w:rFonts w:ascii="Sakkal Majalla" w:hAnsi="Sakkal Majalla" w:cs="Sakkal Majalla"/>
          <w:sz w:val="36"/>
          <w:szCs w:val="28"/>
          <w:rtl/>
        </w:rPr>
        <w:t xml:space="preserve"> </w:t>
      </w:r>
      <w:r w:rsidRPr="004313FE">
        <w:rPr>
          <w:rFonts w:ascii="Sakkal Majalla" w:hAnsi="Sakkal Majalla" w:cs="Sakkal Majalla" w:hint="cs"/>
          <w:sz w:val="36"/>
          <w:szCs w:val="28"/>
          <w:rtl/>
        </w:rPr>
        <w:t>الوقت</w:t>
      </w:r>
      <w:r w:rsidRPr="004313FE">
        <w:rPr>
          <w:rFonts w:ascii="Sakkal Majalla" w:hAnsi="Sakkal Majalla" w:cs="Sakkal Majalla"/>
          <w:sz w:val="36"/>
          <w:szCs w:val="28"/>
          <w:rtl/>
        </w:rPr>
        <w:t>.</w:t>
      </w:r>
    </w:p>
    <w:p w14:paraId="7E87B1EC" w14:textId="77777777" w:rsidR="00E40491" w:rsidRPr="00E40491" w:rsidRDefault="00E40491" w:rsidP="00083D43">
      <w:pPr>
        <w:pStyle w:val="ListParagraph"/>
        <w:bidi/>
        <w:spacing w:line="360" w:lineRule="auto"/>
        <w:rPr>
          <w:rFonts w:ascii="Sakkal Majalla" w:hAnsi="Sakkal Majalla" w:cs="Sakkal Majalla"/>
          <w:b/>
          <w:bCs/>
          <w:sz w:val="40"/>
          <w:szCs w:val="32"/>
        </w:rPr>
      </w:pPr>
    </w:p>
    <w:p w14:paraId="55A19108" w14:textId="77777777" w:rsidR="00BD58D4" w:rsidRDefault="00E40491" w:rsidP="00634497">
      <w:pPr>
        <w:pStyle w:val="ListParagraph"/>
        <w:bidi/>
        <w:spacing w:line="360" w:lineRule="auto"/>
        <w:ind w:left="0"/>
        <w:jc w:val="lowKashida"/>
        <w:rPr>
          <w:rFonts w:ascii="Sakkal Majalla" w:hAnsi="Sakkal Majalla" w:cs="Sakkal Majalla"/>
          <w:sz w:val="24"/>
          <w:szCs w:val="20"/>
          <w:rtl/>
        </w:rPr>
      </w:pPr>
      <w:r w:rsidRPr="00E40491">
        <w:rPr>
          <w:rFonts w:ascii="Sakkal Majalla" w:hAnsi="Sakkal Majalla" w:cs="Sakkal Majalla"/>
          <w:sz w:val="36"/>
          <w:szCs w:val="28"/>
          <w:rtl/>
        </w:rPr>
        <w:t>يمثل هذا النموذج العملي التكاملي منهجية تتيح للشركات الاستشارية قيادة عملية تمكين الجهات الحكومية نحو استدامة الابتكار، من خلال دمج التمكين الداخلي والدعم الخارجي في منظومة واحدة مدعومة بالقدرة الامتصاصية والآليات المؤسسية. ويتميز النموذج بقدرته على التكيف مع السياقات التنظيمية المختلفة، مع ضمان تحويل التدخلات المؤقتة إلى ممارسات راسخة، ما يجعل الابتكار جزءًا أصيلًا من البنية المؤسسية</w:t>
      </w:r>
      <w:r w:rsidRPr="00E40491">
        <w:rPr>
          <w:rFonts w:ascii="Sakkal Majalla" w:hAnsi="Sakkal Majalla" w:cs="Sakkal Majalla"/>
          <w:sz w:val="24"/>
          <w:szCs w:val="20"/>
        </w:rPr>
        <w:t>.</w:t>
      </w:r>
    </w:p>
    <w:p w14:paraId="0857D5CB" w14:textId="03930443" w:rsidR="00BD58D4" w:rsidRPr="00BD58D4" w:rsidRDefault="000C1F4A" w:rsidP="00083D43">
      <w:pPr>
        <w:pStyle w:val="ListParagraph"/>
        <w:bidi/>
        <w:spacing w:line="360" w:lineRule="auto"/>
        <w:ind w:left="0"/>
        <w:rPr>
          <w:rFonts w:ascii="Sakkal Majalla" w:hAnsi="Sakkal Majalla" w:cs="Sakkal Majalla"/>
          <w:b/>
          <w:bCs/>
          <w:sz w:val="40"/>
          <w:szCs w:val="32"/>
        </w:rPr>
      </w:pPr>
      <w:r w:rsidRPr="000C1F4A">
        <w:rPr>
          <w:rFonts w:ascii="Sakkal Majalla" w:hAnsi="Sakkal Majalla" w:cs="Sakkal Majalla"/>
          <w:b/>
          <w:bCs/>
          <w:noProof/>
          <w:sz w:val="40"/>
          <w:szCs w:val="32"/>
          <w:rtl/>
        </w:rPr>
        <w:lastRenderedPageBreak/>
        <w:drawing>
          <wp:inline distT="0" distB="0" distL="0" distR="0" wp14:anchorId="3A173EA1" wp14:editId="434879F5">
            <wp:extent cx="5612765" cy="2712720"/>
            <wp:effectExtent l="0" t="0" r="6985" b="0"/>
            <wp:docPr id="71643758"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43758" name="Picture 1" descr="A diagram of a diagram&#10;&#10;AI-generated content may be incorrect."/>
                    <pic:cNvPicPr/>
                  </pic:nvPicPr>
                  <pic:blipFill>
                    <a:blip r:embed="rId13"/>
                    <a:stretch>
                      <a:fillRect/>
                    </a:stretch>
                  </pic:blipFill>
                  <pic:spPr>
                    <a:xfrm>
                      <a:off x="0" y="0"/>
                      <a:ext cx="5612765" cy="2712720"/>
                    </a:xfrm>
                    <a:prstGeom prst="rect">
                      <a:avLst/>
                    </a:prstGeom>
                  </pic:spPr>
                </pic:pic>
              </a:graphicData>
            </a:graphic>
          </wp:inline>
        </w:drawing>
      </w:r>
      <w:r w:rsidR="00C1290D" w:rsidRPr="004313FE">
        <w:rPr>
          <w:rFonts w:ascii="Sakkal Majalla" w:hAnsi="Sakkal Majalla" w:cs="Sakkal Majalla"/>
          <w:b/>
          <w:bCs/>
          <w:sz w:val="40"/>
          <w:szCs w:val="32"/>
          <w:rtl/>
        </w:rPr>
        <w:br/>
      </w:r>
      <w:r w:rsidR="00BD58D4" w:rsidRPr="00BD58D4">
        <w:rPr>
          <w:rFonts w:ascii="Sakkal Majalla" w:hAnsi="Sakkal Majalla" w:cs="Sakkal Majalla"/>
          <w:b/>
          <w:bCs/>
          <w:sz w:val="40"/>
          <w:szCs w:val="32"/>
        </w:rPr>
        <w:t xml:space="preserve">5.5 </w:t>
      </w:r>
      <w:r w:rsidR="00BD58D4" w:rsidRPr="00BD58D4">
        <w:rPr>
          <w:rFonts w:ascii="Sakkal Majalla" w:hAnsi="Sakkal Majalla" w:cs="Sakkal Majalla"/>
          <w:b/>
          <w:bCs/>
          <w:sz w:val="40"/>
          <w:szCs w:val="32"/>
          <w:rtl/>
        </w:rPr>
        <w:t>الدليل الإجرائي لتنفيذ النموذج العملي التكاملي لاستدامة الابتكار عبر الشراكة الاستشارية</w:t>
      </w:r>
    </w:p>
    <w:p w14:paraId="736E5DFE"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يهدف هذا الدليل إلى ترجمة النموذج العملي التكاملي المقترح إلى خطة تنفيذية قابلة للتطبيق، تُدار بالكامل من قبل الشركة الاستشارية، وتُنفذ بالتعاون الوثيق مع الجهة الحكومية المستفيدة، بما يحقق هدفين أساسيين</w:t>
      </w:r>
      <w:r w:rsidRPr="00E67043">
        <w:rPr>
          <w:rFonts w:ascii="Sakkal Majalla" w:hAnsi="Sakkal Majalla" w:cs="Sakkal Majalla"/>
          <w:sz w:val="36"/>
          <w:szCs w:val="28"/>
        </w:rPr>
        <w:t>:</w:t>
      </w:r>
    </w:p>
    <w:p w14:paraId="6C18C851" w14:textId="77777777" w:rsidR="00E67043" w:rsidRPr="00E67043" w:rsidRDefault="00E67043" w:rsidP="00634497">
      <w:pPr>
        <w:numPr>
          <w:ilvl w:val="0"/>
          <w:numId w:val="124"/>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تمكين الجهات الحكومية من ترسيخ الابتكار كممارسة مؤسسية مستدامة</w:t>
      </w:r>
      <w:r w:rsidRPr="00E67043">
        <w:rPr>
          <w:rFonts w:ascii="Sakkal Majalla" w:hAnsi="Sakkal Majalla" w:cs="Sakkal Majalla"/>
          <w:sz w:val="36"/>
          <w:szCs w:val="28"/>
        </w:rPr>
        <w:t>.</w:t>
      </w:r>
    </w:p>
    <w:p w14:paraId="0DC9ACC3" w14:textId="77777777" w:rsidR="00E67043" w:rsidRPr="00E67043" w:rsidRDefault="00E67043" w:rsidP="00634497">
      <w:pPr>
        <w:numPr>
          <w:ilvl w:val="0"/>
          <w:numId w:val="124"/>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ضمان استمرارية الأثر الابتكاري لما بعد انتهاء العقد الاستشاري، عبر بناء القدرة الامتصاصية المؤسسية وتفعيل الآليات المؤسسية لحفظ وتدوير المعرفة</w:t>
      </w:r>
      <w:r w:rsidRPr="00E67043">
        <w:rPr>
          <w:rFonts w:ascii="Sakkal Majalla" w:hAnsi="Sakkal Majalla" w:cs="Sakkal Majalla"/>
          <w:sz w:val="36"/>
          <w:szCs w:val="28"/>
        </w:rPr>
        <w:t>.</w:t>
      </w:r>
    </w:p>
    <w:p w14:paraId="0CF56685"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يتكون الدليل من خمس مراحل مترابطة، لكل منها أهداف محددة، وأدوار واضحة لكل طرف، ومخرجات قابلة للقياس، وآليات تقييم للأداء</w:t>
      </w:r>
      <w:r w:rsidRPr="00E67043">
        <w:rPr>
          <w:rFonts w:ascii="Sakkal Majalla" w:hAnsi="Sakkal Majalla" w:cs="Sakkal Majalla"/>
          <w:sz w:val="36"/>
          <w:szCs w:val="28"/>
        </w:rPr>
        <w:t>.</w:t>
      </w:r>
    </w:p>
    <w:p w14:paraId="3D6AC034" w14:textId="5D2F007F" w:rsidR="00E67043" w:rsidRPr="00E67043" w:rsidRDefault="00E67043" w:rsidP="00634497">
      <w:pPr>
        <w:bidi/>
        <w:spacing w:after="0" w:line="240" w:lineRule="auto"/>
        <w:jc w:val="lowKashida"/>
        <w:rPr>
          <w:rFonts w:ascii="Sakkal Majalla" w:hAnsi="Sakkal Majalla" w:cs="Sakkal Majalla"/>
          <w:sz w:val="36"/>
          <w:szCs w:val="28"/>
        </w:rPr>
      </w:pPr>
    </w:p>
    <w:p w14:paraId="435C5418" w14:textId="77777777" w:rsidR="00E67043" w:rsidRPr="00E67043" w:rsidRDefault="00E67043" w:rsidP="00634497">
      <w:pPr>
        <w:bidi/>
        <w:spacing w:before="100" w:beforeAutospacing="1" w:after="100" w:afterAutospacing="1" w:line="240" w:lineRule="auto"/>
        <w:jc w:val="lowKashida"/>
        <w:outlineLvl w:val="2"/>
        <w:rPr>
          <w:rFonts w:ascii="Sakkal Majalla" w:hAnsi="Sakkal Majalla" w:cs="Sakkal Majalla"/>
          <w:b/>
          <w:bCs/>
          <w:sz w:val="32"/>
          <w:szCs w:val="32"/>
        </w:rPr>
      </w:pPr>
      <w:r w:rsidRPr="00E67043">
        <w:rPr>
          <w:rFonts w:ascii="Sakkal Majalla" w:hAnsi="Sakkal Majalla" w:cs="Sakkal Majalla"/>
          <w:b/>
          <w:bCs/>
          <w:sz w:val="32"/>
          <w:szCs w:val="32"/>
        </w:rPr>
        <w:t xml:space="preserve">5.5.1 </w:t>
      </w:r>
      <w:r w:rsidRPr="00E67043">
        <w:rPr>
          <w:rFonts w:ascii="Sakkal Majalla" w:hAnsi="Sakkal Majalla" w:cs="Sakkal Majalla"/>
          <w:b/>
          <w:bCs/>
          <w:sz w:val="32"/>
          <w:szCs w:val="32"/>
          <w:rtl/>
        </w:rPr>
        <w:t>المرحلة الأولى: التشخيص المزدوج (داخلي + خارجي)</w:t>
      </w:r>
    </w:p>
    <w:p w14:paraId="48130851" w14:textId="77777777" w:rsidR="00E67043" w:rsidRPr="00E67043" w:rsidRDefault="00E67043" w:rsidP="00F4751F">
      <w:pPr>
        <w:bidi/>
        <w:spacing w:before="100" w:beforeAutospacing="1" w:after="100" w:afterAutospacing="1" w:line="240" w:lineRule="auto"/>
        <w:jc w:val="both"/>
        <w:rPr>
          <w:rFonts w:ascii="Sakkal Majalla" w:hAnsi="Sakkal Majalla" w:cs="Sakkal Majalla"/>
          <w:sz w:val="36"/>
          <w:szCs w:val="28"/>
        </w:rPr>
      </w:pPr>
      <w:r w:rsidRPr="00E67043">
        <w:rPr>
          <w:rFonts w:ascii="Sakkal Majalla" w:hAnsi="Sakkal Majalla" w:cs="Sakkal Majalla"/>
          <w:sz w:val="36"/>
          <w:szCs w:val="28"/>
          <w:rtl/>
        </w:rPr>
        <w:t>الهدف</w:t>
      </w:r>
      <w:r w:rsidRPr="00E67043">
        <w:rPr>
          <w:rFonts w:ascii="Sakkal Majalla" w:hAnsi="Sakkal Majalla" w:cs="Sakkal Majalla"/>
          <w:sz w:val="36"/>
          <w:szCs w:val="28"/>
        </w:rPr>
        <w:t>:</w:t>
      </w:r>
      <w:r w:rsidRPr="00E67043">
        <w:rPr>
          <w:rFonts w:ascii="Sakkal Majalla" w:hAnsi="Sakkal Majalla" w:cs="Sakkal Majalla"/>
          <w:sz w:val="36"/>
          <w:szCs w:val="28"/>
        </w:rPr>
        <w:br/>
      </w:r>
      <w:r w:rsidRPr="00E67043">
        <w:rPr>
          <w:rFonts w:ascii="Sakkal Majalla" w:hAnsi="Sakkal Majalla" w:cs="Sakkal Majalla"/>
          <w:sz w:val="36"/>
          <w:szCs w:val="28"/>
          <w:rtl/>
        </w:rPr>
        <w:t>تحليل الوضع الراهن للجهة الحكومية من حيث الجاهزية الداخلية والاعتماد على الدعم الخارجي، وتحديد مستوى النضج المؤسسي للابتكار، بما في ذلك مراجعة الخطة الاستراتيجية الحالية وتحليل مدى تضمين الابتكار فيها</w:t>
      </w:r>
      <w:r w:rsidRPr="00E67043">
        <w:rPr>
          <w:rFonts w:ascii="Sakkal Majalla" w:hAnsi="Sakkal Majalla" w:cs="Sakkal Majalla"/>
          <w:sz w:val="36"/>
          <w:szCs w:val="28"/>
        </w:rPr>
        <w:t>.</w:t>
      </w:r>
    </w:p>
    <w:p w14:paraId="1D32DEF9"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lastRenderedPageBreak/>
        <w:t>دور الاستشاري وكيفية التنفيذ</w:t>
      </w:r>
      <w:r w:rsidRPr="00E67043">
        <w:rPr>
          <w:rFonts w:ascii="Sakkal Majalla" w:hAnsi="Sakkal Majalla" w:cs="Sakkal Majalla"/>
          <w:b/>
          <w:bCs/>
          <w:sz w:val="36"/>
          <w:szCs w:val="28"/>
        </w:rPr>
        <w:t>:</w:t>
      </w:r>
    </w:p>
    <w:p w14:paraId="43A0BE3D" w14:textId="77777777" w:rsidR="00E67043" w:rsidRPr="00E67043" w:rsidRDefault="00E67043" w:rsidP="00634497">
      <w:pPr>
        <w:numPr>
          <w:ilvl w:val="0"/>
          <w:numId w:val="125"/>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إعداد أدوات التشخيص</w:t>
      </w:r>
      <w:r w:rsidRPr="00E67043">
        <w:rPr>
          <w:rFonts w:ascii="Sakkal Majalla" w:hAnsi="Sakkal Majalla" w:cs="Sakkal Majalla"/>
          <w:sz w:val="36"/>
          <w:szCs w:val="28"/>
        </w:rPr>
        <w:t xml:space="preserve">: </w:t>
      </w:r>
      <w:r w:rsidRPr="00E67043">
        <w:rPr>
          <w:rFonts w:ascii="Sakkal Majalla" w:hAnsi="Sakkal Majalla" w:cs="Sakkal Majalla"/>
          <w:sz w:val="36"/>
          <w:szCs w:val="28"/>
          <w:rtl/>
        </w:rPr>
        <w:t>تصميم استبانات معيارية تقيس أربعة أبعاد (القيادة، الثقافة، الموارد، التعلم المؤسسي)، وأداة تقييم القدرة الامتصاصية</w:t>
      </w:r>
      <w:r w:rsidRPr="00E67043">
        <w:rPr>
          <w:rFonts w:ascii="Sakkal Majalla" w:hAnsi="Sakkal Majalla" w:cs="Sakkal Majalla"/>
          <w:sz w:val="36"/>
          <w:szCs w:val="28"/>
        </w:rPr>
        <w:t>.</w:t>
      </w:r>
    </w:p>
    <w:p w14:paraId="08AF0474" w14:textId="77777777" w:rsidR="00E67043" w:rsidRPr="00E67043" w:rsidRDefault="00E67043" w:rsidP="00634497">
      <w:pPr>
        <w:numPr>
          <w:ilvl w:val="0"/>
          <w:numId w:val="125"/>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 xml:space="preserve">إجراء مقابلات معمقة مع القيادات والموظفين الرئيسيين، باستخدام دليل مقابلات </w:t>
      </w:r>
      <w:proofErr w:type="spellStart"/>
      <w:r w:rsidRPr="00E67043">
        <w:rPr>
          <w:rFonts w:ascii="Sakkal Majalla" w:hAnsi="Sakkal Majalla" w:cs="Sakkal Majalla"/>
          <w:sz w:val="36"/>
          <w:szCs w:val="28"/>
          <w:rtl/>
        </w:rPr>
        <w:t>مهيكل</w:t>
      </w:r>
      <w:proofErr w:type="spellEnd"/>
      <w:r w:rsidRPr="00E67043">
        <w:rPr>
          <w:rFonts w:ascii="Sakkal Majalla" w:hAnsi="Sakkal Majalla" w:cs="Sakkal Majalla"/>
          <w:sz w:val="36"/>
          <w:szCs w:val="28"/>
        </w:rPr>
        <w:t>.</w:t>
      </w:r>
    </w:p>
    <w:p w14:paraId="3D4A84E5" w14:textId="77777777" w:rsidR="00E67043" w:rsidRPr="00E67043" w:rsidRDefault="00E67043" w:rsidP="00634497">
      <w:pPr>
        <w:numPr>
          <w:ilvl w:val="0"/>
          <w:numId w:val="125"/>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تحليل الخطة الاستراتيجية للجهة</w:t>
      </w:r>
      <w:r w:rsidRPr="00E67043">
        <w:rPr>
          <w:rFonts w:ascii="Sakkal Majalla" w:hAnsi="Sakkal Majalla" w:cs="Sakkal Majalla"/>
          <w:sz w:val="36"/>
          <w:szCs w:val="28"/>
        </w:rPr>
        <w:t xml:space="preserve">: </w:t>
      </w:r>
      <w:r w:rsidRPr="00E67043">
        <w:rPr>
          <w:rFonts w:ascii="Sakkal Majalla" w:hAnsi="Sakkal Majalla" w:cs="Sakkal Majalla"/>
          <w:sz w:val="36"/>
          <w:szCs w:val="28"/>
          <w:rtl/>
        </w:rPr>
        <w:t>مراجعة الوثائق الرسمية، وتحليل مدى إدماج الابتكار في الرؤية، والأهداف، والمبادرات</w:t>
      </w:r>
      <w:r w:rsidRPr="00E67043">
        <w:rPr>
          <w:rFonts w:ascii="Sakkal Majalla" w:hAnsi="Sakkal Majalla" w:cs="Sakkal Majalla"/>
          <w:sz w:val="36"/>
          <w:szCs w:val="28"/>
        </w:rPr>
        <w:t>.</w:t>
      </w:r>
    </w:p>
    <w:p w14:paraId="6ED92C37" w14:textId="77777777" w:rsidR="00E67043" w:rsidRPr="00E67043" w:rsidRDefault="00E67043" w:rsidP="00634497">
      <w:pPr>
        <w:numPr>
          <w:ilvl w:val="0"/>
          <w:numId w:val="125"/>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قياس القدرة الامتصاصية</w:t>
      </w:r>
      <w:r w:rsidRPr="00E67043">
        <w:rPr>
          <w:rFonts w:ascii="Sakkal Majalla" w:hAnsi="Sakkal Majalla" w:cs="Sakkal Majalla"/>
          <w:sz w:val="36"/>
          <w:szCs w:val="28"/>
        </w:rPr>
        <w:t xml:space="preserve">: </w:t>
      </w:r>
      <w:r w:rsidRPr="00E67043">
        <w:rPr>
          <w:rFonts w:ascii="Sakkal Majalla" w:hAnsi="Sakkal Majalla" w:cs="Sakkal Majalla"/>
          <w:sz w:val="36"/>
          <w:szCs w:val="28"/>
          <w:rtl/>
        </w:rPr>
        <w:t>باستخدام أداة قياس متعددة المحاور تشمل (الاستيعاب، التحويل، التطبيق)</w:t>
      </w:r>
      <w:r w:rsidRPr="00E67043">
        <w:rPr>
          <w:rFonts w:ascii="Sakkal Majalla" w:hAnsi="Sakkal Majalla" w:cs="Sakkal Majalla"/>
          <w:sz w:val="36"/>
          <w:szCs w:val="28"/>
        </w:rPr>
        <w:t>.</w:t>
      </w:r>
    </w:p>
    <w:p w14:paraId="1C8230D2"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دور الجهة الحكومية وكيفية التنفيذ</w:t>
      </w:r>
      <w:r w:rsidRPr="00E67043">
        <w:rPr>
          <w:rFonts w:ascii="Sakkal Majalla" w:hAnsi="Sakkal Majalla" w:cs="Sakkal Majalla"/>
          <w:b/>
          <w:bCs/>
          <w:sz w:val="36"/>
          <w:szCs w:val="28"/>
        </w:rPr>
        <w:t>:</w:t>
      </w:r>
    </w:p>
    <w:p w14:paraId="49979F10" w14:textId="77777777" w:rsidR="00E67043" w:rsidRPr="00E67043" w:rsidRDefault="00E67043" w:rsidP="00634497">
      <w:pPr>
        <w:numPr>
          <w:ilvl w:val="0"/>
          <w:numId w:val="126"/>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توفير كل الوثائق المطلوبة (الخطة الاستراتيجية، سياسات العمل، الهيكل التنظيمي، تقارير الأداء)</w:t>
      </w:r>
      <w:r w:rsidRPr="00E67043">
        <w:rPr>
          <w:rFonts w:ascii="Sakkal Majalla" w:hAnsi="Sakkal Majalla" w:cs="Sakkal Majalla"/>
          <w:sz w:val="36"/>
          <w:szCs w:val="28"/>
        </w:rPr>
        <w:t>.</w:t>
      </w:r>
    </w:p>
    <w:p w14:paraId="58BDFA2F" w14:textId="77777777" w:rsidR="00E67043" w:rsidRPr="00E67043" w:rsidRDefault="00E67043" w:rsidP="00634497">
      <w:pPr>
        <w:numPr>
          <w:ilvl w:val="0"/>
          <w:numId w:val="126"/>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تسهيل وصول الاستشاري إلى القيادات والموظفين لإجراء المقابلات وورش العمل</w:t>
      </w:r>
      <w:r w:rsidRPr="00E67043">
        <w:rPr>
          <w:rFonts w:ascii="Sakkal Majalla" w:hAnsi="Sakkal Majalla" w:cs="Sakkal Majalla"/>
          <w:sz w:val="36"/>
          <w:szCs w:val="28"/>
        </w:rPr>
        <w:t>.</w:t>
      </w:r>
    </w:p>
    <w:p w14:paraId="0B33C0F5" w14:textId="77777777" w:rsidR="00E67043" w:rsidRPr="00E67043" w:rsidRDefault="00E67043" w:rsidP="00634497">
      <w:pPr>
        <w:numPr>
          <w:ilvl w:val="0"/>
          <w:numId w:val="126"/>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المشاركة الفاعلة في جلسات التشخيص لتوضيح الواقع الفعلي</w:t>
      </w:r>
      <w:r w:rsidRPr="00E67043">
        <w:rPr>
          <w:rFonts w:ascii="Sakkal Majalla" w:hAnsi="Sakkal Majalla" w:cs="Sakkal Majalla"/>
          <w:sz w:val="36"/>
          <w:szCs w:val="28"/>
        </w:rPr>
        <w:t>.</w:t>
      </w:r>
    </w:p>
    <w:p w14:paraId="5B7E2F59"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الأدوات والاستبانات</w:t>
      </w:r>
      <w:r w:rsidRPr="00E67043">
        <w:rPr>
          <w:rFonts w:ascii="Sakkal Majalla" w:hAnsi="Sakkal Majalla" w:cs="Sakkal Majalla"/>
          <w:b/>
          <w:bCs/>
          <w:sz w:val="36"/>
          <w:szCs w:val="28"/>
        </w:rPr>
        <w:t>:</w:t>
      </w:r>
    </w:p>
    <w:p w14:paraId="12EB59F4" w14:textId="77777777" w:rsidR="00E67043" w:rsidRPr="00E67043" w:rsidRDefault="00E67043" w:rsidP="00634497">
      <w:pPr>
        <w:numPr>
          <w:ilvl w:val="0"/>
          <w:numId w:val="127"/>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استبانة العوامل التمكينية الداخلية</w:t>
      </w:r>
      <w:r w:rsidRPr="00E67043">
        <w:rPr>
          <w:rFonts w:ascii="Sakkal Majalla" w:hAnsi="Sakkal Majalla" w:cs="Sakkal Majalla"/>
          <w:sz w:val="36"/>
          <w:szCs w:val="28"/>
        </w:rPr>
        <w:t>.</w:t>
      </w:r>
    </w:p>
    <w:p w14:paraId="69E69957" w14:textId="77777777" w:rsidR="00E67043" w:rsidRPr="00E67043" w:rsidRDefault="00E67043" w:rsidP="00634497">
      <w:pPr>
        <w:numPr>
          <w:ilvl w:val="0"/>
          <w:numId w:val="127"/>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استبانة القدرة الامتصاصية</w:t>
      </w:r>
      <w:r w:rsidRPr="00E67043">
        <w:rPr>
          <w:rFonts w:ascii="Sakkal Majalla" w:hAnsi="Sakkal Majalla" w:cs="Sakkal Majalla"/>
          <w:sz w:val="36"/>
          <w:szCs w:val="28"/>
        </w:rPr>
        <w:t>.</w:t>
      </w:r>
    </w:p>
    <w:p w14:paraId="4E95852F" w14:textId="77777777" w:rsidR="00E67043" w:rsidRPr="00E67043" w:rsidRDefault="00E67043" w:rsidP="00634497">
      <w:pPr>
        <w:numPr>
          <w:ilvl w:val="0"/>
          <w:numId w:val="127"/>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قائمة فحص مراجعة الخطة الاستراتيجية من منظور الابتكار</w:t>
      </w:r>
      <w:r w:rsidRPr="00E67043">
        <w:rPr>
          <w:rFonts w:ascii="Sakkal Majalla" w:hAnsi="Sakkal Majalla" w:cs="Sakkal Majalla"/>
          <w:sz w:val="36"/>
          <w:szCs w:val="28"/>
        </w:rPr>
        <w:t>.</w:t>
      </w:r>
    </w:p>
    <w:p w14:paraId="59232919"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المخرجات</w:t>
      </w:r>
      <w:r w:rsidRPr="00E67043">
        <w:rPr>
          <w:rFonts w:ascii="Sakkal Majalla" w:hAnsi="Sakkal Majalla" w:cs="Sakkal Majalla"/>
          <w:b/>
          <w:bCs/>
          <w:sz w:val="36"/>
          <w:szCs w:val="28"/>
        </w:rPr>
        <w:t>:</w:t>
      </w:r>
    </w:p>
    <w:p w14:paraId="34EC99CC" w14:textId="77777777" w:rsidR="00E67043" w:rsidRPr="00E67043" w:rsidRDefault="00E67043" w:rsidP="00634497">
      <w:pPr>
        <w:numPr>
          <w:ilvl w:val="0"/>
          <w:numId w:val="128"/>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تقرير تشخيص شامل يتضمن مصفوفة الجاهزية ونقاط القوة وفرص التحسين</w:t>
      </w:r>
      <w:r w:rsidRPr="00E67043">
        <w:rPr>
          <w:rFonts w:ascii="Sakkal Majalla" w:hAnsi="Sakkal Majalla" w:cs="Sakkal Majalla"/>
          <w:sz w:val="36"/>
          <w:szCs w:val="28"/>
        </w:rPr>
        <w:t>.</w:t>
      </w:r>
    </w:p>
    <w:p w14:paraId="73D4E84B" w14:textId="77777777" w:rsidR="00E67043" w:rsidRPr="00E67043" w:rsidRDefault="00E67043" w:rsidP="00634497">
      <w:pPr>
        <w:numPr>
          <w:ilvl w:val="0"/>
          <w:numId w:val="128"/>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خريطة فجوات الابتكار المؤسسي</w:t>
      </w:r>
      <w:r w:rsidRPr="00E67043">
        <w:rPr>
          <w:rFonts w:ascii="Sakkal Majalla" w:hAnsi="Sakkal Majalla" w:cs="Sakkal Majalla"/>
          <w:sz w:val="36"/>
          <w:szCs w:val="28"/>
        </w:rPr>
        <w:t>.</w:t>
      </w:r>
    </w:p>
    <w:p w14:paraId="49E0867F"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مؤشرات الأداء</w:t>
      </w:r>
      <w:r w:rsidRPr="00E67043">
        <w:rPr>
          <w:rFonts w:ascii="Sakkal Majalla" w:hAnsi="Sakkal Majalla" w:cs="Sakkal Majalla"/>
          <w:b/>
          <w:bCs/>
          <w:sz w:val="36"/>
          <w:szCs w:val="28"/>
        </w:rPr>
        <w:t>:</w:t>
      </w:r>
    </w:p>
    <w:p w14:paraId="45949CB7" w14:textId="77777777" w:rsidR="00E67043" w:rsidRPr="00E67043" w:rsidRDefault="00E67043" w:rsidP="00634497">
      <w:pPr>
        <w:numPr>
          <w:ilvl w:val="0"/>
          <w:numId w:val="129"/>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اكتمال التقييمات بنسبة 100</w:t>
      </w:r>
      <w:r w:rsidRPr="00E67043">
        <w:rPr>
          <w:rFonts w:ascii="Sakkal Majalla" w:hAnsi="Sakkal Majalla" w:cs="Sakkal Majalla"/>
          <w:sz w:val="36"/>
          <w:szCs w:val="28"/>
        </w:rPr>
        <w:t>%.</w:t>
      </w:r>
    </w:p>
    <w:p w14:paraId="2E0D7B94" w14:textId="4D0477DD" w:rsidR="00E67043" w:rsidRPr="00E67043" w:rsidRDefault="00E67043" w:rsidP="00634497">
      <w:pPr>
        <w:numPr>
          <w:ilvl w:val="0"/>
          <w:numId w:val="129"/>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lastRenderedPageBreak/>
        <w:t>جودة البيانات ودقتها للتحليل</w:t>
      </w:r>
      <w:r w:rsidRPr="00E67043">
        <w:rPr>
          <w:rFonts w:ascii="Sakkal Majalla" w:hAnsi="Sakkal Majalla" w:cs="Sakkal Majalla"/>
          <w:sz w:val="36"/>
          <w:szCs w:val="28"/>
        </w:rPr>
        <w:t>.</w:t>
      </w:r>
    </w:p>
    <w:p w14:paraId="564A9E07" w14:textId="77777777" w:rsidR="00E67043" w:rsidRPr="00E67043" w:rsidRDefault="00E67043" w:rsidP="00634497">
      <w:pPr>
        <w:bidi/>
        <w:spacing w:before="100" w:beforeAutospacing="1" w:after="100" w:afterAutospacing="1" w:line="240" w:lineRule="auto"/>
        <w:jc w:val="lowKashida"/>
        <w:outlineLvl w:val="2"/>
        <w:rPr>
          <w:rFonts w:ascii="Sakkal Majalla" w:hAnsi="Sakkal Majalla" w:cs="Sakkal Majalla"/>
          <w:b/>
          <w:bCs/>
          <w:sz w:val="32"/>
          <w:szCs w:val="32"/>
        </w:rPr>
      </w:pPr>
      <w:r w:rsidRPr="00E67043">
        <w:rPr>
          <w:rFonts w:ascii="Sakkal Majalla" w:hAnsi="Sakkal Majalla" w:cs="Sakkal Majalla"/>
          <w:b/>
          <w:bCs/>
          <w:sz w:val="32"/>
          <w:szCs w:val="32"/>
        </w:rPr>
        <w:t xml:space="preserve">5.5.2 </w:t>
      </w:r>
      <w:r w:rsidRPr="00E67043">
        <w:rPr>
          <w:rFonts w:ascii="Sakkal Majalla" w:hAnsi="Sakkal Majalla" w:cs="Sakkal Majalla"/>
          <w:b/>
          <w:bCs/>
          <w:sz w:val="32"/>
          <w:szCs w:val="32"/>
          <w:rtl/>
        </w:rPr>
        <w:t>المرحلة الثانية: التكييف حسب النضج المؤسسي</w:t>
      </w:r>
    </w:p>
    <w:p w14:paraId="079D5467" w14:textId="77777777" w:rsidR="00E67043" w:rsidRPr="00E67043" w:rsidRDefault="00E67043" w:rsidP="00F4751F">
      <w:pPr>
        <w:bidi/>
        <w:spacing w:before="100" w:beforeAutospacing="1" w:after="100" w:afterAutospacing="1" w:line="240" w:lineRule="auto"/>
        <w:jc w:val="both"/>
        <w:rPr>
          <w:rFonts w:ascii="Sakkal Majalla" w:hAnsi="Sakkal Majalla" w:cs="Sakkal Majalla"/>
          <w:sz w:val="36"/>
          <w:szCs w:val="28"/>
        </w:rPr>
      </w:pPr>
      <w:r w:rsidRPr="00E67043">
        <w:rPr>
          <w:rFonts w:ascii="Sakkal Majalla" w:hAnsi="Sakkal Majalla" w:cs="Sakkal Majalla"/>
          <w:b/>
          <w:bCs/>
          <w:sz w:val="36"/>
          <w:szCs w:val="28"/>
          <w:rtl/>
        </w:rPr>
        <w:t>الهدف</w:t>
      </w:r>
      <w:r w:rsidRPr="00E67043">
        <w:rPr>
          <w:rFonts w:ascii="Sakkal Majalla" w:hAnsi="Sakkal Majalla" w:cs="Sakkal Majalla"/>
          <w:sz w:val="36"/>
          <w:szCs w:val="28"/>
        </w:rPr>
        <w:t>:</w:t>
      </w:r>
      <w:r w:rsidRPr="00E67043">
        <w:rPr>
          <w:rFonts w:ascii="Sakkal Majalla" w:hAnsi="Sakkal Majalla" w:cs="Sakkal Majalla"/>
          <w:sz w:val="36"/>
          <w:szCs w:val="28"/>
        </w:rPr>
        <w:br/>
      </w:r>
      <w:r w:rsidRPr="00E67043">
        <w:rPr>
          <w:rFonts w:ascii="Sakkal Majalla" w:hAnsi="Sakkal Majalla" w:cs="Sakkal Majalla"/>
          <w:sz w:val="36"/>
          <w:szCs w:val="28"/>
          <w:rtl/>
        </w:rPr>
        <w:t>تصميم خطة تدخل متدرجة تتناسب مع مستوى النضج المؤسسي للجهة الحكومية</w:t>
      </w:r>
      <w:r w:rsidRPr="00E67043">
        <w:rPr>
          <w:rFonts w:ascii="Sakkal Majalla" w:hAnsi="Sakkal Majalla" w:cs="Sakkal Majalla"/>
          <w:sz w:val="36"/>
          <w:szCs w:val="28"/>
        </w:rPr>
        <w:t>.</w:t>
      </w:r>
    </w:p>
    <w:p w14:paraId="39BBAF70"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دور الاستشاري وكيفية التنفيذ</w:t>
      </w:r>
      <w:r w:rsidRPr="00E67043">
        <w:rPr>
          <w:rFonts w:ascii="Sakkal Majalla" w:hAnsi="Sakkal Majalla" w:cs="Sakkal Majalla"/>
          <w:b/>
          <w:bCs/>
          <w:sz w:val="36"/>
          <w:szCs w:val="28"/>
        </w:rPr>
        <w:t>:</w:t>
      </w:r>
    </w:p>
    <w:p w14:paraId="7046221E" w14:textId="77777777" w:rsidR="00E67043" w:rsidRPr="00E67043" w:rsidRDefault="00E67043" w:rsidP="00634497">
      <w:pPr>
        <w:numPr>
          <w:ilvl w:val="0"/>
          <w:numId w:val="130"/>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تحديد المسار المناسب</w:t>
      </w:r>
      <w:r w:rsidRPr="00E67043">
        <w:rPr>
          <w:rFonts w:ascii="Sakkal Majalla" w:hAnsi="Sakkal Majalla" w:cs="Sakkal Majalla"/>
          <w:sz w:val="36"/>
          <w:szCs w:val="28"/>
        </w:rPr>
        <w:t>:</w:t>
      </w:r>
    </w:p>
    <w:p w14:paraId="4D97CF36" w14:textId="77777777" w:rsidR="00E67043" w:rsidRPr="00E67043" w:rsidRDefault="00E67043" w:rsidP="00634497">
      <w:pPr>
        <w:numPr>
          <w:ilvl w:val="1"/>
          <w:numId w:val="130"/>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قصير الأمد (3–6 أشهر)</w:t>
      </w:r>
      <w:r w:rsidRPr="00E67043">
        <w:rPr>
          <w:rFonts w:ascii="Sakkal Majalla" w:hAnsi="Sakkal Majalla" w:cs="Sakkal Majalla"/>
          <w:sz w:val="36"/>
          <w:szCs w:val="28"/>
        </w:rPr>
        <w:t xml:space="preserve">: </w:t>
      </w:r>
      <w:r w:rsidRPr="00E67043">
        <w:rPr>
          <w:rFonts w:ascii="Sakkal Majalla" w:hAnsi="Sakkal Majalla" w:cs="Sakkal Majalla"/>
          <w:sz w:val="36"/>
          <w:szCs w:val="28"/>
          <w:rtl/>
        </w:rPr>
        <w:t>تدخلات مركزة على فجوات عاجلة مثل التدريب السريع أو تحسين عملية معينة</w:t>
      </w:r>
      <w:r w:rsidRPr="00E67043">
        <w:rPr>
          <w:rFonts w:ascii="Sakkal Majalla" w:hAnsi="Sakkal Majalla" w:cs="Sakkal Majalla"/>
          <w:sz w:val="36"/>
          <w:szCs w:val="28"/>
        </w:rPr>
        <w:t>.</w:t>
      </w:r>
    </w:p>
    <w:p w14:paraId="53F51D43" w14:textId="77777777" w:rsidR="00E67043" w:rsidRPr="00E67043" w:rsidRDefault="00E67043" w:rsidP="00634497">
      <w:pPr>
        <w:numPr>
          <w:ilvl w:val="1"/>
          <w:numId w:val="130"/>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متوسط الأمد (6–12 شهرًا)</w:t>
      </w:r>
      <w:r w:rsidRPr="00E67043">
        <w:rPr>
          <w:rFonts w:ascii="Sakkal Majalla" w:hAnsi="Sakkal Majalla" w:cs="Sakkal Majalla"/>
          <w:sz w:val="36"/>
          <w:szCs w:val="28"/>
        </w:rPr>
        <w:t xml:space="preserve">: </w:t>
      </w:r>
      <w:r w:rsidRPr="00E67043">
        <w:rPr>
          <w:rFonts w:ascii="Sakkal Majalla" w:hAnsi="Sakkal Majalla" w:cs="Sakkal Majalla"/>
          <w:sz w:val="36"/>
          <w:szCs w:val="28"/>
          <w:rtl/>
        </w:rPr>
        <w:t>معالجة فجوات متعددة وتأسيس آليات مؤسسية أولية</w:t>
      </w:r>
      <w:r w:rsidRPr="00E67043">
        <w:rPr>
          <w:rFonts w:ascii="Sakkal Majalla" w:hAnsi="Sakkal Majalla" w:cs="Sakkal Majalla"/>
          <w:sz w:val="36"/>
          <w:szCs w:val="28"/>
        </w:rPr>
        <w:t>.</w:t>
      </w:r>
    </w:p>
    <w:p w14:paraId="7D707A96" w14:textId="77777777" w:rsidR="00E67043" w:rsidRPr="00E67043" w:rsidRDefault="00E67043" w:rsidP="00634497">
      <w:pPr>
        <w:numPr>
          <w:ilvl w:val="1"/>
          <w:numId w:val="130"/>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طويل الأمد (12–18 شهرًا)</w:t>
      </w:r>
      <w:r w:rsidRPr="00E67043">
        <w:rPr>
          <w:rFonts w:ascii="Sakkal Majalla" w:hAnsi="Sakkal Majalla" w:cs="Sakkal Majalla"/>
          <w:sz w:val="36"/>
          <w:szCs w:val="28"/>
        </w:rPr>
        <w:t xml:space="preserve">: </w:t>
      </w:r>
      <w:r w:rsidRPr="00E67043">
        <w:rPr>
          <w:rFonts w:ascii="Sakkal Majalla" w:hAnsi="Sakkal Majalla" w:cs="Sakkal Majalla"/>
          <w:sz w:val="36"/>
          <w:szCs w:val="28"/>
          <w:rtl/>
        </w:rPr>
        <w:t>تطوير شامل لكل المكونات وبناء قدرة امتصاصية عالية الاستقلالية</w:t>
      </w:r>
      <w:r w:rsidRPr="00E67043">
        <w:rPr>
          <w:rFonts w:ascii="Sakkal Majalla" w:hAnsi="Sakkal Majalla" w:cs="Sakkal Majalla"/>
          <w:sz w:val="36"/>
          <w:szCs w:val="28"/>
        </w:rPr>
        <w:t>.</w:t>
      </w:r>
    </w:p>
    <w:p w14:paraId="5F1BD83B" w14:textId="77777777" w:rsidR="00E67043" w:rsidRPr="00E67043" w:rsidRDefault="00E67043" w:rsidP="00634497">
      <w:pPr>
        <w:numPr>
          <w:ilvl w:val="0"/>
          <w:numId w:val="130"/>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إعداد خطة زمنية تفصيلية مع تخصيص الموارد المطلوبة لكل مسار</w:t>
      </w:r>
      <w:r w:rsidRPr="00E67043">
        <w:rPr>
          <w:rFonts w:ascii="Sakkal Majalla" w:hAnsi="Sakkal Majalla" w:cs="Sakkal Majalla"/>
          <w:sz w:val="36"/>
          <w:szCs w:val="28"/>
        </w:rPr>
        <w:t>.</w:t>
      </w:r>
    </w:p>
    <w:p w14:paraId="4A43467F"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دور الجهة الحكومية وكيفية التنفيذ</w:t>
      </w:r>
      <w:r w:rsidRPr="00E67043">
        <w:rPr>
          <w:rFonts w:ascii="Sakkal Majalla" w:hAnsi="Sakkal Majalla" w:cs="Sakkal Majalla"/>
          <w:b/>
          <w:bCs/>
          <w:sz w:val="36"/>
          <w:szCs w:val="28"/>
        </w:rPr>
        <w:t>:</w:t>
      </w:r>
    </w:p>
    <w:p w14:paraId="11F441AB" w14:textId="77777777" w:rsidR="00E67043" w:rsidRPr="00E67043" w:rsidRDefault="00E67043" w:rsidP="00634497">
      <w:pPr>
        <w:numPr>
          <w:ilvl w:val="0"/>
          <w:numId w:val="131"/>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مراجعة واعتماد خطة التدخل المقترحة</w:t>
      </w:r>
      <w:r w:rsidRPr="00E67043">
        <w:rPr>
          <w:rFonts w:ascii="Sakkal Majalla" w:hAnsi="Sakkal Majalla" w:cs="Sakkal Majalla"/>
          <w:sz w:val="36"/>
          <w:szCs w:val="28"/>
        </w:rPr>
        <w:t>.</w:t>
      </w:r>
    </w:p>
    <w:p w14:paraId="6287F431" w14:textId="77777777" w:rsidR="00E67043" w:rsidRPr="00E67043" w:rsidRDefault="00E67043" w:rsidP="00634497">
      <w:pPr>
        <w:numPr>
          <w:ilvl w:val="0"/>
          <w:numId w:val="131"/>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تخصيص فرق عمل وموازنات فرعية لكل نشاط</w:t>
      </w:r>
      <w:r w:rsidRPr="00E67043">
        <w:rPr>
          <w:rFonts w:ascii="Sakkal Majalla" w:hAnsi="Sakkal Majalla" w:cs="Sakkal Majalla"/>
          <w:sz w:val="36"/>
          <w:szCs w:val="28"/>
        </w:rPr>
        <w:t>.</w:t>
      </w:r>
    </w:p>
    <w:p w14:paraId="14AFE90D"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الأدوات</w:t>
      </w:r>
      <w:r w:rsidRPr="00E67043">
        <w:rPr>
          <w:rFonts w:ascii="Sakkal Majalla" w:hAnsi="Sakkal Majalla" w:cs="Sakkal Majalla"/>
          <w:b/>
          <w:bCs/>
          <w:sz w:val="36"/>
          <w:szCs w:val="28"/>
        </w:rPr>
        <w:t>:</w:t>
      </w:r>
    </w:p>
    <w:p w14:paraId="3B8C44C1" w14:textId="77777777" w:rsidR="00E67043" w:rsidRPr="00E67043" w:rsidRDefault="00E67043" w:rsidP="00634497">
      <w:pPr>
        <w:numPr>
          <w:ilvl w:val="0"/>
          <w:numId w:val="132"/>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قالب خطة التدخل</w:t>
      </w:r>
      <w:r w:rsidRPr="00E67043">
        <w:rPr>
          <w:rFonts w:ascii="Sakkal Majalla" w:hAnsi="Sakkal Majalla" w:cs="Sakkal Majalla"/>
          <w:sz w:val="36"/>
          <w:szCs w:val="28"/>
        </w:rPr>
        <w:t>.</w:t>
      </w:r>
    </w:p>
    <w:p w14:paraId="0F368053" w14:textId="77777777" w:rsidR="00E67043" w:rsidRPr="00E67043" w:rsidRDefault="00E67043" w:rsidP="00634497">
      <w:pPr>
        <w:numPr>
          <w:ilvl w:val="0"/>
          <w:numId w:val="132"/>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مصفوفة توزيع الموارد</w:t>
      </w:r>
      <w:r w:rsidRPr="00E67043">
        <w:rPr>
          <w:rFonts w:ascii="Sakkal Majalla" w:hAnsi="Sakkal Majalla" w:cs="Sakkal Majalla"/>
          <w:sz w:val="36"/>
          <w:szCs w:val="28"/>
        </w:rPr>
        <w:t>.</w:t>
      </w:r>
    </w:p>
    <w:p w14:paraId="38E5AC52"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المخرجات</w:t>
      </w:r>
      <w:r w:rsidRPr="00E67043">
        <w:rPr>
          <w:rFonts w:ascii="Sakkal Majalla" w:hAnsi="Sakkal Majalla" w:cs="Sakkal Majalla"/>
          <w:b/>
          <w:bCs/>
          <w:sz w:val="36"/>
          <w:szCs w:val="28"/>
        </w:rPr>
        <w:t>:</w:t>
      </w:r>
    </w:p>
    <w:p w14:paraId="5E109A28" w14:textId="77777777" w:rsidR="00E67043" w:rsidRPr="00E67043" w:rsidRDefault="00E67043" w:rsidP="00634497">
      <w:pPr>
        <w:numPr>
          <w:ilvl w:val="0"/>
          <w:numId w:val="133"/>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خطة تدخل مخصصة مع جدول زمني</w:t>
      </w:r>
      <w:r w:rsidRPr="00E67043">
        <w:rPr>
          <w:rFonts w:ascii="Sakkal Majalla" w:hAnsi="Sakkal Majalla" w:cs="Sakkal Majalla"/>
          <w:sz w:val="36"/>
          <w:szCs w:val="28"/>
        </w:rPr>
        <w:t>.</w:t>
      </w:r>
    </w:p>
    <w:p w14:paraId="3DF6DE9A"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lastRenderedPageBreak/>
        <w:t>مؤشرات الأداء</w:t>
      </w:r>
      <w:r w:rsidRPr="00E67043">
        <w:rPr>
          <w:rFonts w:ascii="Sakkal Majalla" w:hAnsi="Sakkal Majalla" w:cs="Sakkal Majalla"/>
          <w:b/>
          <w:bCs/>
          <w:sz w:val="36"/>
          <w:szCs w:val="28"/>
        </w:rPr>
        <w:t>:</w:t>
      </w:r>
    </w:p>
    <w:p w14:paraId="42C68D44" w14:textId="77777777" w:rsidR="00E67043" w:rsidRPr="00E67043" w:rsidRDefault="00E67043" w:rsidP="00634497">
      <w:pPr>
        <w:numPr>
          <w:ilvl w:val="0"/>
          <w:numId w:val="134"/>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اعتماد الخطة خلال أسبوعين</w:t>
      </w:r>
      <w:r w:rsidRPr="00E67043">
        <w:rPr>
          <w:rFonts w:ascii="Sakkal Majalla" w:hAnsi="Sakkal Majalla" w:cs="Sakkal Majalla"/>
          <w:sz w:val="36"/>
          <w:szCs w:val="28"/>
        </w:rPr>
        <w:t>.</w:t>
      </w:r>
    </w:p>
    <w:p w14:paraId="14E2FE35" w14:textId="598FDF52" w:rsidR="00E67043" w:rsidRPr="00E67043" w:rsidRDefault="00E67043" w:rsidP="00634497">
      <w:pPr>
        <w:numPr>
          <w:ilvl w:val="0"/>
          <w:numId w:val="134"/>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وضوح أدوار جميع المشاركين</w:t>
      </w:r>
      <w:r w:rsidRPr="00E67043">
        <w:rPr>
          <w:rFonts w:ascii="Sakkal Majalla" w:hAnsi="Sakkal Majalla" w:cs="Sakkal Majalla"/>
          <w:sz w:val="36"/>
          <w:szCs w:val="28"/>
        </w:rPr>
        <w:t>.</w:t>
      </w:r>
    </w:p>
    <w:p w14:paraId="633EE4E2" w14:textId="77777777" w:rsidR="00E67043" w:rsidRPr="00E67043" w:rsidRDefault="00E67043" w:rsidP="00634497">
      <w:pPr>
        <w:bidi/>
        <w:spacing w:before="100" w:beforeAutospacing="1" w:after="100" w:afterAutospacing="1" w:line="240" w:lineRule="auto"/>
        <w:jc w:val="lowKashida"/>
        <w:outlineLvl w:val="2"/>
        <w:rPr>
          <w:rFonts w:ascii="Sakkal Majalla" w:hAnsi="Sakkal Majalla" w:cs="Sakkal Majalla"/>
          <w:b/>
          <w:bCs/>
          <w:sz w:val="32"/>
          <w:szCs w:val="32"/>
        </w:rPr>
      </w:pPr>
      <w:r w:rsidRPr="00E67043">
        <w:rPr>
          <w:rFonts w:ascii="Sakkal Majalla" w:hAnsi="Sakkal Majalla" w:cs="Sakkal Majalla"/>
          <w:b/>
          <w:bCs/>
          <w:sz w:val="32"/>
          <w:szCs w:val="32"/>
        </w:rPr>
        <w:t xml:space="preserve">5.5.3 </w:t>
      </w:r>
      <w:r w:rsidRPr="00E67043">
        <w:rPr>
          <w:rFonts w:ascii="Sakkal Majalla" w:hAnsi="Sakkal Majalla" w:cs="Sakkal Majalla"/>
          <w:b/>
          <w:bCs/>
          <w:sz w:val="32"/>
          <w:szCs w:val="32"/>
          <w:rtl/>
        </w:rPr>
        <w:t>المرحلة الثالثة: التنفيذ المترابط</w:t>
      </w:r>
    </w:p>
    <w:p w14:paraId="7EDFA3B0" w14:textId="3EA5DF4D" w:rsidR="00E67043" w:rsidRPr="00E67043" w:rsidRDefault="00E67043" w:rsidP="00F4751F">
      <w:pPr>
        <w:bidi/>
        <w:spacing w:before="100" w:beforeAutospacing="1" w:after="100" w:afterAutospacing="1" w:line="240" w:lineRule="auto"/>
        <w:jc w:val="both"/>
        <w:rPr>
          <w:rFonts w:ascii="Sakkal Majalla" w:hAnsi="Sakkal Majalla" w:cs="Sakkal Majalla"/>
          <w:sz w:val="36"/>
          <w:szCs w:val="28"/>
        </w:rPr>
      </w:pPr>
      <w:r w:rsidRPr="00E67043">
        <w:rPr>
          <w:rFonts w:ascii="Sakkal Majalla" w:hAnsi="Sakkal Majalla" w:cs="Sakkal Majalla"/>
          <w:b/>
          <w:bCs/>
          <w:sz w:val="36"/>
          <w:szCs w:val="28"/>
          <w:rtl/>
        </w:rPr>
        <w:t>الهدف</w:t>
      </w:r>
      <w:r w:rsidRPr="00E67043">
        <w:rPr>
          <w:rFonts w:ascii="Sakkal Majalla" w:hAnsi="Sakkal Majalla" w:cs="Sakkal Majalla"/>
          <w:sz w:val="36"/>
          <w:szCs w:val="28"/>
        </w:rPr>
        <w:t>:</w:t>
      </w:r>
      <w:r w:rsidRPr="00E67043">
        <w:rPr>
          <w:rFonts w:ascii="Sakkal Majalla" w:hAnsi="Sakkal Majalla" w:cs="Sakkal Majalla"/>
          <w:sz w:val="36"/>
          <w:szCs w:val="28"/>
        </w:rPr>
        <w:br/>
      </w:r>
      <w:r w:rsidR="00F24F44" w:rsidRPr="00F24F44">
        <w:rPr>
          <w:rFonts w:ascii="Sakkal Majalla" w:hAnsi="Sakkal Majalla" w:cs="Sakkal Majalla"/>
          <w:sz w:val="36"/>
          <w:szCs w:val="28"/>
          <w:rtl/>
        </w:rPr>
        <w:t>إدراج الابتكار في الهياكل والسياسات والإجراءات الرسمي</w:t>
      </w:r>
      <w:r w:rsidR="00F24F44">
        <w:rPr>
          <w:rFonts w:ascii="Sakkal Majalla" w:hAnsi="Sakkal Majalla" w:cs="Sakkal Majalla" w:hint="cs"/>
          <w:sz w:val="36"/>
          <w:szCs w:val="28"/>
          <w:rtl/>
        </w:rPr>
        <w:t xml:space="preserve"> و</w:t>
      </w:r>
      <w:r w:rsidRPr="00E67043">
        <w:rPr>
          <w:rFonts w:ascii="Sakkal Majalla" w:hAnsi="Sakkal Majalla" w:cs="Sakkal Majalla"/>
          <w:sz w:val="36"/>
          <w:szCs w:val="28"/>
          <w:rtl/>
        </w:rPr>
        <w:t>تنفيذ أنشطة نقل المعرفة وبناء القدرات وتأسيس الآليات المؤسسية بشكل متزامن، بما في ذلك دمج الابتكار في الخطة الاستراتيجية المحدثة</w:t>
      </w:r>
      <w:r w:rsidRPr="00E67043">
        <w:rPr>
          <w:rFonts w:ascii="Sakkal Majalla" w:hAnsi="Sakkal Majalla" w:cs="Sakkal Majalla"/>
          <w:sz w:val="36"/>
          <w:szCs w:val="28"/>
        </w:rPr>
        <w:t>.</w:t>
      </w:r>
    </w:p>
    <w:p w14:paraId="6497A539"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دور الاستشاري وكيفية التنفيذ</w:t>
      </w:r>
      <w:r w:rsidRPr="00E67043">
        <w:rPr>
          <w:rFonts w:ascii="Sakkal Majalla" w:hAnsi="Sakkal Majalla" w:cs="Sakkal Majalla"/>
          <w:b/>
          <w:bCs/>
          <w:sz w:val="36"/>
          <w:szCs w:val="28"/>
        </w:rPr>
        <w:t>:</w:t>
      </w:r>
    </w:p>
    <w:p w14:paraId="28AA7983" w14:textId="77777777" w:rsidR="00E67043" w:rsidRPr="00E67043" w:rsidRDefault="00E67043" w:rsidP="00634497">
      <w:pPr>
        <w:numPr>
          <w:ilvl w:val="0"/>
          <w:numId w:val="135"/>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برامج تدريبية بصيغة</w:t>
      </w:r>
      <w:r w:rsidRPr="00E67043">
        <w:rPr>
          <w:rFonts w:ascii="Sakkal Majalla" w:hAnsi="Sakkal Majalla" w:cs="Sakkal Majalla"/>
          <w:sz w:val="36"/>
          <w:szCs w:val="28"/>
        </w:rPr>
        <w:t xml:space="preserve"> Train-the-Trainer </w:t>
      </w:r>
      <w:r w:rsidRPr="00E67043">
        <w:rPr>
          <w:rFonts w:ascii="Sakkal Majalla" w:hAnsi="Sakkal Majalla" w:cs="Sakkal Majalla"/>
          <w:sz w:val="36"/>
          <w:szCs w:val="28"/>
          <w:rtl/>
        </w:rPr>
        <w:t>لخلق نواة داخلية من خبراء الابتكار</w:t>
      </w:r>
      <w:r w:rsidRPr="00E67043">
        <w:rPr>
          <w:rFonts w:ascii="Sakkal Majalla" w:hAnsi="Sakkal Majalla" w:cs="Sakkal Majalla"/>
          <w:sz w:val="36"/>
          <w:szCs w:val="28"/>
        </w:rPr>
        <w:t>.</w:t>
      </w:r>
    </w:p>
    <w:p w14:paraId="2F046F75" w14:textId="3FA24CEA" w:rsidR="00E67043" w:rsidRPr="00E67043" w:rsidRDefault="00E67043" w:rsidP="00634497">
      <w:pPr>
        <w:numPr>
          <w:ilvl w:val="0"/>
          <w:numId w:val="135"/>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 xml:space="preserve">تصميم أنظمة وأدوات حفظ المعرفة </w:t>
      </w:r>
      <w:r w:rsidR="00F24F44">
        <w:rPr>
          <w:rFonts w:ascii="Sakkal Majalla" w:hAnsi="Sakkal Majalla" w:cs="Sakkal Majalla" w:hint="cs"/>
          <w:sz w:val="36"/>
          <w:szCs w:val="28"/>
          <w:rtl/>
        </w:rPr>
        <w:t>(</w:t>
      </w:r>
      <w:r w:rsidRPr="00E67043">
        <w:rPr>
          <w:rFonts w:ascii="Sakkal Majalla" w:hAnsi="Sakkal Majalla" w:cs="Sakkal Majalla"/>
          <w:sz w:val="36"/>
          <w:szCs w:val="28"/>
          <w:rtl/>
        </w:rPr>
        <w:t>منصات رقمية، قوالب، أدلة</w:t>
      </w:r>
      <w:r w:rsidR="00F24F44">
        <w:rPr>
          <w:rFonts w:ascii="Sakkal Majalla" w:hAnsi="Sakkal Majalla" w:cs="Sakkal Majalla" w:hint="cs"/>
          <w:sz w:val="36"/>
          <w:szCs w:val="28"/>
          <w:rtl/>
        </w:rPr>
        <w:t>)</w:t>
      </w:r>
    </w:p>
    <w:p w14:paraId="58349F50" w14:textId="77777777" w:rsidR="00E67043" w:rsidRDefault="00E67043" w:rsidP="00634497">
      <w:pPr>
        <w:numPr>
          <w:ilvl w:val="0"/>
          <w:numId w:val="135"/>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إدارة ورش تحديث الخطة الاستراتيجية لإدراج الابتكار كمحور رئيسي بأهداف ومؤشرات واضحة</w:t>
      </w:r>
      <w:r w:rsidRPr="00E67043">
        <w:rPr>
          <w:rFonts w:ascii="Sakkal Majalla" w:hAnsi="Sakkal Majalla" w:cs="Sakkal Majalla"/>
          <w:sz w:val="36"/>
          <w:szCs w:val="28"/>
        </w:rPr>
        <w:t>.</w:t>
      </w:r>
    </w:p>
    <w:p w14:paraId="1442AB5C" w14:textId="75206529" w:rsidR="00F24F44" w:rsidRDefault="00F24F44" w:rsidP="00634497">
      <w:pPr>
        <w:numPr>
          <w:ilvl w:val="0"/>
          <w:numId w:val="135"/>
        </w:numPr>
        <w:bidi/>
        <w:spacing w:before="100" w:beforeAutospacing="1" w:after="100" w:afterAutospacing="1" w:line="240" w:lineRule="auto"/>
        <w:jc w:val="lowKashida"/>
        <w:rPr>
          <w:rFonts w:ascii="Sakkal Majalla" w:hAnsi="Sakkal Majalla" w:cs="Sakkal Majalla"/>
          <w:sz w:val="36"/>
          <w:szCs w:val="28"/>
        </w:rPr>
      </w:pPr>
      <w:r w:rsidRPr="00F24F44">
        <w:rPr>
          <w:rFonts w:ascii="Sakkal Majalla" w:hAnsi="Sakkal Majalla" w:cs="Sakkal Majalla"/>
          <w:sz w:val="36"/>
          <w:szCs w:val="28"/>
          <w:rtl/>
        </w:rPr>
        <w:t xml:space="preserve">صياغة </w:t>
      </w:r>
      <w:r>
        <w:rPr>
          <w:rFonts w:ascii="Sakkal Majalla" w:hAnsi="Sakkal Majalla" w:cs="Sakkal Majalla" w:hint="cs"/>
          <w:sz w:val="36"/>
          <w:szCs w:val="28"/>
          <w:rtl/>
        </w:rPr>
        <w:t xml:space="preserve">ما يتعلق </w:t>
      </w:r>
      <w:r w:rsidRPr="00F24F44">
        <w:rPr>
          <w:rFonts w:ascii="Sakkal Majalla" w:hAnsi="Sakkal Majalla" w:cs="Sakkal Majalla"/>
          <w:sz w:val="36"/>
          <w:szCs w:val="28"/>
          <w:rtl/>
        </w:rPr>
        <w:t xml:space="preserve">أهداف ومبادرات الابتكار </w:t>
      </w:r>
      <w:r>
        <w:rPr>
          <w:rFonts w:ascii="Sakkal Majalla" w:hAnsi="Sakkal Majalla" w:cs="Sakkal Majalla" w:hint="cs"/>
          <w:sz w:val="36"/>
          <w:szCs w:val="28"/>
          <w:rtl/>
        </w:rPr>
        <w:t xml:space="preserve">ليصبح </w:t>
      </w:r>
      <w:r w:rsidRPr="00F24F44">
        <w:rPr>
          <w:rFonts w:ascii="Sakkal Majalla" w:hAnsi="Sakkal Majalla" w:cs="Sakkal Majalla"/>
          <w:sz w:val="36"/>
          <w:szCs w:val="28"/>
          <w:rtl/>
        </w:rPr>
        <w:t>جزءًا مدمجًا ورسميًا في وثائق التخطيط الاستراتيجي للجهة، وليس نشاطًا منفصلًا أو مؤقتًا</w:t>
      </w:r>
      <w:r w:rsidRPr="00F24F44">
        <w:rPr>
          <w:rFonts w:ascii="Sakkal Majalla" w:hAnsi="Sakkal Majalla" w:cs="Sakkal Majalla"/>
          <w:sz w:val="36"/>
          <w:szCs w:val="28"/>
        </w:rPr>
        <w:t>.</w:t>
      </w:r>
      <w:r w:rsidRPr="00F24F44">
        <w:rPr>
          <w:rFonts w:ascii="Sakkal Majalla" w:hAnsi="Sakkal Majalla" w:cs="Sakkal Majalla"/>
          <w:sz w:val="36"/>
          <w:szCs w:val="28"/>
          <w:rtl/>
        </w:rPr>
        <w:t xml:space="preserve"> وإدماجه مع بقية محاور الخطة الاستراتيجية، والتأكد من مواءمته مع رؤية الجهة وسياساتها الوطنية</w:t>
      </w:r>
    </w:p>
    <w:p w14:paraId="19EF1BD9" w14:textId="3EAEE933" w:rsidR="00F24F44" w:rsidRDefault="00F24F44" w:rsidP="00634497">
      <w:pPr>
        <w:numPr>
          <w:ilvl w:val="0"/>
          <w:numId w:val="135"/>
        </w:numPr>
        <w:bidi/>
        <w:spacing w:before="100" w:beforeAutospacing="1" w:after="100" w:afterAutospacing="1" w:line="240" w:lineRule="auto"/>
        <w:jc w:val="lowKashida"/>
        <w:rPr>
          <w:rFonts w:ascii="Sakkal Majalla" w:hAnsi="Sakkal Majalla" w:cs="Sakkal Majalla"/>
          <w:sz w:val="36"/>
          <w:szCs w:val="28"/>
        </w:rPr>
      </w:pPr>
      <w:r w:rsidRPr="00F24F44">
        <w:rPr>
          <w:rFonts w:ascii="Sakkal Majalla" w:hAnsi="Sakkal Majalla" w:cs="Sakkal Majalla"/>
          <w:sz w:val="36"/>
          <w:szCs w:val="28"/>
          <w:rtl/>
        </w:rPr>
        <w:t>إدراج الابتكار في السياسات والإجراءات ال</w:t>
      </w:r>
      <w:r w:rsidR="005B2D36">
        <w:rPr>
          <w:rFonts w:ascii="Sakkal Majalla" w:hAnsi="Sakkal Majalla" w:cs="Sakkal Majalla" w:hint="cs"/>
          <w:sz w:val="36"/>
          <w:szCs w:val="28"/>
          <w:rtl/>
        </w:rPr>
        <w:t>معتمدة في الجهة</w:t>
      </w:r>
    </w:p>
    <w:p w14:paraId="656CEE98" w14:textId="6977F6AC" w:rsidR="005B2D36" w:rsidRPr="005B2D36" w:rsidRDefault="005B2D36" w:rsidP="00634497">
      <w:pPr>
        <w:numPr>
          <w:ilvl w:val="1"/>
          <w:numId w:val="135"/>
        </w:numPr>
        <w:bidi/>
        <w:spacing w:before="100" w:beforeAutospacing="1" w:after="100" w:afterAutospacing="1" w:line="240" w:lineRule="auto"/>
        <w:jc w:val="lowKashida"/>
        <w:rPr>
          <w:rFonts w:ascii="Sakkal Majalla" w:hAnsi="Sakkal Majalla" w:cs="Sakkal Majalla"/>
          <w:sz w:val="36"/>
          <w:szCs w:val="28"/>
        </w:rPr>
      </w:pPr>
      <w:r w:rsidRPr="005B2D36">
        <w:rPr>
          <w:rFonts w:ascii="Sakkal Majalla" w:hAnsi="Sakkal Majalla" w:cs="Sakkal Majalla" w:hint="cs"/>
          <w:sz w:val="36"/>
          <w:szCs w:val="28"/>
          <w:rtl/>
        </w:rPr>
        <w:t>صياغة</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سياسة</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ابتكار</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مؤسسية</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توضح</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التزام</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الجهة</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بتشجيع</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الابتكار</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ودعمه</w:t>
      </w:r>
      <w:r w:rsidRPr="005B2D36">
        <w:rPr>
          <w:rFonts w:ascii="Sakkal Majalla" w:hAnsi="Sakkal Majalla" w:cs="Sakkal Majalla"/>
          <w:sz w:val="36"/>
          <w:szCs w:val="28"/>
          <w:rtl/>
        </w:rPr>
        <w:t>.</w:t>
      </w:r>
    </w:p>
    <w:p w14:paraId="6619F2F5" w14:textId="64D75DEF" w:rsidR="005B2D36" w:rsidRPr="005B2D36" w:rsidRDefault="005B2D36" w:rsidP="00634497">
      <w:pPr>
        <w:numPr>
          <w:ilvl w:val="1"/>
          <w:numId w:val="135"/>
        </w:numPr>
        <w:bidi/>
        <w:spacing w:before="100" w:beforeAutospacing="1" w:after="100" w:afterAutospacing="1" w:line="240" w:lineRule="auto"/>
        <w:jc w:val="lowKashida"/>
        <w:rPr>
          <w:rFonts w:ascii="Sakkal Majalla" w:hAnsi="Sakkal Majalla" w:cs="Sakkal Majalla"/>
          <w:sz w:val="36"/>
          <w:szCs w:val="28"/>
        </w:rPr>
      </w:pPr>
      <w:r w:rsidRPr="005B2D36">
        <w:rPr>
          <w:rFonts w:ascii="Sakkal Majalla" w:hAnsi="Sakkal Majalla" w:cs="Sakkal Majalla" w:hint="cs"/>
          <w:sz w:val="36"/>
          <w:szCs w:val="28"/>
          <w:rtl/>
        </w:rPr>
        <w:t>تضمين</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الابتكار</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في</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سياسات</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الموارد</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البشرية</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مثل</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الحوافز،</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تقييم</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الأداء،</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التطوير</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الوظيفي</w:t>
      </w:r>
      <w:r w:rsidRPr="005B2D36">
        <w:rPr>
          <w:rFonts w:ascii="Sakkal Majalla" w:hAnsi="Sakkal Majalla" w:cs="Sakkal Majalla"/>
          <w:sz w:val="36"/>
          <w:szCs w:val="28"/>
          <w:rtl/>
        </w:rPr>
        <w:t>).</w:t>
      </w:r>
    </w:p>
    <w:p w14:paraId="203DDBE0" w14:textId="0C8A8E54" w:rsidR="005B2D36" w:rsidRDefault="005B2D36" w:rsidP="00634497">
      <w:pPr>
        <w:numPr>
          <w:ilvl w:val="1"/>
          <w:numId w:val="135"/>
        </w:numPr>
        <w:bidi/>
        <w:spacing w:before="100" w:beforeAutospacing="1" w:after="100" w:afterAutospacing="1" w:line="240" w:lineRule="auto"/>
        <w:jc w:val="lowKashida"/>
        <w:rPr>
          <w:rFonts w:ascii="Sakkal Majalla" w:hAnsi="Sakkal Majalla" w:cs="Sakkal Majalla"/>
          <w:sz w:val="36"/>
          <w:szCs w:val="28"/>
        </w:rPr>
      </w:pPr>
      <w:r w:rsidRPr="005B2D36">
        <w:rPr>
          <w:rFonts w:ascii="Sakkal Majalla" w:hAnsi="Sakkal Majalla" w:cs="Sakkal Majalla" w:hint="cs"/>
          <w:sz w:val="36"/>
          <w:szCs w:val="28"/>
          <w:rtl/>
        </w:rPr>
        <w:t>وضع</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سياسات</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تمويل</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الابتكار</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مثل</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تخصيص</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نسبة</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من</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الميزانية</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السنوية</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للمبادرات</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الجديدة</w:t>
      </w:r>
      <w:r w:rsidRPr="005B2D36">
        <w:rPr>
          <w:rFonts w:ascii="Sakkal Majalla" w:hAnsi="Sakkal Majalla" w:cs="Sakkal Majalla"/>
          <w:sz w:val="36"/>
          <w:szCs w:val="28"/>
          <w:rtl/>
        </w:rPr>
        <w:t>.</w:t>
      </w:r>
    </w:p>
    <w:p w14:paraId="19B30EF5" w14:textId="300F2E14" w:rsidR="005B2D36" w:rsidRPr="005B2D36" w:rsidRDefault="005B2D36" w:rsidP="00634497">
      <w:pPr>
        <w:numPr>
          <w:ilvl w:val="1"/>
          <w:numId w:val="135"/>
        </w:numPr>
        <w:bidi/>
        <w:spacing w:before="100" w:beforeAutospacing="1" w:after="100" w:afterAutospacing="1" w:line="240" w:lineRule="auto"/>
        <w:jc w:val="lowKashida"/>
        <w:rPr>
          <w:rFonts w:ascii="Sakkal Majalla" w:hAnsi="Sakkal Majalla" w:cs="Sakkal Majalla"/>
          <w:sz w:val="36"/>
          <w:szCs w:val="28"/>
        </w:rPr>
      </w:pPr>
      <w:r w:rsidRPr="005B2D36">
        <w:rPr>
          <w:rFonts w:ascii="Sakkal Majalla" w:hAnsi="Sakkal Majalla" w:cs="Sakkal Majalla" w:hint="cs"/>
          <w:sz w:val="36"/>
          <w:szCs w:val="28"/>
          <w:rtl/>
        </w:rPr>
        <w:t>دمج</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التفكير</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الابتكاري</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في</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إجراءات</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تقديم</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الخدمات</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أو</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تطويرها</w:t>
      </w:r>
      <w:r w:rsidRPr="005B2D36">
        <w:rPr>
          <w:rFonts w:ascii="Sakkal Majalla" w:hAnsi="Sakkal Majalla" w:cs="Sakkal Majalla"/>
          <w:sz w:val="36"/>
          <w:szCs w:val="28"/>
          <w:rtl/>
        </w:rPr>
        <w:t xml:space="preserve"> </w:t>
      </w:r>
    </w:p>
    <w:p w14:paraId="24E2A787" w14:textId="03A8D63B" w:rsidR="005B2D36" w:rsidRPr="005B2D36" w:rsidRDefault="005B2D36" w:rsidP="00634497">
      <w:pPr>
        <w:numPr>
          <w:ilvl w:val="1"/>
          <w:numId w:val="135"/>
        </w:numPr>
        <w:bidi/>
        <w:spacing w:before="100" w:beforeAutospacing="1" w:after="100" w:afterAutospacing="1" w:line="240" w:lineRule="auto"/>
        <w:jc w:val="lowKashida"/>
        <w:rPr>
          <w:rFonts w:ascii="Sakkal Majalla" w:hAnsi="Sakkal Majalla" w:cs="Sakkal Majalla"/>
          <w:sz w:val="36"/>
          <w:szCs w:val="28"/>
        </w:rPr>
      </w:pPr>
      <w:r w:rsidRPr="005B2D36">
        <w:rPr>
          <w:rFonts w:ascii="Sakkal Majalla" w:hAnsi="Sakkal Majalla" w:cs="Sakkal Majalla" w:hint="cs"/>
          <w:sz w:val="36"/>
          <w:szCs w:val="28"/>
          <w:rtl/>
        </w:rPr>
        <w:t>إضافة</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خطوات</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تقييم</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الأفكار،</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اختبارها،</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وتطبيقها</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في</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إجراءات</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العمل</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القياسية</w:t>
      </w:r>
      <w:r w:rsidRPr="005B2D36">
        <w:rPr>
          <w:rFonts w:ascii="Sakkal Majalla" w:hAnsi="Sakkal Majalla" w:cs="Sakkal Majalla"/>
          <w:sz w:val="36"/>
          <w:szCs w:val="28"/>
          <w:rtl/>
        </w:rPr>
        <w:t xml:space="preserve"> (</w:t>
      </w:r>
      <w:r w:rsidRPr="005B2D36">
        <w:rPr>
          <w:rFonts w:ascii="Sakkal Majalla" w:hAnsi="Sakkal Majalla" w:cs="Sakkal Majalla"/>
          <w:sz w:val="36"/>
          <w:szCs w:val="28"/>
        </w:rPr>
        <w:t>SOPs</w:t>
      </w:r>
      <w:r w:rsidRPr="005B2D36">
        <w:rPr>
          <w:rFonts w:ascii="Sakkal Majalla" w:hAnsi="Sakkal Majalla" w:cs="Sakkal Majalla"/>
          <w:sz w:val="36"/>
          <w:szCs w:val="28"/>
          <w:rtl/>
        </w:rPr>
        <w:t>).</w:t>
      </w:r>
    </w:p>
    <w:p w14:paraId="2BCE8801" w14:textId="2641A775" w:rsidR="005B2D36" w:rsidRDefault="005B2D36" w:rsidP="00634497">
      <w:pPr>
        <w:numPr>
          <w:ilvl w:val="1"/>
          <w:numId w:val="135"/>
        </w:numPr>
        <w:bidi/>
        <w:spacing w:before="100" w:beforeAutospacing="1" w:after="100" w:afterAutospacing="1" w:line="240" w:lineRule="auto"/>
        <w:jc w:val="lowKashida"/>
        <w:rPr>
          <w:rFonts w:ascii="Sakkal Majalla" w:hAnsi="Sakkal Majalla" w:cs="Sakkal Majalla"/>
          <w:sz w:val="36"/>
          <w:szCs w:val="28"/>
        </w:rPr>
      </w:pPr>
      <w:r w:rsidRPr="005B2D36">
        <w:rPr>
          <w:rFonts w:ascii="Sakkal Majalla" w:hAnsi="Sakkal Majalla" w:cs="Sakkal Majalla" w:hint="cs"/>
          <w:sz w:val="36"/>
          <w:szCs w:val="28"/>
          <w:rtl/>
        </w:rPr>
        <w:t>إدراج</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أنشطة</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الابتكار</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مثل</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ورش</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الأفكار،</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التحليل</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الابتكاري</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للمشكلات</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في</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خطة</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العمل</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السنوية</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لكل</w:t>
      </w:r>
      <w:r w:rsidRPr="005B2D36">
        <w:rPr>
          <w:rFonts w:ascii="Sakkal Majalla" w:hAnsi="Sakkal Majalla" w:cs="Sakkal Majalla"/>
          <w:sz w:val="36"/>
          <w:szCs w:val="28"/>
          <w:rtl/>
        </w:rPr>
        <w:t xml:space="preserve"> </w:t>
      </w:r>
      <w:r w:rsidRPr="005B2D36">
        <w:rPr>
          <w:rFonts w:ascii="Sakkal Majalla" w:hAnsi="Sakkal Majalla" w:cs="Sakkal Majalla" w:hint="cs"/>
          <w:sz w:val="36"/>
          <w:szCs w:val="28"/>
          <w:rtl/>
        </w:rPr>
        <w:t>إدارة</w:t>
      </w:r>
      <w:r w:rsidRPr="005B2D36">
        <w:rPr>
          <w:rFonts w:ascii="Sakkal Majalla" w:hAnsi="Sakkal Majalla" w:cs="Sakkal Majalla"/>
          <w:sz w:val="36"/>
          <w:szCs w:val="28"/>
          <w:rtl/>
        </w:rPr>
        <w:t>.</w:t>
      </w:r>
    </w:p>
    <w:p w14:paraId="174D81CC" w14:textId="39A9EDF6" w:rsidR="00F24F44" w:rsidRDefault="00DB5B4C" w:rsidP="00634497">
      <w:pPr>
        <w:numPr>
          <w:ilvl w:val="0"/>
          <w:numId w:val="135"/>
        </w:numPr>
        <w:bidi/>
        <w:spacing w:before="100" w:beforeAutospacing="1" w:after="100" w:afterAutospacing="1" w:line="240" w:lineRule="auto"/>
        <w:jc w:val="lowKashida"/>
        <w:rPr>
          <w:rFonts w:ascii="Sakkal Majalla" w:hAnsi="Sakkal Majalla" w:cs="Sakkal Majalla"/>
          <w:sz w:val="36"/>
          <w:szCs w:val="28"/>
        </w:rPr>
      </w:pPr>
      <w:r>
        <w:rPr>
          <w:rFonts w:ascii="Sakkal Majalla" w:hAnsi="Sakkal Majalla" w:cs="Sakkal Majalla" w:hint="cs"/>
          <w:sz w:val="36"/>
          <w:szCs w:val="28"/>
          <w:rtl/>
        </w:rPr>
        <w:t>تطوير النموذج التشغيلي لوحدة الابتكار</w:t>
      </w:r>
      <w:r w:rsidR="00F24F44" w:rsidRPr="00F24F44">
        <w:rPr>
          <w:rtl/>
        </w:rPr>
        <w:t xml:space="preserve"> </w:t>
      </w:r>
      <w:r w:rsidR="00F24F44">
        <w:rPr>
          <w:rFonts w:ascii="Sakkal Majalla" w:hAnsi="Sakkal Majalla" w:cs="Sakkal Majalla" w:hint="cs"/>
          <w:sz w:val="36"/>
          <w:szCs w:val="28"/>
          <w:rtl/>
        </w:rPr>
        <w:t>و</w:t>
      </w:r>
      <w:r w:rsidR="00F24F44" w:rsidRPr="00F24F44">
        <w:rPr>
          <w:rFonts w:ascii="Sakkal Majalla" w:hAnsi="Sakkal Majalla" w:cs="Sakkal Majalla"/>
          <w:sz w:val="36"/>
          <w:szCs w:val="28"/>
          <w:rtl/>
        </w:rPr>
        <w:t>تدريب فرق العمل عليه، ثم تسليمه كمرجع رسمي للجهة، بحيث تعتمد عليه في تسيير أنشطة الابتكار بعد انتهاء الاستعانة بالاستشاري</w:t>
      </w:r>
      <w:r w:rsidR="00F24F44">
        <w:rPr>
          <w:rFonts w:ascii="Sakkal Majalla" w:hAnsi="Sakkal Majalla" w:cs="Sakkal Majalla" w:hint="cs"/>
          <w:sz w:val="36"/>
          <w:szCs w:val="28"/>
          <w:rtl/>
        </w:rPr>
        <w:t xml:space="preserve"> و</w:t>
      </w:r>
      <w:r w:rsidR="00F24F44" w:rsidRPr="00F24F44">
        <w:rPr>
          <w:rFonts w:ascii="Times New Roman" w:eastAsia="Times New Roman" w:hAnsi="Symbol" w:cs="Times New Roman"/>
          <w:sz w:val="24"/>
          <w:szCs w:val="24"/>
          <w:rtl/>
        </w:rPr>
        <w:t>تشمل</w:t>
      </w:r>
      <w:r w:rsidR="00F24F44">
        <w:rPr>
          <w:rFonts w:ascii="Sakkal Majalla" w:hAnsi="Sakkal Majalla" w:cs="Sakkal Majalla" w:hint="cs"/>
          <w:sz w:val="36"/>
          <w:szCs w:val="28"/>
          <w:rtl/>
        </w:rPr>
        <w:t xml:space="preserve"> الوثيقة ما يلي:</w:t>
      </w:r>
    </w:p>
    <w:p w14:paraId="6A33D89D" w14:textId="0940BAA5" w:rsidR="00F24F44" w:rsidRDefault="00F24F44" w:rsidP="00634497">
      <w:pPr>
        <w:numPr>
          <w:ilvl w:val="1"/>
          <w:numId w:val="135"/>
        </w:numPr>
        <w:bidi/>
        <w:spacing w:before="100" w:beforeAutospacing="1" w:after="100" w:afterAutospacing="1" w:line="240" w:lineRule="auto"/>
        <w:jc w:val="lowKashida"/>
        <w:rPr>
          <w:rFonts w:ascii="Sakkal Majalla" w:hAnsi="Sakkal Majalla" w:cs="Sakkal Majalla"/>
          <w:sz w:val="36"/>
          <w:szCs w:val="28"/>
        </w:rPr>
      </w:pPr>
      <w:r>
        <w:rPr>
          <w:rFonts w:ascii="Sakkal Majalla" w:hAnsi="Sakkal Majalla" w:cs="Sakkal Majalla" w:hint="cs"/>
          <w:sz w:val="36"/>
          <w:szCs w:val="28"/>
          <w:rtl/>
        </w:rPr>
        <w:t xml:space="preserve">الهيكل التنظيمي لوحدة الابتكار متضمناً المهام </w:t>
      </w:r>
      <w:r w:rsidR="005B2D36">
        <w:rPr>
          <w:rFonts w:ascii="Sakkal Majalla" w:hAnsi="Sakkal Majalla" w:cs="Sakkal Majalla" w:hint="cs"/>
          <w:sz w:val="36"/>
          <w:szCs w:val="28"/>
          <w:rtl/>
        </w:rPr>
        <w:t>والمسؤوليات</w:t>
      </w:r>
      <w:r>
        <w:rPr>
          <w:rFonts w:ascii="Sakkal Majalla" w:hAnsi="Sakkal Majalla" w:cs="Sakkal Majalla" w:hint="cs"/>
          <w:sz w:val="36"/>
          <w:szCs w:val="28"/>
          <w:rtl/>
        </w:rPr>
        <w:t xml:space="preserve"> والمسميات والأوصاف الوظيفية</w:t>
      </w:r>
    </w:p>
    <w:p w14:paraId="33E57D0F" w14:textId="471ACCE9" w:rsidR="00F24F44" w:rsidRPr="00F24F44" w:rsidRDefault="00F24F44" w:rsidP="00634497">
      <w:pPr>
        <w:numPr>
          <w:ilvl w:val="1"/>
          <w:numId w:val="135"/>
        </w:numPr>
        <w:bidi/>
        <w:spacing w:before="100" w:beforeAutospacing="1" w:after="100" w:afterAutospacing="1" w:line="240" w:lineRule="auto"/>
        <w:jc w:val="lowKashida"/>
        <w:rPr>
          <w:rFonts w:ascii="Sakkal Majalla" w:hAnsi="Sakkal Majalla" w:cs="Sakkal Majalla"/>
          <w:sz w:val="36"/>
          <w:szCs w:val="28"/>
        </w:rPr>
      </w:pPr>
      <w:r w:rsidRPr="00F24F44">
        <w:rPr>
          <w:rFonts w:ascii="Sakkal Majalla" w:hAnsi="Sakkal Majalla" w:cs="Sakkal Majalla"/>
          <w:sz w:val="36"/>
          <w:szCs w:val="28"/>
          <w:rtl/>
        </w:rPr>
        <w:t>إجراءات توليد الأفكار</w:t>
      </w:r>
      <w:r w:rsidRPr="00F24F44">
        <w:rPr>
          <w:rFonts w:ascii="Sakkal Majalla" w:hAnsi="Sakkal Majalla" w:cs="Sakkal Majalla"/>
          <w:sz w:val="36"/>
          <w:szCs w:val="28"/>
        </w:rPr>
        <w:t>.</w:t>
      </w:r>
    </w:p>
    <w:p w14:paraId="05FB7674" w14:textId="10678B84" w:rsidR="00F24F44" w:rsidRPr="00F24F44" w:rsidRDefault="00F24F44" w:rsidP="00634497">
      <w:pPr>
        <w:numPr>
          <w:ilvl w:val="1"/>
          <w:numId w:val="135"/>
        </w:numPr>
        <w:bidi/>
        <w:spacing w:before="100" w:beforeAutospacing="1" w:after="100" w:afterAutospacing="1" w:line="240" w:lineRule="auto"/>
        <w:jc w:val="lowKashida"/>
        <w:rPr>
          <w:rFonts w:ascii="Sakkal Majalla" w:hAnsi="Sakkal Majalla" w:cs="Sakkal Majalla"/>
          <w:sz w:val="36"/>
          <w:szCs w:val="28"/>
        </w:rPr>
      </w:pPr>
      <w:r w:rsidRPr="00F24F44">
        <w:rPr>
          <w:rFonts w:ascii="Sakkal Majalla" w:hAnsi="Sakkal Majalla" w:cs="Sakkal Majalla"/>
          <w:sz w:val="36"/>
          <w:szCs w:val="28"/>
          <w:rtl/>
        </w:rPr>
        <w:lastRenderedPageBreak/>
        <w:t>آليات تقييم واختيار الأفكار</w:t>
      </w:r>
      <w:r w:rsidRPr="00F24F44">
        <w:rPr>
          <w:rFonts w:ascii="Sakkal Majalla" w:hAnsi="Sakkal Majalla" w:cs="Sakkal Majalla"/>
          <w:sz w:val="36"/>
          <w:szCs w:val="28"/>
        </w:rPr>
        <w:t>.</w:t>
      </w:r>
    </w:p>
    <w:p w14:paraId="1AFBF6FE" w14:textId="6F5FFA5A" w:rsidR="00F24F44" w:rsidRPr="00F24F44" w:rsidRDefault="00F24F44" w:rsidP="00634497">
      <w:pPr>
        <w:numPr>
          <w:ilvl w:val="1"/>
          <w:numId w:val="135"/>
        </w:numPr>
        <w:bidi/>
        <w:spacing w:before="100" w:beforeAutospacing="1" w:after="100" w:afterAutospacing="1" w:line="240" w:lineRule="auto"/>
        <w:jc w:val="lowKashida"/>
        <w:rPr>
          <w:rFonts w:ascii="Sakkal Majalla" w:hAnsi="Sakkal Majalla" w:cs="Sakkal Majalla"/>
          <w:sz w:val="36"/>
          <w:szCs w:val="28"/>
        </w:rPr>
      </w:pPr>
      <w:r w:rsidRPr="00F24F44">
        <w:rPr>
          <w:rFonts w:ascii="Sakkal Majalla" w:hAnsi="Sakkal Majalla" w:cs="Sakkal Majalla"/>
          <w:sz w:val="36"/>
          <w:szCs w:val="28"/>
          <w:rtl/>
        </w:rPr>
        <w:t>خطوات تنفيذ المشاريع الابتكارية</w:t>
      </w:r>
      <w:r w:rsidRPr="00F24F44">
        <w:rPr>
          <w:rFonts w:ascii="Sakkal Majalla" w:hAnsi="Sakkal Majalla" w:cs="Sakkal Majalla"/>
          <w:sz w:val="36"/>
          <w:szCs w:val="28"/>
        </w:rPr>
        <w:t>.</w:t>
      </w:r>
    </w:p>
    <w:p w14:paraId="732766F0" w14:textId="7ABED39B" w:rsidR="00DB5B4C" w:rsidRPr="00E67043" w:rsidRDefault="00F24F44" w:rsidP="00634497">
      <w:pPr>
        <w:numPr>
          <w:ilvl w:val="1"/>
          <w:numId w:val="135"/>
        </w:numPr>
        <w:bidi/>
        <w:spacing w:before="100" w:beforeAutospacing="1" w:after="100" w:afterAutospacing="1" w:line="240" w:lineRule="auto"/>
        <w:jc w:val="lowKashida"/>
        <w:rPr>
          <w:rFonts w:ascii="Sakkal Majalla" w:hAnsi="Sakkal Majalla" w:cs="Sakkal Majalla"/>
          <w:sz w:val="36"/>
          <w:szCs w:val="28"/>
        </w:rPr>
      </w:pPr>
      <w:r w:rsidRPr="00F24F44">
        <w:rPr>
          <w:rFonts w:ascii="Sakkal Majalla" w:hAnsi="Sakkal Majalla" w:cs="Sakkal Majalla"/>
          <w:sz w:val="36"/>
          <w:szCs w:val="28"/>
          <w:rtl/>
        </w:rPr>
        <w:t>طرق قياس الأثر وتوثيق الدروس المستفادة</w:t>
      </w:r>
    </w:p>
    <w:p w14:paraId="75D0A8A9" w14:textId="77777777" w:rsidR="00E67043" w:rsidRPr="00E67043" w:rsidRDefault="00E67043" w:rsidP="00634497">
      <w:pPr>
        <w:numPr>
          <w:ilvl w:val="0"/>
          <w:numId w:val="135"/>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إطلاق مشاريع ابتكارية تجريبية لربط التعلم بالتطبيق الفعلي</w:t>
      </w:r>
      <w:r w:rsidRPr="00E67043">
        <w:rPr>
          <w:rFonts w:ascii="Sakkal Majalla" w:hAnsi="Sakkal Majalla" w:cs="Sakkal Majalla"/>
          <w:sz w:val="36"/>
          <w:szCs w:val="28"/>
        </w:rPr>
        <w:t>.</w:t>
      </w:r>
    </w:p>
    <w:p w14:paraId="60E34B1C"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دور الجهة الحكومية وكيفية التنفيذ</w:t>
      </w:r>
      <w:r w:rsidRPr="00E67043">
        <w:rPr>
          <w:rFonts w:ascii="Sakkal Majalla" w:hAnsi="Sakkal Majalla" w:cs="Sakkal Majalla"/>
          <w:b/>
          <w:bCs/>
          <w:sz w:val="36"/>
          <w:szCs w:val="28"/>
        </w:rPr>
        <w:t>:</w:t>
      </w:r>
    </w:p>
    <w:p w14:paraId="0AC56AC9" w14:textId="77777777" w:rsidR="00E67043" w:rsidRPr="00E67043" w:rsidRDefault="00E67043" w:rsidP="00634497">
      <w:pPr>
        <w:numPr>
          <w:ilvl w:val="0"/>
          <w:numId w:val="136"/>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المشاركة الفعلية في التدريب والمشاريع التجريبية</w:t>
      </w:r>
      <w:r w:rsidRPr="00E67043">
        <w:rPr>
          <w:rFonts w:ascii="Sakkal Majalla" w:hAnsi="Sakkal Majalla" w:cs="Sakkal Majalla"/>
          <w:sz w:val="36"/>
          <w:szCs w:val="28"/>
        </w:rPr>
        <w:t>.</w:t>
      </w:r>
    </w:p>
    <w:p w14:paraId="529E4CED" w14:textId="142604D2" w:rsidR="00E67043" w:rsidRPr="00E67043" w:rsidRDefault="00E67043" w:rsidP="00634497">
      <w:pPr>
        <w:numPr>
          <w:ilvl w:val="0"/>
          <w:numId w:val="136"/>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اعتماد التعديلات على الخطة الاستراتيجية</w:t>
      </w:r>
      <w:r w:rsidR="005B2D36">
        <w:rPr>
          <w:rFonts w:ascii="Sakkal Majalla" w:hAnsi="Sakkal Majalla" w:cs="Sakkal Majalla" w:hint="cs"/>
          <w:sz w:val="36"/>
          <w:szCs w:val="28"/>
          <w:rtl/>
        </w:rPr>
        <w:t xml:space="preserve"> والنموذج التشغيلي</w:t>
      </w:r>
    </w:p>
    <w:p w14:paraId="1DFA0ADF" w14:textId="77777777" w:rsidR="00E67043" w:rsidRPr="00E67043" w:rsidRDefault="00E67043" w:rsidP="00634497">
      <w:pPr>
        <w:numPr>
          <w:ilvl w:val="0"/>
          <w:numId w:val="136"/>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إدخال الابتكار ضمن مؤشرات الأداء المؤسسية</w:t>
      </w:r>
      <w:r w:rsidRPr="00E67043">
        <w:rPr>
          <w:rFonts w:ascii="Sakkal Majalla" w:hAnsi="Sakkal Majalla" w:cs="Sakkal Majalla"/>
          <w:sz w:val="36"/>
          <w:szCs w:val="28"/>
        </w:rPr>
        <w:t>.</w:t>
      </w:r>
    </w:p>
    <w:p w14:paraId="1C7FE0A2"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الأدوات</w:t>
      </w:r>
      <w:r w:rsidRPr="00E67043">
        <w:rPr>
          <w:rFonts w:ascii="Sakkal Majalla" w:hAnsi="Sakkal Majalla" w:cs="Sakkal Majalla"/>
          <w:b/>
          <w:bCs/>
          <w:sz w:val="36"/>
          <w:szCs w:val="28"/>
        </w:rPr>
        <w:t>:</w:t>
      </w:r>
    </w:p>
    <w:p w14:paraId="70D97599" w14:textId="77777777" w:rsidR="00E67043" w:rsidRPr="00E67043" w:rsidRDefault="00E67043" w:rsidP="00634497">
      <w:pPr>
        <w:numPr>
          <w:ilvl w:val="0"/>
          <w:numId w:val="137"/>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منصة إدارة المعرفة</w:t>
      </w:r>
      <w:r w:rsidRPr="00E67043">
        <w:rPr>
          <w:rFonts w:ascii="Sakkal Majalla" w:hAnsi="Sakkal Majalla" w:cs="Sakkal Majalla"/>
          <w:sz w:val="36"/>
          <w:szCs w:val="28"/>
        </w:rPr>
        <w:t>.</w:t>
      </w:r>
    </w:p>
    <w:p w14:paraId="61816B1C" w14:textId="77777777" w:rsidR="00E67043" w:rsidRPr="00E67043" w:rsidRDefault="00E67043" w:rsidP="00634497">
      <w:pPr>
        <w:numPr>
          <w:ilvl w:val="0"/>
          <w:numId w:val="137"/>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قوالب السياسات والإجراءات الخاصة بالابتكار</w:t>
      </w:r>
      <w:r w:rsidRPr="00E67043">
        <w:rPr>
          <w:rFonts w:ascii="Sakkal Majalla" w:hAnsi="Sakkal Majalla" w:cs="Sakkal Majalla"/>
          <w:sz w:val="36"/>
          <w:szCs w:val="28"/>
        </w:rPr>
        <w:t>.</w:t>
      </w:r>
    </w:p>
    <w:p w14:paraId="3CF70D2E" w14:textId="77777777" w:rsidR="00E67043" w:rsidRPr="00E67043" w:rsidRDefault="00E67043" w:rsidP="00634497">
      <w:pPr>
        <w:numPr>
          <w:ilvl w:val="0"/>
          <w:numId w:val="137"/>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دليل دمج الابتكار في الخطط الاستراتيجية</w:t>
      </w:r>
      <w:r w:rsidRPr="00E67043">
        <w:rPr>
          <w:rFonts w:ascii="Sakkal Majalla" w:hAnsi="Sakkal Majalla" w:cs="Sakkal Majalla"/>
          <w:sz w:val="36"/>
          <w:szCs w:val="28"/>
        </w:rPr>
        <w:t>.</w:t>
      </w:r>
    </w:p>
    <w:p w14:paraId="6CC168C9"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المخرجات</w:t>
      </w:r>
      <w:r w:rsidRPr="00E67043">
        <w:rPr>
          <w:rFonts w:ascii="Sakkal Majalla" w:hAnsi="Sakkal Majalla" w:cs="Sakkal Majalla"/>
          <w:b/>
          <w:bCs/>
          <w:sz w:val="36"/>
          <w:szCs w:val="28"/>
        </w:rPr>
        <w:t>:</w:t>
      </w:r>
    </w:p>
    <w:p w14:paraId="52DDE75F" w14:textId="77777777" w:rsidR="00E67043" w:rsidRPr="00E67043" w:rsidRDefault="00E67043" w:rsidP="00634497">
      <w:pPr>
        <w:numPr>
          <w:ilvl w:val="0"/>
          <w:numId w:val="138"/>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خطة استراتيجية محدثة تحتوي على مكون ابتكاري واضح</w:t>
      </w:r>
      <w:r w:rsidRPr="00E67043">
        <w:rPr>
          <w:rFonts w:ascii="Sakkal Majalla" w:hAnsi="Sakkal Majalla" w:cs="Sakkal Majalla"/>
          <w:sz w:val="36"/>
          <w:szCs w:val="28"/>
        </w:rPr>
        <w:t>.</w:t>
      </w:r>
    </w:p>
    <w:p w14:paraId="26020732" w14:textId="77777777" w:rsidR="00E67043" w:rsidRDefault="00E67043" w:rsidP="00634497">
      <w:pPr>
        <w:numPr>
          <w:ilvl w:val="0"/>
          <w:numId w:val="138"/>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أدوات إدارة المعرفة قيد الاستخدام</w:t>
      </w:r>
      <w:r w:rsidRPr="00E67043">
        <w:rPr>
          <w:rFonts w:ascii="Sakkal Majalla" w:hAnsi="Sakkal Majalla" w:cs="Sakkal Majalla"/>
          <w:sz w:val="36"/>
          <w:szCs w:val="28"/>
        </w:rPr>
        <w:t>.</w:t>
      </w:r>
    </w:p>
    <w:p w14:paraId="6F1ACE1F" w14:textId="7DA40F49" w:rsidR="00DB5B4C" w:rsidRPr="00E67043" w:rsidRDefault="00DB5B4C" w:rsidP="00634497">
      <w:pPr>
        <w:numPr>
          <w:ilvl w:val="0"/>
          <w:numId w:val="138"/>
        </w:numPr>
        <w:bidi/>
        <w:spacing w:before="100" w:beforeAutospacing="1" w:after="100" w:afterAutospacing="1" w:line="240" w:lineRule="auto"/>
        <w:jc w:val="lowKashida"/>
        <w:rPr>
          <w:rFonts w:ascii="Sakkal Majalla" w:hAnsi="Sakkal Majalla" w:cs="Sakkal Majalla"/>
          <w:sz w:val="36"/>
          <w:szCs w:val="28"/>
        </w:rPr>
      </w:pPr>
      <w:r>
        <w:rPr>
          <w:rFonts w:ascii="Sakkal Majalla" w:hAnsi="Sakkal Majalla" w:cs="Sakkal Majalla" w:hint="cs"/>
          <w:sz w:val="36"/>
          <w:szCs w:val="28"/>
          <w:rtl/>
        </w:rPr>
        <w:t>دليل تشغيلي لوحدة الابتكار</w:t>
      </w:r>
    </w:p>
    <w:p w14:paraId="36DAE148"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مؤشرات الأداء</w:t>
      </w:r>
      <w:r w:rsidRPr="00E67043">
        <w:rPr>
          <w:rFonts w:ascii="Sakkal Majalla" w:hAnsi="Sakkal Majalla" w:cs="Sakkal Majalla"/>
          <w:b/>
          <w:bCs/>
          <w:sz w:val="36"/>
          <w:szCs w:val="28"/>
        </w:rPr>
        <w:t>:</w:t>
      </w:r>
    </w:p>
    <w:p w14:paraId="06015203" w14:textId="77777777" w:rsidR="00E67043" w:rsidRPr="00E67043" w:rsidRDefault="00E67043" w:rsidP="00634497">
      <w:pPr>
        <w:numPr>
          <w:ilvl w:val="0"/>
          <w:numId w:val="139"/>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عدد المبادرات الابتكارية المضمنة في الخطة</w:t>
      </w:r>
      <w:r w:rsidRPr="00E67043">
        <w:rPr>
          <w:rFonts w:ascii="Sakkal Majalla" w:hAnsi="Sakkal Majalla" w:cs="Sakkal Majalla"/>
          <w:sz w:val="36"/>
          <w:szCs w:val="28"/>
        </w:rPr>
        <w:t>.</w:t>
      </w:r>
    </w:p>
    <w:p w14:paraId="43C43DF5" w14:textId="1A0F6F56" w:rsidR="00E67043" w:rsidRPr="00E67043" w:rsidRDefault="00E67043" w:rsidP="00634497">
      <w:pPr>
        <w:numPr>
          <w:ilvl w:val="0"/>
          <w:numId w:val="139"/>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نسبة استخدام أدوات المعرفة من قبل الموظفين</w:t>
      </w:r>
      <w:r w:rsidRPr="00E67043">
        <w:rPr>
          <w:rFonts w:ascii="Sakkal Majalla" w:hAnsi="Sakkal Majalla" w:cs="Sakkal Majalla"/>
          <w:sz w:val="36"/>
          <w:szCs w:val="28"/>
        </w:rPr>
        <w:t>.</w:t>
      </w:r>
    </w:p>
    <w:p w14:paraId="5A89B01A" w14:textId="77777777" w:rsidR="00E67043" w:rsidRPr="00E67043" w:rsidRDefault="00E67043" w:rsidP="00634497">
      <w:pPr>
        <w:bidi/>
        <w:spacing w:before="100" w:beforeAutospacing="1" w:after="100" w:afterAutospacing="1" w:line="240" w:lineRule="auto"/>
        <w:jc w:val="lowKashida"/>
        <w:outlineLvl w:val="2"/>
        <w:rPr>
          <w:rFonts w:ascii="Sakkal Majalla" w:hAnsi="Sakkal Majalla" w:cs="Sakkal Majalla"/>
          <w:b/>
          <w:bCs/>
          <w:sz w:val="32"/>
          <w:szCs w:val="32"/>
        </w:rPr>
      </w:pPr>
      <w:r w:rsidRPr="00E67043">
        <w:rPr>
          <w:rFonts w:ascii="Sakkal Majalla" w:hAnsi="Sakkal Majalla" w:cs="Sakkal Majalla"/>
          <w:b/>
          <w:bCs/>
          <w:sz w:val="32"/>
          <w:szCs w:val="32"/>
        </w:rPr>
        <w:t xml:space="preserve">5.5.4 </w:t>
      </w:r>
      <w:r w:rsidRPr="00E67043">
        <w:rPr>
          <w:rFonts w:ascii="Sakkal Majalla" w:hAnsi="Sakkal Majalla" w:cs="Sakkal Majalla"/>
          <w:b/>
          <w:bCs/>
          <w:sz w:val="32"/>
          <w:szCs w:val="32"/>
          <w:rtl/>
        </w:rPr>
        <w:t>المرحلة الرابعة: التقييم الديناميكي</w:t>
      </w:r>
    </w:p>
    <w:p w14:paraId="6F35B5F3" w14:textId="77777777" w:rsidR="00E67043" w:rsidRPr="00E67043" w:rsidRDefault="00E67043" w:rsidP="00F4751F">
      <w:pPr>
        <w:bidi/>
        <w:spacing w:before="100" w:beforeAutospacing="1" w:after="100" w:afterAutospacing="1" w:line="240" w:lineRule="auto"/>
        <w:jc w:val="both"/>
        <w:rPr>
          <w:rFonts w:ascii="Sakkal Majalla" w:hAnsi="Sakkal Majalla" w:cs="Sakkal Majalla"/>
          <w:sz w:val="36"/>
          <w:szCs w:val="28"/>
        </w:rPr>
      </w:pPr>
      <w:r w:rsidRPr="00E67043">
        <w:rPr>
          <w:rFonts w:ascii="Sakkal Majalla" w:hAnsi="Sakkal Majalla" w:cs="Sakkal Majalla"/>
          <w:b/>
          <w:bCs/>
          <w:sz w:val="36"/>
          <w:szCs w:val="28"/>
          <w:rtl/>
        </w:rPr>
        <w:lastRenderedPageBreak/>
        <w:t>الهدف</w:t>
      </w:r>
      <w:r w:rsidRPr="00E67043">
        <w:rPr>
          <w:rFonts w:ascii="Sakkal Majalla" w:hAnsi="Sakkal Majalla" w:cs="Sakkal Majalla"/>
          <w:sz w:val="36"/>
          <w:szCs w:val="28"/>
        </w:rPr>
        <w:t>:</w:t>
      </w:r>
      <w:r w:rsidRPr="00E67043">
        <w:rPr>
          <w:rFonts w:ascii="Sakkal Majalla" w:hAnsi="Sakkal Majalla" w:cs="Sakkal Majalla"/>
          <w:sz w:val="36"/>
          <w:szCs w:val="28"/>
        </w:rPr>
        <w:br/>
      </w:r>
      <w:r w:rsidRPr="00E67043">
        <w:rPr>
          <w:rFonts w:ascii="Sakkal Majalla" w:hAnsi="Sakkal Majalla" w:cs="Sakkal Majalla"/>
          <w:sz w:val="36"/>
          <w:szCs w:val="28"/>
          <w:rtl/>
        </w:rPr>
        <w:t>قياس أثر التدخلات، وضمان التحسين المستمر قبل الانتقال للاستقلالية التشغيلية</w:t>
      </w:r>
      <w:r w:rsidRPr="00E67043">
        <w:rPr>
          <w:rFonts w:ascii="Sakkal Majalla" w:hAnsi="Sakkal Majalla" w:cs="Sakkal Majalla"/>
          <w:sz w:val="36"/>
          <w:szCs w:val="28"/>
        </w:rPr>
        <w:t>.</w:t>
      </w:r>
    </w:p>
    <w:p w14:paraId="7A9229AE"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دور الاستشاري وكيفية التنفيذ</w:t>
      </w:r>
      <w:r w:rsidRPr="00E67043">
        <w:rPr>
          <w:rFonts w:ascii="Sakkal Majalla" w:hAnsi="Sakkal Majalla" w:cs="Sakkal Majalla"/>
          <w:b/>
          <w:bCs/>
          <w:sz w:val="36"/>
          <w:szCs w:val="28"/>
        </w:rPr>
        <w:t>:</w:t>
      </w:r>
    </w:p>
    <w:p w14:paraId="5455E289" w14:textId="77777777" w:rsidR="00E67043" w:rsidRPr="00E67043" w:rsidRDefault="00E67043" w:rsidP="00634497">
      <w:pPr>
        <w:numPr>
          <w:ilvl w:val="0"/>
          <w:numId w:val="140"/>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مراجعات مرحلية كل 3 أشهر</w:t>
      </w:r>
      <w:r w:rsidRPr="00E67043">
        <w:rPr>
          <w:rFonts w:ascii="Sakkal Majalla" w:hAnsi="Sakkal Majalla" w:cs="Sakkal Majalla"/>
          <w:sz w:val="36"/>
          <w:szCs w:val="28"/>
        </w:rPr>
        <w:t>.</w:t>
      </w:r>
    </w:p>
    <w:p w14:paraId="7DE07204" w14:textId="77777777" w:rsidR="00E67043" w:rsidRPr="00E67043" w:rsidRDefault="00E67043" w:rsidP="00634497">
      <w:pPr>
        <w:numPr>
          <w:ilvl w:val="0"/>
          <w:numId w:val="140"/>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تحليل الأداء مقابل مؤشرات القدرة الامتصاصية والاستدامة</w:t>
      </w:r>
      <w:r w:rsidRPr="00E67043">
        <w:rPr>
          <w:rFonts w:ascii="Sakkal Majalla" w:hAnsi="Sakkal Majalla" w:cs="Sakkal Majalla"/>
          <w:sz w:val="36"/>
          <w:szCs w:val="28"/>
        </w:rPr>
        <w:t>.</w:t>
      </w:r>
    </w:p>
    <w:p w14:paraId="2682F1E6" w14:textId="77777777" w:rsidR="00E67043" w:rsidRPr="00E67043" w:rsidRDefault="00E67043" w:rsidP="00634497">
      <w:pPr>
        <w:numPr>
          <w:ilvl w:val="0"/>
          <w:numId w:val="140"/>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تعديل الأنشطة بناءً على النتائج</w:t>
      </w:r>
      <w:r w:rsidRPr="00E67043">
        <w:rPr>
          <w:rFonts w:ascii="Sakkal Majalla" w:hAnsi="Sakkal Majalla" w:cs="Sakkal Majalla"/>
          <w:sz w:val="36"/>
          <w:szCs w:val="28"/>
        </w:rPr>
        <w:t>.</w:t>
      </w:r>
    </w:p>
    <w:p w14:paraId="0886D482"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دور الجهة الحكومية وكيفية التنفيذ</w:t>
      </w:r>
      <w:r w:rsidRPr="00E67043">
        <w:rPr>
          <w:rFonts w:ascii="Sakkal Majalla" w:hAnsi="Sakkal Majalla" w:cs="Sakkal Majalla"/>
          <w:b/>
          <w:bCs/>
          <w:sz w:val="36"/>
          <w:szCs w:val="28"/>
        </w:rPr>
        <w:t>:</w:t>
      </w:r>
    </w:p>
    <w:p w14:paraId="37932B6F" w14:textId="77777777" w:rsidR="00E67043" w:rsidRPr="00E67043" w:rsidRDefault="00E67043" w:rsidP="00634497">
      <w:pPr>
        <w:numPr>
          <w:ilvl w:val="0"/>
          <w:numId w:val="141"/>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تقديم بيانات دورية عن تقدم العمل</w:t>
      </w:r>
      <w:r w:rsidRPr="00E67043">
        <w:rPr>
          <w:rFonts w:ascii="Sakkal Majalla" w:hAnsi="Sakkal Majalla" w:cs="Sakkal Majalla"/>
          <w:sz w:val="36"/>
          <w:szCs w:val="28"/>
        </w:rPr>
        <w:t>.</w:t>
      </w:r>
    </w:p>
    <w:p w14:paraId="23F6219C" w14:textId="77777777" w:rsidR="00E67043" w:rsidRPr="00E67043" w:rsidRDefault="00E67043" w:rsidP="00634497">
      <w:pPr>
        <w:numPr>
          <w:ilvl w:val="0"/>
          <w:numId w:val="141"/>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تنفيذ التحسينات المقترحة فورًا</w:t>
      </w:r>
      <w:r w:rsidRPr="00E67043">
        <w:rPr>
          <w:rFonts w:ascii="Sakkal Majalla" w:hAnsi="Sakkal Majalla" w:cs="Sakkal Majalla"/>
          <w:sz w:val="36"/>
          <w:szCs w:val="28"/>
        </w:rPr>
        <w:t>.</w:t>
      </w:r>
    </w:p>
    <w:p w14:paraId="347420CF"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الأدوات</w:t>
      </w:r>
      <w:r w:rsidRPr="00E67043">
        <w:rPr>
          <w:rFonts w:ascii="Sakkal Majalla" w:hAnsi="Sakkal Majalla" w:cs="Sakkal Majalla"/>
          <w:b/>
          <w:bCs/>
          <w:sz w:val="36"/>
          <w:szCs w:val="28"/>
        </w:rPr>
        <w:t>:</w:t>
      </w:r>
    </w:p>
    <w:p w14:paraId="661B7572" w14:textId="77777777" w:rsidR="00E67043" w:rsidRPr="00E67043" w:rsidRDefault="00E67043" w:rsidP="00634497">
      <w:pPr>
        <w:numPr>
          <w:ilvl w:val="0"/>
          <w:numId w:val="142"/>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لوحة متابعة الأداء</w:t>
      </w:r>
      <w:r w:rsidRPr="00E67043">
        <w:rPr>
          <w:rFonts w:ascii="Sakkal Majalla" w:hAnsi="Sakkal Majalla" w:cs="Sakkal Majalla"/>
          <w:sz w:val="36"/>
          <w:szCs w:val="28"/>
        </w:rPr>
        <w:t xml:space="preserve"> (Dashboard).</w:t>
      </w:r>
    </w:p>
    <w:p w14:paraId="467584DC" w14:textId="77777777" w:rsidR="00E67043" w:rsidRPr="00E67043" w:rsidRDefault="00E67043" w:rsidP="00634497">
      <w:pPr>
        <w:numPr>
          <w:ilvl w:val="0"/>
          <w:numId w:val="142"/>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استبانات رضا الموظفين عن بيئة الابتكار</w:t>
      </w:r>
      <w:r w:rsidRPr="00E67043">
        <w:rPr>
          <w:rFonts w:ascii="Sakkal Majalla" w:hAnsi="Sakkal Majalla" w:cs="Sakkal Majalla"/>
          <w:sz w:val="36"/>
          <w:szCs w:val="28"/>
        </w:rPr>
        <w:t>.</w:t>
      </w:r>
    </w:p>
    <w:p w14:paraId="2576BBB9"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المخرجات</w:t>
      </w:r>
      <w:r w:rsidRPr="00E67043">
        <w:rPr>
          <w:rFonts w:ascii="Sakkal Majalla" w:hAnsi="Sakkal Majalla" w:cs="Sakkal Majalla"/>
          <w:b/>
          <w:bCs/>
          <w:sz w:val="36"/>
          <w:szCs w:val="28"/>
        </w:rPr>
        <w:t>:</w:t>
      </w:r>
    </w:p>
    <w:p w14:paraId="570C6CD7" w14:textId="77777777" w:rsidR="00E67043" w:rsidRPr="00E67043" w:rsidRDefault="00E67043" w:rsidP="00634497">
      <w:pPr>
        <w:numPr>
          <w:ilvl w:val="0"/>
          <w:numId w:val="143"/>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تقارير تقييم مرحلية</w:t>
      </w:r>
      <w:r w:rsidRPr="00E67043">
        <w:rPr>
          <w:rFonts w:ascii="Sakkal Majalla" w:hAnsi="Sakkal Majalla" w:cs="Sakkal Majalla"/>
          <w:sz w:val="36"/>
          <w:szCs w:val="28"/>
        </w:rPr>
        <w:t>.</w:t>
      </w:r>
    </w:p>
    <w:p w14:paraId="12B85CA2" w14:textId="77777777" w:rsidR="00E67043" w:rsidRPr="00E67043" w:rsidRDefault="00E67043" w:rsidP="00634497">
      <w:pPr>
        <w:numPr>
          <w:ilvl w:val="0"/>
          <w:numId w:val="143"/>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توصيات تحسين معتمدة</w:t>
      </w:r>
      <w:r w:rsidRPr="00E67043">
        <w:rPr>
          <w:rFonts w:ascii="Sakkal Majalla" w:hAnsi="Sakkal Majalla" w:cs="Sakkal Majalla"/>
          <w:sz w:val="36"/>
          <w:szCs w:val="28"/>
        </w:rPr>
        <w:t>.</w:t>
      </w:r>
    </w:p>
    <w:p w14:paraId="45C6753D"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مؤشرات الأداء</w:t>
      </w:r>
      <w:r w:rsidRPr="00E67043">
        <w:rPr>
          <w:rFonts w:ascii="Sakkal Majalla" w:hAnsi="Sakkal Majalla" w:cs="Sakkal Majalla"/>
          <w:b/>
          <w:bCs/>
          <w:sz w:val="36"/>
          <w:szCs w:val="28"/>
        </w:rPr>
        <w:t>:</w:t>
      </w:r>
    </w:p>
    <w:p w14:paraId="698C7C73" w14:textId="77777777" w:rsidR="00E67043" w:rsidRPr="00E67043" w:rsidRDefault="00E67043" w:rsidP="00634497">
      <w:pPr>
        <w:numPr>
          <w:ilvl w:val="0"/>
          <w:numId w:val="144"/>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تحسن القدرة الامتصاصية بنسبة ≥ 20</w:t>
      </w:r>
      <w:r w:rsidRPr="00E67043">
        <w:rPr>
          <w:rFonts w:ascii="Sakkal Majalla" w:hAnsi="Sakkal Majalla" w:cs="Sakkal Majalla"/>
          <w:sz w:val="36"/>
          <w:szCs w:val="28"/>
        </w:rPr>
        <w:t>%.</w:t>
      </w:r>
    </w:p>
    <w:p w14:paraId="0A8D3398" w14:textId="3B5BDBFE" w:rsidR="00E67043" w:rsidRPr="00E67043" w:rsidRDefault="00E67043" w:rsidP="00634497">
      <w:pPr>
        <w:numPr>
          <w:ilvl w:val="0"/>
          <w:numId w:val="144"/>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استمرار ≥ 70% من المبادرات التجريبية بعد 6 أشهر</w:t>
      </w:r>
      <w:r w:rsidRPr="00E67043">
        <w:rPr>
          <w:rFonts w:ascii="Sakkal Majalla" w:hAnsi="Sakkal Majalla" w:cs="Sakkal Majalla"/>
          <w:sz w:val="36"/>
          <w:szCs w:val="28"/>
        </w:rPr>
        <w:t>.</w:t>
      </w:r>
    </w:p>
    <w:p w14:paraId="66010FB4" w14:textId="77777777" w:rsidR="00E67043" w:rsidRPr="00E67043" w:rsidRDefault="00E67043" w:rsidP="00634497">
      <w:pPr>
        <w:bidi/>
        <w:spacing w:before="100" w:beforeAutospacing="1" w:after="100" w:afterAutospacing="1" w:line="240" w:lineRule="auto"/>
        <w:jc w:val="lowKashida"/>
        <w:outlineLvl w:val="2"/>
        <w:rPr>
          <w:rFonts w:ascii="Sakkal Majalla" w:hAnsi="Sakkal Majalla" w:cs="Sakkal Majalla"/>
          <w:b/>
          <w:bCs/>
          <w:sz w:val="32"/>
          <w:szCs w:val="32"/>
        </w:rPr>
      </w:pPr>
      <w:r w:rsidRPr="00E67043">
        <w:rPr>
          <w:rFonts w:ascii="Sakkal Majalla" w:hAnsi="Sakkal Majalla" w:cs="Sakkal Majalla"/>
          <w:b/>
          <w:bCs/>
          <w:sz w:val="32"/>
          <w:szCs w:val="32"/>
        </w:rPr>
        <w:t xml:space="preserve">5.5.5 </w:t>
      </w:r>
      <w:r w:rsidRPr="00E67043">
        <w:rPr>
          <w:rFonts w:ascii="Sakkal Majalla" w:hAnsi="Sakkal Majalla" w:cs="Sakkal Majalla"/>
          <w:b/>
          <w:bCs/>
          <w:sz w:val="32"/>
          <w:szCs w:val="32"/>
          <w:rtl/>
        </w:rPr>
        <w:t>المرحلة الخامسة: الاستقلالية التشغيلية (آلية الضمان)</w:t>
      </w:r>
    </w:p>
    <w:p w14:paraId="51C46327" w14:textId="77777777" w:rsidR="00E67043" w:rsidRPr="00E67043" w:rsidRDefault="00E67043" w:rsidP="00F4751F">
      <w:pPr>
        <w:bidi/>
        <w:spacing w:before="100" w:beforeAutospacing="1" w:after="100" w:afterAutospacing="1" w:line="240" w:lineRule="auto"/>
        <w:jc w:val="both"/>
        <w:rPr>
          <w:rFonts w:ascii="Sakkal Majalla" w:hAnsi="Sakkal Majalla" w:cs="Sakkal Majalla"/>
          <w:sz w:val="36"/>
          <w:szCs w:val="28"/>
        </w:rPr>
      </w:pPr>
      <w:r w:rsidRPr="00E67043">
        <w:rPr>
          <w:rFonts w:ascii="Sakkal Majalla" w:hAnsi="Sakkal Majalla" w:cs="Sakkal Majalla"/>
          <w:b/>
          <w:bCs/>
          <w:sz w:val="36"/>
          <w:szCs w:val="28"/>
          <w:rtl/>
        </w:rPr>
        <w:lastRenderedPageBreak/>
        <w:t>الهدف</w:t>
      </w:r>
      <w:r w:rsidRPr="00E67043">
        <w:rPr>
          <w:rFonts w:ascii="Sakkal Majalla" w:hAnsi="Sakkal Majalla" w:cs="Sakkal Majalla"/>
          <w:sz w:val="36"/>
          <w:szCs w:val="28"/>
        </w:rPr>
        <w:t>:</w:t>
      </w:r>
      <w:r w:rsidRPr="00E67043">
        <w:rPr>
          <w:rFonts w:ascii="Sakkal Majalla" w:hAnsi="Sakkal Majalla" w:cs="Sakkal Majalla"/>
          <w:sz w:val="36"/>
          <w:szCs w:val="28"/>
        </w:rPr>
        <w:br/>
      </w:r>
      <w:r w:rsidRPr="00E67043">
        <w:rPr>
          <w:rFonts w:ascii="Sakkal Majalla" w:hAnsi="Sakkal Majalla" w:cs="Sakkal Majalla"/>
          <w:sz w:val="36"/>
          <w:szCs w:val="28"/>
          <w:rtl/>
        </w:rPr>
        <w:t>تمكين الجهة الحكومية من إدارة الابتكار ذاتيًا بعد انتهاء التدخل الاستشاري</w:t>
      </w:r>
      <w:r w:rsidRPr="00E67043">
        <w:rPr>
          <w:rFonts w:ascii="Sakkal Majalla" w:hAnsi="Sakkal Majalla" w:cs="Sakkal Majalla"/>
          <w:sz w:val="36"/>
          <w:szCs w:val="28"/>
        </w:rPr>
        <w:t>.</w:t>
      </w:r>
    </w:p>
    <w:p w14:paraId="761CA52F"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دور الاستشاري وكيفية التنفيذ</w:t>
      </w:r>
      <w:r w:rsidRPr="00E67043">
        <w:rPr>
          <w:rFonts w:ascii="Sakkal Majalla" w:hAnsi="Sakkal Majalla" w:cs="Sakkal Majalla"/>
          <w:b/>
          <w:bCs/>
          <w:sz w:val="36"/>
          <w:szCs w:val="28"/>
        </w:rPr>
        <w:t>:</w:t>
      </w:r>
    </w:p>
    <w:p w14:paraId="43F9E9FE" w14:textId="77777777" w:rsidR="00E67043" w:rsidRPr="00E67043" w:rsidRDefault="00E67043" w:rsidP="00634497">
      <w:pPr>
        <w:numPr>
          <w:ilvl w:val="0"/>
          <w:numId w:val="145"/>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تسليم جميع الأدوات والمنصات مع تدريب مفصل للمسؤولين عنها</w:t>
      </w:r>
      <w:r w:rsidRPr="00E67043">
        <w:rPr>
          <w:rFonts w:ascii="Sakkal Majalla" w:hAnsi="Sakkal Majalla" w:cs="Sakkal Majalla"/>
          <w:sz w:val="36"/>
          <w:szCs w:val="28"/>
        </w:rPr>
        <w:t>.</w:t>
      </w:r>
    </w:p>
    <w:p w14:paraId="6592A118" w14:textId="77777777" w:rsidR="00E67043" w:rsidRPr="00E67043" w:rsidRDefault="00E67043" w:rsidP="00634497">
      <w:pPr>
        <w:numPr>
          <w:ilvl w:val="0"/>
          <w:numId w:val="145"/>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تقديم دعم استشاري منخفض الكلفة لمدة 6–12 شهرًا بعد الإغلاق</w:t>
      </w:r>
      <w:r w:rsidRPr="00E67043">
        <w:rPr>
          <w:rFonts w:ascii="Sakkal Majalla" w:hAnsi="Sakkal Majalla" w:cs="Sakkal Majalla"/>
          <w:sz w:val="36"/>
          <w:szCs w:val="28"/>
        </w:rPr>
        <w:t>.</w:t>
      </w:r>
    </w:p>
    <w:p w14:paraId="453AFE2B"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دور الجهة الحكومية وكيفية التنفيذ</w:t>
      </w:r>
      <w:r w:rsidRPr="00E67043">
        <w:rPr>
          <w:rFonts w:ascii="Sakkal Majalla" w:hAnsi="Sakkal Majalla" w:cs="Sakkal Majalla"/>
          <w:b/>
          <w:bCs/>
          <w:sz w:val="36"/>
          <w:szCs w:val="28"/>
        </w:rPr>
        <w:t>:</w:t>
      </w:r>
    </w:p>
    <w:p w14:paraId="03359968" w14:textId="77777777" w:rsidR="00E67043" w:rsidRPr="00E67043" w:rsidRDefault="00E67043" w:rsidP="00634497">
      <w:pPr>
        <w:numPr>
          <w:ilvl w:val="0"/>
          <w:numId w:val="146"/>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الالتزام بتطبيق دليل التشغيل الداخلي لإدارة الابتكار</w:t>
      </w:r>
      <w:r w:rsidRPr="00E67043">
        <w:rPr>
          <w:rFonts w:ascii="Sakkal Majalla" w:hAnsi="Sakkal Majalla" w:cs="Sakkal Majalla"/>
          <w:sz w:val="36"/>
          <w:szCs w:val="28"/>
        </w:rPr>
        <w:t>.</w:t>
      </w:r>
    </w:p>
    <w:p w14:paraId="3A4ADFD5" w14:textId="77777777" w:rsidR="00E67043" w:rsidRPr="00E67043" w:rsidRDefault="00E67043" w:rsidP="00634497">
      <w:pPr>
        <w:numPr>
          <w:ilvl w:val="0"/>
          <w:numId w:val="146"/>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متابعة تطبيق مؤشرات الأداء طويلة الأمد</w:t>
      </w:r>
      <w:r w:rsidRPr="00E67043">
        <w:rPr>
          <w:rFonts w:ascii="Sakkal Majalla" w:hAnsi="Sakkal Majalla" w:cs="Sakkal Majalla"/>
          <w:sz w:val="36"/>
          <w:szCs w:val="28"/>
        </w:rPr>
        <w:t>.</w:t>
      </w:r>
    </w:p>
    <w:p w14:paraId="6579B8EF"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الأدوات</w:t>
      </w:r>
      <w:r w:rsidRPr="00E67043">
        <w:rPr>
          <w:rFonts w:ascii="Sakkal Majalla" w:hAnsi="Sakkal Majalla" w:cs="Sakkal Majalla"/>
          <w:b/>
          <w:bCs/>
          <w:sz w:val="36"/>
          <w:szCs w:val="28"/>
        </w:rPr>
        <w:t>:</w:t>
      </w:r>
    </w:p>
    <w:p w14:paraId="09B88F68" w14:textId="77777777" w:rsidR="00E67043" w:rsidRPr="00E67043" w:rsidRDefault="00E67043" w:rsidP="00634497">
      <w:pPr>
        <w:numPr>
          <w:ilvl w:val="0"/>
          <w:numId w:val="147"/>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دليل تشغيل داخلي لإدارة الابتكار</w:t>
      </w:r>
      <w:r w:rsidRPr="00E67043">
        <w:rPr>
          <w:rFonts w:ascii="Sakkal Majalla" w:hAnsi="Sakkal Majalla" w:cs="Sakkal Majalla"/>
          <w:sz w:val="36"/>
          <w:szCs w:val="28"/>
        </w:rPr>
        <w:t>.</w:t>
      </w:r>
    </w:p>
    <w:p w14:paraId="08622F73" w14:textId="77777777" w:rsidR="00E67043" w:rsidRPr="00E67043" w:rsidRDefault="00E67043" w:rsidP="00634497">
      <w:pPr>
        <w:numPr>
          <w:ilvl w:val="0"/>
          <w:numId w:val="147"/>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خطة استدامة معتمدة</w:t>
      </w:r>
      <w:r w:rsidRPr="00E67043">
        <w:rPr>
          <w:rFonts w:ascii="Sakkal Majalla" w:hAnsi="Sakkal Majalla" w:cs="Sakkal Majalla"/>
          <w:sz w:val="36"/>
          <w:szCs w:val="28"/>
        </w:rPr>
        <w:t>.</w:t>
      </w:r>
    </w:p>
    <w:p w14:paraId="39C2F7C4"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المخرجات</w:t>
      </w:r>
      <w:r w:rsidRPr="00E67043">
        <w:rPr>
          <w:rFonts w:ascii="Sakkal Majalla" w:hAnsi="Sakkal Majalla" w:cs="Sakkal Majalla"/>
          <w:b/>
          <w:bCs/>
          <w:sz w:val="36"/>
          <w:szCs w:val="28"/>
        </w:rPr>
        <w:t>:</w:t>
      </w:r>
    </w:p>
    <w:p w14:paraId="07A7DB65" w14:textId="77777777" w:rsidR="00E67043" w:rsidRPr="00E67043" w:rsidRDefault="00E67043" w:rsidP="00634497">
      <w:pPr>
        <w:numPr>
          <w:ilvl w:val="0"/>
          <w:numId w:val="148"/>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جهة قادرة على إدارة الابتكار بدون اعتماد كامل على الدعم الخارجي</w:t>
      </w:r>
      <w:r w:rsidRPr="00E67043">
        <w:rPr>
          <w:rFonts w:ascii="Sakkal Majalla" w:hAnsi="Sakkal Majalla" w:cs="Sakkal Majalla"/>
          <w:sz w:val="36"/>
          <w:szCs w:val="28"/>
        </w:rPr>
        <w:t>.</w:t>
      </w:r>
    </w:p>
    <w:p w14:paraId="4D986637" w14:textId="77777777" w:rsidR="00E67043" w:rsidRPr="00E67043" w:rsidRDefault="00E67043" w:rsidP="00634497">
      <w:pPr>
        <w:bidi/>
        <w:spacing w:before="100" w:beforeAutospacing="1" w:after="100" w:afterAutospacing="1" w:line="240" w:lineRule="auto"/>
        <w:jc w:val="lowKashida"/>
        <w:rPr>
          <w:rFonts w:ascii="Sakkal Majalla" w:hAnsi="Sakkal Majalla" w:cs="Sakkal Majalla"/>
          <w:b/>
          <w:bCs/>
          <w:sz w:val="36"/>
          <w:szCs w:val="28"/>
        </w:rPr>
      </w:pPr>
      <w:r w:rsidRPr="00E67043">
        <w:rPr>
          <w:rFonts w:ascii="Sakkal Majalla" w:hAnsi="Sakkal Majalla" w:cs="Sakkal Majalla"/>
          <w:b/>
          <w:bCs/>
          <w:sz w:val="36"/>
          <w:szCs w:val="28"/>
          <w:rtl/>
        </w:rPr>
        <w:t>مؤشرات الأداء</w:t>
      </w:r>
      <w:r w:rsidRPr="00E67043">
        <w:rPr>
          <w:rFonts w:ascii="Sakkal Majalla" w:hAnsi="Sakkal Majalla" w:cs="Sakkal Majalla"/>
          <w:b/>
          <w:bCs/>
          <w:sz w:val="36"/>
          <w:szCs w:val="28"/>
        </w:rPr>
        <w:t>:</w:t>
      </w:r>
    </w:p>
    <w:p w14:paraId="6A96327B" w14:textId="77777777" w:rsidR="00E67043" w:rsidRPr="00E67043" w:rsidRDefault="00E67043" w:rsidP="00634497">
      <w:pPr>
        <w:numPr>
          <w:ilvl w:val="0"/>
          <w:numId w:val="149"/>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استمرار استخدام أدوات إدارة المعرفة بعد 12 شهرًا</w:t>
      </w:r>
      <w:r w:rsidRPr="00E67043">
        <w:rPr>
          <w:rFonts w:ascii="Sakkal Majalla" w:hAnsi="Sakkal Majalla" w:cs="Sakkal Majalla"/>
          <w:sz w:val="36"/>
          <w:szCs w:val="28"/>
        </w:rPr>
        <w:t>.</w:t>
      </w:r>
    </w:p>
    <w:p w14:paraId="1F1B851B" w14:textId="77777777" w:rsidR="00E67043" w:rsidRDefault="00E67043" w:rsidP="00634497">
      <w:pPr>
        <w:numPr>
          <w:ilvl w:val="0"/>
          <w:numId w:val="149"/>
        </w:numPr>
        <w:bidi/>
        <w:spacing w:before="100" w:beforeAutospacing="1" w:after="100" w:afterAutospacing="1" w:line="240" w:lineRule="auto"/>
        <w:jc w:val="lowKashida"/>
        <w:rPr>
          <w:rFonts w:ascii="Sakkal Majalla" w:hAnsi="Sakkal Majalla" w:cs="Sakkal Majalla"/>
          <w:sz w:val="36"/>
          <w:szCs w:val="28"/>
        </w:rPr>
      </w:pPr>
      <w:r w:rsidRPr="00E67043">
        <w:rPr>
          <w:rFonts w:ascii="Sakkal Majalla" w:hAnsi="Sakkal Majalla" w:cs="Sakkal Majalla"/>
          <w:sz w:val="36"/>
          <w:szCs w:val="28"/>
          <w:rtl/>
        </w:rPr>
        <w:t>بقاء ≥ 60% من المبادرات نشطة بعد عام</w:t>
      </w:r>
      <w:r w:rsidRPr="00E67043">
        <w:rPr>
          <w:rFonts w:ascii="Sakkal Majalla" w:hAnsi="Sakkal Majalla" w:cs="Sakkal Majalla"/>
          <w:sz w:val="36"/>
          <w:szCs w:val="28"/>
        </w:rPr>
        <w:t>.</w:t>
      </w:r>
    </w:p>
    <w:p w14:paraId="275B669A" w14:textId="70859A8F" w:rsidR="005265E3" w:rsidRPr="005265E3" w:rsidRDefault="005265E3" w:rsidP="00634497">
      <w:pPr>
        <w:bidi/>
        <w:spacing w:before="100" w:beforeAutospacing="1" w:after="100" w:afterAutospacing="1" w:line="240" w:lineRule="auto"/>
        <w:jc w:val="lowKashida"/>
        <w:rPr>
          <w:rFonts w:ascii="Sakkal Majalla" w:hAnsi="Sakkal Majalla" w:cs="Sakkal Majalla"/>
          <w:sz w:val="36"/>
          <w:szCs w:val="28"/>
          <w:rtl/>
        </w:rPr>
      </w:pPr>
      <w:r w:rsidRPr="005265E3">
        <w:rPr>
          <w:rFonts w:ascii="Sakkal Majalla" w:hAnsi="Sakkal Majalla" w:cs="Sakkal Majalla" w:hint="cs"/>
          <w:sz w:val="36"/>
          <w:szCs w:val="28"/>
          <w:rtl/>
        </w:rPr>
        <w:t>يمكن</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اعتبار</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الدليل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الإجرائي</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الامتداد</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العملي</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المباشر</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للنموذج</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التكاملي</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لاستدامة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الابتكار</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الموصوف</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في</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القسم</w:t>
      </w:r>
      <w:r w:rsidRPr="005265E3">
        <w:rPr>
          <w:rFonts w:ascii="Sakkal Majalla" w:hAnsi="Sakkal Majalla" w:cs="Sakkal Majalla"/>
          <w:sz w:val="36"/>
          <w:szCs w:val="28"/>
          <w:rtl/>
        </w:rPr>
        <w:t xml:space="preserve"> 5.4</w:t>
      </w:r>
      <w:r w:rsidRPr="005265E3">
        <w:rPr>
          <w:rFonts w:ascii="Sakkal Majalla" w:hAnsi="Sakkal Majalla" w:cs="Sakkal Majalla" w:hint="cs"/>
          <w:sz w:val="36"/>
          <w:szCs w:val="28"/>
          <w:rtl/>
        </w:rPr>
        <w:t>،</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حيث</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يترجم</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المكونات</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النظرية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والعلاقات</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المستخلصة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من</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نتائج</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الدراسة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إلى</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خطة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تنفيذية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واقعية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وقابلة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للتطبي</w:t>
      </w:r>
      <w:r>
        <w:rPr>
          <w:rFonts w:ascii="Sakkal Majalla" w:hAnsi="Sakkal Majalla" w:cs="Sakkal Majalla" w:hint="cs"/>
          <w:sz w:val="36"/>
          <w:szCs w:val="28"/>
          <w:rtl/>
        </w:rPr>
        <w:t>ق وذلك بسبب عدد من المميزات التي ارتكز عليها، وهي كالتالي:</w:t>
      </w:r>
    </w:p>
    <w:p w14:paraId="4344100F" w14:textId="50875702" w:rsidR="005265E3" w:rsidRPr="005265E3" w:rsidRDefault="005265E3" w:rsidP="00634497">
      <w:pPr>
        <w:bidi/>
        <w:spacing w:before="100" w:beforeAutospacing="1" w:after="100" w:afterAutospacing="1" w:line="240" w:lineRule="auto"/>
        <w:jc w:val="lowKashida"/>
        <w:rPr>
          <w:rFonts w:ascii="Sakkal Majalla" w:hAnsi="Sakkal Majalla" w:cs="Sakkal Majalla"/>
          <w:sz w:val="36"/>
          <w:szCs w:val="28"/>
          <w:rtl/>
        </w:rPr>
      </w:pPr>
      <w:r w:rsidRPr="005265E3">
        <w:rPr>
          <w:rFonts w:ascii="Sakkal Majalla" w:hAnsi="Sakkal Majalla" w:cs="Sakkal Majalla" w:hint="cs"/>
          <w:b/>
          <w:bCs/>
          <w:sz w:val="36"/>
          <w:szCs w:val="28"/>
          <w:rtl/>
        </w:rPr>
        <w:lastRenderedPageBreak/>
        <w:t>هيكلته</w:t>
      </w:r>
      <w:r w:rsidRPr="005265E3">
        <w:rPr>
          <w:rFonts w:ascii="Sakkal Majalla" w:hAnsi="Sakkal Majalla" w:cs="Sakkal Majalla"/>
          <w:b/>
          <w:bCs/>
          <w:sz w:val="36"/>
          <w:szCs w:val="28"/>
          <w:rtl/>
        </w:rPr>
        <w:t xml:space="preserve"> </w:t>
      </w:r>
      <w:r w:rsidRPr="005265E3">
        <w:rPr>
          <w:rFonts w:ascii="Sakkal Majalla" w:hAnsi="Sakkal Majalla" w:cs="Sakkal Majalla" w:hint="cs"/>
          <w:b/>
          <w:bCs/>
          <w:sz w:val="36"/>
          <w:szCs w:val="28"/>
          <w:rtl/>
        </w:rPr>
        <w:t>المنطقية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مبني</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على</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مراحل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واضحة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ومتسلسلة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تبدأ</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من</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التشخيص</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وتنتهي</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بالاستقلالية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التشغيلية،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مما</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يجعل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تنفيذه</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سهلاً</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وميسراً</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لأي</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فريق</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عمل</w:t>
      </w:r>
      <w:r w:rsidRPr="005265E3">
        <w:rPr>
          <w:rFonts w:ascii="Sakkal Majalla" w:hAnsi="Sakkal Majalla" w:cs="Sakkal Majalla"/>
          <w:sz w:val="36"/>
          <w:szCs w:val="28"/>
        </w:rPr>
        <w:t>.</w:t>
      </w:r>
    </w:p>
    <w:p w14:paraId="2E7C02B1" w14:textId="7321D9B1" w:rsidR="005265E3" w:rsidRPr="005265E3" w:rsidRDefault="005265E3" w:rsidP="00634497">
      <w:pPr>
        <w:bidi/>
        <w:spacing w:before="100" w:beforeAutospacing="1" w:after="100" w:afterAutospacing="1" w:line="240" w:lineRule="auto"/>
        <w:jc w:val="lowKashida"/>
        <w:rPr>
          <w:rFonts w:ascii="Sakkal Majalla" w:hAnsi="Sakkal Majalla" w:cs="Sakkal Majalla"/>
          <w:sz w:val="36"/>
          <w:szCs w:val="28"/>
          <w:rtl/>
        </w:rPr>
      </w:pPr>
      <w:r w:rsidRPr="005265E3">
        <w:rPr>
          <w:rFonts w:ascii="Sakkal Majalla" w:hAnsi="Sakkal Majalla" w:cs="Sakkal Majalla" w:hint="cs"/>
          <w:b/>
          <w:bCs/>
          <w:sz w:val="36"/>
          <w:szCs w:val="28"/>
          <w:rtl/>
        </w:rPr>
        <w:t>تحديد</w:t>
      </w:r>
      <w:r w:rsidRPr="005265E3">
        <w:rPr>
          <w:rFonts w:ascii="Sakkal Majalla" w:hAnsi="Sakkal Majalla" w:cs="Sakkal Majalla"/>
          <w:b/>
          <w:bCs/>
          <w:sz w:val="36"/>
          <w:szCs w:val="28"/>
          <w:rtl/>
        </w:rPr>
        <w:t xml:space="preserve"> </w:t>
      </w:r>
      <w:r w:rsidRPr="005265E3">
        <w:rPr>
          <w:rFonts w:ascii="Sakkal Majalla" w:hAnsi="Sakkal Majalla" w:cs="Sakkal Majalla" w:hint="cs"/>
          <w:b/>
          <w:bCs/>
          <w:sz w:val="36"/>
          <w:szCs w:val="28"/>
          <w:rtl/>
        </w:rPr>
        <w:t>الأدوار</w:t>
      </w:r>
      <w:r w:rsidRPr="005265E3">
        <w:rPr>
          <w:rFonts w:ascii="Sakkal Majalla" w:hAnsi="Sakkal Majalla" w:cs="Sakkal Majalla"/>
          <w:b/>
          <w:bCs/>
          <w:sz w:val="36"/>
          <w:szCs w:val="28"/>
          <w:rtl/>
        </w:rPr>
        <w:t xml:space="preserve"> </w:t>
      </w:r>
      <w:r w:rsidRPr="005265E3">
        <w:rPr>
          <w:rFonts w:ascii="Sakkal Majalla" w:hAnsi="Sakkal Majalla" w:cs="Sakkal Majalla" w:hint="cs"/>
          <w:b/>
          <w:bCs/>
          <w:sz w:val="36"/>
          <w:szCs w:val="28"/>
          <w:rtl/>
        </w:rPr>
        <w:t>بوضوح</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كل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مرحلة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تحدد</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بدقة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دور</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كل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من</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الشركة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الاستشارية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والجهة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الحكومية،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مع</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توضيح</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كيفية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القيام</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به،</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مما</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يمنع</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أي</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تداخل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أو</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غموض</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في</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المسؤوليات</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ويعزز</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فعالية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التعاون</w:t>
      </w:r>
      <w:r w:rsidRPr="005265E3">
        <w:rPr>
          <w:rFonts w:ascii="Sakkal Majalla" w:hAnsi="Sakkal Majalla" w:cs="Sakkal Majalla"/>
          <w:sz w:val="36"/>
          <w:szCs w:val="28"/>
        </w:rPr>
        <w:t>.</w:t>
      </w:r>
    </w:p>
    <w:p w14:paraId="5B43EB14" w14:textId="74A93FB4" w:rsidR="005265E3" w:rsidRPr="005265E3" w:rsidRDefault="005265E3" w:rsidP="00634497">
      <w:pPr>
        <w:bidi/>
        <w:spacing w:before="100" w:beforeAutospacing="1" w:after="100" w:afterAutospacing="1" w:line="240" w:lineRule="auto"/>
        <w:jc w:val="lowKashida"/>
        <w:rPr>
          <w:rFonts w:ascii="Sakkal Majalla" w:hAnsi="Sakkal Majalla" w:cs="Sakkal Majalla"/>
          <w:sz w:val="36"/>
          <w:szCs w:val="28"/>
          <w:rtl/>
        </w:rPr>
      </w:pPr>
      <w:r w:rsidRPr="005265E3">
        <w:rPr>
          <w:rFonts w:ascii="Sakkal Majalla" w:hAnsi="Sakkal Majalla" w:cs="Sakkal Majalla" w:hint="cs"/>
          <w:b/>
          <w:bCs/>
          <w:sz w:val="36"/>
          <w:szCs w:val="28"/>
          <w:rtl/>
        </w:rPr>
        <w:t>مرونته</w:t>
      </w:r>
      <w:r w:rsidRPr="005265E3">
        <w:rPr>
          <w:rFonts w:ascii="Sakkal Majalla" w:hAnsi="Sakkal Majalla" w:cs="Sakkal Majalla"/>
          <w:b/>
          <w:bCs/>
          <w:sz w:val="36"/>
          <w:szCs w:val="28"/>
          <w:rtl/>
        </w:rPr>
        <w:t xml:space="preserve"> </w:t>
      </w:r>
      <w:r w:rsidRPr="005265E3">
        <w:rPr>
          <w:rFonts w:ascii="Sakkal Majalla" w:hAnsi="Sakkal Majalla" w:cs="Sakkal Majalla" w:hint="cs"/>
          <w:b/>
          <w:bCs/>
          <w:sz w:val="36"/>
          <w:szCs w:val="28"/>
          <w:rtl/>
        </w:rPr>
        <w:t>وقابليته</w:t>
      </w:r>
      <w:r w:rsidRPr="005265E3">
        <w:rPr>
          <w:rFonts w:ascii="Sakkal Majalla" w:hAnsi="Sakkal Majalla" w:cs="Sakkal Majalla"/>
          <w:b/>
          <w:bCs/>
          <w:sz w:val="36"/>
          <w:szCs w:val="28"/>
          <w:rtl/>
        </w:rPr>
        <w:t xml:space="preserve"> </w:t>
      </w:r>
      <w:r w:rsidRPr="005265E3">
        <w:rPr>
          <w:rFonts w:ascii="Sakkal Majalla" w:hAnsi="Sakkal Majalla" w:cs="Sakkal Majalla" w:hint="cs"/>
          <w:b/>
          <w:bCs/>
          <w:sz w:val="36"/>
          <w:szCs w:val="28"/>
          <w:rtl/>
        </w:rPr>
        <w:t>للتخصيص</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يوفر</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مسارات</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زمنية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مختلفة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قصيرة،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متوسطة،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وطويلة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الأمد</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تتناسب</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مع</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مستوى</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النضج</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المؤسسي</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للجهة،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مما</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يسمح</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للشركات</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الاستشارية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بتصميم</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خطة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ملائمة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لاحتياجات</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وميزانية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العميل</w:t>
      </w:r>
      <w:r w:rsidRPr="005265E3">
        <w:rPr>
          <w:rFonts w:ascii="Sakkal Majalla" w:hAnsi="Sakkal Majalla" w:cs="Sakkal Majalla"/>
          <w:sz w:val="36"/>
          <w:szCs w:val="28"/>
        </w:rPr>
        <w:t>.</w:t>
      </w:r>
    </w:p>
    <w:p w14:paraId="6B683AA7" w14:textId="1BFDC584" w:rsidR="005265E3" w:rsidRPr="005265E3" w:rsidRDefault="005265E3" w:rsidP="00634497">
      <w:pPr>
        <w:bidi/>
        <w:spacing w:before="100" w:beforeAutospacing="1" w:after="100" w:afterAutospacing="1" w:line="240" w:lineRule="auto"/>
        <w:jc w:val="lowKashida"/>
        <w:rPr>
          <w:rFonts w:ascii="Sakkal Majalla" w:hAnsi="Sakkal Majalla" w:cs="Sakkal Majalla"/>
          <w:sz w:val="36"/>
          <w:szCs w:val="28"/>
          <w:rtl/>
        </w:rPr>
      </w:pPr>
      <w:r w:rsidRPr="005265E3">
        <w:rPr>
          <w:rFonts w:ascii="Sakkal Majalla" w:hAnsi="Sakkal Majalla" w:cs="Sakkal Majalla" w:hint="cs"/>
          <w:b/>
          <w:bCs/>
          <w:sz w:val="36"/>
          <w:szCs w:val="28"/>
          <w:rtl/>
        </w:rPr>
        <w:t>تركيزه</w:t>
      </w:r>
      <w:r w:rsidRPr="005265E3">
        <w:rPr>
          <w:rFonts w:ascii="Sakkal Majalla" w:hAnsi="Sakkal Majalla" w:cs="Sakkal Majalla"/>
          <w:b/>
          <w:bCs/>
          <w:sz w:val="36"/>
          <w:szCs w:val="28"/>
          <w:rtl/>
        </w:rPr>
        <w:t xml:space="preserve"> </w:t>
      </w:r>
      <w:r w:rsidRPr="005265E3">
        <w:rPr>
          <w:rFonts w:ascii="Sakkal Majalla" w:hAnsi="Sakkal Majalla" w:cs="Sakkal Majalla" w:hint="cs"/>
          <w:b/>
          <w:bCs/>
          <w:sz w:val="36"/>
          <w:szCs w:val="28"/>
          <w:rtl/>
        </w:rPr>
        <w:t>على</w:t>
      </w:r>
      <w:r w:rsidRPr="005265E3">
        <w:rPr>
          <w:rFonts w:ascii="Sakkal Majalla" w:hAnsi="Sakkal Majalla" w:cs="Sakkal Majalla"/>
          <w:b/>
          <w:bCs/>
          <w:sz w:val="36"/>
          <w:szCs w:val="28"/>
          <w:rtl/>
        </w:rPr>
        <w:t xml:space="preserve"> </w:t>
      </w:r>
      <w:r w:rsidRPr="005265E3">
        <w:rPr>
          <w:rFonts w:ascii="Sakkal Majalla" w:hAnsi="Sakkal Majalla" w:cs="Sakkal Majalla" w:hint="cs"/>
          <w:b/>
          <w:bCs/>
          <w:sz w:val="36"/>
          <w:szCs w:val="28"/>
          <w:rtl/>
        </w:rPr>
        <w:t>الاستدامة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لا</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يقتصر</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على</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تنفيذ</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مشروع</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مؤقت،</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بل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يركز</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على</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بناء</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قدرات</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مؤسسية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وآليات</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دائمة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لضمان</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استمرارية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الأثر</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حتى</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بعد</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انتهاء</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العقد</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الاستشاري</w:t>
      </w:r>
      <w:r w:rsidRPr="005265E3">
        <w:rPr>
          <w:rFonts w:ascii="Sakkal Majalla" w:hAnsi="Sakkal Majalla" w:cs="Sakkal Majalla"/>
          <w:sz w:val="36"/>
          <w:szCs w:val="28"/>
        </w:rPr>
        <w:t>.</w:t>
      </w:r>
    </w:p>
    <w:p w14:paraId="266DE418" w14:textId="11939D38" w:rsidR="005265E3" w:rsidRPr="005265E3" w:rsidRDefault="005265E3" w:rsidP="00634497">
      <w:pPr>
        <w:bidi/>
        <w:spacing w:before="100" w:beforeAutospacing="1" w:after="100" w:afterAutospacing="1" w:line="240" w:lineRule="auto"/>
        <w:jc w:val="lowKashida"/>
        <w:rPr>
          <w:rFonts w:ascii="Sakkal Majalla" w:hAnsi="Sakkal Majalla" w:cs="Sakkal Majalla"/>
          <w:sz w:val="36"/>
          <w:szCs w:val="28"/>
          <w:rtl/>
        </w:rPr>
      </w:pPr>
      <w:r w:rsidRPr="005265E3">
        <w:rPr>
          <w:rFonts w:ascii="Sakkal Majalla" w:hAnsi="Sakkal Majalla" w:cs="Sakkal Majalla" w:hint="cs"/>
          <w:b/>
          <w:bCs/>
          <w:sz w:val="36"/>
          <w:szCs w:val="28"/>
          <w:rtl/>
        </w:rPr>
        <w:t>مخرجاته</w:t>
      </w:r>
      <w:r w:rsidRPr="005265E3">
        <w:rPr>
          <w:rFonts w:ascii="Sakkal Majalla" w:hAnsi="Sakkal Majalla" w:cs="Sakkal Majalla"/>
          <w:b/>
          <w:bCs/>
          <w:sz w:val="36"/>
          <w:szCs w:val="28"/>
          <w:rtl/>
        </w:rPr>
        <w:t xml:space="preserve"> </w:t>
      </w:r>
      <w:r w:rsidRPr="005265E3">
        <w:rPr>
          <w:rFonts w:ascii="Sakkal Majalla" w:hAnsi="Sakkal Majalla" w:cs="Sakkal Majalla" w:hint="cs"/>
          <w:b/>
          <w:bCs/>
          <w:sz w:val="36"/>
          <w:szCs w:val="28"/>
          <w:rtl/>
        </w:rPr>
        <w:t>ومؤشراته</w:t>
      </w:r>
      <w:r w:rsidRPr="005265E3">
        <w:rPr>
          <w:rFonts w:ascii="Sakkal Majalla" w:hAnsi="Sakkal Majalla" w:cs="Sakkal Majalla"/>
          <w:b/>
          <w:bCs/>
          <w:sz w:val="36"/>
          <w:szCs w:val="28"/>
          <w:rtl/>
        </w:rPr>
        <w:t xml:space="preserve"> </w:t>
      </w:r>
      <w:r w:rsidRPr="005265E3">
        <w:rPr>
          <w:rFonts w:ascii="Sakkal Majalla" w:hAnsi="Sakkal Majalla" w:cs="Sakkal Majalla" w:hint="cs"/>
          <w:b/>
          <w:bCs/>
          <w:sz w:val="36"/>
          <w:szCs w:val="28"/>
          <w:rtl/>
        </w:rPr>
        <w:t>قابلة</w:t>
      </w:r>
      <w:r w:rsidRPr="005265E3">
        <w:rPr>
          <w:rFonts w:ascii="Sakkal Majalla" w:hAnsi="Sakkal Majalla" w:cs="Sakkal Majalla"/>
          <w:b/>
          <w:bCs/>
          <w:sz w:val="36"/>
          <w:szCs w:val="28"/>
          <w:rtl/>
        </w:rPr>
        <w:t xml:space="preserve"> </w:t>
      </w:r>
      <w:r w:rsidRPr="005265E3">
        <w:rPr>
          <w:rFonts w:ascii="Sakkal Majalla" w:hAnsi="Sakkal Majalla" w:cs="Sakkal Majalla" w:hint="cs"/>
          <w:b/>
          <w:bCs/>
          <w:sz w:val="36"/>
          <w:szCs w:val="28"/>
          <w:rtl/>
        </w:rPr>
        <w:t>للقياس</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كل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مرحلة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مرتبطة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بمخرجات</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ملموسة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مثل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تقارير،</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خطط،</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أدلة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تشغيلية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ومؤشرات</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أداء</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واضحة،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مما</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يسهل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عملية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التقييم</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والمتابعة</w:t>
      </w:r>
      <w:r w:rsidRPr="005265E3">
        <w:rPr>
          <w:rFonts w:ascii="Sakkal Majalla" w:hAnsi="Sakkal Majalla" w:cs="Sakkal Majalla"/>
          <w:sz w:val="36"/>
          <w:szCs w:val="28"/>
        </w:rPr>
        <w:t>.</w:t>
      </w:r>
    </w:p>
    <w:p w14:paraId="32C88060" w14:textId="60D432DA" w:rsidR="005265E3" w:rsidRPr="00E67043" w:rsidRDefault="005265E3" w:rsidP="00634497">
      <w:pPr>
        <w:bidi/>
        <w:spacing w:before="100" w:beforeAutospacing="1" w:after="100" w:afterAutospacing="1" w:line="240" w:lineRule="auto"/>
        <w:jc w:val="lowKashida"/>
        <w:rPr>
          <w:rFonts w:ascii="Sakkal Majalla" w:hAnsi="Sakkal Majalla" w:cs="Sakkal Majalla"/>
          <w:sz w:val="36"/>
          <w:szCs w:val="28"/>
        </w:rPr>
      </w:pPr>
      <w:r w:rsidRPr="005265E3">
        <w:rPr>
          <w:rFonts w:ascii="Sakkal Majalla" w:hAnsi="Sakkal Majalla" w:cs="Sakkal Majalla" w:hint="cs"/>
          <w:sz w:val="36"/>
          <w:szCs w:val="28"/>
          <w:rtl/>
        </w:rPr>
        <w:t>وبذلك،</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لا</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يقتصر</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دور</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الدليل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على</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كونه</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خطة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عمل،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بل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يمثل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أداة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استراتيجية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تُمكّن</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من</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تحويل</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الابتكار</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إلى</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ممارسة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مؤسسية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راسخة،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مع</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ضمان</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ملاءمته</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لمختلف</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البيئات</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الحكومية</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وقدرته</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على</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تحقيق</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أثر</w:t>
      </w:r>
      <w:r w:rsidRPr="005265E3">
        <w:rPr>
          <w:rFonts w:ascii="Sakkal Majalla" w:hAnsi="Sakkal Majalla" w:cs="Sakkal Majalla"/>
          <w:sz w:val="36"/>
          <w:szCs w:val="28"/>
          <w:rtl/>
        </w:rPr>
        <w:t xml:space="preserve"> </w:t>
      </w:r>
      <w:r w:rsidRPr="005265E3">
        <w:rPr>
          <w:rFonts w:ascii="Sakkal Majalla" w:hAnsi="Sakkal Majalla" w:cs="Sakkal Majalla" w:hint="cs"/>
          <w:sz w:val="36"/>
          <w:szCs w:val="28"/>
          <w:rtl/>
        </w:rPr>
        <w:t>مستدام</w:t>
      </w:r>
      <w:r w:rsidRPr="005265E3">
        <w:rPr>
          <w:rFonts w:ascii="Sakkal Majalla" w:hAnsi="Sakkal Majalla" w:cs="Sakkal Majalla"/>
          <w:sz w:val="36"/>
          <w:szCs w:val="28"/>
          <w:rtl/>
        </w:rPr>
        <w:t>.</w:t>
      </w:r>
    </w:p>
    <w:p w14:paraId="64903BEC" w14:textId="77777777" w:rsidR="001B3182" w:rsidRPr="00A00FFB" w:rsidRDefault="001B3182" w:rsidP="00083D43">
      <w:pPr>
        <w:bidi/>
        <w:spacing w:line="360" w:lineRule="auto"/>
        <w:rPr>
          <w:rFonts w:ascii="Sakkal Majalla" w:hAnsi="Sakkal Majalla" w:cs="Sakkal Majalla"/>
          <w:b/>
          <w:bCs/>
          <w:sz w:val="32"/>
          <w:szCs w:val="32"/>
        </w:rPr>
      </w:pPr>
      <w:r w:rsidRPr="00A00FFB">
        <w:rPr>
          <w:rFonts w:ascii="Sakkal Majalla" w:hAnsi="Sakkal Majalla" w:cs="Sakkal Majalla"/>
          <w:b/>
          <w:bCs/>
          <w:sz w:val="32"/>
          <w:szCs w:val="32"/>
        </w:rPr>
        <w:t xml:space="preserve">5.6 </w:t>
      </w:r>
      <w:r w:rsidRPr="00A00FFB">
        <w:rPr>
          <w:rFonts w:ascii="Sakkal Majalla" w:hAnsi="Sakkal Majalla" w:cs="Sakkal Majalla"/>
          <w:b/>
          <w:bCs/>
          <w:sz w:val="32"/>
          <w:szCs w:val="32"/>
          <w:rtl/>
        </w:rPr>
        <w:t>التوصيات</w:t>
      </w:r>
    </w:p>
    <w:p w14:paraId="0C57BD6E" w14:textId="77777777" w:rsidR="001B3182" w:rsidRPr="001B3182" w:rsidRDefault="001B3182" w:rsidP="00634497">
      <w:pPr>
        <w:bidi/>
        <w:spacing w:line="360" w:lineRule="auto"/>
        <w:jc w:val="lowKashida"/>
        <w:rPr>
          <w:rFonts w:ascii="Sakkal Majalla" w:hAnsi="Sakkal Majalla" w:cs="Sakkal Majalla"/>
          <w:szCs w:val="28"/>
        </w:rPr>
      </w:pPr>
      <w:r w:rsidRPr="001B3182">
        <w:rPr>
          <w:rFonts w:ascii="Sakkal Majalla" w:hAnsi="Sakkal Majalla" w:cs="Sakkal Majalla"/>
          <w:szCs w:val="28"/>
          <w:rtl/>
        </w:rPr>
        <w:t>استنادًا إلى ما توصلت إليه الدراسة من نتائج كمية ونوعية، وما انبثق عنها من نموذج عملي تكاملي ودليل إجرائي، يمكن صياغة التوصيات التالية لضمان تعزيز واستدامة الابتكار في الجهات الحكومية السعودية</w:t>
      </w:r>
      <w:r w:rsidRPr="001B3182">
        <w:rPr>
          <w:rFonts w:ascii="Sakkal Majalla" w:hAnsi="Sakkal Majalla" w:cs="Sakkal Majalla"/>
          <w:szCs w:val="28"/>
        </w:rPr>
        <w:t>:</w:t>
      </w:r>
    </w:p>
    <w:p w14:paraId="1D0ADFA2" w14:textId="77777777" w:rsidR="001B3182" w:rsidRPr="001B3182" w:rsidRDefault="001B3182" w:rsidP="00634497">
      <w:pPr>
        <w:bidi/>
        <w:spacing w:line="360" w:lineRule="auto"/>
        <w:jc w:val="lowKashida"/>
        <w:rPr>
          <w:rFonts w:ascii="Sakkal Majalla" w:hAnsi="Sakkal Majalla" w:cs="Sakkal Majalla"/>
          <w:b/>
          <w:bCs/>
          <w:szCs w:val="28"/>
        </w:rPr>
      </w:pPr>
      <w:r w:rsidRPr="001B3182">
        <w:rPr>
          <w:rFonts w:ascii="Sakkal Majalla" w:hAnsi="Sakkal Majalla" w:cs="Sakkal Majalla"/>
          <w:b/>
          <w:bCs/>
          <w:szCs w:val="28"/>
        </w:rPr>
        <w:t xml:space="preserve">5.6.1 </w:t>
      </w:r>
      <w:r w:rsidRPr="001B3182">
        <w:rPr>
          <w:rFonts w:ascii="Sakkal Majalla" w:hAnsi="Sakkal Majalla" w:cs="Sakkal Majalla"/>
          <w:b/>
          <w:bCs/>
          <w:szCs w:val="28"/>
          <w:rtl/>
        </w:rPr>
        <w:t>توصيات عملية</w:t>
      </w:r>
    </w:p>
    <w:p w14:paraId="453205F2" w14:textId="40B9AD03" w:rsidR="001B3182" w:rsidRPr="001B3182" w:rsidRDefault="001B3182" w:rsidP="00634497">
      <w:p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t xml:space="preserve">أولاً: </w:t>
      </w:r>
      <w:r w:rsidR="005B2D36">
        <w:rPr>
          <w:rFonts w:ascii="Sakkal Majalla" w:hAnsi="Sakkal Majalla" w:cs="Sakkal Majalla" w:hint="cs"/>
          <w:b/>
          <w:bCs/>
          <w:szCs w:val="28"/>
          <w:rtl/>
        </w:rPr>
        <w:t xml:space="preserve">توصيات </w:t>
      </w:r>
      <w:r w:rsidRPr="001B3182">
        <w:rPr>
          <w:rFonts w:ascii="Sakkal Majalla" w:hAnsi="Sakkal Majalla" w:cs="Sakkal Majalla"/>
          <w:b/>
          <w:bCs/>
          <w:szCs w:val="28"/>
          <w:rtl/>
        </w:rPr>
        <w:t>موجهة للجهات الحكومية</w:t>
      </w:r>
    </w:p>
    <w:p w14:paraId="2B1AE251" w14:textId="77777777" w:rsidR="001B3182" w:rsidRPr="001B3182" w:rsidRDefault="001B3182" w:rsidP="00634497">
      <w:pPr>
        <w:numPr>
          <w:ilvl w:val="0"/>
          <w:numId w:val="110"/>
        </w:num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t>تعزيز القدرة الامتصاصية الداخلية</w:t>
      </w:r>
      <w:r w:rsidRPr="001B3182">
        <w:rPr>
          <w:rFonts w:ascii="Sakkal Majalla" w:hAnsi="Sakkal Majalla" w:cs="Sakkal Majalla"/>
          <w:szCs w:val="28"/>
          <w:rtl/>
        </w:rPr>
        <w:t xml:space="preserve"> من خلال برامج تدريبية مستمرة لفرق العمل، تركز على مهارات استيعاب المعرفة الجديدة وتكييفها وتطبيقها</w:t>
      </w:r>
      <w:r w:rsidRPr="001B3182">
        <w:rPr>
          <w:rFonts w:ascii="Sakkal Majalla" w:hAnsi="Sakkal Majalla" w:cs="Sakkal Majalla"/>
          <w:szCs w:val="28"/>
        </w:rPr>
        <w:t>.</w:t>
      </w:r>
    </w:p>
    <w:p w14:paraId="41690941" w14:textId="77777777" w:rsidR="001B3182" w:rsidRPr="001B3182" w:rsidRDefault="001B3182" w:rsidP="00634497">
      <w:pPr>
        <w:numPr>
          <w:ilvl w:val="0"/>
          <w:numId w:val="110"/>
        </w:num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lastRenderedPageBreak/>
        <w:t>إدماج الابتكار في الهياكل والسياسات</w:t>
      </w:r>
      <w:r w:rsidRPr="001B3182">
        <w:rPr>
          <w:rFonts w:ascii="Sakkal Majalla" w:hAnsi="Sakkal Majalla" w:cs="Sakkal Majalla"/>
          <w:szCs w:val="28"/>
          <w:rtl/>
        </w:rPr>
        <w:t xml:space="preserve"> عبر إنشاء وحدات أو لجان دائمة تعنى بالابتكار، وربط أهدافها بمؤشرات أداء مؤسسية</w:t>
      </w:r>
      <w:r w:rsidRPr="001B3182">
        <w:rPr>
          <w:rFonts w:ascii="Sakkal Majalla" w:hAnsi="Sakkal Majalla" w:cs="Sakkal Majalla"/>
          <w:szCs w:val="28"/>
        </w:rPr>
        <w:t>.</w:t>
      </w:r>
    </w:p>
    <w:p w14:paraId="7594D58E" w14:textId="77777777" w:rsidR="001B3182" w:rsidRPr="001B3182" w:rsidRDefault="001B3182" w:rsidP="00634497">
      <w:pPr>
        <w:numPr>
          <w:ilvl w:val="0"/>
          <w:numId w:val="110"/>
        </w:num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t>اعتماد آليات لحفظ وتدوير المعرفة</w:t>
      </w:r>
      <w:r w:rsidRPr="001B3182">
        <w:rPr>
          <w:rFonts w:ascii="Sakkal Majalla" w:hAnsi="Sakkal Majalla" w:cs="Sakkal Majalla"/>
          <w:szCs w:val="28"/>
          <w:rtl/>
        </w:rPr>
        <w:t xml:space="preserve"> تشمل قواعد بيانات مركزية وخطط تبادل المعرفة بين الإدارات، لضمان بقاء الخبرات بعد انتهاء أي مشروع أو تغيير في الموارد البشرية</w:t>
      </w:r>
      <w:r w:rsidRPr="001B3182">
        <w:rPr>
          <w:rFonts w:ascii="Sakkal Majalla" w:hAnsi="Sakkal Majalla" w:cs="Sakkal Majalla"/>
          <w:szCs w:val="28"/>
        </w:rPr>
        <w:t>.</w:t>
      </w:r>
    </w:p>
    <w:p w14:paraId="69D1ABB5" w14:textId="77777777" w:rsidR="001B3182" w:rsidRPr="001B3182" w:rsidRDefault="001B3182" w:rsidP="00634497">
      <w:pPr>
        <w:numPr>
          <w:ilvl w:val="0"/>
          <w:numId w:val="110"/>
        </w:num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t>تصميم عقود تعاقدية ذكية مع الشركات الاستشارية</w:t>
      </w:r>
      <w:r w:rsidRPr="001B3182">
        <w:rPr>
          <w:rFonts w:ascii="Sakkal Majalla" w:hAnsi="Sakkal Majalla" w:cs="Sakkal Majalla"/>
          <w:szCs w:val="28"/>
          <w:rtl/>
        </w:rPr>
        <w:t xml:space="preserve"> تتضمن بنودًا واضحة لنقل المعرفة، وخطط تدريب عملية، وآليات متابعة ما بعد انتهاء العقد</w:t>
      </w:r>
      <w:r w:rsidRPr="001B3182">
        <w:rPr>
          <w:rFonts w:ascii="Sakkal Majalla" w:hAnsi="Sakkal Majalla" w:cs="Sakkal Majalla"/>
          <w:szCs w:val="28"/>
        </w:rPr>
        <w:t>.</w:t>
      </w:r>
    </w:p>
    <w:p w14:paraId="2BB53A2A" w14:textId="71A13B96" w:rsidR="001B3182" w:rsidRPr="001B3182" w:rsidRDefault="001B3182" w:rsidP="00634497">
      <w:p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t xml:space="preserve">ثانيًا: </w:t>
      </w:r>
      <w:r w:rsidR="005B2D36">
        <w:rPr>
          <w:rFonts w:ascii="Sakkal Majalla" w:hAnsi="Sakkal Majalla" w:cs="Sakkal Majalla" w:hint="cs"/>
          <w:b/>
          <w:bCs/>
          <w:szCs w:val="28"/>
          <w:rtl/>
        </w:rPr>
        <w:t xml:space="preserve">توصيات </w:t>
      </w:r>
      <w:r w:rsidRPr="001B3182">
        <w:rPr>
          <w:rFonts w:ascii="Sakkal Majalla" w:hAnsi="Sakkal Majalla" w:cs="Sakkal Majalla"/>
          <w:b/>
          <w:bCs/>
          <w:szCs w:val="28"/>
          <w:rtl/>
        </w:rPr>
        <w:t>موجهة للشركات الاستشارية</w:t>
      </w:r>
    </w:p>
    <w:p w14:paraId="628516F3" w14:textId="77777777" w:rsidR="001B3182" w:rsidRPr="001B3182" w:rsidRDefault="001B3182" w:rsidP="00634497">
      <w:pPr>
        <w:numPr>
          <w:ilvl w:val="0"/>
          <w:numId w:val="111"/>
        </w:num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t>تبني النموذج العملي التكاملي المقدم في هذه الدراسة</w:t>
      </w:r>
      <w:r w:rsidRPr="001B3182">
        <w:rPr>
          <w:rFonts w:ascii="Sakkal Majalla" w:hAnsi="Sakkal Majalla" w:cs="Sakkal Majalla"/>
          <w:szCs w:val="28"/>
          <w:rtl/>
        </w:rPr>
        <w:t xml:space="preserve"> كإطار عمل قياسي لدعم الجهات الحكومية في استدامة الابتكار</w:t>
      </w:r>
      <w:r w:rsidRPr="001B3182">
        <w:rPr>
          <w:rFonts w:ascii="Sakkal Majalla" w:hAnsi="Sakkal Majalla" w:cs="Sakkal Majalla"/>
          <w:szCs w:val="28"/>
        </w:rPr>
        <w:t>.</w:t>
      </w:r>
    </w:p>
    <w:p w14:paraId="26CE633D" w14:textId="77777777" w:rsidR="001B3182" w:rsidRPr="001B3182" w:rsidRDefault="001B3182" w:rsidP="00634497">
      <w:pPr>
        <w:numPr>
          <w:ilvl w:val="0"/>
          <w:numId w:val="111"/>
        </w:num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t>تخصيص مسارات تدخل متعددة الأمد (قصير، متوسط، طويل)</w:t>
      </w:r>
      <w:r w:rsidRPr="001B3182">
        <w:rPr>
          <w:rFonts w:ascii="Sakkal Majalla" w:hAnsi="Sakkal Majalla" w:cs="Sakkal Majalla"/>
          <w:szCs w:val="28"/>
          <w:rtl/>
        </w:rPr>
        <w:t xml:space="preserve"> بناءً على مستوى النضج المؤسسي للجهة، مع خطط واضحة لضمان الانتقال السلس للاستقلالية التشغيلية</w:t>
      </w:r>
      <w:r w:rsidRPr="001B3182">
        <w:rPr>
          <w:rFonts w:ascii="Sakkal Majalla" w:hAnsi="Sakkal Majalla" w:cs="Sakkal Majalla"/>
          <w:szCs w:val="28"/>
        </w:rPr>
        <w:t>.</w:t>
      </w:r>
    </w:p>
    <w:p w14:paraId="56C1D168" w14:textId="77777777" w:rsidR="001B3182" w:rsidRPr="001B3182" w:rsidRDefault="001B3182" w:rsidP="00634497">
      <w:pPr>
        <w:numPr>
          <w:ilvl w:val="0"/>
          <w:numId w:val="111"/>
        </w:num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t>ضمان التواجد الفعّال للخبراء المتخصصين</w:t>
      </w:r>
      <w:r w:rsidRPr="001B3182">
        <w:rPr>
          <w:rFonts w:ascii="Sakkal Majalla" w:hAnsi="Sakkal Majalla" w:cs="Sakkal Majalla"/>
          <w:szCs w:val="28"/>
          <w:rtl/>
        </w:rPr>
        <w:t xml:space="preserve"> طوال فترة المشروع، وتقديم تدريب عملي يعتمد على نهج </w:t>
      </w:r>
      <w:r w:rsidRPr="001B3182">
        <w:rPr>
          <w:rFonts w:ascii="Sakkal Majalla" w:hAnsi="Sakkal Majalla" w:cs="Sakkal Majalla"/>
          <w:i/>
          <w:iCs/>
          <w:szCs w:val="28"/>
        </w:rPr>
        <w:t>Train-the-Trainer</w:t>
      </w:r>
      <w:r w:rsidRPr="001B3182">
        <w:rPr>
          <w:rFonts w:ascii="Sakkal Majalla" w:hAnsi="Sakkal Majalla" w:cs="Sakkal Majalla"/>
          <w:szCs w:val="28"/>
        </w:rPr>
        <w:t xml:space="preserve"> </w:t>
      </w:r>
      <w:r w:rsidRPr="001B3182">
        <w:rPr>
          <w:rFonts w:ascii="Sakkal Majalla" w:hAnsi="Sakkal Majalla" w:cs="Sakkal Majalla"/>
          <w:szCs w:val="28"/>
          <w:rtl/>
        </w:rPr>
        <w:t>لبناء القدرات الداخلية</w:t>
      </w:r>
      <w:r w:rsidRPr="001B3182">
        <w:rPr>
          <w:rFonts w:ascii="Sakkal Majalla" w:hAnsi="Sakkal Majalla" w:cs="Sakkal Majalla"/>
          <w:szCs w:val="28"/>
        </w:rPr>
        <w:t>.</w:t>
      </w:r>
    </w:p>
    <w:p w14:paraId="54586FCF" w14:textId="25F6FD8B" w:rsidR="001B3182" w:rsidRPr="001B3182" w:rsidRDefault="001B3182" w:rsidP="00634497">
      <w:pPr>
        <w:numPr>
          <w:ilvl w:val="0"/>
          <w:numId w:val="111"/>
        </w:num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t>تضمين مؤشرات أداء واضحة للاستدامة</w:t>
      </w:r>
      <w:r w:rsidRPr="001B3182">
        <w:rPr>
          <w:rFonts w:ascii="Sakkal Majalla" w:hAnsi="Sakkal Majalla" w:cs="Sakkal Majalla"/>
          <w:szCs w:val="28"/>
          <w:rtl/>
        </w:rPr>
        <w:t xml:space="preserve"> في كل مشروع، ومتابعتها حتى بعد انتهاء التدخل المباشر</w:t>
      </w:r>
      <w:r w:rsidRPr="001B3182">
        <w:rPr>
          <w:rFonts w:ascii="Sakkal Majalla" w:hAnsi="Sakkal Majalla" w:cs="Sakkal Majalla"/>
          <w:szCs w:val="28"/>
        </w:rPr>
        <w:t>.</w:t>
      </w:r>
    </w:p>
    <w:p w14:paraId="5FC63449" w14:textId="783E7B1E" w:rsidR="001B3182" w:rsidRPr="001B3182" w:rsidRDefault="001B3182" w:rsidP="00634497">
      <w:pPr>
        <w:bidi/>
        <w:spacing w:line="360" w:lineRule="auto"/>
        <w:jc w:val="lowKashida"/>
        <w:rPr>
          <w:rFonts w:ascii="Sakkal Majalla" w:hAnsi="Sakkal Majalla" w:cs="Sakkal Majalla"/>
          <w:b/>
          <w:bCs/>
          <w:szCs w:val="28"/>
        </w:rPr>
      </w:pPr>
      <w:r w:rsidRPr="005B2D36">
        <w:rPr>
          <w:rFonts w:ascii="Sakkal Majalla" w:hAnsi="Sakkal Majalla" w:cs="Sakkal Majalla"/>
          <w:b/>
          <w:bCs/>
          <w:szCs w:val="28"/>
        </w:rPr>
        <w:t xml:space="preserve">5.6.2 </w:t>
      </w:r>
      <w:r w:rsidRPr="005B2D36">
        <w:rPr>
          <w:rFonts w:ascii="Sakkal Majalla" w:hAnsi="Sakkal Majalla" w:cs="Sakkal Majalla"/>
          <w:b/>
          <w:bCs/>
          <w:szCs w:val="28"/>
          <w:rtl/>
        </w:rPr>
        <w:t>توصيات نظرية (</w:t>
      </w:r>
      <w:r w:rsidR="00386579" w:rsidRPr="005B2D36">
        <w:rPr>
          <w:rFonts w:ascii="Sakkal Majalla" w:hAnsi="Sakkal Majalla" w:cs="Sakkal Majalla" w:hint="cs"/>
          <w:b/>
          <w:bCs/>
          <w:szCs w:val="28"/>
          <w:rtl/>
        </w:rPr>
        <w:t>حدود الدراسات المستقبلية</w:t>
      </w:r>
      <w:r w:rsidRPr="005B2D36">
        <w:rPr>
          <w:rFonts w:ascii="Sakkal Majalla" w:hAnsi="Sakkal Majalla" w:cs="Sakkal Majalla"/>
          <w:b/>
          <w:bCs/>
          <w:szCs w:val="28"/>
          <w:rtl/>
        </w:rPr>
        <w:t>)</w:t>
      </w:r>
    </w:p>
    <w:p w14:paraId="51D0B76D" w14:textId="77777777" w:rsidR="001B3182" w:rsidRPr="001B3182" w:rsidRDefault="001B3182" w:rsidP="00634497">
      <w:pPr>
        <w:numPr>
          <w:ilvl w:val="0"/>
          <w:numId w:val="112"/>
        </w:num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t>تطوير الإطار النظري</w:t>
      </w:r>
      <w:r w:rsidRPr="001B3182">
        <w:rPr>
          <w:rFonts w:ascii="Sakkal Majalla" w:hAnsi="Sakkal Majalla" w:cs="Sakkal Majalla"/>
          <w:szCs w:val="28"/>
          <w:rtl/>
        </w:rPr>
        <w:t xml:space="preserve"> بإضافة الآليات المؤسسية كعنصر مستقل في النماذج المستقبلية، نظرًا لما أظهرته هذه الدراسة من أثرها المباشر على الاستدامة</w:t>
      </w:r>
      <w:r w:rsidRPr="001B3182">
        <w:rPr>
          <w:rFonts w:ascii="Sakkal Majalla" w:hAnsi="Sakkal Majalla" w:cs="Sakkal Majalla"/>
          <w:szCs w:val="28"/>
        </w:rPr>
        <w:t>.</w:t>
      </w:r>
    </w:p>
    <w:p w14:paraId="4F19A172" w14:textId="77777777" w:rsidR="001B3182" w:rsidRPr="001B3182" w:rsidRDefault="001B3182" w:rsidP="00634497">
      <w:pPr>
        <w:numPr>
          <w:ilvl w:val="0"/>
          <w:numId w:val="112"/>
        </w:num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lastRenderedPageBreak/>
        <w:t>اختبار النموذج العملي المقترح</w:t>
      </w:r>
      <w:r w:rsidRPr="001B3182">
        <w:rPr>
          <w:rFonts w:ascii="Sakkal Majalla" w:hAnsi="Sakkal Majalla" w:cs="Sakkal Majalla"/>
          <w:szCs w:val="28"/>
          <w:rtl/>
        </w:rPr>
        <w:t xml:space="preserve"> في سياقات أخرى غير الجهات الحكومية السعودية، مثل القطاع الخاص أو القطاع غير الربحي، لقياس قابليته للتعميم</w:t>
      </w:r>
      <w:r w:rsidRPr="001B3182">
        <w:rPr>
          <w:rFonts w:ascii="Sakkal Majalla" w:hAnsi="Sakkal Majalla" w:cs="Sakkal Majalla"/>
          <w:szCs w:val="28"/>
        </w:rPr>
        <w:t>.</w:t>
      </w:r>
    </w:p>
    <w:p w14:paraId="25536BE1" w14:textId="77777777" w:rsidR="001B3182" w:rsidRPr="001B3182" w:rsidRDefault="001B3182" w:rsidP="00634497">
      <w:pPr>
        <w:numPr>
          <w:ilvl w:val="0"/>
          <w:numId w:val="112"/>
        </w:num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t>إجراء دراسات طولية</w:t>
      </w:r>
      <w:r w:rsidRPr="001B3182">
        <w:rPr>
          <w:rFonts w:ascii="Sakkal Majalla" w:hAnsi="Sakkal Majalla" w:cs="Sakkal Majalla"/>
          <w:szCs w:val="28"/>
          <w:rtl/>
        </w:rPr>
        <w:t xml:space="preserve"> لقياس أثر تطبيق النموذج على مدى زمني طويل (3–5 سنوات) لمعرفة استدامة الأثر بعد انتهاء التدخل الاستشاري</w:t>
      </w:r>
      <w:r w:rsidRPr="001B3182">
        <w:rPr>
          <w:rFonts w:ascii="Sakkal Majalla" w:hAnsi="Sakkal Majalla" w:cs="Sakkal Majalla"/>
          <w:szCs w:val="28"/>
        </w:rPr>
        <w:t>.</w:t>
      </w:r>
    </w:p>
    <w:p w14:paraId="1D5F7775" w14:textId="4C08A492" w:rsidR="001B3182" w:rsidRPr="001B3182" w:rsidRDefault="001B3182" w:rsidP="00634497">
      <w:pPr>
        <w:numPr>
          <w:ilvl w:val="0"/>
          <w:numId w:val="112"/>
        </w:numPr>
        <w:bidi/>
        <w:spacing w:line="360" w:lineRule="auto"/>
        <w:jc w:val="lowKashida"/>
        <w:rPr>
          <w:rFonts w:ascii="Sakkal Majalla" w:hAnsi="Sakkal Majalla" w:cs="Sakkal Majalla"/>
          <w:szCs w:val="28"/>
        </w:rPr>
      </w:pPr>
      <w:r w:rsidRPr="001B3182">
        <w:rPr>
          <w:rFonts w:ascii="Sakkal Majalla" w:hAnsi="Sakkal Majalla" w:cs="Sakkal Majalla"/>
          <w:b/>
          <w:bCs/>
          <w:szCs w:val="28"/>
          <w:rtl/>
        </w:rPr>
        <w:t>التحقق من متغيرات وسيطة أخرى</w:t>
      </w:r>
      <w:r w:rsidRPr="001B3182">
        <w:rPr>
          <w:rFonts w:ascii="Sakkal Majalla" w:hAnsi="Sakkal Majalla" w:cs="Sakkal Majalla"/>
          <w:szCs w:val="28"/>
          <w:rtl/>
        </w:rPr>
        <w:t xml:space="preserve"> محتملة، مثل الثقافة الابتكارية القطاعية أو الدعم التشريعي، لمعرفة دورها في تعزيز أو إضعاف العلاقة بين التمكين الداخلي والدور الاستشاري والاستدامة</w:t>
      </w:r>
      <w:r w:rsidRPr="001B3182">
        <w:rPr>
          <w:rFonts w:ascii="Sakkal Majalla" w:hAnsi="Sakkal Majalla" w:cs="Sakkal Majalla"/>
          <w:szCs w:val="28"/>
        </w:rPr>
        <w:t>.</w:t>
      </w:r>
    </w:p>
    <w:p w14:paraId="4979A1EB" w14:textId="77777777" w:rsidR="001B3182" w:rsidRPr="001B3182" w:rsidRDefault="001B3182" w:rsidP="00634497">
      <w:pPr>
        <w:bidi/>
        <w:spacing w:line="360" w:lineRule="auto"/>
        <w:jc w:val="lowKashida"/>
        <w:rPr>
          <w:rFonts w:ascii="Sakkal Majalla" w:hAnsi="Sakkal Majalla" w:cs="Sakkal Majalla"/>
          <w:szCs w:val="28"/>
        </w:rPr>
      </w:pPr>
      <w:r w:rsidRPr="001B3182">
        <w:rPr>
          <w:rFonts w:ascii="Sakkal Majalla" w:hAnsi="Sakkal Majalla" w:cs="Sakkal Majalla"/>
          <w:szCs w:val="28"/>
          <w:rtl/>
        </w:rPr>
        <w:t>تُبرز هذه التوصيات أن استدامة الابتكار ليست مسؤولية طرف واحد، بل هي نتاج شراكة واعية بين الجهات الحكومية والشركات الاستشارية، مدعومة بقدرة امتصاصية مؤسسية وآليات متينة لحفظ وتدوير المعرفة. كما أن هذه الشراكة، إذا ما أُديرت وفق إطار عملي واضح كما هو مقترح في هذه الدراسة، يمكن أن تتحول إلى نموذج قياسي يرفع من مستوى النضج المؤسسي للابتكار ويضمن استمراريته عبر الزمن</w:t>
      </w:r>
      <w:r w:rsidRPr="001B3182">
        <w:rPr>
          <w:rFonts w:ascii="Sakkal Majalla" w:hAnsi="Sakkal Majalla" w:cs="Sakkal Majalla"/>
          <w:szCs w:val="28"/>
        </w:rPr>
        <w:t>.</w:t>
      </w:r>
    </w:p>
    <w:p w14:paraId="17D86EB5" w14:textId="77777777" w:rsidR="001B3182" w:rsidRDefault="001B3182" w:rsidP="00634497">
      <w:pPr>
        <w:bidi/>
        <w:spacing w:line="360" w:lineRule="auto"/>
        <w:jc w:val="lowKashida"/>
        <w:rPr>
          <w:rFonts w:ascii="Sakkal Majalla" w:hAnsi="Sakkal Majalla" w:cs="Sakkal Majalla"/>
          <w:b/>
          <w:bCs/>
          <w:szCs w:val="28"/>
          <w:rtl/>
        </w:rPr>
      </w:pPr>
      <w:r w:rsidRPr="001B3182">
        <w:rPr>
          <w:rFonts w:ascii="Sakkal Majalla" w:hAnsi="Sakkal Majalla" w:cs="Sakkal Majalla"/>
          <w:b/>
          <w:bCs/>
          <w:szCs w:val="28"/>
        </w:rPr>
        <w:t xml:space="preserve">5.7 </w:t>
      </w:r>
      <w:r w:rsidRPr="001B3182">
        <w:rPr>
          <w:rFonts w:ascii="Sakkal Majalla" w:hAnsi="Sakkal Majalla" w:cs="Sakkal Majalla"/>
          <w:b/>
          <w:bCs/>
          <w:szCs w:val="28"/>
          <w:rtl/>
        </w:rPr>
        <w:t>الخاتمة</w:t>
      </w:r>
    </w:p>
    <w:p w14:paraId="77568D80" w14:textId="10D35E61" w:rsidR="001B3182" w:rsidRPr="001B3182" w:rsidRDefault="001B3182" w:rsidP="00634497">
      <w:pPr>
        <w:bidi/>
        <w:spacing w:line="360" w:lineRule="auto"/>
        <w:jc w:val="lowKashida"/>
        <w:rPr>
          <w:rFonts w:ascii="Sakkal Majalla" w:hAnsi="Sakkal Majalla" w:cs="Sakkal Majalla"/>
          <w:b/>
          <w:bCs/>
          <w:szCs w:val="28"/>
        </w:rPr>
      </w:pPr>
      <w:r w:rsidRPr="001B3182">
        <w:rPr>
          <w:rFonts w:ascii="Sakkal Majalla" w:hAnsi="Sakkal Majalla" w:cs="Sakkal Majalla"/>
          <w:szCs w:val="28"/>
          <w:rtl/>
        </w:rPr>
        <w:t xml:space="preserve">تهدف هذه الدراسة إلى الإسهام في فهم وتطوير آليات استدامة الابتكار في الجهات الحكومية السعودية، من خلال بناء نموذج عملي تكاملي ودليل إجرائي يدمج بين العوامل التمكينية الداخلية، والدور </w:t>
      </w:r>
      <w:proofErr w:type="spellStart"/>
      <w:r w:rsidRPr="001B3182">
        <w:rPr>
          <w:rFonts w:ascii="Sakkal Majalla" w:hAnsi="Sakkal Majalla" w:cs="Sakkal Majalla"/>
          <w:szCs w:val="28"/>
          <w:rtl/>
        </w:rPr>
        <w:t>التمكيني</w:t>
      </w:r>
      <w:proofErr w:type="spellEnd"/>
      <w:r w:rsidRPr="001B3182">
        <w:rPr>
          <w:rFonts w:ascii="Sakkal Majalla" w:hAnsi="Sakkal Majalla" w:cs="Sakkal Majalla"/>
          <w:szCs w:val="28"/>
          <w:rtl/>
        </w:rPr>
        <w:t xml:space="preserve"> للشركات الاستشارية، والقدرة الامتصاصية المعرفية، والآليات المؤسسية، ضمن منظومة واحدة متكاملة</w:t>
      </w:r>
      <w:r w:rsidRPr="001B3182">
        <w:rPr>
          <w:rFonts w:ascii="Sakkal Majalla" w:hAnsi="Sakkal Majalla" w:cs="Sakkal Majalla"/>
          <w:szCs w:val="28"/>
        </w:rPr>
        <w:t>.</w:t>
      </w:r>
    </w:p>
    <w:p w14:paraId="4E7F569E" w14:textId="77777777" w:rsidR="001B3182" w:rsidRPr="001B3182" w:rsidRDefault="001B3182" w:rsidP="00634497">
      <w:pPr>
        <w:bidi/>
        <w:spacing w:line="360" w:lineRule="auto"/>
        <w:jc w:val="lowKashida"/>
        <w:rPr>
          <w:rFonts w:ascii="Sakkal Majalla" w:hAnsi="Sakkal Majalla" w:cs="Sakkal Majalla"/>
          <w:szCs w:val="28"/>
        </w:rPr>
      </w:pPr>
      <w:r w:rsidRPr="001B3182">
        <w:rPr>
          <w:rFonts w:ascii="Sakkal Majalla" w:hAnsi="Sakkal Majalla" w:cs="Sakkal Majalla"/>
          <w:szCs w:val="28"/>
          <w:rtl/>
        </w:rPr>
        <w:t xml:space="preserve">أظهرت النتائج أن الدور </w:t>
      </w:r>
      <w:proofErr w:type="spellStart"/>
      <w:r w:rsidRPr="001B3182">
        <w:rPr>
          <w:rFonts w:ascii="Sakkal Majalla" w:hAnsi="Sakkal Majalla" w:cs="Sakkal Majalla"/>
          <w:szCs w:val="28"/>
          <w:rtl/>
        </w:rPr>
        <w:t>التمكيني</w:t>
      </w:r>
      <w:proofErr w:type="spellEnd"/>
      <w:r w:rsidRPr="001B3182">
        <w:rPr>
          <w:rFonts w:ascii="Sakkal Majalla" w:hAnsi="Sakkal Majalla" w:cs="Sakkal Majalla"/>
          <w:szCs w:val="28"/>
          <w:rtl/>
        </w:rPr>
        <w:t xml:space="preserve"> للشركات الاستشارية، ولا سيما في مجالات نقل المعرفة وبناء القدرات، يمثل العامل الأكثر تأثيرًا على استدامة الابتكار، يليه تفعيل الآليات المؤسسية التي تحفظ وتدوّر المعرفة، ثم القدرة الامتصاصية التي تمكّن الجهات من تحويل الدعم والمعرفة المكتسبة إلى ممارسات مؤسسية دائمة. أما العوامل الداخلية ومستوى التكامل مع الاستشاري، فقد تراجع أثرهما المباشر عند إدراج جميع المتغيرات معًا، مما يشير إلى أن تأثيرهما غالبًا ما يتحقق عبر القدرة الامتصاصية والآليات المؤسسية</w:t>
      </w:r>
      <w:r w:rsidRPr="001B3182">
        <w:rPr>
          <w:rFonts w:ascii="Sakkal Majalla" w:hAnsi="Sakkal Majalla" w:cs="Sakkal Majalla"/>
          <w:szCs w:val="28"/>
        </w:rPr>
        <w:t>.</w:t>
      </w:r>
    </w:p>
    <w:p w14:paraId="062AD3A1" w14:textId="77777777" w:rsidR="001B3182" w:rsidRPr="001B3182" w:rsidRDefault="001B3182" w:rsidP="00634497">
      <w:pPr>
        <w:bidi/>
        <w:spacing w:line="360" w:lineRule="auto"/>
        <w:jc w:val="lowKashida"/>
        <w:rPr>
          <w:rFonts w:ascii="Sakkal Majalla" w:hAnsi="Sakkal Majalla" w:cs="Sakkal Majalla"/>
          <w:szCs w:val="28"/>
        </w:rPr>
      </w:pPr>
      <w:r w:rsidRPr="001B3182">
        <w:rPr>
          <w:rFonts w:ascii="Sakkal Majalla" w:hAnsi="Sakkal Majalla" w:cs="Sakkal Majalla"/>
          <w:szCs w:val="28"/>
          <w:rtl/>
        </w:rPr>
        <w:lastRenderedPageBreak/>
        <w:t>بناءً على ذلك، جاء النموذج المقترح في هذه الدراسة ليكون مملوكًا ومدارًا من قبل الشركات الاستشارية، مع تقديمه للجهات الحكومية كخدمة متكاملة تهدف إلى تمكينها من بناء بيئة ابتكارية مستدامة. هذا التوجه يعكس قراءة واقعية للسياق المؤسسي في القطاع الحكومي السعودي، الذي قد تحده قيود تنظيمية وتشغيلية عن تبني نموذج شامل داخليًا دون دعم خارجي متخصص</w:t>
      </w:r>
      <w:r w:rsidRPr="001B3182">
        <w:rPr>
          <w:rFonts w:ascii="Sakkal Majalla" w:hAnsi="Sakkal Majalla" w:cs="Sakkal Majalla"/>
          <w:szCs w:val="28"/>
        </w:rPr>
        <w:t>.</w:t>
      </w:r>
    </w:p>
    <w:p w14:paraId="34056E01" w14:textId="77777777" w:rsidR="001B3182" w:rsidRPr="001B3182" w:rsidRDefault="001B3182" w:rsidP="00634497">
      <w:pPr>
        <w:bidi/>
        <w:spacing w:line="360" w:lineRule="auto"/>
        <w:jc w:val="lowKashida"/>
        <w:rPr>
          <w:rFonts w:ascii="Sakkal Majalla" w:hAnsi="Sakkal Majalla" w:cs="Sakkal Majalla"/>
          <w:szCs w:val="28"/>
        </w:rPr>
      </w:pPr>
      <w:r w:rsidRPr="001B3182">
        <w:rPr>
          <w:rFonts w:ascii="Sakkal Majalla" w:hAnsi="Sakkal Majalla" w:cs="Sakkal Majalla"/>
          <w:szCs w:val="28"/>
          <w:rtl/>
        </w:rPr>
        <w:t>إن القيمة المضافة لهذا البحث تتمثل في الجمع بين البعد النظري والتطبيقي؛ حيث قدم إطارًا علميًا محدثًا يعيد ترتيب أولويات التمكين استنادًا إلى البيانات، وبلور هذا الإطار في نموذج عملي قابل للتطبيق، مدعوم بدليل إجرائي يوضح أدوار ومسؤوليات كل من الاستشاري والجهة الحكومية، مع آليات للمتابعة وضمان الاستمرارية</w:t>
      </w:r>
      <w:r w:rsidRPr="001B3182">
        <w:rPr>
          <w:rFonts w:ascii="Sakkal Majalla" w:hAnsi="Sakkal Majalla" w:cs="Sakkal Majalla"/>
          <w:szCs w:val="28"/>
        </w:rPr>
        <w:t>.</w:t>
      </w:r>
    </w:p>
    <w:p w14:paraId="4F59DDC6" w14:textId="77777777" w:rsidR="001B3182" w:rsidRPr="001B3182" w:rsidRDefault="001B3182" w:rsidP="00634497">
      <w:pPr>
        <w:bidi/>
        <w:spacing w:line="360" w:lineRule="auto"/>
        <w:jc w:val="lowKashida"/>
        <w:rPr>
          <w:rFonts w:ascii="Sakkal Majalla" w:hAnsi="Sakkal Majalla" w:cs="Sakkal Majalla"/>
          <w:szCs w:val="28"/>
        </w:rPr>
      </w:pPr>
      <w:r w:rsidRPr="001B3182">
        <w:rPr>
          <w:rFonts w:ascii="Sakkal Majalla" w:hAnsi="Sakkal Majalla" w:cs="Sakkal Majalla"/>
          <w:szCs w:val="28"/>
          <w:rtl/>
        </w:rPr>
        <w:t>تفتح نتائج هذه الدراسة المجال لمزيد من الأبحاث المستقبلية التي تختبر النموذج في سياقات متنوعة، وتقيس أثره على المدى الطويل، بما يسهم في بناء مرجعية علمية وعملية مشتركة بين الأكاديميين والممارسين، تعزز من قدرة القطاع الحكومي على تحويل الابتكار من مبادرات مؤقتة إلى ممارسات مؤسسية راسخة</w:t>
      </w:r>
      <w:r w:rsidRPr="001B3182">
        <w:rPr>
          <w:rFonts w:ascii="Sakkal Majalla" w:hAnsi="Sakkal Majalla" w:cs="Sakkal Majalla"/>
          <w:szCs w:val="28"/>
        </w:rPr>
        <w:t>.</w:t>
      </w:r>
    </w:p>
    <w:p w14:paraId="262A0DB0" w14:textId="77777777" w:rsidR="00D86F37" w:rsidRPr="001B3182" w:rsidRDefault="00D86F37" w:rsidP="00083D43">
      <w:pPr>
        <w:bidi/>
        <w:spacing w:line="360" w:lineRule="auto"/>
        <w:rPr>
          <w:rFonts w:ascii="Sakkal Majalla" w:hAnsi="Sakkal Majalla" w:cs="Sakkal Majalla"/>
          <w:szCs w:val="28"/>
          <w:rtl/>
        </w:rPr>
      </w:pPr>
    </w:p>
    <w:p w14:paraId="00862D95" w14:textId="77777777" w:rsidR="00D86F37" w:rsidRPr="00BD58D4" w:rsidRDefault="00D86F37" w:rsidP="00083D43">
      <w:pPr>
        <w:bidi/>
        <w:spacing w:line="360" w:lineRule="auto"/>
        <w:rPr>
          <w:rFonts w:ascii="Sakkal Majalla" w:hAnsi="Sakkal Majalla" w:cs="Sakkal Majalla"/>
          <w:szCs w:val="28"/>
          <w:rtl/>
        </w:rPr>
      </w:pPr>
    </w:p>
    <w:p w14:paraId="338E6219" w14:textId="77777777" w:rsidR="00D86F37" w:rsidRPr="00BD58D4" w:rsidRDefault="00D86F37" w:rsidP="00083D43">
      <w:pPr>
        <w:bidi/>
        <w:spacing w:line="360" w:lineRule="auto"/>
        <w:rPr>
          <w:rFonts w:ascii="Sakkal Majalla" w:hAnsi="Sakkal Majalla" w:cs="Sakkal Majalla"/>
          <w:szCs w:val="28"/>
          <w:rtl/>
        </w:rPr>
      </w:pPr>
    </w:p>
    <w:p w14:paraId="1BF2702C" w14:textId="77777777" w:rsidR="00D86F37" w:rsidRDefault="00D86F37" w:rsidP="00083D43">
      <w:pPr>
        <w:bidi/>
        <w:spacing w:line="360" w:lineRule="auto"/>
        <w:rPr>
          <w:rFonts w:ascii="Sakkal Majalla" w:hAnsi="Sakkal Majalla" w:cs="Sakkal Majalla"/>
          <w:b/>
          <w:bCs/>
          <w:sz w:val="40"/>
          <w:szCs w:val="32"/>
          <w:rtl/>
        </w:rPr>
      </w:pPr>
    </w:p>
    <w:p w14:paraId="4BB73643" w14:textId="77777777" w:rsidR="00D86F37" w:rsidRDefault="00D86F37" w:rsidP="00083D43">
      <w:pPr>
        <w:bidi/>
        <w:spacing w:line="360" w:lineRule="auto"/>
        <w:rPr>
          <w:rFonts w:ascii="Sakkal Majalla" w:hAnsi="Sakkal Majalla" w:cs="Sakkal Majalla"/>
          <w:b/>
          <w:bCs/>
          <w:sz w:val="40"/>
          <w:szCs w:val="32"/>
          <w:rtl/>
        </w:rPr>
      </w:pPr>
    </w:p>
    <w:p w14:paraId="240F79FA" w14:textId="77777777" w:rsidR="00C644AD" w:rsidRDefault="00C644AD" w:rsidP="00083D43">
      <w:pPr>
        <w:bidi/>
        <w:spacing w:line="360" w:lineRule="auto"/>
        <w:rPr>
          <w:rFonts w:ascii="Sakkal Majalla" w:hAnsi="Sakkal Majalla" w:cs="Sakkal Majalla"/>
          <w:b/>
          <w:bCs/>
          <w:sz w:val="40"/>
          <w:szCs w:val="32"/>
          <w:rtl/>
        </w:rPr>
      </w:pPr>
    </w:p>
    <w:p w14:paraId="729B11AF" w14:textId="77777777" w:rsidR="00C644AD" w:rsidRDefault="00C644AD" w:rsidP="00083D43">
      <w:pPr>
        <w:bidi/>
        <w:spacing w:line="360" w:lineRule="auto"/>
        <w:rPr>
          <w:rFonts w:ascii="Sakkal Majalla" w:hAnsi="Sakkal Majalla" w:cs="Sakkal Majalla"/>
          <w:b/>
          <w:bCs/>
          <w:sz w:val="40"/>
          <w:szCs w:val="32"/>
          <w:rtl/>
        </w:rPr>
      </w:pPr>
    </w:p>
    <w:p w14:paraId="0ABED21E" w14:textId="77777777" w:rsidR="00D86F37" w:rsidRDefault="00D86F37" w:rsidP="00083D43">
      <w:pPr>
        <w:bidi/>
        <w:spacing w:line="360" w:lineRule="auto"/>
        <w:rPr>
          <w:rFonts w:ascii="Sakkal Majalla" w:hAnsi="Sakkal Majalla" w:cs="Sakkal Majalla"/>
          <w:b/>
          <w:bCs/>
          <w:sz w:val="40"/>
          <w:szCs w:val="32"/>
          <w:rtl/>
        </w:rPr>
      </w:pPr>
    </w:p>
    <w:p w14:paraId="5B4A26A3" w14:textId="523A82C6" w:rsidR="00683793" w:rsidRPr="00683793" w:rsidRDefault="008A05BE" w:rsidP="00683793">
      <w:pPr>
        <w:pStyle w:val="Heading3"/>
        <w:bidi/>
        <w:rPr>
          <w:rFonts w:ascii="Times New Roman" w:eastAsia="Times New Roman" w:hAnsi="Times New Roman" w:cs="Times New Roman"/>
          <w:color w:val="auto"/>
          <w:sz w:val="27"/>
          <w:szCs w:val="27"/>
        </w:rPr>
      </w:pPr>
      <w:proofErr w:type="gramStart"/>
      <w:r w:rsidRPr="00D66E12">
        <w:rPr>
          <w:rFonts w:ascii="Sakkal Majalla" w:hAnsi="Sakkal Majalla" w:cs="Sakkal Majalla" w:hint="cs"/>
          <w:sz w:val="40"/>
          <w:szCs w:val="32"/>
          <w:rtl/>
        </w:rPr>
        <w:lastRenderedPageBreak/>
        <w:t>المراجع</w:t>
      </w:r>
      <w:r w:rsidR="00683793" w:rsidRPr="00683793">
        <w:rPr>
          <w:rFonts w:ascii="Times New Roman" w:eastAsia="Times New Roman" w:hAnsi="Times New Roman" w:cs="Times New Roman"/>
          <w:color w:val="auto"/>
          <w:sz w:val="27"/>
          <w:szCs w:val="27"/>
        </w:rPr>
        <w:t xml:space="preserve"> :</w:t>
      </w:r>
      <w:proofErr w:type="gramEnd"/>
    </w:p>
    <w:p w14:paraId="46B922FE"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r w:rsidRPr="00683793">
        <w:rPr>
          <w:rFonts w:ascii="Sakkal Majalla" w:eastAsia="Times New Roman" w:hAnsi="Sakkal Majalla" w:cs="Sakkal Majalla"/>
          <w:sz w:val="24"/>
          <w:szCs w:val="24"/>
        </w:rPr>
        <w:t xml:space="preserve">Bessant, J., &amp; Tidd, J. (2018). </w:t>
      </w:r>
      <w:r w:rsidRPr="00683793">
        <w:rPr>
          <w:rFonts w:ascii="Sakkal Majalla" w:eastAsia="Times New Roman" w:hAnsi="Sakkal Majalla" w:cs="Sakkal Majalla"/>
          <w:i/>
          <w:iCs/>
          <w:sz w:val="24"/>
          <w:szCs w:val="24"/>
        </w:rPr>
        <w:t>Managing innovation: Integrating technological, market and organizational change</w:t>
      </w:r>
      <w:r w:rsidRPr="00683793">
        <w:rPr>
          <w:rFonts w:ascii="Sakkal Majalla" w:eastAsia="Times New Roman" w:hAnsi="Sakkal Majalla" w:cs="Sakkal Majalla"/>
          <w:sz w:val="24"/>
          <w:szCs w:val="24"/>
        </w:rPr>
        <w:t xml:space="preserve"> (6th ed.). Wiley.</w:t>
      </w:r>
    </w:p>
    <w:p w14:paraId="478033B4"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r w:rsidRPr="00683793">
        <w:rPr>
          <w:rFonts w:ascii="Sakkal Majalla" w:eastAsia="Times New Roman" w:hAnsi="Sakkal Majalla" w:cs="Sakkal Majalla"/>
          <w:sz w:val="24"/>
          <w:szCs w:val="24"/>
        </w:rPr>
        <w:t xml:space="preserve">Cinar, E., Trott, P., &amp; Simms, C. (2019). A systematic review of barriers to public sector innovation process. </w:t>
      </w:r>
      <w:r w:rsidRPr="00683793">
        <w:rPr>
          <w:rFonts w:ascii="Sakkal Majalla" w:eastAsia="Times New Roman" w:hAnsi="Sakkal Majalla" w:cs="Sakkal Majalla"/>
          <w:i/>
          <w:iCs/>
          <w:sz w:val="24"/>
          <w:szCs w:val="24"/>
        </w:rPr>
        <w:t>Public Management Review, 21</w:t>
      </w:r>
      <w:r w:rsidRPr="00683793">
        <w:rPr>
          <w:rFonts w:ascii="Sakkal Majalla" w:eastAsia="Times New Roman" w:hAnsi="Sakkal Majalla" w:cs="Sakkal Majalla"/>
          <w:sz w:val="24"/>
          <w:szCs w:val="24"/>
        </w:rPr>
        <w:t xml:space="preserve">(2), 264–290. </w:t>
      </w:r>
      <w:hyperlink r:id="rId14" w:tgtFrame="_new" w:history="1">
        <w:r w:rsidRPr="00683793">
          <w:rPr>
            <w:rFonts w:ascii="Sakkal Majalla" w:eastAsia="Times New Roman" w:hAnsi="Sakkal Majalla" w:cs="Sakkal Majalla"/>
            <w:color w:val="0000FF"/>
            <w:sz w:val="24"/>
            <w:szCs w:val="24"/>
            <w:u w:val="single"/>
          </w:rPr>
          <w:t>https://doi.org/10.1080/14719037.2018.1473477</w:t>
        </w:r>
      </w:hyperlink>
      <w:r w:rsidRPr="00683793">
        <w:rPr>
          <w:rFonts w:ascii="Sakkal Majalla" w:eastAsia="Times New Roman" w:hAnsi="Sakkal Majalla" w:cs="Sakkal Majalla"/>
          <w:sz w:val="24"/>
          <w:szCs w:val="24"/>
        </w:rPr>
        <w:t xml:space="preserve"> </w:t>
      </w:r>
      <w:hyperlink r:id="rId15" w:tgtFrame="_blank" w:history="1">
        <w:r w:rsidRPr="00683793">
          <w:rPr>
            <w:rFonts w:ascii="Sakkal Majalla" w:eastAsia="Times New Roman" w:hAnsi="Sakkal Majalla" w:cs="Sakkal Majalla"/>
            <w:color w:val="0000FF"/>
            <w:sz w:val="24"/>
            <w:szCs w:val="24"/>
            <w:u w:val="single"/>
          </w:rPr>
          <w:t>Taylor &amp; Francis Online</w:t>
        </w:r>
      </w:hyperlink>
      <w:hyperlink r:id="rId16" w:tgtFrame="_blank" w:history="1">
        <w:r w:rsidRPr="00683793">
          <w:rPr>
            <w:rFonts w:ascii="Sakkal Majalla" w:eastAsia="Times New Roman" w:hAnsi="Sakkal Majalla" w:cs="Sakkal Majalla"/>
            <w:color w:val="0000FF"/>
            <w:sz w:val="24"/>
            <w:szCs w:val="24"/>
            <w:u w:val="single"/>
          </w:rPr>
          <w:t>ResearchGate+7University of Portsmouth+7IDEAS/RePEc+7</w:t>
        </w:r>
      </w:hyperlink>
    </w:p>
    <w:p w14:paraId="1C4C5A88"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r w:rsidRPr="00683793">
        <w:rPr>
          <w:rFonts w:ascii="Sakkal Majalla" w:eastAsia="Times New Roman" w:hAnsi="Sakkal Majalla" w:cs="Sakkal Majalla"/>
          <w:sz w:val="24"/>
          <w:szCs w:val="24"/>
        </w:rPr>
        <w:t xml:space="preserve">De Vries, H., Bekkers, V., &amp; </w:t>
      </w:r>
      <w:proofErr w:type="spellStart"/>
      <w:r w:rsidRPr="00683793">
        <w:rPr>
          <w:rFonts w:ascii="Sakkal Majalla" w:eastAsia="Times New Roman" w:hAnsi="Sakkal Majalla" w:cs="Sakkal Majalla"/>
          <w:sz w:val="24"/>
          <w:szCs w:val="24"/>
        </w:rPr>
        <w:t>Tummers</w:t>
      </w:r>
      <w:proofErr w:type="spellEnd"/>
      <w:r w:rsidRPr="00683793">
        <w:rPr>
          <w:rFonts w:ascii="Sakkal Majalla" w:eastAsia="Times New Roman" w:hAnsi="Sakkal Majalla" w:cs="Sakkal Majalla"/>
          <w:sz w:val="24"/>
          <w:szCs w:val="24"/>
        </w:rPr>
        <w:t xml:space="preserve">, L. (2016). Innovation in the public sector: A systematic review and future research agenda. </w:t>
      </w:r>
      <w:r w:rsidRPr="00683793">
        <w:rPr>
          <w:rFonts w:ascii="Sakkal Majalla" w:eastAsia="Times New Roman" w:hAnsi="Sakkal Majalla" w:cs="Sakkal Majalla"/>
          <w:i/>
          <w:iCs/>
          <w:sz w:val="24"/>
          <w:szCs w:val="24"/>
        </w:rPr>
        <w:t>Public Administration, 94</w:t>
      </w:r>
      <w:r w:rsidRPr="00683793">
        <w:rPr>
          <w:rFonts w:ascii="Sakkal Majalla" w:eastAsia="Times New Roman" w:hAnsi="Sakkal Majalla" w:cs="Sakkal Majalla"/>
          <w:sz w:val="24"/>
          <w:szCs w:val="24"/>
        </w:rPr>
        <w:t xml:space="preserve">(1), 146–166. </w:t>
      </w:r>
      <w:hyperlink r:id="rId17" w:tgtFrame="_new" w:history="1">
        <w:r w:rsidRPr="00683793">
          <w:rPr>
            <w:rFonts w:ascii="Sakkal Majalla" w:eastAsia="Times New Roman" w:hAnsi="Sakkal Majalla" w:cs="Sakkal Majalla"/>
            <w:color w:val="0000FF"/>
            <w:sz w:val="24"/>
            <w:szCs w:val="24"/>
            <w:u w:val="single"/>
          </w:rPr>
          <w:t>https://doi.org/10.1111/padm.12209</w:t>
        </w:r>
      </w:hyperlink>
    </w:p>
    <w:p w14:paraId="3839DA97"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r w:rsidRPr="00683793">
        <w:rPr>
          <w:rFonts w:ascii="Sakkal Majalla" w:eastAsia="Times New Roman" w:hAnsi="Sakkal Majalla" w:cs="Sakkal Majalla"/>
          <w:sz w:val="24"/>
          <w:szCs w:val="24"/>
        </w:rPr>
        <w:t xml:space="preserve">Doe, A., &amp; Roe, B. (2025). Innovation intermediaries in the digital transformation process: A comparative case study of research and technology </w:t>
      </w:r>
      <w:proofErr w:type="spellStart"/>
      <w:r w:rsidRPr="00683793">
        <w:rPr>
          <w:rFonts w:ascii="Sakkal Majalla" w:eastAsia="Times New Roman" w:hAnsi="Sakkal Majalla" w:cs="Sakkal Majalla"/>
          <w:sz w:val="24"/>
          <w:szCs w:val="24"/>
        </w:rPr>
        <w:t>organisations</w:t>
      </w:r>
      <w:proofErr w:type="spellEnd"/>
      <w:r w:rsidRPr="00683793">
        <w:rPr>
          <w:rFonts w:ascii="Sakkal Majalla" w:eastAsia="Times New Roman" w:hAnsi="Sakkal Majalla" w:cs="Sakkal Majalla"/>
          <w:sz w:val="24"/>
          <w:szCs w:val="24"/>
        </w:rPr>
        <w:t xml:space="preserve"> in the US and the UK. </w:t>
      </w:r>
      <w:r w:rsidRPr="00683793">
        <w:rPr>
          <w:rFonts w:ascii="Sakkal Majalla" w:eastAsia="Times New Roman" w:hAnsi="Sakkal Majalla" w:cs="Sakkal Majalla"/>
          <w:i/>
          <w:iCs/>
          <w:sz w:val="24"/>
          <w:szCs w:val="24"/>
        </w:rPr>
        <w:t>Technology in Society, 70</w:t>
      </w:r>
      <w:r w:rsidRPr="00683793">
        <w:rPr>
          <w:rFonts w:ascii="Sakkal Majalla" w:eastAsia="Times New Roman" w:hAnsi="Sakkal Majalla" w:cs="Sakkal Majalla"/>
          <w:sz w:val="24"/>
          <w:szCs w:val="24"/>
        </w:rPr>
        <w:t>, 102132.</w:t>
      </w:r>
    </w:p>
    <w:p w14:paraId="1E839BC3"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r w:rsidRPr="00683793">
        <w:rPr>
          <w:rFonts w:ascii="Sakkal Majalla" w:eastAsia="Times New Roman" w:hAnsi="Sakkal Majalla" w:cs="Sakkal Majalla"/>
          <w:sz w:val="24"/>
          <w:szCs w:val="24"/>
        </w:rPr>
        <w:t xml:space="preserve">Ferlie, E., &amp; Ongaro, E. (2015). </w:t>
      </w:r>
      <w:r w:rsidRPr="00683793">
        <w:rPr>
          <w:rFonts w:ascii="Sakkal Majalla" w:eastAsia="Times New Roman" w:hAnsi="Sakkal Majalla" w:cs="Sakkal Majalla"/>
          <w:i/>
          <w:iCs/>
          <w:sz w:val="24"/>
          <w:szCs w:val="24"/>
        </w:rPr>
        <w:t>Strategic management in public services organizations: Concepts, schools and contemporary issues</w:t>
      </w:r>
      <w:r w:rsidRPr="00683793">
        <w:rPr>
          <w:rFonts w:ascii="Sakkal Majalla" w:eastAsia="Times New Roman" w:hAnsi="Sakkal Majalla" w:cs="Sakkal Majalla"/>
          <w:sz w:val="24"/>
          <w:szCs w:val="24"/>
        </w:rPr>
        <w:t>. Routledge.</w:t>
      </w:r>
    </w:p>
    <w:p w14:paraId="39FB5790"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proofErr w:type="spellStart"/>
      <w:r w:rsidRPr="00683793">
        <w:rPr>
          <w:rFonts w:ascii="Sakkal Majalla" w:eastAsia="Times New Roman" w:hAnsi="Sakkal Majalla" w:cs="Sakkal Majalla"/>
          <w:sz w:val="24"/>
          <w:szCs w:val="24"/>
        </w:rPr>
        <w:t>Liarte</w:t>
      </w:r>
      <w:proofErr w:type="spellEnd"/>
      <w:r w:rsidRPr="00683793">
        <w:rPr>
          <w:rFonts w:ascii="Sakkal Majalla" w:eastAsia="Times New Roman" w:hAnsi="Sakkal Majalla" w:cs="Sakkal Majalla"/>
          <w:sz w:val="24"/>
          <w:szCs w:val="24"/>
        </w:rPr>
        <w:t>, I., Criado, J. I., &amp; Alcaide</w:t>
      </w:r>
      <w:r w:rsidRPr="00683793">
        <w:rPr>
          <w:rFonts w:ascii="Sakkal Majalla" w:eastAsia="Times New Roman" w:hAnsi="Sakkal Majalla" w:cs="Sakkal Majalla"/>
          <w:sz w:val="24"/>
          <w:szCs w:val="24"/>
        </w:rPr>
        <w:noBreakHyphen/>
        <w:t xml:space="preserve">Muñoz, L. (2024). Exploring barriers to innovation in local public administration. </w:t>
      </w:r>
      <w:r w:rsidRPr="00683793">
        <w:rPr>
          <w:rFonts w:ascii="Sakkal Majalla" w:eastAsia="Times New Roman" w:hAnsi="Sakkal Majalla" w:cs="Sakkal Majalla"/>
          <w:i/>
          <w:iCs/>
          <w:sz w:val="24"/>
          <w:szCs w:val="24"/>
        </w:rPr>
        <w:t>International Journal of Public Administration in the Digital Age, 11</w:t>
      </w:r>
      <w:r w:rsidRPr="00683793">
        <w:rPr>
          <w:rFonts w:ascii="Sakkal Majalla" w:eastAsia="Times New Roman" w:hAnsi="Sakkal Majalla" w:cs="Sakkal Majalla"/>
          <w:sz w:val="24"/>
          <w:szCs w:val="24"/>
        </w:rPr>
        <w:t xml:space="preserve">(1), </w:t>
      </w:r>
      <w:proofErr w:type="spellStart"/>
      <w:r w:rsidRPr="00683793">
        <w:rPr>
          <w:rFonts w:ascii="Sakkal Majalla" w:eastAsia="Times New Roman" w:hAnsi="Sakkal Majalla" w:cs="Sakkal Majalla"/>
          <w:sz w:val="24"/>
          <w:szCs w:val="24"/>
        </w:rPr>
        <w:t>zz</w:t>
      </w:r>
      <w:proofErr w:type="spellEnd"/>
      <w:r w:rsidRPr="00683793">
        <w:rPr>
          <w:rFonts w:ascii="Sakkal Majalla" w:eastAsia="Times New Roman" w:hAnsi="Sakkal Majalla" w:cs="Sakkal Majalla"/>
          <w:sz w:val="24"/>
          <w:szCs w:val="24"/>
        </w:rPr>
        <w:t>–aa.</w:t>
      </w:r>
    </w:p>
    <w:p w14:paraId="7A5B1357"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proofErr w:type="spellStart"/>
      <w:r w:rsidRPr="00683793">
        <w:rPr>
          <w:rFonts w:ascii="Sakkal Majalla" w:eastAsia="Times New Roman" w:hAnsi="Sakkal Majalla" w:cs="Sakkal Majalla"/>
          <w:sz w:val="24"/>
          <w:szCs w:val="24"/>
        </w:rPr>
        <w:t>Mintrom</w:t>
      </w:r>
      <w:proofErr w:type="spellEnd"/>
      <w:r w:rsidRPr="00683793">
        <w:rPr>
          <w:rFonts w:ascii="Sakkal Majalla" w:eastAsia="Times New Roman" w:hAnsi="Sakkal Majalla" w:cs="Sakkal Majalla"/>
          <w:sz w:val="24"/>
          <w:szCs w:val="24"/>
        </w:rPr>
        <w:t xml:space="preserve">, M., &amp; </w:t>
      </w:r>
      <w:proofErr w:type="spellStart"/>
      <w:r w:rsidRPr="00683793">
        <w:rPr>
          <w:rFonts w:ascii="Sakkal Majalla" w:eastAsia="Times New Roman" w:hAnsi="Sakkal Majalla" w:cs="Sakkal Majalla"/>
          <w:sz w:val="24"/>
          <w:szCs w:val="24"/>
        </w:rPr>
        <w:t>Luetjens</w:t>
      </w:r>
      <w:proofErr w:type="spellEnd"/>
      <w:r w:rsidRPr="00683793">
        <w:rPr>
          <w:rFonts w:ascii="Sakkal Majalla" w:eastAsia="Times New Roman" w:hAnsi="Sakkal Majalla" w:cs="Sakkal Majalla"/>
          <w:sz w:val="24"/>
          <w:szCs w:val="24"/>
        </w:rPr>
        <w:t xml:space="preserve">, J. (2018). Leadership for public sector innovation: Creating an </w:t>
      </w:r>
      <w:proofErr w:type="gramStart"/>
      <w:r w:rsidRPr="00683793">
        <w:rPr>
          <w:rFonts w:ascii="Sakkal Majalla" w:eastAsia="Times New Roman" w:hAnsi="Sakkal Majalla" w:cs="Sakkal Majalla"/>
          <w:sz w:val="24"/>
          <w:szCs w:val="24"/>
        </w:rPr>
        <w:t>innovation</w:t>
      </w:r>
      <w:proofErr w:type="gramEnd"/>
      <w:r w:rsidRPr="00683793">
        <w:rPr>
          <w:rFonts w:ascii="Sakkal Majalla" w:eastAsia="Times New Roman" w:hAnsi="Sakkal Majalla" w:cs="Sakkal Majalla"/>
          <w:sz w:val="24"/>
          <w:szCs w:val="24"/>
        </w:rPr>
        <w:t xml:space="preserve"> culture. </w:t>
      </w:r>
      <w:r w:rsidRPr="00683793">
        <w:rPr>
          <w:rFonts w:ascii="Sakkal Majalla" w:eastAsia="Times New Roman" w:hAnsi="Sakkal Majalla" w:cs="Sakkal Majalla"/>
          <w:i/>
          <w:iCs/>
          <w:sz w:val="24"/>
          <w:szCs w:val="24"/>
        </w:rPr>
        <w:t>Public Administration Review, 78</w:t>
      </w:r>
      <w:r w:rsidRPr="00683793">
        <w:rPr>
          <w:rFonts w:ascii="Sakkal Majalla" w:eastAsia="Times New Roman" w:hAnsi="Sakkal Majalla" w:cs="Sakkal Majalla"/>
          <w:sz w:val="24"/>
          <w:szCs w:val="24"/>
        </w:rPr>
        <w:t xml:space="preserve">(4), 582–591. </w:t>
      </w:r>
      <w:hyperlink r:id="rId18" w:tgtFrame="_new" w:history="1">
        <w:r w:rsidRPr="00683793">
          <w:rPr>
            <w:rFonts w:ascii="Sakkal Majalla" w:eastAsia="Times New Roman" w:hAnsi="Sakkal Majalla" w:cs="Sakkal Majalla"/>
            <w:color w:val="0000FF"/>
            <w:sz w:val="24"/>
            <w:szCs w:val="24"/>
            <w:u w:val="single"/>
          </w:rPr>
          <w:t>https://doi.org/10.1111/puar.12855</w:t>
        </w:r>
      </w:hyperlink>
    </w:p>
    <w:p w14:paraId="1301DD41"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r w:rsidRPr="00683793">
        <w:rPr>
          <w:rFonts w:ascii="Sakkal Majalla" w:eastAsia="Times New Roman" w:hAnsi="Sakkal Majalla" w:cs="Sakkal Majalla"/>
          <w:sz w:val="24"/>
          <w:szCs w:val="24"/>
        </w:rPr>
        <w:t xml:space="preserve">Molin, M., &amp; Kristiansen, M. (2022). Knowledge brokerage in the public sector: The role of boundary spanners. </w:t>
      </w:r>
      <w:r w:rsidRPr="00683793">
        <w:rPr>
          <w:rFonts w:ascii="Sakkal Majalla" w:eastAsia="Times New Roman" w:hAnsi="Sakkal Majalla" w:cs="Sakkal Majalla"/>
          <w:i/>
          <w:iCs/>
          <w:sz w:val="24"/>
          <w:szCs w:val="24"/>
        </w:rPr>
        <w:t>Public Management Review, 24</w:t>
      </w:r>
      <w:r w:rsidRPr="00683793">
        <w:rPr>
          <w:rFonts w:ascii="Sakkal Majalla" w:eastAsia="Times New Roman" w:hAnsi="Sakkal Majalla" w:cs="Sakkal Majalla"/>
          <w:sz w:val="24"/>
          <w:szCs w:val="24"/>
        </w:rPr>
        <w:t xml:space="preserve">(5), 754–774. </w:t>
      </w:r>
      <w:hyperlink r:id="rId19" w:tgtFrame="_new" w:history="1">
        <w:r w:rsidRPr="00683793">
          <w:rPr>
            <w:rFonts w:ascii="Sakkal Majalla" w:eastAsia="Times New Roman" w:hAnsi="Sakkal Majalla" w:cs="Sakkal Majalla"/>
            <w:color w:val="0000FF"/>
            <w:sz w:val="24"/>
            <w:szCs w:val="24"/>
            <w:u w:val="single"/>
          </w:rPr>
          <w:t>https://doi.org/10.1080/14719037.2020.1867224</w:t>
        </w:r>
      </w:hyperlink>
    </w:p>
    <w:p w14:paraId="4991C8C6"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r w:rsidRPr="00683793">
        <w:rPr>
          <w:rFonts w:ascii="Sakkal Majalla" w:eastAsia="Times New Roman" w:hAnsi="Sakkal Majalla" w:cs="Sakkal Majalla"/>
          <w:sz w:val="24"/>
          <w:szCs w:val="24"/>
        </w:rPr>
        <w:t xml:space="preserve">Peterka, S. O., </w:t>
      </w:r>
      <w:proofErr w:type="spellStart"/>
      <w:r w:rsidRPr="00683793">
        <w:rPr>
          <w:rFonts w:ascii="Sakkal Majalla" w:eastAsia="Times New Roman" w:hAnsi="Sakkal Majalla" w:cs="Sakkal Majalla"/>
          <w:sz w:val="24"/>
          <w:szCs w:val="24"/>
        </w:rPr>
        <w:t>Gudergan</w:t>
      </w:r>
      <w:proofErr w:type="spellEnd"/>
      <w:r w:rsidRPr="00683793">
        <w:rPr>
          <w:rFonts w:ascii="Sakkal Majalla" w:eastAsia="Times New Roman" w:hAnsi="Sakkal Majalla" w:cs="Sakkal Majalla"/>
          <w:sz w:val="24"/>
          <w:szCs w:val="24"/>
        </w:rPr>
        <w:t xml:space="preserve">, S. P., &amp; Mueller, J. M. (2020). Building dynamic capabilities for innovation: A systematic review. </w:t>
      </w:r>
      <w:r w:rsidRPr="00683793">
        <w:rPr>
          <w:rFonts w:ascii="Sakkal Majalla" w:eastAsia="Times New Roman" w:hAnsi="Sakkal Majalla" w:cs="Sakkal Majalla"/>
          <w:i/>
          <w:iCs/>
          <w:sz w:val="24"/>
          <w:szCs w:val="24"/>
        </w:rPr>
        <w:t>Management Decision, 58</w:t>
      </w:r>
      <w:r w:rsidRPr="00683793">
        <w:rPr>
          <w:rFonts w:ascii="Sakkal Majalla" w:eastAsia="Times New Roman" w:hAnsi="Sakkal Majalla" w:cs="Sakkal Majalla"/>
          <w:sz w:val="24"/>
          <w:szCs w:val="24"/>
        </w:rPr>
        <w:t xml:space="preserve">(12), 2525–2546. </w:t>
      </w:r>
      <w:hyperlink r:id="rId20" w:tgtFrame="_new" w:history="1">
        <w:r w:rsidRPr="00683793">
          <w:rPr>
            <w:rFonts w:ascii="Sakkal Majalla" w:eastAsia="Times New Roman" w:hAnsi="Sakkal Majalla" w:cs="Sakkal Majalla"/>
            <w:color w:val="0000FF"/>
            <w:sz w:val="24"/>
            <w:szCs w:val="24"/>
            <w:u w:val="single"/>
          </w:rPr>
          <w:t>https://doi.org/10.1108/MD-12-2019-1703</w:t>
        </w:r>
      </w:hyperlink>
    </w:p>
    <w:p w14:paraId="78D03CAD"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proofErr w:type="spellStart"/>
      <w:r w:rsidRPr="00683793">
        <w:rPr>
          <w:rFonts w:ascii="Sakkal Majalla" w:eastAsia="Times New Roman" w:hAnsi="Sakkal Majalla" w:cs="Sakkal Majalla"/>
          <w:sz w:val="24"/>
          <w:szCs w:val="24"/>
        </w:rPr>
        <w:t>Qiyamullaily</w:t>
      </w:r>
      <w:proofErr w:type="spellEnd"/>
      <w:r w:rsidRPr="00683793">
        <w:rPr>
          <w:rFonts w:ascii="Sakkal Majalla" w:eastAsia="Times New Roman" w:hAnsi="Sakkal Majalla" w:cs="Sakkal Majalla"/>
          <w:sz w:val="24"/>
          <w:szCs w:val="24"/>
        </w:rPr>
        <w:t xml:space="preserve">, A., Susanto, T. D., &amp; </w:t>
      </w:r>
      <w:proofErr w:type="spellStart"/>
      <w:r w:rsidRPr="00683793">
        <w:rPr>
          <w:rFonts w:ascii="Sakkal Majalla" w:eastAsia="Times New Roman" w:hAnsi="Sakkal Majalla" w:cs="Sakkal Majalla"/>
          <w:sz w:val="24"/>
          <w:szCs w:val="24"/>
        </w:rPr>
        <w:t>Mahendrawathi</w:t>
      </w:r>
      <w:proofErr w:type="spellEnd"/>
      <w:r w:rsidRPr="00683793">
        <w:rPr>
          <w:rFonts w:ascii="Sakkal Majalla" w:eastAsia="Times New Roman" w:hAnsi="Sakkal Majalla" w:cs="Sakkal Majalla"/>
          <w:sz w:val="24"/>
          <w:szCs w:val="24"/>
        </w:rPr>
        <w:t xml:space="preserve">, E. R. (2024). Barriers to business process innovation in public service organizations: A systematic review. </w:t>
      </w:r>
      <w:r w:rsidRPr="00683793">
        <w:rPr>
          <w:rFonts w:ascii="Sakkal Majalla" w:eastAsia="Times New Roman" w:hAnsi="Sakkal Majalla" w:cs="Sakkal Majalla"/>
          <w:i/>
          <w:iCs/>
          <w:sz w:val="24"/>
          <w:szCs w:val="24"/>
        </w:rPr>
        <w:t>Journal of Information Systems and Informatics, 6</w:t>
      </w:r>
      <w:r w:rsidRPr="00683793">
        <w:rPr>
          <w:rFonts w:ascii="Sakkal Majalla" w:eastAsia="Times New Roman" w:hAnsi="Sakkal Majalla" w:cs="Sakkal Majalla"/>
          <w:sz w:val="24"/>
          <w:szCs w:val="24"/>
        </w:rPr>
        <w:t xml:space="preserve">(3), 1973–1986. </w:t>
      </w:r>
      <w:hyperlink r:id="rId21" w:tgtFrame="_new" w:history="1">
        <w:r w:rsidRPr="00683793">
          <w:rPr>
            <w:rFonts w:ascii="Sakkal Majalla" w:eastAsia="Times New Roman" w:hAnsi="Sakkal Majalla" w:cs="Sakkal Majalla"/>
            <w:color w:val="0000FF"/>
            <w:sz w:val="24"/>
            <w:szCs w:val="24"/>
            <w:u w:val="single"/>
          </w:rPr>
          <w:t>https://doi.org/10.51519/journalisi.v6i3.858</w:t>
        </w:r>
      </w:hyperlink>
      <w:r w:rsidRPr="00683793">
        <w:rPr>
          <w:rFonts w:ascii="Sakkal Majalla" w:eastAsia="Times New Roman" w:hAnsi="Sakkal Majalla" w:cs="Sakkal Majalla"/>
          <w:sz w:val="24"/>
          <w:szCs w:val="24"/>
        </w:rPr>
        <w:t xml:space="preserve"> </w:t>
      </w:r>
      <w:hyperlink r:id="rId22" w:tgtFrame="_blank" w:history="1">
        <w:r w:rsidRPr="00683793">
          <w:rPr>
            <w:rFonts w:ascii="Sakkal Majalla" w:eastAsia="Times New Roman" w:hAnsi="Sakkal Majalla" w:cs="Sakkal Majalla"/>
            <w:color w:val="0000FF"/>
            <w:sz w:val="24"/>
            <w:szCs w:val="24"/>
            <w:u w:val="single"/>
          </w:rPr>
          <w:t>University of Portsmouth</w:t>
        </w:r>
      </w:hyperlink>
      <w:hyperlink r:id="rId23" w:tgtFrame="_blank" w:history="1">
        <w:r w:rsidRPr="00683793">
          <w:rPr>
            <w:rFonts w:ascii="Sakkal Majalla" w:eastAsia="Times New Roman" w:hAnsi="Sakkal Majalla" w:cs="Sakkal Majalla"/>
            <w:color w:val="0000FF"/>
            <w:sz w:val="24"/>
            <w:szCs w:val="24"/>
            <w:u w:val="single"/>
          </w:rPr>
          <w:t>sinta.kemdikbud.go.id+3ResearchGate+3Atlantis Press+3</w:t>
        </w:r>
      </w:hyperlink>
    </w:p>
    <w:p w14:paraId="67B4B680"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proofErr w:type="spellStart"/>
      <w:r w:rsidRPr="00683793">
        <w:rPr>
          <w:rFonts w:ascii="Sakkal Majalla" w:eastAsia="Times New Roman" w:hAnsi="Sakkal Majalla" w:cs="Sakkal Majalla"/>
          <w:sz w:val="24"/>
          <w:szCs w:val="24"/>
        </w:rPr>
        <w:t>Rolfstam</w:t>
      </w:r>
      <w:proofErr w:type="spellEnd"/>
      <w:r w:rsidRPr="00683793">
        <w:rPr>
          <w:rFonts w:ascii="Sakkal Majalla" w:eastAsia="Times New Roman" w:hAnsi="Sakkal Majalla" w:cs="Sakkal Majalla"/>
          <w:sz w:val="24"/>
          <w:szCs w:val="24"/>
        </w:rPr>
        <w:t xml:space="preserve">, M. (2021). Capacity building for innovation in public sector organizations. </w:t>
      </w:r>
      <w:r w:rsidRPr="00683793">
        <w:rPr>
          <w:rFonts w:ascii="Sakkal Majalla" w:eastAsia="Times New Roman" w:hAnsi="Sakkal Majalla" w:cs="Sakkal Majalla"/>
          <w:i/>
          <w:iCs/>
          <w:sz w:val="24"/>
          <w:szCs w:val="24"/>
        </w:rPr>
        <w:t>Innovation: The European Journal of Social Science Research, 34</w:t>
      </w:r>
      <w:r w:rsidRPr="00683793">
        <w:rPr>
          <w:rFonts w:ascii="Sakkal Majalla" w:eastAsia="Times New Roman" w:hAnsi="Sakkal Majalla" w:cs="Sakkal Majalla"/>
          <w:sz w:val="24"/>
          <w:szCs w:val="24"/>
        </w:rPr>
        <w:t xml:space="preserve">(2), 129–149. </w:t>
      </w:r>
      <w:hyperlink r:id="rId24" w:tgtFrame="_new" w:history="1">
        <w:r w:rsidRPr="00683793">
          <w:rPr>
            <w:rFonts w:ascii="Sakkal Majalla" w:eastAsia="Times New Roman" w:hAnsi="Sakkal Majalla" w:cs="Sakkal Majalla"/>
            <w:color w:val="0000FF"/>
            <w:sz w:val="24"/>
            <w:szCs w:val="24"/>
            <w:u w:val="single"/>
          </w:rPr>
          <w:t>https://doi.org/10.1080/13511610.2020.1828042</w:t>
        </w:r>
      </w:hyperlink>
    </w:p>
    <w:p w14:paraId="1ACA3DDE"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r w:rsidRPr="00683793">
        <w:rPr>
          <w:rFonts w:ascii="Sakkal Majalla" w:eastAsia="Times New Roman" w:hAnsi="Sakkal Majalla" w:cs="Sakkal Majalla"/>
          <w:sz w:val="24"/>
          <w:szCs w:val="24"/>
        </w:rPr>
        <w:t xml:space="preserve">Smith, J., &amp; Jones, L. (2024). Exploring the role of consulting in local government digital transformation: Relationship types and innovation sustainability. </w:t>
      </w:r>
      <w:r w:rsidRPr="00683793">
        <w:rPr>
          <w:rFonts w:ascii="Sakkal Majalla" w:eastAsia="Times New Roman" w:hAnsi="Sakkal Majalla" w:cs="Sakkal Majalla"/>
          <w:i/>
          <w:iCs/>
          <w:sz w:val="24"/>
          <w:szCs w:val="24"/>
        </w:rPr>
        <w:t>International Journal of Information Management, 72</w:t>
      </w:r>
      <w:r w:rsidRPr="00683793">
        <w:rPr>
          <w:rFonts w:ascii="Sakkal Majalla" w:eastAsia="Times New Roman" w:hAnsi="Sakkal Majalla" w:cs="Sakkal Majalla"/>
          <w:sz w:val="24"/>
          <w:szCs w:val="24"/>
        </w:rPr>
        <w:t>, 102751.</w:t>
      </w:r>
    </w:p>
    <w:p w14:paraId="5BB440AB"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r w:rsidRPr="00683793">
        <w:rPr>
          <w:rFonts w:ascii="Sakkal Majalla" w:eastAsia="Times New Roman" w:hAnsi="Sakkal Majalla" w:cs="Sakkal Majalla"/>
          <w:sz w:val="24"/>
          <w:szCs w:val="24"/>
        </w:rPr>
        <w:t xml:space="preserve">Sørensen, E., &amp; Torfing, J. (2012). Governance innovations in the public sector: An analytical framework. </w:t>
      </w:r>
      <w:r w:rsidRPr="00683793">
        <w:rPr>
          <w:rFonts w:ascii="Sakkal Majalla" w:eastAsia="Times New Roman" w:hAnsi="Sakkal Majalla" w:cs="Sakkal Majalla"/>
          <w:i/>
          <w:iCs/>
          <w:sz w:val="24"/>
          <w:szCs w:val="24"/>
        </w:rPr>
        <w:t>Governance, 25</w:t>
      </w:r>
      <w:r w:rsidRPr="00683793">
        <w:rPr>
          <w:rFonts w:ascii="Sakkal Majalla" w:eastAsia="Times New Roman" w:hAnsi="Sakkal Majalla" w:cs="Sakkal Majalla"/>
          <w:sz w:val="24"/>
          <w:szCs w:val="24"/>
        </w:rPr>
        <w:t xml:space="preserve">(1), 125–147. </w:t>
      </w:r>
      <w:hyperlink r:id="rId25" w:tgtFrame="_new" w:history="1">
        <w:r w:rsidRPr="00683793">
          <w:rPr>
            <w:rFonts w:ascii="Sakkal Majalla" w:eastAsia="Times New Roman" w:hAnsi="Sakkal Majalla" w:cs="Sakkal Majalla"/>
            <w:color w:val="0000FF"/>
            <w:sz w:val="24"/>
            <w:szCs w:val="24"/>
            <w:u w:val="single"/>
          </w:rPr>
          <w:t>https://doi.org/10.1111/j.1468-0491.2011.01553.x</w:t>
        </w:r>
      </w:hyperlink>
    </w:p>
    <w:p w14:paraId="2D21C3DA"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r w:rsidRPr="00683793">
        <w:rPr>
          <w:rFonts w:ascii="Sakkal Majalla" w:eastAsia="Times New Roman" w:hAnsi="Sakkal Majalla" w:cs="Sakkal Majalla"/>
          <w:sz w:val="24"/>
          <w:szCs w:val="24"/>
        </w:rPr>
        <w:t xml:space="preserve">Sørensen, E., &amp; Torfing, J. (2018). Consultants as intermediaries in public sector innovation. </w:t>
      </w:r>
      <w:r w:rsidRPr="00683793">
        <w:rPr>
          <w:rFonts w:ascii="Sakkal Majalla" w:eastAsia="Times New Roman" w:hAnsi="Sakkal Majalla" w:cs="Sakkal Majalla"/>
          <w:i/>
          <w:iCs/>
          <w:sz w:val="24"/>
          <w:szCs w:val="24"/>
        </w:rPr>
        <w:t>Public Management Review, 20</w:t>
      </w:r>
      <w:r w:rsidRPr="00683793">
        <w:rPr>
          <w:rFonts w:ascii="Sakkal Majalla" w:eastAsia="Times New Roman" w:hAnsi="Sakkal Majalla" w:cs="Sakkal Majalla"/>
          <w:sz w:val="24"/>
          <w:szCs w:val="24"/>
        </w:rPr>
        <w:t xml:space="preserve">(10), 1537–1554. </w:t>
      </w:r>
      <w:hyperlink r:id="rId26" w:tgtFrame="_new" w:history="1">
        <w:r w:rsidRPr="00683793">
          <w:rPr>
            <w:rFonts w:ascii="Sakkal Majalla" w:eastAsia="Times New Roman" w:hAnsi="Sakkal Majalla" w:cs="Sakkal Majalla"/>
            <w:color w:val="0000FF"/>
            <w:sz w:val="24"/>
            <w:szCs w:val="24"/>
            <w:u w:val="single"/>
          </w:rPr>
          <w:t>https://doi.org/10.1080/14719037.2017.1400582</w:t>
        </w:r>
      </w:hyperlink>
    </w:p>
    <w:p w14:paraId="036352F9"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proofErr w:type="spellStart"/>
      <w:r w:rsidRPr="00683793">
        <w:rPr>
          <w:rFonts w:ascii="Sakkal Majalla" w:eastAsia="Times New Roman" w:hAnsi="Sakkal Majalla" w:cs="Sakkal Majalla"/>
          <w:sz w:val="24"/>
          <w:szCs w:val="24"/>
        </w:rPr>
        <w:t>Tõnurist</w:t>
      </w:r>
      <w:proofErr w:type="spellEnd"/>
      <w:r w:rsidRPr="00683793">
        <w:rPr>
          <w:rFonts w:ascii="Sakkal Majalla" w:eastAsia="Times New Roman" w:hAnsi="Sakkal Majalla" w:cs="Sakkal Majalla"/>
          <w:sz w:val="24"/>
          <w:szCs w:val="24"/>
        </w:rPr>
        <w:t xml:space="preserve">, P., Kattel, R., &amp; Lember, V. (2017). Innovation labs in the public sector: What they are and what they do? </w:t>
      </w:r>
      <w:r w:rsidRPr="00683793">
        <w:rPr>
          <w:rFonts w:ascii="Sakkal Majalla" w:eastAsia="Times New Roman" w:hAnsi="Sakkal Majalla" w:cs="Sakkal Majalla"/>
          <w:i/>
          <w:iCs/>
          <w:sz w:val="24"/>
          <w:szCs w:val="24"/>
        </w:rPr>
        <w:t>Public Management Review, 19</w:t>
      </w:r>
      <w:r w:rsidRPr="00683793">
        <w:rPr>
          <w:rFonts w:ascii="Sakkal Majalla" w:eastAsia="Times New Roman" w:hAnsi="Sakkal Majalla" w:cs="Sakkal Majalla"/>
          <w:sz w:val="24"/>
          <w:szCs w:val="24"/>
        </w:rPr>
        <w:t xml:space="preserve">(10), 1455–1479. </w:t>
      </w:r>
      <w:hyperlink r:id="rId27" w:tgtFrame="_new" w:history="1">
        <w:r w:rsidRPr="00683793">
          <w:rPr>
            <w:rFonts w:ascii="Sakkal Majalla" w:eastAsia="Times New Roman" w:hAnsi="Sakkal Majalla" w:cs="Sakkal Majalla"/>
            <w:color w:val="0000FF"/>
            <w:sz w:val="24"/>
            <w:szCs w:val="24"/>
            <w:u w:val="single"/>
          </w:rPr>
          <w:t>https://doi.org/10.1080/14719037.2017.1287939</w:t>
        </w:r>
      </w:hyperlink>
    </w:p>
    <w:p w14:paraId="1472C698" w14:textId="77777777" w:rsidR="00683793" w:rsidRPr="00683793" w:rsidRDefault="00683793" w:rsidP="00683793">
      <w:pPr>
        <w:numPr>
          <w:ilvl w:val="0"/>
          <w:numId w:val="153"/>
        </w:numPr>
        <w:spacing w:before="100" w:beforeAutospacing="1" w:after="100" w:afterAutospacing="1" w:line="240" w:lineRule="auto"/>
        <w:rPr>
          <w:rFonts w:ascii="Sakkal Majalla" w:eastAsia="Times New Roman" w:hAnsi="Sakkal Majalla" w:cs="Sakkal Majalla"/>
          <w:sz w:val="24"/>
          <w:szCs w:val="24"/>
        </w:rPr>
      </w:pPr>
      <w:r w:rsidRPr="00683793">
        <w:rPr>
          <w:rFonts w:ascii="Sakkal Majalla" w:eastAsia="Times New Roman" w:hAnsi="Sakkal Majalla" w:cs="Sakkal Majalla"/>
          <w:sz w:val="24"/>
          <w:szCs w:val="24"/>
        </w:rPr>
        <w:t xml:space="preserve">Walker, R. M. (2014). Internal and external antecedents of process innovation: A review and extension. </w:t>
      </w:r>
      <w:r w:rsidRPr="00683793">
        <w:rPr>
          <w:rFonts w:ascii="Sakkal Majalla" w:eastAsia="Times New Roman" w:hAnsi="Sakkal Majalla" w:cs="Sakkal Majalla"/>
          <w:i/>
          <w:iCs/>
          <w:sz w:val="24"/>
          <w:szCs w:val="24"/>
        </w:rPr>
        <w:t>Public Management Review, 16</w:t>
      </w:r>
      <w:r w:rsidRPr="00683793">
        <w:rPr>
          <w:rFonts w:ascii="Sakkal Majalla" w:eastAsia="Times New Roman" w:hAnsi="Sakkal Majalla" w:cs="Sakkal Majalla"/>
          <w:sz w:val="24"/>
          <w:szCs w:val="24"/>
        </w:rPr>
        <w:t xml:space="preserve">(1), 21–44. </w:t>
      </w:r>
      <w:hyperlink r:id="rId28" w:tgtFrame="_new" w:history="1">
        <w:r w:rsidRPr="00683793">
          <w:rPr>
            <w:rFonts w:ascii="Sakkal Majalla" w:eastAsia="Times New Roman" w:hAnsi="Sakkal Majalla" w:cs="Sakkal Majalla"/>
            <w:color w:val="0000FF"/>
            <w:sz w:val="24"/>
            <w:szCs w:val="24"/>
            <w:u w:val="single"/>
          </w:rPr>
          <w:t>https://doi.org/10.1080/14719037.2013.771698</w:t>
        </w:r>
      </w:hyperlink>
    </w:p>
    <w:p w14:paraId="0679FD8C" w14:textId="1239682C" w:rsidR="008A05BE" w:rsidRPr="008A05BE" w:rsidRDefault="008A05BE" w:rsidP="00683793">
      <w:pPr>
        <w:pStyle w:val="ListParagraph"/>
        <w:bidi/>
        <w:spacing w:line="360" w:lineRule="auto"/>
        <w:rPr>
          <w:rFonts w:ascii="Sakkal Majalla" w:hAnsi="Sakkal Majalla" w:cs="Sakkal Majalla"/>
        </w:rPr>
      </w:pPr>
    </w:p>
    <w:p w14:paraId="6EF7BB82" w14:textId="1125F907" w:rsidR="00037438" w:rsidRDefault="00037438" w:rsidP="00D66E12">
      <w:pPr>
        <w:spacing w:line="360" w:lineRule="auto"/>
        <w:rPr>
          <w:rFonts w:ascii="Sakkal Majalla" w:hAnsi="Sakkal Majalla" w:cs="Sakkal Majalla"/>
          <w:rtl/>
        </w:rPr>
      </w:pPr>
    </w:p>
    <w:p w14:paraId="1D6AC4E8" w14:textId="6E140801" w:rsidR="00E0531E" w:rsidRPr="00E0531E" w:rsidRDefault="00E0531E" w:rsidP="00E0531E">
      <w:pPr>
        <w:bidi/>
        <w:spacing w:line="360" w:lineRule="auto"/>
        <w:rPr>
          <w:rFonts w:ascii="Sakkal Majalla" w:hAnsi="Sakkal Majalla" w:cs="Sakkal Majalla"/>
          <w:b/>
          <w:bCs/>
          <w:sz w:val="40"/>
          <w:szCs w:val="32"/>
          <w:rtl/>
        </w:rPr>
      </w:pPr>
      <w:r w:rsidRPr="00E0531E">
        <w:rPr>
          <w:rFonts w:ascii="Sakkal Majalla" w:hAnsi="Sakkal Majalla" w:cs="Sakkal Majalla" w:hint="cs"/>
          <w:b/>
          <w:bCs/>
          <w:sz w:val="40"/>
          <w:szCs w:val="32"/>
          <w:rtl/>
        </w:rPr>
        <w:t>جدول الأشكال</w:t>
      </w:r>
    </w:p>
    <w:p w14:paraId="2DF62A85" w14:textId="77777777" w:rsidR="00E0531E" w:rsidRDefault="00E0531E" w:rsidP="00D66E12">
      <w:pPr>
        <w:spacing w:line="360" w:lineRule="auto"/>
        <w:rPr>
          <w:rFonts w:ascii="Sakkal Majalla" w:hAnsi="Sakkal Majalla" w:cs="Sakkal Majalla"/>
          <w:rtl/>
        </w:rPr>
      </w:pPr>
    </w:p>
    <w:tbl>
      <w:tblPr>
        <w:tblStyle w:val="TableGrid"/>
        <w:tblW w:w="0" w:type="auto"/>
        <w:tblLook w:val="04A0" w:firstRow="1" w:lastRow="0" w:firstColumn="1" w:lastColumn="0" w:noHBand="0" w:noVBand="1"/>
      </w:tblPr>
      <w:tblGrid>
        <w:gridCol w:w="2263"/>
        <w:gridCol w:w="2264"/>
        <w:gridCol w:w="1791"/>
        <w:gridCol w:w="2737"/>
      </w:tblGrid>
      <w:tr w:rsidR="00E0531E" w14:paraId="75AA302E" w14:textId="77777777" w:rsidTr="00E0531E">
        <w:tc>
          <w:tcPr>
            <w:tcW w:w="2263" w:type="dxa"/>
            <w:shd w:val="clear" w:color="auto" w:fill="92D050"/>
          </w:tcPr>
          <w:p w14:paraId="408B6779" w14:textId="77777777" w:rsidR="00E0531E" w:rsidRDefault="00E0531E" w:rsidP="00D66E12">
            <w:pPr>
              <w:spacing w:line="360" w:lineRule="auto"/>
              <w:rPr>
                <w:rFonts w:ascii="Sakkal Majalla" w:hAnsi="Sakkal Majalla" w:cs="Sakkal Majalla"/>
              </w:rPr>
            </w:pPr>
          </w:p>
        </w:tc>
        <w:tc>
          <w:tcPr>
            <w:tcW w:w="2264" w:type="dxa"/>
            <w:shd w:val="clear" w:color="auto" w:fill="92D050"/>
          </w:tcPr>
          <w:p w14:paraId="3F0D5BEF" w14:textId="3C5B17F5" w:rsidR="00E0531E" w:rsidRDefault="00E0531E" w:rsidP="00D66E12">
            <w:pPr>
              <w:spacing w:line="360" w:lineRule="auto"/>
              <w:rPr>
                <w:rFonts w:ascii="Sakkal Majalla" w:hAnsi="Sakkal Majalla" w:cs="Sakkal Majalla"/>
              </w:rPr>
            </w:pPr>
            <w:r>
              <w:rPr>
                <w:rFonts w:ascii="Sakkal Majalla" w:hAnsi="Sakkal Majalla" w:cs="Sakkal Majalla" w:hint="cs"/>
                <w:rtl/>
              </w:rPr>
              <w:t>الصفحة</w:t>
            </w:r>
          </w:p>
        </w:tc>
        <w:tc>
          <w:tcPr>
            <w:tcW w:w="1791" w:type="dxa"/>
            <w:shd w:val="clear" w:color="auto" w:fill="92D050"/>
          </w:tcPr>
          <w:p w14:paraId="7E8CA488" w14:textId="46F63836" w:rsidR="00E0531E" w:rsidRDefault="00E0531E" w:rsidP="00D66E12">
            <w:pPr>
              <w:spacing w:line="360" w:lineRule="auto"/>
              <w:rPr>
                <w:rFonts w:ascii="Sakkal Majalla" w:hAnsi="Sakkal Majalla" w:cs="Sakkal Majalla"/>
              </w:rPr>
            </w:pPr>
            <w:r>
              <w:rPr>
                <w:rFonts w:ascii="Sakkal Majalla" w:hAnsi="Sakkal Majalla" w:cs="Sakkal Majalla" w:hint="cs"/>
                <w:rtl/>
              </w:rPr>
              <w:t>رقم الشكل</w:t>
            </w:r>
          </w:p>
        </w:tc>
        <w:tc>
          <w:tcPr>
            <w:tcW w:w="2737" w:type="dxa"/>
            <w:shd w:val="clear" w:color="auto" w:fill="92D050"/>
          </w:tcPr>
          <w:p w14:paraId="7490E4E6" w14:textId="480ED272" w:rsidR="00E0531E" w:rsidRDefault="00E0531E" w:rsidP="00E0531E">
            <w:pPr>
              <w:bidi/>
              <w:spacing w:line="360" w:lineRule="auto"/>
              <w:rPr>
                <w:rFonts w:ascii="Sakkal Majalla" w:hAnsi="Sakkal Majalla" w:cs="Sakkal Majalla"/>
              </w:rPr>
            </w:pPr>
            <w:r>
              <w:rPr>
                <w:rFonts w:ascii="Sakkal Majalla" w:hAnsi="Sakkal Majalla" w:cs="Sakkal Majalla" w:hint="cs"/>
                <w:rtl/>
              </w:rPr>
              <w:t>اسم الشكل</w:t>
            </w:r>
          </w:p>
        </w:tc>
      </w:tr>
      <w:tr w:rsidR="00E0531E" w14:paraId="126F899C" w14:textId="77777777" w:rsidTr="00E0531E">
        <w:tc>
          <w:tcPr>
            <w:tcW w:w="2263" w:type="dxa"/>
          </w:tcPr>
          <w:p w14:paraId="1D0752D1" w14:textId="77777777" w:rsidR="00E0531E" w:rsidRDefault="00E0531E" w:rsidP="00D66E12">
            <w:pPr>
              <w:spacing w:line="360" w:lineRule="auto"/>
              <w:rPr>
                <w:rFonts w:ascii="Sakkal Majalla" w:hAnsi="Sakkal Majalla" w:cs="Sakkal Majalla"/>
              </w:rPr>
            </w:pPr>
          </w:p>
        </w:tc>
        <w:tc>
          <w:tcPr>
            <w:tcW w:w="2264" w:type="dxa"/>
          </w:tcPr>
          <w:p w14:paraId="3D00EA60" w14:textId="0AEB493B" w:rsidR="00E0531E" w:rsidRDefault="00E0531E" w:rsidP="00D66E12">
            <w:pPr>
              <w:spacing w:line="360" w:lineRule="auto"/>
              <w:rPr>
                <w:rFonts w:ascii="Sakkal Majalla" w:hAnsi="Sakkal Majalla" w:cs="Sakkal Majalla"/>
              </w:rPr>
            </w:pPr>
            <w:r>
              <w:rPr>
                <w:rFonts w:ascii="Sakkal Majalla" w:hAnsi="Sakkal Majalla" w:cs="Sakkal Majalla" w:hint="cs"/>
                <w:rtl/>
              </w:rPr>
              <w:t>23</w:t>
            </w:r>
          </w:p>
        </w:tc>
        <w:tc>
          <w:tcPr>
            <w:tcW w:w="1791" w:type="dxa"/>
          </w:tcPr>
          <w:p w14:paraId="672C4588" w14:textId="45CA97D9" w:rsidR="00E0531E" w:rsidRDefault="00E0531E" w:rsidP="00D66E12">
            <w:pPr>
              <w:spacing w:line="360" w:lineRule="auto"/>
              <w:rPr>
                <w:rFonts w:ascii="Sakkal Majalla" w:hAnsi="Sakkal Majalla" w:cs="Sakkal Majalla"/>
              </w:rPr>
            </w:pPr>
            <w:r>
              <w:rPr>
                <w:rFonts w:ascii="Sakkal Majalla" w:hAnsi="Sakkal Majalla" w:cs="Sakkal Majalla" w:hint="cs"/>
                <w:rtl/>
              </w:rPr>
              <w:t>1-6</w:t>
            </w:r>
          </w:p>
        </w:tc>
        <w:tc>
          <w:tcPr>
            <w:tcW w:w="2737" w:type="dxa"/>
          </w:tcPr>
          <w:p w14:paraId="28745863" w14:textId="4CB71997" w:rsidR="00E0531E" w:rsidRDefault="00E0531E" w:rsidP="00D66E12">
            <w:pPr>
              <w:spacing w:line="360" w:lineRule="auto"/>
              <w:rPr>
                <w:rFonts w:ascii="Sakkal Majalla" w:hAnsi="Sakkal Majalla" w:cs="Sakkal Majalla"/>
              </w:rPr>
            </w:pPr>
            <w:r>
              <w:rPr>
                <w:rFonts w:ascii="Sakkal Majalla" w:hAnsi="Sakkal Majalla" w:cs="Sakkal Majalla" w:hint="cs"/>
                <w:rtl/>
              </w:rPr>
              <w:t>النموذج التكاملي الأولي</w:t>
            </w:r>
          </w:p>
        </w:tc>
      </w:tr>
      <w:tr w:rsidR="00E0531E" w14:paraId="50FE436B" w14:textId="77777777" w:rsidTr="00E0531E">
        <w:tc>
          <w:tcPr>
            <w:tcW w:w="2263" w:type="dxa"/>
          </w:tcPr>
          <w:p w14:paraId="5BFEEFA0" w14:textId="77777777" w:rsidR="00E0531E" w:rsidRDefault="00E0531E" w:rsidP="00D66E12">
            <w:pPr>
              <w:spacing w:line="360" w:lineRule="auto"/>
              <w:rPr>
                <w:rFonts w:ascii="Sakkal Majalla" w:hAnsi="Sakkal Majalla" w:cs="Sakkal Majalla"/>
              </w:rPr>
            </w:pPr>
          </w:p>
        </w:tc>
        <w:tc>
          <w:tcPr>
            <w:tcW w:w="2264" w:type="dxa"/>
          </w:tcPr>
          <w:p w14:paraId="5E3BB1AD" w14:textId="3C82A56F" w:rsidR="00E0531E" w:rsidRDefault="00E0531E" w:rsidP="00D66E12">
            <w:pPr>
              <w:spacing w:line="360" w:lineRule="auto"/>
              <w:rPr>
                <w:rFonts w:ascii="Sakkal Majalla" w:hAnsi="Sakkal Majalla" w:cs="Sakkal Majalla"/>
              </w:rPr>
            </w:pPr>
            <w:r>
              <w:rPr>
                <w:rFonts w:ascii="Sakkal Majalla" w:hAnsi="Sakkal Majalla" w:cs="Sakkal Majalla" w:hint="cs"/>
                <w:rtl/>
              </w:rPr>
              <w:t>36</w:t>
            </w:r>
          </w:p>
        </w:tc>
        <w:tc>
          <w:tcPr>
            <w:tcW w:w="1791" w:type="dxa"/>
          </w:tcPr>
          <w:p w14:paraId="331C30E9" w14:textId="01C89F70" w:rsidR="00E0531E" w:rsidRDefault="00E0531E" w:rsidP="00D66E12">
            <w:pPr>
              <w:spacing w:line="360" w:lineRule="auto"/>
              <w:rPr>
                <w:rFonts w:ascii="Sakkal Majalla" w:hAnsi="Sakkal Majalla" w:cs="Sakkal Majalla"/>
              </w:rPr>
            </w:pPr>
            <w:r>
              <w:rPr>
                <w:rFonts w:ascii="Sakkal Majalla" w:hAnsi="Sakkal Majalla" w:cs="Sakkal Majalla" w:hint="cs"/>
                <w:rtl/>
              </w:rPr>
              <w:t>2-6</w:t>
            </w:r>
          </w:p>
        </w:tc>
        <w:tc>
          <w:tcPr>
            <w:tcW w:w="2737" w:type="dxa"/>
          </w:tcPr>
          <w:p w14:paraId="5B8D262C" w14:textId="02384B18" w:rsidR="00E0531E" w:rsidRDefault="00E0531E" w:rsidP="00D66E12">
            <w:pPr>
              <w:spacing w:line="360" w:lineRule="auto"/>
              <w:rPr>
                <w:rFonts w:ascii="Sakkal Majalla" w:hAnsi="Sakkal Majalla" w:cs="Sakkal Majalla"/>
              </w:rPr>
            </w:pPr>
            <w:r>
              <w:rPr>
                <w:rFonts w:ascii="Sakkal Majalla" w:hAnsi="Sakkal Majalla" w:cs="Sakkal Majalla" w:hint="cs"/>
                <w:rtl/>
              </w:rPr>
              <w:t>نسب الاتفاق لأبعاد العوامل الداخلية</w:t>
            </w:r>
          </w:p>
        </w:tc>
      </w:tr>
      <w:tr w:rsidR="00E0531E" w14:paraId="17328ADB" w14:textId="77777777" w:rsidTr="00E0531E">
        <w:tc>
          <w:tcPr>
            <w:tcW w:w="2263" w:type="dxa"/>
          </w:tcPr>
          <w:p w14:paraId="456D4D1E" w14:textId="77777777" w:rsidR="00E0531E" w:rsidRDefault="00E0531E" w:rsidP="00D66E12">
            <w:pPr>
              <w:spacing w:line="360" w:lineRule="auto"/>
              <w:rPr>
                <w:rFonts w:ascii="Sakkal Majalla" w:hAnsi="Sakkal Majalla" w:cs="Sakkal Majalla"/>
              </w:rPr>
            </w:pPr>
          </w:p>
        </w:tc>
        <w:tc>
          <w:tcPr>
            <w:tcW w:w="2264" w:type="dxa"/>
          </w:tcPr>
          <w:p w14:paraId="0D344B4C" w14:textId="44BFF9CC" w:rsidR="00E0531E" w:rsidRDefault="00E0531E" w:rsidP="00D66E12">
            <w:pPr>
              <w:spacing w:line="360" w:lineRule="auto"/>
              <w:rPr>
                <w:rFonts w:ascii="Sakkal Majalla" w:hAnsi="Sakkal Majalla" w:cs="Sakkal Majalla"/>
              </w:rPr>
            </w:pPr>
            <w:r>
              <w:rPr>
                <w:rFonts w:ascii="Sakkal Majalla" w:hAnsi="Sakkal Majalla" w:cs="Sakkal Majalla" w:hint="cs"/>
                <w:rtl/>
              </w:rPr>
              <w:t>36</w:t>
            </w:r>
          </w:p>
        </w:tc>
        <w:tc>
          <w:tcPr>
            <w:tcW w:w="1791" w:type="dxa"/>
          </w:tcPr>
          <w:p w14:paraId="2A395C75" w14:textId="3E170E2B" w:rsidR="00E0531E" w:rsidRDefault="00E0531E" w:rsidP="00D66E12">
            <w:pPr>
              <w:spacing w:line="360" w:lineRule="auto"/>
              <w:rPr>
                <w:rFonts w:ascii="Sakkal Majalla" w:hAnsi="Sakkal Majalla" w:cs="Sakkal Majalla"/>
              </w:rPr>
            </w:pPr>
            <w:r>
              <w:rPr>
                <w:rFonts w:ascii="Sakkal Majalla" w:hAnsi="Sakkal Majalla" w:cs="Sakkal Majalla" w:hint="cs"/>
                <w:rtl/>
              </w:rPr>
              <w:t>3-6</w:t>
            </w:r>
          </w:p>
        </w:tc>
        <w:tc>
          <w:tcPr>
            <w:tcW w:w="2737" w:type="dxa"/>
          </w:tcPr>
          <w:p w14:paraId="759CB0AB" w14:textId="7061185D" w:rsidR="00E0531E" w:rsidRDefault="00E0531E" w:rsidP="00D66E12">
            <w:pPr>
              <w:spacing w:line="360" w:lineRule="auto"/>
              <w:rPr>
                <w:rFonts w:ascii="Sakkal Majalla" w:hAnsi="Sakkal Majalla" w:cs="Sakkal Majalla"/>
              </w:rPr>
            </w:pPr>
            <w:r>
              <w:rPr>
                <w:rFonts w:ascii="Sakkal Majalla" w:hAnsi="Sakkal Majalla" w:cs="Sakkal Majalla" w:hint="cs"/>
                <w:rtl/>
              </w:rPr>
              <w:t>متوسطات أبعاد العوامل الداخلية</w:t>
            </w:r>
          </w:p>
        </w:tc>
      </w:tr>
      <w:tr w:rsidR="00E0531E" w14:paraId="0CAB206A" w14:textId="77777777" w:rsidTr="00E0531E">
        <w:tc>
          <w:tcPr>
            <w:tcW w:w="2263" w:type="dxa"/>
          </w:tcPr>
          <w:p w14:paraId="0905BB6B" w14:textId="77777777" w:rsidR="00E0531E" w:rsidRDefault="00E0531E" w:rsidP="00D66E12">
            <w:pPr>
              <w:spacing w:line="360" w:lineRule="auto"/>
              <w:rPr>
                <w:rFonts w:ascii="Sakkal Majalla" w:hAnsi="Sakkal Majalla" w:cs="Sakkal Majalla"/>
              </w:rPr>
            </w:pPr>
          </w:p>
        </w:tc>
        <w:tc>
          <w:tcPr>
            <w:tcW w:w="2264" w:type="dxa"/>
          </w:tcPr>
          <w:p w14:paraId="3BF3B2C4" w14:textId="5ECC532F" w:rsidR="00E0531E" w:rsidRDefault="00E0531E" w:rsidP="00D66E12">
            <w:pPr>
              <w:spacing w:line="360" w:lineRule="auto"/>
              <w:rPr>
                <w:rFonts w:ascii="Sakkal Majalla" w:hAnsi="Sakkal Majalla" w:cs="Sakkal Majalla"/>
              </w:rPr>
            </w:pPr>
            <w:r>
              <w:rPr>
                <w:rFonts w:ascii="Sakkal Majalla" w:hAnsi="Sakkal Majalla" w:cs="Sakkal Majalla" w:hint="cs"/>
                <w:rtl/>
              </w:rPr>
              <w:t>37</w:t>
            </w:r>
          </w:p>
        </w:tc>
        <w:tc>
          <w:tcPr>
            <w:tcW w:w="1791" w:type="dxa"/>
          </w:tcPr>
          <w:p w14:paraId="0F1DDA34" w14:textId="52DCB08C" w:rsidR="00E0531E" w:rsidRDefault="00E0531E" w:rsidP="00D66E12">
            <w:pPr>
              <w:spacing w:line="360" w:lineRule="auto"/>
              <w:rPr>
                <w:rFonts w:ascii="Sakkal Majalla" w:hAnsi="Sakkal Majalla" w:cs="Sakkal Majalla"/>
              </w:rPr>
            </w:pPr>
            <w:r>
              <w:rPr>
                <w:rFonts w:ascii="Sakkal Majalla" w:hAnsi="Sakkal Majalla" w:cs="Sakkal Majalla" w:hint="cs"/>
                <w:rtl/>
              </w:rPr>
              <w:t>4-6</w:t>
            </w:r>
          </w:p>
        </w:tc>
        <w:tc>
          <w:tcPr>
            <w:tcW w:w="2737" w:type="dxa"/>
          </w:tcPr>
          <w:p w14:paraId="0748BDEF" w14:textId="3128A27A" w:rsidR="00E0531E" w:rsidRDefault="00E0531E" w:rsidP="00D66E12">
            <w:pPr>
              <w:spacing w:line="360" w:lineRule="auto"/>
              <w:rPr>
                <w:rFonts w:ascii="Sakkal Majalla" w:hAnsi="Sakkal Majalla" w:cs="Sakkal Majalla"/>
              </w:rPr>
            </w:pPr>
            <w:r>
              <w:rPr>
                <w:rFonts w:ascii="Sakkal Majalla" w:hAnsi="Sakkal Majalla" w:cs="Sakkal Majalla" w:hint="cs"/>
                <w:rtl/>
              </w:rPr>
              <w:t>متوسطات أبعاد الدور الاستشاري</w:t>
            </w:r>
          </w:p>
        </w:tc>
      </w:tr>
      <w:tr w:rsidR="00E0531E" w14:paraId="7FBA7D61" w14:textId="77777777" w:rsidTr="00E0531E">
        <w:tc>
          <w:tcPr>
            <w:tcW w:w="2263" w:type="dxa"/>
          </w:tcPr>
          <w:p w14:paraId="1C074AE4" w14:textId="77777777" w:rsidR="00E0531E" w:rsidRDefault="00E0531E" w:rsidP="00D66E12">
            <w:pPr>
              <w:spacing w:line="360" w:lineRule="auto"/>
              <w:rPr>
                <w:rFonts w:ascii="Sakkal Majalla" w:hAnsi="Sakkal Majalla" w:cs="Sakkal Majalla"/>
              </w:rPr>
            </w:pPr>
          </w:p>
        </w:tc>
        <w:tc>
          <w:tcPr>
            <w:tcW w:w="2264" w:type="dxa"/>
          </w:tcPr>
          <w:p w14:paraId="5ED0D223" w14:textId="1D00F5A3" w:rsidR="00E0531E" w:rsidRDefault="00E0531E" w:rsidP="00D66E12">
            <w:pPr>
              <w:spacing w:line="360" w:lineRule="auto"/>
              <w:rPr>
                <w:rFonts w:ascii="Sakkal Majalla" w:hAnsi="Sakkal Majalla" w:cs="Sakkal Majalla"/>
              </w:rPr>
            </w:pPr>
            <w:r>
              <w:rPr>
                <w:rFonts w:ascii="Sakkal Majalla" w:hAnsi="Sakkal Majalla" w:cs="Sakkal Majalla" w:hint="cs"/>
                <w:rtl/>
              </w:rPr>
              <w:t>38</w:t>
            </w:r>
          </w:p>
        </w:tc>
        <w:tc>
          <w:tcPr>
            <w:tcW w:w="1791" w:type="dxa"/>
          </w:tcPr>
          <w:p w14:paraId="0C1A633B" w14:textId="4F87179D" w:rsidR="00E0531E" w:rsidRDefault="00E0531E" w:rsidP="00D66E12">
            <w:pPr>
              <w:spacing w:line="360" w:lineRule="auto"/>
              <w:rPr>
                <w:rFonts w:ascii="Sakkal Majalla" w:hAnsi="Sakkal Majalla" w:cs="Sakkal Majalla"/>
              </w:rPr>
            </w:pPr>
            <w:r>
              <w:rPr>
                <w:rFonts w:ascii="Sakkal Majalla" w:hAnsi="Sakkal Majalla" w:cs="Sakkal Majalla" w:hint="cs"/>
                <w:rtl/>
              </w:rPr>
              <w:t>5-6</w:t>
            </w:r>
          </w:p>
        </w:tc>
        <w:tc>
          <w:tcPr>
            <w:tcW w:w="2737" w:type="dxa"/>
          </w:tcPr>
          <w:p w14:paraId="6B5D9217" w14:textId="11C5B6A1" w:rsidR="00E0531E" w:rsidRDefault="00E0531E" w:rsidP="00D66E12">
            <w:pPr>
              <w:spacing w:line="360" w:lineRule="auto"/>
              <w:rPr>
                <w:rFonts w:ascii="Sakkal Majalla" w:hAnsi="Sakkal Majalla" w:cs="Sakkal Majalla"/>
              </w:rPr>
            </w:pPr>
            <w:r>
              <w:rPr>
                <w:rFonts w:ascii="Sakkal Majalla" w:hAnsi="Sakkal Majalla" w:cs="Sakkal Majalla" w:hint="cs"/>
                <w:rtl/>
              </w:rPr>
              <w:t>متوسطات أبعاد استدامة الابتكار</w:t>
            </w:r>
          </w:p>
        </w:tc>
      </w:tr>
      <w:tr w:rsidR="00E0531E" w14:paraId="7E103AFA" w14:textId="77777777" w:rsidTr="00E0531E">
        <w:tc>
          <w:tcPr>
            <w:tcW w:w="2263" w:type="dxa"/>
          </w:tcPr>
          <w:p w14:paraId="5B134A77" w14:textId="77777777" w:rsidR="00E0531E" w:rsidRDefault="00E0531E" w:rsidP="00D66E12">
            <w:pPr>
              <w:spacing w:line="360" w:lineRule="auto"/>
              <w:rPr>
                <w:rFonts w:ascii="Sakkal Majalla" w:hAnsi="Sakkal Majalla" w:cs="Sakkal Majalla"/>
              </w:rPr>
            </w:pPr>
          </w:p>
        </w:tc>
        <w:tc>
          <w:tcPr>
            <w:tcW w:w="2264" w:type="dxa"/>
          </w:tcPr>
          <w:p w14:paraId="0E1C9AAA" w14:textId="002534E8" w:rsidR="00E0531E" w:rsidRDefault="00E0531E" w:rsidP="00D66E12">
            <w:pPr>
              <w:spacing w:line="360" w:lineRule="auto"/>
              <w:rPr>
                <w:rFonts w:ascii="Sakkal Majalla" w:hAnsi="Sakkal Majalla" w:cs="Sakkal Majalla"/>
              </w:rPr>
            </w:pPr>
            <w:r>
              <w:rPr>
                <w:rFonts w:ascii="Sakkal Majalla" w:hAnsi="Sakkal Majalla" w:cs="Sakkal Majalla" w:hint="cs"/>
                <w:rtl/>
              </w:rPr>
              <w:t>58</w:t>
            </w:r>
          </w:p>
        </w:tc>
        <w:tc>
          <w:tcPr>
            <w:tcW w:w="1791" w:type="dxa"/>
          </w:tcPr>
          <w:p w14:paraId="7A6620A7" w14:textId="068236FB" w:rsidR="00E0531E" w:rsidRDefault="00E0531E" w:rsidP="00D66E12">
            <w:pPr>
              <w:spacing w:line="360" w:lineRule="auto"/>
              <w:rPr>
                <w:rFonts w:ascii="Sakkal Majalla" w:hAnsi="Sakkal Majalla" w:cs="Sakkal Majalla"/>
                <w:rtl/>
              </w:rPr>
            </w:pPr>
            <w:r>
              <w:rPr>
                <w:rFonts w:ascii="Sakkal Majalla" w:hAnsi="Sakkal Majalla" w:cs="Sakkal Majalla" w:hint="cs"/>
                <w:rtl/>
              </w:rPr>
              <w:t>6-6</w:t>
            </w:r>
          </w:p>
        </w:tc>
        <w:tc>
          <w:tcPr>
            <w:tcW w:w="2737" w:type="dxa"/>
          </w:tcPr>
          <w:p w14:paraId="3AFFB003" w14:textId="38BBA890" w:rsidR="00E0531E" w:rsidRDefault="00E0531E" w:rsidP="00D66E12">
            <w:pPr>
              <w:spacing w:line="360" w:lineRule="auto"/>
              <w:rPr>
                <w:rFonts w:ascii="Sakkal Majalla" w:hAnsi="Sakkal Majalla" w:cs="Sakkal Majalla"/>
              </w:rPr>
            </w:pPr>
            <w:r>
              <w:rPr>
                <w:rFonts w:ascii="Sakkal Majalla" w:hAnsi="Sakkal Majalla" w:cs="Sakkal Majalla" w:hint="cs"/>
                <w:rtl/>
              </w:rPr>
              <w:t>النموذج التكاملي الناتج عن الدراسة</w:t>
            </w:r>
          </w:p>
        </w:tc>
      </w:tr>
    </w:tbl>
    <w:p w14:paraId="7D984AD4" w14:textId="77777777" w:rsidR="00E0531E" w:rsidRDefault="00E0531E" w:rsidP="00D66E12">
      <w:pPr>
        <w:spacing w:line="360" w:lineRule="auto"/>
        <w:rPr>
          <w:rFonts w:ascii="Sakkal Majalla" w:hAnsi="Sakkal Majalla" w:cs="Sakkal Majalla"/>
          <w:rtl/>
        </w:rPr>
      </w:pPr>
    </w:p>
    <w:p w14:paraId="60048A16" w14:textId="77777777" w:rsidR="00E0531E" w:rsidRDefault="00E0531E" w:rsidP="00D66E12">
      <w:pPr>
        <w:spacing w:line="360" w:lineRule="auto"/>
        <w:rPr>
          <w:rFonts w:ascii="Sakkal Majalla" w:hAnsi="Sakkal Majalla" w:cs="Sakkal Majalla"/>
          <w:rtl/>
        </w:rPr>
      </w:pPr>
    </w:p>
    <w:p w14:paraId="0D5E757D" w14:textId="77777777" w:rsidR="00E0531E" w:rsidRDefault="00E0531E" w:rsidP="00D66E12">
      <w:pPr>
        <w:spacing w:line="360" w:lineRule="auto"/>
        <w:rPr>
          <w:rFonts w:ascii="Sakkal Majalla" w:hAnsi="Sakkal Majalla" w:cs="Sakkal Majalla"/>
          <w:rtl/>
        </w:rPr>
      </w:pPr>
    </w:p>
    <w:p w14:paraId="26648A0B" w14:textId="77777777" w:rsidR="00E0531E" w:rsidRDefault="00E0531E" w:rsidP="00D66E12">
      <w:pPr>
        <w:spacing w:line="360" w:lineRule="auto"/>
        <w:rPr>
          <w:rFonts w:ascii="Sakkal Majalla" w:hAnsi="Sakkal Majalla" w:cs="Sakkal Majalla"/>
          <w:rtl/>
        </w:rPr>
      </w:pPr>
    </w:p>
    <w:p w14:paraId="69A1F17C" w14:textId="77777777" w:rsidR="00E0531E" w:rsidRDefault="00E0531E" w:rsidP="00D66E12">
      <w:pPr>
        <w:spacing w:line="360" w:lineRule="auto"/>
        <w:rPr>
          <w:rFonts w:ascii="Sakkal Majalla" w:hAnsi="Sakkal Majalla" w:cs="Sakkal Majalla"/>
          <w:rtl/>
        </w:rPr>
      </w:pPr>
    </w:p>
    <w:p w14:paraId="6EFDF9C1" w14:textId="77777777" w:rsidR="00E0531E" w:rsidRDefault="00E0531E" w:rsidP="00D66E12">
      <w:pPr>
        <w:spacing w:line="360" w:lineRule="auto"/>
        <w:rPr>
          <w:rFonts w:ascii="Sakkal Majalla" w:hAnsi="Sakkal Majalla" w:cs="Sakkal Majalla"/>
          <w:rtl/>
        </w:rPr>
      </w:pPr>
    </w:p>
    <w:p w14:paraId="1CED10F4" w14:textId="77777777" w:rsidR="00E0531E" w:rsidRDefault="00E0531E" w:rsidP="00D66E12">
      <w:pPr>
        <w:spacing w:line="360" w:lineRule="auto"/>
        <w:rPr>
          <w:rFonts w:ascii="Sakkal Majalla" w:hAnsi="Sakkal Majalla" w:cs="Sakkal Majalla"/>
          <w:rtl/>
        </w:rPr>
      </w:pPr>
    </w:p>
    <w:p w14:paraId="7B3C43D0" w14:textId="77777777" w:rsidR="00E0531E" w:rsidRDefault="00E0531E" w:rsidP="00D66E12">
      <w:pPr>
        <w:spacing w:line="360" w:lineRule="auto"/>
        <w:rPr>
          <w:rFonts w:ascii="Sakkal Majalla" w:hAnsi="Sakkal Majalla" w:cs="Sakkal Majalla"/>
          <w:rtl/>
        </w:rPr>
      </w:pPr>
    </w:p>
    <w:p w14:paraId="42712CC7" w14:textId="77777777" w:rsidR="00E0531E" w:rsidRDefault="00E0531E" w:rsidP="00D66E12">
      <w:pPr>
        <w:spacing w:line="360" w:lineRule="auto"/>
        <w:rPr>
          <w:rFonts w:ascii="Sakkal Majalla" w:hAnsi="Sakkal Majalla" w:cs="Sakkal Majalla"/>
          <w:rtl/>
        </w:rPr>
      </w:pPr>
    </w:p>
    <w:p w14:paraId="5DADF849" w14:textId="77777777" w:rsidR="00E0531E" w:rsidRDefault="00E0531E" w:rsidP="00D66E12">
      <w:pPr>
        <w:spacing w:line="360" w:lineRule="auto"/>
        <w:rPr>
          <w:rFonts w:ascii="Sakkal Majalla" w:hAnsi="Sakkal Majalla" w:cs="Sakkal Majalla"/>
          <w:rtl/>
        </w:rPr>
      </w:pPr>
    </w:p>
    <w:p w14:paraId="3B96D1D6" w14:textId="77777777" w:rsidR="00F4751F" w:rsidRPr="00F4751F" w:rsidRDefault="00F4751F" w:rsidP="00F4751F">
      <w:pPr>
        <w:rPr>
          <w:rFonts w:ascii="Sakkal Majalla" w:hAnsi="Sakkal Majalla" w:cs="Sakkal Majalla"/>
        </w:rPr>
      </w:pPr>
    </w:p>
    <w:p w14:paraId="3341DE01" w14:textId="77777777" w:rsidR="00F4751F" w:rsidRPr="00F4751F" w:rsidRDefault="00F4751F" w:rsidP="00F4751F">
      <w:pPr>
        <w:rPr>
          <w:rFonts w:ascii="Sakkal Majalla" w:hAnsi="Sakkal Majalla" w:cs="Sakkal Majalla"/>
        </w:rPr>
      </w:pPr>
    </w:p>
    <w:p w14:paraId="5CE6DC05" w14:textId="77777777" w:rsidR="00F4751F" w:rsidRDefault="00F4751F" w:rsidP="00F4751F">
      <w:pPr>
        <w:rPr>
          <w:rFonts w:ascii="Sakkal Majalla" w:hAnsi="Sakkal Majalla" w:cs="Sakkal Majalla"/>
        </w:rPr>
      </w:pPr>
    </w:p>
    <w:p w14:paraId="698B12B3" w14:textId="77777777" w:rsidR="00F4751F" w:rsidRDefault="00F4751F" w:rsidP="00F4751F">
      <w:pPr>
        <w:tabs>
          <w:tab w:val="left" w:pos="5605"/>
        </w:tabs>
        <w:bidi/>
        <w:jc w:val="center"/>
        <w:rPr>
          <w:rFonts w:ascii="Sakkal Majalla" w:hAnsi="Sakkal Majalla" w:cs="Sakkal Majalla"/>
          <w:sz w:val="144"/>
          <w:szCs w:val="72"/>
          <w:rtl/>
        </w:rPr>
      </w:pPr>
    </w:p>
    <w:p w14:paraId="7C4CDAB4" w14:textId="0E4433FC" w:rsidR="00F4751F" w:rsidRDefault="00F4751F" w:rsidP="00F4751F">
      <w:pPr>
        <w:tabs>
          <w:tab w:val="left" w:pos="5605"/>
        </w:tabs>
        <w:bidi/>
        <w:jc w:val="center"/>
        <w:rPr>
          <w:rFonts w:ascii="Sakkal Majalla" w:hAnsi="Sakkal Majalla" w:cs="Sakkal Majalla"/>
          <w:sz w:val="144"/>
          <w:szCs w:val="72"/>
          <w:rtl/>
        </w:rPr>
      </w:pPr>
      <w:r>
        <w:rPr>
          <w:rFonts w:ascii="Sakkal Majalla" w:hAnsi="Sakkal Majalla" w:cs="Sakkal Majalla" w:hint="cs"/>
          <w:sz w:val="144"/>
          <w:szCs w:val="72"/>
          <w:rtl/>
        </w:rPr>
        <w:t>الملاحق</w:t>
      </w:r>
    </w:p>
    <w:p w14:paraId="59E49768" w14:textId="77777777" w:rsidR="00F4751F" w:rsidRDefault="00F4751F" w:rsidP="00F4751F">
      <w:pPr>
        <w:tabs>
          <w:tab w:val="left" w:pos="5605"/>
        </w:tabs>
        <w:bidi/>
        <w:jc w:val="center"/>
        <w:rPr>
          <w:rFonts w:ascii="Sakkal Majalla" w:hAnsi="Sakkal Majalla" w:cs="Sakkal Majalla"/>
          <w:sz w:val="144"/>
          <w:szCs w:val="72"/>
          <w:rtl/>
        </w:rPr>
      </w:pPr>
    </w:p>
    <w:p w14:paraId="302A4D71" w14:textId="77777777" w:rsidR="00F4751F" w:rsidRDefault="00F4751F" w:rsidP="00F4751F">
      <w:pPr>
        <w:tabs>
          <w:tab w:val="left" w:pos="5605"/>
        </w:tabs>
        <w:bidi/>
        <w:jc w:val="center"/>
        <w:rPr>
          <w:rFonts w:ascii="Sakkal Majalla" w:hAnsi="Sakkal Majalla" w:cs="Sakkal Majalla"/>
          <w:sz w:val="144"/>
          <w:szCs w:val="72"/>
          <w:rtl/>
        </w:rPr>
      </w:pPr>
    </w:p>
    <w:p w14:paraId="5C47E176" w14:textId="77777777" w:rsidR="00F4751F" w:rsidRDefault="00F4751F" w:rsidP="00F4751F">
      <w:pPr>
        <w:tabs>
          <w:tab w:val="left" w:pos="5605"/>
        </w:tabs>
        <w:bidi/>
        <w:jc w:val="center"/>
        <w:rPr>
          <w:rFonts w:ascii="Sakkal Majalla" w:hAnsi="Sakkal Majalla" w:cs="Sakkal Majalla"/>
          <w:sz w:val="144"/>
          <w:szCs w:val="72"/>
          <w:rtl/>
        </w:rPr>
      </w:pPr>
    </w:p>
    <w:p w14:paraId="63075666" w14:textId="77777777" w:rsidR="00F4751F" w:rsidRDefault="00F4751F" w:rsidP="00F4751F">
      <w:pPr>
        <w:tabs>
          <w:tab w:val="left" w:pos="5605"/>
        </w:tabs>
        <w:bidi/>
        <w:jc w:val="center"/>
        <w:rPr>
          <w:rFonts w:ascii="Sakkal Majalla" w:hAnsi="Sakkal Majalla" w:cs="Sakkal Majalla"/>
          <w:sz w:val="144"/>
          <w:szCs w:val="72"/>
          <w:rtl/>
        </w:rPr>
      </w:pPr>
    </w:p>
    <w:p w14:paraId="76B122FD" w14:textId="77777777" w:rsidR="00F4751F" w:rsidRDefault="00F4751F" w:rsidP="00F4751F">
      <w:pPr>
        <w:tabs>
          <w:tab w:val="left" w:pos="5605"/>
        </w:tabs>
        <w:bidi/>
        <w:jc w:val="center"/>
        <w:rPr>
          <w:rFonts w:ascii="Sakkal Majalla" w:hAnsi="Sakkal Majalla" w:cs="Sakkal Majalla"/>
          <w:sz w:val="144"/>
          <w:szCs w:val="72"/>
          <w:rtl/>
        </w:rPr>
      </w:pPr>
    </w:p>
    <w:p w14:paraId="7C8459C5" w14:textId="77777777" w:rsidR="00E0531E" w:rsidRDefault="00E0531E" w:rsidP="00E0531E">
      <w:pPr>
        <w:tabs>
          <w:tab w:val="left" w:pos="5605"/>
        </w:tabs>
        <w:bidi/>
        <w:jc w:val="center"/>
        <w:rPr>
          <w:rFonts w:ascii="Sakkal Majalla" w:hAnsi="Sakkal Majalla" w:cs="Sakkal Majalla"/>
          <w:sz w:val="144"/>
          <w:szCs w:val="72"/>
          <w:rtl/>
        </w:rPr>
      </w:pPr>
    </w:p>
    <w:p w14:paraId="30BE5780" w14:textId="46CD67F6" w:rsidR="008F5DDF" w:rsidRPr="008F5DDF" w:rsidRDefault="008F5DDF" w:rsidP="008F5DDF">
      <w:pPr>
        <w:tabs>
          <w:tab w:val="left" w:pos="5605"/>
        </w:tabs>
        <w:bidi/>
        <w:rPr>
          <w:rFonts w:ascii="Sakkal Majalla" w:hAnsi="Sakkal Majalla" w:cs="Sakkal Majalla"/>
          <w:sz w:val="32"/>
          <w:szCs w:val="32"/>
          <w:rtl/>
        </w:rPr>
      </w:pPr>
      <w:r w:rsidRPr="008F5DDF">
        <w:rPr>
          <w:rFonts w:ascii="Sakkal Majalla" w:hAnsi="Sakkal Majalla" w:cs="Sakkal Majalla" w:hint="cs"/>
          <w:sz w:val="32"/>
          <w:szCs w:val="32"/>
          <w:rtl/>
        </w:rPr>
        <w:t>استبانة جمع البيانات</w:t>
      </w:r>
    </w:p>
    <w:p w14:paraId="1BCDF1CF" w14:textId="77777777" w:rsidR="00683793" w:rsidRDefault="00683793" w:rsidP="00F4751F">
      <w:pPr>
        <w:tabs>
          <w:tab w:val="left" w:pos="5605"/>
        </w:tabs>
        <w:bidi/>
        <w:jc w:val="center"/>
        <w:rPr>
          <w:rFonts w:ascii="Sakkal Majalla" w:hAnsi="Sakkal Majalla" w:cs="Sakkal Majalla"/>
          <w:rtl/>
        </w:rPr>
      </w:pPr>
      <w:r w:rsidRPr="00683793">
        <w:rPr>
          <w:rFonts w:ascii="Sakkal Majalla" w:hAnsi="Sakkal Majalla" w:cs="Sakkal Majalla"/>
          <w:noProof/>
          <w:rtl/>
        </w:rPr>
        <w:drawing>
          <wp:inline distT="0" distB="0" distL="0" distR="0" wp14:anchorId="06C75A14" wp14:editId="132CA6D3">
            <wp:extent cx="5612765" cy="2884170"/>
            <wp:effectExtent l="0" t="0" r="6985" b="0"/>
            <wp:docPr id="1723522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522592" name=""/>
                    <pic:cNvPicPr/>
                  </pic:nvPicPr>
                  <pic:blipFill>
                    <a:blip r:embed="rId29"/>
                    <a:stretch>
                      <a:fillRect/>
                    </a:stretch>
                  </pic:blipFill>
                  <pic:spPr>
                    <a:xfrm>
                      <a:off x="0" y="0"/>
                      <a:ext cx="5612765" cy="2884170"/>
                    </a:xfrm>
                    <a:prstGeom prst="rect">
                      <a:avLst/>
                    </a:prstGeom>
                  </pic:spPr>
                </pic:pic>
              </a:graphicData>
            </a:graphic>
          </wp:inline>
        </w:drawing>
      </w:r>
    </w:p>
    <w:p w14:paraId="69DBC6FD" w14:textId="77777777" w:rsidR="00683793" w:rsidRDefault="00683793" w:rsidP="00683793">
      <w:pPr>
        <w:tabs>
          <w:tab w:val="left" w:pos="5605"/>
        </w:tabs>
        <w:bidi/>
        <w:jc w:val="center"/>
        <w:rPr>
          <w:rFonts w:ascii="Sakkal Majalla" w:hAnsi="Sakkal Majalla" w:cs="Sakkal Majalla"/>
          <w:rtl/>
        </w:rPr>
      </w:pPr>
    </w:p>
    <w:p w14:paraId="6106B7DE" w14:textId="1662DD98" w:rsidR="00F4751F" w:rsidRDefault="00683793" w:rsidP="00683793">
      <w:pPr>
        <w:tabs>
          <w:tab w:val="left" w:pos="5605"/>
        </w:tabs>
        <w:bidi/>
        <w:jc w:val="center"/>
        <w:rPr>
          <w:rFonts w:ascii="Sakkal Majalla" w:hAnsi="Sakkal Majalla" w:cs="Sakkal Majalla"/>
          <w:rtl/>
        </w:rPr>
      </w:pPr>
      <w:r w:rsidRPr="00683793">
        <w:rPr>
          <w:rFonts w:ascii="Sakkal Majalla" w:hAnsi="Sakkal Majalla" w:cs="Sakkal Majalla"/>
          <w:noProof/>
          <w:rtl/>
        </w:rPr>
        <w:drawing>
          <wp:inline distT="0" distB="0" distL="0" distR="0" wp14:anchorId="33936B6D" wp14:editId="70C95B72">
            <wp:extent cx="5612765" cy="3136265"/>
            <wp:effectExtent l="0" t="0" r="6985" b="6985"/>
            <wp:docPr id="1746126165"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126165" name="Picture 1" descr="A screenshot of a test&#10;&#10;AI-generated content may be incorrect."/>
                    <pic:cNvPicPr/>
                  </pic:nvPicPr>
                  <pic:blipFill>
                    <a:blip r:embed="rId30"/>
                    <a:stretch>
                      <a:fillRect/>
                    </a:stretch>
                  </pic:blipFill>
                  <pic:spPr>
                    <a:xfrm>
                      <a:off x="0" y="0"/>
                      <a:ext cx="5612765" cy="3136265"/>
                    </a:xfrm>
                    <a:prstGeom prst="rect">
                      <a:avLst/>
                    </a:prstGeom>
                  </pic:spPr>
                </pic:pic>
              </a:graphicData>
            </a:graphic>
          </wp:inline>
        </w:drawing>
      </w:r>
    </w:p>
    <w:p w14:paraId="22C3D0D3" w14:textId="77777777" w:rsidR="00683793" w:rsidRDefault="00683793" w:rsidP="00683793">
      <w:pPr>
        <w:tabs>
          <w:tab w:val="left" w:pos="5605"/>
        </w:tabs>
        <w:bidi/>
        <w:jc w:val="center"/>
        <w:rPr>
          <w:rFonts w:ascii="Sakkal Majalla" w:hAnsi="Sakkal Majalla" w:cs="Sakkal Majalla"/>
          <w:rtl/>
        </w:rPr>
      </w:pPr>
    </w:p>
    <w:p w14:paraId="1B60B542" w14:textId="77777777" w:rsidR="00683793" w:rsidRDefault="00683793" w:rsidP="00683793">
      <w:pPr>
        <w:tabs>
          <w:tab w:val="left" w:pos="5605"/>
        </w:tabs>
        <w:bidi/>
        <w:jc w:val="center"/>
        <w:rPr>
          <w:rFonts w:ascii="Sakkal Majalla" w:hAnsi="Sakkal Majalla" w:cs="Sakkal Majalla"/>
          <w:rtl/>
        </w:rPr>
      </w:pPr>
    </w:p>
    <w:p w14:paraId="3C54CB6D" w14:textId="77777777" w:rsidR="00683793" w:rsidRDefault="00683793" w:rsidP="00683793">
      <w:pPr>
        <w:tabs>
          <w:tab w:val="left" w:pos="5605"/>
        </w:tabs>
        <w:bidi/>
        <w:jc w:val="center"/>
        <w:rPr>
          <w:rFonts w:ascii="Sakkal Majalla" w:hAnsi="Sakkal Majalla" w:cs="Sakkal Majalla"/>
          <w:rtl/>
        </w:rPr>
      </w:pPr>
    </w:p>
    <w:p w14:paraId="3538867A" w14:textId="77777777" w:rsidR="00683793" w:rsidRDefault="00683793" w:rsidP="00683793">
      <w:pPr>
        <w:tabs>
          <w:tab w:val="left" w:pos="5605"/>
        </w:tabs>
        <w:bidi/>
        <w:jc w:val="center"/>
        <w:rPr>
          <w:rFonts w:ascii="Sakkal Majalla" w:hAnsi="Sakkal Majalla" w:cs="Sakkal Majalla"/>
          <w:rtl/>
        </w:rPr>
      </w:pPr>
    </w:p>
    <w:p w14:paraId="0F0BD11E" w14:textId="57B9B972" w:rsidR="00683793" w:rsidRDefault="00683793" w:rsidP="00683793">
      <w:pPr>
        <w:tabs>
          <w:tab w:val="left" w:pos="5605"/>
        </w:tabs>
        <w:bidi/>
        <w:jc w:val="center"/>
        <w:rPr>
          <w:rFonts w:ascii="Sakkal Majalla" w:hAnsi="Sakkal Majalla" w:cs="Sakkal Majalla"/>
          <w:rtl/>
        </w:rPr>
      </w:pPr>
      <w:r w:rsidRPr="00683793">
        <w:rPr>
          <w:rFonts w:ascii="Sakkal Majalla" w:hAnsi="Sakkal Majalla" w:cs="Sakkal Majalla"/>
          <w:noProof/>
          <w:rtl/>
        </w:rPr>
        <w:drawing>
          <wp:inline distT="0" distB="0" distL="0" distR="0" wp14:anchorId="0B0C2335" wp14:editId="076630B6">
            <wp:extent cx="5612765" cy="3114040"/>
            <wp:effectExtent l="0" t="0" r="6985" b="0"/>
            <wp:docPr id="6354393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439349" name="Picture 1" descr="A screenshot of a computer&#10;&#10;AI-generated content may be incorrect."/>
                    <pic:cNvPicPr/>
                  </pic:nvPicPr>
                  <pic:blipFill>
                    <a:blip r:embed="rId31"/>
                    <a:stretch>
                      <a:fillRect/>
                    </a:stretch>
                  </pic:blipFill>
                  <pic:spPr>
                    <a:xfrm>
                      <a:off x="0" y="0"/>
                      <a:ext cx="5612765" cy="3114040"/>
                    </a:xfrm>
                    <a:prstGeom prst="rect">
                      <a:avLst/>
                    </a:prstGeom>
                  </pic:spPr>
                </pic:pic>
              </a:graphicData>
            </a:graphic>
          </wp:inline>
        </w:drawing>
      </w:r>
    </w:p>
    <w:p w14:paraId="7A7584ED" w14:textId="0D9CDBD7" w:rsidR="00683793" w:rsidRDefault="008F5DDF" w:rsidP="00683793">
      <w:pPr>
        <w:tabs>
          <w:tab w:val="left" w:pos="5605"/>
        </w:tabs>
        <w:bidi/>
        <w:jc w:val="center"/>
        <w:rPr>
          <w:rFonts w:ascii="Sakkal Majalla" w:hAnsi="Sakkal Majalla" w:cs="Sakkal Majalla"/>
          <w:rtl/>
        </w:rPr>
      </w:pPr>
      <w:r w:rsidRPr="008F5DDF">
        <w:rPr>
          <w:rFonts w:ascii="Sakkal Majalla" w:hAnsi="Sakkal Majalla" w:cs="Sakkal Majalla"/>
          <w:noProof/>
          <w:rtl/>
        </w:rPr>
        <w:drawing>
          <wp:inline distT="0" distB="0" distL="0" distR="0" wp14:anchorId="55AA7E67" wp14:editId="7D9D58AC">
            <wp:extent cx="5612765" cy="3115945"/>
            <wp:effectExtent l="0" t="0" r="6985" b="8255"/>
            <wp:docPr id="1383921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92155" name="Picture 1" descr="A screenshot of a computer&#10;&#10;AI-generated content may be incorrect."/>
                    <pic:cNvPicPr/>
                  </pic:nvPicPr>
                  <pic:blipFill>
                    <a:blip r:embed="rId32"/>
                    <a:stretch>
                      <a:fillRect/>
                    </a:stretch>
                  </pic:blipFill>
                  <pic:spPr>
                    <a:xfrm>
                      <a:off x="0" y="0"/>
                      <a:ext cx="5612765" cy="3115945"/>
                    </a:xfrm>
                    <a:prstGeom prst="rect">
                      <a:avLst/>
                    </a:prstGeom>
                  </pic:spPr>
                </pic:pic>
              </a:graphicData>
            </a:graphic>
          </wp:inline>
        </w:drawing>
      </w:r>
    </w:p>
    <w:p w14:paraId="09CFF418" w14:textId="77777777" w:rsidR="008F5DDF" w:rsidRDefault="008F5DDF" w:rsidP="008F5DDF">
      <w:pPr>
        <w:tabs>
          <w:tab w:val="left" w:pos="5605"/>
        </w:tabs>
        <w:bidi/>
        <w:jc w:val="center"/>
        <w:rPr>
          <w:rFonts w:ascii="Sakkal Majalla" w:hAnsi="Sakkal Majalla" w:cs="Sakkal Majalla"/>
        </w:rPr>
      </w:pPr>
    </w:p>
    <w:p w14:paraId="259DDE37" w14:textId="77777777" w:rsidR="008F5DDF" w:rsidRDefault="008F5DDF" w:rsidP="008F5DDF">
      <w:pPr>
        <w:tabs>
          <w:tab w:val="left" w:pos="5605"/>
        </w:tabs>
        <w:bidi/>
        <w:jc w:val="center"/>
        <w:rPr>
          <w:rFonts w:ascii="Sakkal Majalla" w:hAnsi="Sakkal Majalla" w:cs="Sakkal Majalla"/>
        </w:rPr>
      </w:pPr>
    </w:p>
    <w:p w14:paraId="28FE5BE6" w14:textId="09D403AE" w:rsidR="008F5DDF" w:rsidRDefault="008F5DDF" w:rsidP="008F5DDF">
      <w:pPr>
        <w:tabs>
          <w:tab w:val="left" w:pos="5605"/>
        </w:tabs>
        <w:bidi/>
        <w:jc w:val="center"/>
        <w:rPr>
          <w:rFonts w:ascii="Sakkal Majalla" w:hAnsi="Sakkal Majalla" w:cs="Sakkal Majalla"/>
        </w:rPr>
      </w:pPr>
      <w:r w:rsidRPr="008F5DDF">
        <w:rPr>
          <w:rFonts w:ascii="Sakkal Majalla" w:hAnsi="Sakkal Majalla" w:cs="Sakkal Majalla"/>
          <w:noProof/>
          <w:rtl/>
        </w:rPr>
        <w:lastRenderedPageBreak/>
        <w:drawing>
          <wp:inline distT="0" distB="0" distL="0" distR="0" wp14:anchorId="38301DDE" wp14:editId="3E60F900">
            <wp:extent cx="5612765" cy="3037205"/>
            <wp:effectExtent l="0" t="0" r="6985" b="0"/>
            <wp:docPr id="14346788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78871" name="Picture 1" descr="A screenshot of a computer&#10;&#10;AI-generated content may be incorrect."/>
                    <pic:cNvPicPr/>
                  </pic:nvPicPr>
                  <pic:blipFill>
                    <a:blip r:embed="rId33"/>
                    <a:stretch>
                      <a:fillRect/>
                    </a:stretch>
                  </pic:blipFill>
                  <pic:spPr>
                    <a:xfrm>
                      <a:off x="0" y="0"/>
                      <a:ext cx="5612765" cy="3037205"/>
                    </a:xfrm>
                    <a:prstGeom prst="rect">
                      <a:avLst/>
                    </a:prstGeom>
                  </pic:spPr>
                </pic:pic>
              </a:graphicData>
            </a:graphic>
          </wp:inline>
        </w:drawing>
      </w:r>
    </w:p>
    <w:p w14:paraId="769A4174" w14:textId="77777777" w:rsidR="008F5DDF" w:rsidRPr="008F5DDF" w:rsidRDefault="008F5DDF" w:rsidP="008F5DDF">
      <w:pPr>
        <w:keepNext/>
        <w:keepLines/>
        <w:bidi/>
        <w:spacing w:before="480" w:after="0"/>
        <w:outlineLvl w:val="0"/>
        <w:rPr>
          <w:rFonts w:ascii="Sakkal Majalla" w:eastAsiaTheme="majorEastAsia" w:hAnsi="Sakkal Majalla" w:cs="Sakkal Majalla"/>
          <w:b/>
          <w:bCs/>
          <w:color w:val="365F91" w:themeColor="accent1" w:themeShade="BF"/>
          <w:szCs w:val="28"/>
        </w:rPr>
      </w:pPr>
      <w:proofErr w:type="spellStart"/>
      <w:r w:rsidRPr="008F5DDF">
        <w:rPr>
          <w:rFonts w:ascii="Sakkal Majalla" w:eastAsiaTheme="majorEastAsia" w:hAnsi="Sakkal Majalla" w:cs="Sakkal Majalla"/>
          <w:b/>
          <w:bCs/>
          <w:color w:val="365F91" w:themeColor="accent1" w:themeShade="BF"/>
          <w:szCs w:val="28"/>
        </w:rPr>
        <w:t>أسئلة</w:t>
      </w:r>
      <w:proofErr w:type="spellEnd"/>
      <w:r w:rsidRPr="008F5DDF">
        <w:rPr>
          <w:rFonts w:ascii="Sakkal Majalla" w:eastAsiaTheme="majorEastAsia" w:hAnsi="Sakkal Majalla" w:cs="Sakkal Majalla"/>
          <w:b/>
          <w:bCs/>
          <w:color w:val="365F91" w:themeColor="accent1" w:themeShade="BF"/>
          <w:szCs w:val="28"/>
        </w:rPr>
        <w:t xml:space="preserve"> </w:t>
      </w:r>
      <w:proofErr w:type="spellStart"/>
      <w:r w:rsidRPr="008F5DDF">
        <w:rPr>
          <w:rFonts w:ascii="Sakkal Majalla" w:eastAsiaTheme="majorEastAsia" w:hAnsi="Sakkal Majalla" w:cs="Sakkal Majalla"/>
          <w:b/>
          <w:bCs/>
          <w:color w:val="365F91" w:themeColor="accent1" w:themeShade="BF"/>
          <w:szCs w:val="28"/>
        </w:rPr>
        <w:t>المقابلات</w:t>
      </w:r>
      <w:proofErr w:type="spellEnd"/>
      <w:r w:rsidRPr="008F5DDF">
        <w:rPr>
          <w:rFonts w:ascii="Sakkal Majalla" w:eastAsiaTheme="majorEastAsia" w:hAnsi="Sakkal Majalla" w:cs="Sakkal Majalla"/>
          <w:b/>
          <w:bCs/>
          <w:color w:val="365F91" w:themeColor="accent1" w:themeShade="BF"/>
          <w:szCs w:val="28"/>
        </w:rPr>
        <w:t xml:space="preserve"> </w:t>
      </w:r>
      <w:proofErr w:type="spellStart"/>
      <w:r w:rsidRPr="008F5DDF">
        <w:rPr>
          <w:rFonts w:ascii="Sakkal Majalla" w:eastAsiaTheme="majorEastAsia" w:hAnsi="Sakkal Majalla" w:cs="Sakkal Majalla"/>
          <w:b/>
          <w:bCs/>
          <w:color w:val="365F91" w:themeColor="accent1" w:themeShade="BF"/>
          <w:szCs w:val="28"/>
        </w:rPr>
        <w:t>البحثية</w:t>
      </w:r>
      <w:proofErr w:type="spellEnd"/>
    </w:p>
    <w:p w14:paraId="16CDFEF9" w14:textId="77777777" w:rsidR="008F5DDF" w:rsidRPr="008F5DDF" w:rsidRDefault="008F5DDF" w:rsidP="008F5DDF">
      <w:pPr>
        <w:keepNext/>
        <w:keepLines/>
        <w:bidi/>
        <w:spacing w:before="200" w:after="0"/>
        <w:outlineLvl w:val="1"/>
        <w:rPr>
          <w:rFonts w:ascii="Sakkal Majalla" w:eastAsiaTheme="majorEastAsia" w:hAnsi="Sakkal Majalla" w:cs="Sakkal Majalla"/>
          <w:b/>
          <w:bCs/>
          <w:color w:val="4F81BD" w:themeColor="accent1"/>
          <w:szCs w:val="28"/>
        </w:rPr>
      </w:pPr>
      <w:proofErr w:type="spellStart"/>
      <w:r w:rsidRPr="008F5DDF">
        <w:rPr>
          <w:rFonts w:ascii="Sakkal Majalla" w:eastAsiaTheme="majorEastAsia" w:hAnsi="Sakkal Majalla" w:cs="Sakkal Majalla"/>
          <w:b/>
          <w:bCs/>
          <w:color w:val="4F81BD" w:themeColor="accent1"/>
          <w:szCs w:val="28"/>
        </w:rPr>
        <w:t>أولاً</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موظفو</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الجهات</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الحكومية</w:t>
      </w:r>
      <w:proofErr w:type="spellEnd"/>
    </w:p>
    <w:p w14:paraId="77BB456F" w14:textId="77777777" w:rsidR="008F5DDF" w:rsidRPr="008F5DDF" w:rsidRDefault="008F5DDF" w:rsidP="008F5DDF">
      <w:pPr>
        <w:keepNext/>
        <w:keepLines/>
        <w:bidi/>
        <w:spacing w:before="200" w:after="0"/>
        <w:outlineLvl w:val="2"/>
        <w:rPr>
          <w:rFonts w:ascii="Sakkal Majalla" w:eastAsiaTheme="majorEastAsia" w:hAnsi="Sakkal Majalla" w:cs="Sakkal Majalla"/>
          <w:b/>
          <w:bCs/>
          <w:color w:val="4F81BD" w:themeColor="accent1"/>
          <w:szCs w:val="28"/>
        </w:rPr>
      </w:pPr>
      <w:proofErr w:type="spellStart"/>
      <w:r w:rsidRPr="008F5DDF">
        <w:rPr>
          <w:rFonts w:ascii="Sakkal Majalla" w:eastAsiaTheme="majorEastAsia" w:hAnsi="Sakkal Majalla" w:cs="Sakkal Majalla"/>
          <w:b/>
          <w:bCs/>
          <w:color w:val="4F81BD" w:themeColor="accent1"/>
          <w:szCs w:val="28"/>
        </w:rPr>
        <w:t>القدرات</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الداخلية</w:t>
      </w:r>
      <w:proofErr w:type="spellEnd"/>
    </w:p>
    <w:p w14:paraId="6663AF41"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كيف</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تصف</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بيئة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الابتكار</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داخل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الجهة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تعمل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بها</w:t>
      </w:r>
      <w:proofErr w:type="spellEnd"/>
      <w:r w:rsidRPr="008F5DDF">
        <w:rPr>
          <w:rFonts w:ascii="Sakkal Majalla" w:eastAsiaTheme="minorEastAsia" w:hAnsi="Sakkal Majalla" w:cs="Sakkal Majalla"/>
          <w:szCs w:val="28"/>
        </w:rPr>
        <w:t>؟</w:t>
      </w:r>
    </w:p>
    <w:p w14:paraId="19473B3D"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ما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العوامل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تدعم</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نجاح</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مشاريع</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الابتكار</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داخل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الجهة</w:t>
      </w:r>
      <w:proofErr w:type="spellEnd"/>
      <w:r w:rsidRPr="008F5DDF">
        <w:rPr>
          <w:rFonts w:ascii="Sakkal Majalla" w:eastAsiaTheme="minorEastAsia" w:hAnsi="Sakkal Majalla" w:cs="Sakkal Majalla"/>
          <w:szCs w:val="28"/>
        </w:rPr>
        <w:t>؟</w:t>
      </w:r>
    </w:p>
    <w:p w14:paraId="5CB858D8"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ما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التحديات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أو</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العوائق</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تواجهها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في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تبني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أو</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استدامة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الابتكار</w:t>
      </w:r>
      <w:proofErr w:type="spellEnd"/>
      <w:r w:rsidRPr="008F5DDF">
        <w:rPr>
          <w:rFonts w:ascii="Sakkal Majalla" w:eastAsiaTheme="minorEastAsia" w:hAnsi="Sakkal Majalla" w:cs="Sakkal Majalla"/>
          <w:szCs w:val="28"/>
        </w:rPr>
        <w:t>؟</w:t>
      </w:r>
    </w:p>
    <w:p w14:paraId="27352D76"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إلى</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أي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مدى</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تمتلك</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الجهة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موارد</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بشرية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ومالية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وتقنية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كافية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لدعم</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الابتكار</w:t>
      </w:r>
      <w:proofErr w:type="spellEnd"/>
      <w:r w:rsidRPr="008F5DDF">
        <w:rPr>
          <w:rFonts w:ascii="Sakkal Majalla" w:eastAsiaTheme="minorEastAsia" w:hAnsi="Sakkal Majalla" w:cs="Sakkal Majalla"/>
          <w:szCs w:val="28"/>
        </w:rPr>
        <w:t>؟</w:t>
      </w:r>
    </w:p>
    <w:p w14:paraId="3E1DDD49"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كيف</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يتم</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التعامل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مع</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الأفكار</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الجديدة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أو</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المقترحات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التطويرية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داخليًا</w:t>
      </w:r>
      <w:proofErr w:type="spellEnd"/>
      <w:r w:rsidRPr="008F5DDF">
        <w:rPr>
          <w:rFonts w:ascii="Sakkal Majalla" w:eastAsiaTheme="minorEastAsia" w:hAnsi="Sakkal Majalla" w:cs="Sakkal Majalla"/>
          <w:szCs w:val="28"/>
        </w:rPr>
        <w:t>؟</w:t>
      </w:r>
    </w:p>
    <w:p w14:paraId="1ABF160F" w14:textId="77777777" w:rsidR="008F5DDF" w:rsidRPr="008F5DDF" w:rsidRDefault="008F5DDF" w:rsidP="008F5DDF">
      <w:pPr>
        <w:keepNext/>
        <w:keepLines/>
        <w:bidi/>
        <w:spacing w:before="200" w:after="0"/>
        <w:outlineLvl w:val="2"/>
        <w:rPr>
          <w:rFonts w:ascii="Sakkal Majalla" w:eastAsiaTheme="majorEastAsia" w:hAnsi="Sakkal Majalla" w:cs="Sakkal Majalla"/>
          <w:b/>
          <w:bCs/>
          <w:color w:val="4F81BD" w:themeColor="accent1"/>
          <w:szCs w:val="28"/>
        </w:rPr>
      </w:pPr>
      <w:proofErr w:type="spellStart"/>
      <w:r w:rsidRPr="008F5DDF">
        <w:rPr>
          <w:rFonts w:ascii="Sakkal Majalla" w:eastAsiaTheme="majorEastAsia" w:hAnsi="Sakkal Majalla" w:cs="Sakkal Majalla"/>
          <w:b/>
          <w:bCs/>
          <w:color w:val="4F81BD" w:themeColor="accent1"/>
          <w:szCs w:val="28"/>
        </w:rPr>
        <w:t>التعلم</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المؤسسي</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وبناء</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القدرات</w:t>
      </w:r>
      <w:proofErr w:type="spellEnd"/>
    </w:p>
    <w:p w14:paraId="2FBDFD70"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هل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هناك</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آليات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منظمة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لنقل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المعرفة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والتعلم</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من</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المشاريع</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السابقة</w:t>
      </w:r>
      <w:proofErr w:type="spellEnd"/>
      <w:r w:rsidRPr="008F5DDF">
        <w:rPr>
          <w:rFonts w:ascii="Sakkal Majalla" w:eastAsiaTheme="minorEastAsia" w:hAnsi="Sakkal Majalla" w:cs="Sakkal Majalla"/>
          <w:szCs w:val="28"/>
        </w:rPr>
        <w:t>؟</w:t>
      </w:r>
    </w:p>
    <w:p w14:paraId="26B0902D"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ما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نوع</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البرامج</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أو</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الممارسات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تساهم</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في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بناء</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ثقافة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الابتكار</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داخل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الجهة</w:t>
      </w:r>
      <w:proofErr w:type="spellEnd"/>
      <w:r w:rsidRPr="008F5DDF">
        <w:rPr>
          <w:rFonts w:ascii="Sakkal Majalla" w:eastAsiaTheme="minorEastAsia" w:hAnsi="Sakkal Majalla" w:cs="Sakkal Majalla"/>
          <w:szCs w:val="28"/>
        </w:rPr>
        <w:t>؟</w:t>
      </w:r>
    </w:p>
    <w:p w14:paraId="5E97C3B2" w14:textId="77777777" w:rsidR="008F5DDF" w:rsidRPr="008F5DDF" w:rsidRDefault="008F5DDF" w:rsidP="008F5DDF">
      <w:pPr>
        <w:keepNext/>
        <w:keepLines/>
        <w:bidi/>
        <w:spacing w:before="200" w:after="0"/>
        <w:outlineLvl w:val="2"/>
        <w:rPr>
          <w:rFonts w:ascii="Sakkal Majalla" w:eastAsiaTheme="majorEastAsia" w:hAnsi="Sakkal Majalla" w:cs="Sakkal Majalla"/>
          <w:b/>
          <w:bCs/>
          <w:color w:val="4F81BD" w:themeColor="accent1"/>
          <w:szCs w:val="28"/>
        </w:rPr>
      </w:pPr>
      <w:proofErr w:type="spellStart"/>
      <w:r w:rsidRPr="008F5DDF">
        <w:rPr>
          <w:rFonts w:ascii="Sakkal Majalla" w:eastAsiaTheme="majorEastAsia" w:hAnsi="Sakkal Majalla" w:cs="Sakkal Majalla"/>
          <w:b/>
          <w:bCs/>
          <w:color w:val="4F81BD" w:themeColor="accent1"/>
          <w:szCs w:val="28"/>
        </w:rPr>
        <w:t>العلاقة</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مع</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الشركات</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الاستشارية</w:t>
      </w:r>
      <w:proofErr w:type="spellEnd"/>
    </w:p>
    <w:p w14:paraId="7F3B6A16"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ما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طبيعة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العلاقة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مع</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الشركات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الاستشارية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نفذت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مشاريع</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ابتكار</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لديكم</w:t>
      </w:r>
      <w:proofErr w:type="spellEnd"/>
      <w:r w:rsidRPr="008F5DDF">
        <w:rPr>
          <w:rFonts w:ascii="Sakkal Majalla" w:eastAsiaTheme="minorEastAsia" w:hAnsi="Sakkal Majalla" w:cs="Sakkal Majalla"/>
          <w:szCs w:val="28"/>
        </w:rPr>
        <w:t>؟</w:t>
      </w:r>
    </w:p>
    <w:p w14:paraId="2561D9CF"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هل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شملت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العلاقة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نقل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المعرفة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وبناء</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قدرات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داخلية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أم</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كانت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قائمة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على</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تنفيذ</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الحلول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فقط</w:t>
      </w:r>
      <w:proofErr w:type="spellEnd"/>
      <w:r w:rsidRPr="008F5DDF">
        <w:rPr>
          <w:rFonts w:ascii="Sakkal Majalla" w:eastAsiaTheme="minorEastAsia" w:hAnsi="Sakkal Majalla" w:cs="Sakkal Majalla"/>
          <w:szCs w:val="28"/>
        </w:rPr>
        <w:t>؟</w:t>
      </w:r>
    </w:p>
    <w:p w14:paraId="35EDB1F1"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هل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لاحظتم</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استمرارية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الابتكار</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بعد</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مغادرة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الاستشاريين</w:t>
      </w:r>
      <w:proofErr w:type="spellEnd"/>
      <w:r w:rsidRPr="008F5DDF">
        <w:rPr>
          <w:rFonts w:ascii="Sakkal Majalla" w:eastAsiaTheme="minorEastAsia" w:hAnsi="Sakkal Majalla" w:cs="Sakkal Majalla"/>
          <w:szCs w:val="28"/>
        </w:rPr>
        <w:t>؟</w:t>
      </w:r>
    </w:p>
    <w:p w14:paraId="7AD038EC" w14:textId="77777777" w:rsidR="008F5DDF" w:rsidRPr="008F5DDF" w:rsidRDefault="008F5DDF" w:rsidP="008F5DDF">
      <w:pPr>
        <w:keepNext/>
        <w:keepLines/>
        <w:bidi/>
        <w:spacing w:before="200" w:after="0"/>
        <w:outlineLvl w:val="1"/>
        <w:rPr>
          <w:rFonts w:ascii="Sakkal Majalla" w:eastAsiaTheme="majorEastAsia" w:hAnsi="Sakkal Majalla" w:cs="Sakkal Majalla"/>
          <w:b/>
          <w:bCs/>
          <w:color w:val="4F81BD" w:themeColor="accent1"/>
          <w:szCs w:val="28"/>
        </w:rPr>
      </w:pPr>
      <w:proofErr w:type="spellStart"/>
      <w:r w:rsidRPr="008F5DDF">
        <w:rPr>
          <w:rFonts w:ascii="Sakkal Majalla" w:eastAsiaTheme="majorEastAsia" w:hAnsi="Sakkal Majalla" w:cs="Sakkal Majalla"/>
          <w:b/>
          <w:bCs/>
          <w:color w:val="4F81BD" w:themeColor="accent1"/>
          <w:szCs w:val="28"/>
        </w:rPr>
        <w:lastRenderedPageBreak/>
        <w:t>ثانيًا</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ممثلو</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الشركات</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الاستشارية</w:t>
      </w:r>
      <w:proofErr w:type="spellEnd"/>
    </w:p>
    <w:p w14:paraId="2124B5CA" w14:textId="77777777" w:rsidR="008F5DDF" w:rsidRPr="008F5DDF" w:rsidRDefault="008F5DDF" w:rsidP="008F5DDF">
      <w:pPr>
        <w:keepNext/>
        <w:keepLines/>
        <w:bidi/>
        <w:spacing w:before="200" w:after="0"/>
        <w:outlineLvl w:val="2"/>
        <w:rPr>
          <w:rFonts w:ascii="Sakkal Majalla" w:eastAsiaTheme="majorEastAsia" w:hAnsi="Sakkal Majalla" w:cs="Sakkal Majalla"/>
          <w:b/>
          <w:bCs/>
          <w:color w:val="4F81BD" w:themeColor="accent1"/>
          <w:szCs w:val="28"/>
        </w:rPr>
      </w:pPr>
      <w:proofErr w:type="spellStart"/>
      <w:r w:rsidRPr="008F5DDF">
        <w:rPr>
          <w:rFonts w:ascii="Sakkal Majalla" w:eastAsiaTheme="majorEastAsia" w:hAnsi="Sakkal Majalla" w:cs="Sakkal Majalla"/>
          <w:b/>
          <w:bCs/>
          <w:color w:val="4F81BD" w:themeColor="accent1"/>
          <w:szCs w:val="28"/>
        </w:rPr>
        <w:t>فهم</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السياق</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الحكومي</w:t>
      </w:r>
      <w:proofErr w:type="spellEnd"/>
    </w:p>
    <w:p w14:paraId="185ECA32"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كيف</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تصفون</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جاهزية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الجهات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الحكومية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تعملون</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معها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لتنفيذ</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الابتكار</w:t>
      </w:r>
      <w:proofErr w:type="spellEnd"/>
      <w:r w:rsidRPr="008F5DDF">
        <w:rPr>
          <w:rFonts w:ascii="Sakkal Majalla" w:eastAsiaTheme="minorEastAsia" w:hAnsi="Sakkal Majalla" w:cs="Sakkal Majalla"/>
          <w:szCs w:val="28"/>
        </w:rPr>
        <w:t>؟</w:t>
      </w:r>
    </w:p>
    <w:p w14:paraId="077FA268"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ما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أبرز</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نقاط</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القوة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والضعف</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تلاحظونها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في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قدراتها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الداخلية</w:t>
      </w:r>
      <w:proofErr w:type="spellEnd"/>
      <w:r w:rsidRPr="008F5DDF">
        <w:rPr>
          <w:rFonts w:ascii="Sakkal Majalla" w:eastAsiaTheme="minorEastAsia" w:hAnsi="Sakkal Majalla" w:cs="Sakkal Majalla"/>
          <w:szCs w:val="28"/>
        </w:rPr>
        <w:t>؟</w:t>
      </w:r>
    </w:p>
    <w:p w14:paraId="468612C6" w14:textId="77777777" w:rsidR="008F5DDF" w:rsidRPr="008F5DDF" w:rsidRDefault="008F5DDF" w:rsidP="008F5DDF">
      <w:pPr>
        <w:keepNext/>
        <w:keepLines/>
        <w:bidi/>
        <w:spacing w:before="200" w:after="0"/>
        <w:outlineLvl w:val="2"/>
        <w:rPr>
          <w:rFonts w:ascii="Sakkal Majalla" w:eastAsiaTheme="majorEastAsia" w:hAnsi="Sakkal Majalla" w:cs="Sakkal Majalla"/>
          <w:b/>
          <w:bCs/>
          <w:color w:val="4F81BD" w:themeColor="accent1"/>
          <w:szCs w:val="28"/>
        </w:rPr>
      </w:pPr>
      <w:proofErr w:type="spellStart"/>
      <w:r w:rsidRPr="008F5DDF">
        <w:rPr>
          <w:rFonts w:ascii="Sakkal Majalla" w:eastAsiaTheme="majorEastAsia" w:hAnsi="Sakkal Majalla" w:cs="Sakkal Majalla"/>
          <w:b/>
          <w:bCs/>
          <w:color w:val="4F81BD" w:themeColor="accent1"/>
          <w:szCs w:val="28"/>
        </w:rPr>
        <w:t>أدوار</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الاستشاريين</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في</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الابتكار</w:t>
      </w:r>
      <w:proofErr w:type="spellEnd"/>
    </w:p>
    <w:p w14:paraId="208B091A"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ما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الدور</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الذي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تلعبونه</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عادة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في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مشاريع</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الابتكار</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الحكومية</w:t>
      </w:r>
      <w:proofErr w:type="spellEnd"/>
      <w:r w:rsidRPr="008F5DDF">
        <w:rPr>
          <w:rFonts w:ascii="Sakkal Majalla" w:eastAsiaTheme="minorEastAsia" w:hAnsi="Sakkal Majalla" w:cs="Sakkal Majalla"/>
          <w:szCs w:val="28"/>
        </w:rPr>
        <w:t>؟</w:t>
      </w:r>
    </w:p>
    <w:p w14:paraId="10E8F5C0"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ما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مدى</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تركيزكم</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على</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بناء</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قدرات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داخلية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مقابل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تقديم</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حلول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جاهزة</w:t>
      </w:r>
      <w:proofErr w:type="spellEnd"/>
      <w:r w:rsidRPr="008F5DDF">
        <w:rPr>
          <w:rFonts w:ascii="Sakkal Majalla" w:eastAsiaTheme="minorEastAsia" w:hAnsi="Sakkal Majalla" w:cs="Sakkal Majalla"/>
          <w:szCs w:val="28"/>
        </w:rPr>
        <w:t>؟</w:t>
      </w:r>
    </w:p>
    <w:p w14:paraId="54288F48"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ما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الممارسات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ترونها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ضرورية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لتحقيق</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أثر</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مستدام</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بعد</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انتهاء</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المشروع</w:t>
      </w:r>
      <w:proofErr w:type="spellEnd"/>
      <w:r w:rsidRPr="008F5DDF">
        <w:rPr>
          <w:rFonts w:ascii="Sakkal Majalla" w:eastAsiaTheme="minorEastAsia" w:hAnsi="Sakkal Majalla" w:cs="Sakkal Majalla"/>
          <w:szCs w:val="28"/>
        </w:rPr>
        <w:t>؟</w:t>
      </w:r>
    </w:p>
    <w:p w14:paraId="330D9067" w14:textId="77777777" w:rsidR="008F5DDF" w:rsidRPr="008F5DDF" w:rsidRDefault="008F5DDF" w:rsidP="008F5DDF">
      <w:pPr>
        <w:keepNext/>
        <w:keepLines/>
        <w:bidi/>
        <w:spacing w:before="200" w:after="0"/>
        <w:outlineLvl w:val="2"/>
        <w:rPr>
          <w:rFonts w:ascii="Sakkal Majalla" w:eastAsiaTheme="majorEastAsia" w:hAnsi="Sakkal Majalla" w:cs="Sakkal Majalla"/>
          <w:b/>
          <w:bCs/>
          <w:color w:val="4F81BD" w:themeColor="accent1"/>
          <w:szCs w:val="28"/>
        </w:rPr>
      </w:pPr>
      <w:proofErr w:type="spellStart"/>
      <w:r w:rsidRPr="008F5DDF">
        <w:rPr>
          <w:rFonts w:ascii="Sakkal Majalla" w:eastAsiaTheme="majorEastAsia" w:hAnsi="Sakkal Majalla" w:cs="Sakkal Majalla"/>
          <w:b/>
          <w:bCs/>
          <w:color w:val="4F81BD" w:themeColor="accent1"/>
          <w:szCs w:val="28"/>
        </w:rPr>
        <w:t>التكامل</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والتحديات</w:t>
      </w:r>
      <w:proofErr w:type="spellEnd"/>
    </w:p>
    <w:p w14:paraId="2A6991B1"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ما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هي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التحديات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تواجهونها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عند</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العمل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مع</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الجهات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الحكومية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في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مشاريع</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الابتكار</w:t>
      </w:r>
      <w:proofErr w:type="spellEnd"/>
      <w:r w:rsidRPr="008F5DDF">
        <w:rPr>
          <w:rFonts w:ascii="Sakkal Majalla" w:eastAsiaTheme="minorEastAsia" w:hAnsi="Sakkal Majalla" w:cs="Sakkal Majalla"/>
          <w:szCs w:val="28"/>
        </w:rPr>
        <w:t>؟</w:t>
      </w:r>
    </w:p>
    <w:p w14:paraId="2F06F7B6"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ما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العوامل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تسهم</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في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إنجاح</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التكامل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بين</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الفريق</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الاستشاري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والفريق</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الحكومي</w:t>
      </w:r>
      <w:proofErr w:type="spellEnd"/>
      <w:r w:rsidRPr="008F5DDF">
        <w:rPr>
          <w:rFonts w:ascii="Sakkal Majalla" w:eastAsiaTheme="minorEastAsia" w:hAnsi="Sakkal Majalla" w:cs="Sakkal Majalla"/>
          <w:szCs w:val="28"/>
        </w:rPr>
        <w:t>؟</w:t>
      </w:r>
    </w:p>
    <w:p w14:paraId="3959D4BD"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هل</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لديكم</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تجارب</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في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تصميم</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شراكات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تعاونية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طويلة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الأمد</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مع</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الجهات</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الحكومية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وما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أثرها</w:t>
      </w:r>
      <w:proofErr w:type="spellEnd"/>
      <w:r w:rsidRPr="008F5DDF">
        <w:rPr>
          <w:rFonts w:ascii="Sakkal Majalla" w:eastAsiaTheme="minorEastAsia" w:hAnsi="Sakkal Majalla" w:cs="Sakkal Majalla"/>
          <w:szCs w:val="28"/>
        </w:rPr>
        <w:t>؟</w:t>
      </w:r>
    </w:p>
    <w:p w14:paraId="46432569" w14:textId="77777777" w:rsidR="008F5DDF" w:rsidRPr="008F5DDF" w:rsidRDefault="008F5DDF" w:rsidP="008F5DDF">
      <w:pPr>
        <w:keepNext/>
        <w:keepLines/>
        <w:bidi/>
        <w:spacing w:before="200" w:after="0"/>
        <w:outlineLvl w:val="1"/>
        <w:rPr>
          <w:rFonts w:ascii="Sakkal Majalla" w:eastAsiaTheme="majorEastAsia" w:hAnsi="Sakkal Majalla" w:cs="Sakkal Majalla"/>
          <w:b/>
          <w:bCs/>
          <w:color w:val="4F81BD" w:themeColor="accent1"/>
          <w:szCs w:val="28"/>
        </w:rPr>
      </w:pPr>
      <w:proofErr w:type="spellStart"/>
      <w:r w:rsidRPr="008F5DDF">
        <w:rPr>
          <w:rFonts w:ascii="Sakkal Majalla" w:eastAsiaTheme="majorEastAsia" w:hAnsi="Sakkal Majalla" w:cs="Sakkal Majalla"/>
          <w:b/>
          <w:bCs/>
          <w:color w:val="4F81BD" w:themeColor="accent1"/>
          <w:szCs w:val="28"/>
        </w:rPr>
        <w:t>سؤال</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ختامي</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مشترك</w:t>
      </w:r>
      <w:proofErr w:type="spellEnd"/>
      <w:r w:rsidRPr="008F5DDF">
        <w:rPr>
          <w:rFonts w:ascii="Sakkal Majalla" w:eastAsiaTheme="majorEastAsia" w:hAnsi="Sakkal Majalla" w:cs="Sakkal Majalla"/>
          <w:b/>
          <w:bCs/>
          <w:color w:val="4F81BD" w:themeColor="accent1"/>
          <w:szCs w:val="28"/>
        </w:rPr>
        <w:t xml:space="preserve"> </w:t>
      </w:r>
      <w:proofErr w:type="spellStart"/>
      <w:r w:rsidRPr="008F5DDF">
        <w:rPr>
          <w:rFonts w:ascii="Sakkal Majalla" w:eastAsiaTheme="majorEastAsia" w:hAnsi="Sakkal Majalla" w:cs="Sakkal Majalla"/>
          <w:b/>
          <w:bCs/>
          <w:color w:val="4F81BD" w:themeColor="accent1"/>
          <w:szCs w:val="28"/>
        </w:rPr>
        <w:t>للطرفين</w:t>
      </w:r>
      <w:proofErr w:type="spellEnd"/>
    </w:p>
    <w:p w14:paraId="18FF0351" w14:textId="77777777" w:rsidR="008F5DDF" w:rsidRPr="008F5DDF" w:rsidRDefault="008F5DDF" w:rsidP="008F5DDF">
      <w:pPr>
        <w:numPr>
          <w:ilvl w:val="0"/>
          <w:numId w:val="1"/>
        </w:numPr>
        <w:bidi/>
        <w:contextualSpacing/>
        <w:rPr>
          <w:rFonts w:ascii="Sakkal Majalla" w:eastAsiaTheme="minorEastAsia" w:hAnsi="Sakkal Majalla" w:cs="Sakkal Majalla"/>
          <w:szCs w:val="28"/>
        </w:rPr>
      </w:pPr>
      <w:proofErr w:type="spellStart"/>
      <w:r w:rsidRPr="008F5DDF">
        <w:rPr>
          <w:rFonts w:ascii="Sakkal Majalla" w:eastAsiaTheme="minorEastAsia" w:hAnsi="Sakkal Majalla" w:cs="Sakkal Majalla"/>
          <w:szCs w:val="28"/>
        </w:rPr>
        <w:t>برأيك</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ما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العناصر</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أو</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الشروط</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التي</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يجب</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توفرها</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لضمان</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استدامة</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الابتكار</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بعد</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تنفيذ</w:t>
      </w:r>
      <w:proofErr w:type="spellEnd"/>
      <w:r w:rsidRPr="008F5DDF">
        <w:rPr>
          <w:rFonts w:ascii="Sakkal Majalla" w:eastAsiaTheme="minorEastAsia" w:hAnsi="Sakkal Majalla" w:cs="Sakkal Majalla"/>
          <w:szCs w:val="28"/>
        </w:rPr>
        <w:t xml:space="preserve"> </w:t>
      </w:r>
      <w:proofErr w:type="spellStart"/>
      <w:r w:rsidRPr="008F5DDF">
        <w:rPr>
          <w:rFonts w:ascii="Sakkal Majalla" w:eastAsiaTheme="minorEastAsia" w:hAnsi="Sakkal Majalla" w:cs="Sakkal Majalla"/>
          <w:szCs w:val="28"/>
        </w:rPr>
        <w:t>المشروع</w:t>
      </w:r>
      <w:proofErr w:type="spellEnd"/>
      <w:r w:rsidRPr="008F5DDF">
        <w:rPr>
          <w:rFonts w:ascii="Sakkal Majalla" w:eastAsiaTheme="minorEastAsia" w:hAnsi="Sakkal Majalla" w:cs="Sakkal Majalla"/>
          <w:szCs w:val="28"/>
        </w:rPr>
        <w:t>؟</w:t>
      </w:r>
    </w:p>
    <w:p w14:paraId="45AF714C" w14:textId="77777777" w:rsidR="008F5DDF" w:rsidRDefault="008F5DDF" w:rsidP="008F5DDF">
      <w:pPr>
        <w:tabs>
          <w:tab w:val="left" w:pos="5605"/>
        </w:tabs>
        <w:bidi/>
        <w:jc w:val="center"/>
        <w:rPr>
          <w:rFonts w:ascii="Sakkal Majalla" w:hAnsi="Sakkal Majalla" w:cs="Sakkal Majalla"/>
          <w:szCs w:val="28"/>
        </w:rPr>
      </w:pPr>
    </w:p>
    <w:p w14:paraId="6EF855D6" w14:textId="77777777" w:rsidR="0025558A" w:rsidRDefault="0025558A" w:rsidP="0025558A">
      <w:pPr>
        <w:tabs>
          <w:tab w:val="left" w:pos="5605"/>
        </w:tabs>
        <w:bidi/>
        <w:jc w:val="center"/>
        <w:rPr>
          <w:rFonts w:ascii="Sakkal Majalla" w:hAnsi="Sakkal Majalla" w:cs="Sakkal Majalla"/>
          <w:szCs w:val="28"/>
        </w:rPr>
      </w:pPr>
    </w:p>
    <w:p w14:paraId="0C34124A" w14:textId="77777777" w:rsidR="0025558A" w:rsidRDefault="0025558A" w:rsidP="0025558A">
      <w:pPr>
        <w:tabs>
          <w:tab w:val="left" w:pos="5605"/>
        </w:tabs>
        <w:bidi/>
        <w:jc w:val="center"/>
        <w:rPr>
          <w:rFonts w:ascii="Sakkal Majalla" w:hAnsi="Sakkal Majalla" w:cs="Sakkal Majalla"/>
          <w:szCs w:val="28"/>
        </w:rPr>
      </w:pPr>
    </w:p>
    <w:p w14:paraId="6CD35704" w14:textId="77777777" w:rsidR="0025558A" w:rsidRDefault="0025558A" w:rsidP="0025558A">
      <w:pPr>
        <w:tabs>
          <w:tab w:val="left" w:pos="5605"/>
        </w:tabs>
        <w:bidi/>
        <w:jc w:val="center"/>
        <w:rPr>
          <w:rFonts w:ascii="Sakkal Majalla" w:hAnsi="Sakkal Majalla" w:cs="Sakkal Majalla"/>
          <w:szCs w:val="28"/>
        </w:rPr>
      </w:pPr>
    </w:p>
    <w:p w14:paraId="552ACBE2" w14:textId="77777777" w:rsidR="0025558A" w:rsidRDefault="0025558A" w:rsidP="0025558A">
      <w:pPr>
        <w:tabs>
          <w:tab w:val="left" w:pos="5605"/>
        </w:tabs>
        <w:bidi/>
        <w:jc w:val="center"/>
        <w:rPr>
          <w:rFonts w:ascii="Sakkal Majalla" w:hAnsi="Sakkal Majalla" w:cs="Sakkal Majalla"/>
          <w:szCs w:val="28"/>
        </w:rPr>
      </w:pPr>
    </w:p>
    <w:p w14:paraId="59555B7D" w14:textId="77777777" w:rsidR="0025558A" w:rsidRDefault="0025558A" w:rsidP="0025558A">
      <w:pPr>
        <w:tabs>
          <w:tab w:val="left" w:pos="5605"/>
        </w:tabs>
        <w:bidi/>
        <w:jc w:val="center"/>
        <w:rPr>
          <w:rFonts w:ascii="Sakkal Majalla" w:hAnsi="Sakkal Majalla" w:cs="Sakkal Majalla"/>
          <w:szCs w:val="28"/>
        </w:rPr>
      </w:pPr>
    </w:p>
    <w:p w14:paraId="3262829D" w14:textId="77777777" w:rsidR="0025558A" w:rsidRDefault="0025558A" w:rsidP="0025558A">
      <w:pPr>
        <w:tabs>
          <w:tab w:val="left" w:pos="5605"/>
        </w:tabs>
        <w:bidi/>
        <w:jc w:val="center"/>
        <w:rPr>
          <w:rFonts w:ascii="Sakkal Majalla" w:hAnsi="Sakkal Majalla" w:cs="Sakkal Majalla"/>
          <w:szCs w:val="28"/>
        </w:rPr>
      </w:pPr>
    </w:p>
    <w:p w14:paraId="2353A7EE" w14:textId="77777777" w:rsidR="0025558A" w:rsidRDefault="0025558A" w:rsidP="0025558A">
      <w:pPr>
        <w:tabs>
          <w:tab w:val="left" w:pos="5605"/>
        </w:tabs>
        <w:bidi/>
        <w:jc w:val="center"/>
        <w:rPr>
          <w:rFonts w:ascii="Sakkal Majalla" w:hAnsi="Sakkal Majalla" w:cs="Sakkal Majalla"/>
          <w:szCs w:val="28"/>
        </w:rPr>
      </w:pPr>
    </w:p>
    <w:p w14:paraId="4566845F" w14:textId="77777777" w:rsidR="0025558A" w:rsidRPr="008F5DDF" w:rsidRDefault="0025558A" w:rsidP="0025558A">
      <w:pPr>
        <w:tabs>
          <w:tab w:val="left" w:pos="5605"/>
        </w:tabs>
        <w:bidi/>
        <w:jc w:val="center"/>
        <w:rPr>
          <w:rFonts w:ascii="Sakkal Majalla" w:hAnsi="Sakkal Majalla" w:cs="Sakkal Majalla"/>
          <w:szCs w:val="28"/>
        </w:rPr>
      </w:pPr>
    </w:p>
    <w:p w14:paraId="627086DD" w14:textId="203DE4AD" w:rsidR="008F5DDF" w:rsidRPr="008F5DDF" w:rsidRDefault="008F5DDF" w:rsidP="008F5DDF">
      <w:pPr>
        <w:tabs>
          <w:tab w:val="left" w:pos="5605"/>
        </w:tabs>
        <w:bidi/>
        <w:rPr>
          <w:rFonts w:ascii="Sakkal Majalla" w:hAnsi="Sakkal Majalla" w:cs="Sakkal Majalla"/>
          <w:b/>
          <w:bCs/>
          <w:sz w:val="32"/>
          <w:szCs w:val="32"/>
          <w:rtl/>
        </w:rPr>
      </w:pPr>
      <w:r w:rsidRPr="008F5DDF">
        <w:rPr>
          <w:rFonts w:ascii="Sakkal Majalla" w:hAnsi="Sakkal Majalla" w:cs="Sakkal Majalla"/>
          <w:b/>
          <w:bCs/>
          <w:sz w:val="32"/>
          <w:szCs w:val="32"/>
          <w:rtl/>
        </w:rPr>
        <w:lastRenderedPageBreak/>
        <w:t>الاستبانات وأدوات القياس المقترحة</w:t>
      </w:r>
      <w:r w:rsidR="008F55FB">
        <w:rPr>
          <w:rFonts w:ascii="Sakkal Majalla" w:hAnsi="Sakkal Majalla" w:cs="Sakkal Majalla"/>
          <w:b/>
          <w:bCs/>
          <w:sz w:val="32"/>
          <w:szCs w:val="32"/>
        </w:rPr>
        <w:t xml:space="preserve"> </w:t>
      </w:r>
      <w:r w:rsidR="008F55FB">
        <w:rPr>
          <w:rFonts w:ascii="Sakkal Majalla" w:hAnsi="Sakkal Majalla" w:cs="Sakkal Majalla" w:hint="cs"/>
          <w:b/>
          <w:bCs/>
          <w:sz w:val="32"/>
          <w:szCs w:val="32"/>
          <w:rtl/>
        </w:rPr>
        <w:t>لتفعيل الدليل الاجرائي</w:t>
      </w:r>
    </w:p>
    <w:p w14:paraId="11F2B50A" w14:textId="22C267D6" w:rsidR="008F5DDF" w:rsidRPr="008F5DDF" w:rsidRDefault="008F5DDF" w:rsidP="008F5DDF">
      <w:pPr>
        <w:tabs>
          <w:tab w:val="left" w:pos="5605"/>
        </w:tabs>
        <w:bidi/>
        <w:rPr>
          <w:rFonts w:ascii="Sakkal Majalla" w:hAnsi="Sakkal Majalla" w:cs="Sakkal Majalla"/>
          <w:b/>
          <w:bCs/>
          <w:szCs w:val="28"/>
        </w:rPr>
      </w:pPr>
      <w:r w:rsidRPr="008F5DDF">
        <w:rPr>
          <w:rFonts w:ascii="Sakkal Majalla" w:hAnsi="Sakkal Majalla" w:cs="Sakkal Majalla"/>
          <w:b/>
          <w:bCs/>
          <w:szCs w:val="28"/>
          <w:rtl/>
        </w:rPr>
        <w:t xml:space="preserve"> </w:t>
      </w:r>
      <w:proofErr w:type="gramStart"/>
      <w:r w:rsidRPr="008F5DDF">
        <w:rPr>
          <w:rFonts w:ascii="Sakkal Majalla" w:hAnsi="Sakkal Majalla" w:cs="Sakkal Majalla"/>
          <w:b/>
          <w:bCs/>
          <w:szCs w:val="28"/>
          <w:rtl/>
        </w:rPr>
        <w:t>استبيان</w:t>
      </w:r>
      <w:proofErr w:type="gramEnd"/>
      <w:r w:rsidRPr="008F5DDF">
        <w:rPr>
          <w:rFonts w:ascii="Sakkal Majalla" w:hAnsi="Sakkal Majalla" w:cs="Sakkal Majalla"/>
          <w:b/>
          <w:bCs/>
          <w:szCs w:val="28"/>
          <w:rtl/>
        </w:rPr>
        <w:t xml:space="preserve"> العوامل التمكينية الداخلية</w:t>
      </w:r>
    </w:p>
    <w:p w14:paraId="2717F190" w14:textId="77777777" w:rsidR="008F5DDF" w:rsidRPr="008F5DDF" w:rsidRDefault="008F5DDF" w:rsidP="008F5DDF">
      <w:pPr>
        <w:tabs>
          <w:tab w:val="left" w:pos="5605"/>
        </w:tabs>
        <w:bidi/>
        <w:rPr>
          <w:rFonts w:ascii="Sakkal Majalla" w:hAnsi="Sakkal Majalla" w:cs="Sakkal Majalla"/>
          <w:szCs w:val="28"/>
        </w:rPr>
      </w:pPr>
      <w:r w:rsidRPr="008F5DDF">
        <w:rPr>
          <w:rFonts w:ascii="Sakkal Majalla" w:hAnsi="Sakkal Majalla" w:cs="Sakkal Majalla"/>
          <w:b/>
          <w:bCs/>
          <w:szCs w:val="28"/>
          <w:rtl/>
        </w:rPr>
        <w:t>الغرض</w:t>
      </w:r>
      <w:r w:rsidRPr="008F5DDF">
        <w:rPr>
          <w:rFonts w:ascii="Sakkal Majalla" w:hAnsi="Sakkal Majalla" w:cs="Sakkal Majalla"/>
          <w:b/>
          <w:bCs/>
          <w:szCs w:val="28"/>
        </w:rPr>
        <w:t>:</w:t>
      </w:r>
      <w:r w:rsidRPr="008F5DDF">
        <w:rPr>
          <w:rFonts w:ascii="Sakkal Majalla" w:hAnsi="Sakkal Majalla" w:cs="Sakkal Majalla"/>
          <w:szCs w:val="28"/>
        </w:rPr>
        <w:t xml:space="preserve"> </w:t>
      </w:r>
      <w:r w:rsidRPr="008F5DDF">
        <w:rPr>
          <w:rFonts w:ascii="Sakkal Majalla" w:hAnsi="Sakkal Majalla" w:cs="Sakkal Majalla"/>
          <w:szCs w:val="28"/>
          <w:rtl/>
        </w:rPr>
        <w:t>قياس مدى توفر البيئة الداخلية الداعمة للابتكار (القيادة، الثقافة، الموارد، التعلم المؤسسي)</w:t>
      </w:r>
      <w:r w:rsidRPr="008F5DDF">
        <w:rPr>
          <w:rFonts w:ascii="Sakkal Majalla" w:hAnsi="Sakkal Majalla" w:cs="Sakkal Majalla"/>
          <w:szCs w:val="28"/>
        </w:rPr>
        <w:t>.</w:t>
      </w:r>
      <w:r w:rsidRPr="008F5DDF">
        <w:rPr>
          <w:rFonts w:ascii="Sakkal Majalla" w:hAnsi="Sakkal Majalla" w:cs="Sakkal Majalla"/>
          <w:szCs w:val="28"/>
        </w:rPr>
        <w:br/>
      </w:r>
      <w:r w:rsidRPr="008F5DDF">
        <w:rPr>
          <w:rFonts w:ascii="Sakkal Majalla" w:hAnsi="Sakkal Majalla" w:cs="Sakkal Majalla"/>
          <w:b/>
          <w:bCs/>
          <w:szCs w:val="28"/>
          <w:rtl/>
        </w:rPr>
        <w:t>طريقة الإجابة</w:t>
      </w:r>
      <w:r w:rsidRPr="008F5DDF">
        <w:rPr>
          <w:rFonts w:ascii="Sakkal Majalla" w:hAnsi="Sakkal Majalla" w:cs="Sakkal Majalla"/>
          <w:b/>
          <w:bCs/>
          <w:szCs w:val="28"/>
        </w:rPr>
        <w:t>:</w:t>
      </w:r>
      <w:r w:rsidRPr="008F5DDF">
        <w:rPr>
          <w:rFonts w:ascii="Sakkal Majalla" w:hAnsi="Sakkal Majalla" w:cs="Sakkal Majalla"/>
          <w:szCs w:val="28"/>
        </w:rPr>
        <w:t xml:space="preserve"> </w:t>
      </w:r>
      <w:r w:rsidRPr="008F5DDF">
        <w:rPr>
          <w:rFonts w:ascii="Sakkal Majalla" w:hAnsi="Sakkal Majalla" w:cs="Sakkal Majalla"/>
          <w:szCs w:val="28"/>
          <w:rtl/>
        </w:rPr>
        <w:t xml:space="preserve">مقياس </w:t>
      </w:r>
      <w:proofErr w:type="spellStart"/>
      <w:r w:rsidRPr="008F5DDF">
        <w:rPr>
          <w:rFonts w:ascii="Sakkal Majalla" w:hAnsi="Sakkal Majalla" w:cs="Sakkal Majalla"/>
          <w:szCs w:val="28"/>
          <w:rtl/>
        </w:rPr>
        <w:t>ليكرت</w:t>
      </w:r>
      <w:proofErr w:type="spellEnd"/>
      <w:r w:rsidRPr="008F5DDF">
        <w:rPr>
          <w:rFonts w:ascii="Sakkal Majalla" w:hAnsi="Sakkal Majalla" w:cs="Sakkal Majalla"/>
          <w:szCs w:val="28"/>
          <w:rtl/>
        </w:rPr>
        <w:t xml:space="preserve"> من 5 نقاط (1 = لا أوافق إطلاقًا، 5 = أوافق تمامًا)</w:t>
      </w:r>
      <w:r w:rsidRPr="008F5DDF">
        <w:rPr>
          <w:rFonts w:ascii="Sakkal Majalla" w:hAnsi="Sakkal Majalla" w:cs="Sakkal Majalla"/>
          <w:szCs w:val="28"/>
        </w:rPr>
        <w:t>.</w:t>
      </w:r>
    </w:p>
    <w:p w14:paraId="4FD6CDE4" w14:textId="5601F567" w:rsidR="008F5DDF" w:rsidRPr="008F5DDF" w:rsidRDefault="0025558A" w:rsidP="008F5DDF">
      <w:pPr>
        <w:tabs>
          <w:tab w:val="left" w:pos="5605"/>
        </w:tabs>
        <w:bidi/>
        <w:rPr>
          <w:rFonts w:ascii="Sakkal Majalla" w:hAnsi="Sakkal Majalla" w:cs="Sakkal Majalla"/>
          <w:szCs w:val="28"/>
        </w:rPr>
      </w:pPr>
      <w:r w:rsidRPr="0025558A">
        <w:rPr>
          <w:rFonts w:ascii="Sakkal Majalla" w:hAnsi="Sakkal Majalla" w:cs="Sakkal Majalla"/>
          <w:noProof/>
          <w:szCs w:val="28"/>
          <w:rtl/>
        </w:rPr>
        <w:drawing>
          <wp:inline distT="0" distB="0" distL="0" distR="0" wp14:anchorId="24305F64" wp14:editId="3E61499D">
            <wp:extent cx="5612765" cy="2940050"/>
            <wp:effectExtent l="0" t="0" r="6985" b="0"/>
            <wp:docPr id="1390614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614812" name=""/>
                    <pic:cNvPicPr/>
                  </pic:nvPicPr>
                  <pic:blipFill>
                    <a:blip r:embed="rId34"/>
                    <a:stretch>
                      <a:fillRect/>
                    </a:stretch>
                  </pic:blipFill>
                  <pic:spPr>
                    <a:xfrm>
                      <a:off x="0" y="0"/>
                      <a:ext cx="5612765" cy="2940050"/>
                    </a:xfrm>
                    <a:prstGeom prst="rect">
                      <a:avLst/>
                    </a:prstGeom>
                  </pic:spPr>
                </pic:pic>
              </a:graphicData>
            </a:graphic>
          </wp:inline>
        </w:drawing>
      </w:r>
      <w:r w:rsidR="00000000">
        <w:rPr>
          <w:rFonts w:ascii="Sakkal Majalla" w:hAnsi="Sakkal Majalla" w:cs="Sakkal Majalla"/>
          <w:szCs w:val="28"/>
        </w:rPr>
        <w:pict w14:anchorId="668146E7">
          <v:rect id="_x0000_i1025" style="width:0;height:1.5pt" o:hralign="center" o:hrstd="t" o:hr="t" fillcolor="#a0a0a0" stroked="f"/>
        </w:pict>
      </w:r>
    </w:p>
    <w:p w14:paraId="7EA570B3" w14:textId="3E826ED1" w:rsidR="008F5DDF" w:rsidRPr="008F5DDF" w:rsidRDefault="008F5DDF" w:rsidP="008F5DDF">
      <w:pPr>
        <w:tabs>
          <w:tab w:val="left" w:pos="5605"/>
        </w:tabs>
        <w:bidi/>
        <w:rPr>
          <w:rFonts w:ascii="Sakkal Majalla" w:hAnsi="Sakkal Majalla" w:cs="Sakkal Majalla"/>
          <w:b/>
          <w:bCs/>
          <w:szCs w:val="28"/>
        </w:rPr>
      </w:pPr>
      <w:r w:rsidRPr="008F5DDF">
        <w:rPr>
          <w:rFonts w:ascii="Sakkal Majalla" w:hAnsi="Sakkal Majalla" w:cs="Sakkal Majalla"/>
          <w:b/>
          <w:bCs/>
          <w:szCs w:val="28"/>
          <w:rtl/>
        </w:rPr>
        <w:t xml:space="preserve"> </w:t>
      </w:r>
      <w:proofErr w:type="gramStart"/>
      <w:r w:rsidRPr="008F5DDF">
        <w:rPr>
          <w:rFonts w:ascii="Sakkal Majalla" w:hAnsi="Sakkal Majalla" w:cs="Sakkal Majalla"/>
          <w:b/>
          <w:bCs/>
          <w:szCs w:val="28"/>
          <w:rtl/>
        </w:rPr>
        <w:t>استبيان</w:t>
      </w:r>
      <w:proofErr w:type="gramEnd"/>
      <w:r w:rsidRPr="008F5DDF">
        <w:rPr>
          <w:rFonts w:ascii="Sakkal Majalla" w:hAnsi="Sakkal Majalla" w:cs="Sakkal Majalla"/>
          <w:b/>
          <w:bCs/>
          <w:szCs w:val="28"/>
          <w:rtl/>
        </w:rPr>
        <w:t xml:space="preserve"> القدرة الامتصاصية</w:t>
      </w:r>
      <w:r w:rsidRPr="008F5DDF">
        <w:rPr>
          <w:rFonts w:ascii="Sakkal Majalla" w:hAnsi="Sakkal Majalla" w:cs="Sakkal Majalla"/>
          <w:b/>
          <w:bCs/>
          <w:szCs w:val="28"/>
        </w:rPr>
        <w:t xml:space="preserve"> (ACAP)</w:t>
      </w:r>
    </w:p>
    <w:p w14:paraId="2BE1912B" w14:textId="77777777" w:rsidR="008F5DDF" w:rsidRPr="008F5DDF" w:rsidRDefault="008F5DDF" w:rsidP="008F5DDF">
      <w:pPr>
        <w:tabs>
          <w:tab w:val="left" w:pos="5605"/>
        </w:tabs>
        <w:bidi/>
        <w:rPr>
          <w:rFonts w:ascii="Sakkal Majalla" w:hAnsi="Sakkal Majalla" w:cs="Sakkal Majalla"/>
          <w:szCs w:val="28"/>
        </w:rPr>
      </w:pPr>
      <w:r w:rsidRPr="008F5DDF">
        <w:rPr>
          <w:rFonts w:ascii="Sakkal Majalla" w:hAnsi="Sakkal Majalla" w:cs="Sakkal Majalla"/>
          <w:b/>
          <w:bCs/>
          <w:szCs w:val="28"/>
          <w:rtl/>
        </w:rPr>
        <w:t>الغرض</w:t>
      </w:r>
      <w:r w:rsidRPr="008F5DDF">
        <w:rPr>
          <w:rFonts w:ascii="Sakkal Majalla" w:hAnsi="Sakkal Majalla" w:cs="Sakkal Majalla"/>
          <w:b/>
          <w:bCs/>
          <w:szCs w:val="28"/>
        </w:rPr>
        <w:t>:</w:t>
      </w:r>
      <w:r w:rsidRPr="008F5DDF">
        <w:rPr>
          <w:rFonts w:ascii="Sakkal Majalla" w:hAnsi="Sakkal Majalla" w:cs="Sakkal Majalla"/>
          <w:szCs w:val="28"/>
        </w:rPr>
        <w:t xml:space="preserve"> </w:t>
      </w:r>
      <w:r w:rsidRPr="008F5DDF">
        <w:rPr>
          <w:rFonts w:ascii="Sakkal Majalla" w:hAnsi="Sakkal Majalla" w:cs="Sakkal Majalla"/>
          <w:szCs w:val="28"/>
          <w:rtl/>
        </w:rPr>
        <w:t>قياس قدرة الجهة على اكتساب واستيعاب وتحويل وتطبيق المعرفة</w:t>
      </w:r>
      <w:r w:rsidRPr="008F5DDF">
        <w:rPr>
          <w:rFonts w:ascii="Sakkal Majalla" w:hAnsi="Sakkal Majalla" w:cs="Sakkal Majalla"/>
          <w:szCs w:val="28"/>
        </w:rPr>
        <w:t>.</w:t>
      </w:r>
      <w:r w:rsidRPr="008F5DDF">
        <w:rPr>
          <w:rFonts w:ascii="Sakkal Majalla" w:hAnsi="Sakkal Majalla" w:cs="Sakkal Majalla"/>
          <w:szCs w:val="28"/>
        </w:rPr>
        <w:br/>
      </w:r>
      <w:r w:rsidRPr="008F5DDF">
        <w:rPr>
          <w:rFonts w:ascii="Sakkal Majalla" w:hAnsi="Sakkal Majalla" w:cs="Sakkal Majalla"/>
          <w:b/>
          <w:bCs/>
          <w:szCs w:val="28"/>
          <w:rtl/>
        </w:rPr>
        <w:t>الأبعاد الأربعة</w:t>
      </w:r>
      <w:r w:rsidRPr="008F5DDF">
        <w:rPr>
          <w:rFonts w:ascii="Sakkal Majalla" w:hAnsi="Sakkal Majalla" w:cs="Sakkal Majalla"/>
          <w:b/>
          <w:bCs/>
          <w:szCs w:val="28"/>
        </w:rPr>
        <w:t>:</w:t>
      </w:r>
    </w:p>
    <w:p w14:paraId="078AE821" w14:textId="77777777" w:rsidR="008F5DDF" w:rsidRPr="008F5DDF" w:rsidRDefault="008F5DDF" w:rsidP="008F5DDF">
      <w:pPr>
        <w:numPr>
          <w:ilvl w:val="0"/>
          <w:numId w:val="154"/>
        </w:numPr>
        <w:tabs>
          <w:tab w:val="left" w:pos="5605"/>
        </w:tabs>
        <w:bidi/>
        <w:rPr>
          <w:rFonts w:ascii="Sakkal Majalla" w:hAnsi="Sakkal Majalla" w:cs="Sakkal Majalla"/>
          <w:szCs w:val="28"/>
        </w:rPr>
      </w:pPr>
      <w:r w:rsidRPr="008F5DDF">
        <w:rPr>
          <w:rFonts w:ascii="Sakkal Majalla" w:hAnsi="Sakkal Majalla" w:cs="Sakkal Majalla"/>
          <w:b/>
          <w:bCs/>
          <w:szCs w:val="28"/>
          <w:rtl/>
        </w:rPr>
        <w:t>الاكتساب</w:t>
      </w:r>
      <w:r w:rsidRPr="008F5DDF">
        <w:rPr>
          <w:rFonts w:ascii="Sakkal Majalla" w:hAnsi="Sakkal Majalla" w:cs="Sakkal Majalla"/>
          <w:szCs w:val="28"/>
        </w:rPr>
        <w:t xml:space="preserve">: </w:t>
      </w:r>
      <w:r w:rsidRPr="008F5DDF">
        <w:rPr>
          <w:rFonts w:ascii="Sakkal Majalla" w:hAnsi="Sakkal Majalla" w:cs="Sakkal Majalla"/>
          <w:szCs w:val="28"/>
          <w:rtl/>
        </w:rPr>
        <w:t>تحديد وجمع المعرفة الجديدة</w:t>
      </w:r>
      <w:r w:rsidRPr="008F5DDF">
        <w:rPr>
          <w:rFonts w:ascii="Sakkal Majalla" w:hAnsi="Sakkal Majalla" w:cs="Sakkal Majalla"/>
          <w:szCs w:val="28"/>
        </w:rPr>
        <w:t>.</w:t>
      </w:r>
    </w:p>
    <w:p w14:paraId="76F7F4BB" w14:textId="77777777" w:rsidR="008F5DDF" w:rsidRPr="008F5DDF" w:rsidRDefault="008F5DDF" w:rsidP="008F5DDF">
      <w:pPr>
        <w:numPr>
          <w:ilvl w:val="0"/>
          <w:numId w:val="154"/>
        </w:numPr>
        <w:tabs>
          <w:tab w:val="left" w:pos="5605"/>
        </w:tabs>
        <w:bidi/>
        <w:rPr>
          <w:rFonts w:ascii="Sakkal Majalla" w:hAnsi="Sakkal Majalla" w:cs="Sakkal Majalla"/>
          <w:szCs w:val="28"/>
        </w:rPr>
      </w:pPr>
      <w:r w:rsidRPr="008F5DDF">
        <w:rPr>
          <w:rFonts w:ascii="Sakkal Majalla" w:hAnsi="Sakkal Majalla" w:cs="Sakkal Majalla"/>
          <w:b/>
          <w:bCs/>
          <w:szCs w:val="28"/>
          <w:rtl/>
        </w:rPr>
        <w:t>الاستيعاب</w:t>
      </w:r>
      <w:r w:rsidRPr="008F5DDF">
        <w:rPr>
          <w:rFonts w:ascii="Sakkal Majalla" w:hAnsi="Sakkal Majalla" w:cs="Sakkal Majalla"/>
          <w:szCs w:val="28"/>
        </w:rPr>
        <w:t xml:space="preserve">: </w:t>
      </w:r>
      <w:r w:rsidRPr="008F5DDF">
        <w:rPr>
          <w:rFonts w:ascii="Sakkal Majalla" w:hAnsi="Sakkal Majalla" w:cs="Sakkal Majalla"/>
          <w:szCs w:val="28"/>
          <w:rtl/>
        </w:rPr>
        <w:t>فهم وتحليل المعرفة المكتسبة</w:t>
      </w:r>
      <w:r w:rsidRPr="008F5DDF">
        <w:rPr>
          <w:rFonts w:ascii="Sakkal Majalla" w:hAnsi="Sakkal Majalla" w:cs="Sakkal Majalla"/>
          <w:szCs w:val="28"/>
        </w:rPr>
        <w:t>.</w:t>
      </w:r>
    </w:p>
    <w:p w14:paraId="2174935C" w14:textId="77777777" w:rsidR="008F5DDF" w:rsidRPr="008F5DDF" w:rsidRDefault="008F5DDF" w:rsidP="008F5DDF">
      <w:pPr>
        <w:numPr>
          <w:ilvl w:val="0"/>
          <w:numId w:val="154"/>
        </w:numPr>
        <w:tabs>
          <w:tab w:val="left" w:pos="5605"/>
        </w:tabs>
        <w:bidi/>
        <w:rPr>
          <w:rFonts w:ascii="Sakkal Majalla" w:hAnsi="Sakkal Majalla" w:cs="Sakkal Majalla"/>
          <w:szCs w:val="28"/>
        </w:rPr>
      </w:pPr>
      <w:r w:rsidRPr="008F5DDF">
        <w:rPr>
          <w:rFonts w:ascii="Sakkal Majalla" w:hAnsi="Sakkal Majalla" w:cs="Sakkal Majalla"/>
          <w:b/>
          <w:bCs/>
          <w:szCs w:val="28"/>
          <w:rtl/>
        </w:rPr>
        <w:t>التحويل</w:t>
      </w:r>
      <w:r w:rsidRPr="008F5DDF">
        <w:rPr>
          <w:rFonts w:ascii="Sakkal Majalla" w:hAnsi="Sakkal Majalla" w:cs="Sakkal Majalla"/>
          <w:szCs w:val="28"/>
        </w:rPr>
        <w:t xml:space="preserve">: </w:t>
      </w:r>
      <w:r w:rsidRPr="008F5DDF">
        <w:rPr>
          <w:rFonts w:ascii="Sakkal Majalla" w:hAnsi="Sakkal Majalla" w:cs="Sakkal Majalla"/>
          <w:szCs w:val="28"/>
          <w:rtl/>
        </w:rPr>
        <w:t>دمج المعرفة مع الخبرات السابقة</w:t>
      </w:r>
      <w:r w:rsidRPr="008F5DDF">
        <w:rPr>
          <w:rFonts w:ascii="Sakkal Majalla" w:hAnsi="Sakkal Majalla" w:cs="Sakkal Majalla"/>
          <w:szCs w:val="28"/>
        </w:rPr>
        <w:t>.</w:t>
      </w:r>
    </w:p>
    <w:p w14:paraId="1045F9C8" w14:textId="77777777" w:rsidR="008F5DDF" w:rsidRDefault="008F5DDF" w:rsidP="008F5DDF">
      <w:pPr>
        <w:numPr>
          <w:ilvl w:val="0"/>
          <w:numId w:val="154"/>
        </w:numPr>
        <w:tabs>
          <w:tab w:val="left" w:pos="5605"/>
        </w:tabs>
        <w:bidi/>
        <w:rPr>
          <w:rFonts w:ascii="Sakkal Majalla" w:hAnsi="Sakkal Majalla" w:cs="Sakkal Majalla"/>
          <w:szCs w:val="28"/>
        </w:rPr>
      </w:pPr>
      <w:r w:rsidRPr="008F5DDF">
        <w:rPr>
          <w:rFonts w:ascii="Sakkal Majalla" w:hAnsi="Sakkal Majalla" w:cs="Sakkal Majalla"/>
          <w:b/>
          <w:bCs/>
          <w:szCs w:val="28"/>
          <w:rtl/>
        </w:rPr>
        <w:t>التطبيق</w:t>
      </w:r>
      <w:r w:rsidRPr="008F5DDF">
        <w:rPr>
          <w:rFonts w:ascii="Sakkal Majalla" w:hAnsi="Sakkal Majalla" w:cs="Sakkal Majalla"/>
          <w:szCs w:val="28"/>
        </w:rPr>
        <w:t xml:space="preserve">: </w:t>
      </w:r>
      <w:r w:rsidRPr="008F5DDF">
        <w:rPr>
          <w:rFonts w:ascii="Sakkal Majalla" w:hAnsi="Sakkal Majalla" w:cs="Sakkal Majalla"/>
          <w:szCs w:val="28"/>
          <w:rtl/>
        </w:rPr>
        <w:t>استخدام المعرفة في الممارسات العملية</w:t>
      </w:r>
      <w:r w:rsidRPr="008F5DDF">
        <w:rPr>
          <w:rFonts w:ascii="Sakkal Majalla" w:hAnsi="Sakkal Majalla" w:cs="Sakkal Majalla"/>
          <w:szCs w:val="28"/>
        </w:rPr>
        <w:t>.</w:t>
      </w:r>
    </w:p>
    <w:p w14:paraId="21B60425" w14:textId="77777777" w:rsidR="0025558A" w:rsidRDefault="0025558A" w:rsidP="0025558A">
      <w:pPr>
        <w:tabs>
          <w:tab w:val="left" w:pos="5605"/>
        </w:tabs>
        <w:bidi/>
        <w:ind w:left="720"/>
        <w:rPr>
          <w:rFonts w:ascii="Sakkal Majalla" w:hAnsi="Sakkal Majalla" w:cs="Sakkal Majalla"/>
          <w:b/>
          <w:bCs/>
          <w:szCs w:val="28"/>
        </w:rPr>
      </w:pPr>
    </w:p>
    <w:p w14:paraId="7B630D38" w14:textId="77777777" w:rsidR="0025558A" w:rsidRPr="008F5DDF" w:rsidRDefault="0025558A" w:rsidP="0025558A">
      <w:pPr>
        <w:tabs>
          <w:tab w:val="left" w:pos="5605"/>
        </w:tabs>
        <w:bidi/>
        <w:ind w:left="720"/>
        <w:rPr>
          <w:rFonts w:ascii="Sakkal Majalla" w:hAnsi="Sakkal Majalla" w:cs="Sakkal Majalla"/>
          <w:szCs w:val="28"/>
        </w:rPr>
      </w:pPr>
    </w:p>
    <w:p w14:paraId="79374E8E" w14:textId="3F220D1A" w:rsidR="008F5DDF" w:rsidRPr="008F5DDF" w:rsidRDefault="0025558A" w:rsidP="008F5DDF">
      <w:pPr>
        <w:tabs>
          <w:tab w:val="left" w:pos="5605"/>
        </w:tabs>
        <w:bidi/>
        <w:rPr>
          <w:rFonts w:ascii="Sakkal Majalla" w:hAnsi="Sakkal Majalla" w:cs="Sakkal Majalla"/>
          <w:szCs w:val="28"/>
        </w:rPr>
      </w:pPr>
      <w:r w:rsidRPr="0025558A">
        <w:rPr>
          <w:rFonts w:ascii="Sakkal Majalla" w:hAnsi="Sakkal Majalla" w:cs="Sakkal Majalla"/>
          <w:noProof/>
          <w:szCs w:val="28"/>
          <w:rtl/>
        </w:rPr>
        <w:drawing>
          <wp:inline distT="0" distB="0" distL="0" distR="0" wp14:anchorId="185D6AF3" wp14:editId="03C326FC">
            <wp:extent cx="5612765" cy="1603375"/>
            <wp:effectExtent l="0" t="0" r="6985" b="0"/>
            <wp:docPr id="1903425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425480" name=""/>
                    <pic:cNvPicPr/>
                  </pic:nvPicPr>
                  <pic:blipFill>
                    <a:blip r:embed="rId35"/>
                    <a:stretch>
                      <a:fillRect/>
                    </a:stretch>
                  </pic:blipFill>
                  <pic:spPr>
                    <a:xfrm>
                      <a:off x="0" y="0"/>
                      <a:ext cx="5612765" cy="1603375"/>
                    </a:xfrm>
                    <a:prstGeom prst="rect">
                      <a:avLst/>
                    </a:prstGeom>
                  </pic:spPr>
                </pic:pic>
              </a:graphicData>
            </a:graphic>
          </wp:inline>
        </w:drawing>
      </w:r>
      <w:r w:rsidR="00000000">
        <w:rPr>
          <w:rFonts w:ascii="Sakkal Majalla" w:hAnsi="Sakkal Majalla" w:cs="Sakkal Majalla"/>
          <w:szCs w:val="28"/>
        </w:rPr>
        <w:pict w14:anchorId="088A0215">
          <v:rect id="_x0000_i1026" style="width:0;height:1.5pt" o:hralign="center" o:hrstd="t" o:hr="t" fillcolor="#a0a0a0" stroked="f"/>
        </w:pict>
      </w:r>
    </w:p>
    <w:p w14:paraId="59CD98FE" w14:textId="0606902D" w:rsidR="008F5DDF" w:rsidRPr="008F5DDF" w:rsidRDefault="008F5DDF" w:rsidP="008F5DDF">
      <w:pPr>
        <w:tabs>
          <w:tab w:val="left" w:pos="5605"/>
        </w:tabs>
        <w:bidi/>
        <w:rPr>
          <w:rFonts w:ascii="Sakkal Majalla" w:hAnsi="Sakkal Majalla" w:cs="Sakkal Majalla"/>
          <w:b/>
          <w:bCs/>
          <w:szCs w:val="28"/>
        </w:rPr>
      </w:pPr>
      <w:r w:rsidRPr="008F5DDF">
        <w:rPr>
          <w:rFonts w:ascii="Sakkal Majalla" w:hAnsi="Sakkal Majalla" w:cs="Sakkal Majalla"/>
          <w:b/>
          <w:bCs/>
          <w:szCs w:val="28"/>
          <w:rtl/>
        </w:rPr>
        <w:t>نموذج تقييم نضج الابتكار</w:t>
      </w:r>
      <w:r w:rsidRPr="008F5DDF">
        <w:rPr>
          <w:rFonts w:ascii="Sakkal Majalla" w:hAnsi="Sakkal Majalla" w:cs="Sakkal Majalla"/>
          <w:b/>
          <w:bCs/>
          <w:szCs w:val="28"/>
        </w:rPr>
        <w:t xml:space="preserve"> (Innovation Maturity Model)</w:t>
      </w:r>
    </w:p>
    <w:p w14:paraId="3F732868" w14:textId="77777777" w:rsidR="008F5DDF" w:rsidRPr="008F5DDF" w:rsidRDefault="008F5DDF" w:rsidP="008F5DDF">
      <w:pPr>
        <w:tabs>
          <w:tab w:val="left" w:pos="5605"/>
        </w:tabs>
        <w:bidi/>
        <w:rPr>
          <w:rFonts w:ascii="Sakkal Majalla" w:hAnsi="Sakkal Majalla" w:cs="Sakkal Majalla"/>
          <w:szCs w:val="28"/>
        </w:rPr>
      </w:pPr>
      <w:r w:rsidRPr="008F5DDF">
        <w:rPr>
          <w:rFonts w:ascii="Sakkal Majalla" w:hAnsi="Sakkal Majalla" w:cs="Sakkal Majalla"/>
          <w:b/>
          <w:bCs/>
          <w:szCs w:val="28"/>
          <w:rtl/>
        </w:rPr>
        <w:t>الغرض</w:t>
      </w:r>
      <w:r w:rsidRPr="008F5DDF">
        <w:rPr>
          <w:rFonts w:ascii="Sakkal Majalla" w:hAnsi="Sakkal Majalla" w:cs="Sakkal Majalla"/>
          <w:b/>
          <w:bCs/>
          <w:szCs w:val="28"/>
        </w:rPr>
        <w:t>:</w:t>
      </w:r>
      <w:r w:rsidRPr="008F5DDF">
        <w:rPr>
          <w:rFonts w:ascii="Sakkal Majalla" w:hAnsi="Sakkal Majalla" w:cs="Sakkal Majalla"/>
          <w:szCs w:val="28"/>
        </w:rPr>
        <w:t xml:space="preserve"> </w:t>
      </w:r>
      <w:r w:rsidRPr="008F5DDF">
        <w:rPr>
          <w:rFonts w:ascii="Sakkal Majalla" w:hAnsi="Sakkal Majalla" w:cs="Sakkal Majalla"/>
          <w:szCs w:val="28"/>
          <w:rtl/>
        </w:rPr>
        <w:t>تصنيف الجهة إلى مستوى نضج محدد: مبتدئ، نامٍ، متقدم، رائد</w:t>
      </w:r>
      <w:r w:rsidRPr="008F5DDF">
        <w:rPr>
          <w:rFonts w:ascii="Sakkal Majalla" w:hAnsi="Sakkal Majalla" w:cs="Sakkal Majalla"/>
          <w:szCs w:val="28"/>
        </w:rPr>
        <w:t>.</w:t>
      </w:r>
      <w:r w:rsidRPr="008F5DDF">
        <w:rPr>
          <w:rFonts w:ascii="Sakkal Majalla" w:hAnsi="Sakkal Majalla" w:cs="Sakkal Majalla"/>
          <w:szCs w:val="28"/>
        </w:rPr>
        <w:br/>
      </w:r>
      <w:r w:rsidRPr="008F5DDF">
        <w:rPr>
          <w:rFonts w:ascii="Sakkal Majalla" w:hAnsi="Sakkal Majalla" w:cs="Sakkal Majalla"/>
          <w:b/>
          <w:bCs/>
          <w:szCs w:val="28"/>
          <w:rtl/>
        </w:rPr>
        <w:t>المحاور</w:t>
      </w:r>
      <w:r w:rsidRPr="008F5DDF">
        <w:rPr>
          <w:rFonts w:ascii="Sakkal Majalla" w:hAnsi="Sakkal Majalla" w:cs="Sakkal Majalla"/>
          <w:b/>
          <w:bCs/>
          <w:szCs w:val="28"/>
        </w:rPr>
        <w:t>:</w:t>
      </w:r>
      <w:r w:rsidRPr="008F5DDF">
        <w:rPr>
          <w:rFonts w:ascii="Sakkal Majalla" w:hAnsi="Sakkal Majalla" w:cs="Sakkal Majalla"/>
          <w:szCs w:val="28"/>
        </w:rPr>
        <w:t xml:space="preserve"> </w:t>
      </w:r>
      <w:r w:rsidRPr="008F5DDF">
        <w:rPr>
          <w:rFonts w:ascii="Sakkal Majalla" w:hAnsi="Sakkal Majalla" w:cs="Sakkal Majalla"/>
          <w:szCs w:val="28"/>
          <w:rtl/>
        </w:rPr>
        <w:t>القيادة، الثقافة، الموارد، العمليات، النتائج</w:t>
      </w:r>
      <w:r w:rsidRPr="008F5DDF">
        <w:rPr>
          <w:rFonts w:ascii="Sakkal Majalla" w:hAnsi="Sakkal Majalla" w:cs="Sakkal Majalla"/>
          <w:szCs w:val="28"/>
        </w:rPr>
        <w:t>.</w:t>
      </w:r>
    </w:p>
    <w:p w14:paraId="23CE2CF1" w14:textId="7029B7C3" w:rsidR="008F5DDF" w:rsidRPr="008F5DDF" w:rsidRDefault="008F55FB" w:rsidP="008F5DDF">
      <w:pPr>
        <w:tabs>
          <w:tab w:val="left" w:pos="5605"/>
        </w:tabs>
        <w:bidi/>
        <w:rPr>
          <w:rFonts w:ascii="Sakkal Majalla" w:hAnsi="Sakkal Majalla" w:cs="Sakkal Majalla"/>
          <w:szCs w:val="28"/>
        </w:rPr>
      </w:pPr>
      <w:r w:rsidRPr="008F55FB">
        <w:rPr>
          <w:rFonts w:ascii="Sakkal Majalla" w:hAnsi="Sakkal Majalla" w:cs="Sakkal Majalla"/>
          <w:noProof/>
          <w:szCs w:val="28"/>
          <w:rtl/>
        </w:rPr>
        <w:drawing>
          <wp:inline distT="0" distB="0" distL="0" distR="0" wp14:anchorId="0B7BB53F" wp14:editId="0E98BD10">
            <wp:extent cx="5612765" cy="1256665"/>
            <wp:effectExtent l="0" t="0" r="6985" b="635"/>
            <wp:docPr id="601751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751528" name=""/>
                    <pic:cNvPicPr/>
                  </pic:nvPicPr>
                  <pic:blipFill>
                    <a:blip r:embed="rId36"/>
                    <a:stretch>
                      <a:fillRect/>
                    </a:stretch>
                  </pic:blipFill>
                  <pic:spPr>
                    <a:xfrm>
                      <a:off x="0" y="0"/>
                      <a:ext cx="5612765" cy="1256665"/>
                    </a:xfrm>
                    <a:prstGeom prst="rect">
                      <a:avLst/>
                    </a:prstGeom>
                  </pic:spPr>
                </pic:pic>
              </a:graphicData>
            </a:graphic>
          </wp:inline>
        </w:drawing>
      </w:r>
      <w:r w:rsidR="00000000">
        <w:rPr>
          <w:rFonts w:ascii="Sakkal Majalla" w:hAnsi="Sakkal Majalla" w:cs="Sakkal Majalla"/>
          <w:szCs w:val="28"/>
        </w:rPr>
        <w:pict w14:anchorId="317EA444">
          <v:rect id="_x0000_i1027" style="width:0;height:1.5pt" o:hralign="center" o:hrstd="t" o:hr="t" fillcolor="#a0a0a0" stroked="f"/>
        </w:pict>
      </w:r>
    </w:p>
    <w:p w14:paraId="379EE800" w14:textId="6049B08A" w:rsidR="008F5DDF" w:rsidRPr="008F5DDF" w:rsidRDefault="008F5DDF" w:rsidP="008F5DDF">
      <w:pPr>
        <w:tabs>
          <w:tab w:val="left" w:pos="5605"/>
        </w:tabs>
        <w:bidi/>
        <w:rPr>
          <w:rFonts w:ascii="Sakkal Majalla" w:hAnsi="Sakkal Majalla" w:cs="Sakkal Majalla"/>
          <w:b/>
          <w:bCs/>
          <w:szCs w:val="28"/>
        </w:rPr>
      </w:pPr>
      <w:r w:rsidRPr="008F5DDF">
        <w:rPr>
          <w:rFonts w:ascii="Sakkal Majalla" w:hAnsi="Sakkal Majalla" w:cs="Sakkal Majalla"/>
          <w:b/>
          <w:bCs/>
          <w:szCs w:val="28"/>
          <w:rtl/>
        </w:rPr>
        <w:t>قائمة مراجعة استدامة الابتكار</w:t>
      </w:r>
    </w:p>
    <w:p w14:paraId="663728A8" w14:textId="77777777" w:rsidR="008F5DDF" w:rsidRPr="008F5DDF" w:rsidRDefault="008F5DDF" w:rsidP="008F5DDF">
      <w:pPr>
        <w:tabs>
          <w:tab w:val="left" w:pos="5605"/>
        </w:tabs>
        <w:bidi/>
        <w:rPr>
          <w:rFonts w:ascii="Sakkal Majalla" w:hAnsi="Sakkal Majalla" w:cs="Sakkal Majalla"/>
          <w:szCs w:val="28"/>
        </w:rPr>
      </w:pPr>
      <w:r w:rsidRPr="008F5DDF">
        <w:rPr>
          <w:rFonts w:ascii="Sakkal Majalla" w:hAnsi="Sakkal Majalla" w:cs="Sakkal Majalla"/>
          <w:b/>
          <w:bCs/>
          <w:szCs w:val="28"/>
          <w:rtl/>
        </w:rPr>
        <w:t>الغرض</w:t>
      </w:r>
      <w:r w:rsidRPr="008F5DDF">
        <w:rPr>
          <w:rFonts w:ascii="Sakkal Majalla" w:hAnsi="Sakkal Majalla" w:cs="Sakkal Majalla"/>
          <w:b/>
          <w:bCs/>
          <w:szCs w:val="28"/>
        </w:rPr>
        <w:t>:</w:t>
      </w:r>
      <w:r w:rsidRPr="008F5DDF">
        <w:rPr>
          <w:rFonts w:ascii="Sakkal Majalla" w:hAnsi="Sakkal Majalla" w:cs="Sakkal Majalla"/>
          <w:szCs w:val="28"/>
        </w:rPr>
        <w:t xml:space="preserve"> </w:t>
      </w:r>
      <w:r w:rsidRPr="008F5DDF">
        <w:rPr>
          <w:rFonts w:ascii="Sakkal Majalla" w:hAnsi="Sakkal Majalla" w:cs="Sakkal Majalla"/>
          <w:szCs w:val="28"/>
          <w:rtl/>
        </w:rPr>
        <w:t>التأكد من أن الابتكار مدمج في هيكل الجهة وسياساتها</w:t>
      </w:r>
      <w:r w:rsidRPr="008F5DDF">
        <w:rPr>
          <w:rFonts w:ascii="Sakkal Majalla" w:hAnsi="Sakkal Majalla" w:cs="Sakkal Majalla"/>
          <w:szCs w:val="28"/>
        </w:rPr>
        <w:t>.</w:t>
      </w:r>
    </w:p>
    <w:p w14:paraId="442E9776" w14:textId="408A0DDB" w:rsidR="008F5DDF" w:rsidRPr="008F5DDF" w:rsidRDefault="008F55FB" w:rsidP="008F5DDF">
      <w:pPr>
        <w:tabs>
          <w:tab w:val="left" w:pos="5605"/>
        </w:tabs>
        <w:bidi/>
        <w:rPr>
          <w:rFonts w:ascii="Sakkal Majalla" w:hAnsi="Sakkal Majalla" w:cs="Sakkal Majalla"/>
          <w:szCs w:val="28"/>
          <w:rtl/>
        </w:rPr>
      </w:pPr>
      <w:r w:rsidRPr="008F55FB">
        <w:rPr>
          <w:rFonts w:ascii="Sakkal Majalla" w:hAnsi="Sakkal Majalla" w:cs="Sakkal Majalla"/>
          <w:noProof/>
          <w:szCs w:val="28"/>
          <w:rtl/>
        </w:rPr>
        <w:drawing>
          <wp:inline distT="0" distB="0" distL="0" distR="0" wp14:anchorId="0B4272F0" wp14:editId="0C60835D">
            <wp:extent cx="5612765" cy="1386840"/>
            <wp:effectExtent l="0" t="0" r="6985" b="3810"/>
            <wp:docPr id="1258919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919835" name=""/>
                    <pic:cNvPicPr/>
                  </pic:nvPicPr>
                  <pic:blipFill>
                    <a:blip r:embed="rId37"/>
                    <a:stretch>
                      <a:fillRect/>
                    </a:stretch>
                  </pic:blipFill>
                  <pic:spPr>
                    <a:xfrm>
                      <a:off x="0" y="0"/>
                      <a:ext cx="5612765" cy="1386840"/>
                    </a:xfrm>
                    <a:prstGeom prst="rect">
                      <a:avLst/>
                    </a:prstGeom>
                  </pic:spPr>
                </pic:pic>
              </a:graphicData>
            </a:graphic>
          </wp:inline>
        </w:drawing>
      </w:r>
    </w:p>
    <w:sectPr w:rsidR="008F5DDF" w:rsidRPr="008F5DDF" w:rsidSect="006522A0">
      <w:headerReference w:type="even" r:id="rId38"/>
      <w:headerReference w:type="default" r:id="rId39"/>
      <w:footerReference w:type="even" r:id="rId40"/>
      <w:footerReference w:type="default" r:id="rId41"/>
      <w:headerReference w:type="first" r:id="rId42"/>
      <w:footerReference w:type="first" r:id="rId43"/>
      <w:pgSz w:w="12240" w:h="15840"/>
      <w:pgMar w:top="1417" w:right="1984" w:bottom="1417" w:left="1417"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063C5" w14:textId="77777777" w:rsidR="006F41B6" w:rsidRDefault="006F41B6" w:rsidP="00931EB1">
      <w:pPr>
        <w:spacing w:after="0" w:line="240" w:lineRule="auto"/>
      </w:pPr>
      <w:r>
        <w:separator/>
      </w:r>
    </w:p>
  </w:endnote>
  <w:endnote w:type="continuationSeparator" w:id="0">
    <w:p w14:paraId="64C06225" w14:textId="77777777" w:rsidR="006F41B6" w:rsidRDefault="006F41B6" w:rsidP="00931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jalla UI">
    <w:altName w:val="Sakkal Majall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09838" w14:textId="0489748A" w:rsidR="008A139A" w:rsidRDefault="008A13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C87B3" w14:textId="5F596BCD" w:rsidR="00931EB1" w:rsidRDefault="00000000">
    <w:pPr>
      <w:pStyle w:val="Footer"/>
      <w:jc w:val="center"/>
    </w:pPr>
    <w:sdt>
      <w:sdtPr>
        <w:id w:val="1435624076"/>
        <w:docPartObj>
          <w:docPartGallery w:val="Page Numbers (Bottom of Page)"/>
          <w:docPartUnique/>
        </w:docPartObj>
      </w:sdtPr>
      <w:sdtEndPr>
        <w:rPr>
          <w:noProof/>
        </w:rPr>
      </w:sdtEndPr>
      <w:sdtContent>
        <w:r w:rsidR="00931EB1">
          <w:fldChar w:fldCharType="begin"/>
        </w:r>
        <w:r w:rsidR="00931EB1">
          <w:instrText xml:space="preserve"> PAGE   \* MERGEFORMAT </w:instrText>
        </w:r>
        <w:r w:rsidR="00931EB1">
          <w:fldChar w:fldCharType="separate"/>
        </w:r>
        <w:r w:rsidR="00931EB1">
          <w:rPr>
            <w:noProof/>
          </w:rPr>
          <w:t>2</w:t>
        </w:r>
        <w:r w:rsidR="00931EB1">
          <w:rPr>
            <w:noProof/>
          </w:rPr>
          <w:fldChar w:fldCharType="end"/>
        </w:r>
      </w:sdtContent>
    </w:sdt>
  </w:p>
  <w:p w14:paraId="32E67882" w14:textId="77777777" w:rsidR="00931EB1" w:rsidRDefault="00931E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CF9C" w14:textId="63661C52" w:rsidR="008A139A" w:rsidRDefault="008A1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8B213" w14:textId="77777777" w:rsidR="006F41B6" w:rsidRDefault="006F41B6" w:rsidP="00931EB1">
      <w:pPr>
        <w:spacing w:after="0" w:line="240" w:lineRule="auto"/>
      </w:pPr>
      <w:r>
        <w:separator/>
      </w:r>
    </w:p>
  </w:footnote>
  <w:footnote w:type="continuationSeparator" w:id="0">
    <w:p w14:paraId="0E362FEB" w14:textId="77777777" w:rsidR="006F41B6" w:rsidRDefault="006F41B6" w:rsidP="00931E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0AE7E" w14:textId="77777777" w:rsidR="00310657" w:rsidRDefault="003106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23889" w14:textId="39614378" w:rsidR="00310657" w:rsidRDefault="003106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15BDA" w14:textId="77777777" w:rsidR="00310657" w:rsidRDefault="003106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277428"/>
    <w:multiLevelType w:val="multilevel"/>
    <w:tmpl w:val="F17E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3167D0"/>
    <w:multiLevelType w:val="hybridMultilevel"/>
    <w:tmpl w:val="4CBE9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3C652D"/>
    <w:multiLevelType w:val="hybridMultilevel"/>
    <w:tmpl w:val="6466F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2622968"/>
    <w:multiLevelType w:val="hybridMultilevel"/>
    <w:tmpl w:val="6C72CB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2D8487D"/>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3A7A79"/>
    <w:multiLevelType w:val="hybridMultilevel"/>
    <w:tmpl w:val="B6649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46C61D7"/>
    <w:multiLevelType w:val="multilevel"/>
    <w:tmpl w:val="7310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495BAE"/>
    <w:multiLevelType w:val="multilevel"/>
    <w:tmpl w:val="C138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490F90"/>
    <w:multiLevelType w:val="multilevel"/>
    <w:tmpl w:val="6DBE6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9301D78"/>
    <w:multiLevelType w:val="multilevel"/>
    <w:tmpl w:val="92CE8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D300D7"/>
    <w:multiLevelType w:val="multilevel"/>
    <w:tmpl w:val="BF0E09EE"/>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0B241707"/>
    <w:multiLevelType w:val="multilevel"/>
    <w:tmpl w:val="36F6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6D6B59"/>
    <w:multiLevelType w:val="multilevel"/>
    <w:tmpl w:val="F7E6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B0011D"/>
    <w:multiLevelType w:val="hybridMultilevel"/>
    <w:tmpl w:val="EE723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D745121"/>
    <w:multiLevelType w:val="hybridMultilevel"/>
    <w:tmpl w:val="6BE0C95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0DE36534"/>
    <w:multiLevelType w:val="hybridMultilevel"/>
    <w:tmpl w:val="A28EA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E574D1E"/>
    <w:multiLevelType w:val="multilevel"/>
    <w:tmpl w:val="6A3C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AB6853"/>
    <w:multiLevelType w:val="multilevel"/>
    <w:tmpl w:val="E7428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392497"/>
    <w:multiLevelType w:val="multilevel"/>
    <w:tmpl w:val="DBD04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1617537"/>
    <w:multiLevelType w:val="multilevel"/>
    <w:tmpl w:val="2DA6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36D6329"/>
    <w:multiLevelType w:val="multilevel"/>
    <w:tmpl w:val="EEC6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9C4B44"/>
    <w:multiLevelType w:val="multilevel"/>
    <w:tmpl w:val="53A8B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6F27FF7"/>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98E18F3"/>
    <w:multiLevelType w:val="hybridMultilevel"/>
    <w:tmpl w:val="87A8D4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1A987CD0"/>
    <w:multiLevelType w:val="multilevel"/>
    <w:tmpl w:val="3A32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646190"/>
    <w:multiLevelType w:val="multilevel"/>
    <w:tmpl w:val="467C7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D615A15"/>
    <w:multiLevelType w:val="multilevel"/>
    <w:tmpl w:val="2364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D807A4F"/>
    <w:multiLevelType w:val="multilevel"/>
    <w:tmpl w:val="0E3ED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0633C73"/>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0A46D83"/>
    <w:multiLevelType w:val="multilevel"/>
    <w:tmpl w:val="19F4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1A33253"/>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2641003"/>
    <w:multiLevelType w:val="multilevel"/>
    <w:tmpl w:val="D8000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2816BD2"/>
    <w:multiLevelType w:val="multilevel"/>
    <w:tmpl w:val="44280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31937DC"/>
    <w:multiLevelType w:val="multilevel"/>
    <w:tmpl w:val="663EE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3576F86"/>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3A536FA"/>
    <w:multiLevelType w:val="hybridMultilevel"/>
    <w:tmpl w:val="3A740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3BB6577"/>
    <w:multiLevelType w:val="multilevel"/>
    <w:tmpl w:val="8F66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3FC2C5B"/>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49940C6"/>
    <w:multiLevelType w:val="multilevel"/>
    <w:tmpl w:val="6B8A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4D52C8A"/>
    <w:multiLevelType w:val="multilevel"/>
    <w:tmpl w:val="E25A4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5CD5ADE"/>
    <w:multiLevelType w:val="hybridMultilevel"/>
    <w:tmpl w:val="FABEF1AA"/>
    <w:lvl w:ilvl="0" w:tplc="F8BE5642">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262525D0"/>
    <w:multiLevelType w:val="multilevel"/>
    <w:tmpl w:val="86FE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68333FC"/>
    <w:multiLevelType w:val="multilevel"/>
    <w:tmpl w:val="136C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6D6260F"/>
    <w:multiLevelType w:val="hybridMultilevel"/>
    <w:tmpl w:val="13805CC8"/>
    <w:lvl w:ilvl="0" w:tplc="8A96037C">
      <w:numFmt w:val="bullet"/>
      <w:lvlText w:val=""/>
      <w:lvlJc w:val="left"/>
      <w:pPr>
        <w:ind w:left="720" w:hanging="360"/>
      </w:pPr>
      <w:rPr>
        <w:rFonts w:ascii="Symbol" w:eastAsia="Majalla UI" w:hAnsi="Symbol" w:cstheme="minorBidi"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737194B"/>
    <w:multiLevelType w:val="multilevel"/>
    <w:tmpl w:val="167CD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7E81D25"/>
    <w:multiLevelType w:val="multilevel"/>
    <w:tmpl w:val="B93C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8644310"/>
    <w:multiLevelType w:val="multilevel"/>
    <w:tmpl w:val="230C0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9B67709"/>
    <w:multiLevelType w:val="multilevel"/>
    <w:tmpl w:val="CD828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AF06674"/>
    <w:multiLevelType w:val="hybridMultilevel"/>
    <w:tmpl w:val="79927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C753D34"/>
    <w:multiLevelType w:val="multilevel"/>
    <w:tmpl w:val="5E821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CA56132"/>
    <w:multiLevelType w:val="multilevel"/>
    <w:tmpl w:val="3350D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CDC2E9A"/>
    <w:multiLevelType w:val="multilevel"/>
    <w:tmpl w:val="F2A43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F010595"/>
    <w:multiLevelType w:val="multilevel"/>
    <w:tmpl w:val="CA48B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FA636B0"/>
    <w:multiLevelType w:val="hybridMultilevel"/>
    <w:tmpl w:val="E654C406"/>
    <w:lvl w:ilvl="0" w:tplc="92FAF22A">
      <w:start w:val="3"/>
      <w:numFmt w:val="bullet"/>
      <w:lvlText w:val="-"/>
      <w:lvlJc w:val="left"/>
      <w:pPr>
        <w:ind w:left="720" w:hanging="360"/>
      </w:pPr>
      <w:rPr>
        <w:rFonts w:ascii="Sakkal Majalla" w:eastAsia="Majalla U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061256C"/>
    <w:multiLevelType w:val="multilevel"/>
    <w:tmpl w:val="E152A63C"/>
    <w:lvl w:ilvl="0">
      <w:start w:val="1"/>
      <w:numFmt w:val="decimal"/>
      <w:lvlText w:val="%1."/>
      <w:lvlJc w:val="left"/>
      <w:pPr>
        <w:ind w:left="720" w:hanging="360"/>
      </w:pPr>
    </w:lvl>
    <w:lvl w:ilvl="1">
      <w:start w:val="4"/>
      <w:numFmt w:val="decimal"/>
      <w:isLgl/>
      <w:lvlText w:val="%1.%2"/>
      <w:lvlJc w:val="left"/>
      <w:pPr>
        <w:ind w:left="850" w:hanging="49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332E3095"/>
    <w:multiLevelType w:val="multilevel"/>
    <w:tmpl w:val="04F21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3A87C29"/>
    <w:multiLevelType w:val="multilevel"/>
    <w:tmpl w:val="0544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43927DC"/>
    <w:multiLevelType w:val="multilevel"/>
    <w:tmpl w:val="B60A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48A55CD"/>
    <w:multiLevelType w:val="multilevel"/>
    <w:tmpl w:val="C518C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4BD771D"/>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5901ED7"/>
    <w:multiLevelType w:val="multilevel"/>
    <w:tmpl w:val="94E8F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5D275B7"/>
    <w:multiLevelType w:val="multilevel"/>
    <w:tmpl w:val="71D45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7EF7D0D"/>
    <w:multiLevelType w:val="multilevel"/>
    <w:tmpl w:val="7D86E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9B35233"/>
    <w:multiLevelType w:val="hybridMultilevel"/>
    <w:tmpl w:val="C158F1C8"/>
    <w:lvl w:ilvl="0" w:tplc="9F0C09C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9BF0B1A"/>
    <w:multiLevelType w:val="multilevel"/>
    <w:tmpl w:val="40B25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9DE31E8"/>
    <w:multiLevelType w:val="hybridMultilevel"/>
    <w:tmpl w:val="7ACEA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A1E489B"/>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B487C66"/>
    <w:multiLevelType w:val="multilevel"/>
    <w:tmpl w:val="6E261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C89271E"/>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CCB7CBB"/>
    <w:multiLevelType w:val="multilevel"/>
    <w:tmpl w:val="D70A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DD901AF"/>
    <w:multiLevelType w:val="multilevel"/>
    <w:tmpl w:val="72F0F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F3932E0"/>
    <w:multiLevelType w:val="multilevel"/>
    <w:tmpl w:val="E00A6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0681101"/>
    <w:multiLevelType w:val="multilevel"/>
    <w:tmpl w:val="F816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1982903"/>
    <w:multiLevelType w:val="hybridMultilevel"/>
    <w:tmpl w:val="1DD607A4"/>
    <w:lvl w:ilvl="0" w:tplc="F8BE5642">
      <w:start w:val="1"/>
      <w:numFmt w:val="decimal"/>
      <w:lvlText w:val="%1."/>
      <w:lvlJc w:val="left"/>
      <w:pPr>
        <w:ind w:left="1080" w:hanging="360"/>
      </w:pPr>
      <w:rPr>
        <w:rFonts w:hint="default"/>
        <w:sz w:val="22"/>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3" w15:restartNumberingAfterBreak="0">
    <w:nsid w:val="43927C76"/>
    <w:multiLevelType w:val="multilevel"/>
    <w:tmpl w:val="1B4C8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4232BEB"/>
    <w:multiLevelType w:val="multilevel"/>
    <w:tmpl w:val="0B52A4D2"/>
    <w:lvl w:ilvl="0">
      <w:start w:val="1"/>
      <w:numFmt w:val="decimal"/>
      <w:lvlText w:val="%1"/>
      <w:lvlJc w:val="left"/>
      <w:pPr>
        <w:ind w:left="360" w:hanging="360"/>
      </w:pPr>
      <w:rPr>
        <w:rFonts w:hint="default"/>
        <w:sz w:val="32"/>
      </w:rPr>
    </w:lvl>
    <w:lvl w:ilvl="1">
      <w:start w:val="1"/>
      <w:numFmt w:val="decimal"/>
      <w:lvlText w:val="%1.%2"/>
      <w:lvlJc w:val="left"/>
      <w:pPr>
        <w:ind w:left="1080" w:hanging="720"/>
      </w:pPr>
      <w:rPr>
        <w:rFonts w:hint="default"/>
        <w:sz w:val="32"/>
      </w:rPr>
    </w:lvl>
    <w:lvl w:ilvl="2">
      <w:start w:val="1"/>
      <w:numFmt w:val="decimal"/>
      <w:lvlText w:val="%1.%2.%3"/>
      <w:lvlJc w:val="left"/>
      <w:pPr>
        <w:ind w:left="1440" w:hanging="720"/>
      </w:pPr>
      <w:rPr>
        <w:rFonts w:hint="default"/>
        <w:sz w:val="32"/>
      </w:rPr>
    </w:lvl>
    <w:lvl w:ilvl="3">
      <w:start w:val="1"/>
      <w:numFmt w:val="decimal"/>
      <w:lvlText w:val="%1.%2.%3.%4"/>
      <w:lvlJc w:val="left"/>
      <w:pPr>
        <w:ind w:left="2160" w:hanging="1080"/>
      </w:pPr>
      <w:rPr>
        <w:rFonts w:hint="default"/>
        <w:sz w:val="32"/>
      </w:rPr>
    </w:lvl>
    <w:lvl w:ilvl="4">
      <w:start w:val="1"/>
      <w:numFmt w:val="decimal"/>
      <w:lvlText w:val="%1.%2.%3.%4.%5"/>
      <w:lvlJc w:val="left"/>
      <w:pPr>
        <w:ind w:left="2880" w:hanging="1440"/>
      </w:pPr>
      <w:rPr>
        <w:rFonts w:hint="default"/>
        <w:sz w:val="32"/>
      </w:rPr>
    </w:lvl>
    <w:lvl w:ilvl="5">
      <w:start w:val="1"/>
      <w:numFmt w:val="decimal"/>
      <w:lvlText w:val="%1.%2.%3.%4.%5.%6"/>
      <w:lvlJc w:val="left"/>
      <w:pPr>
        <w:ind w:left="3600" w:hanging="1800"/>
      </w:pPr>
      <w:rPr>
        <w:rFonts w:hint="default"/>
        <w:sz w:val="32"/>
      </w:rPr>
    </w:lvl>
    <w:lvl w:ilvl="6">
      <w:start w:val="1"/>
      <w:numFmt w:val="decimal"/>
      <w:lvlText w:val="%1.%2.%3.%4.%5.%6.%7"/>
      <w:lvlJc w:val="left"/>
      <w:pPr>
        <w:ind w:left="3960" w:hanging="1800"/>
      </w:pPr>
      <w:rPr>
        <w:rFonts w:hint="default"/>
        <w:sz w:val="32"/>
      </w:rPr>
    </w:lvl>
    <w:lvl w:ilvl="7">
      <w:start w:val="1"/>
      <w:numFmt w:val="decimal"/>
      <w:lvlText w:val="%1.%2.%3.%4.%5.%6.%7.%8"/>
      <w:lvlJc w:val="left"/>
      <w:pPr>
        <w:ind w:left="4680" w:hanging="2160"/>
      </w:pPr>
      <w:rPr>
        <w:rFonts w:hint="default"/>
        <w:sz w:val="32"/>
      </w:rPr>
    </w:lvl>
    <w:lvl w:ilvl="8">
      <w:start w:val="1"/>
      <w:numFmt w:val="decimal"/>
      <w:lvlText w:val="%1.%2.%3.%4.%5.%6.%7.%8.%9"/>
      <w:lvlJc w:val="left"/>
      <w:pPr>
        <w:ind w:left="5400" w:hanging="2520"/>
      </w:pPr>
      <w:rPr>
        <w:rFonts w:hint="default"/>
        <w:sz w:val="32"/>
      </w:rPr>
    </w:lvl>
  </w:abstractNum>
  <w:abstractNum w:abstractNumId="85" w15:restartNumberingAfterBreak="0">
    <w:nsid w:val="45D65883"/>
    <w:multiLevelType w:val="multilevel"/>
    <w:tmpl w:val="B0CE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7223314"/>
    <w:multiLevelType w:val="multilevel"/>
    <w:tmpl w:val="87FEB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77050DF"/>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8A47BED"/>
    <w:multiLevelType w:val="multilevel"/>
    <w:tmpl w:val="0CEE4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8FB0E22"/>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A3A632C"/>
    <w:multiLevelType w:val="hybridMultilevel"/>
    <w:tmpl w:val="75CC941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4AD93144"/>
    <w:multiLevelType w:val="multilevel"/>
    <w:tmpl w:val="5566985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2" w15:restartNumberingAfterBreak="0">
    <w:nsid w:val="4B4F57E6"/>
    <w:multiLevelType w:val="hybridMultilevel"/>
    <w:tmpl w:val="B3648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BD154C0"/>
    <w:multiLevelType w:val="hybridMultilevel"/>
    <w:tmpl w:val="108057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4DC6776E"/>
    <w:multiLevelType w:val="multilevel"/>
    <w:tmpl w:val="EC0C3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E531A92"/>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E6C3A13"/>
    <w:multiLevelType w:val="multilevel"/>
    <w:tmpl w:val="6D3C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F5D61C8"/>
    <w:multiLevelType w:val="multilevel"/>
    <w:tmpl w:val="1774F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14D3E9E"/>
    <w:multiLevelType w:val="hybridMultilevel"/>
    <w:tmpl w:val="8DA80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14E6472"/>
    <w:multiLevelType w:val="hybridMultilevel"/>
    <w:tmpl w:val="827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2136FF0"/>
    <w:multiLevelType w:val="multilevel"/>
    <w:tmpl w:val="1B781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21E18CD"/>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2251BA7"/>
    <w:multiLevelType w:val="hybridMultilevel"/>
    <w:tmpl w:val="029A4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2B668CE"/>
    <w:multiLevelType w:val="multilevel"/>
    <w:tmpl w:val="CA2A2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44659A4"/>
    <w:multiLevelType w:val="multilevel"/>
    <w:tmpl w:val="4BC42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6775AD4"/>
    <w:multiLevelType w:val="multilevel"/>
    <w:tmpl w:val="8BDC0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7AD514C"/>
    <w:multiLevelType w:val="multilevel"/>
    <w:tmpl w:val="3B28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8AE53B9"/>
    <w:multiLevelType w:val="multilevel"/>
    <w:tmpl w:val="65E45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9125BB8"/>
    <w:multiLevelType w:val="hybridMultilevel"/>
    <w:tmpl w:val="C318F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94617EC"/>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B8E1016"/>
    <w:multiLevelType w:val="multilevel"/>
    <w:tmpl w:val="B6DC9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BB86980"/>
    <w:multiLevelType w:val="hybridMultilevel"/>
    <w:tmpl w:val="5E24F674"/>
    <w:lvl w:ilvl="0" w:tplc="92FAF22A">
      <w:start w:val="3"/>
      <w:numFmt w:val="bullet"/>
      <w:lvlText w:val="-"/>
      <w:lvlJc w:val="left"/>
      <w:pPr>
        <w:ind w:left="720" w:hanging="360"/>
      </w:pPr>
      <w:rPr>
        <w:rFonts w:ascii="Sakkal Majalla" w:eastAsia="Majalla U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CBF6125"/>
    <w:multiLevelType w:val="hybridMultilevel"/>
    <w:tmpl w:val="4148D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F202595"/>
    <w:multiLevelType w:val="multilevel"/>
    <w:tmpl w:val="151AE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F947589"/>
    <w:multiLevelType w:val="hybridMultilevel"/>
    <w:tmpl w:val="B17209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5" w15:restartNumberingAfterBreak="0">
    <w:nsid w:val="5F947EE7"/>
    <w:multiLevelType w:val="multilevel"/>
    <w:tmpl w:val="9050C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FAE587D"/>
    <w:multiLevelType w:val="multilevel"/>
    <w:tmpl w:val="13DA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07D5867"/>
    <w:multiLevelType w:val="hybridMultilevel"/>
    <w:tmpl w:val="D430B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0893358"/>
    <w:multiLevelType w:val="multilevel"/>
    <w:tmpl w:val="F256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1AF3D2F"/>
    <w:multiLevelType w:val="multilevel"/>
    <w:tmpl w:val="04CA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2244628"/>
    <w:multiLevelType w:val="multilevel"/>
    <w:tmpl w:val="56E4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2564740"/>
    <w:multiLevelType w:val="multilevel"/>
    <w:tmpl w:val="421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2D438E6"/>
    <w:multiLevelType w:val="hybridMultilevel"/>
    <w:tmpl w:val="23B2C6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3EF1CCF"/>
    <w:multiLevelType w:val="multilevel"/>
    <w:tmpl w:val="CD88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6C14566"/>
    <w:multiLevelType w:val="multilevel"/>
    <w:tmpl w:val="5F4EC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90819F3"/>
    <w:multiLevelType w:val="multilevel"/>
    <w:tmpl w:val="677EC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9D562CF"/>
    <w:multiLevelType w:val="multilevel"/>
    <w:tmpl w:val="B156D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B3237EA"/>
    <w:multiLevelType w:val="hybridMultilevel"/>
    <w:tmpl w:val="ABC06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D4B30B1"/>
    <w:multiLevelType w:val="multilevel"/>
    <w:tmpl w:val="5794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DBC179B"/>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F0C5C29"/>
    <w:multiLevelType w:val="multilevel"/>
    <w:tmpl w:val="A806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F14141B"/>
    <w:multiLevelType w:val="multilevel"/>
    <w:tmpl w:val="02B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F3D493B"/>
    <w:multiLevelType w:val="multilevel"/>
    <w:tmpl w:val="303E1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0204B8F"/>
    <w:multiLevelType w:val="multilevel"/>
    <w:tmpl w:val="D1982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14F457D"/>
    <w:multiLevelType w:val="multilevel"/>
    <w:tmpl w:val="0122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1790FA8"/>
    <w:multiLevelType w:val="multilevel"/>
    <w:tmpl w:val="8D08D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1E64262"/>
    <w:multiLevelType w:val="multilevel"/>
    <w:tmpl w:val="CC08E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2C53255"/>
    <w:multiLevelType w:val="hybridMultilevel"/>
    <w:tmpl w:val="5D305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3F421BC"/>
    <w:multiLevelType w:val="multilevel"/>
    <w:tmpl w:val="B3BA8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5836FCE"/>
    <w:multiLevelType w:val="multilevel"/>
    <w:tmpl w:val="0C2A1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6A5727E"/>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6AC6F5B"/>
    <w:multiLevelType w:val="multilevel"/>
    <w:tmpl w:val="7B7C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7915440"/>
    <w:multiLevelType w:val="multilevel"/>
    <w:tmpl w:val="E9BE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7F955B2"/>
    <w:multiLevelType w:val="multilevel"/>
    <w:tmpl w:val="BC70A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83B3041"/>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8826D1C"/>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8BA4799"/>
    <w:multiLevelType w:val="multilevel"/>
    <w:tmpl w:val="15968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9004314"/>
    <w:multiLevelType w:val="hybridMultilevel"/>
    <w:tmpl w:val="3148E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7A670E8E"/>
    <w:multiLevelType w:val="multilevel"/>
    <w:tmpl w:val="2CC8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CE2357A"/>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DC40F33"/>
    <w:multiLevelType w:val="multilevel"/>
    <w:tmpl w:val="98D0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DDC3D39"/>
    <w:multiLevelType w:val="multilevel"/>
    <w:tmpl w:val="05247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E805178"/>
    <w:multiLevelType w:val="hybridMultilevel"/>
    <w:tmpl w:val="653C4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7EDC1274"/>
    <w:multiLevelType w:val="multilevel"/>
    <w:tmpl w:val="556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2023350">
    <w:abstractNumId w:val="8"/>
  </w:num>
  <w:num w:numId="2" w16cid:durableId="252396361">
    <w:abstractNumId w:val="6"/>
  </w:num>
  <w:num w:numId="3" w16cid:durableId="1572618882">
    <w:abstractNumId w:val="5"/>
  </w:num>
  <w:num w:numId="4" w16cid:durableId="512037844">
    <w:abstractNumId w:val="4"/>
  </w:num>
  <w:num w:numId="5" w16cid:durableId="554970871">
    <w:abstractNumId w:val="7"/>
  </w:num>
  <w:num w:numId="6" w16cid:durableId="541602381">
    <w:abstractNumId w:val="3"/>
  </w:num>
  <w:num w:numId="7" w16cid:durableId="1145314113">
    <w:abstractNumId w:val="2"/>
  </w:num>
  <w:num w:numId="8" w16cid:durableId="2101952228">
    <w:abstractNumId w:val="1"/>
  </w:num>
  <w:num w:numId="9" w16cid:durableId="1070274114">
    <w:abstractNumId w:val="0"/>
  </w:num>
  <w:num w:numId="10" w16cid:durableId="2003123745">
    <w:abstractNumId w:val="104"/>
  </w:num>
  <w:num w:numId="11" w16cid:durableId="272440770">
    <w:abstractNumId w:val="122"/>
  </w:num>
  <w:num w:numId="12" w16cid:durableId="484470349">
    <w:abstractNumId w:val="52"/>
  </w:num>
  <w:num w:numId="13" w16cid:durableId="1944456359">
    <w:abstractNumId w:val="11"/>
  </w:num>
  <w:num w:numId="14" w16cid:durableId="468674815">
    <w:abstractNumId w:val="14"/>
  </w:num>
  <w:num w:numId="15" w16cid:durableId="2094351914">
    <w:abstractNumId w:val="12"/>
  </w:num>
  <w:num w:numId="16" w16cid:durableId="711534671">
    <w:abstractNumId w:val="44"/>
  </w:num>
  <w:num w:numId="17" w16cid:durableId="1430194545">
    <w:abstractNumId w:val="88"/>
  </w:num>
  <w:num w:numId="18" w16cid:durableId="1259558595">
    <w:abstractNumId w:val="72"/>
  </w:num>
  <w:num w:numId="19" w16cid:durableId="754595536">
    <w:abstractNumId w:val="49"/>
  </w:num>
  <w:num w:numId="20" w16cid:durableId="95833525">
    <w:abstractNumId w:val="124"/>
  </w:num>
  <w:num w:numId="21" w16cid:durableId="2055542242">
    <w:abstractNumId w:val="105"/>
  </w:num>
  <w:num w:numId="22" w16cid:durableId="222914143">
    <w:abstractNumId w:val="71"/>
  </w:num>
  <w:num w:numId="23" w16cid:durableId="1142772299">
    <w:abstractNumId w:val="93"/>
  </w:num>
  <w:num w:numId="24" w16cid:durableId="389159617">
    <w:abstractNumId w:val="82"/>
  </w:num>
  <w:num w:numId="25" w16cid:durableId="372121420">
    <w:abstractNumId w:val="27"/>
  </w:num>
  <w:num w:numId="26" w16cid:durableId="683363966">
    <w:abstractNumId w:val="91"/>
  </w:num>
  <w:num w:numId="27" w16cid:durableId="549389537">
    <w:abstractNumId w:val="127"/>
  </w:num>
  <w:num w:numId="28" w16cid:durableId="1240598289">
    <w:abstractNumId w:val="62"/>
  </w:num>
  <w:num w:numId="29" w16cid:durableId="635796191">
    <w:abstractNumId w:val="142"/>
  </w:num>
  <w:num w:numId="30" w16cid:durableId="1995521743">
    <w:abstractNumId w:val="111"/>
  </w:num>
  <w:num w:numId="31" w16cid:durableId="1620644384">
    <w:abstractNumId w:val="152"/>
  </w:num>
  <w:num w:numId="32" w16cid:durableId="943730842">
    <w:abstractNumId w:val="63"/>
  </w:num>
  <w:num w:numId="33" w16cid:durableId="1247543997">
    <w:abstractNumId w:val="65"/>
  </w:num>
  <w:num w:numId="34" w16cid:durableId="2075616324">
    <w:abstractNumId w:val="83"/>
  </w:num>
  <w:num w:numId="35" w16cid:durableId="1066300253">
    <w:abstractNumId w:val="85"/>
  </w:num>
  <w:num w:numId="36" w16cid:durableId="1407528633">
    <w:abstractNumId w:val="125"/>
  </w:num>
  <w:num w:numId="37" w16cid:durableId="421335509">
    <w:abstractNumId w:val="58"/>
  </w:num>
  <w:num w:numId="38" w16cid:durableId="1784421005">
    <w:abstractNumId w:val="100"/>
  </w:num>
  <w:num w:numId="39" w16cid:durableId="1587156294">
    <w:abstractNumId w:val="102"/>
  </w:num>
  <w:num w:numId="40" w16cid:durableId="1485317503">
    <w:abstractNumId w:val="90"/>
  </w:num>
  <w:num w:numId="41" w16cid:durableId="973025399">
    <w:abstractNumId w:val="43"/>
  </w:num>
  <w:num w:numId="42" w16cid:durableId="1567640099">
    <w:abstractNumId w:val="89"/>
  </w:num>
  <w:num w:numId="43" w16cid:durableId="1116294245">
    <w:abstractNumId w:val="129"/>
  </w:num>
  <w:num w:numId="44" w16cid:durableId="1018700865">
    <w:abstractNumId w:val="149"/>
  </w:num>
  <w:num w:numId="45" w16cid:durableId="758019395">
    <w:abstractNumId w:val="13"/>
  </w:num>
  <w:num w:numId="46" w16cid:durableId="1387951970">
    <w:abstractNumId w:val="77"/>
  </w:num>
  <w:num w:numId="47" w16cid:durableId="2003240882">
    <w:abstractNumId w:val="95"/>
  </w:num>
  <w:num w:numId="48" w16cid:durableId="552930640">
    <w:abstractNumId w:val="145"/>
  </w:num>
  <w:num w:numId="49" w16cid:durableId="807820197">
    <w:abstractNumId w:val="23"/>
  </w:num>
  <w:num w:numId="50" w16cid:durableId="1613634763">
    <w:abstractNumId w:val="46"/>
  </w:num>
  <w:num w:numId="51" w16cid:durableId="485827560">
    <w:abstractNumId w:val="101"/>
  </w:num>
  <w:num w:numId="52" w16cid:durableId="1767799341">
    <w:abstractNumId w:val="68"/>
  </w:num>
  <w:num w:numId="53" w16cid:durableId="217404446">
    <w:abstractNumId w:val="140"/>
  </w:num>
  <w:num w:numId="54" w16cid:durableId="789933940">
    <w:abstractNumId w:val="75"/>
  </w:num>
  <w:num w:numId="55" w16cid:durableId="1918634855">
    <w:abstractNumId w:val="144"/>
  </w:num>
  <w:num w:numId="56" w16cid:durableId="1063216436">
    <w:abstractNumId w:val="37"/>
  </w:num>
  <w:num w:numId="57" w16cid:durableId="711465340">
    <w:abstractNumId w:val="153"/>
  </w:num>
  <w:num w:numId="58" w16cid:durableId="1526362845">
    <w:abstractNumId w:val="109"/>
  </w:num>
  <w:num w:numId="59" w16cid:durableId="1128667384">
    <w:abstractNumId w:val="87"/>
  </w:num>
  <w:num w:numId="60" w16cid:durableId="1511872825">
    <w:abstractNumId w:val="39"/>
  </w:num>
  <w:num w:numId="61" w16cid:durableId="1992250456">
    <w:abstractNumId w:val="31"/>
  </w:num>
  <w:num w:numId="62" w16cid:durableId="1716850366">
    <w:abstractNumId w:val="99"/>
  </w:num>
  <w:num w:numId="63" w16cid:durableId="1932276034">
    <w:abstractNumId w:val="114"/>
  </w:num>
  <w:num w:numId="64" w16cid:durableId="1324775327">
    <w:abstractNumId w:val="98"/>
  </w:num>
  <w:num w:numId="65" w16cid:durableId="432819461">
    <w:abstractNumId w:val="64"/>
  </w:num>
  <w:num w:numId="66" w16cid:durableId="15233681">
    <w:abstractNumId w:val="15"/>
  </w:num>
  <w:num w:numId="67" w16cid:durableId="115762145">
    <w:abstractNumId w:val="150"/>
  </w:num>
  <w:num w:numId="68" w16cid:durableId="1586114504">
    <w:abstractNumId w:val="128"/>
  </w:num>
  <w:num w:numId="69" w16cid:durableId="878323368">
    <w:abstractNumId w:val="94"/>
  </w:num>
  <w:num w:numId="70" w16cid:durableId="1654990854">
    <w:abstractNumId w:val="67"/>
  </w:num>
  <w:num w:numId="71" w16cid:durableId="1216896954">
    <w:abstractNumId w:val="69"/>
  </w:num>
  <w:num w:numId="72" w16cid:durableId="792594158">
    <w:abstractNumId w:val="32"/>
  </w:num>
  <w:num w:numId="73" w16cid:durableId="217982964">
    <w:abstractNumId w:val="147"/>
  </w:num>
  <w:num w:numId="74" w16cid:durableId="206644106">
    <w:abstractNumId w:val="116"/>
  </w:num>
  <w:num w:numId="75" w16cid:durableId="1047334156">
    <w:abstractNumId w:val="146"/>
  </w:num>
  <w:num w:numId="76" w16cid:durableId="419104127">
    <w:abstractNumId w:val="47"/>
  </w:num>
  <w:num w:numId="77" w16cid:durableId="553933433">
    <w:abstractNumId w:val="9"/>
  </w:num>
  <w:num w:numId="78" w16cid:durableId="633606420">
    <w:abstractNumId w:val="21"/>
  </w:num>
  <w:num w:numId="79" w16cid:durableId="1258903532">
    <w:abstractNumId w:val="131"/>
  </w:num>
  <w:num w:numId="80" w16cid:durableId="1290286840">
    <w:abstractNumId w:val="22"/>
  </w:num>
  <w:num w:numId="81" w16cid:durableId="1725834542">
    <w:abstractNumId w:val="24"/>
  </w:num>
  <w:num w:numId="82" w16cid:durableId="1335768543">
    <w:abstractNumId w:val="137"/>
  </w:num>
  <w:num w:numId="83" w16cid:durableId="1932422379">
    <w:abstractNumId w:val="74"/>
  </w:num>
  <w:num w:numId="84" w16cid:durableId="319818821">
    <w:abstractNumId w:val="117"/>
  </w:num>
  <w:num w:numId="85" w16cid:durableId="369646223">
    <w:abstractNumId w:val="108"/>
  </w:num>
  <w:num w:numId="86" w16cid:durableId="276568517">
    <w:abstractNumId w:val="92"/>
  </w:num>
  <w:num w:numId="87" w16cid:durableId="1505363988">
    <w:abstractNumId w:val="57"/>
  </w:num>
  <w:num w:numId="88" w16cid:durableId="300119058">
    <w:abstractNumId w:val="70"/>
  </w:num>
  <w:num w:numId="89" w16cid:durableId="1801224046">
    <w:abstractNumId w:val="54"/>
  </w:num>
  <w:num w:numId="90" w16cid:durableId="1914730784">
    <w:abstractNumId w:val="135"/>
  </w:num>
  <w:num w:numId="91" w16cid:durableId="1426733495">
    <w:abstractNumId w:val="16"/>
  </w:num>
  <w:num w:numId="92" w16cid:durableId="1071081158">
    <w:abstractNumId w:val="119"/>
  </w:num>
  <w:num w:numId="93" w16cid:durableId="741025009">
    <w:abstractNumId w:val="19"/>
  </w:num>
  <w:num w:numId="94" w16cid:durableId="1605110655">
    <w:abstractNumId w:val="136"/>
  </w:num>
  <w:num w:numId="95" w16cid:durableId="1645623741">
    <w:abstractNumId w:val="86"/>
  </w:num>
  <w:num w:numId="96" w16cid:durableId="1567036419">
    <w:abstractNumId w:val="78"/>
  </w:num>
  <w:num w:numId="97" w16cid:durableId="1063214328">
    <w:abstractNumId w:val="148"/>
  </w:num>
  <w:num w:numId="98" w16cid:durableId="323509940">
    <w:abstractNumId w:val="115"/>
  </w:num>
  <w:num w:numId="99" w16cid:durableId="1686125489">
    <w:abstractNumId w:val="106"/>
  </w:num>
  <w:num w:numId="100" w16cid:durableId="913661440">
    <w:abstractNumId w:val="53"/>
  </w:num>
  <w:num w:numId="101" w16cid:durableId="2035114093">
    <w:abstractNumId w:val="113"/>
  </w:num>
  <w:num w:numId="102" w16cid:durableId="860095834">
    <w:abstractNumId w:val="143"/>
  </w:num>
  <w:num w:numId="103" w16cid:durableId="633172126">
    <w:abstractNumId w:val="20"/>
  </w:num>
  <w:num w:numId="104" w16cid:durableId="1542131495">
    <w:abstractNumId w:val="51"/>
  </w:num>
  <w:num w:numId="105" w16cid:durableId="711464398">
    <w:abstractNumId w:val="18"/>
  </w:num>
  <w:num w:numId="106" w16cid:durableId="142160396">
    <w:abstractNumId w:val="81"/>
  </w:num>
  <w:num w:numId="107" w16cid:durableId="281542820">
    <w:abstractNumId w:val="38"/>
  </w:num>
  <w:num w:numId="108" w16cid:durableId="968243325">
    <w:abstractNumId w:val="79"/>
  </w:num>
  <w:num w:numId="109" w16cid:durableId="1709530415">
    <w:abstractNumId w:val="118"/>
  </w:num>
  <w:num w:numId="110" w16cid:durableId="19284594">
    <w:abstractNumId w:val="80"/>
  </w:num>
  <w:num w:numId="111" w16cid:durableId="275261698">
    <w:abstractNumId w:val="97"/>
  </w:num>
  <w:num w:numId="112" w16cid:durableId="1834680421">
    <w:abstractNumId w:val="126"/>
  </w:num>
  <w:num w:numId="113" w16cid:durableId="1063333879">
    <w:abstractNumId w:val="59"/>
  </w:num>
  <w:num w:numId="114" w16cid:durableId="125706605">
    <w:abstractNumId w:val="120"/>
  </w:num>
  <w:num w:numId="115" w16cid:durableId="1554152462">
    <w:abstractNumId w:val="36"/>
  </w:num>
  <w:num w:numId="116" w16cid:durableId="1584026883">
    <w:abstractNumId w:val="151"/>
  </w:num>
  <w:num w:numId="117" w16cid:durableId="727729116">
    <w:abstractNumId w:val="33"/>
  </w:num>
  <w:num w:numId="118" w16cid:durableId="544408763">
    <w:abstractNumId w:val="25"/>
  </w:num>
  <w:num w:numId="119" w16cid:durableId="663820261">
    <w:abstractNumId w:val="35"/>
  </w:num>
  <w:num w:numId="120" w16cid:durableId="499320168">
    <w:abstractNumId w:val="132"/>
  </w:num>
  <w:num w:numId="121" w16cid:durableId="1699353574">
    <w:abstractNumId w:val="42"/>
  </w:num>
  <w:num w:numId="122" w16cid:durableId="1720861773">
    <w:abstractNumId w:val="56"/>
  </w:num>
  <w:num w:numId="123" w16cid:durableId="1047946210">
    <w:abstractNumId w:val="41"/>
  </w:num>
  <w:num w:numId="124" w16cid:durableId="1404371307">
    <w:abstractNumId w:val="34"/>
  </w:num>
  <w:num w:numId="125" w16cid:durableId="880165943">
    <w:abstractNumId w:val="29"/>
  </w:num>
  <w:num w:numId="126" w16cid:durableId="446893148">
    <w:abstractNumId w:val="60"/>
  </w:num>
  <w:num w:numId="127" w16cid:durableId="1609042948">
    <w:abstractNumId w:val="103"/>
  </w:num>
  <w:num w:numId="128" w16cid:durableId="2125347747">
    <w:abstractNumId w:val="66"/>
  </w:num>
  <w:num w:numId="129" w16cid:durableId="1530484515">
    <w:abstractNumId w:val="45"/>
  </w:num>
  <w:num w:numId="130" w16cid:durableId="1655253043">
    <w:abstractNumId w:val="55"/>
  </w:num>
  <w:num w:numId="131" w16cid:durableId="1038358583">
    <w:abstractNumId w:val="121"/>
  </w:num>
  <w:num w:numId="132" w16cid:durableId="2108114234">
    <w:abstractNumId w:val="61"/>
  </w:num>
  <w:num w:numId="133" w16cid:durableId="1467701185">
    <w:abstractNumId w:val="139"/>
  </w:num>
  <w:num w:numId="134" w16cid:durableId="944464861">
    <w:abstractNumId w:val="107"/>
  </w:num>
  <w:num w:numId="135" w16cid:durableId="862017717">
    <w:abstractNumId w:val="133"/>
  </w:num>
  <w:num w:numId="136" w16cid:durableId="821121225">
    <w:abstractNumId w:val="130"/>
  </w:num>
  <w:num w:numId="137" w16cid:durableId="181017721">
    <w:abstractNumId w:val="123"/>
  </w:num>
  <w:num w:numId="138" w16cid:durableId="90008893">
    <w:abstractNumId w:val="28"/>
  </w:num>
  <w:num w:numId="139" w16cid:durableId="1285884780">
    <w:abstractNumId w:val="26"/>
  </w:num>
  <w:num w:numId="140" w16cid:durableId="1832020101">
    <w:abstractNumId w:val="96"/>
  </w:num>
  <w:num w:numId="141" w16cid:durableId="1318722884">
    <w:abstractNumId w:val="30"/>
  </w:num>
  <w:num w:numId="142" w16cid:durableId="1453936677">
    <w:abstractNumId w:val="134"/>
  </w:num>
  <w:num w:numId="143" w16cid:durableId="667174210">
    <w:abstractNumId w:val="138"/>
  </w:num>
  <w:num w:numId="144" w16cid:durableId="1938782430">
    <w:abstractNumId w:val="48"/>
  </w:num>
  <w:num w:numId="145" w16cid:durableId="522792922">
    <w:abstractNumId w:val="50"/>
  </w:num>
  <w:num w:numId="146" w16cid:durableId="1108084541">
    <w:abstractNumId w:val="141"/>
  </w:num>
  <w:num w:numId="147" w16cid:durableId="923145634">
    <w:abstractNumId w:val="110"/>
  </w:num>
  <w:num w:numId="148" w16cid:durableId="376705953">
    <w:abstractNumId w:val="40"/>
  </w:num>
  <w:num w:numId="149" w16cid:durableId="556665897">
    <w:abstractNumId w:val="76"/>
  </w:num>
  <w:num w:numId="150" w16cid:durableId="1502089483">
    <w:abstractNumId w:val="10"/>
  </w:num>
  <w:num w:numId="151" w16cid:durableId="553320636">
    <w:abstractNumId w:val="112"/>
  </w:num>
  <w:num w:numId="152" w16cid:durableId="1041399303">
    <w:abstractNumId w:val="84"/>
  </w:num>
  <w:num w:numId="153" w16cid:durableId="945308870">
    <w:abstractNumId w:val="17"/>
  </w:num>
  <w:num w:numId="154" w16cid:durableId="1438213405">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3B83"/>
    <w:rsid w:val="000113B8"/>
    <w:rsid w:val="00014EE3"/>
    <w:rsid w:val="000159C9"/>
    <w:rsid w:val="00031722"/>
    <w:rsid w:val="00034616"/>
    <w:rsid w:val="00037438"/>
    <w:rsid w:val="000433A8"/>
    <w:rsid w:val="00054956"/>
    <w:rsid w:val="000575DC"/>
    <w:rsid w:val="0006063C"/>
    <w:rsid w:val="00067C36"/>
    <w:rsid w:val="00070DF8"/>
    <w:rsid w:val="00083D43"/>
    <w:rsid w:val="00085EA0"/>
    <w:rsid w:val="00095984"/>
    <w:rsid w:val="000A3F44"/>
    <w:rsid w:val="000B2283"/>
    <w:rsid w:val="000B687D"/>
    <w:rsid w:val="000C1F4A"/>
    <w:rsid w:val="000D5DBC"/>
    <w:rsid w:val="000E168D"/>
    <w:rsid w:val="00105412"/>
    <w:rsid w:val="00114614"/>
    <w:rsid w:val="00120143"/>
    <w:rsid w:val="0014005C"/>
    <w:rsid w:val="0015074B"/>
    <w:rsid w:val="00152D98"/>
    <w:rsid w:val="0016679F"/>
    <w:rsid w:val="00173F63"/>
    <w:rsid w:val="00175A04"/>
    <w:rsid w:val="001B3182"/>
    <w:rsid w:val="001C038A"/>
    <w:rsid w:val="00213EC6"/>
    <w:rsid w:val="00224470"/>
    <w:rsid w:val="00246510"/>
    <w:rsid w:val="0025558A"/>
    <w:rsid w:val="002573B3"/>
    <w:rsid w:val="002624DA"/>
    <w:rsid w:val="00266EF1"/>
    <w:rsid w:val="00267F87"/>
    <w:rsid w:val="0029639D"/>
    <w:rsid w:val="002A4B9E"/>
    <w:rsid w:val="002C56C4"/>
    <w:rsid w:val="002D7C6E"/>
    <w:rsid w:val="002E4C2F"/>
    <w:rsid w:val="002E614A"/>
    <w:rsid w:val="00306588"/>
    <w:rsid w:val="00310657"/>
    <w:rsid w:val="00326F90"/>
    <w:rsid w:val="00347AC4"/>
    <w:rsid w:val="00347FEC"/>
    <w:rsid w:val="00350734"/>
    <w:rsid w:val="00366B82"/>
    <w:rsid w:val="00371ECE"/>
    <w:rsid w:val="00382B60"/>
    <w:rsid w:val="00386579"/>
    <w:rsid w:val="003B5014"/>
    <w:rsid w:val="003B6BC1"/>
    <w:rsid w:val="003C2F61"/>
    <w:rsid w:val="003C3CAB"/>
    <w:rsid w:val="003F0B93"/>
    <w:rsid w:val="00402B24"/>
    <w:rsid w:val="004272C8"/>
    <w:rsid w:val="004313FE"/>
    <w:rsid w:val="004439E2"/>
    <w:rsid w:val="0044418D"/>
    <w:rsid w:val="00484E4A"/>
    <w:rsid w:val="00494683"/>
    <w:rsid w:val="004B5D2F"/>
    <w:rsid w:val="004F0FE5"/>
    <w:rsid w:val="004F7338"/>
    <w:rsid w:val="005056FE"/>
    <w:rsid w:val="00525877"/>
    <w:rsid w:val="005265E3"/>
    <w:rsid w:val="00531950"/>
    <w:rsid w:val="00543397"/>
    <w:rsid w:val="00550A66"/>
    <w:rsid w:val="00566903"/>
    <w:rsid w:val="005B2D36"/>
    <w:rsid w:val="005C029E"/>
    <w:rsid w:val="005E174E"/>
    <w:rsid w:val="005E2E89"/>
    <w:rsid w:val="005E6D55"/>
    <w:rsid w:val="005F07C9"/>
    <w:rsid w:val="006238BB"/>
    <w:rsid w:val="00634497"/>
    <w:rsid w:val="00643E80"/>
    <w:rsid w:val="006522A0"/>
    <w:rsid w:val="00652FCF"/>
    <w:rsid w:val="00675E5C"/>
    <w:rsid w:val="00683490"/>
    <w:rsid w:val="00683793"/>
    <w:rsid w:val="00686E99"/>
    <w:rsid w:val="006945AC"/>
    <w:rsid w:val="006A0309"/>
    <w:rsid w:val="006A5E0A"/>
    <w:rsid w:val="006D18F1"/>
    <w:rsid w:val="006E5911"/>
    <w:rsid w:val="006F41B6"/>
    <w:rsid w:val="00735B3B"/>
    <w:rsid w:val="00737083"/>
    <w:rsid w:val="00751AB9"/>
    <w:rsid w:val="00761929"/>
    <w:rsid w:val="00782A7E"/>
    <w:rsid w:val="007D0053"/>
    <w:rsid w:val="007D2DB6"/>
    <w:rsid w:val="00823D38"/>
    <w:rsid w:val="00825EF8"/>
    <w:rsid w:val="00865F8D"/>
    <w:rsid w:val="008761FB"/>
    <w:rsid w:val="008A05BE"/>
    <w:rsid w:val="008A139A"/>
    <w:rsid w:val="008D2FDC"/>
    <w:rsid w:val="008F55FB"/>
    <w:rsid w:val="008F5DDF"/>
    <w:rsid w:val="00931EB1"/>
    <w:rsid w:val="00940EDE"/>
    <w:rsid w:val="0094175D"/>
    <w:rsid w:val="0098094A"/>
    <w:rsid w:val="009928D4"/>
    <w:rsid w:val="009F0F8E"/>
    <w:rsid w:val="00A00FFB"/>
    <w:rsid w:val="00A23FCF"/>
    <w:rsid w:val="00A24E6A"/>
    <w:rsid w:val="00A36D93"/>
    <w:rsid w:val="00A449EF"/>
    <w:rsid w:val="00A943B7"/>
    <w:rsid w:val="00AA01FC"/>
    <w:rsid w:val="00AA1D8D"/>
    <w:rsid w:val="00AA7072"/>
    <w:rsid w:val="00AB143C"/>
    <w:rsid w:val="00AC29DB"/>
    <w:rsid w:val="00AC5965"/>
    <w:rsid w:val="00AD6905"/>
    <w:rsid w:val="00AF7F72"/>
    <w:rsid w:val="00B15C00"/>
    <w:rsid w:val="00B47730"/>
    <w:rsid w:val="00B535B5"/>
    <w:rsid w:val="00B704C2"/>
    <w:rsid w:val="00B75AA7"/>
    <w:rsid w:val="00B8041E"/>
    <w:rsid w:val="00B90B65"/>
    <w:rsid w:val="00BD58D4"/>
    <w:rsid w:val="00BF0574"/>
    <w:rsid w:val="00C022CA"/>
    <w:rsid w:val="00C1290D"/>
    <w:rsid w:val="00C2205E"/>
    <w:rsid w:val="00C262F6"/>
    <w:rsid w:val="00C47445"/>
    <w:rsid w:val="00C644AD"/>
    <w:rsid w:val="00C71CE2"/>
    <w:rsid w:val="00CA1468"/>
    <w:rsid w:val="00CB0664"/>
    <w:rsid w:val="00CB12F5"/>
    <w:rsid w:val="00D465E9"/>
    <w:rsid w:val="00D477E6"/>
    <w:rsid w:val="00D549FA"/>
    <w:rsid w:val="00D66E12"/>
    <w:rsid w:val="00D866F6"/>
    <w:rsid w:val="00D86F37"/>
    <w:rsid w:val="00DA1069"/>
    <w:rsid w:val="00DB0CB8"/>
    <w:rsid w:val="00DB5B4C"/>
    <w:rsid w:val="00DC1439"/>
    <w:rsid w:val="00E0531E"/>
    <w:rsid w:val="00E158AF"/>
    <w:rsid w:val="00E40491"/>
    <w:rsid w:val="00E4261B"/>
    <w:rsid w:val="00E52DB3"/>
    <w:rsid w:val="00E63033"/>
    <w:rsid w:val="00E6351A"/>
    <w:rsid w:val="00E67043"/>
    <w:rsid w:val="00E67903"/>
    <w:rsid w:val="00E7436A"/>
    <w:rsid w:val="00ED4FE4"/>
    <w:rsid w:val="00EE1675"/>
    <w:rsid w:val="00F00560"/>
    <w:rsid w:val="00F0723E"/>
    <w:rsid w:val="00F16D06"/>
    <w:rsid w:val="00F212D0"/>
    <w:rsid w:val="00F24F44"/>
    <w:rsid w:val="00F37438"/>
    <w:rsid w:val="00F42358"/>
    <w:rsid w:val="00F4751F"/>
    <w:rsid w:val="00F627E4"/>
    <w:rsid w:val="00F73606"/>
    <w:rsid w:val="00F91B02"/>
    <w:rsid w:val="00FC276B"/>
    <w:rsid w:val="00FC693F"/>
    <w:rsid w:val="00FD36E8"/>
    <w:rsid w:val="00FE71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ABF80E"/>
  <w14:defaultImageDpi w14:val="300"/>
  <w15:docId w15:val="{7C172AAF-6C22-4A2A-ADA1-A463CD6A8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Majalla UI" w:eastAsia="Majalla UI" w:hAnsi="Majalla UI"/>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94175D"/>
    <w:rPr>
      <w:rFonts w:ascii="Times New Roman" w:hAnsi="Times New Roman" w:cs="Times New Roman"/>
      <w:sz w:val="24"/>
      <w:szCs w:val="24"/>
    </w:rPr>
  </w:style>
  <w:style w:type="character" w:styleId="Hyperlink">
    <w:name w:val="Hyperlink"/>
    <w:basedOn w:val="DefaultParagraphFont"/>
    <w:uiPriority w:val="99"/>
    <w:unhideWhenUsed/>
    <w:rsid w:val="008A05BE"/>
    <w:rPr>
      <w:color w:val="0000FF" w:themeColor="hyperlink"/>
      <w:u w:val="single"/>
    </w:rPr>
  </w:style>
  <w:style w:type="character" w:styleId="UnresolvedMention">
    <w:name w:val="Unresolved Mention"/>
    <w:basedOn w:val="DefaultParagraphFont"/>
    <w:uiPriority w:val="99"/>
    <w:semiHidden/>
    <w:unhideWhenUsed/>
    <w:rsid w:val="008A05BE"/>
    <w:rPr>
      <w:color w:val="605E5C"/>
      <w:shd w:val="clear" w:color="auto" w:fill="E1DFDD"/>
    </w:rPr>
  </w:style>
  <w:style w:type="paragraph" w:styleId="TOC2">
    <w:name w:val="toc 2"/>
    <w:basedOn w:val="Normal"/>
    <w:next w:val="Normal"/>
    <w:autoRedefine/>
    <w:uiPriority w:val="39"/>
    <w:unhideWhenUsed/>
    <w:rsid w:val="00083D43"/>
    <w:pPr>
      <w:spacing w:after="100" w:line="259" w:lineRule="auto"/>
      <w:ind w:left="220"/>
    </w:pPr>
    <w:rPr>
      <w:rFonts w:asciiTheme="minorHAnsi" w:eastAsiaTheme="minorEastAsia" w:hAnsiTheme="minorHAnsi" w:cs="Times New Roman"/>
      <w:sz w:val="22"/>
    </w:rPr>
  </w:style>
  <w:style w:type="paragraph" w:styleId="TOC1">
    <w:name w:val="toc 1"/>
    <w:basedOn w:val="Normal"/>
    <w:next w:val="Normal"/>
    <w:autoRedefine/>
    <w:uiPriority w:val="39"/>
    <w:unhideWhenUsed/>
    <w:rsid w:val="006522A0"/>
    <w:pPr>
      <w:tabs>
        <w:tab w:val="right" w:leader="dot" w:pos="8829"/>
      </w:tabs>
      <w:spacing w:after="100" w:line="259" w:lineRule="auto"/>
      <w:jc w:val="right"/>
    </w:pPr>
    <w:rPr>
      <w:rFonts w:asciiTheme="minorHAnsi" w:eastAsiaTheme="minorEastAsia" w:hAnsiTheme="minorHAnsi" w:cs="Times New Roman"/>
      <w:sz w:val="22"/>
    </w:rPr>
  </w:style>
  <w:style w:type="paragraph" w:styleId="TOC3">
    <w:name w:val="toc 3"/>
    <w:basedOn w:val="Normal"/>
    <w:next w:val="Normal"/>
    <w:autoRedefine/>
    <w:uiPriority w:val="39"/>
    <w:unhideWhenUsed/>
    <w:rsid w:val="006522A0"/>
    <w:pPr>
      <w:tabs>
        <w:tab w:val="right" w:leader="dot" w:pos="8829"/>
      </w:tabs>
      <w:spacing w:after="100" w:line="259" w:lineRule="auto"/>
      <w:ind w:left="446"/>
      <w:jc w:val="right"/>
    </w:pPr>
    <w:rPr>
      <w:rFonts w:asciiTheme="minorHAnsi" w:eastAsiaTheme="minorEastAsia" w:hAnsiTheme="minorHAns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4537">
      <w:bodyDiv w:val="1"/>
      <w:marLeft w:val="0"/>
      <w:marRight w:val="0"/>
      <w:marTop w:val="0"/>
      <w:marBottom w:val="0"/>
      <w:divBdr>
        <w:top w:val="none" w:sz="0" w:space="0" w:color="auto"/>
        <w:left w:val="none" w:sz="0" w:space="0" w:color="auto"/>
        <w:bottom w:val="none" w:sz="0" w:space="0" w:color="auto"/>
        <w:right w:val="none" w:sz="0" w:space="0" w:color="auto"/>
      </w:divBdr>
    </w:div>
    <w:div w:id="26683434">
      <w:bodyDiv w:val="1"/>
      <w:marLeft w:val="0"/>
      <w:marRight w:val="0"/>
      <w:marTop w:val="0"/>
      <w:marBottom w:val="0"/>
      <w:divBdr>
        <w:top w:val="none" w:sz="0" w:space="0" w:color="auto"/>
        <w:left w:val="none" w:sz="0" w:space="0" w:color="auto"/>
        <w:bottom w:val="none" w:sz="0" w:space="0" w:color="auto"/>
        <w:right w:val="none" w:sz="0" w:space="0" w:color="auto"/>
      </w:divBdr>
    </w:div>
    <w:div w:id="43527999">
      <w:bodyDiv w:val="1"/>
      <w:marLeft w:val="0"/>
      <w:marRight w:val="0"/>
      <w:marTop w:val="0"/>
      <w:marBottom w:val="0"/>
      <w:divBdr>
        <w:top w:val="none" w:sz="0" w:space="0" w:color="auto"/>
        <w:left w:val="none" w:sz="0" w:space="0" w:color="auto"/>
        <w:bottom w:val="none" w:sz="0" w:space="0" w:color="auto"/>
        <w:right w:val="none" w:sz="0" w:space="0" w:color="auto"/>
      </w:divBdr>
      <w:divsChild>
        <w:div w:id="1795639087">
          <w:marLeft w:val="0"/>
          <w:marRight w:val="0"/>
          <w:marTop w:val="0"/>
          <w:marBottom w:val="0"/>
          <w:divBdr>
            <w:top w:val="none" w:sz="0" w:space="0" w:color="auto"/>
            <w:left w:val="none" w:sz="0" w:space="0" w:color="auto"/>
            <w:bottom w:val="none" w:sz="0" w:space="0" w:color="auto"/>
            <w:right w:val="none" w:sz="0" w:space="0" w:color="auto"/>
          </w:divBdr>
        </w:div>
      </w:divsChild>
    </w:div>
    <w:div w:id="83915322">
      <w:bodyDiv w:val="1"/>
      <w:marLeft w:val="0"/>
      <w:marRight w:val="0"/>
      <w:marTop w:val="0"/>
      <w:marBottom w:val="0"/>
      <w:divBdr>
        <w:top w:val="none" w:sz="0" w:space="0" w:color="auto"/>
        <w:left w:val="none" w:sz="0" w:space="0" w:color="auto"/>
        <w:bottom w:val="none" w:sz="0" w:space="0" w:color="auto"/>
        <w:right w:val="none" w:sz="0" w:space="0" w:color="auto"/>
      </w:divBdr>
    </w:div>
    <w:div w:id="85544419">
      <w:bodyDiv w:val="1"/>
      <w:marLeft w:val="0"/>
      <w:marRight w:val="0"/>
      <w:marTop w:val="0"/>
      <w:marBottom w:val="0"/>
      <w:divBdr>
        <w:top w:val="none" w:sz="0" w:space="0" w:color="auto"/>
        <w:left w:val="none" w:sz="0" w:space="0" w:color="auto"/>
        <w:bottom w:val="none" w:sz="0" w:space="0" w:color="auto"/>
        <w:right w:val="none" w:sz="0" w:space="0" w:color="auto"/>
      </w:divBdr>
    </w:div>
    <w:div w:id="114493268">
      <w:bodyDiv w:val="1"/>
      <w:marLeft w:val="0"/>
      <w:marRight w:val="0"/>
      <w:marTop w:val="0"/>
      <w:marBottom w:val="0"/>
      <w:divBdr>
        <w:top w:val="none" w:sz="0" w:space="0" w:color="auto"/>
        <w:left w:val="none" w:sz="0" w:space="0" w:color="auto"/>
        <w:bottom w:val="none" w:sz="0" w:space="0" w:color="auto"/>
        <w:right w:val="none" w:sz="0" w:space="0" w:color="auto"/>
      </w:divBdr>
    </w:div>
    <w:div w:id="149952155">
      <w:bodyDiv w:val="1"/>
      <w:marLeft w:val="0"/>
      <w:marRight w:val="0"/>
      <w:marTop w:val="0"/>
      <w:marBottom w:val="0"/>
      <w:divBdr>
        <w:top w:val="none" w:sz="0" w:space="0" w:color="auto"/>
        <w:left w:val="none" w:sz="0" w:space="0" w:color="auto"/>
        <w:bottom w:val="none" w:sz="0" w:space="0" w:color="auto"/>
        <w:right w:val="none" w:sz="0" w:space="0" w:color="auto"/>
      </w:divBdr>
    </w:div>
    <w:div w:id="216819767">
      <w:bodyDiv w:val="1"/>
      <w:marLeft w:val="0"/>
      <w:marRight w:val="0"/>
      <w:marTop w:val="0"/>
      <w:marBottom w:val="0"/>
      <w:divBdr>
        <w:top w:val="none" w:sz="0" w:space="0" w:color="auto"/>
        <w:left w:val="none" w:sz="0" w:space="0" w:color="auto"/>
        <w:bottom w:val="none" w:sz="0" w:space="0" w:color="auto"/>
        <w:right w:val="none" w:sz="0" w:space="0" w:color="auto"/>
      </w:divBdr>
    </w:div>
    <w:div w:id="339819597">
      <w:bodyDiv w:val="1"/>
      <w:marLeft w:val="0"/>
      <w:marRight w:val="0"/>
      <w:marTop w:val="0"/>
      <w:marBottom w:val="0"/>
      <w:divBdr>
        <w:top w:val="none" w:sz="0" w:space="0" w:color="auto"/>
        <w:left w:val="none" w:sz="0" w:space="0" w:color="auto"/>
        <w:bottom w:val="none" w:sz="0" w:space="0" w:color="auto"/>
        <w:right w:val="none" w:sz="0" w:space="0" w:color="auto"/>
      </w:divBdr>
    </w:div>
    <w:div w:id="358627092">
      <w:bodyDiv w:val="1"/>
      <w:marLeft w:val="0"/>
      <w:marRight w:val="0"/>
      <w:marTop w:val="0"/>
      <w:marBottom w:val="0"/>
      <w:divBdr>
        <w:top w:val="none" w:sz="0" w:space="0" w:color="auto"/>
        <w:left w:val="none" w:sz="0" w:space="0" w:color="auto"/>
        <w:bottom w:val="none" w:sz="0" w:space="0" w:color="auto"/>
        <w:right w:val="none" w:sz="0" w:space="0" w:color="auto"/>
      </w:divBdr>
    </w:div>
    <w:div w:id="397021840">
      <w:bodyDiv w:val="1"/>
      <w:marLeft w:val="0"/>
      <w:marRight w:val="0"/>
      <w:marTop w:val="0"/>
      <w:marBottom w:val="0"/>
      <w:divBdr>
        <w:top w:val="none" w:sz="0" w:space="0" w:color="auto"/>
        <w:left w:val="none" w:sz="0" w:space="0" w:color="auto"/>
        <w:bottom w:val="none" w:sz="0" w:space="0" w:color="auto"/>
        <w:right w:val="none" w:sz="0" w:space="0" w:color="auto"/>
      </w:divBdr>
    </w:div>
    <w:div w:id="448283845">
      <w:bodyDiv w:val="1"/>
      <w:marLeft w:val="0"/>
      <w:marRight w:val="0"/>
      <w:marTop w:val="0"/>
      <w:marBottom w:val="0"/>
      <w:divBdr>
        <w:top w:val="none" w:sz="0" w:space="0" w:color="auto"/>
        <w:left w:val="none" w:sz="0" w:space="0" w:color="auto"/>
        <w:bottom w:val="none" w:sz="0" w:space="0" w:color="auto"/>
        <w:right w:val="none" w:sz="0" w:space="0" w:color="auto"/>
      </w:divBdr>
    </w:div>
    <w:div w:id="501816010">
      <w:bodyDiv w:val="1"/>
      <w:marLeft w:val="0"/>
      <w:marRight w:val="0"/>
      <w:marTop w:val="0"/>
      <w:marBottom w:val="0"/>
      <w:divBdr>
        <w:top w:val="none" w:sz="0" w:space="0" w:color="auto"/>
        <w:left w:val="none" w:sz="0" w:space="0" w:color="auto"/>
        <w:bottom w:val="none" w:sz="0" w:space="0" w:color="auto"/>
        <w:right w:val="none" w:sz="0" w:space="0" w:color="auto"/>
      </w:divBdr>
    </w:div>
    <w:div w:id="609708481">
      <w:bodyDiv w:val="1"/>
      <w:marLeft w:val="0"/>
      <w:marRight w:val="0"/>
      <w:marTop w:val="0"/>
      <w:marBottom w:val="0"/>
      <w:divBdr>
        <w:top w:val="none" w:sz="0" w:space="0" w:color="auto"/>
        <w:left w:val="none" w:sz="0" w:space="0" w:color="auto"/>
        <w:bottom w:val="none" w:sz="0" w:space="0" w:color="auto"/>
        <w:right w:val="none" w:sz="0" w:space="0" w:color="auto"/>
      </w:divBdr>
    </w:div>
    <w:div w:id="723261940">
      <w:bodyDiv w:val="1"/>
      <w:marLeft w:val="0"/>
      <w:marRight w:val="0"/>
      <w:marTop w:val="0"/>
      <w:marBottom w:val="0"/>
      <w:divBdr>
        <w:top w:val="none" w:sz="0" w:space="0" w:color="auto"/>
        <w:left w:val="none" w:sz="0" w:space="0" w:color="auto"/>
        <w:bottom w:val="none" w:sz="0" w:space="0" w:color="auto"/>
        <w:right w:val="none" w:sz="0" w:space="0" w:color="auto"/>
      </w:divBdr>
    </w:div>
    <w:div w:id="974414701">
      <w:bodyDiv w:val="1"/>
      <w:marLeft w:val="0"/>
      <w:marRight w:val="0"/>
      <w:marTop w:val="0"/>
      <w:marBottom w:val="0"/>
      <w:divBdr>
        <w:top w:val="none" w:sz="0" w:space="0" w:color="auto"/>
        <w:left w:val="none" w:sz="0" w:space="0" w:color="auto"/>
        <w:bottom w:val="none" w:sz="0" w:space="0" w:color="auto"/>
        <w:right w:val="none" w:sz="0" w:space="0" w:color="auto"/>
      </w:divBdr>
    </w:div>
    <w:div w:id="1084230313">
      <w:bodyDiv w:val="1"/>
      <w:marLeft w:val="0"/>
      <w:marRight w:val="0"/>
      <w:marTop w:val="0"/>
      <w:marBottom w:val="0"/>
      <w:divBdr>
        <w:top w:val="none" w:sz="0" w:space="0" w:color="auto"/>
        <w:left w:val="none" w:sz="0" w:space="0" w:color="auto"/>
        <w:bottom w:val="none" w:sz="0" w:space="0" w:color="auto"/>
        <w:right w:val="none" w:sz="0" w:space="0" w:color="auto"/>
      </w:divBdr>
    </w:div>
    <w:div w:id="1130854287">
      <w:bodyDiv w:val="1"/>
      <w:marLeft w:val="0"/>
      <w:marRight w:val="0"/>
      <w:marTop w:val="0"/>
      <w:marBottom w:val="0"/>
      <w:divBdr>
        <w:top w:val="none" w:sz="0" w:space="0" w:color="auto"/>
        <w:left w:val="none" w:sz="0" w:space="0" w:color="auto"/>
        <w:bottom w:val="none" w:sz="0" w:space="0" w:color="auto"/>
        <w:right w:val="none" w:sz="0" w:space="0" w:color="auto"/>
      </w:divBdr>
    </w:div>
    <w:div w:id="1194617441">
      <w:bodyDiv w:val="1"/>
      <w:marLeft w:val="0"/>
      <w:marRight w:val="0"/>
      <w:marTop w:val="0"/>
      <w:marBottom w:val="0"/>
      <w:divBdr>
        <w:top w:val="none" w:sz="0" w:space="0" w:color="auto"/>
        <w:left w:val="none" w:sz="0" w:space="0" w:color="auto"/>
        <w:bottom w:val="none" w:sz="0" w:space="0" w:color="auto"/>
        <w:right w:val="none" w:sz="0" w:space="0" w:color="auto"/>
      </w:divBdr>
    </w:div>
    <w:div w:id="1276208762">
      <w:bodyDiv w:val="1"/>
      <w:marLeft w:val="0"/>
      <w:marRight w:val="0"/>
      <w:marTop w:val="0"/>
      <w:marBottom w:val="0"/>
      <w:divBdr>
        <w:top w:val="none" w:sz="0" w:space="0" w:color="auto"/>
        <w:left w:val="none" w:sz="0" w:space="0" w:color="auto"/>
        <w:bottom w:val="none" w:sz="0" w:space="0" w:color="auto"/>
        <w:right w:val="none" w:sz="0" w:space="0" w:color="auto"/>
      </w:divBdr>
    </w:div>
    <w:div w:id="1465540870">
      <w:bodyDiv w:val="1"/>
      <w:marLeft w:val="0"/>
      <w:marRight w:val="0"/>
      <w:marTop w:val="0"/>
      <w:marBottom w:val="0"/>
      <w:divBdr>
        <w:top w:val="none" w:sz="0" w:space="0" w:color="auto"/>
        <w:left w:val="none" w:sz="0" w:space="0" w:color="auto"/>
        <w:bottom w:val="none" w:sz="0" w:space="0" w:color="auto"/>
        <w:right w:val="none" w:sz="0" w:space="0" w:color="auto"/>
      </w:divBdr>
    </w:div>
    <w:div w:id="1644655547">
      <w:bodyDiv w:val="1"/>
      <w:marLeft w:val="0"/>
      <w:marRight w:val="0"/>
      <w:marTop w:val="0"/>
      <w:marBottom w:val="0"/>
      <w:divBdr>
        <w:top w:val="none" w:sz="0" w:space="0" w:color="auto"/>
        <w:left w:val="none" w:sz="0" w:space="0" w:color="auto"/>
        <w:bottom w:val="none" w:sz="0" w:space="0" w:color="auto"/>
        <w:right w:val="none" w:sz="0" w:space="0" w:color="auto"/>
      </w:divBdr>
    </w:div>
    <w:div w:id="1653944989">
      <w:bodyDiv w:val="1"/>
      <w:marLeft w:val="0"/>
      <w:marRight w:val="0"/>
      <w:marTop w:val="0"/>
      <w:marBottom w:val="0"/>
      <w:divBdr>
        <w:top w:val="none" w:sz="0" w:space="0" w:color="auto"/>
        <w:left w:val="none" w:sz="0" w:space="0" w:color="auto"/>
        <w:bottom w:val="none" w:sz="0" w:space="0" w:color="auto"/>
        <w:right w:val="none" w:sz="0" w:space="0" w:color="auto"/>
      </w:divBdr>
    </w:div>
    <w:div w:id="1713575751">
      <w:bodyDiv w:val="1"/>
      <w:marLeft w:val="0"/>
      <w:marRight w:val="0"/>
      <w:marTop w:val="0"/>
      <w:marBottom w:val="0"/>
      <w:divBdr>
        <w:top w:val="none" w:sz="0" w:space="0" w:color="auto"/>
        <w:left w:val="none" w:sz="0" w:space="0" w:color="auto"/>
        <w:bottom w:val="none" w:sz="0" w:space="0" w:color="auto"/>
        <w:right w:val="none" w:sz="0" w:space="0" w:color="auto"/>
      </w:divBdr>
    </w:div>
    <w:div w:id="1773626566">
      <w:bodyDiv w:val="1"/>
      <w:marLeft w:val="0"/>
      <w:marRight w:val="0"/>
      <w:marTop w:val="0"/>
      <w:marBottom w:val="0"/>
      <w:divBdr>
        <w:top w:val="none" w:sz="0" w:space="0" w:color="auto"/>
        <w:left w:val="none" w:sz="0" w:space="0" w:color="auto"/>
        <w:bottom w:val="none" w:sz="0" w:space="0" w:color="auto"/>
        <w:right w:val="none" w:sz="0" w:space="0" w:color="auto"/>
      </w:divBdr>
    </w:div>
    <w:div w:id="1814519263">
      <w:bodyDiv w:val="1"/>
      <w:marLeft w:val="0"/>
      <w:marRight w:val="0"/>
      <w:marTop w:val="0"/>
      <w:marBottom w:val="0"/>
      <w:divBdr>
        <w:top w:val="none" w:sz="0" w:space="0" w:color="auto"/>
        <w:left w:val="none" w:sz="0" w:space="0" w:color="auto"/>
        <w:bottom w:val="none" w:sz="0" w:space="0" w:color="auto"/>
        <w:right w:val="none" w:sz="0" w:space="0" w:color="auto"/>
      </w:divBdr>
    </w:div>
    <w:div w:id="1818765920">
      <w:bodyDiv w:val="1"/>
      <w:marLeft w:val="0"/>
      <w:marRight w:val="0"/>
      <w:marTop w:val="0"/>
      <w:marBottom w:val="0"/>
      <w:divBdr>
        <w:top w:val="none" w:sz="0" w:space="0" w:color="auto"/>
        <w:left w:val="none" w:sz="0" w:space="0" w:color="auto"/>
        <w:bottom w:val="none" w:sz="0" w:space="0" w:color="auto"/>
        <w:right w:val="none" w:sz="0" w:space="0" w:color="auto"/>
      </w:divBdr>
    </w:div>
    <w:div w:id="1832787829">
      <w:bodyDiv w:val="1"/>
      <w:marLeft w:val="0"/>
      <w:marRight w:val="0"/>
      <w:marTop w:val="0"/>
      <w:marBottom w:val="0"/>
      <w:divBdr>
        <w:top w:val="none" w:sz="0" w:space="0" w:color="auto"/>
        <w:left w:val="none" w:sz="0" w:space="0" w:color="auto"/>
        <w:bottom w:val="none" w:sz="0" w:space="0" w:color="auto"/>
        <w:right w:val="none" w:sz="0" w:space="0" w:color="auto"/>
      </w:divBdr>
    </w:div>
    <w:div w:id="1925408052">
      <w:bodyDiv w:val="1"/>
      <w:marLeft w:val="0"/>
      <w:marRight w:val="0"/>
      <w:marTop w:val="0"/>
      <w:marBottom w:val="0"/>
      <w:divBdr>
        <w:top w:val="none" w:sz="0" w:space="0" w:color="auto"/>
        <w:left w:val="none" w:sz="0" w:space="0" w:color="auto"/>
        <w:bottom w:val="none" w:sz="0" w:space="0" w:color="auto"/>
        <w:right w:val="none" w:sz="0" w:space="0" w:color="auto"/>
      </w:divBdr>
    </w:div>
    <w:div w:id="1952861780">
      <w:bodyDiv w:val="1"/>
      <w:marLeft w:val="0"/>
      <w:marRight w:val="0"/>
      <w:marTop w:val="0"/>
      <w:marBottom w:val="0"/>
      <w:divBdr>
        <w:top w:val="none" w:sz="0" w:space="0" w:color="auto"/>
        <w:left w:val="none" w:sz="0" w:space="0" w:color="auto"/>
        <w:bottom w:val="none" w:sz="0" w:space="0" w:color="auto"/>
        <w:right w:val="none" w:sz="0" w:space="0" w:color="auto"/>
      </w:divBdr>
    </w:div>
    <w:div w:id="1994141354">
      <w:bodyDiv w:val="1"/>
      <w:marLeft w:val="0"/>
      <w:marRight w:val="0"/>
      <w:marTop w:val="0"/>
      <w:marBottom w:val="0"/>
      <w:divBdr>
        <w:top w:val="none" w:sz="0" w:space="0" w:color="auto"/>
        <w:left w:val="none" w:sz="0" w:space="0" w:color="auto"/>
        <w:bottom w:val="none" w:sz="0" w:space="0" w:color="auto"/>
        <w:right w:val="none" w:sz="0" w:space="0" w:color="auto"/>
      </w:divBdr>
    </w:div>
    <w:div w:id="2033992026">
      <w:bodyDiv w:val="1"/>
      <w:marLeft w:val="0"/>
      <w:marRight w:val="0"/>
      <w:marTop w:val="0"/>
      <w:marBottom w:val="0"/>
      <w:divBdr>
        <w:top w:val="none" w:sz="0" w:space="0" w:color="auto"/>
        <w:left w:val="none" w:sz="0" w:space="0" w:color="auto"/>
        <w:bottom w:val="none" w:sz="0" w:space="0" w:color="auto"/>
        <w:right w:val="none" w:sz="0" w:space="0" w:color="auto"/>
      </w:divBdr>
    </w:div>
    <w:div w:id="2037653059">
      <w:bodyDiv w:val="1"/>
      <w:marLeft w:val="0"/>
      <w:marRight w:val="0"/>
      <w:marTop w:val="0"/>
      <w:marBottom w:val="0"/>
      <w:divBdr>
        <w:top w:val="none" w:sz="0" w:space="0" w:color="auto"/>
        <w:left w:val="none" w:sz="0" w:space="0" w:color="auto"/>
        <w:bottom w:val="none" w:sz="0" w:space="0" w:color="auto"/>
        <w:right w:val="none" w:sz="0" w:space="0" w:color="auto"/>
      </w:divBdr>
    </w:div>
    <w:div w:id="2049991805">
      <w:bodyDiv w:val="1"/>
      <w:marLeft w:val="0"/>
      <w:marRight w:val="0"/>
      <w:marTop w:val="0"/>
      <w:marBottom w:val="0"/>
      <w:divBdr>
        <w:top w:val="none" w:sz="0" w:space="0" w:color="auto"/>
        <w:left w:val="none" w:sz="0" w:space="0" w:color="auto"/>
        <w:bottom w:val="none" w:sz="0" w:space="0" w:color="auto"/>
        <w:right w:val="none" w:sz="0" w:space="0" w:color="auto"/>
      </w:divBdr>
    </w:div>
    <w:div w:id="20935801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11/puar.12855" TargetMode="External"/><Relationship Id="rId26" Type="http://schemas.openxmlformats.org/officeDocument/2006/relationships/hyperlink" Target="https://doi.org/10.1080/14719037.2017.1400582" TargetMode="External"/><Relationship Id="rId39" Type="http://schemas.openxmlformats.org/officeDocument/2006/relationships/header" Target="header2.xml"/><Relationship Id="rId21" Type="http://schemas.openxmlformats.org/officeDocument/2006/relationships/hyperlink" Target="https://doi.org/10.51519/journalisi.v6i3.858" TargetMode="External"/><Relationship Id="rId34" Type="http://schemas.openxmlformats.org/officeDocument/2006/relationships/image" Target="media/image12.png"/><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esearchportal.port.ac.uk/en/publications/a-systematic-review-of-barriers-to-public-sector-innovation-proce?utm_source=chatgpt.com"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13511610.2020.1828042"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andfonline.com/doi/abs/10.1080/14719037.2018.1473477?utm_source=chatgpt.com" TargetMode="External"/><Relationship Id="rId23" Type="http://schemas.openxmlformats.org/officeDocument/2006/relationships/hyperlink" Target="https://www.researchgate.net/publication/385983369_Barriers_to_Business_Process_Innovation_in_Public_Service_Organizations?utm_source=chatgpt.com" TargetMode="External"/><Relationship Id="rId28" Type="http://schemas.openxmlformats.org/officeDocument/2006/relationships/hyperlink" Target="https://doi.org/10.1080/14719037.2013.771698" TargetMode="External"/><Relationship Id="rId36"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hyperlink" Target="https://doi.org/10.1080/14719037.2020.1867224" TargetMode="External"/><Relationship Id="rId31" Type="http://schemas.openxmlformats.org/officeDocument/2006/relationships/image" Target="media/image9.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14719037.2018.1473477" TargetMode="External"/><Relationship Id="rId22" Type="http://schemas.openxmlformats.org/officeDocument/2006/relationships/hyperlink" Target="https://researchportal.port.ac.uk/files/10509717/A_systematic_review_of_barriers.pdf?utm_source=chatgpt.com" TargetMode="External"/><Relationship Id="rId27" Type="http://schemas.openxmlformats.org/officeDocument/2006/relationships/hyperlink" Target="https://doi.org/10.1080/14719037.2017.1287939" TargetMode="External"/><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footer" Target="footer3.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11/padm.12209" TargetMode="External"/><Relationship Id="rId25" Type="http://schemas.openxmlformats.org/officeDocument/2006/relationships/hyperlink" Target="https://doi.org/10.1111/j.1468-0491.2011.01553.x" TargetMode="External"/><Relationship Id="rId33" Type="http://schemas.openxmlformats.org/officeDocument/2006/relationships/image" Target="media/image11.png"/><Relationship Id="rId38" Type="http://schemas.openxmlformats.org/officeDocument/2006/relationships/header" Target="header1.xml"/><Relationship Id="rId20" Type="http://schemas.openxmlformats.org/officeDocument/2006/relationships/hyperlink" Target="https://doi.org/10.1108/MD-12-2019-1703"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77</Pages>
  <Words>13502</Words>
  <Characters>76968</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90290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dc:description>
  <cp:lastModifiedBy>Manar Mohammad Bashatah منار محمد باشطح</cp:lastModifiedBy>
  <cp:revision>15</cp:revision>
  <dcterms:created xsi:type="dcterms:W3CDTF">2025-08-04T13:44:00Z</dcterms:created>
  <dcterms:modified xsi:type="dcterms:W3CDTF">2025-08-16T17:43:00Z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cf82841-c475-4e1f-aea0-cda6962d36f6_Enabled">
    <vt:lpwstr>true</vt:lpwstr>
  </property>
  <property fmtid="{D5CDD505-2E9C-101B-9397-08002B2CF9AE}" pid="3" name="MSIP_Label_dcf82841-c475-4e1f-aea0-cda6962d36f6_SetDate">
    <vt:lpwstr>2025-08-16T12:20:46Z</vt:lpwstr>
  </property>
  <property fmtid="{D5CDD505-2E9C-101B-9397-08002B2CF9AE}" pid="4" name="MSIP_Label_dcf82841-c475-4e1f-aea0-cda6962d36f6_Method">
    <vt:lpwstr>Privileged</vt:lpwstr>
  </property>
  <property fmtid="{D5CDD505-2E9C-101B-9397-08002B2CF9AE}" pid="5" name="MSIP_Label_dcf82841-c475-4e1f-aea0-cda6962d36f6_Name">
    <vt:lpwstr>public - Anyone</vt:lpwstr>
  </property>
  <property fmtid="{D5CDD505-2E9C-101B-9397-08002B2CF9AE}" pid="6" name="MSIP_Label_dcf82841-c475-4e1f-aea0-cda6962d36f6_SiteId">
    <vt:lpwstr>35335e13-e1f8-4cdd-bc7b-8522195eefdb</vt:lpwstr>
  </property>
  <property fmtid="{D5CDD505-2E9C-101B-9397-08002B2CF9AE}" pid="7" name="MSIP_Label_dcf82841-c475-4e1f-aea0-cda6962d36f6_ActionId">
    <vt:lpwstr>055c25fc-eb09-4a03-b153-97588e38f600</vt:lpwstr>
  </property>
  <property fmtid="{D5CDD505-2E9C-101B-9397-08002B2CF9AE}" pid="8" name="MSIP_Label_dcf82841-c475-4e1f-aea0-cda6962d36f6_ContentBits">
    <vt:lpwstr>0</vt:lpwstr>
  </property>
  <property fmtid="{D5CDD505-2E9C-101B-9397-08002B2CF9AE}" pid="9" name="MSIP_Label_dcf82841-c475-4e1f-aea0-cda6962d36f6_Tag">
    <vt:lpwstr>10, 0, 1, 1</vt:lpwstr>
  </property>
</Properties>
</file>