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A73304" w14:textId="77777777" w:rsidR="00C12400" w:rsidRPr="003E3418" w:rsidRDefault="00C12400" w:rsidP="00C34CB2">
      <w:pPr>
        <w:bidi/>
        <w:spacing w:line="240" w:lineRule="auto"/>
        <w:jc w:val="center"/>
        <w:rPr>
          <w:rFonts w:ascii="Sakkal Majalla" w:eastAsia="Calibri" w:hAnsi="Sakkal Majalla" w:cs="Sakkal Majalla"/>
          <w:b/>
          <w:bCs/>
          <w:sz w:val="32"/>
          <w:szCs w:val="32"/>
          <w:rtl/>
          <w:lang w:bidi="ar-EG"/>
        </w:rPr>
      </w:pPr>
      <w:r w:rsidRPr="003E3418">
        <w:rPr>
          <w:rFonts w:ascii="Sakkal Majalla" w:eastAsia="Calibri" w:hAnsi="Sakkal Majalla" w:cs="Sakkal Majalla"/>
          <w:b/>
          <w:bCs/>
          <w:sz w:val="32"/>
          <w:szCs w:val="32"/>
          <w:rtl/>
          <w:lang w:bidi="ar-EG"/>
        </w:rPr>
        <w:t>جامعة ميدأوشن</w:t>
      </w:r>
    </w:p>
    <w:p w14:paraId="565CE7C9" w14:textId="77777777" w:rsidR="00C12400" w:rsidRPr="003E3418" w:rsidRDefault="00C12400" w:rsidP="00C34CB2">
      <w:pPr>
        <w:bidi/>
        <w:spacing w:line="240" w:lineRule="auto"/>
        <w:jc w:val="center"/>
        <w:rPr>
          <w:rFonts w:ascii="Sakkal Majalla" w:eastAsia="Calibri" w:hAnsi="Sakkal Majalla" w:cs="Sakkal Majalla"/>
          <w:b/>
          <w:bCs/>
          <w:sz w:val="32"/>
          <w:szCs w:val="32"/>
          <w:rtl/>
          <w:lang w:bidi="ar-EG"/>
        </w:rPr>
      </w:pPr>
      <w:r w:rsidRPr="003E3418">
        <w:rPr>
          <w:rFonts w:ascii="Sakkal Majalla" w:eastAsia="Calibri" w:hAnsi="Sakkal Majalla" w:cs="Sakkal Majalla"/>
          <w:b/>
          <w:bCs/>
          <w:sz w:val="32"/>
          <w:szCs w:val="32"/>
          <w:rtl/>
          <w:lang w:bidi="ar-EG"/>
        </w:rPr>
        <w:t>كلية الإدارة</w:t>
      </w:r>
    </w:p>
    <w:p w14:paraId="4534E0DD" w14:textId="77777777" w:rsidR="00C12400" w:rsidRPr="003E3418" w:rsidRDefault="00C12400" w:rsidP="00C34CB2">
      <w:pPr>
        <w:bidi/>
        <w:spacing w:line="240" w:lineRule="auto"/>
        <w:jc w:val="center"/>
        <w:rPr>
          <w:rFonts w:ascii="Sakkal Majalla" w:eastAsia="Calibri" w:hAnsi="Sakkal Majalla" w:cs="Sakkal Majalla"/>
          <w:b/>
          <w:bCs/>
          <w:sz w:val="32"/>
          <w:szCs w:val="32"/>
          <w:rtl/>
        </w:rPr>
      </w:pPr>
      <w:r w:rsidRPr="003E3418">
        <w:rPr>
          <w:rFonts w:ascii="Sakkal Majalla" w:eastAsia="Calibri" w:hAnsi="Sakkal Majalla" w:cs="Sakkal Majalla"/>
          <w:b/>
          <w:bCs/>
          <w:sz w:val="32"/>
          <w:szCs w:val="32"/>
          <w:rtl/>
        </w:rPr>
        <w:t>ماجستير ادارة الاعمال</w:t>
      </w:r>
    </w:p>
    <w:p w14:paraId="18A345C5" w14:textId="77777777" w:rsidR="00C12400" w:rsidRPr="003E3418" w:rsidRDefault="00C12400" w:rsidP="00C34CB2">
      <w:pPr>
        <w:bidi/>
        <w:spacing w:line="240" w:lineRule="auto"/>
        <w:jc w:val="center"/>
        <w:rPr>
          <w:rFonts w:ascii="Sakkal Majalla" w:eastAsia="Calibri" w:hAnsi="Sakkal Majalla" w:cs="Sakkal Majalla"/>
          <w:sz w:val="28"/>
          <w:szCs w:val="28"/>
          <w:rtl/>
          <w:lang w:bidi="ar-EG"/>
        </w:rPr>
      </w:pPr>
    </w:p>
    <w:p w14:paraId="4AB854FB" w14:textId="6FBE166A" w:rsidR="00C12400" w:rsidRPr="003E3418" w:rsidRDefault="00C12400" w:rsidP="00C34CB2">
      <w:pPr>
        <w:pStyle w:val="NormalWeb"/>
        <w:bidi/>
        <w:jc w:val="center"/>
        <w:rPr>
          <w:rFonts w:ascii="Sakkal Majalla" w:hAnsi="Sakkal Majalla" w:cs="Sakkal Majalla"/>
          <w:b/>
          <w:bCs/>
          <w:sz w:val="32"/>
          <w:szCs w:val="32"/>
          <w:u w:val="single"/>
          <w:rtl/>
        </w:rPr>
      </w:pPr>
      <w:r w:rsidRPr="003E3418">
        <w:rPr>
          <w:rFonts w:ascii="Sakkal Majalla" w:hAnsi="Sakkal Majalla" w:cs="Sakkal Majalla"/>
          <w:b/>
          <w:bCs/>
          <w:sz w:val="32"/>
          <w:szCs w:val="32"/>
          <w:u w:val="single"/>
          <w:rtl/>
        </w:rPr>
        <w:t>أثر الفساد على النمو الاقتصادي والفقر في الدول النامية: دراسة قياسية باستخدام بيانات اللوحة</w:t>
      </w:r>
    </w:p>
    <w:p w14:paraId="1CA106CA" w14:textId="77777777" w:rsidR="00C12400" w:rsidRPr="003E3418" w:rsidRDefault="00C12400" w:rsidP="00C34CB2">
      <w:pPr>
        <w:pStyle w:val="NormalWeb"/>
        <w:bidi/>
        <w:jc w:val="center"/>
        <w:rPr>
          <w:rFonts w:ascii="Sakkal Majalla" w:hAnsi="Sakkal Majalla" w:cs="Sakkal Majalla"/>
          <w:b/>
          <w:bCs/>
          <w:sz w:val="32"/>
          <w:szCs w:val="32"/>
          <w:u w:val="single"/>
        </w:rPr>
      </w:pPr>
      <w:r w:rsidRPr="003E3418">
        <w:rPr>
          <w:rFonts w:ascii="Sakkal Majalla" w:hAnsi="Sakkal Majalla" w:cs="Sakkal Majalla"/>
          <w:b/>
          <w:bCs/>
          <w:sz w:val="32"/>
          <w:szCs w:val="32"/>
          <w:u w:val="single"/>
          <w:rtl/>
        </w:rPr>
        <w:t>للفترة "2022-2000"</w:t>
      </w:r>
    </w:p>
    <w:p w14:paraId="688E328C" w14:textId="77777777" w:rsidR="00C12400" w:rsidRPr="003E3418" w:rsidRDefault="00C12400" w:rsidP="00C34CB2">
      <w:pPr>
        <w:bidi/>
        <w:spacing w:line="240" w:lineRule="auto"/>
        <w:jc w:val="center"/>
        <w:rPr>
          <w:rFonts w:ascii="Sakkal Majalla" w:eastAsia="Calibri" w:hAnsi="Sakkal Majalla" w:cs="Sakkal Majalla"/>
          <w:sz w:val="28"/>
          <w:szCs w:val="28"/>
          <w:rtl/>
          <w:lang w:bidi="ar-EG"/>
        </w:rPr>
      </w:pPr>
    </w:p>
    <w:p w14:paraId="3236036C" w14:textId="77777777" w:rsidR="00C12400" w:rsidRPr="003E3418" w:rsidRDefault="00C12400" w:rsidP="00C34CB2">
      <w:pPr>
        <w:bidi/>
        <w:spacing w:line="240" w:lineRule="auto"/>
        <w:jc w:val="center"/>
        <w:rPr>
          <w:rFonts w:ascii="Sakkal Majalla" w:eastAsia="Calibri" w:hAnsi="Sakkal Majalla" w:cs="Sakkal Majalla"/>
          <w:b/>
          <w:bCs/>
          <w:sz w:val="28"/>
          <w:szCs w:val="28"/>
          <w:rtl/>
          <w:lang w:bidi="ar-EG"/>
        </w:rPr>
      </w:pPr>
      <w:r w:rsidRPr="003E3418">
        <w:rPr>
          <w:rFonts w:ascii="Sakkal Majalla" w:eastAsia="Calibri" w:hAnsi="Sakkal Majalla" w:cs="Sakkal Majalla"/>
          <w:b/>
          <w:bCs/>
          <w:sz w:val="28"/>
          <w:szCs w:val="28"/>
          <w:rtl/>
          <w:lang w:bidi="ar-EG"/>
        </w:rPr>
        <w:t>إعداد الطالب</w:t>
      </w:r>
      <w:r w:rsidRPr="003E3418">
        <w:rPr>
          <w:rFonts w:ascii="Sakkal Majalla" w:eastAsia="Calibri" w:hAnsi="Sakkal Majalla" w:cs="Sakkal Majalla"/>
          <w:b/>
          <w:bCs/>
          <w:sz w:val="28"/>
          <w:szCs w:val="28"/>
          <w:lang w:bidi="ar-EG"/>
        </w:rPr>
        <w:t>:</w:t>
      </w:r>
      <w:r w:rsidRPr="003E3418">
        <w:rPr>
          <w:rFonts w:ascii="Sakkal Majalla" w:eastAsia="Calibri" w:hAnsi="Sakkal Majalla" w:cs="Sakkal Majalla"/>
          <w:b/>
          <w:bCs/>
          <w:sz w:val="28"/>
          <w:szCs w:val="28"/>
          <w:rtl/>
          <w:lang w:bidi="ar-EG"/>
        </w:rPr>
        <w:t xml:space="preserve">  ماجد احمد محمد الدرع</w:t>
      </w:r>
    </w:p>
    <w:p w14:paraId="5D2E028D" w14:textId="77777777" w:rsidR="00C12400" w:rsidRPr="003E3418" w:rsidRDefault="00C12400" w:rsidP="00C34CB2">
      <w:pPr>
        <w:bidi/>
        <w:spacing w:line="240" w:lineRule="auto"/>
        <w:jc w:val="center"/>
        <w:rPr>
          <w:rFonts w:ascii="Sakkal Majalla" w:eastAsia="Calibri" w:hAnsi="Sakkal Majalla" w:cs="Sakkal Majalla"/>
          <w:b/>
          <w:bCs/>
          <w:sz w:val="28"/>
          <w:szCs w:val="28"/>
          <w:rtl/>
          <w:lang w:bidi="ar-EG"/>
        </w:rPr>
      </w:pPr>
      <w:r w:rsidRPr="003E3418">
        <w:rPr>
          <w:rFonts w:ascii="Sakkal Majalla" w:eastAsia="Calibri" w:hAnsi="Sakkal Majalla" w:cs="Sakkal Majalla"/>
          <w:b/>
          <w:bCs/>
          <w:sz w:val="28"/>
          <w:szCs w:val="28"/>
          <w:rtl/>
          <w:lang w:bidi="ar-EG"/>
        </w:rPr>
        <w:t>الرقم الجامعي : 253001618</w:t>
      </w:r>
    </w:p>
    <w:p w14:paraId="4924BD87" w14:textId="77777777" w:rsidR="00C12400" w:rsidRPr="003E3418" w:rsidRDefault="00C12400" w:rsidP="00C34CB2">
      <w:pPr>
        <w:bidi/>
        <w:spacing w:line="240" w:lineRule="auto"/>
        <w:jc w:val="center"/>
        <w:rPr>
          <w:rFonts w:ascii="Sakkal Majalla" w:eastAsia="Calibri" w:hAnsi="Sakkal Majalla" w:cs="Sakkal Majalla"/>
          <w:b/>
          <w:bCs/>
          <w:sz w:val="28"/>
          <w:szCs w:val="28"/>
          <w:rtl/>
          <w:lang w:bidi="ar-EG"/>
        </w:rPr>
      </w:pPr>
      <w:r w:rsidRPr="003E3418">
        <w:rPr>
          <w:rFonts w:ascii="Sakkal Majalla" w:eastAsia="Calibri" w:hAnsi="Sakkal Majalla" w:cs="Sakkal Majalla"/>
          <w:b/>
          <w:bCs/>
          <w:sz w:val="28"/>
          <w:szCs w:val="28"/>
          <w:rtl/>
          <w:lang w:bidi="ar-EG"/>
        </w:rPr>
        <w:t>إشراف</w:t>
      </w:r>
      <w:r w:rsidRPr="003E3418">
        <w:rPr>
          <w:rFonts w:ascii="Sakkal Majalla" w:eastAsia="Calibri" w:hAnsi="Sakkal Majalla" w:cs="Sakkal Majalla"/>
          <w:b/>
          <w:bCs/>
          <w:sz w:val="28"/>
          <w:szCs w:val="28"/>
          <w:lang w:bidi="ar-EG"/>
        </w:rPr>
        <w:t>:</w:t>
      </w:r>
    </w:p>
    <w:p w14:paraId="2187C9DF" w14:textId="77777777" w:rsidR="00C12400" w:rsidRPr="003E3418" w:rsidRDefault="00C12400" w:rsidP="00C34CB2">
      <w:pPr>
        <w:bidi/>
        <w:spacing w:line="240" w:lineRule="auto"/>
        <w:jc w:val="center"/>
        <w:rPr>
          <w:rFonts w:ascii="Sakkal Majalla" w:eastAsia="Calibri" w:hAnsi="Sakkal Majalla" w:cs="Sakkal Majalla"/>
          <w:b/>
          <w:bCs/>
          <w:sz w:val="28"/>
          <w:szCs w:val="28"/>
          <w:rtl/>
          <w:lang w:bidi="ar-EG"/>
        </w:rPr>
      </w:pPr>
      <w:r w:rsidRPr="003E3418">
        <w:rPr>
          <w:rFonts w:ascii="Sakkal Majalla" w:eastAsia="Calibri" w:hAnsi="Sakkal Majalla" w:cs="Sakkal Majalla"/>
          <w:b/>
          <w:bCs/>
          <w:sz w:val="28"/>
          <w:szCs w:val="28"/>
          <w:rtl/>
          <w:lang w:bidi="ar-EG"/>
        </w:rPr>
        <w:t>أد.الفيصل عبدالحميد محمد</w:t>
      </w:r>
    </w:p>
    <w:p w14:paraId="71584414" w14:textId="77777777" w:rsidR="00C12400" w:rsidRPr="003E3418" w:rsidRDefault="00C12400" w:rsidP="00C34CB2">
      <w:pPr>
        <w:bidi/>
        <w:spacing w:line="240" w:lineRule="auto"/>
        <w:jc w:val="center"/>
        <w:rPr>
          <w:rFonts w:ascii="Sakkal Majalla" w:eastAsia="Calibri" w:hAnsi="Sakkal Majalla" w:cs="Sakkal Majalla"/>
          <w:b/>
          <w:bCs/>
          <w:sz w:val="28"/>
          <w:szCs w:val="28"/>
          <w:rtl/>
          <w:lang w:bidi="ar-EG"/>
        </w:rPr>
      </w:pPr>
      <w:r w:rsidRPr="003E3418">
        <w:rPr>
          <w:rFonts w:ascii="Sakkal Majalla" w:eastAsia="Calibri" w:hAnsi="Sakkal Majalla" w:cs="Sakkal Majalla"/>
          <w:b/>
          <w:bCs/>
          <w:sz w:val="28"/>
          <w:szCs w:val="28"/>
          <w:rtl/>
          <w:lang w:bidi="ar-EG"/>
        </w:rPr>
        <w:t>و</w:t>
      </w:r>
    </w:p>
    <w:p w14:paraId="6238ABD3" w14:textId="77777777" w:rsidR="00C12400" w:rsidRPr="003E3418" w:rsidRDefault="00C12400" w:rsidP="00C34CB2">
      <w:pPr>
        <w:bidi/>
        <w:spacing w:line="240" w:lineRule="auto"/>
        <w:jc w:val="center"/>
        <w:rPr>
          <w:rFonts w:ascii="Sakkal Majalla" w:eastAsia="Calibri" w:hAnsi="Sakkal Majalla" w:cs="Sakkal Majalla"/>
          <w:b/>
          <w:bCs/>
          <w:sz w:val="28"/>
          <w:szCs w:val="28"/>
          <w:rtl/>
          <w:lang w:bidi="ar-EG"/>
        </w:rPr>
      </w:pPr>
      <w:r w:rsidRPr="003E3418">
        <w:rPr>
          <w:rFonts w:ascii="Sakkal Majalla" w:eastAsia="Calibri" w:hAnsi="Sakkal Majalla" w:cs="Sakkal Majalla"/>
          <w:b/>
          <w:bCs/>
          <w:sz w:val="28"/>
          <w:szCs w:val="28"/>
          <w:rtl/>
          <w:lang w:bidi="ar-EG"/>
        </w:rPr>
        <w:t>أد.فايز علي جراد</w:t>
      </w:r>
    </w:p>
    <w:p w14:paraId="3324A188" w14:textId="77777777" w:rsidR="00C12400" w:rsidRPr="003E3418" w:rsidRDefault="00C12400" w:rsidP="00C34CB2">
      <w:pPr>
        <w:bidi/>
        <w:spacing w:line="240" w:lineRule="auto"/>
        <w:jc w:val="center"/>
        <w:rPr>
          <w:rFonts w:ascii="Sakkal Majalla" w:eastAsia="Calibri" w:hAnsi="Sakkal Majalla" w:cs="Sakkal Majalla"/>
          <w:b/>
          <w:bCs/>
          <w:sz w:val="28"/>
          <w:szCs w:val="28"/>
          <w:rtl/>
          <w:lang w:bidi="ar-EG"/>
        </w:rPr>
      </w:pPr>
    </w:p>
    <w:p w14:paraId="1F55BD1E" w14:textId="77777777" w:rsidR="00C12400" w:rsidRPr="003E3418" w:rsidRDefault="00C12400" w:rsidP="00C34CB2">
      <w:pPr>
        <w:bidi/>
        <w:spacing w:line="240" w:lineRule="auto"/>
        <w:jc w:val="center"/>
        <w:rPr>
          <w:rFonts w:ascii="Sakkal Majalla" w:eastAsia="Calibri" w:hAnsi="Sakkal Majalla" w:cs="Sakkal Majalla"/>
          <w:b/>
          <w:bCs/>
          <w:sz w:val="28"/>
          <w:szCs w:val="28"/>
          <w:rtl/>
          <w:lang w:bidi="ar-EG"/>
        </w:rPr>
      </w:pPr>
      <w:r w:rsidRPr="003E3418">
        <w:rPr>
          <w:rFonts w:ascii="Sakkal Majalla" w:eastAsia="Calibri" w:hAnsi="Sakkal Majalla" w:cs="Sakkal Majalla"/>
          <w:b/>
          <w:bCs/>
          <w:sz w:val="28"/>
          <w:szCs w:val="28"/>
          <w:rtl/>
          <w:lang w:bidi="ar-EG"/>
        </w:rPr>
        <w:t>العام الدراسي:</w:t>
      </w:r>
    </w:p>
    <w:p w14:paraId="3744F227" w14:textId="77777777" w:rsidR="00C12400" w:rsidRPr="003E3418" w:rsidRDefault="00C12400" w:rsidP="00C34CB2">
      <w:pPr>
        <w:bidi/>
        <w:spacing w:line="240" w:lineRule="auto"/>
        <w:jc w:val="center"/>
        <w:rPr>
          <w:rFonts w:ascii="Sakkal Majalla" w:eastAsia="Calibri" w:hAnsi="Sakkal Majalla" w:cs="Sakkal Majalla"/>
          <w:b/>
          <w:bCs/>
          <w:sz w:val="28"/>
          <w:szCs w:val="28"/>
          <w:rtl/>
          <w:lang w:bidi="ar-EG"/>
        </w:rPr>
      </w:pPr>
      <w:r w:rsidRPr="003E3418">
        <w:rPr>
          <w:rFonts w:ascii="Sakkal Majalla" w:eastAsia="Calibri" w:hAnsi="Sakkal Majalla" w:cs="Sakkal Majalla"/>
          <w:b/>
          <w:bCs/>
          <w:sz w:val="28"/>
          <w:szCs w:val="28"/>
          <w:lang w:bidi="ar-EG"/>
        </w:rPr>
        <w:t>2026</w:t>
      </w:r>
    </w:p>
    <w:p w14:paraId="6B0A9C3B" w14:textId="7CFC80D0" w:rsidR="00C12400" w:rsidRPr="003E3418" w:rsidRDefault="00C12400" w:rsidP="00956C71">
      <w:pPr>
        <w:bidi/>
        <w:spacing w:line="240" w:lineRule="auto"/>
        <w:rPr>
          <w:rFonts w:ascii="Sakkal Majalla" w:eastAsia="Calibri" w:hAnsi="Sakkal Majalla" w:cs="Sakkal Majalla"/>
          <w:b/>
          <w:bCs/>
          <w:sz w:val="28"/>
          <w:szCs w:val="28"/>
          <w:rtl/>
          <w:lang w:bidi="ar-EG"/>
        </w:rPr>
      </w:pPr>
    </w:p>
    <w:p w14:paraId="7DE698CE" w14:textId="128110BF" w:rsidR="00760CA7" w:rsidRPr="003E3418" w:rsidRDefault="00760CA7" w:rsidP="00956C71">
      <w:pPr>
        <w:bidi/>
        <w:spacing w:line="240" w:lineRule="auto"/>
        <w:rPr>
          <w:rFonts w:ascii="Sakkal Majalla" w:eastAsia="Calibri" w:hAnsi="Sakkal Majalla" w:cs="Sakkal Majalla"/>
          <w:b/>
          <w:bCs/>
          <w:sz w:val="28"/>
          <w:szCs w:val="28"/>
          <w:rtl/>
          <w:lang w:bidi="ar-EG"/>
        </w:rPr>
      </w:pPr>
    </w:p>
    <w:p w14:paraId="7C6C373D" w14:textId="5E9026C7" w:rsidR="00760CA7" w:rsidRPr="003E3418" w:rsidRDefault="00760CA7" w:rsidP="00956C71">
      <w:pPr>
        <w:bidi/>
        <w:spacing w:line="240" w:lineRule="auto"/>
        <w:rPr>
          <w:rFonts w:ascii="Sakkal Majalla" w:eastAsia="Calibri" w:hAnsi="Sakkal Majalla" w:cs="Sakkal Majalla"/>
          <w:b/>
          <w:bCs/>
          <w:sz w:val="28"/>
          <w:szCs w:val="28"/>
          <w:rtl/>
          <w:lang w:bidi="ar-EG"/>
        </w:rPr>
      </w:pPr>
    </w:p>
    <w:p w14:paraId="21EE49E8" w14:textId="77777777" w:rsidR="00C34CB2" w:rsidRPr="003E3418" w:rsidRDefault="00C34CB2" w:rsidP="00C34CB2">
      <w:pPr>
        <w:rPr>
          <w:rFonts w:ascii="Sakkal Majalla" w:hAnsi="Sakkal Majalla" w:cs="Sakkal Majalla"/>
        </w:rPr>
      </w:pPr>
    </w:p>
    <w:p w14:paraId="72479557" w14:textId="77777777" w:rsidR="003E3418" w:rsidRPr="003E3418" w:rsidRDefault="003E3418" w:rsidP="003E3418">
      <w:pPr>
        <w:pBdr>
          <w:bottom w:val="single" w:sz="6" w:space="4" w:color="1A3A6B"/>
        </w:pBdr>
        <w:bidi/>
        <w:spacing w:before="360" w:line="360" w:lineRule="exact"/>
        <w:rPr>
          <w:rFonts w:ascii="Sakkal Majalla" w:hAnsi="Sakkal Majalla" w:cs="Sakkal Majalla"/>
        </w:rPr>
      </w:pPr>
      <w:r w:rsidRPr="003E3418">
        <w:rPr>
          <w:rFonts w:ascii="Sakkal Majalla" w:hAnsi="Sakkal Majalla" w:cs="Sakkal Majalla"/>
          <w:b/>
          <w:bCs/>
          <w:sz w:val="30"/>
          <w:szCs w:val="30"/>
          <w:rtl/>
        </w:rPr>
        <w:t>شكر</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وتقدير</w:t>
      </w:r>
    </w:p>
    <w:p w14:paraId="3F3910A8" w14:textId="77777777" w:rsidR="003E3418" w:rsidRPr="003E3418" w:rsidRDefault="003E3418" w:rsidP="003E3418">
      <w:pPr>
        <w:bidi/>
        <w:spacing w:before="60" w:after="60" w:line="400" w:lineRule="exact"/>
        <w:jc w:val="both"/>
        <w:rPr>
          <w:rFonts w:ascii="Sakkal Majalla" w:hAnsi="Sakkal Majalla" w:cs="Sakkal Majalla"/>
        </w:rPr>
      </w:pPr>
      <w:r w:rsidRPr="003E3418">
        <w:rPr>
          <w:rFonts w:ascii="Sakkal Majalla" w:hAnsi="Sakkal Majalla" w:cs="Sakkal Majalla"/>
          <w:sz w:val="24"/>
          <w:szCs w:val="24"/>
          <w:rtl/>
        </w:rPr>
        <w:t>بسم</w:t>
      </w:r>
      <w:r w:rsidRPr="003E3418">
        <w:rPr>
          <w:rFonts w:ascii="Sakkal Majalla" w:hAnsi="Sakkal Majalla" w:cs="Sakkal Majalla"/>
          <w:sz w:val="24"/>
        </w:rPr>
        <w:t xml:space="preserve"> </w:t>
      </w:r>
      <w:r w:rsidRPr="003E3418">
        <w:rPr>
          <w:rFonts w:ascii="Sakkal Majalla" w:hAnsi="Sakkal Majalla" w:cs="Sakkal Majalla"/>
          <w:sz w:val="24"/>
          <w:szCs w:val="24"/>
          <w:rtl/>
        </w:rPr>
        <w:t>الله</w:t>
      </w:r>
      <w:r w:rsidRPr="003E3418">
        <w:rPr>
          <w:rFonts w:ascii="Sakkal Majalla" w:hAnsi="Sakkal Majalla" w:cs="Sakkal Majalla"/>
          <w:sz w:val="24"/>
        </w:rPr>
        <w:t xml:space="preserve"> </w:t>
      </w:r>
      <w:r w:rsidRPr="003E3418">
        <w:rPr>
          <w:rFonts w:ascii="Sakkal Majalla" w:hAnsi="Sakkal Majalla" w:cs="Sakkal Majalla"/>
          <w:sz w:val="24"/>
          <w:szCs w:val="24"/>
          <w:rtl/>
        </w:rPr>
        <w:t>الرحمن</w:t>
      </w:r>
      <w:r w:rsidRPr="003E3418">
        <w:rPr>
          <w:rFonts w:ascii="Sakkal Majalla" w:hAnsi="Sakkal Majalla" w:cs="Sakkal Majalla"/>
          <w:sz w:val="24"/>
        </w:rPr>
        <w:t xml:space="preserve"> </w:t>
      </w:r>
      <w:r w:rsidRPr="003E3418">
        <w:rPr>
          <w:rFonts w:ascii="Sakkal Majalla" w:hAnsi="Sakkal Majalla" w:cs="Sakkal Majalla"/>
          <w:sz w:val="24"/>
          <w:szCs w:val="24"/>
          <w:rtl/>
        </w:rPr>
        <w:t>الرحيم</w:t>
      </w:r>
    </w:p>
    <w:p w14:paraId="0B40E629" w14:textId="77777777" w:rsidR="003E3418" w:rsidRPr="003E3418" w:rsidRDefault="003E3418" w:rsidP="003E3418">
      <w:pPr>
        <w:spacing w:before="80" w:after="80"/>
        <w:rPr>
          <w:rFonts w:ascii="Sakkal Majalla" w:hAnsi="Sakkal Majalla" w:cs="Sakkal Majalla"/>
        </w:rPr>
      </w:pPr>
    </w:p>
    <w:p w14:paraId="53CA604D" w14:textId="77777777" w:rsidR="003E3418" w:rsidRPr="003E3418" w:rsidRDefault="003E3418" w:rsidP="003E3418">
      <w:pPr>
        <w:bidi/>
        <w:spacing w:before="60" w:after="60" w:line="400" w:lineRule="exact"/>
        <w:jc w:val="both"/>
        <w:rPr>
          <w:rFonts w:ascii="Sakkal Majalla" w:hAnsi="Sakkal Majalla" w:cs="Sakkal Majalla"/>
        </w:rPr>
      </w:pPr>
      <w:r w:rsidRPr="003E3418">
        <w:rPr>
          <w:rFonts w:ascii="Sakkal Majalla" w:hAnsi="Sakkal Majalla" w:cs="Sakkal Majalla"/>
          <w:sz w:val="24"/>
          <w:szCs w:val="24"/>
          <w:rtl/>
        </w:rPr>
        <w:t>الحمد</w:t>
      </w:r>
      <w:r w:rsidRPr="003E3418">
        <w:rPr>
          <w:rFonts w:ascii="Sakkal Majalla" w:hAnsi="Sakkal Majalla" w:cs="Sakkal Majalla"/>
          <w:sz w:val="24"/>
        </w:rPr>
        <w:t xml:space="preserve"> </w:t>
      </w:r>
      <w:r w:rsidRPr="003E3418">
        <w:rPr>
          <w:rFonts w:ascii="Sakkal Majalla" w:hAnsi="Sakkal Majalla" w:cs="Sakkal Majalla"/>
          <w:sz w:val="24"/>
          <w:szCs w:val="24"/>
          <w:rtl/>
        </w:rPr>
        <w:t>لله</w:t>
      </w:r>
      <w:r w:rsidRPr="003E3418">
        <w:rPr>
          <w:rFonts w:ascii="Sakkal Majalla" w:hAnsi="Sakkal Majalla" w:cs="Sakkal Majalla"/>
          <w:sz w:val="24"/>
        </w:rPr>
        <w:t xml:space="preserve"> </w:t>
      </w:r>
      <w:r w:rsidRPr="003E3418">
        <w:rPr>
          <w:rFonts w:ascii="Sakkal Majalla" w:hAnsi="Sakkal Majalla" w:cs="Sakkal Majalla"/>
          <w:sz w:val="24"/>
          <w:szCs w:val="24"/>
          <w:rtl/>
        </w:rPr>
        <w:t>الذي</w:t>
      </w:r>
      <w:r w:rsidRPr="003E3418">
        <w:rPr>
          <w:rFonts w:ascii="Sakkal Majalla" w:hAnsi="Sakkal Majalla" w:cs="Sakkal Majalla"/>
          <w:sz w:val="24"/>
        </w:rPr>
        <w:t xml:space="preserve"> </w:t>
      </w:r>
      <w:r w:rsidRPr="003E3418">
        <w:rPr>
          <w:rFonts w:ascii="Sakkal Majalla" w:hAnsi="Sakkal Majalla" w:cs="Sakkal Majalla"/>
          <w:sz w:val="24"/>
          <w:szCs w:val="24"/>
          <w:rtl/>
        </w:rPr>
        <w:t>وفّقني</w:t>
      </w:r>
      <w:r w:rsidRPr="003E3418">
        <w:rPr>
          <w:rFonts w:ascii="Sakkal Majalla" w:hAnsi="Sakkal Majalla" w:cs="Sakkal Majalla"/>
          <w:sz w:val="24"/>
        </w:rPr>
        <w:t xml:space="preserve"> </w:t>
      </w:r>
      <w:r w:rsidRPr="003E3418">
        <w:rPr>
          <w:rFonts w:ascii="Sakkal Majalla" w:hAnsi="Sakkal Majalla" w:cs="Sakkal Majalla"/>
          <w:sz w:val="24"/>
          <w:szCs w:val="24"/>
          <w:rtl/>
        </w:rPr>
        <w:t>لإتمام</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w:t>
      </w:r>
      <w:r w:rsidRPr="003E3418">
        <w:rPr>
          <w:rFonts w:ascii="Sakkal Majalla" w:hAnsi="Sakkal Majalla" w:cs="Sakkal Majalla"/>
          <w:sz w:val="24"/>
        </w:rPr>
        <w:t xml:space="preserve"> </w:t>
      </w:r>
      <w:r w:rsidRPr="003E3418">
        <w:rPr>
          <w:rFonts w:ascii="Sakkal Majalla" w:hAnsi="Sakkal Majalla" w:cs="Sakkal Majalla"/>
          <w:sz w:val="24"/>
          <w:szCs w:val="24"/>
          <w:rtl/>
        </w:rPr>
        <w:t>وأُصلّي</w:t>
      </w:r>
      <w:r w:rsidRPr="003E3418">
        <w:rPr>
          <w:rFonts w:ascii="Sakkal Majalla" w:hAnsi="Sakkal Majalla" w:cs="Sakkal Majalla"/>
          <w:sz w:val="24"/>
        </w:rPr>
        <w:t xml:space="preserve"> </w:t>
      </w:r>
      <w:r w:rsidRPr="003E3418">
        <w:rPr>
          <w:rFonts w:ascii="Sakkal Majalla" w:hAnsi="Sakkal Majalla" w:cs="Sakkal Majalla"/>
          <w:sz w:val="24"/>
          <w:szCs w:val="24"/>
          <w:rtl/>
        </w:rPr>
        <w:t>وأُسلّم</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النبي</w:t>
      </w:r>
      <w:r w:rsidRPr="003E3418">
        <w:rPr>
          <w:rFonts w:ascii="Sakkal Majalla" w:hAnsi="Sakkal Majalla" w:cs="Sakkal Majalla"/>
          <w:sz w:val="24"/>
        </w:rPr>
        <w:t xml:space="preserve"> </w:t>
      </w:r>
      <w:r w:rsidRPr="003E3418">
        <w:rPr>
          <w:rFonts w:ascii="Sakkal Majalla" w:hAnsi="Sakkal Majalla" w:cs="Sakkal Majalla"/>
          <w:sz w:val="24"/>
          <w:szCs w:val="24"/>
          <w:rtl/>
        </w:rPr>
        <w:t>المبعوث</w:t>
      </w:r>
      <w:r w:rsidRPr="003E3418">
        <w:rPr>
          <w:rFonts w:ascii="Sakkal Majalla" w:hAnsi="Sakkal Majalla" w:cs="Sakkal Majalla"/>
          <w:sz w:val="24"/>
        </w:rPr>
        <w:t xml:space="preserve"> </w:t>
      </w:r>
      <w:r w:rsidRPr="003E3418">
        <w:rPr>
          <w:rFonts w:ascii="Sakkal Majalla" w:hAnsi="Sakkal Majalla" w:cs="Sakkal Majalla"/>
          <w:sz w:val="24"/>
          <w:szCs w:val="24"/>
          <w:rtl/>
        </w:rPr>
        <w:t>رحمةً</w:t>
      </w:r>
      <w:r w:rsidRPr="003E3418">
        <w:rPr>
          <w:rFonts w:ascii="Sakkal Majalla" w:hAnsi="Sakkal Majalla" w:cs="Sakkal Majalla"/>
          <w:sz w:val="24"/>
        </w:rPr>
        <w:t xml:space="preserve"> </w:t>
      </w:r>
      <w:r w:rsidRPr="003E3418">
        <w:rPr>
          <w:rFonts w:ascii="Sakkal Majalla" w:hAnsi="Sakkal Majalla" w:cs="Sakkal Majalla"/>
          <w:sz w:val="24"/>
          <w:szCs w:val="24"/>
          <w:rtl/>
        </w:rPr>
        <w:t>للعالمين،</w:t>
      </w:r>
      <w:r w:rsidRPr="003E3418">
        <w:rPr>
          <w:rFonts w:ascii="Sakkal Majalla" w:hAnsi="Sakkal Majalla" w:cs="Sakkal Majalla"/>
          <w:sz w:val="24"/>
        </w:rPr>
        <w:t xml:space="preserve"> </w:t>
      </w:r>
      <w:r w:rsidRPr="003E3418">
        <w:rPr>
          <w:rFonts w:ascii="Sakkal Majalla" w:hAnsi="Sakkal Majalla" w:cs="Sakkal Majalla"/>
          <w:sz w:val="24"/>
          <w:szCs w:val="24"/>
          <w:rtl/>
        </w:rPr>
        <w:t>وعلى</w:t>
      </w:r>
      <w:r w:rsidRPr="003E3418">
        <w:rPr>
          <w:rFonts w:ascii="Sakkal Majalla" w:hAnsi="Sakkal Majalla" w:cs="Sakkal Majalla"/>
          <w:sz w:val="24"/>
        </w:rPr>
        <w:t xml:space="preserve"> </w:t>
      </w:r>
      <w:r w:rsidRPr="003E3418">
        <w:rPr>
          <w:rFonts w:ascii="Sakkal Majalla" w:hAnsi="Sakkal Majalla" w:cs="Sakkal Majalla"/>
          <w:sz w:val="24"/>
          <w:szCs w:val="24"/>
          <w:rtl/>
        </w:rPr>
        <w:t>آله</w:t>
      </w:r>
      <w:r w:rsidRPr="003E3418">
        <w:rPr>
          <w:rFonts w:ascii="Sakkal Majalla" w:hAnsi="Sakkal Majalla" w:cs="Sakkal Majalla"/>
          <w:sz w:val="24"/>
        </w:rPr>
        <w:t xml:space="preserve"> </w:t>
      </w:r>
      <w:r w:rsidRPr="003E3418">
        <w:rPr>
          <w:rFonts w:ascii="Sakkal Majalla" w:hAnsi="Sakkal Majalla" w:cs="Sakkal Majalla"/>
          <w:sz w:val="24"/>
          <w:szCs w:val="24"/>
          <w:rtl/>
        </w:rPr>
        <w:t>وصحبه</w:t>
      </w:r>
      <w:r w:rsidRPr="003E3418">
        <w:rPr>
          <w:rFonts w:ascii="Sakkal Majalla" w:hAnsi="Sakkal Majalla" w:cs="Sakkal Majalla"/>
          <w:sz w:val="24"/>
        </w:rPr>
        <w:t xml:space="preserve"> </w:t>
      </w:r>
      <w:r w:rsidRPr="003E3418">
        <w:rPr>
          <w:rFonts w:ascii="Sakkal Majalla" w:hAnsi="Sakkal Majalla" w:cs="Sakkal Majalla"/>
          <w:sz w:val="24"/>
          <w:szCs w:val="24"/>
          <w:rtl/>
        </w:rPr>
        <w:t>ومن</w:t>
      </w:r>
      <w:r w:rsidRPr="003E3418">
        <w:rPr>
          <w:rFonts w:ascii="Sakkal Majalla" w:hAnsi="Sakkal Majalla" w:cs="Sakkal Majalla"/>
          <w:sz w:val="24"/>
        </w:rPr>
        <w:t xml:space="preserve"> </w:t>
      </w:r>
      <w:r w:rsidRPr="003E3418">
        <w:rPr>
          <w:rFonts w:ascii="Sakkal Majalla" w:hAnsi="Sakkal Majalla" w:cs="Sakkal Majalla"/>
          <w:sz w:val="24"/>
          <w:szCs w:val="24"/>
          <w:rtl/>
        </w:rPr>
        <w:t>سار</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هديه</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يوم</w:t>
      </w:r>
      <w:r w:rsidRPr="003E3418">
        <w:rPr>
          <w:rFonts w:ascii="Sakkal Majalla" w:hAnsi="Sakkal Majalla" w:cs="Sakkal Majalla"/>
          <w:sz w:val="24"/>
        </w:rPr>
        <w:t xml:space="preserve"> </w:t>
      </w:r>
      <w:r w:rsidRPr="003E3418">
        <w:rPr>
          <w:rFonts w:ascii="Sakkal Majalla" w:hAnsi="Sakkal Majalla" w:cs="Sakkal Majalla"/>
          <w:sz w:val="24"/>
          <w:szCs w:val="24"/>
          <w:rtl/>
        </w:rPr>
        <w:t>الدين</w:t>
      </w:r>
      <w:r w:rsidRPr="003E3418">
        <w:rPr>
          <w:rFonts w:ascii="Sakkal Majalla" w:hAnsi="Sakkal Majalla" w:cs="Sakkal Majalla"/>
          <w:sz w:val="24"/>
        </w:rPr>
        <w:t>.</w:t>
      </w:r>
    </w:p>
    <w:p w14:paraId="15DD46A9" w14:textId="77777777" w:rsidR="003E3418" w:rsidRPr="003E3418" w:rsidRDefault="003E3418" w:rsidP="003E3418">
      <w:pPr>
        <w:bidi/>
        <w:spacing w:before="60" w:after="60" w:line="400" w:lineRule="exact"/>
        <w:jc w:val="both"/>
        <w:rPr>
          <w:rFonts w:ascii="Sakkal Majalla" w:hAnsi="Sakkal Majalla" w:cs="Sakkal Majalla"/>
        </w:rPr>
      </w:pP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تكتمل</w:t>
      </w:r>
      <w:r w:rsidRPr="003E3418">
        <w:rPr>
          <w:rFonts w:ascii="Sakkal Majalla" w:hAnsi="Sakkal Majalla" w:cs="Sakkal Majalla"/>
          <w:sz w:val="24"/>
        </w:rPr>
        <w:t xml:space="preserve"> </w:t>
      </w:r>
      <w:r w:rsidRPr="003E3418">
        <w:rPr>
          <w:rFonts w:ascii="Sakkal Majalla" w:hAnsi="Sakkal Majalla" w:cs="Sakkal Majalla"/>
          <w:sz w:val="24"/>
          <w:szCs w:val="24"/>
          <w:rtl/>
        </w:rPr>
        <w:t>البحوث</w:t>
      </w:r>
      <w:r w:rsidRPr="003E3418">
        <w:rPr>
          <w:rFonts w:ascii="Sakkal Majalla" w:hAnsi="Sakkal Majalla" w:cs="Sakkal Majalla"/>
          <w:sz w:val="24"/>
        </w:rPr>
        <w:t xml:space="preserve"> </w:t>
      </w:r>
      <w:r w:rsidRPr="003E3418">
        <w:rPr>
          <w:rFonts w:ascii="Sakkal Majalla" w:hAnsi="Sakkal Majalla" w:cs="Sakkal Majalla"/>
          <w:sz w:val="24"/>
          <w:szCs w:val="24"/>
          <w:rtl/>
        </w:rPr>
        <w:t>ولا</w:t>
      </w:r>
      <w:r w:rsidRPr="003E3418">
        <w:rPr>
          <w:rFonts w:ascii="Sakkal Majalla" w:hAnsi="Sakkal Majalla" w:cs="Sakkal Majalla"/>
          <w:sz w:val="24"/>
        </w:rPr>
        <w:t xml:space="preserve"> </w:t>
      </w:r>
      <w:r w:rsidRPr="003E3418">
        <w:rPr>
          <w:rFonts w:ascii="Sakkal Majalla" w:hAnsi="Sakkal Majalla" w:cs="Sakkal Majalla"/>
          <w:sz w:val="24"/>
          <w:szCs w:val="24"/>
          <w:rtl/>
        </w:rPr>
        <w:t>يستوي</w:t>
      </w:r>
      <w:r w:rsidRPr="003E3418">
        <w:rPr>
          <w:rFonts w:ascii="Sakkal Majalla" w:hAnsi="Sakkal Majalla" w:cs="Sakkal Majalla"/>
          <w:sz w:val="24"/>
        </w:rPr>
        <w:t xml:space="preserve"> </w:t>
      </w:r>
      <w:r w:rsidRPr="003E3418">
        <w:rPr>
          <w:rFonts w:ascii="Sakkal Majalla" w:hAnsi="Sakkal Majalla" w:cs="Sakkal Majalla"/>
          <w:sz w:val="24"/>
          <w:szCs w:val="24"/>
          <w:rtl/>
        </w:rPr>
        <w:t>العلم</w:t>
      </w:r>
      <w:r w:rsidRPr="003E3418">
        <w:rPr>
          <w:rFonts w:ascii="Sakkal Majalla" w:hAnsi="Sakkal Majalla" w:cs="Sakkal Majalla"/>
          <w:sz w:val="24"/>
        </w:rPr>
        <w:t xml:space="preserve"> </w:t>
      </w:r>
      <w:r w:rsidRPr="003E3418">
        <w:rPr>
          <w:rFonts w:ascii="Sakkal Majalla" w:hAnsi="Sakkal Majalla" w:cs="Sakkal Majalla"/>
          <w:sz w:val="24"/>
          <w:szCs w:val="24"/>
          <w:rtl/>
        </w:rPr>
        <w:t>إلا</w:t>
      </w:r>
      <w:r w:rsidRPr="003E3418">
        <w:rPr>
          <w:rFonts w:ascii="Sakkal Majalla" w:hAnsi="Sakkal Majalla" w:cs="Sakkal Majalla"/>
          <w:sz w:val="24"/>
        </w:rPr>
        <w:t xml:space="preserve"> </w:t>
      </w:r>
      <w:r w:rsidRPr="003E3418">
        <w:rPr>
          <w:rFonts w:ascii="Sakkal Majalla" w:hAnsi="Sakkal Majalla" w:cs="Sakkal Majalla"/>
          <w:sz w:val="24"/>
          <w:szCs w:val="24"/>
          <w:rtl/>
        </w:rPr>
        <w:t>بالشكر</w:t>
      </w:r>
      <w:r w:rsidRPr="003E3418">
        <w:rPr>
          <w:rFonts w:ascii="Sakkal Majalla" w:hAnsi="Sakkal Majalla" w:cs="Sakkal Majalla"/>
          <w:sz w:val="24"/>
        </w:rPr>
        <w:t xml:space="preserve"> </w:t>
      </w:r>
      <w:r w:rsidRPr="003E3418">
        <w:rPr>
          <w:rFonts w:ascii="Sakkal Majalla" w:hAnsi="Sakkal Majalla" w:cs="Sakkal Majalla"/>
          <w:sz w:val="24"/>
          <w:szCs w:val="24"/>
          <w:rtl/>
        </w:rPr>
        <w:t>لمن</w:t>
      </w:r>
      <w:r w:rsidRPr="003E3418">
        <w:rPr>
          <w:rFonts w:ascii="Sakkal Majalla" w:hAnsi="Sakkal Majalla" w:cs="Sakkal Majalla"/>
          <w:sz w:val="24"/>
        </w:rPr>
        <w:t xml:space="preserve"> </w:t>
      </w:r>
      <w:r w:rsidRPr="003E3418">
        <w:rPr>
          <w:rFonts w:ascii="Sakkal Majalla" w:hAnsi="Sakkal Majalla" w:cs="Sakkal Majalla"/>
          <w:sz w:val="24"/>
          <w:szCs w:val="24"/>
          <w:rtl/>
        </w:rPr>
        <w:t>كان</w:t>
      </w:r>
      <w:r w:rsidRPr="003E3418">
        <w:rPr>
          <w:rFonts w:ascii="Sakkal Majalla" w:hAnsi="Sakkal Majalla" w:cs="Sakkal Majalla"/>
          <w:sz w:val="24"/>
        </w:rPr>
        <w:t xml:space="preserve"> </w:t>
      </w:r>
      <w:r w:rsidRPr="003E3418">
        <w:rPr>
          <w:rFonts w:ascii="Sakkal Majalla" w:hAnsi="Sakkal Majalla" w:cs="Sakkal Majalla"/>
          <w:sz w:val="24"/>
          <w:szCs w:val="24"/>
          <w:rtl/>
        </w:rPr>
        <w:t>عوناً</w:t>
      </w:r>
      <w:r w:rsidRPr="003E3418">
        <w:rPr>
          <w:rFonts w:ascii="Sakkal Majalla" w:hAnsi="Sakkal Majalla" w:cs="Sakkal Majalla"/>
          <w:sz w:val="24"/>
        </w:rPr>
        <w:t xml:space="preserve"> </w:t>
      </w:r>
      <w:r w:rsidRPr="003E3418">
        <w:rPr>
          <w:rFonts w:ascii="Sakkal Majalla" w:hAnsi="Sakkal Majalla" w:cs="Sakkal Majalla"/>
          <w:sz w:val="24"/>
          <w:szCs w:val="24"/>
          <w:rtl/>
        </w:rPr>
        <w:t>وسنداً</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مسيرته؛</w:t>
      </w:r>
      <w:r w:rsidRPr="003E3418">
        <w:rPr>
          <w:rFonts w:ascii="Sakkal Majalla" w:hAnsi="Sakkal Majalla" w:cs="Sakkal Majalla"/>
          <w:sz w:val="24"/>
        </w:rPr>
        <w:t xml:space="preserve"> </w:t>
      </w:r>
      <w:r w:rsidRPr="003E3418">
        <w:rPr>
          <w:rFonts w:ascii="Sakkal Majalla" w:hAnsi="Sakkal Majalla" w:cs="Sakkal Majalla"/>
          <w:sz w:val="24"/>
          <w:szCs w:val="24"/>
          <w:rtl/>
        </w:rPr>
        <w:t>فأتقدم</w:t>
      </w:r>
      <w:r w:rsidRPr="003E3418">
        <w:rPr>
          <w:rFonts w:ascii="Sakkal Majalla" w:hAnsi="Sakkal Majalla" w:cs="Sakkal Majalla"/>
          <w:sz w:val="24"/>
        </w:rPr>
        <w:t xml:space="preserve"> </w:t>
      </w:r>
      <w:r w:rsidRPr="003E3418">
        <w:rPr>
          <w:rFonts w:ascii="Sakkal Majalla" w:hAnsi="Sakkal Majalla" w:cs="Sakkal Majalla"/>
          <w:sz w:val="24"/>
          <w:szCs w:val="24"/>
          <w:rtl/>
        </w:rPr>
        <w:t>بجزيل</w:t>
      </w:r>
      <w:r w:rsidRPr="003E3418">
        <w:rPr>
          <w:rFonts w:ascii="Sakkal Majalla" w:hAnsi="Sakkal Majalla" w:cs="Sakkal Majalla"/>
          <w:sz w:val="24"/>
        </w:rPr>
        <w:t xml:space="preserve"> </w:t>
      </w:r>
      <w:r w:rsidRPr="003E3418">
        <w:rPr>
          <w:rFonts w:ascii="Sakkal Majalla" w:hAnsi="Sakkal Majalla" w:cs="Sakkal Majalla"/>
          <w:sz w:val="24"/>
          <w:szCs w:val="24"/>
          <w:rtl/>
        </w:rPr>
        <w:t>الشكر</w:t>
      </w:r>
      <w:r w:rsidRPr="003E3418">
        <w:rPr>
          <w:rFonts w:ascii="Sakkal Majalla" w:hAnsi="Sakkal Majalla" w:cs="Sakkal Majalla"/>
          <w:sz w:val="24"/>
        </w:rPr>
        <w:t xml:space="preserve"> </w:t>
      </w:r>
      <w:r w:rsidRPr="003E3418">
        <w:rPr>
          <w:rFonts w:ascii="Sakkal Majalla" w:hAnsi="Sakkal Majalla" w:cs="Sakkal Majalla"/>
          <w:sz w:val="24"/>
          <w:szCs w:val="24"/>
          <w:rtl/>
        </w:rPr>
        <w:t>وعظيم</w:t>
      </w:r>
      <w:r w:rsidRPr="003E3418">
        <w:rPr>
          <w:rFonts w:ascii="Sakkal Majalla" w:hAnsi="Sakkal Majalla" w:cs="Sakkal Majalla"/>
          <w:sz w:val="24"/>
        </w:rPr>
        <w:t xml:space="preserve"> </w:t>
      </w:r>
      <w:r w:rsidRPr="003E3418">
        <w:rPr>
          <w:rFonts w:ascii="Sakkal Majalla" w:hAnsi="Sakkal Majalla" w:cs="Sakkal Majalla"/>
          <w:sz w:val="24"/>
          <w:szCs w:val="24"/>
          <w:rtl/>
        </w:rPr>
        <w:t>الامتنان</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أستاذيَّ</w:t>
      </w:r>
      <w:r w:rsidRPr="003E3418">
        <w:rPr>
          <w:rFonts w:ascii="Sakkal Majalla" w:hAnsi="Sakkal Majalla" w:cs="Sakkal Majalla"/>
          <w:sz w:val="24"/>
        </w:rPr>
        <w:t xml:space="preserve"> </w:t>
      </w:r>
      <w:r w:rsidRPr="003E3418">
        <w:rPr>
          <w:rFonts w:ascii="Sakkal Majalla" w:hAnsi="Sakkal Majalla" w:cs="Sakkal Majalla"/>
          <w:sz w:val="24"/>
          <w:szCs w:val="24"/>
          <w:rtl/>
        </w:rPr>
        <w:t>الفاضلَيْن</w:t>
      </w:r>
      <w:r w:rsidRPr="003E3418">
        <w:rPr>
          <w:rFonts w:ascii="Sakkal Majalla" w:hAnsi="Sakkal Majalla" w:cs="Sakkal Majalla"/>
          <w:sz w:val="24"/>
        </w:rPr>
        <w:t xml:space="preserve"> </w:t>
      </w:r>
      <w:r w:rsidRPr="003E3418">
        <w:rPr>
          <w:rFonts w:ascii="Sakkal Majalla" w:hAnsi="Sakkal Majalla" w:cs="Sakkal Majalla"/>
          <w:sz w:val="24"/>
          <w:szCs w:val="24"/>
          <w:rtl/>
        </w:rPr>
        <w:t>المشرفَيْن</w:t>
      </w:r>
      <w:r w:rsidRPr="003E3418">
        <w:rPr>
          <w:rFonts w:ascii="Sakkal Majalla" w:hAnsi="Sakkal Majalla" w:cs="Sakkal Majalla"/>
          <w:sz w:val="24"/>
        </w:rPr>
        <w:t xml:space="preserve"> </w:t>
      </w:r>
      <w:r w:rsidRPr="003E3418">
        <w:rPr>
          <w:rFonts w:ascii="Sakkal Majalla" w:hAnsi="Sakkal Majalla" w:cs="Sakkal Majalla"/>
          <w:sz w:val="24"/>
          <w:szCs w:val="24"/>
          <w:rtl/>
        </w:rPr>
        <w:t>الكريمَيْن</w:t>
      </w:r>
      <w:r w:rsidRPr="003E3418">
        <w:rPr>
          <w:rFonts w:ascii="Sakkal Majalla" w:hAnsi="Sakkal Majalla" w:cs="Sakkal Majalla"/>
          <w:sz w:val="24"/>
        </w:rPr>
        <w:t>:</w:t>
      </w:r>
    </w:p>
    <w:p w14:paraId="64EC8F51" w14:textId="77777777" w:rsidR="003E3418" w:rsidRPr="003E3418" w:rsidRDefault="003E3418" w:rsidP="003E3418">
      <w:pPr>
        <w:bidi/>
        <w:spacing w:before="60" w:after="60" w:line="400" w:lineRule="exact"/>
        <w:jc w:val="both"/>
        <w:rPr>
          <w:rFonts w:ascii="Sakkal Majalla" w:hAnsi="Sakkal Majalla" w:cs="Sakkal Majalla"/>
        </w:rPr>
      </w:pPr>
      <w:r w:rsidRPr="003E3418">
        <w:rPr>
          <w:rFonts w:ascii="Sakkal Majalla" w:hAnsi="Sakkal Majalla" w:cs="Sakkal Majalla"/>
          <w:sz w:val="24"/>
          <w:szCs w:val="24"/>
          <w:rtl/>
        </w:rPr>
        <w:t>أستاذي</w:t>
      </w:r>
      <w:r w:rsidRPr="003E3418">
        <w:rPr>
          <w:rFonts w:ascii="Sakkal Majalla" w:hAnsi="Sakkal Majalla" w:cs="Sakkal Majalla"/>
          <w:sz w:val="24"/>
        </w:rPr>
        <w:t xml:space="preserve"> </w:t>
      </w:r>
      <w:r w:rsidRPr="003E3418">
        <w:rPr>
          <w:rFonts w:ascii="Sakkal Majalla" w:hAnsi="Sakkal Majalla" w:cs="Sakkal Majalla"/>
          <w:sz w:val="24"/>
          <w:szCs w:val="24"/>
          <w:rtl/>
        </w:rPr>
        <w:t>الدكتور</w:t>
      </w:r>
      <w:r w:rsidRPr="003E3418">
        <w:rPr>
          <w:rFonts w:ascii="Sakkal Majalla" w:hAnsi="Sakkal Majalla" w:cs="Sakkal Majalla"/>
          <w:sz w:val="24"/>
        </w:rPr>
        <w:t xml:space="preserve"> </w:t>
      </w:r>
      <w:r w:rsidRPr="003E3418">
        <w:rPr>
          <w:rFonts w:ascii="Sakkal Majalla" w:hAnsi="Sakkal Majalla" w:cs="Sakkal Majalla"/>
          <w:sz w:val="24"/>
          <w:szCs w:val="24"/>
          <w:rtl/>
        </w:rPr>
        <w:t>الفيصل</w:t>
      </w:r>
      <w:r w:rsidRPr="003E3418">
        <w:rPr>
          <w:rFonts w:ascii="Sakkal Majalla" w:hAnsi="Sakkal Majalla" w:cs="Sakkal Majalla"/>
          <w:sz w:val="24"/>
        </w:rPr>
        <w:t xml:space="preserve"> </w:t>
      </w:r>
      <w:r w:rsidRPr="003E3418">
        <w:rPr>
          <w:rFonts w:ascii="Sakkal Majalla" w:hAnsi="Sakkal Majalla" w:cs="Sakkal Majalla"/>
          <w:sz w:val="24"/>
          <w:szCs w:val="24"/>
          <w:rtl/>
        </w:rPr>
        <w:t>عبد</w:t>
      </w:r>
      <w:r w:rsidRPr="003E3418">
        <w:rPr>
          <w:rFonts w:ascii="Sakkal Majalla" w:hAnsi="Sakkal Majalla" w:cs="Sakkal Majalla"/>
          <w:sz w:val="24"/>
        </w:rPr>
        <w:t xml:space="preserve"> </w:t>
      </w:r>
      <w:r w:rsidRPr="003E3418">
        <w:rPr>
          <w:rFonts w:ascii="Sakkal Majalla" w:hAnsi="Sakkal Majalla" w:cs="Sakkal Majalla"/>
          <w:sz w:val="24"/>
          <w:szCs w:val="24"/>
          <w:rtl/>
        </w:rPr>
        <w:t>الحميد</w:t>
      </w:r>
      <w:r w:rsidRPr="003E3418">
        <w:rPr>
          <w:rFonts w:ascii="Sakkal Majalla" w:hAnsi="Sakkal Majalla" w:cs="Sakkal Majalla"/>
          <w:sz w:val="24"/>
        </w:rPr>
        <w:t xml:space="preserve"> </w:t>
      </w:r>
      <w:r w:rsidRPr="003E3418">
        <w:rPr>
          <w:rFonts w:ascii="Sakkal Majalla" w:hAnsi="Sakkal Majalla" w:cs="Sakkal Majalla"/>
          <w:sz w:val="24"/>
          <w:szCs w:val="24"/>
          <w:rtl/>
        </w:rPr>
        <w:t>محمد</w:t>
      </w:r>
      <w:r w:rsidRPr="003E3418">
        <w:rPr>
          <w:rFonts w:ascii="Sakkal Majalla" w:hAnsi="Sakkal Majalla" w:cs="Sakkal Majalla"/>
          <w:sz w:val="24"/>
        </w:rPr>
        <w:t xml:space="preserve"> </w:t>
      </w:r>
      <w:r w:rsidRPr="003E3418">
        <w:rPr>
          <w:rFonts w:ascii="Sakkal Majalla" w:hAnsi="Sakkal Majalla" w:cs="Sakkal Majalla"/>
          <w:sz w:val="24"/>
          <w:szCs w:val="24"/>
          <w:rtl/>
        </w:rPr>
        <w:t>حسن،</w:t>
      </w:r>
      <w:r w:rsidRPr="003E3418">
        <w:rPr>
          <w:rFonts w:ascii="Sakkal Majalla" w:hAnsi="Sakkal Majalla" w:cs="Sakkal Majalla"/>
          <w:sz w:val="24"/>
        </w:rPr>
        <w:t xml:space="preserve"> </w:t>
      </w:r>
      <w:r w:rsidRPr="003E3418">
        <w:rPr>
          <w:rFonts w:ascii="Sakkal Majalla" w:hAnsi="Sakkal Majalla" w:cs="Sakkal Majalla"/>
          <w:sz w:val="24"/>
          <w:szCs w:val="24"/>
          <w:rtl/>
        </w:rPr>
        <w:t>الذي</w:t>
      </w:r>
      <w:r w:rsidRPr="003E3418">
        <w:rPr>
          <w:rFonts w:ascii="Sakkal Majalla" w:hAnsi="Sakkal Majalla" w:cs="Sakkal Majalla"/>
          <w:sz w:val="24"/>
        </w:rPr>
        <w:t xml:space="preserve"> </w:t>
      </w:r>
      <w:r w:rsidRPr="003E3418">
        <w:rPr>
          <w:rFonts w:ascii="Sakkal Majalla" w:hAnsi="Sakkal Majalla" w:cs="Sakkal Majalla"/>
          <w:sz w:val="24"/>
          <w:szCs w:val="24"/>
          <w:rtl/>
        </w:rPr>
        <w:t>أفادني</w:t>
      </w:r>
      <w:r w:rsidRPr="003E3418">
        <w:rPr>
          <w:rFonts w:ascii="Sakkal Majalla" w:hAnsi="Sakkal Majalla" w:cs="Sakkal Majalla"/>
          <w:sz w:val="24"/>
        </w:rPr>
        <w:t xml:space="preserve"> </w:t>
      </w:r>
      <w:r w:rsidRPr="003E3418">
        <w:rPr>
          <w:rFonts w:ascii="Sakkal Majalla" w:hAnsi="Sakkal Majalla" w:cs="Sakkal Majalla"/>
          <w:sz w:val="24"/>
          <w:szCs w:val="24"/>
          <w:rtl/>
        </w:rPr>
        <w:t>بعلمه</w:t>
      </w:r>
      <w:r w:rsidRPr="003E3418">
        <w:rPr>
          <w:rFonts w:ascii="Sakkal Majalla" w:hAnsi="Sakkal Majalla" w:cs="Sakkal Majalla"/>
          <w:sz w:val="24"/>
        </w:rPr>
        <w:t xml:space="preserve"> </w:t>
      </w:r>
      <w:r w:rsidRPr="003E3418">
        <w:rPr>
          <w:rFonts w:ascii="Sakkal Majalla" w:hAnsi="Sakkal Majalla" w:cs="Sakkal Majalla"/>
          <w:sz w:val="24"/>
          <w:szCs w:val="24"/>
          <w:rtl/>
        </w:rPr>
        <w:t>الغزير</w:t>
      </w:r>
      <w:r w:rsidRPr="003E3418">
        <w:rPr>
          <w:rFonts w:ascii="Sakkal Majalla" w:hAnsi="Sakkal Majalla" w:cs="Sakkal Majalla"/>
          <w:sz w:val="24"/>
        </w:rPr>
        <w:t xml:space="preserve"> </w:t>
      </w:r>
      <w:r w:rsidRPr="003E3418">
        <w:rPr>
          <w:rFonts w:ascii="Sakkal Majalla" w:hAnsi="Sakkal Majalla" w:cs="Sakkal Majalla"/>
          <w:sz w:val="24"/>
          <w:szCs w:val="24"/>
          <w:rtl/>
        </w:rPr>
        <w:t>ومتابعته</w:t>
      </w:r>
      <w:r w:rsidRPr="003E3418">
        <w:rPr>
          <w:rFonts w:ascii="Sakkal Majalla" w:hAnsi="Sakkal Majalla" w:cs="Sakkal Majalla"/>
          <w:sz w:val="24"/>
        </w:rPr>
        <w:t xml:space="preserve"> </w:t>
      </w:r>
      <w:r w:rsidRPr="003E3418">
        <w:rPr>
          <w:rFonts w:ascii="Sakkal Majalla" w:hAnsi="Sakkal Majalla" w:cs="Sakkal Majalla"/>
          <w:sz w:val="24"/>
          <w:szCs w:val="24"/>
          <w:rtl/>
        </w:rPr>
        <w:t>الدقيقة</w:t>
      </w:r>
      <w:r w:rsidRPr="003E3418">
        <w:rPr>
          <w:rFonts w:ascii="Sakkal Majalla" w:hAnsi="Sakkal Majalla" w:cs="Sakkal Majalla"/>
          <w:sz w:val="24"/>
        </w:rPr>
        <w:t xml:space="preserve"> </w:t>
      </w:r>
      <w:r w:rsidRPr="003E3418">
        <w:rPr>
          <w:rFonts w:ascii="Sakkal Majalla" w:hAnsi="Sakkal Majalla" w:cs="Sakkal Majalla"/>
          <w:sz w:val="24"/>
          <w:szCs w:val="24"/>
          <w:rtl/>
        </w:rPr>
        <w:t>لكل</w:t>
      </w:r>
      <w:r w:rsidRPr="003E3418">
        <w:rPr>
          <w:rFonts w:ascii="Sakkal Majalla" w:hAnsi="Sakkal Majalla" w:cs="Sakkal Majalla"/>
          <w:sz w:val="24"/>
        </w:rPr>
        <w:t xml:space="preserve"> </w:t>
      </w:r>
      <w:r w:rsidRPr="003E3418">
        <w:rPr>
          <w:rFonts w:ascii="Sakkal Majalla" w:hAnsi="Sakkal Majalla" w:cs="Sakkal Majalla"/>
          <w:sz w:val="24"/>
          <w:szCs w:val="24"/>
          <w:rtl/>
        </w:rPr>
        <w:t>خطوة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خطوات</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w:t>
      </w:r>
      <w:r w:rsidRPr="003E3418">
        <w:rPr>
          <w:rFonts w:ascii="Sakkal Majalla" w:hAnsi="Sakkal Majalla" w:cs="Sakkal Majalla"/>
          <w:sz w:val="24"/>
        </w:rPr>
        <w:t xml:space="preserve"> </w:t>
      </w:r>
      <w:r w:rsidRPr="003E3418">
        <w:rPr>
          <w:rFonts w:ascii="Sakkal Majalla" w:hAnsi="Sakkal Majalla" w:cs="Sakkal Majalla"/>
          <w:sz w:val="24"/>
          <w:szCs w:val="24"/>
          <w:rtl/>
        </w:rPr>
        <w:t>وما</w:t>
      </w:r>
      <w:r w:rsidRPr="003E3418">
        <w:rPr>
          <w:rFonts w:ascii="Sakkal Majalla" w:hAnsi="Sakkal Majalla" w:cs="Sakkal Majalla"/>
          <w:sz w:val="24"/>
        </w:rPr>
        <w:t xml:space="preserve"> </w:t>
      </w:r>
      <w:r w:rsidRPr="003E3418">
        <w:rPr>
          <w:rFonts w:ascii="Sakkal Majalla" w:hAnsi="Sakkal Majalla" w:cs="Sakkal Majalla"/>
          <w:sz w:val="24"/>
          <w:szCs w:val="24"/>
          <w:rtl/>
        </w:rPr>
        <w:t>أولاني</w:t>
      </w:r>
      <w:r w:rsidRPr="003E3418">
        <w:rPr>
          <w:rFonts w:ascii="Sakkal Majalla" w:hAnsi="Sakkal Majalla" w:cs="Sakkal Majalla"/>
          <w:sz w:val="24"/>
        </w:rPr>
        <w:t xml:space="preserve"> </w:t>
      </w:r>
      <w:r w:rsidRPr="003E3418">
        <w:rPr>
          <w:rFonts w:ascii="Sakkal Majalla" w:hAnsi="Sakkal Majalla" w:cs="Sakkal Majalla"/>
          <w:sz w:val="24"/>
          <w:szCs w:val="24"/>
          <w:rtl/>
        </w:rPr>
        <w:t>به</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وقت</w:t>
      </w:r>
      <w:r w:rsidRPr="003E3418">
        <w:rPr>
          <w:rFonts w:ascii="Sakkal Majalla" w:hAnsi="Sakkal Majalla" w:cs="Sakkal Majalla"/>
          <w:sz w:val="24"/>
        </w:rPr>
        <w:t xml:space="preserve"> </w:t>
      </w:r>
      <w:r w:rsidRPr="003E3418">
        <w:rPr>
          <w:rFonts w:ascii="Sakkal Majalla" w:hAnsi="Sakkal Majalla" w:cs="Sakkal Majalla"/>
          <w:sz w:val="24"/>
          <w:szCs w:val="24"/>
          <w:rtl/>
        </w:rPr>
        <w:t>وتوجيه</w:t>
      </w:r>
      <w:r w:rsidRPr="003E3418">
        <w:rPr>
          <w:rFonts w:ascii="Sakkal Majalla" w:hAnsi="Sakkal Majalla" w:cs="Sakkal Majalla"/>
          <w:sz w:val="24"/>
        </w:rPr>
        <w:t xml:space="preserve"> </w:t>
      </w:r>
      <w:r w:rsidRPr="003E3418">
        <w:rPr>
          <w:rFonts w:ascii="Sakkal Majalla" w:hAnsi="Sakkal Majalla" w:cs="Sakkal Majalla"/>
          <w:sz w:val="24"/>
          <w:szCs w:val="24"/>
          <w:rtl/>
        </w:rPr>
        <w:t>ونصيحة</w:t>
      </w:r>
      <w:r w:rsidRPr="003E3418">
        <w:rPr>
          <w:rFonts w:ascii="Sakkal Majalla" w:hAnsi="Sakkal Majalla" w:cs="Sakkal Majalla"/>
          <w:sz w:val="24"/>
        </w:rPr>
        <w:t xml:space="preserve"> </w:t>
      </w:r>
      <w:r w:rsidRPr="003E3418">
        <w:rPr>
          <w:rFonts w:ascii="Sakkal Majalla" w:hAnsi="Sakkal Majalla" w:cs="Sakkal Majalla"/>
          <w:sz w:val="24"/>
          <w:szCs w:val="24"/>
          <w:rtl/>
        </w:rPr>
        <w:t>سديدة</w:t>
      </w:r>
      <w:r w:rsidRPr="003E3418">
        <w:rPr>
          <w:rFonts w:ascii="Sakkal Majalla" w:hAnsi="Sakkal Majalla" w:cs="Sakkal Majalla"/>
          <w:sz w:val="24"/>
        </w:rPr>
        <w:t xml:space="preserve"> </w:t>
      </w:r>
      <w:r w:rsidRPr="003E3418">
        <w:rPr>
          <w:rFonts w:ascii="Sakkal Majalla" w:hAnsi="Sakkal Majalla" w:cs="Sakkal Majalla"/>
          <w:sz w:val="24"/>
          <w:szCs w:val="24"/>
          <w:rtl/>
        </w:rPr>
        <w:t>أثمرت</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مسيرة</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w:t>
      </w:r>
      <w:r w:rsidRPr="003E3418">
        <w:rPr>
          <w:rFonts w:ascii="Sakkal Majalla" w:hAnsi="Sakkal Majalla" w:cs="Sakkal Majalla"/>
          <w:sz w:val="24"/>
        </w:rPr>
        <w:t xml:space="preserve"> </w:t>
      </w:r>
      <w:r w:rsidRPr="003E3418">
        <w:rPr>
          <w:rFonts w:ascii="Sakkal Majalla" w:hAnsi="Sakkal Majalla" w:cs="Sakkal Majalla"/>
          <w:sz w:val="24"/>
          <w:szCs w:val="24"/>
          <w:rtl/>
        </w:rPr>
        <w:t>ثماراً</w:t>
      </w:r>
      <w:r w:rsidRPr="003E3418">
        <w:rPr>
          <w:rFonts w:ascii="Sakkal Majalla" w:hAnsi="Sakkal Majalla" w:cs="Sakkal Majalla"/>
          <w:sz w:val="24"/>
        </w:rPr>
        <w:t xml:space="preserve"> </w:t>
      </w:r>
      <w:r w:rsidRPr="003E3418">
        <w:rPr>
          <w:rFonts w:ascii="Sakkal Majalla" w:hAnsi="Sakkal Majalla" w:cs="Sakkal Majalla"/>
          <w:sz w:val="24"/>
          <w:szCs w:val="24"/>
          <w:rtl/>
        </w:rPr>
        <w:t>طيبة</w:t>
      </w:r>
      <w:r w:rsidRPr="003E3418">
        <w:rPr>
          <w:rFonts w:ascii="Sakkal Majalla" w:hAnsi="Sakkal Majalla" w:cs="Sakkal Majalla"/>
          <w:sz w:val="24"/>
        </w:rPr>
        <w:t>.</w:t>
      </w:r>
    </w:p>
    <w:p w14:paraId="62431308" w14:textId="77777777" w:rsidR="003E3418" w:rsidRPr="003E3418" w:rsidRDefault="003E3418" w:rsidP="003E3418">
      <w:pPr>
        <w:bidi/>
        <w:spacing w:before="60" w:after="60" w:line="400" w:lineRule="exact"/>
        <w:jc w:val="both"/>
        <w:rPr>
          <w:rFonts w:ascii="Sakkal Majalla" w:hAnsi="Sakkal Majalla" w:cs="Sakkal Majalla"/>
        </w:rPr>
      </w:pPr>
      <w:r w:rsidRPr="003E3418">
        <w:rPr>
          <w:rFonts w:ascii="Sakkal Majalla" w:hAnsi="Sakkal Majalla" w:cs="Sakkal Majalla"/>
          <w:sz w:val="24"/>
          <w:szCs w:val="24"/>
          <w:rtl/>
        </w:rPr>
        <w:t>وأستاذي</w:t>
      </w:r>
      <w:r w:rsidRPr="003E3418">
        <w:rPr>
          <w:rFonts w:ascii="Sakkal Majalla" w:hAnsi="Sakkal Majalla" w:cs="Sakkal Majalla"/>
          <w:sz w:val="24"/>
        </w:rPr>
        <w:t xml:space="preserve"> </w:t>
      </w:r>
      <w:r w:rsidRPr="003E3418">
        <w:rPr>
          <w:rFonts w:ascii="Sakkal Majalla" w:hAnsi="Sakkal Majalla" w:cs="Sakkal Majalla"/>
          <w:sz w:val="24"/>
          <w:szCs w:val="24"/>
          <w:rtl/>
        </w:rPr>
        <w:t>الدكتور</w:t>
      </w:r>
      <w:r w:rsidRPr="003E3418">
        <w:rPr>
          <w:rFonts w:ascii="Sakkal Majalla" w:hAnsi="Sakkal Majalla" w:cs="Sakkal Majalla"/>
          <w:sz w:val="24"/>
        </w:rPr>
        <w:t xml:space="preserve"> </w:t>
      </w:r>
      <w:r w:rsidRPr="003E3418">
        <w:rPr>
          <w:rFonts w:ascii="Sakkal Majalla" w:hAnsi="Sakkal Majalla" w:cs="Sakkal Majalla"/>
          <w:sz w:val="24"/>
          <w:szCs w:val="24"/>
          <w:rtl/>
        </w:rPr>
        <w:t>فايز</w:t>
      </w:r>
      <w:r w:rsidRPr="003E3418">
        <w:rPr>
          <w:rFonts w:ascii="Sakkal Majalla" w:hAnsi="Sakkal Majalla" w:cs="Sakkal Majalla"/>
          <w:sz w:val="24"/>
        </w:rPr>
        <w:t xml:space="preserve"> </w:t>
      </w:r>
      <w:r w:rsidRPr="003E3418">
        <w:rPr>
          <w:rFonts w:ascii="Sakkal Majalla" w:hAnsi="Sakkal Majalla" w:cs="Sakkal Majalla"/>
          <w:sz w:val="24"/>
          <w:szCs w:val="24"/>
          <w:rtl/>
        </w:rPr>
        <w:t>علي</w:t>
      </w:r>
      <w:r w:rsidRPr="003E3418">
        <w:rPr>
          <w:rFonts w:ascii="Sakkal Majalla" w:hAnsi="Sakkal Majalla" w:cs="Sakkal Majalla"/>
          <w:sz w:val="24"/>
        </w:rPr>
        <w:t xml:space="preserve"> </w:t>
      </w:r>
      <w:r w:rsidRPr="003E3418">
        <w:rPr>
          <w:rFonts w:ascii="Sakkal Majalla" w:hAnsi="Sakkal Majalla" w:cs="Sakkal Majalla"/>
          <w:sz w:val="24"/>
          <w:szCs w:val="24"/>
          <w:rtl/>
        </w:rPr>
        <w:t>جراد،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ما</w:t>
      </w:r>
      <w:r w:rsidRPr="003E3418">
        <w:rPr>
          <w:rFonts w:ascii="Sakkal Majalla" w:hAnsi="Sakkal Majalla" w:cs="Sakkal Majalla"/>
          <w:sz w:val="24"/>
        </w:rPr>
        <w:t xml:space="preserve"> </w:t>
      </w:r>
      <w:r w:rsidRPr="003E3418">
        <w:rPr>
          <w:rFonts w:ascii="Sakkal Majalla" w:hAnsi="Sakkal Majalla" w:cs="Sakkal Majalla"/>
          <w:sz w:val="24"/>
          <w:szCs w:val="24"/>
          <w:rtl/>
        </w:rPr>
        <w:t>أسداه</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ملاحظات</w:t>
      </w:r>
      <w:r w:rsidRPr="003E3418">
        <w:rPr>
          <w:rFonts w:ascii="Sakkal Majalla" w:hAnsi="Sakkal Majalla" w:cs="Sakkal Majalla"/>
          <w:sz w:val="24"/>
        </w:rPr>
        <w:t xml:space="preserve"> </w:t>
      </w:r>
      <w:r w:rsidRPr="003E3418">
        <w:rPr>
          <w:rFonts w:ascii="Sakkal Majalla" w:hAnsi="Sakkal Majalla" w:cs="Sakkal Majalla"/>
          <w:sz w:val="24"/>
          <w:szCs w:val="24"/>
          <w:rtl/>
        </w:rPr>
        <w:t>منهجية</w:t>
      </w:r>
      <w:r w:rsidRPr="003E3418">
        <w:rPr>
          <w:rFonts w:ascii="Sakkal Majalla" w:hAnsi="Sakkal Majalla" w:cs="Sakkal Majalla"/>
          <w:sz w:val="24"/>
        </w:rPr>
        <w:t xml:space="preserve"> </w:t>
      </w:r>
      <w:r w:rsidRPr="003E3418">
        <w:rPr>
          <w:rFonts w:ascii="Sakkal Majalla" w:hAnsi="Sakkal Majalla" w:cs="Sakkal Majalla"/>
          <w:sz w:val="24"/>
          <w:szCs w:val="24"/>
          <w:rtl/>
        </w:rPr>
        <w:t>بنّاءة،</w:t>
      </w:r>
      <w:r w:rsidRPr="003E3418">
        <w:rPr>
          <w:rFonts w:ascii="Sakkal Majalla" w:hAnsi="Sakkal Majalla" w:cs="Sakkal Majalla"/>
          <w:sz w:val="24"/>
        </w:rPr>
        <w:t xml:space="preserve"> </w:t>
      </w:r>
      <w:r w:rsidRPr="003E3418">
        <w:rPr>
          <w:rFonts w:ascii="Sakkal Majalla" w:hAnsi="Sakkal Majalla" w:cs="Sakkal Majalla"/>
          <w:sz w:val="24"/>
          <w:szCs w:val="24"/>
          <w:rtl/>
        </w:rPr>
        <w:t>وما</w:t>
      </w:r>
      <w:r w:rsidRPr="003E3418">
        <w:rPr>
          <w:rFonts w:ascii="Sakkal Majalla" w:hAnsi="Sakkal Majalla" w:cs="Sakkal Majalla"/>
          <w:sz w:val="24"/>
        </w:rPr>
        <w:t xml:space="preserve"> </w:t>
      </w:r>
      <w:r w:rsidRPr="003E3418">
        <w:rPr>
          <w:rFonts w:ascii="Sakkal Majalla" w:hAnsi="Sakkal Majalla" w:cs="Sakkal Majalla"/>
          <w:sz w:val="24"/>
          <w:szCs w:val="24"/>
          <w:rtl/>
        </w:rPr>
        <w:t>أبداه</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صبر</w:t>
      </w:r>
      <w:r w:rsidRPr="003E3418">
        <w:rPr>
          <w:rFonts w:ascii="Sakkal Majalla" w:hAnsi="Sakkal Majalla" w:cs="Sakkal Majalla"/>
          <w:sz w:val="24"/>
        </w:rPr>
        <w:t xml:space="preserve"> </w:t>
      </w:r>
      <w:r w:rsidRPr="003E3418">
        <w:rPr>
          <w:rFonts w:ascii="Sakkal Majalla" w:hAnsi="Sakkal Majalla" w:cs="Sakkal Majalla"/>
          <w:sz w:val="24"/>
          <w:szCs w:val="24"/>
          <w:rtl/>
        </w:rPr>
        <w:t>واهتمام</w:t>
      </w:r>
      <w:r w:rsidRPr="003E3418">
        <w:rPr>
          <w:rFonts w:ascii="Sakkal Majalla" w:hAnsi="Sakkal Majalla" w:cs="Sakkal Majalla"/>
          <w:sz w:val="24"/>
        </w:rPr>
        <w:t xml:space="preserve"> </w:t>
      </w:r>
      <w:r w:rsidRPr="003E3418">
        <w:rPr>
          <w:rFonts w:ascii="Sakkal Majalla" w:hAnsi="Sakkal Majalla" w:cs="Sakkal Majalla"/>
          <w:sz w:val="24"/>
          <w:szCs w:val="24"/>
          <w:rtl/>
        </w:rPr>
        <w:t>جعل</w:t>
      </w:r>
      <w:r w:rsidRPr="003E3418">
        <w:rPr>
          <w:rFonts w:ascii="Sakkal Majalla" w:hAnsi="Sakkal Majalla" w:cs="Sakkal Majalla"/>
          <w:sz w:val="24"/>
        </w:rPr>
        <w:t xml:space="preserve"> </w:t>
      </w:r>
      <w:r w:rsidRPr="003E3418">
        <w:rPr>
          <w:rFonts w:ascii="Sakkal Majalla" w:hAnsi="Sakkal Majalla" w:cs="Sakkal Majalla"/>
          <w:sz w:val="24"/>
          <w:szCs w:val="24"/>
          <w:rtl/>
        </w:rPr>
        <w:t>مسيرة</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w:t>
      </w:r>
      <w:r w:rsidRPr="003E3418">
        <w:rPr>
          <w:rFonts w:ascii="Sakkal Majalla" w:hAnsi="Sakkal Majalla" w:cs="Sakkal Majalla"/>
          <w:sz w:val="24"/>
        </w:rPr>
        <w:t xml:space="preserve"> </w:t>
      </w:r>
      <w:r w:rsidRPr="003E3418">
        <w:rPr>
          <w:rFonts w:ascii="Sakkal Majalla" w:hAnsi="Sakkal Majalla" w:cs="Sakkal Majalla"/>
          <w:sz w:val="24"/>
          <w:szCs w:val="24"/>
          <w:rtl/>
        </w:rPr>
        <w:t>تسلك</w:t>
      </w:r>
      <w:r w:rsidRPr="003E3418">
        <w:rPr>
          <w:rFonts w:ascii="Sakkal Majalla" w:hAnsi="Sakkal Majalla" w:cs="Sakkal Majalla"/>
          <w:sz w:val="24"/>
        </w:rPr>
        <w:t xml:space="preserve"> </w:t>
      </w:r>
      <w:r w:rsidRPr="003E3418">
        <w:rPr>
          <w:rFonts w:ascii="Sakkal Majalla" w:hAnsi="Sakkal Majalla" w:cs="Sakkal Majalla"/>
          <w:sz w:val="24"/>
          <w:szCs w:val="24"/>
          <w:rtl/>
        </w:rPr>
        <w:t>طريقها</w:t>
      </w:r>
      <w:r w:rsidRPr="003E3418">
        <w:rPr>
          <w:rFonts w:ascii="Sakkal Majalla" w:hAnsi="Sakkal Majalla" w:cs="Sakkal Majalla"/>
          <w:sz w:val="24"/>
        </w:rPr>
        <w:t xml:space="preserve"> </w:t>
      </w:r>
      <w:r w:rsidRPr="003E3418">
        <w:rPr>
          <w:rFonts w:ascii="Sakkal Majalla" w:hAnsi="Sakkal Majalla" w:cs="Sakkal Majalla"/>
          <w:sz w:val="24"/>
          <w:szCs w:val="24"/>
          <w:rtl/>
        </w:rPr>
        <w:t>الصحيح</w:t>
      </w:r>
      <w:r w:rsidRPr="003E3418">
        <w:rPr>
          <w:rFonts w:ascii="Sakkal Majalla" w:hAnsi="Sakkal Majalla" w:cs="Sakkal Majalla"/>
          <w:sz w:val="24"/>
        </w:rPr>
        <w:t xml:space="preserve"> </w:t>
      </w:r>
      <w:r w:rsidRPr="003E3418">
        <w:rPr>
          <w:rFonts w:ascii="Sakkal Majalla" w:hAnsi="Sakkal Majalla" w:cs="Sakkal Majalla"/>
          <w:sz w:val="24"/>
          <w:szCs w:val="24"/>
          <w:rtl/>
        </w:rPr>
        <w:t>نحو</w:t>
      </w:r>
      <w:r w:rsidRPr="003E3418">
        <w:rPr>
          <w:rFonts w:ascii="Sakkal Majalla" w:hAnsi="Sakkal Majalla" w:cs="Sakkal Majalla"/>
          <w:sz w:val="24"/>
        </w:rPr>
        <w:t xml:space="preserve"> </w:t>
      </w:r>
      <w:r w:rsidRPr="003E3418">
        <w:rPr>
          <w:rFonts w:ascii="Sakkal Majalla" w:hAnsi="Sakkal Majalla" w:cs="Sakkal Majalla"/>
          <w:sz w:val="24"/>
          <w:szCs w:val="24"/>
          <w:rtl/>
        </w:rPr>
        <w:t>الإنجاز</w:t>
      </w:r>
      <w:r w:rsidRPr="003E3418">
        <w:rPr>
          <w:rFonts w:ascii="Sakkal Majalla" w:hAnsi="Sakkal Majalla" w:cs="Sakkal Majalla"/>
          <w:sz w:val="24"/>
        </w:rPr>
        <w:t>.</w:t>
      </w:r>
    </w:p>
    <w:p w14:paraId="423DF65E" w14:textId="77777777" w:rsidR="003E3418" w:rsidRPr="003E3418" w:rsidRDefault="003E3418" w:rsidP="003E3418">
      <w:pPr>
        <w:bidi/>
        <w:spacing w:before="60" w:after="60" w:line="400" w:lineRule="exact"/>
        <w:jc w:val="both"/>
        <w:rPr>
          <w:rFonts w:ascii="Sakkal Majalla" w:hAnsi="Sakkal Majalla" w:cs="Sakkal Majalla"/>
        </w:rPr>
      </w:pPr>
      <w:r w:rsidRPr="003E3418">
        <w:rPr>
          <w:rFonts w:ascii="Sakkal Majalla" w:hAnsi="Sakkal Majalla" w:cs="Sakkal Majalla"/>
          <w:sz w:val="24"/>
          <w:szCs w:val="24"/>
          <w:rtl/>
        </w:rPr>
        <w:t>وأتوجه</w:t>
      </w:r>
      <w:r w:rsidRPr="003E3418">
        <w:rPr>
          <w:rFonts w:ascii="Sakkal Majalla" w:hAnsi="Sakkal Majalla" w:cs="Sakkal Majalla"/>
          <w:sz w:val="24"/>
        </w:rPr>
        <w:t xml:space="preserve"> </w:t>
      </w:r>
      <w:r w:rsidRPr="003E3418">
        <w:rPr>
          <w:rFonts w:ascii="Sakkal Majalla" w:hAnsi="Sakkal Majalla" w:cs="Sakkal Majalla"/>
          <w:sz w:val="24"/>
          <w:szCs w:val="24"/>
          <w:rtl/>
        </w:rPr>
        <w:t>بالشكر</w:t>
      </w:r>
      <w:r w:rsidRPr="003E3418">
        <w:rPr>
          <w:rFonts w:ascii="Sakkal Majalla" w:hAnsi="Sakkal Majalla" w:cs="Sakkal Majalla"/>
          <w:sz w:val="24"/>
        </w:rPr>
        <w:t xml:space="preserve"> </w:t>
      </w:r>
      <w:r w:rsidRPr="003E3418">
        <w:rPr>
          <w:rFonts w:ascii="Sakkal Majalla" w:hAnsi="Sakkal Majalla" w:cs="Sakkal Majalla"/>
          <w:sz w:val="24"/>
          <w:szCs w:val="24"/>
          <w:rtl/>
        </w:rPr>
        <w:t>الجزيل</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كلية</w:t>
      </w:r>
      <w:r w:rsidRPr="003E3418">
        <w:rPr>
          <w:rFonts w:ascii="Sakkal Majalla" w:hAnsi="Sakkal Majalla" w:cs="Sakkal Majalla"/>
          <w:sz w:val="24"/>
        </w:rPr>
        <w:t xml:space="preserve"> </w:t>
      </w:r>
      <w:r w:rsidRPr="003E3418">
        <w:rPr>
          <w:rFonts w:ascii="Sakkal Majalla" w:hAnsi="Sakkal Majalla" w:cs="Sakkal Majalla"/>
          <w:sz w:val="24"/>
          <w:szCs w:val="24"/>
          <w:rtl/>
        </w:rPr>
        <w:t>الإدارة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جامعة</w:t>
      </w:r>
      <w:r w:rsidRPr="003E3418">
        <w:rPr>
          <w:rFonts w:ascii="Sakkal Majalla" w:hAnsi="Sakkal Majalla" w:cs="Sakkal Majalla"/>
          <w:sz w:val="24"/>
        </w:rPr>
        <w:t xml:space="preserve"> </w:t>
      </w:r>
      <w:r w:rsidRPr="003E3418">
        <w:rPr>
          <w:rFonts w:ascii="Sakkal Majalla" w:hAnsi="Sakkal Majalla" w:cs="Sakkal Majalla"/>
          <w:sz w:val="24"/>
          <w:szCs w:val="24"/>
          <w:rtl/>
        </w:rPr>
        <w:t>ميدأوشن</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بيئتها</w:t>
      </w:r>
      <w:r w:rsidRPr="003E3418">
        <w:rPr>
          <w:rFonts w:ascii="Sakkal Majalla" w:hAnsi="Sakkal Majalla" w:cs="Sakkal Majalla"/>
          <w:sz w:val="24"/>
        </w:rPr>
        <w:t xml:space="preserve"> </w:t>
      </w:r>
      <w:r w:rsidRPr="003E3418">
        <w:rPr>
          <w:rFonts w:ascii="Sakkal Majalla" w:hAnsi="Sakkal Majalla" w:cs="Sakkal Majalla"/>
          <w:sz w:val="24"/>
          <w:szCs w:val="24"/>
          <w:rtl/>
        </w:rPr>
        <w:t>الأكاديمية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المحفِّزة</w:t>
      </w:r>
      <w:r w:rsidRPr="003E3418">
        <w:rPr>
          <w:rFonts w:ascii="Sakkal Majalla" w:hAnsi="Sakkal Majalla" w:cs="Sakkal Majalla"/>
          <w:sz w:val="24"/>
        </w:rPr>
        <w:t xml:space="preserve"> </w:t>
      </w:r>
      <w:r w:rsidRPr="003E3418">
        <w:rPr>
          <w:rFonts w:ascii="Sakkal Majalla" w:hAnsi="Sakkal Majalla" w:cs="Sakkal Majalla"/>
          <w:sz w:val="24"/>
          <w:szCs w:val="24"/>
          <w:rtl/>
        </w:rPr>
        <w:t>للبحث</w:t>
      </w:r>
      <w:r w:rsidRPr="003E3418">
        <w:rPr>
          <w:rFonts w:ascii="Sakkal Majalla" w:hAnsi="Sakkal Majalla" w:cs="Sakkal Majalla"/>
          <w:sz w:val="24"/>
        </w:rPr>
        <w:t xml:space="preserve"> </w:t>
      </w:r>
      <w:r w:rsidRPr="003E3418">
        <w:rPr>
          <w:rFonts w:ascii="Sakkal Majalla" w:hAnsi="Sakkal Majalla" w:cs="Sakkal Majalla"/>
          <w:sz w:val="24"/>
          <w:szCs w:val="24"/>
          <w:rtl/>
        </w:rPr>
        <w:t>والتميّز،</w:t>
      </w:r>
      <w:r w:rsidRPr="003E3418">
        <w:rPr>
          <w:rFonts w:ascii="Sakkal Majalla" w:hAnsi="Sakkal Majalla" w:cs="Sakkal Majalla"/>
          <w:sz w:val="24"/>
        </w:rPr>
        <w:t xml:space="preserve"> </w:t>
      </w:r>
      <w:r w:rsidRPr="003E3418">
        <w:rPr>
          <w:rFonts w:ascii="Sakkal Majalla" w:hAnsi="Sakkal Majalla" w:cs="Sakkal Majalla"/>
          <w:sz w:val="24"/>
          <w:szCs w:val="24"/>
          <w:rtl/>
        </w:rPr>
        <w:t>وعلى</w:t>
      </w:r>
      <w:r w:rsidRPr="003E3418">
        <w:rPr>
          <w:rFonts w:ascii="Sakkal Majalla" w:hAnsi="Sakkal Majalla" w:cs="Sakkal Majalla"/>
          <w:sz w:val="24"/>
        </w:rPr>
        <w:t xml:space="preserve"> </w:t>
      </w:r>
      <w:r w:rsidRPr="003E3418">
        <w:rPr>
          <w:rFonts w:ascii="Sakkal Majalla" w:hAnsi="Sakkal Majalla" w:cs="Sakkal Majalla"/>
          <w:sz w:val="24"/>
          <w:szCs w:val="24"/>
          <w:rtl/>
        </w:rPr>
        <w:t>ما</w:t>
      </w:r>
      <w:r w:rsidRPr="003E3418">
        <w:rPr>
          <w:rFonts w:ascii="Sakkal Majalla" w:hAnsi="Sakkal Majalla" w:cs="Sakkal Majalla"/>
          <w:sz w:val="24"/>
        </w:rPr>
        <w:t xml:space="preserve"> </w:t>
      </w:r>
      <w:r w:rsidRPr="003E3418">
        <w:rPr>
          <w:rFonts w:ascii="Sakkal Majalla" w:hAnsi="Sakkal Majalla" w:cs="Sakkal Majalla"/>
          <w:sz w:val="24"/>
          <w:szCs w:val="24"/>
          <w:rtl/>
        </w:rPr>
        <w:t>يُقدّمه</w:t>
      </w:r>
      <w:r w:rsidRPr="003E3418">
        <w:rPr>
          <w:rFonts w:ascii="Sakkal Majalla" w:hAnsi="Sakkal Majalla" w:cs="Sakkal Majalla"/>
          <w:sz w:val="24"/>
        </w:rPr>
        <w:t xml:space="preserve"> </w:t>
      </w:r>
      <w:r w:rsidRPr="003E3418">
        <w:rPr>
          <w:rFonts w:ascii="Sakkal Majalla" w:hAnsi="Sakkal Majalla" w:cs="Sakkal Majalla"/>
          <w:sz w:val="24"/>
          <w:szCs w:val="24"/>
          <w:rtl/>
        </w:rPr>
        <w:t>أعضاء</w:t>
      </w:r>
      <w:r w:rsidRPr="003E3418">
        <w:rPr>
          <w:rFonts w:ascii="Sakkal Majalla" w:hAnsi="Sakkal Majalla" w:cs="Sakkal Majalla"/>
          <w:sz w:val="24"/>
        </w:rPr>
        <w:t xml:space="preserve"> </w:t>
      </w:r>
      <w:r w:rsidRPr="003E3418">
        <w:rPr>
          <w:rFonts w:ascii="Sakkal Majalla" w:hAnsi="Sakkal Majalla" w:cs="Sakkal Majalla"/>
          <w:sz w:val="24"/>
          <w:szCs w:val="24"/>
          <w:rtl/>
        </w:rPr>
        <w:t>هيئة</w:t>
      </w:r>
      <w:r w:rsidRPr="003E3418">
        <w:rPr>
          <w:rFonts w:ascii="Sakkal Majalla" w:hAnsi="Sakkal Majalla" w:cs="Sakkal Majalla"/>
          <w:sz w:val="24"/>
        </w:rPr>
        <w:t xml:space="preserve"> </w:t>
      </w:r>
      <w:r w:rsidRPr="003E3418">
        <w:rPr>
          <w:rFonts w:ascii="Sakkal Majalla" w:hAnsi="Sakkal Majalla" w:cs="Sakkal Majalla"/>
          <w:sz w:val="24"/>
          <w:szCs w:val="24"/>
          <w:rtl/>
        </w:rPr>
        <w:t>التدريس</w:t>
      </w:r>
      <w:r w:rsidRPr="003E3418">
        <w:rPr>
          <w:rFonts w:ascii="Sakkal Majalla" w:hAnsi="Sakkal Majalla" w:cs="Sakkal Majalla"/>
          <w:sz w:val="24"/>
        </w:rPr>
        <w:t xml:space="preserve"> </w:t>
      </w:r>
      <w:r w:rsidRPr="003E3418">
        <w:rPr>
          <w:rFonts w:ascii="Sakkal Majalla" w:hAnsi="Sakkal Majalla" w:cs="Sakkal Majalla"/>
          <w:sz w:val="24"/>
          <w:szCs w:val="24"/>
          <w:rtl/>
        </w:rPr>
        <w:t>فيها</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علم</w:t>
      </w:r>
      <w:r w:rsidRPr="003E3418">
        <w:rPr>
          <w:rFonts w:ascii="Sakkal Majalla" w:hAnsi="Sakkal Majalla" w:cs="Sakkal Majalla"/>
          <w:sz w:val="24"/>
        </w:rPr>
        <w:t xml:space="preserve"> </w:t>
      </w:r>
      <w:r w:rsidRPr="003E3418">
        <w:rPr>
          <w:rFonts w:ascii="Sakkal Majalla" w:hAnsi="Sakkal Majalla" w:cs="Sakkal Majalla"/>
          <w:sz w:val="24"/>
          <w:szCs w:val="24"/>
          <w:rtl/>
        </w:rPr>
        <w:t>وتوجيه</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يُقدَّر</w:t>
      </w:r>
      <w:r w:rsidRPr="003E3418">
        <w:rPr>
          <w:rFonts w:ascii="Sakkal Majalla" w:hAnsi="Sakkal Majalla" w:cs="Sakkal Majalla"/>
          <w:sz w:val="24"/>
        </w:rPr>
        <w:t xml:space="preserve"> </w:t>
      </w:r>
      <w:r w:rsidRPr="003E3418">
        <w:rPr>
          <w:rFonts w:ascii="Sakkal Majalla" w:hAnsi="Sakkal Majalla" w:cs="Sakkal Majalla"/>
          <w:sz w:val="24"/>
          <w:szCs w:val="24"/>
          <w:rtl/>
        </w:rPr>
        <w:t>بثمن</w:t>
      </w:r>
      <w:r w:rsidRPr="003E3418">
        <w:rPr>
          <w:rFonts w:ascii="Sakkal Majalla" w:hAnsi="Sakkal Majalla" w:cs="Sakkal Majalla"/>
          <w:sz w:val="24"/>
        </w:rPr>
        <w:t>.</w:t>
      </w:r>
    </w:p>
    <w:p w14:paraId="5E215388" w14:textId="77777777" w:rsidR="003E3418" w:rsidRPr="003E3418" w:rsidRDefault="003E3418" w:rsidP="003E3418">
      <w:pPr>
        <w:bidi/>
        <w:spacing w:before="60" w:after="60" w:line="400" w:lineRule="exact"/>
        <w:jc w:val="both"/>
        <w:rPr>
          <w:rFonts w:ascii="Sakkal Majalla" w:hAnsi="Sakkal Majalla" w:cs="Sakkal Majalla"/>
        </w:rPr>
      </w:pPr>
      <w:r w:rsidRPr="003E3418">
        <w:rPr>
          <w:rFonts w:ascii="Sakkal Majalla" w:hAnsi="Sakkal Majalla" w:cs="Sakkal Majalla"/>
          <w:sz w:val="24"/>
          <w:szCs w:val="24"/>
          <w:rtl/>
        </w:rPr>
        <w:t>ثم</w:t>
      </w:r>
      <w:r w:rsidRPr="003E3418">
        <w:rPr>
          <w:rFonts w:ascii="Sakkal Majalla" w:hAnsi="Sakkal Majalla" w:cs="Sakkal Majalla"/>
          <w:sz w:val="24"/>
        </w:rPr>
        <w:t xml:space="preserve"> </w:t>
      </w:r>
      <w:r w:rsidRPr="003E3418">
        <w:rPr>
          <w:rFonts w:ascii="Sakkal Majalla" w:hAnsi="Sakkal Majalla" w:cs="Sakkal Majalla"/>
          <w:sz w:val="24"/>
          <w:szCs w:val="24"/>
          <w:rtl/>
        </w:rPr>
        <w:t>أخص</w:t>
      </w:r>
      <w:r w:rsidRPr="003E3418">
        <w:rPr>
          <w:rFonts w:ascii="Sakkal Majalla" w:hAnsi="Sakkal Majalla" w:cs="Sakkal Majalla"/>
          <w:sz w:val="24"/>
        </w:rPr>
        <w:t xml:space="preserve"> </w:t>
      </w:r>
      <w:r w:rsidRPr="003E3418">
        <w:rPr>
          <w:rFonts w:ascii="Sakkal Majalla" w:hAnsi="Sakkal Majalla" w:cs="Sakkal Majalla"/>
          <w:sz w:val="24"/>
          <w:szCs w:val="24"/>
          <w:rtl/>
        </w:rPr>
        <w:t>بالشكر</w:t>
      </w:r>
      <w:r w:rsidRPr="003E3418">
        <w:rPr>
          <w:rFonts w:ascii="Sakkal Majalla" w:hAnsi="Sakkal Majalla" w:cs="Sakkal Majalla"/>
          <w:sz w:val="24"/>
        </w:rPr>
        <w:t xml:space="preserve"> </w:t>
      </w:r>
      <w:r w:rsidRPr="003E3418">
        <w:rPr>
          <w:rFonts w:ascii="Sakkal Majalla" w:hAnsi="Sakkal Majalla" w:cs="Sakkal Majalla"/>
          <w:sz w:val="24"/>
          <w:szCs w:val="24"/>
          <w:rtl/>
        </w:rPr>
        <w:t>الوالدَيْن</w:t>
      </w:r>
      <w:r w:rsidRPr="003E3418">
        <w:rPr>
          <w:rFonts w:ascii="Sakkal Majalla" w:hAnsi="Sakkal Majalla" w:cs="Sakkal Majalla"/>
          <w:sz w:val="24"/>
        </w:rPr>
        <w:t xml:space="preserve"> </w:t>
      </w:r>
      <w:r w:rsidRPr="003E3418">
        <w:rPr>
          <w:rFonts w:ascii="Sakkal Majalla" w:hAnsi="Sakkal Majalla" w:cs="Sakkal Majalla"/>
          <w:sz w:val="24"/>
          <w:szCs w:val="24"/>
          <w:rtl/>
        </w:rPr>
        <w:t>الكريمَيْن</w:t>
      </w:r>
      <w:r w:rsidRPr="003E3418">
        <w:rPr>
          <w:rFonts w:ascii="Sakkal Majalla" w:hAnsi="Sakkal Majalla" w:cs="Sakkal Majalla"/>
          <w:sz w:val="24"/>
        </w:rPr>
        <w:t xml:space="preserve"> </w:t>
      </w:r>
      <w:r w:rsidRPr="003E3418">
        <w:rPr>
          <w:rFonts w:ascii="Sakkal Majalla" w:hAnsi="Sakkal Majalla" w:cs="Sakkal Majalla"/>
          <w:sz w:val="24"/>
          <w:szCs w:val="24"/>
          <w:rtl/>
        </w:rPr>
        <w:t>اللذَيْن</w:t>
      </w:r>
      <w:r w:rsidRPr="003E3418">
        <w:rPr>
          <w:rFonts w:ascii="Sakkal Majalla" w:hAnsi="Sakkal Majalla" w:cs="Sakkal Majalla"/>
          <w:sz w:val="24"/>
        </w:rPr>
        <w:t xml:space="preserve"> </w:t>
      </w:r>
      <w:r w:rsidRPr="003E3418">
        <w:rPr>
          <w:rFonts w:ascii="Sakkal Majalla" w:hAnsi="Sakkal Majalla" w:cs="Sakkal Majalla"/>
          <w:sz w:val="24"/>
          <w:szCs w:val="24"/>
          <w:rtl/>
        </w:rPr>
        <w:t>كانا</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كل</w:t>
      </w:r>
      <w:r w:rsidRPr="003E3418">
        <w:rPr>
          <w:rFonts w:ascii="Sakkal Majalla" w:hAnsi="Sakkal Majalla" w:cs="Sakkal Majalla"/>
          <w:sz w:val="24"/>
        </w:rPr>
        <w:t xml:space="preserve"> </w:t>
      </w:r>
      <w:r w:rsidRPr="003E3418">
        <w:rPr>
          <w:rFonts w:ascii="Sakkal Majalla" w:hAnsi="Sakkal Majalla" w:cs="Sakkal Majalla"/>
          <w:sz w:val="24"/>
          <w:szCs w:val="24"/>
          <w:rtl/>
        </w:rPr>
        <w:t>لحظة</w:t>
      </w:r>
      <w:r w:rsidRPr="003E3418">
        <w:rPr>
          <w:rFonts w:ascii="Sakkal Majalla" w:hAnsi="Sakkal Majalla" w:cs="Sakkal Majalla"/>
          <w:sz w:val="24"/>
        </w:rPr>
        <w:t xml:space="preserve"> </w:t>
      </w:r>
      <w:r w:rsidRPr="003E3418">
        <w:rPr>
          <w:rFonts w:ascii="Sakkal Majalla" w:hAnsi="Sakkal Majalla" w:cs="Sakkal Majalla"/>
          <w:sz w:val="24"/>
          <w:szCs w:val="24"/>
          <w:rtl/>
        </w:rPr>
        <w:t>صعبة</w:t>
      </w:r>
      <w:r w:rsidRPr="003E3418">
        <w:rPr>
          <w:rFonts w:ascii="Sakkal Majalla" w:hAnsi="Sakkal Majalla" w:cs="Sakkal Majalla"/>
          <w:sz w:val="24"/>
        </w:rPr>
        <w:t xml:space="preserve"> </w:t>
      </w:r>
      <w:r w:rsidRPr="003E3418">
        <w:rPr>
          <w:rFonts w:ascii="Sakkal Majalla" w:hAnsi="Sakkal Majalla" w:cs="Sakkal Majalla"/>
          <w:sz w:val="24"/>
          <w:szCs w:val="24"/>
          <w:rtl/>
        </w:rPr>
        <w:t>سنداً</w:t>
      </w:r>
      <w:r w:rsidRPr="003E3418">
        <w:rPr>
          <w:rFonts w:ascii="Sakkal Majalla" w:hAnsi="Sakkal Majalla" w:cs="Sakkal Majalla"/>
          <w:sz w:val="24"/>
        </w:rPr>
        <w:t xml:space="preserve"> </w:t>
      </w:r>
      <w:r w:rsidRPr="003E3418">
        <w:rPr>
          <w:rFonts w:ascii="Sakkal Majalla" w:hAnsi="Sakkal Majalla" w:cs="Sakkal Majalla"/>
          <w:sz w:val="24"/>
          <w:szCs w:val="24"/>
          <w:rtl/>
        </w:rPr>
        <w:t>ودعماً</w:t>
      </w:r>
      <w:r w:rsidRPr="003E3418">
        <w:rPr>
          <w:rFonts w:ascii="Sakkal Majalla" w:hAnsi="Sakkal Majalla" w:cs="Sakkal Majalla"/>
          <w:sz w:val="24"/>
        </w:rPr>
        <w:t xml:space="preserve"> </w:t>
      </w:r>
      <w:r w:rsidRPr="003E3418">
        <w:rPr>
          <w:rFonts w:ascii="Sakkal Majalla" w:hAnsi="Sakkal Majalla" w:cs="Sakkal Majalla"/>
          <w:sz w:val="24"/>
          <w:szCs w:val="24"/>
          <w:rtl/>
        </w:rPr>
        <w:t>وعوناً،</w:t>
      </w:r>
      <w:r w:rsidRPr="003E3418">
        <w:rPr>
          <w:rFonts w:ascii="Sakkal Majalla" w:hAnsi="Sakkal Majalla" w:cs="Sakkal Majalla"/>
          <w:sz w:val="24"/>
        </w:rPr>
        <w:t xml:space="preserve"> </w:t>
      </w:r>
      <w:r w:rsidRPr="003E3418">
        <w:rPr>
          <w:rFonts w:ascii="Sakkal Majalla" w:hAnsi="Sakkal Majalla" w:cs="Sakkal Majalla"/>
          <w:sz w:val="24"/>
          <w:szCs w:val="24"/>
          <w:rtl/>
        </w:rPr>
        <w:t>فلهما</w:t>
      </w:r>
      <w:r w:rsidRPr="003E3418">
        <w:rPr>
          <w:rFonts w:ascii="Sakkal Majalla" w:hAnsi="Sakkal Majalla" w:cs="Sakkal Majalla"/>
          <w:sz w:val="24"/>
        </w:rPr>
        <w:t xml:space="preserve"> </w:t>
      </w:r>
      <w:r w:rsidRPr="003E3418">
        <w:rPr>
          <w:rFonts w:ascii="Sakkal Majalla" w:hAnsi="Sakkal Majalla" w:cs="Sakkal Majalla"/>
          <w:sz w:val="24"/>
          <w:szCs w:val="24"/>
          <w:rtl/>
        </w:rPr>
        <w:t>الفضل</w:t>
      </w:r>
      <w:r w:rsidRPr="003E3418">
        <w:rPr>
          <w:rFonts w:ascii="Sakkal Majalla" w:hAnsi="Sakkal Majalla" w:cs="Sakkal Majalla"/>
          <w:sz w:val="24"/>
        </w:rPr>
        <w:t xml:space="preserve"> </w:t>
      </w:r>
      <w:r w:rsidRPr="003E3418">
        <w:rPr>
          <w:rFonts w:ascii="Sakkal Majalla" w:hAnsi="Sakkal Majalla" w:cs="Sakkal Majalla"/>
          <w:sz w:val="24"/>
          <w:szCs w:val="24"/>
          <w:rtl/>
        </w:rPr>
        <w:t>الأكبر</w:t>
      </w:r>
      <w:r w:rsidRPr="003E3418">
        <w:rPr>
          <w:rFonts w:ascii="Sakkal Majalla" w:hAnsi="Sakkal Majalla" w:cs="Sakkal Majalla"/>
          <w:sz w:val="24"/>
        </w:rPr>
        <w:t xml:space="preserve"> </w:t>
      </w:r>
      <w:r w:rsidRPr="003E3418">
        <w:rPr>
          <w:rFonts w:ascii="Sakkal Majalla" w:hAnsi="Sakkal Majalla" w:cs="Sakkal Majalla"/>
          <w:sz w:val="24"/>
          <w:szCs w:val="24"/>
          <w:rtl/>
        </w:rPr>
        <w:t>بعد</w:t>
      </w:r>
      <w:r w:rsidRPr="003E3418">
        <w:rPr>
          <w:rFonts w:ascii="Sakkal Majalla" w:hAnsi="Sakkal Majalla" w:cs="Sakkal Majalla"/>
          <w:sz w:val="24"/>
        </w:rPr>
        <w:t xml:space="preserve"> </w:t>
      </w:r>
      <w:r w:rsidRPr="003E3418">
        <w:rPr>
          <w:rFonts w:ascii="Sakkal Majalla" w:hAnsi="Sakkal Majalla" w:cs="Sakkal Majalla"/>
          <w:sz w:val="24"/>
          <w:szCs w:val="24"/>
          <w:rtl/>
        </w:rPr>
        <w:t>الله</w:t>
      </w:r>
      <w:r w:rsidRPr="003E3418">
        <w:rPr>
          <w:rFonts w:ascii="Sakkal Majalla" w:hAnsi="Sakkal Majalla" w:cs="Sakkal Majalla"/>
          <w:sz w:val="24"/>
        </w:rPr>
        <w:t xml:space="preserve"> </w:t>
      </w:r>
      <w:r w:rsidRPr="003E3418">
        <w:rPr>
          <w:rFonts w:ascii="Sakkal Majalla" w:hAnsi="Sakkal Majalla" w:cs="Sakkal Majalla"/>
          <w:sz w:val="24"/>
          <w:szCs w:val="24"/>
          <w:rtl/>
        </w:rPr>
        <w:t>سبحانه</w:t>
      </w:r>
      <w:r w:rsidRPr="003E3418">
        <w:rPr>
          <w:rFonts w:ascii="Sakkal Majalla" w:hAnsi="Sakkal Majalla" w:cs="Sakkal Majalla"/>
          <w:sz w:val="24"/>
        </w:rPr>
        <w:t xml:space="preserve"> </w:t>
      </w:r>
      <w:r w:rsidRPr="003E3418">
        <w:rPr>
          <w:rFonts w:ascii="Sakkal Majalla" w:hAnsi="Sakkal Majalla" w:cs="Sakkal Majalla"/>
          <w:sz w:val="24"/>
          <w:szCs w:val="24"/>
          <w:rtl/>
        </w:rPr>
        <w:t>وتعالى</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كل</w:t>
      </w:r>
      <w:r w:rsidRPr="003E3418">
        <w:rPr>
          <w:rFonts w:ascii="Sakkal Majalla" w:hAnsi="Sakkal Majalla" w:cs="Sakkal Majalla"/>
          <w:sz w:val="24"/>
        </w:rPr>
        <w:t xml:space="preserve"> </w:t>
      </w:r>
      <w:r w:rsidRPr="003E3418">
        <w:rPr>
          <w:rFonts w:ascii="Sakkal Majalla" w:hAnsi="Sakkal Majalla" w:cs="Sakkal Majalla"/>
          <w:sz w:val="24"/>
          <w:szCs w:val="24"/>
          <w:rtl/>
        </w:rPr>
        <w:t>ما</w:t>
      </w:r>
      <w:r w:rsidRPr="003E3418">
        <w:rPr>
          <w:rFonts w:ascii="Sakkal Majalla" w:hAnsi="Sakkal Majalla" w:cs="Sakkal Majalla"/>
          <w:sz w:val="24"/>
        </w:rPr>
        <w:t xml:space="preserve"> </w:t>
      </w:r>
      <w:r w:rsidRPr="003E3418">
        <w:rPr>
          <w:rFonts w:ascii="Sakkal Majalla" w:hAnsi="Sakkal Majalla" w:cs="Sakkal Majalla"/>
          <w:sz w:val="24"/>
          <w:szCs w:val="24"/>
          <w:rtl/>
        </w:rPr>
        <w:t>وصلت</w:t>
      </w:r>
      <w:r w:rsidRPr="003E3418">
        <w:rPr>
          <w:rFonts w:ascii="Sakkal Majalla" w:hAnsi="Sakkal Majalla" w:cs="Sakkal Majalla"/>
          <w:sz w:val="24"/>
        </w:rPr>
        <w:t xml:space="preserve"> </w:t>
      </w:r>
      <w:r w:rsidRPr="003E3418">
        <w:rPr>
          <w:rFonts w:ascii="Sakkal Majalla" w:hAnsi="Sakkal Majalla" w:cs="Sakkal Majalla"/>
          <w:sz w:val="24"/>
          <w:szCs w:val="24"/>
          <w:rtl/>
        </w:rPr>
        <w:t>إليه</w:t>
      </w:r>
      <w:r w:rsidRPr="003E3418">
        <w:rPr>
          <w:rFonts w:ascii="Sakkal Majalla" w:hAnsi="Sakkal Majalla" w:cs="Sakkal Majalla"/>
          <w:sz w:val="24"/>
        </w:rPr>
        <w:t xml:space="preserve">. </w:t>
      </w:r>
      <w:r w:rsidRPr="003E3418">
        <w:rPr>
          <w:rFonts w:ascii="Sakkal Majalla" w:hAnsi="Sakkal Majalla" w:cs="Sakkal Majalla"/>
          <w:sz w:val="24"/>
          <w:szCs w:val="24"/>
          <w:rtl/>
        </w:rPr>
        <w:t>وأشكر</w:t>
      </w:r>
      <w:r w:rsidRPr="003E3418">
        <w:rPr>
          <w:rFonts w:ascii="Sakkal Majalla" w:hAnsi="Sakkal Majalla" w:cs="Sakkal Majalla"/>
          <w:sz w:val="24"/>
        </w:rPr>
        <w:t xml:space="preserve"> </w:t>
      </w:r>
      <w:r w:rsidRPr="003E3418">
        <w:rPr>
          <w:rFonts w:ascii="Sakkal Majalla" w:hAnsi="Sakkal Majalla" w:cs="Sakkal Majalla"/>
          <w:sz w:val="24"/>
          <w:szCs w:val="24"/>
          <w:rtl/>
        </w:rPr>
        <w:t>الأسرة</w:t>
      </w:r>
      <w:r w:rsidRPr="003E3418">
        <w:rPr>
          <w:rFonts w:ascii="Sakkal Majalla" w:hAnsi="Sakkal Majalla" w:cs="Sakkal Majalla"/>
          <w:sz w:val="24"/>
        </w:rPr>
        <w:t xml:space="preserve"> </w:t>
      </w:r>
      <w:r w:rsidRPr="003E3418">
        <w:rPr>
          <w:rFonts w:ascii="Sakkal Majalla" w:hAnsi="Sakkal Majalla" w:cs="Sakkal Majalla"/>
          <w:sz w:val="24"/>
          <w:szCs w:val="24"/>
          <w:rtl/>
        </w:rPr>
        <w:t>الكريمة</w:t>
      </w:r>
      <w:r w:rsidRPr="003E3418">
        <w:rPr>
          <w:rFonts w:ascii="Sakkal Majalla" w:hAnsi="Sakkal Majalla" w:cs="Sakkal Majalla"/>
          <w:sz w:val="24"/>
        </w:rPr>
        <w:t xml:space="preserve"> </w:t>
      </w:r>
      <w:r w:rsidRPr="003E3418">
        <w:rPr>
          <w:rFonts w:ascii="Sakkal Majalla" w:hAnsi="Sakkal Majalla" w:cs="Sakkal Majalla"/>
          <w:sz w:val="24"/>
          <w:szCs w:val="24"/>
          <w:rtl/>
        </w:rPr>
        <w:t>والأصدقاء</w:t>
      </w:r>
      <w:r w:rsidRPr="003E3418">
        <w:rPr>
          <w:rFonts w:ascii="Sakkal Majalla" w:hAnsi="Sakkal Majalla" w:cs="Sakkal Majalla"/>
          <w:sz w:val="24"/>
        </w:rPr>
        <w:t xml:space="preserve"> </w:t>
      </w:r>
      <w:r w:rsidRPr="003E3418">
        <w:rPr>
          <w:rFonts w:ascii="Sakkal Majalla" w:hAnsi="Sakkal Majalla" w:cs="Sakkal Majalla"/>
          <w:sz w:val="24"/>
          <w:szCs w:val="24"/>
          <w:rtl/>
        </w:rPr>
        <w:t>الأوفياء</w:t>
      </w:r>
      <w:r w:rsidRPr="003E3418">
        <w:rPr>
          <w:rFonts w:ascii="Sakkal Majalla" w:hAnsi="Sakkal Majalla" w:cs="Sakkal Majalla"/>
          <w:sz w:val="24"/>
        </w:rPr>
        <w:t xml:space="preserve"> </w:t>
      </w:r>
      <w:r w:rsidRPr="003E3418">
        <w:rPr>
          <w:rFonts w:ascii="Sakkal Majalla" w:hAnsi="Sakkal Majalla" w:cs="Sakkal Majalla"/>
          <w:sz w:val="24"/>
          <w:szCs w:val="24"/>
          <w:rtl/>
        </w:rPr>
        <w:t>الذين</w:t>
      </w:r>
      <w:r w:rsidRPr="003E3418">
        <w:rPr>
          <w:rFonts w:ascii="Sakkal Majalla" w:hAnsi="Sakkal Majalla" w:cs="Sakkal Majalla"/>
          <w:sz w:val="24"/>
        </w:rPr>
        <w:t xml:space="preserve"> </w:t>
      </w:r>
      <w:r w:rsidRPr="003E3418">
        <w:rPr>
          <w:rFonts w:ascii="Sakkal Majalla" w:hAnsi="Sakkal Majalla" w:cs="Sakkal Majalla"/>
          <w:sz w:val="24"/>
          <w:szCs w:val="24"/>
          <w:rtl/>
        </w:rPr>
        <w:t>لم</w:t>
      </w:r>
      <w:r w:rsidRPr="003E3418">
        <w:rPr>
          <w:rFonts w:ascii="Sakkal Majalla" w:hAnsi="Sakkal Majalla" w:cs="Sakkal Majalla"/>
          <w:sz w:val="24"/>
        </w:rPr>
        <w:t xml:space="preserve"> </w:t>
      </w:r>
      <w:r w:rsidRPr="003E3418">
        <w:rPr>
          <w:rFonts w:ascii="Sakkal Majalla" w:hAnsi="Sakkal Majalla" w:cs="Sakkal Majalla"/>
          <w:sz w:val="24"/>
          <w:szCs w:val="24"/>
          <w:rtl/>
        </w:rPr>
        <w:t>يبخلوا</w:t>
      </w:r>
      <w:r w:rsidRPr="003E3418">
        <w:rPr>
          <w:rFonts w:ascii="Sakkal Majalla" w:hAnsi="Sakkal Majalla" w:cs="Sakkal Majalla"/>
          <w:sz w:val="24"/>
        </w:rPr>
        <w:t xml:space="preserve"> </w:t>
      </w:r>
      <w:r w:rsidRPr="003E3418">
        <w:rPr>
          <w:rFonts w:ascii="Sakkal Majalla" w:hAnsi="Sakkal Majalla" w:cs="Sakkal Majalla"/>
          <w:sz w:val="24"/>
          <w:szCs w:val="24"/>
          <w:rtl/>
        </w:rPr>
        <w:t>بتشجيعهم</w:t>
      </w:r>
      <w:r w:rsidRPr="003E3418">
        <w:rPr>
          <w:rFonts w:ascii="Sakkal Majalla" w:hAnsi="Sakkal Majalla" w:cs="Sakkal Majalla"/>
          <w:sz w:val="24"/>
        </w:rPr>
        <w:t xml:space="preserve"> </w:t>
      </w:r>
      <w:r w:rsidRPr="003E3418">
        <w:rPr>
          <w:rFonts w:ascii="Sakkal Majalla" w:hAnsi="Sakkal Majalla" w:cs="Sakkal Majalla"/>
          <w:sz w:val="24"/>
          <w:szCs w:val="24"/>
          <w:rtl/>
        </w:rPr>
        <w:t>ودعمهم</w:t>
      </w:r>
      <w:r w:rsidRPr="003E3418">
        <w:rPr>
          <w:rFonts w:ascii="Sakkal Majalla" w:hAnsi="Sakkal Majalla" w:cs="Sakkal Majalla"/>
          <w:sz w:val="24"/>
        </w:rPr>
        <w:t xml:space="preserve"> </w:t>
      </w:r>
      <w:r w:rsidRPr="003E3418">
        <w:rPr>
          <w:rFonts w:ascii="Sakkal Majalla" w:hAnsi="Sakkal Majalla" w:cs="Sakkal Majalla"/>
          <w:sz w:val="24"/>
          <w:szCs w:val="24"/>
          <w:rtl/>
        </w:rPr>
        <w:t>المتواصل</w:t>
      </w:r>
      <w:r w:rsidRPr="003E3418">
        <w:rPr>
          <w:rFonts w:ascii="Sakkal Majalla" w:hAnsi="Sakkal Majalla" w:cs="Sakkal Majalla"/>
          <w:sz w:val="24"/>
        </w:rPr>
        <w:t>.</w:t>
      </w:r>
    </w:p>
    <w:p w14:paraId="3F8E6B03" w14:textId="77777777" w:rsidR="003E3418" w:rsidRPr="003E3418" w:rsidRDefault="003E3418" w:rsidP="003E3418">
      <w:pPr>
        <w:bidi/>
        <w:spacing w:before="60" w:after="60" w:line="400" w:lineRule="exact"/>
        <w:jc w:val="both"/>
        <w:rPr>
          <w:rFonts w:ascii="Sakkal Majalla" w:hAnsi="Sakkal Majalla" w:cs="Sakkal Majalla"/>
        </w:rPr>
      </w:pPr>
      <w:r w:rsidRPr="003E3418">
        <w:rPr>
          <w:rFonts w:ascii="Sakkal Majalla" w:hAnsi="Sakkal Majalla" w:cs="Sakkal Majalla"/>
          <w:sz w:val="24"/>
          <w:szCs w:val="24"/>
          <w:rtl/>
        </w:rPr>
        <w:t>أُهدي</w:t>
      </w:r>
      <w:r w:rsidRPr="003E3418">
        <w:rPr>
          <w:rFonts w:ascii="Sakkal Majalla" w:hAnsi="Sakkal Majalla" w:cs="Sakkal Majalla"/>
          <w:sz w:val="24"/>
        </w:rPr>
        <w:t xml:space="preserve"> </w:t>
      </w:r>
      <w:r w:rsidRPr="003E3418">
        <w:rPr>
          <w:rFonts w:ascii="Sakkal Majalla" w:hAnsi="Sakkal Majalla" w:cs="Sakkal Majalla"/>
          <w:sz w:val="24"/>
          <w:szCs w:val="24"/>
          <w:rtl/>
        </w:rPr>
        <w:t>ثمرة</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الجهد</w:t>
      </w:r>
      <w:r w:rsidRPr="003E3418">
        <w:rPr>
          <w:rFonts w:ascii="Sakkal Majalla" w:hAnsi="Sakkal Majalla" w:cs="Sakkal Majalla"/>
          <w:sz w:val="24"/>
        </w:rPr>
        <w:t xml:space="preserve"> </w:t>
      </w:r>
      <w:r w:rsidRPr="003E3418">
        <w:rPr>
          <w:rFonts w:ascii="Sakkal Majalla" w:hAnsi="Sakkal Majalla" w:cs="Sakkal Majalla"/>
          <w:sz w:val="24"/>
          <w:szCs w:val="24"/>
          <w:rtl/>
        </w:rPr>
        <w:t>المتواضع</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كل</w:t>
      </w:r>
      <w:r w:rsidRPr="003E3418">
        <w:rPr>
          <w:rFonts w:ascii="Sakkal Majalla" w:hAnsi="Sakkal Majalla" w:cs="Sakkal Majalla"/>
          <w:sz w:val="24"/>
        </w:rPr>
        <w:t xml:space="preserve"> </w:t>
      </w:r>
      <w:r w:rsidRPr="003E3418">
        <w:rPr>
          <w:rFonts w:ascii="Sakkal Majalla" w:hAnsi="Sakkal Majalla" w:cs="Sakkal Majalla"/>
          <w:sz w:val="24"/>
          <w:szCs w:val="24"/>
          <w:rtl/>
        </w:rPr>
        <w:t>باحث</w:t>
      </w:r>
      <w:r w:rsidRPr="003E3418">
        <w:rPr>
          <w:rFonts w:ascii="Sakkal Majalla" w:hAnsi="Sakkal Majalla" w:cs="Sakkal Majalla"/>
          <w:sz w:val="24"/>
        </w:rPr>
        <w:t xml:space="preserve"> </w:t>
      </w:r>
      <w:r w:rsidRPr="003E3418">
        <w:rPr>
          <w:rFonts w:ascii="Sakkal Majalla" w:hAnsi="Sakkal Majalla" w:cs="Sakkal Majalla"/>
          <w:sz w:val="24"/>
          <w:szCs w:val="24"/>
          <w:rtl/>
        </w:rPr>
        <w:t>يؤمن</w:t>
      </w:r>
      <w:r w:rsidRPr="003E3418">
        <w:rPr>
          <w:rFonts w:ascii="Sakkal Majalla" w:hAnsi="Sakkal Majalla" w:cs="Sakkal Majalla"/>
          <w:sz w:val="24"/>
        </w:rPr>
        <w:t xml:space="preserve"> </w:t>
      </w:r>
      <w:r w:rsidRPr="003E3418">
        <w:rPr>
          <w:rFonts w:ascii="Sakkal Majalla" w:hAnsi="Sakkal Majalla" w:cs="Sakkal Majalla"/>
          <w:sz w:val="24"/>
          <w:szCs w:val="24"/>
          <w:rtl/>
        </w:rPr>
        <w:t>بأن</w:t>
      </w:r>
      <w:r w:rsidRPr="003E3418">
        <w:rPr>
          <w:rFonts w:ascii="Sakkal Majalla" w:hAnsi="Sakkal Majalla" w:cs="Sakkal Majalla"/>
          <w:sz w:val="24"/>
        </w:rPr>
        <w:t xml:space="preserve"> </w:t>
      </w:r>
      <w:r w:rsidRPr="003E3418">
        <w:rPr>
          <w:rFonts w:ascii="Sakkal Majalla" w:hAnsi="Sakkal Majalla" w:cs="Sakkal Majalla"/>
          <w:sz w:val="24"/>
          <w:szCs w:val="24"/>
          <w:rtl/>
        </w:rPr>
        <w:t>العلم</w:t>
      </w:r>
      <w:r w:rsidRPr="003E3418">
        <w:rPr>
          <w:rFonts w:ascii="Sakkal Majalla" w:hAnsi="Sakkal Majalla" w:cs="Sakkal Majalla"/>
          <w:sz w:val="24"/>
        </w:rPr>
        <w:t xml:space="preserve"> </w:t>
      </w:r>
      <w:r w:rsidRPr="003E3418">
        <w:rPr>
          <w:rFonts w:ascii="Sakkal Majalla" w:hAnsi="Sakkal Majalla" w:cs="Sakkal Majalla"/>
          <w:sz w:val="24"/>
          <w:szCs w:val="24"/>
          <w:rtl/>
        </w:rPr>
        <w:t>والمعرفة</w:t>
      </w:r>
      <w:r w:rsidRPr="003E3418">
        <w:rPr>
          <w:rFonts w:ascii="Sakkal Majalla" w:hAnsi="Sakkal Majalla" w:cs="Sakkal Majalla"/>
          <w:sz w:val="24"/>
        </w:rPr>
        <w:t xml:space="preserve"> </w:t>
      </w:r>
      <w:r w:rsidRPr="003E3418">
        <w:rPr>
          <w:rFonts w:ascii="Sakkal Majalla" w:hAnsi="Sakkal Majalla" w:cs="Sakkal Majalla"/>
          <w:sz w:val="24"/>
          <w:szCs w:val="24"/>
          <w:rtl/>
        </w:rPr>
        <w:t>هما</w:t>
      </w:r>
      <w:r w:rsidRPr="003E3418">
        <w:rPr>
          <w:rFonts w:ascii="Sakkal Majalla" w:hAnsi="Sakkal Majalla" w:cs="Sakkal Majalla"/>
          <w:sz w:val="24"/>
        </w:rPr>
        <w:t xml:space="preserve"> </w:t>
      </w:r>
      <w:r w:rsidRPr="003E3418">
        <w:rPr>
          <w:rFonts w:ascii="Sakkal Majalla" w:hAnsi="Sakkal Majalla" w:cs="Sakkal Majalla"/>
          <w:sz w:val="24"/>
          <w:szCs w:val="24"/>
          <w:rtl/>
        </w:rPr>
        <w:t>الطريق</w:t>
      </w:r>
      <w:r w:rsidRPr="003E3418">
        <w:rPr>
          <w:rFonts w:ascii="Sakkal Majalla" w:hAnsi="Sakkal Majalla" w:cs="Sakkal Majalla"/>
          <w:sz w:val="24"/>
        </w:rPr>
        <w:t xml:space="preserve"> </w:t>
      </w:r>
      <w:r w:rsidRPr="003E3418">
        <w:rPr>
          <w:rFonts w:ascii="Sakkal Majalla" w:hAnsi="Sakkal Majalla" w:cs="Sakkal Majalla"/>
          <w:sz w:val="24"/>
          <w:szCs w:val="24"/>
          <w:rtl/>
        </w:rPr>
        <w:t>الأمثل</w:t>
      </w:r>
      <w:r w:rsidRPr="003E3418">
        <w:rPr>
          <w:rFonts w:ascii="Sakkal Majalla" w:hAnsi="Sakkal Majalla" w:cs="Sakkal Majalla"/>
          <w:sz w:val="24"/>
        </w:rPr>
        <w:t xml:space="preserve"> </w:t>
      </w:r>
      <w:r w:rsidRPr="003E3418">
        <w:rPr>
          <w:rFonts w:ascii="Sakkal Majalla" w:hAnsi="Sakkal Majalla" w:cs="Sakkal Majalla"/>
          <w:sz w:val="24"/>
          <w:szCs w:val="24"/>
          <w:rtl/>
        </w:rPr>
        <w:t>نحو</w:t>
      </w:r>
      <w:r w:rsidRPr="003E3418">
        <w:rPr>
          <w:rFonts w:ascii="Sakkal Majalla" w:hAnsi="Sakkal Majalla" w:cs="Sakkal Majalla"/>
          <w:sz w:val="24"/>
        </w:rPr>
        <w:t xml:space="preserve"> </w:t>
      </w:r>
      <w:r w:rsidRPr="003E3418">
        <w:rPr>
          <w:rFonts w:ascii="Sakkal Majalla" w:hAnsi="Sakkal Majalla" w:cs="Sakkal Majalla"/>
          <w:sz w:val="24"/>
          <w:szCs w:val="24"/>
          <w:rtl/>
        </w:rPr>
        <w:t>تنمية</w:t>
      </w:r>
      <w:r w:rsidRPr="003E3418">
        <w:rPr>
          <w:rFonts w:ascii="Sakkal Majalla" w:hAnsi="Sakkal Majalla" w:cs="Sakkal Majalla"/>
          <w:sz w:val="24"/>
        </w:rPr>
        <w:t xml:space="preserve"> </w:t>
      </w:r>
      <w:r w:rsidRPr="003E3418">
        <w:rPr>
          <w:rFonts w:ascii="Sakkal Majalla" w:hAnsi="Sakkal Majalla" w:cs="Sakkal Majalla"/>
          <w:sz w:val="24"/>
          <w:szCs w:val="24"/>
          <w:rtl/>
        </w:rPr>
        <w:t>حقيقية</w:t>
      </w:r>
      <w:r w:rsidRPr="003E3418">
        <w:rPr>
          <w:rFonts w:ascii="Sakkal Majalla" w:hAnsi="Sakkal Majalla" w:cs="Sakkal Majalla"/>
          <w:sz w:val="24"/>
        </w:rPr>
        <w:t xml:space="preserve"> </w:t>
      </w:r>
      <w:r w:rsidRPr="003E3418">
        <w:rPr>
          <w:rFonts w:ascii="Sakkal Majalla" w:hAnsi="Sakkal Majalla" w:cs="Sakkal Majalla"/>
          <w:sz w:val="24"/>
          <w:szCs w:val="24"/>
          <w:rtl/>
        </w:rPr>
        <w:t>تصل</w:t>
      </w:r>
      <w:r w:rsidRPr="003E3418">
        <w:rPr>
          <w:rFonts w:ascii="Sakkal Majalla" w:hAnsi="Sakkal Majalla" w:cs="Sakkal Majalla"/>
          <w:sz w:val="24"/>
        </w:rPr>
        <w:t xml:space="preserve"> </w:t>
      </w:r>
      <w:r w:rsidRPr="003E3418">
        <w:rPr>
          <w:rFonts w:ascii="Sakkal Majalla" w:hAnsi="Sakkal Majalla" w:cs="Sakkal Majalla"/>
          <w:sz w:val="24"/>
          <w:szCs w:val="24"/>
          <w:rtl/>
        </w:rPr>
        <w:t>فوائدها</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كل</w:t>
      </w:r>
      <w:r w:rsidRPr="003E3418">
        <w:rPr>
          <w:rFonts w:ascii="Sakkal Majalla" w:hAnsi="Sakkal Majalla" w:cs="Sakkal Majalla"/>
          <w:sz w:val="24"/>
        </w:rPr>
        <w:t xml:space="preserve"> </w:t>
      </w:r>
      <w:r w:rsidRPr="003E3418">
        <w:rPr>
          <w:rFonts w:ascii="Sakkal Majalla" w:hAnsi="Sakkal Majalla" w:cs="Sakkal Majalla"/>
          <w:sz w:val="24"/>
          <w:szCs w:val="24"/>
          <w:rtl/>
        </w:rPr>
        <w:t>إنسان</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وتُسهم</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كسر</w:t>
      </w:r>
      <w:r w:rsidRPr="003E3418">
        <w:rPr>
          <w:rFonts w:ascii="Sakkal Majalla" w:hAnsi="Sakkal Majalla" w:cs="Sakkal Majalla"/>
          <w:sz w:val="24"/>
        </w:rPr>
        <w:t xml:space="preserve"> </w:t>
      </w:r>
      <w:r w:rsidRPr="003E3418">
        <w:rPr>
          <w:rFonts w:ascii="Sakkal Majalla" w:hAnsi="Sakkal Majalla" w:cs="Sakkal Majalla"/>
          <w:sz w:val="24"/>
          <w:szCs w:val="24"/>
          <w:rtl/>
        </w:rPr>
        <w:t>دورة</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والفساد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طال</w:t>
      </w:r>
      <w:r w:rsidRPr="003E3418">
        <w:rPr>
          <w:rFonts w:ascii="Sakkal Majalla" w:hAnsi="Sakkal Majalla" w:cs="Sakkal Majalla"/>
          <w:sz w:val="24"/>
        </w:rPr>
        <w:t xml:space="preserve"> </w:t>
      </w:r>
      <w:r w:rsidRPr="003E3418">
        <w:rPr>
          <w:rFonts w:ascii="Sakkal Majalla" w:hAnsi="Sakkal Majalla" w:cs="Sakkal Majalla"/>
          <w:sz w:val="24"/>
          <w:szCs w:val="24"/>
          <w:rtl/>
        </w:rPr>
        <w:t>أمدها</w:t>
      </w:r>
      <w:r w:rsidRPr="003E3418">
        <w:rPr>
          <w:rFonts w:ascii="Sakkal Majalla" w:hAnsi="Sakkal Majalla" w:cs="Sakkal Majalla"/>
          <w:sz w:val="24"/>
        </w:rPr>
        <w:t>.</w:t>
      </w:r>
    </w:p>
    <w:p w14:paraId="55AC2D6D" w14:textId="77777777" w:rsidR="003E3418" w:rsidRPr="003E3418" w:rsidRDefault="003E3418" w:rsidP="003E3418">
      <w:pPr>
        <w:spacing w:before="80" w:after="80"/>
        <w:rPr>
          <w:rFonts w:ascii="Sakkal Majalla" w:hAnsi="Sakkal Majalla" w:cs="Sakkal Majalla"/>
        </w:rPr>
      </w:pPr>
    </w:p>
    <w:p w14:paraId="4957988C" w14:textId="77777777" w:rsidR="003E3418" w:rsidRPr="003E3418" w:rsidRDefault="003E3418" w:rsidP="003E3418">
      <w:pPr>
        <w:spacing w:before="80" w:after="80"/>
        <w:rPr>
          <w:rFonts w:ascii="Sakkal Majalla" w:hAnsi="Sakkal Majalla" w:cs="Sakkal Majalla"/>
        </w:rPr>
      </w:pPr>
    </w:p>
    <w:p w14:paraId="4084068E" w14:textId="77777777" w:rsidR="003E3418" w:rsidRPr="003E3418" w:rsidRDefault="003E3418" w:rsidP="003E3418">
      <w:pPr>
        <w:bidi/>
        <w:rPr>
          <w:rFonts w:ascii="Sakkal Majalla" w:hAnsi="Sakkal Majalla" w:cs="Sakkal Majalla"/>
        </w:rPr>
      </w:pPr>
      <w:r w:rsidRPr="003E3418">
        <w:rPr>
          <w:rFonts w:ascii="Sakkal Majalla" w:hAnsi="Sakkal Majalla" w:cs="Sakkal Majalla"/>
          <w:b/>
          <w:bCs/>
          <w:sz w:val="24"/>
          <w:szCs w:val="24"/>
          <w:rtl/>
        </w:rPr>
        <w:t>الباحث</w:t>
      </w:r>
    </w:p>
    <w:p w14:paraId="23FC4B4E" w14:textId="77777777" w:rsidR="003E3418" w:rsidRPr="003E3418" w:rsidRDefault="003E3418" w:rsidP="003E3418">
      <w:pPr>
        <w:bidi/>
        <w:rPr>
          <w:rFonts w:ascii="Sakkal Majalla" w:hAnsi="Sakkal Majalla" w:cs="Sakkal Majalla"/>
        </w:rPr>
      </w:pPr>
      <w:r w:rsidRPr="003E3418">
        <w:rPr>
          <w:rFonts w:ascii="Sakkal Majalla" w:hAnsi="Sakkal Majalla" w:cs="Sakkal Majalla"/>
          <w:sz w:val="24"/>
          <w:szCs w:val="24"/>
          <w:rtl/>
        </w:rPr>
        <w:t>ماجد</w:t>
      </w:r>
      <w:r w:rsidRPr="003E3418">
        <w:rPr>
          <w:rFonts w:ascii="Sakkal Majalla" w:hAnsi="Sakkal Majalla" w:cs="Sakkal Majalla"/>
          <w:sz w:val="24"/>
        </w:rPr>
        <w:t xml:space="preserve"> </w:t>
      </w:r>
      <w:r w:rsidRPr="003E3418">
        <w:rPr>
          <w:rFonts w:ascii="Sakkal Majalla" w:hAnsi="Sakkal Majalla" w:cs="Sakkal Majalla"/>
          <w:sz w:val="24"/>
          <w:szCs w:val="24"/>
          <w:rtl/>
        </w:rPr>
        <w:t>أحمد</w:t>
      </w:r>
      <w:r w:rsidRPr="003E3418">
        <w:rPr>
          <w:rFonts w:ascii="Sakkal Majalla" w:hAnsi="Sakkal Majalla" w:cs="Sakkal Majalla"/>
          <w:sz w:val="24"/>
        </w:rPr>
        <w:t xml:space="preserve"> </w:t>
      </w:r>
      <w:r w:rsidRPr="003E3418">
        <w:rPr>
          <w:rFonts w:ascii="Sakkal Majalla" w:hAnsi="Sakkal Majalla" w:cs="Sakkal Majalla"/>
          <w:sz w:val="24"/>
          <w:szCs w:val="24"/>
          <w:rtl/>
        </w:rPr>
        <w:t>محمد</w:t>
      </w:r>
      <w:r w:rsidRPr="003E3418">
        <w:rPr>
          <w:rFonts w:ascii="Sakkal Majalla" w:hAnsi="Sakkal Majalla" w:cs="Sakkal Majalla"/>
          <w:sz w:val="24"/>
        </w:rPr>
        <w:t xml:space="preserve"> </w:t>
      </w:r>
      <w:r w:rsidRPr="003E3418">
        <w:rPr>
          <w:rFonts w:ascii="Sakkal Majalla" w:hAnsi="Sakkal Majalla" w:cs="Sakkal Majalla"/>
          <w:sz w:val="24"/>
          <w:szCs w:val="24"/>
          <w:rtl/>
        </w:rPr>
        <w:t>الدرع</w:t>
      </w:r>
    </w:p>
    <w:p w14:paraId="20E1C162" w14:textId="77777777" w:rsidR="003E3418" w:rsidRPr="003E3418" w:rsidRDefault="003E3418" w:rsidP="003E3418">
      <w:pPr>
        <w:rPr>
          <w:rFonts w:ascii="Sakkal Majalla" w:hAnsi="Sakkal Majalla" w:cs="Sakkal Majalla"/>
        </w:rPr>
      </w:pPr>
      <w:r w:rsidRPr="003E3418">
        <w:rPr>
          <w:rFonts w:ascii="Sakkal Majalla" w:hAnsi="Sakkal Majalla" w:cs="Sakkal Majalla"/>
        </w:rPr>
        <w:br w:type="page"/>
      </w:r>
    </w:p>
    <w:p w14:paraId="0FC4A279" w14:textId="77777777" w:rsidR="003E3418" w:rsidRPr="003E3418" w:rsidRDefault="003E3418" w:rsidP="003E3418">
      <w:pPr>
        <w:pBdr>
          <w:bottom w:val="single" w:sz="6" w:space="4" w:color="1A3A6B"/>
        </w:pBdr>
        <w:bidi/>
        <w:spacing w:before="360" w:line="360" w:lineRule="exact"/>
        <w:rPr>
          <w:rFonts w:ascii="Sakkal Majalla" w:hAnsi="Sakkal Majalla" w:cs="Sakkal Majalla"/>
        </w:rPr>
      </w:pPr>
      <w:r w:rsidRPr="003E3418">
        <w:rPr>
          <w:rFonts w:ascii="Sakkal Majalla" w:hAnsi="Sakkal Majalla" w:cs="Sakkal Majalla"/>
          <w:b/>
          <w:bCs/>
          <w:sz w:val="30"/>
          <w:szCs w:val="30"/>
          <w:rtl/>
        </w:rPr>
        <w:lastRenderedPageBreak/>
        <w:t>فهرس</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الموضوعات</w:t>
      </w:r>
    </w:p>
    <w:p w14:paraId="0599B595"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الشكر</w:t>
      </w:r>
      <w:r w:rsidRPr="003E3418">
        <w:rPr>
          <w:rFonts w:ascii="Sakkal Majalla" w:hAnsi="Sakkal Majalla" w:cs="Sakkal Majalla"/>
        </w:rPr>
        <w:t xml:space="preserve"> </w:t>
      </w:r>
      <w:r w:rsidRPr="003E3418">
        <w:rPr>
          <w:rFonts w:ascii="Sakkal Majalla" w:hAnsi="Sakkal Majalla" w:cs="Sakkal Majalla"/>
          <w:rtl/>
        </w:rPr>
        <w:t>والتقدير</w:t>
      </w:r>
      <w:r w:rsidRPr="003E3418">
        <w:rPr>
          <w:rFonts w:ascii="Sakkal Majalla" w:hAnsi="Sakkal Majalla" w:cs="Sakkal Majalla"/>
        </w:rPr>
        <w:t xml:space="preserve">  ..................................................  </w:t>
      </w:r>
      <w:r w:rsidRPr="003E3418">
        <w:rPr>
          <w:rFonts w:ascii="Sakkal Majalla" w:hAnsi="Sakkal Majalla" w:cs="Sakkal Majalla"/>
          <w:rtl/>
        </w:rPr>
        <w:t>أ</w:t>
      </w:r>
    </w:p>
    <w:p w14:paraId="74D7BC63"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فهرس</w:t>
      </w:r>
      <w:r w:rsidRPr="003E3418">
        <w:rPr>
          <w:rFonts w:ascii="Sakkal Majalla" w:hAnsi="Sakkal Majalla" w:cs="Sakkal Majalla"/>
        </w:rPr>
        <w:t xml:space="preserve"> </w:t>
      </w:r>
      <w:r w:rsidRPr="003E3418">
        <w:rPr>
          <w:rFonts w:ascii="Sakkal Majalla" w:hAnsi="Sakkal Majalla" w:cs="Sakkal Majalla"/>
          <w:rtl/>
        </w:rPr>
        <w:t>الموضوعات</w:t>
      </w:r>
      <w:r w:rsidRPr="003E3418">
        <w:rPr>
          <w:rFonts w:ascii="Sakkal Majalla" w:hAnsi="Sakkal Majalla" w:cs="Sakkal Majalla"/>
        </w:rPr>
        <w:t xml:space="preserve">  ..................................................  </w:t>
      </w:r>
      <w:r w:rsidRPr="003E3418">
        <w:rPr>
          <w:rFonts w:ascii="Sakkal Majalla" w:hAnsi="Sakkal Majalla" w:cs="Sakkal Majalla"/>
          <w:rtl/>
        </w:rPr>
        <w:t>ب</w:t>
      </w:r>
    </w:p>
    <w:p w14:paraId="13632910"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فهرس</w:t>
      </w:r>
      <w:r w:rsidRPr="003E3418">
        <w:rPr>
          <w:rFonts w:ascii="Sakkal Majalla" w:hAnsi="Sakkal Majalla" w:cs="Sakkal Majalla"/>
        </w:rPr>
        <w:t xml:space="preserve"> </w:t>
      </w:r>
      <w:r w:rsidRPr="003E3418">
        <w:rPr>
          <w:rFonts w:ascii="Sakkal Majalla" w:hAnsi="Sakkal Majalla" w:cs="Sakkal Majalla"/>
          <w:rtl/>
        </w:rPr>
        <w:t>الجداول</w:t>
      </w:r>
      <w:r w:rsidRPr="003E3418">
        <w:rPr>
          <w:rFonts w:ascii="Sakkal Majalla" w:hAnsi="Sakkal Majalla" w:cs="Sakkal Majalla"/>
        </w:rPr>
        <w:t xml:space="preserve"> </w:t>
      </w:r>
      <w:r w:rsidRPr="003E3418">
        <w:rPr>
          <w:rFonts w:ascii="Sakkal Majalla" w:hAnsi="Sakkal Majalla" w:cs="Sakkal Majalla"/>
          <w:rtl/>
        </w:rPr>
        <w:t>والأشكال</w:t>
      </w:r>
      <w:r w:rsidRPr="003E3418">
        <w:rPr>
          <w:rFonts w:ascii="Sakkal Majalla" w:hAnsi="Sakkal Majalla" w:cs="Sakkal Majalla"/>
        </w:rPr>
        <w:t xml:space="preserve">  ..................................................  </w:t>
      </w:r>
      <w:r w:rsidRPr="003E3418">
        <w:rPr>
          <w:rFonts w:ascii="Sakkal Majalla" w:hAnsi="Sakkal Majalla" w:cs="Sakkal Majalla"/>
          <w:rtl/>
        </w:rPr>
        <w:t>ج</w:t>
      </w:r>
    </w:p>
    <w:p w14:paraId="5E2B1178"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الملخص</w:t>
      </w:r>
      <w:r w:rsidRPr="003E3418">
        <w:rPr>
          <w:rFonts w:ascii="Sakkal Majalla" w:hAnsi="Sakkal Majalla" w:cs="Sakkal Majalla"/>
        </w:rPr>
        <w:t xml:space="preserve"> </w:t>
      </w:r>
      <w:r w:rsidRPr="003E3418">
        <w:rPr>
          <w:rFonts w:ascii="Sakkal Majalla" w:hAnsi="Sakkal Majalla" w:cs="Sakkal Majalla"/>
          <w:rtl/>
        </w:rPr>
        <w:t>العربي</w:t>
      </w:r>
      <w:r w:rsidRPr="003E3418">
        <w:rPr>
          <w:rFonts w:ascii="Sakkal Majalla" w:hAnsi="Sakkal Majalla" w:cs="Sakkal Majalla"/>
        </w:rPr>
        <w:t xml:space="preserve">  ..................................................  </w:t>
      </w:r>
      <w:r w:rsidRPr="003E3418">
        <w:rPr>
          <w:rFonts w:ascii="Sakkal Majalla" w:hAnsi="Sakkal Majalla" w:cs="Sakkal Majalla"/>
          <w:rtl/>
        </w:rPr>
        <w:t>د</w:t>
      </w:r>
    </w:p>
    <w:p w14:paraId="354A0D73"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Abstract (English)  ..................................................  </w:t>
      </w:r>
      <w:r w:rsidRPr="003E3418">
        <w:rPr>
          <w:rFonts w:ascii="Sakkal Majalla" w:hAnsi="Sakkal Majalla" w:cs="Sakkal Majalla"/>
          <w:rtl/>
        </w:rPr>
        <w:t>هـ</w:t>
      </w:r>
    </w:p>
    <w:p w14:paraId="74F2BAFB" w14:textId="77777777" w:rsidR="003E3418" w:rsidRPr="003E3418" w:rsidRDefault="003E3418" w:rsidP="003E3418">
      <w:pPr>
        <w:spacing w:before="80" w:after="80"/>
        <w:rPr>
          <w:rFonts w:ascii="Sakkal Majalla" w:hAnsi="Sakkal Majalla" w:cs="Sakkal Majalla"/>
        </w:rPr>
      </w:pPr>
    </w:p>
    <w:p w14:paraId="1EFC36F5" w14:textId="77777777" w:rsidR="003E3418" w:rsidRPr="003E3418" w:rsidRDefault="003E3418" w:rsidP="003E3418">
      <w:pPr>
        <w:bidi/>
        <w:rPr>
          <w:rFonts w:ascii="Sakkal Majalla" w:hAnsi="Sakkal Majalla" w:cs="Sakkal Majalla"/>
        </w:rPr>
      </w:pPr>
      <w:r w:rsidRPr="003E3418">
        <w:rPr>
          <w:rFonts w:ascii="Sakkal Majalla" w:hAnsi="Sakkal Majalla" w:cs="Sakkal Majalla"/>
          <w:b/>
          <w:bCs/>
          <w:sz w:val="24"/>
          <w:szCs w:val="24"/>
          <w:rtl/>
        </w:rPr>
        <w:t>الفصل</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الأول</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المقدمة</w:t>
      </w:r>
    </w:p>
    <w:p w14:paraId="4CD50D93"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1.1 </w:t>
      </w:r>
      <w:r w:rsidRPr="003E3418">
        <w:rPr>
          <w:rFonts w:ascii="Sakkal Majalla" w:hAnsi="Sakkal Majalla" w:cs="Sakkal Majalla"/>
          <w:rtl/>
        </w:rPr>
        <w:t>المقدمة</w:t>
      </w:r>
      <w:r w:rsidRPr="003E3418">
        <w:rPr>
          <w:rFonts w:ascii="Sakkal Majalla" w:hAnsi="Sakkal Majalla" w:cs="Sakkal Majalla"/>
        </w:rPr>
        <w:t xml:space="preserve">  ..................................................  1</w:t>
      </w:r>
    </w:p>
    <w:p w14:paraId="24769F90"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1.2 </w:t>
      </w:r>
      <w:r w:rsidRPr="003E3418">
        <w:rPr>
          <w:rFonts w:ascii="Sakkal Majalla" w:hAnsi="Sakkal Majalla" w:cs="Sakkal Majalla"/>
          <w:rtl/>
        </w:rPr>
        <w:t>مشكلة</w:t>
      </w:r>
      <w:r w:rsidRPr="003E3418">
        <w:rPr>
          <w:rFonts w:ascii="Sakkal Majalla" w:hAnsi="Sakkal Majalla" w:cs="Sakkal Majalla"/>
        </w:rPr>
        <w:t xml:space="preserve"> </w:t>
      </w:r>
      <w:r w:rsidRPr="003E3418">
        <w:rPr>
          <w:rFonts w:ascii="Sakkal Majalla" w:hAnsi="Sakkal Majalla" w:cs="Sakkal Majalla"/>
          <w:rtl/>
        </w:rPr>
        <w:t>الدراسة</w:t>
      </w:r>
      <w:r w:rsidRPr="003E3418">
        <w:rPr>
          <w:rFonts w:ascii="Sakkal Majalla" w:hAnsi="Sakkal Majalla" w:cs="Sakkal Majalla"/>
        </w:rPr>
        <w:t xml:space="preserve">  ..................................................  3</w:t>
      </w:r>
    </w:p>
    <w:p w14:paraId="75D42503"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1.3 </w:t>
      </w:r>
      <w:r w:rsidRPr="003E3418">
        <w:rPr>
          <w:rFonts w:ascii="Sakkal Majalla" w:hAnsi="Sakkal Majalla" w:cs="Sakkal Majalla"/>
          <w:rtl/>
        </w:rPr>
        <w:t>أهمية</w:t>
      </w:r>
      <w:r w:rsidRPr="003E3418">
        <w:rPr>
          <w:rFonts w:ascii="Sakkal Majalla" w:hAnsi="Sakkal Majalla" w:cs="Sakkal Majalla"/>
        </w:rPr>
        <w:t xml:space="preserve"> </w:t>
      </w:r>
      <w:r w:rsidRPr="003E3418">
        <w:rPr>
          <w:rFonts w:ascii="Sakkal Majalla" w:hAnsi="Sakkal Majalla" w:cs="Sakkal Majalla"/>
          <w:rtl/>
        </w:rPr>
        <w:t>الدراسة</w:t>
      </w:r>
      <w:r w:rsidRPr="003E3418">
        <w:rPr>
          <w:rFonts w:ascii="Sakkal Majalla" w:hAnsi="Sakkal Majalla" w:cs="Sakkal Majalla"/>
        </w:rPr>
        <w:t xml:space="preserve">  ..................................................  5</w:t>
      </w:r>
    </w:p>
    <w:p w14:paraId="669CCBCA"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1.4 </w:t>
      </w:r>
      <w:r w:rsidRPr="003E3418">
        <w:rPr>
          <w:rFonts w:ascii="Sakkal Majalla" w:hAnsi="Sakkal Majalla" w:cs="Sakkal Majalla"/>
          <w:rtl/>
        </w:rPr>
        <w:t>أهداف</w:t>
      </w:r>
      <w:r w:rsidRPr="003E3418">
        <w:rPr>
          <w:rFonts w:ascii="Sakkal Majalla" w:hAnsi="Sakkal Majalla" w:cs="Sakkal Majalla"/>
        </w:rPr>
        <w:t xml:space="preserve"> </w:t>
      </w:r>
      <w:r w:rsidRPr="003E3418">
        <w:rPr>
          <w:rFonts w:ascii="Sakkal Majalla" w:hAnsi="Sakkal Majalla" w:cs="Sakkal Majalla"/>
          <w:rtl/>
        </w:rPr>
        <w:t>الدراسة</w:t>
      </w:r>
      <w:r w:rsidRPr="003E3418">
        <w:rPr>
          <w:rFonts w:ascii="Sakkal Majalla" w:hAnsi="Sakkal Majalla" w:cs="Sakkal Majalla"/>
        </w:rPr>
        <w:t xml:space="preserve">  ..................................................  7</w:t>
      </w:r>
    </w:p>
    <w:p w14:paraId="2842ED36"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1.5 </w:t>
      </w:r>
      <w:r w:rsidRPr="003E3418">
        <w:rPr>
          <w:rFonts w:ascii="Sakkal Majalla" w:hAnsi="Sakkal Majalla" w:cs="Sakkal Majalla"/>
          <w:rtl/>
        </w:rPr>
        <w:t>تساؤلات</w:t>
      </w:r>
      <w:r w:rsidRPr="003E3418">
        <w:rPr>
          <w:rFonts w:ascii="Sakkal Majalla" w:hAnsi="Sakkal Majalla" w:cs="Sakkal Majalla"/>
        </w:rPr>
        <w:t xml:space="preserve"> </w:t>
      </w:r>
      <w:r w:rsidRPr="003E3418">
        <w:rPr>
          <w:rFonts w:ascii="Sakkal Majalla" w:hAnsi="Sakkal Majalla" w:cs="Sakkal Majalla"/>
          <w:rtl/>
        </w:rPr>
        <w:t>الدراسة</w:t>
      </w:r>
      <w:r w:rsidRPr="003E3418">
        <w:rPr>
          <w:rFonts w:ascii="Sakkal Majalla" w:hAnsi="Sakkal Majalla" w:cs="Sakkal Majalla"/>
        </w:rPr>
        <w:t xml:space="preserve">  ..................................................  8</w:t>
      </w:r>
    </w:p>
    <w:p w14:paraId="2A92E884"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1.6 </w:t>
      </w:r>
      <w:r w:rsidRPr="003E3418">
        <w:rPr>
          <w:rFonts w:ascii="Sakkal Majalla" w:hAnsi="Sakkal Majalla" w:cs="Sakkal Majalla"/>
          <w:rtl/>
        </w:rPr>
        <w:t>فروض</w:t>
      </w:r>
      <w:r w:rsidRPr="003E3418">
        <w:rPr>
          <w:rFonts w:ascii="Sakkal Majalla" w:hAnsi="Sakkal Majalla" w:cs="Sakkal Majalla"/>
        </w:rPr>
        <w:t xml:space="preserve"> </w:t>
      </w:r>
      <w:r w:rsidRPr="003E3418">
        <w:rPr>
          <w:rFonts w:ascii="Sakkal Majalla" w:hAnsi="Sakkal Majalla" w:cs="Sakkal Majalla"/>
          <w:rtl/>
        </w:rPr>
        <w:t>الدراسة</w:t>
      </w:r>
      <w:r w:rsidRPr="003E3418">
        <w:rPr>
          <w:rFonts w:ascii="Sakkal Majalla" w:hAnsi="Sakkal Majalla" w:cs="Sakkal Majalla"/>
        </w:rPr>
        <w:t xml:space="preserve">  ..................................................  9</w:t>
      </w:r>
    </w:p>
    <w:p w14:paraId="60EED6C2"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1.7 </w:t>
      </w:r>
      <w:r w:rsidRPr="003E3418">
        <w:rPr>
          <w:rFonts w:ascii="Sakkal Majalla" w:hAnsi="Sakkal Majalla" w:cs="Sakkal Majalla"/>
          <w:rtl/>
        </w:rPr>
        <w:t>التعريفات</w:t>
      </w:r>
      <w:r w:rsidRPr="003E3418">
        <w:rPr>
          <w:rFonts w:ascii="Sakkal Majalla" w:hAnsi="Sakkal Majalla" w:cs="Sakkal Majalla"/>
        </w:rPr>
        <w:t xml:space="preserve"> </w:t>
      </w:r>
      <w:r w:rsidRPr="003E3418">
        <w:rPr>
          <w:rFonts w:ascii="Sakkal Majalla" w:hAnsi="Sakkal Majalla" w:cs="Sakkal Majalla"/>
          <w:rtl/>
        </w:rPr>
        <w:t>الإجرائية</w:t>
      </w:r>
      <w:r w:rsidRPr="003E3418">
        <w:rPr>
          <w:rFonts w:ascii="Sakkal Majalla" w:hAnsi="Sakkal Majalla" w:cs="Sakkal Majalla"/>
        </w:rPr>
        <w:t xml:space="preserve">  ..................................................  11</w:t>
      </w:r>
    </w:p>
    <w:p w14:paraId="45B1C344"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1.8 </w:t>
      </w:r>
      <w:r w:rsidRPr="003E3418">
        <w:rPr>
          <w:rFonts w:ascii="Sakkal Majalla" w:hAnsi="Sakkal Majalla" w:cs="Sakkal Majalla"/>
          <w:rtl/>
        </w:rPr>
        <w:t>الإطار</w:t>
      </w:r>
      <w:r w:rsidRPr="003E3418">
        <w:rPr>
          <w:rFonts w:ascii="Sakkal Majalla" w:hAnsi="Sakkal Majalla" w:cs="Sakkal Majalla"/>
        </w:rPr>
        <w:t xml:space="preserve"> </w:t>
      </w:r>
      <w:r w:rsidRPr="003E3418">
        <w:rPr>
          <w:rFonts w:ascii="Sakkal Majalla" w:hAnsi="Sakkal Majalla" w:cs="Sakkal Majalla"/>
          <w:rtl/>
        </w:rPr>
        <w:t>النظري</w:t>
      </w:r>
      <w:r w:rsidRPr="003E3418">
        <w:rPr>
          <w:rFonts w:ascii="Sakkal Majalla" w:hAnsi="Sakkal Majalla" w:cs="Sakkal Majalla"/>
        </w:rPr>
        <w:t xml:space="preserve">  ..................................................  13</w:t>
      </w:r>
    </w:p>
    <w:p w14:paraId="4F9CEC08" w14:textId="77777777" w:rsidR="003E3418" w:rsidRPr="003E3418" w:rsidRDefault="003E3418" w:rsidP="003E3418">
      <w:pPr>
        <w:spacing w:before="80" w:after="80"/>
        <w:rPr>
          <w:rFonts w:ascii="Sakkal Majalla" w:hAnsi="Sakkal Majalla" w:cs="Sakkal Majalla"/>
        </w:rPr>
      </w:pPr>
    </w:p>
    <w:p w14:paraId="5217D110" w14:textId="77777777" w:rsidR="003E3418" w:rsidRPr="003E3418" w:rsidRDefault="003E3418" w:rsidP="003E3418">
      <w:pPr>
        <w:bidi/>
        <w:rPr>
          <w:rFonts w:ascii="Sakkal Majalla" w:hAnsi="Sakkal Majalla" w:cs="Sakkal Majalla"/>
        </w:rPr>
      </w:pPr>
      <w:r w:rsidRPr="003E3418">
        <w:rPr>
          <w:rFonts w:ascii="Sakkal Majalla" w:hAnsi="Sakkal Majalla" w:cs="Sakkal Majalla"/>
          <w:b/>
          <w:bCs/>
          <w:sz w:val="24"/>
          <w:szCs w:val="24"/>
          <w:rtl/>
        </w:rPr>
        <w:t>الفصل</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الثاني</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الدراسات</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السابقة</w:t>
      </w:r>
    </w:p>
    <w:p w14:paraId="76BC2AB3"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2.1 </w:t>
      </w:r>
      <w:r w:rsidRPr="003E3418">
        <w:rPr>
          <w:rFonts w:ascii="Sakkal Majalla" w:hAnsi="Sakkal Majalla" w:cs="Sakkal Majalla"/>
          <w:rtl/>
        </w:rPr>
        <w:t>مقدمة</w:t>
      </w:r>
      <w:r w:rsidRPr="003E3418">
        <w:rPr>
          <w:rFonts w:ascii="Sakkal Majalla" w:hAnsi="Sakkal Majalla" w:cs="Sakkal Majalla"/>
        </w:rPr>
        <w:t xml:space="preserve"> </w:t>
      </w:r>
      <w:r w:rsidRPr="003E3418">
        <w:rPr>
          <w:rFonts w:ascii="Sakkal Majalla" w:hAnsi="Sakkal Majalla" w:cs="Sakkal Majalla"/>
          <w:rtl/>
        </w:rPr>
        <w:t>الفصل</w:t>
      </w:r>
      <w:r w:rsidRPr="003E3418">
        <w:rPr>
          <w:rFonts w:ascii="Sakkal Majalla" w:hAnsi="Sakkal Majalla" w:cs="Sakkal Majalla"/>
        </w:rPr>
        <w:t xml:space="preserve">  ..................................................  18</w:t>
      </w:r>
    </w:p>
    <w:p w14:paraId="2BBF17B4"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2.2 </w:t>
      </w:r>
      <w:r w:rsidRPr="003E3418">
        <w:rPr>
          <w:rFonts w:ascii="Sakkal Majalla" w:hAnsi="Sakkal Majalla" w:cs="Sakkal Majalla"/>
          <w:rtl/>
        </w:rPr>
        <w:t>المتغير</w:t>
      </w:r>
      <w:r w:rsidRPr="003E3418">
        <w:rPr>
          <w:rFonts w:ascii="Sakkal Majalla" w:hAnsi="Sakkal Majalla" w:cs="Sakkal Majalla"/>
        </w:rPr>
        <w:t xml:space="preserve"> </w:t>
      </w:r>
      <w:r w:rsidRPr="003E3418">
        <w:rPr>
          <w:rFonts w:ascii="Sakkal Majalla" w:hAnsi="Sakkal Majalla" w:cs="Sakkal Majalla"/>
          <w:rtl/>
        </w:rPr>
        <w:t>المستقل</w:t>
      </w:r>
      <w:r w:rsidRPr="003E3418">
        <w:rPr>
          <w:rFonts w:ascii="Sakkal Majalla" w:hAnsi="Sakkal Majalla" w:cs="Sakkal Majalla"/>
        </w:rPr>
        <w:t xml:space="preserve">: </w:t>
      </w:r>
      <w:r w:rsidRPr="003E3418">
        <w:rPr>
          <w:rFonts w:ascii="Sakkal Majalla" w:hAnsi="Sakkal Majalla" w:cs="Sakkal Majalla"/>
          <w:rtl/>
        </w:rPr>
        <w:t>الفساد</w:t>
      </w:r>
      <w:r w:rsidRPr="003E3418">
        <w:rPr>
          <w:rFonts w:ascii="Sakkal Majalla" w:hAnsi="Sakkal Majalla" w:cs="Sakkal Majalla"/>
        </w:rPr>
        <w:t xml:space="preserve">  ..................................................  18</w:t>
      </w:r>
    </w:p>
    <w:p w14:paraId="5CFD25D6"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2.3 </w:t>
      </w:r>
      <w:r w:rsidRPr="003E3418">
        <w:rPr>
          <w:rFonts w:ascii="Sakkal Majalla" w:hAnsi="Sakkal Majalla" w:cs="Sakkal Majalla"/>
          <w:rtl/>
        </w:rPr>
        <w:t>المتغيرات</w:t>
      </w:r>
      <w:r w:rsidRPr="003E3418">
        <w:rPr>
          <w:rFonts w:ascii="Sakkal Majalla" w:hAnsi="Sakkal Majalla" w:cs="Sakkal Majalla"/>
        </w:rPr>
        <w:t xml:space="preserve"> </w:t>
      </w:r>
      <w:r w:rsidRPr="003E3418">
        <w:rPr>
          <w:rFonts w:ascii="Sakkal Majalla" w:hAnsi="Sakkal Majalla" w:cs="Sakkal Majalla"/>
          <w:rtl/>
        </w:rPr>
        <w:t>التابعة</w:t>
      </w:r>
      <w:r w:rsidRPr="003E3418">
        <w:rPr>
          <w:rFonts w:ascii="Sakkal Majalla" w:hAnsi="Sakkal Majalla" w:cs="Sakkal Majalla"/>
        </w:rPr>
        <w:t xml:space="preserve">: </w:t>
      </w:r>
      <w:r w:rsidRPr="003E3418">
        <w:rPr>
          <w:rFonts w:ascii="Sakkal Majalla" w:hAnsi="Sakkal Majalla" w:cs="Sakkal Majalla"/>
          <w:rtl/>
        </w:rPr>
        <w:t>النمو</w:t>
      </w:r>
      <w:r w:rsidRPr="003E3418">
        <w:rPr>
          <w:rFonts w:ascii="Sakkal Majalla" w:hAnsi="Sakkal Majalla" w:cs="Sakkal Majalla"/>
        </w:rPr>
        <w:t xml:space="preserve"> </w:t>
      </w:r>
      <w:r w:rsidRPr="003E3418">
        <w:rPr>
          <w:rFonts w:ascii="Sakkal Majalla" w:hAnsi="Sakkal Majalla" w:cs="Sakkal Majalla"/>
          <w:rtl/>
        </w:rPr>
        <w:t>والفقر</w:t>
      </w:r>
      <w:r w:rsidRPr="003E3418">
        <w:rPr>
          <w:rFonts w:ascii="Sakkal Majalla" w:hAnsi="Sakkal Majalla" w:cs="Sakkal Majalla"/>
        </w:rPr>
        <w:t xml:space="preserve">  ..................................................  21</w:t>
      </w:r>
    </w:p>
    <w:p w14:paraId="76A16D96"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2.4 </w:t>
      </w:r>
      <w:r w:rsidRPr="003E3418">
        <w:rPr>
          <w:rFonts w:ascii="Sakkal Majalla" w:hAnsi="Sakkal Majalla" w:cs="Sakkal Majalla"/>
          <w:rtl/>
        </w:rPr>
        <w:t>الدراسات</w:t>
      </w:r>
      <w:r w:rsidRPr="003E3418">
        <w:rPr>
          <w:rFonts w:ascii="Sakkal Majalla" w:hAnsi="Sakkal Majalla" w:cs="Sakkal Majalla"/>
        </w:rPr>
        <w:t xml:space="preserve"> </w:t>
      </w:r>
      <w:r w:rsidRPr="003E3418">
        <w:rPr>
          <w:rFonts w:ascii="Sakkal Majalla" w:hAnsi="Sakkal Majalla" w:cs="Sakkal Majalla"/>
          <w:rtl/>
        </w:rPr>
        <w:t>السابقة</w:t>
      </w:r>
      <w:r w:rsidRPr="003E3418">
        <w:rPr>
          <w:rFonts w:ascii="Sakkal Majalla" w:hAnsi="Sakkal Majalla" w:cs="Sakkal Majalla"/>
        </w:rPr>
        <w:t xml:space="preserve">  ..................................................  24</w:t>
      </w:r>
    </w:p>
    <w:p w14:paraId="29F61472"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2.5 </w:t>
      </w:r>
      <w:r w:rsidRPr="003E3418">
        <w:rPr>
          <w:rFonts w:ascii="Sakkal Majalla" w:hAnsi="Sakkal Majalla" w:cs="Sakkal Majalla"/>
          <w:rtl/>
        </w:rPr>
        <w:t>الخلاصة</w:t>
      </w:r>
      <w:r w:rsidRPr="003E3418">
        <w:rPr>
          <w:rFonts w:ascii="Sakkal Majalla" w:hAnsi="Sakkal Majalla" w:cs="Sakkal Majalla"/>
        </w:rPr>
        <w:t xml:space="preserve"> </w:t>
      </w:r>
      <w:r w:rsidRPr="003E3418">
        <w:rPr>
          <w:rFonts w:ascii="Sakkal Majalla" w:hAnsi="Sakkal Majalla" w:cs="Sakkal Majalla"/>
          <w:rtl/>
        </w:rPr>
        <w:t>النقدية</w:t>
      </w:r>
      <w:r w:rsidRPr="003E3418">
        <w:rPr>
          <w:rFonts w:ascii="Sakkal Majalla" w:hAnsi="Sakkal Majalla" w:cs="Sakkal Majalla"/>
        </w:rPr>
        <w:t xml:space="preserve"> </w:t>
      </w:r>
      <w:r w:rsidRPr="003E3418">
        <w:rPr>
          <w:rFonts w:ascii="Sakkal Majalla" w:hAnsi="Sakkal Majalla" w:cs="Sakkal Majalla"/>
          <w:rtl/>
        </w:rPr>
        <w:t>والفجوة</w:t>
      </w:r>
      <w:r w:rsidRPr="003E3418">
        <w:rPr>
          <w:rFonts w:ascii="Sakkal Majalla" w:hAnsi="Sakkal Majalla" w:cs="Sakkal Majalla"/>
        </w:rPr>
        <w:t xml:space="preserve"> </w:t>
      </w:r>
      <w:r w:rsidRPr="003E3418">
        <w:rPr>
          <w:rFonts w:ascii="Sakkal Majalla" w:hAnsi="Sakkal Majalla" w:cs="Sakkal Majalla"/>
          <w:rtl/>
        </w:rPr>
        <w:t>البحثية</w:t>
      </w:r>
      <w:r w:rsidRPr="003E3418">
        <w:rPr>
          <w:rFonts w:ascii="Sakkal Majalla" w:hAnsi="Sakkal Majalla" w:cs="Sakkal Majalla"/>
        </w:rPr>
        <w:t xml:space="preserve">  ..................................................  39</w:t>
      </w:r>
    </w:p>
    <w:p w14:paraId="607B241E" w14:textId="77777777" w:rsidR="003E3418" w:rsidRPr="003E3418" w:rsidRDefault="003E3418" w:rsidP="003E3418">
      <w:pPr>
        <w:spacing w:before="80" w:after="80"/>
        <w:rPr>
          <w:rFonts w:ascii="Sakkal Majalla" w:hAnsi="Sakkal Majalla" w:cs="Sakkal Majalla"/>
        </w:rPr>
      </w:pPr>
    </w:p>
    <w:p w14:paraId="6F257068" w14:textId="77777777" w:rsidR="003E3418" w:rsidRPr="003E3418" w:rsidRDefault="003E3418" w:rsidP="003E3418">
      <w:pPr>
        <w:bidi/>
        <w:rPr>
          <w:rFonts w:ascii="Sakkal Majalla" w:hAnsi="Sakkal Majalla" w:cs="Sakkal Majalla"/>
        </w:rPr>
      </w:pPr>
      <w:r w:rsidRPr="003E3418">
        <w:rPr>
          <w:rFonts w:ascii="Sakkal Majalla" w:hAnsi="Sakkal Majalla" w:cs="Sakkal Majalla"/>
          <w:b/>
          <w:bCs/>
          <w:sz w:val="24"/>
          <w:szCs w:val="24"/>
          <w:rtl/>
        </w:rPr>
        <w:t>الفصل</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الثالث</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منهجية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الدراسة</w:t>
      </w:r>
    </w:p>
    <w:p w14:paraId="0A563A00"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3.1 </w:t>
      </w:r>
      <w:r w:rsidRPr="003E3418">
        <w:rPr>
          <w:rFonts w:ascii="Sakkal Majalla" w:hAnsi="Sakkal Majalla" w:cs="Sakkal Majalla"/>
          <w:rtl/>
        </w:rPr>
        <w:t>مقدمة</w:t>
      </w:r>
      <w:r w:rsidRPr="003E3418">
        <w:rPr>
          <w:rFonts w:ascii="Sakkal Majalla" w:hAnsi="Sakkal Majalla" w:cs="Sakkal Majalla"/>
        </w:rPr>
        <w:t xml:space="preserve"> </w:t>
      </w:r>
      <w:r w:rsidRPr="003E3418">
        <w:rPr>
          <w:rFonts w:ascii="Sakkal Majalla" w:hAnsi="Sakkal Majalla" w:cs="Sakkal Majalla"/>
          <w:rtl/>
        </w:rPr>
        <w:t>الفصل</w:t>
      </w:r>
      <w:r w:rsidRPr="003E3418">
        <w:rPr>
          <w:rFonts w:ascii="Sakkal Majalla" w:hAnsi="Sakkal Majalla" w:cs="Sakkal Majalla"/>
        </w:rPr>
        <w:t xml:space="preserve">  ..................................................  42</w:t>
      </w:r>
    </w:p>
    <w:p w14:paraId="28FBBAFD"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3.2 </w:t>
      </w:r>
      <w:r w:rsidRPr="003E3418">
        <w:rPr>
          <w:rFonts w:ascii="Sakkal Majalla" w:hAnsi="Sakkal Majalla" w:cs="Sakkal Majalla"/>
          <w:rtl/>
        </w:rPr>
        <w:t>تصميم</w:t>
      </w:r>
      <w:r w:rsidRPr="003E3418">
        <w:rPr>
          <w:rFonts w:ascii="Sakkal Majalla" w:hAnsi="Sakkal Majalla" w:cs="Sakkal Majalla"/>
        </w:rPr>
        <w:t xml:space="preserve"> </w:t>
      </w:r>
      <w:r w:rsidRPr="003E3418">
        <w:rPr>
          <w:rFonts w:ascii="Sakkal Majalla" w:hAnsi="Sakkal Majalla" w:cs="Sakkal Majalla"/>
          <w:rtl/>
        </w:rPr>
        <w:t>البحث</w:t>
      </w:r>
      <w:r w:rsidRPr="003E3418">
        <w:rPr>
          <w:rFonts w:ascii="Sakkal Majalla" w:hAnsi="Sakkal Majalla" w:cs="Sakkal Majalla"/>
        </w:rPr>
        <w:t xml:space="preserve">  ..................................................  42</w:t>
      </w:r>
    </w:p>
    <w:p w14:paraId="5C413D19"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lastRenderedPageBreak/>
        <w:t xml:space="preserve">   3.3 </w:t>
      </w:r>
      <w:r w:rsidRPr="003E3418">
        <w:rPr>
          <w:rFonts w:ascii="Sakkal Majalla" w:hAnsi="Sakkal Majalla" w:cs="Sakkal Majalla"/>
          <w:rtl/>
        </w:rPr>
        <w:t>مجتمع</w:t>
      </w:r>
      <w:r w:rsidRPr="003E3418">
        <w:rPr>
          <w:rFonts w:ascii="Sakkal Majalla" w:hAnsi="Sakkal Majalla" w:cs="Sakkal Majalla"/>
        </w:rPr>
        <w:t xml:space="preserve"> </w:t>
      </w:r>
      <w:r w:rsidRPr="003E3418">
        <w:rPr>
          <w:rFonts w:ascii="Sakkal Majalla" w:hAnsi="Sakkal Majalla" w:cs="Sakkal Majalla"/>
          <w:rtl/>
        </w:rPr>
        <w:t>الدراسة</w:t>
      </w:r>
      <w:r w:rsidRPr="003E3418">
        <w:rPr>
          <w:rFonts w:ascii="Sakkal Majalla" w:hAnsi="Sakkal Majalla" w:cs="Sakkal Majalla"/>
        </w:rPr>
        <w:t xml:space="preserve">  ..................................................  44</w:t>
      </w:r>
    </w:p>
    <w:p w14:paraId="4DD1C2F8"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3.4 </w:t>
      </w:r>
      <w:r w:rsidRPr="003E3418">
        <w:rPr>
          <w:rFonts w:ascii="Sakkal Majalla" w:hAnsi="Sakkal Majalla" w:cs="Sakkal Majalla"/>
          <w:rtl/>
        </w:rPr>
        <w:t>خصائص</w:t>
      </w:r>
      <w:r w:rsidRPr="003E3418">
        <w:rPr>
          <w:rFonts w:ascii="Sakkal Majalla" w:hAnsi="Sakkal Majalla" w:cs="Sakkal Majalla"/>
        </w:rPr>
        <w:t xml:space="preserve"> </w:t>
      </w:r>
      <w:r w:rsidRPr="003E3418">
        <w:rPr>
          <w:rFonts w:ascii="Sakkal Majalla" w:hAnsi="Sakkal Majalla" w:cs="Sakkal Majalla"/>
          <w:rtl/>
        </w:rPr>
        <w:t>العينة</w:t>
      </w:r>
      <w:r w:rsidRPr="003E3418">
        <w:rPr>
          <w:rFonts w:ascii="Sakkal Majalla" w:hAnsi="Sakkal Majalla" w:cs="Sakkal Majalla"/>
        </w:rPr>
        <w:t xml:space="preserve">  ..................................................  44</w:t>
      </w:r>
    </w:p>
    <w:p w14:paraId="03318A9A"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3.5 </w:t>
      </w:r>
      <w:r w:rsidRPr="003E3418">
        <w:rPr>
          <w:rFonts w:ascii="Sakkal Majalla" w:hAnsi="Sakkal Majalla" w:cs="Sakkal Majalla"/>
          <w:rtl/>
        </w:rPr>
        <w:t>محددات</w:t>
      </w:r>
      <w:r w:rsidRPr="003E3418">
        <w:rPr>
          <w:rFonts w:ascii="Sakkal Majalla" w:hAnsi="Sakkal Majalla" w:cs="Sakkal Majalla"/>
        </w:rPr>
        <w:t xml:space="preserve"> </w:t>
      </w:r>
      <w:r w:rsidRPr="003E3418">
        <w:rPr>
          <w:rFonts w:ascii="Sakkal Majalla" w:hAnsi="Sakkal Majalla" w:cs="Sakkal Majalla"/>
          <w:rtl/>
        </w:rPr>
        <w:t>حجم</w:t>
      </w:r>
      <w:r w:rsidRPr="003E3418">
        <w:rPr>
          <w:rFonts w:ascii="Sakkal Majalla" w:hAnsi="Sakkal Majalla" w:cs="Sakkal Majalla"/>
        </w:rPr>
        <w:t xml:space="preserve"> </w:t>
      </w:r>
      <w:r w:rsidRPr="003E3418">
        <w:rPr>
          <w:rFonts w:ascii="Sakkal Majalla" w:hAnsi="Sakkal Majalla" w:cs="Sakkal Majalla"/>
          <w:rtl/>
        </w:rPr>
        <w:t>العينة</w:t>
      </w:r>
      <w:r w:rsidRPr="003E3418">
        <w:rPr>
          <w:rFonts w:ascii="Sakkal Majalla" w:hAnsi="Sakkal Majalla" w:cs="Sakkal Majalla"/>
        </w:rPr>
        <w:t xml:space="preserve">  ..................................................  46</w:t>
      </w:r>
    </w:p>
    <w:p w14:paraId="1E9ED5A4"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3.6 </w:t>
      </w:r>
      <w:r w:rsidRPr="003E3418">
        <w:rPr>
          <w:rFonts w:ascii="Sakkal Majalla" w:hAnsi="Sakkal Majalla" w:cs="Sakkal Majalla"/>
          <w:rtl/>
        </w:rPr>
        <w:t>خطوات</w:t>
      </w:r>
      <w:r w:rsidRPr="003E3418">
        <w:rPr>
          <w:rFonts w:ascii="Sakkal Majalla" w:hAnsi="Sakkal Majalla" w:cs="Sakkal Majalla"/>
        </w:rPr>
        <w:t xml:space="preserve"> </w:t>
      </w:r>
      <w:r w:rsidRPr="003E3418">
        <w:rPr>
          <w:rFonts w:ascii="Sakkal Majalla" w:hAnsi="Sakkal Majalla" w:cs="Sakkal Majalla"/>
          <w:rtl/>
        </w:rPr>
        <w:t>جمع</w:t>
      </w:r>
      <w:r w:rsidRPr="003E3418">
        <w:rPr>
          <w:rFonts w:ascii="Sakkal Majalla" w:hAnsi="Sakkal Majalla" w:cs="Sakkal Majalla"/>
        </w:rPr>
        <w:t xml:space="preserve"> </w:t>
      </w:r>
      <w:r w:rsidRPr="003E3418">
        <w:rPr>
          <w:rFonts w:ascii="Sakkal Majalla" w:hAnsi="Sakkal Majalla" w:cs="Sakkal Majalla"/>
          <w:rtl/>
        </w:rPr>
        <w:t>البيانات</w:t>
      </w:r>
      <w:r w:rsidRPr="003E3418">
        <w:rPr>
          <w:rFonts w:ascii="Sakkal Majalla" w:hAnsi="Sakkal Majalla" w:cs="Sakkal Majalla"/>
        </w:rPr>
        <w:t xml:space="preserve">  ..................................................  47</w:t>
      </w:r>
    </w:p>
    <w:p w14:paraId="4E76C80D"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3.7 </w:t>
      </w:r>
      <w:r w:rsidRPr="003E3418">
        <w:rPr>
          <w:rFonts w:ascii="Sakkal Majalla" w:hAnsi="Sakkal Majalla" w:cs="Sakkal Majalla"/>
          <w:rtl/>
        </w:rPr>
        <w:t>حدود</w:t>
      </w:r>
      <w:r w:rsidRPr="003E3418">
        <w:rPr>
          <w:rFonts w:ascii="Sakkal Majalla" w:hAnsi="Sakkal Majalla" w:cs="Sakkal Majalla"/>
        </w:rPr>
        <w:t xml:space="preserve"> </w:t>
      </w:r>
      <w:r w:rsidRPr="003E3418">
        <w:rPr>
          <w:rFonts w:ascii="Sakkal Majalla" w:hAnsi="Sakkal Majalla" w:cs="Sakkal Majalla"/>
          <w:rtl/>
        </w:rPr>
        <w:t>الدراسة</w:t>
      </w:r>
      <w:r w:rsidRPr="003E3418">
        <w:rPr>
          <w:rFonts w:ascii="Sakkal Majalla" w:hAnsi="Sakkal Majalla" w:cs="Sakkal Majalla"/>
        </w:rPr>
        <w:t xml:space="preserve">  ..................................................  49</w:t>
      </w:r>
    </w:p>
    <w:p w14:paraId="3DE5728A"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3.8 </w:t>
      </w:r>
      <w:r w:rsidRPr="003E3418">
        <w:rPr>
          <w:rFonts w:ascii="Sakkal Majalla" w:hAnsi="Sakkal Majalla" w:cs="Sakkal Majalla"/>
          <w:rtl/>
        </w:rPr>
        <w:t>الأساليب</w:t>
      </w:r>
      <w:r w:rsidRPr="003E3418">
        <w:rPr>
          <w:rFonts w:ascii="Sakkal Majalla" w:hAnsi="Sakkal Majalla" w:cs="Sakkal Majalla"/>
        </w:rPr>
        <w:t xml:space="preserve"> </w:t>
      </w:r>
      <w:r w:rsidRPr="003E3418">
        <w:rPr>
          <w:rFonts w:ascii="Sakkal Majalla" w:hAnsi="Sakkal Majalla" w:cs="Sakkal Majalla"/>
          <w:rtl/>
        </w:rPr>
        <w:t>الإحصائية</w:t>
      </w:r>
      <w:r w:rsidRPr="003E3418">
        <w:rPr>
          <w:rFonts w:ascii="Sakkal Majalla" w:hAnsi="Sakkal Majalla" w:cs="Sakkal Majalla"/>
        </w:rPr>
        <w:t xml:space="preserve">  ..................................................  50</w:t>
      </w:r>
    </w:p>
    <w:p w14:paraId="2667ED7A" w14:textId="77777777" w:rsidR="003E3418" w:rsidRPr="003E3418" w:rsidRDefault="003E3418" w:rsidP="003E3418">
      <w:pPr>
        <w:spacing w:before="80" w:after="80"/>
        <w:rPr>
          <w:rFonts w:ascii="Sakkal Majalla" w:hAnsi="Sakkal Majalla" w:cs="Sakkal Majalla"/>
        </w:rPr>
      </w:pPr>
    </w:p>
    <w:p w14:paraId="7C0E36E3" w14:textId="77777777" w:rsidR="003E3418" w:rsidRPr="003E3418" w:rsidRDefault="003E3418" w:rsidP="003E3418">
      <w:pPr>
        <w:bidi/>
        <w:rPr>
          <w:rFonts w:ascii="Sakkal Majalla" w:hAnsi="Sakkal Majalla" w:cs="Sakkal Majalla"/>
        </w:rPr>
      </w:pPr>
      <w:r w:rsidRPr="003E3418">
        <w:rPr>
          <w:rFonts w:ascii="Sakkal Majalla" w:hAnsi="Sakkal Majalla" w:cs="Sakkal Majalla"/>
          <w:b/>
          <w:bCs/>
          <w:sz w:val="24"/>
          <w:szCs w:val="24"/>
          <w:rtl/>
        </w:rPr>
        <w:t>الفصل</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الرابع</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الدراسة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الميدانية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والنتائج</w:t>
      </w:r>
    </w:p>
    <w:p w14:paraId="485C8CF0"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4.1 </w:t>
      </w:r>
      <w:r w:rsidRPr="003E3418">
        <w:rPr>
          <w:rFonts w:ascii="Sakkal Majalla" w:hAnsi="Sakkal Majalla" w:cs="Sakkal Majalla"/>
          <w:rtl/>
        </w:rPr>
        <w:t>مقدمة</w:t>
      </w:r>
      <w:r w:rsidRPr="003E3418">
        <w:rPr>
          <w:rFonts w:ascii="Sakkal Majalla" w:hAnsi="Sakkal Majalla" w:cs="Sakkal Majalla"/>
        </w:rPr>
        <w:t xml:space="preserve"> </w:t>
      </w:r>
      <w:r w:rsidRPr="003E3418">
        <w:rPr>
          <w:rFonts w:ascii="Sakkal Majalla" w:hAnsi="Sakkal Majalla" w:cs="Sakkal Majalla"/>
          <w:rtl/>
        </w:rPr>
        <w:t>الفصل</w:t>
      </w:r>
      <w:r w:rsidRPr="003E3418">
        <w:rPr>
          <w:rFonts w:ascii="Sakkal Majalla" w:hAnsi="Sakkal Majalla" w:cs="Sakkal Majalla"/>
        </w:rPr>
        <w:t xml:space="preserve">  ..................................................  53</w:t>
      </w:r>
    </w:p>
    <w:p w14:paraId="2197B160"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4.2 </w:t>
      </w:r>
      <w:r w:rsidRPr="003E3418">
        <w:rPr>
          <w:rFonts w:ascii="Sakkal Majalla" w:hAnsi="Sakkal Majalla" w:cs="Sakkal Majalla"/>
          <w:rtl/>
        </w:rPr>
        <w:t>الإحصاء</w:t>
      </w:r>
      <w:r w:rsidRPr="003E3418">
        <w:rPr>
          <w:rFonts w:ascii="Sakkal Majalla" w:hAnsi="Sakkal Majalla" w:cs="Sakkal Majalla"/>
        </w:rPr>
        <w:t xml:space="preserve"> </w:t>
      </w:r>
      <w:r w:rsidRPr="003E3418">
        <w:rPr>
          <w:rFonts w:ascii="Sakkal Majalla" w:hAnsi="Sakkal Majalla" w:cs="Sakkal Majalla"/>
          <w:rtl/>
        </w:rPr>
        <w:t>الوصفي</w:t>
      </w:r>
      <w:r w:rsidRPr="003E3418">
        <w:rPr>
          <w:rFonts w:ascii="Sakkal Majalla" w:hAnsi="Sakkal Majalla" w:cs="Sakkal Majalla"/>
        </w:rPr>
        <w:t xml:space="preserve">  ..................................................  53</w:t>
      </w:r>
    </w:p>
    <w:p w14:paraId="537C6FB7"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4.3 </w:t>
      </w:r>
      <w:r w:rsidRPr="003E3418">
        <w:rPr>
          <w:rFonts w:ascii="Sakkal Majalla" w:hAnsi="Sakkal Majalla" w:cs="Sakkal Majalla"/>
          <w:rtl/>
        </w:rPr>
        <w:t>مصفوفة</w:t>
      </w:r>
      <w:r w:rsidRPr="003E3418">
        <w:rPr>
          <w:rFonts w:ascii="Sakkal Majalla" w:hAnsi="Sakkal Majalla" w:cs="Sakkal Majalla"/>
        </w:rPr>
        <w:t xml:space="preserve"> </w:t>
      </w:r>
      <w:r w:rsidRPr="003E3418">
        <w:rPr>
          <w:rFonts w:ascii="Sakkal Majalla" w:hAnsi="Sakkal Majalla" w:cs="Sakkal Majalla"/>
          <w:rtl/>
        </w:rPr>
        <w:t>الارتباط</w:t>
      </w:r>
      <w:r w:rsidRPr="003E3418">
        <w:rPr>
          <w:rFonts w:ascii="Sakkal Majalla" w:hAnsi="Sakkal Majalla" w:cs="Sakkal Majalla"/>
        </w:rPr>
        <w:t xml:space="preserve">  ..................................................  56</w:t>
      </w:r>
    </w:p>
    <w:p w14:paraId="67D69007"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4.4 </w:t>
      </w:r>
      <w:r w:rsidRPr="003E3418">
        <w:rPr>
          <w:rFonts w:ascii="Sakkal Majalla" w:hAnsi="Sakkal Majalla" w:cs="Sakkal Majalla"/>
          <w:rtl/>
        </w:rPr>
        <w:t>اختبارات</w:t>
      </w:r>
      <w:r w:rsidRPr="003E3418">
        <w:rPr>
          <w:rFonts w:ascii="Sakkal Majalla" w:hAnsi="Sakkal Majalla" w:cs="Sakkal Majalla"/>
        </w:rPr>
        <w:t xml:space="preserve"> </w:t>
      </w:r>
      <w:r w:rsidRPr="003E3418">
        <w:rPr>
          <w:rFonts w:ascii="Sakkal Majalla" w:hAnsi="Sakkal Majalla" w:cs="Sakkal Majalla"/>
          <w:rtl/>
        </w:rPr>
        <w:t>جذر</w:t>
      </w:r>
      <w:r w:rsidRPr="003E3418">
        <w:rPr>
          <w:rFonts w:ascii="Sakkal Majalla" w:hAnsi="Sakkal Majalla" w:cs="Sakkal Majalla"/>
        </w:rPr>
        <w:t xml:space="preserve"> </w:t>
      </w:r>
      <w:r w:rsidRPr="003E3418">
        <w:rPr>
          <w:rFonts w:ascii="Sakkal Majalla" w:hAnsi="Sakkal Majalla" w:cs="Sakkal Majalla"/>
          <w:rtl/>
        </w:rPr>
        <w:t>الوحدة</w:t>
      </w:r>
      <w:r w:rsidRPr="003E3418">
        <w:rPr>
          <w:rFonts w:ascii="Sakkal Majalla" w:hAnsi="Sakkal Majalla" w:cs="Sakkal Majalla"/>
        </w:rPr>
        <w:t xml:space="preserve">  ..................................................  57</w:t>
      </w:r>
    </w:p>
    <w:p w14:paraId="2D604080"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4.5 </w:t>
      </w:r>
      <w:r w:rsidRPr="003E3418">
        <w:rPr>
          <w:rFonts w:ascii="Sakkal Majalla" w:hAnsi="Sakkal Majalla" w:cs="Sakkal Majalla"/>
          <w:rtl/>
        </w:rPr>
        <w:t>نتائج</w:t>
      </w:r>
      <w:r w:rsidRPr="003E3418">
        <w:rPr>
          <w:rFonts w:ascii="Sakkal Majalla" w:hAnsi="Sakkal Majalla" w:cs="Sakkal Majalla"/>
        </w:rPr>
        <w:t xml:space="preserve"> </w:t>
      </w:r>
      <w:r w:rsidRPr="003E3418">
        <w:rPr>
          <w:rFonts w:ascii="Sakkal Majalla" w:hAnsi="Sakkal Majalla" w:cs="Sakkal Majalla"/>
          <w:rtl/>
        </w:rPr>
        <w:t>التأثيرات</w:t>
      </w:r>
      <w:r w:rsidRPr="003E3418">
        <w:rPr>
          <w:rFonts w:ascii="Sakkal Majalla" w:hAnsi="Sakkal Majalla" w:cs="Sakkal Majalla"/>
        </w:rPr>
        <w:t xml:space="preserve"> </w:t>
      </w:r>
      <w:r w:rsidRPr="003E3418">
        <w:rPr>
          <w:rFonts w:ascii="Sakkal Majalla" w:hAnsi="Sakkal Majalla" w:cs="Sakkal Majalla"/>
          <w:rtl/>
        </w:rPr>
        <w:t>الثابتة</w:t>
      </w:r>
      <w:r w:rsidRPr="003E3418">
        <w:rPr>
          <w:rFonts w:ascii="Sakkal Majalla" w:hAnsi="Sakkal Majalla" w:cs="Sakkal Majalla"/>
        </w:rPr>
        <w:t xml:space="preserve">  ..................................................  58</w:t>
      </w:r>
    </w:p>
    <w:p w14:paraId="60972DD0"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4.6 </w:t>
      </w:r>
      <w:r w:rsidRPr="003E3418">
        <w:rPr>
          <w:rFonts w:ascii="Sakkal Majalla" w:hAnsi="Sakkal Majalla" w:cs="Sakkal Majalla"/>
          <w:rtl/>
        </w:rPr>
        <w:t>نتائج</w:t>
      </w:r>
      <w:r w:rsidRPr="003E3418">
        <w:rPr>
          <w:rFonts w:ascii="Sakkal Majalla" w:hAnsi="Sakkal Majalla" w:cs="Sakkal Majalla"/>
        </w:rPr>
        <w:t xml:space="preserve"> </w:t>
      </w:r>
      <w:r w:rsidRPr="003E3418">
        <w:rPr>
          <w:rFonts w:ascii="Sakkal Majalla" w:hAnsi="Sakkal Majalla" w:cs="Sakkal Majalla"/>
          <w:rtl/>
        </w:rPr>
        <w:t>نماذج</w:t>
      </w:r>
      <w:r w:rsidRPr="003E3418">
        <w:rPr>
          <w:rFonts w:ascii="Sakkal Majalla" w:hAnsi="Sakkal Majalla" w:cs="Sakkal Majalla"/>
        </w:rPr>
        <w:t xml:space="preserve"> GMM  ..................................................  60</w:t>
      </w:r>
    </w:p>
    <w:p w14:paraId="22C57110"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4.7 </w:t>
      </w:r>
      <w:r w:rsidRPr="003E3418">
        <w:rPr>
          <w:rFonts w:ascii="Sakkal Majalla" w:hAnsi="Sakkal Majalla" w:cs="Sakkal Majalla"/>
          <w:rtl/>
        </w:rPr>
        <w:t>تحليل</w:t>
      </w:r>
      <w:r w:rsidRPr="003E3418">
        <w:rPr>
          <w:rFonts w:ascii="Sakkal Majalla" w:hAnsi="Sakkal Majalla" w:cs="Sakkal Majalla"/>
        </w:rPr>
        <w:t xml:space="preserve"> </w:t>
      </w:r>
      <w:r w:rsidRPr="003E3418">
        <w:rPr>
          <w:rFonts w:ascii="Sakkal Majalla" w:hAnsi="Sakkal Majalla" w:cs="Sakkal Majalla"/>
          <w:rtl/>
        </w:rPr>
        <w:t>الوساطة</w:t>
      </w:r>
      <w:r w:rsidRPr="003E3418">
        <w:rPr>
          <w:rFonts w:ascii="Sakkal Majalla" w:hAnsi="Sakkal Majalla" w:cs="Sakkal Majalla"/>
        </w:rPr>
        <w:t xml:space="preserve">  ..................................................  63</w:t>
      </w:r>
    </w:p>
    <w:p w14:paraId="0B8F26E4"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4.8 </w:t>
      </w:r>
      <w:r w:rsidRPr="003E3418">
        <w:rPr>
          <w:rFonts w:ascii="Sakkal Majalla" w:hAnsi="Sakkal Majalla" w:cs="Sakkal Majalla"/>
          <w:rtl/>
        </w:rPr>
        <w:t>التحليل</w:t>
      </w:r>
      <w:r w:rsidRPr="003E3418">
        <w:rPr>
          <w:rFonts w:ascii="Sakkal Majalla" w:hAnsi="Sakkal Majalla" w:cs="Sakkal Majalla"/>
        </w:rPr>
        <w:t xml:space="preserve"> </w:t>
      </w:r>
      <w:r w:rsidRPr="003E3418">
        <w:rPr>
          <w:rFonts w:ascii="Sakkal Majalla" w:hAnsi="Sakkal Majalla" w:cs="Sakkal Majalla"/>
          <w:rtl/>
        </w:rPr>
        <w:t>الإقليمي</w:t>
      </w:r>
      <w:r w:rsidRPr="003E3418">
        <w:rPr>
          <w:rFonts w:ascii="Sakkal Majalla" w:hAnsi="Sakkal Majalla" w:cs="Sakkal Majalla"/>
        </w:rPr>
        <w:t xml:space="preserve">  ..................................................  65</w:t>
      </w:r>
    </w:p>
    <w:p w14:paraId="0DD3B586"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4.9 </w:t>
      </w:r>
      <w:r w:rsidRPr="003E3418">
        <w:rPr>
          <w:rFonts w:ascii="Sakkal Majalla" w:hAnsi="Sakkal Majalla" w:cs="Sakkal Majalla"/>
          <w:rtl/>
        </w:rPr>
        <w:t>اختبارات</w:t>
      </w:r>
      <w:r w:rsidRPr="003E3418">
        <w:rPr>
          <w:rFonts w:ascii="Sakkal Majalla" w:hAnsi="Sakkal Majalla" w:cs="Sakkal Majalla"/>
        </w:rPr>
        <w:t xml:space="preserve"> </w:t>
      </w:r>
      <w:r w:rsidRPr="003E3418">
        <w:rPr>
          <w:rFonts w:ascii="Sakkal Majalla" w:hAnsi="Sakkal Majalla" w:cs="Sakkal Majalla"/>
          <w:rtl/>
        </w:rPr>
        <w:t>المتانة</w:t>
      </w:r>
      <w:r w:rsidRPr="003E3418">
        <w:rPr>
          <w:rFonts w:ascii="Sakkal Majalla" w:hAnsi="Sakkal Majalla" w:cs="Sakkal Majalla"/>
        </w:rPr>
        <w:t xml:space="preserve">  ..................................................  67</w:t>
      </w:r>
    </w:p>
    <w:p w14:paraId="0DE78E1B"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4.10 </w:t>
      </w:r>
      <w:r w:rsidRPr="003E3418">
        <w:rPr>
          <w:rFonts w:ascii="Sakkal Majalla" w:hAnsi="Sakkal Majalla" w:cs="Sakkal Majalla"/>
          <w:rtl/>
        </w:rPr>
        <w:t>مناقشة</w:t>
      </w:r>
      <w:r w:rsidRPr="003E3418">
        <w:rPr>
          <w:rFonts w:ascii="Sakkal Majalla" w:hAnsi="Sakkal Majalla" w:cs="Sakkal Majalla"/>
        </w:rPr>
        <w:t xml:space="preserve"> </w:t>
      </w:r>
      <w:r w:rsidRPr="003E3418">
        <w:rPr>
          <w:rFonts w:ascii="Sakkal Majalla" w:hAnsi="Sakkal Majalla" w:cs="Sakkal Majalla"/>
          <w:rtl/>
        </w:rPr>
        <w:t>النتائج</w:t>
      </w:r>
      <w:r w:rsidRPr="003E3418">
        <w:rPr>
          <w:rFonts w:ascii="Sakkal Majalla" w:hAnsi="Sakkal Majalla" w:cs="Sakkal Majalla"/>
        </w:rPr>
        <w:t xml:space="preserve">  ..................................................  68</w:t>
      </w:r>
    </w:p>
    <w:p w14:paraId="07434CAC"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Pr>
        <w:t xml:space="preserve">   4.11 </w:t>
      </w:r>
      <w:r w:rsidRPr="003E3418">
        <w:rPr>
          <w:rFonts w:ascii="Sakkal Majalla" w:hAnsi="Sakkal Majalla" w:cs="Sakkal Majalla"/>
          <w:rtl/>
        </w:rPr>
        <w:t>التوصيات</w:t>
      </w:r>
      <w:r w:rsidRPr="003E3418">
        <w:rPr>
          <w:rFonts w:ascii="Sakkal Majalla" w:hAnsi="Sakkal Majalla" w:cs="Sakkal Majalla"/>
        </w:rPr>
        <w:t xml:space="preserve">  ..................................................  72</w:t>
      </w:r>
    </w:p>
    <w:p w14:paraId="3BE11210" w14:textId="77777777" w:rsidR="003E3418" w:rsidRPr="003E3418" w:rsidRDefault="003E3418" w:rsidP="003E3418">
      <w:pPr>
        <w:spacing w:before="80" w:after="80"/>
        <w:rPr>
          <w:rFonts w:ascii="Sakkal Majalla" w:hAnsi="Sakkal Majalla" w:cs="Sakkal Majalla"/>
        </w:rPr>
      </w:pPr>
    </w:p>
    <w:p w14:paraId="447ED6C4"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المراجع</w:t>
      </w:r>
      <w:r w:rsidRPr="003E3418">
        <w:rPr>
          <w:rFonts w:ascii="Sakkal Majalla" w:hAnsi="Sakkal Majalla" w:cs="Sakkal Majalla"/>
        </w:rPr>
        <w:t xml:space="preserve"> </w:t>
      </w:r>
      <w:r w:rsidRPr="003E3418">
        <w:rPr>
          <w:rFonts w:ascii="Sakkal Majalla" w:hAnsi="Sakkal Majalla" w:cs="Sakkal Majalla"/>
          <w:rtl/>
        </w:rPr>
        <w:t>العربية</w:t>
      </w:r>
      <w:r w:rsidRPr="003E3418">
        <w:rPr>
          <w:rFonts w:ascii="Sakkal Majalla" w:hAnsi="Sakkal Majalla" w:cs="Sakkal Majalla"/>
        </w:rPr>
        <w:t xml:space="preserve"> </w:t>
      </w:r>
      <w:r w:rsidRPr="003E3418">
        <w:rPr>
          <w:rFonts w:ascii="Sakkal Majalla" w:hAnsi="Sakkal Majalla" w:cs="Sakkal Majalla"/>
          <w:rtl/>
        </w:rPr>
        <w:t>والأجنبية</w:t>
      </w:r>
      <w:r w:rsidRPr="003E3418">
        <w:rPr>
          <w:rFonts w:ascii="Sakkal Majalla" w:hAnsi="Sakkal Majalla" w:cs="Sakkal Majalla"/>
        </w:rPr>
        <w:t xml:space="preserve">  ..................................................  75</w:t>
      </w:r>
    </w:p>
    <w:p w14:paraId="5101E6B5"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الملاحق</w:t>
      </w:r>
      <w:r w:rsidRPr="003E3418">
        <w:rPr>
          <w:rFonts w:ascii="Sakkal Majalla" w:hAnsi="Sakkal Majalla" w:cs="Sakkal Majalla"/>
        </w:rPr>
        <w:t xml:space="preserve">  ..................................................  79</w:t>
      </w:r>
    </w:p>
    <w:p w14:paraId="50FC8EDC" w14:textId="77777777" w:rsidR="003E3418" w:rsidRPr="003E3418" w:rsidRDefault="003E3418" w:rsidP="003E3418">
      <w:pPr>
        <w:rPr>
          <w:rFonts w:ascii="Sakkal Majalla" w:hAnsi="Sakkal Majalla" w:cs="Sakkal Majalla"/>
        </w:rPr>
      </w:pPr>
      <w:r w:rsidRPr="003E3418">
        <w:rPr>
          <w:rFonts w:ascii="Sakkal Majalla" w:hAnsi="Sakkal Majalla" w:cs="Sakkal Majalla"/>
        </w:rPr>
        <w:br w:type="page"/>
      </w:r>
    </w:p>
    <w:p w14:paraId="0401775A" w14:textId="77777777" w:rsidR="003E3418" w:rsidRPr="003E3418" w:rsidRDefault="003E3418" w:rsidP="003E3418">
      <w:pPr>
        <w:pBdr>
          <w:bottom w:val="single" w:sz="6" w:space="4" w:color="1A3A6B"/>
        </w:pBdr>
        <w:bidi/>
        <w:spacing w:before="360" w:line="360" w:lineRule="exact"/>
        <w:rPr>
          <w:rFonts w:ascii="Sakkal Majalla" w:hAnsi="Sakkal Majalla" w:cs="Sakkal Majalla"/>
        </w:rPr>
      </w:pPr>
      <w:r w:rsidRPr="003E3418">
        <w:rPr>
          <w:rFonts w:ascii="Sakkal Majalla" w:hAnsi="Sakkal Majalla" w:cs="Sakkal Majalla"/>
          <w:b/>
          <w:bCs/>
          <w:sz w:val="30"/>
          <w:szCs w:val="30"/>
          <w:rtl/>
        </w:rPr>
        <w:lastRenderedPageBreak/>
        <w:t>فهرس</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الجداول</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والأشكال</w:t>
      </w:r>
    </w:p>
    <w:p w14:paraId="474C5A9D" w14:textId="77777777" w:rsidR="003E3418" w:rsidRPr="003E3418" w:rsidRDefault="003E3418" w:rsidP="003E3418">
      <w:pPr>
        <w:bidi/>
        <w:rPr>
          <w:rFonts w:ascii="Sakkal Majalla" w:hAnsi="Sakkal Majalla" w:cs="Sakkal Majalla"/>
        </w:rPr>
      </w:pPr>
      <w:r w:rsidRPr="003E3418">
        <w:rPr>
          <w:rFonts w:ascii="Sakkal Majalla" w:hAnsi="Sakkal Majalla" w:cs="Sakkal Majalla"/>
          <w:b/>
          <w:bCs/>
          <w:sz w:val="24"/>
          <w:szCs w:val="24"/>
          <w:rtl/>
        </w:rPr>
        <w:t>أولاً</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الجداول</w:t>
      </w:r>
    </w:p>
    <w:p w14:paraId="573D053C"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جدول</w:t>
      </w:r>
      <w:r w:rsidRPr="003E3418">
        <w:rPr>
          <w:rFonts w:ascii="Sakkal Majalla" w:hAnsi="Sakkal Majalla" w:cs="Sakkal Majalla"/>
        </w:rPr>
        <w:t xml:space="preserve"> (1): </w:t>
      </w:r>
      <w:r w:rsidRPr="003E3418">
        <w:rPr>
          <w:rFonts w:ascii="Sakkal Majalla" w:hAnsi="Sakkal Majalla" w:cs="Sakkal Majalla"/>
          <w:rtl/>
        </w:rPr>
        <w:t>وصف</w:t>
      </w:r>
      <w:r w:rsidRPr="003E3418">
        <w:rPr>
          <w:rFonts w:ascii="Sakkal Majalla" w:hAnsi="Sakkal Majalla" w:cs="Sakkal Majalla"/>
        </w:rPr>
        <w:t xml:space="preserve"> </w:t>
      </w:r>
      <w:r w:rsidRPr="003E3418">
        <w:rPr>
          <w:rFonts w:ascii="Sakkal Majalla" w:hAnsi="Sakkal Majalla" w:cs="Sakkal Majalla"/>
          <w:rtl/>
        </w:rPr>
        <w:t>متغيرات</w:t>
      </w:r>
      <w:r w:rsidRPr="003E3418">
        <w:rPr>
          <w:rFonts w:ascii="Sakkal Majalla" w:hAnsi="Sakkal Majalla" w:cs="Sakkal Majalla"/>
        </w:rPr>
        <w:t xml:space="preserve"> </w:t>
      </w:r>
      <w:r w:rsidRPr="003E3418">
        <w:rPr>
          <w:rFonts w:ascii="Sakkal Majalla" w:hAnsi="Sakkal Majalla" w:cs="Sakkal Majalla"/>
          <w:rtl/>
        </w:rPr>
        <w:t>الدراسة</w:t>
      </w:r>
      <w:r w:rsidRPr="003E3418">
        <w:rPr>
          <w:rFonts w:ascii="Sakkal Majalla" w:hAnsi="Sakkal Majalla" w:cs="Sakkal Majalla"/>
        </w:rPr>
        <w:t xml:space="preserve"> </w:t>
      </w:r>
      <w:r w:rsidRPr="003E3418">
        <w:rPr>
          <w:rFonts w:ascii="Sakkal Majalla" w:hAnsi="Sakkal Majalla" w:cs="Sakkal Majalla"/>
          <w:rtl/>
        </w:rPr>
        <w:t>ومصادرها</w:t>
      </w:r>
      <w:r w:rsidRPr="003E3418">
        <w:rPr>
          <w:rFonts w:ascii="Sakkal Majalla" w:hAnsi="Sakkal Majalla" w:cs="Sakkal Majalla"/>
        </w:rPr>
        <w:t xml:space="preserve">  ..................................................  47</w:t>
      </w:r>
    </w:p>
    <w:p w14:paraId="5AFEC495"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جدول</w:t>
      </w:r>
      <w:r w:rsidRPr="003E3418">
        <w:rPr>
          <w:rFonts w:ascii="Sakkal Majalla" w:hAnsi="Sakkal Majalla" w:cs="Sakkal Majalla"/>
        </w:rPr>
        <w:t xml:space="preserve"> (2): </w:t>
      </w:r>
      <w:r w:rsidRPr="003E3418">
        <w:rPr>
          <w:rFonts w:ascii="Sakkal Majalla" w:hAnsi="Sakkal Majalla" w:cs="Sakkal Majalla"/>
          <w:rtl/>
        </w:rPr>
        <w:t>توزيع</w:t>
      </w:r>
      <w:r w:rsidRPr="003E3418">
        <w:rPr>
          <w:rFonts w:ascii="Sakkal Majalla" w:hAnsi="Sakkal Majalla" w:cs="Sakkal Majalla"/>
        </w:rPr>
        <w:t xml:space="preserve"> </w:t>
      </w:r>
      <w:r w:rsidRPr="003E3418">
        <w:rPr>
          <w:rFonts w:ascii="Sakkal Majalla" w:hAnsi="Sakkal Majalla" w:cs="Sakkal Majalla"/>
          <w:rtl/>
        </w:rPr>
        <w:t>دول</w:t>
      </w:r>
      <w:r w:rsidRPr="003E3418">
        <w:rPr>
          <w:rFonts w:ascii="Sakkal Majalla" w:hAnsi="Sakkal Majalla" w:cs="Sakkal Majalla"/>
        </w:rPr>
        <w:t xml:space="preserve"> </w:t>
      </w:r>
      <w:r w:rsidRPr="003E3418">
        <w:rPr>
          <w:rFonts w:ascii="Sakkal Majalla" w:hAnsi="Sakkal Majalla" w:cs="Sakkal Majalla"/>
          <w:rtl/>
        </w:rPr>
        <w:t>العينة</w:t>
      </w:r>
      <w:r w:rsidRPr="003E3418">
        <w:rPr>
          <w:rFonts w:ascii="Sakkal Majalla" w:hAnsi="Sakkal Majalla" w:cs="Sakkal Majalla"/>
        </w:rPr>
        <w:t xml:space="preserve"> </w:t>
      </w:r>
      <w:r w:rsidRPr="003E3418">
        <w:rPr>
          <w:rFonts w:ascii="Sakkal Majalla" w:hAnsi="Sakkal Majalla" w:cs="Sakkal Majalla"/>
          <w:rtl/>
        </w:rPr>
        <w:t>حسب</w:t>
      </w:r>
      <w:r w:rsidRPr="003E3418">
        <w:rPr>
          <w:rFonts w:ascii="Sakkal Majalla" w:hAnsi="Sakkal Majalla" w:cs="Sakkal Majalla"/>
        </w:rPr>
        <w:t xml:space="preserve"> </w:t>
      </w:r>
      <w:r w:rsidRPr="003E3418">
        <w:rPr>
          <w:rFonts w:ascii="Sakkal Majalla" w:hAnsi="Sakkal Majalla" w:cs="Sakkal Majalla"/>
          <w:rtl/>
        </w:rPr>
        <w:t>المنطقة</w:t>
      </w:r>
      <w:r w:rsidRPr="003E3418">
        <w:rPr>
          <w:rFonts w:ascii="Sakkal Majalla" w:hAnsi="Sakkal Majalla" w:cs="Sakkal Majalla"/>
        </w:rPr>
        <w:t xml:space="preserve"> </w:t>
      </w:r>
      <w:r w:rsidRPr="003E3418">
        <w:rPr>
          <w:rFonts w:ascii="Sakkal Majalla" w:hAnsi="Sakkal Majalla" w:cs="Sakkal Majalla"/>
          <w:rtl/>
        </w:rPr>
        <w:t>الجغرافية</w:t>
      </w:r>
      <w:r w:rsidRPr="003E3418">
        <w:rPr>
          <w:rFonts w:ascii="Sakkal Majalla" w:hAnsi="Sakkal Majalla" w:cs="Sakkal Majalla"/>
        </w:rPr>
        <w:t xml:space="preserve"> </w:t>
      </w:r>
      <w:r w:rsidRPr="003E3418">
        <w:rPr>
          <w:rFonts w:ascii="Sakkal Majalla" w:hAnsi="Sakkal Majalla" w:cs="Sakkal Majalla"/>
          <w:rtl/>
        </w:rPr>
        <w:t>ومستوى</w:t>
      </w:r>
      <w:r w:rsidRPr="003E3418">
        <w:rPr>
          <w:rFonts w:ascii="Sakkal Majalla" w:hAnsi="Sakkal Majalla" w:cs="Sakkal Majalla"/>
        </w:rPr>
        <w:t xml:space="preserve"> </w:t>
      </w:r>
      <w:r w:rsidRPr="003E3418">
        <w:rPr>
          <w:rFonts w:ascii="Sakkal Majalla" w:hAnsi="Sakkal Majalla" w:cs="Sakkal Majalla"/>
          <w:rtl/>
        </w:rPr>
        <w:t>الدخل</w:t>
      </w:r>
      <w:r w:rsidRPr="003E3418">
        <w:rPr>
          <w:rFonts w:ascii="Sakkal Majalla" w:hAnsi="Sakkal Majalla" w:cs="Sakkal Majalla"/>
        </w:rPr>
        <w:t xml:space="preserve">  ..................................................  45</w:t>
      </w:r>
    </w:p>
    <w:p w14:paraId="7AC876A5"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جدول</w:t>
      </w:r>
      <w:r w:rsidRPr="003E3418">
        <w:rPr>
          <w:rFonts w:ascii="Sakkal Majalla" w:hAnsi="Sakkal Majalla" w:cs="Sakkal Majalla"/>
        </w:rPr>
        <w:t xml:space="preserve"> (3): </w:t>
      </w:r>
      <w:r w:rsidRPr="003E3418">
        <w:rPr>
          <w:rFonts w:ascii="Sakkal Majalla" w:hAnsi="Sakkal Majalla" w:cs="Sakkal Majalla"/>
          <w:rtl/>
        </w:rPr>
        <w:t>الإحصاء</w:t>
      </w:r>
      <w:r w:rsidRPr="003E3418">
        <w:rPr>
          <w:rFonts w:ascii="Sakkal Majalla" w:hAnsi="Sakkal Majalla" w:cs="Sakkal Majalla"/>
        </w:rPr>
        <w:t xml:space="preserve"> </w:t>
      </w:r>
      <w:r w:rsidRPr="003E3418">
        <w:rPr>
          <w:rFonts w:ascii="Sakkal Majalla" w:hAnsi="Sakkal Majalla" w:cs="Sakkal Majalla"/>
          <w:rtl/>
        </w:rPr>
        <w:t>الوصفي</w:t>
      </w:r>
      <w:r w:rsidRPr="003E3418">
        <w:rPr>
          <w:rFonts w:ascii="Sakkal Majalla" w:hAnsi="Sakkal Majalla" w:cs="Sakkal Majalla"/>
        </w:rPr>
        <w:t xml:space="preserve"> </w:t>
      </w:r>
      <w:r w:rsidRPr="003E3418">
        <w:rPr>
          <w:rFonts w:ascii="Sakkal Majalla" w:hAnsi="Sakkal Majalla" w:cs="Sakkal Majalla"/>
          <w:rtl/>
        </w:rPr>
        <w:t>لمتغيرات</w:t>
      </w:r>
      <w:r w:rsidRPr="003E3418">
        <w:rPr>
          <w:rFonts w:ascii="Sakkal Majalla" w:hAnsi="Sakkal Majalla" w:cs="Sakkal Majalla"/>
        </w:rPr>
        <w:t xml:space="preserve"> </w:t>
      </w:r>
      <w:r w:rsidRPr="003E3418">
        <w:rPr>
          <w:rFonts w:ascii="Sakkal Majalla" w:hAnsi="Sakkal Majalla" w:cs="Sakkal Majalla"/>
          <w:rtl/>
        </w:rPr>
        <w:t>الدراسة</w:t>
      </w:r>
      <w:r w:rsidRPr="003E3418">
        <w:rPr>
          <w:rFonts w:ascii="Sakkal Majalla" w:hAnsi="Sakkal Majalla" w:cs="Sakkal Majalla"/>
        </w:rPr>
        <w:t xml:space="preserve"> (N=74, 2000–2022)  ..................................................  53</w:t>
      </w:r>
    </w:p>
    <w:p w14:paraId="777C9512"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جدول</w:t>
      </w:r>
      <w:r w:rsidRPr="003E3418">
        <w:rPr>
          <w:rFonts w:ascii="Sakkal Majalla" w:hAnsi="Sakkal Majalla" w:cs="Sakkal Majalla"/>
        </w:rPr>
        <w:t xml:space="preserve"> (4): </w:t>
      </w:r>
      <w:r w:rsidRPr="003E3418">
        <w:rPr>
          <w:rFonts w:ascii="Sakkal Majalla" w:hAnsi="Sakkal Majalla" w:cs="Sakkal Majalla"/>
          <w:rtl/>
        </w:rPr>
        <w:t>الإحصاء</w:t>
      </w:r>
      <w:r w:rsidRPr="003E3418">
        <w:rPr>
          <w:rFonts w:ascii="Sakkal Majalla" w:hAnsi="Sakkal Majalla" w:cs="Sakkal Majalla"/>
        </w:rPr>
        <w:t xml:space="preserve"> </w:t>
      </w:r>
      <w:r w:rsidRPr="003E3418">
        <w:rPr>
          <w:rFonts w:ascii="Sakkal Majalla" w:hAnsi="Sakkal Majalla" w:cs="Sakkal Majalla"/>
          <w:rtl/>
        </w:rPr>
        <w:t>الوصفي</w:t>
      </w:r>
      <w:r w:rsidRPr="003E3418">
        <w:rPr>
          <w:rFonts w:ascii="Sakkal Majalla" w:hAnsi="Sakkal Majalla" w:cs="Sakkal Majalla"/>
        </w:rPr>
        <w:t xml:space="preserve"> </w:t>
      </w:r>
      <w:r w:rsidRPr="003E3418">
        <w:rPr>
          <w:rFonts w:ascii="Sakkal Majalla" w:hAnsi="Sakkal Majalla" w:cs="Sakkal Majalla"/>
          <w:rtl/>
        </w:rPr>
        <w:t>حسب</w:t>
      </w:r>
      <w:r w:rsidRPr="003E3418">
        <w:rPr>
          <w:rFonts w:ascii="Sakkal Majalla" w:hAnsi="Sakkal Majalla" w:cs="Sakkal Majalla"/>
        </w:rPr>
        <w:t xml:space="preserve"> </w:t>
      </w:r>
      <w:r w:rsidRPr="003E3418">
        <w:rPr>
          <w:rFonts w:ascii="Sakkal Majalla" w:hAnsi="Sakkal Majalla" w:cs="Sakkal Majalla"/>
          <w:rtl/>
        </w:rPr>
        <w:t>المنطقة</w:t>
      </w:r>
      <w:r w:rsidRPr="003E3418">
        <w:rPr>
          <w:rFonts w:ascii="Sakkal Majalla" w:hAnsi="Sakkal Majalla" w:cs="Sakkal Majalla"/>
        </w:rPr>
        <w:t xml:space="preserve"> </w:t>
      </w:r>
      <w:r w:rsidRPr="003E3418">
        <w:rPr>
          <w:rFonts w:ascii="Sakkal Majalla" w:hAnsi="Sakkal Majalla" w:cs="Sakkal Majalla"/>
          <w:rtl/>
        </w:rPr>
        <w:t>الجغرافية</w:t>
      </w:r>
      <w:r w:rsidRPr="003E3418">
        <w:rPr>
          <w:rFonts w:ascii="Sakkal Majalla" w:hAnsi="Sakkal Majalla" w:cs="Sakkal Majalla"/>
        </w:rPr>
        <w:t xml:space="preserve">  ..................................................  54</w:t>
      </w:r>
    </w:p>
    <w:p w14:paraId="016FBA92"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جدول</w:t>
      </w:r>
      <w:r w:rsidRPr="003E3418">
        <w:rPr>
          <w:rFonts w:ascii="Sakkal Majalla" w:hAnsi="Sakkal Majalla" w:cs="Sakkal Majalla"/>
        </w:rPr>
        <w:t xml:space="preserve"> (5): </w:t>
      </w:r>
      <w:r w:rsidRPr="003E3418">
        <w:rPr>
          <w:rFonts w:ascii="Sakkal Majalla" w:hAnsi="Sakkal Majalla" w:cs="Sakkal Majalla"/>
          <w:rtl/>
        </w:rPr>
        <w:t>مصفوفة</w:t>
      </w:r>
      <w:r w:rsidRPr="003E3418">
        <w:rPr>
          <w:rFonts w:ascii="Sakkal Majalla" w:hAnsi="Sakkal Majalla" w:cs="Sakkal Majalla"/>
        </w:rPr>
        <w:t xml:space="preserve"> </w:t>
      </w:r>
      <w:r w:rsidRPr="003E3418">
        <w:rPr>
          <w:rFonts w:ascii="Sakkal Majalla" w:hAnsi="Sakkal Majalla" w:cs="Sakkal Majalla"/>
          <w:rtl/>
        </w:rPr>
        <w:t>الارتباط</w:t>
      </w:r>
      <w:r w:rsidRPr="003E3418">
        <w:rPr>
          <w:rFonts w:ascii="Sakkal Majalla" w:hAnsi="Sakkal Majalla" w:cs="Sakkal Majalla"/>
        </w:rPr>
        <w:t xml:space="preserve"> </w:t>
      </w:r>
      <w:r w:rsidRPr="003E3418">
        <w:rPr>
          <w:rFonts w:ascii="Sakkal Majalla" w:hAnsi="Sakkal Majalla" w:cs="Sakkal Majalla"/>
          <w:rtl/>
        </w:rPr>
        <w:t>بين</w:t>
      </w:r>
      <w:r w:rsidRPr="003E3418">
        <w:rPr>
          <w:rFonts w:ascii="Sakkal Majalla" w:hAnsi="Sakkal Majalla" w:cs="Sakkal Majalla"/>
        </w:rPr>
        <w:t xml:space="preserve"> </w:t>
      </w:r>
      <w:r w:rsidRPr="003E3418">
        <w:rPr>
          <w:rFonts w:ascii="Sakkal Majalla" w:hAnsi="Sakkal Majalla" w:cs="Sakkal Majalla"/>
          <w:rtl/>
        </w:rPr>
        <w:t>المتغيرات</w:t>
      </w:r>
      <w:r w:rsidRPr="003E3418">
        <w:rPr>
          <w:rFonts w:ascii="Sakkal Majalla" w:hAnsi="Sakkal Majalla" w:cs="Sakkal Majalla"/>
        </w:rPr>
        <w:t xml:space="preserve"> </w:t>
      </w:r>
      <w:r w:rsidRPr="003E3418">
        <w:rPr>
          <w:rFonts w:ascii="Sakkal Majalla" w:hAnsi="Sakkal Majalla" w:cs="Sakkal Majalla"/>
          <w:rtl/>
        </w:rPr>
        <w:t>الرئيسية</w:t>
      </w:r>
      <w:r w:rsidRPr="003E3418">
        <w:rPr>
          <w:rFonts w:ascii="Sakkal Majalla" w:hAnsi="Sakkal Majalla" w:cs="Sakkal Majalla"/>
        </w:rPr>
        <w:t xml:space="preserve">  ..................................................  56</w:t>
      </w:r>
    </w:p>
    <w:p w14:paraId="36551D3A"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جدول</w:t>
      </w:r>
      <w:r w:rsidRPr="003E3418">
        <w:rPr>
          <w:rFonts w:ascii="Sakkal Majalla" w:hAnsi="Sakkal Majalla" w:cs="Sakkal Majalla"/>
        </w:rPr>
        <w:t xml:space="preserve"> (6): </w:t>
      </w:r>
      <w:r w:rsidRPr="003E3418">
        <w:rPr>
          <w:rFonts w:ascii="Sakkal Majalla" w:hAnsi="Sakkal Majalla" w:cs="Sakkal Majalla"/>
          <w:rtl/>
        </w:rPr>
        <w:t>نتائج</w:t>
      </w:r>
      <w:r w:rsidRPr="003E3418">
        <w:rPr>
          <w:rFonts w:ascii="Sakkal Majalla" w:hAnsi="Sakkal Majalla" w:cs="Sakkal Majalla"/>
        </w:rPr>
        <w:t xml:space="preserve"> </w:t>
      </w:r>
      <w:r w:rsidRPr="003E3418">
        <w:rPr>
          <w:rFonts w:ascii="Sakkal Majalla" w:hAnsi="Sakkal Majalla" w:cs="Sakkal Majalla"/>
          <w:rtl/>
        </w:rPr>
        <w:t>اختبارات</w:t>
      </w:r>
      <w:r w:rsidRPr="003E3418">
        <w:rPr>
          <w:rFonts w:ascii="Sakkal Majalla" w:hAnsi="Sakkal Majalla" w:cs="Sakkal Majalla"/>
        </w:rPr>
        <w:t xml:space="preserve"> Im-Pesaran-Shin </w:t>
      </w:r>
      <w:r w:rsidRPr="003E3418">
        <w:rPr>
          <w:rFonts w:ascii="Sakkal Majalla" w:hAnsi="Sakkal Majalla" w:cs="Sakkal Majalla"/>
          <w:rtl/>
        </w:rPr>
        <w:t>لجذر</w:t>
      </w:r>
      <w:r w:rsidRPr="003E3418">
        <w:rPr>
          <w:rFonts w:ascii="Sakkal Majalla" w:hAnsi="Sakkal Majalla" w:cs="Sakkal Majalla"/>
        </w:rPr>
        <w:t xml:space="preserve"> </w:t>
      </w:r>
      <w:r w:rsidRPr="003E3418">
        <w:rPr>
          <w:rFonts w:ascii="Sakkal Majalla" w:hAnsi="Sakkal Majalla" w:cs="Sakkal Majalla"/>
          <w:rtl/>
        </w:rPr>
        <w:t>الوحدة</w:t>
      </w:r>
      <w:r w:rsidRPr="003E3418">
        <w:rPr>
          <w:rFonts w:ascii="Sakkal Majalla" w:hAnsi="Sakkal Majalla" w:cs="Sakkal Majalla"/>
        </w:rPr>
        <w:t xml:space="preserve">  ..................................................  57</w:t>
      </w:r>
    </w:p>
    <w:p w14:paraId="7A4EF7A9"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جدول</w:t>
      </w:r>
      <w:r w:rsidRPr="003E3418">
        <w:rPr>
          <w:rFonts w:ascii="Sakkal Majalla" w:hAnsi="Sakkal Majalla" w:cs="Sakkal Majalla"/>
        </w:rPr>
        <w:t xml:space="preserve"> (7): </w:t>
      </w:r>
      <w:r w:rsidRPr="003E3418">
        <w:rPr>
          <w:rFonts w:ascii="Sakkal Majalla" w:hAnsi="Sakkal Majalla" w:cs="Sakkal Majalla"/>
          <w:rtl/>
        </w:rPr>
        <w:t>نتائج</w:t>
      </w:r>
      <w:r w:rsidRPr="003E3418">
        <w:rPr>
          <w:rFonts w:ascii="Sakkal Majalla" w:hAnsi="Sakkal Majalla" w:cs="Sakkal Majalla"/>
        </w:rPr>
        <w:t xml:space="preserve"> </w:t>
      </w:r>
      <w:r w:rsidRPr="003E3418">
        <w:rPr>
          <w:rFonts w:ascii="Sakkal Majalla" w:hAnsi="Sakkal Majalla" w:cs="Sakkal Majalla"/>
          <w:rtl/>
        </w:rPr>
        <w:t>نموذج</w:t>
      </w:r>
      <w:r w:rsidRPr="003E3418">
        <w:rPr>
          <w:rFonts w:ascii="Sakkal Majalla" w:hAnsi="Sakkal Majalla" w:cs="Sakkal Majalla"/>
        </w:rPr>
        <w:t xml:space="preserve"> </w:t>
      </w:r>
      <w:r w:rsidRPr="003E3418">
        <w:rPr>
          <w:rFonts w:ascii="Sakkal Majalla" w:hAnsi="Sakkal Majalla" w:cs="Sakkal Majalla"/>
          <w:rtl/>
        </w:rPr>
        <w:t>التأثيرات</w:t>
      </w:r>
      <w:r w:rsidRPr="003E3418">
        <w:rPr>
          <w:rFonts w:ascii="Sakkal Majalla" w:hAnsi="Sakkal Majalla" w:cs="Sakkal Majalla"/>
        </w:rPr>
        <w:t xml:space="preserve"> </w:t>
      </w:r>
      <w:r w:rsidRPr="003E3418">
        <w:rPr>
          <w:rFonts w:ascii="Sakkal Majalla" w:hAnsi="Sakkal Majalla" w:cs="Sakkal Majalla"/>
          <w:rtl/>
        </w:rPr>
        <w:t>الثابتة</w:t>
      </w:r>
      <w:r w:rsidRPr="003E3418">
        <w:rPr>
          <w:rFonts w:ascii="Sakkal Majalla" w:hAnsi="Sakkal Majalla" w:cs="Sakkal Majalla"/>
        </w:rPr>
        <w:t xml:space="preserve"> — </w:t>
      </w:r>
      <w:r w:rsidRPr="003E3418">
        <w:rPr>
          <w:rFonts w:ascii="Sakkal Majalla" w:hAnsi="Sakkal Majalla" w:cs="Sakkal Majalla"/>
          <w:rtl/>
        </w:rPr>
        <w:t>نمو</w:t>
      </w:r>
      <w:r w:rsidRPr="003E3418">
        <w:rPr>
          <w:rFonts w:ascii="Sakkal Majalla" w:hAnsi="Sakkal Majalla" w:cs="Sakkal Majalla"/>
        </w:rPr>
        <w:t xml:space="preserve"> </w:t>
      </w:r>
      <w:r w:rsidRPr="003E3418">
        <w:rPr>
          <w:rFonts w:ascii="Sakkal Majalla" w:hAnsi="Sakkal Majalla" w:cs="Sakkal Majalla"/>
          <w:rtl/>
        </w:rPr>
        <w:t>نصيب</w:t>
      </w:r>
      <w:r w:rsidRPr="003E3418">
        <w:rPr>
          <w:rFonts w:ascii="Sakkal Majalla" w:hAnsi="Sakkal Majalla" w:cs="Sakkal Majalla"/>
        </w:rPr>
        <w:t xml:space="preserve"> </w:t>
      </w:r>
      <w:r w:rsidRPr="003E3418">
        <w:rPr>
          <w:rFonts w:ascii="Sakkal Majalla" w:hAnsi="Sakkal Majalla" w:cs="Sakkal Majalla"/>
          <w:rtl/>
        </w:rPr>
        <w:t>الفرد</w:t>
      </w:r>
      <w:r w:rsidRPr="003E3418">
        <w:rPr>
          <w:rFonts w:ascii="Sakkal Majalla" w:hAnsi="Sakkal Majalla" w:cs="Sakkal Majalla"/>
        </w:rPr>
        <w:t xml:space="preserve">  ..................................................  58</w:t>
      </w:r>
    </w:p>
    <w:p w14:paraId="427FFF89"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جدول</w:t>
      </w:r>
      <w:r w:rsidRPr="003E3418">
        <w:rPr>
          <w:rFonts w:ascii="Sakkal Majalla" w:hAnsi="Sakkal Majalla" w:cs="Sakkal Majalla"/>
        </w:rPr>
        <w:t xml:space="preserve"> (8): </w:t>
      </w:r>
      <w:r w:rsidRPr="003E3418">
        <w:rPr>
          <w:rFonts w:ascii="Sakkal Majalla" w:hAnsi="Sakkal Majalla" w:cs="Sakkal Majalla"/>
          <w:rtl/>
        </w:rPr>
        <w:t>نتائج</w:t>
      </w:r>
      <w:r w:rsidRPr="003E3418">
        <w:rPr>
          <w:rFonts w:ascii="Sakkal Majalla" w:hAnsi="Sakkal Majalla" w:cs="Sakkal Majalla"/>
        </w:rPr>
        <w:t xml:space="preserve"> </w:t>
      </w:r>
      <w:r w:rsidRPr="003E3418">
        <w:rPr>
          <w:rFonts w:ascii="Sakkal Majalla" w:hAnsi="Sakkal Majalla" w:cs="Sakkal Majalla"/>
          <w:rtl/>
        </w:rPr>
        <w:t>نموذج</w:t>
      </w:r>
      <w:r w:rsidRPr="003E3418">
        <w:rPr>
          <w:rFonts w:ascii="Sakkal Majalla" w:hAnsi="Sakkal Majalla" w:cs="Sakkal Majalla"/>
        </w:rPr>
        <w:t xml:space="preserve"> </w:t>
      </w:r>
      <w:r w:rsidRPr="003E3418">
        <w:rPr>
          <w:rFonts w:ascii="Sakkal Majalla" w:hAnsi="Sakkal Majalla" w:cs="Sakkal Majalla"/>
          <w:rtl/>
        </w:rPr>
        <w:t>التأثيرات</w:t>
      </w:r>
      <w:r w:rsidRPr="003E3418">
        <w:rPr>
          <w:rFonts w:ascii="Sakkal Majalla" w:hAnsi="Sakkal Majalla" w:cs="Sakkal Majalla"/>
        </w:rPr>
        <w:t xml:space="preserve"> </w:t>
      </w:r>
      <w:r w:rsidRPr="003E3418">
        <w:rPr>
          <w:rFonts w:ascii="Sakkal Majalla" w:hAnsi="Sakkal Majalla" w:cs="Sakkal Majalla"/>
          <w:rtl/>
        </w:rPr>
        <w:t>الثابتة</w:t>
      </w:r>
      <w:r w:rsidRPr="003E3418">
        <w:rPr>
          <w:rFonts w:ascii="Sakkal Majalla" w:hAnsi="Sakkal Majalla" w:cs="Sakkal Majalla"/>
        </w:rPr>
        <w:t xml:space="preserve"> — </w:t>
      </w:r>
      <w:r w:rsidRPr="003E3418">
        <w:rPr>
          <w:rFonts w:ascii="Sakkal Majalla" w:hAnsi="Sakkal Majalla" w:cs="Sakkal Majalla"/>
          <w:rtl/>
        </w:rPr>
        <w:t>نسبة</w:t>
      </w:r>
      <w:r w:rsidRPr="003E3418">
        <w:rPr>
          <w:rFonts w:ascii="Sakkal Majalla" w:hAnsi="Sakkal Majalla" w:cs="Sakkal Majalla"/>
        </w:rPr>
        <w:t xml:space="preserve"> </w:t>
      </w:r>
      <w:r w:rsidRPr="003E3418">
        <w:rPr>
          <w:rFonts w:ascii="Sakkal Majalla" w:hAnsi="Sakkal Majalla" w:cs="Sakkal Majalla"/>
          <w:rtl/>
        </w:rPr>
        <w:t>الفقراء</w:t>
      </w:r>
      <w:r w:rsidRPr="003E3418">
        <w:rPr>
          <w:rFonts w:ascii="Sakkal Majalla" w:hAnsi="Sakkal Majalla" w:cs="Sakkal Majalla"/>
        </w:rPr>
        <w:t xml:space="preserve">  ..................................................  59</w:t>
      </w:r>
    </w:p>
    <w:p w14:paraId="437B0F66"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جدول</w:t>
      </w:r>
      <w:r w:rsidRPr="003E3418">
        <w:rPr>
          <w:rFonts w:ascii="Sakkal Majalla" w:hAnsi="Sakkal Majalla" w:cs="Sakkal Majalla"/>
        </w:rPr>
        <w:t xml:space="preserve"> (9): </w:t>
      </w:r>
      <w:r w:rsidRPr="003E3418">
        <w:rPr>
          <w:rFonts w:ascii="Sakkal Majalla" w:hAnsi="Sakkal Majalla" w:cs="Sakkal Majalla"/>
          <w:rtl/>
        </w:rPr>
        <w:t>نتائج</w:t>
      </w:r>
      <w:r w:rsidRPr="003E3418">
        <w:rPr>
          <w:rFonts w:ascii="Sakkal Majalla" w:hAnsi="Sakkal Majalla" w:cs="Sakkal Majalla"/>
        </w:rPr>
        <w:t xml:space="preserve"> </w:t>
      </w:r>
      <w:r w:rsidRPr="003E3418">
        <w:rPr>
          <w:rFonts w:ascii="Sakkal Majalla" w:hAnsi="Sakkal Majalla" w:cs="Sakkal Majalla"/>
          <w:rtl/>
        </w:rPr>
        <w:t>نموذج</w:t>
      </w:r>
      <w:r w:rsidRPr="003E3418">
        <w:rPr>
          <w:rFonts w:ascii="Sakkal Majalla" w:hAnsi="Sakkal Majalla" w:cs="Sakkal Majalla"/>
        </w:rPr>
        <w:t xml:space="preserve"> GMM — </w:t>
      </w:r>
      <w:r w:rsidRPr="003E3418">
        <w:rPr>
          <w:rFonts w:ascii="Sakkal Majalla" w:hAnsi="Sakkal Majalla" w:cs="Sakkal Majalla"/>
          <w:rtl/>
        </w:rPr>
        <w:t>نسبة</w:t>
      </w:r>
      <w:r w:rsidRPr="003E3418">
        <w:rPr>
          <w:rFonts w:ascii="Sakkal Majalla" w:hAnsi="Sakkal Majalla" w:cs="Sakkal Majalla"/>
        </w:rPr>
        <w:t xml:space="preserve"> </w:t>
      </w:r>
      <w:r w:rsidRPr="003E3418">
        <w:rPr>
          <w:rFonts w:ascii="Sakkal Majalla" w:hAnsi="Sakkal Majalla" w:cs="Sakkal Majalla"/>
          <w:rtl/>
        </w:rPr>
        <w:t>الفقراء</w:t>
      </w:r>
      <w:r w:rsidRPr="003E3418">
        <w:rPr>
          <w:rFonts w:ascii="Sakkal Majalla" w:hAnsi="Sakkal Majalla" w:cs="Sakkal Majalla"/>
        </w:rPr>
        <w:t xml:space="preserve"> (2.15$)  ..................................................  61</w:t>
      </w:r>
    </w:p>
    <w:p w14:paraId="630A93B8"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جدول</w:t>
      </w:r>
      <w:r w:rsidRPr="003E3418">
        <w:rPr>
          <w:rFonts w:ascii="Sakkal Majalla" w:hAnsi="Sakkal Majalla" w:cs="Sakkal Majalla"/>
        </w:rPr>
        <w:t xml:space="preserve"> (10): </w:t>
      </w:r>
      <w:r w:rsidRPr="003E3418">
        <w:rPr>
          <w:rFonts w:ascii="Sakkal Majalla" w:hAnsi="Sakkal Majalla" w:cs="Sakkal Majalla"/>
          <w:rtl/>
        </w:rPr>
        <w:t>نتائج</w:t>
      </w:r>
      <w:r w:rsidRPr="003E3418">
        <w:rPr>
          <w:rFonts w:ascii="Sakkal Majalla" w:hAnsi="Sakkal Majalla" w:cs="Sakkal Majalla"/>
        </w:rPr>
        <w:t xml:space="preserve"> </w:t>
      </w:r>
      <w:r w:rsidRPr="003E3418">
        <w:rPr>
          <w:rFonts w:ascii="Sakkal Majalla" w:hAnsi="Sakkal Majalla" w:cs="Sakkal Majalla"/>
          <w:rtl/>
        </w:rPr>
        <w:t>نموذج</w:t>
      </w:r>
      <w:r w:rsidRPr="003E3418">
        <w:rPr>
          <w:rFonts w:ascii="Sakkal Majalla" w:hAnsi="Sakkal Majalla" w:cs="Sakkal Majalla"/>
        </w:rPr>
        <w:t xml:space="preserve"> GMM — </w:t>
      </w:r>
      <w:r w:rsidRPr="003E3418">
        <w:rPr>
          <w:rFonts w:ascii="Sakkal Majalla" w:hAnsi="Sakkal Majalla" w:cs="Sakkal Majalla"/>
          <w:rtl/>
        </w:rPr>
        <w:t>مؤشر</w:t>
      </w:r>
      <w:r w:rsidRPr="003E3418">
        <w:rPr>
          <w:rFonts w:ascii="Sakkal Majalla" w:hAnsi="Sakkal Majalla" w:cs="Sakkal Majalla"/>
        </w:rPr>
        <w:t xml:space="preserve"> HDI  ..................................................  62</w:t>
      </w:r>
    </w:p>
    <w:p w14:paraId="27D1E79E"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جدول</w:t>
      </w:r>
      <w:r w:rsidRPr="003E3418">
        <w:rPr>
          <w:rFonts w:ascii="Sakkal Majalla" w:hAnsi="Sakkal Majalla" w:cs="Sakkal Majalla"/>
        </w:rPr>
        <w:t xml:space="preserve"> (11): </w:t>
      </w:r>
      <w:r w:rsidRPr="003E3418">
        <w:rPr>
          <w:rFonts w:ascii="Sakkal Majalla" w:hAnsi="Sakkal Majalla" w:cs="Sakkal Majalla"/>
          <w:rtl/>
        </w:rPr>
        <w:t>نتائج</w:t>
      </w:r>
      <w:r w:rsidRPr="003E3418">
        <w:rPr>
          <w:rFonts w:ascii="Sakkal Majalla" w:hAnsi="Sakkal Majalla" w:cs="Sakkal Majalla"/>
        </w:rPr>
        <w:t xml:space="preserve"> </w:t>
      </w:r>
      <w:r w:rsidRPr="003E3418">
        <w:rPr>
          <w:rFonts w:ascii="Sakkal Majalla" w:hAnsi="Sakkal Majalla" w:cs="Sakkal Majalla"/>
          <w:rtl/>
        </w:rPr>
        <w:t>تحليل</w:t>
      </w:r>
      <w:r w:rsidRPr="003E3418">
        <w:rPr>
          <w:rFonts w:ascii="Sakkal Majalla" w:hAnsi="Sakkal Majalla" w:cs="Sakkal Majalla"/>
        </w:rPr>
        <w:t xml:space="preserve"> </w:t>
      </w:r>
      <w:r w:rsidRPr="003E3418">
        <w:rPr>
          <w:rFonts w:ascii="Sakkal Majalla" w:hAnsi="Sakkal Majalla" w:cs="Sakkal Majalla"/>
          <w:rtl/>
        </w:rPr>
        <w:t>الوساطة</w:t>
      </w:r>
      <w:r w:rsidRPr="003E3418">
        <w:rPr>
          <w:rFonts w:ascii="Sakkal Majalla" w:hAnsi="Sakkal Majalla" w:cs="Sakkal Majalla"/>
        </w:rPr>
        <w:t xml:space="preserve"> — </w:t>
      </w:r>
      <w:r w:rsidRPr="003E3418">
        <w:rPr>
          <w:rFonts w:ascii="Sakkal Majalla" w:hAnsi="Sakkal Majalla" w:cs="Sakkal Majalla"/>
          <w:rtl/>
        </w:rPr>
        <w:t>الأثر</w:t>
      </w:r>
      <w:r w:rsidRPr="003E3418">
        <w:rPr>
          <w:rFonts w:ascii="Sakkal Majalla" w:hAnsi="Sakkal Majalla" w:cs="Sakkal Majalla"/>
        </w:rPr>
        <w:t xml:space="preserve"> </w:t>
      </w:r>
      <w:r w:rsidRPr="003E3418">
        <w:rPr>
          <w:rFonts w:ascii="Sakkal Majalla" w:hAnsi="Sakkal Majalla" w:cs="Sakkal Majalla"/>
          <w:rtl/>
        </w:rPr>
        <w:t>المباشر</w:t>
      </w:r>
      <w:r w:rsidRPr="003E3418">
        <w:rPr>
          <w:rFonts w:ascii="Sakkal Majalla" w:hAnsi="Sakkal Majalla" w:cs="Sakkal Majalla"/>
        </w:rPr>
        <w:t xml:space="preserve"> </w:t>
      </w:r>
      <w:r w:rsidRPr="003E3418">
        <w:rPr>
          <w:rFonts w:ascii="Sakkal Majalla" w:hAnsi="Sakkal Majalla" w:cs="Sakkal Majalla"/>
          <w:rtl/>
        </w:rPr>
        <w:t>وغير</w:t>
      </w:r>
      <w:r w:rsidRPr="003E3418">
        <w:rPr>
          <w:rFonts w:ascii="Sakkal Majalla" w:hAnsi="Sakkal Majalla" w:cs="Sakkal Majalla"/>
        </w:rPr>
        <w:t xml:space="preserve"> </w:t>
      </w:r>
      <w:r w:rsidRPr="003E3418">
        <w:rPr>
          <w:rFonts w:ascii="Sakkal Majalla" w:hAnsi="Sakkal Majalla" w:cs="Sakkal Majalla"/>
          <w:rtl/>
        </w:rPr>
        <w:t>المباشر</w:t>
      </w:r>
      <w:r w:rsidRPr="003E3418">
        <w:rPr>
          <w:rFonts w:ascii="Sakkal Majalla" w:hAnsi="Sakkal Majalla" w:cs="Sakkal Majalla"/>
        </w:rPr>
        <w:t xml:space="preserve">  ..................................................  63</w:t>
      </w:r>
    </w:p>
    <w:p w14:paraId="3AAF4FD9"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جدول</w:t>
      </w:r>
      <w:r w:rsidRPr="003E3418">
        <w:rPr>
          <w:rFonts w:ascii="Sakkal Majalla" w:hAnsi="Sakkal Majalla" w:cs="Sakkal Majalla"/>
        </w:rPr>
        <w:t xml:space="preserve"> (12): </w:t>
      </w:r>
      <w:r w:rsidRPr="003E3418">
        <w:rPr>
          <w:rFonts w:ascii="Sakkal Majalla" w:hAnsi="Sakkal Majalla" w:cs="Sakkal Majalla"/>
          <w:rtl/>
        </w:rPr>
        <w:t>التحليل</w:t>
      </w:r>
      <w:r w:rsidRPr="003E3418">
        <w:rPr>
          <w:rFonts w:ascii="Sakkal Majalla" w:hAnsi="Sakkal Majalla" w:cs="Sakkal Majalla"/>
        </w:rPr>
        <w:t xml:space="preserve"> </w:t>
      </w:r>
      <w:r w:rsidRPr="003E3418">
        <w:rPr>
          <w:rFonts w:ascii="Sakkal Majalla" w:hAnsi="Sakkal Majalla" w:cs="Sakkal Majalla"/>
          <w:rtl/>
        </w:rPr>
        <w:t>الإقليمي</w:t>
      </w:r>
      <w:r w:rsidRPr="003E3418">
        <w:rPr>
          <w:rFonts w:ascii="Sakkal Majalla" w:hAnsi="Sakkal Majalla" w:cs="Sakkal Majalla"/>
        </w:rPr>
        <w:t xml:space="preserve"> — </w:t>
      </w:r>
      <w:r w:rsidRPr="003E3418">
        <w:rPr>
          <w:rFonts w:ascii="Sakkal Majalla" w:hAnsi="Sakkal Majalla" w:cs="Sakkal Majalla"/>
          <w:rtl/>
        </w:rPr>
        <w:t>معاملات</w:t>
      </w:r>
      <w:r w:rsidRPr="003E3418">
        <w:rPr>
          <w:rFonts w:ascii="Sakkal Majalla" w:hAnsi="Sakkal Majalla" w:cs="Sakkal Majalla"/>
        </w:rPr>
        <w:t xml:space="preserve"> </w:t>
      </w:r>
      <w:r w:rsidRPr="003E3418">
        <w:rPr>
          <w:rFonts w:ascii="Sakkal Majalla" w:hAnsi="Sakkal Majalla" w:cs="Sakkal Majalla"/>
          <w:rtl/>
        </w:rPr>
        <w:t>أثر</w:t>
      </w:r>
      <w:r w:rsidRPr="003E3418">
        <w:rPr>
          <w:rFonts w:ascii="Sakkal Majalla" w:hAnsi="Sakkal Majalla" w:cs="Sakkal Majalla"/>
        </w:rPr>
        <w:t xml:space="preserve"> </w:t>
      </w:r>
      <w:r w:rsidRPr="003E3418">
        <w:rPr>
          <w:rFonts w:ascii="Sakkal Majalla" w:hAnsi="Sakkal Majalla" w:cs="Sakkal Majalla"/>
          <w:rtl/>
        </w:rPr>
        <w:t>الفساد</w:t>
      </w:r>
      <w:r w:rsidRPr="003E3418">
        <w:rPr>
          <w:rFonts w:ascii="Sakkal Majalla" w:hAnsi="Sakkal Majalla" w:cs="Sakkal Majalla"/>
        </w:rPr>
        <w:t xml:space="preserve"> </w:t>
      </w:r>
      <w:r w:rsidRPr="003E3418">
        <w:rPr>
          <w:rFonts w:ascii="Sakkal Majalla" w:hAnsi="Sakkal Majalla" w:cs="Sakkal Majalla"/>
          <w:rtl/>
        </w:rPr>
        <w:t>على</w:t>
      </w:r>
      <w:r w:rsidRPr="003E3418">
        <w:rPr>
          <w:rFonts w:ascii="Sakkal Majalla" w:hAnsi="Sakkal Majalla" w:cs="Sakkal Majalla"/>
        </w:rPr>
        <w:t xml:space="preserve"> </w:t>
      </w:r>
      <w:r w:rsidRPr="003E3418">
        <w:rPr>
          <w:rFonts w:ascii="Sakkal Majalla" w:hAnsi="Sakkal Majalla" w:cs="Sakkal Majalla"/>
          <w:rtl/>
        </w:rPr>
        <w:t>الفقر</w:t>
      </w:r>
      <w:r w:rsidRPr="003E3418">
        <w:rPr>
          <w:rFonts w:ascii="Sakkal Majalla" w:hAnsi="Sakkal Majalla" w:cs="Sakkal Majalla"/>
        </w:rPr>
        <w:t xml:space="preserve">  ..................................................  65</w:t>
      </w:r>
    </w:p>
    <w:p w14:paraId="7296FB31"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جدول</w:t>
      </w:r>
      <w:r w:rsidRPr="003E3418">
        <w:rPr>
          <w:rFonts w:ascii="Sakkal Majalla" w:hAnsi="Sakkal Majalla" w:cs="Sakkal Majalla"/>
        </w:rPr>
        <w:t xml:space="preserve"> (13): </w:t>
      </w:r>
      <w:r w:rsidRPr="003E3418">
        <w:rPr>
          <w:rFonts w:ascii="Sakkal Majalla" w:hAnsi="Sakkal Majalla" w:cs="Sakkal Majalla"/>
          <w:rtl/>
        </w:rPr>
        <w:t>اختبارات</w:t>
      </w:r>
      <w:r w:rsidRPr="003E3418">
        <w:rPr>
          <w:rFonts w:ascii="Sakkal Majalla" w:hAnsi="Sakkal Majalla" w:cs="Sakkal Majalla"/>
        </w:rPr>
        <w:t xml:space="preserve"> </w:t>
      </w:r>
      <w:r w:rsidRPr="003E3418">
        <w:rPr>
          <w:rFonts w:ascii="Sakkal Majalla" w:hAnsi="Sakkal Majalla" w:cs="Sakkal Majalla"/>
          <w:rtl/>
        </w:rPr>
        <w:t>المتانة</w:t>
      </w:r>
      <w:r w:rsidRPr="003E3418">
        <w:rPr>
          <w:rFonts w:ascii="Sakkal Majalla" w:hAnsi="Sakkal Majalla" w:cs="Sakkal Majalla"/>
        </w:rPr>
        <w:t xml:space="preserve"> — </w:t>
      </w:r>
      <w:r w:rsidRPr="003E3418">
        <w:rPr>
          <w:rFonts w:ascii="Sakkal Majalla" w:hAnsi="Sakkal Majalla" w:cs="Sakkal Majalla"/>
          <w:rtl/>
        </w:rPr>
        <w:t>استبدال</w:t>
      </w:r>
      <w:r w:rsidRPr="003E3418">
        <w:rPr>
          <w:rFonts w:ascii="Sakkal Majalla" w:hAnsi="Sakkal Majalla" w:cs="Sakkal Majalla"/>
        </w:rPr>
        <w:t xml:space="preserve"> CPI </w:t>
      </w:r>
      <w:r w:rsidRPr="003E3418">
        <w:rPr>
          <w:rFonts w:ascii="Sakkal Majalla" w:hAnsi="Sakkal Majalla" w:cs="Sakkal Majalla"/>
          <w:rtl/>
        </w:rPr>
        <w:t>بـ</w:t>
      </w:r>
      <w:r w:rsidRPr="003E3418">
        <w:rPr>
          <w:rFonts w:ascii="Sakkal Majalla" w:hAnsi="Sakkal Majalla" w:cs="Sakkal Majalla"/>
        </w:rPr>
        <w:t xml:space="preserve"> WGI  ..................................................  67</w:t>
      </w:r>
    </w:p>
    <w:p w14:paraId="252F6BF5"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جدول</w:t>
      </w:r>
      <w:r w:rsidRPr="003E3418">
        <w:rPr>
          <w:rFonts w:ascii="Sakkal Majalla" w:hAnsi="Sakkal Majalla" w:cs="Sakkal Majalla"/>
        </w:rPr>
        <w:t xml:space="preserve"> (14): </w:t>
      </w:r>
      <w:r w:rsidRPr="003E3418">
        <w:rPr>
          <w:rFonts w:ascii="Sakkal Majalla" w:hAnsi="Sakkal Majalla" w:cs="Sakkal Majalla"/>
          <w:rtl/>
        </w:rPr>
        <w:t>مقارنة</w:t>
      </w:r>
      <w:r w:rsidRPr="003E3418">
        <w:rPr>
          <w:rFonts w:ascii="Sakkal Majalla" w:hAnsi="Sakkal Majalla" w:cs="Sakkal Majalla"/>
        </w:rPr>
        <w:t xml:space="preserve"> </w:t>
      </w:r>
      <w:r w:rsidRPr="003E3418">
        <w:rPr>
          <w:rFonts w:ascii="Sakkal Majalla" w:hAnsi="Sakkal Majalla" w:cs="Sakkal Majalla"/>
          <w:rtl/>
        </w:rPr>
        <w:t>نتائج</w:t>
      </w:r>
      <w:r w:rsidRPr="003E3418">
        <w:rPr>
          <w:rFonts w:ascii="Sakkal Majalla" w:hAnsi="Sakkal Majalla" w:cs="Sakkal Majalla"/>
        </w:rPr>
        <w:t xml:space="preserve"> </w:t>
      </w:r>
      <w:r w:rsidRPr="003E3418">
        <w:rPr>
          <w:rFonts w:ascii="Sakkal Majalla" w:hAnsi="Sakkal Majalla" w:cs="Sakkal Majalla"/>
          <w:rtl/>
        </w:rPr>
        <w:t>الدراسة</w:t>
      </w:r>
      <w:r w:rsidRPr="003E3418">
        <w:rPr>
          <w:rFonts w:ascii="Sakkal Majalla" w:hAnsi="Sakkal Majalla" w:cs="Sakkal Majalla"/>
        </w:rPr>
        <w:t xml:space="preserve"> </w:t>
      </w:r>
      <w:r w:rsidRPr="003E3418">
        <w:rPr>
          <w:rFonts w:ascii="Sakkal Majalla" w:hAnsi="Sakkal Majalla" w:cs="Sakkal Majalla"/>
          <w:rtl/>
        </w:rPr>
        <w:t>الحالية</w:t>
      </w:r>
      <w:r w:rsidRPr="003E3418">
        <w:rPr>
          <w:rFonts w:ascii="Sakkal Majalla" w:hAnsi="Sakkal Majalla" w:cs="Sakkal Majalla"/>
        </w:rPr>
        <w:t xml:space="preserve"> </w:t>
      </w:r>
      <w:r w:rsidRPr="003E3418">
        <w:rPr>
          <w:rFonts w:ascii="Sakkal Majalla" w:hAnsi="Sakkal Majalla" w:cs="Sakkal Majalla"/>
          <w:rtl/>
        </w:rPr>
        <w:t>بالدراسات</w:t>
      </w:r>
      <w:r w:rsidRPr="003E3418">
        <w:rPr>
          <w:rFonts w:ascii="Sakkal Majalla" w:hAnsi="Sakkal Majalla" w:cs="Sakkal Majalla"/>
        </w:rPr>
        <w:t xml:space="preserve"> </w:t>
      </w:r>
      <w:r w:rsidRPr="003E3418">
        <w:rPr>
          <w:rFonts w:ascii="Sakkal Majalla" w:hAnsi="Sakkal Majalla" w:cs="Sakkal Majalla"/>
          <w:rtl/>
        </w:rPr>
        <w:t>السابقة</w:t>
      </w:r>
      <w:r w:rsidRPr="003E3418">
        <w:rPr>
          <w:rFonts w:ascii="Sakkal Majalla" w:hAnsi="Sakkal Majalla" w:cs="Sakkal Majalla"/>
        </w:rPr>
        <w:t xml:space="preserve">  ..................................................  71</w:t>
      </w:r>
    </w:p>
    <w:p w14:paraId="274D51E0" w14:textId="77777777" w:rsidR="003E3418" w:rsidRPr="003E3418" w:rsidRDefault="003E3418" w:rsidP="003E3418">
      <w:pPr>
        <w:spacing w:before="80" w:after="80"/>
        <w:rPr>
          <w:rFonts w:ascii="Sakkal Majalla" w:hAnsi="Sakkal Majalla" w:cs="Sakkal Majalla"/>
        </w:rPr>
      </w:pPr>
    </w:p>
    <w:p w14:paraId="5C4AB6DF" w14:textId="77777777" w:rsidR="003E3418" w:rsidRPr="003E3418" w:rsidRDefault="003E3418" w:rsidP="003E3418">
      <w:pPr>
        <w:bidi/>
        <w:rPr>
          <w:rFonts w:ascii="Sakkal Majalla" w:hAnsi="Sakkal Majalla" w:cs="Sakkal Majalla"/>
        </w:rPr>
      </w:pPr>
      <w:r w:rsidRPr="003E3418">
        <w:rPr>
          <w:rFonts w:ascii="Sakkal Majalla" w:hAnsi="Sakkal Majalla" w:cs="Sakkal Majalla"/>
          <w:b/>
          <w:bCs/>
          <w:sz w:val="24"/>
          <w:szCs w:val="24"/>
          <w:rtl/>
        </w:rPr>
        <w:t>ثانياً</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الأشكال</w:t>
      </w:r>
    </w:p>
    <w:p w14:paraId="39566134"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شكل</w:t>
      </w:r>
      <w:r w:rsidRPr="003E3418">
        <w:rPr>
          <w:rFonts w:ascii="Sakkal Majalla" w:hAnsi="Sakkal Majalla" w:cs="Sakkal Majalla"/>
        </w:rPr>
        <w:t xml:space="preserve"> (1): </w:t>
      </w:r>
      <w:r w:rsidRPr="003E3418">
        <w:rPr>
          <w:rFonts w:ascii="Sakkal Majalla" w:hAnsi="Sakkal Majalla" w:cs="Sakkal Majalla"/>
          <w:rtl/>
        </w:rPr>
        <w:t>النموذج</w:t>
      </w:r>
      <w:r w:rsidRPr="003E3418">
        <w:rPr>
          <w:rFonts w:ascii="Sakkal Majalla" w:hAnsi="Sakkal Majalla" w:cs="Sakkal Majalla"/>
        </w:rPr>
        <w:t xml:space="preserve"> </w:t>
      </w:r>
      <w:r w:rsidRPr="003E3418">
        <w:rPr>
          <w:rFonts w:ascii="Sakkal Majalla" w:hAnsi="Sakkal Majalla" w:cs="Sakkal Majalla"/>
          <w:rtl/>
        </w:rPr>
        <w:t>المفاهيمي</w:t>
      </w:r>
      <w:r w:rsidRPr="003E3418">
        <w:rPr>
          <w:rFonts w:ascii="Sakkal Majalla" w:hAnsi="Sakkal Majalla" w:cs="Sakkal Majalla"/>
        </w:rPr>
        <w:t xml:space="preserve"> — </w:t>
      </w:r>
      <w:r w:rsidRPr="003E3418">
        <w:rPr>
          <w:rFonts w:ascii="Sakkal Majalla" w:hAnsi="Sakkal Majalla" w:cs="Sakkal Majalla"/>
          <w:rtl/>
        </w:rPr>
        <w:t>قنوات</w:t>
      </w:r>
      <w:r w:rsidRPr="003E3418">
        <w:rPr>
          <w:rFonts w:ascii="Sakkal Majalla" w:hAnsi="Sakkal Majalla" w:cs="Sakkal Majalla"/>
        </w:rPr>
        <w:t xml:space="preserve"> </w:t>
      </w:r>
      <w:r w:rsidRPr="003E3418">
        <w:rPr>
          <w:rFonts w:ascii="Sakkal Majalla" w:hAnsi="Sakkal Majalla" w:cs="Sakkal Majalla"/>
          <w:rtl/>
        </w:rPr>
        <w:t>تأثير</w:t>
      </w:r>
      <w:r w:rsidRPr="003E3418">
        <w:rPr>
          <w:rFonts w:ascii="Sakkal Majalla" w:hAnsi="Sakkal Majalla" w:cs="Sakkal Majalla"/>
        </w:rPr>
        <w:t xml:space="preserve"> </w:t>
      </w:r>
      <w:r w:rsidRPr="003E3418">
        <w:rPr>
          <w:rFonts w:ascii="Sakkal Majalla" w:hAnsi="Sakkal Majalla" w:cs="Sakkal Majalla"/>
          <w:rtl/>
        </w:rPr>
        <w:t>الفساد</w:t>
      </w:r>
      <w:r w:rsidRPr="003E3418">
        <w:rPr>
          <w:rFonts w:ascii="Sakkal Majalla" w:hAnsi="Sakkal Majalla" w:cs="Sakkal Majalla"/>
        </w:rPr>
        <w:t xml:space="preserve"> </w:t>
      </w:r>
      <w:r w:rsidRPr="003E3418">
        <w:rPr>
          <w:rFonts w:ascii="Sakkal Majalla" w:hAnsi="Sakkal Majalla" w:cs="Sakkal Majalla"/>
          <w:rtl/>
        </w:rPr>
        <w:t>على</w:t>
      </w:r>
      <w:r w:rsidRPr="003E3418">
        <w:rPr>
          <w:rFonts w:ascii="Sakkal Majalla" w:hAnsi="Sakkal Majalla" w:cs="Sakkal Majalla"/>
        </w:rPr>
        <w:t xml:space="preserve"> </w:t>
      </w:r>
      <w:r w:rsidRPr="003E3418">
        <w:rPr>
          <w:rFonts w:ascii="Sakkal Majalla" w:hAnsi="Sakkal Majalla" w:cs="Sakkal Majalla"/>
          <w:rtl/>
        </w:rPr>
        <w:t>النمو</w:t>
      </w:r>
      <w:r w:rsidRPr="003E3418">
        <w:rPr>
          <w:rFonts w:ascii="Sakkal Majalla" w:hAnsi="Sakkal Majalla" w:cs="Sakkal Majalla"/>
        </w:rPr>
        <w:t xml:space="preserve"> </w:t>
      </w:r>
      <w:r w:rsidRPr="003E3418">
        <w:rPr>
          <w:rFonts w:ascii="Sakkal Majalla" w:hAnsi="Sakkal Majalla" w:cs="Sakkal Majalla"/>
          <w:rtl/>
        </w:rPr>
        <w:t>والفقر</w:t>
      </w:r>
      <w:r w:rsidRPr="003E3418">
        <w:rPr>
          <w:rFonts w:ascii="Sakkal Majalla" w:hAnsi="Sakkal Majalla" w:cs="Sakkal Majalla"/>
        </w:rPr>
        <w:t xml:space="preserve">  ..................................................  15</w:t>
      </w:r>
    </w:p>
    <w:p w14:paraId="41DBD9B6"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شكل</w:t>
      </w:r>
      <w:r w:rsidRPr="003E3418">
        <w:rPr>
          <w:rFonts w:ascii="Sakkal Majalla" w:hAnsi="Sakkal Majalla" w:cs="Sakkal Majalla"/>
        </w:rPr>
        <w:t xml:space="preserve"> (2): </w:t>
      </w:r>
      <w:r w:rsidRPr="003E3418">
        <w:rPr>
          <w:rFonts w:ascii="Sakkal Majalla" w:hAnsi="Sakkal Majalla" w:cs="Sakkal Majalla"/>
          <w:rtl/>
        </w:rPr>
        <w:t>توزيع</w:t>
      </w:r>
      <w:r w:rsidRPr="003E3418">
        <w:rPr>
          <w:rFonts w:ascii="Sakkal Majalla" w:hAnsi="Sakkal Majalla" w:cs="Sakkal Majalla"/>
        </w:rPr>
        <w:t xml:space="preserve"> </w:t>
      </w:r>
      <w:r w:rsidRPr="003E3418">
        <w:rPr>
          <w:rFonts w:ascii="Sakkal Majalla" w:hAnsi="Sakkal Majalla" w:cs="Sakkal Majalla"/>
          <w:rtl/>
        </w:rPr>
        <w:t>دول</w:t>
      </w:r>
      <w:r w:rsidRPr="003E3418">
        <w:rPr>
          <w:rFonts w:ascii="Sakkal Majalla" w:hAnsi="Sakkal Majalla" w:cs="Sakkal Majalla"/>
        </w:rPr>
        <w:t xml:space="preserve"> </w:t>
      </w:r>
      <w:r w:rsidRPr="003E3418">
        <w:rPr>
          <w:rFonts w:ascii="Sakkal Majalla" w:hAnsi="Sakkal Majalla" w:cs="Sakkal Majalla"/>
          <w:rtl/>
        </w:rPr>
        <w:t>العينة</w:t>
      </w:r>
      <w:r w:rsidRPr="003E3418">
        <w:rPr>
          <w:rFonts w:ascii="Sakkal Majalla" w:hAnsi="Sakkal Majalla" w:cs="Sakkal Majalla"/>
        </w:rPr>
        <w:t xml:space="preserve"> </w:t>
      </w:r>
      <w:r w:rsidRPr="003E3418">
        <w:rPr>
          <w:rFonts w:ascii="Sakkal Majalla" w:hAnsi="Sakkal Majalla" w:cs="Sakkal Majalla"/>
          <w:rtl/>
        </w:rPr>
        <w:t>حسب</w:t>
      </w:r>
      <w:r w:rsidRPr="003E3418">
        <w:rPr>
          <w:rFonts w:ascii="Sakkal Majalla" w:hAnsi="Sakkal Majalla" w:cs="Sakkal Majalla"/>
        </w:rPr>
        <w:t xml:space="preserve"> </w:t>
      </w:r>
      <w:r w:rsidRPr="003E3418">
        <w:rPr>
          <w:rFonts w:ascii="Sakkal Majalla" w:hAnsi="Sakkal Majalla" w:cs="Sakkal Majalla"/>
          <w:rtl/>
        </w:rPr>
        <w:t>المنطقة</w:t>
      </w:r>
      <w:r w:rsidRPr="003E3418">
        <w:rPr>
          <w:rFonts w:ascii="Sakkal Majalla" w:hAnsi="Sakkal Majalla" w:cs="Sakkal Majalla"/>
        </w:rPr>
        <w:t xml:space="preserve"> </w:t>
      </w:r>
      <w:r w:rsidRPr="003E3418">
        <w:rPr>
          <w:rFonts w:ascii="Sakkal Majalla" w:hAnsi="Sakkal Majalla" w:cs="Sakkal Majalla"/>
          <w:rtl/>
        </w:rPr>
        <w:t>الجغرافية</w:t>
      </w:r>
      <w:r w:rsidRPr="003E3418">
        <w:rPr>
          <w:rFonts w:ascii="Sakkal Majalla" w:hAnsi="Sakkal Majalla" w:cs="Sakkal Majalla"/>
        </w:rPr>
        <w:t xml:space="preserve">  ..................................................  45</w:t>
      </w:r>
    </w:p>
    <w:p w14:paraId="2A3C0272" w14:textId="77777777" w:rsidR="003E3418" w:rsidRPr="003E3418" w:rsidRDefault="003E3418" w:rsidP="003E3418">
      <w:pPr>
        <w:bidi/>
        <w:spacing w:before="40" w:after="40"/>
        <w:rPr>
          <w:rFonts w:ascii="Sakkal Majalla" w:hAnsi="Sakkal Majalla" w:cs="Sakkal Majalla"/>
        </w:rPr>
      </w:pPr>
      <w:r w:rsidRPr="003E3418">
        <w:rPr>
          <w:rFonts w:ascii="Sakkal Majalla" w:hAnsi="Sakkal Majalla" w:cs="Sakkal Majalla"/>
          <w:rtl/>
        </w:rPr>
        <w:t>شكل</w:t>
      </w:r>
      <w:r w:rsidRPr="003E3418">
        <w:rPr>
          <w:rFonts w:ascii="Sakkal Majalla" w:hAnsi="Sakkal Majalla" w:cs="Sakkal Majalla"/>
        </w:rPr>
        <w:t xml:space="preserve"> (3): </w:t>
      </w:r>
      <w:r w:rsidRPr="003E3418">
        <w:rPr>
          <w:rFonts w:ascii="Sakkal Majalla" w:hAnsi="Sakkal Majalla" w:cs="Sakkal Majalla"/>
          <w:rtl/>
        </w:rPr>
        <w:t>العلاقة</w:t>
      </w:r>
      <w:r w:rsidRPr="003E3418">
        <w:rPr>
          <w:rFonts w:ascii="Sakkal Majalla" w:hAnsi="Sakkal Majalla" w:cs="Sakkal Majalla"/>
        </w:rPr>
        <w:t xml:space="preserve"> </w:t>
      </w:r>
      <w:r w:rsidRPr="003E3418">
        <w:rPr>
          <w:rFonts w:ascii="Sakkal Majalla" w:hAnsi="Sakkal Majalla" w:cs="Sakkal Majalla"/>
          <w:rtl/>
        </w:rPr>
        <w:t>بين</w:t>
      </w:r>
      <w:r w:rsidRPr="003E3418">
        <w:rPr>
          <w:rFonts w:ascii="Sakkal Majalla" w:hAnsi="Sakkal Majalla" w:cs="Sakkal Majalla"/>
        </w:rPr>
        <w:t xml:space="preserve"> CPI </w:t>
      </w:r>
      <w:r w:rsidRPr="003E3418">
        <w:rPr>
          <w:rFonts w:ascii="Sakkal Majalla" w:hAnsi="Sakkal Majalla" w:cs="Sakkal Majalla"/>
          <w:rtl/>
        </w:rPr>
        <w:t>ونسبة</w:t>
      </w:r>
      <w:r w:rsidRPr="003E3418">
        <w:rPr>
          <w:rFonts w:ascii="Sakkal Majalla" w:hAnsi="Sakkal Majalla" w:cs="Sakkal Majalla"/>
        </w:rPr>
        <w:t xml:space="preserve"> </w:t>
      </w:r>
      <w:r w:rsidRPr="003E3418">
        <w:rPr>
          <w:rFonts w:ascii="Sakkal Majalla" w:hAnsi="Sakkal Majalla" w:cs="Sakkal Majalla"/>
          <w:rtl/>
        </w:rPr>
        <w:t>الفقراء</w:t>
      </w:r>
      <w:r w:rsidRPr="003E3418">
        <w:rPr>
          <w:rFonts w:ascii="Sakkal Majalla" w:hAnsi="Sakkal Majalla" w:cs="Sakkal Majalla"/>
        </w:rPr>
        <w:t xml:space="preserve"> </w:t>
      </w:r>
      <w:r w:rsidRPr="003E3418">
        <w:rPr>
          <w:rFonts w:ascii="Sakkal Majalla" w:hAnsi="Sakkal Majalla" w:cs="Sakkal Majalla"/>
          <w:rtl/>
        </w:rPr>
        <w:t>في</w:t>
      </w:r>
      <w:r w:rsidRPr="003E3418">
        <w:rPr>
          <w:rFonts w:ascii="Sakkal Majalla" w:hAnsi="Sakkal Majalla" w:cs="Sakkal Majalla"/>
        </w:rPr>
        <w:t xml:space="preserve"> </w:t>
      </w:r>
      <w:r w:rsidRPr="003E3418">
        <w:rPr>
          <w:rFonts w:ascii="Sakkal Majalla" w:hAnsi="Sakkal Majalla" w:cs="Sakkal Majalla"/>
          <w:rtl/>
        </w:rPr>
        <w:t>دول</w:t>
      </w:r>
      <w:r w:rsidRPr="003E3418">
        <w:rPr>
          <w:rFonts w:ascii="Sakkal Majalla" w:hAnsi="Sakkal Majalla" w:cs="Sakkal Majalla"/>
        </w:rPr>
        <w:t xml:space="preserve"> </w:t>
      </w:r>
      <w:r w:rsidRPr="003E3418">
        <w:rPr>
          <w:rFonts w:ascii="Sakkal Majalla" w:hAnsi="Sakkal Majalla" w:cs="Sakkal Majalla"/>
          <w:rtl/>
        </w:rPr>
        <w:t>العينة</w:t>
      </w:r>
      <w:r w:rsidRPr="003E3418">
        <w:rPr>
          <w:rFonts w:ascii="Sakkal Majalla" w:hAnsi="Sakkal Majalla" w:cs="Sakkal Majalla"/>
        </w:rPr>
        <w:t xml:space="preserve">  ..................................................  55</w:t>
      </w:r>
    </w:p>
    <w:p w14:paraId="5B369565" w14:textId="77777777" w:rsidR="003E3418" w:rsidRPr="003E3418" w:rsidRDefault="003E3418" w:rsidP="003E3418">
      <w:pPr>
        <w:rPr>
          <w:rFonts w:ascii="Sakkal Majalla" w:hAnsi="Sakkal Majalla" w:cs="Sakkal Majalla"/>
        </w:rPr>
      </w:pPr>
      <w:r w:rsidRPr="003E3418">
        <w:rPr>
          <w:rFonts w:ascii="Sakkal Majalla" w:hAnsi="Sakkal Majalla" w:cs="Sakkal Majalla"/>
        </w:rPr>
        <w:br w:type="page"/>
      </w:r>
    </w:p>
    <w:p w14:paraId="580E368E" w14:textId="77777777" w:rsidR="003E3418" w:rsidRPr="003E3418" w:rsidRDefault="003E3418" w:rsidP="003E3418">
      <w:pPr>
        <w:pBdr>
          <w:bottom w:val="single" w:sz="6" w:space="4" w:color="1A3A6B"/>
        </w:pBdr>
        <w:bidi/>
        <w:spacing w:before="360" w:line="360" w:lineRule="exact"/>
        <w:rPr>
          <w:rFonts w:ascii="Sakkal Majalla" w:hAnsi="Sakkal Majalla" w:cs="Sakkal Majalla"/>
        </w:rPr>
      </w:pPr>
      <w:r w:rsidRPr="003E3418">
        <w:rPr>
          <w:rFonts w:ascii="Sakkal Majalla" w:hAnsi="Sakkal Majalla" w:cs="Sakkal Majalla"/>
          <w:b/>
          <w:bCs/>
          <w:sz w:val="30"/>
          <w:szCs w:val="30"/>
          <w:rtl/>
        </w:rPr>
        <w:lastRenderedPageBreak/>
        <w:t>الملخص</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العربي</w:t>
      </w:r>
    </w:p>
    <w:p w14:paraId="344FD0E2"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تهدف</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السببي</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ومستويات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خلال</w:t>
      </w:r>
      <w:r w:rsidRPr="003E3418">
        <w:rPr>
          <w:rFonts w:ascii="Sakkal Majalla" w:hAnsi="Sakkal Majalla" w:cs="Sakkal Majalla"/>
          <w:sz w:val="24"/>
        </w:rPr>
        <w:t xml:space="preserve"> </w:t>
      </w:r>
      <w:r w:rsidRPr="003E3418">
        <w:rPr>
          <w:rFonts w:ascii="Sakkal Majalla" w:hAnsi="Sakkal Majalla" w:cs="Sakkal Majalla"/>
          <w:sz w:val="24"/>
          <w:szCs w:val="24"/>
          <w:rtl/>
        </w:rPr>
        <w:t>الفترة</w:t>
      </w:r>
      <w:r w:rsidRPr="003E3418">
        <w:rPr>
          <w:rFonts w:ascii="Sakkal Majalla" w:hAnsi="Sakkal Majalla" w:cs="Sakkal Majalla"/>
          <w:sz w:val="24"/>
        </w:rPr>
        <w:t xml:space="preserve"> 2000–2022</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وتشريح</w:t>
      </w:r>
      <w:r w:rsidRPr="003E3418">
        <w:rPr>
          <w:rFonts w:ascii="Sakkal Majalla" w:hAnsi="Sakkal Majalla" w:cs="Sakkal Majalla"/>
          <w:sz w:val="24"/>
        </w:rPr>
        <w:t xml:space="preserve"> </w:t>
      </w:r>
      <w:r w:rsidRPr="003E3418">
        <w:rPr>
          <w:rFonts w:ascii="Sakkal Majalla" w:hAnsi="Sakkal Majalla" w:cs="Sakkal Majalla"/>
          <w:sz w:val="24"/>
          <w:szCs w:val="24"/>
          <w:rtl/>
        </w:rPr>
        <w:t>القنوات</w:t>
      </w:r>
      <w:r w:rsidRPr="003E3418">
        <w:rPr>
          <w:rFonts w:ascii="Sakkal Majalla" w:hAnsi="Sakkal Majalla" w:cs="Sakkal Majalla"/>
          <w:sz w:val="24"/>
        </w:rPr>
        <w:t xml:space="preserve"> </w:t>
      </w:r>
      <w:r w:rsidRPr="003E3418">
        <w:rPr>
          <w:rFonts w:ascii="Sakkal Majalla" w:hAnsi="Sakkal Majalla" w:cs="Sakkal Majalla"/>
          <w:sz w:val="24"/>
          <w:szCs w:val="24"/>
          <w:rtl/>
        </w:rPr>
        <w:t>الناقلة</w:t>
      </w:r>
      <w:r w:rsidRPr="003E3418">
        <w:rPr>
          <w:rFonts w:ascii="Sakkal Majalla" w:hAnsi="Sakkal Majalla" w:cs="Sakkal Majalla"/>
          <w:sz w:val="24"/>
        </w:rPr>
        <w:t xml:space="preserve"> </w:t>
      </w:r>
      <w:r w:rsidRPr="003E3418">
        <w:rPr>
          <w:rFonts w:ascii="Sakkal Majalla" w:hAnsi="Sakkal Majalla" w:cs="Sakkal Majalla"/>
          <w:sz w:val="24"/>
          <w:szCs w:val="24"/>
          <w:rtl/>
        </w:rPr>
        <w:t>لهذا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وتقدير</w:t>
      </w:r>
      <w:r w:rsidRPr="003E3418">
        <w:rPr>
          <w:rFonts w:ascii="Sakkal Majalla" w:hAnsi="Sakkal Majalla" w:cs="Sakkal Majalla"/>
          <w:sz w:val="24"/>
        </w:rPr>
        <w:t xml:space="preserve"> </w:t>
      </w:r>
      <w:r w:rsidRPr="003E3418">
        <w:rPr>
          <w:rFonts w:ascii="Sakkal Majalla" w:hAnsi="Sakkal Majalla" w:cs="Sakkal Majalla"/>
          <w:sz w:val="24"/>
          <w:szCs w:val="24"/>
          <w:rtl/>
        </w:rPr>
        <w:t>أوزانها</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الكمية</w:t>
      </w:r>
      <w:r w:rsidRPr="003E3418">
        <w:rPr>
          <w:rFonts w:ascii="Sakkal Majalla" w:hAnsi="Sakkal Majalla" w:cs="Sakkal Majalla"/>
          <w:sz w:val="24"/>
        </w:rPr>
        <w:t xml:space="preserve"> </w:t>
      </w:r>
      <w:r w:rsidRPr="003E3418">
        <w:rPr>
          <w:rFonts w:ascii="Sakkal Majalla" w:hAnsi="Sakkal Majalla" w:cs="Sakkal Majalla"/>
          <w:sz w:val="24"/>
          <w:szCs w:val="24"/>
          <w:rtl/>
        </w:rPr>
        <w:t>بصورة</w:t>
      </w:r>
      <w:r w:rsidRPr="003E3418">
        <w:rPr>
          <w:rFonts w:ascii="Sakkal Majalla" w:hAnsi="Sakkal Majalla" w:cs="Sakkal Majalla"/>
          <w:sz w:val="24"/>
        </w:rPr>
        <w:t xml:space="preserve"> </w:t>
      </w:r>
      <w:r w:rsidRPr="003E3418">
        <w:rPr>
          <w:rFonts w:ascii="Sakkal Majalla" w:hAnsi="Sakkal Majalla" w:cs="Sakkal Majalla"/>
          <w:sz w:val="24"/>
          <w:szCs w:val="24"/>
          <w:rtl/>
        </w:rPr>
        <w:t>دقيقة</w:t>
      </w:r>
      <w:r w:rsidRPr="003E3418">
        <w:rPr>
          <w:rFonts w:ascii="Sakkal Majalla" w:hAnsi="Sakkal Majalla" w:cs="Sakkal Majalla"/>
          <w:sz w:val="24"/>
        </w:rPr>
        <w:t xml:space="preserve">. </w:t>
      </w:r>
      <w:r w:rsidRPr="003E3418">
        <w:rPr>
          <w:rFonts w:ascii="Sakkal Majalla" w:hAnsi="Sakkal Majalla" w:cs="Sakkal Majalla"/>
          <w:sz w:val="24"/>
          <w:szCs w:val="24"/>
          <w:rtl/>
        </w:rPr>
        <w:t>وتنطلق</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تناقض</w:t>
      </w:r>
      <w:r w:rsidRPr="003E3418">
        <w:rPr>
          <w:rFonts w:ascii="Sakkal Majalla" w:hAnsi="Sakkal Majalla" w:cs="Sakkal Majalla"/>
          <w:sz w:val="24"/>
        </w:rPr>
        <w:t xml:space="preserve"> </w:t>
      </w:r>
      <w:r w:rsidRPr="003E3418">
        <w:rPr>
          <w:rFonts w:ascii="Sakkal Majalla" w:hAnsi="Sakkal Majalla" w:cs="Sakkal Majalla"/>
          <w:sz w:val="24"/>
          <w:szCs w:val="24"/>
          <w:rtl/>
        </w:rPr>
        <w:t>صارخ</w:t>
      </w:r>
      <w:r w:rsidRPr="003E3418">
        <w:rPr>
          <w:rFonts w:ascii="Sakkal Majalla" w:hAnsi="Sakkal Majalla" w:cs="Sakkal Majalla"/>
          <w:sz w:val="24"/>
        </w:rPr>
        <w:t xml:space="preserve"> </w:t>
      </w:r>
      <w:r w:rsidRPr="003E3418">
        <w:rPr>
          <w:rFonts w:ascii="Sakkal Majalla" w:hAnsi="Sakkal Majalla" w:cs="Sakkal Majalla"/>
          <w:sz w:val="24"/>
          <w:szCs w:val="24"/>
          <w:rtl/>
        </w:rPr>
        <w:t>رصدته</w:t>
      </w:r>
      <w:r w:rsidRPr="003E3418">
        <w:rPr>
          <w:rFonts w:ascii="Sakkal Majalla" w:hAnsi="Sakkal Majalla" w:cs="Sakkal Majalla"/>
          <w:sz w:val="24"/>
        </w:rPr>
        <w:t xml:space="preserve"> </w:t>
      </w:r>
      <w:r w:rsidRPr="003E3418">
        <w:rPr>
          <w:rFonts w:ascii="Sakkal Majalla" w:hAnsi="Sakkal Majalla" w:cs="Sakkal Majalla"/>
          <w:sz w:val="24"/>
          <w:szCs w:val="24"/>
          <w:rtl/>
        </w:rPr>
        <w:t>الأدبيات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الاقتصادية</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الدولية</w:t>
      </w:r>
      <w:r w:rsidRPr="003E3418">
        <w:rPr>
          <w:rFonts w:ascii="Sakkal Majalla" w:hAnsi="Sakkal Majalla" w:cs="Sakkal Majalla"/>
          <w:sz w:val="24"/>
        </w:rPr>
        <w:t xml:space="preserve">: </w:t>
      </w:r>
      <w:r w:rsidRPr="003E3418">
        <w:rPr>
          <w:rFonts w:ascii="Sakkal Majalla" w:hAnsi="Sakkal Majalla" w:cs="Sakkal Majalla"/>
          <w:sz w:val="24"/>
          <w:szCs w:val="24"/>
          <w:rtl/>
        </w:rPr>
        <w:t>دول</w:t>
      </w:r>
      <w:r w:rsidRPr="003E3418">
        <w:rPr>
          <w:rFonts w:ascii="Sakkal Majalla" w:hAnsi="Sakkal Majalla" w:cs="Sakkal Majalla"/>
          <w:sz w:val="24"/>
        </w:rPr>
        <w:t xml:space="preserve"> </w:t>
      </w:r>
      <w:r w:rsidRPr="003E3418">
        <w:rPr>
          <w:rFonts w:ascii="Sakkal Majalla" w:hAnsi="Sakkal Majalla" w:cs="Sakkal Majalla"/>
          <w:sz w:val="24"/>
          <w:szCs w:val="24"/>
          <w:rtl/>
        </w:rPr>
        <w:t>تُسجّل</w:t>
      </w:r>
      <w:r w:rsidRPr="003E3418">
        <w:rPr>
          <w:rFonts w:ascii="Sakkal Majalla" w:hAnsi="Sakkal Majalla" w:cs="Sakkal Majalla"/>
          <w:sz w:val="24"/>
        </w:rPr>
        <w:t xml:space="preserve"> </w:t>
      </w:r>
      <w:r w:rsidRPr="003E3418">
        <w:rPr>
          <w:rFonts w:ascii="Sakkal Majalla" w:hAnsi="Sakkal Majalla" w:cs="Sakkal Majalla"/>
          <w:sz w:val="24"/>
          <w:szCs w:val="24"/>
          <w:rtl/>
        </w:rPr>
        <w:t>معدلات</w:t>
      </w:r>
      <w:r w:rsidRPr="003E3418">
        <w:rPr>
          <w:rFonts w:ascii="Sakkal Majalla" w:hAnsi="Sakkal Majalla" w:cs="Sakkal Majalla"/>
          <w:sz w:val="24"/>
        </w:rPr>
        <w:t xml:space="preserve"> </w:t>
      </w:r>
      <w:r w:rsidRPr="003E3418">
        <w:rPr>
          <w:rFonts w:ascii="Sakkal Majalla" w:hAnsi="Sakkal Majalla" w:cs="Sakkal Majalla"/>
          <w:sz w:val="24"/>
          <w:szCs w:val="24"/>
          <w:rtl/>
        </w:rPr>
        <w:t>نمو</w:t>
      </w:r>
      <w:r w:rsidRPr="003E3418">
        <w:rPr>
          <w:rFonts w:ascii="Sakkal Majalla" w:hAnsi="Sakkal Majalla" w:cs="Sakkal Majalla"/>
          <w:sz w:val="24"/>
        </w:rPr>
        <w:t xml:space="preserve"> </w:t>
      </w:r>
      <w:r w:rsidRPr="003E3418">
        <w:rPr>
          <w:rFonts w:ascii="Sakkal Majalla" w:hAnsi="Sakkal Majalla" w:cs="Sakkal Majalla"/>
          <w:sz w:val="24"/>
          <w:szCs w:val="24"/>
          <w:rtl/>
        </w:rPr>
        <w:t>إيجابية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أرقامها</w:t>
      </w:r>
      <w:r w:rsidRPr="003E3418">
        <w:rPr>
          <w:rFonts w:ascii="Sakkal Majalla" w:hAnsi="Sakkal Majalla" w:cs="Sakkal Majalla"/>
          <w:sz w:val="24"/>
        </w:rPr>
        <w:t xml:space="preserve"> </w:t>
      </w:r>
      <w:r w:rsidRPr="003E3418">
        <w:rPr>
          <w:rFonts w:ascii="Sakkal Majalla" w:hAnsi="Sakkal Majalla" w:cs="Sakkal Majalla"/>
          <w:sz w:val="24"/>
          <w:szCs w:val="24"/>
          <w:rtl/>
        </w:rPr>
        <w:t>الرسمية،</w:t>
      </w:r>
      <w:r w:rsidRPr="003E3418">
        <w:rPr>
          <w:rFonts w:ascii="Sakkal Majalla" w:hAnsi="Sakkal Majalla" w:cs="Sakkal Majalla"/>
          <w:sz w:val="24"/>
        </w:rPr>
        <w:t xml:space="preserve"> </w:t>
      </w:r>
      <w:r w:rsidRPr="003E3418">
        <w:rPr>
          <w:rFonts w:ascii="Sakkal Majalla" w:hAnsi="Sakkal Majalla" w:cs="Sakkal Majalla"/>
          <w:sz w:val="24"/>
          <w:szCs w:val="24"/>
          <w:rtl/>
        </w:rPr>
        <w:t>بينما</w:t>
      </w:r>
      <w:r w:rsidRPr="003E3418">
        <w:rPr>
          <w:rFonts w:ascii="Sakkal Majalla" w:hAnsi="Sakkal Majalla" w:cs="Sakkal Majalla"/>
          <w:sz w:val="24"/>
        </w:rPr>
        <w:t xml:space="preserve"> </w:t>
      </w:r>
      <w:r w:rsidRPr="003E3418">
        <w:rPr>
          <w:rFonts w:ascii="Sakkal Majalla" w:hAnsi="Sakkal Majalla" w:cs="Sakkal Majalla"/>
          <w:sz w:val="24"/>
          <w:szCs w:val="24"/>
          <w:rtl/>
        </w:rPr>
        <w:t>تظل</w:t>
      </w:r>
      <w:r w:rsidRPr="003E3418">
        <w:rPr>
          <w:rFonts w:ascii="Sakkal Majalla" w:hAnsi="Sakkal Majalla" w:cs="Sakkal Majalla"/>
          <w:sz w:val="24"/>
        </w:rPr>
        <w:t xml:space="preserve"> </w:t>
      </w:r>
      <w:r w:rsidRPr="003E3418">
        <w:rPr>
          <w:rFonts w:ascii="Sakkal Majalla" w:hAnsi="Sakkal Majalla" w:cs="Sakkal Majalla"/>
          <w:sz w:val="24"/>
          <w:szCs w:val="24"/>
          <w:rtl/>
        </w:rPr>
        <w:t>مستويات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فيها</w:t>
      </w:r>
      <w:r w:rsidRPr="003E3418">
        <w:rPr>
          <w:rFonts w:ascii="Sakkal Majalla" w:hAnsi="Sakkal Majalla" w:cs="Sakkal Majalla"/>
          <w:sz w:val="24"/>
        </w:rPr>
        <w:t xml:space="preserve"> </w:t>
      </w:r>
      <w:r w:rsidRPr="003E3418">
        <w:rPr>
          <w:rFonts w:ascii="Sakkal Majalla" w:hAnsi="Sakkal Majalla" w:cs="Sakkal Majalla"/>
          <w:sz w:val="24"/>
          <w:szCs w:val="24"/>
          <w:rtl/>
        </w:rPr>
        <w:t>مرتفعةً</w:t>
      </w:r>
      <w:r w:rsidRPr="003E3418">
        <w:rPr>
          <w:rFonts w:ascii="Sakkal Majalla" w:hAnsi="Sakkal Majalla" w:cs="Sakkal Majalla"/>
          <w:sz w:val="24"/>
        </w:rPr>
        <w:t xml:space="preserve"> </w:t>
      </w:r>
      <w:r w:rsidRPr="003E3418">
        <w:rPr>
          <w:rFonts w:ascii="Sakkal Majalla" w:hAnsi="Sakkal Majalla" w:cs="Sakkal Majalla"/>
          <w:sz w:val="24"/>
          <w:szCs w:val="24"/>
          <w:rtl/>
        </w:rPr>
        <w:t>ومتجذّرةً،</w:t>
      </w:r>
      <w:r w:rsidRPr="003E3418">
        <w:rPr>
          <w:rFonts w:ascii="Sakkal Majalla" w:hAnsi="Sakkal Majalla" w:cs="Sakkal Majalla"/>
          <w:sz w:val="24"/>
        </w:rPr>
        <w:t xml:space="preserve"> </w:t>
      </w:r>
      <w:r w:rsidRPr="003E3418">
        <w:rPr>
          <w:rFonts w:ascii="Sakkal Majalla" w:hAnsi="Sakkal Majalla" w:cs="Sakkal Majalla"/>
          <w:sz w:val="24"/>
          <w:szCs w:val="24"/>
          <w:rtl/>
        </w:rPr>
        <w:t>ويقف</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كثير</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الأحيان</w:t>
      </w:r>
      <w:r w:rsidRPr="003E3418">
        <w:rPr>
          <w:rFonts w:ascii="Sakkal Majalla" w:hAnsi="Sakkal Majalla" w:cs="Sakkal Majalla"/>
          <w:sz w:val="24"/>
        </w:rPr>
        <w:t xml:space="preserve"> </w:t>
      </w:r>
      <w:r w:rsidRPr="003E3418">
        <w:rPr>
          <w:rFonts w:ascii="Sakkal Majalla" w:hAnsi="Sakkal Majalla" w:cs="Sakkal Majalla"/>
          <w:sz w:val="24"/>
          <w:szCs w:val="24"/>
          <w:rtl/>
        </w:rPr>
        <w:t>بوصفه</w:t>
      </w:r>
      <w:r w:rsidRPr="003E3418">
        <w:rPr>
          <w:rFonts w:ascii="Sakkal Majalla" w:hAnsi="Sakkal Majalla" w:cs="Sakkal Majalla"/>
          <w:sz w:val="24"/>
        </w:rPr>
        <w:t xml:space="preserve"> </w:t>
      </w:r>
      <w:r w:rsidRPr="003E3418">
        <w:rPr>
          <w:rFonts w:ascii="Sakkal Majalla" w:hAnsi="Sakkal Majalla" w:cs="Sakkal Majalla"/>
          <w:sz w:val="24"/>
          <w:szCs w:val="24"/>
          <w:rtl/>
        </w:rPr>
        <w:t>الحلقة</w:t>
      </w:r>
      <w:r w:rsidRPr="003E3418">
        <w:rPr>
          <w:rFonts w:ascii="Sakkal Majalla" w:hAnsi="Sakkal Majalla" w:cs="Sakkal Majalla"/>
          <w:sz w:val="24"/>
        </w:rPr>
        <w:t xml:space="preserve"> </w:t>
      </w:r>
      <w:r w:rsidRPr="003E3418">
        <w:rPr>
          <w:rFonts w:ascii="Sakkal Majalla" w:hAnsi="Sakkal Majalla" w:cs="Sakkal Majalla"/>
          <w:sz w:val="24"/>
          <w:szCs w:val="24"/>
          <w:rtl/>
        </w:rPr>
        <w:t>المفقودة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المعادلة</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الاقتصادية</w:t>
      </w:r>
      <w:r w:rsidRPr="003E3418">
        <w:rPr>
          <w:rFonts w:ascii="Sakkal Majalla" w:hAnsi="Sakkal Majalla" w:cs="Sakkal Majalla"/>
          <w:sz w:val="24"/>
        </w:rPr>
        <w:t xml:space="preserve"> </w:t>
      </w:r>
      <w:r w:rsidRPr="003E3418">
        <w:rPr>
          <w:rFonts w:ascii="Sakkal Majalla" w:hAnsi="Sakkal Majalla" w:cs="Sakkal Majalla"/>
          <w:sz w:val="24"/>
          <w:szCs w:val="24"/>
          <w:rtl/>
        </w:rPr>
        <w:t>الإنمائية</w:t>
      </w:r>
      <w:r w:rsidRPr="003E3418">
        <w:rPr>
          <w:rFonts w:ascii="Sakkal Majalla" w:hAnsi="Sakkal Majalla" w:cs="Sakkal Majalla"/>
          <w:sz w:val="24"/>
        </w:rPr>
        <w:t>.</w:t>
      </w:r>
    </w:p>
    <w:p w14:paraId="750D4C22"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تعتمد</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المنهج</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w:t>
      </w:r>
      <w:r w:rsidRPr="003E3418">
        <w:rPr>
          <w:rFonts w:ascii="Sakkal Majalla" w:hAnsi="Sakkal Majalla" w:cs="Sakkal Majalla"/>
          <w:sz w:val="24"/>
        </w:rPr>
        <w:t xml:space="preserve"> </w:t>
      </w:r>
      <w:r w:rsidRPr="003E3418">
        <w:rPr>
          <w:rFonts w:ascii="Sakkal Majalla" w:hAnsi="Sakkal Majalla" w:cs="Sakkal Majalla"/>
          <w:sz w:val="24"/>
          <w:szCs w:val="24"/>
          <w:rtl/>
        </w:rPr>
        <w:t>القائم</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بيانات</w:t>
      </w:r>
      <w:r w:rsidRPr="003E3418">
        <w:rPr>
          <w:rFonts w:ascii="Sakkal Majalla" w:hAnsi="Sakkal Majalla" w:cs="Sakkal Majalla"/>
          <w:sz w:val="24"/>
        </w:rPr>
        <w:t xml:space="preserve"> </w:t>
      </w:r>
      <w:r w:rsidRPr="003E3418">
        <w:rPr>
          <w:rFonts w:ascii="Sakkal Majalla" w:hAnsi="Sakkal Majalla" w:cs="Sakkal Majalla"/>
          <w:sz w:val="24"/>
          <w:szCs w:val="24"/>
          <w:rtl/>
        </w:rPr>
        <w:t>اللوحة</w:t>
      </w:r>
      <w:r w:rsidRPr="003E3418">
        <w:rPr>
          <w:rFonts w:ascii="Sakkal Majalla" w:hAnsi="Sakkal Majalla" w:cs="Sakkal Majalla"/>
          <w:sz w:val="24"/>
        </w:rPr>
        <w:t xml:space="preserve"> </w:t>
      </w:r>
      <w:r w:rsidRPr="003E3418">
        <w:rPr>
          <w:rFonts w:ascii="Sakkal Majalla" w:hAnsi="Sakkal Majalla" w:cs="Sakkal Majalla"/>
          <w:sz w:val="24"/>
          <w:szCs w:val="24"/>
          <w:rtl/>
        </w:rPr>
        <w:t>لـ</w:t>
      </w:r>
      <w:r w:rsidRPr="003E3418">
        <w:rPr>
          <w:rFonts w:ascii="Sakkal Majalla" w:hAnsi="Sakkal Majalla" w:cs="Sakkal Majalla"/>
          <w:sz w:val="24"/>
        </w:rPr>
        <w:t xml:space="preserve"> 74 </w:t>
      </w:r>
      <w:r w:rsidRPr="003E3418">
        <w:rPr>
          <w:rFonts w:ascii="Sakkal Majalla" w:hAnsi="Sakkal Majalla" w:cs="Sakkal Majalla"/>
          <w:sz w:val="24"/>
          <w:szCs w:val="24"/>
          <w:rtl/>
        </w:rPr>
        <w:t>دولة</w:t>
      </w:r>
      <w:r w:rsidRPr="003E3418">
        <w:rPr>
          <w:rFonts w:ascii="Sakkal Majalla" w:hAnsi="Sakkal Majalla" w:cs="Sakkal Majalla"/>
          <w:sz w:val="24"/>
        </w:rPr>
        <w:t xml:space="preserve"> </w:t>
      </w:r>
      <w:r w:rsidRPr="003E3418">
        <w:rPr>
          <w:rFonts w:ascii="Sakkal Majalla" w:hAnsi="Sakkal Majalla" w:cs="Sakkal Majalla"/>
          <w:sz w:val="24"/>
          <w:szCs w:val="24"/>
          <w:rtl/>
        </w:rPr>
        <w:t>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موزّعة</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أربع</w:t>
      </w:r>
      <w:r w:rsidRPr="003E3418">
        <w:rPr>
          <w:rFonts w:ascii="Sakkal Majalla" w:hAnsi="Sakkal Majalla" w:cs="Sakkal Majalla"/>
          <w:sz w:val="24"/>
        </w:rPr>
        <w:t xml:space="preserve"> </w:t>
      </w:r>
      <w:r w:rsidRPr="003E3418">
        <w:rPr>
          <w:rFonts w:ascii="Sakkal Majalla" w:hAnsi="Sakkal Majalla" w:cs="Sakkal Majalla"/>
          <w:sz w:val="24"/>
          <w:szCs w:val="24"/>
          <w:rtl/>
        </w:rPr>
        <w:t>مناطق</w:t>
      </w:r>
      <w:r w:rsidRPr="003E3418">
        <w:rPr>
          <w:rFonts w:ascii="Sakkal Majalla" w:hAnsi="Sakkal Majalla" w:cs="Sakkal Majalla"/>
          <w:sz w:val="24"/>
        </w:rPr>
        <w:t xml:space="preserve"> </w:t>
      </w:r>
      <w:r w:rsidRPr="003E3418">
        <w:rPr>
          <w:rFonts w:ascii="Sakkal Majalla" w:hAnsi="Sakkal Majalla" w:cs="Sakkal Majalla"/>
          <w:sz w:val="24"/>
          <w:szCs w:val="24"/>
          <w:rtl/>
        </w:rPr>
        <w:t>جغرافية</w:t>
      </w:r>
      <w:r w:rsidRPr="003E3418">
        <w:rPr>
          <w:rFonts w:ascii="Sakkal Majalla" w:hAnsi="Sakkal Majalla" w:cs="Sakkal Majalla"/>
          <w:sz w:val="24"/>
        </w:rPr>
        <w:t xml:space="preserve"> </w:t>
      </w:r>
      <w:r w:rsidRPr="003E3418">
        <w:rPr>
          <w:rFonts w:ascii="Sakkal Majalla" w:hAnsi="Sakkal Majalla" w:cs="Sakkal Majalla"/>
          <w:sz w:val="24"/>
          <w:szCs w:val="24"/>
          <w:rtl/>
        </w:rPr>
        <w:t>رئيسية</w:t>
      </w:r>
      <w:r w:rsidRPr="003E3418">
        <w:rPr>
          <w:rFonts w:ascii="Sakkal Majalla" w:hAnsi="Sakkal Majalla" w:cs="Sakkal Majalla"/>
          <w:sz w:val="24"/>
        </w:rPr>
        <w:t xml:space="preserve"> </w:t>
      </w:r>
      <w:r w:rsidRPr="003E3418">
        <w:rPr>
          <w:rFonts w:ascii="Sakkal Majalla" w:hAnsi="Sakkal Majalla" w:cs="Sakkal Majalla"/>
          <w:sz w:val="24"/>
          <w:szCs w:val="24"/>
          <w:rtl/>
        </w:rPr>
        <w:t>هي</w:t>
      </w:r>
      <w:r w:rsidRPr="003E3418">
        <w:rPr>
          <w:rFonts w:ascii="Sakkal Majalla" w:hAnsi="Sakkal Majalla" w:cs="Sakkal Majalla"/>
          <w:sz w:val="24"/>
        </w:rPr>
        <w:t xml:space="preserve">: </w:t>
      </w:r>
      <w:r w:rsidRPr="003E3418">
        <w:rPr>
          <w:rFonts w:ascii="Sakkal Majalla" w:hAnsi="Sakkal Majalla" w:cs="Sakkal Majalla"/>
          <w:sz w:val="24"/>
          <w:szCs w:val="24"/>
          <w:rtl/>
        </w:rPr>
        <w:t>إفريقيا</w:t>
      </w:r>
      <w:r w:rsidRPr="003E3418">
        <w:rPr>
          <w:rFonts w:ascii="Sakkal Majalla" w:hAnsi="Sakkal Majalla" w:cs="Sakkal Majalla"/>
          <w:sz w:val="24"/>
        </w:rPr>
        <w:t xml:space="preserve"> </w:t>
      </w:r>
      <w:r w:rsidRPr="003E3418">
        <w:rPr>
          <w:rFonts w:ascii="Sakkal Majalla" w:hAnsi="Sakkal Majalla" w:cs="Sakkal Majalla"/>
          <w:sz w:val="24"/>
          <w:szCs w:val="24"/>
          <w:rtl/>
        </w:rPr>
        <w:t>جنوب</w:t>
      </w:r>
      <w:r w:rsidRPr="003E3418">
        <w:rPr>
          <w:rFonts w:ascii="Sakkal Majalla" w:hAnsi="Sakkal Majalla" w:cs="Sakkal Majalla"/>
          <w:sz w:val="24"/>
        </w:rPr>
        <w:t xml:space="preserve"> </w:t>
      </w:r>
      <w:r w:rsidRPr="003E3418">
        <w:rPr>
          <w:rFonts w:ascii="Sakkal Majalla" w:hAnsi="Sakkal Majalla" w:cs="Sakkal Majalla"/>
          <w:sz w:val="24"/>
          <w:szCs w:val="24"/>
          <w:rtl/>
        </w:rPr>
        <w:t>الصحراء،</w:t>
      </w:r>
      <w:r w:rsidRPr="003E3418">
        <w:rPr>
          <w:rFonts w:ascii="Sakkal Majalla" w:hAnsi="Sakkal Majalla" w:cs="Sakkal Majalla"/>
          <w:sz w:val="24"/>
        </w:rPr>
        <w:t xml:space="preserve"> </w:t>
      </w:r>
      <w:r w:rsidRPr="003E3418">
        <w:rPr>
          <w:rFonts w:ascii="Sakkal Majalla" w:hAnsi="Sakkal Majalla" w:cs="Sakkal Majalla"/>
          <w:sz w:val="24"/>
          <w:szCs w:val="24"/>
          <w:rtl/>
        </w:rPr>
        <w:t>وآسيا</w:t>
      </w:r>
      <w:r w:rsidRPr="003E3418">
        <w:rPr>
          <w:rFonts w:ascii="Sakkal Majalla" w:hAnsi="Sakkal Majalla" w:cs="Sakkal Majalla"/>
          <w:sz w:val="24"/>
        </w:rPr>
        <w:t xml:space="preserve"> </w:t>
      </w:r>
      <w:r w:rsidRPr="003E3418">
        <w:rPr>
          <w:rFonts w:ascii="Sakkal Majalla" w:hAnsi="Sakkal Majalla" w:cs="Sakkal Majalla"/>
          <w:sz w:val="24"/>
          <w:szCs w:val="24"/>
          <w:rtl/>
        </w:rPr>
        <w:t>والمحيط</w:t>
      </w:r>
      <w:r w:rsidRPr="003E3418">
        <w:rPr>
          <w:rFonts w:ascii="Sakkal Majalla" w:hAnsi="Sakkal Majalla" w:cs="Sakkal Majalla"/>
          <w:sz w:val="24"/>
        </w:rPr>
        <w:t xml:space="preserve"> </w:t>
      </w:r>
      <w:r w:rsidRPr="003E3418">
        <w:rPr>
          <w:rFonts w:ascii="Sakkal Majalla" w:hAnsi="Sakkal Majalla" w:cs="Sakkal Majalla"/>
          <w:sz w:val="24"/>
          <w:szCs w:val="24"/>
          <w:rtl/>
        </w:rPr>
        <w:t>الهادئ،</w:t>
      </w:r>
      <w:r w:rsidRPr="003E3418">
        <w:rPr>
          <w:rFonts w:ascii="Sakkal Majalla" w:hAnsi="Sakkal Majalla" w:cs="Sakkal Majalla"/>
          <w:sz w:val="24"/>
        </w:rPr>
        <w:t xml:space="preserve"> </w:t>
      </w:r>
      <w:r w:rsidRPr="003E3418">
        <w:rPr>
          <w:rFonts w:ascii="Sakkal Majalla" w:hAnsi="Sakkal Majalla" w:cs="Sakkal Majalla"/>
          <w:sz w:val="24"/>
          <w:szCs w:val="24"/>
          <w:rtl/>
        </w:rPr>
        <w:t>وأمريكا</w:t>
      </w:r>
      <w:r w:rsidRPr="003E3418">
        <w:rPr>
          <w:rFonts w:ascii="Sakkal Majalla" w:hAnsi="Sakkal Majalla" w:cs="Sakkal Majalla"/>
          <w:sz w:val="24"/>
        </w:rPr>
        <w:t xml:space="preserve"> </w:t>
      </w:r>
      <w:r w:rsidRPr="003E3418">
        <w:rPr>
          <w:rFonts w:ascii="Sakkal Majalla" w:hAnsi="Sakkal Majalla" w:cs="Sakkal Majalla"/>
          <w:sz w:val="24"/>
          <w:szCs w:val="24"/>
          <w:rtl/>
        </w:rPr>
        <w:t>اللاتينية</w:t>
      </w:r>
      <w:r w:rsidRPr="003E3418">
        <w:rPr>
          <w:rFonts w:ascii="Sakkal Majalla" w:hAnsi="Sakkal Majalla" w:cs="Sakkal Majalla"/>
          <w:sz w:val="24"/>
        </w:rPr>
        <w:t xml:space="preserve"> </w:t>
      </w:r>
      <w:r w:rsidRPr="003E3418">
        <w:rPr>
          <w:rFonts w:ascii="Sakkal Majalla" w:hAnsi="Sakkal Majalla" w:cs="Sakkal Majalla"/>
          <w:sz w:val="24"/>
          <w:szCs w:val="24"/>
          <w:rtl/>
        </w:rPr>
        <w:t>والكاريبي،</w:t>
      </w:r>
      <w:r w:rsidRPr="003E3418">
        <w:rPr>
          <w:rFonts w:ascii="Sakkal Majalla" w:hAnsi="Sakkal Majalla" w:cs="Sakkal Majalla"/>
          <w:sz w:val="24"/>
        </w:rPr>
        <w:t xml:space="preserve"> </w:t>
      </w:r>
      <w:r w:rsidRPr="003E3418">
        <w:rPr>
          <w:rFonts w:ascii="Sakkal Majalla" w:hAnsi="Sakkal Majalla" w:cs="Sakkal Majalla"/>
          <w:sz w:val="24"/>
          <w:szCs w:val="24"/>
          <w:rtl/>
        </w:rPr>
        <w:t>والشرق</w:t>
      </w:r>
      <w:r w:rsidRPr="003E3418">
        <w:rPr>
          <w:rFonts w:ascii="Sakkal Majalla" w:hAnsi="Sakkal Majalla" w:cs="Sakkal Majalla"/>
          <w:sz w:val="24"/>
        </w:rPr>
        <w:t xml:space="preserve"> </w:t>
      </w:r>
      <w:r w:rsidRPr="003E3418">
        <w:rPr>
          <w:rFonts w:ascii="Sakkal Majalla" w:hAnsi="Sakkal Majalla" w:cs="Sakkal Majalla"/>
          <w:sz w:val="24"/>
          <w:szCs w:val="24"/>
          <w:rtl/>
        </w:rPr>
        <w:t>الأوسط</w:t>
      </w:r>
      <w:r w:rsidRPr="003E3418">
        <w:rPr>
          <w:rFonts w:ascii="Sakkal Majalla" w:hAnsi="Sakkal Majalla" w:cs="Sakkal Majalla"/>
          <w:sz w:val="24"/>
        </w:rPr>
        <w:t xml:space="preserve"> </w:t>
      </w:r>
      <w:r w:rsidRPr="003E3418">
        <w:rPr>
          <w:rFonts w:ascii="Sakkal Majalla" w:hAnsi="Sakkal Majalla" w:cs="Sakkal Majalla"/>
          <w:sz w:val="24"/>
          <w:szCs w:val="24"/>
          <w:rtl/>
        </w:rPr>
        <w:t>وشمال</w:t>
      </w:r>
      <w:r w:rsidRPr="003E3418">
        <w:rPr>
          <w:rFonts w:ascii="Sakkal Majalla" w:hAnsi="Sakkal Majalla" w:cs="Sakkal Majalla"/>
          <w:sz w:val="24"/>
        </w:rPr>
        <w:t xml:space="preserve"> </w:t>
      </w:r>
      <w:r w:rsidRPr="003E3418">
        <w:rPr>
          <w:rFonts w:ascii="Sakkal Majalla" w:hAnsi="Sakkal Majalla" w:cs="Sakkal Majalla"/>
          <w:sz w:val="24"/>
          <w:szCs w:val="24"/>
          <w:rtl/>
        </w:rPr>
        <w:t>إفريقيا</w:t>
      </w:r>
      <w:r w:rsidRPr="003E3418">
        <w:rPr>
          <w:rFonts w:ascii="Sakkal Majalla" w:hAnsi="Sakkal Majalla" w:cs="Sakkal Majalla"/>
          <w:sz w:val="24"/>
        </w:rPr>
        <w:t xml:space="preserve">. </w:t>
      </w:r>
      <w:r w:rsidRPr="003E3418">
        <w:rPr>
          <w:rFonts w:ascii="Sakkal Majalla" w:hAnsi="Sakkal Majalla" w:cs="Sakkal Majalla"/>
          <w:sz w:val="24"/>
          <w:szCs w:val="24"/>
          <w:rtl/>
        </w:rPr>
        <w:t>وتوظّف</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منظومةً</w:t>
      </w:r>
      <w:r w:rsidRPr="003E3418">
        <w:rPr>
          <w:rFonts w:ascii="Sakkal Majalla" w:hAnsi="Sakkal Majalla" w:cs="Sakkal Majalla"/>
          <w:sz w:val="24"/>
        </w:rPr>
        <w:t xml:space="preserve"> </w:t>
      </w:r>
      <w:r w:rsidRPr="003E3418">
        <w:rPr>
          <w:rFonts w:ascii="Sakkal Majalla" w:hAnsi="Sakkal Majalla" w:cs="Sakkal Majalla"/>
          <w:sz w:val="24"/>
          <w:szCs w:val="24"/>
          <w:rtl/>
        </w:rPr>
        <w:t>متكاملة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الأساليب</w:t>
      </w:r>
      <w:r w:rsidRPr="003E3418">
        <w:rPr>
          <w:rFonts w:ascii="Sakkal Majalla" w:hAnsi="Sakkal Majalla" w:cs="Sakkal Majalla"/>
          <w:sz w:val="24"/>
        </w:rPr>
        <w:t xml:space="preserve"> </w:t>
      </w:r>
      <w:r w:rsidRPr="003E3418">
        <w:rPr>
          <w:rFonts w:ascii="Sakkal Majalla" w:hAnsi="Sakkal Majalla" w:cs="Sakkal Majalla"/>
          <w:sz w:val="24"/>
          <w:szCs w:val="24"/>
          <w:rtl/>
        </w:rPr>
        <w:t>الإحصائية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المتقدمة</w:t>
      </w:r>
      <w:r w:rsidRPr="003E3418">
        <w:rPr>
          <w:rFonts w:ascii="Sakkal Majalla" w:hAnsi="Sakkal Majalla" w:cs="Sakkal Majalla"/>
          <w:sz w:val="24"/>
        </w:rPr>
        <w:t xml:space="preserve">: </w:t>
      </w:r>
      <w:r w:rsidRPr="003E3418">
        <w:rPr>
          <w:rFonts w:ascii="Sakkal Majalla" w:hAnsi="Sakkal Majalla" w:cs="Sakkal Majalla"/>
          <w:sz w:val="24"/>
          <w:szCs w:val="24"/>
          <w:rtl/>
        </w:rPr>
        <w:t>نماذج</w:t>
      </w:r>
      <w:r w:rsidRPr="003E3418">
        <w:rPr>
          <w:rFonts w:ascii="Sakkal Majalla" w:hAnsi="Sakkal Majalla" w:cs="Sakkal Majalla"/>
          <w:sz w:val="24"/>
        </w:rPr>
        <w:t xml:space="preserve"> </w:t>
      </w:r>
      <w:r w:rsidRPr="003E3418">
        <w:rPr>
          <w:rFonts w:ascii="Sakkal Majalla" w:hAnsi="Sakkal Majalla" w:cs="Sakkal Majalla"/>
          <w:sz w:val="24"/>
          <w:szCs w:val="24"/>
          <w:rtl/>
        </w:rPr>
        <w:t>التأثيرات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الثابتة</w:t>
      </w:r>
      <w:r w:rsidRPr="003E3418">
        <w:rPr>
          <w:rFonts w:ascii="Sakkal Majalla" w:hAnsi="Sakkal Majalla" w:cs="Sakkal Majalla"/>
          <w:sz w:val="24"/>
        </w:rPr>
        <w:t xml:space="preserve"> </w:t>
      </w:r>
      <w:r w:rsidRPr="003E3418">
        <w:rPr>
          <w:rFonts w:ascii="Sakkal Majalla" w:hAnsi="Sakkal Majalla" w:cs="Sakkal Majalla"/>
          <w:sz w:val="24"/>
          <w:szCs w:val="24"/>
          <w:rtl/>
        </w:rPr>
        <w:t>للتقدير</w:t>
      </w:r>
      <w:r w:rsidRPr="003E3418">
        <w:rPr>
          <w:rFonts w:ascii="Sakkal Majalla" w:hAnsi="Sakkal Majalla" w:cs="Sakkal Majalla"/>
          <w:sz w:val="24"/>
        </w:rPr>
        <w:t xml:space="preserve"> </w:t>
      </w:r>
      <w:r w:rsidRPr="003E3418">
        <w:rPr>
          <w:rFonts w:ascii="Sakkal Majalla" w:hAnsi="Sakkal Majalla" w:cs="Sakkal Majalla"/>
          <w:sz w:val="24"/>
          <w:szCs w:val="24"/>
          <w:rtl/>
        </w:rPr>
        <w:t>الأساسي،</w:t>
      </w:r>
      <w:r w:rsidRPr="003E3418">
        <w:rPr>
          <w:rFonts w:ascii="Sakkal Majalla" w:hAnsi="Sakkal Majalla" w:cs="Sakkal Majalla"/>
          <w:sz w:val="24"/>
        </w:rPr>
        <w:t xml:space="preserve"> </w:t>
      </w:r>
      <w:r w:rsidRPr="003E3418">
        <w:rPr>
          <w:rFonts w:ascii="Sakkal Majalla" w:hAnsi="Sakkal Majalla" w:cs="Sakkal Majalla"/>
          <w:sz w:val="24"/>
          <w:szCs w:val="24"/>
          <w:rtl/>
        </w:rPr>
        <w:t>ونماذج</w:t>
      </w:r>
      <w:r w:rsidRPr="003E3418">
        <w:rPr>
          <w:rFonts w:ascii="Sakkal Majalla" w:hAnsi="Sakkal Majalla" w:cs="Sakkal Majalla"/>
          <w:sz w:val="24"/>
        </w:rPr>
        <w:t xml:space="preserve"> GMM </w:t>
      </w:r>
      <w:r w:rsidRPr="003E3418">
        <w:rPr>
          <w:rFonts w:ascii="Sakkal Majalla" w:hAnsi="Sakkal Majalla" w:cs="Sakkal Majalla"/>
          <w:sz w:val="24"/>
          <w:szCs w:val="24"/>
          <w:rtl/>
        </w:rPr>
        <w:t>الديناميكية</w:t>
      </w:r>
      <w:r w:rsidRPr="003E3418">
        <w:rPr>
          <w:rFonts w:ascii="Sakkal Majalla" w:hAnsi="Sakkal Majalla" w:cs="Sakkal Majalla"/>
          <w:sz w:val="24"/>
        </w:rPr>
        <w:t xml:space="preserve"> </w:t>
      </w:r>
      <w:r w:rsidRPr="003E3418">
        <w:rPr>
          <w:rFonts w:ascii="Sakkal Majalla" w:hAnsi="Sakkal Majalla" w:cs="Sakkal Majalla"/>
          <w:sz w:val="24"/>
          <w:szCs w:val="24"/>
          <w:rtl/>
        </w:rPr>
        <w:t>لأريلانو</w:t>
      </w:r>
      <w:r w:rsidRPr="003E3418">
        <w:rPr>
          <w:rFonts w:ascii="Sakkal Majalla" w:hAnsi="Sakkal Majalla" w:cs="Sakkal Majalla"/>
          <w:sz w:val="24"/>
        </w:rPr>
        <w:t>-</w:t>
      </w:r>
      <w:r w:rsidRPr="003E3418">
        <w:rPr>
          <w:rFonts w:ascii="Sakkal Majalla" w:hAnsi="Sakkal Majalla" w:cs="Sakkal Majalla"/>
          <w:sz w:val="24"/>
          <w:szCs w:val="24"/>
          <w:rtl/>
        </w:rPr>
        <w:t>بوند</w:t>
      </w:r>
      <w:r w:rsidRPr="003E3418">
        <w:rPr>
          <w:rFonts w:ascii="Sakkal Majalla" w:hAnsi="Sakkal Majalla" w:cs="Sakkal Majalla"/>
          <w:sz w:val="24"/>
        </w:rPr>
        <w:t xml:space="preserve"> </w:t>
      </w:r>
      <w:r w:rsidRPr="003E3418">
        <w:rPr>
          <w:rFonts w:ascii="Sakkal Majalla" w:hAnsi="Sakkal Majalla" w:cs="Sakkal Majalla"/>
          <w:sz w:val="24"/>
          <w:szCs w:val="24"/>
          <w:rtl/>
        </w:rPr>
        <w:t>لمعالجة</w:t>
      </w:r>
      <w:r w:rsidRPr="003E3418">
        <w:rPr>
          <w:rFonts w:ascii="Sakkal Majalla" w:hAnsi="Sakkal Majalla" w:cs="Sakkal Majalla"/>
          <w:sz w:val="24"/>
        </w:rPr>
        <w:t xml:space="preserve"> </w:t>
      </w:r>
      <w:r w:rsidRPr="003E3418">
        <w:rPr>
          <w:rFonts w:ascii="Sakkal Majalla" w:hAnsi="Sakkal Majalla" w:cs="Sakkal Majalla"/>
          <w:sz w:val="24"/>
          <w:szCs w:val="24"/>
          <w:rtl/>
        </w:rPr>
        <w:t>إشكالية</w:t>
      </w:r>
      <w:r w:rsidRPr="003E3418">
        <w:rPr>
          <w:rFonts w:ascii="Sakkal Majalla" w:hAnsi="Sakkal Majalla" w:cs="Sakkal Majalla"/>
          <w:sz w:val="24"/>
        </w:rPr>
        <w:t xml:space="preserve"> </w:t>
      </w:r>
      <w:r w:rsidRPr="003E3418">
        <w:rPr>
          <w:rFonts w:ascii="Sakkal Majalla" w:hAnsi="Sakkal Majalla" w:cs="Sakkal Majalla"/>
          <w:sz w:val="24"/>
          <w:szCs w:val="24"/>
          <w:rtl/>
        </w:rPr>
        <w:t>السببية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المعاكسة،</w:t>
      </w:r>
      <w:r w:rsidRPr="003E3418">
        <w:rPr>
          <w:rFonts w:ascii="Sakkal Majalla" w:hAnsi="Sakkal Majalla" w:cs="Sakkal Majalla"/>
          <w:sz w:val="24"/>
        </w:rPr>
        <w:t xml:space="preserve"> </w:t>
      </w:r>
      <w:r w:rsidRPr="003E3418">
        <w:rPr>
          <w:rFonts w:ascii="Sakkal Majalla" w:hAnsi="Sakkal Majalla" w:cs="Sakkal Majalla"/>
          <w:sz w:val="24"/>
          <w:szCs w:val="24"/>
          <w:rtl/>
        </w:rPr>
        <w:t>وتحليل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الوساطة</w:t>
      </w:r>
      <w:r w:rsidRPr="003E3418">
        <w:rPr>
          <w:rFonts w:ascii="Sakkal Majalla" w:hAnsi="Sakkal Majalla" w:cs="Sakkal Majalla"/>
          <w:sz w:val="24"/>
        </w:rPr>
        <w:t xml:space="preserve"> </w:t>
      </w:r>
      <w:r w:rsidRPr="003E3418">
        <w:rPr>
          <w:rFonts w:ascii="Sakkal Majalla" w:hAnsi="Sakkal Majalla" w:cs="Sakkal Majalla"/>
          <w:sz w:val="24"/>
          <w:szCs w:val="24"/>
          <w:rtl/>
        </w:rPr>
        <w:t>لتقدير</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وغير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وانحدارات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الكميات</w:t>
      </w:r>
      <w:r w:rsidRPr="003E3418">
        <w:rPr>
          <w:rFonts w:ascii="Sakkal Majalla" w:hAnsi="Sakkal Majalla" w:cs="Sakkal Majalla"/>
          <w:sz w:val="24"/>
        </w:rPr>
        <w:t xml:space="preserve"> </w:t>
      </w:r>
      <w:r w:rsidRPr="003E3418">
        <w:rPr>
          <w:rFonts w:ascii="Sakkal Majalla" w:hAnsi="Sakkal Majalla" w:cs="Sakkal Majalla"/>
          <w:sz w:val="24"/>
          <w:szCs w:val="24"/>
          <w:rtl/>
        </w:rPr>
        <w:t>لاستكشاف</w:t>
      </w:r>
      <w:r w:rsidRPr="003E3418">
        <w:rPr>
          <w:rFonts w:ascii="Sakkal Majalla" w:hAnsi="Sakkal Majalla" w:cs="Sakkal Majalla"/>
          <w:sz w:val="24"/>
        </w:rPr>
        <w:t xml:space="preserve"> </w:t>
      </w:r>
      <w:r w:rsidRPr="003E3418">
        <w:rPr>
          <w:rFonts w:ascii="Sakkal Majalla" w:hAnsi="Sakkal Majalla" w:cs="Sakkal Majalla"/>
          <w:sz w:val="24"/>
          <w:szCs w:val="24"/>
          <w:rtl/>
        </w:rPr>
        <w:t>التباين</w:t>
      </w:r>
      <w:r w:rsidRPr="003E3418">
        <w:rPr>
          <w:rFonts w:ascii="Sakkal Majalla" w:hAnsi="Sakkal Majalla" w:cs="Sakkal Majalla"/>
          <w:sz w:val="24"/>
        </w:rPr>
        <w:t xml:space="preserve"> </w:t>
      </w:r>
      <w:r w:rsidRPr="003E3418">
        <w:rPr>
          <w:rFonts w:ascii="Sakkal Majalla" w:hAnsi="Sakkal Majalla" w:cs="Sakkal Majalla"/>
          <w:sz w:val="24"/>
          <w:szCs w:val="24"/>
          <w:rtl/>
        </w:rPr>
        <w:t>الجغرافي</w:t>
      </w:r>
      <w:r w:rsidRPr="003E3418">
        <w:rPr>
          <w:rFonts w:ascii="Sakkal Majalla" w:hAnsi="Sakkal Majalla" w:cs="Sakkal Majalla"/>
          <w:sz w:val="24"/>
        </w:rPr>
        <w:t xml:space="preserve"> </w:t>
      </w:r>
      <w:r w:rsidRPr="003E3418">
        <w:rPr>
          <w:rFonts w:ascii="Sakkal Majalla" w:hAnsi="Sakkal Majalla" w:cs="Sakkal Majalla"/>
          <w:sz w:val="24"/>
          <w:szCs w:val="24"/>
          <w:rtl/>
        </w:rPr>
        <w:t>والمؤسسي</w:t>
      </w:r>
      <w:r w:rsidRPr="003E3418">
        <w:rPr>
          <w:rFonts w:ascii="Sakkal Majalla" w:hAnsi="Sakkal Majalla" w:cs="Sakkal Majalla"/>
          <w:sz w:val="24"/>
        </w:rPr>
        <w:t>.</w:t>
      </w:r>
    </w:p>
    <w:p w14:paraId="1A2EB2FC"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أثبتت</w:t>
      </w:r>
      <w:r w:rsidRPr="003E3418">
        <w:rPr>
          <w:rFonts w:ascii="Sakkal Majalla" w:hAnsi="Sakkal Majalla" w:cs="Sakkal Majalla"/>
          <w:sz w:val="24"/>
        </w:rPr>
        <w:t xml:space="preserve"> </w:t>
      </w:r>
      <w:r w:rsidRPr="003E3418">
        <w:rPr>
          <w:rFonts w:ascii="Sakkal Majalla" w:hAnsi="Sakkal Majalla" w:cs="Sakkal Majalla"/>
          <w:sz w:val="24"/>
          <w:szCs w:val="24"/>
          <w:rtl/>
        </w:rPr>
        <w:t>نتائج</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وجود</w:t>
      </w:r>
      <w:r w:rsidRPr="003E3418">
        <w:rPr>
          <w:rFonts w:ascii="Sakkal Majalla" w:hAnsi="Sakkal Majalla" w:cs="Sakkal Majalla"/>
          <w:sz w:val="24"/>
        </w:rPr>
        <w:t xml:space="preserve"> </w:t>
      </w:r>
      <w:r w:rsidRPr="003E3418">
        <w:rPr>
          <w:rFonts w:ascii="Sakkal Majalla" w:hAnsi="Sakkal Majalla" w:cs="Sakkal Majalla"/>
          <w:sz w:val="24"/>
          <w:szCs w:val="24"/>
          <w:rtl/>
        </w:rPr>
        <w:t>أثر</w:t>
      </w:r>
      <w:r w:rsidRPr="003E3418">
        <w:rPr>
          <w:rFonts w:ascii="Sakkal Majalla" w:hAnsi="Sakkal Majalla" w:cs="Sakkal Majalla"/>
          <w:sz w:val="24"/>
        </w:rPr>
        <w:t xml:space="preserve"> </w:t>
      </w:r>
      <w:r w:rsidRPr="003E3418">
        <w:rPr>
          <w:rFonts w:ascii="Sakkal Majalla" w:hAnsi="Sakkal Majalla" w:cs="Sakkal Majalla"/>
          <w:sz w:val="24"/>
          <w:szCs w:val="24"/>
          <w:rtl/>
        </w:rPr>
        <w:t>سلبي</w:t>
      </w:r>
      <w:r w:rsidRPr="003E3418">
        <w:rPr>
          <w:rFonts w:ascii="Sakkal Majalla" w:hAnsi="Sakkal Majalla" w:cs="Sakkal Majalla"/>
          <w:sz w:val="24"/>
        </w:rPr>
        <w:t xml:space="preserve"> </w:t>
      </w:r>
      <w:r w:rsidRPr="003E3418">
        <w:rPr>
          <w:rFonts w:ascii="Sakkal Majalla" w:hAnsi="Sakkal Majalla" w:cs="Sakkal Majalla"/>
          <w:sz w:val="24"/>
          <w:szCs w:val="24"/>
          <w:rtl/>
        </w:rPr>
        <w:t>ودال</w:t>
      </w:r>
      <w:r w:rsidRPr="003E3418">
        <w:rPr>
          <w:rFonts w:ascii="Sakkal Majalla" w:hAnsi="Sakkal Majalla" w:cs="Sakkal Majalla"/>
          <w:sz w:val="24"/>
        </w:rPr>
        <w:t xml:space="preserve"> </w:t>
      </w:r>
      <w:r w:rsidRPr="003E3418">
        <w:rPr>
          <w:rFonts w:ascii="Sakkal Majalla" w:hAnsi="Sakkal Majalla" w:cs="Sakkal Majalla"/>
          <w:sz w:val="24"/>
          <w:szCs w:val="24"/>
          <w:rtl/>
        </w:rPr>
        <w:t>إحصائياً</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إذ</w:t>
      </w:r>
      <w:r w:rsidRPr="003E3418">
        <w:rPr>
          <w:rFonts w:ascii="Sakkal Majalla" w:hAnsi="Sakkal Majalla" w:cs="Sakkal Majalla"/>
          <w:sz w:val="24"/>
        </w:rPr>
        <w:t xml:space="preserve"> </w:t>
      </w:r>
      <w:r w:rsidRPr="003E3418">
        <w:rPr>
          <w:rFonts w:ascii="Sakkal Majalla" w:hAnsi="Sakkal Majalla" w:cs="Sakkal Majalla"/>
          <w:sz w:val="24"/>
          <w:szCs w:val="24"/>
          <w:rtl/>
        </w:rPr>
        <w:t>يرتبط</w:t>
      </w:r>
      <w:r w:rsidRPr="003E3418">
        <w:rPr>
          <w:rFonts w:ascii="Sakkal Majalla" w:hAnsi="Sakkal Majalla" w:cs="Sakkal Majalla"/>
          <w:sz w:val="24"/>
        </w:rPr>
        <w:t xml:space="preserve"> </w:t>
      </w:r>
      <w:r w:rsidRPr="003E3418">
        <w:rPr>
          <w:rFonts w:ascii="Sakkal Majalla" w:hAnsi="Sakkal Majalla" w:cs="Sakkal Majalla"/>
          <w:sz w:val="24"/>
          <w:szCs w:val="24"/>
          <w:rtl/>
        </w:rPr>
        <w:t>ارتفاع</w:t>
      </w:r>
      <w:r w:rsidRPr="003E3418">
        <w:rPr>
          <w:rFonts w:ascii="Sakkal Majalla" w:hAnsi="Sakkal Majalla" w:cs="Sakkal Majalla"/>
          <w:sz w:val="24"/>
        </w:rPr>
        <w:t xml:space="preserve"> </w:t>
      </w:r>
      <w:r w:rsidRPr="003E3418">
        <w:rPr>
          <w:rFonts w:ascii="Sakkal Majalla" w:hAnsi="Sakkal Majalla" w:cs="Sakkal Majalla"/>
          <w:sz w:val="24"/>
          <w:szCs w:val="24"/>
          <w:rtl/>
        </w:rPr>
        <w:t>مؤشر</w:t>
      </w:r>
      <w:r w:rsidRPr="003E3418">
        <w:rPr>
          <w:rFonts w:ascii="Sakkal Majalla" w:hAnsi="Sakkal Majalla" w:cs="Sakkal Majalla"/>
          <w:sz w:val="24"/>
        </w:rPr>
        <w:t xml:space="preserve"> </w:t>
      </w:r>
      <w:r w:rsidRPr="003E3418">
        <w:rPr>
          <w:rFonts w:ascii="Sakkal Majalla" w:hAnsi="Sakkal Majalla" w:cs="Sakkal Majalla"/>
          <w:sz w:val="24"/>
          <w:szCs w:val="24"/>
          <w:rtl/>
        </w:rPr>
        <w:t>إدراك</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CPI </w:t>
      </w:r>
      <w:r w:rsidRPr="003E3418">
        <w:rPr>
          <w:rFonts w:ascii="Sakkal Majalla" w:hAnsi="Sakkal Majalla" w:cs="Sakkal Majalla"/>
          <w:sz w:val="24"/>
          <w:szCs w:val="24"/>
          <w:rtl/>
        </w:rPr>
        <w:t>بعشر</w:t>
      </w:r>
      <w:r w:rsidRPr="003E3418">
        <w:rPr>
          <w:rFonts w:ascii="Sakkal Majalla" w:hAnsi="Sakkal Majalla" w:cs="Sakkal Majalla"/>
          <w:sz w:val="24"/>
        </w:rPr>
        <w:t xml:space="preserve"> </w:t>
      </w:r>
      <w:r w:rsidRPr="003E3418">
        <w:rPr>
          <w:rFonts w:ascii="Sakkal Majalla" w:hAnsi="Sakkal Majalla" w:cs="Sakkal Majalla"/>
          <w:sz w:val="24"/>
          <w:szCs w:val="24"/>
          <w:rtl/>
        </w:rPr>
        <w:t>نقاط</w:t>
      </w:r>
      <w:r w:rsidRPr="003E3418">
        <w:rPr>
          <w:rFonts w:ascii="Sakkal Majalla" w:hAnsi="Sakkal Majalla" w:cs="Sakkal Majalla"/>
          <w:sz w:val="24"/>
        </w:rPr>
        <w:t xml:space="preserve"> — </w:t>
      </w:r>
      <w:r w:rsidRPr="003E3418">
        <w:rPr>
          <w:rFonts w:ascii="Sakkal Majalla" w:hAnsi="Sakkal Majalla" w:cs="Sakkal Majalla"/>
          <w:sz w:val="24"/>
          <w:szCs w:val="24"/>
          <w:rtl/>
        </w:rPr>
        <w:t>أي</w:t>
      </w:r>
      <w:r w:rsidRPr="003E3418">
        <w:rPr>
          <w:rFonts w:ascii="Sakkal Majalla" w:hAnsi="Sakkal Majalla" w:cs="Sakkal Majalla"/>
          <w:sz w:val="24"/>
        </w:rPr>
        <w:t xml:space="preserve"> </w:t>
      </w:r>
      <w:r w:rsidRPr="003E3418">
        <w:rPr>
          <w:rFonts w:ascii="Sakkal Majalla" w:hAnsi="Sakkal Majalla" w:cs="Sakkal Majalla"/>
          <w:sz w:val="24"/>
          <w:szCs w:val="24"/>
          <w:rtl/>
        </w:rPr>
        <w:t>تراجع</w:t>
      </w:r>
      <w:r w:rsidRPr="003E3418">
        <w:rPr>
          <w:rFonts w:ascii="Sakkal Majalla" w:hAnsi="Sakkal Majalla" w:cs="Sakkal Majalla"/>
          <w:sz w:val="24"/>
        </w:rPr>
        <w:t xml:space="preserve"> </w:t>
      </w:r>
      <w:r w:rsidRPr="003E3418">
        <w:rPr>
          <w:rFonts w:ascii="Sakkal Majalla" w:hAnsi="Sakkal Majalla" w:cs="Sakkal Majalla"/>
          <w:sz w:val="24"/>
          <w:szCs w:val="24"/>
          <w:rtl/>
        </w:rPr>
        <w:t>مستوى</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 </w:t>
      </w:r>
      <w:r w:rsidRPr="003E3418">
        <w:rPr>
          <w:rFonts w:ascii="Sakkal Majalla" w:hAnsi="Sakkal Majalla" w:cs="Sakkal Majalla"/>
          <w:sz w:val="24"/>
          <w:szCs w:val="24"/>
          <w:rtl/>
        </w:rPr>
        <w:t>بزيادة</w:t>
      </w:r>
      <w:r w:rsidRPr="003E3418">
        <w:rPr>
          <w:rFonts w:ascii="Sakkal Majalla" w:hAnsi="Sakkal Majalla" w:cs="Sakkal Majalla"/>
          <w:sz w:val="24"/>
        </w:rPr>
        <w:t xml:space="preserve"> </w:t>
      </w:r>
      <w:r w:rsidRPr="003E3418">
        <w:rPr>
          <w:rFonts w:ascii="Sakkal Majalla" w:hAnsi="Sakkal Majalla" w:cs="Sakkal Majalla"/>
          <w:sz w:val="24"/>
          <w:szCs w:val="24"/>
          <w:rtl/>
        </w:rPr>
        <w:t>متوسطة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معدل</w:t>
      </w:r>
      <w:r w:rsidRPr="003E3418">
        <w:rPr>
          <w:rFonts w:ascii="Sakkal Majalla" w:hAnsi="Sakkal Majalla" w:cs="Sakkal Majalla"/>
          <w:sz w:val="24"/>
        </w:rPr>
        <w:t xml:space="preserve"> </w:t>
      </w:r>
      <w:r w:rsidRPr="003E3418">
        <w:rPr>
          <w:rFonts w:ascii="Sakkal Majalla" w:hAnsi="Sakkal Majalla" w:cs="Sakkal Majalla"/>
          <w:sz w:val="24"/>
          <w:szCs w:val="24"/>
          <w:rtl/>
        </w:rPr>
        <w:t>نمو</w:t>
      </w:r>
      <w:r w:rsidRPr="003E3418">
        <w:rPr>
          <w:rFonts w:ascii="Sakkal Majalla" w:hAnsi="Sakkal Majalla" w:cs="Sakkal Majalla"/>
          <w:sz w:val="24"/>
        </w:rPr>
        <w:t xml:space="preserve"> </w:t>
      </w:r>
      <w:r w:rsidRPr="003E3418">
        <w:rPr>
          <w:rFonts w:ascii="Sakkal Majalla" w:hAnsi="Sakkal Majalla" w:cs="Sakkal Majalla"/>
          <w:sz w:val="24"/>
          <w:szCs w:val="24"/>
          <w:rtl/>
        </w:rPr>
        <w:t>نصيب</w:t>
      </w:r>
      <w:r w:rsidRPr="003E3418">
        <w:rPr>
          <w:rFonts w:ascii="Sakkal Majalla" w:hAnsi="Sakkal Majalla" w:cs="Sakkal Majalla"/>
          <w:sz w:val="24"/>
        </w:rPr>
        <w:t xml:space="preserve"> </w:t>
      </w:r>
      <w:r w:rsidRPr="003E3418">
        <w:rPr>
          <w:rFonts w:ascii="Sakkal Majalla" w:hAnsi="Sakkal Majalla" w:cs="Sakkal Majalla"/>
          <w:sz w:val="24"/>
          <w:szCs w:val="24"/>
          <w:rtl/>
        </w:rPr>
        <w:t>الفرد</w:t>
      </w:r>
      <w:r w:rsidRPr="003E3418">
        <w:rPr>
          <w:rFonts w:ascii="Sakkal Majalla" w:hAnsi="Sakkal Majalla" w:cs="Sakkal Majalla"/>
          <w:sz w:val="24"/>
        </w:rPr>
        <w:t xml:space="preserve"> </w:t>
      </w:r>
      <w:r w:rsidRPr="003E3418">
        <w:rPr>
          <w:rFonts w:ascii="Sakkal Majalla" w:hAnsi="Sakkal Majalla" w:cs="Sakkal Majalla"/>
          <w:sz w:val="24"/>
          <w:szCs w:val="24"/>
          <w:rtl/>
        </w:rPr>
        <w:t>تبلغ</w:t>
      </w:r>
      <w:r w:rsidRPr="003E3418">
        <w:rPr>
          <w:rFonts w:ascii="Sakkal Majalla" w:hAnsi="Sakkal Majalla" w:cs="Sakkal Majalla"/>
          <w:sz w:val="24"/>
        </w:rPr>
        <w:t xml:space="preserve"> </w:t>
      </w:r>
      <w:r w:rsidRPr="003E3418">
        <w:rPr>
          <w:rFonts w:ascii="Sakkal Majalla" w:hAnsi="Sakkal Majalla" w:cs="Sakkal Majalla"/>
          <w:sz w:val="24"/>
          <w:szCs w:val="24"/>
          <w:rtl/>
        </w:rPr>
        <w:t>نحو</w:t>
      </w:r>
      <w:r w:rsidRPr="003E3418">
        <w:rPr>
          <w:rFonts w:ascii="Sakkal Majalla" w:hAnsi="Sakkal Majalla" w:cs="Sakkal Majalla"/>
          <w:sz w:val="24"/>
        </w:rPr>
        <w:t xml:space="preserve"> 0.71 </w:t>
      </w:r>
      <w:r w:rsidRPr="003E3418">
        <w:rPr>
          <w:rFonts w:ascii="Sakkal Majalla" w:hAnsi="Sakkal Majalla" w:cs="Sakkal Majalla"/>
          <w:sz w:val="24"/>
          <w:szCs w:val="24"/>
          <w:rtl/>
        </w:rPr>
        <w:t>نقطة</w:t>
      </w:r>
      <w:r w:rsidRPr="003E3418">
        <w:rPr>
          <w:rFonts w:ascii="Sakkal Majalla" w:hAnsi="Sakkal Majalla" w:cs="Sakkal Majalla"/>
          <w:sz w:val="24"/>
        </w:rPr>
        <w:t xml:space="preserve"> </w:t>
      </w:r>
      <w:r w:rsidRPr="003E3418">
        <w:rPr>
          <w:rFonts w:ascii="Sakkal Majalla" w:hAnsi="Sakkal Majalla" w:cs="Sakkal Majalla"/>
          <w:sz w:val="24"/>
          <w:szCs w:val="24"/>
          <w:rtl/>
        </w:rPr>
        <w:t>مئوية</w:t>
      </w:r>
      <w:r w:rsidRPr="003E3418">
        <w:rPr>
          <w:rFonts w:ascii="Sakkal Majalla" w:hAnsi="Sakkal Majalla" w:cs="Sakkal Majalla"/>
          <w:sz w:val="24"/>
        </w:rPr>
        <w:t xml:space="preserve"> </w:t>
      </w:r>
      <w:r w:rsidRPr="003E3418">
        <w:rPr>
          <w:rFonts w:ascii="Sakkal Majalla" w:hAnsi="Sakkal Majalla" w:cs="Sakkal Majalla"/>
          <w:sz w:val="24"/>
          <w:szCs w:val="24"/>
          <w:rtl/>
        </w:rPr>
        <w:t>سنوياً</w:t>
      </w:r>
      <w:r w:rsidRPr="003E3418">
        <w:rPr>
          <w:rFonts w:ascii="Sakkal Majalla" w:hAnsi="Sakkal Majalla" w:cs="Sakkal Majalla"/>
          <w:sz w:val="24"/>
        </w:rPr>
        <w:t xml:space="preserve">. </w:t>
      </w:r>
      <w:r w:rsidRPr="003E3418">
        <w:rPr>
          <w:rFonts w:ascii="Sakkal Majalla" w:hAnsi="Sakkal Majalla" w:cs="Sakkal Majalla"/>
          <w:sz w:val="24"/>
          <w:szCs w:val="24"/>
          <w:rtl/>
        </w:rPr>
        <w:t>وكشف</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الوساطة</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توسّط</w:t>
      </w:r>
      <w:r w:rsidRPr="003E3418">
        <w:rPr>
          <w:rFonts w:ascii="Sakkal Majalla" w:hAnsi="Sakkal Majalla" w:cs="Sakkal Majalla"/>
          <w:sz w:val="24"/>
        </w:rPr>
        <w:t xml:space="preserve"> </w:t>
      </w:r>
      <w:r w:rsidRPr="003E3418">
        <w:rPr>
          <w:rFonts w:ascii="Sakkal Majalla" w:hAnsi="Sakkal Majalla" w:cs="Sakkal Majalla"/>
          <w:sz w:val="24"/>
          <w:szCs w:val="24"/>
          <w:rtl/>
        </w:rPr>
        <w:t>جزئي</w:t>
      </w:r>
      <w:r w:rsidRPr="003E3418">
        <w:rPr>
          <w:rFonts w:ascii="Sakkal Majalla" w:hAnsi="Sakkal Majalla" w:cs="Sakkal Majalla"/>
          <w:sz w:val="24"/>
        </w:rPr>
        <w:t xml:space="preserve"> </w:t>
      </w:r>
      <w:r w:rsidRPr="003E3418">
        <w:rPr>
          <w:rFonts w:ascii="Sakkal Majalla" w:hAnsi="Sakkal Majalla" w:cs="Sakkal Majalla"/>
          <w:sz w:val="24"/>
          <w:szCs w:val="24"/>
          <w:rtl/>
        </w:rPr>
        <w:t>للنمو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العلاقة</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إذ</w:t>
      </w:r>
      <w:r w:rsidRPr="003E3418">
        <w:rPr>
          <w:rFonts w:ascii="Sakkal Majalla" w:hAnsi="Sakkal Majalla" w:cs="Sakkal Majalla"/>
          <w:sz w:val="24"/>
        </w:rPr>
        <w:t xml:space="preserve"> </w:t>
      </w:r>
      <w:r w:rsidRPr="003E3418">
        <w:rPr>
          <w:rFonts w:ascii="Sakkal Majalla" w:hAnsi="Sakkal Majalla" w:cs="Sakkal Majalla"/>
          <w:sz w:val="24"/>
          <w:szCs w:val="24"/>
          <w:rtl/>
        </w:rPr>
        <w:t>يُفسِّر</w:t>
      </w:r>
      <w:r w:rsidRPr="003E3418">
        <w:rPr>
          <w:rFonts w:ascii="Sakkal Majalla" w:hAnsi="Sakkal Majalla" w:cs="Sakkal Majalla"/>
          <w:sz w:val="24"/>
        </w:rPr>
        <w:t xml:space="preserve"> </w:t>
      </w:r>
      <w:r w:rsidRPr="003E3418">
        <w:rPr>
          <w:rFonts w:ascii="Sakkal Majalla" w:hAnsi="Sakkal Majalla" w:cs="Sakkal Majalla"/>
          <w:sz w:val="24"/>
          <w:szCs w:val="24"/>
          <w:rtl/>
        </w:rPr>
        <w:t>المسار</w:t>
      </w:r>
      <w:r w:rsidRPr="003E3418">
        <w:rPr>
          <w:rFonts w:ascii="Sakkal Majalla" w:hAnsi="Sakkal Majalla" w:cs="Sakkal Majalla"/>
          <w:sz w:val="24"/>
        </w:rPr>
        <w:t xml:space="preserve"> </w:t>
      </w:r>
      <w:r w:rsidRPr="003E3418">
        <w:rPr>
          <w:rFonts w:ascii="Sakkal Majalla" w:hAnsi="Sakkal Majalla" w:cs="Sakkal Majalla"/>
          <w:sz w:val="24"/>
          <w:szCs w:val="24"/>
          <w:rtl/>
        </w:rPr>
        <w:t>غير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 </w:t>
      </w:r>
      <w:r w:rsidRPr="003E3418">
        <w:rPr>
          <w:rFonts w:ascii="Sakkal Majalla" w:hAnsi="Sakkal Majalla" w:cs="Sakkal Majalla"/>
          <w:sz w:val="24"/>
          <w:szCs w:val="24"/>
          <w:rtl/>
        </w:rPr>
        <w:t>عبر</w:t>
      </w:r>
      <w:r w:rsidRPr="003E3418">
        <w:rPr>
          <w:rFonts w:ascii="Sakkal Majalla" w:hAnsi="Sakkal Majalla" w:cs="Sakkal Majalla"/>
          <w:sz w:val="24"/>
        </w:rPr>
        <w:t xml:space="preserve"> </w:t>
      </w:r>
      <w:r w:rsidRPr="003E3418">
        <w:rPr>
          <w:rFonts w:ascii="Sakkal Majalla" w:hAnsi="Sakkal Majalla" w:cs="Sakkal Majalla"/>
          <w:sz w:val="24"/>
          <w:szCs w:val="24"/>
          <w:rtl/>
        </w:rPr>
        <w:t>تباطؤ</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 </w:t>
      </w:r>
      <w:r w:rsidRPr="003E3418">
        <w:rPr>
          <w:rFonts w:ascii="Sakkal Majalla" w:hAnsi="Sakkal Majalla" w:cs="Sakkal Majalla"/>
          <w:sz w:val="24"/>
          <w:szCs w:val="24"/>
          <w:rtl/>
        </w:rPr>
        <w:t>نحو</w:t>
      </w:r>
      <w:r w:rsidRPr="003E3418">
        <w:rPr>
          <w:rFonts w:ascii="Sakkal Majalla" w:hAnsi="Sakkal Majalla" w:cs="Sakkal Majalla"/>
          <w:sz w:val="24"/>
        </w:rPr>
        <w:t xml:space="preserve"> 42.1</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الكلي</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نسبة</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الفقراء،</w:t>
      </w:r>
      <w:r w:rsidRPr="003E3418">
        <w:rPr>
          <w:rFonts w:ascii="Sakkal Majalla" w:hAnsi="Sakkal Majalla" w:cs="Sakkal Majalla"/>
          <w:sz w:val="24"/>
        </w:rPr>
        <w:t xml:space="preserve"> </w:t>
      </w:r>
      <w:r w:rsidRPr="003E3418">
        <w:rPr>
          <w:rFonts w:ascii="Sakkal Majalla" w:hAnsi="Sakkal Majalla" w:cs="Sakkal Majalla"/>
          <w:sz w:val="24"/>
          <w:szCs w:val="24"/>
          <w:rtl/>
        </w:rPr>
        <w:t>بينما</w:t>
      </w:r>
      <w:r w:rsidRPr="003E3418">
        <w:rPr>
          <w:rFonts w:ascii="Sakkal Majalla" w:hAnsi="Sakkal Majalla" w:cs="Sakkal Majalla"/>
          <w:sz w:val="24"/>
        </w:rPr>
        <w:t xml:space="preserve"> </w:t>
      </w:r>
      <w:r w:rsidRPr="003E3418">
        <w:rPr>
          <w:rFonts w:ascii="Sakkal Majalla" w:hAnsi="Sakkal Majalla" w:cs="Sakkal Majalla"/>
          <w:sz w:val="24"/>
          <w:szCs w:val="24"/>
          <w:rtl/>
        </w:rPr>
        <w:t>يصل</w:t>
      </w:r>
      <w:r w:rsidRPr="003E3418">
        <w:rPr>
          <w:rFonts w:ascii="Sakkal Majalla" w:hAnsi="Sakkal Majalla" w:cs="Sakkal Majalla"/>
          <w:sz w:val="24"/>
        </w:rPr>
        <w:t xml:space="preserve"> 57.9</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منه</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مباشرةً</w:t>
      </w:r>
      <w:r w:rsidRPr="003E3418">
        <w:rPr>
          <w:rFonts w:ascii="Sakkal Majalla" w:hAnsi="Sakkal Majalla" w:cs="Sakkal Majalla"/>
          <w:sz w:val="24"/>
        </w:rPr>
        <w:t xml:space="preserve"> </w:t>
      </w:r>
      <w:r w:rsidRPr="003E3418">
        <w:rPr>
          <w:rFonts w:ascii="Sakkal Majalla" w:hAnsi="Sakkal Majalla" w:cs="Sakkal Majalla"/>
          <w:sz w:val="24"/>
          <w:szCs w:val="24"/>
          <w:rtl/>
        </w:rPr>
        <w:t>عبر</w:t>
      </w:r>
      <w:r w:rsidRPr="003E3418">
        <w:rPr>
          <w:rFonts w:ascii="Sakkal Majalla" w:hAnsi="Sakkal Majalla" w:cs="Sakkal Majalla"/>
          <w:sz w:val="24"/>
        </w:rPr>
        <w:t xml:space="preserve"> </w:t>
      </w:r>
      <w:r w:rsidRPr="003E3418">
        <w:rPr>
          <w:rFonts w:ascii="Sakkal Majalla" w:hAnsi="Sakkal Majalla" w:cs="Sakkal Majalla"/>
          <w:sz w:val="24"/>
          <w:szCs w:val="24"/>
          <w:rtl/>
        </w:rPr>
        <w:t>قنوات</w:t>
      </w:r>
      <w:r w:rsidRPr="003E3418">
        <w:rPr>
          <w:rFonts w:ascii="Sakkal Majalla" w:hAnsi="Sakkal Majalla" w:cs="Sakkal Majalla"/>
          <w:sz w:val="24"/>
        </w:rPr>
        <w:t xml:space="preserve"> </w:t>
      </w:r>
      <w:r w:rsidRPr="003E3418">
        <w:rPr>
          <w:rFonts w:ascii="Sakkal Majalla" w:hAnsi="Sakkal Majalla" w:cs="Sakkal Majalla"/>
          <w:sz w:val="24"/>
          <w:szCs w:val="24"/>
          <w:rtl/>
        </w:rPr>
        <w:t>تشويه</w:t>
      </w:r>
      <w:r w:rsidRPr="003E3418">
        <w:rPr>
          <w:rFonts w:ascii="Sakkal Majalla" w:hAnsi="Sakkal Majalla" w:cs="Sakkal Majalla"/>
          <w:sz w:val="24"/>
        </w:rPr>
        <w:t xml:space="preserve"> </w:t>
      </w:r>
      <w:r w:rsidRPr="003E3418">
        <w:rPr>
          <w:rFonts w:ascii="Sakkal Majalla" w:hAnsi="Sakkal Majalla" w:cs="Sakkal Majalla"/>
          <w:sz w:val="24"/>
          <w:szCs w:val="24"/>
          <w:rtl/>
        </w:rPr>
        <w:t>الإنفاق</w:t>
      </w:r>
      <w:r w:rsidRPr="003E3418">
        <w:rPr>
          <w:rFonts w:ascii="Sakkal Majalla" w:hAnsi="Sakkal Majalla" w:cs="Sakkal Majalla"/>
          <w:sz w:val="24"/>
        </w:rPr>
        <w:t xml:space="preserve"> </w:t>
      </w:r>
      <w:r w:rsidRPr="003E3418">
        <w:rPr>
          <w:rFonts w:ascii="Sakkal Majalla" w:hAnsi="Sakkal Majalla" w:cs="Sakkal Majalla"/>
          <w:sz w:val="24"/>
          <w:szCs w:val="24"/>
          <w:rtl/>
        </w:rPr>
        <w:t>الاجتماعي</w:t>
      </w:r>
      <w:r w:rsidRPr="003E3418">
        <w:rPr>
          <w:rFonts w:ascii="Sakkal Majalla" w:hAnsi="Sakkal Majalla" w:cs="Sakkal Majalla"/>
          <w:sz w:val="24"/>
        </w:rPr>
        <w:t xml:space="preserve"> </w:t>
      </w:r>
      <w:r w:rsidRPr="003E3418">
        <w:rPr>
          <w:rFonts w:ascii="Sakkal Majalla" w:hAnsi="Sakkal Majalla" w:cs="Sakkal Majalla"/>
          <w:sz w:val="24"/>
          <w:szCs w:val="24"/>
          <w:rtl/>
        </w:rPr>
        <w:t>وتراجع</w:t>
      </w:r>
      <w:r w:rsidRPr="003E3418">
        <w:rPr>
          <w:rFonts w:ascii="Sakkal Majalla" w:hAnsi="Sakkal Majalla" w:cs="Sakkal Majalla"/>
          <w:sz w:val="24"/>
        </w:rPr>
        <w:t xml:space="preserve"> </w:t>
      </w:r>
      <w:r w:rsidRPr="003E3418">
        <w:rPr>
          <w:rFonts w:ascii="Sakkal Majalla" w:hAnsi="Sakkal Majalla" w:cs="Sakkal Majalla"/>
          <w:sz w:val="24"/>
          <w:szCs w:val="24"/>
          <w:rtl/>
        </w:rPr>
        <w:t>فاعلية</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التعليم</w:t>
      </w:r>
      <w:r w:rsidRPr="003E3418">
        <w:rPr>
          <w:rFonts w:ascii="Sakkal Majalla" w:hAnsi="Sakkal Majalla" w:cs="Sakkal Majalla"/>
          <w:sz w:val="24"/>
        </w:rPr>
        <w:t xml:space="preserve"> </w:t>
      </w:r>
      <w:r w:rsidRPr="003E3418">
        <w:rPr>
          <w:rFonts w:ascii="Sakkal Majalla" w:hAnsi="Sakkal Majalla" w:cs="Sakkal Majalla"/>
          <w:sz w:val="24"/>
          <w:szCs w:val="24"/>
          <w:rtl/>
        </w:rPr>
        <w:t>والصحة</w:t>
      </w:r>
      <w:r w:rsidRPr="003E3418">
        <w:rPr>
          <w:rFonts w:ascii="Sakkal Majalla" w:hAnsi="Sakkal Majalla" w:cs="Sakkal Majalla"/>
          <w:sz w:val="24"/>
        </w:rPr>
        <w:t xml:space="preserve"> </w:t>
      </w:r>
      <w:r w:rsidRPr="003E3418">
        <w:rPr>
          <w:rFonts w:ascii="Sakkal Majalla" w:hAnsi="Sakkal Majalla" w:cs="Sakkal Majalla"/>
          <w:sz w:val="24"/>
          <w:szCs w:val="24"/>
          <w:rtl/>
        </w:rPr>
        <w:t>وارتفاع</w:t>
      </w:r>
      <w:r w:rsidRPr="003E3418">
        <w:rPr>
          <w:rFonts w:ascii="Sakkal Majalla" w:hAnsi="Sakkal Majalla" w:cs="Sakkal Majalla"/>
          <w:sz w:val="24"/>
        </w:rPr>
        <w:t xml:space="preserve"> </w:t>
      </w:r>
      <w:r w:rsidRPr="003E3418">
        <w:rPr>
          <w:rFonts w:ascii="Sakkal Majalla" w:hAnsi="Sakkal Majalla" w:cs="Sakkal Majalla"/>
          <w:sz w:val="24"/>
          <w:szCs w:val="24"/>
          <w:rtl/>
        </w:rPr>
        <w:t>مستويات</w:t>
      </w:r>
      <w:r w:rsidRPr="003E3418">
        <w:rPr>
          <w:rFonts w:ascii="Sakkal Majalla" w:hAnsi="Sakkal Majalla" w:cs="Sakkal Majalla"/>
          <w:sz w:val="24"/>
        </w:rPr>
        <w:t xml:space="preserve"> </w:t>
      </w:r>
      <w:r w:rsidRPr="003E3418">
        <w:rPr>
          <w:rFonts w:ascii="Sakkal Majalla" w:hAnsi="Sakkal Majalla" w:cs="Sakkal Majalla"/>
          <w:sz w:val="24"/>
          <w:szCs w:val="24"/>
          <w:rtl/>
        </w:rPr>
        <w:t>عدم</w:t>
      </w:r>
      <w:r w:rsidRPr="003E3418">
        <w:rPr>
          <w:rFonts w:ascii="Sakkal Majalla" w:hAnsi="Sakkal Majalla" w:cs="Sakkal Majalla"/>
          <w:sz w:val="24"/>
        </w:rPr>
        <w:t xml:space="preserve"> </w:t>
      </w:r>
      <w:r w:rsidRPr="003E3418">
        <w:rPr>
          <w:rFonts w:ascii="Sakkal Majalla" w:hAnsi="Sakkal Majalla" w:cs="Sakkal Majalla"/>
          <w:sz w:val="24"/>
          <w:szCs w:val="24"/>
          <w:rtl/>
        </w:rPr>
        <w:t>المساواة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توزيع</w:t>
      </w:r>
      <w:r w:rsidRPr="003E3418">
        <w:rPr>
          <w:rFonts w:ascii="Sakkal Majalla" w:hAnsi="Sakkal Majalla" w:cs="Sakkal Majalla"/>
          <w:sz w:val="24"/>
        </w:rPr>
        <w:t xml:space="preserve"> </w:t>
      </w:r>
      <w:r w:rsidRPr="003E3418">
        <w:rPr>
          <w:rFonts w:ascii="Sakkal Majalla" w:hAnsi="Sakkal Majalla" w:cs="Sakkal Majalla"/>
          <w:sz w:val="24"/>
          <w:szCs w:val="24"/>
          <w:rtl/>
        </w:rPr>
        <w:t>الدخل</w:t>
      </w:r>
      <w:r w:rsidRPr="003E3418">
        <w:rPr>
          <w:rFonts w:ascii="Sakkal Majalla" w:hAnsi="Sakkal Majalla" w:cs="Sakkal Majalla"/>
          <w:sz w:val="24"/>
        </w:rPr>
        <w:t>.</w:t>
      </w:r>
    </w:p>
    <w:p w14:paraId="0C952020"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الصعيد</w:t>
      </w:r>
      <w:r w:rsidRPr="003E3418">
        <w:rPr>
          <w:rFonts w:ascii="Sakkal Majalla" w:hAnsi="Sakkal Majalla" w:cs="Sakkal Majalla"/>
          <w:sz w:val="24"/>
        </w:rPr>
        <w:t xml:space="preserve"> </w:t>
      </w:r>
      <w:r w:rsidRPr="003E3418">
        <w:rPr>
          <w:rFonts w:ascii="Sakkal Majalla" w:hAnsi="Sakkal Majalla" w:cs="Sakkal Majalla"/>
          <w:sz w:val="24"/>
          <w:szCs w:val="24"/>
          <w:rtl/>
        </w:rPr>
        <w:t>الجغرافي،</w:t>
      </w:r>
      <w:r w:rsidRPr="003E3418">
        <w:rPr>
          <w:rFonts w:ascii="Sakkal Majalla" w:hAnsi="Sakkal Majalla" w:cs="Sakkal Majalla"/>
          <w:sz w:val="24"/>
        </w:rPr>
        <w:t xml:space="preserve"> </w:t>
      </w:r>
      <w:r w:rsidRPr="003E3418">
        <w:rPr>
          <w:rFonts w:ascii="Sakkal Majalla" w:hAnsi="Sakkal Majalla" w:cs="Sakkal Majalla"/>
          <w:sz w:val="24"/>
          <w:szCs w:val="24"/>
          <w:rtl/>
        </w:rPr>
        <w:t>تُسجّل</w:t>
      </w:r>
      <w:r w:rsidRPr="003E3418">
        <w:rPr>
          <w:rFonts w:ascii="Sakkal Majalla" w:hAnsi="Sakkal Majalla" w:cs="Sakkal Majalla"/>
          <w:sz w:val="24"/>
        </w:rPr>
        <w:t xml:space="preserve"> </w:t>
      </w:r>
      <w:r w:rsidRPr="003E3418">
        <w:rPr>
          <w:rFonts w:ascii="Sakkal Majalla" w:hAnsi="Sakkal Majalla" w:cs="Sakkal Majalla"/>
          <w:sz w:val="24"/>
          <w:szCs w:val="24"/>
          <w:rtl/>
        </w:rPr>
        <w:t>دول</w:t>
      </w:r>
      <w:r w:rsidRPr="003E3418">
        <w:rPr>
          <w:rFonts w:ascii="Sakkal Majalla" w:hAnsi="Sakkal Majalla" w:cs="Sakkal Majalla"/>
          <w:sz w:val="24"/>
        </w:rPr>
        <w:t xml:space="preserve"> </w:t>
      </w:r>
      <w:r w:rsidRPr="003E3418">
        <w:rPr>
          <w:rFonts w:ascii="Sakkal Majalla" w:hAnsi="Sakkal Majalla" w:cs="Sakkal Majalla"/>
          <w:sz w:val="24"/>
          <w:szCs w:val="24"/>
          <w:rtl/>
        </w:rPr>
        <w:t>إفريقيا</w:t>
      </w:r>
      <w:r w:rsidRPr="003E3418">
        <w:rPr>
          <w:rFonts w:ascii="Sakkal Majalla" w:hAnsi="Sakkal Majalla" w:cs="Sakkal Majalla"/>
          <w:sz w:val="24"/>
        </w:rPr>
        <w:t xml:space="preserve"> </w:t>
      </w:r>
      <w:r w:rsidRPr="003E3418">
        <w:rPr>
          <w:rFonts w:ascii="Sakkal Majalla" w:hAnsi="Sakkal Majalla" w:cs="Sakkal Majalla"/>
          <w:sz w:val="24"/>
          <w:szCs w:val="24"/>
          <w:rtl/>
        </w:rPr>
        <w:t>جنوب</w:t>
      </w:r>
      <w:r w:rsidRPr="003E3418">
        <w:rPr>
          <w:rFonts w:ascii="Sakkal Majalla" w:hAnsi="Sakkal Majalla" w:cs="Sakkal Majalla"/>
          <w:sz w:val="24"/>
        </w:rPr>
        <w:t xml:space="preserve"> </w:t>
      </w:r>
      <w:r w:rsidRPr="003E3418">
        <w:rPr>
          <w:rFonts w:ascii="Sakkal Majalla" w:hAnsi="Sakkal Majalla" w:cs="Sakkal Majalla"/>
          <w:sz w:val="24"/>
          <w:szCs w:val="24"/>
          <w:rtl/>
        </w:rPr>
        <w:t>الصحراء</w:t>
      </w:r>
      <w:r w:rsidRPr="003E3418">
        <w:rPr>
          <w:rFonts w:ascii="Sakkal Majalla" w:hAnsi="Sakkal Majalla" w:cs="Sakkal Majalla"/>
          <w:sz w:val="24"/>
        </w:rPr>
        <w:t xml:space="preserve"> </w:t>
      </w:r>
      <w:r w:rsidRPr="003E3418">
        <w:rPr>
          <w:rFonts w:ascii="Sakkal Majalla" w:hAnsi="Sakkal Majalla" w:cs="Sakkal Majalla"/>
          <w:sz w:val="24"/>
          <w:szCs w:val="24"/>
          <w:rtl/>
        </w:rPr>
        <w:t>أعلى</w:t>
      </w:r>
      <w:r w:rsidRPr="003E3418">
        <w:rPr>
          <w:rFonts w:ascii="Sakkal Majalla" w:hAnsi="Sakkal Majalla" w:cs="Sakkal Majalla"/>
          <w:sz w:val="24"/>
        </w:rPr>
        <w:t xml:space="preserve"> </w:t>
      </w:r>
      <w:r w:rsidRPr="003E3418">
        <w:rPr>
          <w:rFonts w:ascii="Sakkal Majalla" w:hAnsi="Sakkal Majalla" w:cs="Sakkal Majalla"/>
          <w:sz w:val="24"/>
          <w:szCs w:val="24"/>
          <w:rtl/>
        </w:rPr>
        <w:t>معاملات</w:t>
      </w:r>
      <w:r w:rsidRPr="003E3418">
        <w:rPr>
          <w:rFonts w:ascii="Sakkal Majalla" w:hAnsi="Sakkal Majalla" w:cs="Sakkal Majalla"/>
          <w:sz w:val="24"/>
        </w:rPr>
        <w:t xml:space="preserve"> </w:t>
      </w:r>
      <w:r w:rsidRPr="003E3418">
        <w:rPr>
          <w:rFonts w:ascii="Sakkal Majalla" w:hAnsi="Sakkal Majalla" w:cs="Sakkal Majalla"/>
          <w:sz w:val="24"/>
          <w:szCs w:val="24"/>
          <w:rtl/>
        </w:rPr>
        <w:t>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Cambria" w:hAnsi="Cambria" w:cs="Cambria"/>
          <w:sz w:val="24"/>
        </w:rPr>
        <w:t>β</w:t>
      </w:r>
      <w:r w:rsidRPr="003E3418">
        <w:rPr>
          <w:rFonts w:ascii="Sakkal Majalla" w:hAnsi="Sakkal Majalla" w:cs="Sakkal Majalla"/>
          <w:sz w:val="24"/>
        </w:rPr>
        <w:t>=−0.512)</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تليها</w:t>
      </w:r>
      <w:r w:rsidRPr="003E3418">
        <w:rPr>
          <w:rFonts w:ascii="Sakkal Majalla" w:hAnsi="Sakkal Majalla" w:cs="Sakkal Majalla"/>
          <w:sz w:val="24"/>
        </w:rPr>
        <w:t xml:space="preserve"> </w:t>
      </w:r>
      <w:r w:rsidRPr="003E3418">
        <w:rPr>
          <w:rFonts w:ascii="Sakkal Majalla" w:hAnsi="Sakkal Majalla" w:cs="Sakkal Majalla"/>
          <w:sz w:val="24"/>
          <w:szCs w:val="24"/>
          <w:rtl/>
        </w:rPr>
        <w:t>آسيا</w:t>
      </w:r>
      <w:r w:rsidRPr="003E3418">
        <w:rPr>
          <w:rFonts w:ascii="Sakkal Majalla" w:hAnsi="Sakkal Majalla" w:cs="Sakkal Majalla"/>
          <w:sz w:val="24"/>
        </w:rPr>
        <w:t xml:space="preserve"> (</w:t>
      </w:r>
      <w:r w:rsidRPr="003E3418">
        <w:rPr>
          <w:rFonts w:ascii="Cambria" w:hAnsi="Cambria" w:cs="Cambria"/>
          <w:sz w:val="24"/>
        </w:rPr>
        <w:t>β</w:t>
      </w:r>
      <w:r w:rsidRPr="003E3418">
        <w:rPr>
          <w:rFonts w:ascii="Sakkal Majalla" w:hAnsi="Sakkal Majalla" w:cs="Sakkal Majalla"/>
          <w:sz w:val="24"/>
        </w:rPr>
        <w:t>=−0.341)</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ثم</w:t>
      </w:r>
      <w:r w:rsidRPr="003E3418">
        <w:rPr>
          <w:rFonts w:ascii="Sakkal Majalla" w:hAnsi="Sakkal Majalla" w:cs="Sakkal Majalla"/>
          <w:sz w:val="24"/>
        </w:rPr>
        <w:t xml:space="preserve"> </w:t>
      </w:r>
      <w:r w:rsidRPr="003E3418">
        <w:rPr>
          <w:rFonts w:ascii="Sakkal Majalla" w:hAnsi="Sakkal Majalla" w:cs="Sakkal Majalla"/>
          <w:sz w:val="24"/>
          <w:szCs w:val="24"/>
          <w:rtl/>
        </w:rPr>
        <w:t>أمريكا</w:t>
      </w:r>
      <w:r w:rsidRPr="003E3418">
        <w:rPr>
          <w:rFonts w:ascii="Sakkal Majalla" w:hAnsi="Sakkal Majalla" w:cs="Sakkal Majalla"/>
          <w:sz w:val="24"/>
        </w:rPr>
        <w:t xml:space="preserve"> </w:t>
      </w:r>
      <w:r w:rsidRPr="003E3418">
        <w:rPr>
          <w:rFonts w:ascii="Sakkal Majalla" w:hAnsi="Sakkal Majalla" w:cs="Sakkal Majalla"/>
          <w:sz w:val="24"/>
          <w:szCs w:val="24"/>
          <w:rtl/>
        </w:rPr>
        <w:t>اللاتينية</w:t>
      </w:r>
      <w:r w:rsidRPr="003E3418">
        <w:rPr>
          <w:rFonts w:ascii="Sakkal Majalla" w:hAnsi="Sakkal Majalla" w:cs="Sakkal Majalla"/>
          <w:sz w:val="24"/>
        </w:rPr>
        <w:t xml:space="preserve"> (</w:t>
      </w:r>
      <w:r w:rsidRPr="003E3418">
        <w:rPr>
          <w:rFonts w:ascii="Cambria" w:hAnsi="Cambria" w:cs="Cambria"/>
          <w:sz w:val="24"/>
        </w:rPr>
        <w:t>β</w:t>
      </w:r>
      <w:r w:rsidRPr="003E3418">
        <w:rPr>
          <w:rFonts w:ascii="Sakkal Majalla" w:hAnsi="Sakkal Majalla" w:cs="Sakkal Majalla"/>
          <w:sz w:val="24"/>
        </w:rPr>
        <w:t>=−0.298)</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وأخيراً</w:t>
      </w:r>
      <w:r w:rsidRPr="003E3418">
        <w:rPr>
          <w:rFonts w:ascii="Sakkal Majalla" w:hAnsi="Sakkal Majalla" w:cs="Sakkal Majalla"/>
          <w:sz w:val="24"/>
        </w:rPr>
        <w:t xml:space="preserve"> </w:t>
      </w:r>
      <w:r w:rsidRPr="003E3418">
        <w:rPr>
          <w:rFonts w:ascii="Sakkal Majalla" w:hAnsi="Sakkal Majalla" w:cs="Sakkal Majalla"/>
          <w:sz w:val="24"/>
          <w:szCs w:val="24"/>
          <w:rtl/>
        </w:rPr>
        <w:t>الشرق</w:t>
      </w:r>
      <w:r w:rsidRPr="003E3418">
        <w:rPr>
          <w:rFonts w:ascii="Sakkal Majalla" w:hAnsi="Sakkal Majalla" w:cs="Sakkal Majalla"/>
          <w:sz w:val="24"/>
        </w:rPr>
        <w:t xml:space="preserve"> </w:t>
      </w:r>
      <w:r w:rsidRPr="003E3418">
        <w:rPr>
          <w:rFonts w:ascii="Sakkal Majalla" w:hAnsi="Sakkal Majalla" w:cs="Sakkal Majalla"/>
          <w:sz w:val="24"/>
          <w:szCs w:val="24"/>
          <w:rtl/>
        </w:rPr>
        <w:t>الأوسط</w:t>
      </w:r>
      <w:r w:rsidRPr="003E3418">
        <w:rPr>
          <w:rFonts w:ascii="Sakkal Majalla" w:hAnsi="Sakkal Majalla" w:cs="Sakkal Majalla"/>
          <w:sz w:val="24"/>
        </w:rPr>
        <w:t xml:space="preserve"> </w:t>
      </w:r>
      <w:r w:rsidRPr="003E3418">
        <w:rPr>
          <w:rFonts w:ascii="Sakkal Majalla" w:hAnsi="Sakkal Majalla" w:cs="Sakkal Majalla"/>
          <w:sz w:val="24"/>
          <w:szCs w:val="24"/>
          <w:rtl/>
        </w:rPr>
        <w:t>وشمال</w:t>
      </w:r>
      <w:r w:rsidRPr="003E3418">
        <w:rPr>
          <w:rFonts w:ascii="Sakkal Majalla" w:hAnsi="Sakkal Majalla" w:cs="Sakkal Majalla"/>
          <w:sz w:val="24"/>
        </w:rPr>
        <w:t xml:space="preserve"> </w:t>
      </w:r>
      <w:r w:rsidRPr="003E3418">
        <w:rPr>
          <w:rFonts w:ascii="Sakkal Majalla" w:hAnsi="Sakkal Majalla" w:cs="Sakkal Majalla"/>
          <w:sz w:val="24"/>
          <w:szCs w:val="24"/>
          <w:rtl/>
        </w:rPr>
        <w:t>إفريقيا</w:t>
      </w:r>
      <w:r w:rsidRPr="003E3418">
        <w:rPr>
          <w:rFonts w:ascii="Sakkal Majalla" w:hAnsi="Sakkal Majalla" w:cs="Sakkal Majalla"/>
          <w:sz w:val="24"/>
        </w:rPr>
        <w:t xml:space="preserve"> (</w:t>
      </w:r>
      <w:r w:rsidRPr="003E3418">
        <w:rPr>
          <w:rFonts w:ascii="Cambria" w:hAnsi="Cambria" w:cs="Cambria"/>
          <w:sz w:val="24"/>
        </w:rPr>
        <w:t>β</w:t>
      </w:r>
      <w:r w:rsidRPr="003E3418">
        <w:rPr>
          <w:rFonts w:ascii="Sakkal Majalla" w:hAnsi="Sakkal Majalla" w:cs="Sakkal Majalla"/>
          <w:sz w:val="24"/>
        </w:rPr>
        <w:t xml:space="preserve">=−0.187). </w:t>
      </w:r>
      <w:r w:rsidRPr="003E3418">
        <w:rPr>
          <w:rFonts w:ascii="Sakkal Majalla" w:hAnsi="Sakkal Majalla" w:cs="Sakkal Majalla"/>
          <w:sz w:val="24"/>
          <w:szCs w:val="24"/>
          <w:rtl/>
        </w:rPr>
        <w:t>وتُظهر</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ذات</w:t>
      </w:r>
      <w:r w:rsidRPr="003E3418">
        <w:rPr>
          <w:rFonts w:ascii="Sakkal Majalla" w:hAnsi="Sakkal Majalla" w:cs="Sakkal Majalla"/>
          <w:sz w:val="24"/>
        </w:rPr>
        <w:t xml:space="preserve"> </w:t>
      </w:r>
      <w:r w:rsidRPr="003E3418">
        <w:rPr>
          <w:rFonts w:ascii="Sakkal Majalla" w:hAnsi="Sakkal Majalla" w:cs="Sakkal Majalla"/>
          <w:sz w:val="24"/>
          <w:szCs w:val="24"/>
          <w:rtl/>
        </w:rPr>
        <w:t>البنية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المؤسسية</w:t>
      </w:r>
      <w:r w:rsidRPr="003E3418">
        <w:rPr>
          <w:rFonts w:ascii="Sakkal Majalla" w:hAnsi="Sakkal Majalla" w:cs="Sakkal Majalla"/>
          <w:sz w:val="24"/>
        </w:rPr>
        <w:t xml:space="preserve"> </w:t>
      </w:r>
      <w:r w:rsidRPr="003E3418">
        <w:rPr>
          <w:rFonts w:ascii="Sakkal Majalla" w:hAnsi="Sakkal Majalla" w:cs="Sakkal Majalla"/>
          <w:sz w:val="24"/>
          <w:szCs w:val="24"/>
          <w:rtl/>
        </w:rPr>
        <w:t>الأقوى</w:t>
      </w:r>
      <w:r w:rsidRPr="003E3418">
        <w:rPr>
          <w:rFonts w:ascii="Sakkal Majalla" w:hAnsi="Sakkal Majalla" w:cs="Sakkal Majalla"/>
          <w:sz w:val="24"/>
        </w:rPr>
        <w:t xml:space="preserve"> </w:t>
      </w:r>
      <w:r w:rsidRPr="003E3418">
        <w:rPr>
          <w:rFonts w:ascii="Sakkal Majalla" w:hAnsi="Sakkal Majalla" w:cs="Sakkal Majalla"/>
          <w:sz w:val="24"/>
          <w:szCs w:val="24"/>
          <w:rtl/>
        </w:rPr>
        <w:t>مرونةً</w:t>
      </w:r>
      <w:r w:rsidRPr="003E3418">
        <w:rPr>
          <w:rFonts w:ascii="Sakkal Majalla" w:hAnsi="Sakkal Majalla" w:cs="Sakkal Majalla"/>
          <w:sz w:val="24"/>
        </w:rPr>
        <w:t xml:space="preserve"> </w:t>
      </w:r>
      <w:r w:rsidRPr="003E3418">
        <w:rPr>
          <w:rFonts w:ascii="Sakkal Majalla" w:hAnsi="Sakkal Majalla" w:cs="Sakkal Majalla"/>
          <w:sz w:val="24"/>
          <w:szCs w:val="24"/>
          <w:rtl/>
        </w:rPr>
        <w:t>نسبية</w:t>
      </w:r>
      <w:r w:rsidRPr="003E3418">
        <w:rPr>
          <w:rFonts w:ascii="Sakkal Majalla" w:hAnsi="Sakkal Majalla" w:cs="Sakkal Majalla"/>
          <w:sz w:val="24"/>
        </w:rPr>
        <w:t xml:space="preserve"> </w:t>
      </w:r>
      <w:r w:rsidRPr="003E3418">
        <w:rPr>
          <w:rFonts w:ascii="Sakkal Majalla" w:hAnsi="Sakkal Majalla" w:cs="Sakkal Majalla"/>
          <w:sz w:val="24"/>
          <w:szCs w:val="24"/>
          <w:rtl/>
        </w:rPr>
        <w:t>أكبر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التخفيف</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السلبي</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مستويات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وهو</w:t>
      </w:r>
      <w:r w:rsidRPr="003E3418">
        <w:rPr>
          <w:rFonts w:ascii="Sakkal Majalla" w:hAnsi="Sakkal Majalla" w:cs="Sakkal Majalla"/>
          <w:sz w:val="24"/>
        </w:rPr>
        <w:t xml:space="preserve"> </w:t>
      </w:r>
      <w:r w:rsidRPr="003E3418">
        <w:rPr>
          <w:rFonts w:ascii="Sakkal Majalla" w:hAnsi="Sakkal Majalla" w:cs="Sakkal Majalla"/>
          <w:sz w:val="24"/>
          <w:szCs w:val="24"/>
          <w:rtl/>
        </w:rPr>
        <w:t>ما</w:t>
      </w:r>
      <w:r w:rsidRPr="003E3418">
        <w:rPr>
          <w:rFonts w:ascii="Sakkal Majalla" w:hAnsi="Sakkal Majalla" w:cs="Sakkal Majalla"/>
          <w:sz w:val="24"/>
        </w:rPr>
        <w:t xml:space="preserve"> </w:t>
      </w:r>
      <w:r w:rsidRPr="003E3418">
        <w:rPr>
          <w:rFonts w:ascii="Sakkal Majalla" w:hAnsi="Sakkal Majalla" w:cs="Sakkal Majalla"/>
          <w:sz w:val="24"/>
          <w:szCs w:val="24"/>
          <w:rtl/>
        </w:rPr>
        <w:t>يؤكده</w:t>
      </w:r>
      <w:r w:rsidRPr="003E3418">
        <w:rPr>
          <w:rFonts w:ascii="Sakkal Majalla" w:hAnsi="Sakkal Majalla" w:cs="Sakkal Majalla"/>
          <w:sz w:val="24"/>
        </w:rPr>
        <w:t xml:space="preserve"> </w:t>
      </w:r>
      <w:r w:rsidRPr="003E3418">
        <w:rPr>
          <w:rFonts w:ascii="Sakkal Majalla" w:hAnsi="Sakkal Majalla" w:cs="Sakkal Majalla"/>
          <w:sz w:val="24"/>
          <w:szCs w:val="24"/>
          <w:rtl/>
        </w:rPr>
        <w:t>معامل</w:t>
      </w:r>
      <w:r w:rsidRPr="003E3418">
        <w:rPr>
          <w:rFonts w:ascii="Sakkal Majalla" w:hAnsi="Sakkal Majalla" w:cs="Sakkal Majalla"/>
          <w:sz w:val="24"/>
        </w:rPr>
        <w:t xml:space="preserve"> </w:t>
      </w:r>
      <w:r w:rsidRPr="003E3418">
        <w:rPr>
          <w:rFonts w:ascii="Sakkal Majalla" w:hAnsi="Sakkal Majalla" w:cs="Sakkal Majalla"/>
          <w:sz w:val="24"/>
          <w:szCs w:val="24"/>
          <w:rtl/>
        </w:rPr>
        <w:t>التفاعل</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وجودة</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المؤسسات</w:t>
      </w:r>
      <w:r w:rsidRPr="003E3418">
        <w:rPr>
          <w:rFonts w:ascii="Sakkal Majalla" w:hAnsi="Sakkal Majalla" w:cs="Sakkal Majalla"/>
          <w:sz w:val="24"/>
        </w:rPr>
        <w:t xml:space="preserve"> (</w:t>
      </w:r>
      <w:r w:rsidRPr="003E3418">
        <w:rPr>
          <w:rFonts w:ascii="Cambria" w:hAnsi="Cambria" w:cs="Cambria"/>
          <w:sz w:val="24"/>
        </w:rPr>
        <w:t>β</w:t>
      </w:r>
      <w:r w:rsidRPr="003E3418">
        <w:rPr>
          <w:rFonts w:ascii="Sakkal Majalla" w:hAnsi="Sakkal Majalla" w:cs="Sakkal Majalla"/>
          <w:sz w:val="24"/>
        </w:rPr>
        <w:t>=0.142, p=0.003).</w:t>
      </w:r>
    </w:p>
    <w:p w14:paraId="4FFE3667"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تُوصي</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بجملة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الإصلاحات</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السياساتية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المستندة</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الأدلة</w:t>
      </w:r>
      <w:r w:rsidRPr="003E3418">
        <w:rPr>
          <w:rFonts w:ascii="Sakkal Majalla" w:hAnsi="Sakkal Majalla" w:cs="Sakkal Majalla"/>
          <w:sz w:val="24"/>
        </w:rPr>
        <w:t xml:space="preserve"> </w:t>
      </w:r>
      <w:r w:rsidRPr="003E3418">
        <w:rPr>
          <w:rFonts w:ascii="Sakkal Majalla" w:hAnsi="Sakkal Majalla" w:cs="Sakkal Majalla"/>
          <w:sz w:val="24"/>
          <w:szCs w:val="24"/>
          <w:rtl/>
        </w:rPr>
        <w:t>التجريبية،</w:t>
      </w:r>
      <w:r w:rsidRPr="003E3418">
        <w:rPr>
          <w:rFonts w:ascii="Sakkal Majalla" w:hAnsi="Sakkal Majalla" w:cs="Sakkal Majalla"/>
          <w:sz w:val="24"/>
        </w:rPr>
        <w:t xml:space="preserve"> </w:t>
      </w:r>
      <w:r w:rsidRPr="003E3418">
        <w:rPr>
          <w:rFonts w:ascii="Sakkal Majalla" w:hAnsi="Sakkal Majalla" w:cs="Sakkal Majalla"/>
          <w:sz w:val="24"/>
          <w:szCs w:val="24"/>
          <w:rtl/>
        </w:rPr>
        <w:t>أبرزها</w:t>
      </w:r>
      <w:r w:rsidRPr="003E3418">
        <w:rPr>
          <w:rFonts w:ascii="Sakkal Majalla" w:hAnsi="Sakkal Majalla" w:cs="Sakkal Majalla"/>
          <w:sz w:val="24"/>
        </w:rPr>
        <w:t xml:space="preserve">: </w:t>
      </w:r>
      <w:r w:rsidRPr="003E3418">
        <w:rPr>
          <w:rFonts w:ascii="Sakkal Majalla" w:hAnsi="Sakkal Majalla" w:cs="Sakkal Majalla"/>
          <w:sz w:val="24"/>
          <w:szCs w:val="24"/>
          <w:rtl/>
        </w:rPr>
        <w:t>جعل</w:t>
      </w:r>
      <w:r w:rsidRPr="003E3418">
        <w:rPr>
          <w:rFonts w:ascii="Sakkal Majalla" w:hAnsi="Sakkal Majalla" w:cs="Sakkal Majalla"/>
          <w:sz w:val="24"/>
        </w:rPr>
        <w:t xml:space="preserve"> </w:t>
      </w:r>
      <w:r w:rsidRPr="003E3418">
        <w:rPr>
          <w:rFonts w:ascii="Sakkal Majalla" w:hAnsi="Sakkal Majalla" w:cs="Sakkal Majalla"/>
          <w:sz w:val="24"/>
          <w:szCs w:val="24"/>
          <w:rtl/>
        </w:rPr>
        <w:t>مكافحة</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أولويةً</w:t>
      </w:r>
      <w:r w:rsidRPr="003E3418">
        <w:rPr>
          <w:rFonts w:ascii="Sakkal Majalla" w:hAnsi="Sakkal Majalla" w:cs="Sakkal Majalla"/>
          <w:sz w:val="24"/>
        </w:rPr>
        <w:t xml:space="preserve"> </w:t>
      </w:r>
      <w:r w:rsidRPr="003E3418">
        <w:rPr>
          <w:rFonts w:ascii="Sakkal Majalla" w:hAnsi="Sakkal Majalla" w:cs="Sakkal Majalla"/>
          <w:sz w:val="24"/>
          <w:szCs w:val="24"/>
          <w:rtl/>
        </w:rPr>
        <w:t>مستقلة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أجندة</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الاجتماعية</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ذيلاً</w:t>
      </w:r>
      <w:r w:rsidRPr="003E3418">
        <w:rPr>
          <w:rFonts w:ascii="Sakkal Majalla" w:hAnsi="Sakkal Majalla" w:cs="Sakkal Majalla"/>
          <w:sz w:val="24"/>
        </w:rPr>
        <w:t xml:space="preserve"> </w:t>
      </w:r>
      <w:r w:rsidRPr="003E3418">
        <w:rPr>
          <w:rFonts w:ascii="Sakkal Majalla" w:hAnsi="Sakkal Majalla" w:cs="Sakkal Majalla"/>
          <w:sz w:val="24"/>
          <w:szCs w:val="24"/>
          <w:rtl/>
        </w:rPr>
        <w:t>لسياسات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الكلي،</w:t>
      </w:r>
      <w:r w:rsidRPr="003E3418">
        <w:rPr>
          <w:rFonts w:ascii="Sakkal Majalla" w:hAnsi="Sakkal Majalla" w:cs="Sakkal Majalla"/>
          <w:sz w:val="24"/>
        </w:rPr>
        <w:t xml:space="preserve"> </w:t>
      </w:r>
      <w:r w:rsidRPr="003E3418">
        <w:rPr>
          <w:rFonts w:ascii="Sakkal Majalla" w:hAnsi="Sakkal Majalla" w:cs="Sakkal Majalla"/>
          <w:sz w:val="24"/>
          <w:szCs w:val="24"/>
          <w:rtl/>
        </w:rPr>
        <w:t>وحماية</w:t>
      </w:r>
      <w:r w:rsidRPr="003E3418">
        <w:rPr>
          <w:rFonts w:ascii="Sakkal Majalla" w:hAnsi="Sakkal Majalla" w:cs="Sakkal Majalla"/>
          <w:sz w:val="24"/>
        </w:rPr>
        <w:t xml:space="preserve"> </w:t>
      </w:r>
      <w:r w:rsidRPr="003E3418">
        <w:rPr>
          <w:rFonts w:ascii="Sakkal Majalla" w:hAnsi="Sakkal Majalla" w:cs="Sakkal Majalla"/>
          <w:sz w:val="24"/>
          <w:szCs w:val="24"/>
          <w:rtl/>
        </w:rPr>
        <w:t>الإنفاق</w:t>
      </w:r>
      <w:r w:rsidRPr="003E3418">
        <w:rPr>
          <w:rFonts w:ascii="Sakkal Majalla" w:hAnsi="Sakkal Majalla" w:cs="Sakkal Majalla"/>
          <w:sz w:val="24"/>
        </w:rPr>
        <w:t xml:space="preserve"> </w:t>
      </w:r>
      <w:r w:rsidRPr="003E3418">
        <w:rPr>
          <w:rFonts w:ascii="Sakkal Majalla" w:hAnsi="Sakkal Majalla" w:cs="Sakkal Majalla"/>
          <w:sz w:val="24"/>
          <w:szCs w:val="24"/>
          <w:rtl/>
        </w:rPr>
        <w:t>الاجتماعي</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التعليم</w:t>
      </w:r>
      <w:r w:rsidRPr="003E3418">
        <w:rPr>
          <w:rFonts w:ascii="Sakkal Majalla" w:hAnsi="Sakkal Majalla" w:cs="Sakkal Majalla"/>
          <w:sz w:val="24"/>
        </w:rPr>
        <w:t xml:space="preserve"> </w:t>
      </w:r>
      <w:r w:rsidRPr="003E3418">
        <w:rPr>
          <w:rFonts w:ascii="Sakkal Majalla" w:hAnsi="Sakkal Majalla" w:cs="Sakkal Majalla"/>
          <w:sz w:val="24"/>
          <w:szCs w:val="24"/>
          <w:rtl/>
        </w:rPr>
        <w:t>والصحة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الاستنزاف</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الفسادي،</w:t>
      </w:r>
      <w:r w:rsidRPr="003E3418">
        <w:rPr>
          <w:rFonts w:ascii="Sakkal Majalla" w:hAnsi="Sakkal Majalla" w:cs="Sakkal Majalla"/>
          <w:sz w:val="24"/>
        </w:rPr>
        <w:t xml:space="preserve"> </w:t>
      </w:r>
      <w:r w:rsidRPr="003E3418">
        <w:rPr>
          <w:rFonts w:ascii="Sakkal Majalla" w:hAnsi="Sakkal Majalla" w:cs="Sakkal Majalla"/>
          <w:sz w:val="24"/>
          <w:szCs w:val="24"/>
          <w:rtl/>
        </w:rPr>
        <w:t>والاستثمار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المتكامل</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بناء</w:t>
      </w:r>
      <w:r w:rsidRPr="003E3418">
        <w:rPr>
          <w:rFonts w:ascii="Sakkal Majalla" w:hAnsi="Sakkal Majalla" w:cs="Sakkal Majalla"/>
          <w:sz w:val="24"/>
        </w:rPr>
        <w:t xml:space="preserve"> </w:t>
      </w:r>
      <w:r w:rsidRPr="003E3418">
        <w:rPr>
          <w:rFonts w:ascii="Sakkal Majalla" w:hAnsi="Sakkal Majalla" w:cs="Sakkal Majalla"/>
          <w:sz w:val="24"/>
          <w:szCs w:val="24"/>
          <w:rtl/>
        </w:rPr>
        <w:t>مؤسسات</w:t>
      </w:r>
      <w:r w:rsidRPr="003E3418">
        <w:rPr>
          <w:rFonts w:ascii="Sakkal Majalla" w:hAnsi="Sakkal Majalla" w:cs="Sakkal Majalla"/>
          <w:sz w:val="24"/>
        </w:rPr>
        <w:t xml:space="preserve"> </w:t>
      </w:r>
      <w:r w:rsidRPr="003E3418">
        <w:rPr>
          <w:rFonts w:ascii="Sakkal Majalla" w:hAnsi="Sakkal Majalla" w:cs="Sakkal Majalla"/>
          <w:sz w:val="24"/>
          <w:szCs w:val="24"/>
          <w:rtl/>
        </w:rPr>
        <w:t>سيادة</w:t>
      </w:r>
      <w:r w:rsidRPr="003E3418">
        <w:rPr>
          <w:rFonts w:ascii="Sakkal Majalla" w:hAnsi="Sakkal Majalla" w:cs="Sakkal Majalla"/>
          <w:sz w:val="24"/>
        </w:rPr>
        <w:t xml:space="preserve"> </w:t>
      </w:r>
      <w:r w:rsidRPr="003E3418">
        <w:rPr>
          <w:rFonts w:ascii="Sakkal Majalla" w:hAnsi="Sakkal Majalla" w:cs="Sakkal Majalla"/>
          <w:sz w:val="24"/>
          <w:szCs w:val="24"/>
          <w:rtl/>
        </w:rPr>
        <w:t>القانون</w:t>
      </w:r>
      <w:r w:rsidRPr="003E3418">
        <w:rPr>
          <w:rFonts w:ascii="Sakkal Majalla" w:hAnsi="Sakkal Majalla" w:cs="Sakkal Majalla"/>
          <w:sz w:val="24"/>
        </w:rPr>
        <w:t xml:space="preserve"> </w:t>
      </w:r>
      <w:r w:rsidRPr="003E3418">
        <w:rPr>
          <w:rFonts w:ascii="Sakkal Majalla" w:hAnsi="Sakkal Majalla" w:cs="Sakkal Majalla"/>
          <w:sz w:val="24"/>
          <w:szCs w:val="24"/>
          <w:rtl/>
        </w:rPr>
        <w:t>والمساءلة</w:t>
      </w:r>
      <w:r w:rsidRPr="003E3418">
        <w:rPr>
          <w:rFonts w:ascii="Sakkal Majalla" w:hAnsi="Sakkal Majalla" w:cs="Sakkal Majalla"/>
          <w:sz w:val="24"/>
        </w:rPr>
        <w:t xml:space="preserve"> </w:t>
      </w:r>
      <w:r w:rsidRPr="003E3418">
        <w:rPr>
          <w:rFonts w:ascii="Sakkal Majalla" w:hAnsi="Sakkal Majalla" w:cs="Sakkal Majalla"/>
          <w:sz w:val="24"/>
          <w:szCs w:val="24"/>
          <w:rtl/>
        </w:rPr>
        <w:t>بوصفه</w:t>
      </w:r>
      <w:r w:rsidRPr="003E3418">
        <w:rPr>
          <w:rFonts w:ascii="Sakkal Majalla" w:hAnsi="Sakkal Majalla" w:cs="Sakkal Majalla"/>
          <w:sz w:val="24"/>
        </w:rPr>
        <w:t xml:space="preserve"> </w:t>
      </w:r>
      <w:r w:rsidRPr="003E3418">
        <w:rPr>
          <w:rFonts w:ascii="Sakkal Majalla" w:hAnsi="Sakkal Majalla" w:cs="Sakkal Majalla"/>
          <w:sz w:val="24"/>
          <w:szCs w:val="24"/>
          <w:rtl/>
        </w:rPr>
        <w:t>طريقاً</w:t>
      </w:r>
      <w:r w:rsidRPr="003E3418">
        <w:rPr>
          <w:rFonts w:ascii="Sakkal Majalla" w:hAnsi="Sakkal Majalla" w:cs="Sakkal Majalla"/>
          <w:sz w:val="24"/>
        </w:rPr>
        <w:t xml:space="preserve"> </w:t>
      </w:r>
      <w:r w:rsidRPr="003E3418">
        <w:rPr>
          <w:rFonts w:ascii="Sakkal Majalla" w:hAnsi="Sakkal Majalla" w:cs="Sakkal Majalla"/>
          <w:sz w:val="24"/>
          <w:szCs w:val="24"/>
          <w:rtl/>
        </w:rPr>
        <w:t>مزدوج</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يُقلّص</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ويُخفّف</w:t>
      </w:r>
      <w:r w:rsidRPr="003E3418">
        <w:rPr>
          <w:rFonts w:ascii="Sakkal Majalla" w:hAnsi="Sakkal Majalla" w:cs="Sakkal Majalla"/>
          <w:sz w:val="24"/>
        </w:rPr>
        <w:t xml:space="preserve"> </w:t>
      </w:r>
      <w:r w:rsidRPr="003E3418">
        <w:rPr>
          <w:rFonts w:ascii="Sakkal Majalla" w:hAnsi="Sakkal Majalla" w:cs="Sakkal Majalla"/>
          <w:sz w:val="24"/>
          <w:szCs w:val="24"/>
          <w:rtl/>
        </w:rPr>
        <w:t>تداعياته</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الوقت</w:t>
      </w:r>
      <w:r w:rsidRPr="003E3418">
        <w:rPr>
          <w:rFonts w:ascii="Sakkal Majalla" w:hAnsi="Sakkal Majalla" w:cs="Sakkal Majalla"/>
          <w:sz w:val="24"/>
        </w:rPr>
        <w:t xml:space="preserve"> </w:t>
      </w:r>
      <w:r w:rsidRPr="003E3418">
        <w:rPr>
          <w:rFonts w:ascii="Sakkal Majalla" w:hAnsi="Sakkal Majalla" w:cs="Sakkal Majalla"/>
          <w:sz w:val="24"/>
          <w:szCs w:val="24"/>
          <w:rtl/>
        </w:rPr>
        <w:t>ذاته</w:t>
      </w:r>
      <w:r w:rsidRPr="003E3418">
        <w:rPr>
          <w:rFonts w:ascii="Sakkal Majalla" w:hAnsi="Sakkal Majalla" w:cs="Sakkal Majalla"/>
          <w:sz w:val="24"/>
        </w:rPr>
        <w:t>.</w:t>
      </w:r>
    </w:p>
    <w:p w14:paraId="6679F1E5" w14:textId="77777777" w:rsidR="003E3418" w:rsidRPr="003E3418" w:rsidRDefault="003E3418" w:rsidP="003E3418">
      <w:pPr>
        <w:spacing w:before="80" w:after="80"/>
        <w:rPr>
          <w:rFonts w:ascii="Sakkal Majalla" w:hAnsi="Sakkal Majalla" w:cs="Sakkal Majalla"/>
        </w:rPr>
      </w:pPr>
    </w:p>
    <w:p w14:paraId="6F41CE48" w14:textId="77777777" w:rsidR="003E3418" w:rsidRPr="003E3418" w:rsidRDefault="003E3418" w:rsidP="003E3418">
      <w:pPr>
        <w:bidi/>
        <w:rPr>
          <w:rFonts w:ascii="Sakkal Majalla" w:hAnsi="Sakkal Majalla" w:cs="Sakkal Majalla"/>
        </w:rPr>
      </w:pPr>
      <w:r w:rsidRPr="003E3418">
        <w:rPr>
          <w:rFonts w:ascii="Sakkal Majalla" w:hAnsi="Sakkal Majalla" w:cs="Sakkal Majalla"/>
          <w:b/>
          <w:bCs/>
          <w:sz w:val="24"/>
          <w:szCs w:val="24"/>
          <w:rtl/>
        </w:rPr>
        <w:t>الكلمات</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المفتاحية</w:t>
      </w:r>
      <w:r w:rsidRPr="003E3418">
        <w:rPr>
          <w:rFonts w:ascii="Sakkal Majalla" w:hAnsi="Sakkal Majalla" w:cs="Sakkal Majalla"/>
          <w:b/>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بيانات</w:t>
      </w:r>
      <w:r w:rsidRPr="003E3418">
        <w:rPr>
          <w:rFonts w:ascii="Sakkal Majalla" w:hAnsi="Sakkal Majalla" w:cs="Sakkal Majalla"/>
          <w:sz w:val="24"/>
        </w:rPr>
        <w:t xml:space="preserve"> </w:t>
      </w:r>
      <w:r w:rsidRPr="003E3418">
        <w:rPr>
          <w:rFonts w:ascii="Sakkal Majalla" w:hAnsi="Sakkal Majalla" w:cs="Sakkal Majalla"/>
          <w:sz w:val="24"/>
          <w:szCs w:val="24"/>
          <w:rtl/>
        </w:rPr>
        <w:t>اللوحة،</w:t>
      </w:r>
      <w:r w:rsidRPr="003E3418">
        <w:rPr>
          <w:rFonts w:ascii="Sakkal Majalla" w:hAnsi="Sakkal Majalla" w:cs="Sakkal Majalla"/>
          <w:sz w:val="24"/>
        </w:rPr>
        <w:t xml:space="preserve"> GMM</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الوساطة،</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جودة</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المؤسسات</w:t>
      </w:r>
    </w:p>
    <w:p w14:paraId="4A93962B" w14:textId="77777777" w:rsidR="003E3418" w:rsidRPr="003E3418" w:rsidRDefault="003E3418" w:rsidP="003E3418">
      <w:pPr>
        <w:rPr>
          <w:rFonts w:ascii="Sakkal Majalla" w:hAnsi="Sakkal Majalla" w:cs="Sakkal Majalla"/>
        </w:rPr>
      </w:pPr>
      <w:r w:rsidRPr="003E3418">
        <w:rPr>
          <w:rFonts w:ascii="Sakkal Majalla" w:hAnsi="Sakkal Majalla" w:cs="Sakkal Majalla"/>
        </w:rPr>
        <w:br w:type="page"/>
      </w:r>
    </w:p>
    <w:p w14:paraId="1AF4CCC2" w14:textId="77777777" w:rsidR="003E3418" w:rsidRPr="003E3418" w:rsidRDefault="003E3418" w:rsidP="003E3418">
      <w:pPr>
        <w:spacing w:before="160"/>
        <w:rPr>
          <w:rFonts w:ascii="Sakkal Majalla" w:hAnsi="Sakkal Majalla" w:cs="Sakkal Majalla"/>
        </w:rPr>
      </w:pPr>
      <w:r w:rsidRPr="003E3418">
        <w:rPr>
          <w:rFonts w:ascii="Sakkal Majalla" w:hAnsi="Sakkal Majalla" w:cs="Sakkal Majalla"/>
          <w:b/>
          <w:sz w:val="30"/>
        </w:rPr>
        <w:lastRenderedPageBreak/>
        <w:t>Abstract</w:t>
      </w:r>
    </w:p>
    <w:p w14:paraId="3C5FFFD9" w14:textId="77777777" w:rsidR="003E3418" w:rsidRPr="003E3418" w:rsidRDefault="003E3418" w:rsidP="003E3418">
      <w:pPr>
        <w:spacing w:before="80" w:after="80"/>
        <w:rPr>
          <w:rFonts w:ascii="Sakkal Majalla" w:hAnsi="Sakkal Majalla" w:cs="Sakkal Majalla"/>
        </w:rPr>
      </w:pPr>
    </w:p>
    <w:p w14:paraId="49E70BB6" w14:textId="77777777" w:rsidR="003E3418" w:rsidRPr="003E3418" w:rsidRDefault="003E3418" w:rsidP="003E3418">
      <w:pPr>
        <w:spacing w:before="60" w:after="60" w:line="400" w:lineRule="exact"/>
        <w:rPr>
          <w:rFonts w:ascii="Sakkal Majalla" w:hAnsi="Sakkal Majalla" w:cs="Sakkal Majalla"/>
        </w:rPr>
      </w:pPr>
      <w:r w:rsidRPr="003E3418">
        <w:rPr>
          <w:rFonts w:ascii="Sakkal Majalla" w:hAnsi="Sakkal Majalla" w:cs="Sakkal Majalla"/>
        </w:rPr>
        <w:t>This study analyzes the causal effect of corruption on economic growth and poverty levels in developing countries over the period 2000–2022, decomposing the transmission channels and estimating the quantitative weight of each pathway with rigorous econometric precision. The study departs from a stark contradiction documented in international economic data: countries recording positive official growth rates while their poverty levels remain persistently elevated — a contradiction in which corruption frequently constitutes the missing link.</w:t>
      </w:r>
    </w:p>
    <w:p w14:paraId="3FB923D4" w14:textId="77777777" w:rsidR="003E3418" w:rsidRPr="003E3418" w:rsidRDefault="003E3418" w:rsidP="003E3418">
      <w:pPr>
        <w:spacing w:before="60" w:after="60" w:line="400" w:lineRule="exact"/>
        <w:rPr>
          <w:rFonts w:ascii="Sakkal Majalla" w:hAnsi="Sakkal Majalla" w:cs="Sakkal Majalla"/>
        </w:rPr>
      </w:pPr>
      <w:r w:rsidRPr="003E3418">
        <w:rPr>
          <w:rFonts w:ascii="Sakkal Majalla" w:hAnsi="Sakkal Majalla" w:cs="Sakkal Majalla"/>
        </w:rPr>
        <w:t>The study employs a quantitative approach using panel data for 74 developing countries distributed across four major geographic regions: Sub-Saharan Africa, Asia and the Pacific, Latin America and the Caribbean, and the Middle East and North Africa. A comprehensive suite of advanced statistical methods is deployed: fixed effects models for baseline estimation, dynamic Arellano-Bond GMM models to address reverse causality, mediation analysis to decompose direct and indirect effects, and quantile regressions to explore geographic and institutional variation.</w:t>
      </w:r>
    </w:p>
    <w:p w14:paraId="3CA04645" w14:textId="77777777" w:rsidR="003E3418" w:rsidRPr="003E3418" w:rsidRDefault="003E3418" w:rsidP="003E3418">
      <w:pPr>
        <w:spacing w:before="60" w:after="60" w:line="400" w:lineRule="exact"/>
        <w:rPr>
          <w:rFonts w:ascii="Sakkal Majalla" w:hAnsi="Sakkal Majalla" w:cs="Sakkal Majalla"/>
        </w:rPr>
      </w:pPr>
      <w:r w:rsidRPr="003E3418">
        <w:rPr>
          <w:rFonts w:ascii="Sakkal Majalla" w:hAnsi="Sakkal Majalla" w:cs="Sakkal Majalla"/>
        </w:rPr>
        <w:t>Results confirm a statistically significant negative effect of corruption on economic growth. A ten-point increase in the Corruption Perceptions Index (CPI) — indicating lower corruption — is associated with an average increase of 0.71 percentage points in annual per capita GDP growth. Mediation analysis reveals partial mediation of economic growth in the corruption-poverty relationship: the indirect pathway through growth suppression accounts for 42.1% of corruption's total effect on the poverty headcount ratio, while 57.9% reaches poverty directly through social spending distortion, deteriorating human capital investment, and increased income inequality.</w:t>
      </w:r>
    </w:p>
    <w:p w14:paraId="6BB49F21" w14:textId="77777777" w:rsidR="003E3418" w:rsidRPr="003E3418" w:rsidRDefault="003E3418" w:rsidP="003E3418">
      <w:pPr>
        <w:spacing w:before="60" w:after="60" w:line="400" w:lineRule="exact"/>
        <w:rPr>
          <w:rFonts w:ascii="Sakkal Majalla" w:hAnsi="Sakkal Majalla" w:cs="Sakkal Majalla"/>
        </w:rPr>
      </w:pPr>
      <w:r w:rsidRPr="003E3418">
        <w:rPr>
          <w:rFonts w:ascii="Sakkal Majalla" w:hAnsi="Sakkal Majalla" w:cs="Sakkal Majalla"/>
        </w:rPr>
        <w:t>Regionally, Sub-Saharan Africa records the highest corruption-poverty coefficient (</w:t>
      </w:r>
      <w:r w:rsidRPr="003E3418">
        <w:rPr>
          <w:rFonts w:ascii="Cambria" w:hAnsi="Cambria" w:cs="Cambria"/>
        </w:rPr>
        <w:t>β</w:t>
      </w:r>
      <w:r w:rsidRPr="003E3418">
        <w:rPr>
          <w:rFonts w:ascii="Sakkal Majalla" w:hAnsi="Sakkal Majalla" w:cs="Sakkal Majalla"/>
        </w:rPr>
        <w:t>=−0.512), followed by Asia (</w:t>
      </w:r>
      <w:r w:rsidRPr="003E3418">
        <w:rPr>
          <w:rFonts w:ascii="Cambria" w:hAnsi="Cambria" w:cs="Cambria"/>
        </w:rPr>
        <w:t>β</w:t>
      </w:r>
      <w:r w:rsidRPr="003E3418">
        <w:rPr>
          <w:rFonts w:ascii="Sakkal Majalla" w:hAnsi="Sakkal Majalla" w:cs="Sakkal Majalla"/>
        </w:rPr>
        <w:t>=−0.341), Latin America (</w:t>
      </w:r>
      <w:r w:rsidRPr="003E3418">
        <w:rPr>
          <w:rFonts w:ascii="Cambria" w:hAnsi="Cambria" w:cs="Cambria"/>
        </w:rPr>
        <w:t>β</w:t>
      </w:r>
      <w:r w:rsidRPr="003E3418">
        <w:rPr>
          <w:rFonts w:ascii="Sakkal Majalla" w:hAnsi="Sakkal Majalla" w:cs="Sakkal Majalla"/>
        </w:rPr>
        <w:t>=−0.298), and MENA (</w:t>
      </w:r>
      <w:r w:rsidRPr="003E3418">
        <w:rPr>
          <w:rFonts w:ascii="Cambria" w:hAnsi="Cambria" w:cs="Cambria"/>
        </w:rPr>
        <w:t>β</w:t>
      </w:r>
      <w:r w:rsidRPr="003E3418">
        <w:rPr>
          <w:rFonts w:ascii="Sakkal Majalla" w:hAnsi="Sakkal Majalla" w:cs="Sakkal Majalla"/>
        </w:rPr>
        <w:t>=−0.187). Countries with stronger institutional quality demonstrate greater resilience against corruption's poverty-amplifying effects, confirmed by the significant interaction term between corruption and institutional quality (</w:t>
      </w:r>
      <w:r w:rsidRPr="003E3418">
        <w:rPr>
          <w:rFonts w:ascii="Cambria" w:hAnsi="Cambria" w:cs="Cambria"/>
        </w:rPr>
        <w:t>β</w:t>
      </w:r>
      <w:r w:rsidRPr="003E3418">
        <w:rPr>
          <w:rFonts w:ascii="Sakkal Majalla" w:hAnsi="Sakkal Majalla" w:cs="Sakkal Majalla"/>
        </w:rPr>
        <w:t>=0.142, p=0.003). Robustness checks using WGI as an alternative corruption indicator corroborate all main findings.</w:t>
      </w:r>
    </w:p>
    <w:p w14:paraId="0B499B92" w14:textId="77777777" w:rsidR="003E3418" w:rsidRPr="003E3418" w:rsidRDefault="003E3418" w:rsidP="003E3418">
      <w:pPr>
        <w:spacing w:before="60" w:after="60" w:line="400" w:lineRule="exact"/>
        <w:rPr>
          <w:rFonts w:ascii="Sakkal Majalla" w:hAnsi="Sakkal Majalla" w:cs="Sakkal Majalla"/>
        </w:rPr>
      </w:pPr>
      <w:r w:rsidRPr="003E3418">
        <w:rPr>
          <w:rFonts w:ascii="Sakkal Majalla" w:hAnsi="Sakkal Majalla" w:cs="Sakkal Majalla"/>
        </w:rPr>
        <w:t>The study recommends establishing anti-corruption efforts as an independent priority in social policy agendas — not a subordinate of growth policy — protecting social expenditure in education and health from corruption-induced leakage, and investing comprehensively in rule-of-law institutions as a dual-impact approach that simultaneously reduces corruption and mitigates its distributional consequences.</w:t>
      </w:r>
    </w:p>
    <w:p w14:paraId="21E1D6C7" w14:textId="77777777" w:rsidR="003E3418" w:rsidRPr="003E3418" w:rsidRDefault="003E3418" w:rsidP="003E3418">
      <w:pPr>
        <w:spacing w:before="80" w:after="80"/>
        <w:rPr>
          <w:rFonts w:ascii="Sakkal Majalla" w:hAnsi="Sakkal Majalla" w:cs="Sakkal Majalla"/>
        </w:rPr>
      </w:pPr>
    </w:p>
    <w:p w14:paraId="6FF9669C" w14:textId="77777777" w:rsidR="003E3418" w:rsidRPr="003E3418" w:rsidRDefault="003E3418" w:rsidP="003E3418">
      <w:pPr>
        <w:rPr>
          <w:rFonts w:ascii="Sakkal Majalla" w:hAnsi="Sakkal Majalla" w:cs="Sakkal Majalla"/>
        </w:rPr>
      </w:pPr>
      <w:r w:rsidRPr="003E3418">
        <w:rPr>
          <w:rFonts w:ascii="Sakkal Majalla" w:hAnsi="Sakkal Majalla" w:cs="Sakkal Majalla"/>
          <w:b/>
        </w:rPr>
        <w:t xml:space="preserve">Keywords: </w:t>
      </w:r>
      <w:r w:rsidRPr="003E3418">
        <w:rPr>
          <w:rFonts w:ascii="Sakkal Majalla" w:hAnsi="Sakkal Majalla" w:cs="Sakkal Majalla"/>
        </w:rPr>
        <w:t>Corruption, Economic Growth, Poverty, Panel Data, GMM, Mediation Analysis, Developing Countries, Institutional Quality</w:t>
      </w:r>
    </w:p>
    <w:p w14:paraId="4DE2521A" w14:textId="77777777" w:rsidR="003E3418" w:rsidRPr="003E3418" w:rsidRDefault="003E3418" w:rsidP="003E3418">
      <w:pPr>
        <w:rPr>
          <w:rFonts w:ascii="Sakkal Majalla" w:hAnsi="Sakkal Majalla" w:cs="Sakkal Majalla"/>
        </w:rPr>
      </w:pPr>
      <w:r w:rsidRPr="003E3418">
        <w:rPr>
          <w:rFonts w:ascii="Sakkal Majalla" w:hAnsi="Sakkal Majalla" w:cs="Sakkal Majalla"/>
        </w:rPr>
        <w:br w:type="page"/>
      </w:r>
    </w:p>
    <w:p w14:paraId="7E748AC8" w14:textId="77777777" w:rsidR="003E3418" w:rsidRPr="003E3418" w:rsidRDefault="003E3418" w:rsidP="003E3418">
      <w:pPr>
        <w:pBdr>
          <w:top w:val="single" w:sz="8" w:space="6" w:color="1A3A6B"/>
          <w:bottom w:val="single" w:sz="8" w:space="6" w:color="1A3A6B"/>
        </w:pBdr>
        <w:bidi/>
        <w:spacing w:before="240" w:after="80"/>
        <w:rPr>
          <w:rFonts w:ascii="Sakkal Majalla" w:hAnsi="Sakkal Majalla" w:cs="Sakkal Majalla"/>
        </w:rPr>
      </w:pPr>
      <w:r w:rsidRPr="003E3418">
        <w:rPr>
          <w:rFonts w:ascii="Sakkal Majalla" w:hAnsi="Sakkal Majalla" w:cs="Sakkal Majalla"/>
          <w:b/>
          <w:bCs/>
          <w:sz w:val="32"/>
          <w:szCs w:val="32"/>
          <w:rtl/>
        </w:rPr>
        <w:lastRenderedPageBreak/>
        <w:t>الفصل</w:t>
      </w:r>
      <w:r w:rsidRPr="003E3418">
        <w:rPr>
          <w:rFonts w:ascii="Sakkal Majalla" w:hAnsi="Sakkal Majalla" w:cs="Sakkal Majalla"/>
          <w:b/>
          <w:sz w:val="32"/>
        </w:rPr>
        <w:t xml:space="preserve"> </w:t>
      </w:r>
      <w:r w:rsidRPr="003E3418">
        <w:rPr>
          <w:rFonts w:ascii="Sakkal Majalla" w:hAnsi="Sakkal Majalla" w:cs="Sakkal Majalla"/>
          <w:b/>
          <w:bCs/>
          <w:sz w:val="32"/>
          <w:szCs w:val="32"/>
          <w:rtl/>
        </w:rPr>
        <w:t>الأول</w:t>
      </w:r>
    </w:p>
    <w:p w14:paraId="57FD049B" w14:textId="77777777" w:rsidR="003E3418" w:rsidRPr="003E3418" w:rsidRDefault="003E3418" w:rsidP="003E3418">
      <w:pPr>
        <w:bidi/>
        <w:spacing w:before="80" w:after="80"/>
        <w:rPr>
          <w:rFonts w:ascii="Sakkal Majalla" w:hAnsi="Sakkal Majalla" w:cs="Sakkal Majalla"/>
        </w:rPr>
      </w:pPr>
      <w:r w:rsidRPr="003E3418">
        <w:rPr>
          <w:rFonts w:ascii="Sakkal Majalla" w:hAnsi="Sakkal Majalla" w:cs="Sakkal Majalla"/>
          <w:b/>
          <w:bCs/>
          <w:sz w:val="28"/>
          <w:szCs w:val="28"/>
          <w:rtl/>
        </w:rPr>
        <w:t>المقدمة</w:t>
      </w:r>
    </w:p>
    <w:p w14:paraId="20A68228" w14:textId="77777777" w:rsidR="003E3418" w:rsidRPr="003E3418" w:rsidRDefault="003E3418" w:rsidP="003E3418">
      <w:pPr>
        <w:spacing w:before="40" w:after="280"/>
        <w:rPr>
          <w:rFonts w:ascii="Sakkal Majalla" w:hAnsi="Sakkal Majalla" w:cs="Sakkal Majalla"/>
        </w:rPr>
      </w:pPr>
      <w:r w:rsidRPr="003E3418">
        <w:rPr>
          <w:rFonts w:ascii="Sakkal Majalla" w:hAnsi="Sakkal Majalla" w:cs="Sakkal Majalla"/>
          <w:i/>
        </w:rPr>
        <w:t>Introduction</w:t>
      </w:r>
    </w:p>
    <w:p w14:paraId="2EDBF5D3" w14:textId="77777777" w:rsidR="003E3418" w:rsidRPr="003E3418" w:rsidRDefault="003E3418" w:rsidP="003E3418">
      <w:pPr>
        <w:spacing w:before="80" w:after="80"/>
        <w:rPr>
          <w:rFonts w:ascii="Sakkal Majalla" w:hAnsi="Sakkal Majalla" w:cs="Sakkal Majalla"/>
        </w:rPr>
      </w:pPr>
    </w:p>
    <w:p w14:paraId="47726975" w14:textId="77777777" w:rsidR="003E3418" w:rsidRPr="003E3418" w:rsidRDefault="003E3418" w:rsidP="003E3418">
      <w:pPr>
        <w:pBdr>
          <w:bottom w:val="single" w:sz="6" w:space="4" w:color="1A3A6B"/>
        </w:pBdr>
        <w:bidi/>
        <w:spacing w:before="360" w:line="360" w:lineRule="exact"/>
        <w:rPr>
          <w:rFonts w:ascii="Sakkal Majalla" w:hAnsi="Sakkal Majalla" w:cs="Sakkal Majalla"/>
        </w:rPr>
      </w:pPr>
      <w:r w:rsidRPr="003E3418">
        <w:rPr>
          <w:rFonts w:ascii="Sakkal Majalla" w:hAnsi="Sakkal Majalla" w:cs="Sakkal Majalla"/>
          <w:b/>
          <w:sz w:val="30"/>
        </w:rPr>
        <w:t xml:space="preserve">1.1 </w:t>
      </w:r>
      <w:r w:rsidRPr="003E3418">
        <w:rPr>
          <w:rFonts w:ascii="Sakkal Majalla" w:hAnsi="Sakkal Majalla" w:cs="Sakkal Majalla"/>
          <w:b/>
          <w:bCs/>
          <w:sz w:val="30"/>
          <w:szCs w:val="30"/>
          <w:rtl/>
        </w:rPr>
        <w:t>المقدمة</w:t>
      </w:r>
    </w:p>
    <w:p w14:paraId="0B448420"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عام</w:t>
      </w:r>
      <w:r w:rsidRPr="003E3418">
        <w:rPr>
          <w:rFonts w:ascii="Sakkal Majalla" w:hAnsi="Sakkal Majalla" w:cs="Sakkal Majalla"/>
          <w:sz w:val="24"/>
        </w:rPr>
        <w:t xml:space="preserve"> 1995 </w:t>
      </w:r>
      <w:r w:rsidRPr="003E3418">
        <w:rPr>
          <w:rFonts w:ascii="Sakkal Majalla" w:hAnsi="Sakkal Majalla" w:cs="Sakkal Majalla"/>
          <w:sz w:val="24"/>
          <w:szCs w:val="24"/>
          <w:rtl/>
        </w:rPr>
        <w:t>نشر</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Paolo Mauro </w:t>
      </w:r>
      <w:r w:rsidRPr="003E3418">
        <w:rPr>
          <w:rFonts w:ascii="Sakkal Majalla" w:hAnsi="Sakkal Majalla" w:cs="Sakkal Majalla"/>
          <w:sz w:val="24"/>
          <w:szCs w:val="24"/>
          <w:rtl/>
        </w:rPr>
        <w:t>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غيّرت</w:t>
      </w:r>
      <w:r w:rsidRPr="003E3418">
        <w:rPr>
          <w:rFonts w:ascii="Sakkal Majalla" w:hAnsi="Sakkal Majalla" w:cs="Sakkal Majalla"/>
          <w:sz w:val="24"/>
        </w:rPr>
        <w:t xml:space="preserve"> </w:t>
      </w:r>
      <w:r w:rsidRPr="003E3418">
        <w:rPr>
          <w:rFonts w:ascii="Sakkal Majalla" w:hAnsi="Sakkal Majalla" w:cs="Sakkal Majalla"/>
          <w:sz w:val="24"/>
          <w:szCs w:val="24"/>
          <w:rtl/>
        </w:rPr>
        <w:t>مسار</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مجال</w:t>
      </w:r>
      <w:r w:rsidRPr="003E3418">
        <w:rPr>
          <w:rFonts w:ascii="Sakkal Majalla" w:hAnsi="Sakkal Majalla" w:cs="Sakkal Majalla"/>
          <w:sz w:val="24"/>
        </w:rPr>
        <w:t xml:space="preserve"> </w:t>
      </w:r>
      <w:r w:rsidRPr="003E3418">
        <w:rPr>
          <w:rFonts w:ascii="Sakkal Majalla" w:hAnsi="Sakkal Majalla" w:cs="Sakkal Majalla"/>
          <w:sz w:val="24"/>
          <w:szCs w:val="24"/>
          <w:rtl/>
        </w:rPr>
        <w:t>التنمية؛</w:t>
      </w:r>
      <w:r w:rsidRPr="003E3418">
        <w:rPr>
          <w:rFonts w:ascii="Sakkal Majalla" w:hAnsi="Sakkal Majalla" w:cs="Sakkal Majalla"/>
          <w:sz w:val="24"/>
        </w:rPr>
        <w:t xml:space="preserve"> </w:t>
      </w:r>
      <w:r w:rsidRPr="003E3418">
        <w:rPr>
          <w:rFonts w:ascii="Sakkal Majalla" w:hAnsi="Sakkal Majalla" w:cs="Sakkal Majalla"/>
          <w:sz w:val="24"/>
          <w:szCs w:val="24"/>
          <w:rtl/>
        </w:rPr>
        <w:t>فقد</w:t>
      </w:r>
      <w:r w:rsidRPr="003E3418">
        <w:rPr>
          <w:rFonts w:ascii="Sakkal Majalla" w:hAnsi="Sakkal Majalla" w:cs="Sakkal Majalla"/>
          <w:sz w:val="24"/>
        </w:rPr>
        <w:t xml:space="preserve"> </w:t>
      </w:r>
      <w:r w:rsidRPr="003E3418">
        <w:rPr>
          <w:rFonts w:ascii="Sakkal Majalla" w:hAnsi="Sakkal Majalla" w:cs="Sakkal Majalla"/>
          <w:sz w:val="24"/>
          <w:szCs w:val="24"/>
          <w:rtl/>
        </w:rPr>
        <w:t>أثبت</w:t>
      </w:r>
      <w:r w:rsidRPr="003E3418">
        <w:rPr>
          <w:rFonts w:ascii="Sakkal Majalla" w:hAnsi="Sakkal Majalla" w:cs="Sakkal Majalla"/>
          <w:sz w:val="24"/>
        </w:rPr>
        <w:t xml:space="preserve"> </w:t>
      </w:r>
      <w:r w:rsidRPr="003E3418">
        <w:rPr>
          <w:rFonts w:ascii="Sakkal Majalla" w:hAnsi="Sakkal Majalla" w:cs="Sakkal Majalla"/>
          <w:sz w:val="24"/>
          <w:szCs w:val="24"/>
          <w:rtl/>
        </w:rPr>
        <w:t>لأول</w:t>
      </w:r>
      <w:r w:rsidRPr="003E3418">
        <w:rPr>
          <w:rFonts w:ascii="Sakkal Majalla" w:hAnsi="Sakkal Majalla" w:cs="Sakkal Majalla"/>
          <w:sz w:val="24"/>
        </w:rPr>
        <w:t xml:space="preserve"> </w:t>
      </w:r>
      <w:r w:rsidRPr="003E3418">
        <w:rPr>
          <w:rFonts w:ascii="Sakkal Majalla" w:hAnsi="Sakkal Majalla" w:cs="Sakkal Majalla"/>
          <w:sz w:val="24"/>
          <w:szCs w:val="24"/>
          <w:rtl/>
        </w:rPr>
        <w:t>مرة</w:t>
      </w:r>
      <w:r w:rsidRPr="003E3418">
        <w:rPr>
          <w:rFonts w:ascii="Sakkal Majalla" w:hAnsi="Sakkal Majalla" w:cs="Sakkal Majalla"/>
          <w:sz w:val="24"/>
        </w:rPr>
        <w:t xml:space="preserve"> </w:t>
      </w:r>
      <w:r w:rsidRPr="003E3418">
        <w:rPr>
          <w:rFonts w:ascii="Sakkal Majalla" w:hAnsi="Sakkal Majalla" w:cs="Sakkal Majalla"/>
          <w:sz w:val="24"/>
          <w:szCs w:val="24"/>
          <w:rtl/>
        </w:rPr>
        <w:t>بصورة</w:t>
      </w:r>
      <w:r w:rsidRPr="003E3418">
        <w:rPr>
          <w:rFonts w:ascii="Sakkal Majalla" w:hAnsi="Sakkal Majalla" w:cs="Sakkal Majalla"/>
          <w:sz w:val="24"/>
        </w:rPr>
        <w:t xml:space="preserve"> </w:t>
      </w:r>
      <w:r w:rsidRPr="003E3418">
        <w:rPr>
          <w:rFonts w:ascii="Sakkal Majalla" w:hAnsi="Sakkal Majalla" w:cs="Sakkal Majalla"/>
          <w:sz w:val="24"/>
          <w:szCs w:val="24"/>
          <w:rtl/>
        </w:rPr>
        <w:t>قياسية</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يُقلّص</w:t>
      </w:r>
      <w:r w:rsidRPr="003E3418">
        <w:rPr>
          <w:rFonts w:ascii="Sakkal Majalla" w:hAnsi="Sakkal Majalla" w:cs="Sakkal Majalla"/>
          <w:sz w:val="24"/>
        </w:rPr>
        <w:t xml:space="preserve"> </w:t>
      </w:r>
      <w:r w:rsidRPr="003E3418">
        <w:rPr>
          <w:rFonts w:ascii="Sakkal Majalla" w:hAnsi="Sakkal Majalla" w:cs="Sakkal Majalla"/>
          <w:sz w:val="24"/>
          <w:szCs w:val="24"/>
          <w:rtl/>
        </w:rPr>
        <w:t>حصة</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الناتج</w:t>
      </w:r>
      <w:r w:rsidRPr="003E3418">
        <w:rPr>
          <w:rFonts w:ascii="Sakkal Majalla" w:hAnsi="Sakkal Majalla" w:cs="Sakkal Majalla"/>
          <w:sz w:val="24"/>
        </w:rPr>
        <w:t xml:space="preserve"> </w:t>
      </w:r>
      <w:r w:rsidRPr="003E3418">
        <w:rPr>
          <w:rFonts w:ascii="Sakkal Majalla" w:hAnsi="Sakkal Majalla" w:cs="Sakkal Majalla"/>
          <w:sz w:val="24"/>
          <w:szCs w:val="24"/>
          <w:rtl/>
        </w:rPr>
        <w:t>المحلي</w:t>
      </w:r>
      <w:r w:rsidRPr="003E3418">
        <w:rPr>
          <w:rFonts w:ascii="Sakkal Majalla" w:hAnsi="Sakkal Majalla" w:cs="Sakkal Majalla"/>
          <w:sz w:val="24"/>
        </w:rPr>
        <w:t xml:space="preserve"> </w:t>
      </w:r>
      <w:r w:rsidRPr="003E3418">
        <w:rPr>
          <w:rFonts w:ascii="Sakkal Majalla" w:hAnsi="Sakkal Majalla" w:cs="Sakkal Majalla"/>
          <w:sz w:val="24"/>
          <w:szCs w:val="24"/>
          <w:rtl/>
        </w:rPr>
        <w:t>الإجمالي</w:t>
      </w:r>
      <w:r w:rsidRPr="003E3418">
        <w:rPr>
          <w:rFonts w:ascii="Sakkal Majalla" w:hAnsi="Sakkal Majalla" w:cs="Sakkal Majalla"/>
          <w:sz w:val="24"/>
        </w:rPr>
        <w:t xml:space="preserve"> </w:t>
      </w:r>
      <w:r w:rsidRPr="003E3418">
        <w:rPr>
          <w:rFonts w:ascii="Sakkal Majalla" w:hAnsi="Sakkal Majalla" w:cs="Sakkal Majalla"/>
          <w:sz w:val="24"/>
          <w:szCs w:val="24"/>
          <w:rtl/>
        </w:rPr>
        <w:t>بما</w:t>
      </w:r>
      <w:r w:rsidRPr="003E3418">
        <w:rPr>
          <w:rFonts w:ascii="Sakkal Majalla" w:hAnsi="Sakkal Majalla" w:cs="Sakkal Majalla"/>
          <w:sz w:val="24"/>
        </w:rPr>
        <w:t xml:space="preserve"> </w:t>
      </w:r>
      <w:r w:rsidRPr="003E3418">
        <w:rPr>
          <w:rFonts w:ascii="Sakkal Majalla" w:hAnsi="Sakkal Majalla" w:cs="Sakkal Majalla"/>
          <w:sz w:val="24"/>
          <w:szCs w:val="24"/>
          <w:rtl/>
        </w:rPr>
        <w:t>يُضعف</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تضعيفاً</w:t>
      </w:r>
      <w:r w:rsidRPr="003E3418">
        <w:rPr>
          <w:rFonts w:ascii="Sakkal Majalla" w:hAnsi="Sakkal Majalla" w:cs="Sakkal Majalla"/>
          <w:sz w:val="24"/>
        </w:rPr>
        <w:t xml:space="preserve"> </w:t>
      </w:r>
      <w:r w:rsidRPr="003E3418">
        <w:rPr>
          <w:rFonts w:ascii="Sakkal Majalla" w:hAnsi="Sakkal Majalla" w:cs="Sakkal Majalla"/>
          <w:sz w:val="24"/>
          <w:szCs w:val="24"/>
          <w:rtl/>
        </w:rPr>
        <w:t>قابلاً</w:t>
      </w:r>
      <w:r w:rsidRPr="003E3418">
        <w:rPr>
          <w:rFonts w:ascii="Sakkal Majalla" w:hAnsi="Sakkal Majalla" w:cs="Sakkal Majalla"/>
          <w:sz w:val="24"/>
        </w:rPr>
        <w:t xml:space="preserve"> </w:t>
      </w:r>
      <w:r w:rsidRPr="003E3418">
        <w:rPr>
          <w:rFonts w:ascii="Sakkal Majalla" w:hAnsi="Sakkal Majalla" w:cs="Sakkal Majalla"/>
          <w:sz w:val="24"/>
          <w:szCs w:val="24"/>
          <w:rtl/>
        </w:rPr>
        <w:t>للقياس</w:t>
      </w:r>
      <w:r w:rsidRPr="003E3418">
        <w:rPr>
          <w:rFonts w:ascii="Sakkal Majalla" w:hAnsi="Sakkal Majalla" w:cs="Sakkal Majalla"/>
          <w:sz w:val="24"/>
        </w:rPr>
        <w:t xml:space="preserve"> </w:t>
      </w:r>
      <w:r w:rsidRPr="003E3418">
        <w:rPr>
          <w:rFonts w:ascii="Sakkal Majalla" w:hAnsi="Sakkal Majalla" w:cs="Sakkal Majalla"/>
          <w:sz w:val="24"/>
          <w:szCs w:val="24"/>
          <w:rtl/>
        </w:rPr>
        <w:t>والتحقق</w:t>
      </w:r>
      <w:r w:rsidRPr="003E3418">
        <w:rPr>
          <w:rFonts w:ascii="Sakkal Majalla" w:hAnsi="Sakkal Majalla" w:cs="Sakkal Majalla"/>
          <w:sz w:val="24"/>
        </w:rPr>
        <w:t xml:space="preserve">. </w:t>
      </w:r>
      <w:r w:rsidRPr="003E3418">
        <w:rPr>
          <w:rFonts w:ascii="Sakkal Majalla" w:hAnsi="Sakkal Majalla" w:cs="Sakkal Majalla"/>
          <w:sz w:val="24"/>
          <w:szCs w:val="24"/>
          <w:rtl/>
        </w:rPr>
        <w:t>منذ</w:t>
      </w:r>
      <w:r w:rsidRPr="003E3418">
        <w:rPr>
          <w:rFonts w:ascii="Sakkal Majalla" w:hAnsi="Sakkal Majalla" w:cs="Sakkal Majalla"/>
          <w:sz w:val="24"/>
        </w:rPr>
        <w:t xml:space="preserve"> </w:t>
      </w:r>
      <w:r w:rsidRPr="003E3418">
        <w:rPr>
          <w:rFonts w:ascii="Sakkal Majalla" w:hAnsi="Sakkal Majalla" w:cs="Sakkal Majalla"/>
          <w:sz w:val="24"/>
          <w:szCs w:val="24"/>
          <w:rtl/>
        </w:rPr>
        <w:t>ذلك</w:t>
      </w:r>
      <w:r w:rsidRPr="003E3418">
        <w:rPr>
          <w:rFonts w:ascii="Sakkal Majalla" w:hAnsi="Sakkal Majalla" w:cs="Sakkal Majalla"/>
          <w:sz w:val="24"/>
        </w:rPr>
        <w:t xml:space="preserve"> </w:t>
      </w:r>
      <w:r w:rsidRPr="003E3418">
        <w:rPr>
          <w:rFonts w:ascii="Sakkal Majalla" w:hAnsi="Sakkal Majalla" w:cs="Sakkal Majalla"/>
          <w:sz w:val="24"/>
          <w:szCs w:val="24"/>
          <w:rtl/>
        </w:rPr>
        <w:t>الحين</w:t>
      </w:r>
      <w:r w:rsidRPr="003E3418">
        <w:rPr>
          <w:rFonts w:ascii="Sakkal Majalla" w:hAnsi="Sakkal Majalla" w:cs="Sakkal Majalla"/>
          <w:sz w:val="24"/>
        </w:rPr>
        <w:t xml:space="preserve"> </w:t>
      </w:r>
      <w:r w:rsidRPr="003E3418">
        <w:rPr>
          <w:rFonts w:ascii="Sakkal Majalla" w:hAnsi="Sakkal Majalla" w:cs="Sakkal Majalla"/>
          <w:sz w:val="24"/>
          <w:szCs w:val="24"/>
          <w:rtl/>
        </w:rPr>
        <w:t>تراكمت</w:t>
      </w:r>
      <w:r w:rsidRPr="003E3418">
        <w:rPr>
          <w:rFonts w:ascii="Sakkal Majalla" w:hAnsi="Sakkal Majalla" w:cs="Sakkal Majalla"/>
          <w:sz w:val="24"/>
        </w:rPr>
        <w:t xml:space="preserve"> </w:t>
      </w:r>
      <w:r w:rsidRPr="003E3418">
        <w:rPr>
          <w:rFonts w:ascii="Sakkal Majalla" w:hAnsi="Sakkal Majalla" w:cs="Sakkal Majalla"/>
          <w:sz w:val="24"/>
          <w:szCs w:val="24"/>
          <w:rtl/>
        </w:rPr>
        <w:t>ثلاثة</w:t>
      </w:r>
      <w:r w:rsidRPr="003E3418">
        <w:rPr>
          <w:rFonts w:ascii="Sakkal Majalla" w:hAnsi="Sakkal Majalla" w:cs="Sakkal Majalla"/>
          <w:sz w:val="24"/>
        </w:rPr>
        <w:t xml:space="preserve"> </w:t>
      </w:r>
      <w:r w:rsidRPr="003E3418">
        <w:rPr>
          <w:rFonts w:ascii="Sakkal Majalla" w:hAnsi="Sakkal Majalla" w:cs="Sakkal Majalla"/>
          <w:sz w:val="24"/>
          <w:szCs w:val="24"/>
          <w:rtl/>
        </w:rPr>
        <w:t>عقود</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الأدلة</w:t>
      </w:r>
      <w:r w:rsidRPr="003E3418">
        <w:rPr>
          <w:rFonts w:ascii="Sakkal Majalla" w:hAnsi="Sakkal Majalla" w:cs="Sakkal Majalla"/>
          <w:sz w:val="24"/>
        </w:rPr>
        <w:t xml:space="preserve"> </w:t>
      </w:r>
      <w:r w:rsidRPr="003E3418">
        <w:rPr>
          <w:rFonts w:ascii="Sakkal Majalla" w:hAnsi="Sakkal Majalla" w:cs="Sakkal Majalla"/>
          <w:sz w:val="24"/>
          <w:szCs w:val="24"/>
          <w:rtl/>
        </w:rPr>
        <w:t>التجريبية</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تُؤكد</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العلاقة</w:t>
      </w:r>
      <w:r w:rsidRPr="003E3418">
        <w:rPr>
          <w:rFonts w:ascii="Sakkal Majalla" w:hAnsi="Sakkal Majalla" w:cs="Sakkal Majalla"/>
          <w:sz w:val="24"/>
        </w:rPr>
        <w:t xml:space="preserve"> </w:t>
      </w:r>
      <w:r w:rsidRPr="003E3418">
        <w:rPr>
          <w:rFonts w:ascii="Sakkal Majalla" w:hAnsi="Sakkal Majalla" w:cs="Sakkal Majalla"/>
          <w:sz w:val="24"/>
          <w:szCs w:val="24"/>
          <w:rtl/>
        </w:rPr>
        <w:t>بأساليب</w:t>
      </w:r>
      <w:r w:rsidRPr="003E3418">
        <w:rPr>
          <w:rFonts w:ascii="Sakkal Majalla" w:hAnsi="Sakkal Majalla" w:cs="Sakkal Majalla"/>
          <w:sz w:val="24"/>
        </w:rPr>
        <w:t xml:space="preserve"> </w:t>
      </w:r>
      <w:r w:rsidRPr="003E3418">
        <w:rPr>
          <w:rFonts w:ascii="Sakkal Majalla" w:hAnsi="Sakkal Majalla" w:cs="Sakkal Majalla"/>
          <w:sz w:val="24"/>
          <w:szCs w:val="24"/>
          <w:rtl/>
        </w:rPr>
        <w:t>منهجية</w:t>
      </w:r>
      <w:r w:rsidRPr="003E3418">
        <w:rPr>
          <w:rFonts w:ascii="Sakkal Majalla" w:hAnsi="Sakkal Majalla" w:cs="Sakkal Majalla"/>
          <w:sz w:val="24"/>
        </w:rPr>
        <w:t xml:space="preserve"> </w:t>
      </w:r>
      <w:r w:rsidRPr="003E3418">
        <w:rPr>
          <w:rFonts w:ascii="Sakkal Majalla" w:hAnsi="Sakkal Majalla" w:cs="Sakkal Majalla"/>
          <w:sz w:val="24"/>
          <w:szCs w:val="24"/>
          <w:rtl/>
        </w:rPr>
        <w:t>متطورة،</w:t>
      </w:r>
      <w:r w:rsidRPr="003E3418">
        <w:rPr>
          <w:rFonts w:ascii="Sakkal Majalla" w:hAnsi="Sakkal Majalla" w:cs="Sakkal Majalla"/>
          <w:sz w:val="24"/>
        </w:rPr>
        <w:t xml:space="preserve"> </w:t>
      </w:r>
      <w:r w:rsidRPr="003E3418">
        <w:rPr>
          <w:rFonts w:ascii="Sakkal Majalla" w:hAnsi="Sakkal Majalla" w:cs="Sakkal Majalla"/>
          <w:sz w:val="24"/>
          <w:szCs w:val="24"/>
          <w:rtl/>
        </w:rPr>
        <w:t>غير</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جزءاً</w:t>
      </w:r>
      <w:r w:rsidRPr="003E3418">
        <w:rPr>
          <w:rFonts w:ascii="Sakkal Majalla" w:hAnsi="Sakkal Majalla" w:cs="Sakkal Majalla"/>
          <w:sz w:val="24"/>
        </w:rPr>
        <w:t xml:space="preserve"> </w:t>
      </w:r>
      <w:r w:rsidRPr="003E3418">
        <w:rPr>
          <w:rFonts w:ascii="Sakkal Majalla" w:hAnsi="Sakkal Majalla" w:cs="Sakkal Majalla"/>
          <w:sz w:val="24"/>
          <w:szCs w:val="24"/>
          <w:rtl/>
        </w:rPr>
        <w:t>جوهرياً</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اللغز</w:t>
      </w:r>
      <w:r w:rsidRPr="003E3418">
        <w:rPr>
          <w:rFonts w:ascii="Sakkal Majalla" w:hAnsi="Sakkal Majalla" w:cs="Sakkal Majalla"/>
          <w:sz w:val="24"/>
        </w:rPr>
        <w:t xml:space="preserve"> </w:t>
      </w:r>
      <w:r w:rsidRPr="003E3418">
        <w:rPr>
          <w:rFonts w:ascii="Sakkal Majalla" w:hAnsi="Sakkal Majalla" w:cs="Sakkal Majalla"/>
          <w:sz w:val="24"/>
          <w:szCs w:val="24"/>
          <w:rtl/>
        </w:rPr>
        <w:t>التنموي</w:t>
      </w:r>
      <w:r w:rsidRPr="003E3418">
        <w:rPr>
          <w:rFonts w:ascii="Sakkal Majalla" w:hAnsi="Sakkal Majalla" w:cs="Sakkal Majalla"/>
          <w:sz w:val="24"/>
        </w:rPr>
        <w:t xml:space="preserve"> </w:t>
      </w:r>
      <w:r w:rsidRPr="003E3418">
        <w:rPr>
          <w:rFonts w:ascii="Sakkal Majalla" w:hAnsi="Sakkal Majalla" w:cs="Sakkal Majalla"/>
          <w:sz w:val="24"/>
          <w:szCs w:val="24"/>
          <w:rtl/>
        </w:rPr>
        <w:t>ظل</w:t>
      </w:r>
      <w:r w:rsidRPr="003E3418">
        <w:rPr>
          <w:rFonts w:ascii="Sakkal Majalla" w:hAnsi="Sakkal Majalla" w:cs="Sakkal Majalla"/>
          <w:sz w:val="24"/>
        </w:rPr>
        <w:t xml:space="preserve"> </w:t>
      </w:r>
      <w:r w:rsidRPr="003E3418">
        <w:rPr>
          <w:rFonts w:ascii="Sakkal Majalla" w:hAnsi="Sakkal Majalla" w:cs="Sakkal Majalla"/>
          <w:sz w:val="24"/>
          <w:szCs w:val="24"/>
          <w:rtl/>
        </w:rPr>
        <w:t>غير</w:t>
      </w:r>
      <w:r w:rsidRPr="003E3418">
        <w:rPr>
          <w:rFonts w:ascii="Sakkal Majalla" w:hAnsi="Sakkal Majalla" w:cs="Sakkal Majalla"/>
          <w:sz w:val="24"/>
        </w:rPr>
        <w:t xml:space="preserve"> </w:t>
      </w:r>
      <w:r w:rsidRPr="003E3418">
        <w:rPr>
          <w:rFonts w:ascii="Sakkal Majalla" w:hAnsi="Sakkal Majalla" w:cs="Sakkal Majalla"/>
          <w:sz w:val="24"/>
          <w:szCs w:val="24"/>
          <w:rtl/>
        </w:rPr>
        <w:t>مُفسَّر</w:t>
      </w:r>
      <w:r w:rsidRPr="003E3418">
        <w:rPr>
          <w:rFonts w:ascii="Sakkal Majalla" w:hAnsi="Sakkal Majalla" w:cs="Sakkal Majalla"/>
          <w:sz w:val="24"/>
        </w:rPr>
        <w:t xml:space="preserve">: </w:t>
      </w:r>
      <w:r w:rsidRPr="003E3418">
        <w:rPr>
          <w:rFonts w:ascii="Sakkal Majalla" w:hAnsi="Sakkal Majalla" w:cs="Sakkal Majalla"/>
          <w:sz w:val="24"/>
          <w:szCs w:val="24"/>
          <w:rtl/>
        </w:rPr>
        <w:t>لماذا</w:t>
      </w:r>
      <w:r w:rsidRPr="003E3418">
        <w:rPr>
          <w:rFonts w:ascii="Sakkal Majalla" w:hAnsi="Sakkal Majalla" w:cs="Sakkal Majalla"/>
          <w:sz w:val="24"/>
        </w:rPr>
        <w:t xml:space="preserve"> </w:t>
      </w:r>
      <w:r w:rsidRPr="003E3418">
        <w:rPr>
          <w:rFonts w:ascii="Sakkal Majalla" w:hAnsi="Sakkal Majalla" w:cs="Sakkal Majalla"/>
          <w:sz w:val="24"/>
          <w:szCs w:val="24"/>
          <w:rtl/>
        </w:rPr>
        <w:t>تعجز</w:t>
      </w:r>
      <w:r w:rsidRPr="003E3418">
        <w:rPr>
          <w:rFonts w:ascii="Sakkal Majalla" w:hAnsi="Sakkal Majalla" w:cs="Sakkal Majalla"/>
          <w:sz w:val="24"/>
        </w:rPr>
        <w:t xml:space="preserve"> </w:t>
      </w:r>
      <w:r w:rsidRPr="003E3418">
        <w:rPr>
          <w:rFonts w:ascii="Sakkal Majalla" w:hAnsi="Sakkal Majalla" w:cs="Sakkal Majalla"/>
          <w:sz w:val="24"/>
          <w:szCs w:val="24"/>
          <w:rtl/>
        </w:rPr>
        <w:t>كثير</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تحويل</w:t>
      </w:r>
      <w:r w:rsidRPr="003E3418">
        <w:rPr>
          <w:rFonts w:ascii="Sakkal Majalla" w:hAnsi="Sakkal Majalla" w:cs="Sakkal Majalla"/>
          <w:sz w:val="24"/>
        </w:rPr>
        <w:t xml:space="preserve"> </w:t>
      </w:r>
      <w:r w:rsidRPr="003E3418">
        <w:rPr>
          <w:rFonts w:ascii="Sakkal Majalla" w:hAnsi="Sakkal Majalla" w:cs="Sakkal Majalla"/>
          <w:sz w:val="24"/>
          <w:szCs w:val="24"/>
          <w:rtl/>
        </w:rPr>
        <w:t>نموها</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المُسجَّل</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انخفاض</w:t>
      </w:r>
      <w:r w:rsidRPr="003E3418">
        <w:rPr>
          <w:rFonts w:ascii="Sakkal Majalla" w:hAnsi="Sakkal Majalla" w:cs="Sakkal Majalla"/>
          <w:sz w:val="24"/>
        </w:rPr>
        <w:t xml:space="preserve"> </w:t>
      </w:r>
      <w:r w:rsidRPr="003E3418">
        <w:rPr>
          <w:rFonts w:ascii="Sakkal Majalla" w:hAnsi="Sakkal Majalla" w:cs="Sakkal Majalla"/>
          <w:sz w:val="24"/>
          <w:szCs w:val="24"/>
          <w:rtl/>
        </w:rPr>
        <w:t>ملموس</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مستويات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p>
    <w:p w14:paraId="5E8D7233"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الإجابة</w:t>
      </w:r>
      <w:r w:rsidRPr="003E3418">
        <w:rPr>
          <w:rFonts w:ascii="Sakkal Majalla" w:hAnsi="Sakkal Majalla" w:cs="Sakkal Majalla"/>
          <w:sz w:val="24"/>
        </w:rPr>
        <w:t xml:space="preserve"> </w:t>
      </w:r>
      <w:r w:rsidRPr="003E3418">
        <w:rPr>
          <w:rFonts w:ascii="Sakkal Majalla" w:hAnsi="Sakkal Majalla" w:cs="Sakkal Majalla"/>
          <w:sz w:val="24"/>
          <w:szCs w:val="24"/>
          <w:rtl/>
        </w:rPr>
        <w:t>الجزئية</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السؤال</w:t>
      </w:r>
      <w:r w:rsidRPr="003E3418">
        <w:rPr>
          <w:rFonts w:ascii="Sakkal Majalla" w:hAnsi="Sakkal Majalla" w:cs="Sakkal Majalla"/>
          <w:sz w:val="24"/>
        </w:rPr>
        <w:t xml:space="preserve"> </w:t>
      </w:r>
      <w:r w:rsidRPr="003E3418">
        <w:rPr>
          <w:rFonts w:ascii="Sakkal Majalla" w:hAnsi="Sakkal Majalla" w:cs="Sakkal Majalla"/>
          <w:sz w:val="24"/>
          <w:szCs w:val="24"/>
          <w:rtl/>
        </w:rPr>
        <w:t>معروفة</w:t>
      </w:r>
      <w:r w:rsidRPr="003E3418">
        <w:rPr>
          <w:rFonts w:ascii="Sakkal Majalla" w:hAnsi="Sakkal Majalla" w:cs="Sakkal Majalla"/>
          <w:sz w:val="24"/>
        </w:rPr>
        <w:t xml:space="preserve"> </w:t>
      </w:r>
      <w:r w:rsidRPr="003E3418">
        <w:rPr>
          <w:rFonts w:ascii="Sakkal Majalla" w:hAnsi="Sakkal Majalla" w:cs="Sakkal Majalla"/>
          <w:sz w:val="24"/>
          <w:szCs w:val="24"/>
          <w:rtl/>
        </w:rPr>
        <w:t>للاقتصاديين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يضرب</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فحسب،</w:t>
      </w:r>
      <w:r w:rsidRPr="003E3418">
        <w:rPr>
          <w:rFonts w:ascii="Sakkal Majalla" w:hAnsi="Sakkal Majalla" w:cs="Sakkal Majalla"/>
          <w:sz w:val="24"/>
        </w:rPr>
        <w:t xml:space="preserve"> </w:t>
      </w:r>
      <w:r w:rsidRPr="003E3418">
        <w:rPr>
          <w:rFonts w:ascii="Sakkal Majalla" w:hAnsi="Sakkal Majalla" w:cs="Sakkal Majalla"/>
          <w:sz w:val="24"/>
          <w:szCs w:val="24"/>
          <w:rtl/>
        </w:rPr>
        <w:t>بل</w:t>
      </w:r>
      <w:r w:rsidRPr="003E3418">
        <w:rPr>
          <w:rFonts w:ascii="Sakkal Majalla" w:hAnsi="Sakkal Majalla" w:cs="Sakkal Majalla"/>
          <w:sz w:val="24"/>
        </w:rPr>
        <w:t xml:space="preserve"> </w:t>
      </w:r>
      <w:r w:rsidRPr="003E3418">
        <w:rPr>
          <w:rFonts w:ascii="Sakkal Majalla" w:hAnsi="Sakkal Majalla" w:cs="Sakkal Majalla"/>
          <w:sz w:val="24"/>
          <w:szCs w:val="24"/>
          <w:rtl/>
        </w:rPr>
        <w:t>يصل</w:t>
      </w:r>
      <w:r w:rsidRPr="003E3418">
        <w:rPr>
          <w:rFonts w:ascii="Sakkal Majalla" w:hAnsi="Sakkal Majalla" w:cs="Sakkal Majalla"/>
          <w:sz w:val="24"/>
        </w:rPr>
        <w:t xml:space="preserve"> </w:t>
      </w:r>
      <w:r w:rsidRPr="003E3418">
        <w:rPr>
          <w:rFonts w:ascii="Sakkal Majalla" w:hAnsi="Sakkal Majalla" w:cs="Sakkal Majalla"/>
          <w:sz w:val="24"/>
          <w:szCs w:val="24"/>
          <w:rtl/>
        </w:rPr>
        <w:t>بأذاه</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مباشرةً</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جيوب</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الفقراء</w:t>
      </w:r>
      <w:r w:rsidRPr="003E3418">
        <w:rPr>
          <w:rFonts w:ascii="Sakkal Majalla" w:hAnsi="Sakkal Majalla" w:cs="Sakkal Majalla"/>
          <w:sz w:val="24"/>
        </w:rPr>
        <w:t xml:space="preserve"> </w:t>
      </w:r>
      <w:r w:rsidRPr="003E3418">
        <w:rPr>
          <w:rFonts w:ascii="Sakkal Majalla" w:hAnsi="Sakkal Majalla" w:cs="Sakkal Majalla"/>
          <w:sz w:val="24"/>
          <w:szCs w:val="24"/>
          <w:rtl/>
        </w:rPr>
        <w:t>عبر</w:t>
      </w:r>
      <w:r w:rsidRPr="003E3418">
        <w:rPr>
          <w:rFonts w:ascii="Sakkal Majalla" w:hAnsi="Sakkal Majalla" w:cs="Sakkal Majalla"/>
          <w:sz w:val="24"/>
        </w:rPr>
        <w:t xml:space="preserve"> </w:t>
      </w:r>
      <w:r w:rsidRPr="003E3418">
        <w:rPr>
          <w:rFonts w:ascii="Sakkal Majalla" w:hAnsi="Sakkal Majalla" w:cs="Sakkal Majalla"/>
          <w:sz w:val="24"/>
          <w:szCs w:val="24"/>
          <w:rtl/>
        </w:rPr>
        <w:t>مسارات</w:t>
      </w:r>
      <w:r w:rsidRPr="003E3418">
        <w:rPr>
          <w:rFonts w:ascii="Sakkal Majalla" w:hAnsi="Sakkal Majalla" w:cs="Sakkal Majalla"/>
          <w:sz w:val="24"/>
        </w:rPr>
        <w:t xml:space="preserve"> </w:t>
      </w:r>
      <w:r w:rsidRPr="003E3418">
        <w:rPr>
          <w:rFonts w:ascii="Sakkal Majalla" w:hAnsi="Sakkal Majalla" w:cs="Sakkal Majalla"/>
          <w:sz w:val="24"/>
          <w:szCs w:val="24"/>
          <w:rtl/>
        </w:rPr>
        <w:t>متعددة</w:t>
      </w:r>
      <w:r w:rsidRPr="003E3418">
        <w:rPr>
          <w:rFonts w:ascii="Sakkal Majalla" w:hAnsi="Sakkal Majalla" w:cs="Sakkal Majalla"/>
          <w:sz w:val="24"/>
        </w:rPr>
        <w:t xml:space="preserve"> — </w:t>
      </w:r>
      <w:r w:rsidRPr="003E3418">
        <w:rPr>
          <w:rFonts w:ascii="Sakkal Majalla" w:hAnsi="Sakkal Majalla" w:cs="Sakkal Majalla"/>
          <w:sz w:val="24"/>
          <w:szCs w:val="24"/>
          <w:rtl/>
        </w:rPr>
        <w:t>تسريب</w:t>
      </w:r>
      <w:r w:rsidRPr="003E3418">
        <w:rPr>
          <w:rFonts w:ascii="Sakkal Majalla" w:hAnsi="Sakkal Majalla" w:cs="Sakkal Majalla"/>
          <w:sz w:val="24"/>
        </w:rPr>
        <w:t xml:space="preserve"> </w:t>
      </w:r>
      <w:r w:rsidRPr="003E3418">
        <w:rPr>
          <w:rFonts w:ascii="Sakkal Majalla" w:hAnsi="Sakkal Majalla" w:cs="Sakkal Majalla"/>
          <w:sz w:val="24"/>
          <w:szCs w:val="24"/>
          <w:rtl/>
        </w:rPr>
        <w:t>ميزانيات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التعليم</w:t>
      </w:r>
      <w:r w:rsidRPr="003E3418">
        <w:rPr>
          <w:rFonts w:ascii="Sakkal Majalla" w:hAnsi="Sakkal Majalla" w:cs="Sakkal Majalla"/>
          <w:sz w:val="24"/>
        </w:rPr>
        <w:t xml:space="preserve"> </w:t>
      </w:r>
      <w:r w:rsidRPr="003E3418">
        <w:rPr>
          <w:rFonts w:ascii="Sakkal Majalla" w:hAnsi="Sakkal Majalla" w:cs="Sakkal Majalla"/>
          <w:sz w:val="24"/>
          <w:szCs w:val="24"/>
          <w:rtl/>
        </w:rPr>
        <w:t>والصحة،</w:t>
      </w:r>
      <w:r w:rsidRPr="003E3418">
        <w:rPr>
          <w:rFonts w:ascii="Sakkal Majalla" w:hAnsi="Sakkal Majalla" w:cs="Sakkal Majalla"/>
          <w:sz w:val="24"/>
        </w:rPr>
        <w:t xml:space="preserve"> </w:t>
      </w:r>
      <w:r w:rsidRPr="003E3418">
        <w:rPr>
          <w:rFonts w:ascii="Sakkal Majalla" w:hAnsi="Sakkal Majalla" w:cs="Sakkal Majalla"/>
          <w:sz w:val="24"/>
          <w:szCs w:val="24"/>
          <w:rtl/>
        </w:rPr>
        <w:t>وتشويه</w:t>
      </w:r>
      <w:r w:rsidRPr="003E3418">
        <w:rPr>
          <w:rFonts w:ascii="Sakkal Majalla" w:hAnsi="Sakkal Majalla" w:cs="Sakkal Majalla"/>
          <w:sz w:val="24"/>
        </w:rPr>
        <w:t xml:space="preserve"> </w:t>
      </w:r>
      <w:r w:rsidRPr="003E3418">
        <w:rPr>
          <w:rFonts w:ascii="Sakkal Majalla" w:hAnsi="Sakkal Majalla" w:cs="Sakkal Majalla"/>
          <w:sz w:val="24"/>
          <w:szCs w:val="24"/>
          <w:rtl/>
        </w:rPr>
        <w:t>نظام</w:t>
      </w:r>
      <w:r w:rsidRPr="003E3418">
        <w:rPr>
          <w:rFonts w:ascii="Sakkal Majalla" w:hAnsi="Sakkal Majalla" w:cs="Sakkal Majalla"/>
          <w:sz w:val="24"/>
        </w:rPr>
        <w:t xml:space="preserve"> </w:t>
      </w:r>
      <w:r w:rsidRPr="003E3418">
        <w:rPr>
          <w:rFonts w:ascii="Sakkal Majalla" w:hAnsi="Sakkal Majalla" w:cs="Sakkal Majalla"/>
          <w:sz w:val="24"/>
          <w:szCs w:val="24"/>
          <w:rtl/>
        </w:rPr>
        <w:t>العقود</w:t>
      </w:r>
      <w:r w:rsidRPr="003E3418">
        <w:rPr>
          <w:rFonts w:ascii="Sakkal Majalla" w:hAnsi="Sakkal Majalla" w:cs="Sakkal Majalla"/>
          <w:sz w:val="24"/>
        </w:rPr>
        <w:t xml:space="preserve"> </w:t>
      </w:r>
      <w:r w:rsidRPr="003E3418">
        <w:rPr>
          <w:rFonts w:ascii="Sakkal Majalla" w:hAnsi="Sakkal Majalla" w:cs="Sakkal Majalla"/>
          <w:sz w:val="24"/>
          <w:szCs w:val="24"/>
          <w:rtl/>
        </w:rPr>
        <w:t>الحكومية،</w:t>
      </w:r>
      <w:r w:rsidRPr="003E3418">
        <w:rPr>
          <w:rFonts w:ascii="Sakkal Majalla" w:hAnsi="Sakkal Majalla" w:cs="Sakkal Majalla"/>
          <w:sz w:val="24"/>
        </w:rPr>
        <w:t xml:space="preserve"> </w:t>
      </w:r>
      <w:r w:rsidRPr="003E3418">
        <w:rPr>
          <w:rFonts w:ascii="Sakkal Majalla" w:hAnsi="Sakkal Majalla" w:cs="Sakkal Majalla"/>
          <w:sz w:val="24"/>
          <w:szCs w:val="24"/>
          <w:rtl/>
        </w:rPr>
        <w:t>وإضعاف</w:t>
      </w:r>
      <w:r w:rsidRPr="003E3418">
        <w:rPr>
          <w:rFonts w:ascii="Sakkal Majalla" w:hAnsi="Sakkal Majalla" w:cs="Sakkal Majalla"/>
          <w:sz w:val="24"/>
        </w:rPr>
        <w:t xml:space="preserve"> </w:t>
      </w:r>
      <w:r w:rsidRPr="003E3418">
        <w:rPr>
          <w:rFonts w:ascii="Sakkal Majalla" w:hAnsi="Sakkal Majalla" w:cs="Sakkal Majalla"/>
          <w:sz w:val="24"/>
          <w:szCs w:val="24"/>
          <w:rtl/>
        </w:rPr>
        <w:t>الحماية</w:t>
      </w:r>
      <w:r w:rsidRPr="003E3418">
        <w:rPr>
          <w:rFonts w:ascii="Sakkal Majalla" w:hAnsi="Sakkal Majalla" w:cs="Sakkal Majalla"/>
          <w:sz w:val="24"/>
        </w:rPr>
        <w:t xml:space="preserve"> </w:t>
      </w:r>
      <w:r w:rsidRPr="003E3418">
        <w:rPr>
          <w:rFonts w:ascii="Sakkal Majalla" w:hAnsi="Sakkal Majalla" w:cs="Sakkal Majalla"/>
          <w:sz w:val="24"/>
          <w:szCs w:val="24"/>
          <w:rtl/>
        </w:rPr>
        <w:t>الاجتماعية،</w:t>
      </w:r>
      <w:r w:rsidRPr="003E3418">
        <w:rPr>
          <w:rFonts w:ascii="Sakkal Majalla" w:hAnsi="Sakkal Majalla" w:cs="Sakkal Majalla"/>
          <w:sz w:val="24"/>
        </w:rPr>
        <w:t xml:space="preserve"> </w:t>
      </w:r>
      <w:r w:rsidRPr="003E3418">
        <w:rPr>
          <w:rFonts w:ascii="Sakkal Majalla" w:hAnsi="Sakkal Majalla" w:cs="Sakkal Majalla"/>
          <w:sz w:val="24"/>
          <w:szCs w:val="24"/>
          <w:rtl/>
        </w:rPr>
        <w:t>ورفع</w:t>
      </w:r>
      <w:r w:rsidRPr="003E3418">
        <w:rPr>
          <w:rFonts w:ascii="Sakkal Majalla" w:hAnsi="Sakkal Majalla" w:cs="Sakkal Majalla"/>
          <w:sz w:val="24"/>
        </w:rPr>
        <w:t xml:space="preserve"> </w:t>
      </w:r>
      <w:r w:rsidRPr="003E3418">
        <w:rPr>
          <w:rFonts w:ascii="Sakkal Majalla" w:hAnsi="Sakkal Majalla" w:cs="Sakkal Majalla"/>
          <w:sz w:val="24"/>
          <w:szCs w:val="24"/>
          <w:rtl/>
        </w:rPr>
        <w:t>تكاليف</w:t>
      </w:r>
      <w:r w:rsidRPr="003E3418">
        <w:rPr>
          <w:rFonts w:ascii="Sakkal Majalla" w:hAnsi="Sakkal Majalla" w:cs="Sakkal Majalla"/>
          <w:sz w:val="24"/>
        </w:rPr>
        <w:t xml:space="preserve"> </w:t>
      </w:r>
      <w:r w:rsidRPr="003E3418">
        <w:rPr>
          <w:rFonts w:ascii="Sakkal Majalla" w:hAnsi="Sakkal Majalla" w:cs="Sakkal Majalla"/>
          <w:sz w:val="24"/>
          <w:szCs w:val="24"/>
          <w:rtl/>
        </w:rPr>
        <w:t>المعاملات</w:t>
      </w:r>
      <w:r w:rsidRPr="003E3418">
        <w:rPr>
          <w:rFonts w:ascii="Sakkal Majalla" w:hAnsi="Sakkal Majalla" w:cs="Sakkal Majalla"/>
          <w:sz w:val="24"/>
        </w:rPr>
        <w:t xml:space="preserve"> </w:t>
      </w:r>
      <w:r w:rsidRPr="003E3418">
        <w:rPr>
          <w:rFonts w:ascii="Sakkal Majalla" w:hAnsi="Sakkal Majalla" w:cs="Sakkal Majalla"/>
          <w:sz w:val="24"/>
          <w:szCs w:val="24"/>
          <w:rtl/>
        </w:rPr>
        <w:t>أمام</w:t>
      </w:r>
      <w:r w:rsidRPr="003E3418">
        <w:rPr>
          <w:rFonts w:ascii="Sakkal Majalla" w:hAnsi="Sakkal Majalla" w:cs="Sakkal Majalla"/>
          <w:sz w:val="24"/>
        </w:rPr>
        <w:t xml:space="preserve"> </w:t>
      </w:r>
      <w:r w:rsidRPr="003E3418">
        <w:rPr>
          <w:rFonts w:ascii="Sakkal Majalla" w:hAnsi="Sakkal Majalla" w:cs="Sakkal Majalla"/>
          <w:sz w:val="24"/>
          <w:szCs w:val="24"/>
          <w:rtl/>
        </w:rPr>
        <w:t>أصحاب</w:t>
      </w:r>
      <w:r w:rsidRPr="003E3418">
        <w:rPr>
          <w:rFonts w:ascii="Sakkal Majalla" w:hAnsi="Sakkal Majalla" w:cs="Sakkal Majalla"/>
          <w:sz w:val="24"/>
        </w:rPr>
        <w:t xml:space="preserve"> </w:t>
      </w:r>
      <w:r w:rsidRPr="003E3418">
        <w:rPr>
          <w:rFonts w:ascii="Sakkal Majalla" w:hAnsi="Sakkal Majalla" w:cs="Sakkal Majalla"/>
          <w:sz w:val="24"/>
          <w:szCs w:val="24"/>
          <w:rtl/>
        </w:rPr>
        <w:t>المشاريع</w:t>
      </w:r>
      <w:r w:rsidRPr="003E3418">
        <w:rPr>
          <w:rFonts w:ascii="Sakkal Majalla" w:hAnsi="Sakkal Majalla" w:cs="Sakkal Majalla"/>
          <w:sz w:val="24"/>
        </w:rPr>
        <w:t xml:space="preserve"> </w:t>
      </w:r>
      <w:r w:rsidRPr="003E3418">
        <w:rPr>
          <w:rFonts w:ascii="Sakkal Majalla" w:hAnsi="Sakkal Majalla" w:cs="Sakkal Majalla"/>
          <w:sz w:val="24"/>
          <w:szCs w:val="24"/>
          <w:rtl/>
        </w:rPr>
        <w:t>الصغيرة</w:t>
      </w:r>
      <w:r w:rsidRPr="003E3418">
        <w:rPr>
          <w:rFonts w:ascii="Sakkal Majalla" w:hAnsi="Sakkal Majalla" w:cs="Sakkal Majalla"/>
          <w:sz w:val="24"/>
        </w:rPr>
        <w:t xml:space="preserve">. </w:t>
      </w:r>
      <w:r w:rsidRPr="003E3418">
        <w:rPr>
          <w:rFonts w:ascii="Sakkal Majalla" w:hAnsi="Sakkal Majalla" w:cs="Sakkal Majalla"/>
          <w:sz w:val="24"/>
          <w:szCs w:val="24"/>
          <w:rtl/>
        </w:rPr>
        <w:t>لكن</w:t>
      </w:r>
      <w:r w:rsidRPr="003E3418">
        <w:rPr>
          <w:rFonts w:ascii="Sakkal Majalla" w:hAnsi="Sakkal Majalla" w:cs="Sakkal Majalla"/>
          <w:sz w:val="24"/>
        </w:rPr>
        <w:t xml:space="preserve"> </w:t>
      </w:r>
      <w:r w:rsidRPr="003E3418">
        <w:rPr>
          <w:rFonts w:ascii="Sakkal Majalla" w:hAnsi="Sakkal Majalla" w:cs="Sakkal Majalla"/>
          <w:sz w:val="24"/>
          <w:szCs w:val="24"/>
          <w:rtl/>
        </w:rPr>
        <w:t>السؤال</w:t>
      </w:r>
      <w:r w:rsidRPr="003E3418">
        <w:rPr>
          <w:rFonts w:ascii="Sakkal Majalla" w:hAnsi="Sakkal Majalla" w:cs="Sakkal Majalla"/>
          <w:sz w:val="24"/>
        </w:rPr>
        <w:t xml:space="preserve"> </w:t>
      </w:r>
      <w:r w:rsidRPr="003E3418">
        <w:rPr>
          <w:rFonts w:ascii="Sakkal Majalla" w:hAnsi="Sakkal Majalla" w:cs="Sakkal Majalla"/>
          <w:sz w:val="24"/>
          <w:szCs w:val="24"/>
          <w:rtl/>
        </w:rPr>
        <w:t>الأكثر</w:t>
      </w:r>
      <w:r w:rsidRPr="003E3418">
        <w:rPr>
          <w:rFonts w:ascii="Sakkal Majalla" w:hAnsi="Sakkal Majalla" w:cs="Sakkal Majalla"/>
          <w:sz w:val="24"/>
        </w:rPr>
        <w:t xml:space="preserve"> </w:t>
      </w:r>
      <w:r w:rsidRPr="003E3418">
        <w:rPr>
          <w:rFonts w:ascii="Sakkal Majalla" w:hAnsi="Sakkal Majalla" w:cs="Sakkal Majalla"/>
          <w:sz w:val="24"/>
          <w:szCs w:val="24"/>
          <w:rtl/>
        </w:rPr>
        <w:t>إلحاحاً</w:t>
      </w:r>
      <w:r w:rsidRPr="003E3418">
        <w:rPr>
          <w:rFonts w:ascii="Sakkal Majalla" w:hAnsi="Sakkal Majalla" w:cs="Sakkal Majalla"/>
          <w:sz w:val="24"/>
        </w:rPr>
        <w:t xml:space="preserve"> </w:t>
      </w:r>
      <w:r w:rsidRPr="003E3418">
        <w:rPr>
          <w:rFonts w:ascii="Sakkal Majalla" w:hAnsi="Sakkal Majalla" w:cs="Sakkal Majalla"/>
          <w:sz w:val="24"/>
          <w:szCs w:val="24"/>
          <w:rtl/>
        </w:rPr>
        <w:t>بقي</w:t>
      </w:r>
      <w:r w:rsidRPr="003E3418">
        <w:rPr>
          <w:rFonts w:ascii="Sakkal Majalla" w:hAnsi="Sakkal Majalla" w:cs="Sakkal Majalla"/>
          <w:sz w:val="24"/>
        </w:rPr>
        <w:t xml:space="preserve"> </w:t>
      </w:r>
      <w:r w:rsidRPr="003E3418">
        <w:rPr>
          <w:rFonts w:ascii="Sakkal Majalla" w:hAnsi="Sakkal Majalla" w:cs="Sakkal Majalla"/>
          <w:sz w:val="24"/>
          <w:szCs w:val="24"/>
          <w:rtl/>
        </w:rPr>
        <w:t>بلا</w:t>
      </w:r>
      <w:r w:rsidRPr="003E3418">
        <w:rPr>
          <w:rFonts w:ascii="Sakkal Majalla" w:hAnsi="Sakkal Majalla" w:cs="Sakkal Majalla"/>
          <w:sz w:val="24"/>
        </w:rPr>
        <w:t xml:space="preserve"> </w:t>
      </w:r>
      <w:r w:rsidRPr="003E3418">
        <w:rPr>
          <w:rFonts w:ascii="Sakkal Majalla" w:hAnsi="Sakkal Majalla" w:cs="Sakkal Majalla"/>
          <w:sz w:val="24"/>
          <w:szCs w:val="24"/>
          <w:rtl/>
        </w:rPr>
        <w:t>إجابة</w:t>
      </w:r>
      <w:r w:rsidRPr="003E3418">
        <w:rPr>
          <w:rFonts w:ascii="Sakkal Majalla" w:hAnsi="Sakkal Majalla" w:cs="Sakkal Majalla"/>
          <w:sz w:val="24"/>
        </w:rPr>
        <w:t xml:space="preserve"> </w:t>
      </w:r>
      <w:r w:rsidRPr="003E3418">
        <w:rPr>
          <w:rFonts w:ascii="Sakkal Majalla" w:hAnsi="Sakkal Majalla" w:cs="Sakkal Majalla"/>
          <w:sz w:val="24"/>
          <w:szCs w:val="24"/>
          <w:rtl/>
        </w:rPr>
        <w:t>دقيقة</w:t>
      </w:r>
      <w:r w:rsidRPr="003E3418">
        <w:rPr>
          <w:rFonts w:ascii="Sakkal Majalla" w:hAnsi="Sakkal Majalla" w:cs="Sakkal Majalla"/>
          <w:sz w:val="24"/>
        </w:rPr>
        <w:t xml:space="preserve">: </w:t>
      </w:r>
      <w:r w:rsidRPr="003E3418">
        <w:rPr>
          <w:rFonts w:ascii="Sakkal Majalla" w:hAnsi="Sakkal Majalla" w:cs="Sakkal Majalla"/>
          <w:sz w:val="24"/>
          <w:szCs w:val="24"/>
          <w:rtl/>
        </w:rPr>
        <w:t>ما</w:t>
      </w:r>
      <w:r w:rsidRPr="003E3418">
        <w:rPr>
          <w:rFonts w:ascii="Sakkal Majalla" w:hAnsi="Sakkal Majalla" w:cs="Sakkal Majalla"/>
          <w:sz w:val="24"/>
        </w:rPr>
        <w:t xml:space="preserve"> </w:t>
      </w:r>
      <w:r w:rsidRPr="003E3418">
        <w:rPr>
          <w:rFonts w:ascii="Sakkal Majalla" w:hAnsi="Sakkal Majalla" w:cs="Sakkal Majalla"/>
          <w:sz w:val="24"/>
          <w:szCs w:val="24"/>
          <w:rtl/>
        </w:rPr>
        <w:t>النسبة</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الكمية</w:t>
      </w:r>
      <w:r w:rsidRPr="003E3418">
        <w:rPr>
          <w:rFonts w:ascii="Sakkal Majalla" w:hAnsi="Sakkal Majalla" w:cs="Sakkal Majalla"/>
          <w:sz w:val="24"/>
        </w:rPr>
        <w:t xml:space="preserve"> </w:t>
      </w:r>
      <w:r w:rsidRPr="003E3418">
        <w:rPr>
          <w:rFonts w:ascii="Sakkal Majalla" w:hAnsi="Sakkal Majalla" w:cs="Sakkal Majalla"/>
          <w:sz w:val="24"/>
          <w:szCs w:val="24"/>
          <w:rtl/>
        </w:rPr>
        <w:t>لكل</w:t>
      </w:r>
      <w:r w:rsidRPr="003E3418">
        <w:rPr>
          <w:rFonts w:ascii="Sakkal Majalla" w:hAnsi="Sakkal Majalla" w:cs="Sakkal Majalla"/>
          <w:sz w:val="24"/>
        </w:rPr>
        <w:t xml:space="preserve"> </w:t>
      </w:r>
      <w:r w:rsidRPr="003E3418">
        <w:rPr>
          <w:rFonts w:ascii="Sakkal Majalla" w:hAnsi="Sakkal Majalla" w:cs="Sakkal Majalla"/>
          <w:sz w:val="24"/>
          <w:szCs w:val="24"/>
          <w:rtl/>
        </w:rPr>
        <w:t>مسار؟</w:t>
      </w:r>
      <w:r w:rsidRPr="003E3418">
        <w:rPr>
          <w:rFonts w:ascii="Sakkal Majalla" w:hAnsi="Sakkal Majalla" w:cs="Sakkal Majalla"/>
          <w:sz w:val="24"/>
        </w:rPr>
        <w:t xml:space="preserve"> </w:t>
      </w:r>
      <w:r w:rsidRPr="003E3418">
        <w:rPr>
          <w:rFonts w:ascii="Sakkal Majalla" w:hAnsi="Sakkal Majalla" w:cs="Sakkal Majalla"/>
          <w:sz w:val="24"/>
          <w:szCs w:val="24"/>
          <w:rtl/>
        </w:rPr>
        <w:t>وبتعبير</w:t>
      </w:r>
      <w:r w:rsidRPr="003E3418">
        <w:rPr>
          <w:rFonts w:ascii="Sakkal Majalla" w:hAnsi="Sakkal Majalla" w:cs="Sakkal Majalla"/>
          <w:sz w:val="24"/>
        </w:rPr>
        <w:t xml:space="preserve"> </w:t>
      </w:r>
      <w:r w:rsidRPr="003E3418">
        <w:rPr>
          <w:rFonts w:ascii="Sakkal Majalla" w:hAnsi="Sakkal Majalla" w:cs="Sakkal Majalla"/>
          <w:sz w:val="24"/>
          <w:szCs w:val="24"/>
          <w:rtl/>
        </w:rPr>
        <w:t>آخر</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كل</w:t>
      </w:r>
      <w:r w:rsidRPr="003E3418">
        <w:rPr>
          <w:rFonts w:ascii="Sakkal Majalla" w:hAnsi="Sakkal Majalla" w:cs="Sakkal Majalla"/>
          <w:sz w:val="24"/>
        </w:rPr>
        <w:t xml:space="preserve"> </w:t>
      </w:r>
      <w:r w:rsidRPr="003E3418">
        <w:rPr>
          <w:rFonts w:ascii="Sakkal Majalla" w:hAnsi="Sakkal Majalla" w:cs="Sakkal Majalla"/>
          <w:sz w:val="24"/>
          <w:szCs w:val="24"/>
          <w:rtl/>
        </w:rPr>
        <w:t>دولار</w:t>
      </w:r>
      <w:r w:rsidRPr="003E3418">
        <w:rPr>
          <w:rFonts w:ascii="Sakkal Majalla" w:hAnsi="Sakkal Majalla" w:cs="Sakkal Majalla"/>
          <w:sz w:val="24"/>
        </w:rPr>
        <w:t xml:space="preserve"> </w:t>
      </w:r>
      <w:r w:rsidRPr="003E3418">
        <w:rPr>
          <w:rFonts w:ascii="Sakkal Majalla" w:hAnsi="Sakkal Majalla" w:cs="Sakkal Majalla"/>
          <w:sz w:val="24"/>
          <w:szCs w:val="24"/>
          <w:rtl/>
        </w:rPr>
        <w:t>يفقده</w:t>
      </w:r>
      <w:r w:rsidRPr="003E3418">
        <w:rPr>
          <w:rFonts w:ascii="Sakkal Majalla" w:hAnsi="Sakkal Majalla" w:cs="Sakkal Majalla"/>
          <w:sz w:val="24"/>
        </w:rPr>
        <w:t xml:space="preserve"> </w:t>
      </w:r>
      <w:r w:rsidRPr="003E3418">
        <w:rPr>
          <w:rFonts w:ascii="Sakkal Majalla" w:hAnsi="Sakkal Majalla" w:cs="Sakkal Majalla"/>
          <w:sz w:val="24"/>
          <w:szCs w:val="24"/>
          <w:rtl/>
        </w:rPr>
        <w:t>الفقير</w:t>
      </w:r>
      <w:r w:rsidRPr="003E3418">
        <w:rPr>
          <w:rFonts w:ascii="Sakkal Majalla" w:hAnsi="Sakkal Majalla" w:cs="Sakkal Majalla"/>
          <w:sz w:val="24"/>
        </w:rPr>
        <w:t xml:space="preserve"> </w:t>
      </w:r>
      <w:r w:rsidRPr="003E3418">
        <w:rPr>
          <w:rFonts w:ascii="Sakkal Majalla" w:hAnsi="Sakkal Majalla" w:cs="Sakkal Majalla"/>
          <w:sz w:val="24"/>
          <w:szCs w:val="24"/>
          <w:rtl/>
        </w:rPr>
        <w:t>بسبب</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كم</w:t>
      </w:r>
      <w:r w:rsidRPr="003E3418">
        <w:rPr>
          <w:rFonts w:ascii="Sakkal Majalla" w:hAnsi="Sakkal Majalla" w:cs="Sakkal Majalla"/>
          <w:sz w:val="24"/>
        </w:rPr>
        <w:t xml:space="preserve"> </w:t>
      </w:r>
      <w:r w:rsidRPr="003E3418">
        <w:rPr>
          <w:rFonts w:ascii="Sakkal Majalla" w:hAnsi="Sakkal Majalla" w:cs="Sakkal Majalla"/>
          <w:sz w:val="24"/>
          <w:szCs w:val="24"/>
          <w:rtl/>
        </w:rPr>
        <w:t>يخسره</w:t>
      </w:r>
      <w:r w:rsidRPr="003E3418">
        <w:rPr>
          <w:rFonts w:ascii="Sakkal Majalla" w:hAnsi="Sakkal Majalla" w:cs="Sakkal Majalla"/>
          <w:sz w:val="24"/>
        </w:rPr>
        <w:t xml:space="preserve"> </w:t>
      </w:r>
      <w:r w:rsidRPr="003E3418">
        <w:rPr>
          <w:rFonts w:ascii="Sakkal Majalla" w:hAnsi="Sakkal Majalla" w:cs="Sakkal Majalla"/>
          <w:sz w:val="24"/>
          <w:szCs w:val="24"/>
          <w:rtl/>
        </w:rPr>
        <w:t>عبر</w:t>
      </w:r>
      <w:r w:rsidRPr="003E3418">
        <w:rPr>
          <w:rFonts w:ascii="Sakkal Majalla" w:hAnsi="Sakkal Majalla" w:cs="Sakkal Majalla"/>
          <w:sz w:val="24"/>
        </w:rPr>
        <w:t xml:space="preserve"> </w:t>
      </w:r>
      <w:r w:rsidRPr="003E3418">
        <w:rPr>
          <w:rFonts w:ascii="Sakkal Majalla" w:hAnsi="Sakkal Majalla" w:cs="Sakkal Majalla"/>
          <w:sz w:val="24"/>
          <w:szCs w:val="24"/>
          <w:rtl/>
        </w:rPr>
        <w:t>تباطؤ</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وكم</w:t>
      </w:r>
      <w:r w:rsidRPr="003E3418">
        <w:rPr>
          <w:rFonts w:ascii="Sakkal Majalla" w:hAnsi="Sakkal Majalla" w:cs="Sakkal Majalla"/>
          <w:sz w:val="24"/>
        </w:rPr>
        <w:t xml:space="preserve"> </w:t>
      </w:r>
      <w:r w:rsidRPr="003E3418">
        <w:rPr>
          <w:rFonts w:ascii="Sakkal Majalla" w:hAnsi="Sakkal Majalla" w:cs="Sakkal Majalla"/>
          <w:sz w:val="24"/>
          <w:szCs w:val="24"/>
          <w:rtl/>
        </w:rPr>
        <w:t>يخسره</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مباشرةً؟</w:t>
      </w:r>
    </w:p>
    <w:p w14:paraId="7362FFAB"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الإجابة</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السؤال</w:t>
      </w:r>
      <w:r w:rsidRPr="003E3418">
        <w:rPr>
          <w:rFonts w:ascii="Sakkal Majalla" w:hAnsi="Sakkal Majalla" w:cs="Sakkal Majalla"/>
          <w:sz w:val="24"/>
        </w:rPr>
        <w:t xml:space="preserve"> </w:t>
      </w:r>
      <w:r w:rsidRPr="003E3418">
        <w:rPr>
          <w:rFonts w:ascii="Sakkal Majalla" w:hAnsi="Sakkal Majalla" w:cs="Sakkal Majalla"/>
          <w:sz w:val="24"/>
          <w:szCs w:val="24"/>
          <w:rtl/>
        </w:rPr>
        <w:t>ليست</w:t>
      </w:r>
      <w:r w:rsidRPr="003E3418">
        <w:rPr>
          <w:rFonts w:ascii="Sakkal Majalla" w:hAnsi="Sakkal Majalla" w:cs="Sakkal Majalla"/>
          <w:sz w:val="24"/>
        </w:rPr>
        <w:t xml:space="preserve"> </w:t>
      </w:r>
      <w:r w:rsidRPr="003E3418">
        <w:rPr>
          <w:rFonts w:ascii="Sakkal Majalla" w:hAnsi="Sakkal Majalla" w:cs="Sakkal Majalla"/>
          <w:sz w:val="24"/>
          <w:szCs w:val="24"/>
          <w:rtl/>
        </w:rPr>
        <w:t>فضولاً</w:t>
      </w:r>
      <w:r w:rsidRPr="003E3418">
        <w:rPr>
          <w:rFonts w:ascii="Sakkal Majalla" w:hAnsi="Sakkal Majalla" w:cs="Sakkal Majalla"/>
          <w:sz w:val="24"/>
        </w:rPr>
        <w:t xml:space="preserve"> </w:t>
      </w:r>
      <w:r w:rsidRPr="003E3418">
        <w:rPr>
          <w:rFonts w:ascii="Sakkal Majalla" w:hAnsi="Sakkal Majalla" w:cs="Sakkal Majalla"/>
          <w:sz w:val="24"/>
          <w:szCs w:val="24"/>
          <w:rtl/>
        </w:rPr>
        <w:t>أكاديمياً</w:t>
      </w:r>
      <w:r w:rsidRPr="003E3418">
        <w:rPr>
          <w:rFonts w:ascii="Sakkal Majalla" w:hAnsi="Sakkal Majalla" w:cs="Sakkal Majalla"/>
          <w:sz w:val="24"/>
        </w:rPr>
        <w:t xml:space="preserve"> </w:t>
      </w:r>
      <w:r w:rsidRPr="003E3418">
        <w:rPr>
          <w:rFonts w:ascii="Sakkal Majalla" w:hAnsi="Sakkal Majalla" w:cs="Sakkal Majalla"/>
          <w:sz w:val="24"/>
          <w:szCs w:val="24"/>
          <w:rtl/>
        </w:rPr>
        <w:t>مجرداً؛</w:t>
      </w:r>
      <w:r w:rsidRPr="003E3418">
        <w:rPr>
          <w:rFonts w:ascii="Sakkal Majalla" w:hAnsi="Sakkal Majalla" w:cs="Sakkal Majalla"/>
          <w:sz w:val="24"/>
        </w:rPr>
        <w:t xml:space="preserve"> </w:t>
      </w:r>
      <w:r w:rsidRPr="003E3418">
        <w:rPr>
          <w:rFonts w:ascii="Sakkal Majalla" w:hAnsi="Sakkal Majalla" w:cs="Sakkal Majalla"/>
          <w:sz w:val="24"/>
          <w:szCs w:val="24"/>
          <w:rtl/>
        </w:rPr>
        <w:t>بل</w:t>
      </w:r>
      <w:r w:rsidRPr="003E3418">
        <w:rPr>
          <w:rFonts w:ascii="Sakkal Majalla" w:hAnsi="Sakkal Majalla" w:cs="Sakkal Majalla"/>
          <w:sz w:val="24"/>
        </w:rPr>
        <w:t xml:space="preserve"> </w:t>
      </w:r>
      <w:r w:rsidRPr="003E3418">
        <w:rPr>
          <w:rFonts w:ascii="Sakkal Majalla" w:hAnsi="Sakkal Majalla" w:cs="Sakkal Majalla"/>
          <w:sz w:val="24"/>
          <w:szCs w:val="24"/>
          <w:rtl/>
        </w:rPr>
        <w:t>لها</w:t>
      </w:r>
      <w:r w:rsidRPr="003E3418">
        <w:rPr>
          <w:rFonts w:ascii="Sakkal Majalla" w:hAnsi="Sakkal Majalla" w:cs="Sakkal Majalla"/>
          <w:sz w:val="24"/>
        </w:rPr>
        <w:t xml:space="preserve"> </w:t>
      </w:r>
      <w:r w:rsidRPr="003E3418">
        <w:rPr>
          <w:rFonts w:ascii="Sakkal Majalla" w:hAnsi="Sakkal Majalla" w:cs="Sakkal Majalla"/>
          <w:sz w:val="24"/>
          <w:szCs w:val="24"/>
          <w:rtl/>
        </w:rPr>
        <w:t>دلالة</w:t>
      </w:r>
      <w:r w:rsidRPr="003E3418">
        <w:rPr>
          <w:rFonts w:ascii="Sakkal Majalla" w:hAnsi="Sakkal Majalla" w:cs="Sakkal Majalla"/>
          <w:sz w:val="24"/>
        </w:rPr>
        <w:t xml:space="preserve"> </w:t>
      </w:r>
      <w:r w:rsidRPr="003E3418">
        <w:rPr>
          <w:rFonts w:ascii="Sakkal Majalla" w:hAnsi="Sakkal Majalla" w:cs="Sakkal Majalla"/>
          <w:sz w:val="24"/>
          <w:szCs w:val="24"/>
          <w:rtl/>
        </w:rPr>
        <w:t>سياساتية</w:t>
      </w:r>
      <w:r w:rsidRPr="003E3418">
        <w:rPr>
          <w:rFonts w:ascii="Sakkal Majalla" w:hAnsi="Sakkal Majalla" w:cs="Sakkal Majalla"/>
          <w:sz w:val="24"/>
        </w:rPr>
        <w:t xml:space="preserve"> </w:t>
      </w:r>
      <w:r w:rsidRPr="003E3418">
        <w:rPr>
          <w:rFonts w:ascii="Sakkal Majalla" w:hAnsi="Sakkal Majalla" w:cs="Sakkal Majalla"/>
          <w:sz w:val="24"/>
          <w:szCs w:val="24"/>
          <w:rtl/>
        </w:rPr>
        <w:t>حاسمة</w:t>
      </w:r>
      <w:r w:rsidRPr="003E3418">
        <w:rPr>
          <w:rFonts w:ascii="Sakkal Majalla" w:hAnsi="Sakkal Majalla" w:cs="Sakkal Majalla"/>
          <w:sz w:val="24"/>
        </w:rPr>
        <w:t xml:space="preserve">. </w:t>
      </w:r>
      <w:r w:rsidRPr="003E3418">
        <w:rPr>
          <w:rFonts w:ascii="Sakkal Majalla" w:hAnsi="Sakkal Majalla" w:cs="Sakkal Majalla"/>
          <w:sz w:val="24"/>
          <w:szCs w:val="24"/>
          <w:rtl/>
        </w:rPr>
        <w:t>إذا</w:t>
      </w:r>
      <w:r w:rsidRPr="003E3418">
        <w:rPr>
          <w:rFonts w:ascii="Sakkal Majalla" w:hAnsi="Sakkal Majalla" w:cs="Sakkal Majalla"/>
          <w:sz w:val="24"/>
        </w:rPr>
        <w:t xml:space="preserve"> </w:t>
      </w:r>
      <w:r w:rsidRPr="003E3418">
        <w:rPr>
          <w:rFonts w:ascii="Sakkal Majalla" w:hAnsi="Sakkal Majalla" w:cs="Sakkal Majalla"/>
          <w:sz w:val="24"/>
          <w:szCs w:val="24"/>
          <w:rtl/>
        </w:rPr>
        <w:t>كان</w:t>
      </w:r>
      <w:r w:rsidRPr="003E3418">
        <w:rPr>
          <w:rFonts w:ascii="Sakkal Majalla" w:hAnsi="Sakkal Majalla" w:cs="Sakkal Majalla"/>
          <w:sz w:val="24"/>
        </w:rPr>
        <w:t xml:space="preserve"> </w:t>
      </w:r>
      <w:r w:rsidRPr="003E3418">
        <w:rPr>
          <w:rFonts w:ascii="Sakkal Majalla" w:hAnsi="Sakkal Majalla" w:cs="Sakkal Majalla"/>
          <w:sz w:val="24"/>
          <w:szCs w:val="24"/>
          <w:rtl/>
        </w:rPr>
        <w:t>المسار</w:t>
      </w:r>
      <w:r w:rsidRPr="003E3418">
        <w:rPr>
          <w:rFonts w:ascii="Sakkal Majalla" w:hAnsi="Sakkal Majalla" w:cs="Sakkal Majalla"/>
          <w:sz w:val="24"/>
        </w:rPr>
        <w:t xml:space="preserve"> </w:t>
      </w:r>
      <w:r w:rsidRPr="003E3418">
        <w:rPr>
          <w:rFonts w:ascii="Sakkal Majalla" w:hAnsi="Sakkal Majalla" w:cs="Sakkal Majalla"/>
          <w:sz w:val="24"/>
          <w:szCs w:val="24"/>
          <w:rtl/>
        </w:rPr>
        <w:t>غير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 </w:t>
      </w:r>
      <w:r w:rsidRPr="003E3418">
        <w:rPr>
          <w:rFonts w:ascii="Sakkal Majalla" w:hAnsi="Sakkal Majalla" w:cs="Sakkal Majalla"/>
          <w:sz w:val="24"/>
          <w:szCs w:val="24"/>
          <w:rtl/>
        </w:rPr>
        <w:t>عبر</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 </w:t>
      </w:r>
      <w:r w:rsidRPr="003E3418">
        <w:rPr>
          <w:rFonts w:ascii="Sakkal Majalla" w:hAnsi="Sakkal Majalla" w:cs="Sakkal Majalla"/>
          <w:sz w:val="24"/>
          <w:szCs w:val="24"/>
          <w:rtl/>
        </w:rPr>
        <w:t>هو</w:t>
      </w:r>
      <w:r w:rsidRPr="003E3418">
        <w:rPr>
          <w:rFonts w:ascii="Sakkal Majalla" w:hAnsi="Sakkal Majalla" w:cs="Sakkal Majalla"/>
          <w:sz w:val="24"/>
        </w:rPr>
        <w:t xml:space="preserve"> </w:t>
      </w:r>
      <w:r w:rsidRPr="003E3418">
        <w:rPr>
          <w:rFonts w:ascii="Sakkal Majalla" w:hAnsi="Sakkal Majalla" w:cs="Sakkal Majalla"/>
          <w:sz w:val="24"/>
          <w:szCs w:val="24"/>
          <w:rtl/>
        </w:rPr>
        <w:t>الأغلب،</w:t>
      </w:r>
      <w:r w:rsidRPr="003E3418">
        <w:rPr>
          <w:rFonts w:ascii="Sakkal Majalla" w:hAnsi="Sakkal Majalla" w:cs="Sakkal Majalla"/>
          <w:sz w:val="24"/>
        </w:rPr>
        <w:t xml:space="preserve"> </w:t>
      </w:r>
      <w:r w:rsidRPr="003E3418">
        <w:rPr>
          <w:rFonts w:ascii="Sakkal Majalla" w:hAnsi="Sakkal Majalla" w:cs="Sakkal Majalla"/>
          <w:sz w:val="24"/>
          <w:szCs w:val="24"/>
          <w:rtl/>
        </w:rPr>
        <w:t>فإن</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الرامية</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تحفيز</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الكلي</w:t>
      </w:r>
      <w:r w:rsidRPr="003E3418">
        <w:rPr>
          <w:rFonts w:ascii="Sakkal Majalla" w:hAnsi="Sakkal Majalla" w:cs="Sakkal Majalla"/>
          <w:sz w:val="24"/>
        </w:rPr>
        <w:t xml:space="preserve"> </w:t>
      </w:r>
      <w:r w:rsidRPr="003E3418">
        <w:rPr>
          <w:rFonts w:ascii="Sakkal Majalla" w:hAnsi="Sakkal Majalla" w:cs="Sakkal Majalla"/>
          <w:sz w:val="24"/>
          <w:szCs w:val="24"/>
          <w:rtl/>
        </w:rPr>
        <w:t>كافيةٌ</w:t>
      </w:r>
      <w:r w:rsidRPr="003E3418">
        <w:rPr>
          <w:rFonts w:ascii="Sakkal Majalla" w:hAnsi="Sakkal Majalla" w:cs="Sakkal Majalla"/>
          <w:sz w:val="24"/>
        </w:rPr>
        <w:t xml:space="preserve"> </w:t>
      </w:r>
      <w:r w:rsidRPr="003E3418">
        <w:rPr>
          <w:rFonts w:ascii="Sakkal Majalla" w:hAnsi="Sakkal Majalla" w:cs="Sakkal Majalla"/>
          <w:sz w:val="24"/>
          <w:szCs w:val="24"/>
          <w:rtl/>
        </w:rPr>
        <w:t>لمعالجة</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بصورة</w:t>
      </w:r>
      <w:r w:rsidRPr="003E3418">
        <w:rPr>
          <w:rFonts w:ascii="Sakkal Majalla" w:hAnsi="Sakkal Majalla" w:cs="Sakkal Majalla"/>
          <w:sz w:val="24"/>
        </w:rPr>
        <w:t xml:space="preserve"> </w:t>
      </w:r>
      <w:r w:rsidRPr="003E3418">
        <w:rPr>
          <w:rFonts w:ascii="Sakkal Majalla" w:hAnsi="Sakkal Majalla" w:cs="Sakkal Majalla"/>
          <w:sz w:val="24"/>
          <w:szCs w:val="24"/>
          <w:rtl/>
        </w:rPr>
        <w:t>غير</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مباشرة</w:t>
      </w:r>
      <w:r w:rsidRPr="003E3418">
        <w:rPr>
          <w:rFonts w:ascii="Sakkal Majalla" w:hAnsi="Sakkal Majalla" w:cs="Sakkal Majalla"/>
          <w:sz w:val="24"/>
        </w:rPr>
        <w:t xml:space="preserve">. </w:t>
      </w:r>
      <w:r w:rsidRPr="003E3418">
        <w:rPr>
          <w:rFonts w:ascii="Sakkal Majalla" w:hAnsi="Sakkal Majalla" w:cs="Sakkal Majalla"/>
          <w:sz w:val="24"/>
          <w:szCs w:val="24"/>
          <w:rtl/>
        </w:rPr>
        <w:t>أما</w:t>
      </w:r>
      <w:r w:rsidRPr="003E3418">
        <w:rPr>
          <w:rFonts w:ascii="Sakkal Majalla" w:hAnsi="Sakkal Majalla" w:cs="Sakkal Majalla"/>
          <w:sz w:val="24"/>
        </w:rPr>
        <w:t xml:space="preserve"> </w:t>
      </w:r>
      <w:r w:rsidRPr="003E3418">
        <w:rPr>
          <w:rFonts w:ascii="Sakkal Majalla" w:hAnsi="Sakkal Majalla" w:cs="Sakkal Majalla"/>
          <w:sz w:val="24"/>
          <w:szCs w:val="24"/>
          <w:rtl/>
        </w:rPr>
        <w:t>إذا</w:t>
      </w:r>
      <w:r w:rsidRPr="003E3418">
        <w:rPr>
          <w:rFonts w:ascii="Sakkal Majalla" w:hAnsi="Sakkal Majalla" w:cs="Sakkal Majalla"/>
          <w:sz w:val="24"/>
        </w:rPr>
        <w:t xml:space="preserve"> </w:t>
      </w:r>
      <w:r w:rsidRPr="003E3418">
        <w:rPr>
          <w:rFonts w:ascii="Sakkal Majalla" w:hAnsi="Sakkal Majalla" w:cs="Sakkal Majalla"/>
          <w:sz w:val="24"/>
          <w:szCs w:val="24"/>
          <w:rtl/>
        </w:rPr>
        <w:t>كان</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أثر</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مستقل</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يتجاوز</w:t>
      </w:r>
      <w:r w:rsidRPr="003E3418">
        <w:rPr>
          <w:rFonts w:ascii="Sakkal Majalla" w:hAnsi="Sakkal Majalla" w:cs="Sakkal Majalla"/>
          <w:sz w:val="24"/>
        </w:rPr>
        <w:t xml:space="preserve"> </w:t>
      </w:r>
      <w:r w:rsidRPr="003E3418">
        <w:rPr>
          <w:rFonts w:ascii="Sakkal Majalla" w:hAnsi="Sakkal Majalla" w:cs="Sakkal Majalla"/>
          <w:sz w:val="24"/>
          <w:szCs w:val="24"/>
          <w:rtl/>
        </w:rPr>
        <w:t>نصف</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الكلي،</w:t>
      </w:r>
      <w:r w:rsidRPr="003E3418">
        <w:rPr>
          <w:rFonts w:ascii="Sakkal Majalla" w:hAnsi="Sakkal Majalla" w:cs="Sakkal Majalla"/>
          <w:sz w:val="24"/>
        </w:rPr>
        <w:t xml:space="preserve"> </w:t>
      </w:r>
      <w:r w:rsidRPr="003E3418">
        <w:rPr>
          <w:rFonts w:ascii="Sakkal Majalla" w:hAnsi="Sakkal Majalla" w:cs="Sakkal Majalla"/>
          <w:sz w:val="24"/>
          <w:szCs w:val="24"/>
          <w:rtl/>
        </w:rPr>
        <w:t>فإن</w:t>
      </w:r>
      <w:r w:rsidRPr="003E3418">
        <w:rPr>
          <w:rFonts w:ascii="Sakkal Majalla" w:hAnsi="Sakkal Majalla" w:cs="Sakkal Majalla"/>
          <w:sz w:val="24"/>
        </w:rPr>
        <w:t xml:space="preserve"> </w:t>
      </w:r>
      <w:r w:rsidRPr="003E3418">
        <w:rPr>
          <w:rFonts w:ascii="Sakkal Majalla" w:hAnsi="Sakkal Majalla" w:cs="Sakkal Majalla"/>
          <w:sz w:val="24"/>
          <w:szCs w:val="24"/>
          <w:rtl/>
        </w:rPr>
        <w:t>ذلك</w:t>
      </w:r>
      <w:r w:rsidRPr="003E3418">
        <w:rPr>
          <w:rFonts w:ascii="Sakkal Majalla" w:hAnsi="Sakkal Majalla" w:cs="Sakkal Majalla"/>
          <w:sz w:val="24"/>
        </w:rPr>
        <w:t xml:space="preserve"> </w:t>
      </w:r>
      <w:r w:rsidRPr="003E3418">
        <w:rPr>
          <w:rFonts w:ascii="Sakkal Majalla" w:hAnsi="Sakkal Majalla" w:cs="Sakkal Majalla"/>
          <w:sz w:val="24"/>
          <w:szCs w:val="24"/>
          <w:rtl/>
        </w:rPr>
        <w:t>يعني</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مكافحة</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يجب</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تُدرَج</w:t>
      </w:r>
      <w:r w:rsidRPr="003E3418">
        <w:rPr>
          <w:rFonts w:ascii="Sakkal Majalla" w:hAnsi="Sakkal Majalla" w:cs="Sakkal Majalla"/>
          <w:sz w:val="24"/>
        </w:rPr>
        <w:t xml:space="preserve"> </w:t>
      </w:r>
      <w:r w:rsidRPr="003E3418">
        <w:rPr>
          <w:rFonts w:ascii="Sakkal Majalla" w:hAnsi="Sakkal Majalla" w:cs="Sakkal Majalla"/>
          <w:sz w:val="24"/>
          <w:szCs w:val="24"/>
          <w:rtl/>
        </w:rPr>
        <w:t>أولويةً</w:t>
      </w:r>
      <w:r w:rsidRPr="003E3418">
        <w:rPr>
          <w:rFonts w:ascii="Sakkal Majalla" w:hAnsi="Sakkal Majalla" w:cs="Sakkal Majalla"/>
          <w:sz w:val="24"/>
        </w:rPr>
        <w:t xml:space="preserve"> </w:t>
      </w:r>
      <w:r w:rsidRPr="003E3418">
        <w:rPr>
          <w:rFonts w:ascii="Sakkal Majalla" w:hAnsi="Sakkal Majalla" w:cs="Sakkal Majalla"/>
          <w:sz w:val="24"/>
          <w:szCs w:val="24"/>
          <w:rtl/>
        </w:rPr>
        <w:t>مستقلة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استراتيجيات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الحد</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ذيلاً</w:t>
      </w:r>
      <w:r w:rsidRPr="003E3418">
        <w:rPr>
          <w:rFonts w:ascii="Sakkal Majalla" w:hAnsi="Sakkal Majalla" w:cs="Sakkal Majalla"/>
          <w:sz w:val="24"/>
        </w:rPr>
        <w:t xml:space="preserve"> </w:t>
      </w:r>
      <w:r w:rsidRPr="003E3418">
        <w:rPr>
          <w:rFonts w:ascii="Sakkal Majalla" w:hAnsi="Sakkal Majalla" w:cs="Sakkal Majalla"/>
          <w:sz w:val="24"/>
          <w:szCs w:val="24"/>
          <w:rtl/>
        </w:rPr>
        <w:t>لسياسات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w:t>
      </w:r>
    </w:p>
    <w:p w14:paraId="37F7279A"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تنطلق</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الإطار</w:t>
      </w:r>
      <w:r w:rsidRPr="003E3418">
        <w:rPr>
          <w:rFonts w:ascii="Sakkal Majalla" w:hAnsi="Sakkal Majalla" w:cs="Sakkal Majalla"/>
          <w:sz w:val="24"/>
        </w:rPr>
        <w:t xml:space="preserve"> </w:t>
      </w:r>
      <w:r w:rsidRPr="003E3418">
        <w:rPr>
          <w:rFonts w:ascii="Sakkal Majalla" w:hAnsi="Sakkal Majalla" w:cs="Sakkal Majalla"/>
          <w:sz w:val="24"/>
          <w:szCs w:val="24"/>
          <w:rtl/>
        </w:rPr>
        <w:t>لتبني</w:t>
      </w:r>
      <w:r w:rsidRPr="003E3418">
        <w:rPr>
          <w:rFonts w:ascii="Sakkal Majalla" w:hAnsi="Sakkal Majalla" w:cs="Sakkal Majalla"/>
          <w:sz w:val="24"/>
        </w:rPr>
        <w:t xml:space="preserve"> </w:t>
      </w:r>
      <w:r w:rsidRPr="003E3418">
        <w:rPr>
          <w:rFonts w:ascii="Sakkal Majalla" w:hAnsi="Sakkal Majalla" w:cs="Sakkal Majalla"/>
          <w:sz w:val="24"/>
          <w:szCs w:val="24"/>
          <w:rtl/>
        </w:rPr>
        <w:t>جسراً</w:t>
      </w:r>
      <w:r w:rsidRPr="003E3418">
        <w:rPr>
          <w:rFonts w:ascii="Sakkal Majalla" w:hAnsi="Sakkal Majalla" w:cs="Sakkal Majalla"/>
          <w:sz w:val="24"/>
        </w:rPr>
        <w:t xml:space="preserve"> </w:t>
      </w:r>
      <w:r w:rsidRPr="003E3418">
        <w:rPr>
          <w:rFonts w:ascii="Sakkal Majalla" w:hAnsi="Sakkal Majalla" w:cs="Sakkal Majalla"/>
          <w:sz w:val="24"/>
          <w:szCs w:val="24"/>
          <w:rtl/>
        </w:rPr>
        <w:t>منهجياً</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ثلاثة</w:t>
      </w:r>
      <w:r w:rsidRPr="003E3418">
        <w:rPr>
          <w:rFonts w:ascii="Sakkal Majalla" w:hAnsi="Sakkal Majalla" w:cs="Sakkal Majalla"/>
          <w:sz w:val="24"/>
        </w:rPr>
        <w:t xml:space="preserve"> </w:t>
      </w:r>
      <w:r w:rsidRPr="003E3418">
        <w:rPr>
          <w:rFonts w:ascii="Sakkal Majalla" w:hAnsi="Sakkal Majalla" w:cs="Sakkal Majalla"/>
          <w:sz w:val="24"/>
          <w:szCs w:val="24"/>
          <w:rtl/>
        </w:rPr>
        <w:t>متغيرات</w:t>
      </w:r>
      <w:r w:rsidRPr="003E3418">
        <w:rPr>
          <w:rFonts w:ascii="Sakkal Majalla" w:hAnsi="Sakkal Majalla" w:cs="Sakkal Majalla"/>
          <w:sz w:val="24"/>
        </w:rPr>
        <w:t xml:space="preserve"> —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نموذج</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تحليلي</w:t>
      </w:r>
      <w:r w:rsidRPr="003E3418">
        <w:rPr>
          <w:rFonts w:ascii="Sakkal Majalla" w:hAnsi="Sakkal Majalla" w:cs="Sakkal Majalla"/>
          <w:sz w:val="24"/>
        </w:rPr>
        <w:t xml:space="preserve"> </w:t>
      </w:r>
      <w:r w:rsidRPr="003E3418">
        <w:rPr>
          <w:rFonts w:ascii="Sakkal Majalla" w:hAnsi="Sakkal Majalla" w:cs="Sakkal Majalla"/>
          <w:sz w:val="24"/>
          <w:szCs w:val="24"/>
          <w:rtl/>
        </w:rPr>
        <w:t>موحّد،</w:t>
      </w:r>
      <w:r w:rsidRPr="003E3418">
        <w:rPr>
          <w:rFonts w:ascii="Sakkal Majalla" w:hAnsi="Sakkal Majalla" w:cs="Sakkal Majalla"/>
          <w:sz w:val="24"/>
        </w:rPr>
        <w:t xml:space="preserve"> </w:t>
      </w:r>
      <w:r w:rsidRPr="003E3418">
        <w:rPr>
          <w:rFonts w:ascii="Sakkal Majalla" w:hAnsi="Sakkal Majalla" w:cs="Sakkal Majalla"/>
          <w:sz w:val="24"/>
          <w:szCs w:val="24"/>
          <w:rtl/>
        </w:rPr>
        <w:t>موظّفةً</w:t>
      </w:r>
      <w:r w:rsidRPr="003E3418">
        <w:rPr>
          <w:rFonts w:ascii="Sakkal Majalla" w:hAnsi="Sakkal Majalla" w:cs="Sakkal Majalla"/>
          <w:sz w:val="24"/>
        </w:rPr>
        <w:t xml:space="preserve"> </w:t>
      </w:r>
      <w:r w:rsidRPr="003E3418">
        <w:rPr>
          <w:rFonts w:ascii="Sakkal Majalla" w:hAnsi="Sakkal Majalla" w:cs="Sakkal Majalla"/>
          <w:sz w:val="24"/>
          <w:szCs w:val="24"/>
          <w:rtl/>
        </w:rPr>
        <w:t>بيانات</w:t>
      </w:r>
      <w:r w:rsidRPr="003E3418">
        <w:rPr>
          <w:rFonts w:ascii="Sakkal Majalla" w:hAnsi="Sakkal Majalla" w:cs="Sakkal Majalla"/>
          <w:sz w:val="24"/>
        </w:rPr>
        <w:t xml:space="preserve"> </w:t>
      </w:r>
      <w:r w:rsidRPr="003E3418">
        <w:rPr>
          <w:rFonts w:ascii="Sakkal Majalla" w:hAnsi="Sakkal Majalla" w:cs="Sakkal Majalla"/>
          <w:sz w:val="24"/>
          <w:szCs w:val="24"/>
          <w:rtl/>
        </w:rPr>
        <w:t>لوحية</w:t>
      </w:r>
      <w:r w:rsidRPr="003E3418">
        <w:rPr>
          <w:rFonts w:ascii="Sakkal Majalla" w:hAnsi="Sakkal Majalla" w:cs="Sakkal Majalla"/>
          <w:sz w:val="24"/>
        </w:rPr>
        <w:t xml:space="preserve"> </w:t>
      </w:r>
      <w:r w:rsidRPr="003E3418">
        <w:rPr>
          <w:rFonts w:ascii="Sakkal Majalla" w:hAnsi="Sakkal Majalla" w:cs="Sakkal Majalla"/>
          <w:sz w:val="24"/>
          <w:szCs w:val="24"/>
          <w:rtl/>
        </w:rPr>
        <w:t>لـ</w:t>
      </w:r>
      <w:r w:rsidRPr="003E3418">
        <w:rPr>
          <w:rFonts w:ascii="Sakkal Majalla" w:hAnsi="Sakkal Majalla" w:cs="Sakkal Majalla"/>
          <w:sz w:val="24"/>
        </w:rPr>
        <w:t xml:space="preserve"> 74 </w:t>
      </w:r>
      <w:r w:rsidRPr="003E3418">
        <w:rPr>
          <w:rFonts w:ascii="Sakkal Majalla" w:hAnsi="Sakkal Majalla" w:cs="Sakkal Majalla"/>
          <w:sz w:val="24"/>
          <w:szCs w:val="24"/>
          <w:rtl/>
        </w:rPr>
        <w:t>دولة</w:t>
      </w:r>
      <w:r w:rsidRPr="003E3418">
        <w:rPr>
          <w:rFonts w:ascii="Sakkal Majalla" w:hAnsi="Sakkal Majalla" w:cs="Sakkal Majalla"/>
          <w:sz w:val="24"/>
        </w:rPr>
        <w:t xml:space="preserve"> </w:t>
      </w:r>
      <w:r w:rsidRPr="003E3418">
        <w:rPr>
          <w:rFonts w:ascii="Sakkal Majalla" w:hAnsi="Sakkal Majalla" w:cs="Sakkal Majalla"/>
          <w:sz w:val="24"/>
          <w:szCs w:val="24"/>
          <w:rtl/>
        </w:rPr>
        <w:t>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مدار</w:t>
      </w:r>
      <w:r w:rsidRPr="003E3418">
        <w:rPr>
          <w:rFonts w:ascii="Sakkal Majalla" w:hAnsi="Sakkal Majalla" w:cs="Sakkal Majalla"/>
          <w:sz w:val="24"/>
        </w:rPr>
        <w:t xml:space="preserve"> </w:t>
      </w:r>
      <w:r w:rsidRPr="003E3418">
        <w:rPr>
          <w:rFonts w:ascii="Sakkal Majalla" w:hAnsi="Sakkal Majalla" w:cs="Sakkal Majalla"/>
          <w:sz w:val="24"/>
          <w:szCs w:val="24"/>
          <w:rtl/>
        </w:rPr>
        <w:t>الفترة</w:t>
      </w:r>
      <w:r w:rsidRPr="003E3418">
        <w:rPr>
          <w:rFonts w:ascii="Sakkal Majalla" w:hAnsi="Sakkal Majalla" w:cs="Sakkal Majalla"/>
          <w:sz w:val="24"/>
        </w:rPr>
        <w:t xml:space="preserve"> 2000–2022</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ومستخدمةً</w:t>
      </w:r>
      <w:r w:rsidRPr="003E3418">
        <w:rPr>
          <w:rFonts w:ascii="Sakkal Majalla" w:hAnsi="Sakkal Majalla" w:cs="Sakkal Majalla"/>
          <w:sz w:val="24"/>
        </w:rPr>
        <w:t xml:space="preserve"> </w:t>
      </w:r>
      <w:r w:rsidRPr="003E3418">
        <w:rPr>
          <w:rFonts w:ascii="Sakkal Majalla" w:hAnsi="Sakkal Majalla" w:cs="Sakkal Majalla"/>
          <w:sz w:val="24"/>
          <w:szCs w:val="24"/>
          <w:rtl/>
        </w:rPr>
        <w:t>أدوات</w:t>
      </w:r>
      <w:r w:rsidRPr="003E3418">
        <w:rPr>
          <w:rFonts w:ascii="Sakkal Majalla" w:hAnsi="Sakkal Majalla" w:cs="Sakkal Majalla"/>
          <w:sz w:val="24"/>
        </w:rPr>
        <w:t xml:space="preserve"> </w:t>
      </w:r>
      <w:r w:rsidRPr="003E3418">
        <w:rPr>
          <w:rFonts w:ascii="Sakkal Majalla" w:hAnsi="Sakkal Majalla" w:cs="Sakkal Majalla"/>
          <w:sz w:val="24"/>
          <w:szCs w:val="24"/>
          <w:rtl/>
        </w:rPr>
        <w:t>قياسية</w:t>
      </w:r>
      <w:r w:rsidRPr="003E3418">
        <w:rPr>
          <w:rFonts w:ascii="Sakkal Majalla" w:hAnsi="Sakkal Majalla" w:cs="Sakkal Majalla"/>
          <w:sz w:val="24"/>
        </w:rPr>
        <w:t xml:space="preserve"> </w:t>
      </w:r>
      <w:r w:rsidRPr="003E3418">
        <w:rPr>
          <w:rFonts w:ascii="Sakkal Majalla" w:hAnsi="Sakkal Majalla" w:cs="Sakkal Majalla"/>
          <w:sz w:val="24"/>
          <w:szCs w:val="24"/>
          <w:rtl/>
        </w:rPr>
        <w:t>متقدمة</w:t>
      </w:r>
      <w:r w:rsidRPr="003E3418">
        <w:rPr>
          <w:rFonts w:ascii="Sakkal Majalla" w:hAnsi="Sakkal Majalla" w:cs="Sakkal Majalla"/>
          <w:sz w:val="24"/>
        </w:rPr>
        <w:t xml:space="preserve"> </w:t>
      </w:r>
      <w:r w:rsidRPr="003E3418">
        <w:rPr>
          <w:rFonts w:ascii="Sakkal Majalla" w:hAnsi="Sakkal Majalla" w:cs="Sakkal Majalla"/>
          <w:sz w:val="24"/>
          <w:szCs w:val="24"/>
          <w:rtl/>
        </w:rPr>
        <w:t>تتجاوز</w:t>
      </w:r>
      <w:r w:rsidRPr="003E3418">
        <w:rPr>
          <w:rFonts w:ascii="Sakkal Majalla" w:hAnsi="Sakkal Majalla" w:cs="Sakkal Majalla"/>
          <w:sz w:val="24"/>
        </w:rPr>
        <w:t xml:space="preserve"> </w:t>
      </w:r>
      <w:r w:rsidRPr="003E3418">
        <w:rPr>
          <w:rFonts w:ascii="Sakkal Majalla" w:hAnsi="Sakkal Majalla" w:cs="Sakkal Majalla"/>
          <w:sz w:val="24"/>
          <w:szCs w:val="24"/>
          <w:rtl/>
        </w:rPr>
        <w:t>قصور</w:t>
      </w:r>
      <w:r w:rsidRPr="003E3418">
        <w:rPr>
          <w:rFonts w:ascii="Sakkal Majalla" w:hAnsi="Sakkal Majalla" w:cs="Sakkal Majalla"/>
          <w:sz w:val="24"/>
        </w:rPr>
        <w:t xml:space="preserve"> </w:t>
      </w:r>
      <w:r w:rsidRPr="003E3418">
        <w:rPr>
          <w:rFonts w:ascii="Sakkal Majalla" w:hAnsi="Sakkal Majalla" w:cs="Sakkal Majalla"/>
          <w:sz w:val="24"/>
          <w:szCs w:val="24"/>
          <w:rtl/>
        </w:rPr>
        <w:t>أغلب</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السابقة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معالجة</w:t>
      </w:r>
      <w:r w:rsidRPr="003E3418">
        <w:rPr>
          <w:rFonts w:ascii="Sakkal Majalla" w:hAnsi="Sakkal Majalla" w:cs="Sakkal Majalla"/>
          <w:sz w:val="24"/>
        </w:rPr>
        <w:t xml:space="preserve"> </w:t>
      </w:r>
      <w:r w:rsidRPr="003E3418">
        <w:rPr>
          <w:rFonts w:ascii="Sakkal Majalla" w:hAnsi="Sakkal Majalla" w:cs="Sakkal Majalla"/>
          <w:sz w:val="24"/>
          <w:szCs w:val="24"/>
          <w:rtl/>
        </w:rPr>
        <w:t>السببية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المعاكسة</w:t>
      </w:r>
      <w:r w:rsidRPr="003E3418">
        <w:rPr>
          <w:rFonts w:ascii="Sakkal Majalla" w:hAnsi="Sakkal Majalla" w:cs="Sakkal Majalla"/>
          <w:sz w:val="24"/>
        </w:rPr>
        <w:t xml:space="preserve">. </w:t>
      </w:r>
      <w:r w:rsidRPr="003E3418">
        <w:rPr>
          <w:rFonts w:ascii="Sakkal Majalla" w:hAnsi="Sakkal Majalla" w:cs="Sakkal Majalla"/>
          <w:sz w:val="24"/>
          <w:szCs w:val="24"/>
          <w:rtl/>
        </w:rPr>
        <w:t>وتسعى</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تقديم</w:t>
      </w:r>
      <w:r w:rsidRPr="003E3418">
        <w:rPr>
          <w:rFonts w:ascii="Sakkal Majalla" w:hAnsi="Sakkal Majalla" w:cs="Sakkal Majalla"/>
          <w:sz w:val="24"/>
        </w:rPr>
        <w:t xml:space="preserve"> </w:t>
      </w:r>
      <w:r w:rsidRPr="003E3418">
        <w:rPr>
          <w:rFonts w:ascii="Sakkal Majalla" w:hAnsi="Sakkal Majalla" w:cs="Sakkal Majalla"/>
          <w:sz w:val="24"/>
          <w:szCs w:val="24"/>
          <w:rtl/>
        </w:rPr>
        <w:t>إجابات</w:t>
      </w:r>
      <w:r w:rsidRPr="003E3418">
        <w:rPr>
          <w:rFonts w:ascii="Sakkal Majalla" w:hAnsi="Sakkal Majalla" w:cs="Sakkal Majalla"/>
          <w:sz w:val="24"/>
        </w:rPr>
        <w:t xml:space="preserve"> </w:t>
      </w:r>
      <w:r w:rsidRPr="003E3418">
        <w:rPr>
          <w:rFonts w:ascii="Sakkal Majalla" w:hAnsi="Sakkal Majalla" w:cs="Sakkal Majalla"/>
          <w:sz w:val="24"/>
          <w:szCs w:val="24"/>
          <w:rtl/>
        </w:rPr>
        <w:t>كمية</w:t>
      </w:r>
      <w:r w:rsidRPr="003E3418">
        <w:rPr>
          <w:rFonts w:ascii="Sakkal Majalla" w:hAnsi="Sakkal Majalla" w:cs="Sakkal Majalla"/>
          <w:sz w:val="24"/>
        </w:rPr>
        <w:t xml:space="preserve"> </w:t>
      </w:r>
      <w:r w:rsidRPr="003E3418">
        <w:rPr>
          <w:rFonts w:ascii="Sakkal Majalla" w:hAnsi="Sakkal Majalla" w:cs="Sakkal Majalla"/>
          <w:sz w:val="24"/>
          <w:szCs w:val="24"/>
          <w:rtl/>
        </w:rPr>
        <w:t>دقيقة</w:t>
      </w:r>
      <w:r w:rsidRPr="003E3418">
        <w:rPr>
          <w:rFonts w:ascii="Sakkal Majalla" w:hAnsi="Sakkal Majalla" w:cs="Sakkal Majalla"/>
          <w:sz w:val="24"/>
        </w:rPr>
        <w:t xml:space="preserve"> </w:t>
      </w:r>
      <w:r w:rsidRPr="003E3418">
        <w:rPr>
          <w:rFonts w:ascii="Sakkal Majalla" w:hAnsi="Sakkal Majalla" w:cs="Sakkal Majalla"/>
          <w:sz w:val="24"/>
          <w:szCs w:val="24"/>
          <w:rtl/>
        </w:rPr>
        <w:t>وقابلة</w:t>
      </w:r>
      <w:r w:rsidRPr="003E3418">
        <w:rPr>
          <w:rFonts w:ascii="Sakkal Majalla" w:hAnsi="Sakkal Majalla" w:cs="Sakkal Majalla"/>
          <w:sz w:val="24"/>
        </w:rPr>
        <w:t xml:space="preserve"> </w:t>
      </w:r>
      <w:r w:rsidRPr="003E3418">
        <w:rPr>
          <w:rFonts w:ascii="Sakkal Majalla" w:hAnsi="Sakkal Majalla" w:cs="Sakkal Majalla"/>
          <w:sz w:val="24"/>
          <w:szCs w:val="24"/>
          <w:rtl/>
        </w:rPr>
        <w:t>للتوظيف</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السياساتي</w:t>
      </w:r>
      <w:r w:rsidRPr="003E3418">
        <w:rPr>
          <w:rFonts w:ascii="Sakkal Majalla" w:hAnsi="Sakkal Majalla" w:cs="Sakkal Majalla"/>
          <w:sz w:val="24"/>
        </w:rPr>
        <w:t xml:space="preserve"> </w:t>
      </w:r>
      <w:r w:rsidRPr="003E3418">
        <w:rPr>
          <w:rFonts w:ascii="Sakkal Majalla" w:hAnsi="Sakkal Majalla" w:cs="Sakkal Majalla"/>
          <w:sz w:val="24"/>
          <w:szCs w:val="24"/>
          <w:rtl/>
        </w:rPr>
        <w:t>حول</w:t>
      </w:r>
      <w:r w:rsidRPr="003E3418">
        <w:rPr>
          <w:rFonts w:ascii="Sakkal Majalla" w:hAnsi="Sakkal Majalla" w:cs="Sakkal Majalla"/>
          <w:sz w:val="24"/>
        </w:rPr>
        <w:t xml:space="preserve"> </w:t>
      </w:r>
      <w:r w:rsidRPr="003E3418">
        <w:rPr>
          <w:rFonts w:ascii="Sakkal Majalla" w:hAnsi="Sakkal Majalla" w:cs="Sakkal Majalla"/>
          <w:sz w:val="24"/>
          <w:szCs w:val="24"/>
          <w:rtl/>
        </w:rPr>
        <w:t>طبيعة</w:t>
      </w:r>
      <w:r w:rsidRPr="003E3418">
        <w:rPr>
          <w:rFonts w:ascii="Sakkal Majalla" w:hAnsi="Sakkal Majalla" w:cs="Sakkal Majalla"/>
          <w:sz w:val="24"/>
        </w:rPr>
        <w:t xml:space="preserve"> </w:t>
      </w:r>
      <w:r w:rsidRPr="003E3418">
        <w:rPr>
          <w:rFonts w:ascii="Sakkal Majalla" w:hAnsi="Sakkal Majalla" w:cs="Sakkal Majalla"/>
          <w:sz w:val="24"/>
          <w:szCs w:val="24"/>
          <w:rtl/>
        </w:rPr>
        <w:t>مسارات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وأوزانها</w:t>
      </w:r>
      <w:r w:rsidRPr="003E3418">
        <w:rPr>
          <w:rFonts w:ascii="Sakkal Majalla" w:hAnsi="Sakkal Majalla" w:cs="Sakkal Majalla"/>
          <w:sz w:val="24"/>
        </w:rPr>
        <w:t xml:space="preserve"> </w:t>
      </w:r>
      <w:r w:rsidRPr="003E3418">
        <w:rPr>
          <w:rFonts w:ascii="Sakkal Majalla" w:hAnsi="Sakkal Majalla" w:cs="Sakkal Majalla"/>
          <w:sz w:val="24"/>
          <w:szCs w:val="24"/>
          <w:rtl/>
        </w:rPr>
        <w:t>النسبية</w:t>
      </w:r>
      <w:r w:rsidRPr="003E3418">
        <w:rPr>
          <w:rFonts w:ascii="Sakkal Majalla" w:hAnsi="Sakkal Majalla" w:cs="Sakkal Majalla"/>
          <w:sz w:val="24"/>
        </w:rPr>
        <w:t>.</w:t>
      </w:r>
    </w:p>
    <w:p w14:paraId="1FB708C1"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تتصاعد</w:t>
      </w:r>
      <w:r w:rsidRPr="003E3418">
        <w:rPr>
          <w:rFonts w:ascii="Sakkal Majalla" w:hAnsi="Sakkal Majalla" w:cs="Sakkal Majalla"/>
          <w:sz w:val="24"/>
        </w:rPr>
        <w:t xml:space="preserve"> </w:t>
      </w:r>
      <w:r w:rsidRPr="003E3418">
        <w:rPr>
          <w:rFonts w:ascii="Sakkal Majalla" w:hAnsi="Sakkal Majalla" w:cs="Sakkal Majalla"/>
          <w:sz w:val="24"/>
          <w:szCs w:val="24"/>
          <w:rtl/>
        </w:rPr>
        <w:t>أهمية</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الأسئلة</w:t>
      </w:r>
      <w:r w:rsidRPr="003E3418">
        <w:rPr>
          <w:rFonts w:ascii="Sakkal Majalla" w:hAnsi="Sakkal Majalla" w:cs="Sakkal Majalla"/>
          <w:sz w:val="24"/>
        </w:rPr>
        <w:t xml:space="preserve"> </w:t>
      </w:r>
      <w:r w:rsidRPr="003E3418">
        <w:rPr>
          <w:rFonts w:ascii="Sakkal Majalla" w:hAnsi="Sakkal Majalla" w:cs="Sakkal Majalla"/>
          <w:sz w:val="24"/>
          <w:szCs w:val="24"/>
          <w:rtl/>
        </w:rPr>
        <w:t>حين</w:t>
      </w:r>
      <w:r w:rsidRPr="003E3418">
        <w:rPr>
          <w:rFonts w:ascii="Sakkal Majalla" w:hAnsi="Sakkal Majalla" w:cs="Sakkal Majalla"/>
          <w:sz w:val="24"/>
        </w:rPr>
        <w:t xml:space="preserve"> </w:t>
      </w:r>
      <w:r w:rsidRPr="003E3418">
        <w:rPr>
          <w:rFonts w:ascii="Sakkal Majalla" w:hAnsi="Sakkal Majalla" w:cs="Sakkal Majalla"/>
          <w:sz w:val="24"/>
          <w:szCs w:val="24"/>
          <w:rtl/>
        </w:rPr>
        <w:t>تستحضر</w:t>
      </w:r>
      <w:r w:rsidRPr="003E3418">
        <w:rPr>
          <w:rFonts w:ascii="Sakkal Majalla" w:hAnsi="Sakkal Majalla" w:cs="Sakkal Majalla"/>
          <w:sz w:val="24"/>
        </w:rPr>
        <w:t xml:space="preserve"> </w:t>
      </w:r>
      <w:r w:rsidRPr="003E3418">
        <w:rPr>
          <w:rFonts w:ascii="Sakkal Majalla" w:hAnsi="Sakkal Majalla" w:cs="Sakkal Majalla"/>
          <w:sz w:val="24"/>
          <w:szCs w:val="24"/>
          <w:rtl/>
        </w:rPr>
        <w:t>حجم</w:t>
      </w:r>
      <w:r w:rsidRPr="003E3418">
        <w:rPr>
          <w:rFonts w:ascii="Sakkal Majalla" w:hAnsi="Sakkal Majalla" w:cs="Sakkal Majalla"/>
          <w:sz w:val="24"/>
        </w:rPr>
        <w:t xml:space="preserve"> </w:t>
      </w:r>
      <w:r w:rsidRPr="003E3418">
        <w:rPr>
          <w:rFonts w:ascii="Sakkal Majalla" w:hAnsi="Sakkal Majalla" w:cs="Sakkal Majalla"/>
          <w:sz w:val="24"/>
          <w:szCs w:val="24"/>
          <w:rtl/>
        </w:rPr>
        <w:t>المشكلة</w:t>
      </w:r>
      <w:r w:rsidRPr="003E3418">
        <w:rPr>
          <w:rFonts w:ascii="Sakkal Majalla" w:hAnsi="Sakkal Majalla" w:cs="Sakkal Majalla"/>
          <w:sz w:val="24"/>
        </w:rPr>
        <w:t xml:space="preserve">: </w:t>
      </w:r>
      <w:r w:rsidRPr="003E3418">
        <w:rPr>
          <w:rFonts w:ascii="Sakkal Majalla" w:hAnsi="Sakkal Majalla" w:cs="Sakkal Majalla"/>
          <w:sz w:val="24"/>
          <w:szCs w:val="24"/>
          <w:rtl/>
        </w:rPr>
        <w:t>تُشير</w:t>
      </w:r>
      <w:r w:rsidRPr="003E3418">
        <w:rPr>
          <w:rFonts w:ascii="Sakkal Majalla" w:hAnsi="Sakkal Majalla" w:cs="Sakkal Majalla"/>
          <w:sz w:val="24"/>
        </w:rPr>
        <w:t xml:space="preserve"> </w:t>
      </w:r>
      <w:r w:rsidRPr="003E3418">
        <w:rPr>
          <w:rFonts w:ascii="Sakkal Majalla" w:hAnsi="Sakkal Majalla" w:cs="Sakkal Majalla"/>
          <w:sz w:val="24"/>
          <w:szCs w:val="24"/>
          <w:rtl/>
        </w:rPr>
        <w:t>بيانات</w:t>
      </w:r>
      <w:r w:rsidRPr="003E3418">
        <w:rPr>
          <w:rFonts w:ascii="Sakkal Majalla" w:hAnsi="Sakkal Majalla" w:cs="Sakkal Majalla"/>
          <w:sz w:val="24"/>
        </w:rPr>
        <w:t xml:space="preserve"> </w:t>
      </w:r>
      <w:r w:rsidRPr="003E3418">
        <w:rPr>
          <w:rFonts w:ascii="Sakkal Majalla" w:hAnsi="Sakkal Majalla" w:cs="Sakkal Majalla"/>
          <w:sz w:val="24"/>
          <w:szCs w:val="24"/>
          <w:rtl/>
        </w:rPr>
        <w:t>منظمة</w:t>
      </w:r>
      <w:r w:rsidRPr="003E3418">
        <w:rPr>
          <w:rFonts w:ascii="Sakkal Majalla" w:hAnsi="Sakkal Majalla" w:cs="Sakkal Majalla"/>
          <w:sz w:val="24"/>
        </w:rPr>
        <w:t xml:space="preserve"> </w:t>
      </w:r>
      <w:r w:rsidRPr="003E3418">
        <w:rPr>
          <w:rFonts w:ascii="Sakkal Majalla" w:hAnsi="Sakkal Majalla" w:cs="Sakkal Majalla"/>
          <w:sz w:val="24"/>
          <w:szCs w:val="24"/>
          <w:rtl/>
        </w:rPr>
        <w:t>الشفافية</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الدولية</w:t>
      </w:r>
      <w:r w:rsidRPr="003E3418">
        <w:rPr>
          <w:rFonts w:ascii="Sakkal Majalla" w:hAnsi="Sakkal Majalla" w:cs="Sakkal Majalla"/>
          <w:sz w:val="24"/>
        </w:rPr>
        <w:t xml:space="preserve"> (2023)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125 </w:t>
      </w:r>
      <w:r w:rsidRPr="003E3418">
        <w:rPr>
          <w:rFonts w:ascii="Sakkal Majalla" w:hAnsi="Sakkal Majalla" w:cs="Sakkal Majalla"/>
          <w:sz w:val="24"/>
          <w:szCs w:val="24"/>
          <w:rtl/>
        </w:rPr>
        <w:t>دولة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أصل</w:t>
      </w:r>
      <w:r w:rsidRPr="003E3418">
        <w:rPr>
          <w:rFonts w:ascii="Sakkal Majalla" w:hAnsi="Sakkal Majalla" w:cs="Sakkal Majalla"/>
          <w:sz w:val="24"/>
        </w:rPr>
        <w:t xml:space="preserve"> 180 </w:t>
      </w:r>
      <w:r w:rsidRPr="003E3418">
        <w:rPr>
          <w:rFonts w:ascii="Sakkal Majalla" w:hAnsi="Sakkal Majalla" w:cs="Sakkal Majalla"/>
          <w:sz w:val="24"/>
          <w:szCs w:val="24"/>
          <w:rtl/>
        </w:rPr>
        <w:t>تُسجّل</w:t>
      </w:r>
      <w:r w:rsidRPr="003E3418">
        <w:rPr>
          <w:rFonts w:ascii="Sakkal Majalla" w:hAnsi="Sakkal Majalla" w:cs="Sakkal Majalla"/>
          <w:sz w:val="24"/>
        </w:rPr>
        <w:t xml:space="preserve"> </w:t>
      </w:r>
      <w:r w:rsidRPr="003E3418">
        <w:rPr>
          <w:rFonts w:ascii="Sakkal Majalla" w:hAnsi="Sakkal Majalla" w:cs="Sakkal Majalla"/>
          <w:sz w:val="24"/>
          <w:szCs w:val="24"/>
          <w:rtl/>
        </w:rPr>
        <w:t>درجات</w:t>
      </w:r>
      <w:r w:rsidRPr="003E3418">
        <w:rPr>
          <w:rFonts w:ascii="Sakkal Majalla" w:hAnsi="Sakkal Majalla" w:cs="Sakkal Majalla"/>
          <w:sz w:val="24"/>
        </w:rPr>
        <w:t xml:space="preserve"> </w:t>
      </w:r>
      <w:r w:rsidRPr="003E3418">
        <w:rPr>
          <w:rFonts w:ascii="Sakkal Majalla" w:hAnsi="Sakkal Majalla" w:cs="Sakkal Majalla"/>
          <w:sz w:val="24"/>
          <w:szCs w:val="24"/>
          <w:rtl/>
        </w:rPr>
        <w:t>أقل</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50 </w:t>
      </w:r>
      <w:r w:rsidRPr="003E3418">
        <w:rPr>
          <w:rFonts w:ascii="Sakkal Majalla" w:hAnsi="Sakkal Majalla" w:cs="Sakkal Majalla"/>
          <w:sz w:val="24"/>
          <w:szCs w:val="24"/>
          <w:rtl/>
        </w:rPr>
        <w:t>نقطة</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مؤشر</w:t>
      </w:r>
      <w:r w:rsidRPr="003E3418">
        <w:rPr>
          <w:rFonts w:ascii="Sakkal Majalla" w:hAnsi="Sakkal Majalla" w:cs="Sakkal Majalla"/>
          <w:sz w:val="24"/>
        </w:rPr>
        <w:t xml:space="preserve"> CPI</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مما</w:t>
      </w:r>
      <w:r w:rsidRPr="003E3418">
        <w:rPr>
          <w:rFonts w:ascii="Sakkal Majalla" w:hAnsi="Sakkal Majalla" w:cs="Sakkal Majalla"/>
          <w:sz w:val="24"/>
        </w:rPr>
        <w:t xml:space="preserve"> </w:t>
      </w:r>
      <w:r w:rsidRPr="003E3418">
        <w:rPr>
          <w:rFonts w:ascii="Sakkal Majalla" w:hAnsi="Sakkal Majalla" w:cs="Sakkal Majalla"/>
          <w:sz w:val="24"/>
          <w:szCs w:val="24"/>
          <w:rtl/>
        </w:rPr>
        <w:t>يعني</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أغلب</w:t>
      </w:r>
      <w:r w:rsidRPr="003E3418">
        <w:rPr>
          <w:rFonts w:ascii="Sakkal Majalla" w:hAnsi="Sakkal Majalla" w:cs="Sakkal Majalla"/>
          <w:sz w:val="24"/>
        </w:rPr>
        <w:t xml:space="preserve"> </w:t>
      </w:r>
      <w:r w:rsidRPr="003E3418">
        <w:rPr>
          <w:rFonts w:ascii="Sakkal Majalla" w:hAnsi="Sakkal Majalla" w:cs="Sakkal Majalla"/>
          <w:sz w:val="24"/>
          <w:szCs w:val="24"/>
          <w:rtl/>
        </w:rPr>
        <w:t>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العالم</w:t>
      </w:r>
      <w:r w:rsidRPr="003E3418">
        <w:rPr>
          <w:rFonts w:ascii="Sakkal Majalla" w:hAnsi="Sakkal Majalla" w:cs="Sakkal Majalla"/>
          <w:sz w:val="24"/>
        </w:rPr>
        <w:t xml:space="preserve"> </w:t>
      </w:r>
      <w:r w:rsidRPr="003E3418">
        <w:rPr>
          <w:rFonts w:ascii="Sakkal Majalla" w:hAnsi="Sakkal Majalla" w:cs="Sakkal Majalla"/>
          <w:sz w:val="24"/>
          <w:szCs w:val="24"/>
          <w:rtl/>
        </w:rPr>
        <w:t>تعاني</w:t>
      </w:r>
      <w:r w:rsidRPr="003E3418">
        <w:rPr>
          <w:rFonts w:ascii="Sakkal Majalla" w:hAnsi="Sakkal Majalla" w:cs="Sakkal Majalla"/>
          <w:sz w:val="24"/>
        </w:rPr>
        <w:t xml:space="preserve"> </w:t>
      </w:r>
      <w:r w:rsidRPr="003E3418">
        <w:rPr>
          <w:rFonts w:ascii="Sakkal Majalla" w:hAnsi="Sakkal Majalla" w:cs="Sakkal Majalla"/>
          <w:sz w:val="24"/>
          <w:szCs w:val="24"/>
          <w:rtl/>
        </w:rPr>
        <w:t>فساداً</w:t>
      </w:r>
      <w:r w:rsidRPr="003E3418">
        <w:rPr>
          <w:rFonts w:ascii="Sakkal Majalla" w:hAnsi="Sakkal Majalla" w:cs="Sakkal Majalla"/>
          <w:sz w:val="24"/>
        </w:rPr>
        <w:t xml:space="preserve"> </w:t>
      </w:r>
      <w:r w:rsidRPr="003E3418">
        <w:rPr>
          <w:rFonts w:ascii="Sakkal Majalla" w:hAnsi="Sakkal Majalla" w:cs="Sakkal Majalla"/>
          <w:sz w:val="24"/>
          <w:szCs w:val="24"/>
          <w:rtl/>
        </w:rPr>
        <w:t>مرتفعاً</w:t>
      </w:r>
      <w:r w:rsidRPr="003E3418">
        <w:rPr>
          <w:rFonts w:ascii="Sakkal Majalla" w:hAnsi="Sakkal Majalla" w:cs="Sakkal Majalla"/>
          <w:sz w:val="24"/>
        </w:rPr>
        <w:t xml:space="preserve"> </w:t>
      </w:r>
      <w:r w:rsidRPr="003E3418">
        <w:rPr>
          <w:rFonts w:ascii="Sakkal Majalla" w:hAnsi="Sakkal Majalla" w:cs="Sakkal Majalla"/>
          <w:sz w:val="24"/>
          <w:szCs w:val="24"/>
          <w:rtl/>
        </w:rPr>
        <w:t>أو</w:t>
      </w:r>
      <w:r w:rsidRPr="003E3418">
        <w:rPr>
          <w:rFonts w:ascii="Sakkal Majalla" w:hAnsi="Sakkal Majalla" w:cs="Sakkal Majalla"/>
          <w:sz w:val="24"/>
        </w:rPr>
        <w:t xml:space="preserve"> </w:t>
      </w:r>
      <w:r w:rsidRPr="003E3418">
        <w:rPr>
          <w:rFonts w:ascii="Sakkal Majalla" w:hAnsi="Sakkal Majalla" w:cs="Sakkal Majalla"/>
          <w:sz w:val="24"/>
          <w:szCs w:val="24"/>
          <w:rtl/>
        </w:rPr>
        <w:t>مرتفعاً</w:t>
      </w:r>
      <w:r w:rsidRPr="003E3418">
        <w:rPr>
          <w:rFonts w:ascii="Sakkal Majalla" w:hAnsi="Sakkal Majalla" w:cs="Sakkal Majalla"/>
          <w:sz w:val="24"/>
        </w:rPr>
        <w:t xml:space="preserve"> </w:t>
      </w:r>
      <w:r w:rsidRPr="003E3418">
        <w:rPr>
          <w:rFonts w:ascii="Sakkal Majalla" w:hAnsi="Sakkal Majalla" w:cs="Sakkal Majalla"/>
          <w:sz w:val="24"/>
          <w:szCs w:val="24"/>
          <w:rtl/>
        </w:rPr>
        <w:t>جداً</w:t>
      </w:r>
      <w:r w:rsidRPr="003E3418">
        <w:rPr>
          <w:rFonts w:ascii="Sakkal Majalla" w:hAnsi="Sakkal Majalla" w:cs="Sakkal Majalla"/>
          <w:sz w:val="24"/>
        </w:rPr>
        <w:t xml:space="preserve">. </w:t>
      </w:r>
      <w:r w:rsidRPr="003E3418">
        <w:rPr>
          <w:rFonts w:ascii="Sakkal Majalla" w:hAnsi="Sakkal Majalla" w:cs="Sakkal Majalla"/>
          <w:sz w:val="24"/>
          <w:szCs w:val="24"/>
          <w:rtl/>
        </w:rPr>
        <w:t>وفي</w:t>
      </w:r>
      <w:r w:rsidRPr="003E3418">
        <w:rPr>
          <w:rFonts w:ascii="Sakkal Majalla" w:hAnsi="Sakkal Majalla" w:cs="Sakkal Majalla"/>
          <w:sz w:val="24"/>
        </w:rPr>
        <w:t xml:space="preserve"> </w:t>
      </w:r>
      <w:r w:rsidRPr="003E3418">
        <w:rPr>
          <w:rFonts w:ascii="Sakkal Majalla" w:hAnsi="Sakkal Majalla" w:cs="Sakkal Majalla"/>
          <w:sz w:val="24"/>
          <w:szCs w:val="24"/>
          <w:rtl/>
        </w:rPr>
        <w:t>الوقت</w:t>
      </w:r>
      <w:r w:rsidRPr="003E3418">
        <w:rPr>
          <w:rFonts w:ascii="Sakkal Majalla" w:hAnsi="Sakkal Majalla" w:cs="Sakkal Majalla"/>
          <w:sz w:val="24"/>
        </w:rPr>
        <w:t xml:space="preserve"> </w:t>
      </w:r>
      <w:r w:rsidRPr="003E3418">
        <w:rPr>
          <w:rFonts w:ascii="Sakkal Majalla" w:hAnsi="Sakkal Majalla" w:cs="Sakkal Majalla"/>
          <w:sz w:val="24"/>
          <w:szCs w:val="24"/>
          <w:rtl/>
        </w:rPr>
        <w:t>ذاته</w:t>
      </w:r>
      <w:r w:rsidRPr="003E3418">
        <w:rPr>
          <w:rFonts w:ascii="Sakkal Majalla" w:hAnsi="Sakkal Majalla" w:cs="Sakkal Majalla"/>
          <w:sz w:val="24"/>
        </w:rPr>
        <w:t xml:space="preserve"> </w:t>
      </w:r>
      <w:r w:rsidRPr="003E3418">
        <w:rPr>
          <w:rFonts w:ascii="Sakkal Majalla" w:hAnsi="Sakkal Majalla" w:cs="Sakkal Majalla"/>
          <w:sz w:val="24"/>
          <w:szCs w:val="24"/>
          <w:rtl/>
        </w:rPr>
        <w:t>تُشير</w:t>
      </w:r>
      <w:r w:rsidRPr="003E3418">
        <w:rPr>
          <w:rFonts w:ascii="Sakkal Majalla" w:hAnsi="Sakkal Majalla" w:cs="Sakkal Majalla"/>
          <w:sz w:val="24"/>
        </w:rPr>
        <w:t xml:space="preserve"> </w:t>
      </w:r>
      <w:r w:rsidRPr="003E3418">
        <w:rPr>
          <w:rFonts w:ascii="Sakkal Majalla" w:hAnsi="Sakkal Majalla" w:cs="Sakkal Majalla"/>
          <w:sz w:val="24"/>
          <w:szCs w:val="24"/>
          <w:rtl/>
        </w:rPr>
        <w:t>قاعدة</w:t>
      </w:r>
      <w:r w:rsidRPr="003E3418">
        <w:rPr>
          <w:rFonts w:ascii="Sakkal Majalla" w:hAnsi="Sakkal Majalla" w:cs="Sakkal Majalla"/>
          <w:sz w:val="24"/>
        </w:rPr>
        <w:t xml:space="preserve"> PIP </w:t>
      </w:r>
      <w:r w:rsidRPr="003E3418">
        <w:rPr>
          <w:rFonts w:ascii="Sakkal Majalla" w:hAnsi="Sakkal Majalla" w:cs="Sakkal Majalla"/>
          <w:sz w:val="24"/>
          <w:szCs w:val="24"/>
          <w:rtl/>
        </w:rPr>
        <w:t>للبنك</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الدولي</w:t>
      </w:r>
      <w:r w:rsidRPr="003E3418">
        <w:rPr>
          <w:rFonts w:ascii="Sakkal Majalla" w:hAnsi="Sakkal Majalla" w:cs="Sakkal Majalla"/>
          <w:sz w:val="24"/>
        </w:rPr>
        <w:t xml:space="preserve"> (2022)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نحو</w:t>
      </w:r>
      <w:r w:rsidRPr="003E3418">
        <w:rPr>
          <w:rFonts w:ascii="Sakkal Majalla" w:hAnsi="Sakkal Majalla" w:cs="Sakkal Majalla"/>
          <w:sz w:val="24"/>
        </w:rPr>
        <w:t xml:space="preserve"> 700 </w:t>
      </w:r>
      <w:r w:rsidRPr="003E3418">
        <w:rPr>
          <w:rFonts w:ascii="Sakkal Majalla" w:hAnsi="Sakkal Majalla" w:cs="Sakkal Majalla"/>
          <w:sz w:val="24"/>
          <w:szCs w:val="24"/>
          <w:rtl/>
        </w:rPr>
        <w:t>مليون</w:t>
      </w:r>
      <w:r w:rsidRPr="003E3418">
        <w:rPr>
          <w:rFonts w:ascii="Sakkal Majalla" w:hAnsi="Sakkal Majalla" w:cs="Sakkal Majalla"/>
          <w:sz w:val="24"/>
        </w:rPr>
        <w:t xml:space="preserve"> </w:t>
      </w:r>
      <w:r w:rsidRPr="003E3418">
        <w:rPr>
          <w:rFonts w:ascii="Sakkal Majalla" w:hAnsi="Sakkal Majalla" w:cs="Sakkal Majalla"/>
          <w:sz w:val="24"/>
          <w:szCs w:val="24"/>
          <w:rtl/>
        </w:rPr>
        <w:t>إنسان</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يزالون</w:t>
      </w:r>
      <w:r w:rsidRPr="003E3418">
        <w:rPr>
          <w:rFonts w:ascii="Sakkal Majalla" w:hAnsi="Sakkal Majalla" w:cs="Sakkal Majalla"/>
          <w:sz w:val="24"/>
        </w:rPr>
        <w:t xml:space="preserve"> </w:t>
      </w:r>
      <w:r w:rsidRPr="003E3418">
        <w:rPr>
          <w:rFonts w:ascii="Sakkal Majalla" w:hAnsi="Sakkal Majalla" w:cs="Sakkal Majalla"/>
          <w:sz w:val="24"/>
          <w:szCs w:val="24"/>
          <w:rtl/>
        </w:rPr>
        <w:t>يعيشون</w:t>
      </w:r>
      <w:r w:rsidRPr="003E3418">
        <w:rPr>
          <w:rFonts w:ascii="Sakkal Majalla" w:hAnsi="Sakkal Majalla" w:cs="Sakkal Majalla"/>
          <w:sz w:val="24"/>
        </w:rPr>
        <w:t xml:space="preserve"> </w:t>
      </w:r>
      <w:r w:rsidRPr="003E3418">
        <w:rPr>
          <w:rFonts w:ascii="Sakkal Majalla" w:hAnsi="Sakkal Majalla" w:cs="Sakkal Majalla"/>
          <w:sz w:val="24"/>
          <w:szCs w:val="24"/>
          <w:rtl/>
        </w:rPr>
        <w:t>دون</w:t>
      </w:r>
      <w:r w:rsidRPr="003E3418">
        <w:rPr>
          <w:rFonts w:ascii="Sakkal Majalla" w:hAnsi="Sakkal Majalla" w:cs="Sakkal Majalla"/>
          <w:sz w:val="24"/>
        </w:rPr>
        <w:t xml:space="preserve"> </w:t>
      </w:r>
      <w:r w:rsidRPr="003E3418">
        <w:rPr>
          <w:rFonts w:ascii="Sakkal Majalla" w:hAnsi="Sakkal Majalla" w:cs="Sakkal Majalla"/>
          <w:sz w:val="24"/>
          <w:szCs w:val="24"/>
          <w:rtl/>
        </w:rPr>
        <w:t>خط</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المدقع</w:t>
      </w:r>
      <w:r w:rsidRPr="003E3418">
        <w:rPr>
          <w:rFonts w:ascii="Sakkal Majalla" w:hAnsi="Sakkal Majalla" w:cs="Sakkal Majalla"/>
          <w:sz w:val="24"/>
        </w:rPr>
        <w:t xml:space="preserve"> (2.15 </w:t>
      </w:r>
      <w:r w:rsidRPr="003E3418">
        <w:rPr>
          <w:rFonts w:ascii="Sakkal Majalla" w:hAnsi="Sakkal Majalla" w:cs="Sakkal Majalla"/>
          <w:sz w:val="24"/>
          <w:szCs w:val="24"/>
          <w:rtl/>
        </w:rPr>
        <w:t>دولار</w:t>
      </w:r>
      <w:r w:rsidRPr="003E3418">
        <w:rPr>
          <w:rFonts w:ascii="Sakkal Majalla" w:hAnsi="Sakkal Majalla" w:cs="Sakkal Majalla"/>
          <w:sz w:val="24"/>
        </w:rPr>
        <w:t xml:space="preserve"> </w:t>
      </w:r>
      <w:r w:rsidRPr="003E3418">
        <w:rPr>
          <w:rFonts w:ascii="Sakkal Majalla" w:hAnsi="Sakkal Majalla" w:cs="Sakkal Majalla"/>
          <w:sz w:val="24"/>
          <w:szCs w:val="24"/>
          <w:rtl/>
        </w:rPr>
        <w:t>يومياً</w:t>
      </w:r>
      <w:r w:rsidRPr="003E3418">
        <w:rPr>
          <w:rFonts w:ascii="Sakkal Majalla" w:hAnsi="Sakkal Majalla" w:cs="Sakkal Majalla"/>
          <w:sz w:val="24"/>
        </w:rPr>
        <w:t>)</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يتركّز</w:t>
      </w:r>
      <w:r w:rsidRPr="003E3418">
        <w:rPr>
          <w:rFonts w:ascii="Sakkal Majalla" w:hAnsi="Sakkal Majalla" w:cs="Sakkal Majalla"/>
          <w:sz w:val="24"/>
        </w:rPr>
        <w:t xml:space="preserve"> </w:t>
      </w:r>
      <w:r w:rsidRPr="003E3418">
        <w:rPr>
          <w:rFonts w:ascii="Sakkal Majalla" w:hAnsi="Sakkal Majalla" w:cs="Sakkal Majalla"/>
          <w:sz w:val="24"/>
          <w:szCs w:val="24"/>
          <w:rtl/>
        </w:rPr>
        <w:t>معظمهم</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ذات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المرتفعة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ليست</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مصادفة</w:t>
      </w:r>
      <w:r w:rsidRPr="003E3418">
        <w:rPr>
          <w:rFonts w:ascii="Sakkal Majalla" w:hAnsi="Sakkal Majalla" w:cs="Sakkal Majalla"/>
          <w:sz w:val="24"/>
        </w:rPr>
        <w:t xml:space="preserve"> </w:t>
      </w:r>
      <w:r w:rsidRPr="003E3418">
        <w:rPr>
          <w:rFonts w:ascii="Sakkal Majalla" w:hAnsi="Sakkal Majalla" w:cs="Sakkal Majalla"/>
          <w:sz w:val="24"/>
          <w:szCs w:val="24"/>
          <w:rtl/>
        </w:rPr>
        <w:t>إحصائية</w:t>
      </w:r>
      <w:r w:rsidRPr="003E3418">
        <w:rPr>
          <w:rFonts w:ascii="Sakkal Majalla" w:hAnsi="Sakkal Majalla" w:cs="Sakkal Majalla"/>
          <w:sz w:val="24"/>
        </w:rPr>
        <w:t xml:space="preserve"> </w:t>
      </w:r>
      <w:r w:rsidRPr="003E3418">
        <w:rPr>
          <w:rFonts w:ascii="Sakkal Majalla" w:hAnsi="Sakkal Majalla" w:cs="Sakkal Majalla"/>
          <w:sz w:val="24"/>
          <w:szCs w:val="24"/>
          <w:rtl/>
        </w:rPr>
        <w:t>بل</w:t>
      </w:r>
      <w:r w:rsidRPr="003E3418">
        <w:rPr>
          <w:rFonts w:ascii="Sakkal Majalla" w:hAnsi="Sakkal Majalla" w:cs="Sakkal Majalla"/>
          <w:sz w:val="24"/>
        </w:rPr>
        <w:t xml:space="preserve"> </w:t>
      </w:r>
      <w:r w:rsidRPr="003E3418">
        <w:rPr>
          <w:rFonts w:ascii="Sakkal Majalla" w:hAnsi="Sakkal Majalla" w:cs="Sakkal Majalla"/>
          <w:sz w:val="24"/>
          <w:szCs w:val="24"/>
          <w:rtl/>
        </w:rPr>
        <w:t>انعكاس</w:t>
      </w:r>
      <w:r w:rsidRPr="003E3418">
        <w:rPr>
          <w:rFonts w:ascii="Sakkal Majalla" w:hAnsi="Sakkal Majalla" w:cs="Sakkal Majalla"/>
          <w:sz w:val="24"/>
        </w:rPr>
        <w:t xml:space="preserve"> </w:t>
      </w:r>
      <w:r w:rsidRPr="003E3418">
        <w:rPr>
          <w:rFonts w:ascii="Sakkal Majalla" w:hAnsi="Sakkal Majalla" w:cs="Sakkal Majalla"/>
          <w:sz w:val="24"/>
          <w:szCs w:val="24"/>
          <w:rtl/>
        </w:rPr>
        <w:t>لآليات</w:t>
      </w:r>
      <w:r w:rsidRPr="003E3418">
        <w:rPr>
          <w:rFonts w:ascii="Sakkal Majalla" w:hAnsi="Sakkal Majalla" w:cs="Sakkal Majalla"/>
          <w:sz w:val="24"/>
        </w:rPr>
        <w:t xml:space="preserve"> </w:t>
      </w:r>
      <w:r w:rsidRPr="003E3418">
        <w:rPr>
          <w:rFonts w:ascii="Sakkal Majalla" w:hAnsi="Sakkal Majalla" w:cs="Sakkal Majalla"/>
          <w:sz w:val="24"/>
          <w:szCs w:val="24"/>
          <w:rtl/>
        </w:rPr>
        <w:t>اشتغال</w:t>
      </w:r>
      <w:r w:rsidRPr="003E3418">
        <w:rPr>
          <w:rFonts w:ascii="Sakkal Majalla" w:hAnsi="Sakkal Majalla" w:cs="Sakkal Majalla"/>
          <w:sz w:val="24"/>
        </w:rPr>
        <w:t xml:space="preserve"> </w:t>
      </w:r>
      <w:r w:rsidRPr="003E3418">
        <w:rPr>
          <w:rFonts w:ascii="Sakkal Majalla" w:hAnsi="Sakkal Majalla" w:cs="Sakkal Majalla"/>
          <w:sz w:val="24"/>
          <w:szCs w:val="24"/>
          <w:rtl/>
        </w:rPr>
        <w:t>عميقة</w:t>
      </w:r>
      <w:r w:rsidRPr="003E3418">
        <w:rPr>
          <w:rFonts w:ascii="Sakkal Majalla" w:hAnsi="Sakkal Majalla" w:cs="Sakkal Majalla"/>
          <w:sz w:val="24"/>
        </w:rPr>
        <w:t xml:space="preserve"> </w:t>
      </w:r>
      <w:r w:rsidRPr="003E3418">
        <w:rPr>
          <w:rFonts w:ascii="Sakkal Majalla" w:hAnsi="Sakkal Majalla" w:cs="Sakkal Majalla"/>
          <w:sz w:val="24"/>
          <w:szCs w:val="24"/>
          <w:rtl/>
        </w:rPr>
        <w:t>تسعى</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تشريحها</w:t>
      </w:r>
      <w:r w:rsidRPr="003E3418">
        <w:rPr>
          <w:rFonts w:ascii="Sakkal Majalla" w:hAnsi="Sakkal Majalla" w:cs="Sakkal Majalla"/>
          <w:sz w:val="24"/>
        </w:rPr>
        <w:t>.</w:t>
      </w:r>
    </w:p>
    <w:p w14:paraId="4BD7845E"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lastRenderedPageBreak/>
        <w:t>أ</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السياق</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الدولي</w:t>
      </w:r>
    </w:p>
    <w:p w14:paraId="25FDE317"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شهدت</w:t>
      </w:r>
      <w:r w:rsidRPr="003E3418">
        <w:rPr>
          <w:rFonts w:ascii="Sakkal Majalla" w:hAnsi="Sakkal Majalla" w:cs="Sakkal Majalla"/>
          <w:sz w:val="24"/>
        </w:rPr>
        <w:t xml:space="preserve"> </w:t>
      </w:r>
      <w:r w:rsidRPr="003E3418">
        <w:rPr>
          <w:rFonts w:ascii="Sakkal Majalla" w:hAnsi="Sakkal Majalla" w:cs="Sakkal Majalla"/>
          <w:sz w:val="24"/>
          <w:szCs w:val="24"/>
          <w:rtl/>
        </w:rPr>
        <w:t>العقود</w:t>
      </w:r>
      <w:r w:rsidRPr="003E3418">
        <w:rPr>
          <w:rFonts w:ascii="Sakkal Majalla" w:hAnsi="Sakkal Majalla" w:cs="Sakkal Majalla"/>
          <w:sz w:val="24"/>
        </w:rPr>
        <w:t xml:space="preserve"> </w:t>
      </w:r>
      <w:r w:rsidRPr="003E3418">
        <w:rPr>
          <w:rFonts w:ascii="Sakkal Majalla" w:hAnsi="Sakkal Majalla" w:cs="Sakkal Majalla"/>
          <w:sz w:val="24"/>
          <w:szCs w:val="24"/>
          <w:rtl/>
        </w:rPr>
        <w:t>الثلاثة</w:t>
      </w:r>
      <w:r w:rsidRPr="003E3418">
        <w:rPr>
          <w:rFonts w:ascii="Sakkal Majalla" w:hAnsi="Sakkal Majalla" w:cs="Sakkal Majalla"/>
          <w:sz w:val="24"/>
        </w:rPr>
        <w:t xml:space="preserve"> </w:t>
      </w:r>
      <w:r w:rsidRPr="003E3418">
        <w:rPr>
          <w:rFonts w:ascii="Sakkal Majalla" w:hAnsi="Sakkal Majalla" w:cs="Sakkal Majalla"/>
          <w:sz w:val="24"/>
          <w:szCs w:val="24"/>
          <w:rtl/>
        </w:rPr>
        <w:t>الأخيرة</w:t>
      </w:r>
      <w:r w:rsidRPr="003E3418">
        <w:rPr>
          <w:rFonts w:ascii="Sakkal Majalla" w:hAnsi="Sakkal Majalla" w:cs="Sakkal Majalla"/>
          <w:sz w:val="24"/>
        </w:rPr>
        <w:t xml:space="preserve"> </w:t>
      </w:r>
      <w:r w:rsidRPr="003E3418">
        <w:rPr>
          <w:rFonts w:ascii="Sakkal Majalla" w:hAnsi="Sakkal Majalla" w:cs="Sakkal Majalla"/>
          <w:sz w:val="24"/>
          <w:szCs w:val="24"/>
          <w:rtl/>
        </w:rPr>
        <w:t>تحولاً</w:t>
      </w:r>
      <w:r w:rsidRPr="003E3418">
        <w:rPr>
          <w:rFonts w:ascii="Sakkal Majalla" w:hAnsi="Sakkal Majalla" w:cs="Sakkal Majalla"/>
          <w:sz w:val="24"/>
        </w:rPr>
        <w:t xml:space="preserve"> </w:t>
      </w:r>
      <w:r w:rsidRPr="003E3418">
        <w:rPr>
          <w:rFonts w:ascii="Sakkal Majalla" w:hAnsi="Sakkal Majalla" w:cs="Sakkal Majalla"/>
          <w:sz w:val="24"/>
          <w:szCs w:val="24"/>
          <w:rtl/>
        </w:rPr>
        <w:t>نوعياً</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كيفية</w:t>
      </w:r>
      <w:r w:rsidRPr="003E3418">
        <w:rPr>
          <w:rFonts w:ascii="Sakkal Majalla" w:hAnsi="Sakkal Majalla" w:cs="Sakkal Majalla"/>
          <w:sz w:val="24"/>
        </w:rPr>
        <w:t xml:space="preserve"> </w:t>
      </w:r>
      <w:r w:rsidRPr="003E3418">
        <w:rPr>
          <w:rFonts w:ascii="Sakkal Majalla" w:hAnsi="Sakkal Majalla" w:cs="Sakkal Majalla"/>
          <w:sz w:val="24"/>
          <w:szCs w:val="24"/>
          <w:rtl/>
        </w:rPr>
        <w:t>تناول</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الدولي</w:t>
      </w:r>
      <w:r w:rsidRPr="003E3418">
        <w:rPr>
          <w:rFonts w:ascii="Sakkal Majalla" w:hAnsi="Sakkal Majalla" w:cs="Sakkal Majalla"/>
          <w:sz w:val="24"/>
        </w:rPr>
        <w:t xml:space="preserve"> </w:t>
      </w:r>
      <w:r w:rsidRPr="003E3418">
        <w:rPr>
          <w:rFonts w:ascii="Sakkal Majalla" w:hAnsi="Sakkal Majalla" w:cs="Sakkal Majalla"/>
          <w:sz w:val="24"/>
          <w:szCs w:val="24"/>
          <w:rtl/>
        </w:rPr>
        <w:t>لظاهرة</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إذ</w:t>
      </w:r>
      <w:r w:rsidRPr="003E3418">
        <w:rPr>
          <w:rFonts w:ascii="Sakkal Majalla" w:hAnsi="Sakkal Majalla" w:cs="Sakkal Majalla"/>
          <w:sz w:val="24"/>
        </w:rPr>
        <w:t xml:space="preserve"> </w:t>
      </w:r>
      <w:r w:rsidRPr="003E3418">
        <w:rPr>
          <w:rFonts w:ascii="Sakkal Majalla" w:hAnsi="Sakkal Majalla" w:cs="Sakkal Majalla"/>
          <w:sz w:val="24"/>
          <w:szCs w:val="24"/>
          <w:rtl/>
        </w:rPr>
        <w:t>انتقل</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الوصفي</w:t>
      </w:r>
      <w:r w:rsidRPr="003E3418">
        <w:rPr>
          <w:rFonts w:ascii="Sakkal Majalla" w:hAnsi="Sakkal Majalla" w:cs="Sakkal Majalla"/>
          <w:sz w:val="24"/>
        </w:rPr>
        <w:t xml:space="preserve"> </w:t>
      </w:r>
      <w:r w:rsidRPr="003E3418">
        <w:rPr>
          <w:rFonts w:ascii="Sakkal Majalla" w:hAnsi="Sakkal Majalla" w:cs="Sakkal Majalla"/>
          <w:sz w:val="24"/>
          <w:szCs w:val="24"/>
          <w:rtl/>
        </w:rPr>
        <w:t>الأخلاقي</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القياس</w:t>
      </w:r>
      <w:r w:rsidRPr="003E3418">
        <w:rPr>
          <w:rFonts w:ascii="Sakkal Majalla" w:hAnsi="Sakkal Majalla" w:cs="Sakkal Majalla"/>
          <w:sz w:val="24"/>
        </w:rPr>
        <w:t xml:space="preserve"> </w:t>
      </w:r>
      <w:r w:rsidRPr="003E3418">
        <w:rPr>
          <w:rFonts w:ascii="Sakkal Majalla" w:hAnsi="Sakkal Majalla" w:cs="Sakkal Majalla"/>
          <w:sz w:val="24"/>
          <w:szCs w:val="24"/>
          <w:rtl/>
        </w:rPr>
        <w:t>التجريبي</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w:t>
      </w:r>
      <w:r w:rsidRPr="003E3418">
        <w:rPr>
          <w:rFonts w:ascii="Sakkal Majalla" w:hAnsi="Sakkal Majalla" w:cs="Sakkal Majalla"/>
          <w:sz w:val="24"/>
        </w:rPr>
        <w:t xml:space="preserve">. </w:t>
      </w:r>
      <w:r w:rsidRPr="003E3418">
        <w:rPr>
          <w:rFonts w:ascii="Sakkal Majalla" w:hAnsi="Sakkal Majalla" w:cs="Sakkal Majalla"/>
          <w:sz w:val="24"/>
          <w:szCs w:val="24"/>
          <w:rtl/>
        </w:rPr>
        <w:t>وقد</w:t>
      </w:r>
      <w:r w:rsidRPr="003E3418">
        <w:rPr>
          <w:rFonts w:ascii="Sakkal Majalla" w:hAnsi="Sakkal Majalla" w:cs="Sakkal Majalla"/>
          <w:sz w:val="24"/>
        </w:rPr>
        <w:t xml:space="preserve"> </w:t>
      </w:r>
      <w:r w:rsidRPr="003E3418">
        <w:rPr>
          <w:rFonts w:ascii="Sakkal Majalla" w:hAnsi="Sakkal Majalla" w:cs="Sakkal Majalla"/>
          <w:sz w:val="24"/>
          <w:szCs w:val="24"/>
          <w:rtl/>
        </w:rPr>
        <w:t>دفع</w:t>
      </w:r>
      <w:r w:rsidRPr="003E3418">
        <w:rPr>
          <w:rFonts w:ascii="Sakkal Majalla" w:hAnsi="Sakkal Majalla" w:cs="Sakkal Majalla"/>
          <w:sz w:val="24"/>
        </w:rPr>
        <w:t xml:space="preserve"> </w:t>
      </w:r>
      <w:r w:rsidRPr="003E3418">
        <w:rPr>
          <w:rFonts w:ascii="Sakkal Majalla" w:hAnsi="Sakkal Majalla" w:cs="Sakkal Majalla"/>
          <w:sz w:val="24"/>
          <w:szCs w:val="24"/>
          <w:rtl/>
        </w:rPr>
        <w:t>البنك</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الدولي</w:t>
      </w:r>
      <w:r w:rsidRPr="003E3418">
        <w:rPr>
          <w:rFonts w:ascii="Sakkal Majalla" w:hAnsi="Sakkal Majalla" w:cs="Sakkal Majalla"/>
          <w:sz w:val="24"/>
        </w:rPr>
        <w:t xml:space="preserve"> </w:t>
      </w:r>
      <w:r w:rsidRPr="003E3418">
        <w:rPr>
          <w:rFonts w:ascii="Sakkal Majalla" w:hAnsi="Sakkal Majalla" w:cs="Sakkal Majalla"/>
          <w:sz w:val="24"/>
          <w:szCs w:val="24"/>
          <w:rtl/>
        </w:rPr>
        <w:t>بجدول</w:t>
      </w:r>
      <w:r w:rsidRPr="003E3418">
        <w:rPr>
          <w:rFonts w:ascii="Sakkal Majalla" w:hAnsi="Sakkal Majalla" w:cs="Sakkal Majalla"/>
          <w:sz w:val="24"/>
        </w:rPr>
        <w:t xml:space="preserve"> </w:t>
      </w:r>
      <w:r w:rsidRPr="003E3418">
        <w:rPr>
          <w:rFonts w:ascii="Sakkal Majalla" w:hAnsi="Sakkal Majalla" w:cs="Sakkal Majalla"/>
          <w:sz w:val="24"/>
          <w:szCs w:val="24"/>
          <w:rtl/>
        </w:rPr>
        <w:t>أعمال</w:t>
      </w:r>
      <w:r w:rsidRPr="003E3418">
        <w:rPr>
          <w:rFonts w:ascii="Sakkal Majalla" w:hAnsi="Sakkal Majalla" w:cs="Sakkal Majalla"/>
          <w:sz w:val="24"/>
        </w:rPr>
        <w:t xml:space="preserve"> </w:t>
      </w:r>
      <w:r w:rsidRPr="003E3418">
        <w:rPr>
          <w:rFonts w:ascii="Sakkal Majalla" w:hAnsi="Sakkal Majalla" w:cs="Sakkal Majalla"/>
          <w:sz w:val="24"/>
          <w:szCs w:val="24"/>
          <w:rtl/>
        </w:rPr>
        <w:t>مكافحة</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الواجهة</w:t>
      </w:r>
      <w:r w:rsidRPr="003E3418">
        <w:rPr>
          <w:rFonts w:ascii="Sakkal Majalla" w:hAnsi="Sakkal Majalla" w:cs="Sakkal Majalla"/>
          <w:sz w:val="24"/>
        </w:rPr>
        <w:t xml:space="preserve"> </w:t>
      </w:r>
      <w:r w:rsidRPr="003E3418">
        <w:rPr>
          <w:rFonts w:ascii="Sakkal Majalla" w:hAnsi="Sakkal Majalla" w:cs="Sakkal Majalla"/>
          <w:sz w:val="24"/>
          <w:szCs w:val="24"/>
          <w:rtl/>
        </w:rPr>
        <w:t>منذ</w:t>
      </w:r>
      <w:r w:rsidRPr="003E3418">
        <w:rPr>
          <w:rFonts w:ascii="Sakkal Majalla" w:hAnsi="Sakkal Majalla" w:cs="Sakkal Majalla"/>
          <w:sz w:val="24"/>
        </w:rPr>
        <w:t xml:space="preserve"> </w:t>
      </w:r>
      <w:r w:rsidRPr="003E3418">
        <w:rPr>
          <w:rFonts w:ascii="Sakkal Majalla" w:hAnsi="Sakkal Majalla" w:cs="Sakkal Majalla"/>
          <w:sz w:val="24"/>
          <w:szCs w:val="24"/>
          <w:rtl/>
        </w:rPr>
        <w:t>التسعينيات</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سياق</w:t>
      </w:r>
      <w:r w:rsidRPr="003E3418">
        <w:rPr>
          <w:rFonts w:ascii="Sakkal Majalla" w:hAnsi="Sakkal Majalla" w:cs="Sakkal Majalla"/>
          <w:sz w:val="24"/>
        </w:rPr>
        <w:t xml:space="preserve"> </w:t>
      </w:r>
      <w:r w:rsidRPr="003E3418">
        <w:rPr>
          <w:rFonts w:ascii="Sakkal Majalla" w:hAnsi="Sakkal Majalla" w:cs="Sakkal Majalla"/>
          <w:sz w:val="24"/>
          <w:szCs w:val="24"/>
          <w:rtl/>
        </w:rPr>
        <w:t>أوسع</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إصلاحات</w:t>
      </w:r>
      <w:r w:rsidRPr="003E3418">
        <w:rPr>
          <w:rFonts w:ascii="Sakkal Majalla" w:hAnsi="Sakkal Majalla" w:cs="Sakkal Majalla"/>
          <w:sz w:val="24"/>
        </w:rPr>
        <w:t xml:space="preserve"> </w:t>
      </w:r>
      <w:r w:rsidRPr="003E3418">
        <w:rPr>
          <w:rFonts w:ascii="Sakkal Majalla" w:hAnsi="Sakkal Majalla" w:cs="Sakkal Majalla"/>
          <w:sz w:val="24"/>
          <w:szCs w:val="24"/>
          <w:rtl/>
        </w:rPr>
        <w:t>الحوكمة،</w:t>
      </w:r>
      <w:r w:rsidRPr="003E3418">
        <w:rPr>
          <w:rFonts w:ascii="Sakkal Majalla" w:hAnsi="Sakkal Majalla" w:cs="Sakkal Majalla"/>
          <w:sz w:val="24"/>
        </w:rPr>
        <w:t xml:space="preserve"> </w:t>
      </w:r>
      <w:r w:rsidRPr="003E3418">
        <w:rPr>
          <w:rFonts w:ascii="Sakkal Majalla" w:hAnsi="Sakkal Majalla" w:cs="Sakkal Majalla"/>
          <w:sz w:val="24"/>
          <w:szCs w:val="24"/>
          <w:rtl/>
        </w:rPr>
        <w:t>فيما</w:t>
      </w:r>
      <w:r w:rsidRPr="003E3418">
        <w:rPr>
          <w:rFonts w:ascii="Sakkal Majalla" w:hAnsi="Sakkal Majalla" w:cs="Sakkal Majalla"/>
          <w:sz w:val="24"/>
        </w:rPr>
        <w:t xml:space="preserve"> </w:t>
      </w:r>
      <w:r w:rsidRPr="003E3418">
        <w:rPr>
          <w:rFonts w:ascii="Sakkal Majalla" w:hAnsi="Sakkal Majalla" w:cs="Sakkal Majalla"/>
          <w:sz w:val="24"/>
          <w:szCs w:val="24"/>
          <w:rtl/>
        </w:rPr>
        <w:t>أصدر</w:t>
      </w:r>
      <w:r w:rsidRPr="003E3418">
        <w:rPr>
          <w:rFonts w:ascii="Sakkal Majalla" w:hAnsi="Sakkal Majalla" w:cs="Sakkal Majalla"/>
          <w:sz w:val="24"/>
        </w:rPr>
        <w:t xml:space="preserve"> </w:t>
      </w:r>
      <w:r w:rsidRPr="003E3418">
        <w:rPr>
          <w:rFonts w:ascii="Sakkal Majalla" w:hAnsi="Sakkal Majalla" w:cs="Sakkal Majalla"/>
          <w:sz w:val="24"/>
          <w:szCs w:val="24"/>
          <w:rtl/>
        </w:rPr>
        <w:t>صندوق</w:t>
      </w:r>
      <w:r w:rsidRPr="003E3418">
        <w:rPr>
          <w:rFonts w:ascii="Sakkal Majalla" w:hAnsi="Sakkal Majalla" w:cs="Sakkal Majalla"/>
          <w:sz w:val="24"/>
        </w:rPr>
        <w:t xml:space="preserve"> </w:t>
      </w:r>
      <w:r w:rsidRPr="003E3418">
        <w:rPr>
          <w:rFonts w:ascii="Sakkal Majalla" w:hAnsi="Sakkal Majalla" w:cs="Sakkal Majalla"/>
          <w:sz w:val="24"/>
          <w:szCs w:val="24"/>
          <w:rtl/>
        </w:rPr>
        <w:t>النقد</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الدولي</w:t>
      </w:r>
      <w:r w:rsidRPr="003E3418">
        <w:rPr>
          <w:rFonts w:ascii="Sakkal Majalla" w:hAnsi="Sakkal Majalla" w:cs="Sakkal Majalla"/>
          <w:sz w:val="24"/>
        </w:rPr>
        <w:t xml:space="preserve"> </w:t>
      </w:r>
      <w:r w:rsidRPr="003E3418">
        <w:rPr>
          <w:rFonts w:ascii="Sakkal Majalla" w:hAnsi="Sakkal Majalla" w:cs="Sakkal Majalla"/>
          <w:sz w:val="24"/>
          <w:szCs w:val="24"/>
          <w:rtl/>
        </w:rPr>
        <w:t>تقارير</w:t>
      </w:r>
      <w:r w:rsidRPr="003E3418">
        <w:rPr>
          <w:rFonts w:ascii="Sakkal Majalla" w:hAnsi="Sakkal Majalla" w:cs="Sakkal Majalla"/>
          <w:sz w:val="24"/>
        </w:rPr>
        <w:t xml:space="preserve"> </w:t>
      </w:r>
      <w:r w:rsidRPr="003E3418">
        <w:rPr>
          <w:rFonts w:ascii="Sakkal Majalla" w:hAnsi="Sakkal Majalla" w:cs="Sakkal Majalla"/>
          <w:sz w:val="24"/>
          <w:szCs w:val="24"/>
          <w:rtl/>
        </w:rPr>
        <w:t>تُثبت</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يُكبّد</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w:t>
      </w:r>
      <w:r w:rsidRPr="003E3418">
        <w:rPr>
          <w:rFonts w:ascii="Sakkal Majalla" w:hAnsi="Sakkal Majalla" w:cs="Sakkal Majalla"/>
          <w:sz w:val="24"/>
        </w:rPr>
        <w:t xml:space="preserve"> </w:t>
      </w:r>
      <w:r w:rsidRPr="003E3418">
        <w:rPr>
          <w:rFonts w:ascii="Sakkal Majalla" w:hAnsi="Sakkal Majalla" w:cs="Sakkal Majalla"/>
          <w:sz w:val="24"/>
          <w:szCs w:val="24"/>
          <w:rtl/>
        </w:rPr>
        <w:t>العالمي</w:t>
      </w:r>
      <w:r w:rsidRPr="003E3418">
        <w:rPr>
          <w:rFonts w:ascii="Sakkal Majalla" w:hAnsi="Sakkal Majalla" w:cs="Sakkal Majalla"/>
          <w:sz w:val="24"/>
        </w:rPr>
        <w:t xml:space="preserve"> </w:t>
      </w:r>
      <w:r w:rsidRPr="003E3418">
        <w:rPr>
          <w:rFonts w:ascii="Sakkal Majalla" w:hAnsi="Sakkal Majalla" w:cs="Sakkal Majalla"/>
          <w:sz w:val="24"/>
          <w:szCs w:val="24"/>
          <w:rtl/>
        </w:rPr>
        <w:t>ما</w:t>
      </w:r>
      <w:r w:rsidRPr="003E3418">
        <w:rPr>
          <w:rFonts w:ascii="Sakkal Majalla" w:hAnsi="Sakkal Majalla" w:cs="Sakkal Majalla"/>
          <w:sz w:val="24"/>
        </w:rPr>
        <w:t xml:space="preserve"> </w:t>
      </w:r>
      <w:r w:rsidRPr="003E3418">
        <w:rPr>
          <w:rFonts w:ascii="Sakkal Majalla" w:hAnsi="Sakkal Majalla" w:cs="Sakkal Majalla"/>
          <w:sz w:val="24"/>
          <w:szCs w:val="24"/>
          <w:rtl/>
        </w:rPr>
        <w:t>يزيد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تريليوني</w:t>
      </w:r>
      <w:r w:rsidRPr="003E3418">
        <w:rPr>
          <w:rFonts w:ascii="Sakkal Majalla" w:hAnsi="Sakkal Majalla" w:cs="Sakkal Majalla"/>
          <w:sz w:val="24"/>
        </w:rPr>
        <w:t xml:space="preserve"> </w:t>
      </w:r>
      <w:r w:rsidRPr="003E3418">
        <w:rPr>
          <w:rFonts w:ascii="Sakkal Majalla" w:hAnsi="Sakkal Majalla" w:cs="Sakkal Majalla"/>
          <w:sz w:val="24"/>
          <w:szCs w:val="24"/>
          <w:rtl/>
        </w:rPr>
        <w:t>دولار</w:t>
      </w:r>
      <w:r w:rsidRPr="003E3418">
        <w:rPr>
          <w:rFonts w:ascii="Sakkal Majalla" w:hAnsi="Sakkal Majalla" w:cs="Sakkal Majalla"/>
          <w:sz w:val="24"/>
        </w:rPr>
        <w:t xml:space="preserve"> </w:t>
      </w:r>
      <w:r w:rsidRPr="003E3418">
        <w:rPr>
          <w:rFonts w:ascii="Sakkal Majalla" w:hAnsi="Sakkal Majalla" w:cs="Sakkal Majalla"/>
          <w:sz w:val="24"/>
          <w:szCs w:val="24"/>
          <w:rtl/>
        </w:rPr>
        <w:t>سنوياً</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شكل</w:t>
      </w:r>
      <w:r w:rsidRPr="003E3418">
        <w:rPr>
          <w:rFonts w:ascii="Sakkal Majalla" w:hAnsi="Sakkal Majalla" w:cs="Sakkal Majalla"/>
          <w:sz w:val="24"/>
        </w:rPr>
        <w:t xml:space="preserve"> </w:t>
      </w:r>
      <w:r w:rsidRPr="003E3418">
        <w:rPr>
          <w:rFonts w:ascii="Sakkal Majalla" w:hAnsi="Sakkal Majalla" w:cs="Sakkal Majalla"/>
          <w:sz w:val="24"/>
          <w:szCs w:val="24"/>
          <w:rtl/>
        </w:rPr>
        <w:t>خسائر</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مباشرة</w:t>
      </w:r>
      <w:r w:rsidRPr="003E3418">
        <w:rPr>
          <w:rFonts w:ascii="Sakkal Majalla" w:hAnsi="Sakkal Majalla" w:cs="Sakkal Majalla"/>
          <w:sz w:val="24"/>
        </w:rPr>
        <w:t xml:space="preserve"> </w:t>
      </w:r>
      <w:r w:rsidRPr="003E3418">
        <w:rPr>
          <w:rFonts w:ascii="Sakkal Majalla" w:hAnsi="Sakkal Majalla" w:cs="Sakkal Majalla"/>
          <w:sz w:val="24"/>
          <w:szCs w:val="24"/>
          <w:rtl/>
        </w:rPr>
        <w:t>وغير</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مباشرة</w:t>
      </w:r>
      <w:r w:rsidRPr="003E3418">
        <w:rPr>
          <w:rFonts w:ascii="Sakkal Majalla" w:hAnsi="Sakkal Majalla" w:cs="Sakkal Majalla"/>
          <w:sz w:val="24"/>
        </w:rPr>
        <w:t>.</w:t>
      </w:r>
    </w:p>
    <w:p w14:paraId="17FDB423"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وعلى</w:t>
      </w:r>
      <w:r w:rsidRPr="003E3418">
        <w:rPr>
          <w:rFonts w:ascii="Sakkal Majalla" w:hAnsi="Sakkal Majalla" w:cs="Sakkal Majalla"/>
          <w:sz w:val="24"/>
        </w:rPr>
        <w:t xml:space="preserve"> </w:t>
      </w:r>
      <w:r w:rsidRPr="003E3418">
        <w:rPr>
          <w:rFonts w:ascii="Sakkal Majalla" w:hAnsi="Sakkal Majalla" w:cs="Sakkal Majalla"/>
          <w:sz w:val="24"/>
          <w:szCs w:val="24"/>
          <w:rtl/>
        </w:rPr>
        <w:t>صعيد</w:t>
      </w:r>
      <w:r w:rsidRPr="003E3418">
        <w:rPr>
          <w:rFonts w:ascii="Sakkal Majalla" w:hAnsi="Sakkal Majalla" w:cs="Sakkal Majalla"/>
          <w:sz w:val="24"/>
        </w:rPr>
        <w:t xml:space="preserve"> </w:t>
      </w:r>
      <w:r w:rsidRPr="003E3418">
        <w:rPr>
          <w:rFonts w:ascii="Sakkal Majalla" w:hAnsi="Sakkal Majalla" w:cs="Sakkal Majalla"/>
          <w:sz w:val="24"/>
          <w:szCs w:val="24"/>
          <w:rtl/>
        </w:rPr>
        <w:t>الأطر</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الدولية،</w:t>
      </w:r>
      <w:r w:rsidRPr="003E3418">
        <w:rPr>
          <w:rFonts w:ascii="Sakkal Majalla" w:hAnsi="Sakkal Majalla" w:cs="Sakkal Majalla"/>
          <w:sz w:val="24"/>
        </w:rPr>
        <w:t xml:space="preserve"> </w:t>
      </w:r>
      <w:r w:rsidRPr="003E3418">
        <w:rPr>
          <w:rFonts w:ascii="Sakkal Majalla" w:hAnsi="Sakkal Majalla" w:cs="Sakkal Majalla"/>
          <w:sz w:val="24"/>
          <w:szCs w:val="24"/>
          <w:rtl/>
        </w:rPr>
        <w:t>أدرجت</w:t>
      </w:r>
      <w:r w:rsidRPr="003E3418">
        <w:rPr>
          <w:rFonts w:ascii="Sakkal Majalla" w:hAnsi="Sakkal Majalla" w:cs="Sakkal Majalla"/>
          <w:sz w:val="24"/>
        </w:rPr>
        <w:t xml:space="preserve"> </w:t>
      </w:r>
      <w:r w:rsidRPr="003E3418">
        <w:rPr>
          <w:rFonts w:ascii="Sakkal Majalla" w:hAnsi="Sakkal Majalla" w:cs="Sakkal Majalla"/>
          <w:sz w:val="24"/>
          <w:szCs w:val="24"/>
          <w:rtl/>
        </w:rPr>
        <w:t>الأمم</w:t>
      </w:r>
      <w:r w:rsidRPr="003E3418">
        <w:rPr>
          <w:rFonts w:ascii="Sakkal Majalla" w:hAnsi="Sakkal Majalla" w:cs="Sakkal Majalla"/>
          <w:sz w:val="24"/>
        </w:rPr>
        <w:t xml:space="preserve"> </w:t>
      </w:r>
      <w:r w:rsidRPr="003E3418">
        <w:rPr>
          <w:rFonts w:ascii="Sakkal Majalla" w:hAnsi="Sakkal Majalla" w:cs="Sakkal Majalla"/>
          <w:sz w:val="24"/>
          <w:szCs w:val="24"/>
          <w:rtl/>
        </w:rPr>
        <w:t>المتحدة</w:t>
      </w:r>
      <w:r w:rsidRPr="003E3418">
        <w:rPr>
          <w:rFonts w:ascii="Sakkal Majalla" w:hAnsi="Sakkal Majalla" w:cs="Sakkal Majalla"/>
          <w:sz w:val="24"/>
        </w:rPr>
        <w:t xml:space="preserve"> </w:t>
      </w:r>
      <w:r w:rsidRPr="003E3418">
        <w:rPr>
          <w:rFonts w:ascii="Sakkal Majalla" w:hAnsi="Sakkal Majalla" w:cs="Sakkal Majalla"/>
          <w:sz w:val="24"/>
          <w:szCs w:val="24"/>
          <w:rtl/>
        </w:rPr>
        <w:t>مكافحة</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صراحةً</w:t>
      </w:r>
      <w:r w:rsidRPr="003E3418">
        <w:rPr>
          <w:rFonts w:ascii="Sakkal Majalla" w:hAnsi="Sakkal Majalla" w:cs="Sakkal Majalla"/>
          <w:sz w:val="24"/>
        </w:rPr>
        <w:t xml:space="preserve"> </w:t>
      </w:r>
      <w:r w:rsidRPr="003E3418">
        <w:rPr>
          <w:rFonts w:ascii="Sakkal Majalla" w:hAnsi="Sakkal Majalla" w:cs="Sakkal Majalla"/>
          <w:sz w:val="24"/>
          <w:szCs w:val="24"/>
          <w:rtl/>
        </w:rPr>
        <w:t>ضمن</w:t>
      </w:r>
      <w:r w:rsidRPr="003E3418">
        <w:rPr>
          <w:rFonts w:ascii="Sakkal Majalla" w:hAnsi="Sakkal Majalla" w:cs="Sakkal Majalla"/>
          <w:sz w:val="24"/>
        </w:rPr>
        <w:t xml:space="preserve"> </w:t>
      </w:r>
      <w:r w:rsidRPr="003E3418">
        <w:rPr>
          <w:rFonts w:ascii="Sakkal Majalla" w:hAnsi="Sakkal Majalla" w:cs="Sakkal Majalla"/>
          <w:sz w:val="24"/>
          <w:szCs w:val="24"/>
          <w:rtl/>
        </w:rPr>
        <w:t>الهدف</w:t>
      </w:r>
      <w:r w:rsidRPr="003E3418">
        <w:rPr>
          <w:rFonts w:ascii="Sakkal Majalla" w:hAnsi="Sakkal Majalla" w:cs="Sakkal Majalla"/>
          <w:sz w:val="24"/>
        </w:rPr>
        <w:t xml:space="preserve"> </w:t>
      </w:r>
      <w:r w:rsidRPr="003E3418">
        <w:rPr>
          <w:rFonts w:ascii="Sakkal Majalla" w:hAnsi="Sakkal Majalla" w:cs="Sakkal Majalla"/>
          <w:sz w:val="24"/>
          <w:szCs w:val="24"/>
          <w:rtl/>
        </w:rPr>
        <w:t>السادس</w:t>
      </w:r>
      <w:r w:rsidRPr="003E3418">
        <w:rPr>
          <w:rFonts w:ascii="Sakkal Majalla" w:hAnsi="Sakkal Majalla" w:cs="Sakkal Majalla"/>
          <w:sz w:val="24"/>
        </w:rPr>
        <w:t xml:space="preserve"> </w:t>
      </w:r>
      <w:r w:rsidRPr="003E3418">
        <w:rPr>
          <w:rFonts w:ascii="Sakkal Majalla" w:hAnsi="Sakkal Majalla" w:cs="Sakkal Majalla"/>
          <w:sz w:val="24"/>
          <w:szCs w:val="24"/>
          <w:rtl/>
        </w:rPr>
        <w:t>عشر</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أهداف</w:t>
      </w:r>
      <w:r w:rsidRPr="003E3418">
        <w:rPr>
          <w:rFonts w:ascii="Sakkal Majalla" w:hAnsi="Sakkal Majalla" w:cs="Sakkal Majalla"/>
          <w:sz w:val="24"/>
        </w:rPr>
        <w:t xml:space="preserve"> </w:t>
      </w:r>
      <w:r w:rsidRPr="003E3418">
        <w:rPr>
          <w:rFonts w:ascii="Sakkal Majalla" w:hAnsi="Sakkal Majalla" w:cs="Sakkal Majalla"/>
          <w:sz w:val="24"/>
          <w:szCs w:val="24"/>
          <w:rtl/>
        </w:rPr>
        <w:t>التنمية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المستدامة</w:t>
      </w:r>
      <w:r w:rsidRPr="003E3418">
        <w:rPr>
          <w:rFonts w:ascii="Sakkal Majalla" w:hAnsi="Sakkal Majalla" w:cs="Sakkal Majalla"/>
          <w:sz w:val="24"/>
        </w:rPr>
        <w:t xml:space="preserve"> (SDGs) </w:t>
      </w:r>
      <w:r w:rsidRPr="003E3418">
        <w:rPr>
          <w:rFonts w:ascii="Sakkal Majalla" w:hAnsi="Sakkal Majalla" w:cs="Sakkal Majalla"/>
          <w:sz w:val="24"/>
          <w:szCs w:val="24"/>
          <w:rtl/>
        </w:rPr>
        <w:t>الداعي</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بناء</w:t>
      </w:r>
      <w:r w:rsidRPr="003E3418">
        <w:rPr>
          <w:rFonts w:ascii="Sakkal Majalla" w:hAnsi="Sakkal Majalla" w:cs="Sakkal Majalla"/>
          <w:sz w:val="24"/>
        </w:rPr>
        <w:t xml:space="preserve"> </w:t>
      </w:r>
      <w:r w:rsidRPr="003E3418">
        <w:rPr>
          <w:rFonts w:ascii="Sakkal Majalla" w:hAnsi="Sakkal Majalla" w:cs="Sakkal Majalla"/>
          <w:sz w:val="24"/>
          <w:szCs w:val="24"/>
          <w:rtl/>
        </w:rPr>
        <w:t>مؤسسات</w:t>
      </w:r>
      <w:r w:rsidRPr="003E3418">
        <w:rPr>
          <w:rFonts w:ascii="Sakkal Majalla" w:hAnsi="Sakkal Majalla" w:cs="Sakkal Majalla"/>
          <w:sz w:val="24"/>
        </w:rPr>
        <w:t xml:space="preserve"> </w:t>
      </w:r>
      <w:r w:rsidRPr="003E3418">
        <w:rPr>
          <w:rFonts w:ascii="Sakkal Majalla" w:hAnsi="Sakkal Majalla" w:cs="Sakkal Majalla"/>
          <w:sz w:val="24"/>
          <w:szCs w:val="24"/>
          <w:rtl/>
        </w:rPr>
        <w:t>فاعلة</w:t>
      </w:r>
      <w:r w:rsidRPr="003E3418">
        <w:rPr>
          <w:rFonts w:ascii="Sakkal Majalla" w:hAnsi="Sakkal Majalla" w:cs="Sakkal Majalla"/>
          <w:sz w:val="24"/>
        </w:rPr>
        <w:t xml:space="preserve"> </w:t>
      </w:r>
      <w:r w:rsidRPr="003E3418">
        <w:rPr>
          <w:rFonts w:ascii="Sakkal Majalla" w:hAnsi="Sakkal Majalla" w:cs="Sakkal Majalla"/>
          <w:sz w:val="24"/>
          <w:szCs w:val="24"/>
          <w:rtl/>
        </w:rPr>
        <w:t>وخاضعة</w:t>
      </w:r>
      <w:r w:rsidRPr="003E3418">
        <w:rPr>
          <w:rFonts w:ascii="Sakkal Majalla" w:hAnsi="Sakkal Majalla" w:cs="Sakkal Majalla"/>
          <w:sz w:val="24"/>
        </w:rPr>
        <w:t xml:space="preserve"> </w:t>
      </w:r>
      <w:r w:rsidRPr="003E3418">
        <w:rPr>
          <w:rFonts w:ascii="Sakkal Majalla" w:hAnsi="Sakkal Majalla" w:cs="Sakkal Majalla"/>
          <w:sz w:val="24"/>
          <w:szCs w:val="24"/>
          <w:rtl/>
        </w:rPr>
        <w:t>للمساءلة</w:t>
      </w:r>
      <w:r w:rsidRPr="003E3418">
        <w:rPr>
          <w:rFonts w:ascii="Sakkal Majalla" w:hAnsi="Sakkal Majalla" w:cs="Sakkal Majalla"/>
          <w:sz w:val="24"/>
        </w:rPr>
        <w:t xml:space="preserve"> </w:t>
      </w:r>
      <w:r w:rsidRPr="003E3418">
        <w:rPr>
          <w:rFonts w:ascii="Sakkal Majalla" w:hAnsi="Sakkal Majalla" w:cs="Sakkal Majalla"/>
          <w:sz w:val="24"/>
          <w:szCs w:val="24"/>
          <w:rtl/>
        </w:rPr>
        <w:t>وشاملة،</w:t>
      </w:r>
      <w:r w:rsidRPr="003E3418">
        <w:rPr>
          <w:rFonts w:ascii="Sakkal Majalla" w:hAnsi="Sakkal Majalla" w:cs="Sakkal Majalla"/>
          <w:sz w:val="24"/>
        </w:rPr>
        <w:t xml:space="preserve"> </w:t>
      </w:r>
      <w:r w:rsidRPr="003E3418">
        <w:rPr>
          <w:rFonts w:ascii="Sakkal Majalla" w:hAnsi="Sakkal Majalla" w:cs="Sakkal Majalla"/>
          <w:sz w:val="24"/>
          <w:szCs w:val="24"/>
          <w:rtl/>
        </w:rPr>
        <w:t>مما</w:t>
      </w:r>
      <w:r w:rsidRPr="003E3418">
        <w:rPr>
          <w:rFonts w:ascii="Sakkal Majalla" w:hAnsi="Sakkal Majalla" w:cs="Sakkal Majalla"/>
          <w:sz w:val="24"/>
        </w:rPr>
        <w:t xml:space="preserve"> </w:t>
      </w:r>
      <w:r w:rsidRPr="003E3418">
        <w:rPr>
          <w:rFonts w:ascii="Sakkal Majalla" w:hAnsi="Sakkal Majalla" w:cs="Sakkal Majalla"/>
          <w:sz w:val="24"/>
          <w:szCs w:val="24"/>
          <w:rtl/>
        </w:rPr>
        <w:t>يجعل</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رافداً</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مباشراً</w:t>
      </w:r>
      <w:r w:rsidRPr="003E3418">
        <w:rPr>
          <w:rFonts w:ascii="Sakkal Majalla" w:hAnsi="Sakkal Majalla" w:cs="Sakkal Majalla"/>
          <w:sz w:val="24"/>
        </w:rPr>
        <w:t xml:space="preserve"> </w:t>
      </w:r>
      <w:r w:rsidRPr="003E3418">
        <w:rPr>
          <w:rFonts w:ascii="Sakkal Majalla" w:hAnsi="Sakkal Majalla" w:cs="Sakkal Majalla"/>
          <w:sz w:val="24"/>
          <w:szCs w:val="24"/>
          <w:rtl/>
        </w:rPr>
        <w:t>لقياس</w:t>
      </w:r>
      <w:r w:rsidRPr="003E3418">
        <w:rPr>
          <w:rFonts w:ascii="Sakkal Majalla" w:hAnsi="Sakkal Majalla" w:cs="Sakkal Majalla"/>
          <w:sz w:val="24"/>
        </w:rPr>
        <w:t xml:space="preserve"> </w:t>
      </w:r>
      <w:r w:rsidRPr="003E3418">
        <w:rPr>
          <w:rFonts w:ascii="Sakkal Majalla" w:hAnsi="Sakkal Majalla" w:cs="Sakkal Majalla"/>
          <w:sz w:val="24"/>
          <w:szCs w:val="24"/>
          <w:rtl/>
        </w:rPr>
        <w:t>تقدّم</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الهدف</w:t>
      </w:r>
      <w:r w:rsidRPr="003E3418">
        <w:rPr>
          <w:rFonts w:ascii="Sakkal Majalla" w:hAnsi="Sakkal Majalla" w:cs="Sakkal Majalla"/>
          <w:sz w:val="24"/>
        </w:rPr>
        <w:t xml:space="preserve"> </w:t>
      </w:r>
      <w:r w:rsidRPr="003E3418">
        <w:rPr>
          <w:rFonts w:ascii="Sakkal Majalla" w:hAnsi="Sakkal Majalla" w:cs="Sakkal Majalla"/>
          <w:sz w:val="24"/>
          <w:szCs w:val="24"/>
          <w:rtl/>
        </w:rPr>
        <w:t>وفهم</w:t>
      </w:r>
      <w:r w:rsidRPr="003E3418">
        <w:rPr>
          <w:rFonts w:ascii="Sakkal Majalla" w:hAnsi="Sakkal Majalla" w:cs="Sakkal Majalla"/>
          <w:sz w:val="24"/>
        </w:rPr>
        <w:t xml:space="preserve"> </w:t>
      </w:r>
      <w:r w:rsidRPr="003E3418">
        <w:rPr>
          <w:rFonts w:ascii="Sakkal Majalla" w:hAnsi="Sakkal Majalla" w:cs="Sakkal Majalla"/>
          <w:sz w:val="24"/>
          <w:szCs w:val="24"/>
          <w:rtl/>
        </w:rPr>
        <w:t>محدداته</w:t>
      </w:r>
      <w:r w:rsidRPr="003E3418">
        <w:rPr>
          <w:rFonts w:ascii="Sakkal Majalla" w:hAnsi="Sakkal Majalla" w:cs="Sakkal Majalla"/>
          <w:sz w:val="24"/>
        </w:rPr>
        <w:t>.</w:t>
      </w:r>
    </w:p>
    <w:p w14:paraId="7AF460D4"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ب</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الفجوة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في</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الأدبيات</w:t>
      </w:r>
    </w:p>
    <w:p w14:paraId="0C33951D"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رغم</w:t>
      </w:r>
      <w:r w:rsidRPr="003E3418">
        <w:rPr>
          <w:rFonts w:ascii="Sakkal Majalla" w:hAnsi="Sakkal Majalla" w:cs="Sakkal Majalla"/>
          <w:sz w:val="24"/>
        </w:rPr>
        <w:t xml:space="preserve"> </w:t>
      </w:r>
      <w:r w:rsidRPr="003E3418">
        <w:rPr>
          <w:rFonts w:ascii="Sakkal Majalla" w:hAnsi="Sakkal Majalla" w:cs="Sakkal Majalla"/>
          <w:sz w:val="24"/>
          <w:szCs w:val="24"/>
          <w:rtl/>
        </w:rPr>
        <w:t>الزخم</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البحثي</w:t>
      </w:r>
      <w:r w:rsidRPr="003E3418">
        <w:rPr>
          <w:rFonts w:ascii="Sakkal Majalla" w:hAnsi="Sakkal Majalla" w:cs="Sakkal Majalla"/>
          <w:sz w:val="24"/>
        </w:rPr>
        <w:t xml:space="preserve"> </w:t>
      </w:r>
      <w:r w:rsidRPr="003E3418">
        <w:rPr>
          <w:rFonts w:ascii="Sakkal Majalla" w:hAnsi="Sakkal Majalla" w:cs="Sakkal Majalla"/>
          <w:sz w:val="24"/>
          <w:szCs w:val="24"/>
          <w:rtl/>
        </w:rPr>
        <w:t>الكبير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الحقل،</w:t>
      </w:r>
      <w:r w:rsidRPr="003E3418">
        <w:rPr>
          <w:rFonts w:ascii="Sakkal Majalla" w:hAnsi="Sakkal Majalla" w:cs="Sakkal Majalla"/>
          <w:sz w:val="24"/>
        </w:rPr>
        <w:t xml:space="preserve"> </w:t>
      </w:r>
      <w:r w:rsidRPr="003E3418">
        <w:rPr>
          <w:rFonts w:ascii="Sakkal Majalla" w:hAnsi="Sakkal Majalla" w:cs="Sakkal Majalla"/>
          <w:sz w:val="24"/>
          <w:szCs w:val="24"/>
          <w:rtl/>
        </w:rPr>
        <w:t>تبقى</w:t>
      </w:r>
      <w:r w:rsidRPr="003E3418">
        <w:rPr>
          <w:rFonts w:ascii="Sakkal Majalla" w:hAnsi="Sakkal Majalla" w:cs="Sakkal Majalla"/>
          <w:sz w:val="24"/>
        </w:rPr>
        <w:t xml:space="preserve"> </w:t>
      </w:r>
      <w:r w:rsidRPr="003E3418">
        <w:rPr>
          <w:rFonts w:ascii="Sakkal Majalla" w:hAnsi="Sakkal Majalla" w:cs="Sakkal Majalla"/>
          <w:sz w:val="24"/>
          <w:szCs w:val="24"/>
          <w:rtl/>
        </w:rPr>
        <w:t>ثلاث</w:t>
      </w:r>
      <w:r w:rsidRPr="003E3418">
        <w:rPr>
          <w:rFonts w:ascii="Sakkal Majalla" w:hAnsi="Sakkal Majalla" w:cs="Sakkal Majalla"/>
          <w:sz w:val="24"/>
        </w:rPr>
        <w:t xml:space="preserve"> </w:t>
      </w:r>
      <w:r w:rsidRPr="003E3418">
        <w:rPr>
          <w:rFonts w:ascii="Sakkal Majalla" w:hAnsi="Sakkal Majalla" w:cs="Sakkal Majalla"/>
          <w:sz w:val="24"/>
          <w:szCs w:val="24"/>
          <w:rtl/>
        </w:rPr>
        <w:t>فجوات</w:t>
      </w:r>
      <w:r w:rsidRPr="003E3418">
        <w:rPr>
          <w:rFonts w:ascii="Sakkal Majalla" w:hAnsi="Sakkal Majalla" w:cs="Sakkal Majalla"/>
          <w:sz w:val="24"/>
        </w:rPr>
        <w:t xml:space="preserve"> </w:t>
      </w:r>
      <w:r w:rsidRPr="003E3418">
        <w:rPr>
          <w:rFonts w:ascii="Sakkal Majalla" w:hAnsi="Sakkal Majalla" w:cs="Sakkal Majalla"/>
          <w:sz w:val="24"/>
          <w:szCs w:val="24"/>
          <w:rtl/>
        </w:rPr>
        <w:t>جوهرية</w:t>
      </w:r>
      <w:r w:rsidRPr="003E3418">
        <w:rPr>
          <w:rFonts w:ascii="Sakkal Majalla" w:hAnsi="Sakkal Majalla" w:cs="Sakkal Majalla"/>
          <w:sz w:val="24"/>
        </w:rPr>
        <w:t xml:space="preserve"> </w:t>
      </w:r>
      <w:r w:rsidRPr="003E3418">
        <w:rPr>
          <w:rFonts w:ascii="Sakkal Majalla" w:hAnsi="Sakkal Majalla" w:cs="Sakkal Majalla"/>
          <w:sz w:val="24"/>
          <w:szCs w:val="24"/>
          <w:rtl/>
        </w:rPr>
        <w:t>غير</w:t>
      </w:r>
      <w:r w:rsidRPr="003E3418">
        <w:rPr>
          <w:rFonts w:ascii="Sakkal Majalla" w:hAnsi="Sakkal Majalla" w:cs="Sakkal Majalla"/>
          <w:sz w:val="24"/>
        </w:rPr>
        <w:t xml:space="preserve"> </w:t>
      </w:r>
      <w:r w:rsidRPr="003E3418">
        <w:rPr>
          <w:rFonts w:ascii="Sakkal Majalla" w:hAnsi="Sakkal Majalla" w:cs="Sakkal Majalla"/>
          <w:sz w:val="24"/>
          <w:szCs w:val="24"/>
          <w:rtl/>
        </w:rPr>
        <w:t>مسدودة</w:t>
      </w:r>
      <w:r w:rsidRPr="003E3418">
        <w:rPr>
          <w:rFonts w:ascii="Sakkal Majalla" w:hAnsi="Sakkal Majalla" w:cs="Sakkal Majalla"/>
          <w:sz w:val="24"/>
        </w:rPr>
        <w:t xml:space="preserve"> </w:t>
      </w:r>
      <w:r w:rsidRPr="003E3418">
        <w:rPr>
          <w:rFonts w:ascii="Sakkal Majalla" w:hAnsi="Sakkal Majalla" w:cs="Sakkal Majalla"/>
          <w:sz w:val="24"/>
          <w:szCs w:val="24"/>
          <w:rtl/>
        </w:rPr>
        <w:t>بصورة</w:t>
      </w:r>
      <w:r w:rsidRPr="003E3418">
        <w:rPr>
          <w:rFonts w:ascii="Sakkal Majalla" w:hAnsi="Sakkal Majalla" w:cs="Sakkal Majalla"/>
          <w:sz w:val="24"/>
        </w:rPr>
        <w:t xml:space="preserve"> </w:t>
      </w:r>
      <w:r w:rsidRPr="003E3418">
        <w:rPr>
          <w:rFonts w:ascii="Sakkal Majalla" w:hAnsi="Sakkal Majalla" w:cs="Sakkal Majalla"/>
          <w:sz w:val="24"/>
          <w:szCs w:val="24"/>
          <w:rtl/>
        </w:rPr>
        <w:t>مُرضية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الأدبيات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الراهنة</w:t>
      </w:r>
      <w:r w:rsidRPr="003E3418">
        <w:rPr>
          <w:rFonts w:ascii="Sakkal Majalla" w:hAnsi="Sakkal Majalla" w:cs="Sakkal Majalla"/>
          <w:sz w:val="24"/>
        </w:rPr>
        <w:t>:</w:t>
      </w:r>
    </w:p>
    <w:p w14:paraId="31EC22D2"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الفجوة</w:t>
      </w:r>
      <w:r w:rsidRPr="003E3418">
        <w:rPr>
          <w:rFonts w:ascii="Sakkal Majalla" w:hAnsi="Sakkal Majalla" w:cs="Sakkal Majalla"/>
          <w:sz w:val="24"/>
        </w:rPr>
        <w:t xml:space="preserve"> </w:t>
      </w:r>
      <w:r w:rsidRPr="003E3418">
        <w:rPr>
          <w:rFonts w:ascii="Sakkal Majalla" w:hAnsi="Sakkal Majalla" w:cs="Sakkal Majalla"/>
          <w:sz w:val="24"/>
          <w:szCs w:val="24"/>
          <w:rtl/>
        </w:rPr>
        <w:t>الأولى</w:t>
      </w:r>
      <w:r w:rsidRPr="003E3418">
        <w:rPr>
          <w:rFonts w:ascii="Sakkal Majalla" w:hAnsi="Sakkal Majalla" w:cs="Sakkal Majalla"/>
          <w:sz w:val="24"/>
        </w:rPr>
        <w:t xml:space="preserve"> — </w:t>
      </w:r>
      <w:r w:rsidRPr="003E3418">
        <w:rPr>
          <w:rFonts w:ascii="Sakkal Majalla" w:hAnsi="Sakkal Majalla" w:cs="Sakkal Majalla"/>
          <w:sz w:val="24"/>
          <w:szCs w:val="24"/>
          <w:rtl/>
        </w:rPr>
        <w:t>السببية</w:t>
      </w:r>
      <w:r w:rsidRPr="003E3418">
        <w:rPr>
          <w:rFonts w:ascii="Sakkal Majalla" w:hAnsi="Sakkal Majalla" w:cs="Sakkal Majalla"/>
          <w:sz w:val="24"/>
        </w:rPr>
        <w:t xml:space="preserve">: </w:t>
      </w:r>
      <w:r w:rsidRPr="003E3418">
        <w:rPr>
          <w:rFonts w:ascii="Sakkal Majalla" w:hAnsi="Sakkal Majalla" w:cs="Sakkal Majalla"/>
          <w:sz w:val="24"/>
          <w:szCs w:val="24"/>
          <w:rtl/>
        </w:rPr>
        <w:t>تُعاني</w:t>
      </w:r>
      <w:r w:rsidRPr="003E3418">
        <w:rPr>
          <w:rFonts w:ascii="Sakkal Majalla" w:hAnsi="Sakkal Majalla" w:cs="Sakkal Majalla"/>
          <w:sz w:val="24"/>
        </w:rPr>
        <w:t xml:space="preserve"> </w:t>
      </w:r>
      <w:r w:rsidRPr="003E3418">
        <w:rPr>
          <w:rFonts w:ascii="Sakkal Majalla" w:hAnsi="Sakkal Majalla" w:cs="Sakkal Majalla"/>
          <w:sz w:val="24"/>
          <w:szCs w:val="24"/>
          <w:rtl/>
        </w:rPr>
        <w:t>كثير</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الدراسات</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التحيّز</w:t>
      </w:r>
      <w:r w:rsidRPr="003E3418">
        <w:rPr>
          <w:rFonts w:ascii="Sakkal Majalla" w:hAnsi="Sakkal Majalla" w:cs="Sakkal Majalla"/>
          <w:sz w:val="24"/>
        </w:rPr>
        <w:t xml:space="preserve"> </w:t>
      </w:r>
      <w:r w:rsidRPr="003E3418">
        <w:rPr>
          <w:rFonts w:ascii="Sakkal Majalla" w:hAnsi="Sakkal Majalla" w:cs="Sakkal Majalla"/>
          <w:sz w:val="24"/>
          <w:szCs w:val="24"/>
          <w:rtl/>
        </w:rPr>
        <w:t>الناجم</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السببية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المعاكسة؛</w:t>
      </w:r>
      <w:r w:rsidRPr="003E3418">
        <w:rPr>
          <w:rFonts w:ascii="Sakkal Majalla" w:hAnsi="Sakkal Majalla" w:cs="Sakkal Majalla"/>
          <w:sz w:val="24"/>
        </w:rPr>
        <w:t xml:space="preserve"> </w:t>
      </w:r>
      <w:r w:rsidRPr="003E3418">
        <w:rPr>
          <w:rFonts w:ascii="Sakkal Majalla" w:hAnsi="Sakkal Majalla" w:cs="Sakkal Majalla"/>
          <w:sz w:val="24"/>
          <w:szCs w:val="24"/>
          <w:rtl/>
        </w:rPr>
        <w:t>إذ</w:t>
      </w:r>
      <w:r w:rsidRPr="003E3418">
        <w:rPr>
          <w:rFonts w:ascii="Sakkal Majalla" w:hAnsi="Sakkal Majalla" w:cs="Sakkal Majalla"/>
          <w:sz w:val="24"/>
        </w:rPr>
        <w:t xml:space="preserve"> </w:t>
      </w:r>
      <w:r w:rsidRPr="003E3418">
        <w:rPr>
          <w:rFonts w:ascii="Sakkal Majalla" w:hAnsi="Sakkal Majalla" w:cs="Sakkal Majalla"/>
          <w:sz w:val="24"/>
          <w:szCs w:val="24"/>
          <w:rtl/>
        </w:rPr>
        <w:t>قد</w:t>
      </w:r>
      <w:r w:rsidRPr="003E3418">
        <w:rPr>
          <w:rFonts w:ascii="Sakkal Majalla" w:hAnsi="Sakkal Majalla" w:cs="Sakkal Majalla"/>
          <w:sz w:val="24"/>
        </w:rPr>
        <w:t xml:space="preserve"> </w:t>
      </w:r>
      <w:r w:rsidRPr="003E3418">
        <w:rPr>
          <w:rFonts w:ascii="Sakkal Majalla" w:hAnsi="Sakkal Majalla" w:cs="Sakkal Majalla"/>
          <w:sz w:val="24"/>
          <w:szCs w:val="24"/>
          <w:rtl/>
        </w:rPr>
        <w:t>يُنتج</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ضعف</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الذي</w:t>
      </w:r>
      <w:r w:rsidRPr="003E3418">
        <w:rPr>
          <w:rFonts w:ascii="Sakkal Majalla" w:hAnsi="Sakkal Majalla" w:cs="Sakkal Majalla"/>
          <w:sz w:val="24"/>
        </w:rPr>
        <w:t xml:space="preserve"> </w:t>
      </w:r>
      <w:r w:rsidRPr="003E3418">
        <w:rPr>
          <w:rFonts w:ascii="Sakkal Majalla" w:hAnsi="Sakkal Majalla" w:cs="Sakkal Majalla"/>
          <w:sz w:val="24"/>
          <w:szCs w:val="24"/>
          <w:rtl/>
        </w:rPr>
        <w:t>بدوره</w:t>
      </w:r>
      <w:r w:rsidRPr="003E3418">
        <w:rPr>
          <w:rFonts w:ascii="Sakkal Majalla" w:hAnsi="Sakkal Majalla" w:cs="Sakkal Majalla"/>
          <w:sz w:val="24"/>
        </w:rPr>
        <w:t xml:space="preserve"> </w:t>
      </w:r>
      <w:r w:rsidRPr="003E3418">
        <w:rPr>
          <w:rFonts w:ascii="Sakkal Majalla" w:hAnsi="Sakkal Majalla" w:cs="Sakkal Majalla"/>
          <w:sz w:val="24"/>
          <w:szCs w:val="24"/>
          <w:rtl/>
        </w:rPr>
        <w:t>يُولّد</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واستخدام</w:t>
      </w:r>
      <w:r w:rsidRPr="003E3418">
        <w:rPr>
          <w:rFonts w:ascii="Sakkal Majalla" w:hAnsi="Sakkal Majalla" w:cs="Sakkal Majalla"/>
          <w:sz w:val="24"/>
        </w:rPr>
        <w:t xml:space="preserve"> </w:t>
      </w:r>
      <w:r w:rsidRPr="003E3418">
        <w:rPr>
          <w:rFonts w:ascii="Sakkal Majalla" w:hAnsi="Sakkal Majalla" w:cs="Sakkal Majalla"/>
          <w:sz w:val="24"/>
          <w:szCs w:val="24"/>
          <w:rtl/>
        </w:rPr>
        <w:t>الانحدارات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البسيطة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السياق</w:t>
      </w:r>
      <w:r w:rsidRPr="003E3418">
        <w:rPr>
          <w:rFonts w:ascii="Sakkal Majalla" w:hAnsi="Sakkal Majalla" w:cs="Sakkal Majalla"/>
          <w:sz w:val="24"/>
        </w:rPr>
        <w:t xml:space="preserve"> </w:t>
      </w:r>
      <w:r w:rsidRPr="003E3418">
        <w:rPr>
          <w:rFonts w:ascii="Sakkal Majalla" w:hAnsi="Sakkal Majalla" w:cs="Sakkal Majalla"/>
          <w:sz w:val="24"/>
          <w:szCs w:val="24"/>
          <w:rtl/>
        </w:rPr>
        <w:t>يُنتج</w:t>
      </w:r>
      <w:r w:rsidRPr="003E3418">
        <w:rPr>
          <w:rFonts w:ascii="Sakkal Majalla" w:hAnsi="Sakkal Majalla" w:cs="Sakkal Majalla"/>
          <w:sz w:val="24"/>
        </w:rPr>
        <w:t xml:space="preserve"> </w:t>
      </w:r>
      <w:r w:rsidRPr="003E3418">
        <w:rPr>
          <w:rFonts w:ascii="Sakkal Majalla" w:hAnsi="Sakkal Majalla" w:cs="Sakkal Majalla"/>
          <w:sz w:val="24"/>
          <w:szCs w:val="24"/>
          <w:rtl/>
        </w:rPr>
        <w:t>تقديرات</w:t>
      </w:r>
      <w:r w:rsidRPr="003E3418">
        <w:rPr>
          <w:rFonts w:ascii="Sakkal Majalla" w:hAnsi="Sakkal Majalla" w:cs="Sakkal Majalla"/>
          <w:sz w:val="24"/>
        </w:rPr>
        <w:t xml:space="preserve"> </w:t>
      </w:r>
      <w:r w:rsidRPr="003E3418">
        <w:rPr>
          <w:rFonts w:ascii="Sakkal Majalla" w:hAnsi="Sakkal Majalla" w:cs="Sakkal Majalla"/>
          <w:sz w:val="24"/>
          <w:szCs w:val="24"/>
          <w:rtl/>
        </w:rPr>
        <w:t>متحيّزة</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يمكن</w:t>
      </w:r>
      <w:r w:rsidRPr="003E3418">
        <w:rPr>
          <w:rFonts w:ascii="Sakkal Majalla" w:hAnsi="Sakkal Majalla" w:cs="Sakkal Majalla"/>
          <w:sz w:val="24"/>
        </w:rPr>
        <w:t xml:space="preserve"> </w:t>
      </w:r>
      <w:r w:rsidRPr="003E3418">
        <w:rPr>
          <w:rFonts w:ascii="Sakkal Majalla" w:hAnsi="Sakkal Majalla" w:cs="Sakkal Majalla"/>
          <w:sz w:val="24"/>
          <w:szCs w:val="24"/>
          <w:rtl/>
        </w:rPr>
        <w:t>التعويل</w:t>
      </w:r>
      <w:r w:rsidRPr="003E3418">
        <w:rPr>
          <w:rFonts w:ascii="Sakkal Majalla" w:hAnsi="Sakkal Majalla" w:cs="Sakkal Majalla"/>
          <w:sz w:val="24"/>
        </w:rPr>
        <w:t xml:space="preserve"> </w:t>
      </w:r>
      <w:r w:rsidRPr="003E3418">
        <w:rPr>
          <w:rFonts w:ascii="Sakkal Majalla" w:hAnsi="Sakkal Majalla" w:cs="Sakkal Majalla"/>
          <w:sz w:val="24"/>
          <w:szCs w:val="24"/>
          <w:rtl/>
        </w:rPr>
        <w:t>عليها</w:t>
      </w:r>
      <w:r w:rsidRPr="003E3418">
        <w:rPr>
          <w:rFonts w:ascii="Sakkal Majalla" w:hAnsi="Sakkal Majalla" w:cs="Sakkal Majalla"/>
          <w:sz w:val="24"/>
        </w:rPr>
        <w:t xml:space="preserve"> </w:t>
      </w:r>
      <w:r w:rsidRPr="003E3418">
        <w:rPr>
          <w:rFonts w:ascii="Sakkal Majalla" w:hAnsi="Sakkal Majalla" w:cs="Sakkal Majalla"/>
          <w:sz w:val="24"/>
          <w:szCs w:val="24"/>
          <w:rtl/>
        </w:rPr>
        <w:t>سياساتياً</w:t>
      </w:r>
      <w:r w:rsidRPr="003E3418">
        <w:rPr>
          <w:rFonts w:ascii="Sakkal Majalla" w:hAnsi="Sakkal Majalla" w:cs="Sakkal Majalla"/>
          <w:sz w:val="24"/>
        </w:rPr>
        <w:t>.</w:t>
      </w:r>
    </w:p>
    <w:p w14:paraId="4B00AF5A"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الفجوة</w:t>
      </w:r>
      <w:r w:rsidRPr="003E3418">
        <w:rPr>
          <w:rFonts w:ascii="Sakkal Majalla" w:hAnsi="Sakkal Majalla" w:cs="Sakkal Majalla"/>
          <w:sz w:val="24"/>
        </w:rPr>
        <w:t xml:space="preserve"> </w:t>
      </w:r>
      <w:r w:rsidRPr="003E3418">
        <w:rPr>
          <w:rFonts w:ascii="Sakkal Majalla" w:hAnsi="Sakkal Majalla" w:cs="Sakkal Majalla"/>
          <w:sz w:val="24"/>
          <w:szCs w:val="24"/>
          <w:rtl/>
        </w:rPr>
        <w:t>الثانية</w:t>
      </w:r>
      <w:r w:rsidRPr="003E3418">
        <w:rPr>
          <w:rFonts w:ascii="Sakkal Majalla" w:hAnsi="Sakkal Majalla" w:cs="Sakkal Majalla"/>
          <w:sz w:val="24"/>
        </w:rPr>
        <w:t xml:space="preserve"> — </w:t>
      </w:r>
      <w:r w:rsidRPr="003E3418">
        <w:rPr>
          <w:rFonts w:ascii="Sakkal Majalla" w:hAnsi="Sakkal Majalla" w:cs="Sakkal Majalla"/>
          <w:sz w:val="24"/>
          <w:szCs w:val="24"/>
          <w:rtl/>
        </w:rPr>
        <w:t>الشمولية</w:t>
      </w:r>
      <w:r w:rsidRPr="003E3418">
        <w:rPr>
          <w:rFonts w:ascii="Sakkal Majalla" w:hAnsi="Sakkal Majalla" w:cs="Sakkal Majalla"/>
          <w:sz w:val="24"/>
        </w:rPr>
        <w:t xml:space="preserve">: </w:t>
      </w:r>
      <w:r w:rsidRPr="003E3418">
        <w:rPr>
          <w:rFonts w:ascii="Sakkal Majalla" w:hAnsi="Sakkal Majalla" w:cs="Sakkal Majalla"/>
          <w:sz w:val="24"/>
          <w:szCs w:val="24"/>
          <w:rtl/>
        </w:rPr>
        <w:t>تُعالج</w:t>
      </w:r>
      <w:r w:rsidRPr="003E3418">
        <w:rPr>
          <w:rFonts w:ascii="Sakkal Majalla" w:hAnsi="Sakkal Majalla" w:cs="Sakkal Majalla"/>
          <w:sz w:val="24"/>
        </w:rPr>
        <w:t xml:space="preserve"> </w:t>
      </w:r>
      <w:r w:rsidRPr="003E3418">
        <w:rPr>
          <w:rFonts w:ascii="Sakkal Majalla" w:hAnsi="Sakkal Majalla" w:cs="Sakkal Majalla"/>
          <w:sz w:val="24"/>
          <w:szCs w:val="24"/>
          <w:rtl/>
        </w:rPr>
        <w:t>معظم</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الدراسات</w:t>
      </w:r>
      <w:r w:rsidRPr="003E3418">
        <w:rPr>
          <w:rFonts w:ascii="Sakkal Majalla" w:hAnsi="Sakkal Majalla" w:cs="Sakkal Majalla"/>
          <w:sz w:val="24"/>
        </w:rPr>
        <w:t xml:space="preserve"> </w:t>
      </w:r>
      <w:r w:rsidRPr="003E3418">
        <w:rPr>
          <w:rFonts w:ascii="Sakkal Majalla" w:hAnsi="Sakkal Majalla" w:cs="Sakkal Majalla"/>
          <w:sz w:val="24"/>
          <w:szCs w:val="24"/>
          <w:rtl/>
        </w:rPr>
        <w:t>إما</w:t>
      </w:r>
      <w:r w:rsidRPr="003E3418">
        <w:rPr>
          <w:rFonts w:ascii="Sakkal Majalla" w:hAnsi="Sakkal Majalla" w:cs="Sakkal Majalla"/>
          <w:sz w:val="24"/>
        </w:rPr>
        <w:t xml:space="preserve"> </w:t>
      </w:r>
      <w:r w:rsidRPr="003E3418">
        <w:rPr>
          <w:rFonts w:ascii="Sakkal Majalla" w:hAnsi="Sakkal Majalla" w:cs="Sakkal Majalla"/>
          <w:sz w:val="24"/>
          <w:szCs w:val="24"/>
          <w:rtl/>
        </w:rPr>
        <w:t>علاقة</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بالنمو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أو</w:t>
      </w:r>
      <w:r w:rsidRPr="003E3418">
        <w:rPr>
          <w:rFonts w:ascii="Sakkal Majalla" w:hAnsi="Sakkal Majalla" w:cs="Sakkal Majalla"/>
          <w:sz w:val="24"/>
        </w:rPr>
        <w:t xml:space="preserve"> </w:t>
      </w:r>
      <w:r w:rsidRPr="003E3418">
        <w:rPr>
          <w:rFonts w:ascii="Sakkal Majalla" w:hAnsi="Sakkal Majalla" w:cs="Sakkal Majalla"/>
          <w:sz w:val="24"/>
          <w:szCs w:val="24"/>
          <w:rtl/>
        </w:rPr>
        <w:t>علاقته</w:t>
      </w:r>
      <w:r w:rsidRPr="003E3418">
        <w:rPr>
          <w:rFonts w:ascii="Sakkal Majalla" w:hAnsi="Sakkal Majalla" w:cs="Sakkal Majalla"/>
          <w:sz w:val="24"/>
        </w:rPr>
        <w:t xml:space="preserve"> </w:t>
      </w:r>
      <w:r w:rsidRPr="003E3418">
        <w:rPr>
          <w:rFonts w:ascii="Sakkal Majalla" w:hAnsi="Sakkal Majalla" w:cs="Sakkal Majalla"/>
          <w:sz w:val="24"/>
          <w:szCs w:val="24"/>
          <w:rtl/>
        </w:rPr>
        <w:t>بالفقر،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نادراً</w:t>
      </w:r>
      <w:r w:rsidRPr="003E3418">
        <w:rPr>
          <w:rFonts w:ascii="Sakkal Majalla" w:hAnsi="Sakkal Majalla" w:cs="Sakkal Majalla"/>
          <w:sz w:val="24"/>
        </w:rPr>
        <w:t xml:space="preserve"> </w:t>
      </w:r>
      <w:r w:rsidRPr="003E3418">
        <w:rPr>
          <w:rFonts w:ascii="Sakkal Majalla" w:hAnsi="Sakkal Majalla" w:cs="Sakkal Majalla"/>
          <w:sz w:val="24"/>
          <w:szCs w:val="24"/>
          <w:rtl/>
        </w:rPr>
        <w:t>ما</w:t>
      </w:r>
      <w:r w:rsidRPr="003E3418">
        <w:rPr>
          <w:rFonts w:ascii="Sakkal Majalla" w:hAnsi="Sakkal Majalla" w:cs="Sakkal Majalla"/>
          <w:sz w:val="24"/>
        </w:rPr>
        <w:t xml:space="preserve"> </w:t>
      </w:r>
      <w:r w:rsidRPr="003E3418">
        <w:rPr>
          <w:rFonts w:ascii="Sakkal Majalla" w:hAnsi="Sakkal Majalla" w:cs="Sakkal Majalla"/>
          <w:sz w:val="24"/>
          <w:szCs w:val="24"/>
          <w:rtl/>
        </w:rPr>
        <w:t>تجمع</w:t>
      </w:r>
      <w:r w:rsidRPr="003E3418">
        <w:rPr>
          <w:rFonts w:ascii="Sakkal Majalla" w:hAnsi="Sakkal Majalla" w:cs="Sakkal Majalla"/>
          <w:sz w:val="24"/>
        </w:rPr>
        <w:t xml:space="preserve"> </w:t>
      </w:r>
      <w:r w:rsidRPr="003E3418">
        <w:rPr>
          <w:rFonts w:ascii="Sakkal Majalla" w:hAnsi="Sakkal Majalla" w:cs="Sakkal Majalla"/>
          <w:sz w:val="24"/>
          <w:szCs w:val="24"/>
          <w:rtl/>
        </w:rPr>
        <w:t>المتغيرات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الثلاثة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نموذج</w:t>
      </w:r>
      <w:r w:rsidRPr="003E3418">
        <w:rPr>
          <w:rFonts w:ascii="Sakkal Majalla" w:hAnsi="Sakkal Majalla" w:cs="Sakkal Majalla"/>
          <w:sz w:val="24"/>
        </w:rPr>
        <w:t xml:space="preserve"> </w:t>
      </w:r>
      <w:r w:rsidRPr="003E3418">
        <w:rPr>
          <w:rFonts w:ascii="Sakkal Majalla" w:hAnsi="Sakkal Majalla" w:cs="Sakkal Majalla"/>
          <w:sz w:val="24"/>
          <w:szCs w:val="24"/>
          <w:rtl/>
        </w:rPr>
        <w:t>تفسيري</w:t>
      </w:r>
      <w:r w:rsidRPr="003E3418">
        <w:rPr>
          <w:rFonts w:ascii="Sakkal Majalla" w:hAnsi="Sakkal Majalla" w:cs="Sakkal Majalla"/>
          <w:sz w:val="24"/>
        </w:rPr>
        <w:t xml:space="preserve"> </w:t>
      </w:r>
      <w:r w:rsidRPr="003E3418">
        <w:rPr>
          <w:rFonts w:ascii="Sakkal Majalla" w:hAnsi="Sakkal Majalla" w:cs="Sakkal Majalla"/>
          <w:sz w:val="24"/>
          <w:szCs w:val="24"/>
          <w:rtl/>
        </w:rPr>
        <w:t>موحّد</w:t>
      </w:r>
      <w:r w:rsidRPr="003E3418">
        <w:rPr>
          <w:rFonts w:ascii="Sakkal Majalla" w:hAnsi="Sakkal Majalla" w:cs="Sakkal Majalla"/>
          <w:sz w:val="24"/>
        </w:rPr>
        <w:t xml:space="preserve"> </w:t>
      </w:r>
      <w:r w:rsidRPr="003E3418">
        <w:rPr>
          <w:rFonts w:ascii="Sakkal Majalla" w:hAnsi="Sakkal Majalla" w:cs="Sakkal Majalla"/>
          <w:sz w:val="24"/>
          <w:szCs w:val="24"/>
          <w:rtl/>
        </w:rPr>
        <w:t>يُمكّن</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تقدير</w:t>
      </w:r>
      <w:r w:rsidRPr="003E3418">
        <w:rPr>
          <w:rFonts w:ascii="Sakkal Majalla" w:hAnsi="Sakkal Majalla" w:cs="Sakkal Majalla"/>
          <w:sz w:val="24"/>
        </w:rPr>
        <w:t xml:space="preserve"> </w:t>
      </w:r>
      <w:r w:rsidRPr="003E3418">
        <w:rPr>
          <w:rFonts w:ascii="Sakkal Majalla" w:hAnsi="Sakkal Majalla" w:cs="Sakkal Majalla"/>
          <w:sz w:val="24"/>
          <w:szCs w:val="24"/>
          <w:rtl/>
        </w:rPr>
        <w:t>الأوزان</w:t>
      </w:r>
      <w:r w:rsidRPr="003E3418">
        <w:rPr>
          <w:rFonts w:ascii="Sakkal Majalla" w:hAnsi="Sakkal Majalla" w:cs="Sakkal Majalla"/>
          <w:sz w:val="24"/>
        </w:rPr>
        <w:t xml:space="preserve"> </w:t>
      </w:r>
      <w:r w:rsidRPr="003E3418">
        <w:rPr>
          <w:rFonts w:ascii="Sakkal Majalla" w:hAnsi="Sakkal Majalla" w:cs="Sakkal Majalla"/>
          <w:sz w:val="24"/>
          <w:szCs w:val="24"/>
          <w:rtl/>
        </w:rPr>
        <w:t>النسبية</w:t>
      </w:r>
      <w:r w:rsidRPr="003E3418">
        <w:rPr>
          <w:rFonts w:ascii="Sakkal Majalla" w:hAnsi="Sakkal Majalla" w:cs="Sakkal Majalla"/>
          <w:sz w:val="24"/>
        </w:rPr>
        <w:t xml:space="preserve"> </w:t>
      </w:r>
      <w:r w:rsidRPr="003E3418">
        <w:rPr>
          <w:rFonts w:ascii="Sakkal Majalla" w:hAnsi="Sakkal Majalla" w:cs="Sakkal Majalla"/>
          <w:sz w:val="24"/>
          <w:szCs w:val="24"/>
          <w:rtl/>
        </w:rPr>
        <w:t>للمسارات</w:t>
      </w:r>
      <w:r w:rsidRPr="003E3418">
        <w:rPr>
          <w:rFonts w:ascii="Sakkal Majalla" w:hAnsi="Sakkal Majalla" w:cs="Sakkal Majalla"/>
          <w:sz w:val="24"/>
        </w:rPr>
        <w:t>.</w:t>
      </w:r>
    </w:p>
    <w:p w14:paraId="7453DA19"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الفجوة</w:t>
      </w:r>
      <w:r w:rsidRPr="003E3418">
        <w:rPr>
          <w:rFonts w:ascii="Sakkal Majalla" w:hAnsi="Sakkal Majalla" w:cs="Sakkal Majalla"/>
          <w:sz w:val="24"/>
        </w:rPr>
        <w:t xml:space="preserve"> </w:t>
      </w:r>
      <w:r w:rsidRPr="003E3418">
        <w:rPr>
          <w:rFonts w:ascii="Sakkal Majalla" w:hAnsi="Sakkal Majalla" w:cs="Sakkal Majalla"/>
          <w:sz w:val="24"/>
          <w:szCs w:val="24"/>
          <w:rtl/>
        </w:rPr>
        <w:t>الثالثة</w:t>
      </w:r>
      <w:r w:rsidRPr="003E3418">
        <w:rPr>
          <w:rFonts w:ascii="Sakkal Majalla" w:hAnsi="Sakkal Majalla" w:cs="Sakkal Majalla"/>
          <w:sz w:val="24"/>
        </w:rPr>
        <w:t xml:space="preserve"> — </w:t>
      </w:r>
      <w:r w:rsidRPr="003E3418">
        <w:rPr>
          <w:rFonts w:ascii="Sakkal Majalla" w:hAnsi="Sakkal Majalla" w:cs="Sakkal Majalla"/>
          <w:sz w:val="24"/>
          <w:szCs w:val="24"/>
          <w:rtl/>
        </w:rPr>
        <w:t>التباين</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السياقي</w:t>
      </w:r>
      <w:r w:rsidRPr="003E3418">
        <w:rPr>
          <w:rFonts w:ascii="Sakkal Majalla" w:hAnsi="Sakkal Majalla" w:cs="Sakkal Majalla"/>
          <w:sz w:val="24"/>
        </w:rPr>
        <w:t xml:space="preserve">: </w:t>
      </w:r>
      <w:r w:rsidRPr="003E3418">
        <w:rPr>
          <w:rFonts w:ascii="Sakkal Majalla" w:hAnsi="Sakkal Majalla" w:cs="Sakkal Majalla"/>
          <w:sz w:val="24"/>
          <w:szCs w:val="24"/>
          <w:rtl/>
        </w:rPr>
        <w:t>تميل</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الدراسات</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تقديم</w:t>
      </w:r>
      <w:r w:rsidRPr="003E3418">
        <w:rPr>
          <w:rFonts w:ascii="Sakkal Majalla" w:hAnsi="Sakkal Majalla" w:cs="Sakkal Majalla"/>
          <w:sz w:val="24"/>
        </w:rPr>
        <w:t xml:space="preserve"> </w:t>
      </w:r>
      <w:r w:rsidRPr="003E3418">
        <w:rPr>
          <w:rFonts w:ascii="Sakkal Majalla" w:hAnsi="Sakkal Majalla" w:cs="Sakkal Majalla"/>
          <w:sz w:val="24"/>
          <w:szCs w:val="24"/>
          <w:rtl/>
        </w:rPr>
        <w:t>متوسط</w:t>
      </w:r>
      <w:r w:rsidRPr="003E3418">
        <w:rPr>
          <w:rFonts w:ascii="Sakkal Majalla" w:hAnsi="Sakkal Majalla" w:cs="Sakkal Majalla"/>
          <w:sz w:val="24"/>
        </w:rPr>
        <w:t xml:space="preserve"> </w:t>
      </w:r>
      <w:r w:rsidRPr="003E3418">
        <w:rPr>
          <w:rFonts w:ascii="Sakkal Majalla" w:hAnsi="Sakkal Majalla" w:cs="Sakkal Majalla"/>
          <w:sz w:val="24"/>
          <w:szCs w:val="24"/>
          <w:rtl/>
        </w:rPr>
        <w:t>عام</w:t>
      </w:r>
      <w:r w:rsidRPr="003E3418">
        <w:rPr>
          <w:rFonts w:ascii="Sakkal Majalla" w:hAnsi="Sakkal Majalla" w:cs="Sakkal Majalla"/>
          <w:sz w:val="24"/>
        </w:rPr>
        <w:t xml:space="preserve"> </w:t>
      </w:r>
      <w:r w:rsidRPr="003E3418">
        <w:rPr>
          <w:rFonts w:ascii="Sakkal Majalla" w:hAnsi="Sakkal Majalla" w:cs="Sakkal Majalla"/>
          <w:sz w:val="24"/>
          <w:szCs w:val="24"/>
          <w:rtl/>
        </w:rPr>
        <w:t>يُخفي</w:t>
      </w:r>
      <w:r w:rsidRPr="003E3418">
        <w:rPr>
          <w:rFonts w:ascii="Sakkal Majalla" w:hAnsi="Sakkal Majalla" w:cs="Sakkal Majalla"/>
          <w:sz w:val="24"/>
        </w:rPr>
        <w:t xml:space="preserve"> </w:t>
      </w:r>
      <w:r w:rsidRPr="003E3418">
        <w:rPr>
          <w:rFonts w:ascii="Sakkal Majalla" w:hAnsi="Sakkal Majalla" w:cs="Sakkal Majalla"/>
          <w:sz w:val="24"/>
          <w:szCs w:val="24"/>
          <w:rtl/>
        </w:rPr>
        <w:t>تبايناً</w:t>
      </w:r>
      <w:r w:rsidRPr="003E3418">
        <w:rPr>
          <w:rFonts w:ascii="Sakkal Majalla" w:hAnsi="Sakkal Majalla" w:cs="Sakkal Majalla"/>
          <w:sz w:val="24"/>
        </w:rPr>
        <w:t xml:space="preserve"> </w:t>
      </w:r>
      <w:r w:rsidRPr="003E3418">
        <w:rPr>
          <w:rFonts w:ascii="Sakkal Majalla" w:hAnsi="Sakkal Majalla" w:cs="Sakkal Majalla"/>
          <w:sz w:val="24"/>
          <w:szCs w:val="24"/>
          <w:rtl/>
        </w:rPr>
        <w:t>جوهرياً</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المناطق</w:t>
      </w:r>
      <w:r w:rsidRPr="003E3418">
        <w:rPr>
          <w:rFonts w:ascii="Sakkal Majalla" w:hAnsi="Sakkal Majalla" w:cs="Sakkal Majalla"/>
          <w:sz w:val="24"/>
        </w:rPr>
        <w:t xml:space="preserve"> </w:t>
      </w:r>
      <w:r w:rsidRPr="003E3418">
        <w:rPr>
          <w:rFonts w:ascii="Sakkal Majalla" w:hAnsi="Sakkal Majalla" w:cs="Sakkal Majalla"/>
          <w:sz w:val="24"/>
          <w:szCs w:val="24"/>
          <w:rtl/>
        </w:rPr>
        <w:t>الجغرافية</w:t>
      </w:r>
      <w:r w:rsidRPr="003E3418">
        <w:rPr>
          <w:rFonts w:ascii="Sakkal Majalla" w:hAnsi="Sakkal Majalla" w:cs="Sakkal Majalla"/>
          <w:sz w:val="24"/>
        </w:rPr>
        <w:t xml:space="preserve"> </w:t>
      </w:r>
      <w:r w:rsidRPr="003E3418">
        <w:rPr>
          <w:rFonts w:ascii="Sakkal Majalla" w:hAnsi="Sakkal Majalla" w:cs="Sakkal Majalla"/>
          <w:sz w:val="24"/>
          <w:szCs w:val="24"/>
          <w:rtl/>
        </w:rPr>
        <w:t>والبنى</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المختلفة،</w:t>
      </w:r>
      <w:r w:rsidRPr="003E3418">
        <w:rPr>
          <w:rFonts w:ascii="Sakkal Majalla" w:hAnsi="Sakkal Majalla" w:cs="Sakkal Majalla"/>
          <w:sz w:val="24"/>
        </w:rPr>
        <w:t xml:space="preserve"> </w:t>
      </w:r>
      <w:r w:rsidRPr="003E3418">
        <w:rPr>
          <w:rFonts w:ascii="Sakkal Majalla" w:hAnsi="Sakkal Majalla" w:cs="Sakkal Majalla"/>
          <w:sz w:val="24"/>
          <w:szCs w:val="24"/>
          <w:rtl/>
        </w:rPr>
        <w:t>وهو</w:t>
      </w:r>
      <w:r w:rsidRPr="003E3418">
        <w:rPr>
          <w:rFonts w:ascii="Sakkal Majalla" w:hAnsi="Sakkal Majalla" w:cs="Sakkal Majalla"/>
          <w:sz w:val="24"/>
        </w:rPr>
        <w:t xml:space="preserve"> </w:t>
      </w:r>
      <w:r w:rsidRPr="003E3418">
        <w:rPr>
          <w:rFonts w:ascii="Sakkal Majalla" w:hAnsi="Sakkal Majalla" w:cs="Sakkal Majalla"/>
          <w:sz w:val="24"/>
          <w:szCs w:val="24"/>
          <w:rtl/>
        </w:rPr>
        <w:t>تباين</w:t>
      </w:r>
      <w:r w:rsidRPr="003E3418">
        <w:rPr>
          <w:rFonts w:ascii="Sakkal Majalla" w:hAnsi="Sakkal Majalla" w:cs="Sakkal Majalla"/>
          <w:sz w:val="24"/>
        </w:rPr>
        <w:t xml:space="preserve"> </w:t>
      </w:r>
      <w:r w:rsidRPr="003E3418">
        <w:rPr>
          <w:rFonts w:ascii="Sakkal Majalla" w:hAnsi="Sakkal Majalla" w:cs="Sakkal Majalla"/>
          <w:sz w:val="24"/>
          <w:szCs w:val="24"/>
          <w:rtl/>
        </w:rPr>
        <w:t>حاسم</w:t>
      </w:r>
      <w:r w:rsidRPr="003E3418">
        <w:rPr>
          <w:rFonts w:ascii="Sakkal Majalla" w:hAnsi="Sakkal Majalla" w:cs="Sakkal Majalla"/>
          <w:sz w:val="24"/>
        </w:rPr>
        <w:t xml:space="preserve"> </w:t>
      </w:r>
      <w:r w:rsidRPr="003E3418">
        <w:rPr>
          <w:rFonts w:ascii="Sakkal Majalla" w:hAnsi="Sakkal Majalla" w:cs="Sakkal Majalla"/>
          <w:sz w:val="24"/>
          <w:szCs w:val="24"/>
          <w:rtl/>
        </w:rPr>
        <w:t>للتصميم</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السياساتي</w:t>
      </w:r>
      <w:r w:rsidRPr="003E3418">
        <w:rPr>
          <w:rFonts w:ascii="Sakkal Majalla" w:hAnsi="Sakkal Majalla" w:cs="Sakkal Majalla"/>
          <w:sz w:val="24"/>
        </w:rPr>
        <w:t xml:space="preserve"> </w:t>
      </w:r>
      <w:r w:rsidRPr="003E3418">
        <w:rPr>
          <w:rFonts w:ascii="Sakkal Majalla" w:hAnsi="Sakkal Majalla" w:cs="Sakkal Majalla"/>
          <w:sz w:val="24"/>
          <w:szCs w:val="24"/>
          <w:rtl/>
        </w:rPr>
        <w:t>الفعّال</w:t>
      </w:r>
      <w:r w:rsidRPr="003E3418">
        <w:rPr>
          <w:rFonts w:ascii="Sakkal Majalla" w:hAnsi="Sakkal Majalla" w:cs="Sakkal Majalla"/>
          <w:sz w:val="24"/>
        </w:rPr>
        <w:t>.</w:t>
      </w:r>
    </w:p>
    <w:p w14:paraId="4FE2D915" w14:textId="77777777" w:rsidR="003E3418" w:rsidRPr="003E3418" w:rsidRDefault="003E3418" w:rsidP="003E3418">
      <w:pPr>
        <w:pBdr>
          <w:bottom w:val="single" w:sz="4" w:space="4" w:color="DDDDDD"/>
        </w:pBdr>
        <w:spacing w:before="120" w:after="120"/>
        <w:rPr>
          <w:rFonts w:ascii="Sakkal Majalla" w:hAnsi="Sakkal Majalla" w:cs="Sakkal Majalla"/>
        </w:rPr>
      </w:pPr>
    </w:p>
    <w:p w14:paraId="4CAED8F7" w14:textId="77777777" w:rsidR="003E3418" w:rsidRPr="003E3418" w:rsidRDefault="003E3418" w:rsidP="003E3418">
      <w:pPr>
        <w:pBdr>
          <w:bottom w:val="single" w:sz="6" w:space="4" w:color="1A3A6B"/>
        </w:pBdr>
        <w:bidi/>
        <w:spacing w:before="360" w:line="360" w:lineRule="exact"/>
        <w:rPr>
          <w:rFonts w:ascii="Sakkal Majalla" w:hAnsi="Sakkal Majalla" w:cs="Sakkal Majalla"/>
        </w:rPr>
      </w:pPr>
      <w:r w:rsidRPr="003E3418">
        <w:rPr>
          <w:rFonts w:ascii="Sakkal Majalla" w:hAnsi="Sakkal Majalla" w:cs="Sakkal Majalla"/>
          <w:b/>
          <w:sz w:val="30"/>
        </w:rPr>
        <w:t xml:space="preserve">1.2 </w:t>
      </w:r>
      <w:r w:rsidRPr="003E3418">
        <w:rPr>
          <w:rFonts w:ascii="Sakkal Majalla" w:hAnsi="Sakkal Majalla" w:cs="Sakkal Majalla"/>
          <w:b/>
          <w:bCs/>
          <w:sz w:val="30"/>
          <w:szCs w:val="30"/>
          <w:rtl/>
        </w:rPr>
        <w:t>مشكلة</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الدراسة</w:t>
      </w:r>
    </w:p>
    <w:p w14:paraId="6AC64981"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تتبلور</w:t>
      </w:r>
      <w:r w:rsidRPr="003E3418">
        <w:rPr>
          <w:rFonts w:ascii="Sakkal Majalla" w:hAnsi="Sakkal Majalla" w:cs="Sakkal Majalla"/>
          <w:sz w:val="24"/>
        </w:rPr>
        <w:t xml:space="preserve"> </w:t>
      </w:r>
      <w:r w:rsidRPr="003E3418">
        <w:rPr>
          <w:rFonts w:ascii="Sakkal Majalla" w:hAnsi="Sakkal Majalla" w:cs="Sakkal Majalla"/>
          <w:sz w:val="24"/>
          <w:szCs w:val="24"/>
          <w:rtl/>
        </w:rPr>
        <w:t>مشكلة</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قراءة</w:t>
      </w:r>
      <w:r w:rsidRPr="003E3418">
        <w:rPr>
          <w:rFonts w:ascii="Sakkal Majalla" w:hAnsi="Sakkal Majalla" w:cs="Sakkal Majalla"/>
          <w:sz w:val="24"/>
        </w:rPr>
        <w:t xml:space="preserve"> </w:t>
      </w:r>
      <w:r w:rsidRPr="003E3418">
        <w:rPr>
          <w:rFonts w:ascii="Sakkal Majalla" w:hAnsi="Sakkal Majalla" w:cs="Sakkal Majalla"/>
          <w:sz w:val="24"/>
          <w:szCs w:val="24"/>
          <w:rtl/>
        </w:rPr>
        <w:t>دقيقة</w:t>
      </w:r>
      <w:r w:rsidRPr="003E3418">
        <w:rPr>
          <w:rFonts w:ascii="Sakkal Majalla" w:hAnsi="Sakkal Majalla" w:cs="Sakkal Majalla"/>
          <w:sz w:val="24"/>
        </w:rPr>
        <w:t xml:space="preserve"> </w:t>
      </w:r>
      <w:r w:rsidRPr="003E3418">
        <w:rPr>
          <w:rFonts w:ascii="Sakkal Majalla" w:hAnsi="Sakkal Majalla" w:cs="Sakkal Majalla"/>
          <w:sz w:val="24"/>
          <w:szCs w:val="24"/>
          <w:rtl/>
        </w:rPr>
        <w:t>لتناقض</w:t>
      </w:r>
      <w:r w:rsidRPr="003E3418">
        <w:rPr>
          <w:rFonts w:ascii="Sakkal Majalla" w:hAnsi="Sakkal Majalla" w:cs="Sakkal Majalla"/>
          <w:sz w:val="24"/>
        </w:rPr>
        <w:t xml:space="preserve"> </w:t>
      </w:r>
      <w:r w:rsidRPr="003E3418">
        <w:rPr>
          <w:rFonts w:ascii="Sakkal Majalla" w:hAnsi="Sakkal Majalla" w:cs="Sakkal Majalla"/>
          <w:sz w:val="24"/>
          <w:szCs w:val="24"/>
          <w:rtl/>
        </w:rPr>
        <w:t>مُوثَّق</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بيانات</w:t>
      </w:r>
      <w:r w:rsidRPr="003E3418">
        <w:rPr>
          <w:rFonts w:ascii="Sakkal Majalla" w:hAnsi="Sakkal Majalla" w:cs="Sakkal Majalla"/>
          <w:sz w:val="24"/>
        </w:rPr>
        <w:t xml:space="preserve"> 74 </w:t>
      </w:r>
      <w:r w:rsidRPr="003E3418">
        <w:rPr>
          <w:rFonts w:ascii="Sakkal Majalla" w:hAnsi="Sakkal Majalla" w:cs="Sakkal Majalla"/>
          <w:sz w:val="24"/>
          <w:szCs w:val="24"/>
          <w:rtl/>
        </w:rPr>
        <w:t>دولة</w:t>
      </w:r>
      <w:r w:rsidRPr="003E3418">
        <w:rPr>
          <w:rFonts w:ascii="Sakkal Majalla" w:hAnsi="Sakkal Majalla" w:cs="Sakkal Majalla"/>
          <w:sz w:val="24"/>
        </w:rPr>
        <w:t xml:space="preserve"> </w:t>
      </w:r>
      <w:r w:rsidRPr="003E3418">
        <w:rPr>
          <w:rFonts w:ascii="Sakkal Majalla" w:hAnsi="Sakkal Majalla" w:cs="Sakkal Majalla"/>
          <w:sz w:val="24"/>
          <w:szCs w:val="24"/>
          <w:rtl/>
        </w:rPr>
        <w:t>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خلال</w:t>
      </w:r>
      <w:r w:rsidRPr="003E3418">
        <w:rPr>
          <w:rFonts w:ascii="Sakkal Majalla" w:hAnsi="Sakkal Majalla" w:cs="Sakkal Majalla"/>
          <w:sz w:val="24"/>
        </w:rPr>
        <w:t xml:space="preserve"> 2000–2022: </w:t>
      </w:r>
      <w:r w:rsidRPr="003E3418">
        <w:rPr>
          <w:rFonts w:ascii="Sakkal Majalla" w:hAnsi="Sakkal Majalla" w:cs="Sakkal Majalla"/>
          <w:sz w:val="24"/>
          <w:szCs w:val="24"/>
          <w:rtl/>
        </w:rPr>
        <w:t>دول</w:t>
      </w:r>
      <w:r w:rsidRPr="003E3418">
        <w:rPr>
          <w:rFonts w:ascii="Sakkal Majalla" w:hAnsi="Sakkal Majalla" w:cs="Sakkal Majalla"/>
          <w:sz w:val="24"/>
        </w:rPr>
        <w:t xml:space="preserve"> </w:t>
      </w:r>
      <w:r w:rsidRPr="003E3418">
        <w:rPr>
          <w:rFonts w:ascii="Sakkal Majalla" w:hAnsi="Sakkal Majalla" w:cs="Sakkal Majalla"/>
          <w:sz w:val="24"/>
          <w:szCs w:val="24"/>
          <w:rtl/>
        </w:rPr>
        <w:t>تُسجّل</w:t>
      </w:r>
      <w:r w:rsidRPr="003E3418">
        <w:rPr>
          <w:rFonts w:ascii="Sakkal Majalla" w:hAnsi="Sakkal Majalla" w:cs="Sakkal Majalla"/>
          <w:sz w:val="24"/>
        </w:rPr>
        <w:t xml:space="preserve"> </w:t>
      </w:r>
      <w:r w:rsidRPr="003E3418">
        <w:rPr>
          <w:rFonts w:ascii="Sakkal Majalla" w:hAnsi="Sakkal Majalla" w:cs="Sakkal Majalla"/>
          <w:sz w:val="24"/>
          <w:szCs w:val="24"/>
          <w:rtl/>
        </w:rPr>
        <w:t>معدلات</w:t>
      </w:r>
      <w:r w:rsidRPr="003E3418">
        <w:rPr>
          <w:rFonts w:ascii="Sakkal Majalla" w:hAnsi="Sakkal Majalla" w:cs="Sakkal Majalla"/>
          <w:sz w:val="24"/>
        </w:rPr>
        <w:t xml:space="preserve"> </w:t>
      </w:r>
      <w:r w:rsidRPr="003E3418">
        <w:rPr>
          <w:rFonts w:ascii="Sakkal Majalla" w:hAnsi="Sakkal Majalla" w:cs="Sakkal Majalla"/>
          <w:sz w:val="24"/>
          <w:szCs w:val="24"/>
          <w:rtl/>
        </w:rPr>
        <w:t>نمو</w:t>
      </w:r>
      <w:r w:rsidRPr="003E3418">
        <w:rPr>
          <w:rFonts w:ascii="Sakkal Majalla" w:hAnsi="Sakkal Majalla" w:cs="Sakkal Majalla"/>
          <w:sz w:val="24"/>
        </w:rPr>
        <w:t xml:space="preserve"> </w:t>
      </w:r>
      <w:r w:rsidRPr="003E3418">
        <w:rPr>
          <w:rFonts w:ascii="Sakkal Majalla" w:hAnsi="Sakkal Majalla" w:cs="Sakkal Majalla"/>
          <w:sz w:val="24"/>
          <w:szCs w:val="24"/>
          <w:rtl/>
        </w:rPr>
        <w:t>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إيجابية</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مدار</w:t>
      </w:r>
      <w:r w:rsidRPr="003E3418">
        <w:rPr>
          <w:rFonts w:ascii="Sakkal Majalla" w:hAnsi="Sakkal Majalla" w:cs="Sakkal Majalla"/>
          <w:sz w:val="24"/>
        </w:rPr>
        <w:t xml:space="preserve"> </w:t>
      </w:r>
      <w:r w:rsidRPr="003E3418">
        <w:rPr>
          <w:rFonts w:ascii="Sakkal Majalla" w:hAnsi="Sakkal Majalla" w:cs="Sakkal Majalla"/>
          <w:sz w:val="24"/>
          <w:szCs w:val="24"/>
          <w:rtl/>
        </w:rPr>
        <w:t>سنوات</w:t>
      </w:r>
      <w:r w:rsidRPr="003E3418">
        <w:rPr>
          <w:rFonts w:ascii="Sakkal Majalla" w:hAnsi="Sakkal Majalla" w:cs="Sakkal Majalla"/>
          <w:sz w:val="24"/>
        </w:rPr>
        <w:t xml:space="preserve"> </w:t>
      </w:r>
      <w:r w:rsidRPr="003E3418">
        <w:rPr>
          <w:rFonts w:ascii="Sakkal Majalla" w:hAnsi="Sakkal Majalla" w:cs="Sakkal Majalla"/>
          <w:sz w:val="24"/>
          <w:szCs w:val="24"/>
          <w:rtl/>
        </w:rPr>
        <w:t>متتالية،</w:t>
      </w:r>
      <w:r w:rsidRPr="003E3418">
        <w:rPr>
          <w:rFonts w:ascii="Sakkal Majalla" w:hAnsi="Sakkal Majalla" w:cs="Sakkal Majalla"/>
          <w:sz w:val="24"/>
        </w:rPr>
        <w:t xml:space="preserve"> </w:t>
      </w:r>
      <w:r w:rsidRPr="003E3418">
        <w:rPr>
          <w:rFonts w:ascii="Sakkal Majalla" w:hAnsi="Sakkal Majalla" w:cs="Sakkal Majalla"/>
          <w:sz w:val="24"/>
          <w:szCs w:val="24"/>
          <w:rtl/>
        </w:rPr>
        <w:t>لكنها</w:t>
      </w:r>
      <w:r w:rsidRPr="003E3418">
        <w:rPr>
          <w:rFonts w:ascii="Sakkal Majalla" w:hAnsi="Sakkal Majalla" w:cs="Sakkal Majalla"/>
          <w:sz w:val="24"/>
        </w:rPr>
        <w:t xml:space="preserve"> </w:t>
      </w:r>
      <w:r w:rsidRPr="003E3418">
        <w:rPr>
          <w:rFonts w:ascii="Sakkal Majalla" w:hAnsi="Sakkal Majalla" w:cs="Sakkal Majalla"/>
          <w:sz w:val="24"/>
          <w:szCs w:val="24"/>
          <w:rtl/>
        </w:rPr>
        <w:t>تفشل</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ترجمة</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انخفاض</w:t>
      </w:r>
      <w:r w:rsidRPr="003E3418">
        <w:rPr>
          <w:rFonts w:ascii="Sakkal Majalla" w:hAnsi="Sakkal Majalla" w:cs="Sakkal Majalla"/>
          <w:sz w:val="24"/>
        </w:rPr>
        <w:t xml:space="preserve"> </w:t>
      </w:r>
      <w:r w:rsidRPr="003E3418">
        <w:rPr>
          <w:rFonts w:ascii="Sakkal Majalla" w:hAnsi="Sakkal Majalla" w:cs="Sakkal Majalla"/>
          <w:sz w:val="24"/>
          <w:szCs w:val="24"/>
          <w:rtl/>
        </w:rPr>
        <w:t>ملحوظ</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مستويات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ويتكرر</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النمط</w:t>
      </w:r>
      <w:r w:rsidRPr="003E3418">
        <w:rPr>
          <w:rFonts w:ascii="Sakkal Majalla" w:hAnsi="Sakkal Majalla" w:cs="Sakkal Majalla"/>
          <w:sz w:val="24"/>
        </w:rPr>
        <w:t xml:space="preserve"> </w:t>
      </w:r>
      <w:r w:rsidRPr="003E3418">
        <w:rPr>
          <w:rFonts w:ascii="Sakkal Majalla" w:hAnsi="Sakkal Majalla" w:cs="Sakkal Majalla"/>
          <w:sz w:val="24"/>
          <w:szCs w:val="24"/>
          <w:rtl/>
        </w:rPr>
        <w:t>بشكل</w:t>
      </w:r>
      <w:r w:rsidRPr="003E3418">
        <w:rPr>
          <w:rFonts w:ascii="Sakkal Majalla" w:hAnsi="Sakkal Majalla" w:cs="Sakkal Majalla"/>
          <w:sz w:val="24"/>
        </w:rPr>
        <w:t xml:space="preserve"> </w:t>
      </w:r>
      <w:r w:rsidRPr="003E3418">
        <w:rPr>
          <w:rFonts w:ascii="Sakkal Majalla" w:hAnsi="Sakkal Majalla" w:cs="Sakkal Majalla"/>
          <w:sz w:val="24"/>
          <w:szCs w:val="24"/>
          <w:rtl/>
        </w:rPr>
        <w:t>غير</w:t>
      </w:r>
      <w:r w:rsidRPr="003E3418">
        <w:rPr>
          <w:rFonts w:ascii="Sakkal Majalla" w:hAnsi="Sakkal Majalla" w:cs="Sakkal Majalla"/>
          <w:sz w:val="24"/>
        </w:rPr>
        <w:t xml:space="preserve"> </w:t>
      </w:r>
      <w:r w:rsidRPr="003E3418">
        <w:rPr>
          <w:rFonts w:ascii="Sakkal Majalla" w:hAnsi="Sakkal Majalla" w:cs="Sakkal Majalla"/>
          <w:sz w:val="24"/>
          <w:szCs w:val="24"/>
          <w:rtl/>
        </w:rPr>
        <w:t>عشوائي</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ذات</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المرتفعة</w:t>
      </w:r>
      <w:r w:rsidRPr="003E3418">
        <w:rPr>
          <w:rFonts w:ascii="Sakkal Majalla" w:hAnsi="Sakkal Majalla" w:cs="Sakkal Majalla"/>
          <w:sz w:val="24"/>
        </w:rPr>
        <w:t>.</w:t>
      </w:r>
    </w:p>
    <w:p w14:paraId="53FEC888"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وتتجلى</w:t>
      </w:r>
      <w:r w:rsidRPr="003E3418">
        <w:rPr>
          <w:rFonts w:ascii="Sakkal Majalla" w:hAnsi="Sakkal Majalla" w:cs="Sakkal Majalla"/>
          <w:sz w:val="24"/>
        </w:rPr>
        <w:t xml:space="preserve"> </w:t>
      </w:r>
      <w:r w:rsidRPr="003E3418">
        <w:rPr>
          <w:rFonts w:ascii="Sakkal Majalla" w:hAnsi="Sakkal Majalla" w:cs="Sakkal Majalla"/>
          <w:sz w:val="24"/>
          <w:szCs w:val="24"/>
          <w:rtl/>
        </w:rPr>
        <w:t>المشكلة</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البحثية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ثلاثة</w:t>
      </w:r>
      <w:r w:rsidRPr="003E3418">
        <w:rPr>
          <w:rFonts w:ascii="Sakkal Majalla" w:hAnsi="Sakkal Majalla" w:cs="Sakkal Majalla"/>
          <w:sz w:val="24"/>
        </w:rPr>
        <w:t xml:space="preserve"> </w:t>
      </w:r>
      <w:r w:rsidRPr="003E3418">
        <w:rPr>
          <w:rFonts w:ascii="Sakkal Majalla" w:hAnsi="Sakkal Majalla" w:cs="Sakkal Majalla"/>
          <w:sz w:val="24"/>
          <w:szCs w:val="24"/>
          <w:rtl/>
        </w:rPr>
        <w:t>أوجه</w:t>
      </w:r>
      <w:r w:rsidRPr="003E3418">
        <w:rPr>
          <w:rFonts w:ascii="Sakkal Majalla" w:hAnsi="Sakkal Majalla" w:cs="Sakkal Majalla"/>
          <w:sz w:val="24"/>
        </w:rPr>
        <w:t xml:space="preserve"> </w:t>
      </w:r>
      <w:r w:rsidRPr="003E3418">
        <w:rPr>
          <w:rFonts w:ascii="Sakkal Majalla" w:hAnsi="Sakkal Majalla" w:cs="Sakkal Majalla"/>
          <w:sz w:val="24"/>
          <w:szCs w:val="24"/>
          <w:rtl/>
        </w:rPr>
        <w:t>منهجية</w:t>
      </w:r>
      <w:r w:rsidRPr="003E3418">
        <w:rPr>
          <w:rFonts w:ascii="Sakkal Majalla" w:hAnsi="Sakkal Majalla" w:cs="Sakkal Majalla"/>
          <w:sz w:val="24"/>
        </w:rPr>
        <w:t xml:space="preserve"> </w:t>
      </w:r>
      <w:r w:rsidRPr="003E3418">
        <w:rPr>
          <w:rFonts w:ascii="Sakkal Majalla" w:hAnsi="Sakkal Majalla" w:cs="Sakkal Majalla"/>
          <w:sz w:val="24"/>
          <w:szCs w:val="24"/>
          <w:rtl/>
        </w:rPr>
        <w:t>متميزة</w:t>
      </w:r>
      <w:r w:rsidRPr="003E3418">
        <w:rPr>
          <w:rFonts w:ascii="Sakkal Majalla" w:hAnsi="Sakkal Majalla" w:cs="Sakkal Majalla"/>
          <w:sz w:val="24"/>
        </w:rPr>
        <w:t>:</w:t>
      </w:r>
    </w:p>
    <w:p w14:paraId="705FEE2F" w14:textId="77777777" w:rsidR="003E3418" w:rsidRPr="003E3418" w:rsidRDefault="003E3418" w:rsidP="003E3418">
      <w:pPr>
        <w:bidi/>
        <w:spacing w:before="160" w:after="60" w:line="320" w:lineRule="exact"/>
        <w:rPr>
          <w:rFonts w:ascii="Sakkal Majalla" w:hAnsi="Sakkal Majalla" w:cs="Sakkal Majalla"/>
        </w:rPr>
      </w:pPr>
      <w:r w:rsidRPr="003E3418">
        <w:rPr>
          <w:rFonts w:ascii="Sakkal Majalla" w:hAnsi="Sakkal Majalla" w:cs="Sakkal Majalla"/>
          <w:b/>
          <w:bCs/>
          <w:sz w:val="24"/>
          <w:szCs w:val="24"/>
          <w:rtl/>
        </w:rPr>
        <w:t>الوجه</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الأول</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إشكالية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السببية</w:t>
      </w:r>
    </w:p>
    <w:p w14:paraId="2B4166AE"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يُعدّ</w:t>
      </w:r>
      <w:r w:rsidRPr="003E3418">
        <w:rPr>
          <w:rFonts w:ascii="Sakkal Majalla" w:hAnsi="Sakkal Majalla" w:cs="Sakkal Majalla"/>
          <w:sz w:val="24"/>
        </w:rPr>
        <w:t xml:space="preserve"> </w:t>
      </w:r>
      <w:r w:rsidRPr="003E3418">
        <w:rPr>
          <w:rFonts w:ascii="Sakkal Majalla" w:hAnsi="Sakkal Majalla" w:cs="Sakkal Majalla"/>
          <w:sz w:val="24"/>
          <w:szCs w:val="24"/>
          <w:rtl/>
        </w:rPr>
        <w:t>تحديد</w:t>
      </w:r>
      <w:r w:rsidRPr="003E3418">
        <w:rPr>
          <w:rFonts w:ascii="Sakkal Majalla" w:hAnsi="Sakkal Majalla" w:cs="Sakkal Majalla"/>
          <w:sz w:val="24"/>
        </w:rPr>
        <w:t xml:space="preserve"> </w:t>
      </w:r>
      <w:r w:rsidRPr="003E3418">
        <w:rPr>
          <w:rFonts w:ascii="Sakkal Majalla" w:hAnsi="Sakkal Majalla" w:cs="Sakkal Majalla"/>
          <w:sz w:val="24"/>
          <w:szCs w:val="24"/>
          <w:rtl/>
        </w:rPr>
        <w:t>اتجاه</w:t>
      </w:r>
      <w:r w:rsidRPr="003E3418">
        <w:rPr>
          <w:rFonts w:ascii="Sakkal Majalla" w:hAnsi="Sakkal Majalla" w:cs="Sakkal Majalla"/>
          <w:sz w:val="24"/>
        </w:rPr>
        <w:t xml:space="preserve"> </w:t>
      </w:r>
      <w:r w:rsidRPr="003E3418">
        <w:rPr>
          <w:rFonts w:ascii="Sakkal Majalla" w:hAnsi="Sakkal Majalla" w:cs="Sakkal Majalla"/>
          <w:sz w:val="24"/>
          <w:szCs w:val="24"/>
          <w:rtl/>
        </w:rPr>
        <w:t>السببية</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جهة</w:t>
      </w:r>
      <w:r w:rsidRPr="003E3418">
        <w:rPr>
          <w:rFonts w:ascii="Sakkal Majalla" w:hAnsi="Sakkal Majalla" w:cs="Sakkal Majalla"/>
          <w:sz w:val="24"/>
        </w:rPr>
        <w:t xml:space="preserve"> </w:t>
      </w:r>
      <w:r w:rsidRPr="003E3418">
        <w:rPr>
          <w:rFonts w:ascii="Sakkal Majalla" w:hAnsi="Sakkal Majalla" w:cs="Sakkal Majalla"/>
          <w:sz w:val="24"/>
          <w:szCs w:val="24"/>
          <w:rtl/>
        </w:rPr>
        <w:t>والنمو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والفقر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جهة</w:t>
      </w:r>
      <w:r w:rsidRPr="003E3418">
        <w:rPr>
          <w:rFonts w:ascii="Sakkal Majalla" w:hAnsi="Sakkal Majalla" w:cs="Sakkal Majalla"/>
          <w:sz w:val="24"/>
        </w:rPr>
        <w:t xml:space="preserve"> </w:t>
      </w:r>
      <w:r w:rsidRPr="003E3418">
        <w:rPr>
          <w:rFonts w:ascii="Sakkal Majalla" w:hAnsi="Sakkal Majalla" w:cs="Sakkal Majalla"/>
          <w:sz w:val="24"/>
          <w:szCs w:val="24"/>
          <w:rtl/>
        </w:rPr>
        <w:t>أخرى</w:t>
      </w:r>
      <w:r w:rsidRPr="003E3418">
        <w:rPr>
          <w:rFonts w:ascii="Sakkal Majalla" w:hAnsi="Sakkal Majalla" w:cs="Sakkal Majalla"/>
          <w:sz w:val="24"/>
        </w:rPr>
        <w:t xml:space="preserve"> </w:t>
      </w:r>
      <w:r w:rsidRPr="003E3418">
        <w:rPr>
          <w:rFonts w:ascii="Sakkal Majalla" w:hAnsi="Sakkal Majalla" w:cs="Sakkal Majalla"/>
          <w:sz w:val="24"/>
          <w:szCs w:val="24"/>
          <w:rtl/>
        </w:rPr>
        <w:t>أعقد</w:t>
      </w:r>
      <w:r w:rsidRPr="003E3418">
        <w:rPr>
          <w:rFonts w:ascii="Sakkal Majalla" w:hAnsi="Sakkal Majalla" w:cs="Sakkal Majalla"/>
          <w:sz w:val="24"/>
        </w:rPr>
        <w:t xml:space="preserve"> </w:t>
      </w:r>
      <w:r w:rsidRPr="003E3418">
        <w:rPr>
          <w:rFonts w:ascii="Sakkal Majalla" w:hAnsi="Sakkal Majalla" w:cs="Sakkal Majalla"/>
          <w:sz w:val="24"/>
          <w:szCs w:val="24"/>
          <w:rtl/>
        </w:rPr>
        <w:t>إشكاليات</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الحقل</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البحثي</w:t>
      </w:r>
      <w:r w:rsidRPr="003E3418">
        <w:rPr>
          <w:rFonts w:ascii="Sakkal Majalla" w:hAnsi="Sakkal Majalla" w:cs="Sakkal Majalla"/>
          <w:sz w:val="24"/>
        </w:rPr>
        <w:t xml:space="preserve">. </w:t>
      </w:r>
      <w:r w:rsidRPr="003E3418">
        <w:rPr>
          <w:rFonts w:ascii="Sakkal Majalla" w:hAnsi="Sakkal Majalla" w:cs="Sakkal Majalla"/>
          <w:sz w:val="24"/>
          <w:szCs w:val="24"/>
          <w:rtl/>
        </w:rPr>
        <w:t>فالفقر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يمكن</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يُغذّي</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عبر</w:t>
      </w:r>
      <w:r w:rsidRPr="003E3418">
        <w:rPr>
          <w:rFonts w:ascii="Sakkal Majalla" w:hAnsi="Sakkal Majalla" w:cs="Sakkal Majalla"/>
          <w:sz w:val="24"/>
        </w:rPr>
        <w:t xml:space="preserve"> </w:t>
      </w:r>
      <w:r w:rsidRPr="003E3418">
        <w:rPr>
          <w:rFonts w:ascii="Sakkal Majalla" w:hAnsi="Sakkal Majalla" w:cs="Sakkal Majalla"/>
          <w:sz w:val="24"/>
          <w:szCs w:val="24"/>
          <w:rtl/>
        </w:rPr>
        <w:t>ضعف</w:t>
      </w:r>
      <w:r w:rsidRPr="003E3418">
        <w:rPr>
          <w:rFonts w:ascii="Sakkal Majalla" w:hAnsi="Sakkal Majalla" w:cs="Sakkal Majalla"/>
          <w:sz w:val="24"/>
        </w:rPr>
        <w:t xml:space="preserve"> </w:t>
      </w:r>
      <w:r w:rsidRPr="003E3418">
        <w:rPr>
          <w:rFonts w:ascii="Sakkal Majalla" w:hAnsi="Sakkal Majalla" w:cs="Sakkal Majalla"/>
          <w:sz w:val="24"/>
          <w:szCs w:val="24"/>
          <w:rtl/>
        </w:rPr>
        <w:t>مؤسسات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المساءلة</w:t>
      </w:r>
      <w:r w:rsidRPr="003E3418">
        <w:rPr>
          <w:rFonts w:ascii="Sakkal Majalla" w:hAnsi="Sakkal Majalla" w:cs="Sakkal Majalla"/>
          <w:sz w:val="24"/>
        </w:rPr>
        <w:t xml:space="preserve"> </w:t>
      </w:r>
      <w:r w:rsidRPr="003E3418">
        <w:rPr>
          <w:rFonts w:ascii="Sakkal Majalla" w:hAnsi="Sakkal Majalla" w:cs="Sakkal Majalla"/>
          <w:sz w:val="24"/>
          <w:szCs w:val="24"/>
          <w:rtl/>
        </w:rPr>
        <w:t>وتدني</w:t>
      </w:r>
      <w:r w:rsidRPr="003E3418">
        <w:rPr>
          <w:rFonts w:ascii="Sakkal Majalla" w:hAnsi="Sakkal Majalla" w:cs="Sakkal Majalla"/>
          <w:sz w:val="24"/>
        </w:rPr>
        <w:t xml:space="preserve"> </w:t>
      </w:r>
      <w:r w:rsidRPr="003E3418">
        <w:rPr>
          <w:rFonts w:ascii="Sakkal Majalla" w:hAnsi="Sakkal Majalla" w:cs="Sakkal Majalla"/>
          <w:sz w:val="24"/>
          <w:szCs w:val="24"/>
          <w:rtl/>
        </w:rPr>
        <w:t>قدرات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الدولة،</w:t>
      </w:r>
      <w:r w:rsidRPr="003E3418">
        <w:rPr>
          <w:rFonts w:ascii="Sakkal Majalla" w:hAnsi="Sakkal Majalla" w:cs="Sakkal Majalla"/>
          <w:sz w:val="24"/>
        </w:rPr>
        <w:t xml:space="preserve"> </w:t>
      </w:r>
      <w:r w:rsidRPr="003E3418">
        <w:rPr>
          <w:rFonts w:ascii="Sakkal Majalla" w:hAnsi="Sakkal Majalla" w:cs="Sakkal Majalla"/>
          <w:sz w:val="24"/>
          <w:szCs w:val="24"/>
          <w:rtl/>
        </w:rPr>
        <w:t>فيما</w:t>
      </w:r>
      <w:r w:rsidRPr="003E3418">
        <w:rPr>
          <w:rFonts w:ascii="Sakkal Majalla" w:hAnsi="Sakkal Majalla" w:cs="Sakkal Majalla"/>
          <w:sz w:val="24"/>
        </w:rPr>
        <w:t xml:space="preserve"> </w:t>
      </w:r>
      <w:r w:rsidRPr="003E3418">
        <w:rPr>
          <w:rFonts w:ascii="Sakkal Majalla" w:hAnsi="Sakkal Majalla" w:cs="Sakkal Majalla"/>
          <w:sz w:val="24"/>
          <w:szCs w:val="24"/>
          <w:rtl/>
        </w:rPr>
        <w:t>يُضعف</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بدوره</w:t>
      </w:r>
      <w:r w:rsidRPr="003E3418">
        <w:rPr>
          <w:rFonts w:ascii="Sakkal Majalla" w:hAnsi="Sakkal Majalla" w:cs="Sakkal Majalla"/>
          <w:sz w:val="24"/>
        </w:rPr>
        <w:t xml:space="preserve"> </w:t>
      </w:r>
      <w:r w:rsidRPr="003E3418">
        <w:rPr>
          <w:rFonts w:ascii="Sakkal Majalla" w:hAnsi="Sakkal Majalla" w:cs="Sakkal Majalla"/>
          <w:sz w:val="24"/>
          <w:szCs w:val="24"/>
          <w:rtl/>
        </w:rPr>
        <w:t>مسارات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التنمية</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قد</w:t>
      </w:r>
      <w:r w:rsidRPr="003E3418">
        <w:rPr>
          <w:rFonts w:ascii="Sakkal Majalla" w:hAnsi="Sakkal Majalla" w:cs="Sakkal Majalla"/>
          <w:sz w:val="24"/>
        </w:rPr>
        <w:t xml:space="preserve"> </w:t>
      </w:r>
      <w:r w:rsidRPr="003E3418">
        <w:rPr>
          <w:rFonts w:ascii="Sakkal Majalla" w:hAnsi="Sakkal Majalla" w:cs="Sakkal Majalla"/>
          <w:sz w:val="24"/>
          <w:szCs w:val="24"/>
          <w:rtl/>
        </w:rPr>
        <w:t>تُقلّص</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وهذه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الحلقة</w:t>
      </w:r>
      <w:r w:rsidRPr="003E3418">
        <w:rPr>
          <w:rFonts w:ascii="Sakkal Majalla" w:hAnsi="Sakkal Majalla" w:cs="Sakkal Majalla"/>
          <w:sz w:val="24"/>
        </w:rPr>
        <w:t xml:space="preserve"> </w:t>
      </w:r>
      <w:r w:rsidRPr="003E3418">
        <w:rPr>
          <w:rFonts w:ascii="Sakkal Majalla" w:hAnsi="Sakkal Majalla" w:cs="Sakkal Majalla"/>
          <w:sz w:val="24"/>
          <w:szCs w:val="24"/>
          <w:rtl/>
        </w:rPr>
        <w:t>الدائرية</w:t>
      </w:r>
      <w:r w:rsidRPr="003E3418">
        <w:rPr>
          <w:rFonts w:ascii="Sakkal Majalla" w:hAnsi="Sakkal Majalla" w:cs="Sakkal Majalla"/>
          <w:sz w:val="24"/>
        </w:rPr>
        <w:t xml:space="preserve"> </w:t>
      </w:r>
      <w:r w:rsidRPr="003E3418">
        <w:rPr>
          <w:rFonts w:ascii="Sakkal Majalla" w:hAnsi="Sakkal Majalla" w:cs="Sakkal Majalla"/>
          <w:sz w:val="24"/>
          <w:szCs w:val="24"/>
          <w:rtl/>
        </w:rPr>
        <w:t>تجعل</w:t>
      </w:r>
      <w:r w:rsidRPr="003E3418">
        <w:rPr>
          <w:rFonts w:ascii="Sakkal Majalla" w:hAnsi="Sakkal Majalla" w:cs="Sakkal Majalla"/>
          <w:sz w:val="24"/>
        </w:rPr>
        <w:t xml:space="preserve"> </w:t>
      </w:r>
      <w:r w:rsidRPr="003E3418">
        <w:rPr>
          <w:rFonts w:ascii="Sakkal Majalla" w:hAnsi="Sakkal Majalla" w:cs="Sakkal Majalla"/>
          <w:sz w:val="24"/>
          <w:szCs w:val="24"/>
          <w:rtl/>
        </w:rPr>
        <w:lastRenderedPageBreak/>
        <w:t>التقديرات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البسيطة</w:t>
      </w:r>
      <w:r w:rsidRPr="003E3418">
        <w:rPr>
          <w:rFonts w:ascii="Sakkal Majalla" w:hAnsi="Sakkal Majalla" w:cs="Sakkal Majalla"/>
          <w:sz w:val="24"/>
        </w:rPr>
        <w:t xml:space="preserve"> </w:t>
      </w:r>
      <w:r w:rsidRPr="003E3418">
        <w:rPr>
          <w:rFonts w:ascii="Sakkal Majalla" w:hAnsi="Sakkal Majalla" w:cs="Sakkal Majalla"/>
          <w:sz w:val="24"/>
          <w:szCs w:val="24"/>
          <w:rtl/>
        </w:rPr>
        <w:t>متحيّزة،</w:t>
      </w:r>
      <w:r w:rsidRPr="003E3418">
        <w:rPr>
          <w:rFonts w:ascii="Sakkal Majalla" w:hAnsi="Sakkal Majalla" w:cs="Sakkal Majalla"/>
          <w:sz w:val="24"/>
        </w:rPr>
        <w:t xml:space="preserve"> </w:t>
      </w:r>
      <w:r w:rsidRPr="003E3418">
        <w:rPr>
          <w:rFonts w:ascii="Sakkal Majalla" w:hAnsi="Sakkal Majalla" w:cs="Sakkal Majalla"/>
          <w:sz w:val="24"/>
          <w:szCs w:val="24"/>
          <w:rtl/>
        </w:rPr>
        <w:t>والاستنتاجات</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السياساتية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المُبنية</w:t>
      </w:r>
      <w:r w:rsidRPr="003E3418">
        <w:rPr>
          <w:rFonts w:ascii="Sakkal Majalla" w:hAnsi="Sakkal Majalla" w:cs="Sakkal Majalla"/>
          <w:sz w:val="24"/>
        </w:rPr>
        <w:t xml:space="preserve"> </w:t>
      </w:r>
      <w:r w:rsidRPr="003E3418">
        <w:rPr>
          <w:rFonts w:ascii="Sakkal Majalla" w:hAnsi="Sakkal Majalla" w:cs="Sakkal Majalla"/>
          <w:sz w:val="24"/>
          <w:szCs w:val="24"/>
          <w:rtl/>
        </w:rPr>
        <w:t>عليها</w:t>
      </w:r>
      <w:r w:rsidRPr="003E3418">
        <w:rPr>
          <w:rFonts w:ascii="Sakkal Majalla" w:hAnsi="Sakkal Majalla" w:cs="Sakkal Majalla"/>
          <w:sz w:val="24"/>
        </w:rPr>
        <w:t xml:space="preserve"> </w:t>
      </w:r>
      <w:r w:rsidRPr="003E3418">
        <w:rPr>
          <w:rFonts w:ascii="Sakkal Majalla" w:hAnsi="Sakkal Majalla" w:cs="Sakkal Majalla"/>
          <w:sz w:val="24"/>
          <w:szCs w:val="24"/>
          <w:rtl/>
        </w:rPr>
        <w:t>مضلِّلة</w:t>
      </w:r>
      <w:r w:rsidRPr="003E3418">
        <w:rPr>
          <w:rFonts w:ascii="Sakkal Majalla" w:hAnsi="Sakkal Majalla" w:cs="Sakkal Majalla"/>
          <w:sz w:val="24"/>
        </w:rPr>
        <w:t xml:space="preserve">. </w:t>
      </w:r>
      <w:r w:rsidRPr="003E3418">
        <w:rPr>
          <w:rFonts w:ascii="Sakkal Majalla" w:hAnsi="Sakkal Majalla" w:cs="Sakkal Majalla"/>
          <w:sz w:val="24"/>
          <w:szCs w:val="24"/>
          <w:rtl/>
        </w:rPr>
        <w:t>وقد</w:t>
      </w:r>
      <w:r w:rsidRPr="003E3418">
        <w:rPr>
          <w:rFonts w:ascii="Sakkal Majalla" w:hAnsi="Sakkal Majalla" w:cs="Sakkal Majalla"/>
          <w:sz w:val="24"/>
        </w:rPr>
        <w:t xml:space="preserve"> </w:t>
      </w:r>
      <w:r w:rsidRPr="003E3418">
        <w:rPr>
          <w:rFonts w:ascii="Sakkal Majalla" w:hAnsi="Sakkal Majalla" w:cs="Sakkal Majalla"/>
          <w:sz w:val="24"/>
          <w:szCs w:val="24"/>
          <w:rtl/>
        </w:rPr>
        <w:t>تصدّت</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الحالية</w:t>
      </w:r>
      <w:r w:rsidRPr="003E3418">
        <w:rPr>
          <w:rFonts w:ascii="Sakkal Majalla" w:hAnsi="Sakkal Majalla" w:cs="Sakkal Majalla"/>
          <w:sz w:val="24"/>
        </w:rPr>
        <w:t xml:space="preserve"> </w:t>
      </w:r>
      <w:r w:rsidRPr="003E3418">
        <w:rPr>
          <w:rFonts w:ascii="Sakkal Majalla" w:hAnsi="Sakkal Majalla" w:cs="Sakkal Majalla"/>
          <w:sz w:val="24"/>
          <w:szCs w:val="24"/>
          <w:rtl/>
        </w:rPr>
        <w:t>لهذه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الإشكالية</w:t>
      </w:r>
      <w:r w:rsidRPr="003E3418">
        <w:rPr>
          <w:rFonts w:ascii="Sakkal Majalla" w:hAnsi="Sakkal Majalla" w:cs="Sakkal Majalla"/>
          <w:sz w:val="24"/>
        </w:rPr>
        <w:t xml:space="preserve"> </w:t>
      </w:r>
      <w:r w:rsidRPr="003E3418">
        <w:rPr>
          <w:rFonts w:ascii="Sakkal Majalla" w:hAnsi="Sakkal Majalla" w:cs="Sakkal Majalla"/>
          <w:sz w:val="24"/>
          <w:szCs w:val="24"/>
          <w:rtl/>
        </w:rPr>
        <w:t>باستخدام</w:t>
      </w:r>
      <w:r w:rsidRPr="003E3418">
        <w:rPr>
          <w:rFonts w:ascii="Sakkal Majalla" w:hAnsi="Sakkal Majalla" w:cs="Sakkal Majalla"/>
          <w:sz w:val="24"/>
        </w:rPr>
        <w:t xml:space="preserve"> </w:t>
      </w:r>
      <w:r w:rsidRPr="003E3418">
        <w:rPr>
          <w:rFonts w:ascii="Sakkal Majalla" w:hAnsi="Sakkal Majalla" w:cs="Sakkal Majalla"/>
          <w:sz w:val="24"/>
          <w:szCs w:val="24"/>
          <w:rtl/>
        </w:rPr>
        <w:t>نماذج</w:t>
      </w:r>
      <w:r w:rsidRPr="003E3418">
        <w:rPr>
          <w:rFonts w:ascii="Sakkal Majalla" w:hAnsi="Sakkal Majalla" w:cs="Sakkal Majalla"/>
          <w:sz w:val="24"/>
        </w:rPr>
        <w:t xml:space="preserve"> GMM </w:t>
      </w:r>
      <w:r w:rsidRPr="003E3418">
        <w:rPr>
          <w:rFonts w:ascii="Sakkal Majalla" w:hAnsi="Sakkal Majalla" w:cs="Sakkal Majalla"/>
          <w:sz w:val="24"/>
          <w:szCs w:val="24"/>
          <w:rtl/>
        </w:rPr>
        <w:t>الديناميكية</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تُعالج</w:t>
      </w:r>
      <w:r w:rsidRPr="003E3418">
        <w:rPr>
          <w:rFonts w:ascii="Sakkal Majalla" w:hAnsi="Sakkal Majalla" w:cs="Sakkal Majalla"/>
          <w:sz w:val="24"/>
        </w:rPr>
        <w:t xml:space="preserve"> </w:t>
      </w:r>
      <w:r w:rsidRPr="003E3418">
        <w:rPr>
          <w:rFonts w:ascii="Sakkal Majalla" w:hAnsi="Sakkal Majalla" w:cs="Sakkal Majalla"/>
          <w:sz w:val="24"/>
          <w:szCs w:val="24"/>
          <w:rtl/>
        </w:rPr>
        <w:t>التحيز</w:t>
      </w:r>
      <w:r w:rsidRPr="003E3418">
        <w:rPr>
          <w:rFonts w:ascii="Sakkal Majalla" w:hAnsi="Sakkal Majalla" w:cs="Sakkal Majalla"/>
          <w:sz w:val="24"/>
        </w:rPr>
        <w:t xml:space="preserve"> </w:t>
      </w:r>
      <w:r w:rsidRPr="003E3418">
        <w:rPr>
          <w:rFonts w:ascii="Sakkal Majalla" w:hAnsi="Sakkal Majalla" w:cs="Sakkal Majalla"/>
          <w:sz w:val="24"/>
          <w:szCs w:val="24"/>
          <w:rtl/>
        </w:rPr>
        <w:t>الناجم</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الداخلية</w:t>
      </w:r>
      <w:r w:rsidRPr="003E3418">
        <w:rPr>
          <w:rFonts w:ascii="Sakkal Majalla" w:hAnsi="Sakkal Majalla" w:cs="Sakkal Majalla"/>
          <w:sz w:val="24"/>
        </w:rPr>
        <w:t>.</w:t>
      </w:r>
    </w:p>
    <w:p w14:paraId="070CE061" w14:textId="77777777" w:rsidR="003E3418" w:rsidRPr="003E3418" w:rsidRDefault="003E3418" w:rsidP="003E3418">
      <w:pPr>
        <w:bidi/>
        <w:spacing w:before="160" w:after="60" w:line="320" w:lineRule="exact"/>
        <w:rPr>
          <w:rFonts w:ascii="Sakkal Majalla" w:hAnsi="Sakkal Majalla" w:cs="Sakkal Majalla"/>
        </w:rPr>
      </w:pPr>
      <w:r w:rsidRPr="003E3418">
        <w:rPr>
          <w:rFonts w:ascii="Sakkal Majalla" w:hAnsi="Sakkal Majalla" w:cs="Sakkal Majalla"/>
          <w:b/>
          <w:bCs/>
          <w:sz w:val="24"/>
          <w:szCs w:val="24"/>
          <w:rtl/>
        </w:rPr>
        <w:t>الوجه</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الثاني</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إشكالية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قنوات</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التأثير</w:t>
      </w:r>
    </w:p>
    <w:p w14:paraId="1408A170"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حتى</w:t>
      </w:r>
      <w:r w:rsidRPr="003E3418">
        <w:rPr>
          <w:rFonts w:ascii="Sakkal Majalla" w:hAnsi="Sakkal Majalla" w:cs="Sakkal Majalla"/>
          <w:sz w:val="24"/>
        </w:rPr>
        <w:t xml:space="preserve"> </w:t>
      </w:r>
      <w:r w:rsidRPr="003E3418">
        <w:rPr>
          <w:rFonts w:ascii="Sakkal Majalla" w:hAnsi="Sakkal Majalla" w:cs="Sakkal Majalla"/>
          <w:sz w:val="24"/>
          <w:szCs w:val="24"/>
          <w:rtl/>
        </w:rPr>
        <w:t>حين</w:t>
      </w:r>
      <w:r w:rsidRPr="003E3418">
        <w:rPr>
          <w:rFonts w:ascii="Sakkal Majalla" w:hAnsi="Sakkal Majalla" w:cs="Sakkal Majalla"/>
          <w:sz w:val="24"/>
        </w:rPr>
        <w:t xml:space="preserve"> </w:t>
      </w:r>
      <w:r w:rsidRPr="003E3418">
        <w:rPr>
          <w:rFonts w:ascii="Sakkal Majalla" w:hAnsi="Sakkal Majalla" w:cs="Sakkal Majalla"/>
          <w:sz w:val="24"/>
          <w:szCs w:val="24"/>
          <w:rtl/>
        </w:rPr>
        <w:t>يُسلَّم</w:t>
      </w:r>
      <w:r w:rsidRPr="003E3418">
        <w:rPr>
          <w:rFonts w:ascii="Sakkal Majalla" w:hAnsi="Sakkal Majalla" w:cs="Sakkal Majalla"/>
          <w:sz w:val="24"/>
        </w:rPr>
        <w:t xml:space="preserve"> </w:t>
      </w:r>
      <w:r w:rsidRPr="003E3418">
        <w:rPr>
          <w:rFonts w:ascii="Sakkal Majalla" w:hAnsi="Sakkal Majalla" w:cs="Sakkal Majalla"/>
          <w:sz w:val="24"/>
          <w:szCs w:val="24"/>
          <w:rtl/>
        </w:rPr>
        <w:t>بوجود</w:t>
      </w:r>
      <w:r w:rsidRPr="003E3418">
        <w:rPr>
          <w:rFonts w:ascii="Sakkal Majalla" w:hAnsi="Sakkal Majalla" w:cs="Sakkal Majalla"/>
          <w:sz w:val="24"/>
        </w:rPr>
        <w:t xml:space="preserve"> </w:t>
      </w:r>
      <w:r w:rsidRPr="003E3418">
        <w:rPr>
          <w:rFonts w:ascii="Sakkal Majalla" w:hAnsi="Sakkal Majalla" w:cs="Sakkal Majalla"/>
          <w:sz w:val="24"/>
          <w:szCs w:val="24"/>
          <w:rtl/>
        </w:rPr>
        <w:t>أثر</w:t>
      </w:r>
      <w:r w:rsidRPr="003E3418">
        <w:rPr>
          <w:rFonts w:ascii="Sakkal Majalla" w:hAnsi="Sakkal Majalla" w:cs="Sakkal Majalla"/>
          <w:sz w:val="24"/>
        </w:rPr>
        <w:t xml:space="preserve"> </w:t>
      </w:r>
      <w:r w:rsidRPr="003E3418">
        <w:rPr>
          <w:rFonts w:ascii="Sakkal Majalla" w:hAnsi="Sakkal Majalla" w:cs="Sakkal Majalla"/>
          <w:sz w:val="24"/>
          <w:szCs w:val="24"/>
          <w:rtl/>
        </w:rPr>
        <w:t>سببي</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يبقى</w:t>
      </w:r>
      <w:r w:rsidRPr="003E3418">
        <w:rPr>
          <w:rFonts w:ascii="Sakkal Majalla" w:hAnsi="Sakkal Majalla" w:cs="Sakkal Majalla"/>
          <w:sz w:val="24"/>
        </w:rPr>
        <w:t xml:space="preserve"> </w:t>
      </w:r>
      <w:r w:rsidRPr="003E3418">
        <w:rPr>
          <w:rFonts w:ascii="Sakkal Majalla" w:hAnsi="Sakkal Majalla" w:cs="Sakkal Majalla"/>
          <w:sz w:val="24"/>
          <w:szCs w:val="24"/>
          <w:rtl/>
        </w:rPr>
        <w:t>تحديد</w:t>
      </w:r>
      <w:r w:rsidRPr="003E3418">
        <w:rPr>
          <w:rFonts w:ascii="Sakkal Majalla" w:hAnsi="Sakkal Majalla" w:cs="Sakkal Majalla"/>
          <w:sz w:val="24"/>
        </w:rPr>
        <w:t xml:space="preserve"> </w:t>
      </w:r>
      <w:r w:rsidRPr="003E3418">
        <w:rPr>
          <w:rFonts w:ascii="Sakkal Majalla" w:hAnsi="Sakkal Majalla" w:cs="Sakkal Majalla"/>
          <w:sz w:val="24"/>
          <w:szCs w:val="24"/>
          <w:rtl/>
        </w:rPr>
        <w:t>القنوات</w:t>
      </w:r>
      <w:r w:rsidRPr="003E3418">
        <w:rPr>
          <w:rFonts w:ascii="Sakkal Majalla" w:hAnsi="Sakkal Majalla" w:cs="Sakkal Majalla"/>
          <w:sz w:val="24"/>
        </w:rPr>
        <w:t xml:space="preserve"> </w:t>
      </w:r>
      <w:r w:rsidRPr="003E3418">
        <w:rPr>
          <w:rFonts w:ascii="Sakkal Majalla" w:hAnsi="Sakkal Majalla" w:cs="Sakkal Majalla"/>
          <w:sz w:val="24"/>
          <w:szCs w:val="24"/>
          <w:rtl/>
        </w:rPr>
        <w:t>الناقلة</w:t>
      </w:r>
      <w:r w:rsidRPr="003E3418">
        <w:rPr>
          <w:rFonts w:ascii="Sakkal Majalla" w:hAnsi="Sakkal Majalla" w:cs="Sakkal Majalla"/>
          <w:sz w:val="24"/>
        </w:rPr>
        <w:t xml:space="preserve"> </w:t>
      </w:r>
      <w:r w:rsidRPr="003E3418">
        <w:rPr>
          <w:rFonts w:ascii="Sakkal Majalla" w:hAnsi="Sakkal Majalla" w:cs="Sakkal Majalla"/>
          <w:sz w:val="24"/>
          <w:szCs w:val="24"/>
          <w:rtl/>
        </w:rPr>
        <w:t>وأوزانها</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الكمية</w:t>
      </w:r>
      <w:r w:rsidRPr="003E3418">
        <w:rPr>
          <w:rFonts w:ascii="Sakkal Majalla" w:hAnsi="Sakkal Majalla" w:cs="Sakkal Majalla"/>
          <w:sz w:val="24"/>
        </w:rPr>
        <w:t xml:space="preserve"> </w:t>
      </w:r>
      <w:r w:rsidRPr="003E3418">
        <w:rPr>
          <w:rFonts w:ascii="Sakkal Majalla" w:hAnsi="Sakkal Majalla" w:cs="Sakkal Majalla"/>
          <w:sz w:val="24"/>
          <w:szCs w:val="24"/>
          <w:rtl/>
        </w:rPr>
        <w:t>سؤالاً</w:t>
      </w:r>
      <w:r w:rsidRPr="003E3418">
        <w:rPr>
          <w:rFonts w:ascii="Sakkal Majalla" w:hAnsi="Sakkal Majalla" w:cs="Sakkal Majalla"/>
          <w:sz w:val="24"/>
        </w:rPr>
        <w:t xml:space="preserve"> </w:t>
      </w:r>
      <w:r w:rsidRPr="003E3418">
        <w:rPr>
          <w:rFonts w:ascii="Sakkal Majalla" w:hAnsi="Sakkal Majalla" w:cs="Sakkal Majalla"/>
          <w:sz w:val="24"/>
          <w:szCs w:val="24"/>
          <w:rtl/>
        </w:rPr>
        <w:t>معلّقاً</w:t>
      </w:r>
      <w:r w:rsidRPr="003E3418">
        <w:rPr>
          <w:rFonts w:ascii="Sakkal Majalla" w:hAnsi="Sakkal Majalla" w:cs="Sakkal Majalla"/>
          <w:sz w:val="24"/>
        </w:rPr>
        <w:t xml:space="preserve">. </w:t>
      </w:r>
      <w:r w:rsidRPr="003E3418">
        <w:rPr>
          <w:rFonts w:ascii="Sakkal Majalla" w:hAnsi="Sakkal Majalla" w:cs="Sakkal Majalla"/>
          <w:sz w:val="24"/>
          <w:szCs w:val="24"/>
          <w:rtl/>
        </w:rPr>
        <w:t>هل</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يُفقر</w:t>
      </w:r>
      <w:r w:rsidRPr="003E3418">
        <w:rPr>
          <w:rFonts w:ascii="Sakkal Majalla" w:hAnsi="Sakkal Majalla" w:cs="Sakkal Majalla"/>
          <w:sz w:val="24"/>
        </w:rPr>
        <w:t xml:space="preserve"> </w:t>
      </w:r>
      <w:r w:rsidRPr="003E3418">
        <w:rPr>
          <w:rFonts w:ascii="Sakkal Majalla" w:hAnsi="Sakkal Majalla" w:cs="Sakkal Majalla"/>
          <w:sz w:val="24"/>
          <w:szCs w:val="24"/>
          <w:rtl/>
        </w:rPr>
        <w:t>الناس</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الدرجة</w:t>
      </w:r>
      <w:r w:rsidRPr="003E3418">
        <w:rPr>
          <w:rFonts w:ascii="Sakkal Majalla" w:hAnsi="Sakkal Majalla" w:cs="Sakkal Majalla"/>
          <w:sz w:val="24"/>
        </w:rPr>
        <w:t xml:space="preserve"> </w:t>
      </w:r>
      <w:r w:rsidRPr="003E3418">
        <w:rPr>
          <w:rFonts w:ascii="Sakkal Majalla" w:hAnsi="Sakkal Majalla" w:cs="Sakkal Majalla"/>
          <w:sz w:val="24"/>
          <w:szCs w:val="24"/>
          <w:rtl/>
        </w:rPr>
        <w:t>الأولى</w:t>
      </w:r>
      <w:r w:rsidRPr="003E3418">
        <w:rPr>
          <w:rFonts w:ascii="Sakkal Majalla" w:hAnsi="Sakkal Majalla" w:cs="Sakkal Majalla"/>
          <w:sz w:val="24"/>
        </w:rPr>
        <w:t xml:space="preserve"> </w:t>
      </w:r>
      <w:r w:rsidRPr="003E3418">
        <w:rPr>
          <w:rFonts w:ascii="Sakkal Majalla" w:hAnsi="Sakkal Majalla" w:cs="Sakkal Majalla"/>
          <w:sz w:val="24"/>
          <w:szCs w:val="24"/>
          <w:rtl/>
        </w:rPr>
        <w:t>لأنه</w:t>
      </w:r>
      <w:r w:rsidRPr="003E3418">
        <w:rPr>
          <w:rFonts w:ascii="Sakkal Majalla" w:hAnsi="Sakkal Majalla" w:cs="Sakkal Majalla"/>
          <w:sz w:val="24"/>
        </w:rPr>
        <w:t xml:space="preserve"> </w:t>
      </w:r>
      <w:r w:rsidRPr="003E3418">
        <w:rPr>
          <w:rFonts w:ascii="Sakkal Majalla" w:hAnsi="Sakkal Majalla" w:cs="Sakkal Majalla"/>
          <w:sz w:val="24"/>
          <w:szCs w:val="24"/>
          <w:rtl/>
        </w:rPr>
        <w:t>يُبطّئ</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الذي</w:t>
      </w:r>
      <w:r w:rsidRPr="003E3418">
        <w:rPr>
          <w:rFonts w:ascii="Sakkal Majalla" w:hAnsi="Sakkal Majalla" w:cs="Sakkal Majalla"/>
          <w:sz w:val="24"/>
        </w:rPr>
        <w:t xml:space="preserve"> </w:t>
      </w:r>
      <w:r w:rsidRPr="003E3418">
        <w:rPr>
          <w:rFonts w:ascii="Sakkal Majalla" w:hAnsi="Sakkal Majalla" w:cs="Sakkal Majalla"/>
          <w:sz w:val="24"/>
          <w:szCs w:val="24"/>
          <w:rtl/>
        </w:rPr>
        <w:t>بدوره</w:t>
      </w:r>
      <w:r w:rsidRPr="003E3418">
        <w:rPr>
          <w:rFonts w:ascii="Sakkal Majalla" w:hAnsi="Sakkal Majalla" w:cs="Sakkal Majalla"/>
          <w:sz w:val="24"/>
        </w:rPr>
        <w:t xml:space="preserve"> </w:t>
      </w:r>
      <w:r w:rsidRPr="003E3418">
        <w:rPr>
          <w:rFonts w:ascii="Sakkal Majalla" w:hAnsi="Sakkal Majalla" w:cs="Sakkal Majalla"/>
          <w:sz w:val="24"/>
          <w:szCs w:val="24"/>
          <w:rtl/>
        </w:rPr>
        <w:t>يُعطّل</w:t>
      </w:r>
      <w:r w:rsidRPr="003E3418">
        <w:rPr>
          <w:rFonts w:ascii="Sakkal Majalla" w:hAnsi="Sakkal Majalla" w:cs="Sakkal Majalla"/>
          <w:sz w:val="24"/>
        </w:rPr>
        <w:t xml:space="preserve"> </w:t>
      </w:r>
      <w:r w:rsidRPr="003E3418">
        <w:rPr>
          <w:rFonts w:ascii="Sakkal Majalla" w:hAnsi="Sakkal Majalla" w:cs="Sakkal Majalla"/>
          <w:sz w:val="24"/>
          <w:szCs w:val="24"/>
          <w:rtl/>
        </w:rPr>
        <w:t>رفع</w:t>
      </w:r>
      <w:r w:rsidRPr="003E3418">
        <w:rPr>
          <w:rFonts w:ascii="Sakkal Majalla" w:hAnsi="Sakkal Majalla" w:cs="Sakkal Majalla"/>
          <w:sz w:val="24"/>
        </w:rPr>
        <w:t xml:space="preserve"> </w:t>
      </w:r>
      <w:r w:rsidRPr="003E3418">
        <w:rPr>
          <w:rFonts w:ascii="Sakkal Majalla" w:hAnsi="Sakkal Majalla" w:cs="Sakkal Majalla"/>
          <w:sz w:val="24"/>
          <w:szCs w:val="24"/>
          <w:rtl/>
        </w:rPr>
        <w:t>الأجور</w:t>
      </w:r>
      <w:r w:rsidRPr="003E3418">
        <w:rPr>
          <w:rFonts w:ascii="Sakkal Majalla" w:hAnsi="Sakkal Majalla" w:cs="Sakkal Majalla"/>
          <w:sz w:val="24"/>
        </w:rPr>
        <w:t xml:space="preserve"> </w:t>
      </w:r>
      <w:r w:rsidRPr="003E3418">
        <w:rPr>
          <w:rFonts w:ascii="Sakkal Majalla" w:hAnsi="Sakkal Majalla" w:cs="Sakkal Majalla"/>
          <w:sz w:val="24"/>
          <w:szCs w:val="24"/>
          <w:rtl/>
        </w:rPr>
        <w:t>وتوسيع</w:t>
      </w:r>
      <w:r w:rsidRPr="003E3418">
        <w:rPr>
          <w:rFonts w:ascii="Sakkal Majalla" w:hAnsi="Sakkal Majalla" w:cs="Sakkal Majalla"/>
          <w:sz w:val="24"/>
        </w:rPr>
        <w:t xml:space="preserve"> </w:t>
      </w:r>
      <w:r w:rsidRPr="003E3418">
        <w:rPr>
          <w:rFonts w:ascii="Sakkal Majalla" w:hAnsi="Sakkal Majalla" w:cs="Sakkal Majalla"/>
          <w:sz w:val="24"/>
          <w:szCs w:val="24"/>
          <w:rtl/>
        </w:rPr>
        <w:t>التوظيف؟</w:t>
      </w:r>
      <w:r w:rsidRPr="003E3418">
        <w:rPr>
          <w:rFonts w:ascii="Sakkal Majalla" w:hAnsi="Sakkal Majalla" w:cs="Sakkal Majalla"/>
          <w:sz w:val="24"/>
        </w:rPr>
        <w:t xml:space="preserve"> </w:t>
      </w:r>
      <w:r w:rsidRPr="003E3418">
        <w:rPr>
          <w:rFonts w:ascii="Sakkal Majalla" w:hAnsi="Sakkal Majalla" w:cs="Sakkal Majalla"/>
          <w:sz w:val="24"/>
          <w:szCs w:val="24"/>
          <w:rtl/>
        </w:rPr>
        <w:t>أم</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يُفقرهم</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مباشرةً</w:t>
      </w:r>
      <w:r w:rsidRPr="003E3418">
        <w:rPr>
          <w:rFonts w:ascii="Sakkal Majalla" w:hAnsi="Sakkal Majalla" w:cs="Sakkal Majalla"/>
          <w:sz w:val="24"/>
        </w:rPr>
        <w:t xml:space="preserve"> </w:t>
      </w:r>
      <w:r w:rsidRPr="003E3418">
        <w:rPr>
          <w:rFonts w:ascii="Sakkal Majalla" w:hAnsi="Sakkal Majalla" w:cs="Sakkal Majalla"/>
          <w:sz w:val="24"/>
          <w:szCs w:val="24"/>
          <w:rtl/>
        </w:rPr>
        <w:t>بصرف</w:t>
      </w:r>
      <w:r w:rsidRPr="003E3418">
        <w:rPr>
          <w:rFonts w:ascii="Sakkal Majalla" w:hAnsi="Sakkal Majalla" w:cs="Sakkal Majalla"/>
          <w:sz w:val="24"/>
        </w:rPr>
        <w:t xml:space="preserve"> </w:t>
      </w:r>
      <w:r w:rsidRPr="003E3418">
        <w:rPr>
          <w:rFonts w:ascii="Sakkal Majalla" w:hAnsi="Sakkal Majalla" w:cs="Sakkal Majalla"/>
          <w:sz w:val="24"/>
          <w:szCs w:val="24"/>
          <w:rtl/>
        </w:rPr>
        <w:t>النظر</w:t>
      </w:r>
      <w:r w:rsidRPr="003E3418">
        <w:rPr>
          <w:rFonts w:ascii="Sakkal Majalla" w:hAnsi="Sakkal Majalla" w:cs="Sakkal Majalla"/>
          <w:sz w:val="24"/>
        </w:rPr>
        <w:t xml:space="preserve"> </w:t>
      </w:r>
      <w:r w:rsidRPr="003E3418">
        <w:rPr>
          <w:rFonts w:ascii="Sakkal Majalla" w:hAnsi="Sakkal Majalla" w:cs="Sakkal Majalla"/>
          <w:sz w:val="24"/>
          <w:szCs w:val="24"/>
          <w:rtl/>
        </w:rPr>
        <w:t>عما</w:t>
      </w:r>
      <w:r w:rsidRPr="003E3418">
        <w:rPr>
          <w:rFonts w:ascii="Sakkal Majalla" w:hAnsi="Sakkal Majalla" w:cs="Sakkal Majalla"/>
          <w:sz w:val="24"/>
        </w:rPr>
        <w:t xml:space="preserve"> </w:t>
      </w:r>
      <w:r w:rsidRPr="003E3418">
        <w:rPr>
          <w:rFonts w:ascii="Sakkal Majalla" w:hAnsi="Sakkal Majalla" w:cs="Sakkal Majalla"/>
          <w:sz w:val="24"/>
          <w:szCs w:val="24"/>
          <w:rtl/>
        </w:rPr>
        <w:t>يحدث</w:t>
      </w:r>
      <w:r w:rsidRPr="003E3418">
        <w:rPr>
          <w:rFonts w:ascii="Sakkal Majalla" w:hAnsi="Sakkal Majalla" w:cs="Sakkal Majalla"/>
          <w:sz w:val="24"/>
        </w:rPr>
        <w:t xml:space="preserve"> </w:t>
      </w:r>
      <w:r w:rsidRPr="003E3418">
        <w:rPr>
          <w:rFonts w:ascii="Sakkal Majalla" w:hAnsi="Sakkal Majalla" w:cs="Sakkal Majalla"/>
          <w:sz w:val="24"/>
          <w:szCs w:val="24"/>
          <w:rtl/>
        </w:rPr>
        <w:t>للاقتصاد</w:t>
      </w:r>
      <w:r w:rsidRPr="003E3418">
        <w:rPr>
          <w:rFonts w:ascii="Sakkal Majalla" w:hAnsi="Sakkal Majalla" w:cs="Sakkal Majalla"/>
          <w:sz w:val="24"/>
        </w:rPr>
        <w:t xml:space="preserve"> </w:t>
      </w:r>
      <w:r w:rsidRPr="003E3418">
        <w:rPr>
          <w:rFonts w:ascii="Sakkal Majalla" w:hAnsi="Sakkal Majalla" w:cs="Sakkal Majalla"/>
          <w:sz w:val="24"/>
          <w:szCs w:val="24"/>
          <w:rtl/>
        </w:rPr>
        <w:t>الكلي؟</w:t>
      </w:r>
      <w:r w:rsidRPr="003E3418">
        <w:rPr>
          <w:rFonts w:ascii="Sakkal Majalla" w:hAnsi="Sakkal Majalla" w:cs="Sakkal Majalla"/>
          <w:sz w:val="24"/>
        </w:rPr>
        <w:t xml:space="preserve"> </w:t>
      </w:r>
      <w:r w:rsidRPr="003E3418">
        <w:rPr>
          <w:rFonts w:ascii="Sakkal Majalla" w:hAnsi="Sakkal Majalla" w:cs="Sakkal Majalla"/>
          <w:sz w:val="24"/>
          <w:szCs w:val="24"/>
          <w:rtl/>
        </w:rPr>
        <w:t>والجواب</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السؤال</w:t>
      </w:r>
      <w:r w:rsidRPr="003E3418">
        <w:rPr>
          <w:rFonts w:ascii="Sakkal Majalla" w:hAnsi="Sakkal Majalla" w:cs="Sakkal Majalla"/>
          <w:sz w:val="24"/>
        </w:rPr>
        <w:t xml:space="preserve"> </w:t>
      </w:r>
      <w:r w:rsidRPr="003E3418">
        <w:rPr>
          <w:rFonts w:ascii="Sakkal Majalla" w:hAnsi="Sakkal Majalla" w:cs="Sakkal Majalla"/>
          <w:sz w:val="24"/>
          <w:szCs w:val="24"/>
          <w:rtl/>
        </w:rPr>
        <w:t>يحدد</w:t>
      </w:r>
      <w:r w:rsidRPr="003E3418">
        <w:rPr>
          <w:rFonts w:ascii="Sakkal Majalla" w:hAnsi="Sakkal Majalla" w:cs="Sakkal Majalla"/>
          <w:sz w:val="24"/>
        </w:rPr>
        <w:t xml:space="preserve"> </w:t>
      </w:r>
      <w:r w:rsidRPr="003E3418">
        <w:rPr>
          <w:rFonts w:ascii="Sakkal Majalla" w:hAnsi="Sakkal Majalla" w:cs="Sakkal Majalla"/>
          <w:sz w:val="24"/>
          <w:szCs w:val="24"/>
          <w:rtl/>
        </w:rPr>
        <w:t>أين</w:t>
      </w:r>
      <w:r w:rsidRPr="003E3418">
        <w:rPr>
          <w:rFonts w:ascii="Sakkal Majalla" w:hAnsi="Sakkal Majalla" w:cs="Sakkal Majalla"/>
          <w:sz w:val="24"/>
        </w:rPr>
        <w:t xml:space="preserve"> </w:t>
      </w:r>
      <w:r w:rsidRPr="003E3418">
        <w:rPr>
          <w:rFonts w:ascii="Sakkal Majalla" w:hAnsi="Sakkal Majalla" w:cs="Sakkal Majalla"/>
          <w:sz w:val="24"/>
          <w:szCs w:val="24"/>
          <w:rtl/>
        </w:rPr>
        <w:t>تُخصَّص</w:t>
      </w:r>
      <w:r w:rsidRPr="003E3418">
        <w:rPr>
          <w:rFonts w:ascii="Sakkal Majalla" w:hAnsi="Sakkal Majalla" w:cs="Sakkal Majalla"/>
          <w:sz w:val="24"/>
        </w:rPr>
        <w:t xml:space="preserve"> </w:t>
      </w:r>
      <w:r w:rsidRPr="003E3418">
        <w:rPr>
          <w:rFonts w:ascii="Sakkal Majalla" w:hAnsi="Sakkal Majalla" w:cs="Sakkal Majalla"/>
          <w:sz w:val="24"/>
          <w:szCs w:val="24"/>
          <w:rtl/>
        </w:rPr>
        <w:t>موارد</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العامة</w:t>
      </w:r>
      <w:r w:rsidRPr="003E3418">
        <w:rPr>
          <w:rFonts w:ascii="Sakkal Majalla" w:hAnsi="Sakkal Majalla" w:cs="Sakkal Majalla"/>
          <w:sz w:val="24"/>
        </w:rPr>
        <w:t xml:space="preserve"> </w:t>
      </w:r>
      <w:r w:rsidRPr="003E3418">
        <w:rPr>
          <w:rFonts w:ascii="Sakkal Majalla" w:hAnsi="Sakkal Majalla" w:cs="Sakkal Majalla"/>
          <w:sz w:val="24"/>
          <w:szCs w:val="24"/>
          <w:rtl/>
        </w:rPr>
        <w:t>الشحيحة</w:t>
      </w:r>
      <w:r w:rsidRPr="003E3418">
        <w:rPr>
          <w:rFonts w:ascii="Sakkal Majalla" w:hAnsi="Sakkal Majalla" w:cs="Sakkal Majalla"/>
          <w:sz w:val="24"/>
        </w:rPr>
        <w:t>.</w:t>
      </w:r>
    </w:p>
    <w:p w14:paraId="2A260202" w14:textId="77777777" w:rsidR="003E3418" w:rsidRPr="003E3418" w:rsidRDefault="003E3418" w:rsidP="003E3418">
      <w:pPr>
        <w:bidi/>
        <w:spacing w:before="160" w:after="60" w:line="320" w:lineRule="exact"/>
        <w:rPr>
          <w:rFonts w:ascii="Sakkal Majalla" w:hAnsi="Sakkal Majalla" w:cs="Sakkal Majalla"/>
        </w:rPr>
      </w:pPr>
      <w:r w:rsidRPr="003E3418">
        <w:rPr>
          <w:rFonts w:ascii="Sakkal Majalla" w:hAnsi="Sakkal Majalla" w:cs="Sakkal Majalla"/>
          <w:b/>
          <w:bCs/>
          <w:sz w:val="24"/>
          <w:szCs w:val="24"/>
          <w:rtl/>
        </w:rPr>
        <w:t>الوجه</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الثالث</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إشكالية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التمايز</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الجغرافي</w:t>
      </w:r>
    </w:p>
    <w:p w14:paraId="0F27C2AC"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تكشف</w:t>
      </w:r>
      <w:r w:rsidRPr="003E3418">
        <w:rPr>
          <w:rFonts w:ascii="Sakkal Majalla" w:hAnsi="Sakkal Majalla" w:cs="Sakkal Majalla"/>
          <w:sz w:val="24"/>
        </w:rPr>
        <w:t xml:space="preserve"> </w:t>
      </w:r>
      <w:r w:rsidRPr="003E3418">
        <w:rPr>
          <w:rFonts w:ascii="Sakkal Majalla" w:hAnsi="Sakkal Majalla" w:cs="Sakkal Majalla"/>
          <w:sz w:val="24"/>
          <w:szCs w:val="24"/>
          <w:rtl/>
        </w:rPr>
        <w:t>الأدلة</w:t>
      </w:r>
      <w:r w:rsidRPr="003E3418">
        <w:rPr>
          <w:rFonts w:ascii="Sakkal Majalla" w:hAnsi="Sakkal Majalla" w:cs="Sakkal Majalla"/>
          <w:sz w:val="24"/>
        </w:rPr>
        <w:t xml:space="preserve"> </w:t>
      </w:r>
      <w:r w:rsidRPr="003E3418">
        <w:rPr>
          <w:rFonts w:ascii="Sakkal Majalla" w:hAnsi="Sakkal Majalla" w:cs="Sakkal Majalla"/>
          <w:sz w:val="24"/>
          <w:szCs w:val="24"/>
          <w:rtl/>
        </w:rPr>
        <w:t>الأولية</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ليس</w:t>
      </w:r>
      <w:r w:rsidRPr="003E3418">
        <w:rPr>
          <w:rFonts w:ascii="Sakkal Majalla" w:hAnsi="Sakkal Majalla" w:cs="Sakkal Majalla"/>
          <w:sz w:val="24"/>
        </w:rPr>
        <w:t xml:space="preserve"> </w:t>
      </w:r>
      <w:r w:rsidRPr="003E3418">
        <w:rPr>
          <w:rFonts w:ascii="Sakkal Majalla" w:hAnsi="Sakkal Majalla" w:cs="Sakkal Majalla"/>
          <w:sz w:val="24"/>
          <w:szCs w:val="24"/>
          <w:rtl/>
        </w:rPr>
        <w:t>متجانساً</w:t>
      </w:r>
      <w:r w:rsidRPr="003E3418">
        <w:rPr>
          <w:rFonts w:ascii="Sakkal Majalla" w:hAnsi="Sakkal Majalla" w:cs="Sakkal Majalla"/>
          <w:sz w:val="24"/>
        </w:rPr>
        <w:t xml:space="preserve"> </w:t>
      </w:r>
      <w:r w:rsidRPr="003E3418">
        <w:rPr>
          <w:rFonts w:ascii="Sakkal Majalla" w:hAnsi="Sakkal Majalla" w:cs="Sakkal Majalla"/>
          <w:sz w:val="24"/>
          <w:szCs w:val="24"/>
          <w:rtl/>
        </w:rPr>
        <w:t>عبر</w:t>
      </w:r>
      <w:r w:rsidRPr="003E3418">
        <w:rPr>
          <w:rFonts w:ascii="Sakkal Majalla" w:hAnsi="Sakkal Majalla" w:cs="Sakkal Majalla"/>
          <w:sz w:val="24"/>
        </w:rPr>
        <w:t xml:space="preserve"> </w:t>
      </w:r>
      <w:r w:rsidRPr="003E3418">
        <w:rPr>
          <w:rFonts w:ascii="Sakkal Majalla" w:hAnsi="Sakkal Majalla" w:cs="Sakkal Majalla"/>
          <w:sz w:val="24"/>
          <w:szCs w:val="24"/>
          <w:rtl/>
        </w:rPr>
        <w:t>المناطق</w:t>
      </w:r>
      <w:r w:rsidRPr="003E3418">
        <w:rPr>
          <w:rFonts w:ascii="Sakkal Majalla" w:hAnsi="Sakkal Majalla" w:cs="Sakkal Majalla"/>
          <w:sz w:val="24"/>
        </w:rPr>
        <w:t xml:space="preserve"> </w:t>
      </w:r>
      <w:r w:rsidRPr="003E3418">
        <w:rPr>
          <w:rFonts w:ascii="Sakkal Majalla" w:hAnsi="Sakkal Majalla" w:cs="Sakkal Majalla"/>
          <w:sz w:val="24"/>
          <w:szCs w:val="24"/>
          <w:rtl/>
        </w:rPr>
        <w:t>الجغرافية؛</w:t>
      </w:r>
      <w:r w:rsidRPr="003E3418">
        <w:rPr>
          <w:rFonts w:ascii="Sakkal Majalla" w:hAnsi="Sakkal Majalla" w:cs="Sakkal Majalla"/>
          <w:sz w:val="24"/>
        </w:rPr>
        <w:t xml:space="preserve"> </w:t>
      </w:r>
      <w:r w:rsidRPr="003E3418">
        <w:rPr>
          <w:rFonts w:ascii="Sakkal Majalla" w:hAnsi="Sakkal Majalla" w:cs="Sakkal Majalla"/>
          <w:sz w:val="24"/>
          <w:szCs w:val="24"/>
          <w:rtl/>
        </w:rPr>
        <w:t>فما</w:t>
      </w:r>
      <w:r w:rsidRPr="003E3418">
        <w:rPr>
          <w:rFonts w:ascii="Sakkal Majalla" w:hAnsi="Sakkal Majalla" w:cs="Sakkal Majalla"/>
          <w:sz w:val="24"/>
        </w:rPr>
        <w:t xml:space="preserve"> </w:t>
      </w:r>
      <w:r w:rsidRPr="003E3418">
        <w:rPr>
          <w:rFonts w:ascii="Sakkal Majalla" w:hAnsi="Sakkal Majalla" w:cs="Sakkal Majalla"/>
          <w:sz w:val="24"/>
          <w:szCs w:val="24"/>
          <w:rtl/>
        </w:rPr>
        <w:t>يصح</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دول</w:t>
      </w:r>
      <w:r w:rsidRPr="003E3418">
        <w:rPr>
          <w:rFonts w:ascii="Sakkal Majalla" w:hAnsi="Sakkal Majalla" w:cs="Sakkal Majalla"/>
          <w:sz w:val="24"/>
        </w:rPr>
        <w:t xml:space="preserve"> </w:t>
      </w:r>
      <w:r w:rsidRPr="003E3418">
        <w:rPr>
          <w:rFonts w:ascii="Sakkal Majalla" w:hAnsi="Sakkal Majalla" w:cs="Sakkal Majalla"/>
          <w:sz w:val="24"/>
          <w:szCs w:val="24"/>
          <w:rtl/>
        </w:rPr>
        <w:t>إفريقيا</w:t>
      </w:r>
      <w:r w:rsidRPr="003E3418">
        <w:rPr>
          <w:rFonts w:ascii="Sakkal Majalla" w:hAnsi="Sakkal Majalla" w:cs="Sakkal Majalla"/>
          <w:sz w:val="24"/>
        </w:rPr>
        <w:t xml:space="preserve"> </w:t>
      </w:r>
      <w:r w:rsidRPr="003E3418">
        <w:rPr>
          <w:rFonts w:ascii="Sakkal Majalla" w:hAnsi="Sakkal Majalla" w:cs="Sakkal Majalla"/>
          <w:sz w:val="24"/>
          <w:szCs w:val="24"/>
          <w:rtl/>
        </w:rPr>
        <w:t>جنوب</w:t>
      </w:r>
      <w:r w:rsidRPr="003E3418">
        <w:rPr>
          <w:rFonts w:ascii="Sakkal Majalla" w:hAnsi="Sakkal Majalla" w:cs="Sakkal Majalla"/>
          <w:sz w:val="24"/>
        </w:rPr>
        <w:t xml:space="preserve"> </w:t>
      </w:r>
      <w:r w:rsidRPr="003E3418">
        <w:rPr>
          <w:rFonts w:ascii="Sakkal Majalla" w:hAnsi="Sakkal Majalla" w:cs="Sakkal Majalla"/>
          <w:sz w:val="24"/>
          <w:szCs w:val="24"/>
          <w:rtl/>
        </w:rPr>
        <w:t>الصحراء</w:t>
      </w:r>
      <w:r w:rsidRPr="003E3418">
        <w:rPr>
          <w:rFonts w:ascii="Sakkal Majalla" w:hAnsi="Sakkal Majalla" w:cs="Sakkal Majalla"/>
          <w:sz w:val="24"/>
        </w:rPr>
        <w:t xml:space="preserve"> </w:t>
      </w:r>
      <w:r w:rsidRPr="003E3418">
        <w:rPr>
          <w:rFonts w:ascii="Sakkal Majalla" w:hAnsi="Sakkal Majalla" w:cs="Sakkal Majalla"/>
          <w:sz w:val="24"/>
          <w:szCs w:val="24"/>
          <w:rtl/>
        </w:rPr>
        <w:t>قد</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يصح</w:t>
      </w:r>
      <w:r w:rsidRPr="003E3418">
        <w:rPr>
          <w:rFonts w:ascii="Sakkal Majalla" w:hAnsi="Sakkal Majalla" w:cs="Sakkal Majalla"/>
          <w:sz w:val="24"/>
        </w:rPr>
        <w:t xml:space="preserve"> </w:t>
      </w:r>
      <w:r w:rsidRPr="003E3418">
        <w:rPr>
          <w:rFonts w:ascii="Sakkal Majalla" w:hAnsi="Sakkal Majalla" w:cs="Sakkal Majalla"/>
          <w:sz w:val="24"/>
          <w:szCs w:val="24"/>
          <w:rtl/>
        </w:rPr>
        <w:t>بنفس</w:t>
      </w:r>
      <w:r w:rsidRPr="003E3418">
        <w:rPr>
          <w:rFonts w:ascii="Sakkal Majalla" w:hAnsi="Sakkal Majalla" w:cs="Sakkal Majalla"/>
          <w:sz w:val="24"/>
        </w:rPr>
        <w:t xml:space="preserve"> </w:t>
      </w:r>
      <w:r w:rsidRPr="003E3418">
        <w:rPr>
          <w:rFonts w:ascii="Sakkal Majalla" w:hAnsi="Sakkal Majalla" w:cs="Sakkal Majalla"/>
          <w:sz w:val="24"/>
          <w:szCs w:val="24"/>
          <w:rtl/>
        </w:rPr>
        <w:t>الحجم</w:t>
      </w:r>
      <w:r w:rsidRPr="003E3418">
        <w:rPr>
          <w:rFonts w:ascii="Sakkal Majalla" w:hAnsi="Sakkal Majalla" w:cs="Sakkal Majalla"/>
          <w:sz w:val="24"/>
        </w:rPr>
        <w:t xml:space="preserve"> </w:t>
      </w:r>
      <w:r w:rsidRPr="003E3418">
        <w:rPr>
          <w:rFonts w:ascii="Sakkal Majalla" w:hAnsi="Sakkal Majalla" w:cs="Sakkal Majalla"/>
          <w:sz w:val="24"/>
          <w:szCs w:val="24"/>
          <w:rtl/>
        </w:rPr>
        <w:t>والاتجاه</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منطقة</w:t>
      </w:r>
      <w:r w:rsidRPr="003E3418">
        <w:rPr>
          <w:rFonts w:ascii="Sakkal Majalla" w:hAnsi="Sakkal Majalla" w:cs="Sakkal Majalla"/>
          <w:sz w:val="24"/>
        </w:rPr>
        <w:t xml:space="preserve"> </w:t>
      </w:r>
      <w:r w:rsidRPr="003E3418">
        <w:rPr>
          <w:rFonts w:ascii="Sakkal Majalla" w:hAnsi="Sakkal Majalla" w:cs="Sakkal Majalla"/>
          <w:sz w:val="24"/>
          <w:szCs w:val="24"/>
          <w:rtl/>
        </w:rPr>
        <w:t>الشرق</w:t>
      </w:r>
      <w:r w:rsidRPr="003E3418">
        <w:rPr>
          <w:rFonts w:ascii="Sakkal Majalla" w:hAnsi="Sakkal Majalla" w:cs="Sakkal Majalla"/>
          <w:sz w:val="24"/>
        </w:rPr>
        <w:t xml:space="preserve"> </w:t>
      </w:r>
      <w:r w:rsidRPr="003E3418">
        <w:rPr>
          <w:rFonts w:ascii="Sakkal Majalla" w:hAnsi="Sakkal Majalla" w:cs="Sakkal Majalla"/>
          <w:sz w:val="24"/>
          <w:szCs w:val="24"/>
          <w:rtl/>
        </w:rPr>
        <w:t>الأوسط</w:t>
      </w:r>
      <w:r w:rsidRPr="003E3418">
        <w:rPr>
          <w:rFonts w:ascii="Sakkal Majalla" w:hAnsi="Sakkal Majalla" w:cs="Sakkal Majalla"/>
          <w:sz w:val="24"/>
        </w:rPr>
        <w:t xml:space="preserve"> </w:t>
      </w:r>
      <w:r w:rsidRPr="003E3418">
        <w:rPr>
          <w:rFonts w:ascii="Sakkal Majalla" w:hAnsi="Sakkal Majalla" w:cs="Sakkal Majalla"/>
          <w:sz w:val="24"/>
          <w:szCs w:val="24"/>
          <w:rtl/>
        </w:rPr>
        <w:t>أو</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آسيا</w:t>
      </w:r>
      <w:r w:rsidRPr="003E3418">
        <w:rPr>
          <w:rFonts w:ascii="Sakkal Majalla" w:hAnsi="Sakkal Majalla" w:cs="Sakkal Majalla"/>
          <w:sz w:val="24"/>
        </w:rPr>
        <w:t xml:space="preserve"> </w:t>
      </w:r>
      <w:r w:rsidRPr="003E3418">
        <w:rPr>
          <w:rFonts w:ascii="Sakkal Majalla" w:hAnsi="Sakkal Majalla" w:cs="Sakkal Majalla"/>
          <w:sz w:val="24"/>
          <w:szCs w:val="24"/>
          <w:rtl/>
        </w:rPr>
        <w:t>الناشئة</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التمايز</w:t>
      </w:r>
      <w:r w:rsidRPr="003E3418">
        <w:rPr>
          <w:rFonts w:ascii="Sakkal Majalla" w:hAnsi="Sakkal Majalla" w:cs="Sakkal Majalla"/>
          <w:sz w:val="24"/>
        </w:rPr>
        <w:t xml:space="preserve"> </w:t>
      </w:r>
      <w:r w:rsidRPr="003E3418">
        <w:rPr>
          <w:rFonts w:ascii="Sakkal Majalla" w:hAnsi="Sakkal Majalla" w:cs="Sakkal Majalla"/>
          <w:sz w:val="24"/>
          <w:szCs w:val="24"/>
          <w:rtl/>
        </w:rPr>
        <w:t>يعكس</w:t>
      </w:r>
      <w:r w:rsidRPr="003E3418">
        <w:rPr>
          <w:rFonts w:ascii="Sakkal Majalla" w:hAnsi="Sakkal Majalla" w:cs="Sakkal Majalla"/>
          <w:sz w:val="24"/>
        </w:rPr>
        <w:t xml:space="preserve"> </w:t>
      </w:r>
      <w:r w:rsidRPr="003E3418">
        <w:rPr>
          <w:rFonts w:ascii="Sakkal Majalla" w:hAnsi="Sakkal Majalla" w:cs="Sakkal Majalla"/>
          <w:sz w:val="24"/>
          <w:szCs w:val="24"/>
          <w:rtl/>
        </w:rPr>
        <w:t>تفاوتاً</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البنى</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المؤسسية</w:t>
      </w:r>
      <w:r w:rsidRPr="003E3418">
        <w:rPr>
          <w:rFonts w:ascii="Sakkal Majalla" w:hAnsi="Sakkal Majalla" w:cs="Sakkal Majalla"/>
          <w:sz w:val="24"/>
        </w:rPr>
        <w:t xml:space="preserve"> </w:t>
      </w:r>
      <w:r w:rsidRPr="003E3418">
        <w:rPr>
          <w:rFonts w:ascii="Sakkal Majalla" w:hAnsi="Sakkal Majalla" w:cs="Sakkal Majalla"/>
          <w:sz w:val="24"/>
          <w:szCs w:val="24"/>
          <w:rtl/>
        </w:rPr>
        <w:t>والهياكل</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الاقتصادية</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يُظهره</w:t>
      </w:r>
      <w:r w:rsidRPr="003E3418">
        <w:rPr>
          <w:rFonts w:ascii="Sakkal Majalla" w:hAnsi="Sakkal Majalla" w:cs="Sakkal Majalla"/>
          <w:sz w:val="24"/>
        </w:rPr>
        <w:t xml:space="preserve"> </w:t>
      </w:r>
      <w:r w:rsidRPr="003E3418">
        <w:rPr>
          <w:rFonts w:ascii="Sakkal Majalla" w:hAnsi="Sakkal Majalla" w:cs="Sakkal Majalla"/>
          <w:sz w:val="24"/>
          <w:szCs w:val="24"/>
          <w:rtl/>
        </w:rPr>
        <w:t>التحليل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المجمَّع</w:t>
      </w:r>
      <w:r w:rsidRPr="003E3418">
        <w:rPr>
          <w:rFonts w:ascii="Sakkal Majalla" w:hAnsi="Sakkal Majalla" w:cs="Sakkal Majalla"/>
          <w:sz w:val="24"/>
        </w:rPr>
        <w:t>.</w:t>
      </w:r>
    </w:p>
    <w:p w14:paraId="0363FFF4" w14:textId="77777777" w:rsidR="003E3418" w:rsidRPr="003E3418" w:rsidRDefault="003E3418" w:rsidP="003E3418">
      <w:pPr>
        <w:spacing w:before="80" w:after="80"/>
        <w:rPr>
          <w:rFonts w:ascii="Sakkal Majalla" w:hAnsi="Sakkal Majalla" w:cs="Sakkal Majalla"/>
        </w:rPr>
      </w:pPr>
    </w:p>
    <w:p w14:paraId="2E5EE159" w14:textId="77777777" w:rsidR="003E3418" w:rsidRPr="003E3418" w:rsidRDefault="003E3418" w:rsidP="003E3418">
      <w:pPr>
        <w:pBdr>
          <w:top w:val="single" w:sz="4" w:space="6" w:color="AAAAAA"/>
          <w:bottom w:val="single" w:sz="4" w:space="6" w:color="AAAAAA"/>
        </w:pBdr>
        <w:bidi/>
        <w:spacing w:before="200"/>
        <w:rPr>
          <w:rFonts w:ascii="Sakkal Majalla" w:hAnsi="Sakkal Majalla" w:cs="Sakkal Majalla"/>
        </w:rPr>
      </w:pPr>
      <w:r w:rsidRPr="003E3418">
        <w:rPr>
          <w:rFonts w:ascii="Sakkal Majalla" w:hAnsi="Sakkal Majalla" w:cs="Sakkal Majalla"/>
          <w:b/>
          <w:bCs/>
          <w:sz w:val="26"/>
          <w:szCs w:val="26"/>
          <w:rtl/>
        </w:rPr>
        <w:t>ما</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الأثر</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السببي</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للفساد</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على</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النمو</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الاقتصادي</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ومستويات</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الفقر</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في</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الدول</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النامية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خلال</w:t>
      </w:r>
      <w:r w:rsidRPr="003E3418">
        <w:rPr>
          <w:rFonts w:ascii="Sakkal Majalla" w:hAnsi="Sakkal Majalla" w:cs="Sakkal Majalla"/>
          <w:b/>
          <w:sz w:val="26"/>
        </w:rPr>
        <w:t xml:space="preserve"> 2000–2022</w:t>
      </w:r>
      <w:r w:rsidRPr="003E3418">
        <w:rPr>
          <w:rFonts w:ascii="Sakkal Majalla" w:hAnsi="Sakkal Majalla" w:cs="Sakkal Majalla"/>
          <w:b/>
          <w:bCs/>
          <w:sz w:val="26"/>
          <w:szCs w:val="26"/>
          <w:rtl/>
        </w:rPr>
        <w:t>؟</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وما</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القنوات</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الناقلة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وأوزانها</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الكمية؟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وما</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دور</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جودة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المؤسسات</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في</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تعديل</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هذا</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الأثر؟</w:t>
      </w:r>
    </w:p>
    <w:p w14:paraId="08F7E588" w14:textId="77777777" w:rsidR="003E3418" w:rsidRPr="003E3418" w:rsidRDefault="003E3418" w:rsidP="003E3418">
      <w:pPr>
        <w:pBdr>
          <w:bottom w:val="single" w:sz="4" w:space="4" w:color="DDDDDD"/>
        </w:pBdr>
        <w:spacing w:before="120" w:after="120"/>
        <w:rPr>
          <w:rFonts w:ascii="Sakkal Majalla" w:hAnsi="Sakkal Majalla" w:cs="Sakkal Majalla"/>
        </w:rPr>
      </w:pPr>
    </w:p>
    <w:p w14:paraId="292D4FD9" w14:textId="77777777" w:rsidR="003E3418" w:rsidRPr="003E3418" w:rsidRDefault="003E3418" w:rsidP="003E3418">
      <w:pPr>
        <w:pBdr>
          <w:bottom w:val="single" w:sz="6" w:space="4" w:color="1A3A6B"/>
        </w:pBdr>
        <w:bidi/>
        <w:spacing w:before="360" w:line="360" w:lineRule="exact"/>
        <w:rPr>
          <w:rFonts w:ascii="Sakkal Majalla" w:hAnsi="Sakkal Majalla" w:cs="Sakkal Majalla"/>
        </w:rPr>
      </w:pPr>
      <w:r w:rsidRPr="003E3418">
        <w:rPr>
          <w:rFonts w:ascii="Sakkal Majalla" w:hAnsi="Sakkal Majalla" w:cs="Sakkal Majalla"/>
          <w:b/>
          <w:sz w:val="30"/>
        </w:rPr>
        <w:t xml:space="preserve">1.3 </w:t>
      </w:r>
      <w:r w:rsidRPr="003E3418">
        <w:rPr>
          <w:rFonts w:ascii="Sakkal Majalla" w:hAnsi="Sakkal Majalla" w:cs="Sakkal Majalla"/>
          <w:b/>
          <w:bCs/>
          <w:sz w:val="30"/>
          <w:szCs w:val="30"/>
          <w:rtl/>
        </w:rPr>
        <w:t>أهمية</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الدراسة</w:t>
      </w:r>
    </w:p>
    <w:p w14:paraId="4A5D0F93"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أ</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الأهمية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العلمية</w:t>
      </w:r>
    </w:p>
    <w:p w14:paraId="6F2B48C6"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تستمد</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أهميتها</w:t>
      </w:r>
      <w:r w:rsidRPr="003E3418">
        <w:rPr>
          <w:rFonts w:ascii="Sakkal Majalla" w:hAnsi="Sakkal Majalla" w:cs="Sakkal Majalla"/>
          <w:sz w:val="24"/>
        </w:rPr>
        <w:t xml:space="preserve"> </w:t>
      </w:r>
      <w:r w:rsidRPr="003E3418">
        <w:rPr>
          <w:rFonts w:ascii="Sakkal Majalla" w:hAnsi="Sakkal Majalla" w:cs="Sakkal Majalla"/>
          <w:sz w:val="24"/>
          <w:szCs w:val="24"/>
          <w:rtl/>
        </w:rPr>
        <w:t>العلمية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جملة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الإسهامات</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تتجاوز</w:t>
      </w:r>
      <w:r w:rsidRPr="003E3418">
        <w:rPr>
          <w:rFonts w:ascii="Sakkal Majalla" w:hAnsi="Sakkal Majalla" w:cs="Sakkal Majalla"/>
          <w:sz w:val="24"/>
        </w:rPr>
        <w:t xml:space="preserve"> </w:t>
      </w:r>
      <w:r w:rsidRPr="003E3418">
        <w:rPr>
          <w:rFonts w:ascii="Sakkal Majalla" w:hAnsi="Sakkal Majalla" w:cs="Sakkal Majalla"/>
          <w:sz w:val="24"/>
          <w:szCs w:val="24"/>
          <w:rtl/>
        </w:rPr>
        <w:t>ما</w:t>
      </w:r>
      <w:r w:rsidRPr="003E3418">
        <w:rPr>
          <w:rFonts w:ascii="Sakkal Majalla" w:hAnsi="Sakkal Majalla" w:cs="Sakkal Majalla"/>
          <w:sz w:val="24"/>
        </w:rPr>
        <w:t xml:space="preserve"> </w:t>
      </w:r>
      <w:r w:rsidRPr="003E3418">
        <w:rPr>
          <w:rFonts w:ascii="Sakkal Majalla" w:hAnsi="Sakkal Majalla" w:cs="Sakkal Majalla"/>
          <w:sz w:val="24"/>
          <w:szCs w:val="24"/>
          <w:rtl/>
        </w:rPr>
        <w:t>هو</w:t>
      </w:r>
      <w:r w:rsidRPr="003E3418">
        <w:rPr>
          <w:rFonts w:ascii="Sakkal Majalla" w:hAnsi="Sakkal Majalla" w:cs="Sakkal Majalla"/>
          <w:sz w:val="24"/>
        </w:rPr>
        <w:t xml:space="preserve"> </w:t>
      </w:r>
      <w:r w:rsidRPr="003E3418">
        <w:rPr>
          <w:rFonts w:ascii="Sakkal Majalla" w:hAnsi="Sakkal Majalla" w:cs="Sakkal Majalla"/>
          <w:sz w:val="24"/>
          <w:szCs w:val="24"/>
          <w:rtl/>
        </w:rPr>
        <w:t>قائم</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الأدبيات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الراهنة</w:t>
      </w:r>
      <w:r w:rsidRPr="003E3418">
        <w:rPr>
          <w:rFonts w:ascii="Sakkal Majalla" w:hAnsi="Sakkal Majalla" w:cs="Sakkal Majalla"/>
          <w:sz w:val="24"/>
        </w:rPr>
        <w:t>:</w:t>
      </w:r>
    </w:p>
    <w:p w14:paraId="6A93D3FB"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توظيف</w:t>
      </w:r>
      <w:r w:rsidRPr="003E3418">
        <w:rPr>
          <w:rFonts w:ascii="Sakkal Majalla" w:hAnsi="Sakkal Majalla" w:cs="Sakkal Majalla"/>
          <w:sz w:val="24"/>
        </w:rPr>
        <w:t xml:space="preserve"> </w:t>
      </w:r>
      <w:r w:rsidRPr="003E3418">
        <w:rPr>
          <w:rFonts w:ascii="Sakkal Majalla" w:hAnsi="Sakkal Majalla" w:cs="Sakkal Majalla"/>
          <w:sz w:val="24"/>
          <w:szCs w:val="24"/>
          <w:rtl/>
        </w:rPr>
        <w:t>خمسة</w:t>
      </w:r>
      <w:r w:rsidRPr="003E3418">
        <w:rPr>
          <w:rFonts w:ascii="Sakkal Majalla" w:hAnsi="Sakkal Majalla" w:cs="Sakkal Majalla"/>
          <w:sz w:val="24"/>
        </w:rPr>
        <w:t xml:space="preserve"> </w:t>
      </w:r>
      <w:r w:rsidRPr="003E3418">
        <w:rPr>
          <w:rFonts w:ascii="Sakkal Majalla" w:hAnsi="Sakkal Majalla" w:cs="Sakkal Majalla"/>
          <w:sz w:val="24"/>
          <w:szCs w:val="24"/>
          <w:rtl/>
        </w:rPr>
        <w:t>أطر</w:t>
      </w:r>
      <w:r w:rsidRPr="003E3418">
        <w:rPr>
          <w:rFonts w:ascii="Sakkal Majalla" w:hAnsi="Sakkal Majalla" w:cs="Sakkal Majalla"/>
          <w:sz w:val="24"/>
        </w:rPr>
        <w:t xml:space="preserve"> </w:t>
      </w:r>
      <w:r w:rsidRPr="003E3418">
        <w:rPr>
          <w:rFonts w:ascii="Sakkal Majalla" w:hAnsi="Sakkal Majalla" w:cs="Sakkal Majalla"/>
          <w:sz w:val="24"/>
          <w:szCs w:val="24"/>
          <w:rtl/>
        </w:rPr>
        <w:t>نظرية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منظومة</w:t>
      </w:r>
      <w:r w:rsidRPr="003E3418">
        <w:rPr>
          <w:rFonts w:ascii="Sakkal Majalla" w:hAnsi="Sakkal Majalla" w:cs="Sakkal Majalla"/>
          <w:sz w:val="24"/>
        </w:rPr>
        <w:t xml:space="preserve"> </w:t>
      </w:r>
      <w:r w:rsidRPr="003E3418">
        <w:rPr>
          <w:rFonts w:ascii="Sakkal Majalla" w:hAnsi="Sakkal Majalla" w:cs="Sakkal Majalla"/>
          <w:sz w:val="24"/>
          <w:szCs w:val="24"/>
          <w:rtl/>
        </w:rPr>
        <w:t>تفسيرية</w:t>
      </w:r>
      <w:r w:rsidRPr="003E3418">
        <w:rPr>
          <w:rFonts w:ascii="Sakkal Majalla" w:hAnsi="Sakkal Majalla" w:cs="Sakkal Majalla"/>
          <w:sz w:val="24"/>
        </w:rPr>
        <w:t xml:space="preserve"> </w:t>
      </w:r>
      <w:r w:rsidRPr="003E3418">
        <w:rPr>
          <w:rFonts w:ascii="Sakkal Majalla" w:hAnsi="Sakkal Majalla" w:cs="Sakkal Majalla"/>
          <w:sz w:val="24"/>
          <w:szCs w:val="24"/>
          <w:rtl/>
        </w:rPr>
        <w:t>موحّدة</w:t>
      </w:r>
      <w:r w:rsidRPr="003E3418">
        <w:rPr>
          <w:rFonts w:ascii="Sakkal Majalla" w:hAnsi="Sakkal Majalla" w:cs="Sakkal Majalla"/>
          <w:sz w:val="24"/>
        </w:rPr>
        <w:t xml:space="preserve"> </w:t>
      </w:r>
      <w:r w:rsidRPr="003E3418">
        <w:rPr>
          <w:rFonts w:ascii="Sakkal Majalla" w:hAnsi="Sakkal Majalla" w:cs="Sakkal Majalla"/>
          <w:sz w:val="24"/>
          <w:szCs w:val="24"/>
          <w:rtl/>
        </w:rPr>
        <w:t>تُغطّي</w:t>
      </w:r>
      <w:r w:rsidRPr="003E3418">
        <w:rPr>
          <w:rFonts w:ascii="Sakkal Majalla" w:hAnsi="Sakkal Majalla" w:cs="Sakkal Majalla"/>
          <w:sz w:val="24"/>
        </w:rPr>
        <w:t xml:space="preserve"> </w:t>
      </w:r>
      <w:r w:rsidRPr="003E3418">
        <w:rPr>
          <w:rFonts w:ascii="Sakkal Majalla" w:hAnsi="Sakkal Majalla" w:cs="Sakkal Majalla"/>
          <w:sz w:val="24"/>
          <w:szCs w:val="24"/>
          <w:rtl/>
        </w:rPr>
        <w:t>جوانب</w:t>
      </w:r>
      <w:r w:rsidRPr="003E3418">
        <w:rPr>
          <w:rFonts w:ascii="Sakkal Majalla" w:hAnsi="Sakkal Majalla" w:cs="Sakkal Majalla"/>
          <w:sz w:val="24"/>
        </w:rPr>
        <w:t xml:space="preserve"> </w:t>
      </w:r>
      <w:r w:rsidRPr="003E3418">
        <w:rPr>
          <w:rFonts w:ascii="Sakkal Majalla" w:hAnsi="Sakkal Majalla" w:cs="Sakkal Majalla"/>
          <w:sz w:val="24"/>
          <w:szCs w:val="24"/>
          <w:rtl/>
        </w:rPr>
        <w:t>الظاهرة</w:t>
      </w:r>
      <w:r w:rsidRPr="003E3418">
        <w:rPr>
          <w:rFonts w:ascii="Sakkal Majalla" w:hAnsi="Sakkal Majalla" w:cs="Sakkal Majalla"/>
          <w:sz w:val="24"/>
        </w:rPr>
        <w:t xml:space="preserve"> </w:t>
      </w:r>
      <w:r w:rsidRPr="003E3418">
        <w:rPr>
          <w:rFonts w:ascii="Sakkal Majalla" w:hAnsi="Sakkal Majalla" w:cs="Sakkal Majalla"/>
          <w:sz w:val="24"/>
          <w:szCs w:val="24"/>
          <w:rtl/>
        </w:rPr>
        <w:t>المختلفة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زوايا</w:t>
      </w:r>
      <w:r w:rsidRPr="003E3418">
        <w:rPr>
          <w:rFonts w:ascii="Sakkal Majalla" w:hAnsi="Sakkal Majalla" w:cs="Sakkal Majalla"/>
          <w:sz w:val="24"/>
        </w:rPr>
        <w:t xml:space="preserve"> </w:t>
      </w:r>
      <w:r w:rsidRPr="003E3418">
        <w:rPr>
          <w:rFonts w:ascii="Sakkal Majalla" w:hAnsi="Sakkal Majalla" w:cs="Sakkal Majalla"/>
          <w:sz w:val="24"/>
          <w:szCs w:val="24"/>
          <w:rtl/>
        </w:rPr>
        <w:t>متكاملة،</w:t>
      </w:r>
      <w:r w:rsidRPr="003E3418">
        <w:rPr>
          <w:rFonts w:ascii="Sakkal Majalla" w:hAnsi="Sakkal Majalla" w:cs="Sakkal Majalla"/>
          <w:sz w:val="24"/>
        </w:rPr>
        <w:t xml:space="preserve"> </w:t>
      </w:r>
      <w:r w:rsidRPr="003E3418">
        <w:rPr>
          <w:rFonts w:ascii="Sakkal Majalla" w:hAnsi="Sakkal Majalla" w:cs="Sakkal Majalla"/>
          <w:sz w:val="24"/>
          <w:szCs w:val="24"/>
          <w:rtl/>
        </w:rPr>
        <w:t>بدلاً</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التكئ</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نظرية</w:t>
      </w:r>
      <w:r w:rsidRPr="003E3418">
        <w:rPr>
          <w:rFonts w:ascii="Sakkal Majalla" w:hAnsi="Sakkal Majalla" w:cs="Sakkal Majalla"/>
          <w:sz w:val="24"/>
        </w:rPr>
        <w:t xml:space="preserve"> </w:t>
      </w:r>
      <w:r w:rsidRPr="003E3418">
        <w:rPr>
          <w:rFonts w:ascii="Sakkal Majalla" w:hAnsi="Sakkal Majalla" w:cs="Sakkal Majalla"/>
          <w:sz w:val="24"/>
          <w:szCs w:val="24"/>
          <w:rtl/>
        </w:rPr>
        <w:t>واحدة</w:t>
      </w:r>
      <w:r w:rsidRPr="003E3418">
        <w:rPr>
          <w:rFonts w:ascii="Sakkal Majalla" w:hAnsi="Sakkal Majalla" w:cs="Sakkal Majalla"/>
          <w:sz w:val="24"/>
        </w:rPr>
        <w:t xml:space="preserve"> </w:t>
      </w:r>
      <w:r w:rsidRPr="003E3418">
        <w:rPr>
          <w:rFonts w:ascii="Sakkal Majalla" w:hAnsi="Sakkal Majalla" w:cs="Sakkal Majalla"/>
          <w:sz w:val="24"/>
          <w:szCs w:val="24"/>
          <w:rtl/>
        </w:rPr>
        <w:t>تُضيّق</w:t>
      </w:r>
      <w:r w:rsidRPr="003E3418">
        <w:rPr>
          <w:rFonts w:ascii="Sakkal Majalla" w:hAnsi="Sakkal Majalla" w:cs="Sakkal Majalla"/>
          <w:sz w:val="24"/>
        </w:rPr>
        <w:t xml:space="preserve"> </w:t>
      </w:r>
      <w:r w:rsidRPr="003E3418">
        <w:rPr>
          <w:rFonts w:ascii="Sakkal Majalla" w:hAnsi="Sakkal Majalla" w:cs="Sakkal Majalla"/>
          <w:sz w:val="24"/>
          <w:szCs w:val="24"/>
          <w:rtl/>
        </w:rPr>
        <w:t>زاوية</w:t>
      </w:r>
      <w:r w:rsidRPr="003E3418">
        <w:rPr>
          <w:rFonts w:ascii="Sakkal Majalla" w:hAnsi="Sakkal Majalla" w:cs="Sakkal Majalla"/>
          <w:sz w:val="24"/>
        </w:rPr>
        <w:t xml:space="preserve"> </w:t>
      </w:r>
      <w:r w:rsidRPr="003E3418">
        <w:rPr>
          <w:rFonts w:ascii="Sakkal Majalla" w:hAnsi="Sakkal Majalla" w:cs="Sakkal Majalla"/>
          <w:sz w:val="24"/>
          <w:szCs w:val="24"/>
          <w:rtl/>
        </w:rPr>
        <w:t>التفسير</w:t>
      </w:r>
      <w:r w:rsidRPr="003E3418">
        <w:rPr>
          <w:rFonts w:ascii="Sakkal Majalla" w:hAnsi="Sakkal Majalla" w:cs="Sakkal Majalla"/>
          <w:sz w:val="24"/>
        </w:rPr>
        <w:t>.</w:t>
      </w:r>
    </w:p>
    <w:p w14:paraId="44382E5B"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معالجة</w:t>
      </w:r>
      <w:r w:rsidRPr="003E3418">
        <w:rPr>
          <w:rFonts w:ascii="Sakkal Majalla" w:hAnsi="Sakkal Majalla" w:cs="Sakkal Majalla"/>
          <w:sz w:val="24"/>
        </w:rPr>
        <w:t xml:space="preserve"> </w:t>
      </w:r>
      <w:r w:rsidRPr="003E3418">
        <w:rPr>
          <w:rFonts w:ascii="Sakkal Majalla" w:hAnsi="Sakkal Majalla" w:cs="Sakkal Majalla"/>
          <w:sz w:val="24"/>
          <w:szCs w:val="24"/>
          <w:rtl/>
        </w:rPr>
        <w:t>صارمة</w:t>
      </w:r>
      <w:r w:rsidRPr="003E3418">
        <w:rPr>
          <w:rFonts w:ascii="Sakkal Majalla" w:hAnsi="Sakkal Majalla" w:cs="Sakkal Majalla"/>
          <w:sz w:val="24"/>
        </w:rPr>
        <w:t xml:space="preserve"> </w:t>
      </w:r>
      <w:r w:rsidRPr="003E3418">
        <w:rPr>
          <w:rFonts w:ascii="Sakkal Majalla" w:hAnsi="Sakkal Majalla" w:cs="Sakkal Majalla"/>
          <w:sz w:val="24"/>
          <w:szCs w:val="24"/>
          <w:rtl/>
        </w:rPr>
        <w:t>لإشكالية</w:t>
      </w:r>
      <w:r w:rsidRPr="003E3418">
        <w:rPr>
          <w:rFonts w:ascii="Sakkal Majalla" w:hAnsi="Sakkal Majalla" w:cs="Sakkal Majalla"/>
          <w:sz w:val="24"/>
        </w:rPr>
        <w:t xml:space="preserve"> </w:t>
      </w:r>
      <w:r w:rsidRPr="003E3418">
        <w:rPr>
          <w:rFonts w:ascii="Sakkal Majalla" w:hAnsi="Sakkal Majalla" w:cs="Sakkal Majalla"/>
          <w:sz w:val="24"/>
          <w:szCs w:val="24"/>
          <w:rtl/>
        </w:rPr>
        <w:t>السببية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المعاكسة</w:t>
      </w:r>
      <w:r w:rsidRPr="003E3418">
        <w:rPr>
          <w:rFonts w:ascii="Sakkal Majalla" w:hAnsi="Sakkal Majalla" w:cs="Sakkal Majalla"/>
          <w:sz w:val="24"/>
        </w:rPr>
        <w:t xml:space="preserve"> </w:t>
      </w:r>
      <w:r w:rsidRPr="003E3418">
        <w:rPr>
          <w:rFonts w:ascii="Sakkal Majalla" w:hAnsi="Sakkal Majalla" w:cs="Sakkal Majalla"/>
          <w:sz w:val="24"/>
          <w:szCs w:val="24"/>
          <w:rtl/>
        </w:rPr>
        <w:t>عبر</w:t>
      </w:r>
      <w:r w:rsidRPr="003E3418">
        <w:rPr>
          <w:rFonts w:ascii="Sakkal Majalla" w:hAnsi="Sakkal Majalla" w:cs="Sakkal Majalla"/>
          <w:sz w:val="24"/>
        </w:rPr>
        <w:t xml:space="preserve"> </w:t>
      </w:r>
      <w:r w:rsidRPr="003E3418">
        <w:rPr>
          <w:rFonts w:ascii="Sakkal Majalla" w:hAnsi="Sakkal Majalla" w:cs="Sakkal Majalla"/>
          <w:sz w:val="24"/>
          <w:szCs w:val="24"/>
          <w:rtl/>
        </w:rPr>
        <w:t>توظيف</w:t>
      </w:r>
      <w:r w:rsidRPr="003E3418">
        <w:rPr>
          <w:rFonts w:ascii="Sakkal Majalla" w:hAnsi="Sakkal Majalla" w:cs="Sakkal Majalla"/>
          <w:sz w:val="24"/>
        </w:rPr>
        <w:t xml:space="preserve"> </w:t>
      </w:r>
      <w:r w:rsidRPr="003E3418">
        <w:rPr>
          <w:rFonts w:ascii="Sakkal Majalla" w:hAnsi="Sakkal Majalla" w:cs="Sakkal Majalla"/>
          <w:sz w:val="24"/>
          <w:szCs w:val="24"/>
          <w:rtl/>
        </w:rPr>
        <w:t>نماذج</w:t>
      </w:r>
      <w:r w:rsidRPr="003E3418">
        <w:rPr>
          <w:rFonts w:ascii="Sakkal Majalla" w:hAnsi="Sakkal Majalla" w:cs="Sakkal Majalla"/>
          <w:sz w:val="24"/>
        </w:rPr>
        <w:t xml:space="preserve"> GMM </w:t>
      </w:r>
      <w:r w:rsidRPr="003E3418">
        <w:rPr>
          <w:rFonts w:ascii="Sakkal Majalla" w:hAnsi="Sakkal Majalla" w:cs="Sakkal Majalla"/>
          <w:sz w:val="24"/>
          <w:szCs w:val="24"/>
          <w:rtl/>
        </w:rPr>
        <w:t>الديناميكية</w:t>
      </w:r>
      <w:r w:rsidRPr="003E3418">
        <w:rPr>
          <w:rFonts w:ascii="Sakkal Majalla" w:hAnsi="Sakkal Majalla" w:cs="Sakkal Majalla"/>
          <w:sz w:val="24"/>
        </w:rPr>
        <w:t xml:space="preserve"> </w:t>
      </w:r>
      <w:r w:rsidRPr="003E3418">
        <w:rPr>
          <w:rFonts w:ascii="Sakkal Majalla" w:hAnsi="Sakkal Majalla" w:cs="Sakkal Majalla"/>
          <w:sz w:val="24"/>
          <w:szCs w:val="24"/>
          <w:rtl/>
        </w:rPr>
        <w:t>والمتغيرات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الآلية</w:t>
      </w:r>
      <w:r w:rsidRPr="003E3418">
        <w:rPr>
          <w:rFonts w:ascii="Sakkal Majalla" w:hAnsi="Sakkal Majalla" w:cs="Sakkal Majalla"/>
          <w:sz w:val="24"/>
        </w:rPr>
        <w:t xml:space="preserve"> </w:t>
      </w:r>
      <w:r w:rsidRPr="003E3418">
        <w:rPr>
          <w:rFonts w:ascii="Sakkal Majalla" w:hAnsi="Sakkal Majalla" w:cs="Sakkal Majalla"/>
          <w:sz w:val="24"/>
          <w:szCs w:val="24"/>
          <w:rtl/>
        </w:rPr>
        <w:t>الخارجية،</w:t>
      </w:r>
      <w:r w:rsidRPr="003E3418">
        <w:rPr>
          <w:rFonts w:ascii="Sakkal Majalla" w:hAnsi="Sakkal Majalla" w:cs="Sakkal Majalla"/>
          <w:sz w:val="24"/>
        </w:rPr>
        <w:t xml:space="preserve"> </w:t>
      </w:r>
      <w:r w:rsidRPr="003E3418">
        <w:rPr>
          <w:rFonts w:ascii="Sakkal Majalla" w:hAnsi="Sakkal Majalla" w:cs="Sakkal Majalla"/>
          <w:sz w:val="24"/>
          <w:szCs w:val="24"/>
          <w:rtl/>
        </w:rPr>
        <w:t>مما</w:t>
      </w:r>
      <w:r w:rsidRPr="003E3418">
        <w:rPr>
          <w:rFonts w:ascii="Sakkal Majalla" w:hAnsi="Sakkal Majalla" w:cs="Sakkal Majalla"/>
          <w:sz w:val="24"/>
        </w:rPr>
        <w:t xml:space="preserve"> </w:t>
      </w:r>
      <w:r w:rsidRPr="003E3418">
        <w:rPr>
          <w:rFonts w:ascii="Sakkal Majalla" w:hAnsi="Sakkal Majalla" w:cs="Sakkal Majalla"/>
          <w:sz w:val="24"/>
          <w:szCs w:val="24"/>
          <w:rtl/>
        </w:rPr>
        <w:t>يُنتج</w:t>
      </w:r>
      <w:r w:rsidRPr="003E3418">
        <w:rPr>
          <w:rFonts w:ascii="Sakkal Majalla" w:hAnsi="Sakkal Majalla" w:cs="Sakkal Majalla"/>
          <w:sz w:val="24"/>
        </w:rPr>
        <w:t xml:space="preserve"> </w:t>
      </w:r>
      <w:r w:rsidRPr="003E3418">
        <w:rPr>
          <w:rFonts w:ascii="Sakkal Majalla" w:hAnsi="Sakkal Majalla" w:cs="Sakkal Majalla"/>
          <w:sz w:val="24"/>
          <w:szCs w:val="24"/>
          <w:rtl/>
        </w:rPr>
        <w:t>تقديرات</w:t>
      </w:r>
      <w:r w:rsidRPr="003E3418">
        <w:rPr>
          <w:rFonts w:ascii="Sakkal Majalla" w:hAnsi="Sakkal Majalla" w:cs="Sakkal Majalla"/>
          <w:sz w:val="24"/>
        </w:rPr>
        <w:t xml:space="preserve"> </w:t>
      </w:r>
      <w:r w:rsidRPr="003E3418">
        <w:rPr>
          <w:rFonts w:ascii="Sakkal Majalla" w:hAnsi="Sakkal Majalla" w:cs="Sakkal Majalla"/>
          <w:sz w:val="24"/>
          <w:szCs w:val="24"/>
          <w:rtl/>
        </w:rPr>
        <w:t>أكثر</w:t>
      </w:r>
      <w:r w:rsidRPr="003E3418">
        <w:rPr>
          <w:rFonts w:ascii="Sakkal Majalla" w:hAnsi="Sakkal Majalla" w:cs="Sakkal Majalla"/>
          <w:sz w:val="24"/>
        </w:rPr>
        <w:t xml:space="preserve"> </w:t>
      </w:r>
      <w:r w:rsidRPr="003E3418">
        <w:rPr>
          <w:rFonts w:ascii="Sakkal Majalla" w:hAnsi="Sakkal Majalla" w:cs="Sakkal Majalla"/>
          <w:sz w:val="24"/>
          <w:szCs w:val="24"/>
          <w:rtl/>
        </w:rPr>
        <w:t>موثوقية</w:t>
      </w:r>
      <w:r w:rsidRPr="003E3418">
        <w:rPr>
          <w:rFonts w:ascii="Sakkal Majalla" w:hAnsi="Sakkal Majalla" w:cs="Sakkal Majalla"/>
          <w:sz w:val="24"/>
        </w:rPr>
        <w:t xml:space="preserve"> </w:t>
      </w:r>
      <w:r w:rsidRPr="003E3418">
        <w:rPr>
          <w:rFonts w:ascii="Sakkal Majalla" w:hAnsi="Sakkal Majalla" w:cs="Sakkal Majalla"/>
          <w:sz w:val="24"/>
          <w:szCs w:val="24"/>
          <w:rtl/>
        </w:rPr>
        <w:t>وأقل</w:t>
      </w:r>
      <w:r w:rsidRPr="003E3418">
        <w:rPr>
          <w:rFonts w:ascii="Sakkal Majalla" w:hAnsi="Sakkal Majalla" w:cs="Sakkal Majalla"/>
          <w:sz w:val="24"/>
        </w:rPr>
        <w:t xml:space="preserve"> </w:t>
      </w:r>
      <w:r w:rsidRPr="003E3418">
        <w:rPr>
          <w:rFonts w:ascii="Sakkal Majalla" w:hAnsi="Sakkal Majalla" w:cs="Sakkal Majalla"/>
          <w:sz w:val="24"/>
          <w:szCs w:val="24"/>
          <w:rtl/>
        </w:rPr>
        <w:t>تحيّزاً</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الانحدارات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البسيطة</w:t>
      </w:r>
      <w:r w:rsidRPr="003E3418">
        <w:rPr>
          <w:rFonts w:ascii="Sakkal Majalla" w:hAnsi="Sakkal Majalla" w:cs="Sakkal Majalla"/>
          <w:sz w:val="24"/>
        </w:rPr>
        <w:t xml:space="preserve"> </w:t>
      </w:r>
      <w:r w:rsidRPr="003E3418">
        <w:rPr>
          <w:rFonts w:ascii="Sakkal Majalla" w:hAnsi="Sakkal Majalla" w:cs="Sakkal Majalla"/>
          <w:sz w:val="24"/>
          <w:szCs w:val="24"/>
          <w:rtl/>
        </w:rPr>
        <w:t>السائدة</w:t>
      </w:r>
      <w:r w:rsidRPr="003E3418">
        <w:rPr>
          <w:rFonts w:ascii="Sakkal Majalla" w:hAnsi="Sakkal Majalla" w:cs="Sakkal Majalla"/>
          <w:sz w:val="24"/>
        </w:rPr>
        <w:t>.</w:t>
      </w:r>
    </w:p>
    <w:p w14:paraId="3A5741A9"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تقديم</w:t>
      </w:r>
      <w:r w:rsidRPr="003E3418">
        <w:rPr>
          <w:rFonts w:ascii="Sakkal Majalla" w:hAnsi="Sakkal Majalla" w:cs="Sakkal Majalla"/>
          <w:sz w:val="24"/>
        </w:rPr>
        <w:t xml:space="preserve"> </w:t>
      </w:r>
      <w:r w:rsidRPr="003E3418">
        <w:rPr>
          <w:rFonts w:ascii="Sakkal Majalla" w:hAnsi="Sakkal Majalla" w:cs="Sakkal Majalla"/>
          <w:sz w:val="24"/>
          <w:szCs w:val="24"/>
          <w:rtl/>
        </w:rPr>
        <w:t>تقدير</w:t>
      </w:r>
      <w:r w:rsidRPr="003E3418">
        <w:rPr>
          <w:rFonts w:ascii="Sakkal Majalla" w:hAnsi="Sakkal Majalla" w:cs="Sakkal Majalla"/>
          <w:sz w:val="24"/>
        </w:rPr>
        <w:t xml:space="preserve"> </w:t>
      </w:r>
      <w:r w:rsidRPr="003E3418">
        <w:rPr>
          <w:rFonts w:ascii="Sakkal Majalla" w:hAnsi="Sakkal Majalla" w:cs="Sakkal Majalla"/>
          <w:sz w:val="24"/>
          <w:szCs w:val="24"/>
          <w:rtl/>
        </w:rPr>
        <w:t>كمي</w:t>
      </w:r>
      <w:r w:rsidRPr="003E3418">
        <w:rPr>
          <w:rFonts w:ascii="Sakkal Majalla" w:hAnsi="Sakkal Majalla" w:cs="Sakkal Majalla"/>
          <w:sz w:val="24"/>
        </w:rPr>
        <w:t xml:space="preserve"> </w:t>
      </w:r>
      <w:r w:rsidRPr="003E3418">
        <w:rPr>
          <w:rFonts w:ascii="Sakkal Majalla" w:hAnsi="Sakkal Majalla" w:cs="Sakkal Majalla"/>
          <w:sz w:val="24"/>
          <w:szCs w:val="24"/>
          <w:rtl/>
        </w:rPr>
        <w:t>صريح</w:t>
      </w:r>
      <w:r w:rsidRPr="003E3418">
        <w:rPr>
          <w:rFonts w:ascii="Sakkal Majalla" w:hAnsi="Sakkal Majalla" w:cs="Sakkal Majalla"/>
          <w:sz w:val="24"/>
        </w:rPr>
        <w:t xml:space="preserve"> </w:t>
      </w:r>
      <w:r w:rsidRPr="003E3418">
        <w:rPr>
          <w:rFonts w:ascii="Sakkal Majalla" w:hAnsi="Sakkal Majalla" w:cs="Sakkal Majalla"/>
          <w:sz w:val="24"/>
          <w:szCs w:val="24"/>
          <w:rtl/>
        </w:rPr>
        <w:t>للنسبة</w:t>
      </w:r>
      <w:r w:rsidRPr="003E3418">
        <w:rPr>
          <w:rFonts w:ascii="Sakkal Majalla" w:hAnsi="Sakkal Majalla" w:cs="Sakkal Majalla"/>
          <w:sz w:val="24"/>
        </w:rPr>
        <w:t xml:space="preserve"> </w:t>
      </w:r>
      <w:r w:rsidRPr="003E3418">
        <w:rPr>
          <w:rFonts w:ascii="Sakkal Majalla" w:hAnsi="Sakkal Majalla" w:cs="Sakkal Majalla"/>
          <w:sz w:val="24"/>
          <w:szCs w:val="24"/>
          <w:rtl/>
        </w:rPr>
        <w:t>المئوية</w:t>
      </w:r>
      <w:r w:rsidRPr="003E3418">
        <w:rPr>
          <w:rFonts w:ascii="Sakkal Majalla" w:hAnsi="Sakkal Majalla" w:cs="Sakkal Majalla"/>
          <w:sz w:val="24"/>
        </w:rPr>
        <w:t xml:space="preserve"> </w:t>
      </w:r>
      <w:r w:rsidRPr="003E3418">
        <w:rPr>
          <w:rFonts w:ascii="Sakkal Majalla" w:hAnsi="Sakkal Majalla" w:cs="Sakkal Majalla"/>
          <w:sz w:val="24"/>
          <w:szCs w:val="24"/>
          <w:rtl/>
        </w:rPr>
        <w:t>للأثر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مقابل</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غير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 </w:t>
      </w:r>
      <w:r w:rsidRPr="003E3418">
        <w:rPr>
          <w:rFonts w:ascii="Sakkal Majalla" w:hAnsi="Sakkal Majalla" w:cs="Sakkal Majalla"/>
          <w:sz w:val="24"/>
          <w:szCs w:val="24"/>
          <w:rtl/>
        </w:rPr>
        <w:t>وهي</w:t>
      </w:r>
      <w:r w:rsidRPr="003E3418">
        <w:rPr>
          <w:rFonts w:ascii="Sakkal Majalla" w:hAnsi="Sakkal Majalla" w:cs="Sakkal Majalla"/>
          <w:sz w:val="24"/>
        </w:rPr>
        <w:t xml:space="preserve"> </w:t>
      </w:r>
      <w:r w:rsidRPr="003E3418">
        <w:rPr>
          <w:rFonts w:ascii="Sakkal Majalla" w:hAnsi="Sakkal Majalla" w:cs="Sakkal Majalla"/>
          <w:sz w:val="24"/>
          <w:szCs w:val="24"/>
          <w:rtl/>
        </w:rPr>
        <w:t>معلومة</w:t>
      </w:r>
      <w:r w:rsidRPr="003E3418">
        <w:rPr>
          <w:rFonts w:ascii="Sakkal Majalla" w:hAnsi="Sakkal Majalla" w:cs="Sakkal Majalla"/>
          <w:sz w:val="24"/>
        </w:rPr>
        <w:t xml:space="preserve"> </w:t>
      </w:r>
      <w:r w:rsidRPr="003E3418">
        <w:rPr>
          <w:rFonts w:ascii="Sakkal Majalla" w:hAnsi="Sakkal Majalla" w:cs="Sakkal Majalla"/>
          <w:sz w:val="24"/>
          <w:szCs w:val="24"/>
          <w:rtl/>
        </w:rPr>
        <w:t>حاسمة</w:t>
      </w:r>
      <w:r w:rsidRPr="003E3418">
        <w:rPr>
          <w:rFonts w:ascii="Sakkal Majalla" w:hAnsi="Sakkal Majalla" w:cs="Sakkal Majalla"/>
          <w:sz w:val="24"/>
        </w:rPr>
        <w:t xml:space="preserve"> </w:t>
      </w:r>
      <w:r w:rsidRPr="003E3418">
        <w:rPr>
          <w:rFonts w:ascii="Sakkal Majalla" w:hAnsi="Sakkal Majalla" w:cs="Sakkal Majalla"/>
          <w:sz w:val="24"/>
          <w:szCs w:val="24"/>
          <w:rtl/>
        </w:rPr>
        <w:t>لتصميم</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العامة</w:t>
      </w:r>
      <w:r w:rsidRPr="003E3418">
        <w:rPr>
          <w:rFonts w:ascii="Sakkal Majalla" w:hAnsi="Sakkal Majalla" w:cs="Sakkal Majalla"/>
          <w:sz w:val="24"/>
        </w:rPr>
        <w:t xml:space="preserve"> </w:t>
      </w:r>
      <w:r w:rsidRPr="003E3418">
        <w:rPr>
          <w:rFonts w:ascii="Sakkal Majalla" w:hAnsi="Sakkal Majalla" w:cs="Sakkal Majalla"/>
          <w:sz w:val="24"/>
          <w:szCs w:val="24"/>
          <w:rtl/>
        </w:rPr>
        <w:t>لكنها</w:t>
      </w:r>
      <w:r w:rsidRPr="003E3418">
        <w:rPr>
          <w:rFonts w:ascii="Sakkal Majalla" w:hAnsi="Sakkal Majalla" w:cs="Sakkal Majalla"/>
          <w:sz w:val="24"/>
        </w:rPr>
        <w:t xml:space="preserve"> </w:t>
      </w:r>
      <w:r w:rsidRPr="003E3418">
        <w:rPr>
          <w:rFonts w:ascii="Sakkal Majalla" w:hAnsi="Sakkal Majalla" w:cs="Sakkal Majalla"/>
          <w:sz w:val="24"/>
          <w:szCs w:val="24"/>
          <w:rtl/>
        </w:rPr>
        <w:t>غائبة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أغلب</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السابقة</w:t>
      </w:r>
      <w:r w:rsidRPr="003E3418">
        <w:rPr>
          <w:rFonts w:ascii="Sakkal Majalla" w:hAnsi="Sakkal Majalla" w:cs="Sakkal Majalla"/>
          <w:sz w:val="24"/>
        </w:rPr>
        <w:t>.</w:t>
      </w:r>
    </w:p>
    <w:p w14:paraId="407EB9C0"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lastRenderedPageBreak/>
        <w:t xml:space="preserve">• </w:t>
      </w:r>
      <w:r w:rsidRPr="003E3418">
        <w:rPr>
          <w:rFonts w:ascii="Sakkal Majalla" w:hAnsi="Sakkal Majalla" w:cs="Sakkal Majalla"/>
          <w:sz w:val="24"/>
          <w:szCs w:val="24"/>
          <w:rtl/>
        </w:rPr>
        <w:t>تحديث</w:t>
      </w:r>
      <w:r w:rsidRPr="003E3418">
        <w:rPr>
          <w:rFonts w:ascii="Sakkal Majalla" w:hAnsi="Sakkal Majalla" w:cs="Sakkal Majalla"/>
          <w:sz w:val="24"/>
        </w:rPr>
        <w:t xml:space="preserve"> </w:t>
      </w:r>
      <w:r w:rsidRPr="003E3418">
        <w:rPr>
          <w:rFonts w:ascii="Sakkal Majalla" w:hAnsi="Sakkal Majalla" w:cs="Sakkal Majalla"/>
          <w:sz w:val="24"/>
          <w:szCs w:val="24"/>
          <w:rtl/>
        </w:rPr>
        <w:t>الأدلة</w:t>
      </w:r>
      <w:r w:rsidRPr="003E3418">
        <w:rPr>
          <w:rFonts w:ascii="Sakkal Majalla" w:hAnsi="Sakkal Majalla" w:cs="Sakkal Majalla"/>
          <w:sz w:val="24"/>
        </w:rPr>
        <w:t xml:space="preserve"> </w:t>
      </w:r>
      <w:r w:rsidRPr="003E3418">
        <w:rPr>
          <w:rFonts w:ascii="Sakkal Majalla" w:hAnsi="Sakkal Majalla" w:cs="Sakkal Majalla"/>
          <w:sz w:val="24"/>
          <w:szCs w:val="24"/>
          <w:rtl/>
        </w:rPr>
        <w:t>التجريبية</w:t>
      </w:r>
      <w:r w:rsidRPr="003E3418">
        <w:rPr>
          <w:rFonts w:ascii="Sakkal Majalla" w:hAnsi="Sakkal Majalla" w:cs="Sakkal Majalla"/>
          <w:sz w:val="24"/>
        </w:rPr>
        <w:t xml:space="preserve"> </w:t>
      </w:r>
      <w:r w:rsidRPr="003E3418">
        <w:rPr>
          <w:rFonts w:ascii="Sakkal Majalla" w:hAnsi="Sakkal Majalla" w:cs="Sakkal Majalla"/>
          <w:sz w:val="24"/>
          <w:szCs w:val="24"/>
          <w:rtl/>
        </w:rPr>
        <w:t>لتشمل</w:t>
      </w:r>
      <w:r w:rsidRPr="003E3418">
        <w:rPr>
          <w:rFonts w:ascii="Sakkal Majalla" w:hAnsi="Sakkal Majalla" w:cs="Sakkal Majalla"/>
          <w:sz w:val="24"/>
        </w:rPr>
        <w:t xml:space="preserve"> </w:t>
      </w:r>
      <w:r w:rsidRPr="003E3418">
        <w:rPr>
          <w:rFonts w:ascii="Sakkal Majalla" w:hAnsi="Sakkal Majalla" w:cs="Sakkal Majalla"/>
          <w:sz w:val="24"/>
          <w:szCs w:val="24"/>
          <w:rtl/>
        </w:rPr>
        <w:t>الفترة</w:t>
      </w:r>
      <w:r w:rsidRPr="003E3418">
        <w:rPr>
          <w:rFonts w:ascii="Sakkal Majalla" w:hAnsi="Sakkal Majalla" w:cs="Sakkal Majalla"/>
          <w:sz w:val="24"/>
        </w:rPr>
        <w:t xml:space="preserve"> 2000–2022 </w:t>
      </w:r>
      <w:r w:rsidRPr="003E3418">
        <w:rPr>
          <w:rFonts w:ascii="Sakkal Majalla" w:hAnsi="Sakkal Majalla" w:cs="Sakkal Majalla"/>
          <w:sz w:val="24"/>
          <w:szCs w:val="24"/>
          <w:rtl/>
        </w:rPr>
        <w:t>بما</w:t>
      </w:r>
      <w:r w:rsidRPr="003E3418">
        <w:rPr>
          <w:rFonts w:ascii="Sakkal Majalla" w:hAnsi="Sakkal Majalla" w:cs="Sakkal Majalla"/>
          <w:sz w:val="24"/>
        </w:rPr>
        <w:t xml:space="preserve"> </w:t>
      </w:r>
      <w:r w:rsidRPr="003E3418">
        <w:rPr>
          <w:rFonts w:ascii="Sakkal Majalla" w:hAnsi="Sakkal Majalla" w:cs="Sakkal Majalla"/>
          <w:sz w:val="24"/>
          <w:szCs w:val="24"/>
          <w:rtl/>
        </w:rPr>
        <w:t>يستوعب</w:t>
      </w:r>
      <w:r w:rsidRPr="003E3418">
        <w:rPr>
          <w:rFonts w:ascii="Sakkal Majalla" w:hAnsi="Sakkal Majalla" w:cs="Sakkal Majalla"/>
          <w:sz w:val="24"/>
        </w:rPr>
        <w:t xml:space="preserve"> </w:t>
      </w:r>
      <w:r w:rsidRPr="003E3418">
        <w:rPr>
          <w:rFonts w:ascii="Sakkal Majalla" w:hAnsi="Sakkal Majalla" w:cs="Sakkal Majalla"/>
          <w:sz w:val="24"/>
          <w:szCs w:val="24"/>
          <w:rtl/>
        </w:rPr>
        <w:t>تحولات</w:t>
      </w:r>
      <w:r w:rsidRPr="003E3418">
        <w:rPr>
          <w:rFonts w:ascii="Sakkal Majalla" w:hAnsi="Sakkal Majalla" w:cs="Sakkal Majalla"/>
          <w:sz w:val="24"/>
        </w:rPr>
        <w:t xml:space="preserve"> </w:t>
      </w:r>
      <w:r w:rsidRPr="003E3418">
        <w:rPr>
          <w:rFonts w:ascii="Sakkal Majalla" w:hAnsi="Sakkal Majalla" w:cs="Sakkal Majalla"/>
          <w:sz w:val="24"/>
          <w:szCs w:val="24"/>
          <w:rtl/>
        </w:rPr>
        <w:t>جوهرية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موازين</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والحوكمة</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الدولية،</w:t>
      </w:r>
      <w:r w:rsidRPr="003E3418">
        <w:rPr>
          <w:rFonts w:ascii="Sakkal Majalla" w:hAnsi="Sakkal Majalla" w:cs="Sakkal Majalla"/>
          <w:sz w:val="24"/>
        </w:rPr>
        <w:t xml:space="preserve"> </w:t>
      </w:r>
      <w:r w:rsidRPr="003E3418">
        <w:rPr>
          <w:rFonts w:ascii="Sakkal Majalla" w:hAnsi="Sakkal Majalla" w:cs="Sakkal Majalla"/>
          <w:sz w:val="24"/>
          <w:szCs w:val="24"/>
          <w:rtl/>
        </w:rPr>
        <w:t>بما</w:t>
      </w:r>
      <w:r w:rsidRPr="003E3418">
        <w:rPr>
          <w:rFonts w:ascii="Sakkal Majalla" w:hAnsi="Sakkal Majalla" w:cs="Sakkal Majalla"/>
          <w:sz w:val="24"/>
        </w:rPr>
        <w:t xml:space="preserve"> </w:t>
      </w:r>
      <w:r w:rsidRPr="003E3418">
        <w:rPr>
          <w:rFonts w:ascii="Sakkal Majalla" w:hAnsi="Sakkal Majalla" w:cs="Sakkal Majalla"/>
          <w:sz w:val="24"/>
          <w:szCs w:val="24"/>
          <w:rtl/>
        </w:rPr>
        <w:t>فيها</w:t>
      </w:r>
      <w:r w:rsidRPr="003E3418">
        <w:rPr>
          <w:rFonts w:ascii="Sakkal Majalla" w:hAnsi="Sakkal Majalla" w:cs="Sakkal Majalla"/>
          <w:sz w:val="24"/>
        </w:rPr>
        <w:t xml:space="preserve"> </w:t>
      </w:r>
      <w:r w:rsidRPr="003E3418">
        <w:rPr>
          <w:rFonts w:ascii="Sakkal Majalla" w:hAnsi="Sakkal Majalla" w:cs="Sakkal Majalla"/>
          <w:sz w:val="24"/>
          <w:szCs w:val="24"/>
          <w:rtl/>
        </w:rPr>
        <w:t>التداعيات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الاقتصادية</w:t>
      </w:r>
      <w:r w:rsidRPr="003E3418">
        <w:rPr>
          <w:rFonts w:ascii="Sakkal Majalla" w:hAnsi="Sakkal Majalla" w:cs="Sakkal Majalla"/>
          <w:sz w:val="24"/>
        </w:rPr>
        <w:t xml:space="preserve"> </w:t>
      </w:r>
      <w:r w:rsidRPr="003E3418">
        <w:rPr>
          <w:rFonts w:ascii="Sakkal Majalla" w:hAnsi="Sakkal Majalla" w:cs="Sakkal Majalla"/>
          <w:sz w:val="24"/>
          <w:szCs w:val="24"/>
          <w:rtl/>
        </w:rPr>
        <w:t>لجائحة</w:t>
      </w:r>
      <w:r w:rsidRPr="003E3418">
        <w:rPr>
          <w:rFonts w:ascii="Sakkal Majalla" w:hAnsi="Sakkal Majalla" w:cs="Sakkal Majalla"/>
          <w:sz w:val="24"/>
        </w:rPr>
        <w:t xml:space="preserve"> </w:t>
      </w:r>
      <w:r w:rsidRPr="003E3418">
        <w:rPr>
          <w:rFonts w:ascii="Sakkal Majalla" w:hAnsi="Sakkal Majalla" w:cs="Sakkal Majalla"/>
          <w:sz w:val="24"/>
          <w:szCs w:val="24"/>
          <w:rtl/>
        </w:rPr>
        <w:t>كوفيد</w:t>
      </w:r>
      <w:r w:rsidRPr="003E3418">
        <w:rPr>
          <w:rFonts w:ascii="Sakkal Majalla" w:hAnsi="Sakkal Majalla" w:cs="Sakkal Majalla"/>
          <w:sz w:val="24"/>
        </w:rPr>
        <w:t xml:space="preserve">-19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أعادت</w:t>
      </w:r>
      <w:r w:rsidRPr="003E3418">
        <w:rPr>
          <w:rFonts w:ascii="Sakkal Majalla" w:hAnsi="Sakkal Majalla" w:cs="Sakkal Majalla"/>
          <w:sz w:val="24"/>
        </w:rPr>
        <w:t xml:space="preserve"> </w:t>
      </w:r>
      <w:r w:rsidRPr="003E3418">
        <w:rPr>
          <w:rFonts w:ascii="Sakkal Majalla" w:hAnsi="Sakkal Majalla" w:cs="Sakkal Majalla"/>
          <w:sz w:val="24"/>
          <w:szCs w:val="24"/>
          <w:rtl/>
        </w:rPr>
        <w:t>رسم</w:t>
      </w:r>
      <w:r w:rsidRPr="003E3418">
        <w:rPr>
          <w:rFonts w:ascii="Sakkal Majalla" w:hAnsi="Sakkal Majalla" w:cs="Sakkal Majalla"/>
          <w:sz w:val="24"/>
        </w:rPr>
        <w:t xml:space="preserve"> </w:t>
      </w:r>
      <w:r w:rsidRPr="003E3418">
        <w:rPr>
          <w:rFonts w:ascii="Sakkal Majalla" w:hAnsi="Sakkal Majalla" w:cs="Sakkal Majalla"/>
          <w:sz w:val="24"/>
          <w:szCs w:val="24"/>
          <w:rtl/>
        </w:rPr>
        <w:t>خريطة</w:t>
      </w:r>
      <w:r w:rsidRPr="003E3418">
        <w:rPr>
          <w:rFonts w:ascii="Sakkal Majalla" w:hAnsi="Sakkal Majalla" w:cs="Sakkal Majalla"/>
          <w:sz w:val="24"/>
        </w:rPr>
        <w:t xml:space="preserve"> </w:t>
      </w:r>
      <w:r w:rsidRPr="003E3418">
        <w:rPr>
          <w:rFonts w:ascii="Sakkal Majalla" w:hAnsi="Sakkal Majalla" w:cs="Sakkal Majalla"/>
          <w:sz w:val="24"/>
          <w:szCs w:val="24"/>
          <w:rtl/>
        </w:rPr>
        <w:t>عدم</w:t>
      </w:r>
      <w:r w:rsidRPr="003E3418">
        <w:rPr>
          <w:rFonts w:ascii="Sakkal Majalla" w:hAnsi="Sakkal Majalla" w:cs="Sakkal Majalla"/>
          <w:sz w:val="24"/>
        </w:rPr>
        <w:t xml:space="preserve"> </w:t>
      </w:r>
      <w:r w:rsidRPr="003E3418">
        <w:rPr>
          <w:rFonts w:ascii="Sakkal Majalla" w:hAnsi="Sakkal Majalla" w:cs="Sakkal Majalla"/>
          <w:sz w:val="24"/>
          <w:szCs w:val="24"/>
          <w:rtl/>
        </w:rPr>
        <w:t>المساواة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النامية</w:t>
      </w:r>
      <w:r w:rsidRPr="003E3418">
        <w:rPr>
          <w:rFonts w:ascii="Sakkal Majalla" w:hAnsi="Sakkal Majalla" w:cs="Sakkal Majalla"/>
          <w:sz w:val="24"/>
        </w:rPr>
        <w:t>.</w:t>
      </w:r>
    </w:p>
    <w:p w14:paraId="58A8CDEB"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اختبار</w:t>
      </w:r>
      <w:r w:rsidRPr="003E3418">
        <w:rPr>
          <w:rFonts w:ascii="Sakkal Majalla" w:hAnsi="Sakkal Majalla" w:cs="Sakkal Majalla"/>
          <w:sz w:val="24"/>
        </w:rPr>
        <w:t xml:space="preserve"> </w:t>
      </w:r>
      <w:r w:rsidRPr="003E3418">
        <w:rPr>
          <w:rFonts w:ascii="Sakkal Majalla" w:hAnsi="Sakkal Majalla" w:cs="Sakkal Majalla"/>
          <w:sz w:val="24"/>
          <w:szCs w:val="24"/>
          <w:rtl/>
        </w:rPr>
        <w:t>التباين</w:t>
      </w:r>
      <w:r w:rsidRPr="003E3418">
        <w:rPr>
          <w:rFonts w:ascii="Sakkal Majalla" w:hAnsi="Sakkal Majalla" w:cs="Sakkal Majalla"/>
          <w:sz w:val="24"/>
        </w:rPr>
        <w:t xml:space="preserve"> </w:t>
      </w:r>
      <w:r w:rsidRPr="003E3418">
        <w:rPr>
          <w:rFonts w:ascii="Sakkal Majalla" w:hAnsi="Sakkal Majalla" w:cs="Sakkal Majalla"/>
          <w:sz w:val="24"/>
          <w:szCs w:val="24"/>
          <w:rtl/>
        </w:rPr>
        <w:t>الجغرافي</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آثار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باستخدام</w:t>
      </w:r>
      <w:r w:rsidRPr="003E3418">
        <w:rPr>
          <w:rFonts w:ascii="Sakkal Majalla" w:hAnsi="Sakkal Majalla" w:cs="Sakkal Majalla"/>
          <w:sz w:val="24"/>
        </w:rPr>
        <w:t xml:space="preserve"> </w:t>
      </w:r>
      <w:r w:rsidRPr="003E3418">
        <w:rPr>
          <w:rFonts w:ascii="Sakkal Majalla" w:hAnsi="Sakkal Majalla" w:cs="Sakkal Majalla"/>
          <w:sz w:val="24"/>
          <w:szCs w:val="24"/>
          <w:rtl/>
        </w:rPr>
        <w:t>انحدارات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تكشف</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اختلافات</w:t>
      </w:r>
      <w:r w:rsidRPr="003E3418">
        <w:rPr>
          <w:rFonts w:ascii="Sakkal Majalla" w:hAnsi="Sakkal Majalla" w:cs="Sakkal Majalla"/>
          <w:sz w:val="24"/>
        </w:rPr>
        <w:t xml:space="preserve"> </w:t>
      </w:r>
      <w:r w:rsidRPr="003E3418">
        <w:rPr>
          <w:rFonts w:ascii="Sakkal Majalla" w:hAnsi="Sakkal Majalla" w:cs="Sakkal Majalla"/>
          <w:sz w:val="24"/>
          <w:szCs w:val="24"/>
          <w:rtl/>
        </w:rPr>
        <w:t>بنيوية</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تظهر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المتوسطات</w:t>
      </w:r>
      <w:r w:rsidRPr="003E3418">
        <w:rPr>
          <w:rFonts w:ascii="Sakkal Majalla" w:hAnsi="Sakkal Majalla" w:cs="Sakkal Majalla"/>
          <w:sz w:val="24"/>
        </w:rPr>
        <w:t xml:space="preserve"> </w:t>
      </w:r>
      <w:r w:rsidRPr="003E3418">
        <w:rPr>
          <w:rFonts w:ascii="Sakkal Majalla" w:hAnsi="Sakkal Majalla" w:cs="Sakkal Majalla"/>
          <w:sz w:val="24"/>
          <w:szCs w:val="24"/>
          <w:rtl/>
        </w:rPr>
        <w:t>التقليدية</w:t>
      </w:r>
      <w:r w:rsidRPr="003E3418">
        <w:rPr>
          <w:rFonts w:ascii="Sakkal Majalla" w:hAnsi="Sakkal Majalla" w:cs="Sakkal Majalla"/>
          <w:sz w:val="24"/>
        </w:rPr>
        <w:t>.</w:t>
      </w:r>
    </w:p>
    <w:p w14:paraId="5EF0A209"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إجراء</w:t>
      </w:r>
      <w:r w:rsidRPr="003E3418">
        <w:rPr>
          <w:rFonts w:ascii="Sakkal Majalla" w:hAnsi="Sakkal Majalla" w:cs="Sakkal Majalla"/>
          <w:sz w:val="24"/>
        </w:rPr>
        <w:t xml:space="preserve"> </w:t>
      </w:r>
      <w:r w:rsidRPr="003E3418">
        <w:rPr>
          <w:rFonts w:ascii="Sakkal Majalla" w:hAnsi="Sakkal Majalla" w:cs="Sakkal Majalla"/>
          <w:sz w:val="24"/>
          <w:szCs w:val="24"/>
          <w:rtl/>
        </w:rPr>
        <w:t>اختبارات</w:t>
      </w:r>
      <w:r w:rsidRPr="003E3418">
        <w:rPr>
          <w:rFonts w:ascii="Sakkal Majalla" w:hAnsi="Sakkal Majalla" w:cs="Sakkal Majalla"/>
          <w:sz w:val="24"/>
        </w:rPr>
        <w:t xml:space="preserve"> </w:t>
      </w:r>
      <w:r w:rsidRPr="003E3418">
        <w:rPr>
          <w:rFonts w:ascii="Sakkal Majalla" w:hAnsi="Sakkal Majalla" w:cs="Sakkal Majalla"/>
          <w:sz w:val="24"/>
          <w:szCs w:val="24"/>
          <w:rtl/>
        </w:rPr>
        <w:t>متانة</w:t>
      </w:r>
      <w:r w:rsidRPr="003E3418">
        <w:rPr>
          <w:rFonts w:ascii="Sakkal Majalla" w:hAnsi="Sakkal Majalla" w:cs="Sakkal Majalla"/>
          <w:sz w:val="24"/>
        </w:rPr>
        <w:t xml:space="preserve"> </w:t>
      </w:r>
      <w:r w:rsidRPr="003E3418">
        <w:rPr>
          <w:rFonts w:ascii="Sakkal Majalla" w:hAnsi="Sakkal Majalla" w:cs="Sakkal Majalla"/>
          <w:sz w:val="24"/>
          <w:szCs w:val="24"/>
          <w:rtl/>
        </w:rPr>
        <w:t>شاملة</w:t>
      </w:r>
      <w:r w:rsidRPr="003E3418">
        <w:rPr>
          <w:rFonts w:ascii="Sakkal Majalla" w:hAnsi="Sakkal Majalla" w:cs="Sakkal Majalla"/>
          <w:sz w:val="24"/>
        </w:rPr>
        <w:t xml:space="preserve"> </w:t>
      </w:r>
      <w:r w:rsidRPr="003E3418">
        <w:rPr>
          <w:rFonts w:ascii="Sakkal Majalla" w:hAnsi="Sakkal Majalla" w:cs="Sakkal Majalla"/>
          <w:sz w:val="24"/>
          <w:szCs w:val="24"/>
          <w:rtl/>
        </w:rPr>
        <w:t>تشمل</w:t>
      </w:r>
      <w:r w:rsidRPr="003E3418">
        <w:rPr>
          <w:rFonts w:ascii="Sakkal Majalla" w:hAnsi="Sakkal Majalla" w:cs="Sakkal Majalla"/>
          <w:sz w:val="24"/>
        </w:rPr>
        <w:t xml:space="preserve"> </w:t>
      </w:r>
      <w:r w:rsidRPr="003E3418">
        <w:rPr>
          <w:rFonts w:ascii="Sakkal Majalla" w:hAnsi="Sakkal Majalla" w:cs="Sakkal Majalla"/>
          <w:sz w:val="24"/>
          <w:szCs w:val="24"/>
          <w:rtl/>
        </w:rPr>
        <w:t>استبدال</w:t>
      </w:r>
      <w:r w:rsidRPr="003E3418">
        <w:rPr>
          <w:rFonts w:ascii="Sakkal Majalla" w:hAnsi="Sakkal Majalla" w:cs="Sakkal Majalla"/>
          <w:sz w:val="24"/>
        </w:rPr>
        <w:t xml:space="preserve"> </w:t>
      </w:r>
      <w:r w:rsidRPr="003E3418">
        <w:rPr>
          <w:rFonts w:ascii="Sakkal Majalla" w:hAnsi="Sakkal Majalla" w:cs="Sakkal Majalla"/>
          <w:sz w:val="24"/>
          <w:szCs w:val="24"/>
          <w:rtl/>
        </w:rPr>
        <w:t>مؤشر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(CPI </w:t>
      </w:r>
      <w:r w:rsidRPr="003E3418">
        <w:rPr>
          <w:rFonts w:ascii="Sakkal Majalla" w:hAnsi="Sakkal Majalla" w:cs="Sakkal Majalla"/>
          <w:sz w:val="24"/>
          <w:szCs w:val="24"/>
          <w:rtl/>
        </w:rPr>
        <w:t>بدلاً</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WGI </w:t>
      </w:r>
      <w:r w:rsidRPr="003E3418">
        <w:rPr>
          <w:rFonts w:ascii="Sakkal Majalla" w:hAnsi="Sakkal Majalla" w:cs="Sakkal Majalla"/>
          <w:sz w:val="24"/>
          <w:szCs w:val="24"/>
          <w:rtl/>
        </w:rPr>
        <w:t>والعكس</w:t>
      </w:r>
      <w:r w:rsidRPr="003E3418">
        <w:rPr>
          <w:rFonts w:ascii="Sakkal Majalla" w:hAnsi="Sakkal Majalla" w:cs="Sakkal Majalla"/>
          <w:sz w:val="24"/>
        </w:rPr>
        <w:t>)</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واستبعاد</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النفطية،</w:t>
      </w:r>
      <w:r w:rsidRPr="003E3418">
        <w:rPr>
          <w:rFonts w:ascii="Sakkal Majalla" w:hAnsi="Sakkal Majalla" w:cs="Sakkal Majalla"/>
          <w:sz w:val="24"/>
        </w:rPr>
        <w:t xml:space="preserve"> </w:t>
      </w:r>
      <w:r w:rsidRPr="003E3418">
        <w:rPr>
          <w:rFonts w:ascii="Sakkal Majalla" w:hAnsi="Sakkal Majalla" w:cs="Sakkal Majalla"/>
          <w:sz w:val="24"/>
          <w:szCs w:val="24"/>
          <w:rtl/>
        </w:rPr>
        <w:t>وتقسيم</w:t>
      </w:r>
      <w:r w:rsidRPr="003E3418">
        <w:rPr>
          <w:rFonts w:ascii="Sakkal Majalla" w:hAnsi="Sakkal Majalla" w:cs="Sakkal Majalla"/>
          <w:sz w:val="24"/>
        </w:rPr>
        <w:t xml:space="preserve"> </w:t>
      </w:r>
      <w:r w:rsidRPr="003E3418">
        <w:rPr>
          <w:rFonts w:ascii="Sakkal Majalla" w:hAnsi="Sakkal Majalla" w:cs="Sakkal Majalla"/>
          <w:sz w:val="24"/>
          <w:szCs w:val="24"/>
          <w:rtl/>
        </w:rPr>
        <w:t>الفترة</w:t>
      </w:r>
      <w:r w:rsidRPr="003E3418">
        <w:rPr>
          <w:rFonts w:ascii="Sakkal Majalla" w:hAnsi="Sakkal Majalla" w:cs="Sakkal Majalla"/>
          <w:sz w:val="24"/>
        </w:rPr>
        <w:t xml:space="preserve"> </w:t>
      </w:r>
      <w:r w:rsidRPr="003E3418">
        <w:rPr>
          <w:rFonts w:ascii="Sakkal Majalla" w:hAnsi="Sakkal Majalla" w:cs="Sakkal Majalla"/>
          <w:sz w:val="24"/>
          <w:szCs w:val="24"/>
          <w:rtl/>
        </w:rPr>
        <w:t>الزمنية،</w:t>
      </w:r>
      <w:r w:rsidRPr="003E3418">
        <w:rPr>
          <w:rFonts w:ascii="Sakkal Majalla" w:hAnsi="Sakkal Majalla" w:cs="Sakkal Majalla"/>
          <w:sz w:val="24"/>
        </w:rPr>
        <w:t xml:space="preserve"> </w:t>
      </w:r>
      <w:r w:rsidRPr="003E3418">
        <w:rPr>
          <w:rFonts w:ascii="Sakkal Majalla" w:hAnsi="Sakkal Majalla" w:cs="Sakkal Majalla"/>
          <w:sz w:val="24"/>
          <w:szCs w:val="24"/>
          <w:rtl/>
        </w:rPr>
        <w:t>مما</w:t>
      </w:r>
      <w:r w:rsidRPr="003E3418">
        <w:rPr>
          <w:rFonts w:ascii="Sakkal Majalla" w:hAnsi="Sakkal Majalla" w:cs="Sakkal Majalla"/>
          <w:sz w:val="24"/>
        </w:rPr>
        <w:t xml:space="preserve"> </w:t>
      </w:r>
      <w:r w:rsidRPr="003E3418">
        <w:rPr>
          <w:rFonts w:ascii="Sakkal Majalla" w:hAnsi="Sakkal Majalla" w:cs="Sakkal Majalla"/>
          <w:sz w:val="24"/>
          <w:szCs w:val="24"/>
          <w:rtl/>
        </w:rPr>
        <w:t>يُعزز</w:t>
      </w:r>
      <w:r w:rsidRPr="003E3418">
        <w:rPr>
          <w:rFonts w:ascii="Sakkal Majalla" w:hAnsi="Sakkal Majalla" w:cs="Sakkal Majalla"/>
          <w:sz w:val="24"/>
        </w:rPr>
        <w:t xml:space="preserve"> </w:t>
      </w:r>
      <w:r w:rsidRPr="003E3418">
        <w:rPr>
          <w:rFonts w:ascii="Sakkal Majalla" w:hAnsi="Sakkal Majalla" w:cs="Sakkal Majalla"/>
          <w:sz w:val="24"/>
          <w:szCs w:val="24"/>
          <w:rtl/>
        </w:rPr>
        <w:t>الثقة</w:t>
      </w:r>
      <w:r w:rsidRPr="003E3418">
        <w:rPr>
          <w:rFonts w:ascii="Sakkal Majalla" w:hAnsi="Sakkal Majalla" w:cs="Sakkal Majalla"/>
          <w:sz w:val="24"/>
        </w:rPr>
        <w:t xml:space="preserve"> </w:t>
      </w:r>
      <w:r w:rsidRPr="003E3418">
        <w:rPr>
          <w:rFonts w:ascii="Sakkal Majalla" w:hAnsi="Sakkal Majalla" w:cs="Sakkal Majalla"/>
          <w:sz w:val="24"/>
          <w:szCs w:val="24"/>
          <w:rtl/>
        </w:rPr>
        <w:t>بمتانة</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الاستنتاجات</w:t>
      </w:r>
      <w:r w:rsidRPr="003E3418">
        <w:rPr>
          <w:rFonts w:ascii="Sakkal Majalla" w:hAnsi="Sakkal Majalla" w:cs="Sakkal Majalla"/>
          <w:sz w:val="24"/>
        </w:rPr>
        <w:t xml:space="preserve"> </w:t>
      </w:r>
      <w:r w:rsidRPr="003E3418">
        <w:rPr>
          <w:rFonts w:ascii="Sakkal Majalla" w:hAnsi="Sakkal Majalla" w:cs="Sakkal Majalla"/>
          <w:sz w:val="24"/>
          <w:szCs w:val="24"/>
          <w:rtl/>
        </w:rPr>
        <w:t>وعدم</w:t>
      </w:r>
      <w:r w:rsidRPr="003E3418">
        <w:rPr>
          <w:rFonts w:ascii="Sakkal Majalla" w:hAnsi="Sakkal Majalla" w:cs="Sakkal Majalla"/>
          <w:sz w:val="24"/>
        </w:rPr>
        <w:t xml:space="preserve"> </w:t>
      </w:r>
      <w:r w:rsidRPr="003E3418">
        <w:rPr>
          <w:rFonts w:ascii="Sakkal Majalla" w:hAnsi="Sakkal Majalla" w:cs="Sakkal Majalla"/>
          <w:sz w:val="24"/>
          <w:szCs w:val="24"/>
          <w:rtl/>
        </w:rPr>
        <w:t>اعتمادها</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اختيارات</w:t>
      </w:r>
      <w:r w:rsidRPr="003E3418">
        <w:rPr>
          <w:rFonts w:ascii="Sakkal Majalla" w:hAnsi="Sakkal Majalla" w:cs="Sakkal Majalla"/>
          <w:sz w:val="24"/>
        </w:rPr>
        <w:t xml:space="preserve"> </w:t>
      </w:r>
      <w:r w:rsidRPr="003E3418">
        <w:rPr>
          <w:rFonts w:ascii="Sakkal Majalla" w:hAnsi="Sakkal Majalla" w:cs="Sakkal Majalla"/>
          <w:sz w:val="24"/>
          <w:szCs w:val="24"/>
          <w:rtl/>
        </w:rPr>
        <w:t>منهجية</w:t>
      </w:r>
      <w:r w:rsidRPr="003E3418">
        <w:rPr>
          <w:rFonts w:ascii="Sakkal Majalla" w:hAnsi="Sakkal Majalla" w:cs="Sakkal Majalla"/>
          <w:sz w:val="24"/>
        </w:rPr>
        <w:t xml:space="preserve"> </w:t>
      </w:r>
      <w:r w:rsidRPr="003E3418">
        <w:rPr>
          <w:rFonts w:ascii="Sakkal Majalla" w:hAnsi="Sakkal Majalla" w:cs="Sakkal Majalla"/>
          <w:sz w:val="24"/>
          <w:szCs w:val="24"/>
          <w:rtl/>
        </w:rPr>
        <w:t>محددة</w:t>
      </w:r>
      <w:r w:rsidRPr="003E3418">
        <w:rPr>
          <w:rFonts w:ascii="Sakkal Majalla" w:hAnsi="Sakkal Majalla" w:cs="Sakkal Majalla"/>
          <w:sz w:val="24"/>
        </w:rPr>
        <w:t>.</w:t>
      </w:r>
    </w:p>
    <w:p w14:paraId="5085222A"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ب</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الأهمية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التطبيقية</w:t>
      </w:r>
    </w:p>
    <w:p w14:paraId="1E7C7881"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تتجاوز</w:t>
      </w:r>
      <w:r w:rsidRPr="003E3418">
        <w:rPr>
          <w:rFonts w:ascii="Sakkal Majalla" w:hAnsi="Sakkal Majalla" w:cs="Sakkal Majalla"/>
          <w:sz w:val="24"/>
        </w:rPr>
        <w:t xml:space="preserve"> </w:t>
      </w:r>
      <w:r w:rsidRPr="003E3418">
        <w:rPr>
          <w:rFonts w:ascii="Sakkal Majalla" w:hAnsi="Sakkal Majalla" w:cs="Sakkal Majalla"/>
          <w:sz w:val="24"/>
          <w:szCs w:val="24"/>
          <w:rtl/>
        </w:rPr>
        <w:t>الأهمية</w:t>
      </w:r>
      <w:r w:rsidRPr="003E3418">
        <w:rPr>
          <w:rFonts w:ascii="Sakkal Majalla" w:hAnsi="Sakkal Majalla" w:cs="Sakkal Majalla"/>
          <w:sz w:val="24"/>
        </w:rPr>
        <w:t xml:space="preserve"> </w:t>
      </w:r>
      <w:r w:rsidRPr="003E3418">
        <w:rPr>
          <w:rFonts w:ascii="Sakkal Majalla" w:hAnsi="Sakkal Majalla" w:cs="Sakkal Majalla"/>
          <w:sz w:val="24"/>
          <w:szCs w:val="24"/>
          <w:rtl/>
        </w:rPr>
        <w:t>التطبيقية</w:t>
      </w:r>
      <w:r w:rsidRPr="003E3418">
        <w:rPr>
          <w:rFonts w:ascii="Sakkal Majalla" w:hAnsi="Sakkal Majalla" w:cs="Sakkal Majalla"/>
          <w:sz w:val="24"/>
        </w:rPr>
        <w:t xml:space="preserve"> </w:t>
      </w:r>
      <w:r w:rsidRPr="003E3418">
        <w:rPr>
          <w:rFonts w:ascii="Sakkal Majalla" w:hAnsi="Sakkal Majalla" w:cs="Sakkal Majalla"/>
          <w:sz w:val="24"/>
          <w:szCs w:val="24"/>
          <w:rtl/>
        </w:rPr>
        <w:t>لهذه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البُعد</w:t>
      </w:r>
      <w:r w:rsidRPr="003E3418">
        <w:rPr>
          <w:rFonts w:ascii="Sakkal Majalla" w:hAnsi="Sakkal Majalla" w:cs="Sakkal Majalla"/>
          <w:sz w:val="24"/>
        </w:rPr>
        <w:t xml:space="preserve"> </w:t>
      </w:r>
      <w:r w:rsidRPr="003E3418">
        <w:rPr>
          <w:rFonts w:ascii="Sakkal Majalla" w:hAnsi="Sakkal Majalla" w:cs="Sakkal Majalla"/>
          <w:sz w:val="24"/>
          <w:szCs w:val="24"/>
          <w:rtl/>
        </w:rPr>
        <w:t>الأكاديمي</w:t>
      </w:r>
      <w:r w:rsidRPr="003E3418">
        <w:rPr>
          <w:rFonts w:ascii="Sakkal Majalla" w:hAnsi="Sakkal Majalla" w:cs="Sakkal Majalla"/>
          <w:sz w:val="24"/>
        </w:rPr>
        <w:t xml:space="preserve"> </w:t>
      </w:r>
      <w:r w:rsidRPr="003E3418">
        <w:rPr>
          <w:rFonts w:ascii="Sakkal Majalla" w:hAnsi="Sakkal Majalla" w:cs="Sakkal Majalla"/>
          <w:sz w:val="24"/>
          <w:szCs w:val="24"/>
          <w:rtl/>
        </w:rPr>
        <w:t>لتصل</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مستوى</w:t>
      </w:r>
      <w:r w:rsidRPr="003E3418">
        <w:rPr>
          <w:rFonts w:ascii="Sakkal Majalla" w:hAnsi="Sakkal Majalla" w:cs="Sakkal Majalla"/>
          <w:sz w:val="24"/>
        </w:rPr>
        <w:t xml:space="preserve"> </w:t>
      </w:r>
      <w:r w:rsidRPr="003E3418">
        <w:rPr>
          <w:rFonts w:ascii="Sakkal Majalla" w:hAnsi="Sakkal Majalla" w:cs="Sakkal Majalla"/>
          <w:sz w:val="24"/>
          <w:szCs w:val="24"/>
          <w:rtl/>
        </w:rPr>
        <w:t>صنع</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السياسات</w:t>
      </w:r>
      <w:r w:rsidRPr="003E3418">
        <w:rPr>
          <w:rFonts w:ascii="Sakkal Majalla" w:hAnsi="Sakkal Majalla" w:cs="Sakkal Majalla"/>
          <w:sz w:val="24"/>
        </w:rPr>
        <w:t xml:space="preserve"> </w:t>
      </w:r>
      <w:r w:rsidRPr="003E3418">
        <w:rPr>
          <w:rFonts w:ascii="Sakkal Majalla" w:hAnsi="Sakkal Majalla" w:cs="Sakkal Majalla"/>
          <w:sz w:val="24"/>
          <w:szCs w:val="24"/>
          <w:rtl/>
        </w:rPr>
        <w:t>وتصميم</w:t>
      </w:r>
      <w:r w:rsidRPr="003E3418">
        <w:rPr>
          <w:rFonts w:ascii="Sakkal Majalla" w:hAnsi="Sakkal Majalla" w:cs="Sakkal Majalla"/>
          <w:sz w:val="24"/>
        </w:rPr>
        <w:t xml:space="preserve"> </w:t>
      </w:r>
      <w:r w:rsidRPr="003E3418">
        <w:rPr>
          <w:rFonts w:ascii="Sakkal Majalla" w:hAnsi="Sakkal Majalla" w:cs="Sakkal Majalla"/>
          <w:sz w:val="24"/>
          <w:szCs w:val="24"/>
          <w:rtl/>
        </w:rPr>
        <w:t>برامج</w:t>
      </w:r>
      <w:r w:rsidRPr="003E3418">
        <w:rPr>
          <w:rFonts w:ascii="Sakkal Majalla" w:hAnsi="Sakkal Majalla" w:cs="Sakkal Majalla"/>
          <w:sz w:val="24"/>
        </w:rPr>
        <w:t xml:space="preserve"> </w:t>
      </w:r>
      <w:r w:rsidRPr="003E3418">
        <w:rPr>
          <w:rFonts w:ascii="Sakkal Majalla" w:hAnsi="Sakkal Majalla" w:cs="Sakkal Majalla"/>
          <w:sz w:val="24"/>
          <w:szCs w:val="24"/>
          <w:rtl/>
        </w:rPr>
        <w:t>التنمية</w:t>
      </w:r>
      <w:r w:rsidRPr="003E3418">
        <w:rPr>
          <w:rFonts w:ascii="Sakkal Majalla" w:hAnsi="Sakkal Majalla" w:cs="Sakkal Majalla"/>
          <w:sz w:val="24"/>
        </w:rPr>
        <w:t>:</w:t>
      </w:r>
    </w:p>
    <w:p w14:paraId="2827BF23"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تزويد</w:t>
      </w:r>
      <w:r w:rsidRPr="003E3418">
        <w:rPr>
          <w:rFonts w:ascii="Sakkal Majalla" w:hAnsi="Sakkal Majalla" w:cs="Sakkal Majalla"/>
          <w:sz w:val="24"/>
        </w:rPr>
        <w:t xml:space="preserve"> </w:t>
      </w:r>
      <w:r w:rsidRPr="003E3418">
        <w:rPr>
          <w:rFonts w:ascii="Sakkal Majalla" w:hAnsi="Sakkal Majalla" w:cs="Sakkal Majalla"/>
          <w:sz w:val="24"/>
          <w:szCs w:val="24"/>
          <w:rtl/>
        </w:rPr>
        <w:t>صانعي</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السياسات</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بدليل</w:t>
      </w:r>
      <w:r w:rsidRPr="003E3418">
        <w:rPr>
          <w:rFonts w:ascii="Sakkal Majalla" w:hAnsi="Sakkal Majalla" w:cs="Sakkal Majalla"/>
          <w:sz w:val="24"/>
        </w:rPr>
        <w:t xml:space="preserve"> </w:t>
      </w:r>
      <w:r w:rsidRPr="003E3418">
        <w:rPr>
          <w:rFonts w:ascii="Sakkal Majalla" w:hAnsi="Sakkal Majalla" w:cs="Sakkal Majalla"/>
          <w:sz w:val="24"/>
          <w:szCs w:val="24"/>
          <w:rtl/>
        </w:rPr>
        <w:t>تجريبي</w:t>
      </w:r>
      <w:r w:rsidRPr="003E3418">
        <w:rPr>
          <w:rFonts w:ascii="Sakkal Majalla" w:hAnsi="Sakkal Majalla" w:cs="Sakkal Majalla"/>
          <w:sz w:val="24"/>
        </w:rPr>
        <w:t xml:space="preserve"> </w:t>
      </w:r>
      <w:r w:rsidRPr="003E3418">
        <w:rPr>
          <w:rFonts w:ascii="Sakkal Majalla" w:hAnsi="Sakkal Majalla" w:cs="Sakkal Majalla"/>
          <w:sz w:val="24"/>
          <w:szCs w:val="24"/>
          <w:rtl/>
        </w:rPr>
        <w:t>يُجيب</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سؤال</w:t>
      </w:r>
      <w:r w:rsidRPr="003E3418">
        <w:rPr>
          <w:rFonts w:ascii="Sakkal Majalla" w:hAnsi="Sakkal Majalla" w:cs="Sakkal Majalla"/>
          <w:sz w:val="24"/>
        </w:rPr>
        <w:t xml:space="preserve"> </w:t>
      </w:r>
      <w:r w:rsidRPr="003E3418">
        <w:rPr>
          <w:rFonts w:ascii="Sakkal Majalla" w:hAnsi="Sakkal Majalla" w:cs="Sakkal Majalla"/>
          <w:sz w:val="24"/>
          <w:szCs w:val="24"/>
          <w:rtl/>
        </w:rPr>
        <w:t>محوري</w:t>
      </w:r>
      <w:r w:rsidRPr="003E3418">
        <w:rPr>
          <w:rFonts w:ascii="Sakkal Majalla" w:hAnsi="Sakkal Majalla" w:cs="Sakkal Majalla"/>
          <w:sz w:val="24"/>
        </w:rPr>
        <w:t xml:space="preserve">: </w:t>
      </w:r>
      <w:r w:rsidRPr="003E3418">
        <w:rPr>
          <w:rFonts w:ascii="Sakkal Majalla" w:hAnsi="Sakkal Majalla" w:cs="Sakkal Majalla"/>
          <w:sz w:val="24"/>
          <w:szCs w:val="24"/>
          <w:rtl/>
        </w:rPr>
        <w:t>هل</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مكافحة</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يُحقق</w:t>
      </w:r>
      <w:r w:rsidRPr="003E3418">
        <w:rPr>
          <w:rFonts w:ascii="Sakkal Majalla" w:hAnsi="Sakkal Majalla" w:cs="Sakkal Majalla"/>
          <w:sz w:val="24"/>
        </w:rPr>
        <w:t xml:space="preserve"> </w:t>
      </w:r>
      <w:r w:rsidRPr="003E3418">
        <w:rPr>
          <w:rFonts w:ascii="Sakkal Majalla" w:hAnsi="Sakkal Majalla" w:cs="Sakkal Majalla"/>
          <w:sz w:val="24"/>
          <w:szCs w:val="24"/>
          <w:rtl/>
        </w:rPr>
        <w:t>عائداً</w:t>
      </w:r>
      <w:r w:rsidRPr="003E3418">
        <w:rPr>
          <w:rFonts w:ascii="Sakkal Majalla" w:hAnsi="Sakkal Majalla" w:cs="Sakkal Majalla"/>
          <w:sz w:val="24"/>
        </w:rPr>
        <w:t xml:space="preserve"> </w:t>
      </w:r>
      <w:r w:rsidRPr="003E3418">
        <w:rPr>
          <w:rFonts w:ascii="Sakkal Majalla" w:hAnsi="Sakkal Majalla" w:cs="Sakkal Majalla"/>
          <w:sz w:val="24"/>
          <w:szCs w:val="24"/>
          <w:rtl/>
        </w:rPr>
        <w:t>أسرع</w:t>
      </w:r>
      <w:r w:rsidRPr="003E3418">
        <w:rPr>
          <w:rFonts w:ascii="Sakkal Majalla" w:hAnsi="Sakkal Majalla" w:cs="Sakkal Majalla"/>
          <w:sz w:val="24"/>
        </w:rPr>
        <w:t xml:space="preserve"> </w:t>
      </w:r>
      <w:r w:rsidRPr="003E3418">
        <w:rPr>
          <w:rFonts w:ascii="Sakkal Majalla" w:hAnsi="Sakkal Majalla" w:cs="Sakkal Majalla"/>
          <w:sz w:val="24"/>
          <w:szCs w:val="24"/>
          <w:rtl/>
        </w:rPr>
        <w:t>وأكثر</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تقليص</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مقارنةً</w:t>
      </w:r>
      <w:r w:rsidRPr="003E3418">
        <w:rPr>
          <w:rFonts w:ascii="Sakkal Majalla" w:hAnsi="Sakkal Majalla" w:cs="Sakkal Majalla"/>
          <w:sz w:val="24"/>
        </w:rPr>
        <w:t xml:space="preserve"> </w:t>
      </w:r>
      <w:r w:rsidRPr="003E3418">
        <w:rPr>
          <w:rFonts w:ascii="Sakkal Majalla" w:hAnsi="Sakkal Majalla" w:cs="Sakkal Majalla"/>
          <w:sz w:val="24"/>
          <w:szCs w:val="24"/>
          <w:rtl/>
        </w:rPr>
        <w:t>بالاستثمار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برامج</w:t>
      </w:r>
      <w:r w:rsidRPr="003E3418">
        <w:rPr>
          <w:rFonts w:ascii="Sakkal Majalla" w:hAnsi="Sakkal Majalla" w:cs="Sakkal Majalla"/>
          <w:sz w:val="24"/>
        </w:rPr>
        <w:t xml:space="preserve"> </w:t>
      </w:r>
      <w:r w:rsidRPr="003E3418">
        <w:rPr>
          <w:rFonts w:ascii="Sakkal Majalla" w:hAnsi="Sakkal Majalla" w:cs="Sakkal Majalla"/>
          <w:sz w:val="24"/>
          <w:szCs w:val="24"/>
          <w:rtl/>
        </w:rPr>
        <w:t>تحفيز</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الكلي؟</w:t>
      </w:r>
      <w:r w:rsidRPr="003E3418">
        <w:rPr>
          <w:rFonts w:ascii="Sakkal Majalla" w:hAnsi="Sakkal Majalla" w:cs="Sakkal Majalla"/>
          <w:sz w:val="24"/>
        </w:rPr>
        <w:t xml:space="preserve"> </w:t>
      </w:r>
      <w:r w:rsidRPr="003E3418">
        <w:rPr>
          <w:rFonts w:ascii="Sakkal Majalla" w:hAnsi="Sakkal Majalla" w:cs="Sakkal Majalla"/>
          <w:sz w:val="24"/>
          <w:szCs w:val="24"/>
          <w:rtl/>
        </w:rPr>
        <w:t>والإجابة</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السؤال</w:t>
      </w:r>
      <w:r w:rsidRPr="003E3418">
        <w:rPr>
          <w:rFonts w:ascii="Sakkal Majalla" w:hAnsi="Sakkal Majalla" w:cs="Sakkal Majalla"/>
          <w:sz w:val="24"/>
        </w:rPr>
        <w:t xml:space="preserve"> </w:t>
      </w:r>
      <w:r w:rsidRPr="003E3418">
        <w:rPr>
          <w:rFonts w:ascii="Sakkal Majalla" w:hAnsi="Sakkal Majalla" w:cs="Sakkal Majalla"/>
          <w:sz w:val="24"/>
          <w:szCs w:val="24"/>
          <w:rtl/>
        </w:rPr>
        <w:t>تُحدد</w:t>
      </w:r>
      <w:r w:rsidRPr="003E3418">
        <w:rPr>
          <w:rFonts w:ascii="Sakkal Majalla" w:hAnsi="Sakkal Majalla" w:cs="Sakkal Majalla"/>
          <w:sz w:val="24"/>
        </w:rPr>
        <w:t xml:space="preserve"> </w:t>
      </w:r>
      <w:r w:rsidRPr="003E3418">
        <w:rPr>
          <w:rFonts w:ascii="Sakkal Majalla" w:hAnsi="Sakkal Majalla" w:cs="Sakkal Majalla"/>
          <w:sz w:val="24"/>
          <w:szCs w:val="24"/>
          <w:rtl/>
        </w:rPr>
        <w:t>ترتيب</w:t>
      </w:r>
      <w:r w:rsidRPr="003E3418">
        <w:rPr>
          <w:rFonts w:ascii="Sakkal Majalla" w:hAnsi="Sakkal Majalla" w:cs="Sakkal Majalla"/>
          <w:sz w:val="24"/>
        </w:rPr>
        <w:t xml:space="preserve"> </w:t>
      </w:r>
      <w:r w:rsidRPr="003E3418">
        <w:rPr>
          <w:rFonts w:ascii="Sakkal Majalla" w:hAnsi="Sakkal Majalla" w:cs="Sakkal Majalla"/>
          <w:sz w:val="24"/>
          <w:szCs w:val="24"/>
          <w:rtl/>
        </w:rPr>
        <w:t>أولويات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الإصلاح</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ظروف</w:t>
      </w:r>
      <w:r w:rsidRPr="003E3418">
        <w:rPr>
          <w:rFonts w:ascii="Sakkal Majalla" w:hAnsi="Sakkal Majalla" w:cs="Sakkal Majalla"/>
          <w:sz w:val="24"/>
        </w:rPr>
        <w:t xml:space="preserve"> </w:t>
      </w:r>
      <w:r w:rsidRPr="003E3418">
        <w:rPr>
          <w:rFonts w:ascii="Sakkal Majalla" w:hAnsi="Sakkal Majalla" w:cs="Sakkal Majalla"/>
          <w:sz w:val="24"/>
          <w:szCs w:val="24"/>
          <w:rtl/>
        </w:rPr>
        <w:t>الموارد</w:t>
      </w:r>
      <w:r w:rsidRPr="003E3418">
        <w:rPr>
          <w:rFonts w:ascii="Sakkal Majalla" w:hAnsi="Sakkal Majalla" w:cs="Sakkal Majalla"/>
          <w:sz w:val="24"/>
        </w:rPr>
        <w:t xml:space="preserve"> </w:t>
      </w:r>
      <w:r w:rsidRPr="003E3418">
        <w:rPr>
          <w:rFonts w:ascii="Sakkal Majalla" w:hAnsi="Sakkal Majalla" w:cs="Sakkal Majalla"/>
          <w:sz w:val="24"/>
          <w:szCs w:val="24"/>
          <w:rtl/>
        </w:rPr>
        <w:t>الشحيحة</w:t>
      </w:r>
      <w:r w:rsidRPr="003E3418">
        <w:rPr>
          <w:rFonts w:ascii="Sakkal Majalla" w:hAnsi="Sakkal Majalla" w:cs="Sakkal Majalla"/>
          <w:sz w:val="24"/>
        </w:rPr>
        <w:t>.</w:t>
      </w:r>
    </w:p>
    <w:p w14:paraId="17DC6621"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مساعدة</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المالية</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الدولية</w:t>
      </w:r>
      <w:r w:rsidRPr="003E3418">
        <w:rPr>
          <w:rFonts w:ascii="Sakkal Majalla" w:hAnsi="Sakkal Majalla" w:cs="Sakkal Majalla"/>
          <w:sz w:val="24"/>
        </w:rPr>
        <w:t xml:space="preserve"> </w:t>
      </w:r>
      <w:r w:rsidRPr="003E3418">
        <w:rPr>
          <w:rFonts w:ascii="Sakkal Majalla" w:hAnsi="Sakkal Majalla" w:cs="Sakkal Majalla"/>
          <w:sz w:val="24"/>
          <w:szCs w:val="24"/>
          <w:rtl/>
        </w:rPr>
        <w:t>كالبنك</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الدولي</w:t>
      </w:r>
      <w:r w:rsidRPr="003E3418">
        <w:rPr>
          <w:rFonts w:ascii="Sakkal Majalla" w:hAnsi="Sakkal Majalla" w:cs="Sakkal Majalla"/>
          <w:sz w:val="24"/>
        </w:rPr>
        <w:t xml:space="preserve"> </w:t>
      </w:r>
      <w:r w:rsidRPr="003E3418">
        <w:rPr>
          <w:rFonts w:ascii="Sakkal Majalla" w:hAnsi="Sakkal Majalla" w:cs="Sakkal Majalla"/>
          <w:sz w:val="24"/>
          <w:szCs w:val="24"/>
          <w:rtl/>
        </w:rPr>
        <w:t>وصندوق</w:t>
      </w:r>
      <w:r w:rsidRPr="003E3418">
        <w:rPr>
          <w:rFonts w:ascii="Sakkal Majalla" w:hAnsi="Sakkal Majalla" w:cs="Sakkal Majalla"/>
          <w:sz w:val="24"/>
        </w:rPr>
        <w:t xml:space="preserve"> </w:t>
      </w:r>
      <w:r w:rsidRPr="003E3418">
        <w:rPr>
          <w:rFonts w:ascii="Sakkal Majalla" w:hAnsi="Sakkal Majalla" w:cs="Sakkal Majalla"/>
          <w:sz w:val="24"/>
          <w:szCs w:val="24"/>
          <w:rtl/>
        </w:rPr>
        <w:t>النقد</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الدولي</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تصميم</w:t>
      </w:r>
      <w:r w:rsidRPr="003E3418">
        <w:rPr>
          <w:rFonts w:ascii="Sakkal Majalla" w:hAnsi="Sakkal Majalla" w:cs="Sakkal Majalla"/>
          <w:sz w:val="24"/>
        </w:rPr>
        <w:t xml:space="preserve"> </w:t>
      </w:r>
      <w:r w:rsidRPr="003E3418">
        <w:rPr>
          <w:rFonts w:ascii="Sakkal Majalla" w:hAnsi="Sakkal Majalla" w:cs="Sakkal Majalla"/>
          <w:sz w:val="24"/>
          <w:szCs w:val="24"/>
          <w:rtl/>
        </w:rPr>
        <w:t>شروط</w:t>
      </w:r>
      <w:r w:rsidRPr="003E3418">
        <w:rPr>
          <w:rFonts w:ascii="Sakkal Majalla" w:hAnsi="Sakkal Majalla" w:cs="Sakkal Majalla"/>
          <w:sz w:val="24"/>
        </w:rPr>
        <w:t xml:space="preserve"> </w:t>
      </w:r>
      <w:r w:rsidRPr="003E3418">
        <w:rPr>
          <w:rFonts w:ascii="Sakkal Majalla" w:hAnsi="Sakkal Majalla" w:cs="Sakkal Majalla"/>
          <w:sz w:val="24"/>
          <w:szCs w:val="24"/>
          <w:rtl/>
        </w:rPr>
        <w:t>القروض</w:t>
      </w:r>
      <w:r w:rsidRPr="003E3418">
        <w:rPr>
          <w:rFonts w:ascii="Sakkal Majalla" w:hAnsi="Sakkal Majalla" w:cs="Sakkal Majalla"/>
          <w:sz w:val="24"/>
        </w:rPr>
        <w:t xml:space="preserve"> </w:t>
      </w:r>
      <w:r w:rsidRPr="003E3418">
        <w:rPr>
          <w:rFonts w:ascii="Sakkal Majalla" w:hAnsi="Sakkal Majalla" w:cs="Sakkal Majalla"/>
          <w:sz w:val="24"/>
          <w:szCs w:val="24"/>
          <w:rtl/>
        </w:rPr>
        <w:t>والمنح</w:t>
      </w:r>
      <w:r w:rsidRPr="003E3418">
        <w:rPr>
          <w:rFonts w:ascii="Sakkal Majalla" w:hAnsi="Sakkal Majalla" w:cs="Sakkal Majalla"/>
          <w:sz w:val="24"/>
        </w:rPr>
        <w:t xml:space="preserve"> </w:t>
      </w:r>
      <w:r w:rsidRPr="003E3418">
        <w:rPr>
          <w:rFonts w:ascii="Sakkal Majalla" w:hAnsi="Sakkal Majalla" w:cs="Sakkal Majalla"/>
          <w:sz w:val="24"/>
          <w:szCs w:val="24"/>
          <w:rtl/>
        </w:rPr>
        <w:t>التنموية</w:t>
      </w:r>
      <w:r w:rsidRPr="003E3418">
        <w:rPr>
          <w:rFonts w:ascii="Sakkal Majalla" w:hAnsi="Sakkal Majalla" w:cs="Sakkal Majalla"/>
          <w:sz w:val="24"/>
        </w:rPr>
        <w:t xml:space="preserve"> </w:t>
      </w:r>
      <w:r w:rsidRPr="003E3418">
        <w:rPr>
          <w:rFonts w:ascii="Sakkal Majalla" w:hAnsi="Sakkal Majalla" w:cs="Sakkal Majalla"/>
          <w:sz w:val="24"/>
          <w:szCs w:val="24"/>
          <w:rtl/>
        </w:rPr>
        <w:t>بصورة</w:t>
      </w:r>
      <w:r w:rsidRPr="003E3418">
        <w:rPr>
          <w:rFonts w:ascii="Sakkal Majalla" w:hAnsi="Sakkal Majalla" w:cs="Sakkal Majalla"/>
          <w:sz w:val="24"/>
        </w:rPr>
        <w:t xml:space="preserve"> </w:t>
      </w:r>
      <w:r w:rsidRPr="003E3418">
        <w:rPr>
          <w:rFonts w:ascii="Sakkal Majalla" w:hAnsi="Sakkal Majalla" w:cs="Sakkal Majalla"/>
          <w:sz w:val="24"/>
          <w:szCs w:val="24"/>
          <w:rtl/>
        </w:rPr>
        <w:t>تضمن</w:t>
      </w:r>
      <w:r w:rsidRPr="003E3418">
        <w:rPr>
          <w:rFonts w:ascii="Sakkal Majalla" w:hAnsi="Sakkal Majalla" w:cs="Sakkal Majalla"/>
          <w:sz w:val="24"/>
        </w:rPr>
        <w:t xml:space="preserve"> </w:t>
      </w:r>
      <w:r w:rsidRPr="003E3418">
        <w:rPr>
          <w:rFonts w:ascii="Sakkal Majalla" w:hAnsi="Sakkal Majalla" w:cs="Sakkal Majalla"/>
          <w:sz w:val="24"/>
          <w:szCs w:val="24"/>
          <w:rtl/>
        </w:rPr>
        <w:t>ترابطاً</w:t>
      </w:r>
      <w:r w:rsidRPr="003E3418">
        <w:rPr>
          <w:rFonts w:ascii="Sakkal Majalla" w:hAnsi="Sakkal Majalla" w:cs="Sakkal Majalla"/>
          <w:sz w:val="24"/>
        </w:rPr>
        <w:t xml:space="preserve"> </w:t>
      </w:r>
      <w:r w:rsidRPr="003E3418">
        <w:rPr>
          <w:rFonts w:ascii="Sakkal Majalla" w:hAnsi="Sakkal Majalla" w:cs="Sakkal Majalla"/>
          <w:sz w:val="24"/>
          <w:szCs w:val="24"/>
          <w:rtl/>
        </w:rPr>
        <w:t>عضوياً</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مكافحة</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وبرامج</w:t>
      </w:r>
      <w:r w:rsidRPr="003E3418">
        <w:rPr>
          <w:rFonts w:ascii="Sakkal Majalla" w:hAnsi="Sakkal Majalla" w:cs="Sakkal Majalla"/>
          <w:sz w:val="24"/>
        </w:rPr>
        <w:t xml:space="preserve"> </w:t>
      </w:r>
      <w:r w:rsidRPr="003E3418">
        <w:rPr>
          <w:rFonts w:ascii="Sakkal Majalla" w:hAnsi="Sakkal Majalla" w:cs="Sakkal Majalla"/>
          <w:sz w:val="24"/>
          <w:szCs w:val="24"/>
          <w:rtl/>
        </w:rPr>
        <w:t>الحماية</w:t>
      </w:r>
      <w:r w:rsidRPr="003E3418">
        <w:rPr>
          <w:rFonts w:ascii="Sakkal Majalla" w:hAnsi="Sakkal Majalla" w:cs="Sakkal Majalla"/>
          <w:sz w:val="24"/>
        </w:rPr>
        <w:t xml:space="preserve"> </w:t>
      </w:r>
      <w:r w:rsidRPr="003E3418">
        <w:rPr>
          <w:rFonts w:ascii="Sakkal Majalla" w:hAnsi="Sakkal Majalla" w:cs="Sakkal Majalla"/>
          <w:sz w:val="24"/>
          <w:szCs w:val="24"/>
          <w:rtl/>
        </w:rPr>
        <w:t>الاجتماعية</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مجرد</w:t>
      </w:r>
      <w:r w:rsidRPr="003E3418">
        <w:rPr>
          <w:rFonts w:ascii="Sakkal Majalla" w:hAnsi="Sakkal Majalla" w:cs="Sakkal Majalla"/>
          <w:sz w:val="24"/>
        </w:rPr>
        <w:t xml:space="preserve"> </w:t>
      </w:r>
      <w:r w:rsidRPr="003E3418">
        <w:rPr>
          <w:rFonts w:ascii="Sakkal Majalla" w:hAnsi="Sakkal Majalla" w:cs="Sakkal Majalla"/>
          <w:sz w:val="24"/>
          <w:szCs w:val="24"/>
          <w:rtl/>
        </w:rPr>
        <w:t>ترابط</w:t>
      </w:r>
      <w:r w:rsidRPr="003E3418">
        <w:rPr>
          <w:rFonts w:ascii="Sakkal Majalla" w:hAnsi="Sakkal Majalla" w:cs="Sakkal Majalla"/>
          <w:sz w:val="24"/>
        </w:rPr>
        <w:t xml:space="preserve"> </w:t>
      </w:r>
      <w:r w:rsidRPr="003E3418">
        <w:rPr>
          <w:rFonts w:ascii="Sakkal Majalla" w:hAnsi="Sakkal Majalla" w:cs="Sakkal Majalla"/>
          <w:sz w:val="24"/>
          <w:szCs w:val="24"/>
          <w:rtl/>
        </w:rPr>
        <w:t>إجرائي</w:t>
      </w:r>
      <w:r w:rsidRPr="003E3418">
        <w:rPr>
          <w:rFonts w:ascii="Sakkal Majalla" w:hAnsi="Sakkal Majalla" w:cs="Sakkal Majalla"/>
          <w:sz w:val="24"/>
        </w:rPr>
        <w:t xml:space="preserve"> </w:t>
      </w:r>
      <w:r w:rsidRPr="003E3418">
        <w:rPr>
          <w:rFonts w:ascii="Sakkal Majalla" w:hAnsi="Sakkal Majalla" w:cs="Sakkal Majalla"/>
          <w:sz w:val="24"/>
          <w:szCs w:val="24"/>
          <w:rtl/>
        </w:rPr>
        <w:t>شكلي</w:t>
      </w:r>
      <w:r w:rsidRPr="003E3418">
        <w:rPr>
          <w:rFonts w:ascii="Sakkal Majalla" w:hAnsi="Sakkal Majalla" w:cs="Sakkal Majalla"/>
          <w:sz w:val="24"/>
        </w:rPr>
        <w:t>.</w:t>
      </w:r>
    </w:p>
    <w:p w14:paraId="7D46AD3E"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تزويد</w:t>
      </w:r>
      <w:r w:rsidRPr="003E3418">
        <w:rPr>
          <w:rFonts w:ascii="Sakkal Majalla" w:hAnsi="Sakkal Majalla" w:cs="Sakkal Majalla"/>
          <w:sz w:val="24"/>
        </w:rPr>
        <w:t xml:space="preserve"> </w:t>
      </w:r>
      <w:r w:rsidRPr="003E3418">
        <w:rPr>
          <w:rFonts w:ascii="Sakkal Majalla" w:hAnsi="Sakkal Majalla" w:cs="Sakkal Majalla"/>
          <w:sz w:val="24"/>
          <w:szCs w:val="24"/>
          <w:rtl/>
        </w:rPr>
        <w:t>برنامج</w:t>
      </w:r>
      <w:r w:rsidRPr="003E3418">
        <w:rPr>
          <w:rFonts w:ascii="Sakkal Majalla" w:hAnsi="Sakkal Majalla" w:cs="Sakkal Majalla"/>
          <w:sz w:val="24"/>
        </w:rPr>
        <w:t xml:space="preserve"> UNDP </w:t>
      </w:r>
      <w:r w:rsidRPr="003E3418">
        <w:rPr>
          <w:rFonts w:ascii="Sakkal Majalla" w:hAnsi="Sakkal Majalla" w:cs="Sakkal Majalla"/>
          <w:sz w:val="24"/>
          <w:szCs w:val="24"/>
          <w:rtl/>
        </w:rPr>
        <w:t>بأدلة</w:t>
      </w:r>
      <w:r w:rsidRPr="003E3418">
        <w:rPr>
          <w:rFonts w:ascii="Sakkal Majalla" w:hAnsi="Sakkal Majalla" w:cs="Sakkal Majalla"/>
          <w:sz w:val="24"/>
        </w:rPr>
        <w:t xml:space="preserve"> </w:t>
      </w:r>
      <w:r w:rsidRPr="003E3418">
        <w:rPr>
          <w:rFonts w:ascii="Sakkal Majalla" w:hAnsi="Sakkal Majalla" w:cs="Sakkal Majalla"/>
          <w:sz w:val="24"/>
          <w:szCs w:val="24"/>
          <w:rtl/>
        </w:rPr>
        <w:t>كمية</w:t>
      </w:r>
      <w:r w:rsidRPr="003E3418">
        <w:rPr>
          <w:rFonts w:ascii="Sakkal Majalla" w:hAnsi="Sakkal Majalla" w:cs="Sakkal Majalla"/>
          <w:sz w:val="24"/>
        </w:rPr>
        <w:t xml:space="preserve"> </w:t>
      </w:r>
      <w:r w:rsidRPr="003E3418">
        <w:rPr>
          <w:rFonts w:ascii="Sakkal Majalla" w:hAnsi="Sakkal Majalla" w:cs="Sakkal Majalla"/>
          <w:sz w:val="24"/>
          <w:szCs w:val="24"/>
          <w:rtl/>
        </w:rPr>
        <w:t>تُسهم</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تطوير</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التنمية</w:t>
      </w:r>
      <w:r w:rsidRPr="003E3418">
        <w:rPr>
          <w:rFonts w:ascii="Sakkal Majalla" w:hAnsi="Sakkal Majalla" w:cs="Sakkal Majalla"/>
          <w:sz w:val="24"/>
        </w:rPr>
        <w:t xml:space="preserve"> </w:t>
      </w:r>
      <w:r w:rsidRPr="003E3418">
        <w:rPr>
          <w:rFonts w:ascii="Sakkal Majalla" w:hAnsi="Sakkal Majalla" w:cs="Sakkal Majalla"/>
          <w:sz w:val="24"/>
          <w:szCs w:val="24"/>
          <w:rtl/>
        </w:rPr>
        <w:t>البشرية</w:t>
      </w:r>
      <w:r w:rsidRPr="003E3418">
        <w:rPr>
          <w:rFonts w:ascii="Sakkal Majalla" w:hAnsi="Sakkal Majalla" w:cs="Sakkal Majalla"/>
          <w:sz w:val="24"/>
        </w:rPr>
        <w:t xml:space="preserve"> </w:t>
      </w:r>
      <w:r w:rsidRPr="003E3418">
        <w:rPr>
          <w:rFonts w:ascii="Sakkal Majalla" w:hAnsi="Sakkal Majalla" w:cs="Sakkal Majalla"/>
          <w:sz w:val="24"/>
          <w:szCs w:val="24"/>
          <w:rtl/>
        </w:rPr>
        <w:t>بما</w:t>
      </w:r>
      <w:r w:rsidRPr="003E3418">
        <w:rPr>
          <w:rFonts w:ascii="Sakkal Majalla" w:hAnsi="Sakkal Majalla" w:cs="Sakkal Majalla"/>
          <w:sz w:val="24"/>
        </w:rPr>
        <w:t xml:space="preserve"> </w:t>
      </w:r>
      <w:r w:rsidRPr="003E3418">
        <w:rPr>
          <w:rFonts w:ascii="Sakkal Majalla" w:hAnsi="Sakkal Majalla" w:cs="Sakkal Majalla"/>
          <w:sz w:val="24"/>
          <w:szCs w:val="24"/>
          <w:rtl/>
        </w:rPr>
        <w:t>يعكس</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التوزيعي</w:t>
      </w:r>
      <w:r w:rsidRPr="003E3418">
        <w:rPr>
          <w:rFonts w:ascii="Sakkal Majalla" w:hAnsi="Sakkal Majalla" w:cs="Sakkal Majalla"/>
          <w:sz w:val="24"/>
        </w:rPr>
        <w:t xml:space="preserve"> </w:t>
      </w:r>
      <w:r w:rsidRPr="003E3418">
        <w:rPr>
          <w:rFonts w:ascii="Sakkal Majalla" w:hAnsi="Sakkal Majalla" w:cs="Sakkal Majalla"/>
          <w:sz w:val="24"/>
          <w:szCs w:val="24"/>
          <w:rtl/>
        </w:rPr>
        <w:t>للحوكمة</w:t>
      </w:r>
      <w:r w:rsidRPr="003E3418">
        <w:rPr>
          <w:rFonts w:ascii="Sakkal Majalla" w:hAnsi="Sakkal Majalla" w:cs="Sakkal Majalla"/>
          <w:sz w:val="24"/>
        </w:rPr>
        <w:t xml:space="preserve"> </w:t>
      </w:r>
      <w:r w:rsidRPr="003E3418">
        <w:rPr>
          <w:rFonts w:ascii="Sakkal Majalla" w:hAnsi="Sakkal Majalla" w:cs="Sakkal Majalla"/>
          <w:sz w:val="24"/>
          <w:szCs w:val="24"/>
          <w:rtl/>
        </w:rPr>
        <w:t>والفساد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مستويات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الحياة</w:t>
      </w:r>
      <w:r w:rsidRPr="003E3418">
        <w:rPr>
          <w:rFonts w:ascii="Sakkal Majalla" w:hAnsi="Sakkal Majalla" w:cs="Sakkal Majalla"/>
          <w:sz w:val="24"/>
        </w:rPr>
        <w:t xml:space="preserve"> </w:t>
      </w:r>
      <w:r w:rsidRPr="003E3418">
        <w:rPr>
          <w:rFonts w:ascii="Sakkal Majalla" w:hAnsi="Sakkal Majalla" w:cs="Sakkal Majalla"/>
          <w:sz w:val="24"/>
          <w:szCs w:val="24"/>
          <w:rtl/>
        </w:rPr>
        <w:t>المختلفة</w:t>
      </w:r>
      <w:r w:rsidRPr="003E3418">
        <w:rPr>
          <w:rFonts w:ascii="Sakkal Majalla" w:hAnsi="Sakkal Majalla" w:cs="Sakkal Majalla"/>
          <w:sz w:val="24"/>
        </w:rPr>
        <w:t>.</w:t>
      </w:r>
    </w:p>
    <w:p w14:paraId="1B7118A4"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الإسهام</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قياس</w:t>
      </w:r>
      <w:r w:rsidRPr="003E3418">
        <w:rPr>
          <w:rFonts w:ascii="Sakkal Majalla" w:hAnsi="Sakkal Majalla" w:cs="Sakkal Majalla"/>
          <w:sz w:val="24"/>
        </w:rPr>
        <w:t xml:space="preserve"> </w:t>
      </w:r>
      <w:r w:rsidRPr="003E3418">
        <w:rPr>
          <w:rFonts w:ascii="Sakkal Majalla" w:hAnsi="Sakkal Majalla" w:cs="Sakkal Majalla"/>
          <w:sz w:val="24"/>
          <w:szCs w:val="24"/>
          <w:rtl/>
        </w:rPr>
        <w:t>التقدم</w:t>
      </w:r>
      <w:r w:rsidRPr="003E3418">
        <w:rPr>
          <w:rFonts w:ascii="Sakkal Majalla" w:hAnsi="Sakkal Majalla" w:cs="Sakkal Majalla"/>
          <w:sz w:val="24"/>
        </w:rPr>
        <w:t xml:space="preserve"> </w:t>
      </w:r>
      <w:r w:rsidRPr="003E3418">
        <w:rPr>
          <w:rFonts w:ascii="Sakkal Majalla" w:hAnsi="Sakkal Majalla" w:cs="Sakkal Majalla"/>
          <w:sz w:val="24"/>
          <w:szCs w:val="24"/>
          <w:rtl/>
        </w:rPr>
        <w:t>نحو</w:t>
      </w:r>
      <w:r w:rsidRPr="003E3418">
        <w:rPr>
          <w:rFonts w:ascii="Sakkal Majalla" w:hAnsi="Sakkal Majalla" w:cs="Sakkal Majalla"/>
          <w:sz w:val="24"/>
        </w:rPr>
        <w:t xml:space="preserve"> </w:t>
      </w:r>
      <w:r w:rsidRPr="003E3418">
        <w:rPr>
          <w:rFonts w:ascii="Sakkal Majalla" w:hAnsi="Sakkal Majalla" w:cs="Sakkal Majalla"/>
          <w:sz w:val="24"/>
          <w:szCs w:val="24"/>
          <w:rtl/>
        </w:rPr>
        <w:t>الهدفين</w:t>
      </w:r>
      <w:r w:rsidRPr="003E3418">
        <w:rPr>
          <w:rFonts w:ascii="Sakkal Majalla" w:hAnsi="Sakkal Majalla" w:cs="Sakkal Majalla"/>
          <w:sz w:val="24"/>
        </w:rPr>
        <w:t xml:space="preserve"> </w:t>
      </w:r>
      <w:r w:rsidRPr="003E3418">
        <w:rPr>
          <w:rFonts w:ascii="Sakkal Majalla" w:hAnsi="Sakkal Majalla" w:cs="Sakkal Majalla"/>
          <w:sz w:val="24"/>
          <w:szCs w:val="24"/>
          <w:rtl/>
        </w:rPr>
        <w:t>الأول</w:t>
      </w:r>
      <w:r w:rsidRPr="003E3418">
        <w:rPr>
          <w:rFonts w:ascii="Sakkal Majalla" w:hAnsi="Sakkal Majalla" w:cs="Sakkal Majalla"/>
          <w:sz w:val="24"/>
        </w:rPr>
        <w:t xml:space="preserve"> (</w:t>
      </w:r>
      <w:r w:rsidRPr="003E3418">
        <w:rPr>
          <w:rFonts w:ascii="Sakkal Majalla" w:hAnsi="Sakkal Majalla" w:cs="Sakkal Majalla"/>
          <w:sz w:val="24"/>
          <w:szCs w:val="24"/>
          <w:rtl/>
        </w:rPr>
        <w:t>القضاء</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والسادس</w:t>
      </w:r>
      <w:r w:rsidRPr="003E3418">
        <w:rPr>
          <w:rFonts w:ascii="Sakkal Majalla" w:hAnsi="Sakkal Majalla" w:cs="Sakkal Majalla"/>
          <w:sz w:val="24"/>
        </w:rPr>
        <w:t xml:space="preserve"> </w:t>
      </w:r>
      <w:r w:rsidRPr="003E3418">
        <w:rPr>
          <w:rFonts w:ascii="Sakkal Majalla" w:hAnsi="Sakkal Majalla" w:cs="Sakkal Majalla"/>
          <w:sz w:val="24"/>
          <w:szCs w:val="24"/>
          <w:rtl/>
        </w:rPr>
        <w:t>عشر</w:t>
      </w:r>
      <w:r w:rsidRPr="003E3418">
        <w:rPr>
          <w:rFonts w:ascii="Sakkal Majalla" w:hAnsi="Sakkal Majalla" w:cs="Sakkal Majalla"/>
          <w:sz w:val="24"/>
        </w:rPr>
        <w:t xml:space="preserve"> (</w:t>
      </w:r>
      <w:r w:rsidRPr="003E3418">
        <w:rPr>
          <w:rFonts w:ascii="Sakkal Majalla" w:hAnsi="Sakkal Majalla" w:cs="Sakkal Majalla"/>
          <w:sz w:val="24"/>
          <w:szCs w:val="24"/>
          <w:rtl/>
        </w:rPr>
        <w:t>الحوكمة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أهداف</w:t>
      </w:r>
      <w:r w:rsidRPr="003E3418">
        <w:rPr>
          <w:rFonts w:ascii="Sakkal Majalla" w:hAnsi="Sakkal Majalla" w:cs="Sakkal Majalla"/>
          <w:sz w:val="24"/>
        </w:rPr>
        <w:t xml:space="preserve"> </w:t>
      </w:r>
      <w:r w:rsidRPr="003E3418">
        <w:rPr>
          <w:rFonts w:ascii="Sakkal Majalla" w:hAnsi="Sakkal Majalla" w:cs="Sakkal Majalla"/>
          <w:sz w:val="24"/>
          <w:szCs w:val="24"/>
          <w:rtl/>
        </w:rPr>
        <w:t>التنمية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المستدامة</w:t>
      </w:r>
      <w:r w:rsidRPr="003E3418">
        <w:rPr>
          <w:rFonts w:ascii="Sakkal Majalla" w:hAnsi="Sakkal Majalla" w:cs="Sakkal Majalla"/>
          <w:sz w:val="24"/>
        </w:rPr>
        <w:t xml:space="preserve"> </w:t>
      </w:r>
      <w:r w:rsidRPr="003E3418">
        <w:rPr>
          <w:rFonts w:ascii="Sakkal Majalla" w:hAnsi="Sakkal Majalla" w:cs="Sakkal Majalla"/>
          <w:sz w:val="24"/>
          <w:szCs w:val="24"/>
          <w:rtl/>
        </w:rPr>
        <w:t>للأمم</w:t>
      </w:r>
      <w:r w:rsidRPr="003E3418">
        <w:rPr>
          <w:rFonts w:ascii="Sakkal Majalla" w:hAnsi="Sakkal Majalla" w:cs="Sakkal Majalla"/>
          <w:sz w:val="24"/>
        </w:rPr>
        <w:t xml:space="preserve"> </w:t>
      </w:r>
      <w:r w:rsidRPr="003E3418">
        <w:rPr>
          <w:rFonts w:ascii="Sakkal Majalla" w:hAnsi="Sakkal Majalla" w:cs="Sakkal Majalla"/>
          <w:sz w:val="24"/>
          <w:szCs w:val="24"/>
          <w:rtl/>
        </w:rPr>
        <w:t>المتحدة،</w:t>
      </w:r>
      <w:r w:rsidRPr="003E3418">
        <w:rPr>
          <w:rFonts w:ascii="Sakkal Majalla" w:hAnsi="Sakkal Majalla" w:cs="Sakkal Majalla"/>
          <w:sz w:val="24"/>
        </w:rPr>
        <w:t xml:space="preserve"> </w:t>
      </w:r>
      <w:r w:rsidRPr="003E3418">
        <w:rPr>
          <w:rFonts w:ascii="Sakkal Majalla" w:hAnsi="Sakkal Majalla" w:cs="Sakkal Majalla"/>
          <w:sz w:val="24"/>
          <w:szCs w:val="24"/>
          <w:rtl/>
        </w:rPr>
        <w:t>بتقديم</w:t>
      </w:r>
      <w:r w:rsidRPr="003E3418">
        <w:rPr>
          <w:rFonts w:ascii="Sakkal Majalla" w:hAnsi="Sakkal Majalla" w:cs="Sakkal Majalla"/>
          <w:sz w:val="24"/>
        </w:rPr>
        <w:t xml:space="preserve"> </w:t>
      </w:r>
      <w:r w:rsidRPr="003E3418">
        <w:rPr>
          <w:rFonts w:ascii="Sakkal Majalla" w:hAnsi="Sakkal Majalla" w:cs="Sakkal Majalla"/>
          <w:sz w:val="24"/>
          <w:szCs w:val="24"/>
          <w:rtl/>
        </w:rPr>
        <w:t>أدلة</w:t>
      </w:r>
      <w:r w:rsidRPr="003E3418">
        <w:rPr>
          <w:rFonts w:ascii="Sakkal Majalla" w:hAnsi="Sakkal Majalla" w:cs="Sakkal Majalla"/>
          <w:sz w:val="24"/>
        </w:rPr>
        <w:t xml:space="preserve"> </w:t>
      </w:r>
      <w:r w:rsidRPr="003E3418">
        <w:rPr>
          <w:rFonts w:ascii="Sakkal Majalla" w:hAnsi="Sakkal Majalla" w:cs="Sakkal Majalla"/>
          <w:sz w:val="24"/>
          <w:szCs w:val="24"/>
          <w:rtl/>
        </w:rPr>
        <w:t>تجريبية</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الرابط</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w:t>
      </w:r>
      <w:r w:rsidRPr="003E3418">
        <w:rPr>
          <w:rFonts w:ascii="Sakkal Majalla" w:hAnsi="Sakkal Majalla" w:cs="Sakkal Majalla"/>
          <w:sz w:val="24"/>
        </w:rPr>
        <w:t xml:space="preserve"> </w:t>
      </w:r>
      <w:r w:rsidRPr="003E3418">
        <w:rPr>
          <w:rFonts w:ascii="Sakkal Majalla" w:hAnsi="Sakkal Majalla" w:cs="Sakkal Majalla"/>
          <w:sz w:val="24"/>
          <w:szCs w:val="24"/>
          <w:rtl/>
        </w:rPr>
        <w:t>بينهما</w:t>
      </w:r>
      <w:r w:rsidRPr="003E3418">
        <w:rPr>
          <w:rFonts w:ascii="Sakkal Majalla" w:hAnsi="Sakkal Majalla" w:cs="Sakkal Majalla"/>
          <w:sz w:val="24"/>
        </w:rPr>
        <w:t>.</w:t>
      </w:r>
    </w:p>
    <w:p w14:paraId="5CCAFB75" w14:textId="77777777" w:rsidR="003E3418" w:rsidRPr="003E3418" w:rsidRDefault="003E3418" w:rsidP="003E3418">
      <w:pPr>
        <w:pBdr>
          <w:bottom w:val="single" w:sz="4" w:space="4" w:color="DDDDDD"/>
        </w:pBdr>
        <w:spacing w:before="120" w:after="120"/>
        <w:rPr>
          <w:rFonts w:ascii="Sakkal Majalla" w:hAnsi="Sakkal Majalla" w:cs="Sakkal Majalla"/>
        </w:rPr>
      </w:pPr>
    </w:p>
    <w:p w14:paraId="721D93F6" w14:textId="77777777" w:rsidR="003E3418" w:rsidRPr="003E3418" w:rsidRDefault="003E3418" w:rsidP="003E3418">
      <w:pPr>
        <w:pBdr>
          <w:bottom w:val="single" w:sz="6" w:space="4" w:color="1A3A6B"/>
        </w:pBdr>
        <w:bidi/>
        <w:spacing w:before="360" w:line="360" w:lineRule="exact"/>
        <w:rPr>
          <w:rFonts w:ascii="Sakkal Majalla" w:hAnsi="Sakkal Majalla" w:cs="Sakkal Majalla"/>
        </w:rPr>
      </w:pPr>
      <w:r w:rsidRPr="003E3418">
        <w:rPr>
          <w:rFonts w:ascii="Sakkal Majalla" w:hAnsi="Sakkal Majalla" w:cs="Sakkal Majalla"/>
          <w:b/>
          <w:sz w:val="30"/>
        </w:rPr>
        <w:t xml:space="preserve">1.4 </w:t>
      </w:r>
      <w:r w:rsidRPr="003E3418">
        <w:rPr>
          <w:rFonts w:ascii="Sakkal Majalla" w:hAnsi="Sakkal Majalla" w:cs="Sakkal Majalla"/>
          <w:b/>
          <w:bCs/>
          <w:sz w:val="30"/>
          <w:szCs w:val="30"/>
          <w:rtl/>
        </w:rPr>
        <w:t>أهداف</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الدراسة</w:t>
      </w:r>
    </w:p>
    <w:p w14:paraId="73C24A1D"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الهدف</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العام</w:t>
      </w:r>
    </w:p>
    <w:p w14:paraId="7FA21D36"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السببي</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ومستويات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خلال</w:t>
      </w:r>
      <w:r w:rsidRPr="003E3418">
        <w:rPr>
          <w:rFonts w:ascii="Sakkal Majalla" w:hAnsi="Sakkal Majalla" w:cs="Sakkal Majalla"/>
          <w:sz w:val="24"/>
        </w:rPr>
        <w:t xml:space="preserve"> </w:t>
      </w:r>
      <w:r w:rsidRPr="003E3418">
        <w:rPr>
          <w:rFonts w:ascii="Sakkal Majalla" w:hAnsi="Sakkal Majalla" w:cs="Sakkal Majalla"/>
          <w:sz w:val="24"/>
          <w:szCs w:val="24"/>
          <w:rtl/>
        </w:rPr>
        <w:t>الفترة</w:t>
      </w:r>
      <w:r w:rsidRPr="003E3418">
        <w:rPr>
          <w:rFonts w:ascii="Sakkal Majalla" w:hAnsi="Sakkal Majalla" w:cs="Sakkal Majalla"/>
          <w:sz w:val="24"/>
        </w:rPr>
        <w:t xml:space="preserve"> 2000–2022</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وتشريح</w:t>
      </w:r>
      <w:r w:rsidRPr="003E3418">
        <w:rPr>
          <w:rFonts w:ascii="Sakkal Majalla" w:hAnsi="Sakkal Majalla" w:cs="Sakkal Majalla"/>
          <w:sz w:val="24"/>
        </w:rPr>
        <w:t xml:space="preserve"> </w:t>
      </w:r>
      <w:r w:rsidRPr="003E3418">
        <w:rPr>
          <w:rFonts w:ascii="Sakkal Majalla" w:hAnsi="Sakkal Majalla" w:cs="Sakkal Majalla"/>
          <w:sz w:val="24"/>
          <w:szCs w:val="24"/>
          <w:rtl/>
        </w:rPr>
        <w:t>القنوات</w:t>
      </w:r>
      <w:r w:rsidRPr="003E3418">
        <w:rPr>
          <w:rFonts w:ascii="Sakkal Majalla" w:hAnsi="Sakkal Majalla" w:cs="Sakkal Majalla"/>
          <w:sz w:val="24"/>
        </w:rPr>
        <w:t xml:space="preserve"> </w:t>
      </w:r>
      <w:r w:rsidRPr="003E3418">
        <w:rPr>
          <w:rFonts w:ascii="Sakkal Majalla" w:hAnsi="Sakkal Majalla" w:cs="Sakkal Majalla"/>
          <w:sz w:val="24"/>
          <w:szCs w:val="24"/>
          <w:rtl/>
        </w:rPr>
        <w:t>الناقلة</w:t>
      </w:r>
      <w:r w:rsidRPr="003E3418">
        <w:rPr>
          <w:rFonts w:ascii="Sakkal Majalla" w:hAnsi="Sakkal Majalla" w:cs="Sakkal Majalla"/>
          <w:sz w:val="24"/>
        </w:rPr>
        <w:t xml:space="preserve"> </w:t>
      </w:r>
      <w:r w:rsidRPr="003E3418">
        <w:rPr>
          <w:rFonts w:ascii="Sakkal Majalla" w:hAnsi="Sakkal Majalla" w:cs="Sakkal Majalla"/>
          <w:sz w:val="24"/>
          <w:szCs w:val="24"/>
          <w:rtl/>
        </w:rPr>
        <w:t>لهذا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وتقدير</w:t>
      </w:r>
      <w:r w:rsidRPr="003E3418">
        <w:rPr>
          <w:rFonts w:ascii="Sakkal Majalla" w:hAnsi="Sakkal Majalla" w:cs="Sakkal Majalla"/>
          <w:sz w:val="24"/>
        </w:rPr>
        <w:t xml:space="preserve"> </w:t>
      </w:r>
      <w:r w:rsidRPr="003E3418">
        <w:rPr>
          <w:rFonts w:ascii="Sakkal Majalla" w:hAnsi="Sakkal Majalla" w:cs="Sakkal Majalla"/>
          <w:sz w:val="24"/>
          <w:szCs w:val="24"/>
          <w:rtl/>
        </w:rPr>
        <w:t>أوزانها</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الكمية،</w:t>
      </w:r>
      <w:r w:rsidRPr="003E3418">
        <w:rPr>
          <w:rFonts w:ascii="Sakkal Majalla" w:hAnsi="Sakkal Majalla" w:cs="Sakkal Majalla"/>
          <w:sz w:val="24"/>
        </w:rPr>
        <w:t xml:space="preserve"> </w:t>
      </w:r>
      <w:r w:rsidRPr="003E3418">
        <w:rPr>
          <w:rFonts w:ascii="Sakkal Majalla" w:hAnsi="Sakkal Majalla" w:cs="Sakkal Majalla"/>
          <w:sz w:val="24"/>
          <w:szCs w:val="24"/>
          <w:rtl/>
        </w:rPr>
        <w:t>وتقييم</w:t>
      </w:r>
      <w:r w:rsidRPr="003E3418">
        <w:rPr>
          <w:rFonts w:ascii="Sakkal Majalla" w:hAnsi="Sakkal Majalla" w:cs="Sakkal Majalla"/>
          <w:sz w:val="24"/>
        </w:rPr>
        <w:t xml:space="preserve"> </w:t>
      </w:r>
      <w:r w:rsidRPr="003E3418">
        <w:rPr>
          <w:rFonts w:ascii="Sakkal Majalla" w:hAnsi="Sakkal Majalla" w:cs="Sakkal Majalla"/>
          <w:sz w:val="24"/>
          <w:szCs w:val="24"/>
          <w:rtl/>
        </w:rPr>
        <w:t>دور</w:t>
      </w:r>
      <w:r w:rsidRPr="003E3418">
        <w:rPr>
          <w:rFonts w:ascii="Sakkal Majalla" w:hAnsi="Sakkal Majalla" w:cs="Sakkal Majalla"/>
          <w:sz w:val="24"/>
        </w:rPr>
        <w:t xml:space="preserve"> </w:t>
      </w:r>
      <w:r w:rsidRPr="003E3418">
        <w:rPr>
          <w:rFonts w:ascii="Sakkal Majalla" w:hAnsi="Sakkal Majalla" w:cs="Sakkal Majalla"/>
          <w:sz w:val="24"/>
          <w:szCs w:val="24"/>
          <w:rtl/>
        </w:rPr>
        <w:t>جودة</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المؤسسات</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تعديل</w:t>
      </w:r>
      <w:r w:rsidRPr="003E3418">
        <w:rPr>
          <w:rFonts w:ascii="Sakkal Majalla" w:hAnsi="Sakkal Majalla" w:cs="Sakkal Majalla"/>
          <w:sz w:val="24"/>
        </w:rPr>
        <w:t xml:space="preserve"> </w:t>
      </w:r>
      <w:r w:rsidRPr="003E3418">
        <w:rPr>
          <w:rFonts w:ascii="Sakkal Majalla" w:hAnsi="Sakkal Majalla" w:cs="Sakkal Majalla"/>
          <w:sz w:val="24"/>
          <w:szCs w:val="24"/>
          <w:rtl/>
        </w:rPr>
        <w:t>حجم</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الآثار</w:t>
      </w:r>
      <w:r w:rsidRPr="003E3418">
        <w:rPr>
          <w:rFonts w:ascii="Sakkal Majalla" w:hAnsi="Sakkal Majalla" w:cs="Sakkal Majalla"/>
          <w:sz w:val="24"/>
        </w:rPr>
        <w:t xml:space="preserve"> </w:t>
      </w:r>
      <w:r w:rsidRPr="003E3418">
        <w:rPr>
          <w:rFonts w:ascii="Sakkal Majalla" w:hAnsi="Sakkal Majalla" w:cs="Sakkal Majalla"/>
          <w:sz w:val="24"/>
          <w:szCs w:val="24"/>
          <w:rtl/>
        </w:rPr>
        <w:t>وتوزيعها</w:t>
      </w:r>
      <w:r w:rsidRPr="003E3418">
        <w:rPr>
          <w:rFonts w:ascii="Sakkal Majalla" w:hAnsi="Sakkal Majalla" w:cs="Sakkal Majalla"/>
          <w:sz w:val="24"/>
        </w:rPr>
        <w:t xml:space="preserve"> </w:t>
      </w:r>
      <w:r w:rsidRPr="003E3418">
        <w:rPr>
          <w:rFonts w:ascii="Sakkal Majalla" w:hAnsi="Sakkal Majalla" w:cs="Sakkal Majalla"/>
          <w:sz w:val="24"/>
          <w:szCs w:val="24"/>
          <w:rtl/>
        </w:rPr>
        <w:t>الجغرافي،</w:t>
      </w:r>
      <w:r w:rsidRPr="003E3418">
        <w:rPr>
          <w:rFonts w:ascii="Sakkal Majalla" w:hAnsi="Sakkal Majalla" w:cs="Sakkal Majalla"/>
          <w:sz w:val="24"/>
        </w:rPr>
        <w:t xml:space="preserve"> </w:t>
      </w:r>
      <w:r w:rsidRPr="003E3418">
        <w:rPr>
          <w:rFonts w:ascii="Sakkal Majalla" w:hAnsi="Sakkal Majalla" w:cs="Sakkal Majalla"/>
          <w:sz w:val="24"/>
          <w:szCs w:val="24"/>
          <w:rtl/>
        </w:rPr>
        <w:t>وصولاً</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منظومة</w:t>
      </w:r>
      <w:r w:rsidRPr="003E3418">
        <w:rPr>
          <w:rFonts w:ascii="Sakkal Majalla" w:hAnsi="Sakkal Majalla" w:cs="Sakkal Majalla"/>
          <w:sz w:val="24"/>
        </w:rPr>
        <w:t xml:space="preserve"> </w:t>
      </w:r>
      <w:r w:rsidRPr="003E3418">
        <w:rPr>
          <w:rFonts w:ascii="Sakkal Majalla" w:hAnsi="Sakkal Majalla" w:cs="Sakkal Majalla"/>
          <w:sz w:val="24"/>
          <w:szCs w:val="24"/>
          <w:rtl/>
        </w:rPr>
        <w:t>توصيات</w:t>
      </w:r>
      <w:r w:rsidRPr="003E3418">
        <w:rPr>
          <w:rFonts w:ascii="Sakkal Majalla" w:hAnsi="Sakkal Majalla" w:cs="Sakkal Majalla"/>
          <w:sz w:val="24"/>
        </w:rPr>
        <w:t xml:space="preserve"> </w:t>
      </w:r>
      <w:r w:rsidRPr="003E3418">
        <w:rPr>
          <w:rFonts w:ascii="Sakkal Majalla" w:hAnsi="Sakkal Majalla" w:cs="Sakkal Majalla"/>
          <w:sz w:val="24"/>
          <w:szCs w:val="24"/>
          <w:rtl/>
        </w:rPr>
        <w:t>سياساتية</w:t>
      </w:r>
      <w:r w:rsidRPr="003E3418">
        <w:rPr>
          <w:rFonts w:ascii="Sakkal Majalla" w:hAnsi="Sakkal Majalla" w:cs="Sakkal Majalla"/>
          <w:sz w:val="24"/>
        </w:rPr>
        <w:t xml:space="preserve"> </w:t>
      </w:r>
      <w:r w:rsidRPr="003E3418">
        <w:rPr>
          <w:rFonts w:ascii="Sakkal Majalla" w:hAnsi="Sakkal Majalla" w:cs="Sakkal Majalla"/>
          <w:sz w:val="24"/>
          <w:szCs w:val="24"/>
          <w:rtl/>
        </w:rPr>
        <w:t>متمايزة</w:t>
      </w:r>
      <w:r w:rsidRPr="003E3418">
        <w:rPr>
          <w:rFonts w:ascii="Sakkal Majalla" w:hAnsi="Sakkal Majalla" w:cs="Sakkal Majalla"/>
          <w:sz w:val="24"/>
        </w:rPr>
        <w:t xml:space="preserve"> </w:t>
      </w:r>
      <w:r w:rsidRPr="003E3418">
        <w:rPr>
          <w:rFonts w:ascii="Sakkal Majalla" w:hAnsi="Sakkal Majalla" w:cs="Sakkal Majalla"/>
          <w:sz w:val="24"/>
          <w:szCs w:val="24"/>
          <w:rtl/>
        </w:rPr>
        <w:t>ومستندة</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الأدلة</w:t>
      </w:r>
      <w:r w:rsidRPr="003E3418">
        <w:rPr>
          <w:rFonts w:ascii="Sakkal Majalla" w:hAnsi="Sakkal Majalla" w:cs="Sakkal Majalla"/>
          <w:sz w:val="24"/>
        </w:rPr>
        <w:t xml:space="preserve"> </w:t>
      </w:r>
      <w:r w:rsidRPr="003E3418">
        <w:rPr>
          <w:rFonts w:ascii="Sakkal Majalla" w:hAnsi="Sakkal Majalla" w:cs="Sakkal Majalla"/>
          <w:sz w:val="24"/>
          <w:szCs w:val="24"/>
          <w:rtl/>
        </w:rPr>
        <w:t>التجريبية</w:t>
      </w:r>
      <w:r w:rsidRPr="003E3418">
        <w:rPr>
          <w:rFonts w:ascii="Sakkal Majalla" w:hAnsi="Sakkal Majalla" w:cs="Sakkal Majalla"/>
          <w:sz w:val="24"/>
        </w:rPr>
        <w:t>.</w:t>
      </w:r>
    </w:p>
    <w:p w14:paraId="0947A95D" w14:textId="77777777" w:rsidR="003E3418" w:rsidRPr="003E3418" w:rsidRDefault="003E3418" w:rsidP="003E3418">
      <w:pPr>
        <w:spacing w:before="80" w:after="80"/>
        <w:rPr>
          <w:rFonts w:ascii="Sakkal Majalla" w:hAnsi="Sakkal Majalla" w:cs="Sakkal Majalla"/>
        </w:rPr>
      </w:pPr>
    </w:p>
    <w:p w14:paraId="1D391B4C"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lastRenderedPageBreak/>
        <w:t>الأهداف</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الخاصة</w:t>
      </w:r>
    </w:p>
    <w:p w14:paraId="32D8E32A"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1. </w:t>
      </w:r>
      <w:r w:rsidRPr="003E3418">
        <w:rPr>
          <w:rFonts w:ascii="Sakkal Majalla" w:hAnsi="Sakkal Majalla" w:cs="Sakkal Majalla"/>
          <w:sz w:val="24"/>
          <w:szCs w:val="24"/>
          <w:rtl/>
        </w:rPr>
        <w:t>مراجعة</w:t>
      </w:r>
      <w:r w:rsidRPr="003E3418">
        <w:rPr>
          <w:rFonts w:ascii="Sakkal Majalla" w:hAnsi="Sakkal Majalla" w:cs="Sakkal Majalla"/>
          <w:sz w:val="24"/>
        </w:rPr>
        <w:t xml:space="preserve"> </w:t>
      </w:r>
      <w:r w:rsidRPr="003E3418">
        <w:rPr>
          <w:rFonts w:ascii="Sakkal Majalla" w:hAnsi="Sakkal Majalla" w:cs="Sakkal Majalla"/>
          <w:sz w:val="24"/>
          <w:szCs w:val="24"/>
          <w:rtl/>
        </w:rPr>
        <w:t>الأطر</w:t>
      </w:r>
      <w:r w:rsidRPr="003E3418">
        <w:rPr>
          <w:rFonts w:ascii="Sakkal Majalla" w:hAnsi="Sakkal Majalla" w:cs="Sakkal Majalla"/>
          <w:sz w:val="24"/>
        </w:rPr>
        <w:t xml:space="preserve"> </w:t>
      </w:r>
      <w:r w:rsidRPr="003E3418">
        <w:rPr>
          <w:rFonts w:ascii="Sakkal Majalla" w:hAnsi="Sakkal Majalla" w:cs="Sakkal Majalla"/>
          <w:sz w:val="24"/>
          <w:szCs w:val="24"/>
          <w:rtl/>
        </w:rPr>
        <w:t>النظرية</w:t>
      </w:r>
      <w:r w:rsidRPr="003E3418">
        <w:rPr>
          <w:rFonts w:ascii="Sakkal Majalla" w:hAnsi="Sakkal Majalla" w:cs="Sakkal Majalla"/>
          <w:sz w:val="24"/>
        </w:rPr>
        <w:t xml:space="preserve"> </w:t>
      </w:r>
      <w:r w:rsidRPr="003E3418">
        <w:rPr>
          <w:rFonts w:ascii="Sakkal Majalla" w:hAnsi="Sakkal Majalla" w:cs="Sakkal Majalla"/>
          <w:sz w:val="24"/>
          <w:szCs w:val="24"/>
          <w:rtl/>
        </w:rPr>
        <w:t>الجوهرية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المُفسِّرة</w:t>
      </w:r>
      <w:r w:rsidRPr="003E3418">
        <w:rPr>
          <w:rFonts w:ascii="Sakkal Majalla" w:hAnsi="Sakkal Majalla" w:cs="Sakkal Majalla"/>
          <w:sz w:val="24"/>
        </w:rPr>
        <w:t xml:space="preserve"> </w:t>
      </w:r>
      <w:r w:rsidRPr="003E3418">
        <w:rPr>
          <w:rFonts w:ascii="Sakkal Majalla" w:hAnsi="Sakkal Majalla" w:cs="Sakkal Majalla"/>
          <w:sz w:val="24"/>
          <w:szCs w:val="24"/>
          <w:rtl/>
        </w:rPr>
        <w:t>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والفقر،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وتقييم</w:t>
      </w:r>
      <w:r w:rsidRPr="003E3418">
        <w:rPr>
          <w:rFonts w:ascii="Sakkal Majalla" w:hAnsi="Sakkal Majalla" w:cs="Sakkal Majalla"/>
          <w:sz w:val="24"/>
        </w:rPr>
        <w:t xml:space="preserve"> </w:t>
      </w:r>
      <w:r w:rsidRPr="003E3418">
        <w:rPr>
          <w:rFonts w:ascii="Sakkal Majalla" w:hAnsi="Sakkal Majalla" w:cs="Sakkal Majalla"/>
          <w:sz w:val="24"/>
          <w:szCs w:val="24"/>
          <w:rtl/>
        </w:rPr>
        <w:t>مدى</w:t>
      </w:r>
      <w:r w:rsidRPr="003E3418">
        <w:rPr>
          <w:rFonts w:ascii="Sakkal Majalla" w:hAnsi="Sakkal Majalla" w:cs="Sakkal Majalla"/>
          <w:sz w:val="24"/>
        </w:rPr>
        <w:t xml:space="preserve"> </w:t>
      </w:r>
      <w:r w:rsidRPr="003E3418">
        <w:rPr>
          <w:rFonts w:ascii="Sakkal Majalla" w:hAnsi="Sakkal Majalla" w:cs="Sakkal Majalla"/>
          <w:sz w:val="24"/>
          <w:szCs w:val="24"/>
          <w:rtl/>
        </w:rPr>
        <w:t>توافق</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الأطر</w:t>
      </w:r>
      <w:r w:rsidRPr="003E3418">
        <w:rPr>
          <w:rFonts w:ascii="Sakkal Majalla" w:hAnsi="Sakkal Majalla" w:cs="Sakkal Majalla"/>
          <w:sz w:val="24"/>
        </w:rPr>
        <w:t xml:space="preserve"> </w:t>
      </w:r>
      <w:r w:rsidRPr="003E3418">
        <w:rPr>
          <w:rFonts w:ascii="Sakkal Majalla" w:hAnsi="Sakkal Majalla" w:cs="Sakkal Majalla"/>
          <w:sz w:val="24"/>
          <w:szCs w:val="24"/>
          <w:rtl/>
        </w:rPr>
        <w:t>مع</w:t>
      </w:r>
      <w:r w:rsidRPr="003E3418">
        <w:rPr>
          <w:rFonts w:ascii="Sakkal Majalla" w:hAnsi="Sakkal Majalla" w:cs="Sakkal Majalla"/>
          <w:sz w:val="24"/>
        </w:rPr>
        <w:t xml:space="preserve"> </w:t>
      </w:r>
      <w:r w:rsidRPr="003E3418">
        <w:rPr>
          <w:rFonts w:ascii="Sakkal Majalla" w:hAnsi="Sakkal Majalla" w:cs="Sakkal Majalla"/>
          <w:sz w:val="24"/>
          <w:szCs w:val="24"/>
          <w:rtl/>
        </w:rPr>
        <w:t>الأدلة</w:t>
      </w:r>
      <w:r w:rsidRPr="003E3418">
        <w:rPr>
          <w:rFonts w:ascii="Sakkal Majalla" w:hAnsi="Sakkal Majalla" w:cs="Sakkal Majalla"/>
          <w:sz w:val="24"/>
        </w:rPr>
        <w:t xml:space="preserve"> </w:t>
      </w:r>
      <w:r w:rsidRPr="003E3418">
        <w:rPr>
          <w:rFonts w:ascii="Sakkal Majalla" w:hAnsi="Sakkal Majalla" w:cs="Sakkal Majalla"/>
          <w:sz w:val="24"/>
          <w:szCs w:val="24"/>
          <w:rtl/>
        </w:rPr>
        <w:t>التجريبية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المتراكمة</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مدار</w:t>
      </w:r>
      <w:r w:rsidRPr="003E3418">
        <w:rPr>
          <w:rFonts w:ascii="Sakkal Majalla" w:hAnsi="Sakkal Majalla" w:cs="Sakkal Majalla"/>
          <w:sz w:val="24"/>
        </w:rPr>
        <w:t xml:space="preserve"> </w:t>
      </w:r>
      <w:r w:rsidRPr="003E3418">
        <w:rPr>
          <w:rFonts w:ascii="Sakkal Majalla" w:hAnsi="Sakkal Majalla" w:cs="Sakkal Majalla"/>
          <w:sz w:val="24"/>
          <w:szCs w:val="24"/>
          <w:rtl/>
        </w:rPr>
        <w:t>ثلاثة</w:t>
      </w:r>
      <w:r w:rsidRPr="003E3418">
        <w:rPr>
          <w:rFonts w:ascii="Sakkal Majalla" w:hAnsi="Sakkal Majalla" w:cs="Sakkal Majalla"/>
          <w:sz w:val="24"/>
        </w:rPr>
        <w:t xml:space="preserve"> </w:t>
      </w:r>
      <w:r w:rsidRPr="003E3418">
        <w:rPr>
          <w:rFonts w:ascii="Sakkal Majalla" w:hAnsi="Sakkal Majalla" w:cs="Sakkal Majalla"/>
          <w:sz w:val="24"/>
          <w:szCs w:val="24"/>
          <w:rtl/>
        </w:rPr>
        <w:t>عقود</w:t>
      </w:r>
      <w:r w:rsidRPr="003E3418">
        <w:rPr>
          <w:rFonts w:ascii="Sakkal Majalla" w:hAnsi="Sakkal Majalla" w:cs="Sakkal Majalla"/>
          <w:sz w:val="24"/>
        </w:rPr>
        <w:t>.</w:t>
      </w:r>
    </w:p>
    <w:p w14:paraId="458F90B5"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2. </w:t>
      </w:r>
      <w:r w:rsidRPr="003E3418">
        <w:rPr>
          <w:rFonts w:ascii="Sakkal Majalla" w:hAnsi="Sakkal Majalla" w:cs="Sakkal Majalla"/>
          <w:sz w:val="24"/>
          <w:szCs w:val="24"/>
          <w:rtl/>
        </w:rPr>
        <w:t>تحديد</w:t>
      </w:r>
      <w:r w:rsidRPr="003E3418">
        <w:rPr>
          <w:rFonts w:ascii="Sakkal Majalla" w:hAnsi="Sakkal Majalla" w:cs="Sakkal Majalla"/>
          <w:sz w:val="24"/>
        </w:rPr>
        <w:t xml:space="preserve"> </w:t>
      </w:r>
      <w:r w:rsidRPr="003E3418">
        <w:rPr>
          <w:rFonts w:ascii="Sakkal Majalla" w:hAnsi="Sakkal Majalla" w:cs="Sakkal Majalla"/>
          <w:sz w:val="24"/>
          <w:szCs w:val="24"/>
          <w:rtl/>
        </w:rPr>
        <w:t>القنوات</w:t>
      </w:r>
      <w:r w:rsidRPr="003E3418">
        <w:rPr>
          <w:rFonts w:ascii="Sakkal Majalla" w:hAnsi="Sakkal Majalla" w:cs="Sakkal Majalla"/>
          <w:sz w:val="24"/>
        </w:rPr>
        <w:t xml:space="preserve"> </w:t>
      </w:r>
      <w:r w:rsidRPr="003E3418">
        <w:rPr>
          <w:rFonts w:ascii="Sakkal Majalla" w:hAnsi="Sakkal Majalla" w:cs="Sakkal Majalla"/>
          <w:sz w:val="24"/>
          <w:szCs w:val="24"/>
          <w:rtl/>
        </w:rPr>
        <w:t>الرئيسية</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ينتقل</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خلالها</w:t>
      </w:r>
      <w:r w:rsidRPr="003E3418">
        <w:rPr>
          <w:rFonts w:ascii="Sakkal Majalla" w:hAnsi="Sakkal Majalla" w:cs="Sakkal Majalla"/>
          <w:sz w:val="24"/>
        </w:rPr>
        <w:t xml:space="preserve"> </w:t>
      </w:r>
      <w:r w:rsidRPr="003E3418">
        <w:rPr>
          <w:rFonts w:ascii="Sakkal Majalla" w:hAnsi="Sakkal Majalla" w:cs="Sakkal Majalla"/>
          <w:sz w:val="24"/>
          <w:szCs w:val="24"/>
          <w:rtl/>
        </w:rPr>
        <w:t>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الخاص،</w:t>
      </w:r>
      <w:r w:rsidRPr="003E3418">
        <w:rPr>
          <w:rFonts w:ascii="Sakkal Majalla" w:hAnsi="Sakkal Majalla" w:cs="Sakkal Majalla"/>
          <w:sz w:val="24"/>
        </w:rPr>
        <w:t xml:space="preserve"> </w:t>
      </w:r>
      <w:r w:rsidRPr="003E3418">
        <w:rPr>
          <w:rFonts w:ascii="Sakkal Majalla" w:hAnsi="Sakkal Majalla" w:cs="Sakkal Majalla"/>
          <w:sz w:val="24"/>
          <w:szCs w:val="24"/>
          <w:rtl/>
        </w:rPr>
        <w:t>والاستثمار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الأجنبي</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وإنتاجية</w:t>
      </w:r>
      <w:r w:rsidRPr="003E3418">
        <w:rPr>
          <w:rFonts w:ascii="Sakkal Majalla" w:hAnsi="Sakkal Majalla" w:cs="Sakkal Majalla"/>
          <w:sz w:val="24"/>
        </w:rPr>
        <w:t xml:space="preserve"> </w:t>
      </w:r>
      <w:r w:rsidRPr="003E3418">
        <w:rPr>
          <w:rFonts w:ascii="Sakkal Majalla" w:hAnsi="Sakkal Majalla" w:cs="Sakkal Majalla"/>
          <w:sz w:val="24"/>
          <w:szCs w:val="24"/>
          <w:rtl/>
        </w:rPr>
        <w:t>العوامل</w:t>
      </w:r>
      <w:r w:rsidRPr="003E3418">
        <w:rPr>
          <w:rFonts w:ascii="Sakkal Majalla" w:hAnsi="Sakkal Majalla" w:cs="Sakkal Majalla"/>
          <w:sz w:val="24"/>
        </w:rPr>
        <w:t xml:space="preserve"> — </w:t>
      </w:r>
      <w:r w:rsidRPr="003E3418">
        <w:rPr>
          <w:rFonts w:ascii="Sakkal Majalla" w:hAnsi="Sakkal Majalla" w:cs="Sakkal Majalla"/>
          <w:sz w:val="24"/>
          <w:szCs w:val="24"/>
          <w:rtl/>
        </w:rPr>
        <w:t>وتقدير</w:t>
      </w:r>
      <w:r w:rsidRPr="003E3418">
        <w:rPr>
          <w:rFonts w:ascii="Sakkal Majalla" w:hAnsi="Sakkal Majalla" w:cs="Sakkal Majalla"/>
          <w:sz w:val="24"/>
        </w:rPr>
        <w:t xml:space="preserve"> </w:t>
      </w:r>
      <w:r w:rsidRPr="003E3418">
        <w:rPr>
          <w:rFonts w:ascii="Sakkal Majalla" w:hAnsi="Sakkal Majalla" w:cs="Sakkal Majalla"/>
          <w:sz w:val="24"/>
          <w:szCs w:val="24"/>
          <w:rtl/>
        </w:rPr>
        <w:t>الوزن</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w:t>
      </w:r>
      <w:r w:rsidRPr="003E3418">
        <w:rPr>
          <w:rFonts w:ascii="Sakkal Majalla" w:hAnsi="Sakkal Majalla" w:cs="Sakkal Majalla"/>
          <w:sz w:val="24"/>
        </w:rPr>
        <w:t xml:space="preserve"> </w:t>
      </w:r>
      <w:r w:rsidRPr="003E3418">
        <w:rPr>
          <w:rFonts w:ascii="Sakkal Majalla" w:hAnsi="Sakkal Majalla" w:cs="Sakkal Majalla"/>
          <w:sz w:val="24"/>
          <w:szCs w:val="24"/>
          <w:rtl/>
        </w:rPr>
        <w:t>النسبي</w:t>
      </w:r>
      <w:r w:rsidRPr="003E3418">
        <w:rPr>
          <w:rFonts w:ascii="Sakkal Majalla" w:hAnsi="Sakkal Majalla" w:cs="Sakkal Majalla"/>
          <w:sz w:val="24"/>
        </w:rPr>
        <w:t xml:space="preserve"> </w:t>
      </w:r>
      <w:r w:rsidRPr="003E3418">
        <w:rPr>
          <w:rFonts w:ascii="Sakkal Majalla" w:hAnsi="Sakkal Majalla" w:cs="Sakkal Majalla"/>
          <w:sz w:val="24"/>
          <w:szCs w:val="24"/>
          <w:rtl/>
        </w:rPr>
        <w:t>لكل</w:t>
      </w:r>
      <w:r w:rsidRPr="003E3418">
        <w:rPr>
          <w:rFonts w:ascii="Sakkal Majalla" w:hAnsi="Sakkal Majalla" w:cs="Sakkal Majalla"/>
          <w:sz w:val="24"/>
        </w:rPr>
        <w:t xml:space="preserve"> </w:t>
      </w:r>
      <w:r w:rsidRPr="003E3418">
        <w:rPr>
          <w:rFonts w:ascii="Sakkal Majalla" w:hAnsi="Sakkal Majalla" w:cs="Sakkal Majalla"/>
          <w:sz w:val="24"/>
          <w:szCs w:val="24"/>
          <w:rtl/>
        </w:rPr>
        <w:t>قناة</w:t>
      </w:r>
      <w:r w:rsidRPr="003E3418">
        <w:rPr>
          <w:rFonts w:ascii="Sakkal Majalla" w:hAnsi="Sakkal Majalla" w:cs="Sakkal Majalla"/>
          <w:sz w:val="24"/>
        </w:rPr>
        <w:t>.</w:t>
      </w:r>
    </w:p>
    <w:p w14:paraId="2FAF506A"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3. </w:t>
      </w:r>
      <w:r w:rsidRPr="003E3418">
        <w:rPr>
          <w:rFonts w:ascii="Sakkal Majalla" w:hAnsi="Sakkal Majalla" w:cs="Sakkal Majalla"/>
          <w:sz w:val="24"/>
          <w:szCs w:val="24"/>
          <w:rtl/>
        </w:rPr>
        <w:t>تقدير</w:t>
      </w:r>
      <w:r w:rsidRPr="003E3418">
        <w:rPr>
          <w:rFonts w:ascii="Sakkal Majalla" w:hAnsi="Sakkal Majalla" w:cs="Sakkal Majalla"/>
          <w:sz w:val="24"/>
        </w:rPr>
        <w:t xml:space="preserve"> </w:t>
      </w:r>
      <w:r w:rsidRPr="003E3418">
        <w:rPr>
          <w:rFonts w:ascii="Sakkal Majalla" w:hAnsi="Sakkal Majalla" w:cs="Sakkal Majalla"/>
          <w:sz w:val="24"/>
          <w:szCs w:val="24"/>
          <w:rtl/>
        </w:rPr>
        <w:t>حجم</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بمعزل</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أثره</w:t>
      </w:r>
      <w:r w:rsidRPr="003E3418">
        <w:rPr>
          <w:rFonts w:ascii="Sakkal Majalla" w:hAnsi="Sakkal Majalla" w:cs="Sakkal Majalla"/>
          <w:sz w:val="24"/>
        </w:rPr>
        <w:t xml:space="preserve"> </w:t>
      </w:r>
      <w:r w:rsidRPr="003E3418">
        <w:rPr>
          <w:rFonts w:ascii="Sakkal Majalla" w:hAnsi="Sakkal Majalla" w:cs="Sakkal Majalla"/>
          <w:sz w:val="24"/>
          <w:szCs w:val="24"/>
          <w:rtl/>
        </w:rPr>
        <w:t>غير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عبر</w:t>
      </w:r>
      <w:r w:rsidRPr="003E3418">
        <w:rPr>
          <w:rFonts w:ascii="Sakkal Majalla" w:hAnsi="Sakkal Majalla" w:cs="Sakkal Majalla"/>
          <w:sz w:val="24"/>
        </w:rPr>
        <w:t xml:space="preserve"> </w:t>
      </w:r>
      <w:r w:rsidRPr="003E3418">
        <w:rPr>
          <w:rFonts w:ascii="Sakkal Majalla" w:hAnsi="Sakkal Majalla" w:cs="Sakkal Majalla"/>
          <w:sz w:val="24"/>
          <w:szCs w:val="24"/>
          <w:rtl/>
        </w:rPr>
        <w:t>تباطؤ</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وقياس</w:t>
      </w:r>
      <w:r w:rsidRPr="003E3418">
        <w:rPr>
          <w:rFonts w:ascii="Sakkal Majalla" w:hAnsi="Sakkal Majalla" w:cs="Sakkal Majalla"/>
          <w:sz w:val="24"/>
        </w:rPr>
        <w:t xml:space="preserve"> </w:t>
      </w:r>
      <w:r w:rsidRPr="003E3418">
        <w:rPr>
          <w:rFonts w:ascii="Sakkal Majalla" w:hAnsi="Sakkal Majalla" w:cs="Sakkal Majalla"/>
          <w:sz w:val="24"/>
          <w:szCs w:val="24"/>
          <w:rtl/>
        </w:rPr>
        <w:t>النسبة</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الكمية</w:t>
      </w:r>
      <w:r w:rsidRPr="003E3418">
        <w:rPr>
          <w:rFonts w:ascii="Sakkal Majalla" w:hAnsi="Sakkal Majalla" w:cs="Sakkal Majalla"/>
          <w:sz w:val="24"/>
        </w:rPr>
        <w:t xml:space="preserve"> </w:t>
      </w:r>
      <w:r w:rsidRPr="003E3418">
        <w:rPr>
          <w:rFonts w:ascii="Sakkal Majalla" w:hAnsi="Sakkal Majalla" w:cs="Sakkal Majalla"/>
          <w:sz w:val="24"/>
          <w:szCs w:val="24"/>
          <w:rtl/>
        </w:rPr>
        <w:t>لكل</w:t>
      </w:r>
      <w:r w:rsidRPr="003E3418">
        <w:rPr>
          <w:rFonts w:ascii="Sakkal Majalla" w:hAnsi="Sakkal Majalla" w:cs="Sakkal Majalla"/>
          <w:sz w:val="24"/>
        </w:rPr>
        <w:t xml:space="preserve"> </w:t>
      </w:r>
      <w:r w:rsidRPr="003E3418">
        <w:rPr>
          <w:rFonts w:ascii="Sakkal Majalla" w:hAnsi="Sakkal Majalla" w:cs="Sakkal Majalla"/>
          <w:sz w:val="24"/>
          <w:szCs w:val="24"/>
          <w:rtl/>
        </w:rPr>
        <w:t>مسار</w:t>
      </w:r>
      <w:r w:rsidRPr="003E3418">
        <w:rPr>
          <w:rFonts w:ascii="Sakkal Majalla" w:hAnsi="Sakkal Majalla" w:cs="Sakkal Majalla"/>
          <w:sz w:val="24"/>
        </w:rPr>
        <w:t xml:space="preserve"> </w:t>
      </w:r>
      <w:r w:rsidRPr="003E3418">
        <w:rPr>
          <w:rFonts w:ascii="Sakkal Majalla" w:hAnsi="Sakkal Majalla" w:cs="Sakkal Majalla"/>
          <w:sz w:val="24"/>
          <w:szCs w:val="24"/>
          <w:rtl/>
        </w:rPr>
        <w:t>بأسلوب</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الوساطة</w:t>
      </w:r>
      <w:r w:rsidRPr="003E3418">
        <w:rPr>
          <w:rFonts w:ascii="Sakkal Majalla" w:hAnsi="Sakkal Majalla" w:cs="Sakkal Majalla"/>
          <w:sz w:val="24"/>
        </w:rPr>
        <w:t>.</w:t>
      </w:r>
    </w:p>
    <w:p w14:paraId="73ACB21E"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4. </w:t>
      </w:r>
      <w:r w:rsidRPr="003E3418">
        <w:rPr>
          <w:rFonts w:ascii="Sakkal Majalla" w:hAnsi="Sakkal Majalla" w:cs="Sakkal Majalla"/>
          <w:sz w:val="24"/>
          <w:szCs w:val="24"/>
          <w:rtl/>
        </w:rPr>
        <w:t>فحص</w:t>
      </w:r>
      <w:r w:rsidRPr="003E3418">
        <w:rPr>
          <w:rFonts w:ascii="Sakkal Majalla" w:hAnsi="Sakkal Majalla" w:cs="Sakkal Majalla"/>
          <w:sz w:val="24"/>
        </w:rPr>
        <w:t xml:space="preserve"> </w:t>
      </w:r>
      <w:r w:rsidRPr="003E3418">
        <w:rPr>
          <w:rFonts w:ascii="Sakkal Majalla" w:hAnsi="Sakkal Majalla" w:cs="Sakkal Majalla"/>
          <w:sz w:val="24"/>
          <w:szCs w:val="24"/>
          <w:rtl/>
        </w:rPr>
        <w:t>دور</w:t>
      </w:r>
      <w:r w:rsidRPr="003E3418">
        <w:rPr>
          <w:rFonts w:ascii="Sakkal Majalla" w:hAnsi="Sakkal Majalla" w:cs="Sakkal Majalla"/>
          <w:sz w:val="24"/>
        </w:rPr>
        <w:t xml:space="preserve"> </w:t>
      </w:r>
      <w:r w:rsidRPr="003E3418">
        <w:rPr>
          <w:rFonts w:ascii="Sakkal Majalla" w:hAnsi="Sakkal Majalla" w:cs="Sakkal Majalla"/>
          <w:sz w:val="24"/>
          <w:szCs w:val="24"/>
          <w:rtl/>
        </w:rPr>
        <w:t>جودة</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الحوكمة</w:t>
      </w:r>
      <w:r w:rsidRPr="003E3418">
        <w:rPr>
          <w:rFonts w:ascii="Sakkal Majalla" w:hAnsi="Sakkal Majalla" w:cs="Sakkal Majalla"/>
          <w:sz w:val="24"/>
        </w:rPr>
        <w:t xml:space="preserve"> </w:t>
      </w:r>
      <w:r w:rsidRPr="003E3418">
        <w:rPr>
          <w:rFonts w:ascii="Sakkal Majalla" w:hAnsi="Sakkal Majalla" w:cs="Sakkal Majalla"/>
          <w:sz w:val="24"/>
          <w:szCs w:val="24"/>
          <w:rtl/>
        </w:rPr>
        <w:t>بوصفها</w:t>
      </w:r>
      <w:r w:rsidRPr="003E3418">
        <w:rPr>
          <w:rFonts w:ascii="Sakkal Majalla" w:hAnsi="Sakkal Majalla" w:cs="Sakkal Majalla"/>
          <w:sz w:val="24"/>
        </w:rPr>
        <w:t xml:space="preserve"> </w:t>
      </w:r>
      <w:r w:rsidRPr="003E3418">
        <w:rPr>
          <w:rFonts w:ascii="Sakkal Majalla" w:hAnsi="Sakkal Majalla" w:cs="Sakkal Majalla"/>
          <w:sz w:val="24"/>
          <w:szCs w:val="24"/>
          <w:rtl/>
        </w:rPr>
        <w:t>متغيراً</w:t>
      </w:r>
      <w:r w:rsidRPr="003E3418">
        <w:rPr>
          <w:rFonts w:ascii="Sakkal Majalla" w:hAnsi="Sakkal Majalla" w:cs="Sakkal Majalla"/>
          <w:sz w:val="24"/>
        </w:rPr>
        <w:t xml:space="preserve"> </w:t>
      </w:r>
      <w:r w:rsidRPr="003E3418">
        <w:rPr>
          <w:rFonts w:ascii="Sakkal Majalla" w:hAnsi="Sakkal Majalla" w:cs="Sakkal Majalla"/>
          <w:sz w:val="24"/>
          <w:szCs w:val="24"/>
          <w:rtl/>
        </w:rPr>
        <w:t>معدِّلاً</w:t>
      </w:r>
      <w:r w:rsidRPr="003E3418">
        <w:rPr>
          <w:rFonts w:ascii="Sakkal Majalla" w:hAnsi="Sakkal Majalla" w:cs="Sakkal Majalla"/>
          <w:sz w:val="24"/>
        </w:rPr>
        <w:t xml:space="preserve"> </w:t>
      </w:r>
      <w:r w:rsidRPr="003E3418">
        <w:rPr>
          <w:rFonts w:ascii="Sakkal Majalla" w:hAnsi="Sakkal Majalla" w:cs="Sakkal Majalla"/>
          <w:sz w:val="24"/>
          <w:szCs w:val="24"/>
          <w:rtl/>
        </w:rPr>
        <w:t>يُخفّف</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السلبي</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أو</w:t>
      </w:r>
      <w:r w:rsidRPr="003E3418">
        <w:rPr>
          <w:rFonts w:ascii="Sakkal Majalla" w:hAnsi="Sakkal Majalla" w:cs="Sakkal Majalla"/>
          <w:sz w:val="24"/>
        </w:rPr>
        <w:t xml:space="preserve"> </w:t>
      </w:r>
      <w:r w:rsidRPr="003E3418">
        <w:rPr>
          <w:rFonts w:ascii="Sakkal Majalla" w:hAnsi="Sakkal Majalla" w:cs="Sakkal Majalla"/>
          <w:sz w:val="24"/>
          <w:szCs w:val="24"/>
          <w:rtl/>
        </w:rPr>
        <w:t>يُضاعفه</w:t>
      </w:r>
      <w:r w:rsidRPr="003E3418">
        <w:rPr>
          <w:rFonts w:ascii="Sakkal Majalla" w:hAnsi="Sakkal Majalla" w:cs="Sakkal Majalla"/>
          <w:sz w:val="24"/>
        </w:rPr>
        <w:t xml:space="preserve"> </w:t>
      </w:r>
      <w:r w:rsidRPr="003E3418">
        <w:rPr>
          <w:rFonts w:ascii="Sakkal Majalla" w:hAnsi="Sakkal Majalla" w:cs="Sakkal Majalla"/>
          <w:sz w:val="24"/>
          <w:szCs w:val="24"/>
          <w:rtl/>
        </w:rPr>
        <w:t>وفق</w:t>
      </w:r>
      <w:r w:rsidRPr="003E3418">
        <w:rPr>
          <w:rFonts w:ascii="Sakkal Majalla" w:hAnsi="Sakkal Majalla" w:cs="Sakkal Majalla"/>
          <w:sz w:val="24"/>
        </w:rPr>
        <w:t xml:space="preserve"> </w:t>
      </w:r>
      <w:r w:rsidRPr="003E3418">
        <w:rPr>
          <w:rFonts w:ascii="Sakkal Majalla" w:hAnsi="Sakkal Majalla" w:cs="Sakkal Majalla"/>
          <w:sz w:val="24"/>
          <w:szCs w:val="24"/>
          <w:rtl/>
        </w:rPr>
        <w:t>مستوى</w:t>
      </w:r>
      <w:r w:rsidRPr="003E3418">
        <w:rPr>
          <w:rFonts w:ascii="Sakkal Majalla" w:hAnsi="Sakkal Majalla" w:cs="Sakkal Majalla"/>
          <w:sz w:val="24"/>
        </w:rPr>
        <w:t xml:space="preserve"> </w:t>
      </w:r>
      <w:r w:rsidRPr="003E3418">
        <w:rPr>
          <w:rFonts w:ascii="Sakkal Majalla" w:hAnsi="Sakkal Majalla" w:cs="Sakkal Majalla"/>
          <w:sz w:val="24"/>
          <w:szCs w:val="24"/>
          <w:rtl/>
        </w:rPr>
        <w:t>البيئة</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المؤسسية</w:t>
      </w:r>
      <w:r w:rsidRPr="003E3418">
        <w:rPr>
          <w:rFonts w:ascii="Sakkal Majalla" w:hAnsi="Sakkal Majalla" w:cs="Sakkal Majalla"/>
          <w:sz w:val="24"/>
        </w:rPr>
        <w:t>.</w:t>
      </w:r>
    </w:p>
    <w:p w14:paraId="433A3145"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5. </w:t>
      </w:r>
      <w:r w:rsidRPr="003E3418">
        <w:rPr>
          <w:rFonts w:ascii="Sakkal Majalla" w:hAnsi="Sakkal Majalla" w:cs="Sakkal Majalla"/>
          <w:sz w:val="24"/>
          <w:szCs w:val="24"/>
          <w:rtl/>
        </w:rPr>
        <w:t>استكشاف</w:t>
      </w:r>
      <w:r w:rsidRPr="003E3418">
        <w:rPr>
          <w:rFonts w:ascii="Sakkal Majalla" w:hAnsi="Sakkal Majalla" w:cs="Sakkal Majalla"/>
          <w:sz w:val="24"/>
        </w:rPr>
        <w:t xml:space="preserve"> </w:t>
      </w:r>
      <w:r w:rsidRPr="003E3418">
        <w:rPr>
          <w:rFonts w:ascii="Sakkal Majalla" w:hAnsi="Sakkal Majalla" w:cs="Sakkal Majalla"/>
          <w:sz w:val="24"/>
          <w:szCs w:val="24"/>
          <w:rtl/>
        </w:rPr>
        <w:t>التباين</w:t>
      </w:r>
      <w:r w:rsidRPr="003E3418">
        <w:rPr>
          <w:rFonts w:ascii="Sakkal Majalla" w:hAnsi="Sakkal Majalla" w:cs="Sakkal Majalla"/>
          <w:sz w:val="24"/>
        </w:rPr>
        <w:t xml:space="preserve"> </w:t>
      </w:r>
      <w:r w:rsidRPr="003E3418">
        <w:rPr>
          <w:rFonts w:ascii="Sakkal Majalla" w:hAnsi="Sakkal Majalla" w:cs="Sakkal Majalla"/>
          <w:sz w:val="24"/>
          <w:szCs w:val="24"/>
          <w:rtl/>
        </w:rPr>
        <w:t>الجغرافي</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آثار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المناطق</w:t>
      </w:r>
      <w:r w:rsidRPr="003E3418">
        <w:rPr>
          <w:rFonts w:ascii="Sakkal Majalla" w:hAnsi="Sakkal Majalla" w:cs="Sakkal Majalla"/>
          <w:sz w:val="24"/>
        </w:rPr>
        <w:t xml:space="preserve"> </w:t>
      </w:r>
      <w:r w:rsidRPr="003E3418">
        <w:rPr>
          <w:rFonts w:ascii="Sakkal Majalla" w:hAnsi="Sakkal Majalla" w:cs="Sakkal Majalla"/>
          <w:sz w:val="24"/>
          <w:szCs w:val="24"/>
          <w:rtl/>
        </w:rPr>
        <w:t>الأربع</w:t>
      </w:r>
      <w:r w:rsidRPr="003E3418">
        <w:rPr>
          <w:rFonts w:ascii="Sakkal Majalla" w:hAnsi="Sakkal Majalla" w:cs="Sakkal Majalla"/>
          <w:sz w:val="24"/>
        </w:rPr>
        <w:t xml:space="preserve"> </w:t>
      </w:r>
      <w:r w:rsidRPr="003E3418">
        <w:rPr>
          <w:rFonts w:ascii="Sakkal Majalla" w:hAnsi="Sakkal Majalla" w:cs="Sakkal Majalla"/>
          <w:sz w:val="24"/>
          <w:szCs w:val="24"/>
          <w:rtl/>
        </w:rPr>
        <w:t>الكبرى</w:t>
      </w:r>
      <w:r w:rsidRPr="003E3418">
        <w:rPr>
          <w:rFonts w:ascii="Sakkal Majalla" w:hAnsi="Sakkal Majalla" w:cs="Sakkal Majalla"/>
          <w:sz w:val="24"/>
        </w:rPr>
        <w:t xml:space="preserve"> </w:t>
      </w:r>
      <w:r w:rsidRPr="003E3418">
        <w:rPr>
          <w:rFonts w:ascii="Sakkal Majalla" w:hAnsi="Sakkal Majalla" w:cs="Sakkal Majalla"/>
          <w:sz w:val="24"/>
          <w:szCs w:val="24"/>
          <w:rtl/>
        </w:rPr>
        <w:t>وتحليل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الأسباب</w:t>
      </w:r>
      <w:r w:rsidRPr="003E3418">
        <w:rPr>
          <w:rFonts w:ascii="Sakkal Majalla" w:hAnsi="Sakkal Majalla" w:cs="Sakkal Majalla"/>
          <w:sz w:val="24"/>
        </w:rPr>
        <w:t xml:space="preserve"> </w:t>
      </w:r>
      <w:r w:rsidRPr="003E3418">
        <w:rPr>
          <w:rFonts w:ascii="Sakkal Majalla" w:hAnsi="Sakkal Majalla" w:cs="Sakkal Majalla"/>
          <w:sz w:val="24"/>
          <w:szCs w:val="24"/>
          <w:rtl/>
        </w:rPr>
        <w:t>البنيوية</w:t>
      </w:r>
      <w:r w:rsidRPr="003E3418">
        <w:rPr>
          <w:rFonts w:ascii="Sakkal Majalla" w:hAnsi="Sakkal Majalla" w:cs="Sakkal Majalla"/>
          <w:sz w:val="24"/>
        </w:rPr>
        <w:t xml:space="preserve"> </w:t>
      </w:r>
      <w:r w:rsidRPr="003E3418">
        <w:rPr>
          <w:rFonts w:ascii="Sakkal Majalla" w:hAnsi="Sakkal Majalla" w:cs="Sakkal Majalla"/>
          <w:sz w:val="24"/>
          <w:szCs w:val="24"/>
          <w:rtl/>
        </w:rPr>
        <w:t>والمؤسسية</w:t>
      </w:r>
      <w:r w:rsidRPr="003E3418">
        <w:rPr>
          <w:rFonts w:ascii="Sakkal Majalla" w:hAnsi="Sakkal Majalla" w:cs="Sakkal Majalla"/>
          <w:sz w:val="24"/>
        </w:rPr>
        <w:t xml:space="preserve"> </w:t>
      </w:r>
      <w:r w:rsidRPr="003E3418">
        <w:rPr>
          <w:rFonts w:ascii="Sakkal Majalla" w:hAnsi="Sakkal Majalla" w:cs="Sakkal Majalla"/>
          <w:sz w:val="24"/>
          <w:szCs w:val="24"/>
          <w:rtl/>
        </w:rPr>
        <w:t>لهذا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التباين</w:t>
      </w:r>
      <w:r w:rsidRPr="003E3418">
        <w:rPr>
          <w:rFonts w:ascii="Sakkal Majalla" w:hAnsi="Sakkal Majalla" w:cs="Sakkal Majalla"/>
          <w:sz w:val="24"/>
        </w:rPr>
        <w:t>.</w:t>
      </w:r>
    </w:p>
    <w:p w14:paraId="2A80EE06"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6. </w:t>
      </w:r>
      <w:r w:rsidRPr="003E3418">
        <w:rPr>
          <w:rFonts w:ascii="Sakkal Majalla" w:hAnsi="Sakkal Majalla" w:cs="Sakkal Majalla"/>
          <w:sz w:val="24"/>
          <w:szCs w:val="24"/>
          <w:rtl/>
        </w:rPr>
        <w:t>اقتراح</w:t>
      </w:r>
      <w:r w:rsidRPr="003E3418">
        <w:rPr>
          <w:rFonts w:ascii="Sakkal Majalla" w:hAnsi="Sakkal Majalla" w:cs="Sakkal Majalla"/>
          <w:sz w:val="24"/>
        </w:rPr>
        <w:t xml:space="preserve"> </w:t>
      </w:r>
      <w:r w:rsidRPr="003E3418">
        <w:rPr>
          <w:rFonts w:ascii="Sakkal Majalla" w:hAnsi="Sakkal Majalla" w:cs="Sakkal Majalla"/>
          <w:sz w:val="24"/>
          <w:szCs w:val="24"/>
          <w:rtl/>
        </w:rPr>
        <w:t>حزمة</w:t>
      </w:r>
      <w:r w:rsidRPr="003E3418">
        <w:rPr>
          <w:rFonts w:ascii="Sakkal Majalla" w:hAnsi="Sakkal Majalla" w:cs="Sakkal Majalla"/>
          <w:sz w:val="24"/>
        </w:rPr>
        <w:t xml:space="preserve"> </w:t>
      </w:r>
      <w:r w:rsidRPr="003E3418">
        <w:rPr>
          <w:rFonts w:ascii="Sakkal Majalla" w:hAnsi="Sakkal Majalla" w:cs="Sakkal Majalla"/>
          <w:sz w:val="24"/>
          <w:szCs w:val="24"/>
          <w:rtl/>
        </w:rPr>
        <w:t>إصلاحات</w:t>
      </w:r>
      <w:r w:rsidRPr="003E3418">
        <w:rPr>
          <w:rFonts w:ascii="Sakkal Majalla" w:hAnsi="Sakkal Majalla" w:cs="Sakkal Majalla"/>
          <w:sz w:val="24"/>
        </w:rPr>
        <w:t xml:space="preserve"> </w:t>
      </w:r>
      <w:r w:rsidRPr="003E3418">
        <w:rPr>
          <w:rFonts w:ascii="Sakkal Majalla" w:hAnsi="Sakkal Majalla" w:cs="Sakkal Majalla"/>
          <w:sz w:val="24"/>
          <w:szCs w:val="24"/>
          <w:rtl/>
        </w:rPr>
        <w:t>سياساتية</w:t>
      </w:r>
      <w:r w:rsidRPr="003E3418">
        <w:rPr>
          <w:rFonts w:ascii="Sakkal Majalla" w:hAnsi="Sakkal Majalla" w:cs="Sakkal Majalla"/>
          <w:sz w:val="24"/>
        </w:rPr>
        <w:t xml:space="preserve"> </w:t>
      </w:r>
      <w:r w:rsidRPr="003E3418">
        <w:rPr>
          <w:rFonts w:ascii="Sakkal Majalla" w:hAnsi="Sakkal Majalla" w:cs="Sakkal Majalla"/>
          <w:sz w:val="24"/>
          <w:szCs w:val="24"/>
          <w:rtl/>
        </w:rPr>
        <w:t>متمايزة</w:t>
      </w:r>
      <w:r w:rsidRPr="003E3418">
        <w:rPr>
          <w:rFonts w:ascii="Sakkal Majalla" w:hAnsi="Sakkal Majalla" w:cs="Sakkal Majalla"/>
          <w:sz w:val="24"/>
        </w:rPr>
        <w:t xml:space="preserve"> </w:t>
      </w:r>
      <w:r w:rsidRPr="003E3418">
        <w:rPr>
          <w:rFonts w:ascii="Sakkal Majalla" w:hAnsi="Sakkal Majalla" w:cs="Sakkal Majalla"/>
          <w:sz w:val="24"/>
          <w:szCs w:val="24"/>
          <w:rtl/>
        </w:rPr>
        <w:t>حسب</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السياق</w:t>
      </w:r>
      <w:r w:rsidRPr="003E3418">
        <w:rPr>
          <w:rFonts w:ascii="Sakkal Majalla" w:hAnsi="Sakkal Majalla" w:cs="Sakkal Majalla"/>
          <w:sz w:val="24"/>
        </w:rPr>
        <w:t xml:space="preserve"> </w:t>
      </w:r>
      <w:r w:rsidRPr="003E3418">
        <w:rPr>
          <w:rFonts w:ascii="Sakkal Majalla" w:hAnsi="Sakkal Majalla" w:cs="Sakkal Majalla"/>
          <w:sz w:val="24"/>
          <w:szCs w:val="24"/>
          <w:rtl/>
        </w:rPr>
        <w:t>الجغرافي</w:t>
      </w:r>
      <w:r w:rsidRPr="003E3418">
        <w:rPr>
          <w:rFonts w:ascii="Sakkal Majalla" w:hAnsi="Sakkal Majalla" w:cs="Sakkal Majalla"/>
          <w:sz w:val="24"/>
        </w:rPr>
        <w:t xml:space="preserve"> </w:t>
      </w:r>
      <w:r w:rsidRPr="003E3418">
        <w:rPr>
          <w:rFonts w:ascii="Sakkal Majalla" w:hAnsi="Sakkal Majalla" w:cs="Sakkal Majalla"/>
          <w:sz w:val="24"/>
          <w:szCs w:val="24"/>
          <w:rtl/>
        </w:rPr>
        <w:t>والمؤسسي،</w:t>
      </w:r>
      <w:r w:rsidRPr="003E3418">
        <w:rPr>
          <w:rFonts w:ascii="Sakkal Majalla" w:hAnsi="Sakkal Majalla" w:cs="Sakkal Majalla"/>
          <w:sz w:val="24"/>
        </w:rPr>
        <w:t xml:space="preserve"> </w:t>
      </w:r>
      <w:r w:rsidRPr="003E3418">
        <w:rPr>
          <w:rFonts w:ascii="Sakkal Majalla" w:hAnsi="Sakkal Majalla" w:cs="Sakkal Majalla"/>
          <w:sz w:val="24"/>
          <w:szCs w:val="24"/>
          <w:rtl/>
        </w:rPr>
        <w:t>مبنية</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الأدلة</w:t>
      </w:r>
      <w:r w:rsidRPr="003E3418">
        <w:rPr>
          <w:rFonts w:ascii="Sakkal Majalla" w:hAnsi="Sakkal Majalla" w:cs="Sakkal Majalla"/>
          <w:sz w:val="24"/>
        </w:rPr>
        <w:t xml:space="preserve"> </w:t>
      </w:r>
      <w:r w:rsidRPr="003E3418">
        <w:rPr>
          <w:rFonts w:ascii="Sakkal Majalla" w:hAnsi="Sakkal Majalla" w:cs="Sakkal Majalla"/>
          <w:sz w:val="24"/>
          <w:szCs w:val="24"/>
          <w:rtl/>
        </w:rPr>
        <w:t>التجريبية</w:t>
      </w:r>
      <w:r w:rsidRPr="003E3418">
        <w:rPr>
          <w:rFonts w:ascii="Sakkal Majalla" w:hAnsi="Sakkal Majalla" w:cs="Sakkal Majalla"/>
          <w:sz w:val="24"/>
        </w:rPr>
        <w:t xml:space="preserve"> </w:t>
      </w:r>
      <w:r w:rsidRPr="003E3418">
        <w:rPr>
          <w:rFonts w:ascii="Sakkal Majalla" w:hAnsi="Sakkal Majalla" w:cs="Sakkal Majalla"/>
          <w:sz w:val="24"/>
          <w:szCs w:val="24"/>
          <w:rtl/>
        </w:rPr>
        <w:t>الناتجة</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وتستهدف</w:t>
      </w:r>
      <w:r w:rsidRPr="003E3418">
        <w:rPr>
          <w:rFonts w:ascii="Sakkal Majalla" w:hAnsi="Sakkal Majalla" w:cs="Sakkal Majalla"/>
          <w:sz w:val="24"/>
        </w:rPr>
        <w:t xml:space="preserve"> </w:t>
      </w:r>
      <w:r w:rsidRPr="003E3418">
        <w:rPr>
          <w:rFonts w:ascii="Sakkal Majalla" w:hAnsi="Sakkal Majalla" w:cs="Sakkal Majalla"/>
          <w:sz w:val="24"/>
          <w:szCs w:val="24"/>
          <w:rtl/>
        </w:rPr>
        <w:t>تكسير</w:t>
      </w:r>
      <w:r w:rsidRPr="003E3418">
        <w:rPr>
          <w:rFonts w:ascii="Sakkal Majalla" w:hAnsi="Sakkal Majalla" w:cs="Sakkal Majalla"/>
          <w:sz w:val="24"/>
        </w:rPr>
        <w:t xml:space="preserve"> </w:t>
      </w:r>
      <w:r w:rsidRPr="003E3418">
        <w:rPr>
          <w:rFonts w:ascii="Sakkal Majalla" w:hAnsi="Sakkal Majalla" w:cs="Sakkal Majalla"/>
          <w:sz w:val="24"/>
          <w:szCs w:val="24"/>
          <w:rtl/>
        </w:rPr>
        <w:t>الحلقة</w:t>
      </w:r>
      <w:r w:rsidRPr="003E3418">
        <w:rPr>
          <w:rFonts w:ascii="Sakkal Majalla" w:hAnsi="Sakkal Majalla" w:cs="Sakkal Majalla"/>
          <w:sz w:val="24"/>
        </w:rPr>
        <w:t xml:space="preserve"> </w:t>
      </w:r>
      <w:r w:rsidRPr="003E3418">
        <w:rPr>
          <w:rFonts w:ascii="Sakkal Majalla" w:hAnsi="Sakkal Majalla" w:cs="Sakkal Majalla"/>
          <w:sz w:val="24"/>
          <w:szCs w:val="24"/>
          <w:rtl/>
        </w:rPr>
        <w:t>المفرغة</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والفقر</w:t>
      </w:r>
      <w:r w:rsidRPr="003E3418">
        <w:rPr>
          <w:rFonts w:ascii="Sakkal Majalla" w:hAnsi="Sakkal Majalla" w:cs="Sakkal Majalla"/>
          <w:sz w:val="24"/>
        </w:rPr>
        <w:t>.</w:t>
      </w:r>
    </w:p>
    <w:p w14:paraId="2F381A5F" w14:textId="77777777" w:rsidR="003E3418" w:rsidRPr="003E3418" w:rsidRDefault="003E3418" w:rsidP="003E3418">
      <w:pPr>
        <w:pBdr>
          <w:bottom w:val="single" w:sz="4" w:space="4" w:color="DDDDDD"/>
        </w:pBdr>
        <w:spacing w:before="120" w:after="120"/>
        <w:rPr>
          <w:rFonts w:ascii="Sakkal Majalla" w:hAnsi="Sakkal Majalla" w:cs="Sakkal Majalla"/>
        </w:rPr>
      </w:pPr>
    </w:p>
    <w:p w14:paraId="16587F36" w14:textId="77777777" w:rsidR="003E3418" w:rsidRPr="003E3418" w:rsidRDefault="003E3418" w:rsidP="003E3418">
      <w:pPr>
        <w:pBdr>
          <w:bottom w:val="single" w:sz="6" w:space="4" w:color="1A3A6B"/>
        </w:pBdr>
        <w:bidi/>
        <w:spacing w:before="360" w:line="360" w:lineRule="exact"/>
        <w:rPr>
          <w:rFonts w:ascii="Sakkal Majalla" w:hAnsi="Sakkal Majalla" w:cs="Sakkal Majalla"/>
        </w:rPr>
      </w:pPr>
      <w:r w:rsidRPr="003E3418">
        <w:rPr>
          <w:rFonts w:ascii="Sakkal Majalla" w:hAnsi="Sakkal Majalla" w:cs="Sakkal Majalla"/>
          <w:b/>
          <w:sz w:val="30"/>
        </w:rPr>
        <w:t xml:space="preserve">1.5 </w:t>
      </w:r>
      <w:r w:rsidRPr="003E3418">
        <w:rPr>
          <w:rFonts w:ascii="Sakkal Majalla" w:hAnsi="Sakkal Majalla" w:cs="Sakkal Majalla"/>
          <w:b/>
          <w:bCs/>
          <w:sz w:val="30"/>
          <w:szCs w:val="30"/>
          <w:rtl/>
        </w:rPr>
        <w:t>تساؤلات</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الدراسة</w:t>
      </w:r>
    </w:p>
    <w:p w14:paraId="5C150625"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السؤال</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الرئيسي</w:t>
      </w:r>
    </w:p>
    <w:p w14:paraId="2D9996E1"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ما</w:t>
      </w:r>
      <w:r w:rsidRPr="003E3418">
        <w:rPr>
          <w:rFonts w:ascii="Sakkal Majalla" w:hAnsi="Sakkal Majalla" w:cs="Sakkal Majalla"/>
          <w:sz w:val="24"/>
        </w:rPr>
        <w:t xml:space="preserve"> </w:t>
      </w:r>
      <w:r w:rsidRPr="003E3418">
        <w:rPr>
          <w:rFonts w:ascii="Sakkal Majalla" w:hAnsi="Sakkal Majalla" w:cs="Sakkal Majalla"/>
          <w:sz w:val="24"/>
          <w:szCs w:val="24"/>
          <w:rtl/>
        </w:rPr>
        <w:t>طبيعة</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السببي</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ومستويات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خلال</w:t>
      </w:r>
      <w:r w:rsidRPr="003E3418">
        <w:rPr>
          <w:rFonts w:ascii="Sakkal Majalla" w:hAnsi="Sakkal Majalla" w:cs="Sakkal Majalla"/>
          <w:sz w:val="24"/>
        </w:rPr>
        <w:t xml:space="preserve"> </w:t>
      </w:r>
      <w:r w:rsidRPr="003E3418">
        <w:rPr>
          <w:rFonts w:ascii="Sakkal Majalla" w:hAnsi="Sakkal Majalla" w:cs="Sakkal Majalla"/>
          <w:sz w:val="24"/>
          <w:szCs w:val="24"/>
          <w:rtl/>
        </w:rPr>
        <w:t>الفترة</w:t>
      </w:r>
      <w:r w:rsidRPr="003E3418">
        <w:rPr>
          <w:rFonts w:ascii="Sakkal Majalla" w:hAnsi="Sakkal Majalla" w:cs="Sakkal Majalla"/>
          <w:sz w:val="24"/>
        </w:rPr>
        <w:t xml:space="preserve"> 2000–2022</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وما</w:t>
      </w:r>
      <w:r w:rsidRPr="003E3418">
        <w:rPr>
          <w:rFonts w:ascii="Sakkal Majalla" w:hAnsi="Sakkal Majalla" w:cs="Sakkal Majalla"/>
          <w:sz w:val="24"/>
        </w:rPr>
        <w:t xml:space="preserve"> </w:t>
      </w:r>
      <w:r w:rsidRPr="003E3418">
        <w:rPr>
          <w:rFonts w:ascii="Sakkal Majalla" w:hAnsi="Sakkal Majalla" w:cs="Sakkal Majalla"/>
          <w:sz w:val="24"/>
          <w:szCs w:val="24"/>
          <w:rtl/>
        </w:rPr>
        <w:t>القنوات</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تنتقل</w:t>
      </w:r>
      <w:r w:rsidRPr="003E3418">
        <w:rPr>
          <w:rFonts w:ascii="Sakkal Majalla" w:hAnsi="Sakkal Majalla" w:cs="Sakkal Majalla"/>
          <w:sz w:val="24"/>
        </w:rPr>
        <w:t xml:space="preserve"> </w:t>
      </w:r>
      <w:r w:rsidRPr="003E3418">
        <w:rPr>
          <w:rFonts w:ascii="Sakkal Majalla" w:hAnsi="Sakkal Majalla" w:cs="Sakkal Majalla"/>
          <w:sz w:val="24"/>
          <w:szCs w:val="24"/>
          <w:rtl/>
        </w:rPr>
        <w:t>عبرها</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الآثار</w:t>
      </w:r>
      <w:r w:rsidRPr="003E3418">
        <w:rPr>
          <w:rFonts w:ascii="Sakkal Majalla" w:hAnsi="Sakkal Majalla" w:cs="Sakkal Majalla"/>
          <w:sz w:val="24"/>
        </w:rPr>
        <w:t xml:space="preserve"> </w:t>
      </w:r>
      <w:r w:rsidRPr="003E3418">
        <w:rPr>
          <w:rFonts w:ascii="Sakkal Majalla" w:hAnsi="Sakkal Majalla" w:cs="Sakkal Majalla"/>
          <w:sz w:val="24"/>
          <w:szCs w:val="24"/>
          <w:rtl/>
        </w:rPr>
        <w:t>وأوزانها</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الكمية؟</w:t>
      </w:r>
      <w:r w:rsidRPr="003E3418">
        <w:rPr>
          <w:rFonts w:ascii="Sakkal Majalla" w:hAnsi="Sakkal Majalla" w:cs="Sakkal Majalla"/>
          <w:sz w:val="24"/>
        </w:rPr>
        <w:t xml:space="preserve"> </w:t>
      </w:r>
      <w:r w:rsidRPr="003E3418">
        <w:rPr>
          <w:rFonts w:ascii="Sakkal Majalla" w:hAnsi="Sakkal Majalla" w:cs="Sakkal Majalla"/>
          <w:sz w:val="24"/>
          <w:szCs w:val="24"/>
          <w:rtl/>
        </w:rPr>
        <w:t>وكيف</w:t>
      </w:r>
      <w:r w:rsidRPr="003E3418">
        <w:rPr>
          <w:rFonts w:ascii="Sakkal Majalla" w:hAnsi="Sakkal Majalla" w:cs="Sakkal Majalla"/>
          <w:sz w:val="24"/>
        </w:rPr>
        <w:t xml:space="preserve"> </w:t>
      </w:r>
      <w:r w:rsidRPr="003E3418">
        <w:rPr>
          <w:rFonts w:ascii="Sakkal Majalla" w:hAnsi="Sakkal Majalla" w:cs="Sakkal Majalla"/>
          <w:sz w:val="24"/>
          <w:szCs w:val="24"/>
          <w:rtl/>
        </w:rPr>
        <w:t>تُعدِّل</w:t>
      </w:r>
      <w:r w:rsidRPr="003E3418">
        <w:rPr>
          <w:rFonts w:ascii="Sakkal Majalla" w:hAnsi="Sakkal Majalla" w:cs="Sakkal Majalla"/>
          <w:sz w:val="24"/>
        </w:rPr>
        <w:t xml:space="preserve"> </w:t>
      </w:r>
      <w:r w:rsidRPr="003E3418">
        <w:rPr>
          <w:rFonts w:ascii="Sakkal Majalla" w:hAnsi="Sakkal Majalla" w:cs="Sakkal Majalla"/>
          <w:sz w:val="24"/>
          <w:szCs w:val="24"/>
          <w:rtl/>
        </w:rPr>
        <w:t>جودة</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المؤسسات</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حجم</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الآثار</w:t>
      </w:r>
      <w:r w:rsidRPr="003E3418">
        <w:rPr>
          <w:rFonts w:ascii="Sakkal Majalla" w:hAnsi="Sakkal Majalla" w:cs="Sakkal Majalla"/>
          <w:sz w:val="24"/>
        </w:rPr>
        <w:t xml:space="preserve"> </w:t>
      </w:r>
      <w:r w:rsidRPr="003E3418">
        <w:rPr>
          <w:rFonts w:ascii="Sakkal Majalla" w:hAnsi="Sakkal Majalla" w:cs="Sakkal Majalla"/>
          <w:sz w:val="24"/>
          <w:szCs w:val="24"/>
          <w:rtl/>
        </w:rPr>
        <w:t>ومساراتها</w:t>
      </w:r>
      <w:r w:rsidRPr="003E3418">
        <w:rPr>
          <w:rFonts w:ascii="Sakkal Majalla" w:hAnsi="Sakkal Majalla" w:cs="Sakkal Majalla"/>
          <w:sz w:val="24"/>
        </w:rPr>
        <w:t xml:space="preserve"> </w:t>
      </w:r>
      <w:r w:rsidRPr="003E3418">
        <w:rPr>
          <w:rFonts w:ascii="Sakkal Majalla" w:hAnsi="Sakkal Majalla" w:cs="Sakkal Majalla"/>
          <w:sz w:val="24"/>
          <w:szCs w:val="24"/>
          <w:rtl/>
        </w:rPr>
        <w:t>الجغرافية؟</w:t>
      </w:r>
    </w:p>
    <w:p w14:paraId="783DFC9E"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الأسئلة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الفرعية</w:t>
      </w:r>
    </w:p>
    <w:p w14:paraId="7D113327"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1. </w:t>
      </w:r>
      <w:r w:rsidRPr="003E3418">
        <w:rPr>
          <w:rFonts w:ascii="Sakkal Majalla" w:hAnsi="Sakkal Majalla" w:cs="Sakkal Majalla"/>
          <w:sz w:val="24"/>
          <w:szCs w:val="24"/>
          <w:rtl/>
        </w:rPr>
        <w:t>هل</w:t>
      </w:r>
      <w:r w:rsidRPr="003E3418">
        <w:rPr>
          <w:rFonts w:ascii="Sakkal Majalla" w:hAnsi="Sakkal Majalla" w:cs="Sakkal Majalla"/>
          <w:sz w:val="24"/>
        </w:rPr>
        <w:t xml:space="preserve"> </w:t>
      </w:r>
      <w:r w:rsidRPr="003E3418">
        <w:rPr>
          <w:rFonts w:ascii="Sakkal Majalla" w:hAnsi="Sakkal Majalla" w:cs="Sakkal Majalla"/>
          <w:sz w:val="24"/>
          <w:szCs w:val="24"/>
          <w:rtl/>
        </w:rPr>
        <w:t>يوجد</w:t>
      </w:r>
      <w:r w:rsidRPr="003E3418">
        <w:rPr>
          <w:rFonts w:ascii="Sakkal Majalla" w:hAnsi="Sakkal Majalla" w:cs="Sakkal Majalla"/>
          <w:sz w:val="24"/>
        </w:rPr>
        <w:t xml:space="preserve"> </w:t>
      </w:r>
      <w:r w:rsidRPr="003E3418">
        <w:rPr>
          <w:rFonts w:ascii="Sakkal Majalla" w:hAnsi="Sakkal Majalla" w:cs="Sakkal Majalla"/>
          <w:sz w:val="24"/>
          <w:szCs w:val="24"/>
          <w:rtl/>
        </w:rPr>
        <w:t>أثر</w:t>
      </w:r>
      <w:r w:rsidRPr="003E3418">
        <w:rPr>
          <w:rFonts w:ascii="Sakkal Majalla" w:hAnsi="Sakkal Majalla" w:cs="Sakkal Majalla"/>
          <w:sz w:val="24"/>
        </w:rPr>
        <w:t xml:space="preserve"> </w:t>
      </w:r>
      <w:r w:rsidRPr="003E3418">
        <w:rPr>
          <w:rFonts w:ascii="Sakkal Majalla" w:hAnsi="Sakkal Majalla" w:cs="Sakkal Majalla"/>
          <w:sz w:val="24"/>
          <w:szCs w:val="24"/>
          <w:rtl/>
        </w:rPr>
        <w:t>سلبي</w:t>
      </w:r>
      <w:r w:rsidRPr="003E3418">
        <w:rPr>
          <w:rFonts w:ascii="Sakkal Majalla" w:hAnsi="Sakkal Majalla" w:cs="Sakkal Majalla"/>
          <w:sz w:val="24"/>
        </w:rPr>
        <w:t xml:space="preserve"> </w:t>
      </w:r>
      <w:r w:rsidRPr="003E3418">
        <w:rPr>
          <w:rFonts w:ascii="Sakkal Majalla" w:hAnsi="Sakkal Majalla" w:cs="Sakkal Majalla"/>
          <w:sz w:val="24"/>
          <w:szCs w:val="24"/>
          <w:rtl/>
        </w:rPr>
        <w:t>ودال</w:t>
      </w:r>
      <w:r w:rsidRPr="003E3418">
        <w:rPr>
          <w:rFonts w:ascii="Sakkal Majalla" w:hAnsi="Sakkal Majalla" w:cs="Sakkal Majalla"/>
          <w:sz w:val="24"/>
        </w:rPr>
        <w:t xml:space="preserve"> </w:t>
      </w:r>
      <w:r w:rsidRPr="003E3418">
        <w:rPr>
          <w:rFonts w:ascii="Sakkal Majalla" w:hAnsi="Sakkal Majalla" w:cs="Sakkal Majalla"/>
          <w:sz w:val="24"/>
          <w:szCs w:val="24"/>
          <w:rtl/>
        </w:rPr>
        <w:t>إحصائياً</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معدل</w:t>
      </w:r>
      <w:r w:rsidRPr="003E3418">
        <w:rPr>
          <w:rFonts w:ascii="Sakkal Majalla" w:hAnsi="Sakkal Majalla" w:cs="Sakkal Majalla"/>
          <w:sz w:val="24"/>
        </w:rPr>
        <w:t xml:space="preserve"> </w:t>
      </w:r>
      <w:r w:rsidRPr="003E3418">
        <w:rPr>
          <w:rFonts w:ascii="Sakkal Majalla" w:hAnsi="Sakkal Majalla" w:cs="Sakkal Majalla"/>
          <w:sz w:val="24"/>
          <w:szCs w:val="24"/>
          <w:rtl/>
        </w:rPr>
        <w:t>نمو</w:t>
      </w:r>
      <w:r w:rsidRPr="003E3418">
        <w:rPr>
          <w:rFonts w:ascii="Sakkal Majalla" w:hAnsi="Sakkal Majalla" w:cs="Sakkal Majalla"/>
          <w:sz w:val="24"/>
        </w:rPr>
        <w:t xml:space="preserve"> </w:t>
      </w:r>
      <w:r w:rsidRPr="003E3418">
        <w:rPr>
          <w:rFonts w:ascii="Sakkal Majalla" w:hAnsi="Sakkal Majalla" w:cs="Sakkal Majalla"/>
          <w:sz w:val="24"/>
          <w:szCs w:val="24"/>
          <w:rtl/>
        </w:rPr>
        <w:t>نصيب</w:t>
      </w:r>
      <w:r w:rsidRPr="003E3418">
        <w:rPr>
          <w:rFonts w:ascii="Sakkal Majalla" w:hAnsi="Sakkal Majalla" w:cs="Sakkal Majalla"/>
          <w:sz w:val="24"/>
        </w:rPr>
        <w:t xml:space="preserve"> </w:t>
      </w:r>
      <w:r w:rsidRPr="003E3418">
        <w:rPr>
          <w:rFonts w:ascii="Sakkal Majalla" w:hAnsi="Sakkal Majalla" w:cs="Sakkal Majalla"/>
          <w:sz w:val="24"/>
          <w:szCs w:val="24"/>
          <w:rtl/>
        </w:rPr>
        <w:t>الفرد</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الناتج</w:t>
      </w:r>
      <w:r w:rsidRPr="003E3418">
        <w:rPr>
          <w:rFonts w:ascii="Sakkal Majalla" w:hAnsi="Sakkal Majalla" w:cs="Sakkal Majalla"/>
          <w:sz w:val="24"/>
        </w:rPr>
        <w:t xml:space="preserve"> </w:t>
      </w:r>
      <w:r w:rsidRPr="003E3418">
        <w:rPr>
          <w:rFonts w:ascii="Sakkal Majalla" w:hAnsi="Sakkal Majalla" w:cs="Sakkal Majalla"/>
          <w:sz w:val="24"/>
          <w:szCs w:val="24"/>
          <w:rtl/>
        </w:rPr>
        <w:t>المحلي</w:t>
      </w:r>
      <w:r w:rsidRPr="003E3418">
        <w:rPr>
          <w:rFonts w:ascii="Sakkal Majalla" w:hAnsi="Sakkal Majalla" w:cs="Sakkal Majalla"/>
          <w:sz w:val="24"/>
        </w:rPr>
        <w:t xml:space="preserve"> </w:t>
      </w:r>
      <w:r w:rsidRPr="003E3418">
        <w:rPr>
          <w:rFonts w:ascii="Sakkal Majalla" w:hAnsi="Sakkal Majalla" w:cs="Sakkal Majalla"/>
          <w:sz w:val="24"/>
          <w:szCs w:val="24"/>
          <w:rtl/>
        </w:rPr>
        <w:t>الإجمالي</w:t>
      </w:r>
      <w:r w:rsidRPr="003E3418">
        <w:rPr>
          <w:rFonts w:ascii="Sakkal Majalla" w:hAnsi="Sakkal Majalla" w:cs="Sakkal Majalla"/>
          <w:sz w:val="24"/>
        </w:rPr>
        <w:t xml:space="preserve"> </w:t>
      </w:r>
      <w:r w:rsidRPr="003E3418">
        <w:rPr>
          <w:rFonts w:ascii="Sakkal Majalla" w:hAnsi="Sakkal Majalla" w:cs="Sakkal Majalla"/>
          <w:sz w:val="24"/>
          <w:szCs w:val="24"/>
          <w:rtl/>
        </w:rPr>
        <w:t>الحقيقي</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خلال</w:t>
      </w:r>
      <w:r w:rsidRPr="003E3418">
        <w:rPr>
          <w:rFonts w:ascii="Sakkal Majalla" w:hAnsi="Sakkal Majalla" w:cs="Sakkal Majalla"/>
          <w:sz w:val="24"/>
        </w:rPr>
        <w:t xml:space="preserve"> 2000–2022</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بعد</w:t>
      </w:r>
      <w:r w:rsidRPr="003E3418">
        <w:rPr>
          <w:rFonts w:ascii="Sakkal Majalla" w:hAnsi="Sakkal Majalla" w:cs="Sakkal Majalla"/>
          <w:sz w:val="24"/>
        </w:rPr>
        <w:t xml:space="preserve"> </w:t>
      </w:r>
      <w:r w:rsidRPr="003E3418">
        <w:rPr>
          <w:rFonts w:ascii="Sakkal Majalla" w:hAnsi="Sakkal Majalla" w:cs="Sakkal Majalla"/>
          <w:sz w:val="24"/>
          <w:szCs w:val="24"/>
          <w:rtl/>
        </w:rPr>
        <w:t>التحكم</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المتغيرات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الضابطة</w:t>
      </w:r>
      <w:r w:rsidRPr="003E3418">
        <w:rPr>
          <w:rFonts w:ascii="Sakkal Majalla" w:hAnsi="Sakkal Majalla" w:cs="Sakkal Majalla"/>
          <w:sz w:val="24"/>
        </w:rPr>
        <w:t xml:space="preserve"> </w:t>
      </w:r>
      <w:r w:rsidRPr="003E3418">
        <w:rPr>
          <w:rFonts w:ascii="Sakkal Majalla" w:hAnsi="Sakkal Majalla" w:cs="Sakkal Majalla"/>
          <w:sz w:val="24"/>
          <w:szCs w:val="24"/>
          <w:rtl/>
        </w:rPr>
        <w:t>ومعالجة</w:t>
      </w:r>
      <w:r w:rsidRPr="003E3418">
        <w:rPr>
          <w:rFonts w:ascii="Sakkal Majalla" w:hAnsi="Sakkal Majalla" w:cs="Sakkal Majalla"/>
          <w:sz w:val="24"/>
        </w:rPr>
        <w:t xml:space="preserve"> </w:t>
      </w:r>
      <w:r w:rsidRPr="003E3418">
        <w:rPr>
          <w:rFonts w:ascii="Sakkal Majalla" w:hAnsi="Sakkal Majalla" w:cs="Sakkal Majalla"/>
          <w:sz w:val="24"/>
          <w:szCs w:val="24"/>
          <w:rtl/>
        </w:rPr>
        <w:t>إشكالية</w:t>
      </w:r>
      <w:r w:rsidRPr="003E3418">
        <w:rPr>
          <w:rFonts w:ascii="Sakkal Majalla" w:hAnsi="Sakkal Majalla" w:cs="Sakkal Majalla"/>
          <w:sz w:val="24"/>
        </w:rPr>
        <w:t xml:space="preserve"> </w:t>
      </w:r>
      <w:r w:rsidRPr="003E3418">
        <w:rPr>
          <w:rFonts w:ascii="Sakkal Majalla" w:hAnsi="Sakkal Majalla" w:cs="Sakkal Majalla"/>
          <w:sz w:val="24"/>
          <w:szCs w:val="24"/>
          <w:rtl/>
        </w:rPr>
        <w:t>الداخلية؟</w:t>
      </w:r>
    </w:p>
    <w:p w14:paraId="17E465D1"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2. </w:t>
      </w:r>
      <w:r w:rsidRPr="003E3418">
        <w:rPr>
          <w:rFonts w:ascii="Sakkal Majalla" w:hAnsi="Sakkal Majalla" w:cs="Sakkal Majalla"/>
          <w:sz w:val="24"/>
          <w:szCs w:val="24"/>
          <w:rtl/>
        </w:rPr>
        <w:t>ما</w:t>
      </w:r>
      <w:r w:rsidRPr="003E3418">
        <w:rPr>
          <w:rFonts w:ascii="Sakkal Majalla" w:hAnsi="Sakkal Majalla" w:cs="Sakkal Majalla"/>
          <w:sz w:val="24"/>
        </w:rPr>
        <w:t xml:space="preserve"> </w:t>
      </w:r>
      <w:r w:rsidRPr="003E3418">
        <w:rPr>
          <w:rFonts w:ascii="Sakkal Majalla" w:hAnsi="Sakkal Majalla" w:cs="Sakkal Majalla"/>
          <w:sz w:val="24"/>
          <w:szCs w:val="24"/>
          <w:rtl/>
        </w:rPr>
        <w:t>الحجم</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w:t>
      </w:r>
      <w:r w:rsidRPr="003E3418">
        <w:rPr>
          <w:rFonts w:ascii="Sakkal Majalla" w:hAnsi="Sakkal Majalla" w:cs="Sakkal Majalla"/>
          <w:sz w:val="24"/>
        </w:rPr>
        <w:t xml:space="preserve"> </w:t>
      </w:r>
      <w:r w:rsidRPr="003E3418">
        <w:rPr>
          <w:rFonts w:ascii="Sakkal Majalla" w:hAnsi="Sakkal Majalla" w:cs="Sakkal Majalla"/>
          <w:sz w:val="24"/>
          <w:szCs w:val="24"/>
          <w:rtl/>
        </w:rPr>
        <w:t>للأثر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الكلي</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نسبة</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الفقراء،</w:t>
      </w:r>
      <w:r w:rsidRPr="003E3418">
        <w:rPr>
          <w:rFonts w:ascii="Sakkal Majalla" w:hAnsi="Sakkal Majalla" w:cs="Sakkal Majalla"/>
          <w:sz w:val="24"/>
        </w:rPr>
        <w:t xml:space="preserve"> </w:t>
      </w:r>
      <w:r w:rsidRPr="003E3418">
        <w:rPr>
          <w:rFonts w:ascii="Sakkal Majalla" w:hAnsi="Sakkal Majalla" w:cs="Sakkal Majalla"/>
          <w:sz w:val="24"/>
          <w:szCs w:val="24"/>
          <w:rtl/>
        </w:rPr>
        <w:t>فجوة</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مؤشر</w:t>
      </w:r>
      <w:r w:rsidRPr="003E3418">
        <w:rPr>
          <w:rFonts w:ascii="Sakkal Majalla" w:hAnsi="Sakkal Majalla" w:cs="Sakkal Majalla"/>
          <w:sz w:val="24"/>
        </w:rPr>
        <w:t xml:space="preserve"> HDI)</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وكيف</w:t>
      </w:r>
      <w:r w:rsidRPr="003E3418">
        <w:rPr>
          <w:rFonts w:ascii="Sakkal Majalla" w:hAnsi="Sakkal Majalla" w:cs="Sakkal Majalla"/>
          <w:sz w:val="24"/>
        </w:rPr>
        <w:t xml:space="preserve"> </w:t>
      </w:r>
      <w:r w:rsidRPr="003E3418">
        <w:rPr>
          <w:rFonts w:ascii="Sakkal Majalla" w:hAnsi="Sakkal Majalla" w:cs="Sakkal Majalla"/>
          <w:sz w:val="24"/>
          <w:szCs w:val="24"/>
          <w:rtl/>
        </w:rPr>
        <w:t>يتوزع</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المسار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والمسار</w:t>
      </w:r>
      <w:r w:rsidRPr="003E3418">
        <w:rPr>
          <w:rFonts w:ascii="Sakkal Majalla" w:hAnsi="Sakkal Majalla" w:cs="Sakkal Majalla"/>
          <w:sz w:val="24"/>
        </w:rPr>
        <w:t xml:space="preserve"> </w:t>
      </w:r>
      <w:r w:rsidRPr="003E3418">
        <w:rPr>
          <w:rFonts w:ascii="Sakkal Majalla" w:hAnsi="Sakkal Majalla" w:cs="Sakkal Majalla"/>
          <w:sz w:val="24"/>
          <w:szCs w:val="24"/>
          <w:rtl/>
        </w:rPr>
        <w:t>غير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عبر</w:t>
      </w:r>
      <w:r w:rsidRPr="003E3418">
        <w:rPr>
          <w:rFonts w:ascii="Sakkal Majalla" w:hAnsi="Sakkal Majalla" w:cs="Sakkal Majalla"/>
          <w:sz w:val="24"/>
        </w:rPr>
        <w:t xml:space="preserve"> </w:t>
      </w:r>
      <w:r w:rsidRPr="003E3418">
        <w:rPr>
          <w:rFonts w:ascii="Sakkal Majalla" w:hAnsi="Sakkal Majalla" w:cs="Sakkal Majalla"/>
          <w:sz w:val="24"/>
          <w:szCs w:val="24"/>
          <w:rtl/>
        </w:rPr>
        <w:t>تباطؤ</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p>
    <w:p w14:paraId="3022C623"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3. </w:t>
      </w:r>
      <w:r w:rsidRPr="003E3418">
        <w:rPr>
          <w:rFonts w:ascii="Sakkal Majalla" w:hAnsi="Sakkal Majalla" w:cs="Sakkal Majalla"/>
          <w:sz w:val="24"/>
          <w:szCs w:val="24"/>
          <w:rtl/>
        </w:rPr>
        <w:t>كيف</w:t>
      </w:r>
      <w:r w:rsidRPr="003E3418">
        <w:rPr>
          <w:rFonts w:ascii="Sakkal Majalla" w:hAnsi="Sakkal Majalla" w:cs="Sakkal Majalla"/>
          <w:sz w:val="24"/>
        </w:rPr>
        <w:t xml:space="preserve"> </w:t>
      </w:r>
      <w:r w:rsidRPr="003E3418">
        <w:rPr>
          <w:rFonts w:ascii="Sakkal Majalla" w:hAnsi="Sakkal Majalla" w:cs="Sakkal Majalla"/>
          <w:sz w:val="24"/>
          <w:szCs w:val="24"/>
          <w:rtl/>
        </w:rPr>
        <w:t>يؤثر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حصة</w:t>
      </w:r>
      <w:r w:rsidRPr="003E3418">
        <w:rPr>
          <w:rFonts w:ascii="Sakkal Majalla" w:hAnsi="Sakkal Majalla" w:cs="Sakkal Majalla"/>
          <w:sz w:val="24"/>
        </w:rPr>
        <w:t xml:space="preserve"> </w:t>
      </w:r>
      <w:r w:rsidRPr="003E3418">
        <w:rPr>
          <w:rFonts w:ascii="Sakkal Majalla" w:hAnsi="Sakkal Majalla" w:cs="Sakkal Majalla"/>
          <w:sz w:val="24"/>
          <w:szCs w:val="24"/>
          <w:rtl/>
        </w:rPr>
        <w:t>الإنفاق</w:t>
      </w:r>
      <w:r w:rsidRPr="003E3418">
        <w:rPr>
          <w:rFonts w:ascii="Sakkal Majalla" w:hAnsi="Sakkal Majalla" w:cs="Sakkal Majalla"/>
          <w:sz w:val="24"/>
        </w:rPr>
        <w:t xml:space="preserve"> </w:t>
      </w:r>
      <w:r w:rsidRPr="003E3418">
        <w:rPr>
          <w:rFonts w:ascii="Sakkal Majalla" w:hAnsi="Sakkal Majalla" w:cs="Sakkal Majalla"/>
          <w:sz w:val="24"/>
          <w:szCs w:val="24"/>
          <w:rtl/>
        </w:rPr>
        <w:t>الحكومي</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التعليم</w:t>
      </w:r>
      <w:r w:rsidRPr="003E3418">
        <w:rPr>
          <w:rFonts w:ascii="Sakkal Majalla" w:hAnsi="Sakkal Majalla" w:cs="Sakkal Majalla"/>
          <w:sz w:val="24"/>
        </w:rPr>
        <w:t xml:space="preserve"> </w:t>
      </w:r>
      <w:r w:rsidRPr="003E3418">
        <w:rPr>
          <w:rFonts w:ascii="Sakkal Majalla" w:hAnsi="Sakkal Majalla" w:cs="Sakkal Majalla"/>
          <w:sz w:val="24"/>
          <w:szCs w:val="24"/>
          <w:rtl/>
        </w:rPr>
        <w:t>والصحة</w:t>
      </w:r>
      <w:r w:rsidRPr="003E3418">
        <w:rPr>
          <w:rFonts w:ascii="Sakkal Majalla" w:hAnsi="Sakkal Majalla" w:cs="Sakkal Majalla"/>
          <w:sz w:val="24"/>
        </w:rPr>
        <w:t xml:space="preserve"> </w:t>
      </w:r>
      <w:r w:rsidRPr="003E3418">
        <w:rPr>
          <w:rFonts w:ascii="Sakkal Majalla" w:hAnsi="Sakkal Majalla" w:cs="Sakkal Majalla"/>
          <w:sz w:val="24"/>
          <w:szCs w:val="24"/>
          <w:rtl/>
        </w:rPr>
        <w:t>كنسبة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الناتج</w:t>
      </w:r>
      <w:r w:rsidRPr="003E3418">
        <w:rPr>
          <w:rFonts w:ascii="Sakkal Majalla" w:hAnsi="Sakkal Majalla" w:cs="Sakkal Majalla"/>
          <w:sz w:val="24"/>
        </w:rPr>
        <w:t xml:space="preserve"> </w:t>
      </w:r>
      <w:r w:rsidRPr="003E3418">
        <w:rPr>
          <w:rFonts w:ascii="Sakkal Majalla" w:hAnsi="Sakkal Majalla" w:cs="Sakkal Majalla"/>
          <w:sz w:val="24"/>
          <w:szCs w:val="24"/>
          <w:rtl/>
        </w:rPr>
        <w:t>المحلي</w:t>
      </w:r>
      <w:r w:rsidRPr="003E3418">
        <w:rPr>
          <w:rFonts w:ascii="Sakkal Majalla" w:hAnsi="Sakkal Majalla" w:cs="Sakkal Majalla"/>
          <w:sz w:val="24"/>
        </w:rPr>
        <w:t xml:space="preserve"> </w:t>
      </w:r>
      <w:r w:rsidRPr="003E3418">
        <w:rPr>
          <w:rFonts w:ascii="Sakkal Majalla" w:hAnsi="Sakkal Majalla" w:cs="Sakkal Majalla"/>
          <w:sz w:val="24"/>
          <w:szCs w:val="24"/>
          <w:rtl/>
        </w:rPr>
        <w:t>الإجمالي؟</w:t>
      </w:r>
      <w:r w:rsidRPr="003E3418">
        <w:rPr>
          <w:rFonts w:ascii="Sakkal Majalla" w:hAnsi="Sakkal Majalla" w:cs="Sakkal Majalla"/>
          <w:sz w:val="24"/>
        </w:rPr>
        <w:t xml:space="preserve"> </w:t>
      </w:r>
      <w:r w:rsidRPr="003E3418">
        <w:rPr>
          <w:rFonts w:ascii="Sakkal Majalla" w:hAnsi="Sakkal Majalla" w:cs="Sakkal Majalla"/>
          <w:sz w:val="24"/>
          <w:szCs w:val="24"/>
          <w:rtl/>
        </w:rPr>
        <w:t>وما</w:t>
      </w:r>
      <w:r w:rsidRPr="003E3418">
        <w:rPr>
          <w:rFonts w:ascii="Sakkal Majalla" w:hAnsi="Sakkal Majalla" w:cs="Sakkal Majalla"/>
          <w:sz w:val="24"/>
        </w:rPr>
        <w:t xml:space="preserve"> </w:t>
      </w:r>
      <w:r w:rsidRPr="003E3418">
        <w:rPr>
          <w:rFonts w:ascii="Sakkal Majalla" w:hAnsi="Sakkal Majalla" w:cs="Sakkal Majalla"/>
          <w:sz w:val="24"/>
          <w:szCs w:val="24"/>
          <w:rtl/>
        </w:rPr>
        <w:t>انعكاس</w:t>
      </w:r>
      <w:r w:rsidRPr="003E3418">
        <w:rPr>
          <w:rFonts w:ascii="Sakkal Majalla" w:hAnsi="Sakkal Majalla" w:cs="Sakkal Majalla"/>
          <w:sz w:val="24"/>
        </w:rPr>
        <w:t xml:space="preserve"> </w:t>
      </w:r>
      <w:r w:rsidRPr="003E3418">
        <w:rPr>
          <w:rFonts w:ascii="Sakkal Majalla" w:hAnsi="Sakkal Majalla" w:cs="Sakkal Majalla"/>
          <w:sz w:val="24"/>
          <w:szCs w:val="24"/>
          <w:rtl/>
        </w:rPr>
        <w:t>ذلك</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المتعدد</w:t>
      </w:r>
      <w:r w:rsidRPr="003E3418">
        <w:rPr>
          <w:rFonts w:ascii="Sakkal Majalla" w:hAnsi="Sakkal Majalla" w:cs="Sakkal Majalla"/>
          <w:sz w:val="24"/>
        </w:rPr>
        <w:t xml:space="preserve"> </w:t>
      </w:r>
      <w:r w:rsidRPr="003E3418">
        <w:rPr>
          <w:rFonts w:ascii="Sakkal Majalla" w:hAnsi="Sakkal Majalla" w:cs="Sakkal Majalla"/>
          <w:sz w:val="24"/>
          <w:szCs w:val="24"/>
          <w:rtl/>
        </w:rPr>
        <w:t>الأبعاد؟</w:t>
      </w:r>
    </w:p>
    <w:p w14:paraId="411803EE"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4. </w:t>
      </w:r>
      <w:r w:rsidRPr="003E3418">
        <w:rPr>
          <w:rFonts w:ascii="Sakkal Majalla" w:hAnsi="Sakkal Majalla" w:cs="Sakkal Majalla"/>
          <w:sz w:val="24"/>
          <w:szCs w:val="24"/>
          <w:rtl/>
        </w:rPr>
        <w:t>هل</w:t>
      </w:r>
      <w:r w:rsidRPr="003E3418">
        <w:rPr>
          <w:rFonts w:ascii="Sakkal Majalla" w:hAnsi="Sakkal Majalla" w:cs="Sakkal Majalla"/>
          <w:sz w:val="24"/>
        </w:rPr>
        <w:t xml:space="preserve"> </w:t>
      </w:r>
      <w:r w:rsidRPr="003E3418">
        <w:rPr>
          <w:rFonts w:ascii="Sakkal Majalla" w:hAnsi="Sakkal Majalla" w:cs="Sakkal Majalla"/>
          <w:sz w:val="24"/>
          <w:szCs w:val="24"/>
          <w:rtl/>
        </w:rPr>
        <w:t>يتوسط</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توسطاً</w:t>
      </w:r>
      <w:r w:rsidRPr="003E3418">
        <w:rPr>
          <w:rFonts w:ascii="Sakkal Majalla" w:hAnsi="Sakkal Majalla" w:cs="Sakkal Majalla"/>
          <w:sz w:val="24"/>
        </w:rPr>
        <w:t xml:space="preserve"> </w:t>
      </w:r>
      <w:r w:rsidRPr="003E3418">
        <w:rPr>
          <w:rFonts w:ascii="Sakkal Majalla" w:hAnsi="Sakkal Majalla" w:cs="Sakkal Majalla"/>
          <w:sz w:val="24"/>
          <w:szCs w:val="24"/>
          <w:rtl/>
        </w:rPr>
        <w:t>جزئياً</w:t>
      </w:r>
      <w:r w:rsidRPr="003E3418">
        <w:rPr>
          <w:rFonts w:ascii="Sakkal Majalla" w:hAnsi="Sakkal Majalla" w:cs="Sakkal Majalla"/>
          <w:sz w:val="24"/>
        </w:rPr>
        <w:t xml:space="preserve"> </w:t>
      </w:r>
      <w:r w:rsidRPr="003E3418">
        <w:rPr>
          <w:rFonts w:ascii="Sakkal Majalla" w:hAnsi="Sakkal Majalla" w:cs="Sakkal Majalla"/>
          <w:sz w:val="24"/>
          <w:szCs w:val="24"/>
          <w:rtl/>
        </w:rPr>
        <w:t>أم</w:t>
      </w:r>
      <w:r w:rsidRPr="003E3418">
        <w:rPr>
          <w:rFonts w:ascii="Sakkal Majalla" w:hAnsi="Sakkal Majalla" w:cs="Sakkal Majalla"/>
          <w:sz w:val="24"/>
        </w:rPr>
        <w:t xml:space="preserve"> </w:t>
      </w:r>
      <w:r w:rsidRPr="003E3418">
        <w:rPr>
          <w:rFonts w:ascii="Sakkal Majalla" w:hAnsi="Sakkal Majalla" w:cs="Sakkal Majalla"/>
          <w:sz w:val="24"/>
          <w:szCs w:val="24"/>
          <w:rtl/>
        </w:rPr>
        <w:t>كلياً</w:t>
      </w:r>
      <w:r w:rsidRPr="003E3418">
        <w:rPr>
          <w:rFonts w:ascii="Sakkal Majalla" w:hAnsi="Sakkal Majalla" w:cs="Sakkal Majalla"/>
          <w:sz w:val="24"/>
        </w:rPr>
        <w:t xml:space="preserve"> </w:t>
      </w:r>
      <w:r w:rsidRPr="003E3418">
        <w:rPr>
          <w:rFonts w:ascii="Sakkal Majalla" w:hAnsi="Sakkal Majalla" w:cs="Sakkal Majalla"/>
          <w:sz w:val="24"/>
          <w:szCs w:val="24"/>
          <w:rtl/>
        </w:rPr>
        <w:t>العلاقة</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وما</w:t>
      </w:r>
      <w:r w:rsidRPr="003E3418">
        <w:rPr>
          <w:rFonts w:ascii="Sakkal Majalla" w:hAnsi="Sakkal Majalla" w:cs="Sakkal Majalla"/>
          <w:sz w:val="24"/>
        </w:rPr>
        <w:t xml:space="preserve"> </w:t>
      </w:r>
      <w:r w:rsidRPr="003E3418">
        <w:rPr>
          <w:rFonts w:ascii="Sakkal Majalla" w:hAnsi="Sakkal Majalla" w:cs="Sakkal Majalla"/>
          <w:sz w:val="24"/>
          <w:szCs w:val="24"/>
          <w:rtl/>
        </w:rPr>
        <w:t>الحجم</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w:t>
      </w:r>
      <w:r w:rsidRPr="003E3418">
        <w:rPr>
          <w:rFonts w:ascii="Sakkal Majalla" w:hAnsi="Sakkal Majalla" w:cs="Sakkal Majalla"/>
          <w:sz w:val="24"/>
        </w:rPr>
        <w:t xml:space="preserve"> </w:t>
      </w:r>
      <w:r w:rsidRPr="003E3418">
        <w:rPr>
          <w:rFonts w:ascii="Sakkal Majalla" w:hAnsi="Sakkal Majalla" w:cs="Sakkal Majalla"/>
          <w:sz w:val="24"/>
          <w:szCs w:val="24"/>
          <w:rtl/>
        </w:rPr>
        <w:t>للأثر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إن</w:t>
      </w:r>
      <w:r w:rsidRPr="003E3418">
        <w:rPr>
          <w:rFonts w:ascii="Sakkal Majalla" w:hAnsi="Sakkal Majalla" w:cs="Sakkal Majalla"/>
          <w:sz w:val="24"/>
        </w:rPr>
        <w:t xml:space="preserve"> </w:t>
      </w:r>
      <w:r w:rsidRPr="003E3418">
        <w:rPr>
          <w:rFonts w:ascii="Sakkal Majalla" w:hAnsi="Sakkal Majalla" w:cs="Sakkal Majalla"/>
          <w:sz w:val="24"/>
          <w:szCs w:val="24"/>
          <w:rtl/>
        </w:rPr>
        <w:t>وُجد؟</w:t>
      </w:r>
    </w:p>
    <w:p w14:paraId="515BABC9"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lastRenderedPageBreak/>
        <w:t xml:space="preserve">5. </w:t>
      </w:r>
      <w:r w:rsidRPr="003E3418">
        <w:rPr>
          <w:rFonts w:ascii="Sakkal Majalla" w:hAnsi="Sakkal Majalla" w:cs="Sakkal Majalla"/>
          <w:sz w:val="24"/>
          <w:szCs w:val="24"/>
          <w:rtl/>
        </w:rPr>
        <w:t>هل</w:t>
      </w:r>
      <w:r w:rsidRPr="003E3418">
        <w:rPr>
          <w:rFonts w:ascii="Sakkal Majalla" w:hAnsi="Sakkal Majalla" w:cs="Sakkal Majalla"/>
          <w:sz w:val="24"/>
        </w:rPr>
        <w:t xml:space="preserve"> </w:t>
      </w:r>
      <w:r w:rsidRPr="003E3418">
        <w:rPr>
          <w:rFonts w:ascii="Sakkal Majalla" w:hAnsi="Sakkal Majalla" w:cs="Sakkal Majalla"/>
          <w:sz w:val="24"/>
          <w:szCs w:val="24"/>
          <w:rtl/>
        </w:rPr>
        <w:t>تختلف</w:t>
      </w:r>
      <w:r w:rsidRPr="003E3418">
        <w:rPr>
          <w:rFonts w:ascii="Sakkal Majalla" w:hAnsi="Sakkal Majalla" w:cs="Sakkal Majalla"/>
          <w:sz w:val="24"/>
        </w:rPr>
        <w:t xml:space="preserve"> </w:t>
      </w:r>
      <w:r w:rsidRPr="003E3418">
        <w:rPr>
          <w:rFonts w:ascii="Sakkal Majalla" w:hAnsi="Sakkal Majalla" w:cs="Sakkal Majalla"/>
          <w:sz w:val="24"/>
          <w:szCs w:val="24"/>
          <w:rtl/>
        </w:rPr>
        <w:t>آثار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اختلافاً</w:t>
      </w:r>
      <w:r w:rsidRPr="003E3418">
        <w:rPr>
          <w:rFonts w:ascii="Sakkal Majalla" w:hAnsi="Sakkal Majalla" w:cs="Sakkal Majalla"/>
          <w:sz w:val="24"/>
        </w:rPr>
        <w:t xml:space="preserve"> </w:t>
      </w:r>
      <w:r w:rsidRPr="003E3418">
        <w:rPr>
          <w:rFonts w:ascii="Sakkal Majalla" w:hAnsi="Sakkal Majalla" w:cs="Sakkal Majalla"/>
          <w:sz w:val="24"/>
          <w:szCs w:val="24"/>
          <w:rtl/>
        </w:rPr>
        <w:t>دالاً</w:t>
      </w:r>
      <w:r w:rsidRPr="003E3418">
        <w:rPr>
          <w:rFonts w:ascii="Sakkal Majalla" w:hAnsi="Sakkal Majalla" w:cs="Sakkal Majalla"/>
          <w:sz w:val="24"/>
        </w:rPr>
        <w:t xml:space="preserve"> </w:t>
      </w:r>
      <w:r w:rsidRPr="003E3418">
        <w:rPr>
          <w:rFonts w:ascii="Sakkal Majalla" w:hAnsi="Sakkal Majalla" w:cs="Sakkal Majalla"/>
          <w:sz w:val="24"/>
          <w:szCs w:val="24"/>
          <w:rtl/>
        </w:rPr>
        <w:t>إحصائياً</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مناطق</w:t>
      </w:r>
      <w:r w:rsidRPr="003E3418">
        <w:rPr>
          <w:rFonts w:ascii="Sakkal Majalla" w:hAnsi="Sakkal Majalla" w:cs="Sakkal Majalla"/>
          <w:sz w:val="24"/>
        </w:rPr>
        <w:t xml:space="preserve"> </w:t>
      </w:r>
      <w:r w:rsidRPr="003E3418">
        <w:rPr>
          <w:rFonts w:ascii="Sakkal Majalla" w:hAnsi="Sakkal Majalla" w:cs="Sakkal Majalla"/>
          <w:sz w:val="24"/>
          <w:szCs w:val="24"/>
          <w:rtl/>
        </w:rPr>
        <w:t>إفريقيا</w:t>
      </w:r>
      <w:r w:rsidRPr="003E3418">
        <w:rPr>
          <w:rFonts w:ascii="Sakkal Majalla" w:hAnsi="Sakkal Majalla" w:cs="Sakkal Majalla"/>
          <w:sz w:val="24"/>
        </w:rPr>
        <w:t xml:space="preserve"> </w:t>
      </w:r>
      <w:r w:rsidRPr="003E3418">
        <w:rPr>
          <w:rFonts w:ascii="Sakkal Majalla" w:hAnsi="Sakkal Majalla" w:cs="Sakkal Majalla"/>
          <w:sz w:val="24"/>
          <w:szCs w:val="24"/>
          <w:rtl/>
        </w:rPr>
        <w:t>جنوب</w:t>
      </w:r>
      <w:r w:rsidRPr="003E3418">
        <w:rPr>
          <w:rFonts w:ascii="Sakkal Majalla" w:hAnsi="Sakkal Majalla" w:cs="Sakkal Majalla"/>
          <w:sz w:val="24"/>
        </w:rPr>
        <w:t xml:space="preserve"> </w:t>
      </w:r>
      <w:r w:rsidRPr="003E3418">
        <w:rPr>
          <w:rFonts w:ascii="Sakkal Majalla" w:hAnsi="Sakkal Majalla" w:cs="Sakkal Majalla"/>
          <w:sz w:val="24"/>
          <w:szCs w:val="24"/>
          <w:rtl/>
        </w:rPr>
        <w:t>الصحراء</w:t>
      </w:r>
      <w:r w:rsidRPr="003E3418">
        <w:rPr>
          <w:rFonts w:ascii="Sakkal Majalla" w:hAnsi="Sakkal Majalla" w:cs="Sakkal Majalla"/>
          <w:sz w:val="24"/>
        </w:rPr>
        <w:t xml:space="preserve"> </w:t>
      </w:r>
      <w:r w:rsidRPr="003E3418">
        <w:rPr>
          <w:rFonts w:ascii="Sakkal Majalla" w:hAnsi="Sakkal Majalla" w:cs="Sakkal Majalla"/>
          <w:sz w:val="24"/>
          <w:szCs w:val="24"/>
          <w:rtl/>
        </w:rPr>
        <w:t>وآسيا</w:t>
      </w:r>
      <w:r w:rsidRPr="003E3418">
        <w:rPr>
          <w:rFonts w:ascii="Sakkal Majalla" w:hAnsi="Sakkal Majalla" w:cs="Sakkal Majalla"/>
          <w:sz w:val="24"/>
        </w:rPr>
        <w:t xml:space="preserve"> </w:t>
      </w:r>
      <w:r w:rsidRPr="003E3418">
        <w:rPr>
          <w:rFonts w:ascii="Sakkal Majalla" w:hAnsi="Sakkal Majalla" w:cs="Sakkal Majalla"/>
          <w:sz w:val="24"/>
          <w:szCs w:val="24"/>
          <w:rtl/>
        </w:rPr>
        <w:t>والمحيط</w:t>
      </w:r>
      <w:r w:rsidRPr="003E3418">
        <w:rPr>
          <w:rFonts w:ascii="Sakkal Majalla" w:hAnsi="Sakkal Majalla" w:cs="Sakkal Majalla"/>
          <w:sz w:val="24"/>
        </w:rPr>
        <w:t xml:space="preserve"> </w:t>
      </w:r>
      <w:r w:rsidRPr="003E3418">
        <w:rPr>
          <w:rFonts w:ascii="Sakkal Majalla" w:hAnsi="Sakkal Majalla" w:cs="Sakkal Majalla"/>
          <w:sz w:val="24"/>
          <w:szCs w:val="24"/>
          <w:rtl/>
        </w:rPr>
        <w:t>الهادئ</w:t>
      </w:r>
      <w:r w:rsidRPr="003E3418">
        <w:rPr>
          <w:rFonts w:ascii="Sakkal Majalla" w:hAnsi="Sakkal Majalla" w:cs="Sakkal Majalla"/>
          <w:sz w:val="24"/>
        </w:rPr>
        <w:t xml:space="preserve"> </w:t>
      </w:r>
      <w:r w:rsidRPr="003E3418">
        <w:rPr>
          <w:rFonts w:ascii="Sakkal Majalla" w:hAnsi="Sakkal Majalla" w:cs="Sakkal Majalla"/>
          <w:sz w:val="24"/>
          <w:szCs w:val="24"/>
          <w:rtl/>
        </w:rPr>
        <w:t>وأمريكا</w:t>
      </w:r>
      <w:r w:rsidRPr="003E3418">
        <w:rPr>
          <w:rFonts w:ascii="Sakkal Majalla" w:hAnsi="Sakkal Majalla" w:cs="Sakkal Majalla"/>
          <w:sz w:val="24"/>
        </w:rPr>
        <w:t xml:space="preserve"> </w:t>
      </w:r>
      <w:r w:rsidRPr="003E3418">
        <w:rPr>
          <w:rFonts w:ascii="Sakkal Majalla" w:hAnsi="Sakkal Majalla" w:cs="Sakkal Majalla"/>
          <w:sz w:val="24"/>
          <w:szCs w:val="24"/>
          <w:rtl/>
        </w:rPr>
        <w:t>اللاتينية</w:t>
      </w:r>
      <w:r w:rsidRPr="003E3418">
        <w:rPr>
          <w:rFonts w:ascii="Sakkal Majalla" w:hAnsi="Sakkal Majalla" w:cs="Sakkal Majalla"/>
          <w:sz w:val="24"/>
        </w:rPr>
        <w:t xml:space="preserve"> </w:t>
      </w:r>
      <w:r w:rsidRPr="003E3418">
        <w:rPr>
          <w:rFonts w:ascii="Sakkal Majalla" w:hAnsi="Sakkal Majalla" w:cs="Sakkal Majalla"/>
          <w:sz w:val="24"/>
          <w:szCs w:val="24"/>
          <w:rtl/>
        </w:rPr>
        <w:t>والشرق</w:t>
      </w:r>
      <w:r w:rsidRPr="003E3418">
        <w:rPr>
          <w:rFonts w:ascii="Sakkal Majalla" w:hAnsi="Sakkal Majalla" w:cs="Sakkal Majalla"/>
          <w:sz w:val="24"/>
        </w:rPr>
        <w:t xml:space="preserve"> </w:t>
      </w:r>
      <w:r w:rsidRPr="003E3418">
        <w:rPr>
          <w:rFonts w:ascii="Sakkal Majalla" w:hAnsi="Sakkal Majalla" w:cs="Sakkal Majalla"/>
          <w:sz w:val="24"/>
          <w:szCs w:val="24"/>
          <w:rtl/>
        </w:rPr>
        <w:t>الأوسط</w:t>
      </w:r>
      <w:r w:rsidRPr="003E3418">
        <w:rPr>
          <w:rFonts w:ascii="Sakkal Majalla" w:hAnsi="Sakkal Majalla" w:cs="Sakkal Majalla"/>
          <w:sz w:val="24"/>
        </w:rPr>
        <w:t xml:space="preserve"> </w:t>
      </w:r>
      <w:r w:rsidRPr="003E3418">
        <w:rPr>
          <w:rFonts w:ascii="Sakkal Majalla" w:hAnsi="Sakkal Majalla" w:cs="Sakkal Majalla"/>
          <w:sz w:val="24"/>
          <w:szCs w:val="24"/>
          <w:rtl/>
        </w:rPr>
        <w:t>وشمال</w:t>
      </w:r>
      <w:r w:rsidRPr="003E3418">
        <w:rPr>
          <w:rFonts w:ascii="Sakkal Majalla" w:hAnsi="Sakkal Majalla" w:cs="Sakkal Majalla"/>
          <w:sz w:val="24"/>
        </w:rPr>
        <w:t xml:space="preserve"> </w:t>
      </w:r>
      <w:r w:rsidRPr="003E3418">
        <w:rPr>
          <w:rFonts w:ascii="Sakkal Majalla" w:hAnsi="Sakkal Majalla" w:cs="Sakkal Majalla"/>
          <w:sz w:val="24"/>
          <w:szCs w:val="24"/>
          <w:rtl/>
        </w:rPr>
        <w:t>إفريقيا؟</w:t>
      </w:r>
    </w:p>
    <w:p w14:paraId="44DA0E31"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6. </w:t>
      </w:r>
      <w:r w:rsidRPr="003E3418">
        <w:rPr>
          <w:rFonts w:ascii="Sakkal Majalla" w:hAnsi="Sakkal Majalla" w:cs="Sakkal Majalla"/>
          <w:sz w:val="24"/>
          <w:szCs w:val="24"/>
          <w:rtl/>
        </w:rPr>
        <w:t>ما</w:t>
      </w:r>
      <w:r w:rsidRPr="003E3418">
        <w:rPr>
          <w:rFonts w:ascii="Sakkal Majalla" w:hAnsi="Sakkal Majalla" w:cs="Sakkal Majalla"/>
          <w:sz w:val="24"/>
        </w:rPr>
        <w:t xml:space="preserve"> </w:t>
      </w:r>
      <w:r w:rsidRPr="003E3418">
        <w:rPr>
          <w:rFonts w:ascii="Sakkal Majalla" w:hAnsi="Sakkal Majalla" w:cs="Sakkal Majalla"/>
          <w:sz w:val="24"/>
          <w:szCs w:val="24"/>
          <w:rtl/>
        </w:rPr>
        <w:t>أثر</w:t>
      </w:r>
      <w:r w:rsidRPr="003E3418">
        <w:rPr>
          <w:rFonts w:ascii="Sakkal Majalla" w:hAnsi="Sakkal Majalla" w:cs="Sakkal Majalla"/>
          <w:sz w:val="24"/>
        </w:rPr>
        <w:t xml:space="preserve"> </w:t>
      </w:r>
      <w:r w:rsidRPr="003E3418">
        <w:rPr>
          <w:rFonts w:ascii="Sakkal Majalla" w:hAnsi="Sakkal Majalla" w:cs="Sakkal Majalla"/>
          <w:sz w:val="24"/>
          <w:szCs w:val="24"/>
          <w:rtl/>
        </w:rPr>
        <w:t>جودة</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الحوكمة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تعديل</w:t>
      </w:r>
      <w:r w:rsidRPr="003E3418">
        <w:rPr>
          <w:rFonts w:ascii="Sakkal Majalla" w:hAnsi="Sakkal Majalla" w:cs="Sakkal Majalla"/>
          <w:sz w:val="24"/>
        </w:rPr>
        <w:t xml:space="preserve"> </w:t>
      </w:r>
      <w:r w:rsidRPr="003E3418">
        <w:rPr>
          <w:rFonts w:ascii="Sakkal Majalla" w:hAnsi="Sakkal Majalla" w:cs="Sakkal Majalla"/>
          <w:sz w:val="24"/>
          <w:szCs w:val="24"/>
          <w:rtl/>
        </w:rPr>
        <w:t>العلاقة</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ومستوى</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وهل</w:t>
      </w:r>
      <w:r w:rsidRPr="003E3418">
        <w:rPr>
          <w:rFonts w:ascii="Sakkal Majalla" w:hAnsi="Sakkal Majalla" w:cs="Sakkal Majalla"/>
          <w:sz w:val="24"/>
        </w:rPr>
        <w:t xml:space="preserve"> </w:t>
      </w:r>
      <w:r w:rsidRPr="003E3418">
        <w:rPr>
          <w:rFonts w:ascii="Sakkal Majalla" w:hAnsi="Sakkal Majalla" w:cs="Sakkal Majalla"/>
          <w:sz w:val="24"/>
          <w:szCs w:val="24"/>
          <w:rtl/>
        </w:rPr>
        <w:t>يتراجع</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السلبي</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مع</w:t>
      </w:r>
      <w:r w:rsidRPr="003E3418">
        <w:rPr>
          <w:rFonts w:ascii="Sakkal Majalla" w:hAnsi="Sakkal Majalla" w:cs="Sakkal Majalla"/>
          <w:sz w:val="24"/>
        </w:rPr>
        <w:t xml:space="preserve"> </w:t>
      </w:r>
      <w:r w:rsidRPr="003E3418">
        <w:rPr>
          <w:rFonts w:ascii="Sakkal Majalla" w:hAnsi="Sakkal Majalla" w:cs="Sakkal Majalla"/>
          <w:sz w:val="24"/>
          <w:szCs w:val="24"/>
          <w:rtl/>
        </w:rPr>
        <w:t>تحسّن</w:t>
      </w:r>
      <w:r w:rsidRPr="003E3418">
        <w:rPr>
          <w:rFonts w:ascii="Sakkal Majalla" w:hAnsi="Sakkal Majalla" w:cs="Sakkal Majalla"/>
          <w:sz w:val="24"/>
        </w:rPr>
        <w:t xml:space="preserve"> </w:t>
      </w:r>
      <w:r w:rsidRPr="003E3418">
        <w:rPr>
          <w:rFonts w:ascii="Sakkal Majalla" w:hAnsi="Sakkal Majalla" w:cs="Sakkal Majalla"/>
          <w:sz w:val="24"/>
          <w:szCs w:val="24"/>
          <w:rtl/>
        </w:rPr>
        <w:t>البيئة</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المؤسسية؟</w:t>
      </w:r>
    </w:p>
    <w:p w14:paraId="7C5F5546" w14:textId="77777777" w:rsidR="003E3418" w:rsidRPr="003E3418" w:rsidRDefault="003E3418" w:rsidP="003E3418">
      <w:pPr>
        <w:pBdr>
          <w:bottom w:val="single" w:sz="4" w:space="4" w:color="DDDDDD"/>
        </w:pBdr>
        <w:spacing w:before="120" w:after="120"/>
        <w:rPr>
          <w:rFonts w:ascii="Sakkal Majalla" w:hAnsi="Sakkal Majalla" w:cs="Sakkal Majalla"/>
        </w:rPr>
      </w:pPr>
    </w:p>
    <w:p w14:paraId="705758B6" w14:textId="77777777" w:rsidR="003E3418" w:rsidRPr="003E3418" w:rsidRDefault="003E3418" w:rsidP="003E3418">
      <w:pPr>
        <w:pBdr>
          <w:bottom w:val="single" w:sz="6" w:space="4" w:color="1A3A6B"/>
        </w:pBdr>
        <w:bidi/>
        <w:spacing w:before="360" w:line="360" w:lineRule="exact"/>
        <w:rPr>
          <w:rFonts w:ascii="Sakkal Majalla" w:hAnsi="Sakkal Majalla" w:cs="Sakkal Majalla"/>
        </w:rPr>
      </w:pPr>
      <w:r w:rsidRPr="003E3418">
        <w:rPr>
          <w:rFonts w:ascii="Sakkal Majalla" w:hAnsi="Sakkal Majalla" w:cs="Sakkal Majalla"/>
          <w:b/>
          <w:sz w:val="30"/>
        </w:rPr>
        <w:t xml:space="preserve">1.6 </w:t>
      </w:r>
      <w:r w:rsidRPr="003E3418">
        <w:rPr>
          <w:rFonts w:ascii="Sakkal Majalla" w:hAnsi="Sakkal Majalla" w:cs="Sakkal Majalla"/>
          <w:b/>
          <w:bCs/>
          <w:sz w:val="30"/>
          <w:szCs w:val="30"/>
          <w:rtl/>
        </w:rPr>
        <w:t>فروض</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الدراسة</w:t>
      </w:r>
    </w:p>
    <w:p w14:paraId="61F328BD"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استناداً</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مشكلة</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وتساؤلاتها،</w:t>
      </w:r>
      <w:r w:rsidRPr="003E3418">
        <w:rPr>
          <w:rFonts w:ascii="Sakkal Majalla" w:hAnsi="Sakkal Majalla" w:cs="Sakkal Majalla"/>
          <w:sz w:val="24"/>
        </w:rPr>
        <w:t xml:space="preserve"> </w:t>
      </w:r>
      <w:r w:rsidRPr="003E3418">
        <w:rPr>
          <w:rFonts w:ascii="Sakkal Majalla" w:hAnsi="Sakkal Majalla" w:cs="Sakkal Majalla"/>
          <w:sz w:val="24"/>
          <w:szCs w:val="24"/>
          <w:rtl/>
        </w:rPr>
        <w:t>وإلى</w:t>
      </w:r>
      <w:r w:rsidRPr="003E3418">
        <w:rPr>
          <w:rFonts w:ascii="Sakkal Majalla" w:hAnsi="Sakkal Majalla" w:cs="Sakkal Majalla"/>
          <w:sz w:val="24"/>
        </w:rPr>
        <w:t xml:space="preserve"> </w:t>
      </w:r>
      <w:r w:rsidRPr="003E3418">
        <w:rPr>
          <w:rFonts w:ascii="Sakkal Majalla" w:hAnsi="Sakkal Majalla" w:cs="Sakkal Majalla"/>
          <w:sz w:val="24"/>
          <w:szCs w:val="24"/>
          <w:rtl/>
        </w:rPr>
        <w:t>ما</w:t>
      </w:r>
      <w:r w:rsidRPr="003E3418">
        <w:rPr>
          <w:rFonts w:ascii="Sakkal Majalla" w:hAnsi="Sakkal Majalla" w:cs="Sakkal Majalla"/>
          <w:sz w:val="24"/>
        </w:rPr>
        <w:t xml:space="preserve"> </w:t>
      </w:r>
      <w:r w:rsidRPr="003E3418">
        <w:rPr>
          <w:rFonts w:ascii="Sakkal Majalla" w:hAnsi="Sakkal Majalla" w:cs="Sakkal Majalla"/>
          <w:sz w:val="24"/>
          <w:szCs w:val="24"/>
          <w:rtl/>
        </w:rPr>
        <w:t>أرسته</w:t>
      </w:r>
      <w:r w:rsidRPr="003E3418">
        <w:rPr>
          <w:rFonts w:ascii="Sakkal Majalla" w:hAnsi="Sakkal Majalla" w:cs="Sakkal Majalla"/>
          <w:sz w:val="24"/>
        </w:rPr>
        <w:t xml:space="preserve"> </w:t>
      </w:r>
      <w:r w:rsidRPr="003E3418">
        <w:rPr>
          <w:rFonts w:ascii="Sakkal Majalla" w:hAnsi="Sakkal Majalla" w:cs="Sakkal Majalla"/>
          <w:sz w:val="24"/>
          <w:szCs w:val="24"/>
          <w:rtl/>
        </w:rPr>
        <w:t>الأطر</w:t>
      </w:r>
      <w:r w:rsidRPr="003E3418">
        <w:rPr>
          <w:rFonts w:ascii="Sakkal Majalla" w:hAnsi="Sakkal Majalla" w:cs="Sakkal Majalla"/>
          <w:sz w:val="24"/>
        </w:rPr>
        <w:t xml:space="preserve"> </w:t>
      </w:r>
      <w:r w:rsidRPr="003E3418">
        <w:rPr>
          <w:rFonts w:ascii="Sakkal Majalla" w:hAnsi="Sakkal Majalla" w:cs="Sakkal Majalla"/>
          <w:sz w:val="24"/>
          <w:szCs w:val="24"/>
          <w:rtl/>
        </w:rPr>
        <w:t>النظرية</w:t>
      </w:r>
      <w:r w:rsidRPr="003E3418">
        <w:rPr>
          <w:rFonts w:ascii="Sakkal Majalla" w:hAnsi="Sakkal Majalla" w:cs="Sakkal Majalla"/>
          <w:sz w:val="24"/>
        </w:rPr>
        <w:t xml:space="preserve"> </w:t>
      </w:r>
      <w:r w:rsidRPr="003E3418">
        <w:rPr>
          <w:rFonts w:ascii="Sakkal Majalla" w:hAnsi="Sakkal Majalla" w:cs="Sakkal Majalla"/>
          <w:sz w:val="24"/>
          <w:szCs w:val="24"/>
          <w:rtl/>
        </w:rPr>
        <w:t>الخمسة</w:t>
      </w:r>
      <w:r w:rsidRPr="003E3418">
        <w:rPr>
          <w:rFonts w:ascii="Sakkal Majalla" w:hAnsi="Sakkal Majalla" w:cs="Sakkal Majalla"/>
          <w:sz w:val="24"/>
        </w:rPr>
        <w:t xml:space="preserve"> </w:t>
      </w:r>
      <w:r w:rsidRPr="003E3418">
        <w:rPr>
          <w:rFonts w:ascii="Sakkal Majalla" w:hAnsi="Sakkal Majalla" w:cs="Sakkal Majalla"/>
          <w:sz w:val="24"/>
          <w:szCs w:val="24"/>
          <w:rtl/>
        </w:rPr>
        <w:t>وما</w:t>
      </w:r>
      <w:r w:rsidRPr="003E3418">
        <w:rPr>
          <w:rFonts w:ascii="Sakkal Majalla" w:hAnsi="Sakkal Majalla" w:cs="Sakkal Majalla"/>
          <w:sz w:val="24"/>
        </w:rPr>
        <w:t xml:space="preserve"> </w:t>
      </w:r>
      <w:r w:rsidRPr="003E3418">
        <w:rPr>
          <w:rFonts w:ascii="Sakkal Majalla" w:hAnsi="Sakkal Majalla" w:cs="Sakkal Majalla"/>
          <w:sz w:val="24"/>
          <w:szCs w:val="24"/>
          <w:rtl/>
        </w:rPr>
        <w:t>توصلت</w:t>
      </w:r>
      <w:r w:rsidRPr="003E3418">
        <w:rPr>
          <w:rFonts w:ascii="Sakkal Majalla" w:hAnsi="Sakkal Majalla" w:cs="Sakkal Majalla"/>
          <w:sz w:val="24"/>
        </w:rPr>
        <w:t xml:space="preserve"> </w:t>
      </w:r>
      <w:r w:rsidRPr="003E3418">
        <w:rPr>
          <w:rFonts w:ascii="Sakkal Majalla" w:hAnsi="Sakkal Majalla" w:cs="Sakkal Majalla"/>
          <w:sz w:val="24"/>
          <w:szCs w:val="24"/>
          <w:rtl/>
        </w:rPr>
        <w:t>إليه</w:t>
      </w:r>
      <w:r w:rsidRPr="003E3418">
        <w:rPr>
          <w:rFonts w:ascii="Sakkal Majalla" w:hAnsi="Sakkal Majalla" w:cs="Sakkal Majalla"/>
          <w:sz w:val="24"/>
        </w:rPr>
        <w:t xml:space="preserve"> </w:t>
      </w:r>
      <w:r w:rsidRPr="003E3418">
        <w:rPr>
          <w:rFonts w:ascii="Sakkal Majalla" w:hAnsi="Sakkal Majalla" w:cs="Sakkal Majalla"/>
          <w:sz w:val="24"/>
          <w:szCs w:val="24"/>
          <w:rtl/>
        </w:rPr>
        <w:t>الأدبيات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التجريبية</w:t>
      </w:r>
      <w:r w:rsidRPr="003E3418">
        <w:rPr>
          <w:rFonts w:ascii="Sakkal Majalla" w:hAnsi="Sakkal Majalla" w:cs="Sakkal Majalla"/>
          <w:sz w:val="24"/>
        </w:rPr>
        <w:t xml:space="preserve"> </w:t>
      </w:r>
      <w:r w:rsidRPr="003E3418">
        <w:rPr>
          <w:rFonts w:ascii="Sakkal Majalla" w:hAnsi="Sakkal Majalla" w:cs="Sakkal Majalla"/>
          <w:sz w:val="24"/>
          <w:szCs w:val="24"/>
          <w:rtl/>
        </w:rPr>
        <w:t>السابقة،</w:t>
      </w:r>
      <w:r w:rsidRPr="003E3418">
        <w:rPr>
          <w:rFonts w:ascii="Sakkal Majalla" w:hAnsi="Sakkal Majalla" w:cs="Sakkal Majalla"/>
          <w:sz w:val="24"/>
        </w:rPr>
        <w:t xml:space="preserve"> </w:t>
      </w:r>
      <w:r w:rsidRPr="003E3418">
        <w:rPr>
          <w:rFonts w:ascii="Sakkal Majalla" w:hAnsi="Sakkal Majalla" w:cs="Sakkal Majalla"/>
          <w:sz w:val="24"/>
          <w:szCs w:val="24"/>
          <w:rtl/>
        </w:rPr>
        <w:t>تُصاغ</w:t>
      </w:r>
      <w:r w:rsidRPr="003E3418">
        <w:rPr>
          <w:rFonts w:ascii="Sakkal Majalla" w:hAnsi="Sakkal Majalla" w:cs="Sakkal Majalla"/>
          <w:sz w:val="24"/>
        </w:rPr>
        <w:t xml:space="preserve"> </w:t>
      </w:r>
      <w:r w:rsidRPr="003E3418">
        <w:rPr>
          <w:rFonts w:ascii="Sakkal Majalla" w:hAnsi="Sakkal Majalla" w:cs="Sakkal Majalla"/>
          <w:sz w:val="24"/>
          <w:szCs w:val="24"/>
          <w:rtl/>
        </w:rPr>
        <w:t>الفرضيات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الآتية</w:t>
      </w:r>
      <w:r w:rsidRPr="003E3418">
        <w:rPr>
          <w:rFonts w:ascii="Sakkal Majalla" w:hAnsi="Sakkal Majalla" w:cs="Sakkal Majalla"/>
          <w:sz w:val="24"/>
        </w:rPr>
        <w:t xml:space="preserve"> </w:t>
      </w:r>
      <w:r w:rsidRPr="003E3418">
        <w:rPr>
          <w:rFonts w:ascii="Sakkal Majalla" w:hAnsi="Sakkal Majalla" w:cs="Sakkal Majalla"/>
          <w:sz w:val="24"/>
          <w:szCs w:val="24"/>
          <w:rtl/>
        </w:rPr>
        <w:t>بشكل</w:t>
      </w:r>
      <w:r w:rsidRPr="003E3418">
        <w:rPr>
          <w:rFonts w:ascii="Sakkal Majalla" w:hAnsi="Sakkal Majalla" w:cs="Sakkal Majalla"/>
          <w:sz w:val="24"/>
        </w:rPr>
        <w:t xml:space="preserve"> </w:t>
      </w:r>
      <w:r w:rsidRPr="003E3418">
        <w:rPr>
          <w:rFonts w:ascii="Sakkal Majalla" w:hAnsi="Sakkal Majalla" w:cs="Sakkal Majalla"/>
          <w:sz w:val="24"/>
          <w:szCs w:val="24"/>
          <w:rtl/>
        </w:rPr>
        <w:t>قابل</w:t>
      </w:r>
      <w:r w:rsidRPr="003E3418">
        <w:rPr>
          <w:rFonts w:ascii="Sakkal Majalla" w:hAnsi="Sakkal Majalla" w:cs="Sakkal Majalla"/>
          <w:sz w:val="24"/>
        </w:rPr>
        <w:t xml:space="preserve"> </w:t>
      </w:r>
      <w:r w:rsidRPr="003E3418">
        <w:rPr>
          <w:rFonts w:ascii="Sakkal Majalla" w:hAnsi="Sakkal Majalla" w:cs="Sakkal Majalla"/>
          <w:sz w:val="24"/>
          <w:szCs w:val="24"/>
          <w:rtl/>
        </w:rPr>
        <w:t>للاختبار</w:t>
      </w:r>
      <w:r w:rsidRPr="003E3418">
        <w:rPr>
          <w:rFonts w:ascii="Sakkal Majalla" w:hAnsi="Sakkal Majalla" w:cs="Sakkal Majalla"/>
          <w:sz w:val="24"/>
        </w:rPr>
        <w:t xml:space="preserve"> </w:t>
      </w:r>
      <w:r w:rsidRPr="003E3418">
        <w:rPr>
          <w:rFonts w:ascii="Sakkal Majalla" w:hAnsi="Sakkal Majalla" w:cs="Sakkal Majalla"/>
          <w:sz w:val="24"/>
          <w:szCs w:val="24"/>
          <w:rtl/>
        </w:rPr>
        <w:t>الإحصائي</w:t>
      </w:r>
      <w:r w:rsidRPr="003E3418">
        <w:rPr>
          <w:rFonts w:ascii="Sakkal Majalla" w:hAnsi="Sakkal Majalla" w:cs="Sakkal Majalla"/>
          <w:sz w:val="24"/>
        </w:rPr>
        <w:t xml:space="preserve"> </w:t>
      </w:r>
      <w:r w:rsidRPr="003E3418">
        <w:rPr>
          <w:rFonts w:ascii="Sakkal Majalla" w:hAnsi="Sakkal Majalla" w:cs="Sakkal Majalla"/>
          <w:sz w:val="24"/>
          <w:szCs w:val="24"/>
          <w:rtl/>
        </w:rPr>
        <w:t>الصارم</w:t>
      </w:r>
      <w:r w:rsidRPr="003E3418">
        <w:rPr>
          <w:rFonts w:ascii="Sakkal Majalla" w:hAnsi="Sakkal Majalla" w:cs="Sakkal Majalla"/>
          <w:sz w:val="24"/>
        </w:rPr>
        <w:t xml:space="preserve">. </w:t>
      </w:r>
      <w:r w:rsidRPr="003E3418">
        <w:rPr>
          <w:rFonts w:ascii="Sakkal Majalla" w:hAnsi="Sakkal Majalla" w:cs="Sakkal Majalla"/>
          <w:sz w:val="24"/>
          <w:szCs w:val="24"/>
          <w:rtl/>
        </w:rPr>
        <w:t>يُرمَز</w:t>
      </w:r>
      <w:r w:rsidRPr="003E3418">
        <w:rPr>
          <w:rFonts w:ascii="Sakkal Majalla" w:hAnsi="Sakkal Majalla" w:cs="Sakkal Majalla"/>
          <w:sz w:val="24"/>
        </w:rPr>
        <w:t xml:space="preserve"> </w:t>
      </w:r>
      <w:r w:rsidRPr="003E3418">
        <w:rPr>
          <w:rFonts w:ascii="Sakkal Majalla" w:hAnsi="Sakkal Majalla" w:cs="Sakkal Majalla"/>
          <w:sz w:val="24"/>
          <w:szCs w:val="24"/>
          <w:rtl/>
        </w:rPr>
        <w:t>للفرضية</w:t>
      </w:r>
      <w:r w:rsidRPr="003E3418">
        <w:rPr>
          <w:rFonts w:ascii="Sakkal Majalla" w:hAnsi="Sakkal Majalla" w:cs="Sakkal Majalla"/>
          <w:sz w:val="24"/>
        </w:rPr>
        <w:t xml:space="preserve"> </w:t>
      </w:r>
      <w:r w:rsidRPr="003E3418">
        <w:rPr>
          <w:rFonts w:ascii="Sakkal Majalla" w:hAnsi="Sakkal Majalla" w:cs="Sakkal Majalla"/>
          <w:sz w:val="24"/>
          <w:szCs w:val="24"/>
          <w:rtl/>
        </w:rPr>
        <w:t>الصفرية</w:t>
      </w:r>
      <w:r w:rsidRPr="003E3418">
        <w:rPr>
          <w:rFonts w:ascii="Sakkal Majalla" w:hAnsi="Sakkal Majalla" w:cs="Sakkal Majalla"/>
          <w:sz w:val="24"/>
        </w:rPr>
        <w:t xml:space="preserve"> </w:t>
      </w:r>
      <w:r w:rsidRPr="003E3418">
        <w:rPr>
          <w:rFonts w:ascii="Sakkal Majalla" w:hAnsi="Sakkal Majalla" w:cs="Sakkal Majalla"/>
          <w:sz w:val="24"/>
          <w:szCs w:val="24"/>
          <w:rtl/>
        </w:rPr>
        <w:t>بـ</w:t>
      </w:r>
      <w:r w:rsidRPr="003E3418">
        <w:rPr>
          <w:rFonts w:ascii="Sakkal Majalla" w:hAnsi="Sakkal Majalla" w:cs="Sakkal Majalla"/>
          <w:sz w:val="24"/>
        </w:rPr>
        <w:t xml:space="preserve"> (H</w:t>
      </w:r>
      <w:r w:rsidRPr="003E3418">
        <w:rPr>
          <w:rFonts w:ascii="Times New Roman" w:hAnsi="Times New Roman" w:cs="Times New Roman"/>
          <w:sz w:val="24"/>
        </w:rPr>
        <w:t>₀</w:t>
      </w:r>
      <w:r w:rsidRPr="003E3418">
        <w:rPr>
          <w:rFonts w:ascii="Sakkal Majalla" w:hAnsi="Sakkal Majalla" w:cs="Sakkal Majalla"/>
          <w:sz w:val="24"/>
        </w:rPr>
        <w:t xml:space="preserve">) </w:t>
      </w:r>
      <w:r w:rsidRPr="003E3418">
        <w:rPr>
          <w:rFonts w:ascii="Sakkal Majalla" w:hAnsi="Sakkal Majalla" w:cs="Sakkal Majalla"/>
          <w:sz w:val="24"/>
          <w:szCs w:val="24"/>
          <w:rtl/>
        </w:rPr>
        <w:t>والفرضية</w:t>
      </w:r>
      <w:r w:rsidRPr="003E3418">
        <w:rPr>
          <w:rFonts w:ascii="Sakkal Majalla" w:hAnsi="Sakkal Majalla" w:cs="Sakkal Majalla"/>
          <w:sz w:val="24"/>
        </w:rPr>
        <w:t xml:space="preserve"> </w:t>
      </w:r>
      <w:r w:rsidRPr="003E3418">
        <w:rPr>
          <w:rFonts w:ascii="Sakkal Majalla" w:hAnsi="Sakkal Majalla" w:cs="Sakkal Majalla"/>
          <w:sz w:val="24"/>
          <w:szCs w:val="24"/>
          <w:rtl/>
        </w:rPr>
        <w:t>البديلة</w:t>
      </w:r>
      <w:r w:rsidRPr="003E3418">
        <w:rPr>
          <w:rFonts w:ascii="Sakkal Majalla" w:hAnsi="Sakkal Majalla" w:cs="Sakkal Majalla"/>
          <w:sz w:val="24"/>
        </w:rPr>
        <w:t xml:space="preserve"> </w:t>
      </w:r>
      <w:r w:rsidRPr="003E3418">
        <w:rPr>
          <w:rFonts w:ascii="Sakkal Majalla" w:hAnsi="Sakkal Majalla" w:cs="Sakkal Majalla"/>
          <w:sz w:val="24"/>
          <w:szCs w:val="24"/>
          <w:rtl/>
        </w:rPr>
        <w:t>بـ</w:t>
      </w:r>
      <w:r w:rsidRPr="003E3418">
        <w:rPr>
          <w:rFonts w:ascii="Sakkal Majalla" w:hAnsi="Sakkal Majalla" w:cs="Sakkal Majalla"/>
          <w:sz w:val="24"/>
        </w:rPr>
        <w:t xml:space="preserve"> (H):</w:t>
      </w:r>
    </w:p>
    <w:p w14:paraId="486EC6C8" w14:textId="77777777" w:rsidR="003E3418" w:rsidRPr="003E3418" w:rsidRDefault="003E3418" w:rsidP="003E3418">
      <w:pPr>
        <w:spacing w:before="80" w:after="80"/>
        <w:rPr>
          <w:rFonts w:ascii="Sakkal Majalla" w:hAnsi="Sakkal Majalla" w:cs="Sakkal Majalla"/>
        </w:rPr>
      </w:pPr>
    </w:p>
    <w:p w14:paraId="5CCCC49D"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الفرضية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الرئيسية</w:t>
      </w:r>
    </w:p>
    <w:p w14:paraId="369FB2B2"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يُمارس</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تأثيراً</w:t>
      </w:r>
      <w:r w:rsidRPr="003E3418">
        <w:rPr>
          <w:rFonts w:ascii="Sakkal Majalla" w:hAnsi="Sakkal Majalla" w:cs="Sakkal Majalla"/>
          <w:sz w:val="24"/>
        </w:rPr>
        <w:t xml:space="preserve"> </w:t>
      </w:r>
      <w:r w:rsidRPr="003E3418">
        <w:rPr>
          <w:rFonts w:ascii="Sakkal Majalla" w:hAnsi="Sakkal Majalla" w:cs="Sakkal Majalla"/>
          <w:sz w:val="24"/>
          <w:szCs w:val="24"/>
          <w:rtl/>
        </w:rPr>
        <w:t>سلبياً</w:t>
      </w:r>
      <w:r w:rsidRPr="003E3418">
        <w:rPr>
          <w:rFonts w:ascii="Sakkal Majalla" w:hAnsi="Sakkal Majalla" w:cs="Sakkal Majalla"/>
          <w:sz w:val="24"/>
        </w:rPr>
        <w:t xml:space="preserve"> </w:t>
      </w:r>
      <w:r w:rsidRPr="003E3418">
        <w:rPr>
          <w:rFonts w:ascii="Sakkal Majalla" w:hAnsi="Sakkal Majalla" w:cs="Sakkal Majalla"/>
          <w:sz w:val="24"/>
          <w:szCs w:val="24"/>
          <w:rtl/>
        </w:rPr>
        <w:t>مزدوجاً</w:t>
      </w:r>
      <w:r w:rsidRPr="003E3418">
        <w:rPr>
          <w:rFonts w:ascii="Sakkal Majalla" w:hAnsi="Sakkal Majalla" w:cs="Sakkal Majalla"/>
          <w:sz w:val="24"/>
        </w:rPr>
        <w:t xml:space="preserve"> — </w:t>
      </w:r>
      <w:r w:rsidRPr="003E3418">
        <w:rPr>
          <w:rFonts w:ascii="Sakkal Majalla" w:hAnsi="Sakkal Majalla" w:cs="Sakkal Majalla"/>
          <w:sz w:val="24"/>
          <w:szCs w:val="24"/>
          <w:rtl/>
        </w:rPr>
        <w:t>مباشراً</w:t>
      </w:r>
      <w:r w:rsidRPr="003E3418">
        <w:rPr>
          <w:rFonts w:ascii="Sakkal Majalla" w:hAnsi="Sakkal Majalla" w:cs="Sakkal Majalla"/>
          <w:sz w:val="24"/>
        </w:rPr>
        <w:t xml:space="preserve"> </w:t>
      </w:r>
      <w:r w:rsidRPr="003E3418">
        <w:rPr>
          <w:rFonts w:ascii="Sakkal Majalla" w:hAnsi="Sakkal Majalla" w:cs="Sakkal Majalla"/>
          <w:sz w:val="24"/>
          <w:szCs w:val="24"/>
          <w:rtl/>
        </w:rPr>
        <w:t>وغير</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w:t>
      </w:r>
      <w:r w:rsidRPr="003E3418">
        <w:rPr>
          <w:rFonts w:ascii="Sakkal Majalla" w:hAnsi="Sakkal Majalla" w:cs="Sakkal Majalla"/>
          <w:sz w:val="24"/>
        </w:rPr>
        <w:t xml:space="preserve"> —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والفقر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وتتعدد</w:t>
      </w:r>
      <w:r w:rsidRPr="003E3418">
        <w:rPr>
          <w:rFonts w:ascii="Sakkal Majalla" w:hAnsi="Sakkal Majalla" w:cs="Sakkal Majalla"/>
          <w:sz w:val="24"/>
        </w:rPr>
        <w:t xml:space="preserve"> </w:t>
      </w:r>
      <w:r w:rsidRPr="003E3418">
        <w:rPr>
          <w:rFonts w:ascii="Sakkal Majalla" w:hAnsi="Sakkal Majalla" w:cs="Sakkal Majalla"/>
          <w:sz w:val="24"/>
          <w:szCs w:val="24"/>
          <w:rtl/>
        </w:rPr>
        <w:t>القنوات</w:t>
      </w:r>
      <w:r w:rsidRPr="003E3418">
        <w:rPr>
          <w:rFonts w:ascii="Sakkal Majalla" w:hAnsi="Sakkal Majalla" w:cs="Sakkal Majalla"/>
          <w:sz w:val="24"/>
        </w:rPr>
        <w:t xml:space="preserve"> </w:t>
      </w:r>
      <w:r w:rsidRPr="003E3418">
        <w:rPr>
          <w:rFonts w:ascii="Sakkal Majalla" w:hAnsi="Sakkal Majalla" w:cs="Sakkal Majalla"/>
          <w:sz w:val="24"/>
          <w:szCs w:val="24"/>
          <w:rtl/>
        </w:rPr>
        <w:t>الناقلة</w:t>
      </w:r>
      <w:r w:rsidRPr="003E3418">
        <w:rPr>
          <w:rFonts w:ascii="Sakkal Majalla" w:hAnsi="Sakkal Majalla" w:cs="Sakkal Majalla"/>
          <w:sz w:val="24"/>
        </w:rPr>
        <w:t xml:space="preserve"> </w:t>
      </w:r>
      <w:r w:rsidRPr="003E3418">
        <w:rPr>
          <w:rFonts w:ascii="Sakkal Majalla" w:hAnsi="Sakkal Majalla" w:cs="Sakkal Majalla"/>
          <w:sz w:val="24"/>
          <w:szCs w:val="24"/>
          <w:rtl/>
        </w:rPr>
        <w:t>لهذا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التأثير،</w:t>
      </w:r>
      <w:r w:rsidRPr="003E3418">
        <w:rPr>
          <w:rFonts w:ascii="Sakkal Majalla" w:hAnsi="Sakkal Majalla" w:cs="Sakkal Majalla"/>
          <w:sz w:val="24"/>
        </w:rPr>
        <w:t xml:space="preserve"> </w:t>
      </w:r>
      <w:r w:rsidRPr="003E3418">
        <w:rPr>
          <w:rFonts w:ascii="Sakkal Majalla" w:hAnsi="Sakkal Majalla" w:cs="Sakkal Majalla"/>
          <w:sz w:val="24"/>
          <w:szCs w:val="24"/>
          <w:rtl/>
        </w:rPr>
        <w:t>وتتفاوت</w:t>
      </w:r>
      <w:r w:rsidRPr="003E3418">
        <w:rPr>
          <w:rFonts w:ascii="Sakkal Majalla" w:hAnsi="Sakkal Majalla" w:cs="Sakkal Majalla"/>
          <w:sz w:val="24"/>
        </w:rPr>
        <w:t xml:space="preserve"> </w:t>
      </w:r>
      <w:r w:rsidRPr="003E3418">
        <w:rPr>
          <w:rFonts w:ascii="Sakkal Majalla" w:hAnsi="Sakkal Majalla" w:cs="Sakkal Majalla"/>
          <w:sz w:val="24"/>
          <w:szCs w:val="24"/>
          <w:rtl/>
        </w:rPr>
        <w:t>حدّته</w:t>
      </w:r>
      <w:r w:rsidRPr="003E3418">
        <w:rPr>
          <w:rFonts w:ascii="Sakkal Majalla" w:hAnsi="Sakkal Majalla" w:cs="Sakkal Majalla"/>
          <w:sz w:val="24"/>
        </w:rPr>
        <w:t xml:space="preserve"> </w:t>
      </w:r>
      <w:r w:rsidRPr="003E3418">
        <w:rPr>
          <w:rFonts w:ascii="Sakkal Majalla" w:hAnsi="Sakkal Majalla" w:cs="Sakkal Majalla"/>
          <w:sz w:val="24"/>
          <w:szCs w:val="24"/>
          <w:rtl/>
        </w:rPr>
        <w:t>تبعاً</w:t>
      </w:r>
      <w:r w:rsidRPr="003E3418">
        <w:rPr>
          <w:rFonts w:ascii="Sakkal Majalla" w:hAnsi="Sakkal Majalla" w:cs="Sakkal Majalla"/>
          <w:sz w:val="24"/>
        </w:rPr>
        <w:t xml:space="preserve"> </w:t>
      </w:r>
      <w:r w:rsidRPr="003E3418">
        <w:rPr>
          <w:rFonts w:ascii="Sakkal Majalla" w:hAnsi="Sakkal Majalla" w:cs="Sakkal Majalla"/>
          <w:sz w:val="24"/>
          <w:szCs w:val="24"/>
          <w:rtl/>
        </w:rPr>
        <w:t>للبنية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المؤسسية</w:t>
      </w:r>
      <w:r w:rsidRPr="003E3418">
        <w:rPr>
          <w:rFonts w:ascii="Sakkal Majalla" w:hAnsi="Sakkal Majalla" w:cs="Sakkal Majalla"/>
          <w:sz w:val="24"/>
        </w:rPr>
        <w:t xml:space="preserve"> </w:t>
      </w:r>
      <w:r w:rsidRPr="003E3418">
        <w:rPr>
          <w:rFonts w:ascii="Sakkal Majalla" w:hAnsi="Sakkal Majalla" w:cs="Sakkal Majalla"/>
          <w:sz w:val="24"/>
          <w:szCs w:val="24"/>
          <w:rtl/>
        </w:rPr>
        <w:t>والسياق</w:t>
      </w:r>
      <w:r w:rsidRPr="003E3418">
        <w:rPr>
          <w:rFonts w:ascii="Sakkal Majalla" w:hAnsi="Sakkal Majalla" w:cs="Sakkal Majalla"/>
          <w:sz w:val="24"/>
        </w:rPr>
        <w:t xml:space="preserve"> </w:t>
      </w:r>
      <w:r w:rsidRPr="003E3418">
        <w:rPr>
          <w:rFonts w:ascii="Sakkal Majalla" w:hAnsi="Sakkal Majalla" w:cs="Sakkal Majalla"/>
          <w:sz w:val="24"/>
          <w:szCs w:val="24"/>
          <w:rtl/>
        </w:rPr>
        <w:t>الجغرافي</w:t>
      </w:r>
      <w:r w:rsidRPr="003E3418">
        <w:rPr>
          <w:rFonts w:ascii="Sakkal Majalla" w:hAnsi="Sakkal Majalla" w:cs="Sakkal Majalla"/>
          <w:sz w:val="24"/>
        </w:rPr>
        <w:t>.</w:t>
      </w:r>
    </w:p>
    <w:p w14:paraId="27973394" w14:textId="77777777" w:rsidR="003E3418" w:rsidRPr="003E3418" w:rsidRDefault="003E3418" w:rsidP="003E3418">
      <w:pPr>
        <w:spacing w:before="80" w:after="80"/>
        <w:rPr>
          <w:rFonts w:ascii="Sakkal Majalla" w:hAnsi="Sakkal Majalla" w:cs="Sakkal Majalla"/>
        </w:rPr>
      </w:pPr>
    </w:p>
    <w:p w14:paraId="6EA2713B"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الفرضية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الفرعية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الأولى</w:t>
      </w:r>
      <w:r w:rsidRPr="003E3418">
        <w:rPr>
          <w:rFonts w:ascii="Sakkal Majalla" w:hAnsi="Sakkal Majalla" w:cs="Sakkal Majalla"/>
          <w:b/>
          <w:sz w:val="26"/>
        </w:rPr>
        <w:t xml:space="preserve"> — </w:t>
      </w:r>
      <w:r w:rsidRPr="003E3418">
        <w:rPr>
          <w:rFonts w:ascii="Sakkal Majalla" w:hAnsi="Sakkal Majalla" w:cs="Sakkal Majalla"/>
          <w:b/>
          <w:bCs/>
          <w:sz w:val="26"/>
          <w:szCs w:val="26"/>
          <w:rtl/>
        </w:rPr>
        <w:t>الفساد</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والنمو</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الاقتصادي</w:t>
      </w:r>
    </w:p>
    <w:p w14:paraId="68DED4AD"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تنبثق</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الفرضية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جوهر</w:t>
      </w:r>
      <w:r w:rsidRPr="003E3418">
        <w:rPr>
          <w:rFonts w:ascii="Sakkal Majalla" w:hAnsi="Sakkal Majalla" w:cs="Sakkal Majalla"/>
          <w:sz w:val="24"/>
        </w:rPr>
        <w:t xml:space="preserve"> </w:t>
      </w:r>
      <w:r w:rsidRPr="003E3418">
        <w:rPr>
          <w:rFonts w:ascii="Sakkal Majalla" w:hAnsi="Sakkal Majalla" w:cs="Sakkal Majalla"/>
          <w:sz w:val="24"/>
          <w:szCs w:val="24"/>
          <w:rtl/>
        </w:rPr>
        <w:t>نظرية</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الريع</w:t>
      </w:r>
      <w:r w:rsidRPr="003E3418">
        <w:rPr>
          <w:rFonts w:ascii="Sakkal Majalla" w:hAnsi="Sakkal Majalla" w:cs="Sakkal Majalla"/>
          <w:sz w:val="24"/>
        </w:rPr>
        <w:t xml:space="preserve"> (Krueger, 1974) </w:t>
      </w:r>
      <w:r w:rsidRPr="003E3418">
        <w:rPr>
          <w:rFonts w:ascii="Sakkal Majalla" w:hAnsi="Sakkal Majalla" w:cs="Sakkal Majalla"/>
          <w:sz w:val="24"/>
          <w:szCs w:val="24"/>
          <w:rtl/>
        </w:rPr>
        <w:t>ومن</w:t>
      </w:r>
      <w:r w:rsidRPr="003E3418">
        <w:rPr>
          <w:rFonts w:ascii="Sakkal Majalla" w:hAnsi="Sakkal Majalla" w:cs="Sakkal Majalla"/>
          <w:sz w:val="24"/>
        </w:rPr>
        <w:t xml:space="preserve"> </w:t>
      </w:r>
      <w:r w:rsidRPr="003E3418">
        <w:rPr>
          <w:rFonts w:ascii="Sakkal Majalla" w:hAnsi="Sakkal Majalla" w:cs="Sakkal Majalla"/>
          <w:sz w:val="24"/>
          <w:szCs w:val="24"/>
          <w:rtl/>
        </w:rPr>
        <w:t>الأدلة</w:t>
      </w:r>
      <w:r w:rsidRPr="003E3418">
        <w:rPr>
          <w:rFonts w:ascii="Sakkal Majalla" w:hAnsi="Sakkal Majalla" w:cs="Sakkal Majalla"/>
          <w:sz w:val="24"/>
        </w:rPr>
        <w:t xml:space="preserve"> </w:t>
      </w:r>
      <w:r w:rsidRPr="003E3418">
        <w:rPr>
          <w:rFonts w:ascii="Sakkal Majalla" w:hAnsi="Sakkal Majalla" w:cs="Sakkal Majalla"/>
          <w:sz w:val="24"/>
          <w:szCs w:val="24"/>
          <w:rtl/>
        </w:rPr>
        <w:t>التجريبية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المتراكمة</w:t>
      </w:r>
      <w:r w:rsidRPr="003E3418">
        <w:rPr>
          <w:rFonts w:ascii="Sakkal Majalla" w:hAnsi="Sakkal Majalla" w:cs="Sakkal Majalla"/>
          <w:sz w:val="24"/>
        </w:rPr>
        <w:t xml:space="preserve"> </w:t>
      </w:r>
      <w:r w:rsidRPr="003E3418">
        <w:rPr>
          <w:rFonts w:ascii="Sakkal Majalla" w:hAnsi="Sakkal Majalla" w:cs="Sakkal Majalla"/>
          <w:sz w:val="24"/>
          <w:szCs w:val="24"/>
          <w:rtl/>
        </w:rPr>
        <w:t>منذ</w:t>
      </w:r>
      <w:r w:rsidRPr="003E3418">
        <w:rPr>
          <w:rFonts w:ascii="Sakkal Majalla" w:hAnsi="Sakkal Majalla" w:cs="Sakkal Majalla"/>
          <w:sz w:val="24"/>
        </w:rPr>
        <w:t xml:space="preserve"> Mauro (1995):</w:t>
      </w:r>
    </w:p>
    <w:p w14:paraId="4791CE95" w14:textId="77777777" w:rsidR="003E3418" w:rsidRPr="003E3418" w:rsidRDefault="003E3418" w:rsidP="003E3418">
      <w:pPr>
        <w:bidi/>
        <w:spacing w:before="60" w:after="40" w:line="400" w:lineRule="exact"/>
        <w:ind w:right="283"/>
        <w:rPr>
          <w:rFonts w:ascii="Sakkal Majalla" w:hAnsi="Sakkal Majalla" w:cs="Sakkal Majalla"/>
        </w:rPr>
      </w:pPr>
      <w:r w:rsidRPr="003E3418">
        <w:rPr>
          <w:rFonts w:ascii="Sakkal Majalla" w:hAnsi="Sakkal Majalla" w:cs="Sakkal Majalla"/>
          <w:b/>
          <w:sz w:val="24"/>
        </w:rPr>
        <w:t>H</w:t>
      </w:r>
      <w:r w:rsidRPr="003E3418">
        <w:rPr>
          <w:rFonts w:ascii="Times New Roman" w:hAnsi="Times New Roman" w:cs="Times New Roman"/>
          <w:b/>
          <w:sz w:val="24"/>
        </w:rPr>
        <w:t>₀₁</w:t>
      </w:r>
      <w:r w:rsidRPr="003E3418">
        <w:rPr>
          <w:rFonts w:ascii="Sakkal Majalla" w:hAnsi="Sakkal Majalla" w:cs="Sakkal Majalla"/>
          <w:b/>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توجد</w:t>
      </w:r>
      <w:r w:rsidRPr="003E3418">
        <w:rPr>
          <w:rFonts w:ascii="Sakkal Majalla" w:hAnsi="Sakkal Majalla" w:cs="Sakkal Majalla"/>
          <w:sz w:val="24"/>
        </w:rPr>
        <w:t xml:space="preserve"> </w:t>
      </w:r>
      <w:r w:rsidRPr="003E3418">
        <w:rPr>
          <w:rFonts w:ascii="Sakkal Majalla" w:hAnsi="Sakkal Majalla" w:cs="Sakkal Majalla"/>
          <w:sz w:val="24"/>
          <w:szCs w:val="24"/>
          <w:rtl/>
        </w:rPr>
        <w:t>علاقة</w:t>
      </w:r>
      <w:r w:rsidRPr="003E3418">
        <w:rPr>
          <w:rFonts w:ascii="Sakkal Majalla" w:hAnsi="Sakkal Majalla" w:cs="Sakkal Majalla"/>
          <w:sz w:val="24"/>
        </w:rPr>
        <w:t xml:space="preserve"> </w:t>
      </w:r>
      <w:r w:rsidRPr="003E3418">
        <w:rPr>
          <w:rFonts w:ascii="Sakkal Majalla" w:hAnsi="Sakkal Majalla" w:cs="Sakkal Majalla"/>
          <w:sz w:val="24"/>
          <w:szCs w:val="24"/>
          <w:rtl/>
        </w:rPr>
        <w:t>سلبية</w:t>
      </w:r>
      <w:r w:rsidRPr="003E3418">
        <w:rPr>
          <w:rFonts w:ascii="Sakkal Majalla" w:hAnsi="Sakkal Majalla" w:cs="Sakkal Majalla"/>
          <w:sz w:val="24"/>
        </w:rPr>
        <w:t xml:space="preserve"> </w:t>
      </w:r>
      <w:r w:rsidRPr="003E3418">
        <w:rPr>
          <w:rFonts w:ascii="Sakkal Majalla" w:hAnsi="Sakkal Majalla" w:cs="Sakkal Majalla"/>
          <w:sz w:val="24"/>
          <w:szCs w:val="24"/>
          <w:rtl/>
        </w:rPr>
        <w:t>ذات</w:t>
      </w:r>
      <w:r w:rsidRPr="003E3418">
        <w:rPr>
          <w:rFonts w:ascii="Sakkal Majalla" w:hAnsi="Sakkal Majalla" w:cs="Sakkal Majalla"/>
          <w:sz w:val="24"/>
        </w:rPr>
        <w:t xml:space="preserve"> </w:t>
      </w:r>
      <w:r w:rsidRPr="003E3418">
        <w:rPr>
          <w:rFonts w:ascii="Sakkal Majalla" w:hAnsi="Sakkal Majalla" w:cs="Sakkal Majalla"/>
          <w:sz w:val="24"/>
          <w:szCs w:val="24"/>
          <w:rtl/>
        </w:rPr>
        <w:t>دلالة</w:t>
      </w:r>
      <w:r w:rsidRPr="003E3418">
        <w:rPr>
          <w:rFonts w:ascii="Sakkal Majalla" w:hAnsi="Sakkal Majalla" w:cs="Sakkal Majalla"/>
          <w:sz w:val="24"/>
        </w:rPr>
        <w:t xml:space="preserve"> </w:t>
      </w:r>
      <w:r w:rsidRPr="003E3418">
        <w:rPr>
          <w:rFonts w:ascii="Sakkal Majalla" w:hAnsi="Sakkal Majalla" w:cs="Sakkal Majalla"/>
          <w:sz w:val="24"/>
          <w:szCs w:val="24"/>
          <w:rtl/>
        </w:rPr>
        <w:t>إحصائية</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مستوى</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ومعدل</w:t>
      </w:r>
      <w:r w:rsidRPr="003E3418">
        <w:rPr>
          <w:rFonts w:ascii="Sakkal Majalla" w:hAnsi="Sakkal Majalla" w:cs="Sakkal Majalla"/>
          <w:sz w:val="24"/>
        </w:rPr>
        <w:t xml:space="preserve"> </w:t>
      </w:r>
      <w:r w:rsidRPr="003E3418">
        <w:rPr>
          <w:rFonts w:ascii="Sakkal Majalla" w:hAnsi="Sakkal Majalla" w:cs="Sakkal Majalla"/>
          <w:sz w:val="24"/>
          <w:szCs w:val="24"/>
          <w:rtl/>
        </w:rPr>
        <w:t>نمو</w:t>
      </w:r>
      <w:r w:rsidRPr="003E3418">
        <w:rPr>
          <w:rFonts w:ascii="Sakkal Majalla" w:hAnsi="Sakkal Majalla" w:cs="Sakkal Majalla"/>
          <w:sz w:val="24"/>
        </w:rPr>
        <w:t xml:space="preserve"> </w:t>
      </w:r>
      <w:r w:rsidRPr="003E3418">
        <w:rPr>
          <w:rFonts w:ascii="Sakkal Majalla" w:hAnsi="Sakkal Majalla" w:cs="Sakkal Majalla"/>
          <w:sz w:val="24"/>
          <w:szCs w:val="24"/>
          <w:rtl/>
        </w:rPr>
        <w:t>نصيب</w:t>
      </w:r>
      <w:r w:rsidRPr="003E3418">
        <w:rPr>
          <w:rFonts w:ascii="Sakkal Majalla" w:hAnsi="Sakkal Majalla" w:cs="Sakkal Majalla"/>
          <w:sz w:val="24"/>
        </w:rPr>
        <w:t xml:space="preserve"> </w:t>
      </w:r>
      <w:r w:rsidRPr="003E3418">
        <w:rPr>
          <w:rFonts w:ascii="Sakkal Majalla" w:hAnsi="Sakkal Majalla" w:cs="Sakkal Majalla"/>
          <w:sz w:val="24"/>
          <w:szCs w:val="24"/>
          <w:rtl/>
        </w:rPr>
        <w:t>الفرد</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الناتج</w:t>
      </w:r>
      <w:r w:rsidRPr="003E3418">
        <w:rPr>
          <w:rFonts w:ascii="Sakkal Majalla" w:hAnsi="Sakkal Majalla" w:cs="Sakkal Majalla"/>
          <w:sz w:val="24"/>
        </w:rPr>
        <w:t xml:space="preserve"> </w:t>
      </w:r>
      <w:r w:rsidRPr="003E3418">
        <w:rPr>
          <w:rFonts w:ascii="Sakkal Majalla" w:hAnsi="Sakkal Majalla" w:cs="Sakkal Majalla"/>
          <w:sz w:val="24"/>
          <w:szCs w:val="24"/>
          <w:rtl/>
        </w:rPr>
        <w:t>المحلي</w:t>
      </w:r>
      <w:r w:rsidRPr="003E3418">
        <w:rPr>
          <w:rFonts w:ascii="Sakkal Majalla" w:hAnsi="Sakkal Majalla" w:cs="Sakkal Majalla"/>
          <w:sz w:val="24"/>
        </w:rPr>
        <w:t xml:space="preserve"> </w:t>
      </w:r>
      <w:r w:rsidRPr="003E3418">
        <w:rPr>
          <w:rFonts w:ascii="Sakkal Majalla" w:hAnsi="Sakkal Majalla" w:cs="Sakkal Majalla"/>
          <w:sz w:val="24"/>
          <w:szCs w:val="24"/>
          <w:rtl/>
        </w:rPr>
        <w:t>الحقيقي</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خلال</w:t>
      </w:r>
      <w:r w:rsidRPr="003E3418">
        <w:rPr>
          <w:rFonts w:ascii="Sakkal Majalla" w:hAnsi="Sakkal Majalla" w:cs="Sakkal Majalla"/>
          <w:sz w:val="24"/>
        </w:rPr>
        <w:t xml:space="preserve"> 2000–2022 </w:t>
      </w:r>
      <w:r w:rsidRPr="003E3418">
        <w:rPr>
          <w:rFonts w:ascii="Sakkal Majalla" w:hAnsi="Sakkal Majalla" w:cs="Sakkal Majalla"/>
          <w:sz w:val="24"/>
          <w:szCs w:val="24"/>
          <w:rtl/>
        </w:rPr>
        <w:t>بعد</w:t>
      </w:r>
      <w:r w:rsidRPr="003E3418">
        <w:rPr>
          <w:rFonts w:ascii="Sakkal Majalla" w:hAnsi="Sakkal Majalla" w:cs="Sakkal Majalla"/>
          <w:sz w:val="24"/>
        </w:rPr>
        <w:t xml:space="preserve"> </w:t>
      </w:r>
      <w:r w:rsidRPr="003E3418">
        <w:rPr>
          <w:rFonts w:ascii="Sakkal Majalla" w:hAnsi="Sakkal Majalla" w:cs="Sakkal Majalla"/>
          <w:sz w:val="24"/>
          <w:szCs w:val="24"/>
          <w:rtl/>
        </w:rPr>
        <w:t>التحكم</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المتغيرات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الضابطة</w:t>
      </w:r>
      <w:r w:rsidRPr="003E3418">
        <w:rPr>
          <w:rFonts w:ascii="Sakkal Majalla" w:hAnsi="Sakkal Majalla" w:cs="Sakkal Majalla"/>
          <w:sz w:val="24"/>
        </w:rPr>
        <w:t>.</w:t>
      </w:r>
    </w:p>
    <w:p w14:paraId="3FAF0CE2" w14:textId="77777777" w:rsidR="003E3418" w:rsidRPr="003E3418" w:rsidRDefault="003E3418" w:rsidP="003E3418">
      <w:pPr>
        <w:bidi/>
        <w:spacing w:before="40" w:after="120" w:line="400" w:lineRule="exact"/>
        <w:ind w:right="283"/>
        <w:rPr>
          <w:rFonts w:ascii="Sakkal Majalla" w:hAnsi="Sakkal Majalla" w:cs="Sakkal Majalla"/>
        </w:rPr>
      </w:pPr>
      <w:r w:rsidRPr="003E3418">
        <w:rPr>
          <w:rFonts w:ascii="Sakkal Majalla" w:hAnsi="Sakkal Majalla" w:cs="Sakkal Majalla"/>
          <w:b/>
          <w:sz w:val="24"/>
        </w:rPr>
        <w:t>H</w:t>
      </w:r>
      <w:r w:rsidRPr="003E3418">
        <w:rPr>
          <w:rFonts w:ascii="Times New Roman" w:hAnsi="Times New Roman" w:cs="Times New Roman"/>
          <w:b/>
          <w:sz w:val="24"/>
        </w:rPr>
        <w:t>₁</w:t>
      </w:r>
      <w:r w:rsidRPr="003E3418">
        <w:rPr>
          <w:rFonts w:ascii="Sakkal Majalla" w:hAnsi="Sakkal Majalla" w:cs="Sakkal Majalla"/>
          <w:b/>
          <w:sz w:val="24"/>
        </w:rPr>
        <w:t xml:space="preserve">: </w:t>
      </w:r>
      <w:r w:rsidRPr="003E3418">
        <w:rPr>
          <w:rFonts w:ascii="Sakkal Majalla" w:hAnsi="Sakkal Majalla" w:cs="Sakkal Majalla"/>
          <w:sz w:val="24"/>
          <w:szCs w:val="24"/>
          <w:rtl/>
        </w:rPr>
        <w:t>توجد</w:t>
      </w:r>
      <w:r w:rsidRPr="003E3418">
        <w:rPr>
          <w:rFonts w:ascii="Sakkal Majalla" w:hAnsi="Sakkal Majalla" w:cs="Sakkal Majalla"/>
          <w:sz w:val="24"/>
        </w:rPr>
        <w:t xml:space="preserve"> </w:t>
      </w:r>
      <w:r w:rsidRPr="003E3418">
        <w:rPr>
          <w:rFonts w:ascii="Sakkal Majalla" w:hAnsi="Sakkal Majalla" w:cs="Sakkal Majalla"/>
          <w:sz w:val="24"/>
          <w:szCs w:val="24"/>
          <w:rtl/>
        </w:rPr>
        <w:t>علاقة</w:t>
      </w:r>
      <w:r w:rsidRPr="003E3418">
        <w:rPr>
          <w:rFonts w:ascii="Sakkal Majalla" w:hAnsi="Sakkal Majalla" w:cs="Sakkal Majalla"/>
          <w:sz w:val="24"/>
        </w:rPr>
        <w:t xml:space="preserve"> </w:t>
      </w:r>
      <w:r w:rsidRPr="003E3418">
        <w:rPr>
          <w:rFonts w:ascii="Sakkal Majalla" w:hAnsi="Sakkal Majalla" w:cs="Sakkal Majalla"/>
          <w:sz w:val="24"/>
          <w:szCs w:val="24"/>
          <w:rtl/>
        </w:rPr>
        <w:t>سلبية</w:t>
      </w:r>
      <w:r w:rsidRPr="003E3418">
        <w:rPr>
          <w:rFonts w:ascii="Sakkal Majalla" w:hAnsi="Sakkal Majalla" w:cs="Sakkal Majalla"/>
          <w:sz w:val="24"/>
        </w:rPr>
        <w:t xml:space="preserve"> </w:t>
      </w:r>
      <w:r w:rsidRPr="003E3418">
        <w:rPr>
          <w:rFonts w:ascii="Sakkal Majalla" w:hAnsi="Sakkal Majalla" w:cs="Sakkal Majalla"/>
          <w:sz w:val="24"/>
          <w:szCs w:val="24"/>
          <w:rtl/>
        </w:rPr>
        <w:t>ذات</w:t>
      </w:r>
      <w:r w:rsidRPr="003E3418">
        <w:rPr>
          <w:rFonts w:ascii="Sakkal Majalla" w:hAnsi="Sakkal Majalla" w:cs="Sakkal Majalla"/>
          <w:sz w:val="24"/>
        </w:rPr>
        <w:t xml:space="preserve"> </w:t>
      </w:r>
      <w:r w:rsidRPr="003E3418">
        <w:rPr>
          <w:rFonts w:ascii="Sakkal Majalla" w:hAnsi="Sakkal Majalla" w:cs="Sakkal Majalla"/>
          <w:sz w:val="24"/>
          <w:szCs w:val="24"/>
          <w:rtl/>
        </w:rPr>
        <w:t>دلالة</w:t>
      </w:r>
      <w:r w:rsidRPr="003E3418">
        <w:rPr>
          <w:rFonts w:ascii="Sakkal Majalla" w:hAnsi="Sakkal Majalla" w:cs="Sakkal Majalla"/>
          <w:sz w:val="24"/>
        </w:rPr>
        <w:t xml:space="preserve"> </w:t>
      </w:r>
      <w:r w:rsidRPr="003E3418">
        <w:rPr>
          <w:rFonts w:ascii="Sakkal Majalla" w:hAnsi="Sakkal Majalla" w:cs="Sakkal Majalla"/>
          <w:sz w:val="24"/>
          <w:szCs w:val="24"/>
          <w:rtl/>
        </w:rPr>
        <w:t>إحصائية</w:t>
      </w:r>
      <w:r w:rsidRPr="003E3418">
        <w:rPr>
          <w:rFonts w:ascii="Sakkal Majalla" w:hAnsi="Sakkal Majalla" w:cs="Sakkal Majalla"/>
          <w:sz w:val="24"/>
        </w:rPr>
        <w:t xml:space="preserve"> </w:t>
      </w:r>
      <w:r w:rsidRPr="003E3418">
        <w:rPr>
          <w:rFonts w:ascii="Sakkal Majalla" w:hAnsi="Sakkal Majalla" w:cs="Sakkal Majalla"/>
          <w:sz w:val="24"/>
          <w:szCs w:val="24"/>
          <w:rtl/>
        </w:rPr>
        <w:t>عند</w:t>
      </w:r>
      <w:r w:rsidRPr="003E3418">
        <w:rPr>
          <w:rFonts w:ascii="Sakkal Majalla" w:hAnsi="Sakkal Majalla" w:cs="Sakkal Majalla"/>
          <w:sz w:val="24"/>
        </w:rPr>
        <w:t xml:space="preserve"> </w:t>
      </w:r>
      <w:r w:rsidRPr="003E3418">
        <w:rPr>
          <w:rFonts w:ascii="Sakkal Majalla" w:hAnsi="Sakkal Majalla" w:cs="Sakkal Majalla"/>
          <w:sz w:val="24"/>
          <w:szCs w:val="24"/>
          <w:rtl/>
        </w:rPr>
        <w:t>مستوى</w:t>
      </w:r>
      <w:r w:rsidRPr="003E3418">
        <w:rPr>
          <w:rFonts w:ascii="Sakkal Majalla" w:hAnsi="Sakkal Majalla" w:cs="Sakkal Majalla"/>
          <w:sz w:val="24"/>
        </w:rPr>
        <w:t xml:space="preserve"> (</w:t>
      </w:r>
      <w:r w:rsidRPr="003E3418">
        <w:rPr>
          <w:rFonts w:ascii="Cambria" w:hAnsi="Cambria" w:cs="Cambria"/>
          <w:sz w:val="24"/>
        </w:rPr>
        <w:t>α</w:t>
      </w:r>
      <w:r w:rsidRPr="003E3418">
        <w:rPr>
          <w:rFonts w:ascii="Sakkal Majalla" w:hAnsi="Sakkal Majalla" w:cs="Sakkal Majalla"/>
          <w:sz w:val="24"/>
        </w:rPr>
        <w:t xml:space="preserve"> ≤ 0.05)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مستوى</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ومعدل</w:t>
      </w:r>
      <w:r w:rsidRPr="003E3418">
        <w:rPr>
          <w:rFonts w:ascii="Sakkal Majalla" w:hAnsi="Sakkal Majalla" w:cs="Sakkal Majalla"/>
          <w:sz w:val="24"/>
        </w:rPr>
        <w:t xml:space="preserve"> </w:t>
      </w:r>
      <w:r w:rsidRPr="003E3418">
        <w:rPr>
          <w:rFonts w:ascii="Sakkal Majalla" w:hAnsi="Sakkal Majalla" w:cs="Sakkal Majalla"/>
          <w:sz w:val="24"/>
          <w:szCs w:val="24"/>
          <w:rtl/>
        </w:rPr>
        <w:t>نمو</w:t>
      </w:r>
      <w:r w:rsidRPr="003E3418">
        <w:rPr>
          <w:rFonts w:ascii="Sakkal Majalla" w:hAnsi="Sakkal Majalla" w:cs="Sakkal Majalla"/>
          <w:sz w:val="24"/>
        </w:rPr>
        <w:t xml:space="preserve"> </w:t>
      </w:r>
      <w:r w:rsidRPr="003E3418">
        <w:rPr>
          <w:rFonts w:ascii="Sakkal Majalla" w:hAnsi="Sakkal Majalla" w:cs="Sakkal Majalla"/>
          <w:sz w:val="24"/>
          <w:szCs w:val="24"/>
          <w:rtl/>
        </w:rPr>
        <w:t>نصيب</w:t>
      </w:r>
      <w:r w:rsidRPr="003E3418">
        <w:rPr>
          <w:rFonts w:ascii="Sakkal Majalla" w:hAnsi="Sakkal Majalla" w:cs="Sakkal Majalla"/>
          <w:sz w:val="24"/>
        </w:rPr>
        <w:t xml:space="preserve"> </w:t>
      </w:r>
      <w:r w:rsidRPr="003E3418">
        <w:rPr>
          <w:rFonts w:ascii="Sakkal Majalla" w:hAnsi="Sakkal Majalla" w:cs="Sakkal Majalla"/>
          <w:sz w:val="24"/>
          <w:szCs w:val="24"/>
          <w:rtl/>
        </w:rPr>
        <w:t>الفرد،</w:t>
      </w:r>
      <w:r w:rsidRPr="003E3418">
        <w:rPr>
          <w:rFonts w:ascii="Sakkal Majalla" w:hAnsi="Sakkal Majalla" w:cs="Sakkal Majalla"/>
          <w:sz w:val="24"/>
        </w:rPr>
        <w:t xml:space="preserve"> </w:t>
      </w:r>
      <w:r w:rsidRPr="003E3418">
        <w:rPr>
          <w:rFonts w:ascii="Sakkal Majalla" w:hAnsi="Sakkal Majalla" w:cs="Sakkal Majalla"/>
          <w:sz w:val="24"/>
          <w:szCs w:val="24"/>
          <w:rtl/>
        </w:rPr>
        <w:t>بمعنى</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ارتفاع</w:t>
      </w:r>
      <w:r w:rsidRPr="003E3418">
        <w:rPr>
          <w:rFonts w:ascii="Sakkal Majalla" w:hAnsi="Sakkal Majalla" w:cs="Sakkal Majalla"/>
          <w:sz w:val="24"/>
        </w:rPr>
        <w:t xml:space="preserve"> CPI (</w:t>
      </w:r>
      <w:r w:rsidRPr="003E3418">
        <w:rPr>
          <w:rFonts w:ascii="Sakkal Majalla" w:hAnsi="Sakkal Majalla" w:cs="Sakkal Majalla"/>
          <w:sz w:val="24"/>
          <w:szCs w:val="24"/>
          <w:rtl/>
        </w:rPr>
        <w:t>انخفاض</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يرتبط</w:t>
      </w:r>
      <w:r w:rsidRPr="003E3418">
        <w:rPr>
          <w:rFonts w:ascii="Sakkal Majalla" w:hAnsi="Sakkal Majalla" w:cs="Sakkal Majalla"/>
          <w:sz w:val="24"/>
        </w:rPr>
        <w:t xml:space="preserve"> </w:t>
      </w:r>
      <w:r w:rsidRPr="003E3418">
        <w:rPr>
          <w:rFonts w:ascii="Sakkal Majalla" w:hAnsi="Sakkal Majalla" w:cs="Sakkal Majalla"/>
          <w:sz w:val="24"/>
          <w:szCs w:val="24"/>
          <w:rtl/>
        </w:rPr>
        <w:t>بمعدلات</w:t>
      </w:r>
      <w:r w:rsidRPr="003E3418">
        <w:rPr>
          <w:rFonts w:ascii="Sakkal Majalla" w:hAnsi="Sakkal Majalla" w:cs="Sakkal Majalla"/>
          <w:sz w:val="24"/>
        </w:rPr>
        <w:t xml:space="preserve"> </w:t>
      </w:r>
      <w:r w:rsidRPr="003E3418">
        <w:rPr>
          <w:rFonts w:ascii="Sakkal Majalla" w:hAnsi="Sakkal Majalla" w:cs="Sakkal Majalla"/>
          <w:sz w:val="24"/>
          <w:szCs w:val="24"/>
          <w:rtl/>
        </w:rPr>
        <w:t>نمو</w:t>
      </w:r>
      <w:r w:rsidRPr="003E3418">
        <w:rPr>
          <w:rFonts w:ascii="Sakkal Majalla" w:hAnsi="Sakkal Majalla" w:cs="Sakkal Majalla"/>
          <w:sz w:val="24"/>
        </w:rPr>
        <w:t xml:space="preserve"> </w:t>
      </w:r>
      <w:r w:rsidRPr="003E3418">
        <w:rPr>
          <w:rFonts w:ascii="Sakkal Majalla" w:hAnsi="Sakkal Majalla" w:cs="Sakkal Majalla"/>
          <w:sz w:val="24"/>
          <w:szCs w:val="24"/>
          <w:rtl/>
        </w:rPr>
        <w:t>أعلى</w:t>
      </w:r>
      <w:r w:rsidRPr="003E3418">
        <w:rPr>
          <w:rFonts w:ascii="Sakkal Majalla" w:hAnsi="Sakkal Majalla" w:cs="Sakkal Majalla"/>
          <w:sz w:val="24"/>
        </w:rPr>
        <w:t>.</w:t>
      </w:r>
    </w:p>
    <w:p w14:paraId="398E2360" w14:textId="77777777" w:rsidR="003E3418" w:rsidRPr="003E3418" w:rsidRDefault="003E3418" w:rsidP="003E3418">
      <w:pPr>
        <w:spacing w:before="80" w:after="80"/>
        <w:rPr>
          <w:rFonts w:ascii="Sakkal Majalla" w:hAnsi="Sakkal Majalla" w:cs="Sakkal Majalla"/>
        </w:rPr>
      </w:pPr>
    </w:p>
    <w:p w14:paraId="1CEFFB95"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الفرضية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الفرعية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الثانية</w:t>
      </w:r>
      <w:r w:rsidRPr="003E3418">
        <w:rPr>
          <w:rFonts w:ascii="Sakkal Majalla" w:hAnsi="Sakkal Majalla" w:cs="Sakkal Majalla"/>
          <w:b/>
          <w:sz w:val="26"/>
        </w:rPr>
        <w:t xml:space="preserve"> — </w:t>
      </w:r>
      <w:r w:rsidRPr="003E3418">
        <w:rPr>
          <w:rFonts w:ascii="Sakkal Majalla" w:hAnsi="Sakkal Majalla" w:cs="Sakkal Majalla"/>
          <w:b/>
          <w:bCs/>
          <w:sz w:val="26"/>
          <w:szCs w:val="26"/>
          <w:rtl/>
        </w:rPr>
        <w:t>الفساد</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والإنفاق</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الاجتماعي</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والفقر</w:t>
      </w:r>
    </w:p>
    <w:p w14:paraId="3D935793"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تستند</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نظريتَي</w:t>
      </w:r>
      <w:r w:rsidRPr="003E3418">
        <w:rPr>
          <w:rFonts w:ascii="Sakkal Majalla" w:hAnsi="Sakkal Majalla" w:cs="Sakkal Majalla"/>
          <w:sz w:val="24"/>
        </w:rPr>
        <w:t xml:space="preserve"> </w:t>
      </w:r>
      <w:r w:rsidRPr="003E3418">
        <w:rPr>
          <w:rFonts w:ascii="Sakkal Majalla" w:hAnsi="Sakkal Majalla" w:cs="Sakkal Majalla"/>
          <w:sz w:val="24"/>
          <w:szCs w:val="24"/>
          <w:rtl/>
        </w:rPr>
        <w:t>رأس</w:t>
      </w:r>
      <w:r w:rsidRPr="003E3418">
        <w:rPr>
          <w:rFonts w:ascii="Sakkal Majalla" w:hAnsi="Sakkal Majalla" w:cs="Sakkal Majalla"/>
          <w:sz w:val="24"/>
        </w:rPr>
        <w:t xml:space="preserve"> </w:t>
      </w:r>
      <w:r w:rsidRPr="003E3418">
        <w:rPr>
          <w:rFonts w:ascii="Sakkal Majalla" w:hAnsi="Sakkal Majalla" w:cs="Sakkal Majalla"/>
          <w:sz w:val="24"/>
          <w:szCs w:val="24"/>
          <w:rtl/>
        </w:rPr>
        <w:t>المال</w:t>
      </w:r>
      <w:r w:rsidRPr="003E3418">
        <w:rPr>
          <w:rFonts w:ascii="Sakkal Majalla" w:hAnsi="Sakkal Majalla" w:cs="Sakkal Majalla"/>
          <w:sz w:val="24"/>
        </w:rPr>
        <w:t xml:space="preserve"> </w:t>
      </w:r>
      <w:r w:rsidRPr="003E3418">
        <w:rPr>
          <w:rFonts w:ascii="Sakkal Majalla" w:hAnsi="Sakkal Majalla" w:cs="Sakkal Majalla"/>
          <w:sz w:val="24"/>
          <w:szCs w:val="24"/>
          <w:rtl/>
        </w:rPr>
        <w:t>البشري</w:t>
      </w:r>
      <w:r w:rsidRPr="003E3418">
        <w:rPr>
          <w:rFonts w:ascii="Sakkal Majalla" w:hAnsi="Sakkal Majalla" w:cs="Sakkal Majalla"/>
          <w:sz w:val="24"/>
        </w:rPr>
        <w:t xml:space="preserve"> (Becker, 1964) </w:t>
      </w:r>
      <w:r w:rsidRPr="003E3418">
        <w:rPr>
          <w:rFonts w:ascii="Sakkal Majalla" w:hAnsi="Sakkal Majalla" w:cs="Sakkal Majalla"/>
          <w:sz w:val="24"/>
          <w:szCs w:val="24"/>
          <w:rtl/>
        </w:rPr>
        <w:t>والتوزيع</w:t>
      </w:r>
      <w:r w:rsidRPr="003E3418">
        <w:rPr>
          <w:rFonts w:ascii="Sakkal Majalla" w:hAnsi="Sakkal Majalla" w:cs="Sakkal Majalla"/>
          <w:sz w:val="24"/>
        </w:rPr>
        <w:t xml:space="preserve"> </w:t>
      </w:r>
      <w:r w:rsidRPr="003E3418">
        <w:rPr>
          <w:rFonts w:ascii="Sakkal Majalla" w:hAnsi="Sakkal Majalla" w:cs="Sakkal Majalla"/>
          <w:sz w:val="24"/>
          <w:szCs w:val="24"/>
          <w:rtl/>
        </w:rPr>
        <w:t>وعدم</w:t>
      </w:r>
      <w:r w:rsidRPr="003E3418">
        <w:rPr>
          <w:rFonts w:ascii="Sakkal Majalla" w:hAnsi="Sakkal Majalla" w:cs="Sakkal Majalla"/>
          <w:sz w:val="24"/>
        </w:rPr>
        <w:t xml:space="preserve"> </w:t>
      </w:r>
      <w:r w:rsidRPr="003E3418">
        <w:rPr>
          <w:rFonts w:ascii="Sakkal Majalla" w:hAnsi="Sakkal Majalla" w:cs="Sakkal Majalla"/>
          <w:sz w:val="24"/>
          <w:szCs w:val="24"/>
          <w:rtl/>
        </w:rPr>
        <w:t>المساواة</w:t>
      </w:r>
      <w:r w:rsidRPr="003E3418">
        <w:rPr>
          <w:rFonts w:ascii="Sakkal Majalla" w:hAnsi="Sakkal Majalla" w:cs="Sakkal Majalla"/>
          <w:sz w:val="24"/>
        </w:rPr>
        <w:t xml:space="preserve"> (Gupta et al., 2002):</w:t>
      </w:r>
    </w:p>
    <w:p w14:paraId="58937113" w14:textId="77777777" w:rsidR="003E3418" w:rsidRPr="003E3418" w:rsidRDefault="003E3418" w:rsidP="003E3418">
      <w:pPr>
        <w:bidi/>
        <w:spacing w:before="60" w:after="40" w:line="400" w:lineRule="exact"/>
        <w:ind w:right="283"/>
        <w:rPr>
          <w:rFonts w:ascii="Sakkal Majalla" w:hAnsi="Sakkal Majalla" w:cs="Sakkal Majalla"/>
        </w:rPr>
      </w:pPr>
      <w:r w:rsidRPr="003E3418">
        <w:rPr>
          <w:rFonts w:ascii="Sakkal Majalla" w:hAnsi="Sakkal Majalla" w:cs="Sakkal Majalla"/>
          <w:b/>
          <w:sz w:val="24"/>
        </w:rPr>
        <w:t>H</w:t>
      </w:r>
      <w:r w:rsidRPr="003E3418">
        <w:rPr>
          <w:rFonts w:ascii="Times New Roman" w:hAnsi="Times New Roman" w:cs="Times New Roman"/>
          <w:b/>
          <w:sz w:val="24"/>
        </w:rPr>
        <w:t>₀₂</w:t>
      </w:r>
      <w:r w:rsidRPr="003E3418">
        <w:rPr>
          <w:rFonts w:ascii="Sakkal Majalla" w:hAnsi="Sakkal Majalla" w:cs="Sakkal Majalla"/>
          <w:b/>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يؤثر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سلباً</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حصة</w:t>
      </w:r>
      <w:r w:rsidRPr="003E3418">
        <w:rPr>
          <w:rFonts w:ascii="Sakkal Majalla" w:hAnsi="Sakkal Majalla" w:cs="Sakkal Majalla"/>
          <w:sz w:val="24"/>
        </w:rPr>
        <w:t xml:space="preserve"> </w:t>
      </w:r>
      <w:r w:rsidRPr="003E3418">
        <w:rPr>
          <w:rFonts w:ascii="Sakkal Majalla" w:hAnsi="Sakkal Majalla" w:cs="Sakkal Majalla"/>
          <w:sz w:val="24"/>
          <w:szCs w:val="24"/>
          <w:rtl/>
        </w:rPr>
        <w:t>الإنفاق</w:t>
      </w:r>
      <w:r w:rsidRPr="003E3418">
        <w:rPr>
          <w:rFonts w:ascii="Sakkal Majalla" w:hAnsi="Sakkal Majalla" w:cs="Sakkal Majalla"/>
          <w:sz w:val="24"/>
        </w:rPr>
        <w:t xml:space="preserve"> </w:t>
      </w:r>
      <w:r w:rsidRPr="003E3418">
        <w:rPr>
          <w:rFonts w:ascii="Sakkal Majalla" w:hAnsi="Sakkal Majalla" w:cs="Sakkal Majalla"/>
          <w:sz w:val="24"/>
          <w:szCs w:val="24"/>
          <w:rtl/>
        </w:rPr>
        <w:t>الحكومي</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الصحة</w:t>
      </w:r>
      <w:r w:rsidRPr="003E3418">
        <w:rPr>
          <w:rFonts w:ascii="Sakkal Majalla" w:hAnsi="Sakkal Majalla" w:cs="Sakkal Majalla"/>
          <w:sz w:val="24"/>
        </w:rPr>
        <w:t xml:space="preserve"> </w:t>
      </w:r>
      <w:r w:rsidRPr="003E3418">
        <w:rPr>
          <w:rFonts w:ascii="Sakkal Majalla" w:hAnsi="Sakkal Majalla" w:cs="Sakkal Majalla"/>
          <w:sz w:val="24"/>
          <w:szCs w:val="24"/>
          <w:rtl/>
        </w:rPr>
        <w:t>والتعليم،</w:t>
      </w:r>
      <w:r w:rsidRPr="003E3418">
        <w:rPr>
          <w:rFonts w:ascii="Sakkal Majalla" w:hAnsi="Sakkal Majalla" w:cs="Sakkal Majalla"/>
          <w:sz w:val="24"/>
        </w:rPr>
        <w:t xml:space="preserve"> </w:t>
      </w:r>
      <w:r w:rsidRPr="003E3418">
        <w:rPr>
          <w:rFonts w:ascii="Sakkal Majalla" w:hAnsi="Sakkal Majalla" w:cs="Sakkal Majalla"/>
          <w:sz w:val="24"/>
          <w:szCs w:val="24"/>
          <w:rtl/>
        </w:rPr>
        <w:t>ولا</w:t>
      </w:r>
      <w:r w:rsidRPr="003E3418">
        <w:rPr>
          <w:rFonts w:ascii="Sakkal Majalla" w:hAnsi="Sakkal Majalla" w:cs="Sakkal Majalla"/>
          <w:sz w:val="24"/>
        </w:rPr>
        <w:t xml:space="preserve"> </w:t>
      </w:r>
      <w:r w:rsidRPr="003E3418">
        <w:rPr>
          <w:rFonts w:ascii="Sakkal Majalla" w:hAnsi="Sakkal Majalla" w:cs="Sakkal Majalla"/>
          <w:sz w:val="24"/>
          <w:szCs w:val="24"/>
          <w:rtl/>
        </w:rPr>
        <w:t>توجد</w:t>
      </w:r>
      <w:r w:rsidRPr="003E3418">
        <w:rPr>
          <w:rFonts w:ascii="Sakkal Majalla" w:hAnsi="Sakkal Majalla" w:cs="Sakkal Majalla"/>
          <w:sz w:val="24"/>
        </w:rPr>
        <w:t xml:space="preserve"> </w:t>
      </w:r>
      <w:r w:rsidRPr="003E3418">
        <w:rPr>
          <w:rFonts w:ascii="Sakkal Majalla" w:hAnsi="Sakkal Majalla" w:cs="Sakkal Majalla"/>
          <w:sz w:val="24"/>
          <w:szCs w:val="24"/>
          <w:rtl/>
        </w:rPr>
        <w:t>علاقة</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مباشرة</w:t>
      </w:r>
      <w:r w:rsidRPr="003E3418">
        <w:rPr>
          <w:rFonts w:ascii="Sakkal Majalla" w:hAnsi="Sakkal Majalla" w:cs="Sakkal Majalla"/>
          <w:sz w:val="24"/>
        </w:rPr>
        <w:t xml:space="preserve"> </w:t>
      </w:r>
      <w:r w:rsidRPr="003E3418">
        <w:rPr>
          <w:rFonts w:ascii="Sakkal Majalla" w:hAnsi="Sakkal Majalla" w:cs="Sakkal Majalla"/>
          <w:sz w:val="24"/>
          <w:szCs w:val="24"/>
          <w:rtl/>
        </w:rPr>
        <w:t>دالة</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المتعدد</w:t>
      </w:r>
      <w:r w:rsidRPr="003E3418">
        <w:rPr>
          <w:rFonts w:ascii="Sakkal Majalla" w:hAnsi="Sakkal Majalla" w:cs="Sakkal Majalla"/>
          <w:sz w:val="24"/>
        </w:rPr>
        <w:t xml:space="preserve"> </w:t>
      </w:r>
      <w:r w:rsidRPr="003E3418">
        <w:rPr>
          <w:rFonts w:ascii="Sakkal Majalla" w:hAnsi="Sakkal Majalla" w:cs="Sakkal Majalla"/>
          <w:sz w:val="24"/>
          <w:szCs w:val="24"/>
          <w:rtl/>
        </w:rPr>
        <w:t>الأبعاد</w:t>
      </w:r>
      <w:r w:rsidRPr="003E3418">
        <w:rPr>
          <w:rFonts w:ascii="Sakkal Majalla" w:hAnsi="Sakkal Majalla" w:cs="Sakkal Majalla"/>
          <w:sz w:val="24"/>
        </w:rPr>
        <w:t>.</w:t>
      </w:r>
    </w:p>
    <w:p w14:paraId="2B65DB77" w14:textId="77777777" w:rsidR="003E3418" w:rsidRPr="003E3418" w:rsidRDefault="003E3418" w:rsidP="003E3418">
      <w:pPr>
        <w:bidi/>
        <w:spacing w:before="40" w:after="120" w:line="400" w:lineRule="exact"/>
        <w:ind w:right="283"/>
        <w:rPr>
          <w:rFonts w:ascii="Sakkal Majalla" w:hAnsi="Sakkal Majalla" w:cs="Sakkal Majalla"/>
        </w:rPr>
      </w:pPr>
      <w:r w:rsidRPr="003E3418">
        <w:rPr>
          <w:rFonts w:ascii="Sakkal Majalla" w:hAnsi="Sakkal Majalla" w:cs="Sakkal Majalla"/>
          <w:b/>
          <w:sz w:val="24"/>
        </w:rPr>
        <w:lastRenderedPageBreak/>
        <w:t>H</w:t>
      </w:r>
      <w:r w:rsidRPr="003E3418">
        <w:rPr>
          <w:rFonts w:ascii="Times New Roman" w:hAnsi="Times New Roman" w:cs="Times New Roman"/>
          <w:b/>
          <w:sz w:val="24"/>
        </w:rPr>
        <w:t>₂</w:t>
      </w:r>
      <w:r w:rsidRPr="003E3418">
        <w:rPr>
          <w:rFonts w:ascii="Sakkal Majalla" w:hAnsi="Sakkal Majalla" w:cs="Sakkal Majalla"/>
          <w:b/>
          <w:sz w:val="24"/>
        </w:rPr>
        <w:t xml:space="preserve">: </w:t>
      </w:r>
      <w:r w:rsidRPr="003E3418">
        <w:rPr>
          <w:rFonts w:ascii="Sakkal Majalla" w:hAnsi="Sakkal Majalla" w:cs="Sakkal Majalla"/>
          <w:sz w:val="24"/>
          <w:szCs w:val="24"/>
          <w:rtl/>
        </w:rPr>
        <w:t>يُقلّص</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حصة</w:t>
      </w:r>
      <w:r w:rsidRPr="003E3418">
        <w:rPr>
          <w:rFonts w:ascii="Sakkal Majalla" w:hAnsi="Sakkal Majalla" w:cs="Sakkal Majalla"/>
          <w:sz w:val="24"/>
        </w:rPr>
        <w:t xml:space="preserve"> </w:t>
      </w:r>
      <w:r w:rsidRPr="003E3418">
        <w:rPr>
          <w:rFonts w:ascii="Sakkal Majalla" w:hAnsi="Sakkal Majalla" w:cs="Sakkal Majalla"/>
          <w:sz w:val="24"/>
          <w:szCs w:val="24"/>
          <w:rtl/>
        </w:rPr>
        <w:t>الإنفاق</w:t>
      </w:r>
      <w:r w:rsidRPr="003E3418">
        <w:rPr>
          <w:rFonts w:ascii="Sakkal Majalla" w:hAnsi="Sakkal Majalla" w:cs="Sakkal Majalla"/>
          <w:sz w:val="24"/>
        </w:rPr>
        <w:t xml:space="preserve"> </w:t>
      </w:r>
      <w:r w:rsidRPr="003E3418">
        <w:rPr>
          <w:rFonts w:ascii="Sakkal Majalla" w:hAnsi="Sakkal Majalla" w:cs="Sakkal Majalla"/>
          <w:sz w:val="24"/>
          <w:szCs w:val="24"/>
          <w:rtl/>
        </w:rPr>
        <w:t>الحكومي</w:t>
      </w:r>
      <w:r w:rsidRPr="003E3418">
        <w:rPr>
          <w:rFonts w:ascii="Sakkal Majalla" w:hAnsi="Sakkal Majalla" w:cs="Sakkal Majalla"/>
          <w:sz w:val="24"/>
        </w:rPr>
        <w:t xml:space="preserve"> </w:t>
      </w:r>
      <w:r w:rsidRPr="003E3418">
        <w:rPr>
          <w:rFonts w:ascii="Sakkal Majalla" w:hAnsi="Sakkal Majalla" w:cs="Sakkal Majalla"/>
          <w:sz w:val="24"/>
          <w:szCs w:val="24"/>
          <w:rtl/>
        </w:rPr>
        <w:t>الفعّال</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الصحة</w:t>
      </w:r>
      <w:r w:rsidRPr="003E3418">
        <w:rPr>
          <w:rFonts w:ascii="Sakkal Majalla" w:hAnsi="Sakkal Majalla" w:cs="Sakkal Majalla"/>
          <w:sz w:val="24"/>
        </w:rPr>
        <w:t xml:space="preserve"> </w:t>
      </w:r>
      <w:r w:rsidRPr="003E3418">
        <w:rPr>
          <w:rFonts w:ascii="Sakkal Majalla" w:hAnsi="Sakkal Majalla" w:cs="Sakkal Majalla"/>
          <w:sz w:val="24"/>
          <w:szCs w:val="24"/>
          <w:rtl/>
        </w:rPr>
        <w:t>والتعليم،</w:t>
      </w:r>
      <w:r w:rsidRPr="003E3418">
        <w:rPr>
          <w:rFonts w:ascii="Sakkal Majalla" w:hAnsi="Sakkal Majalla" w:cs="Sakkal Majalla"/>
          <w:sz w:val="24"/>
        </w:rPr>
        <w:t xml:space="preserve"> </w:t>
      </w:r>
      <w:r w:rsidRPr="003E3418">
        <w:rPr>
          <w:rFonts w:ascii="Sakkal Majalla" w:hAnsi="Sakkal Majalla" w:cs="Sakkal Majalla"/>
          <w:sz w:val="24"/>
          <w:szCs w:val="24"/>
          <w:rtl/>
        </w:rPr>
        <w:t>مما</w:t>
      </w:r>
      <w:r w:rsidRPr="003E3418">
        <w:rPr>
          <w:rFonts w:ascii="Sakkal Majalla" w:hAnsi="Sakkal Majalla" w:cs="Sakkal Majalla"/>
          <w:sz w:val="24"/>
        </w:rPr>
        <w:t xml:space="preserve"> </w:t>
      </w:r>
      <w:r w:rsidRPr="003E3418">
        <w:rPr>
          <w:rFonts w:ascii="Sakkal Majalla" w:hAnsi="Sakkal Majalla" w:cs="Sakkal Majalla"/>
          <w:sz w:val="24"/>
          <w:szCs w:val="24"/>
          <w:rtl/>
        </w:rPr>
        <w:t>ينعكس</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ارتفاع</w:t>
      </w:r>
      <w:r w:rsidRPr="003E3418">
        <w:rPr>
          <w:rFonts w:ascii="Sakkal Majalla" w:hAnsi="Sakkal Majalla" w:cs="Sakkal Majalla"/>
          <w:sz w:val="24"/>
        </w:rPr>
        <w:t xml:space="preserve"> </w:t>
      </w:r>
      <w:r w:rsidRPr="003E3418">
        <w:rPr>
          <w:rFonts w:ascii="Sakkal Majalla" w:hAnsi="Sakkal Majalla" w:cs="Sakkal Majalla"/>
          <w:sz w:val="24"/>
          <w:szCs w:val="24"/>
          <w:rtl/>
        </w:rPr>
        <w:t>دال</w:t>
      </w:r>
      <w:r w:rsidRPr="003E3418">
        <w:rPr>
          <w:rFonts w:ascii="Sakkal Majalla" w:hAnsi="Sakkal Majalla" w:cs="Sakkal Majalla"/>
          <w:sz w:val="24"/>
        </w:rPr>
        <w:t xml:space="preserve"> </w:t>
      </w:r>
      <w:r w:rsidRPr="003E3418">
        <w:rPr>
          <w:rFonts w:ascii="Sakkal Majalla" w:hAnsi="Sakkal Majalla" w:cs="Sakkal Majalla"/>
          <w:sz w:val="24"/>
          <w:szCs w:val="24"/>
          <w:rtl/>
        </w:rPr>
        <w:t>إحصائياً</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المتعدد</w:t>
      </w:r>
      <w:r w:rsidRPr="003E3418">
        <w:rPr>
          <w:rFonts w:ascii="Sakkal Majalla" w:hAnsi="Sakkal Majalla" w:cs="Sakkal Majalla"/>
          <w:sz w:val="24"/>
        </w:rPr>
        <w:t xml:space="preserve"> </w:t>
      </w:r>
      <w:r w:rsidRPr="003E3418">
        <w:rPr>
          <w:rFonts w:ascii="Sakkal Majalla" w:hAnsi="Sakkal Majalla" w:cs="Sakkal Majalla"/>
          <w:sz w:val="24"/>
          <w:szCs w:val="24"/>
          <w:rtl/>
        </w:rPr>
        <w:t>الأبعاد</w:t>
      </w:r>
      <w:r w:rsidRPr="003E3418">
        <w:rPr>
          <w:rFonts w:ascii="Sakkal Majalla" w:hAnsi="Sakkal Majalla" w:cs="Sakkal Majalla"/>
          <w:sz w:val="24"/>
        </w:rPr>
        <w:t>.</w:t>
      </w:r>
    </w:p>
    <w:p w14:paraId="7DA13DD7" w14:textId="77777777" w:rsidR="003E3418" w:rsidRPr="003E3418" w:rsidRDefault="003E3418" w:rsidP="003E3418">
      <w:pPr>
        <w:spacing w:before="80" w:after="80"/>
        <w:rPr>
          <w:rFonts w:ascii="Sakkal Majalla" w:hAnsi="Sakkal Majalla" w:cs="Sakkal Majalla"/>
        </w:rPr>
      </w:pPr>
    </w:p>
    <w:p w14:paraId="2DCE6A9A"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الفرضية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الفرعية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الثالثة</w:t>
      </w:r>
      <w:r w:rsidRPr="003E3418">
        <w:rPr>
          <w:rFonts w:ascii="Sakkal Majalla" w:hAnsi="Sakkal Majalla" w:cs="Sakkal Majalla"/>
          <w:b/>
          <w:sz w:val="26"/>
        </w:rPr>
        <w:t xml:space="preserve"> — </w:t>
      </w:r>
      <w:r w:rsidRPr="003E3418">
        <w:rPr>
          <w:rFonts w:ascii="Sakkal Majalla" w:hAnsi="Sakkal Majalla" w:cs="Sakkal Majalla"/>
          <w:b/>
          <w:bCs/>
          <w:sz w:val="26"/>
          <w:szCs w:val="26"/>
          <w:rtl/>
        </w:rPr>
        <w:t>طبيعة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الوساطة</w:t>
      </w:r>
    </w:p>
    <w:p w14:paraId="62DC5568"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تُجيب</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السؤال</w:t>
      </w:r>
      <w:r w:rsidRPr="003E3418">
        <w:rPr>
          <w:rFonts w:ascii="Sakkal Majalla" w:hAnsi="Sakkal Majalla" w:cs="Sakkal Majalla"/>
          <w:sz w:val="24"/>
        </w:rPr>
        <w:t xml:space="preserve"> </w:t>
      </w:r>
      <w:r w:rsidRPr="003E3418">
        <w:rPr>
          <w:rFonts w:ascii="Sakkal Majalla" w:hAnsi="Sakkal Majalla" w:cs="Sakkal Majalla"/>
          <w:sz w:val="24"/>
          <w:szCs w:val="24"/>
          <w:rtl/>
        </w:rPr>
        <w:t>الجوهري</w:t>
      </w:r>
      <w:r w:rsidRPr="003E3418">
        <w:rPr>
          <w:rFonts w:ascii="Sakkal Majalla" w:hAnsi="Sakkal Majalla" w:cs="Sakkal Majalla"/>
          <w:sz w:val="24"/>
        </w:rPr>
        <w:t xml:space="preserve">: </w:t>
      </w:r>
      <w:r w:rsidRPr="003E3418">
        <w:rPr>
          <w:rFonts w:ascii="Sakkal Majalla" w:hAnsi="Sakkal Majalla" w:cs="Sakkal Majalla"/>
          <w:sz w:val="24"/>
          <w:szCs w:val="24"/>
          <w:rtl/>
        </w:rPr>
        <w:t>هل</w:t>
      </w:r>
      <w:r w:rsidRPr="003E3418">
        <w:rPr>
          <w:rFonts w:ascii="Sakkal Majalla" w:hAnsi="Sakkal Majalla" w:cs="Sakkal Majalla"/>
          <w:sz w:val="24"/>
        </w:rPr>
        <w:t xml:space="preserve"> </w:t>
      </w:r>
      <w:r w:rsidRPr="003E3418">
        <w:rPr>
          <w:rFonts w:ascii="Sakkal Majalla" w:hAnsi="Sakkal Majalla" w:cs="Sakkal Majalla"/>
          <w:sz w:val="24"/>
          <w:szCs w:val="24"/>
          <w:rtl/>
        </w:rPr>
        <w:t>يكفي</w:t>
      </w:r>
      <w:r w:rsidRPr="003E3418">
        <w:rPr>
          <w:rFonts w:ascii="Sakkal Majalla" w:hAnsi="Sakkal Majalla" w:cs="Sakkal Majalla"/>
          <w:sz w:val="24"/>
        </w:rPr>
        <w:t xml:space="preserve"> </w:t>
      </w:r>
      <w:r w:rsidRPr="003E3418">
        <w:rPr>
          <w:rFonts w:ascii="Sakkal Majalla" w:hAnsi="Sakkal Majalla" w:cs="Sakkal Majalla"/>
          <w:sz w:val="24"/>
          <w:szCs w:val="24"/>
          <w:rtl/>
        </w:rPr>
        <w:t>تحسّن</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لتقليص</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أم</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أثراً</w:t>
      </w:r>
      <w:r w:rsidRPr="003E3418">
        <w:rPr>
          <w:rFonts w:ascii="Sakkal Majalla" w:hAnsi="Sakkal Majalla" w:cs="Sakkal Majalla"/>
          <w:sz w:val="24"/>
        </w:rPr>
        <w:t xml:space="preserve"> </w:t>
      </w:r>
      <w:r w:rsidRPr="003E3418">
        <w:rPr>
          <w:rFonts w:ascii="Sakkal Majalla" w:hAnsi="Sakkal Majalla" w:cs="Sakkal Majalla"/>
          <w:sz w:val="24"/>
          <w:szCs w:val="24"/>
          <w:rtl/>
        </w:rPr>
        <w:t>مستقلاً؟</w:t>
      </w:r>
    </w:p>
    <w:p w14:paraId="39C57137" w14:textId="77777777" w:rsidR="003E3418" w:rsidRPr="003E3418" w:rsidRDefault="003E3418" w:rsidP="003E3418">
      <w:pPr>
        <w:bidi/>
        <w:spacing w:before="60" w:after="40" w:line="400" w:lineRule="exact"/>
        <w:ind w:right="283"/>
        <w:rPr>
          <w:rFonts w:ascii="Sakkal Majalla" w:hAnsi="Sakkal Majalla" w:cs="Sakkal Majalla"/>
        </w:rPr>
      </w:pPr>
      <w:r w:rsidRPr="003E3418">
        <w:rPr>
          <w:rFonts w:ascii="Sakkal Majalla" w:hAnsi="Sakkal Majalla" w:cs="Sakkal Majalla"/>
          <w:b/>
          <w:sz w:val="24"/>
        </w:rPr>
        <w:t>H</w:t>
      </w:r>
      <w:r w:rsidRPr="003E3418">
        <w:rPr>
          <w:rFonts w:ascii="Times New Roman" w:hAnsi="Times New Roman" w:cs="Times New Roman"/>
          <w:b/>
          <w:sz w:val="24"/>
        </w:rPr>
        <w:t>₀₃</w:t>
      </w:r>
      <w:r w:rsidRPr="003E3418">
        <w:rPr>
          <w:rFonts w:ascii="Sakkal Majalla" w:hAnsi="Sakkal Majalla" w:cs="Sakkal Majalla"/>
          <w:b/>
          <w:sz w:val="24"/>
        </w:rPr>
        <w:t xml:space="preserve">: </w:t>
      </w:r>
      <w:r w:rsidRPr="003E3418">
        <w:rPr>
          <w:rFonts w:ascii="Sakkal Majalla" w:hAnsi="Sakkal Majalla" w:cs="Sakkal Majalla"/>
          <w:sz w:val="24"/>
          <w:szCs w:val="24"/>
          <w:rtl/>
        </w:rPr>
        <w:t>يتوسط</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توسطاً</w:t>
      </w:r>
      <w:r w:rsidRPr="003E3418">
        <w:rPr>
          <w:rFonts w:ascii="Sakkal Majalla" w:hAnsi="Sakkal Majalla" w:cs="Sakkal Majalla"/>
          <w:sz w:val="24"/>
        </w:rPr>
        <w:t xml:space="preserve"> </w:t>
      </w:r>
      <w:r w:rsidRPr="003E3418">
        <w:rPr>
          <w:rFonts w:ascii="Sakkal Majalla" w:hAnsi="Sakkal Majalla" w:cs="Sakkal Majalla"/>
          <w:sz w:val="24"/>
          <w:szCs w:val="24"/>
          <w:rtl/>
        </w:rPr>
        <w:t>كلياً</w:t>
      </w:r>
      <w:r w:rsidRPr="003E3418">
        <w:rPr>
          <w:rFonts w:ascii="Sakkal Majalla" w:hAnsi="Sakkal Majalla" w:cs="Sakkal Majalla"/>
          <w:sz w:val="24"/>
        </w:rPr>
        <w:t xml:space="preserve"> </w:t>
      </w:r>
      <w:r w:rsidRPr="003E3418">
        <w:rPr>
          <w:rFonts w:ascii="Sakkal Majalla" w:hAnsi="Sakkal Majalla" w:cs="Sakkal Majalla"/>
          <w:sz w:val="24"/>
          <w:szCs w:val="24"/>
          <w:rtl/>
        </w:rPr>
        <w:t>العلاقة</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أي</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يوجد</w:t>
      </w:r>
      <w:r w:rsidRPr="003E3418">
        <w:rPr>
          <w:rFonts w:ascii="Sakkal Majalla" w:hAnsi="Sakkal Majalla" w:cs="Sakkal Majalla"/>
          <w:sz w:val="24"/>
        </w:rPr>
        <w:t xml:space="preserve"> </w:t>
      </w:r>
      <w:r w:rsidRPr="003E3418">
        <w:rPr>
          <w:rFonts w:ascii="Sakkal Majalla" w:hAnsi="Sakkal Majalla" w:cs="Sakkal Majalla"/>
          <w:sz w:val="24"/>
          <w:szCs w:val="24"/>
          <w:rtl/>
        </w:rPr>
        <w:t>أثر</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ودال</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بعد</w:t>
      </w:r>
      <w:r w:rsidRPr="003E3418">
        <w:rPr>
          <w:rFonts w:ascii="Sakkal Majalla" w:hAnsi="Sakkal Majalla" w:cs="Sakkal Majalla"/>
          <w:sz w:val="24"/>
        </w:rPr>
        <w:t xml:space="preserve"> </w:t>
      </w:r>
      <w:r w:rsidRPr="003E3418">
        <w:rPr>
          <w:rFonts w:ascii="Sakkal Majalla" w:hAnsi="Sakkal Majalla" w:cs="Sakkal Majalla"/>
          <w:sz w:val="24"/>
          <w:szCs w:val="24"/>
          <w:rtl/>
        </w:rPr>
        <w:t>التحكم</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w:t>
      </w:r>
    </w:p>
    <w:p w14:paraId="66951D2D" w14:textId="77777777" w:rsidR="003E3418" w:rsidRPr="003E3418" w:rsidRDefault="003E3418" w:rsidP="003E3418">
      <w:pPr>
        <w:bidi/>
        <w:spacing w:before="40" w:after="120" w:line="400" w:lineRule="exact"/>
        <w:ind w:right="283"/>
        <w:rPr>
          <w:rFonts w:ascii="Sakkal Majalla" w:hAnsi="Sakkal Majalla" w:cs="Sakkal Majalla"/>
        </w:rPr>
      </w:pPr>
      <w:r w:rsidRPr="003E3418">
        <w:rPr>
          <w:rFonts w:ascii="Sakkal Majalla" w:hAnsi="Sakkal Majalla" w:cs="Sakkal Majalla"/>
          <w:b/>
          <w:sz w:val="24"/>
        </w:rPr>
        <w:t>H</w:t>
      </w:r>
      <w:r w:rsidRPr="003E3418">
        <w:rPr>
          <w:rFonts w:ascii="Times New Roman" w:hAnsi="Times New Roman" w:cs="Times New Roman"/>
          <w:b/>
          <w:sz w:val="24"/>
        </w:rPr>
        <w:t>₃</w:t>
      </w:r>
      <w:r w:rsidRPr="003E3418">
        <w:rPr>
          <w:rFonts w:ascii="Sakkal Majalla" w:hAnsi="Sakkal Majalla" w:cs="Sakkal Majalla"/>
          <w:b/>
          <w:sz w:val="24"/>
        </w:rPr>
        <w:t xml:space="preserve">: </w:t>
      </w:r>
      <w:r w:rsidRPr="003E3418">
        <w:rPr>
          <w:rFonts w:ascii="Sakkal Majalla" w:hAnsi="Sakkal Majalla" w:cs="Sakkal Majalla"/>
          <w:sz w:val="24"/>
          <w:szCs w:val="24"/>
          <w:rtl/>
        </w:rPr>
        <w:t>يتوسط</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توسطاً</w:t>
      </w:r>
      <w:r w:rsidRPr="003E3418">
        <w:rPr>
          <w:rFonts w:ascii="Sakkal Majalla" w:hAnsi="Sakkal Majalla" w:cs="Sakkal Majalla"/>
          <w:sz w:val="24"/>
        </w:rPr>
        <w:t xml:space="preserve"> </w:t>
      </w:r>
      <w:r w:rsidRPr="003E3418">
        <w:rPr>
          <w:rFonts w:ascii="Sakkal Majalla" w:hAnsi="Sakkal Majalla" w:cs="Sakkal Majalla"/>
          <w:sz w:val="24"/>
          <w:szCs w:val="24"/>
          <w:rtl/>
        </w:rPr>
        <w:t>جزئياً</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كلياً،</w:t>
      </w:r>
      <w:r w:rsidRPr="003E3418">
        <w:rPr>
          <w:rFonts w:ascii="Sakkal Majalla" w:hAnsi="Sakkal Majalla" w:cs="Sakkal Majalla"/>
          <w:sz w:val="24"/>
        </w:rPr>
        <w:t xml:space="preserve"> </w:t>
      </w:r>
      <w:r w:rsidRPr="003E3418">
        <w:rPr>
          <w:rFonts w:ascii="Sakkal Majalla" w:hAnsi="Sakkal Majalla" w:cs="Sakkal Majalla"/>
          <w:sz w:val="24"/>
          <w:szCs w:val="24"/>
          <w:rtl/>
        </w:rPr>
        <w:t>أي</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أثراً</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مباشراً</w:t>
      </w:r>
      <w:r w:rsidRPr="003E3418">
        <w:rPr>
          <w:rFonts w:ascii="Sakkal Majalla" w:hAnsi="Sakkal Majalla" w:cs="Sakkal Majalla"/>
          <w:sz w:val="24"/>
        </w:rPr>
        <w:t xml:space="preserve"> </w:t>
      </w:r>
      <w:r w:rsidRPr="003E3418">
        <w:rPr>
          <w:rFonts w:ascii="Sakkal Majalla" w:hAnsi="Sakkal Majalla" w:cs="Sakkal Majalla"/>
          <w:sz w:val="24"/>
          <w:szCs w:val="24"/>
          <w:rtl/>
        </w:rPr>
        <w:t>مستقلاً</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يُضاف</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أثره</w:t>
      </w:r>
      <w:r w:rsidRPr="003E3418">
        <w:rPr>
          <w:rFonts w:ascii="Sakkal Majalla" w:hAnsi="Sakkal Majalla" w:cs="Sakkal Majalla"/>
          <w:sz w:val="24"/>
        </w:rPr>
        <w:t xml:space="preserve"> </w:t>
      </w:r>
      <w:r w:rsidRPr="003E3418">
        <w:rPr>
          <w:rFonts w:ascii="Sakkal Majalla" w:hAnsi="Sakkal Majalla" w:cs="Sakkal Majalla"/>
          <w:sz w:val="24"/>
          <w:szCs w:val="24"/>
          <w:rtl/>
        </w:rPr>
        <w:t>غير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عبر</w:t>
      </w:r>
      <w:r w:rsidRPr="003E3418">
        <w:rPr>
          <w:rFonts w:ascii="Sakkal Majalla" w:hAnsi="Sakkal Majalla" w:cs="Sakkal Majalla"/>
          <w:sz w:val="24"/>
        </w:rPr>
        <w:t xml:space="preserve"> </w:t>
      </w:r>
      <w:r w:rsidRPr="003E3418">
        <w:rPr>
          <w:rFonts w:ascii="Sakkal Majalla" w:hAnsi="Sakkal Majalla" w:cs="Sakkal Majalla"/>
          <w:sz w:val="24"/>
          <w:szCs w:val="24"/>
          <w:rtl/>
        </w:rPr>
        <w:t>تباطؤ</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w:t>
      </w:r>
    </w:p>
    <w:p w14:paraId="018D2B28" w14:textId="77777777" w:rsidR="003E3418" w:rsidRPr="003E3418" w:rsidRDefault="003E3418" w:rsidP="003E3418">
      <w:pPr>
        <w:spacing w:before="80" w:after="80"/>
        <w:rPr>
          <w:rFonts w:ascii="Sakkal Majalla" w:hAnsi="Sakkal Majalla" w:cs="Sakkal Majalla"/>
        </w:rPr>
      </w:pPr>
    </w:p>
    <w:p w14:paraId="1FBD4EE9"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الفرضية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الفرعية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الرابعة</w:t>
      </w:r>
      <w:r w:rsidRPr="003E3418">
        <w:rPr>
          <w:rFonts w:ascii="Sakkal Majalla" w:hAnsi="Sakkal Majalla" w:cs="Sakkal Majalla"/>
          <w:b/>
          <w:sz w:val="26"/>
        </w:rPr>
        <w:t xml:space="preserve"> — </w:t>
      </w:r>
      <w:r w:rsidRPr="003E3418">
        <w:rPr>
          <w:rFonts w:ascii="Sakkal Majalla" w:hAnsi="Sakkal Majalla" w:cs="Sakkal Majalla"/>
          <w:b/>
          <w:bCs/>
          <w:sz w:val="26"/>
          <w:szCs w:val="26"/>
          <w:rtl/>
        </w:rPr>
        <w:t>دور</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جودة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المؤسسات</w:t>
      </w:r>
    </w:p>
    <w:p w14:paraId="3C890F05"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تنبثق</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إطار</w:t>
      </w:r>
      <w:r w:rsidRPr="003E3418">
        <w:rPr>
          <w:rFonts w:ascii="Sakkal Majalla" w:hAnsi="Sakkal Majalla" w:cs="Sakkal Majalla"/>
          <w:sz w:val="24"/>
        </w:rPr>
        <w:t xml:space="preserve"> North (1990) </w:t>
      </w:r>
      <w:r w:rsidRPr="003E3418">
        <w:rPr>
          <w:rFonts w:ascii="Sakkal Majalla" w:hAnsi="Sakkal Majalla" w:cs="Sakkal Majalla"/>
          <w:sz w:val="24"/>
          <w:szCs w:val="24"/>
          <w:rtl/>
        </w:rPr>
        <w:t>ومن</w:t>
      </w:r>
      <w:r w:rsidRPr="003E3418">
        <w:rPr>
          <w:rFonts w:ascii="Sakkal Majalla" w:hAnsi="Sakkal Majalla" w:cs="Sakkal Majalla"/>
          <w:sz w:val="24"/>
        </w:rPr>
        <w:t xml:space="preserve"> </w:t>
      </w:r>
      <w:r w:rsidRPr="003E3418">
        <w:rPr>
          <w:rFonts w:ascii="Sakkal Majalla" w:hAnsi="Sakkal Majalla" w:cs="Sakkal Majalla"/>
          <w:sz w:val="24"/>
          <w:szCs w:val="24"/>
          <w:rtl/>
        </w:rPr>
        <w:t>أدلة</w:t>
      </w:r>
      <w:r w:rsidRPr="003E3418">
        <w:rPr>
          <w:rFonts w:ascii="Sakkal Majalla" w:hAnsi="Sakkal Majalla" w:cs="Sakkal Majalla"/>
          <w:sz w:val="24"/>
        </w:rPr>
        <w:t xml:space="preserve"> Aidt (2009) </w:t>
      </w:r>
      <w:r w:rsidRPr="003E3418">
        <w:rPr>
          <w:rFonts w:ascii="Sakkal Majalla" w:hAnsi="Sakkal Majalla" w:cs="Sakkal Majalla"/>
          <w:sz w:val="24"/>
          <w:szCs w:val="24"/>
          <w:rtl/>
        </w:rPr>
        <w:t>حول</w:t>
      </w:r>
      <w:r w:rsidRPr="003E3418">
        <w:rPr>
          <w:rFonts w:ascii="Sakkal Majalla" w:hAnsi="Sakkal Majalla" w:cs="Sakkal Majalla"/>
          <w:sz w:val="24"/>
        </w:rPr>
        <w:t xml:space="preserve"> </w:t>
      </w:r>
      <w:r w:rsidRPr="003E3418">
        <w:rPr>
          <w:rFonts w:ascii="Sakkal Majalla" w:hAnsi="Sakkal Majalla" w:cs="Sakkal Majalla"/>
          <w:sz w:val="24"/>
          <w:szCs w:val="24"/>
          <w:rtl/>
        </w:rPr>
        <w:t>دور</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السياق</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المؤسسي</w:t>
      </w:r>
      <w:r w:rsidRPr="003E3418">
        <w:rPr>
          <w:rFonts w:ascii="Sakkal Majalla" w:hAnsi="Sakkal Majalla" w:cs="Sakkal Majalla"/>
          <w:sz w:val="24"/>
        </w:rPr>
        <w:t>:</w:t>
      </w:r>
    </w:p>
    <w:p w14:paraId="71121801" w14:textId="77777777" w:rsidR="003E3418" w:rsidRPr="003E3418" w:rsidRDefault="003E3418" w:rsidP="003E3418">
      <w:pPr>
        <w:bidi/>
        <w:spacing w:before="60" w:after="40" w:line="400" w:lineRule="exact"/>
        <w:ind w:right="283"/>
        <w:rPr>
          <w:rFonts w:ascii="Sakkal Majalla" w:hAnsi="Sakkal Majalla" w:cs="Sakkal Majalla"/>
        </w:rPr>
      </w:pPr>
      <w:r w:rsidRPr="003E3418">
        <w:rPr>
          <w:rFonts w:ascii="Sakkal Majalla" w:hAnsi="Sakkal Majalla" w:cs="Sakkal Majalla"/>
          <w:b/>
          <w:sz w:val="24"/>
        </w:rPr>
        <w:t>H</w:t>
      </w:r>
      <w:r w:rsidRPr="003E3418">
        <w:rPr>
          <w:rFonts w:ascii="Times New Roman" w:hAnsi="Times New Roman" w:cs="Times New Roman"/>
          <w:b/>
          <w:sz w:val="24"/>
        </w:rPr>
        <w:t>₀₄</w:t>
      </w:r>
      <w:r w:rsidRPr="003E3418">
        <w:rPr>
          <w:rFonts w:ascii="Sakkal Majalla" w:hAnsi="Sakkal Majalla" w:cs="Sakkal Majalla"/>
          <w:b/>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تُعدِّل</w:t>
      </w:r>
      <w:r w:rsidRPr="003E3418">
        <w:rPr>
          <w:rFonts w:ascii="Sakkal Majalla" w:hAnsi="Sakkal Majalla" w:cs="Sakkal Majalla"/>
          <w:sz w:val="24"/>
        </w:rPr>
        <w:t xml:space="preserve"> </w:t>
      </w:r>
      <w:r w:rsidRPr="003E3418">
        <w:rPr>
          <w:rFonts w:ascii="Sakkal Majalla" w:hAnsi="Sakkal Majalla" w:cs="Sakkal Majalla"/>
          <w:sz w:val="24"/>
          <w:szCs w:val="24"/>
          <w:rtl/>
        </w:rPr>
        <w:t>جودة</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المؤسسات</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حجم</w:t>
      </w:r>
      <w:r w:rsidRPr="003E3418">
        <w:rPr>
          <w:rFonts w:ascii="Sakkal Majalla" w:hAnsi="Sakkal Majalla" w:cs="Sakkal Majalla"/>
          <w:sz w:val="24"/>
        </w:rPr>
        <w:t xml:space="preserve"> </w:t>
      </w:r>
      <w:r w:rsidRPr="003E3418">
        <w:rPr>
          <w:rFonts w:ascii="Sakkal Majalla" w:hAnsi="Sakkal Majalla" w:cs="Sakkal Majalla"/>
          <w:sz w:val="24"/>
          <w:szCs w:val="24"/>
          <w:rtl/>
        </w:rPr>
        <w:t>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مستويات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النامية</w:t>
      </w:r>
      <w:r w:rsidRPr="003E3418">
        <w:rPr>
          <w:rFonts w:ascii="Sakkal Majalla" w:hAnsi="Sakkal Majalla" w:cs="Sakkal Majalla"/>
          <w:sz w:val="24"/>
        </w:rPr>
        <w:t>.</w:t>
      </w:r>
    </w:p>
    <w:p w14:paraId="5E2FD725" w14:textId="77777777" w:rsidR="003E3418" w:rsidRPr="003E3418" w:rsidRDefault="003E3418" w:rsidP="003E3418">
      <w:pPr>
        <w:bidi/>
        <w:spacing w:before="40" w:after="120" w:line="400" w:lineRule="exact"/>
        <w:ind w:right="283"/>
        <w:rPr>
          <w:rFonts w:ascii="Sakkal Majalla" w:hAnsi="Sakkal Majalla" w:cs="Sakkal Majalla"/>
        </w:rPr>
      </w:pPr>
      <w:r w:rsidRPr="003E3418">
        <w:rPr>
          <w:rFonts w:ascii="Sakkal Majalla" w:hAnsi="Sakkal Majalla" w:cs="Sakkal Majalla"/>
          <w:b/>
          <w:sz w:val="24"/>
        </w:rPr>
        <w:t>H</w:t>
      </w:r>
      <w:r w:rsidRPr="003E3418">
        <w:rPr>
          <w:rFonts w:ascii="Times New Roman" w:hAnsi="Times New Roman" w:cs="Times New Roman"/>
          <w:b/>
          <w:sz w:val="24"/>
        </w:rPr>
        <w:t>₄</w:t>
      </w:r>
      <w:r w:rsidRPr="003E3418">
        <w:rPr>
          <w:rFonts w:ascii="Sakkal Majalla" w:hAnsi="Sakkal Majalla" w:cs="Sakkal Majalla"/>
          <w:b/>
          <w:sz w:val="24"/>
        </w:rPr>
        <w:t xml:space="preserve">: </w:t>
      </w:r>
      <w:r w:rsidRPr="003E3418">
        <w:rPr>
          <w:rFonts w:ascii="Sakkal Majalla" w:hAnsi="Sakkal Majalla" w:cs="Sakkal Majalla"/>
          <w:sz w:val="24"/>
          <w:szCs w:val="24"/>
          <w:rtl/>
        </w:rPr>
        <w:t>تُخفّف</w:t>
      </w:r>
      <w:r w:rsidRPr="003E3418">
        <w:rPr>
          <w:rFonts w:ascii="Sakkal Majalla" w:hAnsi="Sakkal Majalla" w:cs="Sakkal Majalla"/>
          <w:sz w:val="24"/>
        </w:rPr>
        <w:t xml:space="preserve"> </w:t>
      </w:r>
      <w:r w:rsidRPr="003E3418">
        <w:rPr>
          <w:rFonts w:ascii="Sakkal Majalla" w:hAnsi="Sakkal Majalla" w:cs="Sakkal Majalla"/>
          <w:sz w:val="24"/>
          <w:szCs w:val="24"/>
          <w:rtl/>
        </w:rPr>
        <w:t>جودة</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المؤسسات</w:t>
      </w:r>
      <w:r w:rsidRPr="003E3418">
        <w:rPr>
          <w:rFonts w:ascii="Sakkal Majalla" w:hAnsi="Sakkal Majalla" w:cs="Sakkal Majalla"/>
          <w:sz w:val="24"/>
        </w:rPr>
        <w:t xml:space="preserve"> (</w:t>
      </w:r>
      <w:r w:rsidRPr="003E3418">
        <w:rPr>
          <w:rFonts w:ascii="Sakkal Majalla" w:hAnsi="Sakkal Majalla" w:cs="Sakkal Majalla"/>
          <w:sz w:val="24"/>
          <w:szCs w:val="24"/>
          <w:rtl/>
        </w:rPr>
        <w:t>سيادة</w:t>
      </w:r>
      <w:r w:rsidRPr="003E3418">
        <w:rPr>
          <w:rFonts w:ascii="Sakkal Majalla" w:hAnsi="Sakkal Majalla" w:cs="Sakkal Majalla"/>
          <w:sz w:val="24"/>
        </w:rPr>
        <w:t xml:space="preserve"> </w:t>
      </w:r>
      <w:r w:rsidRPr="003E3418">
        <w:rPr>
          <w:rFonts w:ascii="Sakkal Majalla" w:hAnsi="Sakkal Majalla" w:cs="Sakkal Majalla"/>
          <w:sz w:val="24"/>
          <w:szCs w:val="24"/>
          <w:rtl/>
        </w:rPr>
        <w:t>القانون</w:t>
      </w:r>
      <w:r w:rsidRPr="003E3418">
        <w:rPr>
          <w:rFonts w:ascii="Sakkal Majalla" w:hAnsi="Sakkal Majalla" w:cs="Sakkal Majalla"/>
          <w:sz w:val="24"/>
        </w:rPr>
        <w:t xml:space="preserve"> </w:t>
      </w:r>
      <w:r w:rsidRPr="003E3418">
        <w:rPr>
          <w:rFonts w:ascii="Sakkal Majalla" w:hAnsi="Sakkal Majalla" w:cs="Sakkal Majalla"/>
          <w:sz w:val="24"/>
          <w:szCs w:val="24"/>
          <w:rtl/>
        </w:rPr>
        <w:t>وفاعلية</w:t>
      </w:r>
      <w:r w:rsidRPr="003E3418">
        <w:rPr>
          <w:rFonts w:ascii="Sakkal Majalla" w:hAnsi="Sakkal Majalla" w:cs="Sakkal Majalla"/>
          <w:sz w:val="24"/>
        </w:rPr>
        <w:t xml:space="preserve"> </w:t>
      </w:r>
      <w:r w:rsidRPr="003E3418">
        <w:rPr>
          <w:rFonts w:ascii="Sakkal Majalla" w:hAnsi="Sakkal Majalla" w:cs="Sakkal Majalla"/>
          <w:sz w:val="24"/>
          <w:szCs w:val="24"/>
          <w:rtl/>
        </w:rPr>
        <w:t>الحكومة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السلبي</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بمعنى</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بنفس</w:t>
      </w:r>
      <w:r w:rsidRPr="003E3418">
        <w:rPr>
          <w:rFonts w:ascii="Sakkal Majalla" w:hAnsi="Sakkal Majalla" w:cs="Sakkal Majalla"/>
          <w:sz w:val="24"/>
        </w:rPr>
        <w:t xml:space="preserve"> </w:t>
      </w:r>
      <w:r w:rsidRPr="003E3418">
        <w:rPr>
          <w:rFonts w:ascii="Sakkal Majalla" w:hAnsi="Sakkal Majalla" w:cs="Sakkal Majalla"/>
          <w:sz w:val="24"/>
          <w:szCs w:val="24"/>
          <w:rtl/>
        </w:rPr>
        <w:t>المستوى</w:t>
      </w:r>
      <w:r w:rsidRPr="003E3418">
        <w:rPr>
          <w:rFonts w:ascii="Sakkal Majalla" w:hAnsi="Sakkal Majalla" w:cs="Sakkal Majalla"/>
          <w:sz w:val="24"/>
        </w:rPr>
        <w:t xml:space="preserve"> </w:t>
      </w:r>
      <w:r w:rsidRPr="003E3418">
        <w:rPr>
          <w:rFonts w:ascii="Sakkal Majalla" w:hAnsi="Sakkal Majalla" w:cs="Sakkal Majalla"/>
          <w:sz w:val="24"/>
          <w:szCs w:val="24"/>
          <w:rtl/>
        </w:rPr>
        <w:t>أقل</w:t>
      </w:r>
      <w:r w:rsidRPr="003E3418">
        <w:rPr>
          <w:rFonts w:ascii="Sakkal Majalla" w:hAnsi="Sakkal Majalla" w:cs="Sakkal Majalla"/>
          <w:sz w:val="24"/>
        </w:rPr>
        <w:t xml:space="preserve"> </w:t>
      </w:r>
      <w:r w:rsidRPr="003E3418">
        <w:rPr>
          <w:rFonts w:ascii="Sakkal Majalla" w:hAnsi="Sakkal Majalla" w:cs="Sakkal Majalla"/>
          <w:sz w:val="24"/>
          <w:szCs w:val="24"/>
          <w:rtl/>
        </w:rPr>
        <w:t>ضرراً</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ذات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الأقوى</w:t>
      </w:r>
      <w:r w:rsidRPr="003E3418">
        <w:rPr>
          <w:rFonts w:ascii="Sakkal Majalla" w:hAnsi="Sakkal Majalla" w:cs="Sakkal Majalla"/>
          <w:sz w:val="24"/>
        </w:rPr>
        <w:t>.</w:t>
      </w:r>
    </w:p>
    <w:p w14:paraId="6C5D9F26" w14:textId="77777777" w:rsidR="003E3418" w:rsidRPr="003E3418" w:rsidRDefault="003E3418" w:rsidP="003E3418">
      <w:pPr>
        <w:spacing w:before="80" w:after="80"/>
        <w:rPr>
          <w:rFonts w:ascii="Sakkal Majalla" w:hAnsi="Sakkal Majalla" w:cs="Sakkal Majalla"/>
        </w:rPr>
      </w:pPr>
    </w:p>
    <w:p w14:paraId="5EAF668B"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الفرضية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الفرعية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الخامسة</w:t>
      </w:r>
      <w:r w:rsidRPr="003E3418">
        <w:rPr>
          <w:rFonts w:ascii="Sakkal Majalla" w:hAnsi="Sakkal Majalla" w:cs="Sakkal Majalla"/>
          <w:b/>
          <w:sz w:val="26"/>
        </w:rPr>
        <w:t xml:space="preserve"> — </w:t>
      </w:r>
      <w:r w:rsidRPr="003E3418">
        <w:rPr>
          <w:rFonts w:ascii="Sakkal Majalla" w:hAnsi="Sakkal Majalla" w:cs="Sakkal Majalla"/>
          <w:b/>
          <w:bCs/>
          <w:sz w:val="26"/>
          <w:szCs w:val="26"/>
          <w:rtl/>
        </w:rPr>
        <w:t>قنوات</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الاستثمار</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والإنتاجية</w:t>
      </w:r>
    </w:p>
    <w:p w14:paraId="09FDD883" w14:textId="77777777" w:rsidR="003E3418" w:rsidRPr="003E3418" w:rsidRDefault="003E3418" w:rsidP="003E3418">
      <w:pPr>
        <w:bidi/>
        <w:spacing w:before="60" w:after="40" w:line="400" w:lineRule="exact"/>
        <w:ind w:right="283"/>
        <w:rPr>
          <w:rFonts w:ascii="Sakkal Majalla" w:hAnsi="Sakkal Majalla" w:cs="Sakkal Majalla"/>
        </w:rPr>
      </w:pPr>
      <w:r w:rsidRPr="003E3418">
        <w:rPr>
          <w:rFonts w:ascii="Sakkal Majalla" w:hAnsi="Sakkal Majalla" w:cs="Sakkal Majalla"/>
          <w:b/>
          <w:sz w:val="24"/>
        </w:rPr>
        <w:t>H</w:t>
      </w:r>
      <w:r w:rsidRPr="003E3418">
        <w:rPr>
          <w:rFonts w:ascii="Times New Roman" w:hAnsi="Times New Roman" w:cs="Times New Roman"/>
          <w:b/>
          <w:sz w:val="24"/>
        </w:rPr>
        <w:t>₀₅</w:t>
      </w:r>
      <w:r w:rsidRPr="003E3418">
        <w:rPr>
          <w:rFonts w:ascii="Sakkal Majalla" w:hAnsi="Sakkal Majalla" w:cs="Sakkal Majalla"/>
          <w:b/>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يؤثر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تدفقات</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الخاص</w:t>
      </w:r>
      <w:r w:rsidRPr="003E3418">
        <w:rPr>
          <w:rFonts w:ascii="Sakkal Majalla" w:hAnsi="Sakkal Majalla" w:cs="Sakkal Majalla"/>
          <w:sz w:val="24"/>
        </w:rPr>
        <w:t xml:space="preserve"> </w:t>
      </w:r>
      <w:r w:rsidRPr="003E3418">
        <w:rPr>
          <w:rFonts w:ascii="Sakkal Majalla" w:hAnsi="Sakkal Majalla" w:cs="Sakkal Majalla"/>
          <w:sz w:val="24"/>
          <w:szCs w:val="24"/>
          <w:rtl/>
        </w:rPr>
        <w:t>ولا</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مستوى</w:t>
      </w:r>
      <w:r w:rsidRPr="003E3418">
        <w:rPr>
          <w:rFonts w:ascii="Sakkal Majalla" w:hAnsi="Sakkal Majalla" w:cs="Sakkal Majalla"/>
          <w:sz w:val="24"/>
        </w:rPr>
        <w:t xml:space="preserve"> </w:t>
      </w:r>
      <w:r w:rsidRPr="003E3418">
        <w:rPr>
          <w:rFonts w:ascii="Sakkal Majalla" w:hAnsi="Sakkal Majalla" w:cs="Sakkal Majalla"/>
          <w:sz w:val="24"/>
          <w:szCs w:val="24"/>
          <w:rtl/>
        </w:rPr>
        <w:t>الإنتاجية</w:t>
      </w:r>
      <w:r w:rsidRPr="003E3418">
        <w:rPr>
          <w:rFonts w:ascii="Sakkal Majalla" w:hAnsi="Sakkal Majalla" w:cs="Sakkal Majalla"/>
          <w:sz w:val="24"/>
        </w:rPr>
        <w:t xml:space="preserve"> </w:t>
      </w:r>
      <w:r w:rsidRPr="003E3418">
        <w:rPr>
          <w:rFonts w:ascii="Sakkal Majalla" w:hAnsi="Sakkal Majalla" w:cs="Sakkal Majalla"/>
          <w:sz w:val="24"/>
          <w:szCs w:val="24"/>
          <w:rtl/>
        </w:rPr>
        <w:t>الكلية</w:t>
      </w:r>
      <w:r w:rsidRPr="003E3418">
        <w:rPr>
          <w:rFonts w:ascii="Sakkal Majalla" w:hAnsi="Sakkal Majalla" w:cs="Sakkal Majalla"/>
          <w:sz w:val="24"/>
        </w:rPr>
        <w:t xml:space="preserve"> </w:t>
      </w:r>
      <w:r w:rsidRPr="003E3418">
        <w:rPr>
          <w:rFonts w:ascii="Sakkal Majalla" w:hAnsi="Sakkal Majalla" w:cs="Sakkal Majalla"/>
          <w:sz w:val="24"/>
          <w:szCs w:val="24"/>
          <w:rtl/>
        </w:rPr>
        <w:t>للعوامل</w:t>
      </w:r>
      <w:r w:rsidRPr="003E3418">
        <w:rPr>
          <w:rFonts w:ascii="Sakkal Majalla" w:hAnsi="Sakkal Majalla" w:cs="Sakkal Majalla"/>
          <w:sz w:val="24"/>
        </w:rPr>
        <w:t>.</w:t>
      </w:r>
    </w:p>
    <w:p w14:paraId="6A67D049" w14:textId="77777777" w:rsidR="003E3418" w:rsidRPr="003E3418" w:rsidRDefault="003E3418" w:rsidP="003E3418">
      <w:pPr>
        <w:bidi/>
        <w:spacing w:before="40" w:after="120" w:line="400" w:lineRule="exact"/>
        <w:ind w:right="283"/>
        <w:rPr>
          <w:rFonts w:ascii="Sakkal Majalla" w:hAnsi="Sakkal Majalla" w:cs="Sakkal Majalla"/>
        </w:rPr>
      </w:pPr>
      <w:r w:rsidRPr="003E3418">
        <w:rPr>
          <w:rFonts w:ascii="Sakkal Majalla" w:hAnsi="Sakkal Majalla" w:cs="Sakkal Majalla"/>
          <w:b/>
          <w:sz w:val="24"/>
        </w:rPr>
        <w:t>H</w:t>
      </w:r>
      <w:r w:rsidRPr="003E3418">
        <w:rPr>
          <w:rFonts w:ascii="Times New Roman" w:hAnsi="Times New Roman" w:cs="Times New Roman"/>
          <w:b/>
          <w:sz w:val="24"/>
        </w:rPr>
        <w:t>₅</w:t>
      </w:r>
      <w:r w:rsidRPr="003E3418">
        <w:rPr>
          <w:rFonts w:ascii="Sakkal Majalla" w:hAnsi="Sakkal Majalla" w:cs="Sakkal Majalla"/>
          <w:b/>
          <w:sz w:val="24"/>
        </w:rPr>
        <w:t xml:space="preserve">: </w:t>
      </w:r>
      <w:r w:rsidRPr="003E3418">
        <w:rPr>
          <w:rFonts w:ascii="Sakkal Majalla" w:hAnsi="Sakkal Majalla" w:cs="Sakkal Majalla"/>
          <w:sz w:val="24"/>
          <w:szCs w:val="24"/>
          <w:rtl/>
        </w:rPr>
        <w:t>يُقلّص</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تدفقات</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الخاص</w:t>
      </w:r>
      <w:r w:rsidRPr="003E3418">
        <w:rPr>
          <w:rFonts w:ascii="Sakkal Majalla" w:hAnsi="Sakkal Majalla" w:cs="Sakkal Majalla"/>
          <w:sz w:val="24"/>
        </w:rPr>
        <w:t xml:space="preserve"> </w:t>
      </w:r>
      <w:r w:rsidRPr="003E3418">
        <w:rPr>
          <w:rFonts w:ascii="Sakkal Majalla" w:hAnsi="Sakkal Majalla" w:cs="Sakkal Majalla"/>
          <w:sz w:val="24"/>
          <w:szCs w:val="24"/>
          <w:rtl/>
        </w:rPr>
        <w:t>ويُضعف</w:t>
      </w:r>
      <w:r w:rsidRPr="003E3418">
        <w:rPr>
          <w:rFonts w:ascii="Sakkal Majalla" w:hAnsi="Sakkal Majalla" w:cs="Sakkal Majalla"/>
          <w:sz w:val="24"/>
        </w:rPr>
        <w:t xml:space="preserve"> </w:t>
      </w:r>
      <w:r w:rsidRPr="003E3418">
        <w:rPr>
          <w:rFonts w:ascii="Sakkal Majalla" w:hAnsi="Sakkal Majalla" w:cs="Sakkal Majalla"/>
          <w:sz w:val="24"/>
          <w:szCs w:val="24"/>
          <w:rtl/>
        </w:rPr>
        <w:t>الإنتاجية</w:t>
      </w:r>
      <w:r w:rsidRPr="003E3418">
        <w:rPr>
          <w:rFonts w:ascii="Sakkal Majalla" w:hAnsi="Sakkal Majalla" w:cs="Sakkal Majalla"/>
          <w:sz w:val="24"/>
        </w:rPr>
        <w:t xml:space="preserve"> </w:t>
      </w:r>
      <w:r w:rsidRPr="003E3418">
        <w:rPr>
          <w:rFonts w:ascii="Sakkal Majalla" w:hAnsi="Sakkal Majalla" w:cs="Sakkal Majalla"/>
          <w:sz w:val="24"/>
          <w:szCs w:val="24"/>
          <w:rtl/>
        </w:rPr>
        <w:t>الكلية</w:t>
      </w:r>
      <w:r w:rsidRPr="003E3418">
        <w:rPr>
          <w:rFonts w:ascii="Sakkal Majalla" w:hAnsi="Sakkal Majalla" w:cs="Sakkal Majalla"/>
          <w:sz w:val="24"/>
        </w:rPr>
        <w:t xml:space="preserve"> </w:t>
      </w:r>
      <w:r w:rsidRPr="003E3418">
        <w:rPr>
          <w:rFonts w:ascii="Sakkal Majalla" w:hAnsi="Sakkal Majalla" w:cs="Sakkal Majalla"/>
          <w:sz w:val="24"/>
          <w:szCs w:val="24"/>
          <w:rtl/>
        </w:rPr>
        <w:t>للعوامل،</w:t>
      </w:r>
      <w:r w:rsidRPr="003E3418">
        <w:rPr>
          <w:rFonts w:ascii="Sakkal Majalla" w:hAnsi="Sakkal Majalla" w:cs="Sakkal Majalla"/>
          <w:sz w:val="24"/>
        </w:rPr>
        <w:t xml:space="preserve"> </w:t>
      </w:r>
      <w:r w:rsidRPr="003E3418">
        <w:rPr>
          <w:rFonts w:ascii="Sakkal Majalla" w:hAnsi="Sakkal Majalla" w:cs="Sakkal Majalla"/>
          <w:sz w:val="24"/>
          <w:szCs w:val="24"/>
          <w:rtl/>
        </w:rPr>
        <w:t>وهما</w:t>
      </w:r>
      <w:r w:rsidRPr="003E3418">
        <w:rPr>
          <w:rFonts w:ascii="Sakkal Majalla" w:hAnsi="Sakkal Majalla" w:cs="Sakkal Majalla"/>
          <w:sz w:val="24"/>
        </w:rPr>
        <w:t xml:space="preserve"> </w:t>
      </w:r>
      <w:r w:rsidRPr="003E3418">
        <w:rPr>
          <w:rFonts w:ascii="Sakkal Majalla" w:hAnsi="Sakkal Majalla" w:cs="Sakkal Majalla"/>
          <w:sz w:val="24"/>
          <w:szCs w:val="24"/>
          <w:rtl/>
        </w:rPr>
        <w:t>القناتان</w:t>
      </w:r>
      <w:r w:rsidRPr="003E3418">
        <w:rPr>
          <w:rFonts w:ascii="Sakkal Majalla" w:hAnsi="Sakkal Majalla" w:cs="Sakkal Majalla"/>
          <w:sz w:val="24"/>
        </w:rPr>
        <w:t xml:space="preserve"> </w:t>
      </w:r>
      <w:r w:rsidRPr="003E3418">
        <w:rPr>
          <w:rFonts w:ascii="Sakkal Majalla" w:hAnsi="Sakkal Majalla" w:cs="Sakkal Majalla"/>
          <w:sz w:val="24"/>
          <w:szCs w:val="24"/>
          <w:rtl/>
        </w:rPr>
        <w:t>الرئيسيتان</w:t>
      </w:r>
      <w:r w:rsidRPr="003E3418">
        <w:rPr>
          <w:rFonts w:ascii="Sakkal Majalla" w:hAnsi="Sakkal Majalla" w:cs="Sakkal Majalla"/>
          <w:sz w:val="24"/>
        </w:rPr>
        <w:t xml:space="preserve"> </w:t>
      </w:r>
      <w:r w:rsidRPr="003E3418">
        <w:rPr>
          <w:rFonts w:ascii="Sakkal Majalla" w:hAnsi="Sakkal Majalla" w:cs="Sakkal Majalla"/>
          <w:sz w:val="24"/>
          <w:szCs w:val="24"/>
          <w:rtl/>
        </w:rPr>
        <w:t>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غير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والفقر</w:t>
      </w:r>
      <w:r w:rsidRPr="003E3418">
        <w:rPr>
          <w:rFonts w:ascii="Sakkal Majalla" w:hAnsi="Sakkal Majalla" w:cs="Sakkal Majalla"/>
          <w:sz w:val="24"/>
        </w:rPr>
        <w:t>.</w:t>
      </w:r>
    </w:p>
    <w:p w14:paraId="2BAE714A" w14:textId="77777777" w:rsidR="003E3418" w:rsidRPr="003E3418" w:rsidRDefault="003E3418" w:rsidP="003E3418">
      <w:pPr>
        <w:spacing w:before="80" w:after="80"/>
        <w:rPr>
          <w:rFonts w:ascii="Sakkal Majalla" w:hAnsi="Sakkal Majalla" w:cs="Sakkal Majalla"/>
        </w:rPr>
      </w:pPr>
    </w:p>
    <w:p w14:paraId="5E3CE585"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الفرضية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الفرعية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السادسة</w:t>
      </w:r>
      <w:r w:rsidRPr="003E3418">
        <w:rPr>
          <w:rFonts w:ascii="Sakkal Majalla" w:hAnsi="Sakkal Majalla" w:cs="Sakkal Majalla"/>
          <w:b/>
          <w:sz w:val="26"/>
        </w:rPr>
        <w:t xml:space="preserve"> — </w:t>
      </w:r>
      <w:r w:rsidRPr="003E3418">
        <w:rPr>
          <w:rFonts w:ascii="Sakkal Majalla" w:hAnsi="Sakkal Majalla" w:cs="Sakkal Majalla"/>
          <w:b/>
          <w:bCs/>
          <w:sz w:val="26"/>
          <w:szCs w:val="26"/>
          <w:rtl/>
        </w:rPr>
        <w:t>التباين</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الجغرافي</w:t>
      </w:r>
    </w:p>
    <w:p w14:paraId="613DFDA6" w14:textId="77777777" w:rsidR="003E3418" w:rsidRPr="003E3418" w:rsidRDefault="003E3418" w:rsidP="003E3418">
      <w:pPr>
        <w:bidi/>
        <w:spacing w:before="60" w:after="40" w:line="400" w:lineRule="exact"/>
        <w:ind w:right="283"/>
        <w:rPr>
          <w:rFonts w:ascii="Sakkal Majalla" w:hAnsi="Sakkal Majalla" w:cs="Sakkal Majalla"/>
        </w:rPr>
      </w:pPr>
      <w:r w:rsidRPr="003E3418">
        <w:rPr>
          <w:rFonts w:ascii="Sakkal Majalla" w:hAnsi="Sakkal Majalla" w:cs="Sakkal Majalla"/>
          <w:b/>
          <w:sz w:val="24"/>
        </w:rPr>
        <w:t>H</w:t>
      </w:r>
      <w:r w:rsidRPr="003E3418">
        <w:rPr>
          <w:rFonts w:ascii="Times New Roman" w:hAnsi="Times New Roman" w:cs="Times New Roman"/>
          <w:b/>
          <w:sz w:val="24"/>
        </w:rPr>
        <w:t>₀₆</w:t>
      </w:r>
      <w:r w:rsidRPr="003E3418">
        <w:rPr>
          <w:rFonts w:ascii="Sakkal Majalla" w:hAnsi="Sakkal Majalla" w:cs="Sakkal Majalla"/>
          <w:b/>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يتباين</w:t>
      </w:r>
      <w:r w:rsidRPr="003E3418">
        <w:rPr>
          <w:rFonts w:ascii="Sakkal Majalla" w:hAnsi="Sakkal Majalla" w:cs="Sakkal Majalla"/>
          <w:sz w:val="24"/>
        </w:rPr>
        <w:t xml:space="preserve"> </w:t>
      </w:r>
      <w:r w:rsidRPr="003E3418">
        <w:rPr>
          <w:rFonts w:ascii="Sakkal Majalla" w:hAnsi="Sakkal Majalla" w:cs="Sakkal Majalla"/>
          <w:sz w:val="24"/>
          <w:szCs w:val="24"/>
          <w:rtl/>
        </w:rPr>
        <w:t>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تبايناً</w:t>
      </w:r>
      <w:r w:rsidRPr="003E3418">
        <w:rPr>
          <w:rFonts w:ascii="Sakkal Majalla" w:hAnsi="Sakkal Majalla" w:cs="Sakkal Majalla"/>
          <w:sz w:val="24"/>
        </w:rPr>
        <w:t xml:space="preserve"> </w:t>
      </w:r>
      <w:r w:rsidRPr="003E3418">
        <w:rPr>
          <w:rFonts w:ascii="Sakkal Majalla" w:hAnsi="Sakkal Majalla" w:cs="Sakkal Majalla"/>
          <w:sz w:val="24"/>
          <w:szCs w:val="24"/>
          <w:rtl/>
        </w:rPr>
        <w:t>ذا</w:t>
      </w:r>
      <w:r w:rsidRPr="003E3418">
        <w:rPr>
          <w:rFonts w:ascii="Sakkal Majalla" w:hAnsi="Sakkal Majalla" w:cs="Sakkal Majalla"/>
          <w:sz w:val="24"/>
        </w:rPr>
        <w:t xml:space="preserve"> </w:t>
      </w:r>
      <w:r w:rsidRPr="003E3418">
        <w:rPr>
          <w:rFonts w:ascii="Sakkal Majalla" w:hAnsi="Sakkal Majalla" w:cs="Sakkal Majalla"/>
          <w:sz w:val="24"/>
          <w:szCs w:val="24"/>
          <w:rtl/>
        </w:rPr>
        <w:t>دلالة</w:t>
      </w:r>
      <w:r w:rsidRPr="003E3418">
        <w:rPr>
          <w:rFonts w:ascii="Sakkal Majalla" w:hAnsi="Sakkal Majalla" w:cs="Sakkal Majalla"/>
          <w:sz w:val="24"/>
        </w:rPr>
        <w:t xml:space="preserve"> </w:t>
      </w:r>
      <w:r w:rsidRPr="003E3418">
        <w:rPr>
          <w:rFonts w:ascii="Sakkal Majalla" w:hAnsi="Sakkal Majalla" w:cs="Sakkal Majalla"/>
          <w:sz w:val="24"/>
          <w:szCs w:val="24"/>
          <w:rtl/>
        </w:rPr>
        <w:t>إحصائية</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المناطق</w:t>
      </w:r>
      <w:r w:rsidRPr="003E3418">
        <w:rPr>
          <w:rFonts w:ascii="Sakkal Majalla" w:hAnsi="Sakkal Majalla" w:cs="Sakkal Majalla"/>
          <w:sz w:val="24"/>
        </w:rPr>
        <w:t xml:space="preserve"> </w:t>
      </w:r>
      <w:r w:rsidRPr="003E3418">
        <w:rPr>
          <w:rFonts w:ascii="Sakkal Majalla" w:hAnsi="Sakkal Majalla" w:cs="Sakkal Majalla"/>
          <w:sz w:val="24"/>
          <w:szCs w:val="24"/>
          <w:rtl/>
        </w:rPr>
        <w:t>الجغرافية</w:t>
      </w:r>
      <w:r w:rsidRPr="003E3418">
        <w:rPr>
          <w:rFonts w:ascii="Sakkal Majalla" w:hAnsi="Sakkal Majalla" w:cs="Sakkal Majalla"/>
          <w:sz w:val="24"/>
        </w:rPr>
        <w:t xml:space="preserve"> </w:t>
      </w:r>
      <w:r w:rsidRPr="003E3418">
        <w:rPr>
          <w:rFonts w:ascii="Sakkal Majalla" w:hAnsi="Sakkal Majalla" w:cs="Sakkal Majalla"/>
          <w:sz w:val="24"/>
          <w:szCs w:val="24"/>
          <w:rtl/>
        </w:rPr>
        <w:t>الكبرى</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النامية</w:t>
      </w:r>
      <w:r w:rsidRPr="003E3418">
        <w:rPr>
          <w:rFonts w:ascii="Sakkal Majalla" w:hAnsi="Sakkal Majalla" w:cs="Sakkal Majalla"/>
          <w:sz w:val="24"/>
        </w:rPr>
        <w:t>.</w:t>
      </w:r>
    </w:p>
    <w:p w14:paraId="2238BD72" w14:textId="77777777" w:rsidR="003E3418" w:rsidRPr="003E3418" w:rsidRDefault="003E3418" w:rsidP="003E3418">
      <w:pPr>
        <w:bidi/>
        <w:spacing w:before="40" w:after="120" w:line="400" w:lineRule="exact"/>
        <w:ind w:right="283"/>
        <w:rPr>
          <w:rFonts w:ascii="Sakkal Majalla" w:hAnsi="Sakkal Majalla" w:cs="Sakkal Majalla"/>
        </w:rPr>
      </w:pPr>
      <w:r w:rsidRPr="003E3418">
        <w:rPr>
          <w:rFonts w:ascii="Sakkal Majalla" w:hAnsi="Sakkal Majalla" w:cs="Sakkal Majalla"/>
          <w:b/>
          <w:sz w:val="24"/>
        </w:rPr>
        <w:t>H</w:t>
      </w:r>
      <w:r w:rsidRPr="003E3418">
        <w:rPr>
          <w:rFonts w:ascii="Times New Roman" w:hAnsi="Times New Roman" w:cs="Times New Roman"/>
          <w:b/>
          <w:sz w:val="24"/>
        </w:rPr>
        <w:t>₆</w:t>
      </w:r>
      <w:r w:rsidRPr="003E3418">
        <w:rPr>
          <w:rFonts w:ascii="Sakkal Majalla" w:hAnsi="Sakkal Majalla" w:cs="Sakkal Majalla"/>
          <w:b/>
          <w:sz w:val="24"/>
        </w:rPr>
        <w:t xml:space="preserve">: </w:t>
      </w:r>
      <w:r w:rsidRPr="003E3418">
        <w:rPr>
          <w:rFonts w:ascii="Sakkal Majalla" w:hAnsi="Sakkal Majalla" w:cs="Sakkal Majalla"/>
          <w:sz w:val="24"/>
          <w:szCs w:val="24"/>
          <w:rtl/>
        </w:rPr>
        <w:t>يتباين</w:t>
      </w:r>
      <w:r w:rsidRPr="003E3418">
        <w:rPr>
          <w:rFonts w:ascii="Sakkal Majalla" w:hAnsi="Sakkal Majalla" w:cs="Sakkal Majalla"/>
          <w:sz w:val="24"/>
        </w:rPr>
        <w:t xml:space="preserve"> </w:t>
      </w:r>
      <w:r w:rsidRPr="003E3418">
        <w:rPr>
          <w:rFonts w:ascii="Sakkal Majalla" w:hAnsi="Sakkal Majalla" w:cs="Sakkal Majalla"/>
          <w:sz w:val="24"/>
          <w:szCs w:val="24"/>
          <w:rtl/>
        </w:rPr>
        <w:t>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تبايناً</w:t>
      </w:r>
      <w:r w:rsidRPr="003E3418">
        <w:rPr>
          <w:rFonts w:ascii="Sakkal Majalla" w:hAnsi="Sakkal Majalla" w:cs="Sakkal Majalla"/>
          <w:sz w:val="24"/>
        </w:rPr>
        <w:t xml:space="preserve"> </w:t>
      </w:r>
      <w:r w:rsidRPr="003E3418">
        <w:rPr>
          <w:rFonts w:ascii="Sakkal Majalla" w:hAnsi="Sakkal Majalla" w:cs="Sakkal Majalla"/>
          <w:sz w:val="24"/>
          <w:szCs w:val="24"/>
          <w:rtl/>
        </w:rPr>
        <w:t>دالاً</w:t>
      </w:r>
      <w:r w:rsidRPr="003E3418">
        <w:rPr>
          <w:rFonts w:ascii="Sakkal Majalla" w:hAnsi="Sakkal Majalla" w:cs="Sakkal Majalla"/>
          <w:sz w:val="24"/>
        </w:rPr>
        <w:t xml:space="preserve"> </w:t>
      </w:r>
      <w:r w:rsidRPr="003E3418">
        <w:rPr>
          <w:rFonts w:ascii="Sakkal Majalla" w:hAnsi="Sakkal Majalla" w:cs="Sakkal Majalla"/>
          <w:sz w:val="24"/>
          <w:szCs w:val="24"/>
          <w:rtl/>
        </w:rPr>
        <w:t>إحصائياً</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المناطق</w:t>
      </w:r>
      <w:r w:rsidRPr="003E3418">
        <w:rPr>
          <w:rFonts w:ascii="Sakkal Majalla" w:hAnsi="Sakkal Majalla" w:cs="Sakkal Majalla"/>
          <w:sz w:val="24"/>
        </w:rPr>
        <w:t xml:space="preserve"> </w:t>
      </w:r>
      <w:r w:rsidRPr="003E3418">
        <w:rPr>
          <w:rFonts w:ascii="Sakkal Majalla" w:hAnsi="Sakkal Majalla" w:cs="Sakkal Majalla"/>
          <w:sz w:val="24"/>
          <w:szCs w:val="24"/>
          <w:rtl/>
        </w:rPr>
        <w:t>الجغرافية</w:t>
      </w:r>
      <w:r w:rsidRPr="003E3418">
        <w:rPr>
          <w:rFonts w:ascii="Sakkal Majalla" w:hAnsi="Sakkal Majalla" w:cs="Sakkal Majalla"/>
          <w:sz w:val="24"/>
        </w:rPr>
        <w:t xml:space="preserve"> </w:t>
      </w:r>
      <w:r w:rsidRPr="003E3418">
        <w:rPr>
          <w:rFonts w:ascii="Sakkal Majalla" w:hAnsi="Sakkal Majalla" w:cs="Sakkal Majalla"/>
          <w:sz w:val="24"/>
          <w:szCs w:val="24"/>
          <w:rtl/>
        </w:rPr>
        <w:t>الكبرى،</w:t>
      </w:r>
      <w:r w:rsidRPr="003E3418">
        <w:rPr>
          <w:rFonts w:ascii="Sakkal Majalla" w:hAnsi="Sakkal Majalla" w:cs="Sakkal Majalla"/>
          <w:sz w:val="24"/>
        </w:rPr>
        <w:t xml:space="preserve"> </w:t>
      </w:r>
      <w:r w:rsidRPr="003E3418">
        <w:rPr>
          <w:rFonts w:ascii="Sakkal Majalla" w:hAnsi="Sakkal Majalla" w:cs="Sakkal Majalla"/>
          <w:sz w:val="24"/>
          <w:szCs w:val="24"/>
          <w:rtl/>
        </w:rPr>
        <w:t>ويرتبط</w:t>
      </w:r>
      <w:r w:rsidRPr="003E3418">
        <w:rPr>
          <w:rFonts w:ascii="Sakkal Majalla" w:hAnsi="Sakkal Majalla" w:cs="Sakkal Majalla"/>
          <w:sz w:val="24"/>
        </w:rPr>
        <w:t xml:space="preserve"> </w:t>
      </w:r>
      <w:r w:rsidRPr="003E3418">
        <w:rPr>
          <w:rFonts w:ascii="Sakkal Majalla" w:hAnsi="Sakkal Majalla" w:cs="Sakkal Majalla"/>
          <w:sz w:val="24"/>
          <w:szCs w:val="24"/>
          <w:rtl/>
        </w:rPr>
        <w:t>بالسمات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المؤسسية</w:t>
      </w:r>
      <w:r w:rsidRPr="003E3418">
        <w:rPr>
          <w:rFonts w:ascii="Sakkal Majalla" w:hAnsi="Sakkal Majalla" w:cs="Sakkal Majalla"/>
          <w:sz w:val="24"/>
        </w:rPr>
        <w:t xml:space="preserve"> </w:t>
      </w:r>
      <w:r w:rsidRPr="003E3418">
        <w:rPr>
          <w:rFonts w:ascii="Sakkal Majalla" w:hAnsi="Sakkal Majalla" w:cs="Sakkal Majalla"/>
          <w:sz w:val="24"/>
          <w:szCs w:val="24"/>
          <w:rtl/>
        </w:rPr>
        <w:t>والهيكلية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المميّزة</w:t>
      </w:r>
      <w:r w:rsidRPr="003E3418">
        <w:rPr>
          <w:rFonts w:ascii="Sakkal Majalla" w:hAnsi="Sakkal Majalla" w:cs="Sakkal Majalla"/>
          <w:sz w:val="24"/>
        </w:rPr>
        <w:t xml:space="preserve"> </w:t>
      </w:r>
      <w:r w:rsidRPr="003E3418">
        <w:rPr>
          <w:rFonts w:ascii="Sakkal Majalla" w:hAnsi="Sakkal Majalla" w:cs="Sakkal Majalla"/>
          <w:sz w:val="24"/>
          <w:szCs w:val="24"/>
          <w:rtl/>
        </w:rPr>
        <w:t>لكل</w:t>
      </w:r>
      <w:r w:rsidRPr="003E3418">
        <w:rPr>
          <w:rFonts w:ascii="Sakkal Majalla" w:hAnsi="Sakkal Majalla" w:cs="Sakkal Majalla"/>
          <w:sz w:val="24"/>
        </w:rPr>
        <w:t xml:space="preserve"> </w:t>
      </w:r>
      <w:r w:rsidRPr="003E3418">
        <w:rPr>
          <w:rFonts w:ascii="Sakkal Majalla" w:hAnsi="Sakkal Majalla" w:cs="Sakkal Majalla"/>
          <w:sz w:val="24"/>
          <w:szCs w:val="24"/>
          <w:rtl/>
        </w:rPr>
        <w:t>منطقة</w:t>
      </w:r>
      <w:r w:rsidRPr="003E3418">
        <w:rPr>
          <w:rFonts w:ascii="Sakkal Majalla" w:hAnsi="Sakkal Majalla" w:cs="Sakkal Majalla"/>
          <w:sz w:val="24"/>
        </w:rPr>
        <w:t>.</w:t>
      </w:r>
    </w:p>
    <w:p w14:paraId="75C886B8" w14:textId="77777777" w:rsidR="003E3418" w:rsidRPr="003E3418" w:rsidRDefault="003E3418" w:rsidP="003E3418">
      <w:pPr>
        <w:pBdr>
          <w:bottom w:val="single" w:sz="4" w:space="4" w:color="DDDDDD"/>
        </w:pBdr>
        <w:spacing w:before="120" w:after="120"/>
        <w:rPr>
          <w:rFonts w:ascii="Sakkal Majalla" w:hAnsi="Sakkal Majalla" w:cs="Sakkal Majalla"/>
        </w:rPr>
      </w:pPr>
    </w:p>
    <w:p w14:paraId="28E5258D" w14:textId="77777777" w:rsidR="003E3418" w:rsidRPr="003E3418" w:rsidRDefault="003E3418" w:rsidP="003E3418">
      <w:pPr>
        <w:pBdr>
          <w:bottom w:val="single" w:sz="6" w:space="4" w:color="1A3A6B"/>
        </w:pBdr>
        <w:bidi/>
        <w:spacing w:before="360" w:line="360" w:lineRule="exact"/>
        <w:rPr>
          <w:rFonts w:ascii="Sakkal Majalla" w:hAnsi="Sakkal Majalla" w:cs="Sakkal Majalla"/>
        </w:rPr>
      </w:pPr>
      <w:r w:rsidRPr="003E3418">
        <w:rPr>
          <w:rFonts w:ascii="Sakkal Majalla" w:hAnsi="Sakkal Majalla" w:cs="Sakkal Majalla"/>
          <w:b/>
          <w:sz w:val="30"/>
        </w:rPr>
        <w:lastRenderedPageBreak/>
        <w:t xml:space="preserve">1.7 </w:t>
      </w:r>
      <w:r w:rsidRPr="003E3418">
        <w:rPr>
          <w:rFonts w:ascii="Sakkal Majalla" w:hAnsi="Sakkal Majalla" w:cs="Sakkal Majalla"/>
          <w:b/>
          <w:bCs/>
          <w:sz w:val="30"/>
          <w:szCs w:val="30"/>
          <w:rtl/>
        </w:rPr>
        <w:t>التعريفات</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الإجرائية</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لمتغيرات</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الدراسة</w:t>
      </w:r>
    </w:p>
    <w:p w14:paraId="79DE4A7E"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أ</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الفساد</w:t>
      </w:r>
      <w:r w:rsidRPr="003E3418">
        <w:rPr>
          <w:rFonts w:ascii="Sakkal Majalla" w:hAnsi="Sakkal Majalla" w:cs="Sakkal Majalla"/>
          <w:b/>
          <w:sz w:val="26"/>
        </w:rPr>
        <w:t xml:space="preserve"> — </w:t>
      </w:r>
      <w:r w:rsidRPr="003E3418">
        <w:rPr>
          <w:rFonts w:ascii="Sakkal Majalla" w:hAnsi="Sakkal Majalla" w:cs="Sakkal Majalla"/>
          <w:b/>
          <w:bCs/>
          <w:sz w:val="26"/>
          <w:szCs w:val="26"/>
          <w:rtl/>
        </w:rPr>
        <w:t>المتغير</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المستقل</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الرئيسي</w:t>
      </w:r>
    </w:p>
    <w:p w14:paraId="5FDCAD6C"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يُعرَّف</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إجرائياً</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بمستوى</w:t>
      </w:r>
      <w:r w:rsidRPr="003E3418">
        <w:rPr>
          <w:rFonts w:ascii="Sakkal Majalla" w:hAnsi="Sakkal Majalla" w:cs="Sakkal Majalla"/>
          <w:sz w:val="24"/>
        </w:rPr>
        <w:t xml:space="preserve"> </w:t>
      </w:r>
      <w:r w:rsidRPr="003E3418">
        <w:rPr>
          <w:rFonts w:ascii="Sakkal Majalla" w:hAnsi="Sakkal Majalla" w:cs="Sakkal Majalla"/>
          <w:sz w:val="24"/>
          <w:szCs w:val="24"/>
          <w:rtl/>
        </w:rPr>
        <w:t>إدراك</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القطاع</w:t>
      </w:r>
      <w:r w:rsidRPr="003E3418">
        <w:rPr>
          <w:rFonts w:ascii="Sakkal Majalla" w:hAnsi="Sakkal Majalla" w:cs="Sakkal Majalla"/>
          <w:sz w:val="24"/>
        </w:rPr>
        <w:t xml:space="preserve"> </w:t>
      </w:r>
      <w:r w:rsidRPr="003E3418">
        <w:rPr>
          <w:rFonts w:ascii="Sakkal Majalla" w:hAnsi="Sakkal Majalla" w:cs="Sakkal Majalla"/>
          <w:sz w:val="24"/>
          <w:szCs w:val="24"/>
          <w:rtl/>
        </w:rPr>
        <w:t>العام</w:t>
      </w:r>
      <w:r w:rsidRPr="003E3418">
        <w:rPr>
          <w:rFonts w:ascii="Sakkal Majalla" w:hAnsi="Sakkal Majalla" w:cs="Sakkal Majalla"/>
          <w:sz w:val="24"/>
        </w:rPr>
        <w:t xml:space="preserve"> </w:t>
      </w:r>
      <w:r w:rsidRPr="003E3418">
        <w:rPr>
          <w:rFonts w:ascii="Sakkal Majalla" w:hAnsi="Sakkal Majalla" w:cs="Sakkal Majalla"/>
          <w:sz w:val="24"/>
          <w:szCs w:val="24"/>
          <w:rtl/>
        </w:rPr>
        <w:t>مقاساً</w:t>
      </w:r>
      <w:r w:rsidRPr="003E3418">
        <w:rPr>
          <w:rFonts w:ascii="Sakkal Majalla" w:hAnsi="Sakkal Majalla" w:cs="Sakkal Majalla"/>
          <w:sz w:val="24"/>
        </w:rPr>
        <w:t xml:space="preserve"> </w:t>
      </w:r>
      <w:r w:rsidRPr="003E3418">
        <w:rPr>
          <w:rFonts w:ascii="Sakkal Majalla" w:hAnsi="Sakkal Majalla" w:cs="Sakkal Majalla"/>
          <w:sz w:val="24"/>
          <w:szCs w:val="24"/>
          <w:rtl/>
        </w:rPr>
        <w:t>بمؤشر</w:t>
      </w:r>
      <w:r w:rsidRPr="003E3418">
        <w:rPr>
          <w:rFonts w:ascii="Sakkal Majalla" w:hAnsi="Sakkal Majalla" w:cs="Sakkal Majalla"/>
          <w:sz w:val="24"/>
        </w:rPr>
        <w:t xml:space="preserve"> CPI </w:t>
      </w:r>
      <w:r w:rsidRPr="003E3418">
        <w:rPr>
          <w:rFonts w:ascii="Sakkal Majalla" w:hAnsi="Sakkal Majalla" w:cs="Sakkal Majalla"/>
          <w:sz w:val="24"/>
          <w:szCs w:val="24"/>
          <w:rtl/>
        </w:rPr>
        <w:t>الصادر</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منظمة</w:t>
      </w:r>
      <w:r w:rsidRPr="003E3418">
        <w:rPr>
          <w:rFonts w:ascii="Sakkal Majalla" w:hAnsi="Sakkal Majalla" w:cs="Sakkal Majalla"/>
          <w:sz w:val="24"/>
        </w:rPr>
        <w:t xml:space="preserve"> </w:t>
      </w:r>
      <w:r w:rsidRPr="003E3418">
        <w:rPr>
          <w:rFonts w:ascii="Sakkal Majalla" w:hAnsi="Sakkal Majalla" w:cs="Sakkal Majalla"/>
          <w:sz w:val="24"/>
          <w:szCs w:val="24"/>
          <w:rtl/>
        </w:rPr>
        <w:t>الشفافية</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الدولية</w:t>
      </w:r>
      <w:r w:rsidRPr="003E3418">
        <w:rPr>
          <w:rFonts w:ascii="Sakkal Majalla" w:hAnsi="Sakkal Majalla" w:cs="Sakkal Majalla"/>
          <w:sz w:val="24"/>
        </w:rPr>
        <w:t xml:space="preserve"> (2023). </w:t>
      </w:r>
      <w:r w:rsidRPr="003E3418">
        <w:rPr>
          <w:rFonts w:ascii="Sakkal Majalla" w:hAnsi="Sakkal Majalla" w:cs="Sakkal Majalla"/>
          <w:sz w:val="24"/>
          <w:szCs w:val="24"/>
          <w:rtl/>
        </w:rPr>
        <w:t>يتراوح</w:t>
      </w:r>
      <w:r w:rsidRPr="003E3418">
        <w:rPr>
          <w:rFonts w:ascii="Sakkal Majalla" w:hAnsi="Sakkal Majalla" w:cs="Sakkal Majalla"/>
          <w:sz w:val="24"/>
        </w:rPr>
        <w:t xml:space="preserve"> </w:t>
      </w:r>
      <w:r w:rsidRPr="003E3418">
        <w:rPr>
          <w:rFonts w:ascii="Sakkal Majalla" w:hAnsi="Sakkal Majalla" w:cs="Sakkal Majalla"/>
          <w:sz w:val="24"/>
          <w:szCs w:val="24"/>
          <w:rtl/>
        </w:rPr>
        <w:t>المؤشر</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0 (</w:t>
      </w:r>
      <w:r w:rsidRPr="003E3418">
        <w:rPr>
          <w:rFonts w:ascii="Sakkal Majalla" w:hAnsi="Sakkal Majalla" w:cs="Sakkal Majalla"/>
          <w:sz w:val="24"/>
          <w:szCs w:val="24"/>
          <w:rtl/>
        </w:rPr>
        <w:t>أعلى</w:t>
      </w:r>
      <w:r w:rsidRPr="003E3418">
        <w:rPr>
          <w:rFonts w:ascii="Sakkal Majalla" w:hAnsi="Sakkal Majalla" w:cs="Sakkal Majalla"/>
          <w:sz w:val="24"/>
        </w:rPr>
        <w:t xml:space="preserve"> </w:t>
      </w:r>
      <w:r w:rsidRPr="003E3418">
        <w:rPr>
          <w:rFonts w:ascii="Sakkal Majalla" w:hAnsi="Sakkal Majalla" w:cs="Sakkal Majalla"/>
          <w:sz w:val="24"/>
          <w:szCs w:val="24"/>
          <w:rtl/>
        </w:rPr>
        <w:t>مستوى</w:t>
      </w:r>
      <w:r w:rsidRPr="003E3418">
        <w:rPr>
          <w:rFonts w:ascii="Sakkal Majalla" w:hAnsi="Sakkal Majalla" w:cs="Sakkal Majalla"/>
          <w:sz w:val="24"/>
        </w:rPr>
        <w:t xml:space="preserve"> </w:t>
      </w:r>
      <w:r w:rsidRPr="003E3418">
        <w:rPr>
          <w:rFonts w:ascii="Sakkal Majalla" w:hAnsi="Sakkal Majalla" w:cs="Sakkal Majalla"/>
          <w:sz w:val="24"/>
          <w:szCs w:val="24"/>
          <w:rtl/>
        </w:rPr>
        <w:t>فساداً</w:t>
      </w:r>
      <w:r w:rsidRPr="003E3418">
        <w:rPr>
          <w:rFonts w:ascii="Sakkal Majalla" w:hAnsi="Sakkal Majalla" w:cs="Sakkal Majalla"/>
          <w:sz w:val="24"/>
        </w:rPr>
        <w:t xml:space="preserve">) </w:t>
      </w:r>
      <w:r w:rsidRPr="003E3418">
        <w:rPr>
          <w:rFonts w:ascii="Sakkal Majalla" w:hAnsi="Sakkal Majalla" w:cs="Sakkal Majalla"/>
          <w:sz w:val="24"/>
          <w:szCs w:val="24"/>
          <w:rtl/>
        </w:rPr>
        <w:t>و</w:t>
      </w:r>
      <w:r w:rsidRPr="003E3418">
        <w:rPr>
          <w:rFonts w:ascii="Sakkal Majalla" w:hAnsi="Sakkal Majalla" w:cs="Sakkal Majalla"/>
          <w:sz w:val="24"/>
        </w:rPr>
        <w:t>100 (</w:t>
      </w:r>
      <w:r w:rsidRPr="003E3418">
        <w:rPr>
          <w:rFonts w:ascii="Sakkal Majalla" w:hAnsi="Sakkal Majalla" w:cs="Sakkal Majalla"/>
          <w:sz w:val="24"/>
          <w:szCs w:val="24"/>
          <w:rtl/>
        </w:rPr>
        <w:t>أقل</w:t>
      </w:r>
      <w:r w:rsidRPr="003E3418">
        <w:rPr>
          <w:rFonts w:ascii="Sakkal Majalla" w:hAnsi="Sakkal Majalla" w:cs="Sakkal Majalla"/>
          <w:sz w:val="24"/>
        </w:rPr>
        <w:t xml:space="preserve"> </w:t>
      </w:r>
      <w:r w:rsidRPr="003E3418">
        <w:rPr>
          <w:rFonts w:ascii="Sakkal Majalla" w:hAnsi="Sakkal Majalla" w:cs="Sakkal Majalla"/>
          <w:sz w:val="24"/>
          <w:szCs w:val="24"/>
          <w:rtl/>
        </w:rPr>
        <w:t>مستوى</w:t>
      </w:r>
      <w:r w:rsidRPr="003E3418">
        <w:rPr>
          <w:rFonts w:ascii="Sakkal Majalla" w:hAnsi="Sakkal Majalla" w:cs="Sakkal Majalla"/>
          <w:sz w:val="24"/>
        </w:rPr>
        <w:t xml:space="preserve"> </w:t>
      </w:r>
      <w:r w:rsidRPr="003E3418">
        <w:rPr>
          <w:rFonts w:ascii="Sakkal Majalla" w:hAnsi="Sakkal Majalla" w:cs="Sakkal Majalla"/>
          <w:sz w:val="24"/>
          <w:szCs w:val="24"/>
          <w:rtl/>
        </w:rPr>
        <w:t>فساداً</w:t>
      </w:r>
      <w:r w:rsidRPr="003E3418">
        <w:rPr>
          <w:rFonts w:ascii="Sakkal Majalla" w:hAnsi="Sakkal Majalla" w:cs="Sakkal Majalla"/>
          <w:sz w:val="24"/>
        </w:rPr>
        <w:t>)</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ويُقدَّر</w:t>
      </w:r>
      <w:r w:rsidRPr="003E3418">
        <w:rPr>
          <w:rFonts w:ascii="Sakkal Majalla" w:hAnsi="Sakkal Majalla" w:cs="Sakkal Majalla"/>
          <w:sz w:val="24"/>
        </w:rPr>
        <w:t xml:space="preserve"> </w:t>
      </w:r>
      <w:r w:rsidRPr="003E3418">
        <w:rPr>
          <w:rFonts w:ascii="Sakkal Majalla" w:hAnsi="Sakkal Majalla" w:cs="Sakkal Majalla"/>
          <w:sz w:val="24"/>
          <w:szCs w:val="24"/>
          <w:rtl/>
        </w:rPr>
        <w:t>سنوياً</w:t>
      </w:r>
      <w:r w:rsidRPr="003E3418">
        <w:rPr>
          <w:rFonts w:ascii="Sakkal Majalla" w:hAnsi="Sakkal Majalla" w:cs="Sakkal Majalla"/>
          <w:sz w:val="24"/>
        </w:rPr>
        <w:t xml:space="preserve"> </w:t>
      </w:r>
      <w:r w:rsidRPr="003E3418">
        <w:rPr>
          <w:rFonts w:ascii="Sakkal Majalla" w:hAnsi="Sakkal Majalla" w:cs="Sakkal Majalla"/>
          <w:sz w:val="24"/>
          <w:szCs w:val="24"/>
          <w:rtl/>
        </w:rPr>
        <w:t>استناداً</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13 </w:t>
      </w:r>
      <w:r w:rsidRPr="003E3418">
        <w:rPr>
          <w:rFonts w:ascii="Sakkal Majalla" w:hAnsi="Sakkal Majalla" w:cs="Sakkal Majalla"/>
          <w:sz w:val="24"/>
          <w:szCs w:val="24"/>
          <w:rtl/>
        </w:rPr>
        <w:t>مصدراً</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مؤسسات</w:t>
      </w:r>
      <w:r w:rsidRPr="003E3418">
        <w:rPr>
          <w:rFonts w:ascii="Sakkal Majalla" w:hAnsi="Sakkal Majalla" w:cs="Sakkal Majalla"/>
          <w:sz w:val="24"/>
        </w:rPr>
        <w:t xml:space="preserve"> </w:t>
      </w:r>
      <w:r w:rsidRPr="003E3418">
        <w:rPr>
          <w:rFonts w:ascii="Sakkal Majalla" w:hAnsi="Sakkal Majalla" w:cs="Sakkal Majalla"/>
          <w:sz w:val="24"/>
          <w:szCs w:val="24"/>
          <w:rtl/>
        </w:rPr>
        <w:t>دولية</w:t>
      </w:r>
      <w:r w:rsidRPr="003E3418">
        <w:rPr>
          <w:rFonts w:ascii="Sakkal Majalla" w:hAnsi="Sakkal Majalla" w:cs="Sakkal Majalla"/>
          <w:sz w:val="24"/>
        </w:rPr>
        <w:t xml:space="preserve"> </w:t>
      </w:r>
      <w:r w:rsidRPr="003E3418">
        <w:rPr>
          <w:rFonts w:ascii="Sakkal Majalla" w:hAnsi="Sakkal Majalla" w:cs="Sakkal Majalla"/>
          <w:sz w:val="24"/>
          <w:szCs w:val="24"/>
          <w:rtl/>
        </w:rPr>
        <w:t>موثوقة</w:t>
      </w:r>
      <w:r w:rsidRPr="003E3418">
        <w:rPr>
          <w:rFonts w:ascii="Sakkal Majalla" w:hAnsi="Sakkal Majalla" w:cs="Sakkal Majalla"/>
          <w:sz w:val="24"/>
        </w:rPr>
        <w:t xml:space="preserve">. </w:t>
      </w:r>
      <w:r w:rsidRPr="003E3418">
        <w:rPr>
          <w:rFonts w:ascii="Sakkal Majalla" w:hAnsi="Sakkal Majalla" w:cs="Sakkal Majalla"/>
          <w:sz w:val="24"/>
          <w:szCs w:val="24"/>
          <w:rtl/>
        </w:rPr>
        <w:t>وتجدر</w:t>
      </w:r>
      <w:r w:rsidRPr="003E3418">
        <w:rPr>
          <w:rFonts w:ascii="Sakkal Majalla" w:hAnsi="Sakkal Majalla" w:cs="Sakkal Majalla"/>
          <w:sz w:val="24"/>
        </w:rPr>
        <w:t xml:space="preserve"> </w:t>
      </w:r>
      <w:r w:rsidRPr="003E3418">
        <w:rPr>
          <w:rFonts w:ascii="Sakkal Majalla" w:hAnsi="Sakkal Majalla" w:cs="Sakkal Majalla"/>
          <w:sz w:val="24"/>
          <w:szCs w:val="24"/>
          <w:rtl/>
        </w:rPr>
        <w:t>الإشارة</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المنظمة</w:t>
      </w:r>
      <w:r w:rsidRPr="003E3418">
        <w:rPr>
          <w:rFonts w:ascii="Sakkal Majalla" w:hAnsi="Sakkal Majalla" w:cs="Sakkal Majalla"/>
          <w:sz w:val="24"/>
        </w:rPr>
        <w:t xml:space="preserve"> </w:t>
      </w:r>
      <w:r w:rsidRPr="003E3418">
        <w:rPr>
          <w:rFonts w:ascii="Sakkal Majalla" w:hAnsi="Sakkal Majalla" w:cs="Sakkal Majalla"/>
          <w:sz w:val="24"/>
          <w:szCs w:val="24"/>
          <w:rtl/>
        </w:rPr>
        <w:t>أجرت</w:t>
      </w:r>
      <w:r w:rsidRPr="003E3418">
        <w:rPr>
          <w:rFonts w:ascii="Sakkal Majalla" w:hAnsi="Sakkal Majalla" w:cs="Sakkal Majalla"/>
          <w:sz w:val="24"/>
        </w:rPr>
        <w:t xml:space="preserve"> </w:t>
      </w:r>
      <w:r w:rsidRPr="003E3418">
        <w:rPr>
          <w:rFonts w:ascii="Sakkal Majalla" w:hAnsi="Sakkal Majalla" w:cs="Sakkal Majalla"/>
          <w:sz w:val="24"/>
          <w:szCs w:val="24"/>
          <w:rtl/>
        </w:rPr>
        <w:t>تعديلاً</w:t>
      </w:r>
      <w:r w:rsidRPr="003E3418">
        <w:rPr>
          <w:rFonts w:ascii="Sakkal Majalla" w:hAnsi="Sakkal Majalla" w:cs="Sakkal Majalla"/>
          <w:sz w:val="24"/>
        </w:rPr>
        <w:t xml:space="preserve"> </w:t>
      </w:r>
      <w:r w:rsidRPr="003E3418">
        <w:rPr>
          <w:rFonts w:ascii="Sakkal Majalla" w:hAnsi="Sakkal Majalla" w:cs="Sakkal Majalla"/>
          <w:sz w:val="24"/>
          <w:szCs w:val="24"/>
          <w:rtl/>
        </w:rPr>
        <w:t>منهجياً</w:t>
      </w:r>
      <w:r w:rsidRPr="003E3418">
        <w:rPr>
          <w:rFonts w:ascii="Sakkal Majalla" w:hAnsi="Sakkal Majalla" w:cs="Sakkal Majalla"/>
          <w:sz w:val="24"/>
        </w:rPr>
        <w:t xml:space="preserve"> </w:t>
      </w:r>
      <w:r w:rsidRPr="003E3418">
        <w:rPr>
          <w:rFonts w:ascii="Sakkal Majalla" w:hAnsi="Sakkal Majalla" w:cs="Sakkal Majalla"/>
          <w:sz w:val="24"/>
          <w:szCs w:val="24"/>
          <w:rtl/>
        </w:rPr>
        <w:t>جوهرياً</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المؤشر</w:t>
      </w:r>
      <w:r w:rsidRPr="003E3418">
        <w:rPr>
          <w:rFonts w:ascii="Sakkal Majalla" w:hAnsi="Sakkal Majalla" w:cs="Sakkal Majalla"/>
          <w:sz w:val="24"/>
        </w:rPr>
        <w:t xml:space="preserve"> </w:t>
      </w:r>
      <w:r w:rsidRPr="003E3418">
        <w:rPr>
          <w:rFonts w:ascii="Sakkal Majalla" w:hAnsi="Sakkal Majalla" w:cs="Sakkal Majalla"/>
          <w:sz w:val="24"/>
          <w:szCs w:val="24"/>
          <w:rtl/>
        </w:rPr>
        <w:t>عام</w:t>
      </w:r>
      <w:r w:rsidRPr="003E3418">
        <w:rPr>
          <w:rFonts w:ascii="Sakkal Majalla" w:hAnsi="Sakkal Majalla" w:cs="Sakkal Majalla"/>
          <w:sz w:val="24"/>
        </w:rPr>
        <w:t xml:space="preserve"> 2012 </w:t>
      </w:r>
      <w:r w:rsidRPr="003E3418">
        <w:rPr>
          <w:rFonts w:ascii="Sakkal Majalla" w:hAnsi="Sakkal Majalla" w:cs="Sakkal Majalla"/>
          <w:sz w:val="24"/>
          <w:szCs w:val="24"/>
          <w:rtl/>
        </w:rPr>
        <w:t>يجعل</w:t>
      </w:r>
      <w:r w:rsidRPr="003E3418">
        <w:rPr>
          <w:rFonts w:ascii="Sakkal Majalla" w:hAnsi="Sakkal Majalla" w:cs="Sakkal Majalla"/>
          <w:sz w:val="24"/>
        </w:rPr>
        <w:t xml:space="preserve"> </w:t>
      </w:r>
      <w:r w:rsidRPr="003E3418">
        <w:rPr>
          <w:rFonts w:ascii="Sakkal Majalla" w:hAnsi="Sakkal Majalla" w:cs="Sakkal Majalla"/>
          <w:sz w:val="24"/>
          <w:szCs w:val="24"/>
          <w:rtl/>
        </w:rPr>
        <w:t>مقارنة</w:t>
      </w:r>
      <w:r w:rsidRPr="003E3418">
        <w:rPr>
          <w:rFonts w:ascii="Sakkal Majalla" w:hAnsi="Sakkal Majalla" w:cs="Sakkal Majalla"/>
          <w:sz w:val="24"/>
        </w:rPr>
        <w:t xml:space="preserve"> </w:t>
      </w:r>
      <w:r w:rsidRPr="003E3418">
        <w:rPr>
          <w:rFonts w:ascii="Sakkal Majalla" w:hAnsi="Sakkal Majalla" w:cs="Sakkal Majalla"/>
          <w:sz w:val="24"/>
          <w:szCs w:val="24"/>
          <w:rtl/>
        </w:rPr>
        <w:t>القيم</w:t>
      </w:r>
      <w:r w:rsidRPr="003E3418">
        <w:rPr>
          <w:rFonts w:ascii="Sakkal Majalla" w:hAnsi="Sakkal Majalla" w:cs="Sakkal Majalla"/>
          <w:sz w:val="24"/>
        </w:rPr>
        <w:t xml:space="preserve"> </w:t>
      </w:r>
      <w:r w:rsidRPr="003E3418">
        <w:rPr>
          <w:rFonts w:ascii="Sakkal Majalla" w:hAnsi="Sakkal Majalla" w:cs="Sakkal Majalla"/>
          <w:sz w:val="24"/>
          <w:szCs w:val="24"/>
          <w:rtl/>
        </w:rPr>
        <w:t>الكاملة</w:t>
      </w:r>
      <w:r w:rsidRPr="003E3418">
        <w:rPr>
          <w:rFonts w:ascii="Sakkal Majalla" w:hAnsi="Sakkal Majalla" w:cs="Sakkal Majalla"/>
          <w:sz w:val="24"/>
        </w:rPr>
        <w:t xml:space="preserve"> </w:t>
      </w:r>
      <w:r w:rsidRPr="003E3418">
        <w:rPr>
          <w:rFonts w:ascii="Sakkal Majalla" w:hAnsi="Sakkal Majalla" w:cs="Sakkal Majalla"/>
          <w:sz w:val="24"/>
          <w:szCs w:val="24"/>
          <w:rtl/>
        </w:rPr>
        <w:t>للفترة</w:t>
      </w:r>
      <w:r w:rsidRPr="003E3418">
        <w:rPr>
          <w:rFonts w:ascii="Sakkal Majalla" w:hAnsi="Sakkal Majalla" w:cs="Sakkal Majalla"/>
          <w:sz w:val="24"/>
        </w:rPr>
        <w:t xml:space="preserve"> 2000–2022 </w:t>
      </w:r>
      <w:r w:rsidRPr="003E3418">
        <w:rPr>
          <w:rFonts w:ascii="Sakkal Majalla" w:hAnsi="Sakkal Majalla" w:cs="Sakkal Majalla"/>
          <w:sz w:val="24"/>
          <w:szCs w:val="24"/>
          <w:rtl/>
        </w:rPr>
        <w:t>تستلزم</w:t>
      </w:r>
      <w:r w:rsidRPr="003E3418">
        <w:rPr>
          <w:rFonts w:ascii="Sakkal Majalla" w:hAnsi="Sakkal Majalla" w:cs="Sakkal Majalla"/>
          <w:sz w:val="24"/>
        </w:rPr>
        <w:t xml:space="preserve"> </w:t>
      </w:r>
      <w:r w:rsidRPr="003E3418">
        <w:rPr>
          <w:rFonts w:ascii="Sakkal Majalla" w:hAnsi="Sakkal Majalla" w:cs="Sakkal Majalla"/>
          <w:sz w:val="24"/>
          <w:szCs w:val="24"/>
          <w:rtl/>
        </w:rPr>
        <w:t>حذراً</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تحليلياً</w:t>
      </w:r>
      <w:r w:rsidRPr="003E3418">
        <w:rPr>
          <w:rFonts w:ascii="Sakkal Majalla" w:hAnsi="Sakkal Majalla" w:cs="Sakkal Majalla"/>
          <w:sz w:val="24"/>
        </w:rPr>
        <w:t xml:space="preserve"> </w:t>
      </w:r>
      <w:r w:rsidRPr="003E3418">
        <w:rPr>
          <w:rFonts w:ascii="Sakkal Majalla" w:hAnsi="Sakkal Majalla" w:cs="Sakkal Majalla"/>
          <w:sz w:val="24"/>
          <w:szCs w:val="24"/>
          <w:rtl/>
        </w:rPr>
        <w:t>إضافياً،</w:t>
      </w:r>
      <w:r w:rsidRPr="003E3418">
        <w:rPr>
          <w:rFonts w:ascii="Sakkal Majalla" w:hAnsi="Sakkal Majalla" w:cs="Sakkal Majalla"/>
          <w:sz w:val="24"/>
        </w:rPr>
        <w:t xml:space="preserve"> </w:t>
      </w:r>
      <w:r w:rsidRPr="003E3418">
        <w:rPr>
          <w:rFonts w:ascii="Sakkal Majalla" w:hAnsi="Sakkal Majalla" w:cs="Sakkal Majalla"/>
          <w:sz w:val="24"/>
          <w:szCs w:val="24"/>
          <w:rtl/>
        </w:rPr>
        <w:t>وقد</w:t>
      </w:r>
      <w:r w:rsidRPr="003E3418">
        <w:rPr>
          <w:rFonts w:ascii="Sakkal Majalla" w:hAnsi="Sakkal Majalla" w:cs="Sakkal Majalla"/>
          <w:sz w:val="24"/>
        </w:rPr>
        <w:t xml:space="preserve"> </w:t>
      </w:r>
      <w:r w:rsidRPr="003E3418">
        <w:rPr>
          <w:rFonts w:ascii="Sakkal Majalla" w:hAnsi="Sakkal Majalla" w:cs="Sakkal Majalla"/>
          <w:sz w:val="24"/>
          <w:szCs w:val="24"/>
          <w:rtl/>
        </w:rPr>
        <w:t>أُفصح</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القيد</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قسم</w:t>
      </w:r>
      <w:r w:rsidRPr="003E3418">
        <w:rPr>
          <w:rFonts w:ascii="Sakkal Majalla" w:hAnsi="Sakkal Majalla" w:cs="Sakkal Majalla"/>
          <w:sz w:val="24"/>
        </w:rPr>
        <w:t xml:space="preserve"> </w:t>
      </w:r>
      <w:r w:rsidRPr="003E3418">
        <w:rPr>
          <w:rFonts w:ascii="Sakkal Majalla" w:hAnsi="Sakkal Majalla" w:cs="Sakkal Majalla"/>
          <w:sz w:val="24"/>
          <w:szCs w:val="24"/>
          <w:rtl/>
        </w:rPr>
        <w:t>المنهجية</w:t>
      </w:r>
      <w:r w:rsidRPr="003E3418">
        <w:rPr>
          <w:rFonts w:ascii="Sakkal Majalla" w:hAnsi="Sakkal Majalla" w:cs="Sakkal Majalla"/>
          <w:sz w:val="24"/>
        </w:rPr>
        <w:t xml:space="preserve"> </w:t>
      </w:r>
      <w:r w:rsidRPr="003E3418">
        <w:rPr>
          <w:rFonts w:ascii="Sakkal Majalla" w:hAnsi="Sakkal Majalla" w:cs="Sakkal Majalla"/>
          <w:sz w:val="24"/>
          <w:szCs w:val="24"/>
          <w:rtl/>
        </w:rPr>
        <w:t>واختبارات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المتانة</w:t>
      </w:r>
      <w:r w:rsidRPr="003E3418">
        <w:rPr>
          <w:rFonts w:ascii="Sakkal Majalla" w:hAnsi="Sakkal Majalla" w:cs="Sakkal Majalla"/>
          <w:sz w:val="24"/>
        </w:rPr>
        <w:t>.</w:t>
      </w:r>
    </w:p>
    <w:p w14:paraId="2FF5E692"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ويُستخدم</w:t>
      </w:r>
      <w:r w:rsidRPr="003E3418">
        <w:rPr>
          <w:rFonts w:ascii="Sakkal Majalla" w:hAnsi="Sakkal Majalla" w:cs="Sakkal Majalla"/>
          <w:sz w:val="24"/>
        </w:rPr>
        <w:t xml:space="preserve"> </w:t>
      </w:r>
      <w:r w:rsidRPr="003E3418">
        <w:rPr>
          <w:rFonts w:ascii="Sakkal Majalla" w:hAnsi="Sakkal Majalla" w:cs="Sakkal Majalla"/>
          <w:sz w:val="24"/>
          <w:szCs w:val="24"/>
          <w:rtl/>
        </w:rPr>
        <w:t>مؤشر</w:t>
      </w:r>
      <w:r w:rsidRPr="003E3418">
        <w:rPr>
          <w:rFonts w:ascii="Sakkal Majalla" w:hAnsi="Sakkal Majalla" w:cs="Sakkal Majalla"/>
          <w:sz w:val="24"/>
        </w:rPr>
        <w:t xml:space="preserve"> </w:t>
      </w:r>
      <w:r w:rsidRPr="003E3418">
        <w:rPr>
          <w:rFonts w:ascii="Sakkal Majalla" w:hAnsi="Sakkal Majalla" w:cs="Sakkal Majalla"/>
          <w:sz w:val="24"/>
          <w:szCs w:val="24"/>
          <w:rtl/>
        </w:rPr>
        <w:t>السيطرة</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الحوكمة</w:t>
      </w:r>
      <w:r w:rsidRPr="003E3418">
        <w:rPr>
          <w:rFonts w:ascii="Sakkal Majalla" w:hAnsi="Sakkal Majalla" w:cs="Sakkal Majalla"/>
          <w:sz w:val="24"/>
        </w:rPr>
        <w:t xml:space="preserve"> </w:t>
      </w:r>
      <w:r w:rsidRPr="003E3418">
        <w:rPr>
          <w:rFonts w:ascii="Sakkal Majalla" w:hAnsi="Sakkal Majalla" w:cs="Sakkal Majalla"/>
          <w:sz w:val="24"/>
          <w:szCs w:val="24"/>
          <w:rtl/>
        </w:rPr>
        <w:t>العالمية</w:t>
      </w:r>
      <w:r w:rsidRPr="003E3418">
        <w:rPr>
          <w:rFonts w:ascii="Sakkal Majalla" w:hAnsi="Sakkal Majalla" w:cs="Sakkal Majalla"/>
          <w:sz w:val="24"/>
        </w:rPr>
        <w:t xml:space="preserve"> WGI </w:t>
      </w:r>
      <w:r w:rsidRPr="003E3418">
        <w:rPr>
          <w:rFonts w:ascii="Sakkal Majalla" w:hAnsi="Sakkal Majalla" w:cs="Sakkal Majalla"/>
          <w:sz w:val="24"/>
          <w:szCs w:val="24"/>
          <w:rtl/>
        </w:rPr>
        <w:t>للبنك</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الدولي</w:t>
      </w:r>
      <w:r w:rsidRPr="003E3418">
        <w:rPr>
          <w:rFonts w:ascii="Sakkal Majalla" w:hAnsi="Sakkal Majalla" w:cs="Sakkal Majalla"/>
          <w:sz w:val="24"/>
        </w:rPr>
        <w:t xml:space="preserve"> (2023) </w:t>
      </w:r>
      <w:r w:rsidRPr="003E3418">
        <w:rPr>
          <w:rFonts w:ascii="Sakkal Majalla" w:hAnsi="Sakkal Majalla" w:cs="Sakkal Majalla"/>
          <w:sz w:val="24"/>
          <w:szCs w:val="24"/>
          <w:rtl/>
        </w:rPr>
        <w:t>متغيراً</w:t>
      </w:r>
      <w:r w:rsidRPr="003E3418">
        <w:rPr>
          <w:rFonts w:ascii="Sakkal Majalla" w:hAnsi="Sakkal Majalla" w:cs="Sakkal Majalla"/>
          <w:sz w:val="24"/>
        </w:rPr>
        <w:t xml:space="preserve"> </w:t>
      </w:r>
      <w:r w:rsidRPr="003E3418">
        <w:rPr>
          <w:rFonts w:ascii="Sakkal Majalla" w:hAnsi="Sakkal Majalla" w:cs="Sakkal Majalla"/>
          <w:sz w:val="24"/>
          <w:szCs w:val="24"/>
          <w:rtl/>
        </w:rPr>
        <w:t>بديلاً</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اختبارات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الحساسية</w:t>
      </w:r>
      <w:r w:rsidRPr="003E3418">
        <w:rPr>
          <w:rFonts w:ascii="Sakkal Majalla" w:hAnsi="Sakkal Majalla" w:cs="Sakkal Majalla"/>
          <w:sz w:val="24"/>
        </w:rPr>
        <w:t xml:space="preserve"> </w:t>
      </w:r>
      <w:r w:rsidRPr="003E3418">
        <w:rPr>
          <w:rFonts w:ascii="Sakkal Majalla" w:hAnsi="Sakkal Majalla" w:cs="Sakkal Majalla"/>
          <w:sz w:val="24"/>
          <w:szCs w:val="24"/>
          <w:rtl/>
        </w:rPr>
        <w:t>للتحقق</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متانة</w:t>
      </w:r>
      <w:r w:rsidRPr="003E3418">
        <w:rPr>
          <w:rFonts w:ascii="Sakkal Majalla" w:hAnsi="Sakkal Majalla" w:cs="Sakkal Majalla"/>
          <w:sz w:val="24"/>
        </w:rPr>
        <w:t xml:space="preserve"> </w:t>
      </w:r>
      <w:r w:rsidRPr="003E3418">
        <w:rPr>
          <w:rFonts w:ascii="Sakkal Majalla" w:hAnsi="Sakkal Majalla" w:cs="Sakkal Majalla"/>
          <w:sz w:val="24"/>
          <w:szCs w:val="24"/>
          <w:rtl/>
        </w:rPr>
        <w:t>النتائج</w:t>
      </w:r>
      <w:r w:rsidRPr="003E3418">
        <w:rPr>
          <w:rFonts w:ascii="Sakkal Majalla" w:hAnsi="Sakkal Majalla" w:cs="Sakkal Majalla"/>
          <w:sz w:val="24"/>
        </w:rPr>
        <w:t xml:space="preserve"> </w:t>
      </w:r>
      <w:r w:rsidRPr="003E3418">
        <w:rPr>
          <w:rFonts w:ascii="Sakkal Majalla" w:hAnsi="Sakkal Majalla" w:cs="Sakkal Majalla"/>
          <w:sz w:val="24"/>
          <w:szCs w:val="24"/>
          <w:rtl/>
        </w:rPr>
        <w:t>وعدم</w:t>
      </w:r>
      <w:r w:rsidRPr="003E3418">
        <w:rPr>
          <w:rFonts w:ascii="Sakkal Majalla" w:hAnsi="Sakkal Majalla" w:cs="Sakkal Majalla"/>
          <w:sz w:val="24"/>
        </w:rPr>
        <w:t xml:space="preserve"> </w:t>
      </w:r>
      <w:r w:rsidRPr="003E3418">
        <w:rPr>
          <w:rFonts w:ascii="Sakkal Majalla" w:hAnsi="Sakkal Majalla" w:cs="Sakkal Majalla"/>
          <w:sz w:val="24"/>
          <w:szCs w:val="24"/>
          <w:rtl/>
        </w:rPr>
        <w:t>اعتمادها</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اختيار</w:t>
      </w:r>
      <w:r w:rsidRPr="003E3418">
        <w:rPr>
          <w:rFonts w:ascii="Sakkal Majalla" w:hAnsi="Sakkal Majalla" w:cs="Sakkal Majalla"/>
          <w:sz w:val="24"/>
        </w:rPr>
        <w:t xml:space="preserve"> </w:t>
      </w:r>
      <w:r w:rsidRPr="003E3418">
        <w:rPr>
          <w:rFonts w:ascii="Sakkal Majalla" w:hAnsi="Sakkal Majalla" w:cs="Sakkal Majalla"/>
          <w:sz w:val="24"/>
          <w:szCs w:val="24"/>
          <w:rtl/>
        </w:rPr>
        <w:t>مؤشر</w:t>
      </w:r>
      <w:r w:rsidRPr="003E3418">
        <w:rPr>
          <w:rFonts w:ascii="Sakkal Majalla" w:hAnsi="Sakkal Majalla" w:cs="Sakkal Majalla"/>
          <w:sz w:val="24"/>
        </w:rPr>
        <w:t xml:space="preserve"> </w:t>
      </w:r>
      <w:r w:rsidRPr="003E3418">
        <w:rPr>
          <w:rFonts w:ascii="Sakkal Majalla" w:hAnsi="Sakkal Majalla" w:cs="Sakkal Majalla"/>
          <w:sz w:val="24"/>
          <w:szCs w:val="24"/>
          <w:rtl/>
        </w:rPr>
        <w:t>بعينه</w:t>
      </w:r>
      <w:r w:rsidRPr="003E3418">
        <w:rPr>
          <w:rFonts w:ascii="Sakkal Majalla" w:hAnsi="Sakkal Majalla" w:cs="Sakkal Majalla"/>
          <w:sz w:val="24"/>
        </w:rPr>
        <w:t xml:space="preserve">. </w:t>
      </w:r>
      <w:r w:rsidRPr="003E3418">
        <w:rPr>
          <w:rFonts w:ascii="Sakkal Majalla" w:hAnsi="Sakkal Majalla" w:cs="Sakkal Majalla"/>
          <w:sz w:val="24"/>
          <w:szCs w:val="24"/>
          <w:rtl/>
        </w:rPr>
        <w:t>يتراوح</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المؤشر</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−2.5 (</w:t>
      </w:r>
      <w:r w:rsidRPr="003E3418">
        <w:rPr>
          <w:rFonts w:ascii="Sakkal Majalla" w:hAnsi="Sakkal Majalla" w:cs="Sakkal Majalla"/>
          <w:sz w:val="24"/>
          <w:szCs w:val="24"/>
          <w:rtl/>
        </w:rPr>
        <w:t>فساد</w:t>
      </w:r>
      <w:r w:rsidRPr="003E3418">
        <w:rPr>
          <w:rFonts w:ascii="Sakkal Majalla" w:hAnsi="Sakkal Majalla" w:cs="Sakkal Majalla"/>
          <w:sz w:val="24"/>
        </w:rPr>
        <w:t xml:space="preserve"> </w:t>
      </w:r>
      <w:r w:rsidRPr="003E3418">
        <w:rPr>
          <w:rFonts w:ascii="Sakkal Majalla" w:hAnsi="Sakkal Majalla" w:cs="Sakkal Majalla"/>
          <w:sz w:val="24"/>
          <w:szCs w:val="24"/>
          <w:rtl/>
        </w:rPr>
        <w:t>مرتفع</w:t>
      </w:r>
      <w:r w:rsidRPr="003E3418">
        <w:rPr>
          <w:rFonts w:ascii="Sakkal Majalla" w:hAnsi="Sakkal Majalla" w:cs="Sakkal Majalla"/>
          <w:sz w:val="24"/>
        </w:rPr>
        <w:t xml:space="preserve"> </w:t>
      </w:r>
      <w:r w:rsidRPr="003E3418">
        <w:rPr>
          <w:rFonts w:ascii="Sakkal Majalla" w:hAnsi="Sakkal Majalla" w:cs="Sakkal Majalla"/>
          <w:sz w:val="24"/>
          <w:szCs w:val="24"/>
          <w:rtl/>
        </w:rPr>
        <w:t>جداً</w:t>
      </w:r>
      <w:r w:rsidRPr="003E3418">
        <w:rPr>
          <w:rFonts w:ascii="Sakkal Majalla" w:hAnsi="Sakkal Majalla" w:cs="Sakkal Majalla"/>
          <w:sz w:val="24"/>
        </w:rPr>
        <w:t xml:space="preserve">) </w:t>
      </w:r>
      <w:r w:rsidRPr="003E3418">
        <w:rPr>
          <w:rFonts w:ascii="Sakkal Majalla" w:hAnsi="Sakkal Majalla" w:cs="Sakkal Majalla"/>
          <w:sz w:val="24"/>
          <w:szCs w:val="24"/>
          <w:rtl/>
        </w:rPr>
        <w:t>و</w:t>
      </w:r>
      <w:r w:rsidRPr="003E3418">
        <w:rPr>
          <w:rFonts w:ascii="Sakkal Majalla" w:hAnsi="Sakkal Majalla" w:cs="Sakkal Majalla"/>
          <w:sz w:val="24"/>
        </w:rPr>
        <w:t>+2.5 (</w:t>
      </w:r>
      <w:r w:rsidRPr="003E3418">
        <w:rPr>
          <w:rFonts w:ascii="Sakkal Majalla" w:hAnsi="Sakkal Majalla" w:cs="Sakkal Majalla"/>
          <w:sz w:val="24"/>
          <w:szCs w:val="24"/>
          <w:rtl/>
        </w:rPr>
        <w:t>فساد</w:t>
      </w:r>
      <w:r w:rsidRPr="003E3418">
        <w:rPr>
          <w:rFonts w:ascii="Sakkal Majalla" w:hAnsi="Sakkal Majalla" w:cs="Sakkal Majalla"/>
          <w:sz w:val="24"/>
        </w:rPr>
        <w:t xml:space="preserve"> </w:t>
      </w:r>
      <w:r w:rsidRPr="003E3418">
        <w:rPr>
          <w:rFonts w:ascii="Sakkal Majalla" w:hAnsi="Sakkal Majalla" w:cs="Sakkal Majalla"/>
          <w:sz w:val="24"/>
          <w:szCs w:val="24"/>
          <w:rtl/>
        </w:rPr>
        <w:t>منخفض</w:t>
      </w:r>
      <w:r w:rsidRPr="003E3418">
        <w:rPr>
          <w:rFonts w:ascii="Sakkal Majalla" w:hAnsi="Sakkal Majalla" w:cs="Sakkal Majalla"/>
          <w:sz w:val="24"/>
        </w:rPr>
        <w:t xml:space="preserve"> </w:t>
      </w:r>
      <w:r w:rsidRPr="003E3418">
        <w:rPr>
          <w:rFonts w:ascii="Sakkal Majalla" w:hAnsi="Sakkal Majalla" w:cs="Sakkal Majalla"/>
          <w:sz w:val="24"/>
          <w:szCs w:val="24"/>
          <w:rtl/>
        </w:rPr>
        <w:t>جداً</w:t>
      </w:r>
      <w:r w:rsidRPr="003E3418">
        <w:rPr>
          <w:rFonts w:ascii="Sakkal Majalla" w:hAnsi="Sakkal Majalla" w:cs="Sakkal Majalla"/>
          <w:sz w:val="24"/>
        </w:rPr>
        <w:t>).</w:t>
      </w:r>
    </w:p>
    <w:p w14:paraId="079B3CD2"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ب</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النمو</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الاقتصادي</w:t>
      </w:r>
      <w:r w:rsidRPr="003E3418">
        <w:rPr>
          <w:rFonts w:ascii="Sakkal Majalla" w:hAnsi="Sakkal Majalla" w:cs="Sakkal Majalla"/>
          <w:b/>
          <w:sz w:val="26"/>
        </w:rPr>
        <w:t xml:space="preserve"> — </w:t>
      </w:r>
      <w:r w:rsidRPr="003E3418">
        <w:rPr>
          <w:rFonts w:ascii="Sakkal Majalla" w:hAnsi="Sakkal Majalla" w:cs="Sakkal Majalla"/>
          <w:b/>
          <w:bCs/>
          <w:sz w:val="26"/>
          <w:szCs w:val="26"/>
          <w:rtl/>
        </w:rPr>
        <w:t>المتغير</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التابع</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الأول</w:t>
      </w:r>
    </w:p>
    <w:p w14:paraId="6978E63B"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يُقاس</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بمعدل</w:t>
      </w:r>
      <w:r w:rsidRPr="003E3418">
        <w:rPr>
          <w:rFonts w:ascii="Sakkal Majalla" w:hAnsi="Sakkal Majalla" w:cs="Sakkal Majalla"/>
          <w:sz w:val="24"/>
        </w:rPr>
        <w:t xml:space="preserve"> </w:t>
      </w:r>
      <w:r w:rsidRPr="003E3418">
        <w:rPr>
          <w:rFonts w:ascii="Sakkal Majalla" w:hAnsi="Sakkal Majalla" w:cs="Sakkal Majalla"/>
          <w:sz w:val="24"/>
          <w:szCs w:val="24"/>
          <w:rtl/>
        </w:rPr>
        <w:t>نمو</w:t>
      </w:r>
      <w:r w:rsidRPr="003E3418">
        <w:rPr>
          <w:rFonts w:ascii="Sakkal Majalla" w:hAnsi="Sakkal Majalla" w:cs="Sakkal Majalla"/>
          <w:sz w:val="24"/>
        </w:rPr>
        <w:t xml:space="preserve"> </w:t>
      </w:r>
      <w:r w:rsidRPr="003E3418">
        <w:rPr>
          <w:rFonts w:ascii="Sakkal Majalla" w:hAnsi="Sakkal Majalla" w:cs="Sakkal Majalla"/>
          <w:sz w:val="24"/>
          <w:szCs w:val="24"/>
          <w:rtl/>
        </w:rPr>
        <w:t>نصيب</w:t>
      </w:r>
      <w:r w:rsidRPr="003E3418">
        <w:rPr>
          <w:rFonts w:ascii="Sakkal Majalla" w:hAnsi="Sakkal Majalla" w:cs="Sakkal Majalla"/>
          <w:sz w:val="24"/>
        </w:rPr>
        <w:t xml:space="preserve"> </w:t>
      </w:r>
      <w:r w:rsidRPr="003E3418">
        <w:rPr>
          <w:rFonts w:ascii="Sakkal Majalla" w:hAnsi="Sakkal Majalla" w:cs="Sakkal Majalla"/>
          <w:sz w:val="24"/>
          <w:szCs w:val="24"/>
          <w:rtl/>
        </w:rPr>
        <w:t>الفرد</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الناتج</w:t>
      </w:r>
      <w:r w:rsidRPr="003E3418">
        <w:rPr>
          <w:rFonts w:ascii="Sakkal Majalla" w:hAnsi="Sakkal Majalla" w:cs="Sakkal Majalla"/>
          <w:sz w:val="24"/>
        </w:rPr>
        <w:t xml:space="preserve"> </w:t>
      </w:r>
      <w:r w:rsidRPr="003E3418">
        <w:rPr>
          <w:rFonts w:ascii="Sakkal Majalla" w:hAnsi="Sakkal Majalla" w:cs="Sakkal Majalla"/>
          <w:sz w:val="24"/>
          <w:szCs w:val="24"/>
          <w:rtl/>
        </w:rPr>
        <w:t>المحلي</w:t>
      </w:r>
      <w:r w:rsidRPr="003E3418">
        <w:rPr>
          <w:rFonts w:ascii="Sakkal Majalla" w:hAnsi="Sakkal Majalla" w:cs="Sakkal Majalla"/>
          <w:sz w:val="24"/>
        </w:rPr>
        <w:t xml:space="preserve"> </w:t>
      </w:r>
      <w:r w:rsidRPr="003E3418">
        <w:rPr>
          <w:rFonts w:ascii="Sakkal Majalla" w:hAnsi="Sakkal Majalla" w:cs="Sakkal Majalla"/>
          <w:sz w:val="24"/>
          <w:szCs w:val="24"/>
          <w:rtl/>
        </w:rPr>
        <w:t>الإجمالي</w:t>
      </w:r>
      <w:r w:rsidRPr="003E3418">
        <w:rPr>
          <w:rFonts w:ascii="Sakkal Majalla" w:hAnsi="Sakkal Majalla" w:cs="Sakkal Majalla"/>
          <w:sz w:val="24"/>
        </w:rPr>
        <w:t xml:space="preserve"> </w:t>
      </w:r>
      <w:r w:rsidRPr="003E3418">
        <w:rPr>
          <w:rFonts w:ascii="Sakkal Majalla" w:hAnsi="Sakkal Majalla" w:cs="Sakkal Majalla"/>
          <w:sz w:val="24"/>
          <w:szCs w:val="24"/>
          <w:rtl/>
        </w:rPr>
        <w:t>الحقيقي</w:t>
      </w:r>
      <w:r w:rsidRPr="003E3418">
        <w:rPr>
          <w:rFonts w:ascii="Sakkal Majalla" w:hAnsi="Sakkal Majalla" w:cs="Sakkal Majalla"/>
          <w:sz w:val="24"/>
        </w:rPr>
        <w:t xml:space="preserve"> (</w:t>
      </w:r>
      <w:r w:rsidRPr="003E3418">
        <w:rPr>
          <w:rFonts w:ascii="Sakkal Majalla" w:hAnsi="Sakkal Majalla" w:cs="Sakkal Majalla"/>
          <w:sz w:val="24"/>
          <w:szCs w:val="24"/>
          <w:rtl/>
        </w:rPr>
        <w:t>بالدولار</w:t>
      </w:r>
      <w:r w:rsidRPr="003E3418">
        <w:rPr>
          <w:rFonts w:ascii="Sakkal Majalla" w:hAnsi="Sakkal Majalla" w:cs="Sakkal Majalla"/>
          <w:sz w:val="24"/>
        </w:rPr>
        <w:t xml:space="preserve"> </w:t>
      </w:r>
      <w:r w:rsidRPr="003E3418">
        <w:rPr>
          <w:rFonts w:ascii="Sakkal Majalla" w:hAnsi="Sakkal Majalla" w:cs="Sakkal Majalla"/>
          <w:sz w:val="24"/>
          <w:szCs w:val="24"/>
          <w:rtl/>
        </w:rPr>
        <w:t>الثابت</w:t>
      </w:r>
      <w:r w:rsidRPr="003E3418">
        <w:rPr>
          <w:rFonts w:ascii="Sakkal Majalla" w:hAnsi="Sakkal Majalla" w:cs="Sakkal Majalla"/>
          <w:sz w:val="24"/>
        </w:rPr>
        <w:t xml:space="preserve"> </w:t>
      </w:r>
      <w:r w:rsidRPr="003E3418">
        <w:rPr>
          <w:rFonts w:ascii="Sakkal Majalla" w:hAnsi="Sakkal Majalla" w:cs="Sakkal Majalla"/>
          <w:sz w:val="24"/>
          <w:szCs w:val="24"/>
          <w:rtl/>
        </w:rPr>
        <w:t>لعام</w:t>
      </w:r>
      <w:r w:rsidRPr="003E3418">
        <w:rPr>
          <w:rFonts w:ascii="Sakkal Majalla" w:hAnsi="Sakkal Majalla" w:cs="Sakkal Majalla"/>
          <w:sz w:val="24"/>
        </w:rPr>
        <w:t xml:space="preserve"> 2015) </w:t>
      </w:r>
      <w:r w:rsidRPr="003E3418">
        <w:rPr>
          <w:rFonts w:ascii="Sakkal Majalla" w:hAnsi="Sakkal Majalla" w:cs="Sakkal Majalla"/>
          <w:sz w:val="24"/>
          <w:szCs w:val="24"/>
          <w:rtl/>
        </w:rPr>
        <w:t>السنوي،</w:t>
      </w:r>
      <w:r w:rsidRPr="003E3418">
        <w:rPr>
          <w:rFonts w:ascii="Sakkal Majalla" w:hAnsi="Sakkal Majalla" w:cs="Sakkal Majalla"/>
          <w:sz w:val="24"/>
        </w:rPr>
        <w:t xml:space="preserve"> </w:t>
      </w:r>
      <w:r w:rsidRPr="003E3418">
        <w:rPr>
          <w:rFonts w:ascii="Sakkal Majalla" w:hAnsi="Sakkal Majalla" w:cs="Sakkal Majalla"/>
          <w:sz w:val="24"/>
          <w:szCs w:val="24"/>
          <w:rtl/>
        </w:rPr>
        <w:t>مأخوذاً</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قاعدة</w:t>
      </w:r>
      <w:r w:rsidRPr="003E3418">
        <w:rPr>
          <w:rFonts w:ascii="Sakkal Majalla" w:hAnsi="Sakkal Majalla" w:cs="Sakkal Majalla"/>
          <w:sz w:val="24"/>
        </w:rPr>
        <w:t xml:space="preserve"> </w:t>
      </w:r>
      <w:r w:rsidRPr="003E3418">
        <w:rPr>
          <w:rFonts w:ascii="Sakkal Majalla" w:hAnsi="Sakkal Majalla" w:cs="Sakkal Majalla"/>
          <w:sz w:val="24"/>
          <w:szCs w:val="24"/>
          <w:rtl/>
        </w:rPr>
        <w:t>بيانات</w:t>
      </w:r>
      <w:r w:rsidRPr="003E3418">
        <w:rPr>
          <w:rFonts w:ascii="Sakkal Majalla" w:hAnsi="Sakkal Majalla" w:cs="Sakkal Majalla"/>
          <w:sz w:val="24"/>
        </w:rPr>
        <w:t xml:space="preserve"> WDI </w:t>
      </w:r>
      <w:r w:rsidRPr="003E3418">
        <w:rPr>
          <w:rFonts w:ascii="Sakkal Majalla" w:hAnsi="Sakkal Majalla" w:cs="Sakkal Majalla"/>
          <w:sz w:val="24"/>
          <w:szCs w:val="24"/>
          <w:rtl/>
        </w:rPr>
        <w:t>للبنك</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الدولي</w:t>
      </w:r>
      <w:r w:rsidRPr="003E3418">
        <w:rPr>
          <w:rFonts w:ascii="Sakkal Majalla" w:hAnsi="Sakkal Majalla" w:cs="Sakkal Majalla"/>
          <w:sz w:val="24"/>
        </w:rPr>
        <w:t xml:space="preserve"> (2022). </w:t>
      </w:r>
      <w:r w:rsidRPr="003E3418">
        <w:rPr>
          <w:rFonts w:ascii="Sakkal Majalla" w:hAnsi="Sakkal Majalla" w:cs="Sakkal Majalla"/>
          <w:sz w:val="24"/>
          <w:szCs w:val="24"/>
          <w:rtl/>
        </w:rPr>
        <w:t>ويتميز</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المؤشر</w:t>
      </w:r>
      <w:r w:rsidRPr="003E3418">
        <w:rPr>
          <w:rFonts w:ascii="Sakkal Majalla" w:hAnsi="Sakkal Majalla" w:cs="Sakkal Majalla"/>
          <w:sz w:val="24"/>
        </w:rPr>
        <w:t xml:space="preserve"> </w:t>
      </w:r>
      <w:r w:rsidRPr="003E3418">
        <w:rPr>
          <w:rFonts w:ascii="Sakkal Majalla" w:hAnsi="Sakkal Majalla" w:cs="Sakkal Majalla"/>
          <w:sz w:val="24"/>
          <w:szCs w:val="24"/>
          <w:rtl/>
        </w:rPr>
        <w:t>بكونه</w:t>
      </w:r>
      <w:r w:rsidRPr="003E3418">
        <w:rPr>
          <w:rFonts w:ascii="Sakkal Majalla" w:hAnsi="Sakkal Majalla" w:cs="Sakkal Majalla"/>
          <w:sz w:val="24"/>
        </w:rPr>
        <w:t xml:space="preserve"> </w:t>
      </w:r>
      <w:r w:rsidRPr="003E3418">
        <w:rPr>
          <w:rFonts w:ascii="Sakkal Majalla" w:hAnsi="Sakkal Majalla" w:cs="Sakkal Majalla"/>
          <w:sz w:val="24"/>
          <w:szCs w:val="24"/>
          <w:rtl/>
        </w:rPr>
        <w:t>معيارَين</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آن</w:t>
      </w:r>
      <w:r w:rsidRPr="003E3418">
        <w:rPr>
          <w:rFonts w:ascii="Sakkal Majalla" w:hAnsi="Sakkal Majalla" w:cs="Sakkal Majalla"/>
          <w:sz w:val="24"/>
        </w:rPr>
        <w:t xml:space="preserve"> </w:t>
      </w:r>
      <w:r w:rsidRPr="003E3418">
        <w:rPr>
          <w:rFonts w:ascii="Sakkal Majalla" w:hAnsi="Sakkal Majalla" w:cs="Sakkal Majalla"/>
          <w:sz w:val="24"/>
          <w:szCs w:val="24"/>
          <w:rtl/>
        </w:rPr>
        <w:t>واحد</w:t>
      </w:r>
      <w:r w:rsidRPr="003E3418">
        <w:rPr>
          <w:rFonts w:ascii="Sakkal Majalla" w:hAnsi="Sakkal Majalla" w:cs="Sakkal Majalla"/>
          <w:sz w:val="24"/>
        </w:rPr>
        <w:t xml:space="preserve">: </w:t>
      </w:r>
      <w:r w:rsidRPr="003E3418">
        <w:rPr>
          <w:rFonts w:ascii="Sakkal Majalla" w:hAnsi="Sakkal Majalla" w:cs="Sakkal Majalla"/>
          <w:sz w:val="24"/>
          <w:szCs w:val="24"/>
          <w:rtl/>
        </w:rPr>
        <w:t>مقياساً</w:t>
      </w:r>
      <w:r w:rsidRPr="003E3418">
        <w:rPr>
          <w:rFonts w:ascii="Sakkal Majalla" w:hAnsi="Sakkal Majalla" w:cs="Sakkal Majalla"/>
          <w:sz w:val="24"/>
        </w:rPr>
        <w:t xml:space="preserve"> </w:t>
      </w:r>
      <w:r w:rsidRPr="003E3418">
        <w:rPr>
          <w:rFonts w:ascii="Sakkal Majalla" w:hAnsi="Sakkal Majalla" w:cs="Sakkal Majalla"/>
          <w:sz w:val="24"/>
          <w:szCs w:val="24"/>
          <w:rtl/>
        </w:rPr>
        <w:t>للديناميكية</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الاقتصادية،</w:t>
      </w:r>
      <w:r w:rsidRPr="003E3418">
        <w:rPr>
          <w:rFonts w:ascii="Sakkal Majalla" w:hAnsi="Sakkal Majalla" w:cs="Sakkal Majalla"/>
          <w:sz w:val="24"/>
        </w:rPr>
        <w:t xml:space="preserve"> </w:t>
      </w:r>
      <w:r w:rsidRPr="003E3418">
        <w:rPr>
          <w:rFonts w:ascii="Sakkal Majalla" w:hAnsi="Sakkal Majalla" w:cs="Sakkal Majalla"/>
          <w:sz w:val="24"/>
          <w:szCs w:val="24"/>
          <w:rtl/>
        </w:rPr>
        <w:t>ومؤشراً</w:t>
      </w:r>
      <w:r w:rsidRPr="003E3418">
        <w:rPr>
          <w:rFonts w:ascii="Sakkal Majalla" w:hAnsi="Sakkal Majalla" w:cs="Sakkal Majalla"/>
          <w:sz w:val="24"/>
        </w:rPr>
        <w:t xml:space="preserve"> </w:t>
      </w:r>
      <w:r w:rsidRPr="003E3418">
        <w:rPr>
          <w:rFonts w:ascii="Sakkal Majalla" w:hAnsi="Sakkal Majalla" w:cs="Sakkal Majalla"/>
          <w:sz w:val="24"/>
          <w:szCs w:val="24"/>
          <w:rtl/>
        </w:rPr>
        <w:t>للعدالة</w:t>
      </w:r>
      <w:r w:rsidRPr="003E3418">
        <w:rPr>
          <w:rFonts w:ascii="Sakkal Majalla" w:hAnsi="Sakkal Majalla" w:cs="Sakkal Majalla"/>
          <w:sz w:val="24"/>
        </w:rPr>
        <w:t xml:space="preserve"> </w:t>
      </w:r>
      <w:r w:rsidRPr="003E3418">
        <w:rPr>
          <w:rFonts w:ascii="Sakkal Majalla" w:hAnsi="Sakkal Majalla" w:cs="Sakkal Majalla"/>
          <w:sz w:val="24"/>
          <w:szCs w:val="24"/>
          <w:rtl/>
        </w:rPr>
        <w:t>التوزيعية</w:t>
      </w:r>
      <w:r w:rsidRPr="003E3418">
        <w:rPr>
          <w:rFonts w:ascii="Sakkal Majalla" w:hAnsi="Sakkal Majalla" w:cs="Sakkal Majalla"/>
          <w:sz w:val="24"/>
        </w:rPr>
        <w:t xml:space="preserve"> </w:t>
      </w:r>
      <w:r w:rsidRPr="003E3418">
        <w:rPr>
          <w:rFonts w:ascii="Sakkal Majalla" w:hAnsi="Sakkal Majalla" w:cs="Sakkal Majalla"/>
          <w:sz w:val="24"/>
          <w:szCs w:val="24"/>
          <w:rtl/>
        </w:rPr>
        <w:t>إذ</w:t>
      </w:r>
      <w:r w:rsidRPr="003E3418">
        <w:rPr>
          <w:rFonts w:ascii="Sakkal Majalla" w:hAnsi="Sakkal Majalla" w:cs="Sakkal Majalla"/>
          <w:sz w:val="24"/>
        </w:rPr>
        <w:t xml:space="preserve"> </w:t>
      </w:r>
      <w:r w:rsidRPr="003E3418">
        <w:rPr>
          <w:rFonts w:ascii="Sakkal Majalla" w:hAnsi="Sakkal Majalla" w:cs="Sakkal Majalla"/>
          <w:sz w:val="24"/>
          <w:szCs w:val="24"/>
          <w:rtl/>
        </w:rPr>
        <w:t>يُراعي</w:t>
      </w:r>
      <w:r w:rsidRPr="003E3418">
        <w:rPr>
          <w:rFonts w:ascii="Sakkal Majalla" w:hAnsi="Sakkal Majalla" w:cs="Sakkal Majalla"/>
          <w:sz w:val="24"/>
        </w:rPr>
        <w:t xml:space="preserve"> </w:t>
      </w:r>
      <w:r w:rsidRPr="003E3418">
        <w:rPr>
          <w:rFonts w:ascii="Sakkal Majalla" w:hAnsi="Sakkal Majalla" w:cs="Sakkal Majalla"/>
          <w:sz w:val="24"/>
          <w:szCs w:val="24"/>
          <w:rtl/>
        </w:rPr>
        <w:t>الحجم</w:t>
      </w:r>
      <w:r w:rsidRPr="003E3418">
        <w:rPr>
          <w:rFonts w:ascii="Sakkal Majalla" w:hAnsi="Sakkal Majalla" w:cs="Sakkal Majalla"/>
          <w:sz w:val="24"/>
        </w:rPr>
        <w:t xml:space="preserve"> </w:t>
      </w:r>
      <w:r w:rsidRPr="003E3418">
        <w:rPr>
          <w:rFonts w:ascii="Sakkal Majalla" w:hAnsi="Sakkal Majalla" w:cs="Sakkal Majalla"/>
          <w:sz w:val="24"/>
          <w:szCs w:val="24"/>
          <w:rtl/>
        </w:rPr>
        <w:t>السكاني</w:t>
      </w:r>
      <w:r w:rsidRPr="003E3418">
        <w:rPr>
          <w:rFonts w:ascii="Sakkal Majalla" w:hAnsi="Sakkal Majalla" w:cs="Sakkal Majalla"/>
          <w:sz w:val="24"/>
        </w:rPr>
        <w:t xml:space="preserve"> </w:t>
      </w:r>
      <w:r w:rsidRPr="003E3418">
        <w:rPr>
          <w:rFonts w:ascii="Sakkal Majalla" w:hAnsi="Sakkal Majalla" w:cs="Sakkal Majalla"/>
          <w:sz w:val="24"/>
          <w:szCs w:val="24"/>
          <w:rtl/>
        </w:rPr>
        <w:t>المتزايد</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النامية</w:t>
      </w:r>
      <w:r w:rsidRPr="003E3418">
        <w:rPr>
          <w:rFonts w:ascii="Sakkal Majalla" w:hAnsi="Sakkal Majalla" w:cs="Sakkal Majalla"/>
          <w:sz w:val="24"/>
        </w:rPr>
        <w:t>.</w:t>
      </w:r>
    </w:p>
    <w:p w14:paraId="5E254A23"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ويُستخدم</w:t>
      </w:r>
      <w:r w:rsidRPr="003E3418">
        <w:rPr>
          <w:rFonts w:ascii="Sakkal Majalla" w:hAnsi="Sakkal Majalla" w:cs="Sakkal Majalla"/>
          <w:sz w:val="24"/>
        </w:rPr>
        <w:t xml:space="preserve"> </w:t>
      </w:r>
      <w:r w:rsidRPr="003E3418">
        <w:rPr>
          <w:rFonts w:ascii="Sakkal Majalla" w:hAnsi="Sakkal Majalla" w:cs="Sakkal Majalla"/>
          <w:sz w:val="24"/>
          <w:szCs w:val="24"/>
          <w:rtl/>
        </w:rPr>
        <w:t>بالتكامل</w:t>
      </w:r>
      <w:r w:rsidRPr="003E3418">
        <w:rPr>
          <w:rFonts w:ascii="Sakkal Majalla" w:hAnsi="Sakkal Majalla" w:cs="Sakkal Majalla"/>
          <w:sz w:val="24"/>
        </w:rPr>
        <w:t xml:space="preserve"> </w:t>
      </w:r>
      <w:r w:rsidRPr="003E3418">
        <w:rPr>
          <w:rFonts w:ascii="Sakkal Majalla" w:hAnsi="Sakkal Majalla" w:cs="Sakkal Majalla"/>
          <w:sz w:val="24"/>
          <w:szCs w:val="24"/>
          <w:rtl/>
        </w:rPr>
        <w:t>معه</w:t>
      </w:r>
      <w:r w:rsidRPr="003E3418">
        <w:rPr>
          <w:rFonts w:ascii="Sakkal Majalla" w:hAnsi="Sakkal Majalla" w:cs="Sakkal Majalla"/>
          <w:sz w:val="24"/>
        </w:rPr>
        <w:t xml:space="preserve"> </w:t>
      </w:r>
      <w:r w:rsidRPr="003E3418">
        <w:rPr>
          <w:rFonts w:ascii="Sakkal Majalla" w:hAnsi="Sakkal Majalla" w:cs="Sakkal Majalla"/>
          <w:sz w:val="24"/>
          <w:szCs w:val="24"/>
          <w:rtl/>
        </w:rPr>
        <w:t>مؤشر</w:t>
      </w:r>
      <w:r w:rsidRPr="003E3418">
        <w:rPr>
          <w:rFonts w:ascii="Sakkal Majalla" w:hAnsi="Sakkal Majalla" w:cs="Sakkal Majalla"/>
          <w:sz w:val="24"/>
        </w:rPr>
        <w:t xml:space="preserve"> </w:t>
      </w:r>
      <w:r w:rsidRPr="003E3418">
        <w:rPr>
          <w:rFonts w:ascii="Sakkal Majalla" w:hAnsi="Sakkal Majalla" w:cs="Sakkal Majalla"/>
          <w:sz w:val="24"/>
          <w:szCs w:val="24"/>
          <w:rtl/>
        </w:rPr>
        <w:t>الإنتاجية</w:t>
      </w:r>
      <w:r w:rsidRPr="003E3418">
        <w:rPr>
          <w:rFonts w:ascii="Sakkal Majalla" w:hAnsi="Sakkal Majalla" w:cs="Sakkal Majalla"/>
          <w:sz w:val="24"/>
        </w:rPr>
        <w:t xml:space="preserve"> </w:t>
      </w:r>
      <w:r w:rsidRPr="003E3418">
        <w:rPr>
          <w:rFonts w:ascii="Sakkal Majalla" w:hAnsi="Sakkal Majalla" w:cs="Sakkal Majalla"/>
          <w:sz w:val="24"/>
          <w:szCs w:val="24"/>
          <w:rtl/>
        </w:rPr>
        <w:t>الكلية</w:t>
      </w:r>
      <w:r w:rsidRPr="003E3418">
        <w:rPr>
          <w:rFonts w:ascii="Sakkal Majalla" w:hAnsi="Sakkal Majalla" w:cs="Sakkal Majalla"/>
          <w:sz w:val="24"/>
        </w:rPr>
        <w:t xml:space="preserve"> </w:t>
      </w:r>
      <w:r w:rsidRPr="003E3418">
        <w:rPr>
          <w:rFonts w:ascii="Sakkal Majalla" w:hAnsi="Sakkal Majalla" w:cs="Sakkal Majalla"/>
          <w:sz w:val="24"/>
          <w:szCs w:val="24"/>
          <w:rtl/>
        </w:rPr>
        <w:t>للعوامل</w:t>
      </w:r>
      <w:r w:rsidRPr="003E3418">
        <w:rPr>
          <w:rFonts w:ascii="Sakkal Majalla" w:hAnsi="Sakkal Majalla" w:cs="Sakkal Majalla"/>
          <w:sz w:val="24"/>
        </w:rPr>
        <w:t xml:space="preserve"> (TFP)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قواعد</w:t>
      </w:r>
      <w:r w:rsidRPr="003E3418">
        <w:rPr>
          <w:rFonts w:ascii="Sakkal Majalla" w:hAnsi="Sakkal Majalla" w:cs="Sakkal Majalla"/>
          <w:sz w:val="24"/>
        </w:rPr>
        <w:t xml:space="preserve"> Penn World Tables 10.0 </w:t>
      </w:r>
      <w:r w:rsidRPr="003E3418">
        <w:rPr>
          <w:rFonts w:ascii="Sakkal Majalla" w:hAnsi="Sakkal Majalla" w:cs="Sakkal Majalla"/>
          <w:sz w:val="24"/>
          <w:szCs w:val="24"/>
          <w:rtl/>
        </w:rPr>
        <w:t>لقياس</w:t>
      </w:r>
      <w:r w:rsidRPr="003E3418">
        <w:rPr>
          <w:rFonts w:ascii="Sakkal Majalla" w:hAnsi="Sakkal Majalla" w:cs="Sakkal Majalla"/>
          <w:sz w:val="24"/>
        </w:rPr>
        <w:t xml:space="preserve"> </w:t>
      </w:r>
      <w:r w:rsidRPr="003E3418">
        <w:rPr>
          <w:rFonts w:ascii="Sakkal Majalla" w:hAnsi="Sakkal Majalla" w:cs="Sakkal Majalla"/>
          <w:sz w:val="24"/>
          <w:szCs w:val="24"/>
          <w:rtl/>
        </w:rPr>
        <w:t>الكفاءة</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الاقتصادية</w:t>
      </w:r>
      <w:r w:rsidRPr="003E3418">
        <w:rPr>
          <w:rFonts w:ascii="Sakkal Majalla" w:hAnsi="Sakkal Majalla" w:cs="Sakkal Majalla"/>
          <w:sz w:val="24"/>
        </w:rPr>
        <w:t xml:space="preserve"> </w:t>
      </w:r>
      <w:r w:rsidRPr="003E3418">
        <w:rPr>
          <w:rFonts w:ascii="Sakkal Majalla" w:hAnsi="Sakkal Majalla" w:cs="Sakkal Majalla"/>
          <w:sz w:val="24"/>
          <w:szCs w:val="24"/>
          <w:rtl/>
        </w:rPr>
        <w:t>الإجمالية</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تعكسها</w:t>
      </w:r>
      <w:r w:rsidRPr="003E3418">
        <w:rPr>
          <w:rFonts w:ascii="Sakkal Majalla" w:hAnsi="Sakkal Majalla" w:cs="Sakkal Majalla"/>
          <w:sz w:val="24"/>
        </w:rPr>
        <w:t xml:space="preserve"> </w:t>
      </w:r>
      <w:r w:rsidRPr="003E3418">
        <w:rPr>
          <w:rFonts w:ascii="Sakkal Majalla" w:hAnsi="Sakkal Majalla" w:cs="Sakkal Majalla"/>
          <w:sz w:val="24"/>
          <w:szCs w:val="24"/>
          <w:rtl/>
        </w:rPr>
        <w:t>أرقام</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الكلي</w:t>
      </w:r>
      <w:r w:rsidRPr="003E3418">
        <w:rPr>
          <w:rFonts w:ascii="Sakkal Majalla" w:hAnsi="Sakkal Majalla" w:cs="Sakkal Majalla"/>
          <w:sz w:val="24"/>
        </w:rPr>
        <w:t xml:space="preserve"> </w:t>
      </w:r>
      <w:r w:rsidRPr="003E3418">
        <w:rPr>
          <w:rFonts w:ascii="Sakkal Majalla" w:hAnsi="Sakkal Majalla" w:cs="Sakkal Majalla"/>
          <w:sz w:val="24"/>
          <w:szCs w:val="24"/>
          <w:rtl/>
        </w:rPr>
        <w:t>دائماً</w:t>
      </w:r>
      <w:r w:rsidRPr="003E3418">
        <w:rPr>
          <w:rFonts w:ascii="Sakkal Majalla" w:hAnsi="Sakkal Majalla" w:cs="Sakkal Majalla"/>
          <w:sz w:val="24"/>
        </w:rPr>
        <w:t xml:space="preserve">. </w:t>
      </w:r>
      <w:r w:rsidRPr="003E3418">
        <w:rPr>
          <w:rFonts w:ascii="Sakkal Majalla" w:hAnsi="Sakkal Majalla" w:cs="Sakkal Majalla"/>
          <w:sz w:val="24"/>
          <w:szCs w:val="24"/>
          <w:rtl/>
        </w:rPr>
        <w:t>فارتفاع</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القائم</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رفع</w:t>
      </w:r>
      <w:r w:rsidRPr="003E3418">
        <w:rPr>
          <w:rFonts w:ascii="Sakkal Majalla" w:hAnsi="Sakkal Majalla" w:cs="Sakkal Majalla"/>
          <w:sz w:val="24"/>
        </w:rPr>
        <w:t xml:space="preserve"> </w:t>
      </w:r>
      <w:r w:rsidRPr="003E3418">
        <w:rPr>
          <w:rFonts w:ascii="Sakkal Majalla" w:hAnsi="Sakkal Majalla" w:cs="Sakkal Majalla"/>
          <w:sz w:val="24"/>
          <w:szCs w:val="24"/>
          <w:rtl/>
        </w:rPr>
        <w:t>رأس</w:t>
      </w:r>
      <w:r w:rsidRPr="003E3418">
        <w:rPr>
          <w:rFonts w:ascii="Sakkal Majalla" w:hAnsi="Sakkal Majalla" w:cs="Sakkal Majalla"/>
          <w:sz w:val="24"/>
        </w:rPr>
        <w:t xml:space="preserve"> </w:t>
      </w:r>
      <w:r w:rsidRPr="003E3418">
        <w:rPr>
          <w:rFonts w:ascii="Sakkal Majalla" w:hAnsi="Sakkal Majalla" w:cs="Sakkal Majalla"/>
          <w:sz w:val="24"/>
          <w:szCs w:val="24"/>
          <w:rtl/>
        </w:rPr>
        <w:t>المال</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الكفاءة</w:t>
      </w:r>
      <w:r w:rsidRPr="003E3418">
        <w:rPr>
          <w:rFonts w:ascii="Sakkal Majalla" w:hAnsi="Sakkal Majalla" w:cs="Sakkal Majalla"/>
          <w:sz w:val="24"/>
        </w:rPr>
        <w:t xml:space="preserve"> </w:t>
      </w:r>
      <w:r w:rsidRPr="003E3418">
        <w:rPr>
          <w:rFonts w:ascii="Sakkal Majalla" w:hAnsi="Sakkal Majalla" w:cs="Sakkal Majalla"/>
          <w:sz w:val="24"/>
          <w:szCs w:val="24"/>
          <w:rtl/>
        </w:rPr>
        <w:t>قد</w:t>
      </w:r>
      <w:r w:rsidRPr="003E3418">
        <w:rPr>
          <w:rFonts w:ascii="Sakkal Majalla" w:hAnsi="Sakkal Majalla" w:cs="Sakkal Majalla"/>
          <w:sz w:val="24"/>
        </w:rPr>
        <w:t xml:space="preserve"> </w:t>
      </w:r>
      <w:r w:rsidRPr="003E3418">
        <w:rPr>
          <w:rFonts w:ascii="Sakkal Majalla" w:hAnsi="Sakkal Majalla" w:cs="Sakkal Majalla"/>
          <w:sz w:val="24"/>
          <w:szCs w:val="24"/>
          <w:rtl/>
        </w:rPr>
        <w:t>يكون</w:t>
      </w:r>
      <w:r w:rsidRPr="003E3418">
        <w:rPr>
          <w:rFonts w:ascii="Sakkal Majalla" w:hAnsi="Sakkal Majalla" w:cs="Sakkal Majalla"/>
          <w:sz w:val="24"/>
        </w:rPr>
        <w:t xml:space="preserve"> </w:t>
      </w:r>
      <w:r w:rsidRPr="003E3418">
        <w:rPr>
          <w:rFonts w:ascii="Sakkal Majalla" w:hAnsi="Sakkal Majalla" w:cs="Sakkal Majalla"/>
          <w:sz w:val="24"/>
          <w:szCs w:val="24"/>
          <w:rtl/>
        </w:rPr>
        <w:t>هشاً</w:t>
      </w:r>
      <w:r w:rsidRPr="003E3418">
        <w:rPr>
          <w:rFonts w:ascii="Sakkal Majalla" w:hAnsi="Sakkal Majalla" w:cs="Sakkal Majalla"/>
          <w:sz w:val="24"/>
        </w:rPr>
        <w:t xml:space="preserve"> </w:t>
      </w:r>
      <w:r w:rsidRPr="003E3418">
        <w:rPr>
          <w:rFonts w:ascii="Sakkal Majalla" w:hAnsi="Sakkal Majalla" w:cs="Sakkal Majalla"/>
          <w:sz w:val="24"/>
          <w:szCs w:val="24"/>
          <w:rtl/>
        </w:rPr>
        <w:t>وغير</w:t>
      </w:r>
      <w:r w:rsidRPr="003E3418">
        <w:rPr>
          <w:rFonts w:ascii="Sakkal Majalla" w:hAnsi="Sakkal Majalla" w:cs="Sakkal Majalla"/>
          <w:sz w:val="24"/>
        </w:rPr>
        <w:t xml:space="preserve"> </w:t>
      </w:r>
      <w:r w:rsidRPr="003E3418">
        <w:rPr>
          <w:rFonts w:ascii="Sakkal Majalla" w:hAnsi="Sakkal Majalla" w:cs="Sakkal Majalla"/>
          <w:sz w:val="24"/>
          <w:szCs w:val="24"/>
          <w:rtl/>
        </w:rPr>
        <w:t>مستدام</w:t>
      </w:r>
      <w:r w:rsidRPr="003E3418">
        <w:rPr>
          <w:rFonts w:ascii="Sakkal Majalla" w:hAnsi="Sakkal Majalla" w:cs="Sakkal Majalla"/>
          <w:sz w:val="24"/>
        </w:rPr>
        <w:t>.</w:t>
      </w:r>
    </w:p>
    <w:p w14:paraId="5799FF59"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ج</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الفقر</w:t>
      </w:r>
      <w:r w:rsidRPr="003E3418">
        <w:rPr>
          <w:rFonts w:ascii="Sakkal Majalla" w:hAnsi="Sakkal Majalla" w:cs="Sakkal Majalla"/>
          <w:b/>
          <w:sz w:val="26"/>
        </w:rPr>
        <w:t xml:space="preserve"> — </w:t>
      </w:r>
      <w:r w:rsidRPr="003E3418">
        <w:rPr>
          <w:rFonts w:ascii="Sakkal Majalla" w:hAnsi="Sakkal Majalla" w:cs="Sakkal Majalla"/>
          <w:b/>
          <w:bCs/>
          <w:sz w:val="26"/>
          <w:szCs w:val="26"/>
          <w:rtl/>
        </w:rPr>
        <w:t>المتغيرات</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التابعة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الثانية</w:t>
      </w:r>
    </w:p>
    <w:p w14:paraId="49E5E2FB"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يُقاس</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بثلاثة</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متكاملة</w:t>
      </w:r>
      <w:r w:rsidRPr="003E3418">
        <w:rPr>
          <w:rFonts w:ascii="Sakkal Majalla" w:hAnsi="Sakkal Majalla" w:cs="Sakkal Majalla"/>
          <w:sz w:val="24"/>
        </w:rPr>
        <w:t xml:space="preserve"> </w:t>
      </w:r>
      <w:r w:rsidRPr="003E3418">
        <w:rPr>
          <w:rFonts w:ascii="Sakkal Majalla" w:hAnsi="Sakkal Majalla" w:cs="Sakkal Majalla"/>
          <w:sz w:val="24"/>
          <w:szCs w:val="24"/>
          <w:rtl/>
        </w:rPr>
        <w:t>تُغطّي</w:t>
      </w:r>
      <w:r w:rsidRPr="003E3418">
        <w:rPr>
          <w:rFonts w:ascii="Sakkal Majalla" w:hAnsi="Sakkal Majalla" w:cs="Sakkal Majalla"/>
          <w:sz w:val="24"/>
        </w:rPr>
        <w:t xml:space="preserve"> </w:t>
      </w:r>
      <w:r w:rsidRPr="003E3418">
        <w:rPr>
          <w:rFonts w:ascii="Sakkal Majalla" w:hAnsi="Sakkal Majalla" w:cs="Sakkal Majalla"/>
          <w:sz w:val="24"/>
          <w:szCs w:val="24"/>
          <w:rtl/>
        </w:rPr>
        <w:t>أبعاده</w:t>
      </w:r>
      <w:r w:rsidRPr="003E3418">
        <w:rPr>
          <w:rFonts w:ascii="Sakkal Majalla" w:hAnsi="Sakkal Majalla" w:cs="Sakkal Majalla"/>
          <w:sz w:val="24"/>
        </w:rPr>
        <w:t xml:space="preserve"> </w:t>
      </w:r>
      <w:r w:rsidRPr="003E3418">
        <w:rPr>
          <w:rFonts w:ascii="Sakkal Majalla" w:hAnsi="Sakkal Majalla" w:cs="Sakkal Majalla"/>
          <w:sz w:val="24"/>
          <w:szCs w:val="24"/>
          <w:rtl/>
        </w:rPr>
        <w:t>المختلفة</w:t>
      </w:r>
      <w:r w:rsidRPr="003E3418">
        <w:rPr>
          <w:rFonts w:ascii="Sakkal Majalla" w:hAnsi="Sakkal Majalla" w:cs="Sakkal Majalla"/>
          <w:sz w:val="24"/>
        </w:rPr>
        <w:t>:</w:t>
      </w:r>
    </w:p>
    <w:p w14:paraId="1341955F"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نسبة</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الفقراء</w:t>
      </w:r>
      <w:r w:rsidRPr="003E3418">
        <w:rPr>
          <w:rFonts w:ascii="Sakkal Majalla" w:hAnsi="Sakkal Majalla" w:cs="Sakkal Majalla"/>
          <w:sz w:val="24"/>
        </w:rPr>
        <w:t xml:space="preserve"> (Poverty Headcount): </w:t>
      </w:r>
      <w:r w:rsidRPr="003E3418">
        <w:rPr>
          <w:rFonts w:ascii="Sakkal Majalla" w:hAnsi="Sakkal Majalla" w:cs="Sakkal Majalla"/>
          <w:sz w:val="24"/>
          <w:szCs w:val="24"/>
          <w:rtl/>
        </w:rPr>
        <w:t>نسبة</w:t>
      </w:r>
      <w:r w:rsidRPr="003E3418">
        <w:rPr>
          <w:rFonts w:ascii="Sakkal Majalla" w:hAnsi="Sakkal Majalla" w:cs="Sakkal Majalla"/>
          <w:sz w:val="24"/>
        </w:rPr>
        <w:t xml:space="preserve"> </w:t>
      </w:r>
      <w:r w:rsidRPr="003E3418">
        <w:rPr>
          <w:rFonts w:ascii="Sakkal Majalla" w:hAnsi="Sakkal Majalla" w:cs="Sakkal Majalla"/>
          <w:sz w:val="24"/>
          <w:szCs w:val="24"/>
          <w:rtl/>
        </w:rPr>
        <w:t>السكان</w:t>
      </w:r>
      <w:r w:rsidRPr="003E3418">
        <w:rPr>
          <w:rFonts w:ascii="Sakkal Majalla" w:hAnsi="Sakkal Majalla" w:cs="Sakkal Majalla"/>
          <w:sz w:val="24"/>
        </w:rPr>
        <w:t xml:space="preserve"> </w:t>
      </w:r>
      <w:r w:rsidRPr="003E3418">
        <w:rPr>
          <w:rFonts w:ascii="Sakkal Majalla" w:hAnsi="Sakkal Majalla" w:cs="Sakkal Majalla"/>
          <w:sz w:val="24"/>
          <w:szCs w:val="24"/>
          <w:rtl/>
        </w:rPr>
        <w:t>الذين</w:t>
      </w:r>
      <w:r w:rsidRPr="003E3418">
        <w:rPr>
          <w:rFonts w:ascii="Sakkal Majalla" w:hAnsi="Sakkal Majalla" w:cs="Sakkal Majalla"/>
          <w:sz w:val="24"/>
        </w:rPr>
        <w:t xml:space="preserve"> </w:t>
      </w:r>
      <w:r w:rsidRPr="003E3418">
        <w:rPr>
          <w:rFonts w:ascii="Sakkal Majalla" w:hAnsi="Sakkal Majalla" w:cs="Sakkal Majalla"/>
          <w:sz w:val="24"/>
          <w:szCs w:val="24"/>
          <w:rtl/>
        </w:rPr>
        <w:t>يعيشون</w:t>
      </w:r>
      <w:r w:rsidRPr="003E3418">
        <w:rPr>
          <w:rFonts w:ascii="Sakkal Majalla" w:hAnsi="Sakkal Majalla" w:cs="Sakkal Majalla"/>
          <w:sz w:val="24"/>
        </w:rPr>
        <w:t xml:space="preserve"> </w:t>
      </w:r>
      <w:r w:rsidRPr="003E3418">
        <w:rPr>
          <w:rFonts w:ascii="Sakkal Majalla" w:hAnsi="Sakkal Majalla" w:cs="Sakkal Majalla"/>
          <w:sz w:val="24"/>
          <w:szCs w:val="24"/>
          <w:rtl/>
        </w:rPr>
        <w:t>دون</w:t>
      </w:r>
      <w:r w:rsidRPr="003E3418">
        <w:rPr>
          <w:rFonts w:ascii="Sakkal Majalla" w:hAnsi="Sakkal Majalla" w:cs="Sakkal Majalla"/>
          <w:sz w:val="24"/>
        </w:rPr>
        <w:t xml:space="preserve"> </w:t>
      </w:r>
      <w:r w:rsidRPr="003E3418">
        <w:rPr>
          <w:rFonts w:ascii="Sakkal Majalla" w:hAnsi="Sakkal Majalla" w:cs="Sakkal Majalla"/>
          <w:sz w:val="24"/>
          <w:szCs w:val="24"/>
          <w:rtl/>
        </w:rPr>
        <w:t>خط</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المدقع</w:t>
      </w:r>
      <w:r w:rsidRPr="003E3418">
        <w:rPr>
          <w:rFonts w:ascii="Sakkal Majalla" w:hAnsi="Sakkal Majalla" w:cs="Sakkal Majalla"/>
          <w:sz w:val="24"/>
        </w:rPr>
        <w:t xml:space="preserve"> (2.15 </w:t>
      </w:r>
      <w:r w:rsidRPr="003E3418">
        <w:rPr>
          <w:rFonts w:ascii="Sakkal Majalla" w:hAnsi="Sakkal Majalla" w:cs="Sakkal Majalla"/>
          <w:sz w:val="24"/>
          <w:szCs w:val="24"/>
          <w:rtl/>
        </w:rPr>
        <w:t>دولار</w:t>
      </w:r>
      <w:r w:rsidRPr="003E3418">
        <w:rPr>
          <w:rFonts w:ascii="Sakkal Majalla" w:hAnsi="Sakkal Majalla" w:cs="Sakkal Majalla"/>
          <w:sz w:val="24"/>
        </w:rPr>
        <w:t xml:space="preserve"> </w:t>
      </w:r>
      <w:r w:rsidRPr="003E3418">
        <w:rPr>
          <w:rFonts w:ascii="Sakkal Majalla" w:hAnsi="Sakkal Majalla" w:cs="Sakkal Majalla"/>
          <w:sz w:val="24"/>
          <w:szCs w:val="24"/>
          <w:rtl/>
        </w:rPr>
        <w:t>يومياً</w:t>
      </w:r>
      <w:r w:rsidRPr="003E3418">
        <w:rPr>
          <w:rFonts w:ascii="Sakkal Majalla" w:hAnsi="Sakkal Majalla" w:cs="Sakkal Majalla"/>
          <w:sz w:val="24"/>
        </w:rPr>
        <w:t xml:space="preserve"> </w:t>
      </w:r>
      <w:r w:rsidRPr="003E3418">
        <w:rPr>
          <w:rFonts w:ascii="Sakkal Majalla" w:hAnsi="Sakkal Majalla" w:cs="Sakkal Majalla"/>
          <w:sz w:val="24"/>
          <w:szCs w:val="24"/>
          <w:rtl/>
        </w:rPr>
        <w:t>بالقوة</w:t>
      </w:r>
      <w:r w:rsidRPr="003E3418">
        <w:rPr>
          <w:rFonts w:ascii="Sakkal Majalla" w:hAnsi="Sakkal Majalla" w:cs="Sakkal Majalla"/>
          <w:sz w:val="24"/>
        </w:rPr>
        <w:t xml:space="preserve"> </w:t>
      </w:r>
      <w:r w:rsidRPr="003E3418">
        <w:rPr>
          <w:rFonts w:ascii="Sakkal Majalla" w:hAnsi="Sakkal Majalla" w:cs="Sakkal Majalla"/>
          <w:sz w:val="24"/>
          <w:szCs w:val="24"/>
          <w:rtl/>
        </w:rPr>
        <w:t>الشرائية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المتعادلة</w:t>
      </w:r>
      <w:r w:rsidRPr="003E3418">
        <w:rPr>
          <w:rFonts w:ascii="Sakkal Majalla" w:hAnsi="Sakkal Majalla" w:cs="Sakkal Majalla"/>
          <w:sz w:val="24"/>
        </w:rPr>
        <w:t xml:space="preserve"> </w:t>
      </w:r>
      <w:r w:rsidRPr="003E3418">
        <w:rPr>
          <w:rFonts w:ascii="Sakkal Majalla" w:hAnsi="Sakkal Majalla" w:cs="Sakkal Majalla"/>
          <w:sz w:val="24"/>
          <w:szCs w:val="24"/>
          <w:rtl/>
        </w:rPr>
        <w:t>لعام</w:t>
      </w:r>
      <w:r w:rsidRPr="003E3418">
        <w:rPr>
          <w:rFonts w:ascii="Sakkal Majalla" w:hAnsi="Sakkal Majalla" w:cs="Sakkal Majalla"/>
          <w:sz w:val="24"/>
        </w:rPr>
        <w:t xml:space="preserve"> 2017)</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مأخوذةً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قاعدة</w:t>
      </w:r>
      <w:r w:rsidRPr="003E3418">
        <w:rPr>
          <w:rFonts w:ascii="Sakkal Majalla" w:hAnsi="Sakkal Majalla" w:cs="Sakkal Majalla"/>
          <w:sz w:val="24"/>
        </w:rPr>
        <w:t xml:space="preserve"> PIP </w:t>
      </w:r>
      <w:r w:rsidRPr="003E3418">
        <w:rPr>
          <w:rFonts w:ascii="Sakkal Majalla" w:hAnsi="Sakkal Majalla" w:cs="Sakkal Majalla"/>
          <w:sz w:val="24"/>
          <w:szCs w:val="24"/>
          <w:rtl/>
        </w:rPr>
        <w:t>للبنك</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الدولي</w:t>
      </w:r>
      <w:r w:rsidRPr="003E3418">
        <w:rPr>
          <w:rFonts w:ascii="Sakkal Majalla" w:hAnsi="Sakkal Majalla" w:cs="Sakkal Majalla"/>
          <w:sz w:val="24"/>
        </w:rPr>
        <w:t xml:space="preserve">. </w:t>
      </w:r>
      <w:r w:rsidRPr="003E3418">
        <w:rPr>
          <w:rFonts w:ascii="Sakkal Majalla" w:hAnsi="Sakkal Majalla" w:cs="Sakkal Majalla"/>
          <w:sz w:val="24"/>
          <w:szCs w:val="24"/>
          <w:rtl/>
        </w:rPr>
        <w:t>يقيس</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المؤشر</w:t>
      </w:r>
      <w:r w:rsidRPr="003E3418">
        <w:rPr>
          <w:rFonts w:ascii="Sakkal Majalla" w:hAnsi="Sakkal Majalla" w:cs="Sakkal Majalla"/>
          <w:sz w:val="24"/>
        </w:rPr>
        <w:t xml:space="preserve"> </w:t>
      </w:r>
      <w:r w:rsidRPr="003E3418">
        <w:rPr>
          <w:rFonts w:ascii="Sakkal Majalla" w:hAnsi="Sakkal Majalla" w:cs="Sakkal Majalla"/>
          <w:sz w:val="24"/>
          <w:szCs w:val="24"/>
          <w:rtl/>
        </w:rPr>
        <w:t>انتشار</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ولكنه</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يأخذ</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الاعتبار</w:t>
      </w:r>
      <w:r w:rsidRPr="003E3418">
        <w:rPr>
          <w:rFonts w:ascii="Sakkal Majalla" w:hAnsi="Sakkal Majalla" w:cs="Sakkal Majalla"/>
          <w:sz w:val="24"/>
        </w:rPr>
        <w:t xml:space="preserve"> </w:t>
      </w:r>
      <w:r w:rsidRPr="003E3418">
        <w:rPr>
          <w:rFonts w:ascii="Sakkal Majalla" w:hAnsi="Sakkal Majalla" w:cs="Sakkal Majalla"/>
          <w:sz w:val="24"/>
          <w:szCs w:val="24"/>
          <w:rtl/>
        </w:rPr>
        <w:t>مدى</w:t>
      </w:r>
      <w:r w:rsidRPr="003E3418">
        <w:rPr>
          <w:rFonts w:ascii="Sakkal Majalla" w:hAnsi="Sakkal Majalla" w:cs="Sakkal Majalla"/>
          <w:sz w:val="24"/>
        </w:rPr>
        <w:t xml:space="preserve"> </w:t>
      </w:r>
      <w:r w:rsidRPr="003E3418">
        <w:rPr>
          <w:rFonts w:ascii="Sakkal Majalla" w:hAnsi="Sakkal Majalla" w:cs="Sakkal Majalla"/>
          <w:sz w:val="24"/>
          <w:szCs w:val="24"/>
          <w:rtl/>
        </w:rPr>
        <w:t>انعدام</w:t>
      </w:r>
      <w:r w:rsidRPr="003E3418">
        <w:rPr>
          <w:rFonts w:ascii="Sakkal Majalla" w:hAnsi="Sakkal Majalla" w:cs="Sakkal Majalla"/>
          <w:sz w:val="24"/>
        </w:rPr>
        <w:t xml:space="preserve"> </w:t>
      </w:r>
      <w:r w:rsidRPr="003E3418">
        <w:rPr>
          <w:rFonts w:ascii="Sakkal Majalla" w:hAnsi="Sakkal Majalla" w:cs="Sakkal Majalla"/>
          <w:sz w:val="24"/>
          <w:szCs w:val="24"/>
          <w:rtl/>
        </w:rPr>
        <w:t>الدخل</w:t>
      </w:r>
      <w:r w:rsidRPr="003E3418">
        <w:rPr>
          <w:rFonts w:ascii="Sakkal Majalla" w:hAnsi="Sakkal Majalla" w:cs="Sakkal Majalla"/>
          <w:sz w:val="24"/>
        </w:rPr>
        <w:t xml:space="preserve"> </w:t>
      </w:r>
      <w:r w:rsidRPr="003E3418">
        <w:rPr>
          <w:rFonts w:ascii="Sakkal Majalla" w:hAnsi="Sakkal Majalla" w:cs="Sakkal Majalla"/>
          <w:sz w:val="24"/>
          <w:szCs w:val="24"/>
          <w:rtl/>
        </w:rPr>
        <w:t>لدى</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هم</w:t>
      </w:r>
      <w:r w:rsidRPr="003E3418">
        <w:rPr>
          <w:rFonts w:ascii="Sakkal Majalla" w:hAnsi="Sakkal Majalla" w:cs="Sakkal Majalla"/>
          <w:sz w:val="24"/>
        </w:rPr>
        <w:t xml:space="preserve"> </w:t>
      </w:r>
      <w:r w:rsidRPr="003E3418">
        <w:rPr>
          <w:rFonts w:ascii="Sakkal Majalla" w:hAnsi="Sakkal Majalla" w:cs="Sakkal Majalla"/>
          <w:sz w:val="24"/>
          <w:szCs w:val="24"/>
          <w:rtl/>
        </w:rPr>
        <w:t>دون</w:t>
      </w:r>
      <w:r w:rsidRPr="003E3418">
        <w:rPr>
          <w:rFonts w:ascii="Sakkal Majalla" w:hAnsi="Sakkal Majalla" w:cs="Sakkal Majalla"/>
          <w:sz w:val="24"/>
        </w:rPr>
        <w:t xml:space="preserve"> </w:t>
      </w:r>
      <w:r w:rsidRPr="003E3418">
        <w:rPr>
          <w:rFonts w:ascii="Sakkal Majalla" w:hAnsi="Sakkal Majalla" w:cs="Sakkal Majalla"/>
          <w:sz w:val="24"/>
          <w:szCs w:val="24"/>
          <w:rtl/>
        </w:rPr>
        <w:t>خط</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w:t>
      </w:r>
    </w:p>
    <w:p w14:paraId="560C1D59"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فجوة</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(Poverty Gap): </w:t>
      </w:r>
      <w:r w:rsidRPr="003E3418">
        <w:rPr>
          <w:rFonts w:ascii="Sakkal Majalla" w:hAnsi="Sakkal Majalla" w:cs="Sakkal Majalla"/>
          <w:sz w:val="24"/>
          <w:szCs w:val="24"/>
          <w:rtl/>
        </w:rPr>
        <w:t>يقيس</w:t>
      </w:r>
      <w:r w:rsidRPr="003E3418">
        <w:rPr>
          <w:rFonts w:ascii="Sakkal Majalla" w:hAnsi="Sakkal Majalla" w:cs="Sakkal Majalla"/>
          <w:sz w:val="24"/>
        </w:rPr>
        <w:t xml:space="preserve"> </w:t>
      </w:r>
      <w:r w:rsidRPr="003E3418">
        <w:rPr>
          <w:rFonts w:ascii="Sakkal Majalla" w:hAnsi="Sakkal Majalla" w:cs="Sakkal Majalla"/>
          <w:sz w:val="24"/>
          <w:szCs w:val="24"/>
          <w:rtl/>
        </w:rPr>
        <w:t>مدى</w:t>
      </w:r>
      <w:r w:rsidRPr="003E3418">
        <w:rPr>
          <w:rFonts w:ascii="Sakkal Majalla" w:hAnsi="Sakkal Majalla" w:cs="Sakkal Majalla"/>
          <w:sz w:val="24"/>
        </w:rPr>
        <w:t xml:space="preserve"> </w:t>
      </w:r>
      <w:r w:rsidRPr="003E3418">
        <w:rPr>
          <w:rFonts w:ascii="Sakkal Majalla" w:hAnsi="Sakkal Majalla" w:cs="Sakkal Majalla"/>
          <w:sz w:val="24"/>
          <w:szCs w:val="24"/>
          <w:rtl/>
        </w:rPr>
        <w:t>انعدام</w:t>
      </w:r>
      <w:r w:rsidRPr="003E3418">
        <w:rPr>
          <w:rFonts w:ascii="Sakkal Majalla" w:hAnsi="Sakkal Majalla" w:cs="Sakkal Majalla"/>
          <w:sz w:val="24"/>
        </w:rPr>
        <w:t xml:space="preserve"> </w:t>
      </w:r>
      <w:r w:rsidRPr="003E3418">
        <w:rPr>
          <w:rFonts w:ascii="Sakkal Majalla" w:hAnsi="Sakkal Majalla" w:cs="Sakkal Majalla"/>
          <w:sz w:val="24"/>
          <w:szCs w:val="24"/>
          <w:rtl/>
        </w:rPr>
        <w:t>دخل</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الفقراء</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خط</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كنسبة</w:t>
      </w:r>
      <w:r w:rsidRPr="003E3418">
        <w:rPr>
          <w:rFonts w:ascii="Sakkal Majalla" w:hAnsi="Sakkal Majalla" w:cs="Sakkal Majalla"/>
          <w:sz w:val="24"/>
        </w:rPr>
        <w:t xml:space="preserve"> </w:t>
      </w:r>
      <w:r w:rsidRPr="003E3418">
        <w:rPr>
          <w:rFonts w:ascii="Sakkal Majalla" w:hAnsi="Sakkal Majalla" w:cs="Sakkal Majalla"/>
          <w:sz w:val="24"/>
          <w:szCs w:val="24"/>
          <w:rtl/>
        </w:rPr>
        <w:t>مئوية</w:t>
      </w:r>
      <w:r w:rsidRPr="003E3418">
        <w:rPr>
          <w:rFonts w:ascii="Sakkal Majalla" w:hAnsi="Sakkal Majalla" w:cs="Sakkal Majalla"/>
          <w:sz w:val="24"/>
        </w:rPr>
        <w:t xml:space="preserve"> </w:t>
      </w:r>
      <w:r w:rsidRPr="003E3418">
        <w:rPr>
          <w:rFonts w:ascii="Sakkal Majalla" w:hAnsi="Sakkal Majalla" w:cs="Sakkal Majalla"/>
          <w:sz w:val="24"/>
          <w:szCs w:val="24"/>
          <w:rtl/>
        </w:rPr>
        <w:t>منه</w:t>
      </w:r>
      <w:r w:rsidRPr="003E3418">
        <w:rPr>
          <w:rFonts w:ascii="Sakkal Majalla" w:hAnsi="Sakkal Majalla" w:cs="Sakkal Majalla"/>
          <w:sz w:val="24"/>
        </w:rPr>
        <w:t xml:space="preserve">. </w:t>
      </w:r>
      <w:r w:rsidRPr="003E3418">
        <w:rPr>
          <w:rFonts w:ascii="Sakkal Majalla" w:hAnsi="Sakkal Majalla" w:cs="Sakkal Majalla"/>
          <w:sz w:val="24"/>
          <w:szCs w:val="24"/>
          <w:rtl/>
        </w:rPr>
        <w:t>يُكمل</w:t>
      </w:r>
      <w:r w:rsidRPr="003E3418">
        <w:rPr>
          <w:rFonts w:ascii="Sakkal Majalla" w:hAnsi="Sakkal Majalla" w:cs="Sakkal Majalla"/>
          <w:sz w:val="24"/>
        </w:rPr>
        <w:t xml:space="preserve"> </w:t>
      </w:r>
      <w:r w:rsidRPr="003E3418">
        <w:rPr>
          <w:rFonts w:ascii="Sakkal Majalla" w:hAnsi="Sakkal Majalla" w:cs="Sakkal Majalla"/>
          <w:sz w:val="24"/>
          <w:szCs w:val="24"/>
          <w:rtl/>
        </w:rPr>
        <w:t>المؤشر</w:t>
      </w:r>
      <w:r w:rsidRPr="003E3418">
        <w:rPr>
          <w:rFonts w:ascii="Sakkal Majalla" w:hAnsi="Sakkal Majalla" w:cs="Sakkal Majalla"/>
          <w:sz w:val="24"/>
        </w:rPr>
        <w:t xml:space="preserve"> </w:t>
      </w:r>
      <w:r w:rsidRPr="003E3418">
        <w:rPr>
          <w:rFonts w:ascii="Sakkal Majalla" w:hAnsi="Sakkal Majalla" w:cs="Sakkal Majalla"/>
          <w:sz w:val="24"/>
          <w:szCs w:val="24"/>
          <w:rtl/>
        </w:rPr>
        <w:t>السابق</w:t>
      </w:r>
      <w:r w:rsidRPr="003E3418">
        <w:rPr>
          <w:rFonts w:ascii="Sakkal Majalla" w:hAnsi="Sakkal Majalla" w:cs="Sakkal Majalla"/>
          <w:sz w:val="24"/>
        </w:rPr>
        <w:t xml:space="preserve"> </w:t>
      </w:r>
      <w:r w:rsidRPr="003E3418">
        <w:rPr>
          <w:rFonts w:ascii="Sakkal Majalla" w:hAnsi="Sakkal Majalla" w:cs="Sakkal Majalla"/>
          <w:sz w:val="24"/>
          <w:szCs w:val="24"/>
          <w:rtl/>
        </w:rPr>
        <w:t>بقياس</w:t>
      </w:r>
      <w:r w:rsidRPr="003E3418">
        <w:rPr>
          <w:rFonts w:ascii="Sakkal Majalla" w:hAnsi="Sakkal Majalla" w:cs="Sakkal Majalla"/>
          <w:sz w:val="24"/>
        </w:rPr>
        <w:t xml:space="preserve"> </w:t>
      </w:r>
      <w:r w:rsidRPr="003E3418">
        <w:rPr>
          <w:rFonts w:ascii="Sakkal Majalla" w:hAnsi="Sakkal Majalla" w:cs="Sakkal Majalla"/>
          <w:sz w:val="24"/>
          <w:szCs w:val="24"/>
          <w:rtl/>
        </w:rPr>
        <w:t>عمق</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انتشاره</w:t>
      </w:r>
      <w:r w:rsidRPr="003E3418">
        <w:rPr>
          <w:rFonts w:ascii="Sakkal Majalla" w:hAnsi="Sakkal Majalla" w:cs="Sakkal Majalla"/>
          <w:sz w:val="24"/>
        </w:rPr>
        <w:t xml:space="preserve"> </w:t>
      </w:r>
      <w:r w:rsidRPr="003E3418">
        <w:rPr>
          <w:rFonts w:ascii="Sakkal Majalla" w:hAnsi="Sakkal Majalla" w:cs="Sakkal Majalla"/>
          <w:sz w:val="24"/>
          <w:szCs w:val="24"/>
          <w:rtl/>
        </w:rPr>
        <w:t>فحسب،</w:t>
      </w:r>
      <w:r w:rsidRPr="003E3418">
        <w:rPr>
          <w:rFonts w:ascii="Sakkal Majalla" w:hAnsi="Sakkal Majalla" w:cs="Sakkal Majalla"/>
          <w:sz w:val="24"/>
        </w:rPr>
        <w:t xml:space="preserve"> </w:t>
      </w:r>
      <w:r w:rsidRPr="003E3418">
        <w:rPr>
          <w:rFonts w:ascii="Sakkal Majalla" w:hAnsi="Sakkal Majalla" w:cs="Sakkal Majalla"/>
          <w:sz w:val="24"/>
          <w:szCs w:val="24"/>
          <w:rtl/>
        </w:rPr>
        <w:t>مما</w:t>
      </w:r>
      <w:r w:rsidRPr="003E3418">
        <w:rPr>
          <w:rFonts w:ascii="Sakkal Majalla" w:hAnsi="Sakkal Majalla" w:cs="Sakkal Majalla"/>
          <w:sz w:val="24"/>
        </w:rPr>
        <w:t xml:space="preserve"> </w:t>
      </w:r>
      <w:r w:rsidRPr="003E3418">
        <w:rPr>
          <w:rFonts w:ascii="Sakkal Majalla" w:hAnsi="Sakkal Majalla" w:cs="Sakkal Majalla"/>
          <w:sz w:val="24"/>
          <w:szCs w:val="24"/>
          <w:rtl/>
        </w:rPr>
        <w:t>يُتيح</w:t>
      </w:r>
      <w:r w:rsidRPr="003E3418">
        <w:rPr>
          <w:rFonts w:ascii="Sakkal Majalla" w:hAnsi="Sakkal Majalla" w:cs="Sakkal Majalla"/>
          <w:sz w:val="24"/>
        </w:rPr>
        <w:t xml:space="preserve"> </w:t>
      </w:r>
      <w:r w:rsidRPr="003E3418">
        <w:rPr>
          <w:rFonts w:ascii="Sakkal Majalla" w:hAnsi="Sakkal Majalla" w:cs="Sakkal Majalla"/>
          <w:sz w:val="24"/>
          <w:szCs w:val="24"/>
          <w:rtl/>
        </w:rPr>
        <w:t>رصد</w:t>
      </w:r>
      <w:r w:rsidRPr="003E3418">
        <w:rPr>
          <w:rFonts w:ascii="Sakkal Majalla" w:hAnsi="Sakkal Majalla" w:cs="Sakkal Majalla"/>
          <w:sz w:val="24"/>
        </w:rPr>
        <w:t xml:space="preserve"> </w:t>
      </w:r>
      <w:r w:rsidRPr="003E3418">
        <w:rPr>
          <w:rFonts w:ascii="Sakkal Majalla" w:hAnsi="Sakkal Majalla" w:cs="Sakkal Majalla"/>
          <w:sz w:val="24"/>
          <w:szCs w:val="24"/>
          <w:rtl/>
        </w:rPr>
        <w:t>التحسن</w:t>
      </w:r>
      <w:r w:rsidRPr="003E3418">
        <w:rPr>
          <w:rFonts w:ascii="Sakkal Majalla" w:hAnsi="Sakkal Majalla" w:cs="Sakkal Majalla"/>
          <w:sz w:val="24"/>
        </w:rPr>
        <w:t xml:space="preserve"> </w:t>
      </w:r>
      <w:r w:rsidRPr="003E3418">
        <w:rPr>
          <w:rFonts w:ascii="Sakkal Majalla" w:hAnsi="Sakkal Majalla" w:cs="Sakkal Majalla"/>
          <w:sz w:val="24"/>
          <w:szCs w:val="24"/>
          <w:rtl/>
        </w:rPr>
        <w:t>أو</w:t>
      </w:r>
      <w:r w:rsidRPr="003E3418">
        <w:rPr>
          <w:rFonts w:ascii="Sakkal Majalla" w:hAnsi="Sakkal Majalla" w:cs="Sakkal Majalla"/>
          <w:sz w:val="24"/>
        </w:rPr>
        <w:t xml:space="preserve"> </w:t>
      </w:r>
      <w:r w:rsidRPr="003E3418">
        <w:rPr>
          <w:rFonts w:ascii="Sakkal Majalla" w:hAnsi="Sakkal Majalla" w:cs="Sakkal Majalla"/>
          <w:sz w:val="24"/>
          <w:szCs w:val="24"/>
          <w:rtl/>
        </w:rPr>
        <w:t>التدهور</w:t>
      </w:r>
      <w:r w:rsidRPr="003E3418">
        <w:rPr>
          <w:rFonts w:ascii="Sakkal Majalla" w:hAnsi="Sakkal Majalla" w:cs="Sakkal Majalla"/>
          <w:sz w:val="24"/>
        </w:rPr>
        <w:t xml:space="preserve"> </w:t>
      </w:r>
      <w:r w:rsidRPr="003E3418">
        <w:rPr>
          <w:rFonts w:ascii="Sakkal Majalla" w:hAnsi="Sakkal Majalla" w:cs="Sakkal Majalla"/>
          <w:sz w:val="24"/>
          <w:szCs w:val="24"/>
          <w:rtl/>
        </w:rPr>
        <w:t>حتى</w:t>
      </w:r>
      <w:r w:rsidRPr="003E3418">
        <w:rPr>
          <w:rFonts w:ascii="Sakkal Majalla" w:hAnsi="Sakkal Majalla" w:cs="Sakkal Majalla"/>
          <w:sz w:val="24"/>
        </w:rPr>
        <w:t xml:space="preserve"> </w:t>
      </w:r>
      <w:r w:rsidRPr="003E3418">
        <w:rPr>
          <w:rFonts w:ascii="Sakkal Majalla" w:hAnsi="Sakkal Majalla" w:cs="Sakkal Majalla"/>
          <w:sz w:val="24"/>
          <w:szCs w:val="24"/>
          <w:rtl/>
        </w:rPr>
        <w:t>حين</w:t>
      </w:r>
      <w:r w:rsidRPr="003E3418">
        <w:rPr>
          <w:rFonts w:ascii="Sakkal Majalla" w:hAnsi="Sakkal Majalla" w:cs="Sakkal Majalla"/>
          <w:sz w:val="24"/>
        </w:rPr>
        <w:t xml:space="preserve"> </w:t>
      </w:r>
      <w:r w:rsidRPr="003E3418">
        <w:rPr>
          <w:rFonts w:ascii="Sakkal Majalla" w:hAnsi="Sakkal Majalla" w:cs="Sakkal Majalla"/>
          <w:sz w:val="24"/>
          <w:szCs w:val="24"/>
          <w:rtl/>
        </w:rPr>
        <w:t>تبقى</w:t>
      </w:r>
      <w:r w:rsidRPr="003E3418">
        <w:rPr>
          <w:rFonts w:ascii="Sakkal Majalla" w:hAnsi="Sakkal Majalla" w:cs="Sakkal Majalla"/>
          <w:sz w:val="24"/>
        </w:rPr>
        <w:t xml:space="preserve"> </w:t>
      </w:r>
      <w:r w:rsidRPr="003E3418">
        <w:rPr>
          <w:rFonts w:ascii="Sakkal Majalla" w:hAnsi="Sakkal Majalla" w:cs="Sakkal Majalla"/>
          <w:sz w:val="24"/>
          <w:szCs w:val="24"/>
          <w:rtl/>
        </w:rPr>
        <w:t>نسبة</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الفقراء</w:t>
      </w:r>
      <w:r w:rsidRPr="003E3418">
        <w:rPr>
          <w:rFonts w:ascii="Sakkal Majalla" w:hAnsi="Sakkal Majalla" w:cs="Sakkal Majalla"/>
          <w:sz w:val="24"/>
        </w:rPr>
        <w:t xml:space="preserve"> </w:t>
      </w:r>
      <w:r w:rsidRPr="003E3418">
        <w:rPr>
          <w:rFonts w:ascii="Sakkal Majalla" w:hAnsi="Sakkal Majalla" w:cs="Sakkal Majalla"/>
          <w:sz w:val="24"/>
          <w:szCs w:val="24"/>
          <w:rtl/>
        </w:rPr>
        <w:t>ثابتة</w:t>
      </w:r>
      <w:r w:rsidRPr="003E3418">
        <w:rPr>
          <w:rFonts w:ascii="Sakkal Majalla" w:hAnsi="Sakkal Majalla" w:cs="Sakkal Majalla"/>
          <w:sz w:val="24"/>
        </w:rPr>
        <w:t>.</w:t>
      </w:r>
    </w:p>
    <w:p w14:paraId="29CED63F"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مؤشر</w:t>
      </w:r>
      <w:r w:rsidRPr="003E3418">
        <w:rPr>
          <w:rFonts w:ascii="Sakkal Majalla" w:hAnsi="Sakkal Majalla" w:cs="Sakkal Majalla"/>
          <w:sz w:val="24"/>
        </w:rPr>
        <w:t xml:space="preserve"> </w:t>
      </w:r>
      <w:r w:rsidRPr="003E3418">
        <w:rPr>
          <w:rFonts w:ascii="Sakkal Majalla" w:hAnsi="Sakkal Majalla" w:cs="Sakkal Majalla"/>
          <w:sz w:val="24"/>
          <w:szCs w:val="24"/>
          <w:rtl/>
        </w:rPr>
        <w:t>التنمية</w:t>
      </w:r>
      <w:r w:rsidRPr="003E3418">
        <w:rPr>
          <w:rFonts w:ascii="Sakkal Majalla" w:hAnsi="Sakkal Majalla" w:cs="Sakkal Majalla"/>
          <w:sz w:val="24"/>
        </w:rPr>
        <w:t xml:space="preserve"> </w:t>
      </w:r>
      <w:r w:rsidRPr="003E3418">
        <w:rPr>
          <w:rFonts w:ascii="Sakkal Majalla" w:hAnsi="Sakkal Majalla" w:cs="Sakkal Majalla"/>
          <w:sz w:val="24"/>
          <w:szCs w:val="24"/>
          <w:rtl/>
        </w:rPr>
        <w:t>البشرية</w:t>
      </w:r>
      <w:r w:rsidRPr="003E3418">
        <w:rPr>
          <w:rFonts w:ascii="Sakkal Majalla" w:hAnsi="Sakkal Majalla" w:cs="Sakkal Majalla"/>
          <w:sz w:val="24"/>
        </w:rPr>
        <w:t xml:space="preserve"> HDI: </w:t>
      </w:r>
      <w:r w:rsidRPr="003E3418">
        <w:rPr>
          <w:rFonts w:ascii="Sakkal Majalla" w:hAnsi="Sakkal Majalla" w:cs="Sakkal Majalla"/>
          <w:sz w:val="24"/>
          <w:szCs w:val="24"/>
          <w:rtl/>
        </w:rPr>
        <w:t>الصادر</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برنامج</w:t>
      </w:r>
      <w:r w:rsidRPr="003E3418">
        <w:rPr>
          <w:rFonts w:ascii="Sakkal Majalla" w:hAnsi="Sakkal Majalla" w:cs="Sakkal Majalla"/>
          <w:sz w:val="24"/>
        </w:rPr>
        <w:t xml:space="preserve"> UNDP (2023)</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يجمع</w:t>
      </w:r>
      <w:r w:rsidRPr="003E3418">
        <w:rPr>
          <w:rFonts w:ascii="Sakkal Majalla" w:hAnsi="Sakkal Majalla" w:cs="Sakkal Majalla"/>
          <w:sz w:val="24"/>
        </w:rPr>
        <w:t xml:space="preserve"> </w:t>
      </w:r>
      <w:r w:rsidRPr="003E3418">
        <w:rPr>
          <w:rFonts w:ascii="Sakkal Majalla" w:hAnsi="Sakkal Majalla" w:cs="Sakkal Majalla"/>
          <w:sz w:val="24"/>
          <w:szCs w:val="24"/>
          <w:rtl/>
        </w:rPr>
        <w:t>ثلاثة</w:t>
      </w:r>
      <w:r w:rsidRPr="003E3418">
        <w:rPr>
          <w:rFonts w:ascii="Sakkal Majalla" w:hAnsi="Sakkal Majalla" w:cs="Sakkal Majalla"/>
          <w:sz w:val="24"/>
        </w:rPr>
        <w:t xml:space="preserve"> </w:t>
      </w:r>
      <w:r w:rsidRPr="003E3418">
        <w:rPr>
          <w:rFonts w:ascii="Sakkal Majalla" w:hAnsi="Sakkal Majalla" w:cs="Sakkal Majalla"/>
          <w:sz w:val="24"/>
          <w:szCs w:val="24"/>
          <w:rtl/>
        </w:rPr>
        <w:t>أبعاد</w:t>
      </w:r>
      <w:r w:rsidRPr="003E3418">
        <w:rPr>
          <w:rFonts w:ascii="Sakkal Majalla" w:hAnsi="Sakkal Majalla" w:cs="Sakkal Majalla"/>
          <w:sz w:val="24"/>
        </w:rPr>
        <w:t xml:space="preserve"> — </w:t>
      </w:r>
      <w:r w:rsidRPr="003E3418">
        <w:rPr>
          <w:rFonts w:ascii="Sakkal Majalla" w:hAnsi="Sakkal Majalla" w:cs="Sakkal Majalla"/>
          <w:sz w:val="24"/>
          <w:szCs w:val="24"/>
          <w:rtl/>
        </w:rPr>
        <w:t>الصحة</w:t>
      </w:r>
      <w:r w:rsidRPr="003E3418">
        <w:rPr>
          <w:rFonts w:ascii="Sakkal Majalla" w:hAnsi="Sakkal Majalla" w:cs="Sakkal Majalla"/>
          <w:sz w:val="24"/>
        </w:rPr>
        <w:t xml:space="preserve"> (</w:t>
      </w:r>
      <w:r w:rsidRPr="003E3418">
        <w:rPr>
          <w:rFonts w:ascii="Sakkal Majalla" w:hAnsi="Sakkal Majalla" w:cs="Sakkal Majalla"/>
          <w:sz w:val="24"/>
          <w:szCs w:val="24"/>
          <w:rtl/>
        </w:rPr>
        <w:t>أمد</w:t>
      </w:r>
      <w:r w:rsidRPr="003E3418">
        <w:rPr>
          <w:rFonts w:ascii="Sakkal Majalla" w:hAnsi="Sakkal Majalla" w:cs="Sakkal Majalla"/>
          <w:sz w:val="24"/>
        </w:rPr>
        <w:t xml:space="preserve"> </w:t>
      </w:r>
      <w:r w:rsidRPr="003E3418">
        <w:rPr>
          <w:rFonts w:ascii="Sakkal Majalla" w:hAnsi="Sakkal Majalla" w:cs="Sakkal Majalla"/>
          <w:sz w:val="24"/>
          <w:szCs w:val="24"/>
          <w:rtl/>
        </w:rPr>
        <w:t>الحياة</w:t>
      </w:r>
      <w:r w:rsidRPr="003E3418">
        <w:rPr>
          <w:rFonts w:ascii="Sakkal Majalla" w:hAnsi="Sakkal Majalla" w:cs="Sakkal Majalla"/>
          <w:sz w:val="24"/>
        </w:rPr>
        <w:t>)</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والتعليم</w:t>
      </w:r>
      <w:r w:rsidRPr="003E3418">
        <w:rPr>
          <w:rFonts w:ascii="Sakkal Majalla" w:hAnsi="Sakkal Majalla" w:cs="Sakkal Majalla"/>
          <w:sz w:val="24"/>
        </w:rPr>
        <w:t xml:space="preserve"> (</w:t>
      </w:r>
      <w:r w:rsidRPr="003E3418">
        <w:rPr>
          <w:rFonts w:ascii="Sakkal Majalla" w:hAnsi="Sakkal Majalla" w:cs="Sakkal Majalla"/>
          <w:sz w:val="24"/>
          <w:szCs w:val="24"/>
          <w:rtl/>
        </w:rPr>
        <w:t>سنوات</w:t>
      </w:r>
      <w:r w:rsidRPr="003E3418">
        <w:rPr>
          <w:rFonts w:ascii="Sakkal Majalla" w:hAnsi="Sakkal Majalla" w:cs="Sakkal Majalla"/>
          <w:sz w:val="24"/>
        </w:rPr>
        <w:t xml:space="preserve"> </w:t>
      </w:r>
      <w:r w:rsidRPr="003E3418">
        <w:rPr>
          <w:rFonts w:ascii="Sakkal Majalla" w:hAnsi="Sakkal Majalla" w:cs="Sakkal Majalla"/>
          <w:sz w:val="24"/>
          <w:szCs w:val="24"/>
          <w:rtl/>
        </w:rPr>
        <w:t>التعليم</w:t>
      </w:r>
      <w:r w:rsidRPr="003E3418">
        <w:rPr>
          <w:rFonts w:ascii="Sakkal Majalla" w:hAnsi="Sakkal Majalla" w:cs="Sakkal Majalla"/>
          <w:sz w:val="24"/>
        </w:rPr>
        <w:t>)</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والمستوى</w:t>
      </w:r>
      <w:r w:rsidRPr="003E3418">
        <w:rPr>
          <w:rFonts w:ascii="Sakkal Majalla" w:hAnsi="Sakkal Majalla" w:cs="Sakkal Majalla"/>
          <w:sz w:val="24"/>
        </w:rPr>
        <w:t xml:space="preserve"> </w:t>
      </w:r>
      <w:r w:rsidRPr="003E3418">
        <w:rPr>
          <w:rFonts w:ascii="Sakkal Majalla" w:hAnsi="Sakkal Majalla" w:cs="Sakkal Majalla"/>
          <w:sz w:val="24"/>
          <w:szCs w:val="24"/>
          <w:rtl/>
        </w:rPr>
        <w:t>المعيشي</w:t>
      </w:r>
      <w:r w:rsidRPr="003E3418">
        <w:rPr>
          <w:rFonts w:ascii="Sakkal Majalla" w:hAnsi="Sakkal Majalla" w:cs="Sakkal Majalla"/>
          <w:sz w:val="24"/>
        </w:rPr>
        <w:t xml:space="preserve"> (</w:t>
      </w:r>
      <w:r w:rsidRPr="003E3418">
        <w:rPr>
          <w:rFonts w:ascii="Sakkal Majalla" w:hAnsi="Sakkal Majalla" w:cs="Sakkal Majalla"/>
          <w:sz w:val="24"/>
          <w:szCs w:val="24"/>
          <w:rtl/>
        </w:rPr>
        <w:t>نصيب</w:t>
      </w:r>
      <w:r w:rsidRPr="003E3418">
        <w:rPr>
          <w:rFonts w:ascii="Sakkal Majalla" w:hAnsi="Sakkal Majalla" w:cs="Sakkal Majalla"/>
          <w:sz w:val="24"/>
        </w:rPr>
        <w:t xml:space="preserve"> </w:t>
      </w:r>
      <w:r w:rsidRPr="003E3418">
        <w:rPr>
          <w:rFonts w:ascii="Sakkal Majalla" w:hAnsi="Sakkal Majalla" w:cs="Sakkal Majalla"/>
          <w:sz w:val="24"/>
          <w:szCs w:val="24"/>
          <w:rtl/>
        </w:rPr>
        <w:t>الفرد</w:t>
      </w:r>
      <w:r w:rsidRPr="003E3418">
        <w:rPr>
          <w:rFonts w:ascii="Sakkal Majalla" w:hAnsi="Sakkal Majalla" w:cs="Sakkal Majalla"/>
          <w:sz w:val="24"/>
        </w:rPr>
        <w:t xml:space="preserve"> </w:t>
      </w:r>
      <w:r w:rsidRPr="003E3418">
        <w:rPr>
          <w:rFonts w:ascii="Sakkal Majalla" w:hAnsi="Sakkal Majalla" w:cs="Sakkal Majalla"/>
          <w:sz w:val="24"/>
          <w:szCs w:val="24"/>
          <w:rtl/>
        </w:rPr>
        <w:t>بتعادل</w:t>
      </w:r>
      <w:r w:rsidRPr="003E3418">
        <w:rPr>
          <w:rFonts w:ascii="Sakkal Majalla" w:hAnsi="Sakkal Majalla" w:cs="Sakkal Majalla"/>
          <w:sz w:val="24"/>
        </w:rPr>
        <w:t xml:space="preserve"> </w:t>
      </w:r>
      <w:r w:rsidRPr="003E3418">
        <w:rPr>
          <w:rFonts w:ascii="Sakkal Majalla" w:hAnsi="Sakkal Majalla" w:cs="Sakkal Majalla"/>
          <w:sz w:val="24"/>
          <w:szCs w:val="24"/>
          <w:rtl/>
        </w:rPr>
        <w:t>القوة</w:t>
      </w:r>
      <w:r w:rsidRPr="003E3418">
        <w:rPr>
          <w:rFonts w:ascii="Sakkal Majalla" w:hAnsi="Sakkal Majalla" w:cs="Sakkal Majalla"/>
          <w:sz w:val="24"/>
        </w:rPr>
        <w:t xml:space="preserve"> </w:t>
      </w:r>
      <w:r w:rsidRPr="003E3418">
        <w:rPr>
          <w:rFonts w:ascii="Sakkal Majalla" w:hAnsi="Sakkal Majalla" w:cs="Sakkal Majalla"/>
          <w:sz w:val="24"/>
          <w:szCs w:val="24"/>
          <w:rtl/>
        </w:rPr>
        <w:t>الشرائية</w:t>
      </w:r>
      <w:r w:rsidRPr="003E3418">
        <w:rPr>
          <w:rFonts w:ascii="Sakkal Majalla" w:hAnsi="Sakkal Majalla" w:cs="Sakkal Majalla"/>
          <w:sz w:val="24"/>
        </w:rPr>
        <w:t xml:space="preserve">. </w:t>
      </w:r>
      <w:r w:rsidRPr="003E3418">
        <w:rPr>
          <w:rFonts w:ascii="Sakkal Majalla" w:hAnsi="Sakkal Majalla" w:cs="Sakkal Majalla"/>
          <w:sz w:val="24"/>
          <w:szCs w:val="24"/>
          <w:rtl/>
        </w:rPr>
        <w:t>يُوفّر</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المؤشر</w:t>
      </w:r>
      <w:r w:rsidRPr="003E3418">
        <w:rPr>
          <w:rFonts w:ascii="Sakkal Majalla" w:hAnsi="Sakkal Majalla" w:cs="Sakkal Majalla"/>
          <w:sz w:val="24"/>
        </w:rPr>
        <w:t xml:space="preserve"> </w:t>
      </w:r>
      <w:r w:rsidRPr="003E3418">
        <w:rPr>
          <w:rFonts w:ascii="Sakkal Majalla" w:hAnsi="Sakkal Majalla" w:cs="Sakkal Majalla"/>
          <w:sz w:val="24"/>
          <w:szCs w:val="24"/>
          <w:rtl/>
        </w:rPr>
        <w:t>رؤيةً</w:t>
      </w:r>
      <w:r w:rsidRPr="003E3418">
        <w:rPr>
          <w:rFonts w:ascii="Sakkal Majalla" w:hAnsi="Sakkal Majalla" w:cs="Sakkal Majalla"/>
          <w:sz w:val="24"/>
        </w:rPr>
        <w:t xml:space="preserve"> </w:t>
      </w:r>
      <w:r w:rsidRPr="003E3418">
        <w:rPr>
          <w:rFonts w:ascii="Sakkal Majalla" w:hAnsi="Sakkal Majalla" w:cs="Sakkal Majalla"/>
          <w:sz w:val="24"/>
          <w:szCs w:val="24"/>
          <w:rtl/>
        </w:rPr>
        <w:t>متعددة</w:t>
      </w:r>
      <w:r w:rsidRPr="003E3418">
        <w:rPr>
          <w:rFonts w:ascii="Sakkal Majalla" w:hAnsi="Sakkal Majalla" w:cs="Sakkal Majalla"/>
          <w:sz w:val="24"/>
        </w:rPr>
        <w:t xml:space="preserve"> </w:t>
      </w:r>
      <w:r w:rsidRPr="003E3418">
        <w:rPr>
          <w:rFonts w:ascii="Sakkal Majalla" w:hAnsi="Sakkal Majalla" w:cs="Sakkal Majalla"/>
          <w:sz w:val="24"/>
          <w:szCs w:val="24"/>
          <w:rtl/>
        </w:rPr>
        <w:t>الأبعاد</w:t>
      </w:r>
      <w:r w:rsidRPr="003E3418">
        <w:rPr>
          <w:rFonts w:ascii="Sakkal Majalla" w:hAnsi="Sakkal Majalla" w:cs="Sakkal Majalla"/>
          <w:sz w:val="24"/>
        </w:rPr>
        <w:t xml:space="preserve"> </w:t>
      </w:r>
      <w:r w:rsidRPr="003E3418">
        <w:rPr>
          <w:rFonts w:ascii="Sakkal Majalla" w:hAnsi="Sakkal Majalla" w:cs="Sakkal Majalla"/>
          <w:sz w:val="24"/>
          <w:szCs w:val="24"/>
          <w:rtl/>
        </w:rPr>
        <w:t>للفقر</w:t>
      </w:r>
      <w:r w:rsidRPr="003E3418">
        <w:rPr>
          <w:rFonts w:ascii="Sakkal Majalla" w:hAnsi="Sakkal Majalla" w:cs="Sakkal Majalla"/>
          <w:sz w:val="24"/>
        </w:rPr>
        <w:t xml:space="preserve"> </w:t>
      </w:r>
      <w:r w:rsidRPr="003E3418">
        <w:rPr>
          <w:rFonts w:ascii="Sakkal Majalla" w:hAnsi="Sakkal Majalla" w:cs="Sakkal Majalla"/>
          <w:sz w:val="24"/>
          <w:szCs w:val="24"/>
          <w:rtl/>
        </w:rPr>
        <w:t>تتجاوز</w:t>
      </w:r>
      <w:r w:rsidRPr="003E3418">
        <w:rPr>
          <w:rFonts w:ascii="Sakkal Majalla" w:hAnsi="Sakkal Majalla" w:cs="Sakkal Majalla"/>
          <w:sz w:val="24"/>
        </w:rPr>
        <w:t xml:space="preserve"> </w:t>
      </w:r>
      <w:r w:rsidRPr="003E3418">
        <w:rPr>
          <w:rFonts w:ascii="Sakkal Majalla" w:hAnsi="Sakkal Majalla" w:cs="Sakkal Majalla"/>
          <w:sz w:val="24"/>
          <w:szCs w:val="24"/>
          <w:rtl/>
        </w:rPr>
        <w:t>البُعد</w:t>
      </w:r>
      <w:r w:rsidRPr="003E3418">
        <w:rPr>
          <w:rFonts w:ascii="Sakkal Majalla" w:hAnsi="Sakkal Majalla" w:cs="Sakkal Majalla"/>
          <w:sz w:val="24"/>
        </w:rPr>
        <w:t xml:space="preserve"> </w:t>
      </w:r>
      <w:r w:rsidRPr="003E3418">
        <w:rPr>
          <w:rFonts w:ascii="Sakkal Majalla" w:hAnsi="Sakkal Majalla" w:cs="Sakkal Majalla"/>
          <w:sz w:val="24"/>
          <w:szCs w:val="24"/>
          <w:rtl/>
        </w:rPr>
        <w:t>الدخلي</w:t>
      </w:r>
      <w:r w:rsidRPr="003E3418">
        <w:rPr>
          <w:rFonts w:ascii="Sakkal Majalla" w:hAnsi="Sakkal Majalla" w:cs="Sakkal Majalla"/>
          <w:sz w:val="24"/>
        </w:rPr>
        <w:t xml:space="preserve"> </w:t>
      </w:r>
      <w:r w:rsidRPr="003E3418">
        <w:rPr>
          <w:rFonts w:ascii="Sakkal Majalla" w:hAnsi="Sakkal Majalla" w:cs="Sakkal Majalla"/>
          <w:sz w:val="24"/>
          <w:szCs w:val="24"/>
          <w:rtl/>
        </w:rPr>
        <w:t>البحت</w:t>
      </w:r>
      <w:r w:rsidRPr="003E3418">
        <w:rPr>
          <w:rFonts w:ascii="Sakkal Majalla" w:hAnsi="Sakkal Majalla" w:cs="Sakkal Majalla"/>
          <w:sz w:val="24"/>
        </w:rPr>
        <w:t>.</w:t>
      </w:r>
    </w:p>
    <w:p w14:paraId="01671F0D" w14:textId="77777777" w:rsidR="006C7D7F" w:rsidRDefault="006C7D7F" w:rsidP="003E3418">
      <w:pPr>
        <w:bidi/>
        <w:spacing w:before="240" w:after="80" w:line="320" w:lineRule="exact"/>
        <w:rPr>
          <w:rFonts w:ascii="Sakkal Majalla" w:hAnsi="Sakkal Majalla" w:cs="Sakkal Majalla"/>
          <w:b/>
          <w:bCs/>
          <w:sz w:val="26"/>
          <w:szCs w:val="26"/>
        </w:rPr>
      </w:pPr>
    </w:p>
    <w:p w14:paraId="7EFDEC79" w14:textId="581038FD" w:rsidR="003E3418" w:rsidRPr="003E3418" w:rsidRDefault="003E3418" w:rsidP="006C7D7F">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lastRenderedPageBreak/>
        <w:t>د</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جودة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المؤسسات</w:t>
      </w:r>
      <w:r w:rsidRPr="003E3418">
        <w:rPr>
          <w:rFonts w:ascii="Sakkal Majalla" w:hAnsi="Sakkal Majalla" w:cs="Sakkal Majalla"/>
          <w:b/>
          <w:sz w:val="26"/>
        </w:rPr>
        <w:t xml:space="preserve"> — </w:t>
      </w:r>
      <w:r w:rsidRPr="003E3418">
        <w:rPr>
          <w:rFonts w:ascii="Sakkal Majalla" w:hAnsi="Sakkal Majalla" w:cs="Sakkal Majalla"/>
          <w:b/>
          <w:bCs/>
          <w:sz w:val="26"/>
          <w:szCs w:val="26"/>
          <w:rtl/>
        </w:rPr>
        <w:t>المتغير</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المعدِّل</w:t>
      </w:r>
    </w:p>
    <w:p w14:paraId="6E65E9FF"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يُعرَّف</w:t>
      </w:r>
      <w:r w:rsidRPr="003E3418">
        <w:rPr>
          <w:rFonts w:ascii="Sakkal Majalla" w:hAnsi="Sakkal Majalla" w:cs="Sakkal Majalla"/>
          <w:sz w:val="24"/>
        </w:rPr>
        <w:t xml:space="preserve"> </w:t>
      </w:r>
      <w:r w:rsidRPr="003E3418">
        <w:rPr>
          <w:rFonts w:ascii="Sakkal Majalla" w:hAnsi="Sakkal Majalla" w:cs="Sakkal Majalla"/>
          <w:sz w:val="24"/>
          <w:szCs w:val="24"/>
          <w:rtl/>
        </w:rPr>
        <w:t>إجرائياً</w:t>
      </w:r>
      <w:r w:rsidRPr="003E3418">
        <w:rPr>
          <w:rFonts w:ascii="Sakkal Majalla" w:hAnsi="Sakkal Majalla" w:cs="Sakkal Majalla"/>
          <w:sz w:val="24"/>
        </w:rPr>
        <w:t xml:space="preserve"> </w:t>
      </w:r>
      <w:r w:rsidRPr="003E3418">
        <w:rPr>
          <w:rFonts w:ascii="Sakkal Majalla" w:hAnsi="Sakkal Majalla" w:cs="Sakkal Majalla"/>
          <w:sz w:val="24"/>
          <w:szCs w:val="24"/>
          <w:rtl/>
        </w:rPr>
        <w:t>بمؤشر</w:t>
      </w:r>
      <w:r w:rsidRPr="003E3418">
        <w:rPr>
          <w:rFonts w:ascii="Sakkal Majalla" w:hAnsi="Sakkal Majalla" w:cs="Sakkal Majalla"/>
          <w:sz w:val="24"/>
        </w:rPr>
        <w:t xml:space="preserve"> </w:t>
      </w:r>
      <w:r w:rsidRPr="003E3418">
        <w:rPr>
          <w:rFonts w:ascii="Sakkal Majalla" w:hAnsi="Sakkal Majalla" w:cs="Sakkal Majalla"/>
          <w:sz w:val="24"/>
          <w:szCs w:val="24"/>
          <w:rtl/>
        </w:rPr>
        <w:t>مركّب</w:t>
      </w:r>
      <w:r w:rsidRPr="003E3418">
        <w:rPr>
          <w:rFonts w:ascii="Sakkal Majalla" w:hAnsi="Sakkal Majalla" w:cs="Sakkal Majalla"/>
          <w:sz w:val="24"/>
        </w:rPr>
        <w:t xml:space="preserve"> </w:t>
      </w:r>
      <w:r w:rsidRPr="003E3418">
        <w:rPr>
          <w:rFonts w:ascii="Sakkal Majalla" w:hAnsi="Sakkal Majalla" w:cs="Sakkal Majalla"/>
          <w:sz w:val="24"/>
          <w:szCs w:val="24"/>
          <w:rtl/>
        </w:rPr>
        <w:t>محسوب</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مؤشرَيْ</w:t>
      </w:r>
      <w:r w:rsidRPr="003E3418">
        <w:rPr>
          <w:rFonts w:ascii="Sakkal Majalla" w:hAnsi="Sakkal Majalla" w:cs="Sakkal Majalla"/>
          <w:sz w:val="24"/>
        </w:rPr>
        <w:t xml:space="preserve"> </w:t>
      </w:r>
      <w:r w:rsidRPr="003E3418">
        <w:rPr>
          <w:rFonts w:ascii="Sakkal Majalla" w:hAnsi="Sakkal Majalla" w:cs="Sakkal Majalla"/>
          <w:sz w:val="24"/>
          <w:szCs w:val="24"/>
          <w:rtl/>
        </w:rPr>
        <w:t>سيادة</w:t>
      </w:r>
      <w:r w:rsidRPr="003E3418">
        <w:rPr>
          <w:rFonts w:ascii="Sakkal Majalla" w:hAnsi="Sakkal Majalla" w:cs="Sakkal Majalla"/>
          <w:sz w:val="24"/>
        </w:rPr>
        <w:t xml:space="preserve"> </w:t>
      </w:r>
      <w:r w:rsidRPr="003E3418">
        <w:rPr>
          <w:rFonts w:ascii="Sakkal Majalla" w:hAnsi="Sakkal Majalla" w:cs="Sakkal Majalla"/>
          <w:sz w:val="24"/>
          <w:szCs w:val="24"/>
          <w:rtl/>
        </w:rPr>
        <w:t>القانون</w:t>
      </w:r>
      <w:r w:rsidRPr="003E3418">
        <w:rPr>
          <w:rFonts w:ascii="Sakkal Majalla" w:hAnsi="Sakkal Majalla" w:cs="Sakkal Majalla"/>
          <w:sz w:val="24"/>
        </w:rPr>
        <w:t xml:space="preserve"> (Rule of Law) </w:t>
      </w:r>
      <w:r w:rsidRPr="003E3418">
        <w:rPr>
          <w:rFonts w:ascii="Sakkal Majalla" w:hAnsi="Sakkal Majalla" w:cs="Sakkal Majalla"/>
          <w:sz w:val="24"/>
          <w:szCs w:val="24"/>
          <w:rtl/>
        </w:rPr>
        <w:t>وفاعلية</w:t>
      </w:r>
      <w:r w:rsidRPr="003E3418">
        <w:rPr>
          <w:rFonts w:ascii="Sakkal Majalla" w:hAnsi="Sakkal Majalla" w:cs="Sakkal Majalla"/>
          <w:sz w:val="24"/>
        </w:rPr>
        <w:t xml:space="preserve"> </w:t>
      </w:r>
      <w:r w:rsidRPr="003E3418">
        <w:rPr>
          <w:rFonts w:ascii="Sakkal Majalla" w:hAnsi="Sakkal Majalla" w:cs="Sakkal Majalla"/>
          <w:sz w:val="24"/>
          <w:szCs w:val="24"/>
          <w:rtl/>
        </w:rPr>
        <w:t>الحكومة</w:t>
      </w:r>
      <w:r w:rsidRPr="003E3418">
        <w:rPr>
          <w:rFonts w:ascii="Sakkal Majalla" w:hAnsi="Sakkal Majalla" w:cs="Sakkal Majalla"/>
          <w:sz w:val="24"/>
        </w:rPr>
        <w:t xml:space="preserve"> (Government Effectiveness)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WGI </w:t>
      </w:r>
      <w:r w:rsidRPr="003E3418">
        <w:rPr>
          <w:rFonts w:ascii="Sakkal Majalla" w:hAnsi="Sakkal Majalla" w:cs="Sakkal Majalla"/>
          <w:sz w:val="24"/>
          <w:szCs w:val="24"/>
          <w:rtl/>
        </w:rPr>
        <w:t>للبنك</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الدولي</w:t>
      </w:r>
      <w:r w:rsidRPr="003E3418">
        <w:rPr>
          <w:rFonts w:ascii="Sakkal Majalla" w:hAnsi="Sakkal Majalla" w:cs="Sakkal Majalla"/>
          <w:sz w:val="24"/>
        </w:rPr>
        <w:t xml:space="preserve"> (2023). </w:t>
      </w:r>
      <w:r w:rsidRPr="003E3418">
        <w:rPr>
          <w:rFonts w:ascii="Sakkal Majalla" w:hAnsi="Sakkal Majalla" w:cs="Sakkal Majalla"/>
          <w:sz w:val="24"/>
          <w:szCs w:val="24"/>
          <w:rtl/>
        </w:rPr>
        <w:t>يتراوح</w:t>
      </w:r>
      <w:r w:rsidRPr="003E3418">
        <w:rPr>
          <w:rFonts w:ascii="Sakkal Majalla" w:hAnsi="Sakkal Majalla" w:cs="Sakkal Majalla"/>
          <w:sz w:val="24"/>
        </w:rPr>
        <w:t xml:space="preserve"> </w:t>
      </w:r>
      <w:r w:rsidRPr="003E3418">
        <w:rPr>
          <w:rFonts w:ascii="Sakkal Majalla" w:hAnsi="Sakkal Majalla" w:cs="Sakkal Majalla"/>
          <w:sz w:val="24"/>
          <w:szCs w:val="24"/>
          <w:rtl/>
        </w:rPr>
        <w:t>المؤشر</w:t>
      </w:r>
      <w:r w:rsidRPr="003E3418">
        <w:rPr>
          <w:rFonts w:ascii="Sakkal Majalla" w:hAnsi="Sakkal Majalla" w:cs="Sakkal Majalla"/>
          <w:sz w:val="24"/>
        </w:rPr>
        <w:t xml:space="preserve"> </w:t>
      </w:r>
      <w:r w:rsidRPr="003E3418">
        <w:rPr>
          <w:rFonts w:ascii="Sakkal Majalla" w:hAnsi="Sakkal Majalla" w:cs="Sakkal Majalla"/>
          <w:sz w:val="24"/>
          <w:szCs w:val="24"/>
          <w:rtl/>
        </w:rPr>
        <w:t>المركّب</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−2.5 </w:t>
      </w:r>
      <w:r w:rsidRPr="003E3418">
        <w:rPr>
          <w:rFonts w:ascii="Sakkal Majalla" w:hAnsi="Sakkal Majalla" w:cs="Sakkal Majalla"/>
          <w:sz w:val="24"/>
          <w:szCs w:val="24"/>
          <w:rtl/>
        </w:rPr>
        <w:t>و</w:t>
      </w:r>
      <w:r w:rsidRPr="003E3418">
        <w:rPr>
          <w:rFonts w:ascii="Sakkal Majalla" w:hAnsi="Sakkal Majalla" w:cs="Sakkal Majalla"/>
          <w:sz w:val="24"/>
        </w:rPr>
        <w:t xml:space="preserve">+2.5. </w:t>
      </w:r>
      <w:r w:rsidRPr="003E3418">
        <w:rPr>
          <w:rFonts w:ascii="Sakkal Majalla" w:hAnsi="Sakkal Majalla" w:cs="Sakkal Majalla"/>
          <w:sz w:val="24"/>
          <w:szCs w:val="24"/>
          <w:rtl/>
        </w:rPr>
        <w:t>ويُسهم</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المتغير</w:t>
      </w:r>
      <w:r w:rsidRPr="003E3418">
        <w:rPr>
          <w:rFonts w:ascii="Sakkal Majalla" w:hAnsi="Sakkal Majalla" w:cs="Sakkal Majalla"/>
          <w:sz w:val="24"/>
        </w:rPr>
        <w:t xml:space="preserve"> </w:t>
      </w:r>
      <w:r w:rsidRPr="003E3418">
        <w:rPr>
          <w:rFonts w:ascii="Sakkal Majalla" w:hAnsi="Sakkal Majalla" w:cs="Sakkal Majalla"/>
          <w:sz w:val="24"/>
          <w:szCs w:val="24"/>
          <w:rtl/>
        </w:rPr>
        <w:t>المعدِّل</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اختبار</w:t>
      </w:r>
      <w:r w:rsidRPr="003E3418">
        <w:rPr>
          <w:rFonts w:ascii="Sakkal Majalla" w:hAnsi="Sakkal Majalla" w:cs="Sakkal Majalla"/>
          <w:sz w:val="24"/>
        </w:rPr>
        <w:t xml:space="preserve"> </w:t>
      </w:r>
      <w:r w:rsidRPr="003E3418">
        <w:rPr>
          <w:rFonts w:ascii="Sakkal Majalla" w:hAnsi="Sakkal Majalla" w:cs="Sakkal Majalla"/>
          <w:sz w:val="24"/>
          <w:szCs w:val="24"/>
          <w:rtl/>
        </w:rPr>
        <w:t>الفرضية</w:t>
      </w:r>
      <w:r w:rsidRPr="003E3418">
        <w:rPr>
          <w:rFonts w:ascii="Sakkal Majalla" w:hAnsi="Sakkal Majalla" w:cs="Sakkal Majalla"/>
          <w:sz w:val="24"/>
        </w:rPr>
        <w:t xml:space="preserve"> </w:t>
      </w:r>
      <w:r w:rsidRPr="003E3418">
        <w:rPr>
          <w:rFonts w:ascii="Sakkal Majalla" w:hAnsi="Sakkal Majalla" w:cs="Sakkal Majalla"/>
          <w:sz w:val="24"/>
          <w:szCs w:val="24"/>
          <w:rtl/>
        </w:rPr>
        <w:t>الرابعة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خلال</w:t>
      </w:r>
      <w:r w:rsidRPr="003E3418">
        <w:rPr>
          <w:rFonts w:ascii="Sakkal Majalla" w:hAnsi="Sakkal Majalla" w:cs="Sakkal Majalla"/>
          <w:sz w:val="24"/>
        </w:rPr>
        <w:t xml:space="preserve"> </w:t>
      </w:r>
      <w:r w:rsidRPr="003E3418">
        <w:rPr>
          <w:rFonts w:ascii="Sakkal Majalla" w:hAnsi="Sakkal Majalla" w:cs="Sakkal Majalla"/>
          <w:sz w:val="24"/>
          <w:szCs w:val="24"/>
          <w:rtl/>
        </w:rPr>
        <w:t>حد</w:t>
      </w:r>
      <w:r w:rsidRPr="003E3418">
        <w:rPr>
          <w:rFonts w:ascii="Sakkal Majalla" w:hAnsi="Sakkal Majalla" w:cs="Sakkal Majalla"/>
          <w:sz w:val="24"/>
        </w:rPr>
        <w:t xml:space="preserve"> </w:t>
      </w:r>
      <w:r w:rsidRPr="003E3418">
        <w:rPr>
          <w:rFonts w:ascii="Sakkal Majalla" w:hAnsi="Sakkal Majalla" w:cs="Sakkal Majalla"/>
          <w:sz w:val="24"/>
          <w:szCs w:val="24"/>
          <w:rtl/>
        </w:rPr>
        <w:t>التفاعل</w:t>
      </w:r>
      <w:r w:rsidRPr="003E3418">
        <w:rPr>
          <w:rFonts w:ascii="Sakkal Majalla" w:hAnsi="Sakkal Majalla" w:cs="Sakkal Majalla"/>
          <w:sz w:val="24"/>
        </w:rPr>
        <w:t xml:space="preserve"> (Interaction Term)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نماذج</w:t>
      </w:r>
      <w:r w:rsidRPr="003E3418">
        <w:rPr>
          <w:rFonts w:ascii="Sakkal Majalla" w:hAnsi="Sakkal Majalla" w:cs="Sakkal Majalla"/>
          <w:sz w:val="24"/>
        </w:rPr>
        <w:t xml:space="preserve"> </w:t>
      </w:r>
      <w:r w:rsidRPr="003E3418">
        <w:rPr>
          <w:rFonts w:ascii="Sakkal Majalla" w:hAnsi="Sakkal Majalla" w:cs="Sakkal Majalla"/>
          <w:sz w:val="24"/>
          <w:szCs w:val="24"/>
          <w:rtl/>
        </w:rPr>
        <w:t>الانحدار</w:t>
      </w:r>
      <w:r w:rsidRPr="003E3418">
        <w:rPr>
          <w:rFonts w:ascii="Sakkal Majalla" w:hAnsi="Sakkal Majalla" w:cs="Sakkal Majalla"/>
          <w:sz w:val="24"/>
        </w:rPr>
        <w:t>.</w:t>
      </w:r>
    </w:p>
    <w:p w14:paraId="56CEC835"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هـ</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المتغيرات</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الضابطة</w:t>
      </w:r>
    </w:p>
    <w:p w14:paraId="55E37ABC"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تشمل</w:t>
      </w:r>
      <w:r w:rsidRPr="003E3418">
        <w:rPr>
          <w:rFonts w:ascii="Sakkal Majalla" w:hAnsi="Sakkal Majalla" w:cs="Sakkal Majalla"/>
          <w:sz w:val="24"/>
        </w:rPr>
        <w:t xml:space="preserve"> </w:t>
      </w:r>
      <w:r w:rsidRPr="003E3418">
        <w:rPr>
          <w:rFonts w:ascii="Sakkal Majalla" w:hAnsi="Sakkal Majalla" w:cs="Sakkal Majalla"/>
          <w:sz w:val="24"/>
          <w:szCs w:val="24"/>
          <w:rtl/>
        </w:rPr>
        <w:t>المتغيرات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الضابطة</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تُوظَّف</w:t>
      </w:r>
      <w:r w:rsidRPr="003E3418">
        <w:rPr>
          <w:rFonts w:ascii="Sakkal Majalla" w:hAnsi="Sakkal Majalla" w:cs="Sakkal Majalla"/>
          <w:sz w:val="24"/>
        </w:rPr>
        <w:t xml:space="preserve"> </w:t>
      </w:r>
      <w:r w:rsidRPr="003E3418">
        <w:rPr>
          <w:rFonts w:ascii="Sakkal Majalla" w:hAnsi="Sakkal Majalla" w:cs="Sakkal Majalla"/>
          <w:sz w:val="24"/>
          <w:szCs w:val="24"/>
          <w:rtl/>
        </w:rPr>
        <w:t>للتحكم</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العوامل</w:t>
      </w:r>
      <w:r w:rsidRPr="003E3418">
        <w:rPr>
          <w:rFonts w:ascii="Sakkal Majalla" w:hAnsi="Sakkal Majalla" w:cs="Sakkal Majalla"/>
          <w:sz w:val="24"/>
        </w:rPr>
        <w:t xml:space="preserve"> </w:t>
      </w:r>
      <w:r w:rsidRPr="003E3418">
        <w:rPr>
          <w:rFonts w:ascii="Sakkal Majalla" w:hAnsi="Sakkal Majalla" w:cs="Sakkal Majalla"/>
          <w:sz w:val="24"/>
          <w:szCs w:val="24"/>
          <w:rtl/>
        </w:rPr>
        <w:t>المُربِكة</w:t>
      </w:r>
      <w:r w:rsidRPr="003E3418">
        <w:rPr>
          <w:rFonts w:ascii="Sakkal Majalla" w:hAnsi="Sakkal Majalla" w:cs="Sakkal Majalla"/>
          <w:sz w:val="24"/>
        </w:rPr>
        <w:t xml:space="preserve">: </w:t>
      </w:r>
      <w:r w:rsidRPr="003E3418">
        <w:rPr>
          <w:rFonts w:ascii="Sakkal Majalla" w:hAnsi="Sakkal Majalla" w:cs="Sakkal Majalla"/>
          <w:sz w:val="24"/>
          <w:szCs w:val="24"/>
          <w:rtl/>
        </w:rPr>
        <w:t>معدل</w:t>
      </w:r>
      <w:r w:rsidRPr="003E3418">
        <w:rPr>
          <w:rFonts w:ascii="Sakkal Majalla" w:hAnsi="Sakkal Majalla" w:cs="Sakkal Majalla"/>
          <w:sz w:val="24"/>
        </w:rPr>
        <w:t xml:space="preserve"> </w:t>
      </w:r>
      <w:r w:rsidRPr="003E3418">
        <w:rPr>
          <w:rFonts w:ascii="Sakkal Majalla" w:hAnsi="Sakkal Majalla" w:cs="Sakkal Majalla"/>
          <w:sz w:val="24"/>
          <w:szCs w:val="24"/>
          <w:rtl/>
        </w:rPr>
        <w:t>التضخم</w:t>
      </w:r>
      <w:r w:rsidRPr="003E3418">
        <w:rPr>
          <w:rFonts w:ascii="Sakkal Majalla" w:hAnsi="Sakkal Majalla" w:cs="Sakkal Majalla"/>
          <w:sz w:val="24"/>
        </w:rPr>
        <w:t xml:space="preserve"> (INF)</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ودرجة</w:t>
      </w:r>
      <w:r w:rsidRPr="003E3418">
        <w:rPr>
          <w:rFonts w:ascii="Sakkal Majalla" w:hAnsi="Sakkal Majalla" w:cs="Sakkal Majalla"/>
          <w:sz w:val="24"/>
        </w:rPr>
        <w:t xml:space="preserve"> </w:t>
      </w:r>
      <w:r w:rsidRPr="003E3418">
        <w:rPr>
          <w:rFonts w:ascii="Sakkal Majalla" w:hAnsi="Sakkal Majalla" w:cs="Sakkal Majalla"/>
          <w:sz w:val="24"/>
          <w:szCs w:val="24"/>
          <w:rtl/>
        </w:rPr>
        <w:t>الانفتاح</w:t>
      </w:r>
      <w:r w:rsidRPr="003E3418">
        <w:rPr>
          <w:rFonts w:ascii="Sakkal Majalla" w:hAnsi="Sakkal Majalla" w:cs="Sakkal Majalla"/>
          <w:sz w:val="24"/>
        </w:rPr>
        <w:t xml:space="preserve"> </w:t>
      </w:r>
      <w:r w:rsidRPr="003E3418">
        <w:rPr>
          <w:rFonts w:ascii="Sakkal Majalla" w:hAnsi="Sakkal Majalla" w:cs="Sakkal Majalla"/>
          <w:sz w:val="24"/>
          <w:szCs w:val="24"/>
          <w:rtl/>
        </w:rPr>
        <w:t>التجاري</w:t>
      </w:r>
      <w:r w:rsidRPr="003E3418">
        <w:rPr>
          <w:rFonts w:ascii="Sakkal Majalla" w:hAnsi="Sakkal Majalla" w:cs="Sakkal Majalla"/>
          <w:sz w:val="24"/>
        </w:rPr>
        <w:t xml:space="preserve"> (TRD) </w:t>
      </w:r>
      <w:r w:rsidRPr="003E3418">
        <w:rPr>
          <w:rFonts w:ascii="Sakkal Majalla" w:hAnsi="Sakkal Majalla" w:cs="Sakkal Majalla"/>
          <w:sz w:val="24"/>
          <w:szCs w:val="24"/>
          <w:rtl/>
        </w:rPr>
        <w:t>بوصفها</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w:t>
      </w:r>
      <w:r w:rsidRPr="003E3418">
        <w:rPr>
          <w:rFonts w:ascii="Sakkal Majalla" w:hAnsi="Sakkal Majalla" w:cs="Sakkal Majalla"/>
          <w:sz w:val="24"/>
        </w:rPr>
        <w:t xml:space="preserve"> </w:t>
      </w:r>
      <w:r w:rsidRPr="003E3418">
        <w:rPr>
          <w:rFonts w:ascii="Sakkal Majalla" w:hAnsi="Sakkal Majalla" w:cs="Sakkal Majalla"/>
          <w:sz w:val="24"/>
          <w:szCs w:val="24"/>
          <w:rtl/>
        </w:rPr>
        <w:t>للاندماج</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العالمي،</w:t>
      </w:r>
      <w:r w:rsidRPr="003E3418">
        <w:rPr>
          <w:rFonts w:ascii="Sakkal Majalla" w:hAnsi="Sakkal Majalla" w:cs="Sakkal Majalla"/>
          <w:sz w:val="24"/>
        </w:rPr>
        <w:t xml:space="preserve"> </w:t>
      </w:r>
      <w:r w:rsidRPr="003E3418">
        <w:rPr>
          <w:rFonts w:ascii="Sakkal Majalla" w:hAnsi="Sakkal Majalla" w:cs="Sakkal Majalla"/>
          <w:sz w:val="24"/>
          <w:szCs w:val="24"/>
          <w:rtl/>
        </w:rPr>
        <w:t>وحصة</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الأجنبي</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الناتج</w:t>
      </w:r>
      <w:r w:rsidRPr="003E3418">
        <w:rPr>
          <w:rFonts w:ascii="Sakkal Majalla" w:hAnsi="Sakkal Majalla" w:cs="Sakkal Majalla"/>
          <w:sz w:val="24"/>
        </w:rPr>
        <w:t xml:space="preserve"> (FDI)</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ومعدل</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السكاني</w:t>
      </w:r>
      <w:r w:rsidRPr="003E3418">
        <w:rPr>
          <w:rFonts w:ascii="Sakkal Majalla" w:hAnsi="Sakkal Majalla" w:cs="Sakkal Majalla"/>
          <w:sz w:val="24"/>
        </w:rPr>
        <w:t xml:space="preserve"> (POP)</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وعمق</w:t>
      </w:r>
      <w:r w:rsidRPr="003E3418">
        <w:rPr>
          <w:rFonts w:ascii="Sakkal Majalla" w:hAnsi="Sakkal Majalla" w:cs="Sakkal Majalla"/>
          <w:sz w:val="24"/>
        </w:rPr>
        <w:t xml:space="preserve"> </w:t>
      </w:r>
      <w:r w:rsidRPr="003E3418">
        <w:rPr>
          <w:rFonts w:ascii="Sakkal Majalla" w:hAnsi="Sakkal Majalla" w:cs="Sakkal Majalla"/>
          <w:sz w:val="24"/>
          <w:szCs w:val="24"/>
          <w:rtl/>
        </w:rPr>
        <w:t>القطاع</w:t>
      </w:r>
      <w:r w:rsidRPr="003E3418">
        <w:rPr>
          <w:rFonts w:ascii="Sakkal Majalla" w:hAnsi="Sakkal Majalla" w:cs="Sakkal Majalla"/>
          <w:sz w:val="24"/>
        </w:rPr>
        <w:t xml:space="preserve"> </w:t>
      </w:r>
      <w:r w:rsidRPr="003E3418">
        <w:rPr>
          <w:rFonts w:ascii="Sakkal Majalla" w:hAnsi="Sakkal Majalla" w:cs="Sakkal Majalla"/>
          <w:sz w:val="24"/>
          <w:szCs w:val="24"/>
          <w:rtl/>
        </w:rPr>
        <w:t>المالي</w:t>
      </w:r>
      <w:r w:rsidRPr="003E3418">
        <w:rPr>
          <w:rFonts w:ascii="Sakkal Majalla" w:hAnsi="Sakkal Majalla" w:cs="Sakkal Majalla"/>
          <w:sz w:val="24"/>
        </w:rPr>
        <w:t xml:space="preserve"> (FIN) </w:t>
      </w:r>
      <w:r w:rsidRPr="003E3418">
        <w:rPr>
          <w:rFonts w:ascii="Sakkal Majalla" w:hAnsi="Sakkal Majalla" w:cs="Sakkal Majalla"/>
          <w:sz w:val="24"/>
          <w:szCs w:val="24"/>
          <w:rtl/>
        </w:rPr>
        <w:t>مقاساً</w:t>
      </w:r>
      <w:r w:rsidRPr="003E3418">
        <w:rPr>
          <w:rFonts w:ascii="Sakkal Majalla" w:hAnsi="Sakkal Majalla" w:cs="Sakkal Majalla"/>
          <w:sz w:val="24"/>
        </w:rPr>
        <w:t xml:space="preserve"> </w:t>
      </w:r>
      <w:r w:rsidRPr="003E3418">
        <w:rPr>
          <w:rFonts w:ascii="Sakkal Majalla" w:hAnsi="Sakkal Majalla" w:cs="Sakkal Majalla"/>
          <w:sz w:val="24"/>
          <w:szCs w:val="24"/>
          <w:rtl/>
        </w:rPr>
        <w:t>بالائتمان</w:t>
      </w:r>
      <w:r w:rsidRPr="003E3418">
        <w:rPr>
          <w:rFonts w:ascii="Sakkal Majalla" w:hAnsi="Sakkal Majalla" w:cs="Sakkal Majalla"/>
          <w:sz w:val="24"/>
        </w:rPr>
        <w:t xml:space="preserve"> </w:t>
      </w:r>
      <w:r w:rsidRPr="003E3418">
        <w:rPr>
          <w:rFonts w:ascii="Sakkal Majalla" w:hAnsi="Sakkal Majalla" w:cs="Sakkal Majalla"/>
          <w:sz w:val="24"/>
          <w:szCs w:val="24"/>
          <w:rtl/>
        </w:rPr>
        <w:t>المحلي</w:t>
      </w:r>
      <w:r w:rsidRPr="003E3418">
        <w:rPr>
          <w:rFonts w:ascii="Sakkal Majalla" w:hAnsi="Sakkal Majalla" w:cs="Sakkal Majalla"/>
          <w:sz w:val="24"/>
        </w:rPr>
        <w:t xml:space="preserve"> </w:t>
      </w:r>
      <w:r w:rsidRPr="003E3418">
        <w:rPr>
          <w:rFonts w:ascii="Sakkal Majalla" w:hAnsi="Sakkal Majalla" w:cs="Sakkal Majalla"/>
          <w:sz w:val="24"/>
          <w:szCs w:val="24"/>
          <w:rtl/>
        </w:rPr>
        <w:t>كنسبة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الناتج،</w:t>
      </w:r>
      <w:r w:rsidRPr="003E3418">
        <w:rPr>
          <w:rFonts w:ascii="Sakkal Majalla" w:hAnsi="Sakkal Majalla" w:cs="Sakkal Majalla"/>
          <w:sz w:val="24"/>
        </w:rPr>
        <w:t xml:space="preserve"> </w:t>
      </w:r>
      <w:r w:rsidRPr="003E3418">
        <w:rPr>
          <w:rFonts w:ascii="Sakkal Majalla" w:hAnsi="Sakkal Majalla" w:cs="Sakkal Majalla"/>
          <w:sz w:val="24"/>
          <w:szCs w:val="24"/>
          <w:rtl/>
        </w:rPr>
        <w:t>وحصة</w:t>
      </w:r>
      <w:r w:rsidRPr="003E3418">
        <w:rPr>
          <w:rFonts w:ascii="Sakkal Majalla" w:hAnsi="Sakkal Majalla" w:cs="Sakkal Majalla"/>
          <w:sz w:val="24"/>
        </w:rPr>
        <w:t xml:space="preserve"> </w:t>
      </w:r>
      <w:r w:rsidRPr="003E3418">
        <w:rPr>
          <w:rFonts w:ascii="Sakkal Majalla" w:hAnsi="Sakkal Majalla" w:cs="Sakkal Majalla"/>
          <w:sz w:val="24"/>
          <w:szCs w:val="24"/>
          <w:rtl/>
        </w:rPr>
        <w:t>الإنفاق</w:t>
      </w:r>
      <w:r w:rsidRPr="003E3418">
        <w:rPr>
          <w:rFonts w:ascii="Sakkal Majalla" w:hAnsi="Sakkal Majalla" w:cs="Sakkal Majalla"/>
          <w:sz w:val="24"/>
        </w:rPr>
        <w:t xml:space="preserve"> </w:t>
      </w:r>
      <w:r w:rsidRPr="003E3418">
        <w:rPr>
          <w:rFonts w:ascii="Sakkal Majalla" w:hAnsi="Sakkal Majalla" w:cs="Sakkal Majalla"/>
          <w:sz w:val="24"/>
          <w:szCs w:val="24"/>
          <w:rtl/>
        </w:rPr>
        <w:t>الحكومي</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التعليم</w:t>
      </w:r>
      <w:r w:rsidRPr="003E3418">
        <w:rPr>
          <w:rFonts w:ascii="Sakkal Majalla" w:hAnsi="Sakkal Majalla" w:cs="Sakkal Majalla"/>
          <w:sz w:val="24"/>
        </w:rPr>
        <w:t xml:space="preserve"> (EDU) </w:t>
      </w:r>
      <w:r w:rsidRPr="003E3418">
        <w:rPr>
          <w:rFonts w:ascii="Sakkal Majalla" w:hAnsi="Sakkal Majalla" w:cs="Sakkal Majalla"/>
          <w:sz w:val="24"/>
          <w:szCs w:val="24"/>
          <w:rtl/>
        </w:rPr>
        <w:t>والصحة</w:t>
      </w:r>
      <w:r w:rsidRPr="003E3418">
        <w:rPr>
          <w:rFonts w:ascii="Sakkal Majalla" w:hAnsi="Sakkal Majalla" w:cs="Sakkal Majalla"/>
          <w:sz w:val="24"/>
        </w:rPr>
        <w:t xml:space="preserve"> (HLT) </w:t>
      </w:r>
      <w:r w:rsidRPr="003E3418">
        <w:rPr>
          <w:rFonts w:ascii="Sakkal Majalla" w:hAnsi="Sakkal Majalla" w:cs="Sakkal Majalla"/>
          <w:sz w:val="24"/>
          <w:szCs w:val="24"/>
          <w:rtl/>
        </w:rPr>
        <w:t>كنسبة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الناتج</w:t>
      </w:r>
      <w:r w:rsidRPr="003E3418">
        <w:rPr>
          <w:rFonts w:ascii="Sakkal Majalla" w:hAnsi="Sakkal Majalla" w:cs="Sakkal Majalla"/>
          <w:sz w:val="24"/>
        </w:rPr>
        <w:t xml:space="preserve"> </w:t>
      </w:r>
      <w:r w:rsidRPr="003E3418">
        <w:rPr>
          <w:rFonts w:ascii="Sakkal Majalla" w:hAnsi="Sakkal Majalla" w:cs="Sakkal Majalla"/>
          <w:sz w:val="24"/>
          <w:szCs w:val="24"/>
          <w:rtl/>
        </w:rPr>
        <w:t>المحلي</w:t>
      </w:r>
      <w:r w:rsidRPr="003E3418">
        <w:rPr>
          <w:rFonts w:ascii="Sakkal Majalla" w:hAnsi="Sakkal Majalla" w:cs="Sakkal Majalla"/>
          <w:sz w:val="24"/>
        </w:rPr>
        <w:t xml:space="preserve">. </w:t>
      </w:r>
      <w:r w:rsidRPr="003E3418">
        <w:rPr>
          <w:rFonts w:ascii="Sakkal Majalla" w:hAnsi="Sakkal Majalla" w:cs="Sakkal Majalla"/>
          <w:sz w:val="24"/>
          <w:szCs w:val="24"/>
          <w:rtl/>
        </w:rPr>
        <w:t>تُستقى</w:t>
      </w:r>
      <w:r w:rsidRPr="003E3418">
        <w:rPr>
          <w:rFonts w:ascii="Sakkal Majalla" w:hAnsi="Sakkal Majalla" w:cs="Sakkal Majalla"/>
          <w:sz w:val="24"/>
        </w:rPr>
        <w:t xml:space="preserve"> </w:t>
      </w:r>
      <w:r w:rsidRPr="003E3418">
        <w:rPr>
          <w:rFonts w:ascii="Sakkal Majalla" w:hAnsi="Sakkal Majalla" w:cs="Sakkal Majalla"/>
          <w:sz w:val="24"/>
          <w:szCs w:val="24"/>
          <w:rtl/>
        </w:rPr>
        <w:t>جميع</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البيانات</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قاعدة</w:t>
      </w:r>
      <w:r w:rsidRPr="003E3418">
        <w:rPr>
          <w:rFonts w:ascii="Sakkal Majalla" w:hAnsi="Sakkal Majalla" w:cs="Sakkal Majalla"/>
          <w:sz w:val="24"/>
        </w:rPr>
        <w:t xml:space="preserve"> WDI </w:t>
      </w:r>
      <w:r w:rsidRPr="003E3418">
        <w:rPr>
          <w:rFonts w:ascii="Sakkal Majalla" w:hAnsi="Sakkal Majalla" w:cs="Sakkal Majalla"/>
          <w:sz w:val="24"/>
          <w:szCs w:val="24"/>
          <w:rtl/>
        </w:rPr>
        <w:t>للبنك</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الدولي</w:t>
      </w:r>
      <w:r w:rsidRPr="003E3418">
        <w:rPr>
          <w:rFonts w:ascii="Sakkal Majalla" w:hAnsi="Sakkal Majalla" w:cs="Sakkal Majalla"/>
          <w:sz w:val="24"/>
        </w:rPr>
        <w:t xml:space="preserve"> (2022).</w:t>
      </w:r>
    </w:p>
    <w:p w14:paraId="12E86434" w14:textId="77777777" w:rsidR="003E3418" w:rsidRPr="003E3418" w:rsidRDefault="003E3418" w:rsidP="003E3418">
      <w:pPr>
        <w:pBdr>
          <w:bottom w:val="single" w:sz="4" w:space="4" w:color="DDDDDD"/>
        </w:pBdr>
        <w:spacing w:before="120" w:after="120"/>
        <w:rPr>
          <w:rFonts w:ascii="Sakkal Majalla" w:hAnsi="Sakkal Majalla" w:cs="Sakkal Majalla"/>
        </w:rPr>
      </w:pPr>
    </w:p>
    <w:p w14:paraId="7858D390" w14:textId="77777777" w:rsidR="003E3418" w:rsidRPr="003E3418" w:rsidRDefault="003E3418" w:rsidP="003E3418">
      <w:pPr>
        <w:pBdr>
          <w:bottom w:val="single" w:sz="6" w:space="4" w:color="1A3A6B"/>
        </w:pBdr>
        <w:bidi/>
        <w:spacing w:before="360" w:line="360" w:lineRule="exact"/>
        <w:rPr>
          <w:rFonts w:ascii="Sakkal Majalla" w:hAnsi="Sakkal Majalla" w:cs="Sakkal Majalla"/>
        </w:rPr>
      </w:pPr>
      <w:r w:rsidRPr="003E3418">
        <w:rPr>
          <w:rFonts w:ascii="Sakkal Majalla" w:hAnsi="Sakkal Majalla" w:cs="Sakkal Majalla"/>
          <w:b/>
          <w:sz w:val="30"/>
        </w:rPr>
        <w:t xml:space="preserve">1.8 </w:t>
      </w:r>
      <w:r w:rsidRPr="003E3418">
        <w:rPr>
          <w:rFonts w:ascii="Sakkal Majalla" w:hAnsi="Sakkal Majalla" w:cs="Sakkal Majalla"/>
          <w:b/>
          <w:bCs/>
          <w:sz w:val="30"/>
          <w:szCs w:val="30"/>
          <w:rtl/>
        </w:rPr>
        <w:t>الإطار</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النظري</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للدراسة</w:t>
      </w:r>
    </w:p>
    <w:p w14:paraId="02B92FC1"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يرتكز</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إطار</w:t>
      </w:r>
      <w:r w:rsidRPr="003E3418">
        <w:rPr>
          <w:rFonts w:ascii="Sakkal Majalla" w:hAnsi="Sakkal Majalla" w:cs="Sakkal Majalla"/>
          <w:sz w:val="24"/>
        </w:rPr>
        <w:t xml:space="preserve"> </w:t>
      </w:r>
      <w:r w:rsidRPr="003E3418">
        <w:rPr>
          <w:rFonts w:ascii="Sakkal Majalla" w:hAnsi="Sakkal Majalla" w:cs="Sakkal Majalla"/>
          <w:sz w:val="24"/>
          <w:szCs w:val="24"/>
          <w:rtl/>
        </w:rPr>
        <w:t>نظري</w:t>
      </w:r>
      <w:r w:rsidRPr="003E3418">
        <w:rPr>
          <w:rFonts w:ascii="Sakkal Majalla" w:hAnsi="Sakkal Majalla" w:cs="Sakkal Majalla"/>
          <w:sz w:val="24"/>
        </w:rPr>
        <w:t xml:space="preserve"> </w:t>
      </w:r>
      <w:r w:rsidRPr="003E3418">
        <w:rPr>
          <w:rFonts w:ascii="Sakkal Majalla" w:hAnsi="Sakkal Majalla" w:cs="Sakkal Majalla"/>
          <w:sz w:val="24"/>
          <w:szCs w:val="24"/>
          <w:rtl/>
        </w:rPr>
        <w:t>خماسي</w:t>
      </w:r>
      <w:r w:rsidRPr="003E3418">
        <w:rPr>
          <w:rFonts w:ascii="Sakkal Majalla" w:hAnsi="Sakkal Majalla" w:cs="Sakkal Majalla"/>
          <w:sz w:val="24"/>
        </w:rPr>
        <w:t xml:space="preserve"> </w:t>
      </w:r>
      <w:r w:rsidRPr="003E3418">
        <w:rPr>
          <w:rFonts w:ascii="Sakkal Majalla" w:hAnsi="Sakkal Majalla" w:cs="Sakkal Majalla"/>
          <w:sz w:val="24"/>
          <w:szCs w:val="24"/>
          <w:rtl/>
        </w:rPr>
        <w:t>يجمع</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مقاربات</w:t>
      </w:r>
      <w:r w:rsidRPr="003E3418">
        <w:rPr>
          <w:rFonts w:ascii="Sakkal Majalla" w:hAnsi="Sakkal Majalla" w:cs="Sakkal Majalla"/>
          <w:sz w:val="24"/>
        </w:rPr>
        <w:t xml:space="preserve"> </w:t>
      </w:r>
      <w:r w:rsidRPr="003E3418">
        <w:rPr>
          <w:rFonts w:ascii="Sakkal Majalla" w:hAnsi="Sakkal Majalla" w:cs="Sakkal Majalla"/>
          <w:sz w:val="24"/>
          <w:szCs w:val="24"/>
          <w:rtl/>
        </w:rPr>
        <w:t>اقتصادية</w:t>
      </w:r>
      <w:r w:rsidRPr="003E3418">
        <w:rPr>
          <w:rFonts w:ascii="Sakkal Majalla" w:hAnsi="Sakkal Majalla" w:cs="Sakkal Majalla"/>
          <w:sz w:val="24"/>
        </w:rPr>
        <w:t xml:space="preserve"> </w:t>
      </w:r>
      <w:r w:rsidRPr="003E3418">
        <w:rPr>
          <w:rFonts w:ascii="Sakkal Majalla" w:hAnsi="Sakkal Majalla" w:cs="Sakkal Majalla"/>
          <w:sz w:val="24"/>
          <w:szCs w:val="24"/>
          <w:rtl/>
        </w:rPr>
        <w:t>تُكمّل</w:t>
      </w:r>
      <w:r w:rsidRPr="003E3418">
        <w:rPr>
          <w:rFonts w:ascii="Sakkal Majalla" w:hAnsi="Sakkal Majalla" w:cs="Sakkal Majalla"/>
          <w:sz w:val="24"/>
        </w:rPr>
        <w:t xml:space="preserve"> </w:t>
      </w:r>
      <w:r w:rsidRPr="003E3418">
        <w:rPr>
          <w:rFonts w:ascii="Sakkal Majalla" w:hAnsi="Sakkal Majalla" w:cs="Sakkal Majalla"/>
          <w:sz w:val="24"/>
          <w:szCs w:val="24"/>
          <w:rtl/>
        </w:rPr>
        <w:t>بعضها</w:t>
      </w:r>
      <w:r w:rsidRPr="003E3418">
        <w:rPr>
          <w:rFonts w:ascii="Sakkal Majalla" w:hAnsi="Sakkal Majalla" w:cs="Sakkal Majalla"/>
          <w:sz w:val="24"/>
        </w:rPr>
        <w:t xml:space="preserve"> </w:t>
      </w:r>
      <w:r w:rsidRPr="003E3418">
        <w:rPr>
          <w:rFonts w:ascii="Sakkal Majalla" w:hAnsi="Sakkal Majalla" w:cs="Sakkal Majalla"/>
          <w:sz w:val="24"/>
          <w:szCs w:val="24"/>
          <w:rtl/>
        </w:rPr>
        <w:t>وتُغطّي</w:t>
      </w:r>
      <w:r w:rsidRPr="003E3418">
        <w:rPr>
          <w:rFonts w:ascii="Sakkal Majalla" w:hAnsi="Sakkal Majalla" w:cs="Sakkal Majalla"/>
          <w:sz w:val="24"/>
        </w:rPr>
        <w:t xml:space="preserve"> </w:t>
      </w:r>
      <w:r w:rsidRPr="003E3418">
        <w:rPr>
          <w:rFonts w:ascii="Sakkal Majalla" w:hAnsi="Sakkal Majalla" w:cs="Sakkal Majalla"/>
          <w:sz w:val="24"/>
          <w:szCs w:val="24"/>
          <w:rtl/>
        </w:rPr>
        <w:t>معاً</w:t>
      </w:r>
      <w:r w:rsidRPr="003E3418">
        <w:rPr>
          <w:rFonts w:ascii="Sakkal Majalla" w:hAnsi="Sakkal Majalla" w:cs="Sakkal Majalla"/>
          <w:sz w:val="24"/>
        </w:rPr>
        <w:t xml:space="preserve"> </w:t>
      </w:r>
      <w:r w:rsidRPr="003E3418">
        <w:rPr>
          <w:rFonts w:ascii="Sakkal Majalla" w:hAnsi="Sakkal Majalla" w:cs="Sakkal Majalla"/>
          <w:sz w:val="24"/>
          <w:szCs w:val="24"/>
          <w:rtl/>
        </w:rPr>
        <w:t>الأوجه</w:t>
      </w:r>
      <w:r w:rsidRPr="003E3418">
        <w:rPr>
          <w:rFonts w:ascii="Sakkal Majalla" w:hAnsi="Sakkal Majalla" w:cs="Sakkal Majalla"/>
          <w:sz w:val="24"/>
        </w:rPr>
        <w:t xml:space="preserve"> </w:t>
      </w:r>
      <w:r w:rsidRPr="003E3418">
        <w:rPr>
          <w:rFonts w:ascii="Sakkal Majalla" w:hAnsi="Sakkal Majalla" w:cs="Sakkal Majalla"/>
          <w:sz w:val="24"/>
          <w:szCs w:val="24"/>
          <w:rtl/>
        </w:rPr>
        <w:t>المختلفة</w:t>
      </w:r>
      <w:r w:rsidRPr="003E3418">
        <w:rPr>
          <w:rFonts w:ascii="Sakkal Majalla" w:hAnsi="Sakkal Majalla" w:cs="Sakkal Majalla"/>
          <w:sz w:val="24"/>
        </w:rPr>
        <w:t xml:space="preserve"> </w:t>
      </w:r>
      <w:r w:rsidRPr="003E3418">
        <w:rPr>
          <w:rFonts w:ascii="Sakkal Majalla" w:hAnsi="Sakkal Majalla" w:cs="Sakkal Majalla"/>
          <w:sz w:val="24"/>
          <w:szCs w:val="24"/>
          <w:rtl/>
        </w:rPr>
        <w:t>لعلاقة</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بالتنمية</w:t>
      </w:r>
      <w:r w:rsidRPr="003E3418">
        <w:rPr>
          <w:rFonts w:ascii="Sakkal Majalla" w:hAnsi="Sakkal Majalla" w:cs="Sakkal Majalla"/>
          <w:sz w:val="24"/>
        </w:rPr>
        <w:t xml:space="preserve">. </w:t>
      </w:r>
      <w:r w:rsidRPr="003E3418">
        <w:rPr>
          <w:rFonts w:ascii="Sakkal Majalla" w:hAnsi="Sakkal Majalla" w:cs="Sakkal Majalla"/>
          <w:sz w:val="24"/>
          <w:szCs w:val="24"/>
          <w:rtl/>
        </w:rPr>
        <w:t>وبينما</w:t>
      </w:r>
      <w:r w:rsidRPr="003E3418">
        <w:rPr>
          <w:rFonts w:ascii="Sakkal Majalla" w:hAnsi="Sakkal Majalla" w:cs="Sakkal Majalla"/>
          <w:sz w:val="24"/>
        </w:rPr>
        <w:t xml:space="preserve"> </w:t>
      </w:r>
      <w:r w:rsidRPr="003E3418">
        <w:rPr>
          <w:rFonts w:ascii="Sakkal Majalla" w:hAnsi="Sakkal Majalla" w:cs="Sakkal Majalla"/>
          <w:sz w:val="24"/>
          <w:szCs w:val="24"/>
          <w:rtl/>
        </w:rPr>
        <w:t>اتّسمت</w:t>
      </w:r>
      <w:r w:rsidRPr="003E3418">
        <w:rPr>
          <w:rFonts w:ascii="Sakkal Majalla" w:hAnsi="Sakkal Majalla" w:cs="Sakkal Majalla"/>
          <w:sz w:val="24"/>
        </w:rPr>
        <w:t xml:space="preserve"> </w:t>
      </w:r>
      <w:r w:rsidRPr="003E3418">
        <w:rPr>
          <w:rFonts w:ascii="Sakkal Majalla" w:hAnsi="Sakkal Majalla" w:cs="Sakkal Majalla"/>
          <w:sz w:val="24"/>
          <w:szCs w:val="24"/>
          <w:rtl/>
        </w:rPr>
        <w:t>معظم</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السابقة</w:t>
      </w:r>
      <w:r w:rsidRPr="003E3418">
        <w:rPr>
          <w:rFonts w:ascii="Sakkal Majalla" w:hAnsi="Sakkal Majalla" w:cs="Sakkal Majalla"/>
          <w:sz w:val="24"/>
        </w:rPr>
        <w:t xml:space="preserve"> </w:t>
      </w:r>
      <w:r w:rsidRPr="003E3418">
        <w:rPr>
          <w:rFonts w:ascii="Sakkal Majalla" w:hAnsi="Sakkal Majalla" w:cs="Sakkal Majalla"/>
          <w:sz w:val="24"/>
          <w:szCs w:val="24"/>
          <w:rtl/>
        </w:rPr>
        <w:t>بالاقتصار</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نظرية</w:t>
      </w:r>
      <w:r w:rsidRPr="003E3418">
        <w:rPr>
          <w:rFonts w:ascii="Sakkal Majalla" w:hAnsi="Sakkal Majalla" w:cs="Sakkal Majalla"/>
          <w:sz w:val="24"/>
        </w:rPr>
        <w:t xml:space="preserve"> </w:t>
      </w:r>
      <w:r w:rsidRPr="003E3418">
        <w:rPr>
          <w:rFonts w:ascii="Sakkal Majalla" w:hAnsi="Sakkal Majalla" w:cs="Sakkal Majalla"/>
          <w:sz w:val="24"/>
          <w:szCs w:val="24"/>
          <w:rtl/>
        </w:rPr>
        <w:t>واحدة</w:t>
      </w:r>
      <w:r w:rsidRPr="003E3418">
        <w:rPr>
          <w:rFonts w:ascii="Sakkal Majalla" w:hAnsi="Sakkal Majalla" w:cs="Sakkal Majalla"/>
          <w:sz w:val="24"/>
        </w:rPr>
        <w:t xml:space="preserve"> </w:t>
      </w:r>
      <w:r w:rsidRPr="003E3418">
        <w:rPr>
          <w:rFonts w:ascii="Sakkal Majalla" w:hAnsi="Sakkal Majalla" w:cs="Sakkal Majalla"/>
          <w:sz w:val="24"/>
          <w:szCs w:val="24"/>
          <w:rtl/>
        </w:rPr>
        <w:t>أو</w:t>
      </w:r>
      <w:r w:rsidRPr="003E3418">
        <w:rPr>
          <w:rFonts w:ascii="Sakkal Majalla" w:hAnsi="Sakkal Majalla" w:cs="Sakkal Majalla"/>
          <w:sz w:val="24"/>
        </w:rPr>
        <w:t xml:space="preserve"> </w:t>
      </w:r>
      <w:r w:rsidRPr="003E3418">
        <w:rPr>
          <w:rFonts w:ascii="Sakkal Majalla" w:hAnsi="Sakkal Majalla" w:cs="Sakkal Majalla"/>
          <w:sz w:val="24"/>
          <w:szCs w:val="24"/>
          <w:rtl/>
        </w:rPr>
        <w:t>اثنتين،</w:t>
      </w:r>
      <w:r w:rsidRPr="003E3418">
        <w:rPr>
          <w:rFonts w:ascii="Sakkal Majalla" w:hAnsi="Sakkal Majalla" w:cs="Sakkal Majalla"/>
          <w:sz w:val="24"/>
        </w:rPr>
        <w:t xml:space="preserve"> </w:t>
      </w:r>
      <w:r w:rsidRPr="003E3418">
        <w:rPr>
          <w:rFonts w:ascii="Sakkal Majalla" w:hAnsi="Sakkal Majalla" w:cs="Sakkal Majalla"/>
          <w:sz w:val="24"/>
          <w:szCs w:val="24"/>
          <w:rtl/>
        </w:rPr>
        <w:t>فإن</w:t>
      </w:r>
      <w:r w:rsidRPr="003E3418">
        <w:rPr>
          <w:rFonts w:ascii="Sakkal Majalla" w:hAnsi="Sakkal Majalla" w:cs="Sakkal Majalla"/>
          <w:sz w:val="24"/>
        </w:rPr>
        <w:t xml:space="preserve"> </w:t>
      </w:r>
      <w:r w:rsidRPr="003E3418">
        <w:rPr>
          <w:rFonts w:ascii="Sakkal Majalla" w:hAnsi="Sakkal Majalla" w:cs="Sakkal Majalla"/>
          <w:sz w:val="24"/>
          <w:szCs w:val="24"/>
          <w:rtl/>
        </w:rPr>
        <w:t>التبنّي</w:t>
      </w:r>
      <w:r w:rsidRPr="003E3418">
        <w:rPr>
          <w:rFonts w:ascii="Sakkal Majalla" w:hAnsi="Sakkal Majalla" w:cs="Sakkal Majalla"/>
          <w:sz w:val="24"/>
        </w:rPr>
        <w:t xml:space="preserve"> </w:t>
      </w:r>
      <w:r w:rsidRPr="003E3418">
        <w:rPr>
          <w:rFonts w:ascii="Sakkal Majalla" w:hAnsi="Sakkal Majalla" w:cs="Sakkal Majalla"/>
          <w:sz w:val="24"/>
          <w:szCs w:val="24"/>
          <w:rtl/>
        </w:rPr>
        <w:t>الموحّد</w:t>
      </w:r>
      <w:r w:rsidRPr="003E3418">
        <w:rPr>
          <w:rFonts w:ascii="Sakkal Majalla" w:hAnsi="Sakkal Majalla" w:cs="Sakkal Majalla"/>
          <w:sz w:val="24"/>
        </w:rPr>
        <w:t xml:space="preserve"> </w:t>
      </w:r>
      <w:r w:rsidRPr="003E3418">
        <w:rPr>
          <w:rFonts w:ascii="Sakkal Majalla" w:hAnsi="Sakkal Majalla" w:cs="Sakkal Majalla"/>
          <w:sz w:val="24"/>
          <w:szCs w:val="24"/>
          <w:rtl/>
        </w:rPr>
        <w:t>لهذه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الأطر</w:t>
      </w:r>
      <w:r w:rsidRPr="003E3418">
        <w:rPr>
          <w:rFonts w:ascii="Sakkal Majalla" w:hAnsi="Sakkal Majalla" w:cs="Sakkal Majalla"/>
          <w:sz w:val="24"/>
        </w:rPr>
        <w:t xml:space="preserve"> </w:t>
      </w:r>
      <w:r w:rsidRPr="003E3418">
        <w:rPr>
          <w:rFonts w:ascii="Sakkal Majalla" w:hAnsi="Sakkal Majalla" w:cs="Sakkal Majalla"/>
          <w:sz w:val="24"/>
          <w:szCs w:val="24"/>
          <w:rtl/>
        </w:rPr>
        <w:t>الخمسة</w:t>
      </w:r>
      <w:r w:rsidRPr="003E3418">
        <w:rPr>
          <w:rFonts w:ascii="Sakkal Majalla" w:hAnsi="Sakkal Majalla" w:cs="Sakkal Majalla"/>
          <w:sz w:val="24"/>
        </w:rPr>
        <w:t xml:space="preserve"> </w:t>
      </w:r>
      <w:r w:rsidRPr="003E3418">
        <w:rPr>
          <w:rFonts w:ascii="Sakkal Majalla" w:hAnsi="Sakkal Majalla" w:cs="Sakkal Majalla"/>
          <w:sz w:val="24"/>
          <w:szCs w:val="24"/>
          <w:rtl/>
        </w:rPr>
        <w:t>يُتيح</w:t>
      </w:r>
      <w:r w:rsidRPr="003E3418">
        <w:rPr>
          <w:rFonts w:ascii="Sakkal Majalla" w:hAnsi="Sakkal Majalla" w:cs="Sakkal Majalla"/>
          <w:sz w:val="24"/>
        </w:rPr>
        <w:t xml:space="preserve"> </w:t>
      </w:r>
      <w:r w:rsidRPr="003E3418">
        <w:rPr>
          <w:rFonts w:ascii="Sakkal Majalla" w:hAnsi="Sakkal Majalla" w:cs="Sakkal Majalla"/>
          <w:sz w:val="24"/>
          <w:szCs w:val="24"/>
          <w:rtl/>
        </w:rPr>
        <w:t>نمذجةً</w:t>
      </w:r>
      <w:r w:rsidRPr="003E3418">
        <w:rPr>
          <w:rFonts w:ascii="Sakkal Majalla" w:hAnsi="Sakkal Majalla" w:cs="Sakkal Majalla"/>
          <w:sz w:val="24"/>
        </w:rPr>
        <w:t xml:space="preserve"> </w:t>
      </w:r>
      <w:r w:rsidRPr="003E3418">
        <w:rPr>
          <w:rFonts w:ascii="Sakkal Majalla" w:hAnsi="Sakkal Majalla" w:cs="Sakkal Majalla"/>
          <w:sz w:val="24"/>
          <w:szCs w:val="24"/>
          <w:rtl/>
        </w:rPr>
        <w:t>أدق</w:t>
      </w:r>
      <w:r w:rsidRPr="003E3418">
        <w:rPr>
          <w:rFonts w:ascii="Sakkal Majalla" w:hAnsi="Sakkal Majalla" w:cs="Sakkal Majalla"/>
          <w:sz w:val="24"/>
        </w:rPr>
        <w:t xml:space="preserve"> </w:t>
      </w:r>
      <w:r w:rsidRPr="003E3418">
        <w:rPr>
          <w:rFonts w:ascii="Sakkal Majalla" w:hAnsi="Sakkal Majalla" w:cs="Sakkal Majalla"/>
          <w:sz w:val="24"/>
          <w:szCs w:val="24"/>
          <w:rtl/>
        </w:rPr>
        <w:t>للمسارات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المتعددة</w:t>
      </w:r>
      <w:r w:rsidRPr="003E3418">
        <w:rPr>
          <w:rFonts w:ascii="Sakkal Majalla" w:hAnsi="Sakkal Majalla" w:cs="Sakkal Majalla"/>
          <w:sz w:val="24"/>
        </w:rPr>
        <w:t xml:space="preserve"> </w:t>
      </w:r>
      <w:r w:rsidRPr="003E3418">
        <w:rPr>
          <w:rFonts w:ascii="Sakkal Majalla" w:hAnsi="Sakkal Majalla" w:cs="Sakkal Majalla"/>
          <w:sz w:val="24"/>
          <w:szCs w:val="24"/>
          <w:rtl/>
        </w:rPr>
        <w:t>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والفقر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وتنبثق</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الأطر</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فرضية</w:t>
      </w:r>
      <w:r w:rsidRPr="003E3418">
        <w:rPr>
          <w:rFonts w:ascii="Sakkal Majalla" w:hAnsi="Sakkal Majalla" w:cs="Sakkal Majalla"/>
          <w:sz w:val="24"/>
        </w:rPr>
        <w:t xml:space="preserve"> </w:t>
      </w:r>
      <w:r w:rsidRPr="003E3418">
        <w:rPr>
          <w:rFonts w:ascii="Sakkal Majalla" w:hAnsi="Sakkal Majalla" w:cs="Sakkal Majalla"/>
          <w:sz w:val="24"/>
          <w:szCs w:val="24"/>
          <w:rtl/>
        </w:rPr>
        <w:t>جوهرية</w:t>
      </w:r>
      <w:r w:rsidRPr="003E3418">
        <w:rPr>
          <w:rFonts w:ascii="Sakkal Majalla" w:hAnsi="Sakkal Majalla" w:cs="Sakkal Majalla"/>
          <w:sz w:val="24"/>
        </w:rPr>
        <w:t xml:space="preserve"> </w:t>
      </w:r>
      <w:r w:rsidRPr="003E3418">
        <w:rPr>
          <w:rFonts w:ascii="Sakkal Majalla" w:hAnsi="Sakkal Majalla" w:cs="Sakkal Majalla"/>
          <w:sz w:val="24"/>
          <w:szCs w:val="24"/>
          <w:rtl/>
        </w:rPr>
        <w:t>مشتركة</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ليس</w:t>
      </w:r>
      <w:r w:rsidRPr="003E3418">
        <w:rPr>
          <w:rFonts w:ascii="Sakkal Majalla" w:hAnsi="Sakkal Majalla" w:cs="Sakkal Majalla"/>
          <w:sz w:val="24"/>
        </w:rPr>
        <w:t xml:space="preserve"> </w:t>
      </w:r>
      <w:r w:rsidRPr="003E3418">
        <w:rPr>
          <w:rFonts w:ascii="Sakkal Majalla" w:hAnsi="Sakkal Majalla" w:cs="Sakkal Majalla"/>
          <w:sz w:val="24"/>
          <w:szCs w:val="24"/>
          <w:rtl/>
        </w:rPr>
        <w:t>مجرد</w:t>
      </w:r>
      <w:r w:rsidRPr="003E3418">
        <w:rPr>
          <w:rFonts w:ascii="Sakkal Majalla" w:hAnsi="Sakkal Majalla" w:cs="Sakkal Majalla"/>
          <w:sz w:val="24"/>
        </w:rPr>
        <w:t xml:space="preserve"> </w:t>
      </w:r>
      <w:r w:rsidRPr="003E3418">
        <w:rPr>
          <w:rFonts w:ascii="Sakkal Majalla" w:hAnsi="Sakkal Majalla" w:cs="Sakkal Majalla"/>
          <w:sz w:val="24"/>
          <w:szCs w:val="24"/>
          <w:rtl/>
        </w:rPr>
        <w:t>ظاهرة</w:t>
      </w:r>
      <w:r w:rsidRPr="003E3418">
        <w:rPr>
          <w:rFonts w:ascii="Sakkal Majalla" w:hAnsi="Sakkal Majalla" w:cs="Sakkal Majalla"/>
          <w:sz w:val="24"/>
        </w:rPr>
        <w:t xml:space="preserve"> </w:t>
      </w:r>
      <w:r w:rsidRPr="003E3418">
        <w:rPr>
          <w:rFonts w:ascii="Sakkal Majalla" w:hAnsi="Sakkal Majalla" w:cs="Sakkal Majalla"/>
          <w:sz w:val="24"/>
          <w:szCs w:val="24"/>
          <w:rtl/>
        </w:rPr>
        <w:t>أخلاقية</w:t>
      </w:r>
      <w:r w:rsidRPr="003E3418">
        <w:rPr>
          <w:rFonts w:ascii="Sakkal Majalla" w:hAnsi="Sakkal Majalla" w:cs="Sakkal Majalla"/>
          <w:sz w:val="24"/>
        </w:rPr>
        <w:t xml:space="preserve"> </w:t>
      </w:r>
      <w:r w:rsidRPr="003E3418">
        <w:rPr>
          <w:rFonts w:ascii="Sakkal Majalla" w:hAnsi="Sakkal Majalla" w:cs="Sakkal Majalla"/>
          <w:sz w:val="24"/>
          <w:szCs w:val="24"/>
          <w:rtl/>
        </w:rPr>
        <w:t>تُعالَج</w:t>
      </w:r>
      <w:r w:rsidRPr="003E3418">
        <w:rPr>
          <w:rFonts w:ascii="Sakkal Majalla" w:hAnsi="Sakkal Majalla" w:cs="Sakkal Majalla"/>
          <w:sz w:val="24"/>
        </w:rPr>
        <w:t xml:space="preserve"> </w:t>
      </w:r>
      <w:r w:rsidRPr="003E3418">
        <w:rPr>
          <w:rFonts w:ascii="Sakkal Majalla" w:hAnsi="Sakkal Majalla" w:cs="Sakkal Majalla"/>
          <w:sz w:val="24"/>
          <w:szCs w:val="24"/>
          <w:rtl/>
        </w:rPr>
        <w:t>بالخطاب</w:t>
      </w:r>
      <w:r w:rsidRPr="003E3418">
        <w:rPr>
          <w:rFonts w:ascii="Sakkal Majalla" w:hAnsi="Sakkal Majalla" w:cs="Sakkal Majalla"/>
          <w:sz w:val="24"/>
        </w:rPr>
        <w:t xml:space="preserve"> </w:t>
      </w:r>
      <w:r w:rsidRPr="003E3418">
        <w:rPr>
          <w:rFonts w:ascii="Sakkal Majalla" w:hAnsi="Sakkal Majalla" w:cs="Sakkal Majalla"/>
          <w:sz w:val="24"/>
          <w:szCs w:val="24"/>
          <w:rtl/>
        </w:rPr>
        <w:t>الوعظي،</w:t>
      </w:r>
      <w:r w:rsidRPr="003E3418">
        <w:rPr>
          <w:rFonts w:ascii="Sakkal Majalla" w:hAnsi="Sakkal Majalla" w:cs="Sakkal Majalla"/>
          <w:sz w:val="24"/>
        </w:rPr>
        <w:t xml:space="preserve"> </w:t>
      </w:r>
      <w:r w:rsidRPr="003E3418">
        <w:rPr>
          <w:rFonts w:ascii="Sakkal Majalla" w:hAnsi="Sakkal Majalla" w:cs="Sakkal Majalla"/>
          <w:sz w:val="24"/>
          <w:szCs w:val="24"/>
          <w:rtl/>
        </w:rPr>
        <w:t>بل</w:t>
      </w:r>
      <w:r w:rsidRPr="003E3418">
        <w:rPr>
          <w:rFonts w:ascii="Sakkal Majalla" w:hAnsi="Sakkal Majalla" w:cs="Sakkal Majalla"/>
          <w:sz w:val="24"/>
        </w:rPr>
        <w:t xml:space="preserve"> </w:t>
      </w:r>
      <w:r w:rsidRPr="003E3418">
        <w:rPr>
          <w:rFonts w:ascii="Sakkal Majalla" w:hAnsi="Sakkal Majalla" w:cs="Sakkal Majalla"/>
          <w:sz w:val="24"/>
          <w:szCs w:val="24"/>
          <w:rtl/>
        </w:rPr>
        <w:t>هو</w:t>
      </w:r>
      <w:r w:rsidRPr="003E3418">
        <w:rPr>
          <w:rFonts w:ascii="Sakkal Majalla" w:hAnsi="Sakkal Majalla" w:cs="Sakkal Majalla"/>
          <w:sz w:val="24"/>
        </w:rPr>
        <w:t xml:space="preserve"> </w:t>
      </w:r>
      <w:r w:rsidRPr="003E3418">
        <w:rPr>
          <w:rFonts w:ascii="Sakkal Majalla" w:hAnsi="Sakkal Majalla" w:cs="Sakkal Majalla"/>
          <w:sz w:val="24"/>
          <w:szCs w:val="24"/>
          <w:rtl/>
        </w:rPr>
        <w:t>متغير</w:t>
      </w:r>
      <w:r w:rsidRPr="003E3418">
        <w:rPr>
          <w:rFonts w:ascii="Sakkal Majalla" w:hAnsi="Sakkal Majalla" w:cs="Sakkal Majalla"/>
          <w:sz w:val="24"/>
        </w:rPr>
        <w:t xml:space="preserve"> </w:t>
      </w:r>
      <w:r w:rsidRPr="003E3418">
        <w:rPr>
          <w:rFonts w:ascii="Sakkal Majalla" w:hAnsi="Sakkal Majalla" w:cs="Sakkal Majalla"/>
          <w:sz w:val="24"/>
          <w:szCs w:val="24"/>
          <w:rtl/>
        </w:rPr>
        <w:t>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له</w:t>
      </w:r>
      <w:r w:rsidRPr="003E3418">
        <w:rPr>
          <w:rFonts w:ascii="Sakkal Majalla" w:hAnsi="Sakkal Majalla" w:cs="Sakkal Majalla"/>
          <w:sz w:val="24"/>
        </w:rPr>
        <w:t xml:space="preserve"> </w:t>
      </w:r>
      <w:r w:rsidRPr="003E3418">
        <w:rPr>
          <w:rFonts w:ascii="Sakkal Majalla" w:hAnsi="Sakkal Majalla" w:cs="Sakkal Majalla"/>
          <w:sz w:val="24"/>
          <w:szCs w:val="24"/>
          <w:rtl/>
        </w:rPr>
        <w:t>آليات</w:t>
      </w:r>
      <w:r w:rsidRPr="003E3418">
        <w:rPr>
          <w:rFonts w:ascii="Sakkal Majalla" w:hAnsi="Sakkal Majalla" w:cs="Sakkal Majalla"/>
          <w:sz w:val="24"/>
        </w:rPr>
        <w:t xml:space="preserve"> </w:t>
      </w:r>
      <w:r w:rsidRPr="003E3418">
        <w:rPr>
          <w:rFonts w:ascii="Sakkal Majalla" w:hAnsi="Sakkal Majalla" w:cs="Sakkal Majalla"/>
          <w:sz w:val="24"/>
          <w:szCs w:val="24"/>
          <w:rtl/>
        </w:rPr>
        <w:t>اشتغال</w:t>
      </w:r>
      <w:r w:rsidRPr="003E3418">
        <w:rPr>
          <w:rFonts w:ascii="Sakkal Majalla" w:hAnsi="Sakkal Majalla" w:cs="Sakkal Majalla"/>
          <w:sz w:val="24"/>
        </w:rPr>
        <w:t xml:space="preserve"> </w:t>
      </w:r>
      <w:r w:rsidRPr="003E3418">
        <w:rPr>
          <w:rFonts w:ascii="Sakkal Majalla" w:hAnsi="Sakkal Majalla" w:cs="Sakkal Majalla"/>
          <w:sz w:val="24"/>
          <w:szCs w:val="24"/>
          <w:rtl/>
        </w:rPr>
        <w:t>محددة</w:t>
      </w:r>
      <w:r w:rsidRPr="003E3418">
        <w:rPr>
          <w:rFonts w:ascii="Sakkal Majalla" w:hAnsi="Sakkal Majalla" w:cs="Sakkal Majalla"/>
          <w:sz w:val="24"/>
        </w:rPr>
        <w:t xml:space="preserve"> </w:t>
      </w:r>
      <w:r w:rsidRPr="003E3418">
        <w:rPr>
          <w:rFonts w:ascii="Sakkal Majalla" w:hAnsi="Sakkal Majalla" w:cs="Sakkal Majalla"/>
          <w:sz w:val="24"/>
          <w:szCs w:val="24"/>
          <w:rtl/>
        </w:rPr>
        <w:t>وقنوات</w:t>
      </w:r>
      <w:r w:rsidRPr="003E3418">
        <w:rPr>
          <w:rFonts w:ascii="Sakkal Majalla" w:hAnsi="Sakkal Majalla" w:cs="Sakkal Majalla"/>
          <w:sz w:val="24"/>
        </w:rPr>
        <w:t xml:space="preserve"> </w:t>
      </w:r>
      <w:r w:rsidRPr="003E3418">
        <w:rPr>
          <w:rFonts w:ascii="Sakkal Majalla" w:hAnsi="Sakkal Majalla" w:cs="Sakkal Majalla"/>
          <w:sz w:val="24"/>
          <w:szCs w:val="24"/>
          <w:rtl/>
        </w:rPr>
        <w:t>تأثير</w:t>
      </w:r>
      <w:r w:rsidRPr="003E3418">
        <w:rPr>
          <w:rFonts w:ascii="Sakkal Majalla" w:hAnsi="Sakkal Majalla" w:cs="Sakkal Majalla"/>
          <w:sz w:val="24"/>
        </w:rPr>
        <w:t xml:space="preserve"> </w:t>
      </w:r>
      <w:r w:rsidRPr="003E3418">
        <w:rPr>
          <w:rFonts w:ascii="Sakkal Majalla" w:hAnsi="Sakkal Majalla" w:cs="Sakkal Majalla"/>
          <w:sz w:val="24"/>
          <w:szCs w:val="24"/>
          <w:rtl/>
        </w:rPr>
        <w:t>قابلة</w:t>
      </w:r>
      <w:r w:rsidRPr="003E3418">
        <w:rPr>
          <w:rFonts w:ascii="Sakkal Majalla" w:hAnsi="Sakkal Majalla" w:cs="Sakkal Majalla"/>
          <w:sz w:val="24"/>
        </w:rPr>
        <w:t xml:space="preserve"> </w:t>
      </w:r>
      <w:r w:rsidRPr="003E3418">
        <w:rPr>
          <w:rFonts w:ascii="Sakkal Majalla" w:hAnsi="Sakkal Majalla" w:cs="Sakkal Majalla"/>
          <w:sz w:val="24"/>
          <w:szCs w:val="24"/>
          <w:rtl/>
        </w:rPr>
        <w:t>للقياس</w:t>
      </w:r>
      <w:r w:rsidRPr="003E3418">
        <w:rPr>
          <w:rFonts w:ascii="Sakkal Majalla" w:hAnsi="Sakkal Majalla" w:cs="Sakkal Majalla"/>
          <w:sz w:val="24"/>
        </w:rPr>
        <w:t xml:space="preserve"> </w:t>
      </w:r>
      <w:r w:rsidRPr="003E3418">
        <w:rPr>
          <w:rFonts w:ascii="Sakkal Majalla" w:hAnsi="Sakkal Majalla" w:cs="Sakkal Majalla"/>
          <w:sz w:val="24"/>
          <w:szCs w:val="24"/>
          <w:rtl/>
        </w:rPr>
        <w:t>والاختبار</w:t>
      </w:r>
      <w:r w:rsidRPr="003E3418">
        <w:rPr>
          <w:rFonts w:ascii="Sakkal Majalla" w:hAnsi="Sakkal Majalla" w:cs="Sakkal Majalla"/>
          <w:sz w:val="24"/>
        </w:rPr>
        <w:t xml:space="preserve"> </w:t>
      </w:r>
      <w:r w:rsidRPr="003E3418">
        <w:rPr>
          <w:rFonts w:ascii="Sakkal Majalla" w:hAnsi="Sakkal Majalla" w:cs="Sakkal Majalla"/>
          <w:sz w:val="24"/>
          <w:szCs w:val="24"/>
          <w:rtl/>
        </w:rPr>
        <w:t>التجريبي</w:t>
      </w:r>
      <w:r w:rsidRPr="003E3418">
        <w:rPr>
          <w:rFonts w:ascii="Sakkal Majalla" w:hAnsi="Sakkal Majalla" w:cs="Sakkal Majalla"/>
          <w:sz w:val="24"/>
        </w:rPr>
        <w:t>.</w:t>
      </w:r>
    </w:p>
    <w:p w14:paraId="1569BD15"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أ</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نظرية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البحث</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عن</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الريع</w:t>
      </w:r>
      <w:r w:rsidRPr="003E3418">
        <w:rPr>
          <w:rFonts w:ascii="Sakkal Majalla" w:hAnsi="Sakkal Majalla" w:cs="Sakkal Majalla"/>
          <w:b/>
          <w:sz w:val="26"/>
        </w:rPr>
        <w:t xml:space="preserve"> (Rent-Seeking Theory) — Krueger (1974)</w:t>
      </w:r>
    </w:p>
    <w:p w14:paraId="14878A6D"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أرست</w:t>
      </w:r>
      <w:r w:rsidRPr="003E3418">
        <w:rPr>
          <w:rFonts w:ascii="Sakkal Majalla" w:hAnsi="Sakkal Majalla" w:cs="Sakkal Majalla"/>
          <w:sz w:val="24"/>
        </w:rPr>
        <w:t xml:space="preserve"> Anne Krueger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ورقتها</w:t>
      </w:r>
      <w:r w:rsidRPr="003E3418">
        <w:rPr>
          <w:rFonts w:ascii="Sakkal Majalla" w:hAnsi="Sakkal Majalla" w:cs="Sakkal Majalla"/>
          <w:sz w:val="24"/>
        </w:rPr>
        <w:t xml:space="preserve"> </w:t>
      </w:r>
      <w:r w:rsidRPr="003E3418">
        <w:rPr>
          <w:rFonts w:ascii="Sakkal Majalla" w:hAnsi="Sakkal Majalla" w:cs="Sakkal Majalla"/>
          <w:sz w:val="24"/>
          <w:szCs w:val="24"/>
          <w:rtl/>
        </w:rPr>
        <w:t>الكلاسيكية</w:t>
      </w:r>
      <w:r w:rsidRPr="003E3418">
        <w:rPr>
          <w:rFonts w:ascii="Sakkal Majalla" w:hAnsi="Sakkal Majalla" w:cs="Sakkal Majalla"/>
          <w:sz w:val="24"/>
        </w:rPr>
        <w:t xml:space="preserve"> </w:t>
      </w:r>
      <w:r w:rsidRPr="003E3418">
        <w:rPr>
          <w:rFonts w:ascii="Sakkal Majalla" w:hAnsi="Sakkal Majalla" w:cs="Sakkal Majalla"/>
          <w:sz w:val="24"/>
          <w:szCs w:val="24"/>
          <w:rtl/>
        </w:rPr>
        <w:t>عام</w:t>
      </w:r>
      <w:r w:rsidRPr="003E3418">
        <w:rPr>
          <w:rFonts w:ascii="Sakkal Majalla" w:hAnsi="Sakkal Majalla" w:cs="Sakkal Majalla"/>
          <w:sz w:val="24"/>
        </w:rPr>
        <w:t xml:space="preserve"> 1974 </w:t>
      </w:r>
      <w:r w:rsidRPr="003E3418">
        <w:rPr>
          <w:rFonts w:ascii="Sakkal Majalla" w:hAnsi="Sakkal Majalla" w:cs="Sakkal Majalla"/>
          <w:sz w:val="24"/>
          <w:szCs w:val="24"/>
          <w:rtl/>
        </w:rPr>
        <w:t>الأساس</w:t>
      </w:r>
      <w:r w:rsidRPr="003E3418">
        <w:rPr>
          <w:rFonts w:ascii="Sakkal Majalla" w:hAnsi="Sakkal Majalla" w:cs="Sakkal Majalla"/>
          <w:sz w:val="24"/>
        </w:rPr>
        <w:t xml:space="preserve"> </w:t>
      </w:r>
      <w:r w:rsidRPr="003E3418">
        <w:rPr>
          <w:rFonts w:ascii="Sakkal Majalla" w:hAnsi="Sakkal Majalla" w:cs="Sakkal Majalla"/>
          <w:sz w:val="24"/>
          <w:szCs w:val="24"/>
          <w:rtl/>
        </w:rPr>
        <w:t>النظري</w:t>
      </w:r>
      <w:r w:rsidRPr="003E3418">
        <w:rPr>
          <w:rFonts w:ascii="Sakkal Majalla" w:hAnsi="Sakkal Majalla" w:cs="Sakkal Majalla"/>
          <w:sz w:val="24"/>
        </w:rPr>
        <w:t xml:space="preserve"> </w:t>
      </w:r>
      <w:r w:rsidRPr="003E3418">
        <w:rPr>
          <w:rFonts w:ascii="Sakkal Majalla" w:hAnsi="Sakkal Majalla" w:cs="Sakkal Majalla"/>
          <w:sz w:val="24"/>
          <w:szCs w:val="24"/>
          <w:rtl/>
        </w:rPr>
        <w:t>لفهم</w:t>
      </w:r>
      <w:r w:rsidRPr="003E3418">
        <w:rPr>
          <w:rFonts w:ascii="Sakkal Majalla" w:hAnsi="Sakkal Majalla" w:cs="Sakkal Majalla"/>
          <w:sz w:val="24"/>
        </w:rPr>
        <w:t xml:space="preserve"> </w:t>
      </w:r>
      <w:r w:rsidRPr="003E3418">
        <w:rPr>
          <w:rFonts w:ascii="Sakkal Majalla" w:hAnsi="Sakkal Majalla" w:cs="Sakkal Majalla"/>
          <w:sz w:val="24"/>
          <w:szCs w:val="24"/>
          <w:rtl/>
        </w:rPr>
        <w:t>كيف</w:t>
      </w:r>
      <w:r w:rsidRPr="003E3418">
        <w:rPr>
          <w:rFonts w:ascii="Sakkal Majalla" w:hAnsi="Sakkal Majalla" w:cs="Sakkal Majalla"/>
          <w:sz w:val="24"/>
        </w:rPr>
        <w:t xml:space="preserve"> </w:t>
      </w:r>
      <w:r w:rsidRPr="003E3418">
        <w:rPr>
          <w:rFonts w:ascii="Sakkal Majalla" w:hAnsi="Sakkal Majalla" w:cs="Sakkal Majalla"/>
          <w:sz w:val="24"/>
          <w:szCs w:val="24"/>
          <w:rtl/>
        </w:rPr>
        <w:t>تُحوّل</w:t>
      </w:r>
      <w:r w:rsidRPr="003E3418">
        <w:rPr>
          <w:rFonts w:ascii="Sakkal Majalla" w:hAnsi="Sakkal Majalla" w:cs="Sakkal Majalla"/>
          <w:sz w:val="24"/>
        </w:rPr>
        <w:t xml:space="preserve"> </w:t>
      </w:r>
      <w:r w:rsidRPr="003E3418">
        <w:rPr>
          <w:rFonts w:ascii="Sakkal Majalla" w:hAnsi="Sakkal Majalla" w:cs="Sakkal Majalla"/>
          <w:sz w:val="24"/>
          <w:szCs w:val="24"/>
          <w:rtl/>
        </w:rPr>
        <w:t>البيئات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المُثقلة</w:t>
      </w:r>
      <w:r w:rsidRPr="003E3418">
        <w:rPr>
          <w:rFonts w:ascii="Sakkal Majalla" w:hAnsi="Sakkal Majalla" w:cs="Sakkal Majalla"/>
          <w:sz w:val="24"/>
        </w:rPr>
        <w:t xml:space="preserve"> </w:t>
      </w:r>
      <w:r w:rsidRPr="003E3418">
        <w:rPr>
          <w:rFonts w:ascii="Sakkal Majalla" w:hAnsi="Sakkal Majalla" w:cs="Sakkal Majalla"/>
          <w:sz w:val="24"/>
          <w:szCs w:val="24"/>
          <w:rtl/>
        </w:rPr>
        <w:t>بالقيود</w:t>
      </w:r>
      <w:r w:rsidRPr="003E3418">
        <w:rPr>
          <w:rFonts w:ascii="Sakkal Majalla" w:hAnsi="Sakkal Majalla" w:cs="Sakkal Majalla"/>
          <w:sz w:val="24"/>
        </w:rPr>
        <w:t xml:space="preserve"> </w:t>
      </w:r>
      <w:r w:rsidRPr="003E3418">
        <w:rPr>
          <w:rFonts w:ascii="Sakkal Majalla" w:hAnsi="Sakkal Majalla" w:cs="Sakkal Majalla"/>
          <w:sz w:val="24"/>
          <w:szCs w:val="24"/>
          <w:rtl/>
        </w:rPr>
        <w:t>التنظيمية</w:t>
      </w:r>
      <w:r w:rsidRPr="003E3418">
        <w:rPr>
          <w:rFonts w:ascii="Sakkal Majalla" w:hAnsi="Sakkal Majalla" w:cs="Sakkal Majalla"/>
          <w:sz w:val="24"/>
        </w:rPr>
        <w:t xml:space="preserve"> </w:t>
      </w:r>
      <w:r w:rsidRPr="003E3418">
        <w:rPr>
          <w:rFonts w:ascii="Sakkal Majalla" w:hAnsi="Sakkal Majalla" w:cs="Sakkal Majalla"/>
          <w:sz w:val="24"/>
          <w:szCs w:val="24"/>
          <w:rtl/>
        </w:rPr>
        <w:t>والصلاحيات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التقديرية</w:t>
      </w:r>
      <w:r w:rsidRPr="003E3418">
        <w:rPr>
          <w:rFonts w:ascii="Sakkal Majalla" w:hAnsi="Sakkal Majalla" w:cs="Sakkal Majalla"/>
          <w:sz w:val="24"/>
        </w:rPr>
        <w:t xml:space="preserve"> </w:t>
      </w:r>
      <w:r w:rsidRPr="003E3418">
        <w:rPr>
          <w:rFonts w:ascii="Sakkal Majalla" w:hAnsi="Sakkal Majalla" w:cs="Sakkal Majalla"/>
          <w:sz w:val="24"/>
          <w:szCs w:val="24"/>
          <w:rtl/>
        </w:rPr>
        <w:t>للبيروقراطية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الموارد</w:t>
      </w:r>
      <w:r w:rsidRPr="003E3418">
        <w:rPr>
          <w:rFonts w:ascii="Sakkal Majalla" w:hAnsi="Sakkal Majalla" w:cs="Sakkal Majalla"/>
          <w:sz w:val="24"/>
        </w:rPr>
        <w:t xml:space="preserve"> </w:t>
      </w:r>
      <w:r w:rsidRPr="003E3418">
        <w:rPr>
          <w:rFonts w:ascii="Sakkal Majalla" w:hAnsi="Sakkal Majalla" w:cs="Sakkal Majalla"/>
          <w:sz w:val="24"/>
          <w:szCs w:val="24"/>
          <w:rtl/>
        </w:rPr>
        <w:t>البشرية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الابتكار</w:t>
      </w:r>
      <w:r w:rsidRPr="003E3418">
        <w:rPr>
          <w:rFonts w:ascii="Sakkal Majalla" w:hAnsi="Sakkal Majalla" w:cs="Sakkal Majalla"/>
          <w:sz w:val="24"/>
        </w:rPr>
        <w:t xml:space="preserve"> </w:t>
      </w:r>
      <w:r w:rsidRPr="003E3418">
        <w:rPr>
          <w:rFonts w:ascii="Sakkal Majalla" w:hAnsi="Sakkal Majalla" w:cs="Sakkal Majalla"/>
          <w:sz w:val="24"/>
          <w:szCs w:val="24"/>
          <w:rtl/>
        </w:rPr>
        <w:t>والإنتاج</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التنافس</w:t>
      </w:r>
      <w:r w:rsidRPr="003E3418">
        <w:rPr>
          <w:rFonts w:ascii="Sakkal Majalla" w:hAnsi="Sakkal Majalla" w:cs="Sakkal Majalla"/>
          <w:sz w:val="24"/>
        </w:rPr>
        <w:t xml:space="preserve"> </w:t>
      </w:r>
      <w:r w:rsidRPr="003E3418">
        <w:rPr>
          <w:rFonts w:ascii="Sakkal Majalla" w:hAnsi="Sakkal Majalla" w:cs="Sakkal Majalla"/>
          <w:sz w:val="24"/>
          <w:szCs w:val="24"/>
          <w:rtl/>
        </w:rPr>
        <w:t>غير</w:t>
      </w:r>
      <w:r w:rsidRPr="003E3418">
        <w:rPr>
          <w:rFonts w:ascii="Sakkal Majalla" w:hAnsi="Sakkal Majalla" w:cs="Sakkal Majalla"/>
          <w:sz w:val="24"/>
        </w:rPr>
        <w:t xml:space="preserve"> </w:t>
      </w:r>
      <w:r w:rsidRPr="003E3418">
        <w:rPr>
          <w:rFonts w:ascii="Sakkal Majalla" w:hAnsi="Sakkal Majalla" w:cs="Sakkal Majalla"/>
          <w:sz w:val="24"/>
          <w:szCs w:val="24"/>
          <w:rtl/>
        </w:rPr>
        <w:t>المنتج</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ريوع</w:t>
      </w:r>
      <w:r w:rsidRPr="003E3418">
        <w:rPr>
          <w:rFonts w:ascii="Sakkal Majalla" w:hAnsi="Sakkal Majalla" w:cs="Sakkal Majalla"/>
          <w:sz w:val="24"/>
        </w:rPr>
        <w:t xml:space="preserve"> </w:t>
      </w:r>
      <w:r w:rsidRPr="003E3418">
        <w:rPr>
          <w:rFonts w:ascii="Sakkal Majalla" w:hAnsi="Sakkal Majalla" w:cs="Sakkal Majalla"/>
          <w:sz w:val="24"/>
          <w:szCs w:val="24"/>
          <w:rtl/>
        </w:rPr>
        <w:t>وضعها</w:t>
      </w:r>
      <w:r w:rsidRPr="003E3418">
        <w:rPr>
          <w:rFonts w:ascii="Sakkal Majalla" w:hAnsi="Sakkal Majalla" w:cs="Sakkal Majalla"/>
          <w:sz w:val="24"/>
        </w:rPr>
        <w:t xml:space="preserve"> </w:t>
      </w:r>
      <w:r w:rsidRPr="003E3418">
        <w:rPr>
          <w:rFonts w:ascii="Sakkal Majalla" w:hAnsi="Sakkal Majalla" w:cs="Sakkal Majalla"/>
          <w:sz w:val="24"/>
          <w:szCs w:val="24"/>
          <w:rtl/>
        </w:rPr>
        <w:t>القانون</w:t>
      </w:r>
      <w:r w:rsidRPr="003E3418">
        <w:rPr>
          <w:rFonts w:ascii="Sakkal Majalla" w:hAnsi="Sakkal Majalla" w:cs="Sakkal Majalla"/>
          <w:sz w:val="24"/>
        </w:rPr>
        <w:t xml:space="preserve"> </w:t>
      </w:r>
      <w:r w:rsidRPr="003E3418">
        <w:rPr>
          <w:rFonts w:ascii="Sakkal Majalla" w:hAnsi="Sakkal Majalla" w:cs="Sakkal Majalla"/>
          <w:sz w:val="24"/>
          <w:szCs w:val="24"/>
          <w:rtl/>
        </w:rPr>
        <w:t>أو</w:t>
      </w:r>
      <w:r w:rsidRPr="003E3418">
        <w:rPr>
          <w:rFonts w:ascii="Sakkal Majalla" w:hAnsi="Sakkal Majalla" w:cs="Sakkal Majalla"/>
          <w:sz w:val="24"/>
        </w:rPr>
        <w:t xml:space="preserve"> </w:t>
      </w:r>
      <w:r w:rsidRPr="003E3418">
        <w:rPr>
          <w:rFonts w:ascii="Sakkal Majalla" w:hAnsi="Sakkal Majalla" w:cs="Sakkal Majalla"/>
          <w:sz w:val="24"/>
          <w:szCs w:val="24"/>
          <w:rtl/>
        </w:rPr>
        <w:t>الإجراء</w:t>
      </w:r>
      <w:r w:rsidRPr="003E3418">
        <w:rPr>
          <w:rFonts w:ascii="Sakkal Majalla" w:hAnsi="Sakkal Majalla" w:cs="Sakkal Majalla"/>
          <w:sz w:val="24"/>
        </w:rPr>
        <w:t xml:space="preserve"> </w:t>
      </w:r>
      <w:r w:rsidRPr="003E3418">
        <w:rPr>
          <w:rFonts w:ascii="Sakkal Majalla" w:hAnsi="Sakkal Majalla" w:cs="Sakkal Majalla"/>
          <w:sz w:val="24"/>
          <w:szCs w:val="24"/>
          <w:rtl/>
        </w:rPr>
        <w:t>البيروقراطي</w:t>
      </w:r>
      <w:r w:rsidRPr="003E3418">
        <w:rPr>
          <w:rFonts w:ascii="Sakkal Majalla" w:hAnsi="Sakkal Majalla" w:cs="Sakkal Majalla"/>
          <w:sz w:val="24"/>
        </w:rPr>
        <w:t xml:space="preserve">. </w:t>
      </w:r>
      <w:r w:rsidRPr="003E3418">
        <w:rPr>
          <w:rFonts w:ascii="Sakkal Majalla" w:hAnsi="Sakkal Majalla" w:cs="Sakkal Majalla"/>
          <w:sz w:val="24"/>
          <w:szCs w:val="24"/>
          <w:rtl/>
        </w:rPr>
        <w:t>حين</w:t>
      </w:r>
      <w:r w:rsidRPr="003E3418">
        <w:rPr>
          <w:rFonts w:ascii="Sakkal Majalla" w:hAnsi="Sakkal Majalla" w:cs="Sakkal Majalla"/>
          <w:sz w:val="24"/>
        </w:rPr>
        <w:t xml:space="preserve"> </w:t>
      </w:r>
      <w:r w:rsidRPr="003E3418">
        <w:rPr>
          <w:rFonts w:ascii="Sakkal Majalla" w:hAnsi="Sakkal Majalla" w:cs="Sakkal Majalla"/>
          <w:sz w:val="24"/>
          <w:szCs w:val="24"/>
          <w:rtl/>
        </w:rPr>
        <w:t>تكون</w:t>
      </w:r>
      <w:r w:rsidRPr="003E3418">
        <w:rPr>
          <w:rFonts w:ascii="Sakkal Majalla" w:hAnsi="Sakkal Majalla" w:cs="Sakkal Majalla"/>
          <w:sz w:val="24"/>
        </w:rPr>
        <w:t xml:space="preserve"> </w:t>
      </w:r>
      <w:r w:rsidRPr="003E3418">
        <w:rPr>
          <w:rFonts w:ascii="Sakkal Majalla" w:hAnsi="Sakkal Majalla" w:cs="Sakkal Majalla"/>
          <w:sz w:val="24"/>
          <w:szCs w:val="24"/>
          <w:rtl/>
        </w:rPr>
        <w:t>الأرباح</w:t>
      </w:r>
      <w:r w:rsidRPr="003E3418">
        <w:rPr>
          <w:rFonts w:ascii="Sakkal Majalla" w:hAnsi="Sakkal Majalla" w:cs="Sakkal Majalla"/>
          <w:sz w:val="24"/>
        </w:rPr>
        <w:t xml:space="preserve"> </w:t>
      </w:r>
      <w:r w:rsidRPr="003E3418">
        <w:rPr>
          <w:rFonts w:ascii="Sakkal Majalla" w:hAnsi="Sakkal Majalla" w:cs="Sakkal Majalla"/>
          <w:sz w:val="24"/>
          <w:szCs w:val="24"/>
          <w:rtl/>
        </w:rPr>
        <w:t>المتاحة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خلال</w:t>
      </w:r>
      <w:r w:rsidRPr="003E3418">
        <w:rPr>
          <w:rFonts w:ascii="Sakkal Majalla" w:hAnsi="Sakkal Majalla" w:cs="Sakkal Majalla"/>
          <w:sz w:val="24"/>
        </w:rPr>
        <w:t xml:space="preserve"> </w:t>
      </w:r>
      <w:r w:rsidRPr="003E3418">
        <w:rPr>
          <w:rFonts w:ascii="Sakkal Majalla" w:hAnsi="Sakkal Majalla" w:cs="Sakkal Majalla"/>
          <w:sz w:val="24"/>
          <w:szCs w:val="24"/>
          <w:rtl/>
        </w:rPr>
        <w:t>التأثير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قرار</w:t>
      </w:r>
      <w:r w:rsidRPr="003E3418">
        <w:rPr>
          <w:rFonts w:ascii="Sakkal Majalla" w:hAnsi="Sakkal Majalla" w:cs="Sakkal Majalla"/>
          <w:sz w:val="24"/>
        </w:rPr>
        <w:t xml:space="preserve"> </w:t>
      </w:r>
      <w:r w:rsidRPr="003E3418">
        <w:rPr>
          <w:rFonts w:ascii="Sakkal Majalla" w:hAnsi="Sakkal Majalla" w:cs="Sakkal Majalla"/>
          <w:sz w:val="24"/>
          <w:szCs w:val="24"/>
          <w:rtl/>
        </w:rPr>
        <w:t>حكومي</w:t>
      </w:r>
      <w:r w:rsidRPr="003E3418">
        <w:rPr>
          <w:rFonts w:ascii="Sakkal Majalla" w:hAnsi="Sakkal Majalla" w:cs="Sakkal Majalla"/>
          <w:sz w:val="24"/>
        </w:rPr>
        <w:t xml:space="preserve"> </w:t>
      </w:r>
      <w:r w:rsidRPr="003E3418">
        <w:rPr>
          <w:rFonts w:ascii="Sakkal Majalla" w:hAnsi="Sakkal Majalla" w:cs="Sakkal Majalla"/>
          <w:sz w:val="24"/>
          <w:szCs w:val="24"/>
          <w:rtl/>
        </w:rPr>
        <w:t>أعلى</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تلك</w:t>
      </w:r>
      <w:r w:rsidRPr="003E3418">
        <w:rPr>
          <w:rFonts w:ascii="Sakkal Majalla" w:hAnsi="Sakkal Majalla" w:cs="Sakkal Majalla"/>
          <w:sz w:val="24"/>
        </w:rPr>
        <w:t xml:space="preserve"> </w:t>
      </w:r>
      <w:r w:rsidRPr="003E3418">
        <w:rPr>
          <w:rFonts w:ascii="Sakkal Majalla" w:hAnsi="Sakkal Majalla" w:cs="Sakkal Majalla"/>
          <w:sz w:val="24"/>
          <w:szCs w:val="24"/>
          <w:rtl/>
        </w:rPr>
        <w:t>المتأتية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إنتاج</w:t>
      </w:r>
      <w:r w:rsidRPr="003E3418">
        <w:rPr>
          <w:rFonts w:ascii="Sakkal Majalla" w:hAnsi="Sakkal Majalla" w:cs="Sakkal Majalla"/>
          <w:sz w:val="24"/>
        </w:rPr>
        <w:t xml:space="preserve"> </w:t>
      </w:r>
      <w:r w:rsidRPr="003E3418">
        <w:rPr>
          <w:rFonts w:ascii="Sakkal Majalla" w:hAnsi="Sakkal Majalla" w:cs="Sakkal Majalla"/>
          <w:sz w:val="24"/>
          <w:szCs w:val="24"/>
          <w:rtl/>
        </w:rPr>
        <w:t>سلع</w:t>
      </w:r>
      <w:r w:rsidRPr="003E3418">
        <w:rPr>
          <w:rFonts w:ascii="Sakkal Majalla" w:hAnsi="Sakkal Majalla" w:cs="Sakkal Majalla"/>
          <w:sz w:val="24"/>
        </w:rPr>
        <w:t xml:space="preserve"> </w:t>
      </w:r>
      <w:r w:rsidRPr="003E3418">
        <w:rPr>
          <w:rFonts w:ascii="Sakkal Majalla" w:hAnsi="Sakkal Majalla" w:cs="Sakkal Majalla"/>
          <w:sz w:val="24"/>
          <w:szCs w:val="24"/>
          <w:rtl/>
        </w:rPr>
        <w:t>وخدمات</w:t>
      </w:r>
      <w:r w:rsidRPr="003E3418">
        <w:rPr>
          <w:rFonts w:ascii="Sakkal Majalla" w:hAnsi="Sakkal Majalla" w:cs="Sakkal Majalla"/>
          <w:sz w:val="24"/>
        </w:rPr>
        <w:t xml:space="preserve"> </w:t>
      </w:r>
      <w:r w:rsidRPr="003E3418">
        <w:rPr>
          <w:rFonts w:ascii="Sakkal Majalla" w:hAnsi="Sakkal Majalla" w:cs="Sakkal Majalla"/>
          <w:sz w:val="24"/>
          <w:szCs w:val="24"/>
          <w:rtl/>
        </w:rPr>
        <w:t>فعلية،</w:t>
      </w:r>
      <w:r w:rsidRPr="003E3418">
        <w:rPr>
          <w:rFonts w:ascii="Sakkal Majalla" w:hAnsi="Sakkal Majalla" w:cs="Sakkal Majalla"/>
          <w:sz w:val="24"/>
        </w:rPr>
        <w:t xml:space="preserve"> </w:t>
      </w:r>
      <w:r w:rsidRPr="003E3418">
        <w:rPr>
          <w:rFonts w:ascii="Sakkal Majalla" w:hAnsi="Sakkal Majalla" w:cs="Sakkal Majalla"/>
          <w:sz w:val="24"/>
          <w:szCs w:val="24"/>
          <w:rtl/>
        </w:rPr>
        <w:t>يتجه</w:t>
      </w:r>
      <w:r w:rsidRPr="003E3418">
        <w:rPr>
          <w:rFonts w:ascii="Sakkal Majalla" w:hAnsi="Sakkal Majalla" w:cs="Sakkal Majalla"/>
          <w:sz w:val="24"/>
        </w:rPr>
        <w:t xml:space="preserve"> </w:t>
      </w:r>
      <w:r w:rsidRPr="003E3418">
        <w:rPr>
          <w:rFonts w:ascii="Sakkal Majalla" w:hAnsi="Sakkal Majalla" w:cs="Sakkal Majalla"/>
          <w:sz w:val="24"/>
          <w:szCs w:val="24"/>
          <w:rtl/>
        </w:rPr>
        <w:t>العقل</w:t>
      </w:r>
      <w:r w:rsidRPr="003E3418">
        <w:rPr>
          <w:rFonts w:ascii="Sakkal Majalla" w:hAnsi="Sakkal Majalla" w:cs="Sakkal Majalla"/>
          <w:sz w:val="24"/>
        </w:rPr>
        <w:t xml:space="preserve"> </w:t>
      </w:r>
      <w:r w:rsidRPr="003E3418">
        <w:rPr>
          <w:rFonts w:ascii="Sakkal Majalla" w:hAnsi="Sakkal Majalla" w:cs="Sakkal Majalla"/>
          <w:sz w:val="24"/>
          <w:szCs w:val="24"/>
          <w:rtl/>
        </w:rPr>
        <w:t>البشري</w:t>
      </w:r>
      <w:r w:rsidRPr="003E3418">
        <w:rPr>
          <w:rFonts w:ascii="Sakkal Majalla" w:hAnsi="Sakkal Majalla" w:cs="Sakkal Majalla"/>
          <w:sz w:val="24"/>
        </w:rPr>
        <w:t xml:space="preserve"> </w:t>
      </w:r>
      <w:r w:rsidRPr="003E3418">
        <w:rPr>
          <w:rFonts w:ascii="Sakkal Majalla" w:hAnsi="Sakkal Majalla" w:cs="Sakkal Majalla"/>
          <w:sz w:val="24"/>
          <w:szCs w:val="24"/>
          <w:rtl/>
        </w:rPr>
        <w:t>الرشيد</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الأولى</w:t>
      </w:r>
      <w:r w:rsidRPr="003E3418">
        <w:rPr>
          <w:rFonts w:ascii="Sakkal Majalla" w:hAnsi="Sakkal Majalla" w:cs="Sakkal Majalla"/>
          <w:sz w:val="24"/>
        </w:rPr>
        <w:t>.</w:t>
      </w:r>
    </w:p>
    <w:p w14:paraId="2ED64021"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السياق</w:t>
      </w:r>
      <w:r w:rsidRPr="003E3418">
        <w:rPr>
          <w:rFonts w:ascii="Sakkal Majalla" w:hAnsi="Sakkal Majalla" w:cs="Sakkal Majalla"/>
          <w:sz w:val="24"/>
        </w:rPr>
        <w:t xml:space="preserve"> </w:t>
      </w:r>
      <w:r w:rsidRPr="003E3418">
        <w:rPr>
          <w:rFonts w:ascii="Sakkal Majalla" w:hAnsi="Sakkal Majalla" w:cs="Sakkal Majalla"/>
          <w:sz w:val="24"/>
          <w:szCs w:val="24"/>
          <w:rtl/>
        </w:rPr>
        <w:t>الحديث،</w:t>
      </w:r>
      <w:r w:rsidRPr="003E3418">
        <w:rPr>
          <w:rFonts w:ascii="Sakkal Majalla" w:hAnsi="Sakkal Majalla" w:cs="Sakkal Majalla"/>
          <w:sz w:val="24"/>
        </w:rPr>
        <w:t xml:space="preserve"> </w:t>
      </w:r>
      <w:r w:rsidRPr="003E3418">
        <w:rPr>
          <w:rFonts w:ascii="Sakkal Majalla" w:hAnsi="Sakkal Majalla" w:cs="Sakkal Majalla"/>
          <w:sz w:val="24"/>
          <w:szCs w:val="24"/>
          <w:rtl/>
        </w:rPr>
        <w:t>يعني</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يُحوّل</w:t>
      </w:r>
      <w:r w:rsidRPr="003E3418">
        <w:rPr>
          <w:rFonts w:ascii="Sakkal Majalla" w:hAnsi="Sakkal Majalla" w:cs="Sakkal Majalla"/>
          <w:sz w:val="24"/>
        </w:rPr>
        <w:t xml:space="preserve"> </w:t>
      </w:r>
      <w:r w:rsidRPr="003E3418">
        <w:rPr>
          <w:rFonts w:ascii="Sakkal Majalla" w:hAnsi="Sakkal Majalla" w:cs="Sakkal Majalla"/>
          <w:sz w:val="24"/>
          <w:szCs w:val="24"/>
          <w:rtl/>
        </w:rPr>
        <w:t>جزءاً</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الطاقة</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الاستثمارية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رأس</w:t>
      </w:r>
      <w:r w:rsidRPr="003E3418">
        <w:rPr>
          <w:rFonts w:ascii="Sakkal Majalla" w:hAnsi="Sakkal Majalla" w:cs="Sakkal Majalla"/>
          <w:sz w:val="24"/>
        </w:rPr>
        <w:t xml:space="preserve"> </w:t>
      </w:r>
      <w:r w:rsidRPr="003E3418">
        <w:rPr>
          <w:rFonts w:ascii="Sakkal Majalla" w:hAnsi="Sakkal Majalla" w:cs="Sakkal Majalla"/>
          <w:sz w:val="24"/>
          <w:szCs w:val="24"/>
          <w:rtl/>
        </w:rPr>
        <w:t>المال</w:t>
      </w:r>
      <w:r w:rsidRPr="003E3418">
        <w:rPr>
          <w:rFonts w:ascii="Sakkal Majalla" w:hAnsi="Sakkal Majalla" w:cs="Sakkal Majalla"/>
          <w:sz w:val="24"/>
        </w:rPr>
        <w:t xml:space="preserve"> </w:t>
      </w:r>
      <w:r w:rsidRPr="003E3418">
        <w:rPr>
          <w:rFonts w:ascii="Sakkal Majalla" w:hAnsi="Sakkal Majalla" w:cs="Sakkal Majalla"/>
          <w:sz w:val="24"/>
          <w:szCs w:val="24"/>
          <w:rtl/>
        </w:rPr>
        <w:t>المادي</w:t>
      </w:r>
      <w:r w:rsidRPr="003E3418">
        <w:rPr>
          <w:rFonts w:ascii="Sakkal Majalla" w:hAnsi="Sakkal Majalla" w:cs="Sakkal Majalla"/>
          <w:sz w:val="24"/>
        </w:rPr>
        <w:t xml:space="preserve"> </w:t>
      </w:r>
      <w:r w:rsidRPr="003E3418">
        <w:rPr>
          <w:rFonts w:ascii="Sakkal Majalla" w:hAnsi="Sakkal Majalla" w:cs="Sakkal Majalla"/>
          <w:sz w:val="24"/>
          <w:szCs w:val="24"/>
          <w:rtl/>
        </w:rPr>
        <w:t>والبشري</w:t>
      </w:r>
      <w:r w:rsidRPr="003E3418">
        <w:rPr>
          <w:rFonts w:ascii="Sakkal Majalla" w:hAnsi="Sakkal Majalla" w:cs="Sakkal Majalla"/>
          <w:sz w:val="24"/>
        </w:rPr>
        <w:t xml:space="preserve"> </w:t>
      </w:r>
      <w:r w:rsidRPr="003E3418">
        <w:rPr>
          <w:rFonts w:ascii="Sakkal Majalla" w:hAnsi="Sakkal Majalla" w:cs="Sakkal Majalla"/>
          <w:sz w:val="24"/>
          <w:szCs w:val="24"/>
          <w:rtl/>
        </w:rPr>
        <w:t>المنتج</w:t>
      </w:r>
      <w:r w:rsidRPr="003E3418">
        <w:rPr>
          <w:rFonts w:ascii="Sakkal Majalla" w:hAnsi="Sakkal Majalla" w:cs="Sakkal Majalla"/>
          <w:sz w:val="24"/>
        </w:rPr>
        <w:t xml:space="preserve"> </w:t>
      </w:r>
      <w:r w:rsidRPr="003E3418">
        <w:rPr>
          <w:rFonts w:ascii="Sakkal Majalla" w:hAnsi="Sakkal Majalla" w:cs="Sakkal Majalla"/>
          <w:sz w:val="24"/>
          <w:szCs w:val="24"/>
          <w:rtl/>
        </w:rPr>
        <w:t>نحو</w:t>
      </w:r>
      <w:r w:rsidRPr="003E3418">
        <w:rPr>
          <w:rFonts w:ascii="Sakkal Majalla" w:hAnsi="Sakkal Majalla" w:cs="Sakkal Majalla"/>
          <w:sz w:val="24"/>
        </w:rPr>
        <w:t xml:space="preserve"> </w:t>
      </w:r>
      <w:r w:rsidRPr="003E3418">
        <w:rPr>
          <w:rFonts w:ascii="Sakkal Majalla" w:hAnsi="Sakkal Majalla" w:cs="Sakkal Majalla"/>
          <w:sz w:val="24"/>
          <w:szCs w:val="24"/>
          <w:rtl/>
        </w:rPr>
        <w:t>أنشطة</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الاستحواذ</w:t>
      </w:r>
      <w:r w:rsidRPr="003E3418">
        <w:rPr>
          <w:rFonts w:ascii="Sakkal Majalla" w:hAnsi="Sakkal Majalla" w:cs="Sakkal Majalla"/>
          <w:sz w:val="24"/>
        </w:rPr>
        <w:t xml:space="preserve"> </w:t>
      </w:r>
      <w:r w:rsidRPr="003E3418">
        <w:rPr>
          <w:rFonts w:ascii="Sakkal Majalla" w:hAnsi="Sakkal Majalla" w:cs="Sakkal Majalla"/>
          <w:sz w:val="24"/>
          <w:szCs w:val="24"/>
          <w:rtl/>
        </w:rPr>
        <w:t>والمحسوبية</w:t>
      </w:r>
      <w:r w:rsidRPr="003E3418">
        <w:rPr>
          <w:rFonts w:ascii="Sakkal Majalla" w:hAnsi="Sakkal Majalla" w:cs="Sakkal Majalla"/>
          <w:sz w:val="24"/>
        </w:rPr>
        <w:t xml:space="preserve"> </w:t>
      </w:r>
      <w:r w:rsidRPr="003E3418">
        <w:rPr>
          <w:rFonts w:ascii="Sakkal Majalla" w:hAnsi="Sakkal Majalla" w:cs="Sakkal Majalla"/>
          <w:sz w:val="24"/>
          <w:szCs w:val="24"/>
          <w:rtl/>
        </w:rPr>
        <w:t>والرشاوى</w:t>
      </w:r>
      <w:r w:rsidRPr="003E3418">
        <w:rPr>
          <w:rFonts w:ascii="Sakkal Majalla" w:hAnsi="Sakkal Majalla" w:cs="Sakkal Majalla"/>
          <w:sz w:val="24"/>
        </w:rPr>
        <w:t xml:space="preserve">. </w:t>
      </w:r>
      <w:r w:rsidRPr="003E3418">
        <w:rPr>
          <w:rFonts w:ascii="Sakkal Majalla" w:hAnsi="Sakkal Majalla" w:cs="Sakkal Majalla"/>
          <w:sz w:val="24"/>
          <w:szCs w:val="24"/>
          <w:rtl/>
        </w:rPr>
        <w:t>ومن</w:t>
      </w:r>
      <w:r w:rsidRPr="003E3418">
        <w:rPr>
          <w:rFonts w:ascii="Sakkal Majalla" w:hAnsi="Sakkal Majalla" w:cs="Sakkal Majalla"/>
          <w:sz w:val="24"/>
        </w:rPr>
        <w:t xml:space="preserve"> </w:t>
      </w:r>
      <w:r w:rsidRPr="003E3418">
        <w:rPr>
          <w:rFonts w:ascii="Sakkal Majalla" w:hAnsi="Sakkal Majalla" w:cs="Sakkal Majalla"/>
          <w:sz w:val="24"/>
          <w:szCs w:val="24"/>
          <w:rtl/>
        </w:rPr>
        <w:t>المنظور</w:t>
      </w:r>
      <w:r w:rsidRPr="003E3418">
        <w:rPr>
          <w:rFonts w:ascii="Sakkal Majalla" w:hAnsi="Sakkal Majalla" w:cs="Sakkal Majalla"/>
          <w:sz w:val="24"/>
        </w:rPr>
        <w:t xml:space="preserve"> </w:t>
      </w:r>
      <w:r w:rsidRPr="003E3418">
        <w:rPr>
          <w:rFonts w:ascii="Sakkal Majalla" w:hAnsi="Sakkal Majalla" w:cs="Sakkal Majalla"/>
          <w:sz w:val="24"/>
          <w:szCs w:val="24"/>
          <w:rtl/>
        </w:rPr>
        <w:t>الرياضي،</w:t>
      </w:r>
      <w:r w:rsidRPr="003E3418">
        <w:rPr>
          <w:rFonts w:ascii="Sakkal Majalla" w:hAnsi="Sakkal Majalla" w:cs="Sakkal Majalla"/>
          <w:sz w:val="24"/>
        </w:rPr>
        <w:t xml:space="preserve"> </w:t>
      </w:r>
      <w:r w:rsidRPr="003E3418">
        <w:rPr>
          <w:rFonts w:ascii="Sakkal Majalla" w:hAnsi="Sakkal Majalla" w:cs="Sakkal Majalla"/>
          <w:sz w:val="24"/>
          <w:szCs w:val="24"/>
          <w:rtl/>
        </w:rPr>
        <w:t>يُنتج</w:t>
      </w:r>
      <w:r w:rsidRPr="003E3418">
        <w:rPr>
          <w:rFonts w:ascii="Sakkal Majalla" w:hAnsi="Sakkal Majalla" w:cs="Sakkal Majalla"/>
          <w:sz w:val="24"/>
        </w:rPr>
        <w:t xml:space="preserve"> </w:t>
      </w:r>
      <w:r w:rsidRPr="003E3418">
        <w:rPr>
          <w:rFonts w:ascii="Sakkal Majalla" w:hAnsi="Sakkal Majalla" w:cs="Sakkal Majalla"/>
          <w:sz w:val="24"/>
          <w:szCs w:val="24"/>
          <w:rtl/>
        </w:rPr>
        <w:t>ذلك</w:t>
      </w:r>
      <w:r w:rsidRPr="003E3418">
        <w:rPr>
          <w:rFonts w:ascii="Sakkal Majalla" w:hAnsi="Sakkal Majalla" w:cs="Sakkal Majalla"/>
          <w:sz w:val="24"/>
        </w:rPr>
        <w:t xml:space="preserve"> </w:t>
      </w:r>
      <w:r w:rsidRPr="003E3418">
        <w:rPr>
          <w:rFonts w:ascii="Sakkal Majalla" w:hAnsi="Sakkal Majalla" w:cs="Sakkal Majalla"/>
          <w:sz w:val="24"/>
          <w:szCs w:val="24"/>
          <w:rtl/>
        </w:rPr>
        <w:t>كفاءةً</w:t>
      </w:r>
      <w:r w:rsidRPr="003E3418">
        <w:rPr>
          <w:rFonts w:ascii="Sakkal Majalla" w:hAnsi="Sakkal Majalla" w:cs="Sakkal Majalla"/>
          <w:sz w:val="24"/>
        </w:rPr>
        <w:t xml:space="preserve"> </w:t>
      </w:r>
      <w:r w:rsidRPr="003E3418">
        <w:rPr>
          <w:rFonts w:ascii="Sakkal Majalla" w:hAnsi="Sakkal Majalla" w:cs="Sakkal Majalla"/>
          <w:sz w:val="24"/>
          <w:szCs w:val="24"/>
          <w:rtl/>
        </w:rPr>
        <w:t>أقل</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تحويل</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نمو،</w:t>
      </w:r>
      <w:r w:rsidRPr="003E3418">
        <w:rPr>
          <w:rFonts w:ascii="Sakkal Majalla" w:hAnsi="Sakkal Majalla" w:cs="Sakkal Majalla"/>
          <w:sz w:val="24"/>
        </w:rPr>
        <w:t xml:space="preserve"> </w:t>
      </w:r>
      <w:r w:rsidRPr="003E3418">
        <w:rPr>
          <w:rFonts w:ascii="Sakkal Majalla" w:hAnsi="Sakkal Majalla" w:cs="Sakkal Majalla"/>
          <w:sz w:val="24"/>
          <w:szCs w:val="24"/>
          <w:rtl/>
        </w:rPr>
        <w:t>وهو</w:t>
      </w:r>
      <w:r w:rsidRPr="003E3418">
        <w:rPr>
          <w:rFonts w:ascii="Sakkal Majalla" w:hAnsi="Sakkal Majalla" w:cs="Sakkal Majalla"/>
          <w:sz w:val="24"/>
        </w:rPr>
        <w:t xml:space="preserve"> </w:t>
      </w:r>
      <w:r w:rsidRPr="003E3418">
        <w:rPr>
          <w:rFonts w:ascii="Sakkal Majalla" w:hAnsi="Sakkal Majalla" w:cs="Sakkal Majalla"/>
          <w:sz w:val="24"/>
          <w:szCs w:val="24"/>
          <w:rtl/>
        </w:rPr>
        <w:t>ما</w:t>
      </w:r>
      <w:r w:rsidRPr="003E3418">
        <w:rPr>
          <w:rFonts w:ascii="Sakkal Majalla" w:hAnsi="Sakkal Majalla" w:cs="Sakkal Majalla"/>
          <w:sz w:val="24"/>
        </w:rPr>
        <w:t xml:space="preserve"> </w:t>
      </w:r>
      <w:r w:rsidRPr="003E3418">
        <w:rPr>
          <w:rFonts w:ascii="Sakkal Majalla" w:hAnsi="Sakkal Majalla" w:cs="Sakkal Majalla"/>
          <w:sz w:val="24"/>
          <w:szCs w:val="24"/>
          <w:rtl/>
        </w:rPr>
        <w:t>تعكسه</w:t>
      </w:r>
      <w:r w:rsidRPr="003E3418">
        <w:rPr>
          <w:rFonts w:ascii="Sakkal Majalla" w:hAnsi="Sakkal Majalla" w:cs="Sakkal Majalla"/>
          <w:sz w:val="24"/>
        </w:rPr>
        <w:t xml:space="preserve"> </w:t>
      </w:r>
      <w:r w:rsidRPr="003E3418">
        <w:rPr>
          <w:rFonts w:ascii="Sakkal Majalla" w:hAnsi="Sakkal Majalla" w:cs="Sakkal Majalla"/>
          <w:sz w:val="24"/>
          <w:szCs w:val="24"/>
          <w:rtl/>
        </w:rPr>
        <w:t>انخفاضات</w:t>
      </w:r>
      <w:r w:rsidRPr="003E3418">
        <w:rPr>
          <w:rFonts w:ascii="Sakkal Majalla" w:hAnsi="Sakkal Majalla" w:cs="Sakkal Majalla"/>
          <w:sz w:val="24"/>
        </w:rPr>
        <w:t xml:space="preserve"> </w:t>
      </w:r>
      <w:r w:rsidRPr="003E3418">
        <w:rPr>
          <w:rFonts w:ascii="Sakkal Majalla" w:hAnsi="Sakkal Majalla" w:cs="Sakkal Majalla"/>
          <w:sz w:val="24"/>
          <w:szCs w:val="24"/>
          <w:rtl/>
        </w:rPr>
        <w:t>إنتاجية</w:t>
      </w:r>
      <w:r w:rsidRPr="003E3418">
        <w:rPr>
          <w:rFonts w:ascii="Sakkal Majalla" w:hAnsi="Sakkal Majalla" w:cs="Sakkal Majalla"/>
          <w:sz w:val="24"/>
        </w:rPr>
        <w:t xml:space="preserve"> </w:t>
      </w:r>
      <w:r w:rsidRPr="003E3418">
        <w:rPr>
          <w:rFonts w:ascii="Sakkal Majalla" w:hAnsi="Sakkal Majalla" w:cs="Sakkal Majalla"/>
          <w:sz w:val="24"/>
          <w:szCs w:val="24"/>
          <w:rtl/>
        </w:rPr>
        <w:t>العوامل</w:t>
      </w:r>
      <w:r w:rsidRPr="003E3418">
        <w:rPr>
          <w:rFonts w:ascii="Sakkal Majalla" w:hAnsi="Sakkal Majalla" w:cs="Sakkal Majalla"/>
          <w:sz w:val="24"/>
        </w:rPr>
        <w:t xml:space="preserve"> </w:t>
      </w:r>
      <w:r w:rsidRPr="003E3418">
        <w:rPr>
          <w:rFonts w:ascii="Sakkal Majalla" w:hAnsi="Sakkal Majalla" w:cs="Sakkal Majalla"/>
          <w:sz w:val="24"/>
          <w:szCs w:val="24"/>
          <w:rtl/>
        </w:rPr>
        <w:t>الكلية</w:t>
      </w:r>
      <w:r w:rsidRPr="003E3418">
        <w:rPr>
          <w:rFonts w:ascii="Sakkal Majalla" w:hAnsi="Sakkal Majalla" w:cs="Sakkal Majalla"/>
          <w:sz w:val="24"/>
        </w:rPr>
        <w:t xml:space="preserve"> (TFP) </w:t>
      </w:r>
      <w:r w:rsidRPr="003E3418">
        <w:rPr>
          <w:rFonts w:ascii="Sakkal Majalla" w:hAnsi="Sakkal Majalla" w:cs="Sakkal Majalla"/>
          <w:sz w:val="24"/>
          <w:szCs w:val="24"/>
          <w:rtl/>
        </w:rPr>
        <w:t>المُسجَّلة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ذات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المرتفع</w:t>
      </w:r>
      <w:r w:rsidRPr="003E3418">
        <w:rPr>
          <w:rFonts w:ascii="Sakkal Majalla" w:hAnsi="Sakkal Majalla" w:cs="Sakkal Majalla"/>
          <w:sz w:val="24"/>
        </w:rPr>
        <w:t xml:space="preserve">. </w:t>
      </w:r>
      <w:r w:rsidRPr="003E3418">
        <w:rPr>
          <w:rFonts w:ascii="Sakkal Majalla" w:hAnsi="Sakkal Majalla" w:cs="Sakkal Majalla"/>
          <w:sz w:val="24"/>
          <w:szCs w:val="24"/>
          <w:rtl/>
        </w:rPr>
        <w:t>تُشكّل</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النظرية</w:t>
      </w:r>
      <w:r w:rsidRPr="003E3418">
        <w:rPr>
          <w:rFonts w:ascii="Sakkal Majalla" w:hAnsi="Sakkal Majalla" w:cs="Sakkal Majalla"/>
          <w:sz w:val="24"/>
        </w:rPr>
        <w:t xml:space="preserve"> </w:t>
      </w:r>
      <w:r w:rsidRPr="003E3418">
        <w:rPr>
          <w:rFonts w:ascii="Sakkal Majalla" w:hAnsi="Sakkal Majalla" w:cs="Sakkal Majalla"/>
          <w:sz w:val="24"/>
          <w:szCs w:val="24"/>
          <w:rtl/>
        </w:rPr>
        <w:t>الأساس</w:t>
      </w:r>
      <w:r w:rsidRPr="003E3418">
        <w:rPr>
          <w:rFonts w:ascii="Sakkal Majalla" w:hAnsi="Sakkal Majalla" w:cs="Sakkal Majalla"/>
          <w:sz w:val="24"/>
        </w:rPr>
        <w:t xml:space="preserve"> </w:t>
      </w:r>
      <w:r w:rsidRPr="003E3418">
        <w:rPr>
          <w:rFonts w:ascii="Sakkal Majalla" w:hAnsi="Sakkal Majalla" w:cs="Sakkal Majalla"/>
          <w:sz w:val="24"/>
          <w:szCs w:val="24"/>
          <w:rtl/>
        </w:rPr>
        <w:t>التفسيري</w:t>
      </w:r>
      <w:r w:rsidRPr="003E3418">
        <w:rPr>
          <w:rFonts w:ascii="Sakkal Majalla" w:hAnsi="Sakkal Majalla" w:cs="Sakkal Majalla"/>
          <w:sz w:val="24"/>
        </w:rPr>
        <w:t xml:space="preserve"> </w:t>
      </w:r>
      <w:r w:rsidRPr="003E3418">
        <w:rPr>
          <w:rFonts w:ascii="Sakkal Majalla" w:hAnsi="Sakkal Majalla" w:cs="Sakkal Majalla"/>
          <w:sz w:val="24"/>
          <w:szCs w:val="24"/>
          <w:rtl/>
        </w:rPr>
        <w:t>للفرضية</w:t>
      </w:r>
      <w:r w:rsidRPr="003E3418">
        <w:rPr>
          <w:rFonts w:ascii="Sakkal Majalla" w:hAnsi="Sakkal Majalla" w:cs="Sakkal Majalla"/>
          <w:sz w:val="24"/>
        </w:rPr>
        <w:t xml:space="preserve"> </w:t>
      </w:r>
      <w:r w:rsidRPr="003E3418">
        <w:rPr>
          <w:rFonts w:ascii="Sakkal Majalla" w:hAnsi="Sakkal Majalla" w:cs="Sakkal Majalla"/>
          <w:sz w:val="24"/>
          <w:szCs w:val="24"/>
          <w:rtl/>
        </w:rPr>
        <w:t>الخامسة</w:t>
      </w:r>
      <w:r w:rsidRPr="003E3418">
        <w:rPr>
          <w:rFonts w:ascii="Sakkal Majalla" w:hAnsi="Sakkal Majalla" w:cs="Sakkal Majalla"/>
          <w:sz w:val="24"/>
        </w:rPr>
        <w:t xml:space="preserve"> </w:t>
      </w:r>
      <w:r w:rsidRPr="003E3418">
        <w:rPr>
          <w:rFonts w:ascii="Sakkal Majalla" w:hAnsi="Sakkal Majalla" w:cs="Sakkal Majalla"/>
          <w:sz w:val="24"/>
          <w:szCs w:val="24"/>
          <w:rtl/>
        </w:rPr>
        <w:t>والتسلسل</w:t>
      </w:r>
      <w:r w:rsidRPr="003E3418">
        <w:rPr>
          <w:rFonts w:ascii="Sakkal Majalla" w:hAnsi="Sakkal Majalla" w:cs="Sakkal Majalla"/>
          <w:sz w:val="24"/>
        </w:rPr>
        <w:t xml:space="preserve"> </w:t>
      </w:r>
      <w:r w:rsidRPr="003E3418">
        <w:rPr>
          <w:rFonts w:ascii="Sakkal Majalla" w:hAnsi="Sakkal Majalla" w:cs="Sakkal Majalla"/>
          <w:sz w:val="24"/>
          <w:szCs w:val="24"/>
          <w:rtl/>
        </w:rPr>
        <w:t>السببي</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w:t>
      </w:r>
    </w:p>
    <w:p w14:paraId="6C67053B"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lastRenderedPageBreak/>
        <w:t>ب</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نظرية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رأس</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المال</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البشري</w:t>
      </w:r>
      <w:r w:rsidRPr="003E3418">
        <w:rPr>
          <w:rFonts w:ascii="Sakkal Majalla" w:hAnsi="Sakkal Majalla" w:cs="Sakkal Majalla"/>
          <w:b/>
          <w:sz w:val="26"/>
        </w:rPr>
        <w:t xml:space="preserve"> (Human Capital Theory) — Becker (1964)</w:t>
      </w:r>
    </w:p>
    <w:p w14:paraId="4740A111"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أثبت</w:t>
      </w:r>
      <w:r w:rsidRPr="003E3418">
        <w:rPr>
          <w:rFonts w:ascii="Sakkal Majalla" w:hAnsi="Sakkal Majalla" w:cs="Sakkal Majalla"/>
          <w:sz w:val="24"/>
        </w:rPr>
        <w:t xml:space="preserve"> Gary Becker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عمله</w:t>
      </w:r>
      <w:r w:rsidRPr="003E3418">
        <w:rPr>
          <w:rFonts w:ascii="Sakkal Majalla" w:hAnsi="Sakkal Majalla" w:cs="Sakkal Majalla"/>
          <w:sz w:val="24"/>
        </w:rPr>
        <w:t xml:space="preserve"> </w:t>
      </w:r>
      <w:r w:rsidRPr="003E3418">
        <w:rPr>
          <w:rFonts w:ascii="Sakkal Majalla" w:hAnsi="Sakkal Majalla" w:cs="Sakkal Majalla"/>
          <w:sz w:val="24"/>
          <w:szCs w:val="24"/>
          <w:rtl/>
        </w:rPr>
        <w:t>الرائد</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التعليم</w:t>
      </w:r>
      <w:r w:rsidRPr="003E3418">
        <w:rPr>
          <w:rFonts w:ascii="Sakkal Majalla" w:hAnsi="Sakkal Majalla" w:cs="Sakkal Majalla"/>
          <w:sz w:val="24"/>
        </w:rPr>
        <w:t xml:space="preserve"> </w:t>
      </w:r>
      <w:r w:rsidRPr="003E3418">
        <w:rPr>
          <w:rFonts w:ascii="Sakkal Majalla" w:hAnsi="Sakkal Majalla" w:cs="Sakkal Majalla"/>
          <w:sz w:val="24"/>
          <w:szCs w:val="24"/>
          <w:rtl/>
        </w:rPr>
        <w:t>والصحة</w:t>
      </w:r>
      <w:r w:rsidRPr="003E3418">
        <w:rPr>
          <w:rFonts w:ascii="Sakkal Majalla" w:hAnsi="Sakkal Majalla" w:cs="Sakkal Majalla"/>
          <w:sz w:val="24"/>
        </w:rPr>
        <w:t xml:space="preserve"> </w:t>
      </w:r>
      <w:r w:rsidRPr="003E3418">
        <w:rPr>
          <w:rFonts w:ascii="Sakkal Majalla" w:hAnsi="Sakkal Majalla" w:cs="Sakkal Majalla"/>
          <w:sz w:val="24"/>
          <w:szCs w:val="24"/>
          <w:rtl/>
        </w:rPr>
        <w:t>ليسا</w:t>
      </w:r>
      <w:r w:rsidRPr="003E3418">
        <w:rPr>
          <w:rFonts w:ascii="Sakkal Majalla" w:hAnsi="Sakkal Majalla" w:cs="Sakkal Majalla"/>
          <w:sz w:val="24"/>
        </w:rPr>
        <w:t xml:space="preserve"> </w:t>
      </w:r>
      <w:r w:rsidRPr="003E3418">
        <w:rPr>
          <w:rFonts w:ascii="Sakkal Majalla" w:hAnsi="Sakkal Majalla" w:cs="Sakkal Majalla"/>
          <w:sz w:val="24"/>
          <w:szCs w:val="24"/>
          <w:rtl/>
        </w:rPr>
        <w:t>إنفاقاً</w:t>
      </w:r>
      <w:r w:rsidRPr="003E3418">
        <w:rPr>
          <w:rFonts w:ascii="Sakkal Majalla" w:hAnsi="Sakkal Majalla" w:cs="Sakkal Majalla"/>
          <w:sz w:val="24"/>
        </w:rPr>
        <w:t xml:space="preserve"> </w:t>
      </w:r>
      <w:r w:rsidRPr="003E3418">
        <w:rPr>
          <w:rFonts w:ascii="Sakkal Majalla" w:hAnsi="Sakkal Majalla" w:cs="Sakkal Majalla"/>
          <w:sz w:val="24"/>
          <w:szCs w:val="24"/>
          <w:rtl/>
        </w:rPr>
        <w:t>استهلاكياً</w:t>
      </w:r>
      <w:r w:rsidRPr="003E3418">
        <w:rPr>
          <w:rFonts w:ascii="Sakkal Majalla" w:hAnsi="Sakkal Majalla" w:cs="Sakkal Majalla"/>
          <w:sz w:val="24"/>
        </w:rPr>
        <w:t xml:space="preserve"> </w:t>
      </w:r>
      <w:r w:rsidRPr="003E3418">
        <w:rPr>
          <w:rFonts w:ascii="Sakkal Majalla" w:hAnsi="Sakkal Majalla" w:cs="Sakkal Majalla"/>
          <w:sz w:val="24"/>
          <w:szCs w:val="24"/>
          <w:rtl/>
        </w:rPr>
        <w:t>بل</w:t>
      </w:r>
      <w:r w:rsidRPr="003E3418">
        <w:rPr>
          <w:rFonts w:ascii="Sakkal Majalla" w:hAnsi="Sakkal Majalla" w:cs="Sakkal Majalla"/>
          <w:sz w:val="24"/>
        </w:rPr>
        <w:t xml:space="preserve"> </w:t>
      </w:r>
      <w:r w:rsidRPr="003E3418">
        <w:rPr>
          <w:rFonts w:ascii="Sakkal Majalla" w:hAnsi="Sakkal Majalla" w:cs="Sakkal Majalla"/>
          <w:sz w:val="24"/>
          <w:szCs w:val="24"/>
          <w:rtl/>
        </w:rPr>
        <w:t>استثماراً</w:t>
      </w:r>
      <w:r w:rsidRPr="003E3418">
        <w:rPr>
          <w:rFonts w:ascii="Sakkal Majalla" w:hAnsi="Sakkal Majalla" w:cs="Sakkal Majalla"/>
          <w:sz w:val="24"/>
        </w:rPr>
        <w:t xml:space="preserve"> </w:t>
      </w:r>
      <w:r w:rsidRPr="003E3418">
        <w:rPr>
          <w:rFonts w:ascii="Sakkal Majalla" w:hAnsi="Sakkal Majalla" w:cs="Sakkal Majalla"/>
          <w:sz w:val="24"/>
          <w:szCs w:val="24"/>
          <w:rtl/>
        </w:rPr>
        <w:t>بعوائد</w:t>
      </w:r>
      <w:r w:rsidRPr="003E3418">
        <w:rPr>
          <w:rFonts w:ascii="Sakkal Majalla" w:hAnsi="Sakkal Majalla" w:cs="Sakkal Majalla"/>
          <w:sz w:val="24"/>
        </w:rPr>
        <w:t xml:space="preserve"> </w:t>
      </w:r>
      <w:r w:rsidRPr="003E3418">
        <w:rPr>
          <w:rFonts w:ascii="Sakkal Majalla" w:hAnsi="Sakkal Majalla" w:cs="Sakkal Majalla"/>
          <w:sz w:val="24"/>
          <w:szCs w:val="24"/>
          <w:rtl/>
        </w:rPr>
        <w:t>طويلة</w:t>
      </w:r>
      <w:r w:rsidRPr="003E3418">
        <w:rPr>
          <w:rFonts w:ascii="Sakkal Majalla" w:hAnsi="Sakkal Majalla" w:cs="Sakkal Majalla"/>
          <w:sz w:val="24"/>
        </w:rPr>
        <w:t xml:space="preserve"> </w:t>
      </w:r>
      <w:r w:rsidRPr="003E3418">
        <w:rPr>
          <w:rFonts w:ascii="Sakkal Majalla" w:hAnsi="Sakkal Majalla" w:cs="Sakkal Majalla"/>
          <w:sz w:val="24"/>
          <w:szCs w:val="24"/>
          <w:rtl/>
        </w:rPr>
        <w:t>المدى</w:t>
      </w:r>
      <w:r w:rsidRPr="003E3418">
        <w:rPr>
          <w:rFonts w:ascii="Sakkal Majalla" w:hAnsi="Sakkal Majalla" w:cs="Sakkal Majalla"/>
          <w:sz w:val="24"/>
        </w:rPr>
        <w:t xml:space="preserve"> </w:t>
      </w:r>
      <w:r w:rsidRPr="003E3418">
        <w:rPr>
          <w:rFonts w:ascii="Sakkal Majalla" w:hAnsi="Sakkal Majalla" w:cs="Sakkal Majalla"/>
          <w:sz w:val="24"/>
          <w:szCs w:val="24"/>
          <w:rtl/>
        </w:rPr>
        <w:t>قابلة</w:t>
      </w:r>
      <w:r w:rsidRPr="003E3418">
        <w:rPr>
          <w:rFonts w:ascii="Sakkal Majalla" w:hAnsi="Sakkal Majalla" w:cs="Sakkal Majalla"/>
          <w:sz w:val="24"/>
        </w:rPr>
        <w:t xml:space="preserve"> </w:t>
      </w:r>
      <w:r w:rsidRPr="003E3418">
        <w:rPr>
          <w:rFonts w:ascii="Sakkal Majalla" w:hAnsi="Sakkal Majalla" w:cs="Sakkal Majalla"/>
          <w:sz w:val="24"/>
          <w:szCs w:val="24"/>
          <w:rtl/>
        </w:rPr>
        <w:t>للقياس</w:t>
      </w:r>
      <w:r w:rsidRPr="003E3418">
        <w:rPr>
          <w:rFonts w:ascii="Sakkal Majalla" w:hAnsi="Sakkal Majalla" w:cs="Sakkal Majalla"/>
          <w:sz w:val="24"/>
        </w:rPr>
        <w:t xml:space="preserve"> </w:t>
      </w:r>
      <w:r w:rsidRPr="003E3418">
        <w:rPr>
          <w:rFonts w:ascii="Sakkal Majalla" w:hAnsi="Sakkal Majalla" w:cs="Sakkal Majalla"/>
          <w:sz w:val="24"/>
          <w:szCs w:val="24"/>
          <w:rtl/>
        </w:rPr>
        <w:t>والمقارنة</w:t>
      </w:r>
      <w:r w:rsidRPr="003E3418">
        <w:rPr>
          <w:rFonts w:ascii="Sakkal Majalla" w:hAnsi="Sakkal Majalla" w:cs="Sakkal Majalla"/>
          <w:sz w:val="24"/>
        </w:rPr>
        <w:t xml:space="preserve"> </w:t>
      </w:r>
      <w:r w:rsidRPr="003E3418">
        <w:rPr>
          <w:rFonts w:ascii="Sakkal Majalla" w:hAnsi="Sakkal Majalla" w:cs="Sakkal Majalla"/>
          <w:sz w:val="24"/>
          <w:szCs w:val="24"/>
          <w:rtl/>
        </w:rPr>
        <w:t>بعوائد</w:t>
      </w:r>
      <w:r w:rsidRPr="003E3418">
        <w:rPr>
          <w:rFonts w:ascii="Sakkal Majalla" w:hAnsi="Sakkal Majalla" w:cs="Sakkal Majalla"/>
          <w:sz w:val="24"/>
        </w:rPr>
        <w:t xml:space="preserve"> </w:t>
      </w:r>
      <w:r w:rsidRPr="003E3418">
        <w:rPr>
          <w:rFonts w:ascii="Sakkal Majalla" w:hAnsi="Sakkal Majalla" w:cs="Sakkal Majalla"/>
          <w:sz w:val="24"/>
          <w:szCs w:val="24"/>
          <w:rtl/>
        </w:rPr>
        <w:t>الأصول</w:t>
      </w:r>
      <w:r w:rsidRPr="003E3418">
        <w:rPr>
          <w:rFonts w:ascii="Sakkal Majalla" w:hAnsi="Sakkal Majalla" w:cs="Sakkal Majalla"/>
          <w:sz w:val="24"/>
        </w:rPr>
        <w:t xml:space="preserve"> </w:t>
      </w:r>
      <w:r w:rsidRPr="003E3418">
        <w:rPr>
          <w:rFonts w:ascii="Sakkal Majalla" w:hAnsi="Sakkal Majalla" w:cs="Sakkal Majalla"/>
          <w:sz w:val="24"/>
          <w:szCs w:val="24"/>
          <w:rtl/>
        </w:rPr>
        <w:t>المادية</w:t>
      </w:r>
      <w:r w:rsidRPr="003E3418">
        <w:rPr>
          <w:rFonts w:ascii="Sakkal Majalla" w:hAnsi="Sakkal Majalla" w:cs="Sakkal Majalla"/>
          <w:sz w:val="24"/>
        </w:rPr>
        <w:t xml:space="preserve">. </w:t>
      </w:r>
      <w:r w:rsidRPr="003E3418">
        <w:rPr>
          <w:rFonts w:ascii="Sakkal Majalla" w:hAnsi="Sakkal Majalla" w:cs="Sakkal Majalla"/>
          <w:sz w:val="24"/>
          <w:szCs w:val="24"/>
          <w:rtl/>
        </w:rPr>
        <w:t>ورأس</w:t>
      </w:r>
      <w:r w:rsidRPr="003E3418">
        <w:rPr>
          <w:rFonts w:ascii="Sakkal Majalla" w:hAnsi="Sakkal Majalla" w:cs="Sakkal Majalla"/>
          <w:sz w:val="24"/>
        </w:rPr>
        <w:t xml:space="preserve"> </w:t>
      </w:r>
      <w:r w:rsidRPr="003E3418">
        <w:rPr>
          <w:rFonts w:ascii="Sakkal Majalla" w:hAnsi="Sakkal Majalla" w:cs="Sakkal Majalla"/>
          <w:sz w:val="24"/>
          <w:szCs w:val="24"/>
          <w:rtl/>
        </w:rPr>
        <w:t>المال</w:t>
      </w:r>
      <w:r w:rsidRPr="003E3418">
        <w:rPr>
          <w:rFonts w:ascii="Sakkal Majalla" w:hAnsi="Sakkal Majalla" w:cs="Sakkal Majalla"/>
          <w:sz w:val="24"/>
        </w:rPr>
        <w:t xml:space="preserve"> </w:t>
      </w:r>
      <w:r w:rsidRPr="003E3418">
        <w:rPr>
          <w:rFonts w:ascii="Sakkal Majalla" w:hAnsi="Sakkal Majalla" w:cs="Sakkal Majalla"/>
          <w:sz w:val="24"/>
          <w:szCs w:val="24"/>
          <w:rtl/>
        </w:rPr>
        <w:t>البشري</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الإطار</w:t>
      </w:r>
      <w:r w:rsidRPr="003E3418">
        <w:rPr>
          <w:rFonts w:ascii="Sakkal Majalla" w:hAnsi="Sakkal Majalla" w:cs="Sakkal Majalla"/>
          <w:sz w:val="24"/>
        </w:rPr>
        <w:t xml:space="preserve"> </w:t>
      </w:r>
      <w:r w:rsidRPr="003E3418">
        <w:rPr>
          <w:rFonts w:ascii="Sakkal Majalla" w:hAnsi="Sakkal Majalla" w:cs="Sakkal Majalla"/>
          <w:sz w:val="24"/>
          <w:szCs w:val="24"/>
          <w:rtl/>
        </w:rPr>
        <w:t>هو</w:t>
      </w:r>
      <w:r w:rsidRPr="003E3418">
        <w:rPr>
          <w:rFonts w:ascii="Sakkal Majalla" w:hAnsi="Sakkal Majalla" w:cs="Sakkal Majalla"/>
          <w:sz w:val="24"/>
        </w:rPr>
        <w:t xml:space="preserve"> </w:t>
      </w:r>
      <w:r w:rsidRPr="003E3418">
        <w:rPr>
          <w:rFonts w:ascii="Sakkal Majalla" w:hAnsi="Sakkal Majalla" w:cs="Sakkal Majalla"/>
          <w:sz w:val="24"/>
          <w:szCs w:val="24"/>
          <w:rtl/>
        </w:rPr>
        <w:t>محرك</w:t>
      </w:r>
      <w:r w:rsidRPr="003E3418">
        <w:rPr>
          <w:rFonts w:ascii="Sakkal Majalla" w:hAnsi="Sakkal Majalla" w:cs="Sakkal Majalla"/>
          <w:sz w:val="24"/>
        </w:rPr>
        <w:t xml:space="preserve"> </w:t>
      </w:r>
      <w:r w:rsidRPr="003E3418">
        <w:rPr>
          <w:rFonts w:ascii="Sakkal Majalla" w:hAnsi="Sakkal Majalla" w:cs="Sakkal Majalla"/>
          <w:sz w:val="24"/>
          <w:szCs w:val="24"/>
          <w:rtl/>
        </w:rPr>
        <w:t>جوهري</w:t>
      </w:r>
      <w:r w:rsidRPr="003E3418">
        <w:rPr>
          <w:rFonts w:ascii="Sakkal Majalla" w:hAnsi="Sakkal Majalla" w:cs="Sakkal Majalla"/>
          <w:sz w:val="24"/>
        </w:rPr>
        <w:t xml:space="preserve"> </w:t>
      </w:r>
      <w:r w:rsidRPr="003E3418">
        <w:rPr>
          <w:rFonts w:ascii="Sakkal Majalla" w:hAnsi="Sakkal Majalla" w:cs="Sakkal Majalla"/>
          <w:sz w:val="24"/>
          <w:szCs w:val="24"/>
          <w:rtl/>
        </w:rPr>
        <w:t>للنمو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وشرط</w:t>
      </w:r>
      <w:r w:rsidRPr="003E3418">
        <w:rPr>
          <w:rFonts w:ascii="Sakkal Majalla" w:hAnsi="Sakkal Majalla" w:cs="Sakkal Majalla"/>
          <w:sz w:val="24"/>
        </w:rPr>
        <w:t xml:space="preserve"> </w:t>
      </w:r>
      <w:r w:rsidRPr="003E3418">
        <w:rPr>
          <w:rFonts w:ascii="Sakkal Majalla" w:hAnsi="Sakkal Majalla" w:cs="Sakkal Majalla"/>
          <w:sz w:val="24"/>
          <w:szCs w:val="24"/>
          <w:rtl/>
        </w:rPr>
        <w:t>ضروري</w:t>
      </w:r>
      <w:r w:rsidRPr="003E3418">
        <w:rPr>
          <w:rFonts w:ascii="Sakkal Majalla" w:hAnsi="Sakkal Majalla" w:cs="Sakkal Majalla"/>
          <w:sz w:val="24"/>
        </w:rPr>
        <w:t xml:space="preserve"> </w:t>
      </w:r>
      <w:r w:rsidRPr="003E3418">
        <w:rPr>
          <w:rFonts w:ascii="Sakkal Majalla" w:hAnsi="Sakkal Majalla" w:cs="Sakkal Majalla"/>
          <w:sz w:val="24"/>
          <w:szCs w:val="24"/>
          <w:rtl/>
        </w:rPr>
        <w:t>للخروج</w:t>
      </w:r>
      <w:r w:rsidRPr="003E3418">
        <w:rPr>
          <w:rFonts w:ascii="Sakkal Majalla" w:hAnsi="Sakkal Majalla" w:cs="Sakkal Majalla"/>
          <w:sz w:val="24"/>
        </w:rPr>
        <w:t xml:space="preserve"> </w:t>
      </w:r>
      <w:r w:rsidRPr="003E3418">
        <w:rPr>
          <w:rFonts w:ascii="Sakkal Majalla" w:hAnsi="Sakkal Majalla" w:cs="Sakkal Majalla"/>
          <w:sz w:val="24"/>
          <w:szCs w:val="24"/>
          <w:rtl/>
        </w:rPr>
        <w:t>المستدام</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دائرة</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w:t>
      </w:r>
    </w:p>
    <w:p w14:paraId="156FF41A"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والفساد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يضرب</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زاويتين</w:t>
      </w:r>
      <w:r w:rsidRPr="003E3418">
        <w:rPr>
          <w:rFonts w:ascii="Sakkal Majalla" w:hAnsi="Sakkal Majalla" w:cs="Sakkal Majalla"/>
          <w:sz w:val="24"/>
        </w:rPr>
        <w:t xml:space="preserve"> </w:t>
      </w:r>
      <w:r w:rsidRPr="003E3418">
        <w:rPr>
          <w:rFonts w:ascii="Sakkal Majalla" w:hAnsi="Sakkal Majalla" w:cs="Sakkal Majalla"/>
          <w:sz w:val="24"/>
          <w:szCs w:val="24"/>
          <w:rtl/>
        </w:rPr>
        <w:t>متزامنتين</w:t>
      </w:r>
      <w:r w:rsidRPr="003E3418">
        <w:rPr>
          <w:rFonts w:ascii="Sakkal Majalla" w:hAnsi="Sakkal Majalla" w:cs="Sakkal Majalla"/>
          <w:sz w:val="24"/>
        </w:rPr>
        <w:t xml:space="preserve">: </w:t>
      </w:r>
      <w:r w:rsidRPr="003E3418">
        <w:rPr>
          <w:rFonts w:ascii="Sakkal Majalla" w:hAnsi="Sakkal Majalla" w:cs="Sakkal Majalla"/>
          <w:sz w:val="24"/>
          <w:szCs w:val="24"/>
          <w:rtl/>
        </w:rPr>
        <w:t>الأولى</w:t>
      </w:r>
      <w:r w:rsidRPr="003E3418">
        <w:rPr>
          <w:rFonts w:ascii="Sakkal Majalla" w:hAnsi="Sakkal Majalla" w:cs="Sakkal Majalla"/>
          <w:sz w:val="24"/>
        </w:rPr>
        <w:t xml:space="preserve"> </w:t>
      </w:r>
      <w:r w:rsidRPr="003E3418">
        <w:rPr>
          <w:rFonts w:ascii="Sakkal Majalla" w:hAnsi="Sakkal Majalla" w:cs="Sakkal Majalla"/>
          <w:sz w:val="24"/>
          <w:szCs w:val="24"/>
          <w:rtl/>
        </w:rPr>
        <w:t>كمية،</w:t>
      </w:r>
      <w:r w:rsidRPr="003E3418">
        <w:rPr>
          <w:rFonts w:ascii="Sakkal Majalla" w:hAnsi="Sakkal Majalla" w:cs="Sakkal Majalla"/>
          <w:sz w:val="24"/>
        </w:rPr>
        <w:t xml:space="preserve"> </w:t>
      </w:r>
      <w:r w:rsidRPr="003E3418">
        <w:rPr>
          <w:rFonts w:ascii="Sakkal Majalla" w:hAnsi="Sakkal Majalla" w:cs="Sakkal Majalla"/>
          <w:sz w:val="24"/>
          <w:szCs w:val="24"/>
          <w:rtl/>
        </w:rPr>
        <w:t>إذ</w:t>
      </w:r>
      <w:r w:rsidRPr="003E3418">
        <w:rPr>
          <w:rFonts w:ascii="Sakkal Majalla" w:hAnsi="Sakkal Majalla" w:cs="Sakkal Majalla"/>
          <w:sz w:val="24"/>
        </w:rPr>
        <w:t xml:space="preserve"> </w:t>
      </w:r>
      <w:r w:rsidRPr="003E3418">
        <w:rPr>
          <w:rFonts w:ascii="Sakkal Majalla" w:hAnsi="Sakkal Majalla" w:cs="Sakkal Majalla"/>
          <w:sz w:val="24"/>
          <w:szCs w:val="24"/>
          <w:rtl/>
        </w:rPr>
        <w:t>يُسرِّب</w:t>
      </w:r>
      <w:r w:rsidRPr="003E3418">
        <w:rPr>
          <w:rFonts w:ascii="Sakkal Majalla" w:hAnsi="Sakkal Majalla" w:cs="Sakkal Majalla"/>
          <w:sz w:val="24"/>
        </w:rPr>
        <w:t xml:space="preserve"> </w:t>
      </w:r>
      <w:r w:rsidRPr="003E3418">
        <w:rPr>
          <w:rFonts w:ascii="Sakkal Majalla" w:hAnsi="Sakkal Majalla" w:cs="Sakkal Majalla"/>
          <w:sz w:val="24"/>
          <w:szCs w:val="24"/>
          <w:rtl/>
        </w:rPr>
        <w:t>الموارد</w:t>
      </w:r>
      <w:r w:rsidRPr="003E3418">
        <w:rPr>
          <w:rFonts w:ascii="Sakkal Majalla" w:hAnsi="Sakkal Majalla" w:cs="Sakkal Majalla"/>
          <w:sz w:val="24"/>
        </w:rPr>
        <w:t xml:space="preserve"> </w:t>
      </w:r>
      <w:r w:rsidRPr="003E3418">
        <w:rPr>
          <w:rFonts w:ascii="Sakkal Majalla" w:hAnsi="Sakkal Majalla" w:cs="Sakkal Majalla"/>
          <w:sz w:val="24"/>
          <w:szCs w:val="24"/>
          <w:rtl/>
        </w:rPr>
        <w:t>المخصصة</w:t>
      </w:r>
      <w:r w:rsidRPr="003E3418">
        <w:rPr>
          <w:rFonts w:ascii="Sakkal Majalla" w:hAnsi="Sakkal Majalla" w:cs="Sakkal Majalla"/>
          <w:sz w:val="24"/>
        </w:rPr>
        <w:t xml:space="preserve"> </w:t>
      </w:r>
      <w:r w:rsidRPr="003E3418">
        <w:rPr>
          <w:rFonts w:ascii="Sakkal Majalla" w:hAnsi="Sakkal Majalla" w:cs="Sakkal Majalla"/>
          <w:sz w:val="24"/>
          <w:szCs w:val="24"/>
          <w:rtl/>
        </w:rPr>
        <w:t>للتعليم</w:t>
      </w:r>
      <w:r w:rsidRPr="003E3418">
        <w:rPr>
          <w:rFonts w:ascii="Sakkal Majalla" w:hAnsi="Sakkal Majalla" w:cs="Sakkal Majalla"/>
          <w:sz w:val="24"/>
        </w:rPr>
        <w:t xml:space="preserve"> </w:t>
      </w:r>
      <w:r w:rsidRPr="003E3418">
        <w:rPr>
          <w:rFonts w:ascii="Sakkal Majalla" w:hAnsi="Sakkal Majalla" w:cs="Sakkal Majalla"/>
          <w:sz w:val="24"/>
          <w:szCs w:val="24"/>
          <w:rtl/>
        </w:rPr>
        <w:t>والصحة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الميزانيات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العامة</w:t>
      </w:r>
      <w:r w:rsidRPr="003E3418">
        <w:rPr>
          <w:rFonts w:ascii="Sakkal Majalla" w:hAnsi="Sakkal Majalla" w:cs="Sakkal Majalla"/>
          <w:sz w:val="24"/>
        </w:rPr>
        <w:t xml:space="preserve"> </w:t>
      </w:r>
      <w:r w:rsidRPr="003E3418">
        <w:rPr>
          <w:rFonts w:ascii="Sakkal Majalla" w:hAnsi="Sakkal Majalla" w:cs="Sakkal Majalla"/>
          <w:sz w:val="24"/>
          <w:szCs w:val="24"/>
          <w:rtl/>
        </w:rPr>
        <w:t>نحو</w:t>
      </w:r>
      <w:r w:rsidRPr="003E3418">
        <w:rPr>
          <w:rFonts w:ascii="Sakkal Majalla" w:hAnsi="Sakkal Majalla" w:cs="Sakkal Majalla"/>
          <w:sz w:val="24"/>
        </w:rPr>
        <w:t xml:space="preserve"> </w:t>
      </w:r>
      <w:r w:rsidRPr="003E3418">
        <w:rPr>
          <w:rFonts w:ascii="Sakkal Majalla" w:hAnsi="Sakkal Majalla" w:cs="Sakkal Majalla"/>
          <w:sz w:val="24"/>
          <w:szCs w:val="24"/>
          <w:rtl/>
        </w:rPr>
        <w:t>جيوب</w:t>
      </w:r>
      <w:r w:rsidRPr="003E3418">
        <w:rPr>
          <w:rFonts w:ascii="Sakkal Majalla" w:hAnsi="Sakkal Majalla" w:cs="Sakkal Majalla"/>
          <w:sz w:val="24"/>
        </w:rPr>
        <w:t xml:space="preserve"> </w:t>
      </w:r>
      <w:r w:rsidRPr="003E3418">
        <w:rPr>
          <w:rFonts w:ascii="Sakkal Majalla" w:hAnsi="Sakkal Majalla" w:cs="Sakkal Majalla"/>
          <w:sz w:val="24"/>
          <w:szCs w:val="24"/>
          <w:rtl/>
        </w:rPr>
        <w:t>الفاسدين</w:t>
      </w:r>
      <w:r w:rsidRPr="003E3418">
        <w:rPr>
          <w:rFonts w:ascii="Sakkal Majalla" w:hAnsi="Sakkal Majalla" w:cs="Sakkal Majalla"/>
          <w:sz w:val="24"/>
        </w:rPr>
        <w:t xml:space="preserve"> </w:t>
      </w:r>
      <w:r w:rsidRPr="003E3418">
        <w:rPr>
          <w:rFonts w:ascii="Sakkal Majalla" w:hAnsi="Sakkal Majalla" w:cs="Sakkal Majalla"/>
          <w:sz w:val="24"/>
          <w:szCs w:val="24"/>
          <w:rtl/>
        </w:rPr>
        <w:t>أو</w:t>
      </w:r>
      <w:r w:rsidRPr="003E3418">
        <w:rPr>
          <w:rFonts w:ascii="Sakkal Majalla" w:hAnsi="Sakkal Majalla" w:cs="Sakkal Majalla"/>
          <w:sz w:val="24"/>
        </w:rPr>
        <w:t xml:space="preserve"> </w:t>
      </w:r>
      <w:r w:rsidRPr="003E3418">
        <w:rPr>
          <w:rFonts w:ascii="Sakkal Majalla" w:hAnsi="Sakkal Majalla" w:cs="Sakkal Majalla"/>
          <w:sz w:val="24"/>
          <w:szCs w:val="24"/>
          <w:rtl/>
        </w:rPr>
        <w:t>نحو</w:t>
      </w:r>
      <w:r w:rsidRPr="003E3418">
        <w:rPr>
          <w:rFonts w:ascii="Sakkal Majalla" w:hAnsi="Sakkal Majalla" w:cs="Sakkal Majalla"/>
          <w:sz w:val="24"/>
        </w:rPr>
        <w:t xml:space="preserve"> </w:t>
      </w:r>
      <w:r w:rsidRPr="003E3418">
        <w:rPr>
          <w:rFonts w:ascii="Sakkal Majalla" w:hAnsi="Sakkal Majalla" w:cs="Sakkal Majalla"/>
          <w:sz w:val="24"/>
          <w:szCs w:val="24"/>
          <w:rtl/>
        </w:rPr>
        <w:t>مشاريع</w:t>
      </w:r>
      <w:r w:rsidRPr="003E3418">
        <w:rPr>
          <w:rFonts w:ascii="Sakkal Majalla" w:hAnsi="Sakkal Majalla" w:cs="Sakkal Majalla"/>
          <w:sz w:val="24"/>
        </w:rPr>
        <w:t xml:space="preserve"> </w:t>
      </w:r>
      <w:r w:rsidRPr="003E3418">
        <w:rPr>
          <w:rFonts w:ascii="Sakkal Majalla" w:hAnsi="Sakkal Majalla" w:cs="Sakkal Majalla"/>
          <w:sz w:val="24"/>
          <w:szCs w:val="24"/>
          <w:rtl/>
        </w:rPr>
        <w:t>ذات</w:t>
      </w:r>
      <w:r w:rsidRPr="003E3418">
        <w:rPr>
          <w:rFonts w:ascii="Sakkal Majalla" w:hAnsi="Sakkal Majalla" w:cs="Sakkal Majalla"/>
          <w:sz w:val="24"/>
        </w:rPr>
        <w:t xml:space="preserve"> </w:t>
      </w:r>
      <w:r w:rsidRPr="003E3418">
        <w:rPr>
          <w:rFonts w:ascii="Sakkal Majalla" w:hAnsi="Sakkal Majalla" w:cs="Sakkal Majalla"/>
          <w:sz w:val="24"/>
          <w:szCs w:val="24"/>
          <w:rtl/>
        </w:rPr>
        <w:t>قيمة</w:t>
      </w:r>
      <w:r w:rsidRPr="003E3418">
        <w:rPr>
          <w:rFonts w:ascii="Sakkal Majalla" w:hAnsi="Sakkal Majalla" w:cs="Sakkal Majalla"/>
          <w:sz w:val="24"/>
        </w:rPr>
        <w:t xml:space="preserve"> </w:t>
      </w:r>
      <w:r w:rsidRPr="003E3418">
        <w:rPr>
          <w:rFonts w:ascii="Sakkal Majalla" w:hAnsi="Sakkal Majalla" w:cs="Sakkal Majalla"/>
          <w:sz w:val="24"/>
          <w:szCs w:val="24"/>
          <w:rtl/>
        </w:rPr>
        <w:t>ريعية</w:t>
      </w:r>
      <w:r w:rsidRPr="003E3418">
        <w:rPr>
          <w:rFonts w:ascii="Sakkal Majalla" w:hAnsi="Sakkal Majalla" w:cs="Sakkal Majalla"/>
          <w:sz w:val="24"/>
        </w:rPr>
        <w:t xml:space="preserve"> </w:t>
      </w:r>
      <w:r w:rsidRPr="003E3418">
        <w:rPr>
          <w:rFonts w:ascii="Sakkal Majalla" w:hAnsi="Sakkal Majalla" w:cs="Sakkal Majalla"/>
          <w:sz w:val="24"/>
          <w:szCs w:val="24"/>
          <w:rtl/>
        </w:rPr>
        <w:t>أعلى</w:t>
      </w:r>
      <w:r w:rsidRPr="003E3418">
        <w:rPr>
          <w:rFonts w:ascii="Sakkal Majalla" w:hAnsi="Sakkal Majalla" w:cs="Sakkal Majalla"/>
          <w:sz w:val="24"/>
        </w:rPr>
        <w:t xml:space="preserve"> </w:t>
      </w:r>
      <w:r w:rsidRPr="003E3418">
        <w:rPr>
          <w:rFonts w:ascii="Sakkal Majalla" w:hAnsi="Sakkal Majalla" w:cs="Sakkal Majalla"/>
          <w:sz w:val="24"/>
          <w:szCs w:val="24"/>
          <w:rtl/>
        </w:rPr>
        <w:t>وجودة</w:t>
      </w:r>
      <w:r w:rsidRPr="003E3418">
        <w:rPr>
          <w:rFonts w:ascii="Sakkal Majalla" w:hAnsi="Sakkal Majalla" w:cs="Sakkal Majalla"/>
          <w:sz w:val="24"/>
        </w:rPr>
        <w:t xml:space="preserve"> </w:t>
      </w:r>
      <w:r w:rsidRPr="003E3418">
        <w:rPr>
          <w:rFonts w:ascii="Sakkal Majalla" w:hAnsi="Sakkal Majalla" w:cs="Sakkal Majalla"/>
          <w:sz w:val="24"/>
          <w:szCs w:val="24"/>
          <w:rtl/>
        </w:rPr>
        <w:t>منخفضة</w:t>
      </w:r>
      <w:r w:rsidRPr="003E3418">
        <w:rPr>
          <w:rFonts w:ascii="Sakkal Majalla" w:hAnsi="Sakkal Majalla" w:cs="Sakkal Majalla"/>
          <w:sz w:val="24"/>
        </w:rPr>
        <w:t xml:space="preserve">. </w:t>
      </w:r>
      <w:r w:rsidRPr="003E3418">
        <w:rPr>
          <w:rFonts w:ascii="Sakkal Majalla" w:hAnsi="Sakkal Majalla" w:cs="Sakkal Majalla"/>
          <w:sz w:val="24"/>
          <w:szCs w:val="24"/>
          <w:rtl/>
        </w:rPr>
        <w:t>والثانية</w:t>
      </w:r>
      <w:r w:rsidRPr="003E3418">
        <w:rPr>
          <w:rFonts w:ascii="Sakkal Majalla" w:hAnsi="Sakkal Majalla" w:cs="Sakkal Majalla"/>
          <w:sz w:val="24"/>
        </w:rPr>
        <w:t xml:space="preserve"> </w:t>
      </w:r>
      <w:r w:rsidRPr="003E3418">
        <w:rPr>
          <w:rFonts w:ascii="Sakkal Majalla" w:hAnsi="Sakkal Majalla" w:cs="Sakkal Majalla"/>
          <w:sz w:val="24"/>
          <w:szCs w:val="24"/>
          <w:rtl/>
        </w:rPr>
        <w:t>نوعية</w:t>
      </w:r>
      <w:r w:rsidRPr="003E3418">
        <w:rPr>
          <w:rFonts w:ascii="Sakkal Majalla" w:hAnsi="Sakkal Majalla" w:cs="Sakkal Majalla"/>
          <w:sz w:val="24"/>
        </w:rPr>
        <w:t xml:space="preserve"> </w:t>
      </w:r>
      <w:r w:rsidRPr="003E3418">
        <w:rPr>
          <w:rFonts w:ascii="Sakkal Majalla" w:hAnsi="Sakkal Majalla" w:cs="Sakkal Majalla"/>
          <w:sz w:val="24"/>
          <w:szCs w:val="24"/>
          <w:rtl/>
        </w:rPr>
        <w:t>حوافزية،</w:t>
      </w:r>
      <w:r w:rsidRPr="003E3418">
        <w:rPr>
          <w:rFonts w:ascii="Sakkal Majalla" w:hAnsi="Sakkal Majalla" w:cs="Sakkal Majalla"/>
          <w:sz w:val="24"/>
        </w:rPr>
        <w:t xml:space="preserve"> </w:t>
      </w:r>
      <w:r w:rsidRPr="003E3418">
        <w:rPr>
          <w:rFonts w:ascii="Sakkal Majalla" w:hAnsi="Sakkal Majalla" w:cs="Sakkal Majalla"/>
          <w:sz w:val="24"/>
          <w:szCs w:val="24"/>
          <w:rtl/>
        </w:rPr>
        <w:t>إذ</w:t>
      </w:r>
      <w:r w:rsidRPr="003E3418">
        <w:rPr>
          <w:rFonts w:ascii="Sakkal Majalla" w:hAnsi="Sakkal Majalla" w:cs="Sakkal Majalla"/>
          <w:sz w:val="24"/>
        </w:rPr>
        <w:t xml:space="preserve"> </w:t>
      </w:r>
      <w:r w:rsidRPr="003E3418">
        <w:rPr>
          <w:rFonts w:ascii="Sakkal Majalla" w:hAnsi="Sakkal Majalla" w:cs="Sakkal Majalla"/>
          <w:sz w:val="24"/>
          <w:szCs w:val="24"/>
          <w:rtl/>
        </w:rPr>
        <w:t>يُدمّر</w:t>
      </w:r>
      <w:r w:rsidRPr="003E3418">
        <w:rPr>
          <w:rFonts w:ascii="Sakkal Majalla" w:hAnsi="Sakkal Majalla" w:cs="Sakkal Majalla"/>
          <w:sz w:val="24"/>
        </w:rPr>
        <w:t xml:space="preserve"> </w:t>
      </w:r>
      <w:r w:rsidRPr="003E3418">
        <w:rPr>
          <w:rFonts w:ascii="Sakkal Majalla" w:hAnsi="Sakkal Majalla" w:cs="Sakkal Majalla"/>
          <w:sz w:val="24"/>
          <w:szCs w:val="24"/>
          <w:rtl/>
        </w:rPr>
        <w:t>الحافز</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التعليم</w:t>
      </w:r>
      <w:r w:rsidRPr="003E3418">
        <w:rPr>
          <w:rFonts w:ascii="Sakkal Majalla" w:hAnsi="Sakkal Majalla" w:cs="Sakkal Majalla"/>
          <w:sz w:val="24"/>
        </w:rPr>
        <w:t xml:space="preserve"> </w:t>
      </w:r>
      <w:r w:rsidRPr="003E3418">
        <w:rPr>
          <w:rFonts w:ascii="Sakkal Majalla" w:hAnsi="Sakkal Majalla" w:cs="Sakkal Majalla"/>
          <w:sz w:val="24"/>
          <w:szCs w:val="24"/>
          <w:rtl/>
        </w:rPr>
        <w:t>حين</w:t>
      </w:r>
      <w:r w:rsidRPr="003E3418">
        <w:rPr>
          <w:rFonts w:ascii="Sakkal Majalla" w:hAnsi="Sakkal Majalla" w:cs="Sakkal Majalla"/>
          <w:sz w:val="24"/>
        </w:rPr>
        <w:t xml:space="preserve"> </w:t>
      </w:r>
      <w:r w:rsidRPr="003E3418">
        <w:rPr>
          <w:rFonts w:ascii="Sakkal Majalla" w:hAnsi="Sakkal Majalla" w:cs="Sakkal Majalla"/>
          <w:sz w:val="24"/>
          <w:szCs w:val="24"/>
          <w:rtl/>
        </w:rPr>
        <w:t>يُصبح</w:t>
      </w:r>
      <w:r w:rsidRPr="003E3418">
        <w:rPr>
          <w:rFonts w:ascii="Sakkal Majalla" w:hAnsi="Sakkal Majalla" w:cs="Sakkal Majalla"/>
          <w:sz w:val="24"/>
        </w:rPr>
        <w:t xml:space="preserve"> </w:t>
      </w:r>
      <w:r w:rsidRPr="003E3418">
        <w:rPr>
          <w:rFonts w:ascii="Sakkal Majalla" w:hAnsi="Sakkal Majalla" w:cs="Sakkal Majalla"/>
          <w:sz w:val="24"/>
          <w:szCs w:val="24"/>
          <w:rtl/>
        </w:rPr>
        <w:t>التقدم</w:t>
      </w:r>
      <w:r w:rsidRPr="003E3418">
        <w:rPr>
          <w:rFonts w:ascii="Sakkal Majalla" w:hAnsi="Sakkal Majalla" w:cs="Sakkal Majalla"/>
          <w:sz w:val="24"/>
        </w:rPr>
        <w:t xml:space="preserve"> </w:t>
      </w:r>
      <w:r w:rsidRPr="003E3418">
        <w:rPr>
          <w:rFonts w:ascii="Sakkal Majalla" w:hAnsi="Sakkal Majalla" w:cs="Sakkal Majalla"/>
          <w:sz w:val="24"/>
          <w:szCs w:val="24"/>
          <w:rtl/>
        </w:rPr>
        <w:t>الوظيفي</w:t>
      </w:r>
      <w:r w:rsidRPr="003E3418">
        <w:rPr>
          <w:rFonts w:ascii="Sakkal Majalla" w:hAnsi="Sakkal Majalla" w:cs="Sakkal Majalla"/>
          <w:sz w:val="24"/>
        </w:rPr>
        <w:t xml:space="preserve"> </w:t>
      </w:r>
      <w:r w:rsidRPr="003E3418">
        <w:rPr>
          <w:rFonts w:ascii="Sakkal Majalla" w:hAnsi="Sakkal Majalla" w:cs="Sakkal Majalla"/>
          <w:sz w:val="24"/>
          <w:szCs w:val="24"/>
          <w:rtl/>
        </w:rPr>
        <w:t>رهيناً</w:t>
      </w:r>
      <w:r w:rsidRPr="003E3418">
        <w:rPr>
          <w:rFonts w:ascii="Sakkal Majalla" w:hAnsi="Sakkal Majalla" w:cs="Sakkal Majalla"/>
          <w:sz w:val="24"/>
        </w:rPr>
        <w:t xml:space="preserve"> </w:t>
      </w:r>
      <w:r w:rsidRPr="003E3418">
        <w:rPr>
          <w:rFonts w:ascii="Sakkal Majalla" w:hAnsi="Sakkal Majalla" w:cs="Sakkal Majalla"/>
          <w:sz w:val="24"/>
          <w:szCs w:val="24"/>
          <w:rtl/>
        </w:rPr>
        <w:t>بالمحسوبية</w:t>
      </w:r>
      <w:r w:rsidRPr="003E3418">
        <w:rPr>
          <w:rFonts w:ascii="Sakkal Majalla" w:hAnsi="Sakkal Majalla" w:cs="Sakkal Majalla"/>
          <w:sz w:val="24"/>
        </w:rPr>
        <w:t xml:space="preserve"> </w:t>
      </w:r>
      <w:r w:rsidRPr="003E3418">
        <w:rPr>
          <w:rFonts w:ascii="Sakkal Majalla" w:hAnsi="Sakkal Majalla" w:cs="Sakkal Majalla"/>
          <w:sz w:val="24"/>
          <w:szCs w:val="24"/>
          <w:rtl/>
        </w:rPr>
        <w:t>والمعرفة</w:t>
      </w:r>
      <w:r w:rsidRPr="003E3418">
        <w:rPr>
          <w:rFonts w:ascii="Sakkal Majalla" w:hAnsi="Sakkal Majalla" w:cs="Sakkal Majalla"/>
          <w:sz w:val="24"/>
        </w:rPr>
        <w:t xml:space="preserve"> </w:t>
      </w:r>
      <w:r w:rsidRPr="003E3418">
        <w:rPr>
          <w:rFonts w:ascii="Sakkal Majalla" w:hAnsi="Sakkal Majalla" w:cs="Sakkal Majalla"/>
          <w:sz w:val="24"/>
          <w:szCs w:val="24"/>
          <w:rtl/>
        </w:rPr>
        <w:t>الشخصية</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بالكفاءة</w:t>
      </w:r>
      <w:r w:rsidRPr="003E3418">
        <w:rPr>
          <w:rFonts w:ascii="Sakkal Majalla" w:hAnsi="Sakkal Majalla" w:cs="Sakkal Majalla"/>
          <w:sz w:val="24"/>
        </w:rPr>
        <w:t xml:space="preserve"> </w:t>
      </w:r>
      <w:r w:rsidRPr="003E3418">
        <w:rPr>
          <w:rFonts w:ascii="Sakkal Majalla" w:hAnsi="Sakkal Majalla" w:cs="Sakkal Majalla"/>
          <w:sz w:val="24"/>
          <w:szCs w:val="24"/>
          <w:rtl/>
        </w:rPr>
        <w:t>والتأهيل</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الآلية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المزدوجة</w:t>
      </w:r>
      <w:r w:rsidRPr="003E3418">
        <w:rPr>
          <w:rFonts w:ascii="Sakkal Majalla" w:hAnsi="Sakkal Majalla" w:cs="Sakkal Majalla"/>
          <w:sz w:val="24"/>
        </w:rPr>
        <w:t xml:space="preserve"> </w:t>
      </w:r>
      <w:r w:rsidRPr="003E3418">
        <w:rPr>
          <w:rFonts w:ascii="Sakkal Majalla" w:hAnsi="Sakkal Majalla" w:cs="Sakkal Majalla"/>
          <w:sz w:val="24"/>
          <w:szCs w:val="24"/>
          <w:rtl/>
        </w:rPr>
        <w:t>هي</w:t>
      </w:r>
      <w:r w:rsidRPr="003E3418">
        <w:rPr>
          <w:rFonts w:ascii="Sakkal Majalla" w:hAnsi="Sakkal Majalla" w:cs="Sakkal Majalla"/>
          <w:sz w:val="24"/>
        </w:rPr>
        <w:t xml:space="preserve"> </w:t>
      </w:r>
      <w:r w:rsidRPr="003E3418">
        <w:rPr>
          <w:rFonts w:ascii="Sakkal Majalla" w:hAnsi="Sakkal Majalla" w:cs="Sakkal Majalla"/>
          <w:sz w:val="24"/>
          <w:szCs w:val="24"/>
          <w:rtl/>
        </w:rPr>
        <w:t>الأساس</w:t>
      </w:r>
      <w:r w:rsidRPr="003E3418">
        <w:rPr>
          <w:rFonts w:ascii="Sakkal Majalla" w:hAnsi="Sakkal Majalla" w:cs="Sakkal Majalla"/>
          <w:sz w:val="24"/>
        </w:rPr>
        <w:t xml:space="preserve"> </w:t>
      </w:r>
      <w:r w:rsidRPr="003E3418">
        <w:rPr>
          <w:rFonts w:ascii="Sakkal Majalla" w:hAnsi="Sakkal Majalla" w:cs="Sakkal Majalla"/>
          <w:sz w:val="24"/>
          <w:szCs w:val="24"/>
          <w:rtl/>
        </w:rPr>
        <w:t>النظري</w:t>
      </w:r>
      <w:r w:rsidRPr="003E3418">
        <w:rPr>
          <w:rFonts w:ascii="Sakkal Majalla" w:hAnsi="Sakkal Majalla" w:cs="Sakkal Majalla"/>
          <w:sz w:val="24"/>
        </w:rPr>
        <w:t xml:space="preserve"> </w:t>
      </w:r>
      <w:r w:rsidRPr="003E3418">
        <w:rPr>
          <w:rFonts w:ascii="Sakkal Majalla" w:hAnsi="Sakkal Majalla" w:cs="Sakkal Majalla"/>
          <w:sz w:val="24"/>
          <w:szCs w:val="24"/>
          <w:rtl/>
        </w:rPr>
        <w:t>للأثر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الإنساني</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تُعنى</w:t>
      </w:r>
      <w:r w:rsidRPr="003E3418">
        <w:rPr>
          <w:rFonts w:ascii="Sakkal Majalla" w:hAnsi="Sakkal Majalla" w:cs="Sakkal Majalla"/>
          <w:sz w:val="24"/>
        </w:rPr>
        <w:t xml:space="preserve"> </w:t>
      </w:r>
      <w:r w:rsidRPr="003E3418">
        <w:rPr>
          <w:rFonts w:ascii="Sakkal Majalla" w:hAnsi="Sakkal Majalla" w:cs="Sakkal Majalla"/>
          <w:sz w:val="24"/>
          <w:szCs w:val="24"/>
          <w:rtl/>
        </w:rPr>
        <w:t>بها</w:t>
      </w:r>
      <w:r w:rsidRPr="003E3418">
        <w:rPr>
          <w:rFonts w:ascii="Sakkal Majalla" w:hAnsi="Sakkal Majalla" w:cs="Sakkal Majalla"/>
          <w:sz w:val="24"/>
        </w:rPr>
        <w:t xml:space="preserve"> </w:t>
      </w:r>
      <w:r w:rsidRPr="003E3418">
        <w:rPr>
          <w:rFonts w:ascii="Sakkal Majalla" w:hAnsi="Sakkal Majalla" w:cs="Sakkal Majalla"/>
          <w:sz w:val="24"/>
          <w:szCs w:val="24"/>
          <w:rtl/>
        </w:rPr>
        <w:t>الفرضيتان</w:t>
      </w:r>
      <w:r w:rsidRPr="003E3418">
        <w:rPr>
          <w:rFonts w:ascii="Sakkal Majalla" w:hAnsi="Sakkal Majalla" w:cs="Sakkal Majalla"/>
          <w:sz w:val="24"/>
        </w:rPr>
        <w:t xml:space="preserve"> </w:t>
      </w:r>
      <w:r w:rsidRPr="003E3418">
        <w:rPr>
          <w:rFonts w:ascii="Sakkal Majalla" w:hAnsi="Sakkal Majalla" w:cs="Sakkal Majalla"/>
          <w:sz w:val="24"/>
          <w:szCs w:val="24"/>
          <w:rtl/>
        </w:rPr>
        <w:t>الثانية</w:t>
      </w:r>
      <w:r w:rsidRPr="003E3418">
        <w:rPr>
          <w:rFonts w:ascii="Sakkal Majalla" w:hAnsi="Sakkal Majalla" w:cs="Sakkal Majalla"/>
          <w:sz w:val="24"/>
        </w:rPr>
        <w:t xml:space="preserve"> </w:t>
      </w:r>
      <w:r w:rsidRPr="003E3418">
        <w:rPr>
          <w:rFonts w:ascii="Sakkal Majalla" w:hAnsi="Sakkal Majalla" w:cs="Sakkal Majalla"/>
          <w:sz w:val="24"/>
          <w:szCs w:val="24"/>
          <w:rtl/>
        </w:rPr>
        <w:t>والثالثة</w:t>
      </w:r>
      <w:r w:rsidRPr="003E3418">
        <w:rPr>
          <w:rFonts w:ascii="Sakkal Majalla" w:hAnsi="Sakkal Majalla" w:cs="Sakkal Majalla"/>
          <w:sz w:val="24"/>
        </w:rPr>
        <w:t>.</w:t>
      </w:r>
    </w:p>
    <w:p w14:paraId="02F444A5"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ج</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نظرية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المؤسسات</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والأداء</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الاقتصادي</w:t>
      </w:r>
      <w:r w:rsidRPr="003E3418">
        <w:rPr>
          <w:rFonts w:ascii="Sakkal Majalla" w:hAnsi="Sakkal Majalla" w:cs="Sakkal Majalla"/>
          <w:b/>
          <w:sz w:val="26"/>
        </w:rPr>
        <w:t xml:space="preserve"> — North (1990)</w:t>
      </w:r>
    </w:p>
    <w:p w14:paraId="6FFA0E15"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وسّع</w:t>
      </w:r>
      <w:r w:rsidRPr="003E3418">
        <w:rPr>
          <w:rFonts w:ascii="Sakkal Majalla" w:hAnsi="Sakkal Majalla" w:cs="Sakkal Majalla"/>
          <w:sz w:val="24"/>
        </w:rPr>
        <w:t xml:space="preserve"> Douglass North </w:t>
      </w:r>
      <w:r w:rsidRPr="003E3418">
        <w:rPr>
          <w:rFonts w:ascii="Sakkal Majalla" w:hAnsi="Sakkal Majalla" w:cs="Sakkal Majalla"/>
          <w:sz w:val="24"/>
          <w:szCs w:val="24"/>
          <w:rtl/>
        </w:rPr>
        <w:t>مفهوم</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المؤسسات</w:t>
      </w:r>
      <w:r w:rsidRPr="003E3418">
        <w:rPr>
          <w:rFonts w:ascii="Sakkal Majalla" w:hAnsi="Sakkal Majalla" w:cs="Sakkal Majalla"/>
          <w:sz w:val="24"/>
        </w:rPr>
        <w:t xml:space="preserve"> </w:t>
      </w:r>
      <w:r w:rsidRPr="003E3418">
        <w:rPr>
          <w:rFonts w:ascii="Sakkal Majalla" w:hAnsi="Sakkal Majalla" w:cs="Sakkal Majalla"/>
          <w:sz w:val="24"/>
          <w:szCs w:val="24"/>
          <w:rtl/>
        </w:rPr>
        <w:t>ليشمل</w:t>
      </w:r>
      <w:r w:rsidRPr="003E3418">
        <w:rPr>
          <w:rFonts w:ascii="Sakkal Majalla" w:hAnsi="Sakkal Majalla" w:cs="Sakkal Majalla"/>
          <w:sz w:val="24"/>
        </w:rPr>
        <w:t xml:space="preserve"> </w:t>
      </w:r>
      <w:r w:rsidRPr="003E3418">
        <w:rPr>
          <w:rFonts w:ascii="Sakkal Majalla" w:hAnsi="Sakkal Majalla" w:cs="Sakkal Majalla"/>
          <w:sz w:val="24"/>
          <w:szCs w:val="24"/>
          <w:rtl/>
        </w:rPr>
        <w:t>ليس</w:t>
      </w:r>
      <w:r w:rsidRPr="003E3418">
        <w:rPr>
          <w:rFonts w:ascii="Sakkal Majalla" w:hAnsi="Sakkal Majalla" w:cs="Sakkal Majalla"/>
          <w:sz w:val="24"/>
        </w:rPr>
        <w:t xml:space="preserve"> </w:t>
      </w:r>
      <w:r w:rsidRPr="003E3418">
        <w:rPr>
          <w:rFonts w:ascii="Sakkal Majalla" w:hAnsi="Sakkal Majalla" w:cs="Sakkal Majalla"/>
          <w:sz w:val="24"/>
          <w:szCs w:val="24"/>
          <w:rtl/>
        </w:rPr>
        <w:t>فقط</w:t>
      </w:r>
      <w:r w:rsidRPr="003E3418">
        <w:rPr>
          <w:rFonts w:ascii="Sakkal Majalla" w:hAnsi="Sakkal Majalla" w:cs="Sakkal Majalla"/>
          <w:sz w:val="24"/>
        </w:rPr>
        <w:t xml:space="preserve"> </w:t>
      </w:r>
      <w:r w:rsidRPr="003E3418">
        <w:rPr>
          <w:rFonts w:ascii="Sakkal Majalla" w:hAnsi="Sakkal Majalla" w:cs="Sakkal Majalla"/>
          <w:sz w:val="24"/>
          <w:szCs w:val="24"/>
          <w:rtl/>
        </w:rPr>
        <w:t>الهياكل</w:t>
      </w:r>
      <w:r w:rsidRPr="003E3418">
        <w:rPr>
          <w:rFonts w:ascii="Sakkal Majalla" w:hAnsi="Sakkal Majalla" w:cs="Sakkal Majalla"/>
          <w:sz w:val="24"/>
        </w:rPr>
        <w:t xml:space="preserve"> </w:t>
      </w:r>
      <w:r w:rsidRPr="003E3418">
        <w:rPr>
          <w:rFonts w:ascii="Sakkal Majalla" w:hAnsi="Sakkal Majalla" w:cs="Sakkal Majalla"/>
          <w:sz w:val="24"/>
          <w:szCs w:val="24"/>
          <w:rtl/>
        </w:rPr>
        <w:t>الرسمية</w:t>
      </w:r>
      <w:r w:rsidRPr="003E3418">
        <w:rPr>
          <w:rFonts w:ascii="Sakkal Majalla" w:hAnsi="Sakkal Majalla" w:cs="Sakkal Majalla"/>
          <w:sz w:val="24"/>
        </w:rPr>
        <w:t xml:space="preserve"> </w:t>
      </w:r>
      <w:r w:rsidRPr="003E3418">
        <w:rPr>
          <w:rFonts w:ascii="Sakkal Majalla" w:hAnsi="Sakkal Majalla" w:cs="Sakkal Majalla"/>
          <w:sz w:val="24"/>
          <w:szCs w:val="24"/>
          <w:rtl/>
        </w:rPr>
        <w:t>كالقوانين</w:t>
      </w:r>
      <w:r w:rsidRPr="003E3418">
        <w:rPr>
          <w:rFonts w:ascii="Sakkal Majalla" w:hAnsi="Sakkal Majalla" w:cs="Sakkal Majalla"/>
          <w:sz w:val="24"/>
        </w:rPr>
        <w:t xml:space="preserve"> </w:t>
      </w:r>
      <w:r w:rsidRPr="003E3418">
        <w:rPr>
          <w:rFonts w:ascii="Sakkal Majalla" w:hAnsi="Sakkal Majalla" w:cs="Sakkal Majalla"/>
          <w:sz w:val="24"/>
          <w:szCs w:val="24"/>
          <w:rtl/>
        </w:rPr>
        <w:t>والعقود</w:t>
      </w:r>
      <w:r w:rsidRPr="003E3418">
        <w:rPr>
          <w:rFonts w:ascii="Sakkal Majalla" w:hAnsi="Sakkal Majalla" w:cs="Sakkal Majalla"/>
          <w:sz w:val="24"/>
        </w:rPr>
        <w:t xml:space="preserve"> </w:t>
      </w:r>
      <w:r w:rsidRPr="003E3418">
        <w:rPr>
          <w:rFonts w:ascii="Sakkal Majalla" w:hAnsi="Sakkal Majalla" w:cs="Sakkal Majalla"/>
          <w:sz w:val="24"/>
          <w:szCs w:val="24"/>
          <w:rtl/>
        </w:rPr>
        <w:t>والمحاكم،</w:t>
      </w:r>
      <w:r w:rsidRPr="003E3418">
        <w:rPr>
          <w:rFonts w:ascii="Sakkal Majalla" w:hAnsi="Sakkal Majalla" w:cs="Sakkal Majalla"/>
          <w:sz w:val="24"/>
        </w:rPr>
        <w:t xml:space="preserve"> </w:t>
      </w:r>
      <w:r w:rsidRPr="003E3418">
        <w:rPr>
          <w:rFonts w:ascii="Sakkal Majalla" w:hAnsi="Sakkal Majalla" w:cs="Sakkal Majalla"/>
          <w:sz w:val="24"/>
          <w:szCs w:val="24"/>
          <w:rtl/>
        </w:rPr>
        <w:t>بل</w:t>
      </w:r>
      <w:r w:rsidRPr="003E3418">
        <w:rPr>
          <w:rFonts w:ascii="Sakkal Majalla" w:hAnsi="Sakkal Majalla" w:cs="Sakkal Majalla"/>
          <w:sz w:val="24"/>
        </w:rPr>
        <w:t xml:space="preserve"> </w:t>
      </w:r>
      <w:r w:rsidRPr="003E3418">
        <w:rPr>
          <w:rFonts w:ascii="Sakkal Majalla" w:hAnsi="Sakkal Majalla" w:cs="Sakkal Majalla"/>
          <w:sz w:val="24"/>
          <w:szCs w:val="24"/>
          <w:rtl/>
        </w:rPr>
        <w:t>أيضاً</w:t>
      </w:r>
      <w:r w:rsidRPr="003E3418">
        <w:rPr>
          <w:rFonts w:ascii="Sakkal Majalla" w:hAnsi="Sakkal Majalla" w:cs="Sakkal Majalla"/>
          <w:sz w:val="24"/>
        </w:rPr>
        <w:t xml:space="preserve"> </w:t>
      </w:r>
      <w:r w:rsidRPr="003E3418">
        <w:rPr>
          <w:rFonts w:ascii="Sakkal Majalla" w:hAnsi="Sakkal Majalla" w:cs="Sakkal Majalla"/>
          <w:sz w:val="24"/>
          <w:szCs w:val="24"/>
          <w:rtl/>
        </w:rPr>
        <w:t>الأعراف</w:t>
      </w:r>
      <w:r w:rsidRPr="003E3418">
        <w:rPr>
          <w:rFonts w:ascii="Sakkal Majalla" w:hAnsi="Sakkal Majalla" w:cs="Sakkal Majalla"/>
          <w:sz w:val="24"/>
        </w:rPr>
        <w:t xml:space="preserve"> </w:t>
      </w:r>
      <w:r w:rsidRPr="003E3418">
        <w:rPr>
          <w:rFonts w:ascii="Sakkal Majalla" w:hAnsi="Sakkal Majalla" w:cs="Sakkal Majalla"/>
          <w:sz w:val="24"/>
          <w:szCs w:val="24"/>
          <w:rtl/>
        </w:rPr>
        <w:t>غير</w:t>
      </w:r>
      <w:r w:rsidRPr="003E3418">
        <w:rPr>
          <w:rFonts w:ascii="Sakkal Majalla" w:hAnsi="Sakkal Majalla" w:cs="Sakkal Majalla"/>
          <w:sz w:val="24"/>
        </w:rPr>
        <w:t xml:space="preserve"> </w:t>
      </w:r>
      <w:r w:rsidRPr="003E3418">
        <w:rPr>
          <w:rFonts w:ascii="Sakkal Majalla" w:hAnsi="Sakkal Majalla" w:cs="Sakkal Majalla"/>
          <w:sz w:val="24"/>
          <w:szCs w:val="24"/>
          <w:rtl/>
        </w:rPr>
        <w:t>الرسمية</w:t>
      </w:r>
      <w:r w:rsidRPr="003E3418">
        <w:rPr>
          <w:rFonts w:ascii="Sakkal Majalla" w:hAnsi="Sakkal Majalla" w:cs="Sakkal Majalla"/>
          <w:sz w:val="24"/>
        </w:rPr>
        <w:t xml:space="preserve"> </w:t>
      </w:r>
      <w:r w:rsidRPr="003E3418">
        <w:rPr>
          <w:rFonts w:ascii="Sakkal Majalla" w:hAnsi="Sakkal Majalla" w:cs="Sakkal Majalla"/>
          <w:sz w:val="24"/>
          <w:szCs w:val="24"/>
          <w:rtl/>
        </w:rPr>
        <w:t>والقيم</w:t>
      </w:r>
      <w:r w:rsidRPr="003E3418">
        <w:rPr>
          <w:rFonts w:ascii="Sakkal Majalla" w:hAnsi="Sakkal Majalla" w:cs="Sakkal Majalla"/>
          <w:sz w:val="24"/>
        </w:rPr>
        <w:t xml:space="preserve"> </w:t>
      </w:r>
      <w:r w:rsidRPr="003E3418">
        <w:rPr>
          <w:rFonts w:ascii="Sakkal Majalla" w:hAnsi="Sakkal Majalla" w:cs="Sakkal Majalla"/>
          <w:sz w:val="24"/>
          <w:szCs w:val="24"/>
          <w:rtl/>
        </w:rPr>
        <w:t>الثقافية</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تُشكّل</w:t>
      </w:r>
      <w:r w:rsidRPr="003E3418">
        <w:rPr>
          <w:rFonts w:ascii="Sakkal Majalla" w:hAnsi="Sakkal Majalla" w:cs="Sakkal Majalla"/>
          <w:sz w:val="24"/>
        </w:rPr>
        <w:t xml:space="preserve"> «</w:t>
      </w:r>
      <w:r w:rsidRPr="003E3418">
        <w:rPr>
          <w:rFonts w:ascii="Sakkal Majalla" w:hAnsi="Sakkal Majalla" w:cs="Sakkal Majalla"/>
          <w:sz w:val="24"/>
          <w:szCs w:val="24"/>
          <w:rtl/>
        </w:rPr>
        <w:t>قواعد</w:t>
      </w:r>
      <w:r w:rsidRPr="003E3418">
        <w:rPr>
          <w:rFonts w:ascii="Sakkal Majalla" w:hAnsi="Sakkal Majalla" w:cs="Sakkal Majalla"/>
          <w:sz w:val="24"/>
        </w:rPr>
        <w:t xml:space="preserve"> </w:t>
      </w:r>
      <w:r w:rsidRPr="003E3418">
        <w:rPr>
          <w:rFonts w:ascii="Sakkal Majalla" w:hAnsi="Sakkal Majalla" w:cs="Sakkal Majalla"/>
          <w:sz w:val="24"/>
          <w:szCs w:val="24"/>
          <w:rtl/>
        </w:rPr>
        <w:t>اللعبة</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تحدد</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نهاية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المطاف</w:t>
      </w:r>
      <w:r w:rsidRPr="003E3418">
        <w:rPr>
          <w:rFonts w:ascii="Sakkal Majalla" w:hAnsi="Sakkal Majalla" w:cs="Sakkal Majalla"/>
          <w:sz w:val="24"/>
        </w:rPr>
        <w:t xml:space="preserve"> </w:t>
      </w:r>
      <w:r w:rsidRPr="003E3418">
        <w:rPr>
          <w:rFonts w:ascii="Sakkal Majalla" w:hAnsi="Sakkal Majalla" w:cs="Sakkal Majalla"/>
          <w:sz w:val="24"/>
          <w:szCs w:val="24"/>
          <w:rtl/>
        </w:rPr>
        <w:t>ما</w:t>
      </w:r>
      <w:r w:rsidRPr="003E3418">
        <w:rPr>
          <w:rFonts w:ascii="Sakkal Majalla" w:hAnsi="Sakkal Majalla" w:cs="Sakkal Majalla"/>
          <w:sz w:val="24"/>
        </w:rPr>
        <w:t xml:space="preserve"> </w:t>
      </w:r>
      <w:r w:rsidRPr="003E3418">
        <w:rPr>
          <w:rFonts w:ascii="Sakkal Majalla" w:hAnsi="Sakkal Majalla" w:cs="Sakkal Majalla"/>
          <w:sz w:val="24"/>
          <w:szCs w:val="24"/>
          <w:rtl/>
        </w:rPr>
        <w:t>يستحق</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والجهد</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مجتمع</w:t>
      </w:r>
      <w:r w:rsidRPr="003E3418">
        <w:rPr>
          <w:rFonts w:ascii="Sakkal Majalla" w:hAnsi="Sakkal Majalla" w:cs="Sakkal Majalla"/>
          <w:sz w:val="24"/>
        </w:rPr>
        <w:t xml:space="preserve"> </w:t>
      </w:r>
      <w:r w:rsidRPr="003E3418">
        <w:rPr>
          <w:rFonts w:ascii="Sakkal Majalla" w:hAnsi="Sakkal Majalla" w:cs="Sakkal Majalla"/>
          <w:sz w:val="24"/>
          <w:szCs w:val="24"/>
          <w:rtl/>
        </w:rPr>
        <w:t>ما</w:t>
      </w:r>
      <w:r w:rsidRPr="003E3418">
        <w:rPr>
          <w:rFonts w:ascii="Sakkal Majalla" w:hAnsi="Sakkal Majalla" w:cs="Sakkal Majalla"/>
          <w:sz w:val="24"/>
        </w:rPr>
        <w:t xml:space="preserve">. </w:t>
      </w:r>
      <w:r w:rsidRPr="003E3418">
        <w:rPr>
          <w:rFonts w:ascii="Sakkal Majalla" w:hAnsi="Sakkal Majalla" w:cs="Sakkal Majalla"/>
          <w:sz w:val="24"/>
          <w:szCs w:val="24"/>
          <w:rtl/>
        </w:rPr>
        <w:t>حين</w:t>
      </w:r>
      <w:r w:rsidRPr="003E3418">
        <w:rPr>
          <w:rFonts w:ascii="Sakkal Majalla" w:hAnsi="Sakkal Majalla" w:cs="Sakkal Majalla"/>
          <w:sz w:val="24"/>
        </w:rPr>
        <w:t xml:space="preserve"> </w:t>
      </w:r>
      <w:r w:rsidRPr="003E3418">
        <w:rPr>
          <w:rFonts w:ascii="Sakkal Majalla" w:hAnsi="Sakkal Majalla" w:cs="Sakkal Majalla"/>
          <w:sz w:val="24"/>
          <w:szCs w:val="24"/>
          <w:rtl/>
        </w:rPr>
        <w:t>تكون</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القواعد</w:t>
      </w:r>
      <w:r w:rsidRPr="003E3418">
        <w:rPr>
          <w:rFonts w:ascii="Sakkal Majalla" w:hAnsi="Sakkal Majalla" w:cs="Sakkal Majalla"/>
          <w:sz w:val="24"/>
        </w:rPr>
        <w:t xml:space="preserve"> </w:t>
      </w:r>
      <w:r w:rsidRPr="003E3418">
        <w:rPr>
          <w:rFonts w:ascii="Sakkal Majalla" w:hAnsi="Sakkal Majalla" w:cs="Sakkal Majalla"/>
          <w:sz w:val="24"/>
          <w:szCs w:val="24"/>
          <w:rtl/>
        </w:rPr>
        <w:t>محمية</w:t>
      </w:r>
      <w:r w:rsidRPr="003E3418">
        <w:rPr>
          <w:rFonts w:ascii="Sakkal Majalla" w:hAnsi="Sakkal Majalla" w:cs="Sakkal Majalla"/>
          <w:sz w:val="24"/>
        </w:rPr>
        <w:t xml:space="preserve"> </w:t>
      </w:r>
      <w:r w:rsidRPr="003E3418">
        <w:rPr>
          <w:rFonts w:ascii="Sakkal Majalla" w:hAnsi="Sakkal Majalla" w:cs="Sakkal Majalla"/>
          <w:sz w:val="24"/>
          <w:szCs w:val="24"/>
          <w:rtl/>
        </w:rPr>
        <w:t>وقابلة</w:t>
      </w:r>
      <w:r w:rsidRPr="003E3418">
        <w:rPr>
          <w:rFonts w:ascii="Sakkal Majalla" w:hAnsi="Sakkal Majalla" w:cs="Sakkal Majalla"/>
          <w:sz w:val="24"/>
        </w:rPr>
        <w:t xml:space="preserve"> </w:t>
      </w:r>
      <w:r w:rsidRPr="003E3418">
        <w:rPr>
          <w:rFonts w:ascii="Sakkal Majalla" w:hAnsi="Sakkal Majalla" w:cs="Sakkal Majalla"/>
          <w:sz w:val="24"/>
          <w:szCs w:val="24"/>
          <w:rtl/>
        </w:rPr>
        <w:t>للتنفيذ</w:t>
      </w:r>
      <w:r w:rsidRPr="003E3418">
        <w:rPr>
          <w:rFonts w:ascii="Sakkal Majalla" w:hAnsi="Sakkal Majalla" w:cs="Sakkal Majalla"/>
          <w:sz w:val="24"/>
        </w:rPr>
        <w:t xml:space="preserve"> </w:t>
      </w:r>
      <w:r w:rsidRPr="003E3418">
        <w:rPr>
          <w:rFonts w:ascii="Sakkal Majalla" w:hAnsi="Sakkal Majalla" w:cs="Sakkal Majalla"/>
          <w:sz w:val="24"/>
          <w:szCs w:val="24"/>
          <w:rtl/>
        </w:rPr>
        <w:t>بصورة</w:t>
      </w:r>
      <w:r w:rsidRPr="003E3418">
        <w:rPr>
          <w:rFonts w:ascii="Sakkal Majalla" w:hAnsi="Sakkal Majalla" w:cs="Sakkal Majalla"/>
          <w:sz w:val="24"/>
        </w:rPr>
        <w:t xml:space="preserve"> </w:t>
      </w:r>
      <w:r w:rsidRPr="003E3418">
        <w:rPr>
          <w:rFonts w:ascii="Sakkal Majalla" w:hAnsi="Sakkal Majalla" w:cs="Sakkal Majalla"/>
          <w:sz w:val="24"/>
          <w:szCs w:val="24"/>
          <w:rtl/>
        </w:rPr>
        <w:t>عادلة،</w:t>
      </w:r>
      <w:r w:rsidRPr="003E3418">
        <w:rPr>
          <w:rFonts w:ascii="Sakkal Majalla" w:hAnsi="Sakkal Majalla" w:cs="Sakkal Majalla"/>
          <w:sz w:val="24"/>
        </w:rPr>
        <w:t xml:space="preserve"> </w:t>
      </w:r>
      <w:r w:rsidRPr="003E3418">
        <w:rPr>
          <w:rFonts w:ascii="Sakkal Majalla" w:hAnsi="Sakkal Majalla" w:cs="Sakkal Majalla"/>
          <w:sz w:val="24"/>
          <w:szCs w:val="24"/>
          <w:rtl/>
        </w:rPr>
        <w:t>يُحقق</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عوائده</w:t>
      </w:r>
      <w:r w:rsidRPr="003E3418">
        <w:rPr>
          <w:rFonts w:ascii="Sakkal Majalla" w:hAnsi="Sakkal Majalla" w:cs="Sakkal Majalla"/>
          <w:sz w:val="24"/>
        </w:rPr>
        <w:t xml:space="preserve"> </w:t>
      </w:r>
      <w:r w:rsidRPr="003E3418">
        <w:rPr>
          <w:rFonts w:ascii="Sakkal Majalla" w:hAnsi="Sakkal Majalla" w:cs="Sakkal Majalla"/>
          <w:sz w:val="24"/>
          <w:szCs w:val="24"/>
          <w:rtl/>
        </w:rPr>
        <w:t>المتوقعة</w:t>
      </w:r>
      <w:r w:rsidRPr="003E3418">
        <w:rPr>
          <w:rFonts w:ascii="Sakkal Majalla" w:hAnsi="Sakkal Majalla" w:cs="Sakkal Majalla"/>
          <w:sz w:val="24"/>
        </w:rPr>
        <w:t xml:space="preserve"> </w:t>
      </w:r>
      <w:r w:rsidRPr="003E3418">
        <w:rPr>
          <w:rFonts w:ascii="Sakkal Majalla" w:hAnsi="Sakkal Majalla" w:cs="Sakkal Majalla"/>
          <w:sz w:val="24"/>
          <w:szCs w:val="24"/>
          <w:rtl/>
        </w:rPr>
        <w:t>ويزداد</w:t>
      </w:r>
      <w:r w:rsidRPr="003E3418">
        <w:rPr>
          <w:rFonts w:ascii="Sakkal Majalla" w:hAnsi="Sakkal Majalla" w:cs="Sakkal Majalla"/>
          <w:sz w:val="24"/>
        </w:rPr>
        <w:t xml:space="preserve"> </w:t>
      </w:r>
      <w:r w:rsidRPr="003E3418">
        <w:rPr>
          <w:rFonts w:ascii="Sakkal Majalla" w:hAnsi="Sakkal Majalla" w:cs="Sakkal Majalla"/>
          <w:sz w:val="24"/>
          <w:szCs w:val="24"/>
          <w:rtl/>
        </w:rPr>
        <w:t>النشاط</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w:t>
      </w:r>
    </w:p>
    <w:p w14:paraId="66FB38E9"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يُفسد</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القواعد</w:t>
      </w:r>
      <w:r w:rsidRPr="003E3418">
        <w:rPr>
          <w:rFonts w:ascii="Sakkal Majalla" w:hAnsi="Sakkal Majalla" w:cs="Sakkal Majalla"/>
          <w:sz w:val="24"/>
        </w:rPr>
        <w:t xml:space="preserve"> </w:t>
      </w:r>
      <w:r w:rsidRPr="003E3418">
        <w:rPr>
          <w:rFonts w:ascii="Sakkal Majalla" w:hAnsi="Sakkal Majalla" w:cs="Sakkal Majalla"/>
          <w:sz w:val="24"/>
          <w:szCs w:val="24"/>
          <w:rtl/>
        </w:rPr>
        <w:t>بصورة</w:t>
      </w:r>
      <w:r w:rsidRPr="003E3418">
        <w:rPr>
          <w:rFonts w:ascii="Sakkal Majalla" w:hAnsi="Sakkal Majalla" w:cs="Sakkal Majalla"/>
          <w:sz w:val="24"/>
        </w:rPr>
        <w:t xml:space="preserve"> </w:t>
      </w:r>
      <w:r w:rsidRPr="003E3418">
        <w:rPr>
          <w:rFonts w:ascii="Sakkal Majalla" w:hAnsi="Sakkal Majalla" w:cs="Sakkal Majalla"/>
          <w:sz w:val="24"/>
          <w:szCs w:val="24"/>
          <w:rtl/>
        </w:rPr>
        <w:t>منظّمة</w:t>
      </w:r>
      <w:r w:rsidRPr="003E3418">
        <w:rPr>
          <w:rFonts w:ascii="Sakkal Majalla" w:hAnsi="Sakkal Majalla" w:cs="Sakkal Majalla"/>
          <w:sz w:val="24"/>
        </w:rPr>
        <w:t xml:space="preserve"> </w:t>
      </w:r>
      <w:r w:rsidRPr="003E3418">
        <w:rPr>
          <w:rFonts w:ascii="Sakkal Majalla" w:hAnsi="Sakkal Majalla" w:cs="Sakkal Majalla"/>
          <w:sz w:val="24"/>
          <w:szCs w:val="24"/>
          <w:rtl/>
        </w:rPr>
        <w:t>وممنهجة؛</w:t>
      </w:r>
      <w:r w:rsidRPr="003E3418">
        <w:rPr>
          <w:rFonts w:ascii="Sakkal Majalla" w:hAnsi="Sakkal Majalla" w:cs="Sakkal Majalla"/>
          <w:sz w:val="24"/>
        </w:rPr>
        <w:t xml:space="preserve"> </w:t>
      </w:r>
      <w:r w:rsidRPr="003E3418">
        <w:rPr>
          <w:rFonts w:ascii="Sakkal Majalla" w:hAnsi="Sakkal Majalla" w:cs="Sakkal Majalla"/>
          <w:sz w:val="24"/>
          <w:szCs w:val="24"/>
          <w:rtl/>
        </w:rPr>
        <w:t>إذ</w:t>
      </w:r>
      <w:r w:rsidRPr="003E3418">
        <w:rPr>
          <w:rFonts w:ascii="Sakkal Majalla" w:hAnsi="Sakkal Majalla" w:cs="Sakkal Majalla"/>
          <w:sz w:val="24"/>
        </w:rPr>
        <w:t xml:space="preserve"> </w:t>
      </w:r>
      <w:r w:rsidRPr="003E3418">
        <w:rPr>
          <w:rFonts w:ascii="Sakkal Majalla" w:hAnsi="Sakkal Majalla" w:cs="Sakkal Majalla"/>
          <w:sz w:val="24"/>
          <w:szCs w:val="24"/>
          <w:rtl/>
        </w:rPr>
        <w:t>يُستبدَل</w:t>
      </w:r>
      <w:r w:rsidRPr="003E3418">
        <w:rPr>
          <w:rFonts w:ascii="Sakkal Majalla" w:hAnsi="Sakkal Majalla" w:cs="Sakkal Majalla"/>
          <w:sz w:val="24"/>
        </w:rPr>
        <w:t xml:space="preserve"> </w:t>
      </w:r>
      <w:r w:rsidRPr="003E3418">
        <w:rPr>
          <w:rFonts w:ascii="Sakkal Majalla" w:hAnsi="Sakkal Majalla" w:cs="Sakkal Majalla"/>
          <w:sz w:val="24"/>
          <w:szCs w:val="24"/>
          <w:rtl/>
        </w:rPr>
        <w:t>نظام</w:t>
      </w:r>
      <w:r w:rsidRPr="003E3418">
        <w:rPr>
          <w:rFonts w:ascii="Sakkal Majalla" w:hAnsi="Sakkal Majalla" w:cs="Sakkal Majalla"/>
          <w:sz w:val="24"/>
        </w:rPr>
        <w:t xml:space="preserve"> </w:t>
      </w:r>
      <w:r w:rsidRPr="003E3418">
        <w:rPr>
          <w:rFonts w:ascii="Sakkal Majalla" w:hAnsi="Sakkal Majalla" w:cs="Sakkal Majalla"/>
          <w:sz w:val="24"/>
          <w:szCs w:val="24"/>
          <w:rtl/>
        </w:rPr>
        <w:t>الحقوق</w:t>
      </w:r>
      <w:r w:rsidRPr="003E3418">
        <w:rPr>
          <w:rFonts w:ascii="Sakkal Majalla" w:hAnsi="Sakkal Majalla" w:cs="Sakkal Majalla"/>
          <w:sz w:val="24"/>
        </w:rPr>
        <w:t xml:space="preserve"> </w:t>
      </w:r>
      <w:r w:rsidRPr="003E3418">
        <w:rPr>
          <w:rFonts w:ascii="Sakkal Majalla" w:hAnsi="Sakkal Majalla" w:cs="Sakkal Majalla"/>
          <w:sz w:val="24"/>
          <w:szCs w:val="24"/>
          <w:rtl/>
        </w:rPr>
        <w:t>المكفولة</w:t>
      </w:r>
      <w:r w:rsidRPr="003E3418">
        <w:rPr>
          <w:rFonts w:ascii="Sakkal Majalla" w:hAnsi="Sakkal Majalla" w:cs="Sakkal Majalla"/>
          <w:sz w:val="24"/>
        </w:rPr>
        <w:t xml:space="preserve"> </w:t>
      </w:r>
      <w:r w:rsidRPr="003E3418">
        <w:rPr>
          <w:rFonts w:ascii="Sakkal Majalla" w:hAnsi="Sakkal Majalla" w:cs="Sakkal Majalla"/>
          <w:sz w:val="24"/>
          <w:szCs w:val="24"/>
          <w:rtl/>
        </w:rPr>
        <w:t>بشبكة</w:t>
      </w:r>
      <w:r w:rsidRPr="003E3418">
        <w:rPr>
          <w:rFonts w:ascii="Sakkal Majalla" w:hAnsi="Sakkal Majalla" w:cs="Sakkal Majalla"/>
          <w:sz w:val="24"/>
        </w:rPr>
        <w:t xml:space="preserve"> </w:t>
      </w:r>
      <w:r w:rsidRPr="003E3418">
        <w:rPr>
          <w:rFonts w:ascii="Sakkal Majalla" w:hAnsi="Sakkal Majalla" w:cs="Sakkal Majalla"/>
          <w:sz w:val="24"/>
          <w:szCs w:val="24"/>
          <w:rtl/>
        </w:rPr>
        <w:t>موازية</w:t>
      </w:r>
      <w:r w:rsidRPr="003E3418">
        <w:rPr>
          <w:rFonts w:ascii="Sakkal Majalla" w:hAnsi="Sakkal Majalla" w:cs="Sakkal Majalla"/>
          <w:sz w:val="24"/>
        </w:rPr>
        <w:t xml:space="preserve"> </w:t>
      </w:r>
      <w:r w:rsidRPr="003E3418">
        <w:rPr>
          <w:rFonts w:ascii="Sakkal Majalla" w:hAnsi="Sakkal Majalla" w:cs="Sakkal Majalla"/>
          <w:sz w:val="24"/>
          <w:szCs w:val="24"/>
          <w:rtl/>
        </w:rPr>
        <w:t>غير</w:t>
      </w:r>
      <w:r w:rsidRPr="003E3418">
        <w:rPr>
          <w:rFonts w:ascii="Sakkal Majalla" w:hAnsi="Sakkal Majalla" w:cs="Sakkal Majalla"/>
          <w:sz w:val="24"/>
        </w:rPr>
        <w:t xml:space="preserve"> </w:t>
      </w:r>
      <w:r w:rsidRPr="003E3418">
        <w:rPr>
          <w:rFonts w:ascii="Sakkal Majalla" w:hAnsi="Sakkal Majalla" w:cs="Sakkal Majalla"/>
          <w:sz w:val="24"/>
          <w:szCs w:val="24"/>
          <w:rtl/>
        </w:rPr>
        <w:t>رسمية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الرشاوى</w:t>
      </w:r>
      <w:r w:rsidRPr="003E3418">
        <w:rPr>
          <w:rFonts w:ascii="Sakkal Majalla" w:hAnsi="Sakkal Majalla" w:cs="Sakkal Majalla"/>
          <w:sz w:val="24"/>
        </w:rPr>
        <w:t xml:space="preserve"> </w:t>
      </w:r>
      <w:r w:rsidRPr="003E3418">
        <w:rPr>
          <w:rFonts w:ascii="Sakkal Majalla" w:hAnsi="Sakkal Majalla" w:cs="Sakkal Majalla"/>
          <w:sz w:val="24"/>
          <w:szCs w:val="24"/>
          <w:rtl/>
        </w:rPr>
        <w:t>والمحسوبيات،</w:t>
      </w:r>
      <w:r w:rsidRPr="003E3418">
        <w:rPr>
          <w:rFonts w:ascii="Sakkal Majalla" w:hAnsi="Sakkal Majalla" w:cs="Sakkal Majalla"/>
          <w:sz w:val="24"/>
        </w:rPr>
        <w:t xml:space="preserve"> </w:t>
      </w:r>
      <w:r w:rsidRPr="003E3418">
        <w:rPr>
          <w:rFonts w:ascii="Sakkal Majalla" w:hAnsi="Sakkal Majalla" w:cs="Sakkal Majalla"/>
          <w:sz w:val="24"/>
          <w:szCs w:val="24"/>
          <w:rtl/>
        </w:rPr>
        <w:t>مما</w:t>
      </w:r>
      <w:r w:rsidRPr="003E3418">
        <w:rPr>
          <w:rFonts w:ascii="Sakkal Majalla" w:hAnsi="Sakkal Majalla" w:cs="Sakkal Majalla"/>
          <w:sz w:val="24"/>
        </w:rPr>
        <w:t xml:space="preserve"> </w:t>
      </w:r>
      <w:r w:rsidRPr="003E3418">
        <w:rPr>
          <w:rFonts w:ascii="Sakkal Majalla" w:hAnsi="Sakkal Majalla" w:cs="Sakkal Majalla"/>
          <w:sz w:val="24"/>
          <w:szCs w:val="24"/>
          <w:rtl/>
        </w:rPr>
        <w:t>يرفع</w:t>
      </w:r>
      <w:r w:rsidRPr="003E3418">
        <w:rPr>
          <w:rFonts w:ascii="Sakkal Majalla" w:hAnsi="Sakkal Majalla" w:cs="Sakkal Majalla"/>
          <w:sz w:val="24"/>
        </w:rPr>
        <w:t xml:space="preserve"> </w:t>
      </w:r>
      <w:r w:rsidRPr="003E3418">
        <w:rPr>
          <w:rFonts w:ascii="Sakkal Majalla" w:hAnsi="Sakkal Majalla" w:cs="Sakkal Majalla"/>
          <w:sz w:val="24"/>
          <w:szCs w:val="24"/>
          <w:rtl/>
        </w:rPr>
        <w:t>تكاليف</w:t>
      </w:r>
      <w:r w:rsidRPr="003E3418">
        <w:rPr>
          <w:rFonts w:ascii="Sakkal Majalla" w:hAnsi="Sakkal Majalla" w:cs="Sakkal Majalla"/>
          <w:sz w:val="24"/>
        </w:rPr>
        <w:t xml:space="preserve"> </w:t>
      </w:r>
      <w:r w:rsidRPr="003E3418">
        <w:rPr>
          <w:rFonts w:ascii="Sakkal Majalla" w:hAnsi="Sakkal Majalla" w:cs="Sakkal Majalla"/>
          <w:sz w:val="24"/>
          <w:szCs w:val="24"/>
          <w:rtl/>
        </w:rPr>
        <w:t>المعاملات</w:t>
      </w:r>
      <w:r w:rsidRPr="003E3418">
        <w:rPr>
          <w:rFonts w:ascii="Sakkal Majalla" w:hAnsi="Sakkal Majalla" w:cs="Sakkal Majalla"/>
          <w:sz w:val="24"/>
        </w:rPr>
        <w:t xml:space="preserve"> </w:t>
      </w:r>
      <w:r w:rsidRPr="003E3418">
        <w:rPr>
          <w:rFonts w:ascii="Sakkal Majalla" w:hAnsi="Sakkal Majalla" w:cs="Sakkal Majalla"/>
          <w:sz w:val="24"/>
          <w:szCs w:val="24"/>
          <w:rtl/>
        </w:rPr>
        <w:t>ويُضاعف</w:t>
      </w:r>
      <w:r w:rsidRPr="003E3418">
        <w:rPr>
          <w:rFonts w:ascii="Sakkal Majalla" w:hAnsi="Sakkal Majalla" w:cs="Sakkal Majalla"/>
          <w:sz w:val="24"/>
        </w:rPr>
        <w:t xml:space="preserve"> </w:t>
      </w:r>
      <w:r w:rsidRPr="003E3418">
        <w:rPr>
          <w:rFonts w:ascii="Sakkal Majalla" w:hAnsi="Sakkal Majalla" w:cs="Sakkal Majalla"/>
          <w:sz w:val="24"/>
          <w:szCs w:val="24"/>
          <w:rtl/>
        </w:rPr>
        <w:t>الغموض</w:t>
      </w:r>
      <w:r w:rsidRPr="003E3418">
        <w:rPr>
          <w:rFonts w:ascii="Sakkal Majalla" w:hAnsi="Sakkal Majalla" w:cs="Sakkal Majalla"/>
          <w:sz w:val="24"/>
        </w:rPr>
        <w:t xml:space="preserve"> </w:t>
      </w:r>
      <w:r w:rsidRPr="003E3418">
        <w:rPr>
          <w:rFonts w:ascii="Sakkal Majalla" w:hAnsi="Sakkal Majalla" w:cs="Sakkal Majalla"/>
          <w:sz w:val="24"/>
          <w:szCs w:val="24"/>
          <w:rtl/>
        </w:rPr>
        <w:t>والمخاطرة</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يُعاقب</w:t>
      </w:r>
      <w:r w:rsidRPr="003E3418">
        <w:rPr>
          <w:rFonts w:ascii="Sakkal Majalla" w:hAnsi="Sakkal Majalla" w:cs="Sakkal Majalla"/>
          <w:sz w:val="24"/>
        </w:rPr>
        <w:t xml:space="preserve"> </w:t>
      </w:r>
      <w:r w:rsidRPr="003E3418">
        <w:rPr>
          <w:rFonts w:ascii="Sakkal Majalla" w:hAnsi="Sakkal Majalla" w:cs="Sakkal Majalla"/>
          <w:sz w:val="24"/>
          <w:szCs w:val="24"/>
          <w:rtl/>
        </w:rPr>
        <w:t>عليهما</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ويُكافئ</w:t>
      </w:r>
      <w:r w:rsidRPr="003E3418">
        <w:rPr>
          <w:rFonts w:ascii="Sakkal Majalla" w:hAnsi="Sakkal Majalla" w:cs="Sakkal Majalla"/>
          <w:sz w:val="24"/>
        </w:rPr>
        <w:t xml:space="preserve"> </w:t>
      </w:r>
      <w:r w:rsidRPr="003E3418">
        <w:rPr>
          <w:rFonts w:ascii="Sakkal Majalla" w:hAnsi="Sakkal Majalla" w:cs="Sakkal Majalla"/>
          <w:sz w:val="24"/>
          <w:szCs w:val="24"/>
          <w:rtl/>
        </w:rPr>
        <w:t>الانتهازية</w:t>
      </w:r>
      <w:r w:rsidRPr="003E3418">
        <w:rPr>
          <w:rFonts w:ascii="Sakkal Majalla" w:hAnsi="Sakkal Majalla" w:cs="Sakkal Majalla"/>
          <w:sz w:val="24"/>
        </w:rPr>
        <w:t xml:space="preserve">. </w:t>
      </w:r>
      <w:r w:rsidRPr="003E3418">
        <w:rPr>
          <w:rFonts w:ascii="Sakkal Majalla" w:hAnsi="Sakkal Majalla" w:cs="Sakkal Majalla"/>
          <w:sz w:val="24"/>
          <w:szCs w:val="24"/>
          <w:rtl/>
        </w:rPr>
        <w:t>ويُفسّر</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الإطار</w:t>
      </w:r>
      <w:r w:rsidRPr="003E3418">
        <w:rPr>
          <w:rFonts w:ascii="Sakkal Majalla" w:hAnsi="Sakkal Majalla" w:cs="Sakkal Majalla"/>
          <w:sz w:val="24"/>
        </w:rPr>
        <w:t xml:space="preserve"> </w:t>
      </w:r>
      <w:r w:rsidRPr="003E3418">
        <w:rPr>
          <w:rFonts w:ascii="Sakkal Majalla" w:hAnsi="Sakkal Majalla" w:cs="Sakkal Majalla"/>
          <w:sz w:val="24"/>
          <w:szCs w:val="24"/>
          <w:rtl/>
        </w:rPr>
        <w:t>النظري</w:t>
      </w:r>
      <w:r w:rsidRPr="003E3418">
        <w:rPr>
          <w:rFonts w:ascii="Sakkal Majalla" w:hAnsi="Sakkal Majalla" w:cs="Sakkal Majalla"/>
          <w:sz w:val="24"/>
        </w:rPr>
        <w:t xml:space="preserve"> </w:t>
      </w:r>
      <w:r w:rsidRPr="003E3418">
        <w:rPr>
          <w:rFonts w:ascii="Sakkal Majalla" w:hAnsi="Sakkal Majalla" w:cs="Sakkal Majalla"/>
          <w:sz w:val="24"/>
          <w:szCs w:val="24"/>
          <w:rtl/>
        </w:rPr>
        <w:t>لماذا</w:t>
      </w:r>
      <w:r w:rsidRPr="003E3418">
        <w:rPr>
          <w:rFonts w:ascii="Sakkal Majalla" w:hAnsi="Sakkal Majalla" w:cs="Sakkal Majalla"/>
          <w:sz w:val="24"/>
        </w:rPr>
        <w:t xml:space="preserve"> </w:t>
      </w:r>
      <w:r w:rsidRPr="003E3418">
        <w:rPr>
          <w:rFonts w:ascii="Sakkal Majalla" w:hAnsi="Sakkal Majalla" w:cs="Sakkal Majalla"/>
          <w:sz w:val="24"/>
          <w:szCs w:val="24"/>
          <w:rtl/>
        </w:rPr>
        <w:t>يكون</w:t>
      </w:r>
      <w:r w:rsidRPr="003E3418">
        <w:rPr>
          <w:rFonts w:ascii="Sakkal Majalla" w:hAnsi="Sakkal Majalla" w:cs="Sakkal Majalla"/>
          <w:sz w:val="24"/>
        </w:rPr>
        <w:t xml:space="preserve"> </w:t>
      </w:r>
      <w:r w:rsidRPr="003E3418">
        <w:rPr>
          <w:rFonts w:ascii="Sakkal Majalla" w:hAnsi="Sakkal Majalla" w:cs="Sakkal Majalla"/>
          <w:sz w:val="24"/>
          <w:szCs w:val="24"/>
          <w:rtl/>
        </w:rPr>
        <w:t>ضرر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أعمق</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ذات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الهشة</w:t>
      </w:r>
      <w:r w:rsidRPr="003E3418">
        <w:rPr>
          <w:rFonts w:ascii="Sakkal Majalla" w:hAnsi="Sakkal Majalla" w:cs="Sakkal Majalla"/>
          <w:sz w:val="24"/>
        </w:rPr>
        <w:t xml:space="preserve"> </w:t>
      </w:r>
      <w:r w:rsidRPr="003E3418">
        <w:rPr>
          <w:rFonts w:ascii="Sakkal Majalla" w:hAnsi="Sakkal Majalla" w:cs="Sakkal Majalla"/>
          <w:sz w:val="24"/>
          <w:szCs w:val="24"/>
          <w:rtl/>
        </w:rPr>
        <w:t>ابتداءً</w:t>
      </w:r>
      <w:r w:rsidRPr="003E3418">
        <w:rPr>
          <w:rFonts w:ascii="Sakkal Majalla" w:hAnsi="Sakkal Majalla" w:cs="Sakkal Majalla"/>
          <w:sz w:val="24"/>
        </w:rPr>
        <w:t xml:space="preserve"> </w:t>
      </w:r>
      <w:r w:rsidRPr="003E3418">
        <w:rPr>
          <w:rFonts w:ascii="Sakkal Majalla" w:hAnsi="Sakkal Majalla" w:cs="Sakkal Majalla"/>
          <w:sz w:val="24"/>
          <w:szCs w:val="24"/>
          <w:rtl/>
        </w:rPr>
        <w:t>مقارنةً</w:t>
      </w:r>
      <w:r w:rsidRPr="003E3418">
        <w:rPr>
          <w:rFonts w:ascii="Sakkal Majalla" w:hAnsi="Sakkal Majalla" w:cs="Sakkal Majalla"/>
          <w:sz w:val="24"/>
        </w:rPr>
        <w:t xml:space="preserve"> </w:t>
      </w:r>
      <w:r w:rsidRPr="003E3418">
        <w:rPr>
          <w:rFonts w:ascii="Sakkal Majalla" w:hAnsi="Sakkal Majalla" w:cs="Sakkal Majalla"/>
          <w:sz w:val="24"/>
          <w:szCs w:val="24"/>
          <w:rtl/>
        </w:rPr>
        <w:t>بتلك</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تتمتع</w:t>
      </w:r>
      <w:r w:rsidRPr="003E3418">
        <w:rPr>
          <w:rFonts w:ascii="Sakkal Majalla" w:hAnsi="Sakkal Majalla" w:cs="Sakkal Majalla"/>
          <w:sz w:val="24"/>
        </w:rPr>
        <w:t xml:space="preserve"> </w:t>
      </w:r>
      <w:r w:rsidRPr="003E3418">
        <w:rPr>
          <w:rFonts w:ascii="Sakkal Majalla" w:hAnsi="Sakkal Majalla" w:cs="Sakkal Majalla"/>
          <w:sz w:val="24"/>
          <w:szCs w:val="24"/>
          <w:rtl/>
        </w:rPr>
        <w:t>بضوابط</w:t>
      </w:r>
      <w:r w:rsidRPr="003E3418">
        <w:rPr>
          <w:rFonts w:ascii="Sakkal Majalla" w:hAnsi="Sakkal Majalla" w:cs="Sakkal Majalla"/>
          <w:sz w:val="24"/>
        </w:rPr>
        <w:t xml:space="preserve"> </w:t>
      </w:r>
      <w:r w:rsidRPr="003E3418">
        <w:rPr>
          <w:rFonts w:ascii="Sakkal Majalla" w:hAnsi="Sakkal Majalla" w:cs="Sakkal Majalla"/>
          <w:sz w:val="24"/>
          <w:szCs w:val="24"/>
          <w:rtl/>
        </w:rPr>
        <w:t>مؤسسية</w:t>
      </w:r>
      <w:r w:rsidRPr="003E3418">
        <w:rPr>
          <w:rFonts w:ascii="Sakkal Majalla" w:hAnsi="Sakkal Majalla" w:cs="Sakkal Majalla"/>
          <w:sz w:val="24"/>
        </w:rPr>
        <w:t xml:space="preserve"> </w:t>
      </w:r>
      <w:r w:rsidRPr="003E3418">
        <w:rPr>
          <w:rFonts w:ascii="Sakkal Majalla" w:hAnsi="Sakkal Majalla" w:cs="Sakkal Majalla"/>
          <w:sz w:val="24"/>
          <w:szCs w:val="24"/>
          <w:rtl/>
        </w:rPr>
        <w:t>فاعلة،</w:t>
      </w:r>
      <w:r w:rsidRPr="003E3418">
        <w:rPr>
          <w:rFonts w:ascii="Sakkal Majalla" w:hAnsi="Sakkal Majalla" w:cs="Sakkal Majalla"/>
          <w:sz w:val="24"/>
        </w:rPr>
        <w:t xml:space="preserve"> </w:t>
      </w:r>
      <w:r w:rsidRPr="003E3418">
        <w:rPr>
          <w:rFonts w:ascii="Sakkal Majalla" w:hAnsi="Sakkal Majalla" w:cs="Sakkal Majalla"/>
          <w:sz w:val="24"/>
          <w:szCs w:val="24"/>
          <w:rtl/>
        </w:rPr>
        <w:t>وهو</w:t>
      </w:r>
      <w:r w:rsidRPr="003E3418">
        <w:rPr>
          <w:rFonts w:ascii="Sakkal Majalla" w:hAnsi="Sakkal Majalla" w:cs="Sakkal Majalla"/>
          <w:sz w:val="24"/>
        </w:rPr>
        <w:t xml:space="preserve"> </w:t>
      </w:r>
      <w:r w:rsidRPr="003E3418">
        <w:rPr>
          <w:rFonts w:ascii="Sakkal Majalla" w:hAnsi="Sakkal Majalla" w:cs="Sakkal Majalla"/>
          <w:sz w:val="24"/>
          <w:szCs w:val="24"/>
          <w:rtl/>
        </w:rPr>
        <w:t>ما</w:t>
      </w:r>
      <w:r w:rsidRPr="003E3418">
        <w:rPr>
          <w:rFonts w:ascii="Sakkal Majalla" w:hAnsi="Sakkal Majalla" w:cs="Sakkal Majalla"/>
          <w:sz w:val="24"/>
        </w:rPr>
        <w:t xml:space="preserve"> </w:t>
      </w:r>
      <w:r w:rsidRPr="003E3418">
        <w:rPr>
          <w:rFonts w:ascii="Sakkal Majalla" w:hAnsi="Sakkal Majalla" w:cs="Sakkal Majalla"/>
          <w:sz w:val="24"/>
          <w:szCs w:val="24"/>
          <w:rtl/>
        </w:rPr>
        <w:t>تختبره</w:t>
      </w:r>
      <w:r w:rsidRPr="003E3418">
        <w:rPr>
          <w:rFonts w:ascii="Sakkal Majalla" w:hAnsi="Sakkal Majalla" w:cs="Sakkal Majalla"/>
          <w:sz w:val="24"/>
        </w:rPr>
        <w:t xml:space="preserve"> </w:t>
      </w:r>
      <w:r w:rsidRPr="003E3418">
        <w:rPr>
          <w:rFonts w:ascii="Sakkal Majalla" w:hAnsi="Sakkal Majalla" w:cs="Sakkal Majalla"/>
          <w:sz w:val="24"/>
          <w:szCs w:val="24"/>
          <w:rtl/>
        </w:rPr>
        <w:t>الفرضية</w:t>
      </w:r>
      <w:r w:rsidRPr="003E3418">
        <w:rPr>
          <w:rFonts w:ascii="Sakkal Majalla" w:hAnsi="Sakkal Majalla" w:cs="Sakkal Majalla"/>
          <w:sz w:val="24"/>
        </w:rPr>
        <w:t xml:space="preserve"> </w:t>
      </w:r>
      <w:r w:rsidRPr="003E3418">
        <w:rPr>
          <w:rFonts w:ascii="Sakkal Majalla" w:hAnsi="Sakkal Majalla" w:cs="Sakkal Majalla"/>
          <w:sz w:val="24"/>
          <w:szCs w:val="24"/>
          <w:rtl/>
        </w:rPr>
        <w:t>الرابعة</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مباشرةً</w:t>
      </w:r>
      <w:r w:rsidRPr="003E3418">
        <w:rPr>
          <w:rFonts w:ascii="Sakkal Majalla" w:hAnsi="Sakkal Majalla" w:cs="Sakkal Majalla"/>
          <w:sz w:val="24"/>
        </w:rPr>
        <w:t>.</w:t>
      </w:r>
    </w:p>
    <w:p w14:paraId="4EC3282C"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د</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نظرية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الحوكمة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والتنمية</w:t>
      </w:r>
      <w:r w:rsidRPr="003E3418">
        <w:rPr>
          <w:rFonts w:ascii="Sakkal Majalla" w:hAnsi="Sakkal Majalla" w:cs="Sakkal Majalla"/>
          <w:b/>
          <w:sz w:val="26"/>
        </w:rPr>
        <w:t xml:space="preserve"> — Kaufmann &amp; Kraay (2002)</w:t>
      </w:r>
    </w:p>
    <w:p w14:paraId="2FE8FE8C"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يُقدّم</w:t>
      </w:r>
      <w:r w:rsidRPr="003E3418">
        <w:rPr>
          <w:rFonts w:ascii="Sakkal Majalla" w:hAnsi="Sakkal Majalla" w:cs="Sakkal Majalla"/>
          <w:sz w:val="24"/>
        </w:rPr>
        <w:t xml:space="preserve"> Kaufmann &amp; Kraay (2002)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دراستهم</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المعتمَدة</w:t>
      </w:r>
      <w:r w:rsidRPr="003E3418">
        <w:rPr>
          <w:rFonts w:ascii="Sakkal Majalla" w:hAnsi="Sakkal Majalla" w:cs="Sakkal Majalla"/>
          <w:sz w:val="24"/>
        </w:rPr>
        <w:t xml:space="preserve"> «Growth without Governance» </w:t>
      </w:r>
      <w:r w:rsidRPr="003E3418">
        <w:rPr>
          <w:rFonts w:ascii="Sakkal Majalla" w:hAnsi="Sakkal Majalla" w:cs="Sakkal Majalla"/>
          <w:sz w:val="24"/>
          <w:szCs w:val="24"/>
          <w:rtl/>
        </w:rPr>
        <w:t>أدلةً</w:t>
      </w:r>
      <w:r w:rsidRPr="003E3418">
        <w:rPr>
          <w:rFonts w:ascii="Sakkal Majalla" w:hAnsi="Sakkal Majalla" w:cs="Sakkal Majalla"/>
          <w:sz w:val="24"/>
        </w:rPr>
        <w:t xml:space="preserve"> </w:t>
      </w:r>
      <w:r w:rsidRPr="003E3418">
        <w:rPr>
          <w:rFonts w:ascii="Sakkal Majalla" w:hAnsi="Sakkal Majalla" w:cs="Sakkal Majalla"/>
          <w:sz w:val="24"/>
          <w:szCs w:val="24"/>
          <w:rtl/>
        </w:rPr>
        <w:t>تجريبية</w:t>
      </w:r>
      <w:r w:rsidRPr="003E3418">
        <w:rPr>
          <w:rFonts w:ascii="Sakkal Majalla" w:hAnsi="Sakkal Majalla" w:cs="Sakkal Majalla"/>
          <w:sz w:val="24"/>
        </w:rPr>
        <w:t xml:space="preserve"> </w:t>
      </w:r>
      <w:r w:rsidRPr="003E3418">
        <w:rPr>
          <w:rFonts w:ascii="Sakkal Majalla" w:hAnsi="Sakkal Majalla" w:cs="Sakkal Majalla"/>
          <w:sz w:val="24"/>
          <w:szCs w:val="24"/>
          <w:rtl/>
        </w:rPr>
        <w:t>تعارض</w:t>
      </w:r>
      <w:r w:rsidRPr="003E3418">
        <w:rPr>
          <w:rFonts w:ascii="Sakkal Majalla" w:hAnsi="Sakkal Majalla" w:cs="Sakkal Majalla"/>
          <w:sz w:val="24"/>
        </w:rPr>
        <w:t xml:space="preserve"> </w:t>
      </w:r>
      <w:r w:rsidRPr="003E3418">
        <w:rPr>
          <w:rFonts w:ascii="Sakkal Majalla" w:hAnsi="Sakkal Majalla" w:cs="Sakkal Majalla"/>
          <w:sz w:val="24"/>
          <w:szCs w:val="24"/>
          <w:rtl/>
        </w:rPr>
        <w:t>الحكمة</w:t>
      </w:r>
      <w:r w:rsidRPr="003E3418">
        <w:rPr>
          <w:rFonts w:ascii="Sakkal Majalla" w:hAnsi="Sakkal Majalla" w:cs="Sakkal Majalla"/>
          <w:sz w:val="24"/>
        </w:rPr>
        <w:t xml:space="preserve"> </w:t>
      </w:r>
      <w:r w:rsidRPr="003E3418">
        <w:rPr>
          <w:rFonts w:ascii="Sakkal Majalla" w:hAnsi="Sakkal Majalla" w:cs="Sakkal Majalla"/>
          <w:sz w:val="24"/>
          <w:szCs w:val="24"/>
          <w:rtl/>
        </w:rPr>
        <w:t>السائدة</w:t>
      </w:r>
      <w:r w:rsidRPr="003E3418">
        <w:rPr>
          <w:rFonts w:ascii="Sakkal Majalla" w:hAnsi="Sakkal Majalla" w:cs="Sakkal Majalla"/>
          <w:sz w:val="24"/>
        </w:rPr>
        <w:t xml:space="preserve"> </w:t>
      </w:r>
      <w:r w:rsidRPr="003E3418">
        <w:rPr>
          <w:rFonts w:ascii="Sakkal Majalla" w:hAnsi="Sakkal Majalla" w:cs="Sakkal Majalla"/>
          <w:sz w:val="24"/>
          <w:szCs w:val="24"/>
          <w:rtl/>
        </w:rPr>
        <w:t>القائلة</w:t>
      </w:r>
      <w:r w:rsidRPr="003E3418">
        <w:rPr>
          <w:rFonts w:ascii="Sakkal Majalla" w:hAnsi="Sakkal Majalla" w:cs="Sakkal Majalla"/>
          <w:sz w:val="24"/>
        </w:rPr>
        <w:t xml:space="preserve"> </w:t>
      </w:r>
      <w:r w:rsidRPr="003E3418">
        <w:rPr>
          <w:rFonts w:ascii="Sakkal Majalla" w:hAnsi="Sakkal Majalla" w:cs="Sakkal Majalla"/>
          <w:sz w:val="24"/>
          <w:szCs w:val="24"/>
          <w:rtl/>
        </w:rPr>
        <w:t>بأن</w:t>
      </w:r>
      <w:r w:rsidRPr="003E3418">
        <w:rPr>
          <w:rFonts w:ascii="Sakkal Majalla" w:hAnsi="Sakkal Majalla" w:cs="Sakkal Majalla"/>
          <w:sz w:val="24"/>
        </w:rPr>
        <w:t xml:space="preserve"> </w:t>
      </w:r>
      <w:r w:rsidRPr="003E3418">
        <w:rPr>
          <w:rFonts w:ascii="Sakkal Majalla" w:hAnsi="Sakkal Majalla" w:cs="Sakkal Majalla"/>
          <w:sz w:val="24"/>
          <w:szCs w:val="24"/>
          <w:rtl/>
        </w:rPr>
        <w:t>التنمية</w:t>
      </w:r>
      <w:r w:rsidRPr="003E3418">
        <w:rPr>
          <w:rFonts w:ascii="Sakkal Majalla" w:hAnsi="Sakkal Majalla" w:cs="Sakkal Majalla"/>
          <w:sz w:val="24"/>
        </w:rPr>
        <w:t xml:space="preserve"> </w:t>
      </w:r>
      <w:r w:rsidRPr="003E3418">
        <w:rPr>
          <w:rFonts w:ascii="Sakkal Majalla" w:hAnsi="Sakkal Majalla" w:cs="Sakkal Majalla"/>
          <w:sz w:val="24"/>
          <w:szCs w:val="24"/>
          <w:rtl/>
        </w:rPr>
        <w:t>تأتي</w:t>
      </w:r>
      <w:r w:rsidRPr="003E3418">
        <w:rPr>
          <w:rFonts w:ascii="Sakkal Majalla" w:hAnsi="Sakkal Majalla" w:cs="Sakkal Majalla"/>
          <w:sz w:val="24"/>
        </w:rPr>
        <w:t xml:space="preserve"> </w:t>
      </w:r>
      <w:r w:rsidRPr="003E3418">
        <w:rPr>
          <w:rFonts w:ascii="Sakkal Majalla" w:hAnsi="Sakkal Majalla" w:cs="Sakkal Majalla"/>
          <w:sz w:val="24"/>
          <w:szCs w:val="24"/>
          <w:rtl/>
        </w:rPr>
        <w:t>أولاً</w:t>
      </w:r>
      <w:r w:rsidRPr="003E3418">
        <w:rPr>
          <w:rFonts w:ascii="Sakkal Majalla" w:hAnsi="Sakkal Majalla" w:cs="Sakkal Majalla"/>
          <w:sz w:val="24"/>
        </w:rPr>
        <w:t xml:space="preserve"> </w:t>
      </w:r>
      <w:r w:rsidRPr="003E3418">
        <w:rPr>
          <w:rFonts w:ascii="Sakkal Majalla" w:hAnsi="Sakkal Majalla" w:cs="Sakkal Majalla"/>
          <w:sz w:val="24"/>
          <w:szCs w:val="24"/>
          <w:rtl/>
        </w:rPr>
        <w:t>ثم</w:t>
      </w:r>
      <w:r w:rsidRPr="003E3418">
        <w:rPr>
          <w:rFonts w:ascii="Sakkal Majalla" w:hAnsi="Sakkal Majalla" w:cs="Sakkal Majalla"/>
          <w:sz w:val="24"/>
        </w:rPr>
        <w:t xml:space="preserve"> </w:t>
      </w:r>
      <w:r w:rsidRPr="003E3418">
        <w:rPr>
          <w:rFonts w:ascii="Sakkal Majalla" w:hAnsi="Sakkal Majalla" w:cs="Sakkal Majalla"/>
          <w:sz w:val="24"/>
          <w:szCs w:val="24"/>
          <w:rtl/>
        </w:rPr>
        <w:t>تُحسّن</w:t>
      </w:r>
      <w:r w:rsidRPr="003E3418">
        <w:rPr>
          <w:rFonts w:ascii="Sakkal Majalla" w:hAnsi="Sakkal Majalla" w:cs="Sakkal Majalla"/>
          <w:sz w:val="24"/>
        </w:rPr>
        <w:t xml:space="preserve"> </w:t>
      </w:r>
      <w:r w:rsidRPr="003E3418">
        <w:rPr>
          <w:rFonts w:ascii="Sakkal Majalla" w:hAnsi="Sakkal Majalla" w:cs="Sakkal Majalla"/>
          <w:sz w:val="24"/>
          <w:szCs w:val="24"/>
          <w:rtl/>
        </w:rPr>
        <w:t>الحوكمة</w:t>
      </w:r>
      <w:r w:rsidRPr="003E3418">
        <w:rPr>
          <w:rFonts w:ascii="Sakkal Majalla" w:hAnsi="Sakkal Majalla" w:cs="Sakkal Majalla"/>
          <w:sz w:val="24"/>
        </w:rPr>
        <w:t xml:space="preserve"> </w:t>
      </w:r>
      <w:r w:rsidRPr="003E3418">
        <w:rPr>
          <w:rFonts w:ascii="Sakkal Majalla" w:hAnsi="Sakkal Majalla" w:cs="Sakkal Majalla"/>
          <w:sz w:val="24"/>
          <w:szCs w:val="24"/>
          <w:rtl/>
        </w:rPr>
        <w:t>تلقائياً</w:t>
      </w:r>
      <w:r w:rsidRPr="003E3418">
        <w:rPr>
          <w:rFonts w:ascii="Sakkal Majalla" w:hAnsi="Sakkal Majalla" w:cs="Sakkal Majalla"/>
          <w:sz w:val="24"/>
        </w:rPr>
        <w:t xml:space="preserve">. </w:t>
      </w:r>
      <w:r w:rsidRPr="003E3418">
        <w:rPr>
          <w:rFonts w:ascii="Sakkal Majalla" w:hAnsi="Sakkal Majalla" w:cs="Sakkal Majalla"/>
          <w:sz w:val="24"/>
          <w:szCs w:val="24"/>
          <w:rtl/>
        </w:rPr>
        <w:t>نتائجهم</w:t>
      </w:r>
      <w:r w:rsidRPr="003E3418">
        <w:rPr>
          <w:rFonts w:ascii="Sakkal Majalla" w:hAnsi="Sakkal Majalla" w:cs="Sakkal Majalla"/>
          <w:sz w:val="24"/>
        </w:rPr>
        <w:t xml:space="preserve"> — </w:t>
      </w:r>
      <w:r w:rsidRPr="003E3418">
        <w:rPr>
          <w:rFonts w:ascii="Sakkal Majalla" w:hAnsi="Sakkal Majalla" w:cs="Sakkal Majalla"/>
          <w:sz w:val="24"/>
          <w:szCs w:val="24"/>
          <w:rtl/>
        </w:rPr>
        <w:t>المبنية</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بيانات</w:t>
      </w:r>
      <w:r w:rsidRPr="003E3418">
        <w:rPr>
          <w:rFonts w:ascii="Sakkal Majalla" w:hAnsi="Sakkal Majalla" w:cs="Sakkal Majalla"/>
          <w:sz w:val="24"/>
        </w:rPr>
        <w:t xml:space="preserve"> </w:t>
      </w:r>
      <w:r w:rsidRPr="003E3418">
        <w:rPr>
          <w:rFonts w:ascii="Sakkal Majalla" w:hAnsi="Sakkal Majalla" w:cs="Sakkal Majalla"/>
          <w:sz w:val="24"/>
          <w:szCs w:val="24"/>
          <w:rtl/>
        </w:rPr>
        <w:t>دولية</w:t>
      </w:r>
      <w:r w:rsidRPr="003E3418">
        <w:rPr>
          <w:rFonts w:ascii="Sakkal Majalla" w:hAnsi="Sakkal Majalla" w:cs="Sakkal Majalla"/>
          <w:sz w:val="24"/>
        </w:rPr>
        <w:t xml:space="preserve"> </w:t>
      </w:r>
      <w:r w:rsidRPr="003E3418">
        <w:rPr>
          <w:rFonts w:ascii="Sakkal Majalla" w:hAnsi="Sakkal Majalla" w:cs="Sakkal Majalla"/>
          <w:sz w:val="24"/>
          <w:szCs w:val="24"/>
          <w:rtl/>
        </w:rPr>
        <w:t>واسعة</w:t>
      </w:r>
      <w:r w:rsidRPr="003E3418">
        <w:rPr>
          <w:rFonts w:ascii="Sakkal Majalla" w:hAnsi="Sakkal Majalla" w:cs="Sakkal Majalla"/>
          <w:sz w:val="24"/>
        </w:rPr>
        <w:t xml:space="preserve"> — </w:t>
      </w:r>
      <w:r w:rsidRPr="003E3418">
        <w:rPr>
          <w:rFonts w:ascii="Sakkal Majalla" w:hAnsi="Sakkal Majalla" w:cs="Sakkal Majalla"/>
          <w:sz w:val="24"/>
          <w:szCs w:val="24"/>
          <w:rtl/>
        </w:rPr>
        <w:t>تُشير</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السببي</w:t>
      </w:r>
      <w:r w:rsidRPr="003E3418">
        <w:rPr>
          <w:rFonts w:ascii="Sakkal Majalla" w:hAnsi="Sakkal Majalla" w:cs="Sakkal Majalla"/>
          <w:sz w:val="24"/>
        </w:rPr>
        <w:t xml:space="preserve"> </w:t>
      </w:r>
      <w:r w:rsidRPr="003E3418">
        <w:rPr>
          <w:rFonts w:ascii="Sakkal Majalla" w:hAnsi="Sakkal Majalla" w:cs="Sakkal Majalla"/>
          <w:sz w:val="24"/>
          <w:szCs w:val="24"/>
          <w:rtl/>
        </w:rPr>
        <w:t>الأقوى</w:t>
      </w:r>
      <w:r w:rsidRPr="003E3418">
        <w:rPr>
          <w:rFonts w:ascii="Sakkal Majalla" w:hAnsi="Sakkal Majalla" w:cs="Sakkal Majalla"/>
          <w:sz w:val="24"/>
        </w:rPr>
        <w:t xml:space="preserve"> </w:t>
      </w:r>
      <w:r w:rsidRPr="003E3418">
        <w:rPr>
          <w:rFonts w:ascii="Sakkal Majalla" w:hAnsi="Sakkal Majalla" w:cs="Sakkal Majalla"/>
          <w:sz w:val="24"/>
          <w:szCs w:val="24"/>
          <w:rtl/>
        </w:rPr>
        <w:t>يسير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الاتجاه</w:t>
      </w:r>
      <w:r w:rsidRPr="003E3418">
        <w:rPr>
          <w:rFonts w:ascii="Sakkal Majalla" w:hAnsi="Sakkal Majalla" w:cs="Sakkal Majalla"/>
          <w:sz w:val="24"/>
        </w:rPr>
        <w:t xml:space="preserve"> </w:t>
      </w:r>
      <w:r w:rsidRPr="003E3418">
        <w:rPr>
          <w:rFonts w:ascii="Sakkal Majalla" w:hAnsi="Sakkal Majalla" w:cs="Sakkal Majalla"/>
          <w:sz w:val="24"/>
          <w:szCs w:val="24"/>
          <w:rtl/>
        </w:rPr>
        <w:t>المعاكس</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الحوكمة</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الدخل</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الدخل</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الحوكمة</w:t>
      </w:r>
      <w:r w:rsidRPr="003E3418">
        <w:rPr>
          <w:rFonts w:ascii="Sakkal Majalla" w:hAnsi="Sakkal Majalla" w:cs="Sakkal Majalla"/>
          <w:sz w:val="24"/>
        </w:rPr>
        <w:t>.</w:t>
      </w:r>
    </w:p>
    <w:p w14:paraId="1879FD2E"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التحول</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فهم</w:t>
      </w:r>
      <w:r w:rsidRPr="003E3418">
        <w:rPr>
          <w:rFonts w:ascii="Sakkal Majalla" w:hAnsi="Sakkal Majalla" w:cs="Sakkal Majalla"/>
          <w:sz w:val="24"/>
        </w:rPr>
        <w:t xml:space="preserve"> </w:t>
      </w:r>
      <w:r w:rsidRPr="003E3418">
        <w:rPr>
          <w:rFonts w:ascii="Sakkal Majalla" w:hAnsi="Sakkal Majalla" w:cs="Sakkal Majalla"/>
          <w:sz w:val="24"/>
          <w:szCs w:val="24"/>
          <w:rtl/>
        </w:rPr>
        <w:t>اتجاه</w:t>
      </w:r>
      <w:r w:rsidRPr="003E3418">
        <w:rPr>
          <w:rFonts w:ascii="Sakkal Majalla" w:hAnsi="Sakkal Majalla" w:cs="Sakkal Majalla"/>
          <w:sz w:val="24"/>
        </w:rPr>
        <w:t xml:space="preserve"> </w:t>
      </w:r>
      <w:r w:rsidRPr="003E3418">
        <w:rPr>
          <w:rFonts w:ascii="Sakkal Majalla" w:hAnsi="Sakkal Majalla" w:cs="Sakkal Majalla"/>
          <w:sz w:val="24"/>
          <w:szCs w:val="24"/>
          <w:rtl/>
        </w:rPr>
        <w:t>السببية</w:t>
      </w:r>
      <w:r w:rsidRPr="003E3418">
        <w:rPr>
          <w:rFonts w:ascii="Sakkal Majalla" w:hAnsi="Sakkal Majalla" w:cs="Sakkal Majalla"/>
          <w:sz w:val="24"/>
        </w:rPr>
        <w:t xml:space="preserve"> </w:t>
      </w:r>
      <w:r w:rsidRPr="003E3418">
        <w:rPr>
          <w:rFonts w:ascii="Sakkal Majalla" w:hAnsi="Sakkal Majalla" w:cs="Sakkal Majalla"/>
          <w:sz w:val="24"/>
          <w:szCs w:val="24"/>
          <w:rtl/>
        </w:rPr>
        <w:t>له</w:t>
      </w:r>
      <w:r w:rsidRPr="003E3418">
        <w:rPr>
          <w:rFonts w:ascii="Sakkal Majalla" w:hAnsi="Sakkal Majalla" w:cs="Sakkal Majalla"/>
          <w:sz w:val="24"/>
        </w:rPr>
        <w:t xml:space="preserve"> </w:t>
      </w:r>
      <w:r w:rsidRPr="003E3418">
        <w:rPr>
          <w:rFonts w:ascii="Sakkal Majalla" w:hAnsi="Sakkal Majalla" w:cs="Sakkal Majalla"/>
          <w:sz w:val="24"/>
          <w:szCs w:val="24"/>
          <w:rtl/>
        </w:rPr>
        <w:t>دلالة</w:t>
      </w:r>
      <w:r w:rsidRPr="003E3418">
        <w:rPr>
          <w:rFonts w:ascii="Sakkal Majalla" w:hAnsi="Sakkal Majalla" w:cs="Sakkal Majalla"/>
          <w:sz w:val="24"/>
        </w:rPr>
        <w:t xml:space="preserve"> </w:t>
      </w:r>
      <w:r w:rsidRPr="003E3418">
        <w:rPr>
          <w:rFonts w:ascii="Sakkal Majalla" w:hAnsi="Sakkal Majalla" w:cs="Sakkal Majalla"/>
          <w:sz w:val="24"/>
          <w:szCs w:val="24"/>
          <w:rtl/>
        </w:rPr>
        <w:t>سياساتية</w:t>
      </w:r>
      <w:r w:rsidRPr="003E3418">
        <w:rPr>
          <w:rFonts w:ascii="Sakkal Majalla" w:hAnsi="Sakkal Majalla" w:cs="Sakkal Majalla"/>
          <w:sz w:val="24"/>
        </w:rPr>
        <w:t xml:space="preserve"> </w:t>
      </w:r>
      <w:r w:rsidRPr="003E3418">
        <w:rPr>
          <w:rFonts w:ascii="Sakkal Majalla" w:hAnsi="Sakkal Majalla" w:cs="Sakkal Majalla"/>
          <w:sz w:val="24"/>
          <w:szCs w:val="24"/>
          <w:rtl/>
        </w:rPr>
        <w:t>حاسمة</w:t>
      </w:r>
      <w:r w:rsidRPr="003E3418">
        <w:rPr>
          <w:rFonts w:ascii="Sakkal Majalla" w:hAnsi="Sakkal Majalla" w:cs="Sakkal Majalla"/>
          <w:sz w:val="24"/>
        </w:rPr>
        <w:t xml:space="preserve">: </w:t>
      </w:r>
      <w:r w:rsidRPr="003E3418">
        <w:rPr>
          <w:rFonts w:ascii="Sakkal Majalla" w:hAnsi="Sakkal Majalla" w:cs="Sakkal Majalla"/>
          <w:sz w:val="24"/>
          <w:szCs w:val="24"/>
          <w:rtl/>
        </w:rPr>
        <w:t>انتظار</w:t>
      </w:r>
      <w:r w:rsidRPr="003E3418">
        <w:rPr>
          <w:rFonts w:ascii="Sakkal Majalla" w:hAnsi="Sakkal Majalla" w:cs="Sakkal Majalla"/>
          <w:sz w:val="24"/>
        </w:rPr>
        <w:t xml:space="preserve"> </w:t>
      </w:r>
      <w:r w:rsidRPr="003E3418">
        <w:rPr>
          <w:rFonts w:ascii="Sakkal Majalla" w:hAnsi="Sakkal Majalla" w:cs="Sakkal Majalla"/>
          <w:sz w:val="24"/>
          <w:szCs w:val="24"/>
          <w:rtl/>
        </w:rPr>
        <w:t>ارتفاع</w:t>
      </w:r>
      <w:r w:rsidRPr="003E3418">
        <w:rPr>
          <w:rFonts w:ascii="Sakkal Majalla" w:hAnsi="Sakkal Majalla" w:cs="Sakkal Majalla"/>
          <w:sz w:val="24"/>
        </w:rPr>
        <w:t xml:space="preserve"> </w:t>
      </w:r>
      <w:r w:rsidRPr="003E3418">
        <w:rPr>
          <w:rFonts w:ascii="Sakkal Majalla" w:hAnsi="Sakkal Majalla" w:cs="Sakkal Majalla"/>
          <w:sz w:val="24"/>
          <w:szCs w:val="24"/>
          <w:rtl/>
        </w:rPr>
        <w:t>الدخل</w:t>
      </w:r>
      <w:r w:rsidRPr="003E3418">
        <w:rPr>
          <w:rFonts w:ascii="Sakkal Majalla" w:hAnsi="Sakkal Majalla" w:cs="Sakkal Majalla"/>
          <w:sz w:val="24"/>
        </w:rPr>
        <w:t xml:space="preserve"> </w:t>
      </w:r>
      <w:r w:rsidRPr="003E3418">
        <w:rPr>
          <w:rFonts w:ascii="Sakkal Majalla" w:hAnsi="Sakkal Majalla" w:cs="Sakkal Majalla"/>
          <w:sz w:val="24"/>
          <w:szCs w:val="24"/>
          <w:rtl/>
        </w:rPr>
        <w:t>والثراء</w:t>
      </w:r>
      <w:r w:rsidRPr="003E3418">
        <w:rPr>
          <w:rFonts w:ascii="Sakkal Majalla" w:hAnsi="Sakkal Majalla" w:cs="Sakkal Majalla"/>
          <w:sz w:val="24"/>
        </w:rPr>
        <w:t xml:space="preserve"> </w:t>
      </w:r>
      <w:r w:rsidRPr="003E3418">
        <w:rPr>
          <w:rFonts w:ascii="Sakkal Majalla" w:hAnsi="Sakkal Majalla" w:cs="Sakkal Majalla"/>
          <w:sz w:val="24"/>
          <w:szCs w:val="24"/>
          <w:rtl/>
        </w:rPr>
        <w:t>حتى</w:t>
      </w:r>
      <w:r w:rsidRPr="003E3418">
        <w:rPr>
          <w:rFonts w:ascii="Sakkal Majalla" w:hAnsi="Sakkal Majalla" w:cs="Sakkal Majalla"/>
          <w:sz w:val="24"/>
        </w:rPr>
        <w:t xml:space="preserve"> </w:t>
      </w:r>
      <w:r w:rsidRPr="003E3418">
        <w:rPr>
          <w:rFonts w:ascii="Sakkal Majalla" w:hAnsi="Sakkal Majalla" w:cs="Sakkal Majalla"/>
          <w:sz w:val="24"/>
          <w:szCs w:val="24"/>
          <w:rtl/>
        </w:rPr>
        <w:t>تتحسن</w:t>
      </w:r>
      <w:r w:rsidRPr="003E3418">
        <w:rPr>
          <w:rFonts w:ascii="Sakkal Majalla" w:hAnsi="Sakkal Majalla" w:cs="Sakkal Majalla"/>
          <w:sz w:val="24"/>
        </w:rPr>
        <w:t xml:space="preserve"> </w:t>
      </w:r>
      <w:r w:rsidRPr="003E3418">
        <w:rPr>
          <w:rFonts w:ascii="Sakkal Majalla" w:hAnsi="Sakkal Majalla" w:cs="Sakkal Majalla"/>
          <w:sz w:val="24"/>
          <w:szCs w:val="24"/>
          <w:rtl/>
        </w:rPr>
        <w:t>الحوكمة</w:t>
      </w:r>
      <w:r w:rsidRPr="003E3418">
        <w:rPr>
          <w:rFonts w:ascii="Sakkal Majalla" w:hAnsi="Sakkal Majalla" w:cs="Sakkal Majalla"/>
          <w:sz w:val="24"/>
        </w:rPr>
        <w:t xml:space="preserve"> </w:t>
      </w:r>
      <w:r w:rsidRPr="003E3418">
        <w:rPr>
          <w:rFonts w:ascii="Sakkal Majalla" w:hAnsi="Sakkal Majalla" w:cs="Sakkal Majalla"/>
          <w:sz w:val="24"/>
          <w:szCs w:val="24"/>
          <w:rtl/>
        </w:rPr>
        <w:t>استراتيجية</w:t>
      </w:r>
      <w:r w:rsidRPr="003E3418">
        <w:rPr>
          <w:rFonts w:ascii="Sakkal Majalla" w:hAnsi="Sakkal Majalla" w:cs="Sakkal Majalla"/>
          <w:sz w:val="24"/>
        </w:rPr>
        <w:t xml:space="preserve"> </w:t>
      </w:r>
      <w:r w:rsidRPr="003E3418">
        <w:rPr>
          <w:rFonts w:ascii="Sakkal Majalla" w:hAnsi="Sakkal Majalla" w:cs="Sakkal Majalla"/>
          <w:sz w:val="24"/>
          <w:szCs w:val="24"/>
          <w:rtl/>
        </w:rPr>
        <w:t>محكوم</w:t>
      </w:r>
      <w:r w:rsidRPr="003E3418">
        <w:rPr>
          <w:rFonts w:ascii="Sakkal Majalla" w:hAnsi="Sakkal Majalla" w:cs="Sakkal Majalla"/>
          <w:sz w:val="24"/>
        </w:rPr>
        <w:t xml:space="preserve"> </w:t>
      </w:r>
      <w:r w:rsidRPr="003E3418">
        <w:rPr>
          <w:rFonts w:ascii="Sakkal Majalla" w:hAnsi="Sakkal Majalla" w:cs="Sakkal Majalla"/>
          <w:sz w:val="24"/>
          <w:szCs w:val="24"/>
          <w:rtl/>
        </w:rPr>
        <w:t>عليها</w:t>
      </w:r>
      <w:r w:rsidRPr="003E3418">
        <w:rPr>
          <w:rFonts w:ascii="Sakkal Majalla" w:hAnsi="Sakkal Majalla" w:cs="Sakkal Majalla"/>
          <w:sz w:val="24"/>
        </w:rPr>
        <w:t xml:space="preserve"> </w:t>
      </w:r>
      <w:r w:rsidRPr="003E3418">
        <w:rPr>
          <w:rFonts w:ascii="Sakkal Majalla" w:hAnsi="Sakkal Majalla" w:cs="Sakkal Majalla"/>
          <w:sz w:val="24"/>
          <w:szCs w:val="24"/>
          <w:rtl/>
        </w:rPr>
        <w:t>بالفشل</w:t>
      </w:r>
      <w:r w:rsidRPr="003E3418">
        <w:rPr>
          <w:rFonts w:ascii="Sakkal Majalla" w:hAnsi="Sakkal Majalla" w:cs="Sakkal Majalla"/>
          <w:sz w:val="24"/>
        </w:rPr>
        <w:t xml:space="preserve">. </w:t>
      </w:r>
      <w:r w:rsidRPr="003E3418">
        <w:rPr>
          <w:rFonts w:ascii="Sakkal Majalla" w:hAnsi="Sakkal Majalla" w:cs="Sakkal Majalla"/>
          <w:sz w:val="24"/>
          <w:szCs w:val="24"/>
          <w:rtl/>
        </w:rPr>
        <w:t>والبديل</w:t>
      </w:r>
      <w:r w:rsidRPr="003E3418">
        <w:rPr>
          <w:rFonts w:ascii="Sakkal Majalla" w:hAnsi="Sakkal Majalla" w:cs="Sakkal Majalla"/>
          <w:sz w:val="24"/>
        </w:rPr>
        <w:t xml:space="preserve"> </w:t>
      </w:r>
      <w:r w:rsidRPr="003E3418">
        <w:rPr>
          <w:rFonts w:ascii="Sakkal Majalla" w:hAnsi="Sakkal Majalla" w:cs="Sakkal Majalla"/>
          <w:sz w:val="24"/>
          <w:szCs w:val="24"/>
          <w:rtl/>
        </w:rPr>
        <w:t>الأجدى</w:t>
      </w:r>
      <w:r w:rsidRPr="003E3418">
        <w:rPr>
          <w:rFonts w:ascii="Sakkal Majalla" w:hAnsi="Sakkal Majalla" w:cs="Sakkal Majalla"/>
          <w:sz w:val="24"/>
        </w:rPr>
        <w:t xml:space="preserve"> </w:t>
      </w:r>
      <w:r w:rsidRPr="003E3418">
        <w:rPr>
          <w:rFonts w:ascii="Sakkal Majalla" w:hAnsi="Sakkal Majalla" w:cs="Sakkal Majalla"/>
          <w:sz w:val="24"/>
          <w:szCs w:val="24"/>
          <w:rtl/>
        </w:rPr>
        <w:t>هو</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جودة</w:t>
      </w:r>
      <w:r w:rsidRPr="003E3418">
        <w:rPr>
          <w:rFonts w:ascii="Sakkal Majalla" w:hAnsi="Sakkal Majalla" w:cs="Sakkal Majalla"/>
          <w:sz w:val="24"/>
        </w:rPr>
        <w:t xml:space="preserve"> </w:t>
      </w:r>
      <w:r w:rsidRPr="003E3418">
        <w:rPr>
          <w:rFonts w:ascii="Sakkal Majalla" w:hAnsi="Sakkal Majalla" w:cs="Sakkal Majalla"/>
          <w:sz w:val="24"/>
          <w:szCs w:val="24"/>
          <w:rtl/>
        </w:rPr>
        <w:t>الحوكمة</w:t>
      </w:r>
      <w:r w:rsidRPr="003E3418">
        <w:rPr>
          <w:rFonts w:ascii="Sakkal Majalla" w:hAnsi="Sakkal Majalla" w:cs="Sakkal Majalla"/>
          <w:sz w:val="24"/>
        </w:rPr>
        <w:t xml:space="preserve"> </w:t>
      </w:r>
      <w:r w:rsidRPr="003E3418">
        <w:rPr>
          <w:rFonts w:ascii="Sakkal Majalla" w:hAnsi="Sakkal Majalla" w:cs="Sakkal Majalla"/>
          <w:sz w:val="24"/>
          <w:szCs w:val="24"/>
          <w:rtl/>
        </w:rPr>
        <w:t>ومكافحة</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بوصفها</w:t>
      </w:r>
      <w:r w:rsidRPr="003E3418">
        <w:rPr>
          <w:rFonts w:ascii="Sakkal Majalla" w:hAnsi="Sakkal Majalla" w:cs="Sakkal Majalla"/>
          <w:sz w:val="24"/>
        </w:rPr>
        <w:t xml:space="preserve"> </w:t>
      </w:r>
      <w:r w:rsidRPr="003E3418">
        <w:rPr>
          <w:rFonts w:ascii="Sakkal Majalla" w:hAnsi="Sakkal Majalla" w:cs="Sakkal Majalla"/>
          <w:sz w:val="24"/>
          <w:szCs w:val="24"/>
          <w:rtl/>
        </w:rPr>
        <w:t>طريقاً</w:t>
      </w:r>
      <w:r w:rsidRPr="003E3418">
        <w:rPr>
          <w:rFonts w:ascii="Sakkal Majalla" w:hAnsi="Sakkal Majalla" w:cs="Sakkal Majalla"/>
          <w:sz w:val="24"/>
        </w:rPr>
        <w:t xml:space="preserve"> </w:t>
      </w:r>
      <w:r w:rsidRPr="003E3418">
        <w:rPr>
          <w:rFonts w:ascii="Sakkal Majalla" w:hAnsi="Sakkal Majalla" w:cs="Sakkal Majalla"/>
          <w:sz w:val="24"/>
          <w:szCs w:val="24"/>
          <w:rtl/>
        </w:rPr>
        <w:t>مستقلاً</w:t>
      </w:r>
      <w:r w:rsidRPr="003E3418">
        <w:rPr>
          <w:rFonts w:ascii="Sakkal Majalla" w:hAnsi="Sakkal Majalla" w:cs="Sakkal Majalla"/>
          <w:sz w:val="24"/>
        </w:rPr>
        <w:t xml:space="preserve"> </w:t>
      </w:r>
      <w:r w:rsidRPr="003E3418">
        <w:rPr>
          <w:rFonts w:ascii="Sakkal Majalla" w:hAnsi="Sakkal Majalla" w:cs="Sakkal Majalla"/>
          <w:sz w:val="24"/>
          <w:szCs w:val="24"/>
          <w:rtl/>
        </w:rPr>
        <w:t>ومُعجِّلاً</w:t>
      </w:r>
      <w:r w:rsidRPr="003E3418">
        <w:rPr>
          <w:rFonts w:ascii="Sakkal Majalla" w:hAnsi="Sakkal Majalla" w:cs="Sakkal Majalla"/>
          <w:sz w:val="24"/>
        </w:rPr>
        <w:t xml:space="preserve"> </w:t>
      </w:r>
      <w:r w:rsidRPr="003E3418">
        <w:rPr>
          <w:rFonts w:ascii="Sakkal Majalla" w:hAnsi="Sakkal Majalla" w:cs="Sakkal Majalla"/>
          <w:sz w:val="24"/>
          <w:szCs w:val="24"/>
          <w:rtl/>
        </w:rPr>
        <w:t>للتنمية</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تابعاً</w:t>
      </w:r>
      <w:r w:rsidRPr="003E3418">
        <w:rPr>
          <w:rFonts w:ascii="Sakkal Majalla" w:hAnsi="Sakkal Majalla" w:cs="Sakkal Majalla"/>
          <w:sz w:val="24"/>
        </w:rPr>
        <w:t xml:space="preserve"> </w:t>
      </w:r>
      <w:r w:rsidRPr="003E3418">
        <w:rPr>
          <w:rFonts w:ascii="Sakkal Majalla" w:hAnsi="Sakkal Majalla" w:cs="Sakkal Majalla"/>
          <w:sz w:val="24"/>
          <w:szCs w:val="24"/>
          <w:rtl/>
        </w:rPr>
        <w:t>لها</w:t>
      </w:r>
      <w:r w:rsidRPr="003E3418">
        <w:rPr>
          <w:rFonts w:ascii="Sakkal Majalla" w:hAnsi="Sakkal Majalla" w:cs="Sakkal Majalla"/>
          <w:sz w:val="24"/>
        </w:rPr>
        <w:t xml:space="preserve">. </w:t>
      </w:r>
      <w:r w:rsidRPr="003E3418">
        <w:rPr>
          <w:rFonts w:ascii="Sakkal Majalla" w:hAnsi="Sakkal Majalla" w:cs="Sakkal Majalla"/>
          <w:sz w:val="24"/>
          <w:szCs w:val="24"/>
          <w:rtl/>
        </w:rPr>
        <w:t>يُوفّر</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الإطار</w:t>
      </w:r>
      <w:r w:rsidRPr="003E3418">
        <w:rPr>
          <w:rFonts w:ascii="Sakkal Majalla" w:hAnsi="Sakkal Majalla" w:cs="Sakkal Majalla"/>
          <w:sz w:val="24"/>
        </w:rPr>
        <w:t xml:space="preserve"> </w:t>
      </w:r>
      <w:r w:rsidRPr="003E3418">
        <w:rPr>
          <w:rFonts w:ascii="Sakkal Majalla" w:hAnsi="Sakkal Majalla" w:cs="Sakkal Majalla"/>
          <w:sz w:val="24"/>
          <w:szCs w:val="24"/>
          <w:rtl/>
        </w:rPr>
        <w:t>المسوّغ</w:t>
      </w:r>
      <w:r w:rsidRPr="003E3418">
        <w:rPr>
          <w:rFonts w:ascii="Sakkal Majalla" w:hAnsi="Sakkal Majalla" w:cs="Sakkal Majalla"/>
          <w:sz w:val="24"/>
        </w:rPr>
        <w:t xml:space="preserve"> </w:t>
      </w:r>
      <w:r w:rsidRPr="003E3418">
        <w:rPr>
          <w:rFonts w:ascii="Sakkal Majalla" w:hAnsi="Sakkal Majalla" w:cs="Sakkal Majalla"/>
          <w:sz w:val="24"/>
          <w:szCs w:val="24"/>
          <w:rtl/>
        </w:rPr>
        <w:t>النظري</w:t>
      </w:r>
      <w:r w:rsidRPr="003E3418">
        <w:rPr>
          <w:rFonts w:ascii="Sakkal Majalla" w:hAnsi="Sakkal Majalla" w:cs="Sakkal Majalla"/>
          <w:sz w:val="24"/>
        </w:rPr>
        <w:t xml:space="preserve"> </w:t>
      </w:r>
      <w:r w:rsidRPr="003E3418">
        <w:rPr>
          <w:rFonts w:ascii="Sakkal Majalla" w:hAnsi="Sakkal Majalla" w:cs="Sakkal Majalla"/>
          <w:sz w:val="24"/>
          <w:szCs w:val="24"/>
          <w:rtl/>
        </w:rPr>
        <w:t>لاختبار</w:t>
      </w:r>
      <w:r w:rsidRPr="003E3418">
        <w:rPr>
          <w:rFonts w:ascii="Sakkal Majalla" w:hAnsi="Sakkal Majalla" w:cs="Sakkal Majalla"/>
          <w:sz w:val="24"/>
        </w:rPr>
        <w:t xml:space="preserve"> </w:t>
      </w:r>
      <w:r w:rsidRPr="003E3418">
        <w:rPr>
          <w:rFonts w:ascii="Sakkal Majalla" w:hAnsi="Sakkal Majalla" w:cs="Sakkal Majalla"/>
          <w:sz w:val="24"/>
          <w:szCs w:val="24"/>
          <w:rtl/>
        </w:rPr>
        <w:t>معامل</w:t>
      </w:r>
      <w:r w:rsidRPr="003E3418">
        <w:rPr>
          <w:rFonts w:ascii="Sakkal Majalla" w:hAnsi="Sakkal Majalla" w:cs="Sakkal Majalla"/>
          <w:sz w:val="24"/>
        </w:rPr>
        <w:t xml:space="preserve"> </w:t>
      </w:r>
      <w:r w:rsidRPr="003E3418">
        <w:rPr>
          <w:rFonts w:ascii="Sakkal Majalla" w:hAnsi="Sakkal Majalla" w:cs="Sakkal Majalla"/>
          <w:sz w:val="24"/>
          <w:szCs w:val="24"/>
          <w:rtl/>
        </w:rPr>
        <w:t>التفاعل</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وجودة</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الوارد</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الفرضية</w:t>
      </w:r>
      <w:r w:rsidRPr="003E3418">
        <w:rPr>
          <w:rFonts w:ascii="Sakkal Majalla" w:hAnsi="Sakkal Majalla" w:cs="Sakkal Majalla"/>
          <w:sz w:val="24"/>
        </w:rPr>
        <w:t xml:space="preserve"> </w:t>
      </w:r>
      <w:r w:rsidRPr="003E3418">
        <w:rPr>
          <w:rFonts w:ascii="Sakkal Majalla" w:hAnsi="Sakkal Majalla" w:cs="Sakkal Majalla"/>
          <w:sz w:val="24"/>
          <w:szCs w:val="24"/>
          <w:rtl/>
        </w:rPr>
        <w:t>الرابعة</w:t>
      </w:r>
      <w:r w:rsidRPr="003E3418">
        <w:rPr>
          <w:rFonts w:ascii="Sakkal Majalla" w:hAnsi="Sakkal Majalla" w:cs="Sakkal Majalla"/>
          <w:sz w:val="24"/>
        </w:rPr>
        <w:t>.</w:t>
      </w:r>
    </w:p>
    <w:p w14:paraId="1AF289A8"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هـ</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نظرية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التوزيع</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وعدم</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المساواة</w:t>
      </w:r>
      <w:r w:rsidRPr="003E3418">
        <w:rPr>
          <w:rFonts w:ascii="Sakkal Majalla" w:hAnsi="Sakkal Majalla" w:cs="Sakkal Majalla"/>
          <w:b/>
          <w:sz w:val="26"/>
        </w:rPr>
        <w:t xml:space="preserve"> — Gupta, Davoodi &amp; Alonso-Terme (2002)</w:t>
      </w:r>
    </w:p>
    <w:p w14:paraId="6597B17E"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تُكمل</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الأطروحة</w:t>
      </w:r>
      <w:r w:rsidRPr="003E3418">
        <w:rPr>
          <w:rFonts w:ascii="Sakkal Majalla" w:hAnsi="Sakkal Majalla" w:cs="Sakkal Majalla"/>
          <w:sz w:val="24"/>
        </w:rPr>
        <w:t xml:space="preserve"> </w:t>
      </w:r>
      <w:r w:rsidRPr="003E3418">
        <w:rPr>
          <w:rFonts w:ascii="Sakkal Majalla" w:hAnsi="Sakkal Majalla" w:cs="Sakkal Majalla"/>
          <w:sz w:val="24"/>
          <w:szCs w:val="24"/>
          <w:rtl/>
        </w:rPr>
        <w:t>ما</w:t>
      </w:r>
      <w:r w:rsidRPr="003E3418">
        <w:rPr>
          <w:rFonts w:ascii="Sakkal Majalla" w:hAnsi="Sakkal Majalla" w:cs="Sakkal Majalla"/>
          <w:sz w:val="24"/>
        </w:rPr>
        <w:t xml:space="preserve"> </w:t>
      </w:r>
      <w:r w:rsidRPr="003E3418">
        <w:rPr>
          <w:rFonts w:ascii="Sakkal Majalla" w:hAnsi="Sakkal Majalla" w:cs="Sakkal Majalla"/>
          <w:sz w:val="24"/>
          <w:szCs w:val="24"/>
          <w:rtl/>
        </w:rPr>
        <w:t>بدأته</w:t>
      </w:r>
      <w:r w:rsidRPr="003E3418">
        <w:rPr>
          <w:rFonts w:ascii="Sakkal Majalla" w:hAnsi="Sakkal Majalla" w:cs="Sakkal Majalla"/>
          <w:sz w:val="24"/>
        </w:rPr>
        <w:t xml:space="preserve"> </w:t>
      </w:r>
      <w:r w:rsidRPr="003E3418">
        <w:rPr>
          <w:rFonts w:ascii="Sakkal Majalla" w:hAnsi="Sakkal Majalla" w:cs="Sakkal Majalla"/>
          <w:sz w:val="24"/>
          <w:szCs w:val="24"/>
          <w:rtl/>
        </w:rPr>
        <w:t>النظريات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السابقة</w:t>
      </w:r>
      <w:r w:rsidRPr="003E3418">
        <w:rPr>
          <w:rFonts w:ascii="Sakkal Majalla" w:hAnsi="Sakkal Majalla" w:cs="Sakkal Majalla"/>
          <w:sz w:val="24"/>
        </w:rPr>
        <w:t xml:space="preserve"> </w:t>
      </w:r>
      <w:r w:rsidRPr="003E3418">
        <w:rPr>
          <w:rFonts w:ascii="Sakkal Majalla" w:hAnsi="Sakkal Majalla" w:cs="Sakkal Majalla"/>
          <w:sz w:val="24"/>
          <w:szCs w:val="24"/>
          <w:rtl/>
        </w:rPr>
        <w:t>بتوضيح</w:t>
      </w:r>
      <w:r w:rsidRPr="003E3418">
        <w:rPr>
          <w:rFonts w:ascii="Sakkal Majalla" w:hAnsi="Sakkal Majalla" w:cs="Sakkal Majalla"/>
          <w:sz w:val="24"/>
        </w:rPr>
        <w:t xml:space="preserve"> </w:t>
      </w:r>
      <w:r w:rsidRPr="003E3418">
        <w:rPr>
          <w:rFonts w:ascii="Sakkal Majalla" w:hAnsi="Sakkal Majalla" w:cs="Sakkal Majalla"/>
          <w:sz w:val="24"/>
          <w:szCs w:val="24"/>
          <w:rtl/>
        </w:rPr>
        <w:t>آليات</w:t>
      </w:r>
      <w:r w:rsidRPr="003E3418">
        <w:rPr>
          <w:rFonts w:ascii="Sakkal Majalla" w:hAnsi="Sakkal Majalla" w:cs="Sakkal Majalla"/>
          <w:sz w:val="24"/>
        </w:rPr>
        <w:t xml:space="preserve"> </w:t>
      </w:r>
      <w:r w:rsidRPr="003E3418">
        <w:rPr>
          <w:rFonts w:ascii="Sakkal Majalla" w:hAnsi="Sakkal Majalla" w:cs="Sakkal Majalla"/>
          <w:sz w:val="24"/>
          <w:szCs w:val="24"/>
          <w:rtl/>
        </w:rPr>
        <w:t>توزيع</w:t>
      </w:r>
      <w:r w:rsidRPr="003E3418">
        <w:rPr>
          <w:rFonts w:ascii="Sakkal Majalla" w:hAnsi="Sakkal Majalla" w:cs="Sakkal Majalla"/>
          <w:sz w:val="24"/>
        </w:rPr>
        <w:t xml:space="preserve"> </w:t>
      </w:r>
      <w:r w:rsidRPr="003E3418">
        <w:rPr>
          <w:rFonts w:ascii="Sakkal Majalla" w:hAnsi="Sakkal Majalla" w:cs="Sakkal Majalla"/>
          <w:sz w:val="24"/>
          <w:szCs w:val="24"/>
          <w:rtl/>
        </w:rPr>
        <w:t>خسائر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فالفساد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يُوزّع</w:t>
      </w:r>
      <w:r w:rsidRPr="003E3418">
        <w:rPr>
          <w:rFonts w:ascii="Sakkal Majalla" w:hAnsi="Sakkal Majalla" w:cs="Sakkal Majalla"/>
          <w:sz w:val="24"/>
        </w:rPr>
        <w:t xml:space="preserve"> </w:t>
      </w:r>
      <w:r w:rsidRPr="003E3418">
        <w:rPr>
          <w:rFonts w:ascii="Sakkal Majalla" w:hAnsi="Sakkal Majalla" w:cs="Sakkal Majalla"/>
          <w:sz w:val="24"/>
          <w:szCs w:val="24"/>
          <w:rtl/>
        </w:rPr>
        <w:t>أضراره</w:t>
      </w:r>
      <w:r w:rsidRPr="003E3418">
        <w:rPr>
          <w:rFonts w:ascii="Sakkal Majalla" w:hAnsi="Sakkal Majalla" w:cs="Sakkal Majalla"/>
          <w:sz w:val="24"/>
        </w:rPr>
        <w:t xml:space="preserve"> </w:t>
      </w:r>
      <w:r w:rsidRPr="003E3418">
        <w:rPr>
          <w:rFonts w:ascii="Sakkal Majalla" w:hAnsi="Sakkal Majalla" w:cs="Sakkal Majalla"/>
          <w:sz w:val="24"/>
          <w:szCs w:val="24"/>
          <w:rtl/>
        </w:rPr>
        <w:t>بالتساوي</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جميع</w:t>
      </w:r>
      <w:r w:rsidRPr="003E3418">
        <w:rPr>
          <w:rFonts w:ascii="Sakkal Majalla" w:hAnsi="Sakkal Majalla" w:cs="Sakkal Majalla"/>
          <w:sz w:val="24"/>
        </w:rPr>
        <w:t xml:space="preserve"> </w:t>
      </w:r>
      <w:r w:rsidRPr="003E3418">
        <w:rPr>
          <w:rFonts w:ascii="Sakkal Majalla" w:hAnsi="Sakkal Majalla" w:cs="Sakkal Majalla"/>
          <w:sz w:val="24"/>
          <w:szCs w:val="24"/>
          <w:rtl/>
        </w:rPr>
        <w:t>شرائح</w:t>
      </w:r>
      <w:r w:rsidRPr="003E3418">
        <w:rPr>
          <w:rFonts w:ascii="Sakkal Majalla" w:hAnsi="Sakkal Majalla" w:cs="Sakkal Majalla"/>
          <w:sz w:val="24"/>
        </w:rPr>
        <w:t xml:space="preserve"> </w:t>
      </w:r>
      <w:r w:rsidRPr="003E3418">
        <w:rPr>
          <w:rFonts w:ascii="Sakkal Majalla" w:hAnsi="Sakkal Majalla" w:cs="Sakkal Majalla"/>
          <w:sz w:val="24"/>
          <w:szCs w:val="24"/>
          <w:rtl/>
        </w:rPr>
        <w:t>المجتمع،</w:t>
      </w:r>
      <w:r w:rsidRPr="003E3418">
        <w:rPr>
          <w:rFonts w:ascii="Sakkal Majalla" w:hAnsi="Sakkal Majalla" w:cs="Sakkal Majalla"/>
          <w:sz w:val="24"/>
        </w:rPr>
        <w:t xml:space="preserve"> </w:t>
      </w:r>
      <w:r w:rsidRPr="003E3418">
        <w:rPr>
          <w:rFonts w:ascii="Sakkal Majalla" w:hAnsi="Sakkal Majalla" w:cs="Sakkal Majalla"/>
          <w:sz w:val="24"/>
          <w:szCs w:val="24"/>
          <w:rtl/>
        </w:rPr>
        <w:t>بل</w:t>
      </w:r>
      <w:r w:rsidRPr="003E3418">
        <w:rPr>
          <w:rFonts w:ascii="Sakkal Majalla" w:hAnsi="Sakkal Majalla" w:cs="Sakkal Majalla"/>
          <w:sz w:val="24"/>
        </w:rPr>
        <w:t xml:space="preserve"> </w:t>
      </w:r>
      <w:r w:rsidRPr="003E3418">
        <w:rPr>
          <w:rFonts w:ascii="Sakkal Majalla" w:hAnsi="Sakkal Majalla" w:cs="Sakkal Majalla"/>
          <w:sz w:val="24"/>
          <w:szCs w:val="24"/>
          <w:rtl/>
        </w:rPr>
        <w:t>يتكبّد</w:t>
      </w:r>
      <w:r w:rsidRPr="003E3418">
        <w:rPr>
          <w:rFonts w:ascii="Sakkal Majalla" w:hAnsi="Sakkal Majalla" w:cs="Sakkal Majalla"/>
          <w:sz w:val="24"/>
        </w:rPr>
        <w:t xml:space="preserve"> </w:t>
      </w:r>
      <w:r w:rsidRPr="003E3418">
        <w:rPr>
          <w:rFonts w:ascii="Sakkal Majalla" w:hAnsi="Sakkal Majalla" w:cs="Sakkal Majalla"/>
          <w:sz w:val="24"/>
          <w:szCs w:val="24"/>
          <w:rtl/>
        </w:rPr>
        <w:t>الأضعف</w:t>
      </w:r>
      <w:r w:rsidRPr="003E3418">
        <w:rPr>
          <w:rFonts w:ascii="Sakkal Majalla" w:hAnsi="Sakkal Majalla" w:cs="Sakkal Majalla"/>
          <w:sz w:val="24"/>
        </w:rPr>
        <w:t xml:space="preserve"> </w:t>
      </w:r>
      <w:r w:rsidRPr="003E3418">
        <w:rPr>
          <w:rFonts w:ascii="Sakkal Majalla" w:hAnsi="Sakkal Majalla" w:cs="Sakkal Majalla"/>
          <w:sz w:val="24"/>
          <w:szCs w:val="24"/>
          <w:rtl/>
        </w:rPr>
        <w:t>والأقل</w:t>
      </w:r>
      <w:r w:rsidRPr="003E3418">
        <w:rPr>
          <w:rFonts w:ascii="Sakkal Majalla" w:hAnsi="Sakkal Majalla" w:cs="Sakkal Majalla"/>
          <w:sz w:val="24"/>
        </w:rPr>
        <w:t xml:space="preserve"> </w:t>
      </w:r>
      <w:r w:rsidRPr="003E3418">
        <w:rPr>
          <w:rFonts w:ascii="Sakkal Majalla" w:hAnsi="Sakkal Majalla" w:cs="Sakkal Majalla"/>
          <w:sz w:val="24"/>
          <w:szCs w:val="24"/>
          <w:rtl/>
        </w:rPr>
        <w:t>نفوذاً</w:t>
      </w:r>
      <w:r w:rsidRPr="003E3418">
        <w:rPr>
          <w:rFonts w:ascii="Sakkal Majalla" w:hAnsi="Sakkal Majalla" w:cs="Sakkal Majalla"/>
          <w:sz w:val="24"/>
        </w:rPr>
        <w:t xml:space="preserve"> </w:t>
      </w:r>
      <w:r w:rsidRPr="003E3418">
        <w:rPr>
          <w:rFonts w:ascii="Sakkal Majalla" w:hAnsi="Sakkal Majalla" w:cs="Sakkal Majalla"/>
          <w:sz w:val="24"/>
          <w:szCs w:val="24"/>
          <w:rtl/>
        </w:rPr>
        <w:t>الحصة</w:t>
      </w:r>
      <w:r w:rsidRPr="003E3418">
        <w:rPr>
          <w:rFonts w:ascii="Sakkal Majalla" w:hAnsi="Sakkal Majalla" w:cs="Sakkal Majalla"/>
          <w:sz w:val="24"/>
        </w:rPr>
        <w:t xml:space="preserve"> </w:t>
      </w:r>
      <w:r w:rsidRPr="003E3418">
        <w:rPr>
          <w:rFonts w:ascii="Sakkal Majalla" w:hAnsi="Sakkal Majalla" w:cs="Sakkal Majalla"/>
          <w:sz w:val="24"/>
          <w:szCs w:val="24"/>
          <w:rtl/>
        </w:rPr>
        <w:t>الأكبر</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تكلفته</w:t>
      </w:r>
      <w:r w:rsidRPr="003E3418">
        <w:rPr>
          <w:rFonts w:ascii="Sakkal Majalla" w:hAnsi="Sakkal Majalla" w:cs="Sakkal Majalla"/>
          <w:sz w:val="24"/>
        </w:rPr>
        <w:t xml:space="preserve"> </w:t>
      </w:r>
      <w:r w:rsidRPr="003E3418">
        <w:rPr>
          <w:rFonts w:ascii="Sakkal Majalla" w:hAnsi="Sakkal Majalla" w:cs="Sakkal Majalla"/>
          <w:sz w:val="24"/>
          <w:szCs w:val="24"/>
          <w:rtl/>
        </w:rPr>
        <w:t>الاجتماعية</w:t>
      </w:r>
      <w:r w:rsidRPr="003E3418">
        <w:rPr>
          <w:rFonts w:ascii="Sakkal Majalla" w:hAnsi="Sakkal Majalla" w:cs="Sakkal Majalla"/>
          <w:sz w:val="24"/>
        </w:rPr>
        <w:t>.</w:t>
      </w:r>
    </w:p>
    <w:p w14:paraId="07812936"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lastRenderedPageBreak/>
        <w:t>يُشرح</w:t>
      </w:r>
      <w:r w:rsidRPr="003E3418">
        <w:rPr>
          <w:rFonts w:ascii="Sakkal Majalla" w:hAnsi="Sakkal Majalla" w:cs="Sakkal Majalla"/>
          <w:sz w:val="24"/>
        </w:rPr>
        <w:t xml:space="preserve"> Gupta et al. (2002) </w:t>
      </w:r>
      <w:r w:rsidRPr="003E3418">
        <w:rPr>
          <w:rFonts w:ascii="Sakkal Majalla" w:hAnsi="Sakkal Majalla" w:cs="Sakkal Majalla"/>
          <w:sz w:val="24"/>
          <w:szCs w:val="24"/>
          <w:rtl/>
        </w:rPr>
        <w:t>ثلاثة</w:t>
      </w:r>
      <w:r w:rsidRPr="003E3418">
        <w:rPr>
          <w:rFonts w:ascii="Sakkal Majalla" w:hAnsi="Sakkal Majalla" w:cs="Sakkal Majalla"/>
          <w:sz w:val="24"/>
        </w:rPr>
        <w:t xml:space="preserve"> </w:t>
      </w:r>
      <w:r w:rsidRPr="003E3418">
        <w:rPr>
          <w:rFonts w:ascii="Sakkal Majalla" w:hAnsi="Sakkal Majalla" w:cs="Sakkal Majalla"/>
          <w:sz w:val="24"/>
          <w:szCs w:val="24"/>
          <w:rtl/>
        </w:rPr>
        <w:t>مسارات</w:t>
      </w:r>
      <w:r w:rsidRPr="003E3418">
        <w:rPr>
          <w:rFonts w:ascii="Sakkal Majalla" w:hAnsi="Sakkal Majalla" w:cs="Sakkal Majalla"/>
          <w:sz w:val="24"/>
        </w:rPr>
        <w:t xml:space="preserve"> </w:t>
      </w:r>
      <w:r w:rsidRPr="003E3418">
        <w:rPr>
          <w:rFonts w:ascii="Sakkal Majalla" w:hAnsi="Sakkal Majalla" w:cs="Sakkal Majalla"/>
          <w:sz w:val="24"/>
          <w:szCs w:val="24"/>
          <w:rtl/>
        </w:rPr>
        <w:t>توزيعية</w:t>
      </w:r>
      <w:r w:rsidRPr="003E3418">
        <w:rPr>
          <w:rFonts w:ascii="Sakkal Majalla" w:hAnsi="Sakkal Majalla" w:cs="Sakkal Majalla"/>
          <w:sz w:val="24"/>
        </w:rPr>
        <w:t xml:space="preserve">: </w:t>
      </w:r>
      <w:r w:rsidRPr="003E3418">
        <w:rPr>
          <w:rFonts w:ascii="Sakkal Majalla" w:hAnsi="Sakkal Majalla" w:cs="Sakkal Majalla"/>
          <w:sz w:val="24"/>
          <w:szCs w:val="24"/>
          <w:rtl/>
        </w:rPr>
        <w:t>أولها</w:t>
      </w:r>
      <w:r w:rsidRPr="003E3418">
        <w:rPr>
          <w:rFonts w:ascii="Sakkal Majalla" w:hAnsi="Sakkal Majalla" w:cs="Sakkal Majalla"/>
          <w:sz w:val="24"/>
        </w:rPr>
        <w:t xml:space="preserve"> </w:t>
      </w:r>
      <w:r w:rsidRPr="003E3418">
        <w:rPr>
          <w:rFonts w:ascii="Sakkal Majalla" w:hAnsi="Sakkal Majalla" w:cs="Sakkal Majalla"/>
          <w:sz w:val="24"/>
          <w:szCs w:val="24"/>
          <w:rtl/>
        </w:rPr>
        <w:t>تآكل</w:t>
      </w:r>
      <w:r w:rsidRPr="003E3418">
        <w:rPr>
          <w:rFonts w:ascii="Sakkal Majalla" w:hAnsi="Sakkal Majalla" w:cs="Sakkal Majalla"/>
          <w:sz w:val="24"/>
        </w:rPr>
        <w:t xml:space="preserve"> </w:t>
      </w:r>
      <w:r w:rsidRPr="003E3418">
        <w:rPr>
          <w:rFonts w:ascii="Sakkal Majalla" w:hAnsi="Sakkal Majalla" w:cs="Sakkal Majalla"/>
          <w:sz w:val="24"/>
          <w:szCs w:val="24"/>
          <w:rtl/>
        </w:rPr>
        <w:t>الضرائب</w:t>
      </w:r>
      <w:r w:rsidRPr="003E3418">
        <w:rPr>
          <w:rFonts w:ascii="Sakkal Majalla" w:hAnsi="Sakkal Majalla" w:cs="Sakkal Majalla"/>
          <w:sz w:val="24"/>
        </w:rPr>
        <w:t xml:space="preserve"> </w:t>
      </w:r>
      <w:r w:rsidRPr="003E3418">
        <w:rPr>
          <w:rFonts w:ascii="Sakkal Majalla" w:hAnsi="Sakkal Majalla" w:cs="Sakkal Majalla"/>
          <w:sz w:val="24"/>
          <w:szCs w:val="24"/>
          <w:rtl/>
        </w:rPr>
        <w:t>التصاعدية</w:t>
      </w:r>
      <w:r w:rsidRPr="003E3418">
        <w:rPr>
          <w:rFonts w:ascii="Sakkal Majalla" w:hAnsi="Sakkal Majalla" w:cs="Sakkal Majalla"/>
          <w:sz w:val="24"/>
        </w:rPr>
        <w:t xml:space="preserve"> </w:t>
      </w:r>
      <w:r w:rsidRPr="003E3418">
        <w:rPr>
          <w:rFonts w:ascii="Sakkal Majalla" w:hAnsi="Sakkal Majalla" w:cs="Sakkal Majalla"/>
          <w:sz w:val="24"/>
          <w:szCs w:val="24"/>
          <w:rtl/>
        </w:rPr>
        <w:t>عبر</w:t>
      </w:r>
      <w:r w:rsidRPr="003E3418">
        <w:rPr>
          <w:rFonts w:ascii="Sakkal Majalla" w:hAnsi="Sakkal Majalla" w:cs="Sakkal Majalla"/>
          <w:sz w:val="24"/>
        </w:rPr>
        <w:t xml:space="preserve"> </w:t>
      </w:r>
      <w:r w:rsidRPr="003E3418">
        <w:rPr>
          <w:rFonts w:ascii="Sakkal Majalla" w:hAnsi="Sakkal Majalla" w:cs="Sakkal Majalla"/>
          <w:sz w:val="24"/>
          <w:szCs w:val="24"/>
          <w:rtl/>
        </w:rPr>
        <w:t>التهرب</w:t>
      </w:r>
      <w:r w:rsidRPr="003E3418">
        <w:rPr>
          <w:rFonts w:ascii="Sakkal Majalla" w:hAnsi="Sakkal Majalla" w:cs="Sakkal Majalla"/>
          <w:sz w:val="24"/>
        </w:rPr>
        <w:t xml:space="preserve"> </w:t>
      </w:r>
      <w:r w:rsidRPr="003E3418">
        <w:rPr>
          <w:rFonts w:ascii="Sakkal Majalla" w:hAnsi="Sakkal Majalla" w:cs="Sakkal Majalla"/>
          <w:sz w:val="24"/>
          <w:szCs w:val="24"/>
          <w:rtl/>
        </w:rPr>
        <w:t>الممنوح</w:t>
      </w:r>
      <w:r w:rsidRPr="003E3418">
        <w:rPr>
          <w:rFonts w:ascii="Sakkal Majalla" w:hAnsi="Sakkal Majalla" w:cs="Sakkal Majalla"/>
          <w:sz w:val="24"/>
        </w:rPr>
        <w:t xml:space="preserve"> </w:t>
      </w:r>
      <w:r w:rsidRPr="003E3418">
        <w:rPr>
          <w:rFonts w:ascii="Sakkal Majalla" w:hAnsi="Sakkal Majalla" w:cs="Sakkal Majalla"/>
          <w:sz w:val="24"/>
          <w:szCs w:val="24"/>
          <w:rtl/>
        </w:rPr>
        <w:t>للمتنفّذين</w:t>
      </w:r>
      <w:r w:rsidRPr="003E3418">
        <w:rPr>
          <w:rFonts w:ascii="Sakkal Majalla" w:hAnsi="Sakkal Majalla" w:cs="Sakkal Majalla"/>
          <w:sz w:val="24"/>
        </w:rPr>
        <w:t xml:space="preserve"> </w:t>
      </w:r>
      <w:r w:rsidRPr="003E3418">
        <w:rPr>
          <w:rFonts w:ascii="Sakkal Majalla" w:hAnsi="Sakkal Majalla" w:cs="Sakkal Majalla"/>
          <w:sz w:val="24"/>
          <w:szCs w:val="24"/>
          <w:rtl/>
        </w:rPr>
        <w:t>والشركات</w:t>
      </w:r>
      <w:r w:rsidRPr="003E3418">
        <w:rPr>
          <w:rFonts w:ascii="Sakkal Majalla" w:hAnsi="Sakkal Majalla" w:cs="Sakkal Majalla"/>
          <w:sz w:val="24"/>
        </w:rPr>
        <w:t xml:space="preserve"> </w:t>
      </w:r>
      <w:r w:rsidRPr="003E3418">
        <w:rPr>
          <w:rFonts w:ascii="Sakkal Majalla" w:hAnsi="Sakkal Majalla" w:cs="Sakkal Majalla"/>
          <w:sz w:val="24"/>
          <w:szCs w:val="24"/>
          <w:rtl/>
        </w:rPr>
        <w:t>الكبرى</w:t>
      </w:r>
      <w:r w:rsidRPr="003E3418">
        <w:rPr>
          <w:rFonts w:ascii="Sakkal Majalla" w:hAnsi="Sakkal Majalla" w:cs="Sakkal Majalla"/>
          <w:sz w:val="24"/>
        </w:rPr>
        <w:t xml:space="preserve"> </w:t>
      </w:r>
      <w:r w:rsidRPr="003E3418">
        <w:rPr>
          <w:rFonts w:ascii="Sakkal Majalla" w:hAnsi="Sakkal Majalla" w:cs="Sakkal Majalla"/>
          <w:sz w:val="24"/>
          <w:szCs w:val="24"/>
          <w:rtl/>
        </w:rPr>
        <w:t>الذين</w:t>
      </w:r>
      <w:r w:rsidRPr="003E3418">
        <w:rPr>
          <w:rFonts w:ascii="Sakkal Majalla" w:hAnsi="Sakkal Majalla" w:cs="Sakkal Majalla"/>
          <w:sz w:val="24"/>
        </w:rPr>
        <w:t xml:space="preserve"> </w:t>
      </w:r>
      <w:r w:rsidRPr="003E3418">
        <w:rPr>
          <w:rFonts w:ascii="Sakkal Majalla" w:hAnsi="Sakkal Majalla" w:cs="Sakkal Majalla"/>
          <w:sz w:val="24"/>
          <w:szCs w:val="24"/>
          <w:rtl/>
        </w:rPr>
        <w:t>يستطيعون</w:t>
      </w:r>
      <w:r w:rsidRPr="003E3418">
        <w:rPr>
          <w:rFonts w:ascii="Sakkal Majalla" w:hAnsi="Sakkal Majalla" w:cs="Sakkal Majalla"/>
          <w:sz w:val="24"/>
        </w:rPr>
        <w:t xml:space="preserve"> </w:t>
      </w:r>
      <w:r w:rsidRPr="003E3418">
        <w:rPr>
          <w:rFonts w:ascii="Sakkal Majalla" w:hAnsi="Sakkal Majalla" w:cs="Sakkal Majalla"/>
          <w:sz w:val="24"/>
          <w:szCs w:val="24"/>
          <w:rtl/>
        </w:rPr>
        <w:t>دفع</w:t>
      </w:r>
      <w:r w:rsidRPr="003E3418">
        <w:rPr>
          <w:rFonts w:ascii="Sakkal Majalla" w:hAnsi="Sakkal Majalla" w:cs="Sakkal Majalla"/>
          <w:sz w:val="24"/>
        </w:rPr>
        <w:t xml:space="preserve"> </w:t>
      </w:r>
      <w:r w:rsidRPr="003E3418">
        <w:rPr>
          <w:rFonts w:ascii="Sakkal Majalla" w:hAnsi="Sakkal Majalla" w:cs="Sakkal Majalla"/>
          <w:sz w:val="24"/>
          <w:szCs w:val="24"/>
          <w:rtl/>
        </w:rPr>
        <w:t>الرشاوى</w:t>
      </w:r>
      <w:r w:rsidRPr="003E3418">
        <w:rPr>
          <w:rFonts w:ascii="Sakkal Majalla" w:hAnsi="Sakkal Majalla" w:cs="Sakkal Majalla"/>
          <w:sz w:val="24"/>
        </w:rPr>
        <w:t xml:space="preserve"> </w:t>
      </w:r>
      <w:r w:rsidRPr="003E3418">
        <w:rPr>
          <w:rFonts w:ascii="Sakkal Majalla" w:hAnsi="Sakkal Majalla" w:cs="Sakkal Majalla"/>
          <w:sz w:val="24"/>
          <w:szCs w:val="24"/>
          <w:rtl/>
        </w:rPr>
        <w:t>للحصول</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إعفاءات</w:t>
      </w:r>
      <w:r w:rsidRPr="003E3418">
        <w:rPr>
          <w:rFonts w:ascii="Sakkal Majalla" w:hAnsi="Sakkal Majalla" w:cs="Sakkal Majalla"/>
          <w:sz w:val="24"/>
        </w:rPr>
        <w:t xml:space="preserve"> </w:t>
      </w:r>
      <w:r w:rsidRPr="003E3418">
        <w:rPr>
          <w:rFonts w:ascii="Sakkal Majalla" w:hAnsi="Sakkal Majalla" w:cs="Sakkal Majalla"/>
          <w:sz w:val="24"/>
          <w:szCs w:val="24"/>
          <w:rtl/>
        </w:rPr>
        <w:t>أو</w:t>
      </w:r>
      <w:r w:rsidRPr="003E3418">
        <w:rPr>
          <w:rFonts w:ascii="Sakkal Majalla" w:hAnsi="Sakkal Majalla" w:cs="Sakkal Majalla"/>
          <w:sz w:val="24"/>
        </w:rPr>
        <w:t xml:space="preserve"> </w:t>
      </w:r>
      <w:r w:rsidRPr="003E3418">
        <w:rPr>
          <w:rFonts w:ascii="Sakkal Majalla" w:hAnsi="Sakkal Majalla" w:cs="Sakkal Majalla"/>
          <w:sz w:val="24"/>
          <w:szCs w:val="24"/>
          <w:rtl/>
        </w:rPr>
        <w:t>تغاضٍ</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التزاماتهم</w:t>
      </w:r>
      <w:r w:rsidRPr="003E3418">
        <w:rPr>
          <w:rFonts w:ascii="Sakkal Majalla" w:hAnsi="Sakkal Majalla" w:cs="Sakkal Majalla"/>
          <w:sz w:val="24"/>
        </w:rPr>
        <w:t xml:space="preserve"> </w:t>
      </w:r>
      <w:r w:rsidRPr="003E3418">
        <w:rPr>
          <w:rFonts w:ascii="Sakkal Majalla" w:hAnsi="Sakkal Majalla" w:cs="Sakkal Majalla"/>
          <w:sz w:val="24"/>
          <w:szCs w:val="24"/>
          <w:rtl/>
        </w:rPr>
        <w:t>الضريبية</w:t>
      </w:r>
      <w:r w:rsidRPr="003E3418">
        <w:rPr>
          <w:rFonts w:ascii="Sakkal Majalla" w:hAnsi="Sakkal Majalla" w:cs="Sakkal Majalla"/>
          <w:sz w:val="24"/>
        </w:rPr>
        <w:t xml:space="preserve">. </w:t>
      </w:r>
      <w:r w:rsidRPr="003E3418">
        <w:rPr>
          <w:rFonts w:ascii="Sakkal Majalla" w:hAnsi="Sakkal Majalla" w:cs="Sakkal Majalla"/>
          <w:sz w:val="24"/>
          <w:szCs w:val="24"/>
          <w:rtl/>
        </w:rPr>
        <w:t>وثانيها</w:t>
      </w:r>
      <w:r w:rsidRPr="003E3418">
        <w:rPr>
          <w:rFonts w:ascii="Sakkal Majalla" w:hAnsi="Sakkal Majalla" w:cs="Sakkal Majalla"/>
          <w:sz w:val="24"/>
        </w:rPr>
        <w:t xml:space="preserve"> </w:t>
      </w:r>
      <w:r w:rsidRPr="003E3418">
        <w:rPr>
          <w:rFonts w:ascii="Sakkal Majalla" w:hAnsi="Sakkal Majalla" w:cs="Sakkal Majalla"/>
          <w:sz w:val="24"/>
          <w:szCs w:val="24"/>
          <w:rtl/>
        </w:rPr>
        <w:t>تحويل</w:t>
      </w:r>
      <w:r w:rsidRPr="003E3418">
        <w:rPr>
          <w:rFonts w:ascii="Sakkal Majalla" w:hAnsi="Sakkal Majalla" w:cs="Sakkal Majalla"/>
          <w:sz w:val="24"/>
        </w:rPr>
        <w:t xml:space="preserve"> </w:t>
      </w:r>
      <w:r w:rsidRPr="003E3418">
        <w:rPr>
          <w:rFonts w:ascii="Sakkal Majalla" w:hAnsi="Sakkal Majalla" w:cs="Sakkal Majalla"/>
          <w:sz w:val="24"/>
          <w:szCs w:val="24"/>
          <w:rtl/>
        </w:rPr>
        <w:t>الإنفاق</w:t>
      </w:r>
      <w:r w:rsidRPr="003E3418">
        <w:rPr>
          <w:rFonts w:ascii="Sakkal Majalla" w:hAnsi="Sakkal Majalla" w:cs="Sakkal Majalla"/>
          <w:sz w:val="24"/>
        </w:rPr>
        <w:t xml:space="preserve"> </w:t>
      </w:r>
      <w:r w:rsidRPr="003E3418">
        <w:rPr>
          <w:rFonts w:ascii="Sakkal Majalla" w:hAnsi="Sakkal Majalla" w:cs="Sakkal Majalla"/>
          <w:sz w:val="24"/>
          <w:szCs w:val="24"/>
          <w:rtl/>
        </w:rPr>
        <w:t>الاجتماعي</w:t>
      </w:r>
      <w:r w:rsidRPr="003E3418">
        <w:rPr>
          <w:rFonts w:ascii="Sakkal Majalla" w:hAnsi="Sakkal Majalla" w:cs="Sakkal Majalla"/>
          <w:sz w:val="24"/>
        </w:rPr>
        <w:t xml:space="preserve"> </w:t>
      </w:r>
      <w:r w:rsidRPr="003E3418">
        <w:rPr>
          <w:rFonts w:ascii="Sakkal Majalla" w:hAnsi="Sakkal Majalla" w:cs="Sakkal Majalla"/>
          <w:sz w:val="24"/>
          <w:szCs w:val="24"/>
          <w:rtl/>
        </w:rPr>
        <w:t>نحو</w:t>
      </w:r>
      <w:r w:rsidRPr="003E3418">
        <w:rPr>
          <w:rFonts w:ascii="Sakkal Majalla" w:hAnsi="Sakkal Majalla" w:cs="Sakkal Majalla"/>
          <w:sz w:val="24"/>
        </w:rPr>
        <w:t xml:space="preserve"> </w:t>
      </w:r>
      <w:r w:rsidRPr="003E3418">
        <w:rPr>
          <w:rFonts w:ascii="Sakkal Majalla" w:hAnsi="Sakkal Majalla" w:cs="Sakkal Majalla"/>
          <w:sz w:val="24"/>
          <w:szCs w:val="24"/>
          <w:rtl/>
        </w:rPr>
        <w:t>مستحقين</w:t>
      </w:r>
      <w:r w:rsidRPr="003E3418">
        <w:rPr>
          <w:rFonts w:ascii="Sakkal Majalla" w:hAnsi="Sakkal Majalla" w:cs="Sakkal Majalla"/>
          <w:sz w:val="24"/>
        </w:rPr>
        <w:t xml:space="preserve"> </w:t>
      </w:r>
      <w:r w:rsidRPr="003E3418">
        <w:rPr>
          <w:rFonts w:ascii="Sakkal Majalla" w:hAnsi="Sakkal Majalla" w:cs="Sakkal Majalla"/>
          <w:sz w:val="24"/>
          <w:szCs w:val="24"/>
          <w:rtl/>
        </w:rPr>
        <w:t>زائفين</w:t>
      </w:r>
      <w:r w:rsidRPr="003E3418">
        <w:rPr>
          <w:rFonts w:ascii="Sakkal Majalla" w:hAnsi="Sakkal Majalla" w:cs="Sakkal Majalla"/>
          <w:sz w:val="24"/>
        </w:rPr>
        <w:t xml:space="preserve"> </w:t>
      </w:r>
      <w:r w:rsidRPr="003E3418">
        <w:rPr>
          <w:rFonts w:ascii="Sakkal Majalla" w:hAnsi="Sakkal Majalla" w:cs="Sakkal Majalla"/>
          <w:sz w:val="24"/>
          <w:szCs w:val="24"/>
          <w:rtl/>
        </w:rPr>
        <w:t>أو</w:t>
      </w:r>
      <w:r w:rsidRPr="003E3418">
        <w:rPr>
          <w:rFonts w:ascii="Sakkal Majalla" w:hAnsi="Sakkal Majalla" w:cs="Sakkal Majalla"/>
          <w:sz w:val="24"/>
        </w:rPr>
        <w:t xml:space="preserve"> </w:t>
      </w:r>
      <w:r w:rsidRPr="003E3418">
        <w:rPr>
          <w:rFonts w:ascii="Sakkal Majalla" w:hAnsi="Sakkal Majalla" w:cs="Sakkal Majalla"/>
          <w:sz w:val="24"/>
          <w:szCs w:val="24"/>
          <w:rtl/>
        </w:rPr>
        <w:t>نحو</w:t>
      </w:r>
      <w:r w:rsidRPr="003E3418">
        <w:rPr>
          <w:rFonts w:ascii="Sakkal Majalla" w:hAnsi="Sakkal Majalla" w:cs="Sakkal Majalla"/>
          <w:sz w:val="24"/>
        </w:rPr>
        <w:t xml:space="preserve"> </w:t>
      </w:r>
      <w:r w:rsidRPr="003E3418">
        <w:rPr>
          <w:rFonts w:ascii="Sakkal Majalla" w:hAnsi="Sakkal Majalla" w:cs="Sakkal Majalla"/>
          <w:sz w:val="24"/>
          <w:szCs w:val="24"/>
          <w:rtl/>
        </w:rPr>
        <w:t>مشاريع</w:t>
      </w:r>
      <w:r w:rsidRPr="003E3418">
        <w:rPr>
          <w:rFonts w:ascii="Sakkal Majalla" w:hAnsi="Sakkal Majalla" w:cs="Sakkal Majalla"/>
          <w:sz w:val="24"/>
        </w:rPr>
        <w:t xml:space="preserve"> </w:t>
      </w:r>
      <w:r w:rsidRPr="003E3418">
        <w:rPr>
          <w:rFonts w:ascii="Sakkal Majalla" w:hAnsi="Sakkal Majalla" w:cs="Sakkal Majalla"/>
          <w:sz w:val="24"/>
          <w:szCs w:val="24"/>
          <w:rtl/>
        </w:rPr>
        <w:t>بنية</w:t>
      </w:r>
      <w:r w:rsidRPr="003E3418">
        <w:rPr>
          <w:rFonts w:ascii="Sakkal Majalla" w:hAnsi="Sakkal Majalla" w:cs="Sakkal Majalla"/>
          <w:sz w:val="24"/>
        </w:rPr>
        <w:t xml:space="preserve"> </w:t>
      </w:r>
      <w:r w:rsidRPr="003E3418">
        <w:rPr>
          <w:rFonts w:ascii="Sakkal Majalla" w:hAnsi="Sakkal Majalla" w:cs="Sakkal Majalla"/>
          <w:sz w:val="24"/>
          <w:szCs w:val="24"/>
          <w:rtl/>
        </w:rPr>
        <w:t>تحتية</w:t>
      </w:r>
      <w:r w:rsidRPr="003E3418">
        <w:rPr>
          <w:rFonts w:ascii="Sakkal Majalla" w:hAnsi="Sakkal Majalla" w:cs="Sakkal Majalla"/>
          <w:sz w:val="24"/>
        </w:rPr>
        <w:t xml:space="preserve"> </w:t>
      </w:r>
      <w:r w:rsidRPr="003E3418">
        <w:rPr>
          <w:rFonts w:ascii="Sakkal Majalla" w:hAnsi="Sakkal Majalla" w:cs="Sakkal Majalla"/>
          <w:sz w:val="24"/>
          <w:szCs w:val="24"/>
          <w:rtl/>
        </w:rPr>
        <w:t>مرتفعة</w:t>
      </w:r>
      <w:r w:rsidRPr="003E3418">
        <w:rPr>
          <w:rFonts w:ascii="Sakkal Majalla" w:hAnsi="Sakkal Majalla" w:cs="Sakkal Majalla"/>
          <w:sz w:val="24"/>
        </w:rPr>
        <w:t xml:space="preserve"> </w:t>
      </w:r>
      <w:r w:rsidRPr="003E3418">
        <w:rPr>
          <w:rFonts w:ascii="Sakkal Majalla" w:hAnsi="Sakkal Majalla" w:cs="Sakkal Majalla"/>
          <w:sz w:val="24"/>
          <w:szCs w:val="24"/>
          <w:rtl/>
        </w:rPr>
        <w:t>الكلفة</w:t>
      </w:r>
      <w:r w:rsidRPr="003E3418">
        <w:rPr>
          <w:rFonts w:ascii="Sakkal Majalla" w:hAnsi="Sakkal Majalla" w:cs="Sakkal Majalla"/>
          <w:sz w:val="24"/>
        </w:rPr>
        <w:t xml:space="preserve"> </w:t>
      </w:r>
      <w:r w:rsidRPr="003E3418">
        <w:rPr>
          <w:rFonts w:ascii="Sakkal Majalla" w:hAnsi="Sakkal Majalla" w:cs="Sakkal Majalla"/>
          <w:sz w:val="24"/>
          <w:szCs w:val="24"/>
          <w:rtl/>
        </w:rPr>
        <w:t>واطئة</w:t>
      </w:r>
      <w:r w:rsidRPr="003E3418">
        <w:rPr>
          <w:rFonts w:ascii="Sakkal Majalla" w:hAnsi="Sakkal Majalla" w:cs="Sakkal Majalla"/>
          <w:sz w:val="24"/>
        </w:rPr>
        <w:t xml:space="preserve"> </w:t>
      </w:r>
      <w:r w:rsidRPr="003E3418">
        <w:rPr>
          <w:rFonts w:ascii="Sakkal Majalla" w:hAnsi="Sakkal Majalla" w:cs="Sakkal Majalla"/>
          <w:sz w:val="24"/>
          <w:szCs w:val="24"/>
          <w:rtl/>
        </w:rPr>
        <w:t>الجودة</w:t>
      </w:r>
      <w:r w:rsidRPr="003E3418">
        <w:rPr>
          <w:rFonts w:ascii="Sakkal Majalla" w:hAnsi="Sakkal Majalla" w:cs="Sakkal Majalla"/>
          <w:sz w:val="24"/>
        </w:rPr>
        <w:t xml:space="preserve"> </w:t>
      </w:r>
      <w:r w:rsidRPr="003E3418">
        <w:rPr>
          <w:rFonts w:ascii="Sakkal Majalla" w:hAnsi="Sakkal Majalla" w:cs="Sakkal Majalla"/>
          <w:sz w:val="24"/>
          <w:szCs w:val="24"/>
          <w:rtl/>
        </w:rPr>
        <w:t>تُغري</w:t>
      </w:r>
      <w:r w:rsidRPr="003E3418">
        <w:rPr>
          <w:rFonts w:ascii="Sakkal Majalla" w:hAnsi="Sakkal Majalla" w:cs="Sakkal Majalla"/>
          <w:sz w:val="24"/>
        </w:rPr>
        <w:t xml:space="preserve"> </w:t>
      </w:r>
      <w:r w:rsidRPr="003E3418">
        <w:rPr>
          <w:rFonts w:ascii="Sakkal Majalla" w:hAnsi="Sakkal Majalla" w:cs="Sakkal Majalla"/>
          <w:sz w:val="24"/>
          <w:szCs w:val="24"/>
          <w:rtl/>
        </w:rPr>
        <w:t>بالرشاوى</w:t>
      </w:r>
      <w:r w:rsidRPr="003E3418">
        <w:rPr>
          <w:rFonts w:ascii="Sakkal Majalla" w:hAnsi="Sakkal Majalla" w:cs="Sakkal Majalla"/>
          <w:sz w:val="24"/>
        </w:rPr>
        <w:t xml:space="preserve"> </w:t>
      </w:r>
      <w:r w:rsidRPr="003E3418">
        <w:rPr>
          <w:rFonts w:ascii="Sakkal Majalla" w:hAnsi="Sakkal Majalla" w:cs="Sakkal Majalla"/>
          <w:sz w:val="24"/>
          <w:szCs w:val="24"/>
          <w:rtl/>
        </w:rPr>
        <w:t>بدلاً</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برامج</w:t>
      </w:r>
      <w:r w:rsidRPr="003E3418">
        <w:rPr>
          <w:rFonts w:ascii="Sakkal Majalla" w:hAnsi="Sakkal Majalla" w:cs="Sakkal Majalla"/>
          <w:sz w:val="24"/>
        </w:rPr>
        <w:t xml:space="preserve"> </w:t>
      </w:r>
      <w:r w:rsidRPr="003E3418">
        <w:rPr>
          <w:rFonts w:ascii="Sakkal Majalla" w:hAnsi="Sakkal Majalla" w:cs="Sakkal Majalla"/>
          <w:sz w:val="24"/>
          <w:szCs w:val="24"/>
          <w:rtl/>
        </w:rPr>
        <w:t>الصحة</w:t>
      </w:r>
      <w:r w:rsidRPr="003E3418">
        <w:rPr>
          <w:rFonts w:ascii="Sakkal Majalla" w:hAnsi="Sakkal Majalla" w:cs="Sakkal Majalla"/>
          <w:sz w:val="24"/>
        </w:rPr>
        <w:t xml:space="preserve"> </w:t>
      </w:r>
      <w:r w:rsidRPr="003E3418">
        <w:rPr>
          <w:rFonts w:ascii="Sakkal Majalla" w:hAnsi="Sakkal Majalla" w:cs="Sakkal Majalla"/>
          <w:sz w:val="24"/>
          <w:szCs w:val="24"/>
          <w:rtl/>
        </w:rPr>
        <w:t>والتعليم</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تخدم</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الفقراء</w:t>
      </w:r>
      <w:r w:rsidRPr="003E3418">
        <w:rPr>
          <w:rFonts w:ascii="Sakkal Majalla" w:hAnsi="Sakkal Majalla" w:cs="Sakkal Majalla"/>
          <w:sz w:val="24"/>
        </w:rPr>
        <w:t xml:space="preserve">. </w:t>
      </w:r>
      <w:r w:rsidRPr="003E3418">
        <w:rPr>
          <w:rFonts w:ascii="Sakkal Majalla" w:hAnsi="Sakkal Majalla" w:cs="Sakkal Majalla"/>
          <w:sz w:val="24"/>
          <w:szCs w:val="24"/>
          <w:rtl/>
        </w:rPr>
        <w:t>وثالثها</w:t>
      </w:r>
      <w:r w:rsidRPr="003E3418">
        <w:rPr>
          <w:rFonts w:ascii="Sakkal Majalla" w:hAnsi="Sakkal Majalla" w:cs="Sakkal Majalla"/>
          <w:sz w:val="24"/>
        </w:rPr>
        <w:t xml:space="preserve"> </w:t>
      </w:r>
      <w:r w:rsidRPr="003E3418">
        <w:rPr>
          <w:rFonts w:ascii="Sakkal Majalla" w:hAnsi="Sakkal Majalla" w:cs="Sakkal Majalla"/>
          <w:sz w:val="24"/>
          <w:szCs w:val="24"/>
          <w:rtl/>
        </w:rPr>
        <w:t>تحريف</w:t>
      </w:r>
      <w:r w:rsidRPr="003E3418">
        <w:rPr>
          <w:rFonts w:ascii="Sakkal Majalla" w:hAnsi="Sakkal Majalla" w:cs="Sakkal Majalla"/>
          <w:sz w:val="24"/>
        </w:rPr>
        <w:t xml:space="preserve"> </w:t>
      </w:r>
      <w:r w:rsidRPr="003E3418">
        <w:rPr>
          <w:rFonts w:ascii="Sakkal Majalla" w:hAnsi="Sakkal Majalla" w:cs="Sakkal Majalla"/>
          <w:sz w:val="24"/>
          <w:szCs w:val="24"/>
          <w:rtl/>
        </w:rPr>
        <w:t>نظام</w:t>
      </w:r>
      <w:r w:rsidRPr="003E3418">
        <w:rPr>
          <w:rFonts w:ascii="Sakkal Majalla" w:hAnsi="Sakkal Majalla" w:cs="Sakkal Majalla"/>
          <w:sz w:val="24"/>
        </w:rPr>
        <w:t xml:space="preserve"> </w:t>
      </w:r>
      <w:r w:rsidRPr="003E3418">
        <w:rPr>
          <w:rFonts w:ascii="Sakkal Majalla" w:hAnsi="Sakkal Majalla" w:cs="Sakkal Majalla"/>
          <w:sz w:val="24"/>
          <w:szCs w:val="24"/>
          <w:rtl/>
        </w:rPr>
        <w:t>العقود</w:t>
      </w:r>
      <w:r w:rsidRPr="003E3418">
        <w:rPr>
          <w:rFonts w:ascii="Sakkal Majalla" w:hAnsi="Sakkal Majalla" w:cs="Sakkal Majalla"/>
          <w:sz w:val="24"/>
        </w:rPr>
        <w:t xml:space="preserve"> </w:t>
      </w:r>
      <w:r w:rsidRPr="003E3418">
        <w:rPr>
          <w:rFonts w:ascii="Sakkal Majalla" w:hAnsi="Sakkal Majalla" w:cs="Sakkal Majalla"/>
          <w:sz w:val="24"/>
          <w:szCs w:val="24"/>
          <w:rtl/>
        </w:rPr>
        <w:t>الحكومية</w:t>
      </w:r>
      <w:r w:rsidRPr="003E3418">
        <w:rPr>
          <w:rFonts w:ascii="Sakkal Majalla" w:hAnsi="Sakkal Majalla" w:cs="Sakkal Majalla"/>
          <w:sz w:val="24"/>
        </w:rPr>
        <w:t xml:space="preserve"> </w:t>
      </w:r>
      <w:r w:rsidRPr="003E3418">
        <w:rPr>
          <w:rFonts w:ascii="Sakkal Majalla" w:hAnsi="Sakkal Majalla" w:cs="Sakkal Majalla"/>
          <w:sz w:val="24"/>
          <w:szCs w:val="24"/>
          <w:rtl/>
        </w:rPr>
        <w:t>لصالح</w:t>
      </w:r>
      <w:r w:rsidRPr="003E3418">
        <w:rPr>
          <w:rFonts w:ascii="Sakkal Majalla" w:hAnsi="Sakkal Majalla" w:cs="Sakkal Majalla"/>
          <w:sz w:val="24"/>
        </w:rPr>
        <w:t xml:space="preserve"> </w:t>
      </w:r>
      <w:r w:rsidRPr="003E3418">
        <w:rPr>
          <w:rFonts w:ascii="Sakkal Majalla" w:hAnsi="Sakkal Majalla" w:cs="Sakkal Majalla"/>
          <w:sz w:val="24"/>
          <w:szCs w:val="24"/>
          <w:rtl/>
        </w:rPr>
        <w:t>المتنفّذين</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حساب</w:t>
      </w:r>
      <w:r w:rsidRPr="003E3418">
        <w:rPr>
          <w:rFonts w:ascii="Sakkal Majalla" w:hAnsi="Sakkal Majalla" w:cs="Sakkal Majalla"/>
          <w:sz w:val="24"/>
        </w:rPr>
        <w:t xml:space="preserve"> </w:t>
      </w:r>
      <w:r w:rsidRPr="003E3418">
        <w:rPr>
          <w:rFonts w:ascii="Sakkal Majalla" w:hAnsi="Sakkal Majalla" w:cs="Sakkal Majalla"/>
          <w:sz w:val="24"/>
          <w:szCs w:val="24"/>
          <w:rtl/>
        </w:rPr>
        <w:t>الشركات</w:t>
      </w:r>
      <w:r w:rsidRPr="003E3418">
        <w:rPr>
          <w:rFonts w:ascii="Sakkal Majalla" w:hAnsi="Sakkal Majalla" w:cs="Sakkal Majalla"/>
          <w:sz w:val="24"/>
        </w:rPr>
        <w:t xml:space="preserve"> </w:t>
      </w:r>
      <w:r w:rsidRPr="003E3418">
        <w:rPr>
          <w:rFonts w:ascii="Sakkal Majalla" w:hAnsi="Sakkal Majalla" w:cs="Sakkal Majalla"/>
          <w:sz w:val="24"/>
          <w:szCs w:val="24"/>
          <w:rtl/>
        </w:rPr>
        <w:t>الأكثر</w:t>
      </w:r>
      <w:r w:rsidRPr="003E3418">
        <w:rPr>
          <w:rFonts w:ascii="Sakkal Majalla" w:hAnsi="Sakkal Majalla" w:cs="Sakkal Majalla"/>
          <w:sz w:val="24"/>
        </w:rPr>
        <w:t xml:space="preserve"> </w:t>
      </w:r>
      <w:r w:rsidRPr="003E3418">
        <w:rPr>
          <w:rFonts w:ascii="Sakkal Majalla" w:hAnsi="Sakkal Majalla" w:cs="Sakkal Majalla"/>
          <w:sz w:val="24"/>
          <w:szCs w:val="24"/>
          <w:rtl/>
        </w:rPr>
        <w:t>كفاءةً</w:t>
      </w:r>
      <w:r w:rsidRPr="003E3418">
        <w:rPr>
          <w:rFonts w:ascii="Sakkal Majalla" w:hAnsi="Sakkal Majalla" w:cs="Sakkal Majalla"/>
          <w:sz w:val="24"/>
        </w:rPr>
        <w:t xml:space="preserve"> </w:t>
      </w:r>
      <w:r w:rsidRPr="003E3418">
        <w:rPr>
          <w:rFonts w:ascii="Sakkal Majalla" w:hAnsi="Sakkal Majalla" w:cs="Sakkal Majalla"/>
          <w:sz w:val="24"/>
          <w:szCs w:val="24"/>
          <w:rtl/>
        </w:rPr>
        <w:t>والأقل</w:t>
      </w:r>
      <w:r w:rsidRPr="003E3418">
        <w:rPr>
          <w:rFonts w:ascii="Sakkal Majalla" w:hAnsi="Sakkal Majalla" w:cs="Sakkal Majalla"/>
          <w:sz w:val="24"/>
        </w:rPr>
        <w:t xml:space="preserve"> </w:t>
      </w:r>
      <w:r w:rsidRPr="003E3418">
        <w:rPr>
          <w:rFonts w:ascii="Sakkal Majalla" w:hAnsi="Sakkal Majalla" w:cs="Sakkal Majalla"/>
          <w:sz w:val="24"/>
          <w:szCs w:val="24"/>
          <w:rtl/>
        </w:rPr>
        <w:t>قدرةً</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دفع</w:t>
      </w:r>
      <w:r w:rsidRPr="003E3418">
        <w:rPr>
          <w:rFonts w:ascii="Sakkal Majalla" w:hAnsi="Sakkal Majalla" w:cs="Sakkal Majalla"/>
          <w:sz w:val="24"/>
        </w:rPr>
        <w:t xml:space="preserve"> </w:t>
      </w:r>
      <w:r w:rsidRPr="003E3418">
        <w:rPr>
          <w:rFonts w:ascii="Sakkal Majalla" w:hAnsi="Sakkal Majalla" w:cs="Sakkal Majalla"/>
          <w:sz w:val="24"/>
          <w:szCs w:val="24"/>
          <w:rtl/>
        </w:rPr>
        <w:t>الرشاوى</w:t>
      </w:r>
      <w:r w:rsidRPr="003E3418">
        <w:rPr>
          <w:rFonts w:ascii="Sakkal Majalla" w:hAnsi="Sakkal Majalla" w:cs="Sakkal Majalla"/>
          <w:sz w:val="24"/>
        </w:rPr>
        <w:t xml:space="preserve">. </w:t>
      </w:r>
      <w:r w:rsidRPr="003E3418">
        <w:rPr>
          <w:rFonts w:ascii="Sakkal Majalla" w:hAnsi="Sakkal Majalla" w:cs="Sakkal Majalla"/>
          <w:sz w:val="24"/>
          <w:szCs w:val="24"/>
          <w:rtl/>
        </w:rPr>
        <w:t>تُشكّل</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الأطروحة</w:t>
      </w:r>
      <w:r w:rsidRPr="003E3418">
        <w:rPr>
          <w:rFonts w:ascii="Sakkal Majalla" w:hAnsi="Sakkal Majalla" w:cs="Sakkal Majalla"/>
          <w:sz w:val="24"/>
        </w:rPr>
        <w:t xml:space="preserve"> </w:t>
      </w:r>
      <w:r w:rsidRPr="003E3418">
        <w:rPr>
          <w:rFonts w:ascii="Sakkal Majalla" w:hAnsi="Sakkal Majalla" w:cs="Sakkal Majalla"/>
          <w:sz w:val="24"/>
          <w:szCs w:val="24"/>
          <w:rtl/>
        </w:rPr>
        <w:t>العمود</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الفقري</w:t>
      </w:r>
      <w:r w:rsidRPr="003E3418">
        <w:rPr>
          <w:rFonts w:ascii="Sakkal Majalla" w:hAnsi="Sakkal Majalla" w:cs="Sakkal Majalla"/>
          <w:sz w:val="24"/>
        </w:rPr>
        <w:t xml:space="preserve"> </w:t>
      </w:r>
      <w:r w:rsidRPr="003E3418">
        <w:rPr>
          <w:rFonts w:ascii="Sakkal Majalla" w:hAnsi="Sakkal Majalla" w:cs="Sakkal Majalla"/>
          <w:sz w:val="24"/>
          <w:szCs w:val="24"/>
          <w:rtl/>
        </w:rPr>
        <w:t>للفرضيتين</w:t>
      </w:r>
      <w:r w:rsidRPr="003E3418">
        <w:rPr>
          <w:rFonts w:ascii="Sakkal Majalla" w:hAnsi="Sakkal Majalla" w:cs="Sakkal Majalla"/>
          <w:sz w:val="24"/>
        </w:rPr>
        <w:t xml:space="preserve"> </w:t>
      </w:r>
      <w:r w:rsidRPr="003E3418">
        <w:rPr>
          <w:rFonts w:ascii="Sakkal Majalla" w:hAnsi="Sakkal Majalla" w:cs="Sakkal Majalla"/>
          <w:sz w:val="24"/>
          <w:szCs w:val="24"/>
          <w:rtl/>
        </w:rPr>
        <w:t>الثانية</w:t>
      </w:r>
      <w:r w:rsidRPr="003E3418">
        <w:rPr>
          <w:rFonts w:ascii="Sakkal Majalla" w:hAnsi="Sakkal Majalla" w:cs="Sakkal Majalla"/>
          <w:sz w:val="24"/>
        </w:rPr>
        <w:t xml:space="preserve"> </w:t>
      </w:r>
      <w:r w:rsidRPr="003E3418">
        <w:rPr>
          <w:rFonts w:ascii="Sakkal Majalla" w:hAnsi="Sakkal Majalla" w:cs="Sakkal Majalla"/>
          <w:sz w:val="24"/>
          <w:szCs w:val="24"/>
          <w:rtl/>
        </w:rPr>
        <w:t>والسادسة</w:t>
      </w:r>
      <w:r w:rsidRPr="003E3418">
        <w:rPr>
          <w:rFonts w:ascii="Sakkal Majalla" w:hAnsi="Sakkal Majalla" w:cs="Sakkal Majalla"/>
          <w:sz w:val="24"/>
        </w:rPr>
        <w:t>.</w:t>
      </w:r>
    </w:p>
    <w:p w14:paraId="0116A874" w14:textId="77777777" w:rsidR="003E3418" w:rsidRPr="003E3418" w:rsidRDefault="003E3418" w:rsidP="003E3418">
      <w:pPr>
        <w:spacing w:before="80" w:after="80"/>
        <w:rPr>
          <w:rFonts w:ascii="Sakkal Majalla" w:hAnsi="Sakkal Majalla" w:cs="Sakkal Majalla"/>
        </w:rPr>
      </w:pPr>
    </w:p>
    <w:p w14:paraId="5D492795" w14:textId="77777777" w:rsidR="003E3418" w:rsidRPr="003E3418" w:rsidRDefault="003E3418" w:rsidP="003E3418">
      <w:pPr>
        <w:pBdr>
          <w:top w:val="single" w:sz="6" w:space="8" w:color="AAAAAA"/>
          <w:left w:val="single" w:sz="6" w:space="8" w:color="AAAAAA"/>
          <w:bottom w:val="single" w:sz="6" w:space="8" w:color="AAAAAA"/>
          <w:right w:val="single" w:sz="6" w:space="8" w:color="AAAAAA"/>
        </w:pBdr>
        <w:bidi/>
        <w:spacing w:before="160"/>
        <w:rPr>
          <w:rFonts w:ascii="Sakkal Majalla" w:hAnsi="Sakkal Majalla" w:cs="Sakkal Majalla"/>
        </w:rPr>
      </w:pPr>
      <w:r w:rsidRPr="003E3418">
        <w:rPr>
          <w:rFonts w:ascii="Sakkal Majalla" w:hAnsi="Sakkal Majalla" w:cs="Sakkal Majalla"/>
          <w:b/>
          <w:bCs/>
          <w:sz w:val="24"/>
          <w:szCs w:val="24"/>
          <w:rtl/>
        </w:rPr>
        <w:t>شكل</w:t>
      </w:r>
      <w:r w:rsidRPr="003E3418">
        <w:rPr>
          <w:rFonts w:ascii="Sakkal Majalla" w:hAnsi="Sakkal Majalla" w:cs="Sakkal Majalla"/>
          <w:b/>
          <w:sz w:val="24"/>
        </w:rPr>
        <w:t xml:space="preserve"> (1): </w:t>
      </w:r>
      <w:r w:rsidRPr="003E3418">
        <w:rPr>
          <w:rFonts w:ascii="Sakkal Majalla" w:hAnsi="Sakkal Majalla" w:cs="Sakkal Majalla"/>
          <w:b/>
          <w:bCs/>
          <w:sz w:val="24"/>
          <w:szCs w:val="24"/>
          <w:rtl/>
        </w:rPr>
        <w:t>النموذج</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المفاهيمي</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للدراسة</w:t>
      </w:r>
    </w:p>
    <w:p w14:paraId="5A8056DF" w14:textId="77777777" w:rsidR="003E3418" w:rsidRPr="003E3418" w:rsidRDefault="003E3418" w:rsidP="003E3418">
      <w:pPr>
        <w:pBdr>
          <w:left w:val="single" w:sz="6" w:space="8" w:color="AAAAAA"/>
          <w:bottom w:val="single" w:sz="6" w:space="8" w:color="AAAAAA"/>
          <w:right w:val="single" w:sz="6" w:space="8" w:color="AAAAAA"/>
        </w:pBdr>
        <w:bidi/>
        <w:spacing w:before="80" w:after="240"/>
        <w:rPr>
          <w:rFonts w:ascii="Sakkal Majalla" w:hAnsi="Sakkal Majalla" w:cs="Sakkal Majalla"/>
        </w:rPr>
      </w:pPr>
      <w:r w:rsidRPr="003E3418">
        <w:rPr>
          <w:rFonts w:ascii="Sakkal Majalla" w:hAnsi="Sakkal Majalla" w:cs="Sakkal Majalla"/>
          <w:rtl/>
        </w:rPr>
        <w:t>الفساد</w:t>
      </w:r>
      <w:r w:rsidRPr="003E3418">
        <w:rPr>
          <w:rFonts w:ascii="Sakkal Majalla" w:hAnsi="Sakkal Majalla" w:cs="Sakkal Majalla"/>
        </w:rPr>
        <w:t xml:space="preserve"> (CPI/WGI) </w:t>
      </w:r>
      <w:r w:rsidRPr="003E3418">
        <w:rPr>
          <w:rFonts w:ascii="Times New Roman" w:hAnsi="Times New Roman" w:cs="Times New Roman"/>
        </w:rPr>
        <w:t>──────►</w:t>
      </w:r>
      <w:r w:rsidRPr="003E3418">
        <w:rPr>
          <w:rFonts w:ascii="Sakkal Majalla" w:hAnsi="Sakkal Majalla" w:cs="Sakkal Majalla"/>
        </w:rPr>
        <w:t xml:space="preserve"> [</w:t>
      </w:r>
      <w:r w:rsidRPr="003E3418">
        <w:rPr>
          <w:rFonts w:ascii="Sakkal Majalla" w:hAnsi="Sakkal Majalla" w:cs="Sakkal Majalla"/>
          <w:rtl/>
        </w:rPr>
        <w:t>قناة</w:t>
      </w:r>
      <w:r w:rsidRPr="003E3418">
        <w:rPr>
          <w:rFonts w:ascii="Sakkal Majalla" w:hAnsi="Sakkal Majalla" w:cs="Sakkal Majalla"/>
        </w:rPr>
        <w:t xml:space="preserve"> </w:t>
      </w:r>
      <w:r w:rsidRPr="003E3418">
        <w:rPr>
          <w:rFonts w:ascii="Sakkal Majalla" w:hAnsi="Sakkal Majalla" w:cs="Sakkal Majalla"/>
          <w:rtl/>
        </w:rPr>
        <w:t>الاستثمار</w:t>
      </w:r>
      <w:r w:rsidRPr="003E3418">
        <w:rPr>
          <w:rFonts w:ascii="Sakkal Majalla" w:hAnsi="Sakkal Majalla" w:cs="Sakkal Majalla"/>
        </w:rPr>
        <w:t xml:space="preserve"> | </w:t>
      </w:r>
      <w:r w:rsidRPr="003E3418">
        <w:rPr>
          <w:rFonts w:ascii="Sakkal Majalla" w:hAnsi="Sakkal Majalla" w:cs="Sakkal Majalla"/>
          <w:rtl/>
        </w:rPr>
        <w:t>قناة</w:t>
      </w:r>
      <w:r w:rsidRPr="003E3418">
        <w:rPr>
          <w:rFonts w:ascii="Sakkal Majalla" w:hAnsi="Sakkal Majalla" w:cs="Sakkal Majalla"/>
        </w:rPr>
        <w:t xml:space="preserve"> </w:t>
      </w:r>
      <w:r w:rsidRPr="003E3418">
        <w:rPr>
          <w:rFonts w:ascii="Sakkal Majalla" w:hAnsi="Sakkal Majalla" w:cs="Sakkal Majalla"/>
          <w:rtl/>
        </w:rPr>
        <w:t>الإنفاق</w:t>
      </w:r>
      <w:r w:rsidRPr="003E3418">
        <w:rPr>
          <w:rFonts w:ascii="Sakkal Majalla" w:hAnsi="Sakkal Majalla" w:cs="Sakkal Majalla"/>
        </w:rPr>
        <w:t xml:space="preserve"> | </w:t>
      </w:r>
      <w:r w:rsidRPr="003E3418">
        <w:rPr>
          <w:rFonts w:ascii="Sakkal Majalla" w:hAnsi="Sakkal Majalla" w:cs="Sakkal Majalla"/>
          <w:rtl/>
        </w:rPr>
        <w:t>قناة</w:t>
      </w:r>
      <w:r w:rsidRPr="003E3418">
        <w:rPr>
          <w:rFonts w:ascii="Sakkal Majalla" w:hAnsi="Sakkal Majalla" w:cs="Sakkal Majalla"/>
        </w:rPr>
        <w:t xml:space="preserve"> </w:t>
      </w:r>
      <w:r w:rsidRPr="003E3418">
        <w:rPr>
          <w:rFonts w:ascii="Sakkal Majalla" w:hAnsi="Sakkal Majalla" w:cs="Sakkal Majalla"/>
          <w:rtl/>
        </w:rPr>
        <w:t>الإنتاجية</w:t>
      </w:r>
      <w:r w:rsidRPr="003E3418">
        <w:rPr>
          <w:rFonts w:ascii="Sakkal Majalla" w:hAnsi="Sakkal Majalla" w:cs="Sakkal Majalla"/>
        </w:rPr>
        <w:t xml:space="preserve">] </w:t>
      </w:r>
      <w:r w:rsidRPr="003E3418">
        <w:rPr>
          <w:rFonts w:ascii="Times New Roman" w:hAnsi="Times New Roman" w:cs="Times New Roman"/>
        </w:rPr>
        <w:t>──────►</w:t>
      </w:r>
      <w:r w:rsidRPr="003E3418">
        <w:rPr>
          <w:rFonts w:ascii="Sakkal Majalla" w:hAnsi="Sakkal Majalla" w:cs="Sakkal Majalla"/>
        </w:rPr>
        <w:t xml:space="preserve"> </w:t>
      </w:r>
      <w:r w:rsidRPr="003E3418">
        <w:rPr>
          <w:rFonts w:ascii="Sakkal Majalla" w:hAnsi="Sakkal Majalla" w:cs="Sakkal Majalla"/>
          <w:rtl/>
        </w:rPr>
        <w:t>النمو</w:t>
      </w:r>
      <w:r w:rsidRPr="003E3418">
        <w:rPr>
          <w:rFonts w:ascii="Sakkal Majalla" w:hAnsi="Sakkal Majalla" w:cs="Sakkal Majalla"/>
        </w:rPr>
        <w:t xml:space="preserve"> </w:t>
      </w:r>
      <w:r w:rsidRPr="003E3418">
        <w:rPr>
          <w:rFonts w:ascii="Sakkal Majalla" w:hAnsi="Sakkal Majalla" w:cs="Sakkal Majalla"/>
          <w:rtl/>
        </w:rPr>
        <w:t>الاقتصادي</w:t>
      </w:r>
      <w:r w:rsidRPr="003E3418">
        <w:rPr>
          <w:rFonts w:ascii="Sakkal Majalla" w:hAnsi="Sakkal Majalla" w:cs="Sakkal Majalla"/>
        </w:rPr>
        <w:t xml:space="preserve"> </w:t>
      </w:r>
      <w:r w:rsidRPr="003E3418">
        <w:rPr>
          <w:rFonts w:ascii="Times New Roman" w:hAnsi="Times New Roman" w:cs="Times New Roman"/>
        </w:rPr>
        <w:t>──────►</w:t>
      </w:r>
      <w:r w:rsidRPr="003E3418">
        <w:rPr>
          <w:rFonts w:ascii="Sakkal Majalla" w:hAnsi="Sakkal Majalla" w:cs="Sakkal Majalla"/>
        </w:rPr>
        <w:t xml:space="preserve"> </w:t>
      </w:r>
      <w:r w:rsidRPr="003E3418">
        <w:rPr>
          <w:rFonts w:ascii="Sakkal Majalla" w:hAnsi="Sakkal Majalla" w:cs="Sakkal Majalla"/>
          <w:rtl/>
        </w:rPr>
        <w:t>الفقر</w:t>
      </w:r>
    </w:p>
    <w:p w14:paraId="089182DB" w14:textId="77777777" w:rsidR="003E3418" w:rsidRPr="003E3418" w:rsidRDefault="003E3418" w:rsidP="003E3418">
      <w:pPr>
        <w:rPr>
          <w:rFonts w:ascii="Sakkal Majalla" w:hAnsi="Sakkal Majalla" w:cs="Sakkal Majalla"/>
        </w:rPr>
      </w:pPr>
      <w:r w:rsidRPr="003E3418">
        <w:rPr>
          <w:rFonts w:ascii="Sakkal Majalla" w:hAnsi="Sakkal Majalla" w:cs="Sakkal Majalla"/>
        </w:rPr>
        <w:br w:type="page"/>
      </w:r>
    </w:p>
    <w:p w14:paraId="5155B6DE" w14:textId="77777777" w:rsidR="003E3418" w:rsidRPr="003E3418" w:rsidRDefault="003E3418" w:rsidP="003E3418">
      <w:pPr>
        <w:pBdr>
          <w:top w:val="single" w:sz="8" w:space="6" w:color="1A3A6B"/>
          <w:bottom w:val="single" w:sz="8" w:space="6" w:color="1A3A6B"/>
        </w:pBdr>
        <w:bidi/>
        <w:spacing w:before="240" w:after="80"/>
        <w:rPr>
          <w:rFonts w:ascii="Sakkal Majalla" w:hAnsi="Sakkal Majalla" w:cs="Sakkal Majalla"/>
        </w:rPr>
      </w:pPr>
      <w:r w:rsidRPr="003E3418">
        <w:rPr>
          <w:rFonts w:ascii="Sakkal Majalla" w:hAnsi="Sakkal Majalla" w:cs="Sakkal Majalla"/>
          <w:b/>
          <w:bCs/>
          <w:sz w:val="32"/>
          <w:szCs w:val="32"/>
          <w:rtl/>
        </w:rPr>
        <w:lastRenderedPageBreak/>
        <w:t>الفصل</w:t>
      </w:r>
      <w:r w:rsidRPr="003E3418">
        <w:rPr>
          <w:rFonts w:ascii="Sakkal Majalla" w:hAnsi="Sakkal Majalla" w:cs="Sakkal Majalla"/>
          <w:b/>
          <w:sz w:val="32"/>
        </w:rPr>
        <w:t xml:space="preserve"> </w:t>
      </w:r>
      <w:r w:rsidRPr="003E3418">
        <w:rPr>
          <w:rFonts w:ascii="Sakkal Majalla" w:hAnsi="Sakkal Majalla" w:cs="Sakkal Majalla"/>
          <w:b/>
          <w:bCs/>
          <w:sz w:val="32"/>
          <w:szCs w:val="32"/>
          <w:rtl/>
        </w:rPr>
        <w:t>الثاني</w:t>
      </w:r>
    </w:p>
    <w:p w14:paraId="60553C09" w14:textId="77777777" w:rsidR="003E3418" w:rsidRPr="003E3418" w:rsidRDefault="003E3418" w:rsidP="003E3418">
      <w:pPr>
        <w:bidi/>
        <w:spacing w:before="80" w:after="80"/>
        <w:rPr>
          <w:rFonts w:ascii="Sakkal Majalla" w:hAnsi="Sakkal Majalla" w:cs="Sakkal Majalla"/>
        </w:rPr>
      </w:pPr>
      <w:r w:rsidRPr="003E3418">
        <w:rPr>
          <w:rFonts w:ascii="Sakkal Majalla" w:hAnsi="Sakkal Majalla" w:cs="Sakkal Majalla"/>
          <w:b/>
          <w:bCs/>
          <w:sz w:val="28"/>
          <w:szCs w:val="28"/>
          <w:rtl/>
        </w:rPr>
        <w:t>الدراسات</w:t>
      </w:r>
      <w:r w:rsidRPr="003E3418">
        <w:rPr>
          <w:rFonts w:ascii="Sakkal Majalla" w:hAnsi="Sakkal Majalla" w:cs="Sakkal Majalla"/>
          <w:b/>
          <w:sz w:val="28"/>
        </w:rPr>
        <w:t xml:space="preserve"> </w:t>
      </w:r>
      <w:r w:rsidRPr="003E3418">
        <w:rPr>
          <w:rFonts w:ascii="Sakkal Majalla" w:hAnsi="Sakkal Majalla" w:cs="Sakkal Majalla"/>
          <w:b/>
          <w:bCs/>
          <w:sz w:val="28"/>
          <w:szCs w:val="28"/>
          <w:rtl/>
        </w:rPr>
        <w:t>السابقة</w:t>
      </w:r>
    </w:p>
    <w:p w14:paraId="40ED19DC" w14:textId="77777777" w:rsidR="003E3418" w:rsidRPr="003E3418" w:rsidRDefault="003E3418" w:rsidP="003E3418">
      <w:pPr>
        <w:spacing w:before="40" w:after="280"/>
        <w:rPr>
          <w:rFonts w:ascii="Sakkal Majalla" w:hAnsi="Sakkal Majalla" w:cs="Sakkal Majalla"/>
        </w:rPr>
      </w:pPr>
      <w:r w:rsidRPr="003E3418">
        <w:rPr>
          <w:rFonts w:ascii="Sakkal Majalla" w:hAnsi="Sakkal Majalla" w:cs="Sakkal Majalla"/>
          <w:i/>
        </w:rPr>
        <w:t>Literature Review</w:t>
      </w:r>
    </w:p>
    <w:p w14:paraId="6305D8AC" w14:textId="77777777" w:rsidR="003E3418" w:rsidRPr="003E3418" w:rsidRDefault="003E3418" w:rsidP="003E3418">
      <w:pPr>
        <w:spacing w:before="80" w:after="80"/>
        <w:rPr>
          <w:rFonts w:ascii="Sakkal Majalla" w:hAnsi="Sakkal Majalla" w:cs="Sakkal Majalla"/>
        </w:rPr>
      </w:pPr>
    </w:p>
    <w:p w14:paraId="725630D2" w14:textId="77777777" w:rsidR="003E3418" w:rsidRPr="003E3418" w:rsidRDefault="003E3418" w:rsidP="003E3418">
      <w:pPr>
        <w:pBdr>
          <w:bottom w:val="single" w:sz="6" w:space="4" w:color="1A3A6B"/>
        </w:pBdr>
        <w:bidi/>
        <w:spacing w:before="360" w:line="360" w:lineRule="exact"/>
        <w:rPr>
          <w:rFonts w:ascii="Sakkal Majalla" w:hAnsi="Sakkal Majalla" w:cs="Sakkal Majalla"/>
        </w:rPr>
      </w:pPr>
      <w:r w:rsidRPr="003E3418">
        <w:rPr>
          <w:rFonts w:ascii="Sakkal Majalla" w:hAnsi="Sakkal Majalla" w:cs="Sakkal Majalla"/>
          <w:b/>
          <w:sz w:val="30"/>
        </w:rPr>
        <w:t xml:space="preserve">2.1 </w:t>
      </w:r>
      <w:r w:rsidRPr="003E3418">
        <w:rPr>
          <w:rFonts w:ascii="Sakkal Majalla" w:hAnsi="Sakkal Majalla" w:cs="Sakkal Majalla"/>
          <w:b/>
          <w:bCs/>
          <w:sz w:val="30"/>
          <w:szCs w:val="30"/>
          <w:rtl/>
        </w:rPr>
        <w:t>مقدمة</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الفصل</w:t>
      </w:r>
    </w:p>
    <w:p w14:paraId="6F9BEF88"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تُشكّل</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السابقة</w:t>
      </w:r>
      <w:r w:rsidRPr="003E3418">
        <w:rPr>
          <w:rFonts w:ascii="Sakkal Majalla" w:hAnsi="Sakkal Majalla" w:cs="Sakkal Majalla"/>
          <w:sz w:val="24"/>
        </w:rPr>
        <w:t xml:space="preserve"> </w:t>
      </w:r>
      <w:r w:rsidRPr="003E3418">
        <w:rPr>
          <w:rFonts w:ascii="Sakkal Majalla" w:hAnsi="Sakkal Majalla" w:cs="Sakkal Majalla"/>
          <w:sz w:val="24"/>
          <w:szCs w:val="24"/>
          <w:rtl/>
        </w:rPr>
        <w:t>الركيزة</w:t>
      </w:r>
      <w:r w:rsidRPr="003E3418">
        <w:rPr>
          <w:rFonts w:ascii="Sakkal Majalla" w:hAnsi="Sakkal Majalla" w:cs="Sakkal Majalla"/>
          <w:sz w:val="24"/>
        </w:rPr>
        <w:t xml:space="preserve"> </w:t>
      </w:r>
      <w:r w:rsidRPr="003E3418">
        <w:rPr>
          <w:rFonts w:ascii="Sakkal Majalla" w:hAnsi="Sakkal Majalla" w:cs="Sakkal Majalla"/>
          <w:sz w:val="24"/>
          <w:szCs w:val="24"/>
          <w:rtl/>
        </w:rPr>
        <w:t>المعرفية</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يقوم</w:t>
      </w:r>
      <w:r w:rsidRPr="003E3418">
        <w:rPr>
          <w:rFonts w:ascii="Sakkal Majalla" w:hAnsi="Sakkal Majalla" w:cs="Sakkal Majalla"/>
          <w:sz w:val="24"/>
        </w:rPr>
        <w:t xml:space="preserve"> </w:t>
      </w:r>
      <w:r w:rsidRPr="003E3418">
        <w:rPr>
          <w:rFonts w:ascii="Sakkal Majalla" w:hAnsi="Sakkal Majalla" w:cs="Sakkal Majalla"/>
          <w:sz w:val="24"/>
          <w:szCs w:val="24"/>
          <w:rtl/>
        </w:rPr>
        <w:t>عليها</w:t>
      </w:r>
      <w:r w:rsidRPr="003E3418">
        <w:rPr>
          <w:rFonts w:ascii="Sakkal Majalla" w:hAnsi="Sakkal Majalla" w:cs="Sakkal Majalla"/>
          <w:sz w:val="24"/>
        </w:rPr>
        <w:t xml:space="preserve"> </w:t>
      </w:r>
      <w:r w:rsidRPr="003E3418">
        <w:rPr>
          <w:rFonts w:ascii="Sakkal Majalla" w:hAnsi="Sakkal Majalla" w:cs="Sakkal Majalla"/>
          <w:sz w:val="24"/>
          <w:szCs w:val="24"/>
          <w:rtl/>
        </w:rPr>
        <w:t>أي</w:t>
      </w:r>
      <w:r w:rsidRPr="003E3418">
        <w:rPr>
          <w:rFonts w:ascii="Sakkal Majalla" w:hAnsi="Sakkal Majalla" w:cs="Sakkal Majalla"/>
          <w:sz w:val="24"/>
        </w:rPr>
        <w:t xml:space="preserve"> </w:t>
      </w:r>
      <w:r w:rsidRPr="003E3418">
        <w:rPr>
          <w:rFonts w:ascii="Sakkal Majalla" w:hAnsi="Sakkal Majalla" w:cs="Sakkal Majalla"/>
          <w:sz w:val="24"/>
          <w:szCs w:val="24"/>
          <w:rtl/>
        </w:rPr>
        <w:t>بحث</w:t>
      </w:r>
      <w:r w:rsidRPr="003E3418">
        <w:rPr>
          <w:rFonts w:ascii="Sakkal Majalla" w:hAnsi="Sakkal Majalla" w:cs="Sakkal Majalla"/>
          <w:sz w:val="24"/>
        </w:rPr>
        <w:t xml:space="preserve"> </w:t>
      </w:r>
      <w:r w:rsidRPr="003E3418">
        <w:rPr>
          <w:rFonts w:ascii="Sakkal Majalla" w:hAnsi="Sakkal Majalla" w:cs="Sakkal Majalla"/>
          <w:sz w:val="24"/>
          <w:szCs w:val="24"/>
          <w:rtl/>
        </w:rPr>
        <w:t>علمي</w:t>
      </w:r>
      <w:r w:rsidRPr="003E3418">
        <w:rPr>
          <w:rFonts w:ascii="Sakkal Majalla" w:hAnsi="Sakkal Majalla" w:cs="Sakkal Majalla"/>
          <w:sz w:val="24"/>
        </w:rPr>
        <w:t xml:space="preserve"> </w:t>
      </w:r>
      <w:r w:rsidRPr="003E3418">
        <w:rPr>
          <w:rFonts w:ascii="Sakkal Majalla" w:hAnsi="Sakkal Majalla" w:cs="Sakkal Majalla"/>
          <w:sz w:val="24"/>
          <w:szCs w:val="24"/>
          <w:rtl/>
        </w:rPr>
        <w:t>رصين؛</w:t>
      </w:r>
      <w:r w:rsidRPr="003E3418">
        <w:rPr>
          <w:rFonts w:ascii="Sakkal Majalla" w:hAnsi="Sakkal Majalla" w:cs="Sakkal Majalla"/>
          <w:sz w:val="24"/>
        </w:rPr>
        <w:t xml:space="preserve"> </w:t>
      </w:r>
      <w:r w:rsidRPr="003E3418">
        <w:rPr>
          <w:rFonts w:ascii="Sakkal Majalla" w:hAnsi="Sakkal Majalla" w:cs="Sakkal Majalla"/>
          <w:sz w:val="24"/>
          <w:szCs w:val="24"/>
          <w:rtl/>
        </w:rPr>
        <w:t>فهي</w:t>
      </w:r>
      <w:r w:rsidRPr="003E3418">
        <w:rPr>
          <w:rFonts w:ascii="Sakkal Majalla" w:hAnsi="Sakkal Majalla" w:cs="Sakkal Majalla"/>
          <w:sz w:val="24"/>
        </w:rPr>
        <w:t xml:space="preserve"> </w:t>
      </w:r>
      <w:r w:rsidRPr="003E3418">
        <w:rPr>
          <w:rFonts w:ascii="Sakkal Majalla" w:hAnsi="Sakkal Majalla" w:cs="Sakkal Majalla"/>
          <w:sz w:val="24"/>
          <w:szCs w:val="24"/>
          <w:rtl/>
        </w:rPr>
        <w:t>تُتيح</w:t>
      </w:r>
      <w:r w:rsidRPr="003E3418">
        <w:rPr>
          <w:rFonts w:ascii="Sakkal Majalla" w:hAnsi="Sakkal Majalla" w:cs="Sakkal Majalla"/>
          <w:sz w:val="24"/>
        </w:rPr>
        <w:t xml:space="preserve"> </w:t>
      </w:r>
      <w:r w:rsidRPr="003E3418">
        <w:rPr>
          <w:rFonts w:ascii="Sakkal Majalla" w:hAnsi="Sakkal Majalla" w:cs="Sakkal Majalla"/>
          <w:sz w:val="24"/>
          <w:szCs w:val="24"/>
          <w:rtl/>
        </w:rPr>
        <w:t>للباحث</w:t>
      </w:r>
      <w:r w:rsidRPr="003E3418">
        <w:rPr>
          <w:rFonts w:ascii="Sakkal Majalla" w:hAnsi="Sakkal Majalla" w:cs="Sakkal Majalla"/>
          <w:sz w:val="24"/>
        </w:rPr>
        <w:t xml:space="preserve"> </w:t>
      </w:r>
      <w:r w:rsidRPr="003E3418">
        <w:rPr>
          <w:rFonts w:ascii="Sakkal Majalla" w:hAnsi="Sakkal Majalla" w:cs="Sakkal Majalla"/>
          <w:sz w:val="24"/>
          <w:szCs w:val="24"/>
          <w:rtl/>
        </w:rPr>
        <w:t>تحديد</w:t>
      </w:r>
      <w:r w:rsidRPr="003E3418">
        <w:rPr>
          <w:rFonts w:ascii="Sakkal Majalla" w:hAnsi="Sakkal Majalla" w:cs="Sakkal Majalla"/>
          <w:sz w:val="24"/>
        </w:rPr>
        <w:t xml:space="preserve"> </w:t>
      </w:r>
      <w:r w:rsidRPr="003E3418">
        <w:rPr>
          <w:rFonts w:ascii="Sakkal Majalla" w:hAnsi="Sakkal Majalla" w:cs="Sakkal Majalla"/>
          <w:sz w:val="24"/>
          <w:szCs w:val="24"/>
          <w:rtl/>
        </w:rPr>
        <w:t>موضعه</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المشهد</w:t>
      </w:r>
      <w:r w:rsidRPr="003E3418">
        <w:rPr>
          <w:rFonts w:ascii="Sakkal Majalla" w:hAnsi="Sakkal Majalla" w:cs="Sakkal Majalla"/>
          <w:sz w:val="24"/>
        </w:rPr>
        <w:t xml:space="preserve"> </w:t>
      </w:r>
      <w:r w:rsidRPr="003E3418">
        <w:rPr>
          <w:rFonts w:ascii="Sakkal Majalla" w:hAnsi="Sakkal Majalla" w:cs="Sakkal Majalla"/>
          <w:sz w:val="24"/>
          <w:szCs w:val="24"/>
          <w:rtl/>
        </w:rPr>
        <w:t>المعرفي</w:t>
      </w:r>
      <w:r w:rsidRPr="003E3418">
        <w:rPr>
          <w:rFonts w:ascii="Sakkal Majalla" w:hAnsi="Sakkal Majalla" w:cs="Sakkal Majalla"/>
          <w:sz w:val="24"/>
        </w:rPr>
        <w:t xml:space="preserve"> </w:t>
      </w:r>
      <w:r w:rsidRPr="003E3418">
        <w:rPr>
          <w:rFonts w:ascii="Sakkal Majalla" w:hAnsi="Sakkal Majalla" w:cs="Sakkal Majalla"/>
          <w:sz w:val="24"/>
          <w:szCs w:val="24"/>
          <w:rtl/>
        </w:rPr>
        <w:t>القائم،</w:t>
      </w:r>
      <w:r w:rsidRPr="003E3418">
        <w:rPr>
          <w:rFonts w:ascii="Sakkal Majalla" w:hAnsi="Sakkal Majalla" w:cs="Sakkal Majalla"/>
          <w:sz w:val="24"/>
        </w:rPr>
        <w:t xml:space="preserve"> </w:t>
      </w:r>
      <w:r w:rsidRPr="003E3418">
        <w:rPr>
          <w:rFonts w:ascii="Sakkal Majalla" w:hAnsi="Sakkal Majalla" w:cs="Sakkal Majalla"/>
          <w:sz w:val="24"/>
          <w:szCs w:val="24"/>
          <w:rtl/>
        </w:rPr>
        <w:t>والاستفادة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الإنجازات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المتراكمة،</w:t>
      </w:r>
      <w:r w:rsidRPr="003E3418">
        <w:rPr>
          <w:rFonts w:ascii="Sakkal Majalla" w:hAnsi="Sakkal Majalla" w:cs="Sakkal Majalla"/>
          <w:sz w:val="24"/>
        </w:rPr>
        <w:t xml:space="preserve"> </w:t>
      </w:r>
      <w:r w:rsidRPr="003E3418">
        <w:rPr>
          <w:rFonts w:ascii="Sakkal Majalla" w:hAnsi="Sakkal Majalla" w:cs="Sakkal Majalla"/>
          <w:sz w:val="24"/>
          <w:szCs w:val="24"/>
          <w:rtl/>
        </w:rPr>
        <w:t>وتجنّب</w:t>
      </w:r>
      <w:r w:rsidRPr="003E3418">
        <w:rPr>
          <w:rFonts w:ascii="Sakkal Majalla" w:hAnsi="Sakkal Majalla" w:cs="Sakkal Majalla"/>
          <w:sz w:val="24"/>
        </w:rPr>
        <w:t xml:space="preserve"> </w:t>
      </w:r>
      <w:r w:rsidRPr="003E3418">
        <w:rPr>
          <w:rFonts w:ascii="Sakkal Majalla" w:hAnsi="Sakkal Majalla" w:cs="Sakkal Majalla"/>
          <w:sz w:val="24"/>
          <w:szCs w:val="24"/>
          <w:rtl/>
        </w:rPr>
        <w:t>تكرار</w:t>
      </w:r>
      <w:r w:rsidRPr="003E3418">
        <w:rPr>
          <w:rFonts w:ascii="Sakkal Majalla" w:hAnsi="Sakkal Majalla" w:cs="Sakkal Majalla"/>
          <w:sz w:val="24"/>
        </w:rPr>
        <w:t xml:space="preserve"> </w:t>
      </w:r>
      <w:r w:rsidRPr="003E3418">
        <w:rPr>
          <w:rFonts w:ascii="Sakkal Majalla" w:hAnsi="Sakkal Majalla" w:cs="Sakkal Majalla"/>
          <w:sz w:val="24"/>
          <w:szCs w:val="24"/>
          <w:rtl/>
        </w:rPr>
        <w:t>ما</w:t>
      </w:r>
      <w:r w:rsidRPr="003E3418">
        <w:rPr>
          <w:rFonts w:ascii="Sakkal Majalla" w:hAnsi="Sakkal Majalla" w:cs="Sakkal Majalla"/>
          <w:sz w:val="24"/>
        </w:rPr>
        <w:t xml:space="preserve"> </w:t>
      </w:r>
      <w:r w:rsidRPr="003E3418">
        <w:rPr>
          <w:rFonts w:ascii="Sakkal Majalla" w:hAnsi="Sakkal Majalla" w:cs="Sakkal Majalla"/>
          <w:sz w:val="24"/>
          <w:szCs w:val="24"/>
          <w:rtl/>
        </w:rPr>
        <w:t>سبق،</w:t>
      </w:r>
      <w:r w:rsidRPr="003E3418">
        <w:rPr>
          <w:rFonts w:ascii="Sakkal Majalla" w:hAnsi="Sakkal Majalla" w:cs="Sakkal Majalla"/>
          <w:sz w:val="24"/>
        </w:rPr>
        <w:t xml:space="preserve"> </w:t>
      </w:r>
      <w:r w:rsidRPr="003E3418">
        <w:rPr>
          <w:rFonts w:ascii="Sakkal Majalla" w:hAnsi="Sakkal Majalla" w:cs="Sakkal Majalla"/>
          <w:sz w:val="24"/>
          <w:szCs w:val="24"/>
          <w:rtl/>
        </w:rPr>
        <w:t>وتحديد</w:t>
      </w:r>
      <w:r w:rsidRPr="003E3418">
        <w:rPr>
          <w:rFonts w:ascii="Sakkal Majalla" w:hAnsi="Sakkal Majalla" w:cs="Sakkal Majalla"/>
          <w:sz w:val="24"/>
        </w:rPr>
        <w:t xml:space="preserve"> </w:t>
      </w:r>
      <w:r w:rsidRPr="003E3418">
        <w:rPr>
          <w:rFonts w:ascii="Sakkal Majalla" w:hAnsi="Sakkal Majalla" w:cs="Sakkal Majalla"/>
          <w:sz w:val="24"/>
          <w:szCs w:val="24"/>
          <w:rtl/>
        </w:rPr>
        <w:t>الفجوات</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يمكن</w:t>
      </w:r>
      <w:r w:rsidRPr="003E3418">
        <w:rPr>
          <w:rFonts w:ascii="Sakkal Majalla" w:hAnsi="Sakkal Majalla" w:cs="Sakkal Majalla"/>
          <w:sz w:val="24"/>
        </w:rPr>
        <w:t xml:space="preserve"> </w:t>
      </w:r>
      <w:r w:rsidRPr="003E3418">
        <w:rPr>
          <w:rFonts w:ascii="Sakkal Majalla" w:hAnsi="Sakkal Majalla" w:cs="Sakkal Majalla"/>
          <w:sz w:val="24"/>
          <w:szCs w:val="24"/>
          <w:rtl/>
        </w:rPr>
        <w:t>للبحث</w:t>
      </w:r>
      <w:r w:rsidRPr="003E3418">
        <w:rPr>
          <w:rFonts w:ascii="Sakkal Majalla" w:hAnsi="Sakkal Majalla" w:cs="Sakkal Majalla"/>
          <w:sz w:val="24"/>
        </w:rPr>
        <w:t xml:space="preserve"> </w:t>
      </w:r>
      <w:r w:rsidRPr="003E3418">
        <w:rPr>
          <w:rFonts w:ascii="Sakkal Majalla" w:hAnsi="Sakkal Majalla" w:cs="Sakkal Majalla"/>
          <w:sz w:val="24"/>
          <w:szCs w:val="24"/>
          <w:rtl/>
        </w:rPr>
        <w:t>الجديد</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يُسهم</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سدّها</w:t>
      </w:r>
      <w:r w:rsidRPr="003E3418">
        <w:rPr>
          <w:rFonts w:ascii="Sakkal Majalla" w:hAnsi="Sakkal Majalla" w:cs="Sakkal Majalla"/>
          <w:sz w:val="24"/>
        </w:rPr>
        <w:t xml:space="preserve">. </w:t>
      </w:r>
      <w:r w:rsidRPr="003E3418">
        <w:rPr>
          <w:rFonts w:ascii="Sakkal Majalla" w:hAnsi="Sakkal Majalla" w:cs="Sakkal Majalla"/>
          <w:sz w:val="24"/>
          <w:szCs w:val="24"/>
          <w:rtl/>
        </w:rPr>
        <w:t>ويستعرض</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الفصل</w:t>
      </w:r>
      <w:r w:rsidRPr="003E3418">
        <w:rPr>
          <w:rFonts w:ascii="Sakkal Majalla" w:hAnsi="Sakkal Majalla" w:cs="Sakkal Majalla"/>
          <w:sz w:val="24"/>
        </w:rPr>
        <w:t xml:space="preserve"> </w:t>
      </w:r>
      <w:r w:rsidRPr="003E3418">
        <w:rPr>
          <w:rFonts w:ascii="Sakkal Majalla" w:hAnsi="Sakkal Majalla" w:cs="Sakkal Majalla"/>
          <w:sz w:val="24"/>
          <w:szCs w:val="24"/>
          <w:rtl/>
        </w:rPr>
        <w:t>الأدبيات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التجريبية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المتعلقة</w:t>
      </w:r>
      <w:r w:rsidRPr="003E3418">
        <w:rPr>
          <w:rFonts w:ascii="Sakkal Majalla" w:hAnsi="Sakkal Majalla" w:cs="Sakkal Majalla"/>
          <w:sz w:val="24"/>
        </w:rPr>
        <w:t xml:space="preserve"> </w:t>
      </w:r>
      <w:r w:rsidRPr="003E3418">
        <w:rPr>
          <w:rFonts w:ascii="Sakkal Majalla" w:hAnsi="Sakkal Majalla" w:cs="Sakkal Majalla"/>
          <w:sz w:val="24"/>
          <w:szCs w:val="24"/>
          <w:rtl/>
        </w:rPr>
        <w:t>بمتغيرات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الثلاثة</w:t>
      </w:r>
      <w:r w:rsidRPr="003E3418">
        <w:rPr>
          <w:rFonts w:ascii="Sakkal Majalla" w:hAnsi="Sakkal Majalla" w:cs="Sakkal Majalla"/>
          <w:sz w:val="24"/>
        </w:rPr>
        <w:t xml:space="preserve"> —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والفقر</w:t>
      </w:r>
      <w:r w:rsidRPr="003E3418">
        <w:rPr>
          <w:rFonts w:ascii="Sakkal Majalla" w:hAnsi="Sakkal Majalla" w:cs="Sakkal Majalla"/>
          <w:sz w:val="24"/>
        </w:rPr>
        <w:t xml:space="preserve"> — </w:t>
      </w:r>
      <w:r w:rsidRPr="003E3418">
        <w:rPr>
          <w:rFonts w:ascii="Sakkal Majalla" w:hAnsi="Sakkal Majalla" w:cs="Sakkal Majalla"/>
          <w:sz w:val="24"/>
          <w:szCs w:val="24"/>
          <w:rtl/>
        </w:rPr>
        <w:t>منظّمةً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ثلاثة</w:t>
      </w:r>
      <w:r w:rsidRPr="003E3418">
        <w:rPr>
          <w:rFonts w:ascii="Sakkal Majalla" w:hAnsi="Sakkal Majalla" w:cs="Sakkal Majalla"/>
          <w:sz w:val="24"/>
        </w:rPr>
        <w:t xml:space="preserve"> </w:t>
      </w:r>
      <w:r w:rsidRPr="003E3418">
        <w:rPr>
          <w:rFonts w:ascii="Sakkal Majalla" w:hAnsi="Sakkal Majalla" w:cs="Sakkal Majalla"/>
          <w:sz w:val="24"/>
          <w:szCs w:val="24"/>
          <w:rtl/>
        </w:rPr>
        <w:t>محاور</w:t>
      </w:r>
      <w:r w:rsidRPr="003E3418">
        <w:rPr>
          <w:rFonts w:ascii="Sakkal Majalla" w:hAnsi="Sakkal Majalla" w:cs="Sakkal Majalla"/>
          <w:sz w:val="24"/>
        </w:rPr>
        <w:t xml:space="preserve"> </w:t>
      </w:r>
      <w:r w:rsidRPr="003E3418">
        <w:rPr>
          <w:rFonts w:ascii="Sakkal Majalla" w:hAnsi="Sakkal Majalla" w:cs="Sakkal Majalla"/>
          <w:sz w:val="24"/>
          <w:szCs w:val="24"/>
          <w:rtl/>
        </w:rPr>
        <w:t>موضوعية</w:t>
      </w:r>
      <w:r w:rsidRPr="003E3418">
        <w:rPr>
          <w:rFonts w:ascii="Sakkal Majalla" w:hAnsi="Sakkal Majalla" w:cs="Sakkal Majalla"/>
          <w:sz w:val="24"/>
        </w:rPr>
        <w:t xml:space="preserve"> </w:t>
      </w:r>
      <w:r w:rsidRPr="003E3418">
        <w:rPr>
          <w:rFonts w:ascii="Sakkal Majalla" w:hAnsi="Sakkal Majalla" w:cs="Sakkal Majalla"/>
          <w:sz w:val="24"/>
          <w:szCs w:val="24"/>
          <w:rtl/>
        </w:rPr>
        <w:t>متتالية</w:t>
      </w:r>
      <w:r w:rsidRPr="003E3418">
        <w:rPr>
          <w:rFonts w:ascii="Sakkal Majalla" w:hAnsi="Sakkal Majalla" w:cs="Sakkal Majalla"/>
          <w:sz w:val="24"/>
        </w:rPr>
        <w:t xml:space="preserve"> </w:t>
      </w:r>
      <w:r w:rsidRPr="003E3418">
        <w:rPr>
          <w:rFonts w:ascii="Sakkal Majalla" w:hAnsi="Sakkal Majalla" w:cs="Sakkal Majalla"/>
          <w:sz w:val="24"/>
          <w:szCs w:val="24"/>
          <w:rtl/>
        </w:rPr>
        <w:t>تتبّع</w:t>
      </w:r>
      <w:r w:rsidRPr="003E3418">
        <w:rPr>
          <w:rFonts w:ascii="Sakkal Majalla" w:hAnsi="Sakkal Majalla" w:cs="Sakkal Majalla"/>
          <w:sz w:val="24"/>
        </w:rPr>
        <w:t xml:space="preserve"> </w:t>
      </w:r>
      <w:r w:rsidRPr="003E3418">
        <w:rPr>
          <w:rFonts w:ascii="Sakkal Majalla" w:hAnsi="Sakkal Majalla" w:cs="Sakkal Majalla"/>
          <w:sz w:val="24"/>
          <w:szCs w:val="24"/>
          <w:rtl/>
        </w:rPr>
        <w:t>موجات</w:t>
      </w:r>
      <w:r w:rsidRPr="003E3418">
        <w:rPr>
          <w:rFonts w:ascii="Sakkal Majalla" w:hAnsi="Sakkal Majalla" w:cs="Sakkal Majalla"/>
          <w:sz w:val="24"/>
        </w:rPr>
        <w:t xml:space="preserve"> </w:t>
      </w:r>
      <w:r w:rsidRPr="003E3418">
        <w:rPr>
          <w:rFonts w:ascii="Sakkal Majalla" w:hAnsi="Sakkal Majalla" w:cs="Sakkal Majalla"/>
          <w:sz w:val="24"/>
          <w:szCs w:val="24"/>
          <w:rtl/>
        </w:rPr>
        <w:t>النضج</w:t>
      </w:r>
      <w:r w:rsidRPr="003E3418">
        <w:rPr>
          <w:rFonts w:ascii="Sakkal Majalla" w:hAnsi="Sakkal Majalla" w:cs="Sakkal Majalla"/>
          <w:sz w:val="24"/>
        </w:rPr>
        <w:t xml:space="preserve"> </w:t>
      </w:r>
      <w:r w:rsidRPr="003E3418">
        <w:rPr>
          <w:rFonts w:ascii="Sakkal Majalla" w:hAnsi="Sakkal Majalla" w:cs="Sakkal Majalla"/>
          <w:sz w:val="24"/>
          <w:szCs w:val="24"/>
          <w:rtl/>
        </w:rPr>
        <w:t>المعرفي</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الحقل</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البحثي</w:t>
      </w:r>
      <w:r w:rsidRPr="003E3418">
        <w:rPr>
          <w:rFonts w:ascii="Sakkal Majalla" w:hAnsi="Sakkal Majalla" w:cs="Sakkal Majalla"/>
          <w:sz w:val="24"/>
        </w:rPr>
        <w:t>.</w:t>
      </w:r>
    </w:p>
    <w:p w14:paraId="4C412F5D"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ويتضمن</w:t>
      </w:r>
      <w:r w:rsidRPr="003E3418">
        <w:rPr>
          <w:rFonts w:ascii="Sakkal Majalla" w:hAnsi="Sakkal Majalla" w:cs="Sakkal Majalla"/>
          <w:sz w:val="24"/>
        </w:rPr>
        <w:t xml:space="preserve"> </w:t>
      </w:r>
      <w:r w:rsidRPr="003E3418">
        <w:rPr>
          <w:rFonts w:ascii="Sakkal Majalla" w:hAnsi="Sakkal Majalla" w:cs="Sakkal Majalla"/>
          <w:sz w:val="24"/>
          <w:szCs w:val="24"/>
          <w:rtl/>
        </w:rPr>
        <w:t>الفصل</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مرحلة</w:t>
      </w:r>
      <w:r w:rsidRPr="003E3418">
        <w:rPr>
          <w:rFonts w:ascii="Sakkal Majalla" w:hAnsi="Sakkal Majalla" w:cs="Sakkal Majalla"/>
          <w:sz w:val="24"/>
        </w:rPr>
        <w:t xml:space="preserve"> </w:t>
      </w:r>
      <w:r w:rsidRPr="003E3418">
        <w:rPr>
          <w:rFonts w:ascii="Sakkal Majalla" w:hAnsi="Sakkal Majalla" w:cs="Sakkal Majalla"/>
          <w:sz w:val="24"/>
          <w:szCs w:val="24"/>
          <w:rtl/>
        </w:rPr>
        <w:t>أولى</w:t>
      </w:r>
      <w:r w:rsidRPr="003E3418">
        <w:rPr>
          <w:rFonts w:ascii="Sakkal Majalla" w:hAnsi="Sakkal Majalla" w:cs="Sakkal Majalla"/>
          <w:sz w:val="24"/>
        </w:rPr>
        <w:t xml:space="preserve"> </w:t>
      </w:r>
      <w:r w:rsidRPr="003E3418">
        <w:rPr>
          <w:rFonts w:ascii="Sakkal Majalla" w:hAnsi="Sakkal Majalla" w:cs="Sakkal Majalla"/>
          <w:sz w:val="24"/>
          <w:szCs w:val="24"/>
          <w:rtl/>
        </w:rPr>
        <w:t>تعريفاً</w:t>
      </w:r>
      <w:r w:rsidRPr="003E3418">
        <w:rPr>
          <w:rFonts w:ascii="Sakkal Majalla" w:hAnsi="Sakkal Majalla" w:cs="Sakkal Majalla"/>
          <w:sz w:val="24"/>
        </w:rPr>
        <w:t xml:space="preserve"> </w:t>
      </w:r>
      <w:r w:rsidRPr="003E3418">
        <w:rPr>
          <w:rFonts w:ascii="Sakkal Majalla" w:hAnsi="Sakkal Majalla" w:cs="Sakkal Majalla"/>
          <w:sz w:val="24"/>
          <w:szCs w:val="24"/>
          <w:rtl/>
        </w:rPr>
        <w:t>مفصّلاً</w:t>
      </w:r>
      <w:r w:rsidRPr="003E3418">
        <w:rPr>
          <w:rFonts w:ascii="Sakkal Majalla" w:hAnsi="Sakkal Majalla" w:cs="Sakkal Majalla"/>
          <w:sz w:val="24"/>
        </w:rPr>
        <w:t xml:space="preserve"> </w:t>
      </w:r>
      <w:r w:rsidRPr="003E3418">
        <w:rPr>
          <w:rFonts w:ascii="Sakkal Majalla" w:hAnsi="Sakkal Majalla" w:cs="Sakkal Majalla"/>
          <w:sz w:val="24"/>
          <w:szCs w:val="24"/>
          <w:rtl/>
        </w:rPr>
        <w:t>لكل</w:t>
      </w:r>
      <w:r w:rsidRPr="003E3418">
        <w:rPr>
          <w:rFonts w:ascii="Sakkal Majalla" w:hAnsi="Sakkal Majalla" w:cs="Sakkal Majalla"/>
          <w:sz w:val="24"/>
        </w:rPr>
        <w:t xml:space="preserve"> </w:t>
      </w:r>
      <w:r w:rsidRPr="003E3418">
        <w:rPr>
          <w:rFonts w:ascii="Sakkal Majalla" w:hAnsi="Sakkal Majalla" w:cs="Sakkal Majalla"/>
          <w:sz w:val="24"/>
          <w:szCs w:val="24"/>
          <w:rtl/>
        </w:rPr>
        <w:t>متغير</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متغيرات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وعرضاً</w:t>
      </w:r>
      <w:r w:rsidRPr="003E3418">
        <w:rPr>
          <w:rFonts w:ascii="Sakkal Majalla" w:hAnsi="Sakkal Majalla" w:cs="Sakkal Majalla"/>
          <w:sz w:val="24"/>
        </w:rPr>
        <w:t xml:space="preserve"> </w:t>
      </w:r>
      <w:r w:rsidRPr="003E3418">
        <w:rPr>
          <w:rFonts w:ascii="Sakkal Majalla" w:hAnsi="Sakkal Majalla" w:cs="Sakkal Majalla"/>
          <w:sz w:val="24"/>
          <w:szCs w:val="24"/>
          <w:rtl/>
        </w:rPr>
        <w:t>لإشكاليات</w:t>
      </w:r>
      <w:r w:rsidRPr="003E3418">
        <w:rPr>
          <w:rFonts w:ascii="Sakkal Majalla" w:hAnsi="Sakkal Majalla" w:cs="Sakkal Majalla"/>
          <w:sz w:val="24"/>
        </w:rPr>
        <w:t xml:space="preserve"> </w:t>
      </w:r>
      <w:r w:rsidRPr="003E3418">
        <w:rPr>
          <w:rFonts w:ascii="Sakkal Majalla" w:hAnsi="Sakkal Majalla" w:cs="Sakkal Majalla"/>
          <w:sz w:val="24"/>
          <w:szCs w:val="24"/>
          <w:rtl/>
        </w:rPr>
        <w:t>قياسه</w:t>
      </w:r>
      <w:r w:rsidRPr="003E3418">
        <w:rPr>
          <w:rFonts w:ascii="Sakkal Majalla" w:hAnsi="Sakkal Majalla" w:cs="Sakkal Majalla"/>
          <w:sz w:val="24"/>
        </w:rPr>
        <w:t xml:space="preserve"> </w:t>
      </w:r>
      <w:r w:rsidRPr="003E3418">
        <w:rPr>
          <w:rFonts w:ascii="Sakkal Majalla" w:hAnsi="Sakkal Majalla" w:cs="Sakkal Majalla"/>
          <w:sz w:val="24"/>
          <w:szCs w:val="24"/>
          <w:rtl/>
        </w:rPr>
        <w:t>ومؤشراته</w:t>
      </w:r>
      <w:r w:rsidRPr="003E3418">
        <w:rPr>
          <w:rFonts w:ascii="Sakkal Majalla" w:hAnsi="Sakkal Majalla" w:cs="Sakkal Majalla"/>
          <w:sz w:val="24"/>
        </w:rPr>
        <w:t xml:space="preserve"> </w:t>
      </w:r>
      <w:r w:rsidRPr="003E3418">
        <w:rPr>
          <w:rFonts w:ascii="Sakkal Majalla" w:hAnsi="Sakkal Majalla" w:cs="Sakkal Majalla"/>
          <w:sz w:val="24"/>
          <w:szCs w:val="24"/>
          <w:rtl/>
        </w:rPr>
        <w:t>المتاحة،</w:t>
      </w:r>
      <w:r w:rsidRPr="003E3418">
        <w:rPr>
          <w:rFonts w:ascii="Sakkal Majalla" w:hAnsi="Sakkal Majalla" w:cs="Sakkal Majalla"/>
          <w:sz w:val="24"/>
        </w:rPr>
        <w:t xml:space="preserve"> </w:t>
      </w:r>
      <w:r w:rsidRPr="003E3418">
        <w:rPr>
          <w:rFonts w:ascii="Sakkal Majalla" w:hAnsi="Sakkal Majalla" w:cs="Sakkal Majalla"/>
          <w:sz w:val="24"/>
          <w:szCs w:val="24"/>
          <w:rtl/>
        </w:rPr>
        <w:t>ثم</w:t>
      </w:r>
      <w:r w:rsidRPr="003E3418">
        <w:rPr>
          <w:rFonts w:ascii="Sakkal Majalla" w:hAnsi="Sakkal Majalla" w:cs="Sakkal Majalla"/>
          <w:sz w:val="24"/>
        </w:rPr>
        <w:t xml:space="preserve"> </w:t>
      </w:r>
      <w:r w:rsidRPr="003E3418">
        <w:rPr>
          <w:rFonts w:ascii="Sakkal Majalla" w:hAnsi="Sakkal Majalla" w:cs="Sakkal Majalla"/>
          <w:sz w:val="24"/>
          <w:szCs w:val="24"/>
          <w:rtl/>
        </w:rPr>
        <w:t>يستعرض</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مرحلة</w:t>
      </w:r>
      <w:r w:rsidRPr="003E3418">
        <w:rPr>
          <w:rFonts w:ascii="Sakkal Majalla" w:hAnsi="Sakkal Majalla" w:cs="Sakkal Majalla"/>
          <w:sz w:val="24"/>
        </w:rPr>
        <w:t xml:space="preserve"> </w:t>
      </w:r>
      <w:r w:rsidRPr="003E3418">
        <w:rPr>
          <w:rFonts w:ascii="Sakkal Majalla" w:hAnsi="Sakkal Majalla" w:cs="Sakkal Majalla"/>
          <w:sz w:val="24"/>
          <w:szCs w:val="24"/>
          <w:rtl/>
        </w:rPr>
        <w:t>ثانية</w:t>
      </w:r>
      <w:r w:rsidRPr="003E3418">
        <w:rPr>
          <w:rFonts w:ascii="Sakkal Majalla" w:hAnsi="Sakkal Majalla" w:cs="Sakkal Majalla"/>
          <w:sz w:val="24"/>
        </w:rPr>
        <w:t xml:space="preserve"> </w:t>
      </w:r>
      <w:r w:rsidRPr="003E3418">
        <w:rPr>
          <w:rFonts w:ascii="Sakkal Majalla" w:hAnsi="Sakkal Majalla" w:cs="Sakkal Majalla"/>
          <w:sz w:val="24"/>
          <w:szCs w:val="24"/>
          <w:rtl/>
        </w:rPr>
        <w:t>أبرز</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التجريبية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كل</w:t>
      </w:r>
      <w:r w:rsidRPr="003E3418">
        <w:rPr>
          <w:rFonts w:ascii="Sakkal Majalla" w:hAnsi="Sakkal Majalla" w:cs="Sakkal Majalla"/>
          <w:sz w:val="24"/>
        </w:rPr>
        <w:t xml:space="preserve"> </w:t>
      </w:r>
      <w:r w:rsidRPr="003E3418">
        <w:rPr>
          <w:rFonts w:ascii="Sakkal Majalla" w:hAnsi="Sakkal Majalla" w:cs="Sakkal Majalla"/>
          <w:sz w:val="24"/>
          <w:szCs w:val="24"/>
          <w:rtl/>
        </w:rPr>
        <w:t>محور</w:t>
      </w:r>
      <w:r w:rsidRPr="003E3418">
        <w:rPr>
          <w:rFonts w:ascii="Sakkal Majalla" w:hAnsi="Sakkal Majalla" w:cs="Sakkal Majalla"/>
          <w:sz w:val="24"/>
        </w:rPr>
        <w:t xml:space="preserve"> </w:t>
      </w:r>
      <w:r w:rsidRPr="003E3418">
        <w:rPr>
          <w:rFonts w:ascii="Sakkal Majalla" w:hAnsi="Sakkal Majalla" w:cs="Sakkal Majalla"/>
          <w:sz w:val="24"/>
          <w:szCs w:val="24"/>
          <w:rtl/>
        </w:rPr>
        <w:t>بهيكل</w:t>
      </w:r>
      <w:r w:rsidRPr="003E3418">
        <w:rPr>
          <w:rFonts w:ascii="Sakkal Majalla" w:hAnsi="Sakkal Majalla" w:cs="Sakkal Majalla"/>
          <w:sz w:val="24"/>
        </w:rPr>
        <w:t xml:space="preserve"> </w:t>
      </w:r>
      <w:r w:rsidRPr="003E3418">
        <w:rPr>
          <w:rFonts w:ascii="Sakkal Majalla" w:hAnsi="Sakkal Majalla" w:cs="Sakkal Majalla"/>
          <w:sz w:val="24"/>
          <w:szCs w:val="24"/>
          <w:rtl/>
        </w:rPr>
        <w:t>منتظم</w:t>
      </w:r>
      <w:r w:rsidRPr="003E3418">
        <w:rPr>
          <w:rFonts w:ascii="Sakkal Majalla" w:hAnsi="Sakkal Majalla" w:cs="Sakkal Majalla"/>
          <w:sz w:val="24"/>
        </w:rPr>
        <w:t xml:space="preserve"> </w:t>
      </w:r>
      <w:r w:rsidRPr="003E3418">
        <w:rPr>
          <w:rFonts w:ascii="Sakkal Majalla" w:hAnsi="Sakkal Majalla" w:cs="Sakkal Majalla"/>
          <w:sz w:val="24"/>
          <w:szCs w:val="24"/>
          <w:rtl/>
        </w:rPr>
        <w:t>يشمل</w:t>
      </w:r>
      <w:r w:rsidRPr="003E3418">
        <w:rPr>
          <w:rFonts w:ascii="Sakkal Majalla" w:hAnsi="Sakkal Majalla" w:cs="Sakkal Majalla"/>
          <w:sz w:val="24"/>
        </w:rPr>
        <w:t xml:space="preserve">: </w:t>
      </w:r>
      <w:r w:rsidRPr="003E3418">
        <w:rPr>
          <w:rFonts w:ascii="Sakkal Majalla" w:hAnsi="Sakkal Majalla" w:cs="Sakkal Majalla"/>
          <w:sz w:val="24"/>
          <w:szCs w:val="24"/>
          <w:rtl/>
        </w:rPr>
        <w:t>المرجع</w:t>
      </w:r>
      <w:r w:rsidRPr="003E3418">
        <w:rPr>
          <w:rFonts w:ascii="Sakkal Majalla" w:hAnsi="Sakkal Majalla" w:cs="Sakkal Majalla"/>
          <w:sz w:val="24"/>
        </w:rPr>
        <w:t xml:space="preserve"> </w:t>
      </w:r>
      <w:r w:rsidRPr="003E3418">
        <w:rPr>
          <w:rFonts w:ascii="Sakkal Majalla" w:hAnsi="Sakkal Majalla" w:cs="Sakkal Majalla"/>
          <w:sz w:val="24"/>
          <w:szCs w:val="24"/>
          <w:rtl/>
        </w:rPr>
        <w:t>الكامل،</w:t>
      </w:r>
      <w:r w:rsidRPr="003E3418">
        <w:rPr>
          <w:rFonts w:ascii="Sakkal Majalla" w:hAnsi="Sakkal Majalla" w:cs="Sakkal Majalla"/>
          <w:sz w:val="24"/>
        </w:rPr>
        <w:t xml:space="preserve"> </w:t>
      </w:r>
      <w:r w:rsidRPr="003E3418">
        <w:rPr>
          <w:rFonts w:ascii="Sakkal Majalla" w:hAnsi="Sakkal Majalla" w:cs="Sakkal Majalla"/>
          <w:sz w:val="24"/>
          <w:szCs w:val="24"/>
          <w:rtl/>
        </w:rPr>
        <w:t>وهدف</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ومنهجيتها،</w:t>
      </w:r>
      <w:r w:rsidRPr="003E3418">
        <w:rPr>
          <w:rFonts w:ascii="Sakkal Majalla" w:hAnsi="Sakkal Majalla" w:cs="Sakkal Majalla"/>
          <w:sz w:val="24"/>
        </w:rPr>
        <w:t xml:space="preserve"> </w:t>
      </w:r>
      <w:r w:rsidRPr="003E3418">
        <w:rPr>
          <w:rFonts w:ascii="Sakkal Majalla" w:hAnsi="Sakkal Majalla" w:cs="Sakkal Majalla"/>
          <w:sz w:val="24"/>
          <w:szCs w:val="24"/>
          <w:rtl/>
        </w:rPr>
        <w:t>وأبرز</w:t>
      </w:r>
      <w:r w:rsidRPr="003E3418">
        <w:rPr>
          <w:rFonts w:ascii="Sakkal Majalla" w:hAnsi="Sakkal Majalla" w:cs="Sakkal Majalla"/>
          <w:sz w:val="24"/>
        </w:rPr>
        <w:t xml:space="preserve"> </w:t>
      </w:r>
      <w:r w:rsidRPr="003E3418">
        <w:rPr>
          <w:rFonts w:ascii="Sakkal Majalla" w:hAnsi="Sakkal Majalla" w:cs="Sakkal Majalla"/>
          <w:sz w:val="24"/>
          <w:szCs w:val="24"/>
          <w:rtl/>
        </w:rPr>
        <w:t>نتائجها،</w:t>
      </w:r>
      <w:r w:rsidRPr="003E3418">
        <w:rPr>
          <w:rFonts w:ascii="Sakkal Majalla" w:hAnsi="Sakkal Majalla" w:cs="Sakkal Majalla"/>
          <w:sz w:val="24"/>
        </w:rPr>
        <w:t xml:space="preserve"> </w:t>
      </w:r>
      <w:r w:rsidRPr="003E3418">
        <w:rPr>
          <w:rFonts w:ascii="Sakkal Majalla" w:hAnsi="Sakkal Majalla" w:cs="Sakkal Majalla"/>
          <w:sz w:val="24"/>
          <w:szCs w:val="24"/>
          <w:rtl/>
        </w:rPr>
        <w:t>وصلتها</w:t>
      </w:r>
      <w:r w:rsidRPr="003E3418">
        <w:rPr>
          <w:rFonts w:ascii="Sakkal Majalla" w:hAnsi="Sakkal Majalla" w:cs="Sakkal Majalla"/>
          <w:sz w:val="24"/>
        </w:rPr>
        <w:t xml:space="preserve"> </w:t>
      </w:r>
      <w:r w:rsidRPr="003E3418">
        <w:rPr>
          <w:rFonts w:ascii="Sakkal Majalla" w:hAnsi="Sakkal Majalla" w:cs="Sakkal Majalla"/>
          <w:sz w:val="24"/>
          <w:szCs w:val="24"/>
          <w:rtl/>
        </w:rPr>
        <w:t>بالبحث</w:t>
      </w:r>
      <w:r w:rsidRPr="003E3418">
        <w:rPr>
          <w:rFonts w:ascii="Sakkal Majalla" w:hAnsi="Sakkal Majalla" w:cs="Sakkal Majalla"/>
          <w:sz w:val="24"/>
        </w:rPr>
        <w:t xml:space="preserve"> </w:t>
      </w:r>
      <w:r w:rsidRPr="003E3418">
        <w:rPr>
          <w:rFonts w:ascii="Sakkal Majalla" w:hAnsi="Sakkal Majalla" w:cs="Sakkal Majalla"/>
          <w:sz w:val="24"/>
          <w:szCs w:val="24"/>
          <w:rtl/>
        </w:rPr>
        <w:t>الحالي</w:t>
      </w:r>
      <w:r w:rsidRPr="003E3418">
        <w:rPr>
          <w:rFonts w:ascii="Sakkal Majalla" w:hAnsi="Sakkal Majalla" w:cs="Sakkal Majalla"/>
          <w:sz w:val="24"/>
        </w:rPr>
        <w:t xml:space="preserve">. </w:t>
      </w:r>
      <w:r w:rsidRPr="003E3418">
        <w:rPr>
          <w:rFonts w:ascii="Sakkal Majalla" w:hAnsi="Sakkal Majalla" w:cs="Sakkal Majalla"/>
          <w:sz w:val="24"/>
          <w:szCs w:val="24"/>
          <w:rtl/>
        </w:rPr>
        <w:t>ويختتم</w:t>
      </w:r>
      <w:r w:rsidRPr="003E3418">
        <w:rPr>
          <w:rFonts w:ascii="Sakkal Majalla" w:hAnsi="Sakkal Majalla" w:cs="Sakkal Majalla"/>
          <w:sz w:val="24"/>
        </w:rPr>
        <w:t xml:space="preserve"> </w:t>
      </w:r>
      <w:r w:rsidRPr="003E3418">
        <w:rPr>
          <w:rFonts w:ascii="Sakkal Majalla" w:hAnsi="Sakkal Majalla" w:cs="Sakkal Majalla"/>
          <w:sz w:val="24"/>
          <w:szCs w:val="24"/>
          <w:rtl/>
        </w:rPr>
        <w:t>الفصل</w:t>
      </w:r>
      <w:r w:rsidRPr="003E3418">
        <w:rPr>
          <w:rFonts w:ascii="Sakkal Majalla" w:hAnsi="Sakkal Majalla" w:cs="Sakkal Majalla"/>
          <w:sz w:val="24"/>
        </w:rPr>
        <w:t xml:space="preserve"> </w:t>
      </w:r>
      <w:r w:rsidRPr="003E3418">
        <w:rPr>
          <w:rFonts w:ascii="Sakkal Majalla" w:hAnsi="Sakkal Majalla" w:cs="Sakkal Majalla"/>
          <w:sz w:val="24"/>
          <w:szCs w:val="24"/>
          <w:rtl/>
        </w:rPr>
        <w:t>بخلاصة</w:t>
      </w:r>
      <w:r w:rsidRPr="003E3418">
        <w:rPr>
          <w:rFonts w:ascii="Sakkal Majalla" w:hAnsi="Sakkal Majalla" w:cs="Sakkal Majalla"/>
          <w:sz w:val="24"/>
        </w:rPr>
        <w:t xml:space="preserve"> </w:t>
      </w:r>
      <w:r w:rsidRPr="003E3418">
        <w:rPr>
          <w:rFonts w:ascii="Sakkal Majalla" w:hAnsi="Sakkal Majalla" w:cs="Sakkal Majalla"/>
          <w:sz w:val="24"/>
          <w:szCs w:val="24"/>
          <w:rtl/>
        </w:rPr>
        <w:t>نقدية</w:t>
      </w:r>
      <w:r w:rsidRPr="003E3418">
        <w:rPr>
          <w:rFonts w:ascii="Sakkal Majalla" w:hAnsi="Sakkal Majalla" w:cs="Sakkal Majalla"/>
          <w:sz w:val="24"/>
        </w:rPr>
        <w:t xml:space="preserve"> </w:t>
      </w:r>
      <w:r w:rsidRPr="003E3418">
        <w:rPr>
          <w:rFonts w:ascii="Sakkal Majalla" w:hAnsi="Sakkal Majalla" w:cs="Sakkal Majalla"/>
          <w:sz w:val="24"/>
          <w:szCs w:val="24"/>
          <w:rtl/>
        </w:rPr>
        <w:t>مقارنة</w:t>
      </w:r>
      <w:r w:rsidRPr="003E3418">
        <w:rPr>
          <w:rFonts w:ascii="Sakkal Majalla" w:hAnsi="Sakkal Majalla" w:cs="Sakkal Majalla"/>
          <w:sz w:val="24"/>
        </w:rPr>
        <w:t xml:space="preserve"> </w:t>
      </w:r>
      <w:r w:rsidRPr="003E3418">
        <w:rPr>
          <w:rFonts w:ascii="Sakkal Majalla" w:hAnsi="Sakkal Majalla" w:cs="Sakkal Majalla"/>
          <w:sz w:val="24"/>
          <w:szCs w:val="24"/>
          <w:rtl/>
        </w:rPr>
        <w:t>تُحدد</w:t>
      </w:r>
      <w:r w:rsidRPr="003E3418">
        <w:rPr>
          <w:rFonts w:ascii="Sakkal Majalla" w:hAnsi="Sakkal Majalla" w:cs="Sakkal Majalla"/>
          <w:sz w:val="24"/>
        </w:rPr>
        <w:t xml:space="preserve"> </w:t>
      </w:r>
      <w:r w:rsidRPr="003E3418">
        <w:rPr>
          <w:rFonts w:ascii="Sakkal Majalla" w:hAnsi="Sakkal Majalla" w:cs="Sakkal Majalla"/>
          <w:sz w:val="24"/>
          <w:szCs w:val="24"/>
          <w:rtl/>
        </w:rPr>
        <w:t>القاسم</w:t>
      </w:r>
      <w:r w:rsidRPr="003E3418">
        <w:rPr>
          <w:rFonts w:ascii="Sakkal Majalla" w:hAnsi="Sakkal Majalla" w:cs="Sakkal Majalla"/>
          <w:sz w:val="24"/>
        </w:rPr>
        <w:t xml:space="preserve"> </w:t>
      </w:r>
      <w:r w:rsidRPr="003E3418">
        <w:rPr>
          <w:rFonts w:ascii="Sakkal Majalla" w:hAnsi="Sakkal Majalla" w:cs="Sakkal Majalla"/>
          <w:sz w:val="24"/>
          <w:szCs w:val="24"/>
          <w:rtl/>
        </w:rPr>
        <w:t>المشترك</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الدراسات</w:t>
      </w:r>
      <w:r w:rsidRPr="003E3418">
        <w:rPr>
          <w:rFonts w:ascii="Sakkal Majalla" w:hAnsi="Sakkal Majalla" w:cs="Sakkal Majalla"/>
          <w:sz w:val="24"/>
        </w:rPr>
        <w:t xml:space="preserve"> </w:t>
      </w:r>
      <w:r w:rsidRPr="003E3418">
        <w:rPr>
          <w:rFonts w:ascii="Sakkal Majalla" w:hAnsi="Sakkal Majalla" w:cs="Sakkal Majalla"/>
          <w:sz w:val="24"/>
          <w:szCs w:val="24"/>
          <w:rtl/>
        </w:rPr>
        <w:t>وما</w:t>
      </w:r>
      <w:r w:rsidRPr="003E3418">
        <w:rPr>
          <w:rFonts w:ascii="Sakkal Majalla" w:hAnsi="Sakkal Majalla" w:cs="Sakkal Majalla"/>
          <w:sz w:val="24"/>
        </w:rPr>
        <w:t xml:space="preserve"> </w:t>
      </w:r>
      <w:r w:rsidRPr="003E3418">
        <w:rPr>
          <w:rFonts w:ascii="Sakkal Majalla" w:hAnsi="Sakkal Majalla" w:cs="Sakkal Majalla"/>
          <w:sz w:val="24"/>
          <w:szCs w:val="24"/>
          <w:rtl/>
        </w:rPr>
        <w:t>اختلفت</w:t>
      </w:r>
      <w:r w:rsidRPr="003E3418">
        <w:rPr>
          <w:rFonts w:ascii="Sakkal Majalla" w:hAnsi="Sakkal Majalla" w:cs="Sakkal Majalla"/>
          <w:sz w:val="24"/>
        </w:rPr>
        <w:t xml:space="preserve"> </w:t>
      </w:r>
      <w:r w:rsidRPr="003E3418">
        <w:rPr>
          <w:rFonts w:ascii="Sakkal Majalla" w:hAnsi="Sakkal Majalla" w:cs="Sakkal Majalla"/>
          <w:sz w:val="24"/>
          <w:szCs w:val="24"/>
          <w:rtl/>
        </w:rPr>
        <w:t>فيه،</w:t>
      </w:r>
      <w:r w:rsidRPr="003E3418">
        <w:rPr>
          <w:rFonts w:ascii="Sakkal Majalla" w:hAnsi="Sakkal Majalla" w:cs="Sakkal Majalla"/>
          <w:sz w:val="24"/>
        </w:rPr>
        <w:t xml:space="preserve"> </w:t>
      </w:r>
      <w:r w:rsidRPr="003E3418">
        <w:rPr>
          <w:rFonts w:ascii="Sakkal Majalla" w:hAnsi="Sakkal Majalla" w:cs="Sakkal Majalla"/>
          <w:sz w:val="24"/>
          <w:szCs w:val="24"/>
          <w:rtl/>
        </w:rPr>
        <w:t>وتُجلي</w:t>
      </w:r>
      <w:r w:rsidRPr="003E3418">
        <w:rPr>
          <w:rFonts w:ascii="Sakkal Majalla" w:hAnsi="Sakkal Majalla" w:cs="Sakkal Majalla"/>
          <w:sz w:val="24"/>
        </w:rPr>
        <w:t xml:space="preserve"> </w:t>
      </w:r>
      <w:r w:rsidRPr="003E3418">
        <w:rPr>
          <w:rFonts w:ascii="Sakkal Majalla" w:hAnsi="Sakkal Majalla" w:cs="Sakkal Majalla"/>
          <w:sz w:val="24"/>
          <w:szCs w:val="24"/>
          <w:rtl/>
        </w:rPr>
        <w:t>الفجوة</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البحثية</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يسعى</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w:t>
      </w:r>
      <w:r w:rsidRPr="003E3418">
        <w:rPr>
          <w:rFonts w:ascii="Sakkal Majalla" w:hAnsi="Sakkal Majalla" w:cs="Sakkal Majalla"/>
          <w:sz w:val="24"/>
        </w:rPr>
        <w:t xml:space="preserve"> </w:t>
      </w:r>
      <w:r w:rsidRPr="003E3418">
        <w:rPr>
          <w:rFonts w:ascii="Sakkal Majalla" w:hAnsi="Sakkal Majalla" w:cs="Sakkal Majalla"/>
          <w:sz w:val="24"/>
          <w:szCs w:val="24"/>
          <w:rtl/>
        </w:rPr>
        <w:t>الحالي</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ملئها</w:t>
      </w:r>
      <w:r w:rsidRPr="003E3418">
        <w:rPr>
          <w:rFonts w:ascii="Sakkal Majalla" w:hAnsi="Sakkal Majalla" w:cs="Sakkal Majalla"/>
          <w:sz w:val="24"/>
        </w:rPr>
        <w:t>.</w:t>
      </w:r>
    </w:p>
    <w:p w14:paraId="7BC2DF78" w14:textId="77777777" w:rsidR="003E3418" w:rsidRPr="003E3418" w:rsidRDefault="003E3418" w:rsidP="003E3418">
      <w:pPr>
        <w:pBdr>
          <w:bottom w:val="single" w:sz="4" w:space="4" w:color="DDDDDD"/>
        </w:pBdr>
        <w:spacing w:before="120" w:after="120"/>
        <w:rPr>
          <w:rFonts w:ascii="Sakkal Majalla" w:hAnsi="Sakkal Majalla" w:cs="Sakkal Majalla"/>
        </w:rPr>
      </w:pPr>
    </w:p>
    <w:p w14:paraId="7E03F2E1" w14:textId="77777777" w:rsidR="003E3418" w:rsidRPr="003E3418" w:rsidRDefault="003E3418" w:rsidP="003E3418">
      <w:pPr>
        <w:pBdr>
          <w:bottom w:val="single" w:sz="6" w:space="4" w:color="1A3A6B"/>
        </w:pBdr>
        <w:bidi/>
        <w:spacing w:before="360" w:line="360" w:lineRule="exact"/>
        <w:rPr>
          <w:rFonts w:ascii="Sakkal Majalla" w:hAnsi="Sakkal Majalla" w:cs="Sakkal Majalla"/>
        </w:rPr>
      </w:pPr>
      <w:r w:rsidRPr="003E3418">
        <w:rPr>
          <w:rFonts w:ascii="Sakkal Majalla" w:hAnsi="Sakkal Majalla" w:cs="Sakkal Majalla"/>
          <w:b/>
          <w:sz w:val="30"/>
        </w:rPr>
        <w:t xml:space="preserve">2.2 </w:t>
      </w:r>
      <w:r w:rsidRPr="003E3418">
        <w:rPr>
          <w:rFonts w:ascii="Sakkal Majalla" w:hAnsi="Sakkal Majalla" w:cs="Sakkal Majalla"/>
          <w:b/>
          <w:bCs/>
          <w:sz w:val="30"/>
          <w:szCs w:val="30"/>
          <w:rtl/>
        </w:rPr>
        <w:t>المتغير</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المستقل</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الفساد</w:t>
      </w:r>
    </w:p>
    <w:p w14:paraId="78899E57"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أ</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تعريف</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الفساد</w:t>
      </w:r>
    </w:p>
    <w:p w14:paraId="528C7281"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يُعدّ</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المفاهيم</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تعذّر</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الباحثين</w:t>
      </w:r>
      <w:r w:rsidRPr="003E3418">
        <w:rPr>
          <w:rFonts w:ascii="Sakkal Majalla" w:hAnsi="Sakkal Majalla" w:cs="Sakkal Majalla"/>
          <w:sz w:val="24"/>
        </w:rPr>
        <w:t xml:space="preserve"> </w:t>
      </w:r>
      <w:r w:rsidRPr="003E3418">
        <w:rPr>
          <w:rFonts w:ascii="Sakkal Majalla" w:hAnsi="Sakkal Majalla" w:cs="Sakkal Majalla"/>
          <w:sz w:val="24"/>
          <w:szCs w:val="24"/>
          <w:rtl/>
        </w:rPr>
        <w:t>الوصول</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تعريف</w:t>
      </w:r>
      <w:r w:rsidRPr="003E3418">
        <w:rPr>
          <w:rFonts w:ascii="Sakkal Majalla" w:hAnsi="Sakkal Majalla" w:cs="Sakkal Majalla"/>
          <w:sz w:val="24"/>
        </w:rPr>
        <w:t xml:space="preserve"> </w:t>
      </w:r>
      <w:r w:rsidRPr="003E3418">
        <w:rPr>
          <w:rFonts w:ascii="Sakkal Majalla" w:hAnsi="Sakkal Majalla" w:cs="Sakkal Majalla"/>
          <w:sz w:val="24"/>
          <w:szCs w:val="24"/>
          <w:rtl/>
        </w:rPr>
        <w:t>موحّد</w:t>
      </w:r>
      <w:r w:rsidRPr="003E3418">
        <w:rPr>
          <w:rFonts w:ascii="Sakkal Majalla" w:hAnsi="Sakkal Majalla" w:cs="Sakkal Majalla"/>
          <w:sz w:val="24"/>
        </w:rPr>
        <w:t xml:space="preserve"> </w:t>
      </w:r>
      <w:r w:rsidRPr="003E3418">
        <w:rPr>
          <w:rFonts w:ascii="Sakkal Majalla" w:hAnsi="Sakkal Majalla" w:cs="Sakkal Majalla"/>
          <w:sz w:val="24"/>
          <w:szCs w:val="24"/>
          <w:rtl/>
        </w:rPr>
        <w:t>لها،</w:t>
      </w:r>
      <w:r w:rsidRPr="003E3418">
        <w:rPr>
          <w:rFonts w:ascii="Sakkal Majalla" w:hAnsi="Sakkal Majalla" w:cs="Sakkal Majalla"/>
          <w:sz w:val="24"/>
        </w:rPr>
        <w:t xml:space="preserve"> </w:t>
      </w:r>
      <w:r w:rsidRPr="003E3418">
        <w:rPr>
          <w:rFonts w:ascii="Sakkal Majalla" w:hAnsi="Sakkal Majalla" w:cs="Sakkal Majalla"/>
          <w:sz w:val="24"/>
          <w:szCs w:val="24"/>
          <w:rtl/>
        </w:rPr>
        <w:t>مما</w:t>
      </w:r>
      <w:r w:rsidRPr="003E3418">
        <w:rPr>
          <w:rFonts w:ascii="Sakkal Majalla" w:hAnsi="Sakkal Majalla" w:cs="Sakkal Majalla"/>
          <w:sz w:val="24"/>
        </w:rPr>
        <w:t xml:space="preserve"> </w:t>
      </w:r>
      <w:r w:rsidRPr="003E3418">
        <w:rPr>
          <w:rFonts w:ascii="Sakkal Majalla" w:hAnsi="Sakkal Majalla" w:cs="Sakkal Majalla"/>
          <w:sz w:val="24"/>
          <w:szCs w:val="24"/>
          <w:rtl/>
        </w:rPr>
        <w:t>أفضى</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تعدد</w:t>
      </w:r>
      <w:r w:rsidRPr="003E3418">
        <w:rPr>
          <w:rFonts w:ascii="Sakkal Majalla" w:hAnsi="Sakkal Majalla" w:cs="Sakkal Majalla"/>
          <w:sz w:val="24"/>
        </w:rPr>
        <w:t xml:space="preserve"> </w:t>
      </w:r>
      <w:r w:rsidRPr="003E3418">
        <w:rPr>
          <w:rFonts w:ascii="Sakkal Majalla" w:hAnsi="Sakkal Majalla" w:cs="Sakkal Majalla"/>
          <w:sz w:val="24"/>
          <w:szCs w:val="24"/>
          <w:rtl/>
        </w:rPr>
        <w:t>التعريفات</w:t>
      </w:r>
      <w:r w:rsidRPr="003E3418">
        <w:rPr>
          <w:rFonts w:ascii="Sakkal Majalla" w:hAnsi="Sakkal Majalla" w:cs="Sakkal Majalla"/>
          <w:sz w:val="24"/>
        </w:rPr>
        <w:t xml:space="preserve"> </w:t>
      </w:r>
      <w:r w:rsidRPr="003E3418">
        <w:rPr>
          <w:rFonts w:ascii="Sakkal Majalla" w:hAnsi="Sakkal Majalla" w:cs="Sakkal Majalla"/>
          <w:sz w:val="24"/>
          <w:szCs w:val="24"/>
          <w:rtl/>
        </w:rPr>
        <w:t>تبعاً</w:t>
      </w:r>
      <w:r w:rsidRPr="003E3418">
        <w:rPr>
          <w:rFonts w:ascii="Sakkal Majalla" w:hAnsi="Sakkal Majalla" w:cs="Sakkal Majalla"/>
          <w:sz w:val="24"/>
        </w:rPr>
        <w:t xml:space="preserve"> </w:t>
      </w:r>
      <w:r w:rsidRPr="003E3418">
        <w:rPr>
          <w:rFonts w:ascii="Sakkal Majalla" w:hAnsi="Sakkal Majalla" w:cs="Sakkal Majalla"/>
          <w:sz w:val="24"/>
          <w:szCs w:val="24"/>
          <w:rtl/>
        </w:rPr>
        <w:t>للمنظور</w:t>
      </w:r>
      <w:r w:rsidRPr="003E3418">
        <w:rPr>
          <w:rFonts w:ascii="Sakkal Majalla" w:hAnsi="Sakkal Majalla" w:cs="Sakkal Majalla"/>
          <w:sz w:val="24"/>
        </w:rPr>
        <w:t xml:space="preserve"> </w:t>
      </w:r>
      <w:r w:rsidRPr="003E3418">
        <w:rPr>
          <w:rFonts w:ascii="Sakkal Majalla" w:hAnsi="Sakkal Majalla" w:cs="Sakkal Majalla"/>
          <w:sz w:val="24"/>
          <w:szCs w:val="24"/>
          <w:rtl/>
        </w:rPr>
        <w:t>التحليلي</w:t>
      </w:r>
      <w:r w:rsidRPr="003E3418">
        <w:rPr>
          <w:rFonts w:ascii="Sakkal Majalla" w:hAnsi="Sakkal Majalla" w:cs="Sakkal Majalla"/>
          <w:sz w:val="24"/>
        </w:rPr>
        <w:t xml:space="preserve">. </w:t>
      </w:r>
      <w:r w:rsidRPr="003E3418">
        <w:rPr>
          <w:rFonts w:ascii="Sakkal Majalla" w:hAnsi="Sakkal Majalla" w:cs="Sakkal Majalla"/>
          <w:sz w:val="24"/>
          <w:szCs w:val="24"/>
          <w:rtl/>
        </w:rPr>
        <w:t>فمن</w:t>
      </w:r>
      <w:r w:rsidRPr="003E3418">
        <w:rPr>
          <w:rFonts w:ascii="Sakkal Majalla" w:hAnsi="Sakkal Majalla" w:cs="Sakkal Majalla"/>
          <w:sz w:val="24"/>
        </w:rPr>
        <w:t xml:space="preserve"> </w:t>
      </w:r>
      <w:r w:rsidRPr="003E3418">
        <w:rPr>
          <w:rFonts w:ascii="Sakkal Majalla" w:hAnsi="Sakkal Majalla" w:cs="Sakkal Majalla"/>
          <w:sz w:val="24"/>
          <w:szCs w:val="24"/>
          <w:rtl/>
        </w:rPr>
        <w:t>المنظور</w:t>
      </w:r>
      <w:r w:rsidRPr="003E3418">
        <w:rPr>
          <w:rFonts w:ascii="Sakkal Majalla" w:hAnsi="Sakkal Majalla" w:cs="Sakkal Majalla"/>
          <w:sz w:val="24"/>
        </w:rPr>
        <w:t xml:space="preserve"> </w:t>
      </w:r>
      <w:r w:rsidRPr="003E3418">
        <w:rPr>
          <w:rFonts w:ascii="Sakkal Majalla" w:hAnsi="Sakkal Majalla" w:cs="Sakkal Majalla"/>
          <w:sz w:val="24"/>
          <w:szCs w:val="24"/>
          <w:rtl/>
        </w:rPr>
        <w:t>القانوني</w:t>
      </w:r>
      <w:r w:rsidRPr="003E3418">
        <w:rPr>
          <w:rFonts w:ascii="Sakkal Majalla" w:hAnsi="Sakkal Majalla" w:cs="Sakkal Majalla"/>
          <w:sz w:val="24"/>
        </w:rPr>
        <w:t xml:space="preserve"> </w:t>
      </w:r>
      <w:r w:rsidRPr="003E3418">
        <w:rPr>
          <w:rFonts w:ascii="Sakkal Majalla" w:hAnsi="Sakkal Majalla" w:cs="Sakkal Majalla"/>
          <w:sz w:val="24"/>
          <w:szCs w:val="24"/>
          <w:rtl/>
        </w:rPr>
        <w:t>يُعرَّف</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بأنه</w:t>
      </w:r>
      <w:r w:rsidRPr="003E3418">
        <w:rPr>
          <w:rFonts w:ascii="Sakkal Majalla" w:hAnsi="Sakkal Majalla" w:cs="Sakkal Majalla"/>
          <w:sz w:val="24"/>
        </w:rPr>
        <w:t xml:space="preserve"> «</w:t>
      </w:r>
      <w:r w:rsidRPr="003E3418">
        <w:rPr>
          <w:rFonts w:ascii="Sakkal Majalla" w:hAnsi="Sakkal Majalla" w:cs="Sakkal Majalla"/>
          <w:sz w:val="24"/>
          <w:szCs w:val="24"/>
          <w:rtl/>
        </w:rPr>
        <w:t>إساءة</w:t>
      </w:r>
      <w:r w:rsidRPr="003E3418">
        <w:rPr>
          <w:rFonts w:ascii="Sakkal Majalla" w:hAnsi="Sakkal Majalla" w:cs="Sakkal Majalla"/>
          <w:sz w:val="24"/>
        </w:rPr>
        <w:t xml:space="preserve"> </w:t>
      </w:r>
      <w:r w:rsidRPr="003E3418">
        <w:rPr>
          <w:rFonts w:ascii="Sakkal Majalla" w:hAnsi="Sakkal Majalla" w:cs="Sakkal Majalla"/>
          <w:sz w:val="24"/>
          <w:szCs w:val="24"/>
          <w:rtl/>
        </w:rPr>
        <w:t>استخدام</w:t>
      </w:r>
      <w:r w:rsidRPr="003E3418">
        <w:rPr>
          <w:rFonts w:ascii="Sakkal Majalla" w:hAnsi="Sakkal Majalla" w:cs="Sakkal Majalla"/>
          <w:sz w:val="24"/>
        </w:rPr>
        <w:t xml:space="preserve"> </w:t>
      </w:r>
      <w:r w:rsidRPr="003E3418">
        <w:rPr>
          <w:rFonts w:ascii="Sakkal Majalla" w:hAnsi="Sakkal Majalla" w:cs="Sakkal Majalla"/>
          <w:sz w:val="24"/>
          <w:szCs w:val="24"/>
          <w:rtl/>
        </w:rPr>
        <w:t>المنصب</w:t>
      </w:r>
      <w:r w:rsidRPr="003E3418">
        <w:rPr>
          <w:rFonts w:ascii="Sakkal Majalla" w:hAnsi="Sakkal Majalla" w:cs="Sakkal Majalla"/>
          <w:sz w:val="24"/>
        </w:rPr>
        <w:t xml:space="preserve"> </w:t>
      </w:r>
      <w:r w:rsidRPr="003E3418">
        <w:rPr>
          <w:rFonts w:ascii="Sakkal Majalla" w:hAnsi="Sakkal Majalla" w:cs="Sakkal Majalla"/>
          <w:sz w:val="24"/>
          <w:szCs w:val="24"/>
          <w:rtl/>
        </w:rPr>
        <w:t>العام</w:t>
      </w:r>
      <w:r w:rsidRPr="003E3418">
        <w:rPr>
          <w:rFonts w:ascii="Sakkal Majalla" w:hAnsi="Sakkal Majalla" w:cs="Sakkal Majalla"/>
          <w:sz w:val="24"/>
        </w:rPr>
        <w:t xml:space="preserve"> </w:t>
      </w:r>
      <w:r w:rsidRPr="003E3418">
        <w:rPr>
          <w:rFonts w:ascii="Sakkal Majalla" w:hAnsi="Sakkal Majalla" w:cs="Sakkal Majalla"/>
          <w:sz w:val="24"/>
          <w:szCs w:val="24"/>
          <w:rtl/>
        </w:rPr>
        <w:t>لتحقيق</w:t>
      </w:r>
      <w:r w:rsidRPr="003E3418">
        <w:rPr>
          <w:rFonts w:ascii="Sakkal Majalla" w:hAnsi="Sakkal Majalla" w:cs="Sakkal Majalla"/>
          <w:sz w:val="24"/>
        </w:rPr>
        <w:t xml:space="preserve"> </w:t>
      </w:r>
      <w:r w:rsidRPr="003E3418">
        <w:rPr>
          <w:rFonts w:ascii="Sakkal Majalla" w:hAnsi="Sakkal Majalla" w:cs="Sakkal Majalla"/>
          <w:sz w:val="24"/>
          <w:szCs w:val="24"/>
          <w:rtl/>
        </w:rPr>
        <w:t>مكاسب</w:t>
      </w:r>
      <w:r w:rsidRPr="003E3418">
        <w:rPr>
          <w:rFonts w:ascii="Sakkal Majalla" w:hAnsi="Sakkal Majalla" w:cs="Sakkal Majalla"/>
          <w:sz w:val="24"/>
        </w:rPr>
        <w:t xml:space="preserve"> </w:t>
      </w:r>
      <w:r w:rsidRPr="003E3418">
        <w:rPr>
          <w:rFonts w:ascii="Sakkal Majalla" w:hAnsi="Sakkal Majalla" w:cs="Sakkal Majalla"/>
          <w:sz w:val="24"/>
          <w:szCs w:val="24"/>
          <w:rtl/>
        </w:rPr>
        <w:t>خاصة</w:t>
      </w:r>
      <w:r w:rsidRPr="003E3418">
        <w:rPr>
          <w:rFonts w:ascii="Sakkal Majalla" w:hAnsi="Sakkal Majalla" w:cs="Sakkal Majalla"/>
          <w:sz w:val="24"/>
        </w:rPr>
        <w:t xml:space="preserve"> </w:t>
      </w:r>
      <w:r w:rsidRPr="003E3418">
        <w:rPr>
          <w:rFonts w:ascii="Sakkal Majalla" w:hAnsi="Sakkal Majalla" w:cs="Sakkal Majalla"/>
          <w:sz w:val="24"/>
          <w:szCs w:val="24"/>
          <w:rtl/>
        </w:rPr>
        <w:t>بالمخالفة</w:t>
      </w:r>
      <w:r w:rsidRPr="003E3418">
        <w:rPr>
          <w:rFonts w:ascii="Sakkal Majalla" w:hAnsi="Sakkal Majalla" w:cs="Sakkal Majalla"/>
          <w:sz w:val="24"/>
        </w:rPr>
        <w:t xml:space="preserve"> </w:t>
      </w:r>
      <w:r w:rsidRPr="003E3418">
        <w:rPr>
          <w:rFonts w:ascii="Sakkal Majalla" w:hAnsi="Sakkal Majalla" w:cs="Sakkal Majalla"/>
          <w:sz w:val="24"/>
          <w:szCs w:val="24"/>
          <w:rtl/>
        </w:rPr>
        <w:t>للقوانين</w:t>
      </w:r>
      <w:r w:rsidRPr="003E3418">
        <w:rPr>
          <w:rFonts w:ascii="Sakkal Majalla" w:hAnsi="Sakkal Majalla" w:cs="Sakkal Majalla"/>
          <w:sz w:val="24"/>
        </w:rPr>
        <w:t xml:space="preserve"> </w:t>
      </w:r>
      <w:r w:rsidRPr="003E3418">
        <w:rPr>
          <w:rFonts w:ascii="Sakkal Majalla" w:hAnsi="Sakkal Majalla" w:cs="Sakkal Majalla"/>
          <w:sz w:val="24"/>
          <w:szCs w:val="24"/>
          <w:rtl/>
        </w:rPr>
        <w:t>والأنظمة</w:t>
      </w:r>
      <w:r w:rsidRPr="003E3418">
        <w:rPr>
          <w:rFonts w:ascii="Sakkal Majalla" w:hAnsi="Sakkal Majalla" w:cs="Sakkal Majalla"/>
          <w:sz w:val="24"/>
        </w:rPr>
        <w:t xml:space="preserve"> </w:t>
      </w:r>
      <w:r w:rsidRPr="003E3418">
        <w:rPr>
          <w:rFonts w:ascii="Sakkal Majalla" w:hAnsi="Sakkal Majalla" w:cs="Sakkal Majalla"/>
          <w:sz w:val="24"/>
          <w:szCs w:val="24"/>
          <w:rtl/>
        </w:rPr>
        <w:t>المعمول</w:t>
      </w:r>
      <w:r w:rsidRPr="003E3418">
        <w:rPr>
          <w:rFonts w:ascii="Sakkal Majalla" w:hAnsi="Sakkal Majalla" w:cs="Sakkal Majalla"/>
          <w:sz w:val="24"/>
        </w:rPr>
        <w:t xml:space="preserve"> </w:t>
      </w:r>
      <w:r w:rsidRPr="003E3418">
        <w:rPr>
          <w:rFonts w:ascii="Sakkal Majalla" w:hAnsi="Sakkal Majalla" w:cs="Sakkal Majalla"/>
          <w:sz w:val="24"/>
          <w:szCs w:val="24"/>
          <w:rtl/>
        </w:rPr>
        <w:t>بها</w:t>
      </w:r>
      <w:r w:rsidRPr="003E3418">
        <w:rPr>
          <w:rFonts w:ascii="Sakkal Majalla" w:hAnsi="Sakkal Majalla" w:cs="Sakkal Majalla"/>
          <w:sz w:val="24"/>
        </w:rPr>
        <w:t xml:space="preserve">». </w:t>
      </w:r>
      <w:r w:rsidRPr="003E3418">
        <w:rPr>
          <w:rFonts w:ascii="Sakkal Majalla" w:hAnsi="Sakkal Majalla" w:cs="Sakkal Majalla"/>
          <w:sz w:val="24"/>
          <w:szCs w:val="24"/>
          <w:rtl/>
        </w:rPr>
        <w:t>ومن</w:t>
      </w:r>
      <w:r w:rsidRPr="003E3418">
        <w:rPr>
          <w:rFonts w:ascii="Sakkal Majalla" w:hAnsi="Sakkal Majalla" w:cs="Sakkal Majalla"/>
          <w:sz w:val="24"/>
        </w:rPr>
        <w:t xml:space="preserve"> </w:t>
      </w:r>
      <w:r w:rsidRPr="003E3418">
        <w:rPr>
          <w:rFonts w:ascii="Sakkal Majalla" w:hAnsi="Sakkal Majalla" w:cs="Sakkal Majalla"/>
          <w:sz w:val="24"/>
          <w:szCs w:val="24"/>
          <w:rtl/>
        </w:rPr>
        <w:t>المنظور</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يُوصف</w:t>
      </w:r>
      <w:r w:rsidRPr="003E3418">
        <w:rPr>
          <w:rFonts w:ascii="Sakkal Majalla" w:hAnsi="Sakkal Majalla" w:cs="Sakkal Majalla"/>
          <w:sz w:val="24"/>
        </w:rPr>
        <w:t xml:space="preserve"> </w:t>
      </w:r>
      <w:r w:rsidRPr="003E3418">
        <w:rPr>
          <w:rFonts w:ascii="Sakkal Majalla" w:hAnsi="Sakkal Majalla" w:cs="Sakkal Majalla"/>
          <w:sz w:val="24"/>
          <w:szCs w:val="24"/>
          <w:rtl/>
        </w:rPr>
        <w:t>بأنه</w:t>
      </w:r>
      <w:r w:rsidRPr="003E3418">
        <w:rPr>
          <w:rFonts w:ascii="Sakkal Majalla" w:hAnsi="Sakkal Majalla" w:cs="Sakkal Majalla"/>
          <w:sz w:val="24"/>
        </w:rPr>
        <w:t xml:space="preserve"> «</w:t>
      </w:r>
      <w:r w:rsidRPr="003E3418">
        <w:rPr>
          <w:rFonts w:ascii="Sakkal Majalla" w:hAnsi="Sakkal Majalla" w:cs="Sakkal Majalla"/>
          <w:sz w:val="24"/>
          <w:szCs w:val="24"/>
          <w:rtl/>
        </w:rPr>
        <w:t>الانحراف</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عقد</w:t>
      </w:r>
      <w:r w:rsidRPr="003E3418">
        <w:rPr>
          <w:rFonts w:ascii="Sakkal Majalla" w:hAnsi="Sakkal Majalla" w:cs="Sakkal Majalla"/>
          <w:sz w:val="24"/>
        </w:rPr>
        <w:t xml:space="preserve"> </w:t>
      </w:r>
      <w:r w:rsidRPr="003E3418">
        <w:rPr>
          <w:rFonts w:ascii="Sakkal Majalla" w:hAnsi="Sakkal Majalla" w:cs="Sakkal Majalla"/>
          <w:sz w:val="24"/>
          <w:szCs w:val="24"/>
          <w:rtl/>
        </w:rPr>
        <w:t>المُوكِّل</w:t>
      </w:r>
      <w:r w:rsidRPr="003E3418">
        <w:rPr>
          <w:rFonts w:ascii="Sakkal Majalla" w:hAnsi="Sakkal Majalla" w:cs="Sakkal Majalla"/>
          <w:sz w:val="24"/>
        </w:rPr>
        <w:t>-</w:t>
      </w:r>
      <w:r w:rsidRPr="003E3418">
        <w:rPr>
          <w:rFonts w:ascii="Sakkal Majalla" w:hAnsi="Sakkal Majalla" w:cs="Sakkal Majalla"/>
          <w:sz w:val="24"/>
          <w:szCs w:val="24"/>
          <w:rtl/>
        </w:rPr>
        <w:t>الوكيل</w:t>
      </w:r>
      <w:r w:rsidRPr="003E3418">
        <w:rPr>
          <w:rFonts w:ascii="Sakkal Majalla" w:hAnsi="Sakkal Majalla" w:cs="Sakkal Majalla"/>
          <w:sz w:val="24"/>
        </w:rPr>
        <w:t xml:space="preserve"> (Principal-Agent) </w:t>
      </w:r>
      <w:r w:rsidRPr="003E3418">
        <w:rPr>
          <w:rFonts w:ascii="Sakkal Majalla" w:hAnsi="Sakkal Majalla" w:cs="Sakkal Majalla"/>
          <w:sz w:val="24"/>
          <w:szCs w:val="24"/>
          <w:rtl/>
        </w:rPr>
        <w:t>بحيث</w:t>
      </w:r>
      <w:r w:rsidRPr="003E3418">
        <w:rPr>
          <w:rFonts w:ascii="Sakkal Majalla" w:hAnsi="Sakkal Majalla" w:cs="Sakkal Majalla"/>
          <w:sz w:val="24"/>
        </w:rPr>
        <w:t xml:space="preserve"> </w:t>
      </w:r>
      <w:r w:rsidRPr="003E3418">
        <w:rPr>
          <w:rFonts w:ascii="Sakkal Majalla" w:hAnsi="Sakkal Majalla" w:cs="Sakkal Majalla"/>
          <w:sz w:val="24"/>
          <w:szCs w:val="24"/>
          <w:rtl/>
        </w:rPr>
        <w:t>يستخدم</w:t>
      </w:r>
      <w:r w:rsidRPr="003E3418">
        <w:rPr>
          <w:rFonts w:ascii="Sakkal Majalla" w:hAnsi="Sakkal Majalla" w:cs="Sakkal Majalla"/>
          <w:sz w:val="24"/>
        </w:rPr>
        <w:t xml:space="preserve"> </w:t>
      </w:r>
      <w:r w:rsidRPr="003E3418">
        <w:rPr>
          <w:rFonts w:ascii="Sakkal Majalla" w:hAnsi="Sakkal Majalla" w:cs="Sakkal Majalla"/>
          <w:sz w:val="24"/>
          <w:szCs w:val="24"/>
          <w:rtl/>
        </w:rPr>
        <w:t>الوكيل</w:t>
      </w:r>
      <w:r w:rsidRPr="003E3418">
        <w:rPr>
          <w:rFonts w:ascii="Sakkal Majalla" w:hAnsi="Sakkal Majalla" w:cs="Sakkal Majalla"/>
          <w:sz w:val="24"/>
        </w:rPr>
        <w:t xml:space="preserve"> </w:t>
      </w:r>
      <w:r w:rsidRPr="003E3418">
        <w:rPr>
          <w:rFonts w:ascii="Sakkal Majalla" w:hAnsi="Sakkal Majalla" w:cs="Sakkal Majalla"/>
          <w:sz w:val="24"/>
          <w:szCs w:val="24"/>
          <w:rtl/>
        </w:rPr>
        <w:t>الصلاحيات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الممنوحة</w:t>
      </w:r>
      <w:r w:rsidRPr="003E3418">
        <w:rPr>
          <w:rFonts w:ascii="Sakkal Majalla" w:hAnsi="Sakkal Majalla" w:cs="Sakkal Majalla"/>
          <w:sz w:val="24"/>
        </w:rPr>
        <w:t xml:space="preserve"> </w:t>
      </w:r>
      <w:r w:rsidRPr="003E3418">
        <w:rPr>
          <w:rFonts w:ascii="Sakkal Majalla" w:hAnsi="Sakkal Majalla" w:cs="Sakkal Majalla"/>
          <w:sz w:val="24"/>
          <w:szCs w:val="24"/>
          <w:rtl/>
        </w:rPr>
        <w:t>له</w:t>
      </w:r>
      <w:r w:rsidRPr="003E3418">
        <w:rPr>
          <w:rFonts w:ascii="Sakkal Majalla" w:hAnsi="Sakkal Majalla" w:cs="Sakkal Majalla"/>
          <w:sz w:val="24"/>
        </w:rPr>
        <w:t xml:space="preserve"> </w:t>
      </w:r>
      <w:r w:rsidRPr="003E3418">
        <w:rPr>
          <w:rFonts w:ascii="Sakkal Majalla" w:hAnsi="Sakkal Majalla" w:cs="Sakkal Majalla"/>
          <w:sz w:val="24"/>
          <w:szCs w:val="24"/>
          <w:rtl/>
        </w:rPr>
        <w:t>لخدمة</w:t>
      </w:r>
      <w:r w:rsidRPr="003E3418">
        <w:rPr>
          <w:rFonts w:ascii="Sakkal Majalla" w:hAnsi="Sakkal Majalla" w:cs="Sakkal Majalla"/>
          <w:sz w:val="24"/>
        </w:rPr>
        <w:t xml:space="preserve"> </w:t>
      </w:r>
      <w:r w:rsidRPr="003E3418">
        <w:rPr>
          <w:rFonts w:ascii="Sakkal Majalla" w:hAnsi="Sakkal Majalla" w:cs="Sakkal Majalla"/>
          <w:sz w:val="24"/>
          <w:szCs w:val="24"/>
          <w:rtl/>
        </w:rPr>
        <w:t>مصالحه</w:t>
      </w:r>
      <w:r w:rsidRPr="003E3418">
        <w:rPr>
          <w:rFonts w:ascii="Sakkal Majalla" w:hAnsi="Sakkal Majalla" w:cs="Sakkal Majalla"/>
          <w:sz w:val="24"/>
        </w:rPr>
        <w:t xml:space="preserve"> </w:t>
      </w:r>
      <w:r w:rsidRPr="003E3418">
        <w:rPr>
          <w:rFonts w:ascii="Sakkal Majalla" w:hAnsi="Sakkal Majalla" w:cs="Sakkal Majalla"/>
          <w:sz w:val="24"/>
          <w:szCs w:val="24"/>
          <w:rtl/>
        </w:rPr>
        <w:t>الخاصة</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حساب</w:t>
      </w:r>
      <w:r w:rsidRPr="003E3418">
        <w:rPr>
          <w:rFonts w:ascii="Sakkal Majalla" w:hAnsi="Sakkal Majalla" w:cs="Sakkal Majalla"/>
          <w:sz w:val="24"/>
        </w:rPr>
        <w:t xml:space="preserve"> </w:t>
      </w:r>
      <w:r w:rsidRPr="003E3418">
        <w:rPr>
          <w:rFonts w:ascii="Sakkal Majalla" w:hAnsi="Sakkal Majalla" w:cs="Sakkal Majalla"/>
          <w:sz w:val="24"/>
          <w:szCs w:val="24"/>
          <w:rtl/>
        </w:rPr>
        <w:t>المُوكِّل</w:t>
      </w:r>
      <w:r w:rsidRPr="003E3418">
        <w:rPr>
          <w:rFonts w:ascii="Sakkal Majalla" w:hAnsi="Sakkal Majalla" w:cs="Sakkal Majalla"/>
          <w:sz w:val="24"/>
        </w:rPr>
        <w:t xml:space="preserve">». </w:t>
      </w:r>
      <w:r w:rsidRPr="003E3418">
        <w:rPr>
          <w:rFonts w:ascii="Sakkal Majalla" w:hAnsi="Sakkal Majalla" w:cs="Sakkal Majalla"/>
          <w:sz w:val="24"/>
          <w:szCs w:val="24"/>
          <w:rtl/>
        </w:rPr>
        <w:t>أما</w:t>
      </w:r>
      <w:r w:rsidRPr="003E3418">
        <w:rPr>
          <w:rFonts w:ascii="Sakkal Majalla" w:hAnsi="Sakkal Majalla" w:cs="Sakkal Majalla"/>
          <w:sz w:val="24"/>
        </w:rPr>
        <w:t xml:space="preserve"> </w:t>
      </w:r>
      <w:r w:rsidRPr="003E3418">
        <w:rPr>
          <w:rFonts w:ascii="Sakkal Majalla" w:hAnsi="Sakkal Majalla" w:cs="Sakkal Majalla"/>
          <w:sz w:val="24"/>
          <w:szCs w:val="24"/>
          <w:rtl/>
        </w:rPr>
        <w:t>منظمة</w:t>
      </w:r>
      <w:r w:rsidRPr="003E3418">
        <w:rPr>
          <w:rFonts w:ascii="Sakkal Majalla" w:hAnsi="Sakkal Majalla" w:cs="Sakkal Majalla"/>
          <w:sz w:val="24"/>
        </w:rPr>
        <w:t xml:space="preserve"> </w:t>
      </w:r>
      <w:r w:rsidRPr="003E3418">
        <w:rPr>
          <w:rFonts w:ascii="Sakkal Majalla" w:hAnsi="Sakkal Majalla" w:cs="Sakkal Majalla"/>
          <w:sz w:val="24"/>
          <w:szCs w:val="24"/>
          <w:rtl/>
        </w:rPr>
        <w:t>الشفافية</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الدولية</w:t>
      </w:r>
      <w:r w:rsidRPr="003E3418">
        <w:rPr>
          <w:rFonts w:ascii="Sakkal Majalla" w:hAnsi="Sakkal Majalla" w:cs="Sakkal Majalla"/>
          <w:sz w:val="24"/>
        </w:rPr>
        <w:t xml:space="preserve"> (2023) </w:t>
      </w:r>
      <w:r w:rsidRPr="003E3418">
        <w:rPr>
          <w:rFonts w:ascii="Sakkal Majalla" w:hAnsi="Sakkal Majalla" w:cs="Sakkal Majalla"/>
          <w:sz w:val="24"/>
          <w:szCs w:val="24"/>
          <w:rtl/>
        </w:rPr>
        <w:t>فتُعرّفه</w:t>
      </w:r>
      <w:r w:rsidRPr="003E3418">
        <w:rPr>
          <w:rFonts w:ascii="Sakkal Majalla" w:hAnsi="Sakkal Majalla" w:cs="Sakkal Majalla"/>
          <w:sz w:val="24"/>
        </w:rPr>
        <w:t xml:space="preserve"> </w:t>
      </w:r>
      <w:r w:rsidRPr="003E3418">
        <w:rPr>
          <w:rFonts w:ascii="Sakkal Majalla" w:hAnsi="Sakkal Majalla" w:cs="Sakkal Majalla"/>
          <w:sz w:val="24"/>
          <w:szCs w:val="24"/>
          <w:rtl/>
        </w:rPr>
        <w:t>بإيجاز</w:t>
      </w:r>
      <w:r w:rsidRPr="003E3418">
        <w:rPr>
          <w:rFonts w:ascii="Sakkal Majalla" w:hAnsi="Sakkal Majalla" w:cs="Sakkal Majalla"/>
          <w:sz w:val="24"/>
        </w:rPr>
        <w:t xml:space="preserve"> </w:t>
      </w:r>
      <w:r w:rsidRPr="003E3418">
        <w:rPr>
          <w:rFonts w:ascii="Sakkal Majalla" w:hAnsi="Sakkal Majalla" w:cs="Sakkal Majalla"/>
          <w:sz w:val="24"/>
          <w:szCs w:val="24"/>
          <w:rtl/>
        </w:rPr>
        <w:t>بالغ</w:t>
      </w:r>
      <w:r w:rsidRPr="003E3418">
        <w:rPr>
          <w:rFonts w:ascii="Sakkal Majalla" w:hAnsi="Sakkal Majalla" w:cs="Sakkal Majalla"/>
          <w:sz w:val="24"/>
        </w:rPr>
        <w:t xml:space="preserve"> </w:t>
      </w:r>
      <w:r w:rsidRPr="003E3418">
        <w:rPr>
          <w:rFonts w:ascii="Sakkal Majalla" w:hAnsi="Sakkal Majalla" w:cs="Sakkal Majalla"/>
          <w:sz w:val="24"/>
          <w:szCs w:val="24"/>
          <w:rtl/>
        </w:rPr>
        <w:t>الدقة</w:t>
      </w:r>
      <w:r w:rsidRPr="003E3418">
        <w:rPr>
          <w:rFonts w:ascii="Sakkal Majalla" w:hAnsi="Sakkal Majalla" w:cs="Sakkal Majalla"/>
          <w:sz w:val="24"/>
        </w:rPr>
        <w:t xml:space="preserve"> </w:t>
      </w:r>
      <w:r w:rsidRPr="003E3418">
        <w:rPr>
          <w:rFonts w:ascii="Sakkal Majalla" w:hAnsi="Sakkal Majalla" w:cs="Sakkal Majalla"/>
          <w:sz w:val="24"/>
          <w:szCs w:val="24"/>
          <w:rtl/>
        </w:rPr>
        <w:t>بأنه</w:t>
      </w:r>
      <w:r w:rsidRPr="003E3418">
        <w:rPr>
          <w:rFonts w:ascii="Sakkal Majalla" w:hAnsi="Sakkal Majalla" w:cs="Sakkal Majalla"/>
          <w:sz w:val="24"/>
        </w:rPr>
        <w:t xml:space="preserve"> «</w:t>
      </w:r>
      <w:r w:rsidRPr="003E3418">
        <w:rPr>
          <w:rFonts w:ascii="Sakkal Majalla" w:hAnsi="Sakkal Majalla" w:cs="Sakkal Majalla"/>
          <w:sz w:val="24"/>
          <w:szCs w:val="24"/>
          <w:rtl/>
        </w:rPr>
        <w:t>إساءة</w:t>
      </w:r>
      <w:r w:rsidRPr="003E3418">
        <w:rPr>
          <w:rFonts w:ascii="Sakkal Majalla" w:hAnsi="Sakkal Majalla" w:cs="Sakkal Majalla"/>
          <w:sz w:val="24"/>
        </w:rPr>
        <w:t xml:space="preserve"> </w:t>
      </w:r>
      <w:r w:rsidRPr="003E3418">
        <w:rPr>
          <w:rFonts w:ascii="Sakkal Majalla" w:hAnsi="Sakkal Majalla" w:cs="Sakkal Majalla"/>
          <w:sz w:val="24"/>
          <w:szCs w:val="24"/>
          <w:rtl/>
        </w:rPr>
        <w:t>استخدام</w:t>
      </w:r>
      <w:r w:rsidRPr="003E3418">
        <w:rPr>
          <w:rFonts w:ascii="Sakkal Majalla" w:hAnsi="Sakkal Majalla" w:cs="Sakkal Majalla"/>
          <w:sz w:val="24"/>
        </w:rPr>
        <w:t xml:space="preserve"> </w:t>
      </w:r>
      <w:r w:rsidRPr="003E3418">
        <w:rPr>
          <w:rFonts w:ascii="Sakkal Majalla" w:hAnsi="Sakkal Majalla" w:cs="Sakkal Majalla"/>
          <w:sz w:val="24"/>
          <w:szCs w:val="24"/>
          <w:rtl/>
        </w:rPr>
        <w:t>المواضع</w:t>
      </w:r>
      <w:r w:rsidRPr="003E3418">
        <w:rPr>
          <w:rFonts w:ascii="Sakkal Majalla" w:hAnsi="Sakkal Majalla" w:cs="Sakkal Majalla"/>
          <w:sz w:val="24"/>
        </w:rPr>
        <w:t xml:space="preserve"> </w:t>
      </w:r>
      <w:r w:rsidRPr="003E3418">
        <w:rPr>
          <w:rFonts w:ascii="Sakkal Majalla" w:hAnsi="Sakkal Majalla" w:cs="Sakkal Majalla"/>
          <w:sz w:val="24"/>
          <w:szCs w:val="24"/>
          <w:rtl/>
        </w:rPr>
        <w:t>الموثوقة</w:t>
      </w:r>
      <w:r w:rsidRPr="003E3418">
        <w:rPr>
          <w:rFonts w:ascii="Sakkal Majalla" w:hAnsi="Sakkal Majalla" w:cs="Sakkal Majalla"/>
          <w:sz w:val="24"/>
        </w:rPr>
        <w:t xml:space="preserve"> </w:t>
      </w:r>
      <w:r w:rsidRPr="003E3418">
        <w:rPr>
          <w:rFonts w:ascii="Sakkal Majalla" w:hAnsi="Sakkal Majalla" w:cs="Sakkal Majalla"/>
          <w:sz w:val="24"/>
          <w:szCs w:val="24"/>
          <w:rtl/>
        </w:rPr>
        <w:t>للمكسب</w:t>
      </w:r>
      <w:r w:rsidRPr="003E3418">
        <w:rPr>
          <w:rFonts w:ascii="Sakkal Majalla" w:hAnsi="Sakkal Majalla" w:cs="Sakkal Majalla"/>
          <w:sz w:val="24"/>
        </w:rPr>
        <w:t xml:space="preserve"> </w:t>
      </w:r>
      <w:r w:rsidRPr="003E3418">
        <w:rPr>
          <w:rFonts w:ascii="Sakkal Majalla" w:hAnsi="Sakkal Majalla" w:cs="Sakkal Majalla"/>
          <w:sz w:val="24"/>
          <w:szCs w:val="24"/>
          <w:rtl/>
        </w:rPr>
        <w:t>الخاص</w:t>
      </w:r>
      <w:r w:rsidRPr="003E3418">
        <w:rPr>
          <w:rFonts w:ascii="Sakkal Majalla" w:hAnsi="Sakkal Majalla" w:cs="Sakkal Majalla"/>
          <w:sz w:val="24"/>
        </w:rPr>
        <w:t>».</w:t>
      </w:r>
    </w:p>
    <w:p w14:paraId="7111A54A"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ولأغراض</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يُستخدم</w:t>
      </w:r>
      <w:r w:rsidRPr="003E3418">
        <w:rPr>
          <w:rFonts w:ascii="Sakkal Majalla" w:hAnsi="Sakkal Majalla" w:cs="Sakkal Majalla"/>
          <w:sz w:val="24"/>
        </w:rPr>
        <w:t xml:space="preserve"> </w:t>
      </w:r>
      <w:r w:rsidRPr="003E3418">
        <w:rPr>
          <w:rFonts w:ascii="Sakkal Majalla" w:hAnsi="Sakkal Majalla" w:cs="Sakkal Majalla"/>
          <w:sz w:val="24"/>
          <w:szCs w:val="24"/>
          <w:rtl/>
        </w:rPr>
        <w:t>التعريف</w:t>
      </w:r>
      <w:r w:rsidRPr="003E3418">
        <w:rPr>
          <w:rFonts w:ascii="Sakkal Majalla" w:hAnsi="Sakkal Majalla" w:cs="Sakkal Majalla"/>
          <w:sz w:val="24"/>
        </w:rPr>
        <w:t xml:space="preserve"> </w:t>
      </w:r>
      <w:r w:rsidRPr="003E3418">
        <w:rPr>
          <w:rFonts w:ascii="Sakkal Majalla" w:hAnsi="Sakkal Majalla" w:cs="Sakkal Majalla"/>
          <w:sz w:val="24"/>
          <w:szCs w:val="24"/>
          <w:rtl/>
        </w:rPr>
        <w:t>الأخير</w:t>
      </w:r>
      <w:r w:rsidRPr="003E3418">
        <w:rPr>
          <w:rFonts w:ascii="Sakkal Majalla" w:hAnsi="Sakkal Majalla" w:cs="Sakkal Majalla"/>
          <w:sz w:val="24"/>
        </w:rPr>
        <w:t xml:space="preserve"> </w:t>
      </w:r>
      <w:r w:rsidRPr="003E3418">
        <w:rPr>
          <w:rFonts w:ascii="Sakkal Majalla" w:hAnsi="Sakkal Majalla" w:cs="Sakkal Majalla"/>
          <w:sz w:val="24"/>
          <w:szCs w:val="24"/>
          <w:rtl/>
        </w:rPr>
        <w:t>بوصفه</w:t>
      </w:r>
      <w:r w:rsidRPr="003E3418">
        <w:rPr>
          <w:rFonts w:ascii="Sakkal Majalla" w:hAnsi="Sakkal Majalla" w:cs="Sakkal Majalla"/>
          <w:sz w:val="24"/>
        </w:rPr>
        <w:t xml:space="preserve"> </w:t>
      </w:r>
      <w:r w:rsidRPr="003E3418">
        <w:rPr>
          <w:rFonts w:ascii="Sakkal Majalla" w:hAnsi="Sakkal Majalla" w:cs="Sakkal Majalla"/>
          <w:sz w:val="24"/>
          <w:szCs w:val="24"/>
          <w:rtl/>
        </w:rPr>
        <w:t>الأشمل</w:t>
      </w:r>
      <w:r w:rsidRPr="003E3418">
        <w:rPr>
          <w:rFonts w:ascii="Sakkal Majalla" w:hAnsi="Sakkal Majalla" w:cs="Sakkal Majalla"/>
          <w:sz w:val="24"/>
        </w:rPr>
        <w:t xml:space="preserve"> </w:t>
      </w:r>
      <w:r w:rsidRPr="003E3418">
        <w:rPr>
          <w:rFonts w:ascii="Sakkal Majalla" w:hAnsi="Sakkal Majalla" w:cs="Sakkal Majalla"/>
          <w:sz w:val="24"/>
          <w:szCs w:val="24"/>
          <w:rtl/>
        </w:rPr>
        <w:t>والأقل</w:t>
      </w:r>
      <w:r w:rsidRPr="003E3418">
        <w:rPr>
          <w:rFonts w:ascii="Sakkal Majalla" w:hAnsi="Sakkal Majalla" w:cs="Sakkal Majalla"/>
          <w:sz w:val="24"/>
        </w:rPr>
        <w:t xml:space="preserve"> </w:t>
      </w:r>
      <w:r w:rsidRPr="003E3418">
        <w:rPr>
          <w:rFonts w:ascii="Sakkal Majalla" w:hAnsi="Sakkal Majalla" w:cs="Sakkal Majalla"/>
          <w:sz w:val="24"/>
          <w:szCs w:val="24"/>
          <w:rtl/>
        </w:rPr>
        <w:t>تقييداً،</w:t>
      </w:r>
      <w:r w:rsidRPr="003E3418">
        <w:rPr>
          <w:rFonts w:ascii="Sakkal Majalla" w:hAnsi="Sakkal Majalla" w:cs="Sakkal Majalla"/>
          <w:sz w:val="24"/>
        </w:rPr>
        <w:t xml:space="preserve"> </w:t>
      </w:r>
      <w:r w:rsidRPr="003E3418">
        <w:rPr>
          <w:rFonts w:ascii="Sakkal Majalla" w:hAnsi="Sakkal Majalla" w:cs="Sakkal Majalla"/>
          <w:sz w:val="24"/>
          <w:szCs w:val="24"/>
          <w:rtl/>
        </w:rPr>
        <w:t>مع</w:t>
      </w:r>
      <w:r w:rsidRPr="003E3418">
        <w:rPr>
          <w:rFonts w:ascii="Sakkal Majalla" w:hAnsi="Sakkal Majalla" w:cs="Sakkal Majalla"/>
          <w:sz w:val="24"/>
        </w:rPr>
        <w:t xml:space="preserve"> </w:t>
      </w:r>
      <w:r w:rsidRPr="003E3418">
        <w:rPr>
          <w:rFonts w:ascii="Sakkal Majalla" w:hAnsi="Sakkal Majalla" w:cs="Sakkal Majalla"/>
          <w:sz w:val="24"/>
          <w:szCs w:val="24"/>
          <w:rtl/>
        </w:rPr>
        <w:t>الإقرار</w:t>
      </w:r>
      <w:r w:rsidRPr="003E3418">
        <w:rPr>
          <w:rFonts w:ascii="Sakkal Majalla" w:hAnsi="Sakkal Majalla" w:cs="Sakkal Majalla"/>
          <w:sz w:val="24"/>
        </w:rPr>
        <w:t xml:space="preserve"> </w:t>
      </w:r>
      <w:r w:rsidRPr="003E3418">
        <w:rPr>
          <w:rFonts w:ascii="Sakkal Majalla" w:hAnsi="Sakkal Majalla" w:cs="Sakkal Majalla"/>
          <w:sz w:val="24"/>
          <w:szCs w:val="24"/>
          <w:rtl/>
        </w:rPr>
        <w:t>بأن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يتجلى</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أشكال</w:t>
      </w:r>
      <w:r w:rsidRPr="003E3418">
        <w:rPr>
          <w:rFonts w:ascii="Sakkal Majalla" w:hAnsi="Sakkal Majalla" w:cs="Sakkal Majalla"/>
          <w:sz w:val="24"/>
        </w:rPr>
        <w:t xml:space="preserve"> </w:t>
      </w:r>
      <w:r w:rsidRPr="003E3418">
        <w:rPr>
          <w:rFonts w:ascii="Sakkal Majalla" w:hAnsi="Sakkal Majalla" w:cs="Sakkal Majalla"/>
          <w:sz w:val="24"/>
          <w:szCs w:val="24"/>
          <w:rtl/>
        </w:rPr>
        <w:t>متعددة</w:t>
      </w:r>
      <w:r w:rsidRPr="003E3418">
        <w:rPr>
          <w:rFonts w:ascii="Sakkal Majalla" w:hAnsi="Sakkal Majalla" w:cs="Sakkal Majalla"/>
          <w:sz w:val="24"/>
        </w:rPr>
        <w:t xml:space="preserve">: </w:t>
      </w:r>
      <w:r w:rsidRPr="003E3418">
        <w:rPr>
          <w:rFonts w:ascii="Sakkal Majalla" w:hAnsi="Sakkal Majalla" w:cs="Sakkal Majalla"/>
          <w:sz w:val="24"/>
          <w:szCs w:val="24"/>
          <w:rtl/>
        </w:rPr>
        <w:t>الرشوة،</w:t>
      </w:r>
      <w:r w:rsidRPr="003E3418">
        <w:rPr>
          <w:rFonts w:ascii="Sakkal Majalla" w:hAnsi="Sakkal Majalla" w:cs="Sakkal Majalla"/>
          <w:sz w:val="24"/>
        </w:rPr>
        <w:t xml:space="preserve"> </w:t>
      </w:r>
      <w:r w:rsidRPr="003E3418">
        <w:rPr>
          <w:rFonts w:ascii="Sakkal Majalla" w:hAnsi="Sakkal Majalla" w:cs="Sakkal Majalla"/>
          <w:sz w:val="24"/>
          <w:szCs w:val="24"/>
          <w:rtl/>
        </w:rPr>
        <w:t>والاختلاس،</w:t>
      </w:r>
      <w:r w:rsidRPr="003E3418">
        <w:rPr>
          <w:rFonts w:ascii="Sakkal Majalla" w:hAnsi="Sakkal Majalla" w:cs="Sakkal Majalla"/>
          <w:sz w:val="24"/>
        </w:rPr>
        <w:t xml:space="preserve"> </w:t>
      </w:r>
      <w:r w:rsidRPr="003E3418">
        <w:rPr>
          <w:rFonts w:ascii="Sakkal Majalla" w:hAnsi="Sakkal Majalla" w:cs="Sakkal Majalla"/>
          <w:sz w:val="24"/>
          <w:szCs w:val="24"/>
          <w:rtl/>
        </w:rPr>
        <w:t>والمحسوبية،</w:t>
      </w:r>
      <w:r w:rsidRPr="003E3418">
        <w:rPr>
          <w:rFonts w:ascii="Sakkal Majalla" w:hAnsi="Sakkal Majalla" w:cs="Sakkal Majalla"/>
          <w:sz w:val="24"/>
        </w:rPr>
        <w:t xml:space="preserve"> </w:t>
      </w:r>
      <w:r w:rsidRPr="003E3418">
        <w:rPr>
          <w:rFonts w:ascii="Sakkal Majalla" w:hAnsi="Sakkal Majalla" w:cs="Sakkal Majalla"/>
          <w:sz w:val="24"/>
          <w:szCs w:val="24"/>
          <w:rtl/>
        </w:rPr>
        <w:t>وتعارض</w:t>
      </w:r>
      <w:r w:rsidRPr="003E3418">
        <w:rPr>
          <w:rFonts w:ascii="Sakkal Majalla" w:hAnsi="Sakkal Majalla" w:cs="Sakkal Majalla"/>
          <w:sz w:val="24"/>
        </w:rPr>
        <w:t xml:space="preserve"> </w:t>
      </w:r>
      <w:r w:rsidRPr="003E3418">
        <w:rPr>
          <w:rFonts w:ascii="Sakkal Majalla" w:hAnsi="Sakkal Majalla" w:cs="Sakkal Majalla"/>
          <w:sz w:val="24"/>
          <w:szCs w:val="24"/>
          <w:rtl/>
        </w:rPr>
        <w:t>المصالح،</w:t>
      </w:r>
      <w:r w:rsidRPr="003E3418">
        <w:rPr>
          <w:rFonts w:ascii="Sakkal Majalla" w:hAnsi="Sakkal Majalla" w:cs="Sakkal Majalla"/>
          <w:sz w:val="24"/>
        </w:rPr>
        <w:t xml:space="preserve"> </w:t>
      </w:r>
      <w:r w:rsidRPr="003E3418">
        <w:rPr>
          <w:rFonts w:ascii="Sakkal Majalla" w:hAnsi="Sakkal Majalla" w:cs="Sakkal Majalla"/>
          <w:sz w:val="24"/>
          <w:szCs w:val="24"/>
          <w:rtl/>
        </w:rPr>
        <w:t>والمخسرة،</w:t>
      </w:r>
      <w:r w:rsidRPr="003E3418">
        <w:rPr>
          <w:rFonts w:ascii="Sakkal Majalla" w:hAnsi="Sakkal Majalla" w:cs="Sakkal Majalla"/>
          <w:sz w:val="24"/>
        </w:rPr>
        <w:t xml:space="preserve"> </w:t>
      </w:r>
      <w:r w:rsidRPr="003E3418">
        <w:rPr>
          <w:rFonts w:ascii="Sakkal Majalla" w:hAnsi="Sakkal Majalla" w:cs="Sakkal Majalla"/>
          <w:sz w:val="24"/>
          <w:szCs w:val="24"/>
          <w:rtl/>
        </w:rPr>
        <w:t>وفساد</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السياسات،</w:t>
      </w:r>
      <w:r w:rsidRPr="003E3418">
        <w:rPr>
          <w:rFonts w:ascii="Sakkal Majalla" w:hAnsi="Sakkal Majalla" w:cs="Sakkal Majalla"/>
          <w:sz w:val="24"/>
        </w:rPr>
        <w:t xml:space="preserve"> </w:t>
      </w:r>
      <w:r w:rsidRPr="003E3418">
        <w:rPr>
          <w:rFonts w:ascii="Sakkal Majalla" w:hAnsi="Sakkal Majalla" w:cs="Sakkal Majalla"/>
          <w:sz w:val="24"/>
          <w:szCs w:val="24"/>
          <w:rtl/>
        </w:rPr>
        <w:t>وغيرها</w:t>
      </w:r>
      <w:r w:rsidRPr="003E3418">
        <w:rPr>
          <w:rFonts w:ascii="Sakkal Majalla" w:hAnsi="Sakkal Majalla" w:cs="Sakkal Majalla"/>
          <w:sz w:val="24"/>
        </w:rPr>
        <w:t xml:space="preserve">. </w:t>
      </w:r>
      <w:r w:rsidRPr="003E3418">
        <w:rPr>
          <w:rFonts w:ascii="Sakkal Majalla" w:hAnsi="Sakkal Majalla" w:cs="Sakkal Majalla"/>
          <w:sz w:val="24"/>
          <w:szCs w:val="24"/>
          <w:rtl/>
        </w:rPr>
        <w:t>وتتباين</w:t>
      </w:r>
      <w:r w:rsidRPr="003E3418">
        <w:rPr>
          <w:rFonts w:ascii="Sakkal Majalla" w:hAnsi="Sakkal Majalla" w:cs="Sakkal Majalla"/>
          <w:sz w:val="24"/>
        </w:rPr>
        <w:t xml:space="preserve"> </w:t>
      </w:r>
      <w:r w:rsidRPr="003E3418">
        <w:rPr>
          <w:rFonts w:ascii="Sakkal Majalla" w:hAnsi="Sakkal Majalla" w:cs="Sakkal Majalla"/>
          <w:sz w:val="24"/>
          <w:szCs w:val="24"/>
          <w:rtl/>
        </w:rPr>
        <w:t>درجة</w:t>
      </w:r>
      <w:r w:rsidRPr="003E3418">
        <w:rPr>
          <w:rFonts w:ascii="Sakkal Majalla" w:hAnsi="Sakkal Majalla" w:cs="Sakkal Majalla"/>
          <w:sz w:val="24"/>
        </w:rPr>
        <w:t xml:space="preserve"> </w:t>
      </w:r>
      <w:r w:rsidRPr="003E3418">
        <w:rPr>
          <w:rFonts w:ascii="Sakkal Majalla" w:hAnsi="Sakkal Majalla" w:cs="Sakkal Majalla"/>
          <w:sz w:val="24"/>
          <w:szCs w:val="24"/>
          <w:rtl/>
        </w:rPr>
        <w:t>انتشار</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الأشكال</w:t>
      </w:r>
      <w:r w:rsidRPr="003E3418">
        <w:rPr>
          <w:rFonts w:ascii="Sakkal Majalla" w:hAnsi="Sakkal Majalla" w:cs="Sakkal Majalla"/>
          <w:sz w:val="24"/>
        </w:rPr>
        <w:t xml:space="preserve"> </w:t>
      </w:r>
      <w:r w:rsidRPr="003E3418">
        <w:rPr>
          <w:rFonts w:ascii="Sakkal Majalla" w:hAnsi="Sakkal Majalla" w:cs="Sakkal Majalla"/>
          <w:sz w:val="24"/>
          <w:szCs w:val="24"/>
          <w:rtl/>
        </w:rPr>
        <w:t>وحدّتها</w:t>
      </w:r>
      <w:r w:rsidRPr="003E3418">
        <w:rPr>
          <w:rFonts w:ascii="Sakkal Majalla" w:hAnsi="Sakkal Majalla" w:cs="Sakkal Majalla"/>
          <w:sz w:val="24"/>
        </w:rPr>
        <w:t xml:space="preserve"> </w:t>
      </w:r>
      <w:r w:rsidRPr="003E3418">
        <w:rPr>
          <w:rFonts w:ascii="Sakkal Majalla" w:hAnsi="Sakkal Majalla" w:cs="Sakkal Majalla"/>
          <w:sz w:val="24"/>
          <w:szCs w:val="24"/>
          <w:rtl/>
        </w:rPr>
        <w:t>بحسب</w:t>
      </w:r>
      <w:r w:rsidRPr="003E3418">
        <w:rPr>
          <w:rFonts w:ascii="Sakkal Majalla" w:hAnsi="Sakkal Majalla" w:cs="Sakkal Majalla"/>
          <w:sz w:val="24"/>
        </w:rPr>
        <w:t xml:space="preserve"> </w:t>
      </w:r>
      <w:r w:rsidRPr="003E3418">
        <w:rPr>
          <w:rFonts w:ascii="Sakkal Majalla" w:hAnsi="Sakkal Majalla" w:cs="Sakkal Majalla"/>
          <w:sz w:val="24"/>
          <w:szCs w:val="24"/>
          <w:rtl/>
        </w:rPr>
        <w:t>طبيعة</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المؤسسات</w:t>
      </w:r>
      <w:r w:rsidRPr="003E3418">
        <w:rPr>
          <w:rFonts w:ascii="Sakkal Majalla" w:hAnsi="Sakkal Majalla" w:cs="Sakkal Majalla"/>
          <w:sz w:val="24"/>
        </w:rPr>
        <w:t xml:space="preserve"> </w:t>
      </w:r>
      <w:r w:rsidRPr="003E3418">
        <w:rPr>
          <w:rFonts w:ascii="Sakkal Majalla" w:hAnsi="Sakkal Majalla" w:cs="Sakkal Majalla"/>
          <w:sz w:val="24"/>
          <w:szCs w:val="24"/>
          <w:rtl/>
        </w:rPr>
        <w:t>وقدرتها</w:t>
      </w:r>
      <w:r w:rsidRPr="003E3418">
        <w:rPr>
          <w:rFonts w:ascii="Sakkal Majalla" w:hAnsi="Sakkal Majalla" w:cs="Sakkal Majalla"/>
          <w:sz w:val="24"/>
        </w:rPr>
        <w:t xml:space="preserve"> </w:t>
      </w:r>
      <w:r w:rsidRPr="003E3418">
        <w:rPr>
          <w:rFonts w:ascii="Sakkal Majalla" w:hAnsi="Sakkal Majalla" w:cs="Sakkal Majalla"/>
          <w:sz w:val="24"/>
          <w:szCs w:val="24"/>
          <w:rtl/>
        </w:rPr>
        <w:t>التنفيذية</w:t>
      </w:r>
      <w:r w:rsidRPr="003E3418">
        <w:rPr>
          <w:rFonts w:ascii="Sakkal Majalla" w:hAnsi="Sakkal Majalla" w:cs="Sakkal Majalla"/>
          <w:sz w:val="24"/>
        </w:rPr>
        <w:t>.</w:t>
      </w:r>
    </w:p>
    <w:p w14:paraId="4CFEED56"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lastRenderedPageBreak/>
        <w:t>ب</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إشكاليات</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قياس</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الفساد</w:t>
      </w:r>
    </w:p>
    <w:p w14:paraId="6AE3D3FB"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يُعدّ</w:t>
      </w:r>
      <w:r w:rsidRPr="003E3418">
        <w:rPr>
          <w:rFonts w:ascii="Sakkal Majalla" w:hAnsi="Sakkal Majalla" w:cs="Sakkal Majalla"/>
          <w:sz w:val="24"/>
        </w:rPr>
        <w:t xml:space="preserve"> </w:t>
      </w:r>
      <w:r w:rsidRPr="003E3418">
        <w:rPr>
          <w:rFonts w:ascii="Sakkal Majalla" w:hAnsi="Sakkal Majalla" w:cs="Sakkal Majalla"/>
          <w:sz w:val="24"/>
          <w:szCs w:val="24"/>
          <w:rtl/>
        </w:rPr>
        <w:t>قياس</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أعقد</w:t>
      </w:r>
      <w:r w:rsidRPr="003E3418">
        <w:rPr>
          <w:rFonts w:ascii="Sakkal Majalla" w:hAnsi="Sakkal Majalla" w:cs="Sakkal Majalla"/>
          <w:sz w:val="24"/>
        </w:rPr>
        <w:t xml:space="preserve"> </w:t>
      </w:r>
      <w:r w:rsidRPr="003E3418">
        <w:rPr>
          <w:rFonts w:ascii="Sakkal Majalla" w:hAnsi="Sakkal Majalla" w:cs="Sakkal Majalla"/>
          <w:sz w:val="24"/>
          <w:szCs w:val="24"/>
          <w:rtl/>
        </w:rPr>
        <w:t>التحديات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المنهجية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الحقل</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البحثي،</w:t>
      </w:r>
      <w:r w:rsidRPr="003E3418">
        <w:rPr>
          <w:rFonts w:ascii="Sakkal Majalla" w:hAnsi="Sakkal Majalla" w:cs="Sakkal Majalla"/>
          <w:sz w:val="24"/>
        </w:rPr>
        <w:t xml:space="preserve"> </w:t>
      </w:r>
      <w:r w:rsidRPr="003E3418">
        <w:rPr>
          <w:rFonts w:ascii="Sakkal Majalla" w:hAnsi="Sakkal Majalla" w:cs="Sakkal Majalla"/>
          <w:sz w:val="24"/>
          <w:szCs w:val="24"/>
          <w:rtl/>
        </w:rPr>
        <w:t>وذلك</w:t>
      </w:r>
      <w:r w:rsidRPr="003E3418">
        <w:rPr>
          <w:rFonts w:ascii="Sakkal Majalla" w:hAnsi="Sakkal Majalla" w:cs="Sakkal Majalla"/>
          <w:sz w:val="24"/>
        </w:rPr>
        <w:t xml:space="preserve"> </w:t>
      </w:r>
      <w:r w:rsidRPr="003E3418">
        <w:rPr>
          <w:rFonts w:ascii="Sakkal Majalla" w:hAnsi="Sakkal Majalla" w:cs="Sakkal Majalla"/>
          <w:sz w:val="24"/>
          <w:szCs w:val="24"/>
          <w:rtl/>
        </w:rPr>
        <w:t>لأسباب</w:t>
      </w:r>
      <w:r w:rsidRPr="003E3418">
        <w:rPr>
          <w:rFonts w:ascii="Sakkal Majalla" w:hAnsi="Sakkal Majalla" w:cs="Sakkal Majalla"/>
          <w:sz w:val="24"/>
        </w:rPr>
        <w:t xml:space="preserve"> </w:t>
      </w:r>
      <w:r w:rsidRPr="003E3418">
        <w:rPr>
          <w:rFonts w:ascii="Sakkal Majalla" w:hAnsi="Sakkal Majalla" w:cs="Sakkal Majalla"/>
          <w:sz w:val="24"/>
          <w:szCs w:val="24"/>
          <w:rtl/>
        </w:rPr>
        <w:t>بنيوية</w:t>
      </w:r>
      <w:r w:rsidRPr="003E3418">
        <w:rPr>
          <w:rFonts w:ascii="Sakkal Majalla" w:hAnsi="Sakkal Majalla" w:cs="Sakkal Majalla"/>
          <w:sz w:val="24"/>
        </w:rPr>
        <w:t xml:space="preserve"> </w:t>
      </w:r>
      <w:r w:rsidRPr="003E3418">
        <w:rPr>
          <w:rFonts w:ascii="Sakkal Majalla" w:hAnsi="Sakkal Majalla" w:cs="Sakkal Majalla"/>
          <w:sz w:val="24"/>
          <w:szCs w:val="24"/>
          <w:rtl/>
        </w:rPr>
        <w:t>جوهرية</w:t>
      </w:r>
      <w:r w:rsidRPr="003E3418">
        <w:rPr>
          <w:rFonts w:ascii="Sakkal Majalla" w:hAnsi="Sakkal Majalla" w:cs="Sakkal Majalla"/>
          <w:sz w:val="24"/>
        </w:rPr>
        <w:t>:</w:t>
      </w:r>
    </w:p>
    <w:p w14:paraId="414838EC"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الخفاء</w:t>
      </w:r>
      <w:r w:rsidRPr="003E3418">
        <w:rPr>
          <w:rFonts w:ascii="Sakkal Majalla" w:hAnsi="Sakkal Majalla" w:cs="Sakkal Majalla"/>
          <w:sz w:val="24"/>
        </w:rPr>
        <w:t xml:space="preserve"> </w:t>
      </w:r>
      <w:r w:rsidRPr="003E3418">
        <w:rPr>
          <w:rFonts w:ascii="Sakkal Majalla" w:hAnsi="Sakkal Majalla" w:cs="Sakkal Majalla"/>
          <w:sz w:val="24"/>
          <w:szCs w:val="24"/>
          <w:rtl/>
        </w:rPr>
        <w:t>الذاتي</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بطبيعته</w:t>
      </w:r>
      <w:r w:rsidRPr="003E3418">
        <w:rPr>
          <w:rFonts w:ascii="Sakkal Majalla" w:hAnsi="Sakkal Majalla" w:cs="Sakkal Majalla"/>
          <w:sz w:val="24"/>
        </w:rPr>
        <w:t xml:space="preserve"> </w:t>
      </w:r>
      <w:r w:rsidRPr="003E3418">
        <w:rPr>
          <w:rFonts w:ascii="Sakkal Majalla" w:hAnsi="Sakkal Majalla" w:cs="Sakkal Majalla"/>
          <w:sz w:val="24"/>
          <w:szCs w:val="24"/>
          <w:rtl/>
        </w:rPr>
        <w:t>ظاهرة</w:t>
      </w:r>
      <w:r w:rsidRPr="003E3418">
        <w:rPr>
          <w:rFonts w:ascii="Sakkal Majalla" w:hAnsi="Sakkal Majalla" w:cs="Sakkal Majalla"/>
          <w:sz w:val="24"/>
        </w:rPr>
        <w:t xml:space="preserve"> </w:t>
      </w:r>
      <w:r w:rsidRPr="003E3418">
        <w:rPr>
          <w:rFonts w:ascii="Sakkal Majalla" w:hAnsi="Sakkal Majalla" w:cs="Sakkal Majalla"/>
          <w:sz w:val="24"/>
          <w:szCs w:val="24"/>
          <w:rtl/>
        </w:rPr>
        <w:t>تسعى</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البقاء</w:t>
      </w:r>
      <w:r w:rsidRPr="003E3418">
        <w:rPr>
          <w:rFonts w:ascii="Sakkal Majalla" w:hAnsi="Sakkal Majalla" w:cs="Sakkal Majalla"/>
          <w:sz w:val="24"/>
        </w:rPr>
        <w:t xml:space="preserve"> </w:t>
      </w:r>
      <w:r w:rsidRPr="003E3418">
        <w:rPr>
          <w:rFonts w:ascii="Sakkal Majalla" w:hAnsi="Sakkal Majalla" w:cs="Sakkal Majalla"/>
          <w:sz w:val="24"/>
          <w:szCs w:val="24"/>
          <w:rtl/>
        </w:rPr>
        <w:t>مخفيةً،</w:t>
      </w:r>
      <w:r w:rsidRPr="003E3418">
        <w:rPr>
          <w:rFonts w:ascii="Sakkal Majalla" w:hAnsi="Sakkal Majalla" w:cs="Sakkal Majalla"/>
          <w:sz w:val="24"/>
        </w:rPr>
        <w:t xml:space="preserve"> </w:t>
      </w:r>
      <w:r w:rsidRPr="003E3418">
        <w:rPr>
          <w:rFonts w:ascii="Sakkal Majalla" w:hAnsi="Sakkal Majalla" w:cs="Sakkal Majalla"/>
          <w:sz w:val="24"/>
          <w:szCs w:val="24"/>
          <w:rtl/>
        </w:rPr>
        <w:t>فلا</w:t>
      </w:r>
      <w:r w:rsidRPr="003E3418">
        <w:rPr>
          <w:rFonts w:ascii="Sakkal Majalla" w:hAnsi="Sakkal Majalla" w:cs="Sakkal Majalla"/>
          <w:sz w:val="24"/>
        </w:rPr>
        <w:t xml:space="preserve"> </w:t>
      </w:r>
      <w:r w:rsidRPr="003E3418">
        <w:rPr>
          <w:rFonts w:ascii="Sakkal Majalla" w:hAnsi="Sakkal Majalla" w:cs="Sakkal Majalla"/>
          <w:sz w:val="24"/>
          <w:szCs w:val="24"/>
          <w:rtl/>
        </w:rPr>
        <w:t>توجد</w:t>
      </w:r>
      <w:r w:rsidRPr="003E3418">
        <w:rPr>
          <w:rFonts w:ascii="Sakkal Majalla" w:hAnsi="Sakkal Majalla" w:cs="Sakkal Majalla"/>
          <w:sz w:val="24"/>
        </w:rPr>
        <w:t xml:space="preserve"> «</w:t>
      </w:r>
      <w:r w:rsidRPr="003E3418">
        <w:rPr>
          <w:rFonts w:ascii="Sakkal Majalla" w:hAnsi="Sakkal Majalla" w:cs="Sakkal Majalla"/>
          <w:sz w:val="24"/>
          <w:szCs w:val="24"/>
          <w:rtl/>
        </w:rPr>
        <w:t>سوق</w:t>
      </w:r>
      <w:r w:rsidRPr="003E3418">
        <w:rPr>
          <w:rFonts w:ascii="Sakkal Majalla" w:hAnsi="Sakkal Majalla" w:cs="Sakkal Majalla"/>
          <w:sz w:val="24"/>
        </w:rPr>
        <w:t xml:space="preserve"> </w:t>
      </w:r>
      <w:r w:rsidRPr="003E3418">
        <w:rPr>
          <w:rFonts w:ascii="Sakkal Majalla" w:hAnsi="Sakkal Majalla" w:cs="Sakkal Majalla"/>
          <w:sz w:val="24"/>
          <w:szCs w:val="24"/>
          <w:rtl/>
        </w:rPr>
        <w:t>مرئية</w:t>
      </w:r>
      <w:r w:rsidRPr="003E3418">
        <w:rPr>
          <w:rFonts w:ascii="Sakkal Majalla" w:hAnsi="Sakkal Majalla" w:cs="Sakkal Majalla"/>
          <w:sz w:val="24"/>
        </w:rPr>
        <w:t xml:space="preserve"> </w:t>
      </w:r>
      <w:r w:rsidRPr="003E3418">
        <w:rPr>
          <w:rFonts w:ascii="Sakkal Majalla" w:hAnsi="Sakkal Majalla" w:cs="Sakkal Majalla"/>
          <w:sz w:val="24"/>
          <w:szCs w:val="24"/>
          <w:rtl/>
        </w:rPr>
        <w:t>للرشاوى</w:t>
      </w:r>
      <w:r w:rsidRPr="003E3418">
        <w:rPr>
          <w:rFonts w:ascii="Sakkal Majalla" w:hAnsi="Sakkal Majalla" w:cs="Sakkal Majalla"/>
          <w:sz w:val="24"/>
        </w:rPr>
        <w:t xml:space="preserve">» </w:t>
      </w:r>
      <w:r w:rsidRPr="003E3418">
        <w:rPr>
          <w:rFonts w:ascii="Sakkal Majalla" w:hAnsi="Sakkal Majalla" w:cs="Sakkal Majalla"/>
          <w:sz w:val="24"/>
          <w:szCs w:val="24"/>
          <w:rtl/>
        </w:rPr>
        <w:t>يمكن</w:t>
      </w:r>
      <w:r w:rsidRPr="003E3418">
        <w:rPr>
          <w:rFonts w:ascii="Sakkal Majalla" w:hAnsi="Sakkal Majalla" w:cs="Sakkal Majalla"/>
          <w:sz w:val="24"/>
        </w:rPr>
        <w:t xml:space="preserve"> </w:t>
      </w:r>
      <w:r w:rsidRPr="003E3418">
        <w:rPr>
          <w:rFonts w:ascii="Sakkal Majalla" w:hAnsi="Sakkal Majalla" w:cs="Sakkal Majalla"/>
          <w:sz w:val="24"/>
          <w:szCs w:val="24"/>
          <w:rtl/>
        </w:rPr>
        <w:t>رصدها</w:t>
      </w:r>
      <w:r w:rsidRPr="003E3418">
        <w:rPr>
          <w:rFonts w:ascii="Sakkal Majalla" w:hAnsi="Sakkal Majalla" w:cs="Sakkal Majalla"/>
          <w:sz w:val="24"/>
        </w:rPr>
        <w:t xml:space="preserve"> </w:t>
      </w:r>
      <w:r w:rsidRPr="003E3418">
        <w:rPr>
          <w:rFonts w:ascii="Sakkal Majalla" w:hAnsi="Sakkal Majalla" w:cs="Sakkal Majalla"/>
          <w:sz w:val="24"/>
          <w:szCs w:val="24"/>
          <w:rtl/>
        </w:rPr>
        <w:t>إحصائياً</w:t>
      </w:r>
      <w:r w:rsidRPr="003E3418">
        <w:rPr>
          <w:rFonts w:ascii="Sakkal Majalla" w:hAnsi="Sakkal Majalla" w:cs="Sakkal Majalla"/>
          <w:sz w:val="24"/>
        </w:rPr>
        <w:t xml:space="preserve"> </w:t>
      </w:r>
      <w:r w:rsidRPr="003E3418">
        <w:rPr>
          <w:rFonts w:ascii="Sakkal Majalla" w:hAnsi="Sakkal Majalla" w:cs="Sakkal Majalla"/>
          <w:sz w:val="24"/>
          <w:szCs w:val="24"/>
          <w:rtl/>
        </w:rPr>
        <w:t>بصورة</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مباشرة</w:t>
      </w:r>
      <w:r w:rsidRPr="003E3418">
        <w:rPr>
          <w:rFonts w:ascii="Sakkal Majalla" w:hAnsi="Sakkal Majalla" w:cs="Sakkal Majalla"/>
          <w:sz w:val="24"/>
        </w:rPr>
        <w:t xml:space="preserve">. </w:t>
      </w:r>
      <w:r w:rsidRPr="003E3418">
        <w:rPr>
          <w:rFonts w:ascii="Sakkal Majalla" w:hAnsi="Sakkal Majalla" w:cs="Sakkal Majalla"/>
          <w:sz w:val="24"/>
          <w:szCs w:val="24"/>
          <w:rtl/>
        </w:rPr>
        <w:t>ويترتب</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ذلك</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كل</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القياس</w:t>
      </w:r>
      <w:r w:rsidRPr="003E3418">
        <w:rPr>
          <w:rFonts w:ascii="Sakkal Majalla" w:hAnsi="Sakkal Majalla" w:cs="Sakkal Majalla"/>
          <w:sz w:val="24"/>
        </w:rPr>
        <w:t xml:space="preserve"> </w:t>
      </w:r>
      <w:r w:rsidRPr="003E3418">
        <w:rPr>
          <w:rFonts w:ascii="Sakkal Majalla" w:hAnsi="Sakkal Majalla" w:cs="Sakkal Majalla"/>
          <w:sz w:val="24"/>
          <w:szCs w:val="24"/>
          <w:rtl/>
        </w:rPr>
        <w:t>المتاحة</w:t>
      </w:r>
      <w:r w:rsidRPr="003E3418">
        <w:rPr>
          <w:rFonts w:ascii="Sakkal Majalla" w:hAnsi="Sakkal Majalla" w:cs="Sakkal Majalla"/>
          <w:sz w:val="24"/>
        </w:rPr>
        <w:t xml:space="preserve"> </w:t>
      </w:r>
      <w:r w:rsidRPr="003E3418">
        <w:rPr>
          <w:rFonts w:ascii="Sakkal Majalla" w:hAnsi="Sakkal Majalla" w:cs="Sakkal Majalla"/>
          <w:sz w:val="24"/>
          <w:szCs w:val="24"/>
          <w:rtl/>
        </w:rPr>
        <w:t>هي</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غير</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مباشرة</w:t>
      </w:r>
      <w:r w:rsidRPr="003E3418">
        <w:rPr>
          <w:rFonts w:ascii="Sakkal Majalla" w:hAnsi="Sakkal Majalla" w:cs="Sakkal Majalla"/>
          <w:sz w:val="24"/>
        </w:rPr>
        <w:t>.</w:t>
      </w:r>
    </w:p>
    <w:p w14:paraId="0ABC8F94"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تحيّز</w:t>
      </w:r>
      <w:r w:rsidRPr="003E3418">
        <w:rPr>
          <w:rFonts w:ascii="Sakkal Majalla" w:hAnsi="Sakkal Majalla" w:cs="Sakkal Majalla"/>
          <w:sz w:val="24"/>
        </w:rPr>
        <w:t xml:space="preserve"> </w:t>
      </w:r>
      <w:r w:rsidRPr="003E3418">
        <w:rPr>
          <w:rFonts w:ascii="Sakkal Majalla" w:hAnsi="Sakkal Majalla" w:cs="Sakkal Majalla"/>
          <w:sz w:val="24"/>
          <w:szCs w:val="24"/>
          <w:rtl/>
        </w:rPr>
        <w:t>الإدراك</w:t>
      </w:r>
      <w:r w:rsidRPr="003E3418">
        <w:rPr>
          <w:rFonts w:ascii="Sakkal Majalla" w:hAnsi="Sakkal Majalla" w:cs="Sakkal Majalla"/>
          <w:sz w:val="24"/>
        </w:rPr>
        <w:t xml:space="preserve">: </w:t>
      </w:r>
      <w:r w:rsidRPr="003E3418">
        <w:rPr>
          <w:rFonts w:ascii="Sakkal Majalla" w:hAnsi="Sakkal Majalla" w:cs="Sakkal Majalla"/>
          <w:sz w:val="24"/>
          <w:szCs w:val="24"/>
          <w:rtl/>
        </w:rPr>
        <w:t>المؤشرات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القائمة</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الإدراك</w:t>
      </w:r>
      <w:r w:rsidRPr="003E3418">
        <w:rPr>
          <w:rFonts w:ascii="Sakkal Majalla" w:hAnsi="Sakkal Majalla" w:cs="Sakkal Majalla"/>
          <w:sz w:val="24"/>
        </w:rPr>
        <w:t xml:space="preserve"> </w:t>
      </w:r>
      <w:r w:rsidRPr="003E3418">
        <w:rPr>
          <w:rFonts w:ascii="Sakkal Majalla" w:hAnsi="Sakkal Majalla" w:cs="Sakkal Majalla"/>
          <w:sz w:val="24"/>
          <w:szCs w:val="24"/>
          <w:rtl/>
        </w:rPr>
        <w:t>كمؤشر</w:t>
      </w:r>
      <w:r w:rsidRPr="003E3418">
        <w:rPr>
          <w:rFonts w:ascii="Sakkal Majalla" w:hAnsi="Sakkal Majalla" w:cs="Sakkal Majalla"/>
          <w:sz w:val="24"/>
        </w:rPr>
        <w:t xml:space="preserve"> CPI </w:t>
      </w:r>
      <w:r w:rsidRPr="003E3418">
        <w:rPr>
          <w:rFonts w:ascii="Sakkal Majalla" w:hAnsi="Sakkal Majalla" w:cs="Sakkal Majalla"/>
          <w:sz w:val="24"/>
          <w:szCs w:val="24"/>
          <w:rtl/>
        </w:rPr>
        <w:t>تعكس</w:t>
      </w:r>
      <w:r w:rsidRPr="003E3418">
        <w:rPr>
          <w:rFonts w:ascii="Sakkal Majalla" w:hAnsi="Sakkal Majalla" w:cs="Sakkal Majalla"/>
          <w:sz w:val="24"/>
        </w:rPr>
        <w:t xml:space="preserve"> </w:t>
      </w:r>
      <w:r w:rsidRPr="003E3418">
        <w:rPr>
          <w:rFonts w:ascii="Sakkal Majalla" w:hAnsi="Sakkal Majalla" w:cs="Sakkal Majalla"/>
          <w:sz w:val="24"/>
          <w:szCs w:val="24"/>
          <w:rtl/>
        </w:rPr>
        <w:t>التصوّرات</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الوقائع</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المباشرة</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مما</w:t>
      </w:r>
      <w:r w:rsidRPr="003E3418">
        <w:rPr>
          <w:rFonts w:ascii="Sakkal Majalla" w:hAnsi="Sakkal Majalla" w:cs="Sakkal Majalla"/>
          <w:sz w:val="24"/>
        </w:rPr>
        <w:t xml:space="preserve"> </w:t>
      </w:r>
      <w:r w:rsidRPr="003E3418">
        <w:rPr>
          <w:rFonts w:ascii="Sakkal Majalla" w:hAnsi="Sakkal Majalla" w:cs="Sakkal Majalla"/>
          <w:sz w:val="24"/>
          <w:szCs w:val="24"/>
          <w:rtl/>
        </w:rPr>
        <w:t>يُضيف</w:t>
      </w:r>
      <w:r w:rsidRPr="003E3418">
        <w:rPr>
          <w:rFonts w:ascii="Sakkal Majalla" w:hAnsi="Sakkal Majalla" w:cs="Sakkal Majalla"/>
          <w:sz w:val="24"/>
        </w:rPr>
        <w:t xml:space="preserve"> </w:t>
      </w:r>
      <w:r w:rsidRPr="003E3418">
        <w:rPr>
          <w:rFonts w:ascii="Sakkal Majalla" w:hAnsi="Sakkal Majalla" w:cs="Sakkal Majalla"/>
          <w:sz w:val="24"/>
          <w:szCs w:val="24"/>
          <w:rtl/>
        </w:rPr>
        <w:t>طبقةً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الشك</w:t>
      </w:r>
      <w:r w:rsidRPr="003E3418">
        <w:rPr>
          <w:rFonts w:ascii="Sakkal Majalla" w:hAnsi="Sakkal Majalla" w:cs="Sakkal Majalla"/>
          <w:sz w:val="24"/>
        </w:rPr>
        <w:t xml:space="preserve"> </w:t>
      </w:r>
      <w:r w:rsidRPr="003E3418">
        <w:rPr>
          <w:rFonts w:ascii="Sakkal Majalla" w:hAnsi="Sakkal Majalla" w:cs="Sakkal Majalla"/>
          <w:sz w:val="24"/>
          <w:szCs w:val="24"/>
          <w:rtl/>
        </w:rPr>
        <w:t>المنهجي</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تفسير</w:t>
      </w:r>
      <w:r w:rsidRPr="003E3418">
        <w:rPr>
          <w:rFonts w:ascii="Sakkal Majalla" w:hAnsi="Sakkal Majalla" w:cs="Sakkal Majalla"/>
          <w:sz w:val="24"/>
        </w:rPr>
        <w:t xml:space="preserve"> </w:t>
      </w:r>
      <w:r w:rsidRPr="003E3418">
        <w:rPr>
          <w:rFonts w:ascii="Sakkal Majalla" w:hAnsi="Sakkal Majalla" w:cs="Sakkal Majalla"/>
          <w:sz w:val="24"/>
          <w:szCs w:val="24"/>
          <w:rtl/>
        </w:rPr>
        <w:t>النتائج</w:t>
      </w:r>
      <w:r w:rsidRPr="003E3418">
        <w:rPr>
          <w:rFonts w:ascii="Sakkal Majalla" w:hAnsi="Sakkal Majalla" w:cs="Sakkal Majalla"/>
          <w:sz w:val="24"/>
        </w:rPr>
        <w:t>.</w:t>
      </w:r>
    </w:p>
    <w:p w14:paraId="7EDCCC12"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عدم</w:t>
      </w:r>
      <w:r w:rsidRPr="003E3418">
        <w:rPr>
          <w:rFonts w:ascii="Sakkal Majalla" w:hAnsi="Sakkal Majalla" w:cs="Sakkal Majalla"/>
          <w:sz w:val="24"/>
        </w:rPr>
        <w:t xml:space="preserve"> </w:t>
      </w:r>
      <w:r w:rsidRPr="003E3418">
        <w:rPr>
          <w:rFonts w:ascii="Sakkal Majalla" w:hAnsi="Sakkal Majalla" w:cs="Sakkal Majalla"/>
          <w:sz w:val="24"/>
          <w:szCs w:val="24"/>
          <w:rtl/>
        </w:rPr>
        <w:t>التجانس</w:t>
      </w:r>
      <w:r w:rsidRPr="003E3418">
        <w:rPr>
          <w:rFonts w:ascii="Sakkal Majalla" w:hAnsi="Sakkal Majalla" w:cs="Sakkal Majalla"/>
          <w:sz w:val="24"/>
        </w:rPr>
        <w:t xml:space="preserve"> </w:t>
      </w:r>
      <w:r w:rsidRPr="003E3418">
        <w:rPr>
          <w:rFonts w:ascii="Sakkal Majalla" w:hAnsi="Sakkal Majalla" w:cs="Sakkal Majalla"/>
          <w:sz w:val="24"/>
          <w:szCs w:val="24"/>
          <w:rtl/>
        </w:rPr>
        <w:t>عبر</w:t>
      </w:r>
      <w:r w:rsidRPr="003E3418">
        <w:rPr>
          <w:rFonts w:ascii="Sakkal Majalla" w:hAnsi="Sakkal Majalla" w:cs="Sakkal Majalla"/>
          <w:sz w:val="24"/>
        </w:rPr>
        <w:t xml:space="preserve"> </w:t>
      </w:r>
      <w:r w:rsidRPr="003E3418">
        <w:rPr>
          <w:rFonts w:ascii="Sakkal Majalla" w:hAnsi="Sakkal Majalla" w:cs="Sakkal Majalla"/>
          <w:sz w:val="24"/>
          <w:szCs w:val="24"/>
          <w:rtl/>
        </w:rPr>
        <w:t>الزمن</w:t>
      </w:r>
      <w:r w:rsidRPr="003E3418">
        <w:rPr>
          <w:rFonts w:ascii="Sakkal Majalla" w:hAnsi="Sakkal Majalla" w:cs="Sakkal Majalla"/>
          <w:sz w:val="24"/>
        </w:rPr>
        <w:t xml:space="preserve">: </w:t>
      </w:r>
      <w:r w:rsidRPr="003E3418">
        <w:rPr>
          <w:rFonts w:ascii="Sakkal Majalla" w:hAnsi="Sakkal Majalla" w:cs="Sakkal Majalla"/>
          <w:sz w:val="24"/>
          <w:szCs w:val="24"/>
          <w:rtl/>
        </w:rPr>
        <w:t>تغيير</w:t>
      </w:r>
      <w:r w:rsidRPr="003E3418">
        <w:rPr>
          <w:rFonts w:ascii="Sakkal Majalla" w:hAnsi="Sakkal Majalla" w:cs="Sakkal Majalla"/>
          <w:sz w:val="24"/>
        </w:rPr>
        <w:t xml:space="preserve"> </w:t>
      </w:r>
      <w:r w:rsidRPr="003E3418">
        <w:rPr>
          <w:rFonts w:ascii="Sakkal Majalla" w:hAnsi="Sakkal Majalla" w:cs="Sakkal Majalla"/>
          <w:sz w:val="24"/>
          <w:szCs w:val="24"/>
          <w:rtl/>
        </w:rPr>
        <w:t>منهجية</w:t>
      </w:r>
      <w:r w:rsidRPr="003E3418">
        <w:rPr>
          <w:rFonts w:ascii="Sakkal Majalla" w:hAnsi="Sakkal Majalla" w:cs="Sakkal Majalla"/>
          <w:sz w:val="24"/>
        </w:rPr>
        <w:t xml:space="preserve"> CPI </w:t>
      </w:r>
      <w:r w:rsidRPr="003E3418">
        <w:rPr>
          <w:rFonts w:ascii="Sakkal Majalla" w:hAnsi="Sakkal Majalla" w:cs="Sakkal Majalla"/>
          <w:sz w:val="24"/>
          <w:szCs w:val="24"/>
          <w:rtl/>
        </w:rPr>
        <w:t>عام</w:t>
      </w:r>
      <w:r w:rsidRPr="003E3418">
        <w:rPr>
          <w:rFonts w:ascii="Sakkal Majalla" w:hAnsi="Sakkal Majalla" w:cs="Sakkal Majalla"/>
          <w:sz w:val="24"/>
        </w:rPr>
        <w:t xml:space="preserve"> 2012 </w:t>
      </w:r>
      <w:r w:rsidRPr="003E3418">
        <w:rPr>
          <w:rFonts w:ascii="Sakkal Majalla" w:hAnsi="Sakkal Majalla" w:cs="Sakkal Majalla"/>
          <w:sz w:val="24"/>
          <w:szCs w:val="24"/>
          <w:rtl/>
        </w:rPr>
        <w:t>يجعل</w:t>
      </w:r>
      <w:r w:rsidRPr="003E3418">
        <w:rPr>
          <w:rFonts w:ascii="Sakkal Majalla" w:hAnsi="Sakkal Majalla" w:cs="Sakkal Majalla"/>
          <w:sz w:val="24"/>
        </w:rPr>
        <w:t xml:space="preserve"> </w:t>
      </w:r>
      <w:r w:rsidRPr="003E3418">
        <w:rPr>
          <w:rFonts w:ascii="Sakkal Majalla" w:hAnsi="Sakkal Majalla" w:cs="Sakkal Majalla"/>
          <w:sz w:val="24"/>
          <w:szCs w:val="24"/>
          <w:rtl/>
        </w:rPr>
        <w:t>المقارنة</w:t>
      </w:r>
      <w:r w:rsidRPr="003E3418">
        <w:rPr>
          <w:rFonts w:ascii="Sakkal Majalla" w:hAnsi="Sakkal Majalla" w:cs="Sakkal Majalla"/>
          <w:sz w:val="24"/>
        </w:rPr>
        <w:t xml:space="preserve"> </w:t>
      </w:r>
      <w:r w:rsidRPr="003E3418">
        <w:rPr>
          <w:rFonts w:ascii="Sakkal Majalla" w:hAnsi="Sakkal Majalla" w:cs="Sakkal Majalla"/>
          <w:sz w:val="24"/>
          <w:szCs w:val="24"/>
          <w:rtl/>
        </w:rPr>
        <w:t>الزمنية</w:t>
      </w:r>
      <w:r w:rsidRPr="003E3418">
        <w:rPr>
          <w:rFonts w:ascii="Sakkal Majalla" w:hAnsi="Sakkal Majalla" w:cs="Sakkal Majalla"/>
          <w:sz w:val="24"/>
        </w:rPr>
        <w:t xml:space="preserve"> </w:t>
      </w:r>
      <w:r w:rsidRPr="003E3418">
        <w:rPr>
          <w:rFonts w:ascii="Sakkal Majalla" w:hAnsi="Sakkal Majalla" w:cs="Sakkal Majalla"/>
          <w:sz w:val="24"/>
          <w:szCs w:val="24"/>
          <w:rtl/>
        </w:rPr>
        <w:t>قبل</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التاريخ</w:t>
      </w:r>
      <w:r w:rsidRPr="003E3418">
        <w:rPr>
          <w:rFonts w:ascii="Sakkal Majalla" w:hAnsi="Sakkal Majalla" w:cs="Sakkal Majalla"/>
          <w:sz w:val="24"/>
        </w:rPr>
        <w:t xml:space="preserve"> </w:t>
      </w:r>
      <w:r w:rsidRPr="003E3418">
        <w:rPr>
          <w:rFonts w:ascii="Sakkal Majalla" w:hAnsi="Sakkal Majalla" w:cs="Sakkal Majalla"/>
          <w:sz w:val="24"/>
          <w:szCs w:val="24"/>
          <w:rtl/>
        </w:rPr>
        <w:t>وبعده</w:t>
      </w:r>
      <w:r w:rsidRPr="003E3418">
        <w:rPr>
          <w:rFonts w:ascii="Sakkal Majalla" w:hAnsi="Sakkal Majalla" w:cs="Sakkal Majalla"/>
          <w:sz w:val="24"/>
        </w:rPr>
        <w:t xml:space="preserve"> </w:t>
      </w:r>
      <w:r w:rsidRPr="003E3418">
        <w:rPr>
          <w:rFonts w:ascii="Sakkal Majalla" w:hAnsi="Sakkal Majalla" w:cs="Sakkal Majalla"/>
          <w:sz w:val="24"/>
          <w:szCs w:val="24"/>
          <w:rtl/>
        </w:rPr>
        <w:t>تستلزم</w:t>
      </w:r>
      <w:r w:rsidRPr="003E3418">
        <w:rPr>
          <w:rFonts w:ascii="Sakkal Majalla" w:hAnsi="Sakkal Majalla" w:cs="Sakkal Majalla"/>
          <w:sz w:val="24"/>
        </w:rPr>
        <w:t xml:space="preserve"> </w:t>
      </w:r>
      <w:r w:rsidRPr="003E3418">
        <w:rPr>
          <w:rFonts w:ascii="Sakkal Majalla" w:hAnsi="Sakkal Majalla" w:cs="Sakkal Majalla"/>
          <w:sz w:val="24"/>
          <w:szCs w:val="24"/>
          <w:rtl/>
        </w:rPr>
        <w:t>حذراً</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تحليلياً،</w:t>
      </w:r>
      <w:r w:rsidRPr="003E3418">
        <w:rPr>
          <w:rFonts w:ascii="Sakkal Majalla" w:hAnsi="Sakkal Majalla" w:cs="Sakkal Majalla"/>
          <w:sz w:val="24"/>
        </w:rPr>
        <w:t xml:space="preserve"> </w:t>
      </w:r>
      <w:r w:rsidRPr="003E3418">
        <w:rPr>
          <w:rFonts w:ascii="Sakkal Majalla" w:hAnsi="Sakkal Majalla" w:cs="Sakkal Majalla"/>
          <w:sz w:val="24"/>
          <w:szCs w:val="24"/>
          <w:rtl/>
        </w:rPr>
        <w:t>وهو</w:t>
      </w:r>
      <w:r w:rsidRPr="003E3418">
        <w:rPr>
          <w:rFonts w:ascii="Sakkal Majalla" w:hAnsi="Sakkal Majalla" w:cs="Sakkal Majalla"/>
          <w:sz w:val="24"/>
        </w:rPr>
        <w:t xml:space="preserve"> </w:t>
      </w:r>
      <w:r w:rsidRPr="003E3418">
        <w:rPr>
          <w:rFonts w:ascii="Sakkal Majalla" w:hAnsi="Sakkal Majalla" w:cs="Sakkal Majalla"/>
          <w:sz w:val="24"/>
          <w:szCs w:val="24"/>
          <w:rtl/>
        </w:rPr>
        <w:t>ما</w:t>
      </w:r>
      <w:r w:rsidRPr="003E3418">
        <w:rPr>
          <w:rFonts w:ascii="Sakkal Majalla" w:hAnsi="Sakkal Majalla" w:cs="Sakkal Majalla"/>
          <w:sz w:val="24"/>
        </w:rPr>
        <w:t xml:space="preserve"> </w:t>
      </w:r>
      <w:r w:rsidRPr="003E3418">
        <w:rPr>
          <w:rFonts w:ascii="Sakkal Majalla" w:hAnsi="Sakkal Majalla" w:cs="Sakkal Majalla"/>
          <w:sz w:val="24"/>
          <w:szCs w:val="24"/>
          <w:rtl/>
        </w:rPr>
        <w:t>أشارت</w:t>
      </w:r>
      <w:r w:rsidRPr="003E3418">
        <w:rPr>
          <w:rFonts w:ascii="Sakkal Majalla" w:hAnsi="Sakkal Majalla" w:cs="Sakkal Majalla"/>
          <w:sz w:val="24"/>
        </w:rPr>
        <w:t xml:space="preserve"> </w:t>
      </w:r>
      <w:r w:rsidRPr="003E3418">
        <w:rPr>
          <w:rFonts w:ascii="Sakkal Majalla" w:hAnsi="Sakkal Majalla" w:cs="Sakkal Majalla"/>
          <w:sz w:val="24"/>
          <w:szCs w:val="24"/>
          <w:rtl/>
        </w:rPr>
        <w:t>إليه</w:t>
      </w:r>
      <w:r w:rsidRPr="003E3418">
        <w:rPr>
          <w:rFonts w:ascii="Sakkal Majalla" w:hAnsi="Sakkal Majalla" w:cs="Sakkal Majalla"/>
          <w:sz w:val="24"/>
        </w:rPr>
        <w:t xml:space="preserve"> Gründler &amp; Potrafke (2019) </w:t>
      </w:r>
      <w:r w:rsidRPr="003E3418">
        <w:rPr>
          <w:rFonts w:ascii="Sakkal Majalla" w:hAnsi="Sakkal Majalla" w:cs="Sakkal Majalla"/>
          <w:sz w:val="24"/>
          <w:szCs w:val="24"/>
          <w:rtl/>
        </w:rPr>
        <w:t>صراحةً</w:t>
      </w:r>
      <w:r w:rsidRPr="003E3418">
        <w:rPr>
          <w:rFonts w:ascii="Sakkal Majalla" w:hAnsi="Sakkal Majalla" w:cs="Sakkal Majalla"/>
          <w:sz w:val="24"/>
        </w:rPr>
        <w:t>.</w:t>
      </w:r>
    </w:p>
    <w:p w14:paraId="778DCE4A"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التحيز</w:t>
      </w:r>
      <w:r w:rsidRPr="003E3418">
        <w:rPr>
          <w:rFonts w:ascii="Sakkal Majalla" w:hAnsi="Sakkal Majalla" w:cs="Sakkal Majalla"/>
          <w:sz w:val="24"/>
        </w:rPr>
        <w:t xml:space="preserve"> </w:t>
      </w:r>
      <w:r w:rsidRPr="003E3418">
        <w:rPr>
          <w:rFonts w:ascii="Sakkal Majalla" w:hAnsi="Sakkal Majalla" w:cs="Sakkal Majalla"/>
          <w:sz w:val="24"/>
          <w:szCs w:val="24"/>
          <w:rtl/>
        </w:rPr>
        <w:t>الجغرافي</w:t>
      </w:r>
      <w:r w:rsidRPr="003E3418">
        <w:rPr>
          <w:rFonts w:ascii="Sakkal Majalla" w:hAnsi="Sakkal Majalla" w:cs="Sakkal Majalla"/>
          <w:sz w:val="24"/>
        </w:rPr>
        <w:t xml:space="preserve"> </w:t>
      </w:r>
      <w:r w:rsidRPr="003E3418">
        <w:rPr>
          <w:rFonts w:ascii="Sakkal Majalla" w:hAnsi="Sakkal Majalla" w:cs="Sakkal Majalla"/>
          <w:sz w:val="24"/>
          <w:szCs w:val="24"/>
          <w:rtl/>
        </w:rPr>
        <w:t>والثقافي</w:t>
      </w:r>
      <w:r w:rsidRPr="003E3418">
        <w:rPr>
          <w:rFonts w:ascii="Sakkal Majalla" w:hAnsi="Sakkal Majalla" w:cs="Sakkal Majalla"/>
          <w:sz w:val="24"/>
        </w:rPr>
        <w:t xml:space="preserve">: </w:t>
      </w:r>
      <w:r w:rsidRPr="003E3418">
        <w:rPr>
          <w:rFonts w:ascii="Sakkal Majalla" w:hAnsi="Sakkal Majalla" w:cs="Sakkal Majalla"/>
          <w:sz w:val="24"/>
          <w:szCs w:val="24"/>
          <w:rtl/>
        </w:rPr>
        <w:t>بعض</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الدراسات</w:t>
      </w:r>
      <w:r w:rsidRPr="003E3418">
        <w:rPr>
          <w:rFonts w:ascii="Sakkal Majalla" w:hAnsi="Sakkal Majalla" w:cs="Sakkal Majalla"/>
          <w:sz w:val="24"/>
        </w:rPr>
        <w:t xml:space="preserve"> </w:t>
      </w:r>
      <w:r w:rsidRPr="003E3418">
        <w:rPr>
          <w:rFonts w:ascii="Sakkal Majalla" w:hAnsi="Sakkal Majalla" w:cs="Sakkal Majalla"/>
          <w:sz w:val="24"/>
          <w:szCs w:val="24"/>
          <w:rtl/>
        </w:rPr>
        <w:t>تُشير</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احتمال</w:t>
      </w:r>
      <w:r w:rsidRPr="003E3418">
        <w:rPr>
          <w:rFonts w:ascii="Sakkal Majalla" w:hAnsi="Sakkal Majalla" w:cs="Sakkal Majalla"/>
          <w:sz w:val="24"/>
        </w:rPr>
        <w:t xml:space="preserve"> </w:t>
      </w:r>
      <w:r w:rsidRPr="003E3418">
        <w:rPr>
          <w:rFonts w:ascii="Sakkal Majalla" w:hAnsi="Sakkal Majalla" w:cs="Sakkal Majalla"/>
          <w:sz w:val="24"/>
          <w:szCs w:val="24"/>
          <w:rtl/>
        </w:rPr>
        <w:t>تأثّر</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الإدراك</w:t>
      </w:r>
      <w:r w:rsidRPr="003E3418">
        <w:rPr>
          <w:rFonts w:ascii="Sakkal Majalla" w:hAnsi="Sakkal Majalla" w:cs="Sakkal Majalla"/>
          <w:sz w:val="24"/>
        </w:rPr>
        <w:t xml:space="preserve"> </w:t>
      </w:r>
      <w:r w:rsidRPr="003E3418">
        <w:rPr>
          <w:rFonts w:ascii="Sakkal Majalla" w:hAnsi="Sakkal Majalla" w:cs="Sakkal Majalla"/>
          <w:sz w:val="24"/>
          <w:szCs w:val="24"/>
          <w:rtl/>
        </w:rPr>
        <w:t>بالصور</w:t>
      </w:r>
      <w:r w:rsidRPr="003E3418">
        <w:rPr>
          <w:rFonts w:ascii="Sakkal Majalla" w:hAnsi="Sakkal Majalla" w:cs="Sakkal Majalla"/>
          <w:sz w:val="24"/>
        </w:rPr>
        <w:t xml:space="preserve"> </w:t>
      </w:r>
      <w:r w:rsidRPr="003E3418">
        <w:rPr>
          <w:rFonts w:ascii="Sakkal Majalla" w:hAnsi="Sakkal Majalla" w:cs="Sakkal Majalla"/>
          <w:sz w:val="24"/>
          <w:szCs w:val="24"/>
          <w:rtl/>
        </w:rPr>
        <w:t>النمطية</w:t>
      </w:r>
      <w:r w:rsidRPr="003E3418">
        <w:rPr>
          <w:rFonts w:ascii="Sakkal Majalla" w:hAnsi="Sakkal Majalla" w:cs="Sakkal Majalla"/>
          <w:sz w:val="24"/>
        </w:rPr>
        <w:t xml:space="preserve"> </w:t>
      </w:r>
      <w:r w:rsidRPr="003E3418">
        <w:rPr>
          <w:rFonts w:ascii="Sakkal Majalla" w:hAnsi="Sakkal Majalla" w:cs="Sakkal Majalla"/>
          <w:sz w:val="24"/>
          <w:szCs w:val="24"/>
          <w:rtl/>
        </w:rPr>
        <w:t>الثقافية</w:t>
      </w:r>
      <w:r w:rsidRPr="003E3418">
        <w:rPr>
          <w:rFonts w:ascii="Sakkal Majalla" w:hAnsi="Sakkal Majalla" w:cs="Sakkal Majalla"/>
          <w:sz w:val="24"/>
        </w:rPr>
        <w:t xml:space="preserve"> </w:t>
      </w:r>
      <w:r w:rsidRPr="003E3418">
        <w:rPr>
          <w:rFonts w:ascii="Sakkal Majalla" w:hAnsi="Sakkal Majalla" w:cs="Sakkal Majalla"/>
          <w:sz w:val="24"/>
          <w:szCs w:val="24"/>
          <w:rtl/>
        </w:rPr>
        <w:t>للدول</w:t>
      </w:r>
      <w:r w:rsidRPr="003E3418">
        <w:rPr>
          <w:rFonts w:ascii="Sakkal Majalla" w:hAnsi="Sakkal Majalla" w:cs="Sakkal Majalla"/>
          <w:sz w:val="24"/>
        </w:rPr>
        <w:t xml:space="preserve"> </w:t>
      </w:r>
      <w:r w:rsidRPr="003E3418">
        <w:rPr>
          <w:rFonts w:ascii="Sakkal Majalla" w:hAnsi="Sakkal Majalla" w:cs="Sakkal Majalla"/>
          <w:sz w:val="24"/>
          <w:szCs w:val="24"/>
          <w:rtl/>
        </w:rPr>
        <w:t>أكثر</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استنادها</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وقائع</w:t>
      </w:r>
      <w:r w:rsidRPr="003E3418">
        <w:rPr>
          <w:rFonts w:ascii="Sakkal Majalla" w:hAnsi="Sakkal Majalla" w:cs="Sakkal Majalla"/>
          <w:sz w:val="24"/>
        </w:rPr>
        <w:t xml:space="preserve"> </w:t>
      </w:r>
      <w:r w:rsidRPr="003E3418">
        <w:rPr>
          <w:rFonts w:ascii="Sakkal Majalla" w:hAnsi="Sakkal Majalla" w:cs="Sakkal Majalla"/>
          <w:sz w:val="24"/>
          <w:szCs w:val="24"/>
          <w:rtl/>
        </w:rPr>
        <w:t>ملموسة</w:t>
      </w:r>
      <w:r w:rsidRPr="003E3418">
        <w:rPr>
          <w:rFonts w:ascii="Sakkal Majalla" w:hAnsi="Sakkal Majalla" w:cs="Sakkal Majalla"/>
          <w:sz w:val="24"/>
        </w:rPr>
        <w:t>.</w:t>
      </w:r>
    </w:p>
    <w:p w14:paraId="162FE18D"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وتُتيح</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الحوكمة</w:t>
      </w:r>
      <w:r w:rsidRPr="003E3418">
        <w:rPr>
          <w:rFonts w:ascii="Sakkal Majalla" w:hAnsi="Sakkal Majalla" w:cs="Sakkal Majalla"/>
          <w:sz w:val="24"/>
        </w:rPr>
        <w:t xml:space="preserve"> </w:t>
      </w:r>
      <w:r w:rsidRPr="003E3418">
        <w:rPr>
          <w:rFonts w:ascii="Sakkal Majalla" w:hAnsi="Sakkal Majalla" w:cs="Sakkal Majalla"/>
          <w:sz w:val="24"/>
          <w:szCs w:val="24"/>
          <w:rtl/>
        </w:rPr>
        <w:t>العالمية</w:t>
      </w:r>
      <w:r w:rsidRPr="003E3418">
        <w:rPr>
          <w:rFonts w:ascii="Sakkal Majalla" w:hAnsi="Sakkal Majalla" w:cs="Sakkal Majalla"/>
          <w:sz w:val="24"/>
        </w:rPr>
        <w:t xml:space="preserve"> WGI </w:t>
      </w:r>
      <w:r w:rsidRPr="003E3418">
        <w:rPr>
          <w:rFonts w:ascii="Sakkal Majalla" w:hAnsi="Sakkal Majalla" w:cs="Sakkal Majalla"/>
          <w:sz w:val="24"/>
          <w:szCs w:val="24"/>
          <w:rtl/>
        </w:rPr>
        <w:t>للبنك</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الدولي</w:t>
      </w:r>
      <w:r w:rsidRPr="003E3418">
        <w:rPr>
          <w:rFonts w:ascii="Sakkal Majalla" w:hAnsi="Sakkal Majalla" w:cs="Sakkal Majalla"/>
          <w:sz w:val="24"/>
        </w:rPr>
        <w:t xml:space="preserve"> (2023) </w:t>
      </w:r>
      <w:r w:rsidRPr="003E3418">
        <w:rPr>
          <w:rFonts w:ascii="Sakkal Majalla" w:hAnsi="Sakkal Majalla" w:cs="Sakkal Majalla"/>
          <w:sz w:val="24"/>
          <w:szCs w:val="24"/>
          <w:rtl/>
        </w:rPr>
        <w:t>بديلاً</w:t>
      </w:r>
      <w:r w:rsidRPr="003E3418">
        <w:rPr>
          <w:rFonts w:ascii="Sakkal Majalla" w:hAnsi="Sakkal Majalla" w:cs="Sakkal Majalla"/>
          <w:sz w:val="24"/>
        </w:rPr>
        <w:t xml:space="preserve"> </w:t>
      </w:r>
      <w:r w:rsidRPr="003E3418">
        <w:rPr>
          <w:rFonts w:ascii="Sakkal Majalla" w:hAnsi="Sakkal Majalla" w:cs="Sakkal Majalla"/>
          <w:sz w:val="24"/>
          <w:szCs w:val="24"/>
          <w:rtl/>
        </w:rPr>
        <w:t>قيّماً</w:t>
      </w:r>
      <w:r w:rsidRPr="003E3418">
        <w:rPr>
          <w:rFonts w:ascii="Sakkal Majalla" w:hAnsi="Sakkal Majalla" w:cs="Sakkal Majalla"/>
          <w:sz w:val="24"/>
        </w:rPr>
        <w:t xml:space="preserve"> </w:t>
      </w:r>
      <w:r w:rsidRPr="003E3418">
        <w:rPr>
          <w:rFonts w:ascii="Sakkal Majalla" w:hAnsi="Sakkal Majalla" w:cs="Sakkal Majalla"/>
          <w:sz w:val="24"/>
          <w:szCs w:val="24"/>
          <w:rtl/>
        </w:rPr>
        <w:t>يُستخدم</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اختبارات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الحساسية</w:t>
      </w:r>
      <w:r w:rsidRPr="003E3418">
        <w:rPr>
          <w:rFonts w:ascii="Sakkal Majalla" w:hAnsi="Sakkal Majalla" w:cs="Sakkal Majalla"/>
          <w:sz w:val="24"/>
        </w:rPr>
        <w:t xml:space="preserve"> </w:t>
      </w:r>
      <w:r w:rsidRPr="003E3418">
        <w:rPr>
          <w:rFonts w:ascii="Sakkal Majalla" w:hAnsi="Sakkal Majalla" w:cs="Sakkal Majalla"/>
          <w:sz w:val="24"/>
          <w:szCs w:val="24"/>
          <w:rtl/>
        </w:rPr>
        <w:t>للتحقق</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متانة</w:t>
      </w:r>
      <w:r w:rsidRPr="003E3418">
        <w:rPr>
          <w:rFonts w:ascii="Sakkal Majalla" w:hAnsi="Sakkal Majalla" w:cs="Sakkal Majalla"/>
          <w:sz w:val="24"/>
        </w:rPr>
        <w:t xml:space="preserve"> </w:t>
      </w:r>
      <w:r w:rsidRPr="003E3418">
        <w:rPr>
          <w:rFonts w:ascii="Sakkal Majalla" w:hAnsi="Sakkal Majalla" w:cs="Sakkal Majalla"/>
          <w:sz w:val="24"/>
          <w:szCs w:val="24"/>
          <w:rtl/>
        </w:rPr>
        <w:t>النتائج</w:t>
      </w:r>
      <w:r w:rsidRPr="003E3418">
        <w:rPr>
          <w:rFonts w:ascii="Sakkal Majalla" w:hAnsi="Sakkal Majalla" w:cs="Sakkal Majalla"/>
          <w:sz w:val="24"/>
        </w:rPr>
        <w:t xml:space="preserve"> </w:t>
      </w:r>
      <w:r w:rsidRPr="003E3418">
        <w:rPr>
          <w:rFonts w:ascii="Sakkal Majalla" w:hAnsi="Sakkal Majalla" w:cs="Sakkal Majalla"/>
          <w:sz w:val="24"/>
          <w:szCs w:val="24"/>
          <w:rtl/>
        </w:rPr>
        <w:t>وعدم</w:t>
      </w:r>
      <w:r w:rsidRPr="003E3418">
        <w:rPr>
          <w:rFonts w:ascii="Sakkal Majalla" w:hAnsi="Sakkal Majalla" w:cs="Sakkal Majalla"/>
          <w:sz w:val="24"/>
        </w:rPr>
        <w:t xml:space="preserve"> </w:t>
      </w:r>
      <w:r w:rsidRPr="003E3418">
        <w:rPr>
          <w:rFonts w:ascii="Sakkal Majalla" w:hAnsi="Sakkal Majalla" w:cs="Sakkal Majalla"/>
          <w:sz w:val="24"/>
          <w:szCs w:val="24"/>
          <w:rtl/>
        </w:rPr>
        <w:t>اعتمادها</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مؤشر</w:t>
      </w:r>
      <w:r w:rsidRPr="003E3418">
        <w:rPr>
          <w:rFonts w:ascii="Sakkal Majalla" w:hAnsi="Sakkal Majalla" w:cs="Sakkal Majalla"/>
          <w:sz w:val="24"/>
        </w:rPr>
        <w:t xml:space="preserve"> </w:t>
      </w:r>
      <w:r w:rsidRPr="003E3418">
        <w:rPr>
          <w:rFonts w:ascii="Sakkal Majalla" w:hAnsi="Sakkal Majalla" w:cs="Sakkal Majalla"/>
          <w:sz w:val="24"/>
          <w:szCs w:val="24"/>
          <w:rtl/>
        </w:rPr>
        <w:t>بعينه</w:t>
      </w:r>
      <w:r w:rsidRPr="003E3418">
        <w:rPr>
          <w:rFonts w:ascii="Sakkal Majalla" w:hAnsi="Sakkal Majalla" w:cs="Sakkal Majalla"/>
          <w:sz w:val="24"/>
        </w:rPr>
        <w:t>.</w:t>
      </w:r>
    </w:p>
    <w:p w14:paraId="45EC8AA8"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ج</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أبرز</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مؤشرات</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قياس</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الفساد</w:t>
      </w:r>
    </w:p>
    <w:p w14:paraId="1E901DDC"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تتوفر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الأدبيات</w:t>
      </w:r>
      <w:r w:rsidRPr="003E3418">
        <w:rPr>
          <w:rFonts w:ascii="Sakkal Majalla" w:hAnsi="Sakkal Majalla" w:cs="Sakkal Majalla"/>
          <w:sz w:val="24"/>
        </w:rPr>
        <w:t xml:space="preserve"> </w:t>
      </w:r>
      <w:r w:rsidRPr="003E3418">
        <w:rPr>
          <w:rFonts w:ascii="Sakkal Majalla" w:hAnsi="Sakkal Majalla" w:cs="Sakkal Majalla"/>
          <w:sz w:val="24"/>
          <w:szCs w:val="24"/>
          <w:rtl/>
        </w:rPr>
        <w:t>عدة</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رئيسية</w:t>
      </w:r>
      <w:r w:rsidRPr="003E3418">
        <w:rPr>
          <w:rFonts w:ascii="Sakkal Majalla" w:hAnsi="Sakkal Majalla" w:cs="Sakkal Majalla"/>
          <w:sz w:val="24"/>
        </w:rPr>
        <w:t xml:space="preserve"> </w:t>
      </w:r>
      <w:r w:rsidRPr="003E3418">
        <w:rPr>
          <w:rFonts w:ascii="Sakkal Majalla" w:hAnsi="Sakkal Majalla" w:cs="Sakkal Majalla"/>
          <w:sz w:val="24"/>
          <w:szCs w:val="24"/>
          <w:rtl/>
        </w:rPr>
        <w:t>لقياس</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w:t>
      </w:r>
    </w:p>
    <w:p w14:paraId="19D637B2"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مؤشر</w:t>
      </w:r>
      <w:r w:rsidRPr="003E3418">
        <w:rPr>
          <w:rFonts w:ascii="Sakkal Majalla" w:hAnsi="Sakkal Majalla" w:cs="Sakkal Majalla"/>
          <w:sz w:val="24"/>
        </w:rPr>
        <w:t xml:space="preserve"> </w:t>
      </w:r>
      <w:r w:rsidRPr="003E3418">
        <w:rPr>
          <w:rFonts w:ascii="Sakkal Majalla" w:hAnsi="Sakkal Majalla" w:cs="Sakkal Majalla"/>
          <w:sz w:val="24"/>
          <w:szCs w:val="24"/>
          <w:rtl/>
        </w:rPr>
        <w:t>إدراك</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CPI (</w:t>
      </w:r>
      <w:r w:rsidRPr="003E3418">
        <w:rPr>
          <w:rFonts w:ascii="Sakkal Majalla" w:hAnsi="Sakkal Majalla" w:cs="Sakkal Majalla"/>
          <w:sz w:val="24"/>
          <w:szCs w:val="24"/>
          <w:rtl/>
        </w:rPr>
        <w:t>منظمة</w:t>
      </w:r>
      <w:r w:rsidRPr="003E3418">
        <w:rPr>
          <w:rFonts w:ascii="Sakkal Majalla" w:hAnsi="Sakkal Majalla" w:cs="Sakkal Majalla"/>
          <w:sz w:val="24"/>
        </w:rPr>
        <w:t xml:space="preserve"> </w:t>
      </w:r>
      <w:r w:rsidRPr="003E3418">
        <w:rPr>
          <w:rFonts w:ascii="Sakkal Majalla" w:hAnsi="Sakkal Majalla" w:cs="Sakkal Majalla"/>
          <w:sz w:val="24"/>
          <w:szCs w:val="24"/>
          <w:rtl/>
        </w:rPr>
        <w:t>الشفافية</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الدولية</w:t>
      </w:r>
      <w:r w:rsidRPr="003E3418">
        <w:rPr>
          <w:rFonts w:ascii="Sakkal Majalla" w:hAnsi="Sakkal Majalla" w:cs="Sakkal Majalla"/>
          <w:sz w:val="24"/>
        </w:rPr>
        <w:t xml:space="preserve">): </w:t>
      </w:r>
      <w:r w:rsidRPr="003E3418">
        <w:rPr>
          <w:rFonts w:ascii="Sakkal Majalla" w:hAnsi="Sakkal Majalla" w:cs="Sakkal Majalla"/>
          <w:sz w:val="24"/>
          <w:szCs w:val="24"/>
          <w:rtl/>
        </w:rPr>
        <w:t>الأوسع</w:t>
      </w:r>
      <w:r w:rsidRPr="003E3418">
        <w:rPr>
          <w:rFonts w:ascii="Sakkal Majalla" w:hAnsi="Sakkal Majalla" w:cs="Sakkal Majalla"/>
          <w:sz w:val="24"/>
        </w:rPr>
        <w:t xml:space="preserve"> </w:t>
      </w:r>
      <w:r w:rsidRPr="003E3418">
        <w:rPr>
          <w:rFonts w:ascii="Sakkal Majalla" w:hAnsi="Sakkal Majalla" w:cs="Sakkal Majalla"/>
          <w:sz w:val="24"/>
          <w:szCs w:val="24"/>
          <w:rtl/>
        </w:rPr>
        <w:t>استخداماً</w:t>
      </w:r>
      <w:r w:rsidRPr="003E3418">
        <w:rPr>
          <w:rFonts w:ascii="Sakkal Majalla" w:hAnsi="Sakkal Majalla" w:cs="Sakkal Majalla"/>
          <w:sz w:val="24"/>
        </w:rPr>
        <w:t xml:space="preserve"> </w:t>
      </w:r>
      <w:r w:rsidRPr="003E3418">
        <w:rPr>
          <w:rFonts w:ascii="Sakkal Majalla" w:hAnsi="Sakkal Majalla" w:cs="Sakkal Majalla"/>
          <w:sz w:val="24"/>
          <w:szCs w:val="24"/>
          <w:rtl/>
        </w:rPr>
        <w:t>والأطول</w:t>
      </w:r>
      <w:r w:rsidRPr="003E3418">
        <w:rPr>
          <w:rFonts w:ascii="Sakkal Majalla" w:hAnsi="Sakkal Majalla" w:cs="Sakkal Majalla"/>
          <w:sz w:val="24"/>
        </w:rPr>
        <w:t xml:space="preserve"> </w:t>
      </w:r>
      <w:r w:rsidRPr="003E3418">
        <w:rPr>
          <w:rFonts w:ascii="Sakkal Majalla" w:hAnsi="Sakkal Majalla" w:cs="Sakkal Majalla"/>
          <w:sz w:val="24"/>
          <w:szCs w:val="24"/>
          <w:rtl/>
        </w:rPr>
        <w:t>تاريخاً،</w:t>
      </w:r>
      <w:r w:rsidRPr="003E3418">
        <w:rPr>
          <w:rFonts w:ascii="Sakkal Majalla" w:hAnsi="Sakkal Majalla" w:cs="Sakkal Majalla"/>
          <w:sz w:val="24"/>
        </w:rPr>
        <w:t xml:space="preserve"> </w:t>
      </w:r>
      <w:r w:rsidRPr="003E3418">
        <w:rPr>
          <w:rFonts w:ascii="Sakkal Majalla" w:hAnsi="Sakkal Majalla" w:cs="Sakkal Majalla"/>
          <w:sz w:val="24"/>
          <w:szCs w:val="24"/>
          <w:rtl/>
        </w:rPr>
        <w:t>يصدر</w:t>
      </w:r>
      <w:r w:rsidRPr="003E3418">
        <w:rPr>
          <w:rFonts w:ascii="Sakkal Majalla" w:hAnsi="Sakkal Majalla" w:cs="Sakkal Majalla"/>
          <w:sz w:val="24"/>
        </w:rPr>
        <w:t xml:space="preserve"> </w:t>
      </w:r>
      <w:r w:rsidRPr="003E3418">
        <w:rPr>
          <w:rFonts w:ascii="Sakkal Majalla" w:hAnsi="Sakkal Majalla" w:cs="Sakkal Majalla"/>
          <w:sz w:val="24"/>
          <w:szCs w:val="24"/>
          <w:rtl/>
        </w:rPr>
        <w:t>منذ</w:t>
      </w:r>
      <w:r w:rsidRPr="003E3418">
        <w:rPr>
          <w:rFonts w:ascii="Sakkal Majalla" w:hAnsi="Sakkal Majalla" w:cs="Sakkal Majalla"/>
          <w:sz w:val="24"/>
        </w:rPr>
        <w:t xml:space="preserve"> 1995</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يتراوح</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0 </w:t>
      </w:r>
      <w:r w:rsidRPr="003E3418">
        <w:rPr>
          <w:rFonts w:ascii="Sakkal Majalla" w:hAnsi="Sakkal Majalla" w:cs="Sakkal Majalla"/>
          <w:sz w:val="24"/>
          <w:szCs w:val="24"/>
          <w:rtl/>
        </w:rPr>
        <w:t>و</w:t>
      </w:r>
      <w:r w:rsidRPr="003E3418">
        <w:rPr>
          <w:rFonts w:ascii="Sakkal Majalla" w:hAnsi="Sakkal Majalla" w:cs="Sakkal Majalla"/>
          <w:sz w:val="24"/>
        </w:rPr>
        <w:t>100</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ويستند</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13 </w:t>
      </w:r>
      <w:r w:rsidRPr="003E3418">
        <w:rPr>
          <w:rFonts w:ascii="Sakkal Majalla" w:hAnsi="Sakkal Majalla" w:cs="Sakkal Majalla"/>
          <w:sz w:val="24"/>
          <w:szCs w:val="24"/>
          <w:rtl/>
        </w:rPr>
        <w:t>مصدراً</w:t>
      </w:r>
      <w:r w:rsidRPr="003E3418">
        <w:rPr>
          <w:rFonts w:ascii="Sakkal Majalla" w:hAnsi="Sakkal Majalla" w:cs="Sakkal Majalla"/>
          <w:sz w:val="24"/>
        </w:rPr>
        <w:t xml:space="preserve"> </w:t>
      </w:r>
      <w:r w:rsidRPr="003E3418">
        <w:rPr>
          <w:rFonts w:ascii="Sakkal Majalla" w:hAnsi="Sakkal Majalla" w:cs="Sakkal Majalla"/>
          <w:sz w:val="24"/>
          <w:szCs w:val="24"/>
          <w:rtl/>
        </w:rPr>
        <w:t>دولياً</w:t>
      </w:r>
      <w:r w:rsidRPr="003E3418">
        <w:rPr>
          <w:rFonts w:ascii="Sakkal Majalla" w:hAnsi="Sakkal Majalla" w:cs="Sakkal Majalla"/>
          <w:sz w:val="24"/>
        </w:rPr>
        <w:t xml:space="preserve"> </w:t>
      </w:r>
      <w:r w:rsidRPr="003E3418">
        <w:rPr>
          <w:rFonts w:ascii="Sakkal Majalla" w:hAnsi="Sakkal Majalla" w:cs="Sakkal Majalla"/>
          <w:sz w:val="24"/>
          <w:szCs w:val="24"/>
          <w:rtl/>
        </w:rPr>
        <w:t>متخصصاً</w:t>
      </w:r>
      <w:r w:rsidRPr="003E3418">
        <w:rPr>
          <w:rFonts w:ascii="Sakkal Majalla" w:hAnsi="Sakkal Majalla" w:cs="Sakkal Majalla"/>
          <w:sz w:val="24"/>
        </w:rPr>
        <w:t>.</w:t>
      </w:r>
    </w:p>
    <w:p w14:paraId="4A237909"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مؤشر</w:t>
      </w:r>
      <w:r w:rsidRPr="003E3418">
        <w:rPr>
          <w:rFonts w:ascii="Sakkal Majalla" w:hAnsi="Sakkal Majalla" w:cs="Sakkal Majalla"/>
          <w:sz w:val="24"/>
        </w:rPr>
        <w:t xml:space="preserve"> </w:t>
      </w:r>
      <w:r w:rsidRPr="003E3418">
        <w:rPr>
          <w:rFonts w:ascii="Sakkal Majalla" w:hAnsi="Sakkal Majalla" w:cs="Sakkal Majalla"/>
          <w:sz w:val="24"/>
          <w:szCs w:val="24"/>
          <w:rtl/>
        </w:rPr>
        <w:t>السيطرة</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WGI-CC (</w:t>
      </w:r>
      <w:r w:rsidRPr="003E3418">
        <w:rPr>
          <w:rFonts w:ascii="Sakkal Majalla" w:hAnsi="Sakkal Majalla" w:cs="Sakkal Majalla"/>
          <w:sz w:val="24"/>
          <w:szCs w:val="24"/>
          <w:rtl/>
        </w:rPr>
        <w:t>البنك</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الدولي</w:t>
      </w:r>
      <w:r w:rsidRPr="003E3418">
        <w:rPr>
          <w:rFonts w:ascii="Sakkal Majalla" w:hAnsi="Sakkal Majalla" w:cs="Sakkal Majalla"/>
          <w:sz w:val="24"/>
        </w:rPr>
        <w:t xml:space="preserve">): </w:t>
      </w:r>
      <w:r w:rsidRPr="003E3418">
        <w:rPr>
          <w:rFonts w:ascii="Sakkal Majalla" w:hAnsi="Sakkal Majalla" w:cs="Sakkal Majalla"/>
          <w:sz w:val="24"/>
          <w:szCs w:val="24"/>
          <w:rtl/>
        </w:rPr>
        <w:t>يصدر</w:t>
      </w:r>
      <w:r w:rsidRPr="003E3418">
        <w:rPr>
          <w:rFonts w:ascii="Sakkal Majalla" w:hAnsi="Sakkal Majalla" w:cs="Sakkal Majalla"/>
          <w:sz w:val="24"/>
        </w:rPr>
        <w:t xml:space="preserve"> </w:t>
      </w:r>
      <w:r w:rsidRPr="003E3418">
        <w:rPr>
          <w:rFonts w:ascii="Sakkal Majalla" w:hAnsi="Sakkal Majalla" w:cs="Sakkal Majalla"/>
          <w:sz w:val="24"/>
          <w:szCs w:val="24"/>
          <w:rtl/>
        </w:rPr>
        <w:t>سنوياً</w:t>
      </w:r>
      <w:r w:rsidRPr="003E3418">
        <w:rPr>
          <w:rFonts w:ascii="Sakkal Majalla" w:hAnsi="Sakkal Majalla" w:cs="Sakkal Majalla"/>
          <w:sz w:val="24"/>
        </w:rPr>
        <w:t xml:space="preserve"> </w:t>
      </w:r>
      <w:r w:rsidRPr="003E3418">
        <w:rPr>
          <w:rFonts w:ascii="Sakkal Majalla" w:hAnsi="Sakkal Majalla" w:cs="Sakkal Majalla"/>
          <w:sz w:val="24"/>
          <w:szCs w:val="24"/>
          <w:rtl/>
        </w:rPr>
        <w:t>منذ</w:t>
      </w:r>
      <w:r w:rsidRPr="003E3418">
        <w:rPr>
          <w:rFonts w:ascii="Sakkal Majalla" w:hAnsi="Sakkal Majalla" w:cs="Sakkal Majalla"/>
          <w:sz w:val="24"/>
        </w:rPr>
        <w:t xml:space="preserve"> 1996</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يتراوح</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−2.5 </w:t>
      </w:r>
      <w:r w:rsidRPr="003E3418">
        <w:rPr>
          <w:rFonts w:ascii="Sakkal Majalla" w:hAnsi="Sakkal Majalla" w:cs="Sakkal Majalla"/>
          <w:sz w:val="24"/>
          <w:szCs w:val="24"/>
          <w:rtl/>
        </w:rPr>
        <w:t>و</w:t>
      </w:r>
      <w:r w:rsidRPr="003E3418">
        <w:rPr>
          <w:rFonts w:ascii="Sakkal Majalla" w:hAnsi="Sakkal Majalla" w:cs="Sakkal Majalla"/>
          <w:sz w:val="24"/>
        </w:rPr>
        <w:t>+2.5</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ويُشكّل</w:t>
      </w:r>
      <w:r w:rsidRPr="003E3418">
        <w:rPr>
          <w:rFonts w:ascii="Sakkal Majalla" w:hAnsi="Sakkal Majalla" w:cs="Sakkal Majalla"/>
          <w:sz w:val="24"/>
        </w:rPr>
        <w:t xml:space="preserve"> </w:t>
      </w:r>
      <w:r w:rsidRPr="003E3418">
        <w:rPr>
          <w:rFonts w:ascii="Sakkal Majalla" w:hAnsi="Sakkal Majalla" w:cs="Sakkal Majalla"/>
          <w:sz w:val="24"/>
          <w:szCs w:val="24"/>
          <w:rtl/>
        </w:rPr>
        <w:t>جزءاً</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منظومة</w:t>
      </w:r>
      <w:r w:rsidRPr="003E3418">
        <w:rPr>
          <w:rFonts w:ascii="Sakkal Majalla" w:hAnsi="Sakkal Majalla" w:cs="Sakkal Majalla"/>
          <w:sz w:val="24"/>
        </w:rPr>
        <w:t xml:space="preserve"> </w:t>
      </w:r>
      <w:r w:rsidRPr="003E3418">
        <w:rPr>
          <w:rFonts w:ascii="Sakkal Majalla" w:hAnsi="Sakkal Majalla" w:cs="Sakkal Majalla"/>
          <w:sz w:val="24"/>
          <w:szCs w:val="24"/>
          <w:rtl/>
        </w:rPr>
        <w:t>سداسية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الحوكمة</w:t>
      </w:r>
      <w:r w:rsidRPr="003E3418">
        <w:rPr>
          <w:rFonts w:ascii="Sakkal Majalla" w:hAnsi="Sakkal Majalla" w:cs="Sakkal Majalla"/>
          <w:sz w:val="24"/>
        </w:rPr>
        <w:t>.</w:t>
      </w:r>
    </w:p>
    <w:p w14:paraId="4DE73226"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مؤشر</w:t>
      </w:r>
      <w:r w:rsidRPr="003E3418">
        <w:rPr>
          <w:rFonts w:ascii="Sakkal Majalla" w:hAnsi="Sakkal Majalla" w:cs="Sakkal Majalla"/>
          <w:sz w:val="24"/>
        </w:rPr>
        <w:t xml:space="preserve"> </w:t>
      </w:r>
      <w:r w:rsidRPr="003E3418">
        <w:rPr>
          <w:rFonts w:ascii="Sakkal Majalla" w:hAnsi="Sakkal Majalla" w:cs="Sakkal Majalla"/>
          <w:sz w:val="24"/>
          <w:szCs w:val="24"/>
          <w:rtl/>
        </w:rPr>
        <w:t>حرية</w:t>
      </w:r>
      <w:r w:rsidRPr="003E3418">
        <w:rPr>
          <w:rFonts w:ascii="Sakkal Majalla" w:hAnsi="Sakkal Majalla" w:cs="Sakkal Majalla"/>
          <w:sz w:val="24"/>
        </w:rPr>
        <w:t xml:space="preserve"> </w:t>
      </w:r>
      <w:r w:rsidRPr="003E3418">
        <w:rPr>
          <w:rFonts w:ascii="Sakkal Majalla" w:hAnsi="Sakkal Majalla" w:cs="Sakkal Majalla"/>
          <w:sz w:val="24"/>
          <w:szCs w:val="24"/>
          <w:rtl/>
        </w:rPr>
        <w:t>الأعمال</w:t>
      </w:r>
      <w:r w:rsidRPr="003E3418">
        <w:rPr>
          <w:rFonts w:ascii="Sakkal Majalla" w:hAnsi="Sakkal Majalla" w:cs="Sakkal Majalla"/>
          <w:sz w:val="24"/>
        </w:rPr>
        <w:t xml:space="preserve"> (</w:t>
      </w:r>
      <w:r w:rsidRPr="003E3418">
        <w:rPr>
          <w:rFonts w:ascii="Sakkal Majalla" w:hAnsi="Sakkal Majalla" w:cs="Sakkal Majalla"/>
          <w:sz w:val="24"/>
          <w:szCs w:val="24"/>
          <w:rtl/>
        </w:rPr>
        <w:t>بنك</w:t>
      </w:r>
      <w:r w:rsidRPr="003E3418">
        <w:rPr>
          <w:rFonts w:ascii="Sakkal Majalla" w:hAnsi="Sakkal Majalla" w:cs="Sakkal Majalla"/>
          <w:sz w:val="24"/>
        </w:rPr>
        <w:t xml:space="preserve"> </w:t>
      </w:r>
      <w:r w:rsidRPr="003E3418">
        <w:rPr>
          <w:rFonts w:ascii="Sakkal Majalla" w:hAnsi="Sakkal Majalla" w:cs="Sakkal Majalla"/>
          <w:sz w:val="24"/>
          <w:szCs w:val="24"/>
          <w:rtl/>
        </w:rPr>
        <w:t>الإصلاح</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يُوفّر</w:t>
      </w:r>
      <w:r w:rsidRPr="003E3418">
        <w:rPr>
          <w:rFonts w:ascii="Sakkal Majalla" w:hAnsi="Sakkal Majalla" w:cs="Sakkal Majalla"/>
          <w:sz w:val="24"/>
        </w:rPr>
        <w:t xml:space="preserve"> </w:t>
      </w:r>
      <w:r w:rsidRPr="003E3418">
        <w:rPr>
          <w:rFonts w:ascii="Sakkal Majalla" w:hAnsi="Sakkal Majalla" w:cs="Sakkal Majalla"/>
          <w:sz w:val="24"/>
          <w:szCs w:val="24"/>
          <w:rtl/>
        </w:rPr>
        <w:t>بُعداً</w:t>
      </w:r>
      <w:r w:rsidRPr="003E3418">
        <w:rPr>
          <w:rFonts w:ascii="Sakkal Majalla" w:hAnsi="Sakkal Majalla" w:cs="Sakkal Majalla"/>
          <w:sz w:val="24"/>
        </w:rPr>
        <w:t xml:space="preserve"> </w:t>
      </w:r>
      <w:r w:rsidRPr="003E3418">
        <w:rPr>
          <w:rFonts w:ascii="Sakkal Majalla" w:hAnsi="Sakkal Majalla" w:cs="Sakkal Majalla"/>
          <w:sz w:val="24"/>
          <w:szCs w:val="24"/>
          <w:rtl/>
        </w:rPr>
        <w:t>تكميلياً</w:t>
      </w:r>
      <w:r w:rsidRPr="003E3418">
        <w:rPr>
          <w:rFonts w:ascii="Sakkal Majalla" w:hAnsi="Sakkal Majalla" w:cs="Sakkal Majalla"/>
          <w:sz w:val="24"/>
        </w:rPr>
        <w:t xml:space="preserve"> </w:t>
      </w:r>
      <w:r w:rsidRPr="003E3418">
        <w:rPr>
          <w:rFonts w:ascii="Sakkal Majalla" w:hAnsi="Sakkal Majalla" w:cs="Sakkal Majalla"/>
          <w:sz w:val="24"/>
          <w:szCs w:val="24"/>
          <w:rtl/>
        </w:rPr>
        <w:t>يتعلق</w:t>
      </w:r>
      <w:r w:rsidRPr="003E3418">
        <w:rPr>
          <w:rFonts w:ascii="Sakkal Majalla" w:hAnsi="Sakkal Majalla" w:cs="Sakkal Majalla"/>
          <w:sz w:val="24"/>
        </w:rPr>
        <w:t xml:space="preserve"> </w:t>
      </w:r>
      <w:r w:rsidRPr="003E3418">
        <w:rPr>
          <w:rFonts w:ascii="Sakkal Majalla" w:hAnsi="Sakkal Majalla" w:cs="Sakkal Majalla"/>
          <w:sz w:val="24"/>
          <w:szCs w:val="24"/>
          <w:rtl/>
        </w:rPr>
        <w:t>بسهولة</w:t>
      </w:r>
      <w:r w:rsidRPr="003E3418">
        <w:rPr>
          <w:rFonts w:ascii="Sakkal Majalla" w:hAnsi="Sakkal Majalla" w:cs="Sakkal Majalla"/>
          <w:sz w:val="24"/>
        </w:rPr>
        <w:t xml:space="preserve"> </w:t>
      </w:r>
      <w:r w:rsidRPr="003E3418">
        <w:rPr>
          <w:rFonts w:ascii="Sakkal Majalla" w:hAnsi="Sakkal Majalla" w:cs="Sakkal Majalla"/>
          <w:sz w:val="24"/>
          <w:szCs w:val="24"/>
          <w:rtl/>
        </w:rPr>
        <w:t>ممارسة</w:t>
      </w:r>
      <w:r w:rsidRPr="003E3418">
        <w:rPr>
          <w:rFonts w:ascii="Sakkal Majalla" w:hAnsi="Sakkal Majalla" w:cs="Sakkal Majalla"/>
          <w:sz w:val="24"/>
        </w:rPr>
        <w:t xml:space="preserve"> </w:t>
      </w:r>
      <w:r w:rsidRPr="003E3418">
        <w:rPr>
          <w:rFonts w:ascii="Sakkal Majalla" w:hAnsi="Sakkal Majalla" w:cs="Sakkal Majalla"/>
          <w:sz w:val="24"/>
          <w:szCs w:val="24"/>
          <w:rtl/>
        </w:rPr>
        <w:t>الأعمال</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تتأثر</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مباشرةً</w:t>
      </w:r>
      <w:r w:rsidRPr="003E3418">
        <w:rPr>
          <w:rFonts w:ascii="Sakkal Majalla" w:hAnsi="Sakkal Majalla" w:cs="Sakkal Majalla"/>
          <w:sz w:val="24"/>
        </w:rPr>
        <w:t xml:space="preserve"> </w:t>
      </w:r>
      <w:r w:rsidRPr="003E3418">
        <w:rPr>
          <w:rFonts w:ascii="Sakkal Majalla" w:hAnsi="Sakkal Majalla" w:cs="Sakkal Majalla"/>
          <w:sz w:val="24"/>
          <w:szCs w:val="24"/>
          <w:rtl/>
        </w:rPr>
        <w:t>بمستوى</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الإداري</w:t>
      </w:r>
      <w:r w:rsidRPr="003E3418">
        <w:rPr>
          <w:rFonts w:ascii="Sakkal Majalla" w:hAnsi="Sakkal Majalla" w:cs="Sakkal Majalla"/>
          <w:sz w:val="24"/>
        </w:rPr>
        <w:t>.</w:t>
      </w:r>
    </w:p>
    <w:p w14:paraId="397BBA84" w14:textId="6C1EE0BB" w:rsidR="003E3418" w:rsidRDefault="003E3418" w:rsidP="003E3418">
      <w:pPr>
        <w:pBdr>
          <w:bottom w:val="single" w:sz="4" w:space="4" w:color="DDDDDD"/>
        </w:pBdr>
        <w:spacing w:before="120" w:after="120"/>
        <w:rPr>
          <w:rFonts w:ascii="Sakkal Majalla" w:hAnsi="Sakkal Majalla" w:cs="Sakkal Majalla"/>
        </w:rPr>
      </w:pPr>
    </w:p>
    <w:p w14:paraId="77A049D0" w14:textId="5B3C9AE2" w:rsidR="006C7D7F" w:rsidRDefault="006C7D7F" w:rsidP="003E3418">
      <w:pPr>
        <w:pBdr>
          <w:bottom w:val="single" w:sz="4" w:space="4" w:color="DDDDDD"/>
        </w:pBdr>
        <w:spacing w:before="120" w:after="120"/>
        <w:rPr>
          <w:rFonts w:ascii="Sakkal Majalla" w:hAnsi="Sakkal Majalla" w:cs="Sakkal Majalla"/>
        </w:rPr>
      </w:pPr>
    </w:p>
    <w:p w14:paraId="3F0EC6B7" w14:textId="34EA2290" w:rsidR="006C7D7F" w:rsidRDefault="006C7D7F" w:rsidP="003E3418">
      <w:pPr>
        <w:pBdr>
          <w:bottom w:val="single" w:sz="4" w:space="4" w:color="DDDDDD"/>
        </w:pBdr>
        <w:spacing w:before="120" w:after="120"/>
        <w:rPr>
          <w:rFonts w:ascii="Sakkal Majalla" w:hAnsi="Sakkal Majalla" w:cs="Sakkal Majalla"/>
        </w:rPr>
      </w:pPr>
    </w:p>
    <w:p w14:paraId="153CBE1D" w14:textId="5656232B" w:rsidR="006C7D7F" w:rsidRDefault="006C7D7F" w:rsidP="003E3418">
      <w:pPr>
        <w:pBdr>
          <w:bottom w:val="single" w:sz="4" w:space="4" w:color="DDDDDD"/>
        </w:pBdr>
        <w:spacing w:before="120" w:after="120"/>
        <w:rPr>
          <w:rFonts w:ascii="Sakkal Majalla" w:hAnsi="Sakkal Majalla" w:cs="Sakkal Majalla"/>
        </w:rPr>
      </w:pPr>
    </w:p>
    <w:p w14:paraId="41901125" w14:textId="77777777" w:rsidR="006C7D7F" w:rsidRPr="003E3418" w:rsidRDefault="006C7D7F" w:rsidP="003E3418">
      <w:pPr>
        <w:pBdr>
          <w:bottom w:val="single" w:sz="4" w:space="4" w:color="DDDDDD"/>
        </w:pBdr>
        <w:spacing w:before="120" w:after="120"/>
        <w:rPr>
          <w:rFonts w:ascii="Sakkal Majalla" w:hAnsi="Sakkal Majalla" w:cs="Sakkal Majalla"/>
        </w:rPr>
      </w:pPr>
    </w:p>
    <w:p w14:paraId="5AAF2435" w14:textId="77777777" w:rsidR="003E3418" w:rsidRPr="003E3418" w:rsidRDefault="003E3418" w:rsidP="003E3418">
      <w:pPr>
        <w:pBdr>
          <w:bottom w:val="single" w:sz="6" w:space="4" w:color="1A3A6B"/>
        </w:pBdr>
        <w:bidi/>
        <w:spacing w:before="360" w:line="360" w:lineRule="exact"/>
        <w:rPr>
          <w:rFonts w:ascii="Sakkal Majalla" w:hAnsi="Sakkal Majalla" w:cs="Sakkal Majalla"/>
        </w:rPr>
      </w:pPr>
      <w:r w:rsidRPr="003E3418">
        <w:rPr>
          <w:rFonts w:ascii="Sakkal Majalla" w:hAnsi="Sakkal Majalla" w:cs="Sakkal Majalla"/>
          <w:b/>
          <w:sz w:val="30"/>
        </w:rPr>
        <w:lastRenderedPageBreak/>
        <w:t xml:space="preserve">2.3 </w:t>
      </w:r>
      <w:r w:rsidRPr="003E3418">
        <w:rPr>
          <w:rFonts w:ascii="Sakkal Majalla" w:hAnsi="Sakkal Majalla" w:cs="Sakkal Majalla"/>
          <w:b/>
          <w:bCs/>
          <w:sz w:val="30"/>
          <w:szCs w:val="30"/>
          <w:rtl/>
        </w:rPr>
        <w:t>المتغيرات</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التابعة</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النمو</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الاقتصادي</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والفقر</w:t>
      </w:r>
    </w:p>
    <w:p w14:paraId="0C0CDF52"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أ</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النمو</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الاقتصادي</w:t>
      </w:r>
    </w:p>
    <w:p w14:paraId="64E00D00"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يُعدّ</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أكثر</w:t>
      </w:r>
      <w:r w:rsidRPr="003E3418">
        <w:rPr>
          <w:rFonts w:ascii="Sakkal Majalla" w:hAnsi="Sakkal Majalla" w:cs="Sakkal Majalla"/>
          <w:sz w:val="24"/>
        </w:rPr>
        <w:t xml:space="preserve"> </w:t>
      </w:r>
      <w:r w:rsidRPr="003E3418">
        <w:rPr>
          <w:rFonts w:ascii="Sakkal Majalla" w:hAnsi="Sakkal Majalla" w:cs="Sakkal Majalla"/>
          <w:sz w:val="24"/>
          <w:szCs w:val="24"/>
          <w:rtl/>
        </w:rPr>
        <w:t>المفاهيم</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الاقتصادية</w:t>
      </w:r>
      <w:r w:rsidRPr="003E3418">
        <w:rPr>
          <w:rFonts w:ascii="Sakkal Majalla" w:hAnsi="Sakkal Majalla" w:cs="Sakkal Majalla"/>
          <w:sz w:val="24"/>
        </w:rPr>
        <w:t xml:space="preserve"> </w:t>
      </w:r>
      <w:r w:rsidRPr="003E3418">
        <w:rPr>
          <w:rFonts w:ascii="Sakkal Majalla" w:hAnsi="Sakkal Majalla" w:cs="Sakkal Majalla"/>
          <w:sz w:val="24"/>
          <w:szCs w:val="24"/>
          <w:rtl/>
        </w:rPr>
        <w:t>درساً</w:t>
      </w:r>
      <w:r w:rsidRPr="003E3418">
        <w:rPr>
          <w:rFonts w:ascii="Sakkal Majalla" w:hAnsi="Sakkal Majalla" w:cs="Sakkal Majalla"/>
          <w:sz w:val="24"/>
        </w:rPr>
        <w:t xml:space="preserve"> </w:t>
      </w:r>
      <w:r w:rsidRPr="003E3418">
        <w:rPr>
          <w:rFonts w:ascii="Sakkal Majalla" w:hAnsi="Sakkal Majalla" w:cs="Sakkal Majalla"/>
          <w:sz w:val="24"/>
          <w:szCs w:val="24"/>
          <w:rtl/>
        </w:rPr>
        <w:t>وبحثاً؛</w:t>
      </w:r>
      <w:r w:rsidRPr="003E3418">
        <w:rPr>
          <w:rFonts w:ascii="Sakkal Majalla" w:hAnsi="Sakkal Majalla" w:cs="Sakkal Majalla"/>
          <w:sz w:val="24"/>
        </w:rPr>
        <w:t xml:space="preserve"> </w:t>
      </w:r>
      <w:r w:rsidRPr="003E3418">
        <w:rPr>
          <w:rFonts w:ascii="Sakkal Majalla" w:hAnsi="Sakkal Majalla" w:cs="Sakkal Majalla"/>
          <w:sz w:val="24"/>
          <w:szCs w:val="24"/>
          <w:rtl/>
        </w:rPr>
        <w:t>غير</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الجدل</w:t>
      </w:r>
      <w:r w:rsidRPr="003E3418">
        <w:rPr>
          <w:rFonts w:ascii="Sakkal Majalla" w:hAnsi="Sakkal Majalla" w:cs="Sakkal Majalla"/>
          <w:sz w:val="24"/>
        </w:rPr>
        <w:t xml:space="preserve"> </w:t>
      </w:r>
      <w:r w:rsidRPr="003E3418">
        <w:rPr>
          <w:rFonts w:ascii="Sakkal Majalla" w:hAnsi="Sakkal Majalla" w:cs="Sakkal Majalla"/>
          <w:sz w:val="24"/>
          <w:szCs w:val="24"/>
          <w:rtl/>
        </w:rPr>
        <w:t>حول</w:t>
      </w:r>
      <w:r w:rsidRPr="003E3418">
        <w:rPr>
          <w:rFonts w:ascii="Sakkal Majalla" w:hAnsi="Sakkal Majalla" w:cs="Sakkal Majalla"/>
          <w:sz w:val="24"/>
        </w:rPr>
        <w:t xml:space="preserve"> </w:t>
      </w:r>
      <w:r w:rsidRPr="003E3418">
        <w:rPr>
          <w:rFonts w:ascii="Sakkal Majalla" w:hAnsi="Sakkal Majalla" w:cs="Sakkal Majalla"/>
          <w:sz w:val="24"/>
          <w:szCs w:val="24"/>
          <w:rtl/>
        </w:rPr>
        <w:t>تعريفه</w:t>
      </w:r>
      <w:r w:rsidRPr="003E3418">
        <w:rPr>
          <w:rFonts w:ascii="Sakkal Majalla" w:hAnsi="Sakkal Majalla" w:cs="Sakkal Majalla"/>
          <w:sz w:val="24"/>
        </w:rPr>
        <w:t xml:space="preserve"> </w:t>
      </w:r>
      <w:r w:rsidRPr="003E3418">
        <w:rPr>
          <w:rFonts w:ascii="Sakkal Majalla" w:hAnsi="Sakkal Majalla" w:cs="Sakkal Majalla"/>
          <w:sz w:val="24"/>
          <w:szCs w:val="24"/>
          <w:rtl/>
        </w:rPr>
        <w:t>ومؤشراته</w:t>
      </w:r>
      <w:r w:rsidRPr="003E3418">
        <w:rPr>
          <w:rFonts w:ascii="Sakkal Majalla" w:hAnsi="Sakkal Majalla" w:cs="Sakkal Majalla"/>
          <w:sz w:val="24"/>
        </w:rPr>
        <w:t xml:space="preserve"> </w:t>
      </w:r>
      <w:r w:rsidRPr="003E3418">
        <w:rPr>
          <w:rFonts w:ascii="Sakkal Majalla" w:hAnsi="Sakkal Majalla" w:cs="Sakkal Majalla"/>
          <w:sz w:val="24"/>
          <w:szCs w:val="24"/>
          <w:rtl/>
        </w:rPr>
        <w:t>ومحدداته</w:t>
      </w:r>
      <w:r w:rsidRPr="003E3418">
        <w:rPr>
          <w:rFonts w:ascii="Sakkal Majalla" w:hAnsi="Sakkal Majalla" w:cs="Sakkal Majalla"/>
          <w:sz w:val="24"/>
        </w:rPr>
        <w:t xml:space="preserve"> </w:t>
      </w:r>
      <w:r w:rsidRPr="003E3418">
        <w:rPr>
          <w:rFonts w:ascii="Sakkal Majalla" w:hAnsi="Sakkal Majalla" w:cs="Sakkal Majalla"/>
          <w:sz w:val="24"/>
          <w:szCs w:val="24"/>
          <w:rtl/>
        </w:rPr>
        <w:t>لم</w:t>
      </w:r>
      <w:r w:rsidRPr="003E3418">
        <w:rPr>
          <w:rFonts w:ascii="Sakkal Majalla" w:hAnsi="Sakkal Majalla" w:cs="Sakkal Majalla"/>
          <w:sz w:val="24"/>
        </w:rPr>
        <w:t xml:space="preserve"> </w:t>
      </w:r>
      <w:r w:rsidRPr="003E3418">
        <w:rPr>
          <w:rFonts w:ascii="Sakkal Majalla" w:hAnsi="Sakkal Majalla" w:cs="Sakkal Majalla"/>
          <w:sz w:val="24"/>
          <w:szCs w:val="24"/>
          <w:rtl/>
        </w:rPr>
        <w:t>يتوقف</w:t>
      </w:r>
      <w:r w:rsidRPr="003E3418">
        <w:rPr>
          <w:rFonts w:ascii="Sakkal Majalla" w:hAnsi="Sakkal Majalla" w:cs="Sakkal Majalla"/>
          <w:sz w:val="24"/>
        </w:rPr>
        <w:t xml:space="preserve">. </w:t>
      </w:r>
      <w:r w:rsidRPr="003E3418">
        <w:rPr>
          <w:rFonts w:ascii="Sakkal Majalla" w:hAnsi="Sakkal Majalla" w:cs="Sakkal Majalla"/>
          <w:sz w:val="24"/>
          <w:szCs w:val="24"/>
          <w:rtl/>
        </w:rPr>
        <w:t>ولأغراض</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يُعرَّف</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بمعناه</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w:t>
      </w:r>
      <w:r w:rsidRPr="003E3418">
        <w:rPr>
          <w:rFonts w:ascii="Sakkal Majalla" w:hAnsi="Sakkal Majalla" w:cs="Sakkal Majalla"/>
          <w:sz w:val="24"/>
        </w:rPr>
        <w:t xml:space="preserve"> </w:t>
      </w:r>
      <w:r w:rsidRPr="003E3418">
        <w:rPr>
          <w:rFonts w:ascii="Sakkal Majalla" w:hAnsi="Sakkal Majalla" w:cs="Sakkal Majalla"/>
          <w:sz w:val="24"/>
          <w:szCs w:val="24"/>
          <w:rtl/>
        </w:rPr>
        <w:t>القياسي</w:t>
      </w:r>
      <w:r w:rsidRPr="003E3418">
        <w:rPr>
          <w:rFonts w:ascii="Sakkal Majalla" w:hAnsi="Sakkal Majalla" w:cs="Sakkal Majalla"/>
          <w:sz w:val="24"/>
        </w:rPr>
        <w:t xml:space="preserve">: </w:t>
      </w:r>
      <w:r w:rsidRPr="003E3418">
        <w:rPr>
          <w:rFonts w:ascii="Sakkal Majalla" w:hAnsi="Sakkal Majalla" w:cs="Sakkal Majalla"/>
          <w:sz w:val="24"/>
          <w:szCs w:val="24"/>
          <w:rtl/>
        </w:rPr>
        <w:t>الزيادة</w:t>
      </w:r>
      <w:r w:rsidRPr="003E3418">
        <w:rPr>
          <w:rFonts w:ascii="Sakkal Majalla" w:hAnsi="Sakkal Majalla" w:cs="Sakkal Majalla"/>
          <w:sz w:val="24"/>
        </w:rPr>
        <w:t xml:space="preserve"> </w:t>
      </w:r>
      <w:r w:rsidRPr="003E3418">
        <w:rPr>
          <w:rFonts w:ascii="Sakkal Majalla" w:hAnsi="Sakkal Majalla" w:cs="Sakkal Majalla"/>
          <w:sz w:val="24"/>
          <w:szCs w:val="24"/>
          <w:rtl/>
        </w:rPr>
        <w:t>السنوية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قيمة</w:t>
      </w:r>
      <w:r w:rsidRPr="003E3418">
        <w:rPr>
          <w:rFonts w:ascii="Sakkal Majalla" w:hAnsi="Sakkal Majalla" w:cs="Sakkal Majalla"/>
          <w:sz w:val="24"/>
        </w:rPr>
        <w:t xml:space="preserve"> </w:t>
      </w:r>
      <w:r w:rsidRPr="003E3418">
        <w:rPr>
          <w:rFonts w:ascii="Sakkal Majalla" w:hAnsi="Sakkal Majalla" w:cs="Sakkal Majalla"/>
          <w:sz w:val="24"/>
          <w:szCs w:val="24"/>
          <w:rtl/>
        </w:rPr>
        <w:t>السلع</w:t>
      </w:r>
      <w:r w:rsidRPr="003E3418">
        <w:rPr>
          <w:rFonts w:ascii="Sakkal Majalla" w:hAnsi="Sakkal Majalla" w:cs="Sakkal Majalla"/>
          <w:sz w:val="24"/>
        </w:rPr>
        <w:t xml:space="preserve"> </w:t>
      </w:r>
      <w:r w:rsidRPr="003E3418">
        <w:rPr>
          <w:rFonts w:ascii="Sakkal Majalla" w:hAnsi="Sakkal Majalla" w:cs="Sakkal Majalla"/>
          <w:sz w:val="24"/>
          <w:szCs w:val="24"/>
          <w:rtl/>
        </w:rPr>
        <w:t>والخدمات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المنتَجة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w:t>
      </w:r>
      <w:r w:rsidRPr="003E3418">
        <w:rPr>
          <w:rFonts w:ascii="Sakkal Majalla" w:hAnsi="Sakkal Majalla" w:cs="Sakkal Majalla"/>
          <w:sz w:val="24"/>
        </w:rPr>
        <w:t xml:space="preserve"> </w:t>
      </w:r>
      <w:r w:rsidRPr="003E3418">
        <w:rPr>
          <w:rFonts w:ascii="Sakkal Majalla" w:hAnsi="Sakkal Majalla" w:cs="Sakkal Majalla"/>
          <w:sz w:val="24"/>
          <w:szCs w:val="24"/>
          <w:rtl/>
        </w:rPr>
        <w:t>خلال</w:t>
      </w:r>
      <w:r w:rsidRPr="003E3418">
        <w:rPr>
          <w:rFonts w:ascii="Sakkal Majalla" w:hAnsi="Sakkal Majalla" w:cs="Sakkal Majalla"/>
          <w:sz w:val="24"/>
        </w:rPr>
        <w:t xml:space="preserve"> </w:t>
      </w:r>
      <w:r w:rsidRPr="003E3418">
        <w:rPr>
          <w:rFonts w:ascii="Sakkal Majalla" w:hAnsi="Sakkal Majalla" w:cs="Sakkal Majalla"/>
          <w:sz w:val="24"/>
          <w:szCs w:val="24"/>
          <w:rtl/>
        </w:rPr>
        <w:t>فترة</w:t>
      </w:r>
      <w:r w:rsidRPr="003E3418">
        <w:rPr>
          <w:rFonts w:ascii="Sakkal Majalla" w:hAnsi="Sakkal Majalla" w:cs="Sakkal Majalla"/>
          <w:sz w:val="24"/>
        </w:rPr>
        <w:t xml:space="preserve"> </w:t>
      </w:r>
      <w:r w:rsidRPr="003E3418">
        <w:rPr>
          <w:rFonts w:ascii="Sakkal Majalla" w:hAnsi="Sakkal Majalla" w:cs="Sakkal Majalla"/>
          <w:sz w:val="24"/>
          <w:szCs w:val="24"/>
          <w:rtl/>
        </w:rPr>
        <w:t>زمنية</w:t>
      </w:r>
      <w:r w:rsidRPr="003E3418">
        <w:rPr>
          <w:rFonts w:ascii="Sakkal Majalla" w:hAnsi="Sakkal Majalla" w:cs="Sakkal Majalla"/>
          <w:sz w:val="24"/>
        </w:rPr>
        <w:t xml:space="preserve"> </w:t>
      </w:r>
      <w:r w:rsidRPr="003E3418">
        <w:rPr>
          <w:rFonts w:ascii="Sakkal Majalla" w:hAnsi="Sakkal Majalla" w:cs="Sakkal Majalla"/>
          <w:sz w:val="24"/>
          <w:szCs w:val="24"/>
          <w:rtl/>
        </w:rPr>
        <w:t>محددة،</w:t>
      </w:r>
      <w:r w:rsidRPr="003E3418">
        <w:rPr>
          <w:rFonts w:ascii="Sakkal Majalla" w:hAnsi="Sakkal Majalla" w:cs="Sakkal Majalla"/>
          <w:sz w:val="24"/>
        </w:rPr>
        <w:t xml:space="preserve"> </w:t>
      </w:r>
      <w:r w:rsidRPr="003E3418">
        <w:rPr>
          <w:rFonts w:ascii="Sakkal Majalla" w:hAnsi="Sakkal Majalla" w:cs="Sakkal Majalla"/>
          <w:sz w:val="24"/>
          <w:szCs w:val="24"/>
          <w:rtl/>
        </w:rPr>
        <w:t>مقاسةً</w:t>
      </w:r>
      <w:r w:rsidRPr="003E3418">
        <w:rPr>
          <w:rFonts w:ascii="Sakkal Majalla" w:hAnsi="Sakkal Majalla" w:cs="Sakkal Majalla"/>
          <w:sz w:val="24"/>
        </w:rPr>
        <w:t xml:space="preserve"> </w:t>
      </w:r>
      <w:r w:rsidRPr="003E3418">
        <w:rPr>
          <w:rFonts w:ascii="Sakkal Majalla" w:hAnsi="Sakkal Majalla" w:cs="Sakkal Majalla"/>
          <w:sz w:val="24"/>
          <w:szCs w:val="24"/>
          <w:rtl/>
        </w:rPr>
        <w:t>بمعدل</w:t>
      </w:r>
      <w:r w:rsidRPr="003E3418">
        <w:rPr>
          <w:rFonts w:ascii="Sakkal Majalla" w:hAnsi="Sakkal Majalla" w:cs="Sakkal Majalla"/>
          <w:sz w:val="24"/>
        </w:rPr>
        <w:t xml:space="preserve"> </w:t>
      </w:r>
      <w:r w:rsidRPr="003E3418">
        <w:rPr>
          <w:rFonts w:ascii="Sakkal Majalla" w:hAnsi="Sakkal Majalla" w:cs="Sakkal Majalla"/>
          <w:sz w:val="24"/>
          <w:szCs w:val="24"/>
          <w:rtl/>
        </w:rPr>
        <w:t>نمو</w:t>
      </w:r>
      <w:r w:rsidRPr="003E3418">
        <w:rPr>
          <w:rFonts w:ascii="Sakkal Majalla" w:hAnsi="Sakkal Majalla" w:cs="Sakkal Majalla"/>
          <w:sz w:val="24"/>
        </w:rPr>
        <w:t xml:space="preserve"> </w:t>
      </w:r>
      <w:r w:rsidRPr="003E3418">
        <w:rPr>
          <w:rFonts w:ascii="Sakkal Majalla" w:hAnsi="Sakkal Majalla" w:cs="Sakkal Majalla"/>
          <w:sz w:val="24"/>
          <w:szCs w:val="24"/>
          <w:rtl/>
        </w:rPr>
        <w:t>نصيب</w:t>
      </w:r>
      <w:r w:rsidRPr="003E3418">
        <w:rPr>
          <w:rFonts w:ascii="Sakkal Majalla" w:hAnsi="Sakkal Majalla" w:cs="Sakkal Majalla"/>
          <w:sz w:val="24"/>
        </w:rPr>
        <w:t xml:space="preserve"> </w:t>
      </w:r>
      <w:r w:rsidRPr="003E3418">
        <w:rPr>
          <w:rFonts w:ascii="Sakkal Majalla" w:hAnsi="Sakkal Majalla" w:cs="Sakkal Majalla"/>
          <w:sz w:val="24"/>
          <w:szCs w:val="24"/>
          <w:rtl/>
        </w:rPr>
        <w:t>الفرد</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الناتج</w:t>
      </w:r>
      <w:r w:rsidRPr="003E3418">
        <w:rPr>
          <w:rFonts w:ascii="Sakkal Majalla" w:hAnsi="Sakkal Majalla" w:cs="Sakkal Majalla"/>
          <w:sz w:val="24"/>
        </w:rPr>
        <w:t xml:space="preserve"> </w:t>
      </w:r>
      <w:r w:rsidRPr="003E3418">
        <w:rPr>
          <w:rFonts w:ascii="Sakkal Majalla" w:hAnsi="Sakkal Majalla" w:cs="Sakkal Majalla"/>
          <w:sz w:val="24"/>
          <w:szCs w:val="24"/>
          <w:rtl/>
        </w:rPr>
        <w:t>المحلي</w:t>
      </w:r>
      <w:r w:rsidRPr="003E3418">
        <w:rPr>
          <w:rFonts w:ascii="Sakkal Majalla" w:hAnsi="Sakkal Majalla" w:cs="Sakkal Majalla"/>
          <w:sz w:val="24"/>
        </w:rPr>
        <w:t xml:space="preserve"> </w:t>
      </w:r>
      <w:r w:rsidRPr="003E3418">
        <w:rPr>
          <w:rFonts w:ascii="Sakkal Majalla" w:hAnsi="Sakkal Majalla" w:cs="Sakkal Majalla"/>
          <w:sz w:val="24"/>
          <w:szCs w:val="24"/>
          <w:rtl/>
        </w:rPr>
        <w:t>الإجمالي</w:t>
      </w:r>
      <w:r w:rsidRPr="003E3418">
        <w:rPr>
          <w:rFonts w:ascii="Sakkal Majalla" w:hAnsi="Sakkal Majalla" w:cs="Sakkal Majalla"/>
          <w:sz w:val="24"/>
        </w:rPr>
        <w:t xml:space="preserve"> </w:t>
      </w:r>
      <w:r w:rsidRPr="003E3418">
        <w:rPr>
          <w:rFonts w:ascii="Sakkal Majalla" w:hAnsi="Sakkal Majalla" w:cs="Sakkal Majalla"/>
          <w:sz w:val="24"/>
          <w:szCs w:val="24"/>
          <w:rtl/>
        </w:rPr>
        <w:t>الحقيقي</w:t>
      </w:r>
      <w:r w:rsidRPr="003E3418">
        <w:rPr>
          <w:rFonts w:ascii="Sakkal Majalla" w:hAnsi="Sakkal Majalla" w:cs="Sakkal Majalla"/>
          <w:sz w:val="24"/>
        </w:rPr>
        <w:t xml:space="preserve"> </w:t>
      </w:r>
      <w:r w:rsidRPr="003E3418">
        <w:rPr>
          <w:rFonts w:ascii="Sakkal Majalla" w:hAnsi="Sakkal Majalla" w:cs="Sakkal Majalla"/>
          <w:sz w:val="24"/>
          <w:szCs w:val="24"/>
          <w:rtl/>
        </w:rPr>
        <w:t>لاستيعاب</w:t>
      </w:r>
      <w:r w:rsidRPr="003E3418">
        <w:rPr>
          <w:rFonts w:ascii="Sakkal Majalla" w:hAnsi="Sakkal Majalla" w:cs="Sakkal Majalla"/>
          <w:sz w:val="24"/>
        </w:rPr>
        <w:t xml:space="preserve"> </w:t>
      </w:r>
      <w:r w:rsidRPr="003E3418">
        <w:rPr>
          <w:rFonts w:ascii="Sakkal Majalla" w:hAnsi="Sakkal Majalla" w:cs="Sakkal Majalla"/>
          <w:sz w:val="24"/>
          <w:szCs w:val="24"/>
          <w:rtl/>
        </w:rPr>
        <w:t>تأثير</w:t>
      </w:r>
      <w:r w:rsidRPr="003E3418">
        <w:rPr>
          <w:rFonts w:ascii="Sakkal Majalla" w:hAnsi="Sakkal Majalla" w:cs="Sakkal Majalla"/>
          <w:sz w:val="24"/>
        </w:rPr>
        <w:t xml:space="preserve"> </w:t>
      </w:r>
      <w:r w:rsidRPr="003E3418">
        <w:rPr>
          <w:rFonts w:ascii="Sakkal Majalla" w:hAnsi="Sakkal Majalla" w:cs="Sakkal Majalla"/>
          <w:sz w:val="24"/>
          <w:szCs w:val="24"/>
          <w:rtl/>
        </w:rPr>
        <w:t>التضخم</w:t>
      </w:r>
      <w:r w:rsidRPr="003E3418">
        <w:rPr>
          <w:rFonts w:ascii="Sakkal Majalla" w:hAnsi="Sakkal Majalla" w:cs="Sakkal Majalla"/>
          <w:sz w:val="24"/>
        </w:rPr>
        <w:t xml:space="preserve"> </w:t>
      </w:r>
      <w:r w:rsidRPr="003E3418">
        <w:rPr>
          <w:rFonts w:ascii="Sakkal Majalla" w:hAnsi="Sakkal Majalla" w:cs="Sakkal Majalla"/>
          <w:sz w:val="24"/>
          <w:szCs w:val="24"/>
          <w:rtl/>
        </w:rPr>
        <w:t>والنمو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السكاني</w:t>
      </w:r>
      <w:r w:rsidRPr="003E3418">
        <w:rPr>
          <w:rFonts w:ascii="Sakkal Majalla" w:hAnsi="Sakkal Majalla" w:cs="Sakkal Majalla"/>
          <w:sz w:val="24"/>
        </w:rPr>
        <w:t>.</w:t>
      </w:r>
    </w:p>
    <w:p w14:paraId="025FAC65"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وتبرز</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الصدد</w:t>
      </w:r>
      <w:r w:rsidRPr="003E3418">
        <w:rPr>
          <w:rFonts w:ascii="Sakkal Majalla" w:hAnsi="Sakkal Majalla" w:cs="Sakkal Majalla"/>
          <w:sz w:val="24"/>
        </w:rPr>
        <w:t xml:space="preserve"> </w:t>
      </w:r>
      <w:r w:rsidRPr="003E3418">
        <w:rPr>
          <w:rFonts w:ascii="Sakkal Majalla" w:hAnsi="Sakkal Majalla" w:cs="Sakkal Majalla"/>
          <w:sz w:val="24"/>
          <w:szCs w:val="24"/>
          <w:rtl/>
        </w:rPr>
        <w:t>إشكالية</w:t>
      </w:r>
      <w:r w:rsidRPr="003E3418">
        <w:rPr>
          <w:rFonts w:ascii="Sakkal Majalla" w:hAnsi="Sakkal Majalla" w:cs="Sakkal Majalla"/>
          <w:sz w:val="24"/>
        </w:rPr>
        <w:t xml:space="preserve"> </w:t>
      </w:r>
      <w:r w:rsidRPr="003E3418">
        <w:rPr>
          <w:rFonts w:ascii="Sakkal Majalla" w:hAnsi="Sakkal Majalla" w:cs="Sakkal Majalla"/>
          <w:sz w:val="24"/>
          <w:szCs w:val="24"/>
          <w:rtl/>
        </w:rPr>
        <w:t>جوهرية</w:t>
      </w:r>
      <w:r w:rsidRPr="003E3418">
        <w:rPr>
          <w:rFonts w:ascii="Sakkal Majalla" w:hAnsi="Sakkal Majalla" w:cs="Sakkal Majalla"/>
          <w:sz w:val="24"/>
        </w:rPr>
        <w:t xml:space="preserve">: </w:t>
      </w:r>
      <w:r w:rsidRPr="003E3418">
        <w:rPr>
          <w:rFonts w:ascii="Sakkal Majalla" w:hAnsi="Sakkal Majalla" w:cs="Sakkal Majalla"/>
          <w:sz w:val="24"/>
          <w:szCs w:val="24"/>
          <w:rtl/>
        </w:rPr>
        <w:t>معدل</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الكلي</w:t>
      </w:r>
      <w:r w:rsidRPr="003E3418">
        <w:rPr>
          <w:rFonts w:ascii="Sakkal Majalla" w:hAnsi="Sakkal Majalla" w:cs="Sakkal Majalla"/>
          <w:sz w:val="24"/>
        </w:rPr>
        <w:t xml:space="preserve"> </w:t>
      </w:r>
      <w:r w:rsidRPr="003E3418">
        <w:rPr>
          <w:rFonts w:ascii="Sakkal Majalla" w:hAnsi="Sakkal Majalla" w:cs="Sakkal Majalla"/>
          <w:sz w:val="24"/>
          <w:szCs w:val="24"/>
          <w:rtl/>
        </w:rPr>
        <w:t>قد</w:t>
      </w:r>
      <w:r w:rsidRPr="003E3418">
        <w:rPr>
          <w:rFonts w:ascii="Sakkal Majalla" w:hAnsi="Sakkal Majalla" w:cs="Sakkal Majalla"/>
          <w:sz w:val="24"/>
        </w:rPr>
        <w:t xml:space="preserve"> </w:t>
      </w:r>
      <w:r w:rsidRPr="003E3418">
        <w:rPr>
          <w:rFonts w:ascii="Sakkal Majalla" w:hAnsi="Sakkal Majalla" w:cs="Sakkal Majalla"/>
          <w:sz w:val="24"/>
          <w:szCs w:val="24"/>
          <w:rtl/>
        </w:rPr>
        <w:t>يرتفع</w:t>
      </w:r>
      <w:r w:rsidRPr="003E3418">
        <w:rPr>
          <w:rFonts w:ascii="Sakkal Majalla" w:hAnsi="Sakkal Majalla" w:cs="Sakkal Majalla"/>
          <w:sz w:val="24"/>
        </w:rPr>
        <w:t xml:space="preserve"> </w:t>
      </w:r>
      <w:r w:rsidRPr="003E3418">
        <w:rPr>
          <w:rFonts w:ascii="Sakkal Majalla" w:hAnsi="Sakkal Majalla" w:cs="Sakkal Majalla"/>
          <w:sz w:val="24"/>
          <w:szCs w:val="24"/>
          <w:rtl/>
        </w:rPr>
        <w:t>مع</w:t>
      </w:r>
      <w:r w:rsidRPr="003E3418">
        <w:rPr>
          <w:rFonts w:ascii="Sakkal Majalla" w:hAnsi="Sakkal Majalla" w:cs="Sakkal Majalla"/>
          <w:sz w:val="24"/>
        </w:rPr>
        <w:t xml:space="preserve"> </w:t>
      </w:r>
      <w:r w:rsidRPr="003E3418">
        <w:rPr>
          <w:rFonts w:ascii="Sakkal Majalla" w:hAnsi="Sakkal Majalla" w:cs="Sakkal Majalla"/>
          <w:sz w:val="24"/>
          <w:szCs w:val="24"/>
          <w:rtl/>
        </w:rPr>
        <w:t>تفاقم</w:t>
      </w:r>
      <w:r w:rsidRPr="003E3418">
        <w:rPr>
          <w:rFonts w:ascii="Sakkal Majalla" w:hAnsi="Sakkal Majalla" w:cs="Sakkal Majalla"/>
          <w:sz w:val="24"/>
        </w:rPr>
        <w:t xml:space="preserve"> </w:t>
      </w:r>
      <w:r w:rsidRPr="003E3418">
        <w:rPr>
          <w:rFonts w:ascii="Sakkal Majalla" w:hAnsi="Sakkal Majalla" w:cs="Sakkal Majalla"/>
          <w:sz w:val="24"/>
          <w:szCs w:val="24"/>
          <w:rtl/>
        </w:rPr>
        <w:t>عدم</w:t>
      </w:r>
      <w:r w:rsidRPr="003E3418">
        <w:rPr>
          <w:rFonts w:ascii="Sakkal Majalla" w:hAnsi="Sakkal Majalla" w:cs="Sakkal Majalla"/>
          <w:sz w:val="24"/>
        </w:rPr>
        <w:t xml:space="preserve"> </w:t>
      </w:r>
      <w:r w:rsidRPr="003E3418">
        <w:rPr>
          <w:rFonts w:ascii="Sakkal Majalla" w:hAnsi="Sakkal Majalla" w:cs="Sakkal Majalla"/>
          <w:sz w:val="24"/>
          <w:szCs w:val="24"/>
          <w:rtl/>
        </w:rPr>
        <w:t>المساواة،</w:t>
      </w:r>
      <w:r w:rsidRPr="003E3418">
        <w:rPr>
          <w:rFonts w:ascii="Sakkal Majalla" w:hAnsi="Sakkal Majalla" w:cs="Sakkal Majalla"/>
          <w:sz w:val="24"/>
        </w:rPr>
        <w:t xml:space="preserve"> </w:t>
      </w:r>
      <w:r w:rsidRPr="003E3418">
        <w:rPr>
          <w:rFonts w:ascii="Sakkal Majalla" w:hAnsi="Sakkal Majalla" w:cs="Sakkal Majalla"/>
          <w:sz w:val="24"/>
          <w:szCs w:val="24"/>
          <w:rtl/>
        </w:rPr>
        <w:t>مما</w:t>
      </w:r>
      <w:r w:rsidRPr="003E3418">
        <w:rPr>
          <w:rFonts w:ascii="Sakkal Majalla" w:hAnsi="Sakkal Majalla" w:cs="Sakkal Majalla"/>
          <w:sz w:val="24"/>
        </w:rPr>
        <w:t xml:space="preserve"> </w:t>
      </w:r>
      <w:r w:rsidRPr="003E3418">
        <w:rPr>
          <w:rFonts w:ascii="Sakkal Majalla" w:hAnsi="Sakkal Majalla" w:cs="Sakkal Majalla"/>
          <w:sz w:val="24"/>
          <w:szCs w:val="24"/>
          <w:rtl/>
        </w:rPr>
        <w:t>يعني</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ثماره</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تصل</w:t>
      </w:r>
      <w:r w:rsidRPr="003E3418">
        <w:rPr>
          <w:rFonts w:ascii="Sakkal Majalla" w:hAnsi="Sakkal Majalla" w:cs="Sakkal Majalla"/>
          <w:sz w:val="24"/>
        </w:rPr>
        <w:t xml:space="preserve"> </w:t>
      </w:r>
      <w:r w:rsidRPr="003E3418">
        <w:rPr>
          <w:rFonts w:ascii="Sakkal Majalla" w:hAnsi="Sakkal Majalla" w:cs="Sakkal Majalla"/>
          <w:sz w:val="24"/>
          <w:szCs w:val="24"/>
          <w:rtl/>
        </w:rPr>
        <w:t>بالضرورة</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الفئات</w:t>
      </w:r>
      <w:r w:rsidRPr="003E3418">
        <w:rPr>
          <w:rFonts w:ascii="Sakkal Majalla" w:hAnsi="Sakkal Majalla" w:cs="Sakkal Majalla"/>
          <w:sz w:val="24"/>
        </w:rPr>
        <w:t xml:space="preserve"> </w:t>
      </w:r>
      <w:r w:rsidRPr="003E3418">
        <w:rPr>
          <w:rFonts w:ascii="Sakkal Majalla" w:hAnsi="Sakkal Majalla" w:cs="Sakkal Majalla"/>
          <w:sz w:val="24"/>
          <w:szCs w:val="24"/>
          <w:rtl/>
        </w:rPr>
        <w:t>الأدنى</w:t>
      </w:r>
      <w:r w:rsidRPr="003E3418">
        <w:rPr>
          <w:rFonts w:ascii="Sakkal Majalla" w:hAnsi="Sakkal Majalla" w:cs="Sakkal Majalla"/>
          <w:sz w:val="24"/>
        </w:rPr>
        <w:t xml:space="preserve"> </w:t>
      </w:r>
      <w:r w:rsidRPr="003E3418">
        <w:rPr>
          <w:rFonts w:ascii="Sakkal Majalla" w:hAnsi="Sakkal Majalla" w:cs="Sakkal Majalla"/>
          <w:sz w:val="24"/>
          <w:szCs w:val="24"/>
          <w:rtl/>
        </w:rPr>
        <w:t>دخلاً</w:t>
      </w:r>
      <w:r w:rsidRPr="003E3418">
        <w:rPr>
          <w:rFonts w:ascii="Sakkal Majalla" w:hAnsi="Sakkal Majalla" w:cs="Sakkal Majalla"/>
          <w:sz w:val="24"/>
        </w:rPr>
        <w:t xml:space="preserve">. </w:t>
      </w:r>
      <w:r w:rsidRPr="003E3418">
        <w:rPr>
          <w:rFonts w:ascii="Sakkal Majalla" w:hAnsi="Sakkal Majalla" w:cs="Sakkal Majalla"/>
          <w:sz w:val="24"/>
          <w:szCs w:val="24"/>
          <w:rtl/>
        </w:rPr>
        <w:t>ولهذا</w:t>
      </w:r>
      <w:r w:rsidRPr="003E3418">
        <w:rPr>
          <w:rFonts w:ascii="Sakkal Majalla" w:hAnsi="Sakkal Majalla" w:cs="Sakkal Majalla"/>
          <w:sz w:val="24"/>
        </w:rPr>
        <w:t xml:space="preserve"> </w:t>
      </w:r>
      <w:r w:rsidRPr="003E3418">
        <w:rPr>
          <w:rFonts w:ascii="Sakkal Majalla" w:hAnsi="Sakkal Majalla" w:cs="Sakkal Majalla"/>
          <w:sz w:val="24"/>
          <w:szCs w:val="24"/>
          <w:rtl/>
        </w:rPr>
        <w:t>تُوظَّف</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الحالية</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مكمِّلة</w:t>
      </w:r>
      <w:r w:rsidRPr="003E3418">
        <w:rPr>
          <w:rFonts w:ascii="Sakkal Majalla" w:hAnsi="Sakkal Majalla" w:cs="Sakkal Majalla"/>
          <w:sz w:val="24"/>
        </w:rPr>
        <w:t xml:space="preserve"> </w:t>
      </w:r>
      <w:r w:rsidRPr="003E3418">
        <w:rPr>
          <w:rFonts w:ascii="Sakkal Majalla" w:hAnsi="Sakkal Majalla" w:cs="Sakkal Majalla"/>
          <w:sz w:val="24"/>
          <w:szCs w:val="24"/>
          <w:rtl/>
        </w:rPr>
        <w:t>كالإنتاجية</w:t>
      </w:r>
      <w:r w:rsidRPr="003E3418">
        <w:rPr>
          <w:rFonts w:ascii="Sakkal Majalla" w:hAnsi="Sakkal Majalla" w:cs="Sakkal Majalla"/>
          <w:sz w:val="24"/>
        </w:rPr>
        <w:t xml:space="preserve"> </w:t>
      </w:r>
      <w:r w:rsidRPr="003E3418">
        <w:rPr>
          <w:rFonts w:ascii="Sakkal Majalla" w:hAnsi="Sakkal Majalla" w:cs="Sakkal Majalla"/>
          <w:sz w:val="24"/>
          <w:szCs w:val="24"/>
          <w:rtl/>
        </w:rPr>
        <w:t>الكلية</w:t>
      </w:r>
      <w:r w:rsidRPr="003E3418">
        <w:rPr>
          <w:rFonts w:ascii="Sakkal Majalla" w:hAnsi="Sakkal Majalla" w:cs="Sakkal Majalla"/>
          <w:sz w:val="24"/>
        </w:rPr>
        <w:t xml:space="preserve"> </w:t>
      </w:r>
      <w:r w:rsidRPr="003E3418">
        <w:rPr>
          <w:rFonts w:ascii="Sakkal Majalla" w:hAnsi="Sakkal Majalla" w:cs="Sakkal Majalla"/>
          <w:sz w:val="24"/>
          <w:szCs w:val="24"/>
          <w:rtl/>
        </w:rPr>
        <w:t>للعوامل</w:t>
      </w:r>
      <w:r w:rsidRPr="003E3418">
        <w:rPr>
          <w:rFonts w:ascii="Sakkal Majalla" w:hAnsi="Sakkal Majalla" w:cs="Sakkal Majalla"/>
          <w:sz w:val="24"/>
        </w:rPr>
        <w:t xml:space="preserve"> TFP </w:t>
      </w:r>
      <w:r w:rsidRPr="003E3418">
        <w:rPr>
          <w:rFonts w:ascii="Sakkal Majalla" w:hAnsi="Sakkal Majalla" w:cs="Sakkal Majalla"/>
          <w:sz w:val="24"/>
          <w:szCs w:val="24"/>
          <w:rtl/>
        </w:rPr>
        <w:t>للقبض</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جانب</w:t>
      </w:r>
      <w:r w:rsidRPr="003E3418">
        <w:rPr>
          <w:rFonts w:ascii="Sakkal Majalla" w:hAnsi="Sakkal Majalla" w:cs="Sakkal Majalla"/>
          <w:sz w:val="24"/>
        </w:rPr>
        <w:t xml:space="preserve"> </w:t>
      </w:r>
      <w:r w:rsidRPr="003E3418">
        <w:rPr>
          <w:rFonts w:ascii="Sakkal Majalla" w:hAnsi="Sakkal Majalla" w:cs="Sakkal Majalla"/>
          <w:sz w:val="24"/>
          <w:szCs w:val="24"/>
          <w:rtl/>
        </w:rPr>
        <w:t>الكفاءة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حجمه</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w:t>
      </w:r>
      <w:r w:rsidRPr="003E3418">
        <w:rPr>
          <w:rFonts w:ascii="Sakkal Majalla" w:hAnsi="Sakkal Majalla" w:cs="Sakkal Majalla"/>
          <w:sz w:val="24"/>
        </w:rPr>
        <w:t xml:space="preserve"> </w:t>
      </w:r>
      <w:r w:rsidRPr="003E3418">
        <w:rPr>
          <w:rFonts w:ascii="Sakkal Majalla" w:hAnsi="Sakkal Majalla" w:cs="Sakkal Majalla"/>
          <w:sz w:val="24"/>
          <w:szCs w:val="24"/>
          <w:rtl/>
        </w:rPr>
        <w:t>فحسب</w:t>
      </w:r>
      <w:r w:rsidRPr="003E3418">
        <w:rPr>
          <w:rFonts w:ascii="Sakkal Majalla" w:hAnsi="Sakkal Majalla" w:cs="Sakkal Majalla"/>
          <w:sz w:val="24"/>
        </w:rPr>
        <w:t>.</w:t>
      </w:r>
    </w:p>
    <w:p w14:paraId="2B6547AE"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ب</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الفقر</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وأبعاده</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المتعددة</w:t>
      </w:r>
    </w:p>
    <w:p w14:paraId="677B9F66"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شهد</w:t>
      </w:r>
      <w:r w:rsidRPr="003E3418">
        <w:rPr>
          <w:rFonts w:ascii="Sakkal Majalla" w:hAnsi="Sakkal Majalla" w:cs="Sakkal Majalla"/>
          <w:sz w:val="24"/>
        </w:rPr>
        <w:t xml:space="preserve"> </w:t>
      </w:r>
      <w:r w:rsidRPr="003E3418">
        <w:rPr>
          <w:rFonts w:ascii="Sakkal Majalla" w:hAnsi="Sakkal Majalla" w:cs="Sakkal Majalla"/>
          <w:sz w:val="24"/>
          <w:szCs w:val="24"/>
          <w:rtl/>
        </w:rPr>
        <w:t>مفهوم</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تطوراً</w:t>
      </w:r>
      <w:r w:rsidRPr="003E3418">
        <w:rPr>
          <w:rFonts w:ascii="Sakkal Majalla" w:hAnsi="Sakkal Majalla" w:cs="Sakkal Majalla"/>
          <w:sz w:val="24"/>
        </w:rPr>
        <w:t xml:space="preserve"> </w:t>
      </w:r>
      <w:r w:rsidRPr="003E3418">
        <w:rPr>
          <w:rFonts w:ascii="Sakkal Majalla" w:hAnsi="Sakkal Majalla" w:cs="Sakkal Majalla"/>
          <w:sz w:val="24"/>
          <w:szCs w:val="24"/>
          <w:rtl/>
        </w:rPr>
        <w:t>نظرياً</w:t>
      </w:r>
      <w:r w:rsidRPr="003E3418">
        <w:rPr>
          <w:rFonts w:ascii="Sakkal Majalla" w:hAnsi="Sakkal Majalla" w:cs="Sakkal Majalla"/>
          <w:sz w:val="24"/>
        </w:rPr>
        <w:t xml:space="preserve"> </w:t>
      </w:r>
      <w:r w:rsidRPr="003E3418">
        <w:rPr>
          <w:rFonts w:ascii="Sakkal Majalla" w:hAnsi="Sakkal Majalla" w:cs="Sakkal Majalla"/>
          <w:sz w:val="24"/>
          <w:szCs w:val="24"/>
          <w:rtl/>
        </w:rPr>
        <w:t>بارزاً</w:t>
      </w:r>
      <w:r w:rsidRPr="003E3418">
        <w:rPr>
          <w:rFonts w:ascii="Sakkal Majalla" w:hAnsi="Sakkal Majalla" w:cs="Sakkal Majalla"/>
          <w:sz w:val="24"/>
        </w:rPr>
        <w:t xml:space="preserve"> </w:t>
      </w:r>
      <w:r w:rsidRPr="003E3418">
        <w:rPr>
          <w:rFonts w:ascii="Sakkal Majalla" w:hAnsi="Sakkal Majalla" w:cs="Sakkal Majalla"/>
          <w:sz w:val="24"/>
          <w:szCs w:val="24"/>
          <w:rtl/>
        </w:rPr>
        <w:t>خلال</w:t>
      </w:r>
      <w:r w:rsidRPr="003E3418">
        <w:rPr>
          <w:rFonts w:ascii="Sakkal Majalla" w:hAnsi="Sakkal Majalla" w:cs="Sakkal Majalla"/>
          <w:sz w:val="24"/>
        </w:rPr>
        <w:t xml:space="preserve"> </w:t>
      </w:r>
      <w:r w:rsidRPr="003E3418">
        <w:rPr>
          <w:rFonts w:ascii="Sakkal Majalla" w:hAnsi="Sakkal Majalla" w:cs="Sakkal Majalla"/>
          <w:sz w:val="24"/>
          <w:szCs w:val="24"/>
          <w:rtl/>
        </w:rPr>
        <w:t>العقود</w:t>
      </w:r>
      <w:r w:rsidRPr="003E3418">
        <w:rPr>
          <w:rFonts w:ascii="Sakkal Majalla" w:hAnsi="Sakkal Majalla" w:cs="Sakkal Majalla"/>
          <w:sz w:val="24"/>
        </w:rPr>
        <w:t xml:space="preserve"> </w:t>
      </w:r>
      <w:r w:rsidRPr="003E3418">
        <w:rPr>
          <w:rFonts w:ascii="Sakkal Majalla" w:hAnsi="Sakkal Majalla" w:cs="Sakkal Majalla"/>
          <w:sz w:val="24"/>
          <w:szCs w:val="24"/>
          <w:rtl/>
        </w:rPr>
        <w:t>الأخيرة؛</w:t>
      </w:r>
      <w:r w:rsidRPr="003E3418">
        <w:rPr>
          <w:rFonts w:ascii="Sakkal Majalla" w:hAnsi="Sakkal Majalla" w:cs="Sakkal Majalla"/>
          <w:sz w:val="24"/>
        </w:rPr>
        <w:t xml:space="preserve"> </w:t>
      </w:r>
      <w:r w:rsidRPr="003E3418">
        <w:rPr>
          <w:rFonts w:ascii="Sakkal Majalla" w:hAnsi="Sakkal Majalla" w:cs="Sakkal Majalla"/>
          <w:sz w:val="24"/>
          <w:szCs w:val="24"/>
          <w:rtl/>
        </w:rPr>
        <w:t>إذ</w:t>
      </w:r>
      <w:r w:rsidRPr="003E3418">
        <w:rPr>
          <w:rFonts w:ascii="Sakkal Majalla" w:hAnsi="Sakkal Majalla" w:cs="Sakkal Majalla"/>
          <w:sz w:val="24"/>
        </w:rPr>
        <w:t xml:space="preserve"> </w:t>
      </w:r>
      <w:r w:rsidRPr="003E3418">
        <w:rPr>
          <w:rFonts w:ascii="Sakkal Majalla" w:hAnsi="Sakkal Majalla" w:cs="Sakkal Majalla"/>
          <w:sz w:val="24"/>
          <w:szCs w:val="24"/>
          <w:rtl/>
        </w:rPr>
        <w:t>انتقل</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التعريف</w:t>
      </w:r>
      <w:r w:rsidRPr="003E3418">
        <w:rPr>
          <w:rFonts w:ascii="Sakkal Majalla" w:hAnsi="Sakkal Majalla" w:cs="Sakkal Majalla"/>
          <w:sz w:val="24"/>
        </w:rPr>
        <w:t xml:space="preserve"> </w:t>
      </w:r>
      <w:r w:rsidRPr="003E3418">
        <w:rPr>
          <w:rFonts w:ascii="Sakkal Majalla" w:hAnsi="Sakkal Majalla" w:cs="Sakkal Majalla"/>
          <w:sz w:val="24"/>
          <w:szCs w:val="24"/>
          <w:rtl/>
        </w:rPr>
        <w:t>أحادي</w:t>
      </w:r>
      <w:r w:rsidRPr="003E3418">
        <w:rPr>
          <w:rFonts w:ascii="Sakkal Majalla" w:hAnsi="Sakkal Majalla" w:cs="Sakkal Majalla"/>
          <w:sz w:val="24"/>
        </w:rPr>
        <w:t xml:space="preserve"> </w:t>
      </w:r>
      <w:r w:rsidRPr="003E3418">
        <w:rPr>
          <w:rFonts w:ascii="Sakkal Majalla" w:hAnsi="Sakkal Majalla" w:cs="Sakkal Majalla"/>
          <w:sz w:val="24"/>
          <w:szCs w:val="24"/>
          <w:rtl/>
        </w:rPr>
        <w:t>البعد</w:t>
      </w:r>
      <w:r w:rsidRPr="003E3418">
        <w:rPr>
          <w:rFonts w:ascii="Sakkal Majalla" w:hAnsi="Sakkal Majalla" w:cs="Sakkal Majalla"/>
          <w:sz w:val="24"/>
        </w:rPr>
        <w:t xml:space="preserve"> </w:t>
      </w:r>
      <w:r w:rsidRPr="003E3418">
        <w:rPr>
          <w:rFonts w:ascii="Sakkal Majalla" w:hAnsi="Sakkal Majalla" w:cs="Sakkal Majalla"/>
          <w:sz w:val="24"/>
          <w:szCs w:val="24"/>
          <w:rtl/>
        </w:rPr>
        <w:t>القائم</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الدخل</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المفهوم</w:t>
      </w:r>
      <w:r w:rsidRPr="003E3418">
        <w:rPr>
          <w:rFonts w:ascii="Sakkal Majalla" w:hAnsi="Sakkal Majalla" w:cs="Sakkal Majalla"/>
          <w:sz w:val="24"/>
        </w:rPr>
        <w:t xml:space="preserve"> </w:t>
      </w:r>
      <w:r w:rsidRPr="003E3418">
        <w:rPr>
          <w:rFonts w:ascii="Sakkal Majalla" w:hAnsi="Sakkal Majalla" w:cs="Sakkal Majalla"/>
          <w:sz w:val="24"/>
          <w:szCs w:val="24"/>
          <w:rtl/>
        </w:rPr>
        <w:t>متعدد</w:t>
      </w:r>
      <w:r w:rsidRPr="003E3418">
        <w:rPr>
          <w:rFonts w:ascii="Sakkal Majalla" w:hAnsi="Sakkal Majalla" w:cs="Sakkal Majalla"/>
          <w:sz w:val="24"/>
        </w:rPr>
        <w:t xml:space="preserve"> </w:t>
      </w:r>
      <w:r w:rsidRPr="003E3418">
        <w:rPr>
          <w:rFonts w:ascii="Sakkal Majalla" w:hAnsi="Sakkal Majalla" w:cs="Sakkal Majalla"/>
          <w:sz w:val="24"/>
          <w:szCs w:val="24"/>
          <w:rtl/>
        </w:rPr>
        <w:t>الأبعاد</w:t>
      </w:r>
      <w:r w:rsidRPr="003E3418">
        <w:rPr>
          <w:rFonts w:ascii="Sakkal Majalla" w:hAnsi="Sakkal Majalla" w:cs="Sakkal Majalla"/>
          <w:sz w:val="24"/>
        </w:rPr>
        <w:t xml:space="preserve"> </w:t>
      </w:r>
      <w:r w:rsidRPr="003E3418">
        <w:rPr>
          <w:rFonts w:ascii="Sakkal Majalla" w:hAnsi="Sakkal Majalla" w:cs="Sakkal Majalla"/>
          <w:sz w:val="24"/>
          <w:szCs w:val="24"/>
          <w:rtl/>
        </w:rPr>
        <w:t>الذي</w:t>
      </w:r>
      <w:r w:rsidRPr="003E3418">
        <w:rPr>
          <w:rFonts w:ascii="Sakkal Majalla" w:hAnsi="Sakkal Majalla" w:cs="Sakkal Majalla"/>
          <w:sz w:val="24"/>
        </w:rPr>
        <w:t xml:space="preserve"> </w:t>
      </w:r>
      <w:r w:rsidRPr="003E3418">
        <w:rPr>
          <w:rFonts w:ascii="Sakkal Majalla" w:hAnsi="Sakkal Majalla" w:cs="Sakkal Majalla"/>
          <w:sz w:val="24"/>
          <w:szCs w:val="24"/>
          <w:rtl/>
        </w:rPr>
        <w:t>صاغه</w:t>
      </w:r>
      <w:r w:rsidRPr="003E3418">
        <w:rPr>
          <w:rFonts w:ascii="Sakkal Majalla" w:hAnsi="Sakkal Majalla" w:cs="Sakkal Majalla"/>
          <w:sz w:val="24"/>
        </w:rPr>
        <w:t xml:space="preserve"> Sen (1999)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إطار</w:t>
      </w:r>
      <w:r w:rsidRPr="003E3418">
        <w:rPr>
          <w:rFonts w:ascii="Sakkal Majalla" w:hAnsi="Sakkal Majalla" w:cs="Sakkal Majalla"/>
          <w:sz w:val="24"/>
        </w:rPr>
        <w:t xml:space="preserve"> «</w:t>
      </w:r>
      <w:r w:rsidRPr="003E3418">
        <w:rPr>
          <w:rFonts w:ascii="Sakkal Majalla" w:hAnsi="Sakkal Majalla" w:cs="Sakkal Majalla"/>
          <w:sz w:val="24"/>
          <w:szCs w:val="24"/>
          <w:rtl/>
        </w:rPr>
        <w:t>قدرات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الأفراد</w:t>
      </w:r>
      <w:r w:rsidRPr="003E3418">
        <w:rPr>
          <w:rFonts w:ascii="Sakkal Majalla" w:hAnsi="Sakkal Majalla" w:cs="Sakkal Majalla"/>
          <w:sz w:val="24"/>
        </w:rPr>
        <w:t xml:space="preserve">. </w:t>
      </w:r>
      <w:r w:rsidRPr="003E3418">
        <w:rPr>
          <w:rFonts w:ascii="Sakkal Majalla" w:hAnsi="Sakkal Majalla" w:cs="Sakkal Majalla"/>
          <w:sz w:val="24"/>
          <w:szCs w:val="24"/>
          <w:rtl/>
        </w:rPr>
        <w:t>وفي</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السياق</w:t>
      </w:r>
      <w:r w:rsidRPr="003E3418">
        <w:rPr>
          <w:rFonts w:ascii="Sakkal Majalla" w:hAnsi="Sakkal Majalla" w:cs="Sakkal Majalla"/>
          <w:sz w:val="24"/>
        </w:rPr>
        <w:t xml:space="preserve"> </w:t>
      </w:r>
      <w:r w:rsidRPr="003E3418">
        <w:rPr>
          <w:rFonts w:ascii="Sakkal Majalla" w:hAnsi="Sakkal Majalla" w:cs="Sakkal Majalla"/>
          <w:sz w:val="24"/>
          <w:szCs w:val="24"/>
          <w:rtl/>
        </w:rPr>
        <w:t>التجريبي</w:t>
      </w:r>
      <w:r w:rsidRPr="003E3418">
        <w:rPr>
          <w:rFonts w:ascii="Sakkal Majalla" w:hAnsi="Sakkal Majalla" w:cs="Sakkal Majalla"/>
          <w:sz w:val="24"/>
        </w:rPr>
        <w:t xml:space="preserve"> </w:t>
      </w:r>
      <w:r w:rsidRPr="003E3418">
        <w:rPr>
          <w:rFonts w:ascii="Sakkal Majalla" w:hAnsi="Sakkal Majalla" w:cs="Sakkal Majalla"/>
          <w:sz w:val="24"/>
          <w:szCs w:val="24"/>
          <w:rtl/>
        </w:rPr>
        <w:t>لهذه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تُوظَّف</w:t>
      </w:r>
      <w:r w:rsidRPr="003E3418">
        <w:rPr>
          <w:rFonts w:ascii="Sakkal Majalla" w:hAnsi="Sakkal Majalla" w:cs="Sakkal Majalla"/>
          <w:sz w:val="24"/>
        </w:rPr>
        <w:t xml:space="preserve"> </w:t>
      </w:r>
      <w:r w:rsidRPr="003E3418">
        <w:rPr>
          <w:rFonts w:ascii="Sakkal Majalla" w:hAnsi="Sakkal Majalla" w:cs="Sakkal Majalla"/>
          <w:sz w:val="24"/>
          <w:szCs w:val="24"/>
          <w:rtl/>
        </w:rPr>
        <w:t>ثلاثة</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متكاملة</w:t>
      </w:r>
      <w:r w:rsidRPr="003E3418">
        <w:rPr>
          <w:rFonts w:ascii="Sakkal Majalla" w:hAnsi="Sakkal Majalla" w:cs="Sakkal Majalla"/>
          <w:sz w:val="24"/>
        </w:rPr>
        <w:t>:</w:t>
      </w:r>
    </w:p>
    <w:p w14:paraId="0C9EFDF3"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نسبة</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الفقراء</w:t>
      </w:r>
      <w:r w:rsidRPr="003E3418">
        <w:rPr>
          <w:rFonts w:ascii="Sakkal Majalla" w:hAnsi="Sakkal Majalla" w:cs="Sakkal Majalla"/>
          <w:sz w:val="24"/>
        </w:rPr>
        <w:t xml:space="preserve"> (Poverty Headcount): </w:t>
      </w:r>
      <w:r w:rsidRPr="003E3418">
        <w:rPr>
          <w:rFonts w:ascii="Sakkal Majalla" w:hAnsi="Sakkal Majalla" w:cs="Sakkal Majalla"/>
          <w:sz w:val="24"/>
          <w:szCs w:val="24"/>
          <w:rtl/>
        </w:rPr>
        <w:t>تقيس</w:t>
      </w:r>
      <w:r w:rsidRPr="003E3418">
        <w:rPr>
          <w:rFonts w:ascii="Sakkal Majalla" w:hAnsi="Sakkal Majalla" w:cs="Sakkal Majalla"/>
          <w:sz w:val="24"/>
        </w:rPr>
        <w:t xml:space="preserve"> </w:t>
      </w:r>
      <w:r w:rsidRPr="003E3418">
        <w:rPr>
          <w:rFonts w:ascii="Sakkal Majalla" w:hAnsi="Sakkal Majalla" w:cs="Sakkal Majalla"/>
          <w:sz w:val="24"/>
          <w:szCs w:val="24"/>
          <w:rtl/>
        </w:rPr>
        <w:t>انتشار</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وتعكس</w:t>
      </w:r>
      <w:r w:rsidRPr="003E3418">
        <w:rPr>
          <w:rFonts w:ascii="Sakkal Majalla" w:hAnsi="Sakkal Majalla" w:cs="Sakkal Majalla"/>
          <w:sz w:val="24"/>
        </w:rPr>
        <w:t xml:space="preserve"> </w:t>
      </w:r>
      <w:r w:rsidRPr="003E3418">
        <w:rPr>
          <w:rFonts w:ascii="Sakkal Majalla" w:hAnsi="Sakkal Majalla" w:cs="Sakkal Majalla"/>
          <w:sz w:val="24"/>
          <w:szCs w:val="24"/>
          <w:rtl/>
        </w:rPr>
        <w:t>الحجم</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w:t>
      </w:r>
      <w:r w:rsidRPr="003E3418">
        <w:rPr>
          <w:rFonts w:ascii="Sakkal Majalla" w:hAnsi="Sakkal Majalla" w:cs="Sakkal Majalla"/>
          <w:sz w:val="24"/>
        </w:rPr>
        <w:t xml:space="preserve"> </w:t>
      </w:r>
      <w:r w:rsidRPr="003E3418">
        <w:rPr>
          <w:rFonts w:ascii="Sakkal Majalla" w:hAnsi="Sakkal Majalla" w:cs="Sakkal Majalla"/>
          <w:sz w:val="24"/>
          <w:szCs w:val="24"/>
          <w:rtl/>
        </w:rPr>
        <w:t>للسكان</w:t>
      </w:r>
      <w:r w:rsidRPr="003E3418">
        <w:rPr>
          <w:rFonts w:ascii="Sakkal Majalla" w:hAnsi="Sakkal Majalla" w:cs="Sakkal Majalla"/>
          <w:sz w:val="24"/>
        </w:rPr>
        <w:t xml:space="preserve"> </w:t>
      </w:r>
      <w:r w:rsidRPr="003E3418">
        <w:rPr>
          <w:rFonts w:ascii="Sakkal Majalla" w:hAnsi="Sakkal Majalla" w:cs="Sakkal Majalla"/>
          <w:sz w:val="24"/>
          <w:szCs w:val="24"/>
          <w:rtl/>
        </w:rPr>
        <w:t>دون</w:t>
      </w:r>
      <w:r w:rsidRPr="003E3418">
        <w:rPr>
          <w:rFonts w:ascii="Sakkal Majalla" w:hAnsi="Sakkal Majalla" w:cs="Sakkal Majalla"/>
          <w:sz w:val="24"/>
        </w:rPr>
        <w:t xml:space="preserve"> </w:t>
      </w:r>
      <w:r w:rsidRPr="003E3418">
        <w:rPr>
          <w:rFonts w:ascii="Sakkal Majalla" w:hAnsi="Sakkal Majalla" w:cs="Sakkal Majalla"/>
          <w:sz w:val="24"/>
          <w:szCs w:val="24"/>
          <w:rtl/>
        </w:rPr>
        <w:t>خط</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لكنها</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تُميّز</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فقير</w:t>
      </w:r>
      <w:r w:rsidRPr="003E3418">
        <w:rPr>
          <w:rFonts w:ascii="Sakkal Majalla" w:hAnsi="Sakkal Majalla" w:cs="Sakkal Majalla"/>
          <w:sz w:val="24"/>
        </w:rPr>
        <w:t xml:space="preserve"> </w:t>
      </w:r>
      <w:r w:rsidRPr="003E3418">
        <w:rPr>
          <w:rFonts w:ascii="Sakkal Majalla" w:hAnsi="Sakkal Majalla" w:cs="Sakkal Majalla"/>
          <w:sz w:val="24"/>
          <w:szCs w:val="24"/>
          <w:rtl/>
        </w:rPr>
        <w:t>يعيش</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2 </w:t>
      </w:r>
      <w:r w:rsidRPr="003E3418">
        <w:rPr>
          <w:rFonts w:ascii="Sakkal Majalla" w:hAnsi="Sakkal Majalla" w:cs="Sakkal Majalla"/>
          <w:sz w:val="24"/>
          <w:szCs w:val="24"/>
          <w:rtl/>
        </w:rPr>
        <w:t>دولار</w:t>
      </w:r>
      <w:r w:rsidRPr="003E3418">
        <w:rPr>
          <w:rFonts w:ascii="Sakkal Majalla" w:hAnsi="Sakkal Majalla" w:cs="Sakkal Majalla"/>
          <w:sz w:val="24"/>
        </w:rPr>
        <w:t xml:space="preserve"> </w:t>
      </w:r>
      <w:r w:rsidRPr="003E3418">
        <w:rPr>
          <w:rFonts w:ascii="Sakkal Majalla" w:hAnsi="Sakkal Majalla" w:cs="Sakkal Majalla"/>
          <w:sz w:val="24"/>
          <w:szCs w:val="24"/>
          <w:rtl/>
        </w:rPr>
        <w:t>يومياً</w:t>
      </w:r>
      <w:r w:rsidRPr="003E3418">
        <w:rPr>
          <w:rFonts w:ascii="Sakkal Majalla" w:hAnsi="Sakkal Majalla" w:cs="Sakkal Majalla"/>
          <w:sz w:val="24"/>
        </w:rPr>
        <w:t xml:space="preserve"> </w:t>
      </w:r>
      <w:r w:rsidRPr="003E3418">
        <w:rPr>
          <w:rFonts w:ascii="Sakkal Majalla" w:hAnsi="Sakkal Majalla" w:cs="Sakkal Majalla"/>
          <w:sz w:val="24"/>
          <w:szCs w:val="24"/>
          <w:rtl/>
        </w:rPr>
        <w:t>وآخر</w:t>
      </w:r>
      <w:r w:rsidRPr="003E3418">
        <w:rPr>
          <w:rFonts w:ascii="Sakkal Majalla" w:hAnsi="Sakkal Majalla" w:cs="Sakkal Majalla"/>
          <w:sz w:val="24"/>
        </w:rPr>
        <w:t xml:space="preserve"> </w:t>
      </w:r>
      <w:r w:rsidRPr="003E3418">
        <w:rPr>
          <w:rFonts w:ascii="Sakkal Majalla" w:hAnsi="Sakkal Majalla" w:cs="Sakkal Majalla"/>
          <w:sz w:val="24"/>
          <w:szCs w:val="24"/>
          <w:rtl/>
        </w:rPr>
        <w:t>يعيش</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0.5 </w:t>
      </w:r>
      <w:r w:rsidRPr="003E3418">
        <w:rPr>
          <w:rFonts w:ascii="Sakkal Majalla" w:hAnsi="Sakkal Majalla" w:cs="Sakkal Majalla"/>
          <w:sz w:val="24"/>
          <w:szCs w:val="24"/>
          <w:rtl/>
        </w:rPr>
        <w:t>دولار</w:t>
      </w:r>
      <w:r w:rsidRPr="003E3418">
        <w:rPr>
          <w:rFonts w:ascii="Sakkal Majalla" w:hAnsi="Sakkal Majalla" w:cs="Sakkal Majalla"/>
          <w:sz w:val="24"/>
        </w:rPr>
        <w:t>.</w:t>
      </w:r>
    </w:p>
    <w:p w14:paraId="4A810A59"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فجوة</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(Poverty Gap): </w:t>
      </w:r>
      <w:r w:rsidRPr="003E3418">
        <w:rPr>
          <w:rFonts w:ascii="Sakkal Majalla" w:hAnsi="Sakkal Majalla" w:cs="Sakkal Majalla"/>
          <w:sz w:val="24"/>
          <w:szCs w:val="24"/>
          <w:rtl/>
        </w:rPr>
        <w:t>تُصحّح</w:t>
      </w:r>
      <w:r w:rsidRPr="003E3418">
        <w:rPr>
          <w:rFonts w:ascii="Sakkal Majalla" w:hAnsi="Sakkal Majalla" w:cs="Sakkal Majalla"/>
          <w:sz w:val="24"/>
        </w:rPr>
        <w:t xml:space="preserve"> </w:t>
      </w:r>
      <w:r w:rsidRPr="003E3418">
        <w:rPr>
          <w:rFonts w:ascii="Sakkal Majalla" w:hAnsi="Sakkal Majalla" w:cs="Sakkal Majalla"/>
          <w:sz w:val="24"/>
          <w:szCs w:val="24"/>
          <w:rtl/>
        </w:rPr>
        <w:t>الخلل</w:t>
      </w:r>
      <w:r w:rsidRPr="003E3418">
        <w:rPr>
          <w:rFonts w:ascii="Sakkal Majalla" w:hAnsi="Sakkal Majalla" w:cs="Sakkal Majalla"/>
          <w:sz w:val="24"/>
        </w:rPr>
        <w:t xml:space="preserve"> </w:t>
      </w:r>
      <w:r w:rsidRPr="003E3418">
        <w:rPr>
          <w:rFonts w:ascii="Sakkal Majalla" w:hAnsi="Sakkal Majalla" w:cs="Sakkal Majalla"/>
          <w:sz w:val="24"/>
          <w:szCs w:val="24"/>
          <w:rtl/>
        </w:rPr>
        <w:t>السابق</w:t>
      </w:r>
      <w:r w:rsidRPr="003E3418">
        <w:rPr>
          <w:rFonts w:ascii="Sakkal Majalla" w:hAnsi="Sakkal Majalla" w:cs="Sakkal Majalla"/>
          <w:sz w:val="24"/>
        </w:rPr>
        <w:t xml:space="preserve"> </w:t>
      </w:r>
      <w:r w:rsidRPr="003E3418">
        <w:rPr>
          <w:rFonts w:ascii="Sakkal Majalla" w:hAnsi="Sakkal Majalla" w:cs="Sakkal Majalla"/>
          <w:sz w:val="24"/>
          <w:szCs w:val="24"/>
          <w:rtl/>
        </w:rPr>
        <w:t>بقياس</w:t>
      </w:r>
      <w:r w:rsidRPr="003E3418">
        <w:rPr>
          <w:rFonts w:ascii="Sakkal Majalla" w:hAnsi="Sakkal Majalla" w:cs="Sakkal Majalla"/>
          <w:sz w:val="24"/>
        </w:rPr>
        <w:t xml:space="preserve"> </w:t>
      </w:r>
      <w:r w:rsidRPr="003E3418">
        <w:rPr>
          <w:rFonts w:ascii="Sakkal Majalla" w:hAnsi="Sakkal Majalla" w:cs="Sakkal Majalla"/>
          <w:sz w:val="24"/>
          <w:szCs w:val="24"/>
          <w:rtl/>
        </w:rPr>
        <w:t>متوسط</w:t>
      </w:r>
      <w:r w:rsidRPr="003E3418">
        <w:rPr>
          <w:rFonts w:ascii="Sakkal Majalla" w:hAnsi="Sakkal Majalla" w:cs="Sakkal Majalla"/>
          <w:sz w:val="24"/>
        </w:rPr>
        <w:t xml:space="preserve"> </w:t>
      </w:r>
      <w:r w:rsidRPr="003E3418">
        <w:rPr>
          <w:rFonts w:ascii="Sakkal Majalla" w:hAnsi="Sakkal Majalla" w:cs="Sakkal Majalla"/>
          <w:sz w:val="24"/>
          <w:szCs w:val="24"/>
          <w:rtl/>
        </w:rPr>
        <w:t>الانعدام</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الدخل</w:t>
      </w:r>
      <w:r w:rsidRPr="003E3418">
        <w:rPr>
          <w:rFonts w:ascii="Sakkal Majalla" w:hAnsi="Sakkal Majalla" w:cs="Sakkal Majalla"/>
          <w:sz w:val="24"/>
        </w:rPr>
        <w:t xml:space="preserve"> </w:t>
      </w:r>
      <w:r w:rsidRPr="003E3418">
        <w:rPr>
          <w:rFonts w:ascii="Sakkal Majalla" w:hAnsi="Sakkal Majalla" w:cs="Sakkal Majalla"/>
          <w:sz w:val="24"/>
          <w:szCs w:val="24"/>
          <w:rtl/>
        </w:rPr>
        <w:t>لدى</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الفقراء</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خط</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مما</w:t>
      </w:r>
      <w:r w:rsidRPr="003E3418">
        <w:rPr>
          <w:rFonts w:ascii="Sakkal Majalla" w:hAnsi="Sakkal Majalla" w:cs="Sakkal Majalla"/>
          <w:sz w:val="24"/>
        </w:rPr>
        <w:t xml:space="preserve"> </w:t>
      </w:r>
      <w:r w:rsidRPr="003E3418">
        <w:rPr>
          <w:rFonts w:ascii="Sakkal Majalla" w:hAnsi="Sakkal Majalla" w:cs="Sakkal Majalla"/>
          <w:sz w:val="24"/>
          <w:szCs w:val="24"/>
          <w:rtl/>
        </w:rPr>
        <w:t>يُتيح</w:t>
      </w:r>
      <w:r w:rsidRPr="003E3418">
        <w:rPr>
          <w:rFonts w:ascii="Sakkal Majalla" w:hAnsi="Sakkal Majalla" w:cs="Sakkal Majalla"/>
          <w:sz w:val="24"/>
        </w:rPr>
        <w:t xml:space="preserve"> </w:t>
      </w:r>
      <w:r w:rsidRPr="003E3418">
        <w:rPr>
          <w:rFonts w:ascii="Sakkal Majalla" w:hAnsi="Sakkal Majalla" w:cs="Sakkal Majalla"/>
          <w:sz w:val="24"/>
          <w:szCs w:val="24"/>
          <w:rtl/>
        </w:rPr>
        <w:t>رصد</w:t>
      </w:r>
      <w:r w:rsidRPr="003E3418">
        <w:rPr>
          <w:rFonts w:ascii="Sakkal Majalla" w:hAnsi="Sakkal Majalla" w:cs="Sakkal Majalla"/>
          <w:sz w:val="24"/>
        </w:rPr>
        <w:t xml:space="preserve"> </w:t>
      </w:r>
      <w:r w:rsidRPr="003E3418">
        <w:rPr>
          <w:rFonts w:ascii="Sakkal Majalla" w:hAnsi="Sakkal Majalla" w:cs="Sakkal Majalla"/>
          <w:sz w:val="24"/>
          <w:szCs w:val="24"/>
          <w:rtl/>
        </w:rPr>
        <w:t>التحسّن</w:t>
      </w:r>
      <w:r w:rsidRPr="003E3418">
        <w:rPr>
          <w:rFonts w:ascii="Sakkal Majalla" w:hAnsi="Sakkal Majalla" w:cs="Sakkal Majalla"/>
          <w:sz w:val="24"/>
        </w:rPr>
        <w:t xml:space="preserve"> </w:t>
      </w:r>
      <w:r w:rsidRPr="003E3418">
        <w:rPr>
          <w:rFonts w:ascii="Sakkal Majalla" w:hAnsi="Sakkal Majalla" w:cs="Sakkal Majalla"/>
          <w:sz w:val="24"/>
          <w:szCs w:val="24"/>
          <w:rtl/>
        </w:rPr>
        <w:t>أو</w:t>
      </w:r>
      <w:r w:rsidRPr="003E3418">
        <w:rPr>
          <w:rFonts w:ascii="Sakkal Majalla" w:hAnsi="Sakkal Majalla" w:cs="Sakkal Majalla"/>
          <w:sz w:val="24"/>
        </w:rPr>
        <w:t xml:space="preserve"> </w:t>
      </w:r>
      <w:r w:rsidRPr="003E3418">
        <w:rPr>
          <w:rFonts w:ascii="Sakkal Majalla" w:hAnsi="Sakkal Majalla" w:cs="Sakkal Majalla"/>
          <w:sz w:val="24"/>
          <w:szCs w:val="24"/>
          <w:rtl/>
        </w:rPr>
        <w:t>التدهور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عمق</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حتى</w:t>
      </w:r>
      <w:r w:rsidRPr="003E3418">
        <w:rPr>
          <w:rFonts w:ascii="Sakkal Majalla" w:hAnsi="Sakkal Majalla" w:cs="Sakkal Majalla"/>
          <w:sz w:val="24"/>
        </w:rPr>
        <w:t xml:space="preserve"> </w:t>
      </w:r>
      <w:r w:rsidRPr="003E3418">
        <w:rPr>
          <w:rFonts w:ascii="Sakkal Majalla" w:hAnsi="Sakkal Majalla" w:cs="Sakkal Majalla"/>
          <w:sz w:val="24"/>
          <w:szCs w:val="24"/>
          <w:rtl/>
        </w:rPr>
        <w:t>حين</w:t>
      </w:r>
      <w:r w:rsidRPr="003E3418">
        <w:rPr>
          <w:rFonts w:ascii="Sakkal Majalla" w:hAnsi="Sakkal Majalla" w:cs="Sakkal Majalla"/>
          <w:sz w:val="24"/>
        </w:rPr>
        <w:t xml:space="preserve"> </w:t>
      </w:r>
      <w:r w:rsidRPr="003E3418">
        <w:rPr>
          <w:rFonts w:ascii="Sakkal Majalla" w:hAnsi="Sakkal Majalla" w:cs="Sakkal Majalla"/>
          <w:sz w:val="24"/>
          <w:szCs w:val="24"/>
          <w:rtl/>
        </w:rPr>
        <w:t>تظل</w:t>
      </w:r>
      <w:r w:rsidRPr="003E3418">
        <w:rPr>
          <w:rFonts w:ascii="Sakkal Majalla" w:hAnsi="Sakkal Majalla" w:cs="Sakkal Majalla"/>
          <w:sz w:val="24"/>
        </w:rPr>
        <w:t xml:space="preserve"> </w:t>
      </w:r>
      <w:r w:rsidRPr="003E3418">
        <w:rPr>
          <w:rFonts w:ascii="Sakkal Majalla" w:hAnsi="Sakkal Majalla" w:cs="Sakkal Majalla"/>
          <w:sz w:val="24"/>
          <w:szCs w:val="24"/>
          <w:rtl/>
        </w:rPr>
        <w:t>نسبة</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الفقراء</w:t>
      </w:r>
      <w:r w:rsidRPr="003E3418">
        <w:rPr>
          <w:rFonts w:ascii="Sakkal Majalla" w:hAnsi="Sakkal Majalla" w:cs="Sakkal Majalla"/>
          <w:sz w:val="24"/>
        </w:rPr>
        <w:t xml:space="preserve"> </w:t>
      </w:r>
      <w:r w:rsidRPr="003E3418">
        <w:rPr>
          <w:rFonts w:ascii="Sakkal Majalla" w:hAnsi="Sakkal Majalla" w:cs="Sakkal Majalla"/>
          <w:sz w:val="24"/>
          <w:szCs w:val="24"/>
          <w:rtl/>
        </w:rPr>
        <w:t>ثابتة</w:t>
      </w:r>
      <w:r w:rsidRPr="003E3418">
        <w:rPr>
          <w:rFonts w:ascii="Sakkal Majalla" w:hAnsi="Sakkal Majalla" w:cs="Sakkal Majalla"/>
          <w:sz w:val="24"/>
        </w:rPr>
        <w:t>.</w:t>
      </w:r>
    </w:p>
    <w:p w14:paraId="5376E594"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مؤشر</w:t>
      </w:r>
      <w:r w:rsidRPr="003E3418">
        <w:rPr>
          <w:rFonts w:ascii="Sakkal Majalla" w:hAnsi="Sakkal Majalla" w:cs="Sakkal Majalla"/>
          <w:sz w:val="24"/>
        </w:rPr>
        <w:t xml:space="preserve"> </w:t>
      </w:r>
      <w:r w:rsidRPr="003E3418">
        <w:rPr>
          <w:rFonts w:ascii="Sakkal Majalla" w:hAnsi="Sakkal Majalla" w:cs="Sakkal Majalla"/>
          <w:sz w:val="24"/>
          <w:szCs w:val="24"/>
          <w:rtl/>
        </w:rPr>
        <w:t>التنمية</w:t>
      </w:r>
      <w:r w:rsidRPr="003E3418">
        <w:rPr>
          <w:rFonts w:ascii="Sakkal Majalla" w:hAnsi="Sakkal Majalla" w:cs="Sakkal Majalla"/>
          <w:sz w:val="24"/>
        </w:rPr>
        <w:t xml:space="preserve"> </w:t>
      </w:r>
      <w:r w:rsidRPr="003E3418">
        <w:rPr>
          <w:rFonts w:ascii="Sakkal Majalla" w:hAnsi="Sakkal Majalla" w:cs="Sakkal Majalla"/>
          <w:sz w:val="24"/>
          <w:szCs w:val="24"/>
          <w:rtl/>
        </w:rPr>
        <w:t>البشرية</w:t>
      </w:r>
      <w:r w:rsidRPr="003E3418">
        <w:rPr>
          <w:rFonts w:ascii="Sakkal Majalla" w:hAnsi="Sakkal Majalla" w:cs="Sakkal Majalla"/>
          <w:sz w:val="24"/>
        </w:rPr>
        <w:t xml:space="preserve"> HDI: </w:t>
      </w:r>
      <w:r w:rsidRPr="003E3418">
        <w:rPr>
          <w:rFonts w:ascii="Sakkal Majalla" w:hAnsi="Sakkal Majalla" w:cs="Sakkal Majalla"/>
          <w:sz w:val="24"/>
          <w:szCs w:val="24"/>
          <w:rtl/>
        </w:rPr>
        <w:t>يُمثّل</w:t>
      </w:r>
      <w:r w:rsidRPr="003E3418">
        <w:rPr>
          <w:rFonts w:ascii="Sakkal Majalla" w:hAnsi="Sakkal Majalla" w:cs="Sakkal Majalla"/>
          <w:sz w:val="24"/>
        </w:rPr>
        <w:t xml:space="preserve"> </w:t>
      </w:r>
      <w:r w:rsidRPr="003E3418">
        <w:rPr>
          <w:rFonts w:ascii="Sakkal Majalla" w:hAnsi="Sakkal Majalla" w:cs="Sakkal Majalla"/>
          <w:sz w:val="24"/>
          <w:szCs w:val="24"/>
          <w:rtl/>
        </w:rPr>
        <w:t>النقلة</w:t>
      </w:r>
      <w:r w:rsidRPr="003E3418">
        <w:rPr>
          <w:rFonts w:ascii="Sakkal Majalla" w:hAnsi="Sakkal Majalla" w:cs="Sakkal Majalla"/>
          <w:sz w:val="24"/>
        </w:rPr>
        <w:t xml:space="preserve"> </w:t>
      </w:r>
      <w:r w:rsidRPr="003E3418">
        <w:rPr>
          <w:rFonts w:ascii="Sakkal Majalla" w:hAnsi="Sakkal Majalla" w:cs="Sakkal Majalla"/>
          <w:sz w:val="24"/>
          <w:szCs w:val="24"/>
          <w:rtl/>
        </w:rPr>
        <w:t>الأشمل</w:t>
      </w:r>
      <w:r w:rsidRPr="003E3418">
        <w:rPr>
          <w:rFonts w:ascii="Sakkal Majalla" w:hAnsi="Sakkal Majalla" w:cs="Sakkal Majalla"/>
          <w:sz w:val="24"/>
        </w:rPr>
        <w:t xml:space="preserve"> </w:t>
      </w:r>
      <w:r w:rsidRPr="003E3418">
        <w:rPr>
          <w:rFonts w:ascii="Sakkal Majalla" w:hAnsi="Sakkal Majalla" w:cs="Sakkal Majalla"/>
          <w:sz w:val="24"/>
          <w:szCs w:val="24"/>
          <w:rtl/>
        </w:rPr>
        <w:t>والأكثر</w:t>
      </w:r>
      <w:r w:rsidRPr="003E3418">
        <w:rPr>
          <w:rFonts w:ascii="Sakkal Majalla" w:hAnsi="Sakkal Majalla" w:cs="Sakkal Majalla"/>
          <w:sz w:val="24"/>
        </w:rPr>
        <w:t xml:space="preserve"> </w:t>
      </w:r>
      <w:r w:rsidRPr="003E3418">
        <w:rPr>
          <w:rFonts w:ascii="Sakkal Majalla" w:hAnsi="Sakkal Majalla" w:cs="Sakkal Majalla"/>
          <w:sz w:val="24"/>
          <w:szCs w:val="24"/>
          <w:rtl/>
        </w:rPr>
        <w:t>ثراءً</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قياس</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إذ</w:t>
      </w:r>
      <w:r w:rsidRPr="003E3418">
        <w:rPr>
          <w:rFonts w:ascii="Sakkal Majalla" w:hAnsi="Sakkal Majalla" w:cs="Sakkal Majalla"/>
          <w:sz w:val="24"/>
        </w:rPr>
        <w:t xml:space="preserve"> </w:t>
      </w:r>
      <w:r w:rsidRPr="003E3418">
        <w:rPr>
          <w:rFonts w:ascii="Sakkal Majalla" w:hAnsi="Sakkal Majalla" w:cs="Sakkal Majalla"/>
          <w:sz w:val="24"/>
          <w:szCs w:val="24"/>
          <w:rtl/>
        </w:rPr>
        <w:t>يجمع</w:t>
      </w:r>
      <w:r w:rsidRPr="003E3418">
        <w:rPr>
          <w:rFonts w:ascii="Sakkal Majalla" w:hAnsi="Sakkal Majalla" w:cs="Sakkal Majalla"/>
          <w:sz w:val="24"/>
        </w:rPr>
        <w:t xml:space="preserve"> </w:t>
      </w:r>
      <w:r w:rsidRPr="003E3418">
        <w:rPr>
          <w:rFonts w:ascii="Sakkal Majalla" w:hAnsi="Sakkal Majalla" w:cs="Sakkal Majalla"/>
          <w:sz w:val="24"/>
          <w:szCs w:val="24"/>
          <w:rtl/>
        </w:rPr>
        <w:t>الصحة</w:t>
      </w:r>
      <w:r w:rsidRPr="003E3418">
        <w:rPr>
          <w:rFonts w:ascii="Sakkal Majalla" w:hAnsi="Sakkal Majalla" w:cs="Sakkal Majalla"/>
          <w:sz w:val="24"/>
        </w:rPr>
        <w:t xml:space="preserve"> (</w:t>
      </w:r>
      <w:r w:rsidRPr="003E3418">
        <w:rPr>
          <w:rFonts w:ascii="Sakkal Majalla" w:hAnsi="Sakkal Majalla" w:cs="Sakkal Majalla"/>
          <w:sz w:val="24"/>
          <w:szCs w:val="24"/>
          <w:rtl/>
        </w:rPr>
        <w:t>أمد</w:t>
      </w:r>
      <w:r w:rsidRPr="003E3418">
        <w:rPr>
          <w:rFonts w:ascii="Sakkal Majalla" w:hAnsi="Sakkal Majalla" w:cs="Sakkal Majalla"/>
          <w:sz w:val="24"/>
        </w:rPr>
        <w:t xml:space="preserve"> </w:t>
      </w:r>
      <w:r w:rsidRPr="003E3418">
        <w:rPr>
          <w:rFonts w:ascii="Sakkal Majalla" w:hAnsi="Sakkal Majalla" w:cs="Sakkal Majalla"/>
          <w:sz w:val="24"/>
          <w:szCs w:val="24"/>
          <w:rtl/>
        </w:rPr>
        <w:t>الحياة</w:t>
      </w:r>
      <w:r w:rsidRPr="003E3418">
        <w:rPr>
          <w:rFonts w:ascii="Sakkal Majalla" w:hAnsi="Sakkal Majalla" w:cs="Sakkal Majalla"/>
          <w:sz w:val="24"/>
        </w:rPr>
        <w:t>)</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والتعليم</w:t>
      </w:r>
      <w:r w:rsidRPr="003E3418">
        <w:rPr>
          <w:rFonts w:ascii="Sakkal Majalla" w:hAnsi="Sakkal Majalla" w:cs="Sakkal Majalla"/>
          <w:sz w:val="24"/>
        </w:rPr>
        <w:t xml:space="preserve"> (</w:t>
      </w:r>
      <w:r w:rsidRPr="003E3418">
        <w:rPr>
          <w:rFonts w:ascii="Sakkal Majalla" w:hAnsi="Sakkal Majalla" w:cs="Sakkal Majalla"/>
          <w:sz w:val="24"/>
          <w:szCs w:val="24"/>
          <w:rtl/>
        </w:rPr>
        <w:t>سنوات</w:t>
      </w:r>
      <w:r w:rsidRPr="003E3418">
        <w:rPr>
          <w:rFonts w:ascii="Sakkal Majalla" w:hAnsi="Sakkal Majalla" w:cs="Sakkal Majalla"/>
          <w:sz w:val="24"/>
        </w:rPr>
        <w:t xml:space="preserve"> </w:t>
      </w:r>
      <w:r w:rsidRPr="003E3418">
        <w:rPr>
          <w:rFonts w:ascii="Sakkal Majalla" w:hAnsi="Sakkal Majalla" w:cs="Sakkal Majalla"/>
          <w:sz w:val="24"/>
          <w:szCs w:val="24"/>
          <w:rtl/>
        </w:rPr>
        <w:t>التعليم</w:t>
      </w:r>
      <w:r w:rsidRPr="003E3418">
        <w:rPr>
          <w:rFonts w:ascii="Sakkal Majalla" w:hAnsi="Sakkal Majalla" w:cs="Sakkal Majalla"/>
          <w:sz w:val="24"/>
        </w:rPr>
        <w:t xml:space="preserve"> </w:t>
      </w:r>
      <w:r w:rsidRPr="003E3418">
        <w:rPr>
          <w:rFonts w:ascii="Sakkal Majalla" w:hAnsi="Sakkal Majalla" w:cs="Sakkal Majalla"/>
          <w:sz w:val="24"/>
          <w:szCs w:val="24"/>
          <w:rtl/>
        </w:rPr>
        <w:t>المتوقعة</w:t>
      </w:r>
      <w:r w:rsidRPr="003E3418">
        <w:rPr>
          <w:rFonts w:ascii="Sakkal Majalla" w:hAnsi="Sakkal Majalla" w:cs="Sakkal Majalla"/>
          <w:sz w:val="24"/>
        </w:rPr>
        <w:t xml:space="preserve"> </w:t>
      </w:r>
      <w:r w:rsidRPr="003E3418">
        <w:rPr>
          <w:rFonts w:ascii="Sakkal Majalla" w:hAnsi="Sakkal Majalla" w:cs="Sakkal Majalla"/>
          <w:sz w:val="24"/>
          <w:szCs w:val="24"/>
          <w:rtl/>
        </w:rPr>
        <w:t>والفعلية</w:t>
      </w:r>
      <w:r w:rsidRPr="003E3418">
        <w:rPr>
          <w:rFonts w:ascii="Sakkal Majalla" w:hAnsi="Sakkal Majalla" w:cs="Sakkal Majalla"/>
          <w:sz w:val="24"/>
        </w:rPr>
        <w:t>)</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والمستوى</w:t>
      </w:r>
      <w:r w:rsidRPr="003E3418">
        <w:rPr>
          <w:rFonts w:ascii="Sakkal Majalla" w:hAnsi="Sakkal Majalla" w:cs="Sakkal Majalla"/>
          <w:sz w:val="24"/>
        </w:rPr>
        <w:t xml:space="preserve"> </w:t>
      </w:r>
      <w:r w:rsidRPr="003E3418">
        <w:rPr>
          <w:rFonts w:ascii="Sakkal Majalla" w:hAnsi="Sakkal Majalla" w:cs="Sakkal Majalla"/>
          <w:sz w:val="24"/>
          <w:szCs w:val="24"/>
          <w:rtl/>
        </w:rPr>
        <w:t>المعيشي</w:t>
      </w:r>
      <w:r w:rsidRPr="003E3418">
        <w:rPr>
          <w:rFonts w:ascii="Sakkal Majalla" w:hAnsi="Sakkal Majalla" w:cs="Sakkal Majalla"/>
          <w:sz w:val="24"/>
        </w:rPr>
        <w:t xml:space="preserve"> (</w:t>
      </w:r>
      <w:r w:rsidRPr="003E3418">
        <w:rPr>
          <w:rFonts w:ascii="Sakkal Majalla" w:hAnsi="Sakkal Majalla" w:cs="Sakkal Majalla"/>
          <w:sz w:val="24"/>
          <w:szCs w:val="24"/>
          <w:rtl/>
        </w:rPr>
        <w:t>الدخل</w:t>
      </w:r>
      <w:r w:rsidRPr="003E3418">
        <w:rPr>
          <w:rFonts w:ascii="Sakkal Majalla" w:hAnsi="Sakkal Majalla" w:cs="Sakkal Majalla"/>
          <w:sz w:val="24"/>
        </w:rPr>
        <w:t xml:space="preserve"> </w:t>
      </w:r>
      <w:r w:rsidRPr="003E3418">
        <w:rPr>
          <w:rFonts w:ascii="Sakkal Majalla" w:hAnsi="Sakkal Majalla" w:cs="Sakkal Majalla"/>
          <w:sz w:val="24"/>
          <w:szCs w:val="24"/>
          <w:rtl/>
        </w:rPr>
        <w:t>بتعادل</w:t>
      </w:r>
      <w:r w:rsidRPr="003E3418">
        <w:rPr>
          <w:rFonts w:ascii="Sakkal Majalla" w:hAnsi="Sakkal Majalla" w:cs="Sakkal Majalla"/>
          <w:sz w:val="24"/>
        </w:rPr>
        <w:t xml:space="preserve"> </w:t>
      </w:r>
      <w:r w:rsidRPr="003E3418">
        <w:rPr>
          <w:rFonts w:ascii="Sakkal Majalla" w:hAnsi="Sakkal Majalla" w:cs="Sakkal Majalla"/>
          <w:sz w:val="24"/>
          <w:szCs w:val="24"/>
          <w:rtl/>
        </w:rPr>
        <w:t>القوة</w:t>
      </w:r>
      <w:r w:rsidRPr="003E3418">
        <w:rPr>
          <w:rFonts w:ascii="Sakkal Majalla" w:hAnsi="Sakkal Majalla" w:cs="Sakkal Majalla"/>
          <w:sz w:val="24"/>
        </w:rPr>
        <w:t xml:space="preserve"> </w:t>
      </w:r>
      <w:r w:rsidRPr="003E3418">
        <w:rPr>
          <w:rFonts w:ascii="Sakkal Majalla" w:hAnsi="Sakkal Majalla" w:cs="Sakkal Majalla"/>
          <w:sz w:val="24"/>
          <w:szCs w:val="24"/>
          <w:rtl/>
        </w:rPr>
        <w:t>الشرائية</w:t>
      </w:r>
      <w:r w:rsidRPr="003E3418">
        <w:rPr>
          <w:rFonts w:ascii="Sakkal Majalla" w:hAnsi="Sakkal Majalla" w:cs="Sakkal Majalla"/>
          <w:sz w:val="24"/>
        </w:rPr>
        <w:t xml:space="preserve">). </w:t>
      </w:r>
      <w:r w:rsidRPr="003E3418">
        <w:rPr>
          <w:rFonts w:ascii="Sakkal Majalla" w:hAnsi="Sakkal Majalla" w:cs="Sakkal Majalla"/>
          <w:sz w:val="24"/>
          <w:szCs w:val="24"/>
          <w:rtl/>
        </w:rPr>
        <w:t>صادر</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UNDP (2023).</w:t>
      </w:r>
    </w:p>
    <w:p w14:paraId="1352322A" w14:textId="77777777" w:rsidR="003E3418" w:rsidRPr="003E3418" w:rsidRDefault="003E3418" w:rsidP="003E3418">
      <w:pPr>
        <w:pBdr>
          <w:bottom w:val="single" w:sz="4" w:space="4" w:color="DDDDDD"/>
        </w:pBdr>
        <w:spacing w:before="120" w:after="120"/>
        <w:rPr>
          <w:rFonts w:ascii="Sakkal Majalla" w:hAnsi="Sakkal Majalla" w:cs="Sakkal Majalla"/>
        </w:rPr>
      </w:pPr>
    </w:p>
    <w:p w14:paraId="535B2F1A" w14:textId="77777777" w:rsidR="003E3418" w:rsidRPr="003E3418" w:rsidRDefault="003E3418" w:rsidP="003E3418">
      <w:pPr>
        <w:pBdr>
          <w:bottom w:val="single" w:sz="6" w:space="4" w:color="1A3A6B"/>
        </w:pBdr>
        <w:bidi/>
        <w:spacing w:before="360" w:line="360" w:lineRule="exact"/>
        <w:rPr>
          <w:rFonts w:ascii="Sakkal Majalla" w:hAnsi="Sakkal Majalla" w:cs="Sakkal Majalla"/>
        </w:rPr>
      </w:pPr>
      <w:r w:rsidRPr="003E3418">
        <w:rPr>
          <w:rFonts w:ascii="Sakkal Majalla" w:hAnsi="Sakkal Majalla" w:cs="Sakkal Majalla"/>
          <w:b/>
          <w:sz w:val="30"/>
        </w:rPr>
        <w:t xml:space="preserve">2.4 </w:t>
      </w:r>
      <w:r w:rsidRPr="003E3418">
        <w:rPr>
          <w:rFonts w:ascii="Sakkal Majalla" w:hAnsi="Sakkal Majalla" w:cs="Sakkal Majalla"/>
          <w:b/>
          <w:bCs/>
          <w:sz w:val="30"/>
          <w:szCs w:val="30"/>
          <w:rtl/>
        </w:rPr>
        <w:t>الدراسات</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السابقة</w:t>
      </w:r>
    </w:p>
    <w:p w14:paraId="6C2ADAF9"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تنتظم</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السابقة</w:t>
      </w:r>
      <w:r w:rsidRPr="003E3418">
        <w:rPr>
          <w:rFonts w:ascii="Sakkal Majalla" w:hAnsi="Sakkal Majalla" w:cs="Sakkal Majalla"/>
          <w:sz w:val="24"/>
        </w:rPr>
        <w:t xml:space="preserve"> </w:t>
      </w:r>
      <w:r w:rsidRPr="003E3418">
        <w:rPr>
          <w:rFonts w:ascii="Sakkal Majalla" w:hAnsi="Sakkal Majalla" w:cs="Sakkal Majalla"/>
          <w:sz w:val="24"/>
          <w:szCs w:val="24"/>
          <w:rtl/>
        </w:rPr>
        <w:t>وفق</w:t>
      </w:r>
      <w:r w:rsidRPr="003E3418">
        <w:rPr>
          <w:rFonts w:ascii="Sakkal Majalla" w:hAnsi="Sakkal Majalla" w:cs="Sakkal Majalla"/>
          <w:sz w:val="24"/>
        </w:rPr>
        <w:t xml:space="preserve"> </w:t>
      </w:r>
      <w:r w:rsidRPr="003E3418">
        <w:rPr>
          <w:rFonts w:ascii="Sakkal Majalla" w:hAnsi="Sakkal Majalla" w:cs="Sakkal Majalla"/>
          <w:sz w:val="24"/>
          <w:szCs w:val="24"/>
          <w:rtl/>
        </w:rPr>
        <w:t>ثلاثة</w:t>
      </w:r>
      <w:r w:rsidRPr="003E3418">
        <w:rPr>
          <w:rFonts w:ascii="Sakkal Majalla" w:hAnsi="Sakkal Majalla" w:cs="Sakkal Majalla"/>
          <w:sz w:val="24"/>
        </w:rPr>
        <w:t xml:space="preserve"> </w:t>
      </w:r>
      <w:r w:rsidRPr="003E3418">
        <w:rPr>
          <w:rFonts w:ascii="Sakkal Majalla" w:hAnsi="Sakkal Majalla" w:cs="Sakkal Majalla"/>
          <w:sz w:val="24"/>
          <w:szCs w:val="24"/>
          <w:rtl/>
        </w:rPr>
        <w:t>محاور</w:t>
      </w:r>
      <w:r w:rsidRPr="003E3418">
        <w:rPr>
          <w:rFonts w:ascii="Sakkal Majalla" w:hAnsi="Sakkal Majalla" w:cs="Sakkal Majalla"/>
          <w:sz w:val="24"/>
        </w:rPr>
        <w:t xml:space="preserve"> </w:t>
      </w:r>
      <w:r w:rsidRPr="003E3418">
        <w:rPr>
          <w:rFonts w:ascii="Sakkal Majalla" w:hAnsi="Sakkal Majalla" w:cs="Sakkal Majalla"/>
          <w:sz w:val="24"/>
          <w:szCs w:val="24"/>
          <w:rtl/>
        </w:rPr>
        <w:t>موضوعية</w:t>
      </w:r>
      <w:r w:rsidRPr="003E3418">
        <w:rPr>
          <w:rFonts w:ascii="Sakkal Majalla" w:hAnsi="Sakkal Majalla" w:cs="Sakkal Majalla"/>
          <w:sz w:val="24"/>
        </w:rPr>
        <w:t xml:space="preserve"> </w:t>
      </w:r>
      <w:r w:rsidRPr="003E3418">
        <w:rPr>
          <w:rFonts w:ascii="Sakkal Majalla" w:hAnsi="Sakkal Majalla" w:cs="Sakkal Majalla"/>
          <w:sz w:val="24"/>
          <w:szCs w:val="24"/>
          <w:rtl/>
        </w:rPr>
        <w:t>تتتبع</w:t>
      </w:r>
      <w:r w:rsidRPr="003E3418">
        <w:rPr>
          <w:rFonts w:ascii="Sakkal Majalla" w:hAnsi="Sakkal Majalla" w:cs="Sakkal Majalla"/>
          <w:sz w:val="24"/>
        </w:rPr>
        <w:t xml:space="preserve"> </w:t>
      </w:r>
      <w:r w:rsidRPr="003E3418">
        <w:rPr>
          <w:rFonts w:ascii="Sakkal Majalla" w:hAnsi="Sakkal Majalla" w:cs="Sakkal Majalla"/>
          <w:sz w:val="24"/>
          <w:szCs w:val="24"/>
          <w:rtl/>
        </w:rPr>
        <w:t>موجات</w:t>
      </w:r>
      <w:r w:rsidRPr="003E3418">
        <w:rPr>
          <w:rFonts w:ascii="Sakkal Majalla" w:hAnsi="Sakkal Majalla" w:cs="Sakkal Majalla"/>
          <w:sz w:val="24"/>
        </w:rPr>
        <w:t xml:space="preserve"> </w:t>
      </w:r>
      <w:r w:rsidRPr="003E3418">
        <w:rPr>
          <w:rFonts w:ascii="Sakkal Majalla" w:hAnsi="Sakkal Majalla" w:cs="Sakkal Majalla"/>
          <w:sz w:val="24"/>
          <w:szCs w:val="24"/>
          <w:rtl/>
        </w:rPr>
        <w:t>النضج</w:t>
      </w:r>
      <w:r w:rsidRPr="003E3418">
        <w:rPr>
          <w:rFonts w:ascii="Sakkal Majalla" w:hAnsi="Sakkal Majalla" w:cs="Sakkal Majalla"/>
          <w:sz w:val="24"/>
        </w:rPr>
        <w:t xml:space="preserve"> </w:t>
      </w:r>
      <w:r w:rsidRPr="003E3418">
        <w:rPr>
          <w:rFonts w:ascii="Sakkal Majalla" w:hAnsi="Sakkal Majalla" w:cs="Sakkal Majalla"/>
          <w:sz w:val="24"/>
          <w:szCs w:val="24"/>
          <w:rtl/>
        </w:rPr>
        <w:t>المعرفي</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الحقل</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البحثي</w:t>
      </w:r>
      <w:r w:rsidRPr="003E3418">
        <w:rPr>
          <w:rFonts w:ascii="Sakkal Majalla" w:hAnsi="Sakkal Majalla" w:cs="Sakkal Majalla"/>
          <w:sz w:val="24"/>
        </w:rPr>
        <w:t>:</w:t>
      </w:r>
    </w:p>
    <w:p w14:paraId="431F7D31"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المحور</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الأول</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الفساد</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وأثره</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على</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النمو</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الاقتصادي</w:t>
      </w:r>
    </w:p>
    <w:p w14:paraId="2A1288A9" w14:textId="77777777" w:rsidR="003E3418" w:rsidRPr="003E3418" w:rsidRDefault="003E3418" w:rsidP="003E3418">
      <w:pPr>
        <w:bidi/>
        <w:spacing w:before="160" w:after="60" w:line="320" w:lineRule="exact"/>
        <w:rPr>
          <w:rFonts w:ascii="Sakkal Majalla" w:hAnsi="Sakkal Majalla" w:cs="Sakkal Majalla"/>
        </w:rPr>
      </w:pPr>
      <w:r w:rsidRPr="003E3418">
        <w:rPr>
          <w:rFonts w:ascii="Sakkal Majalla" w:hAnsi="Sakkal Majalla" w:cs="Sakkal Majalla"/>
          <w:b/>
          <w:sz w:val="24"/>
        </w:rPr>
        <w:t xml:space="preserve">1. Mauro (1995) — </w:t>
      </w:r>
      <w:r w:rsidRPr="003E3418">
        <w:rPr>
          <w:rFonts w:ascii="Sakkal Majalla" w:hAnsi="Sakkal Majalla" w:cs="Sakkal Majalla"/>
          <w:b/>
          <w:bCs/>
          <w:sz w:val="24"/>
          <w:szCs w:val="24"/>
          <w:rtl/>
        </w:rPr>
        <w:t>الدراسة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المؤسِّسة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للحقل</w:t>
      </w:r>
    </w:p>
    <w:p w14:paraId="2411764A"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المرجع</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الكامل</w:t>
      </w:r>
      <w:r w:rsidRPr="003E3418">
        <w:rPr>
          <w:rFonts w:ascii="Sakkal Majalla" w:hAnsi="Sakkal Majalla" w:cs="Sakkal Majalla"/>
          <w:b/>
          <w:sz w:val="24"/>
        </w:rPr>
        <w:t xml:space="preserve">: </w:t>
      </w:r>
      <w:r w:rsidRPr="003E3418">
        <w:rPr>
          <w:rFonts w:ascii="Sakkal Majalla" w:hAnsi="Sakkal Majalla" w:cs="Sakkal Majalla"/>
          <w:sz w:val="24"/>
        </w:rPr>
        <w:t>Mauro, P. (1995). Corruption and growth. Quarterly Journal of Economics, 110(3), 681–712. https://doi.org/10.2307/2946696</w:t>
      </w:r>
    </w:p>
    <w:p w14:paraId="4CF3C5E1"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lastRenderedPageBreak/>
        <w:t>هدف</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الدراسة</w:t>
      </w:r>
      <w:r w:rsidRPr="003E3418">
        <w:rPr>
          <w:rFonts w:ascii="Sakkal Majalla" w:hAnsi="Sakkal Majalla" w:cs="Sakkal Majalla"/>
          <w:b/>
          <w:sz w:val="24"/>
        </w:rPr>
        <w:t xml:space="preserve">: </w:t>
      </w:r>
      <w:r w:rsidRPr="003E3418">
        <w:rPr>
          <w:rFonts w:ascii="Sakkal Majalla" w:hAnsi="Sakkal Majalla" w:cs="Sakkal Majalla"/>
          <w:sz w:val="24"/>
          <w:szCs w:val="24"/>
          <w:rtl/>
        </w:rPr>
        <w:t>إثبات</w:t>
      </w:r>
      <w:r w:rsidRPr="003E3418">
        <w:rPr>
          <w:rFonts w:ascii="Sakkal Majalla" w:hAnsi="Sakkal Majalla" w:cs="Sakkal Majalla"/>
          <w:sz w:val="24"/>
        </w:rPr>
        <w:t xml:space="preserve"> </w:t>
      </w:r>
      <w:r w:rsidRPr="003E3418">
        <w:rPr>
          <w:rFonts w:ascii="Sakkal Majalla" w:hAnsi="Sakkal Majalla" w:cs="Sakkal Majalla"/>
          <w:sz w:val="24"/>
          <w:szCs w:val="24"/>
          <w:rtl/>
        </w:rPr>
        <w:t>وجود</w:t>
      </w:r>
      <w:r w:rsidRPr="003E3418">
        <w:rPr>
          <w:rFonts w:ascii="Sakkal Majalla" w:hAnsi="Sakkal Majalla" w:cs="Sakkal Majalla"/>
          <w:sz w:val="24"/>
        </w:rPr>
        <w:t xml:space="preserve"> </w:t>
      </w:r>
      <w:r w:rsidRPr="003E3418">
        <w:rPr>
          <w:rFonts w:ascii="Sakkal Majalla" w:hAnsi="Sakkal Majalla" w:cs="Sakkal Majalla"/>
          <w:sz w:val="24"/>
          <w:szCs w:val="24"/>
          <w:rtl/>
        </w:rPr>
        <w:t>علاقة</w:t>
      </w:r>
      <w:r w:rsidRPr="003E3418">
        <w:rPr>
          <w:rFonts w:ascii="Sakkal Majalla" w:hAnsi="Sakkal Majalla" w:cs="Sakkal Majalla"/>
          <w:sz w:val="24"/>
        </w:rPr>
        <w:t xml:space="preserve"> </w:t>
      </w:r>
      <w:r w:rsidRPr="003E3418">
        <w:rPr>
          <w:rFonts w:ascii="Sakkal Majalla" w:hAnsi="Sakkal Majalla" w:cs="Sakkal Majalla"/>
          <w:sz w:val="24"/>
          <w:szCs w:val="24"/>
          <w:rtl/>
        </w:rPr>
        <w:t>سلبية</w:t>
      </w:r>
      <w:r w:rsidRPr="003E3418">
        <w:rPr>
          <w:rFonts w:ascii="Sakkal Majalla" w:hAnsi="Sakkal Majalla" w:cs="Sakkal Majalla"/>
          <w:sz w:val="24"/>
        </w:rPr>
        <w:t xml:space="preserve"> </w:t>
      </w:r>
      <w:r w:rsidRPr="003E3418">
        <w:rPr>
          <w:rFonts w:ascii="Sakkal Majalla" w:hAnsi="Sakkal Majalla" w:cs="Sakkal Majalla"/>
          <w:sz w:val="24"/>
          <w:szCs w:val="24"/>
          <w:rtl/>
        </w:rPr>
        <w:t>ودالة</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والبيروقراطية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جهة،</w:t>
      </w:r>
      <w:r w:rsidRPr="003E3418">
        <w:rPr>
          <w:rFonts w:ascii="Sakkal Majalla" w:hAnsi="Sakkal Majalla" w:cs="Sakkal Majalla"/>
          <w:sz w:val="24"/>
        </w:rPr>
        <w:t xml:space="preserve"> </w:t>
      </w:r>
      <w:r w:rsidRPr="003E3418">
        <w:rPr>
          <w:rFonts w:ascii="Sakkal Majalla" w:hAnsi="Sakkal Majalla" w:cs="Sakkal Majalla"/>
          <w:sz w:val="24"/>
          <w:szCs w:val="24"/>
          <w:rtl/>
        </w:rPr>
        <w:t>ومعدل</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والنمو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جهة</w:t>
      </w:r>
      <w:r w:rsidRPr="003E3418">
        <w:rPr>
          <w:rFonts w:ascii="Sakkal Majalla" w:hAnsi="Sakkal Majalla" w:cs="Sakkal Majalla"/>
          <w:sz w:val="24"/>
        </w:rPr>
        <w:t xml:space="preserve"> </w:t>
      </w:r>
      <w:r w:rsidRPr="003E3418">
        <w:rPr>
          <w:rFonts w:ascii="Sakkal Majalla" w:hAnsi="Sakkal Majalla" w:cs="Sakkal Majalla"/>
          <w:sz w:val="24"/>
          <w:szCs w:val="24"/>
          <w:rtl/>
        </w:rPr>
        <w:t>أخرى،</w:t>
      </w:r>
      <w:r w:rsidRPr="003E3418">
        <w:rPr>
          <w:rFonts w:ascii="Sakkal Majalla" w:hAnsi="Sakkal Majalla" w:cs="Sakkal Majalla"/>
          <w:sz w:val="24"/>
        </w:rPr>
        <w:t xml:space="preserve"> </w:t>
      </w:r>
      <w:r w:rsidRPr="003E3418">
        <w:rPr>
          <w:rFonts w:ascii="Sakkal Majalla" w:hAnsi="Sakkal Majalla" w:cs="Sakkal Majalla"/>
          <w:sz w:val="24"/>
          <w:szCs w:val="24"/>
          <w:rtl/>
        </w:rPr>
        <w:t>باستخدام</w:t>
      </w:r>
      <w:r w:rsidRPr="003E3418">
        <w:rPr>
          <w:rFonts w:ascii="Sakkal Majalla" w:hAnsi="Sakkal Majalla" w:cs="Sakkal Majalla"/>
          <w:sz w:val="24"/>
        </w:rPr>
        <w:t xml:space="preserve"> </w:t>
      </w:r>
      <w:r w:rsidRPr="003E3418">
        <w:rPr>
          <w:rFonts w:ascii="Sakkal Majalla" w:hAnsi="Sakkal Majalla" w:cs="Sakkal Majalla"/>
          <w:sz w:val="24"/>
          <w:szCs w:val="24"/>
          <w:rtl/>
        </w:rPr>
        <w:t>أول</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قياسي</w:t>
      </w:r>
      <w:r w:rsidRPr="003E3418">
        <w:rPr>
          <w:rFonts w:ascii="Sakkal Majalla" w:hAnsi="Sakkal Majalla" w:cs="Sakkal Majalla"/>
          <w:sz w:val="24"/>
        </w:rPr>
        <w:t xml:space="preserve"> </w:t>
      </w:r>
      <w:r w:rsidRPr="003E3418">
        <w:rPr>
          <w:rFonts w:ascii="Sakkal Majalla" w:hAnsi="Sakkal Majalla" w:cs="Sakkal Majalla"/>
          <w:sz w:val="24"/>
          <w:szCs w:val="24"/>
          <w:rtl/>
        </w:rPr>
        <w:t>صارم</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الحقل</w:t>
      </w:r>
      <w:r w:rsidRPr="003E3418">
        <w:rPr>
          <w:rFonts w:ascii="Sakkal Majalla" w:hAnsi="Sakkal Majalla" w:cs="Sakkal Majalla"/>
          <w:sz w:val="24"/>
        </w:rPr>
        <w:t>.</w:t>
      </w:r>
    </w:p>
    <w:p w14:paraId="3EFB3024"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المنهجية</w:t>
      </w:r>
      <w:r w:rsidRPr="003E3418">
        <w:rPr>
          <w:rFonts w:ascii="Sakkal Majalla" w:hAnsi="Sakkal Majalla" w:cs="Sakkal Majalla"/>
          <w:b/>
          <w:sz w:val="24"/>
        </w:rPr>
        <w:t xml:space="preserve">: </w:t>
      </w:r>
      <w:r w:rsidRPr="003E3418">
        <w:rPr>
          <w:rFonts w:ascii="Sakkal Majalla" w:hAnsi="Sakkal Majalla" w:cs="Sakkal Majalla"/>
          <w:sz w:val="24"/>
          <w:szCs w:val="24"/>
          <w:rtl/>
        </w:rPr>
        <w:t>بيانات</w:t>
      </w:r>
      <w:r w:rsidRPr="003E3418">
        <w:rPr>
          <w:rFonts w:ascii="Sakkal Majalla" w:hAnsi="Sakkal Majalla" w:cs="Sakkal Majalla"/>
          <w:sz w:val="24"/>
        </w:rPr>
        <w:t xml:space="preserve"> </w:t>
      </w:r>
      <w:r w:rsidRPr="003E3418">
        <w:rPr>
          <w:rFonts w:ascii="Sakkal Majalla" w:hAnsi="Sakkal Majalla" w:cs="Sakkal Majalla"/>
          <w:sz w:val="24"/>
          <w:szCs w:val="24"/>
          <w:rtl/>
        </w:rPr>
        <w:t>مقطعية</w:t>
      </w:r>
      <w:r w:rsidRPr="003E3418">
        <w:rPr>
          <w:rFonts w:ascii="Sakkal Majalla" w:hAnsi="Sakkal Majalla" w:cs="Sakkal Majalla"/>
          <w:sz w:val="24"/>
        </w:rPr>
        <w:t xml:space="preserve"> </w:t>
      </w:r>
      <w:r w:rsidRPr="003E3418">
        <w:rPr>
          <w:rFonts w:ascii="Sakkal Majalla" w:hAnsi="Sakkal Majalla" w:cs="Sakkal Majalla"/>
          <w:sz w:val="24"/>
          <w:szCs w:val="24"/>
          <w:rtl/>
        </w:rPr>
        <w:t>لـ</w:t>
      </w:r>
      <w:r w:rsidRPr="003E3418">
        <w:rPr>
          <w:rFonts w:ascii="Sakkal Majalla" w:hAnsi="Sakkal Majalla" w:cs="Sakkal Majalla"/>
          <w:sz w:val="24"/>
        </w:rPr>
        <w:t xml:space="preserve"> 58 </w:t>
      </w:r>
      <w:r w:rsidRPr="003E3418">
        <w:rPr>
          <w:rFonts w:ascii="Sakkal Majalla" w:hAnsi="Sakkal Majalla" w:cs="Sakkal Majalla"/>
          <w:sz w:val="24"/>
          <w:szCs w:val="24"/>
          <w:rtl/>
        </w:rPr>
        <w:t>دولة</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Business International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والكفاءة</w:t>
      </w:r>
      <w:r w:rsidRPr="003E3418">
        <w:rPr>
          <w:rFonts w:ascii="Sakkal Majalla" w:hAnsi="Sakkal Majalla" w:cs="Sakkal Majalla"/>
          <w:sz w:val="24"/>
        </w:rPr>
        <w:t xml:space="preserve"> </w:t>
      </w:r>
      <w:r w:rsidRPr="003E3418">
        <w:rPr>
          <w:rFonts w:ascii="Sakkal Majalla" w:hAnsi="Sakkal Majalla" w:cs="Sakkal Majalla"/>
          <w:sz w:val="24"/>
          <w:szCs w:val="24"/>
          <w:rtl/>
        </w:rPr>
        <w:t>البيروقراطية</w:t>
      </w:r>
      <w:r w:rsidRPr="003E3418">
        <w:rPr>
          <w:rFonts w:ascii="Sakkal Majalla" w:hAnsi="Sakkal Majalla" w:cs="Sakkal Majalla"/>
          <w:sz w:val="24"/>
        </w:rPr>
        <w:t xml:space="preserve">. </w:t>
      </w:r>
      <w:r w:rsidRPr="003E3418">
        <w:rPr>
          <w:rFonts w:ascii="Sakkal Majalla" w:hAnsi="Sakkal Majalla" w:cs="Sakkal Majalla"/>
          <w:sz w:val="24"/>
          <w:szCs w:val="24"/>
          <w:rtl/>
        </w:rPr>
        <w:t>توظيف</w:t>
      </w:r>
      <w:r w:rsidRPr="003E3418">
        <w:rPr>
          <w:rFonts w:ascii="Sakkal Majalla" w:hAnsi="Sakkal Majalla" w:cs="Sakkal Majalla"/>
          <w:sz w:val="24"/>
        </w:rPr>
        <w:t xml:space="preserve"> </w:t>
      </w:r>
      <w:r w:rsidRPr="003E3418">
        <w:rPr>
          <w:rFonts w:ascii="Sakkal Majalla" w:hAnsi="Sakkal Majalla" w:cs="Sakkal Majalla"/>
          <w:sz w:val="24"/>
          <w:szCs w:val="24"/>
          <w:rtl/>
        </w:rPr>
        <w:t>مؤشر</w:t>
      </w:r>
      <w:r w:rsidRPr="003E3418">
        <w:rPr>
          <w:rFonts w:ascii="Sakkal Majalla" w:hAnsi="Sakkal Majalla" w:cs="Sakkal Majalla"/>
          <w:sz w:val="24"/>
        </w:rPr>
        <w:t xml:space="preserve"> </w:t>
      </w:r>
      <w:r w:rsidRPr="003E3418">
        <w:rPr>
          <w:rFonts w:ascii="Sakkal Majalla" w:hAnsi="Sakkal Majalla" w:cs="Sakkal Majalla"/>
          <w:sz w:val="24"/>
          <w:szCs w:val="24"/>
          <w:rtl/>
        </w:rPr>
        <w:t>التجزئة</w:t>
      </w:r>
      <w:r w:rsidRPr="003E3418">
        <w:rPr>
          <w:rFonts w:ascii="Sakkal Majalla" w:hAnsi="Sakkal Majalla" w:cs="Sakkal Majalla"/>
          <w:sz w:val="24"/>
        </w:rPr>
        <w:t xml:space="preserve"> </w:t>
      </w:r>
      <w:r w:rsidRPr="003E3418">
        <w:rPr>
          <w:rFonts w:ascii="Sakkal Majalla" w:hAnsi="Sakkal Majalla" w:cs="Sakkal Majalla"/>
          <w:sz w:val="24"/>
          <w:szCs w:val="24"/>
          <w:rtl/>
        </w:rPr>
        <w:t>الإثنولغوية</w:t>
      </w:r>
      <w:r w:rsidRPr="003E3418">
        <w:rPr>
          <w:rFonts w:ascii="Sakkal Majalla" w:hAnsi="Sakkal Majalla" w:cs="Sakkal Majalla"/>
          <w:sz w:val="24"/>
        </w:rPr>
        <w:t xml:space="preserve"> </w:t>
      </w:r>
      <w:r w:rsidRPr="003E3418">
        <w:rPr>
          <w:rFonts w:ascii="Sakkal Majalla" w:hAnsi="Sakkal Majalla" w:cs="Sakkal Majalla"/>
          <w:sz w:val="24"/>
          <w:szCs w:val="24"/>
          <w:rtl/>
        </w:rPr>
        <w:t>متغيراً</w:t>
      </w:r>
      <w:r w:rsidRPr="003E3418">
        <w:rPr>
          <w:rFonts w:ascii="Sakkal Majalla" w:hAnsi="Sakkal Majalla" w:cs="Sakkal Majalla"/>
          <w:sz w:val="24"/>
        </w:rPr>
        <w:t xml:space="preserve"> </w:t>
      </w:r>
      <w:r w:rsidRPr="003E3418">
        <w:rPr>
          <w:rFonts w:ascii="Sakkal Majalla" w:hAnsi="Sakkal Majalla" w:cs="Sakkal Majalla"/>
          <w:sz w:val="24"/>
          <w:szCs w:val="24"/>
          <w:rtl/>
        </w:rPr>
        <w:t>آلياً</w:t>
      </w:r>
      <w:r w:rsidRPr="003E3418">
        <w:rPr>
          <w:rFonts w:ascii="Sakkal Majalla" w:hAnsi="Sakkal Majalla" w:cs="Sakkal Majalla"/>
          <w:sz w:val="24"/>
        </w:rPr>
        <w:t xml:space="preserve"> </w:t>
      </w:r>
      <w:r w:rsidRPr="003E3418">
        <w:rPr>
          <w:rFonts w:ascii="Sakkal Majalla" w:hAnsi="Sakkal Majalla" w:cs="Sakkal Majalla"/>
          <w:sz w:val="24"/>
          <w:szCs w:val="24"/>
          <w:rtl/>
        </w:rPr>
        <w:t>لمعالجة</w:t>
      </w:r>
      <w:r w:rsidRPr="003E3418">
        <w:rPr>
          <w:rFonts w:ascii="Sakkal Majalla" w:hAnsi="Sakkal Majalla" w:cs="Sakkal Majalla"/>
          <w:sz w:val="24"/>
        </w:rPr>
        <w:t xml:space="preserve"> </w:t>
      </w:r>
      <w:r w:rsidRPr="003E3418">
        <w:rPr>
          <w:rFonts w:ascii="Sakkal Majalla" w:hAnsi="Sakkal Majalla" w:cs="Sakkal Majalla"/>
          <w:sz w:val="24"/>
          <w:szCs w:val="24"/>
          <w:rtl/>
        </w:rPr>
        <w:t>السببية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المعاكسة</w:t>
      </w:r>
      <w:r w:rsidRPr="003E3418">
        <w:rPr>
          <w:rFonts w:ascii="Sakkal Majalla" w:hAnsi="Sakkal Majalla" w:cs="Sakkal Majalla"/>
          <w:sz w:val="24"/>
        </w:rPr>
        <w:t xml:space="preserve"> </w:t>
      </w:r>
      <w:r w:rsidRPr="003E3418">
        <w:rPr>
          <w:rFonts w:ascii="Sakkal Majalla" w:hAnsi="Sakkal Majalla" w:cs="Sakkal Majalla"/>
          <w:sz w:val="24"/>
          <w:szCs w:val="24"/>
          <w:rtl/>
        </w:rPr>
        <w:t>والحصول</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تقديرات</w:t>
      </w:r>
      <w:r w:rsidRPr="003E3418">
        <w:rPr>
          <w:rFonts w:ascii="Sakkal Majalla" w:hAnsi="Sakkal Majalla" w:cs="Sakkal Majalla"/>
          <w:sz w:val="24"/>
        </w:rPr>
        <w:t xml:space="preserve"> </w:t>
      </w:r>
      <w:r w:rsidRPr="003E3418">
        <w:rPr>
          <w:rFonts w:ascii="Sakkal Majalla" w:hAnsi="Sakkal Majalla" w:cs="Sakkal Majalla"/>
          <w:sz w:val="24"/>
          <w:szCs w:val="24"/>
          <w:rtl/>
        </w:rPr>
        <w:t>أقل</w:t>
      </w:r>
      <w:r w:rsidRPr="003E3418">
        <w:rPr>
          <w:rFonts w:ascii="Sakkal Majalla" w:hAnsi="Sakkal Majalla" w:cs="Sakkal Majalla"/>
          <w:sz w:val="24"/>
        </w:rPr>
        <w:t xml:space="preserve"> </w:t>
      </w:r>
      <w:r w:rsidRPr="003E3418">
        <w:rPr>
          <w:rFonts w:ascii="Sakkal Majalla" w:hAnsi="Sakkal Majalla" w:cs="Sakkal Majalla"/>
          <w:sz w:val="24"/>
          <w:szCs w:val="24"/>
          <w:rtl/>
        </w:rPr>
        <w:t>تحيّزاً</w:t>
      </w:r>
      <w:r w:rsidRPr="003E3418">
        <w:rPr>
          <w:rFonts w:ascii="Sakkal Majalla" w:hAnsi="Sakkal Majalla" w:cs="Sakkal Majalla"/>
          <w:sz w:val="24"/>
        </w:rPr>
        <w:t>.</w:t>
      </w:r>
    </w:p>
    <w:p w14:paraId="4572A208"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أهم</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النتائج</w:t>
      </w:r>
      <w:r w:rsidRPr="003E3418">
        <w:rPr>
          <w:rFonts w:ascii="Sakkal Majalla" w:hAnsi="Sakkal Majalla" w:cs="Sakkal Majalla"/>
          <w:b/>
          <w:sz w:val="24"/>
        </w:rPr>
        <w:t xml:space="preserve">: </w:t>
      </w:r>
      <w:r w:rsidRPr="003E3418">
        <w:rPr>
          <w:rFonts w:ascii="Sakkal Majalla" w:hAnsi="Sakkal Majalla" w:cs="Sakkal Majalla"/>
          <w:sz w:val="24"/>
          <w:szCs w:val="24"/>
          <w:rtl/>
        </w:rPr>
        <w:t>ارتفاع</w:t>
      </w:r>
      <w:r w:rsidRPr="003E3418">
        <w:rPr>
          <w:rFonts w:ascii="Sakkal Majalla" w:hAnsi="Sakkal Majalla" w:cs="Sakkal Majalla"/>
          <w:sz w:val="24"/>
        </w:rPr>
        <w:t xml:space="preserve"> </w:t>
      </w:r>
      <w:r w:rsidRPr="003E3418">
        <w:rPr>
          <w:rFonts w:ascii="Sakkal Majalla" w:hAnsi="Sakkal Majalla" w:cs="Sakkal Majalla"/>
          <w:sz w:val="24"/>
          <w:szCs w:val="24"/>
          <w:rtl/>
        </w:rPr>
        <w:t>درجة</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بانحراف</w:t>
      </w:r>
      <w:r w:rsidRPr="003E3418">
        <w:rPr>
          <w:rFonts w:ascii="Sakkal Majalla" w:hAnsi="Sakkal Majalla" w:cs="Sakkal Majalla"/>
          <w:sz w:val="24"/>
        </w:rPr>
        <w:t xml:space="preserve"> </w:t>
      </w:r>
      <w:r w:rsidRPr="003E3418">
        <w:rPr>
          <w:rFonts w:ascii="Sakkal Majalla" w:hAnsi="Sakkal Majalla" w:cs="Sakkal Majalla"/>
          <w:sz w:val="24"/>
          <w:szCs w:val="24"/>
          <w:rtl/>
        </w:rPr>
        <w:t>معياري</w:t>
      </w:r>
      <w:r w:rsidRPr="003E3418">
        <w:rPr>
          <w:rFonts w:ascii="Sakkal Majalla" w:hAnsi="Sakkal Majalla" w:cs="Sakkal Majalla"/>
          <w:sz w:val="24"/>
        </w:rPr>
        <w:t xml:space="preserve"> </w:t>
      </w:r>
      <w:r w:rsidRPr="003E3418">
        <w:rPr>
          <w:rFonts w:ascii="Sakkal Majalla" w:hAnsi="Sakkal Majalla" w:cs="Sakkal Majalla"/>
          <w:sz w:val="24"/>
          <w:szCs w:val="24"/>
          <w:rtl/>
        </w:rPr>
        <w:t>واحد</w:t>
      </w:r>
      <w:r w:rsidRPr="003E3418">
        <w:rPr>
          <w:rFonts w:ascii="Sakkal Majalla" w:hAnsi="Sakkal Majalla" w:cs="Sakkal Majalla"/>
          <w:sz w:val="24"/>
        </w:rPr>
        <w:t xml:space="preserve"> </w:t>
      </w:r>
      <w:r w:rsidRPr="003E3418">
        <w:rPr>
          <w:rFonts w:ascii="Sakkal Majalla" w:hAnsi="Sakkal Majalla" w:cs="Sakkal Majalla"/>
          <w:sz w:val="24"/>
          <w:szCs w:val="24"/>
          <w:rtl/>
        </w:rPr>
        <w:t>يُخفّض</w:t>
      </w:r>
      <w:r w:rsidRPr="003E3418">
        <w:rPr>
          <w:rFonts w:ascii="Sakkal Majalla" w:hAnsi="Sakkal Majalla" w:cs="Sakkal Majalla"/>
          <w:sz w:val="24"/>
        </w:rPr>
        <w:t xml:space="preserve"> </w:t>
      </w:r>
      <w:r w:rsidRPr="003E3418">
        <w:rPr>
          <w:rFonts w:ascii="Sakkal Majalla" w:hAnsi="Sakkal Majalla" w:cs="Sakkal Majalla"/>
          <w:sz w:val="24"/>
          <w:szCs w:val="24"/>
          <w:rtl/>
        </w:rPr>
        <w:t>معدل</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بنحو</w:t>
      </w:r>
      <w:r w:rsidRPr="003E3418">
        <w:rPr>
          <w:rFonts w:ascii="Sakkal Majalla" w:hAnsi="Sakkal Majalla" w:cs="Sakkal Majalla"/>
          <w:sz w:val="24"/>
        </w:rPr>
        <w:t xml:space="preserve"> 5 </w:t>
      </w:r>
      <w:r w:rsidRPr="003E3418">
        <w:rPr>
          <w:rFonts w:ascii="Sakkal Majalla" w:hAnsi="Sakkal Majalla" w:cs="Sakkal Majalla"/>
          <w:sz w:val="24"/>
          <w:szCs w:val="24"/>
          <w:rtl/>
        </w:rPr>
        <w:t>نقاط</w:t>
      </w:r>
      <w:r w:rsidRPr="003E3418">
        <w:rPr>
          <w:rFonts w:ascii="Sakkal Majalla" w:hAnsi="Sakkal Majalla" w:cs="Sakkal Majalla"/>
          <w:sz w:val="24"/>
        </w:rPr>
        <w:t xml:space="preserve"> </w:t>
      </w:r>
      <w:r w:rsidRPr="003E3418">
        <w:rPr>
          <w:rFonts w:ascii="Sakkal Majalla" w:hAnsi="Sakkal Majalla" w:cs="Sakkal Majalla"/>
          <w:sz w:val="24"/>
          <w:szCs w:val="24"/>
          <w:rtl/>
        </w:rPr>
        <w:t>مئوية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الناتج</w:t>
      </w:r>
      <w:r w:rsidRPr="003E3418">
        <w:rPr>
          <w:rFonts w:ascii="Sakkal Majalla" w:hAnsi="Sakkal Majalla" w:cs="Sakkal Majalla"/>
          <w:sz w:val="24"/>
        </w:rPr>
        <w:t xml:space="preserve">. </w:t>
      </w:r>
      <w:r w:rsidRPr="003E3418">
        <w:rPr>
          <w:rFonts w:ascii="Sakkal Majalla" w:hAnsi="Sakkal Majalla" w:cs="Sakkal Majalla"/>
          <w:sz w:val="24"/>
          <w:szCs w:val="24"/>
          <w:rtl/>
        </w:rPr>
        <w:t>قناة</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هي</w:t>
      </w:r>
      <w:r w:rsidRPr="003E3418">
        <w:rPr>
          <w:rFonts w:ascii="Sakkal Majalla" w:hAnsi="Sakkal Majalla" w:cs="Sakkal Majalla"/>
          <w:sz w:val="24"/>
        </w:rPr>
        <w:t xml:space="preserve"> </w:t>
      </w:r>
      <w:r w:rsidRPr="003E3418">
        <w:rPr>
          <w:rFonts w:ascii="Sakkal Majalla" w:hAnsi="Sakkal Majalla" w:cs="Sakkal Majalla"/>
          <w:sz w:val="24"/>
          <w:szCs w:val="24"/>
          <w:rtl/>
        </w:rPr>
        <w:t>الناقل</w:t>
      </w:r>
      <w:r w:rsidRPr="003E3418">
        <w:rPr>
          <w:rFonts w:ascii="Sakkal Majalla" w:hAnsi="Sakkal Majalla" w:cs="Sakkal Majalla"/>
          <w:sz w:val="24"/>
        </w:rPr>
        <w:t xml:space="preserve"> </w:t>
      </w:r>
      <w:r w:rsidRPr="003E3418">
        <w:rPr>
          <w:rFonts w:ascii="Sakkal Majalla" w:hAnsi="Sakkal Majalla" w:cs="Sakkal Majalla"/>
          <w:sz w:val="24"/>
          <w:szCs w:val="24"/>
          <w:rtl/>
        </w:rPr>
        <w:t>الرئيسي</w:t>
      </w:r>
      <w:r w:rsidRPr="003E3418">
        <w:rPr>
          <w:rFonts w:ascii="Sakkal Majalla" w:hAnsi="Sakkal Majalla" w:cs="Sakkal Majalla"/>
          <w:sz w:val="24"/>
        </w:rPr>
        <w:t xml:space="preserve"> </w:t>
      </w:r>
      <w:r w:rsidRPr="003E3418">
        <w:rPr>
          <w:rFonts w:ascii="Sakkal Majalla" w:hAnsi="Sakkal Majalla" w:cs="Sakkal Majalla"/>
          <w:sz w:val="24"/>
          <w:szCs w:val="24"/>
          <w:rtl/>
        </w:rPr>
        <w:t>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الكفاءة</w:t>
      </w:r>
      <w:r w:rsidRPr="003E3418">
        <w:rPr>
          <w:rFonts w:ascii="Sakkal Majalla" w:hAnsi="Sakkal Majalla" w:cs="Sakkal Majalla"/>
          <w:sz w:val="24"/>
        </w:rPr>
        <w:t xml:space="preserve"> </w:t>
      </w:r>
      <w:r w:rsidRPr="003E3418">
        <w:rPr>
          <w:rFonts w:ascii="Sakkal Majalla" w:hAnsi="Sakkal Majalla" w:cs="Sakkal Majalla"/>
          <w:sz w:val="24"/>
          <w:szCs w:val="24"/>
          <w:rtl/>
        </w:rPr>
        <w:t>البيروقراطية</w:t>
      </w:r>
      <w:r w:rsidRPr="003E3418">
        <w:rPr>
          <w:rFonts w:ascii="Sakkal Majalla" w:hAnsi="Sakkal Majalla" w:cs="Sakkal Majalla"/>
          <w:sz w:val="24"/>
        </w:rPr>
        <w:t xml:space="preserve"> </w:t>
      </w:r>
      <w:r w:rsidRPr="003E3418">
        <w:rPr>
          <w:rFonts w:ascii="Sakkal Majalla" w:hAnsi="Sakkal Majalla" w:cs="Sakkal Majalla"/>
          <w:sz w:val="24"/>
          <w:szCs w:val="24"/>
          <w:rtl/>
        </w:rPr>
        <w:t>أكثر</w:t>
      </w:r>
      <w:r w:rsidRPr="003E3418">
        <w:rPr>
          <w:rFonts w:ascii="Sakkal Majalla" w:hAnsi="Sakkal Majalla" w:cs="Sakkal Majalla"/>
          <w:sz w:val="24"/>
        </w:rPr>
        <w:t xml:space="preserve"> </w:t>
      </w:r>
      <w:r w:rsidRPr="003E3418">
        <w:rPr>
          <w:rFonts w:ascii="Sakkal Majalla" w:hAnsi="Sakkal Majalla" w:cs="Sakkal Majalla"/>
          <w:sz w:val="24"/>
          <w:szCs w:val="24"/>
          <w:rtl/>
        </w:rPr>
        <w:t>أهمية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الحكومي</w:t>
      </w:r>
      <w:r w:rsidRPr="003E3418">
        <w:rPr>
          <w:rFonts w:ascii="Sakkal Majalla" w:hAnsi="Sakkal Majalla" w:cs="Sakkal Majalla"/>
          <w:sz w:val="24"/>
        </w:rPr>
        <w:t xml:space="preserve"> </w:t>
      </w:r>
      <w:r w:rsidRPr="003E3418">
        <w:rPr>
          <w:rFonts w:ascii="Sakkal Majalla" w:hAnsi="Sakkal Majalla" w:cs="Sakkal Majalla"/>
          <w:sz w:val="24"/>
          <w:szCs w:val="24"/>
          <w:rtl/>
        </w:rPr>
        <w:t>المجرد</w:t>
      </w:r>
      <w:r w:rsidRPr="003E3418">
        <w:rPr>
          <w:rFonts w:ascii="Sakkal Majalla" w:hAnsi="Sakkal Majalla" w:cs="Sakkal Majalla"/>
          <w:sz w:val="24"/>
        </w:rPr>
        <w:t>.</w:t>
      </w:r>
    </w:p>
    <w:p w14:paraId="59BED549"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الصلة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بالبحث</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الحالي</w:t>
      </w:r>
      <w:r w:rsidRPr="003E3418">
        <w:rPr>
          <w:rFonts w:ascii="Sakkal Majalla" w:hAnsi="Sakkal Majalla" w:cs="Sakkal Majalla"/>
          <w:b/>
          <w:sz w:val="24"/>
        </w:rPr>
        <w:t xml:space="preserve">: </w:t>
      </w:r>
      <w:r w:rsidRPr="003E3418">
        <w:rPr>
          <w:rFonts w:ascii="Sakkal Majalla" w:hAnsi="Sakkal Majalla" w:cs="Sakkal Majalla"/>
          <w:sz w:val="24"/>
          <w:szCs w:val="24"/>
          <w:rtl/>
        </w:rPr>
        <w:t>تُمثّل</w:t>
      </w:r>
      <w:r w:rsidRPr="003E3418">
        <w:rPr>
          <w:rFonts w:ascii="Sakkal Majalla" w:hAnsi="Sakkal Majalla" w:cs="Sakkal Majalla"/>
          <w:sz w:val="24"/>
        </w:rPr>
        <w:t xml:space="preserve"> </w:t>
      </w:r>
      <w:r w:rsidRPr="003E3418">
        <w:rPr>
          <w:rFonts w:ascii="Sakkal Majalla" w:hAnsi="Sakkal Majalla" w:cs="Sakkal Majalla"/>
          <w:sz w:val="24"/>
          <w:szCs w:val="24"/>
          <w:rtl/>
        </w:rPr>
        <w:t>نقطة</w:t>
      </w:r>
      <w:r w:rsidRPr="003E3418">
        <w:rPr>
          <w:rFonts w:ascii="Sakkal Majalla" w:hAnsi="Sakkal Majalla" w:cs="Sakkal Majalla"/>
          <w:sz w:val="24"/>
        </w:rPr>
        <w:t xml:space="preserve"> </w:t>
      </w:r>
      <w:r w:rsidRPr="003E3418">
        <w:rPr>
          <w:rFonts w:ascii="Sakkal Majalla" w:hAnsi="Sakkal Majalla" w:cs="Sakkal Majalla"/>
          <w:sz w:val="24"/>
          <w:szCs w:val="24"/>
          <w:rtl/>
        </w:rPr>
        <w:t>الانطلاق</w:t>
      </w:r>
      <w:r w:rsidRPr="003E3418">
        <w:rPr>
          <w:rFonts w:ascii="Sakkal Majalla" w:hAnsi="Sakkal Majalla" w:cs="Sakkal Majalla"/>
          <w:sz w:val="24"/>
        </w:rPr>
        <w:t xml:space="preserve"> </w:t>
      </w:r>
      <w:r w:rsidRPr="003E3418">
        <w:rPr>
          <w:rFonts w:ascii="Sakkal Majalla" w:hAnsi="Sakkal Majalla" w:cs="Sakkal Majalla"/>
          <w:sz w:val="24"/>
          <w:szCs w:val="24"/>
          <w:rtl/>
        </w:rPr>
        <w:t>التاريخية</w:t>
      </w:r>
      <w:r w:rsidRPr="003E3418">
        <w:rPr>
          <w:rFonts w:ascii="Sakkal Majalla" w:hAnsi="Sakkal Majalla" w:cs="Sakkal Majalla"/>
          <w:sz w:val="24"/>
        </w:rPr>
        <w:t xml:space="preserve"> </w:t>
      </w:r>
      <w:r w:rsidRPr="003E3418">
        <w:rPr>
          <w:rFonts w:ascii="Sakkal Majalla" w:hAnsi="Sakkal Majalla" w:cs="Sakkal Majalla"/>
          <w:sz w:val="24"/>
          <w:szCs w:val="24"/>
          <w:rtl/>
        </w:rPr>
        <w:t>والمرجعية</w:t>
      </w:r>
      <w:r w:rsidRPr="003E3418">
        <w:rPr>
          <w:rFonts w:ascii="Sakkal Majalla" w:hAnsi="Sakkal Majalla" w:cs="Sakkal Majalla"/>
          <w:sz w:val="24"/>
        </w:rPr>
        <w:t xml:space="preserve"> </w:t>
      </w:r>
      <w:r w:rsidRPr="003E3418">
        <w:rPr>
          <w:rFonts w:ascii="Sakkal Majalla" w:hAnsi="Sakkal Majalla" w:cs="Sakkal Majalla"/>
          <w:sz w:val="24"/>
          <w:szCs w:val="24"/>
          <w:rtl/>
        </w:rPr>
        <w:t>الجوهرية</w:t>
      </w:r>
      <w:r w:rsidRPr="003E3418">
        <w:rPr>
          <w:rFonts w:ascii="Sakkal Majalla" w:hAnsi="Sakkal Majalla" w:cs="Sakkal Majalla"/>
          <w:sz w:val="24"/>
        </w:rPr>
        <w:t xml:space="preserve"> </w:t>
      </w:r>
      <w:r w:rsidRPr="003E3418">
        <w:rPr>
          <w:rFonts w:ascii="Sakkal Majalla" w:hAnsi="Sakkal Majalla" w:cs="Sakkal Majalla"/>
          <w:sz w:val="24"/>
          <w:szCs w:val="24"/>
          <w:rtl/>
        </w:rPr>
        <w:t>لهذا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الحقل</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w:t>
      </w:r>
      <w:r w:rsidRPr="003E3418">
        <w:rPr>
          <w:rFonts w:ascii="Sakkal Majalla" w:hAnsi="Sakkal Majalla" w:cs="Sakkal Majalla"/>
          <w:sz w:val="24"/>
        </w:rPr>
        <w:t xml:space="preserve"> </w:t>
      </w:r>
      <w:r w:rsidRPr="003E3418">
        <w:rPr>
          <w:rFonts w:ascii="Sakkal Majalla" w:hAnsi="Sakkal Majalla" w:cs="Sakkal Majalla"/>
          <w:sz w:val="24"/>
          <w:szCs w:val="24"/>
          <w:rtl/>
        </w:rPr>
        <w:t>الحالي</w:t>
      </w:r>
      <w:r w:rsidRPr="003E3418">
        <w:rPr>
          <w:rFonts w:ascii="Sakkal Majalla" w:hAnsi="Sakkal Majalla" w:cs="Sakkal Majalla"/>
          <w:sz w:val="24"/>
        </w:rPr>
        <w:t xml:space="preserve"> </w:t>
      </w:r>
      <w:r w:rsidRPr="003E3418">
        <w:rPr>
          <w:rFonts w:ascii="Sakkal Majalla" w:hAnsi="Sakkal Majalla" w:cs="Sakkal Majalla"/>
          <w:sz w:val="24"/>
          <w:szCs w:val="24"/>
          <w:rtl/>
        </w:rPr>
        <w:t>يُوسّع</w:t>
      </w:r>
      <w:r w:rsidRPr="003E3418">
        <w:rPr>
          <w:rFonts w:ascii="Sakkal Majalla" w:hAnsi="Sakkal Majalla" w:cs="Sakkal Majalla"/>
          <w:sz w:val="24"/>
        </w:rPr>
        <w:t xml:space="preserve"> </w:t>
      </w:r>
      <w:r w:rsidRPr="003E3418">
        <w:rPr>
          <w:rFonts w:ascii="Sakkal Majalla" w:hAnsi="Sakkal Majalla" w:cs="Sakkal Majalla"/>
          <w:sz w:val="24"/>
          <w:szCs w:val="24"/>
          <w:rtl/>
        </w:rPr>
        <w:t>نطاقها</w:t>
      </w:r>
      <w:r w:rsidRPr="003E3418">
        <w:rPr>
          <w:rFonts w:ascii="Sakkal Majalla" w:hAnsi="Sakkal Majalla" w:cs="Sakkal Majalla"/>
          <w:sz w:val="24"/>
        </w:rPr>
        <w:t xml:space="preserve"> </w:t>
      </w:r>
      <w:r w:rsidRPr="003E3418">
        <w:rPr>
          <w:rFonts w:ascii="Sakkal Majalla" w:hAnsi="Sakkal Majalla" w:cs="Sakkal Majalla"/>
          <w:sz w:val="24"/>
          <w:szCs w:val="24"/>
          <w:rtl/>
        </w:rPr>
        <w:t>الزمني</w:t>
      </w:r>
      <w:r w:rsidRPr="003E3418">
        <w:rPr>
          <w:rFonts w:ascii="Sakkal Majalla" w:hAnsi="Sakkal Majalla" w:cs="Sakkal Majalla"/>
          <w:sz w:val="24"/>
        </w:rPr>
        <w:t xml:space="preserve"> </w:t>
      </w:r>
      <w:r w:rsidRPr="003E3418">
        <w:rPr>
          <w:rFonts w:ascii="Sakkal Majalla" w:hAnsi="Sakkal Majalla" w:cs="Sakkal Majalla"/>
          <w:sz w:val="24"/>
          <w:szCs w:val="24"/>
          <w:rtl/>
        </w:rPr>
        <w:t>والجغرافي</w:t>
      </w:r>
      <w:r w:rsidRPr="003E3418">
        <w:rPr>
          <w:rFonts w:ascii="Sakkal Majalla" w:hAnsi="Sakkal Majalla" w:cs="Sakkal Majalla"/>
          <w:sz w:val="24"/>
        </w:rPr>
        <w:t xml:space="preserve"> </w:t>
      </w:r>
      <w:r w:rsidRPr="003E3418">
        <w:rPr>
          <w:rFonts w:ascii="Sakkal Majalla" w:hAnsi="Sakkal Majalla" w:cs="Sakkal Majalla"/>
          <w:sz w:val="24"/>
          <w:szCs w:val="24"/>
          <w:rtl/>
        </w:rPr>
        <w:t>ويُضيف</w:t>
      </w:r>
      <w:r w:rsidRPr="003E3418">
        <w:rPr>
          <w:rFonts w:ascii="Sakkal Majalla" w:hAnsi="Sakkal Majalla" w:cs="Sakkal Majalla"/>
          <w:sz w:val="24"/>
        </w:rPr>
        <w:t xml:space="preserve"> </w:t>
      </w:r>
      <w:r w:rsidRPr="003E3418">
        <w:rPr>
          <w:rFonts w:ascii="Sakkal Majalla" w:hAnsi="Sakkal Majalla" w:cs="Sakkal Majalla"/>
          <w:sz w:val="24"/>
          <w:szCs w:val="24"/>
          <w:rtl/>
        </w:rPr>
        <w:t>قنوات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المباشرة</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أغفلتها</w:t>
      </w:r>
      <w:r w:rsidRPr="003E3418">
        <w:rPr>
          <w:rFonts w:ascii="Sakkal Majalla" w:hAnsi="Sakkal Majalla" w:cs="Sakkal Majalla"/>
          <w:sz w:val="24"/>
        </w:rPr>
        <w:t xml:space="preserve"> </w:t>
      </w:r>
      <w:r w:rsidRPr="003E3418">
        <w:rPr>
          <w:rFonts w:ascii="Sakkal Majalla" w:hAnsi="Sakkal Majalla" w:cs="Sakkal Majalla"/>
          <w:sz w:val="24"/>
          <w:szCs w:val="24"/>
          <w:rtl/>
        </w:rPr>
        <w:t>بسبب</w:t>
      </w:r>
      <w:r w:rsidRPr="003E3418">
        <w:rPr>
          <w:rFonts w:ascii="Sakkal Majalla" w:hAnsi="Sakkal Majalla" w:cs="Sakkal Majalla"/>
          <w:sz w:val="24"/>
        </w:rPr>
        <w:t xml:space="preserve"> </w:t>
      </w:r>
      <w:r w:rsidRPr="003E3418">
        <w:rPr>
          <w:rFonts w:ascii="Sakkal Majalla" w:hAnsi="Sakkal Majalla" w:cs="Sakkal Majalla"/>
          <w:sz w:val="24"/>
          <w:szCs w:val="24"/>
          <w:rtl/>
        </w:rPr>
        <w:t>اعتمادها</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البيانات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المقطعية</w:t>
      </w:r>
      <w:r w:rsidRPr="003E3418">
        <w:rPr>
          <w:rFonts w:ascii="Sakkal Majalla" w:hAnsi="Sakkal Majalla" w:cs="Sakkal Majalla"/>
          <w:sz w:val="24"/>
        </w:rPr>
        <w:t>.</w:t>
      </w:r>
    </w:p>
    <w:p w14:paraId="09093D32" w14:textId="77777777" w:rsidR="003E3418" w:rsidRPr="003E3418" w:rsidRDefault="003E3418" w:rsidP="003E3418">
      <w:pPr>
        <w:spacing w:before="80" w:after="80"/>
        <w:rPr>
          <w:rFonts w:ascii="Sakkal Majalla" w:hAnsi="Sakkal Majalla" w:cs="Sakkal Majalla"/>
        </w:rPr>
      </w:pPr>
    </w:p>
    <w:p w14:paraId="427D5B50" w14:textId="77777777" w:rsidR="003E3418" w:rsidRPr="003E3418" w:rsidRDefault="003E3418" w:rsidP="003E3418">
      <w:pPr>
        <w:bidi/>
        <w:spacing w:before="160" w:after="60" w:line="320" w:lineRule="exact"/>
        <w:rPr>
          <w:rFonts w:ascii="Sakkal Majalla" w:hAnsi="Sakkal Majalla" w:cs="Sakkal Majalla"/>
        </w:rPr>
      </w:pPr>
      <w:r w:rsidRPr="003E3418">
        <w:rPr>
          <w:rFonts w:ascii="Sakkal Majalla" w:hAnsi="Sakkal Majalla" w:cs="Sakkal Majalla"/>
          <w:b/>
          <w:sz w:val="24"/>
        </w:rPr>
        <w:t xml:space="preserve">2. Tanzi &amp; Davoodi (1997) — </w:t>
      </w:r>
      <w:r w:rsidRPr="003E3418">
        <w:rPr>
          <w:rFonts w:ascii="Sakkal Majalla" w:hAnsi="Sakkal Majalla" w:cs="Sakkal Majalla"/>
          <w:b/>
          <w:bCs/>
          <w:sz w:val="24"/>
          <w:szCs w:val="24"/>
          <w:rtl/>
        </w:rPr>
        <w:t>قناة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الإنفاق</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الحكومي</w:t>
      </w:r>
    </w:p>
    <w:p w14:paraId="5E24F616"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المرجع</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الكامل</w:t>
      </w:r>
      <w:r w:rsidRPr="003E3418">
        <w:rPr>
          <w:rFonts w:ascii="Sakkal Majalla" w:hAnsi="Sakkal Majalla" w:cs="Sakkal Majalla"/>
          <w:b/>
          <w:sz w:val="24"/>
        </w:rPr>
        <w:t xml:space="preserve">: </w:t>
      </w:r>
      <w:r w:rsidRPr="003E3418">
        <w:rPr>
          <w:rFonts w:ascii="Sakkal Majalla" w:hAnsi="Sakkal Majalla" w:cs="Sakkal Majalla"/>
          <w:sz w:val="24"/>
        </w:rPr>
        <w:t>Tanzi, V., &amp; Davoodi, H. R. (1997). Corruption, public investment, and growth. IMF Working Paper No. WP/97/139. International Monetary Fund.</w:t>
      </w:r>
    </w:p>
    <w:p w14:paraId="4B0184A8"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هدف</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الدراسة</w:t>
      </w:r>
      <w:r w:rsidRPr="003E3418">
        <w:rPr>
          <w:rFonts w:ascii="Sakkal Majalla" w:hAnsi="Sakkal Majalla" w:cs="Sakkal Majalla"/>
          <w:b/>
          <w:sz w:val="24"/>
        </w:rPr>
        <w:t xml:space="preserve">: </w:t>
      </w:r>
      <w:r w:rsidRPr="003E3418">
        <w:rPr>
          <w:rFonts w:ascii="Sakkal Majalla" w:hAnsi="Sakkal Majalla" w:cs="Sakkal Majalla"/>
          <w:sz w:val="24"/>
          <w:szCs w:val="24"/>
          <w:rtl/>
        </w:rPr>
        <w:t>الكشف</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الآليات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يُشوّه</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خلالها</w:t>
      </w:r>
      <w:r w:rsidRPr="003E3418">
        <w:rPr>
          <w:rFonts w:ascii="Sakkal Majalla" w:hAnsi="Sakkal Majalla" w:cs="Sakkal Majalla"/>
          <w:sz w:val="24"/>
        </w:rPr>
        <w:t xml:space="preserve"> </w:t>
      </w:r>
      <w:r w:rsidRPr="003E3418">
        <w:rPr>
          <w:rFonts w:ascii="Sakkal Majalla" w:hAnsi="Sakkal Majalla" w:cs="Sakkal Majalla"/>
          <w:sz w:val="24"/>
          <w:szCs w:val="24"/>
          <w:rtl/>
        </w:rPr>
        <w:t>تركيبة</w:t>
      </w:r>
      <w:r w:rsidRPr="003E3418">
        <w:rPr>
          <w:rFonts w:ascii="Sakkal Majalla" w:hAnsi="Sakkal Majalla" w:cs="Sakkal Majalla"/>
          <w:sz w:val="24"/>
        </w:rPr>
        <w:t xml:space="preserve"> </w:t>
      </w:r>
      <w:r w:rsidRPr="003E3418">
        <w:rPr>
          <w:rFonts w:ascii="Sakkal Majalla" w:hAnsi="Sakkal Majalla" w:cs="Sakkal Majalla"/>
          <w:sz w:val="24"/>
          <w:szCs w:val="24"/>
          <w:rtl/>
        </w:rPr>
        <w:t>الإنفاق</w:t>
      </w:r>
      <w:r w:rsidRPr="003E3418">
        <w:rPr>
          <w:rFonts w:ascii="Sakkal Majalla" w:hAnsi="Sakkal Majalla" w:cs="Sakkal Majalla"/>
          <w:sz w:val="24"/>
        </w:rPr>
        <w:t xml:space="preserve"> </w:t>
      </w:r>
      <w:r w:rsidRPr="003E3418">
        <w:rPr>
          <w:rFonts w:ascii="Sakkal Majalla" w:hAnsi="Sakkal Majalla" w:cs="Sakkal Majalla"/>
          <w:sz w:val="24"/>
          <w:szCs w:val="24"/>
          <w:rtl/>
        </w:rPr>
        <w:t>الحكومي،</w:t>
      </w:r>
      <w:r w:rsidRPr="003E3418">
        <w:rPr>
          <w:rFonts w:ascii="Sakkal Majalla" w:hAnsi="Sakkal Majalla" w:cs="Sakkal Majalla"/>
          <w:sz w:val="24"/>
        </w:rPr>
        <w:t xml:space="preserve"> </w:t>
      </w:r>
      <w:r w:rsidRPr="003E3418">
        <w:rPr>
          <w:rFonts w:ascii="Sakkal Majalla" w:hAnsi="Sakkal Majalla" w:cs="Sakkal Majalla"/>
          <w:sz w:val="24"/>
          <w:szCs w:val="24"/>
          <w:rtl/>
        </w:rPr>
        <w:t>وتحديد</w:t>
      </w:r>
      <w:r w:rsidRPr="003E3418">
        <w:rPr>
          <w:rFonts w:ascii="Sakkal Majalla" w:hAnsi="Sakkal Majalla" w:cs="Sakkal Majalla"/>
          <w:sz w:val="24"/>
        </w:rPr>
        <w:t xml:space="preserve"> </w:t>
      </w:r>
      <w:r w:rsidRPr="003E3418">
        <w:rPr>
          <w:rFonts w:ascii="Sakkal Majalla" w:hAnsi="Sakkal Majalla" w:cs="Sakkal Majalla"/>
          <w:sz w:val="24"/>
          <w:szCs w:val="24"/>
          <w:rtl/>
        </w:rPr>
        <w:t>انعكاسات</w:t>
      </w:r>
      <w:r w:rsidRPr="003E3418">
        <w:rPr>
          <w:rFonts w:ascii="Sakkal Majalla" w:hAnsi="Sakkal Majalla" w:cs="Sakkal Majalla"/>
          <w:sz w:val="24"/>
        </w:rPr>
        <w:t xml:space="preserve"> </w:t>
      </w:r>
      <w:r w:rsidRPr="003E3418">
        <w:rPr>
          <w:rFonts w:ascii="Sakkal Majalla" w:hAnsi="Sakkal Majalla" w:cs="Sakkal Majalla"/>
          <w:sz w:val="24"/>
          <w:szCs w:val="24"/>
          <w:rtl/>
        </w:rPr>
        <w:t>ذلك</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جودة</w:t>
      </w:r>
      <w:r w:rsidRPr="003E3418">
        <w:rPr>
          <w:rFonts w:ascii="Sakkal Majalla" w:hAnsi="Sakkal Majalla" w:cs="Sakkal Majalla"/>
          <w:sz w:val="24"/>
        </w:rPr>
        <w:t xml:space="preserve"> </w:t>
      </w:r>
      <w:r w:rsidRPr="003E3418">
        <w:rPr>
          <w:rFonts w:ascii="Sakkal Majalla" w:hAnsi="Sakkal Majalla" w:cs="Sakkal Majalla"/>
          <w:sz w:val="24"/>
          <w:szCs w:val="24"/>
          <w:rtl/>
        </w:rPr>
        <w:t>البنية</w:t>
      </w:r>
      <w:r w:rsidRPr="003E3418">
        <w:rPr>
          <w:rFonts w:ascii="Sakkal Majalla" w:hAnsi="Sakkal Majalla" w:cs="Sakkal Majalla"/>
          <w:sz w:val="24"/>
        </w:rPr>
        <w:t xml:space="preserve"> </w:t>
      </w:r>
      <w:r w:rsidRPr="003E3418">
        <w:rPr>
          <w:rFonts w:ascii="Sakkal Majalla" w:hAnsi="Sakkal Majalla" w:cs="Sakkal Majalla"/>
          <w:sz w:val="24"/>
          <w:szCs w:val="24"/>
          <w:rtl/>
        </w:rPr>
        <w:t>التحتية</w:t>
      </w:r>
      <w:r w:rsidRPr="003E3418">
        <w:rPr>
          <w:rFonts w:ascii="Sakkal Majalla" w:hAnsi="Sakkal Majalla" w:cs="Sakkal Majalla"/>
          <w:sz w:val="24"/>
        </w:rPr>
        <w:t xml:space="preserve"> </w:t>
      </w:r>
      <w:r w:rsidRPr="003E3418">
        <w:rPr>
          <w:rFonts w:ascii="Sakkal Majalla" w:hAnsi="Sakkal Majalla" w:cs="Sakkal Majalla"/>
          <w:sz w:val="24"/>
          <w:szCs w:val="24"/>
          <w:rtl/>
        </w:rPr>
        <w:t>وعلى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المدى</w:t>
      </w:r>
      <w:r w:rsidRPr="003E3418">
        <w:rPr>
          <w:rFonts w:ascii="Sakkal Majalla" w:hAnsi="Sakkal Majalla" w:cs="Sakkal Majalla"/>
          <w:sz w:val="24"/>
        </w:rPr>
        <w:t xml:space="preserve"> </w:t>
      </w:r>
      <w:r w:rsidRPr="003E3418">
        <w:rPr>
          <w:rFonts w:ascii="Sakkal Majalla" w:hAnsi="Sakkal Majalla" w:cs="Sakkal Majalla"/>
          <w:sz w:val="24"/>
          <w:szCs w:val="24"/>
          <w:rtl/>
        </w:rPr>
        <w:t>البعيد</w:t>
      </w:r>
      <w:r w:rsidRPr="003E3418">
        <w:rPr>
          <w:rFonts w:ascii="Sakkal Majalla" w:hAnsi="Sakkal Majalla" w:cs="Sakkal Majalla"/>
          <w:sz w:val="24"/>
        </w:rPr>
        <w:t>.</w:t>
      </w:r>
    </w:p>
    <w:p w14:paraId="144AF2A2"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المنهجية</w:t>
      </w:r>
      <w:r w:rsidRPr="003E3418">
        <w:rPr>
          <w:rFonts w:ascii="Sakkal Majalla" w:hAnsi="Sakkal Majalla" w:cs="Sakkal Majalla"/>
          <w:b/>
          <w:sz w:val="24"/>
        </w:rPr>
        <w:t xml:space="preserve">: </w:t>
      </w:r>
      <w:r w:rsidRPr="003E3418">
        <w:rPr>
          <w:rFonts w:ascii="Sakkal Majalla" w:hAnsi="Sakkal Majalla" w:cs="Sakkal Majalla"/>
          <w:sz w:val="24"/>
          <w:szCs w:val="24"/>
          <w:rtl/>
        </w:rPr>
        <w:t>بيانات</w:t>
      </w:r>
      <w:r w:rsidRPr="003E3418">
        <w:rPr>
          <w:rFonts w:ascii="Sakkal Majalla" w:hAnsi="Sakkal Majalla" w:cs="Sakkal Majalla"/>
          <w:sz w:val="24"/>
        </w:rPr>
        <w:t xml:space="preserve"> </w:t>
      </w:r>
      <w:r w:rsidRPr="003E3418">
        <w:rPr>
          <w:rFonts w:ascii="Sakkal Majalla" w:hAnsi="Sakkal Majalla" w:cs="Sakkal Majalla"/>
          <w:sz w:val="24"/>
          <w:szCs w:val="24"/>
          <w:rtl/>
        </w:rPr>
        <w:t>دولية</w:t>
      </w:r>
      <w:r w:rsidRPr="003E3418">
        <w:rPr>
          <w:rFonts w:ascii="Sakkal Majalla" w:hAnsi="Sakkal Majalla" w:cs="Sakkal Majalla"/>
          <w:sz w:val="24"/>
        </w:rPr>
        <w:t xml:space="preserve"> </w:t>
      </w:r>
      <w:r w:rsidRPr="003E3418">
        <w:rPr>
          <w:rFonts w:ascii="Sakkal Majalla" w:hAnsi="Sakkal Majalla" w:cs="Sakkal Majalla"/>
          <w:sz w:val="24"/>
          <w:szCs w:val="24"/>
          <w:rtl/>
        </w:rPr>
        <w:t>متعددة</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انحداري</w:t>
      </w:r>
      <w:r w:rsidRPr="003E3418">
        <w:rPr>
          <w:rFonts w:ascii="Sakkal Majalla" w:hAnsi="Sakkal Majalla" w:cs="Sakkal Majalla"/>
          <w:sz w:val="24"/>
        </w:rPr>
        <w:t xml:space="preserve"> </w:t>
      </w:r>
      <w:r w:rsidRPr="003E3418">
        <w:rPr>
          <w:rFonts w:ascii="Sakkal Majalla" w:hAnsi="Sakkal Majalla" w:cs="Sakkal Majalla"/>
          <w:sz w:val="24"/>
          <w:szCs w:val="24"/>
          <w:rtl/>
        </w:rPr>
        <w:t>متعدد</w:t>
      </w:r>
      <w:r w:rsidRPr="003E3418">
        <w:rPr>
          <w:rFonts w:ascii="Sakkal Majalla" w:hAnsi="Sakkal Majalla" w:cs="Sakkal Majalla"/>
          <w:sz w:val="24"/>
        </w:rPr>
        <w:t xml:space="preserve"> </w:t>
      </w:r>
      <w:r w:rsidRPr="003E3418">
        <w:rPr>
          <w:rFonts w:ascii="Sakkal Majalla" w:hAnsi="Sakkal Majalla" w:cs="Sakkal Majalla"/>
          <w:sz w:val="24"/>
          <w:szCs w:val="24"/>
          <w:rtl/>
        </w:rPr>
        <w:t>المتغيرات</w:t>
      </w:r>
      <w:r w:rsidRPr="003E3418">
        <w:rPr>
          <w:rFonts w:ascii="Sakkal Majalla" w:hAnsi="Sakkal Majalla" w:cs="Sakkal Majalla"/>
          <w:sz w:val="24"/>
        </w:rPr>
        <w:t xml:space="preserve"> </w:t>
      </w:r>
      <w:r w:rsidRPr="003E3418">
        <w:rPr>
          <w:rFonts w:ascii="Sakkal Majalla" w:hAnsi="Sakkal Majalla" w:cs="Sakkal Majalla"/>
          <w:sz w:val="24"/>
          <w:szCs w:val="24"/>
          <w:rtl/>
        </w:rPr>
        <w:t>مع</w:t>
      </w:r>
      <w:r w:rsidRPr="003E3418">
        <w:rPr>
          <w:rFonts w:ascii="Sakkal Majalla" w:hAnsi="Sakkal Majalla" w:cs="Sakkal Majalla"/>
          <w:sz w:val="24"/>
        </w:rPr>
        <w:t xml:space="preserve"> </w:t>
      </w:r>
      <w:r w:rsidRPr="003E3418">
        <w:rPr>
          <w:rFonts w:ascii="Sakkal Majalla" w:hAnsi="Sakkal Majalla" w:cs="Sakkal Majalla"/>
          <w:sz w:val="24"/>
          <w:szCs w:val="24"/>
          <w:rtl/>
        </w:rPr>
        <w:t>متغيرات</w:t>
      </w:r>
      <w:r w:rsidRPr="003E3418">
        <w:rPr>
          <w:rFonts w:ascii="Sakkal Majalla" w:hAnsi="Sakkal Majalla" w:cs="Sakkal Majalla"/>
          <w:sz w:val="24"/>
        </w:rPr>
        <w:t xml:space="preserve"> </w:t>
      </w:r>
      <w:r w:rsidRPr="003E3418">
        <w:rPr>
          <w:rFonts w:ascii="Sakkal Majalla" w:hAnsi="Sakkal Majalla" w:cs="Sakkal Majalla"/>
          <w:sz w:val="24"/>
          <w:szCs w:val="24"/>
          <w:rtl/>
        </w:rPr>
        <w:t>ضابطة</w:t>
      </w:r>
      <w:r w:rsidRPr="003E3418">
        <w:rPr>
          <w:rFonts w:ascii="Sakkal Majalla" w:hAnsi="Sakkal Majalla" w:cs="Sakkal Majalla"/>
          <w:sz w:val="24"/>
        </w:rPr>
        <w:t xml:space="preserve"> </w:t>
      </w:r>
      <w:r w:rsidRPr="003E3418">
        <w:rPr>
          <w:rFonts w:ascii="Sakkal Majalla" w:hAnsi="Sakkal Majalla" w:cs="Sakkal Majalla"/>
          <w:sz w:val="24"/>
          <w:szCs w:val="24"/>
          <w:rtl/>
        </w:rPr>
        <w:t>مؤسسية</w:t>
      </w:r>
      <w:r w:rsidRPr="003E3418">
        <w:rPr>
          <w:rFonts w:ascii="Sakkal Majalla" w:hAnsi="Sakkal Majalla" w:cs="Sakkal Majalla"/>
          <w:sz w:val="24"/>
        </w:rPr>
        <w:t xml:space="preserve"> </w:t>
      </w:r>
      <w:r w:rsidRPr="003E3418">
        <w:rPr>
          <w:rFonts w:ascii="Sakkal Majalla" w:hAnsi="Sakkal Majalla" w:cs="Sakkal Majalla"/>
          <w:sz w:val="24"/>
          <w:szCs w:val="24"/>
          <w:rtl/>
        </w:rPr>
        <w:t>واقتصادية</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تفصيلي</w:t>
      </w:r>
      <w:r w:rsidRPr="003E3418">
        <w:rPr>
          <w:rFonts w:ascii="Sakkal Majalla" w:hAnsi="Sakkal Majalla" w:cs="Sakkal Majalla"/>
          <w:sz w:val="24"/>
        </w:rPr>
        <w:t xml:space="preserve"> </w:t>
      </w:r>
      <w:r w:rsidRPr="003E3418">
        <w:rPr>
          <w:rFonts w:ascii="Sakkal Majalla" w:hAnsi="Sakkal Majalla" w:cs="Sakkal Majalla"/>
          <w:sz w:val="24"/>
          <w:szCs w:val="24"/>
          <w:rtl/>
        </w:rPr>
        <w:t>لمكونات</w:t>
      </w:r>
      <w:r w:rsidRPr="003E3418">
        <w:rPr>
          <w:rFonts w:ascii="Sakkal Majalla" w:hAnsi="Sakkal Majalla" w:cs="Sakkal Majalla"/>
          <w:sz w:val="24"/>
        </w:rPr>
        <w:t xml:space="preserve"> </w:t>
      </w:r>
      <w:r w:rsidRPr="003E3418">
        <w:rPr>
          <w:rFonts w:ascii="Sakkal Majalla" w:hAnsi="Sakkal Majalla" w:cs="Sakkal Majalla"/>
          <w:sz w:val="24"/>
          <w:szCs w:val="24"/>
          <w:rtl/>
        </w:rPr>
        <w:t>الإنفاق</w:t>
      </w:r>
      <w:r w:rsidRPr="003E3418">
        <w:rPr>
          <w:rFonts w:ascii="Sakkal Majalla" w:hAnsi="Sakkal Majalla" w:cs="Sakkal Majalla"/>
          <w:sz w:val="24"/>
        </w:rPr>
        <w:t xml:space="preserve"> </w:t>
      </w:r>
      <w:r w:rsidRPr="003E3418">
        <w:rPr>
          <w:rFonts w:ascii="Sakkal Majalla" w:hAnsi="Sakkal Majalla" w:cs="Sakkal Majalla"/>
          <w:sz w:val="24"/>
          <w:szCs w:val="24"/>
          <w:rtl/>
        </w:rPr>
        <w:t>الرأسمالي</w:t>
      </w:r>
      <w:r w:rsidRPr="003E3418">
        <w:rPr>
          <w:rFonts w:ascii="Sakkal Majalla" w:hAnsi="Sakkal Majalla" w:cs="Sakkal Majalla"/>
          <w:sz w:val="24"/>
        </w:rPr>
        <w:t xml:space="preserve"> </w:t>
      </w:r>
      <w:r w:rsidRPr="003E3418">
        <w:rPr>
          <w:rFonts w:ascii="Sakkal Majalla" w:hAnsi="Sakkal Majalla" w:cs="Sakkal Majalla"/>
          <w:sz w:val="24"/>
          <w:szCs w:val="24"/>
          <w:rtl/>
        </w:rPr>
        <w:t>وعوائد</w:t>
      </w:r>
      <w:r w:rsidRPr="003E3418">
        <w:rPr>
          <w:rFonts w:ascii="Sakkal Majalla" w:hAnsi="Sakkal Majalla" w:cs="Sakkal Majalla"/>
          <w:sz w:val="24"/>
        </w:rPr>
        <w:t xml:space="preserve"> </w:t>
      </w:r>
      <w:r w:rsidRPr="003E3418">
        <w:rPr>
          <w:rFonts w:ascii="Sakkal Majalla" w:hAnsi="Sakkal Majalla" w:cs="Sakkal Majalla"/>
          <w:sz w:val="24"/>
          <w:szCs w:val="24"/>
          <w:rtl/>
        </w:rPr>
        <w:t>الضرائب</w:t>
      </w:r>
      <w:r w:rsidRPr="003E3418">
        <w:rPr>
          <w:rFonts w:ascii="Sakkal Majalla" w:hAnsi="Sakkal Majalla" w:cs="Sakkal Majalla"/>
          <w:sz w:val="24"/>
        </w:rPr>
        <w:t xml:space="preserve"> </w:t>
      </w:r>
      <w:r w:rsidRPr="003E3418">
        <w:rPr>
          <w:rFonts w:ascii="Sakkal Majalla" w:hAnsi="Sakkal Majalla" w:cs="Sakkal Majalla"/>
          <w:sz w:val="24"/>
          <w:szCs w:val="24"/>
          <w:rtl/>
        </w:rPr>
        <w:t>والصيانة</w:t>
      </w:r>
      <w:r w:rsidRPr="003E3418">
        <w:rPr>
          <w:rFonts w:ascii="Sakkal Majalla" w:hAnsi="Sakkal Majalla" w:cs="Sakkal Majalla"/>
          <w:sz w:val="24"/>
        </w:rPr>
        <w:t>.</w:t>
      </w:r>
    </w:p>
    <w:p w14:paraId="1A4ADCE9"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أهم</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النتائج</w:t>
      </w:r>
      <w:r w:rsidRPr="003E3418">
        <w:rPr>
          <w:rFonts w:ascii="Sakkal Majalla" w:hAnsi="Sakkal Majalla" w:cs="Sakkal Majalla"/>
          <w:b/>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يدفع</w:t>
      </w:r>
      <w:r w:rsidRPr="003E3418">
        <w:rPr>
          <w:rFonts w:ascii="Sakkal Majalla" w:hAnsi="Sakkal Majalla" w:cs="Sakkal Majalla"/>
          <w:sz w:val="24"/>
        </w:rPr>
        <w:t xml:space="preserve"> </w:t>
      </w:r>
      <w:r w:rsidRPr="003E3418">
        <w:rPr>
          <w:rFonts w:ascii="Sakkal Majalla" w:hAnsi="Sakkal Majalla" w:cs="Sakkal Majalla"/>
          <w:sz w:val="24"/>
          <w:szCs w:val="24"/>
          <w:rtl/>
        </w:rPr>
        <w:t>نحو</w:t>
      </w:r>
      <w:r w:rsidRPr="003E3418">
        <w:rPr>
          <w:rFonts w:ascii="Sakkal Majalla" w:hAnsi="Sakkal Majalla" w:cs="Sakkal Majalla"/>
          <w:sz w:val="24"/>
        </w:rPr>
        <w:t xml:space="preserve"> </w:t>
      </w:r>
      <w:r w:rsidRPr="003E3418">
        <w:rPr>
          <w:rFonts w:ascii="Sakkal Majalla" w:hAnsi="Sakkal Majalla" w:cs="Sakkal Majalla"/>
          <w:sz w:val="24"/>
          <w:szCs w:val="24"/>
          <w:rtl/>
        </w:rPr>
        <w:t>تضخيم</w:t>
      </w:r>
      <w:r w:rsidRPr="003E3418">
        <w:rPr>
          <w:rFonts w:ascii="Sakkal Majalla" w:hAnsi="Sakkal Majalla" w:cs="Sakkal Majalla"/>
          <w:sz w:val="24"/>
        </w:rPr>
        <w:t xml:space="preserve"> </w:t>
      </w:r>
      <w:r w:rsidRPr="003E3418">
        <w:rPr>
          <w:rFonts w:ascii="Sakkal Majalla" w:hAnsi="Sakkal Majalla" w:cs="Sakkal Majalla"/>
          <w:sz w:val="24"/>
          <w:szCs w:val="24"/>
          <w:rtl/>
        </w:rPr>
        <w:t>الإنفاق</w:t>
      </w:r>
      <w:r w:rsidRPr="003E3418">
        <w:rPr>
          <w:rFonts w:ascii="Sakkal Majalla" w:hAnsi="Sakkal Majalla" w:cs="Sakkal Majalla"/>
          <w:sz w:val="24"/>
        </w:rPr>
        <w:t xml:space="preserve"> </w:t>
      </w:r>
      <w:r w:rsidRPr="003E3418">
        <w:rPr>
          <w:rFonts w:ascii="Sakkal Majalla" w:hAnsi="Sakkal Majalla" w:cs="Sakkal Majalla"/>
          <w:sz w:val="24"/>
          <w:szCs w:val="24"/>
          <w:rtl/>
        </w:rPr>
        <w:t>الرأسمالي</w:t>
      </w:r>
      <w:r w:rsidRPr="003E3418">
        <w:rPr>
          <w:rFonts w:ascii="Sakkal Majalla" w:hAnsi="Sakkal Majalla" w:cs="Sakkal Majalla"/>
          <w:sz w:val="24"/>
        </w:rPr>
        <w:t xml:space="preserve"> </w:t>
      </w:r>
      <w:r w:rsidRPr="003E3418">
        <w:rPr>
          <w:rFonts w:ascii="Sakkal Majalla" w:hAnsi="Sakkal Majalla" w:cs="Sakkal Majalla"/>
          <w:sz w:val="24"/>
          <w:szCs w:val="24"/>
          <w:rtl/>
        </w:rPr>
        <w:t>لاستخراج</w:t>
      </w:r>
      <w:r w:rsidRPr="003E3418">
        <w:rPr>
          <w:rFonts w:ascii="Sakkal Majalla" w:hAnsi="Sakkal Majalla" w:cs="Sakkal Majalla"/>
          <w:sz w:val="24"/>
        </w:rPr>
        <w:t xml:space="preserve"> </w:t>
      </w:r>
      <w:r w:rsidRPr="003E3418">
        <w:rPr>
          <w:rFonts w:ascii="Sakkal Majalla" w:hAnsi="Sakkal Majalla" w:cs="Sakkal Majalla"/>
          <w:sz w:val="24"/>
          <w:szCs w:val="24"/>
          <w:rtl/>
        </w:rPr>
        <w:t>الرشاوى</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المقاولين</w:t>
      </w:r>
      <w:r w:rsidRPr="003E3418">
        <w:rPr>
          <w:rFonts w:ascii="Sakkal Majalla" w:hAnsi="Sakkal Majalla" w:cs="Sakkal Majalla"/>
          <w:sz w:val="24"/>
        </w:rPr>
        <w:t xml:space="preserve"> </w:t>
      </w:r>
      <w:r w:rsidRPr="003E3418">
        <w:rPr>
          <w:rFonts w:ascii="Sakkal Majalla" w:hAnsi="Sakkal Majalla" w:cs="Sakkal Majalla"/>
          <w:sz w:val="24"/>
          <w:szCs w:val="24"/>
          <w:rtl/>
        </w:rPr>
        <w:t>والموردين،</w:t>
      </w:r>
      <w:r w:rsidRPr="003E3418">
        <w:rPr>
          <w:rFonts w:ascii="Sakkal Majalla" w:hAnsi="Sakkal Majalla" w:cs="Sakkal Majalla"/>
          <w:sz w:val="24"/>
        </w:rPr>
        <w:t xml:space="preserve"> </w:t>
      </w:r>
      <w:r w:rsidRPr="003E3418">
        <w:rPr>
          <w:rFonts w:ascii="Sakkal Majalla" w:hAnsi="Sakkal Majalla" w:cs="Sakkal Majalla"/>
          <w:sz w:val="24"/>
          <w:szCs w:val="24"/>
          <w:rtl/>
        </w:rPr>
        <w:t>مع</w:t>
      </w:r>
      <w:r w:rsidRPr="003E3418">
        <w:rPr>
          <w:rFonts w:ascii="Sakkal Majalla" w:hAnsi="Sakkal Majalla" w:cs="Sakkal Majalla"/>
          <w:sz w:val="24"/>
        </w:rPr>
        <w:t xml:space="preserve"> </w:t>
      </w:r>
      <w:r w:rsidRPr="003E3418">
        <w:rPr>
          <w:rFonts w:ascii="Sakkal Majalla" w:hAnsi="Sakkal Majalla" w:cs="Sakkal Majalla"/>
          <w:sz w:val="24"/>
          <w:szCs w:val="24"/>
          <w:rtl/>
        </w:rPr>
        <w:t>إهمال</w:t>
      </w:r>
      <w:r w:rsidRPr="003E3418">
        <w:rPr>
          <w:rFonts w:ascii="Sakkal Majalla" w:hAnsi="Sakkal Majalla" w:cs="Sakkal Majalla"/>
          <w:sz w:val="24"/>
        </w:rPr>
        <w:t xml:space="preserve"> </w:t>
      </w:r>
      <w:r w:rsidRPr="003E3418">
        <w:rPr>
          <w:rFonts w:ascii="Sakkal Majalla" w:hAnsi="Sakkal Majalla" w:cs="Sakkal Majalla"/>
          <w:sz w:val="24"/>
          <w:szCs w:val="24"/>
          <w:rtl/>
        </w:rPr>
        <w:t>صيانة</w:t>
      </w:r>
      <w:r w:rsidRPr="003E3418">
        <w:rPr>
          <w:rFonts w:ascii="Sakkal Majalla" w:hAnsi="Sakkal Majalla" w:cs="Sakkal Majalla"/>
          <w:sz w:val="24"/>
        </w:rPr>
        <w:t xml:space="preserve"> </w:t>
      </w:r>
      <w:r w:rsidRPr="003E3418">
        <w:rPr>
          <w:rFonts w:ascii="Sakkal Majalla" w:hAnsi="Sakkal Majalla" w:cs="Sakkal Majalla"/>
          <w:sz w:val="24"/>
          <w:szCs w:val="24"/>
          <w:rtl/>
        </w:rPr>
        <w:t>الأصول</w:t>
      </w:r>
      <w:r w:rsidRPr="003E3418">
        <w:rPr>
          <w:rFonts w:ascii="Sakkal Majalla" w:hAnsi="Sakkal Majalla" w:cs="Sakkal Majalla"/>
          <w:sz w:val="24"/>
        </w:rPr>
        <w:t xml:space="preserve"> </w:t>
      </w:r>
      <w:r w:rsidRPr="003E3418">
        <w:rPr>
          <w:rFonts w:ascii="Sakkal Majalla" w:hAnsi="Sakkal Majalla" w:cs="Sakkal Majalla"/>
          <w:sz w:val="24"/>
          <w:szCs w:val="24"/>
          <w:rtl/>
        </w:rPr>
        <w:t>الموجودة</w:t>
      </w:r>
      <w:r w:rsidRPr="003E3418">
        <w:rPr>
          <w:rFonts w:ascii="Sakkal Majalla" w:hAnsi="Sakkal Majalla" w:cs="Sakkal Majalla"/>
          <w:sz w:val="24"/>
        </w:rPr>
        <w:t xml:space="preserve"> </w:t>
      </w:r>
      <w:r w:rsidRPr="003E3418">
        <w:rPr>
          <w:rFonts w:ascii="Sakkal Majalla" w:hAnsi="Sakkal Majalla" w:cs="Sakkal Majalla"/>
          <w:sz w:val="24"/>
          <w:szCs w:val="24"/>
          <w:rtl/>
        </w:rPr>
        <w:t>وتراجع</w:t>
      </w:r>
      <w:r w:rsidRPr="003E3418">
        <w:rPr>
          <w:rFonts w:ascii="Sakkal Majalla" w:hAnsi="Sakkal Majalla" w:cs="Sakkal Majalla"/>
          <w:sz w:val="24"/>
        </w:rPr>
        <w:t xml:space="preserve"> </w:t>
      </w:r>
      <w:r w:rsidRPr="003E3418">
        <w:rPr>
          <w:rFonts w:ascii="Sakkal Majalla" w:hAnsi="Sakkal Majalla" w:cs="Sakkal Majalla"/>
          <w:sz w:val="24"/>
          <w:szCs w:val="24"/>
          <w:rtl/>
        </w:rPr>
        <w:t>عوائد</w:t>
      </w:r>
      <w:r w:rsidRPr="003E3418">
        <w:rPr>
          <w:rFonts w:ascii="Sakkal Majalla" w:hAnsi="Sakkal Majalla" w:cs="Sakkal Majalla"/>
          <w:sz w:val="24"/>
        </w:rPr>
        <w:t xml:space="preserve"> </w:t>
      </w:r>
      <w:r w:rsidRPr="003E3418">
        <w:rPr>
          <w:rFonts w:ascii="Sakkal Majalla" w:hAnsi="Sakkal Majalla" w:cs="Sakkal Majalla"/>
          <w:sz w:val="24"/>
          <w:szCs w:val="24"/>
          <w:rtl/>
        </w:rPr>
        <w:t>الضرائب</w:t>
      </w:r>
      <w:r w:rsidRPr="003E3418">
        <w:rPr>
          <w:rFonts w:ascii="Sakkal Majalla" w:hAnsi="Sakkal Majalla" w:cs="Sakkal Majalla"/>
          <w:sz w:val="24"/>
        </w:rPr>
        <w:t xml:space="preserve">. </w:t>
      </w:r>
      <w:r w:rsidRPr="003E3418">
        <w:rPr>
          <w:rFonts w:ascii="Sakkal Majalla" w:hAnsi="Sakkal Majalla" w:cs="Sakkal Majalla"/>
          <w:sz w:val="24"/>
          <w:szCs w:val="24"/>
          <w:rtl/>
        </w:rPr>
        <w:t>النتيجة</w:t>
      </w:r>
      <w:r w:rsidRPr="003E3418">
        <w:rPr>
          <w:rFonts w:ascii="Sakkal Majalla" w:hAnsi="Sakkal Majalla" w:cs="Sakkal Majalla"/>
          <w:sz w:val="24"/>
        </w:rPr>
        <w:t xml:space="preserve">: </w:t>
      </w:r>
      <w:r w:rsidRPr="003E3418">
        <w:rPr>
          <w:rFonts w:ascii="Sakkal Majalla" w:hAnsi="Sakkal Majalla" w:cs="Sakkal Majalla"/>
          <w:sz w:val="24"/>
          <w:szCs w:val="24"/>
          <w:rtl/>
        </w:rPr>
        <w:t>بنية</w:t>
      </w:r>
      <w:r w:rsidRPr="003E3418">
        <w:rPr>
          <w:rFonts w:ascii="Sakkal Majalla" w:hAnsi="Sakkal Majalla" w:cs="Sakkal Majalla"/>
          <w:sz w:val="24"/>
        </w:rPr>
        <w:t xml:space="preserve"> </w:t>
      </w:r>
      <w:r w:rsidRPr="003E3418">
        <w:rPr>
          <w:rFonts w:ascii="Sakkal Majalla" w:hAnsi="Sakkal Majalla" w:cs="Sakkal Majalla"/>
          <w:sz w:val="24"/>
          <w:szCs w:val="24"/>
          <w:rtl/>
        </w:rPr>
        <w:t>تحتية</w:t>
      </w:r>
      <w:r w:rsidRPr="003E3418">
        <w:rPr>
          <w:rFonts w:ascii="Sakkal Majalla" w:hAnsi="Sakkal Majalla" w:cs="Sakkal Majalla"/>
          <w:sz w:val="24"/>
        </w:rPr>
        <w:t xml:space="preserve"> </w:t>
      </w:r>
      <w:r w:rsidRPr="003E3418">
        <w:rPr>
          <w:rFonts w:ascii="Sakkal Majalla" w:hAnsi="Sakkal Majalla" w:cs="Sakkal Majalla"/>
          <w:sz w:val="24"/>
          <w:szCs w:val="24"/>
          <w:rtl/>
        </w:rPr>
        <w:t>مرتفعة</w:t>
      </w:r>
      <w:r w:rsidRPr="003E3418">
        <w:rPr>
          <w:rFonts w:ascii="Sakkal Majalla" w:hAnsi="Sakkal Majalla" w:cs="Sakkal Majalla"/>
          <w:sz w:val="24"/>
        </w:rPr>
        <w:t xml:space="preserve"> </w:t>
      </w:r>
      <w:r w:rsidRPr="003E3418">
        <w:rPr>
          <w:rFonts w:ascii="Sakkal Majalla" w:hAnsi="Sakkal Majalla" w:cs="Sakkal Majalla"/>
          <w:sz w:val="24"/>
          <w:szCs w:val="24"/>
          <w:rtl/>
        </w:rPr>
        <w:t>الكلفة</w:t>
      </w:r>
      <w:r w:rsidRPr="003E3418">
        <w:rPr>
          <w:rFonts w:ascii="Sakkal Majalla" w:hAnsi="Sakkal Majalla" w:cs="Sakkal Majalla"/>
          <w:sz w:val="24"/>
        </w:rPr>
        <w:t xml:space="preserve"> </w:t>
      </w:r>
      <w:r w:rsidRPr="003E3418">
        <w:rPr>
          <w:rFonts w:ascii="Sakkal Majalla" w:hAnsi="Sakkal Majalla" w:cs="Sakkal Majalla"/>
          <w:sz w:val="24"/>
          <w:szCs w:val="24"/>
          <w:rtl/>
        </w:rPr>
        <w:t>رديئة</w:t>
      </w:r>
      <w:r w:rsidRPr="003E3418">
        <w:rPr>
          <w:rFonts w:ascii="Sakkal Majalla" w:hAnsi="Sakkal Majalla" w:cs="Sakkal Majalla"/>
          <w:sz w:val="24"/>
        </w:rPr>
        <w:t xml:space="preserve"> </w:t>
      </w:r>
      <w:r w:rsidRPr="003E3418">
        <w:rPr>
          <w:rFonts w:ascii="Sakkal Majalla" w:hAnsi="Sakkal Majalla" w:cs="Sakkal Majalla"/>
          <w:sz w:val="24"/>
          <w:szCs w:val="24"/>
          <w:rtl/>
        </w:rPr>
        <w:t>الجودة</w:t>
      </w:r>
      <w:r w:rsidRPr="003E3418">
        <w:rPr>
          <w:rFonts w:ascii="Sakkal Majalla" w:hAnsi="Sakkal Majalla" w:cs="Sakkal Majalla"/>
          <w:sz w:val="24"/>
        </w:rPr>
        <w:t xml:space="preserve"> </w:t>
      </w:r>
      <w:r w:rsidRPr="003E3418">
        <w:rPr>
          <w:rFonts w:ascii="Sakkal Majalla" w:hAnsi="Sakkal Majalla" w:cs="Sakkal Majalla"/>
          <w:sz w:val="24"/>
          <w:szCs w:val="24"/>
          <w:rtl/>
        </w:rPr>
        <w:t>تُعيق</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بدلاً</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تحفيزه</w:t>
      </w:r>
      <w:r w:rsidRPr="003E3418">
        <w:rPr>
          <w:rFonts w:ascii="Sakkal Majalla" w:hAnsi="Sakkal Majalla" w:cs="Sakkal Majalla"/>
          <w:sz w:val="24"/>
        </w:rPr>
        <w:t>.</w:t>
      </w:r>
    </w:p>
    <w:p w14:paraId="4509A8FE"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الصلة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بالبحث</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الحالي</w:t>
      </w:r>
      <w:r w:rsidRPr="003E3418">
        <w:rPr>
          <w:rFonts w:ascii="Sakkal Majalla" w:hAnsi="Sakkal Majalla" w:cs="Sakkal Majalla"/>
          <w:b/>
          <w:sz w:val="24"/>
        </w:rPr>
        <w:t xml:space="preserve">: </w:t>
      </w:r>
      <w:r w:rsidRPr="003E3418">
        <w:rPr>
          <w:rFonts w:ascii="Sakkal Majalla" w:hAnsi="Sakkal Majalla" w:cs="Sakkal Majalla"/>
          <w:sz w:val="24"/>
          <w:szCs w:val="24"/>
          <w:rtl/>
        </w:rPr>
        <w:t>تُرسّخ</w:t>
      </w:r>
      <w:r w:rsidRPr="003E3418">
        <w:rPr>
          <w:rFonts w:ascii="Sakkal Majalla" w:hAnsi="Sakkal Majalla" w:cs="Sakkal Majalla"/>
          <w:sz w:val="24"/>
        </w:rPr>
        <w:t xml:space="preserve"> </w:t>
      </w:r>
      <w:r w:rsidRPr="003E3418">
        <w:rPr>
          <w:rFonts w:ascii="Sakkal Majalla" w:hAnsi="Sakkal Majalla" w:cs="Sakkal Majalla"/>
          <w:sz w:val="24"/>
          <w:szCs w:val="24"/>
          <w:rtl/>
        </w:rPr>
        <w:t>وترصين</w:t>
      </w:r>
      <w:r w:rsidRPr="003E3418">
        <w:rPr>
          <w:rFonts w:ascii="Sakkal Majalla" w:hAnsi="Sakkal Majalla" w:cs="Sakkal Majalla"/>
          <w:sz w:val="24"/>
        </w:rPr>
        <w:t xml:space="preserve"> </w:t>
      </w:r>
      <w:r w:rsidRPr="003E3418">
        <w:rPr>
          <w:rFonts w:ascii="Sakkal Majalla" w:hAnsi="Sakkal Majalla" w:cs="Sakkal Majalla"/>
          <w:sz w:val="24"/>
          <w:szCs w:val="24"/>
          <w:rtl/>
        </w:rPr>
        <w:t>قناة</w:t>
      </w:r>
      <w:r w:rsidRPr="003E3418">
        <w:rPr>
          <w:rFonts w:ascii="Sakkal Majalla" w:hAnsi="Sakkal Majalla" w:cs="Sakkal Majalla"/>
          <w:sz w:val="24"/>
        </w:rPr>
        <w:t xml:space="preserve"> </w:t>
      </w:r>
      <w:r w:rsidRPr="003E3418">
        <w:rPr>
          <w:rFonts w:ascii="Sakkal Majalla" w:hAnsi="Sakkal Majalla" w:cs="Sakkal Majalla"/>
          <w:sz w:val="24"/>
          <w:szCs w:val="24"/>
          <w:rtl/>
        </w:rPr>
        <w:t>الإنفاق</w:t>
      </w:r>
      <w:r w:rsidRPr="003E3418">
        <w:rPr>
          <w:rFonts w:ascii="Sakkal Majalla" w:hAnsi="Sakkal Majalla" w:cs="Sakkal Majalla"/>
          <w:sz w:val="24"/>
        </w:rPr>
        <w:t xml:space="preserve"> </w:t>
      </w:r>
      <w:r w:rsidRPr="003E3418">
        <w:rPr>
          <w:rFonts w:ascii="Sakkal Majalla" w:hAnsi="Sakkal Majalla" w:cs="Sakkal Majalla"/>
          <w:sz w:val="24"/>
          <w:szCs w:val="24"/>
          <w:rtl/>
        </w:rPr>
        <w:t>العام</w:t>
      </w:r>
      <w:r w:rsidRPr="003E3418">
        <w:rPr>
          <w:rFonts w:ascii="Sakkal Majalla" w:hAnsi="Sakkal Majalla" w:cs="Sakkal Majalla"/>
          <w:sz w:val="24"/>
        </w:rPr>
        <w:t xml:space="preserve"> </w:t>
      </w:r>
      <w:r w:rsidRPr="003E3418">
        <w:rPr>
          <w:rFonts w:ascii="Sakkal Majalla" w:hAnsi="Sakkal Majalla" w:cs="Sakkal Majalla"/>
          <w:sz w:val="24"/>
          <w:szCs w:val="24"/>
          <w:rtl/>
        </w:rPr>
        <w:t>بوصفها</w:t>
      </w:r>
      <w:r w:rsidRPr="003E3418">
        <w:rPr>
          <w:rFonts w:ascii="Sakkal Majalla" w:hAnsi="Sakkal Majalla" w:cs="Sakkal Majalla"/>
          <w:sz w:val="24"/>
        </w:rPr>
        <w:t xml:space="preserve"> </w:t>
      </w:r>
      <w:r w:rsidRPr="003E3418">
        <w:rPr>
          <w:rFonts w:ascii="Sakkal Majalla" w:hAnsi="Sakkal Majalla" w:cs="Sakkal Majalla"/>
          <w:sz w:val="24"/>
          <w:szCs w:val="24"/>
          <w:rtl/>
        </w:rPr>
        <w:t>مساراً</w:t>
      </w:r>
      <w:r w:rsidRPr="003E3418">
        <w:rPr>
          <w:rFonts w:ascii="Sakkal Majalla" w:hAnsi="Sakkal Majalla" w:cs="Sakkal Majalla"/>
          <w:sz w:val="24"/>
        </w:rPr>
        <w:t xml:space="preserve"> </w:t>
      </w:r>
      <w:r w:rsidRPr="003E3418">
        <w:rPr>
          <w:rFonts w:ascii="Sakkal Majalla" w:hAnsi="Sakkal Majalla" w:cs="Sakkal Majalla"/>
          <w:sz w:val="24"/>
          <w:szCs w:val="24"/>
          <w:rtl/>
        </w:rPr>
        <w:t>مزدوجاً</w:t>
      </w:r>
      <w:r w:rsidRPr="003E3418">
        <w:rPr>
          <w:rFonts w:ascii="Sakkal Majalla" w:hAnsi="Sakkal Majalla" w:cs="Sakkal Majalla"/>
          <w:sz w:val="24"/>
        </w:rPr>
        <w:t xml:space="preserve"> </w:t>
      </w:r>
      <w:r w:rsidRPr="003E3418">
        <w:rPr>
          <w:rFonts w:ascii="Sakkal Majalla" w:hAnsi="Sakkal Majalla" w:cs="Sakkal Majalla"/>
          <w:sz w:val="24"/>
          <w:szCs w:val="24"/>
          <w:rtl/>
        </w:rPr>
        <w:t>يصل</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مباشرةً</w:t>
      </w:r>
      <w:r w:rsidRPr="003E3418">
        <w:rPr>
          <w:rFonts w:ascii="Sakkal Majalla" w:hAnsi="Sakkal Majalla" w:cs="Sakkal Majalla"/>
          <w:sz w:val="24"/>
        </w:rPr>
        <w:t xml:space="preserve">: </w:t>
      </w:r>
      <w:r w:rsidRPr="003E3418">
        <w:rPr>
          <w:rFonts w:ascii="Sakkal Majalla" w:hAnsi="Sakkal Majalla" w:cs="Sakkal Majalla"/>
          <w:sz w:val="24"/>
          <w:szCs w:val="24"/>
          <w:rtl/>
        </w:rPr>
        <w:t>مرةً</w:t>
      </w:r>
      <w:r w:rsidRPr="003E3418">
        <w:rPr>
          <w:rFonts w:ascii="Sakkal Majalla" w:hAnsi="Sakkal Majalla" w:cs="Sakkal Majalla"/>
          <w:sz w:val="24"/>
        </w:rPr>
        <w:t xml:space="preserve"> </w:t>
      </w:r>
      <w:r w:rsidRPr="003E3418">
        <w:rPr>
          <w:rFonts w:ascii="Sakkal Majalla" w:hAnsi="Sakkal Majalla" w:cs="Sakkal Majalla"/>
          <w:sz w:val="24"/>
          <w:szCs w:val="24"/>
          <w:rtl/>
        </w:rPr>
        <w:t>عبر</w:t>
      </w:r>
      <w:r w:rsidRPr="003E3418">
        <w:rPr>
          <w:rFonts w:ascii="Sakkal Majalla" w:hAnsi="Sakkal Majalla" w:cs="Sakkal Majalla"/>
          <w:sz w:val="24"/>
        </w:rPr>
        <w:t xml:space="preserve"> </w:t>
      </w:r>
      <w:r w:rsidRPr="003E3418">
        <w:rPr>
          <w:rFonts w:ascii="Sakkal Majalla" w:hAnsi="Sakkal Majalla" w:cs="Sakkal Majalla"/>
          <w:sz w:val="24"/>
          <w:szCs w:val="24"/>
          <w:rtl/>
        </w:rPr>
        <w:t>إضعاف</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ومرةً</w:t>
      </w:r>
      <w:r w:rsidRPr="003E3418">
        <w:rPr>
          <w:rFonts w:ascii="Sakkal Majalla" w:hAnsi="Sakkal Majalla" w:cs="Sakkal Majalla"/>
          <w:sz w:val="24"/>
        </w:rPr>
        <w:t xml:space="preserve"> </w:t>
      </w:r>
      <w:r w:rsidRPr="003E3418">
        <w:rPr>
          <w:rFonts w:ascii="Sakkal Majalla" w:hAnsi="Sakkal Majalla" w:cs="Sakkal Majalla"/>
          <w:sz w:val="24"/>
          <w:szCs w:val="24"/>
          <w:rtl/>
        </w:rPr>
        <w:t>عبر</w:t>
      </w:r>
      <w:r w:rsidRPr="003E3418">
        <w:rPr>
          <w:rFonts w:ascii="Sakkal Majalla" w:hAnsi="Sakkal Majalla" w:cs="Sakkal Majalla"/>
          <w:sz w:val="24"/>
        </w:rPr>
        <w:t xml:space="preserve"> </w:t>
      </w:r>
      <w:r w:rsidRPr="003E3418">
        <w:rPr>
          <w:rFonts w:ascii="Sakkal Majalla" w:hAnsi="Sakkal Majalla" w:cs="Sakkal Majalla"/>
          <w:sz w:val="24"/>
          <w:szCs w:val="24"/>
          <w:rtl/>
        </w:rPr>
        <w:t>تدهور</w:t>
      </w:r>
      <w:r w:rsidRPr="003E3418">
        <w:rPr>
          <w:rFonts w:ascii="Sakkal Majalla" w:hAnsi="Sakkal Majalla" w:cs="Sakkal Majalla"/>
          <w:sz w:val="24"/>
        </w:rPr>
        <w:t xml:space="preserve"> </w:t>
      </w:r>
      <w:r w:rsidRPr="003E3418">
        <w:rPr>
          <w:rFonts w:ascii="Sakkal Majalla" w:hAnsi="Sakkal Majalla" w:cs="Sakkal Majalla"/>
          <w:sz w:val="24"/>
          <w:szCs w:val="24"/>
          <w:rtl/>
        </w:rPr>
        <w:t>الخدمات</w:t>
      </w:r>
      <w:r w:rsidRPr="003E3418">
        <w:rPr>
          <w:rFonts w:ascii="Sakkal Majalla" w:hAnsi="Sakkal Majalla" w:cs="Sakkal Majalla"/>
          <w:sz w:val="24"/>
        </w:rPr>
        <w:t xml:space="preserve"> </w:t>
      </w:r>
      <w:r w:rsidRPr="003E3418">
        <w:rPr>
          <w:rFonts w:ascii="Sakkal Majalla" w:hAnsi="Sakkal Majalla" w:cs="Sakkal Majalla"/>
          <w:sz w:val="24"/>
          <w:szCs w:val="24"/>
          <w:rtl/>
        </w:rPr>
        <w:t>الأساسية</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يعتمد</w:t>
      </w:r>
      <w:r w:rsidRPr="003E3418">
        <w:rPr>
          <w:rFonts w:ascii="Sakkal Majalla" w:hAnsi="Sakkal Majalla" w:cs="Sakkal Majalla"/>
          <w:sz w:val="24"/>
        </w:rPr>
        <w:t xml:space="preserve"> </w:t>
      </w:r>
      <w:r w:rsidRPr="003E3418">
        <w:rPr>
          <w:rFonts w:ascii="Sakkal Majalla" w:hAnsi="Sakkal Majalla" w:cs="Sakkal Majalla"/>
          <w:sz w:val="24"/>
          <w:szCs w:val="24"/>
          <w:rtl/>
        </w:rPr>
        <w:t>عليها</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الفقراء</w:t>
      </w:r>
      <w:r w:rsidRPr="003E3418">
        <w:rPr>
          <w:rFonts w:ascii="Sakkal Majalla" w:hAnsi="Sakkal Majalla" w:cs="Sakkal Majalla"/>
          <w:sz w:val="24"/>
        </w:rPr>
        <w:t xml:space="preserve"> </w:t>
      </w:r>
      <w:r w:rsidRPr="003E3418">
        <w:rPr>
          <w:rFonts w:ascii="Sakkal Majalla" w:hAnsi="Sakkal Majalla" w:cs="Sakkal Majalla"/>
          <w:sz w:val="24"/>
          <w:szCs w:val="24"/>
          <w:rtl/>
        </w:rPr>
        <w:t>أكثر</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غيرهم</w:t>
      </w:r>
      <w:r w:rsidRPr="003E3418">
        <w:rPr>
          <w:rFonts w:ascii="Sakkal Majalla" w:hAnsi="Sakkal Majalla" w:cs="Sakkal Majalla"/>
          <w:sz w:val="24"/>
        </w:rPr>
        <w:t xml:space="preserve">. </w:t>
      </w:r>
      <w:r w:rsidRPr="003E3418">
        <w:rPr>
          <w:rFonts w:ascii="Sakkal Majalla" w:hAnsi="Sakkal Majalla" w:cs="Sakkal Majalla"/>
          <w:sz w:val="24"/>
          <w:szCs w:val="24"/>
          <w:rtl/>
        </w:rPr>
        <w:t>يُدرجها</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w:t>
      </w:r>
      <w:r w:rsidRPr="003E3418">
        <w:rPr>
          <w:rFonts w:ascii="Sakkal Majalla" w:hAnsi="Sakkal Majalla" w:cs="Sakkal Majalla"/>
          <w:sz w:val="24"/>
        </w:rPr>
        <w:t xml:space="preserve"> </w:t>
      </w:r>
      <w:r w:rsidRPr="003E3418">
        <w:rPr>
          <w:rFonts w:ascii="Sakkal Majalla" w:hAnsi="Sakkal Majalla" w:cs="Sakkal Majalla"/>
          <w:sz w:val="24"/>
          <w:szCs w:val="24"/>
          <w:rtl/>
        </w:rPr>
        <w:t>الحالي</w:t>
      </w:r>
      <w:r w:rsidRPr="003E3418">
        <w:rPr>
          <w:rFonts w:ascii="Sakkal Majalla" w:hAnsi="Sakkal Majalla" w:cs="Sakkal Majalla"/>
          <w:sz w:val="24"/>
        </w:rPr>
        <w:t xml:space="preserve"> </w:t>
      </w:r>
      <w:r w:rsidRPr="003E3418">
        <w:rPr>
          <w:rFonts w:ascii="Sakkal Majalla" w:hAnsi="Sakkal Majalla" w:cs="Sakkal Majalla"/>
          <w:sz w:val="24"/>
          <w:szCs w:val="24"/>
          <w:rtl/>
        </w:rPr>
        <w:t>ضمن</w:t>
      </w:r>
      <w:r w:rsidRPr="003E3418">
        <w:rPr>
          <w:rFonts w:ascii="Sakkal Majalla" w:hAnsi="Sakkal Majalla" w:cs="Sakkal Majalla"/>
          <w:sz w:val="24"/>
        </w:rPr>
        <w:t xml:space="preserve"> </w:t>
      </w:r>
      <w:r w:rsidRPr="003E3418">
        <w:rPr>
          <w:rFonts w:ascii="Sakkal Majalla" w:hAnsi="Sakkal Majalla" w:cs="Sakkal Majalla"/>
          <w:sz w:val="24"/>
          <w:szCs w:val="24"/>
          <w:rtl/>
        </w:rPr>
        <w:t>نموذج</w:t>
      </w:r>
      <w:r w:rsidRPr="003E3418">
        <w:rPr>
          <w:rFonts w:ascii="Sakkal Majalla" w:hAnsi="Sakkal Majalla" w:cs="Sakkal Majalla"/>
          <w:sz w:val="24"/>
        </w:rPr>
        <w:t xml:space="preserve"> </w:t>
      </w:r>
      <w:r w:rsidRPr="003E3418">
        <w:rPr>
          <w:rFonts w:ascii="Sakkal Majalla" w:hAnsi="Sakkal Majalla" w:cs="Sakkal Majalla"/>
          <w:sz w:val="24"/>
          <w:szCs w:val="24"/>
          <w:rtl/>
        </w:rPr>
        <w:t>متكامل</w:t>
      </w:r>
      <w:r w:rsidRPr="003E3418">
        <w:rPr>
          <w:rFonts w:ascii="Sakkal Majalla" w:hAnsi="Sakkal Majalla" w:cs="Sakkal Majalla"/>
          <w:sz w:val="24"/>
        </w:rPr>
        <w:t xml:space="preserve"> </w:t>
      </w:r>
      <w:r w:rsidRPr="003E3418">
        <w:rPr>
          <w:rFonts w:ascii="Sakkal Majalla" w:hAnsi="Sakkal Majalla" w:cs="Sakkal Majalla"/>
          <w:sz w:val="24"/>
          <w:szCs w:val="24"/>
          <w:rtl/>
        </w:rPr>
        <w:t>مع</w:t>
      </w:r>
      <w:r w:rsidRPr="003E3418">
        <w:rPr>
          <w:rFonts w:ascii="Sakkal Majalla" w:hAnsi="Sakkal Majalla" w:cs="Sakkal Majalla"/>
          <w:sz w:val="24"/>
        </w:rPr>
        <w:t xml:space="preserve"> </w:t>
      </w:r>
      <w:r w:rsidRPr="003E3418">
        <w:rPr>
          <w:rFonts w:ascii="Sakkal Majalla" w:hAnsi="Sakkal Majalla" w:cs="Sakkal Majalla"/>
          <w:sz w:val="24"/>
          <w:szCs w:val="24"/>
          <w:rtl/>
        </w:rPr>
        <w:t>القنوات</w:t>
      </w:r>
      <w:r w:rsidRPr="003E3418">
        <w:rPr>
          <w:rFonts w:ascii="Sakkal Majalla" w:hAnsi="Sakkal Majalla" w:cs="Sakkal Majalla"/>
          <w:sz w:val="24"/>
        </w:rPr>
        <w:t xml:space="preserve"> </w:t>
      </w:r>
      <w:r w:rsidRPr="003E3418">
        <w:rPr>
          <w:rFonts w:ascii="Sakkal Majalla" w:hAnsi="Sakkal Majalla" w:cs="Sakkal Majalla"/>
          <w:sz w:val="24"/>
          <w:szCs w:val="24"/>
          <w:rtl/>
        </w:rPr>
        <w:t>الأخرى</w:t>
      </w:r>
      <w:r w:rsidRPr="003E3418">
        <w:rPr>
          <w:rFonts w:ascii="Sakkal Majalla" w:hAnsi="Sakkal Majalla" w:cs="Sakkal Majalla"/>
          <w:sz w:val="24"/>
        </w:rPr>
        <w:t>.</w:t>
      </w:r>
    </w:p>
    <w:p w14:paraId="1EA4E3A7" w14:textId="77777777" w:rsidR="003E3418" w:rsidRPr="003E3418" w:rsidRDefault="003E3418" w:rsidP="003E3418">
      <w:pPr>
        <w:spacing w:before="80" w:after="80"/>
        <w:rPr>
          <w:rFonts w:ascii="Sakkal Majalla" w:hAnsi="Sakkal Majalla" w:cs="Sakkal Majalla"/>
        </w:rPr>
      </w:pPr>
    </w:p>
    <w:p w14:paraId="36BE4D2B" w14:textId="77777777" w:rsidR="003E3418" w:rsidRPr="003E3418" w:rsidRDefault="003E3418" w:rsidP="003E3418">
      <w:pPr>
        <w:bidi/>
        <w:spacing w:before="160" w:after="60" w:line="320" w:lineRule="exact"/>
        <w:rPr>
          <w:rFonts w:ascii="Sakkal Majalla" w:hAnsi="Sakkal Majalla" w:cs="Sakkal Majalla"/>
        </w:rPr>
      </w:pPr>
      <w:r w:rsidRPr="003E3418">
        <w:rPr>
          <w:rFonts w:ascii="Sakkal Majalla" w:hAnsi="Sakkal Majalla" w:cs="Sakkal Majalla"/>
          <w:b/>
          <w:sz w:val="24"/>
        </w:rPr>
        <w:t xml:space="preserve">3. Pellegrini &amp; Gerlagh (2004) — </w:t>
      </w:r>
      <w:r w:rsidRPr="003E3418">
        <w:rPr>
          <w:rFonts w:ascii="Sakkal Majalla" w:hAnsi="Sakkal Majalla" w:cs="Sakkal Majalla"/>
          <w:b/>
          <w:bCs/>
          <w:sz w:val="24"/>
          <w:szCs w:val="24"/>
          <w:rtl/>
        </w:rPr>
        <w:t>أوزان</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القنوات</w:t>
      </w:r>
    </w:p>
    <w:p w14:paraId="3DA339BF"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المرجع</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الكامل</w:t>
      </w:r>
      <w:r w:rsidRPr="003E3418">
        <w:rPr>
          <w:rFonts w:ascii="Sakkal Majalla" w:hAnsi="Sakkal Majalla" w:cs="Sakkal Majalla"/>
          <w:b/>
          <w:sz w:val="24"/>
        </w:rPr>
        <w:t xml:space="preserve">: </w:t>
      </w:r>
      <w:r w:rsidRPr="003E3418">
        <w:rPr>
          <w:rFonts w:ascii="Sakkal Majalla" w:hAnsi="Sakkal Majalla" w:cs="Sakkal Majalla"/>
          <w:sz w:val="24"/>
        </w:rPr>
        <w:t>Pellegrini, L., &amp; Gerlagh, R. (2004). Corruption's effect on growth and its transmission channels. Kyklos, 57(3), 429–456. https://doi.org/10.1111/j.0023-5962.2004.00261.x</w:t>
      </w:r>
    </w:p>
    <w:p w14:paraId="39EB2709"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lastRenderedPageBreak/>
        <w:t>هدف</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الدراسة</w:t>
      </w:r>
      <w:r w:rsidRPr="003E3418">
        <w:rPr>
          <w:rFonts w:ascii="Sakkal Majalla" w:hAnsi="Sakkal Majalla" w:cs="Sakkal Majalla"/>
          <w:b/>
          <w:sz w:val="24"/>
        </w:rPr>
        <w:t xml:space="preserve">: </w:t>
      </w:r>
      <w:r w:rsidRPr="003E3418">
        <w:rPr>
          <w:rFonts w:ascii="Sakkal Majalla" w:hAnsi="Sakkal Majalla" w:cs="Sakkal Majalla"/>
          <w:sz w:val="24"/>
          <w:szCs w:val="24"/>
          <w:rtl/>
        </w:rPr>
        <w:t>تقدير</w:t>
      </w:r>
      <w:r w:rsidRPr="003E3418">
        <w:rPr>
          <w:rFonts w:ascii="Sakkal Majalla" w:hAnsi="Sakkal Majalla" w:cs="Sakkal Majalla"/>
          <w:sz w:val="24"/>
        </w:rPr>
        <w:t xml:space="preserve"> </w:t>
      </w:r>
      <w:r w:rsidRPr="003E3418">
        <w:rPr>
          <w:rFonts w:ascii="Sakkal Majalla" w:hAnsi="Sakkal Majalla" w:cs="Sakkal Majalla"/>
          <w:sz w:val="24"/>
          <w:szCs w:val="24"/>
          <w:rtl/>
        </w:rPr>
        <w:t>الأوزان</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الكمية</w:t>
      </w:r>
      <w:r w:rsidRPr="003E3418">
        <w:rPr>
          <w:rFonts w:ascii="Sakkal Majalla" w:hAnsi="Sakkal Majalla" w:cs="Sakkal Majalla"/>
          <w:sz w:val="24"/>
        </w:rPr>
        <w:t xml:space="preserve"> </w:t>
      </w:r>
      <w:r w:rsidRPr="003E3418">
        <w:rPr>
          <w:rFonts w:ascii="Sakkal Majalla" w:hAnsi="Sakkal Majalla" w:cs="Sakkal Majalla"/>
          <w:sz w:val="24"/>
          <w:szCs w:val="24"/>
          <w:rtl/>
        </w:rPr>
        <w:t>النسبية</w:t>
      </w:r>
      <w:r w:rsidRPr="003E3418">
        <w:rPr>
          <w:rFonts w:ascii="Sakkal Majalla" w:hAnsi="Sakkal Majalla" w:cs="Sakkal Majalla"/>
          <w:sz w:val="24"/>
        </w:rPr>
        <w:t xml:space="preserve"> </w:t>
      </w:r>
      <w:r w:rsidRPr="003E3418">
        <w:rPr>
          <w:rFonts w:ascii="Sakkal Majalla" w:hAnsi="Sakkal Majalla" w:cs="Sakkal Majalla"/>
          <w:sz w:val="24"/>
          <w:szCs w:val="24"/>
          <w:rtl/>
        </w:rPr>
        <w:t>للقنوات</w:t>
      </w:r>
      <w:r w:rsidRPr="003E3418">
        <w:rPr>
          <w:rFonts w:ascii="Sakkal Majalla" w:hAnsi="Sakkal Majalla" w:cs="Sakkal Majalla"/>
          <w:sz w:val="24"/>
        </w:rPr>
        <w:t xml:space="preserve"> </w:t>
      </w:r>
      <w:r w:rsidRPr="003E3418">
        <w:rPr>
          <w:rFonts w:ascii="Sakkal Majalla" w:hAnsi="Sakkal Majalla" w:cs="Sakkal Majalla"/>
          <w:sz w:val="24"/>
          <w:szCs w:val="24"/>
          <w:rtl/>
        </w:rPr>
        <w:t>الأربع</w:t>
      </w:r>
      <w:r w:rsidRPr="003E3418">
        <w:rPr>
          <w:rFonts w:ascii="Sakkal Majalla" w:hAnsi="Sakkal Majalla" w:cs="Sakkal Majalla"/>
          <w:sz w:val="24"/>
        </w:rPr>
        <w:t xml:space="preserve"> </w:t>
      </w:r>
      <w:r w:rsidRPr="003E3418">
        <w:rPr>
          <w:rFonts w:ascii="Sakkal Majalla" w:hAnsi="Sakkal Majalla" w:cs="Sakkal Majalla"/>
          <w:sz w:val="24"/>
          <w:szCs w:val="24"/>
          <w:rtl/>
        </w:rPr>
        <w:t>الرئيسية</w:t>
      </w:r>
      <w:r w:rsidRPr="003E3418">
        <w:rPr>
          <w:rFonts w:ascii="Sakkal Majalla" w:hAnsi="Sakkal Majalla" w:cs="Sakkal Majalla"/>
          <w:sz w:val="24"/>
        </w:rPr>
        <w:t xml:space="preserve"> </w:t>
      </w:r>
      <w:r w:rsidRPr="003E3418">
        <w:rPr>
          <w:rFonts w:ascii="Sakkal Majalla" w:hAnsi="Sakkal Majalla" w:cs="Sakkal Majalla"/>
          <w:sz w:val="24"/>
          <w:szCs w:val="24"/>
          <w:rtl/>
        </w:rPr>
        <w:t>الناقلة</w:t>
      </w:r>
      <w:r w:rsidRPr="003E3418">
        <w:rPr>
          <w:rFonts w:ascii="Sakkal Majalla" w:hAnsi="Sakkal Majalla" w:cs="Sakkal Majalla"/>
          <w:sz w:val="24"/>
        </w:rPr>
        <w:t xml:space="preserve"> </w:t>
      </w:r>
      <w:r w:rsidRPr="003E3418">
        <w:rPr>
          <w:rFonts w:ascii="Sakkal Majalla" w:hAnsi="Sakkal Majalla" w:cs="Sakkal Majalla"/>
          <w:sz w:val="24"/>
          <w:szCs w:val="24"/>
          <w:rtl/>
        </w:rPr>
        <w:t>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إطار</w:t>
      </w:r>
      <w:r w:rsidRPr="003E3418">
        <w:rPr>
          <w:rFonts w:ascii="Sakkal Majalla" w:hAnsi="Sakkal Majalla" w:cs="Sakkal Majalla"/>
          <w:sz w:val="24"/>
        </w:rPr>
        <w:t xml:space="preserve"> </w:t>
      </w:r>
      <w:r w:rsidRPr="003E3418">
        <w:rPr>
          <w:rFonts w:ascii="Sakkal Majalla" w:hAnsi="Sakkal Majalla" w:cs="Sakkal Majalla"/>
          <w:sz w:val="24"/>
          <w:szCs w:val="24"/>
          <w:rtl/>
        </w:rPr>
        <w:t>نموذج</w:t>
      </w:r>
      <w:r w:rsidRPr="003E3418">
        <w:rPr>
          <w:rFonts w:ascii="Sakkal Majalla" w:hAnsi="Sakkal Majalla" w:cs="Sakkal Majalla"/>
          <w:sz w:val="24"/>
        </w:rPr>
        <w:t xml:space="preserve"> </w:t>
      </w:r>
      <w:r w:rsidRPr="003E3418">
        <w:rPr>
          <w:rFonts w:ascii="Sakkal Majalla" w:hAnsi="Sakkal Majalla" w:cs="Sakkal Majalla"/>
          <w:sz w:val="24"/>
          <w:szCs w:val="24"/>
          <w:rtl/>
        </w:rPr>
        <w:t>مسارات</w:t>
      </w:r>
      <w:r w:rsidRPr="003E3418">
        <w:rPr>
          <w:rFonts w:ascii="Sakkal Majalla" w:hAnsi="Sakkal Majalla" w:cs="Sakkal Majalla"/>
          <w:sz w:val="24"/>
        </w:rPr>
        <w:t xml:space="preserve"> </w:t>
      </w:r>
      <w:r w:rsidRPr="003E3418">
        <w:rPr>
          <w:rFonts w:ascii="Sakkal Majalla" w:hAnsi="Sakkal Majalla" w:cs="Sakkal Majalla"/>
          <w:sz w:val="24"/>
          <w:szCs w:val="24"/>
          <w:rtl/>
        </w:rPr>
        <w:t>موحّد،</w:t>
      </w:r>
      <w:r w:rsidRPr="003E3418">
        <w:rPr>
          <w:rFonts w:ascii="Sakkal Majalla" w:hAnsi="Sakkal Majalla" w:cs="Sakkal Majalla"/>
          <w:sz w:val="24"/>
        </w:rPr>
        <w:t xml:space="preserve"> </w:t>
      </w:r>
      <w:r w:rsidRPr="003E3418">
        <w:rPr>
          <w:rFonts w:ascii="Sakkal Majalla" w:hAnsi="Sakkal Majalla" w:cs="Sakkal Majalla"/>
          <w:sz w:val="24"/>
          <w:szCs w:val="24"/>
          <w:rtl/>
        </w:rPr>
        <w:t>بدلاً</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كل</w:t>
      </w:r>
      <w:r w:rsidRPr="003E3418">
        <w:rPr>
          <w:rFonts w:ascii="Sakkal Majalla" w:hAnsi="Sakkal Majalla" w:cs="Sakkal Majalla"/>
          <w:sz w:val="24"/>
        </w:rPr>
        <w:t xml:space="preserve"> </w:t>
      </w:r>
      <w:r w:rsidRPr="003E3418">
        <w:rPr>
          <w:rFonts w:ascii="Sakkal Majalla" w:hAnsi="Sakkal Majalla" w:cs="Sakkal Majalla"/>
          <w:sz w:val="24"/>
          <w:szCs w:val="24"/>
          <w:rtl/>
        </w:rPr>
        <w:t>قناة</w:t>
      </w:r>
      <w:r w:rsidRPr="003E3418">
        <w:rPr>
          <w:rFonts w:ascii="Sakkal Majalla" w:hAnsi="Sakkal Majalla" w:cs="Sakkal Majalla"/>
          <w:sz w:val="24"/>
        </w:rPr>
        <w:t xml:space="preserve"> </w:t>
      </w:r>
      <w:r w:rsidRPr="003E3418">
        <w:rPr>
          <w:rFonts w:ascii="Sakkal Majalla" w:hAnsi="Sakkal Majalla" w:cs="Sakkal Majalla"/>
          <w:sz w:val="24"/>
          <w:szCs w:val="24"/>
          <w:rtl/>
        </w:rPr>
        <w:t>منعزلةً</w:t>
      </w:r>
      <w:r w:rsidRPr="003E3418">
        <w:rPr>
          <w:rFonts w:ascii="Sakkal Majalla" w:hAnsi="Sakkal Majalla" w:cs="Sakkal Majalla"/>
          <w:sz w:val="24"/>
        </w:rPr>
        <w:t>.</w:t>
      </w:r>
    </w:p>
    <w:p w14:paraId="0D454529"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المنهجية</w:t>
      </w:r>
      <w:r w:rsidRPr="003E3418">
        <w:rPr>
          <w:rFonts w:ascii="Sakkal Majalla" w:hAnsi="Sakkal Majalla" w:cs="Sakkal Majalla"/>
          <w:b/>
          <w:sz w:val="24"/>
        </w:rPr>
        <w:t xml:space="preserve">: </w:t>
      </w:r>
      <w:r w:rsidRPr="003E3418">
        <w:rPr>
          <w:rFonts w:ascii="Sakkal Majalla" w:hAnsi="Sakkal Majalla" w:cs="Sakkal Majalla"/>
          <w:sz w:val="24"/>
          <w:szCs w:val="24"/>
          <w:rtl/>
        </w:rPr>
        <w:t>بيانات</w:t>
      </w:r>
      <w:r w:rsidRPr="003E3418">
        <w:rPr>
          <w:rFonts w:ascii="Sakkal Majalla" w:hAnsi="Sakkal Majalla" w:cs="Sakkal Majalla"/>
          <w:sz w:val="24"/>
        </w:rPr>
        <w:t xml:space="preserve"> </w:t>
      </w:r>
      <w:r w:rsidRPr="003E3418">
        <w:rPr>
          <w:rFonts w:ascii="Sakkal Majalla" w:hAnsi="Sakkal Majalla" w:cs="Sakkal Majalla"/>
          <w:sz w:val="24"/>
          <w:szCs w:val="24"/>
          <w:rtl/>
        </w:rPr>
        <w:t>مقطعية</w:t>
      </w:r>
      <w:r w:rsidRPr="003E3418">
        <w:rPr>
          <w:rFonts w:ascii="Sakkal Majalla" w:hAnsi="Sakkal Majalla" w:cs="Sakkal Majalla"/>
          <w:sz w:val="24"/>
        </w:rPr>
        <w:t xml:space="preserve"> </w:t>
      </w:r>
      <w:r w:rsidRPr="003E3418">
        <w:rPr>
          <w:rFonts w:ascii="Sakkal Majalla" w:hAnsi="Sakkal Majalla" w:cs="Sakkal Majalla"/>
          <w:sz w:val="24"/>
          <w:szCs w:val="24"/>
          <w:rtl/>
        </w:rPr>
        <w:t>لـ</w:t>
      </w:r>
      <w:r w:rsidRPr="003E3418">
        <w:rPr>
          <w:rFonts w:ascii="Sakkal Majalla" w:hAnsi="Sakkal Majalla" w:cs="Sakkal Majalla"/>
          <w:sz w:val="24"/>
        </w:rPr>
        <w:t xml:space="preserve"> 50 </w:t>
      </w:r>
      <w:r w:rsidRPr="003E3418">
        <w:rPr>
          <w:rFonts w:ascii="Sakkal Majalla" w:hAnsi="Sakkal Majalla" w:cs="Sakkal Majalla"/>
          <w:sz w:val="24"/>
          <w:szCs w:val="24"/>
          <w:rtl/>
        </w:rPr>
        <w:t>دولة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مراحل</w:t>
      </w:r>
      <w:r w:rsidRPr="003E3418">
        <w:rPr>
          <w:rFonts w:ascii="Sakkal Majalla" w:hAnsi="Sakkal Majalla" w:cs="Sakkal Majalla"/>
          <w:sz w:val="24"/>
        </w:rPr>
        <w:t xml:space="preserve"> </w:t>
      </w:r>
      <w:r w:rsidRPr="003E3418">
        <w:rPr>
          <w:rFonts w:ascii="Sakkal Majalla" w:hAnsi="Sakkal Majalla" w:cs="Sakkal Majalla"/>
          <w:sz w:val="24"/>
          <w:szCs w:val="24"/>
          <w:rtl/>
        </w:rPr>
        <w:t>دخل</w:t>
      </w:r>
      <w:r w:rsidRPr="003E3418">
        <w:rPr>
          <w:rFonts w:ascii="Sakkal Majalla" w:hAnsi="Sakkal Majalla" w:cs="Sakkal Majalla"/>
          <w:sz w:val="24"/>
        </w:rPr>
        <w:t xml:space="preserve"> </w:t>
      </w:r>
      <w:r w:rsidRPr="003E3418">
        <w:rPr>
          <w:rFonts w:ascii="Sakkal Majalla" w:hAnsi="Sakkal Majalla" w:cs="Sakkal Majalla"/>
          <w:sz w:val="24"/>
          <w:szCs w:val="24"/>
          <w:rtl/>
        </w:rPr>
        <w:t>متفاوتة</w:t>
      </w:r>
      <w:r w:rsidRPr="003E3418">
        <w:rPr>
          <w:rFonts w:ascii="Sakkal Majalla" w:hAnsi="Sakkal Majalla" w:cs="Sakkal Majalla"/>
          <w:sz w:val="24"/>
        </w:rPr>
        <w:t xml:space="preserve">. </w:t>
      </w:r>
      <w:r w:rsidRPr="003E3418">
        <w:rPr>
          <w:rFonts w:ascii="Sakkal Majalla" w:hAnsi="Sakkal Majalla" w:cs="Sakkal Majalla"/>
          <w:sz w:val="24"/>
          <w:szCs w:val="24"/>
          <w:rtl/>
        </w:rPr>
        <w:t>نماذج</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المسارات</w:t>
      </w:r>
      <w:r w:rsidRPr="003E3418">
        <w:rPr>
          <w:rFonts w:ascii="Sakkal Majalla" w:hAnsi="Sakkal Majalla" w:cs="Sakkal Majalla"/>
          <w:sz w:val="24"/>
        </w:rPr>
        <w:t xml:space="preserve"> (Path Analysis) </w:t>
      </w:r>
      <w:r w:rsidRPr="003E3418">
        <w:rPr>
          <w:rFonts w:ascii="Sakkal Majalla" w:hAnsi="Sakkal Majalla" w:cs="Sakkal Majalla"/>
          <w:sz w:val="24"/>
          <w:szCs w:val="24"/>
          <w:rtl/>
        </w:rPr>
        <w:t>لتقدير</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غير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عبر</w:t>
      </w:r>
      <w:r w:rsidRPr="003E3418">
        <w:rPr>
          <w:rFonts w:ascii="Sakkal Majalla" w:hAnsi="Sakkal Majalla" w:cs="Sakkal Majalla"/>
          <w:sz w:val="24"/>
        </w:rPr>
        <w:t xml:space="preserve"> </w:t>
      </w:r>
      <w:r w:rsidRPr="003E3418">
        <w:rPr>
          <w:rFonts w:ascii="Sakkal Majalla" w:hAnsi="Sakkal Majalla" w:cs="Sakkal Majalla"/>
          <w:sz w:val="24"/>
          <w:szCs w:val="24"/>
          <w:rtl/>
        </w:rPr>
        <w:t>أربع</w:t>
      </w:r>
      <w:r w:rsidRPr="003E3418">
        <w:rPr>
          <w:rFonts w:ascii="Sakkal Majalla" w:hAnsi="Sakkal Majalla" w:cs="Sakkal Majalla"/>
          <w:sz w:val="24"/>
        </w:rPr>
        <w:t xml:space="preserve"> </w:t>
      </w:r>
      <w:r w:rsidRPr="003E3418">
        <w:rPr>
          <w:rFonts w:ascii="Sakkal Majalla" w:hAnsi="Sakkal Majalla" w:cs="Sakkal Majalla"/>
          <w:sz w:val="24"/>
          <w:szCs w:val="24"/>
          <w:rtl/>
        </w:rPr>
        <w:t>قنوات</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والسياسات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الاقتصادية،</w:t>
      </w:r>
      <w:r w:rsidRPr="003E3418">
        <w:rPr>
          <w:rFonts w:ascii="Sakkal Majalla" w:hAnsi="Sakkal Majalla" w:cs="Sakkal Majalla"/>
          <w:sz w:val="24"/>
        </w:rPr>
        <w:t xml:space="preserve"> </w:t>
      </w:r>
      <w:r w:rsidRPr="003E3418">
        <w:rPr>
          <w:rFonts w:ascii="Sakkal Majalla" w:hAnsi="Sakkal Majalla" w:cs="Sakkal Majalla"/>
          <w:sz w:val="24"/>
          <w:szCs w:val="24"/>
          <w:rtl/>
        </w:rPr>
        <w:t>والانفتاح</w:t>
      </w:r>
      <w:r w:rsidRPr="003E3418">
        <w:rPr>
          <w:rFonts w:ascii="Sakkal Majalla" w:hAnsi="Sakkal Majalla" w:cs="Sakkal Majalla"/>
          <w:sz w:val="24"/>
        </w:rPr>
        <w:t xml:space="preserve"> </w:t>
      </w:r>
      <w:r w:rsidRPr="003E3418">
        <w:rPr>
          <w:rFonts w:ascii="Sakkal Majalla" w:hAnsi="Sakkal Majalla" w:cs="Sakkal Majalla"/>
          <w:sz w:val="24"/>
          <w:szCs w:val="24"/>
          <w:rtl/>
        </w:rPr>
        <w:t>التجاري،</w:t>
      </w:r>
      <w:r w:rsidRPr="003E3418">
        <w:rPr>
          <w:rFonts w:ascii="Sakkal Majalla" w:hAnsi="Sakkal Majalla" w:cs="Sakkal Majalla"/>
          <w:sz w:val="24"/>
        </w:rPr>
        <w:t xml:space="preserve"> </w:t>
      </w:r>
      <w:r w:rsidRPr="003E3418">
        <w:rPr>
          <w:rFonts w:ascii="Sakkal Majalla" w:hAnsi="Sakkal Majalla" w:cs="Sakkal Majalla"/>
          <w:sz w:val="24"/>
          <w:szCs w:val="24"/>
          <w:rtl/>
        </w:rPr>
        <w:t>والتعليم</w:t>
      </w:r>
      <w:r w:rsidRPr="003E3418">
        <w:rPr>
          <w:rFonts w:ascii="Sakkal Majalla" w:hAnsi="Sakkal Majalla" w:cs="Sakkal Majalla"/>
          <w:sz w:val="24"/>
        </w:rPr>
        <w:t>.</w:t>
      </w:r>
    </w:p>
    <w:p w14:paraId="357AF4E9"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أهم</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النتائج</w:t>
      </w:r>
      <w:r w:rsidRPr="003E3418">
        <w:rPr>
          <w:rFonts w:ascii="Sakkal Majalla" w:hAnsi="Sakkal Majalla" w:cs="Sakkal Majalla"/>
          <w:b/>
          <w:sz w:val="24"/>
        </w:rPr>
        <w:t xml:space="preserve">: </w:t>
      </w:r>
      <w:r w:rsidRPr="003E3418">
        <w:rPr>
          <w:rFonts w:ascii="Sakkal Majalla" w:hAnsi="Sakkal Majalla" w:cs="Sakkal Majalla"/>
          <w:sz w:val="24"/>
          <w:szCs w:val="24"/>
          <w:rtl/>
        </w:rPr>
        <w:t>قناة</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تُفسّر</w:t>
      </w:r>
      <w:r w:rsidRPr="003E3418">
        <w:rPr>
          <w:rFonts w:ascii="Sakkal Majalla" w:hAnsi="Sakkal Majalla" w:cs="Sakkal Majalla"/>
          <w:sz w:val="24"/>
        </w:rPr>
        <w:t xml:space="preserve"> </w:t>
      </w:r>
      <w:r w:rsidRPr="003E3418">
        <w:rPr>
          <w:rFonts w:ascii="Sakkal Majalla" w:hAnsi="Sakkal Majalla" w:cs="Sakkal Majalla"/>
          <w:sz w:val="24"/>
          <w:szCs w:val="24"/>
          <w:rtl/>
        </w:rPr>
        <w:t>نحو</w:t>
      </w:r>
      <w:r w:rsidRPr="003E3418">
        <w:rPr>
          <w:rFonts w:ascii="Sakkal Majalla" w:hAnsi="Sakkal Majalla" w:cs="Sakkal Majalla"/>
          <w:sz w:val="24"/>
        </w:rPr>
        <w:t xml:space="preserve"> 30</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الكلي</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والسياسات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الاقتصادية</w:t>
      </w:r>
      <w:r w:rsidRPr="003E3418">
        <w:rPr>
          <w:rFonts w:ascii="Sakkal Majalla" w:hAnsi="Sakkal Majalla" w:cs="Sakkal Majalla"/>
          <w:sz w:val="24"/>
        </w:rPr>
        <w:t xml:space="preserve"> 25</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والانفتاح</w:t>
      </w:r>
      <w:r w:rsidRPr="003E3418">
        <w:rPr>
          <w:rFonts w:ascii="Sakkal Majalla" w:hAnsi="Sakkal Majalla" w:cs="Sakkal Majalla"/>
          <w:sz w:val="24"/>
        </w:rPr>
        <w:t xml:space="preserve"> </w:t>
      </w:r>
      <w:r w:rsidRPr="003E3418">
        <w:rPr>
          <w:rFonts w:ascii="Sakkal Majalla" w:hAnsi="Sakkal Majalla" w:cs="Sakkal Majalla"/>
          <w:sz w:val="24"/>
          <w:szCs w:val="24"/>
          <w:rtl/>
        </w:rPr>
        <w:t>التجاري</w:t>
      </w:r>
      <w:r w:rsidRPr="003E3418">
        <w:rPr>
          <w:rFonts w:ascii="Sakkal Majalla" w:hAnsi="Sakkal Majalla" w:cs="Sakkal Majalla"/>
          <w:sz w:val="24"/>
        </w:rPr>
        <w:t xml:space="preserve"> 20</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والتعليم</w:t>
      </w:r>
      <w:r w:rsidRPr="003E3418">
        <w:rPr>
          <w:rFonts w:ascii="Sakkal Majalla" w:hAnsi="Sakkal Majalla" w:cs="Sakkal Majalla"/>
          <w:sz w:val="24"/>
        </w:rPr>
        <w:t xml:space="preserve"> 25</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توجد</w:t>
      </w:r>
      <w:r w:rsidRPr="003E3418">
        <w:rPr>
          <w:rFonts w:ascii="Sakkal Majalla" w:hAnsi="Sakkal Majalla" w:cs="Sakkal Majalla"/>
          <w:sz w:val="24"/>
        </w:rPr>
        <w:t xml:space="preserve"> </w:t>
      </w:r>
      <w:r w:rsidRPr="003E3418">
        <w:rPr>
          <w:rFonts w:ascii="Sakkal Majalla" w:hAnsi="Sakkal Majalla" w:cs="Sakkal Majalla"/>
          <w:sz w:val="24"/>
          <w:szCs w:val="24"/>
          <w:rtl/>
        </w:rPr>
        <w:t>قناة</w:t>
      </w:r>
      <w:r w:rsidRPr="003E3418">
        <w:rPr>
          <w:rFonts w:ascii="Sakkal Majalla" w:hAnsi="Sakkal Majalla" w:cs="Sakkal Majalla"/>
          <w:sz w:val="24"/>
        </w:rPr>
        <w:t xml:space="preserve"> </w:t>
      </w:r>
      <w:r w:rsidRPr="003E3418">
        <w:rPr>
          <w:rFonts w:ascii="Sakkal Majalla" w:hAnsi="Sakkal Majalla" w:cs="Sakkal Majalla"/>
          <w:sz w:val="24"/>
          <w:szCs w:val="24"/>
          <w:rtl/>
        </w:rPr>
        <w:t>واحدة</w:t>
      </w:r>
      <w:r w:rsidRPr="003E3418">
        <w:rPr>
          <w:rFonts w:ascii="Sakkal Majalla" w:hAnsi="Sakkal Majalla" w:cs="Sakkal Majalla"/>
          <w:sz w:val="24"/>
        </w:rPr>
        <w:t xml:space="preserve"> </w:t>
      </w:r>
      <w:r w:rsidRPr="003E3418">
        <w:rPr>
          <w:rFonts w:ascii="Sakkal Majalla" w:hAnsi="Sakkal Majalla" w:cs="Sakkal Majalla"/>
          <w:sz w:val="24"/>
          <w:szCs w:val="24"/>
          <w:rtl/>
        </w:rPr>
        <w:t>تستأثر</w:t>
      </w:r>
      <w:r w:rsidRPr="003E3418">
        <w:rPr>
          <w:rFonts w:ascii="Sakkal Majalla" w:hAnsi="Sakkal Majalla" w:cs="Sakkal Majalla"/>
          <w:sz w:val="24"/>
        </w:rPr>
        <w:t xml:space="preserve"> </w:t>
      </w:r>
      <w:r w:rsidRPr="003E3418">
        <w:rPr>
          <w:rFonts w:ascii="Sakkal Majalla" w:hAnsi="Sakkal Majalla" w:cs="Sakkal Majalla"/>
          <w:sz w:val="24"/>
          <w:szCs w:val="24"/>
          <w:rtl/>
        </w:rPr>
        <w:t>بالأثر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الكلي</w:t>
      </w:r>
      <w:r w:rsidRPr="003E3418">
        <w:rPr>
          <w:rFonts w:ascii="Sakkal Majalla" w:hAnsi="Sakkal Majalla" w:cs="Sakkal Majalla"/>
          <w:sz w:val="24"/>
        </w:rPr>
        <w:t>.</w:t>
      </w:r>
    </w:p>
    <w:p w14:paraId="49125F44"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الصلة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بالبحث</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الحالي</w:t>
      </w:r>
      <w:r w:rsidRPr="003E3418">
        <w:rPr>
          <w:rFonts w:ascii="Sakkal Majalla" w:hAnsi="Sakkal Majalla" w:cs="Sakkal Majalla"/>
          <w:b/>
          <w:sz w:val="24"/>
        </w:rPr>
        <w:t xml:space="preserve">: </w:t>
      </w:r>
      <w:r w:rsidRPr="003E3418">
        <w:rPr>
          <w:rFonts w:ascii="Sakkal Majalla" w:hAnsi="Sakkal Majalla" w:cs="Sakkal Majalla"/>
          <w:sz w:val="24"/>
          <w:szCs w:val="24"/>
          <w:rtl/>
        </w:rPr>
        <w:t>منهجية</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المسارات</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مُلهِمة</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مباشرةً</w:t>
      </w:r>
      <w:r w:rsidRPr="003E3418">
        <w:rPr>
          <w:rFonts w:ascii="Sakkal Majalla" w:hAnsi="Sakkal Majalla" w:cs="Sakkal Majalla"/>
          <w:sz w:val="24"/>
        </w:rPr>
        <w:t xml:space="preserve"> </w:t>
      </w:r>
      <w:r w:rsidRPr="003E3418">
        <w:rPr>
          <w:rFonts w:ascii="Sakkal Majalla" w:hAnsi="Sakkal Majalla" w:cs="Sakkal Majalla"/>
          <w:sz w:val="24"/>
          <w:szCs w:val="24"/>
          <w:rtl/>
        </w:rPr>
        <w:t>لتصميم</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الوساطة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w:t>
      </w:r>
      <w:r w:rsidRPr="003E3418">
        <w:rPr>
          <w:rFonts w:ascii="Sakkal Majalla" w:hAnsi="Sakkal Majalla" w:cs="Sakkal Majalla"/>
          <w:sz w:val="24"/>
        </w:rPr>
        <w:t xml:space="preserve"> </w:t>
      </w:r>
      <w:r w:rsidRPr="003E3418">
        <w:rPr>
          <w:rFonts w:ascii="Sakkal Majalla" w:hAnsi="Sakkal Majalla" w:cs="Sakkal Majalla"/>
          <w:sz w:val="24"/>
          <w:szCs w:val="24"/>
          <w:rtl/>
        </w:rPr>
        <w:t>الحالي</w:t>
      </w:r>
      <w:r w:rsidRPr="003E3418">
        <w:rPr>
          <w:rFonts w:ascii="Sakkal Majalla" w:hAnsi="Sakkal Majalla" w:cs="Sakkal Majalla"/>
          <w:sz w:val="24"/>
        </w:rPr>
        <w:t xml:space="preserve">. </w:t>
      </w:r>
      <w:r w:rsidRPr="003E3418">
        <w:rPr>
          <w:rFonts w:ascii="Sakkal Majalla" w:hAnsi="Sakkal Majalla" w:cs="Sakkal Majalla"/>
          <w:sz w:val="24"/>
          <w:szCs w:val="24"/>
          <w:rtl/>
        </w:rPr>
        <w:t>يُوسّع</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w:t>
      </w:r>
      <w:r w:rsidRPr="003E3418">
        <w:rPr>
          <w:rFonts w:ascii="Sakkal Majalla" w:hAnsi="Sakkal Majalla" w:cs="Sakkal Majalla"/>
          <w:sz w:val="24"/>
        </w:rPr>
        <w:t xml:space="preserve"> </w:t>
      </w:r>
      <w:r w:rsidRPr="003E3418">
        <w:rPr>
          <w:rFonts w:ascii="Sakkal Majalla" w:hAnsi="Sakkal Majalla" w:cs="Sakkal Majalla"/>
          <w:sz w:val="24"/>
          <w:szCs w:val="24"/>
          <w:rtl/>
        </w:rPr>
        <w:t>النطاق</w:t>
      </w:r>
      <w:r w:rsidRPr="003E3418">
        <w:rPr>
          <w:rFonts w:ascii="Sakkal Majalla" w:hAnsi="Sakkal Majalla" w:cs="Sakkal Majalla"/>
          <w:sz w:val="24"/>
        </w:rPr>
        <w:t xml:space="preserve"> </w:t>
      </w:r>
      <w:r w:rsidRPr="003E3418">
        <w:rPr>
          <w:rFonts w:ascii="Sakkal Majalla" w:hAnsi="Sakkal Majalla" w:cs="Sakkal Majalla"/>
          <w:sz w:val="24"/>
          <w:szCs w:val="24"/>
          <w:rtl/>
        </w:rPr>
        <w:t>ببيانات</w:t>
      </w:r>
      <w:r w:rsidRPr="003E3418">
        <w:rPr>
          <w:rFonts w:ascii="Sakkal Majalla" w:hAnsi="Sakkal Majalla" w:cs="Sakkal Majalla"/>
          <w:sz w:val="24"/>
        </w:rPr>
        <w:t xml:space="preserve"> </w:t>
      </w:r>
      <w:r w:rsidRPr="003E3418">
        <w:rPr>
          <w:rFonts w:ascii="Sakkal Majalla" w:hAnsi="Sakkal Majalla" w:cs="Sakkal Majalla"/>
          <w:sz w:val="24"/>
          <w:szCs w:val="24"/>
          <w:rtl/>
        </w:rPr>
        <w:t>لوحة</w:t>
      </w:r>
      <w:r w:rsidRPr="003E3418">
        <w:rPr>
          <w:rFonts w:ascii="Sakkal Majalla" w:hAnsi="Sakkal Majalla" w:cs="Sakkal Majalla"/>
          <w:sz w:val="24"/>
        </w:rPr>
        <w:t xml:space="preserve"> </w:t>
      </w:r>
      <w:r w:rsidRPr="003E3418">
        <w:rPr>
          <w:rFonts w:ascii="Sakkal Majalla" w:hAnsi="Sakkal Majalla" w:cs="Sakkal Majalla"/>
          <w:sz w:val="24"/>
          <w:szCs w:val="24"/>
          <w:rtl/>
        </w:rPr>
        <w:t>وأساليب</w:t>
      </w:r>
      <w:r w:rsidRPr="003E3418">
        <w:rPr>
          <w:rFonts w:ascii="Sakkal Majalla" w:hAnsi="Sakkal Majalla" w:cs="Sakkal Majalla"/>
          <w:sz w:val="24"/>
        </w:rPr>
        <w:t xml:space="preserve"> GMM </w:t>
      </w:r>
      <w:r w:rsidRPr="003E3418">
        <w:rPr>
          <w:rFonts w:ascii="Sakkal Majalla" w:hAnsi="Sakkal Majalla" w:cs="Sakkal Majalla"/>
          <w:sz w:val="24"/>
          <w:szCs w:val="24"/>
          <w:rtl/>
        </w:rPr>
        <w:t>وبإضافة</w:t>
      </w:r>
      <w:r w:rsidRPr="003E3418">
        <w:rPr>
          <w:rFonts w:ascii="Sakkal Majalla" w:hAnsi="Sakkal Majalla" w:cs="Sakkal Majalla"/>
          <w:sz w:val="24"/>
        </w:rPr>
        <w:t xml:space="preserve"> </w:t>
      </w:r>
      <w:r w:rsidRPr="003E3418">
        <w:rPr>
          <w:rFonts w:ascii="Sakkal Majalla" w:hAnsi="Sakkal Majalla" w:cs="Sakkal Majalla"/>
          <w:sz w:val="24"/>
          <w:szCs w:val="24"/>
          <w:rtl/>
        </w:rPr>
        <w:t>قنوات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المباشرة</w:t>
      </w:r>
      <w:r w:rsidRPr="003E3418">
        <w:rPr>
          <w:rFonts w:ascii="Sakkal Majalla" w:hAnsi="Sakkal Majalla" w:cs="Sakkal Majalla"/>
          <w:sz w:val="24"/>
        </w:rPr>
        <w:t>.</w:t>
      </w:r>
    </w:p>
    <w:p w14:paraId="60DD9EA0" w14:textId="77777777" w:rsidR="003E3418" w:rsidRPr="003E3418" w:rsidRDefault="003E3418" w:rsidP="003E3418">
      <w:pPr>
        <w:spacing w:before="80" w:after="80"/>
        <w:rPr>
          <w:rFonts w:ascii="Sakkal Majalla" w:hAnsi="Sakkal Majalla" w:cs="Sakkal Majalla"/>
        </w:rPr>
      </w:pPr>
    </w:p>
    <w:p w14:paraId="311B41AF" w14:textId="77777777" w:rsidR="003E3418" w:rsidRPr="003E3418" w:rsidRDefault="003E3418" w:rsidP="003E3418">
      <w:pPr>
        <w:bidi/>
        <w:spacing w:before="160" w:after="60" w:line="320" w:lineRule="exact"/>
        <w:rPr>
          <w:rFonts w:ascii="Sakkal Majalla" w:hAnsi="Sakkal Majalla" w:cs="Sakkal Majalla"/>
        </w:rPr>
      </w:pPr>
      <w:r w:rsidRPr="003E3418">
        <w:rPr>
          <w:rFonts w:ascii="Sakkal Majalla" w:hAnsi="Sakkal Majalla" w:cs="Sakkal Majalla"/>
          <w:b/>
          <w:sz w:val="24"/>
        </w:rPr>
        <w:t xml:space="preserve">4. Swaleheen (2011) — </w:t>
      </w:r>
      <w:r w:rsidRPr="003E3418">
        <w:rPr>
          <w:rFonts w:ascii="Sakkal Majalla" w:hAnsi="Sakkal Majalla" w:cs="Sakkal Majalla"/>
          <w:b/>
          <w:bCs/>
          <w:sz w:val="24"/>
          <w:szCs w:val="24"/>
          <w:rtl/>
        </w:rPr>
        <w:t>معالجة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الداخلية</w:t>
      </w:r>
    </w:p>
    <w:p w14:paraId="7DB39D14"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المرجع</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الكامل</w:t>
      </w:r>
      <w:r w:rsidRPr="003E3418">
        <w:rPr>
          <w:rFonts w:ascii="Sakkal Majalla" w:hAnsi="Sakkal Majalla" w:cs="Sakkal Majalla"/>
          <w:b/>
          <w:sz w:val="24"/>
        </w:rPr>
        <w:t xml:space="preserve">: </w:t>
      </w:r>
      <w:r w:rsidRPr="003E3418">
        <w:rPr>
          <w:rFonts w:ascii="Sakkal Majalla" w:hAnsi="Sakkal Majalla" w:cs="Sakkal Majalla"/>
          <w:sz w:val="24"/>
        </w:rPr>
        <w:t>Swaleheen, M. (2011). Economic growth with endogenous corruption: An empirical study. Public Choice, 146(1), 23–41. https://doi.org/10.1007/s11127-009-9581-1</w:t>
      </w:r>
    </w:p>
    <w:p w14:paraId="6E9E058B"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هدف</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الدراسة</w:t>
      </w:r>
      <w:r w:rsidRPr="003E3418">
        <w:rPr>
          <w:rFonts w:ascii="Sakkal Majalla" w:hAnsi="Sakkal Majalla" w:cs="Sakkal Majalla"/>
          <w:b/>
          <w:sz w:val="24"/>
        </w:rPr>
        <w:t xml:space="preserve">: </w:t>
      </w:r>
      <w:r w:rsidRPr="003E3418">
        <w:rPr>
          <w:rFonts w:ascii="Sakkal Majalla" w:hAnsi="Sakkal Majalla" w:cs="Sakkal Majalla"/>
          <w:sz w:val="24"/>
          <w:szCs w:val="24"/>
          <w:rtl/>
        </w:rPr>
        <w:t>اختبار</w:t>
      </w:r>
      <w:r w:rsidRPr="003E3418">
        <w:rPr>
          <w:rFonts w:ascii="Sakkal Majalla" w:hAnsi="Sakkal Majalla" w:cs="Sakkal Majalla"/>
          <w:sz w:val="24"/>
        </w:rPr>
        <w:t xml:space="preserve"> </w:t>
      </w:r>
      <w:r w:rsidRPr="003E3418">
        <w:rPr>
          <w:rFonts w:ascii="Sakkal Majalla" w:hAnsi="Sakkal Majalla" w:cs="Sakkal Majalla"/>
          <w:sz w:val="24"/>
          <w:szCs w:val="24"/>
          <w:rtl/>
        </w:rPr>
        <w:t>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مع</w:t>
      </w:r>
      <w:r w:rsidRPr="003E3418">
        <w:rPr>
          <w:rFonts w:ascii="Sakkal Majalla" w:hAnsi="Sakkal Majalla" w:cs="Sakkal Majalla"/>
          <w:sz w:val="24"/>
        </w:rPr>
        <w:t xml:space="preserve"> </w:t>
      </w:r>
      <w:r w:rsidRPr="003E3418">
        <w:rPr>
          <w:rFonts w:ascii="Sakkal Majalla" w:hAnsi="Sakkal Majalla" w:cs="Sakkal Majalla"/>
          <w:sz w:val="24"/>
          <w:szCs w:val="24"/>
          <w:rtl/>
        </w:rPr>
        <w:t>معالجة</w:t>
      </w:r>
      <w:r w:rsidRPr="003E3418">
        <w:rPr>
          <w:rFonts w:ascii="Sakkal Majalla" w:hAnsi="Sakkal Majalla" w:cs="Sakkal Majalla"/>
          <w:sz w:val="24"/>
        </w:rPr>
        <w:t xml:space="preserve"> </w:t>
      </w:r>
      <w:r w:rsidRPr="003E3418">
        <w:rPr>
          <w:rFonts w:ascii="Sakkal Majalla" w:hAnsi="Sakkal Majalla" w:cs="Sakkal Majalla"/>
          <w:sz w:val="24"/>
          <w:szCs w:val="24"/>
          <w:rtl/>
        </w:rPr>
        <w:t>صريحة</w:t>
      </w:r>
      <w:r w:rsidRPr="003E3418">
        <w:rPr>
          <w:rFonts w:ascii="Sakkal Majalla" w:hAnsi="Sakkal Majalla" w:cs="Sakkal Majalla"/>
          <w:sz w:val="24"/>
        </w:rPr>
        <w:t xml:space="preserve"> </w:t>
      </w:r>
      <w:r w:rsidRPr="003E3418">
        <w:rPr>
          <w:rFonts w:ascii="Sakkal Majalla" w:hAnsi="Sakkal Majalla" w:cs="Sakkal Majalla"/>
          <w:sz w:val="24"/>
          <w:szCs w:val="24"/>
          <w:rtl/>
        </w:rPr>
        <w:t>ومنهجية</w:t>
      </w:r>
      <w:r w:rsidRPr="003E3418">
        <w:rPr>
          <w:rFonts w:ascii="Sakkal Majalla" w:hAnsi="Sakkal Majalla" w:cs="Sakkal Majalla"/>
          <w:sz w:val="24"/>
        </w:rPr>
        <w:t xml:space="preserve"> </w:t>
      </w:r>
      <w:r w:rsidRPr="003E3418">
        <w:rPr>
          <w:rFonts w:ascii="Sakkal Majalla" w:hAnsi="Sakkal Majalla" w:cs="Sakkal Majalla"/>
          <w:sz w:val="24"/>
          <w:szCs w:val="24"/>
          <w:rtl/>
        </w:rPr>
        <w:t>لمشكلة</w:t>
      </w:r>
      <w:r w:rsidRPr="003E3418">
        <w:rPr>
          <w:rFonts w:ascii="Sakkal Majalla" w:hAnsi="Sakkal Majalla" w:cs="Sakkal Majalla"/>
          <w:sz w:val="24"/>
        </w:rPr>
        <w:t xml:space="preserve"> </w:t>
      </w:r>
      <w:r w:rsidRPr="003E3418">
        <w:rPr>
          <w:rFonts w:ascii="Sakkal Majalla" w:hAnsi="Sakkal Majalla" w:cs="Sakkal Majalla"/>
          <w:sz w:val="24"/>
          <w:szCs w:val="24"/>
          <w:rtl/>
        </w:rPr>
        <w:t>الداخلية</w:t>
      </w:r>
      <w:r w:rsidRPr="003E3418">
        <w:rPr>
          <w:rFonts w:ascii="Sakkal Majalla" w:hAnsi="Sakkal Majalla" w:cs="Sakkal Majalla"/>
          <w:sz w:val="24"/>
        </w:rPr>
        <w:t xml:space="preserve"> (Endogeneity) </w:t>
      </w:r>
      <w:r w:rsidRPr="003E3418">
        <w:rPr>
          <w:rFonts w:ascii="Sakkal Majalla" w:hAnsi="Sakkal Majalla" w:cs="Sakkal Majalla"/>
          <w:sz w:val="24"/>
          <w:szCs w:val="24"/>
          <w:rtl/>
        </w:rPr>
        <w:t>باستخدام</w:t>
      </w:r>
      <w:r w:rsidRPr="003E3418">
        <w:rPr>
          <w:rFonts w:ascii="Sakkal Majalla" w:hAnsi="Sakkal Majalla" w:cs="Sakkal Majalla"/>
          <w:sz w:val="24"/>
        </w:rPr>
        <w:t xml:space="preserve"> </w:t>
      </w:r>
      <w:r w:rsidRPr="003E3418">
        <w:rPr>
          <w:rFonts w:ascii="Sakkal Majalla" w:hAnsi="Sakkal Majalla" w:cs="Sakkal Majalla"/>
          <w:sz w:val="24"/>
          <w:szCs w:val="24"/>
          <w:rtl/>
        </w:rPr>
        <w:t>أساليب</w:t>
      </w:r>
      <w:r w:rsidRPr="003E3418">
        <w:rPr>
          <w:rFonts w:ascii="Sakkal Majalla" w:hAnsi="Sakkal Majalla" w:cs="Sakkal Majalla"/>
          <w:sz w:val="24"/>
        </w:rPr>
        <w:t xml:space="preserve"> </w:t>
      </w:r>
      <w:r w:rsidRPr="003E3418">
        <w:rPr>
          <w:rFonts w:ascii="Sakkal Majalla" w:hAnsi="Sakkal Majalla" w:cs="Sakkal Majalla"/>
          <w:sz w:val="24"/>
          <w:szCs w:val="24"/>
          <w:rtl/>
        </w:rPr>
        <w:t>بيانات</w:t>
      </w:r>
      <w:r w:rsidRPr="003E3418">
        <w:rPr>
          <w:rFonts w:ascii="Sakkal Majalla" w:hAnsi="Sakkal Majalla" w:cs="Sakkal Majalla"/>
          <w:sz w:val="24"/>
        </w:rPr>
        <w:t xml:space="preserve"> </w:t>
      </w:r>
      <w:r w:rsidRPr="003E3418">
        <w:rPr>
          <w:rFonts w:ascii="Sakkal Majalla" w:hAnsi="Sakkal Majalla" w:cs="Sakkal Majalla"/>
          <w:sz w:val="24"/>
          <w:szCs w:val="24"/>
          <w:rtl/>
        </w:rPr>
        <w:t>اللوحة</w:t>
      </w:r>
      <w:r w:rsidRPr="003E3418">
        <w:rPr>
          <w:rFonts w:ascii="Sakkal Majalla" w:hAnsi="Sakkal Majalla" w:cs="Sakkal Majalla"/>
          <w:sz w:val="24"/>
        </w:rPr>
        <w:t xml:space="preserve"> </w:t>
      </w:r>
      <w:r w:rsidRPr="003E3418">
        <w:rPr>
          <w:rFonts w:ascii="Sakkal Majalla" w:hAnsi="Sakkal Majalla" w:cs="Sakkal Majalla"/>
          <w:sz w:val="24"/>
          <w:szCs w:val="24"/>
          <w:rtl/>
        </w:rPr>
        <w:t>الديناميكية</w:t>
      </w:r>
      <w:r w:rsidRPr="003E3418">
        <w:rPr>
          <w:rFonts w:ascii="Sakkal Majalla" w:hAnsi="Sakkal Majalla" w:cs="Sakkal Majalla"/>
          <w:sz w:val="24"/>
        </w:rPr>
        <w:t xml:space="preserve"> </w:t>
      </w:r>
      <w:r w:rsidRPr="003E3418">
        <w:rPr>
          <w:rFonts w:ascii="Sakkal Majalla" w:hAnsi="Sakkal Majalla" w:cs="Sakkal Majalla"/>
          <w:sz w:val="24"/>
          <w:szCs w:val="24"/>
          <w:rtl/>
        </w:rPr>
        <w:t>للمرة</w:t>
      </w:r>
      <w:r w:rsidRPr="003E3418">
        <w:rPr>
          <w:rFonts w:ascii="Sakkal Majalla" w:hAnsi="Sakkal Majalla" w:cs="Sakkal Majalla"/>
          <w:sz w:val="24"/>
        </w:rPr>
        <w:t xml:space="preserve"> </w:t>
      </w:r>
      <w:r w:rsidRPr="003E3418">
        <w:rPr>
          <w:rFonts w:ascii="Sakkal Majalla" w:hAnsi="Sakkal Majalla" w:cs="Sakkal Majalla"/>
          <w:sz w:val="24"/>
          <w:szCs w:val="24"/>
          <w:rtl/>
        </w:rPr>
        <w:t>الأولى</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السياق</w:t>
      </w:r>
      <w:r w:rsidRPr="003E3418">
        <w:rPr>
          <w:rFonts w:ascii="Sakkal Majalla" w:hAnsi="Sakkal Majalla" w:cs="Sakkal Majalla"/>
          <w:sz w:val="24"/>
        </w:rPr>
        <w:t>.</w:t>
      </w:r>
    </w:p>
    <w:p w14:paraId="3F479A4F"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المنهجية</w:t>
      </w:r>
      <w:r w:rsidRPr="003E3418">
        <w:rPr>
          <w:rFonts w:ascii="Sakkal Majalla" w:hAnsi="Sakkal Majalla" w:cs="Sakkal Majalla"/>
          <w:b/>
          <w:sz w:val="24"/>
        </w:rPr>
        <w:t xml:space="preserve">: </w:t>
      </w:r>
      <w:r w:rsidRPr="003E3418">
        <w:rPr>
          <w:rFonts w:ascii="Sakkal Majalla" w:hAnsi="Sakkal Majalla" w:cs="Sakkal Majalla"/>
          <w:sz w:val="24"/>
          <w:szCs w:val="24"/>
          <w:rtl/>
        </w:rPr>
        <w:t>بيانات</w:t>
      </w:r>
      <w:r w:rsidRPr="003E3418">
        <w:rPr>
          <w:rFonts w:ascii="Sakkal Majalla" w:hAnsi="Sakkal Majalla" w:cs="Sakkal Majalla"/>
          <w:sz w:val="24"/>
        </w:rPr>
        <w:t xml:space="preserve"> </w:t>
      </w:r>
      <w:r w:rsidRPr="003E3418">
        <w:rPr>
          <w:rFonts w:ascii="Sakkal Majalla" w:hAnsi="Sakkal Majalla" w:cs="Sakkal Majalla"/>
          <w:sz w:val="24"/>
          <w:szCs w:val="24"/>
          <w:rtl/>
        </w:rPr>
        <w:t>لوحة</w:t>
      </w:r>
      <w:r w:rsidRPr="003E3418">
        <w:rPr>
          <w:rFonts w:ascii="Sakkal Majalla" w:hAnsi="Sakkal Majalla" w:cs="Sakkal Majalla"/>
          <w:sz w:val="24"/>
        </w:rPr>
        <w:t xml:space="preserve"> </w:t>
      </w:r>
      <w:r w:rsidRPr="003E3418">
        <w:rPr>
          <w:rFonts w:ascii="Sakkal Majalla" w:hAnsi="Sakkal Majalla" w:cs="Sakkal Majalla"/>
          <w:sz w:val="24"/>
          <w:szCs w:val="24"/>
          <w:rtl/>
        </w:rPr>
        <w:t>لعينة</w:t>
      </w:r>
      <w:r w:rsidRPr="003E3418">
        <w:rPr>
          <w:rFonts w:ascii="Sakkal Majalla" w:hAnsi="Sakkal Majalla" w:cs="Sakkal Majalla"/>
          <w:sz w:val="24"/>
        </w:rPr>
        <w:t xml:space="preserve"> </w:t>
      </w:r>
      <w:r w:rsidRPr="003E3418">
        <w:rPr>
          <w:rFonts w:ascii="Sakkal Majalla" w:hAnsi="Sakkal Majalla" w:cs="Sakkal Majalla"/>
          <w:sz w:val="24"/>
          <w:szCs w:val="24"/>
          <w:rtl/>
        </w:rPr>
        <w:t>دولية</w:t>
      </w:r>
      <w:r w:rsidRPr="003E3418">
        <w:rPr>
          <w:rFonts w:ascii="Sakkal Majalla" w:hAnsi="Sakkal Majalla" w:cs="Sakkal Majalla"/>
          <w:sz w:val="24"/>
        </w:rPr>
        <w:t xml:space="preserve"> </w:t>
      </w:r>
      <w:r w:rsidRPr="003E3418">
        <w:rPr>
          <w:rFonts w:ascii="Sakkal Majalla" w:hAnsi="Sakkal Majalla" w:cs="Sakkal Majalla"/>
          <w:sz w:val="24"/>
          <w:szCs w:val="24"/>
          <w:rtl/>
        </w:rPr>
        <w:t>خلال</w:t>
      </w:r>
      <w:r w:rsidRPr="003E3418">
        <w:rPr>
          <w:rFonts w:ascii="Sakkal Majalla" w:hAnsi="Sakkal Majalla" w:cs="Sakkal Majalla"/>
          <w:sz w:val="24"/>
        </w:rPr>
        <w:t xml:space="preserve"> 1984–2007. </w:t>
      </w:r>
      <w:r w:rsidRPr="003E3418">
        <w:rPr>
          <w:rFonts w:ascii="Sakkal Majalla" w:hAnsi="Sakkal Majalla" w:cs="Sakkal Majalla"/>
          <w:sz w:val="24"/>
          <w:szCs w:val="24"/>
          <w:rtl/>
        </w:rPr>
        <w:t>نماذج</w:t>
      </w:r>
      <w:r w:rsidRPr="003E3418">
        <w:rPr>
          <w:rFonts w:ascii="Sakkal Majalla" w:hAnsi="Sakkal Majalla" w:cs="Sakkal Majalla"/>
          <w:sz w:val="24"/>
        </w:rPr>
        <w:t xml:space="preserve"> GMM </w:t>
      </w:r>
      <w:r w:rsidRPr="003E3418">
        <w:rPr>
          <w:rFonts w:ascii="Sakkal Majalla" w:hAnsi="Sakkal Majalla" w:cs="Sakkal Majalla"/>
          <w:sz w:val="24"/>
          <w:szCs w:val="24"/>
          <w:rtl/>
        </w:rPr>
        <w:t>الديناميكية</w:t>
      </w:r>
      <w:r w:rsidRPr="003E3418">
        <w:rPr>
          <w:rFonts w:ascii="Sakkal Majalla" w:hAnsi="Sakkal Majalla" w:cs="Sakkal Majalla"/>
          <w:sz w:val="24"/>
        </w:rPr>
        <w:t xml:space="preserve"> </w:t>
      </w:r>
      <w:r w:rsidRPr="003E3418">
        <w:rPr>
          <w:rFonts w:ascii="Sakkal Majalla" w:hAnsi="Sakkal Majalla" w:cs="Sakkal Majalla"/>
          <w:sz w:val="24"/>
          <w:szCs w:val="24"/>
          <w:rtl/>
        </w:rPr>
        <w:t>لمعالجة</w:t>
      </w:r>
      <w:r w:rsidRPr="003E3418">
        <w:rPr>
          <w:rFonts w:ascii="Sakkal Majalla" w:hAnsi="Sakkal Majalla" w:cs="Sakkal Majalla"/>
          <w:sz w:val="24"/>
        </w:rPr>
        <w:t xml:space="preserve"> </w:t>
      </w:r>
      <w:r w:rsidRPr="003E3418">
        <w:rPr>
          <w:rFonts w:ascii="Sakkal Majalla" w:hAnsi="Sakkal Majalla" w:cs="Sakkal Majalla"/>
          <w:sz w:val="24"/>
          <w:szCs w:val="24"/>
          <w:rtl/>
        </w:rPr>
        <w:t>الداخلية</w:t>
      </w:r>
      <w:r w:rsidRPr="003E3418">
        <w:rPr>
          <w:rFonts w:ascii="Sakkal Majalla" w:hAnsi="Sakkal Majalla" w:cs="Sakkal Majalla"/>
          <w:sz w:val="24"/>
        </w:rPr>
        <w:t xml:space="preserve"> </w:t>
      </w:r>
      <w:r w:rsidRPr="003E3418">
        <w:rPr>
          <w:rFonts w:ascii="Sakkal Majalla" w:hAnsi="Sakkal Majalla" w:cs="Sakkal Majalla"/>
          <w:sz w:val="24"/>
          <w:szCs w:val="24"/>
          <w:rtl/>
        </w:rPr>
        <w:t>والتحيز</w:t>
      </w:r>
      <w:r w:rsidRPr="003E3418">
        <w:rPr>
          <w:rFonts w:ascii="Sakkal Majalla" w:hAnsi="Sakkal Majalla" w:cs="Sakkal Majalla"/>
          <w:sz w:val="24"/>
        </w:rPr>
        <w:t xml:space="preserve"> </w:t>
      </w:r>
      <w:r w:rsidRPr="003E3418">
        <w:rPr>
          <w:rFonts w:ascii="Sakkal Majalla" w:hAnsi="Sakkal Majalla" w:cs="Sakkal Majalla"/>
          <w:sz w:val="24"/>
          <w:szCs w:val="24"/>
          <w:rtl/>
        </w:rPr>
        <w:t>الديناميكي</w:t>
      </w:r>
      <w:r w:rsidRPr="003E3418">
        <w:rPr>
          <w:rFonts w:ascii="Sakkal Majalla" w:hAnsi="Sakkal Majalla" w:cs="Sakkal Majalla"/>
          <w:sz w:val="24"/>
        </w:rPr>
        <w:t xml:space="preserve">. </w:t>
      </w:r>
      <w:r w:rsidRPr="003E3418">
        <w:rPr>
          <w:rFonts w:ascii="Sakkal Majalla" w:hAnsi="Sakkal Majalla" w:cs="Sakkal Majalla"/>
          <w:sz w:val="24"/>
          <w:szCs w:val="24"/>
          <w:rtl/>
        </w:rPr>
        <w:t>اختبار</w:t>
      </w:r>
      <w:r w:rsidRPr="003E3418">
        <w:rPr>
          <w:rFonts w:ascii="Sakkal Majalla" w:hAnsi="Sakkal Majalla" w:cs="Sakkal Majalla"/>
          <w:sz w:val="24"/>
        </w:rPr>
        <w:t xml:space="preserve"> </w:t>
      </w:r>
      <w:r w:rsidRPr="003E3418">
        <w:rPr>
          <w:rFonts w:ascii="Sakkal Majalla" w:hAnsi="Sakkal Majalla" w:cs="Sakkal Majalla"/>
          <w:sz w:val="24"/>
          <w:szCs w:val="24"/>
          <w:rtl/>
        </w:rPr>
        <w:t>صريح</w:t>
      </w:r>
      <w:r w:rsidRPr="003E3418">
        <w:rPr>
          <w:rFonts w:ascii="Sakkal Majalla" w:hAnsi="Sakkal Majalla" w:cs="Sakkal Majalla"/>
          <w:sz w:val="24"/>
        </w:rPr>
        <w:t xml:space="preserve"> </w:t>
      </w:r>
      <w:r w:rsidRPr="003E3418">
        <w:rPr>
          <w:rFonts w:ascii="Sakkal Majalla" w:hAnsi="Sakkal Majalla" w:cs="Sakkal Majalla"/>
          <w:sz w:val="24"/>
          <w:szCs w:val="24"/>
          <w:rtl/>
        </w:rPr>
        <w:t>للعلاقة</w:t>
      </w:r>
      <w:r w:rsidRPr="003E3418">
        <w:rPr>
          <w:rFonts w:ascii="Sakkal Majalla" w:hAnsi="Sakkal Majalla" w:cs="Sakkal Majalla"/>
          <w:sz w:val="24"/>
        </w:rPr>
        <w:t xml:space="preserve"> </w:t>
      </w:r>
      <w:r w:rsidRPr="003E3418">
        <w:rPr>
          <w:rFonts w:ascii="Sakkal Majalla" w:hAnsi="Sakkal Majalla" w:cs="Sakkal Majalla"/>
          <w:sz w:val="24"/>
          <w:szCs w:val="24"/>
          <w:rtl/>
        </w:rPr>
        <w:t>غير</w:t>
      </w:r>
      <w:r w:rsidRPr="003E3418">
        <w:rPr>
          <w:rFonts w:ascii="Sakkal Majalla" w:hAnsi="Sakkal Majalla" w:cs="Sakkal Majalla"/>
          <w:sz w:val="24"/>
        </w:rPr>
        <w:t xml:space="preserve"> </w:t>
      </w:r>
      <w:r w:rsidRPr="003E3418">
        <w:rPr>
          <w:rFonts w:ascii="Sakkal Majalla" w:hAnsi="Sakkal Majalla" w:cs="Sakkal Majalla"/>
          <w:sz w:val="24"/>
          <w:szCs w:val="24"/>
          <w:rtl/>
        </w:rPr>
        <w:t>الخطية</w:t>
      </w:r>
      <w:r w:rsidRPr="003E3418">
        <w:rPr>
          <w:rFonts w:ascii="Sakkal Majalla" w:hAnsi="Sakkal Majalla" w:cs="Sakkal Majalla"/>
          <w:sz w:val="24"/>
        </w:rPr>
        <w:t xml:space="preserve"> (</w:t>
      </w:r>
      <w:r w:rsidRPr="003E3418">
        <w:rPr>
          <w:rFonts w:ascii="Sakkal Majalla" w:hAnsi="Sakkal Majalla" w:cs="Sakkal Majalla"/>
          <w:sz w:val="24"/>
          <w:szCs w:val="24"/>
          <w:rtl/>
        </w:rPr>
        <w:t>اللاخطية</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والنمو</w:t>
      </w:r>
      <w:r w:rsidRPr="003E3418">
        <w:rPr>
          <w:rFonts w:ascii="Sakkal Majalla" w:hAnsi="Sakkal Majalla" w:cs="Sakkal Majalla"/>
          <w:sz w:val="24"/>
        </w:rPr>
        <w:t>.</w:t>
      </w:r>
    </w:p>
    <w:p w14:paraId="38F7A96F"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أهم</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النتائج</w:t>
      </w:r>
      <w:r w:rsidRPr="003E3418">
        <w:rPr>
          <w:rFonts w:ascii="Sakkal Majalla" w:hAnsi="Sakkal Majalla" w:cs="Sakkal Majalla"/>
          <w:b/>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له</w:t>
      </w:r>
      <w:r w:rsidRPr="003E3418">
        <w:rPr>
          <w:rFonts w:ascii="Sakkal Majalla" w:hAnsi="Sakkal Majalla" w:cs="Sakkal Majalla"/>
          <w:sz w:val="24"/>
        </w:rPr>
        <w:t xml:space="preserve"> </w:t>
      </w:r>
      <w:r w:rsidRPr="003E3418">
        <w:rPr>
          <w:rFonts w:ascii="Sakkal Majalla" w:hAnsi="Sakkal Majalla" w:cs="Sakkal Majalla"/>
          <w:sz w:val="24"/>
          <w:szCs w:val="24"/>
          <w:rtl/>
        </w:rPr>
        <w:t>تأثير</w:t>
      </w:r>
      <w:r w:rsidRPr="003E3418">
        <w:rPr>
          <w:rFonts w:ascii="Sakkal Majalla" w:hAnsi="Sakkal Majalla" w:cs="Sakkal Majalla"/>
          <w:sz w:val="24"/>
        </w:rPr>
        <w:t xml:space="preserve"> </w:t>
      </w:r>
      <w:r w:rsidRPr="003E3418">
        <w:rPr>
          <w:rFonts w:ascii="Sakkal Majalla" w:hAnsi="Sakkal Majalla" w:cs="Sakkal Majalla"/>
          <w:sz w:val="24"/>
          <w:szCs w:val="24"/>
          <w:rtl/>
        </w:rPr>
        <w:t>سلبي</w:t>
      </w:r>
      <w:r w:rsidRPr="003E3418">
        <w:rPr>
          <w:rFonts w:ascii="Sakkal Majalla" w:hAnsi="Sakkal Majalla" w:cs="Sakkal Majalla"/>
          <w:sz w:val="24"/>
        </w:rPr>
        <w:t xml:space="preserve"> </w:t>
      </w:r>
      <w:r w:rsidRPr="003E3418">
        <w:rPr>
          <w:rFonts w:ascii="Sakkal Majalla" w:hAnsi="Sakkal Majalla" w:cs="Sakkal Majalla"/>
          <w:sz w:val="24"/>
          <w:szCs w:val="24"/>
          <w:rtl/>
        </w:rPr>
        <w:t>معنوي</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نمو</w:t>
      </w:r>
      <w:r w:rsidRPr="003E3418">
        <w:rPr>
          <w:rFonts w:ascii="Sakkal Majalla" w:hAnsi="Sakkal Majalla" w:cs="Sakkal Majalla"/>
          <w:sz w:val="24"/>
        </w:rPr>
        <w:t xml:space="preserve"> </w:t>
      </w:r>
      <w:r w:rsidRPr="003E3418">
        <w:rPr>
          <w:rFonts w:ascii="Sakkal Majalla" w:hAnsi="Sakkal Majalla" w:cs="Sakkal Majalla"/>
          <w:sz w:val="24"/>
          <w:szCs w:val="24"/>
          <w:rtl/>
        </w:rPr>
        <w:t>نصيب</w:t>
      </w:r>
      <w:r w:rsidRPr="003E3418">
        <w:rPr>
          <w:rFonts w:ascii="Sakkal Majalla" w:hAnsi="Sakkal Majalla" w:cs="Sakkal Majalla"/>
          <w:sz w:val="24"/>
        </w:rPr>
        <w:t xml:space="preserve"> </w:t>
      </w:r>
      <w:r w:rsidRPr="003E3418">
        <w:rPr>
          <w:rFonts w:ascii="Sakkal Majalla" w:hAnsi="Sakkal Majalla" w:cs="Sakkal Majalla"/>
          <w:sz w:val="24"/>
          <w:szCs w:val="24"/>
          <w:rtl/>
        </w:rPr>
        <w:t>الفرد</w:t>
      </w:r>
      <w:r w:rsidRPr="003E3418">
        <w:rPr>
          <w:rFonts w:ascii="Sakkal Majalla" w:hAnsi="Sakkal Majalla" w:cs="Sakkal Majalla"/>
          <w:sz w:val="24"/>
        </w:rPr>
        <w:t xml:space="preserve"> </w:t>
      </w:r>
      <w:r w:rsidRPr="003E3418">
        <w:rPr>
          <w:rFonts w:ascii="Sakkal Majalla" w:hAnsi="Sakkal Majalla" w:cs="Sakkal Majalla"/>
          <w:sz w:val="24"/>
          <w:szCs w:val="24"/>
          <w:rtl/>
        </w:rPr>
        <w:t>حتى</w:t>
      </w:r>
      <w:r w:rsidRPr="003E3418">
        <w:rPr>
          <w:rFonts w:ascii="Sakkal Majalla" w:hAnsi="Sakkal Majalla" w:cs="Sakkal Majalla"/>
          <w:sz w:val="24"/>
        </w:rPr>
        <w:t xml:space="preserve"> </w:t>
      </w:r>
      <w:r w:rsidRPr="003E3418">
        <w:rPr>
          <w:rFonts w:ascii="Sakkal Majalla" w:hAnsi="Sakkal Majalla" w:cs="Sakkal Majalla"/>
          <w:sz w:val="24"/>
          <w:szCs w:val="24"/>
          <w:rtl/>
        </w:rPr>
        <w:t>بعد</w:t>
      </w:r>
      <w:r w:rsidRPr="003E3418">
        <w:rPr>
          <w:rFonts w:ascii="Sakkal Majalla" w:hAnsi="Sakkal Majalla" w:cs="Sakkal Majalla"/>
          <w:sz w:val="24"/>
        </w:rPr>
        <w:t xml:space="preserve"> </w:t>
      </w:r>
      <w:r w:rsidRPr="003E3418">
        <w:rPr>
          <w:rFonts w:ascii="Sakkal Majalla" w:hAnsi="Sakkal Majalla" w:cs="Sakkal Majalla"/>
          <w:sz w:val="24"/>
          <w:szCs w:val="24"/>
          <w:rtl/>
        </w:rPr>
        <w:t>معالجة</w:t>
      </w:r>
      <w:r w:rsidRPr="003E3418">
        <w:rPr>
          <w:rFonts w:ascii="Sakkal Majalla" w:hAnsi="Sakkal Majalla" w:cs="Sakkal Majalla"/>
          <w:sz w:val="24"/>
        </w:rPr>
        <w:t xml:space="preserve"> </w:t>
      </w:r>
      <w:r w:rsidRPr="003E3418">
        <w:rPr>
          <w:rFonts w:ascii="Sakkal Majalla" w:hAnsi="Sakkal Majalla" w:cs="Sakkal Majalla"/>
          <w:sz w:val="24"/>
          <w:szCs w:val="24"/>
          <w:rtl/>
        </w:rPr>
        <w:t>الداخلية</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غير</w:t>
      </w:r>
      <w:r w:rsidRPr="003E3418">
        <w:rPr>
          <w:rFonts w:ascii="Sakkal Majalla" w:hAnsi="Sakkal Majalla" w:cs="Sakkal Majalla"/>
          <w:sz w:val="24"/>
        </w:rPr>
        <w:t xml:space="preserve"> </w:t>
      </w:r>
      <w:r w:rsidRPr="003E3418">
        <w:rPr>
          <w:rFonts w:ascii="Sakkal Majalla" w:hAnsi="Sakkal Majalla" w:cs="Sakkal Majalla"/>
          <w:sz w:val="24"/>
          <w:szCs w:val="24"/>
          <w:rtl/>
        </w:rPr>
        <w:t>خطي</w:t>
      </w:r>
      <w:r w:rsidRPr="003E3418">
        <w:rPr>
          <w:rFonts w:ascii="Sakkal Majalla" w:hAnsi="Sakkal Majalla" w:cs="Sakkal Majalla"/>
          <w:sz w:val="24"/>
        </w:rPr>
        <w:t xml:space="preserve">: </w:t>
      </w:r>
      <w:r w:rsidRPr="003E3418">
        <w:rPr>
          <w:rFonts w:ascii="Sakkal Majalla" w:hAnsi="Sakkal Majalla" w:cs="Sakkal Majalla"/>
          <w:sz w:val="24"/>
          <w:szCs w:val="24"/>
          <w:rtl/>
        </w:rPr>
        <w:t>أشد</w:t>
      </w:r>
      <w:r w:rsidRPr="003E3418">
        <w:rPr>
          <w:rFonts w:ascii="Sakkal Majalla" w:hAnsi="Sakkal Majalla" w:cs="Sakkal Majalla"/>
          <w:sz w:val="24"/>
        </w:rPr>
        <w:t xml:space="preserve"> </w:t>
      </w:r>
      <w:r w:rsidRPr="003E3418">
        <w:rPr>
          <w:rFonts w:ascii="Sakkal Majalla" w:hAnsi="Sakkal Majalla" w:cs="Sakkal Majalla"/>
          <w:sz w:val="24"/>
          <w:szCs w:val="24"/>
          <w:rtl/>
        </w:rPr>
        <w:t>حدةً</w:t>
      </w:r>
      <w:r w:rsidRPr="003E3418">
        <w:rPr>
          <w:rFonts w:ascii="Sakkal Majalla" w:hAnsi="Sakkal Majalla" w:cs="Sakkal Majalla"/>
          <w:sz w:val="24"/>
        </w:rPr>
        <w:t xml:space="preserve"> </w:t>
      </w:r>
      <w:r w:rsidRPr="003E3418">
        <w:rPr>
          <w:rFonts w:ascii="Sakkal Majalla" w:hAnsi="Sakkal Majalla" w:cs="Sakkal Majalla"/>
          <w:sz w:val="24"/>
          <w:szCs w:val="24"/>
          <w:rtl/>
        </w:rPr>
        <w:t>عند</w:t>
      </w:r>
      <w:r w:rsidRPr="003E3418">
        <w:rPr>
          <w:rFonts w:ascii="Sakkal Majalla" w:hAnsi="Sakkal Majalla" w:cs="Sakkal Majalla"/>
          <w:sz w:val="24"/>
        </w:rPr>
        <w:t xml:space="preserve"> </w:t>
      </w:r>
      <w:r w:rsidRPr="003E3418">
        <w:rPr>
          <w:rFonts w:ascii="Sakkal Majalla" w:hAnsi="Sakkal Majalla" w:cs="Sakkal Majalla"/>
          <w:sz w:val="24"/>
          <w:szCs w:val="24"/>
          <w:rtl/>
        </w:rPr>
        <w:t>مستويات</w:t>
      </w:r>
      <w:r w:rsidRPr="003E3418">
        <w:rPr>
          <w:rFonts w:ascii="Sakkal Majalla" w:hAnsi="Sakkal Majalla" w:cs="Sakkal Majalla"/>
          <w:sz w:val="24"/>
        </w:rPr>
        <w:t xml:space="preserve"> </w:t>
      </w:r>
      <w:r w:rsidRPr="003E3418">
        <w:rPr>
          <w:rFonts w:ascii="Sakkal Majalla" w:hAnsi="Sakkal Majalla" w:cs="Sakkal Majalla"/>
          <w:sz w:val="24"/>
          <w:szCs w:val="24"/>
          <w:rtl/>
        </w:rPr>
        <w:t>متوسطة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يُشير</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سياسات</w:t>
      </w:r>
      <w:r w:rsidRPr="003E3418">
        <w:rPr>
          <w:rFonts w:ascii="Sakkal Majalla" w:hAnsi="Sakkal Majalla" w:cs="Sakkal Majalla"/>
          <w:sz w:val="24"/>
        </w:rPr>
        <w:t xml:space="preserve"> </w:t>
      </w:r>
      <w:r w:rsidRPr="003E3418">
        <w:rPr>
          <w:rFonts w:ascii="Sakkal Majalla" w:hAnsi="Sakkal Majalla" w:cs="Sakkal Majalla"/>
          <w:sz w:val="24"/>
          <w:szCs w:val="24"/>
          <w:rtl/>
        </w:rPr>
        <w:t>تحسين</w:t>
      </w:r>
      <w:r w:rsidRPr="003E3418">
        <w:rPr>
          <w:rFonts w:ascii="Sakkal Majalla" w:hAnsi="Sakkal Majalla" w:cs="Sakkal Majalla"/>
          <w:sz w:val="24"/>
        </w:rPr>
        <w:t xml:space="preserve"> </w:t>
      </w:r>
      <w:r w:rsidRPr="003E3418">
        <w:rPr>
          <w:rFonts w:ascii="Sakkal Majalla" w:hAnsi="Sakkal Majalla" w:cs="Sakkal Majalla"/>
          <w:sz w:val="24"/>
          <w:szCs w:val="24"/>
          <w:rtl/>
        </w:rPr>
        <w:t>الحوكمة</w:t>
      </w:r>
      <w:r w:rsidRPr="003E3418">
        <w:rPr>
          <w:rFonts w:ascii="Sakkal Majalla" w:hAnsi="Sakkal Majalla" w:cs="Sakkal Majalla"/>
          <w:sz w:val="24"/>
        </w:rPr>
        <w:t xml:space="preserve"> </w:t>
      </w:r>
      <w:r w:rsidRPr="003E3418">
        <w:rPr>
          <w:rFonts w:ascii="Sakkal Majalla" w:hAnsi="Sakkal Majalla" w:cs="Sakkal Majalla"/>
          <w:sz w:val="24"/>
          <w:szCs w:val="24"/>
          <w:rtl/>
        </w:rPr>
        <w:t>أكثر</w:t>
      </w:r>
      <w:r w:rsidRPr="003E3418">
        <w:rPr>
          <w:rFonts w:ascii="Sakkal Majalla" w:hAnsi="Sakkal Majalla" w:cs="Sakkal Majalla"/>
          <w:sz w:val="24"/>
        </w:rPr>
        <w:t xml:space="preserve"> </w:t>
      </w:r>
      <w:r w:rsidRPr="003E3418">
        <w:rPr>
          <w:rFonts w:ascii="Sakkal Majalla" w:hAnsi="Sakkal Majalla" w:cs="Sakkal Majalla"/>
          <w:sz w:val="24"/>
          <w:szCs w:val="24"/>
          <w:rtl/>
        </w:rPr>
        <w:t>فاعليةً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المستويات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الوسطى</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التدهور</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المؤسسي</w:t>
      </w:r>
      <w:r w:rsidRPr="003E3418">
        <w:rPr>
          <w:rFonts w:ascii="Sakkal Majalla" w:hAnsi="Sakkal Majalla" w:cs="Sakkal Majalla"/>
          <w:sz w:val="24"/>
        </w:rPr>
        <w:t>.</w:t>
      </w:r>
    </w:p>
    <w:p w14:paraId="102BCDE9"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الصلة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بالبحث</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الحالي</w:t>
      </w:r>
      <w:r w:rsidRPr="003E3418">
        <w:rPr>
          <w:rFonts w:ascii="Sakkal Majalla" w:hAnsi="Sakkal Majalla" w:cs="Sakkal Majalla"/>
          <w:b/>
          <w:sz w:val="24"/>
        </w:rPr>
        <w:t xml:space="preserve">: </w:t>
      </w:r>
      <w:r w:rsidRPr="003E3418">
        <w:rPr>
          <w:rFonts w:ascii="Sakkal Majalla" w:hAnsi="Sakkal Majalla" w:cs="Sakkal Majalla"/>
          <w:sz w:val="24"/>
          <w:szCs w:val="24"/>
          <w:rtl/>
        </w:rPr>
        <w:t>تُقدّم</w:t>
      </w:r>
      <w:r w:rsidRPr="003E3418">
        <w:rPr>
          <w:rFonts w:ascii="Sakkal Majalla" w:hAnsi="Sakkal Majalla" w:cs="Sakkal Majalla"/>
          <w:sz w:val="24"/>
        </w:rPr>
        <w:t xml:space="preserve"> </w:t>
      </w:r>
      <w:r w:rsidRPr="003E3418">
        <w:rPr>
          <w:rFonts w:ascii="Sakkal Majalla" w:hAnsi="Sakkal Majalla" w:cs="Sakkal Majalla"/>
          <w:sz w:val="24"/>
          <w:szCs w:val="24"/>
          <w:rtl/>
        </w:rPr>
        <w:t>التبرير</w:t>
      </w:r>
      <w:r w:rsidRPr="003E3418">
        <w:rPr>
          <w:rFonts w:ascii="Sakkal Majalla" w:hAnsi="Sakkal Majalla" w:cs="Sakkal Majalla"/>
          <w:sz w:val="24"/>
        </w:rPr>
        <w:t xml:space="preserve"> </w:t>
      </w:r>
      <w:r w:rsidRPr="003E3418">
        <w:rPr>
          <w:rFonts w:ascii="Sakkal Majalla" w:hAnsi="Sakkal Majalla" w:cs="Sakkal Majalla"/>
          <w:sz w:val="24"/>
          <w:szCs w:val="24"/>
          <w:rtl/>
        </w:rPr>
        <w:t>المنهجي</w:t>
      </w:r>
      <w:r w:rsidRPr="003E3418">
        <w:rPr>
          <w:rFonts w:ascii="Sakkal Majalla" w:hAnsi="Sakkal Majalla" w:cs="Sakkal Majalla"/>
          <w:sz w:val="24"/>
        </w:rPr>
        <w:t xml:space="preserve"> </w:t>
      </w:r>
      <w:r w:rsidRPr="003E3418">
        <w:rPr>
          <w:rFonts w:ascii="Sakkal Majalla" w:hAnsi="Sakkal Majalla" w:cs="Sakkal Majalla"/>
          <w:sz w:val="24"/>
          <w:szCs w:val="24"/>
          <w:rtl/>
        </w:rPr>
        <w:t>الرئيسي</w:t>
      </w:r>
      <w:r w:rsidRPr="003E3418">
        <w:rPr>
          <w:rFonts w:ascii="Sakkal Majalla" w:hAnsi="Sakkal Majalla" w:cs="Sakkal Majalla"/>
          <w:sz w:val="24"/>
        </w:rPr>
        <w:t xml:space="preserve"> </w:t>
      </w:r>
      <w:r w:rsidRPr="003E3418">
        <w:rPr>
          <w:rFonts w:ascii="Sakkal Majalla" w:hAnsi="Sakkal Majalla" w:cs="Sakkal Majalla"/>
          <w:sz w:val="24"/>
          <w:szCs w:val="24"/>
          <w:rtl/>
        </w:rPr>
        <w:t>لاستخدام</w:t>
      </w:r>
      <w:r w:rsidRPr="003E3418">
        <w:rPr>
          <w:rFonts w:ascii="Sakkal Majalla" w:hAnsi="Sakkal Majalla" w:cs="Sakkal Majalla"/>
          <w:sz w:val="24"/>
        </w:rPr>
        <w:t xml:space="preserve"> </w:t>
      </w:r>
      <w:r w:rsidRPr="003E3418">
        <w:rPr>
          <w:rFonts w:ascii="Sakkal Majalla" w:hAnsi="Sakkal Majalla" w:cs="Sakkal Majalla"/>
          <w:sz w:val="24"/>
          <w:szCs w:val="24"/>
          <w:rtl/>
        </w:rPr>
        <w:t>نماذج</w:t>
      </w:r>
      <w:r w:rsidRPr="003E3418">
        <w:rPr>
          <w:rFonts w:ascii="Sakkal Majalla" w:hAnsi="Sakkal Majalla" w:cs="Sakkal Majalla"/>
          <w:sz w:val="24"/>
        </w:rPr>
        <w:t xml:space="preserve"> GMM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w:t>
      </w:r>
      <w:r w:rsidRPr="003E3418">
        <w:rPr>
          <w:rFonts w:ascii="Sakkal Majalla" w:hAnsi="Sakkal Majalla" w:cs="Sakkal Majalla"/>
          <w:sz w:val="24"/>
        </w:rPr>
        <w:t xml:space="preserve"> </w:t>
      </w:r>
      <w:r w:rsidRPr="003E3418">
        <w:rPr>
          <w:rFonts w:ascii="Sakkal Majalla" w:hAnsi="Sakkal Majalla" w:cs="Sakkal Majalla"/>
          <w:sz w:val="24"/>
          <w:szCs w:val="24"/>
          <w:rtl/>
        </w:rPr>
        <w:t>الحالي</w:t>
      </w:r>
      <w:r w:rsidRPr="003E3418">
        <w:rPr>
          <w:rFonts w:ascii="Sakkal Majalla" w:hAnsi="Sakkal Majalla" w:cs="Sakkal Majalla"/>
          <w:sz w:val="24"/>
        </w:rPr>
        <w:t xml:space="preserve"> </w:t>
      </w:r>
      <w:r w:rsidRPr="003E3418">
        <w:rPr>
          <w:rFonts w:ascii="Sakkal Majalla" w:hAnsi="Sakkal Majalla" w:cs="Sakkal Majalla"/>
          <w:sz w:val="24"/>
          <w:szCs w:val="24"/>
          <w:rtl/>
        </w:rPr>
        <w:t>يُكملها</w:t>
      </w:r>
      <w:r w:rsidRPr="003E3418">
        <w:rPr>
          <w:rFonts w:ascii="Sakkal Majalla" w:hAnsi="Sakkal Majalla" w:cs="Sakkal Majalla"/>
          <w:sz w:val="24"/>
        </w:rPr>
        <w:t xml:space="preserve"> </w:t>
      </w:r>
      <w:r w:rsidRPr="003E3418">
        <w:rPr>
          <w:rFonts w:ascii="Sakkal Majalla" w:hAnsi="Sakkal Majalla" w:cs="Sakkal Majalla"/>
          <w:sz w:val="24"/>
          <w:szCs w:val="24"/>
          <w:rtl/>
        </w:rPr>
        <w:t>بتضمين</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متغيراً</w:t>
      </w:r>
      <w:r w:rsidRPr="003E3418">
        <w:rPr>
          <w:rFonts w:ascii="Sakkal Majalla" w:hAnsi="Sakkal Majalla" w:cs="Sakkal Majalla"/>
          <w:sz w:val="24"/>
        </w:rPr>
        <w:t xml:space="preserve"> </w:t>
      </w:r>
      <w:r w:rsidRPr="003E3418">
        <w:rPr>
          <w:rFonts w:ascii="Sakkal Majalla" w:hAnsi="Sakkal Majalla" w:cs="Sakkal Majalla"/>
          <w:sz w:val="24"/>
          <w:szCs w:val="24"/>
          <w:rtl/>
        </w:rPr>
        <w:t>تابعاً</w:t>
      </w:r>
      <w:r w:rsidRPr="003E3418">
        <w:rPr>
          <w:rFonts w:ascii="Sakkal Majalla" w:hAnsi="Sakkal Majalla" w:cs="Sakkal Majalla"/>
          <w:sz w:val="24"/>
        </w:rPr>
        <w:t xml:space="preserve"> </w:t>
      </w:r>
      <w:r w:rsidRPr="003E3418">
        <w:rPr>
          <w:rFonts w:ascii="Sakkal Majalla" w:hAnsi="Sakkal Majalla" w:cs="Sakkal Majalla"/>
          <w:sz w:val="24"/>
          <w:szCs w:val="24"/>
          <w:rtl/>
        </w:rPr>
        <w:t>وبامتداد</w:t>
      </w:r>
      <w:r w:rsidRPr="003E3418">
        <w:rPr>
          <w:rFonts w:ascii="Sakkal Majalla" w:hAnsi="Sakkal Majalla" w:cs="Sakkal Majalla"/>
          <w:sz w:val="24"/>
        </w:rPr>
        <w:t xml:space="preserve"> </w:t>
      </w:r>
      <w:r w:rsidRPr="003E3418">
        <w:rPr>
          <w:rFonts w:ascii="Sakkal Majalla" w:hAnsi="Sakkal Majalla" w:cs="Sakkal Majalla"/>
          <w:sz w:val="24"/>
          <w:szCs w:val="24"/>
          <w:rtl/>
        </w:rPr>
        <w:t>زمني</w:t>
      </w:r>
      <w:r w:rsidRPr="003E3418">
        <w:rPr>
          <w:rFonts w:ascii="Sakkal Majalla" w:hAnsi="Sakkal Majalla" w:cs="Sakkal Majalla"/>
          <w:sz w:val="24"/>
        </w:rPr>
        <w:t xml:space="preserve"> </w:t>
      </w:r>
      <w:r w:rsidRPr="003E3418">
        <w:rPr>
          <w:rFonts w:ascii="Sakkal Majalla" w:hAnsi="Sakkal Majalla" w:cs="Sakkal Majalla"/>
          <w:sz w:val="24"/>
          <w:szCs w:val="24"/>
          <w:rtl/>
        </w:rPr>
        <w:t>حتى</w:t>
      </w:r>
      <w:r w:rsidRPr="003E3418">
        <w:rPr>
          <w:rFonts w:ascii="Sakkal Majalla" w:hAnsi="Sakkal Majalla" w:cs="Sakkal Majalla"/>
          <w:sz w:val="24"/>
        </w:rPr>
        <w:t xml:space="preserve"> 2022 </w:t>
      </w:r>
      <w:r w:rsidRPr="003E3418">
        <w:rPr>
          <w:rFonts w:ascii="Sakkal Majalla" w:hAnsi="Sakkal Majalla" w:cs="Sakkal Majalla"/>
          <w:sz w:val="24"/>
          <w:szCs w:val="24"/>
          <w:rtl/>
        </w:rPr>
        <w:t>يستوعب</w:t>
      </w:r>
      <w:r w:rsidRPr="003E3418">
        <w:rPr>
          <w:rFonts w:ascii="Sakkal Majalla" w:hAnsi="Sakkal Majalla" w:cs="Sakkal Majalla"/>
          <w:sz w:val="24"/>
        </w:rPr>
        <w:t xml:space="preserve"> </w:t>
      </w:r>
      <w:r w:rsidRPr="003E3418">
        <w:rPr>
          <w:rFonts w:ascii="Sakkal Majalla" w:hAnsi="Sakkal Majalla" w:cs="Sakkal Majalla"/>
          <w:sz w:val="24"/>
          <w:szCs w:val="24"/>
          <w:rtl/>
        </w:rPr>
        <w:t>تأثيرات</w:t>
      </w:r>
      <w:r w:rsidRPr="003E3418">
        <w:rPr>
          <w:rFonts w:ascii="Sakkal Majalla" w:hAnsi="Sakkal Majalla" w:cs="Sakkal Majalla"/>
          <w:sz w:val="24"/>
        </w:rPr>
        <w:t xml:space="preserve"> </w:t>
      </w:r>
      <w:r w:rsidRPr="003E3418">
        <w:rPr>
          <w:rFonts w:ascii="Sakkal Majalla" w:hAnsi="Sakkal Majalla" w:cs="Sakkal Majalla"/>
          <w:sz w:val="24"/>
          <w:szCs w:val="24"/>
          <w:rtl/>
        </w:rPr>
        <w:t>جائحة</w:t>
      </w:r>
      <w:r w:rsidRPr="003E3418">
        <w:rPr>
          <w:rFonts w:ascii="Sakkal Majalla" w:hAnsi="Sakkal Majalla" w:cs="Sakkal Majalla"/>
          <w:sz w:val="24"/>
        </w:rPr>
        <w:t xml:space="preserve"> </w:t>
      </w:r>
      <w:r w:rsidRPr="003E3418">
        <w:rPr>
          <w:rFonts w:ascii="Sakkal Majalla" w:hAnsi="Sakkal Majalla" w:cs="Sakkal Majalla"/>
          <w:sz w:val="24"/>
          <w:szCs w:val="24"/>
          <w:rtl/>
        </w:rPr>
        <w:t>كوفيد</w:t>
      </w:r>
      <w:r w:rsidRPr="003E3418">
        <w:rPr>
          <w:rFonts w:ascii="Sakkal Majalla" w:hAnsi="Sakkal Majalla" w:cs="Sakkal Majalla"/>
          <w:sz w:val="24"/>
        </w:rPr>
        <w:t>-19.</w:t>
      </w:r>
    </w:p>
    <w:p w14:paraId="7B871B2A" w14:textId="77777777" w:rsidR="003E3418" w:rsidRPr="003E3418" w:rsidRDefault="003E3418" w:rsidP="003E3418">
      <w:pPr>
        <w:spacing w:before="80" w:after="80"/>
        <w:rPr>
          <w:rFonts w:ascii="Sakkal Majalla" w:hAnsi="Sakkal Majalla" w:cs="Sakkal Majalla"/>
        </w:rPr>
      </w:pPr>
    </w:p>
    <w:p w14:paraId="092A0AF4" w14:textId="77777777" w:rsidR="003E3418" w:rsidRPr="003E3418" w:rsidRDefault="003E3418" w:rsidP="003E3418">
      <w:pPr>
        <w:bidi/>
        <w:spacing w:before="160" w:after="60" w:line="320" w:lineRule="exact"/>
        <w:rPr>
          <w:rFonts w:ascii="Sakkal Majalla" w:hAnsi="Sakkal Majalla" w:cs="Sakkal Majalla"/>
        </w:rPr>
      </w:pPr>
      <w:r w:rsidRPr="003E3418">
        <w:rPr>
          <w:rFonts w:ascii="Sakkal Majalla" w:hAnsi="Sakkal Majalla" w:cs="Sakkal Majalla"/>
          <w:b/>
          <w:sz w:val="24"/>
        </w:rPr>
        <w:t xml:space="preserve">5. Gründler &amp; Potrafke (2019) — </w:t>
      </w:r>
      <w:r w:rsidRPr="003E3418">
        <w:rPr>
          <w:rFonts w:ascii="Sakkal Majalla" w:hAnsi="Sakkal Majalla" w:cs="Sakkal Majalla"/>
          <w:b/>
          <w:bCs/>
          <w:sz w:val="24"/>
          <w:szCs w:val="24"/>
          <w:rtl/>
        </w:rPr>
        <w:t>أحدث</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الأدلة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الكمية</w:t>
      </w:r>
    </w:p>
    <w:p w14:paraId="2CF2ED50"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المرجع</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الكامل</w:t>
      </w:r>
      <w:r w:rsidRPr="003E3418">
        <w:rPr>
          <w:rFonts w:ascii="Sakkal Majalla" w:hAnsi="Sakkal Majalla" w:cs="Sakkal Majalla"/>
          <w:b/>
          <w:sz w:val="24"/>
        </w:rPr>
        <w:t xml:space="preserve">: </w:t>
      </w:r>
      <w:r w:rsidRPr="003E3418">
        <w:rPr>
          <w:rFonts w:ascii="Sakkal Majalla" w:hAnsi="Sakkal Majalla" w:cs="Sakkal Majalla"/>
          <w:sz w:val="24"/>
        </w:rPr>
        <w:t>Gründler, K., &amp; Potrafke, N. (2019). Corruption and economic growth: New empirical evidence. European Journal of Political Economy, 60, 101810. https://doi.org/10.1016/j.ejpoleco.2019.08.001</w:t>
      </w:r>
    </w:p>
    <w:p w14:paraId="7E86D227"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lastRenderedPageBreak/>
        <w:t>هدف</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الدراسة</w:t>
      </w:r>
      <w:r w:rsidRPr="003E3418">
        <w:rPr>
          <w:rFonts w:ascii="Sakkal Majalla" w:hAnsi="Sakkal Majalla" w:cs="Sakkal Majalla"/>
          <w:b/>
          <w:sz w:val="24"/>
        </w:rPr>
        <w:t xml:space="preserve">: </w:t>
      </w:r>
      <w:r w:rsidRPr="003E3418">
        <w:rPr>
          <w:rFonts w:ascii="Sakkal Majalla" w:hAnsi="Sakkal Majalla" w:cs="Sakkal Majalla"/>
          <w:sz w:val="24"/>
          <w:szCs w:val="24"/>
          <w:rtl/>
        </w:rPr>
        <w:t>إعادة</w:t>
      </w:r>
      <w:r w:rsidRPr="003E3418">
        <w:rPr>
          <w:rFonts w:ascii="Sakkal Majalla" w:hAnsi="Sakkal Majalla" w:cs="Sakkal Majalla"/>
          <w:sz w:val="24"/>
        </w:rPr>
        <w:t xml:space="preserve"> </w:t>
      </w:r>
      <w:r w:rsidRPr="003E3418">
        <w:rPr>
          <w:rFonts w:ascii="Sakkal Majalla" w:hAnsi="Sakkal Majalla" w:cs="Sakkal Majalla"/>
          <w:sz w:val="24"/>
          <w:szCs w:val="24"/>
          <w:rtl/>
        </w:rPr>
        <w:t>فحص</w:t>
      </w:r>
      <w:r w:rsidRPr="003E3418">
        <w:rPr>
          <w:rFonts w:ascii="Sakkal Majalla" w:hAnsi="Sakkal Majalla" w:cs="Sakkal Majalla"/>
          <w:sz w:val="24"/>
        </w:rPr>
        <w:t xml:space="preserve"> </w:t>
      </w:r>
      <w:r w:rsidRPr="003E3418">
        <w:rPr>
          <w:rFonts w:ascii="Sakkal Majalla" w:hAnsi="Sakkal Majalla" w:cs="Sakkal Majalla"/>
          <w:sz w:val="24"/>
          <w:szCs w:val="24"/>
          <w:rtl/>
        </w:rPr>
        <w:t>العلاقة</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باستخدام</w:t>
      </w:r>
      <w:r w:rsidRPr="003E3418">
        <w:rPr>
          <w:rFonts w:ascii="Sakkal Majalla" w:hAnsi="Sakkal Majalla" w:cs="Sakkal Majalla"/>
          <w:sz w:val="24"/>
        </w:rPr>
        <w:t xml:space="preserve"> </w:t>
      </w:r>
      <w:r w:rsidRPr="003E3418">
        <w:rPr>
          <w:rFonts w:ascii="Sakkal Majalla" w:hAnsi="Sakkal Majalla" w:cs="Sakkal Majalla"/>
          <w:sz w:val="24"/>
          <w:szCs w:val="24"/>
          <w:rtl/>
        </w:rPr>
        <w:t>سلسلة</w:t>
      </w:r>
      <w:r w:rsidRPr="003E3418">
        <w:rPr>
          <w:rFonts w:ascii="Sakkal Majalla" w:hAnsi="Sakkal Majalla" w:cs="Sakkal Majalla"/>
          <w:sz w:val="24"/>
        </w:rPr>
        <w:t xml:space="preserve"> CPI </w:t>
      </w:r>
      <w:r w:rsidRPr="003E3418">
        <w:rPr>
          <w:rFonts w:ascii="Sakkal Majalla" w:hAnsi="Sakkal Majalla" w:cs="Sakkal Majalla"/>
          <w:sz w:val="24"/>
          <w:szCs w:val="24"/>
          <w:rtl/>
        </w:rPr>
        <w:t>المُعاد</w:t>
      </w:r>
      <w:r w:rsidRPr="003E3418">
        <w:rPr>
          <w:rFonts w:ascii="Sakkal Majalla" w:hAnsi="Sakkal Majalla" w:cs="Sakkal Majalla"/>
          <w:sz w:val="24"/>
        </w:rPr>
        <w:t xml:space="preserve"> </w:t>
      </w:r>
      <w:r w:rsidRPr="003E3418">
        <w:rPr>
          <w:rFonts w:ascii="Sakkal Majalla" w:hAnsi="Sakkal Majalla" w:cs="Sakkal Majalla"/>
          <w:sz w:val="24"/>
          <w:szCs w:val="24"/>
          <w:rtl/>
        </w:rPr>
        <w:t>معايرتها</w:t>
      </w:r>
      <w:r w:rsidRPr="003E3418">
        <w:rPr>
          <w:rFonts w:ascii="Sakkal Majalla" w:hAnsi="Sakkal Majalla" w:cs="Sakkal Majalla"/>
          <w:sz w:val="24"/>
        </w:rPr>
        <w:t xml:space="preserve"> </w:t>
      </w:r>
      <w:r w:rsidRPr="003E3418">
        <w:rPr>
          <w:rFonts w:ascii="Sakkal Majalla" w:hAnsi="Sakkal Majalla" w:cs="Sakkal Majalla"/>
          <w:sz w:val="24"/>
          <w:szCs w:val="24"/>
          <w:rtl/>
        </w:rPr>
        <w:t>منهجياً</w:t>
      </w:r>
      <w:r w:rsidRPr="003E3418">
        <w:rPr>
          <w:rFonts w:ascii="Sakkal Majalla" w:hAnsi="Sakkal Majalla" w:cs="Sakkal Majalla"/>
          <w:sz w:val="24"/>
        </w:rPr>
        <w:t xml:space="preserve"> </w:t>
      </w:r>
      <w:r w:rsidRPr="003E3418">
        <w:rPr>
          <w:rFonts w:ascii="Sakkal Majalla" w:hAnsi="Sakkal Majalla" w:cs="Sakkal Majalla"/>
          <w:sz w:val="24"/>
          <w:szCs w:val="24"/>
          <w:rtl/>
        </w:rPr>
        <w:t>منذ</w:t>
      </w:r>
      <w:r w:rsidRPr="003E3418">
        <w:rPr>
          <w:rFonts w:ascii="Sakkal Majalla" w:hAnsi="Sakkal Majalla" w:cs="Sakkal Majalla"/>
          <w:sz w:val="24"/>
        </w:rPr>
        <w:t xml:space="preserve"> 2012</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مع</w:t>
      </w:r>
      <w:r w:rsidRPr="003E3418">
        <w:rPr>
          <w:rFonts w:ascii="Sakkal Majalla" w:hAnsi="Sakkal Majalla" w:cs="Sakkal Majalla"/>
          <w:sz w:val="24"/>
        </w:rPr>
        <w:t xml:space="preserve"> </w:t>
      </w:r>
      <w:r w:rsidRPr="003E3418">
        <w:rPr>
          <w:rFonts w:ascii="Sakkal Majalla" w:hAnsi="Sakkal Majalla" w:cs="Sakkal Majalla"/>
          <w:sz w:val="24"/>
          <w:szCs w:val="24"/>
          <w:rtl/>
        </w:rPr>
        <w:t>بيانات</w:t>
      </w:r>
      <w:r w:rsidRPr="003E3418">
        <w:rPr>
          <w:rFonts w:ascii="Sakkal Majalla" w:hAnsi="Sakkal Majalla" w:cs="Sakkal Majalla"/>
          <w:sz w:val="24"/>
        </w:rPr>
        <w:t xml:space="preserve"> 175 </w:t>
      </w:r>
      <w:r w:rsidRPr="003E3418">
        <w:rPr>
          <w:rFonts w:ascii="Sakkal Majalla" w:hAnsi="Sakkal Majalla" w:cs="Sakkal Majalla"/>
          <w:sz w:val="24"/>
          <w:szCs w:val="24"/>
          <w:rtl/>
        </w:rPr>
        <w:t>دولة</w:t>
      </w:r>
      <w:r w:rsidRPr="003E3418">
        <w:rPr>
          <w:rFonts w:ascii="Sakkal Majalla" w:hAnsi="Sakkal Majalla" w:cs="Sakkal Majalla"/>
          <w:sz w:val="24"/>
        </w:rPr>
        <w:t xml:space="preserve"> </w:t>
      </w:r>
      <w:r w:rsidRPr="003E3418">
        <w:rPr>
          <w:rFonts w:ascii="Sakkal Majalla" w:hAnsi="Sakkal Majalla" w:cs="Sakkal Majalla"/>
          <w:sz w:val="24"/>
          <w:szCs w:val="24"/>
          <w:rtl/>
        </w:rPr>
        <w:t>تغطي</w:t>
      </w:r>
      <w:r w:rsidRPr="003E3418">
        <w:rPr>
          <w:rFonts w:ascii="Sakkal Majalla" w:hAnsi="Sakkal Majalla" w:cs="Sakkal Majalla"/>
          <w:sz w:val="24"/>
        </w:rPr>
        <w:t xml:space="preserve"> </w:t>
      </w:r>
      <w:r w:rsidRPr="003E3418">
        <w:rPr>
          <w:rFonts w:ascii="Sakkal Majalla" w:hAnsi="Sakkal Majalla" w:cs="Sakkal Majalla"/>
          <w:sz w:val="24"/>
          <w:szCs w:val="24"/>
          <w:rtl/>
        </w:rPr>
        <w:t>أنواع</w:t>
      </w:r>
      <w:r w:rsidRPr="003E3418">
        <w:rPr>
          <w:rFonts w:ascii="Sakkal Majalla" w:hAnsi="Sakkal Majalla" w:cs="Sakkal Majalla"/>
          <w:sz w:val="24"/>
        </w:rPr>
        <w:t xml:space="preserve"> </w:t>
      </w:r>
      <w:r w:rsidRPr="003E3418">
        <w:rPr>
          <w:rFonts w:ascii="Sakkal Majalla" w:hAnsi="Sakkal Majalla" w:cs="Sakkal Majalla"/>
          <w:sz w:val="24"/>
          <w:szCs w:val="24"/>
          <w:rtl/>
        </w:rPr>
        <w:t>الحكومات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المختلفة</w:t>
      </w:r>
      <w:r w:rsidRPr="003E3418">
        <w:rPr>
          <w:rFonts w:ascii="Sakkal Majalla" w:hAnsi="Sakkal Majalla" w:cs="Sakkal Majalla"/>
          <w:sz w:val="24"/>
        </w:rPr>
        <w:t>.</w:t>
      </w:r>
    </w:p>
    <w:p w14:paraId="153915EF"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المنهجية</w:t>
      </w:r>
      <w:r w:rsidRPr="003E3418">
        <w:rPr>
          <w:rFonts w:ascii="Sakkal Majalla" w:hAnsi="Sakkal Majalla" w:cs="Sakkal Majalla"/>
          <w:b/>
          <w:sz w:val="24"/>
        </w:rPr>
        <w:t xml:space="preserve">: </w:t>
      </w:r>
      <w:r w:rsidRPr="003E3418">
        <w:rPr>
          <w:rFonts w:ascii="Sakkal Majalla" w:hAnsi="Sakkal Majalla" w:cs="Sakkal Majalla"/>
          <w:sz w:val="24"/>
          <w:szCs w:val="24"/>
          <w:rtl/>
        </w:rPr>
        <w:t>بيانات</w:t>
      </w:r>
      <w:r w:rsidRPr="003E3418">
        <w:rPr>
          <w:rFonts w:ascii="Sakkal Majalla" w:hAnsi="Sakkal Majalla" w:cs="Sakkal Majalla"/>
          <w:sz w:val="24"/>
        </w:rPr>
        <w:t xml:space="preserve"> </w:t>
      </w:r>
      <w:r w:rsidRPr="003E3418">
        <w:rPr>
          <w:rFonts w:ascii="Sakkal Majalla" w:hAnsi="Sakkal Majalla" w:cs="Sakkal Majalla"/>
          <w:sz w:val="24"/>
          <w:szCs w:val="24"/>
          <w:rtl/>
        </w:rPr>
        <w:t>لوحة</w:t>
      </w:r>
      <w:r w:rsidRPr="003E3418">
        <w:rPr>
          <w:rFonts w:ascii="Sakkal Majalla" w:hAnsi="Sakkal Majalla" w:cs="Sakkal Majalla"/>
          <w:sz w:val="24"/>
        </w:rPr>
        <w:t xml:space="preserve"> </w:t>
      </w:r>
      <w:r w:rsidRPr="003E3418">
        <w:rPr>
          <w:rFonts w:ascii="Sakkal Majalla" w:hAnsi="Sakkal Majalla" w:cs="Sakkal Majalla"/>
          <w:sz w:val="24"/>
          <w:szCs w:val="24"/>
          <w:rtl/>
        </w:rPr>
        <w:t>لـ</w:t>
      </w:r>
      <w:r w:rsidRPr="003E3418">
        <w:rPr>
          <w:rFonts w:ascii="Sakkal Majalla" w:hAnsi="Sakkal Majalla" w:cs="Sakkal Majalla"/>
          <w:sz w:val="24"/>
        </w:rPr>
        <w:t xml:space="preserve"> 175 </w:t>
      </w:r>
      <w:r w:rsidRPr="003E3418">
        <w:rPr>
          <w:rFonts w:ascii="Sakkal Majalla" w:hAnsi="Sakkal Majalla" w:cs="Sakkal Majalla"/>
          <w:sz w:val="24"/>
          <w:szCs w:val="24"/>
          <w:rtl/>
        </w:rPr>
        <w:t>دولة</w:t>
      </w:r>
      <w:r w:rsidRPr="003E3418">
        <w:rPr>
          <w:rFonts w:ascii="Sakkal Majalla" w:hAnsi="Sakkal Majalla" w:cs="Sakkal Majalla"/>
          <w:sz w:val="24"/>
        </w:rPr>
        <w:t xml:space="preserve"> </w:t>
      </w:r>
      <w:r w:rsidRPr="003E3418">
        <w:rPr>
          <w:rFonts w:ascii="Sakkal Majalla" w:hAnsi="Sakkal Majalla" w:cs="Sakkal Majalla"/>
          <w:sz w:val="24"/>
          <w:szCs w:val="24"/>
          <w:rtl/>
        </w:rPr>
        <w:t>خلال</w:t>
      </w:r>
      <w:r w:rsidRPr="003E3418">
        <w:rPr>
          <w:rFonts w:ascii="Sakkal Majalla" w:hAnsi="Sakkal Majalla" w:cs="Sakkal Majalla"/>
          <w:sz w:val="24"/>
        </w:rPr>
        <w:t xml:space="preserve"> 2012–2018. </w:t>
      </w:r>
      <w:r w:rsidRPr="003E3418">
        <w:rPr>
          <w:rFonts w:ascii="Sakkal Majalla" w:hAnsi="Sakkal Majalla" w:cs="Sakkal Majalla"/>
          <w:sz w:val="24"/>
          <w:szCs w:val="24"/>
          <w:rtl/>
        </w:rPr>
        <w:t>انحدار</w:t>
      </w:r>
      <w:r w:rsidRPr="003E3418">
        <w:rPr>
          <w:rFonts w:ascii="Sakkal Majalla" w:hAnsi="Sakkal Majalla" w:cs="Sakkal Majalla"/>
          <w:sz w:val="24"/>
        </w:rPr>
        <w:t xml:space="preserve"> </w:t>
      </w:r>
      <w:r w:rsidRPr="003E3418">
        <w:rPr>
          <w:rFonts w:ascii="Sakkal Majalla" w:hAnsi="Sakkal Majalla" w:cs="Sakkal Majalla"/>
          <w:sz w:val="24"/>
          <w:szCs w:val="24"/>
          <w:rtl/>
        </w:rPr>
        <w:t>لوحي</w:t>
      </w:r>
      <w:r w:rsidRPr="003E3418">
        <w:rPr>
          <w:rFonts w:ascii="Sakkal Majalla" w:hAnsi="Sakkal Majalla" w:cs="Sakkal Majalla"/>
          <w:sz w:val="24"/>
        </w:rPr>
        <w:t xml:space="preserve"> </w:t>
      </w:r>
      <w:r w:rsidRPr="003E3418">
        <w:rPr>
          <w:rFonts w:ascii="Sakkal Majalla" w:hAnsi="Sakkal Majalla" w:cs="Sakkal Majalla"/>
          <w:sz w:val="24"/>
          <w:szCs w:val="24"/>
          <w:rtl/>
        </w:rPr>
        <w:t>ديناميكي</w:t>
      </w:r>
      <w:r w:rsidRPr="003E3418">
        <w:rPr>
          <w:rFonts w:ascii="Sakkal Majalla" w:hAnsi="Sakkal Majalla" w:cs="Sakkal Majalla"/>
          <w:sz w:val="24"/>
        </w:rPr>
        <w:t xml:space="preserve">. </w:t>
      </w:r>
      <w:r w:rsidRPr="003E3418">
        <w:rPr>
          <w:rFonts w:ascii="Sakkal Majalla" w:hAnsi="Sakkal Majalla" w:cs="Sakkal Majalla"/>
          <w:sz w:val="24"/>
          <w:szCs w:val="24"/>
          <w:rtl/>
        </w:rPr>
        <w:t>مؤشر</w:t>
      </w:r>
      <w:r w:rsidRPr="003E3418">
        <w:rPr>
          <w:rFonts w:ascii="Sakkal Majalla" w:hAnsi="Sakkal Majalla" w:cs="Sakkal Majalla"/>
          <w:sz w:val="24"/>
        </w:rPr>
        <w:t xml:space="preserve"> CPI </w:t>
      </w:r>
      <w:r w:rsidRPr="003E3418">
        <w:rPr>
          <w:rFonts w:ascii="Sakkal Majalla" w:hAnsi="Sakkal Majalla" w:cs="Sakkal Majalla"/>
          <w:sz w:val="24"/>
          <w:szCs w:val="24"/>
          <w:rtl/>
        </w:rPr>
        <w:t>المعكوس</w:t>
      </w:r>
      <w:r w:rsidRPr="003E3418">
        <w:rPr>
          <w:rFonts w:ascii="Sakkal Majalla" w:hAnsi="Sakkal Majalla" w:cs="Sakkal Majalla"/>
          <w:sz w:val="24"/>
        </w:rPr>
        <w:t xml:space="preserve"> </w:t>
      </w:r>
      <w:r w:rsidRPr="003E3418">
        <w:rPr>
          <w:rFonts w:ascii="Sakkal Majalla" w:hAnsi="Sakkal Majalla" w:cs="Sakkal Majalla"/>
          <w:sz w:val="24"/>
          <w:szCs w:val="24"/>
          <w:rtl/>
        </w:rPr>
        <w:t>بعد</w:t>
      </w:r>
      <w:r w:rsidRPr="003E3418">
        <w:rPr>
          <w:rFonts w:ascii="Sakkal Majalla" w:hAnsi="Sakkal Majalla" w:cs="Sakkal Majalla"/>
          <w:sz w:val="24"/>
        </w:rPr>
        <w:t xml:space="preserve"> </w:t>
      </w:r>
      <w:r w:rsidRPr="003E3418">
        <w:rPr>
          <w:rFonts w:ascii="Sakkal Majalla" w:hAnsi="Sakkal Majalla" w:cs="Sakkal Majalla"/>
          <w:sz w:val="24"/>
          <w:szCs w:val="24"/>
          <w:rtl/>
        </w:rPr>
        <w:t>التعديل</w:t>
      </w:r>
      <w:r w:rsidRPr="003E3418">
        <w:rPr>
          <w:rFonts w:ascii="Sakkal Majalla" w:hAnsi="Sakkal Majalla" w:cs="Sakkal Majalla"/>
          <w:sz w:val="24"/>
        </w:rPr>
        <w:t xml:space="preserve"> </w:t>
      </w:r>
      <w:r w:rsidRPr="003E3418">
        <w:rPr>
          <w:rFonts w:ascii="Sakkal Majalla" w:hAnsi="Sakkal Majalla" w:cs="Sakkal Majalla"/>
          <w:sz w:val="24"/>
          <w:szCs w:val="24"/>
          <w:rtl/>
        </w:rPr>
        <w:t>المنهجي</w:t>
      </w:r>
      <w:r w:rsidRPr="003E3418">
        <w:rPr>
          <w:rFonts w:ascii="Sakkal Majalla" w:hAnsi="Sakkal Majalla" w:cs="Sakkal Majalla"/>
          <w:sz w:val="24"/>
        </w:rPr>
        <w:t xml:space="preserve"> </w:t>
      </w:r>
      <w:r w:rsidRPr="003E3418">
        <w:rPr>
          <w:rFonts w:ascii="Sakkal Majalla" w:hAnsi="Sakkal Majalla" w:cs="Sakkal Majalla"/>
          <w:sz w:val="24"/>
          <w:szCs w:val="24"/>
          <w:rtl/>
        </w:rPr>
        <w:t>لعام</w:t>
      </w:r>
      <w:r w:rsidRPr="003E3418">
        <w:rPr>
          <w:rFonts w:ascii="Sakkal Majalla" w:hAnsi="Sakkal Majalla" w:cs="Sakkal Majalla"/>
          <w:sz w:val="24"/>
        </w:rPr>
        <w:t xml:space="preserve"> 2012. </w:t>
      </w: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مجزّأ</w:t>
      </w:r>
      <w:r w:rsidRPr="003E3418">
        <w:rPr>
          <w:rFonts w:ascii="Sakkal Majalla" w:hAnsi="Sakkal Majalla" w:cs="Sakkal Majalla"/>
          <w:sz w:val="24"/>
        </w:rPr>
        <w:t xml:space="preserve"> </w:t>
      </w:r>
      <w:r w:rsidRPr="003E3418">
        <w:rPr>
          <w:rFonts w:ascii="Sakkal Majalla" w:hAnsi="Sakkal Majalla" w:cs="Sakkal Majalla"/>
          <w:sz w:val="24"/>
          <w:szCs w:val="24"/>
          <w:rtl/>
        </w:rPr>
        <w:t>بحسب</w:t>
      </w:r>
      <w:r w:rsidRPr="003E3418">
        <w:rPr>
          <w:rFonts w:ascii="Sakkal Majalla" w:hAnsi="Sakkal Majalla" w:cs="Sakkal Majalla"/>
          <w:sz w:val="24"/>
        </w:rPr>
        <w:t xml:space="preserve"> </w:t>
      </w:r>
      <w:r w:rsidRPr="003E3418">
        <w:rPr>
          <w:rFonts w:ascii="Sakkal Majalla" w:hAnsi="Sakkal Majalla" w:cs="Sakkal Majalla"/>
          <w:sz w:val="24"/>
          <w:szCs w:val="24"/>
          <w:rtl/>
        </w:rPr>
        <w:t>نوع</w:t>
      </w:r>
      <w:r w:rsidRPr="003E3418">
        <w:rPr>
          <w:rFonts w:ascii="Sakkal Majalla" w:hAnsi="Sakkal Majalla" w:cs="Sakkal Majalla"/>
          <w:sz w:val="24"/>
        </w:rPr>
        <w:t xml:space="preserve"> </w:t>
      </w:r>
      <w:r w:rsidRPr="003E3418">
        <w:rPr>
          <w:rFonts w:ascii="Sakkal Majalla" w:hAnsi="Sakkal Majalla" w:cs="Sakkal Majalla"/>
          <w:sz w:val="24"/>
          <w:szCs w:val="24"/>
          <w:rtl/>
        </w:rPr>
        <w:t>النظام</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السياسي</w:t>
      </w:r>
      <w:r w:rsidRPr="003E3418">
        <w:rPr>
          <w:rFonts w:ascii="Sakkal Majalla" w:hAnsi="Sakkal Majalla" w:cs="Sakkal Majalla"/>
          <w:sz w:val="24"/>
        </w:rPr>
        <w:t>.</w:t>
      </w:r>
    </w:p>
    <w:p w14:paraId="4A0B3DBA"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أهم</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النتائج</w:t>
      </w:r>
      <w:r w:rsidRPr="003E3418">
        <w:rPr>
          <w:rFonts w:ascii="Sakkal Majalla" w:hAnsi="Sakkal Majalla" w:cs="Sakkal Majalla"/>
          <w:b/>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التراكمي</w:t>
      </w:r>
      <w:r w:rsidRPr="003E3418">
        <w:rPr>
          <w:rFonts w:ascii="Sakkal Majalla" w:hAnsi="Sakkal Majalla" w:cs="Sakkal Majalla"/>
          <w:sz w:val="24"/>
        </w:rPr>
        <w:t xml:space="preserve"> </w:t>
      </w:r>
      <w:r w:rsidRPr="003E3418">
        <w:rPr>
          <w:rFonts w:ascii="Sakkal Majalla" w:hAnsi="Sakkal Majalla" w:cs="Sakkal Majalla"/>
          <w:sz w:val="24"/>
          <w:szCs w:val="24"/>
          <w:rtl/>
        </w:rPr>
        <w:t>طويل</w:t>
      </w:r>
      <w:r w:rsidRPr="003E3418">
        <w:rPr>
          <w:rFonts w:ascii="Sakkal Majalla" w:hAnsi="Sakkal Majalla" w:cs="Sakkal Majalla"/>
          <w:sz w:val="24"/>
        </w:rPr>
        <w:t xml:space="preserve"> </w:t>
      </w:r>
      <w:r w:rsidRPr="003E3418">
        <w:rPr>
          <w:rFonts w:ascii="Sakkal Majalla" w:hAnsi="Sakkal Majalla" w:cs="Sakkal Majalla"/>
          <w:sz w:val="24"/>
          <w:szCs w:val="24"/>
          <w:rtl/>
        </w:rPr>
        <w:t>المدى</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يُقلّص</w:t>
      </w:r>
      <w:r w:rsidRPr="003E3418">
        <w:rPr>
          <w:rFonts w:ascii="Sakkal Majalla" w:hAnsi="Sakkal Majalla" w:cs="Sakkal Majalla"/>
          <w:sz w:val="24"/>
        </w:rPr>
        <w:t xml:space="preserve"> </w:t>
      </w:r>
      <w:r w:rsidRPr="003E3418">
        <w:rPr>
          <w:rFonts w:ascii="Sakkal Majalla" w:hAnsi="Sakkal Majalla" w:cs="Sakkal Majalla"/>
          <w:sz w:val="24"/>
          <w:szCs w:val="24"/>
          <w:rtl/>
        </w:rPr>
        <w:t>الناتج</w:t>
      </w:r>
      <w:r w:rsidRPr="003E3418">
        <w:rPr>
          <w:rFonts w:ascii="Sakkal Majalla" w:hAnsi="Sakkal Majalla" w:cs="Sakkal Majalla"/>
          <w:sz w:val="24"/>
        </w:rPr>
        <w:t xml:space="preserve"> </w:t>
      </w:r>
      <w:r w:rsidRPr="003E3418">
        <w:rPr>
          <w:rFonts w:ascii="Sakkal Majalla" w:hAnsi="Sakkal Majalla" w:cs="Sakkal Majalla"/>
          <w:sz w:val="24"/>
          <w:szCs w:val="24"/>
          <w:rtl/>
        </w:rPr>
        <w:t>بنحو</w:t>
      </w:r>
      <w:r w:rsidRPr="003E3418">
        <w:rPr>
          <w:rFonts w:ascii="Sakkal Majalla" w:hAnsi="Sakkal Majalla" w:cs="Sakkal Majalla"/>
          <w:sz w:val="24"/>
        </w:rPr>
        <w:t xml:space="preserve"> 17</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عند</w:t>
      </w:r>
      <w:r w:rsidRPr="003E3418">
        <w:rPr>
          <w:rFonts w:ascii="Sakkal Majalla" w:hAnsi="Sakkal Majalla" w:cs="Sakkal Majalla"/>
          <w:sz w:val="24"/>
        </w:rPr>
        <w:t xml:space="preserve"> </w:t>
      </w:r>
      <w:r w:rsidRPr="003E3418">
        <w:rPr>
          <w:rFonts w:ascii="Sakkal Majalla" w:hAnsi="Sakkal Majalla" w:cs="Sakkal Majalla"/>
          <w:sz w:val="24"/>
          <w:szCs w:val="24"/>
          <w:rtl/>
        </w:rPr>
        <w:t>ارتفاعه</w:t>
      </w:r>
      <w:r w:rsidRPr="003E3418">
        <w:rPr>
          <w:rFonts w:ascii="Sakkal Majalla" w:hAnsi="Sakkal Majalla" w:cs="Sakkal Majalla"/>
          <w:sz w:val="24"/>
        </w:rPr>
        <w:t xml:space="preserve"> </w:t>
      </w:r>
      <w:r w:rsidRPr="003E3418">
        <w:rPr>
          <w:rFonts w:ascii="Sakkal Majalla" w:hAnsi="Sakkal Majalla" w:cs="Sakkal Majalla"/>
          <w:sz w:val="24"/>
          <w:szCs w:val="24"/>
          <w:rtl/>
        </w:rPr>
        <w:t>بانحراف</w:t>
      </w:r>
      <w:r w:rsidRPr="003E3418">
        <w:rPr>
          <w:rFonts w:ascii="Sakkal Majalla" w:hAnsi="Sakkal Majalla" w:cs="Sakkal Majalla"/>
          <w:sz w:val="24"/>
        </w:rPr>
        <w:t xml:space="preserve"> </w:t>
      </w:r>
      <w:r w:rsidRPr="003E3418">
        <w:rPr>
          <w:rFonts w:ascii="Sakkal Majalla" w:hAnsi="Sakkal Majalla" w:cs="Sakkal Majalla"/>
          <w:sz w:val="24"/>
          <w:szCs w:val="24"/>
          <w:rtl/>
        </w:rPr>
        <w:t>معياري</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أشد</w:t>
      </w:r>
      <w:r w:rsidRPr="003E3418">
        <w:rPr>
          <w:rFonts w:ascii="Sakkal Majalla" w:hAnsi="Sakkal Majalla" w:cs="Sakkal Majalla"/>
          <w:sz w:val="24"/>
        </w:rPr>
        <w:t xml:space="preserve"> </w:t>
      </w:r>
      <w:r w:rsidRPr="003E3418">
        <w:rPr>
          <w:rFonts w:ascii="Sakkal Majalla" w:hAnsi="Sakkal Majalla" w:cs="Sakkal Majalla"/>
          <w:sz w:val="24"/>
          <w:szCs w:val="24"/>
          <w:rtl/>
        </w:rPr>
        <w:t>حدةً</w:t>
      </w:r>
      <w:r w:rsidRPr="003E3418">
        <w:rPr>
          <w:rFonts w:ascii="Sakkal Majalla" w:hAnsi="Sakkal Majalla" w:cs="Sakkal Majalla"/>
          <w:sz w:val="24"/>
        </w:rPr>
        <w:t xml:space="preserve"> </w:t>
      </w:r>
      <w:r w:rsidRPr="003E3418">
        <w:rPr>
          <w:rFonts w:ascii="Sakkal Majalla" w:hAnsi="Sakkal Majalla" w:cs="Sakkal Majalla"/>
          <w:sz w:val="24"/>
          <w:szCs w:val="24"/>
          <w:rtl/>
        </w:rPr>
        <w:t>وأطول</w:t>
      </w:r>
      <w:r w:rsidRPr="003E3418">
        <w:rPr>
          <w:rFonts w:ascii="Sakkal Majalla" w:hAnsi="Sakkal Majalla" w:cs="Sakkal Majalla"/>
          <w:sz w:val="24"/>
        </w:rPr>
        <w:t xml:space="preserve"> </w:t>
      </w:r>
      <w:r w:rsidRPr="003E3418">
        <w:rPr>
          <w:rFonts w:ascii="Sakkal Majalla" w:hAnsi="Sakkal Majalla" w:cs="Sakkal Majalla"/>
          <w:sz w:val="24"/>
          <w:szCs w:val="24"/>
          <w:rtl/>
        </w:rPr>
        <w:t>أمداً</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الأنظمة</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الاستبدادية</w:t>
      </w:r>
      <w:r w:rsidRPr="003E3418">
        <w:rPr>
          <w:rFonts w:ascii="Sakkal Majalla" w:hAnsi="Sakkal Majalla" w:cs="Sakkal Majalla"/>
          <w:sz w:val="24"/>
        </w:rPr>
        <w:t xml:space="preserve"> </w:t>
      </w:r>
      <w:r w:rsidRPr="003E3418">
        <w:rPr>
          <w:rFonts w:ascii="Sakkal Majalla" w:hAnsi="Sakkal Majalla" w:cs="Sakkal Majalla"/>
          <w:sz w:val="24"/>
          <w:szCs w:val="24"/>
          <w:rtl/>
        </w:rPr>
        <w:t>مقارنةً</w:t>
      </w:r>
      <w:r w:rsidRPr="003E3418">
        <w:rPr>
          <w:rFonts w:ascii="Sakkal Majalla" w:hAnsi="Sakkal Majalla" w:cs="Sakkal Majalla"/>
          <w:sz w:val="24"/>
        </w:rPr>
        <w:t xml:space="preserve"> </w:t>
      </w:r>
      <w:r w:rsidRPr="003E3418">
        <w:rPr>
          <w:rFonts w:ascii="Sakkal Majalla" w:hAnsi="Sakkal Majalla" w:cs="Sakkal Majalla"/>
          <w:sz w:val="24"/>
          <w:szCs w:val="24"/>
          <w:rtl/>
        </w:rPr>
        <w:t>بالديمقراطيات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الفارق</w:t>
      </w:r>
      <w:r w:rsidRPr="003E3418">
        <w:rPr>
          <w:rFonts w:ascii="Sakkal Majalla" w:hAnsi="Sakkal Majalla" w:cs="Sakkal Majalla"/>
          <w:sz w:val="24"/>
        </w:rPr>
        <w:t xml:space="preserve"> </w:t>
      </w:r>
      <w:r w:rsidRPr="003E3418">
        <w:rPr>
          <w:rFonts w:ascii="Sakkal Majalla" w:hAnsi="Sakkal Majalla" w:cs="Sakkal Majalla"/>
          <w:sz w:val="24"/>
          <w:szCs w:val="24"/>
          <w:rtl/>
        </w:rPr>
        <w:t>المنهجي</w:t>
      </w:r>
      <w:r w:rsidRPr="003E3418">
        <w:rPr>
          <w:rFonts w:ascii="Sakkal Majalla" w:hAnsi="Sakkal Majalla" w:cs="Sakkal Majalla"/>
          <w:sz w:val="24"/>
        </w:rPr>
        <w:t xml:space="preserve"> </w:t>
      </w:r>
      <w:r w:rsidRPr="003E3418">
        <w:rPr>
          <w:rFonts w:ascii="Sakkal Majalla" w:hAnsi="Sakkal Majalla" w:cs="Sakkal Majalla"/>
          <w:sz w:val="24"/>
          <w:szCs w:val="24"/>
          <w:rtl/>
        </w:rPr>
        <w:t>لعام</w:t>
      </w:r>
      <w:r w:rsidRPr="003E3418">
        <w:rPr>
          <w:rFonts w:ascii="Sakkal Majalla" w:hAnsi="Sakkal Majalla" w:cs="Sakkal Majalla"/>
          <w:sz w:val="24"/>
        </w:rPr>
        <w:t xml:space="preserve"> 2012 </w:t>
      </w:r>
      <w:r w:rsidRPr="003E3418">
        <w:rPr>
          <w:rFonts w:ascii="Sakkal Majalla" w:hAnsi="Sakkal Majalla" w:cs="Sakkal Majalla"/>
          <w:sz w:val="24"/>
          <w:szCs w:val="24"/>
          <w:rtl/>
        </w:rPr>
        <w:t>مادي</w:t>
      </w:r>
      <w:r w:rsidRPr="003E3418">
        <w:rPr>
          <w:rFonts w:ascii="Sakkal Majalla" w:hAnsi="Sakkal Majalla" w:cs="Sakkal Majalla"/>
          <w:sz w:val="24"/>
        </w:rPr>
        <w:t xml:space="preserve"> </w:t>
      </w:r>
      <w:r w:rsidRPr="003E3418">
        <w:rPr>
          <w:rFonts w:ascii="Sakkal Majalla" w:hAnsi="Sakkal Majalla" w:cs="Sakkal Majalla"/>
          <w:sz w:val="24"/>
          <w:szCs w:val="24"/>
          <w:rtl/>
        </w:rPr>
        <w:t>وجوهري</w:t>
      </w:r>
      <w:r w:rsidRPr="003E3418">
        <w:rPr>
          <w:rFonts w:ascii="Sakkal Majalla" w:hAnsi="Sakkal Majalla" w:cs="Sakkal Majalla"/>
          <w:sz w:val="24"/>
        </w:rPr>
        <w:t>.</w:t>
      </w:r>
    </w:p>
    <w:p w14:paraId="2C4BE27C"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الصلة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بالبحث</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الحالي</w:t>
      </w:r>
      <w:r w:rsidRPr="003E3418">
        <w:rPr>
          <w:rFonts w:ascii="Sakkal Majalla" w:hAnsi="Sakkal Majalla" w:cs="Sakkal Majalla"/>
          <w:b/>
          <w:sz w:val="24"/>
        </w:rPr>
        <w:t xml:space="preserve">: </w:t>
      </w:r>
      <w:r w:rsidRPr="003E3418">
        <w:rPr>
          <w:rFonts w:ascii="Sakkal Majalla" w:hAnsi="Sakkal Majalla" w:cs="Sakkal Majalla"/>
          <w:sz w:val="24"/>
          <w:szCs w:val="24"/>
          <w:rtl/>
        </w:rPr>
        <w:t>أحدث</w:t>
      </w:r>
      <w:r w:rsidRPr="003E3418">
        <w:rPr>
          <w:rFonts w:ascii="Sakkal Majalla" w:hAnsi="Sakkal Majalla" w:cs="Sakkal Majalla"/>
          <w:sz w:val="24"/>
        </w:rPr>
        <w:t xml:space="preserve"> </w:t>
      </w:r>
      <w:r w:rsidRPr="003E3418">
        <w:rPr>
          <w:rFonts w:ascii="Sakkal Majalla" w:hAnsi="Sakkal Majalla" w:cs="Sakkal Majalla"/>
          <w:sz w:val="24"/>
          <w:szCs w:val="24"/>
          <w:rtl/>
        </w:rPr>
        <w:t>الأدلة</w:t>
      </w:r>
      <w:r w:rsidRPr="003E3418">
        <w:rPr>
          <w:rFonts w:ascii="Sakkal Majalla" w:hAnsi="Sakkal Majalla" w:cs="Sakkal Majalla"/>
          <w:sz w:val="24"/>
        </w:rPr>
        <w:t xml:space="preserve"> </w:t>
      </w:r>
      <w:r w:rsidRPr="003E3418">
        <w:rPr>
          <w:rFonts w:ascii="Sakkal Majalla" w:hAnsi="Sakkal Majalla" w:cs="Sakkal Majalla"/>
          <w:sz w:val="24"/>
          <w:szCs w:val="24"/>
          <w:rtl/>
        </w:rPr>
        <w:t>التجريبية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الموثوقة</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العلاقة</w:t>
      </w:r>
      <w:r w:rsidRPr="003E3418">
        <w:rPr>
          <w:rFonts w:ascii="Sakkal Majalla" w:hAnsi="Sakkal Majalla" w:cs="Sakkal Majalla"/>
          <w:sz w:val="24"/>
        </w:rPr>
        <w:t xml:space="preserve">. </w:t>
      </w:r>
      <w:r w:rsidRPr="003E3418">
        <w:rPr>
          <w:rFonts w:ascii="Sakkal Majalla" w:hAnsi="Sakkal Majalla" w:cs="Sakkal Majalla"/>
          <w:sz w:val="24"/>
          <w:szCs w:val="24"/>
          <w:rtl/>
        </w:rPr>
        <w:t>يُبني</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w:t>
      </w:r>
      <w:r w:rsidRPr="003E3418">
        <w:rPr>
          <w:rFonts w:ascii="Sakkal Majalla" w:hAnsi="Sakkal Majalla" w:cs="Sakkal Majalla"/>
          <w:sz w:val="24"/>
        </w:rPr>
        <w:t xml:space="preserve"> </w:t>
      </w:r>
      <w:r w:rsidRPr="003E3418">
        <w:rPr>
          <w:rFonts w:ascii="Sakkal Majalla" w:hAnsi="Sakkal Majalla" w:cs="Sakkal Majalla"/>
          <w:sz w:val="24"/>
          <w:szCs w:val="24"/>
          <w:rtl/>
        </w:rPr>
        <w:t>الحالي</w:t>
      </w:r>
      <w:r w:rsidRPr="003E3418">
        <w:rPr>
          <w:rFonts w:ascii="Sakkal Majalla" w:hAnsi="Sakkal Majalla" w:cs="Sakkal Majalla"/>
          <w:sz w:val="24"/>
        </w:rPr>
        <w:t xml:space="preserve"> </w:t>
      </w:r>
      <w:r w:rsidRPr="003E3418">
        <w:rPr>
          <w:rFonts w:ascii="Sakkal Majalla" w:hAnsi="Sakkal Majalla" w:cs="Sakkal Majalla"/>
          <w:sz w:val="24"/>
          <w:szCs w:val="24"/>
          <w:rtl/>
        </w:rPr>
        <w:t>عليها</w:t>
      </w:r>
      <w:r w:rsidRPr="003E3418">
        <w:rPr>
          <w:rFonts w:ascii="Sakkal Majalla" w:hAnsi="Sakkal Majalla" w:cs="Sakkal Majalla"/>
          <w:sz w:val="24"/>
        </w:rPr>
        <w:t xml:space="preserve"> </w:t>
      </w:r>
      <w:r w:rsidRPr="003E3418">
        <w:rPr>
          <w:rFonts w:ascii="Sakkal Majalla" w:hAnsi="Sakkal Majalla" w:cs="Sakkal Majalla"/>
          <w:sz w:val="24"/>
          <w:szCs w:val="24"/>
          <w:rtl/>
        </w:rPr>
        <w:t>ببُعد</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والوساطة،</w:t>
      </w:r>
      <w:r w:rsidRPr="003E3418">
        <w:rPr>
          <w:rFonts w:ascii="Sakkal Majalla" w:hAnsi="Sakkal Majalla" w:cs="Sakkal Majalla"/>
          <w:sz w:val="24"/>
        </w:rPr>
        <w:t xml:space="preserve"> </w:t>
      </w:r>
      <w:r w:rsidRPr="003E3418">
        <w:rPr>
          <w:rFonts w:ascii="Sakkal Majalla" w:hAnsi="Sakkal Majalla" w:cs="Sakkal Majalla"/>
          <w:sz w:val="24"/>
          <w:szCs w:val="24"/>
          <w:rtl/>
        </w:rPr>
        <w:t>ويُمتدّ</w:t>
      </w:r>
      <w:r w:rsidRPr="003E3418">
        <w:rPr>
          <w:rFonts w:ascii="Sakkal Majalla" w:hAnsi="Sakkal Majalla" w:cs="Sakkal Majalla"/>
          <w:sz w:val="24"/>
        </w:rPr>
        <w:t xml:space="preserve"> </w:t>
      </w:r>
      <w:r w:rsidRPr="003E3418">
        <w:rPr>
          <w:rFonts w:ascii="Sakkal Majalla" w:hAnsi="Sakkal Majalla" w:cs="Sakkal Majalla"/>
          <w:sz w:val="24"/>
          <w:szCs w:val="24"/>
          <w:rtl/>
        </w:rPr>
        <w:t>زمنياً</w:t>
      </w:r>
      <w:r w:rsidRPr="003E3418">
        <w:rPr>
          <w:rFonts w:ascii="Sakkal Majalla" w:hAnsi="Sakkal Majalla" w:cs="Sakkal Majalla"/>
          <w:sz w:val="24"/>
        </w:rPr>
        <w:t xml:space="preserve"> </w:t>
      </w:r>
      <w:r w:rsidRPr="003E3418">
        <w:rPr>
          <w:rFonts w:ascii="Sakkal Majalla" w:hAnsi="Sakkal Majalla" w:cs="Sakkal Majalla"/>
          <w:sz w:val="24"/>
          <w:szCs w:val="24"/>
          <w:rtl/>
        </w:rPr>
        <w:t>حتى</w:t>
      </w:r>
      <w:r w:rsidRPr="003E3418">
        <w:rPr>
          <w:rFonts w:ascii="Sakkal Majalla" w:hAnsi="Sakkal Majalla" w:cs="Sakkal Majalla"/>
          <w:sz w:val="24"/>
        </w:rPr>
        <w:t xml:space="preserve"> 2022 </w:t>
      </w:r>
      <w:r w:rsidRPr="003E3418">
        <w:rPr>
          <w:rFonts w:ascii="Sakkal Majalla" w:hAnsi="Sakkal Majalla" w:cs="Sakkal Majalla"/>
          <w:sz w:val="24"/>
          <w:szCs w:val="24"/>
          <w:rtl/>
        </w:rPr>
        <w:t>مستوعباً</w:t>
      </w:r>
      <w:r w:rsidRPr="003E3418">
        <w:rPr>
          <w:rFonts w:ascii="Sakkal Majalla" w:hAnsi="Sakkal Majalla" w:cs="Sakkal Majalla"/>
          <w:sz w:val="24"/>
        </w:rPr>
        <w:t xml:space="preserve"> </w:t>
      </w:r>
      <w:r w:rsidRPr="003E3418">
        <w:rPr>
          <w:rFonts w:ascii="Sakkal Majalla" w:hAnsi="Sakkal Majalla" w:cs="Sakkal Majalla"/>
          <w:sz w:val="24"/>
          <w:szCs w:val="24"/>
          <w:rtl/>
        </w:rPr>
        <w:t>تداعيات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الجائحة</w:t>
      </w:r>
      <w:r w:rsidRPr="003E3418">
        <w:rPr>
          <w:rFonts w:ascii="Sakkal Majalla" w:hAnsi="Sakkal Majalla" w:cs="Sakkal Majalla"/>
          <w:sz w:val="24"/>
        </w:rPr>
        <w:t>.</w:t>
      </w:r>
    </w:p>
    <w:p w14:paraId="763C87AF" w14:textId="77777777" w:rsidR="003E3418" w:rsidRPr="003E3418" w:rsidRDefault="003E3418" w:rsidP="003E3418">
      <w:pPr>
        <w:spacing w:before="80" w:after="80"/>
        <w:rPr>
          <w:rFonts w:ascii="Sakkal Majalla" w:hAnsi="Sakkal Majalla" w:cs="Sakkal Majalla"/>
        </w:rPr>
      </w:pPr>
    </w:p>
    <w:p w14:paraId="0B2E4036" w14:textId="77777777" w:rsidR="003E3418" w:rsidRPr="003E3418" w:rsidRDefault="003E3418" w:rsidP="003E3418">
      <w:pPr>
        <w:bidi/>
        <w:spacing w:before="160" w:after="60" w:line="320" w:lineRule="exact"/>
        <w:rPr>
          <w:rFonts w:ascii="Sakkal Majalla" w:hAnsi="Sakkal Majalla" w:cs="Sakkal Majalla"/>
        </w:rPr>
      </w:pPr>
      <w:r w:rsidRPr="003E3418">
        <w:rPr>
          <w:rFonts w:ascii="Sakkal Majalla" w:hAnsi="Sakkal Majalla" w:cs="Sakkal Majalla"/>
          <w:b/>
          <w:sz w:val="24"/>
        </w:rPr>
        <w:t xml:space="preserve">6. Aidt (2009) — </w:t>
      </w:r>
      <w:r w:rsidRPr="003E3418">
        <w:rPr>
          <w:rFonts w:ascii="Sakkal Majalla" w:hAnsi="Sakkal Majalla" w:cs="Sakkal Majalla"/>
          <w:b/>
          <w:bCs/>
          <w:sz w:val="24"/>
          <w:szCs w:val="24"/>
          <w:rtl/>
        </w:rPr>
        <w:t>المراجعة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المنهجية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الشاملة</w:t>
      </w:r>
    </w:p>
    <w:p w14:paraId="08620002"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المرجع</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الكامل</w:t>
      </w:r>
      <w:r w:rsidRPr="003E3418">
        <w:rPr>
          <w:rFonts w:ascii="Sakkal Majalla" w:hAnsi="Sakkal Majalla" w:cs="Sakkal Majalla"/>
          <w:b/>
          <w:sz w:val="24"/>
        </w:rPr>
        <w:t xml:space="preserve">: </w:t>
      </w:r>
      <w:r w:rsidRPr="003E3418">
        <w:rPr>
          <w:rFonts w:ascii="Sakkal Majalla" w:hAnsi="Sakkal Majalla" w:cs="Sakkal Majalla"/>
          <w:sz w:val="24"/>
        </w:rPr>
        <w:t>Aidt, T. S. (2009). Corruption, institutions, and economic development. Oxford Review of Economic Policy, 25(2), 271–291. https://doi.org/10.1093/oxrep/grp012</w:t>
      </w:r>
    </w:p>
    <w:p w14:paraId="32A6FC88"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هدف</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الدراسة</w:t>
      </w:r>
      <w:r w:rsidRPr="003E3418">
        <w:rPr>
          <w:rFonts w:ascii="Sakkal Majalla" w:hAnsi="Sakkal Majalla" w:cs="Sakkal Majalla"/>
          <w:b/>
          <w:sz w:val="24"/>
        </w:rPr>
        <w:t xml:space="preserve">: </w:t>
      </w:r>
      <w:r w:rsidRPr="003E3418">
        <w:rPr>
          <w:rFonts w:ascii="Sakkal Majalla" w:hAnsi="Sakkal Majalla" w:cs="Sakkal Majalla"/>
          <w:sz w:val="24"/>
          <w:szCs w:val="24"/>
          <w:rtl/>
        </w:rPr>
        <w:t>تقديم</w:t>
      </w:r>
      <w:r w:rsidRPr="003E3418">
        <w:rPr>
          <w:rFonts w:ascii="Sakkal Majalla" w:hAnsi="Sakkal Majalla" w:cs="Sakkal Majalla"/>
          <w:sz w:val="24"/>
        </w:rPr>
        <w:t xml:space="preserve"> </w:t>
      </w:r>
      <w:r w:rsidRPr="003E3418">
        <w:rPr>
          <w:rFonts w:ascii="Sakkal Majalla" w:hAnsi="Sakkal Majalla" w:cs="Sakkal Majalla"/>
          <w:sz w:val="24"/>
          <w:szCs w:val="24"/>
          <w:rtl/>
        </w:rPr>
        <w:t>مراجعة</w:t>
      </w:r>
      <w:r w:rsidRPr="003E3418">
        <w:rPr>
          <w:rFonts w:ascii="Sakkal Majalla" w:hAnsi="Sakkal Majalla" w:cs="Sakkal Majalla"/>
          <w:sz w:val="24"/>
        </w:rPr>
        <w:t xml:space="preserve"> </w:t>
      </w:r>
      <w:r w:rsidRPr="003E3418">
        <w:rPr>
          <w:rFonts w:ascii="Sakkal Majalla" w:hAnsi="Sakkal Majalla" w:cs="Sakkal Majalla"/>
          <w:sz w:val="24"/>
          <w:szCs w:val="24"/>
          <w:rtl/>
        </w:rPr>
        <w:t>نقدية</w:t>
      </w:r>
      <w:r w:rsidRPr="003E3418">
        <w:rPr>
          <w:rFonts w:ascii="Sakkal Majalla" w:hAnsi="Sakkal Majalla" w:cs="Sakkal Majalla"/>
          <w:sz w:val="24"/>
        </w:rPr>
        <w:t xml:space="preserve"> </w:t>
      </w:r>
      <w:r w:rsidRPr="003E3418">
        <w:rPr>
          <w:rFonts w:ascii="Sakkal Majalla" w:hAnsi="Sakkal Majalla" w:cs="Sakkal Majalla"/>
          <w:sz w:val="24"/>
          <w:szCs w:val="24"/>
          <w:rtl/>
        </w:rPr>
        <w:t>منهجية</w:t>
      </w:r>
      <w:r w:rsidRPr="003E3418">
        <w:rPr>
          <w:rFonts w:ascii="Sakkal Majalla" w:hAnsi="Sakkal Majalla" w:cs="Sakkal Majalla"/>
          <w:sz w:val="24"/>
        </w:rPr>
        <w:t xml:space="preserve"> </w:t>
      </w:r>
      <w:r w:rsidRPr="003E3418">
        <w:rPr>
          <w:rFonts w:ascii="Sakkal Majalla" w:hAnsi="Sakkal Majalla" w:cs="Sakkal Majalla"/>
          <w:sz w:val="24"/>
          <w:szCs w:val="24"/>
          <w:rtl/>
        </w:rPr>
        <w:t>للأدبيات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التجريبية</w:t>
      </w:r>
      <w:r w:rsidRPr="003E3418">
        <w:rPr>
          <w:rFonts w:ascii="Sakkal Majalla" w:hAnsi="Sakkal Majalla" w:cs="Sakkal Majalla"/>
          <w:sz w:val="24"/>
        </w:rPr>
        <w:t xml:space="preserve"> </w:t>
      </w:r>
      <w:r w:rsidRPr="003E3418">
        <w:rPr>
          <w:rFonts w:ascii="Sakkal Majalla" w:hAnsi="Sakkal Majalla" w:cs="Sakkal Majalla"/>
          <w:sz w:val="24"/>
          <w:szCs w:val="24"/>
          <w:rtl/>
        </w:rPr>
        <w:t>حول</w:t>
      </w:r>
      <w:r w:rsidRPr="003E3418">
        <w:rPr>
          <w:rFonts w:ascii="Sakkal Majalla" w:hAnsi="Sakkal Majalla" w:cs="Sakkal Majalla"/>
          <w:sz w:val="24"/>
        </w:rPr>
        <w:t xml:space="preserve"> </w:t>
      </w:r>
      <w:r w:rsidRPr="003E3418">
        <w:rPr>
          <w:rFonts w:ascii="Sakkal Majalla" w:hAnsi="Sakkal Majalla" w:cs="Sakkal Majalla"/>
          <w:sz w:val="24"/>
          <w:szCs w:val="24"/>
          <w:rtl/>
        </w:rPr>
        <w:t>علاقة</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بالتنمية،</w:t>
      </w:r>
      <w:r w:rsidRPr="003E3418">
        <w:rPr>
          <w:rFonts w:ascii="Sakkal Majalla" w:hAnsi="Sakkal Majalla" w:cs="Sakkal Majalla"/>
          <w:sz w:val="24"/>
        </w:rPr>
        <w:t xml:space="preserve"> </w:t>
      </w:r>
      <w:r w:rsidRPr="003E3418">
        <w:rPr>
          <w:rFonts w:ascii="Sakkal Majalla" w:hAnsi="Sakkal Majalla" w:cs="Sakkal Majalla"/>
          <w:sz w:val="24"/>
          <w:szCs w:val="24"/>
          <w:rtl/>
        </w:rPr>
        <w:t>مع</w:t>
      </w:r>
      <w:r w:rsidRPr="003E3418">
        <w:rPr>
          <w:rFonts w:ascii="Sakkal Majalla" w:hAnsi="Sakkal Majalla" w:cs="Sakkal Majalla"/>
          <w:sz w:val="24"/>
        </w:rPr>
        <w:t xml:space="preserve"> </w:t>
      </w:r>
      <w:r w:rsidRPr="003E3418">
        <w:rPr>
          <w:rFonts w:ascii="Sakkal Majalla" w:hAnsi="Sakkal Majalla" w:cs="Sakkal Majalla"/>
          <w:sz w:val="24"/>
          <w:szCs w:val="24"/>
          <w:rtl/>
        </w:rPr>
        <w:t>تقييم</w:t>
      </w:r>
      <w:r w:rsidRPr="003E3418">
        <w:rPr>
          <w:rFonts w:ascii="Sakkal Majalla" w:hAnsi="Sakkal Majalla" w:cs="Sakkal Majalla"/>
          <w:sz w:val="24"/>
        </w:rPr>
        <w:t xml:space="preserve"> </w:t>
      </w:r>
      <w:r w:rsidRPr="003E3418">
        <w:rPr>
          <w:rFonts w:ascii="Sakkal Majalla" w:hAnsi="Sakkal Majalla" w:cs="Sakkal Majalla"/>
          <w:sz w:val="24"/>
          <w:szCs w:val="24"/>
          <w:rtl/>
        </w:rPr>
        <w:t>جودة</w:t>
      </w:r>
      <w:r w:rsidRPr="003E3418">
        <w:rPr>
          <w:rFonts w:ascii="Sakkal Majalla" w:hAnsi="Sakkal Majalla" w:cs="Sakkal Majalla"/>
          <w:sz w:val="24"/>
        </w:rPr>
        <w:t xml:space="preserve"> </w:t>
      </w:r>
      <w:r w:rsidRPr="003E3418">
        <w:rPr>
          <w:rFonts w:ascii="Sakkal Majalla" w:hAnsi="Sakkal Majalla" w:cs="Sakkal Majalla"/>
          <w:sz w:val="24"/>
          <w:szCs w:val="24"/>
          <w:rtl/>
        </w:rPr>
        <w:t>الأدلة</w:t>
      </w:r>
      <w:r w:rsidRPr="003E3418">
        <w:rPr>
          <w:rFonts w:ascii="Sakkal Majalla" w:hAnsi="Sakkal Majalla" w:cs="Sakkal Majalla"/>
          <w:sz w:val="24"/>
        </w:rPr>
        <w:t xml:space="preserve"> </w:t>
      </w:r>
      <w:r w:rsidRPr="003E3418">
        <w:rPr>
          <w:rFonts w:ascii="Sakkal Majalla" w:hAnsi="Sakkal Majalla" w:cs="Sakkal Majalla"/>
          <w:sz w:val="24"/>
          <w:szCs w:val="24"/>
          <w:rtl/>
        </w:rPr>
        <w:t>المتراكمة</w:t>
      </w:r>
      <w:r w:rsidRPr="003E3418">
        <w:rPr>
          <w:rFonts w:ascii="Sakkal Majalla" w:hAnsi="Sakkal Majalla" w:cs="Sakkal Majalla"/>
          <w:sz w:val="24"/>
        </w:rPr>
        <w:t xml:space="preserve"> </w:t>
      </w:r>
      <w:r w:rsidRPr="003E3418">
        <w:rPr>
          <w:rFonts w:ascii="Sakkal Majalla" w:hAnsi="Sakkal Majalla" w:cs="Sakkal Majalla"/>
          <w:sz w:val="24"/>
          <w:szCs w:val="24"/>
          <w:rtl/>
        </w:rPr>
        <w:t>وتحديد</w:t>
      </w:r>
      <w:r w:rsidRPr="003E3418">
        <w:rPr>
          <w:rFonts w:ascii="Sakkal Majalla" w:hAnsi="Sakkal Majalla" w:cs="Sakkal Majalla"/>
          <w:sz w:val="24"/>
        </w:rPr>
        <w:t xml:space="preserve"> </w:t>
      </w:r>
      <w:r w:rsidRPr="003E3418">
        <w:rPr>
          <w:rFonts w:ascii="Sakkal Majalla" w:hAnsi="Sakkal Majalla" w:cs="Sakkal Majalla"/>
          <w:sz w:val="24"/>
          <w:szCs w:val="24"/>
          <w:rtl/>
        </w:rPr>
        <w:t>مواطن</w:t>
      </w:r>
      <w:r w:rsidRPr="003E3418">
        <w:rPr>
          <w:rFonts w:ascii="Sakkal Majalla" w:hAnsi="Sakkal Majalla" w:cs="Sakkal Majalla"/>
          <w:sz w:val="24"/>
        </w:rPr>
        <w:t xml:space="preserve"> </w:t>
      </w:r>
      <w:r w:rsidRPr="003E3418">
        <w:rPr>
          <w:rFonts w:ascii="Sakkal Majalla" w:hAnsi="Sakkal Majalla" w:cs="Sakkal Majalla"/>
          <w:sz w:val="24"/>
          <w:szCs w:val="24"/>
          <w:rtl/>
        </w:rPr>
        <w:t>القوة</w:t>
      </w:r>
      <w:r w:rsidRPr="003E3418">
        <w:rPr>
          <w:rFonts w:ascii="Sakkal Majalla" w:hAnsi="Sakkal Majalla" w:cs="Sakkal Majalla"/>
          <w:sz w:val="24"/>
        </w:rPr>
        <w:t xml:space="preserve"> </w:t>
      </w:r>
      <w:r w:rsidRPr="003E3418">
        <w:rPr>
          <w:rFonts w:ascii="Sakkal Majalla" w:hAnsi="Sakkal Majalla" w:cs="Sakkal Majalla"/>
          <w:sz w:val="24"/>
          <w:szCs w:val="24"/>
          <w:rtl/>
        </w:rPr>
        <w:t>والضعف</w:t>
      </w:r>
      <w:r w:rsidRPr="003E3418">
        <w:rPr>
          <w:rFonts w:ascii="Sakkal Majalla" w:hAnsi="Sakkal Majalla" w:cs="Sakkal Majalla"/>
          <w:sz w:val="24"/>
        </w:rPr>
        <w:t xml:space="preserve"> </w:t>
      </w:r>
      <w:r w:rsidRPr="003E3418">
        <w:rPr>
          <w:rFonts w:ascii="Sakkal Majalla" w:hAnsi="Sakkal Majalla" w:cs="Sakkal Majalla"/>
          <w:sz w:val="24"/>
          <w:szCs w:val="24"/>
          <w:rtl/>
        </w:rPr>
        <w:t>المنهجي</w:t>
      </w:r>
      <w:r w:rsidRPr="003E3418">
        <w:rPr>
          <w:rFonts w:ascii="Sakkal Majalla" w:hAnsi="Sakkal Majalla" w:cs="Sakkal Majalla"/>
          <w:sz w:val="24"/>
        </w:rPr>
        <w:t xml:space="preserve"> </w:t>
      </w:r>
      <w:r w:rsidRPr="003E3418">
        <w:rPr>
          <w:rFonts w:ascii="Sakkal Majalla" w:hAnsi="Sakkal Majalla" w:cs="Sakkal Majalla"/>
          <w:sz w:val="24"/>
          <w:szCs w:val="24"/>
          <w:rtl/>
        </w:rPr>
        <w:t>فيها</w:t>
      </w:r>
      <w:r w:rsidRPr="003E3418">
        <w:rPr>
          <w:rFonts w:ascii="Sakkal Majalla" w:hAnsi="Sakkal Majalla" w:cs="Sakkal Majalla"/>
          <w:sz w:val="24"/>
        </w:rPr>
        <w:t>.</w:t>
      </w:r>
    </w:p>
    <w:p w14:paraId="4B32C2E6"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المنهجية</w:t>
      </w:r>
      <w:r w:rsidRPr="003E3418">
        <w:rPr>
          <w:rFonts w:ascii="Sakkal Majalla" w:hAnsi="Sakkal Majalla" w:cs="Sakkal Majalla"/>
          <w:b/>
          <w:sz w:val="24"/>
        </w:rPr>
        <w:t xml:space="preserve">: </w:t>
      </w:r>
      <w:r w:rsidRPr="003E3418">
        <w:rPr>
          <w:rFonts w:ascii="Sakkal Majalla" w:hAnsi="Sakkal Majalla" w:cs="Sakkal Majalla"/>
          <w:sz w:val="24"/>
          <w:szCs w:val="24"/>
          <w:rtl/>
        </w:rPr>
        <w:t>مراجعة</w:t>
      </w:r>
      <w:r w:rsidRPr="003E3418">
        <w:rPr>
          <w:rFonts w:ascii="Sakkal Majalla" w:hAnsi="Sakkal Majalla" w:cs="Sakkal Majalla"/>
          <w:sz w:val="24"/>
        </w:rPr>
        <w:t xml:space="preserve"> </w:t>
      </w:r>
      <w:r w:rsidRPr="003E3418">
        <w:rPr>
          <w:rFonts w:ascii="Sakkal Majalla" w:hAnsi="Sakkal Majalla" w:cs="Sakkal Majalla"/>
          <w:sz w:val="24"/>
          <w:szCs w:val="24"/>
          <w:rtl/>
        </w:rPr>
        <w:t>منهجية</w:t>
      </w:r>
      <w:r w:rsidRPr="003E3418">
        <w:rPr>
          <w:rFonts w:ascii="Sakkal Majalla" w:hAnsi="Sakkal Majalla" w:cs="Sakkal Majalla"/>
          <w:sz w:val="24"/>
        </w:rPr>
        <w:t xml:space="preserve"> </w:t>
      </w:r>
      <w:r w:rsidRPr="003E3418">
        <w:rPr>
          <w:rFonts w:ascii="Sakkal Majalla" w:hAnsi="Sakkal Majalla" w:cs="Sakkal Majalla"/>
          <w:sz w:val="24"/>
          <w:szCs w:val="24"/>
          <w:rtl/>
        </w:rPr>
        <w:t>ونقدية</w:t>
      </w:r>
      <w:r w:rsidRPr="003E3418">
        <w:rPr>
          <w:rFonts w:ascii="Sakkal Majalla" w:hAnsi="Sakkal Majalla" w:cs="Sakkal Majalla"/>
          <w:sz w:val="24"/>
        </w:rPr>
        <w:t xml:space="preserve"> </w:t>
      </w:r>
      <w:r w:rsidRPr="003E3418">
        <w:rPr>
          <w:rFonts w:ascii="Sakkal Majalla" w:hAnsi="Sakkal Majalla" w:cs="Sakkal Majalla"/>
          <w:sz w:val="24"/>
          <w:szCs w:val="24"/>
          <w:rtl/>
        </w:rPr>
        <w:t>للدراسات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التجريبية</w:t>
      </w:r>
      <w:r w:rsidRPr="003E3418">
        <w:rPr>
          <w:rFonts w:ascii="Sakkal Majalla" w:hAnsi="Sakkal Majalla" w:cs="Sakkal Majalla"/>
          <w:sz w:val="24"/>
        </w:rPr>
        <w:t xml:space="preserve"> </w:t>
      </w:r>
      <w:r w:rsidRPr="003E3418">
        <w:rPr>
          <w:rFonts w:ascii="Sakkal Majalla" w:hAnsi="Sakkal Majalla" w:cs="Sakkal Majalla"/>
          <w:sz w:val="24"/>
          <w:szCs w:val="24"/>
          <w:rtl/>
        </w:rPr>
        <w:t>الرئيسية</w:t>
      </w:r>
      <w:r w:rsidRPr="003E3418">
        <w:rPr>
          <w:rFonts w:ascii="Sakkal Majalla" w:hAnsi="Sakkal Majalla" w:cs="Sakkal Majalla"/>
          <w:sz w:val="24"/>
        </w:rPr>
        <w:t xml:space="preserve">. </w:t>
      </w:r>
      <w:r w:rsidRPr="003E3418">
        <w:rPr>
          <w:rFonts w:ascii="Sakkal Majalla" w:hAnsi="Sakkal Majalla" w:cs="Sakkal Majalla"/>
          <w:sz w:val="24"/>
          <w:szCs w:val="24"/>
          <w:rtl/>
        </w:rPr>
        <w:t>تقييم</w:t>
      </w:r>
      <w:r w:rsidRPr="003E3418">
        <w:rPr>
          <w:rFonts w:ascii="Sakkal Majalla" w:hAnsi="Sakkal Majalla" w:cs="Sakkal Majalla"/>
          <w:sz w:val="24"/>
        </w:rPr>
        <w:t xml:space="preserve"> </w:t>
      </w:r>
      <w:r w:rsidRPr="003E3418">
        <w:rPr>
          <w:rFonts w:ascii="Sakkal Majalla" w:hAnsi="Sakkal Majalla" w:cs="Sakkal Majalla"/>
          <w:sz w:val="24"/>
          <w:szCs w:val="24"/>
          <w:rtl/>
        </w:rPr>
        <w:t>إشكاليات</w:t>
      </w:r>
      <w:r w:rsidRPr="003E3418">
        <w:rPr>
          <w:rFonts w:ascii="Sakkal Majalla" w:hAnsi="Sakkal Majalla" w:cs="Sakkal Majalla"/>
          <w:sz w:val="24"/>
        </w:rPr>
        <w:t xml:space="preserve"> </w:t>
      </w:r>
      <w:r w:rsidRPr="003E3418">
        <w:rPr>
          <w:rFonts w:ascii="Sakkal Majalla" w:hAnsi="Sakkal Majalla" w:cs="Sakkal Majalla"/>
          <w:sz w:val="24"/>
          <w:szCs w:val="24"/>
          <w:rtl/>
        </w:rPr>
        <w:t>القياس</w:t>
      </w:r>
      <w:r w:rsidRPr="003E3418">
        <w:rPr>
          <w:rFonts w:ascii="Sakkal Majalla" w:hAnsi="Sakkal Majalla" w:cs="Sakkal Majalla"/>
          <w:sz w:val="24"/>
        </w:rPr>
        <w:t xml:space="preserve"> </w:t>
      </w:r>
      <w:r w:rsidRPr="003E3418">
        <w:rPr>
          <w:rFonts w:ascii="Sakkal Majalla" w:hAnsi="Sakkal Majalla" w:cs="Sakkal Majalla"/>
          <w:sz w:val="24"/>
          <w:szCs w:val="24"/>
          <w:rtl/>
        </w:rPr>
        <w:t>والسببية</w:t>
      </w:r>
      <w:r w:rsidRPr="003E3418">
        <w:rPr>
          <w:rFonts w:ascii="Sakkal Majalla" w:hAnsi="Sakkal Majalla" w:cs="Sakkal Majalla"/>
          <w:sz w:val="24"/>
        </w:rPr>
        <w:t xml:space="preserve"> </w:t>
      </w:r>
      <w:r w:rsidRPr="003E3418">
        <w:rPr>
          <w:rFonts w:ascii="Sakkal Majalla" w:hAnsi="Sakkal Majalla" w:cs="Sakkal Majalla"/>
          <w:sz w:val="24"/>
          <w:szCs w:val="24"/>
          <w:rtl/>
        </w:rPr>
        <w:t>والتحيزات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المنهجية</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العلاقة</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نوعية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المؤسسات</w:t>
      </w:r>
      <w:r w:rsidRPr="003E3418">
        <w:rPr>
          <w:rFonts w:ascii="Sakkal Majalla" w:hAnsi="Sakkal Majalla" w:cs="Sakkal Majalla"/>
          <w:sz w:val="24"/>
        </w:rPr>
        <w:t xml:space="preserve"> </w:t>
      </w:r>
      <w:r w:rsidRPr="003E3418">
        <w:rPr>
          <w:rFonts w:ascii="Sakkal Majalla" w:hAnsi="Sakkal Majalla" w:cs="Sakkal Majalla"/>
          <w:sz w:val="24"/>
          <w:szCs w:val="24"/>
          <w:rtl/>
        </w:rPr>
        <w:t>وحجم</w:t>
      </w:r>
      <w:r w:rsidRPr="003E3418">
        <w:rPr>
          <w:rFonts w:ascii="Sakkal Majalla" w:hAnsi="Sakkal Majalla" w:cs="Sakkal Majalla"/>
          <w:sz w:val="24"/>
        </w:rPr>
        <w:t xml:space="preserve"> </w:t>
      </w:r>
      <w:r w:rsidRPr="003E3418">
        <w:rPr>
          <w:rFonts w:ascii="Sakkal Majalla" w:hAnsi="Sakkal Majalla" w:cs="Sakkal Majalla"/>
          <w:sz w:val="24"/>
          <w:szCs w:val="24"/>
          <w:rtl/>
        </w:rPr>
        <w:t>الضرر</w:t>
      </w:r>
      <w:r w:rsidRPr="003E3418">
        <w:rPr>
          <w:rFonts w:ascii="Sakkal Majalla" w:hAnsi="Sakkal Majalla" w:cs="Sakkal Majalla"/>
          <w:sz w:val="24"/>
        </w:rPr>
        <w:t xml:space="preserve"> </w:t>
      </w:r>
      <w:r w:rsidRPr="003E3418">
        <w:rPr>
          <w:rFonts w:ascii="Sakkal Majalla" w:hAnsi="Sakkal Majalla" w:cs="Sakkal Majalla"/>
          <w:sz w:val="24"/>
          <w:szCs w:val="24"/>
          <w:rtl/>
        </w:rPr>
        <w:t>الناجم</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w:t>
      </w:r>
    </w:p>
    <w:p w14:paraId="756BD50E"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أهم</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النتائج</w:t>
      </w:r>
      <w:r w:rsidRPr="003E3418">
        <w:rPr>
          <w:rFonts w:ascii="Sakkal Majalla" w:hAnsi="Sakkal Majalla" w:cs="Sakkal Majalla"/>
          <w:b/>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السلبي</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التنمية</w:t>
      </w:r>
      <w:r w:rsidRPr="003E3418">
        <w:rPr>
          <w:rFonts w:ascii="Sakkal Majalla" w:hAnsi="Sakkal Majalla" w:cs="Sakkal Majalla"/>
          <w:sz w:val="24"/>
        </w:rPr>
        <w:t xml:space="preserve"> </w:t>
      </w:r>
      <w:r w:rsidRPr="003E3418">
        <w:rPr>
          <w:rFonts w:ascii="Sakkal Majalla" w:hAnsi="Sakkal Majalla" w:cs="Sakkal Majalla"/>
          <w:sz w:val="24"/>
          <w:szCs w:val="24"/>
          <w:rtl/>
        </w:rPr>
        <w:t>مشروط</w:t>
      </w:r>
      <w:r w:rsidRPr="003E3418">
        <w:rPr>
          <w:rFonts w:ascii="Sakkal Majalla" w:hAnsi="Sakkal Majalla" w:cs="Sakkal Majalla"/>
          <w:sz w:val="24"/>
        </w:rPr>
        <w:t xml:space="preserve"> </w:t>
      </w:r>
      <w:r w:rsidRPr="003E3418">
        <w:rPr>
          <w:rFonts w:ascii="Sakkal Majalla" w:hAnsi="Sakkal Majalla" w:cs="Sakkal Majalla"/>
          <w:sz w:val="24"/>
          <w:szCs w:val="24"/>
          <w:rtl/>
        </w:rPr>
        <w:t>بمستوى</w:t>
      </w:r>
      <w:r w:rsidRPr="003E3418">
        <w:rPr>
          <w:rFonts w:ascii="Sakkal Majalla" w:hAnsi="Sakkal Majalla" w:cs="Sakkal Majalla"/>
          <w:sz w:val="24"/>
        </w:rPr>
        <w:t xml:space="preserve"> </w:t>
      </w:r>
      <w:r w:rsidRPr="003E3418">
        <w:rPr>
          <w:rFonts w:ascii="Sakkal Majalla" w:hAnsi="Sakkal Majalla" w:cs="Sakkal Majalla"/>
          <w:sz w:val="24"/>
          <w:szCs w:val="24"/>
          <w:rtl/>
        </w:rPr>
        <w:t>جودة</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أكثر</w:t>
      </w:r>
      <w:r w:rsidRPr="003E3418">
        <w:rPr>
          <w:rFonts w:ascii="Sakkal Majalla" w:hAnsi="Sakkal Majalla" w:cs="Sakkal Majalla"/>
          <w:sz w:val="24"/>
        </w:rPr>
        <w:t xml:space="preserve"> </w:t>
      </w:r>
      <w:r w:rsidRPr="003E3418">
        <w:rPr>
          <w:rFonts w:ascii="Sakkal Majalla" w:hAnsi="Sakkal Majalla" w:cs="Sakkal Majalla"/>
          <w:sz w:val="24"/>
          <w:szCs w:val="24"/>
          <w:rtl/>
        </w:rPr>
        <w:t>ضرراً</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البيئات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المؤسسية</w:t>
      </w:r>
      <w:r w:rsidRPr="003E3418">
        <w:rPr>
          <w:rFonts w:ascii="Sakkal Majalla" w:hAnsi="Sakkal Majalla" w:cs="Sakkal Majalla"/>
          <w:sz w:val="24"/>
        </w:rPr>
        <w:t xml:space="preserve"> </w:t>
      </w:r>
      <w:r w:rsidRPr="003E3418">
        <w:rPr>
          <w:rFonts w:ascii="Sakkal Majalla" w:hAnsi="Sakkal Majalla" w:cs="Sakkal Majalla"/>
          <w:sz w:val="24"/>
          <w:szCs w:val="24"/>
          <w:rtl/>
        </w:rPr>
        <w:t>الهشة</w:t>
      </w:r>
      <w:r w:rsidRPr="003E3418">
        <w:rPr>
          <w:rFonts w:ascii="Sakkal Majalla" w:hAnsi="Sakkal Majalla" w:cs="Sakkal Majalla"/>
          <w:sz w:val="24"/>
        </w:rPr>
        <w:t xml:space="preserve">. </w:t>
      </w:r>
      <w:r w:rsidRPr="003E3418">
        <w:rPr>
          <w:rFonts w:ascii="Sakkal Majalla" w:hAnsi="Sakkal Majalla" w:cs="Sakkal Majalla"/>
          <w:sz w:val="24"/>
          <w:szCs w:val="24"/>
          <w:rtl/>
        </w:rPr>
        <w:t>الأدلة</w:t>
      </w:r>
      <w:r w:rsidRPr="003E3418">
        <w:rPr>
          <w:rFonts w:ascii="Sakkal Majalla" w:hAnsi="Sakkal Majalla" w:cs="Sakkal Majalla"/>
          <w:sz w:val="24"/>
        </w:rPr>
        <w:t xml:space="preserve"> </w:t>
      </w:r>
      <w:r w:rsidRPr="003E3418">
        <w:rPr>
          <w:rFonts w:ascii="Sakkal Majalla" w:hAnsi="Sakkal Majalla" w:cs="Sakkal Majalla"/>
          <w:sz w:val="24"/>
          <w:szCs w:val="24"/>
          <w:rtl/>
        </w:rPr>
        <w:t>التجريبية</w:t>
      </w:r>
      <w:r w:rsidRPr="003E3418">
        <w:rPr>
          <w:rFonts w:ascii="Sakkal Majalla" w:hAnsi="Sakkal Majalla" w:cs="Sakkal Majalla"/>
          <w:sz w:val="24"/>
        </w:rPr>
        <w:t xml:space="preserve"> </w:t>
      </w:r>
      <w:r w:rsidRPr="003E3418">
        <w:rPr>
          <w:rFonts w:ascii="Sakkal Majalla" w:hAnsi="Sakkal Majalla" w:cs="Sakkal Majalla"/>
          <w:sz w:val="24"/>
          <w:szCs w:val="24"/>
          <w:rtl/>
        </w:rPr>
        <w:t>الخالية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التحيز</w:t>
      </w:r>
      <w:r w:rsidRPr="003E3418">
        <w:rPr>
          <w:rFonts w:ascii="Sakkal Majalla" w:hAnsi="Sakkal Majalla" w:cs="Sakkal Majalla"/>
          <w:sz w:val="24"/>
        </w:rPr>
        <w:t xml:space="preserve"> </w:t>
      </w:r>
      <w:r w:rsidRPr="003E3418">
        <w:rPr>
          <w:rFonts w:ascii="Sakkal Majalla" w:hAnsi="Sakkal Majalla" w:cs="Sakkal Majalla"/>
          <w:sz w:val="24"/>
          <w:szCs w:val="24"/>
          <w:rtl/>
        </w:rPr>
        <w:t>نادرة</w:t>
      </w:r>
      <w:r w:rsidRPr="003E3418">
        <w:rPr>
          <w:rFonts w:ascii="Sakkal Majalla" w:hAnsi="Sakkal Majalla" w:cs="Sakkal Majalla"/>
          <w:sz w:val="24"/>
        </w:rPr>
        <w:t xml:space="preserve">. </w:t>
      </w:r>
      <w:r w:rsidRPr="003E3418">
        <w:rPr>
          <w:rFonts w:ascii="Sakkal Majalla" w:hAnsi="Sakkal Majalla" w:cs="Sakkal Majalla"/>
          <w:sz w:val="24"/>
          <w:szCs w:val="24"/>
          <w:rtl/>
        </w:rPr>
        <w:t>التضارب</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النتائج</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الدراسات</w:t>
      </w:r>
      <w:r w:rsidRPr="003E3418">
        <w:rPr>
          <w:rFonts w:ascii="Sakkal Majalla" w:hAnsi="Sakkal Majalla" w:cs="Sakkal Majalla"/>
          <w:sz w:val="24"/>
        </w:rPr>
        <w:t xml:space="preserve"> </w:t>
      </w:r>
      <w:r w:rsidRPr="003E3418">
        <w:rPr>
          <w:rFonts w:ascii="Sakkal Majalla" w:hAnsi="Sakkal Majalla" w:cs="Sakkal Majalla"/>
          <w:sz w:val="24"/>
          <w:szCs w:val="24"/>
          <w:rtl/>
        </w:rPr>
        <w:t>يعكس</w:t>
      </w:r>
      <w:r w:rsidRPr="003E3418">
        <w:rPr>
          <w:rFonts w:ascii="Sakkal Majalla" w:hAnsi="Sakkal Majalla" w:cs="Sakkal Majalla"/>
          <w:sz w:val="24"/>
        </w:rPr>
        <w:t xml:space="preserve"> </w:t>
      </w:r>
      <w:r w:rsidRPr="003E3418">
        <w:rPr>
          <w:rFonts w:ascii="Sakkal Majalla" w:hAnsi="Sakkal Majalla" w:cs="Sakkal Majalla"/>
          <w:sz w:val="24"/>
          <w:szCs w:val="24"/>
          <w:rtl/>
        </w:rPr>
        <w:t>تبايناً</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الأساليب</w:t>
      </w:r>
      <w:r w:rsidRPr="003E3418">
        <w:rPr>
          <w:rFonts w:ascii="Sakkal Majalla" w:hAnsi="Sakkal Majalla" w:cs="Sakkal Majalla"/>
          <w:sz w:val="24"/>
        </w:rPr>
        <w:t xml:space="preserve"> </w:t>
      </w:r>
      <w:r w:rsidRPr="003E3418">
        <w:rPr>
          <w:rFonts w:ascii="Sakkal Majalla" w:hAnsi="Sakkal Majalla" w:cs="Sakkal Majalla"/>
          <w:sz w:val="24"/>
          <w:szCs w:val="24"/>
          <w:rtl/>
        </w:rPr>
        <w:t>لا</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الواقع</w:t>
      </w:r>
      <w:r w:rsidRPr="003E3418">
        <w:rPr>
          <w:rFonts w:ascii="Sakkal Majalla" w:hAnsi="Sakkal Majalla" w:cs="Sakkal Majalla"/>
          <w:sz w:val="24"/>
        </w:rPr>
        <w:t>.</w:t>
      </w:r>
    </w:p>
    <w:p w14:paraId="44D982AE"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الصلة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بالبحث</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الحالي</w:t>
      </w:r>
      <w:r w:rsidRPr="003E3418">
        <w:rPr>
          <w:rFonts w:ascii="Sakkal Majalla" w:hAnsi="Sakkal Majalla" w:cs="Sakkal Majalla"/>
          <w:b/>
          <w:sz w:val="24"/>
        </w:rPr>
        <w:t xml:space="preserve">: </w:t>
      </w:r>
      <w:r w:rsidRPr="003E3418">
        <w:rPr>
          <w:rFonts w:ascii="Sakkal Majalla" w:hAnsi="Sakkal Majalla" w:cs="Sakkal Majalla"/>
          <w:sz w:val="24"/>
          <w:szCs w:val="24"/>
          <w:rtl/>
        </w:rPr>
        <w:t>تُؤكد</w:t>
      </w:r>
      <w:r w:rsidRPr="003E3418">
        <w:rPr>
          <w:rFonts w:ascii="Sakkal Majalla" w:hAnsi="Sakkal Majalla" w:cs="Sakkal Majalla"/>
          <w:sz w:val="24"/>
        </w:rPr>
        <w:t xml:space="preserve"> </w:t>
      </w:r>
      <w:r w:rsidRPr="003E3418">
        <w:rPr>
          <w:rFonts w:ascii="Sakkal Majalla" w:hAnsi="Sakkal Majalla" w:cs="Sakkal Majalla"/>
          <w:sz w:val="24"/>
          <w:szCs w:val="24"/>
          <w:rtl/>
        </w:rPr>
        <w:t>ضرورة</w:t>
      </w:r>
      <w:r w:rsidRPr="003E3418">
        <w:rPr>
          <w:rFonts w:ascii="Sakkal Majalla" w:hAnsi="Sakkal Majalla" w:cs="Sakkal Majalla"/>
          <w:sz w:val="24"/>
        </w:rPr>
        <w:t xml:space="preserve"> </w:t>
      </w:r>
      <w:r w:rsidRPr="003E3418">
        <w:rPr>
          <w:rFonts w:ascii="Sakkal Majalla" w:hAnsi="Sakkal Majalla" w:cs="Sakkal Majalla"/>
          <w:sz w:val="24"/>
          <w:szCs w:val="24"/>
          <w:rtl/>
        </w:rPr>
        <w:t>التمييز</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نوعية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المؤسسات</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وهو</w:t>
      </w:r>
      <w:r w:rsidRPr="003E3418">
        <w:rPr>
          <w:rFonts w:ascii="Sakkal Majalla" w:hAnsi="Sakkal Majalla" w:cs="Sakkal Majalla"/>
          <w:sz w:val="24"/>
        </w:rPr>
        <w:t xml:space="preserve"> </w:t>
      </w:r>
      <w:r w:rsidRPr="003E3418">
        <w:rPr>
          <w:rFonts w:ascii="Sakkal Majalla" w:hAnsi="Sakkal Majalla" w:cs="Sakkal Majalla"/>
          <w:sz w:val="24"/>
          <w:szCs w:val="24"/>
          <w:rtl/>
        </w:rPr>
        <w:t>ما</w:t>
      </w:r>
      <w:r w:rsidRPr="003E3418">
        <w:rPr>
          <w:rFonts w:ascii="Sakkal Majalla" w:hAnsi="Sakkal Majalla" w:cs="Sakkal Majalla"/>
          <w:sz w:val="24"/>
        </w:rPr>
        <w:t xml:space="preserve"> </w:t>
      </w:r>
      <w:r w:rsidRPr="003E3418">
        <w:rPr>
          <w:rFonts w:ascii="Sakkal Majalla" w:hAnsi="Sakkal Majalla" w:cs="Sakkal Majalla"/>
          <w:sz w:val="24"/>
          <w:szCs w:val="24"/>
          <w:rtl/>
        </w:rPr>
        <w:t>تُضمّنه</w:t>
      </w:r>
      <w:r w:rsidRPr="003E3418">
        <w:rPr>
          <w:rFonts w:ascii="Sakkal Majalla" w:hAnsi="Sakkal Majalla" w:cs="Sakkal Majalla"/>
          <w:sz w:val="24"/>
        </w:rPr>
        <w:t xml:space="preserve"> </w:t>
      </w:r>
      <w:r w:rsidRPr="003E3418">
        <w:rPr>
          <w:rFonts w:ascii="Sakkal Majalla" w:hAnsi="Sakkal Majalla" w:cs="Sakkal Majalla"/>
          <w:sz w:val="24"/>
          <w:szCs w:val="24"/>
          <w:rtl/>
        </w:rPr>
        <w:t>الفرضية</w:t>
      </w:r>
      <w:r w:rsidRPr="003E3418">
        <w:rPr>
          <w:rFonts w:ascii="Sakkal Majalla" w:hAnsi="Sakkal Majalla" w:cs="Sakkal Majalla"/>
          <w:sz w:val="24"/>
        </w:rPr>
        <w:t xml:space="preserve"> </w:t>
      </w:r>
      <w:r w:rsidRPr="003E3418">
        <w:rPr>
          <w:rFonts w:ascii="Sakkal Majalla" w:hAnsi="Sakkal Majalla" w:cs="Sakkal Majalla"/>
          <w:sz w:val="24"/>
          <w:szCs w:val="24"/>
          <w:rtl/>
        </w:rPr>
        <w:t>الرابعة</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معامل</w:t>
      </w:r>
      <w:r w:rsidRPr="003E3418">
        <w:rPr>
          <w:rFonts w:ascii="Sakkal Majalla" w:hAnsi="Sakkal Majalla" w:cs="Sakkal Majalla"/>
          <w:sz w:val="24"/>
        </w:rPr>
        <w:t xml:space="preserve"> </w:t>
      </w:r>
      <w:r w:rsidRPr="003E3418">
        <w:rPr>
          <w:rFonts w:ascii="Sakkal Majalla" w:hAnsi="Sakkal Majalla" w:cs="Sakkal Majalla"/>
          <w:sz w:val="24"/>
          <w:szCs w:val="24"/>
          <w:rtl/>
        </w:rPr>
        <w:t>التفاعل</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ومؤشر</w:t>
      </w:r>
      <w:r w:rsidRPr="003E3418">
        <w:rPr>
          <w:rFonts w:ascii="Sakkal Majalla" w:hAnsi="Sakkal Majalla" w:cs="Sakkal Majalla"/>
          <w:sz w:val="24"/>
        </w:rPr>
        <w:t xml:space="preserve"> </w:t>
      </w:r>
      <w:r w:rsidRPr="003E3418">
        <w:rPr>
          <w:rFonts w:ascii="Sakkal Majalla" w:hAnsi="Sakkal Majalla" w:cs="Sakkal Majalla"/>
          <w:sz w:val="24"/>
          <w:szCs w:val="24"/>
          <w:rtl/>
        </w:rPr>
        <w:t>الحوكمة</w:t>
      </w:r>
      <w:r w:rsidRPr="003E3418">
        <w:rPr>
          <w:rFonts w:ascii="Sakkal Majalla" w:hAnsi="Sakkal Majalla" w:cs="Sakkal Majalla"/>
          <w:sz w:val="24"/>
        </w:rPr>
        <w:t>.</w:t>
      </w:r>
    </w:p>
    <w:p w14:paraId="67772C25" w14:textId="77777777" w:rsidR="003E3418" w:rsidRPr="003E3418" w:rsidRDefault="003E3418" w:rsidP="003E3418">
      <w:pPr>
        <w:spacing w:before="80" w:after="80"/>
        <w:rPr>
          <w:rFonts w:ascii="Sakkal Majalla" w:hAnsi="Sakkal Majalla" w:cs="Sakkal Majalla"/>
        </w:rPr>
      </w:pPr>
    </w:p>
    <w:p w14:paraId="61E56699" w14:textId="77777777" w:rsidR="003E3418" w:rsidRPr="003E3418" w:rsidRDefault="003E3418" w:rsidP="003E3418">
      <w:pPr>
        <w:bidi/>
        <w:spacing w:before="160" w:after="60" w:line="320" w:lineRule="exact"/>
        <w:rPr>
          <w:rFonts w:ascii="Sakkal Majalla" w:hAnsi="Sakkal Majalla" w:cs="Sakkal Majalla"/>
        </w:rPr>
      </w:pPr>
      <w:r w:rsidRPr="003E3418">
        <w:rPr>
          <w:rFonts w:ascii="Sakkal Majalla" w:hAnsi="Sakkal Majalla" w:cs="Sakkal Majalla"/>
          <w:b/>
          <w:sz w:val="24"/>
        </w:rPr>
        <w:t xml:space="preserve">7. Spyromitros &amp; Panagiotidis (2022) — </w:t>
      </w:r>
      <w:r w:rsidRPr="003E3418">
        <w:rPr>
          <w:rFonts w:ascii="Sakkal Majalla" w:hAnsi="Sakkal Majalla" w:cs="Sakkal Majalla"/>
          <w:b/>
          <w:bCs/>
          <w:sz w:val="24"/>
          <w:szCs w:val="24"/>
          <w:rtl/>
        </w:rPr>
        <w:t>مقارنة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المؤشرات</w:t>
      </w:r>
    </w:p>
    <w:p w14:paraId="389DEFA6"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المرجع</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الكامل</w:t>
      </w:r>
      <w:r w:rsidRPr="003E3418">
        <w:rPr>
          <w:rFonts w:ascii="Sakkal Majalla" w:hAnsi="Sakkal Majalla" w:cs="Sakkal Majalla"/>
          <w:b/>
          <w:sz w:val="24"/>
        </w:rPr>
        <w:t xml:space="preserve">: </w:t>
      </w:r>
      <w:r w:rsidRPr="003E3418">
        <w:rPr>
          <w:rFonts w:ascii="Sakkal Majalla" w:hAnsi="Sakkal Majalla" w:cs="Sakkal Majalla"/>
          <w:sz w:val="24"/>
        </w:rPr>
        <w:t>Spyromitros, E., &amp; Panagiotidis, M. (2022). The impact of corruption on economic growth in developing countries and a comparative analysis of corruption measurement indicators. Cogent Economics &amp; Finance, 10(1), 2129368. https://doi.org/10.1080/23322039.2022.2129368</w:t>
      </w:r>
    </w:p>
    <w:p w14:paraId="1DFF74A5"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lastRenderedPageBreak/>
        <w:t>هدف</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الدراسة</w:t>
      </w:r>
      <w:r w:rsidRPr="003E3418">
        <w:rPr>
          <w:rFonts w:ascii="Sakkal Majalla" w:hAnsi="Sakkal Majalla" w:cs="Sakkal Majalla"/>
          <w:b/>
          <w:sz w:val="24"/>
        </w:rPr>
        <w:t xml:space="preserve">: </w:t>
      </w:r>
      <w:r w:rsidRPr="003E3418">
        <w:rPr>
          <w:rFonts w:ascii="Sakkal Majalla" w:hAnsi="Sakkal Majalla" w:cs="Sakkal Majalla"/>
          <w:sz w:val="24"/>
          <w:szCs w:val="24"/>
          <w:rtl/>
        </w:rPr>
        <w:t>مقارنة</w:t>
      </w:r>
      <w:r w:rsidRPr="003E3418">
        <w:rPr>
          <w:rFonts w:ascii="Sakkal Majalla" w:hAnsi="Sakkal Majalla" w:cs="Sakkal Majalla"/>
          <w:sz w:val="24"/>
        </w:rPr>
        <w:t xml:space="preserve"> </w:t>
      </w:r>
      <w:r w:rsidRPr="003E3418">
        <w:rPr>
          <w:rFonts w:ascii="Sakkal Majalla" w:hAnsi="Sakkal Majalla" w:cs="Sakkal Majalla"/>
          <w:sz w:val="24"/>
          <w:szCs w:val="24"/>
          <w:rtl/>
        </w:rPr>
        <w:t>أثر</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مختلفة</w:t>
      </w:r>
      <w:r w:rsidRPr="003E3418">
        <w:rPr>
          <w:rFonts w:ascii="Sakkal Majalla" w:hAnsi="Sakkal Majalla" w:cs="Sakkal Majalla"/>
          <w:sz w:val="24"/>
        </w:rPr>
        <w:t xml:space="preserve"> </w:t>
      </w:r>
      <w:r w:rsidRPr="003E3418">
        <w:rPr>
          <w:rFonts w:ascii="Sakkal Majalla" w:hAnsi="Sakkal Majalla" w:cs="Sakkal Majalla"/>
          <w:sz w:val="24"/>
          <w:szCs w:val="24"/>
          <w:rtl/>
        </w:rPr>
        <w:t>لقياس</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التقديرات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التجريبية</w:t>
      </w:r>
      <w:r w:rsidRPr="003E3418">
        <w:rPr>
          <w:rFonts w:ascii="Sakkal Majalla" w:hAnsi="Sakkal Majalla" w:cs="Sakkal Majalla"/>
          <w:sz w:val="24"/>
        </w:rPr>
        <w:t xml:space="preserve"> </w:t>
      </w:r>
      <w:r w:rsidRPr="003E3418">
        <w:rPr>
          <w:rFonts w:ascii="Sakkal Majalla" w:hAnsi="Sakkal Majalla" w:cs="Sakkal Majalla"/>
          <w:sz w:val="24"/>
          <w:szCs w:val="24"/>
          <w:rtl/>
        </w:rPr>
        <w:t>لعلاقة</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بالنمو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تحديداً</w:t>
      </w:r>
      <w:r w:rsidRPr="003E3418">
        <w:rPr>
          <w:rFonts w:ascii="Sakkal Majalla" w:hAnsi="Sakkal Majalla" w:cs="Sakkal Majalla"/>
          <w:sz w:val="24"/>
        </w:rPr>
        <w:t>.</w:t>
      </w:r>
    </w:p>
    <w:p w14:paraId="6C2AA067"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المنهجية</w:t>
      </w:r>
      <w:r w:rsidRPr="003E3418">
        <w:rPr>
          <w:rFonts w:ascii="Sakkal Majalla" w:hAnsi="Sakkal Majalla" w:cs="Sakkal Majalla"/>
          <w:b/>
          <w:sz w:val="24"/>
        </w:rPr>
        <w:t xml:space="preserve">: </w:t>
      </w:r>
      <w:r w:rsidRPr="003E3418">
        <w:rPr>
          <w:rFonts w:ascii="Sakkal Majalla" w:hAnsi="Sakkal Majalla" w:cs="Sakkal Majalla"/>
          <w:sz w:val="24"/>
          <w:szCs w:val="24"/>
          <w:rtl/>
        </w:rPr>
        <w:t>بيانات</w:t>
      </w:r>
      <w:r w:rsidRPr="003E3418">
        <w:rPr>
          <w:rFonts w:ascii="Sakkal Majalla" w:hAnsi="Sakkal Majalla" w:cs="Sakkal Majalla"/>
          <w:sz w:val="24"/>
        </w:rPr>
        <w:t xml:space="preserve"> </w:t>
      </w:r>
      <w:r w:rsidRPr="003E3418">
        <w:rPr>
          <w:rFonts w:ascii="Sakkal Majalla" w:hAnsi="Sakkal Majalla" w:cs="Sakkal Majalla"/>
          <w:sz w:val="24"/>
          <w:szCs w:val="24"/>
          <w:rtl/>
        </w:rPr>
        <w:t>لوحة</w:t>
      </w:r>
      <w:r w:rsidRPr="003E3418">
        <w:rPr>
          <w:rFonts w:ascii="Sakkal Majalla" w:hAnsi="Sakkal Majalla" w:cs="Sakkal Majalla"/>
          <w:sz w:val="24"/>
        </w:rPr>
        <w:t xml:space="preserve"> </w:t>
      </w:r>
      <w:r w:rsidRPr="003E3418">
        <w:rPr>
          <w:rFonts w:ascii="Sakkal Majalla" w:hAnsi="Sakkal Majalla" w:cs="Sakkal Majalla"/>
          <w:sz w:val="24"/>
          <w:szCs w:val="24"/>
          <w:rtl/>
        </w:rPr>
        <w:t>للدول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مقارنة</w:t>
      </w:r>
      <w:r w:rsidRPr="003E3418">
        <w:rPr>
          <w:rFonts w:ascii="Sakkal Majalla" w:hAnsi="Sakkal Majalla" w:cs="Sakkal Majalla"/>
          <w:sz w:val="24"/>
        </w:rPr>
        <w:t xml:space="preserve"> </w:t>
      </w:r>
      <w:r w:rsidRPr="003E3418">
        <w:rPr>
          <w:rFonts w:ascii="Sakkal Majalla" w:hAnsi="Sakkal Majalla" w:cs="Sakkal Majalla"/>
          <w:sz w:val="24"/>
          <w:szCs w:val="24"/>
          <w:rtl/>
        </w:rPr>
        <w:t>منهجية</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CPI </w:t>
      </w:r>
      <w:r w:rsidRPr="003E3418">
        <w:rPr>
          <w:rFonts w:ascii="Sakkal Majalla" w:hAnsi="Sakkal Majalla" w:cs="Sakkal Majalla"/>
          <w:sz w:val="24"/>
          <w:szCs w:val="24"/>
          <w:rtl/>
        </w:rPr>
        <w:t>و</w:t>
      </w:r>
      <w:r w:rsidRPr="003E3418">
        <w:rPr>
          <w:rFonts w:ascii="Sakkal Majalla" w:hAnsi="Sakkal Majalla" w:cs="Sakkal Majalla"/>
          <w:sz w:val="24"/>
        </w:rPr>
        <w:t xml:space="preserve">WGI </w:t>
      </w:r>
      <w:r w:rsidRPr="003E3418">
        <w:rPr>
          <w:rFonts w:ascii="Sakkal Majalla" w:hAnsi="Sakkal Majalla" w:cs="Sakkal Majalla"/>
          <w:sz w:val="24"/>
          <w:szCs w:val="24"/>
          <w:rtl/>
        </w:rPr>
        <w:t>ومؤشرات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بديلة</w:t>
      </w:r>
      <w:r w:rsidRPr="003E3418">
        <w:rPr>
          <w:rFonts w:ascii="Sakkal Majalla" w:hAnsi="Sakkal Majalla" w:cs="Sakkal Majalla"/>
          <w:sz w:val="24"/>
        </w:rPr>
        <w:t xml:space="preserve">. </w:t>
      </w:r>
      <w:r w:rsidRPr="003E3418">
        <w:rPr>
          <w:rFonts w:ascii="Sakkal Majalla" w:hAnsi="Sakkal Majalla" w:cs="Sakkal Majalla"/>
          <w:sz w:val="24"/>
          <w:szCs w:val="24"/>
          <w:rtl/>
        </w:rPr>
        <w:t>نماذج</w:t>
      </w:r>
      <w:r w:rsidRPr="003E3418">
        <w:rPr>
          <w:rFonts w:ascii="Sakkal Majalla" w:hAnsi="Sakkal Majalla" w:cs="Sakkal Majalla"/>
          <w:sz w:val="24"/>
        </w:rPr>
        <w:t xml:space="preserve"> </w:t>
      </w:r>
      <w:r w:rsidRPr="003E3418">
        <w:rPr>
          <w:rFonts w:ascii="Sakkal Majalla" w:hAnsi="Sakkal Majalla" w:cs="Sakkal Majalla"/>
          <w:sz w:val="24"/>
          <w:szCs w:val="24"/>
          <w:rtl/>
        </w:rPr>
        <w:t>انحدار</w:t>
      </w:r>
      <w:r w:rsidRPr="003E3418">
        <w:rPr>
          <w:rFonts w:ascii="Sakkal Majalla" w:hAnsi="Sakkal Majalla" w:cs="Sakkal Majalla"/>
          <w:sz w:val="24"/>
        </w:rPr>
        <w:t xml:space="preserve"> </w:t>
      </w:r>
      <w:r w:rsidRPr="003E3418">
        <w:rPr>
          <w:rFonts w:ascii="Sakkal Majalla" w:hAnsi="Sakkal Majalla" w:cs="Sakkal Majalla"/>
          <w:sz w:val="24"/>
          <w:szCs w:val="24"/>
          <w:rtl/>
        </w:rPr>
        <w:t>متعددة</w:t>
      </w:r>
      <w:r w:rsidRPr="003E3418">
        <w:rPr>
          <w:rFonts w:ascii="Sakkal Majalla" w:hAnsi="Sakkal Majalla" w:cs="Sakkal Majalla"/>
          <w:sz w:val="24"/>
        </w:rPr>
        <w:t xml:space="preserve"> </w:t>
      </w:r>
      <w:r w:rsidRPr="003E3418">
        <w:rPr>
          <w:rFonts w:ascii="Sakkal Majalla" w:hAnsi="Sakkal Majalla" w:cs="Sakkal Majalla"/>
          <w:sz w:val="24"/>
          <w:szCs w:val="24"/>
          <w:rtl/>
        </w:rPr>
        <w:t>المواصفات</w:t>
      </w:r>
      <w:r w:rsidRPr="003E3418">
        <w:rPr>
          <w:rFonts w:ascii="Sakkal Majalla" w:hAnsi="Sakkal Majalla" w:cs="Sakkal Majalla"/>
          <w:sz w:val="24"/>
        </w:rPr>
        <w:t>.</w:t>
      </w:r>
    </w:p>
    <w:p w14:paraId="3A586DAE"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أهم</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النتائج</w:t>
      </w:r>
      <w:r w:rsidRPr="003E3418">
        <w:rPr>
          <w:rFonts w:ascii="Sakkal Majalla" w:hAnsi="Sakkal Majalla" w:cs="Sakkal Majalla"/>
          <w:b/>
          <w:sz w:val="24"/>
        </w:rPr>
        <w:t xml:space="preserve">: </w:t>
      </w:r>
      <w:r w:rsidRPr="003E3418">
        <w:rPr>
          <w:rFonts w:ascii="Sakkal Majalla" w:hAnsi="Sakkal Majalla" w:cs="Sakkal Majalla"/>
          <w:sz w:val="24"/>
          <w:szCs w:val="24"/>
          <w:rtl/>
        </w:rPr>
        <w:t>اختيار</w:t>
      </w:r>
      <w:r w:rsidRPr="003E3418">
        <w:rPr>
          <w:rFonts w:ascii="Sakkal Majalla" w:hAnsi="Sakkal Majalla" w:cs="Sakkal Majalla"/>
          <w:sz w:val="24"/>
        </w:rPr>
        <w:t xml:space="preserve"> </w:t>
      </w:r>
      <w:r w:rsidRPr="003E3418">
        <w:rPr>
          <w:rFonts w:ascii="Sakkal Majalla" w:hAnsi="Sakkal Majalla" w:cs="Sakkal Majalla"/>
          <w:sz w:val="24"/>
          <w:szCs w:val="24"/>
          <w:rtl/>
        </w:rPr>
        <w:t>مؤشر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يُؤثّر</w:t>
      </w:r>
      <w:r w:rsidRPr="003E3418">
        <w:rPr>
          <w:rFonts w:ascii="Sakkal Majalla" w:hAnsi="Sakkal Majalla" w:cs="Sakkal Majalla"/>
          <w:sz w:val="24"/>
        </w:rPr>
        <w:t xml:space="preserve"> </w:t>
      </w:r>
      <w:r w:rsidRPr="003E3418">
        <w:rPr>
          <w:rFonts w:ascii="Sakkal Majalla" w:hAnsi="Sakkal Majalla" w:cs="Sakkal Majalla"/>
          <w:sz w:val="24"/>
          <w:szCs w:val="24"/>
          <w:rtl/>
        </w:rPr>
        <w:t>ماديًّا</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حجم</w:t>
      </w:r>
      <w:r w:rsidRPr="003E3418">
        <w:rPr>
          <w:rFonts w:ascii="Sakkal Majalla" w:hAnsi="Sakkal Majalla" w:cs="Sakkal Majalla"/>
          <w:sz w:val="24"/>
        </w:rPr>
        <w:t xml:space="preserve"> </w:t>
      </w:r>
      <w:r w:rsidRPr="003E3418">
        <w:rPr>
          <w:rFonts w:ascii="Sakkal Majalla" w:hAnsi="Sakkal Majalla" w:cs="Sakkal Majalla"/>
          <w:sz w:val="24"/>
          <w:szCs w:val="24"/>
          <w:rtl/>
        </w:rPr>
        <w:t>المعاملات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المُقدَّرة</w:t>
      </w:r>
      <w:r w:rsidRPr="003E3418">
        <w:rPr>
          <w:rFonts w:ascii="Sakkal Majalla" w:hAnsi="Sakkal Majalla" w:cs="Sakkal Majalla"/>
          <w:sz w:val="24"/>
        </w:rPr>
        <w:t xml:space="preserve"> </w:t>
      </w:r>
      <w:r w:rsidRPr="003E3418">
        <w:rPr>
          <w:rFonts w:ascii="Sakkal Majalla" w:hAnsi="Sakkal Majalla" w:cs="Sakkal Majalla"/>
          <w:sz w:val="24"/>
          <w:szCs w:val="24"/>
          <w:rtl/>
        </w:rPr>
        <w:t>واتساقها</w:t>
      </w:r>
      <w:r w:rsidRPr="003E3418">
        <w:rPr>
          <w:rFonts w:ascii="Sakkal Majalla" w:hAnsi="Sakkal Majalla" w:cs="Sakkal Majalla"/>
          <w:sz w:val="24"/>
        </w:rPr>
        <w:t xml:space="preserve">. CPI </w:t>
      </w:r>
      <w:r w:rsidRPr="003E3418">
        <w:rPr>
          <w:rFonts w:ascii="Sakkal Majalla" w:hAnsi="Sakkal Majalla" w:cs="Sakkal Majalla"/>
          <w:sz w:val="24"/>
          <w:szCs w:val="24"/>
          <w:rtl/>
        </w:rPr>
        <w:t>و</w:t>
      </w:r>
      <w:r w:rsidRPr="003E3418">
        <w:rPr>
          <w:rFonts w:ascii="Sakkal Majalla" w:hAnsi="Sakkal Majalla" w:cs="Sakkal Majalla"/>
          <w:sz w:val="24"/>
        </w:rPr>
        <w:t xml:space="preserve">WGI </w:t>
      </w:r>
      <w:r w:rsidRPr="003E3418">
        <w:rPr>
          <w:rFonts w:ascii="Sakkal Majalla" w:hAnsi="Sakkal Majalla" w:cs="Sakkal Majalla"/>
          <w:sz w:val="24"/>
          <w:szCs w:val="24"/>
          <w:rtl/>
        </w:rPr>
        <w:t>يُنتجان</w:t>
      </w:r>
      <w:r w:rsidRPr="003E3418">
        <w:rPr>
          <w:rFonts w:ascii="Sakkal Majalla" w:hAnsi="Sakkal Majalla" w:cs="Sakkal Majalla"/>
          <w:sz w:val="24"/>
        </w:rPr>
        <w:t xml:space="preserve"> </w:t>
      </w:r>
      <w:r w:rsidRPr="003E3418">
        <w:rPr>
          <w:rFonts w:ascii="Sakkal Majalla" w:hAnsi="Sakkal Majalla" w:cs="Sakkal Majalla"/>
          <w:sz w:val="24"/>
          <w:szCs w:val="24"/>
          <w:rtl/>
        </w:rPr>
        <w:t>نتائج</w:t>
      </w:r>
      <w:r w:rsidRPr="003E3418">
        <w:rPr>
          <w:rFonts w:ascii="Sakkal Majalla" w:hAnsi="Sakkal Majalla" w:cs="Sakkal Majalla"/>
          <w:sz w:val="24"/>
        </w:rPr>
        <w:t xml:space="preserve"> </w:t>
      </w:r>
      <w:r w:rsidRPr="003E3418">
        <w:rPr>
          <w:rFonts w:ascii="Sakkal Majalla" w:hAnsi="Sakkal Majalla" w:cs="Sakkal Majalla"/>
          <w:sz w:val="24"/>
          <w:szCs w:val="24"/>
          <w:rtl/>
        </w:rPr>
        <w:t>متسقة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الاتجاه</w:t>
      </w:r>
      <w:r w:rsidRPr="003E3418">
        <w:rPr>
          <w:rFonts w:ascii="Sakkal Majalla" w:hAnsi="Sakkal Majalla" w:cs="Sakkal Majalla"/>
          <w:sz w:val="24"/>
        </w:rPr>
        <w:t xml:space="preserve"> </w:t>
      </w:r>
      <w:r w:rsidRPr="003E3418">
        <w:rPr>
          <w:rFonts w:ascii="Sakkal Majalla" w:hAnsi="Sakkal Majalla" w:cs="Sakkal Majalla"/>
          <w:sz w:val="24"/>
          <w:szCs w:val="24"/>
          <w:rtl/>
        </w:rPr>
        <w:t>لكن</w:t>
      </w:r>
      <w:r w:rsidRPr="003E3418">
        <w:rPr>
          <w:rFonts w:ascii="Sakkal Majalla" w:hAnsi="Sakkal Majalla" w:cs="Sakkal Majalla"/>
          <w:sz w:val="24"/>
        </w:rPr>
        <w:t xml:space="preserve"> </w:t>
      </w:r>
      <w:r w:rsidRPr="003E3418">
        <w:rPr>
          <w:rFonts w:ascii="Sakkal Majalla" w:hAnsi="Sakkal Majalla" w:cs="Sakkal Majalla"/>
          <w:sz w:val="24"/>
          <w:szCs w:val="24"/>
          <w:rtl/>
        </w:rPr>
        <w:t>تتباين</w:t>
      </w:r>
      <w:r w:rsidRPr="003E3418">
        <w:rPr>
          <w:rFonts w:ascii="Sakkal Majalla" w:hAnsi="Sakkal Majalla" w:cs="Sakkal Majalla"/>
          <w:sz w:val="24"/>
        </w:rPr>
        <w:t xml:space="preserve"> </w:t>
      </w:r>
      <w:r w:rsidRPr="003E3418">
        <w:rPr>
          <w:rFonts w:ascii="Sakkal Majalla" w:hAnsi="Sakkal Majalla" w:cs="Sakkal Majalla"/>
          <w:sz w:val="24"/>
          <w:szCs w:val="24"/>
          <w:rtl/>
        </w:rPr>
        <w:t>حجماً</w:t>
      </w:r>
      <w:r w:rsidRPr="003E3418">
        <w:rPr>
          <w:rFonts w:ascii="Sakkal Majalla" w:hAnsi="Sakkal Majalla" w:cs="Sakkal Majalla"/>
          <w:sz w:val="24"/>
        </w:rPr>
        <w:t xml:space="preserve">. </w:t>
      </w:r>
      <w:r w:rsidRPr="003E3418">
        <w:rPr>
          <w:rFonts w:ascii="Sakkal Majalla" w:hAnsi="Sakkal Majalla" w:cs="Sakkal Majalla"/>
          <w:sz w:val="24"/>
          <w:szCs w:val="24"/>
          <w:rtl/>
        </w:rPr>
        <w:t>اختبارات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الحساسية</w:t>
      </w:r>
      <w:r w:rsidRPr="003E3418">
        <w:rPr>
          <w:rFonts w:ascii="Sakkal Majalla" w:hAnsi="Sakkal Majalla" w:cs="Sakkal Majalla"/>
          <w:sz w:val="24"/>
        </w:rPr>
        <w:t xml:space="preserve"> </w:t>
      </w:r>
      <w:r w:rsidRPr="003E3418">
        <w:rPr>
          <w:rFonts w:ascii="Sakkal Majalla" w:hAnsi="Sakkal Majalla" w:cs="Sakkal Majalla"/>
          <w:sz w:val="24"/>
          <w:szCs w:val="24"/>
          <w:rtl/>
        </w:rPr>
        <w:t>ضرورية</w:t>
      </w:r>
      <w:r w:rsidRPr="003E3418">
        <w:rPr>
          <w:rFonts w:ascii="Sakkal Majalla" w:hAnsi="Sakkal Majalla" w:cs="Sakkal Majalla"/>
          <w:sz w:val="24"/>
        </w:rPr>
        <w:t xml:space="preserve"> </w:t>
      </w:r>
      <w:r w:rsidRPr="003E3418">
        <w:rPr>
          <w:rFonts w:ascii="Sakkal Majalla" w:hAnsi="Sakkal Majalla" w:cs="Sakkal Majalla"/>
          <w:sz w:val="24"/>
          <w:szCs w:val="24"/>
          <w:rtl/>
        </w:rPr>
        <w:t>لموثوقية</w:t>
      </w:r>
      <w:r w:rsidRPr="003E3418">
        <w:rPr>
          <w:rFonts w:ascii="Sakkal Majalla" w:hAnsi="Sakkal Majalla" w:cs="Sakkal Majalla"/>
          <w:sz w:val="24"/>
        </w:rPr>
        <w:t xml:space="preserve"> </w:t>
      </w:r>
      <w:r w:rsidRPr="003E3418">
        <w:rPr>
          <w:rFonts w:ascii="Sakkal Majalla" w:hAnsi="Sakkal Majalla" w:cs="Sakkal Majalla"/>
          <w:sz w:val="24"/>
          <w:szCs w:val="24"/>
          <w:rtl/>
        </w:rPr>
        <w:t>النتائج</w:t>
      </w:r>
      <w:r w:rsidRPr="003E3418">
        <w:rPr>
          <w:rFonts w:ascii="Sakkal Majalla" w:hAnsi="Sakkal Majalla" w:cs="Sakkal Majalla"/>
          <w:sz w:val="24"/>
        </w:rPr>
        <w:t>.</w:t>
      </w:r>
    </w:p>
    <w:p w14:paraId="6D74732A"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الصلة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بالبحث</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الحالي</w:t>
      </w:r>
      <w:r w:rsidRPr="003E3418">
        <w:rPr>
          <w:rFonts w:ascii="Sakkal Majalla" w:hAnsi="Sakkal Majalla" w:cs="Sakkal Majalla"/>
          <w:b/>
          <w:sz w:val="24"/>
        </w:rPr>
        <w:t xml:space="preserve">: </w:t>
      </w:r>
      <w:r w:rsidRPr="003E3418">
        <w:rPr>
          <w:rFonts w:ascii="Sakkal Majalla" w:hAnsi="Sakkal Majalla" w:cs="Sakkal Majalla"/>
          <w:sz w:val="24"/>
          <w:szCs w:val="24"/>
          <w:rtl/>
        </w:rPr>
        <w:t>يُقدّم</w:t>
      </w:r>
      <w:r w:rsidRPr="003E3418">
        <w:rPr>
          <w:rFonts w:ascii="Sakkal Majalla" w:hAnsi="Sakkal Majalla" w:cs="Sakkal Majalla"/>
          <w:sz w:val="24"/>
        </w:rPr>
        <w:t xml:space="preserve"> </w:t>
      </w:r>
      <w:r w:rsidRPr="003E3418">
        <w:rPr>
          <w:rFonts w:ascii="Sakkal Majalla" w:hAnsi="Sakkal Majalla" w:cs="Sakkal Majalla"/>
          <w:sz w:val="24"/>
          <w:szCs w:val="24"/>
          <w:rtl/>
        </w:rPr>
        <w:t>المبرر</w:t>
      </w:r>
      <w:r w:rsidRPr="003E3418">
        <w:rPr>
          <w:rFonts w:ascii="Sakkal Majalla" w:hAnsi="Sakkal Majalla" w:cs="Sakkal Majalla"/>
          <w:sz w:val="24"/>
        </w:rPr>
        <w:t xml:space="preserve"> </w:t>
      </w:r>
      <w:r w:rsidRPr="003E3418">
        <w:rPr>
          <w:rFonts w:ascii="Sakkal Majalla" w:hAnsi="Sakkal Majalla" w:cs="Sakkal Majalla"/>
          <w:sz w:val="24"/>
          <w:szCs w:val="24"/>
          <w:rtl/>
        </w:rPr>
        <w:t>التجريبي</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لتوظيف</w:t>
      </w:r>
      <w:r w:rsidRPr="003E3418">
        <w:rPr>
          <w:rFonts w:ascii="Sakkal Majalla" w:hAnsi="Sakkal Majalla" w:cs="Sakkal Majalla"/>
          <w:sz w:val="24"/>
        </w:rPr>
        <w:t xml:space="preserve"> </w:t>
      </w:r>
      <w:r w:rsidRPr="003E3418">
        <w:rPr>
          <w:rFonts w:ascii="Sakkal Majalla" w:hAnsi="Sakkal Majalla" w:cs="Sakkal Majalla"/>
          <w:sz w:val="24"/>
          <w:szCs w:val="24"/>
          <w:rtl/>
        </w:rPr>
        <w:t>مؤشرَيْن</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w:t>
      </w:r>
      <w:r w:rsidRPr="003E3418">
        <w:rPr>
          <w:rFonts w:ascii="Sakkal Majalla" w:hAnsi="Sakkal Majalla" w:cs="Sakkal Majalla"/>
          <w:sz w:val="24"/>
        </w:rPr>
        <w:t xml:space="preserve"> </w:t>
      </w:r>
      <w:r w:rsidRPr="003E3418">
        <w:rPr>
          <w:rFonts w:ascii="Sakkal Majalla" w:hAnsi="Sakkal Majalla" w:cs="Sakkal Majalla"/>
          <w:sz w:val="24"/>
          <w:szCs w:val="24"/>
          <w:rtl/>
        </w:rPr>
        <w:t>الحالي</w:t>
      </w:r>
      <w:r w:rsidRPr="003E3418">
        <w:rPr>
          <w:rFonts w:ascii="Sakkal Majalla" w:hAnsi="Sakkal Majalla" w:cs="Sakkal Majalla"/>
          <w:sz w:val="24"/>
        </w:rPr>
        <w:t xml:space="preserve"> </w:t>
      </w:r>
      <w:r w:rsidRPr="003E3418">
        <w:rPr>
          <w:rFonts w:ascii="Sakkal Majalla" w:hAnsi="Sakkal Majalla" w:cs="Sakkal Majalla"/>
          <w:sz w:val="24"/>
          <w:szCs w:val="24"/>
          <w:rtl/>
        </w:rPr>
        <w:t>وإجراء</w:t>
      </w:r>
      <w:r w:rsidRPr="003E3418">
        <w:rPr>
          <w:rFonts w:ascii="Sakkal Majalla" w:hAnsi="Sakkal Majalla" w:cs="Sakkal Majalla"/>
          <w:sz w:val="24"/>
        </w:rPr>
        <w:t xml:space="preserve"> </w:t>
      </w:r>
      <w:r w:rsidRPr="003E3418">
        <w:rPr>
          <w:rFonts w:ascii="Sakkal Majalla" w:hAnsi="Sakkal Majalla" w:cs="Sakkal Majalla"/>
          <w:sz w:val="24"/>
          <w:szCs w:val="24"/>
          <w:rtl/>
        </w:rPr>
        <w:t>اختبارات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الحساسية</w:t>
      </w:r>
      <w:r w:rsidRPr="003E3418">
        <w:rPr>
          <w:rFonts w:ascii="Sakkal Majalla" w:hAnsi="Sakkal Majalla" w:cs="Sakkal Majalla"/>
          <w:sz w:val="24"/>
        </w:rPr>
        <w:t xml:space="preserve"> </w:t>
      </w:r>
      <w:r w:rsidRPr="003E3418">
        <w:rPr>
          <w:rFonts w:ascii="Sakkal Majalla" w:hAnsi="Sakkal Majalla" w:cs="Sakkal Majalla"/>
          <w:sz w:val="24"/>
          <w:szCs w:val="24"/>
          <w:rtl/>
        </w:rPr>
        <w:t>باستبدالهما</w:t>
      </w:r>
      <w:r w:rsidRPr="003E3418">
        <w:rPr>
          <w:rFonts w:ascii="Sakkal Majalla" w:hAnsi="Sakkal Majalla" w:cs="Sakkal Majalla"/>
          <w:sz w:val="24"/>
        </w:rPr>
        <w:t>.</w:t>
      </w:r>
    </w:p>
    <w:p w14:paraId="277312FD" w14:textId="77777777" w:rsidR="003E3418" w:rsidRPr="003E3418" w:rsidRDefault="003E3418" w:rsidP="003E3418">
      <w:pPr>
        <w:spacing w:before="80" w:after="80"/>
        <w:rPr>
          <w:rFonts w:ascii="Sakkal Majalla" w:hAnsi="Sakkal Majalla" w:cs="Sakkal Majalla"/>
        </w:rPr>
      </w:pPr>
    </w:p>
    <w:p w14:paraId="04AC29CA"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المحور</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الثاني</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الفساد</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والفقر</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وعدم</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المساواة</w:t>
      </w:r>
    </w:p>
    <w:p w14:paraId="5BCBCE7F" w14:textId="77777777" w:rsidR="003E3418" w:rsidRPr="003E3418" w:rsidRDefault="003E3418" w:rsidP="003E3418">
      <w:pPr>
        <w:bidi/>
        <w:spacing w:before="160" w:after="60" w:line="320" w:lineRule="exact"/>
        <w:rPr>
          <w:rFonts w:ascii="Sakkal Majalla" w:hAnsi="Sakkal Majalla" w:cs="Sakkal Majalla"/>
        </w:rPr>
      </w:pPr>
      <w:r w:rsidRPr="003E3418">
        <w:rPr>
          <w:rFonts w:ascii="Sakkal Majalla" w:hAnsi="Sakkal Majalla" w:cs="Sakkal Majalla"/>
          <w:b/>
          <w:sz w:val="24"/>
        </w:rPr>
        <w:t xml:space="preserve">8. Gupta, Davoodi &amp; Alonso-Terme (2002) — </w:t>
      </w:r>
      <w:r w:rsidRPr="003E3418">
        <w:rPr>
          <w:rFonts w:ascii="Sakkal Majalla" w:hAnsi="Sakkal Majalla" w:cs="Sakkal Majalla"/>
          <w:b/>
          <w:bCs/>
          <w:sz w:val="24"/>
          <w:szCs w:val="24"/>
          <w:rtl/>
        </w:rPr>
        <w:t>الفساد</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والفقر</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المباشر</w:t>
      </w:r>
    </w:p>
    <w:p w14:paraId="34BDCD1B"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المرجع</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الكامل</w:t>
      </w:r>
      <w:r w:rsidRPr="003E3418">
        <w:rPr>
          <w:rFonts w:ascii="Sakkal Majalla" w:hAnsi="Sakkal Majalla" w:cs="Sakkal Majalla"/>
          <w:b/>
          <w:sz w:val="24"/>
        </w:rPr>
        <w:t xml:space="preserve">: </w:t>
      </w:r>
      <w:r w:rsidRPr="003E3418">
        <w:rPr>
          <w:rFonts w:ascii="Sakkal Majalla" w:hAnsi="Sakkal Majalla" w:cs="Sakkal Majalla"/>
          <w:sz w:val="24"/>
        </w:rPr>
        <w:t>Gupta, S., Davoodi, H., &amp; Alonso-Terme, R. (2002). Does corruption affect income inequality and poverty? Economics of Governance, 3(1), 23–45. https://doi.org/10.1007/s101010100039</w:t>
      </w:r>
    </w:p>
    <w:p w14:paraId="70725F05"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هدف</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الدراسة</w:t>
      </w:r>
      <w:r w:rsidRPr="003E3418">
        <w:rPr>
          <w:rFonts w:ascii="Sakkal Majalla" w:hAnsi="Sakkal Majalla" w:cs="Sakkal Majalla"/>
          <w:b/>
          <w:sz w:val="24"/>
        </w:rPr>
        <w:t xml:space="preserve">: </w:t>
      </w:r>
      <w:r w:rsidRPr="003E3418">
        <w:rPr>
          <w:rFonts w:ascii="Sakkal Majalla" w:hAnsi="Sakkal Majalla" w:cs="Sakkal Majalla"/>
          <w:sz w:val="24"/>
          <w:szCs w:val="24"/>
          <w:rtl/>
        </w:rPr>
        <w:t>اختبار</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التوزيعي</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عدم</w:t>
      </w:r>
      <w:r w:rsidRPr="003E3418">
        <w:rPr>
          <w:rFonts w:ascii="Sakkal Majalla" w:hAnsi="Sakkal Majalla" w:cs="Sakkal Majalla"/>
          <w:sz w:val="24"/>
        </w:rPr>
        <w:t xml:space="preserve"> </w:t>
      </w:r>
      <w:r w:rsidRPr="003E3418">
        <w:rPr>
          <w:rFonts w:ascii="Sakkal Majalla" w:hAnsi="Sakkal Majalla" w:cs="Sakkal Majalla"/>
          <w:sz w:val="24"/>
          <w:szCs w:val="24"/>
          <w:rtl/>
        </w:rPr>
        <w:t>المساواة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الدخل</w:t>
      </w:r>
      <w:r w:rsidRPr="003E3418">
        <w:rPr>
          <w:rFonts w:ascii="Sakkal Majalla" w:hAnsi="Sakkal Majalla" w:cs="Sakkal Majalla"/>
          <w:sz w:val="24"/>
        </w:rPr>
        <w:t xml:space="preserve"> </w:t>
      </w:r>
      <w:r w:rsidRPr="003E3418">
        <w:rPr>
          <w:rFonts w:ascii="Sakkal Majalla" w:hAnsi="Sakkal Majalla" w:cs="Sakkal Majalla"/>
          <w:sz w:val="24"/>
          <w:szCs w:val="24"/>
          <w:rtl/>
        </w:rPr>
        <w:t>ومعدلات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عبر</w:t>
      </w:r>
      <w:r w:rsidRPr="003E3418">
        <w:rPr>
          <w:rFonts w:ascii="Sakkal Majalla" w:hAnsi="Sakkal Majalla" w:cs="Sakkal Majalla"/>
          <w:sz w:val="24"/>
        </w:rPr>
        <w:t xml:space="preserve"> </w:t>
      </w:r>
      <w:r w:rsidRPr="003E3418">
        <w:rPr>
          <w:rFonts w:ascii="Sakkal Majalla" w:hAnsi="Sakkal Majalla" w:cs="Sakkal Majalla"/>
          <w:sz w:val="24"/>
          <w:szCs w:val="24"/>
          <w:rtl/>
        </w:rPr>
        <w:t>خمس</w:t>
      </w:r>
      <w:r w:rsidRPr="003E3418">
        <w:rPr>
          <w:rFonts w:ascii="Sakkal Majalla" w:hAnsi="Sakkal Majalla" w:cs="Sakkal Majalla"/>
          <w:sz w:val="24"/>
        </w:rPr>
        <w:t xml:space="preserve"> </w:t>
      </w:r>
      <w:r w:rsidRPr="003E3418">
        <w:rPr>
          <w:rFonts w:ascii="Sakkal Majalla" w:hAnsi="Sakkal Majalla" w:cs="Sakkal Majalla"/>
          <w:sz w:val="24"/>
          <w:szCs w:val="24"/>
          <w:rtl/>
        </w:rPr>
        <w:t>قنوات</w:t>
      </w:r>
      <w:r w:rsidRPr="003E3418">
        <w:rPr>
          <w:rFonts w:ascii="Sakkal Majalla" w:hAnsi="Sakkal Majalla" w:cs="Sakkal Majalla"/>
          <w:sz w:val="24"/>
        </w:rPr>
        <w:t xml:space="preserve"> </w:t>
      </w:r>
      <w:r w:rsidRPr="003E3418">
        <w:rPr>
          <w:rFonts w:ascii="Sakkal Majalla" w:hAnsi="Sakkal Majalla" w:cs="Sakkal Majalla"/>
          <w:sz w:val="24"/>
          <w:szCs w:val="24"/>
          <w:rtl/>
        </w:rPr>
        <w:t>محتملة،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أول</w:t>
      </w:r>
      <w:r w:rsidRPr="003E3418">
        <w:rPr>
          <w:rFonts w:ascii="Sakkal Majalla" w:hAnsi="Sakkal Majalla" w:cs="Sakkal Majalla"/>
          <w:sz w:val="24"/>
        </w:rPr>
        <w:t xml:space="preserve"> </w:t>
      </w:r>
      <w:r w:rsidRPr="003E3418">
        <w:rPr>
          <w:rFonts w:ascii="Sakkal Majalla" w:hAnsi="Sakkal Majalla" w:cs="Sakkal Majalla"/>
          <w:sz w:val="24"/>
          <w:szCs w:val="24"/>
          <w:rtl/>
        </w:rPr>
        <w:t>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تُعالج</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بصورة</w:t>
      </w:r>
      <w:r w:rsidRPr="003E3418">
        <w:rPr>
          <w:rFonts w:ascii="Sakkal Majalla" w:hAnsi="Sakkal Majalla" w:cs="Sakkal Majalla"/>
          <w:sz w:val="24"/>
        </w:rPr>
        <w:t xml:space="preserve"> </w:t>
      </w:r>
      <w:r w:rsidRPr="003E3418">
        <w:rPr>
          <w:rFonts w:ascii="Sakkal Majalla" w:hAnsi="Sakkal Majalla" w:cs="Sakkal Majalla"/>
          <w:sz w:val="24"/>
          <w:szCs w:val="24"/>
          <w:rtl/>
        </w:rPr>
        <w:t>منهجية</w:t>
      </w:r>
      <w:r w:rsidRPr="003E3418">
        <w:rPr>
          <w:rFonts w:ascii="Sakkal Majalla" w:hAnsi="Sakkal Majalla" w:cs="Sakkal Majalla"/>
          <w:sz w:val="24"/>
        </w:rPr>
        <w:t>.</w:t>
      </w:r>
    </w:p>
    <w:p w14:paraId="6EB43754"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المنهجية</w:t>
      </w:r>
      <w:r w:rsidRPr="003E3418">
        <w:rPr>
          <w:rFonts w:ascii="Sakkal Majalla" w:hAnsi="Sakkal Majalla" w:cs="Sakkal Majalla"/>
          <w:b/>
          <w:sz w:val="24"/>
        </w:rPr>
        <w:t xml:space="preserve">: </w:t>
      </w:r>
      <w:r w:rsidRPr="003E3418">
        <w:rPr>
          <w:rFonts w:ascii="Sakkal Majalla" w:hAnsi="Sakkal Majalla" w:cs="Sakkal Majalla"/>
          <w:sz w:val="24"/>
          <w:szCs w:val="24"/>
          <w:rtl/>
        </w:rPr>
        <w:t>بيانات</w:t>
      </w:r>
      <w:r w:rsidRPr="003E3418">
        <w:rPr>
          <w:rFonts w:ascii="Sakkal Majalla" w:hAnsi="Sakkal Majalla" w:cs="Sakkal Majalla"/>
          <w:sz w:val="24"/>
        </w:rPr>
        <w:t xml:space="preserve"> </w:t>
      </w:r>
      <w:r w:rsidRPr="003E3418">
        <w:rPr>
          <w:rFonts w:ascii="Sakkal Majalla" w:hAnsi="Sakkal Majalla" w:cs="Sakkal Majalla"/>
          <w:sz w:val="24"/>
          <w:szCs w:val="24"/>
          <w:rtl/>
        </w:rPr>
        <w:t>دولية</w:t>
      </w:r>
      <w:r w:rsidRPr="003E3418">
        <w:rPr>
          <w:rFonts w:ascii="Sakkal Majalla" w:hAnsi="Sakkal Majalla" w:cs="Sakkal Majalla"/>
          <w:sz w:val="24"/>
        </w:rPr>
        <w:t xml:space="preserve"> </w:t>
      </w:r>
      <w:r w:rsidRPr="003E3418">
        <w:rPr>
          <w:rFonts w:ascii="Sakkal Majalla" w:hAnsi="Sakkal Majalla" w:cs="Sakkal Majalla"/>
          <w:sz w:val="24"/>
          <w:szCs w:val="24"/>
          <w:rtl/>
        </w:rPr>
        <w:t>واسعة</w:t>
      </w:r>
      <w:r w:rsidRPr="003E3418">
        <w:rPr>
          <w:rFonts w:ascii="Sakkal Majalla" w:hAnsi="Sakkal Majalla" w:cs="Sakkal Majalla"/>
          <w:sz w:val="24"/>
        </w:rPr>
        <w:t xml:space="preserve"> </w:t>
      </w:r>
      <w:r w:rsidRPr="003E3418">
        <w:rPr>
          <w:rFonts w:ascii="Sakkal Majalla" w:hAnsi="Sakkal Majalla" w:cs="Sakkal Majalla"/>
          <w:sz w:val="24"/>
          <w:szCs w:val="24"/>
          <w:rtl/>
        </w:rPr>
        <w:t>النطاق</w:t>
      </w:r>
      <w:r w:rsidRPr="003E3418">
        <w:rPr>
          <w:rFonts w:ascii="Sakkal Majalla" w:hAnsi="Sakkal Majalla" w:cs="Sakkal Majalla"/>
          <w:sz w:val="24"/>
        </w:rPr>
        <w:t xml:space="preserve">. </w:t>
      </w:r>
      <w:r w:rsidRPr="003E3418">
        <w:rPr>
          <w:rFonts w:ascii="Sakkal Majalla" w:hAnsi="Sakkal Majalla" w:cs="Sakkal Majalla"/>
          <w:sz w:val="24"/>
          <w:szCs w:val="24"/>
          <w:rtl/>
        </w:rPr>
        <w:t>نماذج</w:t>
      </w:r>
      <w:r w:rsidRPr="003E3418">
        <w:rPr>
          <w:rFonts w:ascii="Sakkal Majalla" w:hAnsi="Sakkal Majalla" w:cs="Sakkal Majalla"/>
          <w:sz w:val="24"/>
        </w:rPr>
        <w:t xml:space="preserve"> </w:t>
      </w:r>
      <w:r w:rsidRPr="003E3418">
        <w:rPr>
          <w:rFonts w:ascii="Sakkal Majalla" w:hAnsi="Sakkal Majalla" w:cs="Sakkal Majalla"/>
          <w:sz w:val="24"/>
          <w:szCs w:val="24"/>
          <w:rtl/>
        </w:rPr>
        <w:t>تأثيرات</w:t>
      </w:r>
      <w:r w:rsidRPr="003E3418">
        <w:rPr>
          <w:rFonts w:ascii="Sakkal Majalla" w:hAnsi="Sakkal Majalla" w:cs="Sakkal Majalla"/>
          <w:sz w:val="24"/>
        </w:rPr>
        <w:t xml:space="preserve"> </w:t>
      </w:r>
      <w:r w:rsidRPr="003E3418">
        <w:rPr>
          <w:rFonts w:ascii="Sakkal Majalla" w:hAnsi="Sakkal Majalla" w:cs="Sakkal Majalla"/>
          <w:sz w:val="24"/>
          <w:szCs w:val="24"/>
          <w:rtl/>
        </w:rPr>
        <w:t>ثابتة</w:t>
      </w:r>
      <w:r w:rsidRPr="003E3418">
        <w:rPr>
          <w:rFonts w:ascii="Sakkal Majalla" w:hAnsi="Sakkal Majalla" w:cs="Sakkal Majalla"/>
          <w:sz w:val="24"/>
        </w:rPr>
        <w:t xml:space="preserve"> </w:t>
      </w:r>
      <w:r w:rsidRPr="003E3418">
        <w:rPr>
          <w:rFonts w:ascii="Sakkal Majalla" w:hAnsi="Sakkal Majalla" w:cs="Sakkal Majalla"/>
          <w:sz w:val="24"/>
          <w:szCs w:val="24"/>
          <w:rtl/>
        </w:rPr>
        <w:t>وعشوائية</w:t>
      </w:r>
      <w:r w:rsidRPr="003E3418">
        <w:rPr>
          <w:rFonts w:ascii="Sakkal Majalla" w:hAnsi="Sakkal Majalla" w:cs="Sakkal Majalla"/>
          <w:sz w:val="24"/>
        </w:rPr>
        <w:t xml:space="preserve"> </w:t>
      </w:r>
      <w:r w:rsidRPr="003E3418">
        <w:rPr>
          <w:rFonts w:ascii="Sakkal Majalla" w:hAnsi="Sakkal Majalla" w:cs="Sakkal Majalla"/>
          <w:sz w:val="24"/>
          <w:szCs w:val="24"/>
          <w:rtl/>
        </w:rPr>
        <w:t>مع</w:t>
      </w:r>
      <w:r w:rsidRPr="003E3418">
        <w:rPr>
          <w:rFonts w:ascii="Sakkal Majalla" w:hAnsi="Sakkal Majalla" w:cs="Sakkal Majalla"/>
          <w:sz w:val="24"/>
        </w:rPr>
        <w:t xml:space="preserve"> </w:t>
      </w:r>
      <w:r w:rsidRPr="003E3418">
        <w:rPr>
          <w:rFonts w:ascii="Sakkal Majalla" w:hAnsi="Sakkal Majalla" w:cs="Sakkal Majalla"/>
          <w:sz w:val="24"/>
          <w:szCs w:val="24"/>
          <w:rtl/>
        </w:rPr>
        <w:t>اختبار</w:t>
      </w:r>
      <w:r w:rsidRPr="003E3418">
        <w:rPr>
          <w:rFonts w:ascii="Sakkal Majalla" w:hAnsi="Sakkal Majalla" w:cs="Sakkal Majalla"/>
          <w:sz w:val="24"/>
        </w:rPr>
        <w:t xml:space="preserve"> </w:t>
      </w:r>
      <w:r w:rsidRPr="003E3418">
        <w:rPr>
          <w:rFonts w:ascii="Sakkal Majalla" w:hAnsi="Sakkal Majalla" w:cs="Sakkal Majalla"/>
          <w:sz w:val="24"/>
          <w:szCs w:val="24"/>
          <w:rtl/>
        </w:rPr>
        <w:t>هاوسمان</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خمس</w:t>
      </w:r>
      <w:r w:rsidRPr="003E3418">
        <w:rPr>
          <w:rFonts w:ascii="Sakkal Majalla" w:hAnsi="Sakkal Majalla" w:cs="Sakkal Majalla"/>
          <w:sz w:val="24"/>
        </w:rPr>
        <w:t xml:space="preserve"> </w:t>
      </w:r>
      <w:r w:rsidRPr="003E3418">
        <w:rPr>
          <w:rFonts w:ascii="Sakkal Majalla" w:hAnsi="Sakkal Majalla" w:cs="Sakkal Majalla"/>
          <w:sz w:val="24"/>
          <w:szCs w:val="24"/>
          <w:rtl/>
        </w:rPr>
        <w:t>قنوات</w:t>
      </w:r>
      <w:r w:rsidRPr="003E3418">
        <w:rPr>
          <w:rFonts w:ascii="Sakkal Majalla" w:hAnsi="Sakkal Majalla" w:cs="Sakkal Majalla"/>
          <w:sz w:val="24"/>
        </w:rPr>
        <w:t xml:space="preserve"> </w:t>
      </w:r>
      <w:r w:rsidRPr="003E3418">
        <w:rPr>
          <w:rFonts w:ascii="Sakkal Majalla" w:hAnsi="Sakkal Majalla" w:cs="Sakkal Majalla"/>
          <w:sz w:val="24"/>
          <w:szCs w:val="24"/>
          <w:rtl/>
        </w:rPr>
        <w:t>تأثير</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السياسة</w:t>
      </w:r>
      <w:r w:rsidRPr="003E3418">
        <w:rPr>
          <w:rFonts w:ascii="Sakkal Majalla" w:hAnsi="Sakkal Majalla" w:cs="Sakkal Majalla"/>
          <w:sz w:val="24"/>
        </w:rPr>
        <w:t xml:space="preserve"> </w:t>
      </w:r>
      <w:r w:rsidRPr="003E3418">
        <w:rPr>
          <w:rFonts w:ascii="Sakkal Majalla" w:hAnsi="Sakkal Majalla" w:cs="Sakkal Majalla"/>
          <w:sz w:val="24"/>
          <w:szCs w:val="24"/>
          <w:rtl/>
        </w:rPr>
        <w:t>الضريبية،</w:t>
      </w:r>
      <w:r w:rsidRPr="003E3418">
        <w:rPr>
          <w:rFonts w:ascii="Sakkal Majalla" w:hAnsi="Sakkal Majalla" w:cs="Sakkal Majalla"/>
          <w:sz w:val="24"/>
        </w:rPr>
        <w:t xml:space="preserve"> </w:t>
      </w:r>
      <w:r w:rsidRPr="003E3418">
        <w:rPr>
          <w:rFonts w:ascii="Sakkal Majalla" w:hAnsi="Sakkal Majalla" w:cs="Sakkal Majalla"/>
          <w:sz w:val="24"/>
          <w:szCs w:val="24"/>
          <w:rtl/>
        </w:rPr>
        <w:t>والإنفاق</w:t>
      </w:r>
      <w:r w:rsidRPr="003E3418">
        <w:rPr>
          <w:rFonts w:ascii="Sakkal Majalla" w:hAnsi="Sakkal Majalla" w:cs="Sakkal Majalla"/>
          <w:sz w:val="24"/>
        </w:rPr>
        <w:t xml:space="preserve"> </w:t>
      </w:r>
      <w:r w:rsidRPr="003E3418">
        <w:rPr>
          <w:rFonts w:ascii="Sakkal Majalla" w:hAnsi="Sakkal Majalla" w:cs="Sakkal Majalla"/>
          <w:sz w:val="24"/>
          <w:szCs w:val="24"/>
          <w:rtl/>
        </w:rPr>
        <w:t>الاجتماعي،</w:t>
      </w:r>
      <w:r w:rsidRPr="003E3418">
        <w:rPr>
          <w:rFonts w:ascii="Sakkal Majalla" w:hAnsi="Sakkal Majalla" w:cs="Sakkal Majalla"/>
          <w:sz w:val="24"/>
        </w:rPr>
        <w:t xml:space="preserve"> </w:t>
      </w:r>
      <w:r w:rsidRPr="003E3418">
        <w:rPr>
          <w:rFonts w:ascii="Sakkal Majalla" w:hAnsi="Sakkal Majalla" w:cs="Sakkal Majalla"/>
          <w:sz w:val="24"/>
          <w:szCs w:val="24"/>
          <w:rtl/>
        </w:rPr>
        <w:t>وسياسات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التعليم،</w:t>
      </w:r>
      <w:r w:rsidRPr="003E3418">
        <w:rPr>
          <w:rFonts w:ascii="Sakkal Majalla" w:hAnsi="Sakkal Majalla" w:cs="Sakkal Majalla"/>
          <w:sz w:val="24"/>
        </w:rPr>
        <w:t xml:space="preserve"> </w:t>
      </w:r>
      <w:r w:rsidRPr="003E3418">
        <w:rPr>
          <w:rFonts w:ascii="Sakkal Majalla" w:hAnsi="Sakkal Majalla" w:cs="Sakkal Majalla"/>
          <w:sz w:val="24"/>
          <w:szCs w:val="24"/>
          <w:rtl/>
        </w:rPr>
        <w:t>وحماية</w:t>
      </w:r>
      <w:r w:rsidRPr="003E3418">
        <w:rPr>
          <w:rFonts w:ascii="Sakkal Majalla" w:hAnsi="Sakkal Majalla" w:cs="Sakkal Majalla"/>
          <w:sz w:val="24"/>
        </w:rPr>
        <w:t xml:space="preserve"> </w:t>
      </w:r>
      <w:r w:rsidRPr="003E3418">
        <w:rPr>
          <w:rFonts w:ascii="Sakkal Majalla" w:hAnsi="Sakkal Majalla" w:cs="Sakkal Majalla"/>
          <w:sz w:val="24"/>
          <w:szCs w:val="24"/>
          <w:rtl/>
        </w:rPr>
        <w:t>حقوق</w:t>
      </w:r>
      <w:r w:rsidRPr="003E3418">
        <w:rPr>
          <w:rFonts w:ascii="Sakkal Majalla" w:hAnsi="Sakkal Majalla" w:cs="Sakkal Majalla"/>
          <w:sz w:val="24"/>
        </w:rPr>
        <w:t xml:space="preserve"> </w:t>
      </w:r>
      <w:r w:rsidRPr="003E3418">
        <w:rPr>
          <w:rFonts w:ascii="Sakkal Majalla" w:hAnsi="Sakkal Majalla" w:cs="Sakkal Majalla"/>
          <w:sz w:val="24"/>
          <w:szCs w:val="24"/>
          <w:rtl/>
        </w:rPr>
        <w:t>الملكية،</w:t>
      </w:r>
      <w:r w:rsidRPr="003E3418">
        <w:rPr>
          <w:rFonts w:ascii="Sakkal Majalla" w:hAnsi="Sakkal Majalla" w:cs="Sakkal Majalla"/>
          <w:sz w:val="24"/>
        </w:rPr>
        <w:t xml:space="preserve"> </w:t>
      </w:r>
      <w:r w:rsidRPr="003E3418">
        <w:rPr>
          <w:rFonts w:ascii="Sakkal Majalla" w:hAnsi="Sakkal Majalla" w:cs="Sakkal Majalla"/>
          <w:sz w:val="24"/>
          <w:szCs w:val="24"/>
          <w:rtl/>
        </w:rPr>
        <w:t>ومعدل</w:t>
      </w:r>
      <w:r w:rsidRPr="003E3418">
        <w:rPr>
          <w:rFonts w:ascii="Sakkal Majalla" w:hAnsi="Sakkal Majalla" w:cs="Sakkal Majalla"/>
          <w:sz w:val="24"/>
        </w:rPr>
        <w:t xml:space="preserve"> </w:t>
      </w:r>
      <w:r w:rsidRPr="003E3418">
        <w:rPr>
          <w:rFonts w:ascii="Sakkal Majalla" w:hAnsi="Sakkal Majalla" w:cs="Sakkal Majalla"/>
          <w:sz w:val="24"/>
          <w:szCs w:val="24"/>
          <w:rtl/>
        </w:rPr>
        <w:t>التضخم</w:t>
      </w:r>
      <w:r w:rsidRPr="003E3418">
        <w:rPr>
          <w:rFonts w:ascii="Sakkal Majalla" w:hAnsi="Sakkal Majalla" w:cs="Sakkal Majalla"/>
          <w:sz w:val="24"/>
        </w:rPr>
        <w:t>.</w:t>
      </w:r>
    </w:p>
    <w:p w14:paraId="12BB7CBE"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أهم</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النتائج</w:t>
      </w:r>
      <w:r w:rsidRPr="003E3418">
        <w:rPr>
          <w:rFonts w:ascii="Sakkal Majalla" w:hAnsi="Sakkal Majalla" w:cs="Sakkal Majalla"/>
          <w:b/>
          <w:sz w:val="24"/>
        </w:rPr>
        <w:t xml:space="preserve">: </w:t>
      </w:r>
      <w:r w:rsidRPr="003E3418">
        <w:rPr>
          <w:rFonts w:ascii="Sakkal Majalla" w:hAnsi="Sakkal Majalla" w:cs="Sakkal Majalla"/>
          <w:sz w:val="24"/>
          <w:szCs w:val="24"/>
          <w:rtl/>
        </w:rPr>
        <w:t>رفع</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بانحراف</w:t>
      </w:r>
      <w:r w:rsidRPr="003E3418">
        <w:rPr>
          <w:rFonts w:ascii="Sakkal Majalla" w:hAnsi="Sakkal Majalla" w:cs="Sakkal Majalla"/>
          <w:sz w:val="24"/>
        </w:rPr>
        <w:t xml:space="preserve"> </w:t>
      </w:r>
      <w:r w:rsidRPr="003E3418">
        <w:rPr>
          <w:rFonts w:ascii="Sakkal Majalla" w:hAnsi="Sakkal Majalla" w:cs="Sakkal Majalla"/>
          <w:sz w:val="24"/>
          <w:szCs w:val="24"/>
          <w:rtl/>
        </w:rPr>
        <w:t>معياري</w:t>
      </w:r>
      <w:r w:rsidRPr="003E3418">
        <w:rPr>
          <w:rFonts w:ascii="Sakkal Majalla" w:hAnsi="Sakkal Majalla" w:cs="Sakkal Majalla"/>
          <w:sz w:val="24"/>
        </w:rPr>
        <w:t xml:space="preserve"> </w:t>
      </w:r>
      <w:r w:rsidRPr="003E3418">
        <w:rPr>
          <w:rFonts w:ascii="Sakkal Majalla" w:hAnsi="Sakkal Majalla" w:cs="Sakkal Majalla"/>
          <w:sz w:val="24"/>
          <w:szCs w:val="24"/>
          <w:rtl/>
        </w:rPr>
        <w:t>واحد</w:t>
      </w:r>
      <w:r w:rsidRPr="003E3418">
        <w:rPr>
          <w:rFonts w:ascii="Sakkal Majalla" w:hAnsi="Sakkal Majalla" w:cs="Sakkal Majalla"/>
          <w:sz w:val="24"/>
        </w:rPr>
        <w:t xml:space="preserve"> </w:t>
      </w:r>
      <w:r w:rsidRPr="003E3418">
        <w:rPr>
          <w:rFonts w:ascii="Sakkal Majalla" w:hAnsi="Sakkal Majalla" w:cs="Sakkal Majalla"/>
          <w:sz w:val="24"/>
          <w:szCs w:val="24"/>
          <w:rtl/>
        </w:rPr>
        <w:t>يُوسّع</w:t>
      </w:r>
      <w:r w:rsidRPr="003E3418">
        <w:rPr>
          <w:rFonts w:ascii="Sakkal Majalla" w:hAnsi="Sakkal Majalla" w:cs="Sakkal Majalla"/>
          <w:sz w:val="24"/>
        </w:rPr>
        <w:t xml:space="preserve"> </w:t>
      </w:r>
      <w:r w:rsidRPr="003E3418">
        <w:rPr>
          <w:rFonts w:ascii="Sakkal Majalla" w:hAnsi="Sakkal Majalla" w:cs="Sakkal Majalla"/>
          <w:sz w:val="24"/>
          <w:szCs w:val="24"/>
          <w:rtl/>
        </w:rPr>
        <w:t>معامل</w:t>
      </w:r>
      <w:r w:rsidRPr="003E3418">
        <w:rPr>
          <w:rFonts w:ascii="Sakkal Majalla" w:hAnsi="Sakkal Majalla" w:cs="Sakkal Majalla"/>
          <w:sz w:val="24"/>
        </w:rPr>
        <w:t xml:space="preserve"> </w:t>
      </w:r>
      <w:r w:rsidRPr="003E3418">
        <w:rPr>
          <w:rFonts w:ascii="Sakkal Majalla" w:hAnsi="Sakkal Majalla" w:cs="Sakkal Majalla"/>
          <w:sz w:val="24"/>
          <w:szCs w:val="24"/>
          <w:rtl/>
        </w:rPr>
        <w:t>جيني</w:t>
      </w:r>
      <w:r w:rsidRPr="003E3418">
        <w:rPr>
          <w:rFonts w:ascii="Sakkal Majalla" w:hAnsi="Sakkal Majalla" w:cs="Sakkal Majalla"/>
          <w:sz w:val="24"/>
        </w:rPr>
        <w:t xml:space="preserve"> </w:t>
      </w:r>
      <w:r w:rsidRPr="003E3418">
        <w:rPr>
          <w:rFonts w:ascii="Sakkal Majalla" w:hAnsi="Sakkal Majalla" w:cs="Sakkal Majalla"/>
          <w:sz w:val="24"/>
          <w:szCs w:val="24"/>
          <w:rtl/>
        </w:rPr>
        <w:t>بنحو</w:t>
      </w:r>
      <w:r w:rsidRPr="003E3418">
        <w:rPr>
          <w:rFonts w:ascii="Sakkal Majalla" w:hAnsi="Sakkal Majalla" w:cs="Sakkal Majalla"/>
          <w:sz w:val="24"/>
        </w:rPr>
        <w:t xml:space="preserve"> 11 </w:t>
      </w:r>
      <w:r w:rsidRPr="003E3418">
        <w:rPr>
          <w:rFonts w:ascii="Sakkal Majalla" w:hAnsi="Sakkal Majalla" w:cs="Sakkal Majalla"/>
          <w:sz w:val="24"/>
          <w:szCs w:val="24"/>
          <w:rtl/>
        </w:rPr>
        <w:t>نقطة</w:t>
      </w:r>
      <w:r w:rsidRPr="003E3418">
        <w:rPr>
          <w:rFonts w:ascii="Sakkal Majalla" w:hAnsi="Sakkal Majalla" w:cs="Sakkal Majalla"/>
          <w:sz w:val="24"/>
        </w:rPr>
        <w:t xml:space="preserve"> </w:t>
      </w:r>
      <w:r w:rsidRPr="003E3418">
        <w:rPr>
          <w:rFonts w:ascii="Sakkal Majalla" w:hAnsi="Sakkal Majalla" w:cs="Sakkal Majalla"/>
          <w:sz w:val="24"/>
          <w:szCs w:val="24"/>
          <w:rtl/>
        </w:rPr>
        <w:t>ويُخفّض</w:t>
      </w:r>
      <w:r w:rsidRPr="003E3418">
        <w:rPr>
          <w:rFonts w:ascii="Sakkal Majalla" w:hAnsi="Sakkal Majalla" w:cs="Sakkal Majalla"/>
          <w:sz w:val="24"/>
        </w:rPr>
        <w:t xml:space="preserve"> </w:t>
      </w:r>
      <w:r w:rsidRPr="003E3418">
        <w:rPr>
          <w:rFonts w:ascii="Sakkal Majalla" w:hAnsi="Sakkal Majalla" w:cs="Sakkal Majalla"/>
          <w:sz w:val="24"/>
          <w:szCs w:val="24"/>
          <w:rtl/>
        </w:rPr>
        <w:t>معدل</w:t>
      </w:r>
      <w:r w:rsidRPr="003E3418">
        <w:rPr>
          <w:rFonts w:ascii="Sakkal Majalla" w:hAnsi="Sakkal Majalla" w:cs="Sakkal Majalla"/>
          <w:sz w:val="24"/>
        </w:rPr>
        <w:t xml:space="preserve"> </w:t>
      </w:r>
      <w:r w:rsidRPr="003E3418">
        <w:rPr>
          <w:rFonts w:ascii="Sakkal Majalla" w:hAnsi="Sakkal Majalla" w:cs="Sakkal Majalla"/>
          <w:sz w:val="24"/>
          <w:szCs w:val="24"/>
          <w:rtl/>
        </w:rPr>
        <w:t>نمو</w:t>
      </w:r>
      <w:r w:rsidRPr="003E3418">
        <w:rPr>
          <w:rFonts w:ascii="Sakkal Majalla" w:hAnsi="Sakkal Majalla" w:cs="Sakkal Majalla"/>
          <w:sz w:val="24"/>
        </w:rPr>
        <w:t xml:space="preserve"> </w:t>
      </w:r>
      <w:r w:rsidRPr="003E3418">
        <w:rPr>
          <w:rFonts w:ascii="Sakkal Majalla" w:hAnsi="Sakkal Majalla" w:cs="Sakkal Majalla"/>
          <w:sz w:val="24"/>
          <w:szCs w:val="24"/>
          <w:rtl/>
        </w:rPr>
        <w:t>دخل</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الفقراء</w:t>
      </w:r>
      <w:r w:rsidRPr="003E3418">
        <w:rPr>
          <w:rFonts w:ascii="Sakkal Majalla" w:hAnsi="Sakkal Majalla" w:cs="Sakkal Majalla"/>
          <w:sz w:val="24"/>
        </w:rPr>
        <w:t xml:space="preserve"> </w:t>
      </w:r>
      <w:r w:rsidRPr="003E3418">
        <w:rPr>
          <w:rFonts w:ascii="Sakkal Majalla" w:hAnsi="Sakkal Majalla" w:cs="Sakkal Majalla"/>
          <w:sz w:val="24"/>
          <w:szCs w:val="24"/>
          <w:rtl/>
        </w:rPr>
        <w:t>بنحو</w:t>
      </w:r>
      <w:r w:rsidRPr="003E3418">
        <w:rPr>
          <w:rFonts w:ascii="Sakkal Majalla" w:hAnsi="Sakkal Majalla" w:cs="Sakkal Majalla"/>
          <w:sz w:val="24"/>
        </w:rPr>
        <w:t xml:space="preserve"> 5 </w:t>
      </w:r>
      <w:r w:rsidRPr="003E3418">
        <w:rPr>
          <w:rFonts w:ascii="Sakkal Majalla" w:hAnsi="Sakkal Majalla" w:cs="Sakkal Majalla"/>
          <w:sz w:val="24"/>
          <w:szCs w:val="24"/>
          <w:rtl/>
        </w:rPr>
        <w:t>نقاط</w:t>
      </w:r>
      <w:r w:rsidRPr="003E3418">
        <w:rPr>
          <w:rFonts w:ascii="Sakkal Majalla" w:hAnsi="Sakkal Majalla" w:cs="Sakkal Majalla"/>
          <w:sz w:val="24"/>
        </w:rPr>
        <w:t xml:space="preserve"> </w:t>
      </w:r>
      <w:r w:rsidRPr="003E3418">
        <w:rPr>
          <w:rFonts w:ascii="Sakkal Majalla" w:hAnsi="Sakkal Majalla" w:cs="Sakkal Majalla"/>
          <w:sz w:val="24"/>
          <w:szCs w:val="24"/>
          <w:rtl/>
        </w:rPr>
        <w:t>مئوية</w:t>
      </w:r>
      <w:r w:rsidRPr="003E3418">
        <w:rPr>
          <w:rFonts w:ascii="Sakkal Majalla" w:hAnsi="Sakkal Majalla" w:cs="Sakkal Majalla"/>
          <w:sz w:val="24"/>
        </w:rPr>
        <w:t xml:space="preserve"> </w:t>
      </w:r>
      <w:r w:rsidRPr="003E3418">
        <w:rPr>
          <w:rFonts w:ascii="Sakkal Majalla" w:hAnsi="Sakkal Majalla" w:cs="Sakkal Majalla"/>
          <w:sz w:val="24"/>
          <w:szCs w:val="24"/>
          <w:rtl/>
        </w:rPr>
        <w:t>سنوياً</w:t>
      </w:r>
      <w:r w:rsidRPr="003E3418">
        <w:rPr>
          <w:rFonts w:ascii="Sakkal Majalla" w:hAnsi="Sakkal Majalla" w:cs="Sakkal Majalla"/>
          <w:sz w:val="24"/>
        </w:rPr>
        <w:t xml:space="preserve">. </w:t>
      </w:r>
      <w:r w:rsidRPr="003E3418">
        <w:rPr>
          <w:rFonts w:ascii="Sakkal Majalla" w:hAnsi="Sakkal Majalla" w:cs="Sakkal Majalla"/>
          <w:sz w:val="24"/>
          <w:szCs w:val="24"/>
          <w:rtl/>
        </w:rPr>
        <w:t>القناتان</w:t>
      </w:r>
      <w:r w:rsidRPr="003E3418">
        <w:rPr>
          <w:rFonts w:ascii="Sakkal Majalla" w:hAnsi="Sakkal Majalla" w:cs="Sakkal Majalla"/>
          <w:sz w:val="24"/>
        </w:rPr>
        <w:t xml:space="preserve"> </w:t>
      </w:r>
      <w:r w:rsidRPr="003E3418">
        <w:rPr>
          <w:rFonts w:ascii="Sakkal Majalla" w:hAnsi="Sakkal Majalla" w:cs="Sakkal Majalla"/>
          <w:sz w:val="24"/>
          <w:szCs w:val="24"/>
          <w:rtl/>
        </w:rPr>
        <w:t>الأقوى</w:t>
      </w:r>
      <w:r w:rsidRPr="003E3418">
        <w:rPr>
          <w:rFonts w:ascii="Sakkal Majalla" w:hAnsi="Sakkal Majalla" w:cs="Sakkal Majalla"/>
          <w:sz w:val="24"/>
        </w:rPr>
        <w:t xml:space="preserve"> </w:t>
      </w:r>
      <w:r w:rsidRPr="003E3418">
        <w:rPr>
          <w:rFonts w:ascii="Sakkal Majalla" w:hAnsi="Sakkal Majalla" w:cs="Sakkal Majalla"/>
          <w:sz w:val="24"/>
          <w:szCs w:val="24"/>
          <w:rtl/>
        </w:rPr>
        <w:t>أثراً</w:t>
      </w:r>
      <w:r w:rsidRPr="003E3418">
        <w:rPr>
          <w:rFonts w:ascii="Sakkal Majalla" w:hAnsi="Sakkal Majalla" w:cs="Sakkal Majalla"/>
          <w:sz w:val="24"/>
        </w:rPr>
        <w:t xml:space="preserve">: </w:t>
      </w:r>
      <w:r w:rsidRPr="003E3418">
        <w:rPr>
          <w:rFonts w:ascii="Sakkal Majalla" w:hAnsi="Sakkal Majalla" w:cs="Sakkal Majalla"/>
          <w:sz w:val="24"/>
          <w:szCs w:val="24"/>
          <w:rtl/>
        </w:rPr>
        <w:t>الإنفاق</w:t>
      </w:r>
      <w:r w:rsidRPr="003E3418">
        <w:rPr>
          <w:rFonts w:ascii="Sakkal Majalla" w:hAnsi="Sakkal Majalla" w:cs="Sakkal Majalla"/>
          <w:sz w:val="24"/>
        </w:rPr>
        <w:t xml:space="preserve"> </w:t>
      </w:r>
      <w:r w:rsidRPr="003E3418">
        <w:rPr>
          <w:rFonts w:ascii="Sakkal Majalla" w:hAnsi="Sakkal Majalla" w:cs="Sakkal Majalla"/>
          <w:sz w:val="24"/>
          <w:szCs w:val="24"/>
          <w:rtl/>
        </w:rPr>
        <w:t>الاجتماعي</w:t>
      </w:r>
      <w:r w:rsidRPr="003E3418">
        <w:rPr>
          <w:rFonts w:ascii="Sakkal Majalla" w:hAnsi="Sakkal Majalla" w:cs="Sakkal Majalla"/>
          <w:sz w:val="24"/>
        </w:rPr>
        <w:t xml:space="preserve"> </w:t>
      </w:r>
      <w:r w:rsidRPr="003E3418">
        <w:rPr>
          <w:rFonts w:ascii="Sakkal Majalla" w:hAnsi="Sakkal Majalla" w:cs="Sakkal Majalla"/>
          <w:sz w:val="24"/>
          <w:szCs w:val="24"/>
          <w:rtl/>
        </w:rPr>
        <w:t>والضرائب</w:t>
      </w:r>
      <w:r w:rsidRPr="003E3418">
        <w:rPr>
          <w:rFonts w:ascii="Sakkal Majalla" w:hAnsi="Sakkal Majalla" w:cs="Sakkal Majalla"/>
          <w:sz w:val="24"/>
        </w:rPr>
        <w:t>.</w:t>
      </w:r>
    </w:p>
    <w:p w14:paraId="3DAD35CD"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الصلة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بالبحث</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الحالي</w:t>
      </w:r>
      <w:r w:rsidRPr="003E3418">
        <w:rPr>
          <w:rFonts w:ascii="Sakkal Majalla" w:hAnsi="Sakkal Majalla" w:cs="Sakkal Majalla"/>
          <w:b/>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المؤسِّسة</w:t>
      </w:r>
      <w:r w:rsidRPr="003E3418">
        <w:rPr>
          <w:rFonts w:ascii="Sakkal Majalla" w:hAnsi="Sakkal Majalla" w:cs="Sakkal Majalla"/>
          <w:sz w:val="24"/>
        </w:rPr>
        <w:t xml:space="preserve"> </w:t>
      </w:r>
      <w:r w:rsidRPr="003E3418">
        <w:rPr>
          <w:rFonts w:ascii="Sakkal Majalla" w:hAnsi="Sakkal Majalla" w:cs="Sakkal Majalla"/>
          <w:sz w:val="24"/>
          <w:szCs w:val="24"/>
          <w:rtl/>
        </w:rPr>
        <w:t>لربط</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بالفقر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مباشرةً</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المستوى</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w:t>
      </w:r>
      <w:r w:rsidRPr="003E3418">
        <w:rPr>
          <w:rFonts w:ascii="Sakkal Majalla" w:hAnsi="Sakkal Majalla" w:cs="Sakkal Majalla"/>
          <w:sz w:val="24"/>
        </w:rPr>
        <w:t xml:space="preserve"> </w:t>
      </w:r>
      <w:r w:rsidRPr="003E3418">
        <w:rPr>
          <w:rFonts w:ascii="Sakkal Majalla" w:hAnsi="Sakkal Majalla" w:cs="Sakkal Majalla"/>
          <w:sz w:val="24"/>
          <w:szCs w:val="24"/>
          <w:rtl/>
        </w:rPr>
        <w:t>التجريبي</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w:t>
      </w:r>
      <w:r w:rsidRPr="003E3418">
        <w:rPr>
          <w:rFonts w:ascii="Sakkal Majalla" w:hAnsi="Sakkal Majalla" w:cs="Sakkal Majalla"/>
          <w:sz w:val="24"/>
        </w:rPr>
        <w:t xml:space="preserve"> </w:t>
      </w:r>
      <w:r w:rsidRPr="003E3418">
        <w:rPr>
          <w:rFonts w:ascii="Sakkal Majalla" w:hAnsi="Sakkal Majalla" w:cs="Sakkal Majalla"/>
          <w:sz w:val="24"/>
          <w:szCs w:val="24"/>
          <w:rtl/>
        </w:rPr>
        <w:t>الحالي</w:t>
      </w:r>
      <w:r w:rsidRPr="003E3418">
        <w:rPr>
          <w:rFonts w:ascii="Sakkal Majalla" w:hAnsi="Sakkal Majalla" w:cs="Sakkal Majalla"/>
          <w:sz w:val="24"/>
        </w:rPr>
        <w:t xml:space="preserve"> </w:t>
      </w:r>
      <w:r w:rsidRPr="003E3418">
        <w:rPr>
          <w:rFonts w:ascii="Sakkal Majalla" w:hAnsi="Sakkal Majalla" w:cs="Sakkal Majalla"/>
          <w:sz w:val="24"/>
          <w:szCs w:val="24"/>
          <w:rtl/>
        </w:rPr>
        <w:t>يُحدّث</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النتائج</w:t>
      </w:r>
      <w:r w:rsidRPr="003E3418">
        <w:rPr>
          <w:rFonts w:ascii="Sakkal Majalla" w:hAnsi="Sakkal Majalla" w:cs="Sakkal Majalla"/>
          <w:sz w:val="24"/>
        </w:rPr>
        <w:t xml:space="preserve"> </w:t>
      </w:r>
      <w:r w:rsidRPr="003E3418">
        <w:rPr>
          <w:rFonts w:ascii="Sakkal Majalla" w:hAnsi="Sakkal Majalla" w:cs="Sakkal Majalla"/>
          <w:sz w:val="24"/>
          <w:szCs w:val="24"/>
          <w:rtl/>
        </w:rPr>
        <w:t>ببيانات</w:t>
      </w:r>
      <w:r w:rsidRPr="003E3418">
        <w:rPr>
          <w:rFonts w:ascii="Sakkal Majalla" w:hAnsi="Sakkal Majalla" w:cs="Sakkal Majalla"/>
          <w:sz w:val="24"/>
        </w:rPr>
        <w:t xml:space="preserve"> 2000–2022 </w:t>
      </w:r>
      <w:r w:rsidRPr="003E3418">
        <w:rPr>
          <w:rFonts w:ascii="Sakkal Majalla" w:hAnsi="Sakkal Majalla" w:cs="Sakkal Majalla"/>
          <w:sz w:val="24"/>
          <w:szCs w:val="24"/>
          <w:rtl/>
        </w:rPr>
        <w:t>ويُضيف</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الوساطة</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w:t>
      </w:r>
      <w:r w:rsidRPr="003E3418">
        <w:rPr>
          <w:rFonts w:ascii="Sakkal Majalla" w:hAnsi="Sakkal Majalla" w:cs="Sakkal Majalla"/>
          <w:sz w:val="24"/>
        </w:rPr>
        <w:t xml:space="preserve"> </w:t>
      </w:r>
      <w:r w:rsidRPr="003E3418">
        <w:rPr>
          <w:rFonts w:ascii="Sakkal Majalla" w:hAnsi="Sakkal Majalla" w:cs="Sakkal Majalla"/>
          <w:sz w:val="24"/>
          <w:szCs w:val="24"/>
          <w:rtl/>
        </w:rPr>
        <w:t>المُحدَّث</w:t>
      </w:r>
      <w:r w:rsidRPr="003E3418">
        <w:rPr>
          <w:rFonts w:ascii="Sakkal Majalla" w:hAnsi="Sakkal Majalla" w:cs="Sakkal Majalla"/>
          <w:sz w:val="24"/>
        </w:rPr>
        <w:t>.</w:t>
      </w:r>
    </w:p>
    <w:p w14:paraId="38F5DCD4" w14:textId="77777777" w:rsidR="003E3418" w:rsidRPr="003E3418" w:rsidRDefault="003E3418" w:rsidP="003E3418">
      <w:pPr>
        <w:spacing w:before="80" w:after="80"/>
        <w:rPr>
          <w:rFonts w:ascii="Sakkal Majalla" w:hAnsi="Sakkal Majalla" w:cs="Sakkal Majalla"/>
        </w:rPr>
      </w:pPr>
    </w:p>
    <w:p w14:paraId="4B25854F" w14:textId="77777777" w:rsidR="003E3418" w:rsidRPr="003E3418" w:rsidRDefault="003E3418" w:rsidP="003E3418">
      <w:pPr>
        <w:bidi/>
        <w:spacing w:before="160" w:after="60" w:line="320" w:lineRule="exact"/>
        <w:rPr>
          <w:rFonts w:ascii="Sakkal Majalla" w:hAnsi="Sakkal Majalla" w:cs="Sakkal Majalla"/>
        </w:rPr>
      </w:pPr>
      <w:r w:rsidRPr="003E3418">
        <w:rPr>
          <w:rFonts w:ascii="Sakkal Majalla" w:hAnsi="Sakkal Majalla" w:cs="Sakkal Majalla"/>
          <w:b/>
          <w:sz w:val="24"/>
        </w:rPr>
        <w:t xml:space="preserve">9. Han, Li &amp; Xu (2022) — </w:t>
      </w:r>
      <w:r w:rsidRPr="003E3418">
        <w:rPr>
          <w:rFonts w:ascii="Sakkal Majalla" w:hAnsi="Sakkal Majalla" w:cs="Sakkal Majalla"/>
          <w:b/>
          <w:bCs/>
          <w:sz w:val="24"/>
          <w:szCs w:val="24"/>
          <w:rtl/>
        </w:rPr>
        <w:t>الدليل</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السببي</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التجريبي</w:t>
      </w:r>
    </w:p>
    <w:p w14:paraId="79780ECC"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المرجع</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الكامل</w:t>
      </w:r>
      <w:r w:rsidRPr="003E3418">
        <w:rPr>
          <w:rFonts w:ascii="Sakkal Majalla" w:hAnsi="Sakkal Majalla" w:cs="Sakkal Majalla"/>
          <w:b/>
          <w:sz w:val="24"/>
        </w:rPr>
        <w:t xml:space="preserve">: </w:t>
      </w:r>
      <w:r w:rsidRPr="003E3418">
        <w:rPr>
          <w:rFonts w:ascii="Sakkal Majalla" w:hAnsi="Sakkal Majalla" w:cs="Sakkal Majalla"/>
          <w:sz w:val="24"/>
        </w:rPr>
        <w:t>Han, L., Li, X., &amp; Xu, G. (2022). Anti-corruption and poverty alleviation: Evidence from China. Journal of Economic Behavior &amp; Organization, 203, 150–172. https://doi.org/10.1016/j.jebo.2022.09.003</w:t>
      </w:r>
    </w:p>
    <w:p w14:paraId="0DDCA5EB"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هدف</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الدراسة</w:t>
      </w:r>
      <w:r w:rsidRPr="003E3418">
        <w:rPr>
          <w:rFonts w:ascii="Sakkal Majalla" w:hAnsi="Sakkal Majalla" w:cs="Sakkal Majalla"/>
          <w:b/>
          <w:sz w:val="24"/>
        </w:rPr>
        <w:t xml:space="preserve">: </w:t>
      </w: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السببي</w:t>
      </w:r>
      <w:r w:rsidRPr="003E3418">
        <w:rPr>
          <w:rFonts w:ascii="Sakkal Majalla" w:hAnsi="Sakkal Majalla" w:cs="Sakkal Majalla"/>
          <w:sz w:val="24"/>
        </w:rPr>
        <w:t xml:space="preserve"> </w:t>
      </w:r>
      <w:r w:rsidRPr="003E3418">
        <w:rPr>
          <w:rFonts w:ascii="Sakkal Majalla" w:hAnsi="Sakkal Majalla" w:cs="Sakkal Majalla"/>
          <w:sz w:val="24"/>
          <w:szCs w:val="24"/>
          <w:rtl/>
        </w:rPr>
        <w:t>لحملة</w:t>
      </w:r>
      <w:r w:rsidRPr="003E3418">
        <w:rPr>
          <w:rFonts w:ascii="Sakkal Majalla" w:hAnsi="Sakkal Majalla" w:cs="Sakkal Majalla"/>
          <w:sz w:val="24"/>
        </w:rPr>
        <w:t xml:space="preserve"> </w:t>
      </w:r>
      <w:r w:rsidRPr="003E3418">
        <w:rPr>
          <w:rFonts w:ascii="Sakkal Majalla" w:hAnsi="Sakkal Majalla" w:cs="Sakkal Majalla"/>
          <w:sz w:val="24"/>
          <w:szCs w:val="24"/>
          <w:rtl/>
        </w:rPr>
        <w:t>مكافحة</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الصينية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الممنهجة</w:t>
      </w:r>
      <w:r w:rsidRPr="003E3418">
        <w:rPr>
          <w:rFonts w:ascii="Sakkal Majalla" w:hAnsi="Sakkal Majalla" w:cs="Sakkal Majalla"/>
          <w:sz w:val="24"/>
        </w:rPr>
        <w:t xml:space="preserve"> </w:t>
      </w:r>
      <w:r w:rsidRPr="003E3418">
        <w:rPr>
          <w:rFonts w:ascii="Sakkal Majalla" w:hAnsi="Sakkal Majalla" w:cs="Sakkal Majalla"/>
          <w:sz w:val="24"/>
          <w:szCs w:val="24"/>
          <w:rtl/>
        </w:rPr>
        <w:t>منذ</w:t>
      </w:r>
      <w:r w:rsidRPr="003E3418">
        <w:rPr>
          <w:rFonts w:ascii="Sakkal Majalla" w:hAnsi="Sakkal Majalla" w:cs="Sakkal Majalla"/>
          <w:sz w:val="24"/>
        </w:rPr>
        <w:t xml:space="preserve"> </w:t>
      </w:r>
      <w:r w:rsidRPr="003E3418">
        <w:rPr>
          <w:rFonts w:ascii="Sakkal Majalla" w:hAnsi="Sakkal Majalla" w:cs="Sakkal Majalla"/>
          <w:sz w:val="24"/>
          <w:szCs w:val="24"/>
          <w:rtl/>
        </w:rPr>
        <w:t>عام</w:t>
      </w:r>
      <w:r w:rsidRPr="003E3418">
        <w:rPr>
          <w:rFonts w:ascii="Sakkal Majalla" w:hAnsi="Sakkal Majalla" w:cs="Sakkal Majalla"/>
          <w:sz w:val="24"/>
        </w:rPr>
        <w:t xml:space="preserve"> 2012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معدلات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الريفي</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المقاطعات</w:t>
      </w:r>
      <w:r w:rsidRPr="003E3418">
        <w:rPr>
          <w:rFonts w:ascii="Sakkal Majalla" w:hAnsi="Sakkal Majalla" w:cs="Sakkal Majalla"/>
          <w:sz w:val="24"/>
        </w:rPr>
        <w:t xml:space="preserve"> </w:t>
      </w:r>
      <w:r w:rsidRPr="003E3418">
        <w:rPr>
          <w:rFonts w:ascii="Sakkal Majalla" w:hAnsi="Sakkal Majalla" w:cs="Sakkal Majalla"/>
          <w:sz w:val="24"/>
          <w:szCs w:val="24"/>
          <w:rtl/>
        </w:rPr>
        <w:t>الصينية،</w:t>
      </w:r>
      <w:r w:rsidRPr="003E3418">
        <w:rPr>
          <w:rFonts w:ascii="Sakkal Majalla" w:hAnsi="Sakkal Majalla" w:cs="Sakkal Majalla"/>
          <w:sz w:val="24"/>
        </w:rPr>
        <w:t xml:space="preserve"> </w:t>
      </w:r>
      <w:r w:rsidRPr="003E3418">
        <w:rPr>
          <w:rFonts w:ascii="Sakkal Majalla" w:hAnsi="Sakkal Majalla" w:cs="Sakkal Majalla"/>
          <w:sz w:val="24"/>
          <w:szCs w:val="24"/>
          <w:rtl/>
        </w:rPr>
        <w:t>باستخدام</w:t>
      </w:r>
      <w:r w:rsidRPr="003E3418">
        <w:rPr>
          <w:rFonts w:ascii="Sakkal Majalla" w:hAnsi="Sakkal Majalla" w:cs="Sakkal Majalla"/>
          <w:sz w:val="24"/>
        </w:rPr>
        <w:t xml:space="preserve"> </w:t>
      </w:r>
      <w:r w:rsidRPr="003E3418">
        <w:rPr>
          <w:rFonts w:ascii="Sakkal Majalla" w:hAnsi="Sakkal Majalla" w:cs="Sakkal Majalla"/>
          <w:sz w:val="24"/>
          <w:szCs w:val="24"/>
          <w:rtl/>
        </w:rPr>
        <w:t>استراتيجية</w:t>
      </w:r>
      <w:r w:rsidRPr="003E3418">
        <w:rPr>
          <w:rFonts w:ascii="Sakkal Majalla" w:hAnsi="Sakkal Majalla" w:cs="Sakkal Majalla"/>
          <w:sz w:val="24"/>
        </w:rPr>
        <w:t xml:space="preserve"> </w:t>
      </w:r>
      <w:r w:rsidRPr="003E3418">
        <w:rPr>
          <w:rFonts w:ascii="Sakkal Majalla" w:hAnsi="Sakkal Majalla" w:cs="Sakkal Majalla"/>
          <w:sz w:val="24"/>
          <w:szCs w:val="24"/>
          <w:rtl/>
        </w:rPr>
        <w:t>تعرّف</w:t>
      </w:r>
      <w:r w:rsidRPr="003E3418">
        <w:rPr>
          <w:rFonts w:ascii="Sakkal Majalla" w:hAnsi="Sakkal Majalla" w:cs="Sakkal Majalla"/>
          <w:sz w:val="24"/>
        </w:rPr>
        <w:t xml:space="preserve"> </w:t>
      </w:r>
      <w:r w:rsidRPr="003E3418">
        <w:rPr>
          <w:rFonts w:ascii="Sakkal Majalla" w:hAnsi="Sakkal Majalla" w:cs="Sakkal Majalla"/>
          <w:sz w:val="24"/>
          <w:szCs w:val="24"/>
          <w:rtl/>
        </w:rPr>
        <w:t>شبه</w:t>
      </w:r>
      <w:r w:rsidRPr="003E3418">
        <w:rPr>
          <w:rFonts w:ascii="Sakkal Majalla" w:hAnsi="Sakkal Majalla" w:cs="Sakkal Majalla"/>
          <w:sz w:val="24"/>
        </w:rPr>
        <w:t xml:space="preserve"> </w:t>
      </w:r>
      <w:r w:rsidRPr="003E3418">
        <w:rPr>
          <w:rFonts w:ascii="Sakkal Majalla" w:hAnsi="Sakkal Majalla" w:cs="Sakkal Majalla"/>
          <w:sz w:val="24"/>
          <w:szCs w:val="24"/>
          <w:rtl/>
        </w:rPr>
        <w:t>تجريبية</w:t>
      </w:r>
      <w:r w:rsidRPr="003E3418">
        <w:rPr>
          <w:rFonts w:ascii="Sakkal Majalla" w:hAnsi="Sakkal Majalla" w:cs="Sakkal Majalla"/>
          <w:sz w:val="24"/>
        </w:rPr>
        <w:t>.</w:t>
      </w:r>
    </w:p>
    <w:p w14:paraId="64D5DAF2"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lastRenderedPageBreak/>
        <w:t>المنهجية</w:t>
      </w:r>
      <w:r w:rsidRPr="003E3418">
        <w:rPr>
          <w:rFonts w:ascii="Sakkal Majalla" w:hAnsi="Sakkal Majalla" w:cs="Sakkal Majalla"/>
          <w:b/>
          <w:sz w:val="24"/>
        </w:rPr>
        <w:t xml:space="preserve">: </w:t>
      </w:r>
      <w:r w:rsidRPr="003E3418">
        <w:rPr>
          <w:rFonts w:ascii="Sakkal Majalla" w:hAnsi="Sakkal Majalla" w:cs="Sakkal Majalla"/>
          <w:sz w:val="24"/>
          <w:szCs w:val="24"/>
          <w:rtl/>
        </w:rPr>
        <w:t>بيانات</w:t>
      </w:r>
      <w:r w:rsidRPr="003E3418">
        <w:rPr>
          <w:rFonts w:ascii="Sakkal Majalla" w:hAnsi="Sakkal Majalla" w:cs="Sakkal Majalla"/>
          <w:sz w:val="24"/>
        </w:rPr>
        <w:t xml:space="preserve"> </w:t>
      </w:r>
      <w:r w:rsidRPr="003E3418">
        <w:rPr>
          <w:rFonts w:ascii="Sakkal Majalla" w:hAnsi="Sakkal Majalla" w:cs="Sakkal Majalla"/>
          <w:sz w:val="24"/>
          <w:szCs w:val="24"/>
          <w:rtl/>
        </w:rPr>
        <w:t>لوحية</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مستوى</w:t>
      </w:r>
      <w:r w:rsidRPr="003E3418">
        <w:rPr>
          <w:rFonts w:ascii="Sakkal Majalla" w:hAnsi="Sakkal Majalla" w:cs="Sakkal Majalla"/>
          <w:sz w:val="24"/>
        </w:rPr>
        <w:t xml:space="preserve"> </w:t>
      </w:r>
      <w:r w:rsidRPr="003E3418">
        <w:rPr>
          <w:rFonts w:ascii="Sakkal Majalla" w:hAnsi="Sakkal Majalla" w:cs="Sakkal Majalla"/>
          <w:sz w:val="24"/>
          <w:szCs w:val="24"/>
          <w:rtl/>
        </w:rPr>
        <w:t>المقاطعات</w:t>
      </w:r>
      <w:r w:rsidRPr="003E3418">
        <w:rPr>
          <w:rFonts w:ascii="Sakkal Majalla" w:hAnsi="Sakkal Majalla" w:cs="Sakkal Majalla"/>
          <w:sz w:val="24"/>
        </w:rPr>
        <w:t xml:space="preserve"> </w:t>
      </w:r>
      <w:r w:rsidRPr="003E3418">
        <w:rPr>
          <w:rFonts w:ascii="Sakkal Majalla" w:hAnsi="Sakkal Majalla" w:cs="Sakkal Majalla"/>
          <w:sz w:val="24"/>
          <w:szCs w:val="24"/>
          <w:rtl/>
        </w:rPr>
        <w:t>الصينية</w:t>
      </w:r>
      <w:r w:rsidRPr="003E3418">
        <w:rPr>
          <w:rFonts w:ascii="Sakkal Majalla" w:hAnsi="Sakkal Majalla" w:cs="Sakkal Majalla"/>
          <w:sz w:val="24"/>
        </w:rPr>
        <w:t xml:space="preserve">. </w:t>
      </w:r>
      <w:r w:rsidRPr="003E3418">
        <w:rPr>
          <w:rFonts w:ascii="Sakkal Majalla" w:hAnsi="Sakkal Majalla" w:cs="Sakkal Majalla"/>
          <w:sz w:val="24"/>
          <w:szCs w:val="24"/>
          <w:rtl/>
        </w:rPr>
        <w:t>أسلوب</w:t>
      </w:r>
      <w:r w:rsidRPr="003E3418">
        <w:rPr>
          <w:rFonts w:ascii="Sakkal Majalla" w:hAnsi="Sakkal Majalla" w:cs="Sakkal Majalla"/>
          <w:sz w:val="24"/>
        </w:rPr>
        <w:t xml:space="preserve"> Difference-in-Differences </w:t>
      </w:r>
      <w:r w:rsidRPr="003E3418">
        <w:rPr>
          <w:rFonts w:ascii="Sakkal Majalla" w:hAnsi="Sakkal Majalla" w:cs="Sakkal Majalla"/>
          <w:sz w:val="24"/>
          <w:szCs w:val="24"/>
          <w:rtl/>
        </w:rPr>
        <w:t>مع</w:t>
      </w:r>
      <w:r w:rsidRPr="003E3418">
        <w:rPr>
          <w:rFonts w:ascii="Sakkal Majalla" w:hAnsi="Sakkal Majalla" w:cs="Sakkal Majalla"/>
          <w:sz w:val="24"/>
        </w:rPr>
        <w:t xml:space="preserve"> </w:t>
      </w:r>
      <w:r w:rsidRPr="003E3418">
        <w:rPr>
          <w:rFonts w:ascii="Sakkal Majalla" w:hAnsi="Sakkal Majalla" w:cs="Sakkal Majalla"/>
          <w:sz w:val="24"/>
          <w:szCs w:val="24"/>
          <w:rtl/>
        </w:rPr>
        <w:t>استغلال</w:t>
      </w:r>
      <w:r w:rsidRPr="003E3418">
        <w:rPr>
          <w:rFonts w:ascii="Sakkal Majalla" w:hAnsi="Sakkal Majalla" w:cs="Sakkal Majalla"/>
          <w:sz w:val="24"/>
        </w:rPr>
        <w:t xml:space="preserve"> </w:t>
      </w:r>
      <w:r w:rsidRPr="003E3418">
        <w:rPr>
          <w:rFonts w:ascii="Sakkal Majalla" w:hAnsi="Sakkal Majalla" w:cs="Sakkal Majalla"/>
          <w:sz w:val="24"/>
          <w:szCs w:val="24"/>
          <w:rtl/>
        </w:rPr>
        <w:t>التدرج</w:t>
      </w:r>
      <w:r w:rsidRPr="003E3418">
        <w:rPr>
          <w:rFonts w:ascii="Sakkal Majalla" w:hAnsi="Sakkal Majalla" w:cs="Sakkal Majalla"/>
          <w:sz w:val="24"/>
        </w:rPr>
        <w:t xml:space="preserve"> </w:t>
      </w:r>
      <w:r w:rsidRPr="003E3418">
        <w:rPr>
          <w:rFonts w:ascii="Sakkal Majalla" w:hAnsi="Sakkal Majalla" w:cs="Sakkal Majalla"/>
          <w:sz w:val="24"/>
          <w:szCs w:val="24"/>
          <w:rtl/>
        </w:rPr>
        <w:t>الزمني</w:t>
      </w:r>
      <w:r w:rsidRPr="003E3418">
        <w:rPr>
          <w:rFonts w:ascii="Sakkal Majalla" w:hAnsi="Sakkal Majalla" w:cs="Sakkal Majalla"/>
          <w:sz w:val="24"/>
        </w:rPr>
        <w:t xml:space="preserve"> </w:t>
      </w:r>
      <w:r w:rsidRPr="003E3418">
        <w:rPr>
          <w:rFonts w:ascii="Sakkal Majalla" w:hAnsi="Sakkal Majalla" w:cs="Sakkal Majalla"/>
          <w:sz w:val="24"/>
          <w:szCs w:val="24"/>
          <w:rtl/>
        </w:rPr>
        <w:t>لحملة</w:t>
      </w:r>
      <w:r w:rsidRPr="003E3418">
        <w:rPr>
          <w:rFonts w:ascii="Sakkal Majalla" w:hAnsi="Sakkal Majalla" w:cs="Sakkal Majalla"/>
          <w:sz w:val="24"/>
        </w:rPr>
        <w:t xml:space="preserve"> </w:t>
      </w:r>
      <w:r w:rsidRPr="003E3418">
        <w:rPr>
          <w:rFonts w:ascii="Sakkal Majalla" w:hAnsi="Sakkal Majalla" w:cs="Sakkal Majalla"/>
          <w:sz w:val="24"/>
          <w:szCs w:val="24"/>
          <w:rtl/>
        </w:rPr>
        <w:t>مكافحة</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المقاطعات</w:t>
      </w:r>
      <w:r w:rsidRPr="003E3418">
        <w:rPr>
          <w:rFonts w:ascii="Sakkal Majalla" w:hAnsi="Sakkal Majalla" w:cs="Sakkal Majalla"/>
          <w:sz w:val="24"/>
        </w:rPr>
        <w:t xml:space="preserve"> </w:t>
      </w:r>
      <w:r w:rsidRPr="003E3418">
        <w:rPr>
          <w:rFonts w:ascii="Sakkal Majalla" w:hAnsi="Sakkal Majalla" w:cs="Sakkal Majalla"/>
          <w:sz w:val="24"/>
          <w:szCs w:val="24"/>
          <w:rtl/>
        </w:rPr>
        <w:t>كاستراتيجية</w:t>
      </w:r>
      <w:r w:rsidRPr="003E3418">
        <w:rPr>
          <w:rFonts w:ascii="Sakkal Majalla" w:hAnsi="Sakkal Majalla" w:cs="Sakkal Majalla"/>
          <w:sz w:val="24"/>
        </w:rPr>
        <w:t xml:space="preserve"> </w:t>
      </w:r>
      <w:r w:rsidRPr="003E3418">
        <w:rPr>
          <w:rFonts w:ascii="Sakkal Majalla" w:hAnsi="Sakkal Majalla" w:cs="Sakkal Majalla"/>
          <w:sz w:val="24"/>
          <w:szCs w:val="24"/>
          <w:rtl/>
        </w:rPr>
        <w:t>تعرّف</w:t>
      </w:r>
      <w:r w:rsidRPr="003E3418">
        <w:rPr>
          <w:rFonts w:ascii="Sakkal Majalla" w:hAnsi="Sakkal Majalla" w:cs="Sakkal Majalla"/>
          <w:sz w:val="24"/>
        </w:rPr>
        <w:t xml:space="preserve"> </w:t>
      </w:r>
      <w:r w:rsidRPr="003E3418">
        <w:rPr>
          <w:rFonts w:ascii="Sakkal Majalla" w:hAnsi="Sakkal Majalla" w:cs="Sakkal Majalla"/>
          <w:sz w:val="24"/>
          <w:szCs w:val="24"/>
          <w:rtl/>
        </w:rPr>
        <w:t>علِّي</w:t>
      </w:r>
      <w:r w:rsidRPr="003E3418">
        <w:rPr>
          <w:rFonts w:ascii="Sakkal Majalla" w:hAnsi="Sakkal Majalla" w:cs="Sakkal Majalla"/>
          <w:sz w:val="24"/>
        </w:rPr>
        <w:t>.</w:t>
      </w:r>
    </w:p>
    <w:p w14:paraId="7B3D670D"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أهم</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النتائج</w:t>
      </w:r>
      <w:r w:rsidRPr="003E3418">
        <w:rPr>
          <w:rFonts w:ascii="Sakkal Majalla" w:hAnsi="Sakkal Majalla" w:cs="Sakkal Majalla"/>
          <w:b/>
          <w:sz w:val="24"/>
        </w:rPr>
        <w:t xml:space="preserve">: </w:t>
      </w:r>
      <w:r w:rsidRPr="003E3418">
        <w:rPr>
          <w:rFonts w:ascii="Sakkal Majalla" w:hAnsi="Sakkal Majalla" w:cs="Sakkal Majalla"/>
          <w:sz w:val="24"/>
          <w:szCs w:val="24"/>
          <w:rtl/>
        </w:rPr>
        <w:t>مكافحة</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خفّضت</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الريفي</w:t>
      </w:r>
      <w:r w:rsidRPr="003E3418">
        <w:rPr>
          <w:rFonts w:ascii="Sakkal Majalla" w:hAnsi="Sakkal Majalla" w:cs="Sakkal Majalla"/>
          <w:sz w:val="24"/>
        </w:rPr>
        <w:t xml:space="preserve"> </w:t>
      </w:r>
      <w:r w:rsidRPr="003E3418">
        <w:rPr>
          <w:rFonts w:ascii="Sakkal Majalla" w:hAnsi="Sakkal Majalla" w:cs="Sakkal Majalla"/>
          <w:sz w:val="24"/>
          <w:szCs w:val="24"/>
          <w:rtl/>
        </w:rPr>
        <w:t>بصورة</w:t>
      </w:r>
      <w:r w:rsidRPr="003E3418">
        <w:rPr>
          <w:rFonts w:ascii="Sakkal Majalla" w:hAnsi="Sakkal Majalla" w:cs="Sakkal Majalla"/>
          <w:sz w:val="24"/>
        </w:rPr>
        <w:t xml:space="preserve"> </w:t>
      </w:r>
      <w:r w:rsidRPr="003E3418">
        <w:rPr>
          <w:rFonts w:ascii="Sakkal Majalla" w:hAnsi="Sakkal Majalla" w:cs="Sakkal Majalla"/>
          <w:sz w:val="24"/>
          <w:szCs w:val="24"/>
          <w:rtl/>
        </w:rPr>
        <w:t>ملموسة</w:t>
      </w:r>
      <w:r w:rsidRPr="003E3418">
        <w:rPr>
          <w:rFonts w:ascii="Sakkal Majalla" w:hAnsi="Sakkal Majalla" w:cs="Sakkal Majalla"/>
          <w:sz w:val="24"/>
        </w:rPr>
        <w:t xml:space="preserve"> </w:t>
      </w:r>
      <w:r w:rsidRPr="003E3418">
        <w:rPr>
          <w:rFonts w:ascii="Sakkal Majalla" w:hAnsi="Sakkal Majalla" w:cs="Sakkal Majalla"/>
          <w:sz w:val="24"/>
          <w:szCs w:val="24"/>
          <w:rtl/>
        </w:rPr>
        <w:t>ودالة</w:t>
      </w:r>
      <w:r w:rsidRPr="003E3418">
        <w:rPr>
          <w:rFonts w:ascii="Sakkal Majalla" w:hAnsi="Sakkal Majalla" w:cs="Sakkal Majalla"/>
          <w:sz w:val="24"/>
        </w:rPr>
        <w:t xml:space="preserve"> </w:t>
      </w:r>
      <w:r w:rsidRPr="003E3418">
        <w:rPr>
          <w:rFonts w:ascii="Sakkal Majalla" w:hAnsi="Sakkal Majalla" w:cs="Sakkal Majalla"/>
          <w:sz w:val="24"/>
          <w:szCs w:val="24"/>
          <w:rtl/>
        </w:rPr>
        <w:t>إحصائياً</w:t>
      </w:r>
      <w:r w:rsidRPr="003E3418">
        <w:rPr>
          <w:rFonts w:ascii="Sakkal Majalla" w:hAnsi="Sakkal Majalla" w:cs="Sakkal Majalla"/>
          <w:sz w:val="24"/>
        </w:rPr>
        <w:t xml:space="preserve"> </w:t>
      </w:r>
      <w:r w:rsidRPr="003E3418">
        <w:rPr>
          <w:rFonts w:ascii="Sakkal Majalla" w:hAnsi="Sakkal Majalla" w:cs="Sakkal Majalla"/>
          <w:sz w:val="24"/>
          <w:szCs w:val="24"/>
          <w:rtl/>
        </w:rPr>
        <w:t>عبر</w:t>
      </w:r>
      <w:r w:rsidRPr="003E3418">
        <w:rPr>
          <w:rFonts w:ascii="Sakkal Majalla" w:hAnsi="Sakkal Majalla" w:cs="Sakkal Majalla"/>
          <w:sz w:val="24"/>
        </w:rPr>
        <w:t xml:space="preserve"> </w:t>
      </w:r>
      <w:r w:rsidRPr="003E3418">
        <w:rPr>
          <w:rFonts w:ascii="Sakkal Majalla" w:hAnsi="Sakkal Majalla" w:cs="Sakkal Majalla"/>
          <w:sz w:val="24"/>
          <w:szCs w:val="24"/>
          <w:rtl/>
        </w:rPr>
        <w:t>قناتين</w:t>
      </w:r>
      <w:r w:rsidRPr="003E3418">
        <w:rPr>
          <w:rFonts w:ascii="Sakkal Majalla" w:hAnsi="Sakkal Majalla" w:cs="Sakkal Majalla"/>
          <w:sz w:val="24"/>
        </w:rPr>
        <w:t xml:space="preserve"> </w:t>
      </w:r>
      <w:r w:rsidRPr="003E3418">
        <w:rPr>
          <w:rFonts w:ascii="Sakkal Majalla" w:hAnsi="Sakkal Majalla" w:cs="Sakkal Majalla"/>
          <w:sz w:val="24"/>
          <w:szCs w:val="24"/>
          <w:rtl/>
        </w:rPr>
        <w:t>رئيسيتين</w:t>
      </w:r>
      <w:r w:rsidRPr="003E3418">
        <w:rPr>
          <w:rFonts w:ascii="Sakkal Majalla" w:hAnsi="Sakkal Majalla" w:cs="Sakkal Majalla"/>
          <w:sz w:val="24"/>
        </w:rPr>
        <w:t xml:space="preserve">: </w:t>
      </w:r>
      <w:r w:rsidRPr="003E3418">
        <w:rPr>
          <w:rFonts w:ascii="Sakkal Majalla" w:hAnsi="Sakkal Majalla" w:cs="Sakkal Majalla"/>
          <w:sz w:val="24"/>
          <w:szCs w:val="24"/>
          <w:rtl/>
        </w:rPr>
        <w:t>تحسين</w:t>
      </w:r>
      <w:r w:rsidRPr="003E3418">
        <w:rPr>
          <w:rFonts w:ascii="Sakkal Majalla" w:hAnsi="Sakkal Majalla" w:cs="Sakkal Majalla"/>
          <w:sz w:val="24"/>
        </w:rPr>
        <w:t xml:space="preserve"> </w:t>
      </w:r>
      <w:r w:rsidRPr="003E3418">
        <w:rPr>
          <w:rFonts w:ascii="Sakkal Majalla" w:hAnsi="Sakkal Majalla" w:cs="Sakkal Majalla"/>
          <w:sz w:val="24"/>
          <w:szCs w:val="24"/>
          <w:rtl/>
        </w:rPr>
        <w:t>كفاءة</w:t>
      </w:r>
      <w:r w:rsidRPr="003E3418">
        <w:rPr>
          <w:rFonts w:ascii="Sakkal Majalla" w:hAnsi="Sakkal Majalla" w:cs="Sakkal Majalla"/>
          <w:sz w:val="24"/>
        </w:rPr>
        <w:t xml:space="preserve"> </w:t>
      </w:r>
      <w:r w:rsidRPr="003E3418">
        <w:rPr>
          <w:rFonts w:ascii="Sakkal Majalla" w:hAnsi="Sakkal Majalla" w:cs="Sakkal Majalla"/>
          <w:sz w:val="24"/>
          <w:szCs w:val="24"/>
          <w:rtl/>
        </w:rPr>
        <w:t>توجيه</w:t>
      </w:r>
      <w:r w:rsidRPr="003E3418">
        <w:rPr>
          <w:rFonts w:ascii="Sakkal Majalla" w:hAnsi="Sakkal Majalla" w:cs="Sakkal Majalla"/>
          <w:sz w:val="24"/>
        </w:rPr>
        <w:t xml:space="preserve"> </w:t>
      </w:r>
      <w:r w:rsidRPr="003E3418">
        <w:rPr>
          <w:rFonts w:ascii="Sakkal Majalla" w:hAnsi="Sakkal Majalla" w:cs="Sakkal Majalla"/>
          <w:sz w:val="24"/>
          <w:szCs w:val="24"/>
          <w:rtl/>
        </w:rPr>
        <w:t>الإنفاق</w:t>
      </w:r>
      <w:r w:rsidRPr="003E3418">
        <w:rPr>
          <w:rFonts w:ascii="Sakkal Majalla" w:hAnsi="Sakkal Majalla" w:cs="Sakkal Majalla"/>
          <w:sz w:val="24"/>
        </w:rPr>
        <w:t xml:space="preserve"> </w:t>
      </w:r>
      <w:r w:rsidRPr="003E3418">
        <w:rPr>
          <w:rFonts w:ascii="Sakkal Majalla" w:hAnsi="Sakkal Majalla" w:cs="Sakkal Majalla"/>
          <w:sz w:val="24"/>
          <w:szCs w:val="24"/>
          <w:rtl/>
        </w:rPr>
        <w:t>الحكومي</w:t>
      </w:r>
      <w:r w:rsidRPr="003E3418">
        <w:rPr>
          <w:rFonts w:ascii="Sakkal Majalla" w:hAnsi="Sakkal Majalla" w:cs="Sakkal Majalla"/>
          <w:sz w:val="24"/>
        </w:rPr>
        <w:t xml:space="preserve"> </w:t>
      </w:r>
      <w:r w:rsidRPr="003E3418">
        <w:rPr>
          <w:rFonts w:ascii="Sakkal Majalla" w:hAnsi="Sakkal Majalla" w:cs="Sakkal Majalla"/>
          <w:sz w:val="24"/>
          <w:szCs w:val="24"/>
          <w:rtl/>
        </w:rPr>
        <w:t>نحو</w:t>
      </w:r>
      <w:r w:rsidRPr="003E3418">
        <w:rPr>
          <w:rFonts w:ascii="Sakkal Majalla" w:hAnsi="Sakkal Majalla" w:cs="Sakkal Majalla"/>
          <w:sz w:val="24"/>
        </w:rPr>
        <w:t xml:space="preserve"> </w:t>
      </w:r>
      <w:r w:rsidRPr="003E3418">
        <w:rPr>
          <w:rFonts w:ascii="Sakkal Majalla" w:hAnsi="Sakkal Majalla" w:cs="Sakkal Majalla"/>
          <w:sz w:val="24"/>
          <w:szCs w:val="24"/>
          <w:rtl/>
        </w:rPr>
        <w:t>المستفيدين</w:t>
      </w:r>
      <w:r w:rsidRPr="003E3418">
        <w:rPr>
          <w:rFonts w:ascii="Sakkal Majalla" w:hAnsi="Sakkal Majalla" w:cs="Sakkal Majalla"/>
          <w:sz w:val="24"/>
        </w:rPr>
        <w:t xml:space="preserve"> </w:t>
      </w:r>
      <w:r w:rsidRPr="003E3418">
        <w:rPr>
          <w:rFonts w:ascii="Sakkal Majalla" w:hAnsi="Sakkal Majalla" w:cs="Sakkal Majalla"/>
          <w:sz w:val="24"/>
          <w:szCs w:val="24"/>
          <w:rtl/>
        </w:rPr>
        <w:t>الفعليين،</w:t>
      </w:r>
      <w:r w:rsidRPr="003E3418">
        <w:rPr>
          <w:rFonts w:ascii="Sakkal Majalla" w:hAnsi="Sakkal Majalla" w:cs="Sakkal Majalla"/>
          <w:sz w:val="24"/>
        </w:rPr>
        <w:t xml:space="preserve"> </w:t>
      </w:r>
      <w:r w:rsidRPr="003E3418">
        <w:rPr>
          <w:rFonts w:ascii="Sakkal Majalla" w:hAnsi="Sakkal Majalla" w:cs="Sakkal Majalla"/>
          <w:sz w:val="24"/>
          <w:szCs w:val="24"/>
          <w:rtl/>
        </w:rPr>
        <w:t>وتعزيز</w:t>
      </w:r>
      <w:r w:rsidRPr="003E3418">
        <w:rPr>
          <w:rFonts w:ascii="Sakkal Majalla" w:hAnsi="Sakkal Majalla" w:cs="Sakkal Majalla"/>
          <w:sz w:val="24"/>
        </w:rPr>
        <w:t xml:space="preserve"> </w:t>
      </w:r>
      <w:r w:rsidRPr="003E3418">
        <w:rPr>
          <w:rFonts w:ascii="Sakkal Majalla" w:hAnsi="Sakkal Majalla" w:cs="Sakkal Majalla"/>
          <w:sz w:val="24"/>
          <w:szCs w:val="24"/>
          <w:rtl/>
        </w:rPr>
        <w:t>ثقة</w:t>
      </w:r>
      <w:r w:rsidRPr="003E3418">
        <w:rPr>
          <w:rFonts w:ascii="Sakkal Majalla" w:hAnsi="Sakkal Majalla" w:cs="Sakkal Majalla"/>
          <w:sz w:val="24"/>
        </w:rPr>
        <w:t xml:space="preserve"> </w:t>
      </w:r>
      <w:r w:rsidRPr="003E3418">
        <w:rPr>
          <w:rFonts w:ascii="Sakkal Majalla" w:hAnsi="Sakkal Majalla" w:cs="Sakkal Majalla"/>
          <w:sz w:val="24"/>
          <w:szCs w:val="24"/>
          <w:rtl/>
        </w:rPr>
        <w:t>المستثمرين</w:t>
      </w:r>
      <w:r w:rsidRPr="003E3418">
        <w:rPr>
          <w:rFonts w:ascii="Sakkal Majalla" w:hAnsi="Sakkal Majalla" w:cs="Sakkal Majalla"/>
          <w:sz w:val="24"/>
        </w:rPr>
        <w:t xml:space="preserve"> </w:t>
      </w:r>
      <w:r w:rsidRPr="003E3418">
        <w:rPr>
          <w:rFonts w:ascii="Sakkal Majalla" w:hAnsi="Sakkal Majalla" w:cs="Sakkal Majalla"/>
          <w:sz w:val="24"/>
          <w:szCs w:val="24"/>
          <w:rtl/>
        </w:rPr>
        <w:t>الصغار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القطاع</w:t>
      </w:r>
      <w:r w:rsidRPr="003E3418">
        <w:rPr>
          <w:rFonts w:ascii="Sakkal Majalla" w:hAnsi="Sakkal Majalla" w:cs="Sakkal Majalla"/>
          <w:sz w:val="24"/>
        </w:rPr>
        <w:t xml:space="preserve"> </w:t>
      </w:r>
      <w:r w:rsidRPr="003E3418">
        <w:rPr>
          <w:rFonts w:ascii="Sakkal Majalla" w:hAnsi="Sakkal Majalla" w:cs="Sakkal Majalla"/>
          <w:sz w:val="24"/>
          <w:szCs w:val="24"/>
          <w:rtl/>
        </w:rPr>
        <w:t>الريفي</w:t>
      </w:r>
      <w:r w:rsidRPr="003E3418">
        <w:rPr>
          <w:rFonts w:ascii="Sakkal Majalla" w:hAnsi="Sakkal Majalla" w:cs="Sakkal Majalla"/>
          <w:sz w:val="24"/>
        </w:rPr>
        <w:t>.</w:t>
      </w:r>
    </w:p>
    <w:p w14:paraId="7DA76890"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الصلة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بالبحث</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الحالي</w:t>
      </w:r>
      <w:r w:rsidRPr="003E3418">
        <w:rPr>
          <w:rFonts w:ascii="Sakkal Majalla" w:hAnsi="Sakkal Majalla" w:cs="Sakkal Majalla"/>
          <w:b/>
          <w:sz w:val="24"/>
        </w:rPr>
        <w:t xml:space="preserve">: </w:t>
      </w:r>
      <w:r w:rsidRPr="003E3418">
        <w:rPr>
          <w:rFonts w:ascii="Sakkal Majalla" w:hAnsi="Sakkal Majalla" w:cs="Sakkal Majalla"/>
          <w:sz w:val="24"/>
          <w:szCs w:val="24"/>
          <w:rtl/>
        </w:rPr>
        <w:t>يُقدّم</w:t>
      </w:r>
      <w:r w:rsidRPr="003E3418">
        <w:rPr>
          <w:rFonts w:ascii="Sakkal Majalla" w:hAnsi="Sakkal Majalla" w:cs="Sakkal Majalla"/>
          <w:sz w:val="24"/>
        </w:rPr>
        <w:t xml:space="preserve"> </w:t>
      </w:r>
      <w:r w:rsidRPr="003E3418">
        <w:rPr>
          <w:rFonts w:ascii="Sakkal Majalla" w:hAnsi="Sakkal Majalla" w:cs="Sakkal Majalla"/>
          <w:sz w:val="24"/>
          <w:szCs w:val="24"/>
          <w:rtl/>
        </w:rPr>
        <w:t>أقوى</w:t>
      </w:r>
      <w:r w:rsidRPr="003E3418">
        <w:rPr>
          <w:rFonts w:ascii="Sakkal Majalla" w:hAnsi="Sakkal Majalla" w:cs="Sakkal Majalla"/>
          <w:sz w:val="24"/>
        </w:rPr>
        <w:t xml:space="preserve"> </w:t>
      </w:r>
      <w:r w:rsidRPr="003E3418">
        <w:rPr>
          <w:rFonts w:ascii="Sakkal Majalla" w:hAnsi="Sakkal Majalla" w:cs="Sakkal Majalla"/>
          <w:sz w:val="24"/>
          <w:szCs w:val="24"/>
          <w:rtl/>
        </w:rPr>
        <w:t>دليل</w:t>
      </w:r>
      <w:r w:rsidRPr="003E3418">
        <w:rPr>
          <w:rFonts w:ascii="Sakkal Majalla" w:hAnsi="Sakkal Majalla" w:cs="Sakkal Majalla"/>
          <w:sz w:val="24"/>
        </w:rPr>
        <w:t xml:space="preserve"> </w:t>
      </w:r>
      <w:r w:rsidRPr="003E3418">
        <w:rPr>
          <w:rFonts w:ascii="Sakkal Majalla" w:hAnsi="Sakkal Majalla" w:cs="Sakkal Majalla"/>
          <w:sz w:val="24"/>
          <w:szCs w:val="24"/>
          <w:rtl/>
        </w:rPr>
        <w:t>سببي</w:t>
      </w:r>
      <w:r w:rsidRPr="003E3418">
        <w:rPr>
          <w:rFonts w:ascii="Sakkal Majalla" w:hAnsi="Sakkal Majalla" w:cs="Sakkal Majalla"/>
          <w:sz w:val="24"/>
        </w:rPr>
        <w:t xml:space="preserve"> </w:t>
      </w:r>
      <w:r w:rsidRPr="003E3418">
        <w:rPr>
          <w:rFonts w:ascii="Sakkal Majalla" w:hAnsi="Sakkal Majalla" w:cs="Sakkal Majalla"/>
          <w:sz w:val="24"/>
          <w:szCs w:val="24"/>
          <w:rtl/>
        </w:rPr>
        <w:t>متاح</w:t>
      </w:r>
      <w:r w:rsidRPr="003E3418">
        <w:rPr>
          <w:rFonts w:ascii="Sakkal Majalla" w:hAnsi="Sakkal Majalla" w:cs="Sakkal Majalla"/>
          <w:sz w:val="24"/>
        </w:rPr>
        <w:t xml:space="preserve"> </w:t>
      </w:r>
      <w:r w:rsidRPr="003E3418">
        <w:rPr>
          <w:rFonts w:ascii="Sakkal Majalla" w:hAnsi="Sakkal Majalla" w:cs="Sakkal Majalla"/>
          <w:sz w:val="24"/>
          <w:szCs w:val="24"/>
          <w:rtl/>
        </w:rPr>
        <w:t>حتى</w:t>
      </w:r>
      <w:r w:rsidRPr="003E3418">
        <w:rPr>
          <w:rFonts w:ascii="Sakkal Majalla" w:hAnsi="Sakkal Majalla" w:cs="Sakkal Majalla"/>
          <w:sz w:val="24"/>
        </w:rPr>
        <w:t xml:space="preserve"> </w:t>
      </w:r>
      <w:r w:rsidRPr="003E3418">
        <w:rPr>
          <w:rFonts w:ascii="Sakkal Majalla" w:hAnsi="Sakkal Majalla" w:cs="Sakkal Majalla"/>
          <w:sz w:val="24"/>
          <w:szCs w:val="24"/>
          <w:rtl/>
        </w:rPr>
        <w:t>الآن</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الصلة</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المباشرة</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مكافحة</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وتقليص</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w:t>
      </w:r>
      <w:r w:rsidRPr="003E3418">
        <w:rPr>
          <w:rFonts w:ascii="Sakkal Majalla" w:hAnsi="Sakkal Majalla" w:cs="Sakkal Majalla"/>
          <w:sz w:val="24"/>
        </w:rPr>
        <w:t xml:space="preserve"> </w:t>
      </w:r>
      <w:r w:rsidRPr="003E3418">
        <w:rPr>
          <w:rFonts w:ascii="Sakkal Majalla" w:hAnsi="Sakkal Majalla" w:cs="Sakkal Majalla"/>
          <w:sz w:val="24"/>
          <w:szCs w:val="24"/>
          <w:rtl/>
        </w:rPr>
        <w:t>الحالي</w:t>
      </w:r>
      <w:r w:rsidRPr="003E3418">
        <w:rPr>
          <w:rFonts w:ascii="Sakkal Majalla" w:hAnsi="Sakkal Majalla" w:cs="Sakkal Majalla"/>
          <w:sz w:val="24"/>
        </w:rPr>
        <w:t xml:space="preserve"> </w:t>
      </w:r>
      <w:r w:rsidRPr="003E3418">
        <w:rPr>
          <w:rFonts w:ascii="Sakkal Majalla" w:hAnsi="Sakkal Majalla" w:cs="Sakkal Majalla"/>
          <w:sz w:val="24"/>
          <w:szCs w:val="24"/>
          <w:rtl/>
        </w:rPr>
        <w:t>يُعمّم</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النتيجة</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74 </w:t>
      </w:r>
      <w:r w:rsidRPr="003E3418">
        <w:rPr>
          <w:rFonts w:ascii="Sakkal Majalla" w:hAnsi="Sakkal Majalla" w:cs="Sakkal Majalla"/>
          <w:sz w:val="24"/>
          <w:szCs w:val="24"/>
          <w:rtl/>
        </w:rPr>
        <w:t>دولة</w:t>
      </w:r>
      <w:r w:rsidRPr="003E3418">
        <w:rPr>
          <w:rFonts w:ascii="Sakkal Majalla" w:hAnsi="Sakkal Majalla" w:cs="Sakkal Majalla"/>
          <w:sz w:val="24"/>
        </w:rPr>
        <w:t xml:space="preserve"> </w:t>
      </w:r>
      <w:r w:rsidRPr="003E3418">
        <w:rPr>
          <w:rFonts w:ascii="Sakkal Majalla" w:hAnsi="Sakkal Majalla" w:cs="Sakkal Majalla"/>
          <w:sz w:val="24"/>
          <w:szCs w:val="24"/>
          <w:rtl/>
        </w:rPr>
        <w:t>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سياقات</w:t>
      </w:r>
      <w:r w:rsidRPr="003E3418">
        <w:rPr>
          <w:rFonts w:ascii="Sakkal Majalla" w:hAnsi="Sakkal Majalla" w:cs="Sakkal Majalla"/>
          <w:sz w:val="24"/>
        </w:rPr>
        <w:t xml:space="preserve"> </w:t>
      </w:r>
      <w:r w:rsidRPr="003E3418">
        <w:rPr>
          <w:rFonts w:ascii="Sakkal Majalla" w:hAnsi="Sakkal Majalla" w:cs="Sakkal Majalla"/>
          <w:sz w:val="24"/>
          <w:szCs w:val="24"/>
          <w:rtl/>
        </w:rPr>
        <w:t>مؤسسية</w:t>
      </w:r>
      <w:r w:rsidRPr="003E3418">
        <w:rPr>
          <w:rFonts w:ascii="Sakkal Majalla" w:hAnsi="Sakkal Majalla" w:cs="Sakkal Majalla"/>
          <w:sz w:val="24"/>
        </w:rPr>
        <w:t xml:space="preserve"> </w:t>
      </w:r>
      <w:r w:rsidRPr="003E3418">
        <w:rPr>
          <w:rFonts w:ascii="Sakkal Majalla" w:hAnsi="Sakkal Majalla" w:cs="Sakkal Majalla"/>
          <w:sz w:val="24"/>
          <w:szCs w:val="24"/>
          <w:rtl/>
        </w:rPr>
        <w:t>متنوعة</w:t>
      </w:r>
      <w:r w:rsidRPr="003E3418">
        <w:rPr>
          <w:rFonts w:ascii="Sakkal Majalla" w:hAnsi="Sakkal Majalla" w:cs="Sakkal Majalla"/>
          <w:sz w:val="24"/>
        </w:rPr>
        <w:t>.</w:t>
      </w:r>
    </w:p>
    <w:p w14:paraId="1A634C7C" w14:textId="77777777" w:rsidR="003E3418" w:rsidRPr="003E3418" w:rsidRDefault="003E3418" w:rsidP="003E3418">
      <w:pPr>
        <w:spacing w:before="80" w:after="80"/>
        <w:rPr>
          <w:rFonts w:ascii="Sakkal Majalla" w:hAnsi="Sakkal Majalla" w:cs="Sakkal Majalla"/>
        </w:rPr>
      </w:pPr>
    </w:p>
    <w:p w14:paraId="6E79E160" w14:textId="77777777" w:rsidR="003E3418" w:rsidRPr="003E3418" w:rsidRDefault="003E3418" w:rsidP="003E3418">
      <w:pPr>
        <w:bidi/>
        <w:spacing w:before="160" w:after="60" w:line="320" w:lineRule="exact"/>
        <w:rPr>
          <w:rFonts w:ascii="Sakkal Majalla" w:hAnsi="Sakkal Majalla" w:cs="Sakkal Majalla"/>
        </w:rPr>
      </w:pPr>
      <w:r w:rsidRPr="003E3418">
        <w:rPr>
          <w:rFonts w:ascii="Sakkal Majalla" w:hAnsi="Sakkal Majalla" w:cs="Sakkal Majalla"/>
          <w:b/>
          <w:sz w:val="24"/>
        </w:rPr>
        <w:t xml:space="preserve">10. Kou &amp; Yasin (2024) — </w:t>
      </w:r>
      <w:r w:rsidRPr="003E3418">
        <w:rPr>
          <w:rFonts w:ascii="Sakkal Majalla" w:hAnsi="Sakkal Majalla" w:cs="Sakkal Majalla"/>
          <w:b/>
          <w:bCs/>
          <w:sz w:val="24"/>
          <w:szCs w:val="24"/>
          <w:rtl/>
        </w:rPr>
        <w:t>البُعد</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السياسي</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والحوكمة</w:t>
      </w:r>
    </w:p>
    <w:p w14:paraId="54C7FFC8"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المرجع</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الكامل</w:t>
      </w:r>
      <w:r w:rsidRPr="003E3418">
        <w:rPr>
          <w:rFonts w:ascii="Sakkal Majalla" w:hAnsi="Sakkal Majalla" w:cs="Sakkal Majalla"/>
          <w:b/>
          <w:sz w:val="24"/>
        </w:rPr>
        <w:t xml:space="preserve">: </w:t>
      </w:r>
      <w:r w:rsidRPr="003E3418">
        <w:rPr>
          <w:rFonts w:ascii="Sakkal Majalla" w:hAnsi="Sakkal Majalla" w:cs="Sakkal Majalla"/>
          <w:sz w:val="24"/>
        </w:rPr>
        <w:t>Kou, Y., &amp; Yasin, I. (2024). Navigating poverty in developing nations: Unraveling the impact of political dynamics on sustainable well-being. Humanities and Social Sciences Communications, 11, 1143. https://doi.org/10.1057/s41599-024-03670-6</w:t>
      </w:r>
    </w:p>
    <w:p w14:paraId="17AC88AE"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هدف</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الدراسة</w:t>
      </w:r>
      <w:r w:rsidRPr="003E3418">
        <w:rPr>
          <w:rFonts w:ascii="Sakkal Majalla" w:hAnsi="Sakkal Majalla" w:cs="Sakkal Majalla"/>
          <w:b/>
          <w:sz w:val="24"/>
        </w:rPr>
        <w:t xml:space="preserve">: </w:t>
      </w:r>
      <w:r w:rsidRPr="003E3418">
        <w:rPr>
          <w:rFonts w:ascii="Sakkal Majalla" w:hAnsi="Sakkal Majalla" w:cs="Sakkal Majalla"/>
          <w:sz w:val="24"/>
          <w:szCs w:val="24"/>
          <w:rtl/>
        </w:rPr>
        <w:t>تحديد</w:t>
      </w:r>
      <w:r w:rsidRPr="003E3418">
        <w:rPr>
          <w:rFonts w:ascii="Sakkal Majalla" w:hAnsi="Sakkal Majalla" w:cs="Sakkal Majalla"/>
          <w:sz w:val="24"/>
        </w:rPr>
        <w:t xml:space="preserve"> </w:t>
      </w:r>
      <w:r w:rsidRPr="003E3418">
        <w:rPr>
          <w:rFonts w:ascii="Sakkal Majalla" w:hAnsi="Sakkal Majalla" w:cs="Sakkal Majalla"/>
          <w:sz w:val="24"/>
          <w:szCs w:val="24"/>
          <w:rtl/>
        </w:rPr>
        <w:t>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العوامل</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السياسية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المركّبة</w:t>
      </w:r>
      <w:r w:rsidRPr="003E3418">
        <w:rPr>
          <w:rFonts w:ascii="Sakkal Majalla" w:hAnsi="Sakkal Majalla" w:cs="Sakkal Majalla"/>
          <w:sz w:val="24"/>
        </w:rPr>
        <w:t xml:space="preserve"> —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والحوكمة،</w:t>
      </w:r>
      <w:r w:rsidRPr="003E3418">
        <w:rPr>
          <w:rFonts w:ascii="Sakkal Majalla" w:hAnsi="Sakkal Majalla" w:cs="Sakkal Majalla"/>
          <w:sz w:val="24"/>
        </w:rPr>
        <w:t xml:space="preserve"> </w:t>
      </w:r>
      <w:r w:rsidRPr="003E3418">
        <w:rPr>
          <w:rFonts w:ascii="Sakkal Majalla" w:hAnsi="Sakkal Majalla" w:cs="Sakkal Majalla"/>
          <w:sz w:val="24"/>
          <w:szCs w:val="24"/>
          <w:rtl/>
        </w:rPr>
        <w:t>والديمقراطية،</w:t>
      </w:r>
      <w:r w:rsidRPr="003E3418">
        <w:rPr>
          <w:rFonts w:ascii="Sakkal Majalla" w:hAnsi="Sakkal Majalla" w:cs="Sakkal Majalla"/>
          <w:sz w:val="24"/>
        </w:rPr>
        <w:t xml:space="preserve"> </w:t>
      </w:r>
      <w:r w:rsidRPr="003E3418">
        <w:rPr>
          <w:rFonts w:ascii="Sakkal Majalla" w:hAnsi="Sakkal Majalla" w:cs="Sakkal Majalla"/>
          <w:sz w:val="24"/>
          <w:szCs w:val="24"/>
          <w:rtl/>
        </w:rPr>
        <w:t>والعولمة</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السياسية</w:t>
      </w:r>
      <w:r w:rsidRPr="003E3418">
        <w:rPr>
          <w:rFonts w:ascii="Sakkal Majalla" w:hAnsi="Sakkal Majalla" w:cs="Sakkal Majalla"/>
          <w:sz w:val="24"/>
        </w:rPr>
        <w:t xml:space="preserve"> —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خلال</w:t>
      </w:r>
      <w:r w:rsidRPr="003E3418">
        <w:rPr>
          <w:rFonts w:ascii="Sakkal Majalla" w:hAnsi="Sakkal Majalla" w:cs="Sakkal Majalla"/>
          <w:sz w:val="24"/>
        </w:rPr>
        <w:t xml:space="preserve"> 1997–2022 </w:t>
      </w:r>
      <w:r w:rsidRPr="003E3418">
        <w:rPr>
          <w:rFonts w:ascii="Sakkal Majalla" w:hAnsi="Sakkal Majalla" w:cs="Sakkal Majalla"/>
          <w:sz w:val="24"/>
          <w:szCs w:val="24"/>
          <w:rtl/>
        </w:rPr>
        <w:t>بنهج</w:t>
      </w:r>
      <w:r w:rsidRPr="003E3418">
        <w:rPr>
          <w:rFonts w:ascii="Sakkal Majalla" w:hAnsi="Sakkal Majalla" w:cs="Sakkal Majalla"/>
          <w:sz w:val="24"/>
        </w:rPr>
        <w:t xml:space="preserve"> </w:t>
      </w:r>
      <w:r w:rsidRPr="003E3418">
        <w:rPr>
          <w:rFonts w:ascii="Sakkal Majalla" w:hAnsi="Sakkal Majalla" w:cs="Sakkal Majalla"/>
          <w:sz w:val="24"/>
          <w:szCs w:val="24"/>
          <w:rtl/>
        </w:rPr>
        <w:t>متكامل</w:t>
      </w:r>
      <w:r w:rsidRPr="003E3418">
        <w:rPr>
          <w:rFonts w:ascii="Sakkal Majalla" w:hAnsi="Sakkal Majalla" w:cs="Sakkal Majalla"/>
          <w:sz w:val="24"/>
        </w:rPr>
        <w:t>.</w:t>
      </w:r>
    </w:p>
    <w:p w14:paraId="510439B3"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المنهجية</w:t>
      </w:r>
      <w:r w:rsidRPr="003E3418">
        <w:rPr>
          <w:rFonts w:ascii="Sakkal Majalla" w:hAnsi="Sakkal Majalla" w:cs="Sakkal Majalla"/>
          <w:b/>
          <w:sz w:val="24"/>
        </w:rPr>
        <w:t xml:space="preserve">: </w:t>
      </w:r>
      <w:r w:rsidRPr="003E3418">
        <w:rPr>
          <w:rFonts w:ascii="Sakkal Majalla" w:hAnsi="Sakkal Majalla" w:cs="Sakkal Majalla"/>
          <w:sz w:val="24"/>
          <w:szCs w:val="24"/>
          <w:rtl/>
        </w:rPr>
        <w:t>بيانات</w:t>
      </w:r>
      <w:r w:rsidRPr="003E3418">
        <w:rPr>
          <w:rFonts w:ascii="Sakkal Majalla" w:hAnsi="Sakkal Majalla" w:cs="Sakkal Majalla"/>
          <w:sz w:val="24"/>
        </w:rPr>
        <w:t xml:space="preserve"> </w:t>
      </w:r>
      <w:r w:rsidRPr="003E3418">
        <w:rPr>
          <w:rFonts w:ascii="Sakkal Majalla" w:hAnsi="Sakkal Majalla" w:cs="Sakkal Majalla"/>
          <w:sz w:val="24"/>
          <w:szCs w:val="24"/>
          <w:rtl/>
        </w:rPr>
        <w:t>لوحة</w:t>
      </w:r>
      <w:r w:rsidRPr="003E3418">
        <w:rPr>
          <w:rFonts w:ascii="Sakkal Majalla" w:hAnsi="Sakkal Majalla" w:cs="Sakkal Majalla"/>
          <w:sz w:val="24"/>
        </w:rPr>
        <w:t xml:space="preserve"> </w:t>
      </w:r>
      <w:r w:rsidRPr="003E3418">
        <w:rPr>
          <w:rFonts w:ascii="Sakkal Majalla" w:hAnsi="Sakkal Majalla" w:cs="Sakkal Majalla"/>
          <w:sz w:val="24"/>
          <w:szCs w:val="24"/>
          <w:rtl/>
        </w:rPr>
        <w:t>لـ</w:t>
      </w:r>
      <w:r w:rsidRPr="003E3418">
        <w:rPr>
          <w:rFonts w:ascii="Sakkal Majalla" w:hAnsi="Sakkal Majalla" w:cs="Sakkal Majalla"/>
          <w:sz w:val="24"/>
        </w:rPr>
        <w:t xml:space="preserve"> 24 </w:t>
      </w:r>
      <w:r w:rsidRPr="003E3418">
        <w:rPr>
          <w:rFonts w:ascii="Sakkal Majalla" w:hAnsi="Sakkal Majalla" w:cs="Sakkal Majalla"/>
          <w:sz w:val="24"/>
          <w:szCs w:val="24"/>
          <w:rtl/>
        </w:rPr>
        <w:t>دولة</w:t>
      </w:r>
      <w:r w:rsidRPr="003E3418">
        <w:rPr>
          <w:rFonts w:ascii="Sakkal Majalla" w:hAnsi="Sakkal Majalla" w:cs="Sakkal Majalla"/>
          <w:sz w:val="24"/>
        </w:rPr>
        <w:t xml:space="preserve"> </w:t>
      </w:r>
      <w:r w:rsidRPr="003E3418">
        <w:rPr>
          <w:rFonts w:ascii="Sakkal Majalla" w:hAnsi="Sakkal Majalla" w:cs="Sakkal Majalla"/>
          <w:sz w:val="24"/>
          <w:szCs w:val="24"/>
          <w:rtl/>
        </w:rPr>
        <w:t>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خلال</w:t>
      </w:r>
      <w:r w:rsidRPr="003E3418">
        <w:rPr>
          <w:rFonts w:ascii="Sakkal Majalla" w:hAnsi="Sakkal Majalla" w:cs="Sakkal Majalla"/>
          <w:sz w:val="24"/>
        </w:rPr>
        <w:t xml:space="preserve"> 1997–2022. </w:t>
      </w:r>
      <w:r w:rsidRPr="003E3418">
        <w:rPr>
          <w:rFonts w:ascii="Sakkal Majalla" w:hAnsi="Sakkal Majalla" w:cs="Sakkal Majalla"/>
          <w:sz w:val="24"/>
          <w:szCs w:val="24"/>
          <w:rtl/>
        </w:rPr>
        <w:t>نماذج</w:t>
      </w:r>
      <w:r w:rsidRPr="003E3418">
        <w:rPr>
          <w:rFonts w:ascii="Sakkal Majalla" w:hAnsi="Sakkal Majalla" w:cs="Sakkal Majalla"/>
          <w:sz w:val="24"/>
        </w:rPr>
        <w:t xml:space="preserve"> Fixed Effects </w:t>
      </w:r>
      <w:r w:rsidRPr="003E3418">
        <w:rPr>
          <w:rFonts w:ascii="Sakkal Majalla" w:hAnsi="Sakkal Majalla" w:cs="Sakkal Majalla"/>
          <w:sz w:val="24"/>
          <w:szCs w:val="24"/>
          <w:rtl/>
        </w:rPr>
        <w:t>و</w:t>
      </w:r>
      <w:r w:rsidRPr="003E3418">
        <w:rPr>
          <w:rFonts w:ascii="Sakkal Majalla" w:hAnsi="Sakkal Majalla" w:cs="Sakkal Majalla"/>
          <w:sz w:val="24"/>
        </w:rPr>
        <w:t xml:space="preserve">System GMM </w:t>
      </w:r>
      <w:r w:rsidRPr="003E3418">
        <w:rPr>
          <w:rFonts w:ascii="Sakkal Majalla" w:hAnsi="Sakkal Majalla" w:cs="Sakkal Majalla"/>
          <w:sz w:val="24"/>
          <w:szCs w:val="24"/>
          <w:rtl/>
        </w:rPr>
        <w:t>و</w:t>
      </w:r>
      <w:r w:rsidRPr="003E3418">
        <w:rPr>
          <w:rFonts w:ascii="Sakkal Majalla" w:hAnsi="Sakkal Majalla" w:cs="Sakkal Majalla"/>
          <w:sz w:val="24"/>
        </w:rPr>
        <w:t xml:space="preserve">IV/2SLS. </w:t>
      </w: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التفاعل</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متغيرات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الحوكمة</w:t>
      </w:r>
      <w:r w:rsidRPr="003E3418">
        <w:rPr>
          <w:rFonts w:ascii="Sakkal Majalla" w:hAnsi="Sakkal Majalla" w:cs="Sakkal Majalla"/>
          <w:sz w:val="24"/>
        </w:rPr>
        <w:t xml:space="preserve"> </w:t>
      </w:r>
      <w:r w:rsidRPr="003E3418">
        <w:rPr>
          <w:rFonts w:ascii="Sakkal Majalla" w:hAnsi="Sakkal Majalla" w:cs="Sakkal Majalla"/>
          <w:sz w:val="24"/>
          <w:szCs w:val="24"/>
          <w:rtl/>
        </w:rPr>
        <w:t>المختلفة</w:t>
      </w:r>
      <w:r w:rsidRPr="003E3418">
        <w:rPr>
          <w:rFonts w:ascii="Sakkal Majalla" w:hAnsi="Sakkal Majalla" w:cs="Sakkal Majalla"/>
          <w:sz w:val="24"/>
        </w:rPr>
        <w:t>.</w:t>
      </w:r>
    </w:p>
    <w:p w14:paraId="2A26749A"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أهم</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النتائج</w:t>
      </w:r>
      <w:r w:rsidRPr="003E3418">
        <w:rPr>
          <w:rFonts w:ascii="Sakkal Majalla" w:hAnsi="Sakkal Majalla" w:cs="Sakkal Majalla"/>
          <w:b/>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وضعف</w:t>
      </w:r>
      <w:r w:rsidRPr="003E3418">
        <w:rPr>
          <w:rFonts w:ascii="Sakkal Majalla" w:hAnsi="Sakkal Majalla" w:cs="Sakkal Majalla"/>
          <w:sz w:val="24"/>
        </w:rPr>
        <w:t xml:space="preserve"> </w:t>
      </w:r>
      <w:r w:rsidRPr="003E3418">
        <w:rPr>
          <w:rFonts w:ascii="Sakkal Majalla" w:hAnsi="Sakkal Majalla" w:cs="Sakkal Majalla"/>
          <w:sz w:val="24"/>
          <w:szCs w:val="24"/>
          <w:rtl/>
        </w:rPr>
        <w:t>الحوكمة</w:t>
      </w:r>
      <w:r w:rsidRPr="003E3418">
        <w:rPr>
          <w:rFonts w:ascii="Sakkal Majalla" w:hAnsi="Sakkal Majalla" w:cs="Sakkal Majalla"/>
          <w:sz w:val="24"/>
        </w:rPr>
        <w:t xml:space="preserve"> </w:t>
      </w:r>
      <w:r w:rsidRPr="003E3418">
        <w:rPr>
          <w:rFonts w:ascii="Sakkal Majalla" w:hAnsi="Sakkal Majalla" w:cs="Sakkal Majalla"/>
          <w:sz w:val="24"/>
          <w:szCs w:val="24"/>
          <w:rtl/>
        </w:rPr>
        <w:t>والاستقرار</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السياسي</w:t>
      </w:r>
      <w:r w:rsidRPr="003E3418">
        <w:rPr>
          <w:rFonts w:ascii="Sakkal Majalla" w:hAnsi="Sakkal Majalla" w:cs="Sakkal Majalla"/>
          <w:sz w:val="24"/>
        </w:rPr>
        <w:t xml:space="preserve"> </w:t>
      </w:r>
      <w:r w:rsidRPr="003E3418">
        <w:rPr>
          <w:rFonts w:ascii="Sakkal Majalla" w:hAnsi="Sakkal Majalla" w:cs="Sakkal Majalla"/>
          <w:sz w:val="24"/>
          <w:szCs w:val="24"/>
          <w:rtl/>
        </w:rPr>
        <w:t>المتردي</w:t>
      </w:r>
      <w:r w:rsidRPr="003E3418">
        <w:rPr>
          <w:rFonts w:ascii="Sakkal Majalla" w:hAnsi="Sakkal Majalla" w:cs="Sakkal Majalla"/>
          <w:sz w:val="24"/>
        </w:rPr>
        <w:t xml:space="preserve"> </w:t>
      </w:r>
      <w:r w:rsidRPr="003E3418">
        <w:rPr>
          <w:rFonts w:ascii="Sakkal Majalla" w:hAnsi="Sakkal Majalla" w:cs="Sakkal Majalla"/>
          <w:sz w:val="24"/>
          <w:szCs w:val="24"/>
          <w:rtl/>
        </w:rPr>
        <w:t>مسببات</w:t>
      </w:r>
      <w:r w:rsidRPr="003E3418">
        <w:rPr>
          <w:rFonts w:ascii="Sakkal Majalla" w:hAnsi="Sakkal Majalla" w:cs="Sakkal Majalla"/>
          <w:sz w:val="24"/>
        </w:rPr>
        <w:t xml:space="preserve"> </w:t>
      </w:r>
      <w:r w:rsidRPr="003E3418">
        <w:rPr>
          <w:rFonts w:ascii="Sakkal Majalla" w:hAnsi="Sakkal Majalla" w:cs="Sakkal Majalla"/>
          <w:sz w:val="24"/>
          <w:szCs w:val="24"/>
          <w:rtl/>
        </w:rPr>
        <w:t>جوهرية</w:t>
      </w:r>
      <w:r w:rsidRPr="003E3418">
        <w:rPr>
          <w:rFonts w:ascii="Sakkal Majalla" w:hAnsi="Sakkal Majalla" w:cs="Sakkal Majalla"/>
          <w:sz w:val="24"/>
        </w:rPr>
        <w:t xml:space="preserve"> </w:t>
      </w:r>
      <w:r w:rsidRPr="003E3418">
        <w:rPr>
          <w:rFonts w:ascii="Sakkal Majalla" w:hAnsi="Sakkal Majalla" w:cs="Sakkal Majalla"/>
          <w:sz w:val="24"/>
          <w:szCs w:val="24"/>
          <w:rtl/>
        </w:rPr>
        <w:t>لاستمرار</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الديمقراطية</w:t>
      </w:r>
      <w:r w:rsidRPr="003E3418">
        <w:rPr>
          <w:rFonts w:ascii="Sakkal Majalla" w:hAnsi="Sakkal Majalla" w:cs="Sakkal Majalla"/>
          <w:sz w:val="24"/>
        </w:rPr>
        <w:t xml:space="preserve"> </w:t>
      </w:r>
      <w:r w:rsidRPr="003E3418">
        <w:rPr>
          <w:rFonts w:ascii="Sakkal Majalla" w:hAnsi="Sakkal Majalla" w:cs="Sakkal Majalla"/>
          <w:sz w:val="24"/>
          <w:szCs w:val="24"/>
          <w:rtl/>
        </w:rPr>
        <w:t>تُخفّف</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السلبي</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جزئياً</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ذات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الأقوى</w:t>
      </w:r>
      <w:r w:rsidRPr="003E3418">
        <w:rPr>
          <w:rFonts w:ascii="Sakkal Majalla" w:hAnsi="Sakkal Majalla" w:cs="Sakkal Majalla"/>
          <w:sz w:val="24"/>
        </w:rPr>
        <w:t xml:space="preserve">. </w:t>
      </w:r>
      <w:r w:rsidRPr="003E3418">
        <w:rPr>
          <w:rFonts w:ascii="Sakkal Majalla" w:hAnsi="Sakkal Majalla" w:cs="Sakkal Majalla"/>
          <w:sz w:val="24"/>
          <w:szCs w:val="24"/>
          <w:rtl/>
        </w:rPr>
        <w:t>وجود</w:t>
      </w:r>
      <w:r w:rsidRPr="003E3418">
        <w:rPr>
          <w:rFonts w:ascii="Sakkal Majalla" w:hAnsi="Sakkal Majalla" w:cs="Sakkal Majalla"/>
          <w:sz w:val="24"/>
        </w:rPr>
        <w:t xml:space="preserve"> </w:t>
      </w:r>
      <w:r w:rsidRPr="003E3418">
        <w:rPr>
          <w:rFonts w:ascii="Sakkal Majalla" w:hAnsi="Sakkal Majalla" w:cs="Sakkal Majalla"/>
          <w:sz w:val="24"/>
          <w:szCs w:val="24"/>
          <w:rtl/>
        </w:rPr>
        <w:t>تباين</w:t>
      </w:r>
      <w:r w:rsidRPr="003E3418">
        <w:rPr>
          <w:rFonts w:ascii="Sakkal Majalla" w:hAnsi="Sakkal Majalla" w:cs="Sakkal Majalla"/>
          <w:sz w:val="24"/>
        </w:rPr>
        <w:t xml:space="preserve"> </w:t>
      </w:r>
      <w:r w:rsidRPr="003E3418">
        <w:rPr>
          <w:rFonts w:ascii="Sakkal Majalla" w:hAnsi="Sakkal Majalla" w:cs="Sakkal Majalla"/>
          <w:sz w:val="24"/>
          <w:szCs w:val="24"/>
          <w:rtl/>
        </w:rPr>
        <w:t>إقليمي</w:t>
      </w:r>
      <w:r w:rsidRPr="003E3418">
        <w:rPr>
          <w:rFonts w:ascii="Sakkal Majalla" w:hAnsi="Sakkal Majalla" w:cs="Sakkal Majalla"/>
          <w:sz w:val="24"/>
        </w:rPr>
        <w:t xml:space="preserve"> </w:t>
      </w:r>
      <w:r w:rsidRPr="003E3418">
        <w:rPr>
          <w:rFonts w:ascii="Sakkal Majalla" w:hAnsi="Sakkal Majalla" w:cs="Sakkal Majalla"/>
          <w:sz w:val="24"/>
          <w:szCs w:val="24"/>
          <w:rtl/>
        </w:rPr>
        <w:t>دال</w:t>
      </w:r>
      <w:r w:rsidRPr="003E3418">
        <w:rPr>
          <w:rFonts w:ascii="Sakkal Majalla" w:hAnsi="Sakkal Majalla" w:cs="Sakkal Majalla"/>
          <w:sz w:val="24"/>
        </w:rPr>
        <w:t>.</w:t>
      </w:r>
    </w:p>
    <w:p w14:paraId="2053F2FE"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الصلة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بالبحث</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الحالي</w:t>
      </w:r>
      <w:r w:rsidRPr="003E3418">
        <w:rPr>
          <w:rFonts w:ascii="Sakkal Majalla" w:hAnsi="Sakkal Majalla" w:cs="Sakkal Majalla"/>
          <w:b/>
          <w:sz w:val="24"/>
        </w:rPr>
        <w:t xml:space="preserve">: </w:t>
      </w:r>
      <w:r w:rsidRPr="003E3418">
        <w:rPr>
          <w:rFonts w:ascii="Sakkal Majalla" w:hAnsi="Sakkal Majalla" w:cs="Sakkal Majalla"/>
          <w:sz w:val="24"/>
          <w:szCs w:val="24"/>
          <w:rtl/>
        </w:rPr>
        <w:t>يُقدّم</w:t>
      </w:r>
      <w:r w:rsidRPr="003E3418">
        <w:rPr>
          <w:rFonts w:ascii="Sakkal Majalla" w:hAnsi="Sakkal Majalla" w:cs="Sakkal Majalla"/>
          <w:sz w:val="24"/>
        </w:rPr>
        <w:t xml:space="preserve"> </w:t>
      </w:r>
      <w:r w:rsidRPr="003E3418">
        <w:rPr>
          <w:rFonts w:ascii="Sakkal Majalla" w:hAnsi="Sakkal Majalla" w:cs="Sakkal Majalla"/>
          <w:sz w:val="24"/>
          <w:szCs w:val="24"/>
          <w:rtl/>
        </w:rPr>
        <w:t>أحدث</w:t>
      </w:r>
      <w:r w:rsidRPr="003E3418">
        <w:rPr>
          <w:rFonts w:ascii="Sakkal Majalla" w:hAnsi="Sakkal Majalla" w:cs="Sakkal Majalla"/>
          <w:sz w:val="24"/>
        </w:rPr>
        <w:t xml:space="preserve"> </w:t>
      </w:r>
      <w:r w:rsidRPr="003E3418">
        <w:rPr>
          <w:rFonts w:ascii="Sakkal Majalla" w:hAnsi="Sakkal Majalla" w:cs="Sakkal Majalla"/>
          <w:sz w:val="24"/>
          <w:szCs w:val="24"/>
          <w:rtl/>
        </w:rPr>
        <w:t>أدلة</w:t>
      </w:r>
      <w:r w:rsidRPr="003E3418">
        <w:rPr>
          <w:rFonts w:ascii="Sakkal Majalla" w:hAnsi="Sakkal Majalla" w:cs="Sakkal Majalla"/>
          <w:sz w:val="24"/>
        </w:rPr>
        <w:t xml:space="preserve"> (2024)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ضرورة</w:t>
      </w:r>
      <w:r w:rsidRPr="003E3418">
        <w:rPr>
          <w:rFonts w:ascii="Sakkal Majalla" w:hAnsi="Sakkal Majalla" w:cs="Sakkal Majalla"/>
          <w:sz w:val="24"/>
        </w:rPr>
        <w:t xml:space="preserve"> </w:t>
      </w:r>
      <w:r w:rsidRPr="003E3418">
        <w:rPr>
          <w:rFonts w:ascii="Sakkal Majalla" w:hAnsi="Sakkal Majalla" w:cs="Sakkal Majalla"/>
          <w:sz w:val="24"/>
          <w:szCs w:val="24"/>
          <w:rtl/>
        </w:rPr>
        <w:t>النظرة</w:t>
      </w:r>
      <w:r w:rsidRPr="003E3418">
        <w:rPr>
          <w:rFonts w:ascii="Sakkal Majalla" w:hAnsi="Sakkal Majalla" w:cs="Sakkal Majalla"/>
          <w:sz w:val="24"/>
        </w:rPr>
        <w:t xml:space="preserve"> </w:t>
      </w:r>
      <w:r w:rsidRPr="003E3418">
        <w:rPr>
          <w:rFonts w:ascii="Sakkal Majalla" w:hAnsi="Sakkal Majalla" w:cs="Sakkal Majalla"/>
          <w:sz w:val="24"/>
          <w:szCs w:val="24"/>
          <w:rtl/>
        </w:rPr>
        <w:t>الشاملة</w:t>
      </w:r>
      <w:r w:rsidRPr="003E3418">
        <w:rPr>
          <w:rFonts w:ascii="Sakkal Majalla" w:hAnsi="Sakkal Majalla" w:cs="Sakkal Majalla"/>
          <w:sz w:val="24"/>
        </w:rPr>
        <w:t xml:space="preserve"> </w:t>
      </w:r>
      <w:r w:rsidRPr="003E3418">
        <w:rPr>
          <w:rFonts w:ascii="Sakkal Majalla" w:hAnsi="Sakkal Majalla" w:cs="Sakkal Majalla"/>
          <w:sz w:val="24"/>
          <w:szCs w:val="24"/>
          <w:rtl/>
        </w:rPr>
        <w:t>المتعددة</w:t>
      </w:r>
      <w:r w:rsidRPr="003E3418">
        <w:rPr>
          <w:rFonts w:ascii="Sakkal Majalla" w:hAnsi="Sakkal Majalla" w:cs="Sakkal Majalla"/>
          <w:sz w:val="24"/>
        </w:rPr>
        <w:t xml:space="preserve"> </w:t>
      </w:r>
      <w:r w:rsidRPr="003E3418">
        <w:rPr>
          <w:rFonts w:ascii="Sakkal Majalla" w:hAnsi="Sakkal Majalla" w:cs="Sakkal Majalla"/>
          <w:sz w:val="24"/>
          <w:szCs w:val="24"/>
          <w:rtl/>
        </w:rPr>
        <w:t>المتغيرات</w:t>
      </w:r>
      <w:r w:rsidRPr="003E3418">
        <w:rPr>
          <w:rFonts w:ascii="Sakkal Majalla" w:hAnsi="Sakkal Majalla" w:cs="Sakkal Majalla"/>
          <w:sz w:val="24"/>
        </w:rPr>
        <w:t xml:space="preserve"> </w:t>
      </w:r>
      <w:r w:rsidRPr="003E3418">
        <w:rPr>
          <w:rFonts w:ascii="Sakkal Majalla" w:hAnsi="Sakkal Majalla" w:cs="Sakkal Majalla"/>
          <w:sz w:val="24"/>
          <w:szCs w:val="24"/>
          <w:rtl/>
        </w:rPr>
        <w:t>وعلى</w:t>
      </w:r>
      <w:r w:rsidRPr="003E3418">
        <w:rPr>
          <w:rFonts w:ascii="Sakkal Majalla" w:hAnsi="Sakkal Majalla" w:cs="Sakkal Majalla"/>
          <w:sz w:val="24"/>
        </w:rPr>
        <w:t xml:space="preserve"> </w:t>
      </w:r>
      <w:r w:rsidRPr="003E3418">
        <w:rPr>
          <w:rFonts w:ascii="Sakkal Majalla" w:hAnsi="Sakkal Majalla" w:cs="Sakkal Majalla"/>
          <w:sz w:val="24"/>
          <w:szCs w:val="24"/>
          <w:rtl/>
        </w:rPr>
        <w:t>توظيف</w:t>
      </w:r>
      <w:r w:rsidRPr="003E3418">
        <w:rPr>
          <w:rFonts w:ascii="Sakkal Majalla" w:hAnsi="Sakkal Majalla" w:cs="Sakkal Majalla"/>
          <w:sz w:val="24"/>
        </w:rPr>
        <w:t xml:space="preserve"> GMM </w:t>
      </w:r>
      <w:r w:rsidRPr="003E3418">
        <w:rPr>
          <w:rFonts w:ascii="Sakkal Majalla" w:hAnsi="Sakkal Majalla" w:cs="Sakkal Majalla"/>
          <w:sz w:val="24"/>
          <w:szCs w:val="24"/>
          <w:rtl/>
        </w:rPr>
        <w:t>و</w:t>
      </w:r>
      <w:r w:rsidRPr="003E3418">
        <w:rPr>
          <w:rFonts w:ascii="Sakkal Majalla" w:hAnsi="Sakkal Majalla" w:cs="Sakkal Majalla"/>
          <w:sz w:val="24"/>
        </w:rPr>
        <w:t xml:space="preserve">IV/2SLS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السياق</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البحثي</w:t>
      </w:r>
      <w:r w:rsidRPr="003E3418">
        <w:rPr>
          <w:rFonts w:ascii="Sakkal Majalla" w:hAnsi="Sakkal Majalla" w:cs="Sakkal Majalla"/>
          <w:sz w:val="24"/>
        </w:rPr>
        <w:t>.</w:t>
      </w:r>
    </w:p>
    <w:p w14:paraId="4F9DB2D8" w14:textId="77777777" w:rsidR="003E3418" w:rsidRPr="003E3418" w:rsidRDefault="003E3418" w:rsidP="003E3418">
      <w:pPr>
        <w:spacing w:before="80" w:after="80"/>
        <w:rPr>
          <w:rFonts w:ascii="Sakkal Majalla" w:hAnsi="Sakkal Majalla" w:cs="Sakkal Majalla"/>
        </w:rPr>
      </w:pPr>
    </w:p>
    <w:p w14:paraId="6FE2E7A0"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المحور</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الثالث</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دراسات</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جمعت</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المتغيرات</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الثلاثة</w:t>
      </w:r>
    </w:p>
    <w:p w14:paraId="6EDCD930" w14:textId="77777777" w:rsidR="003E3418" w:rsidRPr="003E3418" w:rsidRDefault="003E3418" w:rsidP="003E3418">
      <w:pPr>
        <w:bidi/>
        <w:spacing w:before="160" w:after="60" w:line="320" w:lineRule="exact"/>
        <w:rPr>
          <w:rFonts w:ascii="Sakkal Majalla" w:hAnsi="Sakkal Majalla" w:cs="Sakkal Majalla"/>
        </w:rPr>
      </w:pPr>
      <w:r w:rsidRPr="003E3418">
        <w:rPr>
          <w:rFonts w:ascii="Sakkal Majalla" w:hAnsi="Sakkal Majalla" w:cs="Sakkal Majalla"/>
          <w:b/>
          <w:sz w:val="24"/>
        </w:rPr>
        <w:t xml:space="preserve">11. Acaravci, Artan, Hayaloglu &amp; Erdogan (2023) — </w:t>
      </w:r>
      <w:r w:rsidRPr="003E3418">
        <w:rPr>
          <w:rFonts w:ascii="Sakkal Majalla" w:hAnsi="Sakkal Majalla" w:cs="Sakkal Majalla"/>
          <w:b/>
          <w:bCs/>
          <w:sz w:val="24"/>
          <w:szCs w:val="24"/>
          <w:rtl/>
        </w:rPr>
        <w:t>المحددات</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الاقتصادية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والمؤسسية</w:t>
      </w:r>
    </w:p>
    <w:p w14:paraId="2984EE37"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المرجع</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الكامل</w:t>
      </w:r>
      <w:r w:rsidRPr="003E3418">
        <w:rPr>
          <w:rFonts w:ascii="Sakkal Majalla" w:hAnsi="Sakkal Majalla" w:cs="Sakkal Majalla"/>
          <w:b/>
          <w:sz w:val="24"/>
        </w:rPr>
        <w:t xml:space="preserve">: </w:t>
      </w:r>
      <w:r w:rsidRPr="003E3418">
        <w:rPr>
          <w:rFonts w:ascii="Sakkal Majalla" w:hAnsi="Sakkal Majalla" w:cs="Sakkal Majalla"/>
          <w:sz w:val="24"/>
        </w:rPr>
        <w:t>Acaravci, A., Artan, S., Hayaloglu, P., &amp; Erdogan, S. (2023). Economic and institutional determinants of corruption: The case of developed and developing countries. Journal of Economics and Finance, 47(1), 207–231. https://doi.org/10.1007/s12197-022-09595-7</w:t>
      </w:r>
    </w:p>
    <w:p w14:paraId="6BB37D7C"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lastRenderedPageBreak/>
        <w:t>هدف</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الدراسة</w:t>
      </w:r>
      <w:r w:rsidRPr="003E3418">
        <w:rPr>
          <w:rFonts w:ascii="Sakkal Majalla" w:hAnsi="Sakkal Majalla" w:cs="Sakkal Majalla"/>
          <w:b/>
          <w:sz w:val="24"/>
        </w:rPr>
        <w:t xml:space="preserve">: </w:t>
      </w:r>
      <w:r w:rsidRPr="003E3418">
        <w:rPr>
          <w:rFonts w:ascii="Sakkal Majalla" w:hAnsi="Sakkal Majalla" w:cs="Sakkal Majalla"/>
          <w:sz w:val="24"/>
          <w:szCs w:val="24"/>
          <w:rtl/>
        </w:rPr>
        <w:t>اختبار</w:t>
      </w:r>
      <w:r w:rsidRPr="003E3418">
        <w:rPr>
          <w:rFonts w:ascii="Sakkal Majalla" w:hAnsi="Sakkal Majalla" w:cs="Sakkal Majalla"/>
          <w:sz w:val="24"/>
        </w:rPr>
        <w:t xml:space="preserve"> </w:t>
      </w:r>
      <w:r w:rsidRPr="003E3418">
        <w:rPr>
          <w:rFonts w:ascii="Sakkal Majalla" w:hAnsi="Sakkal Majalla" w:cs="Sakkal Majalla"/>
          <w:sz w:val="24"/>
          <w:szCs w:val="24"/>
          <w:rtl/>
        </w:rPr>
        <w:t>المحددات</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الاقتصادية</w:t>
      </w:r>
      <w:r w:rsidRPr="003E3418">
        <w:rPr>
          <w:rFonts w:ascii="Sakkal Majalla" w:hAnsi="Sakkal Majalla" w:cs="Sakkal Majalla"/>
          <w:sz w:val="24"/>
        </w:rPr>
        <w:t xml:space="preserve"> </w:t>
      </w:r>
      <w:r w:rsidRPr="003E3418">
        <w:rPr>
          <w:rFonts w:ascii="Sakkal Majalla" w:hAnsi="Sakkal Majalla" w:cs="Sakkal Majalla"/>
          <w:sz w:val="24"/>
          <w:szCs w:val="24"/>
          <w:rtl/>
        </w:rPr>
        <w:t>والمؤسسية</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المتقدمة</w:t>
      </w:r>
      <w:r w:rsidRPr="003E3418">
        <w:rPr>
          <w:rFonts w:ascii="Sakkal Majalla" w:hAnsi="Sakkal Majalla" w:cs="Sakkal Majalla"/>
          <w:sz w:val="24"/>
        </w:rPr>
        <w:t xml:space="preserve"> </w:t>
      </w:r>
      <w:r w:rsidRPr="003E3418">
        <w:rPr>
          <w:rFonts w:ascii="Sakkal Majalla" w:hAnsi="Sakkal Majalla" w:cs="Sakkal Majalla"/>
          <w:sz w:val="24"/>
          <w:szCs w:val="24"/>
          <w:rtl/>
        </w:rPr>
        <w:t>والنامية،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مع</w:t>
      </w:r>
      <w:r w:rsidRPr="003E3418">
        <w:rPr>
          <w:rFonts w:ascii="Sakkal Majalla" w:hAnsi="Sakkal Majalla" w:cs="Sakkal Majalla"/>
          <w:sz w:val="24"/>
        </w:rPr>
        <w:t xml:space="preserve"> </w:t>
      </w:r>
      <w:r w:rsidRPr="003E3418">
        <w:rPr>
          <w:rFonts w:ascii="Sakkal Majalla" w:hAnsi="Sakkal Majalla" w:cs="Sakkal Majalla"/>
          <w:sz w:val="24"/>
          <w:szCs w:val="24"/>
          <w:rtl/>
        </w:rPr>
        <w:t>استكشاف</w:t>
      </w:r>
      <w:r w:rsidRPr="003E3418">
        <w:rPr>
          <w:rFonts w:ascii="Sakkal Majalla" w:hAnsi="Sakkal Majalla" w:cs="Sakkal Majalla"/>
          <w:sz w:val="24"/>
        </w:rPr>
        <w:t xml:space="preserve"> </w:t>
      </w:r>
      <w:r w:rsidRPr="003E3418">
        <w:rPr>
          <w:rFonts w:ascii="Sakkal Majalla" w:hAnsi="Sakkal Majalla" w:cs="Sakkal Majalla"/>
          <w:sz w:val="24"/>
          <w:szCs w:val="24"/>
          <w:rtl/>
        </w:rPr>
        <w:t>التأثيرات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المتبادلة</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والمؤسسات</w:t>
      </w:r>
      <w:r w:rsidRPr="003E3418">
        <w:rPr>
          <w:rFonts w:ascii="Sakkal Majalla" w:hAnsi="Sakkal Majalla" w:cs="Sakkal Majalla"/>
          <w:sz w:val="24"/>
        </w:rPr>
        <w:t>.</w:t>
      </w:r>
    </w:p>
    <w:p w14:paraId="5FE1DF27"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المنهجية</w:t>
      </w:r>
      <w:r w:rsidRPr="003E3418">
        <w:rPr>
          <w:rFonts w:ascii="Sakkal Majalla" w:hAnsi="Sakkal Majalla" w:cs="Sakkal Majalla"/>
          <w:b/>
          <w:sz w:val="24"/>
        </w:rPr>
        <w:t xml:space="preserve">: </w:t>
      </w:r>
      <w:r w:rsidRPr="003E3418">
        <w:rPr>
          <w:rFonts w:ascii="Sakkal Majalla" w:hAnsi="Sakkal Majalla" w:cs="Sakkal Majalla"/>
          <w:sz w:val="24"/>
          <w:szCs w:val="24"/>
          <w:rtl/>
        </w:rPr>
        <w:t>بيانات</w:t>
      </w:r>
      <w:r w:rsidRPr="003E3418">
        <w:rPr>
          <w:rFonts w:ascii="Sakkal Majalla" w:hAnsi="Sakkal Majalla" w:cs="Sakkal Majalla"/>
          <w:sz w:val="24"/>
        </w:rPr>
        <w:t xml:space="preserve"> </w:t>
      </w:r>
      <w:r w:rsidRPr="003E3418">
        <w:rPr>
          <w:rFonts w:ascii="Sakkal Majalla" w:hAnsi="Sakkal Majalla" w:cs="Sakkal Majalla"/>
          <w:sz w:val="24"/>
          <w:szCs w:val="24"/>
          <w:rtl/>
        </w:rPr>
        <w:t>لوحة</w:t>
      </w:r>
      <w:r w:rsidRPr="003E3418">
        <w:rPr>
          <w:rFonts w:ascii="Sakkal Majalla" w:hAnsi="Sakkal Majalla" w:cs="Sakkal Majalla"/>
          <w:sz w:val="24"/>
        </w:rPr>
        <w:t xml:space="preserve"> </w:t>
      </w:r>
      <w:r w:rsidRPr="003E3418">
        <w:rPr>
          <w:rFonts w:ascii="Sakkal Majalla" w:hAnsi="Sakkal Majalla" w:cs="Sakkal Majalla"/>
          <w:sz w:val="24"/>
          <w:szCs w:val="24"/>
          <w:rtl/>
        </w:rPr>
        <w:t>لدول</w:t>
      </w:r>
      <w:r w:rsidRPr="003E3418">
        <w:rPr>
          <w:rFonts w:ascii="Sakkal Majalla" w:hAnsi="Sakkal Majalla" w:cs="Sakkal Majalla"/>
          <w:sz w:val="24"/>
        </w:rPr>
        <w:t xml:space="preserve"> </w:t>
      </w:r>
      <w:r w:rsidRPr="003E3418">
        <w:rPr>
          <w:rFonts w:ascii="Sakkal Majalla" w:hAnsi="Sakkal Majalla" w:cs="Sakkal Majalla"/>
          <w:sz w:val="24"/>
          <w:szCs w:val="24"/>
          <w:rtl/>
        </w:rPr>
        <w:t>متقدمة</w:t>
      </w:r>
      <w:r w:rsidRPr="003E3418">
        <w:rPr>
          <w:rFonts w:ascii="Sakkal Majalla" w:hAnsi="Sakkal Majalla" w:cs="Sakkal Majalla"/>
          <w:sz w:val="24"/>
        </w:rPr>
        <w:t xml:space="preserve"> </w:t>
      </w:r>
      <w:r w:rsidRPr="003E3418">
        <w:rPr>
          <w:rFonts w:ascii="Sakkal Majalla" w:hAnsi="Sakkal Majalla" w:cs="Sakkal Majalla"/>
          <w:sz w:val="24"/>
          <w:szCs w:val="24"/>
          <w:rtl/>
        </w:rPr>
        <w:t>ونامية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نماذج</w:t>
      </w:r>
      <w:r w:rsidRPr="003E3418">
        <w:rPr>
          <w:rFonts w:ascii="Sakkal Majalla" w:hAnsi="Sakkal Majalla" w:cs="Sakkal Majalla"/>
          <w:sz w:val="24"/>
        </w:rPr>
        <w:t xml:space="preserve"> GMM. </w:t>
      </w:r>
      <w:r w:rsidRPr="003E3418">
        <w:rPr>
          <w:rFonts w:ascii="Sakkal Majalla" w:hAnsi="Sakkal Majalla" w:cs="Sakkal Majalla"/>
          <w:sz w:val="24"/>
          <w:szCs w:val="24"/>
          <w:rtl/>
        </w:rPr>
        <w:t>اختبار</w:t>
      </w:r>
      <w:r w:rsidRPr="003E3418">
        <w:rPr>
          <w:rFonts w:ascii="Sakkal Majalla" w:hAnsi="Sakkal Majalla" w:cs="Sakkal Majalla"/>
          <w:sz w:val="24"/>
        </w:rPr>
        <w:t xml:space="preserve"> </w:t>
      </w:r>
      <w:r w:rsidRPr="003E3418">
        <w:rPr>
          <w:rFonts w:ascii="Sakkal Majalla" w:hAnsi="Sakkal Majalla" w:cs="Sakkal Majalla"/>
          <w:sz w:val="24"/>
          <w:szCs w:val="24"/>
          <w:rtl/>
        </w:rPr>
        <w:t>التباين</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مجموعات</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وفق</w:t>
      </w:r>
      <w:r w:rsidRPr="003E3418">
        <w:rPr>
          <w:rFonts w:ascii="Sakkal Majalla" w:hAnsi="Sakkal Majalla" w:cs="Sakkal Majalla"/>
          <w:sz w:val="24"/>
        </w:rPr>
        <w:t xml:space="preserve"> </w:t>
      </w:r>
      <w:r w:rsidRPr="003E3418">
        <w:rPr>
          <w:rFonts w:ascii="Sakkal Majalla" w:hAnsi="Sakkal Majalla" w:cs="Sakkal Majalla"/>
          <w:sz w:val="24"/>
          <w:szCs w:val="24"/>
          <w:rtl/>
        </w:rPr>
        <w:t>مستوى</w:t>
      </w:r>
      <w:r w:rsidRPr="003E3418">
        <w:rPr>
          <w:rFonts w:ascii="Sakkal Majalla" w:hAnsi="Sakkal Majalla" w:cs="Sakkal Majalla"/>
          <w:sz w:val="24"/>
        </w:rPr>
        <w:t xml:space="preserve"> </w:t>
      </w:r>
      <w:r w:rsidRPr="003E3418">
        <w:rPr>
          <w:rFonts w:ascii="Sakkal Majalla" w:hAnsi="Sakkal Majalla" w:cs="Sakkal Majalla"/>
          <w:sz w:val="24"/>
          <w:szCs w:val="24"/>
          <w:rtl/>
        </w:rPr>
        <w:t>التقدم</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w:t>
      </w:r>
    </w:p>
    <w:p w14:paraId="773AC497"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أهم</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النتائج</w:t>
      </w:r>
      <w:r w:rsidRPr="003E3418">
        <w:rPr>
          <w:rFonts w:ascii="Sakkal Majalla" w:hAnsi="Sakkal Majalla" w:cs="Sakkal Majalla"/>
          <w:b/>
          <w:sz w:val="24"/>
        </w:rPr>
        <w:t xml:space="preserve">: </w:t>
      </w:r>
      <w:r w:rsidRPr="003E3418">
        <w:rPr>
          <w:rFonts w:ascii="Sakkal Majalla" w:hAnsi="Sakkal Majalla" w:cs="Sakkal Majalla"/>
          <w:sz w:val="24"/>
          <w:szCs w:val="24"/>
          <w:rtl/>
        </w:rPr>
        <w:t>التحديد</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المؤسسي</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أقوى</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التحديد</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البحت</w:t>
      </w:r>
      <w:r w:rsidRPr="003E3418">
        <w:rPr>
          <w:rFonts w:ascii="Sakkal Majalla" w:hAnsi="Sakkal Majalla" w:cs="Sakkal Majalla"/>
          <w:sz w:val="24"/>
        </w:rPr>
        <w:t xml:space="preserve">. </w:t>
      </w:r>
      <w:r w:rsidRPr="003E3418">
        <w:rPr>
          <w:rFonts w:ascii="Sakkal Majalla" w:hAnsi="Sakkal Majalla" w:cs="Sakkal Majalla"/>
          <w:sz w:val="24"/>
          <w:szCs w:val="24"/>
          <w:rtl/>
        </w:rPr>
        <w:t>مستوى</w:t>
      </w:r>
      <w:r w:rsidRPr="003E3418">
        <w:rPr>
          <w:rFonts w:ascii="Sakkal Majalla" w:hAnsi="Sakkal Majalla" w:cs="Sakkal Majalla"/>
          <w:sz w:val="24"/>
        </w:rPr>
        <w:t xml:space="preserve"> </w:t>
      </w:r>
      <w:r w:rsidRPr="003E3418">
        <w:rPr>
          <w:rFonts w:ascii="Sakkal Majalla" w:hAnsi="Sakkal Majalla" w:cs="Sakkal Majalla"/>
          <w:sz w:val="24"/>
          <w:szCs w:val="24"/>
          <w:rtl/>
        </w:rPr>
        <w:t>الدخل</w:t>
      </w:r>
      <w:r w:rsidRPr="003E3418">
        <w:rPr>
          <w:rFonts w:ascii="Sakkal Majalla" w:hAnsi="Sakkal Majalla" w:cs="Sakkal Majalla"/>
          <w:sz w:val="24"/>
        </w:rPr>
        <w:t xml:space="preserve"> </w:t>
      </w:r>
      <w:r w:rsidRPr="003E3418">
        <w:rPr>
          <w:rFonts w:ascii="Sakkal Majalla" w:hAnsi="Sakkal Majalla" w:cs="Sakkal Majalla"/>
          <w:sz w:val="24"/>
          <w:szCs w:val="24"/>
          <w:rtl/>
        </w:rPr>
        <w:t>وجودة</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المؤسسات</w:t>
      </w:r>
      <w:r w:rsidRPr="003E3418">
        <w:rPr>
          <w:rFonts w:ascii="Sakkal Majalla" w:hAnsi="Sakkal Majalla" w:cs="Sakkal Majalla"/>
          <w:sz w:val="24"/>
        </w:rPr>
        <w:t xml:space="preserve"> </w:t>
      </w:r>
      <w:r w:rsidRPr="003E3418">
        <w:rPr>
          <w:rFonts w:ascii="Sakkal Majalla" w:hAnsi="Sakkal Majalla" w:cs="Sakkal Majalla"/>
          <w:sz w:val="24"/>
          <w:szCs w:val="24"/>
          <w:rtl/>
        </w:rPr>
        <w:t>يتفاعلان</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تشكيل</w:t>
      </w:r>
      <w:r w:rsidRPr="003E3418">
        <w:rPr>
          <w:rFonts w:ascii="Sakkal Majalla" w:hAnsi="Sakkal Majalla" w:cs="Sakkal Majalla"/>
          <w:sz w:val="24"/>
        </w:rPr>
        <w:t xml:space="preserve"> </w:t>
      </w:r>
      <w:r w:rsidRPr="003E3418">
        <w:rPr>
          <w:rFonts w:ascii="Sakkal Majalla" w:hAnsi="Sakkal Majalla" w:cs="Sakkal Majalla"/>
          <w:sz w:val="24"/>
          <w:szCs w:val="24"/>
          <w:rtl/>
        </w:rPr>
        <w:t>مستوى</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أكثر</w:t>
      </w:r>
      <w:r w:rsidRPr="003E3418">
        <w:rPr>
          <w:rFonts w:ascii="Sakkal Majalla" w:hAnsi="Sakkal Majalla" w:cs="Sakkal Majalla"/>
          <w:sz w:val="24"/>
        </w:rPr>
        <w:t xml:space="preserve"> </w:t>
      </w:r>
      <w:r w:rsidRPr="003E3418">
        <w:rPr>
          <w:rFonts w:ascii="Sakkal Majalla" w:hAnsi="Sakkal Majalla" w:cs="Sakkal Majalla"/>
          <w:sz w:val="24"/>
          <w:szCs w:val="24"/>
          <w:rtl/>
        </w:rPr>
        <w:t>تأثراً</w:t>
      </w:r>
      <w:r w:rsidRPr="003E3418">
        <w:rPr>
          <w:rFonts w:ascii="Sakkal Majalla" w:hAnsi="Sakkal Majalla" w:cs="Sakkal Majalla"/>
          <w:sz w:val="24"/>
        </w:rPr>
        <w:t xml:space="preserve"> </w:t>
      </w:r>
      <w:r w:rsidRPr="003E3418">
        <w:rPr>
          <w:rFonts w:ascii="Sakkal Majalla" w:hAnsi="Sakkal Majalla" w:cs="Sakkal Majalla"/>
          <w:sz w:val="24"/>
          <w:szCs w:val="24"/>
          <w:rtl/>
        </w:rPr>
        <w:t>بالمتغيرات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المؤسسية</w:t>
      </w:r>
      <w:r w:rsidRPr="003E3418">
        <w:rPr>
          <w:rFonts w:ascii="Sakkal Majalla" w:hAnsi="Sakkal Majalla" w:cs="Sakkal Majalla"/>
          <w:sz w:val="24"/>
        </w:rPr>
        <w:t>.</w:t>
      </w:r>
    </w:p>
    <w:p w14:paraId="2494C480"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الصلة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بالبحث</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الحالي</w:t>
      </w:r>
      <w:r w:rsidRPr="003E3418">
        <w:rPr>
          <w:rFonts w:ascii="Sakkal Majalla" w:hAnsi="Sakkal Majalla" w:cs="Sakkal Majalla"/>
          <w:b/>
          <w:sz w:val="24"/>
        </w:rPr>
        <w:t xml:space="preserve">: </w:t>
      </w:r>
      <w:r w:rsidRPr="003E3418">
        <w:rPr>
          <w:rFonts w:ascii="Sakkal Majalla" w:hAnsi="Sakkal Majalla" w:cs="Sakkal Majalla"/>
          <w:sz w:val="24"/>
          <w:szCs w:val="24"/>
          <w:rtl/>
        </w:rPr>
        <w:t>تُقدّم</w:t>
      </w:r>
      <w:r w:rsidRPr="003E3418">
        <w:rPr>
          <w:rFonts w:ascii="Sakkal Majalla" w:hAnsi="Sakkal Majalla" w:cs="Sakkal Majalla"/>
          <w:sz w:val="24"/>
        </w:rPr>
        <w:t xml:space="preserve"> </w:t>
      </w:r>
      <w:r w:rsidRPr="003E3418">
        <w:rPr>
          <w:rFonts w:ascii="Sakkal Majalla" w:hAnsi="Sakkal Majalla" w:cs="Sakkal Majalla"/>
          <w:sz w:val="24"/>
          <w:szCs w:val="24"/>
          <w:rtl/>
        </w:rPr>
        <w:t>الإطار</w:t>
      </w:r>
      <w:r w:rsidRPr="003E3418">
        <w:rPr>
          <w:rFonts w:ascii="Sakkal Majalla" w:hAnsi="Sakkal Majalla" w:cs="Sakkal Majalla"/>
          <w:sz w:val="24"/>
        </w:rPr>
        <w:t xml:space="preserve"> </w:t>
      </w:r>
      <w:r w:rsidRPr="003E3418">
        <w:rPr>
          <w:rFonts w:ascii="Sakkal Majalla" w:hAnsi="Sakkal Majalla" w:cs="Sakkal Majalla"/>
          <w:sz w:val="24"/>
          <w:szCs w:val="24"/>
          <w:rtl/>
        </w:rPr>
        <w:t>التفسيري</w:t>
      </w:r>
      <w:r w:rsidRPr="003E3418">
        <w:rPr>
          <w:rFonts w:ascii="Sakkal Majalla" w:hAnsi="Sakkal Majalla" w:cs="Sakkal Majalla"/>
          <w:sz w:val="24"/>
        </w:rPr>
        <w:t xml:space="preserve"> </w:t>
      </w:r>
      <w:r w:rsidRPr="003E3418">
        <w:rPr>
          <w:rFonts w:ascii="Sakkal Majalla" w:hAnsi="Sakkal Majalla" w:cs="Sakkal Majalla"/>
          <w:sz w:val="24"/>
          <w:szCs w:val="24"/>
          <w:rtl/>
        </w:rPr>
        <w:t>للتفاعل</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والحوكمة،</w:t>
      </w:r>
      <w:r w:rsidRPr="003E3418">
        <w:rPr>
          <w:rFonts w:ascii="Sakkal Majalla" w:hAnsi="Sakkal Majalla" w:cs="Sakkal Majalla"/>
          <w:sz w:val="24"/>
        </w:rPr>
        <w:t xml:space="preserve"> </w:t>
      </w:r>
      <w:r w:rsidRPr="003E3418">
        <w:rPr>
          <w:rFonts w:ascii="Sakkal Majalla" w:hAnsi="Sakkal Majalla" w:cs="Sakkal Majalla"/>
          <w:sz w:val="24"/>
          <w:szCs w:val="24"/>
          <w:rtl/>
        </w:rPr>
        <w:t>وتدعم</w:t>
      </w:r>
      <w:r w:rsidRPr="003E3418">
        <w:rPr>
          <w:rFonts w:ascii="Sakkal Majalla" w:hAnsi="Sakkal Majalla" w:cs="Sakkal Majalla"/>
          <w:sz w:val="24"/>
        </w:rPr>
        <w:t xml:space="preserve"> </w:t>
      </w:r>
      <w:r w:rsidRPr="003E3418">
        <w:rPr>
          <w:rFonts w:ascii="Sakkal Majalla" w:hAnsi="Sakkal Majalla" w:cs="Sakkal Majalla"/>
          <w:sz w:val="24"/>
          <w:szCs w:val="24"/>
          <w:rtl/>
        </w:rPr>
        <w:t>استخدام</w:t>
      </w:r>
      <w:r w:rsidRPr="003E3418">
        <w:rPr>
          <w:rFonts w:ascii="Sakkal Majalla" w:hAnsi="Sakkal Majalla" w:cs="Sakkal Majalla"/>
          <w:sz w:val="24"/>
        </w:rPr>
        <w:t xml:space="preserve"> </w:t>
      </w:r>
      <w:r w:rsidRPr="003E3418">
        <w:rPr>
          <w:rFonts w:ascii="Sakkal Majalla" w:hAnsi="Sakkal Majalla" w:cs="Sakkal Majalla"/>
          <w:sz w:val="24"/>
          <w:szCs w:val="24"/>
          <w:rtl/>
        </w:rPr>
        <w:t>معامل</w:t>
      </w:r>
      <w:r w:rsidRPr="003E3418">
        <w:rPr>
          <w:rFonts w:ascii="Sakkal Majalla" w:hAnsi="Sakkal Majalla" w:cs="Sakkal Majalla"/>
          <w:sz w:val="24"/>
        </w:rPr>
        <w:t xml:space="preserve"> </w:t>
      </w:r>
      <w:r w:rsidRPr="003E3418">
        <w:rPr>
          <w:rFonts w:ascii="Sakkal Majalla" w:hAnsi="Sakkal Majalla" w:cs="Sakkal Majalla"/>
          <w:sz w:val="24"/>
          <w:szCs w:val="24"/>
          <w:rtl/>
        </w:rPr>
        <w:t>التفاعل</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نموذج</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الحالية</w:t>
      </w:r>
      <w:r w:rsidRPr="003E3418">
        <w:rPr>
          <w:rFonts w:ascii="Sakkal Majalla" w:hAnsi="Sakkal Majalla" w:cs="Sakkal Majalla"/>
          <w:sz w:val="24"/>
        </w:rPr>
        <w:t>.</w:t>
      </w:r>
    </w:p>
    <w:p w14:paraId="7A432ED9" w14:textId="77777777" w:rsidR="003E3418" w:rsidRPr="003E3418" w:rsidRDefault="003E3418" w:rsidP="003E3418">
      <w:pPr>
        <w:spacing w:before="80" w:after="80"/>
        <w:rPr>
          <w:rFonts w:ascii="Sakkal Majalla" w:hAnsi="Sakkal Majalla" w:cs="Sakkal Majalla"/>
        </w:rPr>
      </w:pPr>
    </w:p>
    <w:p w14:paraId="7E693E8D" w14:textId="77777777" w:rsidR="003E3418" w:rsidRPr="003E3418" w:rsidRDefault="003E3418" w:rsidP="003E3418">
      <w:pPr>
        <w:bidi/>
        <w:spacing w:before="160" w:after="60" w:line="320" w:lineRule="exact"/>
        <w:rPr>
          <w:rFonts w:ascii="Sakkal Majalla" w:hAnsi="Sakkal Majalla" w:cs="Sakkal Majalla"/>
        </w:rPr>
      </w:pPr>
      <w:r w:rsidRPr="003E3418">
        <w:rPr>
          <w:rFonts w:ascii="Sakkal Majalla" w:hAnsi="Sakkal Majalla" w:cs="Sakkal Majalla"/>
          <w:b/>
          <w:sz w:val="24"/>
        </w:rPr>
        <w:t xml:space="preserve">12. </w:t>
      </w:r>
      <w:r w:rsidRPr="003E3418">
        <w:rPr>
          <w:rFonts w:ascii="Sakkal Majalla" w:hAnsi="Sakkal Majalla" w:cs="Sakkal Majalla"/>
          <w:b/>
          <w:bCs/>
          <w:sz w:val="24"/>
          <w:szCs w:val="24"/>
          <w:rtl/>
        </w:rPr>
        <w:t>الخطيب</w:t>
      </w:r>
      <w:r w:rsidRPr="003E3418">
        <w:rPr>
          <w:rFonts w:ascii="Sakkal Majalla" w:hAnsi="Sakkal Majalla" w:cs="Sakkal Majalla"/>
          <w:b/>
          <w:sz w:val="24"/>
        </w:rPr>
        <w:t xml:space="preserve"> (2019) — </w:t>
      </w:r>
      <w:r w:rsidRPr="003E3418">
        <w:rPr>
          <w:rFonts w:ascii="Sakkal Majalla" w:hAnsi="Sakkal Majalla" w:cs="Sakkal Majalla"/>
          <w:b/>
          <w:bCs/>
          <w:sz w:val="24"/>
          <w:szCs w:val="24"/>
          <w:rtl/>
        </w:rPr>
        <w:t>السياق</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العربي</w:t>
      </w:r>
    </w:p>
    <w:p w14:paraId="2691B404"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المرجع</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الكامل</w:t>
      </w:r>
      <w:r w:rsidRPr="003E3418">
        <w:rPr>
          <w:rFonts w:ascii="Sakkal Majalla" w:hAnsi="Sakkal Majalla" w:cs="Sakkal Majalla"/>
          <w:b/>
          <w:sz w:val="24"/>
        </w:rPr>
        <w:t xml:space="preserve">: </w:t>
      </w:r>
      <w:r w:rsidRPr="003E3418">
        <w:rPr>
          <w:rFonts w:ascii="Sakkal Majalla" w:hAnsi="Sakkal Majalla" w:cs="Sakkal Majalla"/>
          <w:sz w:val="24"/>
          <w:szCs w:val="24"/>
          <w:rtl/>
        </w:rPr>
        <w:t>الخطيب،</w:t>
      </w:r>
      <w:r w:rsidRPr="003E3418">
        <w:rPr>
          <w:rFonts w:ascii="Sakkal Majalla" w:hAnsi="Sakkal Majalla" w:cs="Sakkal Majalla"/>
          <w:sz w:val="24"/>
        </w:rPr>
        <w:t xml:space="preserve"> </w:t>
      </w:r>
      <w:r w:rsidRPr="003E3418">
        <w:rPr>
          <w:rFonts w:ascii="Sakkal Majalla" w:hAnsi="Sakkal Majalla" w:cs="Sakkal Majalla"/>
          <w:sz w:val="24"/>
          <w:szCs w:val="24"/>
          <w:rtl/>
        </w:rPr>
        <w:t>محمد</w:t>
      </w:r>
      <w:r w:rsidRPr="003E3418">
        <w:rPr>
          <w:rFonts w:ascii="Sakkal Majalla" w:hAnsi="Sakkal Majalla" w:cs="Sakkal Majalla"/>
          <w:sz w:val="24"/>
        </w:rPr>
        <w:t xml:space="preserve"> </w:t>
      </w:r>
      <w:r w:rsidRPr="003E3418">
        <w:rPr>
          <w:rFonts w:ascii="Sakkal Majalla" w:hAnsi="Sakkal Majalla" w:cs="Sakkal Majalla"/>
          <w:sz w:val="24"/>
          <w:szCs w:val="24"/>
          <w:rtl/>
        </w:rPr>
        <w:t>عدنان</w:t>
      </w:r>
      <w:r w:rsidRPr="003E3418">
        <w:rPr>
          <w:rFonts w:ascii="Sakkal Majalla" w:hAnsi="Sakkal Majalla" w:cs="Sakkal Majalla"/>
          <w:sz w:val="24"/>
        </w:rPr>
        <w:t xml:space="preserve">. (2019). </w:t>
      </w:r>
      <w:r w:rsidRPr="003E3418">
        <w:rPr>
          <w:rFonts w:ascii="Sakkal Majalla" w:hAnsi="Sakkal Majalla" w:cs="Sakkal Majalla"/>
          <w:sz w:val="24"/>
          <w:szCs w:val="24"/>
          <w:rtl/>
        </w:rPr>
        <w:t>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والفقر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العربية</w:t>
      </w:r>
      <w:r w:rsidRPr="003E3418">
        <w:rPr>
          <w:rFonts w:ascii="Sakkal Majalla" w:hAnsi="Sakkal Majalla" w:cs="Sakkal Majalla"/>
          <w:sz w:val="24"/>
        </w:rPr>
        <w:t xml:space="preserve">: </w:t>
      </w:r>
      <w:r w:rsidRPr="003E3418">
        <w:rPr>
          <w:rFonts w:ascii="Sakkal Majalla" w:hAnsi="Sakkal Majalla" w:cs="Sakkal Majalla"/>
          <w:sz w:val="24"/>
          <w:szCs w:val="24"/>
          <w:rtl/>
        </w:rPr>
        <w:t>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قياسية</w:t>
      </w:r>
      <w:r w:rsidRPr="003E3418">
        <w:rPr>
          <w:rFonts w:ascii="Sakkal Majalla" w:hAnsi="Sakkal Majalla" w:cs="Sakkal Majalla"/>
          <w:sz w:val="24"/>
        </w:rPr>
        <w:t xml:space="preserve"> </w:t>
      </w:r>
      <w:r w:rsidRPr="003E3418">
        <w:rPr>
          <w:rFonts w:ascii="Sakkal Majalla" w:hAnsi="Sakkal Majalla" w:cs="Sakkal Majalla"/>
          <w:sz w:val="24"/>
          <w:szCs w:val="24"/>
          <w:rtl/>
        </w:rPr>
        <w:t>باستخدام</w:t>
      </w:r>
      <w:r w:rsidRPr="003E3418">
        <w:rPr>
          <w:rFonts w:ascii="Sakkal Majalla" w:hAnsi="Sakkal Majalla" w:cs="Sakkal Majalla"/>
          <w:sz w:val="24"/>
        </w:rPr>
        <w:t xml:space="preserve"> </w:t>
      </w:r>
      <w:r w:rsidRPr="003E3418">
        <w:rPr>
          <w:rFonts w:ascii="Sakkal Majalla" w:hAnsi="Sakkal Majalla" w:cs="Sakkal Majalla"/>
          <w:sz w:val="24"/>
          <w:szCs w:val="24"/>
          <w:rtl/>
        </w:rPr>
        <w:t>بيانات</w:t>
      </w:r>
      <w:r w:rsidRPr="003E3418">
        <w:rPr>
          <w:rFonts w:ascii="Sakkal Majalla" w:hAnsi="Sakkal Majalla" w:cs="Sakkal Majalla"/>
          <w:sz w:val="24"/>
        </w:rPr>
        <w:t xml:space="preserve"> </w:t>
      </w:r>
      <w:r w:rsidRPr="003E3418">
        <w:rPr>
          <w:rFonts w:ascii="Sakkal Majalla" w:hAnsi="Sakkal Majalla" w:cs="Sakkal Majalla"/>
          <w:sz w:val="24"/>
          <w:szCs w:val="24"/>
          <w:rtl/>
        </w:rPr>
        <w:t>اللوحة</w:t>
      </w:r>
      <w:r w:rsidRPr="003E3418">
        <w:rPr>
          <w:rFonts w:ascii="Sakkal Majalla" w:hAnsi="Sakkal Majalla" w:cs="Sakkal Majalla"/>
          <w:sz w:val="24"/>
        </w:rPr>
        <w:t xml:space="preserve">. </w:t>
      </w:r>
      <w:r w:rsidRPr="003E3418">
        <w:rPr>
          <w:rFonts w:ascii="Sakkal Majalla" w:hAnsi="Sakkal Majalla" w:cs="Sakkal Majalla"/>
          <w:sz w:val="24"/>
          <w:szCs w:val="24"/>
          <w:rtl/>
        </w:rPr>
        <w:t>مجلة</w:t>
      </w:r>
      <w:r w:rsidRPr="003E3418">
        <w:rPr>
          <w:rFonts w:ascii="Sakkal Majalla" w:hAnsi="Sakkal Majalla" w:cs="Sakkal Majalla"/>
          <w:sz w:val="24"/>
        </w:rPr>
        <w:t xml:space="preserve"> </w:t>
      </w:r>
      <w:r w:rsidRPr="003E3418">
        <w:rPr>
          <w:rFonts w:ascii="Sakkal Majalla" w:hAnsi="Sakkal Majalla" w:cs="Sakkal Majalla"/>
          <w:sz w:val="24"/>
          <w:szCs w:val="24"/>
          <w:rtl/>
        </w:rPr>
        <w:t>التنمية</w:t>
      </w:r>
      <w:r w:rsidRPr="003E3418">
        <w:rPr>
          <w:rFonts w:ascii="Sakkal Majalla" w:hAnsi="Sakkal Majalla" w:cs="Sakkal Majalla"/>
          <w:sz w:val="24"/>
        </w:rPr>
        <w:t xml:space="preserve"> </w:t>
      </w:r>
      <w:r w:rsidRPr="003E3418">
        <w:rPr>
          <w:rFonts w:ascii="Sakkal Majalla" w:hAnsi="Sakkal Majalla" w:cs="Sakkal Majalla"/>
          <w:sz w:val="24"/>
          <w:szCs w:val="24"/>
          <w:rtl/>
        </w:rPr>
        <w:t>والسياسات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الاقتصادية،</w:t>
      </w:r>
      <w:r w:rsidRPr="003E3418">
        <w:rPr>
          <w:rFonts w:ascii="Sakkal Majalla" w:hAnsi="Sakkal Majalla" w:cs="Sakkal Majalla"/>
          <w:sz w:val="24"/>
        </w:rPr>
        <w:t xml:space="preserve"> 21(2)</w:t>
      </w:r>
      <w:r w:rsidRPr="003E3418">
        <w:rPr>
          <w:rFonts w:ascii="Sakkal Majalla" w:hAnsi="Sakkal Majalla" w:cs="Sakkal Majalla"/>
          <w:sz w:val="24"/>
          <w:szCs w:val="24"/>
          <w:rtl/>
        </w:rPr>
        <w:t>،</w:t>
      </w:r>
      <w:r w:rsidRPr="003E3418">
        <w:rPr>
          <w:rFonts w:ascii="Sakkal Majalla" w:hAnsi="Sakkal Majalla" w:cs="Sakkal Majalla"/>
          <w:sz w:val="24"/>
        </w:rPr>
        <w:t xml:space="preserve"> 45–78.</w:t>
      </w:r>
    </w:p>
    <w:p w14:paraId="3EB3BC9E"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هدف</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الدراسة</w:t>
      </w:r>
      <w:r w:rsidRPr="003E3418">
        <w:rPr>
          <w:rFonts w:ascii="Sakkal Majalla" w:hAnsi="Sakkal Majalla" w:cs="Sakkal Majalla"/>
          <w:b/>
          <w:sz w:val="24"/>
        </w:rPr>
        <w:t xml:space="preserve">: </w:t>
      </w:r>
      <w:r w:rsidRPr="003E3418">
        <w:rPr>
          <w:rFonts w:ascii="Sakkal Majalla" w:hAnsi="Sakkal Majalla" w:cs="Sakkal Majalla"/>
          <w:sz w:val="24"/>
          <w:szCs w:val="24"/>
          <w:rtl/>
        </w:rPr>
        <w:t>تقدير</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المزدوج</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والفقر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العربية</w:t>
      </w:r>
      <w:r w:rsidRPr="003E3418">
        <w:rPr>
          <w:rFonts w:ascii="Sakkal Majalla" w:hAnsi="Sakkal Majalla" w:cs="Sakkal Majalla"/>
          <w:sz w:val="24"/>
        </w:rPr>
        <w:t xml:space="preserve"> </w:t>
      </w:r>
      <w:r w:rsidRPr="003E3418">
        <w:rPr>
          <w:rFonts w:ascii="Sakkal Majalla" w:hAnsi="Sakkal Majalla" w:cs="Sakkal Majalla"/>
          <w:sz w:val="24"/>
          <w:szCs w:val="24"/>
          <w:rtl/>
        </w:rPr>
        <w:t>ضمن</w:t>
      </w:r>
      <w:r w:rsidRPr="003E3418">
        <w:rPr>
          <w:rFonts w:ascii="Sakkal Majalla" w:hAnsi="Sakkal Majalla" w:cs="Sakkal Majalla"/>
          <w:sz w:val="24"/>
        </w:rPr>
        <w:t xml:space="preserve"> </w:t>
      </w:r>
      <w:r w:rsidRPr="003E3418">
        <w:rPr>
          <w:rFonts w:ascii="Sakkal Majalla" w:hAnsi="Sakkal Majalla" w:cs="Sakkal Majalla"/>
          <w:sz w:val="24"/>
          <w:szCs w:val="24"/>
          <w:rtl/>
        </w:rPr>
        <w:t>نموذج</w:t>
      </w:r>
      <w:r w:rsidRPr="003E3418">
        <w:rPr>
          <w:rFonts w:ascii="Sakkal Majalla" w:hAnsi="Sakkal Majalla" w:cs="Sakkal Majalla"/>
          <w:sz w:val="24"/>
        </w:rPr>
        <w:t xml:space="preserve"> </w:t>
      </w:r>
      <w:r w:rsidRPr="003E3418">
        <w:rPr>
          <w:rFonts w:ascii="Sakkal Majalla" w:hAnsi="Sakkal Majalla" w:cs="Sakkal Majalla"/>
          <w:sz w:val="24"/>
          <w:szCs w:val="24"/>
          <w:rtl/>
        </w:rPr>
        <w:t>لوحي</w:t>
      </w:r>
      <w:r w:rsidRPr="003E3418">
        <w:rPr>
          <w:rFonts w:ascii="Sakkal Majalla" w:hAnsi="Sakkal Majalla" w:cs="Sakkal Majalla"/>
          <w:sz w:val="24"/>
        </w:rPr>
        <w:t xml:space="preserve"> </w:t>
      </w:r>
      <w:r w:rsidRPr="003E3418">
        <w:rPr>
          <w:rFonts w:ascii="Sakkal Majalla" w:hAnsi="Sakkal Majalla" w:cs="Sakkal Majalla"/>
          <w:sz w:val="24"/>
          <w:szCs w:val="24"/>
          <w:rtl/>
        </w:rPr>
        <w:t>موحّد</w:t>
      </w:r>
      <w:r w:rsidRPr="003E3418">
        <w:rPr>
          <w:rFonts w:ascii="Sakkal Majalla" w:hAnsi="Sakkal Majalla" w:cs="Sakkal Majalla"/>
          <w:sz w:val="24"/>
        </w:rPr>
        <w:t xml:space="preserve"> </w:t>
      </w:r>
      <w:r w:rsidRPr="003E3418">
        <w:rPr>
          <w:rFonts w:ascii="Sakkal Majalla" w:hAnsi="Sakkal Majalla" w:cs="Sakkal Majalla"/>
          <w:sz w:val="24"/>
          <w:szCs w:val="24"/>
          <w:rtl/>
        </w:rPr>
        <w:t>يتضمن</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الوساطة</w:t>
      </w:r>
      <w:r w:rsidRPr="003E3418">
        <w:rPr>
          <w:rFonts w:ascii="Sakkal Majalla" w:hAnsi="Sakkal Majalla" w:cs="Sakkal Majalla"/>
          <w:sz w:val="24"/>
        </w:rPr>
        <w:t xml:space="preserve"> </w:t>
      </w:r>
      <w:r w:rsidRPr="003E3418">
        <w:rPr>
          <w:rFonts w:ascii="Sakkal Majalla" w:hAnsi="Sakkal Majalla" w:cs="Sakkal Majalla"/>
          <w:sz w:val="24"/>
          <w:szCs w:val="24"/>
          <w:rtl/>
        </w:rPr>
        <w:t>للأثر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وغير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w:t>
      </w:r>
    </w:p>
    <w:p w14:paraId="1057D7F6"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المنهجية</w:t>
      </w:r>
      <w:r w:rsidRPr="003E3418">
        <w:rPr>
          <w:rFonts w:ascii="Sakkal Majalla" w:hAnsi="Sakkal Majalla" w:cs="Sakkal Majalla"/>
          <w:b/>
          <w:sz w:val="24"/>
        </w:rPr>
        <w:t xml:space="preserve">: </w:t>
      </w:r>
      <w:r w:rsidRPr="003E3418">
        <w:rPr>
          <w:rFonts w:ascii="Sakkal Majalla" w:hAnsi="Sakkal Majalla" w:cs="Sakkal Majalla"/>
          <w:sz w:val="24"/>
          <w:szCs w:val="24"/>
          <w:rtl/>
        </w:rPr>
        <w:t>بيانات</w:t>
      </w:r>
      <w:r w:rsidRPr="003E3418">
        <w:rPr>
          <w:rFonts w:ascii="Sakkal Majalla" w:hAnsi="Sakkal Majalla" w:cs="Sakkal Majalla"/>
          <w:sz w:val="24"/>
        </w:rPr>
        <w:t xml:space="preserve"> </w:t>
      </w:r>
      <w:r w:rsidRPr="003E3418">
        <w:rPr>
          <w:rFonts w:ascii="Sakkal Majalla" w:hAnsi="Sakkal Majalla" w:cs="Sakkal Majalla"/>
          <w:sz w:val="24"/>
          <w:szCs w:val="24"/>
          <w:rtl/>
        </w:rPr>
        <w:t>لوحة</w:t>
      </w:r>
      <w:r w:rsidRPr="003E3418">
        <w:rPr>
          <w:rFonts w:ascii="Sakkal Majalla" w:hAnsi="Sakkal Majalla" w:cs="Sakkal Majalla"/>
          <w:sz w:val="24"/>
        </w:rPr>
        <w:t xml:space="preserve"> </w:t>
      </w:r>
      <w:r w:rsidRPr="003E3418">
        <w:rPr>
          <w:rFonts w:ascii="Sakkal Majalla" w:hAnsi="Sakkal Majalla" w:cs="Sakkal Majalla"/>
          <w:sz w:val="24"/>
          <w:szCs w:val="24"/>
          <w:rtl/>
        </w:rPr>
        <w:t>للدول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العربية</w:t>
      </w:r>
      <w:r w:rsidRPr="003E3418">
        <w:rPr>
          <w:rFonts w:ascii="Sakkal Majalla" w:hAnsi="Sakkal Majalla" w:cs="Sakkal Majalla"/>
          <w:sz w:val="24"/>
        </w:rPr>
        <w:t xml:space="preserve">. </w:t>
      </w:r>
      <w:r w:rsidRPr="003E3418">
        <w:rPr>
          <w:rFonts w:ascii="Sakkal Majalla" w:hAnsi="Sakkal Majalla" w:cs="Sakkal Majalla"/>
          <w:sz w:val="24"/>
          <w:szCs w:val="24"/>
          <w:rtl/>
        </w:rPr>
        <w:t>نماذج</w:t>
      </w:r>
      <w:r w:rsidRPr="003E3418">
        <w:rPr>
          <w:rFonts w:ascii="Sakkal Majalla" w:hAnsi="Sakkal Majalla" w:cs="Sakkal Majalla"/>
          <w:sz w:val="24"/>
        </w:rPr>
        <w:t xml:space="preserve"> GMM </w:t>
      </w:r>
      <w:r w:rsidRPr="003E3418">
        <w:rPr>
          <w:rFonts w:ascii="Sakkal Majalla" w:hAnsi="Sakkal Majalla" w:cs="Sakkal Majalla"/>
          <w:sz w:val="24"/>
          <w:szCs w:val="24"/>
          <w:rtl/>
        </w:rPr>
        <w:t>الديناميكية</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الوساطة</w:t>
      </w:r>
      <w:r w:rsidRPr="003E3418">
        <w:rPr>
          <w:rFonts w:ascii="Sakkal Majalla" w:hAnsi="Sakkal Majalla" w:cs="Sakkal Majalla"/>
          <w:sz w:val="24"/>
        </w:rPr>
        <w:t xml:space="preserve"> </w:t>
      </w:r>
      <w:r w:rsidRPr="003E3418">
        <w:rPr>
          <w:rFonts w:ascii="Sakkal Majalla" w:hAnsi="Sakkal Majalla" w:cs="Sakkal Majalla"/>
          <w:sz w:val="24"/>
          <w:szCs w:val="24"/>
          <w:rtl/>
        </w:rPr>
        <w:t>لتقدير</w:t>
      </w:r>
      <w:r w:rsidRPr="003E3418">
        <w:rPr>
          <w:rFonts w:ascii="Sakkal Majalla" w:hAnsi="Sakkal Majalla" w:cs="Sakkal Majalla"/>
          <w:sz w:val="24"/>
        </w:rPr>
        <w:t xml:space="preserve"> </w:t>
      </w:r>
      <w:r w:rsidRPr="003E3418">
        <w:rPr>
          <w:rFonts w:ascii="Sakkal Majalla" w:hAnsi="Sakkal Majalla" w:cs="Sakkal Majalla"/>
          <w:sz w:val="24"/>
          <w:szCs w:val="24"/>
          <w:rtl/>
        </w:rPr>
        <w:t>النسبة</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الكمية</w:t>
      </w:r>
      <w:r w:rsidRPr="003E3418">
        <w:rPr>
          <w:rFonts w:ascii="Sakkal Majalla" w:hAnsi="Sakkal Majalla" w:cs="Sakkal Majalla"/>
          <w:sz w:val="24"/>
        </w:rPr>
        <w:t xml:space="preserve"> </w:t>
      </w:r>
      <w:r w:rsidRPr="003E3418">
        <w:rPr>
          <w:rFonts w:ascii="Sakkal Majalla" w:hAnsi="Sakkal Majalla" w:cs="Sakkal Majalla"/>
          <w:sz w:val="24"/>
          <w:szCs w:val="24"/>
          <w:rtl/>
        </w:rPr>
        <w:t>للأثر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وغير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متغيرات</w:t>
      </w:r>
      <w:r w:rsidRPr="003E3418">
        <w:rPr>
          <w:rFonts w:ascii="Sakkal Majalla" w:hAnsi="Sakkal Majalla" w:cs="Sakkal Majalla"/>
          <w:sz w:val="24"/>
        </w:rPr>
        <w:t xml:space="preserve"> </w:t>
      </w:r>
      <w:r w:rsidRPr="003E3418">
        <w:rPr>
          <w:rFonts w:ascii="Sakkal Majalla" w:hAnsi="Sakkal Majalla" w:cs="Sakkal Majalla"/>
          <w:sz w:val="24"/>
          <w:szCs w:val="24"/>
          <w:rtl/>
        </w:rPr>
        <w:t>ضابطة</w:t>
      </w:r>
      <w:r w:rsidRPr="003E3418">
        <w:rPr>
          <w:rFonts w:ascii="Sakkal Majalla" w:hAnsi="Sakkal Majalla" w:cs="Sakkal Majalla"/>
          <w:sz w:val="24"/>
        </w:rPr>
        <w:t xml:space="preserve"> </w:t>
      </w:r>
      <w:r w:rsidRPr="003E3418">
        <w:rPr>
          <w:rFonts w:ascii="Sakkal Majalla" w:hAnsi="Sakkal Majalla" w:cs="Sakkal Majalla"/>
          <w:sz w:val="24"/>
          <w:szCs w:val="24"/>
          <w:rtl/>
        </w:rPr>
        <w:t>للسياق</w:t>
      </w:r>
      <w:r w:rsidRPr="003E3418">
        <w:rPr>
          <w:rFonts w:ascii="Sakkal Majalla" w:hAnsi="Sakkal Majalla" w:cs="Sakkal Majalla"/>
          <w:sz w:val="24"/>
        </w:rPr>
        <w:t xml:space="preserve"> </w:t>
      </w:r>
      <w:r w:rsidRPr="003E3418">
        <w:rPr>
          <w:rFonts w:ascii="Sakkal Majalla" w:hAnsi="Sakkal Majalla" w:cs="Sakkal Majalla"/>
          <w:sz w:val="24"/>
          <w:szCs w:val="24"/>
          <w:rtl/>
        </w:rPr>
        <w:t>الخليجي</w:t>
      </w:r>
      <w:r w:rsidRPr="003E3418">
        <w:rPr>
          <w:rFonts w:ascii="Sakkal Majalla" w:hAnsi="Sakkal Majalla" w:cs="Sakkal Majalla"/>
          <w:sz w:val="24"/>
        </w:rPr>
        <w:t xml:space="preserve"> </w:t>
      </w:r>
      <w:r w:rsidRPr="003E3418">
        <w:rPr>
          <w:rFonts w:ascii="Sakkal Majalla" w:hAnsi="Sakkal Majalla" w:cs="Sakkal Majalla"/>
          <w:sz w:val="24"/>
          <w:szCs w:val="24"/>
          <w:rtl/>
        </w:rPr>
        <w:t>والريعي</w:t>
      </w:r>
      <w:r w:rsidRPr="003E3418">
        <w:rPr>
          <w:rFonts w:ascii="Sakkal Majalla" w:hAnsi="Sakkal Majalla" w:cs="Sakkal Majalla"/>
          <w:sz w:val="24"/>
        </w:rPr>
        <w:t>.</w:t>
      </w:r>
    </w:p>
    <w:p w14:paraId="1504B4B0"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أهم</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النتائج</w:t>
      </w:r>
      <w:r w:rsidRPr="003E3418">
        <w:rPr>
          <w:rFonts w:ascii="Sakkal Majalla" w:hAnsi="Sakkal Majalla" w:cs="Sakkal Majalla"/>
          <w:b/>
          <w:sz w:val="24"/>
        </w:rPr>
        <w:t xml:space="preserve">: </w:t>
      </w:r>
      <w:r w:rsidRPr="003E3418">
        <w:rPr>
          <w:rFonts w:ascii="Sakkal Majalla" w:hAnsi="Sakkal Majalla" w:cs="Sakkal Majalla"/>
          <w:sz w:val="24"/>
          <w:szCs w:val="24"/>
          <w:rtl/>
        </w:rPr>
        <w:t>نحو</w:t>
      </w:r>
      <w:r w:rsidRPr="003E3418">
        <w:rPr>
          <w:rFonts w:ascii="Sakkal Majalla" w:hAnsi="Sakkal Majalla" w:cs="Sakkal Majalla"/>
          <w:sz w:val="24"/>
        </w:rPr>
        <w:t xml:space="preserve"> 40</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إجمالي</w:t>
      </w:r>
      <w:r w:rsidRPr="003E3418">
        <w:rPr>
          <w:rFonts w:ascii="Sakkal Majalla" w:hAnsi="Sakkal Majalla" w:cs="Sakkal Majalla"/>
          <w:sz w:val="24"/>
        </w:rPr>
        <w:t xml:space="preserve"> </w:t>
      </w:r>
      <w:r w:rsidRPr="003E3418">
        <w:rPr>
          <w:rFonts w:ascii="Sakkal Majalla" w:hAnsi="Sakkal Majalla" w:cs="Sakkal Majalla"/>
          <w:sz w:val="24"/>
          <w:szCs w:val="24"/>
          <w:rtl/>
        </w:rPr>
        <w:t>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يسير</w:t>
      </w:r>
      <w:r w:rsidRPr="003E3418">
        <w:rPr>
          <w:rFonts w:ascii="Sakkal Majalla" w:hAnsi="Sakkal Majalla" w:cs="Sakkal Majalla"/>
          <w:sz w:val="24"/>
        </w:rPr>
        <w:t xml:space="preserve"> </w:t>
      </w:r>
      <w:r w:rsidRPr="003E3418">
        <w:rPr>
          <w:rFonts w:ascii="Sakkal Majalla" w:hAnsi="Sakkal Majalla" w:cs="Sakkal Majalla"/>
          <w:sz w:val="24"/>
          <w:szCs w:val="24"/>
          <w:rtl/>
        </w:rPr>
        <w:t>عبر</w:t>
      </w:r>
      <w:r w:rsidRPr="003E3418">
        <w:rPr>
          <w:rFonts w:ascii="Sakkal Majalla" w:hAnsi="Sakkal Majalla" w:cs="Sakkal Majalla"/>
          <w:sz w:val="24"/>
        </w:rPr>
        <w:t xml:space="preserve"> </w:t>
      </w:r>
      <w:r w:rsidRPr="003E3418">
        <w:rPr>
          <w:rFonts w:ascii="Sakkal Majalla" w:hAnsi="Sakkal Majalla" w:cs="Sakkal Majalla"/>
          <w:sz w:val="24"/>
          <w:szCs w:val="24"/>
          <w:rtl/>
        </w:rPr>
        <w:t>قناة</w:t>
      </w:r>
      <w:r w:rsidRPr="003E3418">
        <w:rPr>
          <w:rFonts w:ascii="Sakkal Majalla" w:hAnsi="Sakkal Majalla" w:cs="Sakkal Majalla"/>
          <w:sz w:val="24"/>
        </w:rPr>
        <w:t xml:space="preserve"> </w:t>
      </w:r>
      <w:r w:rsidRPr="003E3418">
        <w:rPr>
          <w:rFonts w:ascii="Sakkal Majalla" w:hAnsi="Sakkal Majalla" w:cs="Sakkal Majalla"/>
          <w:sz w:val="24"/>
          <w:szCs w:val="24"/>
          <w:rtl/>
        </w:rPr>
        <w:t>تباطؤ</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بينما</w:t>
      </w:r>
      <w:r w:rsidRPr="003E3418">
        <w:rPr>
          <w:rFonts w:ascii="Sakkal Majalla" w:hAnsi="Sakkal Majalla" w:cs="Sakkal Majalla"/>
          <w:sz w:val="24"/>
        </w:rPr>
        <w:t xml:space="preserve"> 60</w:t>
      </w:r>
      <w:r w:rsidRPr="003E3418">
        <w:rPr>
          <w:rFonts w:ascii="Sakkal Majalla" w:hAnsi="Sakkal Majalla" w:cs="Sakkal Majalla"/>
          <w:sz w:val="24"/>
          <w:szCs w:val="24"/>
          <w:rtl/>
        </w:rPr>
        <w:t>٪</w:t>
      </w:r>
      <w:r w:rsidRPr="003E3418">
        <w:rPr>
          <w:rFonts w:ascii="Sakkal Majalla" w:hAnsi="Sakkal Majalla" w:cs="Sakkal Majalla"/>
          <w:sz w:val="24"/>
        </w:rPr>
        <w:t xml:space="preserve"> </w:t>
      </w:r>
      <w:r w:rsidRPr="003E3418">
        <w:rPr>
          <w:rFonts w:ascii="Sakkal Majalla" w:hAnsi="Sakkal Majalla" w:cs="Sakkal Majalla"/>
          <w:sz w:val="24"/>
          <w:szCs w:val="24"/>
          <w:rtl/>
        </w:rPr>
        <w:t>يصل</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مباشرةً</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عبر</w:t>
      </w:r>
      <w:r w:rsidRPr="003E3418">
        <w:rPr>
          <w:rFonts w:ascii="Sakkal Majalla" w:hAnsi="Sakkal Majalla" w:cs="Sakkal Majalla"/>
          <w:sz w:val="24"/>
        </w:rPr>
        <w:t xml:space="preserve"> </w:t>
      </w:r>
      <w:r w:rsidRPr="003E3418">
        <w:rPr>
          <w:rFonts w:ascii="Sakkal Majalla" w:hAnsi="Sakkal Majalla" w:cs="Sakkal Majalla"/>
          <w:sz w:val="24"/>
          <w:szCs w:val="24"/>
          <w:rtl/>
        </w:rPr>
        <w:t>قنوات</w:t>
      </w:r>
      <w:r w:rsidRPr="003E3418">
        <w:rPr>
          <w:rFonts w:ascii="Sakkal Majalla" w:hAnsi="Sakkal Majalla" w:cs="Sakkal Majalla"/>
          <w:sz w:val="24"/>
        </w:rPr>
        <w:t xml:space="preserve"> </w:t>
      </w:r>
      <w:r w:rsidRPr="003E3418">
        <w:rPr>
          <w:rFonts w:ascii="Sakkal Majalla" w:hAnsi="Sakkal Majalla" w:cs="Sakkal Majalla"/>
          <w:sz w:val="24"/>
          <w:szCs w:val="24"/>
          <w:rtl/>
        </w:rPr>
        <w:t>التوزيع</w:t>
      </w:r>
      <w:r w:rsidRPr="003E3418">
        <w:rPr>
          <w:rFonts w:ascii="Sakkal Majalla" w:hAnsi="Sakkal Majalla" w:cs="Sakkal Majalla"/>
          <w:sz w:val="24"/>
        </w:rPr>
        <w:t xml:space="preserve"> </w:t>
      </w:r>
      <w:r w:rsidRPr="003E3418">
        <w:rPr>
          <w:rFonts w:ascii="Sakkal Majalla" w:hAnsi="Sakkal Majalla" w:cs="Sakkal Majalla"/>
          <w:sz w:val="24"/>
          <w:szCs w:val="24"/>
          <w:rtl/>
        </w:rPr>
        <w:t>والإنفاق</w:t>
      </w:r>
      <w:r w:rsidRPr="003E3418">
        <w:rPr>
          <w:rFonts w:ascii="Sakkal Majalla" w:hAnsi="Sakkal Majalla" w:cs="Sakkal Majalla"/>
          <w:sz w:val="24"/>
        </w:rPr>
        <w:t xml:space="preserve"> </w:t>
      </w:r>
      <w:r w:rsidRPr="003E3418">
        <w:rPr>
          <w:rFonts w:ascii="Sakkal Majalla" w:hAnsi="Sakkal Majalla" w:cs="Sakkal Majalla"/>
          <w:sz w:val="24"/>
          <w:szCs w:val="24"/>
          <w:rtl/>
        </w:rPr>
        <w:t>الاجتماعي</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أقل</w:t>
      </w:r>
      <w:r w:rsidRPr="003E3418">
        <w:rPr>
          <w:rFonts w:ascii="Sakkal Majalla" w:hAnsi="Sakkal Majalla" w:cs="Sakkal Majalla"/>
          <w:sz w:val="24"/>
        </w:rPr>
        <w:t xml:space="preserve"> </w:t>
      </w:r>
      <w:r w:rsidRPr="003E3418">
        <w:rPr>
          <w:rFonts w:ascii="Sakkal Majalla" w:hAnsi="Sakkal Majalla" w:cs="Sakkal Majalla"/>
          <w:sz w:val="24"/>
          <w:szCs w:val="24"/>
          <w:rtl/>
        </w:rPr>
        <w:t>حدةً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النفطية</w:t>
      </w:r>
      <w:r w:rsidRPr="003E3418">
        <w:rPr>
          <w:rFonts w:ascii="Sakkal Majalla" w:hAnsi="Sakkal Majalla" w:cs="Sakkal Majalla"/>
          <w:sz w:val="24"/>
        </w:rPr>
        <w:t>.</w:t>
      </w:r>
    </w:p>
    <w:p w14:paraId="70947FE1"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الصلة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بالبحث</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الحالي</w:t>
      </w:r>
      <w:r w:rsidRPr="003E3418">
        <w:rPr>
          <w:rFonts w:ascii="Sakkal Majalla" w:hAnsi="Sakkal Majalla" w:cs="Sakkal Majalla"/>
          <w:b/>
          <w:sz w:val="24"/>
        </w:rPr>
        <w:t xml:space="preserve">: </w:t>
      </w:r>
      <w:r w:rsidRPr="003E3418">
        <w:rPr>
          <w:rFonts w:ascii="Sakkal Majalla" w:hAnsi="Sakkal Majalla" w:cs="Sakkal Majalla"/>
          <w:sz w:val="24"/>
          <w:szCs w:val="24"/>
          <w:rtl/>
        </w:rPr>
        <w:t>الأقرب</w:t>
      </w:r>
      <w:r w:rsidRPr="003E3418">
        <w:rPr>
          <w:rFonts w:ascii="Sakkal Majalla" w:hAnsi="Sakkal Majalla" w:cs="Sakkal Majalla"/>
          <w:sz w:val="24"/>
        </w:rPr>
        <w:t xml:space="preserve"> </w:t>
      </w:r>
      <w:r w:rsidRPr="003E3418">
        <w:rPr>
          <w:rFonts w:ascii="Sakkal Majalla" w:hAnsi="Sakkal Majalla" w:cs="Sakkal Majalla"/>
          <w:sz w:val="24"/>
          <w:szCs w:val="24"/>
          <w:rtl/>
        </w:rPr>
        <w:t>منهجياً</w:t>
      </w:r>
      <w:r w:rsidRPr="003E3418">
        <w:rPr>
          <w:rFonts w:ascii="Sakkal Majalla" w:hAnsi="Sakkal Majalla" w:cs="Sakkal Majalla"/>
          <w:sz w:val="24"/>
        </w:rPr>
        <w:t xml:space="preserve"> </w:t>
      </w:r>
      <w:r w:rsidRPr="003E3418">
        <w:rPr>
          <w:rFonts w:ascii="Sakkal Majalla" w:hAnsi="Sakkal Majalla" w:cs="Sakkal Majalla"/>
          <w:sz w:val="24"/>
          <w:szCs w:val="24"/>
          <w:rtl/>
        </w:rPr>
        <w:t>للبحث</w:t>
      </w:r>
      <w:r w:rsidRPr="003E3418">
        <w:rPr>
          <w:rFonts w:ascii="Sakkal Majalla" w:hAnsi="Sakkal Majalla" w:cs="Sakkal Majalla"/>
          <w:sz w:val="24"/>
        </w:rPr>
        <w:t xml:space="preserve"> </w:t>
      </w:r>
      <w:r w:rsidRPr="003E3418">
        <w:rPr>
          <w:rFonts w:ascii="Sakkal Majalla" w:hAnsi="Sakkal Majalla" w:cs="Sakkal Majalla"/>
          <w:sz w:val="24"/>
          <w:szCs w:val="24"/>
          <w:rtl/>
        </w:rPr>
        <w:t>الحالي</w:t>
      </w:r>
      <w:r w:rsidRPr="003E3418">
        <w:rPr>
          <w:rFonts w:ascii="Sakkal Majalla" w:hAnsi="Sakkal Majalla" w:cs="Sakkal Majalla"/>
          <w:sz w:val="24"/>
        </w:rPr>
        <w:t xml:space="preserve"> </w:t>
      </w:r>
      <w:r w:rsidRPr="003E3418">
        <w:rPr>
          <w:rFonts w:ascii="Sakkal Majalla" w:hAnsi="Sakkal Majalla" w:cs="Sakkal Majalla"/>
          <w:sz w:val="24"/>
          <w:szCs w:val="24"/>
          <w:rtl/>
        </w:rPr>
        <w:t>ويُوفّر</w:t>
      </w:r>
      <w:r w:rsidRPr="003E3418">
        <w:rPr>
          <w:rFonts w:ascii="Sakkal Majalla" w:hAnsi="Sakkal Majalla" w:cs="Sakkal Majalla"/>
          <w:sz w:val="24"/>
        </w:rPr>
        <w:t xml:space="preserve"> </w:t>
      </w:r>
      <w:r w:rsidRPr="003E3418">
        <w:rPr>
          <w:rFonts w:ascii="Sakkal Majalla" w:hAnsi="Sakkal Majalla" w:cs="Sakkal Majalla"/>
          <w:sz w:val="24"/>
          <w:szCs w:val="24"/>
          <w:rtl/>
        </w:rPr>
        <w:t>نقطة</w:t>
      </w:r>
      <w:r w:rsidRPr="003E3418">
        <w:rPr>
          <w:rFonts w:ascii="Sakkal Majalla" w:hAnsi="Sakkal Majalla" w:cs="Sakkal Majalla"/>
          <w:sz w:val="24"/>
        </w:rPr>
        <w:t xml:space="preserve"> </w:t>
      </w:r>
      <w:r w:rsidRPr="003E3418">
        <w:rPr>
          <w:rFonts w:ascii="Sakkal Majalla" w:hAnsi="Sakkal Majalla" w:cs="Sakkal Majalla"/>
          <w:sz w:val="24"/>
          <w:szCs w:val="24"/>
          <w:rtl/>
        </w:rPr>
        <w:t>مقارنة</w:t>
      </w:r>
      <w:r w:rsidRPr="003E3418">
        <w:rPr>
          <w:rFonts w:ascii="Sakkal Majalla" w:hAnsi="Sakkal Majalla" w:cs="Sakkal Majalla"/>
          <w:sz w:val="24"/>
        </w:rPr>
        <w:t xml:space="preserve"> </w:t>
      </w:r>
      <w:r w:rsidRPr="003E3418">
        <w:rPr>
          <w:rFonts w:ascii="Sakkal Majalla" w:hAnsi="Sakkal Majalla" w:cs="Sakkal Majalla"/>
          <w:sz w:val="24"/>
          <w:szCs w:val="24"/>
          <w:rtl/>
        </w:rPr>
        <w:t>جغرافية</w:t>
      </w:r>
      <w:r w:rsidRPr="003E3418">
        <w:rPr>
          <w:rFonts w:ascii="Sakkal Majalla" w:hAnsi="Sakkal Majalla" w:cs="Sakkal Majalla"/>
          <w:sz w:val="24"/>
        </w:rPr>
        <w:t xml:space="preserve"> </w:t>
      </w:r>
      <w:r w:rsidRPr="003E3418">
        <w:rPr>
          <w:rFonts w:ascii="Sakkal Majalla" w:hAnsi="Sakkal Majalla" w:cs="Sakkal Majalla"/>
          <w:sz w:val="24"/>
          <w:szCs w:val="24"/>
          <w:rtl/>
        </w:rPr>
        <w:t>ثمينة</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w:t>
      </w:r>
      <w:r w:rsidRPr="003E3418">
        <w:rPr>
          <w:rFonts w:ascii="Sakkal Majalla" w:hAnsi="Sakkal Majalla" w:cs="Sakkal Majalla"/>
          <w:sz w:val="24"/>
        </w:rPr>
        <w:t xml:space="preserve"> </w:t>
      </w:r>
      <w:r w:rsidRPr="003E3418">
        <w:rPr>
          <w:rFonts w:ascii="Sakkal Majalla" w:hAnsi="Sakkal Majalla" w:cs="Sakkal Majalla"/>
          <w:sz w:val="24"/>
          <w:szCs w:val="24"/>
          <w:rtl/>
        </w:rPr>
        <w:t>يُوسّع</w:t>
      </w:r>
      <w:r w:rsidRPr="003E3418">
        <w:rPr>
          <w:rFonts w:ascii="Sakkal Majalla" w:hAnsi="Sakkal Majalla" w:cs="Sakkal Majalla"/>
          <w:sz w:val="24"/>
        </w:rPr>
        <w:t xml:space="preserve"> </w:t>
      </w:r>
      <w:r w:rsidRPr="003E3418">
        <w:rPr>
          <w:rFonts w:ascii="Sakkal Majalla" w:hAnsi="Sakkal Majalla" w:cs="Sakkal Majalla"/>
          <w:sz w:val="24"/>
          <w:szCs w:val="24"/>
          <w:rtl/>
        </w:rPr>
        <w:t>النطاق</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العربية</w:t>
      </w:r>
      <w:r w:rsidRPr="003E3418">
        <w:rPr>
          <w:rFonts w:ascii="Sakkal Majalla" w:hAnsi="Sakkal Majalla" w:cs="Sakkal Majalla"/>
          <w:sz w:val="24"/>
        </w:rPr>
        <w:t xml:space="preserve"> </w:t>
      </w:r>
      <w:r w:rsidRPr="003E3418">
        <w:rPr>
          <w:rFonts w:ascii="Sakkal Majalla" w:hAnsi="Sakkal Majalla" w:cs="Sakkal Majalla"/>
          <w:sz w:val="24"/>
          <w:szCs w:val="24"/>
          <w:rtl/>
        </w:rPr>
        <w:t>نحو</w:t>
      </w:r>
      <w:r w:rsidRPr="003E3418">
        <w:rPr>
          <w:rFonts w:ascii="Sakkal Majalla" w:hAnsi="Sakkal Majalla" w:cs="Sakkal Majalla"/>
          <w:sz w:val="24"/>
        </w:rPr>
        <w:t xml:space="preserve"> 74 </w:t>
      </w:r>
      <w:r w:rsidRPr="003E3418">
        <w:rPr>
          <w:rFonts w:ascii="Sakkal Majalla" w:hAnsi="Sakkal Majalla" w:cs="Sakkal Majalla"/>
          <w:sz w:val="24"/>
          <w:szCs w:val="24"/>
          <w:rtl/>
        </w:rPr>
        <w:t>دولة</w:t>
      </w:r>
      <w:r w:rsidRPr="003E3418">
        <w:rPr>
          <w:rFonts w:ascii="Sakkal Majalla" w:hAnsi="Sakkal Majalla" w:cs="Sakkal Majalla"/>
          <w:sz w:val="24"/>
        </w:rPr>
        <w:t xml:space="preserve"> </w:t>
      </w:r>
      <w:r w:rsidRPr="003E3418">
        <w:rPr>
          <w:rFonts w:ascii="Sakkal Majalla" w:hAnsi="Sakkal Majalla" w:cs="Sakkal Majalla"/>
          <w:sz w:val="24"/>
          <w:szCs w:val="24"/>
          <w:rtl/>
        </w:rPr>
        <w:t>نامية</w:t>
      </w:r>
      <w:r w:rsidRPr="003E3418">
        <w:rPr>
          <w:rFonts w:ascii="Sakkal Majalla" w:hAnsi="Sakkal Majalla" w:cs="Sakkal Majalla"/>
          <w:sz w:val="24"/>
        </w:rPr>
        <w:t xml:space="preserve"> </w:t>
      </w:r>
      <w:r w:rsidRPr="003E3418">
        <w:rPr>
          <w:rFonts w:ascii="Sakkal Majalla" w:hAnsi="Sakkal Majalla" w:cs="Sakkal Majalla"/>
          <w:sz w:val="24"/>
          <w:szCs w:val="24"/>
          <w:rtl/>
        </w:rPr>
        <w:t>متنوعة</w:t>
      </w:r>
      <w:r w:rsidRPr="003E3418">
        <w:rPr>
          <w:rFonts w:ascii="Sakkal Majalla" w:hAnsi="Sakkal Majalla" w:cs="Sakkal Majalla"/>
          <w:sz w:val="24"/>
        </w:rPr>
        <w:t xml:space="preserve"> </w:t>
      </w:r>
      <w:r w:rsidRPr="003E3418">
        <w:rPr>
          <w:rFonts w:ascii="Sakkal Majalla" w:hAnsi="Sakkal Majalla" w:cs="Sakkal Majalla"/>
          <w:sz w:val="24"/>
          <w:szCs w:val="24"/>
          <w:rtl/>
        </w:rPr>
        <w:t>ويمتد</w:t>
      </w:r>
      <w:r w:rsidRPr="003E3418">
        <w:rPr>
          <w:rFonts w:ascii="Sakkal Majalla" w:hAnsi="Sakkal Majalla" w:cs="Sakkal Majalla"/>
          <w:sz w:val="24"/>
        </w:rPr>
        <w:t xml:space="preserve"> </w:t>
      </w:r>
      <w:r w:rsidRPr="003E3418">
        <w:rPr>
          <w:rFonts w:ascii="Sakkal Majalla" w:hAnsi="Sakkal Majalla" w:cs="Sakkal Majalla"/>
          <w:sz w:val="24"/>
          <w:szCs w:val="24"/>
          <w:rtl/>
        </w:rPr>
        <w:t>زمنياً</w:t>
      </w:r>
      <w:r w:rsidRPr="003E3418">
        <w:rPr>
          <w:rFonts w:ascii="Sakkal Majalla" w:hAnsi="Sakkal Majalla" w:cs="Sakkal Majalla"/>
          <w:sz w:val="24"/>
        </w:rPr>
        <w:t xml:space="preserve"> </w:t>
      </w:r>
      <w:r w:rsidRPr="003E3418">
        <w:rPr>
          <w:rFonts w:ascii="Sakkal Majalla" w:hAnsi="Sakkal Majalla" w:cs="Sakkal Majalla"/>
          <w:sz w:val="24"/>
          <w:szCs w:val="24"/>
          <w:rtl/>
        </w:rPr>
        <w:t>حتى</w:t>
      </w:r>
      <w:r w:rsidRPr="003E3418">
        <w:rPr>
          <w:rFonts w:ascii="Sakkal Majalla" w:hAnsi="Sakkal Majalla" w:cs="Sakkal Majalla"/>
          <w:sz w:val="24"/>
        </w:rPr>
        <w:t xml:space="preserve"> 2022.</w:t>
      </w:r>
    </w:p>
    <w:p w14:paraId="0BFAC092" w14:textId="77777777" w:rsidR="003E3418" w:rsidRPr="003E3418" w:rsidRDefault="003E3418" w:rsidP="003E3418">
      <w:pPr>
        <w:spacing w:before="80" w:after="80"/>
        <w:rPr>
          <w:rFonts w:ascii="Sakkal Majalla" w:hAnsi="Sakkal Majalla" w:cs="Sakkal Majalla"/>
        </w:rPr>
      </w:pPr>
    </w:p>
    <w:p w14:paraId="2DBA4ED2" w14:textId="77777777" w:rsidR="003E3418" w:rsidRPr="003E3418" w:rsidRDefault="003E3418" w:rsidP="003E3418">
      <w:pPr>
        <w:bidi/>
        <w:spacing w:before="160" w:after="60" w:line="320" w:lineRule="exact"/>
        <w:rPr>
          <w:rFonts w:ascii="Sakkal Majalla" w:hAnsi="Sakkal Majalla" w:cs="Sakkal Majalla"/>
        </w:rPr>
      </w:pPr>
      <w:r w:rsidRPr="003E3418">
        <w:rPr>
          <w:rFonts w:ascii="Sakkal Majalla" w:hAnsi="Sakkal Majalla" w:cs="Sakkal Majalla"/>
          <w:b/>
          <w:sz w:val="24"/>
        </w:rPr>
        <w:t xml:space="preserve">13. </w:t>
      </w:r>
      <w:r w:rsidRPr="003E3418">
        <w:rPr>
          <w:rFonts w:ascii="Sakkal Majalla" w:hAnsi="Sakkal Majalla" w:cs="Sakkal Majalla"/>
          <w:b/>
          <w:bCs/>
          <w:sz w:val="24"/>
          <w:szCs w:val="24"/>
          <w:rtl/>
        </w:rPr>
        <w:t>القحطاني</w:t>
      </w:r>
      <w:r w:rsidRPr="003E3418">
        <w:rPr>
          <w:rFonts w:ascii="Sakkal Majalla" w:hAnsi="Sakkal Majalla" w:cs="Sakkal Majalla"/>
          <w:b/>
          <w:sz w:val="24"/>
        </w:rPr>
        <w:t xml:space="preserve"> (2020) — </w:t>
      </w:r>
      <w:r w:rsidRPr="003E3418">
        <w:rPr>
          <w:rFonts w:ascii="Sakkal Majalla" w:hAnsi="Sakkal Majalla" w:cs="Sakkal Majalla"/>
          <w:b/>
          <w:bCs/>
          <w:sz w:val="24"/>
          <w:szCs w:val="24"/>
          <w:rtl/>
        </w:rPr>
        <w:t>منطقة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الشرق</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الأوسط</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وشمال</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إفريقيا</w:t>
      </w:r>
    </w:p>
    <w:p w14:paraId="5F6EA774"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المرجع</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الكامل</w:t>
      </w:r>
      <w:r w:rsidRPr="003E3418">
        <w:rPr>
          <w:rFonts w:ascii="Sakkal Majalla" w:hAnsi="Sakkal Majalla" w:cs="Sakkal Majalla"/>
          <w:b/>
          <w:sz w:val="24"/>
        </w:rPr>
        <w:t xml:space="preserve">: </w:t>
      </w:r>
      <w:r w:rsidRPr="003E3418">
        <w:rPr>
          <w:rFonts w:ascii="Sakkal Majalla" w:hAnsi="Sakkal Majalla" w:cs="Sakkal Majalla"/>
          <w:sz w:val="24"/>
          <w:szCs w:val="24"/>
          <w:rtl/>
        </w:rPr>
        <w:t>القحطاني،</w:t>
      </w:r>
      <w:r w:rsidRPr="003E3418">
        <w:rPr>
          <w:rFonts w:ascii="Sakkal Majalla" w:hAnsi="Sakkal Majalla" w:cs="Sakkal Majalla"/>
          <w:sz w:val="24"/>
        </w:rPr>
        <w:t xml:space="preserve"> </w:t>
      </w:r>
      <w:r w:rsidRPr="003E3418">
        <w:rPr>
          <w:rFonts w:ascii="Sakkal Majalla" w:hAnsi="Sakkal Majalla" w:cs="Sakkal Majalla"/>
          <w:sz w:val="24"/>
          <w:szCs w:val="24"/>
          <w:rtl/>
        </w:rPr>
        <w:t>سعود</w:t>
      </w:r>
      <w:r w:rsidRPr="003E3418">
        <w:rPr>
          <w:rFonts w:ascii="Sakkal Majalla" w:hAnsi="Sakkal Majalla" w:cs="Sakkal Majalla"/>
          <w:sz w:val="24"/>
        </w:rPr>
        <w:t xml:space="preserve">. (2020). </w:t>
      </w:r>
      <w:r w:rsidRPr="003E3418">
        <w:rPr>
          <w:rFonts w:ascii="Sakkal Majalla" w:hAnsi="Sakkal Majalla" w:cs="Sakkal Majalla"/>
          <w:sz w:val="24"/>
          <w:szCs w:val="24"/>
          <w:rtl/>
        </w:rPr>
        <w:t>تقدير</w:t>
      </w:r>
      <w:r w:rsidRPr="003E3418">
        <w:rPr>
          <w:rFonts w:ascii="Sakkal Majalla" w:hAnsi="Sakkal Majalla" w:cs="Sakkal Majalla"/>
          <w:sz w:val="24"/>
        </w:rPr>
        <w:t xml:space="preserve"> </w:t>
      </w:r>
      <w:r w:rsidRPr="003E3418">
        <w:rPr>
          <w:rFonts w:ascii="Sakkal Majalla" w:hAnsi="Sakkal Majalla" w:cs="Sakkal Majalla"/>
          <w:sz w:val="24"/>
          <w:szCs w:val="24"/>
          <w:rtl/>
        </w:rPr>
        <w:t>العلاقة</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الشرق</w:t>
      </w:r>
      <w:r w:rsidRPr="003E3418">
        <w:rPr>
          <w:rFonts w:ascii="Sakkal Majalla" w:hAnsi="Sakkal Majalla" w:cs="Sakkal Majalla"/>
          <w:sz w:val="24"/>
        </w:rPr>
        <w:t xml:space="preserve"> </w:t>
      </w:r>
      <w:r w:rsidRPr="003E3418">
        <w:rPr>
          <w:rFonts w:ascii="Sakkal Majalla" w:hAnsi="Sakkal Majalla" w:cs="Sakkal Majalla"/>
          <w:sz w:val="24"/>
          <w:szCs w:val="24"/>
          <w:rtl/>
        </w:rPr>
        <w:t>الأوسط</w:t>
      </w:r>
      <w:r w:rsidRPr="003E3418">
        <w:rPr>
          <w:rFonts w:ascii="Sakkal Majalla" w:hAnsi="Sakkal Majalla" w:cs="Sakkal Majalla"/>
          <w:sz w:val="24"/>
        </w:rPr>
        <w:t xml:space="preserve"> </w:t>
      </w:r>
      <w:r w:rsidRPr="003E3418">
        <w:rPr>
          <w:rFonts w:ascii="Sakkal Majalla" w:hAnsi="Sakkal Majalla" w:cs="Sakkal Majalla"/>
          <w:sz w:val="24"/>
          <w:szCs w:val="24"/>
          <w:rtl/>
        </w:rPr>
        <w:t>وشمال</w:t>
      </w:r>
      <w:r w:rsidRPr="003E3418">
        <w:rPr>
          <w:rFonts w:ascii="Sakkal Majalla" w:hAnsi="Sakkal Majalla" w:cs="Sakkal Majalla"/>
          <w:sz w:val="24"/>
        </w:rPr>
        <w:t xml:space="preserve"> </w:t>
      </w:r>
      <w:r w:rsidRPr="003E3418">
        <w:rPr>
          <w:rFonts w:ascii="Sakkal Majalla" w:hAnsi="Sakkal Majalla" w:cs="Sakkal Majalla"/>
          <w:sz w:val="24"/>
          <w:szCs w:val="24"/>
          <w:rtl/>
        </w:rPr>
        <w:t>إفريقيا</w:t>
      </w:r>
      <w:r w:rsidRPr="003E3418">
        <w:rPr>
          <w:rFonts w:ascii="Sakkal Majalla" w:hAnsi="Sakkal Majalla" w:cs="Sakkal Majalla"/>
          <w:sz w:val="24"/>
        </w:rPr>
        <w:t xml:space="preserve">. </w:t>
      </w:r>
      <w:r w:rsidRPr="003E3418">
        <w:rPr>
          <w:rFonts w:ascii="Sakkal Majalla" w:hAnsi="Sakkal Majalla" w:cs="Sakkal Majalla"/>
          <w:sz w:val="24"/>
          <w:szCs w:val="24"/>
          <w:rtl/>
        </w:rPr>
        <w:t>مجلة</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w:t>
      </w:r>
      <w:r w:rsidRPr="003E3418">
        <w:rPr>
          <w:rFonts w:ascii="Sakkal Majalla" w:hAnsi="Sakkal Majalla" w:cs="Sakkal Majalla"/>
          <w:sz w:val="24"/>
        </w:rPr>
        <w:t xml:space="preserve"> </w:t>
      </w:r>
      <w:r w:rsidRPr="003E3418">
        <w:rPr>
          <w:rFonts w:ascii="Sakkal Majalla" w:hAnsi="Sakkal Majalla" w:cs="Sakkal Majalla"/>
          <w:sz w:val="24"/>
          <w:szCs w:val="24"/>
          <w:rtl/>
        </w:rPr>
        <w:t>التطبيقي،</w:t>
      </w:r>
      <w:r w:rsidRPr="003E3418">
        <w:rPr>
          <w:rFonts w:ascii="Sakkal Majalla" w:hAnsi="Sakkal Majalla" w:cs="Sakkal Majalla"/>
          <w:sz w:val="24"/>
        </w:rPr>
        <w:t xml:space="preserve"> 12(1)</w:t>
      </w:r>
      <w:r w:rsidRPr="003E3418">
        <w:rPr>
          <w:rFonts w:ascii="Sakkal Majalla" w:hAnsi="Sakkal Majalla" w:cs="Sakkal Majalla"/>
          <w:sz w:val="24"/>
          <w:szCs w:val="24"/>
          <w:rtl/>
        </w:rPr>
        <w:t>،</w:t>
      </w:r>
      <w:r w:rsidRPr="003E3418">
        <w:rPr>
          <w:rFonts w:ascii="Sakkal Majalla" w:hAnsi="Sakkal Majalla" w:cs="Sakkal Majalla"/>
          <w:sz w:val="24"/>
        </w:rPr>
        <w:t xml:space="preserve"> 33–62.</w:t>
      </w:r>
    </w:p>
    <w:p w14:paraId="331AECD3"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هدف</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الدراسة</w:t>
      </w:r>
      <w:r w:rsidRPr="003E3418">
        <w:rPr>
          <w:rFonts w:ascii="Sakkal Majalla" w:hAnsi="Sakkal Majalla" w:cs="Sakkal Majalla"/>
          <w:b/>
          <w:sz w:val="24"/>
        </w:rPr>
        <w:t xml:space="preserve">: </w:t>
      </w: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العلاقة</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المتعدد</w:t>
      </w:r>
      <w:r w:rsidRPr="003E3418">
        <w:rPr>
          <w:rFonts w:ascii="Sakkal Majalla" w:hAnsi="Sakkal Majalla" w:cs="Sakkal Majalla"/>
          <w:sz w:val="24"/>
        </w:rPr>
        <w:t xml:space="preserve"> </w:t>
      </w:r>
      <w:r w:rsidRPr="003E3418">
        <w:rPr>
          <w:rFonts w:ascii="Sakkal Majalla" w:hAnsi="Sakkal Majalla" w:cs="Sakkal Majalla"/>
          <w:sz w:val="24"/>
          <w:szCs w:val="24"/>
          <w:rtl/>
        </w:rPr>
        <w:t>الأبعاد</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منطقة</w:t>
      </w:r>
      <w:r w:rsidRPr="003E3418">
        <w:rPr>
          <w:rFonts w:ascii="Sakkal Majalla" w:hAnsi="Sakkal Majalla" w:cs="Sakkal Majalla"/>
          <w:sz w:val="24"/>
        </w:rPr>
        <w:t xml:space="preserve"> MENA </w:t>
      </w:r>
      <w:r w:rsidRPr="003E3418">
        <w:rPr>
          <w:rFonts w:ascii="Sakkal Majalla" w:hAnsi="Sakkal Majalla" w:cs="Sakkal Majalla"/>
          <w:sz w:val="24"/>
          <w:szCs w:val="24"/>
          <w:rtl/>
        </w:rPr>
        <w:t>بمقاربة</w:t>
      </w:r>
      <w:r w:rsidRPr="003E3418">
        <w:rPr>
          <w:rFonts w:ascii="Sakkal Majalla" w:hAnsi="Sakkal Majalla" w:cs="Sakkal Majalla"/>
          <w:sz w:val="24"/>
        </w:rPr>
        <w:t xml:space="preserve"> </w:t>
      </w:r>
      <w:r w:rsidRPr="003E3418">
        <w:rPr>
          <w:rFonts w:ascii="Sakkal Majalla" w:hAnsi="Sakkal Majalla" w:cs="Sakkal Majalla"/>
          <w:sz w:val="24"/>
          <w:szCs w:val="24"/>
          <w:rtl/>
        </w:rPr>
        <w:t>قياسية</w:t>
      </w:r>
      <w:r w:rsidRPr="003E3418">
        <w:rPr>
          <w:rFonts w:ascii="Sakkal Majalla" w:hAnsi="Sakkal Majalla" w:cs="Sakkal Majalla"/>
          <w:sz w:val="24"/>
        </w:rPr>
        <w:t xml:space="preserve"> </w:t>
      </w:r>
      <w:r w:rsidRPr="003E3418">
        <w:rPr>
          <w:rFonts w:ascii="Sakkal Majalla" w:hAnsi="Sakkal Majalla" w:cs="Sakkal Majalla"/>
          <w:sz w:val="24"/>
          <w:szCs w:val="24"/>
          <w:rtl/>
        </w:rPr>
        <w:t>تستحضر</w:t>
      </w:r>
      <w:r w:rsidRPr="003E3418">
        <w:rPr>
          <w:rFonts w:ascii="Sakkal Majalla" w:hAnsi="Sakkal Majalla" w:cs="Sakkal Majalla"/>
          <w:sz w:val="24"/>
        </w:rPr>
        <w:t xml:space="preserve"> </w:t>
      </w:r>
      <w:r w:rsidRPr="003E3418">
        <w:rPr>
          <w:rFonts w:ascii="Sakkal Majalla" w:hAnsi="Sakkal Majalla" w:cs="Sakkal Majalla"/>
          <w:sz w:val="24"/>
          <w:szCs w:val="24"/>
          <w:rtl/>
        </w:rPr>
        <w:t>خصوصية</w:t>
      </w:r>
      <w:r w:rsidRPr="003E3418">
        <w:rPr>
          <w:rFonts w:ascii="Sakkal Majalla" w:hAnsi="Sakkal Majalla" w:cs="Sakkal Majalla"/>
          <w:sz w:val="24"/>
        </w:rPr>
        <w:t xml:space="preserve"> </w:t>
      </w:r>
      <w:r w:rsidRPr="003E3418">
        <w:rPr>
          <w:rFonts w:ascii="Sakkal Majalla" w:hAnsi="Sakkal Majalla" w:cs="Sakkal Majalla"/>
          <w:sz w:val="24"/>
          <w:szCs w:val="24"/>
          <w:rtl/>
        </w:rPr>
        <w:t>الهيكل</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المنطقة</w:t>
      </w:r>
      <w:r w:rsidRPr="003E3418">
        <w:rPr>
          <w:rFonts w:ascii="Sakkal Majalla" w:hAnsi="Sakkal Majalla" w:cs="Sakkal Majalla"/>
          <w:sz w:val="24"/>
        </w:rPr>
        <w:t>.</w:t>
      </w:r>
    </w:p>
    <w:p w14:paraId="2AFC32C5"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lastRenderedPageBreak/>
        <w:t>المنهجية</w:t>
      </w:r>
      <w:r w:rsidRPr="003E3418">
        <w:rPr>
          <w:rFonts w:ascii="Sakkal Majalla" w:hAnsi="Sakkal Majalla" w:cs="Sakkal Majalla"/>
          <w:b/>
          <w:sz w:val="24"/>
        </w:rPr>
        <w:t xml:space="preserve">: </w:t>
      </w:r>
      <w:r w:rsidRPr="003E3418">
        <w:rPr>
          <w:rFonts w:ascii="Sakkal Majalla" w:hAnsi="Sakkal Majalla" w:cs="Sakkal Majalla"/>
          <w:sz w:val="24"/>
          <w:szCs w:val="24"/>
          <w:rtl/>
        </w:rPr>
        <w:t>بيانات</w:t>
      </w:r>
      <w:r w:rsidRPr="003E3418">
        <w:rPr>
          <w:rFonts w:ascii="Sakkal Majalla" w:hAnsi="Sakkal Majalla" w:cs="Sakkal Majalla"/>
          <w:sz w:val="24"/>
        </w:rPr>
        <w:t xml:space="preserve"> </w:t>
      </w:r>
      <w:r w:rsidRPr="003E3418">
        <w:rPr>
          <w:rFonts w:ascii="Sakkal Majalla" w:hAnsi="Sakkal Majalla" w:cs="Sakkal Majalla"/>
          <w:sz w:val="24"/>
          <w:szCs w:val="24"/>
          <w:rtl/>
        </w:rPr>
        <w:t>لوحة</w:t>
      </w:r>
      <w:r w:rsidRPr="003E3418">
        <w:rPr>
          <w:rFonts w:ascii="Sakkal Majalla" w:hAnsi="Sakkal Majalla" w:cs="Sakkal Majalla"/>
          <w:sz w:val="24"/>
        </w:rPr>
        <w:t xml:space="preserve"> </w:t>
      </w:r>
      <w:r w:rsidRPr="003E3418">
        <w:rPr>
          <w:rFonts w:ascii="Sakkal Majalla" w:hAnsi="Sakkal Majalla" w:cs="Sakkal Majalla"/>
          <w:sz w:val="24"/>
          <w:szCs w:val="24"/>
          <w:rtl/>
        </w:rPr>
        <w:t>لـ</w:t>
      </w:r>
      <w:r w:rsidRPr="003E3418">
        <w:rPr>
          <w:rFonts w:ascii="Sakkal Majalla" w:hAnsi="Sakkal Majalla" w:cs="Sakkal Majalla"/>
          <w:sz w:val="24"/>
        </w:rPr>
        <w:t xml:space="preserve"> 17 </w:t>
      </w:r>
      <w:r w:rsidRPr="003E3418">
        <w:rPr>
          <w:rFonts w:ascii="Sakkal Majalla" w:hAnsi="Sakkal Majalla" w:cs="Sakkal Majalla"/>
          <w:sz w:val="24"/>
          <w:szCs w:val="24"/>
          <w:rtl/>
        </w:rPr>
        <w:t>دولة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منطقة</w:t>
      </w:r>
      <w:r w:rsidRPr="003E3418">
        <w:rPr>
          <w:rFonts w:ascii="Sakkal Majalla" w:hAnsi="Sakkal Majalla" w:cs="Sakkal Majalla"/>
          <w:sz w:val="24"/>
        </w:rPr>
        <w:t xml:space="preserve"> MENA. </w:t>
      </w:r>
      <w:r w:rsidRPr="003E3418">
        <w:rPr>
          <w:rFonts w:ascii="Sakkal Majalla" w:hAnsi="Sakkal Majalla" w:cs="Sakkal Majalla"/>
          <w:sz w:val="24"/>
          <w:szCs w:val="24"/>
          <w:rtl/>
        </w:rPr>
        <w:t>نماذج</w:t>
      </w:r>
      <w:r w:rsidRPr="003E3418">
        <w:rPr>
          <w:rFonts w:ascii="Sakkal Majalla" w:hAnsi="Sakkal Majalla" w:cs="Sakkal Majalla"/>
          <w:sz w:val="24"/>
        </w:rPr>
        <w:t xml:space="preserve"> </w:t>
      </w:r>
      <w:r w:rsidRPr="003E3418">
        <w:rPr>
          <w:rFonts w:ascii="Sakkal Majalla" w:hAnsi="Sakkal Majalla" w:cs="Sakkal Majalla"/>
          <w:sz w:val="24"/>
          <w:szCs w:val="24"/>
          <w:rtl/>
        </w:rPr>
        <w:t>تأثيرات</w:t>
      </w:r>
      <w:r w:rsidRPr="003E3418">
        <w:rPr>
          <w:rFonts w:ascii="Sakkal Majalla" w:hAnsi="Sakkal Majalla" w:cs="Sakkal Majalla"/>
          <w:sz w:val="24"/>
        </w:rPr>
        <w:t xml:space="preserve"> </w:t>
      </w:r>
      <w:r w:rsidRPr="003E3418">
        <w:rPr>
          <w:rFonts w:ascii="Sakkal Majalla" w:hAnsi="Sakkal Majalla" w:cs="Sakkal Majalla"/>
          <w:sz w:val="24"/>
          <w:szCs w:val="24"/>
          <w:rtl/>
        </w:rPr>
        <w:t>ثابتة</w:t>
      </w:r>
      <w:r w:rsidRPr="003E3418">
        <w:rPr>
          <w:rFonts w:ascii="Sakkal Majalla" w:hAnsi="Sakkal Majalla" w:cs="Sakkal Majalla"/>
          <w:sz w:val="24"/>
        </w:rPr>
        <w:t xml:space="preserve"> </w:t>
      </w:r>
      <w:r w:rsidRPr="003E3418">
        <w:rPr>
          <w:rFonts w:ascii="Sakkal Majalla" w:hAnsi="Sakkal Majalla" w:cs="Sakkal Majalla"/>
          <w:sz w:val="24"/>
          <w:szCs w:val="24"/>
          <w:rtl/>
        </w:rPr>
        <w:t>وعشوائية</w:t>
      </w:r>
      <w:r w:rsidRPr="003E3418">
        <w:rPr>
          <w:rFonts w:ascii="Sakkal Majalla" w:hAnsi="Sakkal Majalla" w:cs="Sakkal Majalla"/>
          <w:sz w:val="24"/>
        </w:rPr>
        <w:t xml:space="preserve"> </w:t>
      </w:r>
      <w:r w:rsidRPr="003E3418">
        <w:rPr>
          <w:rFonts w:ascii="Sakkal Majalla" w:hAnsi="Sakkal Majalla" w:cs="Sakkal Majalla"/>
          <w:sz w:val="24"/>
          <w:szCs w:val="24"/>
          <w:rtl/>
        </w:rPr>
        <w:t>مع</w:t>
      </w:r>
      <w:r w:rsidRPr="003E3418">
        <w:rPr>
          <w:rFonts w:ascii="Sakkal Majalla" w:hAnsi="Sakkal Majalla" w:cs="Sakkal Majalla"/>
          <w:sz w:val="24"/>
        </w:rPr>
        <w:t xml:space="preserve"> </w:t>
      </w:r>
      <w:r w:rsidRPr="003E3418">
        <w:rPr>
          <w:rFonts w:ascii="Sakkal Majalla" w:hAnsi="Sakkal Majalla" w:cs="Sakkal Majalla"/>
          <w:sz w:val="24"/>
          <w:szCs w:val="24"/>
          <w:rtl/>
        </w:rPr>
        <w:t>اختبار</w:t>
      </w:r>
      <w:r w:rsidRPr="003E3418">
        <w:rPr>
          <w:rFonts w:ascii="Sakkal Majalla" w:hAnsi="Sakkal Majalla" w:cs="Sakkal Majalla"/>
          <w:sz w:val="24"/>
        </w:rPr>
        <w:t xml:space="preserve"> </w:t>
      </w:r>
      <w:r w:rsidRPr="003E3418">
        <w:rPr>
          <w:rFonts w:ascii="Sakkal Majalla" w:hAnsi="Sakkal Majalla" w:cs="Sakkal Majalla"/>
          <w:sz w:val="24"/>
          <w:szCs w:val="24"/>
          <w:rtl/>
        </w:rPr>
        <w:t>هاوسمان</w:t>
      </w:r>
      <w:r w:rsidRPr="003E3418">
        <w:rPr>
          <w:rFonts w:ascii="Sakkal Majalla" w:hAnsi="Sakkal Majalla" w:cs="Sakkal Majalla"/>
          <w:sz w:val="24"/>
        </w:rPr>
        <w:t xml:space="preserve"> </w:t>
      </w:r>
      <w:r w:rsidRPr="003E3418">
        <w:rPr>
          <w:rFonts w:ascii="Sakkal Majalla" w:hAnsi="Sakkal Majalla" w:cs="Sakkal Majalla"/>
          <w:sz w:val="24"/>
          <w:szCs w:val="24"/>
          <w:rtl/>
        </w:rPr>
        <w:t>لاختيار</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النموذج</w:t>
      </w:r>
      <w:r w:rsidRPr="003E3418">
        <w:rPr>
          <w:rFonts w:ascii="Sakkal Majalla" w:hAnsi="Sakkal Majalla" w:cs="Sakkal Majalla"/>
          <w:sz w:val="24"/>
        </w:rPr>
        <w:t xml:space="preserve">. </w:t>
      </w:r>
      <w:r w:rsidRPr="003E3418">
        <w:rPr>
          <w:rFonts w:ascii="Sakkal Majalla" w:hAnsi="Sakkal Majalla" w:cs="Sakkal Majalla"/>
          <w:sz w:val="24"/>
          <w:szCs w:val="24"/>
          <w:rtl/>
        </w:rPr>
        <w:t>متغيرات</w:t>
      </w:r>
      <w:r w:rsidRPr="003E3418">
        <w:rPr>
          <w:rFonts w:ascii="Sakkal Majalla" w:hAnsi="Sakkal Majalla" w:cs="Sakkal Majalla"/>
          <w:sz w:val="24"/>
        </w:rPr>
        <w:t xml:space="preserve"> </w:t>
      </w:r>
      <w:r w:rsidRPr="003E3418">
        <w:rPr>
          <w:rFonts w:ascii="Sakkal Majalla" w:hAnsi="Sakkal Majalla" w:cs="Sakkal Majalla"/>
          <w:sz w:val="24"/>
          <w:szCs w:val="24"/>
          <w:rtl/>
        </w:rPr>
        <w:t>تحكم</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الاعتماد</w:t>
      </w:r>
      <w:r w:rsidRPr="003E3418">
        <w:rPr>
          <w:rFonts w:ascii="Sakkal Majalla" w:hAnsi="Sakkal Majalla" w:cs="Sakkal Majalla"/>
          <w:sz w:val="24"/>
        </w:rPr>
        <w:t xml:space="preserve"> </w:t>
      </w:r>
      <w:r w:rsidRPr="003E3418">
        <w:rPr>
          <w:rFonts w:ascii="Sakkal Majalla" w:hAnsi="Sakkal Majalla" w:cs="Sakkal Majalla"/>
          <w:sz w:val="24"/>
          <w:szCs w:val="24"/>
          <w:rtl/>
        </w:rPr>
        <w:t>النفطي</w:t>
      </w:r>
      <w:r w:rsidRPr="003E3418">
        <w:rPr>
          <w:rFonts w:ascii="Sakkal Majalla" w:hAnsi="Sakkal Majalla" w:cs="Sakkal Majalla"/>
          <w:sz w:val="24"/>
        </w:rPr>
        <w:t>.</w:t>
      </w:r>
    </w:p>
    <w:p w14:paraId="28347A6C"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أهم</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النتائج</w:t>
      </w:r>
      <w:r w:rsidRPr="003E3418">
        <w:rPr>
          <w:rFonts w:ascii="Sakkal Majalla" w:hAnsi="Sakkal Majalla" w:cs="Sakkal Majalla"/>
          <w:b/>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يُحدث</w:t>
      </w:r>
      <w:r w:rsidRPr="003E3418">
        <w:rPr>
          <w:rFonts w:ascii="Sakkal Majalla" w:hAnsi="Sakkal Majalla" w:cs="Sakkal Majalla"/>
          <w:sz w:val="24"/>
        </w:rPr>
        <w:t xml:space="preserve"> </w:t>
      </w:r>
      <w:r w:rsidRPr="003E3418">
        <w:rPr>
          <w:rFonts w:ascii="Sakkal Majalla" w:hAnsi="Sakkal Majalla" w:cs="Sakkal Majalla"/>
          <w:sz w:val="24"/>
          <w:szCs w:val="24"/>
          <w:rtl/>
        </w:rPr>
        <w:t>أثراً</w:t>
      </w:r>
      <w:r w:rsidRPr="003E3418">
        <w:rPr>
          <w:rFonts w:ascii="Sakkal Majalla" w:hAnsi="Sakkal Majalla" w:cs="Sakkal Majalla"/>
          <w:sz w:val="24"/>
        </w:rPr>
        <w:t xml:space="preserve"> </w:t>
      </w:r>
      <w:r w:rsidRPr="003E3418">
        <w:rPr>
          <w:rFonts w:ascii="Sakkal Majalla" w:hAnsi="Sakkal Majalla" w:cs="Sakkal Majalla"/>
          <w:sz w:val="24"/>
          <w:szCs w:val="24"/>
          <w:rtl/>
        </w:rPr>
        <w:t>سلبياً</w:t>
      </w:r>
      <w:r w:rsidRPr="003E3418">
        <w:rPr>
          <w:rFonts w:ascii="Sakkal Majalla" w:hAnsi="Sakkal Majalla" w:cs="Sakkal Majalla"/>
          <w:sz w:val="24"/>
        </w:rPr>
        <w:t xml:space="preserve"> </w:t>
      </w:r>
      <w:r w:rsidRPr="003E3418">
        <w:rPr>
          <w:rFonts w:ascii="Sakkal Majalla" w:hAnsi="Sakkal Majalla" w:cs="Sakkal Majalla"/>
          <w:sz w:val="24"/>
          <w:szCs w:val="24"/>
          <w:rtl/>
        </w:rPr>
        <w:t>معنوياً</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مؤشر</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المتعدد</w:t>
      </w:r>
      <w:r w:rsidRPr="003E3418">
        <w:rPr>
          <w:rFonts w:ascii="Sakkal Majalla" w:hAnsi="Sakkal Majalla" w:cs="Sakkal Majalla"/>
          <w:sz w:val="24"/>
        </w:rPr>
        <w:t xml:space="preserve"> </w:t>
      </w:r>
      <w:r w:rsidRPr="003E3418">
        <w:rPr>
          <w:rFonts w:ascii="Sakkal Majalla" w:hAnsi="Sakkal Majalla" w:cs="Sakkal Majalla"/>
          <w:sz w:val="24"/>
          <w:szCs w:val="24"/>
          <w:rtl/>
        </w:rPr>
        <w:t>الأبعاد</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يتضاعف</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ذات</w:t>
      </w:r>
      <w:r w:rsidRPr="003E3418">
        <w:rPr>
          <w:rFonts w:ascii="Sakkal Majalla" w:hAnsi="Sakkal Majalla" w:cs="Sakkal Majalla"/>
          <w:sz w:val="24"/>
        </w:rPr>
        <w:t xml:space="preserve"> </w:t>
      </w:r>
      <w:r w:rsidRPr="003E3418">
        <w:rPr>
          <w:rFonts w:ascii="Sakkal Majalla" w:hAnsi="Sakkal Majalla" w:cs="Sakkal Majalla"/>
          <w:sz w:val="24"/>
          <w:szCs w:val="24"/>
          <w:rtl/>
        </w:rPr>
        <w:t>الاعتماد</w:t>
      </w:r>
      <w:r w:rsidRPr="003E3418">
        <w:rPr>
          <w:rFonts w:ascii="Sakkal Majalla" w:hAnsi="Sakkal Majalla" w:cs="Sakkal Majalla"/>
          <w:sz w:val="24"/>
        </w:rPr>
        <w:t xml:space="preserve"> </w:t>
      </w:r>
      <w:r w:rsidRPr="003E3418">
        <w:rPr>
          <w:rFonts w:ascii="Sakkal Majalla" w:hAnsi="Sakkal Majalla" w:cs="Sakkal Majalla"/>
          <w:sz w:val="24"/>
          <w:szCs w:val="24"/>
          <w:rtl/>
        </w:rPr>
        <w:t>الريعي</w:t>
      </w:r>
      <w:r w:rsidRPr="003E3418">
        <w:rPr>
          <w:rFonts w:ascii="Sakkal Majalla" w:hAnsi="Sakkal Majalla" w:cs="Sakkal Majalla"/>
          <w:sz w:val="24"/>
        </w:rPr>
        <w:t xml:space="preserve"> </w:t>
      </w:r>
      <w:r w:rsidRPr="003E3418">
        <w:rPr>
          <w:rFonts w:ascii="Sakkal Majalla" w:hAnsi="Sakkal Majalla" w:cs="Sakkal Majalla"/>
          <w:sz w:val="24"/>
          <w:szCs w:val="24"/>
          <w:rtl/>
        </w:rPr>
        <w:t>النفطي</w:t>
      </w:r>
      <w:r w:rsidRPr="003E3418">
        <w:rPr>
          <w:rFonts w:ascii="Sakkal Majalla" w:hAnsi="Sakkal Majalla" w:cs="Sakkal Majalla"/>
          <w:sz w:val="24"/>
        </w:rPr>
        <w:t xml:space="preserve"> </w:t>
      </w:r>
      <w:r w:rsidRPr="003E3418">
        <w:rPr>
          <w:rFonts w:ascii="Sakkal Majalla" w:hAnsi="Sakkal Majalla" w:cs="Sakkal Majalla"/>
          <w:sz w:val="24"/>
          <w:szCs w:val="24"/>
          <w:rtl/>
        </w:rPr>
        <w:t>المرتفع</w:t>
      </w:r>
      <w:r w:rsidRPr="003E3418">
        <w:rPr>
          <w:rFonts w:ascii="Sakkal Majalla" w:hAnsi="Sakkal Majalla" w:cs="Sakkal Majalla"/>
          <w:sz w:val="24"/>
        </w:rPr>
        <w:t xml:space="preserve">. </w:t>
      </w:r>
      <w:r w:rsidRPr="003E3418">
        <w:rPr>
          <w:rFonts w:ascii="Sakkal Majalla" w:hAnsi="Sakkal Majalla" w:cs="Sakkal Majalla"/>
          <w:sz w:val="24"/>
          <w:szCs w:val="24"/>
          <w:rtl/>
        </w:rPr>
        <w:t>جودة</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المؤسسات</w:t>
      </w:r>
      <w:r w:rsidRPr="003E3418">
        <w:rPr>
          <w:rFonts w:ascii="Sakkal Majalla" w:hAnsi="Sakkal Majalla" w:cs="Sakkal Majalla"/>
          <w:sz w:val="24"/>
        </w:rPr>
        <w:t xml:space="preserve"> </w:t>
      </w:r>
      <w:r w:rsidRPr="003E3418">
        <w:rPr>
          <w:rFonts w:ascii="Sakkal Majalla" w:hAnsi="Sakkal Majalla" w:cs="Sakkal Majalla"/>
          <w:sz w:val="24"/>
          <w:szCs w:val="24"/>
          <w:rtl/>
        </w:rPr>
        <w:t>تُخفّف</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ذات</w:t>
      </w:r>
      <w:r w:rsidRPr="003E3418">
        <w:rPr>
          <w:rFonts w:ascii="Sakkal Majalla" w:hAnsi="Sakkal Majalla" w:cs="Sakkal Majalla"/>
          <w:sz w:val="24"/>
        </w:rPr>
        <w:t xml:space="preserve"> </w:t>
      </w:r>
      <w:r w:rsidRPr="003E3418">
        <w:rPr>
          <w:rFonts w:ascii="Sakkal Majalla" w:hAnsi="Sakkal Majalla" w:cs="Sakkal Majalla"/>
          <w:sz w:val="24"/>
          <w:szCs w:val="24"/>
          <w:rtl/>
        </w:rPr>
        <w:t>التنويع</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w:t>
      </w:r>
    </w:p>
    <w:p w14:paraId="00494653"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الصلة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بالبحث</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الحالي</w:t>
      </w:r>
      <w:r w:rsidRPr="003E3418">
        <w:rPr>
          <w:rFonts w:ascii="Sakkal Majalla" w:hAnsi="Sakkal Majalla" w:cs="Sakkal Majalla"/>
          <w:b/>
          <w:sz w:val="24"/>
        </w:rPr>
        <w:t xml:space="preserve">: </w:t>
      </w:r>
      <w:r w:rsidRPr="003E3418">
        <w:rPr>
          <w:rFonts w:ascii="Sakkal Majalla" w:hAnsi="Sakkal Majalla" w:cs="Sakkal Majalla"/>
          <w:sz w:val="24"/>
          <w:szCs w:val="24"/>
          <w:rtl/>
        </w:rPr>
        <w:t>تُقدّم</w:t>
      </w:r>
      <w:r w:rsidRPr="003E3418">
        <w:rPr>
          <w:rFonts w:ascii="Sakkal Majalla" w:hAnsi="Sakkal Majalla" w:cs="Sakkal Majalla"/>
          <w:sz w:val="24"/>
        </w:rPr>
        <w:t xml:space="preserve"> </w:t>
      </w:r>
      <w:r w:rsidRPr="003E3418">
        <w:rPr>
          <w:rFonts w:ascii="Sakkal Majalla" w:hAnsi="Sakkal Majalla" w:cs="Sakkal Majalla"/>
          <w:sz w:val="24"/>
          <w:szCs w:val="24"/>
          <w:rtl/>
        </w:rPr>
        <w:t>دليلاً</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تفاوت</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بحسب</w:t>
      </w:r>
      <w:r w:rsidRPr="003E3418">
        <w:rPr>
          <w:rFonts w:ascii="Sakkal Majalla" w:hAnsi="Sakkal Majalla" w:cs="Sakkal Majalla"/>
          <w:sz w:val="24"/>
        </w:rPr>
        <w:t xml:space="preserve"> </w:t>
      </w:r>
      <w:r w:rsidRPr="003E3418">
        <w:rPr>
          <w:rFonts w:ascii="Sakkal Majalla" w:hAnsi="Sakkal Majalla" w:cs="Sakkal Majalla"/>
          <w:sz w:val="24"/>
          <w:szCs w:val="24"/>
          <w:rtl/>
        </w:rPr>
        <w:t>الهيكل</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w:t>
      </w:r>
      <w:r w:rsidRPr="003E3418">
        <w:rPr>
          <w:rFonts w:ascii="Sakkal Majalla" w:hAnsi="Sakkal Majalla" w:cs="Sakkal Majalla"/>
          <w:sz w:val="24"/>
        </w:rPr>
        <w:t xml:space="preserve"> </w:t>
      </w:r>
      <w:r w:rsidRPr="003E3418">
        <w:rPr>
          <w:rFonts w:ascii="Sakkal Majalla" w:hAnsi="Sakkal Majalla" w:cs="Sakkal Majalla"/>
          <w:sz w:val="24"/>
          <w:szCs w:val="24"/>
          <w:rtl/>
        </w:rPr>
        <w:t>الحالي</w:t>
      </w:r>
      <w:r w:rsidRPr="003E3418">
        <w:rPr>
          <w:rFonts w:ascii="Sakkal Majalla" w:hAnsi="Sakkal Majalla" w:cs="Sakkal Majalla"/>
          <w:sz w:val="24"/>
        </w:rPr>
        <w:t xml:space="preserve"> </w:t>
      </w:r>
      <w:r w:rsidRPr="003E3418">
        <w:rPr>
          <w:rFonts w:ascii="Sakkal Majalla" w:hAnsi="Sakkal Majalla" w:cs="Sakkal Majalla"/>
          <w:sz w:val="24"/>
          <w:szCs w:val="24"/>
          <w:rtl/>
        </w:rPr>
        <w:t>يُعمّم</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التفاوت</w:t>
      </w:r>
      <w:r w:rsidRPr="003E3418">
        <w:rPr>
          <w:rFonts w:ascii="Sakkal Majalla" w:hAnsi="Sakkal Majalla" w:cs="Sakkal Majalla"/>
          <w:sz w:val="24"/>
        </w:rPr>
        <w:t xml:space="preserve"> </w:t>
      </w:r>
      <w:r w:rsidRPr="003E3418">
        <w:rPr>
          <w:rFonts w:ascii="Sakkal Majalla" w:hAnsi="Sakkal Majalla" w:cs="Sakkal Majalla"/>
          <w:sz w:val="24"/>
          <w:szCs w:val="24"/>
          <w:rtl/>
        </w:rPr>
        <w:t>عبر</w:t>
      </w:r>
      <w:r w:rsidRPr="003E3418">
        <w:rPr>
          <w:rFonts w:ascii="Sakkal Majalla" w:hAnsi="Sakkal Majalla" w:cs="Sakkal Majalla"/>
          <w:sz w:val="24"/>
        </w:rPr>
        <w:t xml:space="preserve"> </w:t>
      </w:r>
      <w:r w:rsidRPr="003E3418">
        <w:rPr>
          <w:rFonts w:ascii="Sakkal Majalla" w:hAnsi="Sakkal Majalla" w:cs="Sakkal Majalla"/>
          <w:sz w:val="24"/>
          <w:szCs w:val="24"/>
          <w:rtl/>
        </w:rPr>
        <w:t>أسلوب</w:t>
      </w:r>
      <w:r w:rsidRPr="003E3418">
        <w:rPr>
          <w:rFonts w:ascii="Sakkal Majalla" w:hAnsi="Sakkal Majalla" w:cs="Sakkal Majalla"/>
          <w:sz w:val="24"/>
        </w:rPr>
        <w:t xml:space="preserve"> </w:t>
      </w:r>
      <w:r w:rsidRPr="003E3418">
        <w:rPr>
          <w:rFonts w:ascii="Sakkal Majalla" w:hAnsi="Sakkal Majalla" w:cs="Sakkal Majalla"/>
          <w:sz w:val="24"/>
          <w:szCs w:val="24"/>
          <w:rtl/>
        </w:rPr>
        <w:t>التحليل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الإقليمي</w:t>
      </w:r>
      <w:r w:rsidRPr="003E3418">
        <w:rPr>
          <w:rFonts w:ascii="Sakkal Majalla" w:hAnsi="Sakkal Majalla" w:cs="Sakkal Majalla"/>
          <w:sz w:val="24"/>
        </w:rPr>
        <w:t xml:space="preserve"> </w:t>
      </w:r>
      <w:r w:rsidRPr="003E3418">
        <w:rPr>
          <w:rFonts w:ascii="Sakkal Majalla" w:hAnsi="Sakkal Majalla" w:cs="Sakkal Majalla"/>
          <w:sz w:val="24"/>
          <w:szCs w:val="24"/>
          <w:rtl/>
        </w:rPr>
        <w:t>المقارن</w:t>
      </w:r>
      <w:r w:rsidRPr="003E3418">
        <w:rPr>
          <w:rFonts w:ascii="Sakkal Majalla" w:hAnsi="Sakkal Majalla" w:cs="Sakkal Majalla"/>
          <w:sz w:val="24"/>
        </w:rPr>
        <w:t>.</w:t>
      </w:r>
    </w:p>
    <w:p w14:paraId="161B7D66" w14:textId="77777777" w:rsidR="003E3418" w:rsidRPr="003E3418" w:rsidRDefault="003E3418" w:rsidP="003E3418">
      <w:pPr>
        <w:spacing w:before="80" w:after="80"/>
        <w:rPr>
          <w:rFonts w:ascii="Sakkal Majalla" w:hAnsi="Sakkal Majalla" w:cs="Sakkal Majalla"/>
        </w:rPr>
      </w:pPr>
    </w:p>
    <w:p w14:paraId="37A68215" w14:textId="77777777" w:rsidR="003E3418" w:rsidRPr="003E3418" w:rsidRDefault="003E3418" w:rsidP="003E3418">
      <w:pPr>
        <w:bidi/>
        <w:spacing w:before="160" w:after="60" w:line="320" w:lineRule="exact"/>
        <w:rPr>
          <w:rFonts w:ascii="Sakkal Majalla" w:hAnsi="Sakkal Majalla" w:cs="Sakkal Majalla"/>
        </w:rPr>
      </w:pPr>
      <w:r w:rsidRPr="003E3418">
        <w:rPr>
          <w:rFonts w:ascii="Sakkal Majalla" w:hAnsi="Sakkal Majalla" w:cs="Sakkal Majalla"/>
          <w:b/>
          <w:sz w:val="24"/>
        </w:rPr>
        <w:t xml:space="preserve">14. </w:t>
      </w:r>
      <w:r w:rsidRPr="003E3418">
        <w:rPr>
          <w:rFonts w:ascii="Sakkal Majalla" w:hAnsi="Sakkal Majalla" w:cs="Sakkal Majalla"/>
          <w:b/>
          <w:bCs/>
          <w:sz w:val="24"/>
          <w:szCs w:val="24"/>
          <w:rtl/>
        </w:rPr>
        <w:t>العمري</w:t>
      </w:r>
      <w:r w:rsidRPr="003E3418">
        <w:rPr>
          <w:rFonts w:ascii="Sakkal Majalla" w:hAnsi="Sakkal Majalla" w:cs="Sakkal Majalla"/>
          <w:b/>
          <w:sz w:val="24"/>
        </w:rPr>
        <w:t xml:space="preserve"> (2021) — </w:t>
      </w:r>
      <w:r w:rsidRPr="003E3418">
        <w:rPr>
          <w:rFonts w:ascii="Sakkal Majalla" w:hAnsi="Sakkal Majalla" w:cs="Sakkal Majalla"/>
          <w:b/>
          <w:bCs/>
          <w:sz w:val="24"/>
          <w:szCs w:val="24"/>
          <w:rtl/>
        </w:rPr>
        <w:t>دور</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الإصلاحات</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المؤسسية</w:t>
      </w:r>
    </w:p>
    <w:p w14:paraId="09D9212D"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المرجع</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الكامل</w:t>
      </w:r>
      <w:r w:rsidRPr="003E3418">
        <w:rPr>
          <w:rFonts w:ascii="Sakkal Majalla" w:hAnsi="Sakkal Majalla" w:cs="Sakkal Majalla"/>
          <w:b/>
          <w:sz w:val="24"/>
        </w:rPr>
        <w:t xml:space="preserve">: </w:t>
      </w:r>
      <w:r w:rsidRPr="003E3418">
        <w:rPr>
          <w:rFonts w:ascii="Sakkal Majalla" w:hAnsi="Sakkal Majalla" w:cs="Sakkal Majalla"/>
          <w:sz w:val="24"/>
          <w:szCs w:val="24"/>
          <w:rtl/>
        </w:rPr>
        <w:t>العمري،</w:t>
      </w:r>
      <w:r w:rsidRPr="003E3418">
        <w:rPr>
          <w:rFonts w:ascii="Sakkal Majalla" w:hAnsi="Sakkal Majalla" w:cs="Sakkal Majalla"/>
          <w:sz w:val="24"/>
        </w:rPr>
        <w:t xml:space="preserve"> </w:t>
      </w:r>
      <w:r w:rsidRPr="003E3418">
        <w:rPr>
          <w:rFonts w:ascii="Sakkal Majalla" w:hAnsi="Sakkal Majalla" w:cs="Sakkal Majalla"/>
          <w:sz w:val="24"/>
          <w:szCs w:val="24"/>
          <w:rtl/>
        </w:rPr>
        <w:t>خالد</w:t>
      </w:r>
      <w:r w:rsidRPr="003E3418">
        <w:rPr>
          <w:rFonts w:ascii="Sakkal Majalla" w:hAnsi="Sakkal Majalla" w:cs="Sakkal Majalla"/>
          <w:sz w:val="24"/>
        </w:rPr>
        <w:t xml:space="preserve"> </w:t>
      </w:r>
      <w:r w:rsidRPr="003E3418">
        <w:rPr>
          <w:rFonts w:ascii="Sakkal Majalla" w:hAnsi="Sakkal Majalla" w:cs="Sakkal Majalla"/>
          <w:sz w:val="24"/>
          <w:szCs w:val="24"/>
          <w:rtl/>
        </w:rPr>
        <w:t>إبراهيم</w:t>
      </w:r>
      <w:r w:rsidRPr="003E3418">
        <w:rPr>
          <w:rFonts w:ascii="Sakkal Majalla" w:hAnsi="Sakkal Majalla" w:cs="Sakkal Majalla"/>
          <w:sz w:val="24"/>
        </w:rPr>
        <w:t xml:space="preserve">. (2021). </w:t>
      </w:r>
      <w:r w:rsidRPr="003E3418">
        <w:rPr>
          <w:rFonts w:ascii="Sakkal Majalla" w:hAnsi="Sakkal Majalla" w:cs="Sakkal Majalla"/>
          <w:sz w:val="24"/>
          <w:szCs w:val="24"/>
          <w:rtl/>
        </w:rPr>
        <w:t>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الإصلاحات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المؤسسية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الحد</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وتعزيز</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مجلة</w:t>
      </w:r>
      <w:r w:rsidRPr="003E3418">
        <w:rPr>
          <w:rFonts w:ascii="Sakkal Majalla" w:hAnsi="Sakkal Majalla" w:cs="Sakkal Majalla"/>
          <w:sz w:val="24"/>
        </w:rPr>
        <w:t xml:space="preserve"> </w:t>
      </w:r>
      <w:r w:rsidRPr="003E3418">
        <w:rPr>
          <w:rFonts w:ascii="Sakkal Majalla" w:hAnsi="Sakkal Majalla" w:cs="Sakkal Majalla"/>
          <w:sz w:val="24"/>
          <w:szCs w:val="24"/>
          <w:rtl/>
        </w:rPr>
        <w:t>دراسات</w:t>
      </w:r>
      <w:r w:rsidRPr="003E3418">
        <w:rPr>
          <w:rFonts w:ascii="Sakkal Majalla" w:hAnsi="Sakkal Majalla" w:cs="Sakkal Majalla"/>
          <w:sz w:val="24"/>
        </w:rPr>
        <w:t xml:space="preserve"> </w:t>
      </w:r>
      <w:r w:rsidRPr="003E3418">
        <w:rPr>
          <w:rFonts w:ascii="Sakkal Majalla" w:hAnsi="Sakkal Majalla" w:cs="Sakkal Majalla"/>
          <w:sz w:val="24"/>
          <w:szCs w:val="24"/>
          <w:rtl/>
        </w:rPr>
        <w:t>اقتصادية،</w:t>
      </w:r>
      <w:r w:rsidRPr="003E3418">
        <w:rPr>
          <w:rFonts w:ascii="Sakkal Majalla" w:hAnsi="Sakkal Majalla" w:cs="Sakkal Majalla"/>
          <w:sz w:val="24"/>
        </w:rPr>
        <w:t xml:space="preserve"> 30(3)</w:t>
      </w:r>
      <w:r w:rsidRPr="003E3418">
        <w:rPr>
          <w:rFonts w:ascii="Sakkal Majalla" w:hAnsi="Sakkal Majalla" w:cs="Sakkal Majalla"/>
          <w:sz w:val="24"/>
          <w:szCs w:val="24"/>
          <w:rtl/>
        </w:rPr>
        <w:t>،</w:t>
      </w:r>
      <w:r w:rsidRPr="003E3418">
        <w:rPr>
          <w:rFonts w:ascii="Sakkal Majalla" w:hAnsi="Sakkal Majalla" w:cs="Sakkal Majalla"/>
          <w:sz w:val="24"/>
        </w:rPr>
        <w:t xml:space="preserve"> 150–180.</w:t>
      </w:r>
    </w:p>
    <w:p w14:paraId="69DA7437"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هدف</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الدراسة</w:t>
      </w:r>
      <w:r w:rsidRPr="003E3418">
        <w:rPr>
          <w:rFonts w:ascii="Sakkal Majalla" w:hAnsi="Sakkal Majalla" w:cs="Sakkal Majalla"/>
          <w:b/>
          <w:sz w:val="24"/>
        </w:rPr>
        <w:t xml:space="preserve">: </w:t>
      </w:r>
      <w:r w:rsidRPr="003E3418">
        <w:rPr>
          <w:rFonts w:ascii="Sakkal Majalla" w:hAnsi="Sakkal Majalla" w:cs="Sakkal Majalla"/>
          <w:sz w:val="24"/>
          <w:szCs w:val="24"/>
          <w:rtl/>
        </w:rPr>
        <w:t>قياس</w:t>
      </w:r>
      <w:r w:rsidRPr="003E3418">
        <w:rPr>
          <w:rFonts w:ascii="Sakkal Majalla" w:hAnsi="Sakkal Majalla" w:cs="Sakkal Majalla"/>
          <w:sz w:val="24"/>
        </w:rPr>
        <w:t xml:space="preserve"> </w:t>
      </w:r>
      <w:r w:rsidRPr="003E3418">
        <w:rPr>
          <w:rFonts w:ascii="Sakkal Majalla" w:hAnsi="Sakkal Majalla" w:cs="Sakkal Majalla"/>
          <w:sz w:val="24"/>
          <w:szCs w:val="24"/>
          <w:rtl/>
        </w:rPr>
        <w:t>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الإصلاحات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المتعلقة</w:t>
      </w:r>
      <w:r w:rsidRPr="003E3418">
        <w:rPr>
          <w:rFonts w:ascii="Sakkal Majalla" w:hAnsi="Sakkal Majalla" w:cs="Sakkal Majalla"/>
          <w:sz w:val="24"/>
        </w:rPr>
        <w:t xml:space="preserve"> </w:t>
      </w:r>
      <w:r w:rsidRPr="003E3418">
        <w:rPr>
          <w:rFonts w:ascii="Sakkal Majalla" w:hAnsi="Sakkal Majalla" w:cs="Sakkal Majalla"/>
          <w:sz w:val="24"/>
          <w:szCs w:val="24"/>
          <w:rtl/>
        </w:rPr>
        <w:t>بالحوكمة</w:t>
      </w:r>
      <w:r w:rsidRPr="003E3418">
        <w:rPr>
          <w:rFonts w:ascii="Sakkal Majalla" w:hAnsi="Sakkal Majalla" w:cs="Sakkal Majalla"/>
          <w:sz w:val="24"/>
        </w:rPr>
        <w:t xml:space="preserve"> </w:t>
      </w:r>
      <w:r w:rsidRPr="003E3418">
        <w:rPr>
          <w:rFonts w:ascii="Sakkal Majalla" w:hAnsi="Sakkal Majalla" w:cs="Sakkal Majalla"/>
          <w:sz w:val="24"/>
          <w:szCs w:val="24"/>
          <w:rtl/>
        </w:rPr>
        <w:t>ومكافحة</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تحسين</w:t>
      </w:r>
      <w:r w:rsidRPr="003E3418">
        <w:rPr>
          <w:rFonts w:ascii="Sakkal Majalla" w:hAnsi="Sakkal Majalla" w:cs="Sakkal Majalla"/>
          <w:sz w:val="24"/>
        </w:rPr>
        <w:t xml:space="preserve"> </w:t>
      </w:r>
      <w:r w:rsidRPr="003E3418">
        <w:rPr>
          <w:rFonts w:ascii="Sakkal Majalla" w:hAnsi="Sakkal Majalla" w:cs="Sakkal Majalla"/>
          <w:sz w:val="24"/>
          <w:szCs w:val="24"/>
          <w:rtl/>
        </w:rPr>
        <w:t>مناخ</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العربية</w:t>
      </w:r>
      <w:r w:rsidRPr="003E3418">
        <w:rPr>
          <w:rFonts w:ascii="Sakkal Majalla" w:hAnsi="Sakkal Majalla" w:cs="Sakkal Majalla"/>
          <w:sz w:val="24"/>
        </w:rPr>
        <w:t>.</w:t>
      </w:r>
    </w:p>
    <w:p w14:paraId="7CA95D02"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المنهجية</w:t>
      </w:r>
      <w:r w:rsidRPr="003E3418">
        <w:rPr>
          <w:rFonts w:ascii="Sakkal Majalla" w:hAnsi="Sakkal Majalla" w:cs="Sakkal Majalla"/>
          <w:b/>
          <w:sz w:val="24"/>
        </w:rPr>
        <w:t xml:space="preserve">: </w:t>
      </w:r>
      <w:r w:rsidRPr="003E3418">
        <w:rPr>
          <w:rFonts w:ascii="Sakkal Majalla" w:hAnsi="Sakkal Majalla" w:cs="Sakkal Majalla"/>
          <w:sz w:val="24"/>
          <w:szCs w:val="24"/>
          <w:rtl/>
        </w:rPr>
        <w:t>نهج</w:t>
      </w:r>
      <w:r w:rsidRPr="003E3418">
        <w:rPr>
          <w:rFonts w:ascii="Sakkal Majalla" w:hAnsi="Sakkal Majalla" w:cs="Sakkal Majalla"/>
          <w:sz w:val="24"/>
        </w:rPr>
        <w:t xml:space="preserve"> </w:t>
      </w:r>
      <w:r w:rsidRPr="003E3418">
        <w:rPr>
          <w:rFonts w:ascii="Sakkal Majalla" w:hAnsi="Sakkal Majalla" w:cs="Sakkal Majalla"/>
          <w:sz w:val="24"/>
          <w:szCs w:val="24"/>
          <w:rtl/>
        </w:rPr>
        <w:t>شبه</w:t>
      </w:r>
      <w:r w:rsidRPr="003E3418">
        <w:rPr>
          <w:rFonts w:ascii="Sakkal Majalla" w:hAnsi="Sakkal Majalla" w:cs="Sakkal Majalla"/>
          <w:sz w:val="24"/>
        </w:rPr>
        <w:t xml:space="preserve"> </w:t>
      </w:r>
      <w:r w:rsidRPr="003E3418">
        <w:rPr>
          <w:rFonts w:ascii="Sakkal Majalla" w:hAnsi="Sakkal Majalla" w:cs="Sakkal Majalla"/>
          <w:sz w:val="24"/>
          <w:szCs w:val="24"/>
          <w:rtl/>
        </w:rPr>
        <w:t>تجريبي</w:t>
      </w:r>
      <w:r w:rsidRPr="003E3418">
        <w:rPr>
          <w:rFonts w:ascii="Sakkal Majalla" w:hAnsi="Sakkal Majalla" w:cs="Sakkal Majalla"/>
          <w:sz w:val="24"/>
        </w:rPr>
        <w:t xml:space="preserve"> </w:t>
      </w:r>
      <w:r w:rsidRPr="003E3418">
        <w:rPr>
          <w:rFonts w:ascii="Sakkal Majalla" w:hAnsi="Sakkal Majalla" w:cs="Sakkal Majalla"/>
          <w:sz w:val="24"/>
          <w:szCs w:val="24"/>
          <w:rtl/>
        </w:rPr>
        <w:t>قائم</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مقارنة</w:t>
      </w:r>
      <w:r w:rsidRPr="003E3418">
        <w:rPr>
          <w:rFonts w:ascii="Sakkal Majalla" w:hAnsi="Sakkal Majalla" w:cs="Sakkal Majalla"/>
          <w:sz w:val="24"/>
        </w:rPr>
        <w:t xml:space="preserve"> </w:t>
      </w:r>
      <w:r w:rsidRPr="003E3418">
        <w:rPr>
          <w:rFonts w:ascii="Sakkal Majalla" w:hAnsi="Sakkal Majalla" w:cs="Sakkal Majalla"/>
          <w:sz w:val="24"/>
          <w:szCs w:val="24"/>
          <w:rtl/>
        </w:rPr>
        <w:t>ما</w:t>
      </w:r>
      <w:r w:rsidRPr="003E3418">
        <w:rPr>
          <w:rFonts w:ascii="Sakkal Majalla" w:hAnsi="Sakkal Majalla" w:cs="Sakkal Majalla"/>
          <w:sz w:val="24"/>
        </w:rPr>
        <w:t xml:space="preserve"> </w:t>
      </w:r>
      <w:r w:rsidRPr="003E3418">
        <w:rPr>
          <w:rFonts w:ascii="Sakkal Majalla" w:hAnsi="Sakkal Majalla" w:cs="Sakkal Majalla"/>
          <w:sz w:val="24"/>
          <w:szCs w:val="24"/>
          <w:rtl/>
        </w:rPr>
        <w:t>قبل</w:t>
      </w:r>
      <w:r w:rsidRPr="003E3418">
        <w:rPr>
          <w:rFonts w:ascii="Sakkal Majalla" w:hAnsi="Sakkal Majalla" w:cs="Sakkal Majalla"/>
          <w:sz w:val="24"/>
        </w:rPr>
        <w:t xml:space="preserve"> </w:t>
      </w:r>
      <w:r w:rsidRPr="003E3418">
        <w:rPr>
          <w:rFonts w:ascii="Sakkal Majalla" w:hAnsi="Sakkal Majalla" w:cs="Sakkal Majalla"/>
          <w:sz w:val="24"/>
          <w:szCs w:val="24"/>
          <w:rtl/>
        </w:rPr>
        <w:t>الإصلاح</w:t>
      </w:r>
      <w:r w:rsidRPr="003E3418">
        <w:rPr>
          <w:rFonts w:ascii="Sakkal Majalla" w:hAnsi="Sakkal Majalla" w:cs="Sakkal Majalla"/>
          <w:sz w:val="24"/>
        </w:rPr>
        <w:t xml:space="preserve"> </w:t>
      </w:r>
      <w:r w:rsidRPr="003E3418">
        <w:rPr>
          <w:rFonts w:ascii="Sakkal Majalla" w:hAnsi="Sakkal Majalla" w:cs="Sakkal Majalla"/>
          <w:sz w:val="24"/>
          <w:szCs w:val="24"/>
          <w:rtl/>
        </w:rPr>
        <w:t>وما</w:t>
      </w:r>
      <w:r w:rsidRPr="003E3418">
        <w:rPr>
          <w:rFonts w:ascii="Sakkal Majalla" w:hAnsi="Sakkal Majalla" w:cs="Sakkal Majalla"/>
          <w:sz w:val="24"/>
        </w:rPr>
        <w:t xml:space="preserve"> </w:t>
      </w:r>
      <w:r w:rsidRPr="003E3418">
        <w:rPr>
          <w:rFonts w:ascii="Sakkal Majalla" w:hAnsi="Sakkal Majalla" w:cs="Sakkal Majalla"/>
          <w:sz w:val="24"/>
          <w:szCs w:val="24"/>
          <w:rtl/>
        </w:rPr>
        <w:t>بعده</w:t>
      </w:r>
      <w:r w:rsidRPr="003E3418">
        <w:rPr>
          <w:rFonts w:ascii="Sakkal Majalla" w:hAnsi="Sakkal Majalla" w:cs="Sakkal Majalla"/>
          <w:sz w:val="24"/>
        </w:rPr>
        <w:t xml:space="preserve"> </w:t>
      </w:r>
      <w:r w:rsidRPr="003E3418">
        <w:rPr>
          <w:rFonts w:ascii="Sakkal Majalla" w:hAnsi="Sakkal Majalla" w:cs="Sakkal Majalla"/>
          <w:sz w:val="24"/>
          <w:szCs w:val="24"/>
          <w:rtl/>
        </w:rPr>
        <w:t>لعينة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الدول</w:t>
      </w:r>
      <w:r w:rsidRPr="003E3418">
        <w:rPr>
          <w:rFonts w:ascii="Sakkal Majalla" w:hAnsi="Sakkal Majalla" w:cs="Sakkal Majalla"/>
          <w:sz w:val="24"/>
        </w:rPr>
        <w:t xml:space="preserve"> </w:t>
      </w:r>
      <w:r w:rsidRPr="003E3418">
        <w:rPr>
          <w:rFonts w:ascii="Sakkal Majalla" w:hAnsi="Sakkal Majalla" w:cs="Sakkal Majalla"/>
          <w:sz w:val="24"/>
          <w:szCs w:val="24"/>
          <w:rtl/>
        </w:rPr>
        <w:t>العربية</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سلاسل</w:t>
      </w:r>
      <w:r w:rsidRPr="003E3418">
        <w:rPr>
          <w:rFonts w:ascii="Sakkal Majalla" w:hAnsi="Sakkal Majalla" w:cs="Sakkal Majalla"/>
          <w:sz w:val="24"/>
        </w:rPr>
        <w:t xml:space="preserve"> </w:t>
      </w:r>
      <w:r w:rsidRPr="003E3418">
        <w:rPr>
          <w:rFonts w:ascii="Sakkal Majalla" w:hAnsi="Sakkal Majalla" w:cs="Sakkal Majalla"/>
          <w:sz w:val="24"/>
          <w:szCs w:val="24"/>
          <w:rtl/>
        </w:rPr>
        <w:t>زمنية</w:t>
      </w:r>
      <w:r w:rsidRPr="003E3418">
        <w:rPr>
          <w:rFonts w:ascii="Sakkal Majalla" w:hAnsi="Sakkal Majalla" w:cs="Sakkal Majalla"/>
          <w:sz w:val="24"/>
        </w:rPr>
        <w:t xml:space="preserve"> </w:t>
      </w:r>
      <w:r w:rsidRPr="003E3418">
        <w:rPr>
          <w:rFonts w:ascii="Sakkal Majalla" w:hAnsi="Sakkal Majalla" w:cs="Sakkal Majalla"/>
          <w:sz w:val="24"/>
          <w:szCs w:val="24"/>
          <w:rtl/>
        </w:rPr>
        <w:t>لتقييم</w:t>
      </w:r>
      <w:r w:rsidRPr="003E3418">
        <w:rPr>
          <w:rFonts w:ascii="Sakkal Majalla" w:hAnsi="Sakkal Majalla" w:cs="Sakkal Majalla"/>
          <w:sz w:val="24"/>
        </w:rPr>
        <w:t xml:space="preserve"> </w:t>
      </w:r>
      <w:r w:rsidRPr="003E3418">
        <w:rPr>
          <w:rFonts w:ascii="Sakkal Majalla" w:hAnsi="Sakkal Majalla" w:cs="Sakkal Majalla"/>
          <w:sz w:val="24"/>
          <w:szCs w:val="24"/>
          <w:rtl/>
        </w:rPr>
        <w:t>تأثير</w:t>
      </w:r>
      <w:r w:rsidRPr="003E3418">
        <w:rPr>
          <w:rFonts w:ascii="Sakkal Majalla" w:hAnsi="Sakkal Majalla" w:cs="Sakkal Majalla"/>
          <w:sz w:val="24"/>
        </w:rPr>
        <w:t xml:space="preserve"> </w:t>
      </w:r>
      <w:r w:rsidRPr="003E3418">
        <w:rPr>
          <w:rFonts w:ascii="Sakkal Majalla" w:hAnsi="Sakkal Majalla" w:cs="Sakkal Majalla"/>
          <w:sz w:val="24"/>
          <w:szCs w:val="24"/>
          <w:rtl/>
        </w:rPr>
        <w:t>الإصلاحات</w:t>
      </w:r>
      <w:r w:rsidRPr="003E3418">
        <w:rPr>
          <w:rFonts w:ascii="Sakkal Majalla" w:hAnsi="Sakkal Majalla" w:cs="Sakkal Majalla"/>
          <w:sz w:val="24"/>
        </w:rPr>
        <w:t>.</w:t>
      </w:r>
    </w:p>
    <w:p w14:paraId="08621FAC"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أهم</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النتائج</w:t>
      </w:r>
      <w:r w:rsidRPr="003E3418">
        <w:rPr>
          <w:rFonts w:ascii="Sakkal Majalla" w:hAnsi="Sakkal Majalla" w:cs="Sakkal Majalla"/>
          <w:b/>
          <w:sz w:val="24"/>
        </w:rPr>
        <w:t xml:space="preserve">: </w:t>
      </w:r>
      <w:r w:rsidRPr="003E3418">
        <w:rPr>
          <w:rFonts w:ascii="Sakkal Majalla" w:hAnsi="Sakkal Majalla" w:cs="Sakkal Majalla"/>
          <w:sz w:val="24"/>
          <w:szCs w:val="24"/>
          <w:rtl/>
        </w:rPr>
        <w:t>الإصلاحات</w:t>
      </w:r>
      <w:r w:rsidRPr="003E3418">
        <w:rPr>
          <w:rFonts w:ascii="Sakkal Majalla" w:hAnsi="Sakkal Majalla" w:cs="Sakkal Majalla"/>
          <w:sz w:val="24"/>
        </w:rPr>
        <w:t xml:space="preserve"> </w:t>
      </w:r>
      <w:r w:rsidRPr="003E3418">
        <w:rPr>
          <w:rFonts w:ascii="Sakkal Majalla" w:hAnsi="Sakkal Majalla" w:cs="Sakkal Majalla"/>
          <w:sz w:val="24"/>
          <w:szCs w:val="24"/>
          <w:rtl/>
        </w:rPr>
        <w:t>الشاملة</w:t>
      </w:r>
      <w:r w:rsidRPr="003E3418">
        <w:rPr>
          <w:rFonts w:ascii="Sakkal Majalla" w:hAnsi="Sakkal Majalla" w:cs="Sakkal Majalla"/>
          <w:sz w:val="24"/>
        </w:rPr>
        <w:t xml:space="preserve"> </w:t>
      </w:r>
      <w:r w:rsidRPr="003E3418">
        <w:rPr>
          <w:rFonts w:ascii="Sakkal Majalla" w:hAnsi="Sakkal Majalla" w:cs="Sakkal Majalla"/>
          <w:sz w:val="24"/>
          <w:szCs w:val="24"/>
          <w:rtl/>
        </w:rPr>
        <w:t>المتزامنة</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تجمع</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تحسين</w:t>
      </w:r>
      <w:r w:rsidRPr="003E3418">
        <w:rPr>
          <w:rFonts w:ascii="Sakkal Majalla" w:hAnsi="Sakkal Majalla" w:cs="Sakkal Majalla"/>
          <w:sz w:val="24"/>
        </w:rPr>
        <w:t xml:space="preserve"> </w:t>
      </w:r>
      <w:r w:rsidRPr="003E3418">
        <w:rPr>
          <w:rFonts w:ascii="Sakkal Majalla" w:hAnsi="Sakkal Majalla" w:cs="Sakkal Majalla"/>
          <w:sz w:val="24"/>
          <w:szCs w:val="24"/>
          <w:rtl/>
        </w:rPr>
        <w:t>الحوكمة</w:t>
      </w:r>
      <w:r w:rsidRPr="003E3418">
        <w:rPr>
          <w:rFonts w:ascii="Sakkal Majalla" w:hAnsi="Sakkal Majalla" w:cs="Sakkal Majalla"/>
          <w:sz w:val="24"/>
        </w:rPr>
        <w:t xml:space="preserve"> </w:t>
      </w:r>
      <w:r w:rsidRPr="003E3418">
        <w:rPr>
          <w:rFonts w:ascii="Sakkal Majalla" w:hAnsi="Sakkal Majalla" w:cs="Sakkal Majalla"/>
          <w:sz w:val="24"/>
          <w:szCs w:val="24"/>
          <w:rtl/>
        </w:rPr>
        <w:t>وتطوير</w:t>
      </w:r>
      <w:r w:rsidRPr="003E3418">
        <w:rPr>
          <w:rFonts w:ascii="Sakkal Majalla" w:hAnsi="Sakkal Majalla" w:cs="Sakkal Majalla"/>
          <w:sz w:val="24"/>
        </w:rPr>
        <w:t xml:space="preserve"> </w:t>
      </w:r>
      <w:r w:rsidRPr="003E3418">
        <w:rPr>
          <w:rFonts w:ascii="Sakkal Majalla" w:hAnsi="Sakkal Majalla" w:cs="Sakkal Majalla"/>
          <w:sz w:val="24"/>
          <w:szCs w:val="24"/>
          <w:rtl/>
        </w:rPr>
        <w:t>البيئة</w:t>
      </w:r>
      <w:r w:rsidRPr="003E3418">
        <w:rPr>
          <w:rFonts w:ascii="Sakkal Majalla" w:hAnsi="Sakkal Majalla" w:cs="Sakkal Majalla"/>
          <w:sz w:val="24"/>
        </w:rPr>
        <w:t xml:space="preserve"> </w:t>
      </w:r>
      <w:r w:rsidRPr="003E3418">
        <w:rPr>
          <w:rFonts w:ascii="Sakkal Majalla" w:hAnsi="Sakkal Majalla" w:cs="Sakkal Majalla"/>
          <w:sz w:val="24"/>
          <w:szCs w:val="24"/>
          <w:rtl/>
        </w:rPr>
        <w:t>التنظيمية</w:t>
      </w:r>
      <w:r w:rsidRPr="003E3418">
        <w:rPr>
          <w:rFonts w:ascii="Sakkal Majalla" w:hAnsi="Sakkal Majalla" w:cs="Sakkal Majalla"/>
          <w:sz w:val="24"/>
        </w:rPr>
        <w:t xml:space="preserve"> </w:t>
      </w:r>
      <w:r w:rsidRPr="003E3418">
        <w:rPr>
          <w:rFonts w:ascii="Sakkal Majalla" w:hAnsi="Sakkal Majalla" w:cs="Sakkal Majalla"/>
          <w:sz w:val="24"/>
          <w:szCs w:val="24"/>
          <w:rtl/>
        </w:rPr>
        <w:t>تُنتج</w:t>
      </w:r>
      <w:r w:rsidRPr="003E3418">
        <w:rPr>
          <w:rFonts w:ascii="Sakkal Majalla" w:hAnsi="Sakkal Majalla" w:cs="Sakkal Majalla"/>
          <w:sz w:val="24"/>
        </w:rPr>
        <w:t xml:space="preserve"> </w:t>
      </w:r>
      <w:r w:rsidRPr="003E3418">
        <w:rPr>
          <w:rFonts w:ascii="Sakkal Majalla" w:hAnsi="Sakkal Majalla" w:cs="Sakkal Majalla"/>
          <w:sz w:val="24"/>
          <w:szCs w:val="24"/>
          <w:rtl/>
        </w:rPr>
        <w:t>مكاسب</w:t>
      </w:r>
      <w:r w:rsidRPr="003E3418">
        <w:rPr>
          <w:rFonts w:ascii="Sakkal Majalla" w:hAnsi="Sakkal Majalla" w:cs="Sakkal Majalla"/>
          <w:sz w:val="24"/>
        </w:rPr>
        <w:t xml:space="preserve"> </w:t>
      </w:r>
      <w:r w:rsidRPr="003E3418">
        <w:rPr>
          <w:rFonts w:ascii="Sakkal Majalla" w:hAnsi="Sakkal Majalla" w:cs="Sakkal Majalla"/>
          <w:sz w:val="24"/>
          <w:szCs w:val="24"/>
          <w:rtl/>
        </w:rPr>
        <w:t>أعمق</w:t>
      </w:r>
      <w:r w:rsidRPr="003E3418">
        <w:rPr>
          <w:rFonts w:ascii="Sakkal Majalla" w:hAnsi="Sakkal Majalla" w:cs="Sakkal Majalla"/>
          <w:sz w:val="24"/>
        </w:rPr>
        <w:t xml:space="preserve"> </w:t>
      </w:r>
      <w:r w:rsidRPr="003E3418">
        <w:rPr>
          <w:rFonts w:ascii="Sakkal Majalla" w:hAnsi="Sakkal Majalla" w:cs="Sakkal Majalla"/>
          <w:sz w:val="24"/>
          <w:szCs w:val="24"/>
          <w:rtl/>
        </w:rPr>
        <w:t>وأسرع</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تعزيز</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مقارنةً</w:t>
      </w:r>
      <w:r w:rsidRPr="003E3418">
        <w:rPr>
          <w:rFonts w:ascii="Sakkal Majalla" w:hAnsi="Sakkal Majalla" w:cs="Sakkal Majalla"/>
          <w:sz w:val="24"/>
        </w:rPr>
        <w:t xml:space="preserve"> </w:t>
      </w:r>
      <w:r w:rsidRPr="003E3418">
        <w:rPr>
          <w:rFonts w:ascii="Sakkal Majalla" w:hAnsi="Sakkal Majalla" w:cs="Sakkal Majalla"/>
          <w:sz w:val="24"/>
          <w:szCs w:val="24"/>
          <w:rtl/>
        </w:rPr>
        <w:t>بالإصلاحات</w:t>
      </w:r>
      <w:r w:rsidRPr="003E3418">
        <w:rPr>
          <w:rFonts w:ascii="Sakkal Majalla" w:hAnsi="Sakkal Majalla" w:cs="Sakkal Majalla"/>
          <w:sz w:val="24"/>
        </w:rPr>
        <w:t xml:space="preserve"> </w:t>
      </w:r>
      <w:r w:rsidRPr="003E3418">
        <w:rPr>
          <w:rFonts w:ascii="Sakkal Majalla" w:hAnsi="Sakkal Majalla" w:cs="Sakkal Majalla"/>
          <w:sz w:val="24"/>
          <w:szCs w:val="24"/>
          <w:rtl/>
        </w:rPr>
        <w:t>الجزئية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المتسلسلة</w:t>
      </w:r>
      <w:r w:rsidRPr="003E3418">
        <w:rPr>
          <w:rFonts w:ascii="Sakkal Majalla" w:hAnsi="Sakkal Majalla" w:cs="Sakkal Majalla"/>
          <w:sz w:val="24"/>
        </w:rPr>
        <w:t>.</w:t>
      </w:r>
    </w:p>
    <w:p w14:paraId="3765CC65"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b/>
          <w:bCs/>
          <w:sz w:val="24"/>
          <w:szCs w:val="24"/>
          <w:rtl/>
        </w:rPr>
        <w:t>الصلة</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بالبحث</w:t>
      </w:r>
      <w:r w:rsidRPr="003E3418">
        <w:rPr>
          <w:rFonts w:ascii="Sakkal Majalla" w:hAnsi="Sakkal Majalla" w:cs="Sakkal Majalla"/>
          <w:b/>
          <w:sz w:val="24"/>
        </w:rPr>
        <w:t xml:space="preserve"> </w:t>
      </w:r>
      <w:r w:rsidRPr="003E3418">
        <w:rPr>
          <w:rFonts w:ascii="Sakkal Majalla" w:hAnsi="Sakkal Majalla" w:cs="Sakkal Majalla"/>
          <w:b/>
          <w:bCs/>
          <w:sz w:val="24"/>
          <w:szCs w:val="24"/>
          <w:rtl/>
        </w:rPr>
        <w:t>الحالي</w:t>
      </w:r>
      <w:r w:rsidRPr="003E3418">
        <w:rPr>
          <w:rFonts w:ascii="Sakkal Majalla" w:hAnsi="Sakkal Majalla" w:cs="Sakkal Majalla"/>
          <w:b/>
          <w:sz w:val="24"/>
        </w:rPr>
        <w:t xml:space="preserve">: </w:t>
      </w:r>
      <w:r w:rsidRPr="003E3418">
        <w:rPr>
          <w:rFonts w:ascii="Sakkal Majalla" w:hAnsi="Sakkal Majalla" w:cs="Sakkal Majalla"/>
          <w:sz w:val="24"/>
          <w:szCs w:val="24"/>
          <w:rtl/>
        </w:rPr>
        <w:t>تُغذّي</w:t>
      </w:r>
      <w:r w:rsidRPr="003E3418">
        <w:rPr>
          <w:rFonts w:ascii="Sakkal Majalla" w:hAnsi="Sakkal Majalla" w:cs="Sakkal Majalla"/>
          <w:sz w:val="24"/>
        </w:rPr>
        <w:t xml:space="preserve"> </w:t>
      </w:r>
      <w:r w:rsidRPr="003E3418">
        <w:rPr>
          <w:rFonts w:ascii="Sakkal Majalla" w:hAnsi="Sakkal Majalla" w:cs="Sakkal Majalla"/>
          <w:sz w:val="24"/>
          <w:szCs w:val="24"/>
          <w:rtl/>
        </w:rPr>
        <w:t>الجانب</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السياساتي</w:t>
      </w:r>
      <w:r w:rsidRPr="003E3418">
        <w:rPr>
          <w:rFonts w:ascii="Sakkal Majalla" w:hAnsi="Sakkal Majalla" w:cs="Sakkal Majalla"/>
          <w:sz w:val="24"/>
        </w:rPr>
        <w:t xml:space="preserve"> </w:t>
      </w:r>
      <w:r w:rsidRPr="003E3418">
        <w:rPr>
          <w:rFonts w:ascii="Sakkal Majalla" w:hAnsi="Sakkal Majalla" w:cs="Sakkal Majalla"/>
          <w:sz w:val="24"/>
          <w:szCs w:val="24"/>
          <w:rtl/>
        </w:rPr>
        <w:t>للبحث</w:t>
      </w:r>
      <w:r w:rsidRPr="003E3418">
        <w:rPr>
          <w:rFonts w:ascii="Sakkal Majalla" w:hAnsi="Sakkal Majalla" w:cs="Sakkal Majalla"/>
          <w:sz w:val="24"/>
        </w:rPr>
        <w:t xml:space="preserve"> </w:t>
      </w:r>
      <w:r w:rsidRPr="003E3418">
        <w:rPr>
          <w:rFonts w:ascii="Sakkal Majalla" w:hAnsi="Sakkal Majalla" w:cs="Sakkal Majalla"/>
          <w:sz w:val="24"/>
          <w:szCs w:val="24"/>
          <w:rtl/>
        </w:rPr>
        <w:t>الحالي</w:t>
      </w:r>
      <w:r w:rsidRPr="003E3418">
        <w:rPr>
          <w:rFonts w:ascii="Sakkal Majalla" w:hAnsi="Sakkal Majalla" w:cs="Sakkal Majalla"/>
          <w:sz w:val="24"/>
        </w:rPr>
        <w:t xml:space="preserve"> </w:t>
      </w:r>
      <w:r w:rsidRPr="003E3418">
        <w:rPr>
          <w:rFonts w:ascii="Sakkal Majalla" w:hAnsi="Sakkal Majalla" w:cs="Sakkal Majalla"/>
          <w:sz w:val="24"/>
          <w:szCs w:val="24"/>
          <w:rtl/>
        </w:rPr>
        <w:t>وتُرسّخ</w:t>
      </w:r>
      <w:r w:rsidRPr="003E3418">
        <w:rPr>
          <w:rFonts w:ascii="Sakkal Majalla" w:hAnsi="Sakkal Majalla" w:cs="Sakkal Majalla"/>
          <w:sz w:val="24"/>
        </w:rPr>
        <w:t xml:space="preserve"> </w:t>
      </w:r>
      <w:r w:rsidRPr="003E3418">
        <w:rPr>
          <w:rFonts w:ascii="Sakkal Majalla" w:hAnsi="Sakkal Majalla" w:cs="Sakkal Majalla"/>
          <w:sz w:val="24"/>
          <w:szCs w:val="24"/>
          <w:rtl/>
        </w:rPr>
        <w:t>توصيته</w:t>
      </w:r>
      <w:r w:rsidRPr="003E3418">
        <w:rPr>
          <w:rFonts w:ascii="Sakkal Majalla" w:hAnsi="Sakkal Majalla" w:cs="Sakkal Majalla"/>
          <w:sz w:val="24"/>
        </w:rPr>
        <w:t xml:space="preserve"> </w:t>
      </w:r>
      <w:r w:rsidRPr="003E3418">
        <w:rPr>
          <w:rFonts w:ascii="Sakkal Majalla" w:hAnsi="Sakkal Majalla" w:cs="Sakkal Majalla"/>
          <w:sz w:val="24"/>
          <w:szCs w:val="24"/>
          <w:rtl/>
        </w:rPr>
        <w:t>بضرورة</w:t>
      </w:r>
      <w:r w:rsidRPr="003E3418">
        <w:rPr>
          <w:rFonts w:ascii="Sakkal Majalla" w:hAnsi="Sakkal Majalla" w:cs="Sakkal Majalla"/>
          <w:sz w:val="24"/>
        </w:rPr>
        <w:t xml:space="preserve"> </w:t>
      </w:r>
      <w:r w:rsidRPr="003E3418">
        <w:rPr>
          <w:rFonts w:ascii="Sakkal Majalla" w:hAnsi="Sakkal Majalla" w:cs="Sakkal Majalla"/>
          <w:sz w:val="24"/>
          <w:szCs w:val="24"/>
          <w:rtl/>
        </w:rPr>
        <w:t>النظرة</w:t>
      </w:r>
      <w:r w:rsidRPr="003E3418">
        <w:rPr>
          <w:rFonts w:ascii="Sakkal Majalla" w:hAnsi="Sakkal Majalla" w:cs="Sakkal Majalla"/>
          <w:sz w:val="24"/>
        </w:rPr>
        <w:t xml:space="preserve"> </w:t>
      </w:r>
      <w:r w:rsidRPr="003E3418">
        <w:rPr>
          <w:rFonts w:ascii="Sakkal Majalla" w:hAnsi="Sakkal Majalla" w:cs="Sakkal Majalla"/>
          <w:sz w:val="24"/>
          <w:szCs w:val="24"/>
          <w:rtl/>
        </w:rPr>
        <w:t>الشاملة</w:t>
      </w:r>
      <w:r w:rsidRPr="003E3418">
        <w:rPr>
          <w:rFonts w:ascii="Sakkal Majalla" w:hAnsi="Sakkal Majalla" w:cs="Sakkal Majalla"/>
          <w:sz w:val="24"/>
        </w:rPr>
        <w:t xml:space="preserve"> </w:t>
      </w:r>
      <w:r w:rsidRPr="003E3418">
        <w:rPr>
          <w:rFonts w:ascii="Sakkal Majalla" w:hAnsi="Sakkal Majalla" w:cs="Sakkal Majalla"/>
          <w:sz w:val="24"/>
          <w:szCs w:val="24"/>
          <w:rtl/>
        </w:rPr>
        <w:t>والمتكاملة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مكافحة</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وبناء</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المؤسسات</w:t>
      </w:r>
      <w:r w:rsidRPr="003E3418">
        <w:rPr>
          <w:rFonts w:ascii="Sakkal Majalla" w:hAnsi="Sakkal Majalla" w:cs="Sakkal Majalla"/>
          <w:sz w:val="24"/>
        </w:rPr>
        <w:t>.</w:t>
      </w:r>
    </w:p>
    <w:p w14:paraId="575F2066" w14:textId="77777777" w:rsidR="003E3418" w:rsidRPr="003E3418" w:rsidRDefault="003E3418" w:rsidP="003E3418">
      <w:pPr>
        <w:spacing w:before="80" w:after="80"/>
        <w:rPr>
          <w:rFonts w:ascii="Sakkal Majalla" w:hAnsi="Sakkal Majalla" w:cs="Sakkal Majalla"/>
        </w:rPr>
      </w:pPr>
    </w:p>
    <w:p w14:paraId="776ABD7F" w14:textId="77777777" w:rsidR="003E3418" w:rsidRPr="003E3418" w:rsidRDefault="003E3418" w:rsidP="003E3418">
      <w:pPr>
        <w:pBdr>
          <w:bottom w:val="single" w:sz="4" w:space="4" w:color="DDDDDD"/>
        </w:pBdr>
        <w:spacing w:before="120" w:after="120"/>
        <w:rPr>
          <w:rFonts w:ascii="Sakkal Majalla" w:hAnsi="Sakkal Majalla" w:cs="Sakkal Majalla"/>
        </w:rPr>
      </w:pPr>
    </w:p>
    <w:p w14:paraId="54F4A62C" w14:textId="77777777" w:rsidR="003E3418" w:rsidRPr="003E3418" w:rsidRDefault="003E3418" w:rsidP="003E3418">
      <w:pPr>
        <w:pBdr>
          <w:bottom w:val="single" w:sz="6" w:space="4" w:color="1A3A6B"/>
        </w:pBdr>
        <w:bidi/>
        <w:spacing w:before="360" w:line="360" w:lineRule="exact"/>
        <w:rPr>
          <w:rFonts w:ascii="Sakkal Majalla" w:hAnsi="Sakkal Majalla" w:cs="Sakkal Majalla"/>
        </w:rPr>
      </w:pPr>
      <w:r w:rsidRPr="003E3418">
        <w:rPr>
          <w:rFonts w:ascii="Sakkal Majalla" w:hAnsi="Sakkal Majalla" w:cs="Sakkal Majalla"/>
          <w:b/>
          <w:sz w:val="30"/>
        </w:rPr>
        <w:t xml:space="preserve">2.5 </w:t>
      </w:r>
      <w:r w:rsidRPr="003E3418">
        <w:rPr>
          <w:rFonts w:ascii="Sakkal Majalla" w:hAnsi="Sakkal Majalla" w:cs="Sakkal Majalla"/>
          <w:b/>
          <w:bCs/>
          <w:sz w:val="30"/>
          <w:szCs w:val="30"/>
          <w:rtl/>
        </w:rPr>
        <w:t>الخلاصة</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النقدية</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للأدبيات</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السابقة</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والفجوة</w:t>
      </w:r>
      <w:r w:rsidRPr="003E3418">
        <w:rPr>
          <w:rFonts w:ascii="Sakkal Majalla" w:hAnsi="Sakkal Majalla" w:cs="Sakkal Majalla"/>
          <w:b/>
          <w:sz w:val="30"/>
        </w:rPr>
        <w:t xml:space="preserve"> </w:t>
      </w:r>
      <w:r w:rsidRPr="003E3418">
        <w:rPr>
          <w:rFonts w:ascii="Sakkal Majalla" w:hAnsi="Sakkal Majalla" w:cs="Sakkal Majalla"/>
          <w:b/>
          <w:bCs/>
          <w:sz w:val="30"/>
          <w:szCs w:val="30"/>
          <w:rtl/>
        </w:rPr>
        <w:t>البحثية</w:t>
      </w:r>
    </w:p>
    <w:p w14:paraId="4897DBB2"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أولاً</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ما</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اتفقت</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عليه</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الدراسات</w:t>
      </w:r>
    </w:p>
    <w:p w14:paraId="04D42338"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رغم</w:t>
      </w:r>
      <w:r w:rsidRPr="003E3418">
        <w:rPr>
          <w:rFonts w:ascii="Sakkal Majalla" w:hAnsi="Sakkal Majalla" w:cs="Sakkal Majalla"/>
          <w:sz w:val="24"/>
        </w:rPr>
        <w:t xml:space="preserve"> </w:t>
      </w:r>
      <w:r w:rsidRPr="003E3418">
        <w:rPr>
          <w:rFonts w:ascii="Sakkal Majalla" w:hAnsi="Sakkal Majalla" w:cs="Sakkal Majalla"/>
          <w:sz w:val="24"/>
          <w:szCs w:val="24"/>
          <w:rtl/>
        </w:rPr>
        <w:t>التباين</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الأساليب</w:t>
      </w:r>
      <w:r w:rsidRPr="003E3418">
        <w:rPr>
          <w:rFonts w:ascii="Sakkal Majalla" w:hAnsi="Sakkal Majalla" w:cs="Sakkal Majalla"/>
          <w:sz w:val="24"/>
        </w:rPr>
        <w:t xml:space="preserve"> </w:t>
      </w:r>
      <w:r w:rsidRPr="003E3418">
        <w:rPr>
          <w:rFonts w:ascii="Sakkal Majalla" w:hAnsi="Sakkal Majalla" w:cs="Sakkal Majalla"/>
          <w:sz w:val="24"/>
          <w:szCs w:val="24"/>
          <w:rtl/>
        </w:rPr>
        <w:t>والسياقات،</w:t>
      </w:r>
      <w:r w:rsidRPr="003E3418">
        <w:rPr>
          <w:rFonts w:ascii="Sakkal Majalla" w:hAnsi="Sakkal Majalla" w:cs="Sakkal Majalla"/>
          <w:sz w:val="24"/>
        </w:rPr>
        <w:t xml:space="preserve"> </w:t>
      </w:r>
      <w:r w:rsidRPr="003E3418">
        <w:rPr>
          <w:rFonts w:ascii="Sakkal Majalla" w:hAnsi="Sakkal Majalla" w:cs="Sakkal Majalla"/>
          <w:sz w:val="24"/>
          <w:szCs w:val="24"/>
          <w:rtl/>
        </w:rPr>
        <w:t>تتقاطع</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الدراسات</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جملة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الاستنتاجات</w:t>
      </w:r>
      <w:r w:rsidRPr="003E3418">
        <w:rPr>
          <w:rFonts w:ascii="Sakkal Majalla" w:hAnsi="Sakkal Majalla" w:cs="Sakkal Majalla"/>
          <w:sz w:val="24"/>
        </w:rPr>
        <w:t xml:space="preserve"> </w:t>
      </w:r>
      <w:r w:rsidRPr="003E3418">
        <w:rPr>
          <w:rFonts w:ascii="Sakkal Majalla" w:hAnsi="Sakkal Majalla" w:cs="Sakkal Majalla"/>
          <w:sz w:val="24"/>
          <w:szCs w:val="24"/>
          <w:rtl/>
        </w:rPr>
        <w:t>الجوهرية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المستقرة</w:t>
      </w:r>
      <w:r w:rsidRPr="003E3418">
        <w:rPr>
          <w:rFonts w:ascii="Sakkal Majalla" w:hAnsi="Sakkal Majalla" w:cs="Sakkal Majalla"/>
          <w:sz w:val="24"/>
        </w:rPr>
        <w:t>:</w:t>
      </w:r>
    </w:p>
    <w:p w14:paraId="5957CFDE"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وجود</w:t>
      </w:r>
      <w:r w:rsidRPr="003E3418">
        <w:rPr>
          <w:rFonts w:ascii="Sakkal Majalla" w:hAnsi="Sakkal Majalla" w:cs="Sakkal Majalla"/>
          <w:sz w:val="24"/>
        </w:rPr>
        <w:t xml:space="preserve"> </w:t>
      </w:r>
      <w:r w:rsidRPr="003E3418">
        <w:rPr>
          <w:rFonts w:ascii="Sakkal Majalla" w:hAnsi="Sakkal Majalla" w:cs="Sakkal Majalla"/>
          <w:sz w:val="24"/>
          <w:szCs w:val="24"/>
          <w:rtl/>
        </w:rPr>
        <w:t>أثر</w:t>
      </w:r>
      <w:r w:rsidRPr="003E3418">
        <w:rPr>
          <w:rFonts w:ascii="Sakkal Majalla" w:hAnsi="Sakkal Majalla" w:cs="Sakkal Majalla"/>
          <w:sz w:val="24"/>
        </w:rPr>
        <w:t xml:space="preserve"> </w:t>
      </w:r>
      <w:r w:rsidRPr="003E3418">
        <w:rPr>
          <w:rFonts w:ascii="Sakkal Majalla" w:hAnsi="Sakkal Majalla" w:cs="Sakkal Majalla"/>
          <w:sz w:val="24"/>
          <w:szCs w:val="24"/>
          <w:rtl/>
        </w:rPr>
        <w:t>سلبي</w:t>
      </w:r>
      <w:r w:rsidRPr="003E3418">
        <w:rPr>
          <w:rFonts w:ascii="Sakkal Majalla" w:hAnsi="Sakkal Majalla" w:cs="Sakkal Majalla"/>
          <w:sz w:val="24"/>
        </w:rPr>
        <w:t xml:space="preserve"> </w:t>
      </w:r>
      <w:r w:rsidRPr="003E3418">
        <w:rPr>
          <w:rFonts w:ascii="Sakkal Majalla" w:hAnsi="Sakkal Majalla" w:cs="Sakkal Majalla"/>
          <w:sz w:val="24"/>
          <w:szCs w:val="24"/>
          <w:rtl/>
        </w:rPr>
        <w:t>ودال</w:t>
      </w:r>
      <w:r w:rsidRPr="003E3418">
        <w:rPr>
          <w:rFonts w:ascii="Sakkal Majalla" w:hAnsi="Sakkal Majalla" w:cs="Sakkal Majalla"/>
          <w:sz w:val="24"/>
        </w:rPr>
        <w:t xml:space="preserve"> </w:t>
      </w:r>
      <w:r w:rsidRPr="003E3418">
        <w:rPr>
          <w:rFonts w:ascii="Sakkal Majalla" w:hAnsi="Sakkal Majalla" w:cs="Sakkal Majalla"/>
          <w:sz w:val="24"/>
          <w:szCs w:val="24"/>
          <w:rtl/>
        </w:rPr>
        <w:t>إحصائياً</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الاقتصادي</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الأجل</w:t>
      </w:r>
      <w:r w:rsidRPr="003E3418">
        <w:rPr>
          <w:rFonts w:ascii="Sakkal Majalla" w:hAnsi="Sakkal Majalla" w:cs="Sakkal Majalla"/>
          <w:sz w:val="24"/>
        </w:rPr>
        <w:t xml:space="preserve"> </w:t>
      </w:r>
      <w:r w:rsidRPr="003E3418">
        <w:rPr>
          <w:rFonts w:ascii="Sakkal Majalla" w:hAnsi="Sakkal Majalla" w:cs="Sakkal Majalla"/>
          <w:sz w:val="24"/>
          <w:szCs w:val="24"/>
          <w:rtl/>
        </w:rPr>
        <w:t>البعيد،</w:t>
      </w:r>
      <w:r w:rsidRPr="003E3418">
        <w:rPr>
          <w:rFonts w:ascii="Sakkal Majalla" w:hAnsi="Sakkal Majalla" w:cs="Sakkal Majalla"/>
          <w:sz w:val="24"/>
        </w:rPr>
        <w:t xml:space="preserve"> </w:t>
      </w:r>
      <w:r w:rsidRPr="003E3418">
        <w:rPr>
          <w:rFonts w:ascii="Sakkal Majalla" w:hAnsi="Sakkal Majalla" w:cs="Sakkal Majalla"/>
          <w:sz w:val="24"/>
          <w:szCs w:val="24"/>
          <w:rtl/>
        </w:rPr>
        <w:t>مُثبَت</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أكثر</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خمسين</w:t>
      </w:r>
      <w:r w:rsidRPr="003E3418">
        <w:rPr>
          <w:rFonts w:ascii="Sakkal Majalla" w:hAnsi="Sakkal Majalla" w:cs="Sakkal Majalla"/>
          <w:sz w:val="24"/>
        </w:rPr>
        <w:t xml:space="preserve"> </w:t>
      </w:r>
      <w:r w:rsidRPr="003E3418">
        <w:rPr>
          <w:rFonts w:ascii="Sakkal Majalla" w:hAnsi="Sakkal Majalla" w:cs="Sakkal Majalla"/>
          <w:sz w:val="24"/>
          <w:szCs w:val="24"/>
          <w:rtl/>
        </w:rPr>
        <w:t>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تجريبية</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مدار</w:t>
      </w:r>
      <w:r w:rsidRPr="003E3418">
        <w:rPr>
          <w:rFonts w:ascii="Sakkal Majalla" w:hAnsi="Sakkal Majalla" w:cs="Sakkal Majalla"/>
          <w:sz w:val="24"/>
        </w:rPr>
        <w:t xml:space="preserve"> </w:t>
      </w:r>
      <w:r w:rsidRPr="003E3418">
        <w:rPr>
          <w:rFonts w:ascii="Sakkal Majalla" w:hAnsi="Sakkal Majalla" w:cs="Sakkal Majalla"/>
          <w:sz w:val="24"/>
          <w:szCs w:val="24"/>
          <w:rtl/>
        </w:rPr>
        <w:t>ثلاثة</w:t>
      </w:r>
      <w:r w:rsidRPr="003E3418">
        <w:rPr>
          <w:rFonts w:ascii="Sakkal Majalla" w:hAnsi="Sakkal Majalla" w:cs="Sakkal Majalla"/>
          <w:sz w:val="24"/>
        </w:rPr>
        <w:t xml:space="preserve"> </w:t>
      </w:r>
      <w:r w:rsidRPr="003E3418">
        <w:rPr>
          <w:rFonts w:ascii="Sakkal Majalla" w:hAnsi="Sakkal Majalla" w:cs="Sakkal Majalla"/>
          <w:sz w:val="24"/>
          <w:szCs w:val="24"/>
          <w:rtl/>
        </w:rPr>
        <w:t>عقود</w:t>
      </w:r>
      <w:r w:rsidRPr="003E3418">
        <w:rPr>
          <w:rFonts w:ascii="Sakkal Majalla" w:hAnsi="Sakkal Majalla" w:cs="Sakkal Majalla"/>
          <w:sz w:val="24"/>
        </w:rPr>
        <w:t xml:space="preserve"> </w:t>
      </w:r>
      <w:r w:rsidRPr="003E3418">
        <w:rPr>
          <w:rFonts w:ascii="Sakkal Majalla" w:hAnsi="Sakkal Majalla" w:cs="Sakkal Majalla"/>
          <w:sz w:val="24"/>
          <w:szCs w:val="24"/>
          <w:rtl/>
        </w:rPr>
        <w:t>بأساليب</w:t>
      </w:r>
      <w:r w:rsidRPr="003E3418">
        <w:rPr>
          <w:rFonts w:ascii="Sakkal Majalla" w:hAnsi="Sakkal Majalla" w:cs="Sakkal Majalla"/>
          <w:sz w:val="24"/>
        </w:rPr>
        <w:t xml:space="preserve"> </w:t>
      </w:r>
      <w:r w:rsidRPr="003E3418">
        <w:rPr>
          <w:rFonts w:ascii="Sakkal Majalla" w:hAnsi="Sakkal Majalla" w:cs="Sakkal Majalla"/>
          <w:sz w:val="24"/>
          <w:szCs w:val="24"/>
          <w:rtl/>
        </w:rPr>
        <w:t>منهجية</w:t>
      </w:r>
      <w:r w:rsidRPr="003E3418">
        <w:rPr>
          <w:rFonts w:ascii="Sakkal Majalla" w:hAnsi="Sakkal Majalla" w:cs="Sakkal Majalla"/>
          <w:sz w:val="24"/>
        </w:rPr>
        <w:t xml:space="preserve"> </w:t>
      </w:r>
      <w:r w:rsidRPr="003E3418">
        <w:rPr>
          <w:rFonts w:ascii="Sakkal Majalla" w:hAnsi="Sakkal Majalla" w:cs="Sakkal Majalla"/>
          <w:sz w:val="24"/>
          <w:szCs w:val="24"/>
          <w:rtl/>
        </w:rPr>
        <w:t>متنوعة</w:t>
      </w:r>
      <w:r w:rsidRPr="003E3418">
        <w:rPr>
          <w:rFonts w:ascii="Sakkal Majalla" w:hAnsi="Sakkal Majalla" w:cs="Sakkal Majalla"/>
          <w:sz w:val="24"/>
        </w:rPr>
        <w:t>.</w:t>
      </w:r>
    </w:p>
    <w:p w14:paraId="18CE5E27"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أهمية</w:t>
      </w:r>
      <w:r w:rsidRPr="003E3418">
        <w:rPr>
          <w:rFonts w:ascii="Sakkal Majalla" w:hAnsi="Sakkal Majalla" w:cs="Sakkal Majalla"/>
          <w:sz w:val="24"/>
        </w:rPr>
        <w:t xml:space="preserve"> </w:t>
      </w:r>
      <w:r w:rsidRPr="003E3418">
        <w:rPr>
          <w:rFonts w:ascii="Sakkal Majalla" w:hAnsi="Sakkal Majalla" w:cs="Sakkal Majalla"/>
          <w:sz w:val="24"/>
          <w:szCs w:val="24"/>
          <w:rtl/>
        </w:rPr>
        <w:t>قناة</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بوصفها</w:t>
      </w:r>
      <w:r w:rsidRPr="003E3418">
        <w:rPr>
          <w:rFonts w:ascii="Sakkal Majalla" w:hAnsi="Sakkal Majalla" w:cs="Sakkal Majalla"/>
          <w:sz w:val="24"/>
        </w:rPr>
        <w:t xml:space="preserve"> </w:t>
      </w:r>
      <w:r w:rsidRPr="003E3418">
        <w:rPr>
          <w:rFonts w:ascii="Sakkal Majalla" w:hAnsi="Sakkal Majalla" w:cs="Sakkal Majalla"/>
          <w:sz w:val="24"/>
          <w:szCs w:val="24"/>
          <w:rtl/>
        </w:rPr>
        <w:t>أحد</w:t>
      </w:r>
      <w:r w:rsidRPr="003E3418">
        <w:rPr>
          <w:rFonts w:ascii="Sakkal Majalla" w:hAnsi="Sakkal Majalla" w:cs="Sakkal Majalla"/>
          <w:sz w:val="24"/>
        </w:rPr>
        <w:t xml:space="preserve"> </w:t>
      </w:r>
      <w:r w:rsidRPr="003E3418">
        <w:rPr>
          <w:rFonts w:ascii="Sakkal Majalla" w:hAnsi="Sakkal Majalla" w:cs="Sakkal Majalla"/>
          <w:sz w:val="24"/>
          <w:szCs w:val="24"/>
          <w:rtl/>
        </w:rPr>
        <w:t>أبرز</w:t>
      </w:r>
      <w:r w:rsidRPr="003E3418">
        <w:rPr>
          <w:rFonts w:ascii="Sakkal Majalla" w:hAnsi="Sakkal Majalla" w:cs="Sakkal Majalla"/>
          <w:sz w:val="24"/>
        </w:rPr>
        <w:t xml:space="preserve"> </w:t>
      </w:r>
      <w:r w:rsidRPr="003E3418">
        <w:rPr>
          <w:rFonts w:ascii="Sakkal Majalla" w:hAnsi="Sakkal Majalla" w:cs="Sakkal Majalla"/>
          <w:sz w:val="24"/>
          <w:szCs w:val="24"/>
          <w:rtl/>
        </w:rPr>
        <w:t>المسارات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الناقلة</w:t>
      </w:r>
      <w:r w:rsidRPr="003E3418">
        <w:rPr>
          <w:rFonts w:ascii="Sakkal Majalla" w:hAnsi="Sakkal Majalla" w:cs="Sakkal Majalla"/>
          <w:sz w:val="24"/>
        </w:rPr>
        <w:t xml:space="preserve"> </w:t>
      </w:r>
      <w:r w:rsidRPr="003E3418">
        <w:rPr>
          <w:rFonts w:ascii="Sakkal Majalla" w:hAnsi="Sakkal Majalla" w:cs="Sakkal Majalla"/>
          <w:sz w:val="24"/>
          <w:szCs w:val="24"/>
          <w:rtl/>
        </w:rPr>
        <w:t>للأثر،</w:t>
      </w:r>
      <w:r w:rsidRPr="003E3418">
        <w:rPr>
          <w:rFonts w:ascii="Sakkal Majalla" w:hAnsi="Sakkal Majalla" w:cs="Sakkal Majalla"/>
          <w:sz w:val="24"/>
        </w:rPr>
        <w:t xml:space="preserve"> </w:t>
      </w:r>
      <w:r w:rsidRPr="003E3418">
        <w:rPr>
          <w:rFonts w:ascii="Sakkal Majalla" w:hAnsi="Sakkal Majalla" w:cs="Sakkal Majalla"/>
          <w:sz w:val="24"/>
          <w:szCs w:val="24"/>
          <w:rtl/>
        </w:rPr>
        <w:t>مع</w:t>
      </w:r>
      <w:r w:rsidRPr="003E3418">
        <w:rPr>
          <w:rFonts w:ascii="Sakkal Majalla" w:hAnsi="Sakkal Majalla" w:cs="Sakkal Majalla"/>
          <w:sz w:val="24"/>
        </w:rPr>
        <w:t xml:space="preserve"> </w:t>
      </w:r>
      <w:r w:rsidRPr="003E3418">
        <w:rPr>
          <w:rFonts w:ascii="Sakkal Majalla" w:hAnsi="Sakkal Majalla" w:cs="Sakkal Majalla"/>
          <w:sz w:val="24"/>
          <w:szCs w:val="24"/>
          <w:rtl/>
        </w:rPr>
        <w:t>اختلاف</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تقدير</w:t>
      </w:r>
      <w:r w:rsidRPr="003E3418">
        <w:rPr>
          <w:rFonts w:ascii="Sakkal Majalla" w:hAnsi="Sakkal Majalla" w:cs="Sakkal Majalla"/>
          <w:sz w:val="24"/>
        </w:rPr>
        <w:t xml:space="preserve"> </w:t>
      </w:r>
      <w:r w:rsidRPr="003E3418">
        <w:rPr>
          <w:rFonts w:ascii="Sakkal Majalla" w:hAnsi="Sakkal Majalla" w:cs="Sakkal Majalla"/>
          <w:sz w:val="24"/>
          <w:szCs w:val="24"/>
          <w:rtl/>
        </w:rPr>
        <w:t>نسبتها</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الكمية</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دراسة</w:t>
      </w:r>
      <w:r w:rsidRPr="003E3418">
        <w:rPr>
          <w:rFonts w:ascii="Sakkal Majalla" w:hAnsi="Sakkal Majalla" w:cs="Sakkal Majalla"/>
          <w:sz w:val="24"/>
        </w:rPr>
        <w:t xml:space="preserve"> </w:t>
      </w:r>
      <w:r w:rsidRPr="003E3418">
        <w:rPr>
          <w:rFonts w:ascii="Sakkal Majalla" w:hAnsi="Sakkal Majalla" w:cs="Sakkal Majalla"/>
          <w:sz w:val="24"/>
          <w:szCs w:val="24"/>
          <w:rtl/>
        </w:rPr>
        <w:t>إلى</w:t>
      </w:r>
      <w:r w:rsidRPr="003E3418">
        <w:rPr>
          <w:rFonts w:ascii="Sakkal Majalla" w:hAnsi="Sakkal Majalla" w:cs="Sakkal Majalla"/>
          <w:sz w:val="24"/>
        </w:rPr>
        <w:t xml:space="preserve"> </w:t>
      </w:r>
      <w:r w:rsidRPr="003E3418">
        <w:rPr>
          <w:rFonts w:ascii="Sakkal Majalla" w:hAnsi="Sakkal Majalla" w:cs="Sakkal Majalla"/>
          <w:sz w:val="24"/>
          <w:szCs w:val="24"/>
          <w:rtl/>
        </w:rPr>
        <w:t>أخرى</w:t>
      </w:r>
      <w:r w:rsidRPr="003E3418">
        <w:rPr>
          <w:rFonts w:ascii="Sakkal Majalla" w:hAnsi="Sakkal Majalla" w:cs="Sakkal Majalla"/>
          <w:sz w:val="24"/>
        </w:rPr>
        <w:t>.</w:t>
      </w:r>
    </w:p>
    <w:p w14:paraId="3FFEC43A"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اشتراطية</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بمستوى</w:t>
      </w:r>
      <w:r w:rsidRPr="003E3418">
        <w:rPr>
          <w:rFonts w:ascii="Sakkal Majalla" w:hAnsi="Sakkal Majalla" w:cs="Sakkal Majalla"/>
          <w:sz w:val="24"/>
        </w:rPr>
        <w:t xml:space="preserve"> </w:t>
      </w:r>
      <w:r w:rsidRPr="003E3418">
        <w:rPr>
          <w:rFonts w:ascii="Sakkal Majalla" w:hAnsi="Sakkal Majalla" w:cs="Sakkal Majalla"/>
          <w:sz w:val="24"/>
          <w:szCs w:val="24"/>
          <w:rtl/>
        </w:rPr>
        <w:t>جودة</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المؤسسات،</w:t>
      </w:r>
      <w:r w:rsidRPr="003E3418">
        <w:rPr>
          <w:rFonts w:ascii="Sakkal Majalla" w:hAnsi="Sakkal Majalla" w:cs="Sakkal Majalla"/>
          <w:sz w:val="24"/>
        </w:rPr>
        <w:t xml:space="preserve"> </w:t>
      </w:r>
      <w:r w:rsidRPr="003E3418">
        <w:rPr>
          <w:rFonts w:ascii="Sakkal Majalla" w:hAnsi="Sakkal Majalla" w:cs="Sakkal Majalla"/>
          <w:sz w:val="24"/>
          <w:szCs w:val="24"/>
          <w:rtl/>
        </w:rPr>
        <w:t>بمعنى</w:t>
      </w:r>
      <w:r w:rsidRPr="003E3418">
        <w:rPr>
          <w:rFonts w:ascii="Sakkal Majalla" w:hAnsi="Sakkal Majalla" w:cs="Sakkal Majalla"/>
          <w:sz w:val="24"/>
        </w:rPr>
        <w:t xml:space="preserve"> </w:t>
      </w:r>
      <w:r w:rsidRPr="003E3418">
        <w:rPr>
          <w:rFonts w:ascii="Sakkal Majalla" w:hAnsi="Sakkal Majalla" w:cs="Sakkal Majalla"/>
          <w:sz w:val="24"/>
          <w:szCs w:val="24"/>
          <w:rtl/>
        </w:rPr>
        <w:t>أن</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أكثر</w:t>
      </w:r>
      <w:r w:rsidRPr="003E3418">
        <w:rPr>
          <w:rFonts w:ascii="Sakkal Majalla" w:hAnsi="Sakkal Majalla" w:cs="Sakkal Majalla"/>
          <w:sz w:val="24"/>
        </w:rPr>
        <w:t xml:space="preserve"> </w:t>
      </w:r>
      <w:r w:rsidRPr="003E3418">
        <w:rPr>
          <w:rFonts w:ascii="Sakkal Majalla" w:hAnsi="Sakkal Majalla" w:cs="Sakkal Majalla"/>
          <w:sz w:val="24"/>
          <w:szCs w:val="24"/>
          <w:rtl/>
        </w:rPr>
        <w:t>ضرراً</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التنمية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البيئات</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المؤسسية</w:t>
      </w:r>
      <w:r w:rsidRPr="003E3418">
        <w:rPr>
          <w:rFonts w:ascii="Sakkal Majalla" w:hAnsi="Sakkal Majalla" w:cs="Sakkal Majalla"/>
          <w:sz w:val="24"/>
        </w:rPr>
        <w:t xml:space="preserve"> </w:t>
      </w:r>
      <w:r w:rsidRPr="003E3418">
        <w:rPr>
          <w:rFonts w:ascii="Sakkal Majalla" w:hAnsi="Sakkal Majalla" w:cs="Sakkal Majalla"/>
          <w:sz w:val="24"/>
          <w:szCs w:val="24"/>
          <w:rtl/>
        </w:rPr>
        <w:t>الهشة</w:t>
      </w:r>
      <w:r w:rsidRPr="003E3418">
        <w:rPr>
          <w:rFonts w:ascii="Sakkal Majalla" w:hAnsi="Sakkal Majalla" w:cs="Sakkal Majalla"/>
          <w:sz w:val="24"/>
        </w:rPr>
        <w:t>.</w:t>
      </w:r>
    </w:p>
    <w:p w14:paraId="2BBAB88B"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lastRenderedPageBreak/>
        <w:t xml:space="preserve">• </w:t>
      </w:r>
      <w:r w:rsidRPr="003E3418">
        <w:rPr>
          <w:rFonts w:ascii="Sakkal Majalla" w:hAnsi="Sakkal Majalla" w:cs="Sakkal Majalla"/>
          <w:sz w:val="24"/>
          <w:szCs w:val="24"/>
          <w:rtl/>
        </w:rPr>
        <w:t>وجود</w:t>
      </w:r>
      <w:r w:rsidRPr="003E3418">
        <w:rPr>
          <w:rFonts w:ascii="Sakkal Majalla" w:hAnsi="Sakkal Majalla" w:cs="Sakkal Majalla"/>
          <w:sz w:val="24"/>
        </w:rPr>
        <w:t xml:space="preserve"> </w:t>
      </w:r>
      <w:r w:rsidRPr="003E3418">
        <w:rPr>
          <w:rFonts w:ascii="Sakkal Majalla" w:hAnsi="Sakkal Majalla" w:cs="Sakkal Majalla"/>
          <w:sz w:val="24"/>
          <w:szCs w:val="24"/>
          <w:rtl/>
        </w:rPr>
        <w:t>أثر</w:t>
      </w:r>
      <w:r w:rsidRPr="003E3418">
        <w:rPr>
          <w:rFonts w:ascii="Sakkal Majalla" w:hAnsi="Sakkal Majalla" w:cs="Sakkal Majalla"/>
          <w:sz w:val="24"/>
        </w:rPr>
        <w:t xml:space="preserve"> </w:t>
      </w:r>
      <w:r w:rsidRPr="003E3418">
        <w:rPr>
          <w:rFonts w:ascii="Sakkal Majalla" w:hAnsi="Sakkal Majalla" w:cs="Sakkal Majalla"/>
          <w:sz w:val="24"/>
          <w:szCs w:val="24"/>
          <w:rtl/>
        </w:rPr>
        <w:t>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مؤشرات</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وعدم</w:t>
      </w:r>
      <w:r w:rsidRPr="003E3418">
        <w:rPr>
          <w:rFonts w:ascii="Sakkal Majalla" w:hAnsi="Sakkal Majalla" w:cs="Sakkal Majalla"/>
          <w:sz w:val="24"/>
        </w:rPr>
        <w:t xml:space="preserve"> </w:t>
      </w:r>
      <w:r w:rsidRPr="003E3418">
        <w:rPr>
          <w:rFonts w:ascii="Sakkal Majalla" w:hAnsi="Sakkal Majalla" w:cs="Sakkal Majalla"/>
          <w:sz w:val="24"/>
          <w:szCs w:val="24"/>
          <w:rtl/>
        </w:rPr>
        <w:t>المساواة</w:t>
      </w:r>
      <w:r w:rsidRPr="003E3418">
        <w:rPr>
          <w:rFonts w:ascii="Sakkal Majalla" w:hAnsi="Sakkal Majalla" w:cs="Sakkal Majalla"/>
          <w:sz w:val="24"/>
        </w:rPr>
        <w:t xml:space="preserve"> </w:t>
      </w:r>
      <w:r w:rsidRPr="003E3418">
        <w:rPr>
          <w:rFonts w:ascii="Sakkal Majalla" w:hAnsi="Sakkal Majalla" w:cs="Sakkal Majalla"/>
          <w:sz w:val="24"/>
          <w:szCs w:val="24"/>
          <w:rtl/>
        </w:rPr>
        <w:t>بمعزل</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قناة</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وإن</w:t>
      </w:r>
      <w:r w:rsidRPr="003E3418">
        <w:rPr>
          <w:rFonts w:ascii="Sakkal Majalla" w:hAnsi="Sakkal Majalla" w:cs="Sakkal Majalla"/>
          <w:sz w:val="24"/>
        </w:rPr>
        <w:t xml:space="preserve"> </w:t>
      </w:r>
      <w:r w:rsidRPr="003E3418">
        <w:rPr>
          <w:rFonts w:ascii="Sakkal Majalla" w:hAnsi="Sakkal Majalla" w:cs="Sakkal Majalla"/>
          <w:sz w:val="24"/>
          <w:szCs w:val="24"/>
          <w:rtl/>
        </w:rPr>
        <w:t>اختلفت</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الدراسات</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تقدير</w:t>
      </w:r>
      <w:r w:rsidRPr="003E3418">
        <w:rPr>
          <w:rFonts w:ascii="Sakkal Majalla" w:hAnsi="Sakkal Majalla" w:cs="Sakkal Majalla"/>
          <w:sz w:val="24"/>
        </w:rPr>
        <w:t xml:space="preserve"> </w:t>
      </w:r>
      <w:r w:rsidRPr="003E3418">
        <w:rPr>
          <w:rFonts w:ascii="Sakkal Majalla" w:hAnsi="Sakkal Majalla" w:cs="Sakkal Majalla"/>
          <w:sz w:val="24"/>
          <w:szCs w:val="24"/>
          <w:rtl/>
        </w:rPr>
        <w:t>حجمه</w:t>
      </w:r>
      <w:r w:rsidRPr="003E3418">
        <w:rPr>
          <w:rFonts w:ascii="Sakkal Majalla" w:hAnsi="Sakkal Majalla" w:cs="Sakkal Majalla"/>
          <w:sz w:val="24"/>
        </w:rPr>
        <w:t>.</w:t>
      </w:r>
    </w:p>
    <w:p w14:paraId="35466D4F"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ثانياً</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ما</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اختلفت</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فيه</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الدراسات</w:t>
      </w:r>
    </w:p>
    <w:p w14:paraId="69DC4E1B"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المقابل،</w:t>
      </w:r>
      <w:r w:rsidRPr="003E3418">
        <w:rPr>
          <w:rFonts w:ascii="Sakkal Majalla" w:hAnsi="Sakkal Majalla" w:cs="Sakkal Majalla"/>
          <w:sz w:val="24"/>
        </w:rPr>
        <w:t xml:space="preserve"> </w:t>
      </w:r>
      <w:r w:rsidRPr="003E3418">
        <w:rPr>
          <w:rFonts w:ascii="Sakkal Majalla" w:hAnsi="Sakkal Majalla" w:cs="Sakkal Majalla"/>
          <w:sz w:val="24"/>
          <w:szCs w:val="24"/>
          <w:rtl/>
        </w:rPr>
        <w:t>تتباين</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الدراسات</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عدة</w:t>
      </w:r>
      <w:r w:rsidRPr="003E3418">
        <w:rPr>
          <w:rFonts w:ascii="Sakkal Majalla" w:hAnsi="Sakkal Majalla" w:cs="Sakkal Majalla"/>
          <w:sz w:val="24"/>
        </w:rPr>
        <w:t xml:space="preserve"> </w:t>
      </w:r>
      <w:r w:rsidRPr="003E3418">
        <w:rPr>
          <w:rFonts w:ascii="Sakkal Majalla" w:hAnsi="Sakkal Majalla" w:cs="Sakkal Majalla"/>
          <w:sz w:val="24"/>
          <w:szCs w:val="24"/>
          <w:rtl/>
        </w:rPr>
        <w:t>نقاط</w:t>
      </w:r>
      <w:r w:rsidRPr="003E3418">
        <w:rPr>
          <w:rFonts w:ascii="Sakkal Majalla" w:hAnsi="Sakkal Majalla" w:cs="Sakkal Majalla"/>
          <w:sz w:val="24"/>
        </w:rPr>
        <w:t xml:space="preserve"> </w:t>
      </w:r>
      <w:r w:rsidRPr="003E3418">
        <w:rPr>
          <w:rFonts w:ascii="Sakkal Majalla" w:hAnsi="Sakkal Majalla" w:cs="Sakkal Majalla"/>
          <w:sz w:val="24"/>
          <w:szCs w:val="24"/>
          <w:rtl/>
        </w:rPr>
        <w:t>جوهرية</w:t>
      </w:r>
      <w:r w:rsidRPr="003E3418">
        <w:rPr>
          <w:rFonts w:ascii="Sakkal Majalla" w:hAnsi="Sakkal Majalla" w:cs="Sakkal Majalla"/>
          <w:sz w:val="24"/>
        </w:rPr>
        <w:t xml:space="preserve"> </w:t>
      </w:r>
      <w:r w:rsidRPr="003E3418">
        <w:rPr>
          <w:rFonts w:ascii="Sakkal Majalla" w:hAnsi="Sakkal Majalla" w:cs="Sakkal Majalla"/>
          <w:sz w:val="24"/>
          <w:szCs w:val="24"/>
          <w:rtl/>
        </w:rPr>
        <w:t>لم</w:t>
      </w:r>
      <w:r w:rsidRPr="003E3418">
        <w:rPr>
          <w:rFonts w:ascii="Sakkal Majalla" w:hAnsi="Sakkal Majalla" w:cs="Sakkal Majalla"/>
          <w:sz w:val="24"/>
        </w:rPr>
        <w:t xml:space="preserve"> </w:t>
      </w:r>
      <w:r w:rsidRPr="003E3418">
        <w:rPr>
          <w:rFonts w:ascii="Sakkal Majalla" w:hAnsi="Sakkal Majalla" w:cs="Sakkal Majalla"/>
          <w:sz w:val="24"/>
          <w:szCs w:val="24"/>
          <w:rtl/>
        </w:rPr>
        <w:t>تُحسم</w:t>
      </w:r>
      <w:r w:rsidRPr="003E3418">
        <w:rPr>
          <w:rFonts w:ascii="Sakkal Majalla" w:hAnsi="Sakkal Majalla" w:cs="Sakkal Majalla"/>
          <w:sz w:val="24"/>
        </w:rPr>
        <w:t xml:space="preserve"> </w:t>
      </w:r>
      <w:r w:rsidRPr="003E3418">
        <w:rPr>
          <w:rFonts w:ascii="Sakkal Majalla" w:hAnsi="Sakkal Majalla" w:cs="Sakkal Majalla"/>
          <w:sz w:val="24"/>
          <w:szCs w:val="24"/>
          <w:rtl/>
        </w:rPr>
        <w:t>بعد</w:t>
      </w:r>
      <w:r w:rsidRPr="003E3418">
        <w:rPr>
          <w:rFonts w:ascii="Sakkal Majalla" w:hAnsi="Sakkal Majalla" w:cs="Sakkal Majalla"/>
          <w:sz w:val="24"/>
        </w:rPr>
        <w:t>:</w:t>
      </w:r>
    </w:p>
    <w:p w14:paraId="43AD5CEA"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تقدير</w:t>
      </w:r>
      <w:r w:rsidRPr="003E3418">
        <w:rPr>
          <w:rFonts w:ascii="Sakkal Majalla" w:hAnsi="Sakkal Majalla" w:cs="Sakkal Majalla"/>
          <w:sz w:val="24"/>
        </w:rPr>
        <w:t xml:space="preserve"> </w:t>
      </w:r>
      <w:r w:rsidRPr="003E3418">
        <w:rPr>
          <w:rFonts w:ascii="Sakkal Majalla" w:hAnsi="Sakkal Majalla" w:cs="Sakkal Majalla"/>
          <w:sz w:val="24"/>
          <w:szCs w:val="24"/>
          <w:rtl/>
        </w:rPr>
        <w:t>الوزن</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w:t>
      </w:r>
      <w:r w:rsidRPr="003E3418">
        <w:rPr>
          <w:rFonts w:ascii="Sakkal Majalla" w:hAnsi="Sakkal Majalla" w:cs="Sakkal Majalla"/>
          <w:sz w:val="24"/>
        </w:rPr>
        <w:t xml:space="preserve"> </w:t>
      </w:r>
      <w:r w:rsidRPr="003E3418">
        <w:rPr>
          <w:rFonts w:ascii="Sakkal Majalla" w:hAnsi="Sakkal Majalla" w:cs="Sakkal Majalla"/>
          <w:sz w:val="24"/>
          <w:szCs w:val="24"/>
          <w:rtl/>
        </w:rPr>
        <w:t>النسبي</w:t>
      </w:r>
      <w:r w:rsidRPr="003E3418">
        <w:rPr>
          <w:rFonts w:ascii="Sakkal Majalla" w:hAnsi="Sakkal Majalla" w:cs="Sakkal Majalla"/>
          <w:sz w:val="24"/>
        </w:rPr>
        <w:t xml:space="preserve"> </w:t>
      </w:r>
      <w:r w:rsidRPr="003E3418">
        <w:rPr>
          <w:rFonts w:ascii="Sakkal Majalla" w:hAnsi="Sakkal Majalla" w:cs="Sakkal Majalla"/>
          <w:sz w:val="24"/>
          <w:szCs w:val="24"/>
          <w:rtl/>
        </w:rPr>
        <w:t>لكل</w:t>
      </w:r>
      <w:r w:rsidRPr="003E3418">
        <w:rPr>
          <w:rFonts w:ascii="Sakkal Majalla" w:hAnsi="Sakkal Majalla" w:cs="Sakkal Majalla"/>
          <w:sz w:val="24"/>
        </w:rPr>
        <w:t xml:space="preserve"> </w:t>
      </w:r>
      <w:r w:rsidRPr="003E3418">
        <w:rPr>
          <w:rFonts w:ascii="Sakkal Majalla" w:hAnsi="Sakkal Majalla" w:cs="Sakkal Majalla"/>
          <w:sz w:val="24"/>
          <w:szCs w:val="24"/>
          <w:rtl/>
        </w:rPr>
        <w:t>قناة</w:t>
      </w:r>
      <w:r w:rsidRPr="003E3418">
        <w:rPr>
          <w:rFonts w:ascii="Sakkal Majalla" w:hAnsi="Sakkal Majalla" w:cs="Sakkal Majalla"/>
          <w:sz w:val="24"/>
        </w:rPr>
        <w:t xml:space="preserve"> </w:t>
      </w:r>
      <w:r w:rsidRPr="003E3418">
        <w:rPr>
          <w:rFonts w:ascii="Sakkal Majalla" w:hAnsi="Sakkal Majalla" w:cs="Sakkal Majalla"/>
          <w:sz w:val="24"/>
          <w:szCs w:val="24"/>
          <w:rtl/>
        </w:rPr>
        <w:t>ناقلة،</w:t>
      </w:r>
      <w:r w:rsidRPr="003E3418">
        <w:rPr>
          <w:rFonts w:ascii="Sakkal Majalla" w:hAnsi="Sakkal Majalla" w:cs="Sakkal Majalla"/>
          <w:sz w:val="24"/>
        </w:rPr>
        <w:t xml:space="preserve"> </w:t>
      </w:r>
      <w:r w:rsidRPr="003E3418">
        <w:rPr>
          <w:rFonts w:ascii="Sakkal Majalla" w:hAnsi="Sakkal Majalla" w:cs="Sakkal Majalla"/>
          <w:sz w:val="24"/>
          <w:szCs w:val="24"/>
          <w:rtl/>
        </w:rPr>
        <w:t>وما</w:t>
      </w:r>
      <w:r w:rsidRPr="003E3418">
        <w:rPr>
          <w:rFonts w:ascii="Sakkal Majalla" w:hAnsi="Sakkal Majalla" w:cs="Sakkal Majalla"/>
          <w:sz w:val="24"/>
        </w:rPr>
        <w:t xml:space="preserve"> </w:t>
      </w:r>
      <w:r w:rsidRPr="003E3418">
        <w:rPr>
          <w:rFonts w:ascii="Sakkal Majalla" w:hAnsi="Sakkal Majalla" w:cs="Sakkal Majalla"/>
          <w:sz w:val="24"/>
          <w:szCs w:val="24"/>
          <w:rtl/>
        </w:rPr>
        <w:t>إذا</w:t>
      </w:r>
      <w:r w:rsidRPr="003E3418">
        <w:rPr>
          <w:rFonts w:ascii="Sakkal Majalla" w:hAnsi="Sakkal Majalla" w:cs="Sakkal Majalla"/>
          <w:sz w:val="24"/>
        </w:rPr>
        <w:t xml:space="preserve"> </w:t>
      </w:r>
      <w:r w:rsidRPr="003E3418">
        <w:rPr>
          <w:rFonts w:ascii="Sakkal Majalla" w:hAnsi="Sakkal Majalla" w:cs="Sakkal Majalla"/>
          <w:sz w:val="24"/>
          <w:szCs w:val="24"/>
          <w:rtl/>
        </w:rPr>
        <w:t>كانت</w:t>
      </w:r>
      <w:r w:rsidRPr="003E3418">
        <w:rPr>
          <w:rFonts w:ascii="Sakkal Majalla" w:hAnsi="Sakkal Majalla" w:cs="Sakkal Majalla"/>
          <w:sz w:val="24"/>
        </w:rPr>
        <w:t xml:space="preserve"> </w:t>
      </w:r>
      <w:r w:rsidRPr="003E3418">
        <w:rPr>
          <w:rFonts w:ascii="Sakkal Majalla" w:hAnsi="Sakkal Majalla" w:cs="Sakkal Majalla"/>
          <w:sz w:val="24"/>
          <w:szCs w:val="24"/>
          <w:rtl/>
        </w:rPr>
        <w:t>قناة</w:t>
      </w:r>
      <w:r w:rsidRPr="003E3418">
        <w:rPr>
          <w:rFonts w:ascii="Sakkal Majalla" w:hAnsi="Sakkal Majalla" w:cs="Sakkal Majalla"/>
          <w:sz w:val="24"/>
        </w:rPr>
        <w:t xml:space="preserve"> </w:t>
      </w:r>
      <w:r w:rsidRPr="003E3418">
        <w:rPr>
          <w:rFonts w:ascii="Sakkal Majalla" w:hAnsi="Sakkal Majalla" w:cs="Sakkal Majalla"/>
          <w:sz w:val="24"/>
          <w:szCs w:val="24"/>
          <w:rtl/>
        </w:rPr>
        <w:t>الاستثمار</w:t>
      </w:r>
      <w:r w:rsidRPr="003E3418">
        <w:rPr>
          <w:rFonts w:ascii="Sakkal Majalla" w:hAnsi="Sakkal Majalla" w:cs="Sakkal Majalla"/>
          <w:sz w:val="24"/>
        </w:rPr>
        <w:t xml:space="preserve"> </w:t>
      </w:r>
      <w:r w:rsidRPr="003E3418">
        <w:rPr>
          <w:rFonts w:ascii="Sakkal Majalla" w:hAnsi="Sakkal Majalla" w:cs="Sakkal Majalla"/>
          <w:sz w:val="24"/>
          <w:szCs w:val="24"/>
          <w:rtl/>
        </w:rPr>
        <w:t>أم</w:t>
      </w:r>
      <w:r w:rsidRPr="003E3418">
        <w:rPr>
          <w:rFonts w:ascii="Sakkal Majalla" w:hAnsi="Sakkal Majalla" w:cs="Sakkal Majalla"/>
          <w:sz w:val="24"/>
        </w:rPr>
        <w:t xml:space="preserve"> </w:t>
      </w:r>
      <w:r w:rsidRPr="003E3418">
        <w:rPr>
          <w:rFonts w:ascii="Sakkal Majalla" w:hAnsi="Sakkal Majalla" w:cs="Sakkal Majalla"/>
          <w:sz w:val="24"/>
          <w:szCs w:val="24"/>
          <w:rtl/>
        </w:rPr>
        <w:t>الإنفاق</w:t>
      </w:r>
      <w:r w:rsidRPr="003E3418">
        <w:rPr>
          <w:rFonts w:ascii="Sakkal Majalla" w:hAnsi="Sakkal Majalla" w:cs="Sakkal Majalla"/>
          <w:sz w:val="24"/>
        </w:rPr>
        <w:t xml:space="preserve"> </w:t>
      </w:r>
      <w:r w:rsidRPr="003E3418">
        <w:rPr>
          <w:rFonts w:ascii="Sakkal Majalla" w:hAnsi="Sakkal Majalla" w:cs="Sakkal Majalla"/>
          <w:sz w:val="24"/>
          <w:szCs w:val="24"/>
          <w:rtl/>
        </w:rPr>
        <w:t>العام</w:t>
      </w:r>
      <w:r w:rsidRPr="003E3418">
        <w:rPr>
          <w:rFonts w:ascii="Sakkal Majalla" w:hAnsi="Sakkal Majalla" w:cs="Sakkal Majalla"/>
          <w:sz w:val="24"/>
        </w:rPr>
        <w:t xml:space="preserve"> </w:t>
      </w:r>
      <w:r w:rsidRPr="003E3418">
        <w:rPr>
          <w:rFonts w:ascii="Sakkal Majalla" w:hAnsi="Sakkal Majalla" w:cs="Sakkal Majalla"/>
          <w:sz w:val="24"/>
          <w:szCs w:val="24"/>
          <w:rtl/>
        </w:rPr>
        <w:t>أم</w:t>
      </w:r>
      <w:r w:rsidRPr="003E3418">
        <w:rPr>
          <w:rFonts w:ascii="Sakkal Majalla" w:hAnsi="Sakkal Majalla" w:cs="Sakkal Majalla"/>
          <w:sz w:val="24"/>
        </w:rPr>
        <w:t xml:space="preserve"> </w:t>
      </w:r>
      <w:r w:rsidRPr="003E3418">
        <w:rPr>
          <w:rFonts w:ascii="Sakkal Majalla" w:hAnsi="Sakkal Majalla" w:cs="Sakkal Majalla"/>
          <w:sz w:val="24"/>
          <w:szCs w:val="24"/>
          <w:rtl/>
        </w:rPr>
        <w:t>إنتاجية</w:t>
      </w:r>
      <w:r w:rsidRPr="003E3418">
        <w:rPr>
          <w:rFonts w:ascii="Sakkal Majalla" w:hAnsi="Sakkal Majalla" w:cs="Sakkal Majalla"/>
          <w:sz w:val="24"/>
        </w:rPr>
        <w:t xml:space="preserve"> </w:t>
      </w:r>
      <w:r w:rsidRPr="003E3418">
        <w:rPr>
          <w:rFonts w:ascii="Sakkal Majalla" w:hAnsi="Sakkal Majalla" w:cs="Sakkal Majalla"/>
          <w:sz w:val="24"/>
          <w:szCs w:val="24"/>
          <w:rtl/>
        </w:rPr>
        <w:t>العوامل</w:t>
      </w:r>
      <w:r w:rsidRPr="003E3418">
        <w:rPr>
          <w:rFonts w:ascii="Sakkal Majalla" w:hAnsi="Sakkal Majalla" w:cs="Sakkal Majalla"/>
          <w:sz w:val="24"/>
        </w:rPr>
        <w:t xml:space="preserve"> </w:t>
      </w:r>
      <w:r w:rsidRPr="003E3418">
        <w:rPr>
          <w:rFonts w:ascii="Sakkal Majalla" w:hAnsi="Sakkal Majalla" w:cs="Sakkal Majalla"/>
          <w:sz w:val="24"/>
          <w:szCs w:val="24"/>
          <w:rtl/>
        </w:rPr>
        <w:t>تستأثر</w:t>
      </w:r>
      <w:r w:rsidRPr="003E3418">
        <w:rPr>
          <w:rFonts w:ascii="Sakkal Majalla" w:hAnsi="Sakkal Majalla" w:cs="Sakkal Majalla"/>
          <w:sz w:val="24"/>
        </w:rPr>
        <w:t xml:space="preserve"> </w:t>
      </w:r>
      <w:r w:rsidRPr="003E3418">
        <w:rPr>
          <w:rFonts w:ascii="Sakkal Majalla" w:hAnsi="Sakkal Majalla" w:cs="Sakkal Majalla"/>
          <w:sz w:val="24"/>
          <w:szCs w:val="24"/>
          <w:rtl/>
        </w:rPr>
        <w:t>بالحصة</w:t>
      </w:r>
      <w:r w:rsidRPr="003E3418">
        <w:rPr>
          <w:rFonts w:ascii="Sakkal Majalla" w:hAnsi="Sakkal Majalla" w:cs="Sakkal Majalla"/>
          <w:sz w:val="24"/>
        </w:rPr>
        <w:t xml:space="preserve"> </w:t>
      </w:r>
      <w:r w:rsidRPr="003E3418">
        <w:rPr>
          <w:rFonts w:ascii="Sakkal Majalla" w:hAnsi="Sakkal Majalla" w:cs="Sakkal Majalla"/>
          <w:sz w:val="24"/>
          <w:szCs w:val="24"/>
          <w:rtl/>
        </w:rPr>
        <w:t>الأكبر</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w:t>
      </w:r>
    </w:p>
    <w:p w14:paraId="6CD2678E"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تحديد</w:t>
      </w:r>
      <w:r w:rsidRPr="003E3418">
        <w:rPr>
          <w:rFonts w:ascii="Sakkal Majalla" w:hAnsi="Sakkal Majalla" w:cs="Sakkal Majalla"/>
          <w:sz w:val="24"/>
        </w:rPr>
        <w:t xml:space="preserve"> </w:t>
      </w:r>
      <w:r w:rsidRPr="003E3418">
        <w:rPr>
          <w:rFonts w:ascii="Sakkal Majalla" w:hAnsi="Sakkal Majalla" w:cs="Sakkal Majalla"/>
          <w:sz w:val="24"/>
          <w:szCs w:val="24"/>
          <w:rtl/>
        </w:rPr>
        <w:t>الحجم</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w:t>
      </w:r>
      <w:r w:rsidRPr="003E3418">
        <w:rPr>
          <w:rFonts w:ascii="Sakkal Majalla" w:hAnsi="Sakkal Majalla" w:cs="Sakkal Majalla"/>
          <w:sz w:val="24"/>
        </w:rPr>
        <w:t xml:space="preserve"> </w:t>
      </w:r>
      <w:r w:rsidRPr="003E3418">
        <w:rPr>
          <w:rFonts w:ascii="Sakkal Majalla" w:hAnsi="Sakkal Majalla" w:cs="Sakkal Majalla"/>
          <w:sz w:val="24"/>
          <w:szCs w:val="24"/>
          <w:rtl/>
        </w:rPr>
        <w:t>الصريح</w:t>
      </w:r>
      <w:r w:rsidRPr="003E3418">
        <w:rPr>
          <w:rFonts w:ascii="Sakkal Majalla" w:hAnsi="Sakkal Majalla" w:cs="Sakkal Majalla"/>
          <w:sz w:val="24"/>
        </w:rPr>
        <w:t xml:space="preserve"> </w:t>
      </w:r>
      <w:r w:rsidRPr="003E3418">
        <w:rPr>
          <w:rFonts w:ascii="Sakkal Majalla" w:hAnsi="Sakkal Majalla" w:cs="Sakkal Majalla"/>
          <w:sz w:val="24"/>
          <w:szCs w:val="24"/>
          <w:rtl/>
        </w:rPr>
        <w:t>للأثر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للفساد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على</w:t>
      </w:r>
      <w:r w:rsidRPr="003E3418">
        <w:rPr>
          <w:rFonts w:ascii="Sakkal Majalla" w:hAnsi="Sakkal Majalla" w:cs="Sakkal Majalla"/>
          <w:sz w:val="24"/>
        </w:rPr>
        <w:t xml:space="preserve"> </w:t>
      </w:r>
      <w:r w:rsidRPr="003E3418">
        <w:rPr>
          <w:rFonts w:ascii="Sakkal Majalla" w:hAnsi="Sakkal Majalla" w:cs="Sakkal Majalla"/>
          <w:sz w:val="24"/>
          <w:szCs w:val="24"/>
          <w:rtl/>
        </w:rPr>
        <w:t>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وفصله</w:t>
      </w:r>
      <w:r w:rsidRPr="003E3418">
        <w:rPr>
          <w:rFonts w:ascii="Sakkal Majalla" w:hAnsi="Sakkal Majalla" w:cs="Sakkal Majalla"/>
          <w:sz w:val="24"/>
        </w:rPr>
        <w:t xml:space="preserve"> </w:t>
      </w:r>
      <w:r w:rsidRPr="003E3418">
        <w:rPr>
          <w:rFonts w:ascii="Sakkal Majalla" w:hAnsi="Sakkal Majalla" w:cs="Sakkal Majalla"/>
          <w:sz w:val="24"/>
          <w:szCs w:val="24"/>
          <w:rtl/>
        </w:rPr>
        <w:t>الدقيق</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أثره</w:t>
      </w:r>
      <w:r w:rsidRPr="003E3418">
        <w:rPr>
          <w:rFonts w:ascii="Sakkal Majalla" w:hAnsi="Sakkal Majalla" w:cs="Sakkal Majalla"/>
          <w:sz w:val="24"/>
        </w:rPr>
        <w:t xml:space="preserve"> </w:t>
      </w:r>
      <w:r w:rsidRPr="003E3418">
        <w:rPr>
          <w:rFonts w:ascii="Sakkal Majalla" w:hAnsi="Sakkal Majalla" w:cs="Sakkal Majalla"/>
          <w:sz w:val="24"/>
          <w:szCs w:val="24"/>
          <w:rtl/>
        </w:rPr>
        <w:t>غير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عبر</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w:t>
      </w:r>
      <w:r w:rsidRPr="003E3418">
        <w:rPr>
          <w:rFonts w:ascii="Sakkal Majalla" w:hAnsi="Sakkal Majalla" w:cs="Sakkal Majalla"/>
          <w:sz w:val="24"/>
        </w:rPr>
        <w:t>.</w:t>
      </w:r>
    </w:p>
    <w:p w14:paraId="5EDB97AA"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 </w:t>
      </w:r>
      <w:r w:rsidRPr="003E3418">
        <w:rPr>
          <w:rFonts w:ascii="Sakkal Majalla" w:hAnsi="Sakkal Majalla" w:cs="Sakkal Majalla"/>
          <w:sz w:val="24"/>
          <w:szCs w:val="24"/>
          <w:rtl/>
        </w:rPr>
        <w:t>مدى</w:t>
      </w:r>
      <w:r w:rsidRPr="003E3418">
        <w:rPr>
          <w:rFonts w:ascii="Sakkal Majalla" w:hAnsi="Sakkal Majalla" w:cs="Sakkal Majalla"/>
          <w:sz w:val="24"/>
        </w:rPr>
        <w:t xml:space="preserve"> </w:t>
      </w:r>
      <w:r w:rsidRPr="003E3418">
        <w:rPr>
          <w:rFonts w:ascii="Sakkal Majalla" w:hAnsi="Sakkal Majalla" w:cs="Sakkal Majalla"/>
          <w:sz w:val="24"/>
          <w:szCs w:val="24"/>
          <w:rtl/>
        </w:rPr>
        <w:t>تجانس</w:t>
      </w:r>
      <w:r w:rsidRPr="003E3418">
        <w:rPr>
          <w:rFonts w:ascii="Sakkal Majalla" w:hAnsi="Sakkal Majalla" w:cs="Sakkal Majalla"/>
          <w:sz w:val="24"/>
        </w:rPr>
        <w:t xml:space="preserve"> </w:t>
      </w:r>
      <w:r w:rsidRPr="003E3418">
        <w:rPr>
          <w:rFonts w:ascii="Sakkal Majalla" w:hAnsi="Sakkal Majalla" w:cs="Sakkal Majalla"/>
          <w:sz w:val="24"/>
          <w:szCs w:val="24"/>
          <w:rtl/>
        </w:rPr>
        <w:t>الأثر</w:t>
      </w:r>
      <w:r w:rsidRPr="003E3418">
        <w:rPr>
          <w:rFonts w:ascii="Sakkal Majalla" w:hAnsi="Sakkal Majalla" w:cs="Sakkal Majalla"/>
          <w:sz w:val="24"/>
        </w:rPr>
        <w:t xml:space="preserve"> </w:t>
      </w:r>
      <w:r w:rsidRPr="003E3418">
        <w:rPr>
          <w:rFonts w:ascii="Sakkal Majalla" w:hAnsi="Sakkal Majalla" w:cs="Sakkal Majalla"/>
          <w:sz w:val="24"/>
          <w:szCs w:val="24"/>
          <w:rtl/>
        </w:rPr>
        <w:t>جغرافياً</w:t>
      </w:r>
      <w:r w:rsidRPr="003E3418">
        <w:rPr>
          <w:rFonts w:ascii="Sakkal Majalla" w:hAnsi="Sakkal Majalla" w:cs="Sakkal Majalla"/>
          <w:sz w:val="24"/>
        </w:rPr>
        <w:t xml:space="preserve"> </w:t>
      </w:r>
      <w:r w:rsidRPr="003E3418">
        <w:rPr>
          <w:rFonts w:ascii="Sakkal Majalla" w:hAnsi="Sakkal Majalla" w:cs="Sakkal Majalla"/>
          <w:sz w:val="24"/>
          <w:szCs w:val="24"/>
          <w:rtl/>
        </w:rPr>
        <w:t>أم</w:t>
      </w:r>
      <w:r w:rsidRPr="003E3418">
        <w:rPr>
          <w:rFonts w:ascii="Sakkal Majalla" w:hAnsi="Sakkal Majalla" w:cs="Sakkal Majalla"/>
          <w:sz w:val="24"/>
        </w:rPr>
        <w:t xml:space="preserve"> </w:t>
      </w:r>
      <w:r w:rsidRPr="003E3418">
        <w:rPr>
          <w:rFonts w:ascii="Sakkal Majalla" w:hAnsi="Sakkal Majalla" w:cs="Sakkal Majalla"/>
          <w:sz w:val="24"/>
          <w:szCs w:val="24"/>
          <w:rtl/>
        </w:rPr>
        <w:t>وجود</w:t>
      </w:r>
      <w:r w:rsidRPr="003E3418">
        <w:rPr>
          <w:rFonts w:ascii="Sakkal Majalla" w:hAnsi="Sakkal Majalla" w:cs="Sakkal Majalla"/>
          <w:sz w:val="24"/>
        </w:rPr>
        <w:t xml:space="preserve"> </w:t>
      </w:r>
      <w:r w:rsidRPr="003E3418">
        <w:rPr>
          <w:rFonts w:ascii="Sakkal Majalla" w:hAnsi="Sakkal Majalla" w:cs="Sakkal Majalla"/>
          <w:sz w:val="24"/>
          <w:szCs w:val="24"/>
          <w:rtl/>
        </w:rPr>
        <w:t>تباين</w:t>
      </w:r>
      <w:r w:rsidRPr="003E3418">
        <w:rPr>
          <w:rFonts w:ascii="Sakkal Majalla" w:hAnsi="Sakkal Majalla" w:cs="Sakkal Majalla"/>
          <w:sz w:val="24"/>
        </w:rPr>
        <w:t xml:space="preserve"> </w:t>
      </w:r>
      <w:r w:rsidRPr="003E3418">
        <w:rPr>
          <w:rFonts w:ascii="Sakkal Majalla" w:hAnsi="Sakkal Majalla" w:cs="Sakkal Majalla"/>
          <w:sz w:val="24"/>
          <w:szCs w:val="24"/>
          <w:rtl/>
        </w:rPr>
        <w:t>جوهري</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المناطق</w:t>
      </w:r>
      <w:r w:rsidRPr="003E3418">
        <w:rPr>
          <w:rFonts w:ascii="Sakkal Majalla" w:hAnsi="Sakkal Majalla" w:cs="Sakkal Majalla"/>
          <w:sz w:val="24"/>
        </w:rPr>
        <w:t xml:space="preserve"> </w:t>
      </w:r>
      <w:r w:rsidRPr="003E3418">
        <w:rPr>
          <w:rFonts w:ascii="Sakkal Majalla" w:hAnsi="Sakkal Majalla" w:cs="Sakkal Majalla"/>
          <w:sz w:val="24"/>
          <w:szCs w:val="24"/>
          <w:rtl/>
        </w:rPr>
        <w:t>يستدعي</w:t>
      </w:r>
      <w:r w:rsidRPr="003E3418">
        <w:rPr>
          <w:rFonts w:ascii="Sakkal Majalla" w:hAnsi="Sakkal Majalla" w:cs="Sakkal Majalla"/>
          <w:sz w:val="24"/>
        </w:rPr>
        <w:t xml:space="preserve"> </w:t>
      </w:r>
      <w:r w:rsidRPr="003E3418">
        <w:rPr>
          <w:rFonts w:ascii="Sakkal Majalla" w:hAnsi="Sakkal Majalla" w:cs="Sakkal Majalla"/>
          <w:sz w:val="24"/>
          <w:szCs w:val="24"/>
          <w:rtl/>
        </w:rPr>
        <w:t>استراتيجيات</w:t>
      </w:r>
      <w:r w:rsidRPr="003E3418">
        <w:rPr>
          <w:rFonts w:ascii="Sakkal Majalla" w:hAnsi="Sakkal Majalla" w:cs="Sakkal Majalla"/>
          <w:sz w:val="24"/>
        </w:rPr>
        <w:t xml:space="preserve"> </w:t>
      </w:r>
      <w:r w:rsidRPr="003E3418">
        <w:rPr>
          <w:rFonts w:ascii="Sakkal Majalla" w:hAnsi="Sakkal Majalla" w:cs="Sakkal Majalla"/>
          <w:sz w:val="24"/>
          <w:szCs w:val="24"/>
          <w:rtl/>
        </w:rPr>
        <w:t>سياساتية</w:t>
      </w:r>
      <w:r w:rsidRPr="003E3418">
        <w:rPr>
          <w:rFonts w:ascii="Sakkal Majalla" w:hAnsi="Sakkal Majalla" w:cs="Sakkal Majalla"/>
          <w:sz w:val="24"/>
        </w:rPr>
        <w:t xml:space="preserve"> </w:t>
      </w:r>
      <w:r w:rsidRPr="003E3418">
        <w:rPr>
          <w:rFonts w:ascii="Sakkal Majalla" w:hAnsi="Sakkal Majalla" w:cs="Sakkal Majalla"/>
          <w:sz w:val="24"/>
          <w:szCs w:val="24"/>
          <w:rtl/>
        </w:rPr>
        <w:t>متمايزة</w:t>
      </w:r>
      <w:r w:rsidRPr="003E3418">
        <w:rPr>
          <w:rFonts w:ascii="Sakkal Majalla" w:hAnsi="Sakkal Majalla" w:cs="Sakkal Majalla"/>
          <w:sz w:val="24"/>
        </w:rPr>
        <w:t>.</w:t>
      </w:r>
    </w:p>
    <w:p w14:paraId="29562FF2" w14:textId="77777777" w:rsidR="003E3418" w:rsidRPr="003E3418" w:rsidRDefault="003E3418" w:rsidP="003E3418">
      <w:pPr>
        <w:bidi/>
        <w:spacing w:before="240" w:after="80" w:line="320" w:lineRule="exact"/>
        <w:rPr>
          <w:rFonts w:ascii="Sakkal Majalla" w:hAnsi="Sakkal Majalla" w:cs="Sakkal Majalla"/>
        </w:rPr>
      </w:pPr>
      <w:r w:rsidRPr="003E3418">
        <w:rPr>
          <w:rFonts w:ascii="Sakkal Majalla" w:hAnsi="Sakkal Majalla" w:cs="Sakkal Majalla"/>
          <w:b/>
          <w:bCs/>
          <w:sz w:val="26"/>
          <w:szCs w:val="26"/>
          <w:rtl/>
        </w:rPr>
        <w:t>ثالثاً</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الفجوة</w:t>
      </w:r>
      <w:r w:rsidRPr="003E3418">
        <w:rPr>
          <w:rFonts w:ascii="Sakkal Majalla" w:hAnsi="Sakkal Majalla" w:cs="Sakkal Majalla"/>
          <w:b/>
          <w:sz w:val="26"/>
        </w:rPr>
        <w:t xml:space="preserve"> </w:t>
      </w:r>
      <w:r w:rsidRPr="003E3418">
        <w:rPr>
          <w:rFonts w:ascii="Sakkal Majalla" w:hAnsi="Sakkal Majalla" w:cs="Sakkal Majalla"/>
          <w:b/>
          <w:bCs/>
          <w:sz w:val="26"/>
          <w:szCs w:val="26"/>
          <w:rtl/>
        </w:rPr>
        <w:t>البحثية</w:t>
      </w:r>
    </w:p>
    <w:p w14:paraId="6A7A32EC"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ضوء</w:t>
      </w:r>
      <w:r w:rsidRPr="003E3418">
        <w:rPr>
          <w:rFonts w:ascii="Sakkal Majalla" w:hAnsi="Sakkal Majalla" w:cs="Sakkal Majalla"/>
          <w:sz w:val="24"/>
        </w:rPr>
        <w:t xml:space="preserve"> </w:t>
      </w:r>
      <w:r w:rsidRPr="003E3418">
        <w:rPr>
          <w:rFonts w:ascii="Sakkal Majalla" w:hAnsi="Sakkal Majalla" w:cs="Sakkal Majalla"/>
          <w:sz w:val="24"/>
          <w:szCs w:val="24"/>
          <w:rtl/>
        </w:rPr>
        <w:t>المراجعة</w:t>
      </w:r>
      <w:r w:rsidRPr="003E3418">
        <w:rPr>
          <w:rFonts w:ascii="Sakkal Majalla" w:hAnsi="Sakkal Majalla" w:cs="Sakkal Majalla"/>
          <w:sz w:val="24"/>
        </w:rPr>
        <w:t xml:space="preserve"> </w:t>
      </w:r>
      <w:r w:rsidRPr="003E3418">
        <w:rPr>
          <w:rFonts w:ascii="Sakkal Majalla" w:hAnsi="Sakkal Majalla" w:cs="Sakkal Majalla"/>
          <w:sz w:val="24"/>
          <w:szCs w:val="24"/>
          <w:rtl/>
        </w:rPr>
        <w:t>السابقة،</w:t>
      </w:r>
      <w:r w:rsidRPr="003E3418">
        <w:rPr>
          <w:rFonts w:ascii="Sakkal Majalla" w:hAnsi="Sakkal Majalla" w:cs="Sakkal Majalla"/>
          <w:sz w:val="24"/>
        </w:rPr>
        <w:t xml:space="preserve"> </w:t>
      </w:r>
      <w:r w:rsidRPr="003E3418">
        <w:rPr>
          <w:rFonts w:ascii="Sakkal Majalla" w:hAnsi="Sakkal Majalla" w:cs="Sakkal Majalla"/>
          <w:sz w:val="24"/>
          <w:szCs w:val="24"/>
          <w:rtl/>
        </w:rPr>
        <w:t>تتجلى</w:t>
      </w:r>
      <w:r w:rsidRPr="003E3418">
        <w:rPr>
          <w:rFonts w:ascii="Sakkal Majalla" w:hAnsi="Sakkal Majalla" w:cs="Sakkal Majalla"/>
          <w:sz w:val="24"/>
        </w:rPr>
        <w:t xml:space="preserve"> </w:t>
      </w:r>
      <w:r w:rsidRPr="003E3418">
        <w:rPr>
          <w:rFonts w:ascii="Sakkal Majalla" w:hAnsi="Sakkal Majalla" w:cs="Sakkal Majalla"/>
          <w:sz w:val="24"/>
          <w:szCs w:val="24"/>
          <w:rtl/>
        </w:rPr>
        <w:t>أربع</w:t>
      </w:r>
      <w:r w:rsidRPr="003E3418">
        <w:rPr>
          <w:rFonts w:ascii="Sakkal Majalla" w:hAnsi="Sakkal Majalla" w:cs="Sakkal Majalla"/>
          <w:sz w:val="24"/>
        </w:rPr>
        <w:t xml:space="preserve"> </w:t>
      </w:r>
      <w:r w:rsidRPr="003E3418">
        <w:rPr>
          <w:rFonts w:ascii="Sakkal Majalla" w:hAnsi="Sakkal Majalla" w:cs="Sakkal Majalla"/>
          <w:sz w:val="24"/>
          <w:szCs w:val="24"/>
          <w:rtl/>
        </w:rPr>
        <w:t>فجوات</w:t>
      </w:r>
      <w:r w:rsidRPr="003E3418">
        <w:rPr>
          <w:rFonts w:ascii="Sakkal Majalla" w:hAnsi="Sakkal Majalla" w:cs="Sakkal Majalla"/>
          <w:sz w:val="24"/>
        </w:rPr>
        <w:t xml:space="preserve"> </w:t>
      </w:r>
      <w:r w:rsidRPr="003E3418">
        <w:rPr>
          <w:rFonts w:ascii="Sakkal Majalla" w:hAnsi="Sakkal Majalla" w:cs="Sakkal Majalla"/>
          <w:sz w:val="24"/>
          <w:szCs w:val="24"/>
          <w:rtl/>
        </w:rPr>
        <w:t>بحثية</w:t>
      </w:r>
      <w:r w:rsidRPr="003E3418">
        <w:rPr>
          <w:rFonts w:ascii="Sakkal Majalla" w:hAnsi="Sakkal Majalla" w:cs="Sakkal Majalla"/>
          <w:sz w:val="24"/>
        </w:rPr>
        <w:t xml:space="preserve"> </w:t>
      </w:r>
      <w:r w:rsidRPr="003E3418">
        <w:rPr>
          <w:rFonts w:ascii="Sakkal Majalla" w:hAnsi="Sakkal Majalla" w:cs="Sakkal Majalla"/>
          <w:sz w:val="24"/>
          <w:szCs w:val="24"/>
          <w:rtl/>
        </w:rPr>
        <w:t>رئيسية</w:t>
      </w:r>
      <w:r w:rsidRPr="003E3418">
        <w:rPr>
          <w:rFonts w:ascii="Sakkal Majalla" w:hAnsi="Sakkal Majalla" w:cs="Sakkal Majalla"/>
          <w:sz w:val="24"/>
        </w:rPr>
        <w:t xml:space="preserve"> </w:t>
      </w:r>
      <w:r w:rsidRPr="003E3418">
        <w:rPr>
          <w:rFonts w:ascii="Sakkal Majalla" w:hAnsi="Sakkal Majalla" w:cs="Sakkal Majalla"/>
          <w:sz w:val="24"/>
          <w:szCs w:val="24"/>
          <w:rtl/>
        </w:rPr>
        <w:t>لم</w:t>
      </w:r>
      <w:r w:rsidRPr="003E3418">
        <w:rPr>
          <w:rFonts w:ascii="Sakkal Majalla" w:hAnsi="Sakkal Majalla" w:cs="Sakkal Majalla"/>
          <w:sz w:val="24"/>
        </w:rPr>
        <w:t xml:space="preserve"> </w:t>
      </w:r>
      <w:r w:rsidRPr="003E3418">
        <w:rPr>
          <w:rFonts w:ascii="Sakkal Majalla" w:hAnsi="Sakkal Majalla" w:cs="Sakkal Majalla"/>
          <w:sz w:val="24"/>
          <w:szCs w:val="24"/>
          <w:rtl/>
        </w:rPr>
        <w:t>تسدّها</w:t>
      </w:r>
      <w:r w:rsidRPr="003E3418">
        <w:rPr>
          <w:rFonts w:ascii="Sakkal Majalla" w:hAnsi="Sakkal Majalla" w:cs="Sakkal Majalla"/>
          <w:sz w:val="24"/>
        </w:rPr>
        <w:t xml:space="preserve"> </w:t>
      </w:r>
      <w:r w:rsidRPr="003E3418">
        <w:rPr>
          <w:rFonts w:ascii="Sakkal Majalla" w:hAnsi="Sakkal Majalla" w:cs="Sakkal Majalla"/>
          <w:sz w:val="24"/>
          <w:szCs w:val="24"/>
          <w:rtl/>
        </w:rPr>
        <w:t>الأدبيات</w:t>
      </w:r>
      <w:r w:rsidRPr="003E3418">
        <w:rPr>
          <w:rFonts w:ascii="Sakkal Majalla" w:hAnsi="Sakkal Majalla" w:cs="Sakkal Majalla"/>
          <w:sz w:val="24"/>
        </w:rPr>
        <w:t xml:space="preserve"> </w:t>
      </w:r>
      <w:r w:rsidRPr="003E3418">
        <w:rPr>
          <w:rFonts w:ascii="Sakkal Majalla" w:hAnsi="Sakkal Majalla" w:cs="Sakkal Majalla"/>
          <w:sz w:val="24"/>
          <w:szCs w:val="24"/>
          <w:rtl/>
        </w:rPr>
        <w:t>بصورة</w:t>
      </w:r>
      <w:r w:rsidRPr="003E3418">
        <w:rPr>
          <w:rFonts w:ascii="Sakkal Majalla" w:hAnsi="Sakkal Majalla" w:cs="Sakkal Majalla"/>
          <w:sz w:val="24"/>
        </w:rPr>
        <w:t xml:space="preserve"> </w:t>
      </w:r>
      <w:r w:rsidRPr="003E3418">
        <w:rPr>
          <w:rFonts w:ascii="Sakkal Majalla" w:hAnsi="Sakkal Majalla" w:cs="Sakkal Majalla"/>
          <w:sz w:val="24"/>
          <w:szCs w:val="24"/>
          <w:rtl/>
        </w:rPr>
        <w:t>مُرضية</w:t>
      </w:r>
      <w:r w:rsidRPr="003E3418">
        <w:rPr>
          <w:rFonts w:ascii="Sakkal Majalla" w:hAnsi="Sakkal Majalla" w:cs="Sakkal Majalla"/>
          <w:sz w:val="24"/>
        </w:rPr>
        <w:t>:</w:t>
      </w:r>
    </w:p>
    <w:p w14:paraId="6D008A08"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1. </w:t>
      </w:r>
      <w:r w:rsidRPr="003E3418">
        <w:rPr>
          <w:rFonts w:ascii="Sakkal Majalla" w:hAnsi="Sakkal Majalla" w:cs="Sakkal Majalla"/>
          <w:sz w:val="24"/>
          <w:szCs w:val="24"/>
          <w:rtl/>
        </w:rPr>
        <w:t>غياب</w:t>
      </w:r>
      <w:r w:rsidRPr="003E3418">
        <w:rPr>
          <w:rFonts w:ascii="Sakkal Majalla" w:hAnsi="Sakkal Majalla" w:cs="Sakkal Majalla"/>
          <w:sz w:val="24"/>
        </w:rPr>
        <w:t xml:space="preserve"> </w:t>
      </w:r>
      <w:r w:rsidRPr="003E3418">
        <w:rPr>
          <w:rFonts w:ascii="Sakkal Majalla" w:hAnsi="Sakkal Majalla" w:cs="Sakkal Majalla"/>
          <w:sz w:val="24"/>
          <w:szCs w:val="24"/>
          <w:rtl/>
        </w:rPr>
        <w:t>النموذج</w:t>
      </w:r>
      <w:r w:rsidRPr="003E3418">
        <w:rPr>
          <w:rFonts w:ascii="Sakkal Majalla" w:hAnsi="Sakkal Majalla" w:cs="Sakkal Majalla"/>
          <w:sz w:val="24"/>
        </w:rPr>
        <w:t xml:space="preserve"> </w:t>
      </w:r>
      <w:r w:rsidRPr="003E3418">
        <w:rPr>
          <w:rFonts w:ascii="Sakkal Majalla" w:hAnsi="Sakkal Majalla" w:cs="Sakkal Majalla"/>
          <w:sz w:val="24"/>
          <w:szCs w:val="24"/>
          <w:rtl/>
        </w:rPr>
        <w:t>الموحّد</w:t>
      </w:r>
      <w:r w:rsidRPr="003E3418">
        <w:rPr>
          <w:rFonts w:ascii="Sakkal Majalla" w:hAnsi="Sakkal Majalla" w:cs="Sakkal Majalla"/>
          <w:sz w:val="24"/>
        </w:rPr>
        <w:t xml:space="preserve">: </w:t>
      </w:r>
      <w:r w:rsidRPr="003E3418">
        <w:rPr>
          <w:rFonts w:ascii="Sakkal Majalla" w:hAnsi="Sakkal Majalla" w:cs="Sakkal Majalla"/>
          <w:sz w:val="24"/>
          <w:szCs w:val="24"/>
          <w:rtl/>
        </w:rPr>
        <w:t>معظم</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الدراسات</w:t>
      </w:r>
      <w:r w:rsidRPr="003E3418">
        <w:rPr>
          <w:rFonts w:ascii="Sakkal Majalla" w:hAnsi="Sakkal Majalla" w:cs="Sakkal Majalla"/>
          <w:sz w:val="24"/>
        </w:rPr>
        <w:t xml:space="preserve"> </w:t>
      </w:r>
      <w:r w:rsidRPr="003E3418">
        <w:rPr>
          <w:rFonts w:ascii="Sakkal Majalla" w:hAnsi="Sakkal Majalla" w:cs="Sakkal Majalla"/>
          <w:sz w:val="24"/>
          <w:szCs w:val="24"/>
          <w:rtl/>
        </w:rPr>
        <w:t>تُعالج</w:t>
      </w:r>
      <w:r w:rsidRPr="003E3418">
        <w:rPr>
          <w:rFonts w:ascii="Sakkal Majalla" w:hAnsi="Sakkal Majalla" w:cs="Sakkal Majalla"/>
          <w:sz w:val="24"/>
        </w:rPr>
        <w:t xml:space="preserve"> </w:t>
      </w:r>
      <w:r w:rsidRPr="003E3418">
        <w:rPr>
          <w:rFonts w:ascii="Sakkal Majalla" w:hAnsi="Sakkal Majalla" w:cs="Sakkal Majalla"/>
          <w:sz w:val="24"/>
          <w:szCs w:val="24"/>
          <w:rtl/>
        </w:rPr>
        <w:t>إما</w:t>
      </w:r>
      <w:r w:rsidRPr="003E3418">
        <w:rPr>
          <w:rFonts w:ascii="Sakkal Majalla" w:hAnsi="Sakkal Majalla" w:cs="Sakkal Majalla"/>
          <w:sz w:val="24"/>
        </w:rPr>
        <w:t xml:space="preserve"> </w:t>
      </w:r>
      <w:r w:rsidRPr="003E3418">
        <w:rPr>
          <w:rFonts w:ascii="Sakkal Majalla" w:hAnsi="Sakkal Majalla" w:cs="Sakkal Majalla"/>
          <w:sz w:val="24"/>
          <w:szCs w:val="24"/>
          <w:rtl/>
        </w:rPr>
        <w:t>علاقة</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بالنمو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أو</w:t>
      </w:r>
      <w:r w:rsidRPr="003E3418">
        <w:rPr>
          <w:rFonts w:ascii="Sakkal Majalla" w:hAnsi="Sakkal Majalla" w:cs="Sakkal Majalla"/>
          <w:sz w:val="24"/>
        </w:rPr>
        <w:t xml:space="preserve"> </w:t>
      </w:r>
      <w:r w:rsidRPr="003E3418">
        <w:rPr>
          <w:rFonts w:ascii="Sakkal Majalla" w:hAnsi="Sakkal Majalla" w:cs="Sakkal Majalla"/>
          <w:sz w:val="24"/>
          <w:szCs w:val="24"/>
          <w:rtl/>
        </w:rPr>
        <w:t>علاقته</w:t>
      </w:r>
      <w:r w:rsidRPr="003E3418">
        <w:rPr>
          <w:rFonts w:ascii="Sakkal Majalla" w:hAnsi="Sakkal Majalla" w:cs="Sakkal Majalla"/>
          <w:sz w:val="24"/>
        </w:rPr>
        <w:t xml:space="preserve"> </w:t>
      </w:r>
      <w:r w:rsidRPr="003E3418">
        <w:rPr>
          <w:rFonts w:ascii="Sakkal Majalla" w:hAnsi="Sakkal Majalla" w:cs="Sakkal Majalla"/>
          <w:sz w:val="24"/>
          <w:szCs w:val="24"/>
          <w:rtl/>
        </w:rPr>
        <w:t>بالفقر،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نادراً</w:t>
      </w:r>
      <w:r w:rsidRPr="003E3418">
        <w:rPr>
          <w:rFonts w:ascii="Sakkal Majalla" w:hAnsi="Sakkal Majalla" w:cs="Sakkal Majalla"/>
          <w:sz w:val="24"/>
        </w:rPr>
        <w:t xml:space="preserve"> </w:t>
      </w:r>
      <w:r w:rsidRPr="003E3418">
        <w:rPr>
          <w:rFonts w:ascii="Sakkal Majalla" w:hAnsi="Sakkal Majalla" w:cs="Sakkal Majalla"/>
          <w:sz w:val="24"/>
          <w:szCs w:val="24"/>
          <w:rtl/>
        </w:rPr>
        <w:t>ما</w:t>
      </w:r>
      <w:r w:rsidRPr="003E3418">
        <w:rPr>
          <w:rFonts w:ascii="Sakkal Majalla" w:hAnsi="Sakkal Majalla" w:cs="Sakkal Majalla"/>
          <w:sz w:val="24"/>
        </w:rPr>
        <w:t xml:space="preserve"> </w:t>
      </w:r>
      <w:r w:rsidRPr="003E3418">
        <w:rPr>
          <w:rFonts w:ascii="Sakkal Majalla" w:hAnsi="Sakkal Majalla" w:cs="Sakkal Majalla"/>
          <w:sz w:val="24"/>
          <w:szCs w:val="24"/>
          <w:rtl/>
        </w:rPr>
        <w:t>تُدمج</w:t>
      </w:r>
      <w:r w:rsidRPr="003E3418">
        <w:rPr>
          <w:rFonts w:ascii="Sakkal Majalla" w:hAnsi="Sakkal Majalla" w:cs="Sakkal Majalla"/>
          <w:sz w:val="24"/>
        </w:rPr>
        <w:t xml:space="preserve"> </w:t>
      </w:r>
      <w:r w:rsidRPr="003E3418">
        <w:rPr>
          <w:rFonts w:ascii="Sakkal Majalla" w:hAnsi="Sakkal Majalla" w:cs="Sakkal Majalla"/>
          <w:sz w:val="24"/>
          <w:szCs w:val="24"/>
          <w:rtl/>
        </w:rPr>
        <w:t>الثلاثة</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إطار</w:t>
      </w:r>
      <w:r w:rsidRPr="003E3418">
        <w:rPr>
          <w:rFonts w:ascii="Sakkal Majalla" w:hAnsi="Sakkal Majalla" w:cs="Sakkal Majalla"/>
          <w:sz w:val="24"/>
        </w:rPr>
        <w:t xml:space="preserve"> </w:t>
      </w:r>
      <w:r w:rsidRPr="003E3418">
        <w:rPr>
          <w:rFonts w:ascii="Sakkal Majalla" w:hAnsi="Sakkal Majalla" w:cs="Sakkal Majalla"/>
          <w:sz w:val="24"/>
          <w:szCs w:val="24"/>
          <w:rtl/>
        </w:rPr>
        <w:t>تحليلي</w:t>
      </w:r>
      <w:r w:rsidRPr="003E3418">
        <w:rPr>
          <w:rFonts w:ascii="Sakkal Majalla" w:hAnsi="Sakkal Majalla" w:cs="Sakkal Majalla"/>
          <w:sz w:val="24"/>
        </w:rPr>
        <w:t xml:space="preserve"> </w:t>
      </w:r>
      <w:r w:rsidRPr="003E3418">
        <w:rPr>
          <w:rFonts w:ascii="Sakkal Majalla" w:hAnsi="Sakkal Majalla" w:cs="Sakkal Majalla"/>
          <w:sz w:val="24"/>
          <w:szCs w:val="24"/>
          <w:rtl/>
        </w:rPr>
        <w:t>واحد</w:t>
      </w:r>
      <w:r w:rsidRPr="003E3418">
        <w:rPr>
          <w:rFonts w:ascii="Sakkal Majalla" w:hAnsi="Sakkal Majalla" w:cs="Sakkal Majalla"/>
          <w:sz w:val="24"/>
        </w:rPr>
        <w:t xml:space="preserve"> </w:t>
      </w:r>
      <w:r w:rsidRPr="003E3418">
        <w:rPr>
          <w:rFonts w:ascii="Sakkal Majalla" w:hAnsi="Sakkal Majalla" w:cs="Sakkal Majalla"/>
          <w:sz w:val="24"/>
          <w:szCs w:val="24"/>
          <w:rtl/>
        </w:rPr>
        <w:t>يُمكّن</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تقدير</w:t>
      </w:r>
      <w:r w:rsidRPr="003E3418">
        <w:rPr>
          <w:rFonts w:ascii="Sakkal Majalla" w:hAnsi="Sakkal Majalla" w:cs="Sakkal Majalla"/>
          <w:sz w:val="24"/>
        </w:rPr>
        <w:t xml:space="preserve"> </w:t>
      </w:r>
      <w:r w:rsidRPr="003E3418">
        <w:rPr>
          <w:rFonts w:ascii="Sakkal Majalla" w:hAnsi="Sakkal Majalla" w:cs="Sakkal Majalla"/>
          <w:sz w:val="24"/>
          <w:szCs w:val="24"/>
          <w:rtl/>
        </w:rPr>
        <w:t>الأوزان</w:t>
      </w:r>
      <w:r w:rsidRPr="003E3418">
        <w:rPr>
          <w:rFonts w:ascii="Sakkal Majalla" w:hAnsi="Sakkal Majalla" w:cs="Sakkal Majalla"/>
          <w:sz w:val="24"/>
        </w:rPr>
        <w:t xml:space="preserve"> </w:t>
      </w:r>
      <w:r w:rsidRPr="003E3418">
        <w:rPr>
          <w:rFonts w:ascii="Sakkal Majalla" w:hAnsi="Sakkal Majalla" w:cs="Sakkal Majalla"/>
          <w:sz w:val="24"/>
          <w:szCs w:val="24"/>
          <w:rtl/>
        </w:rPr>
        <w:t>النسبية</w:t>
      </w:r>
      <w:r w:rsidRPr="003E3418">
        <w:rPr>
          <w:rFonts w:ascii="Sakkal Majalla" w:hAnsi="Sakkal Majalla" w:cs="Sakkal Majalla"/>
          <w:sz w:val="24"/>
        </w:rPr>
        <w:t xml:space="preserve"> </w:t>
      </w:r>
      <w:r w:rsidRPr="003E3418">
        <w:rPr>
          <w:rFonts w:ascii="Sakkal Majalla" w:hAnsi="Sakkal Majalla" w:cs="Sakkal Majalla"/>
          <w:sz w:val="24"/>
          <w:szCs w:val="24"/>
          <w:rtl/>
        </w:rPr>
        <w:t>للمسارات</w:t>
      </w:r>
      <w:r w:rsidRPr="003E3418">
        <w:rPr>
          <w:rFonts w:ascii="Sakkal Majalla" w:hAnsi="Sakkal Majalla" w:cs="Sakkal Majalla"/>
          <w:sz w:val="24"/>
        </w:rPr>
        <w:t xml:space="preserve"> </w:t>
      </w:r>
      <w:r w:rsidRPr="003E3418">
        <w:rPr>
          <w:rFonts w:ascii="Sakkal Majalla" w:hAnsi="Sakkal Majalla" w:cs="Sakkal Majalla"/>
          <w:sz w:val="24"/>
          <w:szCs w:val="24"/>
          <w:rtl/>
        </w:rPr>
        <w:t>بصورة</w:t>
      </w:r>
      <w:r w:rsidRPr="003E3418">
        <w:rPr>
          <w:rFonts w:ascii="Sakkal Majalla" w:hAnsi="Sakkal Majalla" w:cs="Sakkal Majalla"/>
          <w:sz w:val="24"/>
        </w:rPr>
        <w:t xml:space="preserve"> </w:t>
      </w:r>
      <w:r w:rsidRPr="003E3418">
        <w:rPr>
          <w:rFonts w:ascii="Sakkal Majalla" w:hAnsi="Sakkal Majalla" w:cs="Sakkal Majalla"/>
          <w:sz w:val="24"/>
          <w:szCs w:val="24"/>
          <w:rtl/>
        </w:rPr>
        <w:t>متزامنة</w:t>
      </w:r>
      <w:r w:rsidRPr="003E3418">
        <w:rPr>
          <w:rFonts w:ascii="Sakkal Majalla" w:hAnsi="Sakkal Majalla" w:cs="Sakkal Majalla"/>
          <w:sz w:val="24"/>
        </w:rPr>
        <w:t>.</w:t>
      </w:r>
    </w:p>
    <w:p w14:paraId="48BC503D"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2. </w:t>
      </w:r>
      <w:r w:rsidRPr="003E3418">
        <w:rPr>
          <w:rFonts w:ascii="Sakkal Majalla" w:hAnsi="Sakkal Majalla" w:cs="Sakkal Majalla"/>
          <w:sz w:val="24"/>
          <w:szCs w:val="24"/>
          <w:rtl/>
        </w:rPr>
        <w:t>إهمال</w:t>
      </w:r>
      <w:r w:rsidRPr="003E3418">
        <w:rPr>
          <w:rFonts w:ascii="Sakkal Majalla" w:hAnsi="Sakkal Majalla" w:cs="Sakkal Majalla"/>
          <w:sz w:val="24"/>
        </w:rPr>
        <w:t xml:space="preserve"> </w:t>
      </w:r>
      <w:r w:rsidRPr="003E3418">
        <w:rPr>
          <w:rFonts w:ascii="Sakkal Majalla" w:hAnsi="Sakkal Majalla" w:cs="Sakkal Majalla"/>
          <w:sz w:val="24"/>
          <w:szCs w:val="24"/>
          <w:rtl/>
        </w:rPr>
        <w:t>السببية</w:t>
      </w:r>
      <w:r w:rsidRPr="003E3418">
        <w:rPr>
          <w:rFonts w:ascii="Sakkal Majalla" w:hAnsi="Sakkal Majalla" w:cs="Sakkal Majalla"/>
          <w:sz w:val="24"/>
        </w:rPr>
        <w:t xml:space="preserve"> </w:t>
      </w:r>
      <w:r w:rsidRPr="003E3418">
        <w:rPr>
          <w:rFonts w:ascii="Sakkal Majalla" w:hAnsi="Sakkal Majalla" w:cs="Sakkal Majalla"/>
          <w:sz w:val="24"/>
          <w:szCs w:val="24"/>
          <w:rtl/>
        </w:rPr>
        <w:t>المعاكسة</w:t>
      </w:r>
      <w:r w:rsidRPr="003E3418">
        <w:rPr>
          <w:rFonts w:ascii="Sakkal Majalla" w:hAnsi="Sakkal Majalla" w:cs="Sakkal Majalla"/>
          <w:sz w:val="24"/>
        </w:rPr>
        <w:t xml:space="preserve">: </w:t>
      </w:r>
      <w:r w:rsidRPr="003E3418">
        <w:rPr>
          <w:rFonts w:ascii="Sakkal Majalla" w:hAnsi="Sakkal Majalla" w:cs="Sakkal Majalla"/>
          <w:sz w:val="24"/>
          <w:szCs w:val="24"/>
          <w:rtl/>
        </w:rPr>
        <w:t>كثير</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الدراسات</w:t>
      </w:r>
      <w:r w:rsidRPr="003E3418">
        <w:rPr>
          <w:rFonts w:ascii="Sakkal Majalla" w:hAnsi="Sakkal Majalla" w:cs="Sakkal Majalla"/>
          <w:sz w:val="24"/>
        </w:rPr>
        <w:t xml:space="preserve"> </w:t>
      </w:r>
      <w:r w:rsidRPr="003E3418">
        <w:rPr>
          <w:rFonts w:ascii="Sakkal Majalla" w:hAnsi="Sakkal Majalla" w:cs="Sakkal Majalla"/>
          <w:sz w:val="24"/>
          <w:szCs w:val="24"/>
          <w:rtl/>
        </w:rPr>
        <w:t>تُعاني</w:t>
      </w:r>
      <w:r w:rsidRPr="003E3418">
        <w:rPr>
          <w:rFonts w:ascii="Sakkal Majalla" w:hAnsi="Sakkal Majalla" w:cs="Sakkal Majalla"/>
          <w:sz w:val="24"/>
        </w:rPr>
        <w:t xml:space="preserve"> </w:t>
      </w:r>
      <w:r w:rsidRPr="003E3418">
        <w:rPr>
          <w:rFonts w:ascii="Sakkal Majalla" w:hAnsi="Sakkal Majalla" w:cs="Sakkal Majalla"/>
          <w:sz w:val="24"/>
          <w:szCs w:val="24"/>
          <w:rtl/>
        </w:rPr>
        <w:t>من</w:t>
      </w:r>
      <w:r w:rsidRPr="003E3418">
        <w:rPr>
          <w:rFonts w:ascii="Sakkal Majalla" w:hAnsi="Sakkal Majalla" w:cs="Sakkal Majalla"/>
          <w:sz w:val="24"/>
        </w:rPr>
        <w:t xml:space="preserve"> </w:t>
      </w:r>
      <w:r w:rsidRPr="003E3418">
        <w:rPr>
          <w:rFonts w:ascii="Sakkal Majalla" w:hAnsi="Sakkal Majalla" w:cs="Sakkal Majalla"/>
          <w:sz w:val="24"/>
          <w:szCs w:val="24"/>
          <w:rtl/>
        </w:rPr>
        <w:t>التحيز</w:t>
      </w:r>
      <w:r w:rsidRPr="003E3418">
        <w:rPr>
          <w:rFonts w:ascii="Sakkal Majalla" w:hAnsi="Sakkal Majalla" w:cs="Sakkal Majalla"/>
          <w:sz w:val="24"/>
        </w:rPr>
        <w:t xml:space="preserve"> </w:t>
      </w:r>
      <w:r w:rsidRPr="003E3418">
        <w:rPr>
          <w:rFonts w:ascii="Sakkal Majalla" w:hAnsi="Sakkal Majalla" w:cs="Sakkal Majalla"/>
          <w:sz w:val="24"/>
          <w:szCs w:val="24"/>
          <w:rtl/>
        </w:rPr>
        <w:t>الناجم</w:t>
      </w:r>
      <w:r w:rsidRPr="003E3418">
        <w:rPr>
          <w:rFonts w:ascii="Sakkal Majalla" w:hAnsi="Sakkal Majalla" w:cs="Sakkal Majalla"/>
          <w:sz w:val="24"/>
        </w:rPr>
        <w:t xml:space="preserve"> </w:t>
      </w:r>
      <w:r w:rsidRPr="003E3418">
        <w:rPr>
          <w:rFonts w:ascii="Sakkal Majalla" w:hAnsi="Sakkal Majalla" w:cs="Sakkal Majalla"/>
          <w:sz w:val="24"/>
          <w:szCs w:val="24"/>
          <w:rtl/>
        </w:rPr>
        <w:t>عن</w:t>
      </w:r>
      <w:r w:rsidRPr="003E3418">
        <w:rPr>
          <w:rFonts w:ascii="Sakkal Majalla" w:hAnsi="Sakkal Majalla" w:cs="Sakkal Majalla"/>
          <w:sz w:val="24"/>
        </w:rPr>
        <w:t xml:space="preserve"> </w:t>
      </w:r>
      <w:r w:rsidRPr="003E3418">
        <w:rPr>
          <w:rFonts w:ascii="Sakkal Majalla" w:hAnsi="Sakkal Majalla" w:cs="Sakkal Majalla"/>
          <w:sz w:val="24"/>
          <w:szCs w:val="24"/>
          <w:rtl/>
        </w:rPr>
        <w:t>الداخلية،</w:t>
      </w:r>
      <w:r w:rsidRPr="003E3418">
        <w:rPr>
          <w:rFonts w:ascii="Sakkal Majalla" w:hAnsi="Sakkal Majalla" w:cs="Sakkal Majalla"/>
          <w:sz w:val="24"/>
        </w:rPr>
        <w:t xml:space="preserve"> </w:t>
      </w:r>
      <w:r w:rsidRPr="003E3418">
        <w:rPr>
          <w:rFonts w:ascii="Sakkal Majalla" w:hAnsi="Sakkal Majalla" w:cs="Sakkal Majalla"/>
          <w:sz w:val="24"/>
          <w:szCs w:val="24"/>
          <w:rtl/>
        </w:rPr>
        <w:t>مما</w:t>
      </w:r>
      <w:r w:rsidRPr="003E3418">
        <w:rPr>
          <w:rFonts w:ascii="Sakkal Majalla" w:hAnsi="Sakkal Majalla" w:cs="Sakkal Majalla"/>
          <w:sz w:val="24"/>
        </w:rPr>
        <w:t xml:space="preserve"> </w:t>
      </w:r>
      <w:r w:rsidRPr="003E3418">
        <w:rPr>
          <w:rFonts w:ascii="Sakkal Majalla" w:hAnsi="Sakkal Majalla" w:cs="Sakkal Majalla"/>
          <w:sz w:val="24"/>
          <w:szCs w:val="24"/>
          <w:rtl/>
        </w:rPr>
        <w:t>يُشكّك</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صلاحية</w:t>
      </w:r>
      <w:r w:rsidRPr="003E3418">
        <w:rPr>
          <w:rFonts w:ascii="Sakkal Majalla" w:hAnsi="Sakkal Majalla" w:cs="Sakkal Majalla"/>
          <w:sz w:val="24"/>
        </w:rPr>
        <w:t xml:space="preserve"> </w:t>
      </w:r>
      <w:r w:rsidRPr="003E3418">
        <w:rPr>
          <w:rFonts w:ascii="Sakkal Majalla" w:hAnsi="Sakkal Majalla" w:cs="Sakkal Majalla"/>
          <w:sz w:val="24"/>
          <w:szCs w:val="24"/>
          <w:rtl/>
        </w:rPr>
        <w:t>نتائجها</w:t>
      </w:r>
      <w:r w:rsidRPr="003E3418">
        <w:rPr>
          <w:rFonts w:ascii="Sakkal Majalla" w:hAnsi="Sakkal Majalla" w:cs="Sakkal Majalla"/>
          <w:sz w:val="24"/>
        </w:rPr>
        <w:t xml:space="preserve"> </w:t>
      </w:r>
      <w:r w:rsidRPr="003E3418">
        <w:rPr>
          <w:rFonts w:ascii="Sakkal Majalla" w:hAnsi="Sakkal Majalla" w:cs="Sakkal Majalla"/>
          <w:sz w:val="24"/>
          <w:szCs w:val="24"/>
          <w:rtl/>
        </w:rPr>
        <w:t>للاستخدام</w:t>
      </w:r>
      <w:r w:rsidRPr="003E3418">
        <w:rPr>
          <w:rFonts w:ascii="Sakkal Majalla" w:hAnsi="Sakkal Majalla" w:cs="Sakkal Majalla"/>
          <w:sz w:val="24"/>
        </w:rPr>
        <w:t xml:space="preserve"> </w:t>
      </w:r>
      <w:r w:rsidRPr="003E3418">
        <w:rPr>
          <w:rFonts w:ascii="Sakkal Majalla" w:hAnsi="Sakkal Majalla" w:cs="Sakkal Majalla"/>
          <w:sz w:val="24"/>
          <w:szCs w:val="24"/>
          <w:rtl/>
        </w:rPr>
        <w:t>السياساتي</w:t>
      </w:r>
      <w:r w:rsidRPr="003E3418">
        <w:rPr>
          <w:rFonts w:ascii="Sakkal Majalla" w:hAnsi="Sakkal Majalla" w:cs="Sakkal Majalla"/>
          <w:sz w:val="24"/>
        </w:rPr>
        <w:t>.</w:t>
      </w:r>
    </w:p>
    <w:p w14:paraId="7B5F0D65"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3. </w:t>
      </w:r>
      <w:r w:rsidRPr="003E3418">
        <w:rPr>
          <w:rFonts w:ascii="Sakkal Majalla" w:hAnsi="Sakkal Majalla" w:cs="Sakkal Majalla"/>
          <w:sz w:val="24"/>
          <w:szCs w:val="24"/>
          <w:rtl/>
        </w:rPr>
        <w:t>غياب</w:t>
      </w:r>
      <w:r w:rsidRPr="003E3418">
        <w:rPr>
          <w:rFonts w:ascii="Sakkal Majalla" w:hAnsi="Sakkal Majalla" w:cs="Sakkal Majalla"/>
          <w:sz w:val="24"/>
        </w:rPr>
        <w:t xml:space="preserve"> </w:t>
      </w:r>
      <w:r w:rsidRPr="003E3418">
        <w:rPr>
          <w:rFonts w:ascii="Sakkal Majalla" w:hAnsi="Sakkal Majalla" w:cs="Sakkal Majalla"/>
          <w:sz w:val="24"/>
          <w:szCs w:val="24"/>
          <w:rtl/>
        </w:rPr>
        <w:t>التقدير</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w:t>
      </w:r>
      <w:r w:rsidRPr="003E3418">
        <w:rPr>
          <w:rFonts w:ascii="Sakkal Majalla" w:hAnsi="Sakkal Majalla" w:cs="Sakkal Majalla"/>
          <w:sz w:val="24"/>
        </w:rPr>
        <w:t xml:space="preserve"> </w:t>
      </w:r>
      <w:r w:rsidRPr="003E3418">
        <w:rPr>
          <w:rFonts w:ascii="Sakkal Majalla" w:hAnsi="Sakkal Majalla" w:cs="Sakkal Majalla"/>
          <w:sz w:val="24"/>
          <w:szCs w:val="24"/>
          <w:rtl/>
        </w:rPr>
        <w:t>للوساطة</w:t>
      </w:r>
      <w:r w:rsidRPr="003E3418">
        <w:rPr>
          <w:rFonts w:ascii="Sakkal Majalla" w:hAnsi="Sakkal Majalla" w:cs="Sakkal Majalla"/>
          <w:sz w:val="24"/>
        </w:rPr>
        <w:t xml:space="preserve">: </w:t>
      </w:r>
      <w:r w:rsidRPr="003E3418">
        <w:rPr>
          <w:rFonts w:ascii="Sakkal Majalla" w:hAnsi="Sakkal Majalla" w:cs="Sakkal Majalla"/>
          <w:sz w:val="24"/>
          <w:szCs w:val="24"/>
          <w:rtl/>
        </w:rPr>
        <w:t>تندر</w:t>
      </w:r>
      <w:r w:rsidRPr="003E3418">
        <w:rPr>
          <w:rFonts w:ascii="Sakkal Majalla" w:hAnsi="Sakkal Majalla" w:cs="Sakkal Majalla"/>
          <w:sz w:val="24"/>
        </w:rPr>
        <w:t xml:space="preserve"> </w:t>
      </w:r>
      <w:r w:rsidRPr="003E3418">
        <w:rPr>
          <w:rFonts w:ascii="Sakkal Majalla" w:hAnsi="Sakkal Majalla" w:cs="Sakkal Majalla"/>
          <w:sz w:val="24"/>
          <w:szCs w:val="24"/>
          <w:rtl/>
        </w:rPr>
        <w:t>الدراسات</w:t>
      </w:r>
      <w:r w:rsidRPr="003E3418">
        <w:rPr>
          <w:rFonts w:ascii="Sakkal Majalla" w:hAnsi="Sakkal Majalla" w:cs="Sakkal Majalla"/>
          <w:sz w:val="24"/>
        </w:rPr>
        <w:t xml:space="preserve"> </w:t>
      </w:r>
      <w:r w:rsidRPr="003E3418">
        <w:rPr>
          <w:rFonts w:ascii="Sakkal Majalla" w:hAnsi="Sakkal Majalla" w:cs="Sakkal Majalla"/>
          <w:sz w:val="24"/>
          <w:szCs w:val="24"/>
          <w:rtl/>
        </w:rPr>
        <w:t>التي</w:t>
      </w:r>
      <w:r w:rsidRPr="003E3418">
        <w:rPr>
          <w:rFonts w:ascii="Sakkal Majalla" w:hAnsi="Sakkal Majalla" w:cs="Sakkal Majalla"/>
          <w:sz w:val="24"/>
        </w:rPr>
        <w:t xml:space="preserve"> </w:t>
      </w:r>
      <w:r w:rsidRPr="003E3418">
        <w:rPr>
          <w:rFonts w:ascii="Sakkal Majalla" w:hAnsi="Sakkal Majalla" w:cs="Sakkal Majalla"/>
          <w:sz w:val="24"/>
          <w:szCs w:val="24"/>
          <w:rtl/>
        </w:rPr>
        <w:t>تُقدّم</w:t>
      </w:r>
      <w:r w:rsidRPr="003E3418">
        <w:rPr>
          <w:rFonts w:ascii="Sakkal Majalla" w:hAnsi="Sakkal Majalla" w:cs="Sakkal Majalla"/>
          <w:sz w:val="24"/>
        </w:rPr>
        <w:t xml:space="preserve"> </w:t>
      </w:r>
      <w:r w:rsidRPr="003E3418">
        <w:rPr>
          <w:rFonts w:ascii="Sakkal Majalla" w:hAnsi="Sakkal Majalla" w:cs="Sakkal Majalla"/>
          <w:sz w:val="24"/>
          <w:szCs w:val="24"/>
          <w:rtl/>
        </w:rPr>
        <w:t>نسبةً</w:t>
      </w:r>
      <w:r w:rsidRPr="003E3418">
        <w:rPr>
          <w:rFonts w:ascii="Sakkal Majalla" w:hAnsi="Sakkal Majalla" w:cs="Sakkal Majalla"/>
          <w:sz w:val="24"/>
        </w:rPr>
        <w:t xml:space="preserve"> </w:t>
      </w:r>
      <w:r w:rsidRPr="003E3418">
        <w:rPr>
          <w:rFonts w:ascii="Sakkal Majalla" w:hAnsi="Sakkal Majalla" w:cs="Sakkal Majalla"/>
          <w:sz w:val="24"/>
          <w:szCs w:val="24"/>
          <w:rtl/>
        </w:rPr>
        <w:t>كميةً</w:t>
      </w:r>
      <w:r w:rsidRPr="003E3418">
        <w:rPr>
          <w:rFonts w:ascii="Sakkal Majalla" w:hAnsi="Sakkal Majalla" w:cs="Sakkal Majalla"/>
          <w:sz w:val="24"/>
        </w:rPr>
        <w:t xml:space="preserve"> </w:t>
      </w:r>
      <w:r w:rsidRPr="003E3418">
        <w:rPr>
          <w:rFonts w:ascii="Sakkal Majalla" w:hAnsi="Sakkal Majalla" w:cs="Sakkal Majalla"/>
          <w:sz w:val="24"/>
          <w:szCs w:val="24"/>
          <w:rtl/>
        </w:rPr>
        <w:t>صريحة</w:t>
      </w:r>
      <w:r w:rsidRPr="003E3418">
        <w:rPr>
          <w:rFonts w:ascii="Sakkal Majalla" w:hAnsi="Sakkal Majalla" w:cs="Sakkal Majalla"/>
          <w:sz w:val="24"/>
        </w:rPr>
        <w:t xml:space="preserve"> </w:t>
      </w:r>
      <w:r w:rsidRPr="003E3418">
        <w:rPr>
          <w:rFonts w:ascii="Sakkal Majalla" w:hAnsi="Sakkal Majalla" w:cs="Sakkal Majalla"/>
          <w:sz w:val="24"/>
          <w:szCs w:val="24"/>
          <w:rtl/>
        </w:rPr>
        <w:t>وموثوقة</w:t>
      </w:r>
      <w:r w:rsidRPr="003E3418">
        <w:rPr>
          <w:rFonts w:ascii="Sakkal Majalla" w:hAnsi="Sakkal Majalla" w:cs="Sakkal Majalla"/>
          <w:sz w:val="24"/>
        </w:rPr>
        <w:t xml:space="preserve"> </w:t>
      </w:r>
      <w:r w:rsidRPr="003E3418">
        <w:rPr>
          <w:rFonts w:ascii="Sakkal Majalla" w:hAnsi="Sakkal Majalla" w:cs="Sakkal Majalla"/>
          <w:sz w:val="24"/>
          <w:szCs w:val="24"/>
          <w:rtl/>
        </w:rPr>
        <w:t>للأثر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مقابل</w:t>
      </w:r>
      <w:r w:rsidRPr="003E3418">
        <w:rPr>
          <w:rFonts w:ascii="Sakkal Majalla" w:hAnsi="Sakkal Majalla" w:cs="Sakkal Majalla"/>
          <w:sz w:val="24"/>
        </w:rPr>
        <w:t xml:space="preserve"> </w:t>
      </w:r>
      <w:r w:rsidRPr="003E3418">
        <w:rPr>
          <w:rFonts w:ascii="Sakkal Majalla" w:hAnsi="Sakkal Majalla" w:cs="Sakkal Majalla"/>
          <w:sz w:val="24"/>
          <w:szCs w:val="24"/>
          <w:rtl/>
        </w:rPr>
        <w:t>غير</w:t>
      </w:r>
      <w:r w:rsidRPr="003E3418">
        <w:rPr>
          <w:rFonts w:ascii="Sakkal Majalla" w:hAnsi="Sakkal Majalla" w:cs="Sakkal Majalla"/>
          <w:sz w:val="24"/>
        </w:rPr>
        <w:t xml:space="preserve"> </w:t>
      </w:r>
      <w:r w:rsidRPr="003E3418">
        <w:rPr>
          <w:rFonts w:ascii="Sakkal Majalla" w:hAnsi="Sakkal Majalla" w:cs="Sakkal Majalla"/>
          <w:sz w:val="24"/>
          <w:szCs w:val="24"/>
          <w:rtl/>
        </w:rPr>
        <w:t>المباشر</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سياق</w:t>
      </w:r>
      <w:r w:rsidRPr="003E3418">
        <w:rPr>
          <w:rFonts w:ascii="Sakkal Majalla" w:hAnsi="Sakkal Majalla" w:cs="Sakkal Majalla"/>
          <w:sz w:val="24"/>
        </w:rPr>
        <w:t xml:space="preserve"> </w:t>
      </w:r>
      <w:r w:rsidRPr="003E3418">
        <w:rPr>
          <w:rFonts w:ascii="Sakkal Majalla" w:hAnsi="Sakkal Majalla" w:cs="Sakkal Majalla"/>
          <w:sz w:val="24"/>
          <w:szCs w:val="24"/>
          <w:rtl/>
        </w:rPr>
        <w:t>دولي</w:t>
      </w:r>
      <w:r w:rsidRPr="003E3418">
        <w:rPr>
          <w:rFonts w:ascii="Sakkal Majalla" w:hAnsi="Sakkal Majalla" w:cs="Sakkal Majalla"/>
          <w:sz w:val="24"/>
        </w:rPr>
        <w:t xml:space="preserve"> </w:t>
      </w:r>
      <w:r w:rsidRPr="003E3418">
        <w:rPr>
          <w:rFonts w:ascii="Sakkal Majalla" w:hAnsi="Sakkal Majalla" w:cs="Sakkal Majalla"/>
          <w:sz w:val="24"/>
          <w:szCs w:val="24"/>
          <w:rtl/>
        </w:rPr>
        <w:t>واسع</w:t>
      </w:r>
      <w:r w:rsidRPr="003E3418">
        <w:rPr>
          <w:rFonts w:ascii="Sakkal Majalla" w:hAnsi="Sakkal Majalla" w:cs="Sakkal Majalla"/>
          <w:sz w:val="24"/>
        </w:rPr>
        <w:t>.</w:t>
      </w:r>
    </w:p>
    <w:p w14:paraId="0891E8B6" w14:textId="77777777" w:rsidR="003E3418" w:rsidRPr="003E3418" w:rsidRDefault="003E3418" w:rsidP="003E3418">
      <w:pPr>
        <w:bidi/>
        <w:spacing w:before="40" w:after="40" w:line="400" w:lineRule="exact"/>
        <w:ind w:right="283"/>
        <w:rPr>
          <w:rFonts w:ascii="Sakkal Majalla" w:hAnsi="Sakkal Majalla" w:cs="Sakkal Majalla"/>
        </w:rPr>
      </w:pPr>
      <w:r w:rsidRPr="003E3418">
        <w:rPr>
          <w:rFonts w:ascii="Sakkal Majalla" w:hAnsi="Sakkal Majalla" w:cs="Sakkal Majalla"/>
          <w:b/>
          <w:sz w:val="24"/>
        </w:rPr>
        <w:t xml:space="preserve">4. </w:t>
      </w:r>
      <w:r w:rsidRPr="003E3418">
        <w:rPr>
          <w:rFonts w:ascii="Sakkal Majalla" w:hAnsi="Sakkal Majalla" w:cs="Sakkal Majalla"/>
          <w:sz w:val="24"/>
          <w:szCs w:val="24"/>
          <w:rtl/>
        </w:rPr>
        <w:t>إهمال</w:t>
      </w:r>
      <w:r w:rsidRPr="003E3418">
        <w:rPr>
          <w:rFonts w:ascii="Sakkal Majalla" w:hAnsi="Sakkal Majalla" w:cs="Sakkal Majalla"/>
          <w:sz w:val="24"/>
        </w:rPr>
        <w:t xml:space="preserve"> </w:t>
      </w:r>
      <w:r w:rsidRPr="003E3418">
        <w:rPr>
          <w:rFonts w:ascii="Sakkal Majalla" w:hAnsi="Sakkal Majalla" w:cs="Sakkal Majalla"/>
          <w:sz w:val="24"/>
          <w:szCs w:val="24"/>
          <w:rtl/>
        </w:rPr>
        <w:t>التباين</w:t>
      </w:r>
      <w:r w:rsidRPr="003E3418">
        <w:rPr>
          <w:rFonts w:ascii="Sakkal Majalla" w:hAnsi="Sakkal Majalla" w:cs="Sakkal Majalla"/>
          <w:sz w:val="24"/>
        </w:rPr>
        <w:t xml:space="preserve"> </w:t>
      </w:r>
      <w:r w:rsidRPr="003E3418">
        <w:rPr>
          <w:rFonts w:ascii="Sakkal Majalla" w:hAnsi="Sakkal Majalla" w:cs="Sakkal Majalla"/>
          <w:sz w:val="24"/>
          <w:szCs w:val="24"/>
          <w:rtl/>
        </w:rPr>
        <w:t>الجغرافي</w:t>
      </w:r>
      <w:r w:rsidRPr="003E3418">
        <w:rPr>
          <w:rFonts w:ascii="Sakkal Majalla" w:hAnsi="Sakkal Majalla" w:cs="Sakkal Majalla"/>
          <w:sz w:val="24"/>
        </w:rPr>
        <w:t xml:space="preserve"> </w:t>
      </w:r>
      <w:r w:rsidRPr="003E3418">
        <w:rPr>
          <w:rFonts w:ascii="Sakkal Majalla" w:hAnsi="Sakkal Majalla" w:cs="Sakkal Majalla"/>
          <w:sz w:val="24"/>
          <w:szCs w:val="24"/>
          <w:rtl/>
        </w:rPr>
        <w:t>المؤسسي</w:t>
      </w:r>
      <w:r w:rsidRPr="003E3418">
        <w:rPr>
          <w:rFonts w:ascii="Sakkal Majalla" w:hAnsi="Sakkal Majalla" w:cs="Sakkal Majalla"/>
          <w:sz w:val="24"/>
        </w:rPr>
        <w:t xml:space="preserve">: </w:t>
      </w:r>
      <w:r w:rsidRPr="003E3418">
        <w:rPr>
          <w:rFonts w:ascii="Sakkal Majalla" w:hAnsi="Sakkal Majalla" w:cs="Sakkal Majalla"/>
          <w:sz w:val="24"/>
          <w:szCs w:val="24"/>
          <w:rtl/>
        </w:rPr>
        <w:t>التحليل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المتوسط</w:t>
      </w:r>
      <w:r w:rsidRPr="003E3418">
        <w:rPr>
          <w:rFonts w:ascii="Sakkal Majalla" w:hAnsi="Sakkal Majalla" w:cs="Sakkal Majalla"/>
          <w:sz w:val="24"/>
        </w:rPr>
        <w:t xml:space="preserve"> </w:t>
      </w:r>
      <w:r w:rsidRPr="003E3418">
        <w:rPr>
          <w:rFonts w:ascii="Sakkal Majalla" w:hAnsi="Sakkal Majalla" w:cs="Sakkal Majalla"/>
          <w:sz w:val="24"/>
          <w:szCs w:val="24"/>
          <w:rtl/>
        </w:rPr>
        <w:t>يُخفي</w:t>
      </w:r>
      <w:r w:rsidRPr="003E3418">
        <w:rPr>
          <w:rFonts w:ascii="Sakkal Majalla" w:hAnsi="Sakkal Majalla" w:cs="Sakkal Majalla"/>
          <w:sz w:val="24"/>
        </w:rPr>
        <w:t xml:space="preserve"> </w:t>
      </w:r>
      <w:r w:rsidRPr="003E3418">
        <w:rPr>
          <w:rFonts w:ascii="Sakkal Majalla" w:hAnsi="Sakkal Majalla" w:cs="Sakkal Majalla"/>
          <w:sz w:val="24"/>
          <w:szCs w:val="24"/>
          <w:rtl/>
        </w:rPr>
        <w:t>اختلافات</w:t>
      </w:r>
      <w:r w:rsidRPr="003E3418">
        <w:rPr>
          <w:rFonts w:ascii="Sakkal Majalla" w:hAnsi="Sakkal Majalla" w:cs="Sakkal Majalla"/>
          <w:sz w:val="24"/>
        </w:rPr>
        <w:t xml:space="preserve"> </w:t>
      </w:r>
      <w:r w:rsidRPr="003E3418">
        <w:rPr>
          <w:rFonts w:ascii="Sakkal Majalla" w:hAnsi="Sakkal Majalla" w:cs="Sakkal Majalla"/>
          <w:sz w:val="24"/>
          <w:szCs w:val="24"/>
          <w:rtl/>
        </w:rPr>
        <w:t>جوهرية</w:t>
      </w:r>
      <w:r w:rsidRPr="003E3418">
        <w:rPr>
          <w:rFonts w:ascii="Sakkal Majalla" w:hAnsi="Sakkal Majalla" w:cs="Sakkal Majalla"/>
          <w:sz w:val="24"/>
        </w:rPr>
        <w:t xml:space="preserve"> </w:t>
      </w:r>
      <w:r w:rsidRPr="003E3418">
        <w:rPr>
          <w:rFonts w:ascii="Sakkal Majalla" w:hAnsi="Sakkal Majalla" w:cs="Sakkal Majalla"/>
          <w:sz w:val="24"/>
          <w:szCs w:val="24"/>
          <w:rtl/>
        </w:rPr>
        <w:t>بين</w:t>
      </w:r>
      <w:r w:rsidRPr="003E3418">
        <w:rPr>
          <w:rFonts w:ascii="Sakkal Majalla" w:hAnsi="Sakkal Majalla" w:cs="Sakkal Majalla"/>
          <w:sz w:val="24"/>
        </w:rPr>
        <w:t xml:space="preserve"> </w:t>
      </w:r>
      <w:r w:rsidRPr="003E3418">
        <w:rPr>
          <w:rFonts w:ascii="Sakkal Majalla" w:hAnsi="Sakkal Majalla" w:cs="Sakkal Majalla"/>
          <w:sz w:val="24"/>
          <w:szCs w:val="24"/>
          <w:rtl/>
        </w:rPr>
        <w:t>المناطق</w:t>
      </w:r>
      <w:r w:rsidRPr="003E3418">
        <w:rPr>
          <w:rFonts w:ascii="Sakkal Majalla" w:hAnsi="Sakkal Majalla" w:cs="Sakkal Majalla"/>
          <w:sz w:val="24"/>
        </w:rPr>
        <w:t xml:space="preserve"> </w:t>
      </w:r>
      <w:r w:rsidRPr="003E3418">
        <w:rPr>
          <w:rFonts w:ascii="Sakkal Majalla" w:hAnsi="Sakkal Majalla" w:cs="Sakkal Majalla"/>
          <w:sz w:val="24"/>
          <w:szCs w:val="24"/>
          <w:rtl/>
        </w:rPr>
        <w:t>تحمل</w:t>
      </w:r>
      <w:r w:rsidRPr="003E3418">
        <w:rPr>
          <w:rFonts w:ascii="Sakkal Majalla" w:hAnsi="Sakkal Majalla" w:cs="Sakkal Majalla"/>
          <w:sz w:val="24"/>
        </w:rPr>
        <w:t xml:space="preserve"> </w:t>
      </w:r>
      <w:r w:rsidRPr="003E3418">
        <w:rPr>
          <w:rFonts w:ascii="Sakkal Majalla" w:hAnsi="Sakkal Majalla" w:cs="Sakkal Majalla"/>
          <w:sz w:val="24"/>
          <w:szCs w:val="24"/>
          <w:rtl/>
        </w:rPr>
        <w:t>دلالات</w:t>
      </w:r>
      <w:r w:rsidRPr="003E3418">
        <w:rPr>
          <w:rFonts w:ascii="Sakkal Majalla" w:hAnsi="Sakkal Majalla" w:cs="Sakkal Majalla"/>
          <w:sz w:val="24"/>
        </w:rPr>
        <w:t xml:space="preserve"> </w:t>
      </w:r>
      <w:r w:rsidRPr="003E3418">
        <w:rPr>
          <w:rFonts w:ascii="Sakkal Majalla" w:hAnsi="Sakkal Majalla" w:cs="Sakkal Majalla"/>
          <w:sz w:val="24"/>
          <w:szCs w:val="24"/>
          <w:rtl/>
        </w:rPr>
        <w:t>سياساتية</w:t>
      </w:r>
      <w:r w:rsidRPr="003E3418">
        <w:rPr>
          <w:rFonts w:ascii="Sakkal Majalla" w:hAnsi="Sakkal Majalla" w:cs="Sakkal Majalla"/>
          <w:sz w:val="24"/>
        </w:rPr>
        <w:t xml:space="preserve"> </w:t>
      </w:r>
      <w:r w:rsidRPr="003E3418">
        <w:rPr>
          <w:rFonts w:ascii="Sakkal Majalla" w:hAnsi="Sakkal Majalla" w:cs="Sakkal Majalla"/>
          <w:sz w:val="24"/>
          <w:szCs w:val="24"/>
          <w:rtl/>
        </w:rPr>
        <w:t>حاسمة</w:t>
      </w:r>
      <w:r w:rsidRPr="003E3418">
        <w:rPr>
          <w:rFonts w:ascii="Sakkal Majalla" w:hAnsi="Sakkal Majalla" w:cs="Sakkal Majalla"/>
          <w:sz w:val="24"/>
        </w:rPr>
        <w:t>.</w:t>
      </w:r>
    </w:p>
    <w:p w14:paraId="60993BE6" w14:textId="77777777" w:rsidR="003E3418" w:rsidRPr="003E3418" w:rsidRDefault="003E3418" w:rsidP="003E3418">
      <w:pPr>
        <w:bidi/>
        <w:spacing w:before="60" w:after="60" w:line="400" w:lineRule="exact"/>
        <w:rPr>
          <w:rFonts w:ascii="Sakkal Majalla" w:hAnsi="Sakkal Majalla" w:cs="Sakkal Majalla"/>
        </w:rPr>
      </w:pPr>
      <w:r w:rsidRPr="003E3418">
        <w:rPr>
          <w:rFonts w:ascii="Sakkal Majalla" w:hAnsi="Sakkal Majalla" w:cs="Sakkal Majalla"/>
          <w:sz w:val="24"/>
          <w:szCs w:val="24"/>
          <w:rtl/>
        </w:rPr>
        <w:t>ويأتي</w:t>
      </w:r>
      <w:r w:rsidRPr="003E3418">
        <w:rPr>
          <w:rFonts w:ascii="Sakkal Majalla" w:hAnsi="Sakkal Majalla" w:cs="Sakkal Majalla"/>
          <w:sz w:val="24"/>
        </w:rPr>
        <w:t xml:space="preserve"> </w:t>
      </w:r>
      <w:r w:rsidRPr="003E3418">
        <w:rPr>
          <w:rFonts w:ascii="Sakkal Majalla" w:hAnsi="Sakkal Majalla" w:cs="Sakkal Majalla"/>
          <w:sz w:val="24"/>
          <w:szCs w:val="24"/>
          <w:rtl/>
        </w:rPr>
        <w:t>هذا</w:t>
      </w:r>
      <w:r w:rsidRPr="003E3418">
        <w:rPr>
          <w:rFonts w:ascii="Sakkal Majalla" w:hAnsi="Sakkal Majalla" w:cs="Sakkal Majalla"/>
          <w:sz w:val="24"/>
        </w:rPr>
        <w:t xml:space="preserve"> </w:t>
      </w:r>
      <w:r w:rsidRPr="003E3418">
        <w:rPr>
          <w:rFonts w:ascii="Sakkal Majalla" w:hAnsi="Sakkal Majalla" w:cs="Sakkal Majalla"/>
          <w:sz w:val="24"/>
          <w:szCs w:val="24"/>
          <w:rtl/>
        </w:rPr>
        <w:t>البحث</w:t>
      </w:r>
      <w:r w:rsidRPr="003E3418">
        <w:rPr>
          <w:rFonts w:ascii="Sakkal Majalla" w:hAnsi="Sakkal Majalla" w:cs="Sakkal Majalla"/>
          <w:sz w:val="24"/>
        </w:rPr>
        <w:t xml:space="preserve"> </w:t>
      </w:r>
      <w:r w:rsidRPr="003E3418">
        <w:rPr>
          <w:rFonts w:ascii="Sakkal Majalla" w:hAnsi="Sakkal Majalla" w:cs="Sakkal Majalla"/>
          <w:sz w:val="24"/>
          <w:szCs w:val="24"/>
          <w:rtl/>
        </w:rPr>
        <w:t>ليُعالج</w:t>
      </w:r>
      <w:r w:rsidRPr="003E3418">
        <w:rPr>
          <w:rFonts w:ascii="Sakkal Majalla" w:hAnsi="Sakkal Majalla" w:cs="Sakkal Majalla"/>
          <w:sz w:val="24"/>
        </w:rPr>
        <w:t xml:space="preserve"> </w:t>
      </w:r>
      <w:r w:rsidRPr="003E3418">
        <w:rPr>
          <w:rFonts w:ascii="Sakkal Majalla" w:hAnsi="Sakkal Majalla" w:cs="Sakkal Majalla"/>
          <w:sz w:val="24"/>
          <w:szCs w:val="24"/>
          <w:rtl/>
        </w:rPr>
        <w:t>هذه</w:t>
      </w:r>
      <w:r w:rsidRPr="003E3418">
        <w:rPr>
          <w:rFonts w:ascii="Sakkal Majalla" w:hAnsi="Sakkal Majalla" w:cs="Sakkal Majalla"/>
          <w:sz w:val="24"/>
        </w:rPr>
        <w:t xml:space="preserve"> </w:t>
      </w:r>
      <w:r w:rsidRPr="003E3418">
        <w:rPr>
          <w:rFonts w:ascii="Sakkal Majalla" w:hAnsi="Sakkal Majalla" w:cs="Sakkal Majalla"/>
          <w:sz w:val="24"/>
          <w:szCs w:val="24"/>
          <w:rtl/>
        </w:rPr>
        <w:t>الفجوات</w:t>
      </w:r>
      <w:r w:rsidRPr="003E3418">
        <w:rPr>
          <w:rFonts w:ascii="Sakkal Majalla" w:hAnsi="Sakkal Majalla" w:cs="Sakkal Majalla"/>
          <w:sz w:val="24"/>
        </w:rPr>
        <w:t xml:space="preserve"> </w:t>
      </w:r>
      <w:r w:rsidRPr="003E3418">
        <w:rPr>
          <w:rFonts w:ascii="Sakkal Majalla" w:hAnsi="Sakkal Majalla" w:cs="Sakkal Majalla"/>
          <w:sz w:val="24"/>
          <w:szCs w:val="24"/>
          <w:rtl/>
        </w:rPr>
        <w:t>الأربع</w:t>
      </w:r>
      <w:r w:rsidRPr="003E3418">
        <w:rPr>
          <w:rFonts w:ascii="Sakkal Majalla" w:hAnsi="Sakkal Majalla" w:cs="Sakkal Majalla"/>
          <w:sz w:val="24"/>
        </w:rPr>
        <w:t xml:space="preserve"> </w:t>
      </w:r>
      <w:r w:rsidRPr="003E3418">
        <w:rPr>
          <w:rFonts w:ascii="Sakkal Majalla" w:hAnsi="Sakkal Majalla" w:cs="Sakkal Majalla"/>
          <w:sz w:val="24"/>
          <w:szCs w:val="24"/>
          <w:rtl/>
        </w:rPr>
        <w:t>في</w:t>
      </w:r>
      <w:r w:rsidRPr="003E3418">
        <w:rPr>
          <w:rFonts w:ascii="Sakkal Majalla" w:hAnsi="Sakkal Majalla" w:cs="Sakkal Majalla"/>
          <w:sz w:val="24"/>
        </w:rPr>
        <w:t xml:space="preserve"> </w:t>
      </w:r>
      <w:r w:rsidRPr="003E3418">
        <w:rPr>
          <w:rFonts w:ascii="Sakkal Majalla" w:hAnsi="Sakkal Majalla" w:cs="Sakkal Majalla"/>
          <w:sz w:val="24"/>
          <w:szCs w:val="24"/>
          <w:rtl/>
        </w:rPr>
        <w:t>آنٍ</w:t>
      </w:r>
      <w:r w:rsidRPr="003E3418">
        <w:rPr>
          <w:rFonts w:ascii="Sakkal Majalla" w:hAnsi="Sakkal Majalla" w:cs="Sakkal Majalla"/>
          <w:sz w:val="24"/>
        </w:rPr>
        <w:t xml:space="preserve"> </w:t>
      </w:r>
      <w:r w:rsidRPr="003E3418">
        <w:rPr>
          <w:rFonts w:ascii="Sakkal Majalla" w:hAnsi="Sakkal Majalla" w:cs="Sakkal Majalla"/>
          <w:sz w:val="24"/>
          <w:szCs w:val="24"/>
          <w:rtl/>
        </w:rPr>
        <w:t>واحد</w:t>
      </w:r>
      <w:r w:rsidRPr="003E3418">
        <w:rPr>
          <w:rFonts w:ascii="Sakkal Majalla" w:hAnsi="Sakkal Majalla" w:cs="Sakkal Majalla"/>
          <w:sz w:val="24"/>
        </w:rPr>
        <w:t xml:space="preserve">: </w:t>
      </w:r>
      <w:r w:rsidRPr="003E3418">
        <w:rPr>
          <w:rFonts w:ascii="Sakkal Majalla" w:hAnsi="Sakkal Majalla" w:cs="Sakkal Majalla"/>
          <w:sz w:val="24"/>
          <w:szCs w:val="24"/>
          <w:rtl/>
        </w:rPr>
        <w:t>بنموذج</w:t>
      </w:r>
      <w:r w:rsidRPr="003E3418">
        <w:rPr>
          <w:rFonts w:ascii="Sakkal Majalla" w:hAnsi="Sakkal Majalla" w:cs="Sakkal Majalla"/>
          <w:sz w:val="24"/>
        </w:rPr>
        <w:t xml:space="preserve"> </w:t>
      </w:r>
      <w:r w:rsidRPr="003E3418">
        <w:rPr>
          <w:rFonts w:ascii="Sakkal Majalla" w:hAnsi="Sakkal Majalla" w:cs="Sakkal Majalla"/>
          <w:sz w:val="24"/>
          <w:szCs w:val="24"/>
          <w:rtl/>
        </w:rPr>
        <w:t>موحّد</w:t>
      </w:r>
      <w:r w:rsidRPr="003E3418">
        <w:rPr>
          <w:rFonts w:ascii="Sakkal Majalla" w:hAnsi="Sakkal Majalla" w:cs="Sakkal Majalla"/>
          <w:sz w:val="24"/>
        </w:rPr>
        <w:t xml:space="preserve"> </w:t>
      </w:r>
      <w:r w:rsidRPr="003E3418">
        <w:rPr>
          <w:rFonts w:ascii="Sakkal Majalla" w:hAnsi="Sakkal Majalla" w:cs="Sakkal Majalla"/>
          <w:sz w:val="24"/>
          <w:szCs w:val="24"/>
          <w:rtl/>
        </w:rPr>
        <w:t>يجمع</w:t>
      </w:r>
      <w:r w:rsidRPr="003E3418">
        <w:rPr>
          <w:rFonts w:ascii="Sakkal Majalla" w:hAnsi="Sakkal Majalla" w:cs="Sakkal Majalla"/>
          <w:sz w:val="24"/>
        </w:rPr>
        <w:t xml:space="preserve"> </w:t>
      </w:r>
      <w:r w:rsidRPr="003E3418">
        <w:rPr>
          <w:rFonts w:ascii="Sakkal Majalla" w:hAnsi="Sakkal Majalla" w:cs="Sakkal Majalla"/>
          <w:sz w:val="24"/>
          <w:szCs w:val="24"/>
          <w:rtl/>
        </w:rPr>
        <w:t>الفساد</w:t>
      </w:r>
      <w:r w:rsidRPr="003E3418">
        <w:rPr>
          <w:rFonts w:ascii="Sakkal Majalla" w:hAnsi="Sakkal Majalla" w:cs="Sakkal Majalla"/>
          <w:sz w:val="24"/>
        </w:rPr>
        <w:t xml:space="preserve"> </w:t>
      </w:r>
      <w:r w:rsidRPr="003E3418">
        <w:rPr>
          <w:rFonts w:ascii="Sakkal Majalla" w:hAnsi="Sakkal Majalla" w:cs="Sakkal Majalla"/>
          <w:sz w:val="24"/>
          <w:szCs w:val="24"/>
          <w:rtl/>
        </w:rPr>
        <w:t>والنمو</w:t>
      </w:r>
      <w:r w:rsidRPr="003E3418">
        <w:rPr>
          <w:rFonts w:ascii="Sakkal Majalla" w:hAnsi="Sakkal Majalla" w:cs="Sakkal Majalla"/>
          <w:sz w:val="24"/>
        </w:rPr>
        <w:t xml:space="preserve"> </w:t>
      </w:r>
      <w:r w:rsidRPr="003E3418">
        <w:rPr>
          <w:rFonts w:ascii="Sakkal Majalla" w:hAnsi="Sakkal Majalla" w:cs="Sakkal Majalla"/>
          <w:sz w:val="24"/>
          <w:szCs w:val="24"/>
          <w:rtl/>
        </w:rPr>
        <w:t>والفقر،</w:t>
      </w:r>
      <w:r w:rsidRPr="003E3418">
        <w:rPr>
          <w:rFonts w:ascii="Sakkal Majalla" w:hAnsi="Sakkal Majalla" w:cs="Sakkal Majalla"/>
          <w:sz w:val="24"/>
        </w:rPr>
        <w:t xml:space="preserve"> </w:t>
      </w:r>
      <w:r w:rsidRPr="003E3418">
        <w:rPr>
          <w:rFonts w:ascii="Sakkal Majalla" w:hAnsi="Sakkal Majalla" w:cs="Sakkal Majalla"/>
          <w:sz w:val="24"/>
          <w:szCs w:val="24"/>
          <w:rtl/>
        </w:rPr>
        <w:t>وبأساليب</w:t>
      </w:r>
      <w:r w:rsidRPr="003E3418">
        <w:rPr>
          <w:rFonts w:ascii="Sakkal Majalla" w:hAnsi="Sakkal Majalla" w:cs="Sakkal Majalla"/>
          <w:sz w:val="24"/>
        </w:rPr>
        <w:t xml:space="preserve"> GMM </w:t>
      </w:r>
      <w:r w:rsidRPr="003E3418">
        <w:rPr>
          <w:rFonts w:ascii="Sakkal Majalla" w:hAnsi="Sakkal Majalla" w:cs="Sakkal Majalla"/>
          <w:sz w:val="24"/>
          <w:szCs w:val="24"/>
          <w:rtl/>
        </w:rPr>
        <w:t>تعالج</w:t>
      </w:r>
      <w:r w:rsidRPr="003E3418">
        <w:rPr>
          <w:rFonts w:ascii="Sakkal Majalla" w:hAnsi="Sakkal Majalla" w:cs="Sakkal Majalla"/>
          <w:sz w:val="24"/>
        </w:rPr>
        <w:t xml:space="preserve"> </w:t>
      </w:r>
      <w:r w:rsidRPr="003E3418">
        <w:rPr>
          <w:rFonts w:ascii="Sakkal Majalla" w:hAnsi="Sakkal Majalla" w:cs="Sakkal Majalla"/>
          <w:sz w:val="24"/>
          <w:szCs w:val="24"/>
          <w:rtl/>
        </w:rPr>
        <w:t>الداخلية،</w:t>
      </w:r>
      <w:r w:rsidRPr="003E3418">
        <w:rPr>
          <w:rFonts w:ascii="Sakkal Majalla" w:hAnsi="Sakkal Majalla" w:cs="Sakkal Majalla"/>
          <w:sz w:val="24"/>
        </w:rPr>
        <w:t xml:space="preserve"> </w:t>
      </w:r>
      <w:r w:rsidRPr="003E3418">
        <w:rPr>
          <w:rFonts w:ascii="Sakkal Majalla" w:hAnsi="Sakkal Majalla" w:cs="Sakkal Majalla"/>
          <w:sz w:val="24"/>
          <w:szCs w:val="24"/>
          <w:rtl/>
        </w:rPr>
        <w:t>وبتحليل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وساطة</w:t>
      </w:r>
      <w:r w:rsidRPr="003E3418">
        <w:rPr>
          <w:rFonts w:ascii="Sakkal Majalla" w:hAnsi="Sakkal Majalla" w:cs="Sakkal Majalla"/>
          <w:sz w:val="24"/>
        </w:rPr>
        <w:t xml:space="preserve"> </w:t>
      </w:r>
      <w:r w:rsidRPr="003E3418">
        <w:rPr>
          <w:rFonts w:ascii="Sakkal Majalla" w:hAnsi="Sakkal Majalla" w:cs="Sakkal Majalla"/>
          <w:sz w:val="24"/>
          <w:szCs w:val="24"/>
          <w:rtl/>
        </w:rPr>
        <w:t>يُقدّر</w:t>
      </w:r>
      <w:r w:rsidRPr="003E3418">
        <w:rPr>
          <w:rFonts w:ascii="Sakkal Majalla" w:hAnsi="Sakkal Majalla" w:cs="Sakkal Majalla"/>
          <w:sz w:val="24"/>
        </w:rPr>
        <w:t xml:space="preserve"> </w:t>
      </w:r>
      <w:r w:rsidRPr="003E3418">
        <w:rPr>
          <w:rFonts w:ascii="Sakkal Majalla" w:hAnsi="Sakkal Majalla" w:cs="Sakkal Majalla"/>
          <w:sz w:val="24"/>
          <w:szCs w:val="24"/>
          <w:rtl/>
        </w:rPr>
        <w:t>الأوزان</w:t>
      </w:r>
      <w:r w:rsidRPr="003E3418">
        <w:rPr>
          <w:rFonts w:ascii="Sakkal Majalla" w:hAnsi="Sakkal Majalla" w:cs="Sakkal Majalla"/>
          <w:sz w:val="24"/>
        </w:rPr>
        <w:t xml:space="preserve"> </w:t>
      </w:r>
      <w:r w:rsidRPr="003E3418">
        <w:rPr>
          <w:rFonts w:ascii="Sakkal Majalla" w:hAnsi="Sakkal Majalla" w:cs="Sakkal Majalla"/>
          <w:sz w:val="24"/>
          <w:szCs w:val="24"/>
          <w:rtl/>
        </w:rPr>
        <w:t>الكمية،</w:t>
      </w:r>
      <w:r w:rsidRPr="003E3418">
        <w:rPr>
          <w:rFonts w:ascii="Sakkal Majalla" w:hAnsi="Sakkal Majalla" w:cs="Sakkal Majalla"/>
          <w:sz w:val="24"/>
        </w:rPr>
        <w:t xml:space="preserve"> </w:t>
      </w:r>
      <w:r w:rsidRPr="003E3418">
        <w:rPr>
          <w:rFonts w:ascii="Sakkal Majalla" w:hAnsi="Sakkal Majalla" w:cs="Sakkal Majalla"/>
          <w:sz w:val="24"/>
          <w:szCs w:val="24"/>
          <w:rtl/>
        </w:rPr>
        <w:t>وبتحليل</w:t>
      </w:r>
      <w:r w:rsidRPr="003E3418">
        <w:rPr>
          <w:rFonts w:ascii="Sakkal Majalla" w:hAnsi="Sakkal Majalla" w:cs="Sakkal Majalla"/>
          <w:sz w:val="24"/>
        </w:rPr>
        <w:t xml:space="preserve"> </w:t>
      </w:r>
      <w:r w:rsidRPr="003E3418">
        <w:rPr>
          <w:rFonts w:ascii="Sakkal Majalla" w:hAnsi="Sakkal Majalla" w:cs="Sakkal Majalla"/>
          <w:sz w:val="24"/>
          <w:szCs w:val="24"/>
          <w:rtl/>
        </w:rPr>
        <w:t>إقليمي</w:t>
      </w:r>
      <w:r w:rsidRPr="003E3418">
        <w:rPr>
          <w:rFonts w:ascii="Sakkal Majalla" w:hAnsi="Sakkal Majalla" w:cs="Sakkal Majalla"/>
          <w:sz w:val="24"/>
        </w:rPr>
        <w:t xml:space="preserve"> </w:t>
      </w:r>
      <w:r w:rsidRPr="003E3418">
        <w:rPr>
          <w:rFonts w:ascii="Sakkal Majalla" w:hAnsi="Sakkal Majalla" w:cs="Sakkal Majalla"/>
          <w:sz w:val="24"/>
          <w:szCs w:val="24"/>
          <w:rtl/>
        </w:rPr>
        <w:t>يكشف</w:t>
      </w:r>
      <w:r w:rsidRPr="003E3418">
        <w:rPr>
          <w:rFonts w:ascii="Sakkal Majalla" w:hAnsi="Sakkal Majalla" w:cs="Sakkal Majalla"/>
          <w:sz w:val="24"/>
        </w:rPr>
        <w:t xml:space="preserve"> </w:t>
      </w:r>
      <w:r w:rsidRPr="003E3418">
        <w:rPr>
          <w:rFonts w:ascii="Sakkal Majalla" w:hAnsi="Sakkal Majalla" w:cs="Sakkal Majalla"/>
          <w:sz w:val="24"/>
          <w:szCs w:val="24"/>
          <w:rtl/>
        </w:rPr>
        <w:t>التباين</w:t>
      </w:r>
      <w:r w:rsidRPr="003E3418">
        <w:rPr>
          <w:rFonts w:ascii="Sakkal Majalla" w:hAnsi="Sakkal Majalla" w:cs="Sakkal Majalla"/>
          <w:sz w:val="24"/>
        </w:rPr>
        <w:t xml:space="preserve"> </w:t>
      </w:r>
      <w:r w:rsidRPr="003E3418">
        <w:rPr>
          <w:rFonts w:ascii="Sakkal Majalla" w:hAnsi="Sakkal Majalla" w:cs="Sakkal Majalla"/>
          <w:sz w:val="24"/>
          <w:szCs w:val="24"/>
          <w:rtl/>
        </w:rPr>
        <w:t>الجغرافي</w:t>
      </w:r>
      <w:r w:rsidRPr="003E3418">
        <w:rPr>
          <w:rFonts w:ascii="Sakkal Majalla" w:hAnsi="Sakkal Majalla" w:cs="Sakkal Majalla"/>
          <w:sz w:val="24"/>
        </w:rPr>
        <w:t>.</w:t>
      </w:r>
    </w:p>
    <w:p w14:paraId="719BBFB7" w14:textId="5C05FE88" w:rsidR="003E3418" w:rsidRPr="003E3418" w:rsidRDefault="003E3418" w:rsidP="003E3418">
      <w:pPr>
        <w:rPr>
          <w:rFonts w:ascii="Sakkal Majalla" w:hAnsi="Sakkal Majalla" w:cs="Sakkal Majalla"/>
        </w:rPr>
      </w:pPr>
      <w:bookmarkStart w:id="0" w:name="_GoBack"/>
      <w:bookmarkEnd w:id="0"/>
    </w:p>
    <w:sectPr w:rsidR="003E3418" w:rsidRPr="003E3418" w:rsidSect="00C34CB2">
      <w:headerReference w:type="default" r:id="rId11"/>
      <w:footerReference w:type="default" r:id="rId12"/>
      <w:pgSz w:w="12240" w:h="15840"/>
      <w:pgMar w:top="2610" w:right="1041" w:bottom="2250" w:left="1440" w:header="1620" w:footer="720" w:gutter="0"/>
      <w:pgBorders w:offsetFrom="page">
        <w:top w:val="single" w:sz="24" w:space="24" w:color="auto"/>
        <w:left w:val="single" w:sz="24" w:space="24" w:color="auto"/>
        <w:bottom w:val="single" w:sz="24" w:space="24" w:color="auto"/>
        <w:right w:val="single"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F1D6F7" w14:textId="77777777" w:rsidR="00AB2ABF" w:rsidRDefault="00AB2ABF">
      <w:pPr>
        <w:spacing w:line="240" w:lineRule="auto"/>
      </w:pPr>
      <w:r>
        <w:separator/>
      </w:r>
    </w:p>
  </w:endnote>
  <w:endnote w:type="continuationSeparator" w:id="0">
    <w:p w14:paraId="5EA375A4" w14:textId="77777777" w:rsidR="00AB2ABF" w:rsidRDefault="00AB2A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Times New Roman"/>
    <w:charset w:val="00"/>
    <w:family w:val="auto"/>
    <w:pitch w:val="variable"/>
    <w:sig w:usb0="00000000" w:usb1="C000207B" w:usb2="00000008" w:usb3="00000000" w:csb0="000001D3" w:csb1="00000000"/>
  </w:font>
  <w:font w:name="DengXian">
    <w:altName w:val="等线"/>
    <w:panose1 w:val="02010600030101010101"/>
    <w:charset w:val="86"/>
    <w:family w:val="auto"/>
    <w:pitch w:val="variable"/>
    <w:sig w:usb0="A00002BF" w:usb1="38CF7CFA" w:usb2="00000016" w:usb3="00000000" w:csb0="0004000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lexandria Medium">
    <w:altName w:val="Times New Roman"/>
    <w:charset w:val="00"/>
    <w:family w:val="auto"/>
    <w:pitch w:val="variable"/>
    <w:sig w:usb0="00000000" w:usb1="C000207B" w:usb2="00000008" w:usb3="00000000" w:csb0="000001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27248" w14:textId="35B10B4E" w:rsidR="006C7D7F" w:rsidRPr="001955FA" w:rsidRDefault="006C7D7F">
    <w:pPr>
      <w:spacing w:line="276" w:lineRule="auto"/>
      <w:ind w:right="-421"/>
      <w:rPr>
        <w:rFonts w:ascii="Alexandria Medium" w:hAnsi="Alexandria Medium" w:cs="Alexandria Medium"/>
        <w:b/>
        <w:bCs/>
        <w:color w:val="767171"/>
        <w:sz w:val="20"/>
        <w:szCs w:val="20"/>
      </w:rPr>
    </w:pPr>
    <w:hyperlink r:id="rId1" w:history="1">
      <w:r w:rsidRPr="001955FA">
        <w:rPr>
          <w:rStyle w:val="Hyperlink"/>
          <w:rFonts w:ascii="Alexandria Medium" w:hAnsi="Alexandria Medium" w:cs="Alexandria Medium"/>
          <w:b/>
          <w:bCs/>
          <w:color w:val="023160"/>
          <w:u w:val="none"/>
        </w:rPr>
        <w:t>www.midocean.edu.km</w:t>
      </w:r>
    </w:hyperlink>
    <w:r w:rsidRPr="001955FA">
      <w:rPr>
        <w:rFonts w:ascii="Alexandria Medium" w:hAnsi="Alexandria Medium" w:cs="Alexandria Medium"/>
        <w:b/>
        <w:bCs/>
        <w:color w:val="767171"/>
      </w:rPr>
      <w:br/>
    </w:r>
    <w:r w:rsidRPr="001955FA">
      <w:rPr>
        <w:rFonts w:ascii="Alexandria Medium" w:hAnsi="Alexandria Medium" w:cs="Alexandria Medium"/>
        <w:b/>
        <w:bCs/>
        <w:color w:val="767171"/>
        <w:sz w:val="16"/>
        <w:szCs w:val="16"/>
      </w:rPr>
      <w:t xml:space="preserve">Comoros Address: </w:t>
    </w:r>
    <w:r w:rsidRPr="001955FA">
      <w:rPr>
        <w:rFonts w:ascii="Alexandria Medium" w:hAnsi="Alexandria Medium" w:cs="Alexandria Medium"/>
        <w:color w:val="767171"/>
        <w:sz w:val="16"/>
        <w:szCs w:val="16"/>
      </w:rPr>
      <w:t>(Headquarters) Midocean university, 8764+GH9 Matelec street, BP 684 Moroni, RP 98123 Moroni, Comoros</w:t>
    </w:r>
    <w:r w:rsidRPr="001955FA">
      <w:rPr>
        <w:rFonts w:ascii="Alexandria Medium" w:hAnsi="Alexandria Medium" w:cs="Alexandria Medium"/>
        <w:color w:val="767171"/>
        <w:sz w:val="20"/>
        <w:szCs w:val="20"/>
        <w:rtl/>
      </w:rPr>
      <w:br/>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259770" w14:textId="77777777" w:rsidR="00AB2ABF" w:rsidRDefault="00AB2ABF">
      <w:pPr>
        <w:spacing w:after="0"/>
      </w:pPr>
      <w:r>
        <w:separator/>
      </w:r>
    </w:p>
  </w:footnote>
  <w:footnote w:type="continuationSeparator" w:id="0">
    <w:p w14:paraId="48603EB6" w14:textId="77777777" w:rsidR="00AB2ABF" w:rsidRDefault="00AB2ABF">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952DB" w14:textId="77777777" w:rsidR="006C7D7F" w:rsidRDefault="006C7D7F">
    <w:pPr>
      <w:pStyle w:val="Header"/>
      <w:tabs>
        <w:tab w:val="clear" w:pos="4680"/>
      </w:tabs>
    </w:pPr>
    <w:r>
      <w:rPr>
        <w:noProof/>
      </w:rPr>
      <w:drawing>
        <wp:anchor distT="0" distB="0" distL="114300" distR="114300" simplePos="0" relativeHeight="251660288" behindDoc="1" locked="0" layoutInCell="1" allowOverlap="1" wp14:anchorId="196F5AA7" wp14:editId="5FF57462">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509" cy="9923554"/>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C624856"/>
    <w:multiLevelType w:val="multilevel"/>
    <w:tmpl w:val="88A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6810B2"/>
    <w:multiLevelType w:val="multilevel"/>
    <w:tmpl w:val="856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B235C7"/>
    <w:multiLevelType w:val="multilevel"/>
    <w:tmpl w:val="A45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DE5266"/>
    <w:multiLevelType w:val="multilevel"/>
    <w:tmpl w:val="BC1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0301E7"/>
    <w:multiLevelType w:val="multilevel"/>
    <w:tmpl w:val="2E9C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0E5036"/>
    <w:multiLevelType w:val="hybridMultilevel"/>
    <w:tmpl w:val="9614E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CF3266"/>
    <w:multiLevelType w:val="hybridMultilevel"/>
    <w:tmpl w:val="7DE2DC1A"/>
    <w:lvl w:ilvl="0" w:tplc="512804BC">
      <w:start w:val="1"/>
      <w:numFmt w:val="bullet"/>
      <w:lvlText w:val="–"/>
      <w:lvlJc w:val="right"/>
      <w:pPr>
        <w:bidi/>
        <w:ind w:left="720" w:hanging="360"/>
        <w:jc w:val="right"/>
      </w:pPr>
    </w:lvl>
    <w:lvl w:ilvl="1" w:tplc="0AA839D0">
      <w:numFmt w:val="decimal"/>
      <w:lvlText w:val=""/>
      <w:lvlJc w:val="left"/>
    </w:lvl>
    <w:lvl w:ilvl="2" w:tplc="330E1D58">
      <w:numFmt w:val="decimal"/>
      <w:lvlText w:val=""/>
      <w:lvlJc w:val="left"/>
    </w:lvl>
    <w:lvl w:ilvl="3" w:tplc="3306DF38">
      <w:numFmt w:val="decimal"/>
      <w:lvlText w:val=""/>
      <w:lvlJc w:val="left"/>
    </w:lvl>
    <w:lvl w:ilvl="4" w:tplc="E9C00A2A">
      <w:numFmt w:val="decimal"/>
      <w:lvlText w:val=""/>
      <w:lvlJc w:val="left"/>
    </w:lvl>
    <w:lvl w:ilvl="5" w:tplc="2DBAB88C">
      <w:numFmt w:val="decimal"/>
      <w:lvlText w:val=""/>
      <w:lvlJc w:val="left"/>
    </w:lvl>
    <w:lvl w:ilvl="6" w:tplc="59E894D2">
      <w:numFmt w:val="decimal"/>
      <w:lvlText w:val=""/>
      <w:lvlJc w:val="left"/>
    </w:lvl>
    <w:lvl w:ilvl="7" w:tplc="D34CC02A">
      <w:numFmt w:val="decimal"/>
      <w:lvlText w:val=""/>
      <w:lvlJc w:val="left"/>
    </w:lvl>
    <w:lvl w:ilvl="8" w:tplc="B46AB710">
      <w:numFmt w:val="decimal"/>
      <w:lvlText w:val=""/>
      <w:lvlJc w:val="left"/>
    </w:lvl>
  </w:abstractNum>
  <w:abstractNum w:abstractNumId="17" w15:restartNumberingAfterBreak="0">
    <w:nsid w:val="2E9D0422"/>
    <w:multiLevelType w:val="multilevel"/>
    <w:tmpl w:val="91DC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307F2D"/>
    <w:multiLevelType w:val="multilevel"/>
    <w:tmpl w:val="BE22C9C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A858B3"/>
    <w:multiLevelType w:val="multilevel"/>
    <w:tmpl w:val="5E4E35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E14F98"/>
    <w:multiLevelType w:val="multilevel"/>
    <w:tmpl w:val="8C1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E40E67"/>
    <w:multiLevelType w:val="hybridMultilevel"/>
    <w:tmpl w:val="5D3EAECC"/>
    <w:lvl w:ilvl="0" w:tplc="6264FA10">
      <w:start w:val="1"/>
      <w:numFmt w:val="decimal"/>
      <w:lvlText w:val="%1."/>
      <w:lvlJc w:val="right"/>
      <w:pPr>
        <w:bidi/>
        <w:ind w:left="720" w:hanging="360"/>
        <w:jc w:val="right"/>
      </w:pPr>
    </w:lvl>
    <w:lvl w:ilvl="1" w:tplc="C600A7DE">
      <w:numFmt w:val="decimal"/>
      <w:lvlText w:val=""/>
      <w:lvlJc w:val="left"/>
    </w:lvl>
    <w:lvl w:ilvl="2" w:tplc="634251AE">
      <w:numFmt w:val="decimal"/>
      <w:lvlText w:val=""/>
      <w:lvlJc w:val="left"/>
    </w:lvl>
    <w:lvl w:ilvl="3" w:tplc="18024718">
      <w:numFmt w:val="decimal"/>
      <w:lvlText w:val=""/>
      <w:lvlJc w:val="left"/>
    </w:lvl>
    <w:lvl w:ilvl="4" w:tplc="B7C6A042">
      <w:numFmt w:val="decimal"/>
      <w:lvlText w:val=""/>
      <w:lvlJc w:val="left"/>
    </w:lvl>
    <w:lvl w:ilvl="5" w:tplc="878463AA">
      <w:numFmt w:val="decimal"/>
      <w:lvlText w:val=""/>
      <w:lvlJc w:val="left"/>
    </w:lvl>
    <w:lvl w:ilvl="6" w:tplc="D77C66AA">
      <w:numFmt w:val="decimal"/>
      <w:lvlText w:val=""/>
      <w:lvlJc w:val="left"/>
    </w:lvl>
    <w:lvl w:ilvl="7" w:tplc="0ABACBB0">
      <w:numFmt w:val="decimal"/>
      <w:lvlText w:val=""/>
      <w:lvlJc w:val="left"/>
    </w:lvl>
    <w:lvl w:ilvl="8" w:tplc="CF5ECAE2">
      <w:numFmt w:val="decimal"/>
      <w:lvlText w:val=""/>
      <w:lvlJc w:val="left"/>
    </w:lvl>
  </w:abstractNum>
  <w:abstractNum w:abstractNumId="22" w15:restartNumberingAfterBreak="0">
    <w:nsid w:val="48325CBC"/>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552F51"/>
    <w:multiLevelType w:val="hybridMultilevel"/>
    <w:tmpl w:val="DB2CC0BA"/>
    <w:lvl w:ilvl="0" w:tplc="5AB2E380">
      <w:start w:val="1"/>
      <w:numFmt w:val="bullet"/>
      <w:lvlText w:val="●"/>
      <w:lvlJc w:val="left"/>
      <w:pPr>
        <w:ind w:left="720" w:hanging="360"/>
      </w:pPr>
    </w:lvl>
    <w:lvl w:ilvl="1" w:tplc="53FEC956">
      <w:start w:val="1"/>
      <w:numFmt w:val="bullet"/>
      <w:lvlText w:val="○"/>
      <w:lvlJc w:val="left"/>
      <w:pPr>
        <w:ind w:left="1440" w:hanging="360"/>
      </w:pPr>
    </w:lvl>
    <w:lvl w:ilvl="2" w:tplc="67BABBD4">
      <w:start w:val="1"/>
      <w:numFmt w:val="bullet"/>
      <w:lvlText w:val="■"/>
      <w:lvlJc w:val="left"/>
      <w:pPr>
        <w:ind w:left="2160" w:hanging="360"/>
      </w:pPr>
    </w:lvl>
    <w:lvl w:ilvl="3" w:tplc="410A8634">
      <w:start w:val="1"/>
      <w:numFmt w:val="bullet"/>
      <w:lvlText w:val="●"/>
      <w:lvlJc w:val="left"/>
      <w:pPr>
        <w:ind w:left="2880" w:hanging="360"/>
      </w:pPr>
    </w:lvl>
    <w:lvl w:ilvl="4" w:tplc="F480640C">
      <w:start w:val="1"/>
      <w:numFmt w:val="bullet"/>
      <w:lvlText w:val="○"/>
      <w:lvlJc w:val="left"/>
      <w:pPr>
        <w:ind w:left="3600" w:hanging="360"/>
      </w:pPr>
    </w:lvl>
    <w:lvl w:ilvl="5" w:tplc="A3347A16">
      <w:start w:val="1"/>
      <w:numFmt w:val="bullet"/>
      <w:lvlText w:val="■"/>
      <w:lvlJc w:val="left"/>
      <w:pPr>
        <w:ind w:left="4320" w:hanging="360"/>
      </w:pPr>
    </w:lvl>
    <w:lvl w:ilvl="6" w:tplc="1AFA698E">
      <w:start w:val="1"/>
      <w:numFmt w:val="bullet"/>
      <w:lvlText w:val="●"/>
      <w:lvlJc w:val="left"/>
      <w:pPr>
        <w:ind w:left="5040" w:hanging="360"/>
      </w:pPr>
    </w:lvl>
    <w:lvl w:ilvl="7" w:tplc="EDBE1DC0">
      <w:start w:val="1"/>
      <w:numFmt w:val="bullet"/>
      <w:lvlText w:val="●"/>
      <w:lvlJc w:val="left"/>
      <w:pPr>
        <w:ind w:left="5760" w:hanging="360"/>
      </w:pPr>
    </w:lvl>
    <w:lvl w:ilvl="8" w:tplc="C23063E8">
      <w:start w:val="1"/>
      <w:numFmt w:val="bullet"/>
      <w:lvlText w:val="●"/>
      <w:lvlJc w:val="left"/>
      <w:pPr>
        <w:ind w:left="6480" w:hanging="360"/>
      </w:pPr>
    </w:lvl>
  </w:abstractNum>
  <w:abstractNum w:abstractNumId="24" w15:restartNumberingAfterBreak="0">
    <w:nsid w:val="49087C89"/>
    <w:multiLevelType w:val="multilevel"/>
    <w:tmpl w:val="C35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E07748"/>
    <w:multiLevelType w:val="multilevel"/>
    <w:tmpl w:val="C0C0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FF093A"/>
    <w:multiLevelType w:val="multilevel"/>
    <w:tmpl w:val="4086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6839E1"/>
    <w:multiLevelType w:val="multilevel"/>
    <w:tmpl w:val="4BA4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9C534A"/>
    <w:multiLevelType w:val="hybridMultilevel"/>
    <w:tmpl w:val="F57AF8D2"/>
    <w:lvl w:ilvl="0" w:tplc="25C8C446">
      <w:start w:val="1"/>
      <w:numFmt w:val="bullet"/>
      <w:lvlText w:val="●"/>
      <w:lvlJc w:val="left"/>
      <w:pPr>
        <w:ind w:left="720" w:hanging="360"/>
      </w:pPr>
    </w:lvl>
    <w:lvl w:ilvl="1" w:tplc="3EE66154">
      <w:start w:val="1"/>
      <w:numFmt w:val="bullet"/>
      <w:lvlText w:val="○"/>
      <w:lvlJc w:val="left"/>
      <w:pPr>
        <w:ind w:left="1440" w:hanging="360"/>
      </w:pPr>
    </w:lvl>
    <w:lvl w:ilvl="2" w:tplc="3BDA6866">
      <w:start w:val="1"/>
      <w:numFmt w:val="bullet"/>
      <w:lvlText w:val="■"/>
      <w:lvlJc w:val="left"/>
      <w:pPr>
        <w:ind w:left="2160" w:hanging="360"/>
      </w:pPr>
    </w:lvl>
    <w:lvl w:ilvl="3" w:tplc="710660EE">
      <w:start w:val="1"/>
      <w:numFmt w:val="bullet"/>
      <w:lvlText w:val="●"/>
      <w:lvlJc w:val="left"/>
      <w:pPr>
        <w:ind w:left="2880" w:hanging="360"/>
      </w:pPr>
    </w:lvl>
    <w:lvl w:ilvl="4" w:tplc="1706BC90">
      <w:start w:val="1"/>
      <w:numFmt w:val="bullet"/>
      <w:lvlText w:val="○"/>
      <w:lvlJc w:val="left"/>
      <w:pPr>
        <w:ind w:left="3600" w:hanging="360"/>
      </w:pPr>
    </w:lvl>
    <w:lvl w:ilvl="5" w:tplc="90521C26">
      <w:start w:val="1"/>
      <w:numFmt w:val="bullet"/>
      <w:lvlText w:val="■"/>
      <w:lvlJc w:val="left"/>
      <w:pPr>
        <w:ind w:left="4320" w:hanging="360"/>
      </w:pPr>
    </w:lvl>
    <w:lvl w:ilvl="6" w:tplc="2E1AFE48">
      <w:start w:val="1"/>
      <w:numFmt w:val="bullet"/>
      <w:lvlText w:val="●"/>
      <w:lvlJc w:val="left"/>
      <w:pPr>
        <w:ind w:left="5040" w:hanging="360"/>
      </w:pPr>
    </w:lvl>
    <w:lvl w:ilvl="7" w:tplc="DD520F1E">
      <w:start w:val="1"/>
      <w:numFmt w:val="bullet"/>
      <w:lvlText w:val="●"/>
      <w:lvlJc w:val="left"/>
      <w:pPr>
        <w:ind w:left="5760" w:hanging="360"/>
      </w:pPr>
    </w:lvl>
    <w:lvl w:ilvl="8" w:tplc="5328B56A">
      <w:start w:val="1"/>
      <w:numFmt w:val="bullet"/>
      <w:lvlText w:val="●"/>
      <w:lvlJc w:val="left"/>
      <w:pPr>
        <w:ind w:left="6480" w:hanging="360"/>
      </w:pPr>
    </w:lvl>
  </w:abstractNum>
  <w:abstractNum w:abstractNumId="31" w15:restartNumberingAfterBreak="0">
    <w:nsid w:val="6C3150BC"/>
    <w:multiLevelType w:val="hybridMultilevel"/>
    <w:tmpl w:val="1A6E7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A507E1"/>
    <w:multiLevelType w:val="multilevel"/>
    <w:tmpl w:val="D16C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F008AA"/>
    <w:multiLevelType w:val="multilevel"/>
    <w:tmpl w:val="6F7EBA2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7A2397"/>
    <w:multiLevelType w:val="multilevel"/>
    <w:tmpl w:val="35C0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347428"/>
    <w:multiLevelType w:val="hybridMultilevel"/>
    <w:tmpl w:val="EEAAA3FE"/>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6" w15:restartNumberingAfterBreak="0">
    <w:nsid w:val="76600EDF"/>
    <w:multiLevelType w:val="multilevel"/>
    <w:tmpl w:val="67DCE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FA51AB"/>
    <w:multiLevelType w:val="multilevel"/>
    <w:tmpl w:val="9EB87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AFE3AF3"/>
    <w:multiLevelType w:val="multilevel"/>
    <w:tmpl w:val="9E06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E840A8"/>
    <w:multiLevelType w:val="multilevel"/>
    <w:tmpl w:val="C32639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38"/>
  </w:num>
  <w:num w:numId="3">
    <w:abstractNumId w:val="32"/>
  </w:num>
  <w:num w:numId="4">
    <w:abstractNumId w:val="20"/>
  </w:num>
  <w:num w:numId="5">
    <w:abstractNumId w:val="10"/>
  </w:num>
  <w:num w:numId="6">
    <w:abstractNumId w:val="36"/>
  </w:num>
  <w:num w:numId="7">
    <w:abstractNumId w:val="13"/>
  </w:num>
  <w:num w:numId="8">
    <w:abstractNumId w:val="9"/>
  </w:num>
  <w:num w:numId="9">
    <w:abstractNumId w:val="34"/>
  </w:num>
  <w:num w:numId="10">
    <w:abstractNumId w:val="17"/>
  </w:num>
  <w:num w:numId="11">
    <w:abstractNumId w:val="11"/>
  </w:num>
  <w:num w:numId="12">
    <w:abstractNumId w:val="12"/>
  </w:num>
  <w:num w:numId="13">
    <w:abstractNumId w:val="29"/>
  </w:num>
  <w:num w:numId="14">
    <w:abstractNumId w:val="27"/>
  </w:num>
  <w:num w:numId="15">
    <w:abstractNumId w:val="24"/>
  </w:num>
  <w:num w:numId="16">
    <w:abstractNumId w:val="37"/>
  </w:num>
  <w:num w:numId="17">
    <w:abstractNumId w:val="28"/>
  </w:num>
  <w:num w:numId="18">
    <w:abstractNumId w:val="14"/>
  </w:num>
  <w:num w:numId="19">
    <w:abstractNumId w:val="26"/>
  </w:num>
  <w:num w:numId="20">
    <w:abstractNumId w:val="22"/>
  </w:num>
  <w:num w:numId="21">
    <w:abstractNumId w:val="18"/>
  </w:num>
  <w:num w:numId="22">
    <w:abstractNumId w:val="33"/>
  </w:num>
  <w:num w:numId="23">
    <w:abstractNumId w:val="19"/>
  </w:num>
  <w:num w:numId="24">
    <w:abstractNumId w:val="39"/>
  </w:num>
  <w:num w:numId="25">
    <w:abstractNumId w:val="35"/>
  </w:num>
  <w:num w:numId="26">
    <w:abstractNumId w:val="21"/>
    <w:lvlOverride w:ilvl="0">
      <w:startOverride w:val="1"/>
    </w:lvlOverride>
  </w:num>
  <w:num w:numId="27">
    <w:abstractNumId w:val="16"/>
    <w:lvlOverride w:ilvl="0">
      <w:startOverride w:val="1"/>
    </w:lvlOverride>
  </w:num>
  <w:num w:numId="28">
    <w:abstractNumId w:val="15"/>
  </w:num>
  <w:num w:numId="29">
    <w:abstractNumId w:val="31"/>
  </w:num>
  <w:num w:numId="30">
    <w:abstractNumId w:val="23"/>
    <w:lvlOverride w:ilvl="0">
      <w:startOverride w:val="1"/>
    </w:lvlOverride>
  </w:num>
  <w:num w:numId="31">
    <w:abstractNumId w:val="30"/>
    <w:lvlOverride w:ilvl="0">
      <w:startOverride w:val="1"/>
    </w:lvlOverride>
  </w:num>
  <w:num w:numId="32">
    <w:abstractNumId w:val="8"/>
  </w:num>
  <w:num w:numId="33">
    <w:abstractNumId w:val="6"/>
  </w:num>
  <w:num w:numId="34">
    <w:abstractNumId w:val="5"/>
  </w:num>
  <w:num w:numId="35">
    <w:abstractNumId w:val="4"/>
  </w:num>
  <w:num w:numId="36">
    <w:abstractNumId w:val="7"/>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53D"/>
    <w:rsid w:val="000268FC"/>
    <w:rsid w:val="00037251"/>
    <w:rsid w:val="00045ED5"/>
    <w:rsid w:val="000A0440"/>
    <w:rsid w:val="000A09B4"/>
    <w:rsid w:val="000A724C"/>
    <w:rsid w:val="000D501F"/>
    <w:rsid w:val="001955FA"/>
    <w:rsid w:val="001F6F22"/>
    <w:rsid w:val="002821F1"/>
    <w:rsid w:val="0028456B"/>
    <w:rsid w:val="0028538F"/>
    <w:rsid w:val="00302C00"/>
    <w:rsid w:val="00320967"/>
    <w:rsid w:val="0034109A"/>
    <w:rsid w:val="00383945"/>
    <w:rsid w:val="003855AC"/>
    <w:rsid w:val="00393FD2"/>
    <w:rsid w:val="003E3418"/>
    <w:rsid w:val="00465748"/>
    <w:rsid w:val="004B753D"/>
    <w:rsid w:val="004C4D69"/>
    <w:rsid w:val="00503BF2"/>
    <w:rsid w:val="005D7B78"/>
    <w:rsid w:val="006729E2"/>
    <w:rsid w:val="006C7D7F"/>
    <w:rsid w:val="00760CA7"/>
    <w:rsid w:val="0077719D"/>
    <w:rsid w:val="007B57D2"/>
    <w:rsid w:val="007D6E3C"/>
    <w:rsid w:val="00815A6D"/>
    <w:rsid w:val="00815C75"/>
    <w:rsid w:val="00832A2B"/>
    <w:rsid w:val="00874359"/>
    <w:rsid w:val="00893642"/>
    <w:rsid w:val="008A4B41"/>
    <w:rsid w:val="008A5DB1"/>
    <w:rsid w:val="008E3E29"/>
    <w:rsid w:val="008F1759"/>
    <w:rsid w:val="00956C71"/>
    <w:rsid w:val="00A549D0"/>
    <w:rsid w:val="00AB2ABF"/>
    <w:rsid w:val="00AD14FC"/>
    <w:rsid w:val="00AE40D8"/>
    <w:rsid w:val="00AE6E4B"/>
    <w:rsid w:val="00B2020D"/>
    <w:rsid w:val="00B24F35"/>
    <w:rsid w:val="00B703D9"/>
    <w:rsid w:val="00B92B5C"/>
    <w:rsid w:val="00BF3465"/>
    <w:rsid w:val="00C03EAD"/>
    <w:rsid w:val="00C11541"/>
    <w:rsid w:val="00C12400"/>
    <w:rsid w:val="00C34CB2"/>
    <w:rsid w:val="00C63ADA"/>
    <w:rsid w:val="00C66629"/>
    <w:rsid w:val="00C919CB"/>
    <w:rsid w:val="00DD7B4C"/>
    <w:rsid w:val="00DF2960"/>
    <w:rsid w:val="00E0682A"/>
    <w:rsid w:val="00EB3C6D"/>
    <w:rsid w:val="00EB6E1F"/>
    <w:rsid w:val="00F4302D"/>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link w:val="Heading1Char"/>
    <w:uiPriority w:val="9"/>
    <w:qFormat/>
    <w:rsid w:val="00C12400"/>
    <w:pPr>
      <w:bidi/>
      <w:spacing w:before="440" w:after="280"/>
      <w:outlineLvl w:val="0"/>
    </w:pPr>
    <w:rPr>
      <w:rFonts w:ascii="Simplified Arabic" w:eastAsia="Simplified Arabic" w:hAnsi="Simplified Arabic" w:cs="Simplified Arabic"/>
      <w:b/>
      <w:bCs/>
      <w:color w:val="8496B0"/>
      <w:sz w:val="32"/>
      <w:szCs w:val="32"/>
    </w:rPr>
  </w:style>
  <w:style w:type="paragraph" w:styleId="Heading2">
    <w:name w:val="heading 2"/>
    <w:link w:val="Heading2Char"/>
    <w:uiPriority w:val="9"/>
    <w:qFormat/>
    <w:rsid w:val="00C12400"/>
    <w:pPr>
      <w:bidi/>
      <w:spacing w:before="320" w:after="180"/>
      <w:outlineLvl w:val="1"/>
    </w:pPr>
    <w:rPr>
      <w:rFonts w:ascii="Simplified Arabic" w:eastAsia="Simplified Arabic" w:hAnsi="Simplified Arabic" w:cs="Simplified Arabic"/>
      <w:b/>
      <w:bCs/>
      <w:color w:val="8496B0"/>
      <w:sz w:val="28"/>
      <w:szCs w:val="28"/>
    </w:rPr>
  </w:style>
  <w:style w:type="paragraph" w:styleId="Heading3">
    <w:name w:val="heading 3"/>
    <w:link w:val="Heading3Char"/>
    <w:uiPriority w:val="9"/>
    <w:qFormat/>
    <w:rsid w:val="00874359"/>
    <w:pPr>
      <w:outlineLvl w:val="2"/>
    </w:pPr>
    <w:rPr>
      <w:rFonts w:ascii="Arial" w:eastAsia="Arial" w:hAnsi="Arial" w:cs="Arial"/>
      <w:color w:val="1F4D78"/>
      <w:sz w:val="24"/>
      <w:szCs w:val="24"/>
    </w:rPr>
  </w:style>
  <w:style w:type="paragraph" w:styleId="Heading4">
    <w:name w:val="heading 4"/>
    <w:link w:val="Heading4Char"/>
    <w:uiPriority w:val="9"/>
    <w:qFormat/>
    <w:rsid w:val="00874359"/>
    <w:pPr>
      <w:outlineLvl w:val="3"/>
    </w:pPr>
    <w:rPr>
      <w:rFonts w:ascii="Arial" w:eastAsia="Arial" w:hAnsi="Arial" w:cs="Arial"/>
      <w:i/>
      <w:iCs/>
      <w:color w:val="2E74B5"/>
      <w:sz w:val="22"/>
      <w:szCs w:val="22"/>
    </w:rPr>
  </w:style>
  <w:style w:type="paragraph" w:styleId="Heading5">
    <w:name w:val="heading 5"/>
    <w:link w:val="Heading5Char"/>
    <w:uiPriority w:val="9"/>
    <w:qFormat/>
    <w:rsid w:val="00874359"/>
    <w:pPr>
      <w:outlineLvl w:val="4"/>
    </w:pPr>
    <w:rPr>
      <w:rFonts w:ascii="Arial" w:eastAsia="Arial" w:hAnsi="Arial" w:cs="Arial"/>
      <w:color w:val="2E74B5"/>
      <w:sz w:val="22"/>
      <w:szCs w:val="22"/>
    </w:rPr>
  </w:style>
  <w:style w:type="paragraph" w:styleId="Heading6">
    <w:name w:val="heading 6"/>
    <w:link w:val="Heading6Char"/>
    <w:uiPriority w:val="9"/>
    <w:qFormat/>
    <w:rsid w:val="00874359"/>
    <w:pPr>
      <w:outlineLvl w:val="5"/>
    </w:pPr>
    <w:rPr>
      <w:rFonts w:ascii="Arial" w:eastAsia="Arial" w:hAnsi="Arial" w:cs="Arial"/>
      <w:color w:val="1F4D78"/>
      <w:sz w:val="22"/>
      <w:szCs w:val="22"/>
    </w:rPr>
  </w:style>
  <w:style w:type="paragraph" w:styleId="Heading7">
    <w:name w:val="heading 7"/>
    <w:basedOn w:val="Normal"/>
    <w:next w:val="Normal"/>
    <w:link w:val="Heading7Char"/>
    <w:uiPriority w:val="9"/>
    <w:semiHidden/>
    <w:unhideWhenUsed/>
    <w:qFormat/>
    <w:rsid w:val="003E3418"/>
    <w:pPr>
      <w:keepNext/>
      <w:keepLines/>
      <w:spacing w:before="200" w:after="0" w:line="276" w:lineRule="auto"/>
      <w:outlineLvl w:val="6"/>
    </w:pPr>
    <w:rPr>
      <w:rFonts w:asciiTheme="majorHAnsi" w:eastAsiaTheme="majorEastAsia" w:hAnsiTheme="majorHAnsi" w:cstheme="majorBidi"/>
      <w:i/>
      <w:iCs/>
      <w:color w:val="404040" w:themeColor="text1" w:themeTint="BF"/>
      <w:kern w:val="0"/>
      <w14:ligatures w14:val="none"/>
    </w:rPr>
  </w:style>
  <w:style w:type="paragraph" w:styleId="Heading8">
    <w:name w:val="heading 8"/>
    <w:basedOn w:val="Normal"/>
    <w:next w:val="Normal"/>
    <w:link w:val="Heading8Char"/>
    <w:uiPriority w:val="9"/>
    <w:semiHidden/>
    <w:unhideWhenUsed/>
    <w:qFormat/>
    <w:rsid w:val="003E3418"/>
    <w:pPr>
      <w:keepNext/>
      <w:keepLines/>
      <w:spacing w:before="200" w:after="0" w:line="276" w:lineRule="auto"/>
      <w:outlineLvl w:val="7"/>
    </w:pPr>
    <w:rPr>
      <w:rFonts w:asciiTheme="majorHAnsi" w:eastAsiaTheme="majorEastAsia" w:hAnsiTheme="majorHAnsi" w:cstheme="majorBidi"/>
      <w:color w:val="4472C4" w:themeColor="accent1"/>
      <w:kern w:val="0"/>
      <w:sz w:val="20"/>
      <w:szCs w:val="20"/>
      <w14:ligatures w14:val="none"/>
    </w:rPr>
  </w:style>
  <w:style w:type="paragraph" w:styleId="Heading9">
    <w:name w:val="heading 9"/>
    <w:basedOn w:val="Normal"/>
    <w:next w:val="Normal"/>
    <w:link w:val="Heading9Char"/>
    <w:uiPriority w:val="9"/>
    <w:semiHidden/>
    <w:unhideWhenUsed/>
    <w:qFormat/>
    <w:rsid w:val="003E3418"/>
    <w:pPr>
      <w:keepNext/>
      <w:keepLines/>
      <w:spacing w:before="200" w:after="0" w:line="276" w:lineRule="auto"/>
      <w:outlineLvl w:val="8"/>
    </w:pPr>
    <w:rPr>
      <w:rFonts w:asciiTheme="majorHAnsi" w:eastAsiaTheme="majorEastAsia" w:hAnsiTheme="majorHAnsi" w:cstheme="majorBidi"/>
      <w:i/>
      <w:iCs/>
      <w:color w:val="404040" w:themeColor="text1" w:themeTint="BF"/>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2400"/>
    <w:rPr>
      <w:rFonts w:ascii="Simplified Arabic" w:eastAsia="Simplified Arabic" w:hAnsi="Simplified Arabic" w:cs="Simplified Arabic"/>
      <w:b/>
      <w:bCs/>
      <w:color w:val="8496B0"/>
      <w:sz w:val="32"/>
      <w:szCs w:val="32"/>
    </w:rPr>
  </w:style>
  <w:style w:type="character" w:customStyle="1" w:styleId="Heading2Char">
    <w:name w:val="Heading 2 Char"/>
    <w:basedOn w:val="DefaultParagraphFont"/>
    <w:link w:val="Heading2"/>
    <w:uiPriority w:val="9"/>
    <w:rsid w:val="00C12400"/>
    <w:rPr>
      <w:rFonts w:ascii="Simplified Arabic" w:eastAsia="Simplified Arabic" w:hAnsi="Simplified Arabic" w:cs="Simplified Arabic"/>
      <w:b/>
      <w:bCs/>
      <w:color w:val="8496B0"/>
      <w:sz w:val="28"/>
      <w:szCs w:val="28"/>
    </w:rPr>
  </w:style>
  <w:style w:type="character" w:customStyle="1" w:styleId="Heading3Char">
    <w:name w:val="Heading 3 Char"/>
    <w:basedOn w:val="DefaultParagraphFont"/>
    <w:link w:val="Heading3"/>
    <w:uiPriority w:val="9"/>
    <w:rsid w:val="00874359"/>
    <w:rPr>
      <w:rFonts w:ascii="Arial" w:eastAsia="Arial" w:hAnsi="Arial" w:cs="Arial"/>
      <w:color w:val="1F4D78"/>
      <w:sz w:val="24"/>
      <w:szCs w:val="24"/>
    </w:rPr>
  </w:style>
  <w:style w:type="character" w:customStyle="1" w:styleId="Heading4Char">
    <w:name w:val="Heading 4 Char"/>
    <w:basedOn w:val="DefaultParagraphFont"/>
    <w:link w:val="Heading4"/>
    <w:uiPriority w:val="9"/>
    <w:rsid w:val="00874359"/>
    <w:rPr>
      <w:rFonts w:ascii="Arial" w:eastAsia="Arial" w:hAnsi="Arial" w:cs="Arial"/>
      <w:i/>
      <w:iCs/>
      <w:color w:val="2E74B5"/>
      <w:sz w:val="22"/>
      <w:szCs w:val="22"/>
    </w:rPr>
  </w:style>
  <w:style w:type="character" w:customStyle="1" w:styleId="Heading5Char">
    <w:name w:val="Heading 5 Char"/>
    <w:basedOn w:val="DefaultParagraphFont"/>
    <w:link w:val="Heading5"/>
    <w:uiPriority w:val="9"/>
    <w:rsid w:val="00874359"/>
    <w:rPr>
      <w:rFonts w:ascii="Arial" w:eastAsia="Arial" w:hAnsi="Arial" w:cs="Arial"/>
      <w:color w:val="2E74B5"/>
      <w:sz w:val="22"/>
      <w:szCs w:val="22"/>
    </w:rPr>
  </w:style>
  <w:style w:type="character" w:customStyle="1" w:styleId="Heading6Char">
    <w:name w:val="Heading 6 Char"/>
    <w:basedOn w:val="DefaultParagraphFont"/>
    <w:link w:val="Heading6"/>
    <w:uiPriority w:val="9"/>
    <w:rsid w:val="00874359"/>
    <w:rPr>
      <w:rFonts w:ascii="Arial" w:eastAsia="Arial" w:hAnsi="Arial" w:cs="Arial"/>
      <w:color w:val="1F4D78"/>
      <w:sz w:val="22"/>
      <w:szCs w:val="22"/>
    </w:rPr>
  </w:style>
  <w:style w:type="character" w:customStyle="1" w:styleId="Heading7Char">
    <w:name w:val="Heading 7 Char"/>
    <w:basedOn w:val="DefaultParagraphFont"/>
    <w:link w:val="Heading7"/>
    <w:uiPriority w:val="9"/>
    <w:semiHidden/>
    <w:rsid w:val="003E3418"/>
    <w:rPr>
      <w:rFonts w:asciiTheme="majorHAnsi" w:eastAsiaTheme="majorEastAsia" w:hAnsiTheme="majorHAnsi" w:cstheme="majorBidi"/>
      <w:i/>
      <w:iCs/>
      <w:color w:val="404040" w:themeColor="text1" w:themeTint="BF"/>
      <w:sz w:val="22"/>
      <w:szCs w:val="22"/>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customStyle="1" w:styleId="FooterChar">
    <w:name w:val="Footer Char"/>
    <w:basedOn w:val="DefaultParagraphFont"/>
    <w:link w:val="Footer"/>
    <w:uiPriority w:val="99"/>
    <w:qFormat/>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customStyle="1" w:styleId="HeaderChar">
    <w:name w:val="Header Char"/>
    <w:basedOn w:val="DefaultParagraphFont"/>
    <w:link w:val="Header"/>
    <w:uiPriority w:val="99"/>
    <w:qFormat/>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ListParagraph">
    <w:name w:val="List Paragraph"/>
    <w:uiPriority w:val="34"/>
    <w:qFormat/>
    <w:rsid w:val="00C12400"/>
    <w:rPr>
      <w:rFonts w:ascii="Simplified Arabic" w:eastAsia="Simplified Arabic" w:hAnsi="Simplified Arabic" w:cs="Simplified Arabic"/>
      <w:sz w:val="24"/>
      <w:szCs w:val="24"/>
    </w:rPr>
  </w:style>
  <w:style w:type="paragraph" w:styleId="NormalWeb">
    <w:name w:val="Normal (Web)"/>
    <w:basedOn w:val="Normal"/>
    <w:uiPriority w:val="99"/>
    <w:semiHidden/>
    <w:unhideWhenUsed/>
    <w:rsid w:val="00C1240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itle">
    <w:name w:val="Title"/>
    <w:link w:val="TitleChar"/>
    <w:uiPriority w:val="10"/>
    <w:qFormat/>
    <w:rsid w:val="00874359"/>
    <w:rPr>
      <w:rFonts w:ascii="Arial" w:eastAsia="Arial" w:hAnsi="Arial" w:cs="Arial"/>
      <w:sz w:val="56"/>
      <w:szCs w:val="56"/>
    </w:rPr>
  </w:style>
  <w:style w:type="character" w:customStyle="1" w:styleId="TitleChar">
    <w:name w:val="Title Char"/>
    <w:basedOn w:val="DefaultParagraphFont"/>
    <w:link w:val="Title"/>
    <w:uiPriority w:val="10"/>
    <w:rsid w:val="00874359"/>
    <w:rPr>
      <w:rFonts w:ascii="Arial" w:eastAsia="Arial" w:hAnsi="Arial" w:cs="Arial"/>
      <w:sz w:val="56"/>
      <w:szCs w:val="56"/>
    </w:rPr>
  </w:style>
  <w:style w:type="paragraph" w:customStyle="1" w:styleId="Strong1">
    <w:name w:val="Strong1"/>
    <w:qFormat/>
    <w:rsid w:val="00874359"/>
    <w:rPr>
      <w:rFonts w:ascii="Arial" w:eastAsia="Arial" w:hAnsi="Arial" w:cs="Arial"/>
      <w:b/>
      <w:bCs/>
      <w:sz w:val="22"/>
      <w:szCs w:val="22"/>
    </w:rPr>
  </w:style>
  <w:style w:type="character" w:styleId="FootnoteReference">
    <w:name w:val="footnote reference"/>
    <w:uiPriority w:val="99"/>
    <w:semiHidden/>
    <w:unhideWhenUsed/>
    <w:rsid w:val="00874359"/>
    <w:rPr>
      <w:vertAlign w:val="superscript"/>
    </w:rPr>
  </w:style>
  <w:style w:type="paragraph" w:styleId="FootnoteText">
    <w:name w:val="footnote text"/>
    <w:link w:val="FootnoteTextChar"/>
    <w:uiPriority w:val="99"/>
    <w:semiHidden/>
    <w:unhideWhenUsed/>
    <w:rsid w:val="00874359"/>
    <w:rPr>
      <w:rFonts w:ascii="Arial" w:eastAsia="Arial" w:hAnsi="Arial" w:cs="Arial"/>
    </w:rPr>
  </w:style>
  <w:style w:type="character" w:customStyle="1" w:styleId="FootnoteTextChar">
    <w:name w:val="Footnote Text Char"/>
    <w:basedOn w:val="DefaultParagraphFont"/>
    <w:link w:val="FootnoteText"/>
    <w:uiPriority w:val="99"/>
    <w:semiHidden/>
    <w:rsid w:val="00874359"/>
    <w:rPr>
      <w:rFonts w:ascii="Arial" w:eastAsia="Arial" w:hAnsi="Arial" w:cs="Arial"/>
    </w:rPr>
  </w:style>
  <w:style w:type="character" w:customStyle="1" w:styleId="Heading8Char">
    <w:name w:val="Heading 8 Char"/>
    <w:basedOn w:val="DefaultParagraphFont"/>
    <w:link w:val="Heading8"/>
    <w:uiPriority w:val="9"/>
    <w:semiHidden/>
    <w:rsid w:val="003E3418"/>
    <w:rPr>
      <w:rFonts w:asciiTheme="majorHAnsi" w:eastAsiaTheme="majorEastAsia" w:hAnsiTheme="majorHAnsi" w:cstheme="majorBidi"/>
      <w:color w:val="4472C4" w:themeColor="accent1"/>
    </w:rPr>
  </w:style>
  <w:style w:type="character" w:customStyle="1" w:styleId="Heading9Char">
    <w:name w:val="Heading 9 Char"/>
    <w:basedOn w:val="DefaultParagraphFont"/>
    <w:link w:val="Heading9"/>
    <w:uiPriority w:val="9"/>
    <w:semiHidden/>
    <w:rsid w:val="003E3418"/>
    <w:rPr>
      <w:rFonts w:asciiTheme="majorHAnsi" w:eastAsiaTheme="majorEastAsia" w:hAnsiTheme="majorHAnsi" w:cstheme="majorBidi"/>
      <w:i/>
      <w:iCs/>
      <w:color w:val="404040" w:themeColor="text1" w:themeTint="BF"/>
    </w:rPr>
  </w:style>
  <w:style w:type="paragraph" w:styleId="NoSpacing">
    <w:name w:val="No Spacing"/>
    <w:uiPriority w:val="1"/>
    <w:qFormat/>
    <w:rsid w:val="003E3418"/>
    <w:rPr>
      <w:rFonts w:eastAsiaTheme="minorEastAsia"/>
      <w:sz w:val="22"/>
      <w:szCs w:val="22"/>
    </w:rPr>
  </w:style>
  <w:style w:type="paragraph" w:styleId="Subtitle">
    <w:name w:val="Subtitle"/>
    <w:basedOn w:val="Normal"/>
    <w:next w:val="Normal"/>
    <w:link w:val="SubtitleChar"/>
    <w:uiPriority w:val="11"/>
    <w:qFormat/>
    <w:rsid w:val="003E3418"/>
    <w:pPr>
      <w:numPr>
        <w:ilvl w:val="1"/>
      </w:numPr>
      <w:spacing w:after="200" w:line="276" w:lineRule="auto"/>
    </w:pPr>
    <w:rPr>
      <w:rFonts w:asciiTheme="majorHAnsi" w:eastAsiaTheme="majorEastAsia" w:hAnsiTheme="majorHAnsi" w:cstheme="majorBidi"/>
      <w:i/>
      <w:iCs/>
      <w:color w:val="4472C4" w:themeColor="accent1"/>
      <w:spacing w:val="15"/>
      <w:kern w:val="0"/>
      <w:sz w:val="24"/>
      <w:szCs w:val="24"/>
      <w14:ligatures w14:val="none"/>
    </w:rPr>
  </w:style>
  <w:style w:type="character" w:customStyle="1" w:styleId="SubtitleChar">
    <w:name w:val="Subtitle Char"/>
    <w:basedOn w:val="DefaultParagraphFont"/>
    <w:link w:val="Subtitle"/>
    <w:uiPriority w:val="11"/>
    <w:rsid w:val="003E3418"/>
    <w:rPr>
      <w:rFonts w:asciiTheme="majorHAnsi" w:eastAsiaTheme="majorEastAsia" w:hAnsiTheme="majorHAnsi" w:cstheme="majorBidi"/>
      <w:i/>
      <w:iCs/>
      <w:color w:val="4472C4" w:themeColor="accent1"/>
      <w:spacing w:val="15"/>
      <w:sz w:val="24"/>
      <w:szCs w:val="24"/>
    </w:rPr>
  </w:style>
  <w:style w:type="paragraph" w:styleId="BodyText">
    <w:name w:val="Body Text"/>
    <w:basedOn w:val="Normal"/>
    <w:link w:val="BodyTextChar"/>
    <w:uiPriority w:val="99"/>
    <w:unhideWhenUsed/>
    <w:rsid w:val="003E3418"/>
    <w:pPr>
      <w:spacing w:after="120" w:line="276" w:lineRule="auto"/>
    </w:pPr>
    <w:rPr>
      <w:rFonts w:eastAsiaTheme="minorEastAsia"/>
      <w:kern w:val="0"/>
      <w14:ligatures w14:val="none"/>
    </w:rPr>
  </w:style>
  <w:style w:type="character" w:customStyle="1" w:styleId="BodyTextChar">
    <w:name w:val="Body Text Char"/>
    <w:basedOn w:val="DefaultParagraphFont"/>
    <w:link w:val="BodyText"/>
    <w:uiPriority w:val="99"/>
    <w:rsid w:val="003E3418"/>
    <w:rPr>
      <w:rFonts w:eastAsiaTheme="minorEastAsia"/>
      <w:sz w:val="22"/>
      <w:szCs w:val="22"/>
    </w:rPr>
  </w:style>
  <w:style w:type="paragraph" w:styleId="BodyText2">
    <w:name w:val="Body Text 2"/>
    <w:basedOn w:val="Normal"/>
    <w:link w:val="BodyText2Char"/>
    <w:uiPriority w:val="99"/>
    <w:unhideWhenUsed/>
    <w:rsid w:val="003E3418"/>
    <w:pPr>
      <w:spacing w:after="120" w:line="480" w:lineRule="auto"/>
    </w:pPr>
    <w:rPr>
      <w:rFonts w:eastAsiaTheme="minorEastAsia"/>
      <w:kern w:val="0"/>
      <w14:ligatures w14:val="none"/>
    </w:rPr>
  </w:style>
  <w:style w:type="character" w:customStyle="1" w:styleId="BodyText2Char">
    <w:name w:val="Body Text 2 Char"/>
    <w:basedOn w:val="DefaultParagraphFont"/>
    <w:link w:val="BodyText2"/>
    <w:uiPriority w:val="99"/>
    <w:rsid w:val="003E3418"/>
    <w:rPr>
      <w:rFonts w:eastAsiaTheme="minorEastAsia"/>
      <w:sz w:val="22"/>
      <w:szCs w:val="22"/>
    </w:rPr>
  </w:style>
  <w:style w:type="paragraph" w:styleId="BodyText3">
    <w:name w:val="Body Text 3"/>
    <w:basedOn w:val="Normal"/>
    <w:link w:val="BodyText3Char"/>
    <w:uiPriority w:val="99"/>
    <w:unhideWhenUsed/>
    <w:rsid w:val="003E3418"/>
    <w:pPr>
      <w:spacing w:after="120" w:line="276" w:lineRule="auto"/>
    </w:pPr>
    <w:rPr>
      <w:rFonts w:eastAsiaTheme="minorEastAsia"/>
      <w:kern w:val="0"/>
      <w:sz w:val="16"/>
      <w:szCs w:val="16"/>
      <w14:ligatures w14:val="none"/>
    </w:rPr>
  </w:style>
  <w:style w:type="character" w:customStyle="1" w:styleId="BodyText3Char">
    <w:name w:val="Body Text 3 Char"/>
    <w:basedOn w:val="DefaultParagraphFont"/>
    <w:link w:val="BodyText3"/>
    <w:uiPriority w:val="99"/>
    <w:rsid w:val="003E3418"/>
    <w:rPr>
      <w:rFonts w:eastAsiaTheme="minorEastAsia"/>
      <w:sz w:val="16"/>
      <w:szCs w:val="16"/>
    </w:rPr>
  </w:style>
  <w:style w:type="paragraph" w:styleId="List">
    <w:name w:val="List"/>
    <w:basedOn w:val="Normal"/>
    <w:uiPriority w:val="99"/>
    <w:unhideWhenUsed/>
    <w:rsid w:val="003E3418"/>
    <w:pPr>
      <w:spacing w:after="200" w:line="276" w:lineRule="auto"/>
      <w:ind w:left="360" w:hanging="360"/>
      <w:contextualSpacing/>
    </w:pPr>
    <w:rPr>
      <w:rFonts w:eastAsiaTheme="minorEastAsia"/>
      <w:kern w:val="0"/>
      <w14:ligatures w14:val="none"/>
    </w:rPr>
  </w:style>
  <w:style w:type="paragraph" w:styleId="List2">
    <w:name w:val="List 2"/>
    <w:basedOn w:val="Normal"/>
    <w:uiPriority w:val="99"/>
    <w:unhideWhenUsed/>
    <w:rsid w:val="003E3418"/>
    <w:pPr>
      <w:spacing w:after="200" w:line="276" w:lineRule="auto"/>
      <w:ind w:left="720" w:hanging="360"/>
      <w:contextualSpacing/>
    </w:pPr>
    <w:rPr>
      <w:rFonts w:eastAsiaTheme="minorEastAsia"/>
      <w:kern w:val="0"/>
      <w14:ligatures w14:val="none"/>
    </w:rPr>
  </w:style>
  <w:style w:type="paragraph" w:styleId="List3">
    <w:name w:val="List 3"/>
    <w:basedOn w:val="Normal"/>
    <w:uiPriority w:val="99"/>
    <w:unhideWhenUsed/>
    <w:rsid w:val="003E3418"/>
    <w:pPr>
      <w:spacing w:after="200" w:line="276" w:lineRule="auto"/>
      <w:ind w:left="1080" w:hanging="360"/>
      <w:contextualSpacing/>
    </w:pPr>
    <w:rPr>
      <w:rFonts w:eastAsiaTheme="minorEastAsia"/>
      <w:kern w:val="0"/>
      <w14:ligatures w14:val="none"/>
    </w:rPr>
  </w:style>
  <w:style w:type="paragraph" w:styleId="ListBullet">
    <w:name w:val="List Bullet"/>
    <w:basedOn w:val="Normal"/>
    <w:uiPriority w:val="99"/>
    <w:unhideWhenUsed/>
    <w:rsid w:val="003E3418"/>
    <w:pPr>
      <w:numPr>
        <w:numId w:val="32"/>
      </w:numPr>
      <w:spacing w:after="200" w:line="276" w:lineRule="auto"/>
      <w:contextualSpacing/>
    </w:pPr>
    <w:rPr>
      <w:rFonts w:eastAsiaTheme="minorEastAsia"/>
      <w:kern w:val="0"/>
      <w14:ligatures w14:val="none"/>
    </w:rPr>
  </w:style>
  <w:style w:type="paragraph" w:styleId="ListBullet2">
    <w:name w:val="List Bullet 2"/>
    <w:basedOn w:val="Normal"/>
    <w:uiPriority w:val="99"/>
    <w:unhideWhenUsed/>
    <w:rsid w:val="003E3418"/>
    <w:pPr>
      <w:numPr>
        <w:numId w:val="33"/>
      </w:numPr>
      <w:spacing w:after="200" w:line="276" w:lineRule="auto"/>
      <w:contextualSpacing/>
    </w:pPr>
    <w:rPr>
      <w:rFonts w:eastAsiaTheme="minorEastAsia"/>
      <w:kern w:val="0"/>
      <w14:ligatures w14:val="none"/>
    </w:rPr>
  </w:style>
  <w:style w:type="paragraph" w:styleId="ListBullet3">
    <w:name w:val="List Bullet 3"/>
    <w:basedOn w:val="Normal"/>
    <w:uiPriority w:val="99"/>
    <w:unhideWhenUsed/>
    <w:rsid w:val="003E3418"/>
    <w:pPr>
      <w:numPr>
        <w:numId w:val="34"/>
      </w:numPr>
      <w:spacing w:after="200" w:line="276" w:lineRule="auto"/>
      <w:contextualSpacing/>
    </w:pPr>
    <w:rPr>
      <w:rFonts w:eastAsiaTheme="minorEastAsia"/>
      <w:kern w:val="0"/>
      <w14:ligatures w14:val="none"/>
    </w:rPr>
  </w:style>
  <w:style w:type="paragraph" w:styleId="ListNumber">
    <w:name w:val="List Number"/>
    <w:basedOn w:val="Normal"/>
    <w:uiPriority w:val="99"/>
    <w:unhideWhenUsed/>
    <w:rsid w:val="003E3418"/>
    <w:pPr>
      <w:numPr>
        <w:numId w:val="36"/>
      </w:numPr>
      <w:spacing w:after="200" w:line="276" w:lineRule="auto"/>
      <w:contextualSpacing/>
    </w:pPr>
    <w:rPr>
      <w:rFonts w:eastAsiaTheme="minorEastAsia"/>
      <w:kern w:val="0"/>
      <w14:ligatures w14:val="none"/>
    </w:rPr>
  </w:style>
  <w:style w:type="paragraph" w:styleId="ListNumber2">
    <w:name w:val="List Number 2"/>
    <w:basedOn w:val="Normal"/>
    <w:uiPriority w:val="99"/>
    <w:unhideWhenUsed/>
    <w:rsid w:val="003E3418"/>
    <w:pPr>
      <w:numPr>
        <w:numId w:val="37"/>
      </w:numPr>
      <w:spacing w:after="200" w:line="276" w:lineRule="auto"/>
      <w:contextualSpacing/>
    </w:pPr>
    <w:rPr>
      <w:rFonts w:eastAsiaTheme="minorEastAsia"/>
      <w:kern w:val="0"/>
      <w14:ligatures w14:val="none"/>
    </w:rPr>
  </w:style>
  <w:style w:type="paragraph" w:styleId="ListNumber3">
    <w:name w:val="List Number 3"/>
    <w:basedOn w:val="Normal"/>
    <w:uiPriority w:val="99"/>
    <w:unhideWhenUsed/>
    <w:rsid w:val="003E3418"/>
    <w:pPr>
      <w:numPr>
        <w:numId w:val="38"/>
      </w:numPr>
      <w:spacing w:after="200" w:line="276" w:lineRule="auto"/>
      <w:contextualSpacing/>
    </w:pPr>
    <w:rPr>
      <w:rFonts w:eastAsiaTheme="minorEastAsia"/>
      <w:kern w:val="0"/>
      <w14:ligatures w14:val="none"/>
    </w:rPr>
  </w:style>
  <w:style w:type="paragraph" w:styleId="ListContinue">
    <w:name w:val="List Continue"/>
    <w:basedOn w:val="Normal"/>
    <w:uiPriority w:val="99"/>
    <w:unhideWhenUsed/>
    <w:rsid w:val="003E3418"/>
    <w:pPr>
      <w:spacing w:after="120" w:line="276" w:lineRule="auto"/>
      <w:ind w:left="360"/>
      <w:contextualSpacing/>
    </w:pPr>
    <w:rPr>
      <w:rFonts w:eastAsiaTheme="minorEastAsia"/>
      <w:kern w:val="0"/>
      <w14:ligatures w14:val="none"/>
    </w:rPr>
  </w:style>
  <w:style w:type="paragraph" w:styleId="ListContinue2">
    <w:name w:val="List Continue 2"/>
    <w:basedOn w:val="Normal"/>
    <w:uiPriority w:val="99"/>
    <w:unhideWhenUsed/>
    <w:rsid w:val="003E3418"/>
    <w:pPr>
      <w:spacing w:after="120" w:line="276" w:lineRule="auto"/>
      <w:ind w:left="720"/>
      <w:contextualSpacing/>
    </w:pPr>
    <w:rPr>
      <w:rFonts w:eastAsiaTheme="minorEastAsia"/>
      <w:kern w:val="0"/>
      <w14:ligatures w14:val="none"/>
    </w:rPr>
  </w:style>
  <w:style w:type="paragraph" w:styleId="ListContinue3">
    <w:name w:val="List Continue 3"/>
    <w:basedOn w:val="Normal"/>
    <w:uiPriority w:val="99"/>
    <w:unhideWhenUsed/>
    <w:rsid w:val="003E3418"/>
    <w:pPr>
      <w:spacing w:after="120" w:line="276" w:lineRule="auto"/>
      <w:ind w:left="1080"/>
      <w:contextualSpacing/>
    </w:pPr>
    <w:rPr>
      <w:rFonts w:eastAsiaTheme="minorEastAsia"/>
      <w:kern w:val="0"/>
      <w14:ligatures w14:val="none"/>
    </w:rPr>
  </w:style>
  <w:style w:type="paragraph" w:styleId="MacroText">
    <w:name w:val="macro"/>
    <w:link w:val="MacroTextChar"/>
    <w:uiPriority w:val="99"/>
    <w:unhideWhenUsed/>
    <w:rsid w:val="003E34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rPr>
  </w:style>
  <w:style w:type="character" w:customStyle="1" w:styleId="MacroTextChar">
    <w:name w:val="Macro Text Char"/>
    <w:basedOn w:val="DefaultParagraphFont"/>
    <w:link w:val="MacroText"/>
    <w:uiPriority w:val="99"/>
    <w:rsid w:val="003E3418"/>
    <w:rPr>
      <w:rFonts w:ascii="Courier" w:eastAsiaTheme="minorEastAsia" w:hAnsi="Courier"/>
    </w:rPr>
  </w:style>
  <w:style w:type="paragraph" w:styleId="Quote">
    <w:name w:val="Quote"/>
    <w:basedOn w:val="Normal"/>
    <w:next w:val="Normal"/>
    <w:link w:val="QuoteChar"/>
    <w:uiPriority w:val="29"/>
    <w:qFormat/>
    <w:rsid w:val="003E3418"/>
    <w:pPr>
      <w:spacing w:after="200" w:line="276" w:lineRule="auto"/>
    </w:pPr>
    <w:rPr>
      <w:rFonts w:eastAsiaTheme="minorEastAsia"/>
      <w:i/>
      <w:iCs/>
      <w:color w:val="000000" w:themeColor="text1"/>
      <w:kern w:val="0"/>
      <w14:ligatures w14:val="none"/>
    </w:rPr>
  </w:style>
  <w:style w:type="character" w:customStyle="1" w:styleId="QuoteChar">
    <w:name w:val="Quote Char"/>
    <w:basedOn w:val="DefaultParagraphFont"/>
    <w:link w:val="Quote"/>
    <w:uiPriority w:val="29"/>
    <w:rsid w:val="003E3418"/>
    <w:rPr>
      <w:rFonts w:eastAsiaTheme="minorEastAsia"/>
      <w:i/>
      <w:iCs/>
      <w:color w:val="000000" w:themeColor="text1"/>
      <w:sz w:val="22"/>
      <w:szCs w:val="22"/>
    </w:rPr>
  </w:style>
  <w:style w:type="character" w:styleId="Strong">
    <w:name w:val="Strong"/>
    <w:basedOn w:val="DefaultParagraphFont"/>
    <w:uiPriority w:val="22"/>
    <w:qFormat/>
    <w:rsid w:val="003E3418"/>
    <w:rPr>
      <w:b/>
      <w:bCs/>
    </w:rPr>
  </w:style>
  <w:style w:type="character" w:styleId="Emphasis">
    <w:name w:val="Emphasis"/>
    <w:basedOn w:val="DefaultParagraphFont"/>
    <w:uiPriority w:val="20"/>
    <w:qFormat/>
    <w:rsid w:val="003E3418"/>
    <w:rPr>
      <w:i/>
      <w:iCs/>
    </w:rPr>
  </w:style>
  <w:style w:type="paragraph" w:styleId="IntenseQuote">
    <w:name w:val="Intense Quote"/>
    <w:basedOn w:val="Normal"/>
    <w:next w:val="Normal"/>
    <w:link w:val="IntenseQuoteChar"/>
    <w:uiPriority w:val="30"/>
    <w:qFormat/>
    <w:rsid w:val="003E3418"/>
    <w:pPr>
      <w:pBdr>
        <w:bottom w:val="single" w:sz="4" w:space="4" w:color="4472C4" w:themeColor="accent1"/>
      </w:pBdr>
      <w:spacing w:before="200" w:after="280" w:line="276" w:lineRule="auto"/>
      <w:ind w:left="936" w:right="936"/>
    </w:pPr>
    <w:rPr>
      <w:rFonts w:eastAsiaTheme="minorEastAsia"/>
      <w:b/>
      <w:bCs/>
      <w:i/>
      <w:iCs/>
      <w:color w:val="4472C4" w:themeColor="accent1"/>
      <w:kern w:val="0"/>
      <w14:ligatures w14:val="none"/>
    </w:rPr>
  </w:style>
  <w:style w:type="character" w:customStyle="1" w:styleId="IntenseQuoteChar">
    <w:name w:val="Intense Quote Char"/>
    <w:basedOn w:val="DefaultParagraphFont"/>
    <w:link w:val="IntenseQuote"/>
    <w:uiPriority w:val="30"/>
    <w:rsid w:val="003E3418"/>
    <w:rPr>
      <w:rFonts w:eastAsiaTheme="minorEastAsia"/>
      <w:b/>
      <w:bCs/>
      <w:i/>
      <w:iCs/>
      <w:color w:val="4472C4" w:themeColor="accent1"/>
      <w:sz w:val="22"/>
      <w:szCs w:val="22"/>
    </w:rPr>
  </w:style>
  <w:style w:type="character" w:styleId="SubtleEmphasis">
    <w:name w:val="Subtle Emphasis"/>
    <w:basedOn w:val="DefaultParagraphFont"/>
    <w:uiPriority w:val="19"/>
    <w:qFormat/>
    <w:rsid w:val="003E3418"/>
    <w:rPr>
      <w:i/>
      <w:iCs/>
      <w:color w:val="808080" w:themeColor="text1" w:themeTint="7F"/>
    </w:rPr>
  </w:style>
  <w:style w:type="character" w:styleId="IntenseEmphasis">
    <w:name w:val="Intense Emphasis"/>
    <w:basedOn w:val="DefaultParagraphFont"/>
    <w:uiPriority w:val="21"/>
    <w:qFormat/>
    <w:rsid w:val="003E3418"/>
    <w:rPr>
      <w:b/>
      <w:bCs/>
      <w:i/>
      <w:iCs/>
      <w:color w:val="4472C4" w:themeColor="accent1"/>
    </w:rPr>
  </w:style>
  <w:style w:type="character" w:styleId="SubtleReference">
    <w:name w:val="Subtle Reference"/>
    <w:basedOn w:val="DefaultParagraphFont"/>
    <w:uiPriority w:val="31"/>
    <w:qFormat/>
    <w:rsid w:val="003E3418"/>
    <w:rPr>
      <w:smallCaps/>
      <w:color w:val="ED7D31" w:themeColor="accent2"/>
      <w:u w:val="single"/>
    </w:rPr>
  </w:style>
  <w:style w:type="character" w:styleId="IntenseReference">
    <w:name w:val="Intense Reference"/>
    <w:basedOn w:val="DefaultParagraphFont"/>
    <w:uiPriority w:val="32"/>
    <w:qFormat/>
    <w:rsid w:val="003E3418"/>
    <w:rPr>
      <w:b/>
      <w:bCs/>
      <w:smallCaps/>
      <w:color w:val="ED7D31" w:themeColor="accent2"/>
      <w:spacing w:val="5"/>
      <w:u w:val="single"/>
    </w:rPr>
  </w:style>
  <w:style w:type="character" w:styleId="BookTitle">
    <w:name w:val="Book Title"/>
    <w:basedOn w:val="DefaultParagraphFont"/>
    <w:uiPriority w:val="33"/>
    <w:qFormat/>
    <w:rsid w:val="003E3418"/>
    <w:rPr>
      <w:b/>
      <w:bCs/>
      <w:smallCaps/>
      <w:spacing w:val="5"/>
    </w:rPr>
  </w:style>
  <w:style w:type="table" w:styleId="TableGrid">
    <w:name w:val="Table Grid"/>
    <w:basedOn w:val="TableNormal"/>
    <w:uiPriority w:val="59"/>
    <w:rsid w:val="003E3418"/>
    <w:rPr>
      <w:rFonts w:eastAsiaTheme="minorEastAs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73279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9EBF4F-0661-4B83-B802-D204A167C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7781</Words>
  <Characters>44355</Characters>
  <Application>Microsoft Office Word</Application>
  <DocSecurity>0</DocSecurity>
  <Lines>369</Lines>
  <Paragraphs>104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52032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Mjd</cp:lastModifiedBy>
  <cp:revision>2</cp:revision>
  <cp:lastPrinted>2026-07-14T07:16:00Z</cp:lastPrinted>
  <dcterms:created xsi:type="dcterms:W3CDTF">2026-07-14T07:37:00Z</dcterms:created>
  <dcterms:modified xsi:type="dcterms:W3CDTF">2026-07-14T07:37:00Z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