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50575" w14:textId="77777777" w:rsidR="003E4007" w:rsidRPr="004517BD" w:rsidRDefault="003E4007" w:rsidP="003E4007">
      <w:pPr>
        <w:jc w:val="right"/>
        <w:rPr>
          <w:rFonts w:ascii="Sakkal Majalla" w:hAnsi="Sakkal Majalla" w:cs="Sakkal Majalla"/>
          <w:b/>
          <w:bCs/>
          <w:sz w:val="28"/>
          <w:szCs w:val="28"/>
        </w:rPr>
      </w:pPr>
      <w:proofErr w:type="spellStart"/>
      <w:r w:rsidRPr="004517BD">
        <w:rPr>
          <w:rFonts w:ascii="Sakkal Majalla" w:hAnsi="Sakkal Majalla" w:cs="Sakkal Majalla"/>
          <w:b/>
          <w:bCs/>
          <w:sz w:val="28"/>
          <w:szCs w:val="28"/>
        </w:rPr>
        <w:t>جامعة</w:t>
      </w:r>
      <w:proofErr w:type="spellEnd"/>
      <w:r w:rsidRPr="004517BD">
        <w:rPr>
          <w:rFonts w:ascii="Sakkal Majalla" w:hAnsi="Sakkal Majalla" w:cs="Sakkal Majalla"/>
          <w:b/>
          <w:bCs/>
          <w:sz w:val="28"/>
          <w:szCs w:val="28"/>
        </w:rPr>
        <w:t xml:space="preserve"> </w:t>
      </w:r>
      <w:proofErr w:type="spellStart"/>
      <w:r w:rsidRPr="004517BD">
        <w:rPr>
          <w:rFonts w:ascii="Sakkal Majalla" w:hAnsi="Sakkal Majalla" w:cs="Sakkal Majalla"/>
          <w:b/>
          <w:bCs/>
          <w:sz w:val="28"/>
          <w:szCs w:val="28"/>
        </w:rPr>
        <w:t>ميدأوشن</w:t>
      </w:r>
      <w:proofErr w:type="spellEnd"/>
    </w:p>
    <w:p w14:paraId="298F3FA2" w14:textId="77777777" w:rsidR="003E4007" w:rsidRPr="004517BD" w:rsidRDefault="003E4007" w:rsidP="003E4007">
      <w:pPr>
        <w:jc w:val="right"/>
        <w:rPr>
          <w:rFonts w:ascii="Sakkal Majalla" w:hAnsi="Sakkal Majalla" w:cs="Sakkal Majalla"/>
          <w:b/>
          <w:bCs/>
          <w:sz w:val="28"/>
          <w:szCs w:val="28"/>
        </w:rPr>
      </w:pPr>
      <w:proofErr w:type="spellStart"/>
      <w:r w:rsidRPr="004517BD">
        <w:rPr>
          <w:rFonts w:ascii="Sakkal Majalla" w:hAnsi="Sakkal Majalla" w:cs="Sakkal Majalla"/>
          <w:b/>
          <w:bCs/>
          <w:sz w:val="28"/>
          <w:szCs w:val="28"/>
        </w:rPr>
        <w:t>كلية</w:t>
      </w:r>
      <w:proofErr w:type="spellEnd"/>
      <w:r w:rsidRPr="004517BD">
        <w:rPr>
          <w:rFonts w:ascii="Sakkal Majalla" w:hAnsi="Sakkal Majalla" w:cs="Sakkal Majalla"/>
          <w:b/>
          <w:bCs/>
          <w:sz w:val="28"/>
          <w:szCs w:val="28"/>
        </w:rPr>
        <w:t xml:space="preserve"> </w:t>
      </w:r>
      <w:proofErr w:type="spellStart"/>
      <w:r w:rsidRPr="004517BD">
        <w:rPr>
          <w:rFonts w:ascii="Sakkal Majalla" w:hAnsi="Sakkal Majalla" w:cs="Sakkal Majalla"/>
          <w:b/>
          <w:bCs/>
          <w:sz w:val="28"/>
          <w:szCs w:val="28"/>
        </w:rPr>
        <w:t>الإدارة</w:t>
      </w:r>
      <w:proofErr w:type="spellEnd"/>
    </w:p>
    <w:p w14:paraId="7788F36E" w14:textId="18259BD3" w:rsidR="003E4007" w:rsidRPr="004517BD" w:rsidRDefault="003E4007" w:rsidP="003E4007">
      <w:pPr>
        <w:jc w:val="right"/>
        <w:rPr>
          <w:rFonts w:ascii="Sakkal Majalla" w:hAnsi="Sakkal Majalla" w:cs="Sakkal Majalla"/>
          <w:b/>
          <w:bCs/>
          <w:sz w:val="28"/>
          <w:szCs w:val="28"/>
        </w:rPr>
      </w:pPr>
      <w:proofErr w:type="spellStart"/>
      <w:r w:rsidRPr="004517BD">
        <w:rPr>
          <w:rFonts w:ascii="Sakkal Majalla" w:hAnsi="Sakkal Majalla" w:cs="Sakkal Majalla"/>
          <w:b/>
          <w:bCs/>
          <w:sz w:val="28"/>
          <w:szCs w:val="28"/>
        </w:rPr>
        <w:t>قسم</w:t>
      </w:r>
      <w:proofErr w:type="spellEnd"/>
      <w:r w:rsidRPr="004517BD">
        <w:rPr>
          <w:rFonts w:ascii="Sakkal Majalla" w:hAnsi="Sakkal Majalla" w:cs="Sakkal Majalla"/>
          <w:b/>
          <w:bCs/>
          <w:sz w:val="28"/>
          <w:szCs w:val="28"/>
        </w:rPr>
        <w:t xml:space="preserve">/ </w:t>
      </w:r>
      <w:proofErr w:type="spellStart"/>
      <w:r w:rsidRPr="004517BD">
        <w:rPr>
          <w:rFonts w:ascii="Sakkal Majalla" w:hAnsi="Sakkal Majalla" w:cs="Sakkal Majalla"/>
          <w:b/>
          <w:bCs/>
          <w:sz w:val="28"/>
          <w:szCs w:val="28"/>
        </w:rPr>
        <w:t>تخصص</w:t>
      </w:r>
      <w:proofErr w:type="spellEnd"/>
      <w:r w:rsidRPr="004517BD">
        <w:rPr>
          <w:rFonts w:ascii="Sakkal Majalla" w:hAnsi="Sakkal Majalla" w:cs="Sakkal Majalla"/>
          <w:b/>
          <w:bCs/>
          <w:sz w:val="28"/>
          <w:szCs w:val="28"/>
        </w:rPr>
        <w:t xml:space="preserve"> </w:t>
      </w:r>
      <w:proofErr w:type="spellStart"/>
      <w:r w:rsidRPr="004517BD">
        <w:rPr>
          <w:rFonts w:ascii="Sakkal Majalla" w:hAnsi="Sakkal Majalla" w:cs="Sakkal Majalla"/>
          <w:b/>
          <w:bCs/>
          <w:sz w:val="28"/>
          <w:szCs w:val="28"/>
        </w:rPr>
        <w:t>ماجستير</w:t>
      </w:r>
      <w:proofErr w:type="spellEnd"/>
      <w:r w:rsidRPr="004517BD">
        <w:rPr>
          <w:rFonts w:ascii="Sakkal Majalla" w:hAnsi="Sakkal Majalla" w:cs="Sakkal Majalla"/>
          <w:b/>
          <w:bCs/>
          <w:sz w:val="28"/>
          <w:szCs w:val="28"/>
        </w:rPr>
        <w:t xml:space="preserve"> </w:t>
      </w:r>
      <w:proofErr w:type="spellStart"/>
      <w:r w:rsidRPr="004517BD">
        <w:rPr>
          <w:rFonts w:ascii="Sakkal Majalla" w:hAnsi="Sakkal Majalla" w:cs="Sakkal Majalla"/>
          <w:b/>
          <w:bCs/>
          <w:sz w:val="28"/>
          <w:szCs w:val="28"/>
        </w:rPr>
        <w:t>إدارة</w:t>
      </w:r>
      <w:proofErr w:type="spellEnd"/>
      <w:r w:rsidRPr="004517BD">
        <w:rPr>
          <w:rFonts w:ascii="Sakkal Majalla" w:hAnsi="Sakkal Majalla" w:cs="Sakkal Majalla"/>
          <w:b/>
          <w:bCs/>
          <w:sz w:val="28"/>
          <w:szCs w:val="28"/>
        </w:rPr>
        <w:t xml:space="preserve"> </w:t>
      </w:r>
      <w:proofErr w:type="spellStart"/>
      <w:r w:rsidRPr="004517BD">
        <w:rPr>
          <w:rFonts w:ascii="Sakkal Majalla" w:hAnsi="Sakkal Majalla" w:cs="Sakkal Majalla"/>
          <w:b/>
          <w:bCs/>
          <w:sz w:val="28"/>
          <w:szCs w:val="28"/>
        </w:rPr>
        <w:t>المشاريع</w:t>
      </w:r>
      <w:proofErr w:type="spellEnd"/>
    </w:p>
    <w:p w14:paraId="5BEFAB09" w14:textId="77777777" w:rsidR="003E4007" w:rsidRPr="00077760" w:rsidRDefault="003E4007" w:rsidP="003E4007">
      <w:pPr>
        <w:jc w:val="right"/>
        <w:rPr>
          <w:rFonts w:ascii="Sakkal Majalla" w:hAnsi="Sakkal Majalla" w:cs="Sakkal Majalla"/>
          <w:b/>
          <w:bCs/>
          <w:sz w:val="28"/>
          <w:szCs w:val="28"/>
        </w:rPr>
      </w:pPr>
    </w:p>
    <w:p w14:paraId="14815DA7" w14:textId="77777777" w:rsidR="003E4007" w:rsidRPr="004517BD" w:rsidRDefault="003E4007" w:rsidP="003E4007">
      <w:pPr>
        <w:jc w:val="right"/>
        <w:rPr>
          <w:rFonts w:ascii="Sakkal Majalla" w:hAnsi="Sakkal Majalla" w:cs="Sakkal Majalla"/>
        </w:rPr>
      </w:pPr>
    </w:p>
    <w:p w14:paraId="41F279EE" w14:textId="77777777" w:rsidR="003E4007" w:rsidRPr="004517BD" w:rsidRDefault="003E4007" w:rsidP="003E4007">
      <w:pPr>
        <w:jc w:val="right"/>
        <w:rPr>
          <w:rFonts w:ascii="Sakkal Majalla" w:hAnsi="Sakkal Majalla" w:cs="Sakkal Majalla"/>
          <w:sz w:val="28"/>
          <w:szCs w:val="28"/>
        </w:rPr>
      </w:pPr>
      <w:r>
        <w:rPr>
          <w:rFonts w:ascii="Sakkal Majalla" w:hAnsi="Sakkal Majalla" w:cs="Sakkal Majalla"/>
          <w:b/>
          <w:bCs/>
          <w:sz w:val="28"/>
          <w:szCs w:val="28"/>
        </w:rPr>
        <w:t>:</w:t>
      </w:r>
      <w:proofErr w:type="spellStart"/>
      <w:r w:rsidRPr="004517BD">
        <w:rPr>
          <w:rFonts w:ascii="Sakkal Majalla" w:hAnsi="Sakkal Majalla" w:cs="Sakkal Majalla"/>
          <w:b/>
          <w:bCs/>
          <w:sz w:val="28"/>
          <w:szCs w:val="28"/>
        </w:rPr>
        <w:t>عنوان</w:t>
      </w:r>
      <w:proofErr w:type="spellEnd"/>
      <w:r w:rsidRPr="004517BD">
        <w:rPr>
          <w:rFonts w:ascii="Sakkal Majalla" w:hAnsi="Sakkal Majalla" w:cs="Sakkal Majalla"/>
          <w:b/>
          <w:bCs/>
          <w:sz w:val="28"/>
          <w:szCs w:val="28"/>
        </w:rPr>
        <w:t xml:space="preserve"> </w:t>
      </w:r>
      <w:proofErr w:type="spellStart"/>
      <w:r w:rsidRPr="004517BD">
        <w:rPr>
          <w:rFonts w:ascii="Sakkal Majalla" w:hAnsi="Sakkal Majalla" w:cs="Sakkal Majalla"/>
          <w:b/>
          <w:bCs/>
          <w:sz w:val="28"/>
          <w:szCs w:val="28"/>
        </w:rPr>
        <w:t>البحث</w:t>
      </w:r>
      <w:proofErr w:type="spellEnd"/>
    </w:p>
    <w:p w14:paraId="3DD5F560" w14:textId="2014FAF4" w:rsidR="003E4007" w:rsidRPr="003E4007" w:rsidRDefault="003E4007" w:rsidP="003E4007">
      <w:pPr>
        <w:jc w:val="right"/>
        <w:rPr>
          <w:rFonts w:ascii="Sakkal Majalla" w:hAnsi="Sakkal Majalla" w:cs="Sakkal Majalla"/>
          <w:sz w:val="28"/>
          <w:szCs w:val="28"/>
        </w:rPr>
      </w:pPr>
      <w:r w:rsidRPr="003E4007">
        <w:rPr>
          <w:rFonts w:ascii="Sakkal Majalla" w:hAnsi="Sakkal Majalla" w:cs="Sakkal Majalla"/>
          <w:sz w:val="28"/>
          <w:szCs w:val="28"/>
        </w:rPr>
        <w:t xml:space="preserve"> </w:t>
      </w:r>
      <w:r w:rsidRPr="003E4007">
        <w:rPr>
          <w:rFonts w:ascii="Sakkal Majalla" w:hAnsi="Sakkal Majalla" w:cs="Sakkal Majalla" w:hint="cs"/>
          <w:sz w:val="28"/>
          <w:szCs w:val="28"/>
          <w:rtl/>
        </w:rPr>
        <w:t xml:space="preserve"> </w:t>
      </w:r>
      <w:r w:rsidRPr="003E4007">
        <w:rPr>
          <w:rFonts w:ascii="Sakkal Majalla" w:hAnsi="Sakkal Majalla" w:cs="Sakkal Majalla" w:hint="cs"/>
          <w:sz w:val="28"/>
          <w:szCs w:val="28"/>
          <w:rtl/>
        </w:rPr>
        <w:t>"</w:t>
      </w:r>
      <w:r w:rsidRPr="003E4007">
        <w:rPr>
          <w:rFonts w:ascii="Sakkal Majalla" w:hAnsi="Sakkal Majalla" w:cs="Sakkal Majalla"/>
          <w:sz w:val="28"/>
          <w:szCs w:val="28"/>
          <w:rtl/>
        </w:rPr>
        <w:t>أثر</w:t>
      </w:r>
      <w:r w:rsidRPr="003E4007">
        <w:rPr>
          <w:rFonts w:ascii="Sakkal Majalla" w:hAnsi="Sakkal Majalla" w:cs="Sakkal Majalla" w:hint="cs"/>
          <w:sz w:val="28"/>
          <w:szCs w:val="28"/>
          <w:rtl/>
        </w:rPr>
        <w:t xml:space="preserve"> استراتيجيات</w:t>
      </w:r>
      <w:r w:rsidRPr="003E4007">
        <w:rPr>
          <w:rFonts w:ascii="Sakkal Majalla" w:hAnsi="Sakkal Majalla" w:cs="Sakkal Majalla"/>
          <w:sz w:val="28"/>
          <w:szCs w:val="28"/>
          <w:rtl/>
        </w:rPr>
        <w:t xml:space="preserve"> التسويق المستدام على ولاء المستهلك: دراسة ميدانية في السوق السعودي</w:t>
      </w:r>
      <w:r w:rsidRPr="003E4007">
        <w:rPr>
          <w:rFonts w:ascii="Sakkal Majalla" w:hAnsi="Sakkal Majalla" w:cs="Sakkal Majalla" w:hint="cs"/>
          <w:sz w:val="28"/>
          <w:szCs w:val="28"/>
          <w:rtl/>
        </w:rPr>
        <w:t>".</w:t>
      </w:r>
      <w:r w:rsidRPr="003E4007">
        <w:rPr>
          <w:rFonts w:asciiTheme="majorBidi" w:hAnsiTheme="majorBidi" w:cstheme="majorBidi"/>
        </w:rPr>
        <w:br/>
      </w:r>
    </w:p>
    <w:p w14:paraId="54332A62" w14:textId="77777777" w:rsidR="003E4007" w:rsidRPr="004517BD" w:rsidRDefault="003E4007" w:rsidP="003E4007">
      <w:pPr>
        <w:jc w:val="center"/>
        <w:rPr>
          <w:rFonts w:ascii="Sakkal Majalla" w:hAnsi="Sakkal Majalla" w:cs="Sakkal Majalla"/>
          <w:b/>
          <w:bCs/>
          <w:sz w:val="28"/>
          <w:szCs w:val="28"/>
        </w:rPr>
      </w:pPr>
      <w:r>
        <w:rPr>
          <w:rFonts w:ascii="Sakkal Majalla" w:hAnsi="Sakkal Majalla" w:cs="Sakkal Majalla"/>
          <w:b/>
          <w:bCs/>
          <w:sz w:val="28"/>
          <w:szCs w:val="28"/>
        </w:rPr>
        <w:t>:</w:t>
      </w:r>
      <w:proofErr w:type="spellStart"/>
      <w:r w:rsidRPr="004517BD">
        <w:rPr>
          <w:rFonts w:ascii="Sakkal Majalla" w:hAnsi="Sakkal Majalla" w:cs="Sakkal Majalla"/>
          <w:b/>
          <w:bCs/>
          <w:sz w:val="28"/>
          <w:szCs w:val="28"/>
        </w:rPr>
        <w:t>إعداد</w:t>
      </w:r>
      <w:proofErr w:type="spellEnd"/>
      <w:r w:rsidRPr="004517BD">
        <w:rPr>
          <w:rFonts w:ascii="Sakkal Majalla" w:hAnsi="Sakkal Majalla" w:cs="Sakkal Majalla"/>
          <w:b/>
          <w:bCs/>
          <w:sz w:val="28"/>
          <w:szCs w:val="28"/>
        </w:rPr>
        <w:t xml:space="preserve"> </w:t>
      </w:r>
      <w:proofErr w:type="spellStart"/>
      <w:r w:rsidRPr="004517BD">
        <w:rPr>
          <w:rFonts w:ascii="Sakkal Majalla" w:hAnsi="Sakkal Majalla" w:cs="Sakkal Majalla"/>
          <w:b/>
          <w:bCs/>
          <w:sz w:val="28"/>
          <w:szCs w:val="28"/>
        </w:rPr>
        <w:t>الطالبة</w:t>
      </w:r>
      <w:proofErr w:type="spellEnd"/>
    </w:p>
    <w:p w14:paraId="423264C4" w14:textId="3EEB1741" w:rsidR="003E4007" w:rsidRDefault="003E4007" w:rsidP="003E4007">
      <w:pPr>
        <w:jc w:val="center"/>
        <w:rPr>
          <w:rFonts w:ascii="Sakkal Majalla" w:hAnsi="Sakkal Majalla" w:cs="Sakkal Majalla"/>
          <w:b/>
          <w:sz w:val="24"/>
          <w:szCs w:val="24"/>
        </w:rPr>
      </w:pPr>
      <w:r>
        <w:rPr>
          <w:rFonts w:ascii="Arial" w:hAnsi="Arial" w:cs="Arial"/>
          <w:b/>
        </w:rPr>
        <w:t xml:space="preserve">  </w:t>
      </w:r>
      <w:r w:rsidRPr="00F40526">
        <w:rPr>
          <w:rFonts w:ascii="Sakkal Majalla" w:hAnsi="Sakkal Majalla" w:cs="Sakkal Majalla"/>
          <w:b/>
          <w:sz w:val="24"/>
          <w:szCs w:val="24"/>
        </w:rPr>
        <w:t xml:space="preserve"> </w:t>
      </w:r>
      <w:r w:rsidRPr="00F40526">
        <w:rPr>
          <w:rFonts w:ascii="Sakkal Majalla" w:hAnsi="Sakkal Majalla" w:cs="Sakkal Majalla"/>
          <w:b/>
          <w:sz w:val="24"/>
          <w:szCs w:val="24"/>
          <w:rtl/>
        </w:rPr>
        <w:t xml:space="preserve"> </w:t>
      </w:r>
      <w:r w:rsidRPr="00F40526">
        <w:rPr>
          <w:rFonts w:ascii="Sakkal Majalla" w:hAnsi="Sakkal Majalla" w:cs="Sakkal Majalla"/>
          <w:bCs/>
          <w:sz w:val="24"/>
          <w:szCs w:val="24"/>
          <w:rtl/>
        </w:rPr>
        <w:t>بليله</w:t>
      </w:r>
      <w:proofErr w:type="spellStart"/>
      <w:r w:rsidRPr="00F40526">
        <w:rPr>
          <w:rFonts w:ascii="Sakkal Majalla" w:hAnsi="Sakkal Majalla" w:cs="Sakkal Majalla"/>
          <w:b/>
          <w:sz w:val="24"/>
          <w:szCs w:val="24"/>
        </w:rPr>
        <w:t>سلوى</w:t>
      </w:r>
      <w:proofErr w:type="spellEnd"/>
      <w:r w:rsidRPr="00F40526">
        <w:rPr>
          <w:rFonts w:ascii="Sakkal Majalla" w:hAnsi="Sakkal Majalla" w:cs="Sakkal Majalla"/>
          <w:b/>
          <w:sz w:val="24"/>
          <w:szCs w:val="24"/>
        </w:rPr>
        <w:t xml:space="preserve"> </w:t>
      </w:r>
      <w:proofErr w:type="spellStart"/>
      <w:r w:rsidRPr="00F40526">
        <w:rPr>
          <w:rFonts w:ascii="Sakkal Majalla" w:hAnsi="Sakkal Majalla" w:cs="Sakkal Majalla"/>
          <w:b/>
          <w:sz w:val="24"/>
          <w:szCs w:val="24"/>
        </w:rPr>
        <w:t>وليد</w:t>
      </w:r>
      <w:proofErr w:type="spellEnd"/>
      <w:r w:rsidRPr="00F40526">
        <w:rPr>
          <w:rFonts w:ascii="Sakkal Majalla" w:hAnsi="Sakkal Majalla" w:cs="Sakkal Majalla"/>
          <w:b/>
          <w:sz w:val="24"/>
          <w:szCs w:val="24"/>
        </w:rPr>
        <w:t xml:space="preserve"> </w:t>
      </w:r>
      <w:proofErr w:type="spellStart"/>
      <w:r w:rsidRPr="00F40526">
        <w:rPr>
          <w:rFonts w:ascii="Sakkal Majalla" w:hAnsi="Sakkal Majalla" w:cs="Sakkal Majalla"/>
          <w:b/>
          <w:sz w:val="24"/>
          <w:szCs w:val="24"/>
        </w:rPr>
        <w:t>محمد</w:t>
      </w:r>
      <w:proofErr w:type="spellEnd"/>
      <w:r w:rsidRPr="00F40526">
        <w:rPr>
          <w:rFonts w:ascii="Sakkal Majalla" w:hAnsi="Sakkal Majalla" w:cs="Sakkal Majalla"/>
          <w:b/>
          <w:sz w:val="24"/>
          <w:szCs w:val="24"/>
        </w:rPr>
        <w:t xml:space="preserve"> </w:t>
      </w:r>
      <w:r w:rsidRPr="00F40526">
        <w:rPr>
          <w:rFonts w:ascii="Sakkal Majalla" w:hAnsi="Sakkal Majalla" w:cs="Sakkal Majalla"/>
          <w:b/>
          <w:sz w:val="24"/>
          <w:szCs w:val="24"/>
        </w:rPr>
        <w:t xml:space="preserve"> </w:t>
      </w:r>
      <w:r w:rsidR="00F40526" w:rsidRPr="00F40526">
        <w:rPr>
          <w:rFonts w:ascii="Sakkal Majalla" w:hAnsi="Sakkal Majalla" w:cs="Sakkal Majalla"/>
          <w:b/>
          <w:sz w:val="24"/>
          <w:szCs w:val="24"/>
        </w:rPr>
        <w:t xml:space="preserve"> </w:t>
      </w:r>
    </w:p>
    <w:p w14:paraId="5BE7FD64" w14:textId="77777777" w:rsidR="00F40526" w:rsidRPr="00F40526" w:rsidRDefault="00F40526" w:rsidP="003E4007">
      <w:pPr>
        <w:jc w:val="center"/>
        <w:rPr>
          <w:rFonts w:ascii="Sakkal Majalla" w:hAnsi="Sakkal Majalla" w:cs="Sakkal Majalla"/>
          <w:sz w:val="24"/>
          <w:szCs w:val="24"/>
        </w:rPr>
      </w:pPr>
    </w:p>
    <w:p w14:paraId="225093DD" w14:textId="77777777" w:rsidR="003E4007" w:rsidRPr="004517BD" w:rsidRDefault="003E4007" w:rsidP="003E4007">
      <w:pPr>
        <w:jc w:val="center"/>
        <w:rPr>
          <w:rFonts w:ascii="Sakkal Majalla" w:hAnsi="Sakkal Majalla" w:cs="Sakkal Majalla"/>
          <w:b/>
          <w:bCs/>
          <w:sz w:val="28"/>
          <w:szCs w:val="28"/>
        </w:rPr>
      </w:pPr>
      <w:r>
        <w:rPr>
          <w:rFonts w:ascii="Sakkal Majalla" w:hAnsi="Sakkal Majalla" w:cs="Sakkal Majalla"/>
          <w:b/>
          <w:bCs/>
          <w:sz w:val="28"/>
          <w:szCs w:val="28"/>
        </w:rPr>
        <w:t>:</w:t>
      </w:r>
      <w:proofErr w:type="spellStart"/>
      <w:r w:rsidRPr="004517BD">
        <w:rPr>
          <w:rFonts w:ascii="Sakkal Majalla" w:hAnsi="Sakkal Majalla" w:cs="Sakkal Majalla"/>
          <w:b/>
          <w:bCs/>
          <w:sz w:val="28"/>
          <w:szCs w:val="28"/>
        </w:rPr>
        <w:t>إشراف</w:t>
      </w:r>
      <w:proofErr w:type="spellEnd"/>
    </w:p>
    <w:p w14:paraId="084544E7" w14:textId="77777777" w:rsidR="003E4007" w:rsidRPr="00F40526" w:rsidRDefault="003E4007" w:rsidP="003E4007">
      <w:pPr>
        <w:jc w:val="center"/>
        <w:rPr>
          <w:rFonts w:ascii="Sakkal Majalla" w:hAnsi="Sakkal Majalla" w:cs="Sakkal Majalla"/>
          <w:b/>
          <w:sz w:val="24"/>
          <w:szCs w:val="24"/>
        </w:rPr>
      </w:pPr>
      <w:r w:rsidRPr="00F40526">
        <w:rPr>
          <w:rFonts w:ascii="Sakkal Majalla" w:hAnsi="Sakkal Majalla" w:cs="Sakkal Majalla"/>
          <w:b/>
          <w:sz w:val="24"/>
          <w:szCs w:val="24"/>
        </w:rPr>
        <w:t xml:space="preserve">د. </w:t>
      </w:r>
      <w:proofErr w:type="spellStart"/>
      <w:r w:rsidRPr="00F40526">
        <w:rPr>
          <w:rFonts w:ascii="Sakkal Majalla" w:hAnsi="Sakkal Majalla" w:cs="Sakkal Majalla"/>
          <w:b/>
          <w:sz w:val="24"/>
          <w:szCs w:val="24"/>
        </w:rPr>
        <w:t>الفيصل</w:t>
      </w:r>
      <w:proofErr w:type="spellEnd"/>
      <w:r w:rsidRPr="00F40526">
        <w:rPr>
          <w:rFonts w:ascii="Sakkal Majalla" w:hAnsi="Sakkal Majalla" w:cs="Sakkal Majalla"/>
          <w:b/>
          <w:sz w:val="24"/>
          <w:szCs w:val="24"/>
        </w:rPr>
        <w:t xml:space="preserve"> </w:t>
      </w:r>
      <w:proofErr w:type="spellStart"/>
      <w:r w:rsidRPr="00F40526">
        <w:rPr>
          <w:rFonts w:ascii="Sakkal Majalla" w:hAnsi="Sakkal Majalla" w:cs="Sakkal Majalla"/>
          <w:b/>
          <w:sz w:val="24"/>
          <w:szCs w:val="24"/>
        </w:rPr>
        <w:t>عبد</w:t>
      </w:r>
      <w:proofErr w:type="spellEnd"/>
      <w:r w:rsidRPr="00F40526">
        <w:rPr>
          <w:rFonts w:ascii="Sakkal Majalla" w:hAnsi="Sakkal Majalla" w:cs="Sakkal Majalla"/>
          <w:b/>
          <w:sz w:val="24"/>
          <w:szCs w:val="24"/>
        </w:rPr>
        <w:t xml:space="preserve"> </w:t>
      </w:r>
      <w:proofErr w:type="spellStart"/>
      <w:r w:rsidRPr="00F40526">
        <w:rPr>
          <w:rFonts w:ascii="Sakkal Majalla" w:hAnsi="Sakkal Majalla" w:cs="Sakkal Majalla"/>
          <w:b/>
          <w:sz w:val="24"/>
          <w:szCs w:val="24"/>
        </w:rPr>
        <w:t>الحميد</w:t>
      </w:r>
      <w:proofErr w:type="spellEnd"/>
    </w:p>
    <w:p w14:paraId="64710D8F" w14:textId="77777777" w:rsidR="003E4007" w:rsidRPr="00F40526" w:rsidRDefault="003E4007" w:rsidP="003E4007">
      <w:pPr>
        <w:jc w:val="center"/>
        <w:rPr>
          <w:rFonts w:ascii="Sakkal Majalla" w:hAnsi="Sakkal Majalla" w:cs="Sakkal Majalla"/>
          <w:b/>
          <w:sz w:val="24"/>
          <w:szCs w:val="24"/>
        </w:rPr>
      </w:pPr>
      <w:r w:rsidRPr="00F40526">
        <w:rPr>
          <w:rFonts w:ascii="Sakkal Majalla" w:hAnsi="Sakkal Majalla" w:cs="Sakkal Majalla"/>
          <w:b/>
          <w:sz w:val="24"/>
          <w:szCs w:val="24"/>
        </w:rPr>
        <w:t xml:space="preserve">د. </w:t>
      </w:r>
      <w:proofErr w:type="spellStart"/>
      <w:r w:rsidRPr="00F40526">
        <w:rPr>
          <w:rFonts w:ascii="Sakkal Majalla" w:hAnsi="Sakkal Majalla" w:cs="Sakkal Majalla"/>
          <w:b/>
          <w:sz w:val="24"/>
          <w:szCs w:val="24"/>
        </w:rPr>
        <w:t>فايز</w:t>
      </w:r>
      <w:proofErr w:type="spellEnd"/>
      <w:r w:rsidRPr="00F40526">
        <w:rPr>
          <w:rFonts w:ascii="Sakkal Majalla" w:hAnsi="Sakkal Majalla" w:cs="Sakkal Majalla"/>
          <w:b/>
          <w:sz w:val="24"/>
          <w:szCs w:val="24"/>
        </w:rPr>
        <w:t xml:space="preserve"> </w:t>
      </w:r>
      <w:proofErr w:type="spellStart"/>
      <w:r w:rsidRPr="00F40526">
        <w:rPr>
          <w:rFonts w:ascii="Sakkal Majalla" w:hAnsi="Sakkal Majalla" w:cs="Sakkal Majalla"/>
          <w:b/>
          <w:sz w:val="24"/>
          <w:szCs w:val="24"/>
        </w:rPr>
        <w:t>جراد</w:t>
      </w:r>
      <w:proofErr w:type="spellEnd"/>
    </w:p>
    <w:p w14:paraId="60221744" w14:textId="77777777" w:rsidR="003E4007" w:rsidRPr="004517BD" w:rsidRDefault="003E4007" w:rsidP="003E4007">
      <w:pPr>
        <w:jc w:val="center"/>
        <w:rPr>
          <w:rFonts w:ascii="Sakkal Majalla" w:hAnsi="Sakkal Majalla" w:cs="Sakkal Majalla"/>
          <w:sz w:val="28"/>
          <w:szCs w:val="28"/>
        </w:rPr>
      </w:pPr>
    </w:p>
    <w:p w14:paraId="16E37042" w14:textId="77777777" w:rsidR="003E4007" w:rsidRPr="004517BD" w:rsidRDefault="003E4007" w:rsidP="003E4007">
      <w:pPr>
        <w:jc w:val="center"/>
        <w:rPr>
          <w:rFonts w:ascii="Sakkal Majalla" w:hAnsi="Sakkal Majalla" w:cs="Sakkal Majalla"/>
          <w:sz w:val="28"/>
          <w:szCs w:val="28"/>
        </w:rPr>
      </w:pPr>
      <w:r>
        <w:rPr>
          <w:rFonts w:ascii="Sakkal Majalla" w:hAnsi="Sakkal Majalla" w:cs="Sakkal Majalla"/>
          <w:sz w:val="28"/>
          <w:szCs w:val="28"/>
        </w:rPr>
        <w:t>:</w:t>
      </w:r>
      <w:proofErr w:type="spellStart"/>
      <w:r w:rsidRPr="004517BD">
        <w:rPr>
          <w:rFonts w:ascii="Sakkal Majalla" w:hAnsi="Sakkal Majalla" w:cs="Sakkal Majalla"/>
          <w:sz w:val="28"/>
          <w:szCs w:val="28"/>
        </w:rPr>
        <w:t>العام</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الدراسي</w:t>
      </w:r>
      <w:proofErr w:type="spellEnd"/>
    </w:p>
    <w:p w14:paraId="6192FCE0" w14:textId="0E4A1703" w:rsidR="003E4007" w:rsidRDefault="003E4007" w:rsidP="003E4007">
      <w:pPr>
        <w:jc w:val="center"/>
      </w:pPr>
      <w:r>
        <w:rPr>
          <w:b/>
        </w:rPr>
        <w:br/>
      </w:r>
      <w:r w:rsidRPr="003E4007">
        <w:rPr>
          <w:rFonts w:ascii="Sakkal Majalla" w:hAnsi="Sakkal Majalla" w:cs="Sakkal Majalla"/>
          <w:sz w:val="28"/>
          <w:szCs w:val="28"/>
        </w:rPr>
        <w:t xml:space="preserve">  </w:t>
      </w:r>
      <w:r w:rsidRPr="003E4007">
        <w:rPr>
          <w:rFonts w:ascii="Sakkal Majalla" w:hAnsi="Sakkal Majalla" w:cs="Sakkal Majalla"/>
          <w:sz w:val="28"/>
          <w:szCs w:val="28"/>
        </w:rPr>
        <w:t>2025-2026</w:t>
      </w:r>
    </w:p>
    <w:p w14:paraId="774D3130" w14:textId="77777777" w:rsidR="003E4007" w:rsidRDefault="003E4007" w:rsidP="003256B9">
      <w:pPr>
        <w:jc w:val="right"/>
        <w:rPr>
          <w:b/>
        </w:rPr>
      </w:pPr>
    </w:p>
    <w:p w14:paraId="569DC613" w14:textId="7DC4AD53" w:rsidR="003E4007" w:rsidRDefault="003E4007" w:rsidP="003256B9">
      <w:pPr>
        <w:jc w:val="right"/>
        <w:rPr>
          <w:b/>
          <w:rtl/>
        </w:rPr>
      </w:pPr>
    </w:p>
    <w:p w14:paraId="7D3A54F7" w14:textId="77777777" w:rsidR="003E4007" w:rsidRDefault="003E4007" w:rsidP="003256B9">
      <w:pPr>
        <w:jc w:val="right"/>
        <w:rPr>
          <w:rFonts w:hint="cs"/>
          <w:b/>
          <w:rtl/>
        </w:rPr>
      </w:pPr>
    </w:p>
    <w:p w14:paraId="6EBFE477" w14:textId="77777777" w:rsidR="00B76154" w:rsidRDefault="00B76154" w:rsidP="00066A01">
      <w:pPr>
        <w:jc w:val="center"/>
      </w:pPr>
    </w:p>
    <w:p w14:paraId="42747586" w14:textId="77777777" w:rsidR="00B76154" w:rsidRDefault="00B76154" w:rsidP="00066A01">
      <w:pPr>
        <w:jc w:val="center"/>
      </w:pPr>
    </w:p>
    <w:p w14:paraId="5BB03AFC" w14:textId="52AC98F3" w:rsidR="00066A01" w:rsidRPr="004517BD" w:rsidRDefault="00066A01" w:rsidP="00066A01">
      <w:pPr>
        <w:jc w:val="center"/>
        <w:rPr>
          <w:rFonts w:ascii="Sakkal Majalla" w:hAnsi="Sakkal Majalla" w:cs="Sakkal Majalla"/>
          <w:b/>
          <w:bCs/>
          <w:sz w:val="28"/>
          <w:szCs w:val="28"/>
        </w:rPr>
      </w:pPr>
      <w:proofErr w:type="spellStart"/>
      <w:r w:rsidRPr="004517BD">
        <w:rPr>
          <w:rFonts w:ascii="Sakkal Majalla" w:hAnsi="Sakkal Majalla" w:cs="Sakkal Majalla"/>
          <w:b/>
          <w:bCs/>
          <w:sz w:val="28"/>
          <w:szCs w:val="28"/>
        </w:rPr>
        <w:t>فهرس</w:t>
      </w:r>
      <w:proofErr w:type="spellEnd"/>
      <w:r w:rsidRPr="004517BD">
        <w:rPr>
          <w:rFonts w:ascii="Sakkal Majalla" w:hAnsi="Sakkal Majalla" w:cs="Sakkal Majalla"/>
          <w:b/>
          <w:bCs/>
          <w:sz w:val="28"/>
          <w:szCs w:val="28"/>
        </w:rPr>
        <w:t xml:space="preserve"> </w:t>
      </w:r>
      <w:proofErr w:type="spellStart"/>
      <w:r w:rsidRPr="004517BD">
        <w:rPr>
          <w:rFonts w:ascii="Sakkal Majalla" w:hAnsi="Sakkal Majalla" w:cs="Sakkal Majalla"/>
          <w:b/>
          <w:bCs/>
          <w:sz w:val="28"/>
          <w:szCs w:val="28"/>
        </w:rPr>
        <w:t>المحتويات</w:t>
      </w:r>
      <w:proofErr w:type="spellEnd"/>
    </w:p>
    <w:p w14:paraId="12D3C32C"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مقدمة</w:t>
      </w:r>
      <w:proofErr w:type="spellEnd"/>
      <w:r w:rsidRPr="004517BD">
        <w:rPr>
          <w:rFonts w:ascii="Sakkal Majalla" w:hAnsi="Sakkal Majalla" w:cs="Sakkal Majalla"/>
          <w:sz w:val="28"/>
          <w:szCs w:val="28"/>
        </w:rPr>
        <w:t xml:space="preserve"> ........................................ 3</w:t>
      </w:r>
    </w:p>
    <w:p w14:paraId="60F3187E"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مشكلة</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الدراسة</w:t>
      </w:r>
      <w:proofErr w:type="spellEnd"/>
      <w:r w:rsidRPr="004517BD">
        <w:rPr>
          <w:rFonts w:ascii="Sakkal Majalla" w:hAnsi="Sakkal Majalla" w:cs="Sakkal Majalla"/>
          <w:sz w:val="28"/>
          <w:szCs w:val="28"/>
        </w:rPr>
        <w:t xml:space="preserve"> ........................................ 4</w:t>
      </w:r>
    </w:p>
    <w:p w14:paraId="68FF8BBD"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أهمية</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الدراسة</w:t>
      </w:r>
      <w:proofErr w:type="spellEnd"/>
      <w:r w:rsidRPr="004517BD">
        <w:rPr>
          <w:rFonts w:ascii="Sakkal Majalla" w:hAnsi="Sakkal Majalla" w:cs="Sakkal Majalla"/>
          <w:sz w:val="28"/>
          <w:szCs w:val="28"/>
        </w:rPr>
        <w:t xml:space="preserve"> ........................................ 5</w:t>
      </w:r>
    </w:p>
    <w:p w14:paraId="2EA0B611"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أهداف</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الدراسة</w:t>
      </w:r>
      <w:proofErr w:type="spellEnd"/>
      <w:r w:rsidRPr="004517BD">
        <w:rPr>
          <w:rFonts w:ascii="Sakkal Majalla" w:hAnsi="Sakkal Majalla" w:cs="Sakkal Majalla"/>
          <w:sz w:val="28"/>
          <w:szCs w:val="28"/>
        </w:rPr>
        <w:t xml:space="preserve"> ........................................ 6</w:t>
      </w:r>
    </w:p>
    <w:p w14:paraId="66756CEF"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تساؤلات</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الدراسة</w:t>
      </w:r>
      <w:proofErr w:type="spellEnd"/>
      <w:r w:rsidRPr="004517BD">
        <w:rPr>
          <w:rFonts w:ascii="Sakkal Majalla" w:hAnsi="Sakkal Majalla" w:cs="Sakkal Majalla"/>
          <w:sz w:val="28"/>
          <w:szCs w:val="28"/>
        </w:rPr>
        <w:t xml:space="preserve"> ........................................ 7</w:t>
      </w:r>
    </w:p>
    <w:p w14:paraId="41E106F5"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فروض</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الدراسة</w:t>
      </w:r>
      <w:proofErr w:type="spellEnd"/>
      <w:r w:rsidRPr="004517BD">
        <w:rPr>
          <w:rFonts w:ascii="Sakkal Majalla" w:hAnsi="Sakkal Majalla" w:cs="Sakkal Majalla"/>
          <w:sz w:val="28"/>
          <w:szCs w:val="28"/>
        </w:rPr>
        <w:t xml:space="preserve"> ........................................ 8</w:t>
      </w:r>
    </w:p>
    <w:p w14:paraId="70D4C1B0"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الدراسات</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السابقة</w:t>
      </w:r>
      <w:proofErr w:type="spellEnd"/>
      <w:r w:rsidRPr="004517BD">
        <w:rPr>
          <w:rFonts w:ascii="Sakkal Majalla" w:hAnsi="Sakkal Majalla" w:cs="Sakkal Majalla"/>
          <w:sz w:val="28"/>
          <w:szCs w:val="28"/>
        </w:rPr>
        <w:t xml:space="preserve"> ........................................ 9</w:t>
      </w:r>
    </w:p>
    <w:p w14:paraId="2D17713A"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الفجوة</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البحثية</w:t>
      </w:r>
      <w:proofErr w:type="spellEnd"/>
      <w:r w:rsidRPr="004517BD">
        <w:rPr>
          <w:rFonts w:ascii="Sakkal Majalla" w:hAnsi="Sakkal Majalla" w:cs="Sakkal Majalla"/>
          <w:sz w:val="28"/>
          <w:szCs w:val="28"/>
        </w:rPr>
        <w:t xml:space="preserve"> ........................................ 10</w:t>
      </w:r>
    </w:p>
    <w:p w14:paraId="775F944F"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المنطلقات</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النظرية</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للدراسة</w:t>
      </w:r>
      <w:proofErr w:type="spellEnd"/>
      <w:r w:rsidRPr="004517BD">
        <w:rPr>
          <w:rFonts w:ascii="Sakkal Majalla" w:hAnsi="Sakkal Majalla" w:cs="Sakkal Majalla"/>
          <w:sz w:val="28"/>
          <w:szCs w:val="28"/>
        </w:rPr>
        <w:t xml:space="preserve"> ........................................ 11</w:t>
      </w:r>
    </w:p>
    <w:p w14:paraId="28C99D87"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المنهجية</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وطرق</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البحث</w:t>
      </w:r>
      <w:proofErr w:type="spellEnd"/>
      <w:r w:rsidRPr="004517BD">
        <w:rPr>
          <w:rFonts w:ascii="Sakkal Majalla" w:hAnsi="Sakkal Majalla" w:cs="Sakkal Majalla"/>
          <w:sz w:val="28"/>
          <w:szCs w:val="28"/>
        </w:rPr>
        <w:t xml:space="preserve"> ........................................ 12</w:t>
      </w:r>
    </w:p>
    <w:p w14:paraId="59ACFD36"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مجتمع</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وعينة</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الدراسة</w:t>
      </w:r>
      <w:proofErr w:type="spellEnd"/>
      <w:r w:rsidRPr="004517BD">
        <w:rPr>
          <w:rFonts w:ascii="Sakkal Majalla" w:hAnsi="Sakkal Majalla" w:cs="Sakkal Majalla"/>
          <w:sz w:val="28"/>
          <w:szCs w:val="28"/>
        </w:rPr>
        <w:t xml:space="preserve"> ........................................ 13</w:t>
      </w:r>
    </w:p>
    <w:p w14:paraId="5C7AF128"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أداة</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الدراسة</w:t>
      </w:r>
      <w:proofErr w:type="spellEnd"/>
      <w:r w:rsidRPr="004517BD">
        <w:rPr>
          <w:rFonts w:ascii="Sakkal Majalla" w:hAnsi="Sakkal Majalla" w:cs="Sakkal Majalla"/>
          <w:sz w:val="28"/>
          <w:szCs w:val="28"/>
        </w:rPr>
        <w:t xml:space="preserve"> ........................................ 14</w:t>
      </w:r>
    </w:p>
    <w:p w14:paraId="738284FD"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أساليب</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التحليل</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الإحصائي</w:t>
      </w:r>
      <w:proofErr w:type="spellEnd"/>
      <w:r w:rsidRPr="004517BD">
        <w:rPr>
          <w:rFonts w:ascii="Sakkal Majalla" w:hAnsi="Sakkal Majalla" w:cs="Sakkal Majalla"/>
          <w:sz w:val="28"/>
          <w:szCs w:val="28"/>
        </w:rPr>
        <w:t xml:space="preserve"> ........................................ 15</w:t>
      </w:r>
    </w:p>
    <w:p w14:paraId="7134C89B"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حدود</w:t>
      </w:r>
      <w:proofErr w:type="spellEnd"/>
      <w:r w:rsidRPr="004517BD">
        <w:rPr>
          <w:rFonts w:ascii="Sakkal Majalla" w:hAnsi="Sakkal Majalla" w:cs="Sakkal Majalla"/>
          <w:sz w:val="28"/>
          <w:szCs w:val="28"/>
        </w:rPr>
        <w:t xml:space="preserve"> </w:t>
      </w:r>
      <w:proofErr w:type="spellStart"/>
      <w:r w:rsidRPr="004517BD">
        <w:rPr>
          <w:rFonts w:ascii="Sakkal Majalla" w:hAnsi="Sakkal Majalla" w:cs="Sakkal Majalla"/>
          <w:sz w:val="28"/>
          <w:szCs w:val="28"/>
        </w:rPr>
        <w:t>الدراسة</w:t>
      </w:r>
      <w:proofErr w:type="spellEnd"/>
      <w:r w:rsidRPr="004517BD">
        <w:rPr>
          <w:rFonts w:ascii="Sakkal Majalla" w:hAnsi="Sakkal Majalla" w:cs="Sakkal Majalla"/>
          <w:sz w:val="28"/>
          <w:szCs w:val="28"/>
        </w:rPr>
        <w:t xml:space="preserve"> ........................................ 16</w:t>
      </w:r>
    </w:p>
    <w:p w14:paraId="1100D554" w14:textId="77777777" w:rsidR="00066A01" w:rsidRPr="004517BD" w:rsidRDefault="00066A01" w:rsidP="00066A01">
      <w:pPr>
        <w:jc w:val="right"/>
        <w:rPr>
          <w:rFonts w:ascii="Sakkal Majalla" w:hAnsi="Sakkal Majalla" w:cs="Sakkal Majalla"/>
          <w:sz w:val="28"/>
          <w:szCs w:val="28"/>
        </w:rPr>
      </w:pPr>
      <w:proofErr w:type="spellStart"/>
      <w:r w:rsidRPr="004517BD">
        <w:rPr>
          <w:rFonts w:ascii="Sakkal Majalla" w:hAnsi="Sakkal Majalla" w:cs="Sakkal Majalla"/>
          <w:sz w:val="28"/>
          <w:szCs w:val="28"/>
        </w:rPr>
        <w:t>المراجع</w:t>
      </w:r>
      <w:proofErr w:type="spellEnd"/>
      <w:r w:rsidRPr="004517BD">
        <w:rPr>
          <w:rFonts w:ascii="Sakkal Majalla" w:hAnsi="Sakkal Majalla" w:cs="Sakkal Majalla"/>
          <w:sz w:val="28"/>
          <w:szCs w:val="28"/>
        </w:rPr>
        <w:t xml:space="preserve"> ........................................ 17</w:t>
      </w:r>
    </w:p>
    <w:p w14:paraId="6804A419" w14:textId="77777777" w:rsidR="00066A01" w:rsidRDefault="00066A01" w:rsidP="00066A01">
      <w:pPr>
        <w:jc w:val="right"/>
        <w:rPr>
          <w:rFonts w:ascii="Sakkal Majalla" w:hAnsi="Sakkal Majalla" w:cs="Sakkal Majalla"/>
          <w:sz w:val="28"/>
          <w:szCs w:val="28"/>
        </w:rPr>
      </w:pPr>
    </w:p>
    <w:p w14:paraId="0A5BEBFB" w14:textId="77777777" w:rsidR="00066A01" w:rsidRDefault="00066A01">
      <w:pPr>
        <w:jc w:val="right"/>
      </w:pPr>
    </w:p>
    <w:p w14:paraId="46CCC584" w14:textId="77777777" w:rsidR="00066A01" w:rsidRDefault="00066A01">
      <w:pPr>
        <w:jc w:val="right"/>
      </w:pPr>
    </w:p>
    <w:p w14:paraId="0E0F1CD1" w14:textId="77777777" w:rsidR="00066A01" w:rsidRDefault="00066A01">
      <w:pPr>
        <w:jc w:val="right"/>
      </w:pPr>
    </w:p>
    <w:p w14:paraId="03D9F59D" w14:textId="77777777" w:rsidR="00066A01" w:rsidRDefault="00066A01" w:rsidP="00473F17"/>
    <w:p w14:paraId="1E487CC7" w14:textId="271FA3C1" w:rsidR="00ED6B16" w:rsidRDefault="007F7218">
      <w:pPr>
        <w:jc w:val="right"/>
      </w:pPr>
      <w:proofErr w:type="spellStart"/>
      <w:r>
        <w:rPr>
          <w:b/>
          <w:sz w:val="32"/>
        </w:rPr>
        <w:t>المقدمة</w:t>
      </w:r>
      <w:proofErr w:type="spellEnd"/>
    </w:p>
    <w:p w14:paraId="5DE7A4CD" w14:textId="40952CC7" w:rsidR="00ED6B16" w:rsidRDefault="007F7218" w:rsidP="003256B9">
      <w:pPr>
        <w:spacing w:line="360" w:lineRule="auto"/>
        <w:jc w:val="right"/>
      </w:pPr>
      <w:r w:rsidRPr="00473F17">
        <w:rPr>
          <w:rFonts w:ascii="Sakkal Majalla" w:hAnsi="Sakkal Majalla" w:cs="Sakkal Majalla"/>
          <w:sz w:val="28"/>
          <w:szCs w:val="28"/>
        </w:rPr>
        <w:t>شهد</w:t>
      </w:r>
      <w:r w:rsidRPr="00473F17">
        <w:rPr>
          <w:rFonts w:ascii="Sakkal Majalla" w:hAnsi="Sakkal Majalla" w:cs="Sakkal Majalla"/>
          <w:sz w:val="28"/>
          <w:szCs w:val="28"/>
        </w:rPr>
        <w:t xml:space="preserve"> </w:t>
      </w:r>
      <w:r w:rsidRPr="00473F17">
        <w:rPr>
          <w:rFonts w:ascii="Sakkal Majalla" w:hAnsi="Sakkal Majalla" w:cs="Sakkal Majalla"/>
          <w:sz w:val="28"/>
          <w:szCs w:val="28"/>
        </w:rPr>
        <w:t>العالم</w:t>
      </w:r>
      <w:r w:rsidRPr="00473F17">
        <w:rPr>
          <w:rFonts w:ascii="Sakkal Majalla" w:hAnsi="Sakkal Majalla" w:cs="Sakkal Majalla"/>
          <w:sz w:val="28"/>
          <w:szCs w:val="28"/>
        </w:rPr>
        <w:t xml:space="preserve"> </w:t>
      </w:r>
      <w:r w:rsidRPr="00473F17">
        <w:rPr>
          <w:rFonts w:ascii="Sakkal Majalla" w:hAnsi="Sakkal Majalla" w:cs="Sakkal Majalla"/>
          <w:sz w:val="28"/>
          <w:szCs w:val="28"/>
        </w:rPr>
        <w:t>خلال</w:t>
      </w:r>
      <w:r w:rsidRPr="00473F17">
        <w:rPr>
          <w:rFonts w:ascii="Sakkal Majalla" w:hAnsi="Sakkal Majalla" w:cs="Sakkal Majalla"/>
          <w:sz w:val="28"/>
          <w:szCs w:val="28"/>
        </w:rPr>
        <w:t xml:space="preserve"> </w:t>
      </w:r>
      <w:r w:rsidRPr="00473F17">
        <w:rPr>
          <w:rFonts w:ascii="Sakkal Majalla" w:hAnsi="Sakkal Majalla" w:cs="Sakkal Majalla"/>
          <w:sz w:val="28"/>
          <w:szCs w:val="28"/>
        </w:rPr>
        <w:t>العقود</w:t>
      </w:r>
      <w:r w:rsidRPr="00473F17">
        <w:rPr>
          <w:rFonts w:ascii="Sakkal Majalla" w:hAnsi="Sakkal Majalla" w:cs="Sakkal Majalla"/>
          <w:sz w:val="28"/>
          <w:szCs w:val="28"/>
        </w:rPr>
        <w:t xml:space="preserve"> </w:t>
      </w:r>
      <w:r w:rsidRPr="00473F17">
        <w:rPr>
          <w:rFonts w:ascii="Sakkal Majalla" w:hAnsi="Sakkal Majalla" w:cs="Sakkal Majalla"/>
          <w:sz w:val="28"/>
          <w:szCs w:val="28"/>
        </w:rPr>
        <w:t>الأخيرة</w:t>
      </w:r>
      <w:r w:rsidRPr="00473F17">
        <w:rPr>
          <w:rFonts w:ascii="Sakkal Majalla" w:hAnsi="Sakkal Majalla" w:cs="Sakkal Majalla"/>
          <w:sz w:val="28"/>
          <w:szCs w:val="28"/>
        </w:rPr>
        <w:t xml:space="preserve"> </w:t>
      </w:r>
      <w:r w:rsidRPr="00473F17">
        <w:rPr>
          <w:rFonts w:ascii="Sakkal Majalla" w:hAnsi="Sakkal Majalla" w:cs="Sakkal Majalla"/>
          <w:sz w:val="28"/>
          <w:szCs w:val="28"/>
        </w:rPr>
        <w:t>اهتماماً</w:t>
      </w:r>
      <w:r w:rsidRPr="00473F17">
        <w:rPr>
          <w:rFonts w:ascii="Sakkal Majalla" w:hAnsi="Sakkal Majalla" w:cs="Sakkal Majalla"/>
          <w:sz w:val="28"/>
          <w:szCs w:val="28"/>
        </w:rPr>
        <w:t xml:space="preserve"> </w:t>
      </w:r>
      <w:r w:rsidRPr="00473F17">
        <w:rPr>
          <w:rFonts w:ascii="Sakkal Majalla" w:hAnsi="Sakkal Majalla" w:cs="Sakkal Majalla"/>
          <w:sz w:val="28"/>
          <w:szCs w:val="28"/>
        </w:rPr>
        <w:t>متزايداً</w:t>
      </w:r>
      <w:r w:rsidRPr="00473F17">
        <w:rPr>
          <w:rFonts w:ascii="Sakkal Majalla" w:hAnsi="Sakkal Majalla" w:cs="Sakkal Majalla"/>
          <w:sz w:val="28"/>
          <w:szCs w:val="28"/>
        </w:rPr>
        <w:t xml:space="preserve"> </w:t>
      </w:r>
      <w:r w:rsidRPr="00473F17">
        <w:rPr>
          <w:rFonts w:ascii="Sakkal Majalla" w:hAnsi="Sakkal Majalla" w:cs="Sakkal Majalla"/>
          <w:sz w:val="28"/>
          <w:szCs w:val="28"/>
        </w:rPr>
        <w:t>بمفاهيم</w:t>
      </w:r>
      <w:r w:rsidRPr="00473F17">
        <w:rPr>
          <w:rFonts w:ascii="Sakkal Majalla" w:hAnsi="Sakkal Majalla" w:cs="Sakkal Majalla"/>
          <w:sz w:val="28"/>
          <w:szCs w:val="28"/>
        </w:rPr>
        <w:t xml:space="preserve"> </w:t>
      </w:r>
      <w:r w:rsidRPr="00473F17">
        <w:rPr>
          <w:rFonts w:ascii="Sakkal Majalla" w:hAnsi="Sakkal Majalla" w:cs="Sakkal Majalla"/>
          <w:sz w:val="28"/>
          <w:szCs w:val="28"/>
        </w:rPr>
        <w:t>الاستدامة</w:t>
      </w:r>
      <w:r w:rsidRPr="00473F17">
        <w:rPr>
          <w:rFonts w:ascii="Sakkal Majalla" w:hAnsi="Sakkal Majalla" w:cs="Sakkal Majalla"/>
          <w:sz w:val="28"/>
          <w:szCs w:val="28"/>
        </w:rPr>
        <w:t xml:space="preserve"> </w:t>
      </w:r>
      <w:r w:rsidRPr="00473F17">
        <w:rPr>
          <w:rFonts w:ascii="Sakkal Majalla" w:hAnsi="Sakkal Majalla" w:cs="Sakkal Majalla"/>
          <w:sz w:val="28"/>
          <w:szCs w:val="28"/>
        </w:rPr>
        <w:t>نتيجة</w:t>
      </w:r>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التحديات</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البيئية</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والاقتصادية</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والاجتماعية</w:t>
      </w:r>
      <w:proofErr w:type="spellEnd"/>
      <w:r w:rsid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وأصبح</w:t>
      </w:r>
      <w:proofErr w:type="spellEnd"/>
      <w:r>
        <w:t xml:space="preserve"> </w:t>
      </w:r>
      <w:proofErr w:type="spellStart"/>
      <w:r w:rsidRPr="00473F17">
        <w:rPr>
          <w:rFonts w:ascii="Sakkal Majalla" w:hAnsi="Sakkal Majalla" w:cs="Sakkal Majalla"/>
          <w:sz w:val="28"/>
          <w:szCs w:val="28"/>
        </w:rPr>
        <w:t>التسويق</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المستدام</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من</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أبرز</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الاتجاهات</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الحديثة</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التي</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تسعى</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إلى</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تحقيق</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التوازن</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بين</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أهداف</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المؤسسة</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الاقتصادية</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واحتياجات</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المجتمع</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والبيئة</w:t>
      </w:r>
      <w:proofErr w:type="spellEnd"/>
      <w:r w:rsid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كما</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أن</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المست</w:t>
      </w:r>
      <w:r w:rsidRPr="00473F17">
        <w:rPr>
          <w:rFonts w:ascii="Sakkal Majalla" w:hAnsi="Sakkal Majalla" w:cs="Sakkal Majalla"/>
          <w:sz w:val="28"/>
          <w:szCs w:val="28"/>
        </w:rPr>
        <w:t>هلكين</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أصبحوا</w:t>
      </w:r>
      <w:proofErr w:type="spellEnd"/>
      <w:r w:rsidRPr="00473F17">
        <w:rPr>
          <w:rFonts w:ascii="Sakkal Majalla" w:hAnsi="Sakkal Majalla" w:cs="Sakkal Majalla"/>
          <w:sz w:val="28"/>
          <w:szCs w:val="28"/>
        </w:rPr>
        <w:t xml:space="preserve"> </w:t>
      </w:r>
      <w:r w:rsidRPr="00473F17">
        <w:rPr>
          <w:rFonts w:ascii="Sakkal Majalla" w:hAnsi="Sakkal Majalla" w:cs="Sakkal Majalla"/>
          <w:sz w:val="28"/>
          <w:szCs w:val="28"/>
        </w:rPr>
        <w:t>أكثر</w:t>
      </w:r>
      <w:r w:rsidRPr="00473F17">
        <w:rPr>
          <w:rFonts w:ascii="Sakkal Majalla" w:hAnsi="Sakkal Majalla" w:cs="Sakkal Majalla"/>
          <w:sz w:val="28"/>
          <w:szCs w:val="28"/>
        </w:rPr>
        <w:t xml:space="preserve"> </w:t>
      </w:r>
      <w:r w:rsidRPr="00473F17">
        <w:rPr>
          <w:rFonts w:ascii="Sakkal Majalla" w:hAnsi="Sakkal Majalla" w:cs="Sakkal Majalla"/>
          <w:sz w:val="28"/>
          <w:szCs w:val="28"/>
        </w:rPr>
        <w:t>وعياً</w:t>
      </w:r>
      <w:r w:rsidRPr="00473F17">
        <w:rPr>
          <w:rFonts w:ascii="Sakkal Majalla" w:hAnsi="Sakkal Majalla" w:cs="Sakkal Majalla"/>
          <w:sz w:val="28"/>
          <w:szCs w:val="28"/>
        </w:rPr>
        <w:t xml:space="preserve"> </w:t>
      </w:r>
      <w:r w:rsidRPr="00473F17">
        <w:rPr>
          <w:rFonts w:ascii="Sakkal Majalla" w:hAnsi="Sakkal Majalla" w:cs="Sakkal Majalla"/>
          <w:sz w:val="28"/>
          <w:szCs w:val="28"/>
        </w:rPr>
        <w:t>وتأثراً</w:t>
      </w:r>
      <w:r w:rsidRPr="00473F17">
        <w:rPr>
          <w:rFonts w:ascii="Sakkal Majalla" w:hAnsi="Sakkal Majalla" w:cs="Sakkal Majalla"/>
          <w:sz w:val="28"/>
          <w:szCs w:val="28"/>
        </w:rPr>
        <w:t xml:space="preserve"> </w:t>
      </w:r>
      <w:r w:rsidRPr="00473F17">
        <w:rPr>
          <w:rFonts w:ascii="Sakkal Majalla" w:hAnsi="Sakkal Majalla" w:cs="Sakkal Majalla"/>
          <w:sz w:val="28"/>
          <w:szCs w:val="28"/>
        </w:rPr>
        <w:t>بممارسات</w:t>
      </w:r>
      <w:r w:rsidRPr="00473F17">
        <w:rPr>
          <w:rFonts w:ascii="Sakkal Majalla" w:hAnsi="Sakkal Majalla" w:cs="Sakkal Majalla"/>
          <w:sz w:val="28"/>
          <w:szCs w:val="28"/>
        </w:rPr>
        <w:t xml:space="preserve"> </w:t>
      </w:r>
      <w:r w:rsidRPr="00473F17">
        <w:rPr>
          <w:rFonts w:ascii="Sakkal Majalla" w:hAnsi="Sakkal Majalla" w:cs="Sakkal Majalla"/>
          <w:sz w:val="28"/>
          <w:szCs w:val="28"/>
        </w:rPr>
        <w:t>الشركات</w:t>
      </w:r>
      <w:r w:rsidRPr="00473F17">
        <w:rPr>
          <w:rFonts w:ascii="Sakkal Majalla" w:hAnsi="Sakkal Majalla" w:cs="Sakkal Majalla"/>
          <w:sz w:val="28"/>
          <w:szCs w:val="28"/>
        </w:rPr>
        <w:t xml:space="preserve"> </w:t>
      </w:r>
      <w:r w:rsidRPr="00473F17">
        <w:rPr>
          <w:rFonts w:ascii="Sakkal Majalla" w:hAnsi="Sakkal Majalla" w:cs="Sakkal Majalla"/>
          <w:sz w:val="28"/>
          <w:szCs w:val="28"/>
        </w:rPr>
        <w:t>المتعلقة</w:t>
      </w:r>
      <w:r w:rsidRPr="00473F17">
        <w:rPr>
          <w:rFonts w:ascii="Sakkal Majalla" w:hAnsi="Sakkal Majalla" w:cs="Sakkal Majalla"/>
          <w:sz w:val="28"/>
          <w:szCs w:val="28"/>
        </w:rPr>
        <w:t xml:space="preserve"> </w:t>
      </w:r>
      <w:r w:rsidRPr="00473F17">
        <w:rPr>
          <w:rFonts w:ascii="Sakkal Majalla" w:hAnsi="Sakkal Majalla" w:cs="Sakkal Majalla"/>
          <w:sz w:val="28"/>
          <w:szCs w:val="28"/>
        </w:rPr>
        <w:t>بالاستدامة،</w:t>
      </w:r>
      <w:r w:rsidRPr="00473F17">
        <w:rPr>
          <w:rFonts w:ascii="Sakkal Majalla" w:hAnsi="Sakkal Majalla" w:cs="Sakkal Majalla"/>
          <w:sz w:val="28"/>
          <w:szCs w:val="28"/>
        </w:rPr>
        <w:t xml:space="preserve"> </w:t>
      </w:r>
      <w:r w:rsidRPr="00473F17">
        <w:rPr>
          <w:rFonts w:ascii="Sakkal Majalla" w:hAnsi="Sakkal Majalla" w:cs="Sakkal Majalla"/>
          <w:sz w:val="28"/>
          <w:szCs w:val="28"/>
        </w:rPr>
        <w:t>مما</w:t>
      </w:r>
      <w:r w:rsidRPr="00473F17">
        <w:rPr>
          <w:rFonts w:ascii="Sakkal Majalla" w:hAnsi="Sakkal Majalla" w:cs="Sakkal Majalla"/>
          <w:sz w:val="28"/>
          <w:szCs w:val="28"/>
        </w:rPr>
        <w:t xml:space="preserve"> </w:t>
      </w:r>
      <w:r w:rsidRPr="00473F17">
        <w:rPr>
          <w:rFonts w:ascii="Sakkal Majalla" w:hAnsi="Sakkal Majalla" w:cs="Sakkal Majalla"/>
          <w:sz w:val="28"/>
          <w:szCs w:val="28"/>
        </w:rPr>
        <w:t>انعكس</w:t>
      </w:r>
      <w:r w:rsidRPr="00473F17">
        <w:rPr>
          <w:rFonts w:ascii="Sakkal Majalla" w:hAnsi="Sakkal Majalla" w:cs="Sakkal Majalla"/>
          <w:sz w:val="28"/>
          <w:szCs w:val="28"/>
        </w:rPr>
        <w:t xml:space="preserve"> </w:t>
      </w:r>
      <w:r w:rsidRPr="00473F17">
        <w:rPr>
          <w:rFonts w:ascii="Sakkal Majalla" w:hAnsi="Sakkal Majalla" w:cs="Sakkal Majalla"/>
          <w:sz w:val="28"/>
          <w:szCs w:val="28"/>
        </w:rPr>
        <w:t>على</w:t>
      </w:r>
      <w:r w:rsidRPr="00473F17">
        <w:rPr>
          <w:rFonts w:ascii="Sakkal Majalla" w:hAnsi="Sakkal Majalla" w:cs="Sakkal Majalla"/>
          <w:sz w:val="28"/>
          <w:szCs w:val="28"/>
        </w:rPr>
        <w:t xml:space="preserve"> </w:t>
      </w:r>
      <w:r w:rsidRPr="00473F17">
        <w:rPr>
          <w:rFonts w:ascii="Sakkal Majalla" w:hAnsi="Sakkal Majalla" w:cs="Sakkal Majalla"/>
          <w:sz w:val="28"/>
          <w:szCs w:val="28"/>
        </w:rPr>
        <w:t>قرارات</w:t>
      </w:r>
      <w:r w:rsidRPr="00473F17">
        <w:rPr>
          <w:rFonts w:ascii="Sakkal Majalla" w:hAnsi="Sakkal Majalla" w:cs="Sakkal Majalla"/>
          <w:sz w:val="28"/>
          <w:szCs w:val="28"/>
        </w:rPr>
        <w:t xml:space="preserve"> </w:t>
      </w:r>
      <w:r w:rsidRPr="00473F17">
        <w:rPr>
          <w:rFonts w:ascii="Sakkal Majalla" w:hAnsi="Sakkal Majalla" w:cs="Sakkal Majalla"/>
          <w:sz w:val="28"/>
          <w:szCs w:val="28"/>
        </w:rPr>
        <w:t>الشراء</w:t>
      </w:r>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ومستويات</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الولاء</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للعلامات</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التجارية</w:t>
      </w:r>
      <w:proofErr w:type="spellEnd"/>
      <w:r w:rsid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وفي</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المملكة</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العربية</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السعودية</w:t>
      </w:r>
      <w:proofErr w:type="spellEnd"/>
      <w:r w:rsidR="00473F17">
        <w:rPr>
          <w:rFonts w:ascii="Sakkal Majalla" w:hAnsi="Sakkal Majalla" w:cs="Sakkal Majalla"/>
          <w:sz w:val="28"/>
          <w:szCs w:val="28"/>
        </w:rPr>
        <w:t xml:space="preserve"> </w:t>
      </w:r>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تزايد</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الاهتمام</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بالاستدامة</w:t>
      </w:r>
      <w:proofErr w:type="spellEnd"/>
      <w:r w:rsidRPr="00473F17">
        <w:rPr>
          <w:rFonts w:ascii="Sakkal Majalla" w:hAnsi="Sakkal Majalla" w:cs="Sakkal Majalla"/>
          <w:sz w:val="28"/>
          <w:szCs w:val="28"/>
        </w:rPr>
        <w:t xml:space="preserve"> </w:t>
      </w:r>
      <w:r w:rsidRPr="00473F17">
        <w:rPr>
          <w:rFonts w:ascii="Sakkal Majalla" w:hAnsi="Sakkal Majalla" w:cs="Sakkal Majalla"/>
          <w:sz w:val="28"/>
          <w:szCs w:val="28"/>
        </w:rPr>
        <w:t>في</w:t>
      </w:r>
      <w:r w:rsidRPr="00473F17">
        <w:rPr>
          <w:rFonts w:ascii="Sakkal Majalla" w:hAnsi="Sakkal Majalla" w:cs="Sakkal Majalla"/>
          <w:sz w:val="28"/>
          <w:szCs w:val="28"/>
        </w:rPr>
        <w:t xml:space="preserve"> </w:t>
      </w:r>
      <w:r w:rsidRPr="00473F17">
        <w:rPr>
          <w:rFonts w:ascii="Sakkal Majalla" w:hAnsi="Sakkal Majalla" w:cs="Sakkal Majalla"/>
          <w:sz w:val="28"/>
          <w:szCs w:val="28"/>
        </w:rPr>
        <w:t>ظل</w:t>
      </w:r>
      <w:r w:rsidRPr="00473F17">
        <w:rPr>
          <w:rFonts w:ascii="Sakkal Majalla" w:hAnsi="Sakkal Majalla" w:cs="Sakkal Majalla"/>
          <w:sz w:val="28"/>
          <w:szCs w:val="28"/>
        </w:rPr>
        <w:t xml:space="preserve"> </w:t>
      </w:r>
      <w:r w:rsidRPr="00473F17">
        <w:rPr>
          <w:rFonts w:ascii="Sakkal Majalla" w:hAnsi="Sakkal Majalla" w:cs="Sakkal Majalla"/>
          <w:sz w:val="28"/>
          <w:szCs w:val="28"/>
        </w:rPr>
        <w:t>رؤية</w:t>
      </w:r>
      <w:r w:rsidRPr="00473F17">
        <w:rPr>
          <w:rFonts w:ascii="Sakkal Majalla" w:hAnsi="Sakkal Majalla" w:cs="Sakkal Majalla"/>
          <w:sz w:val="28"/>
          <w:szCs w:val="28"/>
        </w:rPr>
        <w:t xml:space="preserve"> </w:t>
      </w:r>
      <w:r w:rsidRPr="00473F17">
        <w:rPr>
          <w:rFonts w:ascii="Sakkal Majalla" w:hAnsi="Sakkal Majalla" w:cs="Sakkal Majalla"/>
          <w:sz w:val="28"/>
          <w:szCs w:val="28"/>
        </w:rPr>
        <w:t>المملكة</w:t>
      </w:r>
      <w:r w:rsidRPr="00473F17">
        <w:rPr>
          <w:rFonts w:ascii="Sakkal Majalla" w:hAnsi="Sakkal Majalla" w:cs="Sakkal Majalla"/>
          <w:sz w:val="28"/>
          <w:szCs w:val="28"/>
        </w:rPr>
        <w:t xml:space="preserve"> 2030</w:t>
      </w:r>
      <w:r w:rsidR="00473F17">
        <w:rPr>
          <w:rFonts w:ascii="Sakkal Majalla" w:hAnsi="Sakkal Majalla" w:cs="Sakkal Majalla"/>
          <w:sz w:val="28"/>
          <w:szCs w:val="28"/>
        </w:rPr>
        <w:t xml:space="preserve"> </w:t>
      </w:r>
      <w:r w:rsidRPr="00473F17">
        <w:rPr>
          <w:rFonts w:ascii="Sakkal Majalla" w:hAnsi="Sakkal Majalla" w:cs="Sakkal Majalla"/>
          <w:sz w:val="28"/>
          <w:szCs w:val="28"/>
        </w:rPr>
        <w:t xml:space="preserve"> </w:t>
      </w:r>
      <w:r w:rsidRPr="00473F17">
        <w:rPr>
          <w:rFonts w:ascii="Sakkal Majalla" w:hAnsi="Sakkal Majalla" w:cs="Sakkal Majalla"/>
          <w:sz w:val="28"/>
          <w:szCs w:val="28"/>
        </w:rPr>
        <w:t>الأمر</w:t>
      </w:r>
      <w:r w:rsidRPr="00473F17">
        <w:rPr>
          <w:rFonts w:ascii="Sakkal Majalla" w:hAnsi="Sakkal Majalla" w:cs="Sakkal Majalla"/>
          <w:sz w:val="28"/>
          <w:szCs w:val="28"/>
        </w:rPr>
        <w:t xml:space="preserve"> </w:t>
      </w:r>
      <w:r w:rsidRPr="00473F17">
        <w:rPr>
          <w:rFonts w:ascii="Sakkal Majalla" w:hAnsi="Sakkal Majalla" w:cs="Sakkal Majalla"/>
          <w:sz w:val="28"/>
          <w:szCs w:val="28"/>
        </w:rPr>
        <w:t>الذي</w:t>
      </w:r>
      <w:r w:rsidRPr="00473F17">
        <w:rPr>
          <w:rFonts w:ascii="Sakkal Majalla" w:hAnsi="Sakkal Majalla" w:cs="Sakkal Majalla"/>
          <w:sz w:val="28"/>
          <w:szCs w:val="28"/>
        </w:rPr>
        <w:t xml:space="preserve"> </w:t>
      </w:r>
      <w:r w:rsidRPr="00473F17">
        <w:rPr>
          <w:rFonts w:ascii="Sakkal Majalla" w:hAnsi="Sakkal Majalla" w:cs="Sakkal Majalla"/>
          <w:sz w:val="28"/>
          <w:szCs w:val="28"/>
        </w:rPr>
        <w:t>يجعل</w:t>
      </w:r>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دراسة</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العلاقة</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بين</w:t>
      </w:r>
      <w:proofErr w:type="spellEnd"/>
      <w:r w:rsidRPr="00473F17">
        <w:rPr>
          <w:rFonts w:ascii="Sakkal Majalla" w:hAnsi="Sakkal Majalla" w:cs="Sakkal Majalla"/>
          <w:sz w:val="28"/>
          <w:szCs w:val="28"/>
        </w:rPr>
        <w:t xml:space="preserve"> </w:t>
      </w:r>
      <w:r w:rsidR="00F40526">
        <w:rPr>
          <w:rFonts w:ascii="Sakkal Majalla" w:hAnsi="Sakkal Majalla" w:cs="Sakkal Majalla"/>
          <w:sz w:val="28"/>
          <w:szCs w:val="28"/>
        </w:rPr>
        <w:t>.</w:t>
      </w:r>
      <w:proofErr w:type="spellStart"/>
      <w:r w:rsidRPr="00473F17">
        <w:rPr>
          <w:rFonts w:ascii="Sakkal Majalla" w:hAnsi="Sakkal Majalla" w:cs="Sakkal Majalla"/>
          <w:sz w:val="28"/>
          <w:szCs w:val="28"/>
        </w:rPr>
        <w:t>استراتيج</w:t>
      </w:r>
      <w:r w:rsidRPr="00473F17">
        <w:rPr>
          <w:rFonts w:ascii="Sakkal Majalla" w:hAnsi="Sakkal Majalla" w:cs="Sakkal Majalla"/>
          <w:sz w:val="28"/>
          <w:szCs w:val="28"/>
        </w:rPr>
        <w:t>يات</w:t>
      </w:r>
      <w:proofErr w:type="spellEnd"/>
      <w:r w:rsidRPr="00473F17">
        <w:rPr>
          <w:rFonts w:ascii="Sakkal Majalla" w:hAnsi="Sakkal Majalla" w:cs="Sakkal Majalla"/>
          <w:sz w:val="28"/>
          <w:szCs w:val="28"/>
        </w:rPr>
        <w:t xml:space="preserve"> </w:t>
      </w:r>
      <w:r w:rsidR="00473F17">
        <w:rPr>
          <w:rFonts w:ascii="Sakkal Majalla" w:hAnsi="Sakkal Majalla" w:cs="Sakkal Majalla"/>
          <w:sz w:val="28"/>
          <w:szCs w:val="28"/>
        </w:rPr>
        <w:t>.</w:t>
      </w:r>
      <w:proofErr w:type="spellStart"/>
      <w:r w:rsidRPr="00473F17">
        <w:rPr>
          <w:rFonts w:ascii="Sakkal Majalla" w:hAnsi="Sakkal Majalla" w:cs="Sakkal Majalla"/>
          <w:sz w:val="28"/>
          <w:szCs w:val="28"/>
        </w:rPr>
        <w:t>التسويق</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المستدام</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وولاء</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المستهلك</w:t>
      </w:r>
      <w:proofErr w:type="spellEnd"/>
      <w:r w:rsidRPr="00473F17">
        <w:rPr>
          <w:rFonts w:ascii="Sakkal Majalla" w:hAnsi="Sakkal Majalla" w:cs="Sakkal Majalla"/>
          <w:sz w:val="28"/>
          <w:szCs w:val="28"/>
        </w:rPr>
        <w:t xml:space="preserve"> </w:t>
      </w:r>
      <w:r w:rsidRPr="00473F17">
        <w:rPr>
          <w:rFonts w:ascii="Sakkal Majalla" w:hAnsi="Sakkal Majalla" w:cs="Sakkal Majalla"/>
          <w:sz w:val="28"/>
          <w:szCs w:val="28"/>
        </w:rPr>
        <w:t>ذات</w:t>
      </w:r>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أهمية</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علمية</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وعملية</w:t>
      </w:r>
      <w:proofErr w:type="spellEnd"/>
      <w:r w:rsidRPr="00473F17">
        <w:rPr>
          <w:rFonts w:ascii="Sakkal Majalla" w:hAnsi="Sakkal Majalla" w:cs="Sakkal Majalla"/>
          <w:sz w:val="28"/>
          <w:szCs w:val="28"/>
        </w:rPr>
        <w:t xml:space="preserve"> </w:t>
      </w:r>
      <w:proofErr w:type="spellStart"/>
      <w:r w:rsidRPr="00473F17">
        <w:rPr>
          <w:rFonts w:ascii="Sakkal Majalla" w:hAnsi="Sakkal Majalla" w:cs="Sakkal Majalla"/>
          <w:sz w:val="28"/>
          <w:szCs w:val="28"/>
        </w:rPr>
        <w:t>كبيرة</w:t>
      </w:r>
      <w:proofErr w:type="spellEnd"/>
    </w:p>
    <w:p w14:paraId="1AAA2364" w14:textId="77777777" w:rsidR="00ED6B16" w:rsidRDefault="007F7218">
      <w:r>
        <w:br w:type="page"/>
      </w:r>
    </w:p>
    <w:p w14:paraId="0C1C81C8" w14:textId="77777777" w:rsidR="00ED6B16" w:rsidRDefault="007F7218" w:rsidP="003256B9">
      <w:pPr>
        <w:spacing w:line="360" w:lineRule="auto"/>
        <w:jc w:val="right"/>
      </w:pPr>
      <w:r>
        <w:rPr>
          <w:b/>
          <w:sz w:val="32"/>
        </w:rPr>
        <w:lastRenderedPageBreak/>
        <w:t>مشكلة</w:t>
      </w:r>
      <w:r>
        <w:rPr>
          <w:b/>
          <w:sz w:val="32"/>
        </w:rPr>
        <w:t xml:space="preserve"> </w:t>
      </w:r>
      <w:r>
        <w:rPr>
          <w:b/>
          <w:sz w:val="32"/>
        </w:rPr>
        <w:t>الدراسة</w:t>
      </w:r>
    </w:p>
    <w:p w14:paraId="3CAB8FF3" w14:textId="5B5C7D89" w:rsidR="00ED6B16" w:rsidRPr="00B76154" w:rsidRDefault="007F7218" w:rsidP="003256B9">
      <w:pPr>
        <w:spacing w:line="360" w:lineRule="auto"/>
        <w:jc w:val="right"/>
        <w:rPr>
          <w:rFonts w:ascii="Sakkal Majalla" w:hAnsi="Sakkal Majalla" w:cs="Sakkal Majalla"/>
          <w:sz w:val="28"/>
          <w:szCs w:val="28"/>
        </w:rPr>
      </w:pPr>
      <w:r w:rsidRPr="00B76154">
        <w:rPr>
          <w:rFonts w:ascii="Sakkal Majalla" w:hAnsi="Sakkal Majalla" w:cs="Sakkal Majalla"/>
          <w:sz w:val="28"/>
          <w:szCs w:val="28"/>
        </w:rPr>
        <w:t>على</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الرغم</w:t>
      </w:r>
      <w:r w:rsidRPr="00B76154">
        <w:rPr>
          <w:rFonts w:ascii="Sakkal Majalla" w:hAnsi="Sakkal Majalla" w:cs="Sakkal Majalla"/>
          <w:sz w:val="28"/>
          <w:szCs w:val="28"/>
        </w:rPr>
        <w:t xml:space="preserve"> </w:t>
      </w:r>
      <w:r w:rsidRPr="00B76154">
        <w:rPr>
          <w:rFonts w:ascii="Sakkal Majalla" w:hAnsi="Sakkal Majalla" w:cs="Sakkal Majalla"/>
          <w:sz w:val="28"/>
          <w:szCs w:val="28"/>
        </w:rPr>
        <w:t>من</w:t>
      </w:r>
      <w:r w:rsidRPr="00B76154">
        <w:rPr>
          <w:rFonts w:ascii="Sakkal Majalla" w:hAnsi="Sakkal Majalla" w:cs="Sakkal Majalla"/>
          <w:sz w:val="28"/>
          <w:szCs w:val="28"/>
        </w:rPr>
        <w:t xml:space="preserve"> </w:t>
      </w:r>
      <w:r w:rsidRPr="00B76154">
        <w:rPr>
          <w:rFonts w:ascii="Sakkal Majalla" w:hAnsi="Sakkal Majalla" w:cs="Sakkal Majalla"/>
          <w:sz w:val="28"/>
          <w:szCs w:val="28"/>
        </w:rPr>
        <w:t>توسع</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الشركات</w:t>
      </w:r>
      <w:r w:rsidRPr="00B76154">
        <w:rPr>
          <w:rFonts w:ascii="Sakkal Majalla" w:hAnsi="Sakkal Majalla" w:cs="Sakkal Majalla"/>
          <w:sz w:val="28"/>
          <w:szCs w:val="28"/>
        </w:rPr>
        <w:t xml:space="preserve"> </w:t>
      </w:r>
      <w:r w:rsidRPr="00B76154">
        <w:rPr>
          <w:rFonts w:ascii="Sakkal Majalla" w:hAnsi="Sakkal Majalla" w:cs="Sakkal Majalla"/>
          <w:sz w:val="28"/>
          <w:szCs w:val="28"/>
        </w:rPr>
        <w:t>في</w:t>
      </w:r>
      <w:r w:rsidRPr="00B76154">
        <w:rPr>
          <w:rFonts w:ascii="Sakkal Majalla" w:hAnsi="Sakkal Majalla" w:cs="Sakkal Majalla"/>
          <w:sz w:val="28"/>
          <w:szCs w:val="28"/>
        </w:rPr>
        <w:t xml:space="preserve"> </w:t>
      </w:r>
      <w:r w:rsidRPr="00B76154">
        <w:rPr>
          <w:rFonts w:ascii="Sakkal Majalla" w:hAnsi="Sakkal Majalla" w:cs="Sakkal Majalla"/>
          <w:sz w:val="28"/>
          <w:szCs w:val="28"/>
        </w:rPr>
        <w:t>تبني</w:t>
      </w:r>
      <w:r w:rsidRPr="00B76154">
        <w:rPr>
          <w:rFonts w:ascii="Sakkal Majalla" w:hAnsi="Sakkal Majalla" w:cs="Sakkal Majalla"/>
          <w:sz w:val="28"/>
          <w:szCs w:val="28"/>
        </w:rPr>
        <w:t xml:space="preserve"> </w:t>
      </w:r>
      <w:r w:rsidRPr="00B76154">
        <w:rPr>
          <w:rFonts w:ascii="Sakkal Majalla" w:hAnsi="Sakkal Majalla" w:cs="Sakkal Majalla"/>
          <w:sz w:val="28"/>
          <w:szCs w:val="28"/>
        </w:rPr>
        <w:t>مبادرات</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الاستدامة،</w:t>
      </w:r>
      <w:r w:rsidRPr="00B76154">
        <w:rPr>
          <w:rFonts w:ascii="Sakkal Majalla" w:hAnsi="Sakkal Majalla" w:cs="Sakkal Majalla"/>
          <w:sz w:val="28"/>
          <w:szCs w:val="28"/>
        </w:rPr>
        <w:t xml:space="preserve"> </w:t>
      </w:r>
      <w:r w:rsidRPr="00B76154">
        <w:rPr>
          <w:rFonts w:ascii="Sakkal Majalla" w:hAnsi="Sakkal Majalla" w:cs="Sakkal Majalla"/>
          <w:sz w:val="28"/>
          <w:szCs w:val="28"/>
        </w:rPr>
        <w:t>إلا</w:t>
      </w:r>
      <w:r w:rsidRPr="00B76154">
        <w:rPr>
          <w:rFonts w:ascii="Sakkal Majalla" w:hAnsi="Sakkal Majalla" w:cs="Sakkal Majalla"/>
          <w:sz w:val="28"/>
          <w:szCs w:val="28"/>
        </w:rPr>
        <w:t xml:space="preserve"> </w:t>
      </w:r>
      <w:r w:rsidRPr="00B76154">
        <w:rPr>
          <w:rFonts w:ascii="Sakkal Majalla" w:hAnsi="Sakkal Majalla" w:cs="Sakkal Majalla"/>
          <w:sz w:val="28"/>
          <w:szCs w:val="28"/>
        </w:rPr>
        <w:t>أن</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الأدلة</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المتعلقة</w:t>
      </w:r>
      <w:r w:rsidRPr="00B76154">
        <w:rPr>
          <w:rFonts w:ascii="Sakkal Majalla" w:hAnsi="Sakkal Majalla" w:cs="Sakkal Majalla"/>
          <w:sz w:val="28"/>
          <w:szCs w:val="28"/>
        </w:rPr>
        <w:t xml:space="preserve"> </w:t>
      </w:r>
      <w:r w:rsidRPr="00B76154">
        <w:rPr>
          <w:rFonts w:ascii="Sakkal Majalla" w:hAnsi="Sakkal Majalla" w:cs="Sakkal Majalla"/>
          <w:sz w:val="28"/>
          <w:szCs w:val="28"/>
        </w:rPr>
        <w:t>بتأثير</w:t>
      </w:r>
      <w:r w:rsidRPr="00B76154">
        <w:rPr>
          <w:rFonts w:ascii="Sakkal Majalla" w:hAnsi="Sakkal Majalla" w:cs="Sakkal Majalla"/>
          <w:sz w:val="28"/>
          <w:szCs w:val="28"/>
        </w:rPr>
        <w:t xml:space="preserve"> </w:t>
      </w:r>
      <w:r w:rsidRPr="00B76154">
        <w:rPr>
          <w:rFonts w:ascii="Sakkal Majalla" w:hAnsi="Sakkal Majalla" w:cs="Sakkal Majalla"/>
          <w:sz w:val="28"/>
          <w:szCs w:val="28"/>
        </w:rPr>
        <w:t>هذه</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الممارسات</w:t>
      </w:r>
      <w:r w:rsidRPr="00B76154">
        <w:rPr>
          <w:rFonts w:ascii="Sakkal Majalla" w:hAnsi="Sakkal Majalla" w:cs="Sakkal Majalla"/>
          <w:sz w:val="28"/>
          <w:szCs w:val="28"/>
        </w:rPr>
        <w:t xml:space="preserve"> </w:t>
      </w:r>
      <w:r w:rsidRPr="00B76154">
        <w:rPr>
          <w:rFonts w:ascii="Sakkal Majalla" w:hAnsi="Sakkal Majalla" w:cs="Sakkal Majalla"/>
          <w:sz w:val="28"/>
          <w:szCs w:val="28"/>
        </w:rPr>
        <w:t>على</w:t>
      </w:r>
      <w:r w:rsidRPr="00B76154">
        <w:rPr>
          <w:rFonts w:ascii="Sakkal Majalla" w:hAnsi="Sakkal Majalla" w:cs="Sakkal Majalla"/>
          <w:sz w:val="28"/>
          <w:szCs w:val="28"/>
        </w:rPr>
        <w:t xml:space="preserve"> </w:t>
      </w:r>
      <w:r w:rsidRPr="00B76154">
        <w:rPr>
          <w:rFonts w:ascii="Sakkal Majalla" w:hAnsi="Sakkal Majalla" w:cs="Sakkal Majalla"/>
          <w:sz w:val="28"/>
          <w:szCs w:val="28"/>
        </w:rPr>
        <w:t>ولاء</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المستهلك</w:t>
      </w:r>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السعودي</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ما</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زالت</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محدودة</w:t>
      </w:r>
      <w:proofErr w:type="spellEnd"/>
      <w:r w:rsidR="00473F17" w:rsidRPr="00B76154">
        <w:rPr>
          <w:rFonts w:ascii="Sakkal Majalla" w:hAnsi="Sakkal Majalla" w:cs="Sakkal Majalla"/>
          <w:sz w:val="28"/>
          <w:szCs w:val="28"/>
        </w:rPr>
        <w:t>,</w:t>
      </w:r>
      <w:r w:rsidR="003256B9"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وتتمثل</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مشكلة</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الدراسة</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في</w:t>
      </w:r>
      <w:proofErr w:type="spellEnd"/>
      <w:r w:rsidRPr="00B76154">
        <w:rPr>
          <w:rFonts w:ascii="Sakkal Majalla" w:hAnsi="Sakkal Majalla" w:cs="Sakkal Majalla"/>
          <w:sz w:val="28"/>
          <w:szCs w:val="28"/>
        </w:rPr>
        <w:t xml:space="preserve"> </w:t>
      </w:r>
      <w:r w:rsidRPr="00B76154">
        <w:rPr>
          <w:rFonts w:ascii="Sakkal Majalla" w:hAnsi="Sakkal Majalla" w:cs="Sakkal Majalla"/>
          <w:sz w:val="28"/>
          <w:szCs w:val="28"/>
        </w:rPr>
        <w:t>التعرف</w:t>
      </w:r>
      <w:r w:rsidRPr="00B76154">
        <w:rPr>
          <w:rFonts w:ascii="Sakkal Majalla" w:hAnsi="Sakkal Majalla" w:cs="Sakkal Majalla"/>
          <w:sz w:val="28"/>
          <w:szCs w:val="28"/>
        </w:rPr>
        <w:t xml:space="preserve"> </w:t>
      </w:r>
      <w:r w:rsidRPr="00B76154">
        <w:rPr>
          <w:rFonts w:ascii="Sakkal Majalla" w:hAnsi="Sakkal Majalla" w:cs="Sakkal Majalla"/>
          <w:sz w:val="28"/>
          <w:szCs w:val="28"/>
        </w:rPr>
        <w:t>على</w:t>
      </w:r>
      <w:r w:rsidRPr="00B76154">
        <w:rPr>
          <w:rFonts w:ascii="Sakkal Majalla" w:hAnsi="Sakkal Majalla" w:cs="Sakkal Majalla"/>
          <w:sz w:val="28"/>
          <w:szCs w:val="28"/>
        </w:rPr>
        <w:t xml:space="preserve"> </w:t>
      </w:r>
      <w:r w:rsidRPr="00B76154">
        <w:rPr>
          <w:rFonts w:ascii="Sakkal Majalla" w:hAnsi="Sakkal Majalla" w:cs="Sakkal Majalla"/>
          <w:sz w:val="28"/>
          <w:szCs w:val="28"/>
        </w:rPr>
        <w:t>مدى</w:t>
      </w:r>
      <w:r w:rsidRPr="00B76154">
        <w:rPr>
          <w:rFonts w:ascii="Sakkal Majalla" w:hAnsi="Sakkal Majalla" w:cs="Sakkal Majalla"/>
          <w:sz w:val="28"/>
          <w:szCs w:val="28"/>
        </w:rPr>
        <w:t xml:space="preserve"> </w:t>
      </w:r>
      <w:r w:rsidRPr="00B76154">
        <w:rPr>
          <w:rFonts w:ascii="Sakkal Majalla" w:hAnsi="Sakkal Majalla" w:cs="Sakkal Majalla"/>
          <w:sz w:val="28"/>
          <w:szCs w:val="28"/>
        </w:rPr>
        <w:t>تأثير</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استراتيجيات</w:t>
      </w:r>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التسويق</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المستدام</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بأبعادها</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المختلفة</w:t>
      </w:r>
      <w:proofErr w:type="spellEnd"/>
      <w:r w:rsidR="003256B9"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على</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ولاء</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المستهلك</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في</w:t>
      </w:r>
      <w:proofErr w:type="spellEnd"/>
      <w:r w:rsidRPr="00B76154">
        <w:rPr>
          <w:rFonts w:ascii="Sakkal Majalla" w:hAnsi="Sakkal Majalla" w:cs="Sakkal Majalla"/>
          <w:sz w:val="28"/>
          <w:szCs w:val="28"/>
        </w:rPr>
        <w:t xml:space="preserve"> </w:t>
      </w:r>
      <w:r w:rsidRPr="00B76154">
        <w:rPr>
          <w:rFonts w:ascii="Sakkal Majalla" w:hAnsi="Sakkal Majalla" w:cs="Sakkal Majalla"/>
          <w:sz w:val="28"/>
          <w:szCs w:val="28"/>
        </w:rPr>
        <w:t>السوق</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السعودي،</w:t>
      </w:r>
      <w:r w:rsidRPr="00B76154">
        <w:rPr>
          <w:rFonts w:ascii="Sakkal Majalla" w:hAnsi="Sakkal Majalla" w:cs="Sakkal Majalla"/>
          <w:sz w:val="28"/>
          <w:szCs w:val="28"/>
        </w:rPr>
        <w:t xml:space="preserve"> </w:t>
      </w:r>
      <w:r w:rsidRPr="00B76154">
        <w:rPr>
          <w:rFonts w:ascii="Sakkal Majalla" w:hAnsi="Sakkal Majalla" w:cs="Sakkal Majalla"/>
          <w:sz w:val="28"/>
          <w:szCs w:val="28"/>
        </w:rPr>
        <w:t>ومدى</w:t>
      </w:r>
      <w:r w:rsidRPr="00B76154">
        <w:rPr>
          <w:rFonts w:ascii="Sakkal Majalla" w:hAnsi="Sakkal Majalla" w:cs="Sakkal Majalla"/>
          <w:sz w:val="28"/>
          <w:szCs w:val="28"/>
        </w:rPr>
        <w:t xml:space="preserve"> </w:t>
      </w:r>
      <w:r w:rsidRPr="00B76154">
        <w:rPr>
          <w:rFonts w:ascii="Sakkal Majalla" w:hAnsi="Sakkal Majalla" w:cs="Sakkal Majalla"/>
          <w:sz w:val="28"/>
          <w:szCs w:val="28"/>
        </w:rPr>
        <w:t>مساهمة</w:t>
      </w:r>
      <w:r w:rsidRPr="00B76154">
        <w:rPr>
          <w:rFonts w:ascii="Sakkal Majalla" w:hAnsi="Sakkal Majalla" w:cs="Sakkal Majalla"/>
          <w:sz w:val="28"/>
          <w:szCs w:val="28"/>
        </w:rPr>
        <w:t xml:space="preserve"> </w:t>
      </w:r>
      <w:r w:rsidRPr="00B76154">
        <w:rPr>
          <w:rFonts w:ascii="Sakkal Majalla" w:hAnsi="Sakkal Majalla" w:cs="Sakkal Majalla"/>
          <w:sz w:val="28"/>
          <w:szCs w:val="28"/>
        </w:rPr>
        <w:t>هذه</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الممارسات</w:t>
      </w:r>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في</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تعزيز</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الثقة</w:t>
      </w:r>
      <w:proofErr w:type="spellEnd"/>
      <w:r w:rsidRPr="00B76154">
        <w:rPr>
          <w:rFonts w:ascii="Sakkal Majalla" w:hAnsi="Sakkal Majalla" w:cs="Sakkal Majalla"/>
          <w:sz w:val="28"/>
          <w:szCs w:val="28"/>
        </w:rPr>
        <w:t xml:space="preserve"> </w:t>
      </w:r>
      <w:r w:rsidR="003779BF">
        <w:rPr>
          <w:rFonts w:ascii="Sakkal Majalla" w:hAnsi="Sakkal Majalla" w:cs="Sakkal Majalla"/>
          <w:sz w:val="28"/>
          <w:szCs w:val="28"/>
        </w:rPr>
        <w:t>.</w:t>
      </w:r>
      <w:proofErr w:type="spellStart"/>
      <w:r w:rsidRPr="00B76154">
        <w:rPr>
          <w:rFonts w:ascii="Sakkal Majalla" w:hAnsi="Sakkal Majalla" w:cs="Sakkal Majalla"/>
          <w:sz w:val="28"/>
          <w:szCs w:val="28"/>
        </w:rPr>
        <w:t>وإعادة</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الشراء</w:t>
      </w:r>
      <w:proofErr w:type="spellEnd"/>
    </w:p>
    <w:p w14:paraId="1CBE4342" w14:textId="77777777" w:rsidR="00ED6B16" w:rsidRDefault="007F7218">
      <w:r>
        <w:br w:type="page"/>
      </w:r>
    </w:p>
    <w:p w14:paraId="4A26F69F" w14:textId="77777777" w:rsidR="00ED6B16" w:rsidRDefault="007F7218">
      <w:pPr>
        <w:jc w:val="right"/>
      </w:pPr>
      <w:r>
        <w:rPr>
          <w:b/>
          <w:sz w:val="32"/>
        </w:rPr>
        <w:lastRenderedPageBreak/>
        <w:t>أهمية</w:t>
      </w:r>
      <w:r>
        <w:rPr>
          <w:b/>
          <w:sz w:val="32"/>
        </w:rPr>
        <w:t xml:space="preserve"> </w:t>
      </w:r>
      <w:r>
        <w:rPr>
          <w:b/>
          <w:sz w:val="32"/>
        </w:rPr>
        <w:t>الدراسة</w:t>
      </w:r>
    </w:p>
    <w:p w14:paraId="5668F2BA" w14:textId="235EC61B" w:rsidR="003256B9" w:rsidRPr="00B76154" w:rsidRDefault="007F7218" w:rsidP="003256B9">
      <w:pPr>
        <w:spacing w:line="360" w:lineRule="auto"/>
        <w:jc w:val="right"/>
        <w:rPr>
          <w:rFonts w:ascii="Sakkal Majalla" w:hAnsi="Sakkal Majalla" w:cs="Sakkal Majalla"/>
          <w:sz w:val="28"/>
          <w:szCs w:val="28"/>
        </w:rPr>
      </w:pPr>
      <w:proofErr w:type="spellStart"/>
      <w:r w:rsidRPr="00B76154">
        <w:rPr>
          <w:rFonts w:ascii="Sakkal Majalla" w:hAnsi="Sakkal Majalla" w:cs="Sakkal Majalla"/>
          <w:b/>
          <w:bCs/>
          <w:sz w:val="28"/>
          <w:szCs w:val="28"/>
        </w:rPr>
        <w:t>الأهمية</w:t>
      </w:r>
      <w:proofErr w:type="spellEnd"/>
      <w:r w:rsidRPr="00B76154">
        <w:rPr>
          <w:rFonts w:ascii="Sakkal Majalla" w:hAnsi="Sakkal Majalla" w:cs="Sakkal Majalla"/>
          <w:b/>
          <w:bCs/>
          <w:sz w:val="28"/>
          <w:szCs w:val="28"/>
        </w:rPr>
        <w:t xml:space="preserve"> </w:t>
      </w:r>
      <w:proofErr w:type="spellStart"/>
      <w:r w:rsidRPr="00B76154">
        <w:rPr>
          <w:rFonts w:ascii="Sakkal Majalla" w:hAnsi="Sakkal Majalla" w:cs="Sakkal Majalla"/>
          <w:b/>
          <w:bCs/>
          <w:sz w:val="28"/>
          <w:szCs w:val="28"/>
        </w:rPr>
        <w:t>العلمية</w:t>
      </w:r>
      <w:proofErr w:type="spellEnd"/>
      <w:r w:rsidR="003256B9" w:rsidRPr="00B76154">
        <w:rPr>
          <w:rFonts w:ascii="Sakkal Majalla" w:hAnsi="Sakkal Majalla" w:cs="Sakkal Majalla"/>
          <w:sz w:val="28"/>
          <w:szCs w:val="28"/>
        </w:rPr>
        <w:t>:</w:t>
      </w:r>
      <w:r w:rsidRPr="00B76154">
        <w:rPr>
          <w:rFonts w:ascii="Sakkal Majalla" w:hAnsi="Sakkal Majalla" w:cs="Sakkal Majalla"/>
          <w:sz w:val="28"/>
          <w:szCs w:val="28"/>
        </w:rPr>
        <w:t xml:space="preserve"> </w:t>
      </w:r>
      <w:r w:rsidR="003256B9"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إثراء</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الأدبيات</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العلمية</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المتعلقة</w:t>
      </w:r>
      <w:proofErr w:type="spellEnd"/>
      <w:r w:rsidRPr="00B76154">
        <w:rPr>
          <w:rFonts w:ascii="Sakkal Majalla" w:hAnsi="Sakkal Majalla" w:cs="Sakkal Majalla"/>
          <w:sz w:val="28"/>
          <w:szCs w:val="28"/>
        </w:rPr>
        <w:t xml:space="preserve"> </w:t>
      </w:r>
      <w:r w:rsidRPr="00B76154">
        <w:rPr>
          <w:rFonts w:ascii="Sakkal Majalla" w:hAnsi="Sakkal Majalla" w:cs="Sakkal Majalla"/>
          <w:sz w:val="28"/>
          <w:szCs w:val="28"/>
        </w:rPr>
        <w:t>بالتسويق</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المستدام</w:t>
      </w:r>
      <w:r w:rsidRPr="00B76154">
        <w:rPr>
          <w:rFonts w:ascii="Sakkal Majalla" w:hAnsi="Sakkal Majalla" w:cs="Sakkal Majalla"/>
          <w:sz w:val="28"/>
          <w:szCs w:val="28"/>
        </w:rPr>
        <w:t xml:space="preserve"> </w:t>
      </w:r>
      <w:r w:rsidRPr="00B76154">
        <w:rPr>
          <w:rFonts w:ascii="Sakkal Majalla" w:hAnsi="Sakkal Majalla" w:cs="Sakkal Majalla"/>
          <w:sz w:val="28"/>
          <w:szCs w:val="28"/>
        </w:rPr>
        <w:t>وسلوك</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المستهلك،</w:t>
      </w:r>
      <w:r w:rsidRPr="00B76154">
        <w:rPr>
          <w:rFonts w:ascii="Sakkal Majalla" w:hAnsi="Sakkal Majalla" w:cs="Sakkal Majalla"/>
          <w:sz w:val="28"/>
          <w:szCs w:val="28"/>
        </w:rPr>
        <w:t xml:space="preserve"> </w:t>
      </w:r>
      <w:r w:rsidRPr="00B76154">
        <w:rPr>
          <w:rFonts w:ascii="Sakkal Majalla" w:hAnsi="Sakkal Majalla" w:cs="Sakkal Majalla"/>
          <w:sz w:val="28"/>
          <w:szCs w:val="28"/>
        </w:rPr>
        <w:t>وتقديم</w:t>
      </w:r>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إ</w:t>
      </w:r>
      <w:r w:rsidRPr="00B76154">
        <w:rPr>
          <w:rFonts w:ascii="Sakkal Majalla" w:hAnsi="Sakkal Majalla" w:cs="Sakkal Majalla"/>
          <w:sz w:val="28"/>
          <w:szCs w:val="28"/>
        </w:rPr>
        <w:t>طار</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نظري</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يوضح</w:t>
      </w:r>
      <w:proofErr w:type="spellEnd"/>
      <w:r w:rsidRPr="00B76154">
        <w:rPr>
          <w:rFonts w:ascii="Sakkal Majalla" w:hAnsi="Sakkal Majalla" w:cs="Sakkal Majalla"/>
          <w:sz w:val="28"/>
          <w:szCs w:val="28"/>
        </w:rPr>
        <w:t xml:space="preserve"> </w:t>
      </w:r>
      <w:r w:rsidR="00701ECB">
        <w:rPr>
          <w:rFonts w:ascii="Sakkal Majalla" w:hAnsi="Sakkal Majalla" w:cs="Sakkal Majalla"/>
          <w:sz w:val="28"/>
          <w:szCs w:val="28"/>
        </w:rPr>
        <w:t>.</w:t>
      </w:r>
      <w:proofErr w:type="spellStart"/>
      <w:r w:rsidRPr="00B76154">
        <w:rPr>
          <w:rFonts w:ascii="Sakkal Majalla" w:hAnsi="Sakkal Majalla" w:cs="Sakkal Majalla"/>
          <w:sz w:val="28"/>
          <w:szCs w:val="28"/>
        </w:rPr>
        <w:t>العلاقة</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بين</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متغيرات</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الدراسة</w:t>
      </w:r>
      <w:proofErr w:type="spellEnd"/>
      <w:r w:rsidRPr="00B76154">
        <w:rPr>
          <w:rFonts w:ascii="Sakkal Majalla" w:hAnsi="Sakkal Majalla" w:cs="Sakkal Majalla"/>
          <w:sz w:val="28"/>
          <w:szCs w:val="28"/>
        </w:rPr>
        <w:t xml:space="preserve"> </w:t>
      </w:r>
    </w:p>
    <w:p w14:paraId="53CFFBB7" w14:textId="29A0833F" w:rsidR="00ED6B16" w:rsidRPr="00B76154" w:rsidRDefault="007F7218" w:rsidP="003256B9">
      <w:pPr>
        <w:spacing w:line="360" w:lineRule="auto"/>
        <w:jc w:val="right"/>
        <w:rPr>
          <w:rFonts w:ascii="Sakkal Majalla" w:hAnsi="Sakkal Majalla" w:cs="Sakkal Majalla"/>
          <w:sz w:val="28"/>
          <w:szCs w:val="28"/>
        </w:rPr>
      </w:pPr>
      <w:proofErr w:type="spellStart"/>
      <w:r w:rsidRPr="00B76154">
        <w:rPr>
          <w:rFonts w:ascii="Sakkal Majalla" w:hAnsi="Sakkal Majalla" w:cs="Sakkal Majalla"/>
          <w:b/>
          <w:bCs/>
          <w:sz w:val="28"/>
          <w:szCs w:val="28"/>
        </w:rPr>
        <w:t>الأهمية</w:t>
      </w:r>
      <w:proofErr w:type="spellEnd"/>
      <w:r w:rsidRPr="00B76154">
        <w:rPr>
          <w:rFonts w:ascii="Sakkal Majalla" w:hAnsi="Sakkal Majalla" w:cs="Sakkal Majalla"/>
          <w:b/>
          <w:bCs/>
          <w:sz w:val="28"/>
          <w:szCs w:val="28"/>
        </w:rPr>
        <w:t xml:space="preserve"> </w:t>
      </w:r>
      <w:proofErr w:type="spellStart"/>
      <w:r w:rsidRPr="00B76154">
        <w:rPr>
          <w:rFonts w:ascii="Sakkal Majalla" w:hAnsi="Sakkal Majalla" w:cs="Sakkal Majalla"/>
          <w:b/>
          <w:bCs/>
          <w:sz w:val="28"/>
          <w:szCs w:val="28"/>
        </w:rPr>
        <w:t>التطبيقية</w:t>
      </w:r>
      <w:proofErr w:type="spellEnd"/>
      <w:r w:rsidR="003256B9" w:rsidRPr="00B76154">
        <w:rPr>
          <w:rFonts w:ascii="Sakkal Majalla" w:hAnsi="Sakkal Majalla" w:cs="Sakkal Majalla"/>
          <w:sz w:val="28"/>
          <w:szCs w:val="28"/>
        </w:rPr>
        <w:t>:</w:t>
      </w:r>
      <w:r w:rsidRPr="00B76154">
        <w:rPr>
          <w:rFonts w:ascii="Sakkal Majalla" w:hAnsi="Sakkal Majalla" w:cs="Sakkal Majalla"/>
          <w:sz w:val="28"/>
          <w:szCs w:val="28"/>
        </w:rPr>
        <w:t xml:space="preserve"> </w:t>
      </w:r>
      <w:r w:rsidR="003256B9"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دعم</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الشركات</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السعودية</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في</w:t>
      </w:r>
      <w:proofErr w:type="spellEnd"/>
      <w:r w:rsidRPr="00B76154">
        <w:rPr>
          <w:rFonts w:ascii="Sakkal Majalla" w:hAnsi="Sakkal Majalla" w:cs="Sakkal Majalla"/>
          <w:sz w:val="28"/>
          <w:szCs w:val="28"/>
        </w:rPr>
        <w:t xml:space="preserve"> </w:t>
      </w:r>
      <w:r w:rsidRPr="00B76154">
        <w:rPr>
          <w:rFonts w:ascii="Sakkal Majalla" w:hAnsi="Sakkal Majalla" w:cs="Sakkal Majalla"/>
          <w:sz w:val="28"/>
          <w:szCs w:val="28"/>
        </w:rPr>
        <w:t>تصميم</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استراتيجيات</w:t>
      </w:r>
      <w:r w:rsidRPr="00B76154">
        <w:rPr>
          <w:rFonts w:ascii="Sakkal Majalla" w:hAnsi="Sakkal Majalla" w:cs="Sakkal Majalla"/>
          <w:sz w:val="28"/>
          <w:szCs w:val="28"/>
        </w:rPr>
        <w:t xml:space="preserve"> </w:t>
      </w:r>
      <w:r w:rsidRPr="00B76154">
        <w:rPr>
          <w:rFonts w:ascii="Sakkal Majalla" w:hAnsi="Sakkal Majalla" w:cs="Sakkal Majalla"/>
          <w:sz w:val="28"/>
          <w:szCs w:val="28"/>
        </w:rPr>
        <w:t>تسويقية</w:t>
      </w:r>
      <w:r w:rsidRPr="00B76154">
        <w:rPr>
          <w:rFonts w:ascii="Sakkal Majalla" w:hAnsi="Sakkal Majalla" w:cs="Sakkal Majalla"/>
          <w:sz w:val="28"/>
          <w:szCs w:val="28"/>
        </w:rPr>
        <w:t xml:space="preserve"> </w:t>
      </w:r>
      <w:r w:rsidRPr="00B76154">
        <w:rPr>
          <w:rFonts w:ascii="Sakkal Majalla" w:hAnsi="Sakkal Majalla" w:cs="Sakkal Majalla"/>
          <w:sz w:val="28"/>
          <w:szCs w:val="28"/>
        </w:rPr>
        <w:t>أكثر</w:t>
      </w:r>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استدامة</w:t>
      </w:r>
      <w:proofErr w:type="spellEnd"/>
      <w:r w:rsidRPr="00B76154">
        <w:rPr>
          <w:rFonts w:ascii="Sakkal Majalla" w:hAnsi="Sakkal Majalla" w:cs="Sakkal Majalla"/>
          <w:sz w:val="28"/>
          <w:szCs w:val="28"/>
        </w:rPr>
        <w:t>،</w:t>
      </w:r>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وتعزيز</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القدرة</w:t>
      </w:r>
      <w:proofErr w:type="spellEnd"/>
      <w:r w:rsidRPr="00B76154">
        <w:rPr>
          <w:rFonts w:ascii="Sakkal Majalla" w:hAnsi="Sakkal Majalla" w:cs="Sakkal Majalla"/>
          <w:sz w:val="28"/>
          <w:szCs w:val="28"/>
        </w:rPr>
        <w:t xml:space="preserve"> </w:t>
      </w:r>
      <w:r w:rsidR="00701ECB">
        <w:rPr>
          <w:rFonts w:ascii="Sakkal Majalla" w:hAnsi="Sakkal Majalla" w:cs="Sakkal Majalla"/>
          <w:sz w:val="28"/>
          <w:szCs w:val="28"/>
        </w:rPr>
        <w:t>.</w:t>
      </w:r>
      <w:proofErr w:type="spellStart"/>
      <w:r w:rsidRPr="00B76154">
        <w:rPr>
          <w:rFonts w:ascii="Sakkal Majalla" w:hAnsi="Sakkal Majalla" w:cs="Sakkal Majalla"/>
          <w:sz w:val="28"/>
          <w:szCs w:val="28"/>
        </w:rPr>
        <w:t>التنافسية</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وبناء</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علاقات</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طويلة</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الأمد</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مع</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العملاء</w:t>
      </w:r>
      <w:proofErr w:type="spellEnd"/>
    </w:p>
    <w:p w14:paraId="6CF88008" w14:textId="77777777" w:rsidR="00ED6B16" w:rsidRDefault="007F7218">
      <w:r>
        <w:br w:type="page"/>
      </w:r>
    </w:p>
    <w:p w14:paraId="1454A9F8" w14:textId="77777777" w:rsidR="00ED6B16" w:rsidRDefault="007F7218" w:rsidP="007F2069">
      <w:pPr>
        <w:jc w:val="right"/>
      </w:pPr>
      <w:r>
        <w:rPr>
          <w:b/>
          <w:sz w:val="32"/>
        </w:rPr>
        <w:lastRenderedPageBreak/>
        <w:t>أهداف</w:t>
      </w:r>
      <w:r>
        <w:rPr>
          <w:b/>
          <w:sz w:val="32"/>
        </w:rPr>
        <w:t xml:space="preserve"> </w:t>
      </w:r>
      <w:r>
        <w:rPr>
          <w:b/>
          <w:sz w:val="32"/>
        </w:rPr>
        <w:t>الدراسة</w:t>
      </w:r>
    </w:p>
    <w:p w14:paraId="37FAB922" w14:textId="071844B9" w:rsidR="007F2069" w:rsidRPr="00B76154" w:rsidRDefault="007F2069" w:rsidP="00B76154">
      <w:pPr>
        <w:spacing w:line="360" w:lineRule="auto"/>
        <w:jc w:val="right"/>
        <w:rPr>
          <w:rFonts w:ascii="Sakkal Majalla" w:hAnsi="Sakkal Majalla" w:cs="Sakkal Majalla"/>
          <w:sz w:val="28"/>
          <w:szCs w:val="28"/>
          <w:rtl/>
        </w:rPr>
      </w:pPr>
      <w:r>
        <w:tab/>
      </w:r>
      <w:r w:rsidRPr="00B76154">
        <w:rPr>
          <w:rFonts w:ascii="Sakkal Majalla" w:hAnsi="Sakkal Majalla" w:cs="Sakkal Majalla"/>
          <w:sz w:val="28"/>
          <w:szCs w:val="28"/>
          <w:rtl/>
        </w:rPr>
        <w:t>-</w:t>
      </w:r>
      <w:r w:rsidRPr="00B76154">
        <w:rPr>
          <w:rFonts w:ascii="Sakkal Majalla" w:hAnsi="Sakkal Majalla" w:cs="Sakkal Majalla"/>
          <w:sz w:val="28"/>
          <w:szCs w:val="28"/>
          <w:rtl/>
        </w:rPr>
        <w:t>التعرف على مفهوم التسويق المستدام وأبعاده المختلفة</w:t>
      </w:r>
      <w:r w:rsidRPr="00B76154">
        <w:rPr>
          <w:rFonts w:ascii="Sakkal Majalla" w:hAnsi="Sakkal Majalla" w:cs="Sakkal Majalla"/>
          <w:sz w:val="28"/>
          <w:szCs w:val="28"/>
          <w:rtl/>
        </w:rPr>
        <w:t>.</w:t>
      </w:r>
    </w:p>
    <w:p w14:paraId="6D0E10EA" w14:textId="77777777" w:rsidR="00182C02" w:rsidRDefault="007F2069" w:rsidP="00B76154">
      <w:pPr>
        <w:spacing w:line="360" w:lineRule="auto"/>
        <w:jc w:val="right"/>
        <w:rPr>
          <w:rFonts w:ascii="Sakkal Majalla" w:hAnsi="Sakkal Majalla" w:cs="Sakkal Majalla"/>
          <w:sz w:val="28"/>
          <w:szCs w:val="28"/>
          <w:rtl/>
        </w:rPr>
      </w:pPr>
      <w:r w:rsidRPr="00B76154">
        <w:rPr>
          <w:rFonts w:ascii="Sakkal Majalla" w:hAnsi="Sakkal Majalla" w:cs="Sakkal Majalla"/>
          <w:sz w:val="28"/>
          <w:szCs w:val="28"/>
        </w:rPr>
        <w:tab/>
      </w:r>
      <w:r w:rsidRPr="00B76154">
        <w:rPr>
          <w:rFonts w:ascii="Sakkal Majalla" w:hAnsi="Sakkal Majalla" w:cs="Sakkal Majalla"/>
          <w:sz w:val="28"/>
          <w:szCs w:val="28"/>
        </w:rPr>
        <w:tab/>
      </w:r>
      <w:r w:rsidR="00B76154">
        <w:rPr>
          <w:rFonts w:ascii="Sakkal Majalla" w:hAnsi="Sakkal Majalla" w:cs="Sakkal Majalla" w:hint="cs"/>
          <w:sz w:val="28"/>
          <w:szCs w:val="28"/>
          <w:rtl/>
        </w:rPr>
        <w:t>-</w:t>
      </w:r>
      <w:r w:rsidRPr="00B76154">
        <w:rPr>
          <w:rFonts w:ascii="Sakkal Majalla" w:hAnsi="Sakkal Majalla" w:cs="Sakkal Majalla"/>
          <w:sz w:val="28"/>
          <w:szCs w:val="28"/>
          <w:rtl/>
        </w:rPr>
        <w:t>قياس أثر البعد البيئي لاستراتيجيات التسويق المستدام على ولاء المستهلك في السوق</w:t>
      </w:r>
      <w:r w:rsidR="00182C02">
        <w:rPr>
          <w:rFonts w:ascii="Sakkal Majalla" w:hAnsi="Sakkal Majalla" w:cs="Sakkal Majalla" w:hint="cs"/>
          <w:sz w:val="28"/>
          <w:szCs w:val="28"/>
          <w:rtl/>
        </w:rPr>
        <w:t>.</w:t>
      </w:r>
      <w:r w:rsidRPr="00B76154">
        <w:rPr>
          <w:rFonts w:ascii="Sakkal Majalla" w:hAnsi="Sakkal Majalla" w:cs="Sakkal Majalla"/>
          <w:sz w:val="28"/>
          <w:szCs w:val="28"/>
          <w:rtl/>
        </w:rPr>
        <w:t xml:space="preserve"> </w:t>
      </w:r>
    </w:p>
    <w:p w14:paraId="319BE177" w14:textId="2CD4715F" w:rsidR="007F2069" w:rsidRPr="00B76154" w:rsidRDefault="007F2069" w:rsidP="00B76154">
      <w:pPr>
        <w:spacing w:line="360" w:lineRule="auto"/>
        <w:jc w:val="right"/>
        <w:rPr>
          <w:rFonts w:ascii="Sakkal Majalla" w:hAnsi="Sakkal Majalla" w:cs="Sakkal Majalla"/>
          <w:sz w:val="28"/>
          <w:szCs w:val="28"/>
        </w:rPr>
      </w:pPr>
      <w:r w:rsidRPr="00B76154">
        <w:rPr>
          <w:rFonts w:ascii="Sakkal Majalla" w:hAnsi="Sakkal Majalla" w:cs="Sakkal Majalla"/>
          <w:sz w:val="28"/>
          <w:szCs w:val="28"/>
          <w:rtl/>
        </w:rPr>
        <w:t>قياس أثر البعد الاجتماعي لاستراتيجيات التسويق المستدام على ولاء المستهلك في السوق السعودي</w:t>
      </w:r>
      <w:r w:rsidRPr="00B76154">
        <w:rPr>
          <w:rFonts w:ascii="Sakkal Majalla" w:hAnsi="Sakkal Majalla" w:cs="Sakkal Majalla"/>
          <w:sz w:val="28"/>
          <w:szCs w:val="28"/>
          <w:rtl/>
        </w:rPr>
        <w:t>.</w:t>
      </w:r>
      <w:r w:rsidRPr="00B76154">
        <w:rPr>
          <w:rFonts w:ascii="Sakkal Majalla" w:hAnsi="Sakkal Majalla" w:cs="Sakkal Majalla"/>
          <w:sz w:val="28"/>
          <w:szCs w:val="28"/>
        </w:rPr>
        <w:t xml:space="preserve"> -</w:t>
      </w:r>
    </w:p>
    <w:p w14:paraId="44254D46" w14:textId="70ED8CA4" w:rsidR="007F2069" w:rsidRPr="00B76154" w:rsidRDefault="007F2069" w:rsidP="00B76154">
      <w:pPr>
        <w:spacing w:line="360" w:lineRule="auto"/>
        <w:jc w:val="right"/>
        <w:rPr>
          <w:rFonts w:ascii="Sakkal Majalla" w:hAnsi="Sakkal Majalla" w:cs="Sakkal Majalla"/>
          <w:sz w:val="28"/>
          <w:szCs w:val="28"/>
        </w:rPr>
      </w:pPr>
      <w:r w:rsidRPr="00B76154">
        <w:rPr>
          <w:rFonts w:ascii="Sakkal Majalla" w:hAnsi="Sakkal Majalla" w:cs="Sakkal Majalla"/>
          <w:sz w:val="28"/>
          <w:szCs w:val="28"/>
        </w:rPr>
        <w:tab/>
      </w:r>
      <w:r w:rsidRPr="00B76154">
        <w:rPr>
          <w:rFonts w:ascii="Sakkal Majalla" w:hAnsi="Sakkal Majalla" w:cs="Sakkal Majalla"/>
          <w:sz w:val="28"/>
          <w:szCs w:val="28"/>
        </w:rPr>
        <w:tab/>
      </w:r>
      <w:r w:rsidR="00B76154">
        <w:rPr>
          <w:rFonts w:ascii="Sakkal Majalla" w:hAnsi="Sakkal Majalla" w:cs="Sakkal Majalla" w:hint="cs"/>
          <w:sz w:val="28"/>
          <w:szCs w:val="28"/>
          <w:rtl/>
        </w:rPr>
        <w:t>-</w:t>
      </w:r>
      <w:r w:rsidRPr="00B76154">
        <w:rPr>
          <w:rFonts w:ascii="Sakkal Majalla" w:hAnsi="Sakkal Majalla" w:cs="Sakkal Majalla"/>
          <w:sz w:val="28"/>
          <w:szCs w:val="28"/>
          <w:rtl/>
        </w:rPr>
        <w:t>قياس أثر البعد الاقتصادي لاستراتيجيات التسويق المستدام على ولاء المستهلك في السوق السعودي</w:t>
      </w:r>
      <w:r w:rsidRPr="00B76154">
        <w:rPr>
          <w:rFonts w:ascii="Sakkal Majalla" w:hAnsi="Sakkal Majalla" w:cs="Sakkal Majalla"/>
          <w:sz w:val="28"/>
          <w:szCs w:val="28"/>
          <w:rtl/>
        </w:rPr>
        <w:t>.</w:t>
      </w:r>
      <w:r w:rsidRPr="00B76154">
        <w:rPr>
          <w:rFonts w:ascii="Sakkal Majalla" w:hAnsi="Sakkal Majalla" w:cs="Sakkal Majalla"/>
          <w:sz w:val="28"/>
          <w:szCs w:val="28"/>
        </w:rPr>
        <w:t xml:space="preserve"> </w:t>
      </w:r>
    </w:p>
    <w:p w14:paraId="42DDCE64" w14:textId="77777777" w:rsidR="00066A01" w:rsidRPr="00B76154" w:rsidRDefault="007F2069" w:rsidP="00B76154">
      <w:pPr>
        <w:spacing w:line="360" w:lineRule="auto"/>
        <w:jc w:val="right"/>
        <w:rPr>
          <w:rFonts w:ascii="Sakkal Majalla" w:hAnsi="Sakkal Majalla" w:cs="Sakkal Majalla"/>
          <w:sz w:val="28"/>
          <w:szCs w:val="28"/>
          <w:rtl/>
        </w:rPr>
      </w:pPr>
      <w:r w:rsidRPr="00B76154">
        <w:rPr>
          <w:rFonts w:ascii="Sakkal Majalla" w:hAnsi="Sakkal Majalla" w:cs="Sakkal Majalla"/>
          <w:sz w:val="28"/>
          <w:szCs w:val="28"/>
        </w:rPr>
        <w:tab/>
      </w:r>
      <w:r w:rsidRPr="00B76154">
        <w:rPr>
          <w:rFonts w:ascii="Sakkal Majalla" w:hAnsi="Sakkal Majalla" w:cs="Sakkal Majalla"/>
          <w:sz w:val="28"/>
          <w:szCs w:val="28"/>
        </w:rPr>
        <w:tab/>
      </w:r>
      <w:r w:rsidRPr="00B76154">
        <w:rPr>
          <w:rFonts w:ascii="Sakkal Majalla" w:hAnsi="Sakkal Majalla" w:cs="Sakkal Majalla"/>
          <w:sz w:val="28"/>
          <w:szCs w:val="28"/>
        </w:rPr>
        <w:t xml:space="preserve">   </w:t>
      </w:r>
      <w:r w:rsidRPr="00B76154">
        <w:rPr>
          <w:rFonts w:ascii="Sakkal Majalla" w:hAnsi="Sakkal Majalla" w:cs="Sakkal Majalla"/>
          <w:sz w:val="28"/>
          <w:szCs w:val="28"/>
          <w:rtl/>
        </w:rPr>
        <w:t xml:space="preserve">- </w:t>
      </w:r>
      <w:r w:rsidRPr="00B76154">
        <w:rPr>
          <w:rFonts w:ascii="Sakkal Majalla" w:hAnsi="Sakkal Majalla" w:cs="Sakkal Majalla"/>
          <w:sz w:val="28"/>
          <w:szCs w:val="28"/>
          <w:rtl/>
        </w:rPr>
        <w:t>تقديم مجموعة من التوصيات العملية التي تساعد الشركات السعودية على تعزيز ولاء المستهلك من خلال تطبيق استراتيجيات التسويق المستدام</w:t>
      </w:r>
      <w:r w:rsidRPr="00B76154">
        <w:rPr>
          <w:rFonts w:ascii="Sakkal Majalla" w:hAnsi="Sakkal Majalla" w:cs="Sakkal Majalla"/>
          <w:sz w:val="28"/>
          <w:szCs w:val="28"/>
          <w:rtl/>
        </w:rPr>
        <w:t>.</w:t>
      </w:r>
    </w:p>
    <w:p w14:paraId="74E94311" w14:textId="6B1294A8" w:rsidR="00ED6B16" w:rsidRDefault="007F7218" w:rsidP="007F2069">
      <w:pPr>
        <w:jc w:val="right"/>
      </w:pPr>
      <w:r>
        <w:br w:type="page"/>
      </w:r>
    </w:p>
    <w:p w14:paraId="33BECC4D" w14:textId="77777777" w:rsidR="00ED6B16" w:rsidRDefault="007F7218">
      <w:pPr>
        <w:jc w:val="right"/>
      </w:pPr>
      <w:proofErr w:type="spellStart"/>
      <w:r>
        <w:rPr>
          <w:rFonts w:ascii="Arial" w:hAnsi="Arial" w:cs="Arial"/>
          <w:b/>
          <w:sz w:val="32"/>
        </w:rPr>
        <w:lastRenderedPageBreak/>
        <w:t>أ</w:t>
      </w:r>
      <w:r>
        <w:rPr>
          <w:b/>
          <w:sz w:val="32"/>
        </w:rPr>
        <w:t>سئلة</w:t>
      </w:r>
      <w:proofErr w:type="spellEnd"/>
      <w:r>
        <w:rPr>
          <w:b/>
          <w:sz w:val="32"/>
        </w:rPr>
        <w:t xml:space="preserve"> </w:t>
      </w:r>
      <w:proofErr w:type="spellStart"/>
      <w:r>
        <w:rPr>
          <w:b/>
          <w:sz w:val="32"/>
        </w:rPr>
        <w:t>الدراسة</w:t>
      </w:r>
      <w:proofErr w:type="spellEnd"/>
    </w:p>
    <w:p w14:paraId="39B079D1" w14:textId="7D71DB5A" w:rsidR="00ED6B16" w:rsidRPr="00B76154" w:rsidRDefault="007F7218">
      <w:pPr>
        <w:jc w:val="right"/>
        <w:rPr>
          <w:rFonts w:ascii="Sakkal Majalla" w:hAnsi="Sakkal Majalla" w:cs="Sakkal Majalla"/>
          <w:sz w:val="28"/>
          <w:szCs w:val="28"/>
        </w:rPr>
      </w:pPr>
      <w:proofErr w:type="spellStart"/>
      <w:r w:rsidRPr="00B76154">
        <w:rPr>
          <w:rFonts w:ascii="Sakkal Majalla" w:hAnsi="Sakkal Majalla" w:cs="Sakkal Majalla"/>
          <w:sz w:val="28"/>
          <w:szCs w:val="28"/>
        </w:rPr>
        <w:t>السؤال</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الرئيس</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ما</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أثر</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استراتيجيات</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التسويق</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المستدام</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على</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ولاء</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المستهلك</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في</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السوق</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السعودي</w:t>
      </w:r>
      <w:proofErr w:type="spellEnd"/>
      <w:r w:rsidRPr="00B76154">
        <w:rPr>
          <w:rFonts w:ascii="Sakkal Majalla" w:hAnsi="Sakkal Majalla" w:cs="Sakkal Majalla"/>
          <w:sz w:val="28"/>
          <w:szCs w:val="28"/>
        </w:rPr>
        <w:t>؟</w:t>
      </w:r>
      <w:r w:rsidRPr="00B76154">
        <w:rPr>
          <w:rFonts w:ascii="Sakkal Majalla" w:hAnsi="Sakkal Majalla" w:cs="Sakkal Majalla"/>
          <w:sz w:val="28"/>
          <w:szCs w:val="28"/>
        </w:rPr>
        <w:br/>
      </w:r>
      <w:r w:rsidR="00987D1E" w:rsidRPr="00B76154">
        <w:rPr>
          <w:rFonts w:ascii="Sakkal Majalla" w:hAnsi="Sakkal Majalla" w:cs="Sakkal Majalla"/>
          <w:sz w:val="28"/>
          <w:szCs w:val="28"/>
        </w:rPr>
        <w:t>:</w:t>
      </w:r>
      <w:proofErr w:type="spellStart"/>
      <w:r w:rsidRPr="00B76154">
        <w:rPr>
          <w:rFonts w:ascii="Sakkal Majalla" w:hAnsi="Sakkal Majalla" w:cs="Sakkal Majalla"/>
          <w:sz w:val="28"/>
          <w:szCs w:val="28"/>
        </w:rPr>
        <w:t>الأسئلة</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الفرعية</w:t>
      </w:r>
      <w:proofErr w:type="spellEnd"/>
      <w:r w:rsidRPr="00B76154">
        <w:rPr>
          <w:rFonts w:ascii="Sakkal Majalla" w:hAnsi="Sakkal Majalla" w:cs="Sakkal Majalla"/>
          <w:sz w:val="28"/>
          <w:szCs w:val="28"/>
        </w:rPr>
        <w:br/>
      </w:r>
      <w:proofErr w:type="spellStart"/>
      <w:r w:rsidRPr="00B76154">
        <w:rPr>
          <w:rFonts w:ascii="Sakkal Majalla" w:hAnsi="Sakkal Majalla" w:cs="Sakkal Majalla"/>
          <w:sz w:val="28"/>
          <w:szCs w:val="28"/>
        </w:rPr>
        <w:t>ما</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أثر</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البعد</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البيئي</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على</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ولاء</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المستهلك</w:t>
      </w:r>
      <w:proofErr w:type="spellEnd"/>
      <w:r w:rsidRPr="00B76154">
        <w:rPr>
          <w:rFonts w:ascii="Sakkal Majalla" w:hAnsi="Sakkal Majalla" w:cs="Sakkal Majalla"/>
          <w:sz w:val="28"/>
          <w:szCs w:val="28"/>
        </w:rPr>
        <w:t>؟</w:t>
      </w:r>
      <w:r w:rsidRPr="00B76154">
        <w:rPr>
          <w:rFonts w:ascii="Sakkal Majalla" w:hAnsi="Sakkal Majalla" w:cs="Sakkal Majalla"/>
          <w:sz w:val="28"/>
          <w:szCs w:val="28"/>
        </w:rPr>
        <w:br/>
      </w:r>
      <w:proofErr w:type="spellStart"/>
      <w:r w:rsidRPr="00B76154">
        <w:rPr>
          <w:rFonts w:ascii="Sakkal Majalla" w:hAnsi="Sakkal Majalla" w:cs="Sakkal Majalla"/>
          <w:sz w:val="28"/>
          <w:szCs w:val="28"/>
        </w:rPr>
        <w:t>ما</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أثر</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البعد</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الاجتماعي</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على</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ولاء</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المستهلك</w:t>
      </w:r>
      <w:proofErr w:type="spellEnd"/>
      <w:r w:rsidRPr="00B76154">
        <w:rPr>
          <w:rFonts w:ascii="Sakkal Majalla" w:hAnsi="Sakkal Majalla" w:cs="Sakkal Majalla"/>
          <w:sz w:val="28"/>
          <w:szCs w:val="28"/>
        </w:rPr>
        <w:t>؟</w:t>
      </w:r>
      <w:r w:rsidRPr="00B76154">
        <w:rPr>
          <w:rFonts w:ascii="Sakkal Majalla" w:hAnsi="Sakkal Majalla" w:cs="Sakkal Majalla"/>
          <w:sz w:val="28"/>
          <w:szCs w:val="28"/>
        </w:rPr>
        <w:br/>
      </w:r>
      <w:proofErr w:type="spellStart"/>
      <w:r w:rsidRPr="00B76154">
        <w:rPr>
          <w:rFonts w:ascii="Sakkal Majalla" w:hAnsi="Sakkal Majalla" w:cs="Sakkal Majalla"/>
          <w:sz w:val="28"/>
          <w:szCs w:val="28"/>
        </w:rPr>
        <w:t>ما</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أثر</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البعد</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الاقتصادي</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على</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ولاء</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المستهلك</w:t>
      </w:r>
      <w:proofErr w:type="spellEnd"/>
      <w:r w:rsidRPr="00B76154">
        <w:rPr>
          <w:rFonts w:ascii="Sakkal Majalla" w:hAnsi="Sakkal Majalla" w:cs="Sakkal Majalla"/>
          <w:sz w:val="28"/>
          <w:szCs w:val="28"/>
        </w:rPr>
        <w:t>؟</w:t>
      </w:r>
      <w:r w:rsidRPr="00B76154">
        <w:rPr>
          <w:rFonts w:ascii="Sakkal Majalla" w:hAnsi="Sakkal Majalla" w:cs="Sakkal Majalla"/>
          <w:sz w:val="28"/>
          <w:szCs w:val="28"/>
        </w:rPr>
        <w:br/>
      </w:r>
      <w:proofErr w:type="spellStart"/>
      <w:r w:rsidRPr="00B76154">
        <w:rPr>
          <w:rFonts w:ascii="Sakkal Majalla" w:hAnsi="Sakkal Majalla" w:cs="Sakkal Majalla"/>
          <w:sz w:val="28"/>
          <w:szCs w:val="28"/>
        </w:rPr>
        <w:t>ما</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العلاقة</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بين</w:t>
      </w:r>
      <w:proofErr w:type="spellEnd"/>
      <w:r w:rsidRPr="00B76154">
        <w:rPr>
          <w:rFonts w:ascii="Sakkal Majalla" w:hAnsi="Sakkal Majalla" w:cs="Sakkal Majalla"/>
          <w:sz w:val="28"/>
          <w:szCs w:val="28"/>
        </w:rPr>
        <w:t xml:space="preserve"> </w:t>
      </w:r>
      <w:proofErr w:type="spellStart"/>
      <w:r w:rsidRPr="00B76154">
        <w:rPr>
          <w:rFonts w:ascii="Sakkal Majalla" w:hAnsi="Sakkal Majalla" w:cs="Sakkal Majalla"/>
          <w:sz w:val="28"/>
          <w:szCs w:val="28"/>
        </w:rPr>
        <w:t>التسويق</w:t>
      </w:r>
      <w:proofErr w:type="spellEnd"/>
      <w:r w:rsidRPr="00B76154">
        <w:rPr>
          <w:rFonts w:ascii="Sakkal Majalla" w:hAnsi="Sakkal Majalla" w:cs="Sakkal Majalla"/>
          <w:sz w:val="28"/>
          <w:szCs w:val="28"/>
        </w:rPr>
        <w:t xml:space="preserve"> </w:t>
      </w:r>
      <w:r w:rsidRPr="00B76154">
        <w:rPr>
          <w:rFonts w:ascii="Sakkal Majalla" w:hAnsi="Sakkal Majalla" w:cs="Sakkal Majalla"/>
          <w:sz w:val="28"/>
          <w:szCs w:val="28"/>
        </w:rPr>
        <w:t>المستدام</w:t>
      </w:r>
      <w:r w:rsidRPr="00B76154">
        <w:rPr>
          <w:rFonts w:ascii="Sakkal Majalla" w:hAnsi="Sakkal Majalla" w:cs="Sakkal Majalla"/>
          <w:sz w:val="28"/>
          <w:szCs w:val="28"/>
        </w:rPr>
        <w:t xml:space="preserve"> </w:t>
      </w:r>
      <w:r w:rsidRPr="00B76154">
        <w:rPr>
          <w:rFonts w:ascii="Sakkal Majalla" w:hAnsi="Sakkal Majalla" w:cs="Sakkal Majalla"/>
          <w:sz w:val="28"/>
          <w:szCs w:val="28"/>
        </w:rPr>
        <w:t>ونية</w:t>
      </w:r>
      <w:r w:rsidRPr="00B76154">
        <w:rPr>
          <w:rFonts w:ascii="Sakkal Majalla" w:hAnsi="Sakkal Majalla" w:cs="Sakkal Majalla"/>
          <w:sz w:val="28"/>
          <w:szCs w:val="28"/>
        </w:rPr>
        <w:t xml:space="preserve"> </w:t>
      </w:r>
      <w:r w:rsidRPr="00B76154">
        <w:rPr>
          <w:rFonts w:ascii="Sakkal Majalla" w:hAnsi="Sakkal Majalla" w:cs="Sakkal Majalla"/>
          <w:sz w:val="28"/>
          <w:szCs w:val="28"/>
        </w:rPr>
        <w:t>إعادة</w:t>
      </w:r>
      <w:r w:rsidRPr="00B76154">
        <w:rPr>
          <w:rFonts w:ascii="Sakkal Majalla" w:hAnsi="Sakkal Majalla" w:cs="Sakkal Majalla"/>
          <w:sz w:val="28"/>
          <w:szCs w:val="28"/>
        </w:rPr>
        <w:t xml:space="preserve"> </w:t>
      </w:r>
      <w:r w:rsidRPr="00B76154">
        <w:rPr>
          <w:rFonts w:ascii="Sakkal Majalla" w:hAnsi="Sakkal Majalla" w:cs="Sakkal Majalla"/>
          <w:sz w:val="28"/>
          <w:szCs w:val="28"/>
        </w:rPr>
        <w:t>الشراء؟</w:t>
      </w:r>
    </w:p>
    <w:p w14:paraId="423E2A95" w14:textId="77777777" w:rsidR="00ED6B16" w:rsidRDefault="007F7218">
      <w:r>
        <w:br w:type="page"/>
      </w:r>
    </w:p>
    <w:p w14:paraId="3717EDB6" w14:textId="76A52598" w:rsidR="00987D1E" w:rsidRDefault="00987D1E" w:rsidP="00987D1E">
      <w:pPr>
        <w:jc w:val="right"/>
      </w:pPr>
      <w:r>
        <w:rPr>
          <w:b/>
          <w:sz w:val="32"/>
        </w:rPr>
        <w:lastRenderedPageBreak/>
        <w:t>:</w:t>
      </w:r>
      <w:proofErr w:type="spellStart"/>
      <w:r w:rsidR="007F7218">
        <w:rPr>
          <w:b/>
          <w:sz w:val="32"/>
        </w:rPr>
        <w:t>فرضيات</w:t>
      </w:r>
      <w:proofErr w:type="spellEnd"/>
      <w:r w:rsidR="007F7218">
        <w:rPr>
          <w:b/>
          <w:sz w:val="32"/>
        </w:rPr>
        <w:t xml:space="preserve"> </w:t>
      </w:r>
      <w:proofErr w:type="spellStart"/>
      <w:r w:rsidR="007F7218">
        <w:rPr>
          <w:b/>
          <w:sz w:val="32"/>
        </w:rPr>
        <w:t>الدراسة</w:t>
      </w:r>
      <w:proofErr w:type="spellEnd"/>
    </w:p>
    <w:p w14:paraId="2D1255D0" w14:textId="54C3632F" w:rsidR="00987D1E" w:rsidRPr="002A4B3C" w:rsidRDefault="00987D1E" w:rsidP="00987D1E">
      <w:pPr>
        <w:jc w:val="right"/>
        <w:rPr>
          <w:rFonts w:ascii="Sakkal Majalla" w:hAnsi="Sakkal Majalla" w:cs="Sakkal Majalla"/>
          <w:b/>
          <w:bCs/>
          <w:sz w:val="24"/>
          <w:szCs w:val="24"/>
        </w:rPr>
      </w:pPr>
      <w:r w:rsidRPr="002A4B3C">
        <w:rPr>
          <w:rFonts w:ascii="Sakkal Majalla" w:hAnsi="Sakkal Majalla" w:cs="Sakkal Majalla"/>
          <w:b/>
          <w:bCs/>
          <w:sz w:val="24"/>
          <w:szCs w:val="24"/>
        </w:rPr>
        <w:t xml:space="preserve">(H0) </w:t>
      </w:r>
      <w:r w:rsidRPr="002A4B3C">
        <w:rPr>
          <w:rFonts w:ascii="Sakkal Majalla" w:hAnsi="Sakkal Majalla" w:cs="Sakkal Majalla"/>
          <w:b/>
          <w:bCs/>
          <w:sz w:val="24"/>
          <w:szCs w:val="24"/>
          <w:rtl/>
        </w:rPr>
        <w:t>الفرضية الرئيسة الصفرية</w:t>
      </w:r>
      <w:r w:rsidRPr="002A4B3C">
        <w:rPr>
          <w:rFonts w:ascii="Sakkal Majalla" w:hAnsi="Sakkal Majalla" w:cs="Sakkal Majalla"/>
          <w:b/>
          <w:bCs/>
          <w:sz w:val="24"/>
          <w:szCs w:val="24"/>
        </w:rPr>
        <w:t xml:space="preserve"> </w:t>
      </w:r>
      <w:r w:rsidR="00B76154" w:rsidRPr="002A4B3C">
        <w:rPr>
          <w:rFonts w:ascii="Sakkal Majalla" w:hAnsi="Sakkal Majalla" w:cs="Sakkal Majalla"/>
          <w:b/>
          <w:bCs/>
          <w:sz w:val="24"/>
          <w:szCs w:val="24"/>
        </w:rPr>
        <w:t>-</w:t>
      </w:r>
    </w:p>
    <w:p w14:paraId="59CA116B" w14:textId="3FB04B23" w:rsidR="00987D1E" w:rsidRDefault="00987D1E" w:rsidP="00B76154">
      <w:pPr>
        <w:jc w:val="right"/>
        <w:rPr>
          <w:rFonts w:cs="Arial"/>
          <w:rtl/>
        </w:rPr>
      </w:pPr>
      <w:r>
        <w:rPr>
          <w:rFonts w:cs="Arial" w:hint="cs"/>
          <w:rtl/>
        </w:rPr>
        <w:t>لا</w:t>
      </w:r>
      <w:r>
        <w:rPr>
          <w:rFonts w:cs="Arial"/>
          <w:rtl/>
        </w:rPr>
        <w:t xml:space="preserve"> </w:t>
      </w:r>
      <w:r>
        <w:rPr>
          <w:rFonts w:cs="Arial" w:hint="cs"/>
          <w:rtl/>
        </w:rPr>
        <w:t>يوجد</w:t>
      </w:r>
      <w:r>
        <w:rPr>
          <w:rFonts w:cs="Arial"/>
          <w:rtl/>
        </w:rPr>
        <w:t xml:space="preserve"> </w:t>
      </w:r>
      <w:r>
        <w:rPr>
          <w:rFonts w:cs="Arial" w:hint="cs"/>
          <w:rtl/>
        </w:rPr>
        <w:t>أثر</w:t>
      </w:r>
      <w:r>
        <w:rPr>
          <w:rFonts w:cs="Arial"/>
          <w:rtl/>
        </w:rPr>
        <w:t xml:space="preserve"> </w:t>
      </w:r>
      <w:r>
        <w:rPr>
          <w:rFonts w:cs="Arial" w:hint="cs"/>
          <w:rtl/>
        </w:rPr>
        <w:t>ذو</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لاستراتيجيات</w:t>
      </w:r>
      <w:r>
        <w:rPr>
          <w:rFonts w:cs="Arial"/>
          <w:rtl/>
        </w:rPr>
        <w:t xml:space="preserve"> </w:t>
      </w:r>
      <w:r>
        <w:rPr>
          <w:rFonts w:cs="Arial" w:hint="cs"/>
          <w:rtl/>
        </w:rPr>
        <w:t>التسويق</w:t>
      </w:r>
      <w:r>
        <w:rPr>
          <w:rFonts w:cs="Arial"/>
          <w:rtl/>
        </w:rPr>
        <w:t xml:space="preserve"> </w:t>
      </w:r>
      <w:r>
        <w:rPr>
          <w:rFonts w:cs="Arial" w:hint="cs"/>
          <w:rtl/>
        </w:rPr>
        <w:t>المستدام</w:t>
      </w:r>
      <w:r>
        <w:rPr>
          <w:rFonts w:cs="Arial"/>
          <w:rtl/>
        </w:rPr>
        <w:t xml:space="preserve"> </w:t>
      </w:r>
      <w:r>
        <w:rPr>
          <w:rFonts w:cs="Arial" w:hint="cs"/>
          <w:rtl/>
        </w:rPr>
        <w:t>على</w:t>
      </w:r>
      <w:r>
        <w:rPr>
          <w:rFonts w:cs="Arial"/>
          <w:rtl/>
        </w:rPr>
        <w:t xml:space="preserve"> </w:t>
      </w:r>
      <w:r>
        <w:rPr>
          <w:rFonts w:cs="Arial" w:hint="cs"/>
          <w:rtl/>
        </w:rPr>
        <w:t>ولاء</w:t>
      </w:r>
      <w:r>
        <w:rPr>
          <w:rFonts w:cs="Arial"/>
          <w:rtl/>
        </w:rPr>
        <w:t xml:space="preserve"> </w:t>
      </w:r>
      <w:r>
        <w:rPr>
          <w:rFonts w:cs="Arial" w:hint="cs"/>
          <w:rtl/>
        </w:rPr>
        <w:t>المستهلك</w:t>
      </w:r>
      <w:r>
        <w:rPr>
          <w:rFonts w:cs="Arial"/>
          <w:rtl/>
        </w:rPr>
        <w:t xml:space="preserve"> </w:t>
      </w:r>
      <w:r>
        <w:rPr>
          <w:rFonts w:cs="Arial" w:hint="cs"/>
          <w:rtl/>
        </w:rPr>
        <w:t>في</w:t>
      </w:r>
      <w:r>
        <w:rPr>
          <w:rFonts w:cs="Arial"/>
          <w:rtl/>
        </w:rPr>
        <w:t xml:space="preserve"> </w:t>
      </w:r>
      <w:r>
        <w:rPr>
          <w:rFonts w:cs="Arial" w:hint="cs"/>
          <w:rtl/>
        </w:rPr>
        <w:t>السوق</w:t>
      </w:r>
      <w:r>
        <w:rPr>
          <w:rFonts w:cs="Arial"/>
          <w:rtl/>
        </w:rPr>
        <w:t xml:space="preserve"> </w:t>
      </w:r>
      <w:r>
        <w:rPr>
          <w:rFonts w:cs="Arial" w:hint="cs"/>
          <w:rtl/>
        </w:rPr>
        <w:t>السعودي</w:t>
      </w:r>
      <w:r w:rsidR="002A4B3C">
        <w:rPr>
          <w:rFonts w:cs="Arial" w:hint="cs"/>
          <w:rtl/>
        </w:rPr>
        <w:t>.</w:t>
      </w:r>
    </w:p>
    <w:p w14:paraId="693F66EA" w14:textId="77777777" w:rsidR="002A4B3C" w:rsidRDefault="002A4B3C" w:rsidP="00B76154">
      <w:pPr>
        <w:jc w:val="right"/>
      </w:pPr>
    </w:p>
    <w:p w14:paraId="1AF38FF7" w14:textId="7C735318" w:rsidR="00987D1E" w:rsidRPr="002A4B3C" w:rsidRDefault="002A4B3C" w:rsidP="00024A7E">
      <w:pPr>
        <w:jc w:val="right"/>
        <w:rPr>
          <w:rFonts w:ascii="Sakkal Majalla" w:hAnsi="Sakkal Majalla" w:cs="Sakkal Majalla"/>
          <w:b/>
          <w:bCs/>
          <w:sz w:val="24"/>
          <w:szCs w:val="24"/>
        </w:rPr>
      </w:pPr>
      <w:r>
        <w:rPr>
          <w:rFonts w:ascii="Sakkal Majalla" w:hAnsi="Sakkal Majalla" w:cs="Sakkal Majalla" w:hint="cs"/>
          <w:b/>
          <w:bCs/>
          <w:sz w:val="24"/>
          <w:szCs w:val="24"/>
          <w:rtl/>
        </w:rPr>
        <w:t>-</w:t>
      </w:r>
      <w:r w:rsidR="00987D1E" w:rsidRPr="002A4B3C">
        <w:rPr>
          <w:rFonts w:ascii="Sakkal Majalla" w:hAnsi="Sakkal Majalla" w:cs="Sakkal Majalla" w:hint="cs"/>
          <w:b/>
          <w:bCs/>
          <w:sz w:val="24"/>
          <w:szCs w:val="24"/>
          <w:rtl/>
        </w:rPr>
        <w:t>الفرضيات</w:t>
      </w:r>
      <w:r w:rsidR="00987D1E" w:rsidRPr="002A4B3C">
        <w:rPr>
          <w:rFonts w:ascii="Sakkal Majalla" w:hAnsi="Sakkal Majalla" w:cs="Sakkal Majalla"/>
          <w:b/>
          <w:bCs/>
          <w:sz w:val="24"/>
          <w:szCs w:val="24"/>
          <w:rtl/>
        </w:rPr>
        <w:t xml:space="preserve"> </w:t>
      </w:r>
      <w:r w:rsidR="00987D1E" w:rsidRPr="002A4B3C">
        <w:rPr>
          <w:rFonts w:ascii="Sakkal Majalla" w:hAnsi="Sakkal Majalla" w:cs="Sakkal Majalla" w:hint="cs"/>
          <w:b/>
          <w:bCs/>
          <w:sz w:val="24"/>
          <w:szCs w:val="24"/>
          <w:rtl/>
        </w:rPr>
        <w:t>الفرعية</w:t>
      </w:r>
      <w:r w:rsidR="00987D1E" w:rsidRPr="002A4B3C">
        <w:rPr>
          <w:rFonts w:ascii="Sakkal Majalla" w:hAnsi="Sakkal Majalla" w:cs="Sakkal Majalla"/>
          <w:b/>
          <w:bCs/>
          <w:sz w:val="24"/>
          <w:szCs w:val="24"/>
          <w:rtl/>
        </w:rPr>
        <w:t xml:space="preserve"> </w:t>
      </w:r>
      <w:r w:rsidR="00987D1E" w:rsidRPr="002A4B3C">
        <w:rPr>
          <w:rFonts w:ascii="Sakkal Majalla" w:hAnsi="Sakkal Majalla" w:cs="Sakkal Majalla" w:hint="cs"/>
          <w:b/>
          <w:bCs/>
          <w:sz w:val="24"/>
          <w:szCs w:val="24"/>
          <w:rtl/>
        </w:rPr>
        <w:t>الصفرية</w:t>
      </w:r>
      <w:r w:rsidR="008B0A83">
        <w:rPr>
          <w:rFonts w:ascii="Sakkal Majalla" w:hAnsi="Sakkal Majalla" w:cs="Sakkal Majalla" w:hint="cs"/>
          <w:b/>
          <w:bCs/>
          <w:sz w:val="24"/>
          <w:szCs w:val="24"/>
          <w:rtl/>
        </w:rPr>
        <w:t>:</w:t>
      </w:r>
    </w:p>
    <w:p w14:paraId="09C0320C" w14:textId="500F9FF0" w:rsidR="00987D1E" w:rsidRDefault="00987D1E" w:rsidP="002A4B3C">
      <w:pPr>
        <w:jc w:val="right"/>
      </w:pPr>
      <w:r>
        <w:t xml:space="preserve">H01: </w:t>
      </w:r>
      <w:r>
        <w:rPr>
          <w:rFonts w:cs="Arial" w:hint="cs"/>
          <w:rtl/>
        </w:rPr>
        <w:t>لا</w:t>
      </w:r>
      <w:r>
        <w:rPr>
          <w:rFonts w:cs="Arial"/>
          <w:rtl/>
        </w:rPr>
        <w:t xml:space="preserve"> </w:t>
      </w:r>
      <w:r>
        <w:rPr>
          <w:rFonts w:cs="Arial" w:hint="cs"/>
          <w:rtl/>
        </w:rPr>
        <w:t>يوجد</w:t>
      </w:r>
      <w:r>
        <w:rPr>
          <w:rFonts w:cs="Arial"/>
          <w:rtl/>
        </w:rPr>
        <w:t xml:space="preserve"> </w:t>
      </w:r>
      <w:r>
        <w:rPr>
          <w:rFonts w:cs="Arial" w:hint="cs"/>
          <w:rtl/>
        </w:rPr>
        <w:t>أثر</w:t>
      </w:r>
      <w:r>
        <w:rPr>
          <w:rFonts w:cs="Arial"/>
          <w:rtl/>
        </w:rPr>
        <w:t xml:space="preserve"> </w:t>
      </w:r>
      <w:r>
        <w:rPr>
          <w:rFonts w:cs="Arial" w:hint="cs"/>
          <w:rtl/>
        </w:rPr>
        <w:t>ذو</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للبعد</w:t>
      </w:r>
      <w:r>
        <w:rPr>
          <w:rFonts w:cs="Arial"/>
          <w:rtl/>
        </w:rPr>
        <w:t xml:space="preserve"> </w:t>
      </w:r>
      <w:r>
        <w:rPr>
          <w:rFonts w:cs="Arial" w:hint="cs"/>
          <w:rtl/>
        </w:rPr>
        <w:t>البيئي</w:t>
      </w:r>
      <w:r>
        <w:rPr>
          <w:rFonts w:cs="Arial"/>
          <w:rtl/>
        </w:rPr>
        <w:t xml:space="preserve"> </w:t>
      </w:r>
      <w:r>
        <w:rPr>
          <w:rFonts w:cs="Arial" w:hint="cs"/>
          <w:rtl/>
        </w:rPr>
        <w:t>على</w:t>
      </w:r>
      <w:r>
        <w:rPr>
          <w:rFonts w:cs="Arial"/>
          <w:rtl/>
        </w:rPr>
        <w:t xml:space="preserve"> </w:t>
      </w:r>
      <w:r>
        <w:rPr>
          <w:rFonts w:cs="Arial" w:hint="cs"/>
          <w:rtl/>
        </w:rPr>
        <w:t>ولاء</w:t>
      </w:r>
      <w:r>
        <w:rPr>
          <w:rFonts w:cs="Arial"/>
          <w:rtl/>
        </w:rPr>
        <w:t xml:space="preserve"> </w:t>
      </w:r>
      <w:r>
        <w:rPr>
          <w:rFonts w:cs="Arial" w:hint="cs"/>
          <w:rtl/>
        </w:rPr>
        <w:t>المستهلك</w:t>
      </w:r>
    </w:p>
    <w:p w14:paraId="72DCB43D" w14:textId="5631D044" w:rsidR="00987D1E" w:rsidRDefault="00987D1E" w:rsidP="002A4B3C">
      <w:pPr>
        <w:jc w:val="right"/>
      </w:pPr>
      <w:r>
        <w:t xml:space="preserve">H02: </w:t>
      </w:r>
      <w:r>
        <w:rPr>
          <w:rFonts w:cs="Arial" w:hint="cs"/>
          <w:rtl/>
        </w:rPr>
        <w:t>لا</w:t>
      </w:r>
      <w:r>
        <w:rPr>
          <w:rFonts w:cs="Arial"/>
          <w:rtl/>
        </w:rPr>
        <w:t xml:space="preserve"> </w:t>
      </w:r>
      <w:r>
        <w:rPr>
          <w:rFonts w:cs="Arial" w:hint="cs"/>
          <w:rtl/>
        </w:rPr>
        <w:t>يوجد</w:t>
      </w:r>
      <w:r>
        <w:rPr>
          <w:rFonts w:cs="Arial"/>
          <w:rtl/>
        </w:rPr>
        <w:t xml:space="preserve"> </w:t>
      </w:r>
      <w:r>
        <w:rPr>
          <w:rFonts w:cs="Arial" w:hint="cs"/>
          <w:rtl/>
        </w:rPr>
        <w:t>أثر</w:t>
      </w:r>
      <w:r>
        <w:rPr>
          <w:rFonts w:cs="Arial"/>
          <w:rtl/>
        </w:rPr>
        <w:t xml:space="preserve"> </w:t>
      </w:r>
      <w:r>
        <w:rPr>
          <w:rFonts w:cs="Arial" w:hint="cs"/>
          <w:rtl/>
        </w:rPr>
        <w:t>ذو</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للبعد</w:t>
      </w:r>
      <w:r>
        <w:rPr>
          <w:rFonts w:cs="Arial"/>
          <w:rtl/>
        </w:rPr>
        <w:t xml:space="preserve"> </w:t>
      </w:r>
      <w:r>
        <w:rPr>
          <w:rFonts w:cs="Arial" w:hint="cs"/>
          <w:rtl/>
        </w:rPr>
        <w:t>الاجتماعي</w:t>
      </w:r>
      <w:r>
        <w:rPr>
          <w:rFonts w:cs="Arial"/>
          <w:rtl/>
        </w:rPr>
        <w:t xml:space="preserve"> </w:t>
      </w:r>
      <w:r>
        <w:rPr>
          <w:rFonts w:cs="Arial" w:hint="cs"/>
          <w:rtl/>
        </w:rPr>
        <w:t>على</w:t>
      </w:r>
      <w:r>
        <w:rPr>
          <w:rFonts w:cs="Arial"/>
          <w:rtl/>
        </w:rPr>
        <w:t xml:space="preserve"> </w:t>
      </w:r>
      <w:r>
        <w:rPr>
          <w:rFonts w:cs="Arial" w:hint="cs"/>
          <w:rtl/>
        </w:rPr>
        <w:t>ولاء</w:t>
      </w:r>
      <w:r>
        <w:rPr>
          <w:rFonts w:cs="Arial"/>
          <w:rtl/>
        </w:rPr>
        <w:t xml:space="preserve"> </w:t>
      </w:r>
      <w:r>
        <w:rPr>
          <w:rFonts w:cs="Arial" w:hint="cs"/>
          <w:rtl/>
        </w:rPr>
        <w:t>المستهلك</w:t>
      </w:r>
    </w:p>
    <w:p w14:paraId="17FB6AD8" w14:textId="3E03A9AE" w:rsidR="00987D1E" w:rsidRDefault="00987D1E" w:rsidP="00987D1E">
      <w:pPr>
        <w:jc w:val="right"/>
      </w:pPr>
      <w:r>
        <w:t xml:space="preserve">H03: </w:t>
      </w:r>
      <w:r>
        <w:rPr>
          <w:rFonts w:cs="Arial" w:hint="cs"/>
          <w:rtl/>
        </w:rPr>
        <w:t>لا</w:t>
      </w:r>
      <w:r>
        <w:rPr>
          <w:rFonts w:cs="Arial"/>
          <w:rtl/>
        </w:rPr>
        <w:t xml:space="preserve"> </w:t>
      </w:r>
      <w:r>
        <w:rPr>
          <w:rFonts w:cs="Arial" w:hint="cs"/>
          <w:rtl/>
        </w:rPr>
        <w:t>يوجد</w:t>
      </w:r>
      <w:r>
        <w:rPr>
          <w:rFonts w:cs="Arial"/>
          <w:rtl/>
        </w:rPr>
        <w:t xml:space="preserve"> </w:t>
      </w:r>
      <w:r>
        <w:rPr>
          <w:rFonts w:cs="Arial" w:hint="cs"/>
          <w:rtl/>
        </w:rPr>
        <w:t>أثر</w:t>
      </w:r>
      <w:r>
        <w:rPr>
          <w:rFonts w:cs="Arial"/>
          <w:rtl/>
        </w:rPr>
        <w:t xml:space="preserve"> </w:t>
      </w:r>
      <w:r>
        <w:rPr>
          <w:rFonts w:cs="Arial" w:hint="cs"/>
          <w:rtl/>
        </w:rPr>
        <w:t>ذو</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للبعد</w:t>
      </w:r>
      <w:r>
        <w:rPr>
          <w:rFonts w:cs="Arial"/>
          <w:rtl/>
        </w:rPr>
        <w:t xml:space="preserve"> </w:t>
      </w:r>
      <w:r>
        <w:rPr>
          <w:rFonts w:cs="Arial" w:hint="cs"/>
          <w:rtl/>
        </w:rPr>
        <w:t>الاقتصادي</w:t>
      </w:r>
      <w:r>
        <w:rPr>
          <w:rFonts w:cs="Arial"/>
          <w:rtl/>
        </w:rPr>
        <w:t xml:space="preserve"> </w:t>
      </w:r>
      <w:r>
        <w:rPr>
          <w:rFonts w:cs="Arial" w:hint="cs"/>
          <w:rtl/>
        </w:rPr>
        <w:t>على</w:t>
      </w:r>
      <w:r>
        <w:rPr>
          <w:rFonts w:cs="Arial"/>
          <w:rtl/>
        </w:rPr>
        <w:t xml:space="preserve"> </w:t>
      </w:r>
      <w:r>
        <w:rPr>
          <w:rFonts w:cs="Arial" w:hint="cs"/>
          <w:rtl/>
        </w:rPr>
        <w:t>ولاء</w:t>
      </w:r>
      <w:r>
        <w:rPr>
          <w:rFonts w:cs="Arial"/>
          <w:rtl/>
        </w:rPr>
        <w:t xml:space="preserve"> </w:t>
      </w:r>
      <w:r>
        <w:rPr>
          <w:rFonts w:cs="Arial" w:hint="cs"/>
          <w:rtl/>
        </w:rPr>
        <w:t>المستهلك</w:t>
      </w:r>
    </w:p>
    <w:p w14:paraId="233E9C7D" w14:textId="77777777" w:rsidR="00987D1E" w:rsidRDefault="00987D1E" w:rsidP="00987D1E">
      <w:pPr>
        <w:jc w:val="right"/>
      </w:pPr>
    </w:p>
    <w:p w14:paraId="6C19876A" w14:textId="4FABE52E" w:rsidR="00987D1E" w:rsidRPr="002A4B3C" w:rsidRDefault="00024A7E" w:rsidP="002A4B3C">
      <w:pPr>
        <w:jc w:val="right"/>
        <w:rPr>
          <w:sz w:val="24"/>
          <w:szCs w:val="24"/>
        </w:rPr>
      </w:pPr>
      <w:r>
        <w:rPr>
          <w:rFonts w:cs="Arial" w:hint="cs"/>
          <w:rtl/>
        </w:rPr>
        <w:t xml:space="preserve"> </w:t>
      </w:r>
      <w:r w:rsidR="008B0A83">
        <w:rPr>
          <w:rFonts w:ascii="Sakkal Majalla" w:hAnsi="Sakkal Majalla" w:cs="Sakkal Majalla"/>
          <w:b/>
          <w:bCs/>
          <w:sz w:val="24"/>
          <w:szCs w:val="24"/>
        </w:rPr>
        <w:t>:</w:t>
      </w:r>
      <w:r w:rsidRPr="002A4B3C">
        <w:rPr>
          <w:rFonts w:ascii="Sakkal Majalla" w:hAnsi="Sakkal Majalla" w:cs="Sakkal Majalla"/>
          <w:b/>
          <w:bCs/>
          <w:sz w:val="24"/>
          <w:szCs w:val="24"/>
        </w:rPr>
        <w:t>(H1)</w:t>
      </w:r>
      <w:r w:rsidR="00987D1E" w:rsidRPr="002A4B3C">
        <w:rPr>
          <w:rFonts w:ascii="Sakkal Majalla" w:hAnsi="Sakkal Majalla" w:cs="Sakkal Majalla" w:hint="cs"/>
          <w:b/>
          <w:bCs/>
          <w:sz w:val="24"/>
          <w:szCs w:val="24"/>
          <w:rtl/>
        </w:rPr>
        <w:t>الفرضية</w:t>
      </w:r>
      <w:r w:rsidR="00987D1E" w:rsidRPr="002A4B3C">
        <w:rPr>
          <w:rFonts w:ascii="Sakkal Majalla" w:hAnsi="Sakkal Majalla" w:cs="Sakkal Majalla"/>
          <w:b/>
          <w:bCs/>
          <w:sz w:val="24"/>
          <w:szCs w:val="24"/>
          <w:rtl/>
        </w:rPr>
        <w:t xml:space="preserve"> </w:t>
      </w:r>
      <w:r w:rsidR="00987D1E" w:rsidRPr="002A4B3C">
        <w:rPr>
          <w:rFonts w:ascii="Sakkal Majalla" w:hAnsi="Sakkal Majalla" w:cs="Sakkal Majalla" w:hint="cs"/>
          <w:b/>
          <w:bCs/>
          <w:sz w:val="24"/>
          <w:szCs w:val="24"/>
          <w:rtl/>
        </w:rPr>
        <w:t>الرئيسة</w:t>
      </w:r>
      <w:r w:rsidRPr="002A4B3C">
        <w:rPr>
          <w:rFonts w:ascii="Sakkal Majalla" w:hAnsi="Sakkal Majalla" w:cs="Sakkal Majalla" w:hint="cs"/>
          <w:b/>
          <w:bCs/>
          <w:sz w:val="24"/>
          <w:szCs w:val="24"/>
          <w:rtl/>
        </w:rPr>
        <w:t xml:space="preserve"> البديلة </w:t>
      </w:r>
      <w:r w:rsidRPr="002A4B3C">
        <w:rPr>
          <w:rFonts w:ascii="Sakkal Majalla" w:hAnsi="Sakkal Majalla" w:cs="Sakkal Majalla"/>
          <w:b/>
          <w:bCs/>
          <w:sz w:val="24"/>
          <w:szCs w:val="24"/>
        </w:rPr>
        <w:t xml:space="preserve"> </w:t>
      </w:r>
      <w:r w:rsidR="00182C02">
        <w:rPr>
          <w:sz w:val="24"/>
          <w:szCs w:val="24"/>
        </w:rPr>
        <w:t>-</w:t>
      </w:r>
    </w:p>
    <w:p w14:paraId="2ED15D7C" w14:textId="5AA37A1B" w:rsidR="00987D1E" w:rsidRDefault="00987D1E" w:rsidP="002A4B3C">
      <w:pPr>
        <w:jc w:val="right"/>
        <w:rPr>
          <w:rFonts w:cs="Arial"/>
          <w:rtl/>
        </w:rPr>
      </w:pPr>
      <w:r>
        <w:rPr>
          <w:rFonts w:cs="Arial" w:hint="cs"/>
          <w:rtl/>
        </w:rPr>
        <w:t>يوجد</w:t>
      </w:r>
      <w:r>
        <w:rPr>
          <w:rFonts w:cs="Arial"/>
          <w:rtl/>
        </w:rPr>
        <w:t xml:space="preserve"> </w:t>
      </w:r>
      <w:r>
        <w:rPr>
          <w:rFonts w:cs="Arial" w:hint="cs"/>
          <w:rtl/>
        </w:rPr>
        <w:t>أثر</w:t>
      </w:r>
      <w:r>
        <w:rPr>
          <w:rFonts w:cs="Arial"/>
          <w:rtl/>
        </w:rPr>
        <w:t xml:space="preserve"> </w:t>
      </w:r>
      <w:r>
        <w:rPr>
          <w:rFonts w:cs="Arial" w:hint="cs"/>
          <w:rtl/>
        </w:rPr>
        <w:t>ذو</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لاستراتيجيات</w:t>
      </w:r>
      <w:r>
        <w:rPr>
          <w:rFonts w:cs="Arial"/>
          <w:rtl/>
        </w:rPr>
        <w:t xml:space="preserve"> </w:t>
      </w:r>
      <w:r>
        <w:rPr>
          <w:rFonts w:cs="Arial" w:hint="cs"/>
          <w:rtl/>
        </w:rPr>
        <w:t>التسويق</w:t>
      </w:r>
      <w:r>
        <w:rPr>
          <w:rFonts w:cs="Arial"/>
          <w:rtl/>
        </w:rPr>
        <w:t xml:space="preserve"> </w:t>
      </w:r>
      <w:r>
        <w:rPr>
          <w:rFonts w:cs="Arial" w:hint="cs"/>
          <w:rtl/>
        </w:rPr>
        <w:t>المستدام</w:t>
      </w:r>
      <w:r>
        <w:rPr>
          <w:rFonts w:cs="Arial"/>
          <w:rtl/>
        </w:rPr>
        <w:t xml:space="preserve"> </w:t>
      </w:r>
      <w:r>
        <w:rPr>
          <w:rFonts w:cs="Arial" w:hint="cs"/>
          <w:rtl/>
        </w:rPr>
        <w:t>على</w:t>
      </w:r>
      <w:r>
        <w:rPr>
          <w:rFonts w:cs="Arial"/>
          <w:rtl/>
        </w:rPr>
        <w:t xml:space="preserve"> </w:t>
      </w:r>
      <w:r>
        <w:rPr>
          <w:rFonts w:cs="Arial" w:hint="cs"/>
          <w:rtl/>
        </w:rPr>
        <w:t>ولاء</w:t>
      </w:r>
      <w:r>
        <w:rPr>
          <w:rFonts w:cs="Arial"/>
          <w:rtl/>
        </w:rPr>
        <w:t xml:space="preserve"> </w:t>
      </w:r>
      <w:r>
        <w:rPr>
          <w:rFonts w:cs="Arial" w:hint="cs"/>
          <w:rtl/>
        </w:rPr>
        <w:t>المستهلك</w:t>
      </w:r>
      <w:r>
        <w:rPr>
          <w:rFonts w:cs="Arial"/>
          <w:rtl/>
        </w:rPr>
        <w:t xml:space="preserve"> </w:t>
      </w:r>
      <w:r>
        <w:rPr>
          <w:rFonts w:cs="Arial" w:hint="cs"/>
          <w:rtl/>
        </w:rPr>
        <w:t>في</w:t>
      </w:r>
      <w:r>
        <w:rPr>
          <w:rFonts w:cs="Arial"/>
          <w:rtl/>
        </w:rPr>
        <w:t xml:space="preserve"> </w:t>
      </w:r>
      <w:r>
        <w:rPr>
          <w:rFonts w:cs="Arial" w:hint="cs"/>
          <w:rtl/>
        </w:rPr>
        <w:t>السوق</w:t>
      </w:r>
      <w:r>
        <w:rPr>
          <w:rFonts w:cs="Arial"/>
          <w:rtl/>
        </w:rPr>
        <w:t xml:space="preserve"> </w:t>
      </w:r>
      <w:r>
        <w:rPr>
          <w:rFonts w:cs="Arial" w:hint="cs"/>
          <w:rtl/>
        </w:rPr>
        <w:t>السعودي</w:t>
      </w:r>
      <w:r w:rsidR="002A4B3C">
        <w:rPr>
          <w:rFonts w:cs="Arial" w:hint="cs"/>
          <w:rtl/>
        </w:rPr>
        <w:t>.</w:t>
      </w:r>
    </w:p>
    <w:p w14:paraId="4C904848" w14:textId="77777777" w:rsidR="002A4B3C" w:rsidRDefault="002A4B3C" w:rsidP="002A4B3C">
      <w:pPr>
        <w:jc w:val="right"/>
      </w:pPr>
    </w:p>
    <w:p w14:paraId="55A88044" w14:textId="32EB2A7B" w:rsidR="00987D1E" w:rsidRPr="002A4B3C" w:rsidRDefault="00987D1E" w:rsidP="002A4B3C">
      <w:pPr>
        <w:jc w:val="right"/>
        <w:rPr>
          <w:rFonts w:ascii="Sakkal Majalla" w:hAnsi="Sakkal Majalla" w:cs="Sakkal Majalla" w:hint="cs"/>
          <w:b/>
          <w:bCs/>
          <w:sz w:val="24"/>
          <w:szCs w:val="24"/>
          <w:rtl/>
        </w:rPr>
      </w:pPr>
      <w:r w:rsidRPr="002A4B3C">
        <w:rPr>
          <w:rFonts w:ascii="Sakkal Majalla" w:hAnsi="Sakkal Majalla" w:cs="Sakkal Majalla" w:hint="cs"/>
          <w:b/>
          <w:bCs/>
          <w:sz w:val="24"/>
          <w:szCs w:val="24"/>
          <w:rtl/>
        </w:rPr>
        <w:t>الفرضيات</w:t>
      </w:r>
      <w:r w:rsidRPr="002A4B3C">
        <w:rPr>
          <w:rFonts w:ascii="Sakkal Majalla" w:hAnsi="Sakkal Majalla" w:cs="Sakkal Majalla"/>
          <w:b/>
          <w:bCs/>
          <w:sz w:val="24"/>
          <w:szCs w:val="24"/>
          <w:rtl/>
        </w:rPr>
        <w:t xml:space="preserve"> </w:t>
      </w:r>
      <w:r w:rsidRPr="002A4B3C">
        <w:rPr>
          <w:rFonts w:ascii="Sakkal Majalla" w:hAnsi="Sakkal Majalla" w:cs="Sakkal Majalla" w:hint="cs"/>
          <w:b/>
          <w:bCs/>
          <w:sz w:val="24"/>
          <w:szCs w:val="24"/>
          <w:rtl/>
        </w:rPr>
        <w:t>الفرعية</w:t>
      </w:r>
      <w:r w:rsidRPr="002A4B3C">
        <w:rPr>
          <w:rFonts w:ascii="Sakkal Majalla" w:hAnsi="Sakkal Majalla" w:cs="Sakkal Majalla"/>
          <w:b/>
          <w:bCs/>
          <w:sz w:val="24"/>
          <w:szCs w:val="24"/>
          <w:rtl/>
        </w:rPr>
        <w:t xml:space="preserve"> </w:t>
      </w:r>
      <w:r w:rsidRPr="002A4B3C">
        <w:rPr>
          <w:rFonts w:ascii="Sakkal Majalla" w:hAnsi="Sakkal Majalla" w:cs="Sakkal Majalla" w:hint="cs"/>
          <w:b/>
          <w:bCs/>
          <w:sz w:val="24"/>
          <w:szCs w:val="24"/>
          <w:rtl/>
        </w:rPr>
        <w:t>البديلة</w:t>
      </w:r>
      <w:r w:rsidR="002A4B3C">
        <w:rPr>
          <w:rFonts w:ascii="Sakkal Majalla" w:hAnsi="Sakkal Majalla" w:cs="Sakkal Majalla" w:hint="cs"/>
          <w:b/>
          <w:bCs/>
          <w:sz w:val="24"/>
          <w:szCs w:val="24"/>
          <w:rtl/>
        </w:rPr>
        <w:t>:</w:t>
      </w:r>
      <w:r w:rsidR="00182C02">
        <w:rPr>
          <w:rFonts w:ascii="Sakkal Majalla" w:hAnsi="Sakkal Majalla" w:cs="Sakkal Majalla"/>
          <w:b/>
          <w:bCs/>
          <w:sz w:val="24"/>
          <w:szCs w:val="24"/>
        </w:rPr>
        <w:t xml:space="preserve"> -</w:t>
      </w:r>
    </w:p>
    <w:p w14:paraId="3C4D9FE6" w14:textId="01930F7A" w:rsidR="00987D1E" w:rsidRDefault="00987D1E" w:rsidP="00987D1E">
      <w:pPr>
        <w:jc w:val="right"/>
      </w:pPr>
      <w:r>
        <w:t xml:space="preserve">H11: </w:t>
      </w:r>
      <w:r>
        <w:rPr>
          <w:rFonts w:cs="Arial" w:hint="cs"/>
          <w:rtl/>
        </w:rPr>
        <w:t>يوجد</w:t>
      </w:r>
      <w:r>
        <w:rPr>
          <w:rFonts w:cs="Arial"/>
          <w:rtl/>
        </w:rPr>
        <w:t xml:space="preserve"> </w:t>
      </w:r>
      <w:r>
        <w:rPr>
          <w:rFonts w:cs="Arial" w:hint="cs"/>
          <w:rtl/>
        </w:rPr>
        <w:t>أثر</w:t>
      </w:r>
      <w:r>
        <w:rPr>
          <w:rFonts w:cs="Arial"/>
          <w:rtl/>
        </w:rPr>
        <w:t xml:space="preserve"> </w:t>
      </w:r>
      <w:r>
        <w:rPr>
          <w:rFonts w:cs="Arial" w:hint="cs"/>
          <w:rtl/>
        </w:rPr>
        <w:t>ذو</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للبعد</w:t>
      </w:r>
      <w:r>
        <w:rPr>
          <w:rFonts w:cs="Arial"/>
          <w:rtl/>
        </w:rPr>
        <w:t xml:space="preserve"> </w:t>
      </w:r>
      <w:r>
        <w:rPr>
          <w:rFonts w:cs="Arial" w:hint="cs"/>
          <w:rtl/>
        </w:rPr>
        <w:t>البيئي</w:t>
      </w:r>
      <w:r>
        <w:rPr>
          <w:rFonts w:cs="Arial"/>
          <w:rtl/>
        </w:rPr>
        <w:t xml:space="preserve"> </w:t>
      </w:r>
      <w:r>
        <w:rPr>
          <w:rFonts w:cs="Arial" w:hint="cs"/>
          <w:rtl/>
        </w:rPr>
        <w:t>على</w:t>
      </w:r>
      <w:r>
        <w:rPr>
          <w:rFonts w:cs="Arial"/>
          <w:rtl/>
        </w:rPr>
        <w:t xml:space="preserve"> </w:t>
      </w:r>
      <w:r>
        <w:rPr>
          <w:rFonts w:cs="Arial" w:hint="cs"/>
          <w:rtl/>
        </w:rPr>
        <w:t>ولاء</w:t>
      </w:r>
      <w:r>
        <w:rPr>
          <w:rFonts w:cs="Arial"/>
          <w:rtl/>
        </w:rPr>
        <w:t xml:space="preserve"> </w:t>
      </w:r>
      <w:r>
        <w:rPr>
          <w:rFonts w:cs="Arial" w:hint="cs"/>
          <w:rtl/>
        </w:rPr>
        <w:t>المستهلك</w:t>
      </w:r>
    </w:p>
    <w:p w14:paraId="7873D21A" w14:textId="2F966C76" w:rsidR="00987D1E" w:rsidRDefault="00987D1E" w:rsidP="002A4B3C">
      <w:pPr>
        <w:jc w:val="right"/>
      </w:pPr>
      <w:r>
        <w:t xml:space="preserve">H12: </w:t>
      </w:r>
      <w:r>
        <w:rPr>
          <w:rFonts w:cs="Arial" w:hint="cs"/>
          <w:rtl/>
        </w:rPr>
        <w:t>يوجد</w:t>
      </w:r>
      <w:r>
        <w:rPr>
          <w:rFonts w:cs="Arial"/>
          <w:rtl/>
        </w:rPr>
        <w:t xml:space="preserve"> </w:t>
      </w:r>
      <w:r>
        <w:rPr>
          <w:rFonts w:cs="Arial" w:hint="cs"/>
          <w:rtl/>
        </w:rPr>
        <w:t>أثر</w:t>
      </w:r>
      <w:r>
        <w:rPr>
          <w:rFonts w:cs="Arial"/>
          <w:rtl/>
        </w:rPr>
        <w:t xml:space="preserve"> </w:t>
      </w:r>
      <w:r>
        <w:rPr>
          <w:rFonts w:cs="Arial" w:hint="cs"/>
          <w:rtl/>
        </w:rPr>
        <w:t>ذو</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للبعد</w:t>
      </w:r>
      <w:r>
        <w:rPr>
          <w:rFonts w:cs="Arial"/>
          <w:rtl/>
        </w:rPr>
        <w:t xml:space="preserve"> </w:t>
      </w:r>
      <w:r>
        <w:rPr>
          <w:rFonts w:cs="Arial" w:hint="cs"/>
          <w:rtl/>
        </w:rPr>
        <w:t>الاجتماعي</w:t>
      </w:r>
      <w:r>
        <w:rPr>
          <w:rFonts w:cs="Arial"/>
          <w:rtl/>
        </w:rPr>
        <w:t xml:space="preserve"> </w:t>
      </w:r>
      <w:r>
        <w:rPr>
          <w:rFonts w:cs="Arial" w:hint="cs"/>
          <w:rtl/>
        </w:rPr>
        <w:t>على</w:t>
      </w:r>
      <w:r>
        <w:rPr>
          <w:rFonts w:cs="Arial"/>
          <w:rtl/>
        </w:rPr>
        <w:t xml:space="preserve"> </w:t>
      </w:r>
      <w:r>
        <w:rPr>
          <w:rFonts w:cs="Arial" w:hint="cs"/>
          <w:rtl/>
        </w:rPr>
        <w:t>ولاء</w:t>
      </w:r>
      <w:r>
        <w:rPr>
          <w:rFonts w:cs="Arial"/>
          <w:rtl/>
        </w:rPr>
        <w:t xml:space="preserve"> </w:t>
      </w:r>
      <w:r>
        <w:rPr>
          <w:rFonts w:cs="Arial" w:hint="cs"/>
          <w:rtl/>
        </w:rPr>
        <w:t>المستهلك</w:t>
      </w:r>
    </w:p>
    <w:p w14:paraId="0C9609FE" w14:textId="101B440F" w:rsidR="00ED6B16" w:rsidRDefault="00987D1E" w:rsidP="00987D1E">
      <w:pPr>
        <w:jc w:val="right"/>
      </w:pPr>
      <w:r>
        <w:t xml:space="preserve">H13: </w:t>
      </w:r>
      <w:r>
        <w:rPr>
          <w:rFonts w:cs="Arial" w:hint="cs"/>
          <w:rtl/>
        </w:rPr>
        <w:t>يوجد</w:t>
      </w:r>
      <w:r>
        <w:rPr>
          <w:rFonts w:cs="Arial"/>
          <w:rtl/>
        </w:rPr>
        <w:t xml:space="preserve"> </w:t>
      </w:r>
      <w:r>
        <w:rPr>
          <w:rFonts w:cs="Arial" w:hint="cs"/>
          <w:rtl/>
        </w:rPr>
        <w:t>أثر</w:t>
      </w:r>
      <w:r>
        <w:rPr>
          <w:rFonts w:cs="Arial"/>
          <w:rtl/>
        </w:rPr>
        <w:t xml:space="preserve"> </w:t>
      </w:r>
      <w:r>
        <w:rPr>
          <w:rFonts w:cs="Arial" w:hint="cs"/>
          <w:rtl/>
        </w:rPr>
        <w:t>ذو</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للبعد</w:t>
      </w:r>
      <w:r>
        <w:rPr>
          <w:rFonts w:cs="Arial"/>
          <w:rtl/>
        </w:rPr>
        <w:t xml:space="preserve"> </w:t>
      </w:r>
      <w:r>
        <w:rPr>
          <w:rFonts w:cs="Arial" w:hint="cs"/>
          <w:rtl/>
        </w:rPr>
        <w:t>الاقتصادي</w:t>
      </w:r>
      <w:r>
        <w:rPr>
          <w:rFonts w:cs="Arial"/>
          <w:rtl/>
        </w:rPr>
        <w:t xml:space="preserve"> </w:t>
      </w:r>
      <w:r>
        <w:rPr>
          <w:rFonts w:cs="Arial" w:hint="cs"/>
          <w:rtl/>
        </w:rPr>
        <w:t>على</w:t>
      </w:r>
      <w:r>
        <w:rPr>
          <w:rFonts w:cs="Arial"/>
          <w:rtl/>
        </w:rPr>
        <w:t xml:space="preserve"> </w:t>
      </w:r>
      <w:r>
        <w:rPr>
          <w:rFonts w:cs="Arial" w:hint="cs"/>
          <w:rtl/>
        </w:rPr>
        <w:t>ولاء</w:t>
      </w:r>
      <w:r>
        <w:rPr>
          <w:rFonts w:cs="Arial"/>
          <w:rtl/>
        </w:rPr>
        <w:t xml:space="preserve"> </w:t>
      </w:r>
      <w:r>
        <w:rPr>
          <w:rFonts w:cs="Arial" w:hint="cs"/>
          <w:rtl/>
        </w:rPr>
        <w:t>المستهلك</w:t>
      </w:r>
      <w:r w:rsidR="007F7218">
        <w:br w:type="page"/>
      </w:r>
    </w:p>
    <w:p w14:paraId="2A3F143C" w14:textId="7D9A337B" w:rsidR="00024A7E" w:rsidRPr="00FB2FC7" w:rsidRDefault="00024A7E" w:rsidP="00FB2FC7">
      <w:pPr>
        <w:jc w:val="right"/>
      </w:pPr>
      <w:r>
        <w:rPr>
          <w:b/>
          <w:sz w:val="32"/>
        </w:rPr>
        <w:lastRenderedPageBreak/>
        <w:t>:</w:t>
      </w:r>
      <w:proofErr w:type="spellStart"/>
      <w:r w:rsidR="007F7218">
        <w:rPr>
          <w:b/>
          <w:sz w:val="32"/>
        </w:rPr>
        <w:t>الدراسات</w:t>
      </w:r>
      <w:proofErr w:type="spellEnd"/>
      <w:r w:rsidR="007F7218">
        <w:rPr>
          <w:b/>
          <w:sz w:val="32"/>
        </w:rPr>
        <w:t xml:space="preserve"> </w:t>
      </w:r>
      <w:proofErr w:type="spellStart"/>
      <w:r w:rsidR="007F7218">
        <w:rPr>
          <w:b/>
          <w:sz w:val="32"/>
        </w:rPr>
        <w:t>السابقة</w:t>
      </w:r>
      <w:proofErr w:type="spellEnd"/>
    </w:p>
    <w:p w14:paraId="54E24095" w14:textId="6F47B4AE" w:rsidR="00024A7E" w:rsidRPr="00182C02" w:rsidRDefault="00FB2FC7" w:rsidP="00024A7E">
      <w:pPr>
        <w:jc w:val="right"/>
        <w:rPr>
          <w:rFonts w:ascii="Sakkal Majalla" w:hAnsi="Sakkal Majalla" w:cs="Sakkal Majalla"/>
          <w:b/>
          <w:bCs/>
          <w:sz w:val="24"/>
          <w:szCs w:val="24"/>
        </w:rPr>
      </w:pPr>
      <w:r w:rsidRPr="00182C02">
        <w:rPr>
          <w:rFonts w:ascii="Sakkal Majalla" w:hAnsi="Sakkal Majalla" w:cs="Sakkal Majalla"/>
          <w:b/>
          <w:bCs/>
          <w:sz w:val="24"/>
          <w:szCs w:val="24"/>
        </w:rPr>
        <w:t xml:space="preserve"> </w:t>
      </w:r>
      <w:r w:rsidRPr="00182C02">
        <w:rPr>
          <w:rFonts w:ascii="Sakkal Majalla" w:hAnsi="Sakkal Majalla" w:cs="Sakkal Majalla"/>
          <w:b/>
          <w:bCs/>
          <w:sz w:val="24"/>
          <w:szCs w:val="24"/>
        </w:rPr>
        <w:t xml:space="preserve">(2016) </w:t>
      </w:r>
      <w:r w:rsidRPr="00182C02">
        <w:rPr>
          <w:rFonts w:ascii="Sakkal Majalla" w:hAnsi="Sakkal Majalla" w:cs="Sakkal Majalla"/>
          <w:b/>
          <w:bCs/>
          <w:sz w:val="24"/>
          <w:szCs w:val="24"/>
        </w:rPr>
        <w:t xml:space="preserve"> </w:t>
      </w:r>
      <w:r w:rsidR="00AD2504" w:rsidRPr="00182C02">
        <w:rPr>
          <w:rFonts w:ascii="Sakkal Majalla" w:hAnsi="Sakkal Majalla" w:cs="Sakkal Majalla"/>
          <w:b/>
          <w:bCs/>
          <w:sz w:val="24"/>
          <w:szCs w:val="24"/>
        </w:rPr>
        <w:t xml:space="preserve">Peattie </w:t>
      </w:r>
      <w:r w:rsidRPr="00182C02">
        <w:rPr>
          <w:rFonts w:ascii="Sakkal Majalla" w:hAnsi="Sakkal Majalla" w:cs="Sakkal Majalla" w:hint="cs"/>
          <w:b/>
          <w:bCs/>
          <w:sz w:val="24"/>
          <w:szCs w:val="24"/>
          <w:rtl/>
        </w:rPr>
        <w:t xml:space="preserve"> </w:t>
      </w:r>
      <w:r w:rsidR="00AD2504" w:rsidRPr="00182C02">
        <w:rPr>
          <w:rFonts w:ascii="Sakkal Majalla" w:hAnsi="Sakkal Majalla" w:cs="Sakkal Majalla" w:hint="cs"/>
          <w:b/>
          <w:bCs/>
          <w:sz w:val="24"/>
          <w:szCs w:val="24"/>
          <w:rtl/>
        </w:rPr>
        <w:t>دراسة</w:t>
      </w:r>
      <w:r w:rsidR="008B0A83" w:rsidRPr="00182C02">
        <w:rPr>
          <w:rFonts w:ascii="Sakkal Majalla" w:hAnsi="Sakkal Majalla" w:cs="Sakkal Majalla"/>
          <w:b/>
          <w:bCs/>
          <w:sz w:val="24"/>
          <w:szCs w:val="24"/>
        </w:rPr>
        <w:t>-</w:t>
      </w:r>
    </w:p>
    <w:p w14:paraId="06D471B8" w14:textId="298E67A6" w:rsidR="00024A7E" w:rsidRPr="00FB2FC7" w:rsidRDefault="00024A7E" w:rsidP="00024A7E">
      <w:pPr>
        <w:jc w:val="right"/>
        <w:rPr>
          <w:rFonts w:ascii="Sakkal Majalla" w:hAnsi="Sakkal Majalla" w:cs="Sakkal Majalla"/>
          <w:sz w:val="28"/>
          <w:szCs w:val="28"/>
        </w:rPr>
      </w:pPr>
      <w:r w:rsidRPr="00FB2FC7">
        <w:rPr>
          <w:rFonts w:ascii="Sakkal Majalla" w:hAnsi="Sakkal Majalla" w:cs="Sakkal Majalla" w:hint="cs"/>
          <w:sz w:val="28"/>
          <w:szCs w:val="28"/>
          <w:rtl/>
        </w:rPr>
        <w:t>تناولت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الدراسة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دور</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التسويق</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الأخضر</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في</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تحسين</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صورة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العلامة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التجارية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وتعزيز</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العلاقة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بين</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الشركات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والمستهلكين</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وأظهرت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النتائج</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أن</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الممارسات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التسويقية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الصديقة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للبيئة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تسهم</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في</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رفع</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مستوى</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ثقة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المستهلكين</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وزيادة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ارتباطهم</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بالعلامة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التجارية</w:t>
      </w:r>
      <w:r w:rsidR="00FB2FC7" w:rsidRPr="00FB2FC7">
        <w:rPr>
          <w:rFonts w:ascii="Sakkal Majalla" w:hAnsi="Sakkal Majalla" w:cs="Sakkal Majalla" w:hint="cs"/>
          <w:sz w:val="28"/>
          <w:szCs w:val="28"/>
          <w:rtl/>
        </w:rPr>
        <w:t>.</w:t>
      </w:r>
    </w:p>
    <w:p w14:paraId="1F1B4E4D" w14:textId="77777777" w:rsidR="00024A7E" w:rsidRPr="00FB2FC7" w:rsidRDefault="00024A7E" w:rsidP="00024A7E">
      <w:pPr>
        <w:jc w:val="right"/>
        <w:rPr>
          <w:rFonts w:ascii="Sakkal Majalla" w:hAnsi="Sakkal Majalla" w:cs="Sakkal Majalla"/>
          <w:sz w:val="28"/>
          <w:szCs w:val="28"/>
        </w:rPr>
      </w:pPr>
    </w:p>
    <w:p w14:paraId="568CCB95" w14:textId="2CEB65E2" w:rsidR="00024A7E" w:rsidRPr="00182C02" w:rsidRDefault="00FB2FC7" w:rsidP="00FB2FC7">
      <w:pPr>
        <w:jc w:val="right"/>
        <w:rPr>
          <w:rFonts w:ascii="Sakkal Majalla" w:hAnsi="Sakkal Majalla" w:cs="Sakkal Majalla"/>
          <w:b/>
          <w:bCs/>
          <w:sz w:val="24"/>
          <w:szCs w:val="24"/>
        </w:rPr>
      </w:pPr>
      <w:r w:rsidRPr="00FB2FC7">
        <w:rPr>
          <w:rFonts w:ascii="Sakkal Majalla" w:hAnsi="Sakkal Majalla" w:cs="Sakkal Majalla"/>
          <w:sz w:val="28"/>
          <w:szCs w:val="28"/>
        </w:rPr>
        <w:t xml:space="preserve"> </w:t>
      </w:r>
      <w:r w:rsidRPr="00182C02">
        <w:rPr>
          <w:rFonts w:ascii="Sakkal Majalla" w:hAnsi="Sakkal Majalla" w:cs="Sakkal Majalla"/>
          <w:b/>
          <w:bCs/>
          <w:sz w:val="24"/>
          <w:szCs w:val="24"/>
        </w:rPr>
        <w:t>(2018)</w:t>
      </w:r>
      <w:r w:rsidRPr="00182C02">
        <w:rPr>
          <w:rFonts w:ascii="Sakkal Majalla" w:hAnsi="Sakkal Majalla" w:cs="Sakkal Majalla" w:hint="cs"/>
          <w:b/>
          <w:bCs/>
          <w:sz w:val="24"/>
          <w:szCs w:val="24"/>
          <w:rtl/>
        </w:rPr>
        <w:t xml:space="preserve"> </w:t>
      </w:r>
      <w:r w:rsidRPr="00182C02">
        <w:rPr>
          <w:rFonts w:ascii="Sakkal Majalla" w:hAnsi="Sakkal Majalla" w:cs="Sakkal Majalla"/>
          <w:b/>
          <w:bCs/>
          <w:sz w:val="24"/>
          <w:szCs w:val="24"/>
        </w:rPr>
        <w:t xml:space="preserve"> </w:t>
      </w:r>
      <w:r w:rsidR="00024A7E" w:rsidRPr="00182C02">
        <w:rPr>
          <w:rFonts w:ascii="Sakkal Majalla" w:hAnsi="Sakkal Majalla" w:cs="Sakkal Majalla"/>
          <w:b/>
          <w:bCs/>
          <w:sz w:val="24"/>
          <w:szCs w:val="24"/>
        </w:rPr>
        <w:t xml:space="preserve">Kotler &amp; Keller </w:t>
      </w:r>
      <w:r w:rsidR="00AD2504" w:rsidRPr="00182C02">
        <w:rPr>
          <w:rFonts w:ascii="Sakkal Majalla" w:hAnsi="Sakkal Majalla" w:cs="Sakkal Majalla" w:hint="cs"/>
          <w:b/>
          <w:bCs/>
          <w:sz w:val="24"/>
          <w:szCs w:val="24"/>
          <w:rtl/>
        </w:rPr>
        <w:t>دراسة</w:t>
      </w:r>
      <w:r w:rsidR="00AD2504" w:rsidRPr="00182C02">
        <w:rPr>
          <w:rFonts w:ascii="Sakkal Majalla" w:hAnsi="Sakkal Majalla" w:cs="Sakkal Majalla" w:hint="cs"/>
          <w:b/>
          <w:bCs/>
          <w:sz w:val="24"/>
          <w:szCs w:val="24"/>
          <w:rtl/>
        </w:rPr>
        <w:t xml:space="preserve"> </w:t>
      </w:r>
      <w:r w:rsidR="00AD2504" w:rsidRPr="00182C02">
        <w:rPr>
          <w:rFonts w:ascii="Sakkal Majalla" w:hAnsi="Sakkal Majalla" w:cs="Sakkal Majalla"/>
          <w:b/>
          <w:bCs/>
          <w:sz w:val="24"/>
          <w:szCs w:val="24"/>
        </w:rPr>
        <w:t xml:space="preserve"> </w:t>
      </w:r>
      <w:r w:rsidR="008B0A83" w:rsidRPr="00182C02">
        <w:rPr>
          <w:rFonts w:ascii="Sakkal Majalla" w:hAnsi="Sakkal Majalla" w:cs="Sakkal Majalla"/>
          <w:b/>
          <w:bCs/>
          <w:sz w:val="24"/>
          <w:szCs w:val="24"/>
        </w:rPr>
        <w:t>-</w:t>
      </w:r>
    </w:p>
    <w:p w14:paraId="726AEEC3" w14:textId="2909BE7C" w:rsidR="00024A7E" w:rsidRPr="00FB2FC7" w:rsidRDefault="00024A7E" w:rsidP="00024A7E">
      <w:pPr>
        <w:jc w:val="right"/>
        <w:rPr>
          <w:rFonts w:ascii="Sakkal Majalla" w:hAnsi="Sakkal Majalla" w:cs="Sakkal Majalla"/>
          <w:sz w:val="28"/>
          <w:szCs w:val="28"/>
        </w:rPr>
      </w:pPr>
      <w:r w:rsidRPr="00FB2FC7">
        <w:rPr>
          <w:rFonts w:ascii="Sakkal Majalla" w:hAnsi="Sakkal Majalla" w:cs="Sakkal Majalla" w:hint="cs"/>
          <w:sz w:val="28"/>
          <w:szCs w:val="28"/>
          <w:rtl/>
        </w:rPr>
        <w:t>أوضحت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الدراسة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أن</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الاستدامة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أصبحت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جزءًا</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أساسيًا</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من</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الاستراتيجيات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التسويقية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الحديثة،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وأن</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الشركات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التي</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تدمج</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الجوانب</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البيئية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والاجتماعية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في</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أنشطتها</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التسويقية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تحقق</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مزايا</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تنافسية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مستدامة</w:t>
      </w:r>
      <w:r w:rsidR="00FB2FC7" w:rsidRPr="00FB2FC7">
        <w:rPr>
          <w:rFonts w:ascii="Sakkal Majalla" w:hAnsi="Sakkal Majalla" w:cs="Sakkal Majalla" w:hint="cs"/>
          <w:sz w:val="28"/>
          <w:szCs w:val="28"/>
          <w:rtl/>
        </w:rPr>
        <w:t>.</w:t>
      </w:r>
    </w:p>
    <w:p w14:paraId="0B56B4AA" w14:textId="77777777" w:rsidR="00024A7E" w:rsidRPr="00FB2FC7" w:rsidRDefault="00024A7E" w:rsidP="00024A7E">
      <w:pPr>
        <w:jc w:val="right"/>
        <w:rPr>
          <w:rFonts w:ascii="Sakkal Majalla" w:hAnsi="Sakkal Majalla" w:cs="Sakkal Majalla"/>
          <w:sz w:val="28"/>
          <w:szCs w:val="28"/>
        </w:rPr>
      </w:pPr>
    </w:p>
    <w:p w14:paraId="5AFAE10D" w14:textId="1D683308" w:rsidR="00024A7E" w:rsidRPr="00182C02" w:rsidRDefault="00FB2FC7" w:rsidP="00FB2FC7">
      <w:pPr>
        <w:jc w:val="right"/>
        <w:rPr>
          <w:rFonts w:ascii="Sakkal Majalla" w:hAnsi="Sakkal Majalla" w:cs="Sakkal Majalla" w:hint="cs"/>
          <w:b/>
          <w:bCs/>
          <w:sz w:val="24"/>
          <w:szCs w:val="24"/>
          <w:rtl/>
        </w:rPr>
      </w:pPr>
      <w:r w:rsidRPr="00182C02">
        <w:rPr>
          <w:rFonts w:ascii="Sakkal Majalla" w:hAnsi="Sakkal Majalla" w:cs="Sakkal Majalla"/>
          <w:b/>
          <w:bCs/>
          <w:sz w:val="24"/>
          <w:szCs w:val="24"/>
        </w:rPr>
        <w:t xml:space="preserve"> </w:t>
      </w:r>
      <w:r w:rsidRPr="00182C02">
        <w:rPr>
          <w:rFonts w:ascii="Sakkal Majalla" w:hAnsi="Sakkal Majalla" w:cs="Sakkal Majalla"/>
          <w:b/>
          <w:bCs/>
          <w:sz w:val="24"/>
          <w:szCs w:val="24"/>
        </w:rPr>
        <w:t xml:space="preserve">(2021) </w:t>
      </w:r>
      <w:r w:rsidRPr="00182C02">
        <w:rPr>
          <w:rFonts w:ascii="Sakkal Majalla" w:hAnsi="Sakkal Majalla" w:cs="Sakkal Majalla"/>
          <w:b/>
          <w:bCs/>
          <w:sz w:val="24"/>
          <w:szCs w:val="24"/>
        </w:rPr>
        <w:t xml:space="preserve"> </w:t>
      </w:r>
      <w:r w:rsidR="00024A7E" w:rsidRPr="00182C02">
        <w:rPr>
          <w:rFonts w:ascii="Sakkal Majalla" w:hAnsi="Sakkal Majalla" w:cs="Sakkal Majalla"/>
          <w:b/>
          <w:bCs/>
          <w:sz w:val="24"/>
          <w:szCs w:val="24"/>
        </w:rPr>
        <w:t xml:space="preserve">Belz &amp; Peattie </w:t>
      </w:r>
      <w:r w:rsidR="008B0A83" w:rsidRPr="00182C02">
        <w:rPr>
          <w:rFonts w:ascii="Sakkal Majalla" w:hAnsi="Sakkal Majalla" w:cs="Sakkal Majalla" w:hint="cs"/>
          <w:b/>
          <w:bCs/>
          <w:sz w:val="24"/>
          <w:szCs w:val="24"/>
          <w:rtl/>
        </w:rPr>
        <w:t xml:space="preserve"> - </w:t>
      </w:r>
      <w:r w:rsidR="00AD2504" w:rsidRPr="00182C02">
        <w:rPr>
          <w:rFonts w:ascii="Sakkal Majalla" w:hAnsi="Sakkal Majalla" w:cs="Sakkal Majalla" w:hint="cs"/>
          <w:b/>
          <w:bCs/>
          <w:sz w:val="24"/>
          <w:szCs w:val="24"/>
          <w:rtl/>
        </w:rPr>
        <w:t>دراسة</w:t>
      </w:r>
    </w:p>
    <w:p w14:paraId="291E5CC3" w14:textId="0976E77F" w:rsidR="00024A7E" w:rsidRDefault="00024A7E" w:rsidP="00AD2504">
      <w:pPr>
        <w:jc w:val="right"/>
        <w:rPr>
          <w:rFonts w:ascii="Sakkal Majalla" w:hAnsi="Sakkal Majalla" w:cs="Sakkal Majalla"/>
          <w:sz w:val="28"/>
          <w:szCs w:val="28"/>
          <w:rtl/>
        </w:rPr>
      </w:pPr>
      <w:r w:rsidRPr="00FB2FC7">
        <w:rPr>
          <w:rFonts w:ascii="Sakkal Majalla" w:hAnsi="Sakkal Majalla" w:cs="Sakkal Majalla" w:hint="cs"/>
          <w:sz w:val="28"/>
          <w:szCs w:val="28"/>
          <w:rtl/>
        </w:rPr>
        <w:t>ركزت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الدراسة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على</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مفهوم</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التسويق</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المستدام</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وعلاقته</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بسلوك</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المستهلك،</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وأظهرت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النتائج</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وجود</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علاقة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إيجابية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بين</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تبني</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ممارسات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الاستدامة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وزيادة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ولاء</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العملاء</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ونية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إعادة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الشراء</w:t>
      </w:r>
      <w:r w:rsidR="00FB2FC7" w:rsidRPr="00FB2FC7">
        <w:rPr>
          <w:rFonts w:ascii="Sakkal Majalla" w:hAnsi="Sakkal Majalla" w:cs="Sakkal Majalla" w:hint="cs"/>
          <w:sz w:val="28"/>
          <w:szCs w:val="28"/>
          <w:rtl/>
        </w:rPr>
        <w:t>.</w:t>
      </w:r>
    </w:p>
    <w:p w14:paraId="319B9DC6" w14:textId="77777777" w:rsidR="00FB2FC7" w:rsidRPr="00FB2FC7" w:rsidRDefault="00FB2FC7" w:rsidP="00AD2504">
      <w:pPr>
        <w:jc w:val="right"/>
        <w:rPr>
          <w:rFonts w:ascii="Sakkal Majalla" w:hAnsi="Sakkal Majalla" w:cs="Sakkal Majalla"/>
          <w:sz w:val="28"/>
          <w:szCs w:val="28"/>
        </w:rPr>
      </w:pPr>
    </w:p>
    <w:p w14:paraId="0A1AE1B8" w14:textId="15C240BA" w:rsidR="00024A7E" w:rsidRPr="00182C02" w:rsidRDefault="00AD2504" w:rsidP="00AD2504">
      <w:pPr>
        <w:jc w:val="right"/>
        <w:rPr>
          <w:rFonts w:ascii="Sakkal Majalla" w:hAnsi="Sakkal Majalla" w:cs="Sakkal Majalla"/>
          <w:b/>
          <w:bCs/>
          <w:sz w:val="24"/>
          <w:szCs w:val="24"/>
        </w:rPr>
      </w:pPr>
      <w:r w:rsidRPr="00182C02">
        <w:rPr>
          <w:rFonts w:ascii="Sakkal Majalla" w:hAnsi="Sakkal Majalla" w:cs="Sakkal Majalla"/>
          <w:b/>
          <w:bCs/>
          <w:sz w:val="24"/>
          <w:szCs w:val="24"/>
        </w:rPr>
        <w:t xml:space="preserve"> </w:t>
      </w:r>
      <w:r w:rsidR="00FB2FC7" w:rsidRPr="00182C02">
        <w:rPr>
          <w:rFonts w:ascii="Sakkal Majalla" w:hAnsi="Sakkal Majalla" w:cs="Sakkal Majalla"/>
          <w:b/>
          <w:bCs/>
          <w:sz w:val="24"/>
          <w:szCs w:val="24"/>
        </w:rPr>
        <w:t xml:space="preserve">   </w:t>
      </w:r>
      <w:r w:rsidR="00FB2FC7" w:rsidRPr="00182C02">
        <w:rPr>
          <w:rFonts w:ascii="Sakkal Majalla" w:hAnsi="Sakkal Majalla" w:cs="Sakkal Majalla"/>
          <w:b/>
          <w:bCs/>
          <w:sz w:val="24"/>
          <w:szCs w:val="24"/>
        </w:rPr>
        <w:t>(2022)</w:t>
      </w:r>
      <w:r w:rsidR="00FB2FC7" w:rsidRPr="00182C02">
        <w:rPr>
          <w:rFonts w:ascii="Sakkal Majalla" w:hAnsi="Sakkal Majalla" w:cs="Sakkal Majalla"/>
          <w:b/>
          <w:bCs/>
          <w:sz w:val="24"/>
          <w:szCs w:val="24"/>
        </w:rPr>
        <w:t xml:space="preserve"> </w:t>
      </w:r>
      <w:r w:rsidR="00FB2FC7" w:rsidRPr="00182C02">
        <w:rPr>
          <w:rFonts w:ascii="Sakkal Majalla" w:hAnsi="Sakkal Majalla" w:cs="Sakkal Majalla"/>
          <w:b/>
          <w:bCs/>
          <w:sz w:val="24"/>
          <w:szCs w:val="24"/>
        </w:rPr>
        <w:t xml:space="preserve"> </w:t>
      </w:r>
      <w:r w:rsidR="00FB2FC7" w:rsidRPr="00182C02">
        <w:rPr>
          <w:rFonts w:ascii="Sakkal Majalla" w:hAnsi="Sakkal Majalla" w:cs="Sakkal Majalla" w:hint="cs"/>
          <w:b/>
          <w:bCs/>
          <w:sz w:val="24"/>
          <w:szCs w:val="24"/>
          <w:rtl/>
        </w:rPr>
        <w:t>وآخرون</w:t>
      </w:r>
      <w:r w:rsidR="00FB2FC7" w:rsidRPr="00182C02">
        <w:rPr>
          <w:rFonts w:ascii="Sakkal Majalla" w:hAnsi="Sakkal Majalla" w:cs="Sakkal Majalla"/>
          <w:b/>
          <w:bCs/>
          <w:sz w:val="24"/>
          <w:szCs w:val="24"/>
        </w:rPr>
        <w:t xml:space="preserve"> </w:t>
      </w:r>
      <w:r w:rsidR="00024A7E" w:rsidRPr="00182C02">
        <w:rPr>
          <w:rFonts w:ascii="Sakkal Majalla" w:hAnsi="Sakkal Majalla" w:cs="Sakkal Majalla"/>
          <w:b/>
          <w:bCs/>
          <w:sz w:val="24"/>
          <w:szCs w:val="24"/>
        </w:rPr>
        <w:t xml:space="preserve">Jones </w:t>
      </w:r>
      <w:r w:rsidR="008B0A83" w:rsidRPr="00182C02">
        <w:rPr>
          <w:rFonts w:ascii="Sakkal Majalla" w:hAnsi="Sakkal Majalla" w:cs="Sakkal Majalla" w:hint="cs"/>
          <w:b/>
          <w:bCs/>
          <w:sz w:val="24"/>
          <w:szCs w:val="24"/>
          <w:rtl/>
        </w:rPr>
        <w:t xml:space="preserve">- </w:t>
      </w:r>
      <w:r w:rsidRPr="00182C02">
        <w:rPr>
          <w:rFonts w:ascii="Sakkal Majalla" w:hAnsi="Sakkal Majalla" w:cs="Sakkal Majalla" w:hint="cs"/>
          <w:b/>
          <w:bCs/>
          <w:sz w:val="24"/>
          <w:szCs w:val="24"/>
          <w:rtl/>
        </w:rPr>
        <w:t>دراسة</w:t>
      </w:r>
      <w:r w:rsidRPr="00182C02">
        <w:rPr>
          <w:rFonts w:ascii="Sakkal Majalla" w:hAnsi="Sakkal Majalla" w:cs="Sakkal Majalla"/>
          <w:b/>
          <w:bCs/>
          <w:sz w:val="24"/>
          <w:szCs w:val="24"/>
        </w:rPr>
        <w:t xml:space="preserve"> </w:t>
      </w:r>
    </w:p>
    <w:p w14:paraId="445217DA" w14:textId="3C8EAB59" w:rsidR="00024A7E" w:rsidRPr="00FB2FC7" w:rsidRDefault="00024A7E" w:rsidP="00024A7E">
      <w:pPr>
        <w:jc w:val="right"/>
        <w:rPr>
          <w:rFonts w:ascii="Sakkal Majalla" w:hAnsi="Sakkal Majalla" w:cs="Sakkal Majalla"/>
          <w:sz w:val="28"/>
          <w:szCs w:val="28"/>
        </w:rPr>
      </w:pPr>
      <w:r w:rsidRPr="00FB2FC7">
        <w:rPr>
          <w:rFonts w:ascii="Sakkal Majalla" w:hAnsi="Sakkal Majalla" w:cs="Sakkal Majalla" w:hint="cs"/>
          <w:sz w:val="28"/>
          <w:szCs w:val="28"/>
          <w:rtl/>
        </w:rPr>
        <w:t>بحثت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الدراسة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تأثير</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المسؤولية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الاجتماعية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والاستدامة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على</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سلوك</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المستهلك،</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وأكدت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النتائج</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أن</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المستهلكين</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يميلون</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إلى</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تفضيل</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الشركات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التي</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تلتزم</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بممارسات</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مستدامة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ومسؤولة</w:t>
      </w:r>
      <w:r w:rsidRPr="00FB2FC7">
        <w:rPr>
          <w:rFonts w:ascii="Sakkal Majalla" w:hAnsi="Sakkal Majalla" w:cs="Sakkal Majalla"/>
          <w:sz w:val="28"/>
          <w:szCs w:val="28"/>
          <w:rtl/>
        </w:rPr>
        <w:t xml:space="preserve"> </w:t>
      </w:r>
      <w:r w:rsidRPr="00FB2FC7">
        <w:rPr>
          <w:rFonts w:ascii="Sakkal Majalla" w:hAnsi="Sakkal Majalla" w:cs="Sakkal Majalla" w:hint="cs"/>
          <w:sz w:val="28"/>
          <w:szCs w:val="28"/>
          <w:rtl/>
        </w:rPr>
        <w:t>اجتماعيًا</w:t>
      </w:r>
      <w:r w:rsidR="00AD2504" w:rsidRPr="00FB2FC7">
        <w:rPr>
          <w:rFonts w:ascii="Sakkal Majalla" w:hAnsi="Sakkal Majalla" w:cs="Sakkal Majalla" w:hint="cs"/>
          <w:sz w:val="28"/>
          <w:szCs w:val="28"/>
          <w:rtl/>
        </w:rPr>
        <w:t>.</w:t>
      </w:r>
    </w:p>
    <w:p w14:paraId="1C69CF07" w14:textId="3A0075F8" w:rsidR="00024A7E" w:rsidRDefault="00024A7E" w:rsidP="00024A7E">
      <w:pPr>
        <w:jc w:val="right"/>
        <w:rPr>
          <w:rFonts w:ascii="Arial" w:hAnsi="Arial" w:cs="Arial"/>
        </w:rPr>
      </w:pPr>
    </w:p>
    <w:p w14:paraId="3EBA780C" w14:textId="129C2CBE" w:rsidR="00FB2FC7" w:rsidRDefault="00FB2FC7" w:rsidP="00024A7E">
      <w:pPr>
        <w:jc w:val="right"/>
        <w:rPr>
          <w:rFonts w:ascii="Arial" w:hAnsi="Arial" w:cs="Arial"/>
        </w:rPr>
      </w:pPr>
    </w:p>
    <w:p w14:paraId="0C6D3A56" w14:textId="5563A964" w:rsidR="00FB2FC7" w:rsidRDefault="00FB2FC7" w:rsidP="00024A7E">
      <w:pPr>
        <w:jc w:val="right"/>
        <w:rPr>
          <w:rFonts w:ascii="Arial" w:hAnsi="Arial" w:cs="Arial"/>
        </w:rPr>
      </w:pPr>
    </w:p>
    <w:p w14:paraId="6B664B59" w14:textId="4E65965C" w:rsidR="00FB2FC7" w:rsidRDefault="00FB2FC7" w:rsidP="00024A7E">
      <w:pPr>
        <w:jc w:val="right"/>
        <w:rPr>
          <w:rFonts w:ascii="Arial" w:hAnsi="Arial" w:cs="Arial"/>
        </w:rPr>
      </w:pPr>
    </w:p>
    <w:p w14:paraId="2A46192C" w14:textId="77777777" w:rsidR="00FB2FC7" w:rsidRPr="00024A7E" w:rsidRDefault="00FB2FC7" w:rsidP="00024A7E">
      <w:pPr>
        <w:jc w:val="right"/>
        <w:rPr>
          <w:rFonts w:ascii="Arial" w:hAnsi="Arial" w:cs="Arial"/>
        </w:rPr>
      </w:pPr>
    </w:p>
    <w:p w14:paraId="1AC03631" w14:textId="77777777" w:rsidR="00024A7E" w:rsidRDefault="00024A7E" w:rsidP="00FB2FC7">
      <w:pPr>
        <w:rPr>
          <w:rFonts w:ascii="Arial" w:hAnsi="Arial" w:cs="Arial"/>
        </w:rPr>
      </w:pPr>
    </w:p>
    <w:p w14:paraId="1FFA6140" w14:textId="74862CA6" w:rsidR="00024A7E" w:rsidRPr="00024A7E" w:rsidRDefault="00024A7E" w:rsidP="00024A7E">
      <w:pPr>
        <w:jc w:val="right"/>
      </w:pPr>
      <w:r>
        <w:rPr>
          <w:rFonts w:ascii="Arial" w:hAnsi="Arial" w:cs="Arial"/>
          <w:b/>
          <w:sz w:val="32"/>
        </w:rPr>
        <w:lastRenderedPageBreak/>
        <w:t>:</w:t>
      </w:r>
      <w:proofErr w:type="spellStart"/>
      <w:r w:rsidR="007F7218">
        <w:rPr>
          <w:rFonts w:ascii="Arial" w:hAnsi="Arial" w:cs="Arial"/>
          <w:b/>
          <w:sz w:val="32"/>
        </w:rPr>
        <w:t>ا</w:t>
      </w:r>
      <w:r w:rsidR="007F7218">
        <w:rPr>
          <w:b/>
          <w:sz w:val="32"/>
        </w:rPr>
        <w:t>لفجوة</w:t>
      </w:r>
      <w:proofErr w:type="spellEnd"/>
      <w:r w:rsidR="007F7218">
        <w:rPr>
          <w:b/>
          <w:sz w:val="32"/>
        </w:rPr>
        <w:t xml:space="preserve"> </w:t>
      </w:r>
      <w:proofErr w:type="spellStart"/>
      <w:r w:rsidR="007F7218">
        <w:rPr>
          <w:b/>
          <w:sz w:val="32"/>
        </w:rPr>
        <w:t>البحثية</w:t>
      </w:r>
      <w:proofErr w:type="spellEnd"/>
    </w:p>
    <w:p w14:paraId="67BB7549" w14:textId="77777777" w:rsidR="00FB2FC7" w:rsidRDefault="00024A7E" w:rsidP="00024A7E">
      <w:pPr>
        <w:jc w:val="right"/>
        <w:rPr>
          <w:rFonts w:ascii="Sakkal Majalla" w:hAnsi="Sakkal Majalla" w:cs="Sakkal Majalla"/>
          <w:sz w:val="28"/>
          <w:szCs w:val="28"/>
          <w:rtl/>
        </w:rPr>
      </w:pPr>
      <w:r>
        <w:rPr>
          <w:rFonts w:ascii="Arial" w:hAnsi="Arial" w:cs="Arial" w:hint="cs"/>
          <w:rtl/>
        </w:rPr>
        <w:t>على</w:t>
      </w:r>
      <w:r w:rsidRPr="00024A7E">
        <w:rPr>
          <w:rFonts w:ascii="Sakkal Majalla" w:hAnsi="Sakkal Majalla" w:cs="Sakkal Majalla"/>
          <w:sz w:val="28"/>
          <w:szCs w:val="28"/>
          <w:rtl/>
        </w:rPr>
        <w:t xml:space="preserve"> الرغم من تعدد الدراسات السابقة التي تناولت التسويق المستدام وعلاقته بسلوك المستهلك، إلا أن معظم هذه الدراسات أجريت في بيئات غربية أو أسواق متقدمة. كما أن الدراسات التطبيقية التي تناولت السوق السعودي ما تزال محدودة، خاصة فيما يتعلق بقياس أثر الأبعاد البيئية والاجتماعية والاقتصادية مجتمعة على ولاء المستهلك.</w:t>
      </w:r>
    </w:p>
    <w:p w14:paraId="7D9E025A" w14:textId="5E4066FA" w:rsidR="00ED6B16" w:rsidRPr="00024A7E" w:rsidRDefault="00024A7E" w:rsidP="00024A7E">
      <w:pPr>
        <w:jc w:val="right"/>
        <w:rPr>
          <w:rFonts w:ascii="Sakkal Majalla" w:hAnsi="Sakkal Majalla" w:cs="Sakkal Majalla"/>
          <w:sz w:val="28"/>
          <w:szCs w:val="28"/>
          <w:rtl/>
        </w:rPr>
      </w:pPr>
      <w:r w:rsidRPr="00024A7E">
        <w:rPr>
          <w:rFonts w:ascii="Sakkal Majalla" w:hAnsi="Sakkal Majalla" w:cs="Sakkal Majalla"/>
          <w:sz w:val="28"/>
          <w:szCs w:val="28"/>
          <w:rtl/>
        </w:rPr>
        <w:t xml:space="preserve"> ومن هنا تأتي أهمية هذه الدراسة لسد هذه الفجوة المعرفية من خلال تطبيقها على المستهلك السعودي</w:t>
      </w:r>
      <w:r w:rsidRPr="00024A7E">
        <w:rPr>
          <w:rFonts w:ascii="Sakkal Majalla" w:hAnsi="Sakkal Majalla" w:cs="Sakkal Majalla"/>
          <w:sz w:val="28"/>
          <w:szCs w:val="28"/>
          <w:rtl/>
        </w:rPr>
        <w:t>.</w:t>
      </w:r>
    </w:p>
    <w:p w14:paraId="31CD39F9" w14:textId="77777777" w:rsidR="00ED6B16" w:rsidRDefault="007F7218">
      <w:r>
        <w:br w:type="page"/>
      </w:r>
    </w:p>
    <w:p w14:paraId="2935C1ED" w14:textId="6A2068E8" w:rsidR="00ED6B16" w:rsidRDefault="008B0A83">
      <w:pPr>
        <w:jc w:val="right"/>
      </w:pPr>
      <w:r>
        <w:rPr>
          <w:b/>
          <w:sz w:val="32"/>
        </w:rPr>
        <w:lastRenderedPageBreak/>
        <w:t>:</w:t>
      </w:r>
      <w:proofErr w:type="spellStart"/>
      <w:r w:rsidR="007F7218">
        <w:rPr>
          <w:b/>
          <w:sz w:val="32"/>
        </w:rPr>
        <w:t>المنطلقات</w:t>
      </w:r>
      <w:proofErr w:type="spellEnd"/>
      <w:r w:rsidR="007F7218">
        <w:rPr>
          <w:b/>
          <w:sz w:val="32"/>
        </w:rPr>
        <w:t xml:space="preserve"> </w:t>
      </w:r>
      <w:proofErr w:type="spellStart"/>
      <w:r w:rsidR="007F7218">
        <w:rPr>
          <w:b/>
          <w:sz w:val="32"/>
        </w:rPr>
        <w:t>النظرية</w:t>
      </w:r>
      <w:proofErr w:type="spellEnd"/>
      <w:r w:rsidR="007F7218">
        <w:rPr>
          <w:b/>
          <w:sz w:val="32"/>
        </w:rPr>
        <w:t xml:space="preserve"> </w:t>
      </w:r>
      <w:proofErr w:type="spellStart"/>
      <w:r w:rsidR="007F7218">
        <w:rPr>
          <w:b/>
          <w:sz w:val="32"/>
        </w:rPr>
        <w:t>للدراسة</w:t>
      </w:r>
      <w:proofErr w:type="spellEnd"/>
    </w:p>
    <w:p w14:paraId="0E5D6AFB" w14:textId="5D189DFA" w:rsidR="00ED6B16" w:rsidRPr="00FB2FC7" w:rsidRDefault="007F7218" w:rsidP="00FB2FC7">
      <w:pPr>
        <w:spacing w:line="360" w:lineRule="auto"/>
        <w:jc w:val="right"/>
        <w:rPr>
          <w:rFonts w:ascii="Sakkal Majalla" w:hAnsi="Sakkal Majalla" w:cs="Sakkal Majalla"/>
          <w:sz w:val="28"/>
          <w:szCs w:val="28"/>
        </w:rPr>
      </w:pPr>
      <w:r w:rsidRPr="00FB2FC7">
        <w:rPr>
          <w:rFonts w:ascii="Sakkal Majalla" w:hAnsi="Sakkal Majalla" w:cs="Sakkal Majalla"/>
          <w:sz w:val="28"/>
          <w:szCs w:val="28"/>
        </w:rPr>
        <w:t>تعتمد</w:t>
      </w:r>
      <w:r w:rsidRPr="00FB2FC7">
        <w:rPr>
          <w:rFonts w:ascii="Sakkal Majalla" w:hAnsi="Sakkal Majalla" w:cs="Sakkal Majalla"/>
          <w:sz w:val="28"/>
          <w:szCs w:val="28"/>
        </w:rPr>
        <w:t xml:space="preserve"> </w:t>
      </w:r>
      <w:r w:rsidRPr="00FB2FC7">
        <w:rPr>
          <w:rFonts w:ascii="Sakkal Majalla" w:hAnsi="Sakkal Majalla" w:cs="Sakkal Majalla"/>
          <w:sz w:val="28"/>
          <w:szCs w:val="28"/>
        </w:rPr>
        <w:t>الدراسة</w:t>
      </w:r>
      <w:r w:rsidRPr="00FB2FC7">
        <w:rPr>
          <w:rFonts w:ascii="Sakkal Majalla" w:hAnsi="Sakkal Majalla" w:cs="Sakkal Majalla"/>
          <w:sz w:val="28"/>
          <w:szCs w:val="28"/>
        </w:rPr>
        <w:t xml:space="preserve"> </w:t>
      </w:r>
      <w:r w:rsidRPr="00FB2FC7">
        <w:rPr>
          <w:rFonts w:ascii="Sakkal Majalla" w:hAnsi="Sakkal Majalla" w:cs="Sakkal Majalla"/>
          <w:sz w:val="28"/>
          <w:szCs w:val="28"/>
        </w:rPr>
        <w:t>على</w:t>
      </w:r>
      <w:r w:rsidRPr="00FB2FC7">
        <w:rPr>
          <w:rFonts w:ascii="Sakkal Majalla" w:hAnsi="Sakkal Majalla" w:cs="Sakkal Majalla"/>
          <w:sz w:val="28"/>
          <w:szCs w:val="28"/>
        </w:rPr>
        <w:t xml:space="preserve"> </w:t>
      </w:r>
      <w:r w:rsidRPr="00FB2FC7">
        <w:rPr>
          <w:rFonts w:ascii="Sakkal Majalla" w:hAnsi="Sakkal Majalla" w:cs="Sakkal Majalla"/>
          <w:sz w:val="28"/>
          <w:szCs w:val="28"/>
        </w:rPr>
        <w:t>نظرية</w:t>
      </w:r>
      <w:r w:rsidRPr="00FB2FC7">
        <w:rPr>
          <w:rFonts w:ascii="Sakkal Majalla" w:hAnsi="Sakkal Majalla" w:cs="Sakkal Majalla"/>
          <w:sz w:val="28"/>
          <w:szCs w:val="28"/>
        </w:rPr>
        <w:t xml:space="preserve"> </w:t>
      </w:r>
      <w:r w:rsidRPr="00FB2FC7">
        <w:rPr>
          <w:rFonts w:ascii="Sakkal Majalla" w:hAnsi="Sakkal Majalla" w:cs="Sakkal Majalla"/>
          <w:sz w:val="28"/>
          <w:szCs w:val="28"/>
        </w:rPr>
        <w:t>أصحاب</w:t>
      </w:r>
      <w:r w:rsidRPr="00FB2FC7">
        <w:rPr>
          <w:rFonts w:ascii="Sakkal Majalla" w:hAnsi="Sakkal Majalla" w:cs="Sakkal Majalla"/>
          <w:sz w:val="28"/>
          <w:szCs w:val="28"/>
        </w:rPr>
        <w:t xml:space="preserve"> </w:t>
      </w:r>
      <w:r w:rsidRPr="00FB2FC7">
        <w:rPr>
          <w:rFonts w:ascii="Sakkal Majalla" w:hAnsi="Sakkal Majalla" w:cs="Sakkal Majalla"/>
          <w:sz w:val="28"/>
          <w:szCs w:val="28"/>
        </w:rPr>
        <w:t>المصلحة</w:t>
      </w:r>
      <w:r w:rsidRPr="00FB2FC7">
        <w:rPr>
          <w:rFonts w:ascii="Sakkal Majalla" w:hAnsi="Sakkal Majalla" w:cs="Sakkal Majalla"/>
          <w:sz w:val="28"/>
          <w:szCs w:val="28"/>
        </w:rPr>
        <w:t xml:space="preserve"> </w:t>
      </w:r>
      <w:r w:rsidRPr="00FB2FC7">
        <w:rPr>
          <w:rFonts w:ascii="Sakkal Majalla" w:hAnsi="Sakkal Majalla" w:cs="Sakkal Majalla"/>
          <w:sz w:val="28"/>
          <w:szCs w:val="28"/>
        </w:rPr>
        <w:t>ال</w:t>
      </w:r>
      <w:r w:rsidRPr="00FB2FC7">
        <w:rPr>
          <w:rFonts w:ascii="Sakkal Majalla" w:hAnsi="Sakkal Majalla" w:cs="Sakkal Majalla"/>
          <w:sz w:val="28"/>
          <w:szCs w:val="28"/>
        </w:rPr>
        <w:t>تي</w:t>
      </w:r>
      <w:r w:rsidRPr="00FB2FC7">
        <w:rPr>
          <w:rFonts w:ascii="Sakkal Majalla" w:hAnsi="Sakkal Majalla" w:cs="Sakkal Majalla"/>
          <w:sz w:val="28"/>
          <w:szCs w:val="28"/>
        </w:rPr>
        <w:t xml:space="preserve"> </w:t>
      </w:r>
      <w:r w:rsidRPr="00FB2FC7">
        <w:rPr>
          <w:rFonts w:ascii="Sakkal Majalla" w:hAnsi="Sakkal Majalla" w:cs="Sakkal Majalla"/>
          <w:sz w:val="28"/>
          <w:szCs w:val="28"/>
        </w:rPr>
        <w:t>تؤكد</w:t>
      </w:r>
      <w:r w:rsidRPr="00FB2FC7">
        <w:rPr>
          <w:rFonts w:ascii="Sakkal Majalla" w:hAnsi="Sakkal Majalla" w:cs="Sakkal Majalla"/>
          <w:sz w:val="28"/>
          <w:szCs w:val="28"/>
        </w:rPr>
        <w:t xml:space="preserve"> </w:t>
      </w:r>
      <w:r w:rsidRPr="00FB2FC7">
        <w:rPr>
          <w:rFonts w:ascii="Sakkal Majalla" w:hAnsi="Sakkal Majalla" w:cs="Sakkal Majalla"/>
          <w:sz w:val="28"/>
          <w:szCs w:val="28"/>
        </w:rPr>
        <w:t>ضرورة</w:t>
      </w:r>
      <w:r w:rsidRPr="00FB2FC7">
        <w:rPr>
          <w:rFonts w:ascii="Sakkal Majalla" w:hAnsi="Sakkal Majalla" w:cs="Sakkal Majalla"/>
          <w:sz w:val="28"/>
          <w:szCs w:val="28"/>
        </w:rPr>
        <w:t xml:space="preserve"> </w:t>
      </w:r>
      <w:r w:rsidRPr="00FB2FC7">
        <w:rPr>
          <w:rFonts w:ascii="Sakkal Majalla" w:hAnsi="Sakkal Majalla" w:cs="Sakkal Majalla"/>
          <w:sz w:val="28"/>
          <w:szCs w:val="28"/>
        </w:rPr>
        <w:t>مراعاة</w:t>
      </w:r>
      <w:r w:rsidRPr="00FB2FC7">
        <w:rPr>
          <w:rFonts w:ascii="Sakkal Majalla" w:hAnsi="Sakkal Majalla" w:cs="Sakkal Majalla"/>
          <w:sz w:val="28"/>
          <w:szCs w:val="28"/>
        </w:rPr>
        <w:t xml:space="preserve"> </w:t>
      </w:r>
      <w:r w:rsidRPr="00FB2FC7">
        <w:rPr>
          <w:rFonts w:ascii="Sakkal Majalla" w:hAnsi="Sakkal Majalla" w:cs="Sakkal Majalla"/>
          <w:sz w:val="28"/>
          <w:szCs w:val="28"/>
        </w:rPr>
        <w:t>مصالح</w:t>
      </w:r>
      <w:r w:rsidRPr="00FB2FC7">
        <w:rPr>
          <w:rFonts w:ascii="Sakkal Majalla" w:hAnsi="Sakkal Majalla" w:cs="Sakkal Majalla"/>
          <w:sz w:val="28"/>
          <w:szCs w:val="28"/>
        </w:rPr>
        <w:t xml:space="preserve"> </w:t>
      </w:r>
      <w:r w:rsidRPr="00FB2FC7">
        <w:rPr>
          <w:rFonts w:ascii="Sakkal Majalla" w:hAnsi="Sakkal Majalla" w:cs="Sakkal Majalla"/>
          <w:sz w:val="28"/>
          <w:szCs w:val="28"/>
        </w:rPr>
        <w:t>جميع</w:t>
      </w:r>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الأطراف</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ذات</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العلاقة</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بالمؤسسة</w:t>
      </w:r>
      <w:proofErr w:type="spellEnd"/>
      <w:r w:rsid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كما</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تستند</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إلى</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نظرية</w:t>
      </w:r>
      <w:proofErr w:type="spellEnd"/>
      <w:r w:rsidRPr="00FB2FC7">
        <w:rPr>
          <w:rFonts w:ascii="Sakkal Majalla" w:hAnsi="Sakkal Majalla" w:cs="Sakkal Majalla"/>
          <w:sz w:val="28"/>
          <w:szCs w:val="28"/>
        </w:rPr>
        <w:t xml:space="preserve"> </w:t>
      </w:r>
      <w:r w:rsidRPr="00FB2FC7">
        <w:rPr>
          <w:rFonts w:ascii="Sakkal Majalla" w:hAnsi="Sakkal Majalla" w:cs="Sakkal Majalla"/>
          <w:sz w:val="28"/>
          <w:szCs w:val="28"/>
        </w:rPr>
        <w:t>المسؤولية</w:t>
      </w:r>
      <w:r w:rsidRPr="00FB2FC7">
        <w:rPr>
          <w:rFonts w:ascii="Sakkal Majalla" w:hAnsi="Sakkal Majalla" w:cs="Sakkal Majalla"/>
          <w:sz w:val="28"/>
          <w:szCs w:val="28"/>
        </w:rPr>
        <w:t xml:space="preserve"> </w:t>
      </w:r>
      <w:r w:rsidRPr="00FB2FC7">
        <w:rPr>
          <w:rFonts w:ascii="Sakkal Majalla" w:hAnsi="Sakkal Majalla" w:cs="Sakkal Majalla"/>
          <w:sz w:val="28"/>
          <w:szCs w:val="28"/>
        </w:rPr>
        <w:t>الاجتماعية</w:t>
      </w:r>
      <w:r w:rsidRPr="00FB2FC7">
        <w:rPr>
          <w:rFonts w:ascii="Sakkal Majalla" w:hAnsi="Sakkal Majalla" w:cs="Sakkal Majalla"/>
          <w:sz w:val="28"/>
          <w:szCs w:val="28"/>
        </w:rPr>
        <w:t xml:space="preserve"> </w:t>
      </w:r>
      <w:r w:rsidRPr="00FB2FC7">
        <w:rPr>
          <w:rFonts w:ascii="Sakkal Majalla" w:hAnsi="Sakkal Majalla" w:cs="Sakkal Majalla"/>
          <w:sz w:val="28"/>
          <w:szCs w:val="28"/>
        </w:rPr>
        <w:t>للشركات</w:t>
      </w:r>
      <w:r w:rsidRPr="00FB2FC7">
        <w:rPr>
          <w:rFonts w:ascii="Sakkal Majalla" w:hAnsi="Sakkal Majalla" w:cs="Sakkal Majalla"/>
          <w:sz w:val="28"/>
          <w:szCs w:val="28"/>
        </w:rPr>
        <w:t xml:space="preserve"> </w:t>
      </w:r>
      <w:r w:rsidRPr="00FB2FC7">
        <w:rPr>
          <w:rFonts w:ascii="Sakkal Majalla" w:hAnsi="Sakkal Majalla" w:cs="Sakkal Majalla"/>
          <w:sz w:val="28"/>
          <w:szCs w:val="28"/>
        </w:rPr>
        <w:t>التي</w:t>
      </w:r>
      <w:r w:rsidRPr="00FB2FC7">
        <w:rPr>
          <w:rFonts w:ascii="Sakkal Majalla" w:hAnsi="Sakkal Majalla" w:cs="Sakkal Majalla"/>
          <w:sz w:val="28"/>
          <w:szCs w:val="28"/>
        </w:rPr>
        <w:t xml:space="preserve"> </w:t>
      </w:r>
      <w:r w:rsidRPr="00FB2FC7">
        <w:rPr>
          <w:rFonts w:ascii="Sakkal Majalla" w:hAnsi="Sakkal Majalla" w:cs="Sakkal Majalla"/>
          <w:sz w:val="28"/>
          <w:szCs w:val="28"/>
        </w:rPr>
        <w:t>تربط</w:t>
      </w:r>
      <w:r w:rsidRPr="00FB2FC7">
        <w:rPr>
          <w:rFonts w:ascii="Sakkal Majalla" w:hAnsi="Sakkal Majalla" w:cs="Sakkal Majalla"/>
          <w:sz w:val="28"/>
          <w:szCs w:val="28"/>
        </w:rPr>
        <w:t xml:space="preserve"> </w:t>
      </w:r>
      <w:r w:rsidRPr="00FB2FC7">
        <w:rPr>
          <w:rFonts w:ascii="Sakkal Majalla" w:hAnsi="Sakkal Majalla" w:cs="Sakkal Majalla"/>
          <w:sz w:val="28"/>
          <w:szCs w:val="28"/>
        </w:rPr>
        <w:t>نجاح</w:t>
      </w:r>
      <w:r w:rsidRPr="00FB2FC7">
        <w:rPr>
          <w:rFonts w:ascii="Sakkal Majalla" w:hAnsi="Sakkal Majalla" w:cs="Sakkal Majalla"/>
          <w:sz w:val="28"/>
          <w:szCs w:val="28"/>
        </w:rPr>
        <w:t xml:space="preserve"> </w:t>
      </w:r>
      <w:r w:rsidRPr="00FB2FC7">
        <w:rPr>
          <w:rFonts w:ascii="Sakkal Majalla" w:hAnsi="Sakkal Majalla" w:cs="Sakkal Majalla"/>
          <w:sz w:val="28"/>
          <w:szCs w:val="28"/>
        </w:rPr>
        <w:t>المؤسسة</w:t>
      </w:r>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بمسؤوليتها</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تجاه</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المجتمع</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والبيئة</w:t>
      </w:r>
      <w:proofErr w:type="spellEnd"/>
      <w:r w:rsidR="00FB2FC7">
        <w:rPr>
          <w:rFonts w:ascii="Sakkal Majalla" w:hAnsi="Sakkal Majalla" w:cs="Sakkal Majalla"/>
          <w:sz w:val="28"/>
          <w:szCs w:val="28"/>
        </w:rPr>
        <w:t xml:space="preserve">, </w:t>
      </w:r>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وتستند</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أيضاً</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إلى</w:t>
      </w:r>
      <w:proofErr w:type="spellEnd"/>
      <w:r w:rsidRPr="00FB2FC7">
        <w:rPr>
          <w:rFonts w:ascii="Sakkal Majalla" w:hAnsi="Sakkal Majalla" w:cs="Sakkal Majalla"/>
          <w:sz w:val="28"/>
          <w:szCs w:val="28"/>
        </w:rPr>
        <w:t xml:space="preserve"> </w:t>
      </w:r>
      <w:r w:rsidRPr="00FB2FC7">
        <w:rPr>
          <w:rFonts w:ascii="Sakkal Majalla" w:hAnsi="Sakkal Majalla" w:cs="Sakkal Majalla"/>
          <w:sz w:val="28"/>
          <w:szCs w:val="28"/>
        </w:rPr>
        <w:t>نظرية</w:t>
      </w:r>
      <w:r w:rsidRPr="00FB2FC7">
        <w:rPr>
          <w:rFonts w:ascii="Sakkal Majalla" w:hAnsi="Sakkal Majalla" w:cs="Sakkal Majalla"/>
          <w:sz w:val="28"/>
          <w:szCs w:val="28"/>
        </w:rPr>
        <w:t xml:space="preserve"> </w:t>
      </w:r>
      <w:r w:rsidRPr="00FB2FC7">
        <w:rPr>
          <w:rFonts w:ascii="Sakkal Majalla" w:hAnsi="Sakkal Majalla" w:cs="Sakkal Majalla"/>
          <w:sz w:val="28"/>
          <w:szCs w:val="28"/>
        </w:rPr>
        <w:t>ولاء</w:t>
      </w:r>
      <w:r w:rsidRPr="00FB2FC7">
        <w:rPr>
          <w:rFonts w:ascii="Sakkal Majalla" w:hAnsi="Sakkal Majalla" w:cs="Sakkal Majalla"/>
          <w:sz w:val="28"/>
          <w:szCs w:val="28"/>
        </w:rPr>
        <w:t xml:space="preserve"> </w:t>
      </w:r>
      <w:r w:rsidRPr="00FB2FC7">
        <w:rPr>
          <w:rFonts w:ascii="Sakkal Majalla" w:hAnsi="Sakkal Majalla" w:cs="Sakkal Majalla"/>
          <w:sz w:val="28"/>
          <w:szCs w:val="28"/>
        </w:rPr>
        <w:t>العملاء</w:t>
      </w:r>
      <w:r w:rsidRPr="00FB2FC7">
        <w:rPr>
          <w:rFonts w:ascii="Sakkal Majalla" w:hAnsi="Sakkal Majalla" w:cs="Sakkal Majalla"/>
          <w:sz w:val="28"/>
          <w:szCs w:val="28"/>
        </w:rPr>
        <w:t xml:space="preserve"> </w:t>
      </w:r>
      <w:r w:rsidRPr="00FB2FC7">
        <w:rPr>
          <w:rFonts w:ascii="Sakkal Majalla" w:hAnsi="Sakkal Majalla" w:cs="Sakkal Majalla"/>
          <w:sz w:val="28"/>
          <w:szCs w:val="28"/>
        </w:rPr>
        <w:t>التي</w:t>
      </w:r>
      <w:r w:rsidRPr="00FB2FC7">
        <w:rPr>
          <w:rFonts w:ascii="Sakkal Majalla" w:hAnsi="Sakkal Majalla" w:cs="Sakkal Majalla"/>
          <w:sz w:val="28"/>
          <w:szCs w:val="28"/>
        </w:rPr>
        <w:t xml:space="preserve"> </w:t>
      </w:r>
      <w:r w:rsidRPr="00FB2FC7">
        <w:rPr>
          <w:rFonts w:ascii="Sakkal Majalla" w:hAnsi="Sakkal Majalla" w:cs="Sakkal Majalla"/>
          <w:sz w:val="28"/>
          <w:szCs w:val="28"/>
        </w:rPr>
        <w:t>تفسر</w:t>
      </w:r>
      <w:r w:rsidRPr="00FB2FC7">
        <w:rPr>
          <w:rFonts w:ascii="Sakkal Majalla" w:hAnsi="Sakkal Majalla" w:cs="Sakkal Majalla"/>
          <w:sz w:val="28"/>
          <w:szCs w:val="28"/>
        </w:rPr>
        <w:t xml:space="preserve"> </w:t>
      </w:r>
      <w:r w:rsidRPr="00FB2FC7">
        <w:rPr>
          <w:rFonts w:ascii="Sakkal Majalla" w:hAnsi="Sakkal Majalla" w:cs="Sakkal Majalla"/>
          <w:sz w:val="28"/>
          <w:szCs w:val="28"/>
        </w:rPr>
        <w:t>كيفية</w:t>
      </w:r>
      <w:r w:rsidRPr="00FB2FC7">
        <w:rPr>
          <w:rFonts w:ascii="Sakkal Majalla" w:hAnsi="Sakkal Majalla" w:cs="Sakkal Majalla"/>
          <w:sz w:val="28"/>
          <w:szCs w:val="28"/>
        </w:rPr>
        <w:t xml:space="preserve"> </w:t>
      </w:r>
      <w:r w:rsidRPr="00FB2FC7">
        <w:rPr>
          <w:rFonts w:ascii="Sakkal Majalla" w:hAnsi="Sakkal Majalla" w:cs="Sakkal Majalla"/>
          <w:sz w:val="28"/>
          <w:szCs w:val="28"/>
        </w:rPr>
        <w:t>بناء</w:t>
      </w:r>
      <w:r w:rsidRPr="00FB2FC7">
        <w:rPr>
          <w:rFonts w:ascii="Sakkal Majalla" w:hAnsi="Sakkal Majalla" w:cs="Sakkal Majalla"/>
          <w:sz w:val="28"/>
          <w:szCs w:val="28"/>
        </w:rPr>
        <w:t xml:space="preserve"> </w:t>
      </w:r>
      <w:r w:rsidRPr="00FB2FC7">
        <w:rPr>
          <w:rFonts w:ascii="Sakkal Majalla" w:hAnsi="Sakkal Majalla" w:cs="Sakkal Majalla"/>
          <w:sz w:val="28"/>
          <w:szCs w:val="28"/>
        </w:rPr>
        <w:t>علاقات</w:t>
      </w:r>
      <w:r w:rsidRPr="00FB2FC7">
        <w:rPr>
          <w:rFonts w:ascii="Sakkal Majalla" w:hAnsi="Sakkal Majalla" w:cs="Sakkal Majalla"/>
          <w:sz w:val="28"/>
          <w:szCs w:val="28"/>
        </w:rPr>
        <w:t xml:space="preserve"> </w:t>
      </w:r>
      <w:r w:rsidRPr="00FB2FC7">
        <w:rPr>
          <w:rFonts w:ascii="Sakkal Majalla" w:hAnsi="Sakkal Majalla" w:cs="Sakkal Majalla"/>
          <w:sz w:val="28"/>
          <w:szCs w:val="28"/>
        </w:rPr>
        <w:t>طويلة</w:t>
      </w:r>
      <w:r w:rsidRPr="00FB2FC7">
        <w:rPr>
          <w:rFonts w:ascii="Sakkal Majalla" w:hAnsi="Sakkal Majalla" w:cs="Sakkal Majalla"/>
          <w:sz w:val="28"/>
          <w:szCs w:val="28"/>
        </w:rPr>
        <w:t xml:space="preserve"> </w:t>
      </w:r>
      <w:r w:rsidRPr="00FB2FC7">
        <w:rPr>
          <w:rFonts w:ascii="Sakkal Majalla" w:hAnsi="Sakkal Majalla" w:cs="Sakkal Majalla"/>
          <w:sz w:val="28"/>
          <w:szCs w:val="28"/>
        </w:rPr>
        <w:t>الأمد</w:t>
      </w:r>
      <w:r w:rsidRPr="00FB2FC7">
        <w:rPr>
          <w:rFonts w:ascii="Sakkal Majalla" w:hAnsi="Sakkal Majalla" w:cs="Sakkal Majalla"/>
          <w:sz w:val="28"/>
          <w:szCs w:val="28"/>
        </w:rPr>
        <w:t xml:space="preserve"> </w:t>
      </w:r>
      <w:r w:rsidRPr="00FB2FC7">
        <w:rPr>
          <w:rFonts w:ascii="Sakkal Majalla" w:hAnsi="Sakkal Majalla" w:cs="Sakkal Majalla"/>
          <w:sz w:val="28"/>
          <w:szCs w:val="28"/>
        </w:rPr>
        <w:t>مع</w:t>
      </w:r>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المستهلكين</w:t>
      </w:r>
      <w:proofErr w:type="spellEnd"/>
      <w:r w:rsidRPr="00FB2FC7">
        <w:rPr>
          <w:rFonts w:ascii="Sakkal Majalla" w:hAnsi="Sakkal Majalla" w:cs="Sakkal Majalla"/>
          <w:sz w:val="28"/>
          <w:szCs w:val="28"/>
        </w:rPr>
        <w:t xml:space="preserve"> </w:t>
      </w:r>
      <w:r w:rsidRPr="00FB2FC7">
        <w:rPr>
          <w:rFonts w:ascii="Sakkal Majalla" w:hAnsi="Sakkal Majalla" w:cs="Sakkal Majalla"/>
          <w:sz w:val="28"/>
          <w:szCs w:val="28"/>
        </w:rPr>
        <w:t>المتغير</w:t>
      </w:r>
      <w:r w:rsidRPr="00FB2FC7">
        <w:rPr>
          <w:rFonts w:ascii="Sakkal Majalla" w:hAnsi="Sakkal Majalla" w:cs="Sakkal Majalla"/>
          <w:sz w:val="28"/>
          <w:szCs w:val="28"/>
        </w:rPr>
        <w:t xml:space="preserve"> </w:t>
      </w:r>
      <w:r w:rsidRPr="00FB2FC7">
        <w:rPr>
          <w:rFonts w:ascii="Sakkal Majalla" w:hAnsi="Sakkal Majalla" w:cs="Sakkal Majalla"/>
          <w:sz w:val="28"/>
          <w:szCs w:val="28"/>
        </w:rPr>
        <w:t>المستقل</w:t>
      </w:r>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هو</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استراتيجيات</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التسويق</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المستدام</w:t>
      </w:r>
      <w:proofErr w:type="spellEnd"/>
      <w:r w:rsid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بأ</w:t>
      </w:r>
      <w:r w:rsidRPr="00FB2FC7">
        <w:rPr>
          <w:rFonts w:ascii="Sakkal Majalla" w:hAnsi="Sakkal Majalla" w:cs="Sakkal Majalla"/>
          <w:sz w:val="28"/>
          <w:szCs w:val="28"/>
        </w:rPr>
        <w:t>بعادها</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البيئية</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والاجتماعية</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والاقتصادية</w:t>
      </w:r>
      <w:proofErr w:type="spellEnd"/>
      <w:r w:rsidRPr="00FB2FC7">
        <w:rPr>
          <w:rFonts w:ascii="Sakkal Majalla" w:hAnsi="Sakkal Majalla" w:cs="Sakkal Majalla"/>
          <w:sz w:val="28"/>
          <w:szCs w:val="28"/>
        </w:rPr>
        <w:t>،</w:t>
      </w:r>
      <w:r w:rsidRPr="00FB2FC7">
        <w:rPr>
          <w:rFonts w:ascii="Sakkal Majalla" w:hAnsi="Sakkal Majalla" w:cs="Sakkal Majalla"/>
          <w:sz w:val="28"/>
          <w:szCs w:val="28"/>
        </w:rPr>
        <w:t xml:space="preserve"> </w:t>
      </w:r>
      <w:r w:rsidRPr="00FB2FC7">
        <w:rPr>
          <w:rFonts w:ascii="Sakkal Majalla" w:hAnsi="Sakkal Majalla" w:cs="Sakkal Majalla"/>
          <w:sz w:val="28"/>
          <w:szCs w:val="28"/>
        </w:rPr>
        <w:t>بينما</w:t>
      </w:r>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يمثل</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ولاء</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المستهلك</w:t>
      </w:r>
      <w:proofErr w:type="spellEnd"/>
      <w:r w:rsidRPr="00FB2FC7">
        <w:rPr>
          <w:rFonts w:ascii="Sakkal Majalla" w:hAnsi="Sakkal Majalla" w:cs="Sakkal Majalla"/>
          <w:sz w:val="28"/>
          <w:szCs w:val="28"/>
        </w:rPr>
        <w:t xml:space="preserve"> </w:t>
      </w:r>
      <w:r w:rsidR="00FB2FC7">
        <w:rPr>
          <w:rFonts w:ascii="Sakkal Majalla" w:hAnsi="Sakkal Majalla" w:cs="Sakkal Majalla"/>
          <w:sz w:val="28"/>
          <w:szCs w:val="28"/>
        </w:rPr>
        <w:t>.</w:t>
      </w:r>
      <w:proofErr w:type="spellStart"/>
      <w:r w:rsidRPr="00FB2FC7">
        <w:rPr>
          <w:rFonts w:ascii="Sakkal Majalla" w:hAnsi="Sakkal Majalla" w:cs="Sakkal Majalla"/>
          <w:sz w:val="28"/>
          <w:szCs w:val="28"/>
        </w:rPr>
        <w:t>المتغير</w:t>
      </w:r>
      <w:proofErr w:type="spellEnd"/>
      <w:r w:rsidRPr="00FB2FC7">
        <w:rPr>
          <w:rFonts w:ascii="Sakkal Majalla" w:hAnsi="Sakkal Majalla" w:cs="Sakkal Majalla"/>
          <w:sz w:val="28"/>
          <w:szCs w:val="28"/>
        </w:rPr>
        <w:t xml:space="preserve"> </w:t>
      </w:r>
      <w:proofErr w:type="spellStart"/>
      <w:r w:rsidRPr="00FB2FC7">
        <w:rPr>
          <w:rFonts w:ascii="Sakkal Majalla" w:hAnsi="Sakkal Majalla" w:cs="Sakkal Majalla"/>
          <w:sz w:val="28"/>
          <w:szCs w:val="28"/>
        </w:rPr>
        <w:t>التابع</w:t>
      </w:r>
      <w:proofErr w:type="spellEnd"/>
    </w:p>
    <w:p w14:paraId="30DDD668" w14:textId="77777777" w:rsidR="00ED6B16" w:rsidRPr="00FB2FC7" w:rsidRDefault="007F7218" w:rsidP="00FB2FC7">
      <w:pPr>
        <w:spacing w:line="360" w:lineRule="auto"/>
        <w:rPr>
          <w:rFonts w:ascii="Sakkal Majalla" w:hAnsi="Sakkal Majalla" w:cs="Sakkal Majalla"/>
          <w:sz w:val="28"/>
          <w:szCs w:val="28"/>
        </w:rPr>
      </w:pPr>
      <w:r w:rsidRPr="00FB2FC7">
        <w:rPr>
          <w:rFonts w:ascii="Sakkal Majalla" w:hAnsi="Sakkal Majalla" w:cs="Sakkal Majalla"/>
          <w:sz w:val="28"/>
          <w:szCs w:val="28"/>
        </w:rPr>
        <w:br w:type="page"/>
      </w:r>
    </w:p>
    <w:p w14:paraId="524E059C" w14:textId="77777777" w:rsidR="00096E8E" w:rsidRPr="00096E8E" w:rsidRDefault="00096E8E" w:rsidP="00096E8E">
      <w:pPr>
        <w:jc w:val="right"/>
        <w:rPr>
          <w:rFonts w:ascii="Sakkal Majalla" w:hAnsi="Sakkal Majalla" w:cs="Sakkal Majalla"/>
          <w:b/>
          <w:bCs/>
          <w:sz w:val="28"/>
          <w:szCs w:val="28"/>
        </w:rPr>
      </w:pPr>
    </w:p>
    <w:p w14:paraId="4D59A0EE" w14:textId="2C167B28" w:rsidR="00096E8E" w:rsidRPr="00096E8E" w:rsidRDefault="00096E8E" w:rsidP="003176F3">
      <w:pPr>
        <w:jc w:val="right"/>
        <w:rPr>
          <w:rFonts w:ascii="Sakkal Majalla" w:hAnsi="Sakkal Majalla" w:cs="Sakkal Majalla"/>
          <w:b/>
          <w:bCs/>
          <w:sz w:val="28"/>
          <w:szCs w:val="28"/>
        </w:rPr>
      </w:pPr>
      <w:r w:rsidRPr="00096E8E">
        <w:rPr>
          <w:rFonts w:ascii="Sakkal Majalla" w:hAnsi="Sakkal Majalla" w:cs="Sakkal Majalla" w:hint="cs"/>
          <w:b/>
          <w:bCs/>
          <w:sz w:val="28"/>
          <w:szCs w:val="28"/>
          <w:rtl/>
        </w:rPr>
        <w:t>المتغير</w:t>
      </w:r>
      <w:r w:rsidRPr="00096E8E">
        <w:rPr>
          <w:rFonts w:ascii="Sakkal Majalla" w:hAnsi="Sakkal Majalla" w:cs="Sakkal Majalla"/>
          <w:b/>
          <w:bCs/>
          <w:sz w:val="28"/>
          <w:szCs w:val="28"/>
          <w:rtl/>
        </w:rPr>
        <w:t xml:space="preserve"> </w:t>
      </w:r>
      <w:r w:rsidRPr="00096E8E">
        <w:rPr>
          <w:rFonts w:ascii="Sakkal Majalla" w:hAnsi="Sakkal Majalla" w:cs="Sakkal Majalla" w:hint="cs"/>
          <w:b/>
          <w:bCs/>
          <w:sz w:val="28"/>
          <w:szCs w:val="28"/>
          <w:rtl/>
        </w:rPr>
        <w:t>المستقل</w:t>
      </w:r>
    </w:p>
    <w:p w14:paraId="027FBB15" w14:textId="6135D1B5" w:rsidR="00096E8E" w:rsidRPr="00096E8E" w:rsidRDefault="00096E8E" w:rsidP="00096E8E">
      <w:pPr>
        <w:jc w:val="right"/>
        <w:rPr>
          <w:rFonts w:ascii="Sakkal Majalla" w:hAnsi="Sakkal Majalla" w:cs="Sakkal Majalla"/>
          <w:b/>
          <w:bCs/>
          <w:sz w:val="28"/>
          <w:szCs w:val="28"/>
        </w:rPr>
      </w:pPr>
      <w:r w:rsidRPr="00096E8E">
        <w:rPr>
          <w:rFonts w:ascii="Sakkal Majalla" w:hAnsi="Sakkal Majalla" w:cs="Sakkal Majalla" w:hint="cs"/>
          <w:b/>
          <w:bCs/>
          <w:sz w:val="28"/>
          <w:szCs w:val="28"/>
          <w:rtl/>
        </w:rPr>
        <w:t>استراتيجيات</w:t>
      </w:r>
      <w:r w:rsidRPr="00096E8E">
        <w:rPr>
          <w:rFonts w:ascii="Sakkal Majalla" w:hAnsi="Sakkal Majalla" w:cs="Sakkal Majalla"/>
          <w:b/>
          <w:bCs/>
          <w:sz w:val="28"/>
          <w:szCs w:val="28"/>
          <w:rtl/>
        </w:rPr>
        <w:t xml:space="preserve"> </w:t>
      </w:r>
      <w:r w:rsidRPr="00096E8E">
        <w:rPr>
          <w:rFonts w:ascii="Sakkal Majalla" w:hAnsi="Sakkal Majalla" w:cs="Sakkal Majalla" w:hint="cs"/>
          <w:b/>
          <w:bCs/>
          <w:sz w:val="28"/>
          <w:szCs w:val="28"/>
          <w:rtl/>
        </w:rPr>
        <w:t>التسويق</w:t>
      </w:r>
      <w:r w:rsidRPr="00096E8E">
        <w:rPr>
          <w:rFonts w:ascii="Sakkal Majalla" w:hAnsi="Sakkal Majalla" w:cs="Sakkal Majalla"/>
          <w:b/>
          <w:bCs/>
          <w:sz w:val="28"/>
          <w:szCs w:val="28"/>
          <w:rtl/>
        </w:rPr>
        <w:t xml:space="preserve"> </w:t>
      </w:r>
      <w:r w:rsidRPr="00096E8E">
        <w:rPr>
          <w:rFonts w:ascii="Sakkal Majalla" w:hAnsi="Sakkal Majalla" w:cs="Sakkal Majalla" w:hint="cs"/>
          <w:b/>
          <w:bCs/>
          <w:sz w:val="28"/>
          <w:szCs w:val="28"/>
          <w:rtl/>
        </w:rPr>
        <w:t>المستدام</w:t>
      </w:r>
      <w:r w:rsidR="003176F3">
        <w:rPr>
          <w:rFonts w:ascii="Sakkal Majalla" w:hAnsi="Sakkal Majalla" w:cs="Sakkal Majalla" w:hint="cs"/>
          <w:b/>
          <w:bCs/>
          <w:sz w:val="28"/>
          <w:szCs w:val="28"/>
          <w:rtl/>
        </w:rPr>
        <w:t>:</w:t>
      </w:r>
    </w:p>
    <w:p w14:paraId="7938C854" w14:textId="5FC46083" w:rsidR="00096E8E" w:rsidRPr="003176F3" w:rsidRDefault="00096E8E" w:rsidP="00096E8E">
      <w:pPr>
        <w:jc w:val="right"/>
        <w:rPr>
          <w:rFonts w:ascii="Sakkal Majalla" w:hAnsi="Sakkal Majalla" w:cs="Sakkal Majalla"/>
          <w:sz w:val="28"/>
          <w:szCs w:val="28"/>
        </w:rPr>
      </w:pPr>
      <w:r w:rsidRPr="00096E8E">
        <w:rPr>
          <w:rFonts w:ascii="Sakkal Majalla" w:hAnsi="Sakkal Majalla" w:cs="Sakkal Majalla"/>
          <w:b/>
          <w:bCs/>
          <w:sz w:val="28"/>
          <w:szCs w:val="28"/>
        </w:rPr>
        <w:tab/>
      </w:r>
      <w:r w:rsidRPr="00096E8E">
        <w:rPr>
          <w:rFonts w:ascii="Sakkal Majalla" w:hAnsi="Sakkal Majalla" w:cs="Sakkal Majalla"/>
          <w:b/>
          <w:bCs/>
          <w:sz w:val="28"/>
          <w:szCs w:val="28"/>
        </w:rPr>
        <w:tab/>
      </w:r>
      <w:r w:rsidRPr="003176F3">
        <w:rPr>
          <w:rFonts w:ascii="Sakkal Majalla" w:hAnsi="Sakkal Majalla" w:cs="Sakkal Majalla" w:hint="cs"/>
          <w:sz w:val="28"/>
          <w:szCs w:val="28"/>
          <w:rtl/>
        </w:rPr>
        <w:t>البعد</w:t>
      </w:r>
      <w:r w:rsidRPr="003176F3">
        <w:rPr>
          <w:rFonts w:ascii="Sakkal Majalla" w:hAnsi="Sakkal Majalla" w:cs="Sakkal Majalla"/>
          <w:sz w:val="28"/>
          <w:szCs w:val="28"/>
          <w:rtl/>
        </w:rPr>
        <w:t xml:space="preserve"> </w:t>
      </w:r>
      <w:proofErr w:type="gramStart"/>
      <w:r w:rsidRPr="003176F3">
        <w:rPr>
          <w:rFonts w:ascii="Sakkal Majalla" w:hAnsi="Sakkal Majalla" w:cs="Sakkal Majalla" w:hint="cs"/>
          <w:sz w:val="28"/>
          <w:szCs w:val="28"/>
          <w:rtl/>
        </w:rPr>
        <w:t>البيئي</w:t>
      </w:r>
      <w:r w:rsidR="003176F3" w:rsidRPr="003176F3">
        <w:rPr>
          <w:rFonts w:ascii="Sakkal Majalla" w:hAnsi="Sakkal Majalla" w:cs="Sakkal Majalla" w:hint="cs"/>
          <w:sz w:val="28"/>
          <w:szCs w:val="28"/>
          <w:rtl/>
        </w:rPr>
        <w:t>.</w:t>
      </w:r>
      <w:r w:rsidR="003176F3" w:rsidRPr="003176F3">
        <w:rPr>
          <w:rFonts w:ascii="Sakkal Majalla" w:hAnsi="Sakkal Majalla" w:cs="Sakkal Majalla"/>
          <w:sz w:val="28"/>
          <w:szCs w:val="28"/>
        </w:rPr>
        <w:t>-</w:t>
      </w:r>
      <w:proofErr w:type="gramEnd"/>
    </w:p>
    <w:p w14:paraId="126A2519" w14:textId="0BB75CDB" w:rsidR="00096E8E" w:rsidRPr="003176F3" w:rsidRDefault="00096E8E" w:rsidP="00096E8E">
      <w:pPr>
        <w:jc w:val="right"/>
        <w:rPr>
          <w:rFonts w:ascii="Sakkal Majalla" w:hAnsi="Sakkal Majalla" w:cs="Sakkal Majalla"/>
          <w:sz w:val="28"/>
          <w:szCs w:val="28"/>
        </w:rPr>
      </w:pPr>
      <w:r w:rsidRPr="003176F3">
        <w:rPr>
          <w:rFonts w:ascii="Sakkal Majalla" w:hAnsi="Sakkal Majalla" w:cs="Sakkal Majalla"/>
          <w:sz w:val="28"/>
          <w:szCs w:val="28"/>
        </w:rPr>
        <w:tab/>
      </w:r>
      <w:r w:rsidRPr="003176F3">
        <w:rPr>
          <w:rFonts w:ascii="Sakkal Majalla" w:hAnsi="Sakkal Majalla" w:cs="Sakkal Majalla"/>
          <w:sz w:val="28"/>
          <w:szCs w:val="28"/>
        </w:rPr>
        <w:tab/>
      </w:r>
      <w:r w:rsidRPr="003176F3">
        <w:rPr>
          <w:rFonts w:ascii="Sakkal Majalla" w:hAnsi="Sakkal Majalla" w:cs="Sakkal Majalla" w:hint="cs"/>
          <w:sz w:val="28"/>
          <w:szCs w:val="28"/>
          <w:rtl/>
        </w:rPr>
        <w:t>البعد</w:t>
      </w:r>
      <w:r w:rsidRPr="003176F3">
        <w:rPr>
          <w:rFonts w:ascii="Sakkal Majalla" w:hAnsi="Sakkal Majalla" w:cs="Sakkal Majalla"/>
          <w:sz w:val="28"/>
          <w:szCs w:val="28"/>
          <w:rtl/>
        </w:rPr>
        <w:t xml:space="preserve"> </w:t>
      </w:r>
      <w:proofErr w:type="gramStart"/>
      <w:r w:rsidRPr="003176F3">
        <w:rPr>
          <w:rFonts w:ascii="Sakkal Majalla" w:hAnsi="Sakkal Majalla" w:cs="Sakkal Majalla" w:hint="cs"/>
          <w:sz w:val="28"/>
          <w:szCs w:val="28"/>
          <w:rtl/>
        </w:rPr>
        <w:t>الاجتماعي</w:t>
      </w:r>
      <w:r w:rsidR="003176F3" w:rsidRPr="003176F3">
        <w:rPr>
          <w:rFonts w:ascii="Sakkal Majalla" w:hAnsi="Sakkal Majalla" w:cs="Sakkal Majalla" w:hint="cs"/>
          <w:sz w:val="28"/>
          <w:szCs w:val="28"/>
          <w:rtl/>
        </w:rPr>
        <w:t>.</w:t>
      </w:r>
      <w:r w:rsidR="003176F3" w:rsidRPr="003176F3">
        <w:rPr>
          <w:rFonts w:ascii="Sakkal Majalla" w:hAnsi="Sakkal Majalla" w:cs="Sakkal Majalla"/>
          <w:sz w:val="28"/>
          <w:szCs w:val="28"/>
        </w:rPr>
        <w:t>-</w:t>
      </w:r>
      <w:proofErr w:type="gramEnd"/>
    </w:p>
    <w:p w14:paraId="0D1DEDC0" w14:textId="1471FA2E" w:rsidR="00096E8E" w:rsidRPr="003176F3" w:rsidRDefault="00096E8E" w:rsidP="00096E8E">
      <w:pPr>
        <w:jc w:val="right"/>
        <w:rPr>
          <w:rFonts w:ascii="Sakkal Majalla" w:hAnsi="Sakkal Majalla" w:cs="Sakkal Majalla"/>
          <w:sz w:val="28"/>
          <w:szCs w:val="28"/>
        </w:rPr>
      </w:pPr>
      <w:r w:rsidRPr="003176F3">
        <w:rPr>
          <w:rFonts w:ascii="Sakkal Majalla" w:hAnsi="Sakkal Majalla" w:cs="Sakkal Majalla"/>
          <w:sz w:val="28"/>
          <w:szCs w:val="28"/>
        </w:rPr>
        <w:tab/>
      </w:r>
      <w:r w:rsidRPr="003176F3">
        <w:rPr>
          <w:rFonts w:ascii="Sakkal Majalla" w:hAnsi="Sakkal Majalla" w:cs="Sakkal Majalla"/>
          <w:sz w:val="28"/>
          <w:szCs w:val="28"/>
        </w:rPr>
        <w:tab/>
      </w:r>
      <w:r w:rsidRPr="003176F3">
        <w:rPr>
          <w:rFonts w:ascii="Sakkal Majalla" w:hAnsi="Sakkal Majalla" w:cs="Sakkal Majalla" w:hint="cs"/>
          <w:sz w:val="28"/>
          <w:szCs w:val="28"/>
          <w:rtl/>
        </w:rPr>
        <w:t>البعد</w:t>
      </w:r>
      <w:r w:rsidRPr="003176F3">
        <w:rPr>
          <w:rFonts w:ascii="Sakkal Majalla" w:hAnsi="Sakkal Majalla" w:cs="Sakkal Majalla"/>
          <w:sz w:val="28"/>
          <w:szCs w:val="28"/>
          <w:rtl/>
        </w:rPr>
        <w:t xml:space="preserve"> </w:t>
      </w:r>
      <w:proofErr w:type="gramStart"/>
      <w:r w:rsidRPr="003176F3">
        <w:rPr>
          <w:rFonts w:ascii="Sakkal Majalla" w:hAnsi="Sakkal Majalla" w:cs="Sakkal Majalla" w:hint="cs"/>
          <w:sz w:val="28"/>
          <w:szCs w:val="28"/>
          <w:rtl/>
        </w:rPr>
        <w:t>الاقتصادي</w:t>
      </w:r>
      <w:r w:rsidR="003176F3" w:rsidRPr="003176F3">
        <w:rPr>
          <w:rFonts w:ascii="Sakkal Majalla" w:hAnsi="Sakkal Majalla" w:cs="Sakkal Majalla" w:hint="cs"/>
          <w:sz w:val="28"/>
          <w:szCs w:val="28"/>
          <w:rtl/>
        </w:rPr>
        <w:t>.</w:t>
      </w:r>
      <w:r w:rsidR="003176F3" w:rsidRPr="003176F3">
        <w:rPr>
          <w:rFonts w:ascii="Sakkal Majalla" w:hAnsi="Sakkal Majalla" w:cs="Sakkal Majalla"/>
          <w:sz w:val="28"/>
          <w:szCs w:val="28"/>
        </w:rPr>
        <w:t>-</w:t>
      </w:r>
      <w:proofErr w:type="gramEnd"/>
    </w:p>
    <w:p w14:paraId="5036A508" w14:textId="77777777" w:rsidR="00096E8E" w:rsidRPr="00096E8E" w:rsidRDefault="00096E8E" w:rsidP="00096E8E">
      <w:pPr>
        <w:jc w:val="right"/>
        <w:rPr>
          <w:rFonts w:ascii="Sakkal Majalla" w:hAnsi="Sakkal Majalla" w:cs="Sakkal Majalla"/>
          <w:b/>
          <w:bCs/>
          <w:sz w:val="28"/>
          <w:szCs w:val="28"/>
        </w:rPr>
      </w:pPr>
    </w:p>
    <w:p w14:paraId="5B660C48" w14:textId="77777777" w:rsidR="00096E8E" w:rsidRPr="00096E8E" w:rsidRDefault="00096E8E" w:rsidP="00096E8E">
      <w:pPr>
        <w:jc w:val="right"/>
        <w:rPr>
          <w:rFonts w:ascii="Sakkal Majalla" w:hAnsi="Sakkal Majalla" w:cs="Sakkal Majalla"/>
          <w:b/>
          <w:bCs/>
          <w:sz w:val="28"/>
          <w:szCs w:val="28"/>
        </w:rPr>
      </w:pPr>
      <w:r w:rsidRPr="00096E8E">
        <w:rPr>
          <w:rFonts w:ascii="Cambria Math" w:hAnsi="Cambria Math" w:cs="Cambria Math"/>
          <w:b/>
          <w:bCs/>
          <w:sz w:val="28"/>
          <w:szCs w:val="28"/>
        </w:rPr>
        <w:t>⬇</w:t>
      </w:r>
      <w:r w:rsidRPr="00096E8E">
        <w:rPr>
          <w:rFonts w:ascii="Sakkal Majalla" w:hAnsi="Sakkal Majalla" w:cs="Sakkal Majalla"/>
          <w:b/>
          <w:bCs/>
          <w:sz w:val="28"/>
          <w:szCs w:val="28"/>
        </w:rPr>
        <w:t>️</w:t>
      </w:r>
    </w:p>
    <w:p w14:paraId="74F200F7" w14:textId="77777777" w:rsidR="00096E8E" w:rsidRPr="00096E8E" w:rsidRDefault="00096E8E" w:rsidP="00096E8E">
      <w:pPr>
        <w:jc w:val="right"/>
        <w:rPr>
          <w:rFonts w:ascii="Sakkal Majalla" w:hAnsi="Sakkal Majalla" w:cs="Sakkal Majalla"/>
          <w:b/>
          <w:bCs/>
          <w:sz w:val="28"/>
          <w:szCs w:val="28"/>
        </w:rPr>
      </w:pPr>
    </w:p>
    <w:p w14:paraId="031C09A2" w14:textId="77777777" w:rsidR="00096E8E" w:rsidRPr="00096E8E" w:rsidRDefault="00096E8E" w:rsidP="00096E8E">
      <w:pPr>
        <w:jc w:val="right"/>
        <w:rPr>
          <w:rFonts w:ascii="Sakkal Majalla" w:hAnsi="Sakkal Majalla" w:cs="Sakkal Majalla"/>
          <w:b/>
          <w:bCs/>
          <w:sz w:val="28"/>
          <w:szCs w:val="28"/>
        </w:rPr>
      </w:pPr>
      <w:r w:rsidRPr="00096E8E">
        <w:rPr>
          <w:rFonts w:ascii="Sakkal Majalla" w:hAnsi="Sakkal Majalla" w:cs="Sakkal Majalla" w:hint="cs"/>
          <w:b/>
          <w:bCs/>
          <w:sz w:val="28"/>
          <w:szCs w:val="28"/>
          <w:rtl/>
        </w:rPr>
        <w:t>المتغير</w:t>
      </w:r>
      <w:r w:rsidRPr="00096E8E">
        <w:rPr>
          <w:rFonts w:ascii="Sakkal Majalla" w:hAnsi="Sakkal Majalla" w:cs="Sakkal Majalla"/>
          <w:b/>
          <w:bCs/>
          <w:sz w:val="28"/>
          <w:szCs w:val="28"/>
          <w:rtl/>
        </w:rPr>
        <w:t xml:space="preserve"> </w:t>
      </w:r>
      <w:r w:rsidRPr="00096E8E">
        <w:rPr>
          <w:rFonts w:ascii="Sakkal Majalla" w:hAnsi="Sakkal Majalla" w:cs="Sakkal Majalla" w:hint="cs"/>
          <w:b/>
          <w:bCs/>
          <w:sz w:val="28"/>
          <w:szCs w:val="28"/>
          <w:rtl/>
        </w:rPr>
        <w:t>التابع</w:t>
      </w:r>
    </w:p>
    <w:p w14:paraId="7B5D6718" w14:textId="4F9E38EF" w:rsidR="00ED6B16" w:rsidRPr="003176F3" w:rsidRDefault="007F7218" w:rsidP="00096E8E">
      <w:pPr>
        <w:jc w:val="right"/>
        <w:rPr>
          <w:rFonts w:ascii="Sakkal Majalla" w:hAnsi="Sakkal Majalla" w:cs="Sakkal Majalla"/>
          <w:sz w:val="28"/>
          <w:szCs w:val="28"/>
        </w:rPr>
      </w:pPr>
      <w:proofErr w:type="spellStart"/>
      <w:r w:rsidRPr="003176F3">
        <w:rPr>
          <w:rFonts w:ascii="Sakkal Majalla" w:hAnsi="Sakkal Majalla" w:cs="Sakkal Majalla"/>
          <w:sz w:val="28"/>
          <w:szCs w:val="28"/>
        </w:rPr>
        <w:t>ولاء</w:t>
      </w:r>
      <w:proofErr w:type="spellEnd"/>
      <w:r w:rsidRPr="003176F3">
        <w:rPr>
          <w:rFonts w:ascii="Sakkal Majalla" w:hAnsi="Sakkal Majalla" w:cs="Sakkal Majalla"/>
          <w:sz w:val="28"/>
          <w:szCs w:val="28"/>
        </w:rPr>
        <w:t xml:space="preserve"> </w:t>
      </w:r>
      <w:r w:rsidRPr="003176F3">
        <w:rPr>
          <w:rFonts w:ascii="Sakkal Majalla" w:hAnsi="Sakkal Majalla" w:cs="Sakkal Majalla"/>
          <w:sz w:val="28"/>
          <w:szCs w:val="28"/>
        </w:rPr>
        <w:t>المستهلك</w:t>
      </w:r>
    </w:p>
    <w:p w14:paraId="12395A46" w14:textId="69258C37" w:rsidR="003176F3" w:rsidRDefault="007F7218" w:rsidP="003176F3">
      <w:r>
        <w:br w:type="page"/>
      </w:r>
    </w:p>
    <w:p w14:paraId="3D48E887" w14:textId="01664AE4" w:rsidR="00ED6B16" w:rsidRDefault="007F7218">
      <w:pPr>
        <w:jc w:val="right"/>
      </w:pPr>
      <w:r>
        <w:lastRenderedPageBreak/>
        <w:t>.</w:t>
      </w:r>
    </w:p>
    <w:p w14:paraId="654D02D4" w14:textId="50BCF270" w:rsidR="00ED6B16" w:rsidRDefault="007F7218" w:rsidP="003176F3">
      <w:pPr>
        <w:jc w:val="right"/>
      </w:pPr>
      <w:proofErr w:type="spellStart"/>
      <w:r>
        <w:rPr>
          <w:b/>
          <w:sz w:val="32"/>
        </w:rPr>
        <w:t>مجتمع</w:t>
      </w:r>
      <w:proofErr w:type="spellEnd"/>
      <w:r>
        <w:rPr>
          <w:b/>
          <w:sz w:val="32"/>
        </w:rPr>
        <w:t xml:space="preserve"> </w:t>
      </w:r>
      <w:proofErr w:type="spellStart"/>
      <w:r>
        <w:rPr>
          <w:b/>
          <w:sz w:val="32"/>
        </w:rPr>
        <w:t>وعينة</w:t>
      </w:r>
      <w:proofErr w:type="spellEnd"/>
      <w:r>
        <w:rPr>
          <w:b/>
          <w:sz w:val="32"/>
        </w:rPr>
        <w:t xml:space="preserve"> </w:t>
      </w:r>
      <w:proofErr w:type="spellStart"/>
      <w:r>
        <w:rPr>
          <w:b/>
          <w:sz w:val="32"/>
        </w:rPr>
        <w:t>الدراسة</w:t>
      </w:r>
      <w:proofErr w:type="spellEnd"/>
    </w:p>
    <w:p w14:paraId="56726956" w14:textId="53D35B60" w:rsidR="00ED6B16" w:rsidRPr="003176F3" w:rsidRDefault="003176F3">
      <w:pPr>
        <w:jc w:val="right"/>
        <w:rPr>
          <w:rFonts w:ascii="Sakkal Majalla" w:hAnsi="Sakkal Majalla" w:cs="Sakkal Majalla"/>
          <w:sz w:val="28"/>
          <w:szCs w:val="28"/>
        </w:rPr>
      </w:pPr>
      <w:r w:rsidRPr="003176F3">
        <w:rPr>
          <w:rFonts w:ascii="Sakkal Majalla" w:hAnsi="Sakkal Majalla" w:cs="Sakkal Majalla"/>
          <w:sz w:val="28"/>
          <w:szCs w:val="28"/>
          <w:rtl/>
        </w:rPr>
        <w:t>يتكون مجتمع الدراسة من جميع المستهلكين في المملكة العربية السعودية. وسوف تعتمد الدراسة على عينة عشوائية بسيطة مكونة من (250) مستهلكًا من مختلف مناطق المملكة، وذلك بهدف الحصول على بيانات تمثل المجتمع المستهدف وتمكن من إجراء التحليلات الإحصائية اللازمة لتحقيق أهداف الدراسة</w:t>
      </w:r>
      <w:r w:rsidRPr="003176F3">
        <w:rPr>
          <w:rFonts w:ascii="Sakkal Majalla" w:hAnsi="Sakkal Majalla" w:cs="Sakkal Majalla"/>
          <w:sz w:val="28"/>
          <w:szCs w:val="28"/>
          <w:rtl/>
        </w:rPr>
        <w:t>.</w:t>
      </w:r>
    </w:p>
    <w:p w14:paraId="7E3FFEC6" w14:textId="77777777" w:rsidR="00ED6B16" w:rsidRDefault="007F7218">
      <w:r>
        <w:br w:type="page"/>
      </w:r>
    </w:p>
    <w:p w14:paraId="781DFFC4" w14:textId="77777777" w:rsidR="00ED6B16" w:rsidRDefault="007F7218">
      <w:pPr>
        <w:jc w:val="right"/>
      </w:pPr>
      <w:r>
        <w:rPr>
          <w:b/>
          <w:sz w:val="32"/>
        </w:rPr>
        <w:lastRenderedPageBreak/>
        <w:t>أداة</w:t>
      </w:r>
      <w:r>
        <w:rPr>
          <w:b/>
          <w:sz w:val="32"/>
        </w:rPr>
        <w:t xml:space="preserve"> </w:t>
      </w:r>
      <w:r>
        <w:rPr>
          <w:b/>
          <w:sz w:val="32"/>
        </w:rPr>
        <w:t>الدراسة</w:t>
      </w:r>
    </w:p>
    <w:p w14:paraId="25F027E8" w14:textId="77777777" w:rsidR="00FC65D1" w:rsidRPr="00404165" w:rsidRDefault="00FC65D1" w:rsidP="00FC65D1">
      <w:pPr>
        <w:spacing w:line="360" w:lineRule="auto"/>
        <w:jc w:val="right"/>
        <w:rPr>
          <w:rFonts w:ascii="Sakkal Majalla" w:hAnsi="Sakkal Majalla" w:cs="Sakkal Majalla"/>
          <w:sz w:val="28"/>
          <w:szCs w:val="28"/>
        </w:rPr>
      </w:pPr>
      <w:proofErr w:type="spellStart"/>
      <w:r w:rsidRPr="00404165">
        <w:rPr>
          <w:rFonts w:ascii="Sakkal Majalla" w:hAnsi="Sakkal Majalla" w:cs="Sakkal Majalla"/>
          <w:sz w:val="28"/>
          <w:szCs w:val="28"/>
        </w:rPr>
        <w:t>سيتم</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استخدام</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الاستبيان</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كأداة</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رئيسية</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لجمع</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البيانات</w:t>
      </w:r>
      <w:proofErr w:type="spellEnd"/>
    </w:p>
    <w:p w14:paraId="0937A48F" w14:textId="37BA2D2A" w:rsidR="00FC65D1" w:rsidRPr="00404165" w:rsidRDefault="00182C02" w:rsidP="00FC65D1">
      <w:pPr>
        <w:spacing w:line="360" w:lineRule="auto"/>
        <w:jc w:val="right"/>
        <w:rPr>
          <w:rFonts w:ascii="Sakkal Majalla" w:hAnsi="Sakkal Majalla" w:cs="Sakkal Majalla"/>
          <w:sz w:val="28"/>
          <w:szCs w:val="28"/>
        </w:rPr>
      </w:pPr>
      <w:r>
        <w:rPr>
          <w:rFonts w:ascii="Sakkal Majalla" w:hAnsi="Sakkal Majalla" w:cs="Sakkal Majalla"/>
          <w:sz w:val="28"/>
          <w:szCs w:val="28"/>
        </w:rPr>
        <w:t>:</w:t>
      </w:r>
      <w:proofErr w:type="spellStart"/>
      <w:r w:rsidR="00FC65D1" w:rsidRPr="00404165">
        <w:rPr>
          <w:rFonts w:ascii="Sakkal Majalla" w:hAnsi="Sakkal Majalla" w:cs="Sakkal Majalla"/>
          <w:sz w:val="28"/>
          <w:szCs w:val="28"/>
        </w:rPr>
        <w:t>يتكون</w:t>
      </w:r>
      <w:proofErr w:type="spellEnd"/>
      <w:r w:rsidR="00FC65D1" w:rsidRPr="00404165">
        <w:rPr>
          <w:rFonts w:ascii="Sakkal Majalla" w:hAnsi="Sakkal Majalla" w:cs="Sakkal Majalla"/>
          <w:sz w:val="28"/>
          <w:szCs w:val="28"/>
        </w:rPr>
        <w:t xml:space="preserve"> </w:t>
      </w:r>
      <w:proofErr w:type="spellStart"/>
      <w:r w:rsidR="00FC65D1" w:rsidRPr="00404165">
        <w:rPr>
          <w:rFonts w:ascii="Sakkal Majalla" w:hAnsi="Sakkal Majalla" w:cs="Sakkal Majalla"/>
          <w:sz w:val="28"/>
          <w:szCs w:val="28"/>
        </w:rPr>
        <w:t>الاستبيان</w:t>
      </w:r>
      <w:proofErr w:type="spellEnd"/>
      <w:r w:rsidR="00FC65D1" w:rsidRPr="00404165">
        <w:rPr>
          <w:rFonts w:ascii="Sakkal Majalla" w:hAnsi="Sakkal Majalla" w:cs="Sakkal Majalla"/>
          <w:sz w:val="28"/>
          <w:szCs w:val="28"/>
        </w:rPr>
        <w:t xml:space="preserve"> </w:t>
      </w:r>
      <w:proofErr w:type="spellStart"/>
      <w:r w:rsidR="00FC65D1" w:rsidRPr="00404165">
        <w:rPr>
          <w:rFonts w:ascii="Sakkal Majalla" w:hAnsi="Sakkal Majalla" w:cs="Sakkal Majalla"/>
          <w:sz w:val="28"/>
          <w:szCs w:val="28"/>
        </w:rPr>
        <w:t>من</w:t>
      </w:r>
      <w:proofErr w:type="spellEnd"/>
      <w:r w:rsidR="00FC65D1" w:rsidRPr="00404165">
        <w:rPr>
          <w:rFonts w:ascii="Sakkal Majalla" w:hAnsi="Sakkal Majalla" w:cs="Sakkal Majalla"/>
          <w:sz w:val="28"/>
          <w:szCs w:val="28"/>
        </w:rPr>
        <w:t xml:space="preserve"> </w:t>
      </w:r>
      <w:proofErr w:type="spellStart"/>
      <w:r w:rsidR="00FC65D1" w:rsidRPr="00404165">
        <w:rPr>
          <w:rFonts w:ascii="Sakkal Majalla" w:hAnsi="Sakkal Majalla" w:cs="Sakkal Majalla"/>
          <w:sz w:val="28"/>
          <w:szCs w:val="28"/>
        </w:rPr>
        <w:t>جزأين</w:t>
      </w:r>
      <w:proofErr w:type="spellEnd"/>
    </w:p>
    <w:p w14:paraId="36B0BB0C" w14:textId="77777777" w:rsidR="00FC65D1" w:rsidRPr="00404165" w:rsidRDefault="00FC65D1" w:rsidP="00FC65D1">
      <w:pPr>
        <w:spacing w:line="360" w:lineRule="auto"/>
        <w:jc w:val="right"/>
        <w:rPr>
          <w:rFonts w:ascii="Sakkal Majalla" w:hAnsi="Sakkal Majalla" w:cs="Sakkal Majalla"/>
          <w:sz w:val="28"/>
          <w:szCs w:val="28"/>
        </w:rPr>
      </w:pPr>
      <w:proofErr w:type="spellStart"/>
      <w:r w:rsidRPr="00404165">
        <w:rPr>
          <w:rFonts w:ascii="Sakkal Majalla" w:hAnsi="Sakkal Majalla" w:cs="Sakkal Majalla"/>
          <w:sz w:val="28"/>
          <w:szCs w:val="28"/>
        </w:rPr>
        <w:t>الجزء</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الأول</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البيانات</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الديموغرافية</w:t>
      </w:r>
      <w:proofErr w:type="spellEnd"/>
    </w:p>
    <w:p w14:paraId="35047E92" w14:textId="03839829" w:rsidR="00FC65D1" w:rsidRPr="00404165" w:rsidRDefault="00FC65D1" w:rsidP="00FC65D1">
      <w:pPr>
        <w:spacing w:line="360" w:lineRule="auto"/>
        <w:jc w:val="right"/>
        <w:rPr>
          <w:rFonts w:ascii="Sakkal Majalla" w:hAnsi="Sakkal Majalla" w:cs="Sakkal Majalla"/>
          <w:sz w:val="28"/>
          <w:szCs w:val="28"/>
        </w:rPr>
      </w:pPr>
      <w:proofErr w:type="spellStart"/>
      <w:r w:rsidRPr="00404165">
        <w:rPr>
          <w:rFonts w:ascii="Sakkal Majalla" w:hAnsi="Sakkal Majalla" w:cs="Sakkal Majalla"/>
          <w:sz w:val="28"/>
          <w:szCs w:val="28"/>
        </w:rPr>
        <w:t>الجزء</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الثاني</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أسئلة</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لقياس</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مستوى</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إدراك</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المستهلك</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للتسويق</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المستدام</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وولائه</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للعلامة</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التجارية</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باستخدام</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مقياس</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ليكرت</w:t>
      </w:r>
      <w:proofErr w:type="spellEnd"/>
      <w:r w:rsidRPr="00404165">
        <w:rPr>
          <w:rFonts w:ascii="Sakkal Majalla" w:hAnsi="Sakkal Majalla" w:cs="Sakkal Majalla"/>
          <w:sz w:val="28"/>
          <w:szCs w:val="28"/>
        </w:rPr>
        <w:t xml:space="preserve"> </w:t>
      </w:r>
      <w:proofErr w:type="spellStart"/>
      <w:r w:rsidRPr="00404165">
        <w:rPr>
          <w:rFonts w:ascii="Sakkal Majalla" w:hAnsi="Sakkal Majalla" w:cs="Sakkal Majalla"/>
          <w:sz w:val="28"/>
          <w:szCs w:val="28"/>
        </w:rPr>
        <w:t>الخماسي</w:t>
      </w:r>
      <w:proofErr w:type="spellEnd"/>
    </w:p>
    <w:p w14:paraId="788AEB9D" w14:textId="77777777" w:rsidR="00ED6B16" w:rsidRDefault="007F7218">
      <w:r>
        <w:br w:type="page"/>
      </w:r>
    </w:p>
    <w:p w14:paraId="5F4D6BC7" w14:textId="2368268B" w:rsidR="00FC65D1" w:rsidRPr="003D6147" w:rsidRDefault="007F7218" w:rsidP="003D6147">
      <w:pPr>
        <w:jc w:val="right"/>
      </w:pPr>
      <w:proofErr w:type="spellStart"/>
      <w:r>
        <w:rPr>
          <w:rFonts w:ascii="Arial" w:hAnsi="Arial" w:cs="Arial"/>
          <w:b/>
          <w:sz w:val="32"/>
        </w:rPr>
        <w:lastRenderedPageBreak/>
        <w:t>أساليب</w:t>
      </w:r>
      <w:proofErr w:type="spellEnd"/>
      <w:r>
        <w:rPr>
          <w:b/>
          <w:sz w:val="32"/>
        </w:rPr>
        <w:t xml:space="preserve"> </w:t>
      </w:r>
      <w:proofErr w:type="spellStart"/>
      <w:r>
        <w:rPr>
          <w:rFonts w:ascii="Arial" w:hAnsi="Arial" w:cs="Arial"/>
          <w:b/>
          <w:sz w:val="32"/>
        </w:rPr>
        <w:t>التحليل</w:t>
      </w:r>
      <w:proofErr w:type="spellEnd"/>
      <w:r>
        <w:rPr>
          <w:b/>
          <w:sz w:val="32"/>
        </w:rPr>
        <w:t xml:space="preserve"> </w:t>
      </w:r>
      <w:proofErr w:type="spellStart"/>
      <w:r>
        <w:rPr>
          <w:rFonts w:ascii="Arial" w:hAnsi="Arial" w:cs="Arial"/>
          <w:b/>
          <w:sz w:val="32"/>
        </w:rPr>
        <w:t>الإحصائي</w:t>
      </w:r>
      <w:proofErr w:type="spellEnd"/>
    </w:p>
    <w:p w14:paraId="382CAB21" w14:textId="3BA2263E" w:rsidR="00FC65D1" w:rsidRPr="00404165" w:rsidRDefault="00182C02" w:rsidP="00FC65D1">
      <w:pPr>
        <w:spacing w:line="360" w:lineRule="auto"/>
        <w:jc w:val="right"/>
        <w:rPr>
          <w:rFonts w:ascii="Sakkal Majalla" w:hAnsi="Sakkal Majalla" w:cs="Sakkal Majalla"/>
          <w:sz w:val="28"/>
          <w:szCs w:val="28"/>
        </w:rPr>
      </w:pPr>
      <w:r>
        <w:rPr>
          <w:rFonts w:ascii="Sakkal Majalla" w:hAnsi="Sakkal Majalla" w:cs="Sakkal Majalla"/>
          <w:sz w:val="28"/>
          <w:szCs w:val="28"/>
        </w:rPr>
        <w:t>.</w:t>
      </w:r>
      <w:proofErr w:type="spellStart"/>
      <w:r w:rsidR="00FC65D1" w:rsidRPr="00404165">
        <w:rPr>
          <w:rFonts w:ascii="Sakkal Majalla" w:hAnsi="Sakkal Majalla" w:cs="Sakkal Majalla"/>
          <w:sz w:val="28"/>
          <w:szCs w:val="28"/>
        </w:rPr>
        <w:t>المتوسطات</w:t>
      </w:r>
      <w:proofErr w:type="spellEnd"/>
      <w:r w:rsidR="00FC65D1" w:rsidRPr="00404165">
        <w:rPr>
          <w:rFonts w:ascii="Sakkal Majalla" w:hAnsi="Sakkal Majalla" w:cs="Sakkal Majalla"/>
          <w:sz w:val="28"/>
          <w:szCs w:val="28"/>
        </w:rPr>
        <w:t xml:space="preserve"> </w:t>
      </w:r>
      <w:proofErr w:type="spellStart"/>
      <w:r w:rsidR="00FC65D1" w:rsidRPr="00404165">
        <w:rPr>
          <w:rFonts w:ascii="Sakkal Majalla" w:hAnsi="Sakkal Majalla" w:cs="Sakkal Majalla"/>
          <w:sz w:val="28"/>
          <w:szCs w:val="28"/>
        </w:rPr>
        <w:t>الحسابية</w:t>
      </w:r>
      <w:proofErr w:type="spellEnd"/>
    </w:p>
    <w:p w14:paraId="24ADD1CE" w14:textId="56A1FD87" w:rsidR="00FC65D1" w:rsidRPr="00404165" w:rsidRDefault="00182C02" w:rsidP="00FC65D1">
      <w:pPr>
        <w:spacing w:line="360" w:lineRule="auto"/>
        <w:jc w:val="right"/>
        <w:rPr>
          <w:rFonts w:ascii="Sakkal Majalla" w:hAnsi="Sakkal Majalla" w:cs="Sakkal Majalla"/>
          <w:sz w:val="28"/>
          <w:szCs w:val="28"/>
        </w:rPr>
      </w:pPr>
      <w:r>
        <w:rPr>
          <w:rFonts w:ascii="Sakkal Majalla" w:hAnsi="Sakkal Majalla" w:cs="Sakkal Majalla"/>
          <w:sz w:val="28"/>
          <w:szCs w:val="28"/>
        </w:rPr>
        <w:t>.</w:t>
      </w:r>
      <w:proofErr w:type="spellStart"/>
      <w:r w:rsidR="00FC65D1" w:rsidRPr="00404165">
        <w:rPr>
          <w:rFonts w:ascii="Sakkal Majalla" w:hAnsi="Sakkal Majalla" w:cs="Sakkal Majalla"/>
          <w:sz w:val="28"/>
          <w:szCs w:val="28"/>
        </w:rPr>
        <w:t>الانحراف</w:t>
      </w:r>
      <w:proofErr w:type="spellEnd"/>
      <w:r w:rsidR="00FC65D1" w:rsidRPr="00404165">
        <w:rPr>
          <w:rFonts w:ascii="Sakkal Majalla" w:hAnsi="Sakkal Majalla" w:cs="Sakkal Majalla"/>
          <w:sz w:val="28"/>
          <w:szCs w:val="28"/>
        </w:rPr>
        <w:t xml:space="preserve"> </w:t>
      </w:r>
      <w:proofErr w:type="spellStart"/>
      <w:r w:rsidR="00FC65D1" w:rsidRPr="00404165">
        <w:rPr>
          <w:rFonts w:ascii="Sakkal Majalla" w:hAnsi="Sakkal Majalla" w:cs="Sakkal Majalla"/>
          <w:sz w:val="28"/>
          <w:szCs w:val="28"/>
        </w:rPr>
        <w:t>المعياري</w:t>
      </w:r>
      <w:proofErr w:type="spellEnd"/>
    </w:p>
    <w:p w14:paraId="3B5683E2" w14:textId="1F87F831" w:rsidR="00FC65D1" w:rsidRPr="00404165" w:rsidRDefault="00182C02" w:rsidP="00FC65D1">
      <w:pPr>
        <w:spacing w:line="360" w:lineRule="auto"/>
        <w:jc w:val="right"/>
        <w:rPr>
          <w:rFonts w:ascii="Sakkal Majalla" w:hAnsi="Sakkal Majalla" w:cs="Sakkal Majalla"/>
          <w:sz w:val="28"/>
          <w:szCs w:val="28"/>
        </w:rPr>
      </w:pPr>
      <w:r>
        <w:rPr>
          <w:rFonts w:ascii="Sakkal Majalla" w:hAnsi="Sakkal Majalla" w:cs="Sakkal Majalla"/>
          <w:sz w:val="28"/>
          <w:szCs w:val="28"/>
        </w:rPr>
        <w:t>.</w:t>
      </w:r>
      <w:proofErr w:type="spellStart"/>
      <w:r w:rsidR="00FC65D1" w:rsidRPr="00404165">
        <w:rPr>
          <w:rFonts w:ascii="Sakkal Majalla" w:hAnsi="Sakkal Majalla" w:cs="Sakkal Majalla"/>
          <w:sz w:val="28"/>
          <w:szCs w:val="28"/>
        </w:rPr>
        <w:t>تحليل</w:t>
      </w:r>
      <w:proofErr w:type="spellEnd"/>
      <w:r w:rsidR="00FC65D1" w:rsidRPr="00404165">
        <w:rPr>
          <w:rFonts w:ascii="Sakkal Majalla" w:hAnsi="Sakkal Majalla" w:cs="Sakkal Majalla"/>
          <w:sz w:val="28"/>
          <w:szCs w:val="28"/>
        </w:rPr>
        <w:t xml:space="preserve"> </w:t>
      </w:r>
      <w:proofErr w:type="spellStart"/>
      <w:r w:rsidR="00FC65D1" w:rsidRPr="00404165">
        <w:rPr>
          <w:rFonts w:ascii="Sakkal Majalla" w:hAnsi="Sakkal Majalla" w:cs="Sakkal Majalla"/>
          <w:sz w:val="28"/>
          <w:szCs w:val="28"/>
        </w:rPr>
        <w:t>الارتباط</w:t>
      </w:r>
      <w:proofErr w:type="spellEnd"/>
    </w:p>
    <w:p w14:paraId="010E49DA" w14:textId="3E49229A" w:rsidR="00FC65D1" w:rsidRPr="00404165" w:rsidRDefault="00182C02" w:rsidP="00FC65D1">
      <w:pPr>
        <w:spacing w:line="360" w:lineRule="auto"/>
        <w:jc w:val="right"/>
        <w:rPr>
          <w:rFonts w:ascii="Sakkal Majalla" w:hAnsi="Sakkal Majalla" w:cs="Sakkal Majalla"/>
          <w:sz w:val="28"/>
          <w:szCs w:val="28"/>
        </w:rPr>
      </w:pPr>
      <w:r>
        <w:rPr>
          <w:rFonts w:ascii="Sakkal Majalla" w:hAnsi="Sakkal Majalla" w:cs="Sakkal Majalla"/>
          <w:sz w:val="28"/>
          <w:szCs w:val="28"/>
        </w:rPr>
        <w:t>.</w:t>
      </w:r>
      <w:proofErr w:type="spellStart"/>
      <w:r w:rsidR="00FC65D1" w:rsidRPr="00404165">
        <w:rPr>
          <w:rFonts w:ascii="Sakkal Majalla" w:hAnsi="Sakkal Majalla" w:cs="Sakkal Majalla"/>
          <w:sz w:val="28"/>
          <w:szCs w:val="28"/>
        </w:rPr>
        <w:t>تحليل</w:t>
      </w:r>
      <w:proofErr w:type="spellEnd"/>
      <w:r w:rsidR="00FC65D1" w:rsidRPr="00404165">
        <w:rPr>
          <w:rFonts w:ascii="Sakkal Majalla" w:hAnsi="Sakkal Majalla" w:cs="Sakkal Majalla"/>
          <w:sz w:val="28"/>
          <w:szCs w:val="28"/>
        </w:rPr>
        <w:t xml:space="preserve"> </w:t>
      </w:r>
      <w:proofErr w:type="spellStart"/>
      <w:r w:rsidR="00FC65D1" w:rsidRPr="00404165">
        <w:rPr>
          <w:rFonts w:ascii="Sakkal Majalla" w:hAnsi="Sakkal Majalla" w:cs="Sakkal Majalla"/>
          <w:sz w:val="28"/>
          <w:szCs w:val="28"/>
        </w:rPr>
        <w:t>الانحدار</w:t>
      </w:r>
      <w:proofErr w:type="spellEnd"/>
      <w:r w:rsidR="00FC65D1" w:rsidRPr="00404165">
        <w:rPr>
          <w:rFonts w:ascii="Sakkal Majalla" w:hAnsi="Sakkal Majalla" w:cs="Sakkal Majalla"/>
          <w:sz w:val="28"/>
          <w:szCs w:val="28"/>
        </w:rPr>
        <w:t xml:space="preserve"> </w:t>
      </w:r>
      <w:proofErr w:type="spellStart"/>
      <w:r w:rsidR="00FC65D1" w:rsidRPr="00404165">
        <w:rPr>
          <w:rFonts w:ascii="Sakkal Majalla" w:hAnsi="Sakkal Majalla" w:cs="Sakkal Majalla"/>
          <w:sz w:val="28"/>
          <w:szCs w:val="28"/>
        </w:rPr>
        <w:t>لقياس</w:t>
      </w:r>
      <w:proofErr w:type="spellEnd"/>
      <w:r w:rsidR="00FC65D1" w:rsidRPr="00404165">
        <w:rPr>
          <w:rFonts w:ascii="Sakkal Majalla" w:hAnsi="Sakkal Majalla" w:cs="Sakkal Majalla"/>
          <w:sz w:val="28"/>
          <w:szCs w:val="28"/>
        </w:rPr>
        <w:t xml:space="preserve"> </w:t>
      </w:r>
      <w:proofErr w:type="spellStart"/>
      <w:r w:rsidR="00FC65D1" w:rsidRPr="00404165">
        <w:rPr>
          <w:rFonts w:ascii="Sakkal Majalla" w:hAnsi="Sakkal Majalla" w:cs="Sakkal Majalla"/>
          <w:sz w:val="28"/>
          <w:szCs w:val="28"/>
        </w:rPr>
        <w:t>تأثير</w:t>
      </w:r>
      <w:proofErr w:type="spellEnd"/>
      <w:r w:rsidR="00FC65D1" w:rsidRPr="00404165">
        <w:rPr>
          <w:rFonts w:ascii="Sakkal Majalla" w:hAnsi="Sakkal Majalla" w:cs="Sakkal Majalla"/>
          <w:sz w:val="28"/>
          <w:szCs w:val="28"/>
        </w:rPr>
        <w:t xml:space="preserve"> </w:t>
      </w:r>
      <w:proofErr w:type="spellStart"/>
      <w:r w:rsidR="00FC65D1" w:rsidRPr="00404165">
        <w:rPr>
          <w:rFonts w:ascii="Sakkal Majalla" w:hAnsi="Sakkal Majalla" w:cs="Sakkal Majalla"/>
          <w:sz w:val="28"/>
          <w:szCs w:val="28"/>
        </w:rPr>
        <w:t>المتغيرات</w:t>
      </w:r>
      <w:proofErr w:type="spellEnd"/>
    </w:p>
    <w:p w14:paraId="46A2CF06" w14:textId="1C33CE05" w:rsidR="00ED6B16" w:rsidRPr="00FC65D1" w:rsidRDefault="007F7218" w:rsidP="00FC65D1">
      <w:pPr>
        <w:jc w:val="right"/>
        <w:rPr>
          <w:b/>
          <w:bCs/>
        </w:rPr>
      </w:pPr>
      <w:r w:rsidRPr="00FC65D1">
        <w:rPr>
          <w:b/>
          <w:bCs/>
        </w:rPr>
        <w:br w:type="page"/>
      </w:r>
    </w:p>
    <w:p w14:paraId="6EED03F3" w14:textId="77777777" w:rsidR="00ED6B16" w:rsidRDefault="007F7218">
      <w:pPr>
        <w:jc w:val="right"/>
      </w:pPr>
      <w:r>
        <w:rPr>
          <w:b/>
          <w:sz w:val="32"/>
        </w:rPr>
        <w:lastRenderedPageBreak/>
        <w:t>حدود</w:t>
      </w:r>
      <w:r>
        <w:rPr>
          <w:b/>
          <w:sz w:val="32"/>
        </w:rPr>
        <w:t xml:space="preserve"> </w:t>
      </w:r>
      <w:r>
        <w:rPr>
          <w:b/>
          <w:sz w:val="32"/>
        </w:rPr>
        <w:t>الدراسة</w:t>
      </w:r>
    </w:p>
    <w:p w14:paraId="021A8EC5" w14:textId="77E1DB1F" w:rsidR="004040FB" w:rsidRPr="004040FB" w:rsidRDefault="004040FB" w:rsidP="004040FB">
      <w:pPr>
        <w:spacing w:line="360" w:lineRule="auto"/>
        <w:jc w:val="right"/>
        <w:rPr>
          <w:rFonts w:ascii="Sakkal Majalla" w:hAnsi="Sakkal Majalla" w:cs="Sakkal Majalla"/>
          <w:sz w:val="28"/>
          <w:szCs w:val="28"/>
        </w:rPr>
      </w:pPr>
      <w:r>
        <w:t>.</w:t>
      </w:r>
      <w:proofErr w:type="spellStart"/>
      <w:r w:rsidR="007F7218" w:rsidRPr="004040FB">
        <w:rPr>
          <w:rFonts w:ascii="Sakkal Majalla" w:hAnsi="Sakkal Majalla" w:cs="Sakkal Majalla"/>
          <w:sz w:val="28"/>
          <w:szCs w:val="28"/>
        </w:rPr>
        <w:t>الحدود</w:t>
      </w:r>
      <w:proofErr w:type="spellEnd"/>
      <w:r w:rsidR="007F7218" w:rsidRPr="004040FB">
        <w:rPr>
          <w:rFonts w:ascii="Sakkal Majalla" w:hAnsi="Sakkal Majalla" w:cs="Sakkal Majalla"/>
          <w:sz w:val="28"/>
          <w:szCs w:val="28"/>
        </w:rPr>
        <w:t xml:space="preserve"> </w:t>
      </w:r>
      <w:proofErr w:type="spellStart"/>
      <w:r w:rsidR="007F7218" w:rsidRPr="004040FB">
        <w:rPr>
          <w:rFonts w:ascii="Sakkal Majalla" w:hAnsi="Sakkal Majalla" w:cs="Sakkal Majalla"/>
          <w:sz w:val="28"/>
          <w:szCs w:val="28"/>
        </w:rPr>
        <w:t>البشرية</w:t>
      </w:r>
      <w:proofErr w:type="spellEnd"/>
      <w:r w:rsidR="007F7218" w:rsidRPr="004040FB">
        <w:rPr>
          <w:rFonts w:ascii="Sakkal Majalla" w:hAnsi="Sakkal Majalla" w:cs="Sakkal Majalla"/>
          <w:sz w:val="28"/>
          <w:szCs w:val="28"/>
        </w:rPr>
        <w:t xml:space="preserve">: </w:t>
      </w:r>
      <w:proofErr w:type="spellStart"/>
      <w:r w:rsidR="007F7218" w:rsidRPr="004040FB">
        <w:rPr>
          <w:rFonts w:ascii="Sakkal Majalla" w:hAnsi="Sakkal Majalla" w:cs="Sakkal Majalla"/>
          <w:sz w:val="28"/>
          <w:szCs w:val="28"/>
        </w:rPr>
        <w:t>المستهلكون</w:t>
      </w:r>
      <w:proofErr w:type="spellEnd"/>
      <w:r w:rsidR="007F7218" w:rsidRPr="004040FB">
        <w:rPr>
          <w:rFonts w:ascii="Sakkal Majalla" w:hAnsi="Sakkal Majalla" w:cs="Sakkal Majalla"/>
          <w:sz w:val="28"/>
          <w:szCs w:val="28"/>
        </w:rPr>
        <w:t xml:space="preserve"> </w:t>
      </w:r>
      <w:proofErr w:type="spellStart"/>
      <w:r w:rsidR="007F7218" w:rsidRPr="004040FB">
        <w:rPr>
          <w:rFonts w:ascii="Sakkal Majalla" w:hAnsi="Sakkal Majalla" w:cs="Sakkal Majalla"/>
          <w:sz w:val="28"/>
          <w:szCs w:val="28"/>
        </w:rPr>
        <w:t>في</w:t>
      </w:r>
      <w:proofErr w:type="spellEnd"/>
      <w:r w:rsidR="007F7218" w:rsidRPr="004040FB">
        <w:rPr>
          <w:rFonts w:ascii="Sakkal Majalla" w:hAnsi="Sakkal Majalla" w:cs="Sakkal Majalla"/>
          <w:sz w:val="28"/>
          <w:szCs w:val="28"/>
        </w:rPr>
        <w:t xml:space="preserve"> </w:t>
      </w:r>
      <w:proofErr w:type="spellStart"/>
      <w:r w:rsidR="007F7218" w:rsidRPr="004040FB">
        <w:rPr>
          <w:rFonts w:ascii="Sakkal Majalla" w:hAnsi="Sakkal Majalla" w:cs="Sakkal Majalla"/>
          <w:sz w:val="28"/>
          <w:szCs w:val="28"/>
        </w:rPr>
        <w:t>المملكة</w:t>
      </w:r>
      <w:proofErr w:type="spellEnd"/>
      <w:r w:rsidR="007F7218" w:rsidRPr="004040FB">
        <w:rPr>
          <w:rFonts w:ascii="Sakkal Majalla" w:hAnsi="Sakkal Majalla" w:cs="Sakkal Majalla"/>
          <w:sz w:val="28"/>
          <w:szCs w:val="28"/>
        </w:rPr>
        <w:t xml:space="preserve"> </w:t>
      </w:r>
      <w:proofErr w:type="spellStart"/>
      <w:r w:rsidR="007F7218" w:rsidRPr="004040FB">
        <w:rPr>
          <w:rFonts w:ascii="Sakkal Majalla" w:hAnsi="Sakkal Majalla" w:cs="Sakkal Majalla"/>
          <w:sz w:val="28"/>
          <w:szCs w:val="28"/>
        </w:rPr>
        <w:t>العربية</w:t>
      </w:r>
      <w:proofErr w:type="spellEnd"/>
      <w:r w:rsidR="007F7218" w:rsidRPr="004040FB">
        <w:rPr>
          <w:rFonts w:ascii="Sakkal Majalla" w:hAnsi="Sakkal Majalla" w:cs="Sakkal Majalla"/>
          <w:sz w:val="28"/>
          <w:szCs w:val="28"/>
        </w:rPr>
        <w:t xml:space="preserve"> </w:t>
      </w:r>
      <w:proofErr w:type="spellStart"/>
      <w:r w:rsidR="007F7218" w:rsidRPr="004040FB">
        <w:rPr>
          <w:rFonts w:ascii="Sakkal Majalla" w:hAnsi="Sakkal Majalla" w:cs="Sakkal Majalla"/>
          <w:sz w:val="28"/>
          <w:szCs w:val="28"/>
        </w:rPr>
        <w:t>السعودية</w:t>
      </w:r>
      <w:proofErr w:type="spellEnd"/>
      <w:r w:rsidR="007F7218" w:rsidRPr="004040FB">
        <w:rPr>
          <w:rFonts w:ascii="Sakkal Majalla" w:hAnsi="Sakkal Majalla" w:cs="Sakkal Majalla"/>
          <w:sz w:val="28"/>
          <w:szCs w:val="28"/>
        </w:rPr>
        <w:t xml:space="preserve"> </w:t>
      </w:r>
    </w:p>
    <w:p w14:paraId="6E981C75" w14:textId="6F675C8A" w:rsidR="004040FB" w:rsidRPr="004040FB" w:rsidRDefault="004040FB" w:rsidP="004040FB">
      <w:pPr>
        <w:spacing w:line="360" w:lineRule="auto"/>
        <w:jc w:val="right"/>
        <w:rPr>
          <w:rFonts w:ascii="Sakkal Majalla" w:hAnsi="Sakkal Majalla" w:cs="Sakkal Majalla"/>
          <w:sz w:val="28"/>
          <w:szCs w:val="28"/>
        </w:rPr>
      </w:pPr>
      <w:r w:rsidRPr="004040FB">
        <w:rPr>
          <w:rFonts w:ascii="Sakkal Majalla" w:hAnsi="Sakkal Majalla" w:cs="Sakkal Majalla"/>
          <w:sz w:val="28"/>
          <w:szCs w:val="28"/>
        </w:rPr>
        <w:t>.</w:t>
      </w:r>
      <w:proofErr w:type="spellStart"/>
      <w:r w:rsidR="007F7218" w:rsidRPr="004040FB">
        <w:rPr>
          <w:rFonts w:ascii="Sakkal Majalla" w:hAnsi="Sakkal Majalla" w:cs="Sakkal Majalla"/>
          <w:sz w:val="28"/>
          <w:szCs w:val="28"/>
        </w:rPr>
        <w:t>الحدود</w:t>
      </w:r>
      <w:proofErr w:type="spellEnd"/>
      <w:r w:rsidR="007F7218" w:rsidRPr="004040FB">
        <w:rPr>
          <w:rFonts w:ascii="Sakkal Majalla" w:hAnsi="Sakkal Majalla" w:cs="Sakkal Majalla"/>
          <w:sz w:val="28"/>
          <w:szCs w:val="28"/>
        </w:rPr>
        <w:t xml:space="preserve"> </w:t>
      </w:r>
      <w:proofErr w:type="spellStart"/>
      <w:r w:rsidR="007F7218" w:rsidRPr="004040FB">
        <w:rPr>
          <w:rFonts w:ascii="Sakkal Majalla" w:hAnsi="Sakkal Majalla" w:cs="Sakkal Majalla"/>
          <w:sz w:val="28"/>
          <w:szCs w:val="28"/>
        </w:rPr>
        <w:t>المكانية</w:t>
      </w:r>
      <w:proofErr w:type="spellEnd"/>
      <w:r w:rsidR="007F7218" w:rsidRPr="004040FB">
        <w:rPr>
          <w:rFonts w:ascii="Sakkal Majalla" w:hAnsi="Sakkal Majalla" w:cs="Sakkal Majalla"/>
          <w:sz w:val="28"/>
          <w:szCs w:val="28"/>
        </w:rPr>
        <w:t xml:space="preserve">: </w:t>
      </w:r>
      <w:r w:rsidRPr="004040FB">
        <w:rPr>
          <w:rFonts w:ascii="Sakkal Majalla" w:hAnsi="Sakkal Majalla" w:cs="Sakkal Majalla"/>
          <w:sz w:val="28"/>
          <w:szCs w:val="28"/>
        </w:rPr>
        <w:t xml:space="preserve"> </w:t>
      </w:r>
      <w:proofErr w:type="spellStart"/>
      <w:r w:rsidR="007F7218" w:rsidRPr="004040FB">
        <w:rPr>
          <w:rFonts w:ascii="Sakkal Majalla" w:hAnsi="Sakkal Majalla" w:cs="Sakkal Majalla"/>
          <w:sz w:val="28"/>
          <w:szCs w:val="28"/>
        </w:rPr>
        <w:t>المدن</w:t>
      </w:r>
      <w:proofErr w:type="spellEnd"/>
      <w:r w:rsidR="007F7218" w:rsidRPr="004040FB">
        <w:rPr>
          <w:rFonts w:ascii="Sakkal Majalla" w:hAnsi="Sakkal Majalla" w:cs="Sakkal Majalla"/>
          <w:sz w:val="28"/>
          <w:szCs w:val="28"/>
        </w:rPr>
        <w:t xml:space="preserve"> </w:t>
      </w:r>
      <w:proofErr w:type="spellStart"/>
      <w:r w:rsidR="007F7218" w:rsidRPr="004040FB">
        <w:rPr>
          <w:rFonts w:ascii="Sakkal Majalla" w:hAnsi="Sakkal Majalla" w:cs="Sakkal Majalla"/>
          <w:sz w:val="28"/>
          <w:szCs w:val="28"/>
        </w:rPr>
        <w:t>السعودية</w:t>
      </w:r>
      <w:proofErr w:type="spellEnd"/>
      <w:r w:rsidR="007F7218" w:rsidRPr="004040FB">
        <w:rPr>
          <w:rFonts w:ascii="Sakkal Majalla" w:hAnsi="Sakkal Majalla" w:cs="Sakkal Majalla"/>
          <w:sz w:val="28"/>
          <w:szCs w:val="28"/>
        </w:rPr>
        <w:t xml:space="preserve"> </w:t>
      </w:r>
      <w:proofErr w:type="spellStart"/>
      <w:r w:rsidR="007F7218" w:rsidRPr="004040FB">
        <w:rPr>
          <w:rFonts w:ascii="Sakkal Majalla" w:hAnsi="Sakkal Majalla" w:cs="Sakkal Majalla"/>
          <w:sz w:val="28"/>
          <w:szCs w:val="28"/>
        </w:rPr>
        <w:t>الرئيسية</w:t>
      </w:r>
      <w:proofErr w:type="spellEnd"/>
      <w:r w:rsidR="007F7218" w:rsidRPr="004040FB">
        <w:rPr>
          <w:rFonts w:ascii="Sakkal Majalla" w:hAnsi="Sakkal Majalla" w:cs="Sakkal Majalla"/>
          <w:sz w:val="28"/>
          <w:szCs w:val="28"/>
        </w:rPr>
        <w:t xml:space="preserve"> </w:t>
      </w:r>
    </w:p>
    <w:p w14:paraId="15BD7B43" w14:textId="452DC0C7" w:rsidR="00ED6B16" w:rsidRPr="004040FB" w:rsidRDefault="004040FB" w:rsidP="004040FB">
      <w:pPr>
        <w:spacing w:line="360" w:lineRule="auto"/>
        <w:jc w:val="right"/>
        <w:rPr>
          <w:rFonts w:ascii="Sakkal Majalla" w:hAnsi="Sakkal Majalla" w:cs="Sakkal Majalla"/>
          <w:sz w:val="28"/>
          <w:szCs w:val="28"/>
        </w:rPr>
      </w:pPr>
      <w:r w:rsidRPr="004040FB">
        <w:rPr>
          <w:rFonts w:ascii="Sakkal Majalla" w:hAnsi="Sakkal Majalla" w:cs="Sakkal Majalla"/>
          <w:sz w:val="28"/>
          <w:szCs w:val="28"/>
          <w:rtl/>
        </w:rPr>
        <w:t>العام الدراسي 2025</w:t>
      </w:r>
      <w:r w:rsidRPr="004040FB">
        <w:rPr>
          <w:rFonts w:ascii="Sakkal Majalla" w:hAnsi="Sakkal Majalla" w:cs="Sakkal Majalla"/>
          <w:sz w:val="28"/>
          <w:szCs w:val="28"/>
          <w:rtl/>
        </w:rPr>
        <w:t xml:space="preserve"> </w:t>
      </w:r>
      <w:r w:rsidRPr="004040FB">
        <w:rPr>
          <w:rFonts w:ascii="Sakkal Majalla" w:hAnsi="Sakkal Majalla" w:cs="Sakkal Majalla"/>
          <w:sz w:val="28"/>
          <w:szCs w:val="28"/>
          <w:rtl/>
        </w:rPr>
        <w:t>–</w:t>
      </w:r>
      <w:r w:rsidRPr="004040FB">
        <w:rPr>
          <w:rFonts w:ascii="Sakkal Majalla" w:hAnsi="Sakkal Majalla" w:cs="Sakkal Majalla"/>
          <w:sz w:val="28"/>
          <w:szCs w:val="28"/>
          <w:rtl/>
        </w:rPr>
        <w:t xml:space="preserve"> </w:t>
      </w:r>
      <w:r w:rsidRPr="004040FB">
        <w:rPr>
          <w:rFonts w:ascii="Sakkal Majalla" w:hAnsi="Sakkal Majalla" w:cs="Sakkal Majalla"/>
          <w:sz w:val="28"/>
          <w:szCs w:val="28"/>
          <w:rtl/>
        </w:rPr>
        <w:t>2026م</w:t>
      </w:r>
      <w:r w:rsidRPr="004040FB">
        <w:rPr>
          <w:rFonts w:ascii="Sakkal Majalla" w:hAnsi="Sakkal Majalla" w:cs="Sakkal Majalla"/>
          <w:sz w:val="28"/>
          <w:szCs w:val="28"/>
          <w:rtl/>
        </w:rPr>
        <w:t>.</w:t>
      </w:r>
      <w:r w:rsidRPr="004040FB">
        <w:rPr>
          <w:rFonts w:ascii="Sakkal Majalla" w:hAnsi="Sakkal Majalla" w:cs="Sakkal Majalla"/>
          <w:sz w:val="28"/>
          <w:szCs w:val="28"/>
        </w:rPr>
        <w:t xml:space="preserve">  :</w:t>
      </w:r>
      <w:proofErr w:type="spellStart"/>
      <w:r w:rsidRPr="004040FB">
        <w:rPr>
          <w:rFonts w:ascii="Sakkal Majalla" w:hAnsi="Sakkal Majalla" w:cs="Sakkal Majalla"/>
          <w:sz w:val="28"/>
          <w:szCs w:val="28"/>
        </w:rPr>
        <w:t>الحدود</w:t>
      </w:r>
      <w:proofErr w:type="spellEnd"/>
      <w:r w:rsidRPr="004040FB">
        <w:rPr>
          <w:rFonts w:ascii="Sakkal Majalla" w:hAnsi="Sakkal Majalla" w:cs="Sakkal Majalla"/>
          <w:sz w:val="28"/>
          <w:szCs w:val="28"/>
        </w:rPr>
        <w:t xml:space="preserve"> </w:t>
      </w:r>
      <w:proofErr w:type="spellStart"/>
      <w:r w:rsidRPr="004040FB">
        <w:rPr>
          <w:rFonts w:ascii="Sakkal Majalla" w:hAnsi="Sakkal Majalla" w:cs="Sakkal Majalla"/>
          <w:sz w:val="28"/>
          <w:szCs w:val="28"/>
        </w:rPr>
        <w:t>الزمنية</w:t>
      </w:r>
      <w:proofErr w:type="spellEnd"/>
    </w:p>
    <w:p w14:paraId="751BE47F" w14:textId="2CA39A7B" w:rsidR="004040FB" w:rsidRPr="004040FB" w:rsidRDefault="004040FB" w:rsidP="004040FB">
      <w:pPr>
        <w:spacing w:line="360" w:lineRule="auto"/>
        <w:jc w:val="right"/>
        <w:rPr>
          <w:rFonts w:ascii="Sakkal Majalla" w:hAnsi="Sakkal Majalla" w:cs="Sakkal Majalla"/>
          <w:sz w:val="28"/>
          <w:szCs w:val="28"/>
        </w:rPr>
      </w:pPr>
      <w:r w:rsidRPr="004040FB">
        <w:rPr>
          <w:rFonts w:ascii="Sakkal Majalla" w:hAnsi="Sakkal Majalla" w:cs="Sakkal Majalla"/>
          <w:sz w:val="28"/>
          <w:szCs w:val="28"/>
          <w:rtl/>
        </w:rPr>
        <w:t>الحدود الموضوعية</w:t>
      </w:r>
      <w:r w:rsidRPr="004040FB">
        <w:rPr>
          <w:rFonts w:ascii="Sakkal Majalla" w:hAnsi="Sakkal Majalla" w:cs="Sakkal Majalla"/>
          <w:sz w:val="28"/>
          <w:szCs w:val="28"/>
          <w:rtl/>
        </w:rPr>
        <w:t xml:space="preserve">: </w:t>
      </w:r>
      <w:r w:rsidRPr="004040FB">
        <w:rPr>
          <w:rFonts w:ascii="Sakkal Majalla" w:hAnsi="Sakkal Majalla" w:cs="Sakkal Majalla"/>
          <w:sz w:val="28"/>
          <w:szCs w:val="28"/>
          <w:rtl/>
        </w:rPr>
        <w:t>قياس أثر استراتيجيات التسويق المستدام بأبعادها البيئية والاجتماعية والاقتصادية على ولاء المستهلك في ا</w:t>
      </w:r>
      <w:r w:rsidRPr="004040FB">
        <w:rPr>
          <w:rFonts w:ascii="Sakkal Majalla" w:hAnsi="Sakkal Majalla" w:cs="Sakkal Majalla"/>
          <w:sz w:val="28"/>
          <w:szCs w:val="28"/>
          <w:rtl/>
        </w:rPr>
        <w:t>لسوق السعودي.</w:t>
      </w:r>
    </w:p>
    <w:p w14:paraId="212E8817" w14:textId="017FDA4D" w:rsidR="00ED6B16" w:rsidRDefault="007F7218" w:rsidP="004040FB">
      <w:pPr>
        <w:jc w:val="right"/>
      </w:pPr>
      <w:r>
        <w:br w:type="page"/>
      </w:r>
    </w:p>
    <w:p w14:paraId="1127B087" w14:textId="77777777" w:rsidR="00ED6B16" w:rsidRPr="008B0A83" w:rsidRDefault="007F7218">
      <w:pPr>
        <w:jc w:val="right"/>
        <w:rPr>
          <w:rFonts w:ascii="Sakkal Majalla" w:hAnsi="Sakkal Majalla" w:cs="Sakkal Majalla"/>
          <w:sz w:val="28"/>
          <w:szCs w:val="28"/>
        </w:rPr>
      </w:pPr>
      <w:r>
        <w:rPr>
          <w:b/>
          <w:sz w:val="32"/>
        </w:rPr>
        <w:lastRenderedPageBreak/>
        <w:t>المراجع</w:t>
      </w:r>
    </w:p>
    <w:p w14:paraId="3AABDA2C" w14:textId="77777777" w:rsidR="00ED6B16" w:rsidRPr="008B0A83" w:rsidRDefault="007F7218">
      <w:pPr>
        <w:jc w:val="right"/>
        <w:rPr>
          <w:rFonts w:ascii="Sakkal Majalla" w:hAnsi="Sakkal Majalla" w:cs="Sakkal Majalla"/>
          <w:sz w:val="28"/>
          <w:szCs w:val="28"/>
        </w:rPr>
      </w:pPr>
      <w:r w:rsidRPr="008B0A83">
        <w:rPr>
          <w:rFonts w:ascii="Sakkal Majalla" w:hAnsi="Sakkal Majalla" w:cs="Sakkal Majalla"/>
          <w:sz w:val="28"/>
          <w:szCs w:val="28"/>
        </w:rPr>
        <w:t>Kotler, P., &amp; Keller, K. (2018). Marketing Management.</w:t>
      </w:r>
      <w:r w:rsidRPr="008B0A83">
        <w:rPr>
          <w:rFonts w:ascii="Sakkal Majalla" w:hAnsi="Sakkal Majalla" w:cs="Sakkal Majalla"/>
          <w:sz w:val="28"/>
          <w:szCs w:val="28"/>
        </w:rPr>
        <w:br/>
        <w:t>Belz, F. M., &amp; Peattie, K. (2021). Sustainability Marketing.</w:t>
      </w:r>
      <w:r w:rsidRPr="008B0A83">
        <w:rPr>
          <w:rFonts w:ascii="Sakkal Majalla" w:hAnsi="Sakkal Majalla" w:cs="Sakkal Majalla"/>
          <w:sz w:val="28"/>
          <w:szCs w:val="28"/>
        </w:rPr>
        <w:br/>
        <w:t>Armstrong, G., &amp; Kotler, P. (2023). Principles of Marketing.</w:t>
      </w:r>
      <w:r w:rsidRPr="008B0A83">
        <w:rPr>
          <w:rFonts w:ascii="Sakkal Majalla" w:hAnsi="Sakkal Majalla" w:cs="Sakkal Majalla"/>
          <w:sz w:val="28"/>
          <w:szCs w:val="28"/>
        </w:rPr>
        <w:br/>
        <w:t xml:space="preserve">Bocken, N., &amp; Geradts, T. (2020). Sustainable Business </w:t>
      </w:r>
      <w:r w:rsidRPr="008B0A83">
        <w:rPr>
          <w:rFonts w:ascii="Sakkal Majalla" w:hAnsi="Sakkal Majalla" w:cs="Sakkal Majalla"/>
          <w:sz w:val="28"/>
          <w:szCs w:val="28"/>
        </w:rPr>
        <w:t>Model Innovation.</w:t>
      </w:r>
      <w:r w:rsidRPr="008B0A83">
        <w:rPr>
          <w:rFonts w:ascii="Sakkal Majalla" w:hAnsi="Sakkal Majalla" w:cs="Sakkal Majalla"/>
          <w:sz w:val="28"/>
          <w:szCs w:val="28"/>
        </w:rPr>
        <w:br/>
        <w:t>Alshuwaikhat, H., &amp; Abubakar, I. (2020). Sustainable Development in Saudi Arabia.</w:t>
      </w:r>
      <w:r w:rsidRPr="008B0A83">
        <w:rPr>
          <w:rFonts w:ascii="Sakkal Majalla" w:hAnsi="Sakkal Majalla" w:cs="Sakkal Majalla"/>
          <w:sz w:val="28"/>
          <w:szCs w:val="28"/>
        </w:rPr>
        <w:br/>
        <w:t>Peattie, K. (2016). Green Marketing.</w:t>
      </w:r>
      <w:r w:rsidRPr="008B0A83">
        <w:rPr>
          <w:rFonts w:ascii="Sakkal Majalla" w:hAnsi="Sakkal Majalla" w:cs="Sakkal Majalla"/>
          <w:sz w:val="28"/>
          <w:szCs w:val="28"/>
        </w:rPr>
        <w:br/>
        <w:t>Elkington, J. (2018). Cannibals with Forks.</w:t>
      </w:r>
      <w:r w:rsidRPr="008B0A83">
        <w:rPr>
          <w:rFonts w:ascii="Sakkal Majalla" w:hAnsi="Sakkal Majalla" w:cs="Sakkal Majalla"/>
          <w:sz w:val="28"/>
          <w:szCs w:val="28"/>
        </w:rPr>
        <w:br/>
        <w:t>Porter, M., &amp; Kramer, M. (2019). Creating Shared Value.</w:t>
      </w:r>
      <w:r w:rsidRPr="008B0A83">
        <w:rPr>
          <w:rFonts w:ascii="Sakkal Majalla" w:hAnsi="Sakkal Majalla" w:cs="Sakkal Majalla"/>
          <w:sz w:val="28"/>
          <w:szCs w:val="28"/>
        </w:rPr>
        <w:br/>
        <w:t>Carroll, A. (2021).</w:t>
      </w:r>
      <w:r w:rsidRPr="008B0A83">
        <w:rPr>
          <w:rFonts w:ascii="Sakkal Majalla" w:hAnsi="Sakkal Majalla" w:cs="Sakkal Majalla"/>
          <w:sz w:val="28"/>
          <w:szCs w:val="28"/>
        </w:rPr>
        <w:t xml:space="preserve"> Corporate Social Responsibility.</w:t>
      </w:r>
      <w:r w:rsidRPr="008B0A83">
        <w:rPr>
          <w:rFonts w:ascii="Sakkal Majalla" w:hAnsi="Sakkal Majalla" w:cs="Sakkal Majalla"/>
          <w:sz w:val="28"/>
          <w:szCs w:val="28"/>
        </w:rPr>
        <w:br/>
        <w:t>Jones, P. et al. (2022). Sustainability and Consumer Behavior.</w:t>
      </w:r>
    </w:p>
    <w:sectPr w:rsidR="00ED6B16" w:rsidRPr="008B0A83"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F12A2" w14:textId="77777777" w:rsidR="007F7218" w:rsidRDefault="007F7218" w:rsidP="003C671A">
      <w:pPr>
        <w:spacing w:after="0" w:line="240" w:lineRule="auto"/>
      </w:pPr>
      <w:r>
        <w:separator/>
      </w:r>
    </w:p>
  </w:endnote>
  <w:endnote w:type="continuationSeparator" w:id="0">
    <w:p w14:paraId="54FF580C" w14:textId="77777777" w:rsidR="007F7218" w:rsidRDefault="007F7218" w:rsidP="003C6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9544332"/>
      <w:docPartObj>
        <w:docPartGallery w:val="Page Numbers (Bottom of Page)"/>
        <w:docPartUnique/>
      </w:docPartObj>
    </w:sdtPr>
    <w:sdtContent>
      <w:p w14:paraId="2FD78EEA" w14:textId="3BA1D26E" w:rsidR="00066A01" w:rsidRDefault="00066A01">
        <w:pPr>
          <w:pStyle w:val="a6"/>
        </w:pPr>
        <w:r>
          <w:fldChar w:fldCharType="begin"/>
        </w:r>
        <w:r>
          <w:instrText>PAGE   \* MERGEFORMAT</w:instrText>
        </w:r>
        <w:r>
          <w:fldChar w:fldCharType="separate"/>
        </w:r>
        <w:r>
          <w:rPr>
            <w:rtl/>
            <w:lang w:val="ar-SA"/>
          </w:rPr>
          <w:t>2</w:t>
        </w:r>
        <w:r>
          <w:fldChar w:fldCharType="end"/>
        </w:r>
      </w:p>
    </w:sdtContent>
  </w:sdt>
  <w:p w14:paraId="7D333ACE" w14:textId="77777777" w:rsidR="00066A01" w:rsidRDefault="00066A0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5B677" w14:textId="77777777" w:rsidR="007F7218" w:rsidRDefault="007F7218" w:rsidP="003C671A">
      <w:pPr>
        <w:spacing w:after="0" w:line="240" w:lineRule="auto"/>
      </w:pPr>
      <w:r>
        <w:separator/>
      </w:r>
    </w:p>
  </w:footnote>
  <w:footnote w:type="continuationSeparator" w:id="0">
    <w:p w14:paraId="16297998" w14:textId="77777777" w:rsidR="007F7218" w:rsidRDefault="007F7218" w:rsidP="003C67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1EBA1" w14:textId="04AA87EA" w:rsidR="003C671A" w:rsidRDefault="003C671A">
    <w:pPr>
      <w:pStyle w:val="a5"/>
    </w:pPr>
    <w:r>
      <w:rPr>
        <w:noProof/>
      </w:rPr>
      <w:drawing>
        <wp:anchor distT="0" distB="0" distL="114300" distR="114300" simplePos="0" relativeHeight="251658752" behindDoc="1" locked="0" layoutInCell="1" allowOverlap="1" wp14:anchorId="60884BD7" wp14:editId="100EB602">
          <wp:simplePos x="0" y="0"/>
          <wp:positionH relativeFrom="margin">
            <wp:posOffset>-1143000</wp:posOffset>
          </wp:positionH>
          <wp:positionV relativeFrom="page">
            <wp:posOffset>-57466</wp:posOffset>
          </wp:positionV>
          <wp:extent cx="7772400" cy="10144234"/>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775138" cy="1014780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704" behindDoc="0" locked="0" layoutInCell="1" allowOverlap="1" wp14:anchorId="5DCC830E" wp14:editId="28DC397D">
          <wp:simplePos x="0" y="0"/>
          <wp:positionH relativeFrom="margin">
            <wp:posOffset>-1016000</wp:posOffset>
          </wp:positionH>
          <wp:positionV relativeFrom="topMargin">
            <wp:posOffset>0</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446316205">
    <w:abstractNumId w:val="8"/>
  </w:num>
  <w:num w:numId="2" w16cid:durableId="518814883">
    <w:abstractNumId w:val="6"/>
  </w:num>
  <w:num w:numId="3" w16cid:durableId="2030139324">
    <w:abstractNumId w:val="5"/>
  </w:num>
  <w:num w:numId="4" w16cid:durableId="1274678403">
    <w:abstractNumId w:val="4"/>
  </w:num>
  <w:num w:numId="5" w16cid:durableId="1967542932">
    <w:abstractNumId w:val="7"/>
  </w:num>
  <w:num w:numId="6" w16cid:durableId="1581062718">
    <w:abstractNumId w:val="3"/>
  </w:num>
  <w:num w:numId="7" w16cid:durableId="908157341">
    <w:abstractNumId w:val="2"/>
  </w:num>
  <w:num w:numId="8" w16cid:durableId="1647782677">
    <w:abstractNumId w:val="1"/>
  </w:num>
  <w:num w:numId="9" w16cid:durableId="1317107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A7E"/>
    <w:rsid w:val="00034616"/>
    <w:rsid w:val="0006063C"/>
    <w:rsid w:val="00066A01"/>
    <w:rsid w:val="00096E8E"/>
    <w:rsid w:val="0015074B"/>
    <w:rsid w:val="00182C02"/>
    <w:rsid w:val="0029639D"/>
    <w:rsid w:val="002A4B3C"/>
    <w:rsid w:val="003176F3"/>
    <w:rsid w:val="003256B9"/>
    <w:rsid w:val="00326F90"/>
    <w:rsid w:val="003779BF"/>
    <w:rsid w:val="003B420D"/>
    <w:rsid w:val="003C671A"/>
    <w:rsid w:val="003D6147"/>
    <w:rsid w:val="003E4007"/>
    <w:rsid w:val="004040FB"/>
    <w:rsid w:val="00473F17"/>
    <w:rsid w:val="00701ECB"/>
    <w:rsid w:val="007F2069"/>
    <w:rsid w:val="007F7218"/>
    <w:rsid w:val="008B0A83"/>
    <w:rsid w:val="00987D1E"/>
    <w:rsid w:val="00A67436"/>
    <w:rsid w:val="00AA1D8D"/>
    <w:rsid w:val="00AD2504"/>
    <w:rsid w:val="00AD592F"/>
    <w:rsid w:val="00B47730"/>
    <w:rsid w:val="00B76154"/>
    <w:rsid w:val="00CB0664"/>
    <w:rsid w:val="00CC1980"/>
    <w:rsid w:val="00EA778A"/>
    <w:rsid w:val="00ED6B16"/>
    <w:rsid w:val="00F24E68"/>
    <w:rsid w:val="00F40526"/>
    <w:rsid w:val="00FB2FC7"/>
    <w:rsid w:val="00FC65D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5576A4"/>
  <w14:defaultImageDpi w14:val="300"/>
  <w15:docId w15:val="{891EB110-BE60-4EBE-A8EE-ECF951C0F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17</Pages>
  <Words>1100</Words>
  <Characters>6271</Characters>
  <Application>Microsoft Office Word</Application>
  <DocSecurity>0</DocSecurity>
  <Lines>52</Lines>
  <Paragraphs>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7357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Salwa Balilah</cp:lastModifiedBy>
  <cp:revision>18</cp:revision>
  <dcterms:created xsi:type="dcterms:W3CDTF">2026-06-11T13:51:00Z</dcterms:created>
  <dcterms:modified xsi:type="dcterms:W3CDTF">2026-06-11T17:00:00Z</dcterms:modified>
  <cp:category/>
</cp:coreProperties>
</file>