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jpeg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DDFE0" w14:textId="77777777" w:rsidR="00ED4515" w:rsidRDefault="00B070EE" w:rsidP="004B4F8E">
      <w:pPr>
        <w:bidi/>
        <w:jc w:val="center"/>
      </w:pPr>
      <w:r>
        <w:rPr>
          <w:b/>
        </w:rPr>
        <w:t>جامعة</w:t>
      </w:r>
      <w:r>
        <w:rPr>
          <w:b/>
        </w:rPr>
        <w:t xml:space="preserve"> </w:t>
      </w:r>
      <w:r>
        <w:rPr>
          <w:b/>
        </w:rPr>
        <w:t>ميدأوشن</w:t>
      </w:r>
      <w:r>
        <w:rPr>
          <w:b/>
        </w:rPr>
        <w:br/>
      </w:r>
      <w:r>
        <w:rPr>
          <w:b/>
        </w:rPr>
        <w:t>كلية</w:t>
      </w:r>
      <w:r>
        <w:rPr>
          <w:b/>
        </w:rPr>
        <w:t xml:space="preserve"> </w:t>
      </w:r>
      <w:r>
        <w:rPr>
          <w:b/>
        </w:rPr>
        <w:t>الإدارة</w:t>
      </w:r>
      <w:r>
        <w:rPr>
          <w:b/>
        </w:rPr>
        <w:br/>
      </w:r>
      <w:r>
        <w:rPr>
          <w:b/>
        </w:rPr>
        <w:br/>
      </w:r>
      <w:r>
        <w:rPr>
          <w:b/>
        </w:rPr>
        <w:t>عنوان</w:t>
      </w:r>
      <w:r>
        <w:rPr>
          <w:b/>
        </w:rPr>
        <w:t xml:space="preserve"> </w:t>
      </w:r>
      <w:r>
        <w:rPr>
          <w:b/>
        </w:rPr>
        <w:t>البحث</w:t>
      </w:r>
      <w:r>
        <w:rPr>
          <w:b/>
        </w:rPr>
        <w:t xml:space="preserve">: </w:t>
      </w:r>
      <w:r>
        <w:rPr>
          <w:b/>
        </w:rPr>
        <w:t>إدارة</w:t>
      </w:r>
      <w:r>
        <w:rPr>
          <w:b/>
        </w:rPr>
        <w:t xml:space="preserve"> </w:t>
      </w:r>
      <w:r>
        <w:rPr>
          <w:b/>
        </w:rPr>
        <w:t>الوقت</w:t>
      </w:r>
      <w:r>
        <w:rPr>
          <w:b/>
        </w:rPr>
        <w:t xml:space="preserve"> </w:t>
      </w:r>
      <w:r>
        <w:rPr>
          <w:b/>
        </w:rPr>
        <w:t>وضغوط</w:t>
      </w:r>
      <w:r>
        <w:rPr>
          <w:b/>
        </w:rPr>
        <w:t xml:space="preserve"> </w:t>
      </w:r>
      <w:r>
        <w:rPr>
          <w:b/>
        </w:rPr>
        <w:t>العمل</w:t>
      </w:r>
      <w:r>
        <w:rPr>
          <w:b/>
        </w:rPr>
        <w:br/>
      </w:r>
      <w:r>
        <w:rPr>
          <w:b/>
        </w:rPr>
        <w:t>اسم</w:t>
      </w:r>
      <w:r>
        <w:rPr>
          <w:b/>
        </w:rPr>
        <w:t xml:space="preserve"> </w:t>
      </w:r>
      <w:r>
        <w:rPr>
          <w:b/>
        </w:rPr>
        <w:t>الطالب</w:t>
      </w:r>
      <w:r>
        <w:rPr>
          <w:b/>
        </w:rPr>
        <w:t xml:space="preserve">: </w:t>
      </w:r>
      <w:r>
        <w:rPr>
          <w:b/>
        </w:rPr>
        <w:t>سالم</w:t>
      </w:r>
      <w:r>
        <w:rPr>
          <w:b/>
        </w:rPr>
        <w:t xml:space="preserve"> </w:t>
      </w:r>
      <w:r>
        <w:rPr>
          <w:b/>
        </w:rPr>
        <w:t>بن</w:t>
      </w:r>
      <w:r>
        <w:rPr>
          <w:b/>
        </w:rPr>
        <w:t xml:space="preserve"> </w:t>
      </w:r>
      <w:r>
        <w:rPr>
          <w:b/>
        </w:rPr>
        <w:t>فرحان</w:t>
      </w:r>
      <w:r>
        <w:rPr>
          <w:b/>
        </w:rPr>
        <w:t xml:space="preserve"> </w:t>
      </w:r>
      <w:r>
        <w:rPr>
          <w:b/>
        </w:rPr>
        <w:t>الشمري</w:t>
      </w:r>
      <w:r>
        <w:rPr>
          <w:b/>
        </w:rPr>
        <w:br/>
      </w:r>
      <w:r>
        <w:rPr>
          <w:b/>
        </w:rPr>
        <w:t>الرقم</w:t>
      </w:r>
      <w:r>
        <w:rPr>
          <w:b/>
        </w:rPr>
        <w:t xml:space="preserve"> </w:t>
      </w:r>
      <w:r>
        <w:rPr>
          <w:b/>
        </w:rPr>
        <w:t>الجامعي</w:t>
      </w:r>
      <w:r>
        <w:rPr>
          <w:b/>
        </w:rPr>
        <w:t xml:space="preserve">: </w:t>
      </w:r>
      <w:r>
        <w:rPr>
          <w:b/>
        </w:rPr>
        <w:t>٢٥٣٠٠١٢١٠</w:t>
      </w:r>
      <w:r>
        <w:rPr>
          <w:b/>
        </w:rPr>
        <w:br/>
      </w:r>
      <w:r>
        <w:rPr>
          <w:b/>
        </w:rPr>
        <w:t>التاريخ</w:t>
      </w:r>
      <w:r>
        <w:rPr>
          <w:b/>
        </w:rPr>
        <w:t>: 2026</w:t>
      </w:r>
    </w:p>
    <w:p w14:paraId="48024DFF" w14:textId="77777777" w:rsidR="00ED4515" w:rsidRDefault="00B070EE" w:rsidP="004B4F8E">
      <w:pPr>
        <w:bidi/>
      </w:pPr>
      <w:r>
        <w:rPr>
          <w:b/>
        </w:rPr>
        <w:t>المقدمة</w:t>
      </w:r>
    </w:p>
    <w:p w14:paraId="1B76FD44" w14:textId="77777777" w:rsidR="00ED4515" w:rsidRDefault="00B070EE" w:rsidP="004B4F8E">
      <w:pPr>
        <w:bidi/>
      </w:pPr>
      <w:r>
        <w:t>تعد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من</w:t>
      </w:r>
      <w:r>
        <w:t xml:space="preserve"> </w:t>
      </w:r>
      <w:r>
        <w:t>أهم</w:t>
      </w:r>
      <w:r>
        <w:t xml:space="preserve"> </w:t>
      </w:r>
      <w:r>
        <w:t>المهارات</w:t>
      </w:r>
      <w:r>
        <w:t xml:space="preserve"> </w:t>
      </w:r>
      <w:r>
        <w:t>الأساسية</w:t>
      </w:r>
      <w:r>
        <w:t xml:space="preserve"> </w:t>
      </w:r>
      <w:r>
        <w:t>في</w:t>
      </w:r>
      <w:r>
        <w:t xml:space="preserve"> </w:t>
      </w:r>
      <w:r>
        <w:t>بيئة</w:t>
      </w:r>
      <w:r>
        <w:t xml:space="preserve"> </w:t>
      </w:r>
      <w:r>
        <w:t>العمل</w:t>
      </w:r>
      <w:r>
        <w:t xml:space="preserve"> </w:t>
      </w:r>
      <w:r>
        <w:t>الحديثة،</w:t>
      </w:r>
      <w:r>
        <w:t xml:space="preserve"> </w:t>
      </w:r>
      <w:r>
        <w:t>حيث</w:t>
      </w:r>
      <w:r>
        <w:t xml:space="preserve"> </w:t>
      </w:r>
      <w:r>
        <w:t>تساعد</w:t>
      </w:r>
      <w:r>
        <w:t xml:space="preserve"> </w:t>
      </w:r>
      <w:r>
        <w:t>الأفراد</w:t>
      </w:r>
      <w:r>
        <w:t xml:space="preserve"> </w:t>
      </w:r>
      <w:r>
        <w:t>على</w:t>
      </w:r>
      <w:r>
        <w:t xml:space="preserve"> </w:t>
      </w:r>
      <w:r>
        <w:t>تنظيم</w:t>
      </w:r>
      <w:r>
        <w:t xml:space="preserve"> </w:t>
      </w:r>
      <w:r>
        <w:t>مهامهم</w:t>
      </w:r>
      <w:r>
        <w:t xml:space="preserve"> </w:t>
      </w:r>
      <w:r>
        <w:t>وتحقيق</w:t>
      </w:r>
      <w:r>
        <w:t xml:space="preserve"> </w:t>
      </w:r>
      <w:r>
        <w:t>أهدافهم</w:t>
      </w:r>
      <w:r>
        <w:t xml:space="preserve"> </w:t>
      </w:r>
      <w:r>
        <w:t>بكفاءة</w:t>
      </w:r>
      <w:r>
        <w:t xml:space="preserve">. </w:t>
      </w:r>
      <w:r>
        <w:t>ومع</w:t>
      </w:r>
      <w:r>
        <w:t xml:space="preserve"> </w:t>
      </w:r>
      <w:r>
        <w:t>تزايد</w:t>
      </w:r>
      <w:r>
        <w:t xml:space="preserve"> </w:t>
      </w:r>
      <w:r>
        <w:t>ضغوط</w:t>
      </w:r>
      <w:r>
        <w:t xml:space="preserve"> </w:t>
      </w:r>
      <w:r>
        <w:t>العمل</w:t>
      </w:r>
      <w:r>
        <w:t xml:space="preserve"> </w:t>
      </w:r>
      <w:r>
        <w:t>وتعدد</w:t>
      </w:r>
      <w:r>
        <w:t xml:space="preserve"> </w:t>
      </w:r>
      <w:r>
        <w:t>المسؤوليات،</w:t>
      </w:r>
      <w:r>
        <w:t xml:space="preserve"> </w:t>
      </w:r>
      <w:r>
        <w:t>أصبح</w:t>
      </w:r>
      <w:r>
        <w:t xml:space="preserve"> </w:t>
      </w:r>
      <w:r>
        <w:t>من</w:t>
      </w:r>
      <w:r>
        <w:t xml:space="preserve"> </w:t>
      </w:r>
      <w:r>
        <w:t>الضروري</w:t>
      </w:r>
      <w:r>
        <w:t xml:space="preserve"> </w:t>
      </w:r>
      <w:r>
        <w:t>فهم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وضغوط</w:t>
      </w:r>
      <w:r>
        <w:t xml:space="preserve"> </w:t>
      </w:r>
      <w:r>
        <w:t>العمل</w:t>
      </w:r>
      <w:r>
        <w:t xml:space="preserve"> </w:t>
      </w:r>
      <w:r>
        <w:t>وتأثيرها</w:t>
      </w:r>
      <w:r>
        <w:t xml:space="preserve"> </w:t>
      </w:r>
      <w:r>
        <w:t>على</w:t>
      </w:r>
      <w:r>
        <w:t xml:space="preserve"> </w:t>
      </w:r>
      <w:r>
        <w:t>الأداء</w:t>
      </w:r>
      <w:r>
        <w:t xml:space="preserve"> </w:t>
      </w:r>
      <w:r>
        <w:t>الوظيفي</w:t>
      </w:r>
      <w:r>
        <w:t>.</w:t>
      </w:r>
    </w:p>
    <w:p w14:paraId="3EDED413" w14:textId="77777777" w:rsidR="00ED4515" w:rsidRDefault="00B070EE" w:rsidP="004B4F8E">
      <w:pPr>
        <w:bidi/>
      </w:pPr>
      <w:r>
        <w:rPr>
          <w:b/>
        </w:rPr>
        <w:t>مشكلة</w:t>
      </w:r>
      <w:r>
        <w:rPr>
          <w:b/>
        </w:rPr>
        <w:t xml:space="preserve"> </w:t>
      </w:r>
      <w:r>
        <w:rPr>
          <w:b/>
        </w:rPr>
        <w:t>الدراسة</w:t>
      </w:r>
    </w:p>
    <w:p w14:paraId="057AA37D" w14:textId="77777777" w:rsidR="00ED4515" w:rsidRDefault="00B070EE" w:rsidP="004B4F8E">
      <w:pPr>
        <w:bidi/>
      </w:pPr>
      <w:r>
        <w:t>تواجه</w:t>
      </w:r>
      <w:r>
        <w:t xml:space="preserve"> </w:t>
      </w:r>
      <w:r>
        <w:t>العديد</w:t>
      </w:r>
      <w:r>
        <w:t xml:space="preserve"> </w:t>
      </w:r>
      <w:r>
        <w:t>من</w:t>
      </w:r>
      <w:r>
        <w:t xml:space="preserve"> </w:t>
      </w:r>
      <w:r>
        <w:t>المؤسسات</w:t>
      </w:r>
      <w:r>
        <w:t xml:space="preserve"> </w:t>
      </w:r>
      <w:r>
        <w:t>تحديات</w:t>
      </w:r>
      <w:r>
        <w:t xml:space="preserve"> </w:t>
      </w:r>
      <w:r>
        <w:t>تتعلق</w:t>
      </w:r>
      <w:r>
        <w:t xml:space="preserve"> </w:t>
      </w:r>
      <w:r>
        <w:t>بضعف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لدى</w:t>
      </w:r>
      <w:r>
        <w:t xml:space="preserve"> </w:t>
      </w:r>
      <w:r>
        <w:t>الموظفين،</w:t>
      </w:r>
      <w:r>
        <w:t xml:space="preserve"> </w:t>
      </w:r>
      <w:r>
        <w:t>مما</w:t>
      </w:r>
      <w:r>
        <w:t xml:space="preserve"> </w:t>
      </w:r>
      <w:r>
        <w:t>يؤدي</w:t>
      </w:r>
      <w:r>
        <w:t xml:space="preserve"> </w:t>
      </w:r>
      <w:r>
        <w:t>إلى</w:t>
      </w:r>
      <w:r>
        <w:t xml:space="preserve"> </w:t>
      </w:r>
      <w:r>
        <w:t>زيادة</w:t>
      </w:r>
      <w:r>
        <w:t xml:space="preserve"> </w:t>
      </w:r>
      <w:r>
        <w:t>ضغوط</w:t>
      </w:r>
      <w:r>
        <w:t xml:space="preserve"> </w:t>
      </w:r>
      <w:r>
        <w:t>العمل</w:t>
      </w:r>
      <w:r>
        <w:t xml:space="preserve"> </w:t>
      </w:r>
      <w:r>
        <w:t>وانخفاض</w:t>
      </w:r>
      <w:r>
        <w:t xml:space="preserve"> </w:t>
      </w:r>
      <w:r>
        <w:t>مستوى</w:t>
      </w:r>
      <w:r>
        <w:t xml:space="preserve"> </w:t>
      </w:r>
      <w:r>
        <w:t>الإنتاجية</w:t>
      </w:r>
      <w:r>
        <w:t>.</w:t>
      </w:r>
    </w:p>
    <w:p w14:paraId="4CDEA9EE" w14:textId="77777777" w:rsidR="00ED4515" w:rsidRDefault="00B070EE" w:rsidP="004B4F8E">
      <w:pPr>
        <w:bidi/>
      </w:pPr>
      <w:r>
        <w:rPr>
          <w:b/>
        </w:rPr>
        <w:t>أهمية</w:t>
      </w:r>
      <w:r>
        <w:rPr>
          <w:b/>
        </w:rPr>
        <w:t xml:space="preserve"> </w:t>
      </w:r>
      <w:r>
        <w:rPr>
          <w:b/>
        </w:rPr>
        <w:t>الدراسة</w:t>
      </w:r>
    </w:p>
    <w:p w14:paraId="152A0028" w14:textId="77777777" w:rsidR="00ED4515" w:rsidRDefault="00B070EE" w:rsidP="004B4F8E">
      <w:pPr>
        <w:bidi/>
      </w:pPr>
      <w:r>
        <w:t>تكمن</w:t>
      </w:r>
      <w:r>
        <w:t xml:space="preserve"> </w:t>
      </w:r>
      <w:r>
        <w:t>أهمية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تقديم</w:t>
      </w:r>
      <w:r>
        <w:t xml:space="preserve"> </w:t>
      </w:r>
      <w:r>
        <w:t>حلول</w:t>
      </w:r>
      <w:r>
        <w:t xml:space="preserve"> </w:t>
      </w:r>
      <w:r>
        <w:t>عملية</w:t>
      </w:r>
      <w:r>
        <w:t xml:space="preserve"> </w:t>
      </w:r>
      <w:r>
        <w:t>لتحسين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وتقليل</w:t>
      </w:r>
      <w:r>
        <w:t xml:space="preserve"> </w:t>
      </w:r>
      <w:r>
        <w:t>الضغوط</w:t>
      </w:r>
      <w:r>
        <w:t xml:space="preserve"> </w:t>
      </w:r>
      <w:r>
        <w:t>المهنية،</w:t>
      </w:r>
      <w:r>
        <w:t xml:space="preserve"> </w:t>
      </w:r>
      <w:r>
        <w:t>مما</w:t>
      </w:r>
      <w:r>
        <w:t xml:space="preserve"> </w:t>
      </w:r>
      <w:r>
        <w:t>ينعكس</w:t>
      </w:r>
      <w:r>
        <w:t xml:space="preserve"> </w:t>
      </w:r>
      <w:r>
        <w:t>إيجاباً</w:t>
      </w:r>
      <w:r>
        <w:t xml:space="preserve"> </w:t>
      </w:r>
      <w:r>
        <w:t>على</w:t>
      </w:r>
      <w:r>
        <w:t xml:space="preserve"> </w:t>
      </w:r>
      <w:r>
        <w:t>الأفراد</w:t>
      </w:r>
      <w:r>
        <w:t xml:space="preserve"> </w:t>
      </w:r>
      <w:r>
        <w:t>والمؤسسات</w:t>
      </w:r>
      <w:r>
        <w:t>.</w:t>
      </w:r>
    </w:p>
    <w:p w14:paraId="0754B934" w14:textId="77777777" w:rsidR="00ED4515" w:rsidRDefault="00B070EE" w:rsidP="004B4F8E">
      <w:pPr>
        <w:bidi/>
      </w:pPr>
      <w:r>
        <w:rPr>
          <w:b/>
        </w:rPr>
        <w:t>أهداف</w:t>
      </w:r>
      <w:r>
        <w:rPr>
          <w:b/>
        </w:rPr>
        <w:t xml:space="preserve"> </w:t>
      </w:r>
      <w:r>
        <w:rPr>
          <w:b/>
        </w:rPr>
        <w:t>الدراسة</w:t>
      </w:r>
    </w:p>
    <w:p w14:paraId="5851BBFB" w14:textId="77777777" w:rsidR="00ED4515" w:rsidRDefault="00B070EE" w:rsidP="004B4F8E">
      <w:pPr>
        <w:bidi/>
      </w:pPr>
      <w:r>
        <w:t>تحليل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وضغوط</w:t>
      </w:r>
      <w:r>
        <w:t xml:space="preserve"> </w:t>
      </w:r>
      <w:r>
        <w:t>العمل،</w:t>
      </w:r>
      <w:r>
        <w:t xml:space="preserve"> </w:t>
      </w:r>
      <w:r>
        <w:t>وتحديد</w:t>
      </w:r>
      <w:r>
        <w:t xml:space="preserve"> </w:t>
      </w:r>
      <w:r>
        <w:t>أساليب</w:t>
      </w:r>
      <w:r>
        <w:t xml:space="preserve"> </w:t>
      </w:r>
      <w:r>
        <w:t>فعالة</w:t>
      </w:r>
      <w:r>
        <w:t xml:space="preserve"> </w:t>
      </w:r>
      <w:r>
        <w:t>لتحسين</w:t>
      </w:r>
      <w:r>
        <w:t xml:space="preserve"> </w:t>
      </w:r>
      <w:r>
        <w:t>الأداء</w:t>
      </w:r>
      <w:r>
        <w:t xml:space="preserve"> </w:t>
      </w:r>
      <w:r>
        <w:t>وتقليل</w:t>
      </w:r>
      <w:r>
        <w:t xml:space="preserve"> </w:t>
      </w:r>
      <w:r>
        <w:t>التوتر</w:t>
      </w:r>
      <w:r>
        <w:t>.</w:t>
      </w:r>
    </w:p>
    <w:p w14:paraId="52A57FF2" w14:textId="77777777" w:rsidR="00ED4515" w:rsidRDefault="00B070EE" w:rsidP="004B4F8E">
      <w:pPr>
        <w:bidi/>
      </w:pPr>
      <w:r>
        <w:rPr>
          <w:b/>
        </w:rPr>
        <w:t>تساؤلات</w:t>
      </w:r>
      <w:r>
        <w:rPr>
          <w:b/>
        </w:rPr>
        <w:t xml:space="preserve"> </w:t>
      </w:r>
      <w:r>
        <w:rPr>
          <w:b/>
        </w:rPr>
        <w:t>الدراسة</w:t>
      </w:r>
    </w:p>
    <w:p w14:paraId="322A591B" w14:textId="77777777" w:rsidR="00ED4515" w:rsidRDefault="00B070EE" w:rsidP="004B4F8E">
      <w:pPr>
        <w:bidi/>
      </w:pPr>
      <w:r>
        <w:t>ما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وضغوط</w:t>
      </w:r>
      <w:r>
        <w:t xml:space="preserve"> </w:t>
      </w:r>
      <w:r>
        <w:t>العمل؟</w:t>
      </w:r>
      <w:r>
        <w:t xml:space="preserve"> </w:t>
      </w:r>
      <w:r>
        <w:t>كيف</w:t>
      </w:r>
      <w:r>
        <w:t xml:space="preserve"> </w:t>
      </w:r>
      <w:r>
        <w:t>تؤثر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على</w:t>
      </w:r>
      <w:r>
        <w:t xml:space="preserve"> </w:t>
      </w:r>
      <w:r>
        <w:t>الإنتاجية؟</w:t>
      </w:r>
    </w:p>
    <w:p w14:paraId="1DA933C2" w14:textId="77777777" w:rsidR="00ED4515" w:rsidRDefault="00B070EE" w:rsidP="004B4F8E">
      <w:pPr>
        <w:bidi/>
      </w:pPr>
      <w:r>
        <w:rPr>
          <w:b/>
        </w:rPr>
        <w:t>الدراسات</w:t>
      </w:r>
      <w:r>
        <w:rPr>
          <w:b/>
        </w:rPr>
        <w:t xml:space="preserve"> </w:t>
      </w:r>
      <w:r>
        <w:rPr>
          <w:b/>
        </w:rPr>
        <w:t>السابقة</w:t>
      </w:r>
    </w:p>
    <w:p w14:paraId="7F334FDF" w14:textId="77777777" w:rsidR="00ED4515" w:rsidRDefault="00B070EE" w:rsidP="004B4F8E">
      <w:pPr>
        <w:bidi/>
      </w:pPr>
      <w:r>
        <w:t>أظهرت</w:t>
      </w:r>
      <w:r>
        <w:t xml:space="preserve"> </w:t>
      </w:r>
      <w:r>
        <w:t>الدراسات</w:t>
      </w:r>
      <w:r>
        <w:t xml:space="preserve"> </w:t>
      </w:r>
      <w:r>
        <w:t>أن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الفعالة</w:t>
      </w:r>
      <w:r>
        <w:t xml:space="preserve"> </w:t>
      </w:r>
      <w:r>
        <w:t>تساهم</w:t>
      </w:r>
      <w:r>
        <w:t xml:space="preserve"> </w:t>
      </w:r>
      <w:r>
        <w:t>في</w:t>
      </w:r>
      <w:r>
        <w:t xml:space="preserve"> </w:t>
      </w:r>
      <w:r>
        <w:t>تقليل</w:t>
      </w:r>
      <w:r>
        <w:t xml:space="preserve"> </w:t>
      </w:r>
      <w:r>
        <w:t>التوتر</w:t>
      </w:r>
      <w:r>
        <w:t xml:space="preserve"> </w:t>
      </w:r>
      <w:r>
        <w:t>وتحسين</w:t>
      </w:r>
      <w:r>
        <w:t xml:space="preserve"> </w:t>
      </w:r>
      <w:r>
        <w:t>الأداء</w:t>
      </w:r>
      <w:r>
        <w:t xml:space="preserve"> </w:t>
      </w:r>
      <w:r>
        <w:t>الوظيفي،</w:t>
      </w:r>
      <w:r>
        <w:t xml:space="preserve"> </w:t>
      </w:r>
      <w:r>
        <w:t>كما</w:t>
      </w:r>
      <w:r>
        <w:t xml:space="preserve"> </w:t>
      </w:r>
      <w:r>
        <w:t>أكدت</w:t>
      </w:r>
      <w:r>
        <w:t xml:space="preserve"> </w:t>
      </w:r>
      <w:r>
        <w:t>دراسات</w:t>
      </w:r>
      <w:r>
        <w:t xml:space="preserve"> </w:t>
      </w:r>
      <w:r>
        <w:t>أخرى</w:t>
      </w:r>
      <w:r>
        <w:t xml:space="preserve"> </w:t>
      </w:r>
      <w:r>
        <w:t>وجود</w:t>
      </w:r>
      <w:r>
        <w:t xml:space="preserve"> </w:t>
      </w:r>
      <w:r>
        <w:t>علاقة</w:t>
      </w:r>
      <w:r>
        <w:t xml:space="preserve"> </w:t>
      </w:r>
      <w:r>
        <w:t>عكسية</w:t>
      </w:r>
      <w:r>
        <w:t xml:space="preserve"> </w:t>
      </w:r>
      <w:r>
        <w:t>بين</w:t>
      </w:r>
      <w:r>
        <w:t xml:space="preserve"> </w:t>
      </w:r>
      <w:r>
        <w:t>تنظيم</w:t>
      </w:r>
      <w:r>
        <w:t xml:space="preserve"> </w:t>
      </w:r>
      <w:r>
        <w:t>الوقت</w:t>
      </w:r>
      <w:r>
        <w:t xml:space="preserve"> </w:t>
      </w:r>
      <w:r>
        <w:t>وضغوط</w:t>
      </w:r>
      <w:r>
        <w:t xml:space="preserve"> </w:t>
      </w:r>
      <w:r>
        <w:t>العمل</w:t>
      </w:r>
      <w:r>
        <w:t>.</w:t>
      </w:r>
    </w:p>
    <w:p w14:paraId="6E8C1944" w14:textId="77777777" w:rsidR="00ED4515" w:rsidRDefault="00B070EE" w:rsidP="004B4F8E">
      <w:pPr>
        <w:bidi/>
      </w:pPr>
      <w:r>
        <w:rPr>
          <w:b/>
        </w:rPr>
        <w:t>الإطار</w:t>
      </w:r>
      <w:r>
        <w:rPr>
          <w:b/>
        </w:rPr>
        <w:t xml:space="preserve"> </w:t>
      </w:r>
      <w:r>
        <w:rPr>
          <w:b/>
        </w:rPr>
        <w:t>النظري</w:t>
      </w:r>
    </w:p>
    <w:p w14:paraId="0FB23E44" w14:textId="77777777" w:rsidR="00ED4515" w:rsidRDefault="00B070EE" w:rsidP="004B4F8E">
      <w:pPr>
        <w:bidi/>
      </w:pPr>
      <w:r>
        <w:t>تعتمد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نظريات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ونظريات</w:t>
      </w:r>
      <w:r>
        <w:t xml:space="preserve"> </w:t>
      </w:r>
      <w:r>
        <w:t>الضغط</w:t>
      </w:r>
      <w:r>
        <w:t xml:space="preserve"> </w:t>
      </w:r>
      <w:r>
        <w:t>النفسي</w:t>
      </w:r>
      <w:r>
        <w:t xml:space="preserve"> </w:t>
      </w:r>
      <w:r>
        <w:t>في</w:t>
      </w:r>
      <w:r>
        <w:t xml:space="preserve"> </w:t>
      </w:r>
      <w:r>
        <w:t>بيئة</w:t>
      </w:r>
      <w:r>
        <w:t xml:space="preserve"> </w:t>
      </w:r>
      <w:r>
        <w:t>العمل،</w:t>
      </w:r>
      <w:r>
        <w:t xml:space="preserve"> </w:t>
      </w:r>
      <w:r>
        <w:t>والتي</w:t>
      </w:r>
      <w:r>
        <w:t xml:space="preserve"> </w:t>
      </w:r>
      <w:r>
        <w:t>تفسر</w:t>
      </w:r>
      <w:r>
        <w:t xml:space="preserve"> </w:t>
      </w:r>
      <w:r>
        <w:t>سلوك</w:t>
      </w:r>
      <w:r>
        <w:t xml:space="preserve"> </w:t>
      </w:r>
      <w:r>
        <w:t>الأفراد</w:t>
      </w:r>
      <w:r>
        <w:t xml:space="preserve"> </w:t>
      </w:r>
      <w:r>
        <w:t>تحت</w:t>
      </w:r>
      <w:r>
        <w:t xml:space="preserve"> </w:t>
      </w:r>
      <w:r>
        <w:t>الضغط</w:t>
      </w:r>
      <w:r>
        <w:t>.</w:t>
      </w:r>
    </w:p>
    <w:p w14:paraId="440B7438" w14:textId="77777777" w:rsidR="00ED4515" w:rsidRDefault="00B070EE" w:rsidP="004B4F8E">
      <w:pPr>
        <w:bidi/>
      </w:pPr>
      <w:r>
        <w:rPr>
          <w:b/>
        </w:rPr>
        <w:t>المنهجية</w:t>
      </w:r>
    </w:p>
    <w:p w14:paraId="0676670F" w14:textId="77777777" w:rsidR="00ED4515" w:rsidRDefault="00B070EE" w:rsidP="004B4F8E">
      <w:pPr>
        <w:bidi/>
      </w:pPr>
      <w:r>
        <w:t>تم</w:t>
      </w:r>
      <w:r>
        <w:t xml:space="preserve"> </w:t>
      </w:r>
      <w:r>
        <w:t>استخدام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التحليلي،</w:t>
      </w:r>
      <w:r>
        <w:t xml:space="preserve"> </w:t>
      </w:r>
      <w:r>
        <w:t>مع</w:t>
      </w:r>
      <w:r>
        <w:t xml:space="preserve"> </w:t>
      </w:r>
      <w:r>
        <w:t>الاعتماد</w:t>
      </w:r>
      <w:r>
        <w:t xml:space="preserve"> </w:t>
      </w:r>
      <w:r>
        <w:t>على</w:t>
      </w:r>
      <w:r>
        <w:t xml:space="preserve"> </w:t>
      </w:r>
      <w:r>
        <w:t>الاستبيان</w:t>
      </w:r>
      <w:r>
        <w:t xml:space="preserve"> </w:t>
      </w:r>
      <w:r>
        <w:t>كأداة</w:t>
      </w:r>
      <w:r>
        <w:t xml:space="preserve"> </w:t>
      </w:r>
      <w:r>
        <w:t>رئيسية</w:t>
      </w:r>
      <w:r>
        <w:t xml:space="preserve"> </w:t>
      </w:r>
      <w:r>
        <w:t>لجمع</w:t>
      </w:r>
      <w:r>
        <w:t xml:space="preserve"> </w:t>
      </w:r>
      <w:r>
        <w:t>البيانات</w:t>
      </w:r>
      <w:r>
        <w:t>.</w:t>
      </w:r>
    </w:p>
    <w:p w14:paraId="075C4E58" w14:textId="77777777" w:rsidR="00ED4515" w:rsidRDefault="00B070EE" w:rsidP="004B4F8E">
      <w:pPr>
        <w:bidi/>
      </w:pPr>
      <w:r>
        <w:rPr>
          <w:b/>
        </w:rPr>
        <w:t>النتائج</w:t>
      </w:r>
    </w:p>
    <w:p w14:paraId="7B3639AA" w14:textId="77777777" w:rsidR="00ED4515" w:rsidRDefault="00B070EE" w:rsidP="004B4F8E">
      <w:pPr>
        <w:bidi/>
      </w:pPr>
      <w:r>
        <w:t>أظهرت</w:t>
      </w:r>
      <w:r>
        <w:t xml:space="preserve"> </w:t>
      </w:r>
      <w:r>
        <w:t>النتائج</w:t>
      </w:r>
      <w:r>
        <w:t xml:space="preserve"> </w:t>
      </w:r>
      <w:r>
        <w:t>أن</w:t>
      </w:r>
      <w:r>
        <w:t xml:space="preserve"> </w:t>
      </w:r>
      <w:r>
        <w:t>تحسين</w:t>
      </w:r>
      <w:r>
        <w:t xml:space="preserve"> </w:t>
      </w:r>
      <w:r>
        <w:t>إدارة</w:t>
      </w:r>
      <w:r>
        <w:t xml:space="preserve"> </w:t>
      </w:r>
      <w:r>
        <w:t>الوقت</w:t>
      </w:r>
      <w:r>
        <w:t xml:space="preserve"> </w:t>
      </w:r>
      <w:r>
        <w:t>يؤدي</w:t>
      </w:r>
      <w:r>
        <w:t xml:space="preserve"> </w:t>
      </w:r>
      <w:r>
        <w:t>إلى</w:t>
      </w:r>
      <w:r>
        <w:t xml:space="preserve"> </w:t>
      </w:r>
      <w:r>
        <w:t>تقليل</w:t>
      </w:r>
      <w:r>
        <w:t xml:space="preserve"> </w:t>
      </w:r>
      <w:r>
        <w:t>ضغوط</w:t>
      </w:r>
      <w:r>
        <w:t xml:space="preserve"> </w:t>
      </w:r>
      <w:r>
        <w:t>العمل</w:t>
      </w:r>
      <w:r>
        <w:t xml:space="preserve"> </w:t>
      </w:r>
      <w:r>
        <w:t>وزيادة</w:t>
      </w:r>
      <w:r>
        <w:t xml:space="preserve"> </w:t>
      </w:r>
      <w:r>
        <w:t>الإنتاجية</w:t>
      </w:r>
      <w:r>
        <w:t>.</w:t>
      </w:r>
    </w:p>
    <w:p w14:paraId="6A4F3BB2" w14:textId="77777777" w:rsidR="00ED4515" w:rsidRDefault="00B070EE" w:rsidP="004B4F8E">
      <w:pPr>
        <w:bidi/>
      </w:pPr>
      <w:r>
        <w:rPr>
          <w:b/>
        </w:rPr>
        <w:t>التوصيات</w:t>
      </w:r>
    </w:p>
    <w:p w14:paraId="7CB20F20" w14:textId="77777777" w:rsidR="00ED4515" w:rsidRDefault="00B070EE" w:rsidP="004B4F8E">
      <w:pPr>
        <w:bidi/>
      </w:pPr>
      <w:r>
        <w:t>ضرورة</w:t>
      </w:r>
      <w:r>
        <w:t xml:space="preserve"> </w:t>
      </w:r>
      <w:r>
        <w:t>تدريب</w:t>
      </w:r>
      <w:r>
        <w:t xml:space="preserve"> </w:t>
      </w:r>
      <w:r>
        <w:t>الموظفين</w:t>
      </w:r>
      <w:r>
        <w:t xml:space="preserve"> </w:t>
      </w:r>
      <w:r>
        <w:t>على</w:t>
      </w:r>
      <w:r>
        <w:t xml:space="preserve"> </w:t>
      </w:r>
      <w:r>
        <w:t>مهارات</w:t>
      </w:r>
      <w:r>
        <w:t xml:space="preserve"> </w:t>
      </w:r>
      <w:r>
        <w:t>إدارة</w:t>
      </w:r>
      <w:r>
        <w:t xml:space="preserve"> </w:t>
      </w:r>
      <w:r>
        <w:t>الوقت،</w:t>
      </w:r>
      <w:r>
        <w:t xml:space="preserve"> </w:t>
      </w:r>
      <w:r>
        <w:t>واستخدام</w:t>
      </w:r>
      <w:r>
        <w:t xml:space="preserve"> </w:t>
      </w:r>
      <w:r>
        <w:t>أدوات</w:t>
      </w:r>
      <w:r>
        <w:t xml:space="preserve"> </w:t>
      </w:r>
      <w:r>
        <w:t>تنظيم</w:t>
      </w:r>
      <w:r>
        <w:t xml:space="preserve"> </w:t>
      </w:r>
      <w:r>
        <w:t>المهام،</w:t>
      </w:r>
      <w:r>
        <w:t xml:space="preserve"> </w:t>
      </w:r>
      <w:r>
        <w:t>وتقليل</w:t>
      </w:r>
      <w:r>
        <w:t xml:space="preserve"> </w:t>
      </w:r>
      <w:r>
        <w:t>ضغوط</w:t>
      </w:r>
      <w:r>
        <w:t xml:space="preserve"> </w:t>
      </w:r>
      <w:r>
        <w:t>العمل</w:t>
      </w:r>
      <w:r>
        <w:t>.</w:t>
      </w:r>
    </w:p>
    <w:p w14:paraId="55FB3B4E" w14:textId="77777777" w:rsidR="00ED4515" w:rsidRDefault="00B070EE" w:rsidP="004B4F8E">
      <w:pPr>
        <w:bidi/>
      </w:pPr>
      <w:r>
        <w:rPr>
          <w:b/>
        </w:rPr>
        <w:t>المراجع</w:t>
      </w:r>
    </w:p>
    <w:p w14:paraId="221F02C5" w14:textId="77777777" w:rsidR="00ED4515" w:rsidRDefault="00B070EE" w:rsidP="004B4F8E">
      <w:pPr>
        <w:bidi/>
      </w:pPr>
      <w:r>
        <w:t>Macan, T. (1994). Time Management. Journal of Applied Psychology.</w:t>
      </w:r>
      <w:r>
        <w:br/>
        <w:t>Claessens, B. (2007). Time Management Review.</w:t>
      </w:r>
    </w:p>
    <w:sectPr w:rsidR="00ED451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2753549">
    <w:abstractNumId w:val="8"/>
  </w:num>
  <w:num w:numId="2" w16cid:durableId="542913332">
    <w:abstractNumId w:val="6"/>
  </w:num>
  <w:num w:numId="3" w16cid:durableId="1392341910">
    <w:abstractNumId w:val="5"/>
  </w:num>
  <w:num w:numId="4" w16cid:durableId="1950090064">
    <w:abstractNumId w:val="4"/>
  </w:num>
  <w:num w:numId="5" w16cid:durableId="1561669225">
    <w:abstractNumId w:val="7"/>
  </w:num>
  <w:num w:numId="6" w16cid:durableId="1247960919">
    <w:abstractNumId w:val="3"/>
  </w:num>
  <w:num w:numId="7" w16cid:durableId="1671132424">
    <w:abstractNumId w:val="2"/>
  </w:num>
  <w:num w:numId="8" w16cid:durableId="558245893">
    <w:abstractNumId w:val="1"/>
  </w:num>
  <w:num w:numId="9" w16cid:durableId="234828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3EB5"/>
    <w:rsid w:val="0029639D"/>
    <w:rsid w:val="00326F90"/>
    <w:rsid w:val="00367587"/>
    <w:rsid w:val="004B4F8E"/>
    <w:rsid w:val="00AA1D8D"/>
    <w:rsid w:val="00B070EE"/>
    <w:rsid w:val="00B47730"/>
    <w:rsid w:val="00CB0664"/>
    <w:rsid w:val="00ED451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B5F742"/>
  <w14:defaultImageDpi w14:val="300"/>
  <w15:docId w15:val="{95AB208D-D29C-1641-9519-1E9B472A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Salem Alshammari</cp:lastModifiedBy>
  <cp:revision>2</cp:revision>
  <dcterms:created xsi:type="dcterms:W3CDTF">2026-06-17T08:20:00Z</dcterms:created>
  <dcterms:modified xsi:type="dcterms:W3CDTF">2026-06-17T08:20:00Z</dcterms:modified>
  <cp:category/>
</cp:coreProperties>
</file>