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2237A" w14:textId="2132BDA9" w:rsidR="00A00555" w:rsidRPr="00A14790" w:rsidRDefault="00E93360" w:rsidP="00A14790">
      <w:pPr>
        <w:pStyle w:val="Heading1"/>
        <w:bidi/>
        <w:rPr>
          <w:rFonts w:ascii="Arial" w:hAnsi="Arial"/>
          <w:sz w:val="32"/>
        </w:rPr>
      </w:pPr>
      <w:r w:rsidRPr="00E93360">
        <w:rPr>
          <w:rFonts w:ascii="Arial" w:hAnsi="Arial" w:cs="Times New Roman" w:hint="cs"/>
          <w:sz w:val="32"/>
          <w:rtl/>
        </w:rPr>
        <w:t>مراجعة</w:t>
      </w:r>
      <w:r w:rsidRPr="00E93360">
        <w:rPr>
          <w:rFonts w:ascii="Arial" w:hAnsi="Arial" w:cs="Times New Roman"/>
          <w:sz w:val="32"/>
          <w:rtl/>
        </w:rPr>
        <w:t xml:space="preserve"> </w:t>
      </w:r>
      <w:r w:rsidRPr="00E93360">
        <w:rPr>
          <w:rFonts w:ascii="Arial" w:hAnsi="Arial" w:cs="Times New Roman" w:hint="cs"/>
          <w:sz w:val="32"/>
          <w:rtl/>
        </w:rPr>
        <w:t>أكاديمية</w:t>
      </w:r>
      <w:r w:rsidRPr="00E93360">
        <w:rPr>
          <w:rFonts w:ascii="Arial" w:hAnsi="Arial" w:cs="Times New Roman"/>
          <w:sz w:val="32"/>
          <w:rtl/>
        </w:rPr>
        <w:t xml:space="preserve"> </w:t>
      </w:r>
      <w:r w:rsidRPr="00E93360">
        <w:rPr>
          <w:rFonts w:ascii="Arial" w:hAnsi="Arial" w:cs="Times New Roman" w:hint="cs"/>
          <w:sz w:val="32"/>
          <w:rtl/>
        </w:rPr>
        <w:t>للفصل</w:t>
      </w:r>
      <w:r w:rsidRPr="00E93360">
        <w:rPr>
          <w:rFonts w:ascii="Arial" w:hAnsi="Arial" w:cs="Times New Roman"/>
          <w:sz w:val="32"/>
          <w:rtl/>
        </w:rPr>
        <w:t xml:space="preserve"> </w:t>
      </w:r>
      <w:r w:rsidRPr="00E93360">
        <w:rPr>
          <w:rFonts w:ascii="Arial" w:hAnsi="Arial" w:cs="Times New Roman" w:hint="cs"/>
          <w:sz w:val="32"/>
          <w:rtl/>
        </w:rPr>
        <w:t>الأول</w:t>
      </w:r>
      <w:r w:rsidRPr="00E93360">
        <w:rPr>
          <w:rFonts w:ascii="Arial" w:hAnsi="Arial" w:cs="Times New Roman"/>
          <w:sz w:val="32"/>
          <w:rtl/>
        </w:rPr>
        <w:t xml:space="preserve"> </w:t>
      </w:r>
      <w:r w:rsidRPr="00E93360">
        <w:rPr>
          <w:rFonts w:ascii="Arial" w:hAnsi="Arial" w:cs="Times New Roman" w:hint="cs"/>
          <w:sz w:val="32"/>
          <w:rtl/>
        </w:rPr>
        <w:t>ملف</w:t>
      </w:r>
      <w:r w:rsidRPr="00E93360">
        <w:rPr>
          <w:rFonts w:ascii="Arial" w:hAnsi="Arial" w:cs="Times New Roman"/>
          <w:sz w:val="32"/>
          <w:rtl/>
        </w:rPr>
        <w:t xml:space="preserve">: </w:t>
      </w:r>
      <w:r w:rsidRPr="00E93360">
        <w:rPr>
          <w:rFonts w:ascii="Arial" w:hAnsi="Arial" w:cs="Times New Roman" w:hint="cs"/>
          <w:sz w:val="32"/>
          <w:rtl/>
        </w:rPr>
        <w:t>عبد</w:t>
      </w:r>
      <w:r w:rsidRPr="00E93360">
        <w:rPr>
          <w:rFonts w:ascii="Arial" w:hAnsi="Arial" w:cs="Times New Roman"/>
          <w:sz w:val="32"/>
          <w:rtl/>
        </w:rPr>
        <w:t xml:space="preserve"> </w:t>
      </w:r>
      <w:r w:rsidRPr="00E93360">
        <w:rPr>
          <w:rFonts w:ascii="Arial" w:hAnsi="Arial" w:cs="Times New Roman" w:hint="cs"/>
          <w:sz w:val="32"/>
          <w:rtl/>
        </w:rPr>
        <w:t>العزيز</w:t>
      </w:r>
      <w:r w:rsidRPr="00E93360">
        <w:rPr>
          <w:rFonts w:ascii="Arial" w:hAnsi="Arial" w:cs="Times New Roman"/>
          <w:sz w:val="32"/>
          <w:rtl/>
        </w:rPr>
        <w:t xml:space="preserve"> </w:t>
      </w:r>
      <w:r w:rsidRPr="00E93360">
        <w:rPr>
          <w:rFonts w:ascii="Arial" w:hAnsi="Arial" w:cs="Times New Roman" w:hint="cs"/>
          <w:sz w:val="32"/>
          <w:rtl/>
        </w:rPr>
        <w:t>الحربي</w:t>
      </w:r>
      <w:r w:rsidRPr="00E93360">
        <w:rPr>
          <w:rFonts w:ascii="Arial" w:hAnsi="Arial" w:cs="Times New Roman"/>
          <w:sz w:val="32"/>
          <w:rtl/>
        </w:rPr>
        <w:t xml:space="preserve"> _</w:t>
      </w:r>
      <w:proofErr w:type="spellStart"/>
      <w:r>
        <w:rPr>
          <w:rFonts w:ascii="Arial" w:hAnsi="Arial"/>
          <w:sz w:val="32"/>
        </w:rPr>
        <w:t>التسليم</w:t>
      </w:r>
      <w:proofErr w:type="spellEnd"/>
      <w:r>
        <w:rPr>
          <w:rFonts w:ascii="Arial" w:hAnsi="Arial"/>
          <w:sz w:val="32"/>
        </w:rPr>
        <w:t xml:space="preserve"> </w:t>
      </w:r>
      <w:proofErr w:type="spellStart"/>
      <w:r>
        <w:rPr>
          <w:rFonts w:ascii="Arial" w:hAnsi="Arial"/>
          <w:sz w:val="32"/>
        </w:rPr>
        <w:t>الأول</w:t>
      </w:r>
      <w:proofErr w:type="spellEnd"/>
    </w:p>
    <w:p w14:paraId="48D87681" w14:textId="46D095B0" w:rsidR="00A00555" w:rsidRDefault="00A35E6B" w:rsidP="00A14790">
      <w:pPr>
        <w:pStyle w:val="Heading2"/>
        <w:bidi/>
      </w:pPr>
      <w:proofErr w:type="spellStart"/>
      <w:r>
        <w:rPr>
          <w:rFonts w:ascii="Arial" w:hAnsi="Arial"/>
          <w:sz w:val="28"/>
        </w:rPr>
        <w:t>مقدمة</w:t>
      </w:r>
      <w:proofErr w:type="spellEnd"/>
      <w:r>
        <w:rPr>
          <w:rFonts w:ascii="Arial" w:hAnsi="Arial"/>
          <w:sz w:val="28"/>
        </w:rPr>
        <w:t xml:space="preserve"> </w:t>
      </w:r>
      <w:proofErr w:type="spellStart"/>
      <w:r>
        <w:rPr>
          <w:rFonts w:ascii="Arial" w:hAnsi="Arial"/>
          <w:sz w:val="28"/>
        </w:rPr>
        <w:t>الدراسة</w:t>
      </w:r>
      <w:proofErr w:type="spellEnd"/>
    </w:p>
    <w:tbl>
      <w:tblPr>
        <w:tblStyle w:val="TableGrid"/>
        <w:tblW w:w="9457" w:type="dxa"/>
        <w:jc w:val="right"/>
        <w:tblLook w:val="04A0" w:firstRow="1" w:lastRow="0" w:firstColumn="1" w:lastColumn="0" w:noHBand="0" w:noVBand="1"/>
      </w:tblPr>
      <w:tblGrid>
        <w:gridCol w:w="3589"/>
        <w:gridCol w:w="2610"/>
        <w:gridCol w:w="1980"/>
        <w:gridCol w:w="1278"/>
      </w:tblGrid>
      <w:tr w:rsidR="00A14790" w14:paraId="555E08B5" w14:textId="46DBD908" w:rsidTr="00BF4129">
        <w:trPr>
          <w:jc w:val="right"/>
        </w:trPr>
        <w:tc>
          <w:tcPr>
            <w:tcW w:w="3589" w:type="dxa"/>
          </w:tcPr>
          <w:p w14:paraId="7C61F76D" w14:textId="119C120F" w:rsidR="00A14790" w:rsidRPr="00A14790" w:rsidRDefault="00A14790" w:rsidP="00A14790">
            <w:pPr>
              <w:bidi/>
              <w:rPr>
                <w:b/>
                <w:bCs/>
              </w:rPr>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3CD75451" w14:textId="20EE7253" w:rsidR="00A14790" w:rsidRPr="00A14790" w:rsidRDefault="00A14790" w:rsidP="00A14790">
            <w:pPr>
              <w:bidi/>
              <w:rPr>
                <w:rFonts w:ascii="Arial" w:hAnsi="Arial"/>
                <w:b/>
                <w:bCs/>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414226BD" w14:textId="2618BA47" w:rsidR="00A14790" w:rsidRPr="00A14790" w:rsidRDefault="00A14790" w:rsidP="00A14790">
            <w:pPr>
              <w:bidi/>
              <w:rPr>
                <w:rFonts w:ascii="Arial" w:hAnsi="Arial"/>
                <w:b/>
                <w:bCs/>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7B21D6F4" w14:textId="5C6B3464" w:rsidR="00A14790" w:rsidRPr="00A14790" w:rsidRDefault="00A14790" w:rsidP="00A14790">
            <w:pPr>
              <w:bidi/>
              <w:rPr>
                <w:rFonts w:ascii="Arial" w:hAnsi="Arial"/>
                <w:b/>
                <w:bCs/>
              </w:rPr>
            </w:pPr>
            <w:r w:rsidRPr="00A14790">
              <w:rPr>
                <w:rFonts w:hint="cs"/>
                <w:b/>
                <w:bCs/>
                <w:rtl/>
              </w:rPr>
              <w:t>رقم</w:t>
            </w:r>
            <w:r w:rsidRPr="00A14790">
              <w:rPr>
                <w:b/>
                <w:bCs/>
                <w:rtl/>
              </w:rPr>
              <w:t xml:space="preserve"> </w:t>
            </w:r>
            <w:r w:rsidRPr="00A14790">
              <w:rPr>
                <w:rFonts w:hint="cs"/>
                <w:b/>
                <w:bCs/>
                <w:rtl/>
              </w:rPr>
              <w:t>الملاحظة</w:t>
            </w:r>
          </w:p>
        </w:tc>
      </w:tr>
      <w:tr w:rsidR="00A14790" w14:paraId="6D9AAC43" w14:textId="5C4040AE" w:rsidTr="00BF4129">
        <w:trPr>
          <w:jc w:val="right"/>
        </w:trPr>
        <w:tc>
          <w:tcPr>
            <w:tcW w:w="3589" w:type="dxa"/>
          </w:tcPr>
          <w:p w14:paraId="1A73F56A" w14:textId="38A4FBA1" w:rsidR="00A14790" w:rsidRDefault="00A14790" w:rsidP="00A14790">
            <w:pPr>
              <w:bidi/>
            </w:pPr>
            <w:r w:rsidRPr="003C0678">
              <w:rPr>
                <w:rFonts w:hint="cs"/>
                <w:rtl/>
              </w:rPr>
              <w:t>أعد</w:t>
            </w:r>
            <w:r w:rsidRPr="003C0678">
              <w:rPr>
                <w:rtl/>
              </w:rPr>
              <w:t xml:space="preserve"> </w:t>
            </w:r>
            <w:r w:rsidRPr="003C0678">
              <w:rPr>
                <w:rFonts w:hint="cs"/>
                <w:rtl/>
              </w:rPr>
              <w:t>صياغة</w:t>
            </w:r>
            <w:r w:rsidRPr="003C0678">
              <w:rPr>
                <w:rtl/>
              </w:rPr>
              <w:t xml:space="preserve"> </w:t>
            </w:r>
            <w:r w:rsidRPr="003C0678">
              <w:rPr>
                <w:rFonts w:hint="cs"/>
                <w:rtl/>
              </w:rPr>
              <w:t>أول</w:t>
            </w:r>
            <w:r w:rsidRPr="003C0678">
              <w:rPr>
                <w:rtl/>
              </w:rPr>
              <w:t xml:space="preserve"> </w:t>
            </w:r>
            <w:r w:rsidRPr="003C0678">
              <w:rPr>
                <w:rFonts w:hint="cs"/>
                <w:rtl/>
              </w:rPr>
              <w:t>فقرتين</w:t>
            </w:r>
            <w:r w:rsidRPr="003C0678">
              <w:rPr>
                <w:rtl/>
              </w:rPr>
              <w:t xml:space="preserve"> </w:t>
            </w:r>
            <w:r w:rsidRPr="003C0678">
              <w:rPr>
                <w:rFonts w:hint="cs"/>
                <w:rtl/>
              </w:rPr>
              <w:t>لتتضمنا</w:t>
            </w:r>
            <w:r w:rsidRPr="003C0678">
              <w:rPr>
                <w:rtl/>
              </w:rPr>
              <w:t xml:space="preserve">: (1) </w:t>
            </w:r>
            <w:r w:rsidRPr="003C0678">
              <w:rPr>
                <w:rFonts w:hint="cs"/>
                <w:rtl/>
              </w:rPr>
              <w:t>وصفًا</w:t>
            </w:r>
            <w:r w:rsidRPr="003C0678">
              <w:rPr>
                <w:rtl/>
              </w:rPr>
              <w:t xml:space="preserve"> </w:t>
            </w:r>
            <w:r w:rsidRPr="003C0678">
              <w:rPr>
                <w:rFonts w:hint="cs"/>
                <w:rtl/>
              </w:rPr>
              <w:t>موثقًا</w:t>
            </w:r>
            <w:r w:rsidRPr="003C0678">
              <w:rPr>
                <w:rtl/>
              </w:rPr>
              <w:t xml:space="preserve"> </w:t>
            </w:r>
            <w:r w:rsidRPr="003C0678">
              <w:rPr>
                <w:rFonts w:hint="cs"/>
                <w:rtl/>
              </w:rPr>
              <w:t>لمشهد</w:t>
            </w:r>
            <w:r w:rsidRPr="003C0678">
              <w:rPr>
                <w:rtl/>
              </w:rPr>
              <w:t xml:space="preserve"> </w:t>
            </w:r>
            <w:r w:rsidRPr="003C0678">
              <w:rPr>
                <w:rFonts w:hint="cs"/>
                <w:rtl/>
              </w:rPr>
              <w:t>الأمن</w:t>
            </w:r>
            <w:r w:rsidRPr="003C0678">
              <w:rPr>
                <w:rtl/>
              </w:rPr>
              <w:t xml:space="preserve"> </w:t>
            </w:r>
            <w:r w:rsidRPr="003C0678">
              <w:rPr>
                <w:rFonts w:hint="cs"/>
                <w:rtl/>
              </w:rPr>
              <w:t>الحضري</w:t>
            </w:r>
            <w:r w:rsidRPr="003C0678">
              <w:rPr>
                <w:rtl/>
              </w:rPr>
              <w:t xml:space="preserve"> </w:t>
            </w:r>
            <w:r w:rsidRPr="003C0678">
              <w:rPr>
                <w:rFonts w:hint="cs"/>
                <w:rtl/>
              </w:rPr>
              <w:t>في</w:t>
            </w:r>
            <w:r w:rsidRPr="003C0678">
              <w:rPr>
                <w:rtl/>
              </w:rPr>
              <w:t xml:space="preserve"> </w:t>
            </w:r>
            <w:r w:rsidRPr="003C0678">
              <w:rPr>
                <w:rFonts w:hint="cs"/>
                <w:rtl/>
              </w:rPr>
              <w:t>الرياض</w:t>
            </w:r>
            <w:r w:rsidRPr="003C0678">
              <w:rPr>
                <w:rtl/>
              </w:rPr>
              <w:t xml:space="preserve"> (</w:t>
            </w:r>
            <w:r w:rsidRPr="003C0678">
              <w:rPr>
                <w:rFonts w:hint="cs"/>
                <w:rtl/>
              </w:rPr>
              <w:t>الجهات،</w:t>
            </w:r>
            <w:r w:rsidRPr="003C0678">
              <w:rPr>
                <w:rtl/>
              </w:rPr>
              <w:t xml:space="preserve"> </w:t>
            </w:r>
            <w:r w:rsidRPr="003C0678">
              <w:rPr>
                <w:rFonts w:hint="cs"/>
                <w:rtl/>
              </w:rPr>
              <w:t>البنى،</w:t>
            </w:r>
            <w:r w:rsidRPr="003C0678">
              <w:rPr>
                <w:rtl/>
              </w:rPr>
              <w:t xml:space="preserve"> </w:t>
            </w:r>
            <w:r w:rsidRPr="003C0678">
              <w:rPr>
                <w:rFonts w:hint="cs"/>
                <w:rtl/>
              </w:rPr>
              <w:t>المبادرات</w:t>
            </w:r>
            <w:r w:rsidRPr="003C0678">
              <w:rPr>
                <w:rtl/>
              </w:rPr>
              <w:t>)</w:t>
            </w:r>
            <w:r w:rsidRPr="003C0678">
              <w:rPr>
                <w:rFonts w:hint="cs"/>
                <w:rtl/>
              </w:rPr>
              <w:t>،</w:t>
            </w:r>
            <w:r w:rsidRPr="003C0678">
              <w:rPr>
                <w:rtl/>
              </w:rPr>
              <w:t xml:space="preserve"> (2) </w:t>
            </w:r>
            <w:r w:rsidRPr="003C0678">
              <w:rPr>
                <w:rFonts w:hint="cs"/>
                <w:rtl/>
              </w:rPr>
              <w:t>إبراز</w:t>
            </w:r>
            <w:r w:rsidRPr="003C0678">
              <w:rPr>
                <w:rtl/>
              </w:rPr>
              <w:t xml:space="preserve"> </w:t>
            </w:r>
            <w:r w:rsidRPr="003C0678">
              <w:rPr>
                <w:rFonts w:hint="cs"/>
                <w:rtl/>
              </w:rPr>
              <w:t>فجوة</w:t>
            </w:r>
            <w:r w:rsidRPr="003C0678">
              <w:rPr>
                <w:rtl/>
              </w:rPr>
              <w:t xml:space="preserve"> «</w:t>
            </w:r>
            <w:r w:rsidRPr="003C0678">
              <w:rPr>
                <w:rFonts w:hint="cs"/>
                <w:rtl/>
              </w:rPr>
              <w:t>الأداء</w:t>
            </w:r>
            <w:r w:rsidRPr="003C0678">
              <w:rPr>
                <w:rtl/>
              </w:rPr>
              <w:t xml:space="preserve"> </w:t>
            </w:r>
            <w:r w:rsidRPr="003C0678">
              <w:rPr>
                <w:rFonts w:hint="cs"/>
                <w:rtl/>
              </w:rPr>
              <w:t>التشغيلي</w:t>
            </w:r>
            <w:r w:rsidRPr="003C0678">
              <w:rPr>
                <w:rFonts w:hint="eastAsia"/>
                <w:rtl/>
              </w:rPr>
              <w:t>»</w:t>
            </w:r>
            <w:r w:rsidRPr="003C0678">
              <w:rPr>
                <w:rtl/>
              </w:rPr>
              <w:t xml:space="preserve"> </w:t>
            </w:r>
            <w:r w:rsidRPr="003C0678">
              <w:rPr>
                <w:rFonts w:hint="cs"/>
                <w:rtl/>
              </w:rPr>
              <w:t>في</w:t>
            </w:r>
            <w:r w:rsidRPr="003C0678">
              <w:rPr>
                <w:rtl/>
              </w:rPr>
              <w:t xml:space="preserve"> </w:t>
            </w:r>
            <w:r w:rsidRPr="003C0678">
              <w:rPr>
                <w:rFonts w:hint="cs"/>
                <w:rtl/>
              </w:rPr>
              <w:t>المراقبة</w:t>
            </w:r>
            <w:r w:rsidRPr="003C0678">
              <w:rPr>
                <w:rtl/>
              </w:rPr>
              <w:t xml:space="preserve"> </w:t>
            </w:r>
            <w:r w:rsidRPr="003C0678">
              <w:rPr>
                <w:rFonts w:hint="cs"/>
                <w:rtl/>
              </w:rPr>
              <w:t>الذكية،</w:t>
            </w:r>
            <w:r w:rsidRPr="003C0678">
              <w:rPr>
                <w:rtl/>
              </w:rPr>
              <w:t xml:space="preserve"> (3) </w:t>
            </w:r>
            <w:r w:rsidRPr="003C0678">
              <w:rPr>
                <w:rFonts w:hint="cs"/>
                <w:rtl/>
              </w:rPr>
              <w:t>جملة</w:t>
            </w:r>
            <w:r w:rsidRPr="003C0678">
              <w:rPr>
                <w:rtl/>
              </w:rPr>
              <w:t xml:space="preserve"> </w:t>
            </w:r>
            <w:r w:rsidRPr="003C0678">
              <w:rPr>
                <w:rFonts w:hint="cs"/>
                <w:rtl/>
              </w:rPr>
              <w:t>انتقالية</w:t>
            </w:r>
            <w:r w:rsidRPr="003C0678">
              <w:rPr>
                <w:rtl/>
              </w:rPr>
              <w:t xml:space="preserve"> </w:t>
            </w:r>
            <w:r w:rsidRPr="003C0678">
              <w:rPr>
                <w:rFonts w:hint="cs"/>
                <w:rtl/>
              </w:rPr>
              <w:t>تُفضي</w:t>
            </w:r>
            <w:r w:rsidRPr="003C0678">
              <w:rPr>
                <w:rtl/>
              </w:rPr>
              <w:t xml:space="preserve"> </w:t>
            </w:r>
            <w:r w:rsidRPr="003C0678">
              <w:rPr>
                <w:rFonts w:hint="cs"/>
                <w:rtl/>
              </w:rPr>
              <w:t>مباشرة</w:t>
            </w:r>
            <w:r w:rsidRPr="003C0678">
              <w:rPr>
                <w:rtl/>
              </w:rPr>
              <w:t xml:space="preserve"> </w:t>
            </w:r>
            <w:r w:rsidRPr="003C0678">
              <w:rPr>
                <w:rFonts w:hint="cs"/>
                <w:rtl/>
              </w:rPr>
              <w:t>إلى</w:t>
            </w:r>
            <w:r w:rsidRPr="003C0678">
              <w:rPr>
                <w:rtl/>
              </w:rPr>
              <w:t xml:space="preserve"> </w:t>
            </w:r>
            <w:r w:rsidRPr="003C0678">
              <w:rPr>
                <w:rFonts w:hint="cs"/>
                <w:rtl/>
              </w:rPr>
              <w:t>مشكلة</w:t>
            </w:r>
            <w:r w:rsidRPr="003C0678">
              <w:rPr>
                <w:rtl/>
              </w:rPr>
              <w:t xml:space="preserve"> </w:t>
            </w:r>
            <w:r w:rsidRPr="003C0678">
              <w:rPr>
                <w:rFonts w:hint="cs"/>
                <w:rtl/>
              </w:rPr>
              <w:t>الدراسة</w:t>
            </w:r>
            <w:r w:rsidRPr="003C0678">
              <w:t>.</w:t>
            </w:r>
          </w:p>
        </w:tc>
        <w:tc>
          <w:tcPr>
            <w:tcW w:w="2610" w:type="dxa"/>
          </w:tcPr>
          <w:p w14:paraId="13355AB9" w14:textId="4611DE9E" w:rsidR="00A14790" w:rsidRDefault="00A14790" w:rsidP="00A14790">
            <w:pPr>
              <w:bidi/>
              <w:rPr>
                <w:rFonts w:ascii="Arial" w:hAnsi="Arial"/>
              </w:rPr>
            </w:pPr>
            <w:r w:rsidRPr="00997F93">
              <w:rPr>
                <w:rFonts w:hint="cs"/>
                <w:rtl/>
              </w:rPr>
              <w:t>المقدمة</w:t>
            </w:r>
            <w:r w:rsidRPr="00997F93">
              <w:rPr>
                <w:rtl/>
              </w:rPr>
              <w:t xml:space="preserve"> </w:t>
            </w:r>
            <w:r w:rsidRPr="00997F93">
              <w:rPr>
                <w:rFonts w:hint="cs"/>
                <w:rtl/>
              </w:rPr>
              <w:t>جيدة</w:t>
            </w:r>
            <w:r w:rsidRPr="00997F93">
              <w:rPr>
                <w:rtl/>
              </w:rPr>
              <w:t xml:space="preserve"> </w:t>
            </w:r>
            <w:r w:rsidRPr="00997F93">
              <w:rPr>
                <w:rFonts w:hint="cs"/>
                <w:rtl/>
              </w:rPr>
              <w:t>في</w:t>
            </w:r>
            <w:r w:rsidRPr="00997F93">
              <w:rPr>
                <w:rtl/>
              </w:rPr>
              <w:t xml:space="preserve"> </w:t>
            </w:r>
            <w:r w:rsidRPr="00997F93">
              <w:rPr>
                <w:rFonts w:hint="cs"/>
                <w:rtl/>
              </w:rPr>
              <w:t>ربط</w:t>
            </w:r>
            <w:r w:rsidRPr="00997F93">
              <w:rPr>
                <w:rtl/>
              </w:rPr>
              <w:t xml:space="preserve"> </w:t>
            </w:r>
            <w:r w:rsidRPr="00997F93">
              <w:rPr>
                <w:rFonts w:hint="cs"/>
                <w:rtl/>
              </w:rPr>
              <w:t>التحول</w:t>
            </w:r>
            <w:r w:rsidRPr="00997F93">
              <w:rPr>
                <w:rtl/>
              </w:rPr>
              <w:t xml:space="preserve"> </w:t>
            </w:r>
            <w:r w:rsidRPr="00997F93">
              <w:rPr>
                <w:rFonts w:hint="cs"/>
                <w:rtl/>
              </w:rPr>
              <w:t>الرقمي</w:t>
            </w:r>
            <w:r w:rsidRPr="00997F93">
              <w:rPr>
                <w:rtl/>
              </w:rPr>
              <w:t xml:space="preserve"> </w:t>
            </w:r>
            <w:r w:rsidRPr="00997F93">
              <w:rPr>
                <w:rFonts w:hint="cs"/>
                <w:rtl/>
              </w:rPr>
              <w:t>برؤية</w:t>
            </w:r>
            <w:r w:rsidRPr="00997F93">
              <w:rPr>
                <w:rtl/>
              </w:rPr>
              <w:t xml:space="preserve"> 2030 </w:t>
            </w:r>
            <w:r w:rsidRPr="00997F93">
              <w:rPr>
                <w:rFonts w:hint="cs"/>
                <w:rtl/>
              </w:rPr>
              <w:t>لكنها</w:t>
            </w:r>
            <w:r w:rsidRPr="00997F93">
              <w:rPr>
                <w:rtl/>
              </w:rPr>
              <w:t xml:space="preserve"> </w:t>
            </w:r>
            <w:r w:rsidRPr="00997F93">
              <w:rPr>
                <w:rFonts w:hint="cs"/>
                <w:rtl/>
              </w:rPr>
              <w:t>تبقى</w:t>
            </w:r>
            <w:r w:rsidRPr="00997F93">
              <w:rPr>
                <w:rtl/>
              </w:rPr>
              <w:t xml:space="preserve"> </w:t>
            </w:r>
            <w:r w:rsidRPr="00997F93">
              <w:rPr>
                <w:rFonts w:hint="cs"/>
                <w:rtl/>
              </w:rPr>
              <w:t>عامة،</w:t>
            </w:r>
            <w:r w:rsidRPr="00997F93">
              <w:rPr>
                <w:rtl/>
              </w:rPr>
              <w:t xml:space="preserve"> </w:t>
            </w:r>
            <w:r w:rsidRPr="00997F93">
              <w:rPr>
                <w:rFonts w:hint="cs"/>
                <w:rtl/>
              </w:rPr>
              <w:t>ولا</w:t>
            </w:r>
            <w:r w:rsidRPr="00997F93">
              <w:rPr>
                <w:rtl/>
              </w:rPr>
              <w:t xml:space="preserve"> </w:t>
            </w:r>
            <w:r w:rsidRPr="00997F93">
              <w:rPr>
                <w:rFonts w:hint="cs"/>
                <w:rtl/>
              </w:rPr>
              <w:t>تُبرز</w:t>
            </w:r>
            <w:r w:rsidRPr="00997F93">
              <w:rPr>
                <w:rtl/>
              </w:rPr>
              <w:t xml:space="preserve"> </w:t>
            </w:r>
            <w:r w:rsidRPr="00997F93">
              <w:rPr>
                <w:rFonts w:hint="cs"/>
                <w:rtl/>
              </w:rPr>
              <w:t>مبكرًا</w:t>
            </w:r>
            <w:r w:rsidRPr="00997F93">
              <w:rPr>
                <w:rtl/>
              </w:rPr>
              <w:t xml:space="preserve"> </w:t>
            </w:r>
            <w:r w:rsidRPr="00997F93">
              <w:rPr>
                <w:rFonts w:hint="cs"/>
                <w:rtl/>
              </w:rPr>
              <w:t>ملامح</w:t>
            </w:r>
            <w:r w:rsidRPr="00997F93">
              <w:rPr>
                <w:rtl/>
              </w:rPr>
              <w:t xml:space="preserve"> </w:t>
            </w:r>
            <w:r w:rsidRPr="00997F93">
              <w:rPr>
                <w:rFonts w:hint="cs"/>
                <w:rtl/>
              </w:rPr>
              <w:t>السياق</w:t>
            </w:r>
            <w:r w:rsidRPr="00997F93">
              <w:rPr>
                <w:rtl/>
              </w:rPr>
              <w:t xml:space="preserve"> </w:t>
            </w:r>
            <w:r w:rsidRPr="00997F93">
              <w:rPr>
                <w:rFonts w:hint="cs"/>
                <w:rtl/>
              </w:rPr>
              <w:t>الأمني</w:t>
            </w:r>
            <w:r w:rsidRPr="00997F93">
              <w:rPr>
                <w:rtl/>
              </w:rPr>
              <w:t xml:space="preserve"> </w:t>
            </w:r>
            <w:r w:rsidRPr="00997F93">
              <w:rPr>
                <w:rFonts w:hint="cs"/>
                <w:rtl/>
              </w:rPr>
              <w:t>لمدينة</w:t>
            </w:r>
            <w:r w:rsidRPr="00997F93">
              <w:rPr>
                <w:rtl/>
              </w:rPr>
              <w:t xml:space="preserve"> </w:t>
            </w:r>
            <w:r w:rsidRPr="00997F93">
              <w:rPr>
                <w:rFonts w:hint="cs"/>
                <w:rtl/>
              </w:rPr>
              <w:t>الرياض</w:t>
            </w:r>
            <w:r w:rsidRPr="00997F93">
              <w:rPr>
                <w:rtl/>
              </w:rPr>
              <w:t xml:space="preserve"> (</w:t>
            </w:r>
            <w:r w:rsidRPr="00997F93">
              <w:rPr>
                <w:rFonts w:hint="cs"/>
                <w:rtl/>
              </w:rPr>
              <w:t>الجهات</w:t>
            </w:r>
            <w:r w:rsidRPr="00997F93">
              <w:rPr>
                <w:rtl/>
              </w:rPr>
              <w:t xml:space="preserve"> </w:t>
            </w:r>
            <w:r w:rsidRPr="00997F93">
              <w:rPr>
                <w:rFonts w:hint="cs"/>
                <w:rtl/>
              </w:rPr>
              <w:t>المسؤولة،</w:t>
            </w:r>
            <w:r w:rsidRPr="00997F93">
              <w:rPr>
                <w:rtl/>
              </w:rPr>
              <w:t xml:space="preserve"> </w:t>
            </w:r>
            <w:r w:rsidRPr="00997F93">
              <w:rPr>
                <w:rFonts w:hint="cs"/>
                <w:rtl/>
              </w:rPr>
              <w:t>الإطار</w:t>
            </w:r>
            <w:r w:rsidRPr="00997F93">
              <w:rPr>
                <w:rtl/>
              </w:rPr>
              <w:t xml:space="preserve"> </w:t>
            </w:r>
            <w:r w:rsidRPr="00997F93">
              <w:rPr>
                <w:rFonts w:hint="cs"/>
                <w:rtl/>
              </w:rPr>
              <w:t>التنظيمي،</w:t>
            </w:r>
            <w:r w:rsidRPr="00997F93">
              <w:rPr>
                <w:rtl/>
              </w:rPr>
              <w:t xml:space="preserve"> </w:t>
            </w:r>
            <w:r w:rsidRPr="00997F93">
              <w:rPr>
                <w:rFonts w:hint="cs"/>
                <w:rtl/>
              </w:rPr>
              <w:t>طبيعة</w:t>
            </w:r>
            <w:r w:rsidRPr="00997F93">
              <w:rPr>
                <w:rtl/>
              </w:rPr>
              <w:t xml:space="preserve"> </w:t>
            </w:r>
            <w:r w:rsidRPr="00997F93">
              <w:rPr>
                <w:rFonts w:hint="cs"/>
                <w:rtl/>
              </w:rPr>
              <w:t>المناسبات</w:t>
            </w:r>
            <w:r w:rsidRPr="00997F93">
              <w:rPr>
                <w:rtl/>
              </w:rPr>
              <w:t xml:space="preserve"> </w:t>
            </w:r>
            <w:r w:rsidRPr="00997F93">
              <w:rPr>
                <w:rFonts w:hint="cs"/>
                <w:rtl/>
              </w:rPr>
              <w:t>ذات</w:t>
            </w:r>
            <w:r w:rsidRPr="00997F93">
              <w:rPr>
                <w:rtl/>
              </w:rPr>
              <w:t xml:space="preserve"> </w:t>
            </w:r>
            <w:r w:rsidRPr="00997F93">
              <w:rPr>
                <w:rFonts w:hint="cs"/>
                <w:rtl/>
              </w:rPr>
              <w:t>الكثافة</w:t>
            </w:r>
            <w:r w:rsidRPr="00997F93">
              <w:rPr>
                <w:rtl/>
              </w:rPr>
              <w:t xml:space="preserve"> </w:t>
            </w:r>
            <w:r w:rsidRPr="00997F93">
              <w:rPr>
                <w:rFonts w:hint="cs"/>
                <w:rtl/>
              </w:rPr>
              <w:t>البشرية</w:t>
            </w:r>
            <w:r w:rsidRPr="00997F93">
              <w:rPr>
                <w:rtl/>
              </w:rPr>
              <w:t>)</w:t>
            </w:r>
            <w:r w:rsidRPr="00997F93">
              <w:t>.</w:t>
            </w:r>
          </w:p>
        </w:tc>
        <w:tc>
          <w:tcPr>
            <w:tcW w:w="1980" w:type="dxa"/>
          </w:tcPr>
          <w:p w14:paraId="01B4DC86" w14:textId="177A108F" w:rsidR="00A14790" w:rsidRDefault="00A14790" w:rsidP="00A14790">
            <w:pPr>
              <w:bidi/>
              <w:rPr>
                <w:rFonts w:ascii="Arial" w:hAnsi="Arial"/>
              </w:rPr>
            </w:pPr>
            <w:r w:rsidRPr="00A36386">
              <w:rPr>
                <w:rFonts w:hint="cs"/>
                <w:rtl/>
              </w:rPr>
              <w:t>الفقرة</w:t>
            </w:r>
            <w:r w:rsidRPr="00A36386">
              <w:rPr>
                <w:rtl/>
              </w:rPr>
              <w:t xml:space="preserve"> </w:t>
            </w:r>
            <w:r w:rsidRPr="00A36386">
              <w:rPr>
                <w:rFonts w:hint="cs"/>
                <w:rtl/>
              </w:rPr>
              <w:t>الأولى</w:t>
            </w:r>
            <w:r w:rsidRPr="00A36386">
              <w:rPr>
                <w:rtl/>
              </w:rPr>
              <w:t xml:space="preserve"> </w:t>
            </w:r>
            <w:r w:rsidRPr="00A36386">
              <w:rPr>
                <w:rFonts w:hint="cs"/>
                <w:rtl/>
              </w:rPr>
              <w:t>من</w:t>
            </w:r>
            <w:r w:rsidRPr="00A36386">
              <w:rPr>
                <w:rtl/>
              </w:rPr>
              <w:t xml:space="preserve"> </w:t>
            </w:r>
            <w:r w:rsidRPr="00A36386">
              <w:rPr>
                <w:rFonts w:hint="cs"/>
                <w:rtl/>
              </w:rPr>
              <w:t>المقدمة</w:t>
            </w:r>
          </w:p>
        </w:tc>
        <w:tc>
          <w:tcPr>
            <w:tcW w:w="1278" w:type="dxa"/>
          </w:tcPr>
          <w:p w14:paraId="27FE3EBC" w14:textId="21D4F482" w:rsidR="00A14790" w:rsidRDefault="00A14790" w:rsidP="00A14790">
            <w:pPr>
              <w:bidi/>
              <w:rPr>
                <w:rFonts w:ascii="Arial" w:hAnsi="Arial"/>
              </w:rPr>
            </w:pPr>
            <w:r>
              <w:rPr>
                <w:rFonts w:ascii="Arial" w:hAnsi="Arial"/>
              </w:rPr>
              <w:t>1</w:t>
            </w:r>
          </w:p>
        </w:tc>
      </w:tr>
      <w:tr w:rsidR="00A14790" w14:paraId="4FB365E0" w14:textId="5FB97EDF" w:rsidTr="00BF4129">
        <w:trPr>
          <w:jc w:val="right"/>
        </w:trPr>
        <w:tc>
          <w:tcPr>
            <w:tcW w:w="3589" w:type="dxa"/>
          </w:tcPr>
          <w:p w14:paraId="02C4B72A" w14:textId="01A18000" w:rsidR="00A14790" w:rsidRDefault="00A14790" w:rsidP="00A14790">
            <w:pPr>
              <w:bidi/>
            </w:pPr>
            <w:r w:rsidRPr="003C0678">
              <w:rPr>
                <w:rFonts w:hint="cs"/>
                <w:rtl/>
              </w:rPr>
              <w:t>استبدل</w:t>
            </w:r>
            <w:r w:rsidRPr="003C0678">
              <w:rPr>
                <w:rtl/>
              </w:rPr>
              <w:t xml:space="preserve"> </w:t>
            </w:r>
            <w:r w:rsidRPr="003C0678">
              <w:rPr>
                <w:rFonts w:hint="cs"/>
                <w:rtl/>
              </w:rPr>
              <w:t>الأرقام</w:t>
            </w:r>
            <w:r w:rsidRPr="003C0678">
              <w:rPr>
                <w:rtl/>
              </w:rPr>
              <w:t xml:space="preserve"> </w:t>
            </w:r>
            <w:r w:rsidRPr="003C0678">
              <w:rPr>
                <w:rFonts w:hint="cs"/>
                <w:rtl/>
              </w:rPr>
              <w:t>بشواهد</w:t>
            </w:r>
            <w:r w:rsidRPr="003C0678">
              <w:rPr>
                <w:rtl/>
              </w:rPr>
              <w:t xml:space="preserve"> </w:t>
            </w:r>
            <w:r w:rsidRPr="003C0678">
              <w:rPr>
                <w:rFonts w:hint="cs"/>
                <w:rtl/>
              </w:rPr>
              <w:t>من</w:t>
            </w:r>
            <w:r w:rsidRPr="003C0678">
              <w:rPr>
                <w:rtl/>
              </w:rPr>
              <w:t xml:space="preserve"> </w:t>
            </w:r>
            <w:r w:rsidRPr="003C0678">
              <w:rPr>
                <w:rFonts w:hint="cs"/>
                <w:rtl/>
              </w:rPr>
              <w:t>تقارير</w:t>
            </w:r>
            <w:r w:rsidRPr="003C0678">
              <w:rPr>
                <w:rtl/>
              </w:rPr>
              <w:t xml:space="preserve"> </w:t>
            </w:r>
            <w:r w:rsidRPr="003C0678">
              <w:rPr>
                <w:rFonts w:hint="cs"/>
                <w:rtl/>
              </w:rPr>
              <w:t>رسمية</w:t>
            </w:r>
            <w:r w:rsidRPr="003C0678">
              <w:rPr>
                <w:rtl/>
              </w:rPr>
              <w:t xml:space="preserve"> </w:t>
            </w:r>
            <w:r w:rsidRPr="003C0678">
              <w:rPr>
                <w:rFonts w:hint="cs"/>
                <w:rtl/>
              </w:rPr>
              <w:t>أو</w:t>
            </w:r>
            <w:r w:rsidRPr="003C0678">
              <w:rPr>
                <w:rtl/>
              </w:rPr>
              <w:t xml:space="preserve"> </w:t>
            </w:r>
            <w:r w:rsidRPr="003C0678">
              <w:rPr>
                <w:rFonts w:hint="cs"/>
                <w:rtl/>
              </w:rPr>
              <w:t>مصادر</w:t>
            </w:r>
            <w:r w:rsidRPr="003C0678">
              <w:rPr>
                <w:rtl/>
              </w:rPr>
              <w:t xml:space="preserve"> </w:t>
            </w:r>
            <w:r w:rsidRPr="003C0678">
              <w:rPr>
                <w:rFonts w:hint="cs"/>
                <w:rtl/>
              </w:rPr>
              <w:t>محكّمة</w:t>
            </w:r>
            <w:r w:rsidRPr="003C0678">
              <w:rPr>
                <w:rtl/>
              </w:rPr>
              <w:t xml:space="preserve"> </w:t>
            </w:r>
            <w:r w:rsidRPr="003C0678">
              <w:rPr>
                <w:rFonts w:hint="cs"/>
                <w:rtl/>
              </w:rPr>
              <w:t>حديثة،</w:t>
            </w:r>
            <w:r w:rsidRPr="003C0678">
              <w:rPr>
                <w:rtl/>
              </w:rPr>
              <w:t xml:space="preserve"> </w:t>
            </w:r>
            <w:r w:rsidRPr="003C0678">
              <w:rPr>
                <w:rFonts w:hint="cs"/>
                <w:rtl/>
              </w:rPr>
              <w:t>مع</w:t>
            </w:r>
            <w:r w:rsidRPr="003C0678">
              <w:rPr>
                <w:rtl/>
              </w:rPr>
              <w:t xml:space="preserve"> </w:t>
            </w:r>
            <w:r w:rsidRPr="003C0678">
              <w:rPr>
                <w:rFonts w:hint="cs"/>
                <w:rtl/>
              </w:rPr>
              <w:t>ذكر</w:t>
            </w:r>
            <w:r w:rsidRPr="003C0678">
              <w:rPr>
                <w:rtl/>
              </w:rPr>
              <w:t xml:space="preserve"> </w:t>
            </w:r>
            <w:r w:rsidRPr="003C0678">
              <w:rPr>
                <w:rFonts w:hint="cs"/>
                <w:rtl/>
              </w:rPr>
              <w:t>السنة</w:t>
            </w:r>
            <w:r w:rsidRPr="003C0678">
              <w:rPr>
                <w:rtl/>
              </w:rPr>
              <w:t xml:space="preserve"> </w:t>
            </w:r>
            <w:r w:rsidRPr="003C0678">
              <w:rPr>
                <w:rFonts w:hint="cs"/>
                <w:rtl/>
              </w:rPr>
              <w:t>ورابط</w:t>
            </w:r>
            <w:r w:rsidRPr="003C0678">
              <w:t xml:space="preserve"> DOI/URL </w:t>
            </w:r>
            <w:r w:rsidRPr="003C0678">
              <w:rPr>
                <w:rFonts w:hint="cs"/>
                <w:rtl/>
              </w:rPr>
              <w:t>الرسمي</w:t>
            </w:r>
            <w:r w:rsidRPr="003C0678">
              <w:rPr>
                <w:rtl/>
              </w:rPr>
              <w:t xml:space="preserve"> </w:t>
            </w:r>
            <w:r w:rsidRPr="003C0678">
              <w:rPr>
                <w:rFonts w:hint="cs"/>
                <w:rtl/>
              </w:rPr>
              <w:t>عند</w:t>
            </w:r>
            <w:r w:rsidRPr="003C0678">
              <w:rPr>
                <w:rtl/>
              </w:rPr>
              <w:t xml:space="preserve"> </w:t>
            </w:r>
            <w:r w:rsidRPr="003C0678">
              <w:rPr>
                <w:rFonts w:hint="cs"/>
                <w:rtl/>
              </w:rPr>
              <w:t>الإمكان</w:t>
            </w:r>
            <w:r w:rsidRPr="003C0678">
              <w:t>.</w:t>
            </w:r>
          </w:p>
        </w:tc>
        <w:tc>
          <w:tcPr>
            <w:tcW w:w="2610" w:type="dxa"/>
          </w:tcPr>
          <w:p w14:paraId="17E6293B" w14:textId="3CF8B050" w:rsidR="00A14790" w:rsidRDefault="00A14790" w:rsidP="00A14790">
            <w:pPr>
              <w:bidi/>
              <w:rPr>
                <w:rFonts w:ascii="Arial" w:hAnsi="Arial"/>
              </w:rPr>
            </w:pPr>
            <w:r w:rsidRPr="00997F93">
              <w:rPr>
                <w:rFonts w:hint="cs"/>
                <w:rtl/>
              </w:rPr>
              <w:t>تُورد</w:t>
            </w:r>
            <w:r w:rsidRPr="00997F93">
              <w:rPr>
                <w:rtl/>
              </w:rPr>
              <w:t xml:space="preserve"> </w:t>
            </w:r>
            <w:r w:rsidRPr="00997F93">
              <w:rPr>
                <w:rFonts w:hint="cs"/>
                <w:rtl/>
              </w:rPr>
              <w:t>المقدمة</w:t>
            </w:r>
            <w:r w:rsidRPr="00997F93">
              <w:rPr>
                <w:rtl/>
              </w:rPr>
              <w:t xml:space="preserve"> </w:t>
            </w:r>
            <w:r w:rsidRPr="00997F93">
              <w:rPr>
                <w:rFonts w:hint="cs"/>
                <w:rtl/>
              </w:rPr>
              <w:t>نسبًا</w:t>
            </w:r>
            <w:r w:rsidRPr="00997F93">
              <w:rPr>
                <w:rtl/>
              </w:rPr>
              <w:t xml:space="preserve"> </w:t>
            </w:r>
            <w:r w:rsidRPr="00997F93">
              <w:rPr>
                <w:rFonts w:hint="cs"/>
                <w:rtl/>
              </w:rPr>
              <w:t>وأرقامًا</w:t>
            </w:r>
            <w:r w:rsidRPr="00997F93">
              <w:rPr>
                <w:rtl/>
              </w:rPr>
              <w:t xml:space="preserve"> </w:t>
            </w:r>
            <w:r w:rsidRPr="00997F93">
              <w:rPr>
                <w:rFonts w:hint="cs"/>
                <w:rtl/>
              </w:rPr>
              <w:t>دون</w:t>
            </w:r>
            <w:r w:rsidRPr="00997F93">
              <w:rPr>
                <w:rtl/>
              </w:rPr>
              <w:t xml:space="preserve"> </w:t>
            </w:r>
            <w:r w:rsidRPr="00997F93">
              <w:rPr>
                <w:rFonts w:hint="cs"/>
                <w:rtl/>
              </w:rPr>
              <w:t>إحالات</w:t>
            </w:r>
            <w:r w:rsidRPr="00997F93">
              <w:rPr>
                <w:rtl/>
              </w:rPr>
              <w:t xml:space="preserve"> </w:t>
            </w:r>
            <w:r w:rsidRPr="00997F93">
              <w:rPr>
                <w:rFonts w:hint="cs"/>
                <w:rtl/>
              </w:rPr>
              <w:t>علمية</w:t>
            </w:r>
            <w:r w:rsidRPr="00997F93">
              <w:rPr>
                <w:rtl/>
              </w:rPr>
              <w:t xml:space="preserve"> </w:t>
            </w:r>
            <w:r w:rsidRPr="00997F93">
              <w:rPr>
                <w:rFonts w:hint="cs"/>
                <w:rtl/>
              </w:rPr>
              <w:t>رصينة</w:t>
            </w:r>
            <w:r w:rsidRPr="00997F93">
              <w:rPr>
                <w:rtl/>
              </w:rPr>
              <w:t xml:space="preserve"> </w:t>
            </w:r>
            <w:r w:rsidRPr="00997F93">
              <w:rPr>
                <w:rFonts w:hint="cs"/>
                <w:rtl/>
              </w:rPr>
              <w:t>أو</w:t>
            </w:r>
            <w:r w:rsidRPr="00997F93">
              <w:rPr>
                <w:rtl/>
              </w:rPr>
              <w:t xml:space="preserve"> </w:t>
            </w:r>
            <w:r w:rsidRPr="00997F93">
              <w:rPr>
                <w:rFonts w:hint="cs"/>
                <w:rtl/>
              </w:rPr>
              <w:t>بمصادر</w:t>
            </w:r>
            <w:r w:rsidRPr="00997F93">
              <w:rPr>
                <w:rtl/>
              </w:rPr>
              <w:t xml:space="preserve"> </w:t>
            </w:r>
            <w:r w:rsidRPr="00997F93">
              <w:rPr>
                <w:rFonts w:hint="cs"/>
                <w:rtl/>
              </w:rPr>
              <w:t>يصعب</w:t>
            </w:r>
            <w:r w:rsidRPr="00997F93">
              <w:rPr>
                <w:rtl/>
              </w:rPr>
              <w:t xml:space="preserve"> </w:t>
            </w:r>
            <w:r w:rsidRPr="00997F93">
              <w:rPr>
                <w:rFonts w:hint="cs"/>
                <w:rtl/>
              </w:rPr>
              <w:t>التحقق</w:t>
            </w:r>
            <w:r w:rsidRPr="00997F93">
              <w:rPr>
                <w:rtl/>
              </w:rPr>
              <w:t xml:space="preserve"> </w:t>
            </w:r>
            <w:r w:rsidRPr="00997F93">
              <w:rPr>
                <w:rFonts w:hint="cs"/>
                <w:rtl/>
              </w:rPr>
              <w:t>من</w:t>
            </w:r>
            <w:r w:rsidRPr="00997F93">
              <w:rPr>
                <w:rtl/>
              </w:rPr>
              <w:t xml:space="preserve"> </w:t>
            </w:r>
            <w:r w:rsidRPr="00997F93">
              <w:rPr>
                <w:rFonts w:hint="cs"/>
                <w:rtl/>
              </w:rPr>
              <w:t>موثوقيتها،</w:t>
            </w:r>
            <w:r w:rsidRPr="00997F93">
              <w:rPr>
                <w:rtl/>
              </w:rPr>
              <w:t xml:space="preserve"> </w:t>
            </w:r>
            <w:r w:rsidRPr="00997F93">
              <w:rPr>
                <w:rFonts w:hint="cs"/>
                <w:rtl/>
              </w:rPr>
              <w:t>مما</w:t>
            </w:r>
            <w:r w:rsidRPr="00997F93">
              <w:rPr>
                <w:rtl/>
              </w:rPr>
              <w:t xml:space="preserve"> </w:t>
            </w:r>
            <w:r w:rsidRPr="00997F93">
              <w:rPr>
                <w:rFonts w:hint="cs"/>
                <w:rtl/>
              </w:rPr>
              <w:t>يضعف</w:t>
            </w:r>
            <w:r w:rsidRPr="00997F93">
              <w:rPr>
                <w:rtl/>
              </w:rPr>
              <w:t xml:space="preserve"> </w:t>
            </w:r>
            <w:r w:rsidRPr="00997F93">
              <w:rPr>
                <w:rFonts w:hint="cs"/>
                <w:rtl/>
              </w:rPr>
              <w:t>قوة</w:t>
            </w:r>
            <w:r w:rsidRPr="00997F93">
              <w:rPr>
                <w:rtl/>
              </w:rPr>
              <w:t xml:space="preserve"> </w:t>
            </w:r>
            <w:r w:rsidRPr="00997F93">
              <w:rPr>
                <w:rFonts w:hint="cs"/>
                <w:rtl/>
              </w:rPr>
              <w:t>الحُجّة</w:t>
            </w:r>
            <w:r w:rsidRPr="00997F93">
              <w:t>.</w:t>
            </w:r>
          </w:p>
        </w:tc>
        <w:tc>
          <w:tcPr>
            <w:tcW w:w="1980" w:type="dxa"/>
          </w:tcPr>
          <w:p w14:paraId="52B10FE1" w14:textId="075CCE40" w:rsidR="00A14790" w:rsidRDefault="00A14790" w:rsidP="00A14790">
            <w:pPr>
              <w:bidi/>
              <w:rPr>
                <w:rFonts w:ascii="Arial" w:hAnsi="Arial"/>
              </w:rPr>
            </w:pPr>
            <w:r w:rsidRPr="00A36386">
              <w:rPr>
                <w:rFonts w:hint="cs"/>
                <w:rtl/>
              </w:rPr>
              <w:t>منتصف</w:t>
            </w:r>
            <w:r w:rsidRPr="00A36386">
              <w:rPr>
                <w:rtl/>
              </w:rPr>
              <w:t xml:space="preserve"> </w:t>
            </w:r>
            <w:r w:rsidRPr="00A36386">
              <w:rPr>
                <w:rFonts w:hint="cs"/>
                <w:rtl/>
              </w:rPr>
              <w:t>المقدمة</w:t>
            </w:r>
            <w:r w:rsidRPr="00A36386">
              <w:rPr>
                <w:rtl/>
              </w:rPr>
              <w:t xml:space="preserve"> (</w:t>
            </w:r>
            <w:r w:rsidRPr="00A36386">
              <w:rPr>
                <w:rFonts w:hint="cs"/>
                <w:rtl/>
              </w:rPr>
              <w:t>الأرقام</w:t>
            </w:r>
            <w:r w:rsidRPr="00A36386">
              <w:rPr>
                <w:rtl/>
              </w:rPr>
              <w:t xml:space="preserve"> </w:t>
            </w:r>
            <w:r w:rsidRPr="00A36386">
              <w:rPr>
                <w:rFonts w:hint="cs"/>
                <w:rtl/>
              </w:rPr>
              <w:t>والشواهد</w:t>
            </w:r>
            <w:r w:rsidRPr="00A36386">
              <w:rPr>
                <w:rtl/>
              </w:rPr>
              <w:t>)</w:t>
            </w:r>
          </w:p>
        </w:tc>
        <w:tc>
          <w:tcPr>
            <w:tcW w:w="1278" w:type="dxa"/>
          </w:tcPr>
          <w:p w14:paraId="6A452346" w14:textId="127CA420" w:rsidR="00A14790" w:rsidRDefault="00A14790" w:rsidP="00A14790">
            <w:pPr>
              <w:bidi/>
              <w:rPr>
                <w:rFonts w:ascii="Arial" w:hAnsi="Arial"/>
              </w:rPr>
            </w:pPr>
            <w:r>
              <w:rPr>
                <w:rFonts w:ascii="Arial" w:hAnsi="Arial"/>
              </w:rPr>
              <w:t>2</w:t>
            </w:r>
          </w:p>
        </w:tc>
      </w:tr>
      <w:tr w:rsidR="00A14790" w14:paraId="705AA417" w14:textId="796734B4" w:rsidTr="00BF4129">
        <w:trPr>
          <w:jc w:val="right"/>
        </w:trPr>
        <w:tc>
          <w:tcPr>
            <w:tcW w:w="3589" w:type="dxa"/>
          </w:tcPr>
          <w:p w14:paraId="7F4760D4" w14:textId="47ED6F4F" w:rsidR="00A14790" w:rsidRDefault="00A14790" w:rsidP="00A14790">
            <w:pPr>
              <w:bidi/>
            </w:pPr>
            <w:r w:rsidRPr="00CB5CD8">
              <w:rPr>
                <w:rFonts w:hint="cs"/>
                <w:rtl/>
              </w:rPr>
              <w:t>اختم</w:t>
            </w:r>
            <w:r w:rsidRPr="00CB5CD8">
              <w:rPr>
                <w:rtl/>
              </w:rPr>
              <w:t xml:space="preserve"> </w:t>
            </w:r>
            <w:r w:rsidRPr="00CB5CD8">
              <w:rPr>
                <w:rFonts w:hint="cs"/>
                <w:rtl/>
              </w:rPr>
              <w:t>المقدمة</w:t>
            </w:r>
            <w:r w:rsidRPr="00CB5CD8">
              <w:rPr>
                <w:rtl/>
              </w:rPr>
              <w:t xml:space="preserve"> </w:t>
            </w:r>
            <w:r w:rsidRPr="00CB5CD8">
              <w:rPr>
                <w:rFonts w:hint="cs"/>
                <w:rtl/>
              </w:rPr>
              <w:t>بفقرة</w:t>
            </w:r>
            <w:r w:rsidRPr="00CB5CD8">
              <w:rPr>
                <w:rtl/>
              </w:rPr>
              <w:t xml:space="preserve"> «</w:t>
            </w:r>
            <w:r w:rsidRPr="00CB5CD8">
              <w:rPr>
                <w:rFonts w:hint="cs"/>
                <w:rtl/>
              </w:rPr>
              <w:t>خلاصة</w:t>
            </w:r>
            <w:r w:rsidRPr="00CB5CD8">
              <w:rPr>
                <w:rtl/>
              </w:rPr>
              <w:t xml:space="preserve"> </w:t>
            </w:r>
            <w:r w:rsidRPr="00CB5CD8">
              <w:rPr>
                <w:rFonts w:hint="cs"/>
                <w:rtl/>
              </w:rPr>
              <w:t>الفجوة</w:t>
            </w:r>
            <w:r w:rsidRPr="00CB5CD8">
              <w:rPr>
                <w:rFonts w:hint="eastAsia"/>
                <w:rtl/>
              </w:rPr>
              <w:t>»</w:t>
            </w:r>
            <w:r w:rsidRPr="00CB5CD8">
              <w:rPr>
                <w:rtl/>
              </w:rPr>
              <w:t>: (</w:t>
            </w:r>
            <w:r w:rsidRPr="00CB5CD8">
              <w:rPr>
                <w:rFonts w:hint="cs"/>
                <w:rtl/>
              </w:rPr>
              <w:t>أ</w:t>
            </w:r>
            <w:r w:rsidRPr="00CB5CD8">
              <w:rPr>
                <w:rtl/>
              </w:rPr>
              <w:t xml:space="preserve">) </w:t>
            </w:r>
            <w:r w:rsidRPr="00CB5CD8">
              <w:rPr>
                <w:rFonts w:hint="cs"/>
                <w:rtl/>
              </w:rPr>
              <w:t>ماذا</w:t>
            </w:r>
            <w:r w:rsidRPr="00CB5CD8">
              <w:rPr>
                <w:rtl/>
              </w:rPr>
              <w:t xml:space="preserve"> </w:t>
            </w:r>
            <w:r w:rsidRPr="00CB5CD8">
              <w:rPr>
                <w:rFonts w:hint="cs"/>
                <w:rtl/>
              </w:rPr>
              <w:t>تناولته</w:t>
            </w:r>
            <w:r w:rsidRPr="00CB5CD8">
              <w:rPr>
                <w:rtl/>
              </w:rPr>
              <w:t xml:space="preserve"> </w:t>
            </w:r>
            <w:r w:rsidRPr="00CB5CD8">
              <w:rPr>
                <w:rFonts w:hint="cs"/>
                <w:rtl/>
              </w:rPr>
              <w:t>الأدبيات</w:t>
            </w:r>
            <w:r w:rsidRPr="00CB5CD8">
              <w:rPr>
                <w:rtl/>
              </w:rPr>
              <w:t xml:space="preserve"> </w:t>
            </w:r>
            <w:r w:rsidRPr="00CB5CD8">
              <w:rPr>
                <w:rFonts w:hint="cs"/>
                <w:rtl/>
              </w:rPr>
              <w:t>عالميًا،</w:t>
            </w:r>
            <w:r w:rsidRPr="00CB5CD8">
              <w:rPr>
                <w:rtl/>
              </w:rPr>
              <w:t xml:space="preserve"> (</w:t>
            </w:r>
            <w:r w:rsidRPr="00CB5CD8">
              <w:rPr>
                <w:rFonts w:hint="cs"/>
                <w:rtl/>
              </w:rPr>
              <w:t>ب</w:t>
            </w:r>
            <w:r w:rsidRPr="00CB5CD8">
              <w:rPr>
                <w:rtl/>
              </w:rPr>
              <w:t xml:space="preserve">) </w:t>
            </w:r>
            <w:r w:rsidRPr="00CB5CD8">
              <w:rPr>
                <w:rFonts w:hint="cs"/>
                <w:rtl/>
              </w:rPr>
              <w:t>ما</w:t>
            </w:r>
            <w:r w:rsidRPr="00CB5CD8">
              <w:rPr>
                <w:rtl/>
              </w:rPr>
              <w:t xml:space="preserve"> </w:t>
            </w:r>
            <w:r w:rsidRPr="00CB5CD8">
              <w:rPr>
                <w:rFonts w:hint="cs"/>
                <w:rtl/>
              </w:rPr>
              <w:t>الذي</w:t>
            </w:r>
            <w:r w:rsidRPr="00CB5CD8">
              <w:rPr>
                <w:rtl/>
              </w:rPr>
              <w:t xml:space="preserve"> </w:t>
            </w:r>
            <w:r w:rsidRPr="00CB5CD8">
              <w:rPr>
                <w:rFonts w:hint="cs"/>
                <w:rtl/>
              </w:rPr>
              <w:t>لم</w:t>
            </w:r>
            <w:r w:rsidRPr="00CB5CD8">
              <w:rPr>
                <w:rtl/>
              </w:rPr>
              <w:t xml:space="preserve"> </w:t>
            </w:r>
            <w:r w:rsidRPr="00CB5CD8">
              <w:rPr>
                <w:rFonts w:hint="cs"/>
                <w:rtl/>
              </w:rPr>
              <w:t>يُتناول</w:t>
            </w:r>
            <w:r w:rsidRPr="00CB5CD8">
              <w:rPr>
                <w:rtl/>
              </w:rPr>
              <w:t xml:space="preserve"> </w:t>
            </w:r>
            <w:r w:rsidRPr="00CB5CD8">
              <w:rPr>
                <w:rFonts w:hint="cs"/>
                <w:rtl/>
              </w:rPr>
              <w:t>محليًا</w:t>
            </w:r>
            <w:r w:rsidRPr="00CB5CD8">
              <w:rPr>
                <w:rtl/>
              </w:rPr>
              <w:t xml:space="preserve"> </w:t>
            </w:r>
            <w:r w:rsidRPr="00CB5CD8">
              <w:rPr>
                <w:rFonts w:hint="cs"/>
                <w:rtl/>
              </w:rPr>
              <w:t>عن</w:t>
            </w:r>
            <w:r w:rsidRPr="00CB5CD8">
              <w:rPr>
                <w:rtl/>
              </w:rPr>
              <w:t xml:space="preserve"> «</w:t>
            </w:r>
            <w:r w:rsidRPr="00CB5CD8">
              <w:rPr>
                <w:rFonts w:hint="cs"/>
                <w:rtl/>
              </w:rPr>
              <w:t>فعالية</w:t>
            </w:r>
            <w:r w:rsidRPr="00CB5CD8">
              <w:rPr>
                <w:rtl/>
              </w:rPr>
              <w:t xml:space="preserve"> </w:t>
            </w:r>
            <w:r w:rsidRPr="00CB5CD8">
              <w:rPr>
                <w:rFonts w:hint="cs"/>
                <w:rtl/>
              </w:rPr>
              <w:t>المراقبة</w:t>
            </w:r>
            <w:r w:rsidRPr="00CB5CD8">
              <w:rPr>
                <w:rtl/>
              </w:rPr>
              <w:t xml:space="preserve"> </w:t>
            </w:r>
            <w:r w:rsidRPr="00CB5CD8">
              <w:rPr>
                <w:rFonts w:hint="cs"/>
                <w:rtl/>
              </w:rPr>
              <w:t>الذكية</w:t>
            </w:r>
            <w:r w:rsidRPr="00CB5CD8">
              <w:rPr>
                <w:rtl/>
              </w:rPr>
              <w:t xml:space="preserve"> </w:t>
            </w:r>
            <w:r w:rsidRPr="00CB5CD8">
              <w:rPr>
                <w:rFonts w:hint="cs"/>
                <w:rtl/>
              </w:rPr>
              <w:t>المدعومة</w:t>
            </w:r>
            <w:r w:rsidRPr="00CB5CD8">
              <w:rPr>
                <w:rtl/>
              </w:rPr>
              <w:t xml:space="preserve"> </w:t>
            </w:r>
            <w:r w:rsidRPr="00CB5CD8">
              <w:rPr>
                <w:rFonts w:hint="cs"/>
                <w:rtl/>
              </w:rPr>
              <w:t>بالذكاء</w:t>
            </w:r>
            <w:r w:rsidRPr="00CB5CD8">
              <w:rPr>
                <w:rtl/>
              </w:rPr>
              <w:t xml:space="preserve"> </w:t>
            </w:r>
            <w:r w:rsidRPr="00CB5CD8">
              <w:rPr>
                <w:rFonts w:hint="cs"/>
                <w:rtl/>
              </w:rPr>
              <w:t>الاصطناعي</w:t>
            </w:r>
            <w:r w:rsidRPr="00CB5CD8">
              <w:rPr>
                <w:rtl/>
              </w:rPr>
              <w:t xml:space="preserve"> </w:t>
            </w:r>
            <w:r w:rsidRPr="00CB5CD8">
              <w:rPr>
                <w:rFonts w:hint="cs"/>
                <w:rtl/>
              </w:rPr>
              <w:t>في</w:t>
            </w:r>
            <w:r w:rsidRPr="00CB5CD8">
              <w:rPr>
                <w:rtl/>
              </w:rPr>
              <w:t xml:space="preserve"> </w:t>
            </w:r>
            <w:r w:rsidRPr="00CB5CD8">
              <w:rPr>
                <w:rFonts w:hint="cs"/>
                <w:rtl/>
              </w:rPr>
              <w:t>الرياض</w:t>
            </w:r>
            <w:r w:rsidRPr="00CB5CD8">
              <w:rPr>
                <w:rFonts w:hint="eastAsia"/>
                <w:rtl/>
              </w:rPr>
              <w:t>»</w:t>
            </w:r>
            <w:r w:rsidRPr="00CB5CD8">
              <w:rPr>
                <w:rFonts w:hint="cs"/>
                <w:rtl/>
              </w:rPr>
              <w:t>،</w:t>
            </w:r>
            <w:r w:rsidRPr="00CB5CD8">
              <w:rPr>
                <w:rtl/>
              </w:rPr>
              <w:t xml:space="preserve"> (</w:t>
            </w:r>
            <w:r w:rsidRPr="00CB5CD8">
              <w:rPr>
                <w:rFonts w:hint="cs"/>
                <w:rtl/>
              </w:rPr>
              <w:t>ج</w:t>
            </w:r>
            <w:r w:rsidRPr="00CB5CD8">
              <w:rPr>
                <w:rtl/>
              </w:rPr>
              <w:t xml:space="preserve">) </w:t>
            </w:r>
            <w:r w:rsidRPr="00CB5CD8">
              <w:rPr>
                <w:rFonts w:hint="cs"/>
                <w:rtl/>
              </w:rPr>
              <w:t>صياغة</w:t>
            </w:r>
            <w:r w:rsidRPr="00CB5CD8">
              <w:rPr>
                <w:rtl/>
              </w:rPr>
              <w:t xml:space="preserve"> </w:t>
            </w:r>
            <w:r w:rsidRPr="00CB5CD8">
              <w:rPr>
                <w:rFonts w:hint="cs"/>
                <w:rtl/>
              </w:rPr>
              <w:t>فجوة</w:t>
            </w:r>
            <w:r w:rsidRPr="00CB5CD8">
              <w:rPr>
                <w:rtl/>
              </w:rPr>
              <w:t xml:space="preserve"> </w:t>
            </w:r>
            <w:r w:rsidRPr="00CB5CD8">
              <w:rPr>
                <w:rFonts w:hint="cs"/>
                <w:rtl/>
              </w:rPr>
              <w:t>دقيقة</w:t>
            </w:r>
            <w:r w:rsidRPr="00CB5CD8">
              <w:rPr>
                <w:rtl/>
              </w:rPr>
              <w:t xml:space="preserve"> </w:t>
            </w:r>
            <w:r w:rsidRPr="00CB5CD8">
              <w:rPr>
                <w:rFonts w:hint="cs"/>
                <w:rtl/>
              </w:rPr>
              <w:t>تمهّد</w:t>
            </w:r>
            <w:r w:rsidRPr="00CB5CD8">
              <w:rPr>
                <w:rtl/>
              </w:rPr>
              <w:t xml:space="preserve"> </w:t>
            </w:r>
            <w:r w:rsidRPr="00CB5CD8">
              <w:rPr>
                <w:rFonts w:hint="cs"/>
                <w:rtl/>
              </w:rPr>
              <w:t>للمشكلة</w:t>
            </w:r>
            <w:r w:rsidRPr="00CB5CD8">
              <w:t>.</w:t>
            </w:r>
          </w:p>
        </w:tc>
        <w:tc>
          <w:tcPr>
            <w:tcW w:w="2610" w:type="dxa"/>
          </w:tcPr>
          <w:p w14:paraId="6D5D0517" w14:textId="169BF6CD" w:rsidR="00A14790" w:rsidRDefault="00A14790" w:rsidP="00A14790">
            <w:pPr>
              <w:bidi/>
              <w:rPr>
                <w:rFonts w:ascii="Arial" w:hAnsi="Arial"/>
              </w:rPr>
            </w:pPr>
            <w:r w:rsidRPr="00AA46C3">
              <w:rPr>
                <w:rFonts w:hint="cs"/>
                <w:rtl/>
              </w:rPr>
              <w:t>تُذكر</w:t>
            </w:r>
            <w:r w:rsidRPr="00AA46C3">
              <w:rPr>
                <w:rtl/>
              </w:rPr>
              <w:t xml:space="preserve"> </w:t>
            </w:r>
            <w:r w:rsidRPr="00AA46C3">
              <w:rPr>
                <w:rFonts w:hint="cs"/>
                <w:rtl/>
              </w:rPr>
              <w:t>فجوة</w:t>
            </w:r>
            <w:r w:rsidRPr="00AA46C3">
              <w:rPr>
                <w:rtl/>
              </w:rPr>
              <w:t xml:space="preserve"> </w:t>
            </w:r>
            <w:r w:rsidRPr="00AA46C3">
              <w:rPr>
                <w:rFonts w:hint="cs"/>
                <w:rtl/>
              </w:rPr>
              <w:t>معرفية</w:t>
            </w:r>
            <w:r w:rsidRPr="00AA46C3">
              <w:rPr>
                <w:rtl/>
              </w:rPr>
              <w:t xml:space="preserve"> </w:t>
            </w:r>
            <w:r w:rsidRPr="00AA46C3">
              <w:rPr>
                <w:rFonts w:hint="cs"/>
                <w:rtl/>
              </w:rPr>
              <w:t>عامة</w:t>
            </w:r>
            <w:r w:rsidRPr="00AA46C3">
              <w:rPr>
                <w:rtl/>
              </w:rPr>
              <w:t xml:space="preserve"> </w:t>
            </w:r>
            <w:r w:rsidRPr="00AA46C3">
              <w:rPr>
                <w:rFonts w:hint="cs"/>
                <w:rtl/>
              </w:rPr>
              <w:t>حول</w:t>
            </w:r>
            <w:r w:rsidRPr="00AA46C3">
              <w:rPr>
                <w:rtl/>
              </w:rPr>
              <w:t xml:space="preserve"> </w:t>
            </w:r>
            <w:r w:rsidRPr="00AA46C3">
              <w:rPr>
                <w:rFonts w:hint="cs"/>
                <w:rtl/>
              </w:rPr>
              <w:t>قلة</w:t>
            </w:r>
            <w:r w:rsidRPr="00AA46C3">
              <w:rPr>
                <w:rtl/>
              </w:rPr>
              <w:t xml:space="preserve"> </w:t>
            </w:r>
            <w:r w:rsidRPr="00AA46C3">
              <w:rPr>
                <w:rFonts w:hint="cs"/>
                <w:rtl/>
              </w:rPr>
              <w:t>الدراسات</w:t>
            </w:r>
            <w:r w:rsidRPr="00AA46C3">
              <w:rPr>
                <w:rtl/>
              </w:rPr>
              <w:t xml:space="preserve"> </w:t>
            </w:r>
            <w:r w:rsidRPr="00AA46C3">
              <w:rPr>
                <w:rFonts w:hint="cs"/>
                <w:rtl/>
              </w:rPr>
              <w:t>المحلية</w:t>
            </w:r>
            <w:r w:rsidRPr="00AA46C3">
              <w:rPr>
                <w:rtl/>
              </w:rPr>
              <w:t xml:space="preserve"> </w:t>
            </w:r>
            <w:r w:rsidRPr="00AA46C3">
              <w:rPr>
                <w:rFonts w:hint="cs"/>
                <w:rtl/>
              </w:rPr>
              <w:t>دون</w:t>
            </w:r>
            <w:r w:rsidRPr="00AA46C3">
              <w:rPr>
                <w:rtl/>
              </w:rPr>
              <w:t xml:space="preserve"> </w:t>
            </w:r>
            <w:r w:rsidRPr="00AA46C3">
              <w:rPr>
                <w:rFonts w:hint="cs"/>
                <w:rtl/>
              </w:rPr>
              <w:t>تحديد</w:t>
            </w:r>
            <w:r w:rsidRPr="00AA46C3">
              <w:rPr>
                <w:rtl/>
              </w:rPr>
              <w:t xml:space="preserve"> </w:t>
            </w:r>
            <w:r w:rsidRPr="00AA46C3">
              <w:rPr>
                <w:rFonts w:hint="cs"/>
                <w:rtl/>
              </w:rPr>
              <w:t>نوع</w:t>
            </w:r>
            <w:r w:rsidRPr="00AA46C3">
              <w:rPr>
                <w:rtl/>
              </w:rPr>
              <w:t xml:space="preserve"> </w:t>
            </w:r>
            <w:r w:rsidRPr="00AA46C3">
              <w:rPr>
                <w:rFonts w:hint="cs"/>
                <w:rtl/>
              </w:rPr>
              <w:t>الفجوة</w:t>
            </w:r>
            <w:r w:rsidRPr="00AA46C3">
              <w:rPr>
                <w:rtl/>
              </w:rPr>
              <w:t xml:space="preserve"> (</w:t>
            </w:r>
            <w:r w:rsidRPr="00AA46C3">
              <w:rPr>
                <w:rFonts w:hint="cs"/>
                <w:rtl/>
              </w:rPr>
              <w:t>سياقية</w:t>
            </w:r>
            <w:r w:rsidRPr="00AA46C3">
              <w:rPr>
                <w:rtl/>
              </w:rPr>
              <w:t>/</w:t>
            </w:r>
            <w:r w:rsidRPr="00AA46C3">
              <w:rPr>
                <w:rFonts w:hint="cs"/>
                <w:rtl/>
              </w:rPr>
              <w:t>منهجية</w:t>
            </w:r>
            <w:r w:rsidRPr="00AA46C3">
              <w:rPr>
                <w:rtl/>
              </w:rPr>
              <w:t>/</w:t>
            </w:r>
            <w:r w:rsidRPr="00AA46C3">
              <w:rPr>
                <w:rFonts w:hint="cs"/>
                <w:rtl/>
              </w:rPr>
              <w:t>متغيرات</w:t>
            </w:r>
            <w:r w:rsidRPr="00AA46C3">
              <w:rPr>
                <w:rtl/>
              </w:rPr>
              <w:t>/</w:t>
            </w:r>
            <w:r w:rsidRPr="00AA46C3">
              <w:rPr>
                <w:rFonts w:hint="cs"/>
                <w:rtl/>
              </w:rPr>
              <w:t>مجتمع</w:t>
            </w:r>
            <w:r w:rsidRPr="00AA46C3">
              <w:rPr>
                <w:rtl/>
              </w:rPr>
              <w:t>)</w:t>
            </w:r>
            <w:r w:rsidRPr="00AA46C3">
              <w:t>.</w:t>
            </w:r>
          </w:p>
        </w:tc>
        <w:tc>
          <w:tcPr>
            <w:tcW w:w="1980" w:type="dxa"/>
          </w:tcPr>
          <w:p w14:paraId="3DFB6D49" w14:textId="41873658" w:rsidR="00A14790" w:rsidRDefault="00A14790" w:rsidP="00A14790">
            <w:pPr>
              <w:bidi/>
              <w:rPr>
                <w:rFonts w:ascii="Arial" w:hAnsi="Arial"/>
              </w:rPr>
            </w:pPr>
            <w:r w:rsidRPr="00A36386">
              <w:rPr>
                <w:rFonts w:hint="cs"/>
                <w:rtl/>
              </w:rPr>
              <w:t>فقرة</w:t>
            </w:r>
            <w:r w:rsidRPr="00A36386">
              <w:rPr>
                <w:rtl/>
              </w:rPr>
              <w:t xml:space="preserve"> </w:t>
            </w:r>
            <w:r w:rsidRPr="00A36386">
              <w:rPr>
                <w:rFonts w:hint="cs"/>
                <w:rtl/>
              </w:rPr>
              <w:t>الفجوة</w:t>
            </w:r>
          </w:p>
        </w:tc>
        <w:tc>
          <w:tcPr>
            <w:tcW w:w="1278" w:type="dxa"/>
          </w:tcPr>
          <w:p w14:paraId="075DDC66" w14:textId="6DBB1AAE" w:rsidR="00A14790" w:rsidRDefault="00A14790" w:rsidP="00A14790">
            <w:pPr>
              <w:bidi/>
              <w:rPr>
                <w:rFonts w:ascii="Arial" w:hAnsi="Arial"/>
              </w:rPr>
            </w:pPr>
            <w:r>
              <w:rPr>
                <w:rFonts w:ascii="Arial" w:hAnsi="Arial"/>
              </w:rPr>
              <w:t>3</w:t>
            </w:r>
          </w:p>
        </w:tc>
      </w:tr>
      <w:tr w:rsidR="00A14790" w14:paraId="3BFA6E88" w14:textId="36DCE409" w:rsidTr="00BF4129">
        <w:trPr>
          <w:jc w:val="right"/>
        </w:trPr>
        <w:tc>
          <w:tcPr>
            <w:tcW w:w="3589" w:type="dxa"/>
          </w:tcPr>
          <w:p w14:paraId="60A884C5" w14:textId="353378CD" w:rsidR="00A14790" w:rsidRDefault="00A14790" w:rsidP="00A14790">
            <w:pPr>
              <w:bidi/>
            </w:pPr>
            <w:r w:rsidRPr="00CB5CD8">
              <w:rPr>
                <w:rFonts w:hint="cs"/>
                <w:rtl/>
              </w:rPr>
              <w:t>نفّذ</w:t>
            </w:r>
            <w:r w:rsidRPr="00CB5CD8">
              <w:rPr>
                <w:rtl/>
              </w:rPr>
              <w:t xml:space="preserve"> </w:t>
            </w:r>
            <w:r w:rsidRPr="00CB5CD8">
              <w:rPr>
                <w:rFonts w:hint="cs"/>
                <w:rtl/>
              </w:rPr>
              <w:t>تدقيقًا</w:t>
            </w:r>
            <w:r w:rsidRPr="00CB5CD8">
              <w:rPr>
                <w:rtl/>
              </w:rPr>
              <w:t xml:space="preserve"> </w:t>
            </w:r>
            <w:r w:rsidRPr="00CB5CD8">
              <w:rPr>
                <w:rFonts w:hint="cs"/>
                <w:rtl/>
              </w:rPr>
              <w:t>لغويًا</w:t>
            </w:r>
            <w:r w:rsidRPr="00CB5CD8">
              <w:rPr>
                <w:rtl/>
              </w:rPr>
              <w:t xml:space="preserve"> </w:t>
            </w:r>
            <w:r w:rsidRPr="00CB5CD8">
              <w:rPr>
                <w:rFonts w:hint="cs"/>
                <w:rtl/>
              </w:rPr>
              <w:t>شاملًا</w:t>
            </w:r>
            <w:r w:rsidRPr="00CB5CD8">
              <w:rPr>
                <w:rtl/>
              </w:rPr>
              <w:t xml:space="preserve"> </w:t>
            </w:r>
            <w:r w:rsidRPr="00CB5CD8">
              <w:rPr>
                <w:rFonts w:hint="cs"/>
                <w:rtl/>
              </w:rPr>
              <w:t>وتوحيدًا</w:t>
            </w:r>
            <w:r w:rsidRPr="00CB5CD8">
              <w:rPr>
                <w:rtl/>
              </w:rPr>
              <w:t xml:space="preserve"> </w:t>
            </w:r>
            <w:r w:rsidRPr="00CB5CD8">
              <w:rPr>
                <w:rFonts w:hint="cs"/>
                <w:rtl/>
              </w:rPr>
              <w:t>للمصطلحات</w:t>
            </w:r>
            <w:r w:rsidRPr="00CB5CD8">
              <w:rPr>
                <w:rtl/>
              </w:rPr>
              <w:t xml:space="preserve"> </w:t>
            </w:r>
            <w:r w:rsidRPr="00CB5CD8">
              <w:rPr>
                <w:rFonts w:hint="cs"/>
                <w:rtl/>
              </w:rPr>
              <w:t>عبر</w:t>
            </w:r>
            <w:r w:rsidRPr="00CB5CD8">
              <w:rPr>
                <w:rtl/>
              </w:rPr>
              <w:t xml:space="preserve"> «</w:t>
            </w:r>
            <w:r w:rsidRPr="00CB5CD8">
              <w:rPr>
                <w:rFonts w:hint="cs"/>
                <w:rtl/>
              </w:rPr>
              <w:t>قائمة</w:t>
            </w:r>
            <w:r w:rsidRPr="00CB5CD8">
              <w:rPr>
                <w:rtl/>
              </w:rPr>
              <w:t xml:space="preserve"> </w:t>
            </w:r>
            <w:r w:rsidRPr="00CB5CD8">
              <w:rPr>
                <w:rFonts w:hint="cs"/>
                <w:rtl/>
              </w:rPr>
              <w:t>مسميات</w:t>
            </w:r>
            <w:r w:rsidRPr="00CB5CD8">
              <w:rPr>
                <w:rtl/>
              </w:rPr>
              <w:t xml:space="preserve"> </w:t>
            </w:r>
            <w:r w:rsidRPr="00CB5CD8">
              <w:rPr>
                <w:rFonts w:hint="cs"/>
                <w:rtl/>
              </w:rPr>
              <w:t>معتمدة</w:t>
            </w:r>
            <w:r w:rsidRPr="00CB5CD8">
              <w:rPr>
                <w:rFonts w:hint="eastAsia"/>
                <w:rtl/>
              </w:rPr>
              <w:t>»</w:t>
            </w:r>
            <w:r w:rsidRPr="00CB5CD8">
              <w:rPr>
                <w:rtl/>
              </w:rPr>
              <w:t xml:space="preserve"> </w:t>
            </w:r>
            <w:r w:rsidRPr="00CB5CD8">
              <w:rPr>
                <w:rFonts w:hint="cs"/>
                <w:rtl/>
              </w:rPr>
              <w:t>قبل</w:t>
            </w:r>
            <w:r w:rsidRPr="00CB5CD8">
              <w:rPr>
                <w:rtl/>
              </w:rPr>
              <w:t xml:space="preserve"> </w:t>
            </w:r>
            <w:r w:rsidRPr="00CB5CD8">
              <w:rPr>
                <w:rFonts w:hint="cs"/>
                <w:rtl/>
              </w:rPr>
              <w:t>تثبيت</w:t>
            </w:r>
            <w:r w:rsidRPr="00CB5CD8">
              <w:rPr>
                <w:rtl/>
              </w:rPr>
              <w:t xml:space="preserve"> </w:t>
            </w:r>
            <w:r w:rsidRPr="00CB5CD8">
              <w:rPr>
                <w:rFonts w:hint="cs"/>
                <w:rtl/>
              </w:rPr>
              <w:t>الفصل</w:t>
            </w:r>
            <w:r w:rsidRPr="00CB5CD8">
              <w:t>.</w:t>
            </w:r>
          </w:p>
        </w:tc>
        <w:tc>
          <w:tcPr>
            <w:tcW w:w="2610" w:type="dxa"/>
          </w:tcPr>
          <w:p w14:paraId="22DF0372" w14:textId="5EAE35A0" w:rsidR="00A14790" w:rsidRDefault="00A14790" w:rsidP="00A14790">
            <w:pPr>
              <w:bidi/>
              <w:rPr>
                <w:rFonts w:ascii="Arial" w:hAnsi="Arial"/>
              </w:rPr>
            </w:pPr>
            <w:r w:rsidRPr="00AA46C3">
              <w:rPr>
                <w:rFonts w:hint="cs"/>
                <w:rtl/>
              </w:rPr>
              <w:t>توجد</w:t>
            </w:r>
            <w:r w:rsidRPr="00AA46C3">
              <w:rPr>
                <w:rtl/>
              </w:rPr>
              <w:t xml:space="preserve"> </w:t>
            </w:r>
            <w:r w:rsidRPr="00AA46C3">
              <w:rPr>
                <w:rFonts w:hint="cs"/>
                <w:rtl/>
              </w:rPr>
              <w:t>هنّات</w:t>
            </w:r>
            <w:r w:rsidRPr="00AA46C3">
              <w:rPr>
                <w:rtl/>
              </w:rPr>
              <w:t xml:space="preserve"> </w:t>
            </w:r>
            <w:r w:rsidRPr="00AA46C3">
              <w:rPr>
                <w:rFonts w:hint="cs"/>
                <w:rtl/>
              </w:rPr>
              <w:t>طباعية</w:t>
            </w:r>
            <w:r w:rsidRPr="00AA46C3">
              <w:rPr>
                <w:rtl/>
              </w:rPr>
              <w:t xml:space="preserve"> </w:t>
            </w:r>
            <w:r w:rsidRPr="00AA46C3">
              <w:rPr>
                <w:rFonts w:hint="cs"/>
                <w:rtl/>
              </w:rPr>
              <w:t>ومسافات</w:t>
            </w:r>
            <w:r w:rsidRPr="00AA46C3">
              <w:rPr>
                <w:rtl/>
              </w:rPr>
              <w:t xml:space="preserve"> </w:t>
            </w:r>
            <w:r w:rsidRPr="00AA46C3">
              <w:rPr>
                <w:rFonts w:hint="cs"/>
                <w:rtl/>
              </w:rPr>
              <w:t>غير</w:t>
            </w:r>
            <w:r w:rsidRPr="00AA46C3">
              <w:rPr>
                <w:rtl/>
              </w:rPr>
              <w:t xml:space="preserve"> </w:t>
            </w:r>
            <w:r w:rsidRPr="00AA46C3">
              <w:rPr>
                <w:rFonts w:hint="cs"/>
                <w:rtl/>
              </w:rPr>
              <w:t>متّسقة</w:t>
            </w:r>
            <w:r w:rsidRPr="00AA46C3">
              <w:rPr>
                <w:rtl/>
              </w:rPr>
              <w:t xml:space="preserve"> </w:t>
            </w:r>
            <w:r w:rsidRPr="00AA46C3">
              <w:rPr>
                <w:rFonts w:hint="cs"/>
                <w:rtl/>
              </w:rPr>
              <w:t>وتباين</w:t>
            </w:r>
            <w:r w:rsidRPr="00AA46C3">
              <w:rPr>
                <w:rtl/>
              </w:rPr>
              <w:t xml:space="preserve"> </w:t>
            </w:r>
            <w:r w:rsidRPr="00AA46C3">
              <w:rPr>
                <w:rFonts w:hint="cs"/>
                <w:rtl/>
              </w:rPr>
              <w:t>في</w:t>
            </w:r>
            <w:r w:rsidRPr="00AA46C3">
              <w:rPr>
                <w:rtl/>
              </w:rPr>
              <w:t xml:space="preserve"> </w:t>
            </w:r>
            <w:r w:rsidRPr="00AA46C3">
              <w:rPr>
                <w:rFonts w:hint="cs"/>
                <w:rtl/>
              </w:rPr>
              <w:t>تعريب</w:t>
            </w:r>
            <w:r w:rsidRPr="00AA46C3">
              <w:rPr>
                <w:rtl/>
              </w:rPr>
              <w:t xml:space="preserve"> </w:t>
            </w:r>
            <w:r w:rsidRPr="00AA46C3">
              <w:rPr>
                <w:rFonts w:hint="cs"/>
                <w:rtl/>
              </w:rPr>
              <w:t>المصطلحات</w:t>
            </w:r>
            <w:r w:rsidRPr="00AA46C3">
              <w:rPr>
                <w:rtl/>
              </w:rPr>
              <w:t xml:space="preserve"> </w:t>
            </w:r>
            <w:r w:rsidRPr="00AA46C3">
              <w:rPr>
                <w:rFonts w:hint="cs"/>
                <w:rtl/>
              </w:rPr>
              <w:t>التقنية</w:t>
            </w:r>
            <w:r w:rsidRPr="00AA46C3">
              <w:rPr>
                <w:rtl/>
              </w:rPr>
              <w:t xml:space="preserve"> (</w:t>
            </w:r>
            <w:r w:rsidRPr="00AA46C3">
              <w:rPr>
                <w:rFonts w:hint="cs"/>
                <w:rtl/>
              </w:rPr>
              <w:t>التعرّف</w:t>
            </w:r>
            <w:r w:rsidRPr="00AA46C3">
              <w:rPr>
                <w:rtl/>
              </w:rPr>
              <w:t xml:space="preserve"> </w:t>
            </w:r>
            <w:r w:rsidRPr="00AA46C3">
              <w:rPr>
                <w:rFonts w:hint="cs"/>
                <w:rtl/>
              </w:rPr>
              <w:t>على</w:t>
            </w:r>
            <w:r w:rsidRPr="00AA46C3">
              <w:rPr>
                <w:rtl/>
              </w:rPr>
              <w:t xml:space="preserve"> </w:t>
            </w:r>
            <w:r w:rsidRPr="00AA46C3">
              <w:rPr>
                <w:rFonts w:hint="cs"/>
                <w:rtl/>
              </w:rPr>
              <w:t>الوجه</w:t>
            </w:r>
            <w:r w:rsidRPr="00AA46C3">
              <w:rPr>
                <w:rtl/>
              </w:rPr>
              <w:t>/</w:t>
            </w:r>
            <w:r w:rsidRPr="00AA46C3">
              <w:rPr>
                <w:rFonts w:hint="cs"/>
                <w:rtl/>
              </w:rPr>
              <w:t>الرؤية</w:t>
            </w:r>
            <w:r w:rsidRPr="00AA46C3">
              <w:rPr>
                <w:rtl/>
              </w:rPr>
              <w:t xml:space="preserve"> </w:t>
            </w:r>
            <w:r w:rsidRPr="00AA46C3">
              <w:rPr>
                <w:rFonts w:hint="cs"/>
                <w:rtl/>
              </w:rPr>
              <w:t>الحاسوبية</w:t>
            </w:r>
            <w:r w:rsidRPr="00AA46C3">
              <w:rPr>
                <w:rtl/>
              </w:rPr>
              <w:t>/</w:t>
            </w:r>
            <w:r w:rsidRPr="00AA46C3">
              <w:rPr>
                <w:rFonts w:hint="cs"/>
                <w:rtl/>
              </w:rPr>
              <w:t>تحليل</w:t>
            </w:r>
            <w:r w:rsidRPr="00AA46C3">
              <w:rPr>
                <w:rtl/>
              </w:rPr>
              <w:t xml:space="preserve"> </w:t>
            </w:r>
            <w:r w:rsidRPr="00AA46C3">
              <w:rPr>
                <w:rFonts w:hint="cs"/>
                <w:rtl/>
              </w:rPr>
              <w:t>الفيديو</w:t>
            </w:r>
            <w:r w:rsidRPr="00AA46C3">
              <w:rPr>
                <w:rtl/>
              </w:rPr>
              <w:t>)</w:t>
            </w:r>
            <w:r w:rsidRPr="00AA46C3">
              <w:t>.</w:t>
            </w:r>
          </w:p>
        </w:tc>
        <w:tc>
          <w:tcPr>
            <w:tcW w:w="1980" w:type="dxa"/>
          </w:tcPr>
          <w:p w14:paraId="19573E2E" w14:textId="5EF35968" w:rsidR="00A14790" w:rsidRDefault="00A14790" w:rsidP="00A14790">
            <w:pPr>
              <w:bidi/>
              <w:rPr>
                <w:rFonts w:ascii="Arial" w:hAnsi="Arial"/>
              </w:rPr>
            </w:pPr>
            <w:r w:rsidRPr="00A36386">
              <w:rPr>
                <w:rFonts w:hint="cs"/>
                <w:rtl/>
              </w:rPr>
              <w:t>مواضع</w:t>
            </w:r>
            <w:r w:rsidRPr="00A36386">
              <w:rPr>
                <w:rtl/>
              </w:rPr>
              <w:t xml:space="preserve"> </w:t>
            </w:r>
            <w:r w:rsidRPr="00A36386">
              <w:rPr>
                <w:rFonts w:hint="cs"/>
                <w:rtl/>
              </w:rPr>
              <w:t>متعددة</w:t>
            </w:r>
          </w:p>
        </w:tc>
        <w:tc>
          <w:tcPr>
            <w:tcW w:w="1278" w:type="dxa"/>
          </w:tcPr>
          <w:p w14:paraId="532502D6" w14:textId="719C6EE5" w:rsidR="00A14790" w:rsidRDefault="00A14790" w:rsidP="00A14790">
            <w:pPr>
              <w:bidi/>
              <w:rPr>
                <w:rFonts w:ascii="Arial" w:hAnsi="Arial"/>
              </w:rPr>
            </w:pPr>
            <w:r>
              <w:rPr>
                <w:rFonts w:ascii="Arial" w:hAnsi="Arial"/>
              </w:rPr>
              <w:t>4</w:t>
            </w:r>
          </w:p>
        </w:tc>
      </w:tr>
    </w:tbl>
    <w:p w14:paraId="209837AA" w14:textId="77777777" w:rsidR="00A14790" w:rsidRDefault="00A14790" w:rsidP="00A14790">
      <w:pPr>
        <w:bidi/>
      </w:pPr>
    </w:p>
    <w:p w14:paraId="6F1D8DF3" w14:textId="77777777" w:rsidR="00A00555" w:rsidRDefault="00A35E6B" w:rsidP="00A14790">
      <w:pPr>
        <w:pStyle w:val="Heading2"/>
        <w:bidi/>
      </w:pPr>
      <w:proofErr w:type="spellStart"/>
      <w:r>
        <w:rPr>
          <w:rFonts w:ascii="Arial" w:hAnsi="Arial"/>
          <w:sz w:val="28"/>
        </w:rPr>
        <w:t>مشكلة</w:t>
      </w:r>
      <w:proofErr w:type="spellEnd"/>
      <w:r>
        <w:rPr>
          <w:rFonts w:ascii="Arial" w:hAnsi="Arial"/>
          <w:sz w:val="28"/>
        </w:rPr>
        <w:t xml:space="preserve"> </w:t>
      </w:r>
      <w:proofErr w:type="spellStart"/>
      <w:r>
        <w:rPr>
          <w:rFonts w:ascii="Arial" w:hAnsi="Arial"/>
          <w:sz w:val="28"/>
        </w:rPr>
        <w:t>الدراسة</w:t>
      </w:r>
      <w:proofErr w:type="spellEnd"/>
    </w:p>
    <w:tbl>
      <w:tblPr>
        <w:tblStyle w:val="TableGrid"/>
        <w:tblW w:w="0" w:type="auto"/>
        <w:jc w:val="right"/>
        <w:tblLook w:val="04A0" w:firstRow="1" w:lastRow="0" w:firstColumn="1" w:lastColumn="0" w:noHBand="0" w:noVBand="1"/>
      </w:tblPr>
      <w:tblGrid>
        <w:gridCol w:w="3835"/>
        <w:gridCol w:w="2662"/>
        <w:gridCol w:w="1285"/>
        <w:gridCol w:w="848"/>
      </w:tblGrid>
      <w:tr w:rsidR="00A14790" w14:paraId="0BF94382" w14:textId="63E40919" w:rsidTr="00BF4129">
        <w:trPr>
          <w:jc w:val="right"/>
        </w:trPr>
        <w:tc>
          <w:tcPr>
            <w:tcW w:w="4395" w:type="dxa"/>
          </w:tcPr>
          <w:p w14:paraId="07F6391A" w14:textId="16D7417D" w:rsidR="00A14790" w:rsidRDefault="00A14790" w:rsidP="00A14790">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3015" w:type="dxa"/>
          </w:tcPr>
          <w:p w14:paraId="271D04D1" w14:textId="7B203BC9" w:rsidR="00A14790" w:rsidRDefault="00A14790" w:rsidP="00A14790">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379" w:type="dxa"/>
          </w:tcPr>
          <w:p w14:paraId="5969B580" w14:textId="5CD536D9" w:rsidR="00A14790" w:rsidRDefault="00A14790" w:rsidP="00A14790">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848" w:type="dxa"/>
          </w:tcPr>
          <w:p w14:paraId="3E3DEDCF" w14:textId="51954DB6" w:rsidR="00A14790" w:rsidRDefault="00A14790" w:rsidP="00A14790">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A14790" w14:paraId="77D0E846" w14:textId="68D8EB60" w:rsidTr="00BF4129">
        <w:trPr>
          <w:jc w:val="right"/>
        </w:trPr>
        <w:tc>
          <w:tcPr>
            <w:tcW w:w="4395" w:type="dxa"/>
          </w:tcPr>
          <w:p w14:paraId="6F67AFD1" w14:textId="76D03F86" w:rsidR="00A14790" w:rsidRDefault="00097626" w:rsidP="00A14790">
            <w:pPr>
              <w:bidi/>
            </w:pPr>
            <w:r w:rsidRPr="00097626">
              <w:rPr>
                <w:rFonts w:ascii="Arial" w:hAnsi="Arial" w:cs="Arial" w:hint="cs"/>
                <w:rtl/>
              </w:rPr>
              <w:t>أعد</w:t>
            </w:r>
            <w:r w:rsidRPr="00097626">
              <w:rPr>
                <w:rFonts w:ascii="Arial" w:hAnsi="Arial" w:cs="Arial"/>
                <w:rtl/>
              </w:rPr>
              <w:t xml:space="preserve"> </w:t>
            </w:r>
            <w:r w:rsidRPr="00097626">
              <w:rPr>
                <w:rFonts w:ascii="Arial" w:hAnsi="Arial" w:cs="Arial" w:hint="cs"/>
                <w:rtl/>
              </w:rPr>
              <w:t>كتابة</w:t>
            </w:r>
            <w:r w:rsidRPr="00097626">
              <w:rPr>
                <w:rFonts w:ascii="Arial" w:hAnsi="Arial" w:cs="Arial"/>
                <w:rtl/>
              </w:rPr>
              <w:t xml:space="preserve"> </w:t>
            </w:r>
            <w:r w:rsidRPr="00097626">
              <w:rPr>
                <w:rFonts w:ascii="Arial" w:hAnsi="Arial" w:cs="Arial" w:hint="cs"/>
                <w:rtl/>
              </w:rPr>
              <w:t>المشكلة</w:t>
            </w:r>
            <w:r w:rsidRPr="00097626">
              <w:rPr>
                <w:rFonts w:ascii="Arial" w:hAnsi="Arial" w:cs="Arial"/>
                <w:rtl/>
              </w:rPr>
              <w:t xml:space="preserve"> </w:t>
            </w:r>
            <w:r w:rsidRPr="00097626">
              <w:rPr>
                <w:rFonts w:ascii="Arial" w:hAnsi="Arial" w:cs="Arial" w:hint="cs"/>
                <w:rtl/>
              </w:rPr>
              <w:t>وفق</w:t>
            </w:r>
            <w:r w:rsidRPr="00097626">
              <w:rPr>
                <w:rFonts w:ascii="Arial" w:hAnsi="Arial" w:cs="Arial"/>
                <w:rtl/>
              </w:rPr>
              <w:t xml:space="preserve"> </w:t>
            </w:r>
            <w:r w:rsidRPr="00097626">
              <w:rPr>
                <w:rFonts w:ascii="Arial" w:hAnsi="Arial" w:cs="Arial" w:hint="cs"/>
                <w:rtl/>
              </w:rPr>
              <w:t>التسلسل</w:t>
            </w:r>
            <w:r w:rsidRPr="00097626">
              <w:rPr>
                <w:rFonts w:ascii="Arial" w:hAnsi="Arial" w:cs="Arial"/>
                <w:rtl/>
              </w:rPr>
              <w:t>: (</w:t>
            </w:r>
            <w:r w:rsidRPr="00097626">
              <w:rPr>
                <w:rFonts w:ascii="Arial" w:hAnsi="Arial" w:cs="Arial" w:hint="cs"/>
                <w:rtl/>
              </w:rPr>
              <w:t>أ</w:t>
            </w:r>
            <w:r w:rsidRPr="00097626">
              <w:rPr>
                <w:rFonts w:ascii="Arial" w:hAnsi="Arial" w:cs="Arial"/>
                <w:rtl/>
              </w:rPr>
              <w:t xml:space="preserve">) </w:t>
            </w:r>
            <w:r w:rsidRPr="00097626">
              <w:rPr>
                <w:rFonts w:ascii="Arial" w:hAnsi="Arial" w:cs="Arial" w:hint="cs"/>
                <w:rtl/>
              </w:rPr>
              <w:t>توصيف</w:t>
            </w:r>
            <w:r w:rsidRPr="00097626">
              <w:rPr>
                <w:rFonts w:ascii="Arial" w:hAnsi="Arial" w:cs="Arial"/>
                <w:rtl/>
              </w:rPr>
              <w:t xml:space="preserve"> </w:t>
            </w:r>
            <w:r w:rsidRPr="00097626">
              <w:rPr>
                <w:rFonts w:ascii="Arial" w:hAnsi="Arial" w:cs="Arial" w:hint="cs"/>
                <w:rtl/>
              </w:rPr>
              <w:t>موجز</w:t>
            </w:r>
            <w:r w:rsidRPr="00097626">
              <w:rPr>
                <w:rFonts w:ascii="Arial" w:hAnsi="Arial" w:cs="Arial"/>
                <w:rtl/>
              </w:rPr>
              <w:t xml:space="preserve"> </w:t>
            </w:r>
            <w:r w:rsidRPr="00097626">
              <w:rPr>
                <w:rFonts w:ascii="Arial" w:hAnsi="Arial" w:cs="Arial" w:hint="cs"/>
                <w:rtl/>
              </w:rPr>
              <w:t>للوضع</w:t>
            </w:r>
            <w:r w:rsidRPr="00097626">
              <w:rPr>
                <w:rFonts w:ascii="Arial" w:hAnsi="Arial" w:cs="Arial"/>
                <w:rtl/>
              </w:rPr>
              <w:t xml:space="preserve"> </w:t>
            </w:r>
            <w:r w:rsidRPr="00097626">
              <w:rPr>
                <w:rFonts w:ascii="Arial" w:hAnsi="Arial" w:cs="Arial" w:hint="cs"/>
                <w:rtl/>
              </w:rPr>
              <w:t>الراهن</w:t>
            </w:r>
            <w:r w:rsidRPr="00097626">
              <w:rPr>
                <w:rFonts w:ascii="Arial" w:hAnsi="Arial" w:cs="Arial"/>
                <w:rtl/>
              </w:rPr>
              <w:t xml:space="preserve"> </w:t>
            </w:r>
            <w:r w:rsidRPr="00097626">
              <w:rPr>
                <w:rFonts w:ascii="Arial" w:hAnsi="Arial" w:cs="Arial" w:hint="cs"/>
                <w:rtl/>
              </w:rPr>
              <w:t>في</w:t>
            </w:r>
            <w:r w:rsidRPr="00097626">
              <w:rPr>
                <w:rFonts w:ascii="Arial" w:hAnsi="Arial" w:cs="Arial"/>
                <w:rtl/>
              </w:rPr>
              <w:t xml:space="preserve"> </w:t>
            </w:r>
            <w:r w:rsidRPr="00097626">
              <w:rPr>
                <w:rFonts w:ascii="Arial" w:hAnsi="Arial" w:cs="Arial" w:hint="cs"/>
                <w:rtl/>
              </w:rPr>
              <w:t>الرياض،</w:t>
            </w:r>
            <w:r w:rsidRPr="00097626">
              <w:rPr>
                <w:rFonts w:ascii="Arial" w:hAnsi="Arial" w:cs="Arial"/>
                <w:rtl/>
              </w:rPr>
              <w:t xml:space="preserve"> (</w:t>
            </w:r>
            <w:r w:rsidRPr="00097626">
              <w:rPr>
                <w:rFonts w:ascii="Arial" w:hAnsi="Arial" w:cs="Arial" w:hint="cs"/>
                <w:rtl/>
              </w:rPr>
              <w:t>ب</w:t>
            </w:r>
            <w:r w:rsidRPr="00097626">
              <w:rPr>
                <w:rFonts w:ascii="Arial" w:hAnsi="Arial" w:cs="Arial"/>
                <w:rtl/>
              </w:rPr>
              <w:t xml:space="preserve">) </w:t>
            </w:r>
            <w:r w:rsidRPr="00097626">
              <w:rPr>
                <w:rFonts w:ascii="Arial" w:hAnsi="Arial" w:cs="Arial" w:hint="cs"/>
                <w:rtl/>
              </w:rPr>
              <w:t>أعراض</w:t>
            </w:r>
            <w:r w:rsidRPr="00097626">
              <w:rPr>
                <w:rFonts w:ascii="Arial" w:hAnsi="Arial" w:cs="Arial"/>
                <w:rtl/>
              </w:rPr>
              <w:t xml:space="preserve"> </w:t>
            </w:r>
            <w:r w:rsidRPr="00097626">
              <w:rPr>
                <w:rFonts w:ascii="Arial" w:hAnsi="Arial" w:cs="Arial" w:hint="cs"/>
                <w:rtl/>
              </w:rPr>
              <w:t>القصور</w:t>
            </w:r>
            <w:r w:rsidRPr="00097626">
              <w:rPr>
                <w:rFonts w:ascii="Arial" w:hAnsi="Arial" w:cs="Arial"/>
                <w:rtl/>
              </w:rPr>
              <w:t xml:space="preserve"> </w:t>
            </w:r>
            <w:r w:rsidRPr="00097626">
              <w:rPr>
                <w:rFonts w:ascii="Arial" w:hAnsi="Arial" w:cs="Arial" w:hint="cs"/>
                <w:rtl/>
              </w:rPr>
              <w:t>التشغيلي</w:t>
            </w:r>
            <w:r w:rsidRPr="00097626">
              <w:rPr>
                <w:rFonts w:ascii="Arial" w:hAnsi="Arial" w:cs="Arial"/>
                <w:rtl/>
              </w:rPr>
              <w:t xml:space="preserve"> (</w:t>
            </w:r>
            <w:r w:rsidRPr="00097626">
              <w:rPr>
                <w:rFonts w:ascii="Arial" w:hAnsi="Arial" w:cs="Arial" w:hint="cs"/>
                <w:rtl/>
              </w:rPr>
              <w:t>تكامل</w:t>
            </w:r>
            <w:r w:rsidRPr="00097626">
              <w:rPr>
                <w:rFonts w:ascii="Arial" w:hAnsi="Arial" w:cs="Arial"/>
                <w:rtl/>
              </w:rPr>
              <w:t xml:space="preserve"> </w:t>
            </w:r>
            <w:r w:rsidRPr="00097626">
              <w:rPr>
                <w:rFonts w:ascii="Arial" w:hAnsi="Arial" w:cs="Arial" w:hint="cs"/>
                <w:rtl/>
              </w:rPr>
              <w:t>منخفض</w:t>
            </w:r>
            <w:r w:rsidRPr="00097626">
              <w:rPr>
                <w:rFonts w:ascii="Arial" w:hAnsi="Arial" w:cs="Arial"/>
                <w:rtl/>
              </w:rPr>
              <w:t>/</w:t>
            </w:r>
            <w:r w:rsidRPr="00097626">
              <w:rPr>
                <w:rFonts w:ascii="Arial" w:hAnsi="Arial" w:cs="Arial" w:hint="cs"/>
                <w:rtl/>
              </w:rPr>
              <w:t>نقص</w:t>
            </w:r>
            <w:r w:rsidRPr="00097626">
              <w:rPr>
                <w:rFonts w:ascii="Arial" w:hAnsi="Arial" w:cs="Arial"/>
                <w:rtl/>
              </w:rPr>
              <w:t xml:space="preserve"> </w:t>
            </w:r>
            <w:r w:rsidRPr="00097626">
              <w:rPr>
                <w:rFonts w:ascii="Arial" w:hAnsi="Arial" w:cs="Arial" w:hint="cs"/>
                <w:rtl/>
              </w:rPr>
              <w:t>كفاءات</w:t>
            </w:r>
            <w:r w:rsidRPr="00097626">
              <w:rPr>
                <w:rFonts w:ascii="Arial" w:hAnsi="Arial" w:cs="Arial"/>
                <w:rtl/>
              </w:rPr>
              <w:t>/</w:t>
            </w:r>
            <w:r w:rsidRPr="00097626">
              <w:rPr>
                <w:rFonts w:ascii="Arial" w:hAnsi="Arial" w:cs="Arial" w:hint="cs"/>
                <w:rtl/>
              </w:rPr>
              <w:t>قيود</w:t>
            </w:r>
            <w:r w:rsidRPr="00097626">
              <w:rPr>
                <w:rFonts w:ascii="Arial" w:hAnsi="Arial" w:cs="Arial"/>
                <w:rtl/>
              </w:rPr>
              <w:t xml:space="preserve"> </w:t>
            </w:r>
            <w:r w:rsidRPr="00097626">
              <w:rPr>
                <w:rFonts w:ascii="Arial" w:hAnsi="Arial" w:cs="Arial" w:hint="cs"/>
                <w:rtl/>
              </w:rPr>
              <w:t>الخصوصية</w:t>
            </w:r>
            <w:r w:rsidRPr="00097626">
              <w:rPr>
                <w:rFonts w:ascii="Arial" w:hAnsi="Arial" w:cs="Arial"/>
                <w:rtl/>
              </w:rPr>
              <w:t>)</w:t>
            </w:r>
            <w:r w:rsidRPr="00097626">
              <w:rPr>
                <w:rFonts w:ascii="Arial" w:hAnsi="Arial" w:cs="Arial" w:hint="cs"/>
                <w:rtl/>
              </w:rPr>
              <w:t>،</w:t>
            </w:r>
            <w:r w:rsidRPr="00097626">
              <w:rPr>
                <w:rFonts w:ascii="Arial" w:hAnsi="Arial" w:cs="Arial"/>
                <w:rtl/>
              </w:rPr>
              <w:t xml:space="preserve"> (</w:t>
            </w:r>
            <w:r w:rsidRPr="00097626">
              <w:rPr>
                <w:rFonts w:ascii="Arial" w:hAnsi="Arial" w:cs="Arial" w:hint="cs"/>
                <w:rtl/>
              </w:rPr>
              <w:t>ج</w:t>
            </w:r>
            <w:r w:rsidRPr="00097626">
              <w:rPr>
                <w:rFonts w:ascii="Arial" w:hAnsi="Arial" w:cs="Arial"/>
                <w:rtl/>
              </w:rPr>
              <w:t xml:space="preserve">) </w:t>
            </w:r>
            <w:r w:rsidRPr="00097626">
              <w:rPr>
                <w:rFonts w:ascii="Arial" w:hAnsi="Arial" w:cs="Arial" w:hint="cs"/>
                <w:rtl/>
              </w:rPr>
              <w:t>قصور</w:t>
            </w:r>
            <w:r w:rsidRPr="00097626">
              <w:rPr>
                <w:rFonts w:ascii="Arial" w:hAnsi="Arial" w:cs="Arial"/>
                <w:rtl/>
              </w:rPr>
              <w:t xml:space="preserve"> </w:t>
            </w:r>
            <w:r w:rsidRPr="00097626">
              <w:rPr>
                <w:rFonts w:ascii="Arial" w:hAnsi="Arial" w:cs="Arial" w:hint="cs"/>
                <w:rtl/>
              </w:rPr>
              <w:t>الأدبيات</w:t>
            </w:r>
            <w:r w:rsidRPr="00097626">
              <w:rPr>
                <w:rFonts w:ascii="Arial" w:hAnsi="Arial" w:cs="Arial"/>
                <w:rtl/>
              </w:rPr>
              <w:t xml:space="preserve"> </w:t>
            </w:r>
            <w:r w:rsidRPr="00097626">
              <w:rPr>
                <w:rFonts w:ascii="Arial" w:hAnsi="Arial" w:cs="Arial" w:hint="cs"/>
                <w:rtl/>
              </w:rPr>
              <w:t>في</w:t>
            </w:r>
            <w:r w:rsidRPr="00097626">
              <w:rPr>
                <w:rFonts w:ascii="Arial" w:hAnsi="Arial" w:cs="Arial"/>
                <w:rtl/>
              </w:rPr>
              <w:t xml:space="preserve"> </w:t>
            </w:r>
            <w:r w:rsidRPr="00097626">
              <w:rPr>
                <w:rFonts w:ascii="Arial" w:hAnsi="Arial" w:cs="Arial" w:hint="cs"/>
                <w:rtl/>
              </w:rPr>
              <w:t>الربط</w:t>
            </w:r>
            <w:r w:rsidRPr="00097626">
              <w:rPr>
                <w:rFonts w:ascii="Arial" w:hAnsi="Arial" w:cs="Arial"/>
                <w:rtl/>
              </w:rPr>
              <w:t xml:space="preserve"> </w:t>
            </w:r>
            <w:r w:rsidRPr="00097626">
              <w:rPr>
                <w:rFonts w:ascii="Arial" w:hAnsi="Arial" w:cs="Arial" w:hint="cs"/>
                <w:rtl/>
              </w:rPr>
              <w:t>التحليلي</w:t>
            </w:r>
            <w:r w:rsidRPr="00097626">
              <w:rPr>
                <w:rFonts w:ascii="Arial" w:hAnsi="Arial" w:cs="Arial"/>
                <w:rtl/>
              </w:rPr>
              <w:t xml:space="preserve"> </w:t>
            </w:r>
            <w:r w:rsidRPr="00097626">
              <w:rPr>
                <w:rFonts w:ascii="Arial" w:hAnsi="Arial" w:cs="Arial" w:hint="cs"/>
                <w:rtl/>
              </w:rPr>
              <w:t>بين</w:t>
            </w:r>
            <w:r w:rsidRPr="00097626">
              <w:rPr>
                <w:rFonts w:ascii="Arial" w:hAnsi="Arial" w:cs="Arial"/>
                <w:rtl/>
              </w:rPr>
              <w:t xml:space="preserve"> «</w:t>
            </w:r>
            <w:r w:rsidRPr="00097626">
              <w:rPr>
                <w:rFonts w:ascii="Arial" w:hAnsi="Arial" w:cs="Arial" w:hint="cs"/>
                <w:rtl/>
              </w:rPr>
              <w:t>الاستخدام</w:t>
            </w:r>
            <w:r w:rsidRPr="00097626">
              <w:rPr>
                <w:rFonts w:ascii="Arial" w:hAnsi="Arial" w:cs="Arial"/>
                <w:rtl/>
              </w:rPr>
              <w:t xml:space="preserve"> </w:t>
            </w:r>
            <w:r w:rsidRPr="00097626">
              <w:rPr>
                <w:rFonts w:ascii="Arial" w:hAnsi="Arial" w:cs="Arial" w:hint="cs"/>
                <w:rtl/>
              </w:rPr>
              <w:t>الفعلي</w:t>
            </w:r>
            <w:r w:rsidRPr="00097626">
              <w:rPr>
                <w:rFonts w:ascii="Arial" w:hAnsi="Arial" w:cs="Arial"/>
                <w:rtl/>
              </w:rPr>
              <w:t xml:space="preserve"> </w:t>
            </w:r>
            <w:r w:rsidRPr="00097626">
              <w:rPr>
                <w:rFonts w:ascii="Arial" w:hAnsi="Arial" w:cs="Arial" w:hint="cs"/>
                <w:rtl/>
              </w:rPr>
              <w:t>للذكاء</w:t>
            </w:r>
            <w:r w:rsidRPr="00097626">
              <w:rPr>
                <w:rFonts w:ascii="Arial" w:hAnsi="Arial" w:cs="Arial"/>
                <w:rtl/>
              </w:rPr>
              <w:t xml:space="preserve"> </w:t>
            </w:r>
            <w:r w:rsidRPr="00097626">
              <w:rPr>
                <w:rFonts w:ascii="Arial" w:hAnsi="Arial" w:cs="Arial" w:hint="cs"/>
                <w:rtl/>
              </w:rPr>
              <w:t>الاصطناعي</w:t>
            </w:r>
            <w:r w:rsidRPr="00097626">
              <w:rPr>
                <w:rFonts w:ascii="Arial" w:hAnsi="Arial" w:cs="Arial" w:hint="eastAsia"/>
                <w:rtl/>
              </w:rPr>
              <w:t>»</w:t>
            </w:r>
            <w:r w:rsidRPr="00097626">
              <w:rPr>
                <w:rFonts w:ascii="Arial" w:hAnsi="Arial" w:cs="Arial"/>
                <w:rtl/>
              </w:rPr>
              <w:t xml:space="preserve"> </w:t>
            </w:r>
            <w:r w:rsidRPr="00097626">
              <w:rPr>
                <w:rFonts w:ascii="Arial" w:hAnsi="Arial" w:cs="Arial" w:hint="cs"/>
                <w:rtl/>
              </w:rPr>
              <w:t>و</w:t>
            </w:r>
            <w:r w:rsidRPr="00097626">
              <w:rPr>
                <w:rFonts w:ascii="Arial" w:hAnsi="Arial" w:cs="Arial" w:hint="eastAsia"/>
                <w:rtl/>
              </w:rPr>
              <w:t>«</w:t>
            </w:r>
            <w:r w:rsidRPr="00097626">
              <w:rPr>
                <w:rFonts w:ascii="Arial" w:hAnsi="Arial" w:cs="Arial" w:hint="cs"/>
                <w:rtl/>
              </w:rPr>
              <w:t>مؤشرات</w:t>
            </w:r>
            <w:r w:rsidRPr="00097626">
              <w:rPr>
                <w:rFonts w:ascii="Arial" w:hAnsi="Arial" w:cs="Arial"/>
                <w:rtl/>
              </w:rPr>
              <w:t xml:space="preserve"> </w:t>
            </w:r>
            <w:r w:rsidRPr="00097626">
              <w:rPr>
                <w:rFonts w:ascii="Arial" w:hAnsi="Arial" w:cs="Arial" w:hint="cs"/>
                <w:rtl/>
              </w:rPr>
              <w:t>الأداء</w:t>
            </w:r>
            <w:r w:rsidRPr="00097626">
              <w:rPr>
                <w:rFonts w:ascii="Arial" w:hAnsi="Arial" w:cs="Arial"/>
                <w:rtl/>
              </w:rPr>
              <w:t xml:space="preserve"> </w:t>
            </w:r>
            <w:r w:rsidRPr="00097626">
              <w:rPr>
                <w:rFonts w:ascii="Arial" w:hAnsi="Arial" w:cs="Arial" w:hint="cs"/>
                <w:rtl/>
              </w:rPr>
              <w:t>الأمني</w:t>
            </w:r>
            <w:r w:rsidRPr="00097626">
              <w:rPr>
                <w:rFonts w:ascii="Arial" w:hAnsi="Arial" w:cs="Arial" w:hint="eastAsia"/>
                <w:rtl/>
              </w:rPr>
              <w:t>»</w:t>
            </w:r>
            <w:r w:rsidRPr="00097626">
              <w:rPr>
                <w:rFonts w:ascii="Arial" w:hAnsi="Arial" w:cs="Arial" w:hint="cs"/>
                <w:rtl/>
              </w:rPr>
              <w:t>،</w:t>
            </w:r>
            <w:r w:rsidRPr="00097626">
              <w:rPr>
                <w:rFonts w:ascii="Arial" w:hAnsi="Arial" w:cs="Arial"/>
                <w:rtl/>
              </w:rPr>
              <w:t xml:space="preserve"> (</w:t>
            </w:r>
            <w:r w:rsidRPr="00097626">
              <w:rPr>
                <w:rFonts w:ascii="Arial" w:hAnsi="Arial" w:cs="Arial" w:hint="cs"/>
                <w:rtl/>
              </w:rPr>
              <w:t>د</w:t>
            </w:r>
            <w:r w:rsidRPr="00097626">
              <w:rPr>
                <w:rFonts w:ascii="Arial" w:hAnsi="Arial" w:cs="Arial"/>
                <w:rtl/>
              </w:rPr>
              <w:t xml:space="preserve">) </w:t>
            </w:r>
            <w:r w:rsidRPr="00097626">
              <w:rPr>
                <w:rFonts w:ascii="Arial" w:hAnsi="Arial" w:cs="Arial" w:hint="cs"/>
                <w:rtl/>
              </w:rPr>
              <w:t>خاتمة</w:t>
            </w:r>
            <w:r w:rsidRPr="00097626">
              <w:rPr>
                <w:rFonts w:ascii="Arial" w:hAnsi="Arial" w:cs="Arial"/>
                <w:rtl/>
              </w:rPr>
              <w:t xml:space="preserve"> </w:t>
            </w:r>
            <w:r w:rsidRPr="00097626">
              <w:rPr>
                <w:rFonts w:ascii="Arial" w:hAnsi="Arial" w:cs="Arial" w:hint="cs"/>
                <w:rtl/>
              </w:rPr>
              <w:t>بصياغة</w:t>
            </w:r>
            <w:r w:rsidRPr="00097626">
              <w:rPr>
                <w:rFonts w:ascii="Arial" w:hAnsi="Arial" w:cs="Arial"/>
                <w:rtl/>
              </w:rPr>
              <w:t xml:space="preserve"> </w:t>
            </w:r>
            <w:r w:rsidRPr="00097626">
              <w:rPr>
                <w:rFonts w:ascii="Arial" w:hAnsi="Arial" w:cs="Arial" w:hint="cs"/>
                <w:rtl/>
              </w:rPr>
              <w:t>المشكلة</w:t>
            </w:r>
            <w:r w:rsidRPr="00097626">
              <w:rPr>
                <w:rFonts w:ascii="Arial" w:hAnsi="Arial" w:cs="Arial"/>
                <w:rtl/>
              </w:rPr>
              <w:t xml:space="preserve"> </w:t>
            </w:r>
            <w:r w:rsidRPr="00097626">
              <w:rPr>
                <w:rFonts w:ascii="Arial" w:hAnsi="Arial" w:cs="Arial" w:hint="cs"/>
                <w:rtl/>
              </w:rPr>
              <w:t>وسؤال</w:t>
            </w:r>
            <w:r w:rsidRPr="00097626">
              <w:rPr>
                <w:rFonts w:ascii="Arial" w:hAnsi="Arial" w:cs="Arial"/>
                <w:rtl/>
              </w:rPr>
              <w:t xml:space="preserve"> </w:t>
            </w:r>
            <w:r w:rsidRPr="00097626">
              <w:rPr>
                <w:rFonts w:ascii="Arial" w:hAnsi="Arial" w:cs="Arial" w:hint="cs"/>
                <w:rtl/>
              </w:rPr>
              <w:t>رئيس</w:t>
            </w:r>
            <w:r w:rsidRPr="00097626">
              <w:rPr>
                <w:rFonts w:ascii="Arial" w:hAnsi="Arial" w:cs="Arial"/>
                <w:rtl/>
              </w:rPr>
              <w:t xml:space="preserve"> </w:t>
            </w:r>
            <w:r w:rsidRPr="00097626">
              <w:rPr>
                <w:rFonts w:ascii="Arial" w:hAnsi="Arial" w:cs="Arial" w:hint="cs"/>
                <w:rtl/>
              </w:rPr>
              <w:t>مباشر</w:t>
            </w:r>
            <w:r w:rsidRPr="00097626">
              <w:rPr>
                <w:rFonts w:ascii="Arial" w:hAnsi="Arial" w:cs="Arial"/>
                <w:rtl/>
              </w:rPr>
              <w:t>.</w:t>
            </w:r>
          </w:p>
        </w:tc>
        <w:tc>
          <w:tcPr>
            <w:tcW w:w="3015" w:type="dxa"/>
          </w:tcPr>
          <w:p w14:paraId="2268C103" w14:textId="15C7DFB5" w:rsidR="00A14790" w:rsidRDefault="00A14790" w:rsidP="00A14790">
            <w:pPr>
              <w:bidi/>
              <w:rPr>
                <w:rFonts w:ascii="Arial" w:hAnsi="Arial"/>
              </w:rPr>
            </w:pPr>
            <w:r w:rsidRPr="003770AF">
              <w:rPr>
                <w:rFonts w:hint="cs"/>
                <w:rtl/>
              </w:rPr>
              <w:t>المشكلة</w:t>
            </w:r>
            <w:r w:rsidRPr="003770AF">
              <w:rPr>
                <w:rtl/>
              </w:rPr>
              <w:t xml:space="preserve"> </w:t>
            </w:r>
            <w:r w:rsidRPr="003770AF">
              <w:rPr>
                <w:rFonts w:hint="cs"/>
                <w:rtl/>
              </w:rPr>
              <w:t>مصاغة</w:t>
            </w:r>
            <w:r w:rsidRPr="003770AF">
              <w:rPr>
                <w:rtl/>
              </w:rPr>
              <w:t xml:space="preserve"> </w:t>
            </w:r>
            <w:r w:rsidRPr="003770AF">
              <w:rPr>
                <w:rFonts w:hint="cs"/>
                <w:rtl/>
              </w:rPr>
              <w:t>بصورة</w:t>
            </w:r>
            <w:r w:rsidRPr="003770AF">
              <w:rPr>
                <w:rtl/>
              </w:rPr>
              <w:t xml:space="preserve"> </w:t>
            </w:r>
            <w:r w:rsidRPr="003770AF">
              <w:rPr>
                <w:rFonts w:hint="cs"/>
                <w:rtl/>
              </w:rPr>
              <w:t>وصفية</w:t>
            </w:r>
            <w:r w:rsidRPr="003770AF">
              <w:rPr>
                <w:rtl/>
              </w:rPr>
              <w:t xml:space="preserve"> </w:t>
            </w:r>
            <w:r w:rsidRPr="003770AF">
              <w:rPr>
                <w:rFonts w:hint="cs"/>
                <w:rtl/>
              </w:rPr>
              <w:t>تحصي</w:t>
            </w:r>
            <w:r w:rsidRPr="003770AF">
              <w:rPr>
                <w:rtl/>
              </w:rPr>
              <w:t xml:space="preserve"> </w:t>
            </w:r>
            <w:r w:rsidRPr="003770AF">
              <w:rPr>
                <w:rFonts w:hint="cs"/>
                <w:rtl/>
              </w:rPr>
              <w:t>التحديات</w:t>
            </w:r>
            <w:r w:rsidRPr="003770AF">
              <w:rPr>
                <w:rtl/>
              </w:rPr>
              <w:t xml:space="preserve"> </w:t>
            </w:r>
            <w:r w:rsidRPr="003770AF">
              <w:rPr>
                <w:rFonts w:hint="cs"/>
                <w:rtl/>
              </w:rPr>
              <w:t>من</w:t>
            </w:r>
            <w:r w:rsidRPr="003770AF">
              <w:rPr>
                <w:rtl/>
              </w:rPr>
              <w:t xml:space="preserve"> </w:t>
            </w:r>
            <w:r w:rsidRPr="003770AF">
              <w:rPr>
                <w:rFonts w:hint="cs"/>
                <w:rtl/>
              </w:rPr>
              <w:t>غير</w:t>
            </w:r>
            <w:r w:rsidRPr="003770AF">
              <w:rPr>
                <w:rtl/>
              </w:rPr>
              <w:t xml:space="preserve"> </w:t>
            </w:r>
            <w:r w:rsidRPr="003770AF">
              <w:rPr>
                <w:rFonts w:hint="cs"/>
                <w:rtl/>
              </w:rPr>
              <w:t>إبراز</w:t>
            </w:r>
            <w:r w:rsidRPr="003770AF">
              <w:rPr>
                <w:rtl/>
              </w:rPr>
              <w:t xml:space="preserve"> «</w:t>
            </w:r>
            <w:r w:rsidRPr="003770AF">
              <w:rPr>
                <w:rFonts w:hint="cs"/>
                <w:rtl/>
              </w:rPr>
              <w:t>المكوّن</w:t>
            </w:r>
            <w:r w:rsidRPr="003770AF">
              <w:rPr>
                <w:rtl/>
              </w:rPr>
              <w:t xml:space="preserve"> </w:t>
            </w:r>
            <w:r w:rsidRPr="003770AF">
              <w:rPr>
                <w:rFonts w:hint="cs"/>
                <w:rtl/>
              </w:rPr>
              <w:t>السببي</w:t>
            </w:r>
            <w:r w:rsidRPr="003770AF">
              <w:rPr>
                <w:rFonts w:hint="eastAsia"/>
                <w:rtl/>
              </w:rPr>
              <w:t>»</w:t>
            </w:r>
            <w:r w:rsidRPr="003770AF">
              <w:rPr>
                <w:rtl/>
              </w:rPr>
              <w:t xml:space="preserve"> </w:t>
            </w:r>
            <w:r w:rsidRPr="003770AF">
              <w:rPr>
                <w:rFonts w:hint="cs"/>
                <w:rtl/>
              </w:rPr>
              <w:t>الذي</w:t>
            </w:r>
            <w:r w:rsidRPr="003770AF">
              <w:rPr>
                <w:rtl/>
              </w:rPr>
              <w:t xml:space="preserve"> </w:t>
            </w:r>
            <w:r w:rsidRPr="003770AF">
              <w:rPr>
                <w:rFonts w:hint="cs"/>
                <w:rtl/>
              </w:rPr>
              <w:t>يفسّر</w:t>
            </w:r>
            <w:r w:rsidRPr="003770AF">
              <w:rPr>
                <w:rtl/>
              </w:rPr>
              <w:t xml:space="preserve"> </w:t>
            </w:r>
            <w:r w:rsidRPr="003770AF">
              <w:rPr>
                <w:rFonts w:hint="cs"/>
                <w:rtl/>
              </w:rPr>
              <w:t>فجوة</w:t>
            </w:r>
            <w:r w:rsidRPr="003770AF">
              <w:rPr>
                <w:rtl/>
              </w:rPr>
              <w:t xml:space="preserve"> </w:t>
            </w:r>
            <w:r w:rsidRPr="003770AF">
              <w:rPr>
                <w:rFonts w:hint="cs"/>
                <w:rtl/>
              </w:rPr>
              <w:t>الأداء</w:t>
            </w:r>
            <w:r w:rsidRPr="003770AF">
              <w:rPr>
                <w:rtl/>
              </w:rPr>
              <w:t xml:space="preserve"> </w:t>
            </w:r>
            <w:r w:rsidRPr="003770AF">
              <w:rPr>
                <w:rFonts w:hint="cs"/>
                <w:rtl/>
              </w:rPr>
              <w:t>بين</w:t>
            </w:r>
            <w:r w:rsidRPr="003770AF">
              <w:rPr>
                <w:rtl/>
              </w:rPr>
              <w:t xml:space="preserve"> </w:t>
            </w:r>
            <w:r w:rsidRPr="003770AF">
              <w:rPr>
                <w:rFonts w:hint="cs"/>
                <w:rtl/>
              </w:rPr>
              <w:t>الإمكانات</w:t>
            </w:r>
            <w:r w:rsidRPr="003770AF">
              <w:rPr>
                <w:rtl/>
              </w:rPr>
              <w:t xml:space="preserve"> </w:t>
            </w:r>
            <w:r w:rsidRPr="003770AF">
              <w:rPr>
                <w:rFonts w:hint="cs"/>
                <w:rtl/>
              </w:rPr>
              <w:t>التقنية</w:t>
            </w:r>
            <w:r w:rsidRPr="003770AF">
              <w:rPr>
                <w:rtl/>
              </w:rPr>
              <w:t xml:space="preserve"> </w:t>
            </w:r>
            <w:r w:rsidRPr="003770AF">
              <w:rPr>
                <w:rFonts w:hint="cs"/>
                <w:rtl/>
              </w:rPr>
              <w:t>والمخرجات</w:t>
            </w:r>
            <w:r w:rsidRPr="003770AF">
              <w:rPr>
                <w:rtl/>
              </w:rPr>
              <w:t xml:space="preserve"> </w:t>
            </w:r>
            <w:r w:rsidRPr="003770AF">
              <w:rPr>
                <w:rFonts w:hint="cs"/>
                <w:rtl/>
              </w:rPr>
              <w:t>الأمنية</w:t>
            </w:r>
            <w:r w:rsidRPr="003770AF">
              <w:t>.</w:t>
            </w:r>
          </w:p>
        </w:tc>
        <w:tc>
          <w:tcPr>
            <w:tcW w:w="1379" w:type="dxa"/>
          </w:tcPr>
          <w:p w14:paraId="00A0FF60" w14:textId="36113354" w:rsidR="00A14790" w:rsidRDefault="00A14790" w:rsidP="00A14790">
            <w:pPr>
              <w:bidi/>
              <w:rPr>
                <w:rFonts w:ascii="Arial" w:hAnsi="Arial"/>
              </w:rPr>
            </w:pPr>
            <w:r w:rsidRPr="004C2B66">
              <w:rPr>
                <w:rFonts w:hint="cs"/>
                <w:rtl/>
              </w:rPr>
              <w:t>بداية</w:t>
            </w:r>
            <w:r w:rsidRPr="004C2B66">
              <w:rPr>
                <w:rtl/>
              </w:rPr>
              <w:t xml:space="preserve"> </w:t>
            </w:r>
            <w:r w:rsidRPr="004C2B66">
              <w:rPr>
                <w:rFonts w:hint="cs"/>
                <w:rtl/>
              </w:rPr>
              <w:t>قسم</w:t>
            </w:r>
            <w:r w:rsidRPr="004C2B66">
              <w:rPr>
                <w:rtl/>
              </w:rPr>
              <w:t xml:space="preserve"> </w:t>
            </w:r>
            <w:r w:rsidRPr="004C2B66">
              <w:rPr>
                <w:rFonts w:hint="cs"/>
                <w:rtl/>
              </w:rPr>
              <w:t>المشكلة</w:t>
            </w:r>
          </w:p>
        </w:tc>
        <w:tc>
          <w:tcPr>
            <w:tcW w:w="848" w:type="dxa"/>
          </w:tcPr>
          <w:p w14:paraId="64CA9F29" w14:textId="4764C9DD" w:rsidR="00A14790" w:rsidRDefault="00A14790" w:rsidP="00A14790">
            <w:pPr>
              <w:bidi/>
              <w:rPr>
                <w:rFonts w:ascii="Arial" w:hAnsi="Arial"/>
              </w:rPr>
            </w:pPr>
            <w:r>
              <w:rPr>
                <w:rFonts w:ascii="Arial" w:hAnsi="Arial"/>
              </w:rPr>
              <w:t>1</w:t>
            </w:r>
          </w:p>
        </w:tc>
      </w:tr>
      <w:tr w:rsidR="00097626" w14:paraId="3A267233" w14:textId="4C48C734" w:rsidTr="00BF4129">
        <w:trPr>
          <w:jc w:val="right"/>
        </w:trPr>
        <w:tc>
          <w:tcPr>
            <w:tcW w:w="4395" w:type="dxa"/>
          </w:tcPr>
          <w:p w14:paraId="52A5B53B" w14:textId="2C9EE6C7" w:rsidR="00097626" w:rsidRDefault="00097626" w:rsidP="00097626">
            <w:pPr>
              <w:bidi/>
            </w:pPr>
            <w:r w:rsidRPr="00253EF2">
              <w:rPr>
                <w:rFonts w:hint="cs"/>
                <w:rtl/>
              </w:rPr>
              <w:t>استبدلها</w:t>
            </w:r>
            <w:r w:rsidRPr="00253EF2">
              <w:rPr>
                <w:rtl/>
              </w:rPr>
              <w:t xml:space="preserve"> </w:t>
            </w:r>
            <w:r w:rsidRPr="00253EF2">
              <w:rPr>
                <w:rFonts w:hint="cs"/>
                <w:rtl/>
              </w:rPr>
              <w:t>بمقالات</w:t>
            </w:r>
            <w:r w:rsidRPr="00253EF2">
              <w:rPr>
                <w:rtl/>
              </w:rPr>
              <w:t xml:space="preserve"> </w:t>
            </w:r>
            <w:r w:rsidRPr="00253EF2">
              <w:rPr>
                <w:rFonts w:hint="cs"/>
                <w:rtl/>
              </w:rPr>
              <w:t>محكّمة</w:t>
            </w:r>
            <w:r w:rsidRPr="00253EF2">
              <w:rPr>
                <w:rtl/>
              </w:rPr>
              <w:t xml:space="preserve"> </w:t>
            </w:r>
            <w:r w:rsidRPr="00253EF2">
              <w:rPr>
                <w:rFonts w:hint="cs"/>
                <w:rtl/>
              </w:rPr>
              <w:t>وتقارير</w:t>
            </w:r>
            <w:r w:rsidRPr="00253EF2">
              <w:rPr>
                <w:rtl/>
              </w:rPr>
              <w:t xml:space="preserve"> </w:t>
            </w:r>
            <w:r w:rsidRPr="00253EF2">
              <w:rPr>
                <w:rFonts w:hint="cs"/>
                <w:rtl/>
              </w:rPr>
              <w:t>مؤسسية</w:t>
            </w:r>
            <w:r w:rsidRPr="00253EF2">
              <w:rPr>
                <w:rtl/>
              </w:rPr>
              <w:t xml:space="preserve"> </w:t>
            </w:r>
            <w:r w:rsidRPr="00253EF2">
              <w:rPr>
                <w:rFonts w:hint="cs"/>
                <w:rtl/>
              </w:rPr>
              <w:t>رسمية،</w:t>
            </w:r>
            <w:r w:rsidRPr="00253EF2">
              <w:rPr>
                <w:rtl/>
              </w:rPr>
              <w:t xml:space="preserve"> </w:t>
            </w:r>
            <w:r w:rsidRPr="00253EF2">
              <w:rPr>
                <w:rFonts w:hint="cs"/>
                <w:rtl/>
              </w:rPr>
              <w:t>واذكر</w:t>
            </w:r>
            <w:r w:rsidRPr="00253EF2">
              <w:rPr>
                <w:rtl/>
              </w:rPr>
              <w:t xml:space="preserve"> </w:t>
            </w:r>
            <w:r w:rsidRPr="00253EF2">
              <w:rPr>
                <w:rFonts w:hint="cs"/>
                <w:rtl/>
              </w:rPr>
              <w:t>بيانات</w:t>
            </w:r>
            <w:r w:rsidRPr="00253EF2">
              <w:rPr>
                <w:rtl/>
              </w:rPr>
              <w:t xml:space="preserve"> </w:t>
            </w:r>
            <w:r w:rsidRPr="00253EF2">
              <w:rPr>
                <w:rFonts w:hint="cs"/>
                <w:rtl/>
              </w:rPr>
              <w:t>حديثة</w:t>
            </w:r>
            <w:r w:rsidRPr="00253EF2">
              <w:rPr>
                <w:rtl/>
              </w:rPr>
              <w:t xml:space="preserve"> </w:t>
            </w:r>
            <w:r w:rsidRPr="00253EF2">
              <w:rPr>
                <w:rFonts w:hint="cs"/>
                <w:rtl/>
              </w:rPr>
              <w:t>من</w:t>
            </w:r>
            <w:r w:rsidRPr="00253EF2">
              <w:rPr>
                <w:rtl/>
              </w:rPr>
              <w:t xml:space="preserve"> </w:t>
            </w:r>
            <w:r w:rsidRPr="00253EF2">
              <w:rPr>
                <w:rFonts w:hint="cs"/>
                <w:rtl/>
              </w:rPr>
              <w:t>مدينة</w:t>
            </w:r>
            <w:r w:rsidRPr="00253EF2">
              <w:rPr>
                <w:rtl/>
              </w:rPr>
              <w:t xml:space="preserve"> </w:t>
            </w:r>
            <w:r w:rsidRPr="00253EF2">
              <w:rPr>
                <w:rFonts w:hint="cs"/>
                <w:rtl/>
              </w:rPr>
              <w:t>الرياض</w:t>
            </w:r>
            <w:r w:rsidRPr="00253EF2">
              <w:rPr>
                <w:rtl/>
              </w:rPr>
              <w:t xml:space="preserve"> </w:t>
            </w:r>
            <w:r w:rsidRPr="00253EF2">
              <w:rPr>
                <w:rFonts w:hint="cs"/>
                <w:rtl/>
              </w:rPr>
              <w:t>كلما</w:t>
            </w:r>
            <w:r w:rsidRPr="00253EF2">
              <w:rPr>
                <w:rtl/>
              </w:rPr>
              <w:t xml:space="preserve"> </w:t>
            </w:r>
            <w:r w:rsidRPr="00253EF2">
              <w:rPr>
                <w:rFonts w:hint="cs"/>
                <w:rtl/>
              </w:rPr>
              <w:t>أمكن</w:t>
            </w:r>
            <w:r w:rsidRPr="00253EF2">
              <w:t>.</w:t>
            </w:r>
          </w:p>
        </w:tc>
        <w:tc>
          <w:tcPr>
            <w:tcW w:w="3015" w:type="dxa"/>
          </w:tcPr>
          <w:p w14:paraId="3F0A23AA" w14:textId="6EE30AE9" w:rsidR="00097626" w:rsidRDefault="00097626" w:rsidP="00097626">
            <w:pPr>
              <w:bidi/>
              <w:rPr>
                <w:rFonts w:ascii="Arial" w:hAnsi="Arial"/>
              </w:rPr>
            </w:pPr>
            <w:r w:rsidRPr="003770AF">
              <w:rPr>
                <w:rFonts w:hint="cs"/>
                <w:rtl/>
              </w:rPr>
              <w:t>توجد</w:t>
            </w:r>
            <w:r w:rsidRPr="003770AF">
              <w:rPr>
                <w:rtl/>
              </w:rPr>
              <w:t xml:space="preserve"> </w:t>
            </w:r>
            <w:r w:rsidRPr="003770AF">
              <w:rPr>
                <w:rFonts w:hint="cs"/>
                <w:rtl/>
              </w:rPr>
              <w:t>شواهد</w:t>
            </w:r>
            <w:r w:rsidRPr="003770AF">
              <w:rPr>
                <w:rtl/>
              </w:rPr>
              <w:t xml:space="preserve"> </w:t>
            </w:r>
            <w:r w:rsidRPr="003770AF">
              <w:rPr>
                <w:rFonts w:hint="cs"/>
                <w:rtl/>
              </w:rPr>
              <w:t>عامة</w:t>
            </w:r>
            <w:r w:rsidRPr="003770AF">
              <w:rPr>
                <w:rtl/>
              </w:rPr>
              <w:t xml:space="preserve"> </w:t>
            </w:r>
            <w:r w:rsidRPr="003770AF">
              <w:rPr>
                <w:rFonts w:hint="cs"/>
                <w:rtl/>
              </w:rPr>
              <w:t>غير</w:t>
            </w:r>
            <w:r w:rsidRPr="003770AF">
              <w:rPr>
                <w:rtl/>
              </w:rPr>
              <w:t xml:space="preserve"> </w:t>
            </w:r>
            <w:r w:rsidRPr="003770AF">
              <w:rPr>
                <w:rFonts w:hint="cs"/>
                <w:rtl/>
              </w:rPr>
              <w:t>مُحكمة</w:t>
            </w:r>
            <w:r w:rsidRPr="003770AF">
              <w:rPr>
                <w:rtl/>
              </w:rPr>
              <w:t xml:space="preserve"> </w:t>
            </w:r>
            <w:r w:rsidRPr="003770AF">
              <w:rPr>
                <w:rFonts w:hint="cs"/>
                <w:rtl/>
              </w:rPr>
              <w:t>المصدر</w:t>
            </w:r>
            <w:r w:rsidRPr="003770AF">
              <w:rPr>
                <w:rtl/>
              </w:rPr>
              <w:t xml:space="preserve"> (</w:t>
            </w:r>
            <w:r w:rsidRPr="003770AF">
              <w:rPr>
                <w:rFonts w:hint="cs"/>
                <w:rtl/>
              </w:rPr>
              <w:t>مواقع</w:t>
            </w:r>
            <w:r w:rsidRPr="003770AF">
              <w:rPr>
                <w:rtl/>
              </w:rPr>
              <w:t>/</w:t>
            </w:r>
            <w:r w:rsidRPr="003770AF">
              <w:rPr>
                <w:rFonts w:hint="cs"/>
                <w:rtl/>
              </w:rPr>
              <w:t>أوراق</w:t>
            </w:r>
            <w:r w:rsidRPr="003770AF">
              <w:rPr>
                <w:rtl/>
              </w:rPr>
              <w:t xml:space="preserve"> </w:t>
            </w:r>
            <w:r w:rsidRPr="003770AF">
              <w:rPr>
                <w:rFonts w:hint="cs"/>
                <w:rtl/>
              </w:rPr>
              <w:t>غير</w:t>
            </w:r>
            <w:r w:rsidRPr="003770AF">
              <w:rPr>
                <w:rtl/>
              </w:rPr>
              <w:t xml:space="preserve"> </w:t>
            </w:r>
            <w:r w:rsidRPr="003770AF">
              <w:rPr>
                <w:rFonts w:hint="cs"/>
                <w:rtl/>
              </w:rPr>
              <w:t>محكّمة</w:t>
            </w:r>
            <w:r w:rsidRPr="003770AF">
              <w:rPr>
                <w:rtl/>
              </w:rPr>
              <w:t>)</w:t>
            </w:r>
            <w:r w:rsidRPr="003770AF">
              <w:rPr>
                <w:rFonts w:hint="cs"/>
                <w:rtl/>
              </w:rPr>
              <w:t>،</w:t>
            </w:r>
            <w:r w:rsidRPr="003770AF">
              <w:rPr>
                <w:rtl/>
              </w:rPr>
              <w:t xml:space="preserve"> </w:t>
            </w:r>
            <w:r w:rsidRPr="003770AF">
              <w:rPr>
                <w:rFonts w:hint="cs"/>
                <w:rtl/>
              </w:rPr>
              <w:t>بما</w:t>
            </w:r>
            <w:r w:rsidRPr="003770AF">
              <w:rPr>
                <w:rtl/>
              </w:rPr>
              <w:t xml:space="preserve"> </w:t>
            </w:r>
            <w:r w:rsidRPr="003770AF">
              <w:rPr>
                <w:rFonts w:hint="cs"/>
                <w:rtl/>
              </w:rPr>
              <w:t>لا</w:t>
            </w:r>
            <w:r w:rsidRPr="003770AF">
              <w:rPr>
                <w:rtl/>
              </w:rPr>
              <w:t xml:space="preserve"> </w:t>
            </w:r>
            <w:r w:rsidRPr="003770AF">
              <w:rPr>
                <w:rFonts w:hint="cs"/>
                <w:rtl/>
              </w:rPr>
              <w:t>يكفي</w:t>
            </w:r>
            <w:r w:rsidRPr="003770AF">
              <w:rPr>
                <w:rtl/>
              </w:rPr>
              <w:t xml:space="preserve"> </w:t>
            </w:r>
            <w:r w:rsidRPr="003770AF">
              <w:rPr>
                <w:rFonts w:hint="cs"/>
                <w:rtl/>
              </w:rPr>
              <w:t>لتأسيس</w:t>
            </w:r>
            <w:r w:rsidRPr="003770AF">
              <w:rPr>
                <w:rtl/>
              </w:rPr>
              <w:t xml:space="preserve"> </w:t>
            </w:r>
            <w:r w:rsidRPr="003770AF">
              <w:rPr>
                <w:rFonts w:hint="cs"/>
                <w:rtl/>
              </w:rPr>
              <w:t>ضرورة</w:t>
            </w:r>
            <w:r w:rsidRPr="003770AF">
              <w:rPr>
                <w:rtl/>
              </w:rPr>
              <w:t xml:space="preserve"> </w:t>
            </w:r>
            <w:r w:rsidRPr="003770AF">
              <w:rPr>
                <w:rFonts w:hint="cs"/>
                <w:rtl/>
              </w:rPr>
              <w:t>المشكلة</w:t>
            </w:r>
            <w:r w:rsidRPr="003770AF">
              <w:t>.</w:t>
            </w:r>
          </w:p>
        </w:tc>
        <w:tc>
          <w:tcPr>
            <w:tcW w:w="1379" w:type="dxa"/>
          </w:tcPr>
          <w:p w14:paraId="163C53B9" w14:textId="695D3B0D" w:rsidR="00097626" w:rsidRDefault="00097626" w:rsidP="00097626">
            <w:pPr>
              <w:bidi/>
              <w:rPr>
                <w:rFonts w:ascii="Arial" w:hAnsi="Arial"/>
              </w:rPr>
            </w:pPr>
            <w:r w:rsidRPr="004C2B66">
              <w:rPr>
                <w:rFonts w:hint="cs"/>
                <w:rtl/>
              </w:rPr>
              <w:t>منتصف</w:t>
            </w:r>
            <w:r w:rsidRPr="004C2B66">
              <w:rPr>
                <w:rtl/>
              </w:rPr>
              <w:t xml:space="preserve"> </w:t>
            </w:r>
            <w:r w:rsidRPr="004C2B66">
              <w:rPr>
                <w:rFonts w:hint="cs"/>
                <w:rtl/>
              </w:rPr>
              <w:t>القسم</w:t>
            </w:r>
            <w:r w:rsidRPr="004C2B66">
              <w:rPr>
                <w:rtl/>
              </w:rPr>
              <w:t xml:space="preserve"> (</w:t>
            </w:r>
            <w:r w:rsidRPr="004C2B66">
              <w:rPr>
                <w:rFonts w:hint="cs"/>
                <w:rtl/>
              </w:rPr>
              <w:t>الشواهد</w:t>
            </w:r>
            <w:r w:rsidRPr="004C2B66">
              <w:rPr>
                <w:rtl/>
              </w:rPr>
              <w:t>)</w:t>
            </w:r>
          </w:p>
        </w:tc>
        <w:tc>
          <w:tcPr>
            <w:tcW w:w="848" w:type="dxa"/>
          </w:tcPr>
          <w:p w14:paraId="1F0EF188" w14:textId="3B71C26B" w:rsidR="00097626" w:rsidRDefault="00097626" w:rsidP="00097626">
            <w:pPr>
              <w:bidi/>
              <w:rPr>
                <w:rFonts w:ascii="Arial" w:hAnsi="Arial"/>
              </w:rPr>
            </w:pPr>
            <w:r>
              <w:rPr>
                <w:rFonts w:ascii="Arial" w:hAnsi="Arial"/>
              </w:rPr>
              <w:t>2</w:t>
            </w:r>
          </w:p>
        </w:tc>
      </w:tr>
      <w:tr w:rsidR="00097626" w14:paraId="180CE50E" w14:textId="1B54A781" w:rsidTr="00BF4129">
        <w:trPr>
          <w:jc w:val="right"/>
        </w:trPr>
        <w:tc>
          <w:tcPr>
            <w:tcW w:w="4395" w:type="dxa"/>
          </w:tcPr>
          <w:p w14:paraId="06D0EC7B" w14:textId="3CE832DC" w:rsidR="00097626" w:rsidRDefault="00097626" w:rsidP="00097626">
            <w:pPr>
              <w:bidi/>
            </w:pPr>
            <w:r w:rsidRPr="00253EF2">
              <w:rPr>
                <w:rFonts w:hint="cs"/>
                <w:rtl/>
              </w:rPr>
              <w:t>أعد</w:t>
            </w:r>
            <w:r w:rsidRPr="00253EF2">
              <w:rPr>
                <w:rtl/>
              </w:rPr>
              <w:t xml:space="preserve"> </w:t>
            </w:r>
            <w:r w:rsidRPr="00253EF2">
              <w:rPr>
                <w:rFonts w:hint="cs"/>
                <w:rtl/>
              </w:rPr>
              <w:t>صياغة</w:t>
            </w:r>
            <w:r w:rsidRPr="00253EF2">
              <w:rPr>
                <w:rtl/>
              </w:rPr>
              <w:t xml:space="preserve"> </w:t>
            </w:r>
            <w:r w:rsidRPr="00253EF2">
              <w:rPr>
                <w:rFonts w:hint="cs"/>
                <w:rtl/>
              </w:rPr>
              <w:t>السؤال</w:t>
            </w:r>
            <w:r w:rsidRPr="00253EF2">
              <w:rPr>
                <w:rtl/>
              </w:rPr>
              <w:t xml:space="preserve"> </w:t>
            </w:r>
            <w:r w:rsidRPr="00253EF2">
              <w:rPr>
                <w:rFonts w:hint="cs"/>
                <w:rtl/>
              </w:rPr>
              <w:t>مستخدمًا</w:t>
            </w:r>
            <w:r w:rsidRPr="00253EF2">
              <w:rPr>
                <w:rtl/>
              </w:rPr>
              <w:t xml:space="preserve"> </w:t>
            </w:r>
            <w:r w:rsidRPr="00253EF2">
              <w:rPr>
                <w:rFonts w:hint="cs"/>
                <w:rtl/>
              </w:rPr>
              <w:t>التسميات</w:t>
            </w:r>
            <w:r w:rsidRPr="00253EF2">
              <w:rPr>
                <w:rtl/>
              </w:rPr>
              <w:t xml:space="preserve"> </w:t>
            </w:r>
            <w:r w:rsidRPr="00253EF2">
              <w:rPr>
                <w:rFonts w:hint="cs"/>
                <w:rtl/>
              </w:rPr>
              <w:t>المعتمدة</w:t>
            </w:r>
            <w:r w:rsidRPr="00253EF2">
              <w:rPr>
                <w:rtl/>
              </w:rPr>
              <w:t xml:space="preserve"> </w:t>
            </w:r>
            <w:r w:rsidRPr="00253EF2">
              <w:rPr>
                <w:rFonts w:hint="cs"/>
                <w:rtl/>
              </w:rPr>
              <w:t>في</w:t>
            </w:r>
            <w:r w:rsidRPr="00253EF2">
              <w:rPr>
                <w:rtl/>
              </w:rPr>
              <w:t xml:space="preserve"> «</w:t>
            </w:r>
            <w:r w:rsidRPr="00253EF2">
              <w:rPr>
                <w:rFonts w:hint="cs"/>
                <w:rtl/>
              </w:rPr>
              <w:t>مفاهيم</w:t>
            </w:r>
            <w:r w:rsidRPr="00253EF2">
              <w:rPr>
                <w:rtl/>
              </w:rPr>
              <w:t xml:space="preserve"> </w:t>
            </w:r>
            <w:r w:rsidRPr="00253EF2">
              <w:rPr>
                <w:rFonts w:hint="cs"/>
                <w:rtl/>
              </w:rPr>
              <w:t>الدراسة</w:t>
            </w:r>
            <w:r w:rsidRPr="00253EF2">
              <w:rPr>
                <w:rtl/>
              </w:rPr>
              <w:t>/</w:t>
            </w:r>
            <w:r w:rsidRPr="00253EF2">
              <w:rPr>
                <w:rFonts w:hint="cs"/>
                <w:rtl/>
              </w:rPr>
              <w:t>النموذج</w:t>
            </w:r>
            <w:r w:rsidRPr="00253EF2">
              <w:rPr>
                <w:rFonts w:hint="eastAsia"/>
                <w:rtl/>
              </w:rPr>
              <w:t>»</w:t>
            </w:r>
            <w:r w:rsidRPr="00253EF2">
              <w:rPr>
                <w:rtl/>
              </w:rPr>
              <w:t xml:space="preserve"> </w:t>
            </w:r>
            <w:r w:rsidRPr="00253EF2">
              <w:rPr>
                <w:rFonts w:hint="cs"/>
                <w:rtl/>
              </w:rPr>
              <w:t>حرفيًا؛</w:t>
            </w:r>
            <w:r w:rsidRPr="00253EF2">
              <w:rPr>
                <w:rtl/>
              </w:rPr>
              <w:t xml:space="preserve"> </w:t>
            </w:r>
            <w:r w:rsidRPr="00253EF2">
              <w:rPr>
                <w:rFonts w:hint="cs"/>
                <w:rtl/>
              </w:rPr>
              <w:t>مثال</w:t>
            </w:r>
            <w:r w:rsidRPr="00253EF2">
              <w:rPr>
                <w:rtl/>
              </w:rPr>
              <w:t>: «</w:t>
            </w:r>
            <w:r w:rsidRPr="00253EF2">
              <w:rPr>
                <w:rFonts w:hint="cs"/>
                <w:rtl/>
              </w:rPr>
              <w:t>ما</w:t>
            </w:r>
            <w:r w:rsidRPr="00253EF2">
              <w:rPr>
                <w:rtl/>
              </w:rPr>
              <w:t xml:space="preserve"> </w:t>
            </w:r>
            <w:r w:rsidRPr="00253EF2">
              <w:rPr>
                <w:rFonts w:hint="cs"/>
                <w:rtl/>
              </w:rPr>
              <w:t>أثر</w:t>
            </w:r>
            <w:r w:rsidRPr="00253EF2">
              <w:rPr>
                <w:rtl/>
              </w:rPr>
              <w:t xml:space="preserve"> </w:t>
            </w:r>
            <w:r w:rsidRPr="00253EF2">
              <w:rPr>
                <w:rFonts w:hint="cs"/>
                <w:rtl/>
              </w:rPr>
              <w:t>استخدام</w:t>
            </w:r>
            <w:r w:rsidRPr="00253EF2">
              <w:rPr>
                <w:rtl/>
              </w:rPr>
              <w:t xml:space="preserve"> </w:t>
            </w:r>
            <w:r w:rsidRPr="00253EF2">
              <w:rPr>
                <w:rFonts w:hint="cs"/>
                <w:rtl/>
              </w:rPr>
              <w:t>تقنيات</w:t>
            </w:r>
            <w:r w:rsidRPr="00253EF2">
              <w:rPr>
                <w:rtl/>
              </w:rPr>
              <w:t xml:space="preserve"> </w:t>
            </w:r>
            <w:r w:rsidRPr="00253EF2">
              <w:rPr>
                <w:rFonts w:hint="cs"/>
                <w:rtl/>
              </w:rPr>
              <w:t>الذكاء</w:t>
            </w:r>
            <w:r w:rsidRPr="00253EF2">
              <w:rPr>
                <w:rtl/>
              </w:rPr>
              <w:t xml:space="preserve"> </w:t>
            </w:r>
            <w:r w:rsidRPr="00253EF2">
              <w:rPr>
                <w:rFonts w:hint="cs"/>
                <w:rtl/>
              </w:rPr>
              <w:t>الاصطناعي</w:t>
            </w:r>
            <w:r w:rsidRPr="00253EF2">
              <w:rPr>
                <w:rtl/>
              </w:rPr>
              <w:t xml:space="preserve"> </w:t>
            </w:r>
            <w:r w:rsidRPr="00253EF2">
              <w:rPr>
                <w:rFonts w:hint="cs"/>
                <w:rtl/>
              </w:rPr>
              <w:t>وتكامل</w:t>
            </w:r>
            <w:r w:rsidRPr="00253EF2">
              <w:rPr>
                <w:rtl/>
              </w:rPr>
              <w:t xml:space="preserve"> </w:t>
            </w:r>
            <w:r w:rsidRPr="00253EF2">
              <w:rPr>
                <w:rFonts w:hint="cs"/>
                <w:rtl/>
              </w:rPr>
              <w:t>البنية</w:t>
            </w:r>
            <w:r w:rsidRPr="00253EF2">
              <w:rPr>
                <w:rtl/>
              </w:rPr>
              <w:t xml:space="preserve"> </w:t>
            </w:r>
            <w:r w:rsidRPr="00253EF2">
              <w:rPr>
                <w:rFonts w:hint="cs"/>
                <w:rtl/>
              </w:rPr>
              <w:lastRenderedPageBreak/>
              <w:t>التحتية</w:t>
            </w:r>
            <w:r w:rsidRPr="00253EF2">
              <w:rPr>
                <w:rtl/>
              </w:rPr>
              <w:t xml:space="preserve"> </w:t>
            </w:r>
            <w:r w:rsidRPr="00253EF2">
              <w:rPr>
                <w:rFonts w:hint="cs"/>
                <w:rtl/>
              </w:rPr>
              <w:t>والموارد</w:t>
            </w:r>
            <w:r w:rsidRPr="00253EF2">
              <w:rPr>
                <w:rtl/>
              </w:rPr>
              <w:t xml:space="preserve"> </w:t>
            </w:r>
            <w:r w:rsidRPr="00253EF2">
              <w:rPr>
                <w:rFonts w:hint="cs"/>
                <w:rtl/>
              </w:rPr>
              <w:t>البشرية</w:t>
            </w:r>
            <w:r w:rsidRPr="00253EF2">
              <w:rPr>
                <w:rtl/>
              </w:rPr>
              <w:t xml:space="preserve"> </w:t>
            </w:r>
            <w:r w:rsidRPr="00253EF2">
              <w:rPr>
                <w:rFonts w:hint="cs"/>
                <w:rtl/>
              </w:rPr>
              <w:t>على</w:t>
            </w:r>
            <w:r w:rsidRPr="00253EF2">
              <w:rPr>
                <w:rtl/>
              </w:rPr>
              <w:t xml:space="preserve"> </w:t>
            </w:r>
            <w:r w:rsidRPr="00253EF2">
              <w:rPr>
                <w:rFonts w:hint="cs"/>
                <w:rtl/>
              </w:rPr>
              <w:t>أداء</w:t>
            </w:r>
            <w:r w:rsidRPr="00253EF2">
              <w:rPr>
                <w:rtl/>
              </w:rPr>
              <w:t xml:space="preserve"> </w:t>
            </w:r>
            <w:r w:rsidRPr="00253EF2">
              <w:rPr>
                <w:rFonts w:hint="cs"/>
                <w:rtl/>
              </w:rPr>
              <w:t>نظم</w:t>
            </w:r>
            <w:r w:rsidRPr="00253EF2">
              <w:rPr>
                <w:rtl/>
              </w:rPr>
              <w:t xml:space="preserve"> </w:t>
            </w:r>
            <w:r w:rsidRPr="00253EF2">
              <w:rPr>
                <w:rFonts w:hint="cs"/>
                <w:rtl/>
              </w:rPr>
              <w:t>المراقبة</w:t>
            </w:r>
            <w:r w:rsidRPr="00253EF2">
              <w:rPr>
                <w:rtl/>
              </w:rPr>
              <w:t xml:space="preserve"> </w:t>
            </w:r>
            <w:r w:rsidRPr="00253EF2">
              <w:rPr>
                <w:rFonts w:hint="cs"/>
                <w:rtl/>
              </w:rPr>
              <w:t>الذكية</w:t>
            </w:r>
            <w:r w:rsidRPr="00253EF2">
              <w:rPr>
                <w:rtl/>
              </w:rPr>
              <w:t xml:space="preserve"> </w:t>
            </w:r>
            <w:r w:rsidRPr="00253EF2">
              <w:rPr>
                <w:rFonts w:hint="cs"/>
                <w:rtl/>
              </w:rPr>
              <w:t>بمدينة</w:t>
            </w:r>
            <w:r w:rsidRPr="00253EF2">
              <w:rPr>
                <w:rtl/>
              </w:rPr>
              <w:t xml:space="preserve"> </w:t>
            </w:r>
            <w:r w:rsidRPr="00253EF2">
              <w:rPr>
                <w:rFonts w:hint="cs"/>
                <w:rtl/>
              </w:rPr>
              <w:t>الرياض؟</w:t>
            </w:r>
            <w:r w:rsidRPr="00253EF2">
              <w:rPr>
                <w:rFonts w:hint="eastAsia"/>
              </w:rPr>
              <w:t>»</w:t>
            </w:r>
          </w:p>
        </w:tc>
        <w:tc>
          <w:tcPr>
            <w:tcW w:w="3015" w:type="dxa"/>
          </w:tcPr>
          <w:p w14:paraId="3E48971C" w14:textId="11320B9A" w:rsidR="00097626" w:rsidRDefault="00097626" w:rsidP="00097626">
            <w:pPr>
              <w:bidi/>
              <w:rPr>
                <w:rFonts w:ascii="Arial" w:hAnsi="Arial"/>
              </w:rPr>
            </w:pPr>
            <w:r w:rsidRPr="00C25720">
              <w:rPr>
                <w:rFonts w:hint="cs"/>
                <w:rtl/>
              </w:rPr>
              <w:lastRenderedPageBreak/>
              <w:t>السؤال</w:t>
            </w:r>
            <w:r w:rsidRPr="00C25720">
              <w:rPr>
                <w:rtl/>
              </w:rPr>
              <w:t xml:space="preserve"> </w:t>
            </w:r>
            <w:r w:rsidRPr="00C25720">
              <w:rPr>
                <w:rFonts w:hint="cs"/>
                <w:rtl/>
              </w:rPr>
              <w:t>الرئيس</w:t>
            </w:r>
            <w:r w:rsidRPr="00C25720">
              <w:rPr>
                <w:rtl/>
              </w:rPr>
              <w:t xml:space="preserve"> </w:t>
            </w:r>
            <w:r w:rsidRPr="00C25720">
              <w:rPr>
                <w:rFonts w:hint="cs"/>
                <w:rtl/>
              </w:rPr>
              <w:t>جيّد</w:t>
            </w:r>
            <w:r w:rsidRPr="00C25720">
              <w:rPr>
                <w:rtl/>
              </w:rPr>
              <w:t xml:space="preserve"> </w:t>
            </w:r>
            <w:r w:rsidRPr="00C25720">
              <w:rPr>
                <w:rFonts w:hint="cs"/>
                <w:rtl/>
              </w:rPr>
              <w:t>من</w:t>
            </w:r>
            <w:r w:rsidRPr="00C25720">
              <w:rPr>
                <w:rtl/>
              </w:rPr>
              <w:t xml:space="preserve"> </w:t>
            </w:r>
            <w:r w:rsidRPr="00C25720">
              <w:rPr>
                <w:rFonts w:hint="cs"/>
                <w:rtl/>
              </w:rPr>
              <w:t>حيث</w:t>
            </w:r>
            <w:r w:rsidRPr="00C25720">
              <w:rPr>
                <w:rtl/>
              </w:rPr>
              <w:t xml:space="preserve"> </w:t>
            </w:r>
            <w:r w:rsidRPr="00C25720">
              <w:rPr>
                <w:rFonts w:hint="cs"/>
                <w:rtl/>
              </w:rPr>
              <w:t>الاتجاه،</w:t>
            </w:r>
            <w:r w:rsidRPr="00C25720">
              <w:rPr>
                <w:rtl/>
              </w:rPr>
              <w:t xml:space="preserve"> </w:t>
            </w:r>
            <w:r w:rsidRPr="00C25720">
              <w:rPr>
                <w:rFonts w:hint="cs"/>
                <w:rtl/>
              </w:rPr>
              <w:t>لكنه</w:t>
            </w:r>
            <w:r w:rsidRPr="00C25720">
              <w:rPr>
                <w:rtl/>
              </w:rPr>
              <w:t xml:space="preserve"> </w:t>
            </w:r>
            <w:r w:rsidRPr="00C25720">
              <w:rPr>
                <w:rFonts w:hint="cs"/>
                <w:rtl/>
              </w:rPr>
              <w:t>لا</w:t>
            </w:r>
            <w:r w:rsidRPr="00C25720">
              <w:rPr>
                <w:rtl/>
              </w:rPr>
              <w:t xml:space="preserve"> </w:t>
            </w:r>
            <w:r w:rsidRPr="00C25720">
              <w:rPr>
                <w:rFonts w:hint="cs"/>
                <w:rtl/>
              </w:rPr>
              <w:t>يستخدم</w:t>
            </w:r>
            <w:r w:rsidRPr="00C25720">
              <w:rPr>
                <w:rtl/>
              </w:rPr>
              <w:t xml:space="preserve"> «</w:t>
            </w:r>
            <w:r w:rsidRPr="00C25720">
              <w:rPr>
                <w:rFonts w:hint="cs"/>
                <w:rtl/>
              </w:rPr>
              <w:t>التسميات</w:t>
            </w:r>
            <w:r w:rsidRPr="00C25720">
              <w:rPr>
                <w:rtl/>
              </w:rPr>
              <w:t xml:space="preserve"> </w:t>
            </w:r>
            <w:r w:rsidRPr="00C25720">
              <w:rPr>
                <w:rFonts w:hint="cs"/>
                <w:rtl/>
              </w:rPr>
              <w:t>الرسمية</w:t>
            </w:r>
            <w:r w:rsidRPr="00C25720">
              <w:rPr>
                <w:rFonts w:hint="eastAsia"/>
                <w:rtl/>
              </w:rPr>
              <w:t>»</w:t>
            </w:r>
            <w:r w:rsidRPr="00C25720">
              <w:rPr>
                <w:rtl/>
              </w:rPr>
              <w:t xml:space="preserve"> </w:t>
            </w:r>
            <w:r w:rsidRPr="00C25720">
              <w:rPr>
                <w:rFonts w:hint="cs"/>
                <w:rtl/>
              </w:rPr>
              <w:t>للمتغيرات</w:t>
            </w:r>
            <w:r w:rsidRPr="00C25720">
              <w:rPr>
                <w:rtl/>
              </w:rPr>
              <w:t xml:space="preserve"> </w:t>
            </w:r>
            <w:r w:rsidRPr="00C25720">
              <w:rPr>
                <w:rFonts w:hint="cs"/>
                <w:rtl/>
              </w:rPr>
              <w:t>التي</w:t>
            </w:r>
            <w:r w:rsidRPr="00C25720">
              <w:rPr>
                <w:rtl/>
              </w:rPr>
              <w:t xml:space="preserve"> </w:t>
            </w:r>
            <w:r w:rsidRPr="00C25720">
              <w:rPr>
                <w:rFonts w:hint="cs"/>
                <w:rtl/>
              </w:rPr>
              <w:t>ستُقاس</w:t>
            </w:r>
            <w:r w:rsidRPr="00C25720">
              <w:rPr>
                <w:rtl/>
              </w:rPr>
              <w:t xml:space="preserve"> </w:t>
            </w:r>
            <w:r w:rsidRPr="00C25720">
              <w:rPr>
                <w:rFonts w:hint="cs"/>
                <w:rtl/>
              </w:rPr>
              <w:t>لاحقًا</w:t>
            </w:r>
            <w:r w:rsidRPr="00C25720">
              <w:t>.</w:t>
            </w:r>
          </w:p>
        </w:tc>
        <w:tc>
          <w:tcPr>
            <w:tcW w:w="1379" w:type="dxa"/>
          </w:tcPr>
          <w:p w14:paraId="662BDF1B" w14:textId="3B273474" w:rsidR="00097626" w:rsidRDefault="00097626" w:rsidP="00097626">
            <w:pPr>
              <w:bidi/>
              <w:rPr>
                <w:rFonts w:ascii="Arial" w:hAnsi="Arial"/>
              </w:rPr>
            </w:pPr>
            <w:r w:rsidRPr="004C2B66">
              <w:rPr>
                <w:rFonts w:hint="cs"/>
                <w:rtl/>
              </w:rPr>
              <w:t>السؤال</w:t>
            </w:r>
            <w:r w:rsidRPr="004C2B66">
              <w:rPr>
                <w:rtl/>
              </w:rPr>
              <w:t xml:space="preserve"> </w:t>
            </w:r>
            <w:r w:rsidRPr="004C2B66">
              <w:rPr>
                <w:rFonts w:hint="cs"/>
                <w:rtl/>
              </w:rPr>
              <w:t>الرئيس</w:t>
            </w:r>
          </w:p>
        </w:tc>
        <w:tc>
          <w:tcPr>
            <w:tcW w:w="848" w:type="dxa"/>
          </w:tcPr>
          <w:p w14:paraId="19AAC314" w14:textId="23649EC6" w:rsidR="00097626" w:rsidRDefault="00097626" w:rsidP="00097626">
            <w:pPr>
              <w:bidi/>
              <w:rPr>
                <w:rFonts w:ascii="Arial" w:hAnsi="Arial"/>
              </w:rPr>
            </w:pPr>
            <w:r>
              <w:rPr>
                <w:rFonts w:ascii="Arial" w:hAnsi="Arial"/>
              </w:rPr>
              <w:t>3</w:t>
            </w:r>
          </w:p>
        </w:tc>
      </w:tr>
      <w:tr w:rsidR="00A14790" w14:paraId="0209C85C" w14:textId="470A871E" w:rsidTr="00BF4129">
        <w:trPr>
          <w:jc w:val="right"/>
        </w:trPr>
        <w:tc>
          <w:tcPr>
            <w:tcW w:w="4395" w:type="dxa"/>
          </w:tcPr>
          <w:p w14:paraId="03A5931F" w14:textId="15C0EBF1" w:rsidR="00A14790" w:rsidRDefault="00097626" w:rsidP="00A14790">
            <w:pPr>
              <w:bidi/>
            </w:pPr>
            <w:r w:rsidRPr="00097626">
              <w:rPr>
                <w:rFonts w:ascii="Arial" w:hAnsi="Arial" w:cs="Arial" w:hint="cs"/>
                <w:rtl/>
              </w:rPr>
              <w:t>أدرج</w:t>
            </w:r>
            <w:r w:rsidRPr="00097626">
              <w:rPr>
                <w:rFonts w:ascii="Arial" w:hAnsi="Arial" w:cs="Arial"/>
                <w:rtl/>
              </w:rPr>
              <w:t xml:space="preserve"> </w:t>
            </w:r>
            <w:r w:rsidRPr="00097626">
              <w:rPr>
                <w:rFonts w:ascii="Arial" w:hAnsi="Arial" w:cs="Arial" w:hint="cs"/>
                <w:rtl/>
              </w:rPr>
              <w:t>سطرين</w:t>
            </w:r>
            <w:r w:rsidRPr="00097626">
              <w:rPr>
                <w:rFonts w:ascii="Arial" w:hAnsi="Arial" w:cs="Arial"/>
                <w:rtl/>
              </w:rPr>
              <w:t xml:space="preserve"> </w:t>
            </w:r>
            <w:r w:rsidRPr="00097626">
              <w:rPr>
                <w:rFonts w:ascii="Arial" w:hAnsi="Arial" w:cs="Arial" w:hint="cs"/>
                <w:rtl/>
              </w:rPr>
              <w:t>بمؤشرات</w:t>
            </w:r>
            <w:r w:rsidRPr="00097626">
              <w:rPr>
                <w:rFonts w:ascii="Arial" w:hAnsi="Arial" w:cs="Arial"/>
                <w:rtl/>
              </w:rPr>
              <w:t xml:space="preserve"> </w:t>
            </w:r>
            <w:r w:rsidRPr="00097626">
              <w:rPr>
                <w:rFonts w:ascii="Arial" w:hAnsi="Arial" w:cs="Arial" w:hint="cs"/>
                <w:rtl/>
              </w:rPr>
              <w:t>أداء</w:t>
            </w:r>
            <w:r w:rsidRPr="00097626">
              <w:rPr>
                <w:rFonts w:ascii="Arial" w:hAnsi="Arial" w:cs="Arial"/>
                <w:rtl/>
              </w:rPr>
              <w:t xml:space="preserve"> </w:t>
            </w:r>
            <w:r w:rsidRPr="00097626">
              <w:rPr>
                <w:rFonts w:ascii="Arial" w:hAnsi="Arial" w:cs="Arial" w:hint="cs"/>
                <w:rtl/>
              </w:rPr>
              <w:t>نموذجية</w:t>
            </w:r>
            <w:r w:rsidRPr="00097626">
              <w:rPr>
                <w:rFonts w:ascii="Arial" w:hAnsi="Arial" w:cs="Arial"/>
                <w:rtl/>
              </w:rPr>
              <w:t xml:space="preserve"> </w:t>
            </w:r>
            <w:r w:rsidRPr="00097626">
              <w:rPr>
                <w:rFonts w:ascii="Arial" w:hAnsi="Arial" w:cs="Arial" w:hint="cs"/>
                <w:rtl/>
              </w:rPr>
              <w:t>يستخدمها</w:t>
            </w:r>
            <w:r w:rsidRPr="00097626">
              <w:rPr>
                <w:rFonts w:ascii="Arial" w:hAnsi="Arial" w:cs="Arial"/>
                <w:rtl/>
              </w:rPr>
              <w:t xml:space="preserve"> </w:t>
            </w:r>
            <w:r w:rsidRPr="00097626">
              <w:rPr>
                <w:rFonts w:ascii="Arial" w:hAnsi="Arial" w:cs="Arial" w:hint="cs"/>
                <w:rtl/>
              </w:rPr>
              <w:t>القطاع</w:t>
            </w:r>
            <w:r w:rsidRPr="00097626">
              <w:rPr>
                <w:rFonts w:ascii="Arial" w:hAnsi="Arial" w:cs="Arial"/>
                <w:rtl/>
              </w:rPr>
              <w:t xml:space="preserve"> (</w:t>
            </w:r>
            <w:r w:rsidRPr="00097626">
              <w:rPr>
                <w:rFonts w:ascii="Arial" w:hAnsi="Arial" w:cs="Arial" w:hint="cs"/>
                <w:rtl/>
              </w:rPr>
              <w:t>دقة</w:t>
            </w:r>
            <w:r w:rsidRPr="00097626">
              <w:rPr>
                <w:rFonts w:ascii="Arial" w:hAnsi="Arial" w:cs="Arial"/>
                <w:rtl/>
              </w:rPr>
              <w:t xml:space="preserve"> </w:t>
            </w:r>
            <w:r w:rsidRPr="00097626">
              <w:rPr>
                <w:rFonts w:ascii="Arial" w:hAnsi="Arial" w:cs="Arial" w:hint="cs"/>
                <w:rtl/>
              </w:rPr>
              <w:t>الرصد،</w:t>
            </w:r>
            <w:r w:rsidRPr="00097626">
              <w:rPr>
                <w:rFonts w:ascii="Arial" w:hAnsi="Arial" w:cs="Arial"/>
                <w:rtl/>
              </w:rPr>
              <w:t xml:space="preserve"> </w:t>
            </w:r>
            <w:r w:rsidRPr="00097626">
              <w:rPr>
                <w:rFonts w:ascii="Arial" w:hAnsi="Arial" w:cs="Arial" w:hint="cs"/>
                <w:rtl/>
              </w:rPr>
              <w:t>زمن</w:t>
            </w:r>
            <w:r w:rsidRPr="00097626">
              <w:rPr>
                <w:rFonts w:ascii="Arial" w:hAnsi="Arial" w:cs="Arial"/>
                <w:rtl/>
              </w:rPr>
              <w:t xml:space="preserve"> </w:t>
            </w:r>
            <w:r w:rsidRPr="00097626">
              <w:rPr>
                <w:rFonts w:ascii="Arial" w:hAnsi="Arial" w:cs="Arial" w:hint="cs"/>
                <w:rtl/>
              </w:rPr>
              <w:t>الاستجابة،</w:t>
            </w:r>
            <w:r w:rsidRPr="00097626">
              <w:rPr>
                <w:rFonts w:ascii="Arial" w:hAnsi="Arial" w:cs="Arial"/>
                <w:rtl/>
              </w:rPr>
              <w:t xml:space="preserve"> </w:t>
            </w:r>
            <w:r w:rsidRPr="00097626">
              <w:rPr>
                <w:rFonts w:ascii="Arial" w:hAnsi="Arial" w:cs="Arial" w:hint="cs"/>
                <w:rtl/>
              </w:rPr>
              <w:t>تقليل</w:t>
            </w:r>
            <w:r w:rsidRPr="00097626">
              <w:rPr>
                <w:rFonts w:ascii="Arial" w:hAnsi="Arial" w:cs="Arial"/>
                <w:rtl/>
              </w:rPr>
              <w:t xml:space="preserve"> </w:t>
            </w:r>
            <w:r w:rsidRPr="00097626">
              <w:rPr>
                <w:rFonts w:ascii="Arial" w:hAnsi="Arial" w:cs="Arial" w:hint="cs"/>
                <w:rtl/>
              </w:rPr>
              <w:t>الأخطاء</w:t>
            </w:r>
            <w:r w:rsidRPr="00097626">
              <w:rPr>
                <w:rFonts w:ascii="Arial" w:hAnsi="Arial" w:cs="Arial"/>
                <w:rtl/>
              </w:rPr>
              <w:t xml:space="preserve">) </w:t>
            </w:r>
            <w:r w:rsidRPr="00097626">
              <w:rPr>
                <w:rFonts w:ascii="Arial" w:hAnsi="Arial" w:cs="Arial" w:hint="cs"/>
                <w:rtl/>
              </w:rPr>
              <w:t>لإظهار</w:t>
            </w:r>
            <w:r w:rsidRPr="00097626">
              <w:rPr>
                <w:rFonts w:ascii="Arial" w:hAnsi="Arial" w:cs="Arial"/>
                <w:rtl/>
              </w:rPr>
              <w:t xml:space="preserve"> </w:t>
            </w:r>
            <w:r w:rsidRPr="00097626">
              <w:rPr>
                <w:rFonts w:ascii="Arial" w:hAnsi="Arial" w:cs="Arial" w:hint="cs"/>
                <w:rtl/>
              </w:rPr>
              <w:t>ملموسية</w:t>
            </w:r>
            <w:r w:rsidRPr="00097626">
              <w:rPr>
                <w:rFonts w:ascii="Arial" w:hAnsi="Arial" w:cs="Arial"/>
                <w:rtl/>
              </w:rPr>
              <w:t xml:space="preserve"> </w:t>
            </w:r>
            <w:r w:rsidRPr="00097626">
              <w:rPr>
                <w:rFonts w:ascii="Arial" w:hAnsi="Arial" w:cs="Arial" w:hint="cs"/>
                <w:rtl/>
              </w:rPr>
              <w:t>المشكلة</w:t>
            </w:r>
            <w:r w:rsidRPr="00097626">
              <w:rPr>
                <w:rFonts w:ascii="Arial" w:hAnsi="Arial" w:cs="Arial"/>
                <w:rtl/>
              </w:rPr>
              <w:t>.</w:t>
            </w:r>
          </w:p>
        </w:tc>
        <w:tc>
          <w:tcPr>
            <w:tcW w:w="3015" w:type="dxa"/>
          </w:tcPr>
          <w:p w14:paraId="20521D53" w14:textId="71574924" w:rsidR="00A14790" w:rsidRDefault="00A14790" w:rsidP="00A14790">
            <w:pPr>
              <w:bidi/>
              <w:rPr>
                <w:rFonts w:ascii="Arial" w:hAnsi="Arial"/>
              </w:rPr>
            </w:pPr>
            <w:r w:rsidRPr="00C25720">
              <w:rPr>
                <w:rFonts w:hint="cs"/>
                <w:rtl/>
              </w:rPr>
              <w:t>لا</w:t>
            </w:r>
            <w:r w:rsidRPr="00C25720">
              <w:rPr>
                <w:rtl/>
              </w:rPr>
              <w:t xml:space="preserve"> </w:t>
            </w:r>
            <w:r w:rsidRPr="00C25720">
              <w:rPr>
                <w:rFonts w:hint="cs"/>
                <w:rtl/>
              </w:rPr>
              <w:t>تُعرض</w:t>
            </w:r>
            <w:r w:rsidRPr="00C25720">
              <w:rPr>
                <w:rtl/>
              </w:rPr>
              <w:t xml:space="preserve"> </w:t>
            </w:r>
            <w:r w:rsidRPr="00C25720">
              <w:rPr>
                <w:rFonts w:hint="cs"/>
                <w:rtl/>
              </w:rPr>
              <w:t>مؤشرات</w:t>
            </w:r>
            <w:r w:rsidRPr="00C25720">
              <w:rPr>
                <w:rtl/>
              </w:rPr>
              <w:t xml:space="preserve"> </w:t>
            </w:r>
            <w:r w:rsidRPr="00C25720">
              <w:rPr>
                <w:rFonts w:hint="cs"/>
                <w:rtl/>
              </w:rPr>
              <w:t>عملية</w:t>
            </w:r>
            <w:r w:rsidRPr="00C25720">
              <w:rPr>
                <w:rtl/>
              </w:rPr>
              <w:t xml:space="preserve"> </w:t>
            </w:r>
            <w:r w:rsidRPr="00C25720">
              <w:rPr>
                <w:rFonts w:hint="cs"/>
                <w:rtl/>
              </w:rPr>
              <w:t>لأثر</w:t>
            </w:r>
            <w:r w:rsidRPr="00C25720">
              <w:rPr>
                <w:rtl/>
              </w:rPr>
              <w:t xml:space="preserve"> </w:t>
            </w:r>
            <w:r w:rsidRPr="00C25720">
              <w:rPr>
                <w:rFonts w:hint="cs"/>
                <w:rtl/>
              </w:rPr>
              <w:t>المشكلة</w:t>
            </w:r>
            <w:r w:rsidRPr="00C25720">
              <w:rPr>
                <w:rtl/>
              </w:rPr>
              <w:t xml:space="preserve"> (</w:t>
            </w:r>
            <w:r w:rsidRPr="00C25720">
              <w:rPr>
                <w:rFonts w:hint="cs"/>
                <w:rtl/>
              </w:rPr>
              <w:t>تباين</w:t>
            </w:r>
            <w:r w:rsidRPr="00C25720">
              <w:rPr>
                <w:rtl/>
              </w:rPr>
              <w:t xml:space="preserve"> </w:t>
            </w:r>
            <w:r w:rsidRPr="00C25720">
              <w:rPr>
                <w:rFonts w:hint="cs"/>
                <w:rtl/>
              </w:rPr>
              <w:t>الدقة،</w:t>
            </w:r>
            <w:r w:rsidRPr="00C25720">
              <w:rPr>
                <w:rtl/>
              </w:rPr>
              <w:t xml:space="preserve"> </w:t>
            </w:r>
            <w:r w:rsidRPr="00C25720">
              <w:rPr>
                <w:rFonts w:hint="cs"/>
                <w:rtl/>
              </w:rPr>
              <w:t>زمن</w:t>
            </w:r>
            <w:r w:rsidRPr="00C25720">
              <w:rPr>
                <w:rtl/>
              </w:rPr>
              <w:t xml:space="preserve"> </w:t>
            </w:r>
            <w:r w:rsidRPr="00C25720">
              <w:rPr>
                <w:rFonts w:hint="cs"/>
                <w:rtl/>
              </w:rPr>
              <w:t>الاستجابة،</w:t>
            </w:r>
            <w:r w:rsidRPr="00C25720">
              <w:rPr>
                <w:rtl/>
              </w:rPr>
              <w:t xml:space="preserve"> </w:t>
            </w:r>
            <w:r w:rsidRPr="00C25720">
              <w:rPr>
                <w:rFonts w:hint="cs"/>
                <w:rtl/>
              </w:rPr>
              <w:t>نسبة</w:t>
            </w:r>
            <w:r w:rsidRPr="00C25720">
              <w:rPr>
                <w:rtl/>
              </w:rPr>
              <w:t xml:space="preserve"> </w:t>
            </w:r>
            <w:r w:rsidRPr="00C25720">
              <w:rPr>
                <w:rFonts w:hint="cs"/>
                <w:rtl/>
              </w:rPr>
              <w:t>الأخطاء</w:t>
            </w:r>
            <w:r w:rsidRPr="00C25720">
              <w:rPr>
                <w:rtl/>
              </w:rPr>
              <w:t>)</w:t>
            </w:r>
            <w:r w:rsidRPr="00C25720">
              <w:t>.</w:t>
            </w:r>
          </w:p>
        </w:tc>
        <w:tc>
          <w:tcPr>
            <w:tcW w:w="1379" w:type="dxa"/>
          </w:tcPr>
          <w:p w14:paraId="6FE03406" w14:textId="1D923A98" w:rsidR="00A14790" w:rsidRDefault="00A14790" w:rsidP="00A14790">
            <w:pPr>
              <w:bidi/>
              <w:rPr>
                <w:rFonts w:ascii="Arial" w:hAnsi="Arial"/>
              </w:rPr>
            </w:pPr>
            <w:r w:rsidRPr="004C2B66">
              <w:rPr>
                <w:rFonts w:hint="cs"/>
                <w:rtl/>
              </w:rPr>
              <w:t>إبراز</w:t>
            </w:r>
            <w:r w:rsidRPr="004C2B66">
              <w:rPr>
                <w:rtl/>
              </w:rPr>
              <w:t xml:space="preserve"> </w:t>
            </w:r>
            <w:r w:rsidRPr="004C2B66">
              <w:rPr>
                <w:rFonts w:hint="cs"/>
                <w:rtl/>
              </w:rPr>
              <w:t>الأثر</w:t>
            </w:r>
            <w:r w:rsidRPr="004C2B66">
              <w:rPr>
                <w:rtl/>
              </w:rPr>
              <w:t xml:space="preserve"> </w:t>
            </w:r>
            <w:r w:rsidRPr="004C2B66">
              <w:rPr>
                <w:rFonts w:hint="cs"/>
                <w:rtl/>
              </w:rPr>
              <w:t>العملي</w:t>
            </w:r>
          </w:p>
        </w:tc>
        <w:tc>
          <w:tcPr>
            <w:tcW w:w="848" w:type="dxa"/>
          </w:tcPr>
          <w:p w14:paraId="79EE7438" w14:textId="3C1AEC18" w:rsidR="00A14790" w:rsidRDefault="00A14790" w:rsidP="00A14790">
            <w:pPr>
              <w:bidi/>
              <w:rPr>
                <w:rFonts w:ascii="Arial" w:hAnsi="Arial"/>
              </w:rPr>
            </w:pPr>
            <w:r>
              <w:rPr>
                <w:rFonts w:ascii="Arial" w:hAnsi="Arial"/>
              </w:rPr>
              <w:t>4</w:t>
            </w:r>
          </w:p>
        </w:tc>
      </w:tr>
    </w:tbl>
    <w:p w14:paraId="6AAF32B2" w14:textId="77777777" w:rsidR="00A00555" w:rsidRDefault="00A35E6B" w:rsidP="00A14790">
      <w:pPr>
        <w:pStyle w:val="Heading2"/>
        <w:bidi/>
      </w:pPr>
      <w:proofErr w:type="spellStart"/>
      <w:r>
        <w:rPr>
          <w:rFonts w:ascii="Arial" w:hAnsi="Arial"/>
          <w:sz w:val="28"/>
        </w:rPr>
        <w:t>أهداف</w:t>
      </w:r>
      <w:proofErr w:type="spellEnd"/>
      <w:r>
        <w:rPr>
          <w:rFonts w:ascii="Arial" w:hAnsi="Arial"/>
          <w:sz w:val="28"/>
        </w:rPr>
        <w:t xml:space="preserve"> </w:t>
      </w:r>
      <w:proofErr w:type="spellStart"/>
      <w:r>
        <w:rPr>
          <w:rFonts w:ascii="Arial" w:hAnsi="Arial"/>
          <w:sz w:val="28"/>
        </w:rPr>
        <w:t>الدراسة</w:t>
      </w:r>
      <w:proofErr w:type="spellEnd"/>
    </w:p>
    <w:tbl>
      <w:tblPr>
        <w:tblStyle w:val="TableGrid"/>
        <w:tblW w:w="0" w:type="auto"/>
        <w:jc w:val="right"/>
        <w:tblLook w:val="04A0" w:firstRow="1" w:lastRow="0" w:firstColumn="1" w:lastColumn="0" w:noHBand="0" w:noVBand="1"/>
      </w:tblPr>
      <w:tblGrid>
        <w:gridCol w:w="3544"/>
        <w:gridCol w:w="2056"/>
        <w:gridCol w:w="1815"/>
        <w:gridCol w:w="1215"/>
      </w:tblGrid>
      <w:tr w:rsidR="00E93360" w14:paraId="55552F6C" w14:textId="3030F8E4" w:rsidTr="002A725A">
        <w:trPr>
          <w:jc w:val="right"/>
        </w:trPr>
        <w:tc>
          <w:tcPr>
            <w:tcW w:w="3970" w:type="dxa"/>
          </w:tcPr>
          <w:p w14:paraId="4297D1B7" w14:textId="5A7B064E" w:rsidR="00E93360" w:rsidRDefault="00E93360" w:rsidP="00E93360">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229" w:type="dxa"/>
          </w:tcPr>
          <w:p w14:paraId="72B13B2C" w14:textId="72930495" w:rsidR="00E93360" w:rsidRDefault="00E93360" w:rsidP="00E93360">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218B1157" w14:textId="2E39D41D" w:rsidR="00E93360" w:rsidRDefault="00E93360" w:rsidP="00E93360">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61C90750" w14:textId="24C088EC" w:rsidR="00E93360" w:rsidRDefault="00E93360" w:rsidP="00E93360">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E93360" w14:paraId="6DE318C8" w14:textId="782A62A6" w:rsidTr="002A725A">
        <w:trPr>
          <w:jc w:val="right"/>
        </w:trPr>
        <w:tc>
          <w:tcPr>
            <w:tcW w:w="3970" w:type="dxa"/>
          </w:tcPr>
          <w:p w14:paraId="7D1D7374" w14:textId="57C1B74D" w:rsidR="00E93360" w:rsidRDefault="00E93360" w:rsidP="00E93360">
            <w:pPr>
              <w:bidi/>
            </w:pPr>
            <w:r w:rsidRPr="00B35883">
              <w:rPr>
                <w:rFonts w:hint="cs"/>
                <w:rtl/>
              </w:rPr>
              <w:t>عدّل</w:t>
            </w:r>
            <w:r w:rsidRPr="00B35883">
              <w:rPr>
                <w:rtl/>
              </w:rPr>
              <w:t xml:space="preserve"> </w:t>
            </w:r>
            <w:r w:rsidRPr="00B35883">
              <w:rPr>
                <w:rFonts w:hint="cs"/>
                <w:rtl/>
              </w:rPr>
              <w:t>الهدف</w:t>
            </w:r>
            <w:r w:rsidRPr="00B35883">
              <w:rPr>
                <w:rtl/>
              </w:rPr>
              <w:t xml:space="preserve"> </w:t>
            </w:r>
            <w:r w:rsidRPr="00B35883">
              <w:rPr>
                <w:rFonts w:hint="cs"/>
                <w:rtl/>
              </w:rPr>
              <w:t>العام</w:t>
            </w:r>
            <w:r w:rsidRPr="00B35883">
              <w:rPr>
                <w:rtl/>
              </w:rPr>
              <w:t xml:space="preserve"> </w:t>
            </w:r>
            <w:r w:rsidRPr="00B35883">
              <w:rPr>
                <w:rFonts w:hint="cs"/>
                <w:rtl/>
              </w:rPr>
              <w:t>ليصبح</w:t>
            </w:r>
            <w:r w:rsidRPr="00B35883">
              <w:rPr>
                <w:rtl/>
              </w:rPr>
              <w:t xml:space="preserve"> </w:t>
            </w:r>
            <w:r w:rsidRPr="00B35883">
              <w:rPr>
                <w:rFonts w:hint="cs"/>
                <w:rtl/>
              </w:rPr>
              <w:t>محددًا</w:t>
            </w:r>
            <w:r w:rsidRPr="00B35883">
              <w:rPr>
                <w:rtl/>
              </w:rPr>
              <w:t>: «</w:t>
            </w:r>
            <w:r w:rsidRPr="00B35883">
              <w:rPr>
                <w:rFonts w:hint="cs"/>
                <w:rtl/>
              </w:rPr>
              <w:t>تقويم</w:t>
            </w:r>
            <w:r w:rsidRPr="00B35883">
              <w:rPr>
                <w:rtl/>
              </w:rPr>
              <w:t xml:space="preserve"> </w:t>
            </w:r>
            <w:r w:rsidRPr="00B35883">
              <w:rPr>
                <w:rFonts w:hint="cs"/>
                <w:rtl/>
              </w:rPr>
              <w:t>أثر</w:t>
            </w:r>
            <w:r w:rsidRPr="00B35883">
              <w:rPr>
                <w:rtl/>
              </w:rPr>
              <w:t xml:space="preserve"> </w:t>
            </w:r>
            <w:r w:rsidRPr="00B35883">
              <w:rPr>
                <w:rFonts w:hint="cs"/>
                <w:rtl/>
              </w:rPr>
              <w:t>استخدام</w:t>
            </w:r>
            <w:r w:rsidRPr="00B35883">
              <w:rPr>
                <w:rtl/>
              </w:rPr>
              <w:t xml:space="preserve"> </w:t>
            </w:r>
            <w:r w:rsidRPr="00B35883">
              <w:rPr>
                <w:rFonts w:hint="cs"/>
                <w:rtl/>
              </w:rPr>
              <w:t>تقنيات</w:t>
            </w:r>
            <w:r w:rsidRPr="00B35883">
              <w:rPr>
                <w:rtl/>
              </w:rPr>
              <w:t xml:space="preserve"> </w:t>
            </w:r>
            <w:r w:rsidRPr="00B35883">
              <w:rPr>
                <w:rFonts w:hint="cs"/>
                <w:rtl/>
              </w:rPr>
              <w:t>الذكاء</w:t>
            </w:r>
            <w:r w:rsidRPr="00B35883">
              <w:rPr>
                <w:rtl/>
              </w:rPr>
              <w:t xml:space="preserve"> </w:t>
            </w:r>
            <w:r w:rsidRPr="00B35883">
              <w:rPr>
                <w:rFonts w:hint="cs"/>
                <w:rtl/>
              </w:rPr>
              <w:t>الاصطناعي</w:t>
            </w:r>
            <w:r w:rsidRPr="00B35883">
              <w:rPr>
                <w:rtl/>
              </w:rPr>
              <w:t xml:space="preserve"> </w:t>
            </w:r>
            <w:r w:rsidRPr="00B35883">
              <w:rPr>
                <w:rFonts w:hint="cs"/>
                <w:rtl/>
              </w:rPr>
              <w:t>وتكامل</w:t>
            </w:r>
            <w:r w:rsidRPr="00B35883">
              <w:rPr>
                <w:rtl/>
              </w:rPr>
              <w:t xml:space="preserve"> </w:t>
            </w:r>
            <w:r w:rsidRPr="00B35883">
              <w:rPr>
                <w:rFonts w:hint="cs"/>
                <w:rtl/>
              </w:rPr>
              <w:t>البنية</w:t>
            </w:r>
            <w:r w:rsidRPr="00B35883">
              <w:rPr>
                <w:rtl/>
              </w:rPr>
              <w:t xml:space="preserve"> </w:t>
            </w:r>
            <w:r w:rsidRPr="00B35883">
              <w:rPr>
                <w:rFonts w:hint="cs"/>
                <w:rtl/>
              </w:rPr>
              <w:t>التحتية</w:t>
            </w:r>
            <w:r w:rsidRPr="00B35883">
              <w:rPr>
                <w:rtl/>
              </w:rPr>
              <w:t xml:space="preserve"> </w:t>
            </w:r>
            <w:r w:rsidRPr="00B35883">
              <w:rPr>
                <w:rFonts w:hint="cs"/>
                <w:rtl/>
              </w:rPr>
              <w:t>وكفاءة</w:t>
            </w:r>
            <w:r w:rsidRPr="00B35883">
              <w:rPr>
                <w:rtl/>
              </w:rPr>
              <w:t xml:space="preserve"> </w:t>
            </w:r>
            <w:r w:rsidRPr="00B35883">
              <w:rPr>
                <w:rFonts w:hint="cs"/>
                <w:rtl/>
              </w:rPr>
              <w:t>الموارد</w:t>
            </w:r>
            <w:r w:rsidRPr="00B35883">
              <w:rPr>
                <w:rtl/>
              </w:rPr>
              <w:t xml:space="preserve"> </w:t>
            </w:r>
            <w:r w:rsidRPr="00B35883">
              <w:rPr>
                <w:rFonts w:hint="cs"/>
                <w:rtl/>
              </w:rPr>
              <w:t>البشرية</w:t>
            </w:r>
            <w:r w:rsidRPr="00B35883">
              <w:rPr>
                <w:rtl/>
              </w:rPr>
              <w:t xml:space="preserve"> </w:t>
            </w:r>
            <w:r w:rsidRPr="00B35883">
              <w:rPr>
                <w:rFonts w:hint="cs"/>
                <w:rtl/>
              </w:rPr>
              <w:t>على</w:t>
            </w:r>
            <w:r w:rsidRPr="00B35883">
              <w:rPr>
                <w:rtl/>
              </w:rPr>
              <w:t xml:space="preserve"> </w:t>
            </w:r>
            <w:r w:rsidRPr="00B35883">
              <w:rPr>
                <w:rFonts w:hint="cs"/>
                <w:rtl/>
              </w:rPr>
              <w:t>أداء</w:t>
            </w:r>
            <w:r w:rsidRPr="00B35883">
              <w:rPr>
                <w:rtl/>
              </w:rPr>
              <w:t xml:space="preserve"> </w:t>
            </w:r>
            <w:r w:rsidRPr="00B35883">
              <w:rPr>
                <w:rFonts w:hint="cs"/>
                <w:rtl/>
              </w:rPr>
              <w:t>نظم</w:t>
            </w:r>
            <w:r w:rsidRPr="00B35883">
              <w:rPr>
                <w:rtl/>
              </w:rPr>
              <w:t xml:space="preserve"> </w:t>
            </w:r>
            <w:r w:rsidRPr="00B35883">
              <w:rPr>
                <w:rFonts w:hint="cs"/>
                <w:rtl/>
              </w:rPr>
              <w:t>المراقبة</w:t>
            </w:r>
            <w:r w:rsidRPr="00B35883">
              <w:rPr>
                <w:rtl/>
              </w:rPr>
              <w:t xml:space="preserve"> </w:t>
            </w:r>
            <w:r w:rsidRPr="00B35883">
              <w:rPr>
                <w:rFonts w:hint="cs"/>
                <w:rtl/>
              </w:rPr>
              <w:t>الذكية</w:t>
            </w:r>
            <w:r w:rsidRPr="00B35883">
              <w:rPr>
                <w:rtl/>
              </w:rPr>
              <w:t xml:space="preserve"> </w:t>
            </w:r>
            <w:r w:rsidRPr="00B35883">
              <w:rPr>
                <w:rFonts w:hint="cs"/>
                <w:rtl/>
              </w:rPr>
              <w:t>لدى</w:t>
            </w:r>
            <w:r w:rsidRPr="00B35883">
              <w:rPr>
                <w:rtl/>
              </w:rPr>
              <w:t xml:space="preserve"> </w:t>
            </w:r>
            <w:r w:rsidRPr="00B35883">
              <w:rPr>
                <w:rFonts w:hint="cs"/>
                <w:rtl/>
              </w:rPr>
              <w:t>الجهات</w:t>
            </w:r>
            <w:r w:rsidRPr="00B35883">
              <w:rPr>
                <w:rtl/>
              </w:rPr>
              <w:t xml:space="preserve"> </w:t>
            </w:r>
            <w:r w:rsidRPr="00B35883">
              <w:rPr>
                <w:rFonts w:hint="cs"/>
                <w:rtl/>
              </w:rPr>
              <w:t>العاملة</w:t>
            </w:r>
            <w:r w:rsidRPr="00B35883">
              <w:rPr>
                <w:rtl/>
              </w:rPr>
              <w:t xml:space="preserve"> </w:t>
            </w:r>
            <w:r w:rsidRPr="00B35883">
              <w:rPr>
                <w:rFonts w:hint="cs"/>
                <w:rtl/>
              </w:rPr>
              <w:t>في</w:t>
            </w:r>
            <w:r w:rsidRPr="00B35883">
              <w:rPr>
                <w:rtl/>
              </w:rPr>
              <w:t xml:space="preserve"> </w:t>
            </w:r>
            <w:r w:rsidRPr="00B35883">
              <w:rPr>
                <w:rFonts w:hint="cs"/>
                <w:rtl/>
              </w:rPr>
              <w:t>مدينة</w:t>
            </w:r>
            <w:r w:rsidRPr="00B35883">
              <w:rPr>
                <w:rtl/>
              </w:rPr>
              <w:t xml:space="preserve"> </w:t>
            </w:r>
            <w:r w:rsidRPr="00B35883">
              <w:rPr>
                <w:rFonts w:hint="cs"/>
                <w:rtl/>
              </w:rPr>
              <w:t>الرياض</w:t>
            </w:r>
            <w:r w:rsidRPr="00B35883">
              <w:rPr>
                <w:rtl/>
              </w:rPr>
              <w:t xml:space="preserve"> </w:t>
            </w:r>
            <w:r w:rsidRPr="00B35883">
              <w:rPr>
                <w:rFonts w:hint="cs"/>
                <w:rtl/>
              </w:rPr>
              <w:t>خلال</w:t>
            </w:r>
            <w:r w:rsidRPr="00B35883">
              <w:t xml:space="preserve"> (2022–2025)».</w:t>
            </w:r>
          </w:p>
        </w:tc>
        <w:tc>
          <w:tcPr>
            <w:tcW w:w="2229" w:type="dxa"/>
          </w:tcPr>
          <w:p w14:paraId="43D7956D" w14:textId="3A4210B9" w:rsidR="00E93360" w:rsidRDefault="00E93360" w:rsidP="00E93360">
            <w:pPr>
              <w:bidi/>
              <w:rPr>
                <w:rFonts w:ascii="Arial" w:hAnsi="Arial"/>
              </w:rPr>
            </w:pPr>
            <w:r w:rsidRPr="00354835">
              <w:rPr>
                <w:rFonts w:hint="cs"/>
                <w:rtl/>
              </w:rPr>
              <w:t>صياغة</w:t>
            </w:r>
            <w:r w:rsidRPr="00354835">
              <w:rPr>
                <w:rtl/>
              </w:rPr>
              <w:t xml:space="preserve"> </w:t>
            </w:r>
            <w:r w:rsidRPr="00354835">
              <w:rPr>
                <w:rFonts w:hint="cs"/>
                <w:rtl/>
              </w:rPr>
              <w:t>الهدف</w:t>
            </w:r>
            <w:r w:rsidRPr="00354835">
              <w:rPr>
                <w:rtl/>
              </w:rPr>
              <w:t xml:space="preserve"> </w:t>
            </w:r>
            <w:r w:rsidRPr="00354835">
              <w:rPr>
                <w:rFonts w:hint="cs"/>
                <w:rtl/>
              </w:rPr>
              <w:t>العام</w:t>
            </w:r>
            <w:r w:rsidRPr="00354835">
              <w:rPr>
                <w:rtl/>
              </w:rPr>
              <w:t xml:space="preserve"> «</w:t>
            </w:r>
            <w:r w:rsidRPr="00354835">
              <w:rPr>
                <w:rFonts w:hint="cs"/>
                <w:rtl/>
              </w:rPr>
              <w:t>تقويم</w:t>
            </w:r>
            <w:r w:rsidRPr="00354835">
              <w:rPr>
                <w:rtl/>
              </w:rPr>
              <w:t xml:space="preserve"> </w:t>
            </w:r>
            <w:r w:rsidRPr="00354835">
              <w:rPr>
                <w:rFonts w:hint="cs"/>
                <w:rtl/>
              </w:rPr>
              <w:t>الدور</w:t>
            </w:r>
            <w:r w:rsidRPr="00354835">
              <w:rPr>
                <w:rFonts w:hint="eastAsia"/>
                <w:rtl/>
              </w:rPr>
              <w:t>»</w:t>
            </w:r>
            <w:r w:rsidRPr="00354835">
              <w:rPr>
                <w:rtl/>
              </w:rPr>
              <w:t xml:space="preserve"> </w:t>
            </w:r>
            <w:r w:rsidRPr="00354835">
              <w:rPr>
                <w:rFonts w:hint="cs"/>
                <w:rtl/>
              </w:rPr>
              <w:t>مناسبة،</w:t>
            </w:r>
            <w:r w:rsidRPr="00354835">
              <w:rPr>
                <w:rtl/>
              </w:rPr>
              <w:t xml:space="preserve"> </w:t>
            </w:r>
            <w:r w:rsidRPr="00354835">
              <w:rPr>
                <w:rFonts w:hint="cs"/>
                <w:rtl/>
              </w:rPr>
              <w:t>لكنها</w:t>
            </w:r>
            <w:r w:rsidRPr="00354835">
              <w:rPr>
                <w:rtl/>
              </w:rPr>
              <w:t xml:space="preserve"> </w:t>
            </w:r>
            <w:r w:rsidRPr="00354835">
              <w:rPr>
                <w:rFonts w:hint="cs"/>
                <w:rtl/>
              </w:rPr>
              <w:t>لا</w:t>
            </w:r>
            <w:r w:rsidRPr="00354835">
              <w:rPr>
                <w:rtl/>
              </w:rPr>
              <w:t xml:space="preserve"> </w:t>
            </w:r>
            <w:r w:rsidRPr="00354835">
              <w:rPr>
                <w:rFonts w:hint="cs"/>
                <w:rtl/>
              </w:rPr>
              <w:t>تذكر</w:t>
            </w:r>
            <w:r w:rsidRPr="00354835">
              <w:rPr>
                <w:rtl/>
              </w:rPr>
              <w:t xml:space="preserve"> </w:t>
            </w:r>
            <w:r w:rsidRPr="00354835">
              <w:rPr>
                <w:rFonts w:hint="cs"/>
                <w:rtl/>
              </w:rPr>
              <w:t>صراحة</w:t>
            </w:r>
            <w:r w:rsidRPr="00354835">
              <w:rPr>
                <w:rtl/>
              </w:rPr>
              <w:t xml:space="preserve"> </w:t>
            </w:r>
            <w:r w:rsidRPr="00354835">
              <w:rPr>
                <w:rFonts w:hint="cs"/>
                <w:rtl/>
              </w:rPr>
              <w:t>المجتمع</w:t>
            </w:r>
            <w:r w:rsidRPr="00354835">
              <w:rPr>
                <w:rtl/>
              </w:rPr>
              <w:t xml:space="preserve"> </w:t>
            </w:r>
            <w:r w:rsidRPr="00354835">
              <w:rPr>
                <w:rFonts w:hint="cs"/>
                <w:rtl/>
              </w:rPr>
              <w:t>والمكان</w:t>
            </w:r>
            <w:r w:rsidRPr="00354835">
              <w:rPr>
                <w:rtl/>
              </w:rPr>
              <w:t xml:space="preserve"> </w:t>
            </w:r>
            <w:r w:rsidRPr="00354835">
              <w:rPr>
                <w:rFonts w:hint="cs"/>
                <w:rtl/>
              </w:rPr>
              <w:t>والزمن</w:t>
            </w:r>
            <w:r w:rsidRPr="00354835">
              <w:t>.</w:t>
            </w:r>
          </w:p>
        </w:tc>
        <w:tc>
          <w:tcPr>
            <w:tcW w:w="1980" w:type="dxa"/>
          </w:tcPr>
          <w:p w14:paraId="7A98E6BB" w14:textId="23642A11" w:rsidR="00E93360" w:rsidRDefault="00E93360" w:rsidP="00E93360">
            <w:pPr>
              <w:bidi/>
              <w:rPr>
                <w:rFonts w:ascii="Arial" w:hAnsi="Arial"/>
              </w:rPr>
            </w:pPr>
            <w:r w:rsidRPr="00311C89">
              <w:rPr>
                <w:rFonts w:hint="cs"/>
                <w:rtl/>
              </w:rPr>
              <w:t>الهدف</w:t>
            </w:r>
            <w:r w:rsidRPr="00311C89">
              <w:rPr>
                <w:rtl/>
              </w:rPr>
              <w:t xml:space="preserve"> </w:t>
            </w:r>
            <w:r w:rsidRPr="00311C89">
              <w:rPr>
                <w:rFonts w:hint="cs"/>
                <w:rtl/>
              </w:rPr>
              <w:t>الرئيس</w:t>
            </w:r>
          </w:p>
        </w:tc>
        <w:tc>
          <w:tcPr>
            <w:tcW w:w="1278" w:type="dxa"/>
          </w:tcPr>
          <w:p w14:paraId="0D176B4D" w14:textId="6F250760" w:rsidR="00E93360" w:rsidRDefault="00E93360" w:rsidP="00E93360">
            <w:pPr>
              <w:bidi/>
              <w:rPr>
                <w:rFonts w:ascii="Arial" w:hAnsi="Arial"/>
              </w:rPr>
            </w:pPr>
            <w:r>
              <w:rPr>
                <w:rFonts w:ascii="Arial" w:hAnsi="Arial"/>
              </w:rPr>
              <w:t>1</w:t>
            </w:r>
          </w:p>
        </w:tc>
      </w:tr>
      <w:tr w:rsidR="00E93360" w14:paraId="6D1C1817" w14:textId="567C1927" w:rsidTr="002A725A">
        <w:trPr>
          <w:jc w:val="right"/>
        </w:trPr>
        <w:tc>
          <w:tcPr>
            <w:tcW w:w="3970" w:type="dxa"/>
          </w:tcPr>
          <w:p w14:paraId="0F70954B" w14:textId="0546EABD" w:rsidR="00E93360" w:rsidRDefault="00E93360" w:rsidP="00E93360">
            <w:pPr>
              <w:bidi/>
            </w:pPr>
            <w:r w:rsidRPr="00B35883">
              <w:rPr>
                <w:rFonts w:hint="cs"/>
                <w:rtl/>
              </w:rPr>
              <w:t>حوّلها</w:t>
            </w:r>
            <w:r w:rsidRPr="00B35883">
              <w:rPr>
                <w:rtl/>
              </w:rPr>
              <w:t xml:space="preserve"> </w:t>
            </w:r>
            <w:r w:rsidRPr="00B35883">
              <w:rPr>
                <w:rFonts w:hint="cs"/>
                <w:rtl/>
              </w:rPr>
              <w:t>إلى</w:t>
            </w:r>
            <w:r w:rsidRPr="00B35883">
              <w:rPr>
                <w:rtl/>
              </w:rPr>
              <w:t xml:space="preserve"> </w:t>
            </w:r>
            <w:r w:rsidRPr="00B35883">
              <w:rPr>
                <w:rFonts w:hint="cs"/>
                <w:rtl/>
              </w:rPr>
              <w:t>أهداف</w:t>
            </w:r>
            <w:r w:rsidRPr="00B35883">
              <w:rPr>
                <w:rtl/>
              </w:rPr>
              <w:t xml:space="preserve"> </w:t>
            </w:r>
            <w:r w:rsidRPr="00B35883">
              <w:rPr>
                <w:rFonts w:hint="cs"/>
                <w:rtl/>
              </w:rPr>
              <w:t>قابلة</w:t>
            </w:r>
            <w:r w:rsidRPr="00B35883">
              <w:rPr>
                <w:rtl/>
              </w:rPr>
              <w:t xml:space="preserve"> </w:t>
            </w:r>
            <w:r w:rsidRPr="00B35883">
              <w:rPr>
                <w:rFonts w:hint="cs"/>
                <w:rtl/>
              </w:rPr>
              <w:t>للقياس</w:t>
            </w:r>
            <w:r w:rsidRPr="00B35883">
              <w:rPr>
                <w:rtl/>
              </w:rPr>
              <w:t xml:space="preserve">: (1) </w:t>
            </w:r>
            <w:r w:rsidRPr="00B35883">
              <w:rPr>
                <w:rFonts w:hint="cs"/>
                <w:rtl/>
              </w:rPr>
              <w:t>قياس</w:t>
            </w:r>
            <w:r w:rsidRPr="00B35883">
              <w:rPr>
                <w:rtl/>
              </w:rPr>
              <w:t xml:space="preserve"> </w:t>
            </w:r>
            <w:r w:rsidRPr="00B35883">
              <w:rPr>
                <w:rFonts w:hint="cs"/>
                <w:rtl/>
              </w:rPr>
              <w:t>مستوى</w:t>
            </w:r>
            <w:r w:rsidRPr="00B35883">
              <w:rPr>
                <w:rtl/>
              </w:rPr>
              <w:t xml:space="preserve"> </w:t>
            </w:r>
            <w:r w:rsidRPr="00B35883">
              <w:rPr>
                <w:rFonts w:hint="cs"/>
                <w:rtl/>
              </w:rPr>
              <w:t>تبني</w:t>
            </w:r>
            <w:r w:rsidRPr="00B35883">
              <w:rPr>
                <w:rtl/>
              </w:rPr>
              <w:t xml:space="preserve"> </w:t>
            </w:r>
            <w:r w:rsidRPr="00B35883">
              <w:rPr>
                <w:rFonts w:hint="cs"/>
                <w:rtl/>
              </w:rPr>
              <w:t>تقنيات</w:t>
            </w:r>
            <w:r w:rsidRPr="00B35883">
              <w:rPr>
                <w:rtl/>
              </w:rPr>
              <w:t xml:space="preserve"> </w:t>
            </w:r>
            <w:r w:rsidRPr="00B35883">
              <w:rPr>
                <w:rFonts w:hint="cs"/>
                <w:rtl/>
              </w:rPr>
              <w:t>الذكاء</w:t>
            </w:r>
            <w:r w:rsidRPr="00B35883">
              <w:rPr>
                <w:rtl/>
              </w:rPr>
              <w:t xml:space="preserve"> </w:t>
            </w:r>
            <w:r w:rsidRPr="00B35883">
              <w:rPr>
                <w:rFonts w:hint="cs"/>
                <w:rtl/>
              </w:rPr>
              <w:t>الاصطناعي</w:t>
            </w:r>
            <w:r w:rsidRPr="00B35883">
              <w:rPr>
                <w:rtl/>
              </w:rPr>
              <w:t xml:space="preserve"> </w:t>
            </w:r>
            <w:r w:rsidRPr="00B35883">
              <w:rPr>
                <w:rFonts w:hint="cs"/>
                <w:rtl/>
              </w:rPr>
              <w:t>في</w:t>
            </w:r>
            <w:r w:rsidRPr="00B35883">
              <w:rPr>
                <w:rtl/>
              </w:rPr>
              <w:t xml:space="preserve"> </w:t>
            </w:r>
            <w:r w:rsidRPr="00B35883">
              <w:rPr>
                <w:rFonts w:hint="cs"/>
                <w:rtl/>
              </w:rPr>
              <w:t>المراقبة،</w:t>
            </w:r>
            <w:r w:rsidRPr="00B35883">
              <w:rPr>
                <w:rtl/>
              </w:rPr>
              <w:t xml:space="preserve"> (2) </w:t>
            </w:r>
            <w:r w:rsidRPr="00B35883">
              <w:rPr>
                <w:rFonts w:hint="cs"/>
                <w:rtl/>
              </w:rPr>
              <w:t>قياس</w:t>
            </w:r>
            <w:r w:rsidRPr="00B35883">
              <w:rPr>
                <w:rtl/>
              </w:rPr>
              <w:t xml:space="preserve"> </w:t>
            </w:r>
            <w:r w:rsidRPr="00B35883">
              <w:rPr>
                <w:rFonts w:hint="cs"/>
                <w:rtl/>
              </w:rPr>
              <w:t>تكامل</w:t>
            </w:r>
            <w:r w:rsidRPr="00B35883">
              <w:rPr>
                <w:rtl/>
              </w:rPr>
              <w:t xml:space="preserve"> </w:t>
            </w:r>
            <w:r w:rsidRPr="00B35883">
              <w:rPr>
                <w:rFonts w:hint="cs"/>
                <w:rtl/>
              </w:rPr>
              <w:t>البنية</w:t>
            </w:r>
            <w:r w:rsidRPr="00B35883">
              <w:rPr>
                <w:rtl/>
              </w:rPr>
              <w:t xml:space="preserve"> </w:t>
            </w:r>
            <w:r w:rsidRPr="00B35883">
              <w:rPr>
                <w:rFonts w:hint="cs"/>
                <w:rtl/>
              </w:rPr>
              <w:t>التحتية</w:t>
            </w:r>
            <w:r w:rsidRPr="00B35883">
              <w:rPr>
                <w:rtl/>
              </w:rPr>
              <w:t xml:space="preserve"> </w:t>
            </w:r>
            <w:r w:rsidRPr="00B35883">
              <w:rPr>
                <w:rFonts w:hint="cs"/>
                <w:rtl/>
              </w:rPr>
              <w:t>الذكية،</w:t>
            </w:r>
            <w:r w:rsidRPr="00B35883">
              <w:rPr>
                <w:rtl/>
              </w:rPr>
              <w:t xml:space="preserve"> (3) </w:t>
            </w:r>
            <w:r w:rsidRPr="00B35883">
              <w:rPr>
                <w:rFonts w:hint="cs"/>
                <w:rtl/>
              </w:rPr>
              <w:t>قياس</w:t>
            </w:r>
            <w:r w:rsidRPr="00B35883">
              <w:rPr>
                <w:rtl/>
              </w:rPr>
              <w:t xml:space="preserve"> </w:t>
            </w:r>
            <w:r w:rsidRPr="00B35883">
              <w:rPr>
                <w:rFonts w:hint="cs"/>
                <w:rtl/>
              </w:rPr>
              <w:t>كفاءة</w:t>
            </w:r>
            <w:r w:rsidRPr="00B35883">
              <w:rPr>
                <w:rtl/>
              </w:rPr>
              <w:t xml:space="preserve"> </w:t>
            </w:r>
            <w:r w:rsidRPr="00B35883">
              <w:rPr>
                <w:rFonts w:hint="cs"/>
                <w:rtl/>
              </w:rPr>
              <w:t>الموارد</w:t>
            </w:r>
            <w:r w:rsidRPr="00B35883">
              <w:rPr>
                <w:rtl/>
              </w:rPr>
              <w:t xml:space="preserve"> </w:t>
            </w:r>
            <w:r w:rsidRPr="00B35883">
              <w:rPr>
                <w:rFonts w:hint="cs"/>
                <w:rtl/>
              </w:rPr>
              <w:t>البشرية،</w:t>
            </w:r>
            <w:r w:rsidRPr="00B35883">
              <w:rPr>
                <w:rtl/>
              </w:rPr>
              <w:t xml:space="preserve"> (4) </w:t>
            </w:r>
            <w:r w:rsidRPr="00B35883">
              <w:rPr>
                <w:rFonts w:hint="cs"/>
                <w:rtl/>
              </w:rPr>
              <w:t>اختبار</w:t>
            </w:r>
            <w:r w:rsidRPr="00B35883">
              <w:rPr>
                <w:rtl/>
              </w:rPr>
              <w:t xml:space="preserve"> </w:t>
            </w:r>
            <w:r w:rsidRPr="00B35883">
              <w:rPr>
                <w:rFonts w:hint="cs"/>
                <w:rtl/>
              </w:rPr>
              <w:t>أثر</w:t>
            </w:r>
            <w:r w:rsidRPr="00B35883">
              <w:rPr>
                <w:rtl/>
              </w:rPr>
              <w:t xml:space="preserve"> </w:t>
            </w:r>
            <w:r w:rsidRPr="00B35883">
              <w:rPr>
                <w:rFonts w:hint="cs"/>
                <w:rtl/>
              </w:rPr>
              <w:t>كل</w:t>
            </w:r>
            <w:r w:rsidRPr="00B35883">
              <w:rPr>
                <w:rtl/>
              </w:rPr>
              <w:t xml:space="preserve"> </w:t>
            </w:r>
            <w:r w:rsidRPr="00B35883">
              <w:rPr>
                <w:rFonts w:hint="cs"/>
                <w:rtl/>
              </w:rPr>
              <w:t>متغير</w:t>
            </w:r>
            <w:r w:rsidRPr="00B35883">
              <w:rPr>
                <w:rtl/>
              </w:rPr>
              <w:t xml:space="preserve"> </w:t>
            </w:r>
            <w:r w:rsidRPr="00B35883">
              <w:rPr>
                <w:rFonts w:hint="cs"/>
                <w:rtl/>
              </w:rPr>
              <w:t>مستقل</w:t>
            </w:r>
            <w:r w:rsidRPr="00B35883">
              <w:rPr>
                <w:rtl/>
              </w:rPr>
              <w:t xml:space="preserve"> </w:t>
            </w:r>
            <w:r w:rsidRPr="00B35883">
              <w:rPr>
                <w:rFonts w:hint="cs"/>
                <w:rtl/>
              </w:rPr>
              <w:t>على</w:t>
            </w:r>
            <w:r w:rsidRPr="00B35883">
              <w:rPr>
                <w:rtl/>
              </w:rPr>
              <w:t xml:space="preserve"> </w:t>
            </w:r>
            <w:r w:rsidRPr="00B35883">
              <w:rPr>
                <w:rFonts w:hint="cs"/>
                <w:rtl/>
              </w:rPr>
              <w:t>مؤشرات</w:t>
            </w:r>
            <w:r w:rsidRPr="00B35883">
              <w:rPr>
                <w:rtl/>
              </w:rPr>
              <w:t xml:space="preserve"> </w:t>
            </w:r>
            <w:r w:rsidRPr="00B35883">
              <w:rPr>
                <w:rFonts w:hint="cs"/>
                <w:rtl/>
              </w:rPr>
              <w:t>الأداء،</w:t>
            </w:r>
            <w:r w:rsidRPr="00B35883">
              <w:rPr>
                <w:rtl/>
              </w:rPr>
              <w:t xml:space="preserve"> (5) </w:t>
            </w:r>
            <w:r w:rsidRPr="00B35883">
              <w:rPr>
                <w:rFonts w:hint="cs"/>
                <w:rtl/>
              </w:rPr>
              <w:t>اختبار</w:t>
            </w:r>
            <w:r w:rsidRPr="00B35883">
              <w:rPr>
                <w:rtl/>
              </w:rPr>
              <w:t xml:space="preserve"> </w:t>
            </w:r>
            <w:r w:rsidRPr="00B35883">
              <w:rPr>
                <w:rFonts w:hint="cs"/>
                <w:rtl/>
              </w:rPr>
              <w:t>النموذج</w:t>
            </w:r>
            <w:r w:rsidRPr="00B35883">
              <w:rPr>
                <w:rtl/>
              </w:rPr>
              <w:t xml:space="preserve"> </w:t>
            </w:r>
            <w:r w:rsidRPr="00B35883">
              <w:rPr>
                <w:rFonts w:hint="cs"/>
                <w:rtl/>
              </w:rPr>
              <w:t>الكلي</w:t>
            </w:r>
            <w:r w:rsidRPr="00B35883">
              <w:t>.</w:t>
            </w:r>
          </w:p>
        </w:tc>
        <w:tc>
          <w:tcPr>
            <w:tcW w:w="2229" w:type="dxa"/>
          </w:tcPr>
          <w:p w14:paraId="6307BE12" w14:textId="712D21F6" w:rsidR="00E93360" w:rsidRDefault="00E93360" w:rsidP="00E93360">
            <w:pPr>
              <w:bidi/>
              <w:rPr>
                <w:rFonts w:ascii="Arial" w:hAnsi="Arial"/>
              </w:rPr>
            </w:pPr>
            <w:r w:rsidRPr="00354835">
              <w:rPr>
                <w:rFonts w:hint="cs"/>
                <w:rtl/>
              </w:rPr>
              <w:t>تتضمن</w:t>
            </w:r>
            <w:r w:rsidRPr="00354835">
              <w:rPr>
                <w:rtl/>
              </w:rPr>
              <w:t xml:space="preserve"> </w:t>
            </w:r>
            <w:r w:rsidRPr="00354835">
              <w:rPr>
                <w:rFonts w:hint="cs"/>
                <w:rtl/>
              </w:rPr>
              <w:t>الأهداف</w:t>
            </w:r>
            <w:r w:rsidRPr="00354835">
              <w:rPr>
                <w:rtl/>
              </w:rPr>
              <w:t xml:space="preserve"> </w:t>
            </w:r>
            <w:r w:rsidRPr="00354835">
              <w:rPr>
                <w:rFonts w:hint="cs"/>
                <w:rtl/>
              </w:rPr>
              <w:t>الفرعية</w:t>
            </w:r>
            <w:r w:rsidRPr="00354835">
              <w:rPr>
                <w:rtl/>
              </w:rPr>
              <w:t xml:space="preserve"> </w:t>
            </w:r>
            <w:r w:rsidRPr="00354835">
              <w:rPr>
                <w:rFonts w:hint="cs"/>
                <w:rtl/>
              </w:rPr>
              <w:t>صيغًا</w:t>
            </w:r>
            <w:r w:rsidRPr="00354835">
              <w:rPr>
                <w:rtl/>
              </w:rPr>
              <w:t xml:space="preserve"> </w:t>
            </w:r>
            <w:r w:rsidRPr="00354835">
              <w:rPr>
                <w:rFonts w:hint="cs"/>
                <w:rtl/>
              </w:rPr>
              <w:t>وصفية</w:t>
            </w:r>
            <w:r w:rsidRPr="00354835">
              <w:rPr>
                <w:rtl/>
              </w:rPr>
              <w:t xml:space="preserve"> </w:t>
            </w:r>
            <w:r w:rsidRPr="00354835">
              <w:rPr>
                <w:rFonts w:hint="cs"/>
                <w:rtl/>
              </w:rPr>
              <w:t>وتداخلًا</w:t>
            </w:r>
            <w:r w:rsidRPr="00354835">
              <w:rPr>
                <w:rtl/>
              </w:rPr>
              <w:t xml:space="preserve"> </w:t>
            </w:r>
            <w:r w:rsidRPr="00354835">
              <w:rPr>
                <w:rFonts w:hint="cs"/>
                <w:rtl/>
              </w:rPr>
              <w:t>مع</w:t>
            </w:r>
            <w:r w:rsidRPr="00354835">
              <w:rPr>
                <w:rtl/>
              </w:rPr>
              <w:t xml:space="preserve"> </w:t>
            </w:r>
            <w:r w:rsidRPr="00354835">
              <w:rPr>
                <w:rFonts w:hint="cs"/>
                <w:rtl/>
              </w:rPr>
              <w:t>أسئلة</w:t>
            </w:r>
            <w:r w:rsidRPr="00354835">
              <w:rPr>
                <w:rtl/>
              </w:rPr>
              <w:t xml:space="preserve"> </w:t>
            </w:r>
            <w:r w:rsidRPr="00354835">
              <w:rPr>
                <w:rFonts w:hint="cs"/>
                <w:rtl/>
              </w:rPr>
              <w:t>الدراسة</w:t>
            </w:r>
            <w:r w:rsidRPr="00354835">
              <w:t>.</w:t>
            </w:r>
          </w:p>
        </w:tc>
        <w:tc>
          <w:tcPr>
            <w:tcW w:w="1980" w:type="dxa"/>
          </w:tcPr>
          <w:p w14:paraId="4DA6953D" w14:textId="4B39D595" w:rsidR="00E93360" w:rsidRDefault="00E93360" w:rsidP="00E93360">
            <w:pPr>
              <w:bidi/>
              <w:rPr>
                <w:rFonts w:ascii="Arial" w:hAnsi="Arial"/>
              </w:rPr>
            </w:pPr>
            <w:r w:rsidRPr="00311C89">
              <w:rPr>
                <w:rFonts w:hint="cs"/>
                <w:rtl/>
              </w:rPr>
              <w:t>الأهداف</w:t>
            </w:r>
            <w:r w:rsidRPr="00311C89">
              <w:rPr>
                <w:rtl/>
              </w:rPr>
              <w:t xml:space="preserve"> </w:t>
            </w:r>
            <w:r w:rsidRPr="00311C89">
              <w:rPr>
                <w:rFonts w:hint="cs"/>
                <w:rtl/>
              </w:rPr>
              <w:t>الفرعية</w:t>
            </w:r>
          </w:p>
        </w:tc>
        <w:tc>
          <w:tcPr>
            <w:tcW w:w="1278" w:type="dxa"/>
          </w:tcPr>
          <w:p w14:paraId="71DDBF23" w14:textId="56D893AF" w:rsidR="00E93360" w:rsidRDefault="00E93360" w:rsidP="00E93360">
            <w:pPr>
              <w:bidi/>
              <w:rPr>
                <w:rFonts w:ascii="Arial" w:hAnsi="Arial"/>
              </w:rPr>
            </w:pPr>
            <w:r>
              <w:rPr>
                <w:rFonts w:ascii="Arial" w:hAnsi="Arial"/>
              </w:rPr>
              <w:t>2</w:t>
            </w:r>
          </w:p>
        </w:tc>
      </w:tr>
      <w:tr w:rsidR="00E93360" w14:paraId="0F5AC087" w14:textId="62FA96FA" w:rsidTr="002A725A">
        <w:trPr>
          <w:jc w:val="right"/>
        </w:trPr>
        <w:tc>
          <w:tcPr>
            <w:tcW w:w="3970" w:type="dxa"/>
          </w:tcPr>
          <w:p w14:paraId="0CAE21FE" w14:textId="268EE9E7" w:rsidR="00E93360" w:rsidRDefault="00E93360" w:rsidP="00E93360">
            <w:pPr>
              <w:bidi/>
            </w:pPr>
            <w:r w:rsidRPr="00B35883">
              <w:rPr>
                <w:rFonts w:hint="cs"/>
                <w:rtl/>
              </w:rPr>
              <w:t>رتّب</w:t>
            </w:r>
            <w:r w:rsidRPr="00B35883">
              <w:rPr>
                <w:rtl/>
              </w:rPr>
              <w:t xml:space="preserve"> </w:t>
            </w:r>
            <w:r w:rsidRPr="00B35883">
              <w:rPr>
                <w:rFonts w:hint="cs"/>
                <w:rtl/>
              </w:rPr>
              <w:t>الأهداف</w:t>
            </w:r>
            <w:r w:rsidRPr="00B35883">
              <w:rPr>
                <w:rtl/>
              </w:rPr>
              <w:t xml:space="preserve"> </w:t>
            </w:r>
            <w:r w:rsidRPr="00B35883">
              <w:rPr>
                <w:rFonts w:hint="cs"/>
                <w:rtl/>
              </w:rPr>
              <w:t>وفق</w:t>
            </w:r>
            <w:r w:rsidRPr="00B35883">
              <w:rPr>
                <w:rtl/>
              </w:rPr>
              <w:t xml:space="preserve"> </w:t>
            </w:r>
            <w:r w:rsidRPr="00B35883">
              <w:rPr>
                <w:rFonts w:hint="cs"/>
                <w:rtl/>
              </w:rPr>
              <w:t>التسلسل</w:t>
            </w:r>
            <w:r w:rsidRPr="00B35883">
              <w:rPr>
                <w:rtl/>
              </w:rPr>
              <w:t xml:space="preserve"> </w:t>
            </w:r>
            <w:r w:rsidRPr="00B35883">
              <w:rPr>
                <w:rFonts w:hint="cs"/>
                <w:rtl/>
              </w:rPr>
              <w:t>المنهجي</w:t>
            </w:r>
            <w:r w:rsidRPr="00B35883">
              <w:rPr>
                <w:rtl/>
              </w:rPr>
              <w:t xml:space="preserve"> (</w:t>
            </w:r>
            <w:r w:rsidRPr="00B35883">
              <w:rPr>
                <w:rFonts w:hint="cs"/>
                <w:rtl/>
              </w:rPr>
              <w:t>مستويات</w:t>
            </w:r>
            <w:r w:rsidRPr="00B35883">
              <w:rPr>
                <w:rtl/>
              </w:rPr>
              <w:t xml:space="preserve"> </w:t>
            </w:r>
            <w:r w:rsidRPr="00B35883">
              <w:rPr>
                <w:rFonts w:hint="eastAsia"/>
                <w:rtl/>
              </w:rPr>
              <w:t>→</w:t>
            </w:r>
            <w:r w:rsidRPr="00B35883">
              <w:rPr>
                <w:rtl/>
              </w:rPr>
              <w:t xml:space="preserve"> </w:t>
            </w:r>
            <w:r w:rsidRPr="00B35883">
              <w:rPr>
                <w:rFonts w:hint="cs"/>
                <w:rtl/>
              </w:rPr>
              <w:t>علاقات</w:t>
            </w:r>
            <w:r w:rsidRPr="00B35883">
              <w:rPr>
                <w:rtl/>
              </w:rPr>
              <w:t xml:space="preserve"> </w:t>
            </w:r>
            <w:r w:rsidRPr="00B35883">
              <w:rPr>
                <w:rFonts w:hint="cs"/>
                <w:rtl/>
              </w:rPr>
              <w:t>مباشرة</w:t>
            </w:r>
            <w:r w:rsidRPr="00B35883">
              <w:rPr>
                <w:rtl/>
              </w:rPr>
              <w:t xml:space="preserve"> </w:t>
            </w:r>
            <w:r w:rsidRPr="00B35883">
              <w:rPr>
                <w:rFonts w:hint="eastAsia"/>
                <w:rtl/>
              </w:rPr>
              <w:t>→</w:t>
            </w:r>
            <w:r w:rsidRPr="00B35883">
              <w:rPr>
                <w:rtl/>
              </w:rPr>
              <w:t xml:space="preserve"> </w:t>
            </w:r>
            <w:r w:rsidRPr="00B35883">
              <w:rPr>
                <w:rFonts w:hint="cs"/>
                <w:rtl/>
              </w:rPr>
              <w:t>نموذج</w:t>
            </w:r>
            <w:r w:rsidRPr="00B35883">
              <w:rPr>
                <w:rtl/>
              </w:rPr>
              <w:t xml:space="preserve"> </w:t>
            </w:r>
            <w:r w:rsidRPr="00B35883">
              <w:rPr>
                <w:rFonts w:hint="cs"/>
                <w:rtl/>
              </w:rPr>
              <w:t>كلي</w:t>
            </w:r>
            <w:r w:rsidRPr="00B35883">
              <w:rPr>
                <w:rtl/>
              </w:rPr>
              <w:t>)</w:t>
            </w:r>
            <w:r w:rsidRPr="00B35883">
              <w:rPr>
                <w:rFonts w:hint="cs"/>
                <w:rtl/>
              </w:rPr>
              <w:t>،</w:t>
            </w:r>
            <w:r w:rsidRPr="00B35883">
              <w:rPr>
                <w:rtl/>
              </w:rPr>
              <w:t xml:space="preserve"> </w:t>
            </w:r>
            <w:r w:rsidRPr="00B35883">
              <w:rPr>
                <w:rFonts w:hint="cs"/>
                <w:rtl/>
              </w:rPr>
              <w:t>لتسهيل</w:t>
            </w:r>
            <w:r w:rsidRPr="00B35883">
              <w:rPr>
                <w:rtl/>
              </w:rPr>
              <w:t xml:space="preserve"> </w:t>
            </w:r>
            <w:r w:rsidRPr="00B35883">
              <w:rPr>
                <w:rFonts w:hint="cs"/>
                <w:rtl/>
              </w:rPr>
              <w:t>مواءمة</w:t>
            </w:r>
            <w:r w:rsidRPr="00B35883">
              <w:rPr>
                <w:rtl/>
              </w:rPr>
              <w:t xml:space="preserve"> </w:t>
            </w:r>
            <w:r w:rsidRPr="00B35883">
              <w:rPr>
                <w:rFonts w:hint="cs"/>
                <w:rtl/>
              </w:rPr>
              <w:t>الأسئلة</w:t>
            </w:r>
            <w:r w:rsidRPr="00B35883">
              <w:rPr>
                <w:rtl/>
              </w:rPr>
              <w:t xml:space="preserve"> </w:t>
            </w:r>
            <w:r w:rsidRPr="00B35883">
              <w:rPr>
                <w:rFonts w:hint="cs"/>
                <w:rtl/>
              </w:rPr>
              <w:t>والفرضيات</w:t>
            </w:r>
            <w:r w:rsidRPr="00B35883">
              <w:rPr>
                <w:rtl/>
              </w:rPr>
              <w:t xml:space="preserve"> </w:t>
            </w:r>
            <w:r w:rsidRPr="00B35883">
              <w:rPr>
                <w:rFonts w:hint="cs"/>
                <w:rtl/>
              </w:rPr>
              <w:t>لاحقًا</w:t>
            </w:r>
            <w:r w:rsidRPr="00B35883">
              <w:t>.</w:t>
            </w:r>
          </w:p>
        </w:tc>
        <w:tc>
          <w:tcPr>
            <w:tcW w:w="2229" w:type="dxa"/>
          </w:tcPr>
          <w:p w14:paraId="7D64110C" w14:textId="2E4D36A2" w:rsidR="00E93360" w:rsidRDefault="00E93360" w:rsidP="00E93360">
            <w:pPr>
              <w:bidi/>
              <w:rPr>
                <w:rFonts w:ascii="Arial" w:hAnsi="Arial"/>
              </w:rPr>
            </w:pPr>
            <w:r w:rsidRPr="00354835">
              <w:rPr>
                <w:rFonts w:hint="cs"/>
                <w:rtl/>
              </w:rPr>
              <w:t>لا</w:t>
            </w:r>
            <w:r w:rsidRPr="00354835">
              <w:rPr>
                <w:rtl/>
              </w:rPr>
              <w:t xml:space="preserve"> </w:t>
            </w:r>
            <w:r w:rsidRPr="00354835">
              <w:rPr>
                <w:rFonts w:hint="cs"/>
                <w:rtl/>
              </w:rPr>
              <w:t>يتضح</w:t>
            </w:r>
            <w:r w:rsidRPr="00354835">
              <w:rPr>
                <w:rtl/>
              </w:rPr>
              <w:t xml:space="preserve"> </w:t>
            </w:r>
            <w:r w:rsidRPr="00354835">
              <w:rPr>
                <w:rFonts w:hint="cs"/>
                <w:rtl/>
              </w:rPr>
              <w:t>تسلسل</w:t>
            </w:r>
            <w:r w:rsidRPr="00354835">
              <w:rPr>
                <w:rtl/>
              </w:rPr>
              <w:t xml:space="preserve"> </w:t>
            </w:r>
            <w:r w:rsidRPr="00354835">
              <w:rPr>
                <w:rFonts w:hint="cs"/>
                <w:rtl/>
              </w:rPr>
              <w:t>من</w:t>
            </w:r>
            <w:r w:rsidRPr="00354835">
              <w:rPr>
                <w:rtl/>
              </w:rPr>
              <w:t xml:space="preserve"> «</w:t>
            </w:r>
            <w:r w:rsidRPr="00354835">
              <w:rPr>
                <w:rFonts w:hint="cs"/>
                <w:rtl/>
              </w:rPr>
              <w:t>قياس</w:t>
            </w:r>
            <w:r w:rsidRPr="00354835">
              <w:rPr>
                <w:rtl/>
              </w:rPr>
              <w:t xml:space="preserve"> </w:t>
            </w:r>
            <w:r w:rsidRPr="00354835">
              <w:rPr>
                <w:rFonts w:hint="cs"/>
                <w:rtl/>
              </w:rPr>
              <w:t>المستويات</w:t>
            </w:r>
            <w:r w:rsidRPr="00354835">
              <w:rPr>
                <w:rFonts w:hint="eastAsia"/>
                <w:rtl/>
              </w:rPr>
              <w:t>»</w:t>
            </w:r>
            <w:r w:rsidRPr="00354835">
              <w:rPr>
                <w:rtl/>
              </w:rPr>
              <w:t xml:space="preserve"> </w:t>
            </w:r>
            <w:r w:rsidRPr="00354835">
              <w:rPr>
                <w:rFonts w:hint="cs"/>
                <w:rtl/>
              </w:rPr>
              <w:t>إلى</w:t>
            </w:r>
            <w:r w:rsidRPr="00354835">
              <w:rPr>
                <w:rtl/>
              </w:rPr>
              <w:t xml:space="preserve"> «</w:t>
            </w:r>
            <w:r w:rsidRPr="00354835">
              <w:rPr>
                <w:rFonts w:hint="cs"/>
                <w:rtl/>
              </w:rPr>
              <w:t>اختبار</w:t>
            </w:r>
            <w:r w:rsidRPr="00354835">
              <w:rPr>
                <w:rtl/>
              </w:rPr>
              <w:t xml:space="preserve"> </w:t>
            </w:r>
            <w:r w:rsidRPr="00354835">
              <w:rPr>
                <w:rFonts w:hint="cs"/>
                <w:rtl/>
              </w:rPr>
              <w:t>العلاقات</w:t>
            </w:r>
            <w:r w:rsidRPr="00354835">
              <w:rPr>
                <w:rFonts w:hint="eastAsia"/>
                <w:rtl/>
              </w:rPr>
              <w:t>»</w:t>
            </w:r>
            <w:r w:rsidRPr="00354835">
              <w:rPr>
                <w:rtl/>
              </w:rPr>
              <w:t xml:space="preserve"> </w:t>
            </w:r>
            <w:r w:rsidRPr="00354835">
              <w:rPr>
                <w:rFonts w:hint="cs"/>
                <w:rtl/>
              </w:rPr>
              <w:t>ثم</w:t>
            </w:r>
            <w:r w:rsidRPr="00354835">
              <w:rPr>
                <w:rtl/>
              </w:rPr>
              <w:t xml:space="preserve"> «</w:t>
            </w:r>
            <w:r w:rsidRPr="00354835">
              <w:rPr>
                <w:rFonts w:hint="cs"/>
                <w:rtl/>
              </w:rPr>
              <w:t>النموذج</w:t>
            </w:r>
            <w:r w:rsidRPr="00354835">
              <w:rPr>
                <w:rFonts w:hint="eastAsia"/>
              </w:rPr>
              <w:t>»</w:t>
            </w:r>
            <w:r w:rsidRPr="00354835">
              <w:t>.</w:t>
            </w:r>
          </w:p>
        </w:tc>
        <w:tc>
          <w:tcPr>
            <w:tcW w:w="1980" w:type="dxa"/>
          </w:tcPr>
          <w:p w14:paraId="537900F5" w14:textId="5D7BAFD3" w:rsidR="00E93360" w:rsidRDefault="00E93360" w:rsidP="00E93360">
            <w:pPr>
              <w:bidi/>
              <w:rPr>
                <w:rFonts w:ascii="Arial" w:hAnsi="Arial"/>
              </w:rPr>
            </w:pPr>
            <w:r w:rsidRPr="00311C89">
              <w:rPr>
                <w:rFonts w:hint="cs"/>
                <w:rtl/>
              </w:rPr>
              <w:t>تسلسل</w:t>
            </w:r>
            <w:r w:rsidRPr="00311C89">
              <w:rPr>
                <w:rtl/>
              </w:rPr>
              <w:t xml:space="preserve"> </w:t>
            </w:r>
            <w:r w:rsidRPr="00311C89">
              <w:rPr>
                <w:rFonts w:hint="cs"/>
                <w:rtl/>
              </w:rPr>
              <w:t>منطقي</w:t>
            </w:r>
          </w:p>
        </w:tc>
        <w:tc>
          <w:tcPr>
            <w:tcW w:w="1278" w:type="dxa"/>
          </w:tcPr>
          <w:p w14:paraId="427ED900" w14:textId="0AB817E2" w:rsidR="00E93360" w:rsidRDefault="00E93360" w:rsidP="00E93360">
            <w:pPr>
              <w:bidi/>
              <w:rPr>
                <w:rFonts w:ascii="Arial" w:hAnsi="Arial"/>
              </w:rPr>
            </w:pPr>
            <w:r>
              <w:rPr>
                <w:rFonts w:ascii="Arial" w:hAnsi="Arial"/>
              </w:rPr>
              <w:t>3</w:t>
            </w:r>
          </w:p>
        </w:tc>
      </w:tr>
    </w:tbl>
    <w:p w14:paraId="260CD2FF" w14:textId="77777777" w:rsidR="00E93360" w:rsidRDefault="00E93360" w:rsidP="00E93360">
      <w:pPr>
        <w:bidi/>
      </w:pPr>
    </w:p>
    <w:p w14:paraId="28D065F4" w14:textId="77777777" w:rsidR="00A00555" w:rsidRDefault="00A35E6B" w:rsidP="00A14790">
      <w:pPr>
        <w:pStyle w:val="Heading2"/>
        <w:bidi/>
      </w:pPr>
      <w:r>
        <w:rPr>
          <w:rFonts w:ascii="Arial" w:hAnsi="Arial"/>
          <w:sz w:val="28"/>
        </w:rPr>
        <w:t>أسئلة الدراسة أو فرضياتها</w:t>
      </w:r>
    </w:p>
    <w:tbl>
      <w:tblPr>
        <w:tblStyle w:val="TableGrid"/>
        <w:tblW w:w="0" w:type="auto"/>
        <w:jc w:val="right"/>
        <w:tblLook w:val="04A0" w:firstRow="1" w:lastRow="0" w:firstColumn="1" w:lastColumn="0" w:noHBand="0" w:noVBand="1"/>
      </w:tblPr>
      <w:tblGrid>
        <w:gridCol w:w="3221"/>
        <w:gridCol w:w="2396"/>
        <w:gridCol w:w="1806"/>
        <w:gridCol w:w="1207"/>
      </w:tblGrid>
      <w:tr w:rsidR="00E93360" w14:paraId="5CAE3663" w14:textId="1D23C2E8" w:rsidTr="00BF4129">
        <w:trPr>
          <w:jc w:val="right"/>
        </w:trPr>
        <w:tc>
          <w:tcPr>
            <w:tcW w:w="3589" w:type="dxa"/>
          </w:tcPr>
          <w:p w14:paraId="1ACD9A89" w14:textId="5390E27F" w:rsidR="00E93360" w:rsidRDefault="00E93360" w:rsidP="00E93360">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1CC97C3D" w14:textId="627ADAFB" w:rsidR="00E93360" w:rsidRDefault="00E93360" w:rsidP="00E93360">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74207752" w14:textId="2A92E1E1" w:rsidR="00E93360" w:rsidRDefault="00E93360" w:rsidP="00E93360">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7FF8F606" w14:textId="2109152E" w:rsidR="00E93360" w:rsidRDefault="00E93360" w:rsidP="00E93360">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E93360" w14:paraId="5463FEEA" w14:textId="0D0349C8" w:rsidTr="00BF4129">
        <w:trPr>
          <w:jc w:val="right"/>
        </w:trPr>
        <w:tc>
          <w:tcPr>
            <w:tcW w:w="3589" w:type="dxa"/>
          </w:tcPr>
          <w:p w14:paraId="36C23B26" w14:textId="3599E8B0" w:rsidR="00E93360" w:rsidRDefault="00E93360" w:rsidP="00E93360">
            <w:pPr>
              <w:bidi/>
            </w:pPr>
            <w:r w:rsidRPr="00476281">
              <w:rPr>
                <w:rFonts w:hint="cs"/>
                <w:rtl/>
              </w:rPr>
              <w:t>ادمجها</w:t>
            </w:r>
            <w:r w:rsidRPr="00476281">
              <w:rPr>
                <w:rtl/>
              </w:rPr>
              <w:t xml:space="preserve"> </w:t>
            </w:r>
            <w:r w:rsidRPr="00476281">
              <w:rPr>
                <w:rFonts w:hint="cs"/>
                <w:rtl/>
              </w:rPr>
              <w:t>إلى</w:t>
            </w:r>
            <w:r w:rsidRPr="00476281">
              <w:rPr>
                <w:rtl/>
              </w:rPr>
              <w:t xml:space="preserve">: </w:t>
            </w:r>
            <w:r w:rsidRPr="00476281">
              <w:rPr>
                <w:rFonts w:hint="cs"/>
                <w:rtl/>
              </w:rPr>
              <w:t>ثلاثة</w:t>
            </w:r>
            <w:r w:rsidRPr="00476281">
              <w:rPr>
                <w:rtl/>
              </w:rPr>
              <w:t xml:space="preserve"> </w:t>
            </w:r>
            <w:r w:rsidRPr="00476281">
              <w:rPr>
                <w:rFonts w:hint="cs"/>
                <w:rtl/>
              </w:rPr>
              <w:t>أسئلة</w:t>
            </w:r>
            <w:r w:rsidRPr="00476281">
              <w:rPr>
                <w:rtl/>
              </w:rPr>
              <w:t xml:space="preserve"> </w:t>
            </w:r>
            <w:r w:rsidRPr="00476281">
              <w:rPr>
                <w:rFonts w:hint="cs"/>
                <w:rtl/>
              </w:rPr>
              <w:t>لقياس</w:t>
            </w:r>
            <w:r w:rsidRPr="00476281">
              <w:rPr>
                <w:rtl/>
              </w:rPr>
              <w:t xml:space="preserve"> </w:t>
            </w:r>
            <w:r w:rsidRPr="00476281">
              <w:rPr>
                <w:rFonts w:hint="cs"/>
                <w:rtl/>
              </w:rPr>
              <w:t>المستويات،</w:t>
            </w:r>
            <w:r w:rsidRPr="00476281">
              <w:rPr>
                <w:rtl/>
              </w:rPr>
              <w:t xml:space="preserve"> </w:t>
            </w:r>
            <w:r w:rsidRPr="00476281">
              <w:rPr>
                <w:rFonts w:hint="cs"/>
                <w:rtl/>
              </w:rPr>
              <w:t>وأربعة</w:t>
            </w:r>
            <w:r w:rsidRPr="00476281">
              <w:rPr>
                <w:rtl/>
              </w:rPr>
              <w:t xml:space="preserve"> </w:t>
            </w:r>
            <w:r w:rsidRPr="00476281">
              <w:rPr>
                <w:rFonts w:hint="cs"/>
                <w:rtl/>
              </w:rPr>
              <w:t>لاختبار</w:t>
            </w:r>
            <w:r w:rsidRPr="00476281">
              <w:rPr>
                <w:rtl/>
              </w:rPr>
              <w:t xml:space="preserve"> </w:t>
            </w:r>
            <w:r w:rsidRPr="00476281">
              <w:rPr>
                <w:rFonts w:hint="cs"/>
                <w:rtl/>
              </w:rPr>
              <w:t>الآثار</w:t>
            </w:r>
            <w:r w:rsidRPr="00476281">
              <w:t xml:space="preserve"> (AI</w:t>
            </w:r>
            <w:r w:rsidRPr="00476281">
              <w:rPr>
                <w:rFonts w:hint="cs"/>
                <w:rtl/>
              </w:rPr>
              <w:t>،</w:t>
            </w:r>
            <w:r w:rsidRPr="00476281">
              <w:rPr>
                <w:rtl/>
              </w:rPr>
              <w:t xml:space="preserve"> </w:t>
            </w:r>
            <w:r w:rsidRPr="00476281">
              <w:rPr>
                <w:rFonts w:hint="cs"/>
                <w:rtl/>
              </w:rPr>
              <w:t>البنية،</w:t>
            </w:r>
            <w:r w:rsidRPr="00476281">
              <w:rPr>
                <w:rtl/>
              </w:rPr>
              <w:t xml:space="preserve"> </w:t>
            </w:r>
            <w:r w:rsidRPr="00476281">
              <w:rPr>
                <w:rFonts w:hint="cs"/>
                <w:rtl/>
              </w:rPr>
              <w:t>الموارد</w:t>
            </w:r>
            <w:r w:rsidRPr="00476281">
              <w:rPr>
                <w:rtl/>
              </w:rPr>
              <w:t xml:space="preserve"> </w:t>
            </w:r>
            <w:r w:rsidRPr="00476281">
              <w:rPr>
                <w:rFonts w:hint="eastAsia"/>
                <w:rtl/>
              </w:rPr>
              <w:t>→</w:t>
            </w:r>
            <w:r w:rsidRPr="00476281">
              <w:rPr>
                <w:rtl/>
              </w:rPr>
              <w:t xml:space="preserve"> </w:t>
            </w:r>
            <w:r w:rsidRPr="00476281">
              <w:rPr>
                <w:rFonts w:hint="cs"/>
                <w:rtl/>
              </w:rPr>
              <w:t>الأداء</w:t>
            </w:r>
            <w:r w:rsidRPr="00476281">
              <w:t>)</w:t>
            </w:r>
            <w:r w:rsidRPr="00476281">
              <w:rPr>
                <w:rFonts w:hint="cs"/>
                <w:rtl/>
              </w:rPr>
              <w:t>،</w:t>
            </w:r>
            <w:r w:rsidRPr="00476281">
              <w:rPr>
                <w:rtl/>
              </w:rPr>
              <w:t xml:space="preserve"> </w:t>
            </w:r>
            <w:r w:rsidRPr="00476281">
              <w:rPr>
                <w:rFonts w:hint="cs"/>
                <w:rtl/>
              </w:rPr>
              <w:t>مع</w:t>
            </w:r>
            <w:r w:rsidRPr="00476281">
              <w:rPr>
                <w:rtl/>
              </w:rPr>
              <w:t xml:space="preserve"> </w:t>
            </w:r>
            <w:r w:rsidRPr="00476281">
              <w:rPr>
                <w:rFonts w:hint="cs"/>
                <w:rtl/>
              </w:rPr>
              <w:t>سؤال</w:t>
            </w:r>
            <w:r w:rsidRPr="00476281">
              <w:rPr>
                <w:rtl/>
              </w:rPr>
              <w:t xml:space="preserve"> </w:t>
            </w:r>
            <w:r w:rsidRPr="00476281">
              <w:rPr>
                <w:rFonts w:hint="cs"/>
                <w:rtl/>
              </w:rPr>
              <w:t>إضافي</w:t>
            </w:r>
            <w:r w:rsidRPr="00476281">
              <w:rPr>
                <w:rtl/>
              </w:rPr>
              <w:t xml:space="preserve"> </w:t>
            </w:r>
            <w:r w:rsidRPr="00476281">
              <w:rPr>
                <w:rFonts w:hint="cs"/>
                <w:rtl/>
              </w:rPr>
              <w:t>عن</w:t>
            </w:r>
            <w:r w:rsidRPr="00476281">
              <w:rPr>
                <w:rtl/>
              </w:rPr>
              <w:t xml:space="preserve"> «</w:t>
            </w:r>
            <w:r w:rsidRPr="00476281">
              <w:rPr>
                <w:rFonts w:hint="cs"/>
                <w:rtl/>
              </w:rPr>
              <w:t>الفروق</w:t>
            </w:r>
            <w:r w:rsidRPr="00476281">
              <w:rPr>
                <w:rtl/>
              </w:rPr>
              <w:t xml:space="preserve"> </w:t>
            </w:r>
            <w:r w:rsidRPr="00476281">
              <w:rPr>
                <w:rFonts w:hint="cs"/>
                <w:rtl/>
              </w:rPr>
              <w:t>الديموغرافية</w:t>
            </w:r>
            <w:r w:rsidRPr="00476281">
              <w:rPr>
                <w:rFonts w:hint="eastAsia"/>
                <w:rtl/>
              </w:rPr>
              <w:t>»</w:t>
            </w:r>
            <w:r w:rsidRPr="00476281">
              <w:rPr>
                <w:rtl/>
              </w:rPr>
              <w:t xml:space="preserve"> </w:t>
            </w:r>
            <w:r w:rsidRPr="00476281">
              <w:rPr>
                <w:rFonts w:hint="cs"/>
                <w:rtl/>
              </w:rPr>
              <w:t>إن</w:t>
            </w:r>
            <w:r w:rsidRPr="00476281">
              <w:rPr>
                <w:rtl/>
              </w:rPr>
              <w:t xml:space="preserve"> </w:t>
            </w:r>
            <w:r w:rsidRPr="00476281">
              <w:rPr>
                <w:rFonts w:hint="cs"/>
                <w:rtl/>
              </w:rPr>
              <w:t>لزم</w:t>
            </w:r>
            <w:r w:rsidRPr="00476281">
              <w:t>.</w:t>
            </w:r>
          </w:p>
        </w:tc>
        <w:tc>
          <w:tcPr>
            <w:tcW w:w="2610" w:type="dxa"/>
          </w:tcPr>
          <w:p w14:paraId="103DE48F" w14:textId="5126FB79" w:rsidR="00E93360" w:rsidRDefault="00E93360" w:rsidP="00E93360">
            <w:pPr>
              <w:bidi/>
              <w:rPr>
                <w:rFonts w:ascii="Arial" w:hAnsi="Arial"/>
              </w:rPr>
            </w:pPr>
            <w:r w:rsidRPr="003951DE">
              <w:rPr>
                <w:rFonts w:hint="cs"/>
                <w:rtl/>
              </w:rPr>
              <w:t>الأسئلة</w:t>
            </w:r>
            <w:r w:rsidRPr="003951DE">
              <w:rPr>
                <w:rtl/>
              </w:rPr>
              <w:t xml:space="preserve"> </w:t>
            </w:r>
            <w:r w:rsidRPr="003951DE">
              <w:rPr>
                <w:rFonts w:hint="cs"/>
                <w:rtl/>
              </w:rPr>
              <w:t>مناسبة</w:t>
            </w:r>
            <w:r w:rsidRPr="003951DE">
              <w:rPr>
                <w:rtl/>
              </w:rPr>
              <w:t xml:space="preserve"> </w:t>
            </w:r>
            <w:r w:rsidRPr="003951DE">
              <w:rPr>
                <w:rFonts w:hint="cs"/>
                <w:rtl/>
              </w:rPr>
              <w:t>ولكنها</w:t>
            </w:r>
            <w:r w:rsidRPr="003951DE">
              <w:rPr>
                <w:rtl/>
              </w:rPr>
              <w:t xml:space="preserve"> </w:t>
            </w:r>
            <w:r w:rsidRPr="003951DE">
              <w:rPr>
                <w:rFonts w:hint="cs"/>
                <w:rtl/>
              </w:rPr>
              <w:t>قابلة</w:t>
            </w:r>
            <w:r w:rsidRPr="003951DE">
              <w:rPr>
                <w:rtl/>
              </w:rPr>
              <w:t xml:space="preserve"> </w:t>
            </w:r>
            <w:r w:rsidRPr="003951DE">
              <w:rPr>
                <w:rFonts w:hint="cs"/>
                <w:rtl/>
              </w:rPr>
              <w:t>للدمج</w:t>
            </w:r>
            <w:r w:rsidRPr="003951DE">
              <w:rPr>
                <w:rtl/>
              </w:rPr>
              <w:t xml:space="preserve"> </w:t>
            </w:r>
            <w:r w:rsidRPr="003951DE">
              <w:rPr>
                <w:rFonts w:hint="cs"/>
                <w:rtl/>
              </w:rPr>
              <w:t>لتقليل</w:t>
            </w:r>
            <w:r w:rsidRPr="003951DE">
              <w:rPr>
                <w:rtl/>
              </w:rPr>
              <w:t xml:space="preserve"> </w:t>
            </w:r>
            <w:r w:rsidRPr="003951DE">
              <w:rPr>
                <w:rFonts w:hint="cs"/>
                <w:rtl/>
              </w:rPr>
              <w:t>التكرار</w:t>
            </w:r>
            <w:r w:rsidRPr="003951DE">
              <w:rPr>
                <w:rtl/>
              </w:rPr>
              <w:t xml:space="preserve"> </w:t>
            </w:r>
            <w:r w:rsidRPr="003951DE">
              <w:rPr>
                <w:rFonts w:hint="cs"/>
                <w:rtl/>
              </w:rPr>
              <w:t>وجعلها</w:t>
            </w:r>
            <w:r w:rsidRPr="003951DE">
              <w:rPr>
                <w:rtl/>
              </w:rPr>
              <w:t xml:space="preserve"> </w:t>
            </w:r>
            <w:r w:rsidRPr="003951DE">
              <w:rPr>
                <w:rFonts w:hint="cs"/>
                <w:rtl/>
              </w:rPr>
              <w:t>متطابقة</w:t>
            </w:r>
            <w:r w:rsidRPr="003951DE">
              <w:rPr>
                <w:rtl/>
              </w:rPr>
              <w:t xml:space="preserve"> </w:t>
            </w:r>
            <w:r w:rsidRPr="003951DE">
              <w:rPr>
                <w:rFonts w:hint="cs"/>
                <w:rtl/>
              </w:rPr>
              <w:t>مع</w:t>
            </w:r>
            <w:r w:rsidRPr="003951DE">
              <w:rPr>
                <w:rtl/>
              </w:rPr>
              <w:t xml:space="preserve"> </w:t>
            </w:r>
            <w:r w:rsidRPr="003951DE">
              <w:rPr>
                <w:rFonts w:hint="cs"/>
                <w:rtl/>
              </w:rPr>
              <w:t>الفرضيات</w:t>
            </w:r>
            <w:r w:rsidRPr="003951DE">
              <w:rPr>
                <w:rtl/>
              </w:rPr>
              <w:t xml:space="preserve"> </w:t>
            </w:r>
            <w:r w:rsidRPr="003951DE">
              <w:rPr>
                <w:rFonts w:hint="cs"/>
                <w:rtl/>
              </w:rPr>
              <w:t>الإحصائية</w:t>
            </w:r>
            <w:r w:rsidRPr="003951DE">
              <w:t>.</w:t>
            </w:r>
          </w:p>
        </w:tc>
        <w:tc>
          <w:tcPr>
            <w:tcW w:w="1980" w:type="dxa"/>
          </w:tcPr>
          <w:p w14:paraId="23966A54" w14:textId="15175551" w:rsidR="00E93360" w:rsidRDefault="00E93360" w:rsidP="00E93360">
            <w:pPr>
              <w:bidi/>
              <w:rPr>
                <w:rFonts w:ascii="Arial" w:hAnsi="Arial"/>
              </w:rPr>
            </w:pPr>
            <w:r w:rsidRPr="001614A5">
              <w:rPr>
                <w:rFonts w:hint="cs"/>
                <w:rtl/>
              </w:rPr>
              <w:t>قائمة</w:t>
            </w:r>
            <w:r w:rsidRPr="001614A5">
              <w:rPr>
                <w:rtl/>
              </w:rPr>
              <w:t xml:space="preserve"> </w:t>
            </w:r>
            <w:r w:rsidRPr="001614A5">
              <w:rPr>
                <w:rFonts w:hint="cs"/>
                <w:rtl/>
              </w:rPr>
              <w:t>الأسئلة</w:t>
            </w:r>
          </w:p>
        </w:tc>
        <w:tc>
          <w:tcPr>
            <w:tcW w:w="1278" w:type="dxa"/>
          </w:tcPr>
          <w:p w14:paraId="52322C09" w14:textId="1C8E8BD0" w:rsidR="00E93360" w:rsidRDefault="00E93360" w:rsidP="00E93360">
            <w:pPr>
              <w:bidi/>
              <w:rPr>
                <w:rFonts w:ascii="Arial" w:hAnsi="Arial"/>
              </w:rPr>
            </w:pPr>
            <w:r>
              <w:rPr>
                <w:rFonts w:ascii="Arial" w:hAnsi="Arial"/>
              </w:rPr>
              <w:t>1</w:t>
            </w:r>
          </w:p>
        </w:tc>
      </w:tr>
      <w:tr w:rsidR="00E93360" w14:paraId="49E7116D" w14:textId="69D03FD1" w:rsidTr="00BF4129">
        <w:trPr>
          <w:jc w:val="right"/>
        </w:trPr>
        <w:tc>
          <w:tcPr>
            <w:tcW w:w="3589" w:type="dxa"/>
          </w:tcPr>
          <w:p w14:paraId="58BC4670" w14:textId="159E47E5" w:rsidR="00E93360" w:rsidRDefault="00E93360" w:rsidP="00E93360">
            <w:pPr>
              <w:bidi/>
            </w:pPr>
            <w:r w:rsidRPr="00476281">
              <w:rPr>
                <w:rFonts w:hint="cs"/>
                <w:rtl/>
              </w:rPr>
              <w:t>أعد</w:t>
            </w:r>
            <w:r w:rsidRPr="00476281">
              <w:rPr>
                <w:rtl/>
              </w:rPr>
              <w:t xml:space="preserve"> </w:t>
            </w:r>
            <w:r w:rsidRPr="00476281">
              <w:rPr>
                <w:rFonts w:hint="cs"/>
                <w:rtl/>
              </w:rPr>
              <w:t>الصياغة</w:t>
            </w:r>
            <w:r w:rsidRPr="00476281">
              <w:rPr>
                <w:rtl/>
              </w:rPr>
              <w:t xml:space="preserve"> </w:t>
            </w:r>
            <w:r w:rsidRPr="00476281">
              <w:rPr>
                <w:rFonts w:hint="cs"/>
                <w:rtl/>
              </w:rPr>
              <w:t>باتجاهات</w:t>
            </w:r>
            <w:r w:rsidRPr="00476281">
              <w:rPr>
                <w:rtl/>
              </w:rPr>
              <w:t xml:space="preserve"> </w:t>
            </w:r>
            <w:r w:rsidRPr="00476281">
              <w:rPr>
                <w:rFonts w:hint="cs"/>
                <w:rtl/>
              </w:rPr>
              <w:t>صريحة</w:t>
            </w:r>
            <w:r w:rsidRPr="00476281">
              <w:rPr>
                <w:rtl/>
              </w:rPr>
              <w:t xml:space="preserve"> </w:t>
            </w:r>
            <w:r w:rsidRPr="00476281">
              <w:rPr>
                <w:rFonts w:hint="cs"/>
                <w:rtl/>
              </w:rPr>
              <w:t>وبتمييز</w:t>
            </w:r>
            <w:r w:rsidRPr="00476281">
              <w:rPr>
                <w:rtl/>
              </w:rPr>
              <w:t xml:space="preserve"> «</w:t>
            </w:r>
            <w:r w:rsidRPr="00476281">
              <w:rPr>
                <w:rFonts w:hint="cs"/>
                <w:rtl/>
              </w:rPr>
              <w:t>الأثر</w:t>
            </w:r>
            <w:r w:rsidRPr="00476281">
              <w:rPr>
                <w:rFonts w:hint="eastAsia"/>
              </w:rPr>
              <w:t>»</w:t>
            </w:r>
            <w:r w:rsidRPr="00476281">
              <w:t xml:space="preserve">: H1: </w:t>
            </w:r>
            <w:r w:rsidRPr="00476281">
              <w:rPr>
                <w:rFonts w:hint="cs"/>
                <w:rtl/>
              </w:rPr>
              <w:t>يؤثر</w:t>
            </w:r>
            <w:r w:rsidRPr="00476281">
              <w:rPr>
                <w:rtl/>
              </w:rPr>
              <w:t xml:space="preserve"> </w:t>
            </w:r>
            <w:r w:rsidRPr="00476281">
              <w:rPr>
                <w:rFonts w:hint="cs"/>
                <w:rtl/>
              </w:rPr>
              <w:t>استخدام</w:t>
            </w:r>
            <w:r w:rsidRPr="00476281">
              <w:rPr>
                <w:rtl/>
              </w:rPr>
              <w:t xml:space="preserve"> </w:t>
            </w:r>
            <w:r w:rsidRPr="00476281">
              <w:rPr>
                <w:rFonts w:hint="cs"/>
                <w:rtl/>
              </w:rPr>
              <w:t>تقنيات</w:t>
            </w:r>
            <w:r w:rsidRPr="00476281">
              <w:rPr>
                <w:rtl/>
              </w:rPr>
              <w:t xml:space="preserve"> </w:t>
            </w:r>
            <w:r w:rsidRPr="00476281">
              <w:rPr>
                <w:rFonts w:hint="cs"/>
                <w:rtl/>
              </w:rPr>
              <w:t>الذكاء</w:t>
            </w:r>
            <w:r w:rsidRPr="00476281">
              <w:rPr>
                <w:rtl/>
              </w:rPr>
              <w:t xml:space="preserve"> </w:t>
            </w:r>
            <w:r w:rsidRPr="00476281">
              <w:rPr>
                <w:rFonts w:hint="cs"/>
                <w:rtl/>
              </w:rPr>
              <w:t>الاصطناعي</w:t>
            </w:r>
            <w:r w:rsidRPr="00476281">
              <w:rPr>
                <w:rtl/>
              </w:rPr>
              <w:t xml:space="preserve"> </w:t>
            </w:r>
            <w:r w:rsidRPr="00476281">
              <w:rPr>
                <w:rFonts w:hint="cs"/>
                <w:rtl/>
              </w:rPr>
              <w:t>إيجابيًا</w:t>
            </w:r>
            <w:r w:rsidRPr="00476281">
              <w:rPr>
                <w:rtl/>
              </w:rPr>
              <w:t xml:space="preserve"> </w:t>
            </w:r>
            <w:r w:rsidRPr="00476281">
              <w:rPr>
                <w:rFonts w:hint="cs"/>
                <w:rtl/>
              </w:rPr>
              <w:t>في</w:t>
            </w:r>
            <w:r w:rsidRPr="00476281">
              <w:rPr>
                <w:rtl/>
              </w:rPr>
              <w:t xml:space="preserve"> </w:t>
            </w:r>
            <w:r w:rsidRPr="00476281">
              <w:rPr>
                <w:rFonts w:hint="cs"/>
                <w:rtl/>
              </w:rPr>
              <w:t>أداء</w:t>
            </w:r>
            <w:r w:rsidRPr="00476281">
              <w:rPr>
                <w:rtl/>
              </w:rPr>
              <w:t xml:space="preserve"> </w:t>
            </w:r>
            <w:r w:rsidRPr="00476281">
              <w:rPr>
                <w:rFonts w:hint="cs"/>
                <w:rtl/>
              </w:rPr>
              <w:t>نظم</w:t>
            </w:r>
            <w:r w:rsidRPr="00476281">
              <w:rPr>
                <w:rtl/>
              </w:rPr>
              <w:t xml:space="preserve"> </w:t>
            </w:r>
            <w:r w:rsidRPr="00476281">
              <w:rPr>
                <w:rFonts w:hint="cs"/>
                <w:rtl/>
              </w:rPr>
              <w:t>المراقبة</w:t>
            </w:r>
            <w:r w:rsidRPr="00476281">
              <w:t xml:space="preserve">. H2: </w:t>
            </w:r>
            <w:r w:rsidRPr="00476281">
              <w:rPr>
                <w:rFonts w:hint="cs"/>
                <w:rtl/>
              </w:rPr>
              <w:t>يؤثر</w:t>
            </w:r>
            <w:r w:rsidRPr="00476281">
              <w:rPr>
                <w:rtl/>
              </w:rPr>
              <w:t xml:space="preserve"> </w:t>
            </w:r>
            <w:r w:rsidRPr="00476281">
              <w:rPr>
                <w:rFonts w:hint="cs"/>
                <w:rtl/>
              </w:rPr>
              <w:t>تكامل</w:t>
            </w:r>
            <w:r w:rsidRPr="00476281">
              <w:rPr>
                <w:rtl/>
              </w:rPr>
              <w:t xml:space="preserve"> </w:t>
            </w:r>
            <w:r w:rsidRPr="00476281">
              <w:rPr>
                <w:rFonts w:hint="cs"/>
                <w:rtl/>
              </w:rPr>
              <w:t>البنية</w:t>
            </w:r>
            <w:r w:rsidRPr="00476281">
              <w:rPr>
                <w:rtl/>
              </w:rPr>
              <w:t xml:space="preserve"> </w:t>
            </w:r>
            <w:r w:rsidRPr="00476281">
              <w:rPr>
                <w:rFonts w:hint="cs"/>
                <w:rtl/>
              </w:rPr>
              <w:t>التحتية</w:t>
            </w:r>
            <w:r w:rsidRPr="00476281">
              <w:rPr>
                <w:rtl/>
              </w:rPr>
              <w:t xml:space="preserve"> </w:t>
            </w:r>
            <w:r w:rsidRPr="00476281">
              <w:rPr>
                <w:rFonts w:hint="cs"/>
                <w:rtl/>
              </w:rPr>
              <w:t>إيجابيًا</w:t>
            </w:r>
            <w:r w:rsidRPr="00476281">
              <w:rPr>
                <w:rtl/>
              </w:rPr>
              <w:t xml:space="preserve"> </w:t>
            </w:r>
            <w:r w:rsidRPr="00476281">
              <w:rPr>
                <w:rFonts w:hint="cs"/>
                <w:rtl/>
              </w:rPr>
              <w:t>في</w:t>
            </w:r>
            <w:r w:rsidRPr="00476281">
              <w:rPr>
                <w:rtl/>
              </w:rPr>
              <w:t xml:space="preserve"> </w:t>
            </w:r>
            <w:r w:rsidRPr="00476281">
              <w:rPr>
                <w:rFonts w:hint="cs"/>
                <w:rtl/>
              </w:rPr>
              <w:t>الأداء</w:t>
            </w:r>
            <w:r w:rsidRPr="00476281">
              <w:t xml:space="preserve">. H3: </w:t>
            </w:r>
            <w:r w:rsidRPr="00476281">
              <w:rPr>
                <w:rFonts w:hint="cs"/>
                <w:rtl/>
              </w:rPr>
              <w:t>تؤثر</w:t>
            </w:r>
            <w:r w:rsidRPr="00476281">
              <w:rPr>
                <w:rtl/>
              </w:rPr>
              <w:t xml:space="preserve"> </w:t>
            </w:r>
            <w:r w:rsidRPr="00476281">
              <w:rPr>
                <w:rFonts w:hint="cs"/>
                <w:rtl/>
              </w:rPr>
              <w:t>كفاءة</w:t>
            </w:r>
            <w:r w:rsidRPr="00476281">
              <w:rPr>
                <w:rtl/>
              </w:rPr>
              <w:t xml:space="preserve"> </w:t>
            </w:r>
            <w:r w:rsidRPr="00476281">
              <w:rPr>
                <w:rFonts w:hint="cs"/>
                <w:rtl/>
              </w:rPr>
              <w:t>الموارد</w:t>
            </w:r>
            <w:r w:rsidRPr="00476281">
              <w:rPr>
                <w:rtl/>
              </w:rPr>
              <w:t xml:space="preserve"> </w:t>
            </w:r>
            <w:r w:rsidRPr="00476281">
              <w:rPr>
                <w:rFonts w:hint="cs"/>
                <w:rtl/>
              </w:rPr>
              <w:t>البشرية</w:t>
            </w:r>
            <w:r w:rsidRPr="00476281">
              <w:rPr>
                <w:rtl/>
              </w:rPr>
              <w:t xml:space="preserve"> </w:t>
            </w:r>
            <w:r w:rsidRPr="00476281">
              <w:rPr>
                <w:rFonts w:hint="cs"/>
                <w:rtl/>
              </w:rPr>
              <w:t>إيجابيًا</w:t>
            </w:r>
            <w:r w:rsidRPr="00476281">
              <w:rPr>
                <w:rtl/>
              </w:rPr>
              <w:t xml:space="preserve"> </w:t>
            </w:r>
            <w:r w:rsidRPr="00476281">
              <w:rPr>
                <w:rFonts w:hint="cs"/>
                <w:rtl/>
              </w:rPr>
              <w:t>في</w:t>
            </w:r>
            <w:r w:rsidRPr="00476281">
              <w:rPr>
                <w:rtl/>
              </w:rPr>
              <w:t xml:space="preserve"> </w:t>
            </w:r>
            <w:r w:rsidRPr="00476281">
              <w:rPr>
                <w:rFonts w:hint="cs"/>
                <w:rtl/>
              </w:rPr>
              <w:t>الأداء</w:t>
            </w:r>
            <w:r w:rsidRPr="00476281">
              <w:t xml:space="preserve">. H4: </w:t>
            </w:r>
            <w:r w:rsidRPr="00476281">
              <w:rPr>
                <w:rFonts w:hint="cs"/>
                <w:rtl/>
              </w:rPr>
              <w:t>تتوسط</w:t>
            </w:r>
            <w:r w:rsidRPr="00476281">
              <w:rPr>
                <w:rtl/>
              </w:rPr>
              <w:t xml:space="preserve"> </w:t>
            </w:r>
            <w:r w:rsidRPr="00476281">
              <w:rPr>
                <w:rFonts w:hint="cs"/>
                <w:rtl/>
              </w:rPr>
              <w:t>التحديات</w:t>
            </w:r>
            <w:r w:rsidRPr="00476281">
              <w:rPr>
                <w:rtl/>
              </w:rPr>
              <w:t xml:space="preserve"> </w:t>
            </w:r>
            <w:r w:rsidRPr="00476281">
              <w:rPr>
                <w:rFonts w:hint="cs"/>
                <w:rtl/>
              </w:rPr>
              <w:t>التقنية</w:t>
            </w:r>
            <w:r w:rsidRPr="00476281">
              <w:rPr>
                <w:rtl/>
              </w:rPr>
              <w:t xml:space="preserve"> </w:t>
            </w:r>
            <w:r w:rsidRPr="00476281">
              <w:rPr>
                <w:rFonts w:hint="cs"/>
                <w:rtl/>
              </w:rPr>
              <w:t>والبشرية</w:t>
            </w:r>
            <w:r w:rsidRPr="00476281">
              <w:rPr>
                <w:rtl/>
              </w:rPr>
              <w:t xml:space="preserve"> </w:t>
            </w:r>
            <w:r w:rsidRPr="00476281">
              <w:rPr>
                <w:rFonts w:hint="cs"/>
                <w:rtl/>
              </w:rPr>
              <w:t>العلاقة</w:t>
            </w:r>
            <w:r w:rsidRPr="00476281">
              <w:rPr>
                <w:rtl/>
              </w:rPr>
              <w:t xml:space="preserve"> </w:t>
            </w:r>
            <w:r w:rsidRPr="00476281">
              <w:rPr>
                <w:rFonts w:hint="cs"/>
                <w:rtl/>
              </w:rPr>
              <w:t>بين</w:t>
            </w:r>
            <w:r w:rsidRPr="00476281">
              <w:rPr>
                <w:rtl/>
              </w:rPr>
              <w:t xml:space="preserve"> </w:t>
            </w:r>
            <w:r w:rsidRPr="00476281">
              <w:rPr>
                <w:rFonts w:hint="cs"/>
                <w:rtl/>
              </w:rPr>
              <w:t>استخدام</w:t>
            </w:r>
            <w:r w:rsidRPr="00476281">
              <w:rPr>
                <w:rtl/>
              </w:rPr>
              <w:t xml:space="preserve"> </w:t>
            </w:r>
            <w:r w:rsidRPr="00476281">
              <w:rPr>
                <w:rFonts w:hint="cs"/>
                <w:rtl/>
              </w:rPr>
              <w:t>الذكاء</w:t>
            </w:r>
            <w:r w:rsidRPr="00476281">
              <w:rPr>
                <w:rtl/>
              </w:rPr>
              <w:t xml:space="preserve"> </w:t>
            </w:r>
            <w:r w:rsidRPr="00476281">
              <w:rPr>
                <w:rFonts w:hint="cs"/>
                <w:rtl/>
              </w:rPr>
              <w:t>الاصطناعي</w:t>
            </w:r>
            <w:r w:rsidRPr="00476281">
              <w:rPr>
                <w:rtl/>
              </w:rPr>
              <w:t xml:space="preserve"> </w:t>
            </w:r>
            <w:r w:rsidRPr="00476281">
              <w:rPr>
                <w:rFonts w:hint="cs"/>
                <w:rtl/>
              </w:rPr>
              <w:t>والأداء</w:t>
            </w:r>
            <w:r w:rsidRPr="00476281">
              <w:rPr>
                <w:rtl/>
              </w:rPr>
              <w:t xml:space="preserve"> (</w:t>
            </w:r>
            <w:r w:rsidRPr="00476281">
              <w:rPr>
                <w:rFonts w:hint="cs"/>
                <w:rtl/>
              </w:rPr>
              <w:t>حدد</w:t>
            </w:r>
            <w:r w:rsidRPr="00476281">
              <w:rPr>
                <w:rtl/>
              </w:rPr>
              <w:t xml:space="preserve"> </w:t>
            </w:r>
            <w:r w:rsidRPr="00476281">
              <w:rPr>
                <w:rFonts w:hint="cs"/>
                <w:rtl/>
              </w:rPr>
              <w:t>نوع</w:t>
            </w:r>
            <w:r w:rsidRPr="00476281">
              <w:rPr>
                <w:rtl/>
              </w:rPr>
              <w:t xml:space="preserve"> </w:t>
            </w:r>
            <w:r w:rsidRPr="00476281">
              <w:rPr>
                <w:rFonts w:hint="cs"/>
                <w:rtl/>
              </w:rPr>
              <w:t>الوساطة</w:t>
            </w:r>
            <w:r w:rsidRPr="00476281">
              <w:rPr>
                <w:rtl/>
              </w:rPr>
              <w:t xml:space="preserve"> </w:t>
            </w:r>
            <w:r w:rsidRPr="00476281">
              <w:rPr>
                <w:rFonts w:hint="cs"/>
                <w:rtl/>
              </w:rPr>
              <w:t>نظريًا</w:t>
            </w:r>
            <w:r w:rsidRPr="00476281">
              <w:rPr>
                <w:rtl/>
              </w:rPr>
              <w:t>)</w:t>
            </w:r>
            <w:r w:rsidRPr="00476281">
              <w:t>.</w:t>
            </w:r>
          </w:p>
        </w:tc>
        <w:tc>
          <w:tcPr>
            <w:tcW w:w="2610" w:type="dxa"/>
          </w:tcPr>
          <w:p w14:paraId="18BF00F5" w14:textId="53229F93" w:rsidR="00E93360" w:rsidRDefault="00E93360" w:rsidP="00E93360">
            <w:pPr>
              <w:bidi/>
              <w:rPr>
                <w:rFonts w:ascii="Arial" w:hAnsi="Arial"/>
              </w:rPr>
            </w:pPr>
            <w:r w:rsidRPr="003951DE">
              <w:rPr>
                <w:rFonts w:hint="cs"/>
                <w:rtl/>
              </w:rPr>
              <w:t>صياغة</w:t>
            </w:r>
            <w:r w:rsidRPr="003951DE">
              <w:rPr>
                <w:rtl/>
              </w:rPr>
              <w:t xml:space="preserve"> </w:t>
            </w:r>
            <w:r w:rsidRPr="003951DE">
              <w:rPr>
                <w:rFonts w:hint="cs"/>
                <w:rtl/>
              </w:rPr>
              <w:t>الفرضيات</w:t>
            </w:r>
            <w:r w:rsidRPr="003951DE">
              <w:rPr>
                <w:rtl/>
              </w:rPr>
              <w:t xml:space="preserve"> </w:t>
            </w:r>
            <w:r w:rsidRPr="003951DE">
              <w:rPr>
                <w:rFonts w:hint="cs"/>
                <w:rtl/>
              </w:rPr>
              <w:t>جيدة</w:t>
            </w:r>
            <w:r w:rsidRPr="003951DE">
              <w:rPr>
                <w:rtl/>
              </w:rPr>
              <w:t xml:space="preserve"> </w:t>
            </w:r>
            <w:r w:rsidRPr="003951DE">
              <w:rPr>
                <w:rFonts w:hint="cs"/>
                <w:rtl/>
              </w:rPr>
              <w:t>لكنها</w:t>
            </w:r>
            <w:r w:rsidRPr="003951DE">
              <w:rPr>
                <w:rtl/>
              </w:rPr>
              <w:t xml:space="preserve"> </w:t>
            </w:r>
            <w:r w:rsidRPr="003951DE">
              <w:rPr>
                <w:rFonts w:hint="cs"/>
                <w:rtl/>
              </w:rPr>
              <w:t>عامة</w:t>
            </w:r>
            <w:r w:rsidRPr="003951DE">
              <w:rPr>
                <w:rtl/>
              </w:rPr>
              <w:t xml:space="preserve"> </w:t>
            </w:r>
            <w:r w:rsidRPr="003951DE">
              <w:rPr>
                <w:rFonts w:hint="cs"/>
                <w:rtl/>
              </w:rPr>
              <w:t>في</w:t>
            </w:r>
            <w:r w:rsidRPr="003951DE">
              <w:rPr>
                <w:rtl/>
              </w:rPr>
              <w:t xml:space="preserve"> </w:t>
            </w:r>
            <w:r w:rsidRPr="003951DE">
              <w:rPr>
                <w:rFonts w:hint="cs"/>
                <w:rtl/>
              </w:rPr>
              <w:t>الاتجاه</w:t>
            </w:r>
            <w:r w:rsidRPr="003951DE">
              <w:rPr>
                <w:rtl/>
              </w:rPr>
              <w:t xml:space="preserve"> (</w:t>
            </w:r>
            <w:r w:rsidRPr="003951DE">
              <w:rPr>
                <w:rFonts w:hint="cs"/>
                <w:rtl/>
              </w:rPr>
              <w:t>وجود</w:t>
            </w:r>
            <w:r w:rsidRPr="003951DE">
              <w:rPr>
                <w:rtl/>
              </w:rPr>
              <w:t xml:space="preserve"> </w:t>
            </w:r>
            <w:r w:rsidRPr="003951DE">
              <w:rPr>
                <w:rFonts w:hint="cs"/>
                <w:rtl/>
              </w:rPr>
              <w:t>علاقة</w:t>
            </w:r>
            <w:r w:rsidRPr="003951DE">
              <w:rPr>
                <w:rtl/>
              </w:rPr>
              <w:t xml:space="preserve"> </w:t>
            </w:r>
            <w:r w:rsidRPr="003951DE">
              <w:rPr>
                <w:rFonts w:hint="cs"/>
                <w:rtl/>
              </w:rPr>
              <w:t>دالة</w:t>
            </w:r>
            <w:r w:rsidRPr="003951DE">
              <w:rPr>
                <w:rtl/>
              </w:rPr>
              <w:t xml:space="preserve">) </w:t>
            </w:r>
            <w:r w:rsidRPr="003951DE">
              <w:rPr>
                <w:rFonts w:hint="cs"/>
                <w:rtl/>
              </w:rPr>
              <w:t>وتجمع</w:t>
            </w:r>
            <w:r w:rsidRPr="003951DE">
              <w:rPr>
                <w:rtl/>
              </w:rPr>
              <w:t xml:space="preserve"> </w:t>
            </w:r>
            <w:r w:rsidRPr="003951DE">
              <w:rPr>
                <w:rFonts w:hint="cs"/>
                <w:rtl/>
              </w:rPr>
              <w:t>بين</w:t>
            </w:r>
            <w:r w:rsidRPr="003951DE">
              <w:rPr>
                <w:rtl/>
              </w:rPr>
              <w:t xml:space="preserve"> </w:t>
            </w:r>
            <w:r w:rsidRPr="003951DE">
              <w:rPr>
                <w:rFonts w:hint="cs"/>
                <w:rtl/>
              </w:rPr>
              <w:t>ارتباط</w:t>
            </w:r>
            <w:r w:rsidRPr="003951DE">
              <w:rPr>
                <w:rtl/>
              </w:rPr>
              <w:t>/</w:t>
            </w:r>
            <w:r w:rsidRPr="003951DE">
              <w:rPr>
                <w:rFonts w:hint="cs"/>
                <w:rtl/>
              </w:rPr>
              <w:t>أثر</w:t>
            </w:r>
            <w:r w:rsidRPr="003951DE">
              <w:t>.</w:t>
            </w:r>
          </w:p>
        </w:tc>
        <w:tc>
          <w:tcPr>
            <w:tcW w:w="1980" w:type="dxa"/>
          </w:tcPr>
          <w:p w14:paraId="4AE39ACB" w14:textId="5905D3D4" w:rsidR="00E93360" w:rsidRDefault="00E93360" w:rsidP="00E93360">
            <w:pPr>
              <w:bidi/>
              <w:rPr>
                <w:rFonts w:ascii="Arial" w:hAnsi="Arial"/>
              </w:rPr>
            </w:pPr>
            <w:r w:rsidRPr="001614A5">
              <w:rPr>
                <w:rFonts w:hint="cs"/>
                <w:rtl/>
              </w:rPr>
              <w:t>الفرضيات</w:t>
            </w:r>
            <w:r w:rsidRPr="001614A5">
              <w:rPr>
                <w:rtl/>
              </w:rPr>
              <w:t xml:space="preserve"> </w:t>
            </w:r>
            <w:r w:rsidRPr="001614A5">
              <w:rPr>
                <w:rFonts w:hint="cs"/>
                <w:rtl/>
              </w:rPr>
              <w:t>الرئيسة</w:t>
            </w:r>
            <w:r w:rsidRPr="001614A5">
              <w:rPr>
                <w:rtl/>
              </w:rPr>
              <w:t xml:space="preserve"> </w:t>
            </w:r>
            <w:r w:rsidRPr="001614A5">
              <w:rPr>
                <w:rFonts w:hint="cs"/>
                <w:rtl/>
              </w:rPr>
              <w:t>والفرعية</w:t>
            </w:r>
          </w:p>
        </w:tc>
        <w:tc>
          <w:tcPr>
            <w:tcW w:w="1278" w:type="dxa"/>
          </w:tcPr>
          <w:p w14:paraId="752D1A00" w14:textId="5C79E218" w:rsidR="00E93360" w:rsidRDefault="00E93360" w:rsidP="00E93360">
            <w:pPr>
              <w:bidi/>
              <w:rPr>
                <w:rFonts w:ascii="Arial" w:hAnsi="Arial"/>
              </w:rPr>
            </w:pPr>
            <w:r>
              <w:rPr>
                <w:rFonts w:ascii="Arial" w:hAnsi="Arial"/>
              </w:rPr>
              <w:t>2</w:t>
            </w:r>
          </w:p>
        </w:tc>
      </w:tr>
      <w:tr w:rsidR="00E93360" w14:paraId="5FF688DC" w14:textId="5E4B7379" w:rsidTr="00BF4129">
        <w:trPr>
          <w:jc w:val="right"/>
        </w:trPr>
        <w:tc>
          <w:tcPr>
            <w:tcW w:w="3589" w:type="dxa"/>
          </w:tcPr>
          <w:p w14:paraId="39893657" w14:textId="4460CF53" w:rsidR="00E93360" w:rsidRDefault="00E93360" w:rsidP="00E93360">
            <w:pPr>
              <w:bidi/>
            </w:pPr>
            <w:r w:rsidRPr="00476281">
              <w:rPr>
                <w:rFonts w:hint="cs"/>
                <w:rtl/>
              </w:rPr>
              <w:t>وحّد</w:t>
            </w:r>
            <w:r w:rsidRPr="00476281">
              <w:rPr>
                <w:rtl/>
              </w:rPr>
              <w:t xml:space="preserve"> </w:t>
            </w:r>
            <w:r w:rsidRPr="00476281">
              <w:rPr>
                <w:rFonts w:hint="cs"/>
                <w:rtl/>
              </w:rPr>
              <w:t>الترتيب</w:t>
            </w:r>
            <w:r w:rsidRPr="00476281">
              <w:t xml:space="preserve"> (AI </w:t>
            </w:r>
            <w:r w:rsidRPr="00476281">
              <w:rPr>
                <w:rFonts w:hint="cs"/>
                <w:rtl/>
              </w:rPr>
              <w:t>ثم</w:t>
            </w:r>
            <w:r w:rsidRPr="00476281">
              <w:rPr>
                <w:rtl/>
              </w:rPr>
              <w:t xml:space="preserve"> </w:t>
            </w:r>
            <w:r w:rsidRPr="00476281">
              <w:rPr>
                <w:rFonts w:hint="cs"/>
                <w:rtl/>
              </w:rPr>
              <w:t>البنية</w:t>
            </w:r>
            <w:r w:rsidRPr="00476281">
              <w:rPr>
                <w:rtl/>
              </w:rPr>
              <w:t xml:space="preserve"> </w:t>
            </w:r>
            <w:r w:rsidRPr="00476281">
              <w:rPr>
                <w:rFonts w:hint="cs"/>
                <w:rtl/>
              </w:rPr>
              <w:t>ثم</w:t>
            </w:r>
            <w:r w:rsidRPr="00476281">
              <w:rPr>
                <w:rtl/>
              </w:rPr>
              <w:t xml:space="preserve"> </w:t>
            </w:r>
            <w:r w:rsidRPr="00476281">
              <w:rPr>
                <w:rFonts w:hint="cs"/>
                <w:rtl/>
              </w:rPr>
              <w:t>الموارد</w:t>
            </w:r>
            <w:r w:rsidRPr="00476281">
              <w:rPr>
                <w:rtl/>
              </w:rPr>
              <w:t xml:space="preserve"> </w:t>
            </w:r>
            <w:r w:rsidRPr="00476281">
              <w:rPr>
                <w:rFonts w:hint="cs"/>
                <w:rtl/>
              </w:rPr>
              <w:t>ثم</w:t>
            </w:r>
            <w:r w:rsidRPr="00476281">
              <w:rPr>
                <w:rtl/>
              </w:rPr>
              <w:t xml:space="preserve"> </w:t>
            </w:r>
            <w:r w:rsidRPr="00476281">
              <w:rPr>
                <w:rFonts w:hint="cs"/>
                <w:rtl/>
              </w:rPr>
              <w:t>الأثر</w:t>
            </w:r>
            <w:r w:rsidRPr="00476281">
              <w:rPr>
                <w:rtl/>
              </w:rPr>
              <w:t xml:space="preserve"> </w:t>
            </w:r>
            <w:r w:rsidRPr="00476281">
              <w:rPr>
                <w:rFonts w:hint="cs"/>
                <w:rtl/>
              </w:rPr>
              <w:t>الكلي</w:t>
            </w:r>
            <w:r w:rsidRPr="00476281">
              <w:rPr>
                <w:rtl/>
              </w:rPr>
              <w:t>/</w:t>
            </w:r>
            <w:r w:rsidRPr="00476281">
              <w:rPr>
                <w:rFonts w:hint="cs"/>
                <w:rtl/>
              </w:rPr>
              <w:t>الوساطة</w:t>
            </w:r>
            <w:r w:rsidRPr="00476281">
              <w:t>)</w:t>
            </w:r>
            <w:r w:rsidRPr="00476281">
              <w:rPr>
                <w:rFonts w:hint="cs"/>
                <w:rtl/>
              </w:rPr>
              <w:t>،</w:t>
            </w:r>
            <w:r w:rsidRPr="00476281">
              <w:rPr>
                <w:rtl/>
              </w:rPr>
              <w:t xml:space="preserve"> </w:t>
            </w:r>
            <w:r w:rsidRPr="00476281">
              <w:rPr>
                <w:rFonts w:hint="cs"/>
                <w:rtl/>
              </w:rPr>
              <w:t>وطبّقه</w:t>
            </w:r>
            <w:r w:rsidRPr="00476281">
              <w:rPr>
                <w:rtl/>
              </w:rPr>
              <w:t xml:space="preserve"> </w:t>
            </w:r>
            <w:r w:rsidRPr="00476281">
              <w:rPr>
                <w:rFonts w:hint="cs"/>
                <w:rtl/>
              </w:rPr>
              <w:t>في</w:t>
            </w:r>
            <w:r w:rsidRPr="00476281">
              <w:rPr>
                <w:rtl/>
              </w:rPr>
              <w:t xml:space="preserve"> </w:t>
            </w:r>
            <w:r w:rsidRPr="00476281">
              <w:rPr>
                <w:rFonts w:hint="cs"/>
                <w:rtl/>
              </w:rPr>
              <w:t>جميع</w:t>
            </w:r>
            <w:r w:rsidRPr="00476281">
              <w:rPr>
                <w:rtl/>
              </w:rPr>
              <w:t xml:space="preserve"> </w:t>
            </w:r>
            <w:r w:rsidRPr="00476281">
              <w:rPr>
                <w:rFonts w:hint="cs"/>
                <w:rtl/>
              </w:rPr>
              <w:t>المواضع</w:t>
            </w:r>
            <w:r w:rsidRPr="00476281">
              <w:rPr>
                <w:rtl/>
              </w:rPr>
              <w:t xml:space="preserve"> (</w:t>
            </w:r>
            <w:r w:rsidRPr="00476281">
              <w:rPr>
                <w:rFonts w:hint="cs"/>
                <w:rtl/>
              </w:rPr>
              <w:t>النموذج،</w:t>
            </w:r>
            <w:r w:rsidRPr="00476281">
              <w:rPr>
                <w:rtl/>
              </w:rPr>
              <w:t xml:space="preserve"> </w:t>
            </w:r>
            <w:r w:rsidRPr="00476281">
              <w:rPr>
                <w:rFonts w:hint="cs"/>
                <w:rtl/>
              </w:rPr>
              <w:t>المنهجية،</w:t>
            </w:r>
            <w:r w:rsidRPr="00476281">
              <w:rPr>
                <w:rtl/>
              </w:rPr>
              <w:t xml:space="preserve"> </w:t>
            </w:r>
            <w:r w:rsidRPr="00476281">
              <w:rPr>
                <w:rFonts w:hint="cs"/>
                <w:rtl/>
              </w:rPr>
              <w:t>النتائج</w:t>
            </w:r>
            <w:r w:rsidRPr="00476281">
              <w:rPr>
                <w:rtl/>
              </w:rPr>
              <w:t>)</w:t>
            </w:r>
            <w:r w:rsidRPr="00476281">
              <w:t>.</w:t>
            </w:r>
          </w:p>
        </w:tc>
        <w:tc>
          <w:tcPr>
            <w:tcW w:w="2610" w:type="dxa"/>
          </w:tcPr>
          <w:p w14:paraId="44AE6C5F" w14:textId="19C27B52" w:rsidR="00E93360" w:rsidRDefault="00E93360" w:rsidP="00E93360">
            <w:pPr>
              <w:bidi/>
              <w:rPr>
                <w:rFonts w:ascii="Arial" w:hAnsi="Arial"/>
              </w:rPr>
            </w:pPr>
            <w:r w:rsidRPr="003951DE">
              <w:rPr>
                <w:rFonts w:hint="cs"/>
                <w:rtl/>
              </w:rPr>
              <w:t>ترقيم</w:t>
            </w:r>
            <w:r w:rsidRPr="003951DE">
              <w:rPr>
                <w:rtl/>
              </w:rPr>
              <w:t xml:space="preserve"> </w:t>
            </w:r>
            <w:r w:rsidRPr="003951DE">
              <w:rPr>
                <w:rFonts w:hint="cs"/>
                <w:rtl/>
              </w:rPr>
              <w:t>الفرضيات</w:t>
            </w:r>
            <w:r w:rsidRPr="003951DE">
              <w:rPr>
                <w:rtl/>
              </w:rPr>
              <w:t xml:space="preserve"> </w:t>
            </w:r>
            <w:r w:rsidRPr="003951DE">
              <w:rPr>
                <w:rFonts w:hint="cs"/>
                <w:rtl/>
              </w:rPr>
              <w:t>الفرعية</w:t>
            </w:r>
            <w:r w:rsidRPr="003951DE">
              <w:rPr>
                <w:rtl/>
              </w:rPr>
              <w:t xml:space="preserve"> </w:t>
            </w:r>
            <w:r w:rsidRPr="003951DE">
              <w:rPr>
                <w:rFonts w:hint="cs"/>
                <w:rtl/>
              </w:rPr>
              <w:t>لا</w:t>
            </w:r>
            <w:r w:rsidRPr="003951DE">
              <w:rPr>
                <w:rtl/>
              </w:rPr>
              <w:t xml:space="preserve"> </w:t>
            </w:r>
            <w:r w:rsidRPr="003951DE">
              <w:rPr>
                <w:rFonts w:hint="cs"/>
                <w:rtl/>
              </w:rPr>
              <w:t>يطابق</w:t>
            </w:r>
            <w:r w:rsidRPr="003951DE">
              <w:rPr>
                <w:rtl/>
              </w:rPr>
              <w:t xml:space="preserve"> </w:t>
            </w:r>
            <w:r w:rsidRPr="003951DE">
              <w:rPr>
                <w:rFonts w:hint="cs"/>
                <w:rtl/>
              </w:rPr>
              <w:t>ترتيب</w:t>
            </w:r>
            <w:r w:rsidRPr="003951DE">
              <w:rPr>
                <w:rtl/>
              </w:rPr>
              <w:t xml:space="preserve"> </w:t>
            </w:r>
            <w:r w:rsidRPr="003951DE">
              <w:rPr>
                <w:rFonts w:hint="cs"/>
                <w:rtl/>
              </w:rPr>
              <w:t>المتغيرات</w:t>
            </w:r>
            <w:r w:rsidRPr="003951DE">
              <w:rPr>
                <w:rtl/>
              </w:rPr>
              <w:t xml:space="preserve"> </w:t>
            </w:r>
            <w:r w:rsidRPr="003951DE">
              <w:rPr>
                <w:rFonts w:hint="cs"/>
                <w:rtl/>
              </w:rPr>
              <w:t>في</w:t>
            </w:r>
            <w:r w:rsidRPr="003951DE">
              <w:rPr>
                <w:rtl/>
              </w:rPr>
              <w:t xml:space="preserve"> </w:t>
            </w:r>
            <w:r w:rsidRPr="003951DE">
              <w:rPr>
                <w:rFonts w:hint="cs"/>
                <w:rtl/>
              </w:rPr>
              <w:t>نموذج</w:t>
            </w:r>
            <w:r w:rsidRPr="003951DE">
              <w:rPr>
                <w:rtl/>
              </w:rPr>
              <w:t xml:space="preserve"> </w:t>
            </w:r>
            <w:r w:rsidRPr="003951DE">
              <w:rPr>
                <w:rFonts w:hint="cs"/>
                <w:rtl/>
              </w:rPr>
              <w:t>الدراسة</w:t>
            </w:r>
            <w:r w:rsidRPr="003951DE">
              <w:t>.</w:t>
            </w:r>
          </w:p>
        </w:tc>
        <w:tc>
          <w:tcPr>
            <w:tcW w:w="1980" w:type="dxa"/>
          </w:tcPr>
          <w:p w14:paraId="23371361" w14:textId="39A96ECD" w:rsidR="00E93360" w:rsidRDefault="00E93360" w:rsidP="00E93360">
            <w:pPr>
              <w:bidi/>
              <w:rPr>
                <w:rFonts w:ascii="Arial" w:hAnsi="Arial"/>
              </w:rPr>
            </w:pPr>
            <w:r w:rsidRPr="001614A5">
              <w:rPr>
                <w:rFonts w:hint="cs"/>
                <w:rtl/>
              </w:rPr>
              <w:t>اتساق</w:t>
            </w:r>
            <w:r w:rsidRPr="001614A5">
              <w:rPr>
                <w:rtl/>
              </w:rPr>
              <w:t xml:space="preserve"> </w:t>
            </w:r>
            <w:r w:rsidRPr="001614A5">
              <w:rPr>
                <w:rFonts w:hint="cs"/>
                <w:rtl/>
              </w:rPr>
              <w:t>الترقيم</w:t>
            </w:r>
          </w:p>
        </w:tc>
        <w:tc>
          <w:tcPr>
            <w:tcW w:w="1278" w:type="dxa"/>
          </w:tcPr>
          <w:p w14:paraId="0F99E45E" w14:textId="18B6430D" w:rsidR="00E93360" w:rsidRDefault="00E93360" w:rsidP="00E93360">
            <w:pPr>
              <w:bidi/>
              <w:rPr>
                <w:rFonts w:ascii="Arial" w:hAnsi="Arial"/>
              </w:rPr>
            </w:pPr>
            <w:r>
              <w:rPr>
                <w:rFonts w:ascii="Arial" w:hAnsi="Arial"/>
              </w:rPr>
              <w:t>3</w:t>
            </w:r>
          </w:p>
        </w:tc>
      </w:tr>
      <w:tr w:rsidR="00E93360" w14:paraId="28A96348" w14:textId="1DDAA3D8" w:rsidTr="00BF4129">
        <w:trPr>
          <w:jc w:val="right"/>
        </w:trPr>
        <w:tc>
          <w:tcPr>
            <w:tcW w:w="3589" w:type="dxa"/>
          </w:tcPr>
          <w:p w14:paraId="4E1C244C" w14:textId="4EF3E399" w:rsidR="00E93360" w:rsidRDefault="00E93360" w:rsidP="00E93360">
            <w:pPr>
              <w:bidi/>
            </w:pPr>
            <w:r w:rsidRPr="00476281">
              <w:rPr>
                <w:rFonts w:hint="cs"/>
                <w:rtl/>
              </w:rPr>
              <w:t>أضف</w:t>
            </w:r>
            <w:r w:rsidRPr="00476281">
              <w:rPr>
                <w:rtl/>
              </w:rPr>
              <w:t xml:space="preserve"> </w:t>
            </w:r>
            <w:r w:rsidRPr="00476281">
              <w:rPr>
                <w:rFonts w:hint="cs"/>
                <w:rtl/>
              </w:rPr>
              <w:t>فقرة</w:t>
            </w:r>
            <w:r w:rsidRPr="00476281">
              <w:rPr>
                <w:rtl/>
              </w:rPr>
              <w:t xml:space="preserve"> </w:t>
            </w:r>
            <w:r w:rsidRPr="00476281">
              <w:rPr>
                <w:rFonts w:hint="cs"/>
                <w:rtl/>
              </w:rPr>
              <w:t>تذكر</w:t>
            </w:r>
            <w:r w:rsidRPr="00476281">
              <w:rPr>
                <w:rtl/>
              </w:rPr>
              <w:t xml:space="preserve"> </w:t>
            </w:r>
            <w:r w:rsidRPr="00476281">
              <w:rPr>
                <w:rFonts w:hint="cs"/>
                <w:rtl/>
              </w:rPr>
              <w:t>متغيرات</w:t>
            </w:r>
            <w:r w:rsidRPr="00476281">
              <w:rPr>
                <w:rtl/>
              </w:rPr>
              <w:t xml:space="preserve"> </w:t>
            </w:r>
            <w:r w:rsidRPr="00476281">
              <w:rPr>
                <w:rFonts w:hint="cs"/>
                <w:rtl/>
              </w:rPr>
              <w:t>ضابطة</w:t>
            </w:r>
            <w:r w:rsidRPr="00476281">
              <w:rPr>
                <w:rtl/>
              </w:rPr>
              <w:t xml:space="preserve"> </w:t>
            </w:r>
            <w:r w:rsidRPr="00476281">
              <w:rPr>
                <w:rFonts w:hint="cs"/>
                <w:rtl/>
              </w:rPr>
              <w:t>مقترحة</w:t>
            </w:r>
            <w:r w:rsidRPr="00476281">
              <w:rPr>
                <w:rtl/>
              </w:rPr>
              <w:t xml:space="preserve"> (</w:t>
            </w:r>
            <w:r w:rsidRPr="00476281">
              <w:rPr>
                <w:rFonts w:hint="cs"/>
                <w:rtl/>
              </w:rPr>
              <w:t>نوع</w:t>
            </w:r>
            <w:r w:rsidRPr="00476281">
              <w:rPr>
                <w:rtl/>
              </w:rPr>
              <w:t xml:space="preserve"> </w:t>
            </w:r>
            <w:r w:rsidRPr="00476281">
              <w:rPr>
                <w:rFonts w:hint="cs"/>
                <w:rtl/>
              </w:rPr>
              <w:t>الجهة،</w:t>
            </w:r>
            <w:r w:rsidRPr="00476281">
              <w:rPr>
                <w:rtl/>
              </w:rPr>
              <w:t xml:space="preserve"> </w:t>
            </w:r>
            <w:r w:rsidRPr="00476281">
              <w:rPr>
                <w:rFonts w:hint="cs"/>
                <w:rtl/>
              </w:rPr>
              <w:t>سنوات</w:t>
            </w:r>
            <w:r w:rsidRPr="00476281">
              <w:rPr>
                <w:rtl/>
              </w:rPr>
              <w:t xml:space="preserve"> </w:t>
            </w:r>
            <w:r w:rsidRPr="00476281">
              <w:rPr>
                <w:rFonts w:hint="cs"/>
                <w:rtl/>
              </w:rPr>
              <w:t>الخبرة،</w:t>
            </w:r>
            <w:r w:rsidRPr="00476281">
              <w:rPr>
                <w:rtl/>
              </w:rPr>
              <w:t xml:space="preserve"> </w:t>
            </w:r>
            <w:r w:rsidRPr="00476281">
              <w:rPr>
                <w:rFonts w:hint="cs"/>
                <w:rtl/>
              </w:rPr>
              <w:t>الدور</w:t>
            </w:r>
            <w:r w:rsidRPr="00476281">
              <w:rPr>
                <w:rtl/>
              </w:rPr>
              <w:t xml:space="preserve"> </w:t>
            </w:r>
            <w:r w:rsidRPr="00476281">
              <w:rPr>
                <w:rFonts w:hint="cs"/>
                <w:rtl/>
              </w:rPr>
              <w:t>الوظيفي</w:t>
            </w:r>
            <w:r w:rsidRPr="00476281">
              <w:rPr>
                <w:rtl/>
              </w:rPr>
              <w:t xml:space="preserve">) </w:t>
            </w:r>
            <w:r w:rsidRPr="00476281">
              <w:rPr>
                <w:rFonts w:hint="cs"/>
                <w:rtl/>
              </w:rPr>
              <w:t>لضبط</w:t>
            </w:r>
            <w:r w:rsidRPr="00476281">
              <w:rPr>
                <w:rtl/>
              </w:rPr>
              <w:t xml:space="preserve"> </w:t>
            </w:r>
            <w:r w:rsidRPr="00476281">
              <w:rPr>
                <w:rFonts w:hint="cs"/>
                <w:rtl/>
              </w:rPr>
              <w:t>التباين</w:t>
            </w:r>
            <w:r w:rsidRPr="00476281">
              <w:rPr>
                <w:rtl/>
              </w:rPr>
              <w:t xml:space="preserve"> </w:t>
            </w:r>
            <w:r w:rsidRPr="00476281">
              <w:rPr>
                <w:rFonts w:hint="cs"/>
                <w:rtl/>
              </w:rPr>
              <w:t>غير</w:t>
            </w:r>
            <w:r w:rsidRPr="00476281">
              <w:rPr>
                <w:rtl/>
              </w:rPr>
              <w:t xml:space="preserve"> </w:t>
            </w:r>
            <w:r w:rsidRPr="00476281">
              <w:rPr>
                <w:rFonts w:hint="cs"/>
                <w:rtl/>
              </w:rPr>
              <w:t>المرغوب</w:t>
            </w:r>
            <w:r w:rsidRPr="00476281">
              <w:t>.</w:t>
            </w:r>
          </w:p>
        </w:tc>
        <w:tc>
          <w:tcPr>
            <w:tcW w:w="2610" w:type="dxa"/>
          </w:tcPr>
          <w:p w14:paraId="3E51AA79" w14:textId="3D87EF60" w:rsidR="00E93360" w:rsidRDefault="00E93360" w:rsidP="00E93360">
            <w:pPr>
              <w:bidi/>
              <w:rPr>
                <w:rFonts w:ascii="Arial" w:hAnsi="Arial"/>
              </w:rPr>
            </w:pPr>
            <w:r w:rsidRPr="003951DE">
              <w:rPr>
                <w:rFonts w:hint="cs"/>
                <w:rtl/>
              </w:rPr>
              <w:t>لا</w:t>
            </w:r>
            <w:r w:rsidRPr="003951DE">
              <w:rPr>
                <w:rtl/>
              </w:rPr>
              <w:t xml:space="preserve"> </w:t>
            </w:r>
            <w:r w:rsidRPr="003951DE">
              <w:rPr>
                <w:rFonts w:hint="cs"/>
                <w:rtl/>
              </w:rPr>
              <w:t>تُذكر</w:t>
            </w:r>
            <w:r w:rsidRPr="003951DE">
              <w:rPr>
                <w:rtl/>
              </w:rPr>
              <w:t xml:space="preserve"> </w:t>
            </w:r>
            <w:r w:rsidRPr="003951DE">
              <w:rPr>
                <w:rFonts w:hint="cs"/>
                <w:rtl/>
              </w:rPr>
              <w:t>متغيرات</w:t>
            </w:r>
            <w:r w:rsidRPr="003951DE">
              <w:rPr>
                <w:rtl/>
              </w:rPr>
              <w:t xml:space="preserve"> </w:t>
            </w:r>
            <w:r w:rsidRPr="003951DE">
              <w:rPr>
                <w:rFonts w:hint="cs"/>
                <w:rtl/>
              </w:rPr>
              <w:t>ضابطة</w:t>
            </w:r>
            <w:r w:rsidRPr="003951DE">
              <w:rPr>
                <w:rtl/>
              </w:rPr>
              <w:t xml:space="preserve"> </w:t>
            </w:r>
            <w:r w:rsidRPr="003951DE">
              <w:rPr>
                <w:rFonts w:hint="cs"/>
                <w:rtl/>
              </w:rPr>
              <w:t>على</w:t>
            </w:r>
            <w:r w:rsidRPr="003951DE">
              <w:rPr>
                <w:rtl/>
              </w:rPr>
              <w:t xml:space="preserve"> </w:t>
            </w:r>
            <w:r w:rsidRPr="003951DE">
              <w:rPr>
                <w:rFonts w:hint="cs"/>
                <w:rtl/>
              </w:rPr>
              <w:t>الرغم</w:t>
            </w:r>
            <w:r w:rsidRPr="003951DE">
              <w:rPr>
                <w:rtl/>
              </w:rPr>
              <w:t xml:space="preserve"> </w:t>
            </w:r>
            <w:r w:rsidRPr="003951DE">
              <w:rPr>
                <w:rFonts w:hint="cs"/>
                <w:rtl/>
              </w:rPr>
              <w:t>من</w:t>
            </w:r>
            <w:r w:rsidRPr="003951DE">
              <w:rPr>
                <w:rtl/>
              </w:rPr>
              <w:t xml:space="preserve"> </w:t>
            </w:r>
            <w:r w:rsidRPr="003951DE">
              <w:rPr>
                <w:rFonts w:hint="cs"/>
                <w:rtl/>
              </w:rPr>
              <w:t>اتساع</w:t>
            </w:r>
            <w:r w:rsidRPr="003951DE">
              <w:rPr>
                <w:rtl/>
              </w:rPr>
              <w:t xml:space="preserve"> </w:t>
            </w:r>
            <w:r w:rsidRPr="003951DE">
              <w:rPr>
                <w:rFonts w:hint="cs"/>
                <w:rtl/>
              </w:rPr>
              <w:t>مجتمع</w:t>
            </w:r>
            <w:r w:rsidRPr="003951DE">
              <w:rPr>
                <w:rtl/>
              </w:rPr>
              <w:t xml:space="preserve"> </w:t>
            </w:r>
            <w:r w:rsidRPr="003951DE">
              <w:rPr>
                <w:rFonts w:hint="cs"/>
                <w:rtl/>
              </w:rPr>
              <w:t>الدراسة</w:t>
            </w:r>
            <w:r w:rsidRPr="003951DE">
              <w:rPr>
                <w:rtl/>
              </w:rPr>
              <w:t xml:space="preserve"> (</w:t>
            </w:r>
            <w:r w:rsidRPr="003951DE">
              <w:rPr>
                <w:rFonts w:hint="cs"/>
                <w:rtl/>
              </w:rPr>
              <w:t>جهات</w:t>
            </w:r>
            <w:r w:rsidRPr="003951DE">
              <w:rPr>
                <w:rtl/>
              </w:rPr>
              <w:t xml:space="preserve"> </w:t>
            </w:r>
            <w:r w:rsidRPr="003951DE">
              <w:rPr>
                <w:rFonts w:hint="cs"/>
                <w:rtl/>
              </w:rPr>
              <w:lastRenderedPageBreak/>
              <w:t>حكومية</w:t>
            </w:r>
            <w:r w:rsidRPr="003951DE">
              <w:rPr>
                <w:rtl/>
              </w:rPr>
              <w:t>/</w:t>
            </w:r>
            <w:r w:rsidRPr="003951DE">
              <w:rPr>
                <w:rFonts w:hint="cs"/>
                <w:rtl/>
              </w:rPr>
              <w:t>خاصة،</w:t>
            </w:r>
            <w:r w:rsidRPr="003951DE">
              <w:rPr>
                <w:rtl/>
              </w:rPr>
              <w:t xml:space="preserve"> </w:t>
            </w:r>
            <w:r w:rsidRPr="003951DE">
              <w:rPr>
                <w:rFonts w:hint="cs"/>
                <w:rtl/>
              </w:rPr>
              <w:t>خبرات</w:t>
            </w:r>
            <w:r w:rsidRPr="003951DE">
              <w:rPr>
                <w:rtl/>
              </w:rPr>
              <w:t xml:space="preserve"> </w:t>
            </w:r>
            <w:r w:rsidRPr="003951DE">
              <w:rPr>
                <w:rFonts w:hint="cs"/>
                <w:rtl/>
              </w:rPr>
              <w:t>متباينة</w:t>
            </w:r>
            <w:r w:rsidRPr="003951DE">
              <w:rPr>
                <w:rtl/>
              </w:rPr>
              <w:t>)</w:t>
            </w:r>
            <w:r w:rsidRPr="003951DE">
              <w:t>.</w:t>
            </w:r>
          </w:p>
        </w:tc>
        <w:tc>
          <w:tcPr>
            <w:tcW w:w="1980" w:type="dxa"/>
          </w:tcPr>
          <w:p w14:paraId="7E67708D" w14:textId="5CD3D964" w:rsidR="00E93360" w:rsidRDefault="00E93360" w:rsidP="00E93360">
            <w:pPr>
              <w:bidi/>
              <w:rPr>
                <w:rFonts w:ascii="Arial" w:hAnsi="Arial"/>
              </w:rPr>
            </w:pPr>
            <w:r w:rsidRPr="001614A5">
              <w:rPr>
                <w:rFonts w:hint="cs"/>
                <w:rtl/>
              </w:rPr>
              <w:lastRenderedPageBreak/>
              <w:t>متغيرات</w:t>
            </w:r>
            <w:r w:rsidRPr="001614A5">
              <w:rPr>
                <w:rtl/>
              </w:rPr>
              <w:t xml:space="preserve"> </w:t>
            </w:r>
            <w:r w:rsidRPr="001614A5">
              <w:rPr>
                <w:rFonts w:hint="cs"/>
                <w:rtl/>
              </w:rPr>
              <w:t>ضابطة</w:t>
            </w:r>
          </w:p>
        </w:tc>
        <w:tc>
          <w:tcPr>
            <w:tcW w:w="1278" w:type="dxa"/>
          </w:tcPr>
          <w:p w14:paraId="67CC6A10" w14:textId="12EF38EC" w:rsidR="00E93360" w:rsidRDefault="00E93360" w:rsidP="00E93360">
            <w:pPr>
              <w:bidi/>
              <w:rPr>
                <w:rFonts w:ascii="Arial" w:hAnsi="Arial"/>
              </w:rPr>
            </w:pPr>
            <w:r>
              <w:rPr>
                <w:rFonts w:ascii="Arial" w:hAnsi="Arial"/>
              </w:rPr>
              <w:t>4</w:t>
            </w:r>
          </w:p>
        </w:tc>
      </w:tr>
    </w:tbl>
    <w:p w14:paraId="05529BAC" w14:textId="77777777" w:rsidR="00A00555" w:rsidRDefault="00A00555" w:rsidP="00A14790">
      <w:pPr>
        <w:bidi/>
      </w:pPr>
    </w:p>
    <w:p w14:paraId="4D2AD925" w14:textId="77777777" w:rsidR="00A00555" w:rsidRDefault="00A35E6B" w:rsidP="00A14790">
      <w:pPr>
        <w:pStyle w:val="Heading2"/>
        <w:bidi/>
      </w:pPr>
      <w:r>
        <w:rPr>
          <w:rFonts w:ascii="Arial" w:hAnsi="Arial"/>
          <w:sz w:val="28"/>
        </w:rPr>
        <w:t>أهمية الدراسة</w:t>
      </w:r>
    </w:p>
    <w:tbl>
      <w:tblPr>
        <w:tblStyle w:val="TableGrid"/>
        <w:tblW w:w="0" w:type="auto"/>
        <w:jc w:val="right"/>
        <w:tblLook w:val="04A0" w:firstRow="1" w:lastRow="0" w:firstColumn="1" w:lastColumn="0" w:noHBand="0" w:noVBand="1"/>
      </w:tblPr>
      <w:tblGrid>
        <w:gridCol w:w="3191"/>
        <w:gridCol w:w="2425"/>
        <w:gridCol w:w="1803"/>
        <w:gridCol w:w="1211"/>
      </w:tblGrid>
      <w:tr w:rsidR="005D4F52" w14:paraId="4B4F866E" w14:textId="0DD6A3A0" w:rsidTr="002A725A">
        <w:trPr>
          <w:jc w:val="right"/>
        </w:trPr>
        <w:tc>
          <w:tcPr>
            <w:tcW w:w="3589" w:type="dxa"/>
          </w:tcPr>
          <w:p w14:paraId="1895F11C" w14:textId="00843A4B" w:rsidR="005D4F52" w:rsidRDefault="005D4F52" w:rsidP="005D4F52">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77F0E3AF" w14:textId="4C8E8B59" w:rsidR="005D4F52" w:rsidRDefault="005D4F52" w:rsidP="005D4F52">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5C57DCB2" w14:textId="624CD328" w:rsidR="005D4F52" w:rsidRDefault="005D4F52" w:rsidP="005D4F52">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7E4FEABE" w14:textId="1404842E" w:rsidR="005D4F52" w:rsidRDefault="005D4F52" w:rsidP="005D4F52">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5D4F52" w14:paraId="2A63FFFC" w14:textId="5AED6F03" w:rsidTr="002A725A">
        <w:trPr>
          <w:jc w:val="right"/>
        </w:trPr>
        <w:tc>
          <w:tcPr>
            <w:tcW w:w="3589" w:type="dxa"/>
          </w:tcPr>
          <w:p w14:paraId="20EFCBA3" w14:textId="5CF502A3" w:rsidR="005D4F52" w:rsidRDefault="005D4F52" w:rsidP="005D4F52">
            <w:pPr>
              <w:bidi/>
            </w:pPr>
            <w:r w:rsidRPr="00387E1B">
              <w:rPr>
                <w:rFonts w:hint="cs"/>
                <w:rtl/>
              </w:rPr>
              <w:t>افصل</w:t>
            </w:r>
            <w:r w:rsidRPr="00387E1B">
              <w:rPr>
                <w:rtl/>
              </w:rPr>
              <w:t xml:space="preserve"> </w:t>
            </w:r>
            <w:r w:rsidRPr="00387E1B">
              <w:rPr>
                <w:rFonts w:hint="cs"/>
                <w:rtl/>
              </w:rPr>
              <w:t>الأهمية</w:t>
            </w:r>
            <w:r w:rsidRPr="00387E1B">
              <w:rPr>
                <w:rtl/>
              </w:rPr>
              <w:t xml:space="preserve"> </w:t>
            </w:r>
            <w:r w:rsidRPr="00387E1B">
              <w:rPr>
                <w:rFonts w:hint="cs"/>
                <w:rtl/>
              </w:rPr>
              <w:t>النظرية</w:t>
            </w:r>
            <w:r w:rsidRPr="00387E1B">
              <w:rPr>
                <w:rtl/>
              </w:rPr>
              <w:t xml:space="preserve"> </w:t>
            </w:r>
            <w:r w:rsidRPr="00387E1B">
              <w:rPr>
                <w:rFonts w:hint="cs"/>
                <w:rtl/>
              </w:rPr>
              <w:t>في</w:t>
            </w:r>
            <w:r w:rsidRPr="00387E1B">
              <w:rPr>
                <w:rtl/>
              </w:rPr>
              <w:t xml:space="preserve"> 4–5 </w:t>
            </w:r>
            <w:r w:rsidRPr="00387E1B">
              <w:rPr>
                <w:rFonts w:hint="cs"/>
                <w:rtl/>
              </w:rPr>
              <w:t>أسطر</w:t>
            </w:r>
            <w:r w:rsidRPr="00387E1B">
              <w:rPr>
                <w:rtl/>
              </w:rPr>
              <w:t xml:space="preserve"> </w:t>
            </w:r>
            <w:r w:rsidRPr="00387E1B">
              <w:rPr>
                <w:rFonts w:hint="cs"/>
                <w:rtl/>
              </w:rPr>
              <w:t>تُظهر</w:t>
            </w:r>
            <w:r w:rsidRPr="00387E1B">
              <w:rPr>
                <w:rtl/>
              </w:rPr>
              <w:t xml:space="preserve"> </w:t>
            </w:r>
            <w:r w:rsidRPr="00387E1B">
              <w:rPr>
                <w:rFonts w:hint="cs"/>
                <w:rtl/>
              </w:rPr>
              <w:t>الإضافة</w:t>
            </w:r>
            <w:r w:rsidRPr="00387E1B">
              <w:rPr>
                <w:rtl/>
              </w:rPr>
              <w:t xml:space="preserve">: </w:t>
            </w:r>
            <w:r w:rsidRPr="00387E1B">
              <w:rPr>
                <w:rFonts w:hint="cs"/>
                <w:rtl/>
              </w:rPr>
              <w:t>تركيب</w:t>
            </w:r>
            <w:r w:rsidRPr="00387E1B">
              <w:rPr>
                <w:rtl/>
              </w:rPr>
              <w:t xml:space="preserve"> </w:t>
            </w:r>
            <w:r w:rsidRPr="00387E1B">
              <w:rPr>
                <w:rFonts w:hint="cs"/>
                <w:rtl/>
              </w:rPr>
              <w:t>نموذج</w:t>
            </w:r>
            <w:r w:rsidRPr="00387E1B">
              <w:rPr>
                <w:rtl/>
              </w:rPr>
              <w:t xml:space="preserve"> </w:t>
            </w:r>
            <w:r w:rsidRPr="00387E1B">
              <w:rPr>
                <w:rFonts w:hint="cs"/>
                <w:rtl/>
              </w:rPr>
              <w:t>متسق</w:t>
            </w:r>
            <w:r w:rsidRPr="00387E1B">
              <w:rPr>
                <w:rtl/>
              </w:rPr>
              <w:t xml:space="preserve"> </w:t>
            </w:r>
            <w:r w:rsidRPr="00387E1B">
              <w:rPr>
                <w:rFonts w:hint="cs"/>
                <w:rtl/>
              </w:rPr>
              <w:t>سياقيًا</w:t>
            </w:r>
            <w:r w:rsidRPr="00387E1B">
              <w:rPr>
                <w:rtl/>
              </w:rPr>
              <w:t xml:space="preserve"> </w:t>
            </w:r>
            <w:r w:rsidRPr="00387E1B">
              <w:rPr>
                <w:rFonts w:hint="cs"/>
                <w:rtl/>
              </w:rPr>
              <w:t>لمدينة</w:t>
            </w:r>
            <w:r w:rsidRPr="00387E1B">
              <w:rPr>
                <w:rtl/>
              </w:rPr>
              <w:t xml:space="preserve"> </w:t>
            </w:r>
            <w:r w:rsidRPr="00387E1B">
              <w:rPr>
                <w:rFonts w:hint="cs"/>
                <w:rtl/>
              </w:rPr>
              <w:t>الرياض،</w:t>
            </w:r>
            <w:r w:rsidRPr="00387E1B">
              <w:rPr>
                <w:rtl/>
              </w:rPr>
              <w:t xml:space="preserve"> </w:t>
            </w:r>
            <w:r w:rsidRPr="00387E1B">
              <w:rPr>
                <w:rFonts w:hint="cs"/>
                <w:rtl/>
              </w:rPr>
              <w:t>والتحقق</w:t>
            </w:r>
            <w:r w:rsidRPr="00387E1B">
              <w:rPr>
                <w:rtl/>
              </w:rPr>
              <w:t xml:space="preserve"> </w:t>
            </w:r>
            <w:r w:rsidRPr="00387E1B">
              <w:rPr>
                <w:rFonts w:hint="cs"/>
                <w:rtl/>
              </w:rPr>
              <w:t>من</w:t>
            </w:r>
            <w:r w:rsidRPr="00387E1B">
              <w:rPr>
                <w:rtl/>
              </w:rPr>
              <w:t xml:space="preserve"> </w:t>
            </w:r>
            <w:r w:rsidRPr="00387E1B">
              <w:rPr>
                <w:rFonts w:hint="cs"/>
                <w:rtl/>
              </w:rPr>
              <w:t>صلاحية</w:t>
            </w:r>
            <w:r w:rsidRPr="00387E1B">
              <w:rPr>
                <w:rtl/>
              </w:rPr>
              <w:t xml:space="preserve"> </w:t>
            </w:r>
            <w:r w:rsidRPr="00387E1B">
              <w:rPr>
                <w:rFonts w:hint="cs"/>
                <w:rtl/>
              </w:rPr>
              <w:t>مؤشرات</w:t>
            </w:r>
            <w:r w:rsidRPr="00387E1B">
              <w:rPr>
                <w:rtl/>
              </w:rPr>
              <w:t xml:space="preserve"> </w:t>
            </w:r>
            <w:r w:rsidRPr="00387E1B">
              <w:rPr>
                <w:rFonts w:hint="cs"/>
                <w:rtl/>
              </w:rPr>
              <w:t>الأداء</w:t>
            </w:r>
            <w:r w:rsidRPr="00387E1B">
              <w:rPr>
                <w:rtl/>
              </w:rPr>
              <w:t xml:space="preserve"> </w:t>
            </w:r>
            <w:r w:rsidRPr="00387E1B">
              <w:rPr>
                <w:rFonts w:hint="cs"/>
                <w:rtl/>
              </w:rPr>
              <w:t>الأمني</w:t>
            </w:r>
            <w:r w:rsidRPr="00387E1B">
              <w:rPr>
                <w:rtl/>
              </w:rPr>
              <w:t xml:space="preserve"> </w:t>
            </w:r>
            <w:r w:rsidRPr="00387E1B">
              <w:rPr>
                <w:rFonts w:hint="cs"/>
                <w:rtl/>
              </w:rPr>
              <w:t>في</w:t>
            </w:r>
            <w:r w:rsidRPr="00387E1B">
              <w:rPr>
                <w:rtl/>
              </w:rPr>
              <w:t xml:space="preserve"> </w:t>
            </w:r>
            <w:r w:rsidRPr="00387E1B">
              <w:rPr>
                <w:rFonts w:hint="cs"/>
                <w:rtl/>
              </w:rPr>
              <w:t>بيئة</w:t>
            </w:r>
            <w:r w:rsidRPr="00387E1B">
              <w:rPr>
                <w:rtl/>
              </w:rPr>
              <w:t xml:space="preserve"> </w:t>
            </w:r>
            <w:r w:rsidRPr="00387E1B">
              <w:rPr>
                <w:rFonts w:hint="cs"/>
                <w:rtl/>
              </w:rPr>
              <w:t>حضرية</w:t>
            </w:r>
            <w:r w:rsidRPr="00387E1B">
              <w:rPr>
                <w:rtl/>
              </w:rPr>
              <w:t xml:space="preserve"> </w:t>
            </w:r>
            <w:r w:rsidRPr="00387E1B">
              <w:rPr>
                <w:rFonts w:hint="cs"/>
                <w:rtl/>
              </w:rPr>
              <w:t>عربية</w:t>
            </w:r>
            <w:r w:rsidRPr="00387E1B">
              <w:t>.</w:t>
            </w:r>
          </w:p>
        </w:tc>
        <w:tc>
          <w:tcPr>
            <w:tcW w:w="2610" w:type="dxa"/>
          </w:tcPr>
          <w:p w14:paraId="282FBB5B" w14:textId="49D9E765" w:rsidR="005D4F52" w:rsidRDefault="005D4F52" w:rsidP="005D4F52">
            <w:pPr>
              <w:bidi/>
              <w:rPr>
                <w:rFonts w:ascii="Arial" w:hAnsi="Arial"/>
              </w:rPr>
            </w:pPr>
            <w:r w:rsidRPr="0064534E">
              <w:rPr>
                <w:rFonts w:hint="cs"/>
                <w:rtl/>
              </w:rPr>
              <w:t>الطرح</w:t>
            </w:r>
            <w:r w:rsidRPr="0064534E">
              <w:rPr>
                <w:rtl/>
              </w:rPr>
              <w:t xml:space="preserve"> </w:t>
            </w:r>
            <w:r w:rsidRPr="0064534E">
              <w:rPr>
                <w:rFonts w:hint="cs"/>
                <w:rtl/>
              </w:rPr>
              <w:t>النظري</w:t>
            </w:r>
            <w:r w:rsidRPr="0064534E">
              <w:rPr>
                <w:rtl/>
              </w:rPr>
              <w:t xml:space="preserve"> </w:t>
            </w:r>
            <w:r w:rsidRPr="0064534E">
              <w:rPr>
                <w:rFonts w:hint="cs"/>
                <w:rtl/>
              </w:rPr>
              <w:t>يُكرر</w:t>
            </w:r>
            <w:r w:rsidRPr="0064534E">
              <w:rPr>
                <w:rtl/>
              </w:rPr>
              <w:t xml:space="preserve"> </w:t>
            </w:r>
            <w:r w:rsidRPr="0064534E">
              <w:rPr>
                <w:rFonts w:hint="cs"/>
                <w:rtl/>
              </w:rPr>
              <w:t>بعض</w:t>
            </w:r>
            <w:r w:rsidRPr="0064534E">
              <w:rPr>
                <w:rtl/>
              </w:rPr>
              <w:t xml:space="preserve"> </w:t>
            </w:r>
            <w:r w:rsidRPr="0064534E">
              <w:rPr>
                <w:rFonts w:hint="cs"/>
                <w:rtl/>
              </w:rPr>
              <w:t>ما</w:t>
            </w:r>
            <w:r w:rsidRPr="0064534E">
              <w:rPr>
                <w:rtl/>
              </w:rPr>
              <w:t xml:space="preserve"> </w:t>
            </w:r>
            <w:r w:rsidRPr="0064534E">
              <w:rPr>
                <w:rFonts w:hint="cs"/>
                <w:rtl/>
              </w:rPr>
              <w:t>في</w:t>
            </w:r>
            <w:r w:rsidRPr="0064534E">
              <w:rPr>
                <w:rtl/>
              </w:rPr>
              <w:t xml:space="preserve"> </w:t>
            </w:r>
            <w:r w:rsidRPr="0064534E">
              <w:rPr>
                <w:rFonts w:hint="cs"/>
                <w:rtl/>
              </w:rPr>
              <w:t>المقدمة</w:t>
            </w:r>
            <w:r w:rsidRPr="0064534E">
              <w:rPr>
                <w:rtl/>
              </w:rPr>
              <w:t xml:space="preserve"> </w:t>
            </w:r>
            <w:r w:rsidRPr="0064534E">
              <w:rPr>
                <w:rFonts w:hint="cs"/>
                <w:rtl/>
              </w:rPr>
              <w:t>ولا</w:t>
            </w:r>
            <w:r w:rsidRPr="0064534E">
              <w:rPr>
                <w:rtl/>
              </w:rPr>
              <w:t xml:space="preserve"> </w:t>
            </w:r>
            <w:r w:rsidRPr="0064534E">
              <w:rPr>
                <w:rFonts w:hint="cs"/>
                <w:rtl/>
              </w:rPr>
              <w:t>يبيّن</w:t>
            </w:r>
            <w:r w:rsidRPr="0064534E">
              <w:rPr>
                <w:rtl/>
              </w:rPr>
              <w:t xml:space="preserve"> </w:t>
            </w:r>
            <w:r w:rsidRPr="0064534E">
              <w:rPr>
                <w:rFonts w:hint="cs"/>
                <w:rtl/>
              </w:rPr>
              <w:t>بدقة</w:t>
            </w:r>
            <w:r w:rsidRPr="0064534E">
              <w:rPr>
                <w:rtl/>
              </w:rPr>
              <w:t xml:space="preserve"> </w:t>
            </w:r>
            <w:r w:rsidRPr="0064534E">
              <w:rPr>
                <w:rFonts w:hint="cs"/>
                <w:rtl/>
              </w:rPr>
              <w:t>الإسهام</w:t>
            </w:r>
            <w:r w:rsidRPr="0064534E">
              <w:rPr>
                <w:rtl/>
              </w:rPr>
              <w:t xml:space="preserve"> </w:t>
            </w:r>
            <w:r w:rsidRPr="0064534E">
              <w:rPr>
                <w:rFonts w:hint="cs"/>
                <w:rtl/>
              </w:rPr>
              <w:t>التركيبي</w:t>
            </w:r>
            <w:r w:rsidRPr="0064534E">
              <w:t xml:space="preserve"> (</w:t>
            </w:r>
            <w:r w:rsidRPr="0064534E">
              <w:rPr>
                <w:rFonts w:hint="cs"/>
                <w:rtl/>
              </w:rPr>
              <w:t>نموذج</w:t>
            </w:r>
            <w:r w:rsidRPr="0064534E">
              <w:rPr>
                <w:rtl/>
              </w:rPr>
              <w:t xml:space="preserve"> </w:t>
            </w:r>
            <w:r w:rsidRPr="0064534E">
              <w:rPr>
                <w:rFonts w:hint="cs"/>
                <w:rtl/>
              </w:rPr>
              <w:t>يربط</w:t>
            </w:r>
            <w:r w:rsidRPr="0064534E">
              <w:rPr>
                <w:rtl/>
              </w:rPr>
              <w:t xml:space="preserve"> </w:t>
            </w:r>
            <w:r w:rsidRPr="0064534E">
              <w:rPr>
                <w:rFonts w:hint="cs"/>
                <w:rtl/>
              </w:rPr>
              <w:t>استخدام</w:t>
            </w:r>
            <w:r w:rsidRPr="0064534E">
              <w:t xml:space="preserve"> AI/</w:t>
            </w:r>
            <w:r w:rsidRPr="0064534E">
              <w:rPr>
                <w:rFonts w:hint="cs"/>
                <w:rtl/>
              </w:rPr>
              <w:t>البنية</w:t>
            </w:r>
            <w:r w:rsidRPr="0064534E">
              <w:rPr>
                <w:rtl/>
              </w:rPr>
              <w:t>/</w:t>
            </w:r>
            <w:r w:rsidRPr="0064534E">
              <w:rPr>
                <w:rFonts w:hint="cs"/>
                <w:rtl/>
              </w:rPr>
              <w:t>الموارد</w:t>
            </w:r>
            <w:r w:rsidRPr="0064534E">
              <w:rPr>
                <w:rtl/>
              </w:rPr>
              <w:t xml:space="preserve"> </w:t>
            </w:r>
            <w:r w:rsidRPr="0064534E">
              <w:rPr>
                <w:rFonts w:hint="cs"/>
                <w:rtl/>
              </w:rPr>
              <w:t>بالأداء</w:t>
            </w:r>
            <w:r w:rsidRPr="0064534E">
              <w:rPr>
                <w:rtl/>
              </w:rPr>
              <w:t xml:space="preserve"> </w:t>
            </w:r>
            <w:r w:rsidRPr="0064534E">
              <w:rPr>
                <w:rFonts w:hint="cs"/>
                <w:rtl/>
              </w:rPr>
              <w:t>الأمني</w:t>
            </w:r>
            <w:r w:rsidRPr="0064534E">
              <w:t>).</w:t>
            </w:r>
          </w:p>
        </w:tc>
        <w:tc>
          <w:tcPr>
            <w:tcW w:w="1980" w:type="dxa"/>
          </w:tcPr>
          <w:p w14:paraId="5B991013" w14:textId="77E792BA" w:rsidR="005D4F52" w:rsidRDefault="005D4F52" w:rsidP="005D4F52">
            <w:pPr>
              <w:bidi/>
              <w:rPr>
                <w:rFonts w:ascii="Arial" w:hAnsi="Arial"/>
              </w:rPr>
            </w:pPr>
            <w:r w:rsidRPr="00A65F0E">
              <w:rPr>
                <w:rFonts w:hint="cs"/>
                <w:rtl/>
              </w:rPr>
              <w:t>الأهمية</w:t>
            </w:r>
            <w:r w:rsidRPr="00A65F0E">
              <w:rPr>
                <w:rtl/>
              </w:rPr>
              <w:t xml:space="preserve"> </w:t>
            </w:r>
            <w:r w:rsidRPr="00A65F0E">
              <w:rPr>
                <w:rFonts w:hint="cs"/>
                <w:rtl/>
              </w:rPr>
              <w:t>النظرية</w:t>
            </w:r>
          </w:p>
        </w:tc>
        <w:tc>
          <w:tcPr>
            <w:tcW w:w="1278" w:type="dxa"/>
          </w:tcPr>
          <w:p w14:paraId="61C8A6D2" w14:textId="31BA8550" w:rsidR="005D4F52" w:rsidRDefault="005D4F52" w:rsidP="005D4F52">
            <w:pPr>
              <w:bidi/>
              <w:rPr>
                <w:rFonts w:ascii="Arial" w:hAnsi="Arial"/>
              </w:rPr>
            </w:pPr>
            <w:r>
              <w:rPr>
                <w:rFonts w:ascii="Arial" w:hAnsi="Arial"/>
              </w:rPr>
              <w:t>1</w:t>
            </w:r>
          </w:p>
        </w:tc>
      </w:tr>
      <w:tr w:rsidR="005D4F52" w14:paraId="5390AC8B" w14:textId="69B4B33C" w:rsidTr="002A725A">
        <w:trPr>
          <w:jc w:val="right"/>
        </w:trPr>
        <w:tc>
          <w:tcPr>
            <w:tcW w:w="3589" w:type="dxa"/>
          </w:tcPr>
          <w:p w14:paraId="7A48BD3C" w14:textId="5FC527AF" w:rsidR="005D4F52" w:rsidRDefault="005D4F52" w:rsidP="005D4F52">
            <w:pPr>
              <w:bidi/>
            </w:pPr>
            <w:r w:rsidRPr="00387E1B">
              <w:rPr>
                <w:rFonts w:hint="cs"/>
                <w:rtl/>
              </w:rPr>
              <w:t>اربط</w:t>
            </w:r>
            <w:r w:rsidRPr="00387E1B">
              <w:rPr>
                <w:rtl/>
              </w:rPr>
              <w:t xml:space="preserve"> </w:t>
            </w:r>
            <w:r w:rsidRPr="00387E1B">
              <w:rPr>
                <w:rFonts w:hint="cs"/>
                <w:rtl/>
              </w:rPr>
              <w:t>كل</w:t>
            </w:r>
            <w:r w:rsidRPr="00387E1B">
              <w:rPr>
                <w:rtl/>
              </w:rPr>
              <w:t xml:space="preserve"> </w:t>
            </w:r>
            <w:r w:rsidRPr="00387E1B">
              <w:rPr>
                <w:rFonts w:hint="cs"/>
                <w:rtl/>
              </w:rPr>
              <w:t>بند</w:t>
            </w:r>
            <w:r w:rsidRPr="00387E1B">
              <w:rPr>
                <w:rtl/>
              </w:rPr>
              <w:t xml:space="preserve"> </w:t>
            </w:r>
            <w:r w:rsidRPr="00387E1B">
              <w:rPr>
                <w:rFonts w:hint="cs"/>
                <w:rtl/>
              </w:rPr>
              <w:t>تطبيقي</w:t>
            </w:r>
            <w:r w:rsidRPr="00387E1B">
              <w:rPr>
                <w:rtl/>
              </w:rPr>
              <w:t xml:space="preserve"> </w:t>
            </w:r>
            <w:r w:rsidRPr="00387E1B">
              <w:rPr>
                <w:rFonts w:hint="cs"/>
                <w:rtl/>
              </w:rPr>
              <w:t>بمؤشر</w:t>
            </w:r>
            <w:r w:rsidRPr="00387E1B">
              <w:rPr>
                <w:rtl/>
              </w:rPr>
              <w:t xml:space="preserve">: </w:t>
            </w:r>
            <w:r w:rsidRPr="00387E1B">
              <w:rPr>
                <w:rFonts w:hint="cs"/>
                <w:rtl/>
              </w:rPr>
              <w:t>مثال</w:t>
            </w:r>
            <w:r w:rsidRPr="00387E1B">
              <w:rPr>
                <w:rtl/>
              </w:rPr>
              <w:t xml:space="preserve"> «</w:t>
            </w:r>
            <w:r w:rsidRPr="00387E1B">
              <w:rPr>
                <w:rFonts w:hint="cs"/>
                <w:rtl/>
              </w:rPr>
              <w:t>تصميم</w:t>
            </w:r>
            <w:r w:rsidRPr="00387E1B">
              <w:rPr>
                <w:rtl/>
              </w:rPr>
              <w:t xml:space="preserve"> </w:t>
            </w:r>
            <w:r w:rsidRPr="00387E1B">
              <w:rPr>
                <w:rFonts w:hint="cs"/>
                <w:rtl/>
              </w:rPr>
              <w:t>لوحات</w:t>
            </w:r>
            <w:r w:rsidRPr="00387E1B">
              <w:rPr>
                <w:rtl/>
              </w:rPr>
              <w:t xml:space="preserve"> </w:t>
            </w:r>
            <w:r w:rsidRPr="00387E1B">
              <w:rPr>
                <w:rFonts w:hint="cs"/>
                <w:rtl/>
              </w:rPr>
              <w:t>متابعة</w:t>
            </w:r>
            <w:r w:rsidRPr="00387E1B">
              <w:rPr>
                <w:rtl/>
              </w:rPr>
              <w:t xml:space="preserve"> </w:t>
            </w:r>
            <w:r w:rsidRPr="00387E1B">
              <w:rPr>
                <w:rFonts w:hint="cs"/>
                <w:rtl/>
              </w:rPr>
              <w:t>زمن</w:t>
            </w:r>
            <w:r w:rsidRPr="00387E1B">
              <w:rPr>
                <w:rtl/>
              </w:rPr>
              <w:t xml:space="preserve"> </w:t>
            </w:r>
            <w:r w:rsidRPr="00387E1B">
              <w:rPr>
                <w:rFonts w:hint="cs"/>
                <w:rtl/>
              </w:rPr>
              <w:t>الاستجابة</w:t>
            </w:r>
            <w:r w:rsidRPr="00387E1B">
              <w:rPr>
                <w:rFonts w:hint="eastAsia"/>
                <w:rtl/>
              </w:rPr>
              <w:t>»</w:t>
            </w:r>
            <w:r w:rsidRPr="00387E1B">
              <w:rPr>
                <w:rFonts w:hint="cs"/>
                <w:rtl/>
              </w:rPr>
              <w:t>،</w:t>
            </w:r>
            <w:r w:rsidRPr="00387E1B">
              <w:rPr>
                <w:rtl/>
              </w:rPr>
              <w:t xml:space="preserve"> «</w:t>
            </w:r>
            <w:r w:rsidRPr="00387E1B">
              <w:rPr>
                <w:rFonts w:hint="cs"/>
                <w:rtl/>
              </w:rPr>
              <w:t>تحسين</w:t>
            </w:r>
            <w:r w:rsidRPr="00387E1B">
              <w:rPr>
                <w:rtl/>
              </w:rPr>
              <w:t xml:space="preserve"> </w:t>
            </w:r>
            <w:r w:rsidRPr="00387E1B">
              <w:rPr>
                <w:rFonts w:hint="cs"/>
                <w:rtl/>
              </w:rPr>
              <w:t>خوارزميات</w:t>
            </w:r>
            <w:r w:rsidRPr="00387E1B">
              <w:rPr>
                <w:rtl/>
              </w:rPr>
              <w:t xml:space="preserve"> </w:t>
            </w:r>
            <w:r w:rsidRPr="00387E1B">
              <w:rPr>
                <w:rFonts w:hint="cs"/>
                <w:rtl/>
              </w:rPr>
              <w:t>الرصد</w:t>
            </w:r>
            <w:r w:rsidRPr="00387E1B">
              <w:rPr>
                <w:rtl/>
              </w:rPr>
              <w:t xml:space="preserve"> </w:t>
            </w:r>
            <w:r w:rsidRPr="00387E1B">
              <w:rPr>
                <w:rFonts w:hint="cs"/>
                <w:rtl/>
              </w:rPr>
              <w:t>لرفع</w:t>
            </w:r>
            <w:r w:rsidRPr="00387E1B">
              <w:rPr>
                <w:rtl/>
              </w:rPr>
              <w:t xml:space="preserve"> </w:t>
            </w:r>
            <w:r w:rsidRPr="00387E1B">
              <w:rPr>
                <w:rFonts w:hint="cs"/>
                <w:rtl/>
              </w:rPr>
              <w:t>الدقة</w:t>
            </w:r>
            <w:r w:rsidRPr="00387E1B">
              <w:rPr>
                <w:rFonts w:hint="eastAsia"/>
                <w:rtl/>
              </w:rPr>
              <w:t>»</w:t>
            </w:r>
            <w:r w:rsidRPr="00387E1B">
              <w:rPr>
                <w:rFonts w:hint="cs"/>
                <w:rtl/>
              </w:rPr>
              <w:t>،</w:t>
            </w:r>
            <w:r w:rsidRPr="00387E1B">
              <w:rPr>
                <w:rtl/>
              </w:rPr>
              <w:t xml:space="preserve"> «</w:t>
            </w:r>
            <w:r w:rsidRPr="00387E1B">
              <w:rPr>
                <w:rFonts w:hint="cs"/>
                <w:rtl/>
              </w:rPr>
              <w:t>برامج</w:t>
            </w:r>
            <w:r w:rsidRPr="00387E1B">
              <w:rPr>
                <w:rtl/>
              </w:rPr>
              <w:t xml:space="preserve"> </w:t>
            </w:r>
            <w:r w:rsidRPr="00387E1B">
              <w:rPr>
                <w:rFonts w:hint="cs"/>
                <w:rtl/>
              </w:rPr>
              <w:t>تدريب</w:t>
            </w:r>
            <w:r w:rsidRPr="00387E1B">
              <w:rPr>
                <w:rtl/>
              </w:rPr>
              <w:t xml:space="preserve"> </w:t>
            </w:r>
            <w:r w:rsidRPr="00387E1B">
              <w:rPr>
                <w:rFonts w:hint="cs"/>
                <w:rtl/>
              </w:rPr>
              <w:t>لخفض</w:t>
            </w:r>
            <w:r w:rsidRPr="00387E1B">
              <w:rPr>
                <w:rtl/>
              </w:rPr>
              <w:t xml:space="preserve"> </w:t>
            </w:r>
            <w:r w:rsidRPr="00387E1B">
              <w:rPr>
                <w:rFonts w:hint="cs"/>
                <w:rtl/>
              </w:rPr>
              <w:t>الأخطاء</w:t>
            </w:r>
            <w:r w:rsidRPr="00387E1B">
              <w:rPr>
                <w:rFonts w:hint="eastAsia"/>
              </w:rPr>
              <w:t>»</w:t>
            </w:r>
            <w:r w:rsidRPr="00387E1B">
              <w:t>.</w:t>
            </w:r>
          </w:p>
        </w:tc>
        <w:tc>
          <w:tcPr>
            <w:tcW w:w="2610" w:type="dxa"/>
          </w:tcPr>
          <w:p w14:paraId="30C2339C" w14:textId="4F18EC4E" w:rsidR="005D4F52" w:rsidRDefault="005D4F52" w:rsidP="005D4F52">
            <w:pPr>
              <w:bidi/>
              <w:rPr>
                <w:rFonts w:ascii="Arial" w:hAnsi="Arial"/>
              </w:rPr>
            </w:pPr>
            <w:r w:rsidRPr="0064534E">
              <w:rPr>
                <w:rFonts w:hint="cs"/>
                <w:rtl/>
              </w:rPr>
              <w:t>مذكورة</w:t>
            </w:r>
            <w:r w:rsidRPr="0064534E">
              <w:rPr>
                <w:rtl/>
              </w:rPr>
              <w:t xml:space="preserve"> </w:t>
            </w:r>
            <w:r w:rsidRPr="0064534E">
              <w:rPr>
                <w:rFonts w:hint="cs"/>
                <w:rtl/>
              </w:rPr>
              <w:t>بشكل</w:t>
            </w:r>
            <w:r w:rsidRPr="0064534E">
              <w:rPr>
                <w:rtl/>
              </w:rPr>
              <w:t xml:space="preserve"> </w:t>
            </w:r>
            <w:r w:rsidRPr="0064534E">
              <w:rPr>
                <w:rFonts w:hint="cs"/>
                <w:rtl/>
              </w:rPr>
              <w:t>جيد</w:t>
            </w:r>
            <w:r w:rsidRPr="0064534E">
              <w:rPr>
                <w:rtl/>
              </w:rPr>
              <w:t xml:space="preserve"> </w:t>
            </w:r>
            <w:r w:rsidRPr="0064534E">
              <w:rPr>
                <w:rFonts w:hint="cs"/>
                <w:rtl/>
              </w:rPr>
              <w:t>لكن</w:t>
            </w:r>
            <w:r w:rsidRPr="0064534E">
              <w:rPr>
                <w:rtl/>
              </w:rPr>
              <w:t xml:space="preserve"> </w:t>
            </w:r>
            <w:r w:rsidRPr="0064534E">
              <w:rPr>
                <w:rFonts w:hint="cs"/>
                <w:rtl/>
              </w:rPr>
              <w:t>بحاجة</w:t>
            </w:r>
            <w:r w:rsidRPr="0064534E">
              <w:rPr>
                <w:rtl/>
              </w:rPr>
              <w:t xml:space="preserve"> </w:t>
            </w:r>
            <w:r w:rsidRPr="0064534E">
              <w:rPr>
                <w:rFonts w:hint="cs"/>
                <w:rtl/>
              </w:rPr>
              <w:t>إلى</w:t>
            </w:r>
            <w:r w:rsidRPr="0064534E">
              <w:rPr>
                <w:rtl/>
              </w:rPr>
              <w:t xml:space="preserve"> </w:t>
            </w:r>
            <w:r w:rsidRPr="0064534E">
              <w:rPr>
                <w:rFonts w:hint="cs"/>
                <w:rtl/>
              </w:rPr>
              <w:t>ربط</w:t>
            </w:r>
            <w:r w:rsidRPr="0064534E">
              <w:rPr>
                <w:rtl/>
              </w:rPr>
              <w:t xml:space="preserve"> </w:t>
            </w:r>
            <w:r w:rsidRPr="0064534E">
              <w:rPr>
                <w:rFonts w:hint="cs"/>
                <w:rtl/>
              </w:rPr>
              <w:t>مباشر</w:t>
            </w:r>
            <w:r w:rsidRPr="0064534E">
              <w:rPr>
                <w:rtl/>
              </w:rPr>
              <w:t xml:space="preserve"> </w:t>
            </w:r>
            <w:r w:rsidRPr="0064534E">
              <w:rPr>
                <w:rFonts w:hint="cs"/>
                <w:rtl/>
              </w:rPr>
              <w:t>بمؤشرات</w:t>
            </w:r>
            <w:r w:rsidRPr="0064534E">
              <w:rPr>
                <w:rtl/>
              </w:rPr>
              <w:t xml:space="preserve"> </w:t>
            </w:r>
            <w:r w:rsidRPr="0064534E">
              <w:rPr>
                <w:rFonts w:hint="cs"/>
                <w:rtl/>
              </w:rPr>
              <w:t>الأداء</w:t>
            </w:r>
            <w:r w:rsidRPr="0064534E">
              <w:rPr>
                <w:rtl/>
              </w:rPr>
              <w:t xml:space="preserve"> (</w:t>
            </w:r>
            <w:r w:rsidRPr="0064534E">
              <w:rPr>
                <w:rFonts w:hint="cs"/>
                <w:rtl/>
              </w:rPr>
              <w:t>دقة</w:t>
            </w:r>
            <w:r w:rsidRPr="0064534E">
              <w:rPr>
                <w:rtl/>
              </w:rPr>
              <w:t xml:space="preserve"> </w:t>
            </w:r>
            <w:r w:rsidRPr="0064534E">
              <w:rPr>
                <w:rFonts w:hint="cs"/>
                <w:rtl/>
              </w:rPr>
              <w:t>الرصد،</w:t>
            </w:r>
            <w:r w:rsidRPr="0064534E">
              <w:rPr>
                <w:rtl/>
              </w:rPr>
              <w:t xml:space="preserve"> </w:t>
            </w:r>
            <w:r w:rsidRPr="0064534E">
              <w:rPr>
                <w:rFonts w:hint="cs"/>
                <w:rtl/>
              </w:rPr>
              <w:t>زمن</w:t>
            </w:r>
            <w:r w:rsidRPr="0064534E">
              <w:rPr>
                <w:rtl/>
              </w:rPr>
              <w:t xml:space="preserve"> </w:t>
            </w:r>
            <w:r w:rsidRPr="0064534E">
              <w:rPr>
                <w:rFonts w:hint="cs"/>
                <w:rtl/>
              </w:rPr>
              <w:t>الاستجابة،</w:t>
            </w:r>
            <w:r w:rsidRPr="0064534E">
              <w:rPr>
                <w:rtl/>
              </w:rPr>
              <w:t xml:space="preserve"> </w:t>
            </w:r>
            <w:r w:rsidRPr="0064534E">
              <w:rPr>
                <w:rFonts w:hint="cs"/>
                <w:rtl/>
              </w:rPr>
              <w:t>تقليل</w:t>
            </w:r>
            <w:r w:rsidRPr="0064534E">
              <w:rPr>
                <w:rtl/>
              </w:rPr>
              <w:t xml:space="preserve"> </w:t>
            </w:r>
            <w:r w:rsidRPr="0064534E">
              <w:rPr>
                <w:rFonts w:hint="cs"/>
                <w:rtl/>
              </w:rPr>
              <w:t>الأخطاء،</w:t>
            </w:r>
            <w:r w:rsidRPr="0064534E">
              <w:rPr>
                <w:rtl/>
              </w:rPr>
              <w:t xml:space="preserve"> </w:t>
            </w:r>
            <w:r w:rsidRPr="0064534E">
              <w:rPr>
                <w:rFonts w:hint="cs"/>
                <w:rtl/>
              </w:rPr>
              <w:t>جودة</w:t>
            </w:r>
            <w:r w:rsidRPr="0064534E">
              <w:rPr>
                <w:rtl/>
              </w:rPr>
              <w:t xml:space="preserve"> </w:t>
            </w:r>
            <w:r w:rsidRPr="0064534E">
              <w:rPr>
                <w:rFonts w:hint="cs"/>
                <w:rtl/>
              </w:rPr>
              <w:t>القرار</w:t>
            </w:r>
            <w:r w:rsidRPr="0064534E">
              <w:rPr>
                <w:rtl/>
              </w:rPr>
              <w:t>)</w:t>
            </w:r>
            <w:r w:rsidRPr="0064534E">
              <w:t>.</w:t>
            </w:r>
          </w:p>
        </w:tc>
        <w:tc>
          <w:tcPr>
            <w:tcW w:w="1980" w:type="dxa"/>
          </w:tcPr>
          <w:p w14:paraId="206BE304" w14:textId="12D8ECC4" w:rsidR="005D4F52" w:rsidRDefault="005D4F52" w:rsidP="005D4F52">
            <w:pPr>
              <w:bidi/>
              <w:rPr>
                <w:rFonts w:ascii="Arial" w:hAnsi="Arial"/>
              </w:rPr>
            </w:pPr>
            <w:r w:rsidRPr="00A65F0E">
              <w:rPr>
                <w:rFonts w:hint="cs"/>
                <w:rtl/>
              </w:rPr>
              <w:t>الأهمية</w:t>
            </w:r>
            <w:r w:rsidRPr="00A65F0E">
              <w:rPr>
                <w:rtl/>
              </w:rPr>
              <w:t xml:space="preserve"> </w:t>
            </w:r>
            <w:r w:rsidRPr="00A65F0E">
              <w:rPr>
                <w:rFonts w:hint="cs"/>
                <w:rtl/>
              </w:rPr>
              <w:t>التطبيقية</w:t>
            </w:r>
          </w:p>
        </w:tc>
        <w:tc>
          <w:tcPr>
            <w:tcW w:w="1278" w:type="dxa"/>
          </w:tcPr>
          <w:p w14:paraId="544CE2AE" w14:textId="1A0A83B8" w:rsidR="005D4F52" w:rsidRDefault="005D4F52" w:rsidP="005D4F52">
            <w:pPr>
              <w:bidi/>
              <w:rPr>
                <w:rFonts w:ascii="Arial" w:hAnsi="Arial"/>
              </w:rPr>
            </w:pPr>
            <w:r>
              <w:rPr>
                <w:rFonts w:ascii="Arial" w:hAnsi="Arial"/>
              </w:rPr>
              <w:t>2</w:t>
            </w:r>
          </w:p>
        </w:tc>
      </w:tr>
      <w:tr w:rsidR="005D4F52" w14:paraId="6B1ABE73" w14:textId="24A11DE8" w:rsidTr="002A725A">
        <w:trPr>
          <w:jc w:val="right"/>
        </w:trPr>
        <w:tc>
          <w:tcPr>
            <w:tcW w:w="3589" w:type="dxa"/>
          </w:tcPr>
          <w:p w14:paraId="5A683734" w14:textId="1FB6E329" w:rsidR="005D4F52" w:rsidRDefault="005D4F52" w:rsidP="005D4F52">
            <w:pPr>
              <w:bidi/>
            </w:pPr>
            <w:r w:rsidRPr="00387E1B">
              <w:rPr>
                <w:rFonts w:hint="cs"/>
                <w:rtl/>
              </w:rPr>
              <w:t>استند</w:t>
            </w:r>
            <w:r w:rsidRPr="00387E1B">
              <w:rPr>
                <w:rtl/>
              </w:rPr>
              <w:t xml:space="preserve"> </w:t>
            </w:r>
            <w:r w:rsidRPr="00387E1B">
              <w:rPr>
                <w:rFonts w:hint="cs"/>
                <w:rtl/>
              </w:rPr>
              <w:t>إلى</w:t>
            </w:r>
            <w:r w:rsidRPr="00387E1B">
              <w:rPr>
                <w:rtl/>
              </w:rPr>
              <w:t xml:space="preserve"> </w:t>
            </w:r>
            <w:r w:rsidRPr="00387E1B">
              <w:rPr>
                <w:rFonts w:hint="cs"/>
                <w:rtl/>
              </w:rPr>
              <w:t>مقالات</w:t>
            </w:r>
            <w:r w:rsidRPr="00387E1B">
              <w:rPr>
                <w:rtl/>
              </w:rPr>
              <w:t xml:space="preserve"> </w:t>
            </w:r>
            <w:r w:rsidRPr="00387E1B">
              <w:rPr>
                <w:rFonts w:hint="cs"/>
                <w:rtl/>
              </w:rPr>
              <w:t>محكّمة</w:t>
            </w:r>
            <w:r w:rsidRPr="00387E1B">
              <w:rPr>
                <w:rtl/>
              </w:rPr>
              <w:t xml:space="preserve"> </w:t>
            </w:r>
            <w:r w:rsidRPr="00387E1B">
              <w:rPr>
                <w:rFonts w:hint="cs"/>
                <w:rtl/>
              </w:rPr>
              <w:t>وتقارير</w:t>
            </w:r>
            <w:r w:rsidRPr="00387E1B">
              <w:rPr>
                <w:rtl/>
              </w:rPr>
              <w:t xml:space="preserve"> </w:t>
            </w:r>
            <w:r w:rsidRPr="00387E1B">
              <w:rPr>
                <w:rFonts w:hint="cs"/>
                <w:rtl/>
              </w:rPr>
              <w:t>رسمية</w:t>
            </w:r>
            <w:r w:rsidRPr="00387E1B">
              <w:rPr>
                <w:rtl/>
              </w:rPr>
              <w:t xml:space="preserve"> </w:t>
            </w:r>
            <w:r w:rsidRPr="00387E1B">
              <w:rPr>
                <w:rFonts w:hint="cs"/>
                <w:rtl/>
              </w:rPr>
              <w:t>معاصرة،</w:t>
            </w:r>
            <w:r w:rsidRPr="00387E1B">
              <w:rPr>
                <w:rtl/>
              </w:rPr>
              <w:t xml:space="preserve"> </w:t>
            </w:r>
            <w:r w:rsidRPr="00387E1B">
              <w:rPr>
                <w:rFonts w:hint="cs"/>
                <w:rtl/>
              </w:rPr>
              <w:t>واذكر</w:t>
            </w:r>
            <w:r w:rsidRPr="00387E1B">
              <w:rPr>
                <w:rtl/>
              </w:rPr>
              <w:t xml:space="preserve"> </w:t>
            </w:r>
            <w:r w:rsidRPr="00387E1B">
              <w:rPr>
                <w:rFonts w:hint="cs"/>
                <w:rtl/>
              </w:rPr>
              <w:t>سنة</w:t>
            </w:r>
            <w:r w:rsidRPr="00387E1B">
              <w:rPr>
                <w:rtl/>
              </w:rPr>
              <w:t xml:space="preserve"> </w:t>
            </w:r>
            <w:r w:rsidRPr="00387E1B">
              <w:rPr>
                <w:rFonts w:hint="cs"/>
                <w:rtl/>
              </w:rPr>
              <w:t>المرجع</w:t>
            </w:r>
            <w:r w:rsidRPr="00387E1B">
              <w:rPr>
                <w:rtl/>
              </w:rPr>
              <w:t xml:space="preserve"> </w:t>
            </w:r>
            <w:r w:rsidRPr="00387E1B">
              <w:rPr>
                <w:rFonts w:hint="cs"/>
                <w:rtl/>
              </w:rPr>
              <w:t>بوضوح</w:t>
            </w:r>
            <w:r w:rsidRPr="00387E1B">
              <w:t>.</w:t>
            </w:r>
          </w:p>
        </w:tc>
        <w:tc>
          <w:tcPr>
            <w:tcW w:w="2610" w:type="dxa"/>
          </w:tcPr>
          <w:p w14:paraId="09D07541" w14:textId="2B278AF4" w:rsidR="005D4F52" w:rsidRDefault="005D4F52" w:rsidP="005D4F52">
            <w:pPr>
              <w:bidi/>
              <w:rPr>
                <w:rFonts w:ascii="Arial" w:hAnsi="Arial"/>
              </w:rPr>
            </w:pPr>
            <w:r w:rsidRPr="0064534E">
              <w:rPr>
                <w:rFonts w:hint="cs"/>
                <w:rtl/>
              </w:rPr>
              <w:t>توظيف</w:t>
            </w:r>
            <w:r w:rsidRPr="0064534E">
              <w:rPr>
                <w:rtl/>
              </w:rPr>
              <w:t xml:space="preserve"> </w:t>
            </w:r>
            <w:r w:rsidRPr="0064534E">
              <w:rPr>
                <w:rFonts w:hint="cs"/>
                <w:rtl/>
              </w:rPr>
              <w:t>مصادر</w:t>
            </w:r>
            <w:r w:rsidRPr="0064534E">
              <w:rPr>
                <w:rtl/>
              </w:rPr>
              <w:t xml:space="preserve"> </w:t>
            </w:r>
            <w:r w:rsidRPr="0064534E">
              <w:rPr>
                <w:rFonts w:hint="cs"/>
                <w:rtl/>
              </w:rPr>
              <w:t>عامة</w:t>
            </w:r>
            <w:r w:rsidRPr="0064534E">
              <w:rPr>
                <w:rtl/>
              </w:rPr>
              <w:t>/</w:t>
            </w:r>
            <w:r w:rsidRPr="0064534E">
              <w:rPr>
                <w:rFonts w:hint="cs"/>
                <w:rtl/>
              </w:rPr>
              <w:t>غير</w:t>
            </w:r>
            <w:r w:rsidRPr="0064534E">
              <w:rPr>
                <w:rtl/>
              </w:rPr>
              <w:t xml:space="preserve"> </w:t>
            </w:r>
            <w:r w:rsidRPr="0064534E">
              <w:rPr>
                <w:rFonts w:hint="cs"/>
                <w:rtl/>
              </w:rPr>
              <w:t>محكّمة</w:t>
            </w:r>
            <w:r w:rsidRPr="0064534E">
              <w:rPr>
                <w:rtl/>
              </w:rPr>
              <w:t xml:space="preserve"> </w:t>
            </w:r>
            <w:r w:rsidRPr="0064534E">
              <w:rPr>
                <w:rFonts w:hint="cs"/>
                <w:rtl/>
              </w:rPr>
              <w:t>داخل</w:t>
            </w:r>
            <w:r w:rsidRPr="0064534E">
              <w:rPr>
                <w:rtl/>
              </w:rPr>
              <w:t xml:space="preserve"> </w:t>
            </w:r>
            <w:r w:rsidRPr="0064534E">
              <w:rPr>
                <w:rFonts w:hint="cs"/>
                <w:rtl/>
              </w:rPr>
              <w:t>الأهمية</w:t>
            </w:r>
            <w:r w:rsidRPr="0064534E">
              <w:rPr>
                <w:rtl/>
              </w:rPr>
              <w:t xml:space="preserve"> </w:t>
            </w:r>
            <w:r w:rsidRPr="0064534E">
              <w:rPr>
                <w:rFonts w:hint="cs"/>
                <w:rtl/>
              </w:rPr>
              <w:t>يقلل</w:t>
            </w:r>
            <w:r w:rsidRPr="0064534E">
              <w:rPr>
                <w:rtl/>
              </w:rPr>
              <w:t xml:space="preserve"> </w:t>
            </w:r>
            <w:r w:rsidRPr="0064534E">
              <w:rPr>
                <w:rFonts w:hint="cs"/>
                <w:rtl/>
              </w:rPr>
              <w:t>من</w:t>
            </w:r>
            <w:r w:rsidRPr="0064534E">
              <w:rPr>
                <w:rtl/>
              </w:rPr>
              <w:t xml:space="preserve"> </w:t>
            </w:r>
            <w:r w:rsidRPr="0064534E">
              <w:rPr>
                <w:rFonts w:hint="cs"/>
                <w:rtl/>
              </w:rPr>
              <w:t>صرامة</w:t>
            </w:r>
            <w:r w:rsidRPr="0064534E">
              <w:rPr>
                <w:rtl/>
              </w:rPr>
              <w:t xml:space="preserve"> </w:t>
            </w:r>
            <w:r w:rsidRPr="0064534E">
              <w:rPr>
                <w:rFonts w:hint="cs"/>
                <w:rtl/>
              </w:rPr>
              <w:t>الاستدلال</w:t>
            </w:r>
            <w:r w:rsidRPr="0064534E">
              <w:t>.</w:t>
            </w:r>
          </w:p>
        </w:tc>
        <w:tc>
          <w:tcPr>
            <w:tcW w:w="1980" w:type="dxa"/>
          </w:tcPr>
          <w:p w14:paraId="64004BF2" w14:textId="41D0768B" w:rsidR="005D4F52" w:rsidRDefault="005D4F52" w:rsidP="005D4F52">
            <w:pPr>
              <w:bidi/>
              <w:rPr>
                <w:rFonts w:ascii="Arial" w:hAnsi="Arial"/>
              </w:rPr>
            </w:pPr>
            <w:r w:rsidRPr="00A65F0E">
              <w:rPr>
                <w:rFonts w:hint="cs"/>
                <w:rtl/>
              </w:rPr>
              <w:t>المراجع</w:t>
            </w:r>
            <w:r w:rsidRPr="00A65F0E">
              <w:rPr>
                <w:rtl/>
              </w:rPr>
              <w:t xml:space="preserve"> </w:t>
            </w:r>
            <w:r w:rsidRPr="00A65F0E">
              <w:rPr>
                <w:rFonts w:hint="cs"/>
                <w:rtl/>
              </w:rPr>
              <w:t>الداعمة</w:t>
            </w:r>
          </w:p>
        </w:tc>
        <w:tc>
          <w:tcPr>
            <w:tcW w:w="1278" w:type="dxa"/>
          </w:tcPr>
          <w:p w14:paraId="540507F3" w14:textId="65F0DAA1" w:rsidR="005D4F52" w:rsidRDefault="005D4F52" w:rsidP="005D4F52">
            <w:pPr>
              <w:bidi/>
              <w:rPr>
                <w:rFonts w:ascii="Arial" w:hAnsi="Arial"/>
              </w:rPr>
            </w:pPr>
            <w:r>
              <w:rPr>
                <w:rFonts w:ascii="Arial" w:hAnsi="Arial"/>
              </w:rPr>
              <w:t>3</w:t>
            </w:r>
          </w:p>
        </w:tc>
      </w:tr>
    </w:tbl>
    <w:p w14:paraId="7C093C95" w14:textId="77777777" w:rsidR="00A00555" w:rsidRDefault="00A00555" w:rsidP="00A14790">
      <w:pPr>
        <w:bidi/>
      </w:pPr>
    </w:p>
    <w:p w14:paraId="0966153F" w14:textId="77777777" w:rsidR="00A00555" w:rsidRDefault="00A35E6B" w:rsidP="00A14790">
      <w:pPr>
        <w:pStyle w:val="Heading2"/>
        <w:bidi/>
      </w:pPr>
      <w:r>
        <w:rPr>
          <w:rFonts w:ascii="Arial" w:hAnsi="Arial"/>
          <w:sz w:val="28"/>
        </w:rPr>
        <w:t>حدود الدراسة</w:t>
      </w:r>
    </w:p>
    <w:tbl>
      <w:tblPr>
        <w:tblStyle w:val="TableGrid"/>
        <w:tblW w:w="0" w:type="auto"/>
        <w:jc w:val="right"/>
        <w:tblLook w:val="04A0" w:firstRow="1" w:lastRow="0" w:firstColumn="1" w:lastColumn="0" w:noHBand="0" w:noVBand="1"/>
      </w:tblPr>
      <w:tblGrid>
        <w:gridCol w:w="3144"/>
        <w:gridCol w:w="2487"/>
        <w:gridCol w:w="1801"/>
        <w:gridCol w:w="1198"/>
      </w:tblGrid>
      <w:tr w:rsidR="005D4F52" w14:paraId="4AEE78E9" w14:textId="06E67B46" w:rsidTr="002A725A">
        <w:trPr>
          <w:jc w:val="right"/>
        </w:trPr>
        <w:tc>
          <w:tcPr>
            <w:tcW w:w="3589" w:type="dxa"/>
          </w:tcPr>
          <w:p w14:paraId="3F26B4AF" w14:textId="0AB303A1" w:rsidR="005D4F52" w:rsidRDefault="005D4F52" w:rsidP="005D4F52">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7F4353E1" w14:textId="3C948CCC" w:rsidR="005D4F52" w:rsidRDefault="005D4F52" w:rsidP="005D4F52">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2156BD6C" w14:textId="1CDF7B0E" w:rsidR="005D4F52" w:rsidRDefault="005D4F52" w:rsidP="005D4F52">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5313D2F1" w14:textId="10AC4E01" w:rsidR="005D4F52" w:rsidRDefault="005D4F52" w:rsidP="005D4F52">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5D4F52" w14:paraId="17DB9FBC" w14:textId="3A904F54" w:rsidTr="002A725A">
        <w:trPr>
          <w:jc w:val="right"/>
        </w:trPr>
        <w:tc>
          <w:tcPr>
            <w:tcW w:w="3589" w:type="dxa"/>
          </w:tcPr>
          <w:p w14:paraId="55E0459E" w14:textId="2E895F37" w:rsidR="005D4F52" w:rsidRDefault="005D4F52" w:rsidP="005D4F52">
            <w:pPr>
              <w:bidi/>
            </w:pPr>
            <w:r w:rsidRPr="00D87FC0">
              <w:rPr>
                <w:rFonts w:hint="cs"/>
                <w:rtl/>
              </w:rPr>
              <w:t>ثبّت</w:t>
            </w:r>
            <w:r w:rsidRPr="00D87FC0">
              <w:rPr>
                <w:rtl/>
              </w:rPr>
              <w:t xml:space="preserve"> </w:t>
            </w:r>
            <w:r w:rsidRPr="00D87FC0">
              <w:rPr>
                <w:rFonts w:hint="cs"/>
                <w:rtl/>
              </w:rPr>
              <w:t>الرياض</w:t>
            </w:r>
            <w:r w:rsidRPr="00D87FC0">
              <w:rPr>
                <w:rtl/>
              </w:rPr>
              <w:t xml:space="preserve"> </w:t>
            </w:r>
            <w:r w:rsidRPr="00D87FC0">
              <w:rPr>
                <w:rFonts w:hint="cs"/>
                <w:rtl/>
              </w:rPr>
              <w:t>بوصفها</w:t>
            </w:r>
            <w:r w:rsidRPr="00D87FC0">
              <w:rPr>
                <w:rtl/>
              </w:rPr>
              <w:t xml:space="preserve"> </w:t>
            </w:r>
            <w:r w:rsidRPr="00D87FC0">
              <w:rPr>
                <w:rFonts w:hint="cs"/>
                <w:rtl/>
              </w:rPr>
              <w:t>مجال</w:t>
            </w:r>
            <w:r w:rsidRPr="00D87FC0">
              <w:rPr>
                <w:rtl/>
              </w:rPr>
              <w:t xml:space="preserve"> </w:t>
            </w:r>
            <w:r w:rsidRPr="00D87FC0">
              <w:rPr>
                <w:rFonts w:hint="cs"/>
                <w:rtl/>
              </w:rPr>
              <w:t>التطبيق</w:t>
            </w:r>
            <w:r w:rsidRPr="00D87FC0">
              <w:rPr>
                <w:rtl/>
              </w:rPr>
              <w:t xml:space="preserve"> </w:t>
            </w:r>
            <w:r w:rsidRPr="00D87FC0">
              <w:rPr>
                <w:rFonts w:hint="cs"/>
                <w:rtl/>
              </w:rPr>
              <w:t>الرئيس،</w:t>
            </w:r>
            <w:r w:rsidRPr="00D87FC0">
              <w:rPr>
                <w:rtl/>
              </w:rPr>
              <w:t xml:space="preserve"> </w:t>
            </w:r>
            <w:r w:rsidRPr="00D87FC0">
              <w:rPr>
                <w:rFonts w:hint="cs"/>
                <w:rtl/>
              </w:rPr>
              <w:t>ويمكن</w:t>
            </w:r>
            <w:r w:rsidRPr="00D87FC0">
              <w:rPr>
                <w:rtl/>
              </w:rPr>
              <w:t xml:space="preserve"> </w:t>
            </w:r>
            <w:r w:rsidRPr="00D87FC0">
              <w:rPr>
                <w:rFonts w:hint="cs"/>
                <w:rtl/>
              </w:rPr>
              <w:t>الإشارة</w:t>
            </w:r>
            <w:r w:rsidRPr="00D87FC0">
              <w:rPr>
                <w:rtl/>
              </w:rPr>
              <w:t xml:space="preserve"> </w:t>
            </w:r>
            <w:r w:rsidRPr="00D87FC0">
              <w:rPr>
                <w:rFonts w:hint="cs"/>
                <w:rtl/>
              </w:rPr>
              <w:t>لمدن</w:t>
            </w:r>
            <w:r w:rsidRPr="00D87FC0">
              <w:rPr>
                <w:rtl/>
              </w:rPr>
              <w:t xml:space="preserve"> </w:t>
            </w:r>
            <w:r w:rsidRPr="00D87FC0">
              <w:rPr>
                <w:rFonts w:hint="cs"/>
                <w:rtl/>
              </w:rPr>
              <w:t>أخرى</w:t>
            </w:r>
            <w:r w:rsidRPr="00D87FC0">
              <w:rPr>
                <w:rtl/>
              </w:rPr>
              <w:t xml:space="preserve"> </w:t>
            </w:r>
            <w:r w:rsidRPr="00D87FC0">
              <w:rPr>
                <w:rFonts w:hint="cs"/>
                <w:rtl/>
              </w:rPr>
              <w:t>ضمن</w:t>
            </w:r>
            <w:r w:rsidRPr="00D87FC0">
              <w:rPr>
                <w:rtl/>
              </w:rPr>
              <w:t xml:space="preserve"> «</w:t>
            </w:r>
            <w:r w:rsidRPr="00D87FC0">
              <w:rPr>
                <w:rFonts w:hint="cs"/>
                <w:rtl/>
              </w:rPr>
              <w:t>قابلية</w:t>
            </w:r>
            <w:r w:rsidRPr="00D87FC0">
              <w:rPr>
                <w:rtl/>
              </w:rPr>
              <w:t xml:space="preserve"> </w:t>
            </w:r>
            <w:r w:rsidRPr="00D87FC0">
              <w:rPr>
                <w:rFonts w:hint="cs"/>
                <w:rtl/>
              </w:rPr>
              <w:t>التعميم</w:t>
            </w:r>
            <w:r w:rsidRPr="00D87FC0">
              <w:rPr>
                <w:rFonts w:hint="eastAsia"/>
                <w:rtl/>
              </w:rPr>
              <w:t>»</w:t>
            </w:r>
            <w:r w:rsidRPr="00D87FC0">
              <w:rPr>
                <w:rtl/>
              </w:rPr>
              <w:t xml:space="preserve"> </w:t>
            </w:r>
            <w:r w:rsidRPr="00D87FC0">
              <w:rPr>
                <w:rFonts w:hint="cs"/>
                <w:rtl/>
              </w:rPr>
              <w:t>أو</w:t>
            </w:r>
            <w:r w:rsidRPr="00D87FC0">
              <w:rPr>
                <w:rtl/>
              </w:rPr>
              <w:t xml:space="preserve"> «</w:t>
            </w:r>
            <w:r w:rsidRPr="00D87FC0">
              <w:rPr>
                <w:rFonts w:hint="cs"/>
                <w:rtl/>
              </w:rPr>
              <w:t>دراسات</w:t>
            </w:r>
            <w:r w:rsidRPr="00D87FC0">
              <w:rPr>
                <w:rtl/>
              </w:rPr>
              <w:t xml:space="preserve"> </w:t>
            </w:r>
            <w:r w:rsidRPr="00D87FC0">
              <w:rPr>
                <w:rFonts w:hint="cs"/>
                <w:rtl/>
              </w:rPr>
              <w:t>لاحقة</w:t>
            </w:r>
            <w:r w:rsidRPr="00D87FC0">
              <w:rPr>
                <w:rFonts w:hint="eastAsia"/>
                <w:rtl/>
              </w:rPr>
              <w:t>»</w:t>
            </w:r>
            <w:r w:rsidRPr="00D87FC0">
              <w:rPr>
                <w:rtl/>
              </w:rPr>
              <w:t xml:space="preserve"> </w:t>
            </w:r>
            <w:r w:rsidRPr="00D87FC0">
              <w:rPr>
                <w:rFonts w:hint="cs"/>
                <w:rtl/>
              </w:rPr>
              <w:t>بدلًا</w:t>
            </w:r>
            <w:r w:rsidRPr="00D87FC0">
              <w:rPr>
                <w:rtl/>
              </w:rPr>
              <w:t xml:space="preserve"> </w:t>
            </w:r>
            <w:r w:rsidRPr="00D87FC0">
              <w:rPr>
                <w:rFonts w:hint="cs"/>
                <w:rtl/>
              </w:rPr>
              <w:t>من</w:t>
            </w:r>
            <w:r w:rsidRPr="00D87FC0">
              <w:rPr>
                <w:rtl/>
              </w:rPr>
              <w:t xml:space="preserve"> </w:t>
            </w:r>
            <w:r w:rsidRPr="00D87FC0">
              <w:rPr>
                <w:rFonts w:hint="cs"/>
                <w:rtl/>
              </w:rPr>
              <w:t>إدراجها</w:t>
            </w:r>
            <w:r w:rsidRPr="00D87FC0">
              <w:rPr>
                <w:rtl/>
              </w:rPr>
              <w:t xml:space="preserve"> </w:t>
            </w:r>
            <w:r w:rsidRPr="00D87FC0">
              <w:rPr>
                <w:rFonts w:hint="cs"/>
                <w:rtl/>
              </w:rPr>
              <w:t>في</w:t>
            </w:r>
            <w:r w:rsidRPr="00D87FC0">
              <w:rPr>
                <w:rtl/>
              </w:rPr>
              <w:t xml:space="preserve"> </w:t>
            </w:r>
            <w:r w:rsidRPr="00D87FC0">
              <w:rPr>
                <w:rFonts w:hint="cs"/>
                <w:rtl/>
              </w:rPr>
              <w:t>الحدود</w:t>
            </w:r>
            <w:r w:rsidRPr="00D87FC0">
              <w:rPr>
                <w:rtl/>
              </w:rPr>
              <w:t xml:space="preserve"> </w:t>
            </w:r>
            <w:r w:rsidRPr="00D87FC0">
              <w:rPr>
                <w:rFonts w:hint="cs"/>
                <w:rtl/>
              </w:rPr>
              <w:t>الحالية</w:t>
            </w:r>
            <w:r w:rsidRPr="00D87FC0">
              <w:t>.</w:t>
            </w:r>
          </w:p>
        </w:tc>
        <w:tc>
          <w:tcPr>
            <w:tcW w:w="2610" w:type="dxa"/>
          </w:tcPr>
          <w:p w14:paraId="74F87201" w14:textId="54065829" w:rsidR="005D4F52" w:rsidRDefault="005D4F52" w:rsidP="005D4F52">
            <w:pPr>
              <w:bidi/>
              <w:rPr>
                <w:rFonts w:ascii="Arial" w:hAnsi="Arial"/>
              </w:rPr>
            </w:pPr>
            <w:r w:rsidRPr="00661D5B">
              <w:rPr>
                <w:rFonts w:hint="cs"/>
                <w:rtl/>
              </w:rPr>
              <w:t>وردت</w:t>
            </w:r>
            <w:r w:rsidRPr="00661D5B">
              <w:rPr>
                <w:rtl/>
              </w:rPr>
              <w:t xml:space="preserve"> </w:t>
            </w:r>
            <w:r w:rsidRPr="00661D5B">
              <w:rPr>
                <w:rFonts w:hint="cs"/>
                <w:rtl/>
              </w:rPr>
              <w:t>حدود</w:t>
            </w:r>
            <w:r w:rsidRPr="00661D5B">
              <w:rPr>
                <w:rtl/>
              </w:rPr>
              <w:t xml:space="preserve"> </w:t>
            </w:r>
            <w:r w:rsidRPr="00661D5B">
              <w:rPr>
                <w:rFonts w:hint="cs"/>
                <w:rtl/>
              </w:rPr>
              <w:t>مكانية</w:t>
            </w:r>
            <w:r w:rsidRPr="00661D5B">
              <w:rPr>
                <w:rtl/>
              </w:rPr>
              <w:t xml:space="preserve"> </w:t>
            </w:r>
            <w:r w:rsidRPr="00661D5B">
              <w:rPr>
                <w:rFonts w:hint="cs"/>
                <w:rtl/>
              </w:rPr>
              <w:t>واسعة</w:t>
            </w:r>
            <w:r w:rsidRPr="00661D5B">
              <w:rPr>
                <w:rtl/>
              </w:rPr>
              <w:t xml:space="preserve"> (</w:t>
            </w:r>
            <w:r w:rsidRPr="00661D5B">
              <w:rPr>
                <w:rFonts w:hint="cs"/>
                <w:rtl/>
              </w:rPr>
              <w:t>مدن</w:t>
            </w:r>
            <w:r w:rsidRPr="00661D5B">
              <w:rPr>
                <w:rtl/>
              </w:rPr>
              <w:t xml:space="preserve"> </w:t>
            </w:r>
            <w:r w:rsidRPr="00661D5B">
              <w:rPr>
                <w:rFonts w:hint="cs"/>
                <w:rtl/>
              </w:rPr>
              <w:t>سعودية</w:t>
            </w:r>
            <w:r w:rsidRPr="00661D5B">
              <w:rPr>
                <w:rtl/>
              </w:rPr>
              <w:t xml:space="preserve"> </w:t>
            </w:r>
            <w:r w:rsidRPr="00661D5B">
              <w:rPr>
                <w:rFonts w:hint="cs"/>
                <w:rtl/>
              </w:rPr>
              <w:t>كبرى</w:t>
            </w:r>
            <w:r w:rsidRPr="00661D5B">
              <w:rPr>
                <w:rtl/>
              </w:rPr>
              <w:t xml:space="preserve">) </w:t>
            </w:r>
            <w:r w:rsidRPr="00661D5B">
              <w:rPr>
                <w:rFonts w:hint="cs"/>
                <w:rtl/>
              </w:rPr>
              <w:t>بينما</w:t>
            </w:r>
            <w:r w:rsidRPr="00661D5B">
              <w:rPr>
                <w:rtl/>
              </w:rPr>
              <w:t xml:space="preserve"> </w:t>
            </w:r>
            <w:r w:rsidRPr="00661D5B">
              <w:rPr>
                <w:rFonts w:hint="cs"/>
                <w:rtl/>
              </w:rPr>
              <w:t>نموذج</w:t>
            </w:r>
            <w:r w:rsidRPr="00661D5B">
              <w:rPr>
                <w:rtl/>
              </w:rPr>
              <w:t xml:space="preserve"> </w:t>
            </w:r>
            <w:r w:rsidRPr="00661D5B">
              <w:rPr>
                <w:rFonts w:hint="cs"/>
                <w:rtl/>
              </w:rPr>
              <w:t>الدراسة</w:t>
            </w:r>
            <w:r w:rsidRPr="00661D5B">
              <w:rPr>
                <w:rtl/>
              </w:rPr>
              <w:t xml:space="preserve"> </w:t>
            </w:r>
            <w:r w:rsidRPr="00661D5B">
              <w:rPr>
                <w:rFonts w:hint="cs"/>
                <w:rtl/>
              </w:rPr>
              <w:t>والموضوع</w:t>
            </w:r>
            <w:r w:rsidRPr="00661D5B">
              <w:rPr>
                <w:rtl/>
              </w:rPr>
              <w:t xml:space="preserve"> </w:t>
            </w:r>
            <w:r w:rsidRPr="00661D5B">
              <w:rPr>
                <w:rFonts w:hint="cs"/>
                <w:rtl/>
              </w:rPr>
              <w:t>تطبيقه</w:t>
            </w:r>
            <w:r w:rsidRPr="00661D5B">
              <w:rPr>
                <w:rtl/>
              </w:rPr>
              <w:t xml:space="preserve"> «</w:t>
            </w:r>
            <w:r w:rsidRPr="00661D5B">
              <w:rPr>
                <w:rFonts w:hint="cs"/>
                <w:rtl/>
              </w:rPr>
              <w:t>دراسة</w:t>
            </w:r>
            <w:r w:rsidRPr="00661D5B">
              <w:rPr>
                <w:rtl/>
              </w:rPr>
              <w:t xml:space="preserve"> </w:t>
            </w:r>
            <w:r w:rsidRPr="00661D5B">
              <w:rPr>
                <w:rFonts w:hint="cs"/>
                <w:rtl/>
              </w:rPr>
              <w:t>حالة</w:t>
            </w:r>
            <w:r w:rsidRPr="00661D5B">
              <w:rPr>
                <w:rtl/>
              </w:rPr>
              <w:t xml:space="preserve"> </w:t>
            </w:r>
            <w:r w:rsidRPr="00661D5B">
              <w:rPr>
                <w:rFonts w:hint="cs"/>
                <w:rtl/>
              </w:rPr>
              <w:t>الرياض</w:t>
            </w:r>
            <w:r w:rsidRPr="00661D5B">
              <w:rPr>
                <w:rFonts w:hint="eastAsia"/>
              </w:rPr>
              <w:t>»</w:t>
            </w:r>
            <w:r w:rsidRPr="00661D5B">
              <w:t>.</w:t>
            </w:r>
          </w:p>
        </w:tc>
        <w:tc>
          <w:tcPr>
            <w:tcW w:w="1980" w:type="dxa"/>
          </w:tcPr>
          <w:p w14:paraId="7C5EE28A" w14:textId="28A72B96" w:rsidR="005D4F52" w:rsidRDefault="005D4F52" w:rsidP="005D4F52">
            <w:pPr>
              <w:bidi/>
              <w:rPr>
                <w:rFonts w:ascii="Arial" w:hAnsi="Arial"/>
              </w:rPr>
            </w:pPr>
            <w:r w:rsidRPr="001B1636">
              <w:rPr>
                <w:rFonts w:hint="cs"/>
                <w:rtl/>
              </w:rPr>
              <w:t>الحدود</w:t>
            </w:r>
            <w:r w:rsidRPr="001B1636">
              <w:rPr>
                <w:rtl/>
              </w:rPr>
              <w:t xml:space="preserve"> </w:t>
            </w:r>
            <w:r w:rsidRPr="001B1636">
              <w:rPr>
                <w:rFonts w:hint="cs"/>
                <w:rtl/>
              </w:rPr>
              <w:t>المكانية</w:t>
            </w:r>
          </w:p>
        </w:tc>
        <w:tc>
          <w:tcPr>
            <w:tcW w:w="1278" w:type="dxa"/>
          </w:tcPr>
          <w:p w14:paraId="4D4012F2" w14:textId="17ADA9FC" w:rsidR="005D4F52" w:rsidRDefault="005D4F52" w:rsidP="005D4F52">
            <w:pPr>
              <w:bidi/>
              <w:rPr>
                <w:rFonts w:ascii="Arial" w:hAnsi="Arial"/>
              </w:rPr>
            </w:pPr>
            <w:r>
              <w:rPr>
                <w:rFonts w:ascii="Arial" w:hAnsi="Arial"/>
              </w:rPr>
              <w:t>1</w:t>
            </w:r>
          </w:p>
        </w:tc>
      </w:tr>
      <w:tr w:rsidR="005D4F52" w14:paraId="75DCD431" w14:textId="2E23A80E" w:rsidTr="002A725A">
        <w:trPr>
          <w:jc w:val="right"/>
        </w:trPr>
        <w:tc>
          <w:tcPr>
            <w:tcW w:w="3589" w:type="dxa"/>
          </w:tcPr>
          <w:p w14:paraId="69D04465" w14:textId="6516ABCF" w:rsidR="005D4F52" w:rsidRDefault="005D4F52" w:rsidP="005D4F52">
            <w:pPr>
              <w:bidi/>
            </w:pPr>
            <w:r w:rsidRPr="00D87FC0">
              <w:rPr>
                <w:rFonts w:hint="cs"/>
                <w:rtl/>
              </w:rPr>
              <w:t>أضف</w:t>
            </w:r>
            <w:r w:rsidRPr="00D87FC0">
              <w:rPr>
                <w:rtl/>
              </w:rPr>
              <w:t xml:space="preserve"> </w:t>
            </w:r>
            <w:r w:rsidRPr="00D87FC0">
              <w:rPr>
                <w:rFonts w:hint="cs"/>
                <w:rtl/>
              </w:rPr>
              <w:t>تبريرًا</w:t>
            </w:r>
            <w:r w:rsidRPr="00D87FC0">
              <w:rPr>
                <w:rtl/>
              </w:rPr>
              <w:t xml:space="preserve"> (</w:t>
            </w:r>
            <w:r w:rsidRPr="00D87FC0">
              <w:rPr>
                <w:rFonts w:hint="cs"/>
                <w:rtl/>
              </w:rPr>
              <w:t>تزامن</w:t>
            </w:r>
            <w:r w:rsidRPr="00D87FC0">
              <w:rPr>
                <w:rtl/>
              </w:rPr>
              <w:t xml:space="preserve"> </w:t>
            </w:r>
            <w:r w:rsidRPr="00D87FC0">
              <w:rPr>
                <w:rFonts w:hint="cs"/>
                <w:rtl/>
              </w:rPr>
              <w:t>مع</w:t>
            </w:r>
            <w:r w:rsidRPr="00D87FC0">
              <w:rPr>
                <w:rtl/>
              </w:rPr>
              <w:t xml:space="preserve"> </w:t>
            </w:r>
            <w:r w:rsidRPr="00D87FC0">
              <w:rPr>
                <w:rFonts w:hint="cs"/>
                <w:rtl/>
              </w:rPr>
              <w:t>مشاريع</w:t>
            </w:r>
            <w:r w:rsidRPr="00D87FC0">
              <w:rPr>
                <w:rtl/>
              </w:rPr>
              <w:t>/</w:t>
            </w:r>
            <w:r w:rsidRPr="00D87FC0">
              <w:rPr>
                <w:rFonts w:hint="cs"/>
                <w:rtl/>
              </w:rPr>
              <w:t>مواسم</w:t>
            </w:r>
            <w:r w:rsidRPr="00D87FC0">
              <w:rPr>
                <w:rtl/>
              </w:rPr>
              <w:t xml:space="preserve"> </w:t>
            </w:r>
            <w:r w:rsidRPr="00D87FC0">
              <w:rPr>
                <w:rFonts w:hint="cs"/>
                <w:rtl/>
              </w:rPr>
              <w:t>ذات</w:t>
            </w:r>
            <w:r w:rsidRPr="00D87FC0">
              <w:rPr>
                <w:rtl/>
              </w:rPr>
              <w:t xml:space="preserve"> </w:t>
            </w:r>
            <w:r w:rsidRPr="00D87FC0">
              <w:rPr>
                <w:rFonts w:hint="cs"/>
                <w:rtl/>
              </w:rPr>
              <w:t>كثافة</w:t>
            </w:r>
            <w:r w:rsidRPr="00D87FC0">
              <w:rPr>
                <w:rtl/>
              </w:rPr>
              <w:t xml:space="preserve"> </w:t>
            </w:r>
            <w:r w:rsidRPr="00D87FC0">
              <w:rPr>
                <w:rFonts w:hint="cs"/>
                <w:rtl/>
              </w:rPr>
              <w:t>بشرية،</w:t>
            </w:r>
            <w:r w:rsidRPr="00D87FC0">
              <w:rPr>
                <w:rtl/>
              </w:rPr>
              <w:t xml:space="preserve"> </w:t>
            </w:r>
            <w:r w:rsidRPr="00D87FC0">
              <w:rPr>
                <w:rFonts w:hint="cs"/>
                <w:rtl/>
              </w:rPr>
              <w:t>إدخال</w:t>
            </w:r>
            <w:r w:rsidRPr="00D87FC0">
              <w:rPr>
                <w:rtl/>
              </w:rPr>
              <w:t xml:space="preserve"> </w:t>
            </w:r>
            <w:r w:rsidRPr="00D87FC0">
              <w:rPr>
                <w:rFonts w:hint="cs"/>
                <w:rtl/>
              </w:rPr>
              <w:t>تقنيات</w:t>
            </w:r>
            <w:r w:rsidRPr="00D87FC0">
              <w:rPr>
                <w:rtl/>
              </w:rPr>
              <w:t xml:space="preserve"> </w:t>
            </w:r>
            <w:r w:rsidRPr="00D87FC0">
              <w:rPr>
                <w:rFonts w:hint="cs"/>
                <w:rtl/>
              </w:rPr>
              <w:t>محددة</w:t>
            </w:r>
            <w:r w:rsidRPr="00D87FC0">
              <w:rPr>
                <w:rtl/>
              </w:rPr>
              <w:t>)</w:t>
            </w:r>
            <w:r w:rsidRPr="00D87FC0">
              <w:rPr>
                <w:rFonts w:hint="cs"/>
                <w:rtl/>
              </w:rPr>
              <w:t>،</w:t>
            </w:r>
            <w:r w:rsidRPr="00D87FC0">
              <w:rPr>
                <w:rtl/>
              </w:rPr>
              <w:t xml:space="preserve"> </w:t>
            </w:r>
            <w:r w:rsidRPr="00D87FC0">
              <w:rPr>
                <w:rFonts w:hint="cs"/>
                <w:rtl/>
              </w:rPr>
              <w:t>واذكر</w:t>
            </w:r>
            <w:r w:rsidRPr="00D87FC0">
              <w:rPr>
                <w:rtl/>
              </w:rPr>
              <w:t xml:space="preserve"> </w:t>
            </w:r>
            <w:r w:rsidRPr="00D87FC0">
              <w:rPr>
                <w:rFonts w:hint="cs"/>
                <w:rtl/>
              </w:rPr>
              <w:t>نقطة</w:t>
            </w:r>
            <w:r w:rsidRPr="00D87FC0">
              <w:rPr>
                <w:rtl/>
              </w:rPr>
              <w:t xml:space="preserve"> </w:t>
            </w:r>
            <w:r w:rsidRPr="00D87FC0">
              <w:rPr>
                <w:rFonts w:hint="cs"/>
                <w:rtl/>
              </w:rPr>
              <w:t>مرجعية</w:t>
            </w:r>
            <w:r w:rsidRPr="00D87FC0">
              <w:rPr>
                <w:rtl/>
              </w:rPr>
              <w:t xml:space="preserve"> </w:t>
            </w:r>
            <w:r w:rsidRPr="00D87FC0">
              <w:rPr>
                <w:rFonts w:hint="cs"/>
                <w:rtl/>
              </w:rPr>
              <w:t>لبدء</w:t>
            </w:r>
            <w:r w:rsidRPr="00D87FC0">
              <w:rPr>
                <w:rtl/>
              </w:rPr>
              <w:t xml:space="preserve"> </w:t>
            </w:r>
            <w:r w:rsidRPr="00D87FC0">
              <w:rPr>
                <w:rFonts w:hint="cs"/>
                <w:rtl/>
              </w:rPr>
              <w:t>جمع</w:t>
            </w:r>
            <w:r w:rsidRPr="00D87FC0">
              <w:rPr>
                <w:rtl/>
              </w:rPr>
              <w:t xml:space="preserve"> </w:t>
            </w:r>
            <w:r w:rsidRPr="00D87FC0">
              <w:rPr>
                <w:rFonts w:hint="cs"/>
                <w:rtl/>
              </w:rPr>
              <w:t>البيانات</w:t>
            </w:r>
            <w:r w:rsidRPr="00D87FC0">
              <w:t>.</w:t>
            </w:r>
          </w:p>
        </w:tc>
        <w:tc>
          <w:tcPr>
            <w:tcW w:w="2610" w:type="dxa"/>
          </w:tcPr>
          <w:p w14:paraId="33E2BB2F" w14:textId="161D54C9" w:rsidR="005D4F52" w:rsidRDefault="005D4F52" w:rsidP="005D4F52">
            <w:pPr>
              <w:bidi/>
              <w:rPr>
                <w:rFonts w:ascii="Arial" w:hAnsi="Arial"/>
              </w:rPr>
            </w:pPr>
            <w:r w:rsidRPr="00661D5B">
              <w:rPr>
                <w:rFonts w:hint="cs"/>
                <w:rtl/>
              </w:rPr>
              <w:t>الفترة</w:t>
            </w:r>
            <w:r w:rsidRPr="00661D5B">
              <w:rPr>
                <w:rtl/>
              </w:rPr>
              <w:t xml:space="preserve"> </w:t>
            </w:r>
            <w:r w:rsidRPr="00661D5B">
              <w:rPr>
                <w:rFonts w:hint="cs"/>
                <w:rtl/>
              </w:rPr>
              <w:t>الزمنية</w:t>
            </w:r>
            <w:r w:rsidRPr="00661D5B">
              <w:rPr>
                <w:rtl/>
              </w:rPr>
              <w:t xml:space="preserve"> </w:t>
            </w:r>
            <w:r w:rsidRPr="00661D5B">
              <w:rPr>
                <w:rFonts w:hint="cs"/>
                <w:rtl/>
              </w:rPr>
              <w:t>مذكورة</w:t>
            </w:r>
            <w:r w:rsidRPr="00661D5B">
              <w:rPr>
                <w:rtl/>
              </w:rPr>
              <w:t xml:space="preserve"> </w:t>
            </w:r>
            <w:r w:rsidRPr="00661D5B">
              <w:rPr>
                <w:rFonts w:hint="cs"/>
                <w:rtl/>
              </w:rPr>
              <w:t>إجمالًا</w:t>
            </w:r>
            <w:r w:rsidRPr="00661D5B">
              <w:rPr>
                <w:rtl/>
              </w:rPr>
              <w:t xml:space="preserve"> (2022–2025) </w:t>
            </w:r>
            <w:r w:rsidRPr="00661D5B">
              <w:rPr>
                <w:rFonts w:hint="cs"/>
                <w:rtl/>
              </w:rPr>
              <w:t>دون</w:t>
            </w:r>
            <w:r w:rsidRPr="00661D5B">
              <w:rPr>
                <w:rtl/>
              </w:rPr>
              <w:t xml:space="preserve"> </w:t>
            </w:r>
            <w:r w:rsidRPr="00661D5B">
              <w:rPr>
                <w:rFonts w:hint="cs"/>
                <w:rtl/>
              </w:rPr>
              <w:t>تبرير</w:t>
            </w:r>
            <w:r w:rsidRPr="00661D5B">
              <w:rPr>
                <w:rtl/>
              </w:rPr>
              <w:t xml:space="preserve"> </w:t>
            </w:r>
            <w:r w:rsidRPr="00661D5B">
              <w:rPr>
                <w:rFonts w:hint="cs"/>
                <w:rtl/>
              </w:rPr>
              <w:t>لاختيارها</w:t>
            </w:r>
            <w:r w:rsidRPr="00661D5B">
              <w:t>.</w:t>
            </w:r>
          </w:p>
        </w:tc>
        <w:tc>
          <w:tcPr>
            <w:tcW w:w="1980" w:type="dxa"/>
          </w:tcPr>
          <w:p w14:paraId="4527B826" w14:textId="1C81626E" w:rsidR="005D4F52" w:rsidRDefault="005D4F52" w:rsidP="005D4F52">
            <w:pPr>
              <w:bidi/>
              <w:rPr>
                <w:rFonts w:ascii="Arial" w:hAnsi="Arial"/>
              </w:rPr>
            </w:pPr>
            <w:r w:rsidRPr="001B1636">
              <w:rPr>
                <w:rFonts w:hint="cs"/>
                <w:rtl/>
              </w:rPr>
              <w:t>الحدود</w:t>
            </w:r>
            <w:r w:rsidRPr="001B1636">
              <w:rPr>
                <w:rtl/>
              </w:rPr>
              <w:t xml:space="preserve"> </w:t>
            </w:r>
            <w:r w:rsidRPr="001B1636">
              <w:rPr>
                <w:rFonts w:hint="cs"/>
                <w:rtl/>
              </w:rPr>
              <w:t>الزمانية</w:t>
            </w:r>
          </w:p>
        </w:tc>
        <w:tc>
          <w:tcPr>
            <w:tcW w:w="1278" w:type="dxa"/>
          </w:tcPr>
          <w:p w14:paraId="28F2E845" w14:textId="5F25B899" w:rsidR="005D4F52" w:rsidRDefault="005D4F52" w:rsidP="005D4F52">
            <w:pPr>
              <w:bidi/>
              <w:rPr>
                <w:rFonts w:ascii="Arial" w:hAnsi="Arial"/>
              </w:rPr>
            </w:pPr>
            <w:r>
              <w:rPr>
                <w:rFonts w:ascii="Arial" w:hAnsi="Arial"/>
              </w:rPr>
              <w:t>2</w:t>
            </w:r>
          </w:p>
        </w:tc>
      </w:tr>
      <w:tr w:rsidR="005D4F52" w14:paraId="357C4AC8" w14:textId="09C567FA" w:rsidTr="002A725A">
        <w:trPr>
          <w:jc w:val="right"/>
        </w:trPr>
        <w:tc>
          <w:tcPr>
            <w:tcW w:w="3589" w:type="dxa"/>
          </w:tcPr>
          <w:p w14:paraId="69246D26" w14:textId="315C66AE" w:rsidR="005D4F52" w:rsidRDefault="005D4F52" w:rsidP="005D4F52">
            <w:pPr>
              <w:bidi/>
            </w:pPr>
            <w:r w:rsidRPr="00D87FC0">
              <w:rPr>
                <w:rFonts w:hint="cs"/>
                <w:rtl/>
              </w:rPr>
              <w:t>بيّن</w:t>
            </w:r>
            <w:r w:rsidRPr="00D87FC0">
              <w:rPr>
                <w:rtl/>
              </w:rPr>
              <w:t xml:space="preserve"> </w:t>
            </w:r>
            <w:r w:rsidRPr="00D87FC0">
              <w:rPr>
                <w:rFonts w:hint="cs"/>
                <w:rtl/>
              </w:rPr>
              <w:t>خطة</w:t>
            </w:r>
            <w:r w:rsidRPr="00D87FC0">
              <w:rPr>
                <w:rtl/>
              </w:rPr>
              <w:t xml:space="preserve"> </w:t>
            </w:r>
            <w:r w:rsidRPr="00D87FC0">
              <w:rPr>
                <w:rFonts w:hint="cs"/>
                <w:rtl/>
              </w:rPr>
              <w:t>معاينة</w:t>
            </w:r>
            <w:r w:rsidRPr="00D87FC0">
              <w:rPr>
                <w:rtl/>
              </w:rPr>
              <w:t xml:space="preserve"> </w:t>
            </w:r>
            <w:r w:rsidRPr="00D87FC0">
              <w:rPr>
                <w:rFonts w:hint="cs"/>
                <w:rtl/>
              </w:rPr>
              <w:t>طبقية</w:t>
            </w:r>
            <w:r w:rsidRPr="00D87FC0">
              <w:rPr>
                <w:rtl/>
              </w:rPr>
              <w:t xml:space="preserve"> </w:t>
            </w:r>
            <w:r w:rsidRPr="00D87FC0">
              <w:rPr>
                <w:rFonts w:hint="cs"/>
                <w:rtl/>
              </w:rPr>
              <w:t>مع</w:t>
            </w:r>
            <w:r w:rsidRPr="00D87FC0">
              <w:rPr>
                <w:rtl/>
              </w:rPr>
              <w:t xml:space="preserve"> </w:t>
            </w:r>
            <w:r w:rsidRPr="00D87FC0">
              <w:rPr>
                <w:rFonts w:hint="cs"/>
                <w:rtl/>
              </w:rPr>
              <w:t>حجوم</w:t>
            </w:r>
            <w:r w:rsidRPr="00D87FC0">
              <w:rPr>
                <w:rtl/>
              </w:rPr>
              <w:t xml:space="preserve"> </w:t>
            </w:r>
            <w:r w:rsidRPr="00D87FC0">
              <w:rPr>
                <w:rFonts w:hint="cs"/>
                <w:rtl/>
              </w:rPr>
              <w:t>فرعية</w:t>
            </w:r>
            <w:r w:rsidRPr="00D87FC0">
              <w:rPr>
                <w:rtl/>
              </w:rPr>
              <w:t xml:space="preserve"> </w:t>
            </w:r>
            <w:r w:rsidRPr="00D87FC0">
              <w:rPr>
                <w:rFonts w:hint="cs"/>
                <w:rtl/>
              </w:rPr>
              <w:t>لكل</w:t>
            </w:r>
            <w:r w:rsidRPr="00D87FC0">
              <w:rPr>
                <w:rtl/>
              </w:rPr>
              <w:t xml:space="preserve"> </w:t>
            </w:r>
            <w:r w:rsidRPr="00D87FC0">
              <w:rPr>
                <w:rFonts w:hint="cs"/>
                <w:rtl/>
              </w:rPr>
              <w:t>فئة</w:t>
            </w:r>
            <w:r w:rsidRPr="00D87FC0">
              <w:rPr>
                <w:rtl/>
              </w:rPr>
              <w:t xml:space="preserve"> </w:t>
            </w:r>
            <w:r w:rsidRPr="00D87FC0">
              <w:rPr>
                <w:rFonts w:hint="cs"/>
                <w:rtl/>
              </w:rPr>
              <w:t>مهنية</w:t>
            </w:r>
            <w:r w:rsidRPr="00D87FC0">
              <w:rPr>
                <w:rtl/>
              </w:rPr>
              <w:t xml:space="preserve"> </w:t>
            </w:r>
            <w:r w:rsidRPr="00D87FC0">
              <w:rPr>
                <w:rFonts w:hint="cs"/>
                <w:rtl/>
              </w:rPr>
              <w:t>ونسبة</w:t>
            </w:r>
            <w:r w:rsidRPr="00D87FC0">
              <w:rPr>
                <w:rtl/>
              </w:rPr>
              <w:t xml:space="preserve"> </w:t>
            </w:r>
            <w:r w:rsidRPr="00D87FC0">
              <w:rPr>
                <w:rFonts w:hint="cs"/>
                <w:rtl/>
              </w:rPr>
              <w:t>استجابة</w:t>
            </w:r>
            <w:r w:rsidRPr="00D87FC0">
              <w:rPr>
                <w:rtl/>
              </w:rPr>
              <w:t xml:space="preserve"> </w:t>
            </w:r>
            <w:r w:rsidRPr="00D87FC0">
              <w:rPr>
                <w:rFonts w:hint="cs"/>
                <w:rtl/>
              </w:rPr>
              <w:t>متوقعة</w:t>
            </w:r>
            <w:r w:rsidRPr="00D87FC0">
              <w:t>.</w:t>
            </w:r>
          </w:p>
        </w:tc>
        <w:tc>
          <w:tcPr>
            <w:tcW w:w="2610" w:type="dxa"/>
          </w:tcPr>
          <w:p w14:paraId="0B780822" w14:textId="076BDAB7" w:rsidR="005D4F52" w:rsidRDefault="005D4F52" w:rsidP="005D4F52">
            <w:pPr>
              <w:bidi/>
              <w:rPr>
                <w:rFonts w:ascii="Arial" w:hAnsi="Arial"/>
              </w:rPr>
            </w:pPr>
            <w:r w:rsidRPr="00661D5B">
              <w:rPr>
                <w:rFonts w:hint="cs"/>
                <w:rtl/>
              </w:rPr>
              <w:t>الفئات</w:t>
            </w:r>
            <w:r w:rsidRPr="00661D5B">
              <w:rPr>
                <w:rtl/>
              </w:rPr>
              <w:t xml:space="preserve"> </w:t>
            </w:r>
            <w:r w:rsidRPr="00661D5B">
              <w:rPr>
                <w:rFonts w:hint="cs"/>
                <w:rtl/>
              </w:rPr>
              <w:t>المهنية</w:t>
            </w:r>
            <w:r w:rsidRPr="00661D5B">
              <w:rPr>
                <w:rtl/>
              </w:rPr>
              <w:t xml:space="preserve"> </w:t>
            </w:r>
            <w:r w:rsidRPr="00661D5B">
              <w:rPr>
                <w:rFonts w:hint="cs"/>
                <w:rtl/>
              </w:rPr>
              <w:t>محددة</w:t>
            </w:r>
            <w:r w:rsidRPr="00661D5B">
              <w:rPr>
                <w:rtl/>
              </w:rPr>
              <w:t xml:space="preserve"> </w:t>
            </w:r>
            <w:r w:rsidRPr="00661D5B">
              <w:rPr>
                <w:rFonts w:hint="cs"/>
                <w:rtl/>
              </w:rPr>
              <w:t>جيدًا،</w:t>
            </w:r>
            <w:r w:rsidRPr="00661D5B">
              <w:rPr>
                <w:rtl/>
              </w:rPr>
              <w:t xml:space="preserve"> </w:t>
            </w:r>
            <w:r w:rsidRPr="00661D5B">
              <w:rPr>
                <w:rFonts w:hint="cs"/>
                <w:rtl/>
              </w:rPr>
              <w:t>لكن</w:t>
            </w:r>
            <w:r w:rsidRPr="00661D5B">
              <w:rPr>
                <w:rtl/>
              </w:rPr>
              <w:t xml:space="preserve"> </w:t>
            </w:r>
            <w:r w:rsidRPr="00661D5B">
              <w:rPr>
                <w:rFonts w:hint="cs"/>
                <w:rtl/>
              </w:rPr>
              <w:t>يلزم</w:t>
            </w:r>
            <w:r w:rsidRPr="00661D5B">
              <w:rPr>
                <w:rtl/>
              </w:rPr>
              <w:t xml:space="preserve"> </w:t>
            </w:r>
            <w:r w:rsidRPr="00661D5B">
              <w:rPr>
                <w:rFonts w:hint="cs"/>
                <w:rtl/>
              </w:rPr>
              <w:t>تحديد</w:t>
            </w:r>
            <w:r w:rsidRPr="00661D5B">
              <w:rPr>
                <w:rtl/>
              </w:rPr>
              <w:t xml:space="preserve"> </w:t>
            </w:r>
            <w:r w:rsidRPr="00661D5B">
              <w:rPr>
                <w:rFonts w:hint="cs"/>
                <w:rtl/>
              </w:rPr>
              <w:t>الحد</w:t>
            </w:r>
            <w:r w:rsidRPr="00661D5B">
              <w:rPr>
                <w:rtl/>
              </w:rPr>
              <w:t xml:space="preserve"> </w:t>
            </w:r>
            <w:r w:rsidRPr="00661D5B">
              <w:rPr>
                <w:rFonts w:hint="cs"/>
                <w:rtl/>
              </w:rPr>
              <w:t>الأدنى</w:t>
            </w:r>
            <w:r w:rsidRPr="00661D5B">
              <w:rPr>
                <w:rtl/>
              </w:rPr>
              <w:t xml:space="preserve"> </w:t>
            </w:r>
            <w:r w:rsidRPr="00661D5B">
              <w:rPr>
                <w:rFonts w:hint="cs"/>
                <w:rtl/>
              </w:rPr>
              <w:t>لكل</w:t>
            </w:r>
            <w:r w:rsidRPr="00661D5B">
              <w:rPr>
                <w:rtl/>
              </w:rPr>
              <w:t xml:space="preserve"> </w:t>
            </w:r>
            <w:r w:rsidRPr="00661D5B">
              <w:rPr>
                <w:rFonts w:hint="cs"/>
                <w:rtl/>
              </w:rPr>
              <w:t>فئة</w:t>
            </w:r>
            <w:r w:rsidRPr="00661D5B">
              <w:rPr>
                <w:rtl/>
              </w:rPr>
              <w:t xml:space="preserve"> </w:t>
            </w:r>
            <w:r w:rsidRPr="00661D5B">
              <w:rPr>
                <w:rFonts w:hint="cs"/>
                <w:rtl/>
              </w:rPr>
              <w:t>لضمان</w:t>
            </w:r>
            <w:r w:rsidRPr="00661D5B">
              <w:rPr>
                <w:rtl/>
              </w:rPr>
              <w:t xml:space="preserve"> </w:t>
            </w:r>
            <w:r w:rsidRPr="00661D5B">
              <w:rPr>
                <w:rFonts w:hint="cs"/>
                <w:rtl/>
              </w:rPr>
              <w:t>تمثيل</w:t>
            </w:r>
            <w:r w:rsidRPr="00661D5B">
              <w:rPr>
                <w:rtl/>
              </w:rPr>
              <w:t xml:space="preserve"> </w:t>
            </w:r>
            <w:r w:rsidRPr="00661D5B">
              <w:rPr>
                <w:rFonts w:hint="cs"/>
                <w:rtl/>
              </w:rPr>
              <w:t>كافٍ</w:t>
            </w:r>
            <w:r w:rsidRPr="00661D5B">
              <w:rPr>
                <w:rtl/>
              </w:rPr>
              <w:t xml:space="preserve"> (</w:t>
            </w:r>
            <w:r w:rsidRPr="00661D5B">
              <w:rPr>
                <w:rFonts w:hint="cs"/>
                <w:rtl/>
              </w:rPr>
              <w:t>طبقية</w:t>
            </w:r>
            <w:r w:rsidRPr="00661D5B">
              <w:rPr>
                <w:rtl/>
              </w:rPr>
              <w:t>)</w:t>
            </w:r>
            <w:r w:rsidRPr="00661D5B">
              <w:t>.</w:t>
            </w:r>
          </w:p>
        </w:tc>
        <w:tc>
          <w:tcPr>
            <w:tcW w:w="1980" w:type="dxa"/>
          </w:tcPr>
          <w:p w14:paraId="16FBF498" w14:textId="5025ADE6" w:rsidR="005D4F52" w:rsidRDefault="005D4F52" w:rsidP="005D4F52">
            <w:pPr>
              <w:bidi/>
              <w:rPr>
                <w:rFonts w:ascii="Arial" w:hAnsi="Arial"/>
              </w:rPr>
            </w:pPr>
            <w:r w:rsidRPr="001B1636">
              <w:rPr>
                <w:rFonts w:hint="cs"/>
                <w:rtl/>
              </w:rPr>
              <w:t>الحدود</w:t>
            </w:r>
            <w:r w:rsidRPr="001B1636">
              <w:rPr>
                <w:rtl/>
              </w:rPr>
              <w:t xml:space="preserve"> </w:t>
            </w:r>
            <w:r w:rsidRPr="001B1636">
              <w:rPr>
                <w:rFonts w:hint="cs"/>
                <w:rtl/>
              </w:rPr>
              <w:t>البشرية</w:t>
            </w:r>
          </w:p>
        </w:tc>
        <w:tc>
          <w:tcPr>
            <w:tcW w:w="1278" w:type="dxa"/>
          </w:tcPr>
          <w:p w14:paraId="75328B2E" w14:textId="1FD0593B" w:rsidR="005D4F52" w:rsidRDefault="005D4F52" w:rsidP="005D4F52">
            <w:pPr>
              <w:bidi/>
              <w:rPr>
                <w:rFonts w:ascii="Arial" w:hAnsi="Arial"/>
              </w:rPr>
            </w:pPr>
            <w:r>
              <w:rPr>
                <w:rFonts w:ascii="Arial" w:hAnsi="Arial"/>
              </w:rPr>
              <w:t>3</w:t>
            </w:r>
          </w:p>
        </w:tc>
      </w:tr>
      <w:tr w:rsidR="005D4F52" w14:paraId="2938E8EB" w14:textId="2F1247BE" w:rsidTr="002A725A">
        <w:trPr>
          <w:jc w:val="right"/>
        </w:trPr>
        <w:tc>
          <w:tcPr>
            <w:tcW w:w="3589" w:type="dxa"/>
          </w:tcPr>
          <w:p w14:paraId="4A5E92F7" w14:textId="4FEACE09" w:rsidR="005D4F52" w:rsidRDefault="005D4F52" w:rsidP="005D4F52">
            <w:pPr>
              <w:bidi/>
            </w:pPr>
            <w:r w:rsidRPr="00D87FC0">
              <w:rPr>
                <w:rFonts w:hint="cs"/>
                <w:rtl/>
              </w:rPr>
              <w:t>أضف</w:t>
            </w:r>
            <w:r w:rsidRPr="00D87FC0">
              <w:rPr>
                <w:rtl/>
              </w:rPr>
              <w:t xml:space="preserve"> </w:t>
            </w:r>
            <w:r w:rsidRPr="00D87FC0">
              <w:rPr>
                <w:rFonts w:hint="cs"/>
                <w:rtl/>
              </w:rPr>
              <w:t>سطرًا</w:t>
            </w:r>
            <w:r w:rsidRPr="00D87FC0">
              <w:rPr>
                <w:rtl/>
              </w:rPr>
              <w:t xml:space="preserve"> </w:t>
            </w:r>
            <w:r w:rsidRPr="00D87FC0">
              <w:rPr>
                <w:rFonts w:hint="cs"/>
                <w:rtl/>
              </w:rPr>
              <w:t>يوضح</w:t>
            </w:r>
            <w:r w:rsidRPr="00D87FC0">
              <w:rPr>
                <w:rtl/>
              </w:rPr>
              <w:t xml:space="preserve"> </w:t>
            </w:r>
            <w:r w:rsidRPr="00D87FC0">
              <w:rPr>
                <w:rFonts w:hint="cs"/>
                <w:rtl/>
              </w:rPr>
              <w:t>المتغيرات</w:t>
            </w:r>
            <w:r w:rsidRPr="00D87FC0">
              <w:rPr>
                <w:rtl/>
              </w:rPr>
              <w:t xml:space="preserve"> </w:t>
            </w:r>
            <w:r w:rsidRPr="00D87FC0">
              <w:rPr>
                <w:rFonts w:hint="cs"/>
                <w:rtl/>
              </w:rPr>
              <w:t>المستبعدة</w:t>
            </w:r>
            <w:r w:rsidRPr="00D87FC0">
              <w:rPr>
                <w:rtl/>
              </w:rPr>
              <w:t xml:space="preserve"> </w:t>
            </w:r>
            <w:r w:rsidRPr="00D87FC0">
              <w:rPr>
                <w:rFonts w:hint="cs"/>
                <w:rtl/>
              </w:rPr>
              <w:t>وتُعالَج</w:t>
            </w:r>
            <w:r w:rsidRPr="00D87FC0">
              <w:rPr>
                <w:rtl/>
              </w:rPr>
              <w:t xml:space="preserve"> </w:t>
            </w:r>
            <w:r w:rsidRPr="00D87FC0">
              <w:rPr>
                <w:rFonts w:hint="cs"/>
                <w:rtl/>
              </w:rPr>
              <w:t>في</w:t>
            </w:r>
            <w:r w:rsidRPr="00D87FC0">
              <w:rPr>
                <w:rtl/>
              </w:rPr>
              <w:t xml:space="preserve"> </w:t>
            </w:r>
            <w:r w:rsidRPr="00D87FC0">
              <w:rPr>
                <w:rFonts w:hint="cs"/>
                <w:rtl/>
              </w:rPr>
              <w:t>قسم</w:t>
            </w:r>
            <w:r w:rsidRPr="00D87FC0">
              <w:rPr>
                <w:rtl/>
              </w:rPr>
              <w:t xml:space="preserve"> «</w:t>
            </w:r>
            <w:r w:rsidRPr="00D87FC0">
              <w:rPr>
                <w:rFonts w:hint="cs"/>
                <w:rtl/>
              </w:rPr>
              <w:t>قيود</w:t>
            </w:r>
            <w:r w:rsidRPr="00D87FC0">
              <w:rPr>
                <w:rtl/>
              </w:rPr>
              <w:t xml:space="preserve"> </w:t>
            </w:r>
            <w:r w:rsidRPr="00D87FC0">
              <w:rPr>
                <w:rFonts w:hint="cs"/>
                <w:rtl/>
              </w:rPr>
              <w:t>الدراسة</w:t>
            </w:r>
            <w:r w:rsidRPr="00D87FC0">
              <w:rPr>
                <w:rFonts w:hint="eastAsia"/>
                <w:rtl/>
              </w:rPr>
              <w:t>»</w:t>
            </w:r>
            <w:r w:rsidRPr="00D87FC0">
              <w:rPr>
                <w:rtl/>
              </w:rPr>
              <w:t xml:space="preserve"> </w:t>
            </w:r>
            <w:r w:rsidRPr="00D87FC0">
              <w:rPr>
                <w:rFonts w:hint="cs"/>
                <w:rtl/>
              </w:rPr>
              <w:t>لاحقًا</w:t>
            </w:r>
            <w:r w:rsidRPr="00D87FC0">
              <w:rPr>
                <w:rtl/>
              </w:rPr>
              <w:t xml:space="preserve"> </w:t>
            </w:r>
            <w:r w:rsidRPr="00D87FC0">
              <w:rPr>
                <w:rFonts w:hint="cs"/>
                <w:rtl/>
              </w:rPr>
              <w:t>أو</w:t>
            </w:r>
            <w:r w:rsidRPr="00D87FC0">
              <w:rPr>
                <w:rtl/>
              </w:rPr>
              <w:t xml:space="preserve"> </w:t>
            </w:r>
            <w:r w:rsidRPr="00D87FC0">
              <w:rPr>
                <w:rFonts w:hint="cs"/>
                <w:rtl/>
              </w:rPr>
              <w:t>في</w:t>
            </w:r>
            <w:r w:rsidRPr="00D87FC0">
              <w:rPr>
                <w:rtl/>
              </w:rPr>
              <w:t xml:space="preserve"> </w:t>
            </w:r>
            <w:r w:rsidRPr="00D87FC0">
              <w:rPr>
                <w:rFonts w:hint="cs"/>
                <w:rtl/>
              </w:rPr>
              <w:t>بحوث</w:t>
            </w:r>
            <w:r w:rsidRPr="00D87FC0">
              <w:rPr>
                <w:rtl/>
              </w:rPr>
              <w:t xml:space="preserve"> </w:t>
            </w:r>
            <w:r w:rsidRPr="00D87FC0">
              <w:rPr>
                <w:rFonts w:hint="cs"/>
                <w:rtl/>
              </w:rPr>
              <w:t>مستقبلية</w:t>
            </w:r>
            <w:r w:rsidRPr="00D87FC0">
              <w:t>.</w:t>
            </w:r>
          </w:p>
        </w:tc>
        <w:tc>
          <w:tcPr>
            <w:tcW w:w="2610" w:type="dxa"/>
          </w:tcPr>
          <w:p w14:paraId="2A30F19B" w14:textId="05F68194" w:rsidR="005D4F52" w:rsidRDefault="005D4F52" w:rsidP="005D4F52">
            <w:pPr>
              <w:bidi/>
              <w:rPr>
                <w:rFonts w:ascii="Arial" w:hAnsi="Arial"/>
              </w:rPr>
            </w:pPr>
            <w:r w:rsidRPr="00661D5B">
              <w:rPr>
                <w:rFonts w:hint="cs"/>
                <w:rtl/>
              </w:rPr>
              <w:t>لا</w:t>
            </w:r>
            <w:r w:rsidRPr="00661D5B">
              <w:rPr>
                <w:rtl/>
              </w:rPr>
              <w:t xml:space="preserve"> </w:t>
            </w:r>
            <w:r w:rsidRPr="00661D5B">
              <w:rPr>
                <w:rFonts w:hint="cs"/>
                <w:rtl/>
              </w:rPr>
              <w:t>يذكر</w:t>
            </w:r>
            <w:r w:rsidRPr="00661D5B">
              <w:rPr>
                <w:rtl/>
              </w:rPr>
              <w:t xml:space="preserve"> </w:t>
            </w:r>
            <w:r w:rsidRPr="00661D5B">
              <w:rPr>
                <w:rFonts w:hint="cs"/>
                <w:rtl/>
              </w:rPr>
              <w:t>القسم</w:t>
            </w:r>
            <w:r w:rsidRPr="00661D5B">
              <w:rPr>
                <w:rtl/>
              </w:rPr>
              <w:t xml:space="preserve"> </w:t>
            </w:r>
            <w:r w:rsidRPr="00661D5B">
              <w:rPr>
                <w:rFonts w:hint="cs"/>
                <w:rtl/>
              </w:rPr>
              <w:t>صراحةً</w:t>
            </w:r>
            <w:r w:rsidRPr="00661D5B">
              <w:rPr>
                <w:rtl/>
              </w:rPr>
              <w:t xml:space="preserve"> </w:t>
            </w:r>
            <w:r w:rsidRPr="00661D5B">
              <w:rPr>
                <w:rFonts w:hint="cs"/>
                <w:rtl/>
              </w:rPr>
              <w:t>استبعاد</w:t>
            </w:r>
            <w:r w:rsidRPr="00661D5B">
              <w:rPr>
                <w:rtl/>
              </w:rPr>
              <w:t xml:space="preserve"> </w:t>
            </w:r>
            <w:r w:rsidRPr="00661D5B">
              <w:rPr>
                <w:rFonts w:hint="cs"/>
                <w:rtl/>
              </w:rPr>
              <w:t>متغيرات</w:t>
            </w:r>
            <w:r w:rsidRPr="00661D5B">
              <w:rPr>
                <w:rtl/>
              </w:rPr>
              <w:t xml:space="preserve"> </w:t>
            </w:r>
            <w:r w:rsidRPr="00661D5B">
              <w:rPr>
                <w:rFonts w:hint="cs"/>
                <w:rtl/>
              </w:rPr>
              <w:t>خارج</w:t>
            </w:r>
            <w:r w:rsidRPr="00661D5B">
              <w:rPr>
                <w:rtl/>
              </w:rPr>
              <w:t xml:space="preserve"> </w:t>
            </w:r>
            <w:r w:rsidRPr="00661D5B">
              <w:rPr>
                <w:rFonts w:hint="cs"/>
                <w:rtl/>
              </w:rPr>
              <w:t>النموذج</w:t>
            </w:r>
            <w:r w:rsidRPr="00661D5B">
              <w:rPr>
                <w:rtl/>
              </w:rPr>
              <w:t xml:space="preserve"> (</w:t>
            </w:r>
            <w:r w:rsidRPr="00661D5B">
              <w:rPr>
                <w:rFonts w:hint="cs"/>
                <w:rtl/>
              </w:rPr>
              <w:t>الخصوصية</w:t>
            </w:r>
            <w:r w:rsidRPr="00661D5B">
              <w:rPr>
                <w:rtl/>
              </w:rPr>
              <w:t>/</w:t>
            </w:r>
            <w:r w:rsidRPr="00661D5B">
              <w:rPr>
                <w:rFonts w:hint="cs"/>
                <w:rtl/>
              </w:rPr>
              <w:t>التشريعات</w:t>
            </w:r>
            <w:r w:rsidRPr="00661D5B">
              <w:rPr>
                <w:rtl/>
              </w:rPr>
              <w:t xml:space="preserve">) </w:t>
            </w:r>
            <w:r w:rsidRPr="00661D5B">
              <w:rPr>
                <w:rFonts w:hint="cs"/>
                <w:rtl/>
              </w:rPr>
              <w:t>من</w:t>
            </w:r>
            <w:r w:rsidRPr="00661D5B">
              <w:rPr>
                <w:rtl/>
              </w:rPr>
              <w:t xml:space="preserve"> </w:t>
            </w:r>
            <w:r w:rsidRPr="00661D5B">
              <w:rPr>
                <w:rFonts w:hint="cs"/>
                <w:rtl/>
              </w:rPr>
              <w:t>التحليل</w:t>
            </w:r>
            <w:r w:rsidRPr="00661D5B">
              <w:rPr>
                <w:rtl/>
              </w:rPr>
              <w:t xml:space="preserve"> </w:t>
            </w:r>
            <w:r w:rsidRPr="00661D5B">
              <w:rPr>
                <w:rFonts w:hint="cs"/>
                <w:rtl/>
              </w:rPr>
              <w:t>السببي</w:t>
            </w:r>
            <w:r w:rsidRPr="00661D5B">
              <w:t>.</w:t>
            </w:r>
          </w:p>
        </w:tc>
        <w:tc>
          <w:tcPr>
            <w:tcW w:w="1980" w:type="dxa"/>
          </w:tcPr>
          <w:p w14:paraId="55A789A3" w14:textId="556BF629" w:rsidR="005D4F52" w:rsidRDefault="005D4F52" w:rsidP="005D4F52">
            <w:pPr>
              <w:bidi/>
              <w:rPr>
                <w:rFonts w:ascii="Arial" w:hAnsi="Arial"/>
              </w:rPr>
            </w:pPr>
            <w:r w:rsidRPr="001B1636">
              <w:rPr>
                <w:rFonts w:hint="cs"/>
                <w:rtl/>
              </w:rPr>
              <w:t>الحدود</w:t>
            </w:r>
            <w:r w:rsidRPr="001B1636">
              <w:rPr>
                <w:rtl/>
              </w:rPr>
              <w:t xml:space="preserve"> </w:t>
            </w:r>
            <w:r w:rsidRPr="001B1636">
              <w:rPr>
                <w:rFonts w:hint="cs"/>
                <w:rtl/>
              </w:rPr>
              <w:t>الموضوعية</w:t>
            </w:r>
          </w:p>
        </w:tc>
        <w:tc>
          <w:tcPr>
            <w:tcW w:w="1278" w:type="dxa"/>
          </w:tcPr>
          <w:p w14:paraId="6B570A61" w14:textId="5AE31B9F" w:rsidR="005D4F52" w:rsidRDefault="005D4F52" w:rsidP="005D4F52">
            <w:pPr>
              <w:bidi/>
              <w:rPr>
                <w:rFonts w:ascii="Arial" w:hAnsi="Arial"/>
              </w:rPr>
            </w:pPr>
            <w:r>
              <w:rPr>
                <w:rFonts w:ascii="Arial" w:hAnsi="Arial"/>
              </w:rPr>
              <w:t>4</w:t>
            </w:r>
          </w:p>
        </w:tc>
      </w:tr>
    </w:tbl>
    <w:p w14:paraId="074C5B63" w14:textId="77777777" w:rsidR="00A00555" w:rsidRDefault="00A00555" w:rsidP="00A14790">
      <w:pPr>
        <w:bidi/>
      </w:pPr>
    </w:p>
    <w:p w14:paraId="175A9A8B" w14:textId="77777777" w:rsidR="00A00555" w:rsidRDefault="00A35E6B" w:rsidP="00A14790">
      <w:pPr>
        <w:pStyle w:val="Heading2"/>
        <w:bidi/>
      </w:pPr>
      <w:proofErr w:type="spellStart"/>
      <w:r>
        <w:rPr>
          <w:rFonts w:ascii="Arial" w:hAnsi="Arial"/>
          <w:sz w:val="28"/>
        </w:rPr>
        <w:t>مصطلحات</w:t>
      </w:r>
      <w:proofErr w:type="spellEnd"/>
      <w:r>
        <w:rPr>
          <w:rFonts w:ascii="Arial" w:hAnsi="Arial"/>
          <w:sz w:val="28"/>
        </w:rPr>
        <w:t xml:space="preserve"> </w:t>
      </w:r>
      <w:proofErr w:type="spellStart"/>
      <w:r>
        <w:rPr>
          <w:rFonts w:ascii="Arial" w:hAnsi="Arial"/>
          <w:sz w:val="28"/>
        </w:rPr>
        <w:t>الدراسة</w:t>
      </w:r>
      <w:proofErr w:type="spellEnd"/>
    </w:p>
    <w:tbl>
      <w:tblPr>
        <w:tblStyle w:val="TableGrid"/>
        <w:tblW w:w="0" w:type="auto"/>
        <w:jc w:val="right"/>
        <w:tblLook w:val="04A0" w:firstRow="1" w:lastRow="0" w:firstColumn="1" w:lastColumn="0" w:noHBand="0" w:noVBand="1"/>
      </w:tblPr>
      <w:tblGrid>
        <w:gridCol w:w="3202"/>
        <w:gridCol w:w="2402"/>
        <w:gridCol w:w="1823"/>
        <w:gridCol w:w="1203"/>
      </w:tblGrid>
      <w:tr w:rsidR="005D4F52" w14:paraId="3D2B6300" w14:textId="6BE2C5D5" w:rsidTr="002A725A">
        <w:trPr>
          <w:jc w:val="right"/>
        </w:trPr>
        <w:tc>
          <w:tcPr>
            <w:tcW w:w="3589" w:type="dxa"/>
          </w:tcPr>
          <w:p w14:paraId="3CD7C849" w14:textId="78E2B81C" w:rsidR="005D4F52" w:rsidRDefault="005D4F52" w:rsidP="005D4F52">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6448E8EC" w14:textId="11CBF4C3" w:rsidR="005D4F52" w:rsidRDefault="005D4F52" w:rsidP="005D4F52">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2D3F809B" w14:textId="4923F64C" w:rsidR="005D4F52" w:rsidRDefault="005D4F52" w:rsidP="005D4F52">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75CC68B9" w14:textId="1169AA38" w:rsidR="005D4F52" w:rsidRDefault="005D4F52" w:rsidP="005D4F52">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5D4F52" w14:paraId="0334D05C" w14:textId="3DDA7439" w:rsidTr="002A725A">
        <w:trPr>
          <w:jc w:val="right"/>
        </w:trPr>
        <w:tc>
          <w:tcPr>
            <w:tcW w:w="3589" w:type="dxa"/>
          </w:tcPr>
          <w:p w14:paraId="56833929" w14:textId="7F0B1C8E" w:rsidR="005D4F52" w:rsidRDefault="005D4F52" w:rsidP="005D4F52">
            <w:pPr>
              <w:bidi/>
            </w:pPr>
            <w:r w:rsidRPr="001716C5">
              <w:rPr>
                <w:rFonts w:hint="cs"/>
                <w:rtl/>
              </w:rPr>
              <w:t>اجعل</w:t>
            </w:r>
            <w:r w:rsidRPr="001716C5">
              <w:rPr>
                <w:rtl/>
              </w:rPr>
              <w:t xml:space="preserve"> </w:t>
            </w:r>
            <w:r w:rsidRPr="001716C5">
              <w:rPr>
                <w:rFonts w:hint="cs"/>
                <w:rtl/>
              </w:rPr>
              <w:t>الإجرائي</w:t>
            </w:r>
            <w:r w:rsidRPr="001716C5">
              <w:rPr>
                <w:rtl/>
              </w:rPr>
              <w:t xml:space="preserve"> </w:t>
            </w:r>
            <w:r w:rsidRPr="001716C5">
              <w:rPr>
                <w:rFonts w:hint="cs"/>
                <w:rtl/>
              </w:rPr>
              <w:t>محايدًا</w:t>
            </w:r>
            <w:r w:rsidRPr="001716C5">
              <w:rPr>
                <w:rtl/>
              </w:rPr>
              <w:t xml:space="preserve">: </w:t>
            </w:r>
            <w:r w:rsidRPr="001716C5">
              <w:rPr>
                <w:rFonts w:hint="cs"/>
                <w:rtl/>
              </w:rPr>
              <w:t>يصف</w:t>
            </w:r>
            <w:r w:rsidRPr="001716C5">
              <w:rPr>
                <w:rtl/>
              </w:rPr>
              <w:t xml:space="preserve"> «</w:t>
            </w:r>
            <w:r w:rsidRPr="001716C5">
              <w:rPr>
                <w:rFonts w:hint="cs"/>
                <w:rtl/>
              </w:rPr>
              <w:t>كيفية</w:t>
            </w:r>
            <w:r w:rsidRPr="001716C5">
              <w:rPr>
                <w:rtl/>
              </w:rPr>
              <w:t xml:space="preserve"> </w:t>
            </w:r>
            <w:r w:rsidRPr="001716C5">
              <w:rPr>
                <w:rFonts w:hint="cs"/>
                <w:rtl/>
              </w:rPr>
              <w:t>القياس</w:t>
            </w:r>
            <w:r w:rsidRPr="001716C5">
              <w:rPr>
                <w:rFonts w:hint="eastAsia"/>
                <w:rtl/>
              </w:rPr>
              <w:t>»</w:t>
            </w:r>
            <w:r w:rsidRPr="001716C5">
              <w:rPr>
                <w:rtl/>
              </w:rPr>
              <w:t xml:space="preserve"> (</w:t>
            </w:r>
            <w:r w:rsidRPr="001716C5">
              <w:rPr>
                <w:rFonts w:hint="cs"/>
                <w:rtl/>
              </w:rPr>
              <w:t>الأبعاد</w:t>
            </w:r>
            <w:r w:rsidRPr="001716C5">
              <w:rPr>
                <w:rtl/>
              </w:rPr>
              <w:t>/</w:t>
            </w:r>
            <w:r w:rsidRPr="001716C5">
              <w:rPr>
                <w:rFonts w:hint="cs"/>
                <w:rtl/>
              </w:rPr>
              <w:t>عدد</w:t>
            </w:r>
            <w:r w:rsidRPr="001716C5">
              <w:rPr>
                <w:rtl/>
              </w:rPr>
              <w:t xml:space="preserve"> </w:t>
            </w:r>
            <w:r w:rsidRPr="001716C5">
              <w:rPr>
                <w:rFonts w:hint="cs"/>
                <w:rtl/>
              </w:rPr>
              <w:t>البنود</w:t>
            </w:r>
            <w:r w:rsidRPr="001716C5">
              <w:rPr>
                <w:rtl/>
              </w:rPr>
              <w:t>/</w:t>
            </w:r>
            <w:r w:rsidRPr="001716C5">
              <w:rPr>
                <w:rFonts w:hint="cs"/>
                <w:rtl/>
              </w:rPr>
              <w:t>مقياس</w:t>
            </w:r>
            <w:r w:rsidRPr="001716C5">
              <w:rPr>
                <w:rtl/>
              </w:rPr>
              <w:t xml:space="preserve"> </w:t>
            </w:r>
            <w:r w:rsidRPr="001716C5">
              <w:rPr>
                <w:rFonts w:hint="cs"/>
                <w:rtl/>
              </w:rPr>
              <w:t>ليكرت</w:t>
            </w:r>
            <w:r w:rsidRPr="001716C5">
              <w:rPr>
                <w:rtl/>
              </w:rPr>
              <w:t xml:space="preserve">) </w:t>
            </w:r>
            <w:r w:rsidRPr="001716C5">
              <w:rPr>
                <w:rFonts w:hint="cs"/>
                <w:rtl/>
              </w:rPr>
              <w:t>دون</w:t>
            </w:r>
            <w:r w:rsidRPr="001716C5">
              <w:rPr>
                <w:rtl/>
              </w:rPr>
              <w:t xml:space="preserve"> </w:t>
            </w:r>
            <w:r w:rsidRPr="001716C5">
              <w:rPr>
                <w:rFonts w:hint="cs"/>
                <w:rtl/>
              </w:rPr>
              <w:t>تضمين</w:t>
            </w:r>
            <w:r w:rsidRPr="001716C5">
              <w:rPr>
                <w:rtl/>
              </w:rPr>
              <w:t xml:space="preserve"> </w:t>
            </w:r>
            <w:r w:rsidRPr="001716C5">
              <w:rPr>
                <w:rFonts w:hint="cs"/>
                <w:rtl/>
              </w:rPr>
              <w:t>أثر</w:t>
            </w:r>
            <w:r w:rsidRPr="001716C5">
              <w:rPr>
                <w:rtl/>
              </w:rPr>
              <w:t xml:space="preserve"> </w:t>
            </w:r>
            <w:r w:rsidRPr="001716C5">
              <w:rPr>
                <w:rFonts w:hint="cs"/>
                <w:rtl/>
              </w:rPr>
              <w:t>سببي</w:t>
            </w:r>
            <w:r w:rsidRPr="001716C5">
              <w:t>.</w:t>
            </w:r>
          </w:p>
        </w:tc>
        <w:tc>
          <w:tcPr>
            <w:tcW w:w="2610" w:type="dxa"/>
          </w:tcPr>
          <w:p w14:paraId="4EB2A0EA" w14:textId="5ABC73A0" w:rsidR="005D4F52" w:rsidRDefault="005D4F52" w:rsidP="005D4F52">
            <w:pPr>
              <w:bidi/>
              <w:rPr>
                <w:rFonts w:ascii="Arial" w:hAnsi="Arial"/>
              </w:rPr>
            </w:pPr>
            <w:r w:rsidRPr="005663DB">
              <w:rPr>
                <w:rFonts w:hint="cs"/>
                <w:rtl/>
              </w:rPr>
              <w:t>بعض</w:t>
            </w:r>
            <w:r w:rsidRPr="005663DB">
              <w:rPr>
                <w:rtl/>
              </w:rPr>
              <w:t xml:space="preserve"> </w:t>
            </w:r>
            <w:r w:rsidRPr="005663DB">
              <w:rPr>
                <w:rFonts w:hint="cs"/>
                <w:rtl/>
              </w:rPr>
              <w:t>التعريفات</w:t>
            </w:r>
            <w:r w:rsidRPr="005663DB">
              <w:rPr>
                <w:rtl/>
              </w:rPr>
              <w:t xml:space="preserve"> </w:t>
            </w:r>
            <w:r w:rsidRPr="005663DB">
              <w:rPr>
                <w:rFonts w:hint="cs"/>
                <w:rtl/>
              </w:rPr>
              <w:t>الإجرائية</w:t>
            </w:r>
            <w:r w:rsidRPr="005663DB">
              <w:rPr>
                <w:rtl/>
              </w:rPr>
              <w:t xml:space="preserve"> </w:t>
            </w:r>
            <w:r w:rsidRPr="005663DB">
              <w:rPr>
                <w:rFonts w:hint="cs"/>
                <w:rtl/>
              </w:rPr>
              <w:t>تتضمن</w:t>
            </w:r>
            <w:r w:rsidRPr="005663DB">
              <w:rPr>
                <w:rtl/>
              </w:rPr>
              <w:t xml:space="preserve"> </w:t>
            </w:r>
            <w:r w:rsidRPr="005663DB">
              <w:rPr>
                <w:rFonts w:hint="cs"/>
                <w:rtl/>
              </w:rPr>
              <w:t>نتائج</w:t>
            </w:r>
            <w:r w:rsidRPr="005663DB">
              <w:rPr>
                <w:rtl/>
              </w:rPr>
              <w:t xml:space="preserve"> </w:t>
            </w:r>
            <w:r w:rsidRPr="005663DB">
              <w:rPr>
                <w:rFonts w:hint="cs"/>
                <w:rtl/>
              </w:rPr>
              <w:t>مرغوبة</w:t>
            </w:r>
            <w:r w:rsidRPr="005663DB">
              <w:rPr>
                <w:rtl/>
              </w:rPr>
              <w:t xml:space="preserve"> </w:t>
            </w:r>
            <w:r w:rsidRPr="005663DB">
              <w:rPr>
                <w:rFonts w:hint="cs"/>
                <w:rtl/>
              </w:rPr>
              <w:t>ضمن</w:t>
            </w:r>
            <w:r w:rsidRPr="005663DB">
              <w:rPr>
                <w:rtl/>
              </w:rPr>
              <w:t xml:space="preserve"> </w:t>
            </w:r>
            <w:r w:rsidRPr="005663DB">
              <w:rPr>
                <w:rFonts w:hint="cs"/>
                <w:rtl/>
              </w:rPr>
              <w:t>التعريف</w:t>
            </w:r>
            <w:r w:rsidRPr="005663DB">
              <w:rPr>
                <w:rtl/>
              </w:rPr>
              <w:t xml:space="preserve"> (</w:t>
            </w:r>
            <w:r w:rsidRPr="005663DB">
              <w:rPr>
                <w:rFonts w:hint="cs"/>
                <w:rtl/>
              </w:rPr>
              <w:t>مثل</w:t>
            </w:r>
            <w:r w:rsidRPr="005663DB">
              <w:rPr>
                <w:rtl/>
              </w:rPr>
              <w:t xml:space="preserve"> </w:t>
            </w:r>
            <w:r w:rsidRPr="005663DB">
              <w:rPr>
                <w:rFonts w:hint="cs"/>
                <w:rtl/>
              </w:rPr>
              <w:t>تحسين</w:t>
            </w:r>
            <w:r w:rsidRPr="005663DB">
              <w:rPr>
                <w:rtl/>
              </w:rPr>
              <w:t xml:space="preserve"> </w:t>
            </w:r>
            <w:r w:rsidRPr="005663DB">
              <w:rPr>
                <w:rFonts w:hint="cs"/>
                <w:rtl/>
              </w:rPr>
              <w:t>القرار</w:t>
            </w:r>
            <w:r w:rsidRPr="005663DB">
              <w:rPr>
                <w:rtl/>
              </w:rPr>
              <w:t>)</w:t>
            </w:r>
            <w:r w:rsidRPr="005663DB">
              <w:rPr>
                <w:rFonts w:hint="cs"/>
                <w:rtl/>
              </w:rPr>
              <w:t>،</w:t>
            </w:r>
            <w:r w:rsidRPr="005663DB">
              <w:rPr>
                <w:rtl/>
              </w:rPr>
              <w:t xml:space="preserve"> </w:t>
            </w:r>
            <w:r w:rsidRPr="005663DB">
              <w:rPr>
                <w:rFonts w:hint="cs"/>
                <w:rtl/>
              </w:rPr>
              <w:t>وهو</w:t>
            </w:r>
            <w:r w:rsidRPr="005663DB">
              <w:rPr>
                <w:rtl/>
              </w:rPr>
              <w:t xml:space="preserve"> </w:t>
            </w:r>
            <w:r w:rsidRPr="005663DB">
              <w:rPr>
                <w:rFonts w:hint="cs"/>
                <w:rtl/>
              </w:rPr>
              <w:t>ما</w:t>
            </w:r>
            <w:r w:rsidRPr="005663DB">
              <w:rPr>
                <w:rtl/>
              </w:rPr>
              <w:t xml:space="preserve"> </w:t>
            </w:r>
            <w:r w:rsidRPr="005663DB">
              <w:rPr>
                <w:rFonts w:hint="cs"/>
                <w:rtl/>
              </w:rPr>
              <w:t>يُدخل</w:t>
            </w:r>
            <w:r w:rsidRPr="005663DB">
              <w:rPr>
                <w:rtl/>
              </w:rPr>
              <w:t xml:space="preserve"> </w:t>
            </w:r>
            <w:r w:rsidRPr="005663DB">
              <w:rPr>
                <w:rFonts w:hint="cs"/>
                <w:rtl/>
              </w:rPr>
              <w:t>أثرًا</w:t>
            </w:r>
            <w:r w:rsidRPr="005663DB">
              <w:rPr>
                <w:rtl/>
              </w:rPr>
              <w:t xml:space="preserve"> </w:t>
            </w:r>
            <w:r w:rsidRPr="005663DB">
              <w:rPr>
                <w:rFonts w:hint="cs"/>
                <w:rtl/>
              </w:rPr>
              <w:t>مفترضًا</w:t>
            </w:r>
            <w:r w:rsidRPr="005663DB">
              <w:rPr>
                <w:rtl/>
              </w:rPr>
              <w:t xml:space="preserve"> </w:t>
            </w:r>
            <w:r w:rsidRPr="005663DB">
              <w:rPr>
                <w:rFonts w:hint="cs"/>
                <w:rtl/>
              </w:rPr>
              <w:t>في</w:t>
            </w:r>
            <w:r w:rsidRPr="005663DB">
              <w:rPr>
                <w:rtl/>
              </w:rPr>
              <w:t xml:space="preserve"> </w:t>
            </w:r>
            <w:r w:rsidRPr="005663DB">
              <w:rPr>
                <w:rFonts w:hint="cs"/>
                <w:rtl/>
              </w:rPr>
              <w:t>القياس</w:t>
            </w:r>
            <w:r w:rsidRPr="005663DB">
              <w:t>.</w:t>
            </w:r>
          </w:p>
        </w:tc>
        <w:tc>
          <w:tcPr>
            <w:tcW w:w="1980" w:type="dxa"/>
          </w:tcPr>
          <w:p w14:paraId="3798C8F9" w14:textId="77B20893" w:rsidR="005D4F52" w:rsidRDefault="005D4F52" w:rsidP="005D4F52">
            <w:pPr>
              <w:bidi/>
              <w:rPr>
                <w:rFonts w:ascii="Arial" w:hAnsi="Arial"/>
              </w:rPr>
            </w:pPr>
            <w:r w:rsidRPr="001038B0">
              <w:rPr>
                <w:rFonts w:hint="cs"/>
                <w:rtl/>
              </w:rPr>
              <w:t>تعريفات</w:t>
            </w:r>
            <w:r w:rsidRPr="001038B0">
              <w:rPr>
                <w:rtl/>
              </w:rPr>
              <w:t xml:space="preserve"> </w:t>
            </w:r>
            <w:r w:rsidRPr="001038B0">
              <w:rPr>
                <w:rFonts w:hint="cs"/>
                <w:rtl/>
              </w:rPr>
              <w:t>المفاهيم</w:t>
            </w:r>
          </w:p>
        </w:tc>
        <w:tc>
          <w:tcPr>
            <w:tcW w:w="1278" w:type="dxa"/>
          </w:tcPr>
          <w:p w14:paraId="00A981A8" w14:textId="783580BD" w:rsidR="005D4F52" w:rsidRDefault="005D4F52" w:rsidP="005D4F52">
            <w:pPr>
              <w:bidi/>
              <w:rPr>
                <w:rFonts w:ascii="Arial" w:hAnsi="Arial"/>
              </w:rPr>
            </w:pPr>
            <w:r>
              <w:rPr>
                <w:rFonts w:ascii="Arial" w:hAnsi="Arial"/>
              </w:rPr>
              <w:t>1</w:t>
            </w:r>
          </w:p>
        </w:tc>
      </w:tr>
      <w:tr w:rsidR="005D4F52" w14:paraId="35F53CBF" w14:textId="01DFC06F" w:rsidTr="002A725A">
        <w:trPr>
          <w:jc w:val="right"/>
        </w:trPr>
        <w:tc>
          <w:tcPr>
            <w:tcW w:w="3589" w:type="dxa"/>
          </w:tcPr>
          <w:p w14:paraId="4F9F866F" w14:textId="614683E4" w:rsidR="005D4F52" w:rsidRDefault="005D4F52" w:rsidP="005D4F52">
            <w:pPr>
              <w:bidi/>
            </w:pPr>
            <w:r w:rsidRPr="001716C5">
              <w:rPr>
                <w:rFonts w:hint="cs"/>
                <w:rtl/>
              </w:rPr>
              <w:lastRenderedPageBreak/>
              <w:t>استبدلها</w:t>
            </w:r>
            <w:r w:rsidRPr="001716C5">
              <w:rPr>
                <w:rtl/>
              </w:rPr>
              <w:t xml:space="preserve"> </w:t>
            </w:r>
            <w:r w:rsidRPr="001716C5">
              <w:rPr>
                <w:rFonts w:hint="cs"/>
                <w:rtl/>
              </w:rPr>
              <w:t>بمراجع</w:t>
            </w:r>
            <w:r w:rsidRPr="001716C5">
              <w:rPr>
                <w:rtl/>
              </w:rPr>
              <w:t xml:space="preserve"> </w:t>
            </w:r>
            <w:r w:rsidRPr="001716C5">
              <w:rPr>
                <w:rFonts w:hint="cs"/>
                <w:rtl/>
              </w:rPr>
              <w:t>محكّمة</w:t>
            </w:r>
            <w:r w:rsidRPr="001716C5">
              <w:rPr>
                <w:rtl/>
              </w:rPr>
              <w:t xml:space="preserve"> </w:t>
            </w:r>
            <w:r w:rsidRPr="001716C5">
              <w:rPr>
                <w:rFonts w:hint="cs"/>
                <w:rtl/>
              </w:rPr>
              <w:t>وروابط</w:t>
            </w:r>
            <w:r w:rsidRPr="001716C5">
              <w:rPr>
                <w:rtl/>
              </w:rPr>
              <w:t xml:space="preserve"> </w:t>
            </w:r>
            <w:r w:rsidRPr="001716C5">
              <w:rPr>
                <w:rFonts w:hint="cs"/>
                <w:rtl/>
              </w:rPr>
              <w:t>رسمية،</w:t>
            </w:r>
            <w:r w:rsidRPr="001716C5">
              <w:rPr>
                <w:rtl/>
              </w:rPr>
              <w:t xml:space="preserve"> </w:t>
            </w:r>
            <w:r w:rsidRPr="001716C5">
              <w:rPr>
                <w:rFonts w:hint="cs"/>
                <w:rtl/>
              </w:rPr>
              <w:t>واذكر</w:t>
            </w:r>
            <w:r w:rsidRPr="001716C5">
              <w:rPr>
                <w:rtl/>
              </w:rPr>
              <w:t xml:space="preserve"> </w:t>
            </w:r>
            <w:r w:rsidRPr="001716C5">
              <w:rPr>
                <w:rFonts w:hint="cs"/>
                <w:rtl/>
              </w:rPr>
              <w:t>سنة</w:t>
            </w:r>
            <w:r w:rsidRPr="001716C5">
              <w:rPr>
                <w:rtl/>
              </w:rPr>
              <w:t xml:space="preserve"> </w:t>
            </w:r>
            <w:r w:rsidRPr="001716C5">
              <w:rPr>
                <w:rFonts w:hint="cs"/>
                <w:rtl/>
              </w:rPr>
              <w:t>المرجع</w:t>
            </w:r>
            <w:r w:rsidRPr="001716C5">
              <w:rPr>
                <w:rtl/>
              </w:rPr>
              <w:t xml:space="preserve"> </w:t>
            </w:r>
            <w:r w:rsidRPr="001716C5">
              <w:rPr>
                <w:rFonts w:hint="cs"/>
                <w:rtl/>
              </w:rPr>
              <w:t>بدقة</w:t>
            </w:r>
            <w:r w:rsidRPr="001716C5">
              <w:t>.</w:t>
            </w:r>
          </w:p>
        </w:tc>
        <w:tc>
          <w:tcPr>
            <w:tcW w:w="2610" w:type="dxa"/>
          </w:tcPr>
          <w:p w14:paraId="25295C0E" w14:textId="19EA311B" w:rsidR="005D4F52" w:rsidRDefault="005D4F52" w:rsidP="005D4F52">
            <w:pPr>
              <w:bidi/>
              <w:rPr>
                <w:rFonts w:ascii="Arial" w:hAnsi="Arial"/>
              </w:rPr>
            </w:pPr>
            <w:r w:rsidRPr="005663DB">
              <w:rPr>
                <w:rFonts w:hint="cs"/>
                <w:rtl/>
              </w:rPr>
              <w:t>مصادر</w:t>
            </w:r>
            <w:r w:rsidRPr="005663DB">
              <w:rPr>
                <w:rtl/>
              </w:rPr>
              <w:t xml:space="preserve"> </w:t>
            </w:r>
            <w:r w:rsidRPr="005663DB">
              <w:rPr>
                <w:rFonts w:hint="cs"/>
                <w:rtl/>
              </w:rPr>
              <w:t>التعريفات</w:t>
            </w:r>
            <w:r w:rsidRPr="005663DB">
              <w:rPr>
                <w:rtl/>
              </w:rPr>
              <w:t xml:space="preserve"> </w:t>
            </w:r>
            <w:r w:rsidRPr="005663DB">
              <w:rPr>
                <w:rFonts w:hint="cs"/>
                <w:rtl/>
              </w:rPr>
              <w:t>متباينة</w:t>
            </w:r>
            <w:r w:rsidRPr="005663DB">
              <w:rPr>
                <w:rtl/>
              </w:rPr>
              <w:t xml:space="preserve"> </w:t>
            </w:r>
            <w:r w:rsidRPr="005663DB">
              <w:rPr>
                <w:rFonts w:hint="cs"/>
                <w:rtl/>
              </w:rPr>
              <w:t>الجودة</w:t>
            </w:r>
            <w:r w:rsidRPr="005663DB">
              <w:rPr>
                <w:rtl/>
              </w:rPr>
              <w:t xml:space="preserve"> (</w:t>
            </w:r>
            <w:r w:rsidRPr="005663DB">
              <w:rPr>
                <w:rFonts w:hint="cs"/>
                <w:rtl/>
              </w:rPr>
              <w:t>بعضها</w:t>
            </w:r>
            <w:r w:rsidRPr="005663DB">
              <w:rPr>
                <w:rtl/>
              </w:rPr>
              <w:t xml:space="preserve"> </w:t>
            </w:r>
            <w:r w:rsidRPr="005663DB">
              <w:rPr>
                <w:rFonts w:hint="cs"/>
                <w:rtl/>
              </w:rPr>
              <w:t>مواقع</w:t>
            </w:r>
            <w:r w:rsidRPr="005663DB">
              <w:rPr>
                <w:rtl/>
              </w:rPr>
              <w:t xml:space="preserve"> </w:t>
            </w:r>
            <w:r w:rsidRPr="005663DB">
              <w:rPr>
                <w:rFonts w:hint="cs"/>
                <w:rtl/>
              </w:rPr>
              <w:t>أو</w:t>
            </w:r>
            <w:r w:rsidRPr="005663DB">
              <w:rPr>
                <w:rtl/>
              </w:rPr>
              <w:t xml:space="preserve"> </w:t>
            </w:r>
            <w:r w:rsidRPr="005663DB">
              <w:rPr>
                <w:rFonts w:hint="cs"/>
                <w:rtl/>
              </w:rPr>
              <w:t>أوراق</w:t>
            </w:r>
            <w:r w:rsidRPr="005663DB">
              <w:rPr>
                <w:rtl/>
              </w:rPr>
              <w:t xml:space="preserve"> </w:t>
            </w:r>
            <w:r w:rsidRPr="005663DB">
              <w:rPr>
                <w:rFonts w:hint="cs"/>
                <w:rtl/>
              </w:rPr>
              <w:t>غير</w:t>
            </w:r>
            <w:r w:rsidRPr="005663DB">
              <w:rPr>
                <w:rtl/>
              </w:rPr>
              <w:t xml:space="preserve"> </w:t>
            </w:r>
            <w:r w:rsidRPr="005663DB">
              <w:rPr>
                <w:rFonts w:hint="cs"/>
                <w:rtl/>
              </w:rPr>
              <w:t>محكّمة</w:t>
            </w:r>
            <w:r w:rsidRPr="005663DB">
              <w:rPr>
                <w:rtl/>
              </w:rPr>
              <w:t>)</w:t>
            </w:r>
            <w:r w:rsidRPr="005663DB">
              <w:t>.</w:t>
            </w:r>
          </w:p>
        </w:tc>
        <w:tc>
          <w:tcPr>
            <w:tcW w:w="1980" w:type="dxa"/>
          </w:tcPr>
          <w:p w14:paraId="18168BB3" w14:textId="0CEB3B3C" w:rsidR="005D4F52" w:rsidRDefault="005D4F52" w:rsidP="005D4F52">
            <w:pPr>
              <w:bidi/>
              <w:rPr>
                <w:rFonts w:ascii="Arial" w:hAnsi="Arial"/>
              </w:rPr>
            </w:pPr>
            <w:r w:rsidRPr="001038B0">
              <w:rPr>
                <w:rFonts w:hint="cs"/>
                <w:rtl/>
              </w:rPr>
              <w:t>تثبيت</w:t>
            </w:r>
            <w:r w:rsidRPr="001038B0">
              <w:rPr>
                <w:rtl/>
              </w:rPr>
              <w:t xml:space="preserve"> </w:t>
            </w:r>
            <w:r w:rsidRPr="001038B0">
              <w:rPr>
                <w:rFonts w:hint="cs"/>
                <w:rtl/>
              </w:rPr>
              <w:t>المصادر</w:t>
            </w:r>
          </w:p>
        </w:tc>
        <w:tc>
          <w:tcPr>
            <w:tcW w:w="1278" w:type="dxa"/>
          </w:tcPr>
          <w:p w14:paraId="7FE610DA" w14:textId="7B62CB1A" w:rsidR="005D4F52" w:rsidRDefault="005D4F52" w:rsidP="005D4F52">
            <w:pPr>
              <w:bidi/>
              <w:rPr>
                <w:rFonts w:ascii="Arial" w:hAnsi="Arial"/>
              </w:rPr>
            </w:pPr>
            <w:r>
              <w:rPr>
                <w:rFonts w:ascii="Arial" w:hAnsi="Arial"/>
              </w:rPr>
              <w:t>2</w:t>
            </w:r>
          </w:p>
        </w:tc>
      </w:tr>
      <w:tr w:rsidR="005D4F52" w14:paraId="51E7A6AF" w14:textId="38217F2E" w:rsidTr="002A725A">
        <w:trPr>
          <w:jc w:val="right"/>
        </w:trPr>
        <w:tc>
          <w:tcPr>
            <w:tcW w:w="3589" w:type="dxa"/>
          </w:tcPr>
          <w:p w14:paraId="07834480" w14:textId="24FD3D3B" w:rsidR="005D4F52" w:rsidRDefault="005D4F52" w:rsidP="005D4F52">
            <w:pPr>
              <w:bidi/>
            </w:pPr>
            <w:r w:rsidRPr="001716C5">
              <w:rPr>
                <w:rFonts w:hint="cs"/>
                <w:rtl/>
              </w:rPr>
              <w:t>أنشئ</w:t>
            </w:r>
            <w:r w:rsidRPr="001716C5">
              <w:rPr>
                <w:rtl/>
              </w:rPr>
              <w:t xml:space="preserve"> </w:t>
            </w:r>
            <w:r w:rsidRPr="001716C5">
              <w:rPr>
                <w:rFonts w:hint="cs"/>
                <w:rtl/>
              </w:rPr>
              <w:t>جدولًا</w:t>
            </w:r>
            <w:r w:rsidRPr="001716C5">
              <w:rPr>
                <w:rtl/>
              </w:rPr>
              <w:t xml:space="preserve"> </w:t>
            </w:r>
            <w:r w:rsidRPr="001716C5">
              <w:rPr>
                <w:rFonts w:hint="cs"/>
                <w:rtl/>
              </w:rPr>
              <w:t>من</w:t>
            </w:r>
            <w:r w:rsidRPr="001716C5">
              <w:rPr>
                <w:rtl/>
              </w:rPr>
              <w:t xml:space="preserve"> </w:t>
            </w:r>
            <w:r w:rsidRPr="001716C5">
              <w:rPr>
                <w:rFonts w:hint="cs"/>
                <w:rtl/>
              </w:rPr>
              <w:t>أربعة</w:t>
            </w:r>
            <w:r w:rsidRPr="001716C5">
              <w:rPr>
                <w:rtl/>
              </w:rPr>
              <w:t xml:space="preserve"> </w:t>
            </w:r>
            <w:r w:rsidRPr="001716C5">
              <w:rPr>
                <w:rFonts w:hint="cs"/>
                <w:rtl/>
              </w:rPr>
              <w:t>أعمدة</w:t>
            </w:r>
            <w:r w:rsidRPr="001716C5">
              <w:rPr>
                <w:rtl/>
              </w:rPr>
              <w:t xml:space="preserve">: </w:t>
            </w:r>
            <w:r w:rsidRPr="001716C5">
              <w:rPr>
                <w:rFonts w:hint="cs"/>
                <w:rtl/>
              </w:rPr>
              <w:t>المتغير،</w:t>
            </w:r>
            <w:r w:rsidRPr="001716C5">
              <w:rPr>
                <w:rtl/>
              </w:rPr>
              <w:t xml:space="preserve"> </w:t>
            </w:r>
            <w:r w:rsidRPr="001716C5">
              <w:rPr>
                <w:rFonts w:hint="cs"/>
                <w:rtl/>
              </w:rPr>
              <w:t>التعريف</w:t>
            </w:r>
            <w:r w:rsidRPr="001716C5">
              <w:rPr>
                <w:rtl/>
              </w:rPr>
              <w:t xml:space="preserve"> </w:t>
            </w:r>
            <w:r w:rsidRPr="001716C5">
              <w:rPr>
                <w:rFonts w:hint="cs"/>
                <w:rtl/>
              </w:rPr>
              <w:t>النظري</w:t>
            </w:r>
            <w:r w:rsidRPr="001716C5">
              <w:rPr>
                <w:rtl/>
              </w:rPr>
              <w:t xml:space="preserve"> (</w:t>
            </w:r>
            <w:r w:rsidRPr="001716C5">
              <w:rPr>
                <w:rFonts w:hint="cs"/>
                <w:rtl/>
              </w:rPr>
              <w:t>مرجع</w:t>
            </w:r>
            <w:r w:rsidRPr="001716C5">
              <w:rPr>
                <w:rtl/>
              </w:rPr>
              <w:t>)</w:t>
            </w:r>
            <w:r w:rsidRPr="001716C5">
              <w:rPr>
                <w:rFonts w:hint="cs"/>
                <w:rtl/>
              </w:rPr>
              <w:t>،</w:t>
            </w:r>
            <w:r w:rsidRPr="001716C5">
              <w:rPr>
                <w:rtl/>
              </w:rPr>
              <w:t xml:space="preserve"> </w:t>
            </w:r>
            <w:r w:rsidRPr="001716C5">
              <w:rPr>
                <w:rFonts w:hint="cs"/>
                <w:rtl/>
              </w:rPr>
              <w:t>التعريف</w:t>
            </w:r>
            <w:r w:rsidRPr="001716C5">
              <w:rPr>
                <w:rtl/>
              </w:rPr>
              <w:t xml:space="preserve"> </w:t>
            </w:r>
            <w:r w:rsidRPr="001716C5">
              <w:rPr>
                <w:rFonts w:hint="cs"/>
                <w:rtl/>
              </w:rPr>
              <w:t>الإجرائي</w:t>
            </w:r>
            <w:r w:rsidRPr="001716C5">
              <w:rPr>
                <w:rtl/>
              </w:rPr>
              <w:t xml:space="preserve"> (</w:t>
            </w:r>
            <w:r w:rsidRPr="001716C5">
              <w:rPr>
                <w:rFonts w:hint="cs"/>
                <w:rtl/>
              </w:rPr>
              <w:t>الأداة</w:t>
            </w:r>
            <w:r w:rsidRPr="001716C5">
              <w:rPr>
                <w:rtl/>
              </w:rPr>
              <w:t>/</w:t>
            </w:r>
            <w:r w:rsidRPr="001716C5">
              <w:rPr>
                <w:rFonts w:hint="cs"/>
                <w:rtl/>
              </w:rPr>
              <w:t>المقياس</w:t>
            </w:r>
            <w:r w:rsidRPr="001716C5">
              <w:rPr>
                <w:rtl/>
              </w:rPr>
              <w:t>)</w:t>
            </w:r>
            <w:r w:rsidRPr="001716C5">
              <w:rPr>
                <w:rFonts w:hint="cs"/>
                <w:rtl/>
              </w:rPr>
              <w:t>،</w:t>
            </w:r>
            <w:r w:rsidRPr="001716C5">
              <w:rPr>
                <w:rtl/>
              </w:rPr>
              <w:t xml:space="preserve"> </w:t>
            </w:r>
            <w:r w:rsidRPr="001716C5">
              <w:rPr>
                <w:rFonts w:hint="cs"/>
                <w:rtl/>
              </w:rPr>
              <w:t>الأبعاد</w:t>
            </w:r>
            <w:r w:rsidRPr="001716C5">
              <w:rPr>
                <w:rtl/>
              </w:rPr>
              <w:t xml:space="preserve"> </w:t>
            </w:r>
            <w:r w:rsidRPr="001716C5">
              <w:rPr>
                <w:rFonts w:hint="cs"/>
                <w:rtl/>
              </w:rPr>
              <w:t>ومصدر</w:t>
            </w:r>
            <w:r w:rsidRPr="001716C5">
              <w:rPr>
                <w:rtl/>
              </w:rPr>
              <w:t xml:space="preserve"> </w:t>
            </w:r>
            <w:r w:rsidRPr="001716C5">
              <w:rPr>
                <w:rFonts w:hint="cs"/>
                <w:rtl/>
              </w:rPr>
              <w:t>كل</w:t>
            </w:r>
            <w:r w:rsidRPr="001716C5">
              <w:rPr>
                <w:rtl/>
              </w:rPr>
              <w:t xml:space="preserve"> </w:t>
            </w:r>
            <w:r w:rsidRPr="001716C5">
              <w:rPr>
                <w:rFonts w:hint="cs"/>
                <w:rtl/>
              </w:rPr>
              <w:t>بُعد</w:t>
            </w:r>
            <w:r w:rsidRPr="001716C5">
              <w:rPr>
                <w:rtl/>
              </w:rPr>
              <w:t xml:space="preserve"> + </w:t>
            </w:r>
            <w:r w:rsidRPr="001716C5">
              <w:rPr>
                <w:rFonts w:hint="cs"/>
                <w:rtl/>
              </w:rPr>
              <w:t>مثال</w:t>
            </w:r>
            <w:r w:rsidRPr="001716C5">
              <w:rPr>
                <w:rtl/>
              </w:rPr>
              <w:t xml:space="preserve"> </w:t>
            </w:r>
            <w:r w:rsidRPr="001716C5">
              <w:rPr>
                <w:rFonts w:hint="cs"/>
                <w:rtl/>
              </w:rPr>
              <w:t>بند</w:t>
            </w:r>
            <w:r w:rsidRPr="001716C5">
              <w:rPr>
                <w:rtl/>
              </w:rPr>
              <w:t xml:space="preserve"> </w:t>
            </w:r>
            <w:r w:rsidRPr="001716C5">
              <w:rPr>
                <w:rFonts w:hint="cs"/>
                <w:rtl/>
              </w:rPr>
              <w:t>واحد</w:t>
            </w:r>
            <w:r w:rsidRPr="001716C5">
              <w:rPr>
                <w:rtl/>
              </w:rPr>
              <w:t xml:space="preserve"> </w:t>
            </w:r>
            <w:r w:rsidRPr="001716C5">
              <w:rPr>
                <w:rFonts w:hint="cs"/>
                <w:rtl/>
              </w:rPr>
              <w:t>لكل</w:t>
            </w:r>
            <w:r w:rsidRPr="001716C5">
              <w:rPr>
                <w:rtl/>
              </w:rPr>
              <w:t xml:space="preserve"> </w:t>
            </w:r>
            <w:r w:rsidRPr="001716C5">
              <w:rPr>
                <w:rFonts w:hint="cs"/>
                <w:rtl/>
              </w:rPr>
              <w:t>بُعد</w:t>
            </w:r>
            <w:r w:rsidRPr="001716C5">
              <w:t>.</w:t>
            </w:r>
          </w:p>
        </w:tc>
        <w:tc>
          <w:tcPr>
            <w:tcW w:w="2610" w:type="dxa"/>
          </w:tcPr>
          <w:p w14:paraId="7E3AE672" w14:textId="3AD6BB38" w:rsidR="005D4F52" w:rsidRDefault="005D4F52" w:rsidP="005D4F52">
            <w:pPr>
              <w:bidi/>
              <w:rPr>
                <w:rFonts w:ascii="Arial" w:hAnsi="Arial"/>
              </w:rPr>
            </w:pPr>
            <w:r w:rsidRPr="005663DB">
              <w:rPr>
                <w:rFonts w:hint="cs"/>
                <w:rtl/>
              </w:rPr>
              <w:t>لا</w:t>
            </w:r>
            <w:r w:rsidRPr="005663DB">
              <w:rPr>
                <w:rtl/>
              </w:rPr>
              <w:t xml:space="preserve"> </w:t>
            </w:r>
            <w:r w:rsidRPr="005663DB">
              <w:rPr>
                <w:rFonts w:hint="cs"/>
                <w:rtl/>
              </w:rPr>
              <w:t>يوجد</w:t>
            </w:r>
            <w:r w:rsidRPr="005663DB">
              <w:rPr>
                <w:rtl/>
              </w:rPr>
              <w:t xml:space="preserve"> </w:t>
            </w:r>
            <w:r w:rsidRPr="005663DB">
              <w:rPr>
                <w:rFonts w:hint="cs"/>
                <w:rtl/>
              </w:rPr>
              <w:t>جدول</w:t>
            </w:r>
            <w:r w:rsidRPr="005663DB">
              <w:rPr>
                <w:rtl/>
              </w:rPr>
              <w:t xml:space="preserve"> </w:t>
            </w:r>
            <w:r w:rsidRPr="005663DB">
              <w:rPr>
                <w:rFonts w:hint="cs"/>
                <w:rtl/>
              </w:rPr>
              <w:t>يلخّص</w:t>
            </w:r>
            <w:r w:rsidRPr="005663DB">
              <w:rPr>
                <w:rtl/>
              </w:rPr>
              <w:t xml:space="preserve"> </w:t>
            </w:r>
            <w:r w:rsidRPr="005663DB">
              <w:rPr>
                <w:rFonts w:hint="cs"/>
                <w:rtl/>
              </w:rPr>
              <w:t>التعريف</w:t>
            </w:r>
            <w:r w:rsidRPr="005663DB">
              <w:rPr>
                <w:rtl/>
              </w:rPr>
              <w:t xml:space="preserve"> </w:t>
            </w:r>
            <w:r w:rsidRPr="005663DB">
              <w:rPr>
                <w:rFonts w:hint="cs"/>
                <w:rtl/>
              </w:rPr>
              <w:t>النظري</w:t>
            </w:r>
            <w:r w:rsidRPr="005663DB">
              <w:rPr>
                <w:rtl/>
              </w:rPr>
              <w:t>/</w:t>
            </w:r>
            <w:r w:rsidRPr="005663DB">
              <w:rPr>
                <w:rFonts w:hint="cs"/>
                <w:rtl/>
              </w:rPr>
              <w:t>الإجرائي</w:t>
            </w:r>
            <w:r w:rsidRPr="005663DB">
              <w:rPr>
                <w:rtl/>
              </w:rPr>
              <w:t xml:space="preserve"> </w:t>
            </w:r>
            <w:r w:rsidRPr="005663DB">
              <w:rPr>
                <w:rFonts w:hint="cs"/>
                <w:rtl/>
              </w:rPr>
              <w:t>والأبعاد</w:t>
            </w:r>
            <w:r w:rsidRPr="005663DB">
              <w:rPr>
                <w:rtl/>
              </w:rPr>
              <w:t xml:space="preserve"> </w:t>
            </w:r>
            <w:r w:rsidRPr="005663DB">
              <w:rPr>
                <w:rFonts w:hint="cs"/>
                <w:rtl/>
              </w:rPr>
              <w:t>لكل</w:t>
            </w:r>
            <w:r w:rsidRPr="005663DB">
              <w:rPr>
                <w:rtl/>
              </w:rPr>
              <w:t xml:space="preserve"> </w:t>
            </w:r>
            <w:r w:rsidRPr="005663DB">
              <w:rPr>
                <w:rFonts w:hint="cs"/>
                <w:rtl/>
              </w:rPr>
              <w:t>متغير</w:t>
            </w:r>
            <w:r w:rsidRPr="005663DB">
              <w:t>.</w:t>
            </w:r>
          </w:p>
        </w:tc>
        <w:tc>
          <w:tcPr>
            <w:tcW w:w="1980" w:type="dxa"/>
          </w:tcPr>
          <w:p w14:paraId="1B72635D" w14:textId="7DC41781" w:rsidR="005D4F52" w:rsidRDefault="005D4F52" w:rsidP="005D4F52">
            <w:pPr>
              <w:bidi/>
              <w:rPr>
                <w:rFonts w:ascii="Arial" w:hAnsi="Arial"/>
              </w:rPr>
            </w:pPr>
            <w:r w:rsidRPr="001038B0">
              <w:rPr>
                <w:rFonts w:hint="cs"/>
                <w:rtl/>
              </w:rPr>
              <w:t>جدول</w:t>
            </w:r>
            <w:r w:rsidRPr="001038B0">
              <w:rPr>
                <w:rtl/>
              </w:rPr>
              <w:t xml:space="preserve"> </w:t>
            </w:r>
            <w:r w:rsidRPr="001038B0">
              <w:rPr>
                <w:rFonts w:hint="cs"/>
                <w:rtl/>
              </w:rPr>
              <w:t>موحّد</w:t>
            </w:r>
            <w:r w:rsidRPr="001038B0">
              <w:rPr>
                <w:rtl/>
              </w:rPr>
              <w:t xml:space="preserve"> </w:t>
            </w:r>
            <w:r w:rsidRPr="001038B0">
              <w:rPr>
                <w:rFonts w:hint="cs"/>
                <w:rtl/>
              </w:rPr>
              <w:t>للمصطلحات</w:t>
            </w:r>
          </w:p>
        </w:tc>
        <w:tc>
          <w:tcPr>
            <w:tcW w:w="1278" w:type="dxa"/>
          </w:tcPr>
          <w:p w14:paraId="7818DC4D" w14:textId="33FA1131" w:rsidR="005D4F52" w:rsidRDefault="005D4F52" w:rsidP="005D4F52">
            <w:pPr>
              <w:bidi/>
              <w:rPr>
                <w:rFonts w:ascii="Arial" w:hAnsi="Arial"/>
              </w:rPr>
            </w:pPr>
            <w:r>
              <w:rPr>
                <w:rFonts w:ascii="Arial" w:hAnsi="Arial"/>
              </w:rPr>
              <w:t>3</w:t>
            </w:r>
          </w:p>
        </w:tc>
      </w:tr>
    </w:tbl>
    <w:p w14:paraId="3EF26CA7" w14:textId="77777777" w:rsidR="00A00555" w:rsidRDefault="00A00555" w:rsidP="00A14790">
      <w:pPr>
        <w:bidi/>
      </w:pPr>
    </w:p>
    <w:p w14:paraId="753F1DC7" w14:textId="77777777" w:rsidR="00A00555" w:rsidRDefault="00A35E6B" w:rsidP="00A14790">
      <w:pPr>
        <w:pStyle w:val="Heading2"/>
        <w:bidi/>
      </w:pPr>
      <w:r>
        <w:rPr>
          <w:rFonts w:ascii="Arial" w:hAnsi="Arial"/>
          <w:sz w:val="28"/>
        </w:rPr>
        <w:t>بنية/تنظيم فصول الأطروحة</w:t>
      </w:r>
    </w:p>
    <w:tbl>
      <w:tblPr>
        <w:tblStyle w:val="TableGrid"/>
        <w:tblW w:w="0" w:type="auto"/>
        <w:jc w:val="right"/>
        <w:tblLook w:val="04A0" w:firstRow="1" w:lastRow="0" w:firstColumn="1" w:lastColumn="0" w:noHBand="0" w:noVBand="1"/>
      </w:tblPr>
      <w:tblGrid>
        <w:gridCol w:w="3244"/>
        <w:gridCol w:w="2357"/>
        <w:gridCol w:w="1817"/>
        <w:gridCol w:w="1212"/>
      </w:tblGrid>
      <w:tr w:rsidR="005D4F52" w14:paraId="762B92F7" w14:textId="53EE8239" w:rsidTr="002A725A">
        <w:trPr>
          <w:jc w:val="right"/>
        </w:trPr>
        <w:tc>
          <w:tcPr>
            <w:tcW w:w="3589" w:type="dxa"/>
          </w:tcPr>
          <w:p w14:paraId="1D8799FF" w14:textId="16FD9188" w:rsidR="005D4F52" w:rsidRDefault="005D4F52" w:rsidP="005D4F52">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409198B6" w14:textId="51A791BE" w:rsidR="005D4F52" w:rsidRDefault="005D4F52" w:rsidP="005D4F52">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7DDBAF93" w14:textId="20110F65" w:rsidR="005D4F52" w:rsidRDefault="005D4F52" w:rsidP="005D4F52">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0006A452" w14:textId="0EFE0AAE" w:rsidR="005D4F52" w:rsidRDefault="005D4F52" w:rsidP="005D4F52">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5D4F52" w14:paraId="6E8F4D79" w14:textId="19DA8893" w:rsidTr="002A725A">
        <w:trPr>
          <w:jc w:val="right"/>
        </w:trPr>
        <w:tc>
          <w:tcPr>
            <w:tcW w:w="3589" w:type="dxa"/>
          </w:tcPr>
          <w:p w14:paraId="0EE12684" w14:textId="00944C56" w:rsidR="005D4F52" w:rsidRDefault="005D4F52" w:rsidP="005D4F52">
            <w:pPr>
              <w:bidi/>
            </w:pPr>
            <w:r w:rsidRPr="001D6D07">
              <w:rPr>
                <w:rFonts w:hint="cs"/>
                <w:rtl/>
              </w:rPr>
              <w:t>أضف</w:t>
            </w:r>
            <w:r w:rsidRPr="001D6D07">
              <w:rPr>
                <w:rtl/>
              </w:rPr>
              <w:t xml:space="preserve"> </w:t>
            </w:r>
            <w:r w:rsidRPr="001D6D07">
              <w:rPr>
                <w:rFonts w:hint="cs"/>
                <w:rtl/>
              </w:rPr>
              <w:t>فقرة</w:t>
            </w:r>
            <w:r w:rsidRPr="001D6D07">
              <w:rPr>
                <w:rtl/>
              </w:rPr>
              <w:t xml:space="preserve"> «</w:t>
            </w:r>
            <w:r w:rsidRPr="001D6D07">
              <w:rPr>
                <w:rFonts w:hint="cs"/>
                <w:rtl/>
              </w:rPr>
              <w:t>تنظيم</w:t>
            </w:r>
            <w:r w:rsidRPr="001D6D07">
              <w:rPr>
                <w:rtl/>
              </w:rPr>
              <w:t xml:space="preserve"> </w:t>
            </w:r>
            <w:r w:rsidRPr="001D6D07">
              <w:rPr>
                <w:rFonts w:hint="cs"/>
                <w:rtl/>
              </w:rPr>
              <w:t>فصول</w:t>
            </w:r>
            <w:r w:rsidRPr="001D6D07">
              <w:rPr>
                <w:rtl/>
              </w:rPr>
              <w:t xml:space="preserve"> </w:t>
            </w:r>
            <w:r w:rsidRPr="001D6D07">
              <w:rPr>
                <w:rFonts w:hint="cs"/>
                <w:rtl/>
              </w:rPr>
              <w:t>الأطروحة</w:t>
            </w:r>
            <w:r w:rsidRPr="001D6D07">
              <w:rPr>
                <w:rFonts w:hint="eastAsia"/>
                <w:rtl/>
              </w:rPr>
              <w:t>»</w:t>
            </w:r>
            <w:r w:rsidRPr="001D6D07">
              <w:rPr>
                <w:rtl/>
              </w:rPr>
              <w:t xml:space="preserve">: </w:t>
            </w:r>
            <w:r w:rsidRPr="001D6D07">
              <w:rPr>
                <w:rFonts w:hint="cs"/>
                <w:rtl/>
              </w:rPr>
              <w:t>لكل</w:t>
            </w:r>
            <w:r w:rsidRPr="001D6D07">
              <w:rPr>
                <w:rtl/>
              </w:rPr>
              <w:t xml:space="preserve"> </w:t>
            </w:r>
            <w:r w:rsidRPr="001D6D07">
              <w:rPr>
                <w:rFonts w:hint="cs"/>
                <w:rtl/>
              </w:rPr>
              <w:t>فصل</w:t>
            </w:r>
            <w:r w:rsidRPr="001D6D07">
              <w:rPr>
                <w:rtl/>
              </w:rPr>
              <w:t xml:space="preserve"> (2–5) </w:t>
            </w:r>
            <w:r w:rsidRPr="001D6D07">
              <w:rPr>
                <w:rFonts w:hint="cs"/>
                <w:rtl/>
              </w:rPr>
              <w:t>سطران</w:t>
            </w:r>
            <w:r w:rsidRPr="001D6D07">
              <w:rPr>
                <w:rtl/>
              </w:rPr>
              <w:t xml:space="preserve"> </w:t>
            </w:r>
            <w:r w:rsidRPr="001D6D07">
              <w:rPr>
                <w:rFonts w:hint="cs"/>
                <w:rtl/>
              </w:rPr>
              <w:t>يوضحان</w:t>
            </w:r>
            <w:r w:rsidRPr="001D6D07">
              <w:rPr>
                <w:rtl/>
              </w:rPr>
              <w:t xml:space="preserve"> </w:t>
            </w:r>
            <w:r w:rsidRPr="001D6D07">
              <w:rPr>
                <w:rFonts w:hint="cs"/>
                <w:rtl/>
              </w:rPr>
              <w:t>الهدف</w:t>
            </w:r>
            <w:r w:rsidRPr="001D6D07">
              <w:rPr>
                <w:rtl/>
              </w:rPr>
              <w:t xml:space="preserve"> </w:t>
            </w:r>
            <w:r w:rsidRPr="001D6D07">
              <w:rPr>
                <w:rFonts w:hint="cs"/>
                <w:rtl/>
              </w:rPr>
              <w:t>والمخرجات</w:t>
            </w:r>
            <w:r w:rsidRPr="001D6D07">
              <w:rPr>
                <w:rtl/>
              </w:rPr>
              <w:t xml:space="preserve"> (</w:t>
            </w:r>
            <w:r w:rsidRPr="001D6D07">
              <w:rPr>
                <w:rFonts w:hint="cs"/>
                <w:rtl/>
              </w:rPr>
              <w:t>الإطار</w:t>
            </w:r>
            <w:r w:rsidRPr="001D6D07">
              <w:rPr>
                <w:rtl/>
              </w:rPr>
              <w:t xml:space="preserve"> </w:t>
            </w:r>
            <w:r w:rsidRPr="001D6D07">
              <w:rPr>
                <w:rFonts w:hint="cs"/>
                <w:rtl/>
              </w:rPr>
              <w:t>النظري،</w:t>
            </w:r>
            <w:r w:rsidRPr="001D6D07">
              <w:rPr>
                <w:rtl/>
              </w:rPr>
              <w:t xml:space="preserve"> </w:t>
            </w:r>
            <w:r w:rsidRPr="001D6D07">
              <w:rPr>
                <w:rFonts w:hint="cs"/>
                <w:rtl/>
              </w:rPr>
              <w:t>المنهجية،</w:t>
            </w:r>
            <w:r w:rsidRPr="001D6D07">
              <w:rPr>
                <w:rtl/>
              </w:rPr>
              <w:t xml:space="preserve"> </w:t>
            </w:r>
            <w:r w:rsidRPr="001D6D07">
              <w:rPr>
                <w:rFonts w:hint="cs"/>
                <w:rtl/>
              </w:rPr>
              <w:t>النتائج،</w:t>
            </w:r>
            <w:r w:rsidRPr="001D6D07">
              <w:rPr>
                <w:rtl/>
              </w:rPr>
              <w:t xml:space="preserve"> </w:t>
            </w:r>
            <w:r w:rsidRPr="001D6D07">
              <w:rPr>
                <w:rFonts w:hint="cs"/>
                <w:rtl/>
              </w:rPr>
              <w:t>المناقشة</w:t>
            </w:r>
            <w:r w:rsidRPr="001D6D07">
              <w:rPr>
                <w:rtl/>
              </w:rPr>
              <w:t>)</w:t>
            </w:r>
            <w:r w:rsidRPr="001D6D07">
              <w:t>.</w:t>
            </w:r>
          </w:p>
        </w:tc>
        <w:tc>
          <w:tcPr>
            <w:tcW w:w="2610" w:type="dxa"/>
          </w:tcPr>
          <w:p w14:paraId="0735D924" w14:textId="613D22FF" w:rsidR="005D4F52" w:rsidRDefault="005D4F52" w:rsidP="005D4F52">
            <w:pPr>
              <w:bidi/>
              <w:rPr>
                <w:rFonts w:ascii="Arial" w:hAnsi="Arial"/>
              </w:rPr>
            </w:pPr>
            <w:r w:rsidRPr="004C08F4">
              <w:rPr>
                <w:rFonts w:hint="cs"/>
                <w:rtl/>
              </w:rPr>
              <w:t>لا</w:t>
            </w:r>
            <w:r w:rsidRPr="004C08F4">
              <w:rPr>
                <w:rtl/>
              </w:rPr>
              <w:t xml:space="preserve"> </w:t>
            </w:r>
            <w:r w:rsidRPr="004C08F4">
              <w:rPr>
                <w:rFonts w:hint="cs"/>
                <w:rtl/>
              </w:rPr>
              <w:t>توجد</w:t>
            </w:r>
            <w:r w:rsidRPr="004C08F4">
              <w:rPr>
                <w:rtl/>
              </w:rPr>
              <w:t xml:space="preserve"> </w:t>
            </w:r>
            <w:r w:rsidRPr="004C08F4">
              <w:rPr>
                <w:rFonts w:hint="cs"/>
                <w:rtl/>
              </w:rPr>
              <w:t>فقرة</w:t>
            </w:r>
            <w:r w:rsidRPr="004C08F4">
              <w:rPr>
                <w:rtl/>
              </w:rPr>
              <w:t xml:space="preserve"> </w:t>
            </w:r>
            <w:r w:rsidRPr="004C08F4">
              <w:rPr>
                <w:rFonts w:hint="cs"/>
                <w:rtl/>
              </w:rPr>
              <w:t>موجزة</w:t>
            </w:r>
            <w:r w:rsidRPr="004C08F4">
              <w:rPr>
                <w:rtl/>
              </w:rPr>
              <w:t xml:space="preserve"> </w:t>
            </w:r>
            <w:r w:rsidRPr="004C08F4">
              <w:rPr>
                <w:rFonts w:hint="cs"/>
                <w:rtl/>
              </w:rPr>
              <w:t>توضّح</w:t>
            </w:r>
            <w:r w:rsidRPr="004C08F4">
              <w:rPr>
                <w:rtl/>
              </w:rPr>
              <w:t xml:space="preserve"> </w:t>
            </w:r>
            <w:r w:rsidRPr="004C08F4">
              <w:rPr>
                <w:rFonts w:hint="cs"/>
                <w:rtl/>
              </w:rPr>
              <w:t>خريطة</w:t>
            </w:r>
            <w:r w:rsidRPr="004C08F4">
              <w:rPr>
                <w:rtl/>
              </w:rPr>
              <w:t xml:space="preserve"> </w:t>
            </w:r>
            <w:r w:rsidRPr="004C08F4">
              <w:rPr>
                <w:rFonts w:hint="cs"/>
                <w:rtl/>
              </w:rPr>
              <w:t>الفصول</w:t>
            </w:r>
            <w:r w:rsidRPr="004C08F4">
              <w:rPr>
                <w:rtl/>
              </w:rPr>
              <w:t xml:space="preserve"> </w:t>
            </w:r>
            <w:r w:rsidRPr="004C08F4">
              <w:rPr>
                <w:rFonts w:hint="cs"/>
                <w:rtl/>
              </w:rPr>
              <w:t>للقارئ</w:t>
            </w:r>
            <w:r w:rsidRPr="004C08F4">
              <w:t>.</w:t>
            </w:r>
          </w:p>
        </w:tc>
        <w:tc>
          <w:tcPr>
            <w:tcW w:w="1980" w:type="dxa"/>
          </w:tcPr>
          <w:p w14:paraId="3B0D2FD9" w14:textId="282C9D95" w:rsidR="005D4F52" w:rsidRDefault="005D4F52" w:rsidP="005D4F52">
            <w:pPr>
              <w:bidi/>
              <w:rPr>
                <w:rFonts w:ascii="Arial" w:hAnsi="Arial"/>
              </w:rPr>
            </w:pPr>
            <w:r w:rsidRPr="00A71446">
              <w:rPr>
                <w:rFonts w:hint="cs"/>
                <w:rtl/>
              </w:rPr>
              <w:t>نهاية</w:t>
            </w:r>
            <w:r w:rsidRPr="00A71446">
              <w:rPr>
                <w:rtl/>
              </w:rPr>
              <w:t xml:space="preserve"> </w:t>
            </w:r>
            <w:r w:rsidRPr="00A71446">
              <w:rPr>
                <w:rFonts w:hint="cs"/>
                <w:rtl/>
              </w:rPr>
              <w:t>الفصل</w:t>
            </w:r>
            <w:r w:rsidRPr="00A71446">
              <w:rPr>
                <w:rtl/>
              </w:rPr>
              <w:t xml:space="preserve"> </w:t>
            </w:r>
            <w:r w:rsidRPr="00A71446">
              <w:rPr>
                <w:rFonts w:hint="cs"/>
                <w:rtl/>
              </w:rPr>
              <w:t>الأول</w:t>
            </w:r>
          </w:p>
        </w:tc>
        <w:tc>
          <w:tcPr>
            <w:tcW w:w="1278" w:type="dxa"/>
          </w:tcPr>
          <w:p w14:paraId="6FB63E60" w14:textId="6FEB9056" w:rsidR="005D4F52" w:rsidRDefault="005D4F52" w:rsidP="005D4F52">
            <w:pPr>
              <w:bidi/>
              <w:rPr>
                <w:rFonts w:ascii="Arial" w:hAnsi="Arial"/>
              </w:rPr>
            </w:pPr>
            <w:r>
              <w:rPr>
                <w:rFonts w:ascii="Arial" w:hAnsi="Arial"/>
              </w:rPr>
              <w:t>1</w:t>
            </w:r>
          </w:p>
        </w:tc>
      </w:tr>
      <w:tr w:rsidR="005D4F52" w14:paraId="0E45D4CB" w14:textId="3D83E19B" w:rsidTr="002A725A">
        <w:trPr>
          <w:jc w:val="right"/>
        </w:trPr>
        <w:tc>
          <w:tcPr>
            <w:tcW w:w="3589" w:type="dxa"/>
          </w:tcPr>
          <w:p w14:paraId="2487F16E" w14:textId="637777B2" w:rsidR="005D4F52" w:rsidRDefault="005D4F52" w:rsidP="005D4F52">
            <w:pPr>
              <w:bidi/>
            </w:pPr>
            <w:r w:rsidRPr="001D6D07">
              <w:rPr>
                <w:rFonts w:hint="cs"/>
                <w:rtl/>
              </w:rPr>
              <w:t>اذكر</w:t>
            </w:r>
            <w:r w:rsidRPr="001D6D07">
              <w:rPr>
                <w:rtl/>
              </w:rPr>
              <w:t xml:space="preserve"> </w:t>
            </w:r>
            <w:r w:rsidRPr="001D6D07">
              <w:rPr>
                <w:rFonts w:hint="cs"/>
                <w:rtl/>
              </w:rPr>
              <w:t>أن</w:t>
            </w:r>
            <w:r w:rsidRPr="001D6D07">
              <w:rPr>
                <w:rtl/>
              </w:rPr>
              <w:t xml:space="preserve"> </w:t>
            </w:r>
            <w:r w:rsidRPr="001D6D07">
              <w:rPr>
                <w:rFonts w:hint="cs"/>
                <w:rtl/>
              </w:rPr>
              <w:t>فحوص</w:t>
            </w:r>
            <w:r w:rsidRPr="001D6D07">
              <w:rPr>
                <w:rtl/>
              </w:rPr>
              <w:t xml:space="preserve"> </w:t>
            </w:r>
            <w:r w:rsidRPr="001D6D07">
              <w:rPr>
                <w:rFonts w:hint="cs"/>
                <w:rtl/>
              </w:rPr>
              <w:t>الصلاحية</w:t>
            </w:r>
            <w:r w:rsidRPr="001D6D07">
              <w:rPr>
                <w:rtl/>
              </w:rPr>
              <w:t xml:space="preserve"> </w:t>
            </w:r>
            <w:r w:rsidRPr="001D6D07">
              <w:rPr>
                <w:rFonts w:hint="cs"/>
                <w:rtl/>
              </w:rPr>
              <w:t>والثبات</w:t>
            </w:r>
            <w:r w:rsidRPr="001D6D07">
              <w:rPr>
                <w:rtl/>
              </w:rPr>
              <w:t xml:space="preserve"> </w:t>
            </w:r>
            <w:r w:rsidRPr="001D6D07">
              <w:rPr>
                <w:rFonts w:hint="cs"/>
                <w:rtl/>
              </w:rPr>
              <w:t>ستكون</w:t>
            </w:r>
            <w:r w:rsidRPr="001D6D07">
              <w:rPr>
                <w:rtl/>
              </w:rPr>
              <w:t xml:space="preserve"> </w:t>
            </w:r>
            <w:r w:rsidRPr="001D6D07">
              <w:rPr>
                <w:rFonts w:hint="cs"/>
                <w:rtl/>
              </w:rPr>
              <w:t>في</w:t>
            </w:r>
            <w:r w:rsidRPr="001D6D07">
              <w:rPr>
                <w:rtl/>
              </w:rPr>
              <w:t xml:space="preserve"> </w:t>
            </w:r>
            <w:r w:rsidRPr="001D6D07">
              <w:rPr>
                <w:rFonts w:hint="cs"/>
                <w:rtl/>
              </w:rPr>
              <w:t>فصل</w:t>
            </w:r>
            <w:r w:rsidRPr="001D6D07">
              <w:rPr>
                <w:rtl/>
              </w:rPr>
              <w:t xml:space="preserve"> </w:t>
            </w:r>
            <w:r w:rsidRPr="001D6D07">
              <w:rPr>
                <w:rFonts w:hint="cs"/>
                <w:rtl/>
              </w:rPr>
              <w:t>المنهجية</w:t>
            </w:r>
            <w:r w:rsidRPr="001D6D07">
              <w:rPr>
                <w:rtl/>
              </w:rPr>
              <w:t>/</w:t>
            </w:r>
            <w:r w:rsidRPr="001D6D07">
              <w:rPr>
                <w:rFonts w:hint="cs"/>
                <w:rtl/>
              </w:rPr>
              <w:t>النتائج،</w:t>
            </w:r>
            <w:r w:rsidRPr="001D6D07">
              <w:rPr>
                <w:rtl/>
              </w:rPr>
              <w:t xml:space="preserve"> </w:t>
            </w:r>
            <w:r w:rsidRPr="001D6D07">
              <w:rPr>
                <w:rFonts w:hint="cs"/>
                <w:rtl/>
              </w:rPr>
              <w:t>وأن</w:t>
            </w:r>
            <w:r w:rsidRPr="001D6D07">
              <w:rPr>
                <w:rtl/>
              </w:rPr>
              <w:t xml:space="preserve"> </w:t>
            </w:r>
            <w:r w:rsidRPr="001D6D07">
              <w:rPr>
                <w:rFonts w:hint="cs"/>
                <w:rtl/>
              </w:rPr>
              <w:t>اختبار</w:t>
            </w:r>
            <w:r w:rsidRPr="001D6D07">
              <w:rPr>
                <w:rtl/>
              </w:rPr>
              <w:t xml:space="preserve"> </w:t>
            </w:r>
            <w:r w:rsidRPr="001D6D07">
              <w:rPr>
                <w:rFonts w:hint="cs"/>
                <w:rtl/>
              </w:rPr>
              <w:t>الفرضيات</w:t>
            </w:r>
            <w:r w:rsidRPr="001D6D07">
              <w:rPr>
                <w:rtl/>
              </w:rPr>
              <w:t xml:space="preserve"> </w:t>
            </w:r>
            <w:r w:rsidRPr="001D6D07">
              <w:rPr>
                <w:rFonts w:hint="cs"/>
                <w:rtl/>
              </w:rPr>
              <w:t>سيتم</w:t>
            </w:r>
            <w:r w:rsidRPr="001D6D07">
              <w:rPr>
                <w:rtl/>
              </w:rPr>
              <w:t xml:space="preserve"> </w:t>
            </w:r>
            <w:r w:rsidRPr="001D6D07">
              <w:rPr>
                <w:rFonts w:hint="cs"/>
                <w:rtl/>
              </w:rPr>
              <w:t>بنموذج</w:t>
            </w:r>
            <w:r w:rsidRPr="001D6D07">
              <w:rPr>
                <w:rtl/>
              </w:rPr>
              <w:t xml:space="preserve"> </w:t>
            </w:r>
            <w:r w:rsidRPr="001D6D07">
              <w:rPr>
                <w:rFonts w:hint="cs"/>
                <w:rtl/>
              </w:rPr>
              <w:t>إحصائي</w:t>
            </w:r>
            <w:r w:rsidRPr="001D6D07">
              <w:rPr>
                <w:rtl/>
              </w:rPr>
              <w:t xml:space="preserve"> </w:t>
            </w:r>
            <w:r w:rsidRPr="001D6D07">
              <w:rPr>
                <w:rFonts w:hint="cs"/>
                <w:rtl/>
              </w:rPr>
              <w:t>محدد</w:t>
            </w:r>
            <w:r w:rsidRPr="001D6D07">
              <w:t xml:space="preserve"> (</w:t>
            </w:r>
            <w:r w:rsidRPr="001D6D07">
              <w:rPr>
                <w:rFonts w:hint="cs"/>
                <w:rtl/>
              </w:rPr>
              <w:t>انحدار</w:t>
            </w:r>
            <w:r w:rsidRPr="001D6D07">
              <w:rPr>
                <w:rtl/>
              </w:rPr>
              <w:t xml:space="preserve"> </w:t>
            </w:r>
            <w:r w:rsidRPr="001D6D07">
              <w:rPr>
                <w:rFonts w:hint="cs"/>
                <w:rtl/>
              </w:rPr>
              <w:t>متعدد</w:t>
            </w:r>
            <w:r w:rsidRPr="001D6D07">
              <w:t xml:space="preserve">/SEM </w:t>
            </w:r>
            <w:r w:rsidRPr="001D6D07">
              <w:rPr>
                <w:rFonts w:hint="cs"/>
                <w:rtl/>
              </w:rPr>
              <w:t>وفق</w:t>
            </w:r>
            <w:r w:rsidRPr="001D6D07">
              <w:rPr>
                <w:rtl/>
              </w:rPr>
              <w:t xml:space="preserve"> </w:t>
            </w:r>
            <w:r w:rsidRPr="001D6D07">
              <w:rPr>
                <w:rFonts w:hint="cs"/>
                <w:rtl/>
              </w:rPr>
              <w:t>الخطة</w:t>
            </w:r>
            <w:r w:rsidRPr="001D6D07">
              <w:t>).</w:t>
            </w:r>
          </w:p>
        </w:tc>
        <w:tc>
          <w:tcPr>
            <w:tcW w:w="2610" w:type="dxa"/>
          </w:tcPr>
          <w:p w14:paraId="71C6F1FF" w14:textId="6C397B11" w:rsidR="005D4F52" w:rsidRDefault="005D4F52" w:rsidP="005D4F52">
            <w:pPr>
              <w:bidi/>
              <w:rPr>
                <w:rFonts w:ascii="Arial" w:hAnsi="Arial"/>
              </w:rPr>
            </w:pPr>
            <w:r w:rsidRPr="004C08F4">
              <w:rPr>
                <w:rFonts w:hint="cs"/>
                <w:rtl/>
              </w:rPr>
              <w:t>لا</w:t>
            </w:r>
            <w:r w:rsidRPr="004C08F4">
              <w:rPr>
                <w:rtl/>
              </w:rPr>
              <w:t xml:space="preserve"> </w:t>
            </w:r>
            <w:r w:rsidRPr="004C08F4">
              <w:rPr>
                <w:rFonts w:hint="cs"/>
                <w:rtl/>
              </w:rPr>
              <w:t>يُذكر</w:t>
            </w:r>
            <w:r w:rsidRPr="004C08F4">
              <w:rPr>
                <w:rtl/>
              </w:rPr>
              <w:t xml:space="preserve"> </w:t>
            </w:r>
            <w:r w:rsidRPr="004C08F4">
              <w:rPr>
                <w:rFonts w:hint="cs"/>
                <w:rtl/>
              </w:rPr>
              <w:t>موضع</w:t>
            </w:r>
            <w:r w:rsidRPr="004C08F4">
              <w:rPr>
                <w:rtl/>
              </w:rPr>
              <w:t xml:space="preserve"> </w:t>
            </w:r>
            <w:r w:rsidRPr="004C08F4">
              <w:rPr>
                <w:rFonts w:hint="cs"/>
                <w:rtl/>
              </w:rPr>
              <w:t>اختبارات</w:t>
            </w:r>
            <w:r w:rsidRPr="004C08F4">
              <w:rPr>
                <w:rtl/>
              </w:rPr>
              <w:t xml:space="preserve"> </w:t>
            </w:r>
            <w:r w:rsidRPr="004C08F4">
              <w:rPr>
                <w:rFonts w:hint="cs"/>
                <w:rtl/>
              </w:rPr>
              <w:t>الصلاحية</w:t>
            </w:r>
            <w:r w:rsidRPr="004C08F4">
              <w:rPr>
                <w:rtl/>
              </w:rPr>
              <w:t xml:space="preserve"> </w:t>
            </w:r>
            <w:r w:rsidRPr="004C08F4">
              <w:rPr>
                <w:rFonts w:hint="cs"/>
                <w:rtl/>
              </w:rPr>
              <w:t>والثبات</w:t>
            </w:r>
            <w:r w:rsidRPr="004C08F4">
              <w:rPr>
                <w:rtl/>
              </w:rPr>
              <w:t xml:space="preserve"> </w:t>
            </w:r>
            <w:r w:rsidRPr="004C08F4">
              <w:rPr>
                <w:rFonts w:hint="cs"/>
                <w:rtl/>
              </w:rPr>
              <w:t>ومكان</w:t>
            </w:r>
            <w:r w:rsidRPr="004C08F4">
              <w:rPr>
                <w:rtl/>
              </w:rPr>
              <w:t xml:space="preserve"> </w:t>
            </w:r>
            <w:r w:rsidRPr="004C08F4">
              <w:rPr>
                <w:rFonts w:hint="cs"/>
                <w:rtl/>
              </w:rPr>
              <w:t>اختبار</w:t>
            </w:r>
            <w:r w:rsidRPr="004C08F4">
              <w:rPr>
                <w:rtl/>
              </w:rPr>
              <w:t xml:space="preserve"> </w:t>
            </w:r>
            <w:r w:rsidRPr="004C08F4">
              <w:rPr>
                <w:rFonts w:hint="cs"/>
                <w:rtl/>
              </w:rPr>
              <w:t>الفرضيات</w:t>
            </w:r>
            <w:r w:rsidRPr="004C08F4">
              <w:t>.</w:t>
            </w:r>
          </w:p>
        </w:tc>
        <w:tc>
          <w:tcPr>
            <w:tcW w:w="1980" w:type="dxa"/>
          </w:tcPr>
          <w:p w14:paraId="610A2080" w14:textId="4D0AC01A" w:rsidR="005D4F52" w:rsidRDefault="005D4F52" w:rsidP="005D4F52">
            <w:pPr>
              <w:bidi/>
              <w:rPr>
                <w:rFonts w:ascii="Arial" w:hAnsi="Arial"/>
              </w:rPr>
            </w:pPr>
            <w:r w:rsidRPr="00A71446">
              <w:rPr>
                <w:rFonts w:hint="cs"/>
                <w:rtl/>
              </w:rPr>
              <w:t>موضع</w:t>
            </w:r>
            <w:r w:rsidRPr="00A71446">
              <w:rPr>
                <w:rtl/>
              </w:rPr>
              <w:t xml:space="preserve"> </w:t>
            </w:r>
            <w:r w:rsidRPr="00A71446">
              <w:rPr>
                <w:rFonts w:hint="cs"/>
                <w:rtl/>
              </w:rPr>
              <w:t>اختبار</w:t>
            </w:r>
            <w:r w:rsidRPr="00A71446">
              <w:rPr>
                <w:rtl/>
              </w:rPr>
              <w:t xml:space="preserve"> </w:t>
            </w:r>
            <w:r w:rsidRPr="00A71446">
              <w:rPr>
                <w:rFonts w:hint="cs"/>
                <w:rtl/>
              </w:rPr>
              <w:t>الفرضيات</w:t>
            </w:r>
          </w:p>
        </w:tc>
        <w:tc>
          <w:tcPr>
            <w:tcW w:w="1278" w:type="dxa"/>
          </w:tcPr>
          <w:p w14:paraId="0772BAF9" w14:textId="03F1745F" w:rsidR="005D4F52" w:rsidRDefault="005D4F52" w:rsidP="005D4F52">
            <w:pPr>
              <w:bidi/>
              <w:rPr>
                <w:rFonts w:ascii="Arial" w:hAnsi="Arial"/>
              </w:rPr>
            </w:pPr>
            <w:r>
              <w:rPr>
                <w:rFonts w:ascii="Arial" w:hAnsi="Arial"/>
              </w:rPr>
              <w:t>2</w:t>
            </w:r>
          </w:p>
        </w:tc>
      </w:tr>
    </w:tbl>
    <w:p w14:paraId="28011C55" w14:textId="77777777" w:rsidR="00A00555" w:rsidRDefault="00A00555" w:rsidP="00A14790">
      <w:pPr>
        <w:bidi/>
      </w:pPr>
    </w:p>
    <w:p w14:paraId="4DA89F47" w14:textId="77777777" w:rsidR="00A00555" w:rsidRDefault="00A35E6B" w:rsidP="00A14790">
      <w:pPr>
        <w:pStyle w:val="Heading2"/>
        <w:bidi/>
      </w:pPr>
      <w:r>
        <w:rPr>
          <w:rFonts w:ascii="Arial" w:hAnsi="Arial"/>
          <w:sz w:val="28"/>
        </w:rPr>
        <w:t>ملاحظات عامة على الأسلوب والصياغة في الفصل الأول</w:t>
      </w:r>
    </w:p>
    <w:tbl>
      <w:tblPr>
        <w:tblStyle w:val="TableGrid"/>
        <w:tblW w:w="0" w:type="auto"/>
        <w:jc w:val="right"/>
        <w:tblLook w:val="04A0" w:firstRow="1" w:lastRow="0" w:firstColumn="1" w:lastColumn="0" w:noHBand="0" w:noVBand="1"/>
      </w:tblPr>
      <w:tblGrid>
        <w:gridCol w:w="2768"/>
        <w:gridCol w:w="2607"/>
        <w:gridCol w:w="1978"/>
        <w:gridCol w:w="1277"/>
      </w:tblGrid>
      <w:tr w:rsidR="005D4F52" w14:paraId="7DB5BA99" w14:textId="15CC6887" w:rsidTr="005D4F52">
        <w:trPr>
          <w:jc w:val="right"/>
        </w:trPr>
        <w:tc>
          <w:tcPr>
            <w:tcW w:w="2772" w:type="dxa"/>
          </w:tcPr>
          <w:p w14:paraId="21456162" w14:textId="5D85EEF7" w:rsidR="005D4F52" w:rsidRDefault="005D4F52" w:rsidP="005D4F52">
            <w:pPr>
              <w:bidi/>
            </w:pPr>
            <w:r w:rsidRPr="00A14790">
              <w:rPr>
                <w:rFonts w:hint="cs"/>
                <w:b/>
                <w:bCs/>
                <w:rtl/>
              </w:rPr>
              <w:t>كيفية</w:t>
            </w:r>
            <w:r w:rsidRPr="00A14790">
              <w:rPr>
                <w:b/>
                <w:bCs/>
                <w:rtl/>
              </w:rPr>
              <w:t xml:space="preserve"> </w:t>
            </w:r>
            <w:r w:rsidRPr="00A14790">
              <w:rPr>
                <w:rFonts w:hint="cs"/>
                <w:b/>
                <w:bCs/>
                <w:rtl/>
              </w:rPr>
              <w:t>التنفيذ</w:t>
            </w:r>
            <w:r w:rsidRPr="00A14790">
              <w:rPr>
                <w:b/>
                <w:bCs/>
                <w:rtl/>
              </w:rPr>
              <w:t xml:space="preserve"> (</w:t>
            </w:r>
            <w:r w:rsidRPr="00A14790">
              <w:rPr>
                <w:rFonts w:hint="cs"/>
                <w:b/>
                <w:bCs/>
                <w:rtl/>
              </w:rPr>
              <w:t>خطوات</w:t>
            </w:r>
            <w:r w:rsidRPr="00A14790">
              <w:rPr>
                <w:b/>
                <w:bCs/>
                <w:rtl/>
              </w:rPr>
              <w:t xml:space="preserve"> </w:t>
            </w:r>
            <w:r w:rsidRPr="00A14790">
              <w:rPr>
                <w:rFonts w:hint="cs"/>
                <w:b/>
                <w:bCs/>
                <w:rtl/>
              </w:rPr>
              <w:t>عملية</w:t>
            </w:r>
            <w:r w:rsidRPr="00A14790">
              <w:rPr>
                <w:b/>
                <w:bCs/>
                <w:rtl/>
              </w:rPr>
              <w:t xml:space="preserve"> </w:t>
            </w:r>
            <w:r w:rsidRPr="00A14790">
              <w:rPr>
                <w:rFonts w:hint="cs"/>
                <w:b/>
                <w:bCs/>
                <w:rtl/>
              </w:rPr>
              <w:t>للطالب</w:t>
            </w:r>
            <w:r w:rsidRPr="00A14790">
              <w:rPr>
                <w:b/>
                <w:bCs/>
                <w:rtl/>
              </w:rPr>
              <w:t>)</w:t>
            </w:r>
          </w:p>
        </w:tc>
        <w:tc>
          <w:tcPr>
            <w:tcW w:w="2610" w:type="dxa"/>
          </w:tcPr>
          <w:p w14:paraId="69A332E9" w14:textId="447E731E" w:rsidR="005D4F52" w:rsidRDefault="005D4F52" w:rsidP="005D4F52">
            <w:pPr>
              <w:bidi/>
              <w:rPr>
                <w:rFonts w:ascii="Arial" w:hAnsi="Arial"/>
                <w:b/>
              </w:rPr>
            </w:pPr>
            <w:r w:rsidRPr="00A14790">
              <w:rPr>
                <w:rFonts w:hint="cs"/>
                <w:b/>
                <w:bCs/>
                <w:rtl/>
              </w:rPr>
              <w:t>نص</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بالعربية</w:t>
            </w:r>
            <w:r w:rsidRPr="00A14790">
              <w:rPr>
                <w:b/>
                <w:bCs/>
                <w:rtl/>
              </w:rPr>
              <w:t xml:space="preserve"> </w:t>
            </w:r>
            <w:r w:rsidRPr="00A14790">
              <w:rPr>
                <w:rFonts w:hint="cs"/>
                <w:b/>
                <w:bCs/>
                <w:rtl/>
              </w:rPr>
              <w:t>الأكاديمية</w:t>
            </w:r>
            <w:r w:rsidRPr="00A14790">
              <w:rPr>
                <w:b/>
                <w:bCs/>
                <w:rtl/>
              </w:rPr>
              <w:t>)</w:t>
            </w:r>
          </w:p>
        </w:tc>
        <w:tc>
          <w:tcPr>
            <w:tcW w:w="1980" w:type="dxa"/>
          </w:tcPr>
          <w:p w14:paraId="2363ED29" w14:textId="6FE6C7A9" w:rsidR="005D4F52" w:rsidRDefault="005D4F52" w:rsidP="005D4F52">
            <w:pPr>
              <w:bidi/>
              <w:rPr>
                <w:rFonts w:ascii="Arial" w:hAnsi="Arial"/>
                <w:b/>
              </w:rPr>
            </w:pPr>
            <w:r w:rsidRPr="00A14790">
              <w:rPr>
                <w:rFonts w:hint="cs"/>
                <w:b/>
                <w:bCs/>
                <w:rtl/>
              </w:rPr>
              <w:t>موضع</w:t>
            </w:r>
            <w:r w:rsidRPr="00A14790">
              <w:rPr>
                <w:b/>
                <w:bCs/>
                <w:rtl/>
              </w:rPr>
              <w:t xml:space="preserve"> </w:t>
            </w:r>
            <w:r w:rsidRPr="00A14790">
              <w:rPr>
                <w:rFonts w:hint="cs"/>
                <w:b/>
                <w:bCs/>
                <w:rtl/>
              </w:rPr>
              <w:t>الملاحظة</w:t>
            </w:r>
            <w:r w:rsidRPr="00A14790">
              <w:rPr>
                <w:b/>
                <w:bCs/>
                <w:rtl/>
              </w:rPr>
              <w:t xml:space="preserve"> </w:t>
            </w:r>
            <w:r w:rsidRPr="00A14790">
              <w:rPr>
                <w:rFonts w:hint="cs"/>
                <w:b/>
                <w:bCs/>
                <w:rtl/>
              </w:rPr>
              <w:t>في</w:t>
            </w:r>
            <w:r w:rsidRPr="00A14790">
              <w:rPr>
                <w:b/>
                <w:bCs/>
                <w:rtl/>
              </w:rPr>
              <w:t xml:space="preserve"> </w:t>
            </w:r>
            <w:r w:rsidRPr="00A14790">
              <w:rPr>
                <w:rFonts w:hint="cs"/>
                <w:b/>
                <w:bCs/>
                <w:rtl/>
              </w:rPr>
              <w:t>النص</w:t>
            </w:r>
          </w:p>
        </w:tc>
        <w:tc>
          <w:tcPr>
            <w:tcW w:w="1278" w:type="dxa"/>
          </w:tcPr>
          <w:p w14:paraId="5DD2B744" w14:textId="5D992FAC" w:rsidR="005D4F52" w:rsidRDefault="005D4F52" w:rsidP="005D4F52">
            <w:pPr>
              <w:bidi/>
              <w:rPr>
                <w:rFonts w:ascii="Arial" w:hAnsi="Arial"/>
                <w:b/>
              </w:rPr>
            </w:pPr>
            <w:r w:rsidRPr="00A14790">
              <w:rPr>
                <w:rFonts w:hint="cs"/>
                <w:b/>
                <w:bCs/>
                <w:rtl/>
              </w:rPr>
              <w:t>رقم</w:t>
            </w:r>
            <w:r w:rsidRPr="00A14790">
              <w:rPr>
                <w:b/>
                <w:bCs/>
                <w:rtl/>
              </w:rPr>
              <w:t xml:space="preserve"> </w:t>
            </w:r>
            <w:r w:rsidRPr="00A14790">
              <w:rPr>
                <w:rFonts w:hint="cs"/>
                <w:b/>
                <w:bCs/>
                <w:rtl/>
              </w:rPr>
              <w:t>الملاحظة</w:t>
            </w:r>
          </w:p>
        </w:tc>
      </w:tr>
      <w:tr w:rsidR="005D4F52" w14:paraId="1F161C25" w14:textId="77CD9CB1" w:rsidTr="005D4F52">
        <w:trPr>
          <w:jc w:val="right"/>
        </w:trPr>
        <w:tc>
          <w:tcPr>
            <w:tcW w:w="2772" w:type="dxa"/>
          </w:tcPr>
          <w:p w14:paraId="6BEDDBCC" w14:textId="68246A91" w:rsidR="005D4F52" w:rsidRDefault="005D4F52" w:rsidP="005D4F52">
            <w:pPr>
              <w:bidi/>
            </w:pPr>
            <w:r w:rsidRPr="0021549A">
              <w:rPr>
                <w:rFonts w:hint="cs"/>
                <w:rtl/>
              </w:rPr>
              <w:t>قسّم</w:t>
            </w:r>
            <w:r w:rsidRPr="0021549A">
              <w:rPr>
                <w:rtl/>
              </w:rPr>
              <w:t xml:space="preserve"> </w:t>
            </w:r>
            <w:r w:rsidRPr="0021549A">
              <w:rPr>
                <w:rFonts w:hint="cs"/>
                <w:rtl/>
              </w:rPr>
              <w:t>الفقرات</w:t>
            </w:r>
            <w:r w:rsidRPr="0021549A">
              <w:rPr>
                <w:rtl/>
              </w:rPr>
              <w:t xml:space="preserve"> </w:t>
            </w:r>
            <w:r w:rsidRPr="0021549A">
              <w:rPr>
                <w:rFonts w:hint="cs"/>
                <w:rtl/>
              </w:rPr>
              <w:t>إلى</w:t>
            </w:r>
            <w:r w:rsidRPr="0021549A">
              <w:rPr>
                <w:rtl/>
              </w:rPr>
              <w:t xml:space="preserve"> </w:t>
            </w:r>
            <w:r w:rsidRPr="0021549A">
              <w:rPr>
                <w:rFonts w:hint="cs"/>
                <w:rtl/>
              </w:rPr>
              <w:t>وحدات</w:t>
            </w:r>
            <w:r w:rsidRPr="0021549A">
              <w:rPr>
                <w:rtl/>
              </w:rPr>
              <w:t xml:space="preserve"> (3–5 </w:t>
            </w:r>
            <w:r w:rsidRPr="0021549A">
              <w:rPr>
                <w:rFonts w:hint="cs"/>
                <w:rtl/>
              </w:rPr>
              <w:t>أسطر</w:t>
            </w:r>
            <w:r w:rsidRPr="0021549A">
              <w:rPr>
                <w:rtl/>
              </w:rPr>
              <w:t>)</w:t>
            </w:r>
            <w:r w:rsidRPr="0021549A">
              <w:rPr>
                <w:rFonts w:hint="cs"/>
                <w:rtl/>
              </w:rPr>
              <w:t>،</w:t>
            </w:r>
            <w:r w:rsidRPr="0021549A">
              <w:rPr>
                <w:rtl/>
              </w:rPr>
              <w:t xml:space="preserve"> </w:t>
            </w:r>
            <w:r w:rsidRPr="0021549A">
              <w:rPr>
                <w:rFonts w:hint="cs"/>
                <w:rtl/>
              </w:rPr>
              <w:t>وابدأ</w:t>
            </w:r>
            <w:r w:rsidRPr="0021549A">
              <w:rPr>
                <w:rtl/>
              </w:rPr>
              <w:t xml:space="preserve"> </w:t>
            </w:r>
            <w:r w:rsidRPr="0021549A">
              <w:rPr>
                <w:rFonts w:hint="cs"/>
                <w:rtl/>
              </w:rPr>
              <w:t>كل</w:t>
            </w:r>
            <w:r w:rsidRPr="0021549A">
              <w:rPr>
                <w:rtl/>
              </w:rPr>
              <w:t xml:space="preserve"> </w:t>
            </w:r>
            <w:r w:rsidRPr="0021549A">
              <w:rPr>
                <w:rFonts w:hint="cs"/>
                <w:rtl/>
              </w:rPr>
              <w:t>فقرة</w:t>
            </w:r>
            <w:r w:rsidRPr="0021549A">
              <w:rPr>
                <w:rtl/>
              </w:rPr>
              <w:t xml:space="preserve"> </w:t>
            </w:r>
            <w:r w:rsidRPr="0021549A">
              <w:rPr>
                <w:rFonts w:hint="cs"/>
                <w:rtl/>
              </w:rPr>
              <w:t>بجملة</w:t>
            </w:r>
            <w:r w:rsidRPr="0021549A">
              <w:rPr>
                <w:rtl/>
              </w:rPr>
              <w:t xml:space="preserve"> </w:t>
            </w:r>
            <w:r w:rsidRPr="0021549A">
              <w:rPr>
                <w:rFonts w:hint="cs"/>
                <w:rtl/>
              </w:rPr>
              <w:t>موضوع</w:t>
            </w:r>
            <w:r w:rsidRPr="0021549A">
              <w:rPr>
                <w:rtl/>
              </w:rPr>
              <w:t xml:space="preserve"> </w:t>
            </w:r>
            <w:r w:rsidRPr="0021549A">
              <w:rPr>
                <w:rFonts w:hint="cs"/>
                <w:rtl/>
              </w:rPr>
              <w:t>واضحة،</w:t>
            </w:r>
            <w:r w:rsidRPr="0021549A">
              <w:rPr>
                <w:rtl/>
              </w:rPr>
              <w:t xml:space="preserve"> </w:t>
            </w:r>
            <w:r w:rsidRPr="0021549A">
              <w:rPr>
                <w:rFonts w:hint="cs"/>
                <w:rtl/>
              </w:rPr>
              <w:t>وأنهِها</w:t>
            </w:r>
            <w:r w:rsidRPr="0021549A">
              <w:rPr>
                <w:rtl/>
              </w:rPr>
              <w:t xml:space="preserve"> </w:t>
            </w:r>
            <w:r w:rsidRPr="0021549A">
              <w:rPr>
                <w:rFonts w:hint="cs"/>
                <w:rtl/>
              </w:rPr>
              <w:t>بجملة</w:t>
            </w:r>
            <w:r w:rsidRPr="0021549A">
              <w:rPr>
                <w:rtl/>
              </w:rPr>
              <w:t xml:space="preserve"> </w:t>
            </w:r>
            <w:r w:rsidRPr="0021549A">
              <w:rPr>
                <w:rFonts w:hint="cs"/>
                <w:rtl/>
              </w:rPr>
              <w:t>انتقالية</w:t>
            </w:r>
            <w:r w:rsidRPr="0021549A">
              <w:t>.</w:t>
            </w:r>
          </w:p>
        </w:tc>
        <w:tc>
          <w:tcPr>
            <w:tcW w:w="2610" w:type="dxa"/>
          </w:tcPr>
          <w:p w14:paraId="50C59861" w14:textId="7ED2EB27" w:rsidR="005D4F52" w:rsidRDefault="005D4F52" w:rsidP="005D4F52">
            <w:pPr>
              <w:bidi/>
              <w:rPr>
                <w:rFonts w:ascii="Arial" w:hAnsi="Arial"/>
              </w:rPr>
            </w:pPr>
            <w:r w:rsidRPr="004E6C4A">
              <w:rPr>
                <w:rFonts w:hint="cs"/>
                <w:rtl/>
              </w:rPr>
              <w:t>فقرات</w:t>
            </w:r>
            <w:r w:rsidRPr="004E6C4A">
              <w:rPr>
                <w:rtl/>
              </w:rPr>
              <w:t xml:space="preserve"> </w:t>
            </w:r>
            <w:r w:rsidRPr="004E6C4A">
              <w:rPr>
                <w:rFonts w:hint="cs"/>
                <w:rtl/>
              </w:rPr>
              <w:t>طويلة</w:t>
            </w:r>
            <w:r w:rsidRPr="004E6C4A">
              <w:rPr>
                <w:rtl/>
              </w:rPr>
              <w:t xml:space="preserve"> </w:t>
            </w:r>
            <w:r w:rsidRPr="004E6C4A">
              <w:rPr>
                <w:rFonts w:hint="cs"/>
                <w:rtl/>
              </w:rPr>
              <w:t>تتضمن</w:t>
            </w:r>
            <w:r w:rsidRPr="004E6C4A">
              <w:rPr>
                <w:rtl/>
              </w:rPr>
              <w:t xml:space="preserve"> </w:t>
            </w:r>
            <w:r w:rsidRPr="004E6C4A">
              <w:rPr>
                <w:rFonts w:hint="cs"/>
                <w:rtl/>
              </w:rPr>
              <w:t>أكثر</w:t>
            </w:r>
            <w:r w:rsidRPr="004E6C4A">
              <w:rPr>
                <w:rtl/>
              </w:rPr>
              <w:t xml:space="preserve"> </w:t>
            </w:r>
            <w:r w:rsidRPr="004E6C4A">
              <w:rPr>
                <w:rFonts w:hint="cs"/>
                <w:rtl/>
              </w:rPr>
              <w:t>من</w:t>
            </w:r>
            <w:r w:rsidRPr="004E6C4A">
              <w:rPr>
                <w:rtl/>
              </w:rPr>
              <w:t xml:space="preserve"> </w:t>
            </w:r>
            <w:r w:rsidRPr="004E6C4A">
              <w:rPr>
                <w:rFonts w:hint="cs"/>
                <w:rtl/>
              </w:rPr>
              <w:t>فكرة</w:t>
            </w:r>
            <w:r w:rsidRPr="004E6C4A">
              <w:rPr>
                <w:rtl/>
              </w:rPr>
              <w:t xml:space="preserve"> </w:t>
            </w:r>
            <w:r w:rsidRPr="004E6C4A">
              <w:rPr>
                <w:rFonts w:hint="cs"/>
                <w:rtl/>
              </w:rPr>
              <w:t>رئيسة</w:t>
            </w:r>
            <w:r w:rsidRPr="004E6C4A">
              <w:rPr>
                <w:rtl/>
              </w:rPr>
              <w:t xml:space="preserve"> </w:t>
            </w:r>
            <w:r w:rsidRPr="004E6C4A">
              <w:rPr>
                <w:rFonts w:hint="cs"/>
                <w:rtl/>
              </w:rPr>
              <w:t>وتفاوت</w:t>
            </w:r>
            <w:r w:rsidRPr="004E6C4A">
              <w:rPr>
                <w:rtl/>
              </w:rPr>
              <w:t xml:space="preserve"> </w:t>
            </w:r>
            <w:r w:rsidRPr="004E6C4A">
              <w:rPr>
                <w:rFonts w:hint="cs"/>
                <w:rtl/>
              </w:rPr>
              <w:t>في</w:t>
            </w:r>
            <w:r w:rsidRPr="004E6C4A">
              <w:rPr>
                <w:rtl/>
              </w:rPr>
              <w:t xml:space="preserve"> </w:t>
            </w:r>
            <w:r w:rsidRPr="004E6C4A">
              <w:rPr>
                <w:rFonts w:hint="cs"/>
                <w:rtl/>
              </w:rPr>
              <w:t>طول</w:t>
            </w:r>
            <w:r w:rsidRPr="004E6C4A">
              <w:rPr>
                <w:rtl/>
              </w:rPr>
              <w:t xml:space="preserve"> </w:t>
            </w:r>
            <w:r w:rsidRPr="004E6C4A">
              <w:rPr>
                <w:rFonts w:hint="cs"/>
                <w:rtl/>
              </w:rPr>
              <w:t>الجمل</w:t>
            </w:r>
            <w:r w:rsidRPr="004E6C4A">
              <w:t>.</w:t>
            </w:r>
          </w:p>
        </w:tc>
        <w:tc>
          <w:tcPr>
            <w:tcW w:w="1980" w:type="dxa"/>
          </w:tcPr>
          <w:p w14:paraId="1FAB1899" w14:textId="227DD70C" w:rsidR="005D4F52" w:rsidRPr="005D4F52" w:rsidRDefault="005D4F52" w:rsidP="005D4F52">
            <w:pPr>
              <w:bidi/>
              <w:rPr>
                <w:rFonts w:ascii="Arial" w:hAnsi="Arial"/>
                <w:b/>
                <w:bCs/>
              </w:rPr>
            </w:pPr>
            <w:r w:rsidRPr="00F330C5">
              <w:rPr>
                <w:rFonts w:hint="cs"/>
                <w:rtl/>
              </w:rPr>
              <w:t>عبر</w:t>
            </w:r>
            <w:r w:rsidRPr="00F330C5">
              <w:rPr>
                <w:rtl/>
              </w:rPr>
              <w:t xml:space="preserve"> </w:t>
            </w:r>
            <w:r w:rsidRPr="00F330C5">
              <w:rPr>
                <w:rFonts w:hint="cs"/>
                <w:rtl/>
              </w:rPr>
              <w:t>الفصل</w:t>
            </w:r>
          </w:p>
        </w:tc>
        <w:tc>
          <w:tcPr>
            <w:tcW w:w="1278" w:type="dxa"/>
          </w:tcPr>
          <w:p w14:paraId="26012F35" w14:textId="4B8DF2DE" w:rsidR="005D4F52" w:rsidRDefault="005D4F52" w:rsidP="005D4F52">
            <w:pPr>
              <w:bidi/>
              <w:rPr>
                <w:rFonts w:ascii="Arial" w:hAnsi="Arial"/>
              </w:rPr>
            </w:pPr>
            <w:r>
              <w:rPr>
                <w:rFonts w:ascii="Arial" w:hAnsi="Arial"/>
              </w:rPr>
              <w:t>1</w:t>
            </w:r>
          </w:p>
        </w:tc>
      </w:tr>
      <w:tr w:rsidR="005D4F52" w14:paraId="63613242" w14:textId="167CD64E" w:rsidTr="005D4F52">
        <w:trPr>
          <w:jc w:val="right"/>
        </w:trPr>
        <w:tc>
          <w:tcPr>
            <w:tcW w:w="2772" w:type="dxa"/>
          </w:tcPr>
          <w:p w14:paraId="780B44F4" w14:textId="57EE7BB0" w:rsidR="005D4F52" w:rsidRDefault="005D4F52" w:rsidP="005D4F52">
            <w:pPr>
              <w:bidi/>
            </w:pPr>
            <w:r w:rsidRPr="0021549A">
              <w:rPr>
                <w:rFonts w:hint="cs"/>
                <w:rtl/>
              </w:rPr>
              <w:t>اعتمد</w:t>
            </w:r>
            <w:r w:rsidRPr="0021549A">
              <w:t xml:space="preserve"> APA-7</w:t>
            </w:r>
            <w:r w:rsidRPr="0021549A">
              <w:rPr>
                <w:rFonts w:hint="cs"/>
                <w:rtl/>
              </w:rPr>
              <w:t>،</w:t>
            </w:r>
            <w:r w:rsidRPr="0021549A">
              <w:rPr>
                <w:rtl/>
              </w:rPr>
              <w:t xml:space="preserve"> </w:t>
            </w:r>
            <w:r w:rsidRPr="0021549A">
              <w:rPr>
                <w:rFonts w:hint="cs"/>
                <w:rtl/>
              </w:rPr>
              <w:t>أضف</w:t>
            </w:r>
            <w:r w:rsidRPr="0021549A">
              <w:t xml:space="preserve"> DOI </w:t>
            </w:r>
            <w:r w:rsidRPr="0021549A">
              <w:rPr>
                <w:rFonts w:hint="cs"/>
                <w:rtl/>
              </w:rPr>
              <w:t>أو</w:t>
            </w:r>
            <w:r w:rsidRPr="0021549A">
              <w:rPr>
                <w:rtl/>
              </w:rPr>
              <w:t xml:space="preserve"> </w:t>
            </w:r>
            <w:r w:rsidRPr="0021549A">
              <w:rPr>
                <w:rFonts w:hint="cs"/>
                <w:rtl/>
              </w:rPr>
              <w:t>الروابط</w:t>
            </w:r>
            <w:r w:rsidRPr="0021549A">
              <w:rPr>
                <w:rtl/>
              </w:rPr>
              <w:t xml:space="preserve"> </w:t>
            </w:r>
            <w:r w:rsidRPr="0021549A">
              <w:rPr>
                <w:rFonts w:hint="cs"/>
                <w:rtl/>
              </w:rPr>
              <w:t>الرسمية،</w:t>
            </w:r>
            <w:r w:rsidRPr="0021549A">
              <w:rPr>
                <w:rtl/>
              </w:rPr>
              <w:t xml:space="preserve"> </w:t>
            </w:r>
            <w:r w:rsidRPr="0021549A">
              <w:rPr>
                <w:rFonts w:hint="cs"/>
                <w:rtl/>
              </w:rPr>
              <w:t>واحذف</w:t>
            </w:r>
            <w:r w:rsidRPr="0021549A">
              <w:rPr>
                <w:rtl/>
              </w:rPr>
              <w:t xml:space="preserve"> </w:t>
            </w:r>
            <w:r w:rsidRPr="0021549A">
              <w:rPr>
                <w:rFonts w:hint="cs"/>
                <w:rtl/>
              </w:rPr>
              <w:t>الروابط</w:t>
            </w:r>
            <w:r w:rsidRPr="0021549A">
              <w:rPr>
                <w:rtl/>
              </w:rPr>
              <w:t xml:space="preserve"> </w:t>
            </w:r>
            <w:r w:rsidRPr="0021549A">
              <w:rPr>
                <w:rFonts w:hint="cs"/>
                <w:rtl/>
              </w:rPr>
              <w:t>غير</w:t>
            </w:r>
            <w:r w:rsidRPr="0021549A">
              <w:rPr>
                <w:rtl/>
              </w:rPr>
              <w:t xml:space="preserve"> </w:t>
            </w:r>
            <w:r w:rsidRPr="0021549A">
              <w:rPr>
                <w:rFonts w:hint="cs"/>
                <w:rtl/>
              </w:rPr>
              <w:t>الأكاديمية</w:t>
            </w:r>
            <w:r w:rsidRPr="0021549A">
              <w:rPr>
                <w:rtl/>
              </w:rPr>
              <w:t xml:space="preserve"> </w:t>
            </w:r>
            <w:r w:rsidRPr="0021549A">
              <w:rPr>
                <w:rFonts w:hint="cs"/>
                <w:rtl/>
              </w:rPr>
              <w:t>متى</w:t>
            </w:r>
            <w:r w:rsidRPr="0021549A">
              <w:rPr>
                <w:rtl/>
              </w:rPr>
              <w:t xml:space="preserve"> </w:t>
            </w:r>
            <w:r w:rsidRPr="0021549A">
              <w:rPr>
                <w:rFonts w:hint="cs"/>
                <w:rtl/>
              </w:rPr>
              <w:t>أمكن</w:t>
            </w:r>
            <w:r w:rsidRPr="0021549A">
              <w:t>.</w:t>
            </w:r>
          </w:p>
        </w:tc>
        <w:tc>
          <w:tcPr>
            <w:tcW w:w="2610" w:type="dxa"/>
          </w:tcPr>
          <w:p w14:paraId="37EECD00" w14:textId="5D596677" w:rsidR="005D4F52" w:rsidRDefault="005D4F52" w:rsidP="005D4F52">
            <w:pPr>
              <w:bidi/>
              <w:rPr>
                <w:rFonts w:ascii="Arial" w:hAnsi="Arial"/>
              </w:rPr>
            </w:pPr>
            <w:r w:rsidRPr="004E6C4A">
              <w:rPr>
                <w:rFonts w:hint="cs"/>
                <w:rtl/>
              </w:rPr>
              <w:t>اختلاط</w:t>
            </w:r>
            <w:r w:rsidRPr="004E6C4A">
              <w:rPr>
                <w:rtl/>
              </w:rPr>
              <w:t xml:space="preserve"> </w:t>
            </w:r>
            <w:r w:rsidRPr="004E6C4A">
              <w:rPr>
                <w:rFonts w:hint="cs"/>
                <w:rtl/>
              </w:rPr>
              <w:t>مصادر</w:t>
            </w:r>
            <w:r w:rsidRPr="004E6C4A">
              <w:rPr>
                <w:rtl/>
              </w:rPr>
              <w:t xml:space="preserve"> </w:t>
            </w:r>
            <w:r w:rsidRPr="004E6C4A">
              <w:rPr>
                <w:rFonts w:hint="cs"/>
                <w:rtl/>
              </w:rPr>
              <w:t>محكّمة</w:t>
            </w:r>
            <w:r w:rsidRPr="004E6C4A">
              <w:rPr>
                <w:rtl/>
              </w:rPr>
              <w:t xml:space="preserve"> </w:t>
            </w:r>
            <w:r w:rsidRPr="004E6C4A">
              <w:rPr>
                <w:rFonts w:hint="cs"/>
                <w:rtl/>
              </w:rPr>
              <w:t>مع</w:t>
            </w:r>
            <w:r w:rsidRPr="004E6C4A">
              <w:rPr>
                <w:rtl/>
              </w:rPr>
              <w:t xml:space="preserve"> </w:t>
            </w:r>
            <w:r w:rsidRPr="004E6C4A">
              <w:rPr>
                <w:rFonts w:hint="cs"/>
                <w:rtl/>
              </w:rPr>
              <w:t>روابط</w:t>
            </w:r>
            <w:r w:rsidRPr="004E6C4A">
              <w:rPr>
                <w:rtl/>
              </w:rPr>
              <w:t xml:space="preserve"> </w:t>
            </w:r>
            <w:r w:rsidRPr="004E6C4A">
              <w:rPr>
                <w:rFonts w:hint="cs"/>
                <w:rtl/>
              </w:rPr>
              <w:t>عامة</w:t>
            </w:r>
            <w:r w:rsidRPr="004E6C4A">
              <w:rPr>
                <w:rtl/>
              </w:rPr>
              <w:t xml:space="preserve"> </w:t>
            </w:r>
            <w:r w:rsidRPr="004E6C4A">
              <w:rPr>
                <w:rFonts w:hint="cs"/>
                <w:rtl/>
              </w:rPr>
              <w:t>وتفاوت</w:t>
            </w:r>
            <w:r w:rsidRPr="004E6C4A">
              <w:rPr>
                <w:rtl/>
              </w:rPr>
              <w:t xml:space="preserve"> </w:t>
            </w:r>
            <w:r w:rsidRPr="004E6C4A">
              <w:rPr>
                <w:rFonts w:hint="cs"/>
                <w:rtl/>
              </w:rPr>
              <w:t>في</w:t>
            </w:r>
            <w:r w:rsidRPr="004E6C4A">
              <w:rPr>
                <w:rtl/>
              </w:rPr>
              <w:t xml:space="preserve"> </w:t>
            </w:r>
            <w:r w:rsidRPr="004E6C4A">
              <w:rPr>
                <w:rFonts w:hint="cs"/>
                <w:rtl/>
              </w:rPr>
              <w:t>نمط</w:t>
            </w:r>
            <w:r w:rsidRPr="004E6C4A">
              <w:t xml:space="preserve"> APA </w:t>
            </w:r>
            <w:r w:rsidRPr="004E6C4A">
              <w:rPr>
                <w:rFonts w:hint="cs"/>
                <w:rtl/>
              </w:rPr>
              <w:t>وغياب</w:t>
            </w:r>
            <w:r w:rsidRPr="004E6C4A">
              <w:t xml:space="preserve"> DOI </w:t>
            </w:r>
            <w:r w:rsidRPr="004E6C4A">
              <w:rPr>
                <w:rFonts w:hint="cs"/>
                <w:rtl/>
              </w:rPr>
              <w:t>في</w:t>
            </w:r>
            <w:r w:rsidRPr="004E6C4A">
              <w:rPr>
                <w:rtl/>
              </w:rPr>
              <w:t xml:space="preserve"> </w:t>
            </w:r>
            <w:r w:rsidRPr="004E6C4A">
              <w:rPr>
                <w:rFonts w:hint="cs"/>
                <w:rtl/>
              </w:rPr>
              <w:t>بعض</w:t>
            </w:r>
            <w:r w:rsidRPr="004E6C4A">
              <w:rPr>
                <w:rtl/>
              </w:rPr>
              <w:t xml:space="preserve"> </w:t>
            </w:r>
            <w:r w:rsidRPr="004E6C4A">
              <w:rPr>
                <w:rFonts w:hint="cs"/>
                <w:rtl/>
              </w:rPr>
              <w:t>المراجع</w:t>
            </w:r>
            <w:r w:rsidRPr="004E6C4A">
              <w:t>.</w:t>
            </w:r>
          </w:p>
        </w:tc>
        <w:tc>
          <w:tcPr>
            <w:tcW w:w="1980" w:type="dxa"/>
          </w:tcPr>
          <w:p w14:paraId="5BC86E82" w14:textId="7DCADEC7" w:rsidR="005D4F52" w:rsidRPr="005D4F52" w:rsidRDefault="005D4F52" w:rsidP="005D4F52">
            <w:pPr>
              <w:bidi/>
              <w:rPr>
                <w:rFonts w:ascii="Arial" w:hAnsi="Arial"/>
                <w:b/>
                <w:bCs/>
              </w:rPr>
            </w:pPr>
            <w:r w:rsidRPr="00F330C5">
              <w:rPr>
                <w:rFonts w:hint="cs"/>
                <w:rtl/>
              </w:rPr>
              <w:t>توحيد</w:t>
            </w:r>
            <w:r w:rsidRPr="00F330C5">
              <w:rPr>
                <w:rtl/>
              </w:rPr>
              <w:t xml:space="preserve"> </w:t>
            </w:r>
            <w:r w:rsidRPr="00F330C5">
              <w:rPr>
                <w:rFonts w:hint="cs"/>
                <w:rtl/>
              </w:rPr>
              <w:t>التوثيق</w:t>
            </w:r>
          </w:p>
        </w:tc>
        <w:tc>
          <w:tcPr>
            <w:tcW w:w="1278" w:type="dxa"/>
          </w:tcPr>
          <w:p w14:paraId="4E361DD7" w14:textId="01DB7948" w:rsidR="005D4F52" w:rsidRDefault="005D4F52" w:rsidP="005D4F52">
            <w:pPr>
              <w:bidi/>
              <w:rPr>
                <w:rFonts w:ascii="Arial" w:hAnsi="Arial"/>
              </w:rPr>
            </w:pPr>
            <w:r>
              <w:rPr>
                <w:rFonts w:ascii="Arial" w:hAnsi="Arial"/>
              </w:rPr>
              <w:t>2</w:t>
            </w:r>
          </w:p>
        </w:tc>
      </w:tr>
      <w:tr w:rsidR="005D4F52" w14:paraId="535A376A" w14:textId="0D23A118" w:rsidTr="005D4F52">
        <w:trPr>
          <w:jc w:val="right"/>
        </w:trPr>
        <w:tc>
          <w:tcPr>
            <w:tcW w:w="2772" w:type="dxa"/>
          </w:tcPr>
          <w:p w14:paraId="43EC17CF" w14:textId="2F7177FA" w:rsidR="005D4F52" w:rsidRDefault="005D4F52" w:rsidP="005D4F52">
            <w:pPr>
              <w:bidi/>
            </w:pPr>
            <w:r w:rsidRPr="0021549A">
              <w:rPr>
                <w:rFonts w:hint="cs"/>
                <w:rtl/>
              </w:rPr>
              <w:t>أنشئ</w:t>
            </w:r>
            <w:r w:rsidRPr="0021549A">
              <w:rPr>
                <w:rtl/>
              </w:rPr>
              <w:t xml:space="preserve"> </w:t>
            </w:r>
            <w:r w:rsidRPr="0021549A">
              <w:rPr>
                <w:rFonts w:hint="cs"/>
                <w:rtl/>
              </w:rPr>
              <w:t>قائمة</w:t>
            </w:r>
            <w:r w:rsidRPr="0021549A">
              <w:rPr>
                <w:rtl/>
              </w:rPr>
              <w:t xml:space="preserve"> «</w:t>
            </w:r>
            <w:r w:rsidRPr="0021549A">
              <w:rPr>
                <w:rFonts w:hint="cs"/>
                <w:rtl/>
              </w:rPr>
              <w:t>مسميات</w:t>
            </w:r>
            <w:r w:rsidRPr="0021549A">
              <w:rPr>
                <w:rtl/>
              </w:rPr>
              <w:t xml:space="preserve"> </w:t>
            </w:r>
            <w:r w:rsidRPr="0021549A">
              <w:rPr>
                <w:rFonts w:hint="cs"/>
                <w:rtl/>
              </w:rPr>
              <w:t>معتمدة</w:t>
            </w:r>
            <w:r w:rsidRPr="0021549A">
              <w:rPr>
                <w:rFonts w:hint="eastAsia"/>
                <w:rtl/>
              </w:rPr>
              <w:t>»</w:t>
            </w:r>
            <w:r w:rsidRPr="0021549A">
              <w:rPr>
                <w:rtl/>
              </w:rPr>
              <w:t xml:space="preserve"> </w:t>
            </w:r>
            <w:r w:rsidRPr="0021549A">
              <w:rPr>
                <w:rFonts w:hint="cs"/>
                <w:rtl/>
              </w:rPr>
              <w:t>والتزم</w:t>
            </w:r>
            <w:r w:rsidRPr="0021549A">
              <w:rPr>
                <w:rtl/>
              </w:rPr>
              <w:t xml:space="preserve"> </w:t>
            </w:r>
            <w:r w:rsidRPr="0021549A">
              <w:rPr>
                <w:rFonts w:hint="cs"/>
                <w:rtl/>
              </w:rPr>
              <w:t>بها،</w:t>
            </w:r>
            <w:r w:rsidRPr="0021549A">
              <w:rPr>
                <w:rtl/>
              </w:rPr>
              <w:t xml:space="preserve"> </w:t>
            </w:r>
            <w:r w:rsidRPr="0021549A">
              <w:rPr>
                <w:rFonts w:hint="cs"/>
                <w:rtl/>
              </w:rPr>
              <w:t>واستخدمها</w:t>
            </w:r>
            <w:r w:rsidRPr="0021549A">
              <w:rPr>
                <w:rtl/>
              </w:rPr>
              <w:t xml:space="preserve"> </w:t>
            </w:r>
            <w:r w:rsidRPr="0021549A">
              <w:rPr>
                <w:rFonts w:hint="cs"/>
                <w:rtl/>
              </w:rPr>
              <w:t>حرفيًا</w:t>
            </w:r>
            <w:r w:rsidRPr="0021549A">
              <w:rPr>
                <w:rtl/>
              </w:rPr>
              <w:t xml:space="preserve"> </w:t>
            </w:r>
            <w:r w:rsidRPr="0021549A">
              <w:rPr>
                <w:rFonts w:hint="cs"/>
                <w:rtl/>
              </w:rPr>
              <w:t>في</w:t>
            </w:r>
            <w:r w:rsidRPr="0021549A">
              <w:rPr>
                <w:rtl/>
              </w:rPr>
              <w:t xml:space="preserve"> </w:t>
            </w:r>
            <w:r w:rsidRPr="0021549A">
              <w:rPr>
                <w:rFonts w:hint="cs"/>
                <w:rtl/>
              </w:rPr>
              <w:t>الأسئلة</w:t>
            </w:r>
            <w:r w:rsidRPr="0021549A">
              <w:rPr>
                <w:rtl/>
              </w:rPr>
              <w:t xml:space="preserve"> </w:t>
            </w:r>
            <w:r w:rsidRPr="0021549A">
              <w:rPr>
                <w:rFonts w:hint="cs"/>
                <w:rtl/>
              </w:rPr>
              <w:t>والفرضيات</w:t>
            </w:r>
            <w:r w:rsidRPr="0021549A">
              <w:rPr>
                <w:rtl/>
              </w:rPr>
              <w:t xml:space="preserve"> </w:t>
            </w:r>
            <w:r w:rsidRPr="0021549A">
              <w:rPr>
                <w:rFonts w:hint="cs"/>
                <w:rtl/>
              </w:rPr>
              <w:t>والنموذج</w:t>
            </w:r>
            <w:r w:rsidRPr="0021549A">
              <w:t>.</w:t>
            </w:r>
          </w:p>
        </w:tc>
        <w:tc>
          <w:tcPr>
            <w:tcW w:w="2610" w:type="dxa"/>
          </w:tcPr>
          <w:p w14:paraId="00F73E84" w14:textId="6CE6FC95" w:rsidR="005D4F52" w:rsidRDefault="005D4F52" w:rsidP="005D4F52">
            <w:pPr>
              <w:bidi/>
              <w:rPr>
                <w:rFonts w:ascii="Arial" w:hAnsi="Arial"/>
              </w:rPr>
            </w:pPr>
            <w:r w:rsidRPr="004E6C4A">
              <w:rPr>
                <w:rFonts w:hint="cs"/>
                <w:rtl/>
              </w:rPr>
              <w:t>تفاوت</w:t>
            </w:r>
            <w:r w:rsidRPr="004E6C4A">
              <w:rPr>
                <w:rtl/>
              </w:rPr>
              <w:t xml:space="preserve"> </w:t>
            </w:r>
            <w:r w:rsidRPr="004E6C4A">
              <w:rPr>
                <w:rFonts w:hint="cs"/>
                <w:rtl/>
              </w:rPr>
              <w:t>في</w:t>
            </w:r>
            <w:r w:rsidRPr="004E6C4A">
              <w:rPr>
                <w:rtl/>
              </w:rPr>
              <w:t xml:space="preserve"> </w:t>
            </w:r>
            <w:r w:rsidRPr="004E6C4A">
              <w:rPr>
                <w:rFonts w:hint="cs"/>
                <w:rtl/>
              </w:rPr>
              <w:t>تعريب</w:t>
            </w:r>
            <w:r w:rsidRPr="004E6C4A">
              <w:rPr>
                <w:rtl/>
              </w:rPr>
              <w:t xml:space="preserve"> </w:t>
            </w:r>
            <w:r w:rsidRPr="004E6C4A">
              <w:rPr>
                <w:rFonts w:hint="cs"/>
                <w:rtl/>
              </w:rPr>
              <w:t>المصطلحات</w:t>
            </w:r>
            <w:r w:rsidRPr="004E6C4A">
              <w:rPr>
                <w:rtl/>
              </w:rPr>
              <w:t xml:space="preserve"> </w:t>
            </w:r>
            <w:r w:rsidRPr="004E6C4A">
              <w:rPr>
                <w:rFonts w:hint="cs"/>
                <w:rtl/>
              </w:rPr>
              <w:t>التقنية</w:t>
            </w:r>
            <w:r w:rsidRPr="004E6C4A">
              <w:rPr>
                <w:rtl/>
              </w:rPr>
              <w:t xml:space="preserve"> </w:t>
            </w:r>
            <w:r w:rsidRPr="004E6C4A">
              <w:rPr>
                <w:rFonts w:hint="cs"/>
                <w:rtl/>
              </w:rPr>
              <w:t>وتسمية</w:t>
            </w:r>
            <w:r w:rsidRPr="004E6C4A">
              <w:rPr>
                <w:rtl/>
              </w:rPr>
              <w:t xml:space="preserve"> </w:t>
            </w:r>
            <w:r w:rsidRPr="004E6C4A">
              <w:rPr>
                <w:rFonts w:hint="cs"/>
                <w:rtl/>
              </w:rPr>
              <w:t>المتغيرات</w:t>
            </w:r>
            <w:r w:rsidRPr="004E6C4A">
              <w:rPr>
                <w:rtl/>
              </w:rPr>
              <w:t xml:space="preserve"> </w:t>
            </w:r>
            <w:r w:rsidRPr="004E6C4A">
              <w:rPr>
                <w:rFonts w:hint="cs"/>
                <w:rtl/>
              </w:rPr>
              <w:t>عبر</w:t>
            </w:r>
            <w:r w:rsidRPr="004E6C4A">
              <w:rPr>
                <w:rtl/>
              </w:rPr>
              <w:t xml:space="preserve"> </w:t>
            </w:r>
            <w:r w:rsidRPr="004E6C4A">
              <w:rPr>
                <w:rFonts w:hint="cs"/>
                <w:rtl/>
              </w:rPr>
              <w:t>الأقسام</w:t>
            </w:r>
            <w:r w:rsidRPr="004E6C4A">
              <w:t>.</w:t>
            </w:r>
          </w:p>
        </w:tc>
        <w:tc>
          <w:tcPr>
            <w:tcW w:w="1980" w:type="dxa"/>
          </w:tcPr>
          <w:p w14:paraId="62957F15" w14:textId="021F4545" w:rsidR="005D4F52" w:rsidRPr="005D4F52" w:rsidRDefault="005D4F52" w:rsidP="005D4F52">
            <w:pPr>
              <w:bidi/>
              <w:rPr>
                <w:rFonts w:ascii="Arial" w:hAnsi="Arial"/>
                <w:b/>
                <w:bCs/>
              </w:rPr>
            </w:pPr>
            <w:r w:rsidRPr="00F330C5">
              <w:rPr>
                <w:rFonts w:hint="cs"/>
                <w:rtl/>
              </w:rPr>
              <w:t>المواءمة</w:t>
            </w:r>
            <w:r w:rsidRPr="00F330C5">
              <w:rPr>
                <w:rtl/>
              </w:rPr>
              <w:t xml:space="preserve"> </w:t>
            </w:r>
            <w:r w:rsidRPr="00F330C5">
              <w:rPr>
                <w:rFonts w:hint="cs"/>
                <w:rtl/>
              </w:rPr>
              <w:t>الاصطلاحية</w:t>
            </w:r>
          </w:p>
        </w:tc>
        <w:tc>
          <w:tcPr>
            <w:tcW w:w="1278" w:type="dxa"/>
          </w:tcPr>
          <w:p w14:paraId="2AE7BCFC" w14:textId="334469A4" w:rsidR="005D4F52" w:rsidRDefault="005D4F52" w:rsidP="005D4F52">
            <w:pPr>
              <w:bidi/>
              <w:rPr>
                <w:rFonts w:ascii="Arial" w:hAnsi="Arial"/>
              </w:rPr>
            </w:pPr>
            <w:r>
              <w:rPr>
                <w:rFonts w:ascii="Arial" w:hAnsi="Arial"/>
              </w:rPr>
              <w:t>3</w:t>
            </w:r>
          </w:p>
        </w:tc>
      </w:tr>
      <w:tr w:rsidR="005D4F52" w14:paraId="6153E289" w14:textId="1749C9EB" w:rsidTr="005D4F52">
        <w:trPr>
          <w:jc w:val="right"/>
        </w:trPr>
        <w:tc>
          <w:tcPr>
            <w:tcW w:w="2772" w:type="dxa"/>
          </w:tcPr>
          <w:p w14:paraId="489A44F2" w14:textId="411F3100" w:rsidR="005D4F52" w:rsidRDefault="005D4F52" w:rsidP="005D4F52">
            <w:pPr>
              <w:bidi/>
            </w:pPr>
            <w:r w:rsidRPr="0021549A">
              <w:rPr>
                <w:rFonts w:hint="cs"/>
                <w:rtl/>
              </w:rPr>
              <w:t>اكتفِ</w:t>
            </w:r>
            <w:r w:rsidRPr="0021549A">
              <w:rPr>
                <w:rtl/>
              </w:rPr>
              <w:t xml:space="preserve"> </w:t>
            </w:r>
            <w:r w:rsidRPr="0021549A">
              <w:rPr>
                <w:rFonts w:hint="cs"/>
                <w:rtl/>
              </w:rPr>
              <w:t>في</w:t>
            </w:r>
            <w:r w:rsidRPr="0021549A">
              <w:rPr>
                <w:rtl/>
              </w:rPr>
              <w:t xml:space="preserve"> </w:t>
            </w:r>
            <w:r w:rsidRPr="0021549A">
              <w:rPr>
                <w:rFonts w:hint="cs"/>
                <w:rtl/>
              </w:rPr>
              <w:t>هذا</w:t>
            </w:r>
            <w:r w:rsidRPr="0021549A">
              <w:rPr>
                <w:rtl/>
              </w:rPr>
              <w:t xml:space="preserve"> </w:t>
            </w:r>
            <w:r w:rsidRPr="0021549A">
              <w:rPr>
                <w:rFonts w:hint="cs"/>
                <w:rtl/>
              </w:rPr>
              <w:t>الفصل</w:t>
            </w:r>
            <w:r w:rsidRPr="0021549A">
              <w:rPr>
                <w:rtl/>
              </w:rPr>
              <w:t xml:space="preserve"> </w:t>
            </w:r>
            <w:r w:rsidRPr="0021549A">
              <w:rPr>
                <w:rFonts w:hint="cs"/>
                <w:rtl/>
              </w:rPr>
              <w:t>بتحديد</w:t>
            </w:r>
            <w:r w:rsidRPr="0021549A">
              <w:rPr>
                <w:rtl/>
              </w:rPr>
              <w:t xml:space="preserve"> </w:t>
            </w:r>
            <w:r w:rsidRPr="0021549A">
              <w:rPr>
                <w:rFonts w:hint="cs"/>
                <w:rtl/>
              </w:rPr>
              <w:t>النهج</w:t>
            </w:r>
            <w:r w:rsidRPr="0021549A">
              <w:rPr>
                <w:rtl/>
              </w:rPr>
              <w:t xml:space="preserve"> </w:t>
            </w:r>
            <w:r w:rsidRPr="0021549A">
              <w:rPr>
                <w:rFonts w:hint="cs"/>
                <w:rtl/>
              </w:rPr>
              <w:t>العام</w:t>
            </w:r>
            <w:r w:rsidRPr="0021549A">
              <w:rPr>
                <w:rtl/>
              </w:rPr>
              <w:t xml:space="preserve"> (</w:t>
            </w:r>
            <w:r w:rsidRPr="0021549A">
              <w:rPr>
                <w:rFonts w:hint="cs"/>
                <w:rtl/>
              </w:rPr>
              <w:t>كمّي</w:t>
            </w:r>
            <w:r w:rsidRPr="0021549A">
              <w:rPr>
                <w:rtl/>
              </w:rPr>
              <w:t>/</w:t>
            </w:r>
            <w:r w:rsidRPr="0021549A">
              <w:rPr>
                <w:rFonts w:hint="cs"/>
                <w:rtl/>
              </w:rPr>
              <w:t>استبانة</w:t>
            </w:r>
            <w:r w:rsidRPr="0021549A">
              <w:rPr>
                <w:rtl/>
              </w:rPr>
              <w:t xml:space="preserve">) </w:t>
            </w:r>
            <w:r w:rsidRPr="0021549A">
              <w:rPr>
                <w:rFonts w:hint="cs"/>
                <w:rtl/>
              </w:rPr>
              <w:t>وأجّل</w:t>
            </w:r>
            <w:r w:rsidRPr="0021549A">
              <w:rPr>
                <w:rtl/>
              </w:rPr>
              <w:t xml:space="preserve"> </w:t>
            </w:r>
            <w:r w:rsidRPr="0021549A">
              <w:rPr>
                <w:rFonts w:hint="cs"/>
                <w:rtl/>
              </w:rPr>
              <w:t>تفاصيل</w:t>
            </w:r>
            <w:r w:rsidRPr="0021549A">
              <w:rPr>
                <w:rtl/>
              </w:rPr>
              <w:t xml:space="preserve"> </w:t>
            </w:r>
            <w:r w:rsidRPr="0021549A">
              <w:rPr>
                <w:rFonts w:hint="cs"/>
                <w:rtl/>
              </w:rPr>
              <w:t>الاختبارات</w:t>
            </w:r>
            <w:r w:rsidRPr="0021549A">
              <w:rPr>
                <w:rtl/>
              </w:rPr>
              <w:t xml:space="preserve"> </w:t>
            </w:r>
            <w:r w:rsidRPr="0021549A">
              <w:rPr>
                <w:rFonts w:hint="cs"/>
                <w:rtl/>
              </w:rPr>
              <w:t>لفصل</w:t>
            </w:r>
            <w:r w:rsidRPr="0021549A">
              <w:rPr>
                <w:rtl/>
              </w:rPr>
              <w:t xml:space="preserve"> </w:t>
            </w:r>
            <w:r w:rsidRPr="0021549A">
              <w:rPr>
                <w:rFonts w:hint="cs"/>
                <w:rtl/>
              </w:rPr>
              <w:t>المنهجية،</w:t>
            </w:r>
            <w:r w:rsidRPr="0021549A">
              <w:rPr>
                <w:rtl/>
              </w:rPr>
              <w:t xml:space="preserve"> </w:t>
            </w:r>
            <w:r w:rsidRPr="0021549A">
              <w:rPr>
                <w:rFonts w:hint="cs"/>
                <w:rtl/>
              </w:rPr>
              <w:t>مع</w:t>
            </w:r>
            <w:r w:rsidRPr="0021549A">
              <w:rPr>
                <w:rtl/>
              </w:rPr>
              <w:t xml:space="preserve"> </w:t>
            </w:r>
            <w:r w:rsidRPr="0021549A">
              <w:rPr>
                <w:rFonts w:hint="cs"/>
                <w:rtl/>
              </w:rPr>
              <w:t>تبرير</w:t>
            </w:r>
            <w:r w:rsidRPr="0021549A">
              <w:rPr>
                <w:rtl/>
              </w:rPr>
              <w:t xml:space="preserve"> </w:t>
            </w:r>
            <w:r w:rsidRPr="0021549A">
              <w:rPr>
                <w:rFonts w:hint="cs"/>
                <w:rtl/>
              </w:rPr>
              <w:t>اختيار</w:t>
            </w:r>
            <w:r w:rsidRPr="0021549A">
              <w:rPr>
                <w:rtl/>
              </w:rPr>
              <w:t xml:space="preserve"> </w:t>
            </w:r>
            <w:r w:rsidRPr="0021549A">
              <w:rPr>
                <w:rFonts w:hint="cs"/>
                <w:rtl/>
              </w:rPr>
              <w:t>كل</w:t>
            </w:r>
            <w:r w:rsidRPr="0021549A">
              <w:rPr>
                <w:rtl/>
              </w:rPr>
              <w:t xml:space="preserve"> </w:t>
            </w:r>
            <w:r w:rsidRPr="0021549A">
              <w:rPr>
                <w:rFonts w:hint="cs"/>
                <w:rtl/>
              </w:rPr>
              <w:t>اختبار</w:t>
            </w:r>
            <w:r w:rsidRPr="0021549A">
              <w:rPr>
                <w:rtl/>
              </w:rPr>
              <w:t xml:space="preserve"> </w:t>
            </w:r>
            <w:r w:rsidRPr="0021549A">
              <w:rPr>
                <w:rFonts w:hint="cs"/>
                <w:rtl/>
              </w:rPr>
              <w:t>لاحقًا</w:t>
            </w:r>
            <w:r w:rsidRPr="0021549A">
              <w:t>.</w:t>
            </w:r>
          </w:p>
        </w:tc>
        <w:tc>
          <w:tcPr>
            <w:tcW w:w="2610" w:type="dxa"/>
          </w:tcPr>
          <w:p w14:paraId="5484D0F8" w14:textId="407EC944" w:rsidR="005D4F52" w:rsidRDefault="005D4F52" w:rsidP="005D4F52">
            <w:pPr>
              <w:bidi/>
              <w:rPr>
                <w:rFonts w:ascii="Arial" w:hAnsi="Arial"/>
              </w:rPr>
            </w:pPr>
            <w:r w:rsidRPr="004E6C4A">
              <w:rPr>
                <w:rFonts w:hint="cs"/>
                <w:rtl/>
              </w:rPr>
              <w:t>اختلاط</w:t>
            </w:r>
            <w:r w:rsidRPr="004E6C4A">
              <w:rPr>
                <w:rtl/>
              </w:rPr>
              <w:t xml:space="preserve"> </w:t>
            </w:r>
            <w:r w:rsidRPr="004E6C4A">
              <w:rPr>
                <w:rFonts w:hint="cs"/>
                <w:rtl/>
              </w:rPr>
              <w:t>أدوات</w:t>
            </w:r>
            <w:r w:rsidRPr="004E6C4A">
              <w:rPr>
                <w:rtl/>
              </w:rPr>
              <w:t xml:space="preserve"> </w:t>
            </w:r>
            <w:r w:rsidRPr="004E6C4A">
              <w:rPr>
                <w:rFonts w:hint="cs"/>
                <w:rtl/>
              </w:rPr>
              <w:t>إحصائية</w:t>
            </w:r>
            <w:r w:rsidRPr="004E6C4A">
              <w:rPr>
                <w:rtl/>
              </w:rPr>
              <w:t xml:space="preserve"> </w:t>
            </w:r>
            <w:r w:rsidRPr="004E6C4A">
              <w:rPr>
                <w:rFonts w:hint="cs"/>
                <w:rtl/>
              </w:rPr>
              <w:t>كثيرة</w:t>
            </w:r>
            <w:r w:rsidRPr="004E6C4A">
              <w:rPr>
                <w:rtl/>
              </w:rPr>
              <w:t xml:space="preserve"> </w:t>
            </w:r>
            <w:r w:rsidRPr="004E6C4A">
              <w:rPr>
                <w:rFonts w:hint="cs"/>
                <w:rtl/>
              </w:rPr>
              <w:t>في</w:t>
            </w:r>
            <w:r w:rsidRPr="004E6C4A">
              <w:rPr>
                <w:rtl/>
              </w:rPr>
              <w:t xml:space="preserve"> </w:t>
            </w:r>
            <w:r w:rsidRPr="004E6C4A">
              <w:rPr>
                <w:rFonts w:hint="cs"/>
                <w:rtl/>
              </w:rPr>
              <w:t>الفصل</w:t>
            </w:r>
            <w:r w:rsidRPr="004E6C4A">
              <w:rPr>
                <w:rtl/>
              </w:rPr>
              <w:t xml:space="preserve"> </w:t>
            </w:r>
            <w:r w:rsidRPr="004E6C4A">
              <w:rPr>
                <w:rFonts w:hint="cs"/>
                <w:rtl/>
              </w:rPr>
              <w:t>الأول</w:t>
            </w:r>
            <w:r w:rsidRPr="004E6C4A">
              <w:rPr>
                <w:rtl/>
              </w:rPr>
              <w:t xml:space="preserve"> </w:t>
            </w:r>
            <w:r w:rsidRPr="004E6C4A">
              <w:rPr>
                <w:rFonts w:hint="cs"/>
                <w:rtl/>
              </w:rPr>
              <w:t>قد</w:t>
            </w:r>
            <w:r w:rsidRPr="004E6C4A">
              <w:rPr>
                <w:rtl/>
              </w:rPr>
              <w:t xml:space="preserve"> </w:t>
            </w:r>
            <w:r w:rsidRPr="004E6C4A">
              <w:rPr>
                <w:rFonts w:hint="cs"/>
                <w:rtl/>
              </w:rPr>
              <w:t>يشتت</w:t>
            </w:r>
            <w:r w:rsidRPr="004E6C4A">
              <w:rPr>
                <w:rtl/>
              </w:rPr>
              <w:t xml:space="preserve"> </w:t>
            </w:r>
            <w:r w:rsidRPr="004E6C4A">
              <w:rPr>
                <w:rFonts w:hint="cs"/>
                <w:rtl/>
              </w:rPr>
              <w:t>القارئ</w:t>
            </w:r>
            <w:r w:rsidRPr="004E6C4A">
              <w:t>.</w:t>
            </w:r>
          </w:p>
        </w:tc>
        <w:tc>
          <w:tcPr>
            <w:tcW w:w="1980" w:type="dxa"/>
          </w:tcPr>
          <w:p w14:paraId="5C3BCA18" w14:textId="170211A0" w:rsidR="005D4F52" w:rsidRPr="005D4F52" w:rsidRDefault="005D4F52" w:rsidP="005D4F52">
            <w:pPr>
              <w:bidi/>
              <w:rPr>
                <w:rFonts w:ascii="Arial" w:hAnsi="Arial"/>
                <w:b/>
                <w:bCs/>
              </w:rPr>
            </w:pPr>
            <w:r w:rsidRPr="00F330C5">
              <w:rPr>
                <w:rFonts w:hint="cs"/>
                <w:rtl/>
              </w:rPr>
              <w:t>المنهجية</w:t>
            </w:r>
          </w:p>
        </w:tc>
        <w:tc>
          <w:tcPr>
            <w:tcW w:w="1278" w:type="dxa"/>
          </w:tcPr>
          <w:p w14:paraId="04D402F5" w14:textId="1C3945E9" w:rsidR="005D4F52" w:rsidRDefault="005D4F52" w:rsidP="005D4F52">
            <w:pPr>
              <w:bidi/>
              <w:rPr>
                <w:rFonts w:ascii="Arial" w:hAnsi="Arial"/>
              </w:rPr>
            </w:pPr>
            <w:r>
              <w:rPr>
                <w:rFonts w:ascii="Arial" w:hAnsi="Arial"/>
              </w:rPr>
              <w:t>4</w:t>
            </w:r>
          </w:p>
        </w:tc>
      </w:tr>
      <w:tr w:rsidR="005D4F52" w14:paraId="71A76BB8" w14:textId="54822886" w:rsidTr="005D4F52">
        <w:trPr>
          <w:jc w:val="right"/>
        </w:trPr>
        <w:tc>
          <w:tcPr>
            <w:tcW w:w="2772" w:type="dxa"/>
          </w:tcPr>
          <w:p w14:paraId="4C83A6EB" w14:textId="0D2BA9A1" w:rsidR="005D4F52" w:rsidRDefault="005D4F52" w:rsidP="005D4F52">
            <w:pPr>
              <w:bidi/>
            </w:pPr>
            <w:r w:rsidRPr="0021549A">
              <w:rPr>
                <w:rFonts w:hint="cs"/>
                <w:rtl/>
              </w:rPr>
              <w:t>أجرِ</w:t>
            </w:r>
            <w:r w:rsidRPr="0021549A">
              <w:rPr>
                <w:rtl/>
              </w:rPr>
              <w:t xml:space="preserve"> </w:t>
            </w:r>
            <w:r w:rsidRPr="0021549A">
              <w:rPr>
                <w:rFonts w:hint="cs"/>
                <w:rtl/>
              </w:rPr>
              <w:t>تدقيقًا</w:t>
            </w:r>
            <w:r w:rsidRPr="0021549A">
              <w:rPr>
                <w:rtl/>
              </w:rPr>
              <w:t xml:space="preserve"> </w:t>
            </w:r>
            <w:r w:rsidRPr="0021549A">
              <w:rPr>
                <w:rFonts w:hint="cs"/>
                <w:rtl/>
              </w:rPr>
              <w:t>لغويًا</w:t>
            </w:r>
            <w:r w:rsidRPr="0021549A">
              <w:rPr>
                <w:rtl/>
              </w:rPr>
              <w:t xml:space="preserve"> </w:t>
            </w:r>
            <w:r w:rsidRPr="0021549A">
              <w:rPr>
                <w:rFonts w:hint="cs"/>
                <w:rtl/>
              </w:rPr>
              <w:t>نهائيًا</w:t>
            </w:r>
            <w:r w:rsidRPr="0021549A">
              <w:rPr>
                <w:rtl/>
              </w:rPr>
              <w:t xml:space="preserve"> </w:t>
            </w:r>
            <w:r w:rsidRPr="0021549A">
              <w:rPr>
                <w:rFonts w:hint="cs"/>
                <w:rtl/>
              </w:rPr>
              <w:t>قبل</w:t>
            </w:r>
            <w:r w:rsidRPr="0021549A">
              <w:rPr>
                <w:rtl/>
              </w:rPr>
              <w:t xml:space="preserve"> </w:t>
            </w:r>
            <w:r w:rsidRPr="0021549A">
              <w:rPr>
                <w:rFonts w:hint="cs"/>
                <w:rtl/>
              </w:rPr>
              <w:t>الإرسال</w:t>
            </w:r>
            <w:r w:rsidRPr="0021549A">
              <w:rPr>
                <w:rtl/>
              </w:rPr>
              <w:t xml:space="preserve"> </w:t>
            </w:r>
            <w:r w:rsidRPr="0021549A">
              <w:rPr>
                <w:rFonts w:hint="cs"/>
                <w:rtl/>
              </w:rPr>
              <w:t>للممتحن</w:t>
            </w:r>
            <w:r w:rsidRPr="0021549A">
              <w:rPr>
                <w:rtl/>
              </w:rPr>
              <w:t xml:space="preserve"> </w:t>
            </w:r>
            <w:r w:rsidRPr="0021549A">
              <w:rPr>
                <w:rFonts w:hint="cs"/>
                <w:rtl/>
              </w:rPr>
              <w:t>الخارجي</w:t>
            </w:r>
            <w:r w:rsidRPr="0021549A">
              <w:rPr>
                <w:rtl/>
              </w:rPr>
              <w:t>/</w:t>
            </w:r>
            <w:r w:rsidRPr="0021549A">
              <w:rPr>
                <w:rFonts w:hint="cs"/>
                <w:rtl/>
              </w:rPr>
              <w:t>لجنة</w:t>
            </w:r>
            <w:r w:rsidRPr="0021549A">
              <w:rPr>
                <w:rtl/>
              </w:rPr>
              <w:t xml:space="preserve"> </w:t>
            </w:r>
            <w:r w:rsidRPr="0021549A">
              <w:rPr>
                <w:rFonts w:hint="cs"/>
                <w:rtl/>
              </w:rPr>
              <w:t>المناقشة</w:t>
            </w:r>
            <w:r w:rsidRPr="0021549A">
              <w:t>.</w:t>
            </w:r>
          </w:p>
        </w:tc>
        <w:tc>
          <w:tcPr>
            <w:tcW w:w="2610" w:type="dxa"/>
          </w:tcPr>
          <w:p w14:paraId="05D114EE" w14:textId="14A7C541" w:rsidR="005D4F52" w:rsidRDefault="005D4F52" w:rsidP="005D4F52">
            <w:pPr>
              <w:bidi/>
              <w:rPr>
                <w:rFonts w:ascii="Arial" w:hAnsi="Arial"/>
              </w:rPr>
            </w:pPr>
            <w:r w:rsidRPr="004E6C4A">
              <w:rPr>
                <w:rFonts w:hint="cs"/>
                <w:rtl/>
              </w:rPr>
              <w:t>بعض</w:t>
            </w:r>
            <w:r w:rsidRPr="004E6C4A">
              <w:rPr>
                <w:rtl/>
              </w:rPr>
              <w:t xml:space="preserve"> </w:t>
            </w:r>
            <w:r w:rsidRPr="004E6C4A">
              <w:rPr>
                <w:rFonts w:hint="cs"/>
                <w:rtl/>
              </w:rPr>
              <w:t>الأخطاء</w:t>
            </w:r>
            <w:r w:rsidRPr="004E6C4A">
              <w:rPr>
                <w:rtl/>
              </w:rPr>
              <w:t xml:space="preserve"> </w:t>
            </w:r>
            <w:r w:rsidRPr="004E6C4A">
              <w:rPr>
                <w:rFonts w:hint="cs"/>
                <w:rtl/>
              </w:rPr>
              <w:t>الطباعية</w:t>
            </w:r>
            <w:r w:rsidRPr="004E6C4A">
              <w:rPr>
                <w:rtl/>
              </w:rPr>
              <w:t xml:space="preserve"> </w:t>
            </w:r>
            <w:r w:rsidRPr="004E6C4A">
              <w:rPr>
                <w:rFonts w:hint="cs"/>
                <w:rtl/>
              </w:rPr>
              <w:t>وعلامات</w:t>
            </w:r>
            <w:r w:rsidRPr="004E6C4A">
              <w:rPr>
                <w:rtl/>
              </w:rPr>
              <w:t xml:space="preserve"> </w:t>
            </w:r>
            <w:r w:rsidRPr="004E6C4A">
              <w:rPr>
                <w:rFonts w:hint="cs"/>
                <w:rtl/>
              </w:rPr>
              <w:t>الترقيم</w:t>
            </w:r>
            <w:r w:rsidRPr="004E6C4A">
              <w:rPr>
                <w:rtl/>
              </w:rPr>
              <w:t xml:space="preserve"> </w:t>
            </w:r>
            <w:r w:rsidRPr="004E6C4A">
              <w:rPr>
                <w:rFonts w:hint="cs"/>
                <w:rtl/>
              </w:rPr>
              <w:t>تحتاج</w:t>
            </w:r>
            <w:r w:rsidRPr="004E6C4A">
              <w:rPr>
                <w:rtl/>
              </w:rPr>
              <w:t xml:space="preserve"> </w:t>
            </w:r>
            <w:r w:rsidRPr="004E6C4A">
              <w:rPr>
                <w:rFonts w:hint="cs"/>
                <w:rtl/>
              </w:rPr>
              <w:t>ضبطًا</w:t>
            </w:r>
            <w:r w:rsidRPr="004E6C4A">
              <w:t>.</w:t>
            </w:r>
          </w:p>
        </w:tc>
        <w:tc>
          <w:tcPr>
            <w:tcW w:w="1980" w:type="dxa"/>
          </w:tcPr>
          <w:p w14:paraId="2720D7DB" w14:textId="30958D08" w:rsidR="005D4F52" w:rsidRPr="005D4F52" w:rsidRDefault="005D4F52" w:rsidP="005D4F52">
            <w:pPr>
              <w:bidi/>
              <w:rPr>
                <w:rFonts w:ascii="Arial" w:hAnsi="Arial"/>
                <w:b/>
                <w:bCs/>
              </w:rPr>
            </w:pPr>
            <w:r w:rsidRPr="00F330C5">
              <w:rPr>
                <w:rFonts w:hint="cs"/>
                <w:rtl/>
              </w:rPr>
              <w:t>السلامة</w:t>
            </w:r>
            <w:r w:rsidRPr="00F330C5">
              <w:rPr>
                <w:rtl/>
              </w:rPr>
              <w:t xml:space="preserve"> </w:t>
            </w:r>
            <w:r w:rsidRPr="00F330C5">
              <w:rPr>
                <w:rFonts w:hint="cs"/>
                <w:rtl/>
              </w:rPr>
              <w:t>اللغوية</w:t>
            </w:r>
          </w:p>
        </w:tc>
        <w:tc>
          <w:tcPr>
            <w:tcW w:w="1278" w:type="dxa"/>
          </w:tcPr>
          <w:p w14:paraId="20598D60" w14:textId="7CC4DB5F" w:rsidR="005D4F52" w:rsidRDefault="005D4F52" w:rsidP="005D4F52">
            <w:pPr>
              <w:bidi/>
              <w:rPr>
                <w:rFonts w:ascii="Arial" w:hAnsi="Arial"/>
              </w:rPr>
            </w:pPr>
            <w:r>
              <w:rPr>
                <w:rFonts w:ascii="Arial" w:hAnsi="Arial"/>
              </w:rPr>
              <w:t>5</w:t>
            </w:r>
          </w:p>
        </w:tc>
      </w:tr>
    </w:tbl>
    <w:p w14:paraId="3EDC76B1" w14:textId="77777777" w:rsidR="00A00555" w:rsidRDefault="00A00555" w:rsidP="00A14790">
      <w:pPr>
        <w:bidi/>
      </w:pPr>
    </w:p>
    <w:p w14:paraId="6872CB5E" w14:textId="77777777" w:rsidR="002C7472" w:rsidRDefault="002C7472" w:rsidP="002C7472">
      <w:pPr>
        <w:bidi/>
      </w:pPr>
    </w:p>
    <w:p w14:paraId="218F709C" w14:textId="77777777" w:rsidR="002C7472" w:rsidRDefault="00A35E6B" w:rsidP="002C7472">
      <w:pPr>
        <w:pStyle w:val="Heading2"/>
        <w:bidi/>
      </w:pPr>
      <w:proofErr w:type="spellStart"/>
      <w:r>
        <w:rPr>
          <w:rFonts w:ascii="Arial" w:hAnsi="Arial"/>
          <w:sz w:val="28"/>
        </w:rPr>
        <w:lastRenderedPageBreak/>
        <w:t>إرشادات</w:t>
      </w:r>
      <w:proofErr w:type="spellEnd"/>
      <w:r>
        <w:rPr>
          <w:rFonts w:ascii="Arial" w:hAnsi="Arial"/>
          <w:sz w:val="28"/>
        </w:rPr>
        <w:t xml:space="preserve"> </w:t>
      </w:r>
      <w:proofErr w:type="spellStart"/>
      <w:r>
        <w:rPr>
          <w:rFonts w:ascii="Arial" w:hAnsi="Arial"/>
          <w:sz w:val="28"/>
        </w:rPr>
        <w:t>تنفيذية</w:t>
      </w:r>
      <w:proofErr w:type="spellEnd"/>
      <w:r>
        <w:rPr>
          <w:rFonts w:ascii="Arial" w:hAnsi="Arial"/>
          <w:sz w:val="28"/>
        </w:rPr>
        <w:t xml:space="preserve"> </w:t>
      </w:r>
      <w:proofErr w:type="spellStart"/>
      <w:r>
        <w:rPr>
          <w:rFonts w:ascii="Arial" w:hAnsi="Arial"/>
          <w:sz w:val="28"/>
        </w:rPr>
        <w:t>مركّزة</w:t>
      </w:r>
      <w:proofErr w:type="spellEnd"/>
    </w:p>
    <w:p w14:paraId="16DFD708" w14:textId="77777777" w:rsidR="002C7472" w:rsidRPr="002C7472" w:rsidRDefault="002C7472" w:rsidP="002C7472">
      <w:pPr>
        <w:pStyle w:val="Heading2"/>
        <w:bidi/>
        <w:rPr>
          <w:b w:val="0"/>
          <w:bCs w:val="0"/>
          <w:color w:val="auto"/>
          <w:sz w:val="24"/>
          <w:szCs w:val="24"/>
        </w:rPr>
      </w:pP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إعادة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صياغة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المشكلة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بوضوح</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سببي</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وتثبيت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السؤال</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الرئيس</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بتسميات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المتغيرات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المعتمدة</w:t>
      </w:r>
      <w:r w:rsidRPr="002C7472">
        <w:rPr>
          <w:rFonts w:cs="Times New Roman"/>
          <w:b w:val="0"/>
          <w:bCs w:val="0"/>
          <w:color w:val="auto"/>
          <w:sz w:val="24"/>
          <w:szCs w:val="24"/>
          <w:rtl/>
        </w:rPr>
        <w:t>.</w:t>
      </w:r>
    </w:p>
    <w:p w14:paraId="244916E3" w14:textId="77777777" w:rsidR="002C7472" w:rsidRPr="002C7472" w:rsidRDefault="002C7472" w:rsidP="002C7472">
      <w:pPr>
        <w:pStyle w:val="Heading2"/>
        <w:bidi/>
        <w:rPr>
          <w:b w:val="0"/>
          <w:bCs w:val="0"/>
          <w:color w:val="auto"/>
          <w:sz w:val="24"/>
          <w:szCs w:val="24"/>
        </w:rPr>
      </w:pPr>
      <w:r w:rsidRPr="002C7472">
        <w:rPr>
          <w:rFonts w:cs="Times New Roman" w:hint="eastAsia"/>
          <w:b w:val="0"/>
          <w:bCs w:val="0"/>
          <w:color w:val="auto"/>
          <w:sz w:val="24"/>
          <w:szCs w:val="24"/>
          <w:rtl/>
        </w:rPr>
        <w:t>•</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إعادة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هيكلة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الأهداف</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وفق</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تسلسل</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منهجي</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قابل</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للقياس</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والاختبار</w:t>
      </w:r>
      <w:r w:rsidRPr="002C7472">
        <w:rPr>
          <w:rFonts w:cs="Times New Roman"/>
          <w:b w:val="0"/>
          <w:bCs w:val="0"/>
          <w:color w:val="auto"/>
          <w:sz w:val="24"/>
          <w:szCs w:val="24"/>
          <w:rtl/>
        </w:rPr>
        <w:t>.</w:t>
      </w:r>
    </w:p>
    <w:p w14:paraId="22FFD929" w14:textId="77777777" w:rsidR="002C7472" w:rsidRPr="002C7472" w:rsidRDefault="002C7472" w:rsidP="002C7472">
      <w:pPr>
        <w:pStyle w:val="Heading2"/>
        <w:bidi/>
        <w:rPr>
          <w:b w:val="0"/>
          <w:bCs w:val="0"/>
          <w:color w:val="auto"/>
          <w:sz w:val="24"/>
          <w:szCs w:val="24"/>
        </w:rPr>
      </w:pPr>
      <w:r w:rsidRPr="002C7472">
        <w:rPr>
          <w:rFonts w:cs="Times New Roman" w:hint="eastAsia"/>
          <w:b w:val="0"/>
          <w:bCs w:val="0"/>
          <w:color w:val="auto"/>
          <w:sz w:val="24"/>
          <w:szCs w:val="24"/>
          <w:rtl/>
        </w:rPr>
        <w:t>•</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توحيد</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جدول</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المصطلحات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تعريف</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نظري</w:t>
      </w:r>
      <w:r w:rsidRPr="002C7472">
        <w:rPr>
          <w:rFonts w:cs="Times New Roman"/>
          <w:b w:val="0"/>
          <w:bCs w:val="0"/>
          <w:color w:val="auto"/>
          <w:sz w:val="24"/>
          <w:szCs w:val="24"/>
          <w:rtl/>
        </w:rPr>
        <w:t>/</w:t>
      </w:r>
      <w:r w:rsidRPr="002C7472">
        <w:rPr>
          <w:rFonts w:cs="Times New Roman" w:hint="cs"/>
          <w:b w:val="0"/>
          <w:bCs w:val="0"/>
          <w:color w:val="auto"/>
          <w:sz w:val="24"/>
          <w:szCs w:val="24"/>
          <w:rtl/>
        </w:rPr>
        <w:t>إجرائي</w:t>
      </w:r>
      <w:r w:rsidRPr="002C7472">
        <w:rPr>
          <w:rFonts w:cs="Times New Roman"/>
          <w:b w:val="0"/>
          <w:bCs w:val="0"/>
          <w:color w:val="auto"/>
          <w:sz w:val="24"/>
          <w:szCs w:val="24"/>
          <w:rtl/>
        </w:rPr>
        <w:t>/</w:t>
      </w:r>
      <w:r w:rsidRPr="002C7472">
        <w:rPr>
          <w:rFonts w:cs="Times New Roman" w:hint="cs"/>
          <w:b w:val="0"/>
          <w:bCs w:val="0"/>
          <w:color w:val="auto"/>
          <w:sz w:val="24"/>
          <w:szCs w:val="24"/>
          <w:rtl/>
        </w:rPr>
        <w:t>أبعاد</w:t>
      </w:r>
      <w:r w:rsidRPr="002C7472">
        <w:rPr>
          <w:rFonts w:cs="Times New Roman"/>
          <w:b w:val="0"/>
          <w:bCs w:val="0"/>
          <w:color w:val="auto"/>
          <w:sz w:val="24"/>
          <w:szCs w:val="24"/>
          <w:rtl/>
        </w:rPr>
        <w:t>/</w:t>
      </w:r>
      <w:r w:rsidRPr="002C7472">
        <w:rPr>
          <w:rFonts w:cs="Times New Roman" w:hint="cs"/>
          <w:b w:val="0"/>
          <w:bCs w:val="0"/>
          <w:color w:val="auto"/>
          <w:sz w:val="24"/>
          <w:szCs w:val="24"/>
          <w:rtl/>
        </w:rPr>
        <w:t>مصدر</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والالتزام</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به</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في</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كامل</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الفصل</w:t>
      </w:r>
      <w:r w:rsidRPr="002C7472">
        <w:rPr>
          <w:rFonts w:cs="Times New Roman"/>
          <w:b w:val="0"/>
          <w:bCs w:val="0"/>
          <w:color w:val="auto"/>
          <w:sz w:val="24"/>
          <w:szCs w:val="24"/>
          <w:rtl/>
        </w:rPr>
        <w:t>.</w:t>
      </w:r>
    </w:p>
    <w:p w14:paraId="4C3AB370" w14:textId="77777777" w:rsidR="002C7472" w:rsidRPr="002C7472" w:rsidRDefault="002C7472" w:rsidP="002C7472">
      <w:pPr>
        <w:pStyle w:val="Heading2"/>
        <w:bidi/>
        <w:rPr>
          <w:b w:val="0"/>
          <w:bCs w:val="0"/>
          <w:color w:val="auto"/>
          <w:sz w:val="24"/>
          <w:szCs w:val="24"/>
        </w:rPr>
      </w:pPr>
      <w:r w:rsidRPr="002C7472">
        <w:rPr>
          <w:rFonts w:cs="Times New Roman" w:hint="eastAsia"/>
          <w:b w:val="0"/>
          <w:bCs w:val="0"/>
          <w:color w:val="auto"/>
          <w:sz w:val="24"/>
          <w:szCs w:val="24"/>
          <w:rtl/>
        </w:rPr>
        <w:t>•</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إضافة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فقرة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تنظيم</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الفصول</w:t>
      </w:r>
      <w:r w:rsidRPr="002C7472">
        <w:rPr>
          <w:rFonts w:cs="Times New Roman" w:hint="eastAsia"/>
          <w:b w:val="0"/>
          <w:bCs w:val="0"/>
          <w:color w:val="auto"/>
          <w:sz w:val="24"/>
          <w:szCs w:val="24"/>
          <w:rtl/>
        </w:rPr>
        <w:t>»</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وتحديد</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موضع</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اختبارات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الصلاحية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والثبات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واختبار</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الفرضيات</w:t>
      </w:r>
      <w:r w:rsidRPr="002C7472">
        <w:rPr>
          <w:rFonts w:cs="Times New Roman"/>
          <w:b w:val="0"/>
          <w:bCs w:val="0"/>
          <w:color w:val="auto"/>
          <w:sz w:val="24"/>
          <w:szCs w:val="24"/>
          <w:rtl/>
        </w:rPr>
        <w:t>.</w:t>
      </w:r>
    </w:p>
    <w:p w14:paraId="41F321CB" w14:textId="0302BCB6" w:rsidR="00A00555" w:rsidRDefault="002C7472" w:rsidP="002C7472">
      <w:pPr>
        <w:pStyle w:val="Heading2"/>
        <w:bidi/>
        <w:rPr>
          <w:rFonts w:cs="Times New Roman"/>
          <w:b w:val="0"/>
          <w:bCs w:val="0"/>
          <w:color w:val="auto"/>
          <w:sz w:val="24"/>
          <w:szCs w:val="24"/>
          <w:rtl/>
        </w:rPr>
      </w:pPr>
      <w:r w:rsidRPr="002C7472">
        <w:rPr>
          <w:rFonts w:cs="Times New Roman" w:hint="eastAsia"/>
          <w:b w:val="0"/>
          <w:bCs w:val="0"/>
          <w:color w:val="auto"/>
          <w:sz w:val="24"/>
          <w:szCs w:val="24"/>
          <w:rtl/>
        </w:rPr>
        <w:t>•</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تنظيف</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اللغة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والتوثيق</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وفق</w:t>
      </w:r>
      <w:r w:rsidRPr="002C7472">
        <w:rPr>
          <w:rFonts w:cs="Times New Roman"/>
          <w:b w:val="0"/>
          <w:bCs w:val="0"/>
          <w:color w:val="auto"/>
          <w:sz w:val="24"/>
          <w:szCs w:val="24"/>
          <w:rtl/>
        </w:rPr>
        <w:t xml:space="preserve"> </w:t>
      </w:r>
      <w:r w:rsidRPr="002C7472">
        <w:rPr>
          <w:b w:val="0"/>
          <w:bCs w:val="0"/>
          <w:color w:val="auto"/>
          <w:sz w:val="24"/>
          <w:szCs w:val="24"/>
        </w:rPr>
        <w:t>APA-7</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مع</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إحالات</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حديثة</w:t>
      </w:r>
      <w:r w:rsidRPr="002C7472">
        <w:rPr>
          <w:rFonts w:cs="Times New Roman"/>
          <w:b w:val="0"/>
          <w:bCs w:val="0"/>
          <w:color w:val="auto"/>
          <w:sz w:val="24"/>
          <w:szCs w:val="24"/>
          <w:rtl/>
        </w:rPr>
        <w:t xml:space="preserve"> </w:t>
      </w:r>
      <w:r w:rsidRPr="002C7472">
        <w:rPr>
          <w:rFonts w:cs="Times New Roman" w:hint="cs"/>
          <w:b w:val="0"/>
          <w:bCs w:val="0"/>
          <w:color w:val="auto"/>
          <w:sz w:val="24"/>
          <w:szCs w:val="24"/>
          <w:rtl/>
        </w:rPr>
        <w:t>ومحكّمة</w:t>
      </w:r>
      <w:r w:rsidRPr="002C7472">
        <w:rPr>
          <w:rFonts w:cs="Times New Roman"/>
          <w:b w:val="0"/>
          <w:bCs w:val="0"/>
          <w:color w:val="auto"/>
          <w:sz w:val="24"/>
          <w:szCs w:val="24"/>
          <w:rtl/>
        </w:rPr>
        <w:t>.</w:t>
      </w:r>
    </w:p>
    <w:p w14:paraId="2DB1A350" w14:textId="77777777" w:rsidR="007B2B26" w:rsidRDefault="007B2B26" w:rsidP="007B2B26">
      <w:pPr>
        <w:bidi/>
        <w:rPr>
          <w:rtl/>
        </w:rPr>
      </w:pPr>
    </w:p>
    <w:p w14:paraId="42E949B3" w14:textId="371436A8" w:rsidR="007B2B26" w:rsidRDefault="007B2B26" w:rsidP="007B2B26">
      <w:pPr>
        <w:bidi/>
        <w:rPr>
          <w:rtl/>
        </w:rPr>
      </w:pPr>
      <w:r w:rsidRPr="007B2B26">
        <w:rPr>
          <w:rFonts w:hint="cs"/>
          <w:b/>
          <w:bCs/>
          <w:rtl/>
        </w:rPr>
        <w:t>الخلاصة</w:t>
      </w:r>
      <w:r>
        <w:rPr>
          <w:rFonts w:hint="cs"/>
          <w:rtl/>
        </w:rPr>
        <w:t>:</w:t>
      </w:r>
    </w:p>
    <w:p w14:paraId="51E88BBC" w14:textId="7688B96D" w:rsidR="007B2B26" w:rsidRDefault="007B2B26" w:rsidP="007B2B26">
      <w:pPr>
        <w:pStyle w:val="NormalWeb"/>
        <w:bidi/>
        <w:spacing w:before="0" w:beforeAutospacing="0" w:after="0" w:afterAutospacing="0"/>
        <w:jc w:val="both"/>
      </w:pPr>
      <w:proofErr w:type="spellStart"/>
      <w:proofErr w:type="gramStart"/>
      <w:r w:rsidRPr="007B2B26">
        <w:rPr>
          <w:b/>
          <w:bCs/>
          <w:rtl/>
        </w:rPr>
        <w:t>أولًا</w:t>
      </w:r>
      <w:r>
        <w:rPr>
          <w:rFonts w:hint="cs"/>
          <w:rtl/>
        </w:rPr>
        <w:t>:</w:t>
      </w:r>
      <w:r>
        <w:rPr>
          <w:rtl/>
        </w:rPr>
        <w:t>تحتاج</w:t>
      </w:r>
      <w:proofErr w:type="spellEnd"/>
      <w:proofErr w:type="gramEnd"/>
      <w:r>
        <w:rPr>
          <w:rtl/>
        </w:rPr>
        <w:t xml:space="preserve"> المقدمة إلى افتتاحية مركّزة ترسم بوضوح مشهد الأمن الحضري في مدينة الرياض (الجهات المعنية، البنية التنظيمية، طبيعة المناسبات ذات الكثافة البشرية)، يلي ذلك مباشرة إبراز فجوة بحثية محدّدة تتعلّق بـ«الأداء التشغيلي» لنظم المراقبة الذكية؛ أي الفجوة بين الإمكانات التقنية المعلنة ومستوى الفاعلية الفعلية في المؤشرات العملية (دقّة الرصد، زمن الاستجابة، تقليل الأخطاء). تُختم المقدمة بفقرة «خلاصة الفجوة» التي تلخّص: ماذا عالجته الأدبيات عالميًا، وما الذي لم يُعالج محليًا في الرياض، ولماذا يستحق ذلك دراسة تطبيقية ممنهجة</w:t>
      </w:r>
      <w:r>
        <w:t>.</w:t>
      </w:r>
    </w:p>
    <w:p w14:paraId="7E9A3607" w14:textId="77777777" w:rsidR="007B2B26" w:rsidRDefault="007B2B26" w:rsidP="007B2B26">
      <w:pPr>
        <w:pStyle w:val="NormalWeb"/>
        <w:bidi/>
        <w:spacing w:before="0" w:beforeAutospacing="0" w:after="0" w:afterAutospacing="0"/>
        <w:jc w:val="both"/>
        <w:rPr>
          <w:rtl/>
        </w:rPr>
      </w:pPr>
      <w:r w:rsidRPr="007B2B26">
        <w:rPr>
          <w:b/>
          <w:bCs/>
          <w:rtl/>
        </w:rPr>
        <w:t>ثانيًا</w:t>
      </w:r>
      <w:r>
        <w:rPr>
          <w:rFonts w:hint="cs"/>
          <w:b/>
          <w:bCs/>
          <w:rtl/>
        </w:rPr>
        <w:t xml:space="preserve">: </w:t>
      </w:r>
      <w:r>
        <w:rPr>
          <w:rtl/>
        </w:rPr>
        <w:t>ينبغي أن تُصاغ المشكلة بعبارات سببية واضحة تتجنّب العموميات. صياغة مقترحة</w:t>
      </w:r>
      <w:r>
        <w:t>:</w:t>
      </w:r>
      <w:r>
        <w:br/>
        <w:t>«</w:t>
      </w:r>
      <w:r>
        <w:rPr>
          <w:rtl/>
        </w:rPr>
        <w:t xml:space="preserve">على الرغم من تسارع توظيف تقنيات الذكاء الاصطناعي في منظومة المراقبة الذكية بمدينة الرياض، ما تزال هناك فجوة بين الإمكانات التقنية المتاحة وبين الفاعلية التشغيلية المتحقّقة على أرض الواقع، تظهر في تباين دقّة الرصد، وتفاوت زمن الاستجابة، واستمرار أخطاء تشغيلية مرتبطة بتكامل الأنظمة وكفاءات الموارد البشرية والاعتبارات التنظيمية. ومن ثمّ تتمثّل مشكلة الدراسة في </w:t>
      </w:r>
      <w:r w:rsidRPr="007B2B26">
        <w:rPr>
          <w:b/>
          <w:bCs/>
          <w:rtl/>
        </w:rPr>
        <w:t>تقويم أثر استخدام تقنيات الذكاء الاصطناعي وتكامل البنية التحتية وكفاءة الموارد البشرية على أداء نظم المراقبة الذكية في مدينة الرياض</w:t>
      </w:r>
      <w:r>
        <w:t>.»</w:t>
      </w:r>
    </w:p>
    <w:p w14:paraId="22892F1C" w14:textId="77777777" w:rsidR="007B2B26" w:rsidRDefault="007B2B26" w:rsidP="007B2B26">
      <w:pPr>
        <w:pStyle w:val="NormalWeb"/>
        <w:bidi/>
        <w:jc w:val="both"/>
        <w:rPr>
          <w:rtl/>
        </w:rPr>
      </w:pPr>
      <w:r>
        <w:rPr>
          <w:rtl/>
        </w:rPr>
        <w:t>ويُصاغ السؤال الرئيس مباشرةً على هذا الأساس</w:t>
      </w:r>
      <w:r>
        <w:t>:</w:t>
      </w:r>
    </w:p>
    <w:p w14:paraId="61457F24" w14:textId="03E10311" w:rsidR="007B2B26" w:rsidRDefault="007B2B26" w:rsidP="007B2B26">
      <w:pPr>
        <w:pStyle w:val="NormalWeb"/>
        <w:bidi/>
        <w:jc w:val="both"/>
      </w:pPr>
      <w:r>
        <w:t>«</w:t>
      </w:r>
      <w:r>
        <w:rPr>
          <w:rtl/>
        </w:rPr>
        <w:t>ما أثر استخدام تقنيات الذكاء الاصطناعي وتكامل البنية التحتية وكفاءة الموارد البشرية في تحسين أداء نظم المراقبة الذكية بمدينة الرياض؟</w:t>
      </w:r>
      <w:r>
        <w:t>»</w:t>
      </w:r>
    </w:p>
    <w:p w14:paraId="1B1FD404" w14:textId="77777777" w:rsidR="007B2B26" w:rsidRDefault="007B2B26" w:rsidP="007B2B26">
      <w:pPr>
        <w:pStyle w:val="NormalWeb"/>
        <w:bidi/>
        <w:jc w:val="both"/>
        <w:rPr>
          <w:rtl/>
        </w:rPr>
      </w:pPr>
      <w:r w:rsidRPr="007B2B26">
        <w:rPr>
          <w:b/>
          <w:bCs/>
          <w:rtl/>
        </w:rPr>
        <w:t>ثالثًا</w:t>
      </w:r>
      <w:r>
        <w:rPr>
          <w:rtl/>
        </w:rPr>
        <w:t>: الأهداف وقابليتها للقياس</w:t>
      </w:r>
    </w:p>
    <w:p w14:paraId="422B6BBC" w14:textId="2F155307" w:rsidR="007B2B26" w:rsidRPr="007B2B26" w:rsidRDefault="007B2B26" w:rsidP="007B2B26">
      <w:pPr>
        <w:pStyle w:val="NormalWeb"/>
        <w:bidi/>
        <w:jc w:val="both"/>
        <w:rPr>
          <w:b/>
          <w:bCs/>
        </w:rPr>
      </w:pPr>
      <w:r w:rsidRPr="007B2B26">
        <w:rPr>
          <w:b/>
          <w:bCs/>
          <w:rtl/>
        </w:rPr>
        <w:t>لتعزيز المواءمة بين المشكلة والمنهجية، تُعاد صياغة الأهداف إلى محاور قابلة للقياس، مثل</w:t>
      </w:r>
      <w:r w:rsidRPr="007B2B26">
        <w:rPr>
          <w:b/>
          <w:bCs/>
        </w:rPr>
        <w:t>:</w:t>
      </w:r>
    </w:p>
    <w:p w14:paraId="16D0D51B" w14:textId="77777777" w:rsidR="007B2B26" w:rsidRDefault="007B2B26" w:rsidP="007B2B26">
      <w:pPr>
        <w:pStyle w:val="NormalWeb"/>
        <w:numPr>
          <w:ilvl w:val="0"/>
          <w:numId w:val="10"/>
        </w:numPr>
        <w:bidi/>
        <w:jc w:val="both"/>
      </w:pPr>
      <w:r>
        <w:rPr>
          <w:rtl/>
        </w:rPr>
        <w:t>قياس مستوى تبنّي تقنيات الذكاء الاصطناعي في نظم المراقبة بمدينة الرياض خلال فترة جمع البيانات المحدّدة</w:t>
      </w:r>
      <w:r>
        <w:t>.</w:t>
      </w:r>
    </w:p>
    <w:p w14:paraId="648C1D0F" w14:textId="77777777" w:rsidR="007B2B26" w:rsidRDefault="007B2B26" w:rsidP="007B2B26">
      <w:pPr>
        <w:pStyle w:val="NormalWeb"/>
        <w:numPr>
          <w:ilvl w:val="0"/>
          <w:numId w:val="10"/>
        </w:numPr>
        <w:bidi/>
        <w:jc w:val="both"/>
      </w:pPr>
      <w:r>
        <w:rPr>
          <w:rtl/>
        </w:rPr>
        <w:t>قياس مستوى تكامل البنية التحتية الذكية ذات الصلة بالمراقبة</w:t>
      </w:r>
      <w:r>
        <w:t>.</w:t>
      </w:r>
    </w:p>
    <w:p w14:paraId="6E43C7C0" w14:textId="77777777" w:rsidR="007B2B26" w:rsidRDefault="007B2B26" w:rsidP="007B2B26">
      <w:pPr>
        <w:pStyle w:val="NormalWeb"/>
        <w:numPr>
          <w:ilvl w:val="0"/>
          <w:numId w:val="10"/>
        </w:numPr>
        <w:bidi/>
        <w:jc w:val="both"/>
      </w:pPr>
      <w:r>
        <w:rPr>
          <w:rtl/>
        </w:rPr>
        <w:t>قياس كفاءة الموارد البشرية المشغِّلة للنظم</w:t>
      </w:r>
      <w:r>
        <w:t>.</w:t>
      </w:r>
    </w:p>
    <w:p w14:paraId="395301E4" w14:textId="77777777" w:rsidR="007B2B26" w:rsidRDefault="007B2B26" w:rsidP="007B2B26">
      <w:pPr>
        <w:pStyle w:val="NormalWeb"/>
        <w:numPr>
          <w:ilvl w:val="0"/>
          <w:numId w:val="10"/>
        </w:numPr>
        <w:bidi/>
        <w:jc w:val="both"/>
      </w:pPr>
      <w:r>
        <w:rPr>
          <w:rtl/>
        </w:rPr>
        <w:t>اختبار أثر كلّ متغير مستقل في مؤشرات الأداء (دقّة الرصد، زمن الاستجابة، تقليل الأخطاء، جودة القرار)</w:t>
      </w:r>
      <w:r>
        <w:t>.</w:t>
      </w:r>
    </w:p>
    <w:p w14:paraId="407C6C75" w14:textId="77777777" w:rsidR="007B2B26" w:rsidRDefault="007B2B26" w:rsidP="007B2B26">
      <w:pPr>
        <w:pStyle w:val="NormalWeb"/>
        <w:numPr>
          <w:ilvl w:val="0"/>
          <w:numId w:val="10"/>
        </w:numPr>
        <w:bidi/>
        <w:jc w:val="both"/>
      </w:pPr>
      <w:r>
        <w:rPr>
          <w:rtl/>
        </w:rPr>
        <w:t>اختبار النموذج الكلي مع إدراج المتغيرات الضابطة الملائمة</w:t>
      </w:r>
      <w:r>
        <w:t>.</w:t>
      </w:r>
    </w:p>
    <w:p w14:paraId="219662AF" w14:textId="77777777" w:rsidR="007B2B26" w:rsidRDefault="007B2B26" w:rsidP="007B2B26">
      <w:pPr>
        <w:pStyle w:val="NormalWeb"/>
        <w:bidi/>
        <w:jc w:val="both"/>
        <w:rPr>
          <w:rtl/>
        </w:rPr>
      </w:pPr>
      <w:r w:rsidRPr="007B2B26">
        <w:rPr>
          <w:b/>
          <w:bCs/>
          <w:rtl/>
        </w:rPr>
        <w:t>رابعًا</w:t>
      </w:r>
      <w:r>
        <w:rPr>
          <w:rtl/>
        </w:rPr>
        <w:t>: أسئلة الدراسة وفرضياتها</w:t>
      </w:r>
    </w:p>
    <w:p w14:paraId="00599C2D" w14:textId="215485EE" w:rsidR="007B2B26" w:rsidRDefault="007B2B26" w:rsidP="007B2B26">
      <w:pPr>
        <w:pStyle w:val="NormalWeb"/>
        <w:bidi/>
        <w:jc w:val="both"/>
      </w:pPr>
      <w:r>
        <w:rPr>
          <w:rtl/>
        </w:rPr>
        <w:t>يُستحسن دمج الأسئلة لتقليل التكرار، ثم صياغة فرضيات صريحة ومباشرة قابلة للاختبار الإحصائي. على سبيل المثال</w:t>
      </w:r>
      <w:r>
        <w:t>:</w:t>
      </w:r>
    </w:p>
    <w:p w14:paraId="08C90B65" w14:textId="77777777" w:rsidR="007B2B26" w:rsidRDefault="007B2B26" w:rsidP="007B2B26">
      <w:pPr>
        <w:pStyle w:val="NormalWeb"/>
        <w:numPr>
          <w:ilvl w:val="0"/>
          <w:numId w:val="11"/>
        </w:numPr>
        <w:bidi/>
        <w:jc w:val="both"/>
      </w:pPr>
      <w:r>
        <w:rPr>
          <w:rtl/>
        </w:rPr>
        <w:lastRenderedPageBreak/>
        <w:t xml:space="preserve">تؤثر </w:t>
      </w:r>
      <w:r>
        <w:rPr>
          <w:rStyle w:val="Strong"/>
          <w:rtl/>
        </w:rPr>
        <w:t>تقنيات الذكاء الاصطناعي</w:t>
      </w:r>
      <w:r>
        <w:rPr>
          <w:rtl/>
        </w:rPr>
        <w:t xml:space="preserve"> إيجابيًا في </w:t>
      </w:r>
      <w:r>
        <w:rPr>
          <w:rStyle w:val="Strong"/>
          <w:rtl/>
        </w:rPr>
        <w:t>أداء نظم المراقبة</w:t>
      </w:r>
      <w:r>
        <w:t>.</w:t>
      </w:r>
    </w:p>
    <w:p w14:paraId="23C6D924" w14:textId="77777777" w:rsidR="007B2B26" w:rsidRDefault="007B2B26" w:rsidP="007B2B26">
      <w:pPr>
        <w:pStyle w:val="NormalWeb"/>
        <w:numPr>
          <w:ilvl w:val="0"/>
          <w:numId w:val="11"/>
        </w:numPr>
        <w:bidi/>
        <w:jc w:val="both"/>
      </w:pPr>
      <w:r>
        <w:rPr>
          <w:rtl/>
        </w:rPr>
        <w:t xml:space="preserve">يؤثر </w:t>
      </w:r>
      <w:r>
        <w:rPr>
          <w:rStyle w:val="Strong"/>
          <w:rtl/>
        </w:rPr>
        <w:t>تكامل البنية التحتية الذكية</w:t>
      </w:r>
      <w:r>
        <w:rPr>
          <w:rtl/>
        </w:rPr>
        <w:t xml:space="preserve"> إيجابيًا في الأداء</w:t>
      </w:r>
      <w:r>
        <w:t>.</w:t>
      </w:r>
    </w:p>
    <w:p w14:paraId="7679FAB8" w14:textId="77777777" w:rsidR="007B2B26" w:rsidRDefault="007B2B26" w:rsidP="007B2B26">
      <w:pPr>
        <w:pStyle w:val="NormalWeb"/>
        <w:numPr>
          <w:ilvl w:val="0"/>
          <w:numId w:val="11"/>
        </w:numPr>
        <w:bidi/>
        <w:jc w:val="both"/>
      </w:pPr>
      <w:r>
        <w:rPr>
          <w:rtl/>
        </w:rPr>
        <w:t xml:space="preserve">تؤثر </w:t>
      </w:r>
      <w:r>
        <w:rPr>
          <w:rStyle w:val="Strong"/>
          <w:rtl/>
        </w:rPr>
        <w:t>كفاءة الموارد البشرية</w:t>
      </w:r>
      <w:r>
        <w:rPr>
          <w:rtl/>
        </w:rPr>
        <w:t xml:space="preserve"> إيجابيًا في الأداء</w:t>
      </w:r>
      <w:r>
        <w:t>.</w:t>
      </w:r>
    </w:p>
    <w:p w14:paraId="1E850BD1" w14:textId="409453D0" w:rsidR="007B2B26" w:rsidRDefault="007B2B26" w:rsidP="007B2B26">
      <w:pPr>
        <w:pStyle w:val="NormalWeb"/>
        <w:numPr>
          <w:ilvl w:val="0"/>
          <w:numId w:val="11"/>
        </w:numPr>
        <w:bidi/>
        <w:jc w:val="both"/>
      </w:pPr>
      <w:r>
        <w:rPr>
          <w:rtl/>
        </w:rPr>
        <w:t>ويُراعى توحيد ترتيب المتغيرات وتسمياتها في الأسئلة والفرضيات والنموذج المفاهيمي</w:t>
      </w:r>
      <w:r>
        <w:t>.</w:t>
      </w:r>
    </w:p>
    <w:p w14:paraId="71232208" w14:textId="55DB0C00" w:rsidR="007B2B26" w:rsidRPr="007B2B26" w:rsidRDefault="007B2B26" w:rsidP="007B2B26">
      <w:pPr>
        <w:pStyle w:val="NormalWeb"/>
        <w:bidi/>
        <w:spacing w:before="0" w:beforeAutospacing="0" w:after="0" w:afterAutospacing="0"/>
        <w:jc w:val="both"/>
      </w:pPr>
      <w:r w:rsidRPr="007B2B26">
        <w:rPr>
          <w:b/>
          <w:bCs/>
          <w:rtl/>
        </w:rPr>
        <w:t>خامسًا</w:t>
      </w:r>
      <w:r w:rsidRPr="007B2B26">
        <w:rPr>
          <w:rtl/>
        </w:rPr>
        <w:t>: تُحَيَّد التعريفات الإجرائية بحيث تصف كيفية القياس فقط (الأداة، الأبعاد، عدد البنود، نوع المقياس) دون تضمين أي أثرٍ سببي داخل التعريف. ويوصى بإفراد فقرة موجزة بعنوان «ملخّص المفاهيم والتعريفات الإجرائية» تُثبّت فيها المصطلحات المعتمدة للأبعاد الثلاثة المستقلة (استخدام التقنيات، تكامل البنية، كفاءة الموارد) ولأبعاد الأداء (دقّة الرصد، زمن الاستجابة، تقليل الأخطاء/جودة القرار) مع مثال بند واحد توضيحي لكل بُعد</w:t>
      </w:r>
      <w:r w:rsidRPr="007B2B26">
        <w:t>.</w:t>
      </w:r>
    </w:p>
    <w:p w14:paraId="6BDD91F0" w14:textId="6E4A8F3A" w:rsidR="007B2B26" w:rsidRPr="007B2B26" w:rsidRDefault="007B2B26" w:rsidP="007B2B26">
      <w:pPr>
        <w:pStyle w:val="NormalWeb"/>
        <w:bidi/>
        <w:spacing w:before="0" w:beforeAutospacing="0" w:after="0" w:afterAutospacing="0"/>
        <w:jc w:val="both"/>
      </w:pPr>
      <w:r w:rsidRPr="007B2B26">
        <w:rPr>
          <w:b/>
          <w:bCs/>
          <w:rtl/>
        </w:rPr>
        <w:t>سادسًا</w:t>
      </w:r>
      <w:r w:rsidRPr="007B2B26">
        <w:rPr>
          <w:rtl/>
        </w:rPr>
        <w:t>: تُثبّت الحدود المكانية على مدينة الرياض بما ينسجم مع عنوان الدراسة، ويُذكر مبرّر زمني واضح لفترة جمع البيانات. في العيّنة، يُفضَّل اعتماد معاينة طبقية (نوع الجهة/الدور الوظيفي/سنوات الخبرة) بحدٍّ أدنى لكل فئة لضمان تمثيل كافٍ. كما يُعلن مسبقًا عن المتغيرات الضابطة (نوع الجهة، سنوات الخبرة، الدور الوظيفي…) وآلية فحص افتراضات التحليل (اعتدال التوزيع، الخطية، تعدد الترابط) ومعالجة القيم الشاذة، مع الإشارة إلى فحوص المتانة عند الحاجة. يُكتفى في الفصل الأول بتحديد النهج العام، على أن تُفصَّل اختبارات الثبات والصلاحية وخطة التحليل في فصل المنهجية</w:t>
      </w:r>
      <w:r w:rsidRPr="007B2B26">
        <w:t>.</w:t>
      </w:r>
    </w:p>
    <w:p w14:paraId="2E34A48B" w14:textId="7FF9FC23" w:rsidR="007B2B26" w:rsidRPr="007B2B26" w:rsidRDefault="007B2B26" w:rsidP="007B2B26">
      <w:pPr>
        <w:pStyle w:val="NormalWeb"/>
        <w:bidi/>
        <w:spacing w:before="0" w:beforeAutospacing="0" w:after="0" w:afterAutospacing="0"/>
        <w:jc w:val="both"/>
      </w:pPr>
      <w:r w:rsidRPr="007B2B26">
        <w:rPr>
          <w:b/>
          <w:bCs/>
          <w:rtl/>
        </w:rPr>
        <w:t>سابعًا</w:t>
      </w:r>
      <w:r w:rsidRPr="007B2B26">
        <w:rPr>
          <w:rtl/>
        </w:rPr>
        <w:t>: تُضاف فقرة ختامية بعنوان «تنظيم فصول الرسالة» توضّح بإيجاز وظيفة كل فصل: الإطار النظري وصياغة الفرضيات النهائية، المنهجية والأداة وفحوص الثبات والصلاحية وخطة التحليل، النتائج واختبار الفرضيات، ثم المناقشة والخلاصة والتوصيات والحدود والبحوث المستقبلية. هذا الإدراج يعزّز قابلية التتبع ويحدّ من التكرار</w:t>
      </w:r>
      <w:r w:rsidRPr="007B2B26">
        <w:t>.</w:t>
      </w:r>
    </w:p>
    <w:p w14:paraId="349921D1" w14:textId="54543B49" w:rsidR="007B2B26" w:rsidRPr="007B2B26" w:rsidRDefault="007B2B26" w:rsidP="007B2B26">
      <w:pPr>
        <w:pStyle w:val="NormalWeb"/>
        <w:bidi/>
        <w:spacing w:before="0" w:beforeAutospacing="0" w:after="0" w:afterAutospacing="0"/>
        <w:jc w:val="both"/>
      </w:pPr>
      <w:r w:rsidRPr="007B2B26">
        <w:rPr>
          <w:b/>
          <w:bCs/>
          <w:rtl/>
        </w:rPr>
        <w:t>ثامنًا</w:t>
      </w:r>
      <w:r w:rsidRPr="007B2B26">
        <w:rPr>
          <w:rFonts w:hint="cs"/>
          <w:rtl/>
        </w:rPr>
        <w:t xml:space="preserve">: </w:t>
      </w:r>
      <w:r w:rsidRPr="007B2B26">
        <w:rPr>
          <w:rtl/>
        </w:rPr>
        <w:t xml:space="preserve">يلزم توحيد نمط التوثيق وفق </w:t>
      </w:r>
      <w:r w:rsidRPr="007B2B26">
        <w:t>APA-7</w:t>
      </w:r>
      <w:r w:rsidRPr="007B2B26">
        <w:rPr>
          <w:rtl/>
        </w:rPr>
        <w:t>، واستكمال المعرفات الرقمية للمقالات المحكمة، وترشيد الاعتماد على الروابط العامة أو المصادر غير المحكمة، مع ترجيح الدراسات العلمية الحديثة ذات الصلة المباشرة بموضوع الأمن الحضري والمراقبة الذكية. كما يُنصح بتنفيذ تدقيق لغوي شامل يضبط علامات الترقيم، وتقسيم الفقرات إلى وحدات قصيرة متجانسة تفتتح بجملة موضوع واضحة وتُختتم بجملة انتقالية</w:t>
      </w:r>
      <w:r w:rsidRPr="007B2B26">
        <w:t>.</w:t>
      </w:r>
    </w:p>
    <w:p w14:paraId="0ED310E4" w14:textId="77777777" w:rsidR="007B2B26" w:rsidRPr="007B2B26" w:rsidRDefault="007B2B26" w:rsidP="007B2B26">
      <w:pPr>
        <w:bidi/>
        <w:rPr>
          <w:lang w:val="en-GB"/>
        </w:rPr>
      </w:pPr>
    </w:p>
    <w:sectPr w:rsidR="007B2B26" w:rsidRPr="007B2B2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1D6BB3"/>
    <w:multiLevelType w:val="multilevel"/>
    <w:tmpl w:val="FFB42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AC7317"/>
    <w:multiLevelType w:val="multilevel"/>
    <w:tmpl w:val="0C3C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771052">
    <w:abstractNumId w:val="8"/>
  </w:num>
  <w:num w:numId="2" w16cid:durableId="185681303">
    <w:abstractNumId w:val="6"/>
  </w:num>
  <w:num w:numId="3" w16cid:durableId="2001957097">
    <w:abstractNumId w:val="5"/>
  </w:num>
  <w:num w:numId="4" w16cid:durableId="140121300">
    <w:abstractNumId w:val="4"/>
  </w:num>
  <w:num w:numId="5" w16cid:durableId="828206811">
    <w:abstractNumId w:val="7"/>
  </w:num>
  <w:num w:numId="6" w16cid:durableId="1279990498">
    <w:abstractNumId w:val="3"/>
  </w:num>
  <w:num w:numId="7" w16cid:durableId="391848445">
    <w:abstractNumId w:val="2"/>
  </w:num>
  <w:num w:numId="8" w16cid:durableId="695889184">
    <w:abstractNumId w:val="1"/>
  </w:num>
  <w:num w:numId="9" w16cid:durableId="1478839600">
    <w:abstractNumId w:val="0"/>
  </w:num>
  <w:num w:numId="10" w16cid:durableId="852184641">
    <w:abstractNumId w:val="9"/>
  </w:num>
  <w:num w:numId="11" w16cid:durableId="17172675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xNre0sDQ2sjA3M7VU0lEKTi0uzszPAykwqgUAvgfi0iwAAAA="/>
  </w:docVars>
  <w:rsids>
    <w:rsidRoot w:val="00B47730"/>
    <w:rsid w:val="00034616"/>
    <w:rsid w:val="0006063C"/>
    <w:rsid w:val="00097626"/>
    <w:rsid w:val="0015074B"/>
    <w:rsid w:val="0029639D"/>
    <w:rsid w:val="002A725A"/>
    <w:rsid w:val="002C7472"/>
    <w:rsid w:val="00326F90"/>
    <w:rsid w:val="005D4F52"/>
    <w:rsid w:val="007B2B26"/>
    <w:rsid w:val="00845CE0"/>
    <w:rsid w:val="009321A3"/>
    <w:rsid w:val="00A00555"/>
    <w:rsid w:val="00A14790"/>
    <w:rsid w:val="00A14894"/>
    <w:rsid w:val="00A35E6B"/>
    <w:rsid w:val="00AA1D8D"/>
    <w:rsid w:val="00B47730"/>
    <w:rsid w:val="00BF4129"/>
    <w:rsid w:val="00CB0664"/>
    <w:rsid w:val="00E933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CF90C5"/>
  <w14:defaultImageDpi w14:val="300"/>
  <w15:docId w15:val="{D22EF7E1-8579-4BB0-ACB5-124426B6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B2B2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1980</Words>
  <Characters>11150</Characters>
  <Application>Microsoft Office Word</Application>
  <DocSecurity>0</DocSecurity>
  <Lines>446</Lines>
  <Paragraphs>226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4</cp:revision>
  <dcterms:created xsi:type="dcterms:W3CDTF">2025-11-12T16:22:00Z</dcterms:created>
  <dcterms:modified xsi:type="dcterms:W3CDTF">2025-11-12T16:50:00Z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059398a6-d3a4-4ae4-bd16-bfd794447772</vt:lpwstr>
  </property>
</Properties>
</file>