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9751C" w14:textId="77777777" w:rsidR="00FE4F8B" w:rsidRPr="00866AA7" w:rsidRDefault="00FE4F8B" w:rsidP="00FE4F8B">
      <w:pPr>
        <w:jc w:val="right"/>
        <w:rPr>
          <w:rFonts w:asciiTheme="majorBidi" w:hAnsiTheme="majorBidi" w:cstheme="majorBidi"/>
          <w:sz w:val="28"/>
          <w:szCs w:val="28"/>
        </w:rPr>
      </w:pPr>
      <w:r w:rsidRPr="00866AA7">
        <w:rPr>
          <w:rFonts w:asciiTheme="majorBidi" w:hAnsiTheme="majorBidi" w:cstheme="majorBidi"/>
          <w:b/>
          <w:bCs/>
          <w:noProof/>
          <w:sz w:val="32"/>
          <w:szCs w:val="32"/>
        </w:rPr>
        <w:drawing>
          <wp:anchor distT="0" distB="0" distL="114300" distR="114300" simplePos="0" relativeHeight="251659264" behindDoc="0" locked="0" layoutInCell="1" allowOverlap="1" wp14:anchorId="330307B7" wp14:editId="164BCCAD">
            <wp:simplePos x="0" y="0"/>
            <wp:positionH relativeFrom="margin">
              <wp:posOffset>-431800</wp:posOffset>
            </wp:positionH>
            <wp:positionV relativeFrom="margin">
              <wp:posOffset>-323850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B4E8F56" w14:textId="77777777" w:rsidR="00FE4F8B" w:rsidRPr="00866AA7" w:rsidRDefault="00FE4F8B" w:rsidP="00FE4F8B">
      <w:pPr>
        <w:jc w:val="right"/>
        <w:rPr>
          <w:rFonts w:asciiTheme="majorBidi" w:hAnsiTheme="majorBidi" w:cstheme="majorBidi"/>
          <w:b/>
          <w:bCs/>
          <w:sz w:val="32"/>
          <w:szCs w:val="32"/>
          <w:lang w:bidi="ar-EG"/>
        </w:rPr>
      </w:pPr>
    </w:p>
    <w:p w14:paraId="2FDD99C1" w14:textId="77777777" w:rsidR="00FE4F8B" w:rsidRPr="00866AA7" w:rsidRDefault="00FE4F8B" w:rsidP="00FE4F8B">
      <w:pPr>
        <w:jc w:val="right"/>
        <w:rPr>
          <w:rFonts w:asciiTheme="majorBidi" w:hAnsiTheme="majorBidi" w:cstheme="majorBidi"/>
          <w:b/>
          <w:bCs/>
          <w:sz w:val="32"/>
          <w:szCs w:val="32"/>
          <w:rtl/>
          <w:lang w:bidi="ar-EG"/>
        </w:rPr>
      </w:pPr>
      <w:r w:rsidRPr="00866AA7">
        <w:rPr>
          <w:rFonts w:asciiTheme="majorBidi" w:hAnsiTheme="majorBidi" w:cstheme="majorBidi"/>
          <w:b/>
          <w:bCs/>
          <w:sz w:val="32"/>
          <w:szCs w:val="32"/>
          <w:lang w:bidi="ar-EG"/>
        </w:rPr>
        <w:t xml:space="preserve">    </w:t>
      </w:r>
      <w:r w:rsidRPr="00866AA7">
        <w:rPr>
          <w:rFonts w:asciiTheme="majorBidi" w:hAnsiTheme="majorBidi" w:cstheme="majorBidi"/>
          <w:b/>
          <w:bCs/>
          <w:sz w:val="32"/>
          <w:szCs w:val="32"/>
          <w:rtl/>
          <w:lang w:bidi="ar-EG"/>
        </w:rPr>
        <w:t xml:space="preserve">كلية </w:t>
      </w:r>
      <w:r>
        <w:rPr>
          <w:rFonts w:asciiTheme="majorBidi" w:hAnsiTheme="majorBidi" w:cstheme="majorBidi" w:hint="cs"/>
          <w:b/>
          <w:bCs/>
          <w:sz w:val="32"/>
          <w:szCs w:val="32"/>
          <w:rtl/>
          <w:lang w:bidi="ar-EG"/>
        </w:rPr>
        <w:t>ال</w:t>
      </w:r>
      <w:r w:rsidRPr="00866AA7">
        <w:rPr>
          <w:rFonts w:asciiTheme="majorBidi" w:hAnsiTheme="majorBidi" w:cstheme="majorBidi"/>
          <w:b/>
          <w:bCs/>
          <w:sz w:val="32"/>
          <w:szCs w:val="32"/>
          <w:rtl/>
          <w:lang w:bidi="ar-EG"/>
        </w:rPr>
        <w:t xml:space="preserve">إدارة </w:t>
      </w:r>
    </w:p>
    <w:p w14:paraId="63604DD7" w14:textId="77777777" w:rsidR="00FE4F8B" w:rsidRPr="00866AA7" w:rsidRDefault="00FE4F8B" w:rsidP="00FE4F8B">
      <w:pPr>
        <w:jc w:val="right"/>
        <w:rPr>
          <w:rFonts w:asciiTheme="majorBidi" w:hAnsiTheme="majorBidi" w:cstheme="majorBidi"/>
          <w:sz w:val="32"/>
          <w:szCs w:val="32"/>
          <w:lang w:bidi="ar-EG"/>
        </w:rPr>
      </w:pPr>
      <w:r>
        <w:rPr>
          <w:rFonts w:asciiTheme="majorBidi" w:hAnsiTheme="majorBidi" w:cstheme="majorBidi" w:hint="cs"/>
          <w:b/>
          <w:bCs/>
          <w:sz w:val="32"/>
          <w:szCs w:val="32"/>
          <w:rtl/>
          <w:lang w:bidi="ar-EG"/>
        </w:rPr>
        <w:t>ماجستير</w:t>
      </w:r>
      <w:r w:rsidRPr="00866AA7">
        <w:rPr>
          <w:rFonts w:asciiTheme="majorBidi" w:hAnsiTheme="majorBidi" w:cstheme="majorBidi"/>
          <w:b/>
          <w:bCs/>
          <w:sz w:val="32"/>
          <w:szCs w:val="32"/>
          <w:rtl/>
          <w:lang w:bidi="ar-EG"/>
        </w:rPr>
        <w:t xml:space="preserve"> إدارة المشاريع</w:t>
      </w:r>
    </w:p>
    <w:p w14:paraId="00970AF3" w14:textId="77777777" w:rsidR="00FE4F8B" w:rsidRPr="00866AA7" w:rsidRDefault="00FE4F8B" w:rsidP="00FE4F8B">
      <w:pPr>
        <w:rPr>
          <w:rFonts w:asciiTheme="majorBidi" w:hAnsiTheme="majorBidi" w:cstheme="majorBidi"/>
          <w:sz w:val="32"/>
          <w:szCs w:val="32"/>
          <w:rtl/>
          <w:lang w:bidi="ar-EG"/>
        </w:rPr>
      </w:pPr>
    </w:p>
    <w:p w14:paraId="3D8BB796" w14:textId="77777777" w:rsidR="00FE4F8B" w:rsidRPr="00866AA7" w:rsidRDefault="00FE4F8B" w:rsidP="00FE4F8B">
      <w:pPr>
        <w:rPr>
          <w:rFonts w:asciiTheme="majorBidi" w:hAnsiTheme="majorBidi" w:cstheme="majorBidi"/>
          <w:sz w:val="32"/>
          <w:szCs w:val="32"/>
          <w:rtl/>
          <w:lang w:bidi="ar-EG"/>
        </w:rPr>
      </w:pPr>
    </w:p>
    <w:p w14:paraId="340ECEE2" w14:textId="77777777" w:rsidR="00FE4F8B" w:rsidRPr="00866AA7" w:rsidRDefault="00FE4F8B" w:rsidP="00FE4F8B">
      <w:pPr>
        <w:rPr>
          <w:rFonts w:asciiTheme="majorBidi" w:hAnsiTheme="majorBidi" w:cstheme="majorBidi"/>
          <w:sz w:val="32"/>
          <w:szCs w:val="32"/>
          <w:rtl/>
          <w:lang w:bidi="ar-EG"/>
        </w:rPr>
      </w:pPr>
    </w:p>
    <w:p w14:paraId="37238DCB" w14:textId="77777777" w:rsidR="00FE4F8B" w:rsidRPr="00866AA7" w:rsidRDefault="00FE4F8B" w:rsidP="00FE4F8B">
      <w:pPr>
        <w:jc w:val="center"/>
        <w:rPr>
          <w:rFonts w:asciiTheme="majorBidi" w:hAnsiTheme="majorBidi" w:cstheme="majorBidi"/>
          <w:b/>
          <w:bCs/>
          <w:sz w:val="32"/>
          <w:szCs w:val="32"/>
          <w:rtl/>
          <w:lang w:bidi="ar-EG"/>
        </w:rPr>
      </w:pPr>
      <w:r w:rsidRPr="00866AA7">
        <w:rPr>
          <w:rFonts w:asciiTheme="majorBidi" w:hAnsiTheme="majorBidi" w:cstheme="majorBidi"/>
          <w:b/>
          <w:bCs/>
          <w:sz w:val="32"/>
          <w:szCs w:val="32"/>
          <w:rtl/>
          <w:lang w:bidi="ar-EG"/>
        </w:rPr>
        <w:t>عنوان البحث</w:t>
      </w:r>
    </w:p>
    <w:p w14:paraId="6A03687B" w14:textId="77777777" w:rsidR="00FE4F8B" w:rsidRPr="00866AA7" w:rsidRDefault="00FE4F8B" w:rsidP="00FE4F8B">
      <w:pPr>
        <w:bidi/>
        <w:jc w:val="center"/>
        <w:rPr>
          <w:rFonts w:asciiTheme="majorBidi" w:hAnsiTheme="majorBidi" w:cstheme="majorBidi"/>
          <w:b/>
          <w:bCs/>
          <w:sz w:val="28"/>
          <w:szCs w:val="28"/>
          <w:rtl/>
        </w:rPr>
      </w:pPr>
      <w:r w:rsidRPr="00866AA7">
        <w:rPr>
          <w:rFonts w:asciiTheme="majorBidi" w:hAnsiTheme="majorBidi" w:cstheme="majorBidi"/>
          <w:b/>
          <w:bCs/>
          <w:sz w:val="28"/>
          <w:szCs w:val="28"/>
          <w:rtl/>
        </w:rPr>
        <w:t>إدارة المشاريع المستدامة: دمج أهداف الحوكمة البيئية والاجتماعية وحوكمة الشركات</w:t>
      </w:r>
      <w:r w:rsidRPr="00866AA7">
        <w:rPr>
          <w:rFonts w:asciiTheme="majorBidi" w:hAnsiTheme="majorBidi" w:cstheme="majorBidi"/>
          <w:b/>
          <w:bCs/>
          <w:sz w:val="28"/>
          <w:szCs w:val="28"/>
        </w:rPr>
        <w:t xml:space="preserve"> (ESG) </w:t>
      </w:r>
      <w:r w:rsidRPr="00866AA7">
        <w:rPr>
          <w:rFonts w:asciiTheme="majorBidi" w:hAnsiTheme="majorBidi" w:cstheme="majorBidi"/>
          <w:b/>
          <w:bCs/>
          <w:sz w:val="28"/>
          <w:szCs w:val="28"/>
          <w:rtl/>
        </w:rPr>
        <w:t>في دورة حياة المشروع</w:t>
      </w:r>
    </w:p>
    <w:p w14:paraId="1FCC1851" w14:textId="77777777" w:rsidR="00FE4F8B" w:rsidRDefault="00FE4F8B" w:rsidP="00FE4F8B">
      <w:pPr>
        <w:bidi/>
        <w:jc w:val="center"/>
        <w:rPr>
          <w:rFonts w:asciiTheme="majorBidi" w:hAnsiTheme="majorBidi" w:cstheme="majorBidi"/>
          <w:b/>
          <w:bCs/>
          <w:sz w:val="28"/>
          <w:szCs w:val="28"/>
          <w:rtl/>
        </w:rPr>
      </w:pPr>
      <w:r w:rsidRPr="00866AA7">
        <w:rPr>
          <w:rFonts w:asciiTheme="majorBidi" w:hAnsiTheme="majorBidi" w:cstheme="majorBidi"/>
          <w:b/>
          <w:bCs/>
          <w:sz w:val="28"/>
          <w:szCs w:val="28"/>
          <w:rtl/>
        </w:rPr>
        <w:t>دراسة على مشاريع المملكة العربية السعودية</w:t>
      </w:r>
    </w:p>
    <w:p w14:paraId="73CDA8E6" w14:textId="77777777" w:rsidR="00FE4F8B" w:rsidRPr="00866AA7" w:rsidRDefault="00FE4F8B" w:rsidP="00FE4F8B">
      <w:pPr>
        <w:bidi/>
        <w:jc w:val="center"/>
        <w:rPr>
          <w:rFonts w:asciiTheme="majorBidi" w:hAnsiTheme="majorBidi" w:cstheme="majorBidi"/>
          <w:b/>
          <w:bCs/>
          <w:sz w:val="28"/>
          <w:szCs w:val="28"/>
          <w:rtl/>
        </w:rPr>
      </w:pPr>
    </w:p>
    <w:p w14:paraId="33D578B7" w14:textId="77777777" w:rsidR="00FE4F8B" w:rsidRPr="002436A4" w:rsidRDefault="00FE4F8B" w:rsidP="00FE4F8B">
      <w:pPr>
        <w:bidi/>
        <w:jc w:val="center"/>
        <w:rPr>
          <w:rFonts w:asciiTheme="majorBidi" w:hAnsiTheme="majorBidi" w:cstheme="majorBidi"/>
          <w:b/>
          <w:bCs/>
          <w:sz w:val="28"/>
          <w:szCs w:val="28"/>
          <w:rtl/>
        </w:rPr>
      </w:pPr>
      <w:r w:rsidRPr="002436A4">
        <w:rPr>
          <w:rFonts w:asciiTheme="majorBidi" w:hAnsiTheme="majorBidi" w:cstheme="majorBidi" w:hint="cs"/>
          <w:b/>
          <w:bCs/>
          <w:sz w:val="28"/>
          <w:szCs w:val="28"/>
          <w:rtl/>
        </w:rPr>
        <w:t xml:space="preserve">إعداد/ </w:t>
      </w:r>
    </w:p>
    <w:p w14:paraId="1F84D362" w14:textId="77777777" w:rsidR="00FE4F8B" w:rsidRPr="007B331E" w:rsidRDefault="00FE4F8B" w:rsidP="00FE4F8B">
      <w:pPr>
        <w:jc w:val="center"/>
        <w:rPr>
          <w:rFonts w:ascii="Sakkal Majalla" w:hAnsi="Sakkal Majalla" w:cs="AL-Mohanad Bold"/>
          <w:sz w:val="28"/>
          <w:szCs w:val="28"/>
          <w:rtl/>
          <w:lang w:bidi="ar-EG"/>
        </w:rPr>
      </w:pPr>
      <w:r w:rsidRPr="007B331E">
        <w:rPr>
          <w:rFonts w:ascii="Sakkal Majalla" w:hAnsi="Sakkal Majalla" w:cs="AL-Mohanad Bold" w:hint="cs"/>
          <w:sz w:val="28"/>
          <w:szCs w:val="28"/>
          <w:rtl/>
          <w:lang w:bidi="ar-EG"/>
        </w:rPr>
        <w:t>مشاعل الخليفة</w:t>
      </w:r>
    </w:p>
    <w:p w14:paraId="45AE1458" w14:textId="77777777" w:rsidR="00FE4F8B" w:rsidRPr="00866AA7" w:rsidRDefault="00FE4F8B" w:rsidP="00FE4F8B">
      <w:pPr>
        <w:bidi/>
        <w:jc w:val="center"/>
        <w:rPr>
          <w:rFonts w:asciiTheme="majorBidi" w:hAnsiTheme="majorBidi" w:cstheme="majorBidi"/>
          <w:sz w:val="28"/>
          <w:szCs w:val="28"/>
          <w:rtl/>
        </w:rPr>
      </w:pPr>
    </w:p>
    <w:p w14:paraId="424F4138" w14:textId="77777777" w:rsidR="00FE4F8B" w:rsidRPr="00624E9A" w:rsidRDefault="00FE4F8B" w:rsidP="00FE4F8B">
      <w:pPr>
        <w:bidi/>
        <w:jc w:val="center"/>
        <w:rPr>
          <w:rFonts w:cs="AL-Mohanad Bold"/>
          <w:sz w:val="28"/>
          <w:szCs w:val="28"/>
          <w:rtl/>
        </w:rPr>
      </w:pPr>
      <w:r w:rsidRPr="00624E9A">
        <w:rPr>
          <w:rFonts w:ascii="Simplified Arabic" w:hAnsi="Simplified Arabic" w:cs="AL-Mohanad Bold" w:hint="cs"/>
          <w:sz w:val="28"/>
          <w:szCs w:val="28"/>
          <w:rtl/>
        </w:rPr>
        <w:t xml:space="preserve">إشراف/ </w:t>
      </w:r>
    </w:p>
    <w:p w14:paraId="7585E598" w14:textId="77777777" w:rsidR="00FE4F8B" w:rsidRPr="002436A4" w:rsidRDefault="00FE4F8B" w:rsidP="00FE4F8B">
      <w:pPr>
        <w:jc w:val="center"/>
        <w:rPr>
          <w:rFonts w:ascii="Sakkal Majalla" w:hAnsi="Sakkal Majalla" w:cs="AL-Mohanad Bold"/>
          <w:sz w:val="28"/>
          <w:szCs w:val="28"/>
          <w:rtl/>
          <w:lang w:bidi="ar-EG"/>
        </w:rPr>
      </w:pPr>
      <w:proofErr w:type="spellStart"/>
      <w:proofErr w:type="gramStart"/>
      <w:r w:rsidRPr="002436A4">
        <w:rPr>
          <w:rFonts w:ascii="Sakkal Majalla" w:hAnsi="Sakkal Majalla" w:cs="AL-Mohanad Bold" w:hint="cs"/>
          <w:sz w:val="28"/>
          <w:szCs w:val="28"/>
          <w:rtl/>
          <w:lang w:bidi="ar-EG"/>
        </w:rPr>
        <w:t>د.الفيصل</w:t>
      </w:r>
      <w:proofErr w:type="spellEnd"/>
      <w:proofErr w:type="gramEnd"/>
      <w:r w:rsidRPr="002436A4">
        <w:rPr>
          <w:rFonts w:ascii="Sakkal Majalla" w:hAnsi="Sakkal Majalla" w:cs="AL-Mohanad Bold" w:hint="cs"/>
          <w:sz w:val="28"/>
          <w:szCs w:val="28"/>
          <w:rtl/>
          <w:lang w:bidi="ar-EG"/>
        </w:rPr>
        <w:t xml:space="preserve"> عبد الحميد</w:t>
      </w:r>
    </w:p>
    <w:p w14:paraId="2CC5F9C5" w14:textId="77777777" w:rsidR="00FE4F8B" w:rsidRPr="002436A4" w:rsidRDefault="00FE4F8B" w:rsidP="00FE4F8B">
      <w:pPr>
        <w:jc w:val="center"/>
        <w:rPr>
          <w:rFonts w:ascii="Sakkal Majalla" w:hAnsi="Sakkal Majalla" w:cs="AL-Mohanad Bold"/>
          <w:sz w:val="28"/>
          <w:szCs w:val="28"/>
          <w:rtl/>
          <w:lang w:bidi="ar-EG"/>
        </w:rPr>
      </w:pPr>
      <w:proofErr w:type="spellStart"/>
      <w:proofErr w:type="gramStart"/>
      <w:r w:rsidRPr="002436A4">
        <w:rPr>
          <w:rFonts w:ascii="Sakkal Majalla" w:hAnsi="Sakkal Majalla" w:cs="AL-Mohanad Bold" w:hint="cs"/>
          <w:sz w:val="28"/>
          <w:szCs w:val="28"/>
          <w:rtl/>
          <w:lang w:bidi="ar-EG"/>
        </w:rPr>
        <w:t>د.فايز</w:t>
      </w:r>
      <w:proofErr w:type="spellEnd"/>
      <w:proofErr w:type="gramEnd"/>
      <w:r w:rsidRPr="002436A4">
        <w:rPr>
          <w:rFonts w:ascii="Sakkal Majalla" w:hAnsi="Sakkal Majalla" w:cs="AL-Mohanad Bold" w:hint="cs"/>
          <w:sz w:val="28"/>
          <w:szCs w:val="28"/>
          <w:rtl/>
          <w:lang w:bidi="ar-EG"/>
        </w:rPr>
        <w:t xml:space="preserve"> جراد</w:t>
      </w:r>
    </w:p>
    <w:p w14:paraId="420BD6A7" w14:textId="77777777" w:rsidR="00FE4F8B" w:rsidRPr="00624E9A" w:rsidRDefault="00FE4F8B" w:rsidP="00FE4F8B">
      <w:pPr>
        <w:bidi/>
        <w:jc w:val="center"/>
        <w:rPr>
          <w:rFonts w:cs="AL-Mohanad Bold"/>
          <w:sz w:val="28"/>
          <w:szCs w:val="28"/>
        </w:rPr>
      </w:pPr>
    </w:p>
    <w:p w14:paraId="5B36A792" w14:textId="77777777" w:rsidR="00FE4F8B" w:rsidRPr="00624E9A" w:rsidRDefault="00FE4F8B" w:rsidP="00FE4F8B">
      <w:pPr>
        <w:bidi/>
        <w:jc w:val="center"/>
        <w:rPr>
          <w:rFonts w:cs="AL-Mohanad Bold"/>
          <w:sz w:val="28"/>
          <w:szCs w:val="28"/>
        </w:rPr>
      </w:pPr>
      <w:r w:rsidRPr="00624E9A">
        <w:rPr>
          <w:rFonts w:ascii="Simplified Arabic" w:hAnsi="Simplified Arabic" w:cs="AL-Mohanad Bold"/>
          <w:sz w:val="28"/>
          <w:szCs w:val="28"/>
        </w:rPr>
        <w:t>2025/2026</w:t>
      </w:r>
    </w:p>
    <w:p w14:paraId="5AC78340" w14:textId="77777777" w:rsidR="00FE4F8B" w:rsidRPr="00866AA7" w:rsidRDefault="00FE4F8B" w:rsidP="00FE4F8B">
      <w:pPr>
        <w:bidi/>
        <w:jc w:val="center"/>
        <w:rPr>
          <w:rFonts w:asciiTheme="majorBidi" w:hAnsiTheme="majorBidi" w:cstheme="majorBidi"/>
          <w:sz w:val="28"/>
          <w:szCs w:val="28"/>
          <w:rtl/>
        </w:rPr>
      </w:pPr>
    </w:p>
    <w:p w14:paraId="4CDB8FEF" w14:textId="77777777" w:rsidR="00316D8F" w:rsidRPr="00C72132" w:rsidRDefault="00000000" w:rsidP="00C72132">
      <w:pPr>
        <w:bidi/>
        <w:spacing w:line="360" w:lineRule="auto"/>
        <w:rPr>
          <w:rFonts w:cs="AL-Mohanad Bold"/>
          <w:b/>
          <w:bCs/>
          <w:sz w:val="24"/>
          <w:szCs w:val="24"/>
        </w:rPr>
      </w:pPr>
      <w:proofErr w:type="spellStart"/>
      <w:r w:rsidRPr="00C72132">
        <w:rPr>
          <w:rFonts w:ascii="Times New Roman" w:hAnsi="Times New Roman" w:cs="AL-Mohanad Bold"/>
          <w:b/>
          <w:bCs/>
          <w:sz w:val="24"/>
          <w:szCs w:val="24"/>
        </w:rPr>
        <w:lastRenderedPageBreak/>
        <w:t>الفصل</w:t>
      </w:r>
      <w:proofErr w:type="spellEnd"/>
      <w:r w:rsidRPr="00C72132">
        <w:rPr>
          <w:rFonts w:cs="AL-Mohanad Bold"/>
          <w:b/>
          <w:bCs/>
          <w:sz w:val="24"/>
          <w:szCs w:val="24"/>
        </w:rPr>
        <w:t xml:space="preserve"> </w:t>
      </w:r>
      <w:proofErr w:type="spellStart"/>
      <w:r w:rsidRPr="00C72132">
        <w:rPr>
          <w:rFonts w:ascii="Times New Roman" w:hAnsi="Times New Roman" w:cs="AL-Mohanad Bold"/>
          <w:b/>
          <w:bCs/>
          <w:sz w:val="24"/>
          <w:szCs w:val="24"/>
        </w:rPr>
        <w:t>الأول</w:t>
      </w:r>
      <w:proofErr w:type="spellEnd"/>
      <w:r w:rsidRPr="00C72132">
        <w:rPr>
          <w:rFonts w:cs="AL-Mohanad Bold"/>
          <w:b/>
          <w:bCs/>
          <w:sz w:val="24"/>
          <w:szCs w:val="24"/>
        </w:rPr>
        <w:t xml:space="preserve">: </w:t>
      </w:r>
      <w:proofErr w:type="spellStart"/>
      <w:r w:rsidRPr="00C72132">
        <w:rPr>
          <w:rFonts w:ascii="Times New Roman" w:hAnsi="Times New Roman" w:cs="AL-Mohanad Bold"/>
          <w:b/>
          <w:bCs/>
          <w:sz w:val="24"/>
          <w:szCs w:val="24"/>
        </w:rPr>
        <w:t>المقدمة</w:t>
      </w:r>
      <w:proofErr w:type="spellEnd"/>
      <w:r w:rsidRPr="00C72132">
        <w:rPr>
          <w:rFonts w:cs="AL-Mohanad Bold"/>
          <w:b/>
          <w:bCs/>
          <w:sz w:val="24"/>
          <w:szCs w:val="24"/>
        </w:rPr>
        <w:t xml:space="preserve"> </w:t>
      </w:r>
      <w:proofErr w:type="spellStart"/>
      <w:r w:rsidRPr="00C72132">
        <w:rPr>
          <w:rFonts w:ascii="Times New Roman" w:hAnsi="Times New Roman" w:cs="AL-Mohanad Bold"/>
          <w:b/>
          <w:bCs/>
          <w:sz w:val="24"/>
          <w:szCs w:val="24"/>
        </w:rPr>
        <w:t>والإطار</w:t>
      </w:r>
      <w:proofErr w:type="spellEnd"/>
      <w:r w:rsidRPr="00C72132">
        <w:rPr>
          <w:rFonts w:cs="AL-Mohanad Bold"/>
          <w:b/>
          <w:bCs/>
          <w:sz w:val="24"/>
          <w:szCs w:val="24"/>
        </w:rPr>
        <w:t xml:space="preserve"> </w:t>
      </w:r>
      <w:proofErr w:type="spellStart"/>
      <w:r w:rsidRPr="00C72132">
        <w:rPr>
          <w:rFonts w:ascii="Times New Roman" w:hAnsi="Times New Roman" w:cs="AL-Mohanad Bold"/>
          <w:b/>
          <w:bCs/>
          <w:sz w:val="24"/>
          <w:szCs w:val="24"/>
        </w:rPr>
        <w:t>النظري</w:t>
      </w:r>
      <w:proofErr w:type="spellEnd"/>
      <w:r w:rsidRPr="00C72132">
        <w:rPr>
          <w:rFonts w:cs="AL-Mohanad Bold"/>
          <w:b/>
          <w:bCs/>
          <w:sz w:val="24"/>
          <w:szCs w:val="24"/>
        </w:rPr>
        <w:t xml:space="preserve"> </w:t>
      </w:r>
      <w:proofErr w:type="spellStart"/>
      <w:r w:rsidRPr="00C72132">
        <w:rPr>
          <w:rFonts w:ascii="Times New Roman" w:hAnsi="Times New Roman" w:cs="AL-Mohanad Bold"/>
          <w:b/>
          <w:bCs/>
          <w:sz w:val="24"/>
          <w:szCs w:val="24"/>
        </w:rPr>
        <w:t>للدراسة</w:t>
      </w:r>
      <w:proofErr w:type="spellEnd"/>
    </w:p>
    <w:p w14:paraId="1E2D962C" w14:textId="12011D0F" w:rsidR="00316D8F" w:rsidRPr="00C72132" w:rsidRDefault="00C72132" w:rsidP="00C72132">
      <w:pPr>
        <w:bidi/>
        <w:spacing w:line="360" w:lineRule="auto"/>
        <w:rPr>
          <w:rFonts w:cs="AL-Mohanad Bold"/>
          <w:b/>
          <w:bCs/>
          <w:sz w:val="24"/>
          <w:szCs w:val="24"/>
        </w:rPr>
      </w:pPr>
      <w:r w:rsidRPr="00C72132">
        <w:rPr>
          <w:rFonts w:asciiTheme="minorBidi" w:hAnsiTheme="minorBidi"/>
          <w:b/>
          <w:bCs/>
          <w:sz w:val="24"/>
          <w:szCs w:val="24"/>
          <w:rtl/>
        </w:rPr>
        <w:t xml:space="preserve">1,1 </w:t>
      </w:r>
      <w:proofErr w:type="spellStart"/>
      <w:r w:rsidRPr="00C72132">
        <w:rPr>
          <w:rFonts w:ascii="Times New Roman" w:hAnsi="Times New Roman" w:cs="AL-Mohanad Bold"/>
          <w:b/>
          <w:bCs/>
          <w:sz w:val="24"/>
          <w:szCs w:val="24"/>
        </w:rPr>
        <w:t>مقدمة</w:t>
      </w:r>
      <w:proofErr w:type="spellEnd"/>
    </w:p>
    <w:p w14:paraId="55E6E15C" w14:textId="77777777" w:rsidR="00316D8F" w:rsidRPr="00FE4F8B" w:rsidRDefault="00000000" w:rsidP="00C72132">
      <w:pPr>
        <w:bidi/>
        <w:spacing w:line="360" w:lineRule="auto"/>
        <w:rPr>
          <w:rFonts w:asciiTheme="minorBidi" w:hAnsiTheme="minorBidi"/>
          <w:sz w:val="24"/>
          <w:szCs w:val="24"/>
        </w:rPr>
      </w:pPr>
      <w:proofErr w:type="spellStart"/>
      <w:r w:rsidRPr="00FE4F8B">
        <w:rPr>
          <w:rFonts w:asciiTheme="minorBidi" w:hAnsiTheme="minorBidi"/>
          <w:sz w:val="24"/>
          <w:szCs w:val="24"/>
        </w:rPr>
        <w:t>شهدت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العقود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الأخيرة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تحوّلًا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متسارعًا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طريقة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النظر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فلم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يعد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نجاح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يُقاس</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فقط</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بقدرته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تحقيق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الأهداف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الزمنية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والمالية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أصبح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البعد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والاجتماعي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والحوكمي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عنصرًا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أساسيًا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الحكم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كفاءته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واستدامته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ونتيجة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لذلك</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برز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مفهوم</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بوصفه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توجهًا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حديثًا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يربط</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مبادئ</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التقليدية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ومتطلبات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الشاملة</w:t>
      </w:r>
      <w:proofErr w:type="spellEnd"/>
      <w:r w:rsidRPr="00FE4F8B">
        <w:rPr>
          <w:rFonts w:asciiTheme="minorBidi" w:hAnsiTheme="minorBidi"/>
          <w:sz w:val="24"/>
          <w:szCs w:val="24"/>
        </w:rPr>
        <w:t>.</w:t>
      </w:r>
    </w:p>
    <w:p w14:paraId="15607C49" w14:textId="7CFDDFEE" w:rsidR="00316D8F" w:rsidRPr="00FE4F8B" w:rsidRDefault="00000000" w:rsidP="00C72132">
      <w:pPr>
        <w:bidi/>
        <w:spacing w:line="360" w:lineRule="auto"/>
        <w:jc w:val="both"/>
        <w:rPr>
          <w:rFonts w:asciiTheme="minorBidi" w:hAnsiTheme="minorBidi"/>
          <w:sz w:val="24"/>
          <w:szCs w:val="24"/>
          <w:rtl/>
        </w:rPr>
      </w:pPr>
      <w:proofErr w:type="spellStart"/>
      <w:r w:rsidRPr="00FE4F8B">
        <w:rPr>
          <w:rFonts w:asciiTheme="minorBidi" w:hAnsiTheme="minorBidi"/>
          <w:sz w:val="24"/>
          <w:szCs w:val="24"/>
        </w:rPr>
        <w:t>وفي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السياق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اكتسبت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والاجتماعية</w:t>
      </w:r>
      <w:proofErr w:type="spellEnd"/>
      <w:r w:rsidRPr="00FE4F8B">
        <w:rPr>
          <w:rFonts w:asciiTheme="minorBidi" w:hAnsiTheme="minorBidi"/>
          <w:sz w:val="24"/>
          <w:szCs w:val="24"/>
        </w:rPr>
        <w:t xml:space="preserve"> </w:t>
      </w:r>
      <w:proofErr w:type="spellStart"/>
      <w:proofErr w:type="gramStart"/>
      <w:r w:rsidRPr="00FE4F8B">
        <w:rPr>
          <w:rFonts w:asciiTheme="minorBidi" w:hAnsiTheme="minorBidi"/>
          <w:sz w:val="24"/>
          <w:szCs w:val="24"/>
        </w:rPr>
        <w:t>وحوكمة</w:t>
      </w:r>
      <w:proofErr w:type="spellEnd"/>
      <w:r w:rsidR="00EF4165">
        <w:rPr>
          <w:rFonts w:asciiTheme="minorBidi" w:hAnsiTheme="minorBidi" w:hint="cs"/>
          <w:sz w:val="24"/>
          <w:szCs w:val="24"/>
          <w:rtl/>
        </w:rPr>
        <w:t xml:space="preserve"> </w:t>
      </w:r>
      <w:r w:rsidRPr="00FE4F8B">
        <w:rPr>
          <w:rFonts w:asciiTheme="minorBidi" w:hAnsiTheme="minorBidi"/>
          <w:sz w:val="24"/>
          <w:szCs w:val="24"/>
        </w:rPr>
        <w:t xml:space="preserve"> </w:t>
      </w:r>
      <w:r w:rsidR="00EF4165">
        <w:rPr>
          <w:rFonts w:asciiTheme="minorBidi" w:hAnsiTheme="minorBidi"/>
          <w:sz w:val="24"/>
          <w:szCs w:val="24"/>
          <w:rtl/>
        </w:rPr>
        <w:t>الشراكات</w:t>
      </w:r>
      <w:proofErr w:type="gramEnd"/>
      <w:r w:rsidR="00EF4165">
        <w:rPr>
          <w:rFonts w:asciiTheme="minorBidi" w:hAnsiTheme="minorBidi" w:hint="cs"/>
          <w:sz w:val="24"/>
          <w:szCs w:val="24"/>
          <w:rtl/>
        </w:rPr>
        <w:t xml:space="preserve"> (</w:t>
      </w:r>
      <w:proofErr w:type="gramStart"/>
      <w:r w:rsidR="00EF4165" w:rsidRPr="00EF4165">
        <w:rPr>
          <w:rFonts w:asciiTheme="majorBidi" w:hAnsiTheme="majorBidi" w:cstheme="majorBidi"/>
          <w:sz w:val="24"/>
          <w:szCs w:val="24"/>
        </w:rPr>
        <w:t>ESG</w:t>
      </w:r>
      <w:r w:rsidR="00EF4165">
        <w:rPr>
          <w:rFonts w:asciiTheme="minorBidi" w:hAnsiTheme="minorBidi" w:hint="cs"/>
          <w:sz w:val="24"/>
          <w:szCs w:val="24"/>
          <w:rtl/>
        </w:rPr>
        <w:t xml:space="preserve">) </w:t>
      </w:r>
      <w:r w:rsidR="00EF4165">
        <w:rPr>
          <w:rFonts w:asciiTheme="minorBidi" w:hAnsiTheme="minorBidi"/>
          <w:sz w:val="24"/>
          <w:szCs w:val="24"/>
        </w:rPr>
        <w:t xml:space="preserve"> </w:t>
      </w:r>
      <w:r w:rsidRPr="00FE4F8B">
        <w:rPr>
          <w:rFonts w:asciiTheme="minorBidi" w:hAnsiTheme="minorBidi"/>
          <w:sz w:val="24"/>
          <w:szCs w:val="24"/>
        </w:rPr>
        <w:t xml:space="preserve"> </w:t>
      </w:r>
      <w:proofErr w:type="spellStart"/>
      <w:proofErr w:type="gramEnd"/>
      <w:r w:rsidRPr="00FE4F8B">
        <w:rPr>
          <w:rFonts w:asciiTheme="minorBidi" w:hAnsiTheme="minorBidi"/>
          <w:sz w:val="24"/>
          <w:szCs w:val="24"/>
        </w:rPr>
        <w:t>أهمية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خاصة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حيث</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أصبحت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المؤسسات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مطالبة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بإثبات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التزامها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بمسؤولياتها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تجاه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والمجتمع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جانب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تعزيز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مبادئ</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الشفافية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والمساءلة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الرشيدة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ولم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يعد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خيارًا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تكميليًا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أصبح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أحد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العوامل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المؤثرة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قرارات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التمويل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والاستثمار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سمعة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الكيانات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الاقتصادية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ومكانتها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التنافسية</w:t>
      </w:r>
      <w:proofErr w:type="spellEnd"/>
      <w:r w:rsidR="00C72132" w:rsidRPr="00FE4F8B">
        <w:rPr>
          <w:rFonts w:asciiTheme="minorBidi" w:hAnsiTheme="minorBidi"/>
          <w:sz w:val="24"/>
          <w:szCs w:val="24"/>
          <w:rtl/>
        </w:rPr>
        <w:t>.</w:t>
      </w:r>
    </w:p>
    <w:p w14:paraId="318CCBA5" w14:textId="5BE4D9DB" w:rsidR="00316D8F" w:rsidRPr="00FE4F8B" w:rsidRDefault="00000000" w:rsidP="00C72132">
      <w:pPr>
        <w:bidi/>
        <w:spacing w:line="360" w:lineRule="auto"/>
        <w:jc w:val="both"/>
        <w:rPr>
          <w:rFonts w:asciiTheme="minorBidi" w:hAnsiTheme="minorBidi"/>
          <w:sz w:val="24"/>
          <w:szCs w:val="24"/>
        </w:rPr>
      </w:pPr>
      <w:proofErr w:type="spellStart"/>
      <w:r w:rsidRPr="00FE4F8B">
        <w:rPr>
          <w:rFonts w:asciiTheme="minorBidi" w:hAnsiTheme="minorBidi"/>
          <w:sz w:val="24"/>
          <w:szCs w:val="24"/>
        </w:rPr>
        <w:t>تأتي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إطار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الاهتمام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المتزايد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المملكة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العربية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بتبنّي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مبادئ</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ضمن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البنية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التحتية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والطاقة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والخدمات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اللوجستية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وغيرها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انسجامًا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مستهدفات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رؤية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المملكة</w:t>
      </w:r>
      <w:proofErr w:type="spellEnd"/>
      <w:r w:rsidRPr="00FE4F8B">
        <w:rPr>
          <w:rFonts w:asciiTheme="minorBidi" w:hAnsiTheme="minorBidi"/>
          <w:sz w:val="24"/>
          <w:szCs w:val="24"/>
        </w:rPr>
        <w:t xml:space="preserve"> </w:t>
      </w:r>
      <w:r w:rsidRPr="00FE4F8B">
        <w:rPr>
          <w:rFonts w:asciiTheme="majorBidi" w:hAnsiTheme="majorBidi" w:cstheme="majorBidi"/>
          <w:sz w:val="24"/>
          <w:szCs w:val="24"/>
        </w:rPr>
        <w:t>2030</w:t>
      </w:r>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تؤكد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تحقيق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تنمية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متوازنة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تراعي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الأبعاد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الاقتصادية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والبيئية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والاجتماعية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هنا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تسعى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بحث</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كيفية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أهداف</w:t>
      </w:r>
      <w:proofErr w:type="spellEnd"/>
      <w:r w:rsidRPr="00FE4F8B">
        <w:rPr>
          <w:rFonts w:asciiTheme="minorBidi" w:hAnsiTheme="minorBidi"/>
          <w:sz w:val="24"/>
          <w:szCs w:val="24"/>
        </w:rPr>
        <w:t xml:space="preserve"> (</w:t>
      </w:r>
      <w:r w:rsidRPr="00FE4F8B">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وتحليل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انعكاسات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ذلك</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السعودية</w:t>
      </w:r>
      <w:proofErr w:type="spellEnd"/>
      <w:r w:rsidR="00C72132" w:rsidRPr="00FE4F8B">
        <w:rPr>
          <w:rFonts w:asciiTheme="minorBidi" w:hAnsiTheme="minorBidi"/>
          <w:sz w:val="24"/>
          <w:szCs w:val="24"/>
          <w:rtl/>
        </w:rPr>
        <w:t>.</w:t>
      </w:r>
    </w:p>
    <w:p w14:paraId="016D4B97" w14:textId="2E6B737B" w:rsidR="00316D8F" w:rsidRPr="00C72132" w:rsidRDefault="00C72132" w:rsidP="00C72132">
      <w:pPr>
        <w:bidi/>
        <w:spacing w:line="360" w:lineRule="auto"/>
        <w:rPr>
          <w:rFonts w:cs="AL-Mohanad Bold"/>
          <w:b/>
          <w:bCs/>
          <w:sz w:val="24"/>
          <w:szCs w:val="24"/>
        </w:rPr>
      </w:pPr>
      <w:r w:rsidRPr="00C72132">
        <w:rPr>
          <w:rFonts w:asciiTheme="minorBidi" w:hAnsiTheme="minorBidi"/>
          <w:b/>
          <w:bCs/>
          <w:sz w:val="24"/>
          <w:szCs w:val="24"/>
          <w:rtl/>
        </w:rPr>
        <w:t>1,2</w:t>
      </w:r>
      <w:r w:rsidRPr="00C72132">
        <w:rPr>
          <w:rFonts w:cs="AL-Mohanad Bold" w:hint="cs"/>
          <w:b/>
          <w:bCs/>
          <w:sz w:val="24"/>
          <w:szCs w:val="24"/>
          <w:rtl/>
        </w:rPr>
        <w:t xml:space="preserve"> </w:t>
      </w:r>
      <w:proofErr w:type="spellStart"/>
      <w:r w:rsidRPr="00C72132">
        <w:rPr>
          <w:rFonts w:ascii="Times New Roman" w:hAnsi="Times New Roman" w:cs="AL-Mohanad Bold"/>
          <w:b/>
          <w:bCs/>
          <w:sz w:val="24"/>
          <w:szCs w:val="24"/>
        </w:rPr>
        <w:t>مشكلة</w:t>
      </w:r>
      <w:proofErr w:type="spellEnd"/>
      <w:r w:rsidRPr="00C72132">
        <w:rPr>
          <w:rFonts w:cs="AL-Mohanad Bold"/>
          <w:b/>
          <w:bCs/>
          <w:sz w:val="24"/>
          <w:szCs w:val="24"/>
        </w:rPr>
        <w:t xml:space="preserve"> </w:t>
      </w:r>
      <w:proofErr w:type="spellStart"/>
      <w:r w:rsidRPr="00C72132">
        <w:rPr>
          <w:rFonts w:ascii="Times New Roman" w:hAnsi="Times New Roman" w:cs="AL-Mohanad Bold"/>
          <w:b/>
          <w:bCs/>
          <w:sz w:val="24"/>
          <w:szCs w:val="24"/>
        </w:rPr>
        <w:t>الدراسة</w:t>
      </w:r>
      <w:proofErr w:type="spellEnd"/>
    </w:p>
    <w:p w14:paraId="58F9A0BE" w14:textId="616A2607" w:rsidR="00316D8F" w:rsidRPr="00C72132" w:rsidRDefault="00000000" w:rsidP="00C72132">
      <w:pPr>
        <w:bidi/>
        <w:spacing w:line="360" w:lineRule="auto"/>
        <w:jc w:val="both"/>
        <w:rPr>
          <w:rFonts w:cs="AL-Mohanad Bold"/>
          <w:sz w:val="24"/>
          <w:szCs w:val="24"/>
        </w:rPr>
      </w:pPr>
      <w:proofErr w:type="spellStart"/>
      <w:r w:rsidRPr="00C72132">
        <w:rPr>
          <w:rFonts w:ascii="Times New Roman" w:hAnsi="Times New Roman" w:cs="AL-Mohanad Bold"/>
          <w:sz w:val="24"/>
          <w:szCs w:val="24"/>
        </w:rPr>
        <w:t>على</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الرغم</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من</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تنامي</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الاهتمام</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العالمي</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والإقليمي</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بمفهوم</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الاستدامة</w:t>
      </w:r>
      <w:proofErr w:type="spellEnd"/>
      <w:r w:rsidRPr="00C72132">
        <w:rPr>
          <w:rFonts w:cs="AL-Mohanad Bold"/>
          <w:sz w:val="24"/>
          <w:szCs w:val="24"/>
        </w:rPr>
        <w:t xml:space="preserve"> </w:t>
      </w:r>
      <w:proofErr w:type="spellStart"/>
      <w:proofErr w:type="gramStart"/>
      <w:r w:rsidRPr="00C72132">
        <w:rPr>
          <w:rFonts w:ascii="Times New Roman" w:hAnsi="Times New Roman" w:cs="AL-Mohanad Bold"/>
          <w:sz w:val="24"/>
          <w:szCs w:val="24"/>
        </w:rPr>
        <w:t>ومعايير</w:t>
      </w:r>
      <w:proofErr w:type="spellEnd"/>
      <w:r w:rsidR="00C925C5">
        <w:rPr>
          <w:rFonts w:ascii="Times New Roman" w:hAnsi="Times New Roman" w:cs="AL-Mohanad Bold" w:hint="cs"/>
          <w:sz w:val="24"/>
          <w:szCs w:val="24"/>
          <w:rtl/>
        </w:rPr>
        <w:t>(</w:t>
      </w:r>
      <w:proofErr w:type="gramEnd"/>
      <w:r w:rsidR="00C925C5">
        <w:rPr>
          <w:rFonts w:ascii="Times New Roman" w:hAnsi="Times New Roman" w:cs="AL-Mohanad Bold"/>
          <w:sz w:val="24"/>
          <w:szCs w:val="24"/>
        </w:rPr>
        <w:t>ESG</w:t>
      </w:r>
      <w:r w:rsidR="00C925C5">
        <w:rPr>
          <w:rFonts w:ascii="Times New Roman" w:hAnsi="Times New Roman" w:cs="AL-Mohanad Bold" w:hint="cs"/>
          <w:sz w:val="24"/>
          <w:szCs w:val="24"/>
          <w:rtl/>
        </w:rPr>
        <w:t xml:space="preserve">) </w:t>
      </w:r>
      <w:proofErr w:type="spellStart"/>
      <w:r w:rsidRPr="00C72132">
        <w:rPr>
          <w:rFonts w:ascii="Times New Roman" w:hAnsi="Times New Roman" w:cs="AL-Mohanad Bold"/>
          <w:sz w:val="24"/>
          <w:szCs w:val="24"/>
        </w:rPr>
        <w:t>إلا</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أن</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الممارسات</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الفعلية</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لدمج</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هذه</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الأبعاد</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في</w:t>
      </w:r>
      <w:proofErr w:type="spellEnd"/>
      <w:r w:rsidRPr="00C72132">
        <w:rPr>
          <w:rFonts w:cs="AL-Mohanad Bold"/>
          <w:sz w:val="24"/>
          <w:szCs w:val="24"/>
        </w:rPr>
        <w:t xml:space="preserve"> </w:t>
      </w:r>
      <w:r w:rsidRPr="00C72132">
        <w:rPr>
          <w:rFonts w:ascii="Times New Roman" w:hAnsi="Times New Roman" w:cs="AL-Mohanad Bold"/>
          <w:sz w:val="24"/>
          <w:szCs w:val="24"/>
        </w:rPr>
        <w:t>إدارة</w:t>
      </w:r>
      <w:r w:rsidRPr="00C72132">
        <w:rPr>
          <w:rFonts w:cs="AL-Mohanad Bold"/>
          <w:sz w:val="24"/>
          <w:szCs w:val="24"/>
        </w:rPr>
        <w:t xml:space="preserve"> </w:t>
      </w:r>
      <w:proofErr w:type="spellStart"/>
      <w:r w:rsidRPr="00C72132">
        <w:rPr>
          <w:rFonts w:ascii="Times New Roman" w:hAnsi="Times New Roman" w:cs="AL-Mohanad Bold"/>
          <w:sz w:val="24"/>
          <w:szCs w:val="24"/>
        </w:rPr>
        <w:t>المشاريع</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ما</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تزال</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تواجه</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عددًا</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من</w:t>
      </w:r>
      <w:proofErr w:type="spellEnd"/>
      <w:r w:rsidRPr="00C72132">
        <w:rPr>
          <w:rFonts w:cs="AL-Mohanad Bold"/>
          <w:sz w:val="24"/>
          <w:szCs w:val="24"/>
        </w:rPr>
        <w:t xml:space="preserve"> </w:t>
      </w:r>
      <w:proofErr w:type="spellStart"/>
      <w:proofErr w:type="gramStart"/>
      <w:r w:rsidRPr="00C72132">
        <w:rPr>
          <w:rFonts w:ascii="Times New Roman" w:hAnsi="Times New Roman" w:cs="AL-Mohanad Bold"/>
          <w:sz w:val="24"/>
          <w:szCs w:val="24"/>
        </w:rPr>
        <w:t>التحديات</w:t>
      </w:r>
      <w:proofErr w:type="spellEnd"/>
      <w:r w:rsidR="00C925C5">
        <w:rPr>
          <w:rFonts w:ascii="Times New Roman" w:hAnsi="Times New Roman" w:cs="AL-Mohanad Bold"/>
          <w:sz w:val="24"/>
          <w:szCs w:val="24"/>
        </w:rPr>
        <w:t>.</w:t>
      </w:r>
      <w:r w:rsidRPr="00C72132">
        <w:rPr>
          <w:rFonts w:cs="AL-Mohanad Bold"/>
          <w:sz w:val="24"/>
          <w:szCs w:val="24"/>
        </w:rPr>
        <w:t>.</w:t>
      </w:r>
      <w:proofErr w:type="spellStart"/>
      <w:proofErr w:type="gramEnd"/>
      <w:r w:rsidRPr="00C72132">
        <w:rPr>
          <w:rFonts w:ascii="Times New Roman" w:hAnsi="Times New Roman" w:cs="AL-Mohanad Bold"/>
          <w:sz w:val="24"/>
          <w:szCs w:val="24"/>
        </w:rPr>
        <w:t>فكثير</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من</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المشاريع</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تُدار</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وفق</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منطق</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تقليدي</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يركّز</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على</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نطاق</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العمل</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والوقت</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والتكلفة</w:t>
      </w:r>
      <w:proofErr w:type="spellEnd"/>
      <w:r w:rsidRPr="00C72132">
        <w:rPr>
          <w:rFonts w:ascii="Times New Roman" w:hAnsi="Times New Roman" w:cs="AL-Mohanad Bold"/>
          <w:sz w:val="24"/>
          <w:szCs w:val="24"/>
        </w:rPr>
        <w:t>،</w:t>
      </w:r>
      <w:r w:rsidRPr="00C72132">
        <w:rPr>
          <w:rFonts w:cs="AL-Mohanad Bold"/>
          <w:sz w:val="24"/>
          <w:szCs w:val="24"/>
        </w:rPr>
        <w:t xml:space="preserve"> </w:t>
      </w:r>
      <w:proofErr w:type="spellStart"/>
      <w:r w:rsidRPr="00C72132">
        <w:rPr>
          <w:rFonts w:ascii="Times New Roman" w:hAnsi="Times New Roman" w:cs="AL-Mohanad Bold"/>
          <w:sz w:val="24"/>
          <w:szCs w:val="24"/>
        </w:rPr>
        <w:t>دون</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إيلاء</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اهتمام</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كافٍ</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لتأثيرات</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المشروع</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البيئية</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والاجتماعية</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والحوكمية</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عبر</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مراحله</w:t>
      </w:r>
      <w:proofErr w:type="spellEnd"/>
      <w:r w:rsidRPr="00C72132">
        <w:rPr>
          <w:rFonts w:cs="AL-Mohanad Bold"/>
          <w:sz w:val="24"/>
          <w:szCs w:val="24"/>
        </w:rPr>
        <w:t xml:space="preserve"> </w:t>
      </w:r>
      <w:proofErr w:type="spellStart"/>
      <w:r w:rsidRPr="00C72132">
        <w:rPr>
          <w:rFonts w:ascii="Times New Roman" w:hAnsi="Times New Roman" w:cs="AL-Mohanad Bold"/>
          <w:sz w:val="24"/>
          <w:szCs w:val="24"/>
        </w:rPr>
        <w:t>المختلفة</w:t>
      </w:r>
      <w:proofErr w:type="spellEnd"/>
      <w:r w:rsidR="00C72132">
        <w:rPr>
          <w:rFonts w:ascii="Times New Roman" w:hAnsi="Times New Roman" w:cs="AL-Mohanad Bold" w:hint="cs"/>
          <w:sz w:val="24"/>
          <w:szCs w:val="24"/>
          <w:rtl/>
        </w:rPr>
        <w:t>.</w:t>
      </w:r>
    </w:p>
    <w:p w14:paraId="4CF45BEA" w14:textId="663AB4C8" w:rsidR="00C72132" w:rsidRPr="00FE4F8B" w:rsidRDefault="00000000" w:rsidP="00C72132">
      <w:pPr>
        <w:bidi/>
        <w:spacing w:line="360" w:lineRule="auto"/>
        <w:jc w:val="both"/>
        <w:rPr>
          <w:rFonts w:asciiTheme="minorBidi" w:hAnsiTheme="minorBidi"/>
          <w:sz w:val="24"/>
          <w:szCs w:val="24"/>
        </w:rPr>
      </w:pPr>
      <w:proofErr w:type="spellStart"/>
      <w:r w:rsidRPr="00FE4F8B">
        <w:rPr>
          <w:rFonts w:asciiTheme="minorBidi" w:hAnsiTheme="minorBidi"/>
          <w:sz w:val="24"/>
          <w:szCs w:val="24"/>
        </w:rPr>
        <w:t>وفي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سياق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المملكة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العربية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تظهر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الحاجة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أطر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عملية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توضّح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بشكل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منهجي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كيفية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أهداف</w:t>
      </w:r>
      <w:proofErr w:type="spellEnd"/>
      <w:r w:rsidRPr="00FE4F8B">
        <w:rPr>
          <w:rFonts w:asciiTheme="minorBidi" w:hAnsiTheme="minorBidi"/>
          <w:sz w:val="24"/>
          <w:szCs w:val="24"/>
        </w:rPr>
        <w:t xml:space="preserve"> (</w:t>
      </w:r>
      <w:r w:rsidRPr="00FE4F8B">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مرحلة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الفكرة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وحتى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التشغيل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وبما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ينسجم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توجهات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الدولة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مجال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تبرز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فجوة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معرفية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تتعلق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بقلة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تتناول</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منظور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تكاملي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يجمع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مبادئ</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التقليدية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ومتطلبات</w:t>
      </w:r>
      <w:proofErr w:type="spellEnd"/>
      <w:r w:rsidRPr="00FE4F8B">
        <w:rPr>
          <w:rFonts w:asciiTheme="minorBidi" w:hAnsiTheme="minorBidi"/>
          <w:sz w:val="24"/>
          <w:szCs w:val="24"/>
        </w:rPr>
        <w:t xml:space="preserve"> (</w:t>
      </w:r>
      <w:r w:rsidRPr="00FE4F8B">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بيئات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وطنية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كالمملكة</w:t>
      </w:r>
      <w:proofErr w:type="spellEnd"/>
      <w:r w:rsidR="00C72132" w:rsidRPr="00FE4F8B">
        <w:rPr>
          <w:rFonts w:asciiTheme="minorBidi" w:hAnsiTheme="minorBidi"/>
          <w:sz w:val="24"/>
          <w:szCs w:val="24"/>
          <w:rtl/>
        </w:rPr>
        <w:t>.</w:t>
      </w:r>
    </w:p>
    <w:p w14:paraId="24361182" w14:textId="3F4CD3E4" w:rsidR="00316D8F" w:rsidRPr="00FE4F8B" w:rsidRDefault="00000000" w:rsidP="00C72132">
      <w:pPr>
        <w:bidi/>
        <w:spacing w:line="360" w:lineRule="auto"/>
        <w:jc w:val="both"/>
        <w:rPr>
          <w:rFonts w:asciiTheme="minorBidi" w:hAnsiTheme="minorBidi"/>
          <w:sz w:val="24"/>
          <w:szCs w:val="24"/>
        </w:rPr>
      </w:pPr>
      <w:proofErr w:type="spellStart"/>
      <w:r w:rsidRPr="00FE4F8B">
        <w:rPr>
          <w:rFonts w:asciiTheme="minorBidi" w:hAnsiTheme="minorBidi"/>
          <w:sz w:val="24"/>
          <w:szCs w:val="24"/>
        </w:rPr>
        <w:t>وعليه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تتمثل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مشكلة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عدم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وضوح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الكيفية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المثلى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والاجتماعية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المؤسسية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بمختلف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مراحل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والحاجة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إطار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نظري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يساعد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مديري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وأصحاب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المصلحة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فهم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وتطبيقه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بصورة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منهجية</w:t>
      </w:r>
      <w:proofErr w:type="spellEnd"/>
      <w:r w:rsidR="00C72132" w:rsidRPr="00FE4F8B">
        <w:rPr>
          <w:rFonts w:asciiTheme="minorBidi" w:hAnsiTheme="minorBidi"/>
          <w:sz w:val="24"/>
          <w:szCs w:val="24"/>
          <w:rtl/>
        </w:rPr>
        <w:t>.</w:t>
      </w:r>
    </w:p>
    <w:p w14:paraId="494A64D8" w14:textId="5D5B05A5" w:rsidR="00316D8F" w:rsidRPr="00FE4F8B" w:rsidRDefault="00C72132" w:rsidP="00C72132">
      <w:pPr>
        <w:bidi/>
        <w:spacing w:line="360" w:lineRule="auto"/>
        <w:rPr>
          <w:rFonts w:asciiTheme="minorBidi" w:hAnsiTheme="minorBidi"/>
          <w:b/>
          <w:bCs/>
          <w:sz w:val="24"/>
          <w:szCs w:val="24"/>
        </w:rPr>
      </w:pPr>
      <w:r w:rsidRPr="00FE4F8B">
        <w:rPr>
          <w:rFonts w:asciiTheme="minorBidi" w:hAnsiTheme="minorBidi"/>
          <w:b/>
          <w:bCs/>
          <w:sz w:val="24"/>
          <w:szCs w:val="24"/>
          <w:rtl/>
        </w:rPr>
        <w:lastRenderedPageBreak/>
        <w:t xml:space="preserve">1,3 </w:t>
      </w:r>
      <w:proofErr w:type="spellStart"/>
      <w:r w:rsidRPr="00FE4F8B">
        <w:rPr>
          <w:rFonts w:asciiTheme="minorBidi" w:hAnsiTheme="minorBidi"/>
          <w:b/>
          <w:bCs/>
          <w:sz w:val="24"/>
          <w:szCs w:val="24"/>
        </w:rPr>
        <w:t>أهداف</w:t>
      </w:r>
      <w:proofErr w:type="spellEnd"/>
      <w:r w:rsidRPr="00FE4F8B">
        <w:rPr>
          <w:rFonts w:asciiTheme="minorBidi" w:hAnsiTheme="minorBidi"/>
          <w:b/>
          <w:bCs/>
          <w:sz w:val="24"/>
          <w:szCs w:val="24"/>
        </w:rPr>
        <w:t xml:space="preserve"> </w:t>
      </w:r>
      <w:proofErr w:type="spellStart"/>
      <w:r w:rsidRPr="00FE4F8B">
        <w:rPr>
          <w:rFonts w:asciiTheme="minorBidi" w:hAnsiTheme="minorBidi"/>
          <w:b/>
          <w:bCs/>
          <w:sz w:val="24"/>
          <w:szCs w:val="24"/>
        </w:rPr>
        <w:t>الدراسة</w:t>
      </w:r>
      <w:proofErr w:type="spellEnd"/>
    </w:p>
    <w:p w14:paraId="460B8A49" w14:textId="378AC60B" w:rsidR="00316D8F" w:rsidRPr="00FE4F8B" w:rsidRDefault="00000000" w:rsidP="00C72132">
      <w:pPr>
        <w:bidi/>
        <w:spacing w:line="360" w:lineRule="auto"/>
        <w:rPr>
          <w:rFonts w:asciiTheme="minorBidi" w:hAnsiTheme="minorBidi"/>
          <w:sz w:val="24"/>
          <w:szCs w:val="24"/>
          <w:rtl/>
        </w:rPr>
      </w:pPr>
      <w:proofErr w:type="spellStart"/>
      <w:r w:rsidRPr="00FE4F8B">
        <w:rPr>
          <w:rFonts w:asciiTheme="minorBidi" w:hAnsiTheme="minorBidi"/>
          <w:sz w:val="24"/>
          <w:szCs w:val="24"/>
        </w:rPr>
        <w:t>تهدف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بشكل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عام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تحليل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كيفية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أهداف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والاجتماعية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الشركات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وبيان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ذلك</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تعزيز</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السعودية</w:t>
      </w:r>
      <w:proofErr w:type="spellEnd"/>
      <w:r w:rsidR="00FE4F8B" w:rsidRPr="00FE4F8B">
        <w:rPr>
          <w:rFonts w:asciiTheme="minorBidi" w:hAnsiTheme="minorBidi"/>
          <w:sz w:val="24"/>
          <w:szCs w:val="24"/>
          <w:rtl/>
        </w:rPr>
        <w:t>.</w:t>
      </w:r>
    </w:p>
    <w:p w14:paraId="12D8AF8A" w14:textId="77777777" w:rsidR="00C72132" w:rsidRPr="00FE4F8B" w:rsidRDefault="00000000" w:rsidP="00C72132">
      <w:pPr>
        <w:bidi/>
        <w:spacing w:line="360" w:lineRule="auto"/>
        <w:rPr>
          <w:rFonts w:asciiTheme="minorBidi" w:hAnsiTheme="minorBidi"/>
          <w:sz w:val="24"/>
          <w:szCs w:val="24"/>
          <w:rtl/>
        </w:rPr>
      </w:pPr>
      <w:proofErr w:type="spellStart"/>
      <w:r w:rsidRPr="00FE4F8B">
        <w:rPr>
          <w:rFonts w:asciiTheme="minorBidi" w:hAnsiTheme="minorBidi"/>
          <w:sz w:val="24"/>
          <w:szCs w:val="24"/>
        </w:rPr>
        <w:t>ويمكن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تفصيل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الأهداف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الفرعية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النحو</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الآتي</w:t>
      </w:r>
      <w:proofErr w:type="spellEnd"/>
      <w:r w:rsidR="00C72132" w:rsidRPr="00FE4F8B">
        <w:rPr>
          <w:rFonts w:asciiTheme="minorBidi" w:hAnsiTheme="minorBidi"/>
          <w:sz w:val="24"/>
          <w:szCs w:val="24"/>
          <w:rtl/>
        </w:rPr>
        <w:t>:</w:t>
      </w:r>
    </w:p>
    <w:p w14:paraId="19B8B734" w14:textId="77777777" w:rsidR="00C72132" w:rsidRPr="00FE4F8B" w:rsidRDefault="00C72132" w:rsidP="00C72132">
      <w:pPr>
        <w:pStyle w:val="ListParagraph"/>
        <w:numPr>
          <w:ilvl w:val="0"/>
          <w:numId w:val="14"/>
        </w:numPr>
        <w:bidi/>
        <w:spacing w:line="360" w:lineRule="auto"/>
        <w:rPr>
          <w:rFonts w:asciiTheme="minorBidi" w:hAnsiTheme="minorBidi"/>
          <w:sz w:val="24"/>
          <w:szCs w:val="24"/>
        </w:rPr>
      </w:pPr>
      <w:r w:rsidRPr="00FE4F8B">
        <w:rPr>
          <w:rFonts w:asciiTheme="minorBidi" w:hAnsiTheme="minorBidi"/>
          <w:sz w:val="24"/>
          <w:szCs w:val="24"/>
        </w:rPr>
        <w:t xml:space="preserve">  </w:t>
      </w:r>
      <w:r w:rsidRPr="00FE4F8B">
        <w:rPr>
          <w:rFonts w:asciiTheme="minorBidi" w:hAnsiTheme="minorBidi"/>
          <w:sz w:val="24"/>
          <w:szCs w:val="24"/>
          <w:rtl/>
        </w:rPr>
        <w:t>توضيح الأسس النظرية لمفهوم إدارة المشاريع المستدامة وعلاقته بمفهوم</w:t>
      </w:r>
      <w:r w:rsidRPr="00FE4F8B">
        <w:rPr>
          <w:rFonts w:asciiTheme="minorBidi" w:hAnsiTheme="minorBidi"/>
          <w:sz w:val="24"/>
          <w:szCs w:val="24"/>
        </w:rPr>
        <w:t xml:space="preserve"> (</w:t>
      </w:r>
      <w:r w:rsidRPr="00C925C5">
        <w:rPr>
          <w:rFonts w:asciiTheme="majorBidi" w:hAnsiTheme="majorBidi" w:cstheme="majorBidi"/>
          <w:sz w:val="24"/>
          <w:szCs w:val="24"/>
        </w:rPr>
        <w:t>ESG</w:t>
      </w:r>
      <w:r w:rsidRPr="00FE4F8B">
        <w:rPr>
          <w:rFonts w:asciiTheme="minorBidi" w:hAnsiTheme="minorBidi"/>
          <w:sz w:val="24"/>
          <w:szCs w:val="24"/>
        </w:rPr>
        <w:t>).</w:t>
      </w:r>
    </w:p>
    <w:p w14:paraId="3599F08C" w14:textId="77777777" w:rsidR="00C72132" w:rsidRPr="00FE4F8B" w:rsidRDefault="00C72132" w:rsidP="00C72132">
      <w:pPr>
        <w:pStyle w:val="ListParagraph"/>
        <w:numPr>
          <w:ilvl w:val="0"/>
          <w:numId w:val="14"/>
        </w:numPr>
        <w:bidi/>
        <w:spacing w:line="360" w:lineRule="auto"/>
        <w:rPr>
          <w:rFonts w:asciiTheme="minorBidi" w:hAnsiTheme="minorBidi"/>
          <w:sz w:val="24"/>
          <w:szCs w:val="24"/>
        </w:rPr>
      </w:pPr>
      <w:r w:rsidRPr="00FE4F8B">
        <w:rPr>
          <w:rFonts w:asciiTheme="minorBidi" w:hAnsiTheme="minorBidi"/>
          <w:sz w:val="24"/>
          <w:szCs w:val="24"/>
          <w:rtl/>
        </w:rPr>
        <w:t>استعراض أبعاد ومعايير</w:t>
      </w:r>
      <w:r w:rsidRPr="00FE4F8B">
        <w:rPr>
          <w:rFonts w:asciiTheme="minorBidi" w:hAnsiTheme="minorBidi"/>
          <w:sz w:val="24"/>
          <w:szCs w:val="24"/>
        </w:rPr>
        <w:t xml:space="preserve"> (</w:t>
      </w:r>
      <w:r w:rsidRPr="00C925C5">
        <w:rPr>
          <w:rFonts w:asciiTheme="majorBidi" w:hAnsiTheme="majorBidi" w:cstheme="majorBidi"/>
          <w:sz w:val="24"/>
          <w:szCs w:val="24"/>
        </w:rPr>
        <w:t>ESG</w:t>
      </w:r>
      <w:r w:rsidRPr="00FE4F8B">
        <w:rPr>
          <w:rFonts w:asciiTheme="minorBidi" w:hAnsiTheme="minorBidi"/>
          <w:sz w:val="24"/>
          <w:szCs w:val="24"/>
        </w:rPr>
        <w:t xml:space="preserve">) </w:t>
      </w:r>
      <w:r w:rsidRPr="00FE4F8B">
        <w:rPr>
          <w:rFonts w:asciiTheme="minorBidi" w:hAnsiTheme="minorBidi"/>
          <w:sz w:val="24"/>
          <w:szCs w:val="24"/>
          <w:rtl/>
        </w:rPr>
        <w:t>وبيان ارتباطها بمراحل دورة حياة المشروع</w:t>
      </w:r>
      <w:r w:rsidRPr="00FE4F8B">
        <w:rPr>
          <w:rFonts w:asciiTheme="minorBidi" w:hAnsiTheme="minorBidi"/>
          <w:sz w:val="24"/>
          <w:szCs w:val="24"/>
        </w:rPr>
        <w:t>.</w:t>
      </w:r>
    </w:p>
    <w:p w14:paraId="0749CFD1" w14:textId="77777777" w:rsidR="00C72132" w:rsidRPr="00FE4F8B" w:rsidRDefault="00C72132" w:rsidP="00C72132">
      <w:pPr>
        <w:pStyle w:val="ListParagraph"/>
        <w:numPr>
          <w:ilvl w:val="0"/>
          <w:numId w:val="14"/>
        </w:numPr>
        <w:bidi/>
        <w:spacing w:line="360" w:lineRule="auto"/>
        <w:rPr>
          <w:rFonts w:asciiTheme="minorBidi" w:hAnsiTheme="minorBidi"/>
          <w:sz w:val="24"/>
          <w:szCs w:val="24"/>
        </w:rPr>
      </w:pPr>
      <w:r w:rsidRPr="00FE4F8B">
        <w:rPr>
          <w:rFonts w:asciiTheme="minorBidi" w:hAnsiTheme="minorBidi"/>
          <w:sz w:val="24"/>
          <w:szCs w:val="24"/>
          <w:rtl/>
        </w:rPr>
        <w:t>تحليل التحديات والفرص المرتبطة بتطبيق</w:t>
      </w:r>
      <w:r w:rsidRPr="00FE4F8B">
        <w:rPr>
          <w:rFonts w:asciiTheme="minorBidi" w:hAnsiTheme="minorBidi"/>
          <w:sz w:val="24"/>
          <w:szCs w:val="24"/>
        </w:rPr>
        <w:t xml:space="preserve"> (</w:t>
      </w:r>
      <w:r w:rsidRPr="00C925C5">
        <w:rPr>
          <w:rFonts w:asciiTheme="majorBidi" w:hAnsiTheme="majorBidi" w:cstheme="majorBidi"/>
          <w:sz w:val="24"/>
          <w:szCs w:val="24"/>
        </w:rPr>
        <w:t>ESG</w:t>
      </w:r>
      <w:r w:rsidRPr="00FE4F8B">
        <w:rPr>
          <w:rFonts w:asciiTheme="minorBidi" w:hAnsiTheme="minorBidi"/>
          <w:sz w:val="24"/>
          <w:szCs w:val="24"/>
        </w:rPr>
        <w:t xml:space="preserve">) </w:t>
      </w:r>
      <w:r w:rsidRPr="00FE4F8B">
        <w:rPr>
          <w:rFonts w:asciiTheme="minorBidi" w:hAnsiTheme="minorBidi"/>
          <w:sz w:val="24"/>
          <w:szCs w:val="24"/>
          <w:rtl/>
        </w:rPr>
        <w:t>في المشاريع داخل المملكة العربية السعودية</w:t>
      </w:r>
      <w:r w:rsidRPr="00FE4F8B">
        <w:rPr>
          <w:rFonts w:asciiTheme="minorBidi" w:hAnsiTheme="minorBidi"/>
          <w:sz w:val="24"/>
          <w:szCs w:val="24"/>
        </w:rPr>
        <w:t>.</w:t>
      </w:r>
    </w:p>
    <w:p w14:paraId="6A40BBCF" w14:textId="579F7142" w:rsidR="00C72132" w:rsidRPr="00FE4F8B" w:rsidRDefault="00C72132" w:rsidP="00C72132">
      <w:pPr>
        <w:pStyle w:val="ListParagraph"/>
        <w:numPr>
          <w:ilvl w:val="0"/>
          <w:numId w:val="14"/>
        </w:numPr>
        <w:bidi/>
        <w:spacing w:line="360" w:lineRule="auto"/>
        <w:rPr>
          <w:rFonts w:asciiTheme="minorBidi" w:hAnsiTheme="minorBidi"/>
          <w:sz w:val="24"/>
          <w:szCs w:val="24"/>
          <w:rtl/>
        </w:rPr>
      </w:pPr>
      <w:r w:rsidRPr="00FE4F8B">
        <w:rPr>
          <w:rFonts w:asciiTheme="minorBidi" w:hAnsiTheme="minorBidi"/>
          <w:sz w:val="24"/>
          <w:szCs w:val="24"/>
          <w:rtl/>
        </w:rPr>
        <w:t>اقتراح إطار مفاهيمي مبدئي يوضّح نقاط دمج</w:t>
      </w:r>
      <w:r w:rsidRPr="00FE4F8B">
        <w:rPr>
          <w:rFonts w:asciiTheme="minorBidi" w:hAnsiTheme="minorBidi"/>
          <w:sz w:val="24"/>
          <w:szCs w:val="24"/>
        </w:rPr>
        <w:t xml:space="preserve"> (</w:t>
      </w:r>
      <w:r w:rsidRPr="00C925C5">
        <w:rPr>
          <w:rFonts w:asciiTheme="majorBidi" w:hAnsiTheme="majorBidi" w:cstheme="majorBidi"/>
          <w:sz w:val="24"/>
          <w:szCs w:val="24"/>
        </w:rPr>
        <w:t>ESG</w:t>
      </w:r>
      <w:r w:rsidRPr="00FE4F8B">
        <w:rPr>
          <w:rFonts w:asciiTheme="minorBidi" w:hAnsiTheme="minorBidi"/>
          <w:sz w:val="24"/>
          <w:szCs w:val="24"/>
        </w:rPr>
        <w:t xml:space="preserve">) </w:t>
      </w:r>
      <w:r w:rsidRPr="00FE4F8B">
        <w:rPr>
          <w:rFonts w:asciiTheme="minorBidi" w:hAnsiTheme="minorBidi"/>
          <w:sz w:val="24"/>
          <w:szCs w:val="24"/>
          <w:rtl/>
        </w:rPr>
        <w:t>في كل مرحلة من مراحل دورة حياة المشروع، بما يدعم استدامة المشاريع السعودية</w:t>
      </w:r>
      <w:r w:rsidRPr="00FE4F8B">
        <w:rPr>
          <w:rFonts w:asciiTheme="minorBidi" w:hAnsiTheme="minorBidi"/>
          <w:sz w:val="24"/>
          <w:szCs w:val="24"/>
        </w:rPr>
        <w:t>.</w:t>
      </w:r>
    </w:p>
    <w:p w14:paraId="3A153BAB" w14:textId="39568BD5" w:rsidR="00316D8F" w:rsidRPr="00FE4F8B" w:rsidRDefault="00C72132" w:rsidP="00FE4F8B">
      <w:pPr>
        <w:bidi/>
        <w:spacing w:line="360" w:lineRule="auto"/>
        <w:rPr>
          <w:rFonts w:asciiTheme="minorBidi" w:hAnsiTheme="minorBidi"/>
          <w:b/>
          <w:bCs/>
          <w:sz w:val="24"/>
          <w:szCs w:val="24"/>
        </w:rPr>
      </w:pPr>
      <w:r w:rsidRPr="00FE4F8B">
        <w:rPr>
          <w:rFonts w:asciiTheme="minorBidi" w:hAnsiTheme="minorBidi"/>
          <w:sz w:val="24"/>
          <w:szCs w:val="24"/>
          <w:rtl/>
        </w:rPr>
        <w:t xml:space="preserve">1,4 </w:t>
      </w:r>
      <w:proofErr w:type="spellStart"/>
      <w:r w:rsidRPr="00FE4F8B">
        <w:rPr>
          <w:rFonts w:asciiTheme="minorBidi" w:hAnsiTheme="minorBidi"/>
          <w:b/>
          <w:bCs/>
          <w:sz w:val="24"/>
          <w:szCs w:val="24"/>
        </w:rPr>
        <w:t>تساؤلات</w:t>
      </w:r>
      <w:proofErr w:type="spellEnd"/>
      <w:r w:rsidRPr="00FE4F8B">
        <w:rPr>
          <w:rFonts w:asciiTheme="minorBidi" w:hAnsiTheme="minorBidi"/>
          <w:b/>
          <w:bCs/>
          <w:sz w:val="24"/>
          <w:szCs w:val="24"/>
        </w:rPr>
        <w:t xml:space="preserve"> </w:t>
      </w:r>
      <w:proofErr w:type="spellStart"/>
      <w:r w:rsidRPr="00FE4F8B">
        <w:rPr>
          <w:rFonts w:asciiTheme="minorBidi" w:hAnsiTheme="minorBidi"/>
          <w:b/>
          <w:bCs/>
          <w:sz w:val="24"/>
          <w:szCs w:val="24"/>
        </w:rPr>
        <w:t>الدراسة</w:t>
      </w:r>
      <w:proofErr w:type="spellEnd"/>
      <w:r w:rsidRPr="00FE4F8B">
        <w:rPr>
          <w:rFonts w:asciiTheme="minorBidi" w:hAnsiTheme="minorBidi"/>
          <w:sz w:val="24"/>
          <w:szCs w:val="24"/>
        </w:rPr>
        <w:br/>
      </w:r>
      <w:proofErr w:type="spellStart"/>
      <w:r w:rsidRPr="00FE4F8B">
        <w:rPr>
          <w:rFonts w:asciiTheme="minorBidi" w:hAnsiTheme="minorBidi"/>
          <w:sz w:val="24"/>
          <w:szCs w:val="24"/>
        </w:rPr>
        <w:t>كيف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يمكن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مبادئ</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والاجتماعية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المؤسسية</w:t>
      </w:r>
      <w:proofErr w:type="spellEnd"/>
      <w:r w:rsidRPr="00FE4F8B">
        <w:rPr>
          <w:rFonts w:asciiTheme="minorBidi" w:hAnsiTheme="minorBidi"/>
          <w:sz w:val="24"/>
          <w:szCs w:val="24"/>
        </w:rPr>
        <w:t xml:space="preserve"> (</w:t>
      </w:r>
      <w:r w:rsidRPr="00C925C5">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عبر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مراحل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السعودية</w:t>
      </w:r>
      <w:proofErr w:type="spellEnd"/>
      <w:r w:rsidRPr="00FE4F8B">
        <w:rPr>
          <w:rFonts w:asciiTheme="minorBidi" w:hAnsiTheme="minorBidi"/>
          <w:sz w:val="24"/>
          <w:szCs w:val="24"/>
        </w:rPr>
        <w:t>؟</w:t>
      </w:r>
    </w:p>
    <w:p w14:paraId="572A810C" w14:textId="77777777" w:rsidR="00FE4F8B" w:rsidRPr="00FE4F8B" w:rsidRDefault="00FE4F8B" w:rsidP="00FE4F8B">
      <w:pPr>
        <w:bidi/>
        <w:spacing w:line="360" w:lineRule="auto"/>
        <w:rPr>
          <w:rFonts w:asciiTheme="minorBidi" w:hAnsiTheme="minorBidi"/>
          <w:b/>
          <w:bCs/>
          <w:sz w:val="24"/>
          <w:szCs w:val="24"/>
        </w:rPr>
      </w:pPr>
      <w:r w:rsidRPr="00FE4F8B">
        <w:rPr>
          <w:rFonts w:asciiTheme="minorBidi" w:hAnsiTheme="minorBidi"/>
          <w:b/>
          <w:bCs/>
          <w:sz w:val="24"/>
          <w:szCs w:val="24"/>
          <w:rtl/>
        </w:rPr>
        <w:t>السؤال الرئيس</w:t>
      </w:r>
      <w:r w:rsidRPr="00FE4F8B">
        <w:rPr>
          <w:rFonts w:asciiTheme="minorBidi" w:hAnsiTheme="minorBidi"/>
          <w:b/>
          <w:bCs/>
          <w:sz w:val="24"/>
          <w:szCs w:val="24"/>
        </w:rPr>
        <w:t>:</w:t>
      </w:r>
    </w:p>
    <w:p w14:paraId="14A59D34" w14:textId="77777777" w:rsidR="00FE4F8B" w:rsidRPr="00FE4F8B" w:rsidRDefault="00FE4F8B" w:rsidP="00FE4F8B">
      <w:pPr>
        <w:bidi/>
        <w:spacing w:line="360" w:lineRule="auto"/>
        <w:jc w:val="both"/>
        <w:rPr>
          <w:rFonts w:asciiTheme="minorBidi" w:hAnsiTheme="minorBidi"/>
          <w:sz w:val="24"/>
          <w:szCs w:val="24"/>
        </w:rPr>
      </w:pPr>
      <w:r w:rsidRPr="00FE4F8B">
        <w:rPr>
          <w:rFonts w:asciiTheme="minorBidi" w:hAnsiTheme="minorBidi"/>
          <w:sz w:val="24"/>
          <w:szCs w:val="24"/>
          <w:rtl/>
        </w:rPr>
        <w:t>كيف يمكن دمج مبادئ الحوكمة البيئية والاجتماعية والحوكمة المؤسسية</w:t>
      </w:r>
      <w:r w:rsidRPr="00FE4F8B">
        <w:rPr>
          <w:rFonts w:asciiTheme="minorBidi" w:hAnsiTheme="minorBidi"/>
          <w:sz w:val="24"/>
          <w:szCs w:val="24"/>
        </w:rPr>
        <w:t xml:space="preserve"> (</w:t>
      </w:r>
      <w:r w:rsidRPr="00FE4F8B">
        <w:rPr>
          <w:rFonts w:asciiTheme="majorBidi" w:hAnsiTheme="majorBidi" w:cstheme="majorBidi"/>
          <w:sz w:val="24"/>
          <w:szCs w:val="24"/>
        </w:rPr>
        <w:t>ESG</w:t>
      </w:r>
      <w:r w:rsidRPr="00FE4F8B">
        <w:rPr>
          <w:rFonts w:asciiTheme="minorBidi" w:hAnsiTheme="minorBidi"/>
          <w:sz w:val="24"/>
          <w:szCs w:val="24"/>
        </w:rPr>
        <w:t xml:space="preserve">) </w:t>
      </w:r>
      <w:r w:rsidRPr="00FE4F8B">
        <w:rPr>
          <w:rFonts w:asciiTheme="minorBidi" w:hAnsiTheme="minorBidi"/>
          <w:sz w:val="24"/>
          <w:szCs w:val="24"/>
          <w:rtl/>
        </w:rPr>
        <w:t>في إدارة المشاريع المستدامة عبر مراحل دورة حياة المشروع في المشاريع السعودية؟</w:t>
      </w:r>
    </w:p>
    <w:p w14:paraId="308C8053" w14:textId="6F6508C9" w:rsidR="00FE4F8B" w:rsidRPr="00FE4F8B" w:rsidRDefault="00FE4F8B" w:rsidP="00FE4F8B">
      <w:pPr>
        <w:bidi/>
        <w:spacing w:line="360" w:lineRule="auto"/>
        <w:jc w:val="both"/>
        <w:rPr>
          <w:rFonts w:asciiTheme="minorBidi" w:hAnsiTheme="minorBidi"/>
          <w:b/>
          <w:bCs/>
          <w:sz w:val="24"/>
          <w:szCs w:val="24"/>
        </w:rPr>
      </w:pPr>
      <w:r w:rsidRPr="00FE4F8B">
        <w:rPr>
          <w:rFonts w:asciiTheme="minorBidi" w:hAnsiTheme="minorBidi"/>
          <w:b/>
          <w:bCs/>
          <w:sz w:val="24"/>
          <w:szCs w:val="24"/>
          <w:rtl/>
        </w:rPr>
        <w:t>التساؤلات الفرعية:</w:t>
      </w:r>
    </w:p>
    <w:p w14:paraId="1923BEFB" w14:textId="73E01695" w:rsidR="00FE4F8B" w:rsidRPr="00FE4F8B" w:rsidRDefault="00FE4F8B" w:rsidP="00FE4F8B">
      <w:pPr>
        <w:numPr>
          <w:ilvl w:val="0"/>
          <w:numId w:val="15"/>
        </w:numPr>
        <w:bidi/>
        <w:spacing w:line="360" w:lineRule="auto"/>
        <w:jc w:val="both"/>
        <w:rPr>
          <w:rFonts w:asciiTheme="minorBidi" w:hAnsiTheme="minorBidi"/>
          <w:sz w:val="24"/>
          <w:szCs w:val="24"/>
        </w:rPr>
      </w:pPr>
      <w:r w:rsidRPr="00FE4F8B">
        <w:rPr>
          <w:rFonts w:asciiTheme="minorBidi" w:hAnsiTheme="minorBidi"/>
          <w:sz w:val="24"/>
          <w:szCs w:val="24"/>
          <w:rtl/>
        </w:rPr>
        <w:t>ما المفاهيم والأسس النظرية لكلٍّ من إدارة المشاريع المستدامة ومعايير</w:t>
      </w:r>
      <w:r w:rsidRPr="00FE4F8B">
        <w:rPr>
          <w:rFonts w:asciiTheme="minorBidi" w:hAnsiTheme="minorBidi"/>
          <w:sz w:val="24"/>
          <w:szCs w:val="24"/>
        </w:rPr>
        <w:t xml:space="preserve"> (</w:t>
      </w:r>
      <w:r w:rsidRPr="00FE4F8B">
        <w:rPr>
          <w:rFonts w:asciiTheme="majorBidi" w:hAnsiTheme="majorBidi" w:cstheme="majorBidi"/>
          <w:sz w:val="24"/>
          <w:szCs w:val="24"/>
        </w:rPr>
        <w:t>ESG</w:t>
      </w:r>
      <w:r w:rsidRPr="00FE4F8B">
        <w:rPr>
          <w:rFonts w:asciiTheme="minorBidi" w:hAnsiTheme="minorBidi"/>
          <w:sz w:val="24"/>
          <w:szCs w:val="24"/>
        </w:rPr>
        <w:t>)</w:t>
      </w:r>
      <w:r w:rsidRPr="00FE4F8B">
        <w:rPr>
          <w:rFonts w:asciiTheme="minorBidi" w:hAnsiTheme="minorBidi"/>
          <w:sz w:val="24"/>
          <w:szCs w:val="24"/>
          <w:rtl/>
        </w:rPr>
        <w:t xml:space="preserve">، وكيف يمكن ربط </w:t>
      </w:r>
      <w:r w:rsidR="00422BDC" w:rsidRPr="00FE4F8B">
        <w:rPr>
          <w:rFonts w:asciiTheme="minorBidi" w:hAnsiTheme="minorBidi" w:hint="cs"/>
          <w:sz w:val="24"/>
          <w:szCs w:val="24"/>
          <w:rtl/>
        </w:rPr>
        <w:t>أبعاد</w:t>
      </w:r>
      <w:r w:rsidR="00422BDC" w:rsidRPr="00FE4F8B">
        <w:rPr>
          <w:rFonts w:asciiTheme="minorBidi" w:hAnsiTheme="minorBidi"/>
          <w:sz w:val="24"/>
          <w:szCs w:val="24"/>
        </w:rPr>
        <w:t xml:space="preserve"> (</w:t>
      </w:r>
      <w:proofErr w:type="gramStart"/>
      <w:r w:rsidR="00422BDC" w:rsidRPr="00FE4F8B">
        <w:rPr>
          <w:rFonts w:asciiTheme="majorBidi" w:hAnsiTheme="majorBidi" w:cstheme="majorBidi"/>
          <w:sz w:val="24"/>
          <w:szCs w:val="24"/>
        </w:rPr>
        <w:t>ESG</w:t>
      </w:r>
      <w:r w:rsidR="00422BDC" w:rsidRPr="00FE4F8B">
        <w:rPr>
          <w:rFonts w:asciiTheme="minorBidi" w:hAnsiTheme="minorBidi"/>
          <w:sz w:val="24"/>
          <w:szCs w:val="24"/>
        </w:rPr>
        <w:t>)</w:t>
      </w:r>
      <w:r w:rsidR="00422BDC">
        <w:rPr>
          <w:rFonts w:asciiTheme="minorBidi" w:hAnsiTheme="minorBidi" w:hint="cs"/>
          <w:sz w:val="24"/>
          <w:szCs w:val="24"/>
          <w:rtl/>
        </w:rPr>
        <w:t xml:space="preserve"> </w:t>
      </w:r>
      <w:r w:rsidR="00422BDC" w:rsidRPr="00FE4F8B">
        <w:rPr>
          <w:rFonts w:asciiTheme="minorBidi" w:hAnsiTheme="minorBidi"/>
          <w:sz w:val="24"/>
          <w:szCs w:val="24"/>
        </w:rPr>
        <w:t xml:space="preserve"> </w:t>
      </w:r>
      <w:r w:rsidR="00422BDC" w:rsidRPr="00FE4F8B">
        <w:rPr>
          <w:rFonts w:asciiTheme="minorBidi" w:hAnsiTheme="minorBidi" w:hint="cs"/>
          <w:sz w:val="24"/>
          <w:szCs w:val="24"/>
          <w:rtl/>
        </w:rPr>
        <w:t>بمراحل</w:t>
      </w:r>
      <w:proofErr w:type="gramEnd"/>
      <w:r w:rsidRPr="00FE4F8B">
        <w:rPr>
          <w:rFonts w:asciiTheme="minorBidi" w:hAnsiTheme="minorBidi"/>
          <w:sz w:val="24"/>
          <w:szCs w:val="24"/>
          <w:rtl/>
        </w:rPr>
        <w:t xml:space="preserve"> دورة حياة المشروع المختلفة؟</w:t>
      </w:r>
    </w:p>
    <w:p w14:paraId="0B6259F6" w14:textId="77777777" w:rsidR="00FE4F8B" w:rsidRPr="00FE4F8B" w:rsidRDefault="00FE4F8B" w:rsidP="00FE4F8B">
      <w:pPr>
        <w:numPr>
          <w:ilvl w:val="0"/>
          <w:numId w:val="15"/>
        </w:numPr>
        <w:bidi/>
        <w:spacing w:line="360" w:lineRule="auto"/>
        <w:jc w:val="both"/>
        <w:rPr>
          <w:rFonts w:asciiTheme="minorBidi" w:hAnsiTheme="minorBidi"/>
          <w:sz w:val="24"/>
          <w:szCs w:val="24"/>
        </w:rPr>
      </w:pPr>
      <w:r w:rsidRPr="00FE4F8B">
        <w:rPr>
          <w:rFonts w:asciiTheme="minorBidi" w:hAnsiTheme="minorBidi"/>
          <w:sz w:val="24"/>
          <w:szCs w:val="24"/>
          <w:rtl/>
        </w:rPr>
        <w:t>ما أبرز التحديات والفرص المرتبطة بتطبيق معايير</w:t>
      </w:r>
      <w:r w:rsidRPr="00FE4F8B">
        <w:rPr>
          <w:rFonts w:asciiTheme="minorBidi" w:hAnsiTheme="minorBidi"/>
          <w:sz w:val="24"/>
          <w:szCs w:val="24"/>
        </w:rPr>
        <w:t xml:space="preserve"> (</w:t>
      </w:r>
      <w:r w:rsidRPr="00FE4F8B">
        <w:rPr>
          <w:rFonts w:asciiTheme="majorBidi" w:hAnsiTheme="majorBidi" w:cstheme="majorBidi"/>
          <w:sz w:val="24"/>
          <w:szCs w:val="24"/>
        </w:rPr>
        <w:t>ESG</w:t>
      </w:r>
      <w:r w:rsidRPr="00FE4F8B">
        <w:rPr>
          <w:rFonts w:asciiTheme="minorBidi" w:hAnsiTheme="minorBidi"/>
          <w:sz w:val="24"/>
          <w:szCs w:val="24"/>
        </w:rPr>
        <w:t xml:space="preserve">) </w:t>
      </w:r>
      <w:r w:rsidRPr="00FE4F8B">
        <w:rPr>
          <w:rFonts w:asciiTheme="minorBidi" w:hAnsiTheme="minorBidi"/>
          <w:sz w:val="24"/>
          <w:szCs w:val="24"/>
          <w:rtl/>
        </w:rPr>
        <w:t>في المشاريع السعودية، وما الملامح العامة لإطارٍ مفاهيمي يدعم دمج هذه المعايير في كل مرحلة من مراحل دورة حياة المشروع؟</w:t>
      </w:r>
    </w:p>
    <w:p w14:paraId="7B02AF89" w14:textId="4CABE49C" w:rsidR="00316D8F" w:rsidRPr="00FE4F8B" w:rsidRDefault="00FE4F8B" w:rsidP="00C72132">
      <w:pPr>
        <w:bidi/>
        <w:spacing w:line="360" w:lineRule="auto"/>
        <w:rPr>
          <w:rFonts w:asciiTheme="minorBidi" w:hAnsiTheme="minorBidi"/>
          <w:sz w:val="24"/>
          <w:szCs w:val="24"/>
        </w:rPr>
      </w:pPr>
      <w:r w:rsidRPr="00FE4F8B">
        <w:rPr>
          <w:rFonts w:asciiTheme="minorBidi" w:hAnsiTheme="minorBidi"/>
          <w:b/>
          <w:bCs/>
          <w:sz w:val="24"/>
          <w:szCs w:val="24"/>
          <w:rtl/>
        </w:rPr>
        <w:t>1,5</w:t>
      </w:r>
      <w:r w:rsidRPr="00FE4F8B">
        <w:rPr>
          <w:rFonts w:asciiTheme="minorBidi" w:hAnsiTheme="minorBidi"/>
          <w:sz w:val="24"/>
          <w:szCs w:val="24"/>
          <w:rtl/>
        </w:rPr>
        <w:t xml:space="preserve"> </w:t>
      </w:r>
      <w:proofErr w:type="spellStart"/>
      <w:r w:rsidRPr="00FE4F8B">
        <w:rPr>
          <w:rFonts w:asciiTheme="minorBidi" w:hAnsiTheme="minorBidi"/>
          <w:b/>
          <w:bCs/>
          <w:sz w:val="24"/>
          <w:szCs w:val="24"/>
        </w:rPr>
        <w:t>أهمية</w:t>
      </w:r>
      <w:proofErr w:type="spellEnd"/>
      <w:r w:rsidRPr="00FE4F8B">
        <w:rPr>
          <w:rFonts w:asciiTheme="minorBidi" w:hAnsiTheme="minorBidi"/>
          <w:b/>
          <w:bCs/>
          <w:sz w:val="24"/>
          <w:szCs w:val="24"/>
        </w:rPr>
        <w:t xml:space="preserve"> </w:t>
      </w:r>
      <w:proofErr w:type="spellStart"/>
      <w:r w:rsidRPr="00FE4F8B">
        <w:rPr>
          <w:rFonts w:asciiTheme="minorBidi" w:hAnsiTheme="minorBidi"/>
          <w:b/>
          <w:bCs/>
          <w:sz w:val="24"/>
          <w:szCs w:val="24"/>
        </w:rPr>
        <w:t>الدراسة</w:t>
      </w:r>
      <w:proofErr w:type="spellEnd"/>
    </w:p>
    <w:p w14:paraId="311511AF" w14:textId="77777777" w:rsidR="00316D8F" w:rsidRPr="00FE4F8B" w:rsidRDefault="00000000" w:rsidP="00C72132">
      <w:pPr>
        <w:bidi/>
        <w:spacing w:line="360" w:lineRule="auto"/>
        <w:rPr>
          <w:rFonts w:asciiTheme="minorBidi" w:hAnsiTheme="minorBidi"/>
          <w:sz w:val="24"/>
          <w:szCs w:val="24"/>
        </w:rPr>
      </w:pPr>
      <w:proofErr w:type="spellStart"/>
      <w:r w:rsidRPr="00FE4F8B">
        <w:rPr>
          <w:rFonts w:asciiTheme="minorBidi" w:hAnsiTheme="minorBidi"/>
          <w:sz w:val="24"/>
          <w:szCs w:val="24"/>
        </w:rPr>
        <w:t>تنبع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أهمية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جانبين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رئيسين</w:t>
      </w:r>
      <w:proofErr w:type="spellEnd"/>
      <w:r w:rsidRPr="00FE4F8B">
        <w:rPr>
          <w:rFonts w:asciiTheme="minorBidi" w:hAnsiTheme="minorBidi"/>
          <w:sz w:val="24"/>
          <w:szCs w:val="24"/>
        </w:rPr>
        <w:t>:</w:t>
      </w:r>
    </w:p>
    <w:p w14:paraId="1054243E" w14:textId="77777777" w:rsidR="00316D8F" w:rsidRPr="00FE4F8B" w:rsidRDefault="00000000" w:rsidP="00FE4F8B">
      <w:pPr>
        <w:bidi/>
        <w:spacing w:line="360" w:lineRule="auto"/>
        <w:jc w:val="both"/>
        <w:rPr>
          <w:rFonts w:asciiTheme="minorBidi" w:hAnsiTheme="minorBidi"/>
          <w:sz w:val="24"/>
          <w:szCs w:val="24"/>
        </w:rPr>
      </w:pPr>
      <w:proofErr w:type="spellStart"/>
      <w:r w:rsidRPr="00FE4F8B">
        <w:rPr>
          <w:rFonts w:asciiTheme="minorBidi" w:hAnsiTheme="minorBidi"/>
          <w:sz w:val="24"/>
          <w:szCs w:val="24"/>
        </w:rPr>
        <w:t>أولًا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الأهمية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العلمية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حيث</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تسهم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إثراء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الأدبيات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المتعلقة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بإدارة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خلال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ربطها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بصورة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أكثر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منهجية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بمعايير</w:t>
      </w:r>
      <w:proofErr w:type="spellEnd"/>
      <w:r w:rsidRPr="00FE4F8B">
        <w:rPr>
          <w:rFonts w:asciiTheme="minorBidi" w:hAnsiTheme="minorBidi"/>
          <w:sz w:val="24"/>
          <w:szCs w:val="24"/>
        </w:rPr>
        <w:t xml:space="preserve"> (</w:t>
      </w:r>
      <w:r w:rsidRPr="00FE4F8B">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التركيز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سياق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المملكة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العربية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يفتح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المجال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أمام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لاحقة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أكثر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عمقًا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وتطبيقًا</w:t>
      </w:r>
      <w:proofErr w:type="spellEnd"/>
      <w:r w:rsidRPr="00FE4F8B">
        <w:rPr>
          <w:rFonts w:asciiTheme="minorBidi" w:hAnsiTheme="minorBidi"/>
          <w:sz w:val="24"/>
          <w:szCs w:val="24"/>
        </w:rPr>
        <w:t>.</w:t>
      </w:r>
    </w:p>
    <w:p w14:paraId="06FF24CF" w14:textId="77777777" w:rsidR="00316D8F" w:rsidRPr="00FE4F8B" w:rsidRDefault="00000000" w:rsidP="00422BDC">
      <w:pPr>
        <w:bidi/>
        <w:spacing w:line="360" w:lineRule="auto"/>
        <w:jc w:val="both"/>
        <w:rPr>
          <w:rFonts w:asciiTheme="minorBidi" w:hAnsiTheme="minorBidi"/>
          <w:sz w:val="24"/>
          <w:szCs w:val="24"/>
        </w:rPr>
      </w:pPr>
      <w:proofErr w:type="spellStart"/>
      <w:r w:rsidRPr="00FE4F8B">
        <w:rPr>
          <w:rFonts w:asciiTheme="minorBidi" w:hAnsiTheme="minorBidi"/>
          <w:sz w:val="24"/>
          <w:szCs w:val="24"/>
        </w:rPr>
        <w:lastRenderedPageBreak/>
        <w:t>ثانيًا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الأهمية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التطبيقية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يمكن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يستفيد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نتائج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مدراء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وصانعو</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القرار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الجهات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الحكومية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والخاصة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خلال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فهم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أوضح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لكيفية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إدماج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اعتبارات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والمجتمع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وبما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ينعكس</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جودة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القرارات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وتحسين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مستويات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الشفافية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وتقليل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المخاطر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المرتبطة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بالاستدامة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وتعزيز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فرص</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التمويل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والاستثمار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السعودية</w:t>
      </w:r>
      <w:proofErr w:type="spellEnd"/>
      <w:r w:rsidRPr="00FE4F8B">
        <w:rPr>
          <w:rFonts w:asciiTheme="minorBidi" w:hAnsiTheme="minorBidi"/>
          <w:sz w:val="24"/>
          <w:szCs w:val="24"/>
        </w:rPr>
        <w:t>.</w:t>
      </w:r>
    </w:p>
    <w:p w14:paraId="0533DB37" w14:textId="15BCCD26" w:rsidR="00316D8F" w:rsidRPr="00086E83" w:rsidRDefault="00086E83" w:rsidP="00C72132">
      <w:pPr>
        <w:bidi/>
        <w:spacing w:line="360" w:lineRule="auto"/>
        <w:rPr>
          <w:rFonts w:asciiTheme="minorBidi" w:hAnsiTheme="minorBidi"/>
          <w:b/>
          <w:bCs/>
          <w:sz w:val="24"/>
          <w:szCs w:val="24"/>
        </w:rPr>
      </w:pPr>
      <w:r w:rsidRPr="00086E83">
        <w:rPr>
          <w:rFonts w:asciiTheme="minorBidi" w:hAnsiTheme="minorBidi" w:hint="cs"/>
          <w:b/>
          <w:bCs/>
          <w:sz w:val="24"/>
          <w:szCs w:val="24"/>
          <w:rtl/>
        </w:rPr>
        <w:t xml:space="preserve">1,6 </w:t>
      </w:r>
      <w:proofErr w:type="spellStart"/>
      <w:r w:rsidRPr="00086E83">
        <w:rPr>
          <w:rFonts w:asciiTheme="minorBidi" w:hAnsiTheme="minorBidi"/>
          <w:b/>
          <w:bCs/>
          <w:sz w:val="24"/>
          <w:szCs w:val="24"/>
        </w:rPr>
        <w:t>حدود</w:t>
      </w:r>
      <w:proofErr w:type="spellEnd"/>
      <w:r w:rsidRPr="00086E83">
        <w:rPr>
          <w:rFonts w:asciiTheme="minorBidi" w:hAnsiTheme="minorBidi"/>
          <w:b/>
          <w:bCs/>
          <w:sz w:val="24"/>
          <w:szCs w:val="24"/>
        </w:rPr>
        <w:t xml:space="preserve"> </w:t>
      </w:r>
      <w:proofErr w:type="spellStart"/>
      <w:r w:rsidRPr="00086E83">
        <w:rPr>
          <w:rFonts w:asciiTheme="minorBidi" w:hAnsiTheme="minorBidi"/>
          <w:b/>
          <w:bCs/>
          <w:sz w:val="24"/>
          <w:szCs w:val="24"/>
        </w:rPr>
        <w:t>الدراسة</w:t>
      </w:r>
      <w:proofErr w:type="spellEnd"/>
    </w:p>
    <w:p w14:paraId="316D816E" w14:textId="77777777" w:rsidR="00316D8F" w:rsidRPr="00FE4F8B" w:rsidRDefault="00000000" w:rsidP="00422BDC">
      <w:pPr>
        <w:bidi/>
        <w:spacing w:line="360" w:lineRule="auto"/>
        <w:jc w:val="both"/>
        <w:rPr>
          <w:rFonts w:asciiTheme="minorBidi" w:hAnsiTheme="minorBidi"/>
          <w:sz w:val="24"/>
          <w:szCs w:val="24"/>
        </w:rPr>
      </w:pPr>
      <w:proofErr w:type="spellStart"/>
      <w:r w:rsidRPr="00FE4F8B">
        <w:rPr>
          <w:rFonts w:asciiTheme="minorBidi" w:hAnsiTheme="minorBidi"/>
          <w:sz w:val="24"/>
          <w:szCs w:val="24"/>
        </w:rPr>
        <w:t>تقتصر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تناول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المملكة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العربية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بوصفها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مجالًا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للتطبيق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التركيز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المرتبطة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بقطاعات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البنية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التحتية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والطاقة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والخدمات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اللوجستية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وغيرها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المتوائمة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مستهدفات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رؤية</w:t>
      </w:r>
      <w:proofErr w:type="spellEnd"/>
      <w:r w:rsidRPr="00FE4F8B">
        <w:rPr>
          <w:rFonts w:asciiTheme="minorBidi" w:hAnsiTheme="minorBidi"/>
          <w:sz w:val="24"/>
          <w:szCs w:val="24"/>
        </w:rPr>
        <w:t xml:space="preserve"> </w:t>
      </w:r>
      <w:r w:rsidRPr="00086E83">
        <w:rPr>
          <w:rFonts w:asciiTheme="majorBidi" w:hAnsiTheme="majorBidi" w:cstheme="majorBidi"/>
          <w:sz w:val="24"/>
          <w:szCs w:val="24"/>
        </w:rPr>
        <w:t>2030</w:t>
      </w:r>
      <w:r w:rsidRPr="00FE4F8B">
        <w:rPr>
          <w:rFonts w:asciiTheme="minorBidi" w:hAnsiTheme="minorBidi"/>
          <w:sz w:val="24"/>
          <w:szCs w:val="24"/>
        </w:rPr>
        <w:t xml:space="preserve">. </w:t>
      </w:r>
      <w:proofErr w:type="spellStart"/>
      <w:r w:rsidRPr="00FE4F8B">
        <w:rPr>
          <w:rFonts w:asciiTheme="minorBidi" w:hAnsiTheme="minorBidi"/>
          <w:sz w:val="24"/>
          <w:szCs w:val="24"/>
        </w:rPr>
        <w:t>كما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تركز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الجوانب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النظرية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والتحليلية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المرتبطة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معايير</w:t>
      </w:r>
      <w:proofErr w:type="spellEnd"/>
      <w:r w:rsidRPr="00FE4F8B">
        <w:rPr>
          <w:rFonts w:asciiTheme="minorBidi" w:hAnsiTheme="minorBidi"/>
          <w:sz w:val="24"/>
          <w:szCs w:val="24"/>
        </w:rPr>
        <w:t xml:space="preserve"> (</w:t>
      </w:r>
      <w:r w:rsidRPr="00086E83">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التوسع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التحليل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الإحصائي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الميداني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يمهّد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الإطار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النظري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المقترح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تطبيقية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لاحقة</w:t>
      </w:r>
      <w:proofErr w:type="spellEnd"/>
      <w:r w:rsidRPr="00FE4F8B">
        <w:rPr>
          <w:rFonts w:asciiTheme="minorBidi" w:hAnsiTheme="minorBidi"/>
          <w:sz w:val="24"/>
          <w:szCs w:val="24"/>
        </w:rPr>
        <w:t>.</w:t>
      </w:r>
    </w:p>
    <w:p w14:paraId="510B387E" w14:textId="4B037FE6" w:rsidR="00316D8F" w:rsidRPr="00086E83" w:rsidRDefault="00086E83" w:rsidP="00C72132">
      <w:pPr>
        <w:bidi/>
        <w:spacing w:line="360" w:lineRule="auto"/>
        <w:rPr>
          <w:rFonts w:asciiTheme="minorBidi" w:hAnsiTheme="minorBidi"/>
          <w:b/>
          <w:bCs/>
          <w:sz w:val="24"/>
          <w:szCs w:val="24"/>
        </w:rPr>
      </w:pPr>
      <w:r w:rsidRPr="00086E83">
        <w:rPr>
          <w:rFonts w:asciiTheme="minorBidi" w:hAnsiTheme="minorBidi" w:hint="cs"/>
          <w:b/>
          <w:bCs/>
          <w:sz w:val="24"/>
          <w:szCs w:val="24"/>
          <w:rtl/>
        </w:rPr>
        <w:t xml:space="preserve">1,7 </w:t>
      </w:r>
      <w:proofErr w:type="spellStart"/>
      <w:r w:rsidRPr="00086E83">
        <w:rPr>
          <w:rFonts w:asciiTheme="minorBidi" w:hAnsiTheme="minorBidi"/>
          <w:b/>
          <w:bCs/>
          <w:sz w:val="24"/>
          <w:szCs w:val="24"/>
        </w:rPr>
        <w:t>مصطلحات</w:t>
      </w:r>
      <w:proofErr w:type="spellEnd"/>
      <w:r w:rsidRPr="00086E83">
        <w:rPr>
          <w:rFonts w:asciiTheme="minorBidi" w:hAnsiTheme="minorBidi"/>
          <w:b/>
          <w:bCs/>
          <w:sz w:val="24"/>
          <w:szCs w:val="24"/>
        </w:rPr>
        <w:t xml:space="preserve"> </w:t>
      </w:r>
      <w:proofErr w:type="spellStart"/>
      <w:r w:rsidRPr="00086E83">
        <w:rPr>
          <w:rFonts w:asciiTheme="minorBidi" w:hAnsiTheme="minorBidi"/>
          <w:b/>
          <w:bCs/>
          <w:sz w:val="24"/>
          <w:szCs w:val="24"/>
        </w:rPr>
        <w:t>الدراسة</w:t>
      </w:r>
      <w:proofErr w:type="spellEnd"/>
    </w:p>
    <w:p w14:paraId="309334D4" w14:textId="53B13EEC" w:rsidR="00E74018" w:rsidRDefault="00000000" w:rsidP="00E74018">
      <w:pPr>
        <w:bidi/>
        <w:spacing w:line="360" w:lineRule="auto"/>
        <w:jc w:val="both"/>
        <w:rPr>
          <w:rFonts w:asciiTheme="minorBidi" w:hAnsiTheme="minorBidi"/>
          <w:sz w:val="24"/>
          <w:szCs w:val="24"/>
          <w:rtl/>
        </w:rPr>
      </w:pPr>
      <w:proofErr w:type="spellStart"/>
      <w:r w:rsidRPr="00FE4F8B">
        <w:rPr>
          <w:rFonts w:asciiTheme="minorBidi" w:hAnsiTheme="minorBidi"/>
          <w:sz w:val="24"/>
          <w:szCs w:val="24"/>
        </w:rPr>
        <w:t>أولًا</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00086E83">
        <w:rPr>
          <w:rFonts w:asciiTheme="minorBidi" w:hAnsiTheme="minorBidi" w:hint="cs"/>
          <w:sz w:val="24"/>
          <w:szCs w:val="24"/>
          <w:rtl/>
        </w:rPr>
        <w:t xml:space="preserve"> </w:t>
      </w:r>
      <w:r w:rsidR="00086E83" w:rsidRPr="00FE4F8B">
        <w:rPr>
          <w:rFonts w:asciiTheme="minorBidi" w:hAnsiTheme="minorBidi"/>
          <w:sz w:val="24"/>
          <w:szCs w:val="24"/>
        </w:rPr>
        <w:t>(</w:t>
      </w:r>
      <w:r w:rsidR="00086E83" w:rsidRPr="00086E83">
        <w:rPr>
          <w:rFonts w:asciiTheme="majorBidi" w:hAnsiTheme="majorBidi" w:cstheme="majorBidi"/>
          <w:sz w:val="24"/>
          <w:szCs w:val="24"/>
        </w:rPr>
        <w:t>Sustainable Project Management – SPM</w:t>
      </w:r>
      <w:r w:rsidR="00086E83" w:rsidRPr="00FE4F8B">
        <w:rPr>
          <w:rFonts w:asciiTheme="minorBidi" w:hAnsiTheme="minorBidi"/>
          <w:sz w:val="24"/>
          <w:szCs w:val="24"/>
        </w:rPr>
        <w:t>)</w:t>
      </w:r>
      <w:r w:rsidR="00E74018">
        <w:rPr>
          <w:rFonts w:asciiTheme="minorBidi" w:hAnsiTheme="minorBidi" w:hint="cs"/>
          <w:sz w:val="24"/>
          <w:szCs w:val="24"/>
          <w:rtl/>
        </w:rPr>
        <w:t xml:space="preserve"> </w:t>
      </w:r>
      <w:proofErr w:type="spellStart"/>
      <w:r w:rsidR="00E74018" w:rsidRPr="00FE4F8B">
        <w:rPr>
          <w:rFonts w:asciiTheme="minorBidi" w:hAnsiTheme="minorBidi"/>
          <w:sz w:val="24"/>
          <w:szCs w:val="24"/>
        </w:rPr>
        <w:t>ويقصد</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بها</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تطبيق</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مبادئ</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وممارسات</w:t>
      </w:r>
      <w:proofErr w:type="spellEnd"/>
      <w:r w:rsidR="00E74018" w:rsidRPr="00FE4F8B">
        <w:rPr>
          <w:rFonts w:asciiTheme="minorBidi" w:hAnsiTheme="minorBidi"/>
          <w:sz w:val="24"/>
          <w:szCs w:val="24"/>
        </w:rPr>
        <w:t xml:space="preserve"> إدارة </w:t>
      </w:r>
      <w:proofErr w:type="spellStart"/>
      <w:r w:rsidR="00E74018" w:rsidRPr="00FE4F8B">
        <w:rPr>
          <w:rFonts w:asciiTheme="minorBidi" w:hAnsiTheme="minorBidi"/>
          <w:sz w:val="24"/>
          <w:szCs w:val="24"/>
        </w:rPr>
        <w:t>المشاريع</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بطريقة</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توازن</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بين</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تحقيق</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أهداف</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المشروع</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التقليدية</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من</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حيث</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الوقت</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والتكلفة</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والجودة</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وبين</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تقليل</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الآثار</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البيئية</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السلبية</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وتعزيز</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المنافع</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الاجتماعية</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ودعم</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الحوكمة</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الرشيدة</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بما</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يضمن</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استدامة</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مخرجات</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المشروع</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على</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المدى</w:t>
      </w:r>
      <w:proofErr w:type="spellEnd"/>
      <w:r w:rsidR="00E74018" w:rsidRPr="00FE4F8B">
        <w:rPr>
          <w:rFonts w:asciiTheme="minorBidi" w:hAnsiTheme="minorBidi"/>
          <w:sz w:val="24"/>
          <w:szCs w:val="24"/>
        </w:rPr>
        <w:t xml:space="preserve"> </w:t>
      </w:r>
      <w:proofErr w:type="spellStart"/>
      <w:r w:rsidR="00E74018" w:rsidRPr="00FE4F8B">
        <w:rPr>
          <w:rFonts w:asciiTheme="minorBidi" w:hAnsiTheme="minorBidi"/>
          <w:sz w:val="24"/>
          <w:szCs w:val="24"/>
        </w:rPr>
        <w:t>الطويل</w:t>
      </w:r>
      <w:proofErr w:type="spellEnd"/>
      <w:r w:rsidR="00E74018">
        <w:rPr>
          <w:rFonts w:asciiTheme="minorBidi" w:hAnsiTheme="minorBidi" w:hint="cs"/>
          <w:sz w:val="24"/>
          <w:szCs w:val="24"/>
          <w:rtl/>
        </w:rPr>
        <w:t>.</w:t>
      </w:r>
    </w:p>
    <w:p w14:paraId="60FB3885" w14:textId="1953E54D" w:rsidR="00316D8F" w:rsidRPr="00FE4F8B" w:rsidRDefault="00000000" w:rsidP="00086E83">
      <w:pPr>
        <w:bidi/>
        <w:spacing w:line="360" w:lineRule="auto"/>
        <w:jc w:val="both"/>
        <w:rPr>
          <w:rFonts w:asciiTheme="minorBidi" w:hAnsiTheme="minorBidi"/>
          <w:sz w:val="24"/>
          <w:szCs w:val="24"/>
          <w:rtl/>
        </w:rPr>
      </w:pPr>
      <w:proofErr w:type="spellStart"/>
      <w:r w:rsidRPr="00FE4F8B">
        <w:rPr>
          <w:rFonts w:asciiTheme="minorBidi" w:hAnsiTheme="minorBidi"/>
          <w:sz w:val="24"/>
          <w:szCs w:val="24"/>
        </w:rPr>
        <w:t>ثانيًا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والاجتماعية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وحوكمة</w:t>
      </w:r>
      <w:proofErr w:type="spellEnd"/>
      <w:r w:rsidR="00086E83">
        <w:rPr>
          <w:rFonts w:asciiTheme="minorBidi" w:hAnsiTheme="minorBidi" w:hint="cs"/>
          <w:sz w:val="24"/>
          <w:szCs w:val="24"/>
          <w:rtl/>
        </w:rPr>
        <w:t xml:space="preserve"> </w:t>
      </w:r>
      <w:r w:rsidR="00422BDC" w:rsidRPr="00FE4F8B">
        <w:rPr>
          <w:rFonts w:asciiTheme="minorBidi" w:hAnsiTheme="minorBidi" w:hint="cs"/>
          <w:sz w:val="24"/>
          <w:szCs w:val="24"/>
          <w:rtl/>
        </w:rPr>
        <w:t>الشركات</w:t>
      </w:r>
      <w:r w:rsidR="00422BDC">
        <w:rPr>
          <w:rFonts w:asciiTheme="minorBidi" w:hAnsiTheme="minorBidi"/>
          <w:sz w:val="24"/>
          <w:szCs w:val="24"/>
        </w:rPr>
        <w:t xml:space="preserve"> (</w:t>
      </w:r>
      <w:r w:rsidR="00086E83" w:rsidRPr="00086E83">
        <w:rPr>
          <w:rFonts w:asciiTheme="majorBidi" w:hAnsiTheme="majorBidi" w:cstheme="majorBidi"/>
          <w:sz w:val="24"/>
          <w:szCs w:val="24"/>
        </w:rPr>
        <w:t xml:space="preserve">Environmental, Social and Governance – </w:t>
      </w:r>
      <w:proofErr w:type="gramStart"/>
      <w:r w:rsidR="00086E83" w:rsidRPr="00086E83">
        <w:rPr>
          <w:rFonts w:asciiTheme="majorBidi" w:hAnsiTheme="majorBidi" w:cstheme="majorBidi"/>
          <w:sz w:val="24"/>
          <w:szCs w:val="24"/>
        </w:rPr>
        <w:t>ESG</w:t>
      </w:r>
      <w:r w:rsidR="00086E83" w:rsidRPr="00FE4F8B">
        <w:rPr>
          <w:rFonts w:asciiTheme="minorBidi" w:hAnsiTheme="minorBidi"/>
          <w:sz w:val="24"/>
          <w:szCs w:val="24"/>
        </w:rPr>
        <w:t xml:space="preserve">) </w:t>
      </w:r>
      <w:r w:rsidR="00086E83">
        <w:rPr>
          <w:rFonts w:asciiTheme="minorBidi" w:hAnsiTheme="minorBidi" w:hint="cs"/>
          <w:sz w:val="24"/>
          <w:szCs w:val="24"/>
          <w:rtl/>
        </w:rPr>
        <w:t xml:space="preserve"> </w:t>
      </w:r>
      <w:proofErr w:type="spellStart"/>
      <w:r w:rsidRPr="00FE4F8B">
        <w:rPr>
          <w:rFonts w:asciiTheme="minorBidi" w:hAnsiTheme="minorBidi"/>
          <w:sz w:val="24"/>
          <w:szCs w:val="24"/>
        </w:rPr>
        <w:t>تشير</w:t>
      </w:r>
      <w:proofErr w:type="spellEnd"/>
      <w:proofErr w:type="gram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مجموعة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المؤشرات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تقيس</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أداء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الكيان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أو</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الجوانب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مثل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الانبعاثات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وإدارة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الموارد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الجوانب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الاجتماعية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مثل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حقوق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العاملين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والمجتمع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الجوانب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الحوكمية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مثل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الشفافية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والمساءلة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والتركيب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المؤسسي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وتُستخدم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قبل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المستثمرين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والجهات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التنظيمية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لتقييم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مدى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التزام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بالممارسات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المسؤولة</w:t>
      </w:r>
      <w:proofErr w:type="spellEnd"/>
      <w:r w:rsidR="00086E83">
        <w:rPr>
          <w:rFonts w:asciiTheme="minorBidi" w:hAnsiTheme="minorBidi" w:hint="cs"/>
          <w:sz w:val="24"/>
          <w:szCs w:val="24"/>
          <w:rtl/>
        </w:rPr>
        <w:t>.</w:t>
      </w:r>
    </w:p>
    <w:p w14:paraId="20B43104" w14:textId="48A79C0B" w:rsidR="00316D8F" w:rsidRPr="00FE4F8B" w:rsidRDefault="00000000" w:rsidP="00C72132">
      <w:pPr>
        <w:bidi/>
        <w:spacing w:line="360" w:lineRule="auto"/>
        <w:rPr>
          <w:rFonts w:asciiTheme="minorBidi" w:hAnsiTheme="minorBidi"/>
          <w:sz w:val="24"/>
          <w:szCs w:val="24"/>
        </w:rPr>
      </w:pPr>
      <w:proofErr w:type="spellStart"/>
      <w:r w:rsidRPr="00FE4F8B">
        <w:rPr>
          <w:rFonts w:asciiTheme="minorBidi" w:hAnsiTheme="minorBidi"/>
          <w:sz w:val="24"/>
          <w:szCs w:val="24"/>
        </w:rPr>
        <w:t>ثالثًا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br/>
      </w:r>
      <w:proofErr w:type="spellStart"/>
      <w:r w:rsidRPr="00FE4F8B">
        <w:rPr>
          <w:rFonts w:asciiTheme="minorBidi" w:hAnsiTheme="minorBidi"/>
          <w:sz w:val="24"/>
          <w:szCs w:val="24"/>
        </w:rPr>
        <w:t>هي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المراحل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الرئيسة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يمر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نشوء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الفكرة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وحتى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إقفال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أو</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انتهاء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تشغيله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وتشمل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عادةً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مرحلة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المبادرة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ومرحلة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التخطيط</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ومرحلة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التنفيذ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ومرحلة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المتابعة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والتحكم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ثم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مرحلة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الإقفال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أو</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التشغيل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المستمر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طويلة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الأجل</w:t>
      </w:r>
      <w:proofErr w:type="spellEnd"/>
      <w:r w:rsidR="00086E83">
        <w:rPr>
          <w:rFonts w:asciiTheme="minorBidi" w:hAnsiTheme="minorBidi" w:hint="cs"/>
          <w:sz w:val="24"/>
          <w:szCs w:val="24"/>
          <w:rtl/>
        </w:rPr>
        <w:t>.</w:t>
      </w:r>
    </w:p>
    <w:p w14:paraId="3BC9331B" w14:textId="1327CD56" w:rsidR="00316D8F" w:rsidRPr="00FE4F8B" w:rsidRDefault="00000000" w:rsidP="00422BDC">
      <w:pPr>
        <w:bidi/>
        <w:spacing w:line="360" w:lineRule="auto"/>
        <w:rPr>
          <w:rFonts w:asciiTheme="minorBidi" w:hAnsiTheme="minorBidi"/>
          <w:sz w:val="24"/>
          <w:szCs w:val="24"/>
          <w:rtl/>
        </w:rPr>
      </w:pPr>
      <w:proofErr w:type="spellStart"/>
      <w:r w:rsidRPr="00FE4F8B">
        <w:rPr>
          <w:rFonts w:asciiTheme="minorBidi" w:hAnsiTheme="minorBidi"/>
          <w:sz w:val="24"/>
          <w:szCs w:val="24"/>
        </w:rPr>
        <w:t>رابعًا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التقنيات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الناشئة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br/>
      </w:r>
      <w:proofErr w:type="spellStart"/>
      <w:r w:rsidRPr="00FE4F8B">
        <w:rPr>
          <w:rFonts w:asciiTheme="minorBidi" w:hAnsiTheme="minorBidi"/>
          <w:sz w:val="24"/>
          <w:szCs w:val="24"/>
        </w:rPr>
        <w:t>يقصد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مجموعة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التقنيات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الرقمية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الحديثة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يمكن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توظيفها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لدعم</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ودمج</w:t>
      </w:r>
      <w:proofErr w:type="spellEnd"/>
      <w:r w:rsidRPr="00FE4F8B">
        <w:rPr>
          <w:rFonts w:asciiTheme="minorBidi" w:hAnsiTheme="minorBidi"/>
          <w:sz w:val="24"/>
          <w:szCs w:val="24"/>
        </w:rPr>
        <w:t xml:space="preserve"> </w:t>
      </w:r>
      <w:proofErr w:type="spellStart"/>
      <w:proofErr w:type="gramStart"/>
      <w:r w:rsidRPr="00FE4F8B">
        <w:rPr>
          <w:rFonts w:asciiTheme="minorBidi" w:hAnsiTheme="minorBidi"/>
          <w:sz w:val="24"/>
          <w:szCs w:val="24"/>
        </w:rPr>
        <w:t>معايير</w:t>
      </w:r>
      <w:proofErr w:type="spellEnd"/>
      <w:r w:rsidR="00086E83">
        <w:rPr>
          <w:rFonts w:asciiTheme="minorBidi" w:hAnsiTheme="minorBidi" w:hint="cs"/>
          <w:sz w:val="24"/>
          <w:szCs w:val="24"/>
          <w:rtl/>
        </w:rPr>
        <w:t>(</w:t>
      </w:r>
      <w:proofErr w:type="gramEnd"/>
      <w:r w:rsidR="00086E83" w:rsidRPr="00086E83">
        <w:rPr>
          <w:rFonts w:asciiTheme="majorBidi" w:hAnsiTheme="majorBidi" w:cstheme="majorBidi"/>
          <w:sz w:val="24"/>
          <w:szCs w:val="24"/>
        </w:rPr>
        <w:t>ESG</w:t>
      </w:r>
      <w:r w:rsidR="00086E83">
        <w:rPr>
          <w:rFonts w:asciiTheme="minorBidi" w:hAnsiTheme="minorBidi" w:hint="cs"/>
          <w:sz w:val="24"/>
          <w:szCs w:val="24"/>
          <w:rtl/>
        </w:rPr>
        <w:t>)</w:t>
      </w:r>
      <w:r w:rsidR="00E74018">
        <w:rPr>
          <w:rFonts w:asciiTheme="minorBidi" w:hAnsiTheme="minorBidi" w:hint="cs"/>
          <w:sz w:val="24"/>
          <w:szCs w:val="24"/>
          <w:rtl/>
        </w:rPr>
        <w:t xml:space="preserve"> </w:t>
      </w:r>
      <w:proofErr w:type="spellStart"/>
      <w:r w:rsidRPr="00FE4F8B">
        <w:rPr>
          <w:rFonts w:asciiTheme="minorBidi" w:hAnsiTheme="minorBidi"/>
          <w:sz w:val="24"/>
          <w:szCs w:val="24"/>
        </w:rPr>
        <w:t>مثل</w:t>
      </w:r>
      <w:proofErr w:type="spellEnd"/>
      <w:r w:rsidR="00E74018">
        <w:rPr>
          <w:rFonts w:asciiTheme="minorBidi" w:hAnsiTheme="minorBidi" w:hint="cs"/>
          <w:sz w:val="24"/>
          <w:szCs w:val="24"/>
          <w:rtl/>
        </w:rPr>
        <w:t>،</w:t>
      </w:r>
      <w:r w:rsidRPr="00FE4F8B">
        <w:rPr>
          <w:rFonts w:asciiTheme="minorBidi" w:hAnsiTheme="minorBidi"/>
          <w:sz w:val="24"/>
          <w:szCs w:val="24"/>
        </w:rPr>
        <w:t xml:space="preserve"> </w:t>
      </w:r>
      <w:proofErr w:type="spellStart"/>
      <w:r w:rsidRPr="00FE4F8B">
        <w:rPr>
          <w:rFonts w:asciiTheme="minorBidi" w:hAnsiTheme="minorBidi"/>
          <w:sz w:val="24"/>
          <w:szCs w:val="24"/>
        </w:rPr>
        <w:t>الذكاء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الاصطناعي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وتحليلات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البيانات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الضخمة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وتقنية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البلوك</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تشين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والتوأم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الرقمي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وغيرها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الأدوات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تسهم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تحسين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التنبؤ</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والمراقبة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والتقارير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المتعلقة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بالاستدامة</w:t>
      </w:r>
      <w:proofErr w:type="spellEnd"/>
      <w:r w:rsidR="00086E83">
        <w:rPr>
          <w:rFonts w:asciiTheme="minorBidi" w:hAnsiTheme="minorBidi" w:hint="cs"/>
          <w:sz w:val="24"/>
          <w:szCs w:val="24"/>
          <w:rtl/>
        </w:rPr>
        <w:t>.</w:t>
      </w:r>
    </w:p>
    <w:p w14:paraId="30BA65AE" w14:textId="6557EF76" w:rsidR="00316D8F" w:rsidRPr="0057463C" w:rsidRDefault="0057463C" w:rsidP="00C72132">
      <w:pPr>
        <w:bidi/>
        <w:spacing w:line="360" w:lineRule="auto"/>
        <w:rPr>
          <w:rFonts w:asciiTheme="minorBidi" w:hAnsiTheme="minorBidi"/>
          <w:b/>
          <w:bCs/>
          <w:sz w:val="24"/>
          <w:szCs w:val="24"/>
        </w:rPr>
      </w:pPr>
      <w:r w:rsidRPr="0057463C">
        <w:rPr>
          <w:rFonts w:asciiTheme="minorBidi" w:hAnsiTheme="minorBidi" w:hint="cs"/>
          <w:b/>
          <w:bCs/>
          <w:sz w:val="24"/>
          <w:szCs w:val="24"/>
          <w:rtl/>
        </w:rPr>
        <w:lastRenderedPageBreak/>
        <w:t xml:space="preserve">1,8 </w:t>
      </w:r>
      <w:proofErr w:type="spellStart"/>
      <w:r w:rsidRPr="0057463C">
        <w:rPr>
          <w:rFonts w:asciiTheme="minorBidi" w:hAnsiTheme="minorBidi"/>
          <w:b/>
          <w:bCs/>
          <w:sz w:val="24"/>
          <w:szCs w:val="24"/>
        </w:rPr>
        <w:t>الإطار</w:t>
      </w:r>
      <w:proofErr w:type="spellEnd"/>
      <w:r w:rsidRPr="0057463C">
        <w:rPr>
          <w:rFonts w:asciiTheme="minorBidi" w:hAnsiTheme="minorBidi"/>
          <w:b/>
          <w:bCs/>
          <w:sz w:val="24"/>
          <w:szCs w:val="24"/>
        </w:rPr>
        <w:t xml:space="preserve"> </w:t>
      </w:r>
      <w:proofErr w:type="spellStart"/>
      <w:r w:rsidRPr="0057463C">
        <w:rPr>
          <w:rFonts w:asciiTheme="minorBidi" w:hAnsiTheme="minorBidi"/>
          <w:b/>
          <w:bCs/>
          <w:sz w:val="24"/>
          <w:szCs w:val="24"/>
        </w:rPr>
        <w:t>النظري</w:t>
      </w:r>
      <w:proofErr w:type="spellEnd"/>
      <w:r w:rsidRPr="0057463C">
        <w:rPr>
          <w:rFonts w:asciiTheme="minorBidi" w:hAnsiTheme="minorBidi"/>
          <w:b/>
          <w:bCs/>
          <w:sz w:val="24"/>
          <w:szCs w:val="24"/>
        </w:rPr>
        <w:t xml:space="preserve"> </w:t>
      </w:r>
      <w:proofErr w:type="spellStart"/>
      <w:r w:rsidRPr="0057463C">
        <w:rPr>
          <w:rFonts w:asciiTheme="minorBidi" w:hAnsiTheme="minorBidi"/>
          <w:b/>
          <w:bCs/>
          <w:sz w:val="24"/>
          <w:szCs w:val="24"/>
        </w:rPr>
        <w:t>للدراسة</w:t>
      </w:r>
      <w:proofErr w:type="spellEnd"/>
    </w:p>
    <w:p w14:paraId="79DB9A00" w14:textId="0A6D27FB" w:rsidR="00316D8F" w:rsidRPr="00FE4F8B" w:rsidRDefault="00000000" w:rsidP="0057463C">
      <w:pPr>
        <w:bidi/>
        <w:spacing w:line="360" w:lineRule="auto"/>
        <w:jc w:val="both"/>
        <w:rPr>
          <w:rFonts w:asciiTheme="minorBidi" w:hAnsiTheme="minorBidi"/>
          <w:sz w:val="24"/>
          <w:szCs w:val="24"/>
          <w:rtl/>
        </w:rPr>
      </w:pPr>
      <w:proofErr w:type="spellStart"/>
      <w:r w:rsidRPr="00FE4F8B">
        <w:rPr>
          <w:rFonts w:asciiTheme="minorBidi" w:hAnsiTheme="minorBidi"/>
          <w:sz w:val="24"/>
          <w:szCs w:val="24"/>
        </w:rPr>
        <w:t>يهدف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الإطار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النظري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تقديم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شرح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متكامل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للمفاهيم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والأفكار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المرتبطة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بموضوع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بحيث</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يمكّن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القارئ</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الإحاطة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بجميع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الجوانب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الرئيسة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المتعلقة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بإدارة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ومعايير</w:t>
      </w:r>
      <w:proofErr w:type="spellEnd"/>
      <w:r w:rsidRPr="00FE4F8B">
        <w:rPr>
          <w:rFonts w:asciiTheme="minorBidi" w:hAnsiTheme="minorBidi"/>
          <w:sz w:val="24"/>
          <w:szCs w:val="24"/>
        </w:rPr>
        <w:t xml:space="preserve"> (</w:t>
      </w:r>
      <w:r w:rsidRPr="0057463C">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وعلاقتهما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0057463C">
        <w:rPr>
          <w:rFonts w:asciiTheme="minorBidi" w:hAnsiTheme="minorBidi" w:hint="cs"/>
          <w:sz w:val="24"/>
          <w:szCs w:val="24"/>
          <w:rtl/>
        </w:rPr>
        <w:t>.</w:t>
      </w:r>
    </w:p>
    <w:p w14:paraId="78AFF160" w14:textId="4E15C48F" w:rsidR="00316D8F" w:rsidRPr="00E74018" w:rsidRDefault="0057463C" w:rsidP="00E74018">
      <w:pPr>
        <w:bidi/>
        <w:spacing w:line="360" w:lineRule="auto"/>
        <w:rPr>
          <w:rFonts w:asciiTheme="minorBidi" w:hAnsiTheme="minorBidi"/>
          <w:b/>
          <w:bCs/>
          <w:sz w:val="24"/>
          <w:szCs w:val="24"/>
        </w:rPr>
      </w:pPr>
      <w:r w:rsidRPr="0057463C">
        <w:rPr>
          <w:rFonts w:asciiTheme="minorBidi" w:hAnsiTheme="minorBidi" w:hint="cs"/>
          <w:b/>
          <w:bCs/>
          <w:sz w:val="24"/>
          <w:szCs w:val="24"/>
          <w:rtl/>
        </w:rPr>
        <w:t xml:space="preserve">1,8,1 </w:t>
      </w:r>
      <w:proofErr w:type="spellStart"/>
      <w:r w:rsidRPr="0057463C">
        <w:rPr>
          <w:rFonts w:asciiTheme="minorBidi" w:hAnsiTheme="minorBidi"/>
          <w:b/>
          <w:bCs/>
          <w:sz w:val="24"/>
          <w:szCs w:val="24"/>
        </w:rPr>
        <w:t>مفهوم</w:t>
      </w:r>
      <w:proofErr w:type="spellEnd"/>
      <w:r w:rsidRPr="0057463C">
        <w:rPr>
          <w:rFonts w:asciiTheme="minorBidi" w:hAnsiTheme="minorBidi"/>
          <w:b/>
          <w:bCs/>
          <w:sz w:val="24"/>
          <w:szCs w:val="24"/>
        </w:rPr>
        <w:t xml:space="preserve"> إدارة </w:t>
      </w:r>
      <w:proofErr w:type="spellStart"/>
      <w:r w:rsidRPr="0057463C">
        <w:rPr>
          <w:rFonts w:asciiTheme="minorBidi" w:hAnsiTheme="minorBidi"/>
          <w:b/>
          <w:bCs/>
          <w:sz w:val="24"/>
          <w:szCs w:val="24"/>
        </w:rPr>
        <w:t>المشاريع</w:t>
      </w:r>
      <w:proofErr w:type="spellEnd"/>
      <w:r w:rsidRPr="0057463C">
        <w:rPr>
          <w:rFonts w:asciiTheme="minorBidi" w:hAnsiTheme="minorBidi"/>
          <w:b/>
          <w:bCs/>
          <w:sz w:val="24"/>
          <w:szCs w:val="24"/>
        </w:rPr>
        <w:t xml:space="preserve"> </w:t>
      </w:r>
      <w:proofErr w:type="spellStart"/>
      <w:r w:rsidRPr="0057463C">
        <w:rPr>
          <w:rFonts w:asciiTheme="minorBidi" w:hAnsiTheme="minorBidi"/>
          <w:b/>
          <w:bCs/>
          <w:sz w:val="24"/>
          <w:szCs w:val="24"/>
        </w:rPr>
        <w:t>المستدامة</w:t>
      </w:r>
      <w:proofErr w:type="spellEnd"/>
      <w:r w:rsidRPr="00FE4F8B">
        <w:rPr>
          <w:rFonts w:asciiTheme="minorBidi" w:hAnsiTheme="minorBidi"/>
          <w:sz w:val="24"/>
          <w:szCs w:val="24"/>
        </w:rPr>
        <w:br/>
      </w:r>
      <w:proofErr w:type="spellStart"/>
      <w:r w:rsidRPr="00FE4F8B">
        <w:rPr>
          <w:rFonts w:asciiTheme="minorBidi" w:hAnsiTheme="minorBidi"/>
          <w:sz w:val="24"/>
          <w:szCs w:val="24"/>
        </w:rPr>
        <w:t>يعتمد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المفهوم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توسيع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نطاق</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التقليدية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ليشمل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الأبعاد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والاجتماعية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والحوكمية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جانب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الأبعاد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المالية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والتشغيلية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فبدلًا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التركيز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فقط</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إنجاز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الوقت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المحدد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وضمن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الميزانية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المتاحة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يولي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النهج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اهتمامًا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لخفض</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استهلاك</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الموارد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الطبيعية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وتقليل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الانبعاثات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والنفايات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وتحسين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ظروف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العمل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وحماية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حقوق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أصحاب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المصلحة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وضمان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الشفافية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اتخاذ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القرار</w:t>
      </w:r>
      <w:proofErr w:type="spellEnd"/>
      <w:r>
        <w:rPr>
          <w:rFonts w:asciiTheme="minorBidi" w:hAnsiTheme="minorBidi" w:hint="cs"/>
          <w:sz w:val="24"/>
          <w:szCs w:val="24"/>
          <w:rtl/>
        </w:rPr>
        <w:t>.</w:t>
      </w:r>
    </w:p>
    <w:p w14:paraId="237255FE" w14:textId="77777777" w:rsidR="002F2B5F" w:rsidRDefault="0057463C" w:rsidP="002F2B5F">
      <w:pPr>
        <w:bidi/>
        <w:spacing w:line="360" w:lineRule="auto"/>
        <w:rPr>
          <w:rFonts w:asciiTheme="minorBidi" w:hAnsiTheme="minorBidi"/>
          <w:sz w:val="24"/>
          <w:szCs w:val="24"/>
          <w:rtl/>
        </w:rPr>
      </w:pPr>
      <w:r w:rsidRPr="0057463C">
        <w:rPr>
          <w:rFonts w:asciiTheme="minorBidi" w:hAnsiTheme="minorBidi" w:hint="cs"/>
          <w:b/>
          <w:bCs/>
          <w:sz w:val="24"/>
          <w:szCs w:val="24"/>
          <w:rtl/>
        </w:rPr>
        <w:t>1,8,2</w:t>
      </w:r>
      <w:r w:rsidRPr="0057463C">
        <w:rPr>
          <w:rFonts w:asciiTheme="minorBidi" w:hAnsiTheme="minorBidi"/>
          <w:b/>
          <w:bCs/>
          <w:sz w:val="24"/>
          <w:szCs w:val="24"/>
        </w:rPr>
        <w:t xml:space="preserve"> </w:t>
      </w:r>
      <w:proofErr w:type="spellStart"/>
      <w:r w:rsidRPr="0057463C">
        <w:rPr>
          <w:rFonts w:asciiTheme="minorBidi" w:hAnsiTheme="minorBidi"/>
          <w:b/>
          <w:bCs/>
          <w:sz w:val="24"/>
          <w:szCs w:val="24"/>
        </w:rPr>
        <w:t>أبعاد</w:t>
      </w:r>
      <w:proofErr w:type="spellEnd"/>
      <w:r w:rsidRPr="0057463C">
        <w:rPr>
          <w:rFonts w:asciiTheme="minorBidi" w:hAnsiTheme="minorBidi"/>
          <w:b/>
          <w:bCs/>
          <w:sz w:val="24"/>
          <w:szCs w:val="24"/>
        </w:rPr>
        <w:t xml:space="preserve"> </w:t>
      </w:r>
      <w:proofErr w:type="spellStart"/>
      <w:r w:rsidRPr="0057463C">
        <w:rPr>
          <w:rFonts w:asciiTheme="minorBidi" w:hAnsiTheme="minorBidi"/>
          <w:b/>
          <w:bCs/>
          <w:sz w:val="24"/>
          <w:szCs w:val="24"/>
        </w:rPr>
        <w:t>ومعايير</w:t>
      </w:r>
      <w:proofErr w:type="spellEnd"/>
      <w:r w:rsidRPr="00FE4F8B">
        <w:rPr>
          <w:rFonts w:asciiTheme="minorBidi" w:hAnsiTheme="minorBidi"/>
          <w:sz w:val="24"/>
          <w:szCs w:val="24"/>
        </w:rPr>
        <w:t xml:space="preserve"> </w:t>
      </w:r>
      <w:r w:rsidR="00B1492A">
        <w:rPr>
          <w:rFonts w:asciiTheme="minorBidi" w:hAnsiTheme="minorBidi" w:hint="cs"/>
          <w:sz w:val="24"/>
          <w:szCs w:val="24"/>
          <w:rtl/>
        </w:rPr>
        <w:t>(</w:t>
      </w:r>
      <w:r w:rsidR="00B1492A" w:rsidRPr="00EF4165">
        <w:rPr>
          <w:rFonts w:asciiTheme="majorBidi" w:hAnsiTheme="majorBidi" w:cstheme="majorBidi"/>
          <w:b/>
          <w:bCs/>
          <w:sz w:val="24"/>
          <w:szCs w:val="24"/>
        </w:rPr>
        <w:t>ESG</w:t>
      </w:r>
      <w:r w:rsidR="00B1492A">
        <w:rPr>
          <w:rFonts w:asciiTheme="minorBidi" w:hAnsiTheme="minorBidi" w:hint="cs"/>
          <w:sz w:val="24"/>
          <w:szCs w:val="24"/>
          <w:rtl/>
        </w:rPr>
        <w:t>)</w:t>
      </w:r>
      <w:r w:rsidRPr="00FE4F8B">
        <w:rPr>
          <w:rFonts w:asciiTheme="minorBidi" w:hAnsiTheme="minorBidi"/>
          <w:sz w:val="24"/>
          <w:szCs w:val="24"/>
        </w:rPr>
        <w:br/>
      </w:r>
      <w:proofErr w:type="spellStart"/>
      <w:r w:rsidRPr="00FE4F8B">
        <w:rPr>
          <w:rFonts w:asciiTheme="minorBidi" w:hAnsiTheme="minorBidi"/>
          <w:sz w:val="24"/>
          <w:szCs w:val="24"/>
        </w:rPr>
        <w:t>تتكوّن</w:t>
      </w:r>
      <w:proofErr w:type="spellEnd"/>
      <w:r w:rsidRPr="00FE4F8B">
        <w:rPr>
          <w:rFonts w:asciiTheme="minorBidi" w:hAnsiTheme="minorBidi"/>
          <w:sz w:val="24"/>
          <w:szCs w:val="24"/>
        </w:rPr>
        <w:t xml:space="preserve"> </w:t>
      </w:r>
      <w:proofErr w:type="spellStart"/>
      <w:proofErr w:type="gramStart"/>
      <w:r w:rsidRPr="00FE4F8B">
        <w:rPr>
          <w:rFonts w:asciiTheme="minorBidi" w:hAnsiTheme="minorBidi"/>
          <w:sz w:val="24"/>
          <w:szCs w:val="24"/>
        </w:rPr>
        <w:t>معايير</w:t>
      </w:r>
      <w:proofErr w:type="spellEnd"/>
      <w:r w:rsidR="00EF4165">
        <w:rPr>
          <w:rFonts w:asciiTheme="minorBidi" w:hAnsiTheme="minorBidi" w:hint="cs"/>
          <w:sz w:val="24"/>
          <w:szCs w:val="24"/>
          <w:rtl/>
        </w:rPr>
        <w:t>(</w:t>
      </w:r>
      <w:proofErr w:type="gramEnd"/>
      <w:r w:rsidR="00EF4165" w:rsidRPr="00EF4165">
        <w:rPr>
          <w:rFonts w:asciiTheme="majorBidi" w:hAnsiTheme="majorBidi" w:cstheme="majorBidi"/>
          <w:sz w:val="24"/>
          <w:szCs w:val="24"/>
        </w:rPr>
        <w:t>ESG</w:t>
      </w:r>
      <w:r w:rsidR="00EF4165">
        <w:rPr>
          <w:rFonts w:asciiTheme="minorBidi" w:hAnsiTheme="minorBidi" w:hint="cs"/>
          <w:sz w:val="24"/>
          <w:szCs w:val="24"/>
          <w:rtl/>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ثلاثة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أبعاد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رئيسة</w:t>
      </w:r>
      <w:proofErr w:type="spellEnd"/>
      <w:r w:rsidR="00B1492A">
        <w:rPr>
          <w:rFonts w:asciiTheme="minorBidi" w:hAnsiTheme="minorBidi" w:hint="cs"/>
          <w:sz w:val="24"/>
          <w:szCs w:val="24"/>
          <w:rtl/>
        </w:rPr>
        <w:t>:</w:t>
      </w:r>
    </w:p>
    <w:p w14:paraId="75C40BC2" w14:textId="5D47B833" w:rsidR="002F2B5F" w:rsidRPr="002F2B5F" w:rsidRDefault="0057463C" w:rsidP="002F2B5F">
      <w:pPr>
        <w:bidi/>
        <w:spacing w:line="360" w:lineRule="auto"/>
        <w:rPr>
          <w:rFonts w:asciiTheme="minorBidi" w:hAnsiTheme="minorBidi"/>
          <w:b/>
          <w:bCs/>
          <w:sz w:val="24"/>
          <w:szCs w:val="24"/>
        </w:rPr>
      </w:pPr>
      <w:r w:rsidRPr="00FE4F8B">
        <w:rPr>
          <w:rFonts w:asciiTheme="minorBidi" w:hAnsiTheme="minorBidi"/>
          <w:sz w:val="24"/>
          <w:szCs w:val="24"/>
        </w:rPr>
        <w:br/>
        <w:t xml:space="preserve">- </w:t>
      </w:r>
      <w:r w:rsidR="002F2B5F" w:rsidRPr="002F2B5F">
        <w:rPr>
          <w:rFonts w:asciiTheme="minorBidi" w:hAnsiTheme="minorBidi"/>
          <w:b/>
          <w:bCs/>
          <w:sz w:val="24"/>
          <w:szCs w:val="24"/>
        </w:rPr>
        <w:t xml:space="preserve">1. </w:t>
      </w:r>
      <w:r w:rsidR="002F2B5F" w:rsidRPr="002F2B5F">
        <w:rPr>
          <w:rFonts w:asciiTheme="minorBidi" w:hAnsiTheme="minorBidi"/>
          <w:b/>
          <w:bCs/>
          <w:sz w:val="24"/>
          <w:szCs w:val="24"/>
          <w:rtl/>
        </w:rPr>
        <w:t>البعد البيئي</w:t>
      </w:r>
      <w:r w:rsidR="002F2B5F" w:rsidRPr="002F2B5F">
        <w:rPr>
          <w:rFonts w:asciiTheme="minorBidi" w:hAnsiTheme="minorBidi"/>
          <w:b/>
          <w:bCs/>
          <w:sz w:val="24"/>
          <w:szCs w:val="24"/>
        </w:rPr>
        <w:t xml:space="preserve"> (Environmental)</w:t>
      </w:r>
    </w:p>
    <w:p w14:paraId="7D03F581" w14:textId="77777777" w:rsidR="002F2B5F" w:rsidRPr="002F2B5F" w:rsidRDefault="002F2B5F" w:rsidP="002F2B5F">
      <w:pPr>
        <w:bidi/>
        <w:spacing w:line="360" w:lineRule="auto"/>
        <w:rPr>
          <w:rFonts w:asciiTheme="minorBidi" w:hAnsiTheme="minorBidi"/>
          <w:sz w:val="24"/>
          <w:szCs w:val="24"/>
        </w:rPr>
      </w:pPr>
      <w:r w:rsidRPr="002F2B5F">
        <w:rPr>
          <w:rFonts w:asciiTheme="minorBidi" w:hAnsiTheme="minorBidi"/>
          <w:sz w:val="24"/>
          <w:szCs w:val="24"/>
          <w:rtl/>
        </w:rPr>
        <w:t>يركّز البعد البيئي في معايير</w:t>
      </w:r>
      <w:r w:rsidRPr="002F2B5F">
        <w:rPr>
          <w:rFonts w:asciiTheme="minorBidi" w:hAnsiTheme="minorBidi"/>
          <w:sz w:val="24"/>
          <w:szCs w:val="24"/>
        </w:rPr>
        <w:t xml:space="preserve"> (ESG) </w:t>
      </w:r>
      <w:r w:rsidRPr="002F2B5F">
        <w:rPr>
          <w:rFonts w:asciiTheme="minorBidi" w:hAnsiTheme="minorBidi"/>
          <w:sz w:val="24"/>
          <w:szCs w:val="24"/>
          <w:rtl/>
        </w:rPr>
        <w:t>على كيفية تفاعل المشروع أو المنشأة مع البيئة الطبيعية، ومدى تأثير أنشطته في الموارد والأنظمة البيئية المحيطة. ويشمل ذلك قضايا مثل: كفاءة استخدام الطاقة، وانبعاثات الغازات الدفيئة، وجودة الهواء، واستخدام المياه وإدارتها، والتعامل مع النفايات والمواد الخطرة، وحماية التنوع الحيوي، والاستجابة لمخاطر التغير المناخي. ويُعد الأداء البيئي الجيد مؤشرًا على قدرة المشروع على تقليل آثاره السلبية على البيئة وتعزيز كفاءته في استخدام الموارد</w:t>
      </w:r>
      <w:r w:rsidRPr="002F2B5F">
        <w:rPr>
          <w:rFonts w:asciiTheme="minorBidi" w:hAnsiTheme="minorBidi"/>
          <w:sz w:val="24"/>
          <w:szCs w:val="24"/>
        </w:rPr>
        <w:t>.</w:t>
      </w:r>
    </w:p>
    <w:p w14:paraId="1BEE4296" w14:textId="77777777" w:rsidR="002F2B5F" w:rsidRPr="002F2B5F" w:rsidRDefault="002F2B5F" w:rsidP="002F2B5F">
      <w:pPr>
        <w:bidi/>
        <w:spacing w:line="360" w:lineRule="auto"/>
        <w:rPr>
          <w:rFonts w:asciiTheme="minorBidi" w:hAnsiTheme="minorBidi"/>
          <w:b/>
          <w:bCs/>
          <w:sz w:val="24"/>
          <w:szCs w:val="24"/>
        </w:rPr>
      </w:pPr>
      <w:r w:rsidRPr="002F2B5F">
        <w:rPr>
          <w:rFonts w:asciiTheme="minorBidi" w:hAnsiTheme="minorBidi"/>
          <w:b/>
          <w:bCs/>
          <w:sz w:val="24"/>
          <w:szCs w:val="24"/>
        </w:rPr>
        <w:t xml:space="preserve">2. </w:t>
      </w:r>
      <w:r w:rsidRPr="002F2B5F">
        <w:rPr>
          <w:rFonts w:asciiTheme="minorBidi" w:hAnsiTheme="minorBidi"/>
          <w:b/>
          <w:bCs/>
          <w:sz w:val="24"/>
          <w:szCs w:val="24"/>
          <w:rtl/>
        </w:rPr>
        <w:t>البعد الاجتماعي</w:t>
      </w:r>
      <w:r w:rsidRPr="002F2B5F">
        <w:rPr>
          <w:rFonts w:asciiTheme="minorBidi" w:hAnsiTheme="minorBidi"/>
          <w:b/>
          <w:bCs/>
          <w:sz w:val="24"/>
          <w:szCs w:val="24"/>
        </w:rPr>
        <w:t xml:space="preserve"> (</w:t>
      </w:r>
      <w:r w:rsidRPr="002F2B5F">
        <w:rPr>
          <w:rFonts w:asciiTheme="majorBidi" w:hAnsiTheme="majorBidi" w:cstheme="majorBidi"/>
          <w:b/>
          <w:bCs/>
          <w:sz w:val="24"/>
          <w:szCs w:val="24"/>
        </w:rPr>
        <w:t>Social</w:t>
      </w:r>
      <w:r w:rsidRPr="002F2B5F">
        <w:rPr>
          <w:rFonts w:asciiTheme="minorBidi" w:hAnsiTheme="minorBidi"/>
          <w:b/>
          <w:bCs/>
          <w:sz w:val="24"/>
          <w:szCs w:val="24"/>
        </w:rPr>
        <w:t>)</w:t>
      </w:r>
    </w:p>
    <w:p w14:paraId="1E7D3D8D" w14:textId="77777777" w:rsidR="002F2B5F" w:rsidRPr="002F2B5F" w:rsidRDefault="002F2B5F" w:rsidP="002F2B5F">
      <w:pPr>
        <w:bidi/>
        <w:spacing w:line="360" w:lineRule="auto"/>
        <w:jc w:val="both"/>
        <w:rPr>
          <w:rFonts w:asciiTheme="minorBidi" w:hAnsiTheme="minorBidi"/>
          <w:sz w:val="24"/>
          <w:szCs w:val="24"/>
        </w:rPr>
      </w:pPr>
      <w:r w:rsidRPr="002F2B5F">
        <w:rPr>
          <w:rFonts w:asciiTheme="minorBidi" w:hAnsiTheme="minorBidi"/>
          <w:sz w:val="24"/>
          <w:szCs w:val="24"/>
          <w:rtl/>
        </w:rPr>
        <w:t>يتناول البعد الاجتماعي في</w:t>
      </w:r>
      <w:r w:rsidRPr="002F2B5F">
        <w:rPr>
          <w:rFonts w:asciiTheme="minorBidi" w:hAnsiTheme="minorBidi"/>
          <w:sz w:val="24"/>
          <w:szCs w:val="24"/>
        </w:rPr>
        <w:t xml:space="preserve"> (</w:t>
      </w:r>
      <w:r w:rsidRPr="002F2B5F">
        <w:rPr>
          <w:rFonts w:asciiTheme="majorBidi" w:hAnsiTheme="majorBidi" w:cstheme="majorBidi"/>
          <w:sz w:val="24"/>
          <w:szCs w:val="24"/>
        </w:rPr>
        <w:t>ESG</w:t>
      </w:r>
      <w:r w:rsidRPr="002F2B5F">
        <w:rPr>
          <w:rFonts w:asciiTheme="minorBidi" w:hAnsiTheme="minorBidi"/>
          <w:sz w:val="24"/>
          <w:szCs w:val="24"/>
        </w:rPr>
        <w:t xml:space="preserve">) </w:t>
      </w:r>
      <w:r w:rsidRPr="002F2B5F">
        <w:rPr>
          <w:rFonts w:asciiTheme="minorBidi" w:hAnsiTheme="minorBidi"/>
          <w:sz w:val="24"/>
          <w:szCs w:val="24"/>
          <w:rtl/>
        </w:rPr>
        <w:t>علاقة المشروع أو المنشأة بالأفراد والمجتمعات المتأثرة بأنشطته، سواء داخل المنظمة أو خارجها. ويشمل ذلك قضايا حقوق العاملين، والسلامة والصحة المهنية، وتنمية رأس المال البشري، والمساواة والتنوع، وحقوق الإنسان، والمساهمة في تنمية المجتمع المحلي، ورضا العملاء ومتلقي الخدمة. ويعكس الأداء الاجتماعي المتميز التزام المشروع بمبادئ العدالة والمسؤولية الاجتماعية وتحسين جودة الحياة لأصحاب المصلحة</w:t>
      </w:r>
      <w:r w:rsidRPr="002F2B5F">
        <w:rPr>
          <w:rFonts w:asciiTheme="minorBidi" w:hAnsiTheme="minorBidi"/>
          <w:sz w:val="24"/>
          <w:szCs w:val="24"/>
        </w:rPr>
        <w:t>.</w:t>
      </w:r>
    </w:p>
    <w:p w14:paraId="45AF0185" w14:textId="77777777" w:rsidR="002F2B5F" w:rsidRPr="002F2B5F" w:rsidRDefault="002F2B5F" w:rsidP="002F2B5F">
      <w:pPr>
        <w:bidi/>
        <w:spacing w:line="360" w:lineRule="auto"/>
        <w:rPr>
          <w:rFonts w:asciiTheme="minorBidi" w:hAnsiTheme="minorBidi"/>
          <w:b/>
          <w:bCs/>
          <w:sz w:val="24"/>
          <w:szCs w:val="24"/>
        </w:rPr>
      </w:pPr>
      <w:r w:rsidRPr="002F2B5F">
        <w:rPr>
          <w:rFonts w:asciiTheme="minorBidi" w:hAnsiTheme="minorBidi"/>
          <w:b/>
          <w:bCs/>
          <w:sz w:val="24"/>
          <w:szCs w:val="24"/>
        </w:rPr>
        <w:t xml:space="preserve">3. </w:t>
      </w:r>
      <w:r w:rsidRPr="002F2B5F">
        <w:rPr>
          <w:rFonts w:asciiTheme="minorBidi" w:hAnsiTheme="minorBidi"/>
          <w:b/>
          <w:bCs/>
          <w:sz w:val="24"/>
          <w:szCs w:val="24"/>
          <w:rtl/>
        </w:rPr>
        <w:t>بعد الحوكمة</w:t>
      </w:r>
      <w:r w:rsidRPr="002F2B5F">
        <w:rPr>
          <w:rFonts w:asciiTheme="minorBidi" w:hAnsiTheme="minorBidi"/>
          <w:b/>
          <w:bCs/>
          <w:sz w:val="24"/>
          <w:szCs w:val="24"/>
        </w:rPr>
        <w:t xml:space="preserve"> (</w:t>
      </w:r>
      <w:r w:rsidRPr="002F2B5F">
        <w:rPr>
          <w:rFonts w:asciiTheme="majorBidi" w:hAnsiTheme="majorBidi" w:cstheme="majorBidi"/>
          <w:b/>
          <w:bCs/>
          <w:sz w:val="24"/>
          <w:szCs w:val="24"/>
        </w:rPr>
        <w:t>Governance</w:t>
      </w:r>
      <w:r w:rsidRPr="002F2B5F">
        <w:rPr>
          <w:rFonts w:asciiTheme="minorBidi" w:hAnsiTheme="minorBidi"/>
          <w:b/>
          <w:bCs/>
          <w:sz w:val="24"/>
          <w:szCs w:val="24"/>
        </w:rPr>
        <w:t>)</w:t>
      </w:r>
    </w:p>
    <w:p w14:paraId="65DA271A" w14:textId="77777777" w:rsidR="002F2B5F" w:rsidRPr="002F2B5F" w:rsidRDefault="002F2B5F" w:rsidP="002F2B5F">
      <w:pPr>
        <w:bidi/>
        <w:spacing w:line="360" w:lineRule="auto"/>
        <w:jc w:val="both"/>
        <w:rPr>
          <w:rFonts w:asciiTheme="minorBidi" w:hAnsiTheme="minorBidi"/>
          <w:sz w:val="24"/>
          <w:szCs w:val="24"/>
        </w:rPr>
      </w:pPr>
      <w:r w:rsidRPr="002F2B5F">
        <w:rPr>
          <w:rFonts w:asciiTheme="minorBidi" w:hAnsiTheme="minorBidi"/>
          <w:sz w:val="24"/>
          <w:szCs w:val="24"/>
          <w:rtl/>
        </w:rPr>
        <w:t>يركّز بعد الحوكمة في</w:t>
      </w:r>
      <w:r w:rsidRPr="002F2B5F">
        <w:rPr>
          <w:rFonts w:asciiTheme="minorBidi" w:hAnsiTheme="minorBidi"/>
          <w:sz w:val="24"/>
          <w:szCs w:val="24"/>
        </w:rPr>
        <w:t xml:space="preserve"> (</w:t>
      </w:r>
      <w:r w:rsidRPr="002F2B5F">
        <w:rPr>
          <w:rFonts w:asciiTheme="majorBidi" w:hAnsiTheme="majorBidi" w:cstheme="majorBidi"/>
          <w:sz w:val="24"/>
          <w:szCs w:val="24"/>
        </w:rPr>
        <w:t>ESG</w:t>
      </w:r>
      <w:r w:rsidRPr="002F2B5F">
        <w:rPr>
          <w:rFonts w:asciiTheme="minorBidi" w:hAnsiTheme="minorBidi"/>
          <w:sz w:val="24"/>
          <w:szCs w:val="24"/>
        </w:rPr>
        <w:t xml:space="preserve">) </w:t>
      </w:r>
      <w:r w:rsidRPr="002F2B5F">
        <w:rPr>
          <w:rFonts w:asciiTheme="minorBidi" w:hAnsiTheme="minorBidi"/>
          <w:sz w:val="24"/>
          <w:szCs w:val="24"/>
          <w:rtl/>
        </w:rPr>
        <w:t xml:space="preserve">على الهياكل والآليات التي تُدار من خلالها المنظمة أو المشروع بما يضمن الشفافية والمساءلة والنزاهة. ويتضمن ذلك تكوين مجلس الإدارة واستقلاليته، ووضوح الأدوار والمسؤوليات، وسياسات </w:t>
      </w:r>
      <w:r w:rsidRPr="002F2B5F">
        <w:rPr>
          <w:rFonts w:asciiTheme="minorBidi" w:hAnsiTheme="minorBidi"/>
          <w:sz w:val="24"/>
          <w:szCs w:val="24"/>
          <w:rtl/>
        </w:rPr>
        <w:lastRenderedPageBreak/>
        <w:t>الامتثال للقوانين والأنظمة، ونظم إدارة المخاطر، وآليات مكافحة الفساد، وجودة الإفصاح عن المعلومات المالية وغير المالية، ومشاركة أصحاب المصلحة في صنع القرار. ويسهم مستوى الحوكمة الجيد في تعزيز الثقة وتقليل المخاطر وتعظيم القيمة على المدى الطويل</w:t>
      </w:r>
      <w:r w:rsidRPr="002F2B5F">
        <w:rPr>
          <w:rFonts w:asciiTheme="minorBidi" w:hAnsiTheme="minorBidi"/>
          <w:sz w:val="24"/>
          <w:szCs w:val="24"/>
        </w:rPr>
        <w:t>.</w:t>
      </w:r>
    </w:p>
    <w:p w14:paraId="798F8EFA" w14:textId="3B086E98" w:rsidR="00316D8F" w:rsidRPr="00FE4F8B" w:rsidRDefault="00B1492A" w:rsidP="002F2B5F">
      <w:pPr>
        <w:bidi/>
        <w:spacing w:line="360" w:lineRule="auto"/>
        <w:rPr>
          <w:rFonts w:asciiTheme="minorBidi" w:hAnsiTheme="minorBidi" w:hint="cs"/>
          <w:sz w:val="24"/>
          <w:szCs w:val="24"/>
          <w:rtl/>
        </w:rPr>
      </w:pPr>
      <w:r w:rsidRPr="00B1492A">
        <w:rPr>
          <w:rFonts w:asciiTheme="minorBidi" w:hAnsiTheme="minorBidi" w:hint="cs"/>
          <w:b/>
          <w:bCs/>
          <w:sz w:val="24"/>
          <w:szCs w:val="24"/>
          <w:rtl/>
        </w:rPr>
        <w:t xml:space="preserve">1,8,3 </w:t>
      </w:r>
      <w:proofErr w:type="spellStart"/>
      <w:r w:rsidRPr="00B1492A">
        <w:rPr>
          <w:rFonts w:asciiTheme="minorBidi" w:hAnsiTheme="minorBidi"/>
          <w:b/>
          <w:bCs/>
          <w:sz w:val="24"/>
          <w:szCs w:val="24"/>
        </w:rPr>
        <w:t>العلاقة</w:t>
      </w:r>
      <w:proofErr w:type="spellEnd"/>
      <w:r w:rsidRPr="00B1492A">
        <w:rPr>
          <w:rFonts w:asciiTheme="minorBidi" w:hAnsiTheme="minorBidi"/>
          <w:b/>
          <w:bCs/>
          <w:sz w:val="24"/>
          <w:szCs w:val="24"/>
        </w:rPr>
        <w:t xml:space="preserve"> </w:t>
      </w:r>
      <w:proofErr w:type="spellStart"/>
      <w:r w:rsidRPr="00B1492A">
        <w:rPr>
          <w:rFonts w:asciiTheme="minorBidi" w:hAnsiTheme="minorBidi"/>
          <w:b/>
          <w:bCs/>
          <w:sz w:val="24"/>
          <w:szCs w:val="24"/>
        </w:rPr>
        <w:t>بين</w:t>
      </w:r>
      <w:proofErr w:type="spellEnd"/>
      <w:r w:rsidRPr="00B1492A">
        <w:rPr>
          <w:rFonts w:asciiTheme="minorBidi" w:hAnsiTheme="minorBidi"/>
          <w:b/>
          <w:bCs/>
          <w:sz w:val="24"/>
          <w:szCs w:val="24"/>
        </w:rPr>
        <w:t xml:space="preserve"> إدارة </w:t>
      </w:r>
      <w:proofErr w:type="spellStart"/>
      <w:r w:rsidRPr="00B1492A">
        <w:rPr>
          <w:rFonts w:asciiTheme="minorBidi" w:hAnsiTheme="minorBidi"/>
          <w:b/>
          <w:bCs/>
          <w:sz w:val="24"/>
          <w:szCs w:val="24"/>
        </w:rPr>
        <w:t>المشاريع</w:t>
      </w:r>
      <w:proofErr w:type="spellEnd"/>
      <w:r w:rsidRPr="00B1492A">
        <w:rPr>
          <w:rFonts w:asciiTheme="minorBidi" w:hAnsiTheme="minorBidi"/>
          <w:b/>
          <w:bCs/>
          <w:sz w:val="24"/>
          <w:szCs w:val="24"/>
        </w:rPr>
        <w:t xml:space="preserve"> </w:t>
      </w:r>
      <w:proofErr w:type="spellStart"/>
      <w:r w:rsidRPr="00B1492A">
        <w:rPr>
          <w:rFonts w:asciiTheme="minorBidi" w:hAnsiTheme="minorBidi"/>
          <w:b/>
          <w:bCs/>
          <w:sz w:val="24"/>
          <w:szCs w:val="24"/>
        </w:rPr>
        <w:t>المستدامة</w:t>
      </w:r>
      <w:proofErr w:type="spellEnd"/>
      <w:r w:rsidRPr="00B1492A">
        <w:rPr>
          <w:rFonts w:asciiTheme="minorBidi" w:hAnsiTheme="minorBidi"/>
          <w:b/>
          <w:bCs/>
          <w:sz w:val="24"/>
          <w:szCs w:val="24"/>
        </w:rPr>
        <w:t xml:space="preserve"> و</w:t>
      </w:r>
      <w:r w:rsidRPr="00B1492A">
        <w:rPr>
          <w:rFonts w:asciiTheme="minorBidi" w:hAnsiTheme="minorBidi" w:hint="cs"/>
          <w:b/>
          <w:bCs/>
          <w:sz w:val="24"/>
          <w:szCs w:val="24"/>
          <w:rtl/>
        </w:rPr>
        <w:t xml:space="preserve"> </w:t>
      </w:r>
      <w:r w:rsidRPr="00B1492A">
        <w:rPr>
          <w:rFonts w:asciiTheme="minorBidi" w:hAnsiTheme="minorBidi"/>
          <w:b/>
          <w:bCs/>
          <w:sz w:val="24"/>
          <w:szCs w:val="24"/>
        </w:rPr>
        <w:t>(</w:t>
      </w:r>
      <w:r w:rsidRPr="00B1492A">
        <w:rPr>
          <w:rFonts w:asciiTheme="majorBidi" w:hAnsiTheme="majorBidi" w:cstheme="majorBidi"/>
          <w:b/>
          <w:bCs/>
          <w:sz w:val="24"/>
          <w:szCs w:val="24"/>
        </w:rPr>
        <w:t>ESG</w:t>
      </w:r>
      <w:r w:rsidRPr="00B1492A">
        <w:rPr>
          <w:rFonts w:asciiTheme="minorBidi" w:hAnsiTheme="minorBidi"/>
          <w:b/>
          <w:bCs/>
          <w:sz w:val="24"/>
          <w:szCs w:val="24"/>
        </w:rPr>
        <w:t>)</w:t>
      </w:r>
      <w:r w:rsidRPr="00FE4F8B">
        <w:rPr>
          <w:rFonts w:asciiTheme="minorBidi" w:hAnsiTheme="minorBidi"/>
          <w:sz w:val="24"/>
          <w:szCs w:val="24"/>
        </w:rPr>
        <w:br/>
      </w:r>
      <w:proofErr w:type="spellStart"/>
      <w:r w:rsidRPr="00FE4F8B">
        <w:rPr>
          <w:rFonts w:asciiTheme="minorBidi" w:hAnsiTheme="minorBidi"/>
          <w:sz w:val="24"/>
          <w:szCs w:val="24"/>
        </w:rPr>
        <w:t>تمثّل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معايير</w:t>
      </w:r>
      <w:proofErr w:type="spellEnd"/>
      <w:r w:rsidRPr="00FE4F8B">
        <w:rPr>
          <w:rFonts w:asciiTheme="minorBidi" w:hAnsiTheme="minorBidi"/>
          <w:sz w:val="24"/>
          <w:szCs w:val="24"/>
        </w:rPr>
        <w:t xml:space="preserve"> (</w:t>
      </w:r>
      <w:r w:rsidRPr="00B1492A">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إطارًا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عمليًا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لترجمة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مبادئ</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داخل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بيئة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توفر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مؤشرات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قابلة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للقياس</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يمكن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بواسطتها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تقييم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مدى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مساهمة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حماية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وخدمة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المجتمع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وتعزيز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الحوكمة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ثمّ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فإن</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التطبيق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العملي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الذي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التخطيط</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والتنفيذ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والمتابعة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يجعل</w:t>
      </w:r>
      <w:proofErr w:type="spellEnd"/>
      <w:r w:rsidRPr="00FE4F8B">
        <w:rPr>
          <w:rFonts w:asciiTheme="minorBidi" w:hAnsiTheme="minorBidi"/>
          <w:sz w:val="24"/>
          <w:szCs w:val="24"/>
        </w:rPr>
        <w:t xml:space="preserve"> (</w:t>
      </w:r>
      <w:r w:rsidRPr="00B1492A">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جزءًا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قرارات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وليس</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مجرد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متطلب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تقريري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لاحق</w:t>
      </w:r>
      <w:proofErr w:type="spellEnd"/>
      <w:r w:rsidR="002F2B5F">
        <w:rPr>
          <w:rFonts w:asciiTheme="minorBidi" w:hAnsiTheme="minorBidi" w:hint="cs"/>
          <w:sz w:val="24"/>
          <w:szCs w:val="24"/>
          <w:rtl/>
        </w:rPr>
        <w:t>.</w:t>
      </w:r>
    </w:p>
    <w:p w14:paraId="4452C079" w14:textId="77777777" w:rsidR="00B1492A" w:rsidRDefault="00B1492A" w:rsidP="00B1492A">
      <w:pPr>
        <w:bidi/>
        <w:spacing w:line="360" w:lineRule="auto"/>
        <w:rPr>
          <w:rFonts w:asciiTheme="minorBidi" w:hAnsiTheme="minorBidi"/>
          <w:b/>
          <w:bCs/>
          <w:sz w:val="24"/>
          <w:szCs w:val="24"/>
          <w:rtl/>
        </w:rPr>
      </w:pPr>
      <w:r w:rsidRPr="00B1492A">
        <w:rPr>
          <w:rFonts w:asciiTheme="minorBidi" w:hAnsiTheme="minorBidi" w:hint="cs"/>
          <w:b/>
          <w:bCs/>
          <w:sz w:val="24"/>
          <w:szCs w:val="24"/>
          <w:rtl/>
        </w:rPr>
        <w:t xml:space="preserve">1,8,4 </w:t>
      </w:r>
      <w:proofErr w:type="spellStart"/>
      <w:r w:rsidRPr="00B1492A">
        <w:rPr>
          <w:rFonts w:asciiTheme="minorBidi" w:hAnsiTheme="minorBidi"/>
          <w:b/>
          <w:bCs/>
          <w:sz w:val="24"/>
          <w:szCs w:val="24"/>
        </w:rPr>
        <w:t>دورة</w:t>
      </w:r>
      <w:proofErr w:type="spellEnd"/>
      <w:r w:rsidRPr="00B1492A">
        <w:rPr>
          <w:rFonts w:asciiTheme="minorBidi" w:hAnsiTheme="minorBidi"/>
          <w:b/>
          <w:bCs/>
          <w:sz w:val="24"/>
          <w:szCs w:val="24"/>
        </w:rPr>
        <w:t xml:space="preserve"> </w:t>
      </w:r>
      <w:proofErr w:type="spellStart"/>
      <w:r w:rsidRPr="00B1492A">
        <w:rPr>
          <w:rFonts w:asciiTheme="minorBidi" w:hAnsiTheme="minorBidi"/>
          <w:b/>
          <w:bCs/>
          <w:sz w:val="24"/>
          <w:szCs w:val="24"/>
        </w:rPr>
        <w:t>حياة</w:t>
      </w:r>
      <w:proofErr w:type="spellEnd"/>
      <w:r w:rsidRPr="00B1492A">
        <w:rPr>
          <w:rFonts w:asciiTheme="minorBidi" w:hAnsiTheme="minorBidi"/>
          <w:b/>
          <w:bCs/>
          <w:sz w:val="24"/>
          <w:szCs w:val="24"/>
        </w:rPr>
        <w:t xml:space="preserve"> </w:t>
      </w:r>
      <w:proofErr w:type="spellStart"/>
      <w:r w:rsidRPr="00B1492A">
        <w:rPr>
          <w:rFonts w:asciiTheme="minorBidi" w:hAnsiTheme="minorBidi"/>
          <w:b/>
          <w:bCs/>
          <w:sz w:val="24"/>
          <w:szCs w:val="24"/>
        </w:rPr>
        <w:t>المشروع</w:t>
      </w:r>
      <w:proofErr w:type="spellEnd"/>
      <w:r w:rsidRPr="00B1492A">
        <w:rPr>
          <w:rFonts w:asciiTheme="minorBidi" w:hAnsiTheme="minorBidi"/>
          <w:b/>
          <w:bCs/>
          <w:sz w:val="24"/>
          <w:szCs w:val="24"/>
        </w:rPr>
        <w:t xml:space="preserve"> </w:t>
      </w:r>
      <w:proofErr w:type="spellStart"/>
      <w:r w:rsidRPr="00B1492A">
        <w:rPr>
          <w:rFonts w:asciiTheme="minorBidi" w:hAnsiTheme="minorBidi"/>
          <w:b/>
          <w:bCs/>
          <w:sz w:val="24"/>
          <w:szCs w:val="24"/>
        </w:rPr>
        <w:t>ومواضع</w:t>
      </w:r>
      <w:proofErr w:type="spellEnd"/>
      <w:r w:rsidRPr="00B1492A">
        <w:rPr>
          <w:rFonts w:asciiTheme="minorBidi" w:hAnsiTheme="minorBidi"/>
          <w:b/>
          <w:bCs/>
          <w:sz w:val="24"/>
          <w:szCs w:val="24"/>
        </w:rPr>
        <w:t xml:space="preserve"> </w:t>
      </w:r>
      <w:proofErr w:type="spellStart"/>
      <w:r w:rsidRPr="00B1492A">
        <w:rPr>
          <w:rFonts w:asciiTheme="minorBidi" w:hAnsiTheme="minorBidi"/>
          <w:b/>
          <w:bCs/>
          <w:sz w:val="24"/>
          <w:szCs w:val="24"/>
        </w:rPr>
        <w:t>دمج</w:t>
      </w:r>
      <w:proofErr w:type="spellEnd"/>
      <w:r>
        <w:rPr>
          <w:rFonts w:asciiTheme="minorBidi" w:hAnsiTheme="minorBidi" w:hint="cs"/>
          <w:sz w:val="24"/>
          <w:szCs w:val="24"/>
          <w:rtl/>
        </w:rPr>
        <w:t xml:space="preserve"> </w:t>
      </w:r>
      <w:r w:rsidRPr="00B1492A">
        <w:rPr>
          <w:rFonts w:asciiTheme="minorBidi" w:hAnsiTheme="minorBidi" w:hint="cs"/>
          <w:b/>
          <w:bCs/>
          <w:sz w:val="24"/>
          <w:szCs w:val="24"/>
          <w:rtl/>
        </w:rPr>
        <w:t>(</w:t>
      </w:r>
      <w:r w:rsidRPr="00B1492A">
        <w:rPr>
          <w:rFonts w:asciiTheme="majorBidi" w:hAnsiTheme="majorBidi" w:cstheme="majorBidi"/>
          <w:b/>
          <w:bCs/>
          <w:sz w:val="24"/>
          <w:szCs w:val="24"/>
        </w:rPr>
        <w:t>ESG</w:t>
      </w:r>
      <w:r w:rsidRPr="00B1492A">
        <w:rPr>
          <w:rFonts w:asciiTheme="minorBidi" w:hAnsiTheme="minorBidi" w:hint="cs"/>
          <w:b/>
          <w:bCs/>
          <w:sz w:val="24"/>
          <w:szCs w:val="24"/>
          <w:rtl/>
        </w:rPr>
        <w:t>)</w:t>
      </w:r>
    </w:p>
    <w:p w14:paraId="02B57176" w14:textId="77777777" w:rsidR="001F4C84" w:rsidRPr="001F4C84" w:rsidRDefault="001F4C84" w:rsidP="002F2B5F">
      <w:pPr>
        <w:bidi/>
        <w:spacing w:line="360" w:lineRule="auto"/>
        <w:jc w:val="both"/>
        <w:rPr>
          <w:rFonts w:asciiTheme="minorBidi" w:hAnsiTheme="minorBidi"/>
          <w:sz w:val="24"/>
          <w:szCs w:val="24"/>
        </w:rPr>
      </w:pPr>
      <w:r w:rsidRPr="001F4C84">
        <w:rPr>
          <w:rFonts w:asciiTheme="minorBidi" w:hAnsiTheme="minorBidi"/>
          <w:sz w:val="24"/>
          <w:szCs w:val="24"/>
          <w:rtl/>
        </w:rPr>
        <w:t>يمكن النظر إلى دمج الحوكمة البيئية والاجتماعية والحوكمة المؤسسية</w:t>
      </w:r>
      <w:r w:rsidRPr="001F4C84">
        <w:rPr>
          <w:rFonts w:asciiTheme="minorBidi" w:hAnsiTheme="minorBidi"/>
          <w:sz w:val="24"/>
          <w:szCs w:val="24"/>
        </w:rPr>
        <w:t xml:space="preserve"> (</w:t>
      </w:r>
      <w:r w:rsidRPr="00422BDC">
        <w:rPr>
          <w:rFonts w:asciiTheme="majorBidi" w:hAnsiTheme="majorBidi" w:cstheme="majorBidi"/>
          <w:sz w:val="24"/>
          <w:szCs w:val="24"/>
        </w:rPr>
        <w:t>ESG</w:t>
      </w:r>
      <w:r w:rsidRPr="001F4C84">
        <w:rPr>
          <w:rFonts w:asciiTheme="minorBidi" w:hAnsiTheme="minorBidi"/>
          <w:sz w:val="24"/>
          <w:szCs w:val="24"/>
        </w:rPr>
        <w:t xml:space="preserve">) </w:t>
      </w:r>
      <w:r w:rsidRPr="001F4C84">
        <w:rPr>
          <w:rFonts w:asciiTheme="minorBidi" w:hAnsiTheme="minorBidi"/>
          <w:sz w:val="24"/>
          <w:szCs w:val="24"/>
          <w:rtl/>
        </w:rPr>
        <w:t>في دورة حياة المشروع بوصفه سلسلة من الخطوات المترابطة، من أبرزها</w:t>
      </w:r>
      <w:r w:rsidRPr="001F4C84">
        <w:rPr>
          <w:rFonts w:asciiTheme="minorBidi" w:hAnsiTheme="minorBidi"/>
          <w:sz w:val="24"/>
          <w:szCs w:val="24"/>
        </w:rPr>
        <w:t>:</w:t>
      </w:r>
    </w:p>
    <w:p w14:paraId="05CE7E8F" w14:textId="77777777" w:rsidR="001F4C84" w:rsidRPr="001F4C84" w:rsidRDefault="001F4C84" w:rsidP="00EF4165">
      <w:pPr>
        <w:numPr>
          <w:ilvl w:val="0"/>
          <w:numId w:val="16"/>
        </w:numPr>
        <w:bidi/>
        <w:spacing w:line="360" w:lineRule="auto"/>
        <w:rPr>
          <w:rFonts w:asciiTheme="minorBidi" w:hAnsiTheme="minorBidi"/>
          <w:sz w:val="24"/>
          <w:szCs w:val="24"/>
        </w:rPr>
      </w:pPr>
      <w:r w:rsidRPr="001F4C84">
        <w:rPr>
          <w:rFonts w:asciiTheme="minorBidi" w:hAnsiTheme="minorBidi"/>
          <w:b/>
          <w:bCs/>
          <w:sz w:val="24"/>
          <w:szCs w:val="24"/>
          <w:rtl/>
        </w:rPr>
        <w:t>تحديد الموضوعات الجوهرية في مرحلة المبادرة</w:t>
      </w:r>
      <w:r w:rsidRPr="001F4C84">
        <w:rPr>
          <w:rFonts w:asciiTheme="minorBidi" w:hAnsiTheme="minorBidi"/>
          <w:sz w:val="24"/>
          <w:szCs w:val="24"/>
        </w:rPr>
        <w:br/>
      </w:r>
      <w:r w:rsidRPr="001F4C84">
        <w:rPr>
          <w:rFonts w:asciiTheme="minorBidi" w:hAnsiTheme="minorBidi"/>
          <w:sz w:val="24"/>
          <w:szCs w:val="24"/>
          <w:rtl/>
        </w:rPr>
        <w:t>وذلك من خلال تحليل السياق البيئي والاجتماعي للمشروع، وتحديد أصحاب المصلحة الرئيسين، واستشراف توقعاتهم واحتياجاتهم</w:t>
      </w:r>
      <w:r w:rsidRPr="001F4C84">
        <w:rPr>
          <w:rFonts w:asciiTheme="minorBidi" w:hAnsiTheme="minorBidi"/>
          <w:sz w:val="24"/>
          <w:szCs w:val="24"/>
        </w:rPr>
        <w:t>.</w:t>
      </w:r>
    </w:p>
    <w:p w14:paraId="5DD9DA63" w14:textId="77777777" w:rsidR="001F4C84" w:rsidRPr="001F4C84" w:rsidRDefault="001F4C84" w:rsidP="001F4C84">
      <w:pPr>
        <w:numPr>
          <w:ilvl w:val="0"/>
          <w:numId w:val="16"/>
        </w:numPr>
        <w:bidi/>
        <w:spacing w:line="360" w:lineRule="auto"/>
        <w:rPr>
          <w:rFonts w:asciiTheme="minorBidi" w:hAnsiTheme="minorBidi"/>
          <w:sz w:val="24"/>
          <w:szCs w:val="24"/>
        </w:rPr>
      </w:pPr>
      <w:r w:rsidRPr="001F4C84">
        <w:rPr>
          <w:rFonts w:asciiTheme="minorBidi" w:hAnsiTheme="minorBidi"/>
          <w:b/>
          <w:bCs/>
          <w:sz w:val="24"/>
          <w:szCs w:val="24"/>
          <w:rtl/>
        </w:rPr>
        <w:t>إدماج متطلبات</w:t>
      </w:r>
      <w:r w:rsidRPr="001F4C84">
        <w:rPr>
          <w:rFonts w:asciiTheme="minorBidi" w:hAnsiTheme="minorBidi"/>
          <w:b/>
          <w:bCs/>
          <w:sz w:val="24"/>
          <w:szCs w:val="24"/>
        </w:rPr>
        <w:t xml:space="preserve"> (</w:t>
      </w:r>
      <w:r w:rsidRPr="00422BDC">
        <w:rPr>
          <w:rFonts w:asciiTheme="majorBidi" w:hAnsiTheme="majorBidi" w:cstheme="majorBidi"/>
          <w:b/>
          <w:bCs/>
          <w:sz w:val="24"/>
          <w:szCs w:val="24"/>
        </w:rPr>
        <w:t>ESG</w:t>
      </w:r>
      <w:r w:rsidRPr="001F4C84">
        <w:rPr>
          <w:rFonts w:asciiTheme="minorBidi" w:hAnsiTheme="minorBidi"/>
          <w:b/>
          <w:bCs/>
          <w:sz w:val="24"/>
          <w:szCs w:val="24"/>
        </w:rPr>
        <w:t xml:space="preserve">) </w:t>
      </w:r>
      <w:r w:rsidRPr="001F4C84">
        <w:rPr>
          <w:rFonts w:asciiTheme="minorBidi" w:hAnsiTheme="minorBidi"/>
          <w:b/>
          <w:bCs/>
          <w:sz w:val="24"/>
          <w:szCs w:val="24"/>
          <w:rtl/>
        </w:rPr>
        <w:t>في مرحلة التخطيط</w:t>
      </w:r>
      <w:r w:rsidRPr="001F4C84">
        <w:rPr>
          <w:rFonts w:asciiTheme="minorBidi" w:hAnsiTheme="minorBidi"/>
          <w:sz w:val="24"/>
          <w:szCs w:val="24"/>
        </w:rPr>
        <w:br/>
      </w:r>
      <w:r w:rsidRPr="001F4C84">
        <w:rPr>
          <w:rFonts w:asciiTheme="minorBidi" w:hAnsiTheme="minorBidi"/>
          <w:sz w:val="24"/>
          <w:szCs w:val="24"/>
          <w:rtl/>
        </w:rPr>
        <w:t>عبر تضمينها في نطاق العمل، وخطط إدارة المخاطر، وخطط المشتريات والاتصال، إضافة إلى تحديد مؤشرات أداء رئيسة لمتابعة جوانب الاستدامة</w:t>
      </w:r>
      <w:r w:rsidRPr="001F4C84">
        <w:rPr>
          <w:rFonts w:asciiTheme="minorBidi" w:hAnsiTheme="minorBidi"/>
          <w:sz w:val="24"/>
          <w:szCs w:val="24"/>
        </w:rPr>
        <w:t>.</w:t>
      </w:r>
    </w:p>
    <w:p w14:paraId="099BFFC5" w14:textId="77777777" w:rsidR="001F4C84" w:rsidRPr="001F4C84" w:rsidRDefault="001F4C84" w:rsidP="001F4C84">
      <w:pPr>
        <w:numPr>
          <w:ilvl w:val="0"/>
          <w:numId w:val="16"/>
        </w:numPr>
        <w:bidi/>
        <w:spacing w:line="360" w:lineRule="auto"/>
        <w:rPr>
          <w:rFonts w:asciiTheme="minorBidi" w:hAnsiTheme="minorBidi"/>
          <w:sz w:val="24"/>
          <w:szCs w:val="24"/>
        </w:rPr>
      </w:pPr>
      <w:r w:rsidRPr="001F4C84">
        <w:rPr>
          <w:rFonts w:asciiTheme="minorBidi" w:hAnsiTheme="minorBidi"/>
          <w:b/>
          <w:bCs/>
          <w:sz w:val="24"/>
          <w:szCs w:val="24"/>
          <w:rtl/>
        </w:rPr>
        <w:t>تنفيذ ممارسات مسؤولة خلال مرحلة التنفيذ</w:t>
      </w:r>
      <w:r w:rsidRPr="001F4C84">
        <w:rPr>
          <w:rFonts w:asciiTheme="minorBidi" w:hAnsiTheme="minorBidi"/>
          <w:sz w:val="24"/>
          <w:szCs w:val="24"/>
        </w:rPr>
        <w:br/>
      </w:r>
      <w:r w:rsidRPr="001F4C84">
        <w:rPr>
          <w:rFonts w:asciiTheme="minorBidi" w:hAnsiTheme="minorBidi"/>
          <w:sz w:val="24"/>
          <w:szCs w:val="24"/>
          <w:rtl/>
        </w:rPr>
        <w:t>مثل تطبيق اشتراطات السلامة المهنية، وإدارة النفايات، ومراقبة الانبعاثات، والتأكد من التزام الموردين والمقاولين بالمعايير المطلوبة</w:t>
      </w:r>
      <w:r w:rsidRPr="001F4C84">
        <w:rPr>
          <w:rFonts w:asciiTheme="minorBidi" w:hAnsiTheme="minorBidi"/>
          <w:sz w:val="24"/>
          <w:szCs w:val="24"/>
        </w:rPr>
        <w:t>.</w:t>
      </w:r>
    </w:p>
    <w:p w14:paraId="40AFDDC4" w14:textId="77777777" w:rsidR="001F4C84" w:rsidRPr="001F4C84" w:rsidRDefault="001F4C84" w:rsidP="001F4C84">
      <w:pPr>
        <w:numPr>
          <w:ilvl w:val="0"/>
          <w:numId w:val="16"/>
        </w:numPr>
        <w:bidi/>
        <w:spacing w:line="360" w:lineRule="auto"/>
        <w:rPr>
          <w:rFonts w:asciiTheme="minorBidi" w:hAnsiTheme="minorBidi"/>
          <w:sz w:val="24"/>
          <w:szCs w:val="24"/>
        </w:rPr>
      </w:pPr>
      <w:r w:rsidRPr="001F4C84">
        <w:rPr>
          <w:rFonts w:asciiTheme="minorBidi" w:hAnsiTheme="minorBidi"/>
          <w:b/>
          <w:bCs/>
          <w:sz w:val="24"/>
          <w:szCs w:val="24"/>
          <w:rtl/>
        </w:rPr>
        <w:t xml:space="preserve">متابعة الأداء البيئي والاجتماعي </w:t>
      </w:r>
      <w:proofErr w:type="spellStart"/>
      <w:r w:rsidRPr="001F4C84">
        <w:rPr>
          <w:rFonts w:asciiTheme="minorBidi" w:hAnsiTheme="minorBidi"/>
          <w:b/>
          <w:bCs/>
          <w:sz w:val="24"/>
          <w:szCs w:val="24"/>
          <w:rtl/>
        </w:rPr>
        <w:t>والحوكمي</w:t>
      </w:r>
      <w:proofErr w:type="spellEnd"/>
      <w:r w:rsidRPr="001F4C84">
        <w:rPr>
          <w:rFonts w:asciiTheme="minorBidi" w:hAnsiTheme="minorBidi"/>
          <w:b/>
          <w:bCs/>
          <w:sz w:val="24"/>
          <w:szCs w:val="24"/>
          <w:rtl/>
        </w:rPr>
        <w:t xml:space="preserve"> في مرحلة المتابعة والتحكم</w:t>
      </w:r>
      <w:r w:rsidRPr="001F4C84">
        <w:rPr>
          <w:rFonts w:asciiTheme="minorBidi" w:hAnsiTheme="minorBidi"/>
          <w:sz w:val="24"/>
          <w:szCs w:val="24"/>
        </w:rPr>
        <w:br/>
      </w:r>
      <w:r w:rsidRPr="001F4C84">
        <w:rPr>
          <w:rFonts w:asciiTheme="minorBidi" w:hAnsiTheme="minorBidi"/>
          <w:sz w:val="24"/>
          <w:szCs w:val="24"/>
          <w:rtl/>
        </w:rPr>
        <w:t>من خلال قياس المؤشرات المتفق عليها، وتحليل الانحرافات، واتخاذ الإجراءات التصحيحية المناسبة</w:t>
      </w:r>
      <w:r w:rsidRPr="001F4C84">
        <w:rPr>
          <w:rFonts w:asciiTheme="minorBidi" w:hAnsiTheme="minorBidi"/>
          <w:sz w:val="24"/>
          <w:szCs w:val="24"/>
        </w:rPr>
        <w:t>.</w:t>
      </w:r>
    </w:p>
    <w:p w14:paraId="136D0442" w14:textId="32D73402" w:rsidR="00316D8F" w:rsidRPr="001F4C84" w:rsidRDefault="001F4C84" w:rsidP="001F4C84">
      <w:pPr>
        <w:numPr>
          <w:ilvl w:val="0"/>
          <w:numId w:val="16"/>
        </w:numPr>
        <w:bidi/>
        <w:spacing w:line="360" w:lineRule="auto"/>
        <w:rPr>
          <w:rFonts w:asciiTheme="minorBidi" w:hAnsiTheme="minorBidi"/>
          <w:sz w:val="24"/>
          <w:szCs w:val="24"/>
        </w:rPr>
      </w:pPr>
      <w:r w:rsidRPr="001F4C84">
        <w:rPr>
          <w:rFonts w:asciiTheme="minorBidi" w:hAnsiTheme="minorBidi"/>
          <w:b/>
          <w:bCs/>
          <w:sz w:val="24"/>
          <w:szCs w:val="24"/>
          <w:rtl/>
        </w:rPr>
        <w:t>توثيق الدروس المستفادة في مرحلة الإقفال أو التشغيل</w:t>
      </w:r>
      <w:r w:rsidRPr="001F4C84">
        <w:rPr>
          <w:rFonts w:asciiTheme="minorBidi" w:hAnsiTheme="minorBidi"/>
          <w:sz w:val="24"/>
          <w:szCs w:val="24"/>
        </w:rPr>
        <w:br/>
      </w:r>
      <w:r w:rsidRPr="001F4C84">
        <w:rPr>
          <w:rFonts w:asciiTheme="minorBidi" w:hAnsiTheme="minorBidi"/>
          <w:sz w:val="24"/>
          <w:szCs w:val="24"/>
          <w:rtl/>
        </w:rPr>
        <w:t>وذلك عبر إصدار تقارير حول أداء</w:t>
      </w:r>
      <w:r w:rsidR="002F2B5F">
        <w:rPr>
          <w:rFonts w:asciiTheme="minorBidi" w:hAnsiTheme="minorBidi" w:hint="cs"/>
          <w:sz w:val="24"/>
          <w:szCs w:val="24"/>
          <w:rtl/>
        </w:rPr>
        <w:t xml:space="preserve"> (</w:t>
      </w:r>
      <w:r w:rsidR="002F2B5F" w:rsidRPr="002F2B5F">
        <w:rPr>
          <w:rFonts w:asciiTheme="majorBidi" w:hAnsiTheme="majorBidi" w:cstheme="majorBidi"/>
          <w:sz w:val="24"/>
          <w:szCs w:val="24"/>
        </w:rPr>
        <w:t>ESG</w:t>
      </w:r>
      <w:r w:rsidR="002F2B5F">
        <w:rPr>
          <w:rFonts w:asciiTheme="minorBidi" w:hAnsiTheme="minorBidi" w:hint="cs"/>
          <w:sz w:val="24"/>
          <w:szCs w:val="24"/>
          <w:rtl/>
        </w:rPr>
        <w:t>)</w:t>
      </w:r>
      <w:r w:rsidRPr="001F4C84">
        <w:rPr>
          <w:rFonts w:asciiTheme="minorBidi" w:hAnsiTheme="minorBidi"/>
          <w:sz w:val="24"/>
          <w:szCs w:val="24"/>
          <w:rtl/>
        </w:rPr>
        <w:t xml:space="preserve"> بما يضمن الاستفادة من التجربة في المشاريع المستقبلية وتعزيز ممارسات الاستدامة</w:t>
      </w:r>
      <w:r w:rsidRPr="001F4C84">
        <w:rPr>
          <w:rFonts w:asciiTheme="minorBidi" w:hAnsiTheme="minorBidi"/>
          <w:sz w:val="24"/>
          <w:szCs w:val="24"/>
        </w:rPr>
        <w:t>.</w:t>
      </w:r>
    </w:p>
    <w:p w14:paraId="58492022" w14:textId="60769205" w:rsidR="00316D8F" w:rsidRPr="00FE4F8B" w:rsidRDefault="001F4C84" w:rsidP="001F4C84">
      <w:pPr>
        <w:bidi/>
        <w:spacing w:line="360" w:lineRule="auto"/>
        <w:rPr>
          <w:rFonts w:asciiTheme="minorBidi" w:hAnsiTheme="minorBidi"/>
          <w:sz w:val="24"/>
          <w:szCs w:val="24"/>
          <w:rtl/>
        </w:rPr>
      </w:pPr>
      <w:r w:rsidRPr="001F4C84">
        <w:rPr>
          <w:rFonts w:asciiTheme="minorBidi" w:hAnsiTheme="minorBidi" w:hint="cs"/>
          <w:b/>
          <w:bCs/>
          <w:sz w:val="24"/>
          <w:szCs w:val="24"/>
          <w:rtl/>
        </w:rPr>
        <w:t xml:space="preserve">1,8,5 </w:t>
      </w:r>
      <w:proofErr w:type="spellStart"/>
      <w:r w:rsidRPr="001F4C84">
        <w:rPr>
          <w:rFonts w:asciiTheme="minorBidi" w:hAnsiTheme="minorBidi"/>
          <w:b/>
          <w:bCs/>
          <w:sz w:val="24"/>
          <w:szCs w:val="24"/>
        </w:rPr>
        <w:t>مصادر</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التحديات</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في</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تطبيق</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ضمن</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المشاريع</w:t>
      </w:r>
      <w:proofErr w:type="spellEnd"/>
      <w:r w:rsidRPr="001F4C84">
        <w:rPr>
          <w:rFonts w:asciiTheme="minorBidi" w:hAnsiTheme="minorBidi" w:hint="cs"/>
          <w:b/>
          <w:bCs/>
          <w:sz w:val="24"/>
          <w:szCs w:val="24"/>
          <w:rtl/>
        </w:rPr>
        <w:t xml:space="preserve"> (</w:t>
      </w:r>
      <w:r w:rsidRPr="001F4C84">
        <w:rPr>
          <w:rFonts w:asciiTheme="majorBidi" w:hAnsiTheme="majorBidi" w:cstheme="majorBidi"/>
          <w:b/>
          <w:bCs/>
          <w:sz w:val="24"/>
          <w:szCs w:val="24"/>
        </w:rPr>
        <w:t>ESG</w:t>
      </w:r>
      <w:r w:rsidRPr="001F4C84">
        <w:rPr>
          <w:rFonts w:asciiTheme="minorBidi" w:hAnsiTheme="minorBidi" w:hint="cs"/>
          <w:b/>
          <w:bCs/>
          <w:sz w:val="24"/>
          <w:szCs w:val="24"/>
          <w:rtl/>
        </w:rPr>
        <w:t>)</w:t>
      </w:r>
      <w:r w:rsidRPr="00FE4F8B">
        <w:rPr>
          <w:rFonts w:asciiTheme="minorBidi" w:hAnsiTheme="minorBidi"/>
          <w:sz w:val="24"/>
          <w:szCs w:val="24"/>
        </w:rPr>
        <w:br/>
      </w:r>
      <w:proofErr w:type="spellStart"/>
      <w:r w:rsidRPr="00FE4F8B">
        <w:rPr>
          <w:rFonts w:asciiTheme="minorBidi" w:hAnsiTheme="minorBidi"/>
          <w:sz w:val="24"/>
          <w:szCs w:val="24"/>
        </w:rPr>
        <w:t>تواجه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عند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سعيها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لتطبيق</w:t>
      </w:r>
      <w:proofErr w:type="spellEnd"/>
      <w:r w:rsidRPr="00FE4F8B">
        <w:rPr>
          <w:rFonts w:asciiTheme="minorBidi" w:hAnsiTheme="minorBidi"/>
          <w:sz w:val="24"/>
          <w:szCs w:val="24"/>
        </w:rPr>
        <w:t xml:space="preserve"> (</w:t>
      </w:r>
      <w:r w:rsidRPr="001F4C84">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عددًا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الصعوبات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أهمها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نقص</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الوعي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أو</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القناعة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لدى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بعض</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lastRenderedPageBreak/>
        <w:t>القيادات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بأهمية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وغياب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البيانات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الدقيقة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تسمح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بقياس</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الأثر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وتعدد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الجهات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ذات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العلاقة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وارتفاع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التكاليف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الأولية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لبعض</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الممارسات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جانب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تحديات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مواءمة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متطلبات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الجهات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التنظيمية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واقع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وخصوصيته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وتتطلب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مواجهة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التحديات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بناء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قدرات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بشرية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متخصصة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وتبنّي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أنظمة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معلومات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فعّالة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ودعمًا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مؤسسيًا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المستويات</w:t>
      </w:r>
      <w:proofErr w:type="spellEnd"/>
      <w:r>
        <w:rPr>
          <w:rFonts w:asciiTheme="minorBidi" w:hAnsiTheme="minorBidi" w:hint="cs"/>
          <w:sz w:val="24"/>
          <w:szCs w:val="24"/>
          <w:rtl/>
        </w:rPr>
        <w:t>.</w:t>
      </w:r>
    </w:p>
    <w:p w14:paraId="08628F1F" w14:textId="77777777" w:rsidR="00316D8F" w:rsidRPr="00FE4F8B" w:rsidRDefault="00000000" w:rsidP="00C72132">
      <w:pPr>
        <w:bidi/>
        <w:spacing w:line="360" w:lineRule="auto"/>
        <w:rPr>
          <w:rFonts w:asciiTheme="minorBidi" w:hAnsiTheme="minorBidi"/>
          <w:sz w:val="24"/>
          <w:szCs w:val="24"/>
        </w:rPr>
      </w:pPr>
      <w:r w:rsidRPr="00FE4F8B">
        <w:rPr>
          <w:rFonts w:asciiTheme="minorBidi" w:hAnsiTheme="minorBidi"/>
          <w:sz w:val="24"/>
          <w:szCs w:val="24"/>
        </w:rPr>
        <w:br w:type="page"/>
      </w:r>
    </w:p>
    <w:p w14:paraId="481958C6" w14:textId="77777777" w:rsidR="00316D8F" w:rsidRPr="001F4C84" w:rsidRDefault="00000000" w:rsidP="00C72132">
      <w:pPr>
        <w:bidi/>
        <w:spacing w:line="360" w:lineRule="auto"/>
        <w:rPr>
          <w:rFonts w:asciiTheme="minorBidi" w:hAnsiTheme="minorBidi"/>
          <w:b/>
          <w:bCs/>
          <w:sz w:val="24"/>
          <w:szCs w:val="24"/>
        </w:rPr>
      </w:pPr>
      <w:proofErr w:type="spellStart"/>
      <w:r w:rsidRPr="001F4C84">
        <w:rPr>
          <w:rFonts w:asciiTheme="minorBidi" w:hAnsiTheme="minorBidi"/>
          <w:b/>
          <w:bCs/>
          <w:sz w:val="24"/>
          <w:szCs w:val="24"/>
        </w:rPr>
        <w:lastRenderedPageBreak/>
        <w:t>الفصل</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الثاني</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الإطار</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النظري</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والدراسات</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السابقة</w:t>
      </w:r>
      <w:proofErr w:type="spellEnd"/>
    </w:p>
    <w:p w14:paraId="0F6F8CD5" w14:textId="78E11EB8" w:rsidR="00316D8F" w:rsidRPr="001F4C84" w:rsidRDefault="001F4C84" w:rsidP="00C72132">
      <w:pPr>
        <w:bidi/>
        <w:spacing w:line="360" w:lineRule="auto"/>
        <w:rPr>
          <w:rFonts w:asciiTheme="minorBidi" w:hAnsiTheme="minorBidi"/>
          <w:b/>
          <w:bCs/>
          <w:sz w:val="24"/>
          <w:szCs w:val="24"/>
        </w:rPr>
      </w:pPr>
      <w:r w:rsidRPr="001F4C84">
        <w:rPr>
          <w:rFonts w:asciiTheme="minorBidi" w:hAnsiTheme="minorBidi" w:hint="cs"/>
          <w:b/>
          <w:bCs/>
          <w:sz w:val="24"/>
          <w:szCs w:val="24"/>
          <w:rtl/>
        </w:rPr>
        <w:t xml:space="preserve">2,1 </w:t>
      </w:r>
      <w:proofErr w:type="spellStart"/>
      <w:r w:rsidRPr="001F4C84">
        <w:rPr>
          <w:rFonts w:asciiTheme="minorBidi" w:hAnsiTheme="minorBidi"/>
          <w:b/>
          <w:bCs/>
          <w:sz w:val="24"/>
          <w:szCs w:val="24"/>
        </w:rPr>
        <w:t>مقدمة</w:t>
      </w:r>
      <w:proofErr w:type="spellEnd"/>
    </w:p>
    <w:p w14:paraId="457A863E" w14:textId="456AB1FC" w:rsidR="00316D8F" w:rsidRPr="00FE4F8B" w:rsidRDefault="00000000" w:rsidP="00422BDC">
      <w:pPr>
        <w:bidi/>
        <w:spacing w:line="360" w:lineRule="auto"/>
        <w:jc w:val="both"/>
        <w:rPr>
          <w:rFonts w:asciiTheme="minorBidi" w:hAnsiTheme="minorBidi"/>
          <w:sz w:val="24"/>
          <w:szCs w:val="24"/>
          <w:rtl/>
        </w:rPr>
      </w:pPr>
      <w:proofErr w:type="spellStart"/>
      <w:r w:rsidRPr="00FE4F8B">
        <w:rPr>
          <w:rFonts w:asciiTheme="minorBidi" w:hAnsiTheme="minorBidi"/>
          <w:sz w:val="24"/>
          <w:szCs w:val="24"/>
        </w:rPr>
        <w:t>يستعرض</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الفصل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أبرز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تناولته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والأدبيات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السابقة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ذات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الصلة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بموضوع</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ومعايير</w:t>
      </w:r>
      <w:proofErr w:type="spellEnd"/>
      <w:r w:rsidRPr="00FE4F8B">
        <w:rPr>
          <w:rFonts w:asciiTheme="minorBidi" w:hAnsiTheme="minorBidi"/>
          <w:sz w:val="24"/>
          <w:szCs w:val="24"/>
        </w:rPr>
        <w:t xml:space="preserve"> (</w:t>
      </w:r>
      <w:r w:rsidRPr="001F4C84">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ودمجها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وذلك</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بهدف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بناء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خلفية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معرفية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متكاملة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تدعم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الإطار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النظري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الحالية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وتسهم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تحديد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الفجوة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البحثية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تسعى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معالجتها</w:t>
      </w:r>
      <w:proofErr w:type="spellEnd"/>
      <w:r w:rsidR="00422BDC">
        <w:rPr>
          <w:rFonts w:asciiTheme="minorBidi" w:hAnsiTheme="minorBidi" w:hint="cs"/>
          <w:sz w:val="24"/>
          <w:szCs w:val="24"/>
          <w:rtl/>
        </w:rPr>
        <w:t>.</w:t>
      </w:r>
    </w:p>
    <w:p w14:paraId="087CE194" w14:textId="6E522587" w:rsidR="00316D8F" w:rsidRPr="00422BDC" w:rsidRDefault="00422BDC" w:rsidP="00C72132">
      <w:pPr>
        <w:bidi/>
        <w:spacing w:line="360" w:lineRule="auto"/>
        <w:rPr>
          <w:rFonts w:asciiTheme="minorBidi" w:hAnsiTheme="minorBidi"/>
          <w:b/>
          <w:bCs/>
          <w:sz w:val="24"/>
          <w:szCs w:val="24"/>
        </w:rPr>
      </w:pPr>
      <w:r w:rsidRPr="00422BDC">
        <w:rPr>
          <w:rFonts w:asciiTheme="minorBidi" w:hAnsiTheme="minorBidi" w:hint="cs"/>
          <w:b/>
          <w:bCs/>
          <w:sz w:val="24"/>
          <w:szCs w:val="24"/>
          <w:rtl/>
        </w:rPr>
        <w:t xml:space="preserve">2,2 </w:t>
      </w:r>
      <w:proofErr w:type="spellStart"/>
      <w:r w:rsidRPr="00422BDC">
        <w:rPr>
          <w:rFonts w:asciiTheme="minorBidi" w:hAnsiTheme="minorBidi"/>
          <w:b/>
          <w:bCs/>
          <w:sz w:val="24"/>
          <w:szCs w:val="24"/>
        </w:rPr>
        <w:t>دراسات</w:t>
      </w:r>
      <w:proofErr w:type="spellEnd"/>
      <w:r w:rsidRPr="00422BDC">
        <w:rPr>
          <w:rFonts w:asciiTheme="minorBidi" w:hAnsiTheme="minorBidi"/>
          <w:b/>
          <w:bCs/>
          <w:sz w:val="24"/>
          <w:szCs w:val="24"/>
        </w:rPr>
        <w:t xml:space="preserve"> </w:t>
      </w:r>
      <w:proofErr w:type="spellStart"/>
      <w:r w:rsidRPr="00422BDC">
        <w:rPr>
          <w:rFonts w:asciiTheme="minorBidi" w:hAnsiTheme="minorBidi"/>
          <w:b/>
          <w:bCs/>
          <w:sz w:val="24"/>
          <w:szCs w:val="24"/>
        </w:rPr>
        <w:t>حول</w:t>
      </w:r>
      <w:proofErr w:type="spellEnd"/>
      <w:r w:rsidRPr="00422BDC">
        <w:rPr>
          <w:rFonts w:asciiTheme="minorBidi" w:hAnsiTheme="minorBidi"/>
          <w:b/>
          <w:bCs/>
          <w:sz w:val="24"/>
          <w:szCs w:val="24"/>
        </w:rPr>
        <w:t xml:space="preserve"> إدارة </w:t>
      </w:r>
      <w:proofErr w:type="spellStart"/>
      <w:r w:rsidRPr="00422BDC">
        <w:rPr>
          <w:rFonts w:asciiTheme="minorBidi" w:hAnsiTheme="minorBidi"/>
          <w:b/>
          <w:bCs/>
          <w:sz w:val="24"/>
          <w:szCs w:val="24"/>
        </w:rPr>
        <w:t>المشاريع</w:t>
      </w:r>
      <w:proofErr w:type="spellEnd"/>
      <w:r w:rsidRPr="00422BDC">
        <w:rPr>
          <w:rFonts w:asciiTheme="minorBidi" w:hAnsiTheme="minorBidi"/>
          <w:b/>
          <w:bCs/>
          <w:sz w:val="24"/>
          <w:szCs w:val="24"/>
        </w:rPr>
        <w:t xml:space="preserve"> </w:t>
      </w:r>
      <w:proofErr w:type="spellStart"/>
      <w:r w:rsidRPr="00422BDC">
        <w:rPr>
          <w:rFonts w:asciiTheme="minorBidi" w:hAnsiTheme="minorBidi"/>
          <w:b/>
          <w:bCs/>
          <w:sz w:val="24"/>
          <w:szCs w:val="24"/>
        </w:rPr>
        <w:t>المستدامة</w:t>
      </w:r>
      <w:proofErr w:type="spellEnd"/>
    </w:p>
    <w:p w14:paraId="39E69134" w14:textId="79CCF266" w:rsidR="00316D8F" w:rsidRPr="00FE4F8B" w:rsidRDefault="00000000" w:rsidP="001F4C84">
      <w:pPr>
        <w:bidi/>
        <w:spacing w:line="360" w:lineRule="auto"/>
        <w:jc w:val="both"/>
        <w:rPr>
          <w:rFonts w:asciiTheme="minorBidi" w:hAnsiTheme="minorBidi"/>
          <w:sz w:val="24"/>
          <w:szCs w:val="24"/>
        </w:rPr>
      </w:pPr>
      <w:proofErr w:type="spellStart"/>
      <w:r w:rsidRPr="00FE4F8B">
        <w:rPr>
          <w:rFonts w:asciiTheme="minorBidi" w:hAnsiTheme="minorBidi"/>
          <w:sz w:val="24"/>
          <w:szCs w:val="24"/>
        </w:rPr>
        <w:t>أشارت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الأدبيات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المتخصصة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تحوّل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تدريجي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التركيز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الأبعاد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التقليدية</w:t>
      </w:r>
      <w:proofErr w:type="spellEnd"/>
      <w:r w:rsidRPr="00FE4F8B">
        <w:rPr>
          <w:rFonts w:asciiTheme="minorBidi" w:hAnsiTheme="minorBidi"/>
          <w:sz w:val="24"/>
          <w:szCs w:val="24"/>
        </w:rPr>
        <w:t xml:space="preserve"> </w:t>
      </w:r>
      <w:proofErr w:type="spellStart"/>
      <w:proofErr w:type="gramStart"/>
      <w:r w:rsidRPr="00FE4F8B">
        <w:rPr>
          <w:rFonts w:asciiTheme="minorBidi" w:hAnsiTheme="minorBidi"/>
          <w:sz w:val="24"/>
          <w:szCs w:val="24"/>
        </w:rPr>
        <w:t>للأداء</w:t>
      </w:r>
      <w:proofErr w:type="spellEnd"/>
      <w:r w:rsidRPr="00FE4F8B">
        <w:rPr>
          <w:rFonts w:asciiTheme="minorBidi" w:hAnsiTheme="minorBidi"/>
          <w:sz w:val="24"/>
          <w:szCs w:val="24"/>
        </w:rPr>
        <w:t xml:space="preserve"> </w:t>
      </w:r>
      <w:r w:rsidR="001F4C84">
        <w:rPr>
          <w:rFonts w:asciiTheme="minorBidi" w:hAnsiTheme="minorBidi"/>
          <w:sz w:val="24"/>
          <w:szCs w:val="24"/>
        </w:rPr>
        <w:t>)</w:t>
      </w:r>
      <w:proofErr w:type="spellStart"/>
      <w:r w:rsidRPr="00FE4F8B">
        <w:rPr>
          <w:rFonts w:asciiTheme="minorBidi" w:hAnsiTheme="minorBidi"/>
          <w:sz w:val="24"/>
          <w:szCs w:val="24"/>
        </w:rPr>
        <w:t>الوقت</w:t>
      </w:r>
      <w:proofErr w:type="spellEnd"/>
      <w:proofErr w:type="gramEnd"/>
      <w:r w:rsidRPr="00FE4F8B">
        <w:rPr>
          <w:rFonts w:asciiTheme="minorBidi" w:hAnsiTheme="minorBidi"/>
          <w:sz w:val="24"/>
          <w:szCs w:val="24"/>
        </w:rPr>
        <w:t xml:space="preserve">، </w:t>
      </w:r>
      <w:proofErr w:type="spellStart"/>
      <w:r w:rsidRPr="00FE4F8B">
        <w:rPr>
          <w:rFonts w:asciiTheme="minorBidi" w:hAnsiTheme="minorBidi"/>
          <w:sz w:val="24"/>
          <w:szCs w:val="24"/>
        </w:rPr>
        <w:t>التكلفة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الجودة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تضمين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أبعاد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نجاح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وتبيّن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مجمل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طُرح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المجال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تتطلب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تغييرًا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العقلية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الإدارية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بحيث</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يُنظر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بوصفه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جزءًا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منظومة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أوسع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تضم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والمجتمع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والاقتصاد</w:t>
      </w:r>
      <w:proofErr w:type="spellEnd"/>
      <w:r w:rsidRPr="00FE4F8B">
        <w:rPr>
          <w:rFonts w:asciiTheme="minorBidi" w:hAnsiTheme="minorBidi"/>
          <w:sz w:val="24"/>
          <w:szCs w:val="24"/>
        </w:rPr>
        <w:t>.</w:t>
      </w:r>
    </w:p>
    <w:p w14:paraId="5D5D58B2" w14:textId="45D6124D" w:rsidR="00316D8F" w:rsidRPr="00FE4F8B" w:rsidRDefault="00000000" w:rsidP="001F4C84">
      <w:pPr>
        <w:bidi/>
        <w:spacing w:line="360" w:lineRule="auto"/>
        <w:jc w:val="both"/>
        <w:rPr>
          <w:rFonts w:asciiTheme="minorBidi" w:hAnsiTheme="minorBidi"/>
          <w:sz w:val="24"/>
          <w:szCs w:val="24"/>
          <w:rtl/>
        </w:rPr>
      </w:pPr>
      <w:proofErr w:type="spellStart"/>
      <w:r w:rsidRPr="00FE4F8B">
        <w:rPr>
          <w:rFonts w:asciiTheme="minorBidi" w:hAnsiTheme="minorBidi"/>
          <w:sz w:val="24"/>
          <w:szCs w:val="24"/>
        </w:rPr>
        <w:t>وتتفق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العديد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تبنّي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مبادئ</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يساهم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تقليل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المخاطر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طويلة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الأمد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وتحسين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سمعة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الجهة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المنفذة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وتعزيز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ثقة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أصحاب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المصلحة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غير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تشير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الوقت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نفسه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وجود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عقبات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تتعلق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بنقص</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الأدوات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العملية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تساعد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مديري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تحويل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المبادئ</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إجراءات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وخطط</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قابلة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للتنفيذ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والمتابعة</w:t>
      </w:r>
      <w:proofErr w:type="spellEnd"/>
      <w:r w:rsidR="001F4C84">
        <w:rPr>
          <w:rFonts w:asciiTheme="minorBidi" w:hAnsiTheme="minorBidi" w:hint="cs"/>
          <w:sz w:val="24"/>
          <w:szCs w:val="24"/>
          <w:rtl/>
        </w:rPr>
        <w:t>.</w:t>
      </w:r>
    </w:p>
    <w:p w14:paraId="61209894" w14:textId="0CB491E7" w:rsidR="00316D8F" w:rsidRPr="001F4C84" w:rsidRDefault="001F4C84" w:rsidP="00C72132">
      <w:pPr>
        <w:bidi/>
        <w:spacing w:line="360" w:lineRule="auto"/>
        <w:rPr>
          <w:rFonts w:asciiTheme="minorBidi" w:hAnsiTheme="minorBidi"/>
          <w:b/>
          <w:bCs/>
          <w:sz w:val="24"/>
          <w:szCs w:val="24"/>
        </w:rPr>
      </w:pPr>
      <w:r w:rsidRPr="001F4C84">
        <w:rPr>
          <w:rFonts w:asciiTheme="minorBidi" w:hAnsiTheme="minorBidi" w:hint="cs"/>
          <w:b/>
          <w:bCs/>
          <w:sz w:val="24"/>
          <w:szCs w:val="24"/>
          <w:rtl/>
        </w:rPr>
        <w:t xml:space="preserve">2,3 </w:t>
      </w:r>
      <w:proofErr w:type="spellStart"/>
      <w:r w:rsidRPr="001F4C84">
        <w:rPr>
          <w:rFonts w:asciiTheme="minorBidi" w:hAnsiTheme="minorBidi"/>
          <w:b/>
          <w:bCs/>
          <w:sz w:val="24"/>
          <w:szCs w:val="24"/>
        </w:rPr>
        <w:t>دراسات</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حول</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معايير</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في</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بيئة</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الأعمال</w:t>
      </w:r>
      <w:proofErr w:type="spellEnd"/>
      <w:r w:rsidRPr="001F4C84">
        <w:rPr>
          <w:rFonts w:asciiTheme="minorBidi" w:hAnsiTheme="minorBidi"/>
          <w:b/>
          <w:bCs/>
          <w:sz w:val="24"/>
          <w:szCs w:val="24"/>
        </w:rPr>
        <w:t xml:space="preserve"> </w:t>
      </w:r>
      <w:proofErr w:type="spellStart"/>
      <w:r w:rsidRPr="001F4C84">
        <w:rPr>
          <w:rFonts w:asciiTheme="minorBidi" w:hAnsiTheme="minorBidi"/>
          <w:b/>
          <w:bCs/>
          <w:sz w:val="24"/>
          <w:szCs w:val="24"/>
        </w:rPr>
        <w:t>والمشاريع</w:t>
      </w:r>
      <w:proofErr w:type="spellEnd"/>
      <w:r w:rsidRPr="001F4C84">
        <w:rPr>
          <w:rFonts w:asciiTheme="minorBidi" w:hAnsiTheme="minorBidi" w:hint="cs"/>
          <w:b/>
          <w:bCs/>
          <w:sz w:val="24"/>
          <w:szCs w:val="24"/>
          <w:rtl/>
        </w:rPr>
        <w:t xml:space="preserve"> (</w:t>
      </w:r>
      <w:r w:rsidRPr="001F4C84">
        <w:rPr>
          <w:rFonts w:asciiTheme="majorBidi" w:hAnsiTheme="majorBidi" w:cstheme="majorBidi"/>
          <w:b/>
          <w:bCs/>
          <w:sz w:val="24"/>
          <w:szCs w:val="24"/>
        </w:rPr>
        <w:t>ESG</w:t>
      </w:r>
      <w:r w:rsidRPr="001F4C84">
        <w:rPr>
          <w:rFonts w:asciiTheme="minorBidi" w:hAnsiTheme="minorBidi" w:hint="cs"/>
          <w:b/>
          <w:bCs/>
          <w:sz w:val="24"/>
          <w:szCs w:val="24"/>
          <w:rtl/>
        </w:rPr>
        <w:t>)</w:t>
      </w:r>
    </w:p>
    <w:p w14:paraId="3A8A3F88" w14:textId="77777777" w:rsidR="00316D8F" w:rsidRPr="00FE4F8B" w:rsidRDefault="00000000" w:rsidP="001F4C84">
      <w:pPr>
        <w:bidi/>
        <w:spacing w:line="360" w:lineRule="auto"/>
        <w:jc w:val="both"/>
        <w:rPr>
          <w:rFonts w:asciiTheme="minorBidi" w:hAnsiTheme="minorBidi"/>
          <w:sz w:val="24"/>
          <w:szCs w:val="24"/>
        </w:rPr>
      </w:pPr>
      <w:proofErr w:type="spellStart"/>
      <w:r w:rsidRPr="00FE4F8B">
        <w:rPr>
          <w:rFonts w:asciiTheme="minorBidi" w:hAnsiTheme="minorBidi"/>
          <w:sz w:val="24"/>
          <w:szCs w:val="24"/>
        </w:rPr>
        <w:t>تناولت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مجموعة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معايير</w:t>
      </w:r>
      <w:proofErr w:type="spellEnd"/>
      <w:r w:rsidRPr="00FE4F8B">
        <w:rPr>
          <w:rFonts w:asciiTheme="minorBidi" w:hAnsiTheme="minorBidi"/>
          <w:sz w:val="24"/>
          <w:szCs w:val="24"/>
        </w:rPr>
        <w:t xml:space="preserve"> (</w:t>
      </w:r>
      <w:r w:rsidRPr="001F4C84">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بوصفها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إطارًا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مرجعيًا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لتقييم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أداء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الشركات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منظور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الأعمال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ومسؤوليتها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تجاه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والمجتمع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وتُظهِر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الأدبيات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المستثمرين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والمؤسسات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المالية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باتوا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يولون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اهتمامًا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متزايدًا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عند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اتخاذ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قراراتهم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الاستثمارية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الكشف</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المخاطر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غير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المالية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تظهر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القوائم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المالية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التقليدية</w:t>
      </w:r>
      <w:proofErr w:type="spellEnd"/>
      <w:r w:rsidRPr="00FE4F8B">
        <w:rPr>
          <w:rFonts w:asciiTheme="minorBidi" w:hAnsiTheme="minorBidi"/>
          <w:sz w:val="24"/>
          <w:szCs w:val="24"/>
        </w:rPr>
        <w:t>.</w:t>
      </w:r>
    </w:p>
    <w:p w14:paraId="64B40F1C" w14:textId="1E191055" w:rsidR="00316D8F" w:rsidRPr="00FE4F8B" w:rsidRDefault="00000000" w:rsidP="00C72132">
      <w:pPr>
        <w:bidi/>
        <w:spacing w:line="360" w:lineRule="auto"/>
        <w:rPr>
          <w:rFonts w:asciiTheme="minorBidi" w:hAnsiTheme="minorBidi"/>
          <w:sz w:val="24"/>
          <w:szCs w:val="24"/>
          <w:rtl/>
        </w:rPr>
      </w:pPr>
      <w:proofErr w:type="spellStart"/>
      <w:r w:rsidRPr="00FE4F8B">
        <w:rPr>
          <w:rFonts w:asciiTheme="minorBidi" w:hAnsiTheme="minorBidi"/>
          <w:sz w:val="24"/>
          <w:szCs w:val="24"/>
        </w:rPr>
        <w:t>كما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تشير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المؤسسات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تحقّق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مستويات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عالية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مؤشرات</w:t>
      </w:r>
      <w:proofErr w:type="spellEnd"/>
      <w:r w:rsidRPr="00FE4F8B">
        <w:rPr>
          <w:rFonts w:asciiTheme="minorBidi" w:hAnsiTheme="minorBidi"/>
          <w:sz w:val="24"/>
          <w:szCs w:val="24"/>
        </w:rPr>
        <w:t xml:space="preserve"> (</w:t>
      </w:r>
      <w:r w:rsidRPr="001F4C84">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غالبًا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تتمتع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بقدرة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أفضل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جذب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الاستثمارات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طويلة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الأجل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وتحسين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علاقاتها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أصحاب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المصلحة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وتقليل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التعرض</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للمخاطر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التنظيمية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والقانونية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ذلك</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فإن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معظم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ركزت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المستوى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المؤسسي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العام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بينما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الاهتمام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نسبيًا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كيفية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تطبيق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مستوى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الفردية</w:t>
      </w:r>
      <w:proofErr w:type="spellEnd"/>
      <w:r w:rsidR="001F4C84">
        <w:rPr>
          <w:rFonts w:asciiTheme="minorBidi" w:hAnsiTheme="minorBidi" w:hint="cs"/>
          <w:sz w:val="24"/>
          <w:szCs w:val="24"/>
          <w:rtl/>
        </w:rPr>
        <w:t>.</w:t>
      </w:r>
    </w:p>
    <w:p w14:paraId="6AB482AE" w14:textId="6D6D6B6B" w:rsidR="00316D8F" w:rsidRPr="00E624E5" w:rsidRDefault="00E624E5" w:rsidP="00C72132">
      <w:pPr>
        <w:bidi/>
        <w:spacing w:line="360" w:lineRule="auto"/>
        <w:rPr>
          <w:rFonts w:asciiTheme="minorBidi" w:hAnsiTheme="minorBidi"/>
          <w:b/>
          <w:bCs/>
          <w:sz w:val="24"/>
          <w:szCs w:val="24"/>
        </w:rPr>
      </w:pPr>
      <w:r w:rsidRPr="00E624E5">
        <w:rPr>
          <w:rFonts w:asciiTheme="minorBidi" w:hAnsiTheme="minorBidi" w:hint="cs"/>
          <w:b/>
          <w:bCs/>
          <w:sz w:val="24"/>
          <w:szCs w:val="24"/>
          <w:rtl/>
        </w:rPr>
        <w:t xml:space="preserve">2,4 </w:t>
      </w:r>
      <w:proofErr w:type="spellStart"/>
      <w:r w:rsidRPr="00E624E5">
        <w:rPr>
          <w:rFonts w:asciiTheme="minorBidi" w:hAnsiTheme="minorBidi"/>
          <w:b/>
          <w:bCs/>
          <w:sz w:val="24"/>
          <w:szCs w:val="24"/>
        </w:rPr>
        <w:t>دراسات</w:t>
      </w:r>
      <w:proofErr w:type="spellEnd"/>
      <w:r w:rsidRPr="00E624E5">
        <w:rPr>
          <w:rFonts w:asciiTheme="minorBidi" w:hAnsiTheme="minorBidi"/>
          <w:b/>
          <w:bCs/>
          <w:sz w:val="24"/>
          <w:szCs w:val="24"/>
        </w:rPr>
        <w:t xml:space="preserve"> </w:t>
      </w:r>
      <w:proofErr w:type="spellStart"/>
      <w:r w:rsidRPr="00E624E5">
        <w:rPr>
          <w:rFonts w:asciiTheme="minorBidi" w:hAnsiTheme="minorBidi"/>
          <w:b/>
          <w:bCs/>
          <w:sz w:val="24"/>
          <w:szCs w:val="24"/>
        </w:rPr>
        <w:t>حول</w:t>
      </w:r>
      <w:proofErr w:type="spellEnd"/>
      <w:r w:rsidRPr="00E624E5">
        <w:rPr>
          <w:rFonts w:asciiTheme="minorBidi" w:hAnsiTheme="minorBidi"/>
          <w:b/>
          <w:bCs/>
          <w:sz w:val="24"/>
          <w:szCs w:val="24"/>
        </w:rPr>
        <w:t xml:space="preserve"> </w:t>
      </w:r>
      <w:proofErr w:type="spellStart"/>
      <w:r w:rsidRPr="00E624E5">
        <w:rPr>
          <w:rFonts w:asciiTheme="minorBidi" w:hAnsiTheme="minorBidi"/>
          <w:b/>
          <w:bCs/>
          <w:sz w:val="24"/>
          <w:szCs w:val="24"/>
        </w:rPr>
        <w:t>دمج</w:t>
      </w:r>
      <w:proofErr w:type="spellEnd"/>
      <w:r w:rsidRPr="00E624E5">
        <w:rPr>
          <w:rFonts w:asciiTheme="minorBidi" w:hAnsiTheme="minorBidi"/>
          <w:b/>
          <w:bCs/>
          <w:sz w:val="24"/>
          <w:szCs w:val="24"/>
        </w:rPr>
        <w:t xml:space="preserve"> </w:t>
      </w:r>
      <w:proofErr w:type="spellStart"/>
      <w:r w:rsidRPr="00E624E5">
        <w:rPr>
          <w:rFonts w:asciiTheme="minorBidi" w:hAnsiTheme="minorBidi"/>
          <w:b/>
          <w:bCs/>
          <w:sz w:val="24"/>
          <w:szCs w:val="24"/>
        </w:rPr>
        <w:t>في</w:t>
      </w:r>
      <w:proofErr w:type="spellEnd"/>
      <w:r w:rsidRPr="00E624E5">
        <w:rPr>
          <w:rFonts w:asciiTheme="minorBidi" w:hAnsiTheme="minorBidi"/>
          <w:b/>
          <w:bCs/>
          <w:sz w:val="24"/>
          <w:szCs w:val="24"/>
        </w:rPr>
        <w:t xml:space="preserve"> </w:t>
      </w:r>
      <w:proofErr w:type="spellStart"/>
      <w:r w:rsidRPr="00E624E5">
        <w:rPr>
          <w:rFonts w:asciiTheme="minorBidi" w:hAnsiTheme="minorBidi"/>
          <w:b/>
          <w:bCs/>
          <w:sz w:val="24"/>
          <w:szCs w:val="24"/>
        </w:rPr>
        <w:t>دورة</w:t>
      </w:r>
      <w:proofErr w:type="spellEnd"/>
      <w:r w:rsidRPr="00E624E5">
        <w:rPr>
          <w:rFonts w:asciiTheme="minorBidi" w:hAnsiTheme="minorBidi"/>
          <w:b/>
          <w:bCs/>
          <w:sz w:val="24"/>
          <w:szCs w:val="24"/>
        </w:rPr>
        <w:t xml:space="preserve"> </w:t>
      </w:r>
      <w:proofErr w:type="spellStart"/>
      <w:r w:rsidRPr="00E624E5">
        <w:rPr>
          <w:rFonts w:asciiTheme="minorBidi" w:hAnsiTheme="minorBidi"/>
          <w:b/>
          <w:bCs/>
          <w:sz w:val="24"/>
          <w:szCs w:val="24"/>
        </w:rPr>
        <w:t>حياة</w:t>
      </w:r>
      <w:proofErr w:type="spellEnd"/>
      <w:r w:rsidRPr="00E624E5">
        <w:rPr>
          <w:rFonts w:asciiTheme="minorBidi" w:hAnsiTheme="minorBidi"/>
          <w:b/>
          <w:bCs/>
          <w:sz w:val="24"/>
          <w:szCs w:val="24"/>
        </w:rPr>
        <w:t xml:space="preserve"> </w:t>
      </w:r>
      <w:proofErr w:type="spellStart"/>
      <w:r w:rsidRPr="00E624E5">
        <w:rPr>
          <w:rFonts w:asciiTheme="minorBidi" w:hAnsiTheme="minorBidi"/>
          <w:b/>
          <w:bCs/>
          <w:sz w:val="24"/>
          <w:szCs w:val="24"/>
        </w:rPr>
        <w:t>المشروع</w:t>
      </w:r>
      <w:proofErr w:type="spellEnd"/>
      <w:r w:rsidRPr="00E624E5">
        <w:rPr>
          <w:rFonts w:asciiTheme="minorBidi" w:hAnsiTheme="minorBidi" w:hint="cs"/>
          <w:b/>
          <w:bCs/>
          <w:sz w:val="24"/>
          <w:szCs w:val="24"/>
          <w:rtl/>
        </w:rPr>
        <w:t xml:space="preserve"> (</w:t>
      </w:r>
      <w:r w:rsidRPr="00E624E5">
        <w:rPr>
          <w:rFonts w:asciiTheme="majorBidi" w:hAnsiTheme="majorBidi" w:cstheme="majorBidi"/>
          <w:b/>
          <w:bCs/>
          <w:sz w:val="24"/>
          <w:szCs w:val="24"/>
        </w:rPr>
        <w:t>ESG</w:t>
      </w:r>
      <w:r w:rsidRPr="00E624E5">
        <w:rPr>
          <w:rFonts w:asciiTheme="minorBidi" w:hAnsiTheme="minorBidi" w:hint="cs"/>
          <w:b/>
          <w:bCs/>
          <w:sz w:val="24"/>
          <w:szCs w:val="24"/>
          <w:rtl/>
        </w:rPr>
        <w:t>)</w:t>
      </w:r>
    </w:p>
    <w:p w14:paraId="2A06416D" w14:textId="19BED259" w:rsidR="00316D8F" w:rsidRPr="00FE4F8B" w:rsidRDefault="00000000" w:rsidP="00476274">
      <w:pPr>
        <w:bidi/>
        <w:spacing w:line="360" w:lineRule="auto"/>
        <w:jc w:val="both"/>
        <w:rPr>
          <w:rFonts w:asciiTheme="minorBidi" w:hAnsiTheme="minorBidi"/>
          <w:sz w:val="24"/>
          <w:szCs w:val="24"/>
        </w:rPr>
      </w:pPr>
      <w:proofErr w:type="spellStart"/>
      <w:r w:rsidRPr="00FE4F8B">
        <w:rPr>
          <w:rFonts w:asciiTheme="minorBidi" w:hAnsiTheme="minorBidi"/>
          <w:sz w:val="24"/>
          <w:szCs w:val="24"/>
        </w:rPr>
        <w:t>تُظهِر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بعض</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الأدبيات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الحديثة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توجهًا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نحو</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مراحل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خلال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التركيز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تضمين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المتطلبات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والاجتماعية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الجدوى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عقود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المشتريات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استراتيجيات</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lastRenderedPageBreak/>
        <w:t>المخاطر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وتبيّن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الجوانب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وقت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مبكر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تكون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أكثر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قدرة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تجنب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التعارضات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المجتمع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المحلي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وتقليل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التأثيرات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السلبية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وتحقيق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توافق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أكبر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اشتراطات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الجهات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التنظيمية</w:t>
      </w:r>
      <w:proofErr w:type="spellEnd"/>
      <w:r w:rsidRPr="00FE4F8B">
        <w:rPr>
          <w:rFonts w:asciiTheme="minorBidi" w:hAnsiTheme="minorBidi"/>
          <w:sz w:val="24"/>
          <w:szCs w:val="24"/>
        </w:rPr>
        <w:t>.</w:t>
      </w:r>
    </w:p>
    <w:p w14:paraId="4D08C1DF" w14:textId="77777777" w:rsidR="00316D8F" w:rsidRPr="00FE4F8B" w:rsidRDefault="00000000" w:rsidP="00476274">
      <w:pPr>
        <w:bidi/>
        <w:spacing w:line="360" w:lineRule="auto"/>
        <w:jc w:val="both"/>
        <w:rPr>
          <w:rFonts w:asciiTheme="minorBidi" w:hAnsiTheme="minorBidi"/>
          <w:sz w:val="24"/>
          <w:szCs w:val="24"/>
        </w:rPr>
      </w:pPr>
      <w:proofErr w:type="spellStart"/>
      <w:r w:rsidRPr="00FE4F8B">
        <w:rPr>
          <w:rFonts w:asciiTheme="minorBidi" w:hAnsiTheme="minorBidi"/>
          <w:sz w:val="24"/>
          <w:szCs w:val="24"/>
        </w:rPr>
        <w:t>وفي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السياق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بدأت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بعض</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التقارير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والوثائق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الرسمية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تُبرز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أهمية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وربطها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الكبرى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المرتبطة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برؤية</w:t>
      </w:r>
      <w:proofErr w:type="spellEnd"/>
      <w:r w:rsidRPr="00FE4F8B">
        <w:rPr>
          <w:rFonts w:asciiTheme="minorBidi" w:hAnsiTheme="minorBidi"/>
          <w:sz w:val="24"/>
          <w:szCs w:val="24"/>
        </w:rPr>
        <w:t xml:space="preserve"> </w:t>
      </w:r>
      <w:r w:rsidRPr="00E624E5">
        <w:rPr>
          <w:rFonts w:asciiTheme="majorBidi" w:hAnsiTheme="majorBidi" w:cstheme="majorBidi"/>
          <w:sz w:val="24"/>
          <w:szCs w:val="24"/>
        </w:rPr>
        <w:t>2030</w:t>
      </w:r>
      <w:r w:rsidRPr="00FE4F8B">
        <w:rPr>
          <w:rFonts w:asciiTheme="minorBidi" w:hAnsiTheme="minorBidi"/>
          <w:sz w:val="24"/>
          <w:szCs w:val="24"/>
        </w:rPr>
        <w:t xml:space="preserve">، </w:t>
      </w:r>
      <w:proofErr w:type="spellStart"/>
      <w:r w:rsidRPr="00FE4F8B">
        <w:rPr>
          <w:rFonts w:asciiTheme="minorBidi" w:hAnsiTheme="minorBidi"/>
          <w:sz w:val="24"/>
          <w:szCs w:val="24"/>
        </w:rPr>
        <w:t>إلا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الأكاديمية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تقدّم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نماذج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أو</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أطرًا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تفصيلية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لدمج</w:t>
      </w:r>
      <w:proofErr w:type="spellEnd"/>
      <w:r w:rsidRPr="00FE4F8B">
        <w:rPr>
          <w:rFonts w:asciiTheme="minorBidi" w:hAnsiTheme="minorBidi"/>
          <w:sz w:val="24"/>
          <w:szCs w:val="24"/>
        </w:rPr>
        <w:t xml:space="preserve"> (</w:t>
      </w:r>
      <w:r w:rsidRPr="00E624E5">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تزال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محدودة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خصوصًا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عندما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يتعلق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الأمر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بربط</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بالتقنيات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الرقمية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الناشئة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وبمتطلبات</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بشكل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متكامل</w:t>
      </w:r>
      <w:proofErr w:type="spellEnd"/>
      <w:r w:rsidRPr="00FE4F8B">
        <w:rPr>
          <w:rFonts w:asciiTheme="minorBidi" w:hAnsiTheme="minorBidi"/>
          <w:sz w:val="24"/>
          <w:szCs w:val="24"/>
        </w:rPr>
        <w:t>.</w:t>
      </w:r>
    </w:p>
    <w:p w14:paraId="64026898" w14:textId="5243FA1D" w:rsidR="00316D8F" w:rsidRPr="00476274" w:rsidRDefault="00E624E5" w:rsidP="00C72132">
      <w:pPr>
        <w:bidi/>
        <w:spacing w:line="360" w:lineRule="auto"/>
        <w:rPr>
          <w:rFonts w:asciiTheme="minorBidi" w:hAnsiTheme="minorBidi"/>
          <w:b/>
          <w:bCs/>
          <w:sz w:val="24"/>
          <w:szCs w:val="24"/>
          <w:rtl/>
        </w:rPr>
      </w:pPr>
      <w:r w:rsidRPr="00476274">
        <w:rPr>
          <w:rFonts w:asciiTheme="minorBidi" w:hAnsiTheme="minorBidi" w:hint="cs"/>
          <w:b/>
          <w:bCs/>
          <w:sz w:val="24"/>
          <w:szCs w:val="24"/>
          <w:rtl/>
        </w:rPr>
        <w:t>2,5</w:t>
      </w:r>
      <w:proofErr w:type="spellStart"/>
      <w:r w:rsidRPr="00476274">
        <w:rPr>
          <w:rFonts w:asciiTheme="minorBidi" w:hAnsiTheme="minorBidi"/>
          <w:b/>
          <w:bCs/>
          <w:sz w:val="24"/>
          <w:szCs w:val="24"/>
        </w:rPr>
        <w:t>دراسات</w:t>
      </w:r>
      <w:proofErr w:type="spellEnd"/>
      <w:r w:rsidRPr="00476274">
        <w:rPr>
          <w:rFonts w:asciiTheme="minorBidi" w:hAnsiTheme="minorBidi"/>
          <w:b/>
          <w:bCs/>
          <w:sz w:val="24"/>
          <w:szCs w:val="24"/>
        </w:rPr>
        <w:t xml:space="preserve"> </w:t>
      </w:r>
      <w:proofErr w:type="spellStart"/>
      <w:r w:rsidRPr="00476274">
        <w:rPr>
          <w:rFonts w:asciiTheme="minorBidi" w:hAnsiTheme="minorBidi"/>
          <w:b/>
          <w:bCs/>
          <w:sz w:val="24"/>
          <w:szCs w:val="24"/>
        </w:rPr>
        <w:t>حول</w:t>
      </w:r>
      <w:proofErr w:type="spellEnd"/>
      <w:r w:rsidRPr="00476274">
        <w:rPr>
          <w:rFonts w:asciiTheme="minorBidi" w:hAnsiTheme="minorBidi"/>
          <w:b/>
          <w:bCs/>
          <w:sz w:val="24"/>
          <w:szCs w:val="24"/>
        </w:rPr>
        <w:t xml:space="preserve"> </w:t>
      </w:r>
      <w:proofErr w:type="spellStart"/>
      <w:r w:rsidRPr="00476274">
        <w:rPr>
          <w:rFonts w:asciiTheme="minorBidi" w:hAnsiTheme="minorBidi"/>
          <w:b/>
          <w:bCs/>
          <w:sz w:val="24"/>
          <w:szCs w:val="24"/>
        </w:rPr>
        <w:t>التقنيات</w:t>
      </w:r>
      <w:proofErr w:type="spellEnd"/>
      <w:r w:rsidRPr="00476274">
        <w:rPr>
          <w:rFonts w:asciiTheme="minorBidi" w:hAnsiTheme="minorBidi"/>
          <w:b/>
          <w:bCs/>
          <w:sz w:val="24"/>
          <w:szCs w:val="24"/>
        </w:rPr>
        <w:t xml:space="preserve"> </w:t>
      </w:r>
      <w:proofErr w:type="spellStart"/>
      <w:r w:rsidRPr="00476274">
        <w:rPr>
          <w:rFonts w:asciiTheme="minorBidi" w:hAnsiTheme="minorBidi"/>
          <w:b/>
          <w:bCs/>
          <w:sz w:val="24"/>
          <w:szCs w:val="24"/>
        </w:rPr>
        <w:t>الناشئة</w:t>
      </w:r>
      <w:proofErr w:type="spellEnd"/>
      <w:r w:rsidRPr="00476274">
        <w:rPr>
          <w:rFonts w:asciiTheme="minorBidi" w:hAnsiTheme="minorBidi"/>
          <w:b/>
          <w:bCs/>
          <w:sz w:val="24"/>
          <w:szCs w:val="24"/>
        </w:rPr>
        <w:t xml:space="preserve"> </w:t>
      </w:r>
      <w:proofErr w:type="spellStart"/>
      <w:proofErr w:type="gramStart"/>
      <w:r w:rsidRPr="00476274">
        <w:rPr>
          <w:rFonts w:asciiTheme="minorBidi" w:hAnsiTheme="minorBidi"/>
          <w:b/>
          <w:bCs/>
          <w:sz w:val="24"/>
          <w:szCs w:val="24"/>
        </w:rPr>
        <w:t>ودعم</w:t>
      </w:r>
      <w:proofErr w:type="spellEnd"/>
      <w:r w:rsidRPr="00476274">
        <w:rPr>
          <w:rFonts w:asciiTheme="minorBidi" w:hAnsiTheme="minorBidi"/>
          <w:b/>
          <w:bCs/>
          <w:sz w:val="24"/>
          <w:szCs w:val="24"/>
        </w:rPr>
        <w:t xml:space="preserve"> </w:t>
      </w:r>
      <w:r w:rsidR="00476274" w:rsidRPr="00476274">
        <w:rPr>
          <w:rFonts w:asciiTheme="minorBidi" w:hAnsiTheme="minorBidi" w:hint="cs"/>
          <w:b/>
          <w:bCs/>
          <w:sz w:val="24"/>
          <w:szCs w:val="24"/>
          <w:rtl/>
        </w:rPr>
        <w:t xml:space="preserve"> (</w:t>
      </w:r>
      <w:proofErr w:type="gramEnd"/>
      <w:r w:rsidR="00476274" w:rsidRPr="00476274">
        <w:rPr>
          <w:rFonts w:asciiTheme="majorBidi" w:hAnsiTheme="majorBidi" w:cstheme="majorBidi"/>
          <w:b/>
          <w:bCs/>
          <w:sz w:val="24"/>
          <w:szCs w:val="24"/>
        </w:rPr>
        <w:t>ESG</w:t>
      </w:r>
      <w:r w:rsidR="00476274" w:rsidRPr="00476274">
        <w:rPr>
          <w:rFonts w:asciiTheme="minorBidi" w:hAnsiTheme="minorBidi" w:hint="cs"/>
          <w:b/>
          <w:bCs/>
          <w:sz w:val="24"/>
          <w:szCs w:val="24"/>
          <w:rtl/>
        </w:rPr>
        <w:t>)</w:t>
      </w:r>
    </w:p>
    <w:p w14:paraId="4B736E3A" w14:textId="67EE5675" w:rsidR="00316D8F" w:rsidRPr="00FE4F8B" w:rsidRDefault="00000000" w:rsidP="00476274">
      <w:pPr>
        <w:bidi/>
        <w:spacing w:line="360" w:lineRule="auto"/>
        <w:jc w:val="both"/>
        <w:rPr>
          <w:rFonts w:asciiTheme="minorBidi" w:hAnsiTheme="minorBidi"/>
          <w:sz w:val="24"/>
          <w:szCs w:val="24"/>
          <w:rtl/>
        </w:rPr>
      </w:pPr>
      <w:proofErr w:type="spellStart"/>
      <w:r w:rsidRPr="00FE4F8B">
        <w:rPr>
          <w:rFonts w:asciiTheme="minorBidi" w:hAnsiTheme="minorBidi"/>
          <w:sz w:val="24"/>
          <w:szCs w:val="24"/>
        </w:rPr>
        <w:t>أبرزت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متزايدة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التقنيات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الناشئة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مثل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الذكاء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الاصطناعي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وتحليلات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البيانات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الضخمة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والبلوك</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تشين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والتوأم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الرقمي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دعم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تطبيق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معايير</w:t>
      </w:r>
      <w:proofErr w:type="spellEnd"/>
      <w:r w:rsidRPr="00FE4F8B">
        <w:rPr>
          <w:rFonts w:asciiTheme="minorBidi" w:hAnsiTheme="minorBidi"/>
          <w:sz w:val="24"/>
          <w:szCs w:val="24"/>
        </w:rPr>
        <w:t xml:space="preserve"> (</w:t>
      </w:r>
      <w:r w:rsidRPr="00476274">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داخل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وتشير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التقنيات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تسهم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تحسين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جودة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البيانات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المتاحة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الأداء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البيئي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والاجتماعي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زيادة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مستوى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الشفافية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وقابلية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التتبع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تعزيز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القدرة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التنبؤ</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بالمخاطر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واتخاذ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القرارات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المبنية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الأدلة</w:t>
      </w:r>
      <w:proofErr w:type="spellEnd"/>
      <w:r w:rsidR="00476274">
        <w:rPr>
          <w:rFonts w:asciiTheme="minorBidi" w:hAnsiTheme="minorBidi" w:hint="cs"/>
          <w:sz w:val="24"/>
          <w:szCs w:val="24"/>
          <w:rtl/>
        </w:rPr>
        <w:t>.</w:t>
      </w:r>
    </w:p>
    <w:p w14:paraId="26588D33" w14:textId="29F8CF2D" w:rsidR="00316D8F" w:rsidRPr="00FE4F8B" w:rsidRDefault="00000000" w:rsidP="00476274">
      <w:pPr>
        <w:bidi/>
        <w:spacing w:line="360" w:lineRule="auto"/>
        <w:jc w:val="both"/>
        <w:rPr>
          <w:rFonts w:asciiTheme="minorBidi" w:hAnsiTheme="minorBidi"/>
          <w:sz w:val="24"/>
          <w:szCs w:val="24"/>
        </w:rPr>
      </w:pPr>
      <w:proofErr w:type="spellStart"/>
      <w:r w:rsidRPr="00FE4F8B">
        <w:rPr>
          <w:rFonts w:asciiTheme="minorBidi" w:hAnsiTheme="minorBidi"/>
          <w:sz w:val="24"/>
          <w:szCs w:val="24"/>
        </w:rPr>
        <w:t>فعلى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سبيل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المثال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يمكن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استخدام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الذكاء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الاصطناعي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لتحليل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كميات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كبيرة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البيانات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المتصلة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بالانبعاثات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واستهلاك</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الموارد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تتيح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تقنية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البلوك</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تشين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إنشاء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سجلات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غير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قابلة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للتلاعب</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للمعاملات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والتقارير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المتعلقة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بأداء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يسمح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التوأم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الرقمي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بمحاكاة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سيناريوهات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مختلفة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قبل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تنفيذ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فعليًا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وهو</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يدعم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اتخاذ</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قرارات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أكثر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مستوى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التصميم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والتنفيذ</w:t>
      </w:r>
      <w:proofErr w:type="spellEnd"/>
      <w:r w:rsidR="00476274">
        <w:rPr>
          <w:rFonts w:asciiTheme="minorBidi" w:hAnsiTheme="minorBidi" w:hint="cs"/>
          <w:sz w:val="24"/>
          <w:szCs w:val="24"/>
          <w:rtl/>
        </w:rPr>
        <w:t>.</w:t>
      </w:r>
    </w:p>
    <w:p w14:paraId="2E2DA71C" w14:textId="0BB58F37" w:rsidR="00316D8F" w:rsidRPr="00476274" w:rsidRDefault="00476274" w:rsidP="00C72132">
      <w:pPr>
        <w:bidi/>
        <w:spacing w:line="360" w:lineRule="auto"/>
        <w:rPr>
          <w:rFonts w:asciiTheme="minorBidi" w:hAnsiTheme="minorBidi"/>
          <w:b/>
          <w:bCs/>
          <w:sz w:val="24"/>
          <w:szCs w:val="24"/>
        </w:rPr>
      </w:pPr>
      <w:r w:rsidRPr="00476274">
        <w:rPr>
          <w:rFonts w:asciiTheme="minorBidi" w:hAnsiTheme="minorBidi" w:hint="cs"/>
          <w:b/>
          <w:bCs/>
          <w:sz w:val="24"/>
          <w:szCs w:val="24"/>
          <w:rtl/>
        </w:rPr>
        <w:t>2,</w:t>
      </w:r>
      <w:proofErr w:type="gramStart"/>
      <w:r w:rsidRPr="00476274">
        <w:rPr>
          <w:rFonts w:asciiTheme="minorBidi" w:hAnsiTheme="minorBidi" w:hint="cs"/>
          <w:b/>
          <w:bCs/>
          <w:sz w:val="24"/>
          <w:szCs w:val="24"/>
          <w:rtl/>
        </w:rPr>
        <w:t xml:space="preserve">6 </w:t>
      </w:r>
      <w:r w:rsidRPr="00476274">
        <w:rPr>
          <w:rFonts w:asciiTheme="minorBidi" w:hAnsiTheme="minorBidi"/>
          <w:b/>
          <w:bCs/>
          <w:sz w:val="24"/>
          <w:szCs w:val="24"/>
        </w:rPr>
        <w:t xml:space="preserve"> </w:t>
      </w:r>
      <w:proofErr w:type="spellStart"/>
      <w:r w:rsidRPr="00476274">
        <w:rPr>
          <w:rFonts w:asciiTheme="minorBidi" w:hAnsiTheme="minorBidi"/>
          <w:b/>
          <w:bCs/>
          <w:sz w:val="24"/>
          <w:szCs w:val="24"/>
        </w:rPr>
        <w:t>ما</w:t>
      </w:r>
      <w:proofErr w:type="spellEnd"/>
      <w:proofErr w:type="gramEnd"/>
      <w:r w:rsidRPr="00476274">
        <w:rPr>
          <w:rFonts w:asciiTheme="minorBidi" w:hAnsiTheme="minorBidi"/>
          <w:b/>
          <w:bCs/>
          <w:sz w:val="24"/>
          <w:szCs w:val="24"/>
        </w:rPr>
        <w:t xml:space="preserve"> </w:t>
      </w:r>
      <w:proofErr w:type="spellStart"/>
      <w:r w:rsidRPr="00476274">
        <w:rPr>
          <w:rFonts w:asciiTheme="minorBidi" w:hAnsiTheme="minorBidi"/>
          <w:b/>
          <w:bCs/>
          <w:sz w:val="24"/>
          <w:szCs w:val="24"/>
        </w:rPr>
        <w:t>يميز</w:t>
      </w:r>
      <w:proofErr w:type="spellEnd"/>
      <w:r w:rsidRPr="00476274">
        <w:rPr>
          <w:rFonts w:asciiTheme="minorBidi" w:hAnsiTheme="minorBidi"/>
          <w:b/>
          <w:bCs/>
          <w:sz w:val="24"/>
          <w:szCs w:val="24"/>
        </w:rPr>
        <w:t xml:space="preserve"> </w:t>
      </w:r>
      <w:proofErr w:type="spellStart"/>
      <w:r w:rsidRPr="00476274">
        <w:rPr>
          <w:rFonts w:asciiTheme="minorBidi" w:hAnsiTheme="minorBidi"/>
          <w:b/>
          <w:bCs/>
          <w:sz w:val="24"/>
          <w:szCs w:val="24"/>
        </w:rPr>
        <w:t>الدراسة</w:t>
      </w:r>
      <w:proofErr w:type="spellEnd"/>
      <w:r w:rsidRPr="00476274">
        <w:rPr>
          <w:rFonts w:asciiTheme="minorBidi" w:hAnsiTheme="minorBidi"/>
          <w:b/>
          <w:bCs/>
          <w:sz w:val="24"/>
          <w:szCs w:val="24"/>
        </w:rPr>
        <w:t xml:space="preserve"> </w:t>
      </w:r>
      <w:proofErr w:type="spellStart"/>
      <w:r w:rsidRPr="00476274">
        <w:rPr>
          <w:rFonts w:asciiTheme="minorBidi" w:hAnsiTheme="minorBidi"/>
          <w:b/>
          <w:bCs/>
          <w:sz w:val="24"/>
          <w:szCs w:val="24"/>
        </w:rPr>
        <w:t>الحالية</w:t>
      </w:r>
      <w:proofErr w:type="spellEnd"/>
      <w:r w:rsidRPr="00476274">
        <w:rPr>
          <w:rFonts w:asciiTheme="minorBidi" w:hAnsiTheme="minorBidi"/>
          <w:b/>
          <w:bCs/>
          <w:sz w:val="24"/>
          <w:szCs w:val="24"/>
        </w:rPr>
        <w:t xml:space="preserve"> </w:t>
      </w:r>
      <w:proofErr w:type="spellStart"/>
      <w:r w:rsidRPr="00476274">
        <w:rPr>
          <w:rFonts w:asciiTheme="minorBidi" w:hAnsiTheme="minorBidi"/>
          <w:b/>
          <w:bCs/>
          <w:sz w:val="24"/>
          <w:szCs w:val="24"/>
        </w:rPr>
        <w:t>عن</w:t>
      </w:r>
      <w:proofErr w:type="spellEnd"/>
      <w:r w:rsidRPr="00476274">
        <w:rPr>
          <w:rFonts w:asciiTheme="minorBidi" w:hAnsiTheme="minorBidi"/>
          <w:b/>
          <w:bCs/>
          <w:sz w:val="24"/>
          <w:szCs w:val="24"/>
        </w:rPr>
        <w:t xml:space="preserve"> </w:t>
      </w:r>
      <w:proofErr w:type="spellStart"/>
      <w:r w:rsidRPr="00476274">
        <w:rPr>
          <w:rFonts w:asciiTheme="minorBidi" w:hAnsiTheme="minorBidi"/>
          <w:b/>
          <w:bCs/>
          <w:sz w:val="24"/>
          <w:szCs w:val="24"/>
        </w:rPr>
        <w:t>الدراسات</w:t>
      </w:r>
      <w:proofErr w:type="spellEnd"/>
      <w:r w:rsidRPr="00476274">
        <w:rPr>
          <w:rFonts w:asciiTheme="minorBidi" w:hAnsiTheme="minorBidi"/>
          <w:b/>
          <w:bCs/>
          <w:sz w:val="24"/>
          <w:szCs w:val="24"/>
        </w:rPr>
        <w:t xml:space="preserve"> </w:t>
      </w:r>
      <w:proofErr w:type="spellStart"/>
      <w:r w:rsidRPr="00476274">
        <w:rPr>
          <w:rFonts w:asciiTheme="minorBidi" w:hAnsiTheme="minorBidi"/>
          <w:b/>
          <w:bCs/>
          <w:sz w:val="24"/>
          <w:szCs w:val="24"/>
        </w:rPr>
        <w:t>السابقة</w:t>
      </w:r>
      <w:proofErr w:type="spellEnd"/>
    </w:p>
    <w:p w14:paraId="28709EE3" w14:textId="3B37EFF9" w:rsidR="00316D8F" w:rsidRPr="00FE4F8B" w:rsidRDefault="00000000" w:rsidP="00507B01">
      <w:pPr>
        <w:bidi/>
        <w:spacing w:line="360" w:lineRule="auto"/>
        <w:rPr>
          <w:rFonts w:asciiTheme="minorBidi" w:hAnsiTheme="minorBidi"/>
          <w:sz w:val="24"/>
          <w:szCs w:val="24"/>
          <w:rtl/>
        </w:rPr>
      </w:pP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خلال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استعراض</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السابقة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يمكن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ملاحظة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يلي</w:t>
      </w:r>
      <w:proofErr w:type="spellEnd"/>
      <w:r w:rsidR="00476274">
        <w:rPr>
          <w:rFonts w:asciiTheme="minorBidi" w:hAnsiTheme="minorBidi" w:hint="cs"/>
          <w:sz w:val="24"/>
          <w:szCs w:val="24"/>
          <w:rtl/>
        </w:rPr>
        <w:t>:</w:t>
      </w:r>
      <w:r w:rsidRPr="00FE4F8B">
        <w:rPr>
          <w:rFonts w:asciiTheme="minorBidi" w:hAnsiTheme="minorBidi"/>
          <w:sz w:val="24"/>
          <w:szCs w:val="24"/>
        </w:rPr>
        <w:br/>
        <w:t xml:space="preserve">- </w:t>
      </w:r>
      <w:proofErr w:type="spellStart"/>
      <w:r w:rsidRPr="00FE4F8B">
        <w:rPr>
          <w:rFonts w:asciiTheme="minorBidi" w:hAnsiTheme="minorBidi"/>
          <w:sz w:val="24"/>
          <w:szCs w:val="24"/>
        </w:rPr>
        <w:t>تركّز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كثير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مستوى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المؤسسات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والشركات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بصورة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أكثر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تركيزها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مستوى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الفردية</w:t>
      </w:r>
      <w:proofErr w:type="spellEnd"/>
      <w:r w:rsidR="00476274">
        <w:rPr>
          <w:rFonts w:asciiTheme="minorBidi" w:hAnsiTheme="minorBidi" w:hint="cs"/>
          <w:sz w:val="24"/>
          <w:szCs w:val="24"/>
          <w:rtl/>
        </w:rPr>
        <w:t>.</w:t>
      </w:r>
      <w:r w:rsidRPr="00FE4F8B">
        <w:rPr>
          <w:rFonts w:asciiTheme="minorBidi" w:hAnsiTheme="minorBidi"/>
          <w:sz w:val="24"/>
          <w:szCs w:val="24"/>
        </w:rPr>
        <w:br/>
        <w:t xml:space="preserve"> </w:t>
      </w:r>
      <w:proofErr w:type="spellStart"/>
      <w:r w:rsidRPr="00FE4F8B">
        <w:rPr>
          <w:rFonts w:asciiTheme="minorBidi" w:hAnsiTheme="minorBidi"/>
          <w:sz w:val="24"/>
          <w:szCs w:val="24"/>
        </w:rPr>
        <w:t>توجد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تتناول</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وأخرى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تتناول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معايير</w:t>
      </w:r>
      <w:proofErr w:type="spellEnd"/>
      <w:r w:rsidR="00476274">
        <w:rPr>
          <w:rFonts w:asciiTheme="minorBidi" w:hAnsiTheme="minorBidi" w:hint="cs"/>
          <w:sz w:val="24"/>
          <w:szCs w:val="24"/>
          <w:rtl/>
        </w:rPr>
        <w:t>(</w:t>
      </w:r>
      <w:r w:rsidR="00476274" w:rsidRPr="00476274">
        <w:rPr>
          <w:rFonts w:asciiTheme="majorBidi" w:hAnsiTheme="majorBidi" w:cstheme="majorBidi"/>
          <w:sz w:val="24"/>
          <w:szCs w:val="24"/>
        </w:rPr>
        <w:t>ESG</w:t>
      </w:r>
      <w:r w:rsidR="00476274">
        <w:rPr>
          <w:rFonts w:asciiTheme="minorBidi" w:hAnsiTheme="minorBidi" w:hint="cs"/>
          <w:sz w:val="24"/>
          <w:szCs w:val="24"/>
          <w:rtl/>
        </w:rPr>
        <w:t xml:space="preserve">) </w:t>
      </w:r>
      <w:r w:rsidRPr="00FE4F8B">
        <w:rPr>
          <w:rFonts w:asciiTheme="minorBidi" w:hAnsiTheme="minorBidi"/>
          <w:sz w:val="24"/>
          <w:szCs w:val="24"/>
        </w:rPr>
        <w:t xml:space="preserve"> </w:t>
      </w:r>
      <w:proofErr w:type="spellStart"/>
      <w:r w:rsidRPr="00FE4F8B">
        <w:rPr>
          <w:rFonts w:asciiTheme="minorBidi" w:hAnsiTheme="minorBidi"/>
          <w:sz w:val="24"/>
          <w:szCs w:val="24"/>
        </w:rPr>
        <w:t>وثالثة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تتناول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التقنيات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الناشئة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الربط</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المتكامل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بين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العناصر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الثلاثة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إطار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واحد</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يزال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محدودًا</w:t>
      </w:r>
      <w:proofErr w:type="spellEnd"/>
      <w:r w:rsidR="00476274">
        <w:rPr>
          <w:rFonts w:asciiTheme="minorBidi" w:hAnsiTheme="minorBidi" w:hint="cs"/>
          <w:sz w:val="24"/>
          <w:szCs w:val="24"/>
          <w:rtl/>
        </w:rPr>
        <w:t>.</w:t>
      </w:r>
      <w:r w:rsidRPr="00FE4F8B">
        <w:rPr>
          <w:rFonts w:asciiTheme="minorBidi" w:hAnsiTheme="minorBidi"/>
          <w:sz w:val="24"/>
          <w:szCs w:val="24"/>
        </w:rPr>
        <w:b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السياق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تزال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الحاجة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قائمة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أكاديمية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توضح</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بصورة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عملية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كيفية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ضوء</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مستهدفات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رؤية</w:t>
      </w:r>
      <w:proofErr w:type="spellEnd"/>
      <w:r w:rsidRPr="00FE4F8B">
        <w:rPr>
          <w:rFonts w:asciiTheme="minorBidi" w:hAnsiTheme="minorBidi"/>
          <w:sz w:val="24"/>
          <w:szCs w:val="24"/>
        </w:rPr>
        <w:t xml:space="preserve"> </w:t>
      </w:r>
      <w:r w:rsidRPr="008C0C0F">
        <w:rPr>
          <w:rFonts w:asciiTheme="majorBidi" w:hAnsiTheme="majorBidi" w:cstheme="majorBidi"/>
          <w:sz w:val="24"/>
          <w:szCs w:val="24"/>
        </w:rPr>
        <w:t>2030</w:t>
      </w:r>
      <w:r w:rsidRPr="00FE4F8B">
        <w:rPr>
          <w:rFonts w:asciiTheme="minorBidi" w:hAnsiTheme="minorBidi"/>
          <w:sz w:val="24"/>
          <w:szCs w:val="24"/>
        </w:rPr>
        <w:t xml:space="preserve"> </w:t>
      </w:r>
      <w:proofErr w:type="spellStart"/>
      <w:r w:rsidRPr="00FE4F8B">
        <w:rPr>
          <w:rFonts w:asciiTheme="minorBidi" w:hAnsiTheme="minorBidi"/>
          <w:sz w:val="24"/>
          <w:szCs w:val="24"/>
        </w:rPr>
        <w:t>والبرامج</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الوطنية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ذات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الصلة</w:t>
      </w:r>
      <w:proofErr w:type="spellEnd"/>
      <w:r w:rsidR="00476274">
        <w:rPr>
          <w:rFonts w:asciiTheme="minorBidi" w:hAnsiTheme="minorBidi" w:hint="cs"/>
          <w:sz w:val="24"/>
          <w:szCs w:val="24"/>
          <w:rtl/>
        </w:rPr>
        <w:t>.</w:t>
      </w:r>
    </w:p>
    <w:p w14:paraId="0C0918E7" w14:textId="581B2B22" w:rsidR="00476274" w:rsidRPr="00476274" w:rsidRDefault="00476274" w:rsidP="00507B01">
      <w:pPr>
        <w:pStyle w:val="ListParagraph"/>
        <w:numPr>
          <w:ilvl w:val="0"/>
          <w:numId w:val="17"/>
        </w:numPr>
        <w:bidi/>
        <w:spacing w:line="360" w:lineRule="auto"/>
        <w:jc w:val="both"/>
        <w:rPr>
          <w:rFonts w:asciiTheme="minorBidi" w:hAnsiTheme="minorBidi"/>
          <w:sz w:val="24"/>
          <w:szCs w:val="24"/>
        </w:rPr>
      </w:pPr>
      <w:r w:rsidRPr="00476274">
        <w:rPr>
          <w:rFonts w:asciiTheme="minorBidi" w:hAnsiTheme="minorBidi"/>
          <w:sz w:val="24"/>
          <w:szCs w:val="24"/>
        </w:rPr>
        <w:t xml:space="preserve"> </w:t>
      </w:r>
      <w:r w:rsidRPr="00476274">
        <w:rPr>
          <w:rFonts w:asciiTheme="minorBidi" w:hAnsiTheme="minorBidi"/>
          <w:sz w:val="24"/>
          <w:szCs w:val="24"/>
          <w:rtl/>
        </w:rPr>
        <w:t>تركيزها على دمج معايير الحوكمة البيئية والاجتماعية والحوكمة المؤسسية</w:t>
      </w:r>
      <w:r w:rsidRPr="00476274">
        <w:rPr>
          <w:rFonts w:asciiTheme="minorBidi" w:hAnsiTheme="minorBidi"/>
          <w:sz w:val="24"/>
          <w:szCs w:val="24"/>
        </w:rPr>
        <w:t xml:space="preserve"> (</w:t>
      </w:r>
      <w:r w:rsidRPr="00507B01">
        <w:rPr>
          <w:rFonts w:asciiTheme="majorBidi" w:hAnsiTheme="majorBidi" w:cstheme="majorBidi"/>
          <w:sz w:val="24"/>
          <w:szCs w:val="24"/>
        </w:rPr>
        <w:t>ESG</w:t>
      </w:r>
      <w:r w:rsidRPr="00476274">
        <w:rPr>
          <w:rFonts w:asciiTheme="minorBidi" w:hAnsiTheme="minorBidi"/>
          <w:sz w:val="24"/>
          <w:szCs w:val="24"/>
        </w:rPr>
        <w:t xml:space="preserve">) </w:t>
      </w:r>
      <w:r w:rsidRPr="00476274">
        <w:rPr>
          <w:rFonts w:asciiTheme="minorBidi" w:hAnsiTheme="minorBidi"/>
          <w:sz w:val="24"/>
          <w:szCs w:val="24"/>
          <w:rtl/>
        </w:rPr>
        <w:t>في إدارة المشاريع المستدامة عبر دورة حياة المشروع، وليس الاقتصار على عرض المفاهيم بشكلٍ منفصل</w:t>
      </w:r>
      <w:r w:rsidRPr="00476274">
        <w:rPr>
          <w:rFonts w:asciiTheme="minorBidi" w:hAnsiTheme="minorBidi"/>
          <w:sz w:val="24"/>
          <w:szCs w:val="24"/>
        </w:rPr>
        <w:t>.</w:t>
      </w:r>
    </w:p>
    <w:p w14:paraId="540D03FF" w14:textId="41DF8EC4" w:rsidR="00476274" w:rsidRPr="008C0C0F" w:rsidRDefault="00476274" w:rsidP="00507B01">
      <w:pPr>
        <w:pStyle w:val="ListParagraph"/>
        <w:numPr>
          <w:ilvl w:val="0"/>
          <w:numId w:val="17"/>
        </w:numPr>
        <w:bidi/>
        <w:spacing w:line="360" w:lineRule="auto"/>
        <w:jc w:val="both"/>
        <w:rPr>
          <w:rFonts w:asciiTheme="minorBidi" w:hAnsiTheme="minorBidi"/>
          <w:sz w:val="24"/>
          <w:szCs w:val="24"/>
        </w:rPr>
      </w:pPr>
      <w:r w:rsidRPr="008C0C0F">
        <w:rPr>
          <w:rFonts w:asciiTheme="minorBidi" w:hAnsiTheme="minorBidi"/>
          <w:sz w:val="24"/>
          <w:szCs w:val="24"/>
        </w:rPr>
        <w:t xml:space="preserve">  </w:t>
      </w:r>
      <w:r w:rsidRPr="008C0C0F">
        <w:rPr>
          <w:rFonts w:asciiTheme="minorBidi" w:hAnsiTheme="minorBidi"/>
          <w:sz w:val="24"/>
          <w:szCs w:val="24"/>
          <w:rtl/>
        </w:rPr>
        <w:t>توجيه اهتمام خاص بسياق المشاريع السعودية، بما يعكس خصوصية البيئة التنظيمية والاقتصادية والبيئية في المملكة</w:t>
      </w:r>
      <w:r w:rsidRPr="008C0C0F">
        <w:rPr>
          <w:rFonts w:asciiTheme="minorBidi" w:hAnsiTheme="minorBidi"/>
          <w:sz w:val="24"/>
          <w:szCs w:val="24"/>
        </w:rPr>
        <w:t>.</w:t>
      </w:r>
    </w:p>
    <w:p w14:paraId="50A5C1BE" w14:textId="3A4998CD" w:rsidR="008C0C0F" w:rsidRDefault="00476274" w:rsidP="00507B01">
      <w:pPr>
        <w:pStyle w:val="ListParagraph"/>
        <w:numPr>
          <w:ilvl w:val="0"/>
          <w:numId w:val="17"/>
        </w:numPr>
        <w:bidi/>
        <w:spacing w:line="360" w:lineRule="auto"/>
        <w:jc w:val="both"/>
        <w:rPr>
          <w:rFonts w:asciiTheme="minorBidi" w:hAnsiTheme="minorBidi"/>
          <w:sz w:val="24"/>
          <w:szCs w:val="24"/>
        </w:rPr>
      </w:pPr>
      <w:r w:rsidRPr="008C0C0F">
        <w:rPr>
          <w:rFonts w:asciiTheme="minorBidi" w:hAnsiTheme="minorBidi"/>
          <w:sz w:val="24"/>
          <w:szCs w:val="24"/>
        </w:rPr>
        <w:lastRenderedPageBreak/>
        <w:t xml:space="preserve">  </w:t>
      </w:r>
      <w:r w:rsidRPr="008C0C0F">
        <w:rPr>
          <w:rFonts w:asciiTheme="minorBidi" w:hAnsiTheme="minorBidi"/>
          <w:sz w:val="24"/>
          <w:szCs w:val="24"/>
          <w:rtl/>
        </w:rPr>
        <w:t xml:space="preserve">الاستفادة من التوجهات الحديثة المتعلقة بالتقنيات الناشئة في دعم قياس ومتابعة </w:t>
      </w:r>
      <w:r w:rsidR="00C925C5" w:rsidRPr="008C0C0F">
        <w:rPr>
          <w:rFonts w:asciiTheme="minorBidi" w:hAnsiTheme="minorBidi" w:hint="cs"/>
          <w:sz w:val="24"/>
          <w:szCs w:val="24"/>
          <w:rtl/>
        </w:rPr>
        <w:t>مؤشرات</w:t>
      </w:r>
      <w:r w:rsidR="00C925C5" w:rsidRPr="008C0C0F">
        <w:rPr>
          <w:rFonts w:asciiTheme="minorBidi" w:hAnsiTheme="minorBidi"/>
          <w:sz w:val="24"/>
          <w:szCs w:val="24"/>
        </w:rPr>
        <w:t xml:space="preserve"> (</w:t>
      </w:r>
      <w:r w:rsidRPr="008C0C0F">
        <w:rPr>
          <w:rFonts w:asciiTheme="majorBidi" w:hAnsiTheme="majorBidi" w:cstheme="majorBidi"/>
          <w:sz w:val="24"/>
          <w:szCs w:val="24"/>
        </w:rPr>
        <w:t>ESG</w:t>
      </w:r>
      <w:proofErr w:type="gramStart"/>
      <w:r w:rsidRPr="008C0C0F">
        <w:rPr>
          <w:rFonts w:asciiTheme="minorBidi" w:hAnsiTheme="minorBidi"/>
          <w:sz w:val="24"/>
          <w:szCs w:val="24"/>
        </w:rPr>
        <w:t>)</w:t>
      </w:r>
      <w:r w:rsidR="008C0C0F">
        <w:rPr>
          <w:rFonts w:asciiTheme="minorBidi" w:hAnsiTheme="minorBidi"/>
          <w:sz w:val="24"/>
          <w:szCs w:val="24"/>
        </w:rPr>
        <w:t xml:space="preserve"> </w:t>
      </w:r>
      <w:r w:rsidRPr="008C0C0F">
        <w:rPr>
          <w:rFonts w:asciiTheme="minorBidi" w:hAnsiTheme="minorBidi"/>
          <w:sz w:val="24"/>
          <w:szCs w:val="24"/>
          <w:rtl/>
        </w:rPr>
        <w:t>،</w:t>
      </w:r>
      <w:proofErr w:type="gramEnd"/>
      <w:r w:rsidRPr="008C0C0F">
        <w:rPr>
          <w:rFonts w:asciiTheme="minorBidi" w:hAnsiTheme="minorBidi"/>
          <w:sz w:val="24"/>
          <w:szCs w:val="24"/>
          <w:rtl/>
        </w:rPr>
        <w:t xml:space="preserve"> ودمج ذلك في الإطار النظري المقترح</w:t>
      </w:r>
      <w:r w:rsidRPr="008C0C0F">
        <w:rPr>
          <w:rFonts w:asciiTheme="minorBidi" w:hAnsiTheme="minorBidi"/>
          <w:sz w:val="24"/>
          <w:szCs w:val="24"/>
        </w:rPr>
        <w:t>.</w:t>
      </w:r>
    </w:p>
    <w:p w14:paraId="038C2969" w14:textId="46AB3B37" w:rsidR="00316D8F" w:rsidRPr="008C0C0F" w:rsidRDefault="00476274" w:rsidP="008C0C0F">
      <w:pPr>
        <w:pStyle w:val="ListParagraph"/>
        <w:numPr>
          <w:ilvl w:val="0"/>
          <w:numId w:val="17"/>
        </w:numPr>
        <w:bidi/>
        <w:spacing w:line="360" w:lineRule="auto"/>
        <w:rPr>
          <w:rFonts w:asciiTheme="minorBidi" w:hAnsiTheme="minorBidi"/>
          <w:sz w:val="24"/>
          <w:szCs w:val="24"/>
        </w:rPr>
      </w:pPr>
      <w:r w:rsidRPr="008C0C0F">
        <w:rPr>
          <w:rFonts w:asciiTheme="minorBidi" w:hAnsiTheme="minorBidi"/>
          <w:sz w:val="24"/>
          <w:szCs w:val="24"/>
        </w:rPr>
        <w:t xml:space="preserve"> </w:t>
      </w:r>
      <w:r w:rsidRPr="008C0C0F">
        <w:rPr>
          <w:rFonts w:asciiTheme="minorBidi" w:hAnsiTheme="minorBidi"/>
          <w:sz w:val="24"/>
          <w:szCs w:val="24"/>
          <w:rtl/>
        </w:rPr>
        <w:t>تقديم إطارٍ مفاهيمي يمكن أن يُبنى عليه في دراساتٍ ميدانية لاحقة لاختبار العلاقات والافتراضات التي يطرحها هذا الإطار النظري في بيئات مشاريع مختلفة</w:t>
      </w:r>
      <w:r w:rsidRPr="008C0C0F">
        <w:rPr>
          <w:rFonts w:asciiTheme="minorBidi" w:hAnsiTheme="minorBidi"/>
          <w:sz w:val="24"/>
          <w:szCs w:val="24"/>
        </w:rPr>
        <w:t>.</w:t>
      </w:r>
    </w:p>
    <w:p w14:paraId="331D4470" w14:textId="6C93BA95" w:rsidR="00316D8F" w:rsidRPr="008C0C0F" w:rsidRDefault="008C0C0F" w:rsidP="00C72132">
      <w:pPr>
        <w:bidi/>
        <w:spacing w:line="360" w:lineRule="auto"/>
        <w:rPr>
          <w:rFonts w:asciiTheme="minorBidi" w:hAnsiTheme="minorBidi"/>
          <w:b/>
          <w:bCs/>
          <w:sz w:val="24"/>
          <w:szCs w:val="24"/>
        </w:rPr>
      </w:pPr>
      <w:r w:rsidRPr="008C0C0F">
        <w:rPr>
          <w:rFonts w:asciiTheme="minorBidi" w:hAnsiTheme="minorBidi" w:hint="cs"/>
          <w:b/>
          <w:bCs/>
          <w:sz w:val="24"/>
          <w:szCs w:val="24"/>
          <w:rtl/>
        </w:rPr>
        <w:t xml:space="preserve">2,7 </w:t>
      </w:r>
      <w:proofErr w:type="spellStart"/>
      <w:r w:rsidRPr="008C0C0F">
        <w:rPr>
          <w:rFonts w:asciiTheme="minorBidi" w:hAnsiTheme="minorBidi"/>
          <w:b/>
          <w:bCs/>
          <w:sz w:val="24"/>
          <w:szCs w:val="24"/>
        </w:rPr>
        <w:t>خلاصة</w:t>
      </w:r>
      <w:proofErr w:type="spellEnd"/>
      <w:r w:rsidRPr="008C0C0F">
        <w:rPr>
          <w:rFonts w:asciiTheme="minorBidi" w:hAnsiTheme="minorBidi"/>
          <w:b/>
          <w:bCs/>
          <w:sz w:val="24"/>
          <w:szCs w:val="24"/>
        </w:rPr>
        <w:t xml:space="preserve"> </w:t>
      </w:r>
      <w:proofErr w:type="spellStart"/>
      <w:r w:rsidRPr="008C0C0F">
        <w:rPr>
          <w:rFonts w:asciiTheme="minorBidi" w:hAnsiTheme="minorBidi"/>
          <w:b/>
          <w:bCs/>
          <w:sz w:val="24"/>
          <w:szCs w:val="24"/>
        </w:rPr>
        <w:t>الفصل</w:t>
      </w:r>
      <w:proofErr w:type="spellEnd"/>
    </w:p>
    <w:p w14:paraId="04D7455F" w14:textId="249DD52E" w:rsidR="00316D8F" w:rsidRPr="00FE4F8B" w:rsidRDefault="00000000" w:rsidP="00507B01">
      <w:pPr>
        <w:bidi/>
        <w:spacing w:line="360" w:lineRule="auto"/>
        <w:jc w:val="both"/>
        <w:rPr>
          <w:rFonts w:asciiTheme="minorBidi" w:hAnsiTheme="minorBidi"/>
          <w:sz w:val="24"/>
          <w:szCs w:val="24"/>
          <w:rtl/>
        </w:rPr>
      </w:pPr>
      <w:proofErr w:type="spellStart"/>
      <w:r w:rsidRPr="00FE4F8B">
        <w:rPr>
          <w:rFonts w:asciiTheme="minorBidi" w:hAnsiTheme="minorBidi"/>
          <w:sz w:val="24"/>
          <w:szCs w:val="24"/>
        </w:rPr>
        <w:t>قدّم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الفصل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عرضًا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موجزًا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للأدبيات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والدراسات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السابقة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المتعلقة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بإدارة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ومعايير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والتقنيات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الناشئة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ودمجها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دورة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حياة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المشروع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التركيز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إبراز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الفجوة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البحثية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تسعى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الحالية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إلى</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سدّها</w:t>
      </w:r>
      <w:proofErr w:type="spellEnd"/>
      <w:proofErr w:type="gramStart"/>
      <w:r w:rsidR="00507B01">
        <w:rPr>
          <w:rFonts w:asciiTheme="minorBidi" w:hAnsiTheme="minorBidi" w:hint="cs"/>
          <w:sz w:val="24"/>
          <w:szCs w:val="24"/>
          <w:rtl/>
        </w:rPr>
        <w:t xml:space="preserve">. </w:t>
      </w:r>
      <w:r w:rsidRPr="00FE4F8B">
        <w:rPr>
          <w:rFonts w:asciiTheme="minorBidi" w:hAnsiTheme="minorBidi"/>
          <w:sz w:val="24"/>
          <w:szCs w:val="24"/>
        </w:rPr>
        <w:t>.</w:t>
      </w:r>
      <w:proofErr w:type="gramEnd"/>
      <w:r w:rsidRPr="00FE4F8B">
        <w:rPr>
          <w:rFonts w:asciiTheme="minorBidi" w:hAnsiTheme="minorBidi"/>
          <w:sz w:val="24"/>
          <w:szCs w:val="24"/>
        </w:rPr>
        <w:t xml:space="preserve"> </w:t>
      </w:r>
      <w:proofErr w:type="spellStart"/>
      <w:r w:rsidRPr="00FE4F8B">
        <w:rPr>
          <w:rFonts w:asciiTheme="minorBidi" w:hAnsiTheme="minorBidi"/>
          <w:sz w:val="24"/>
          <w:szCs w:val="24"/>
        </w:rPr>
        <w:t>ويمثّل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هذا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العرض</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الخلفية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العلمية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التي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يرتكز</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عليها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الإطار</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النظري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للدراسة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والذي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من</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خلاله</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سيتم</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تحليل</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كيفية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دمج</w:t>
      </w:r>
      <w:proofErr w:type="spellEnd"/>
      <w:r w:rsidRPr="00FE4F8B">
        <w:rPr>
          <w:rFonts w:asciiTheme="minorBidi" w:hAnsiTheme="minorBidi"/>
          <w:sz w:val="24"/>
          <w:szCs w:val="24"/>
        </w:rPr>
        <w:t xml:space="preserve"> (</w:t>
      </w:r>
      <w:r w:rsidRPr="00E74018">
        <w:rPr>
          <w:rFonts w:asciiTheme="majorBidi" w:hAnsiTheme="majorBidi" w:cstheme="majorBidi"/>
          <w:sz w:val="24"/>
          <w:szCs w:val="24"/>
        </w:rPr>
        <w:t>ESG</w:t>
      </w:r>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إدارة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في</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المشاريع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السعودية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بما</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يتوافق</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مع</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متطلبات</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الاستدامة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ورؤية</w:t>
      </w:r>
      <w:proofErr w:type="spellEnd"/>
      <w:r w:rsidRPr="00FE4F8B">
        <w:rPr>
          <w:rFonts w:asciiTheme="minorBidi" w:hAnsiTheme="minorBidi"/>
          <w:sz w:val="24"/>
          <w:szCs w:val="24"/>
        </w:rPr>
        <w:t xml:space="preserve"> </w:t>
      </w:r>
      <w:proofErr w:type="spellStart"/>
      <w:r w:rsidRPr="00FE4F8B">
        <w:rPr>
          <w:rFonts w:asciiTheme="minorBidi" w:hAnsiTheme="minorBidi"/>
          <w:sz w:val="24"/>
          <w:szCs w:val="24"/>
        </w:rPr>
        <w:t>المملكة</w:t>
      </w:r>
      <w:proofErr w:type="spellEnd"/>
      <w:r w:rsidRPr="00FE4F8B">
        <w:rPr>
          <w:rFonts w:asciiTheme="minorBidi" w:hAnsiTheme="minorBidi"/>
          <w:sz w:val="24"/>
          <w:szCs w:val="24"/>
        </w:rPr>
        <w:t xml:space="preserve"> </w:t>
      </w:r>
      <w:r w:rsidRPr="00E74018">
        <w:rPr>
          <w:rFonts w:asciiTheme="majorBidi" w:hAnsiTheme="majorBidi" w:cstheme="majorBidi"/>
          <w:sz w:val="24"/>
          <w:szCs w:val="24"/>
        </w:rPr>
        <w:t>2030</w:t>
      </w:r>
      <w:r w:rsidR="00E74018">
        <w:rPr>
          <w:rFonts w:asciiTheme="minorBidi" w:hAnsiTheme="minorBidi" w:hint="cs"/>
          <w:sz w:val="24"/>
          <w:szCs w:val="24"/>
          <w:rtl/>
        </w:rPr>
        <w:t>.</w:t>
      </w:r>
    </w:p>
    <w:sectPr w:rsidR="00316D8F" w:rsidRPr="00FE4F8B" w:rsidSect="00034616">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BAA5D" w14:textId="77777777" w:rsidR="00096716" w:rsidRDefault="00096716" w:rsidP="00C72132">
      <w:pPr>
        <w:spacing w:after="0" w:line="240" w:lineRule="auto"/>
      </w:pPr>
      <w:r>
        <w:separator/>
      </w:r>
    </w:p>
  </w:endnote>
  <w:endnote w:type="continuationSeparator" w:id="0">
    <w:p w14:paraId="1E7BEB64" w14:textId="77777777" w:rsidR="00096716" w:rsidRDefault="00096716" w:rsidP="00C72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L-Mohanad Bold">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375AB" w14:textId="748E594A" w:rsidR="00C72132" w:rsidRDefault="00086E83" w:rsidP="00086E83">
    <w:pPr>
      <w:pStyle w:val="Footer"/>
      <w:jc w:val="center"/>
    </w:pPr>
    <w:fldSimple w:instr=" DOCPROPERTY SecloreClassificationFooterTextValue \* MERGEFORMAT ">
      <w:r w:rsidRPr="00086E83">
        <w:rPr>
          <w:color w:val="6AA850"/>
          <w:sz w:val="24"/>
        </w:rPr>
        <w:t xml:space="preserve">Public - </w:t>
      </w:r>
      <w:r w:rsidRPr="00086E83">
        <w:rPr>
          <w:rFonts w:hint="cs"/>
          <w:color w:val="6AA850"/>
          <w:sz w:val="24"/>
          <w:rtl/>
        </w:rPr>
        <w:t>عام</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9064C" w14:textId="72F9C4B3" w:rsidR="00C72132" w:rsidRDefault="00086E83" w:rsidP="00086E83">
    <w:pPr>
      <w:pStyle w:val="Footer"/>
      <w:jc w:val="center"/>
    </w:pPr>
    <w:fldSimple w:instr=" DOCPROPERTY SecloreClassificationFooterTextValue \* MERGEFORMAT ">
      <w:r w:rsidRPr="00086E83">
        <w:rPr>
          <w:color w:val="6AA850"/>
          <w:sz w:val="24"/>
        </w:rPr>
        <w:t xml:space="preserve">Public - </w:t>
      </w:r>
      <w:r w:rsidRPr="00086E83">
        <w:rPr>
          <w:rFonts w:hint="cs"/>
          <w:color w:val="6AA850"/>
          <w:sz w:val="24"/>
          <w:rtl/>
        </w:rPr>
        <w:t>عام</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E1D75" w14:textId="0015215D" w:rsidR="00C72132" w:rsidRDefault="00086E83" w:rsidP="00086E83">
    <w:pPr>
      <w:pStyle w:val="Footer"/>
      <w:jc w:val="center"/>
    </w:pPr>
    <w:fldSimple w:instr=" DOCPROPERTY SecloreClassificationFooterTextValue \* MERGEFORMAT ">
      <w:r w:rsidRPr="00086E83">
        <w:rPr>
          <w:color w:val="6AA850"/>
          <w:sz w:val="24"/>
        </w:rPr>
        <w:t xml:space="preserve">Public - </w:t>
      </w:r>
      <w:r w:rsidRPr="00086E83">
        <w:rPr>
          <w:rFonts w:hint="cs"/>
          <w:color w:val="6AA850"/>
          <w:sz w:val="24"/>
          <w:rtl/>
        </w:rPr>
        <w:t>عام</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4631A" w14:textId="77777777" w:rsidR="00096716" w:rsidRDefault="00096716" w:rsidP="00C72132">
      <w:pPr>
        <w:spacing w:after="0" w:line="240" w:lineRule="auto"/>
      </w:pPr>
      <w:r>
        <w:separator/>
      </w:r>
    </w:p>
  </w:footnote>
  <w:footnote w:type="continuationSeparator" w:id="0">
    <w:p w14:paraId="235E775C" w14:textId="77777777" w:rsidR="00096716" w:rsidRDefault="00096716" w:rsidP="00C72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70E8C" w14:textId="77777777" w:rsidR="00C72132" w:rsidRDefault="00C721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F029" w14:textId="77777777" w:rsidR="00C72132" w:rsidRDefault="00C721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68C10" w14:textId="77777777" w:rsidR="00C72132" w:rsidRDefault="00C721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B618D1"/>
    <w:multiLevelType w:val="hybridMultilevel"/>
    <w:tmpl w:val="8AA44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982765"/>
    <w:multiLevelType w:val="multilevel"/>
    <w:tmpl w:val="326CB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EB1288"/>
    <w:multiLevelType w:val="hybridMultilevel"/>
    <w:tmpl w:val="501EE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7266FF"/>
    <w:multiLevelType w:val="hybridMultilevel"/>
    <w:tmpl w:val="1B808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AE732E"/>
    <w:multiLevelType w:val="multilevel"/>
    <w:tmpl w:val="DD164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EC6812"/>
    <w:multiLevelType w:val="hybridMultilevel"/>
    <w:tmpl w:val="EFBA5854"/>
    <w:lvl w:ilvl="0" w:tplc="7A2EB6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9C2239"/>
    <w:multiLevelType w:val="hybridMultilevel"/>
    <w:tmpl w:val="D1C049B6"/>
    <w:lvl w:ilvl="0" w:tplc="D3B089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BE20A1"/>
    <w:multiLevelType w:val="hybridMultilevel"/>
    <w:tmpl w:val="F1060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9294919">
    <w:abstractNumId w:val="8"/>
  </w:num>
  <w:num w:numId="2" w16cid:durableId="410464332">
    <w:abstractNumId w:val="6"/>
  </w:num>
  <w:num w:numId="3" w16cid:durableId="1129713570">
    <w:abstractNumId w:val="5"/>
  </w:num>
  <w:num w:numId="4" w16cid:durableId="655567560">
    <w:abstractNumId w:val="4"/>
  </w:num>
  <w:num w:numId="5" w16cid:durableId="864252378">
    <w:abstractNumId w:val="7"/>
  </w:num>
  <w:num w:numId="6" w16cid:durableId="334917241">
    <w:abstractNumId w:val="3"/>
  </w:num>
  <w:num w:numId="7" w16cid:durableId="793017704">
    <w:abstractNumId w:val="2"/>
  </w:num>
  <w:num w:numId="8" w16cid:durableId="2090883942">
    <w:abstractNumId w:val="1"/>
  </w:num>
  <w:num w:numId="9" w16cid:durableId="148979993">
    <w:abstractNumId w:val="0"/>
  </w:num>
  <w:num w:numId="10" w16cid:durableId="364913200">
    <w:abstractNumId w:val="11"/>
  </w:num>
  <w:num w:numId="11" w16cid:durableId="944725014">
    <w:abstractNumId w:val="9"/>
  </w:num>
  <w:num w:numId="12" w16cid:durableId="446044274">
    <w:abstractNumId w:val="16"/>
  </w:num>
  <w:num w:numId="13" w16cid:durableId="6830137">
    <w:abstractNumId w:val="12"/>
  </w:num>
  <w:num w:numId="14" w16cid:durableId="530458691">
    <w:abstractNumId w:val="14"/>
  </w:num>
  <w:num w:numId="15" w16cid:durableId="1952276102">
    <w:abstractNumId w:val="10"/>
  </w:num>
  <w:num w:numId="16" w16cid:durableId="568737394">
    <w:abstractNumId w:val="13"/>
  </w:num>
  <w:num w:numId="17" w16cid:durableId="2614981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6E83"/>
    <w:rsid w:val="00096716"/>
    <w:rsid w:val="000A3C2F"/>
    <w:rsid w:val="0015074B"/>
    <w:rsid w:val="001F4C84"/>
    <w:rsid w:val="0029639D"/>
    <w:rsid w:val="002D5551"/>
    <w:rsid w:val="002F2B5F"/>
    <w:rsid w:val="00316D8F"/>
    <w:rsid w:val="00326F90"/>
    <w:rsid w:val="00422BDC"/>
    <w:rsid w:val="00476274"/>
    <w:rsid w:val="0048784F"/>
    <w:rsid w:val="00507B01"/>
    <w:rsid w:val="0057421B"/>
    <w:rsid w:val="0057463C"/>
    <w:rsid w:val="0076447D"/>
    <w:rsid w:val="008C0C0F"/>
    <w:rsid w:val="00AA1D8D"/>
    <w:rsid w:val="00B1492A"/>
    <w:rsid w:val="00B47730"/>
    <w:rsid w:val="00C72132"/>
    <w:rsid w:val="00C925C5"/>
    <w:rsid w:val="00CB0664"/>
    <w:rsid w:val="00E624E5"/>
    <w:rsid w:val="00E74018"/>
    <w:rsid w:val="00EF4165"/>
    <w:rsid w:val="00FC693F"/>
    <w:rsid w:val="00FE4F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1F819D"/>
  <w14:defaultImageDpi w14:val="300"/>
  <w15:docId w15:val="{4EC6393E-528F-4668-92EE-CE78B3AAB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Pages>
  <Words>2316</Words>
  <Characters>12999</Characters>
  <Application>Microsoft Office Word</Application>
  <DocSecurity>0</DocSecurity>
  <Lines>224</Lines>
  <Paragraphs>99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Mashael Saleh Alkhalifah</cp:lastModifiedBy>
  <cp:revision>10</cp:revision>
  <dcterms:created xsi:type="dcterms:W3CDTF">2013-12-23T23:15:00Z</dcterms:created>
  <dcterms:modified xsi:type="dcterms:W3CDTF">2025-12-11T12:29:00Z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{"SDAIA Prod (13321f8d8c87e854b1551854ccf32fa5c98d6cfa)":{"ClassificationDisplayName":"Public - عام","ClassificationMode":"ClassificationMode_UserDriven","LabelId":"100037","Version":"1"}}</vt:lpwstr>
  </property>
  <property fmtid="{D5CDD505-2E9C-101B-9397-08002B2CF9AE}" pid="3" name="SecloreClassificationDisplayName_13321f8d8c87e854b1551854ccf32fa5c98d6cfa">
    <vt:lpwstr>Public - عام</vt:lpwstr>
  </property>
  <property fmtid="{D5CDD505-2E9C-101B-9397-08002B2CF9AE}" pid="4" name="SecloreClassificationFooterTextValue">
    <vt:lpwstr>Public - عام</vt:lpwstr>
  </property>
  <property fmtid="{D5CDD505-2E9C-101B-9397-08002B2CF9AE}" pid="5" name="SecloreClassificationFooterColorHex">
    <vt:lpwstr>#6aa850</vt:lpwstr>
  </property>
  <property fmtid="{D5CDD505-2E9C-101B-9397-08002B2CF9AE}" pid="6" name="SecloreClassificationFooterFontSize">
    <vt:lpwstr>12</vt:lpwstr>
  </property>
  <property fmtid="{D5CDD505-2E9C-101B-9397-08002B2CF9AE}" pid="7" name="SecloreClassificationFooterAlignment">
    <vt:lpwstr>Center</vt:lpwstr>
  </property>
</Properties>
</file>