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AAEC" w14:textId="271C5807" w:rsidR="000D50B1" w:rsidRDefault="00000000" w:rsidP="008A5FAE">
      <w:pPr>
        <w:jc w:val="right"/>
      </w:pPr>
      <w:r>
        <w:rPr>
          <w:b/>
          <w:sz w:val="36"/>
        </w:rPr>
        <w:t>جــــ</w:t>
      </w:r>
      <w:proofErr w:type="spellStart"/>
      <w:r>
        <w:rPr>
          <w:b/>
          <w:sz w:val="36"/>
        </w:rPr>
        <w:t>ام</w:t>
      </w:r>
      <w:proofErr w:type="spellEnd"/>
      <w:r>
        <w:rPr>
          <w:b/>
          <w:sz w:val="36"/>
        </w:rPr>
        <w:t>ـــ</w:t>
      </w:r>
      <w:proofErr w:type="spellStart"/>
      <w:r>
        <w:rPr>
          <w:b/>
          <w:sz w:val="36"/>
        </w:rPr>
        <w:t>عة</w:t>
      </w:r>
      <w:proofErr w:type="spellEnd"/>
      <w:r>
        <w:rPr>
          <w:b/>
          <w:sz w:val="36"/>
        </w:rPr>
        <w:t xml:space="preserve"> </w:t>
      </w:r>
      <w:proofErr w:type="spellStart"/>
      <w:r>
        <w:rPr>
          <w:b/>
          <w:sz w:val="36"/>
        </w:rPr>
        <w:t>ميدأوش</w:t>
      </w:r>
      <w:proofErr w:type="spellEnd"/>
      <w:r>
        <w:rPr>
          <w:b/>
          <w:sz w:val="36"/>
        </w:rPr>
        <w:t>ـــ</w:t>
      </w:r>
      <w:r w:rsidR="008A5FAE">
        <w:rPr>
          <w:b/>
          <w:sz w:val="36"/>
        </w:rPr>
        <w:t xml:space="preserve">ن                                                                 </w:t>
      </w:r>
      <w:r>
        <w:rPr>
          <w:b/>
          <w:sz w:val="36"/>
        </w:rPr>
        <w:t>ـ</w:t>
      </w:r>
      <w:r w:rsidR="008A5FAE">
        <w:rPr>
          <w:b/>
          <w:noProof/>
          <w:sz w:val="36"/>
        </w:rPr>
        <w:drawing>
          <wp:inline distT="0" distB="0" distL="0" distR="0" wp14:anchorId="4031A403" wp14:editId="406DF13C">
            <wp:extent cx="1828800" cy="847725"/>
            <wp:effectExtent l="0" t="0" r="0" b="9525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193" cy="867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0075D" w14:textId="77777777" w:rsidR="000D50B1" w:rsidRDefault="00000000" w:rsidP="008A5FAE">
      <w:pPr>
        <w:jc w:val="right"/>
      </w:pPr>
      <w:r>
        <w:rPr>
          <w:b/>
          <w:sz w:val="32"/>
        </w:rPr>
        <w:t>كلية الإعلام والتسويق</w:t>
      </w:r>
    </w:p>
    <w:p w14:paraId="64D7365A" w14:textId="397BE2A4" w:rsidR="000D50B1" w:rsidRDefault="00000000" w:rsidP="008A5FAE">
      <w:pPr>
        <w:jc w:val="right"/>
      </w:pPr>
      <w:proofErr w:type="spellStart"/>
      <w:r>
        <w:rPr>
          <w:sz w:val="28"/>
        </w:rPr>
        <w:t>بكالوريوس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تسويق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رقمي</w:t>
      </w:r>
      <w:proofErr w:type="spellEnd"/>
    </w:p>
    <w:p w14:paraId="2F4D040C" w14:textId="77777777" w:rsidR="000D50B1" w:rsidRDefault="000D50B1">
      <w:pPr>
        <w:jc w:val="center"/>
      </w:pPr>
    </w:p>
    <w:p w14:paraId="38A10E23" w14:textId="77777777" w:rsidR="000D50B1" w:rsidRDefault="00000000">
      <w:pPr>
        <w:jc w:val="center"/>
      </w:pPr>
      <w:r>
        <w:rPr>
          <w:b/>
          <w:sz w:val="28"/>
        </w:rPr>
        <w:t>خطة بحثية مقدمة لدرجة البكالوريوس في التسويق الرقمي</w:t>
      </w:r>
    </w:p>
    <w:p w14:paraId="15A81D06" w14:textId="77777777" w:rsidR="000D50B1" w:rsidRDefault="000D50B1">
      <w:pPr>
        <w:jc w:val="center"/>
      </w:pPr>
    </w:p>
    <w:p w14:paraId="6D6E2D85" w14:textId="37418950" w:rsidR="000D50B1" w:rsidRDefault="00000000" w:rsidP="008A5FAE">
      <w:pPr>
        <w:bidi/>
        <w:jc w:val="center"/>
        <w:rPr>
          <w:rtl/>
        </w:rPr>
      </w:pPr>
      <w:r>
        <w:rPr>
          <w:b/>
          <w:sz w:val="32"/>
        </w:rPr>
        <w:t>"</w:t>
      </w:r>
      <w:r w:rsidR="008A5FAE" w:rsidRPr="008A5FAE">
        <w:rPr>
          <w:rFonts w:hint="cs"/>
          <w:rtl/>
        </w:rPr>
        <w:t xml:space="preserve"> </w:t>
      </w:r>
      <w:r w:rsidR="00DC4404" w:rsidRPr="00DC4404">
        <w:rPr>
          <w:rFonts w:cs="Arial" w:hint="cs"/>
          <w:b/>
          <w:sz w:val="36"/>
          <w:szCs w:val="36"/>
          <w:rtl/>
        </w:rPr>
        <w:t>اثر</w:t>
      </w:r>
      <w:r w:rsidR="00DC4404" w:rsidRPr="00DC4404">
        <w:rPr>
          <w:rFonts w:cs="Arial"/>
          <w:b/>
          <w:sz w:val="36"/>
          <w:szCs w:val="36"/>
          <w:rtl/>
        </w:rPr>
        <w:t xml:space="preserve"> </w:t>
      </w:r>
      <w:r w:rsidR="00DC4404" w:rsidRPr="00DC4404">
        <w:rPr>
          <w:rFonts w:cs="Arial" w:hint="cs"/>
          <w:b/>
          <w:sz w:val="36"/>
          <w:szCs w:val="36"/>
          <w:rtl/>
        </w:rPr>
        <w:t>الاعلانات</w:t>
      </w:r>
      <w:r w:rsidR="00DC4404" w:rsidRPr="00DC4404">
        <w:rPr>
          <w:rFonts w:cs="Arial"/>
          <w:b/>
          <w:sz w:val="36"/>
          <w:szCs w:val="36"/>
          <w:rtl/>
        </w:rPr>
        <w:t xml:space="preserve"> </w:t>
      </w:r>
      <w:r w:rsidR="00DC4404" w:rsidRPr="00DC4404">
        <w:rPr>
          <w:rFonts w:cs="Arial" w:hint="cs"/>
          <w:b/>
          <w:sz w:val="36"/>
          <w:szCs w:val="36"/>
          <w:rtl/>
        </w:rPr>
        <w:t>عبر</w:t>
      </w:r>
      <w:r w:rsidR="00DC4404" w:rsidRPr="00DC4404">
        <w:rPr>
          <w:rFonts w:cs="Arial"/>
          <w:b/>
          <w:sz w:val="36"/>
          <w:szCs w:val="36"/>
          <w:rtl/>
        </w:rPr>
        <w:t xml:space="preserve"> </w:t>
      </w:r>
      <w:r w:rsidR="00DC4404" w:rsidRPr="00DC4404">
        <w:rPr>
          <w:rFonts w:cs="Arial" w:hint="cs"/>
          <w:b/>
          <w:sz w:val="36"/>
          <w:szCs w:val="36"/>
          <w:rtl/>
        </w:rPr>
        <w:t>تيك</w:t>
      </w:r>
      <w:r w:rsidR="00DC4404" w:rsidRPr="00DC4404">
        <w:rPr>
          <w:rFonts w:cs="Arial"/>
          <w:b/>
          <w:sz w:val="36"/>
          <w:szCs w:val="36"/>
          <w:rtl/>
        </w:rPr>
        <w:t xml:space="preserve"> </w:t>
      </w:r>
      <w:r w:rsidR="00DC4404" w:rsidRPr="00DC4404">
        <w:rPr>
          <w:rFonts w:cs="Arial" w:hint="cs"/>
          <w:b/>
          <w:sz w:val="36"/>
          <w:szCs w:val="36"/>
          <w:rtl/>
        </w:rPr>
        <w:t>توك</w:t>
      </w:r>
      <w:r w:rsidR="00DC4404" w:rsidRPr="00DC4404">
        <w:rPr>
          <w:rFonts w:cs="Arial"/>
          <w:b/>
          <w:sz w:val="36"/>
          <w:szCs w:val="36"/>
          <w:rtl/>
        </w:rPr>
        <w:t xml:space="preserve"> </w:t>
      </w:r>
      <w:r w:rsidR="00DC4404" w:rsidRPr="00DC4404">
        <w:rPr>
          <w:rFonts w:cs="Arial" w:hint="cs"/>
          <w:b/>
          <w:sz w:val="36"/>
          <w:szCs w:val="36"/>
          <w:rtl/>
        </w:rPr>
        <w:t>على</w:t>
      </w:r>
      <w:r w:rsidR="00DC4404" w:rsidRPr="00DC4404">
        <w:rPr>
          <w:rFonts w:cs="Arial"/>
          <w:b/>
          <w:sz w:val="36"/>
          <w:szCs w:val="36"/>
          <w:rtl/>
        </w:rPr>
        <w:t xml:space="preserve"> </w:t>
      </w:r>
      <w:r w:rsidR="00DC4404" w:rsidRPr="00DC4404">
        <w:rPr>
          <w:rFonts w:cs="Arial" w:hint="cs"/>
          <w:b/>
          <w:sz w:val="36"/>
          <w:szCs w:val="36"/>
          <w:rtl/>
        </w:rPr>
        <w:t>قرارات</w:t>
      </w:r>
      <w:r w:rsidR="00DC4404" w:rsidRPr="00DC4404">
        <w:rPr>
          <w:rFonts w:cs="Arial"/>
          <w:b/>
          <w:sz w:val="36"/>
          <w:szCs w:val="36"/>
          <w:rtl/>
        </w:rPr>
        <w:t xml:space="preserve"> </w:t>
      </w:r>
      <w:r w:rsidR="00DC4404" w:rsidRPr="00DC4404">
        <w:rPr>
          <w:rFonts w:cs="Arial" w:hint="cs"/>
          <w:b/>
          <w:sz w:val="36"/>
          <w:szCs w:val="36"/>
          <w:rtl/>
        </w:rPr>
        <w:t>شراء</w:t>
      </w:r>
      <w:r w:rsidR="00DC4404" w:rsidRPr="00DC4404">
        <w:rPr>
          <w:rFonts w:cs="Arial"/>
          <w:b/>
          <w:sz w:val="36"/>
          <w:szCs w:val="36"/>
          <w:rtl/>
        </w:rPr>
        <w:t xml:space="preserve"> </w:t>
      </w:r>
      <w:r w:rsidR="00DC4404" w:rsidRPr="00DC4404">
        <w:rPr>
          <w:rFonts w:cs="Arial" w:hint="cs"/>
          <w:b/>
          <w:sz w:val="36"/>
          <w:szCs w:val="36"/>
          <w:rtl/>
        </w:rPr>
        <w:t>المنتجات</w:t>
      </w:r>
      <w:r w:rsidR="00DC4404" w:rsidRPr="00DC4404">
        <w:rPr>
          <w:rFonts w:cs="Arial"/>
          <w:b/>
          <w:sz w:val="36"/>
          <w:szCs w:val="36"/>
          <w:rtl/>
        </w:rPr>
        <w:t xml:space="preserve"> </w:t>
      </w:r>
      <w:r w:rsidR="00DC4404" w:rsidRPr="00DC4404">
        <w:rPr>
          <w:rFonts w:cs="Arial" w:hint="cs"/>
          <w:b/>
          <w:sz w:val="36"/>
          <w:szCs w:val="36"/>
          <w:rtl/>
        </w:rPr>
        <w:t>الالكترونية</w:t>
      </w:r>
      <w:r w:rsidR="00DC4404" w:rsidRPr="00DC4404">
        <w:rPr>
          <w:rFonts w:cs="Arial"/>
          <w:b/>
          <w:sz w:val="36"/>
          <w:szCs w:val="36"/>
          <w:rtl/>
        </w:rPr>
        <w:t xml:space="preserve"> </w:t>
      </w:r>
      <w:r w:rsidR="00DC4404" w:rsidRPr="00DC4404">
        <w:rPr>
          <w:rFonts w:cs="Arial" w:hint="cs"/>
          <w:b/>
          <w:sz w:val="36"/>
          <w:szCs w:val="36"/>
          <w:rtl/>
        </w:rPr>
        <w:t>لدى</w:t>
      </w:r>
      <w:r w:rsidR="00DC4404" w:rsidRPr="00DC4404">
        <w:rPr>
          <w:rFonts w:cs="Arial"/>
          <w:b/>
          <w:sz w:val="36"/>
          <w:szCs w:val="36"/>
          <w:rtl/>
        </w:rPr>
        <w:t xml:space="preserve"> </w:t>
      </w:r>
      <w:r w:rsidR="00DC4404" w:rsidRPr="00DC4404">
        <w:rPr>
          <w:rFonts w:cs="Arial" w:hint="cs"/>
          <w:b/>
          <w:sz w:val="36"/>
          <w:szCs w:val="36"/>
          <w:rtl/>
        </w:rPr>
        <w:t>المستهلك</w:t>
      </w:r>
      <w:r w:rsidR="00DC4404" w:rsidRPr="00DC4404">
        <w:rPr>
          <w:rFonts w:cs="Arial"/>
          <w:b/>
          <w:sz w:val="36"/>
          <w:szCs w:val="36"/>
          <w:rtl/>
        </w:rPr>
        <w:t xml:space="preserve"> </w:t>
      </w:r>
      <w:r w:rsidR="00DC4404" w:rsidRPr="00DC4404">
        <w:rPr>
          <w:rFonts w:cs="Arial" w:hint="cs"/>
          <w:b/>
          <w:sz w:val="36"/>
          <w:szCs w:val="36"/>
          <w:rtl/>
        </w:rPr>
        <w:t>في</w:t>
      </w:r>
      <w:r w:rsidR="00DC4404" w:rsidRPr="00DC4404">
        <w:rPr>
          <w:rFonts w:cs="Arial"/>
          <w:b/>
          <w:sz w:val="36"/>
          <w:szCs w:val="36"/>
          <w:rtl/>
        </w:rPr>
        <w:t xml:space="preserve"> </w:t>
      </w:r>
      <w:r w:rsidR="00DC4404" w:rsidRPr="00DC4404">
        <w:rPr>
          <w:rFonts w:cs="Arial" w:hint="cs"/>
          <w:b/>
          <w:sz w:val="36"/>
          <w:szCs w:val="36"/>
          <w:rtl/>
        </w:rPr>
        <w:t>مدينة</w:t>
      </w:r>
      <w:r w:rsidR="00DC4404" w:rsidRPr="00DC4404">
        <w:rPr>
          <w:rFonts w:cs="Arial"/>
          <w:b/>
          <w:sz w:val="36"/>
          <w:szCs w:val="36"/>
          <w:rtl/>
        </w:rPr>
        <w:t xml:space="preserve"> </w:t>
      </w:r>
      <w:r w:rsidR="00DC4404" w:rsidRPr="00DC4404">
        <w:rPr>
          <w:rFonts w:cs="Arial" w:hint="cs"/>
          <w:b/>
          <w:sz w:val="36"/>
          <w:szCs w:val="36"/>
          <w:rtl/>
        </w:rPr>
        <w:t>جدة</w:t>
      </w:r>
      <w:r w:rsidR="009F22EC">
        <w:rPr>
          <w:b/>
          <w:sz w:val="32"/>
        </w:rPr>
        <w:t>"</w:t>
      </w:r>
    </w:p>
    <w:p w14:paraId="36D525F4" w14:textId="77777777" w:rsidR="000D50B1" w:rsidRDefault="000D50B1">
      <w:pPr>
        <w:jc w:val="center"/>
      </w:pPr>
    </w:p>
    <w:p w14:paraId="2A1DC501" w14:textId="45E05486" w:rsidR="000D50B1" w:rsidRPr="008A5FAE" w:rsidRDefault="008A5FAE" w:rsidP="008A5FAE">
      <w:pPr>
        <w:jc w:val="center"/>
        <w:rPr>
          <w:rFonts w:hint="cs"/>
          <w:sz w:val="32"/>
          <w:szCs w:val="32"/>
          <w:rtl/>
        </w:rPr>
      </w:pPr>
      <w:r w:rsidRPr="008A5FAE">
        <w:rPr>
          <w:rFonts w:hint="cs"/>
          <w:sz w:val="32"/>
          <w:szCs w:val="32"/>
          <w:rtl/>
        </w:rPr>
        <w:t>اسم الطالب</w:t>
      </w:r>
      <w:r w:rsidR="00DC4404">
        <w:rPr>
          <w:rFonts w:hint="cs"/>
          <w:sz w:val="32"/>
          <w:szCs w:val="32"/>
          <w:rtl/>
        </w:rPr>
        <w:t>:</w:t>
      </w:r>
      <w:r w:rsidRPr="008A5FAE">
        <w:rPr>
          <w:rFonts w:hint="cs"/>
          <w:sz w:val="32"/>
          <w:szCs w:val="32"/>
          <w:rtl/>
        </w:rPr>
        <w:t xml:space="preserve"> حسام نبيل صال</w:t>
      </w:r>
      <w:r w:rsidR="00DC4404">
        <w:rPr>
          <w:rFonts w:hint="cs"/>
          <w:sz w:val="32"/>
          <w:szCs w:val="32"/>
          <w:rtl/>
        </w:rPr>
        <w:t>ح</w:t>
      </w:r>
    </w:p>
    <w:p w14:paraId="531B7627" w14:textId="35CADF7B" w:rsidR="000D50B1" w:rsidRDefault="009F22EC">
      <w:pPr>
        <w:jc w:val="center"/>
        <w:rPr>
          <w:rtl/>
        </w:rPr>
      </w:pPr>
      <w:r>
        <w:rPr>
          <w:sz w:val="28"/>
        </w:rPr>
        <w:t>232001991</w:t>
      </w:r>
      <w:r w:rsidRPr="009F22EC">
        <w:rPr>
          <w:rFonts w:hint="cs"/>
          <w:sz w:val="32"/>
          <w:szCs w:val="32"/>
          <w:rtl/>
        </w:rPr>
        <w:t>الرقم الاكاديمي</w:t>
      </w:r>
      <w:r w:rsidR="008A5FAE" w:rsidRPr="009F22EC">
        <w:rPr>
          <w:rFonts w:hint="cs"/>
          <w:sz w:val="32"/>
          <w:szCs w:val="32"/>
          <w:rtl/>
        </w:rPr>
        <w:t xml:space="preserve"> </w:t>
      </w:r>
    </w:p>
    <w:p w14:paraId="5F90983F" w14:textId="77777777" w:rsidR="000D50B1" w:rsidRDefault="000D50B1">
      <w:pPr>
        <w:jc w:val="center"/>
      </w:pPr>
    </w:p>
    <w:p w14:paraId="492DA02C" w14:textId="77777777" w:rsidR="000D50B1" w:rsidRDefault="00000000">
      <w:pPr>
        <w:jc w:val="center"/>
      </w:pPr>
      <w:r>
        <w:rPr>
          <w:sz w:val="28"/>
        </w:rPr>
        <w:t>تحت إشراف</w:t>
      </w:r>
    </w:p>
    <w:p w14:paraId="7666986A" w14:textId="77777777" w:rsidR="000D50B1" w:rsidRDefault="00000000">
      <w:pPr>
        <w:jc w:val="center"/>
      </w:pPr>
      <w:r>
        <w:rPr>
          <w:sz w:val="28"/>
        </w:rPr>
        <w:t>د/ علياء قمر</w:t>
      </w:r>
    </w:p>
    <w:p w14:paraId="58F211F1" w14:textId="77777777" w:rsidR="000D50B1" w:rsidRDefault="000D50B1">
      <w:pPr>
        <w:jc w:val="center"/>
      </w:pPr>
    </w:p>
    <w:p w14:paraId="59A73912" w14:textId="77777777" w:rsidR="000D50B1" w:rsidRDefault="00000000">
      <w:pPr>
        <w:jc w:val="center"/>
      </w:pPr>
      <w:r>
        <w:rPr>
          <w:sz w:val="28"/>
        </w:rPr>
        <w:t>2026</w:t>
      </w:r>
    </w:p>
    <w:p w14:paraId="7F453E4D" w14:textId="77777777" w:rsidR="000D50B1" w:rsidRDefault="000D50B1">
      <w:pPr>
        <w:jc w:val="center"/>
      </w:pPr>
    </w:p>
    <w:p w14:paraId="0CC9B9F2" w14:textId="77777777" w:rsidR="00B2149B" w:rsidRDefault="00B2149B">
      <w:pPr>
        <w:jc w:val="center"/>
      </w:pPr>
    </w:p>
    <w:p w14:paraId="3DFA1BD9" w14:textId="77777777" w:rsidR="00B2149B" w:rsidRDefault="00B2149B">
      <w:pPr>
        <w:jc w:val="center"/>
      </w:pPr>
    </w:p>
    <w:p w14:paraId="29CFFD93" w14:textId="77777777" w:rsidR="00B2149B" w:rsidRDefault="00B2149B">
      <w:pPr>
        <w:jc w:val="center"/>
      </w:pPr>
    </w:p>
    <w:p w14:paraId="45396C7E" w14:textId="77777777" w:rsidR="00B2149B" w:rsidRDefault="00B2149B">
      <w:pPr>
        <w:jc w:val="center"/>
      </w:pPr>
    </w:p>
    <w:p w14:paraId="00CE763A" w14:textId="77777777" w:rsidR="00B2149B" w:rsidRDefault="00B2149B">
      <w:pPr>
        <w:jc w:val="center"/>
      </w:pPr>
    </w:p>
    <w:p w14:paraId="351227E6" w14:textId="77777777" w:rsidR="00B2149B" w:rsidRDefault="00B2149B">
      <w:pPr>
        <w:jc w:val="center"/>
      </w:pPr>
    </w:p>
    <w:p w14:paraId="2C62502C" w14:textId="77777777" w:rsidR="00B2149B" w:rsidRDefault="00B2149B">
      <w:pPr>
        <w:jc w:val="center"/>
      </w:pPr>
    </w:p>
    <w:p w14:paraId="6E6509E0" w14:textId="77777777" w:rsidR="00B2149B" w:rsidRDefault="00B2149B">
      <w:pPr>
        <w:jc w:val="center"/>
      </w:pPr>
    </w:p>
    <w:p w14:paraId="3DB3E7FA" w14:textId="77777777" w:rsidR="00B2149B" w:rsidRDefault="00B2149B" w:rsidP="00B2149B"/>
    <w:p w14:paraId="0DB1A6B8" w14:textId="6FA691A3" w:rsidR="00B2149B" w:rsidRDefault="00B2149B" w:rsidP="00B2149B">
      <w:pPr>
        <w:ind w:left="1440"/>
        <w:jc w:val="center"/>
      </w:pPr>
      <w:r>
        <w:t xml:space="preserve">  </w:t>
      </w:r>
    </w:p>
    <w:p w14:paraId="2CBFDD9F" w14:textId="142379F4" w:rsidR="00F40A21" w:rsidRDefault="00F40A21" w:rsidP="00F40A21">
      <w:r>
        <w:rPr>
          <w:b/>
          <w:sz w:val="32"/>
        </w:rPr>
        <w:t xml:space="preserve">Midocean University                                                                </w:t>
      </w:r>
      <w:r>
        <w:rPr>
          <w:b/>
          <w:noProof/>
          <w:sz w:val="36"/>
        </w:rPr>
        <w:drawing>
          <wp:inline distT="0" distB="0" distL="0" distR="0" wp14:anchorId="6B8C95AF" wp14:editId="3FB23A11">
            <wp:extent cx="1993187" cy="923925"/>
            <wp:effectExtent l="0" t="0" r="7620" b="0"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668" cy="951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A5F3D4" w14:textId="77777777" w:rsidR="00F40A21" w:rsidRDefault="00F40A21" w:rsidP="00F40A21">
      <w:r>
        <w:rPr>
          <w:b/>
          <w:sz w:val="28"/>
        </w:rPr>
        <w:t>College of Media and Marketing</w:t>
      </w:r>
    </w:p>
    <w:p w14:paraId="1487E868" w14:textId="77777777" w:rsidR="00F40A21" w:rsidRDefault="00F40A21" w:rsidP="00F40A21">
      <w:r>
        <w:rPr>
          <w:sz w:val="26"/>
        </w:rPr>
        <w:t>Bachelor of Digital Marketing</w:t>
      </w:r>
    </w:p>
    <w:p w14:paraId="370AC9BC" w14:textId="6F9A66DE" w:rsidR="00B2149B" w:rsidRDefault="00B2149B" w:rsidP="00B2149B">
      <w:pPr>
        <w:tabs>
          <w:tab w:val="left" w:pos="4725"/>
        </w:tabs>
        <w:ind w:left="3600"/>
      </w:pPr>
      <w:r>
        <w:t xml:space="preserve">                                                                                       </w:t>
      </w:r>
    </w:p>
    <w:p w14:paraId="27F3059C" w14:textId="77777777" w:rsidR="00B2149B" w:rsidRDefault="00B2149B" w:rsidP="00B2149B">
      <w:pPr>
        <w:jc w:val="right"/>
      </w:pPr>
    </w:p>
    <w:p w14:paraId="56D0A707" w14:textId="77777777" w:rsidR="00B2149B" w:rsidRDefault="00B2149B">
      <w:pPr>
        <w:jc w:val="center"/>
      </w:pPr>
    </w:p>
    <w:p w14:paraId="1E741D37" w14:textId="77777777" w:rsidR="000D50B1" w:rsidRDefault="00000000">
      <w:pPr>
        <w:jc w:val="center"/>
      </w:pPr>
      <w:r>
        <w:rPr>
          <w:sz w:val="24"/>
        </w:rPr>
        <w:t>---------------------------------------</w:t>
      </w:r>
    </w:p>
    <w:p w14:paraId="67918997" w14:textId="77777777" w:rsidR="000D50B1" w:rsidRDefault="000D50B1">
      <w:pPr>
        <w:jc w:val="center"/>
      </w:pPr>
    </w:p>
    <w:p w14:paraId="72684BC0" w14:textId="77777777" w:rsidR="000D50B1" w:rsidRDefault="000D50B1">
      <w:pPr>
        <w:jc w:val="center"/>
      </w:pPr>
    </w:p>
    <w:p w14:paraId="262F0A6D" w14:textId="77777777" w:rsidR="000D50B1" w:rsidRDefault="00000000">
      <w:pPr>
        <w:jc w:val="center"/>
      </w:pPr>
      <w:r>
        <w:rPr>
          <w:b/>
          <w:sz w:val="28"/>
        </w:rPr>
        <w:t>Title the study " "</w:t>
      </w:r>
    </w:p>
    <w:p w14:paraId="1CADFA9A" w14:textId="77777777" w:rsidR="00DC4404" w:rsidRDefault="00DC4404">
      <w:pPr>
        <w:jc w:val="center"/>
        <w:rPr>
          <w:sz w:val="26"/>
          <w:rtl/>
        </w:rPr>
      </w:pPr>
      <w:r w:rsidRPr="00DC4404">
        <w:rPr>
          <w:sz w:val="26"/>
          <w:szCs w:val="26"/>
        </w:rPr>
        <w:t>The impact of TikTok advertisements on consumer purchasing decisions for electronic products in Jeddah</w:t>
      </w:r>
    </w:p>
    <w:p w14:paraId="46D5D351" w14:textId="3AF9D004" w:rsidR="000D50B1" w:rsidRDefault="00000000">
      <w:pPr>
        <w:jc w:val="center"/>
      </w:pPr>
      <w:r>
        <w:rPr>
          <w:sz w:val="26"/>
        </w:rPr>
        <w:t>Name</w:t>
      </w:r>
    </w:p>
    <w:p w14:paraId="1418AFA8" w14:textId="4A2357FA" w:rsidR="000D50B1" w:rsidRDefault="00F40A21">
      <w:pPr>
        <w:jc w:val="center"/>
      </w:pPr>
      <w:r>
        <w:t>Hussam Nabil Saleh</w:t>
      </w:r>
    </w:p>
    <w:p w14:paraId="121782B8" w14:textId="77777777" w:rsidR="000D50B1" w:rsidRDefault="00000000">
      <w:pPr>
        <w:jc w:val="center"/>
      </w:pPr>
      <w:r>
        <w:rPr>
          <w:sz w:val="26"/>
        </w:rPr>
        <w:t>Supervised by:</w:t>
      </w:r>
    </w:p>
    <w:p w14:paraId="2AFE99A6" w14:textId="77777777" w:rsidR="000D50B1" w:rsidRDefault="00000000">
      <w:pPr>
        <w:jc w:val="center"/>
      </w:pPr>
      <w:r>
        <w:rPr>
          <w:sz w:val="26"/>
        </w:rPr>
        <w:t>Dr. Aliaa Qamer</w:t>
      </w:r>
    </w:p>
    <w:p w14:paraId="04592FC1" w14:textId="77777777" w:rsidR="000D50B1" w:rsidRDefault="000D50B1">
      <w:pPr>
        <w:jc w:val="center"/>
      </w:pPr>
    </w:p>
    <w:p w14:paraId="6C89A64C" w14:textId="77777777" w:rsidR="000D50B1" w:rsidRDefault="00000000">
      <w:pPr>
        <w:jc w:val="center"/>
      </w:pPr>
      <w:r>
        <w:rPr>
          <w:sz w:val="26"/>
        </w:rPr>
        <w:t>Year 2026</w:t>
      </w:r>
    </w:p>
    <w:sectPr w:rsidR="000D50B1" w:rsidSect="008A5FA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33399630">
    <w:abstractNumId w:val="8"/>
  </w:num>
  <w:num w:numId="2" w16cid:durableId="852378062">
    <w:abstractNumId w:val="6"/>
  </w:num>
  <w:num w:numId="3" w16cid:durableId="55323007">
    <w:abstractNumId w:val="5"/>
  </w:num>
  <w:num w:numId="4" w16cid:durableId="1229538447">
    <w:abstractNumId w:val="4"/>
  </w:num>
  <w:num w:numId="5" w16cid:durableId="268049056">
    <w:abstractNumId w:val="7"/>
  </w:num>
  <w:num w:numId="6" w16cid:durableId="389767096">
    <w:abstractNumId w:val="3"/>
  </w:num>
  <w:num w:numId="7" w16cid:durableId="1255211729">
    <w:abstractNumId w:val="2"/>
  </w:num>
  <w:num w:numId="8" w16cid:durableId="478500383">
    <w:abstractNumId w:val="1"/>
  </w:num>
  <w:num w:numId="9" w16cid:durableId="745567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D50B1"/>
    <w:rsid w:val="0015074B"/>
    <w:rsid w:val="00157210"/>
    <w:rsid w:val="0029639D"/>
    <w:rsid w:val="00326F90"/>
    <w:rsid w:val="006C4019"/>
    <w:rsid w:val="007A5E93"/>
    <w:rsid w:val="008A5FAE"/>
    <w:rsid w:val="009F22EC"/>
    <w:rsid w:val="00AA1D8D"/>
    <w:rsid w:val="00B2149B"/>
    <w:rsid w:val="00B47730"/>
    <w:rsid w:val="00CB0664"/>
    <w:rsid w:val="00DC4404"/>
    <w:rsid w:val="00F2069A"/>
    <w:rsid w:val="00F40A2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31FB0F1D"/>
  <w14:defaultImageDpi w14:val="300"/>
  <w15:docId w15:val="{B4ABF44D-620E-40F1-8B00-9043385C9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125</Words>
  <Characters>719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OSAN N</cp:lastModifiedBy>
  <cp:revision>5</cp:revision>
  <cp:lastPrinted>2026-06-07T11:42:00Z</cp:lastPrinted>
  <dcterms:created xsi:type="dcterms:W3CDTF">2013-12-23T23:15:00Z</dcterms:created>
  <dcterms:modified xsi:type="dcterms:W3CDTF">2026-06-09T05:01:00Z</dcterms:modified>
  <cp:category/>
</cp:coreProperties>
</file>